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Contemplation In Islam -English</w:t>
      </w:r>
    </w:p>
    <w:p>
      <w:r>
        <w:t>https://www.youtube.com/watch?v=6T363zDBUL4</w:t>
      </w:r>
    </w:p>
    <w:p>
      <w:r>
        <w:rPr>
          <w:b/>
        </w:rPr>
        <w:t xml:space="preserve">[00:21] </w:t>
      </w:r>
      <w:r>
        <w:t>bismillah hir rahman nir rahim, wa sal-lal-lahu ala an-nabiyyil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[00:44] </w:t>
      </w:r>
      <w:r>
        <w:t>The topic for this day is the concept of tafkeer in Islam, T-A-F-K-E-E-R, the concept of tafkeer in Islam.</w:t>
      </w:r>
    </w:p>
    <w:p>
      <w:pPr>
        <w:jc w:val="right"/>
      </w:pPr>
      <w:r>
        <w:t>دا ٹاپک فار دس ڈے از دا کانسیپٹ آف تفکیر ان اسلام، ٹی اے ایف کے ڈبل ای آر، دا کانسیپٹ آف تفکیر ان اسلام.</w:t>
      </w:r>
    </w:p>
    <w:p>
      <w:r>
        <w:rPr>
          <w:b/>
        </w:rPr>
        <w:t xml:space="preserve">[01:06] </w:t>
      </w:r>
      <w:r>
        <w:t>aur word tafkeer and also some other words with the same name, with the same meaning, are used in the Quran frequently.</w:t>
      </w:r>
    </w:p>
    <w:p>
      <w:pPr>
        <w:jc w:val="right"/>
      </w:pPr>
      <w:r>
        <w:t>ورڈ تفکیر اینڈ السو سم ادر ورڈز ودا سیم نیم، ودا سیم میننگ، ار یوزڈ ان دا قرآن فریکونٹلی.</w:t>
      </w:r>
    </w:p>
    <w:p>
      <w:r>
        <w:rPr>
          <w:b/>
        </w:rPr>
        <w:t xml:space="preserve">[01:26] </w:t>
      </w:r>
      <w:r>
        <w:t>For example, tafkeer, tazkir, tasawwur, these words are synonymous. So if you read Quran, you will find that Quran laid great emphasis on tafkeer. Tafkeer is very important practice in Islam.</w:t>
      </w:r>
    </w:p>
    <w:p>
      <w:pPr>
        <w:jc w:val="right"/>
      </w:pPr>
      <w:r>
        <w:t>فار ایگزامپل، تفکیر، تذکر، توسم، دیز ورڈز ار سنونیمس. سو اف یو ریڈ قرآن، یو ویل فائنڈ دیٹ قرآن لیڈ گریٹ ایمفیسز ان تفکیر. تفکیر از ویری امپورٹنٹ پریکٹس ان اسلام.</w:t>
      </w:r>
    </w:p>
    <w:p>
      <w:r>
        <w:rPr>
          <w:b/>
        </w:rPr>
        <w:t xml:space="preserve">[01:56] </w:t>
      </w:r>
      <w:r>
        <w:t>Now, what is tafakkur? Tafakkur means contemplation, thinking.</w:t>
      </w:r>
    </w:p>
    <w:p>
      <w:pPr>
        <w:jc w:val="right"/>
      </w:pPr>
      <w:r>
        <w:t>ناؤ، واٹ از تفکیر؟ تفکیر مینز کنٹمپلیشن، تھنکنگ.</w:t>
      </w:r>
    </w:p>
    <w:p>
      <w:r>
        <w:rPr>
          <w:b/>
        </w:rPr>
        <w:t xml:space="preserve">[02:13] </w:t>
      </w:r>
      <w:r>
        <w:t>There is a verse in the Quran, in these words, that Quran was revealed for one purpose, li yadabbaru</w:t>
      </w:r>
    </w:p>
    <w:p>
      <w:pPr>
        <w:jc w:val="right"/>
      </w:pPr>
      <w:r>
        <w:t>دیر از ورس ان دا قرآن، ان دیز ورڈز، دیٹ قرآن واز ریویل فار ون پرپس، لی دبر</w:t>
      </w:r>
    </w:p>
    <w:p>
      <w:r>
        <w:rPr>
          <w:b/>
        </w:rPr>
        <w:t xml:space="preserve">[02:30] </w:t>
      </w:r>
      <w:r>
        <w:t>Ayatihi, so that you may ponder over its verses, li yaddabbaru Ayatihi, so that they may ponder over its verses.</w:t>
      </w:r>
    </w:p>
    <w:p>
      <w:pPr>
        <w:jc w:val="right"/>
      </w:pPr>
      <w:r>
        <w:t>ایاتہ، سو دیٹ یو می پونڈر اوور اٹس ورسز، لی دبر ایاتہ، سو دیٹ دے می پونڈر اوور اٹس ورسز.</w:t>
      </w:r>
    </w:p>
    <w:p>
      <w:r>
        <w:rPr>
          <w:b/>
        </w:rPr>
        <w:t xml:space="preserve">[02:48] </w:t>
      </w:r>
      <w:r>
        <w:t>There are other verses of the Quran with the same meaning. These verses of the Quran clearly mention that the most important aspect of revelation is tafkeer.</w:t>
      </w:r>
    </w:p>
    <w:p>
      <w:pPr>
        <w:jc w:val="right"/>
      </w:pPr>
      <w:r>
        <w:t>دیر ادر ورسز دا قرآن ودا سیم میننگ. دیز ورسز اف دا قرآن کلیئرلی مینشن دیٹ دا موسٹ امپورٹنٹ اسپیکٹ اف ریولیشن از تفکیر.</w:t>
      </w:r>
    </w:p>
    <w:p>
      <w:r>
        <w:rPr>
          <w:b/>
        </w:rPr>
        <w:t xml:space="preserve">[03:16] </w:t>
      </w:r>
      <w:r>
        <w:t>So what is the importance of tafkeer? The fact is that our mind has great potential. There are billion and billion and billion particles in every mind.</w:t>
      </w:r>
    </w:p>
    <w:p>
      <w:pPr>
        <w:jc w:val="right"/>
      </w:pPr>
      <w:r>
        <w:t>سو واٹ از دا امپورٹنس اف تفکیر؟ دا فیکٹ از دیٹ اور مائنڈ ہیز گریٹ پوٹینشل. دیر ار بلین اینڈ بلین اینڈ بلین پارٹیکلز ان ایوری مائنڈ.</w:t>
      </w:r>
    </w:p>
    <w:p>
      <w:r>
        <w:rPr>
          <w:b/>
        </w:rPr>
        <w:t xml:space="preserve">[03:41] </w:t>
      </w:r>
      <w:r>
        <w:t>What are these particles? They are not sand, they are particles of information. So our mind is full of potentials.</w:t>
      </w:r>
    </w:p>
    <w:p>
      <w:pPr>
        <w:jc w:val="right"/>
      </w:pPr>
      <w:r>
        <w:t>واٹ ار دیز پارٹیکلز؟ دے ار ناٹ سینڈ، دے ار پارٹیکلز اف انفارمیشن. سو اور مائنڈ از فل اف پوٹینشلز.</w:t>
      </w:r>
    </w:p>
    <w:p>
      <w:r>
        <w:rPr>
          <w:b/>
        </w:rPr>
        <w:t xml:space="preserve">[03:59] </w:t>
      </w:r>
      <w:r>
        <w:t>Our sole purpose is to unfold these potentials, to turn the potentials of our mind into actual. There is a sole purpose of human life, there is a sole purpose of the Quran.</w:t>
      </w:r>
    </w:p>
    <w:p>
      <w:pPr>
        <w:jc w:val="right"/>
      </w:pPr>
      <w:r>
        <w:t>اور سول پرپس از ٹو انفولڈ دیز پوٹینشلز، ٹو ٹرن دا پوٹینشلز اف اور مائنڈ انٹو ایکچول. دیر از ا سول پرپس اف ہیومن لائف، دیر از ا سول پرپس اف دا قرآن.</w:t>
      </w:r>
    </w:p>
    <w:p>
      <w:r>
        <w:rPr>
          <w:b/>
        </w:rPr>
        <w:t xml:space="preserve">[04:20] </w:t>
      </w:r>
      <w:r>
        <w:t>According to my experience, the greatest danger among people is confused thinking, confused thinking, because people don't spend</w:t>
      </w:r>
    </w:p>
    <w:p>
      <w:pPr>
        <w:jc w:val="right"/>
      </w:pPr>
      <w:r>
        <w:t>اکارڈنگ ٹو مائی ایکسپیرینس، دا گریٹسٹ ڈینجر امنگ پیپل از کنفیوزڈ تھنکنگ، کنفیوزڈ تھنکنگ، بیکاز پیپل ڈونٹ سپینڈ</w:t>
      </w:r>
    </w:p>
    <w:p>
      <w:r>
        <w:rPr>
          <w:b/>
        </w:rPr>
        <w:t xml:space="preserve">[04:27] </w:t>
      </w:r>
      <w:r>
        <w:t>their time in tafakkur.</w:t>
      </w:r>
    </w:p>
    <w:p>
      <w:pPr>
        <w:jc w:val="right"/>
      </w:pPr>
      <w:r>
        <w:t>دیر ٹائم ان تفکیر۔</w:t>
      </w:r>
    </w:p>
    <w:p>
      <w:r>
        <w:rPr>
          <w:b/>
        </w:rPr>
        <w:t xml:space="preserve">[04:29] </w:t>
      </w:r>
      <w:r>
        <w:t>They don't spend their time in tafakkur, in thinking, in contemplation.</w:t>
      </w:r>
    </w:p>
    <w:p>
      <w:pPr>
        <w:jc w:val="right"/>
      </w:pPr>
      <w:r>
        <w:t>دے ڈونٹ سپینڈ دیر ٹائم ان تفکیر، ان تھنکنگ، ان کنٹمپلیشن۔</w:t>
      </w:r>
    </w:p>
    <w:p>
      <w:r>
        <w:rPr>
          <w:b/>
        </w:rPr>
        <w:t xml:space="preserve">[04:34] </w:t>
      </w:r>
      <w:r>
        <w:t>According to my experience, the sole concern of the majority of the people, maybe more than 90</w:t>
      </w:r>
    </w:p>
    <w:p>
      <w:pPr>
        <w:jc w:val="right"/>
      </w:pPr>
      <w:r>
        <w:t>اکارڈنگ ٹو مائی ایکسپیرینس، دا سول کنسرن اف دی میجورٹی اف دا پیپل، می بی مور دین 90</w:t>
      </w:r>
    </w:p>
    <w:p>
      <w:r>
        <w:rPr>
          <w:b/>
        </w:rPr>
        <w:t xml:space="preserve">[04:41] </w:t>
      </w:r>
      <w:r>
        <w:t>percent, as their own personal interest, their family, their obsessions, their bias, their pride.</w:t>
      </w:r>
    </w:p>
    <w:p>
      <w:pPr>
        <w:jc w:val="right"/>
      </w:pPr>
      <w:r>
        <w:t>پرسنٹ، از دیر اون پرسنل انٹرسٹ، دیر فیملی، دیر ابسیشنز، دیر بائس، دیر پرائیڈ۔</w:t>
      </w:r>
    </w:p>
    <w:p>
      <w:r>
        <w:rPr>
          <w:b/>
        </w:rPr>
        <w:t xml:space="preserve">[04:47] </w:t>
      </w:r>
      <w:r>
        <w:t>These are the sole concern of every human being.</w:t>
      </w:r>
    </w:p>
    <w:p>
      <w:pPr>
        <w:jc w:val="right"/>
      </w:pPr>
      <w:r>
        <w:t>دیز ار دا سول کنسرن اف ایوری ہیومن بینگ۔</w:t>
      </w:r>
    </w:p>
    <w:p>
      <w:r>
        <w:rPr>
          <w:b/>
        </w:rPr>
        <w:t xml:space="preserve">[04:51] </w:t>
      </w:r>
      <w:r>
        <w:t>So they are not, they have no time to think, to understand, to unfold their minds' potential.</w:t>
      </w:r>
    </w:p>
    <w:p>
      <w:pPr>
        <w:jc w:val="right"/>
      </w:pPr>
      <w:r>
        <w:t>سو دے ار ناٹ، دے ہیو نو ٹائم ٹو تھنک، ٹو انڈرسٹینڈ، ٹو انفولڈ دیر مائنڈز پوٹینشل۔</w:t>
      </w:r>
    </w:p>
    <w:p>
      <w:r>
        <w:rPr>
          <w:b/>
        </w:rPr>
        <w:t xml:space="preserve">[04:59] </w:t>
      </w:r>
      <w:r>
        <w:t>I will give you one example.</w:t>
      </w:r>
    </w:p>
    <w:p>
      <w:pPr>
        <w:jc w:val="right"/>
      </w:pPr>
      <w:r>
        <w:t>ائی ویل گیو یو ون ایگزیمپل۔</w:t>
      </w:r>
    </w:p>
    <w:p>
      <w:r>
        <w:rPr>
          <w:b/>
        </w:rPr>
        <w:t xml:space="preserve">[05:01] </w:t>
      </w:r>
      <w:r>
        <w:t>You can see the today issue of The Times of India, the daily Times of India.</w:t>
      </w:r>
    </w:p>
    <w:p>
      <w:pPr>
        <w:jc w:val="right"/>
      </w:pPr>
      <w:r>
        <w:t>یو کین سی دا ٹوڈے ایشو اف دا ٹائمز اف انڈیا، دا ڈیلی ٹائمز اف انڈیا۔</w:t>
      </w:r>
    </w:p>
    <w:p>
      <w:r>
        <w:rPr>
          <w:b/>
        </w:rPr>
        <w:t xml:space="preserve">[05:08] </w:t>
      </w:r>
      <w:r>
        <w:t>On today's issue, that is August 9.</w:t>
      </w:r>
    </w:p>
    <w:p>
      <w:pPr>
        <w:jc w:val="right"/>
      </w:pPr>
      <w:r>
        <w:t>ان ٹوڈے ایشو، دیٹ از اگست نائن۔</w:t>
      </w:r>
    </w:p>
    <w:p>
      <w:r>
        <w:rPr>
          <w:b/>
        </w:rPr>
        <w:t xml:space="preserve">[05:11] </w:t>
      </w:r>
      <w:r>
        <w:t>On the middle page, the paper has published an article by a Muslim intellectual.</w:t>
      </w:r>
    </w:p>
    <w:p>
      <w:pPr>
        <w:jc w:val="right"/>
      </w:pPr>
      <w:r>
        <w:t>ان دا مڈل پیج، دا پیپر ہیز پبلش این ارٹیکل بائے ا مسلم انٹلیکچول۔</w:t>
      </w:r>
    </w:p>
    <w:p>
      <w:r>
        <w:rPr>
          <w:b/>
        </w:rPr>
        <w:t xml:space="preserve">[05:17] </w:t>
      </w:r>
      <w:r>
        <w:t>The caption is: "Divisionists have hijacked Islam." "Divisionists have hijacked Islam." Now, when you read the article, you</w:t>
      </w:r>
    </w:p>
    <w:p>
      <w:pPr>
        <w:jc w:val="right"/>
      </w:pPr>
      <w:r>
        <w:t>دا کیپشن از: "ڈیویژنسٹ ہیو ہائیجیکٹ اسلام۔" "ڈیویژنسٹ ہیو ہائیجیکٹ اسلام۔" ناؤ، وین یو ریڈ دا ارٹیکل، یو</w:t>
      </w:r>
    </w:p>
    <w:p>
      <w:r>
        <w:rPr>
          <w:b/>
        </w:rPr>
        <w:t xml:space="preserve">[05:25] </w:t>
      </w:r>
      <w:r>
        <w:t>ویل فائنڈ دیٹ ہی مینشنز ایکسٹریمسٹ پیپل، ایکسٹریمسٹ ایلیمنٹ آف مسلمز۔</w:t>
      </w:r>
    </w:p>
    <w:p>
      <w:pPr>
        <w:jc w:val="right"/>
      </w:pPr>
      <w:r>
        <w:t>ویل فائنڈ دیٹ ہی مینشنز ایکسٹریمسٹ پیپل، ایکسٹریمسٹ ایلیمنٹ اف مسلمز۔</w:t>
      </w:r>
    </w:p>
    <w:p>
      <w:r>
        <w:rPr>
          <w:b/>
        </w:rPr>
        <w:t xml:space="preserve">[05:29] </w:t>
      </w:r>
      <w:r>
        <w:t>He are blaming the extremist element of Muslims.</w:t>
      </w:r>
    </w:p>
    <w:p>
      <w:pPr>
        <w:jc w:val="right"/>
      </w:pPr>
      <w:r>
        <w:t>ہی ار بلیمنگ دا ایکسٹریمسٹ ایلیمنٹ اف مسلمز۔</w:t>
      </w:r>
    </w:p>
    <w:p>
      <w:r>
        <w:rPr>
          <w:b/>
        </w:rPr>
        <w:t xml:space="preserve">[05:33] </w:t>
      </w:r>
      <w:r>
        <w:t>So the better caption was: "Extremists have hijacked Islam and now revisionists have hijacked Islam." So this writer</w:t>
      </w:r>
    </w:p>
    <w:p>
      <w:pPr>
        <w:jc w:val="right"/>
      </w:pPr>
      <w:r>
        <w:t>سو دا بیٹر کیپشن واز: "ایکسٹریمسٹ ہیو ہائیجیکٹ اسلام اینڈ ناٹ ریویژنسٹ ہیو ہائیجیکٹ اسلام۔" سو دس رائٹر</w:t>
      </w:r>
    </w:p>
    <w:p>
      <w:r>
        <w:rPr>
          <w:b/>
        </w:rPr>
        <w:t xml:space="preserve">[05:41] </w:t>
      </w:r>
      <w:r>
        <w:t>Don't know the difference between the two.</w:t>
      </w:r>
    </w:p>
    <w:p>
      <w:pPr>
        <w:jc w:val="right"/>
      </w:pPr>
      <w:r>
        <w:t>ڈونٹ نو دا ڈیفرنس بٹوین دا ٹو۔</w:t>
      </w:r>
    </w:p>
    <w:p>
      <w:r>
        <w:rPr>
          <w:b/>
        </w:rPr>
        <w:t xml:space="preserve">[05:44] </w:t>
      </w:r>
      <w:r>
        <w:t>He don't know the difference between extremism and revisionism.</w:t>
      </w:r>
    </w:p>
    <w:p>
      <w:pPr>
        <w:jc w:val="right"/>
      </w:pPr>
      <w:r>
        <w:t>ہی ڈونٹ نو دا ڈیفرنس بٹوین ایکسٹریمزم اینڈ ریویژنزم۔</w:t>
      </w:r>
    </w:p>
    <w:p>
      <w:r>
        <w:rPr>
          <w:b/>
        </w:rPr>
        <w:t xml:space="preserve">[05:47] </w:t>
      </w:r>
      <w:r>
        <w:t>Both are quite different in meaning.</w:t>
      </w:r>
    </w:p>
    <w:p>
      <w:pPr>
        <w:jc w:val="right"/>
      </w:pPr>
      <w:r>
        <w:t>بوتھ ار کوائٹ ڈفرنٹ ان میننگ۔</w:t>
      </w:r>
    </w:p>
    <w:p>
      <w:r>
        <w:rPr>
          <w:b/>
        </w:rPr>
        <w:t xml:space="preserve">[05:50] </w:t>
      </w:r>
      <w:r>
        <w:t>Extremism and revisionism both are two different terms.</w:t>
      </w:r>
    </w:p>
    <w:p>
      <w:pPr>
        <w:jc w:val="right"/>
      </w:pPr>
      <w:r>
        <w:t>ایکسٹریمزم اینڈ ریویژنزم بوتھ ار ٹو ڈفرنٹ ٹرم۔</w:t>
      </w:r>
    </w:p>
    <w:p>
      <w:r>
        <w:rPr>
          <w:b/>
        </w:rPr>
        <w:t xml:space="preserve">[05:53] </w:t>
      </w:r>
      <w:r>
        <w:t>So this writer mentions extremist people in his article, but he has given the caption: "Divisionists have hijacked</w:t>
      </w:r>
    </w:p>
    <w:p>
      <w:pPr>
        <w:jc w:val="right"/>
      </w:pPr>
      <w:r>
        <w:t>سو دس رائٹر مینشنز ایکسٹریمسٹ پیپل ان ہز ارٹیکل، بٹ ہی ہیز گیون دا کیپشن: "ڈیویژنسٹ ہیو ہائیجیکٹ</w:t>
      </w:r>
    </w:p>
    <w:p>
      <w:r>
        <w:rPr>
          <w:b/>
        </w:rPr>
        <w:t xml:space="preserve">[06:01] </w:t>
      </w:r>
      <w:r>
        <w:t>Islam. "This creates confusion.</w:t>
      </w:r>
    </w:p>
    <w:p>
      <w:pPr>
        <w:jc w:val="right"/>
      </w:pPr>
      <w:r>
        <w:t>اسلام۔" دس کریٹس کنفیوژن۔</w:t>
      </w:r>
    </w:p>
    <w:p>
      <w:r>
        <w:rPr>
          <w:b/>
        </w:rPr>
        <w:t xml:space="preserve">[06:03] </w:t>
      </w:r>
      <w:r>
        <w:t>When you talk about airplane and you give the name of Mercedes, a motor car, so you are</w:t>
      </w:r>
    </w:p>
    <w:p>
      <w:pPr>
        <w:jc w:val="right"/>
      </w:pPr>
      <w:r>
        <w:t>وین یو ٹاک اباؤٹ ایروپلین اینڈ یو گیو دا نیم اف مرسیڈیز، ا موٹر کار، سو یو ار</w:t>
      </w:r>
    </w:p>
    <w:p>
      <w:r>
        <w:rPr>
          <w:b/>
        </w:rPr>
        <w:t xml:space="preserve">[06:11] </w:t>
      </w:r>
      <w:r>
        <w:t>using the name of Mercedes, a motor car, but you are giving the detail of airplane.</w:t>
      </w:r>
    </w:p>
    <w:p>
      <w:pPr>
        <w:jc w:val="right"/>
      </w:pPr>
      <w:r>
        <w:t>یوزنگ دا نیم اف مرسیڈیز، ا موٹر کار، بٹ یو ار گیونگ دا ڈیٹیل اف ایروپلین۔</w:t>
      </w:r>
    </w:p>
    <w:p>
      <w:r>
        <w:rPr>
          <w:b/>
        </w:rPr>
        <w:t xml:space="preserve">[06:17] </w:t>
      </w:r>
      <w:r>
        <w:t>It is bound to create compulsion.</w:t>
      </w:r>
    </w:p>
    <w:p>
      <w:pPr>
        <w:jc w:val="right"/>
      </w:pPr>
      <w:r>
        <w:t>اٹ از باؤنڈ ٹو کریٹ کمپلشن۔</w:t>
      </w:r>
    </w:p>
    <w:p>
      <w:r>
        <w:rPr>
          <w:b/>
        </w:rPr>
        <w:t xml:space="preserve">[06:20] </w:t>
      </w:r>
      <w:r>
        <w:t>It is bound.</w:t>
      </w:r>
    </w:p>
    <w:p>
      <w:pPr>
        <w:jc w:val="right"/>
      </w:pPr>
      <w:r>
        <w:t>اٹ از باؤنڈ۔</w:t>
      </w:r>
    </w:p>
    <w:p>
      <w:r>
        <w:rPr>
          <w:b/>
        </w:rPr>
        <w:t xml:space="preserve">[06:21] </w:t>
      </w:r>
      <w:r>
        <w:t>This kind of talk is bound to create confusion, confusion.</w:t>
      </w:r>
    </w:p>
    <w:p>
      <w:pPr>
        <w:jc w:val="right"/>
      </w:pPr>
      <w:r>
        <w:t>دس کائنڈ اف ٹاک از باؤنڈ ٹو کریٹ کنفیوژن، کنفیوژن۔</w:t>
      </w:r>
    </w:p>
    <w:p>
      <w:r>
        <w:rPr>
          <w:b/>
        </w:rPr>
        <w:t xml:space="preserve">[06:26] </w:t>
      </w:r>
      <w:r>
        <w:t>So this writer gave the detail of those activities in which extremist Muslims are engaged, but he refers</w:t>
      </w:r>
    </w:p>
    <w:p>
      <w:pPr>
        <w:jc w:val="right"/>
      </w:pPr>
      <w:r>
        <w:t>سو دس رائٹر گیو دا ڈیٹیل اف دوز ایکٹیویٹیز ان وچ ایکسٹریمسٹ مسلمز ار انگیج، بٹ ہی ریفرز</w:t>
      </w:r>
    </w:p>
    <w:p>
      <w:r>
        <w:rPr>
          <w:b/>
        </w:rPr>
        <w:t xml:space="preserve">[06:33] </w:t>
      </w:r>
      <w:r>
        <w:t>to revisionism.</w:t>
      </w:r>
    </w:p>
    <w:p>
      <w:pPr>
        <w:jc w:val="right"/>
      </w:pPr>
      <w:r>
        <w:t>ٹو ریویژنزم۔</w:t>
      </w:r>
    </w:p>
    <w:p>
      <w:r>
        <w:rPr>
          <w:b/>
        </w:rPr>
        <w:t xml:space="preserve">[06:35] </w:t>
      </w:r>
      <w:r>
        <w:t>Revisionism is quite another thing.</w:t>
      </w:r>
    </w:p>
    <w:p>
      <w:pPr>
        <w:jc w:val="right"/>
      </w:pPr>
      <w:r>
        <w:t>ریویژنزم از کوائٹ انادر تھنگ۔</w:t>
      </w:r>
    </w:p>
    <w:p>
      <w:r>
        <w:rPr>
          <w:b/>
        </w:rPr>
        <w:t xml:space="preserve">[06:37] </w:t>
      </w:r>
      <w:r>
        <w:t>It is this kind of.</w:t>
      </w:r>
    </w:p>
    <w:p>
      <w:pPr>
        <w:jc w:val="right"/>
      </w:pPr>
      <w:r>
        <w:t>اٹ از دس کائنڈ اف۔</w:t>
      </w:r>
    </w:p>
    <w:p>
      <w:r>
        <w:rPr>
          <w:b/>
        </w:rPr>
        <w:t xml:space="preserve">[06:39] </w:t>
      </w:r>
      <w:r>
        <w:t>So when you fail to differentiate between two issues, then you will create confusion.</w:t>
      </w:r>
    </w:p>
    <w:p>
      <w:pPr>
        <w:jc w:val="right"/>
      </w:pPr>
      <w:r>
        <w:t>سو وین یو فیل ٹو ڈیفیشیٹ بٹوین ٹو ایشوز، دین یو ویل کریٹ کنفیوژن۔</w:t>
      </w:r>
    </w:p>
    <w:p>
      <w:r>
        <w:rPr>
          <w:b/>
        </w:rPr>
        <w:t xml:space="preserve">[06:45] </w:t>
      </w:r>
      <w:r>
        <w:t>He says, he says that Islam allows war against injustice.</w:t>
      </w:r>
    </w:p>
    <w:p>
      <w:pPr>
        <w:jc w:val="right"/>
      </w:pPr>
      <w:r>
        <w:t>ہی سیز، ہی سیز دیٹ اسلام الاوز وار اگینسٹ انجسٹس۔</w:t>
      </w:r>
    </w:p>
    <w:p>
      <w:r>
        <w:rPr>
          <w:b/>
        </w:rPr>
        <w:t xml:space="preserve">[06:50] </w:t>
      </w:r>
      <w:r>
        <w:t>It is also wrong.</w:t>
      </w:r>
    </w:p>
    <w:p>
      <w:pPr>
        <w:jc w:val="right"/>
      </w:pPr>
      <w:r>
        <w:t>اٹ از السو رونگ۔</w:t>
      </w:r>
    </w:p>
    <w:p>
      <w:r>
        <w:rPr>
          <w:b/>
        </w:rPr>
        <w:t xml:space="preserve">[06:51] </w:t>
      </w:r>
      <w:r>
        <w:t>one Ghazwa in which property of Islam was engaged, Tabuk, he refers to this Ghazwa, but he says</w:t>
      </w:r>
    </w:p>
    <w:p>
      <w:pPr>
        <w:jc w:val="right"/>
      </w:pPr>
      <w:r>
        <w:t>ون غزوہ ان وچ پراپرٹی اف اسلام واز انگیجڈ، تبوک، ہی ریفرز ٹو دس غزوہ، بٹ ہی سیز</w:t>
      </w:r>
    </w:p>
    <w:p>
      <w:r>
        <w:rPr>
          <w:b/>
        </w:rPr>
        <w:t xml:space="preserve">[06:59] </w:t>
      </w:r>
      <w:r>
        <w:t>Islam always was against injustice.</w:t>
      </w:r>
    </w:p>
    <w:p>
      <w:pPr>
        <w:jc w:val="right"/>
      </w:pPr>
      <w:r>
        <w:t>اسلام الاوز وار اگینسٹ انجسٹس۔</w:t>
      </w:r>
    </w:p>
    <w:p>
      <w:r>
        <w:rPr>
          <w:b/>
        </w:rPr>
        <w:t xml:space="preserve">[07:01] </w:t>
      </w:r>
      <w:r>
        <w:t>This Ghazwa was not against injustice, it was as defensive action.</w:t>
      </w:r>
    </w:p>
    <w:p>
      <w:pPr>
        <w:jc w:val="right"/>
      </w:pPr>
      <w:r>
        <w:t>دس غزوہ واز ناٹ اگینسٹ انجسٹس، اٹ واز ایز ڈیفنسو ایکشن۔</w:t>
      </w:r>
    </w:p>
    <w:p>
      <w:r>
        <w:rPr>
          <w:b/>
        </w:rPr>
        <w:t xml:space="preserve">[07:06] </w:t>
      </w:r>
      <w:r>
        <w:t>So here you can see that this writer refers to defensive war and says that Islam allows war</w:t>
      </w:r>
    </w:p>
    <w:p>
      <w:pPr>
        <w:jc w:val="right"/>
      </w:pPr>
      <w:r>
        <w:t>سو ہیر یو کین سی دیٹ دس رائٹر ریفرز ٹو ڈیفنسو وار اینڈ سیز دیٹ اسلام الاوز وار</w:t>
      </w:r>
    </w:p>
    <w:p>
      <w:r>
        <w:rPr>
          <w:b/>
        </w:rPr>
        <w:t xml:space="preserve">[07:14] </w:t>
      </w:r>
      <w:r>
        <w:t>against injustice.</w:t>
      </w:r>
    </w:p>
    <w:p>
      <w:pPr>
        <w:jc w:val="right"/>
      </w:pPr>
      <w:r>
        <w:t>اگینسٹ انجسٹس۔</w:t>
      </w:r>
    </w:p>
    <w:p>
      <w:r>
        <w:rPr>
          <w:b/>
        </w:rPr>
        <w:t xml:space="preserve">[07:15] </w:t>
      </w:r>
      <w:r>
        <w:t>There is difference between war against injustice and war as a defense, quite difference.</w:t>
      </w:r>
    </w:p>
    <w:p>
      <w:pPr>
        <w:jc w:val="right"/>
      </w:pPr>
      <w:r>
        <w:t>دیر ڈیفرنس بٹوین وار اگینسٹ انجسٹس اینڈ وار ایز ا ڈیفرنس، کوائٹ ڈیفرنس۔</w:t>
      </w:r>
    </w:p>
    <w:p>
      <w:r>
        <w:rPr>
          <w:b/>
        </w:rPr>
        <w:t xml:space="preserve">[07:21] </w:t>
      </w:r>
      <w:r>
        <w:t>This kind of talk is bound to create confusion.</w:t>
      </w:r>
    </w:p>
    <w:p>
      <w:pPr>
        <w:jc w:val="right"/>
      </w:pPr>
      <w:r>
        <w:t>دس کائنڈ اف ٹاک از باؤنڈ ٹو کریٹ کنفیوژن۔</w:t>
      </w:r>
    </w:p>
    <w:p>
      <w:r>
        <w:rPr>
          <w:b/>
        </w:rPr>
        <w:t xml:space="preserve">[07:24] </w:t>
      </w:r>
      <w:r>
        <w:t>Then he refers to philosophy of philosophy of revenge.</w:t>
      </w:r>
    </w:p>
    <w:p>
      <w:pPr>
        <w:jc w:val="right"/>
      </w:pPr>
      <w:r>
        <w:t>دین ہی ریفرز ٹو فلاسفی اف فلاسفی اف ریونج۔</w:t>
      </w:r>
    </w:p>
    <w:p>
      <w:r>
        <w:rPr>
          <w:b/>
        </w:rPr>
        <w:t xml:space="preserve">[07:28] </w:t>
      </w:r>
      <w:r>
        <w:t>He says that all those people were engaged in violence, they have a philosophy of revenge in their</w:t>
      </w:r>
    </w:p>
    <w:p>
      <w:pPr>
        <w:jc w:val="right"/>
      </w:pPr>
      <w:r>
        <w:t>ہی سیز دیٹ ال دوز پیپل وار انگیجڈ ان وائلنس، دے ہیو ا فلاسفی اف ریونج ان دیر</w:t>
      </w:r>
    </w:p>
    <w:p>
      <w:r>
        <w:rPr>
          <w:b/>
        </w:rPr>
        <w:t xml:space="preserve">[07:36] </w:t>
      </w:r>
      <w:r>
        <w:t>Mind.</w:t>
      </w:r>
    </w:p>
    <w:p>
      <w:pPr>
        <w:jc w:val="right"/>
      </w:pPr>
      <w:r>
        <w:t>مائنڈ۔</w:t>
      </w:r>
    </w:p>
    <w:p>
      <w:r>
        <w:rPr>
          <w:b/>
        </w:rPr>
        <w:t xml:space="preserve">[07:38] </w:t>
      </w:r>
      <w:r>
        <w:t>is also wrong.</w:t>
      </w:r>
    </w:p>
    <w:p>
      <w:pPr>
        <w:jc w:val="right"/>
      </w:pPr>
      <w:r>
        <w:t>از السو رونگ۔</w:t>
      </w:r>
    </w:p>
    <w:p>
      <w:r>
        <w:rPr>
          <w:b/>
        </w:rPr>
        <w:t xml:space="preserve">[07:39] </w:t>
      </w:r>
      <w:r>
        <w:t>It's not philosophy of revenge, it is philosophy of shahadat.</w:t>
      </w:r>
    </w:p>
    <w:p>
      <w:pPr>
        <w:jc w:val="right"/>
      </w:pPr>
      <w:r>
        <w:t>از ناٹ فلاسفی اف ریونج، اٹ از فلاسفی اف شہادت۔</w:t>
      </w:r>
    </w:p>
    <w:p>
      <w:r>
        <w:rPr>
          <w:b/>
        </w:rPr>
        <w:t xml:space="preserve">[07:43] </w:t>
      </w:r>
      <w:r>
        <w:t>is philosophy of Jihad.</w:t>
      </w:r>
    </w:p>
    <w:p>
      <w:pPr>
        <w:jc w:val="right"/>
      </w:pPr>
      <w:r>
        <w:t>از فلاسفی اف جہاد۔</w:t>
      </w:r>
    </w:p>
    <w:p>
      <w:r>
        <w:rPr>
          <w:b/>
        </w:rPr>
        <w:t xml:space="preserve">[07:45] </w:t>
      </w:r>
      <w:r>
        <w:t>According to those people who are engaged in violence, their jihad is a positive act, but revenge is a</w:t>
      </w:r>
    </w:p>
    <w:p>
      <w:pPr>
        <w:jc w:val="right"/>
      </w:pPr>
      <w:r>
        <w:t>اکارڈنگ ٹو دوز پیپل وار انگیجڈ ان وائلنس، دیر جہاد از ا پوزیٹیو ایکٹ، بٹ ریونج از ا</w:t>
      </w:r>
    </w:p>
    <w:p>
      <w:r>
        <w:rPr>
          <w:b/>
        </w:rPr>
        <w:t xml:space="preserve">[07:53] </w:t>
      </w:r>
      <w:r>
        <w:t>negative act.</w:t>
      </w:r>
    </w:p>
    <w:p>
      <w:pPr>
        <w:jc w:val="right"/>
      </w:pPr>
      <w:r>
        <w:t>نیگیٹیو ایکٹ۔</w:t>
      </w:r>
    </w:p>
    <w:p>
      <w:r>
        <w:rPr>
          <w:b/>
        </w:rPr>
        <w:t xml:space="preserve">[07:54] </w:t>
      </w:r>
      <w:r>
        <w:t>If you ask those people who, will refer the principle of jihad.</w:t>
      </w:r>
    </w:p>
    <w:p>
      <w:pPr>
        <w:jc w:val="right"/>
      </w:pPr>
      <w:r>
        <w:t>اف یو اسک دوز پیپل ہو، ویل ریفر دا پرنسپل اف جہاد۔</w:t>
      </w:r>
    </w:p>
    <w:p>
      <w:r>
        <w:rPr>
          <w:b/>
        </w:rPr>
        <w:t xml:space="preserve">[07:59] </w:t>
      </w:r>
      <w:r>
        <w:t>It means that they are engaged in their violent activism by taking it a positive philosophy.</w:t>
      </w:r>
    </w:p>
    <w:p>
      <w:pPr>
        <w:jc w:val="right"/>
      </w:pPr>
      <w:r>
        <w:t>اٹ مینز دیٹ دے ار انگیجڈ ان دیر وائلنٹ ایکٹیوزم بائے ٹیکنگ اٹ ا پوزیٹیو فلاسفی۔</w:t>
      </w:r>
    </w:p>
    <w:p>
      <w:r>
        <w:rPr>
          <w:b/>
        </w:rPr>
        <w:t xml:space="preserve">[08:06] </w:t>
      </w:r>
      <w:r>
        <w:t>They have in their mind a positive philosophy.</w:t>
      </w:r>
    </w:p>
    <w:p>
      <w:pPr>
        <w:jc w:val="right"/>
      </w:pPr>
      <w:r>
        <w:t>دے ہیو ان دیر مائنڈ ا پوزیٹیو فلاسفی۔</w:t>
      </w:r>
    </w:p>
    <w:p>
      <w:r>
        <w:rPr>
          <w:b/>
        </w:rPr>
        <w:t xml:space="preserve">[08:10] </w:t>
      </w:r>
      <w:r>
        <w:t>They have in their mind a positive philosophy, and under this positive philosophy, they are engaged in violence.</w:t>
      </w:r>
    </w:p>
    <w:p>
      <w:pPr>
        <w:jc w:val="right"/>
      </w:pPr>
      <w:r>
        <w:t>دے ہیو ان دیر مائنڈ ا پوزیٹیو فلاسفی، اینڈ انڈر دس پوزیٹیو فلاسفی، دے ار انگیجڈ ان وائلنس۔</w:t>
      </w:r>
    </w:p>
    <w:p>
      <w:r>
        <w:rPr>
          <w:b/>
        </w:rPr>
        <w:t xml:space="preserve">[08:17] </w:t>
      </w:r>
      <w:r>
        <w:t>So it is this kind of confusion that creates all kind of problem.</w:t>
      </w:r>
    </w:p>
    <w:p>
      <w:pPr>
        <w:jc w:val="right"/>
      </w:pPr>
      <w:r>
        <w:t>سو اٹ از دس کائنڈ اف کنفیوژن دیٹ کریٹس ال کائنڈ اف پرابلم۔</w:t>
      </w:r>
    </w:p>
    <w:p>
      <w:r>
        <w:rPr>
          <w:b/>
        </w:rPr>
        <w:t xml:space="preserve">[08:23] </w:t>
      </w:r>
      <w:r>
        <w:t>So Quran lays great emphasis on tafakkur, so that may, so that may people think in right way,</w:t>
      </w:r>
    </w:p>
    <w:p>
      <w:pPr>
        <w:jc w:val="right"/>
      </w:pPr>
      <w:r>
        <w:t>سو قرآن لیز گریٹ ایمفیسز ان تفکیر، سو دیٹ می، سو دیٹ می پیپل تھنک ان رائٹ وے،</w:t>
      </w:r>
    </w:p>
    <w:p>
      <w:r>
        <w:rPr>
          <w:b/>
        </w:rPr>
        <w:t xml:space="preserve">[08:31] </w:t>
      </w:r>
      <w:r>
        <w:t>in right way.</w:t>
      </w:r>
    </w:p>
    <w:p>
      <w:pPr>
        <w:jc w:val="right"/>
      </w:pPr>
      <w:r>
        <w:t>ان رائٹ وے۔</w:t>
      </w:r>
    </w:p>
    <w:p>
      <w:r>
        <w:rPr>
          <w:b/>
        </w:rPr>
        <w:t xml:space="preserve">[08:32] </w:t>
      </w:r>
      <w:r>
        <w:t>If you are engaged in tafakkur, if you are engaged in contemplation, then you can decondition your</w:t>
      </w:r>
    </w:p>
    <w:p>
      <w:pPr>
        <w:jc w:val="right"/>
      </w:pPr>
      <w:r>
        <w:t>اف یو ار انگیجڈ ان تفکیر، اف یو ار انگیجڈ ان کنٹمپلیشن، دین یو کین ڈی کنڈیشن یور</w:t>
      </w:r>
    </w:p>
    <w:p>
      <w:r>
        <w:rPr>
          <w:b/>
        </w:rPr>
        <w:t xml:space="preserve">[08:40] </w:t>
      </w:r>
      <w:r>
        <w:t>Mind.</w:t>
      </w:r>
    </w:p>
    <w:p>
      <w:pPr>
        <w:jc w:val="right"/>
      </w:pPr>
      <w:r>
        <w:t>مائنڈ۔</w:t>
      </w:r>
    </w:p>
    <w:p>
      <w:r>
        <w:rPr>
          <w:b/>
        </w:rPr>
        <w:t xml:space="preserve">[08:41] </w:t>
      </w:r>
      <w:r>
        <w:t>Then you can sort out the black from white.</w:t>
      </w:r>
    </w:p>
    <w:p>
      <w:pPr>
        <w:jc w:val="right"/>
      </w:pPr>
      <w:r>
        <w:t>دین یو کین سارٹ آؤٹ دی بلیک فرام وائٹ۔</w:t>
      </w:r>
    </w:p>
    <w:p>
      <w:r>
        <w:rPr>
          <w:b/>
        </w:rPr>
        <w:t xml:space="preserve">[08:45] </w:t>
      </w:r>
      <w:r>
        <w:t>Then you can get rid of those biases.</w:t>
      </w:r>
    </w:p>
    <w:p>
      <w:pPr>
        <w:jc w:val="right"/>
      </w:pPr>
      <w:r>
        <w:t>دین یو کین گیٹ ریڈ اف دوز بائسز۔</w:t>
      </w:r>
    </w:p>
    <w:p>
      <w:r>
        <w:rPr>
          <w:b/>
        </w:rPr>
        <w:t xml:space="preserve">[08:49] </w:t>
      </w:r>
      <w:r>
        <w:t>So thinking process is to purify yourself.</w:t>
      </w:r>
    </w:p>
    <w:p>
      <w:pPr>
        <w:jc w:val="right"/>
      </w:pPr>
      <w:r>
        <w:t>سو تھنکنگ پروسیس از ٹو پیوریفائی یور سیلف۔</w:t>
      </w:r>
    </w:p>
    <w:p>
      <w:r>
        <w:rPr>
          <w:b/>
        </w:rPr>
        <w:t xml:space="preserve">[08:52] </w:t>
      </w:r>
      <w:r>
        <w:t>There is another verse in the Quran: "Why Quran emphasizes about thinking, about tafakkur?" "Uli al-bab" so that</w:t>
      </w:r>
    </w:p>
    <w:p>
      <w:pPr>
        <w:jc w:val="right"/>
      </w:pPr>
      <w:r>
        <w:t>دیر از انادر ورس ان دا قرآن: "وائی قرآن ایمفائزز اباؤٹ تھنکنگ، اباؤٹ تفکیر؟" "ولی الباب" سو دیٹ</w:t>
      </w:r>
    </w:p>
    <w:p>
      <w:r>
        <w:rPr>
          <w:b/>
        </w:rPr>
        <w:t xml:space="preserve">[09:00] </w:t>
      </w:r>
      <w:r>
        <w:t>People of reason may take lessons.</w:t>
      </w:r>
    </w:p>
    <w:p>
      <w:pPr>
        <w:jc w:val="right"/>
      </w:pPr>
      <w:r>
        <w:t>پیپل اف ریزن می ٹیک لیسنز۔</w:t>
      </w:r>
    </w:p>
    <w:p>
      <w:r>
        <w:rPr>
          <w:b/>
        </w:rPr>
        <w:t xml:space="preserve">[09:02] </w:t>
      </w:r>
      <w:r>
        <w:t>"Albab" means people of reason.</w:t>
      </w:r>
    </w:p>
    <w:p>
      <w:pPr>
        <w:jc w:val="right"/>
      </w:pPr>
      <w:r>
        <w:t>"الباب" مینز پیپل اف ریزن۔</w:t>
      </w:r>
    </w:p>
    <w:p>
      <w:r>
        <w:rPr>
          <w:b/>
        </w:rPr>
        <w:t xml:space="preserve">[09:04] </w:t>
      </w:r>
      <w:r>
        <w:t>It means that Islam tries to awaken the faculty of reason.</w:t>
      </w:r>
    </w:p>
    <w:p>
      <w:pPr>
        <w:jc w:val="right"/>
      </w:pPr>
      <w:r>
        <w:t>اٹ مینز دیٹ اسلام ٹرائیز ٹو اویکن دا فیکلٹی اف ریزن۔</w:t>
      </w:r>
    </w:p>
    <w:p>
      <w:r>
        <w:rPr>
          <w:b/>
        </w:rPr>
        <w:t xml:space="preserve">[09:09] </w:t>
      </w:r>
      <w:r>
        <w:t>Islamic thinking is based in mind rather than heart.</w:t>
      </w:r>
    </w:p>
    <w:p>
      <w:pPr>
        <w:jc w:val="right"/>
      </w:pPr>
      <w:r>
        <w:t>اسلامک تھنکنگ از بیسڈ ان مائنڈ رادر دین ہارٹ۔</w:t>
      </w:r>
    </w:p>
    <w:p>
      <w:r>
        <w:rPr>
          <w:b/>
        </w:rPr>
        <w:t xml:space="preserve">[09:13] </w:t>
      </w:r>
      <w:r>
        <w:t>Heart-based spirituality is not in Islam.</w:t>
      </w:r>
    </w:p>
    <w:p>
      <w:pPr>
        <w:jc w:val="right"/>
      </w:pPr>
      <w:r>
        <w:t>ہارٹ بیسڈ سپرچولٹی از ناٹ ان اسلام۔</w:t>
      </w:r>
    </w:p>
    <w:p>
      <w:r>
        <w:rPr>
          <w:b/>
        </w:rPr>
        <w:t xml:space="preserve">[09:16] </w:t>
      </w:r>
      <w:r>
        <w:t>Islam believes in mind-based spirituality, mind-based thinking.</w:t>
      </w:r>
    </w:p>
    <w:p>
      <w:pPr>
        <w:jc w:val="right"/>
      </w:pPr>
      <w:r>
        <w:t>اسلام بیلیوز ان مائنڈ بیسڈ سپرچولٹی، مائنڈ بیسڈ تھنکنگ۔</w:t>
      </w:r>
    </w:p>
    <w:p>
      <w:r>
        <w:rPr>
          <w:b/>
        </w:rPr>
        <w:t xml:space="preserve">[09:20] </w:t>
      </w:r>
      <w:r>
        <w:t>There is a basic teaching of Islam.</w:t>
      </w:r>
    </w:p>
    <w:p>
      <w:pPr>
        <w:jc w:val="right"/>
      </w:pPr>
      <w:r>
        <w:t>دیر از ا بیسک ٹیچنگ اف اسلام۔</w:t>
      </w:r>
    </w:p>
    <w:p>
      <w:r>
        <w:rPr>
          <w:b/>
        </w:rPr>
        <w:t xml:space="preserve">[09:23] </w:t>
      </w:r>
      <w:r>
        <w:t>There are basic, basic teachings of Islam.</w:t>
      </w:r>
    </w:p>
    <w:p>
      <w:pPr>
        <w:jc w:val="right"/>
      </w:pPr>
      <w:r>
        <w:t>دیر از ا بیسک، بیسک ٹیچنگز اف اسلام۔</w:t>
      </w:r>
    </w:p>
    <w:p>
      <w:r>
        <w:rPr>
          <w:b/>
        </w:rPr>
        <w:t xml:space="preserve">[09:26] </w:t>
      </w:r>
      <w:r>
        <w:t>But in other words, you can say that art of thinking is the most important principle in Islam.</w:t>
      </w:r>
    </w:p>
    <w:p>
      <w:pPr>
        <w:jc w:val="right"/>
      </w:pPr>
      <w:r>
        <w:t>بٹ ان ادر ورڈز، یو کین سی دیٹ ارٹ اف تھنکنگ از دا موسٹ امپورٹنٹ پرنسپل ان اسلام۔</w:t>
      </w:r>
    </w:p>
    <w:p>
      <w:r>
        <w:rPr>
          <w:b/>
        </w:rPr>
        <w:t xml:space="preserve">[09:34] </w:t>
      </w:r>
      <w:r>
        <w:t>art of thinking, tafakkur, and tazakkur, and tawassum, all these words refer to the art of thinking, or</w:t>
      </w:r>
    </w:p>
    <w:p>
      <w:pPr>
        <w:jc w:val="right"/>
      </w:pPr>
      <w:r>
        <w:t>ارٹ اف تھنکنگ، تفکیر، اینڈ تذکیر، اینڈ توسم، ال دیز ورڈز ریفر ٹو دی ارٹ اف تھنکنگ، اور</w:t>
      </w:r>
    </w:p>
    <w:p>
      <w:r>
        <w:rPr>
          <w:b/>
        </w:rPr>
        <w:t xml:space="preserve">[09:42] </w:t>
      </w:r>
      <w:r>
        <w:t>Right art of right thinking.</w:t>
      </w:r>
    </w:p>
    <w:p>
      <w:pPr>
        <w:jc w:val="right"/>
      </w:pPr>
      <w:r>
        <w:t>رائٹ ارٹ اف رائٹ تھنکنگ۔</w:t>
      </w:r>
    </w:p>
    <w:p>
      <w:r>
        <w:rPr>
          <w:b/>
        </w:rPr>
        <w:t xml:space="preserve">[09:44] </w:t>
      </w:r>
      <w:r>
        <w:t>You can say that very, the most important principle in Islam, that you must learn, you must learn</w:t>
      </w:r>
    </w:p>
    <w:p>
      <w:pPr>
        <w:jc w:val="right"/>
      </w:pPr>
      <w:r>
        <w:t>یو کین سی دیٹ ویری، دا موسٹ امپورٹنٹ پرنسپل ان اسلام، دیٹ یو مسٹ لرن، یو مسٹ لرن</w:t>
      </w:r>
    </w:p>
    <w:p>
      <w:r>
        <w:rPr>
          <w:b/>
        </w:rPr>
        <w:t xml:space="preserve">[09:52] </w:t>
      </w:r>
      <w:r>
        <w:t>The Art of Right Thinking.</w:t>
      </w:r>
    </w:p>
    <w:p>
      <w:pPr>
        <w:jc w:val="right"/>
      </w:pPr>
      <w:r>
        <w:t>دا ارٹ اف رائٹ تھنکنگ۔</w:t>
      </w:r>
    </w:p>
    <w:p>
      <w:r>
        <w:rPr>
          <w:b/>
        </w:rPr>
        <w:t xml:space="preserve">[09:54] </w:t>
      </w:r>
      <w:r>
        <w:t>The art of right thinking, right thinking means to differentiate between two positions, to differentiate between two positions,</w:t>
      </w:r>
    </w:p>
    <w:p>
      <w:pPr>
        <w:jc w:val="right"/>
      </w:pPr>
      <w:r>
        <w:t>دا ارٹ اف رائٹ تھنکنگ، رائٹ تھنکنگ مینز ٹو ڈیفرنشیٹ بٹوین ٹو پوزیشنز، ٹو ڈیفرنشیٹ بٹوین ٹو پوزیشنز،</w:t>
      </w:r>
    </w:p>
    <w:p>
      <w:r>
        <w:rPr>
          <w:b/>
        </w:rPr>
        <w:t xml:space="preserve">[10:01] </w:t>
      </w:r>
      <w:r>
        <w:t>to sort out blacks from white, to know the real genesis.</w:t>
      </w:r>
    </w:p>
    <w:p>
      <w:pPr>
        <w:jc w:val="right"/>
      </w:pPr>
      <w:r>
        <w:t>ٹو سارٹ آؤٹ بلیکس فرام وائٹ، ٹو نو دا ریئل جینیسس۔</w:t>
      </w:r>
    </w:p>
    <w:p>
      <w:r>
        <w:rPr>
          <w:b/>
        </w:rPr>
        <w:t xml:space="preserve">[10:06] </w:t>
      </w:r>
      <w:r>
        <w:t>If you say that those Muslims who are engaged in violence in the new, in the new of</w:t>
      </w:r>
    </w:p>
    <w:p>
      <w:pPr>
        <w:jc w:val="right"/>
      </w:pPr>
      <w:r>
        <w:t>اف یو سی دیٹ دوز مسلمز ہو ار انگیجڈ ان وائلنس ان دا نیو، ان دا نیو اف</w:t>
      </w:r>
    </w:p>
    <w:p>
      <w:r>
        <w:rPr>
          <w:b/>
        </w:rPr>
        <w:t xml:space="preserve">[10:14] </w:t>
      </w:r>
      <w:r>
        <w:t>Jihad, they have a philosophy of revenge in their mind.</w:t>
      </w:r>
    </w:p>
    <w:p>
      <w:pPr>
        <w:jc w:val="right"/>
      </w:pPr>
      <w:r>
        <w:t>جہاد، دے ہیو ا فلاسفی اف ریونج ان دیر مائنڈ۔</w:t>
      </w:r>
    </w:p>
    <w:p>
      <w:r>
        <w:rPr>
          <w:b/>
        </w:rPr>
        <w:t xml:space="preserve">[10:18] </w:t>
      </w:r>
      <w:r>
        <w:t>philosophy of revenge cannot activate, cannot activate to such an extent that people try to adopt</w:t>
      </w:r>
    </w:p>
    <w:p>
      <w:pPr>
        <w:jc w:val="right"/>
      </w:pPr>
      <w:r>
        <w:t>فلاسفی اف ریونج کین ناٹ ایکٹیویٹ، کین ناٹ ایکٹیویٹ ٹو سچ اینڈ ایکسٹینٹ دیٹ پیپل ٹرائی ٹو اڈاپٹ</w:t>
      </w:r>
    </w:p>
    <w:p>
      <w:r>
        <w:rPr>
          <w:b/>
        </w:rPr>
        <w:t xml:space="preserve">[10:26] </w:t>
      </w:r>
      <w:r>
        <w:t>Suicide bombing.</w:t>
      </w:r>
    </w:p>
    <w:p>
      <w:pPr>
        <w:jc w:val="right"/>
      </w:pPr>
      <w:r>
        <w:t>سوسائیڈ بمبنگ۔</w:t>
      </w:r>
    </w:p>
    <w:p>
      <w:r>
        <w:rPr>
          <w:b/>
        </w:rPr>
        <w:t xml:space="preserve">[10:27] </w:t>
      </w:r>
      <w:r>
        <w:t>Revenge cannot make you to killing yourself.</w:t>
      </w:r>
    </w:p>
    <w:p>
      <w:pPr>
        <w:jc w:val="right"/>
      </w:pPr>
      <w:r>
        <w:t>ریونج کین ناٹ میک یو ٹو کلنگ یور سیلف۔</w:t>
      </w:r>
    </w:p>
    <w:p>
      <w:r>
        <w:rPr>
          <w:b/>
        </w:rPr>
        <w:t xml:space="preserve">[10:31] </w:t>
      </w:r>
      <w:r>
        <w:t>No, it is a philosophy, it is a positive philosophy.</w:t>
      </w:r>
    </w:p>
    <w:p>
      <w:pPr>
        <w:jc w:val="right"/>
      </w:pPr>
      <w:r>
        <w:t>نو، اٹ از ا فلاسفی، اٹ از ا پوزیٹیو فلاسفی۔</w:t>
      </w:r>
    </w:p>
    <w:p>
      <w:r>
        <w:rPr>
          <w:b/>
        </w:rPr>
        <w:t xml:space="preserve">[10:36] </w:t>
      </w:r>
      <w:r>
        <w:t>They think that if we kill ourself, then we will be, we will go to paradise.</w:t>
      </w:r>
    </w:p>
    <w:p>
      <w:pPr>
        <w:jc w:val="right"/>
      </w:pPr>
      <w:r>
        <w:t>دے تھنک دیٹ اف وی کل اور سیلف، دین وی ویل بی، وی ویل گو ٹو پیراڈائز۔</w:t>
      </w:r>
    </w:p>
    <w:p>
      <w:r>
        <w:rPr>
          <w:b/>
        </w:rPr>
        <w:t xml:space="preserve">[10:43] </w:t>
      </w:r>
      <w:r>
        <w:t>They have kind a new word, that is istishhad.</w:t>
      </w:r>
    </w:p>
    <w:p>
      <w:pPr>
        <w:jc w:val="right"/>
      </w:pPr>
      <w:r>
        <w:t>دے ہیو کائنڈ ا نیو ورڈ، دیٹ از استشہاد۔</w:t>
      </w:r>
    </w:p>
    <w:p>
      <w:r>
        <w:rPr>
          <w:b/>
        </w:rPr>
        <w:t xml:space="preserve">[10:47] </w:t>
      </w:r>
      <w:r>
        <w:t>Istishhad means seeking martyrdom.</w:t>
      </w:r>
    </w:p>
    <w:p>
      <w:pPr>
        <w:jc w:val="right"/>
      </w:pPr>
      <w:r>
        <w:t>استشہاد مینز سیکنگ مارٹائلڈم۔</w:t>
      </w:r>
    </w:p>
    <w:p>
      <w:r>
        <w:rPr>
          <w:b/>
        </w:rPr>
        <w:t xml:space="preserve">[10:48] </w:t>
      </w:r>
      <w:r>
        <w:t>Istishhad is an Arabic word. It means seeking martyrdom, but martyrdom is not self-killing.</w:t>
      </w:r>
    </w:p>
    <w:p>
      <w:pPr>
        <w:jc w:val="right"/>
      </w:pPr>
      <w:r>
        <w:t>استشہاد از این عربک ورڈ، اٹ مینز سیکنگ مارٹائلڈم، بٹ مارٹائلڈم از ناٹ سیلف کلنگ۔</w:t>
      </w:r>
    </w:p>
    <w:p>
      <w:r>
        <w:rPr>
          <w:b/>
        </w:rPr>
        <w:t xml:space="preserve">[10:55] </w:t>
      </w:r>
      <w:r>
        <w:t>When your enemy kills you in the right, and you are right at the time, you are right</w:t>
      </w:r>
    </w:p>
    <w:p>
      <w:pPr>
        <w:jc w:val="right"/>
      </w:pPr>
      <w:r>
        <w:t>وین یور اینمی کلز یو ان دا رائٹ، اینڈ یو ار رائٹ ایٹ دا ٹائم، یو ار رائٹ</w:t>
      </w:r>
    </w:p>
    <w:p>
      <w:r>
        <w:rPr>
          <w:b/>
        </w:rPr>
        <w:t xml:space="preserve">[11:03] </w:t>
      </w:r>
      <w:r>
        <w:t>At the time, you are on the way, you are on the way of God, you are doing</w:t>
      </w:r>
    </w:p>
    <w:p>
      <w:pPr>
        <w:jc w:val="right"/>
      </w:pPr>
      <w:r>
        <w:t>ایٹ دا ٹائم، یو ار ان دا وے، یو ار ان دا وے اف گاڈ، یو ار ڈوئنگ</w:t>
      </w:r>
    </w:p>
    <w:p>
      <w:r>
        <w:rPr>
          <w:b/>
        </w:rPr>
        <w:t xml:space="preserve">[11:10] </w:t>
      </w:r>
      <w:r>
        <w:t>the work, then your enemy kills you, then you are martyrdom, then you are martyr.</w:t>
      </w:r>
    </w:p>
    <w:p>
      <w:pPr>
        <w:jc w:val="right"/>
      </w:pPr>
      <w:r>
        <w:t>دا ورک، دین یور اینمی کلز یو، دین یو ار مارٹائلڈم، دین یو ار مارٹائر۔</w:t>
      </w:r>
    </w:p>
    <w:p>
      <w:r>
        <w:rPr>
          <w:b/>
        </w:rPr>
        <w:t xml:space="preserve">[11:17] </w:t>
      </w:r>
      <w:r>
        <w:t>Self-killing is not martyrdom.</w:t>
      </w:r>
    </w:p>
    <w:p>
      <w:pPr>
        <w:jc w:val="right"/>
      </w:pPr>
      <w:r>
        <w:t>سیلف کلنگ از ناٹ مارٹائر۔</w:t>
      </w:r>
    </w:p>
    <w:p>
      <w:r>
        <w:rPr>
          <w:b/>
        </w:rPr>
        <w:t xml:space="preserve">[11:19] </w:t>
      </w:r>
      <w:r>
        <w:t>So this is very important to inculcate into in you the art of right thinking.</w:t>
      </w:r>
    </w:p>
    <w:p>
      <w:pPr>
        <w:jc w:val="right"/>
      </w:pPr>
      <w:r>
        <w:t>سو دس از ویری امپورٹنٹ ٹو انکلکیٹ انٹو ان یو دا ارٹ اف رائٹ تھنکنگ۔</w:t>
      </w:r>
    </w:p>
    <w:p>
      <w:r>
        <w:rPr>
          <w:b/>
        </w:rPr>
        <w:t xml:space="preserve">[11:25] </w:t>
      </w:r>
      <w:r>
        <w:t>division is, I have referred the article in which there are two different words: revisionism and extremism.</w:t>
      </w:r>
    </w:p>
    <w:p>
      <w:pPr>
        <w:jc w:val="right"/>
      </w:pPr>
      <w:r>
        <w:t>ڈیویژن از، ائی ہیو ریفرڈ دا ارٹیکل ان وچ دیر ار ٹو ڈفرنٹ ورڈز: ریویژنزم اینڈ ایکسٹریمزم۔</w:t>
      </w:r>
    </w:p>
    <w:p>
      <w:r>
        <w:rPr>
          <w:b/>
        </w:rPr>
        <w:t xml:space="preserve">[11:33] </w:t>
      </w:r>
      <w:r>
        <w:t>What is revisionism and what is extremism? Extremism is ghulu, ghulu, and revision is to revise the Islamic</w:t>
      </w:r>
    </w:p>
    <w:p>
      <w:pPr>
        <w:jc w:val="right"/>
      </w:pPr>
      <w:r>
        <w:t>واٹ از ریویژنزم اینڈ واٹ از ایکسٹریمزم؟ ایکسٹریمزم از غلو، غلو، اینڈ ریویژن از ٹو ریوائز دا اسلامک</w:t>
      </w:r>
    </w:p>
    <w:p>
      <w:r>
        <w:rPr>
          <w:b/>
        </w:rPr>
        <w:t xml:space="preserve">[11:40] </w:t>
      </w:r>
      <w:r>
        <w:t>teachings.</w:t>
      </w:r>
    </w:p>
    <w:p>
      <w:pPr>
        <w:jc w:val="right"/>
      </w:pPr>
      <w:r>
        <w:t>ٹیچنگز۔</w:t>
      </w:r>
    </w:p>
    <w:p>
      <w:r>
        <w:rPr>
          <w:b/>
        </w:rPr>
        <w:t xml:space="preserve">[11:42] </w:t>
      </w:r>
      <w:r>
        <w:t>No one has right to revise the Islamic teachings.</w:t>
      </w:r>
    </w:p>
    <w:p>
      <w:pPr>
        <w:jc w:val="right"/>
      </w:pPr>
      <w:r>
        <w:t>نو ون ہیز رائٹ ٹو ریوائز دا اسلامک ٹیچنگز۔</w:t>
      </w:r>
    </w:p>
    <w:p>
      <w:r>
        <w:rPr>
          <w:b/>
        </w:rPr>
        <w:t xml:space="preserve">[11:46] </w:t>
      </w:r>
      <w:r>
        <w:t>You can revise a dictionary, you can revise a, you can revise an encyclopedia.</w:t>
      </w:r>
    </w:p>
    <w:p>
      <w:pPr>
        <w:jc w:val="right"/>
      </w:pPr>
      <w:r>
        <w:t>یو کین ریوائز ا ڈکشنری، یو کین ریوائز ا، یو کین ریوائز این انسائیکلوپیڈیا۔</w:t>
      </w:r>
    </w:p>
    <w:p>
      <w:r>
        <w:rPr>
          <w:b/>
        </w:rPr>
        <w:t xml:space="preserve">[11:52] </w:t>
      </w:r>
      <w:r>
        <w:t>In the case of encyclopedia, in case of dictionary, revision means updating.</w:t>
      </w:r>
    </w:p>
    <w:p>
      <w:pPr>
        <w:jc w:val="right"/>
      </w:pPr>
      <w:r>
        <w:t>ان دی کیس اف انسائیکلوپیڈیا، ان کیس اف ڈکشنری، ڈیویژن مینز اپڈیٹنگ۔</w:t>
      </w:r>
    </w:p>
    <w:p>
      <w:r>
        <w:rPr>
          <w:b/>
        </w:rPr>
        <w:t xml:space="preserve">[11:57] </w:t>
      </w:r>
      <w:r>
        <w:t>But Islam is an eternal religion.</w:t>
      </w:r>
    </w:p>
    <w:p>
      <w:pPr>
        <w:jc w:val="right"/>
      </w:pPr>
      <w:r>
        <w:t>بٹ اسلام از اینڈ اٹینڈل ریلیجن۔</w:t>
      </w:r>
    </w:p>
    <w:p>
      <w:r>
        <w:rPr>
          <w:b/>
        </w:rPr>
        <w:t xml:space="preserve">[11:59] </w:t>
      </w:r>
      <w:r>
        <w:t>says there is no revisionism.</w:t>
      </w:r>
    </w:p>
    <w:p>
      <w:pPr>
        <w:jc w:val="right"/>
      </w:pPr>
      <w:r>
        <w:t>سیز دیر از نو ریویژن ازم۔</w:t>
      </w:r>
    </w:p>
    <w:p>
      <w:r>
        <w:rPr>
          <w:b/>
        </w:rPr>
        <w:t xml:space="preserve">[12:02] </w:t>
      </w:r>
      <w:r>
        <w:t>In Islam there is revival and not revisionism.</w:t>
      </w:r>
    </w:p>
    <w:p>
      <w:pPr>
        <w:jc w:val="right"/>
      </w:pPr>
      <w:r>
        <w:t>ان اسلام دیر از ریوائیول اینڈ ناٹ ریویژن ازم۔</w:t>
      </w:r>
    </w:p>
    <w:p>
      <w:r>
        <w:rPr>
          <w:b/>
        </w:rPr>
        <w:t xml:space="preserve">[12:06] </w:t>
      </w:r>
      <w:r>
        <w:t>In Islam there is revival, there is ihya, ihya aur tajdeed.</w:t>
      </w:r>
    </w:p>
    <w:p>
      <w:pPr>
        <w:jc w:val="right"/>
      </w:pPr>
      <w:r>
        <w:t>ان اسلام دیر از ریوائیول، دیر از احیاء، احیاء اور تجدید۔</w:t>
      </w:r>
    </w:p>
    <w:p>
      <w:r>
        <w:rPr>
          <w:b/>
        </w:rPr>
        <w:t xml:space="preserve">[12:10] </w:t>
      </w:r>
      <w:r>
        <w:t>In Islam there is ihya and tajdeed, that is revivalism, but there is no revisionism, that is</w:t>
      </w:r>
    </w:p>
    <w:p>
      <w:pPr>
        <w:jc w:val="right"/>
      </w:pPr>
      <w:r>
        <w:t>ان اسلام دیر از احیاء اور تجدید، دیٹ از ریوائیولزم، بٹ دیر از نو ریویژن ازم، دیٹ از</w:t>
      </w:r>
    </w:p>
    <w:p>
      <w:r>
        <w:rPr>
          <w:b/>
        </w:rPr>
        <w:t xml:space="preserve">[12:18] </w:t>
      </w:r>
      <w:r>
        <w:t>Raza rasani.</w:t>
      </w:r>
    </w:p>
    <w:p>
      <w:pPr>
        <w:jc w:val="right"/>
      </w:pPr>
      <w:r>
        <w:t>رضا رسانی۔</w:t>
      </w:r>
    </w:p>
    <w:p>
      <w:r>
        <w:rPr>
          <w:b/>
        </w:rPr>
        <w:t xml:space="preserve">[12:20] </w:t>
      </w:r>
      <w:r>
        <w:t>So there is no revisionism in Islam, there is no revisionism in Islam, because Islam is</w:t>
      </w:r>
    </w:p>
    <w:p>
      <w:pPr>
        <w:jc w:val="right"/>
      </w:pPr>
      <w:r>
        <w:t>سو دیر از نو رضا رسانی ان اسلام، دیر از نو ریویژن ازم ان اسلام، بیکاز اسلام از</w:t>
      </w:r>
    </w:p>
    <w:p>
      <w:r>
        <w:rPr>
          <w:b/>
        </w:rPr>
        <w:t xml:space="preserve">[12:27] </w:t>
      </w:r>
      <w:r>
        <w:t>and eternal religion.</w:t>
      </w:r>
    </w:p>
    <w:p>
      <w:pPr>
        <w:jc w:val="right"/>
      </w:pPr>
      <w:r>
        <w:t>اینڈ اٹینڈل ریلیجن۔</w:t>
      </w:r>
    </w:p>
    <w:p>
      <w:r>
        <w:rPr>
          <w:b/>
        </w:rPr>
        <w:t xml:space="preserve">[12:29] </w:t>
      </w:r>
      <w:r>
        <w:t>How you can revise a word of God? And extremes means ghulu.</w:t>
      </w:r>
    </w:p>
    <w:p>
      <w:pPr>
        <w:jc w:val="right"/>
      </w:pPr>
      <w:r>
        <w:t>ہاؤ یو کین ریوائز ا ورڈ اف گاڈ؟ اینڈ ایکسٹریمز مینز غلو۔</w:t>
      </w:r>
    </w:p>
    <w:p>
      <w:r>
        <w:rPr>
          <w:b/>
        </w:rPr>
        <w:t xml:space="preserve">[12:34] </w:t>
      </w:r>
      <w:r>
        <w:t>غلو means you are engaged in an, in Islamic teachings.</w:t>
      </w:r>
    </w:p>
    <w:p>
      <w:pPr>
        <w:jc w:val="right"/>
      </w:pPr>
      <w:r>
        <w:t>غلو مینز یو ار انگیجڈ ان این، ان اسلامک ٹیچنگز۔</w:t>
      </w:r>
    </w:p>
    <w:p>
      <w:r>
        <w:rPr>
          <w:b/>
        </w:rPr>
        <w:t xml:space="preserve">[12:38] </w:t>
      </w:r>
      <w:r>
        <w:t>You are engaged in an Islamic teachings, but you are doing it with extremism.</w:t>
      </w:r>
    </w:p>
    <w:p>
      <w:pPr>
        <w:jc w:val="right"/>
      </w:pPr>
      <w:r>
        <w:t>یو ار انگیجڈ ان این اسلامک ٹیچنگز، بٹ یو ار ڈوئنگ اٹ ود ایکسٹریمزم۔</w:t>
      </w:r>
    </w:p>
    <w:p>
      <w:r>
        <w:rPr>
          <w:b/>
        </w:rPr>
        <w:t xml:space="preserve">[12:44] </w:t>
      </w:r>
      <w:r>
        <w:t>So it is very important to learn the art of right thinking.</w:t>
      </w:r>
    </w:p>
    <w:p>
      <w:pPr>
        <w:jc w:val="right"/>
      </w:pPr>
      <w:r>
        <w:t>سو اٹ از ویری امپورٹنٹ ٹو لرن دا ارٹ اف رائٹ تھنکنگ۔</w:t>
      </w:r>
    </w:p>
    <w:p>
      <w:r>
        <w:rPr>
          <w:b/>
        </w:rPr>
        <w:t xml:space="preserve">[12:49] </w:t>
      </w:r>
      <w:r>
        <w:t>And tafakkur means right thinking.</w:t>
      </w:r>
    </w:p>
    <w:p>
      <w:pPr>
        <w:jc w:val="right"/>
      </w:pPr>
      <w:r>
        <w:t>اینڈ تفکیر مینز رائٹ تھنکنگ۔</w:t>
      </w:r>
    </w:p>
    <w:p>
      <w:r>
        <w:rPr>
          <w:b/>
        </w:rPr>
        <w:t xml:space="preserve">[12:52] </w:t>
      </w:r>
      <w:r>
        <w:t>تفکیر اور تذکیر اور توسم، all these words are have the same connotation, that is right thinking.</w:t>
      </w:r>
    </w:p>
    <w:p>
      <w:pPr>
        <w:jc w:val="right"/>
      </w:pPr>
      <w:r>
        <w:t>تفکیر اور تذکیر اور توسم، ال دیز ورڈز ار ہیو دا سیم کونیٹیشن، دیٹ از رائٹ تھنکنگ۔</w:t>
      </w:r>
    </w:p>
    <w:p>
      <w:r>
        <w:rPr>
          <w:b/>
        </w:rPr>
        <w:t xml:space="preserve">[12:59] </w:t>
      </w:r>
      <w:r>
        <w:t>For example, when the prophet of Islam was in Mecca, there were atrocities, there were atrocities, there were</w:t>
      </w:r>
    </w:p>
    <w:p>
      <w:pPr>
        <w:jc w:val="right"/>
      </w:pPr>
      <w:r>
        <w:t>فار ایگزیمپل، وین دا پراپرٹی اف اسلام واز ان مکہ، دیر ویر اٹروسیٹیز، دیر ویر اٹروسیٹیز، دیر ویر</w:t>
      </w:r>
    </w:p>
    <w:p>
      <w:r>
        <w:rPr>
          <w:b/>
        </w:rPr>
        <w:t xml:space="preserve">[13:07] </w:t>
      </w:r>
      <w:r>
        <w:t>Zulm.</w:t>
      </w:r>
    </w:p>
    <w:p>
      <w:pPr>
        <w:jc w:val="right"/>
      </w:pPr>
      <w:r>
        <w:t>ظلم۔</w:t>
      </w:r>
    </w:p>
    <w:p>
      <w:r>
        <w:rPr>
          <w:b/>
        </w:rPr>
        <w:t xml:space="preserve">[13:08] </w:t>
      </w:r>
      <w:r>
        <w:t>So if you say that this situation allows us to go to jihad, in the to qital, is</w:t>
      </w:r>
    </w:p>
    <w:p>
      <w:pPr>
        <w:jc w:val="right"/>
      </w:pPr>
      <w:r>
        <w:t>سو اف یو سی دیٹ دس سچویشن الاوز اس ٹو گو ٹو جہاد، ان دا ٹو قتال، از</w:t>
      </w:r>
    </w:p>
    <w:p>
      <w:r>
        <w:rPr>
          <w:b/>
        </w:rPr>
        <w:t xml:space="preserve">[13:16] </w:t>
      </w:r>
      <w:r>
        <w:t>wrong.</w:t>
      </w:r>
    </w:p>
    <w:p>
      <w:pPr>
        <w:jc w:val="right"/>
      </w:pPr>
      <w:r>
        <w:t>رونگ۔</w:t>
      </w:r>
    </w:p>
    <w:p>
      <w:r>
        <w:rPr>
          <w:b/>
        </w:rPr>
        <w:t xml:space="preserve">[13:17] </w:t>
      </w:r>
      <w:r>
        <w:t>That because in Mecca Islam was in its da'wah period.</w:t>
      </w:r>
    </w:p>
    <w:p>
      <w:pPr>
        <w:jc w:val="right"/>
      </w:pPr>
      <w:r>
        <w:t>دیٹ بیکاز ان مکہ اسلام واز ان اٹس دعوی پیریڈ۔</w:t>
      </w:r>
    </w:p>
    <w:p>
      <w:r>
        <w:rPr>
          <w:b/>
        </w:rPr>
        <w:t xml:space="preserve">[13:22] </w:t>
      </w:r>
      <w:r>
        <w:t>When Prophet Islam was in Mecca, he was in his Dawah period.</w:t>
      </w:r>
    </w:p>
    <w:p>
      <w:pPr>
        <w:jc w:val="right"/>
      </w:pPr>
      <w:r>
        <w:t>وین پراپرٹی اسلام واز ان مکہ، ہی واز ان ہز دعوی پیریڈ۔</w:t>
      </w:r>
    </w:p>
    <w:p>
      <w:r>
        <w:rPr>
          <w:b/>
        </w:rPr>
        <w:t xml:space="preserve">[13:27] </w:t>
      </w:r>
      <w:r>
        <w:t>Dawah period means to convey the message of God.</w:t>
      </w:r>
    </w:p>
    <w:p>
      <w:pPr>
        <w:jc w:val="right"/>
      </w:pPr>
      <w:r>
        <w:t>دعوی پیریڈ مینز ٹو کنوے دا میسج اف گاڈ۔</w:t>
      </w:r>
    </w:p>
    <w:p>
      <w:r>
        <w:rPr>
          <w:b/>
        </w:rPr>
        <w:t xml:space="preserve">[13:31] </w:t>
      </w:r>
      <w:r>
        <w:t>So at the time, he was in dawah period, and during dawah period, there is no jihad.</w:t>
      </w:r>
    </w:p>
    <w:p>
      <w:pPr>
        <w:jc w:val="right"/>
      </w:pPr>
      <w:r>
        <w:t>سو ایٹ دا ٹائم، ہی واز ان دعوی پیریڈ، اینڈ ڈیورنگ دعوی پیریڈ، دیر از نو جہاد۔</w:t>
      </w:r>
    </w:p>
    <w:p>
      <w:r>
        <w:rPr>
          <w:b/>
        </w:rPr>
        <w:t xml:space="preserve">[13:38] </w:t>
      </w:r>
      <w:r>
        <w:t>During da'wah period, there is no jihad, no qital, no war, no fighting.</w:t>
      </w:r>
    </w:p>
    <w:p>
      <w:pPr>
        <w:jc w:val="right"/>
      </w:pPr>
      <w:r>
        <w:t>ڈیورنگ دعوی پیریڈ، دیر از نو جہاد، نو قتال، نو وار، نو فائٹنگ۔</w:t>
      </w:r>
    </w:p>
    <w:p>
      <w:r>
        <w:rPr>
          <w:b/>
        </w:rPr>
        <w:t xml:space="preserve">[13:43] </w:t>
      </w:r>
      <w:r>
        <w:t>Why? Because during da'wah period, it requires normalcy between da'i and mad'u.</w:t>
      </w:r>
    </w:p>
    <w:p>
      <w:pPr>
        <w:jc w:val="right"/>
      </w:pPr>
      <w:r>
        <w:t>وائی؟ بیکاز ڈیورنگ دعوی پیریڈ، اٹ ریکوائر نارملسی بٹوین داعی اور مدو۔</w:t>
      </w:r>
    </w:p>
    <w:p>
      <w:r>
        <w:rPr>
          <w:b/>
        </w:rPr>
        <w:t xml:space="preserve">[13:49] </w:t>
      </w:r>
      <w:r>
        <w:t>At the time of dawah, it requires normalcy, normal relationship, friendly relations between dai and madu.</w:t>
      </w:r>
    </w:p>
    <w:p>
      <w:pPr>
        <w:jc w:val="right"/>
      </w:pPr>
      <w:r>
        <w:t>ایٹ دا ٹائم اف دعوی، اٹ ریکوائر نارملسی، نارمل ریلیشن شپ، فرینڈلی ریلیشنز بٹوین داعی اور مدو۔</w:t>
      </w:r>
    </w:p>
    <w:p>
      <w:r>
        <w:rPr>
          <w:b/>
        </w:rPr>
        <w:t xml:space="preserve">[13:56] </w:t>
      </w:r>
      <w:r>
        <w:t>So you have to be patience, you have to keep patience.</w:t>
      </w:r>
    </w:p>
    <w:p>
      <w:pPr>
        <w:jc w:val="right"/>
      </w:pPr>
      <w:r>
        <w:t>سو یو ہیو ٹو بی پیشنس، یو ہیو ٹو کیپ پیشنس۔</w:t>
      </w:r>
    </w:p>
    <w:p>
      <w:r>
        <w:rPr>
          <w:b/>
        </w:rPr>
        <w:t xml:space="preserve">[14:01] </w:t>
      </w:r>
      <w:r>
        <w:t>علماء، we will keep patience, we will keep patience.</w:t>
      </w:r>
    </w:p>
    <w:p>
      <w:pPr>
        <w:jc w:val="right"/>
      </w:pPr>
      <w:r>
        <w:t>علماء، وی ویل کیپ پیشنس، وی ویل کیپ پیشنس۔</w:t>
      </w:r>
    </w:p>
    <w:p>
      <w:r>
        <w:rPr>
          <w:b/>
        </w:rPr>
        <w:t xml:space="preserve">[14:04] </w:t>
      </w:r>
      <w:r>
        <w:t>These words were revealed in the, in, in, in Mecca.</w:t>
      </w:r>
    </w:p>
    <w:p>
      <w:pPr>
        <w:jc w:val="right"/>
      </w:pPr>
      <w:r>
        <w:t>دس ورڈز وار ریویل ان دا، ان، ان، ان مکہ۔</w:t>
      </w:r>
    </w:p>
    <w:p>
      <w:r>
        <w:rPr>
          <w:b/>
        </w:rPr>
        <w:t xml:space="preserve">[14:09] </w:t>
      </w:r>
      <w:r>
        <w:t>This verse and also other verses with the same meaning, were revealed in Makkah, when property of Islam</w:t>
      </w:r>
    </w:p>
    <w:p>
      <w:pPr>
        <w:jc w:val="right"/>
      </w:pPr>
      <w:r>
        <w:t>دس ورس اینڈ السو ادر ورسز ود دس سیم میننگ، ویر ریویل ان مکہ، وین پراپرٹی اف اسلام</w:t>
      </w:r>
    </w:p>
    <w:p>
      <w:r>
        <w:rPr>
          <w:b/>
        </w:rPr>
        <w:t xml:space="preserve">[14:16] </w:t>
      </w:r>
      <w:r>
        <w:t>was doing the work.</w:t>
      </w:r>
    </w:p>
    <w:p>
      <w:pPr>
        <w:jc w:val="right"/>
      </w:pPr>
      <w:r>
        <w:t>واز ڈوئنگ دا ورک۔</w:t>
      </w:r>
    </w:p>
    <w:p>
      <w:r>
        <w:rPr>
          <w:b/>
        </w:rPr>
        <w:t xml:space="preserve">[14:18] </w:t>
      </w:r>
      <w:r>
        <w:t>So at the time, he was told by God, you have to keep patience.</w:t>
      </w:r>
    </w:p>
    <w:p>
      <w:pPr>
        <w:jc w:val="right"/>
      </w:pPr>
      <w:r>
        <w:t>سو ایٹ دا ٹائم، ہی واز ٹولڈ بائی گاڈ، یو ہیو ٹو کیپ پیشنس۔</w:t>
      </w:r>
    </w:p>
    <w:p>
      <w:r>
        <w:rPr>
          <w:b/>
        </w:rPr>
        <w:t xml:space="preserve">[14:24] </w:t>
      </w:r>
      <w:r>
        <w:t>Patience means maintaining normalcy.</w:t>
      </w:r>
    </w:p>
    <w:p>
      <w:pPr>
        <w:jc w:val="right"/>
      </w:pPr>
      <w:r>
        <w:t>پیشنس مینز مینٹیننگ نارملسی۔</w:t>
      </w:r>
    </w:p>
    <w:p>
      <w:r>
        <w:rPr>
          <w:b/>
        </w:rPr>
        <w:t xml:space="preserve">[14:26] </w:t>
      </w:r>
      <w:r>
        <w:t>For what patience? The purpose of patience is to maintain the normal relationship between da'i and mad'u.</w:t>
      </w:r>
    </w:p>
    <w:p>
      <w:pPr>
        <w:jc w:val="right"/>
      </w:pPr>
      <w:r>
        <w:t>فار واٹ پیشنس؟ دا پرپس اف پیشنس از ٹو مینٹین دا نارمل ریلیشن شپ بٹوین داعی اور مدو۔</w:t>
      </w:r>
    </w:p>
    <w:p>
      <w:r>
        <w:rPr>
          <w:b/>
        </w:rPr>
        <w:t xml:space="preserve">[14:34] </w:t>
      </w:r>
      <w:r>
        <w:t>Because without normalcy, without normal relationship, no the work is possible.</w:t>
      </w:r>
    </w:p>
    <w:p>
      <w:pPr>
        <w:jc w:val="right"/>
      </w:pPr>
      <w:r>
        <w:t>بیکاز وداؤٹ نارملسی، وداؤٹ نارمل ریلیشن شپ، نو دا ورک از پوسیبل۔</w:t>
      </w:r>
    </w:p>
    <w:p>
      <w:r>
        <w:rPr>
          <w:b/>
        </w:rPr>
        <w:t xml:space="preserve">[14:39] </w:t>
      </w:r>
      <w:r>
        <w:t>So at the time, when the prophet of Islam was in Makkah, and he was doing the work,</w:t>
      </w:r>
    </w:p>
    <w:p>
      <w:pPr>
        <w:jc w:val="right"/>
      </w:pPr>
      <w:r>
        <w:t>سو ایٹ دا ٹائم، وین دا پراپرٹی اف اسلام واز ان مکہ، اینڈ ہی واز ڈوئنگ دا ورک،</w:t>
      </w:r>
    </w:p>
    <w:p>
      <w:r>
        <w:rPr>
          <w:b/>
        </w:rPr>
        <w:t xml:space="preserve">[14:46] </w:t>
      </w:r>
      <w:r>
        <w:t>So it was the da'wah period.</w:t>
      </w:r>
    </w:p>
    <w:p>
      <w:pPr>
        <w:jc w:val="right"/>
      </w:pPr>
      <w:r>
        <w:t>سو اٹ واز دا دعوی پیریڈ۔</w:t>
      </w:r>
    </w:p>
    <w:p>
      <w:r>
        <w:rPr>
          <w:b/>
        </w:rPr>
        <w:t xml:space="preserve">[14:49] </w:t>
      </w:r>
      <w:r>
        <w:t>So at the time, Quran, at the time, God revealed these verses, verses of sabr, verses of patience,</w:t>
      </w:r>
    </w:p>
    <w:p>
      <w:pPr>
        <w:jc w:val="right"/>
      </w:pPr>
      <w:r>
        <w:t>سو ایٹ دا ٹائم، قرآن، ایٹ دا ٹائم، گاڈ ریویل دیز ورسز، ورسز اف صبر، ورسز اف پیشنس،</w:t>
      </w:r>
    </w:p>
    <w:p>
      <w:r>
        <w:rPr>
          <w:b/>
        </w:rPr>
        <w:t xml:space="preserve">[14:57] </w:t>
      </w:r>
      <w:r>
        <w:t>That, O Muslims, you have to keep patience until the work ends to its, ends to its completion.</w:t>
      </w:r>
    </w:p>
    <w:p>
      <w:pPr>
        <w:jc w:val="right"/>
      </w:pPr>
      <w:r>
        <w:t>دیٹ او مسلمز، یو ہیو ٹو کیپ پیشنس انٹل دا ورک اینڈز ٹو اٹس، اینڈز ٹو اٹس کمپلیشن۔</w:t>
      </w:r>
    </w:p>
    <w:p>
      <w:r>
        <w:rPr>
          <w:b/>
        </w:rPr>
        <w:t xml:space="preserve">[15:04] </w:t>
      </w:r>
      <w:r>
        <w:t>until the work ends to its completion, that is itmam-e hujjat.</w:t>
      </w:r>
    </w:p>
    <w:p>
      <w:pPr>
        <w:jc w:val="right"/>
      </w:pPr>
      <w:r>
        <w:t>انٹل دا ورک اینڈز ٹو اٹس کمپلیشن، دیٹ از اتمام حجت۔</w:t>
      </w:r>
    </w:p>
    <w:p>
      <w:r>
        <w:rPr>
          <w:b/>
        </w:rPr>
        <w:t xml:space="preserve">[15:09] </w:t>
      </w:r>
      <w:r>
        <w:t>In the work, itmam-e hujjat.</w:t>
      </w:r>
    </w:p>
    <w:p>
      <w:pPr>
        <w:jc w:val="right"/>
      </w:pPr>
      <w:r>
        <w:t>ان دا ورک، اتمام حجت۔</w:t>
      </w:r>
    </w:p>
    <w:p>
      <w:r>
        <w:rPr>
          <w:b/>
        </w:rPr>
        <w:t xml:space="preserve">[15:11] </w:t>
      </w:r>
      <w:r>
        <w:t>in the work was required is itmam-e hujjat.</w:t>
      </w:r>
    </w:p>
    <w:p>
      <w:pPr>
        <w:jc w:val="right"/>
      </w:pPr>
      <w:r>
        <w:t>ان دا ورک واز ریکوائرڈ از اتمام حجت۔</w:t>
      </w:r>
    </w:p>
    <w:p>
      <w:r>
        <w:rPr>
          <w:b/>
        </w:rPr>
        <w:t xml:space="preserve">[15:15] </w:t>
      </w:r>
      <w:r>
        <w:t>Itmam-e hujjat means, yani to complete the da'wah process.</w:t>
      </w:r>
    </w:p>
    <w:p>
      <w:pPr>
        <w:jc w:val="right"/>
      </w:pPr>
      <w:r>
        <w:t>اتمام حجت مینز، یعنی ٹو کمپلیٹ دا دعوی پروسیس۔</w:t>
      </w:r>
    </w:p>
    <w:p>
      <w:r>
        <w:rPr>
          <w:b/>
        </w:rPr>
        <w:t xml:space="preserve">[15:19] </w:t>
      </w:r>
      <w:r>
        <w:t>Until you complete the process, until the process of dawah is completed, you have to keep patience.</w:t>
      </w:r>
    </w:p>
    <w:p>
      <w:pPr>
        <w:jc w:val="right"/>
      </w:pPr>
      <w:r>
        <w:t>انٹل یو کمپلیٹ دا پروسیس، انٹل دا پروسیس اف دعوی از کمپلیٹڈ، یو ہیو ٹو کیپ پیشنس۔</w:t>
      </w:r>
    </w:p>
    <w:p>
      <w:r>
        <w:rPr>
          <w:b/>
        </w:rPr>
        <w:t xml:space="preserve">[15:26] </w:t>
      </w:r>
      <w:r>
        <w:t>So it requires thinking, it requires contemplation, it requires tafakkur, to know that when I am in the</w:t>
      </w:r>
    </w:p>
    <w:p>
      <w:pPr>
        <w:jc w:val="right"/>
      </w:pPr>
      <w:r>
        <w:t>سو اٹ ریکوائر تھنکنگ، اٹ ریکوائر کنٹمپلیشن، اٹ ریکوائر تفکیر، ٹو نو دیٹ وین ائی ایم ان دا</w:t>
      </w:r>
    </w:p>
    <w:p>
      <w:r>
        <w:rPr>
          <w:b/>
        </w:rPr>
        <w:t xml:space="preserve">[15:34] </w:t>
      </w:r>
      <w:r>
        <w:t>work process, I cannot do jihad.</w:t>
      </w:r>
    </w:p>
    <w:p>
      <w:pPr>
        <w:jc w:val="right"/>
      </w:pPr>
      <w:r>
        <w:t>ورک پروسیس، ائی کین ناٹ ڈو جہاد۔</w:t>
      </w:r>
    </w:p>
    <w:p>
      <w:r>
        <w:rPr>
          <w:b/>
        </w:rPr>
        <w:t xml:space="preserve">[15:37] </w:t>
      </w:r>
      <w:r>
        <w:t>Again, I will try to say that if there is injustice, you cannot do jihad.</w:t>
      </w:r>
    </w:p>
    <w:p>
      <w:pPr>
        <w:jc w:val="right"/>
      </w:pPr>
      <w:r>
        <w:t>اگین، ائی ویل ٹرائی ٹو سی دیٹ اف دیر از انجسٹس، یو کین ناٹ ڈو جہاد۔</w:t>
      </w:r>
    </w:p>
    <w:p>
      <w:r>
        <w:rPr>
          <w:b/>
        </w:rPr>
        <w:t xml:space="preserve">[15:43] </w:t>
      </w:r>
      <w:r>
        <w:t>Injustice does not allow you to wage a war.</w:t>
      </w:r>
    </w:p>
    <w:p>
      <w:pPr>
        <w:jc w:val="right"/>
      </w:pPr>
      <w:r>
        <w:t>انجسٹس ڈز ناٹ الاؤ یو ٹو ویج ا وار۔</w:t>
      </w:r>
    </w:p>
    <w:p>
      <w:r>
        <w:rPr>
          <w:b/>
        </w:rPr>
        <w:t xml:space="preserve">[15:47] </w:t>
      </w:r>
      <w:r>
        <w:t>No, you have to know that if you are facing injustice, you have to do against that injustice.</w:t>
      </w:r>
    </w:p>
    <w:p>
      <w:pPr>
        <w:jc w:val="right"/>
      </w:pPr>
      <w:r>
        <w:t>نو، یو ہیو ٹو نو دیٹ اف یو ار فیسنگ انجسٹس، یو ہیو ٹو ڈو اگینسٹ دیٹ انجسٹس</w:t>
      </w:r>
    </w:p>
    <w:p>
      <w:r>
        <w:rPr>
          <w:b/>
        </w:rPr>
        <w:t xml:space="preserve">[15:55] </w:t>
      </w:r>
      <w:r>
        <w:t>peacefully.</w:t>
      </w:r>
    </w:p>
    <w:p>
      <w:pPr>
        <w:jc w:val="right"/>
      </w:pPr>
      <w:r>
        <w:t>پیس فلی۔</w:t>
      </w:r>
    </w:p>
    <w:p>
      <w:r>
        <w:rPr>
          <w:b/>
        </w:rPr>
        <w:t xml:space="preserve">[15:57] </w:t>
      </w:r>
      <w:r>
        <w:t>Injustice allow you to to go to peaceful work.</w:t>
      </w:r>
    </w:p>
    <w:p>
      <w:pPr>
        <w:jc w:val="right"/>
      </w:pPr>
      <w:r>
        <w:t>انجسٹس الاؤ یو ٹو ٹو گو ٹو پیس فل ورک۔</w:t>
      </w:r>
    </w:p>
    <w:p>
      <w:r>
        <w:rPr>
          <w:b/>
        </w:rPr>
        <w:t xml:space="preserve">[16:01] </w:t>
      </w:r>
      <w:r>
        <w:t>You are not allowed to go to sword, not at all.</w:t>
      </w:r>
    </w:p>
    <w:p>
      <w:pPr>
        <w:jc w:val="right"/>
      </w:pPr>
      <w:r>
        <w:t>یو ار ناٹ الاؤ ٹو گو ٹو سورڈ، ناٹ ایٹ ال۔</w:t>
      </w:r>
    </w:p>
    <w:p>
      <w:r>
        <w:rPr>
          <w:b/>
        </w:rPr>
        <w:t xml:space="preserve">[16:06] </w:t>
      </w:r>
      <w:r>
        <w:t>So you have to know the difference between injustice and an attack.</w:t>
      </w:r>
    </w:p>
    <w:p>
      <w:pPr>
        <w:jc w:val="right"/>
      </w:pPr>
      <w:r>
        <w:t>سو یو ہیو ٹو نو دا ڈفرنس بٹوین انجسٹس اینڈ اینڈ اٹیک۔</w:t>
      </w:r>
    </w:p>
    <w:p>
      <w:r>
        <w:rPr>
          <w:b/>
        </w:rPr>
        <w:t xml:space="preserve">[16:11] </w:t>
      </w:r>
      <w:r>
        <w:t>If there is attack, then you are allowed to go to defensive war.</w:t>
      </w:r>
    </w:p>
    <w:p>
      <w:pPr>
        <w:jc w:val="right"/>
      </w:pPr>
      <w:r>
        <w:t>اف دیر از اٹیک، دین یو ار الاؤ ٹو گو ٹو ڈیفنسو وار۔</w:t>
      </w:r>
    </w:p>
    <w:p>
      <w:r>
        <w:rPr>
          <w:b/>
        </w:rPr>
        <w:t xml:space="preserve">[16:16] </w:t>
      </w:r>
      <w:r>
        <w:t>But if there is injustice, you are not allowed to go to war.</w:t>
      </w:r>
    </w:p>
    <w:p>
      <w:pPr>
        <w:jc w:val="right"/>
      </w:pPr>
      <w:r>
        <w:t>بٹ اف دیر از انجسٹس، یو ار ناٹ الاؤ ٹو گو ٹو وار۔</w:t>
      </w:r>
    </w:p>
    <w:p>
      <w:r>
        <w:rPr>
          <w:b/>
        </w:rPr>
        <w:t xml:space="preserve">[16:22] </w:t>
      </w:r>
      <w:r>
        <w:t>You are allowed only to go to peaceful activism, peaceful struggle.</w:t>
      </w:r>
    </w:p>
    <w:p>
      <w:pPr>
        <w:jc w:val="right"/>
      </w:pPr>
      <w:r>
        <w:t>یو ار الاؤڈ اونلی ٹو گو ٹو پیس فل ایکٹیوزم، پیس فل سٹرگل۔</w:t>
      </w:r>
    </w:p>
    <w:p>
      <w:r>
        <w:rPr>
          <w:b/>
        </w:rPr>
        <w:t xml:space="preserve">[16:27] </w:t>
      </w:r>
      <w:r>
        <w:t>So you can, you, you, you must know the difference between injustice and attack.</w:t>
      </w:r>
    </w:p>
    <w:p>
      <w:pPr>
        <w:jc w:val="right"/>
      </w:pPr>
      <w:r>
        <w:t>سو یو کین، یو، یو، یو مسٹ نو دا ڈفرنس بٹوین انجسٹس اینڈ اٹیک۔</w:t>
      </w:r>
    </w:p>
    <w:p>
      <w:r>
        <w:rPr>
          <w:b/>
        </w:rPr>
        <w:t xml:space="preserve">[16:33] </w:t>
      </w:r>
      <w:r>
        <w:t>Otherwise, you will fail to to to follow the commandment of God.</w:t>
      </w:r>
    </w:p>
    <w:p>
      <w:pPr>
        <w:jc w:val="right"/>
      </w:pPr>
      <w:r>
        <w:t>ادروائز، یو ویل فیل ٹو ٹو ٹو فالو دا کمانڈمنٹ اف گاڈ۔</w:t>
      </w:r>
    </w:p>
    <w:p>
      <w:r>
        <w:rPr>
          <w:b/>
        </w:rPr>
        <w:t xml:space="preserve">[16:39] </w:t>
      </w:r>
      <w:r>
        <w:t>Yesterday, I happened to meet a Muslim scholar.</w:t>
      </w:r>
    </w:p>
    <w:p>
      <w:pPr>
        <w:jc w:val="right"/>
      </w:pPr>
      <w:r>
        <w:t>ایسٹر ڈے، ائی ہیپن ٹو میٹ ا مسلم سکالر۔</w:t>
      </w:r>
    </w:p>
    <w:p>
      <w:r>
        <w:rPr>
          <w:b/>
        </w:rPr>
        <w:t xml:space="preserve">[16:42] </w:t>
      </w:r>
      <w:r>
        <w:t>I referred the talk was on peaceful activism, peaceful activism.</w:t>
      </w:r>
    </w:p>
    <w:p>
      <w:pPr>
        <w:jc w:val="right"/>
      </w:pPr>
      <w:r>
        <w:t>ائی ریفرڈ دا ٹاک واز ان پیس فل ایکٹیوزم، پیس فل ایکٹیوزم۔</w:t>
      </w:r>
    </w:p>
    <w:p>
      <w:r>
        <w:rPr>
          <w:b/>
        </w:rPr>
        <w:t xml:space="preserve">[16:48] </w:t>
      </w:r>
      <w:r>
        <w:t>So I referred to a saying of Jesus Christ.</w:t>
      </w:r>
    </w:p>
    <w:p>
      <w:pPr>
        <w:jc w:val="right"/>
      </w:pPr>
      <w:r>
        <w:t>سو ائی ریفرڈ ٹو ا سینگ اف جیسس کرائسٹ۔</w:t>
      </w:r>
    </w:p>
    <w:p>
      <w:r>
        <w:rPr>
          <w:b/>
        </w:rPr>
        <w:t xml:space="preserve">[16:51] </w:t>
      </w:r>
      <w:r>
        <w:t>Jesus Christ, when Jesus Christ came in Palestine, so at the time, Romans were ruling the Palestine.</w:t>
      </w:r>
    </w:p>
    <w:p>
      <w:pPr>
        <w:jc w:val="right"/>
      </w:pPr>
      <w:r>
        <w:t>جیسس کرائسٹ، وین جیسس کرائسٹ کیم ان فلسطین، سو ایٹ دا ٹائم، رومنز ویر رولنگ دا فلسطین۔</w:t>
      </w:r>
    </w:p>
    <w:p>
      <w:r>
        <w:rPr>
          <w:b/>
        </w:rPr>
        <w:t xml:space="preserve">[16:59] </w:t>
      </w:r>
      <w:r>
        <w:t>Romans were ruling that area.</w:t>
      </w:r>
    </w:p>
    <w:p>
      <w:pPr>
        <w:jc w:val="right"/>
      </w:pPr>
      <w:r>
        <w:t>رومنز ویر رولنگ دا دیٹ ایریا۔</w:t>
      </w:r>
    </w:p>
    <w:p>
      <w:r>
        <w:rPr>
          <w:b/>
        </w:rPr>
        <w:t xml:space="preserve">[17:01] </w:t>
      </w:r>
      <w:r>
        <w:t>So, the prophet, so Prophet Isa and Jesus Christ was to work in in such a situation, when</w:t>
      </w:r>
    </w:p>
    <w:p>
      <w:pPr>
        <w:jc w:val="right"/>
      </w:pPr>
      <w:r>
        <w:t>سو، تو پرافیٹ، سو پرافیٹ عیسی اور جیسس کرائسٹ واز ٹو ورک ان ان سچ ا سچویشن، وین</w:t>
      </w:r>
    </w:p>
    <w:p>
      <w:r>
        <w:rPr>
          <w:b/>
        </w:rPr>
        <w:t xml:space="preserve">[17:09] </w:t>
      </w:r>
      <w:r>
        <w:t>The rulers are Romans.</w:t>
      </w:r>
    </w:p>
    <w:p>
      <w:pPr>
        <w:jc w:val="right"/>
      </w:pPr>
      <w:r>
        <w:t>دا رولرز ار رومنز۔</w:t>
      </w:r>
    </w:p>
    <w:p>
      <w:r>
        <w:rPr>
          <w:b/>
        </w:rPr>
        <w:t xml:space="preserve">[17:11] </w:t>
      </w:r>
      <w:r>
        <w:t>So I said that Jesus Christ said to his disciples, Jesus Christ gave a policy to his disciples.</w:t>
      </w:r>
    </w:p>
    <w:p>
      <w:pPr>
        <w:jc w:val="right"/>
      </w:pPr>
      <w:r>
        <w:t>سو ائی سیڈ دیٹ جیسس کرائسٹ سیڈ ٹو ہز ڈسائپلز، جیسس کرائسٹ گیو ا پالیسی ٹو ہز ڈسائپلز۔</w:t>
      </w:r>
    </w:p>
    <w:p>
      <w:r>
        <w:rPr>
          <w:b/>
        </w:rPr>
        <w:t xml:space="preserve">[17:18] </w:t>
      </w:r>
      <w:r>
        <w:t>That policy was in his verse: "Give to Caesar what is due to Caesar, give to Caesar what</w:t>
      </w:r>
    </w:p>
    <w:p>
      <w:pPr>
        <w:jc w:val="right"/>
      </w:pPr>
      <w:r>
        <w:t>دیٹ پالیسی واز ان ہز ورس: "گیو ٹو سیزر واٹ از ڈیو ٹو سیزر، گیو ٹو سیزر واٹ</w:t>
      </w:r>
    </w:p>
    <w:p>
      <w:r>
        <w:rPr>
          <w:b/>
        </w:rPr>
        <w:t xml:space="preserve">[17:26] </w:t>
      </w:r>
      <w:r>
        <w:t>"Render unto Caesar what is due to Caesar, and unto God what is due to God." This was the policy given</w:t>
      </w:r>
    </w:p>
    <w:p>
      <w:pPr>
        <w:jc w:val="right"/>
      </w:pPr>
      <w:r>
        <w:t>از ڈیو ٹو سیزر، اینڈ گیو ٹو گاڈ واٹ از ڈیو ٹو گاڈ۔" دس واز دا پالیسی گیون</w:t>
      </w:r>
    </w:p>
    <w:p>
      <w:r>
        <w:rPr>
          <w:b/>
        </w:rPr>
        <w:t xml:space="preserve">[17:34] </w:t>
      </w:r>
      <w:r>
        <w:t>by Jesus Christ to his disciples: "Give to Caesar what is due to Caesar, and give to God</w:t>
      </w:r>
    </w:p>
    <w:p>
      <w:pPr>
        <w:jc w:val="right"/>
      </w:pPr>
      <w:r>
        <w:t>بائی جیسس کرائسٹ ٹو ہز ڈسائپلز: "گیو ٹو سیزر واٹ از ڈیو ٹو سیزر، اینڈ گیو ٹو گاڈ</w:t>
      </w:r>
    </w:p>
    <w:p>
      <w:r>
        <w:rPr>
          <w:b/>
        </w:rPr>
        <w:t xml:space="preserve">[17:42] </w:t>
      </w:r>
      <w:r>
        <w:t>"What is due to God." So that Muslim scholar said: "It is, it is, it was said by</w:t>
      </w:r>
    </w:p>
    <w:p>
      <w:pPr>
        <w:jc w:val="right"/>
      </w:pPr>
      <w:r>
        <w:t>واٹ از ڈیو ٹو گاڈ۔" سو دیٹ مسلم سکالر سیڈ: "اٹ از، اٹ از، اٹ واز سیڈ بائی</w:t>
      </w:r>
    </w:p>
    <w:p>
      <w:r>
        <w:rPr>
          <w:b/>
        </w:rPr>
        <w:t xml:space="preserve">[17:49] </w:t>
      </w:r>
      <w:r>
        <w:t>Jesus Christ, but we are followers of Muhammad.</w:t>
      </w:r>
    </w:p>
    <w:p>
      <w:pPr>
        <w:jc w:val="right"/>
      </w:pPr>
      <w:r>
        <w:t>جیسس کرائسٹ، بٹ وی ار فالوورز اف محمد۔</w:t>
      </w:r>
    </w:p>
    <w:p>
      <w:r>
        <w:rPr>
          <w:b/>
        </w:rPr>
        <w:t xml:space="preserve">[17:53] </w:t>
      </w:r>
      <w:r>
        <w:t>"Why are you referring Jesus Christ? We have to follow Prophet Muhammad." I said: "Yes, Prophet Muhammad has</w:t>
      </w:r>
    </w:p>
    <w:p>
      <w:pPr>
        <w:jc w:val="right"/>
      </w:pPr>
      <w:r>
        <w:t>وائی یو ار ریفرنگ جیسس کرائسٹ؟ وی ہیو ٹو فالو پرافیٹ محمد۔" ائی سیڈ: "یس، پرافیٹ محمد ہیز</w:t>
      </w:r>
    </w:p>
    <w:p>
      <w:r>
        <w:rPr>
          <w:b/>
        </w:rPr>
        <w:t xml:space="preserve">[18:00] </w:t>
      </w:r>
      <w:r>
        <w:t>said this, his Prophet Muhammad has given the same policy to us, same policy." In in Sahih al-Bukhari,</w:t>
      </w:r>
    </w:p>
    <w:p>
      <w:pPr>
        <w:jc w:val="right"/>
      </w:pPr>
      <w:r>
        <w:t>سیڈ دس، ہیز پرافیٹ محمد ہیز گیون دا سیم پالیسی ٹو اس، سیم پالیسی۔" ان ان صحیح البخاری،</w:t>
      </w:r>
    </w:p>
    <w:p>
      <w:r>
        <w:rPr>
          <w:b/>
        </w:rPr>
        <w:t xml:space="preserve">[18:08] </w:t>
      </w:r>
      <w:r>
        <w:t>There is very authentic book in Islam, there is a Hadith.</w:t>
      </w:r>
    </w:p>
    <w:p>
      <w:pPr>
        <w:jc w:val="right"/>
      </w:pPr>
      <w:r>
        <w:t>دیر از ویری اتھینٹک بک ان اسلام، دیر از ا حدیث۔</w:t>
      </w:r>
    </w:p>
    <w:p>
      <w:r>
        <w:rPr>
          <w:b/>
        </w:rPr>
        <w:t xml:space="preserve">[18:13] </w:t>
      </w:r>
      <w:r>
        <w:t>In this Hadith, the Prophet of Islam, the Prophet of Islam says: "Addoo ilaihim haqqahu, was'aloo Allaha haqqakum."</w:t>
      </w:r>
    </w:p>
    <w:p>
      <w:pPr>
        <w:jc w:val="right"/>
      </w:pPr>
      <w:r>
        <w:t>ان دس حدیث، دا پرافیٹ اف اسلام، دا پرافیٹ اف اسلام سیز: "ادو الیہم حقہ، وصل اللہ حقکم،</w:t>
      </w:r>
    </w:p>
    <w:p>
      <w:r>
        <w:rPr>
          <w:b/>
        </w:rPr>
        <w:t xml:space="preserve">[18:21] </w:t>
      </w:r>
      <w:r>
        <w:t>ادو الیہم حقہ، وصل اللہ حقکم۔" It means that: "Fulfill the right of rulers and ask your rights</w:t>
      </w:r>
    </w:p>
    <w:p>
      <w:pPr>
        <w:jc w:val="right"/>
      </w:pPr>
      <w:r>
        <w:t>ادو الیہم حقہ، وصل اللہ حقکم۔" اٹ مینز دیٹ: "فلفل دا رائٹ اف رولرز اینڈ اسک یور رائٹس</w:t>
      </w:r>
    </w:p>
    <w:p>
      <w:r>
        <w:rPr>
          <w:b/>
        </w:rPr>
        <w:t xml:space="preserve">[18:28] </w:t>
      </w:r>
      <w:r>
        <w:t>from God." Here you can see that Prophet Muhammad gave the same instruction to his followers, which was</w:t>
      </w:r>
    </w:p>
    <w:p>
      <w:pPr>
        <w:jc w:val="right"/>
      </w:pPr>
      <w:r>
        <w:t>فرام گاڈ۔" ہیر یو کین سی دیٹ پرافیٹ محمد گیو دا سیم انسٹرکشن ٹو ہز فالوورز، وچ واز</w:t>
      </w:r>
    </w:p>
    <w:p>
      <w:r>
        <w:rPr>
          <w:b/>
        </w:rPr>
        <w:t xml:space="preserve">[18:36] </w:t>
      </w:r>
      <w:r>
        <w:t>given by Jesus Christ to his disciples.</w:t>
      </w:r>
    </w:p>
    <w:p>
      <w:pPr>
        <w:jc w:val="right"/>
      </w:pPr>
      <w:r>
        <w:t>گیون بائی جیسس کرائسٹ ٹو ہز ڈسائپلز۔</w:t>
      </w:r>
    </w:p>
    <w:p>
      <w:r>
        <w:rPr>
          <w:b/>
        </w:rPr>
        <w:t xml:space="preserve">[18:39] </w:t>
      </w:r>
      <w:r>
        <w:t>There is no difference at all.</w:t>
      </w:r>
    </w:p>
    <w:p>
      <w:pPr>
        <w:jc w:val="right"/>
      </w:pPr>
      <w:r>
        <w:t>دیر از نو ڈفرنس ایٹ ال۔</w:t>
      </w:r>
    </w:p>
    <w:p>
      <w:r>
        <w:rPr>
          <w:b/>
        </w:rPr>
        <w:t xml:space="preserve">[18:42] </w:t>
      </w:r>
      <w:r>
        <w:t>Then he was, he became speechless, but he never confessed that we were wrong in the past.</w:t>
      </w:r>
    </w:p>
    <w:p>
      <w:pPr>
        <w:jc w:val="right"/>
      </w:pPr>
      <w:r>
        <w:t>دین ہی واز، ہی بیکم اسپیچیس، بٹ ہی نیور کانفنس دیٹ وی ویر رونگ ان دی پاسٹ۔</w:t>
      </w:r>
    </w:p>
    <w:p>
      <w:r>
        <w:rPr>
          <w:b/>
        </w:rPr>
        <w:t xml:space="preserve">[18:49] </w:t>
      </w:r>
      <w:r>
        <w:t>So this is due to lack of tafakkur.</w:t>
      </w:r>
    </w:p>
    <w:p>
      <w:pPr>
        <w:jc w:val="right"/>
      </w:pPr>
      <w:r>
        <w:t>سو دس از ڈیو ٹو لیک اف تفکیر۔</w:t>
      </w:r>
    </w:p>
    <w:p>
      <w:r>
        <w:rPr>
          <w:b/>
        </w:rPr>
        <w:t xml:space="preserve">[18:52] </w:t>
      </w:r>
      <w:r>
        <w:t>Lack of tafakkur, lack of tafakkur means lack of analysis.</w:t>
      </w:r>
    </w:p>
    <w:p>
      <w:pPr>
        <w:jc w:val="right"/>
      </w:pPr>
      <w:r>
        <w:t>لیک اف تفکیر، لیک اف تفکیر مینز لیک اف انالیسز۔</w:t>
      </w:r>
    </w:p>
    <w:p>
      <w:r>
        <w:rPr>
          <w:b/>
        </w:rPr>
        <w:t xml:space="preserve">[18:57] </w:t>
      </w:r>
      <w:r>
        <w:t>Lack of tafakkur means lack of analysis, lack of knowing the difference between the two, lack of going</w:t>
      </w:r>
    </w:p>
    <w:p>
      <w:pPr>
        <w:jc w:val="right"/>
      </w:pPr>
      <w:r>
        <w:t>لیک اف تفکیر مینز لیک اف انالیسز، لیک اف نوئنگ دا ڈفرنس بٹوین دا ٹو، لیک اف گوئنگ</w:t>
      </w:r>
    </w:p>
    <w:p>
      <w:r>
        <w:rPr>
          <w:b/>
        </w:rPr>
        <w:t xml:space="preserve">[19:04] </w:t>
      </w:r>
      <w:r>
        <w:t>to the deep, deeper mind.</w:t>
      </w:r>
    </w:p>
    <w:p>
      <w:pPr>
        <w:jc w:val="right"/>
      </w:pPr>
      <w:r>
        <w:t>ٹو دا ڈیپ، ڈیپر مائنڈ۔</w:t>
      </w:r>
    </w:p>
    <w:p>
      <w:r>
        <w:rPr>
          <w:b/>
        </w:rPr>
        <w:t xml:space="preserve">[19:06] </w:t>
      </w:r>
      <w:r>
        <w:t>Lack of tafakkur means failure to read the, failure to d, failure to read what is in, in,</w:t>
      </w:r>
    </w:p>
    <w:p>
      <w:pPr>
        <w:jc w:val="right"/>
      </w:pPr>
      <w:r>
        <w:t>لیک اف تفکیر مینز فیلیر ٹو ریڈ دا، فیلیر ٹو ڈی، فیلیر ٹو ریڈ واٹ از ان، ان،</w:t>
      </w:r>
    </w:p>
    <w:p>
      <w:r>
        <w:rPr>
          <w:b/>
        </w:rPr>
        <w:t xml:space="preserve">[19:14] </w:t>
      </w:r>
      <w:r>
        <w:t>in, in between the line.</w:t>
      </w:r>
    </w:p>
    <w:p>
      <w:pPr>
        <w:jc w:val="right"/>
      </w:pPr>
      <w:r>
        <w:t>ان، ان بٹوین دا لائن۔</w:t>
      </w:r>
    </w:p>
    <w:p>
      <w:r>
        <w:rPr>
          <w:b/>
        </w:rPr>
        <w:t xml:space="preserve">[19:16] </w:t>
      </w:r>
      <w:r>
        <w:t>There is a hadith that, there is a hadith about the Quran.</w:t>
      </w:r>
    </w:p>
    <w:p>
      <w:pPr>
        <w:jc w:val="right"/>
      </w:pPr>
      <w:r>
        <w:t>دیر از ا حدیث دیٹ، دیر از حدیث اباؤٹ دا قرآن۔</w:t>
      </w:r>
    </w:p>
    <w:p>
      <w:r>
        <w:rPr>
          <w:b/>
        </w:rPr>
        <w:t xml:space="preserve">[19:21] </w:t>
      </w:r>
      <w:r>
        <w:t>There is a hadith about the Quran: "Likulli ayatin minha zahr wa batn." It means that every verse of</w:t>
      </w:r>
    </w:p>
    <w:p>
      <w:pPr>
        <w:jc w:val="right"/>
      </w:pPr>
      <w:r>
        <w:t>دیر از ا حدیث اباؤٹ دا قرآن: "لکل ایت منہا زہر وبطل۔" اٹ مینز دیٹ ایوری ورس اف</w:t>
      </w:r>
    </w:p>
    <w:p>
      <w:r>
        <w:rPr>
          <w:b/>
        </w:rPr>
        <w:t xml:space="preserve">[19:29] </w:t>
      </w:r>
      <w:r>
        <w:t>The Quran has, has two meanings.</w:t>
      </w:r>
    </w:p>
    <w:p>
      <w:pPr>
        <w:jc w:val="right"/>
      </w:pPr>
      <w:r>
        <w:t>دا قرآن ہیز، ہیز ٹو میننگز۔</w:t>
      </w:r>
    </w:p>
    <w:p>
      <w:r>
        <w:rPr>
          <w:b/>
        </w:rPr>
        <w:t xml:space="preserve">[19:31] </w:t>
      </w:r>
      <w:r>
        <w:t>One is its obvious meanings, and the second is its what is, what lies in, in, in between</w:t>
      </w:r>
    </w:p>
    <w:p>
      <w:pPr>
        <w:jc w:val="right"/>
      </w:pPr>
      <w:r>
        <w:t>ون از اٹس اویس میننگز، اینڈ دا سیکنڈ از اٹس واٹ از، واٹ لائز ان، ان، ان بٹوین</w:t>
      </w:r>
    </w:p>
    <w:p>
      <w:r>
        <w:rPr>
          <w:b/>
        </w:rPr>
        <w:t xml:space="preserve">[19:39] </w:t>
      </w:r>
      <w:r>
        <w:t>the line.</w:t>
      </w:r>
    </w:p>
    <w:p>
      <w:pPr>
        <w:jc w:val="right"/>
      </w:pPr>
      <w:r>
        <w:t>دا لائن۔</w:t>
      </w:r>
    </w:p>
    <w:p>
      <w:r>
        <w:rPr>
          <w:b/>
        </w:rPr>
        <w:t xml:space="preserve">[19:41] </w:t>
      </w:r>
      <w:r>
        <w:t>So you have to learn what is in line, and what is in, in between the line.</w:t>
      </w:r>
    </w:p>
    <w:p>
      <w:pPr>
        <w:jc w:val="right"/>
      </w:pPr>
      <w:r>
        <w:t>سو یو ہیو ٹو لرن واٹ از ان لائن، اینڈ واٹ از ان، ان بٹوین دا لائن۔</w:t>
      </w:r>
    </w:p>
    <w:p>
      <w:r>
        <w:rPr>
          <w:b/>
        </w:rPr>
        <w:t xml:space="preserve">[19:48] </w:t>
      </w:r>
      <w:r>
        <w:t>So what is in the line, you can know it simply by reading, by tilawat.</w:t>
      </w:r>
    </w:p>
    <w:p>
      <w:pPr>
        <w:jc w:val="right"/>
      </w:pPr>
      <w:r>
        <w:t>سو واٹ از ان دا لائن، یو کین نو اٹ سمپلی بائی ریڈنگ، بائی تلاوت۔</w:t>
      </w:r>
    </w:p>
    <w:p>
      <w:r>
        <w:rPr>
          <w:b/>
        </w:rPr>
        <w:t xml:space="preserve">[19:54] </w:t>
      </w:r>
      <w:r>
        <w:t>What is in the line, you can understand it simply by tilawat or reading.</w:t>
      </w:r>
    </w:p>
    <w:p>
      <w:pPr>
        <w:jc w:val="right"/>
      </w:pPr>
      <w:r>
        <w:t>واٹ از ان دی لائن، یو کین انڈرسٹینڈ اٹ سمپلی بائی تلاوت اور ریڈنگ۔</w:t>
      </w:r>
    </w:p>
    <w:p>
      <w:r>
        <w:rPr>
          <w:b/>
        </w:rPr>
        <w:t xml:space="preserve">[20:00] </w:t>
      </w:r>
      <w:r>
        <w:t>But what is in between the line, you can understand it only through tafakkur.</w:t>
      </w:r>
    </w:p>
    <w:p>
      <w:pPr>
        <w:jc w:val="right"/>
      </w:pPr>
      <w:r>
        <w:t>بٹ واٹ از ان بٹوین دا لائن، یو کین انڈرسٹینڈ اٹ اونلی تھرو تفکیر۔</w:t>
      </w:r>
    </w:p>
    <w:p>
      <w:r>
        <w:rPr>
          <w:b/>
        </w:rPr>
        <w:t xml:space="preserve">[20:06] </w:t>
      </w:r>
      <w:r>
        <w:t>to read what is in the, in between the line, to know what is in between the line</w:t>
      </w:r>
    </w:p>
    <w:p>
      <w:pPr>
        <w:jc w:val="right"/>
      </w:pPr>
      <w:r>
        <w:t>ٹو ریڈ واٹ از ان دی، ان بٹوین دا لائن، ٹو نو واٹ از ان بٹوین دا لائن</w:t>
      </w:r>
    </w:p>
    <w:p>
      <w:r>
        <w:rPr>
          <w:b/>
        </w:rPr>
        <w:t xml:space="preserve">[20:14] </w:t>
      </w:r>
      <w:r>
        <w:t>require tafakkur, tadabbur.</w:t>
      </w:r>
    </w:p>
    <w:p>
      <w:pPr>
        <w:jc w:val="right"/>
      </w:pPr>
      <w:r>
        <w:t>ریکوائر تفکیر، تدبر۔</w:t>
      </w:r>
    </w:p>
    <w:p>
      <w:r>
        <w:rPr>
          <w:b/>
        </w:rPr>
        <w:t xml:space="preserve">[20:15] </w:t>
      </w:r>
      <w:r>
        <w:t>Without tafakkur and tadabbur, you can understand the deeper meaning of the Quran.</w:t>
      </w:r>
    </w:p>
    <w:p>
      <w:pPr>
        <w:jc w:val="right"/>
      </w:pPr>
      <w:r>
        <w:t>وداؤٹ تفکیر اینڈ تدبر، یو کین انڈرسٹینڈ دا ڈیپر میننگ اف دا قرآن۔</w:t>
      </w:r>
    </w:p>
    <w:p>
      <w:r>
        <w:rPr>
          <w:b/>
        </w:rPr>
        <w:t xml:space="preserve">[20:21] </w:t>
      </w:r>
      <w:r>
        <w:t>So, tafakkur is very important.</w:t>
      </w:r>
    </w:p>
    <w:p>
      <w:pPr>
        <w:jc w:val="right"/>
      </w:pPr>
      <w:r>
        <w:t>سو تفکیر از ویری امپورٹنٹ۔</w:t>
      </w:r>
    </w:p>
    <w:p>
      <w:r>
        <w:rPr>
          <w:b/>
        </w:rPr>
        <w:t xml:space="preserve">[20:23] </w:t>
      </w:r>
      <w:r>
        <w:t>Tafakkur is very, very important.</w:t>
      </w:r>
    </w:p>
    <w:p>
      <w:pPr>
        <w:jc w:val="right"/>
      </w:pPr>
      <w:r>
        <w:t>تفکیر از ویری، ویری امپورٹنٹ۔</w:t>
      </w:r>
    </w:p>
    <w:p>
      <w:r>
        <w:rPr>
          <w:b/>
        </w:rPr>
        <w:t xml:space="preserve">[20:25] </w:t>
      </w:r>
      <w:r>
        <w:t>As I referred earlier, the Quranic verse: "ولیتذکر الباب".</w:t>
      </w:r>
    </w:p>
    <w:p>
      <w:pPr>
        <w:jc w:val="right"/>
      </w:pPr>
      <w:r>
        <w:t>ایز ائی ریفرڈ ارلیئر، دا قرآنک ورس: "ولیتذکر الباب"۔</w:t>
      </w:r>
    </w:p>
    <w:p>
      <w:r>
        <w:rPr>
          <w:b/>
        </w:rPr>
        <w:t xml:space="preserve">[20:29] </w:t>
      </w:r>
      <w:r>
        <w:t>Ponder over the verses, so that you may understand the deeper meaning of the Quran, deeper meaning of</w:t>
      </w:r>
    </w:p>
    <w:p>
      <w:pPr>
        <w:jc w:val="right"/>
      </w:pPr>
      <w:r>
        <w:t>پانڈر اوور دی ورسز، سو دیٹ یو می انڈرسٹینڈ دا ڈیپر میننگ اف دا قرآن، ڈیپر میننگ اف</w:t>
      </w:r>
    </w:p>
    <w:p>
      <w:r>
        <w:rPr>
          <w:b/>
        </w:rPr>
        <w:t xml:space="preserve">[20:37] </w:t>
      </w:r>
      <w:r>
        <w:t>The Quranic verses.</w:t>
      </w:r>
    </w:p>
    <w:p>
      <w:pPr>
        <w:jc w:val="right"/>
      </w:pPr>
      <w:r>
        <w:t>دا قرآنک ورسز۔</w:t>
      </w:r>
    </w:p>
    <w:p>
      <w:r>
        <w:rPr>
          <w:b/>
        </w:rPr>
        <w:t xml:space="preserve">[20:38] </w:t>
      </w:r>
      <w:r>
        <w:t>Once the wife of the Prophet Aisha was told that Mr. so and so reads Quran in such</w:t>
      </w:r>
    </w:p>
    <w:p>
      <w:pPr>
        <w:jc w:val="right"/>
      </w:pPr>
      <w:r>
        <w:t>ونس دا وائف اف دا پرافیٹ عائشہ واز ٹولڈ دیٹ مسٹر سو اینڈ سو ریڈز قرآن ان سچ</w:t>
      </w:r>
    </w:p>
    <w:p>
      <w:r>
        <w:rPr>
          <w:b/>
        </w:rPr>
        <w:t xml:space="preserve">[20:46] </w:t>
      </w:r>
      <w:r>
        <w:t>a way that he complete the whole Quran in three days.</w:t>
      </w:r>
    </w:p>
    <w:p>
      <w:pPr>
        <w:jc w:val="right"/>
      </w:pPr>
      <w:r>
        <w:t>ا وے دیٹ ہی کمپلیٹ دا ہول قرآن ان تھری ڈیز۔</w:t>
      </w:r>
    </w:p>
    <w:p>
      <w:r>
        <w:rPr>
          <w:b/>
        </w:rPr>
        <w:t xml:space="preserve">[20:51] </w:t>
      </w:r>
      <w:r>
        <w:t>He completed the whole Quran in three days.</w:t>
      </w:r>
    </w:p>
    <w:p>
      <w:pPr>
        <w:jc w:val="right"/>
      </w:pPr>
      <w:r>
        <w:t>ہی کمپلیٹ دا ہول قرآن ان تھری ڈیز۔</w:t>
      </w:r>
    </w:p>
    <w:p>
      <w:r>
        <w:rPr>
          <w:b/>
        </w:rPr>
        <w:t xml:space="preserve">[20:54] </w:t>
      </w:r>
      <w:r>
        <w:t>There are so many people who do like this.</w:t>
      </w:r>
    </w:p>
    <w:p>
      <w:pPr>
        <w:jc w:val="right"/>
      </w:pPr>
      <w:r>
        <w:t>دیر ار سو مینی پیپل وڈ ڈو لائک دس۔</w:t>
      </w:r>
    </w:p>
    <w:p>
      <w:r>
        <w:rPr>
          <w:b/>
        </w:rPr>
        <w:t xml:space="preserve">[20:58] </w:t>
      </w:r>
      <w:r>
        <w:t>He said: "Walakaru, walam yakru." They read the Quran, but they fail to read.</w:t>
      </w:r>
    </w:p>
    <w:p>
      <w:pPr>
        <w:jc w:val="right"/>
      </w:pPr>
      <w:r>
        <w:t>ہی سیڈ: "ولیکرو، ولم یکرو۔" دے ریڈ دا قرآن، بٹ دے فیل ٹو ریڈ۔</w:t>
      </w:r>
    </w:p>
    <w:p>
      <w:r>
        <w:rPr>
          <w:b/>
        </w:rPr>
        <w:t xml:space="preserve">[21:04] </w:t>
      </w:r>
      <w:r>
        <w:t>They read the Quran, but they fail to read.</w:t>
      </w:r>
    </w:p>
    <w:p>
      <w:pPr>
        <w:jc w:val="right"/>
      </w:pPr>
      <w:r>
        <w:t>دے ریڈ دا قرآن، بٹ دے فیل ٹو ریڈ۔</w:t>
      </w:r>
    </w:p>
    <w:p>
      <w:r>
        <w:rPr>
          <w:b/>
        </w:rPr>
        <w:t xml:space="preserve">[21:08] </w:t>
      </w:r>
      <w:r>
        <w:t>It means that they fail to reach to the deeper meaning of the Quran.</w:t>
      </w:r>
    </w:p>
    <w:p>
      <w:pPr>
        <w:jc w:val="right"/>
      </w:pPr>
      <w:r>
        <w:t>اٹ مینز دیٹ دے فیل ٹو ریچ ٹو دا ڈیپر میننگ اف دا قرآن۔</w:t>
      </w:r>
    </w:p>
    <w:p>
      <w:r>
        <w:rPr>
          <w:b/>
        </w:rPr>
        <w:t xml:space="preserve">[21:14] </w:t>
      </w:r>
      <w:r>
        <w:t>So about one Sahabi, one companion of the Prophet, there is a hadith that he started to to</w:t>
      </w:r>
    </w:p>
    <w:p>
      <w:pPr>
        <w:jc w:val="right"/>
      </w:pPr>
      <w:r>
        <w:t>سو اباؤٹ ون صحابی، ون کمپین اف دا پرافیٹ، دیر از ا حدیث دیٹ ہی سٹارٹڈ ٹو ٹو</w:t>
      </w:r>
    </w:p>
    <w:p>
      <w:r>
        <w:rPr>
          <w:b/>
        </w:rPr>
        <w:t xml:space="preserve">[21:22] </w:t>
      </w:r>
      <w:r>
        <w:t>Read the chapter Al-Baqarah of the Quran.</w:t>
      </w:r>
    </w:p>
    <w:p>
      <w:pPr>
        <w:jc w:val="right"/>
      </w:pPr>
      <w:r>
        <w:t>ریڈ دی دی چیپٹر البقرہ اف دا قرآن۔</w:t>
      </w:r>
    </w:p>
    <w:p>
      <w:r>
        <w:rPr>
          <w:b/>
        </w:rPr>
        <w:t xml:space="preserve">[21:25] </w:t>
      </w:r>
      <w:r>
        <w:t>He started to read the chapter Al-Baqarah of the Quran, and he spent three years, three years to</w:t>
      </w:r>
    </w:p>
    <w:p>
      <w:pPr>
        <w:jc w:val="right"/>
      </w:pPr>
      <w:r>
        <w:t>ہی سٹارٹڈ ٹو ریڈ دی چیپٹر البقرہ اف دا قرآن، اینڈ ہی سپنٹ تھری ایئرز، تھری ایئرز ٹو</w:t>
      </w:r>
    </w:p>
    <w:p>
      <w:r>
        <w:rPr>
          <w:b/>
        </w:rPr>
        <w:t xml:space="preserve">[21:33] </w:t>
      </w:r>
      <w:r>
        <w:t>complete this chapter Al-Baqarah.</w:t>
      </w:r>
    </w:p>
    <w:p>
      <w:pPr>
        <w:jc w:val="right"/>
      </w:pPr>
      <w:r>
        <w:t>کمپلیٹ دس چیپٹر البقرہ۔</w:t>
      </w:r>
    </w:p>
    <w:p>
      <w:r>
        <w:rPr>
          <w:b/>
        </w:rPr>
        <w:t xml:space="preserve">[21:35] </w:t>
      </w:r>
      <w:r>
        <w:t>Why? Why three years? You can read this Quranic chapter in one hour, two hours, three hours, according</w:t>
      </w:r>
    </w:p>
    <w:p>
      <w:pPr>
        <w:jc w:val="right"/>
      </w:pPr>
      <w:r>
        <w:t>وائی؟ وائی تھری ایئرز؟ یو کین ریڈ دس قرآنک چیپٹر ان ون اور، ٹو اور، تھری اور، اکارڈنگ</w:t>
      </w:r>
    </w:p>
    <w:p>
      <w:r>
        <w:rPr>
          <w:b/>
        </w:rPr>
        <w:t xml:space="preserve">[21:42] </w:t>
      </w:r>
      <w:r>
        <w:t>to your speed of reading.</w:t>
      </w:r>
    </w:p>
    <w:p>
      <w:pPr>
        <w:jc w:val="right"/>
      </w:pPr>
      <w:r>
        <w:t>ٹو یور سپیڈ اف ریڈنگ۔</w:t>
      </w:r>
    </w:p>
    <w:p>
      <w:r>
        <w:rPr>
          <w:b/>
        </w:rPr>
        <w:t xml:space="preserve">[21:44] </w:t>
      </w:r>
      <w:r>
        <w:t>But this, this Sahabi, the companion of the Prophet of Islam, spent three years in reading of that</w:t>
      </w:r>
    </w:p>
    <w:p>
      <w:pPr>
        <w:jc w:val="right"/>
      </w:pPr>
      <w:r>
        <w:t>بٹ دس، دس صحابی، دا کمپین اف دا پرافیٹ اف اسلام، سپنٹ تھری ایئرز ان ریڈنگ اف دیٹ</w:t>
      </w:r>
    </w:p>
    <w:p>
      <w:r>
        <w:rPr>
          <w:b/>
        </w:rPr>
        <w:t xml:space="preserve">[21:52] </w:t>
      </w:r>
      <w:r>
        <w:t>chapter.</w:t>
      </w:r>
    </w:p>
    <w:p>
      <w:pPr>
        <w:jc w:val="right"/>
      </w:pPr>
      <w:r>
        <w:t>چیپٹر۔</w:t>
      </w:r>
    </w:p>
    <w:p>
      <w:r>
        <w:rPr>
          <w:b/>
        </w:rPr>
        <w:t xml:space="preserve">[21:54] </w:t>
      </w:r>
      <w:r>
        <w:t>Why? Because he was reading with tafakkur.</w:t>
      </w:r>
    </w:p>
    <w:p>
      <w:pPr>
        <w:jc w:val="right"/>
      </w:pPr>
      <w:r>
        <w:t>وائی؟ بیکاز ہی واز ریڈنگ ود تفکیر۔</w:t>
      </w:r>
    </w:p>
    <w:p>
      <w:r>
        <w:rPr>
          <w:b/>
        </w:rPr>
        <w:t xml:space="preserve">[21:57] </w:t>
      </w:r>
      <w:r>
        <w:t>He was reading with with tazkir.</w:t>
      </w:r>
    </w:p>
    <w:p>
      <w:pPr>
        <w:jc w:val="right"/>
      </w:pPr>
      <w:r>
        <w:t>ہی واز ریڈنگ ود ود تذکیر۔</w:t>
      </w:r>
    </w:p>
    <w:p>
      <w:r>
        <w:rPr>
          <w:b/>
        </w:rPr>
        <w:t xml:space="preserve">[21:59] </w:t>
      </w:r>
      <w:r>
        <w:t>He was reading with enthusiasm.</w:t>
      </w:r>
    </w:p>
    <w:p>
      <w:pPr>
        <w:jc w:val="right"/>
      </w:pPr>
      <w:r>
        <w:t>ہی واز ریڈنگ ود توسم۔</w:t>
      </w:r>
    </w:p>
    <w:p>
      <w:r>
        <w:rPr>
          <w:b/>
        </w:rPr>
        <w:t xml:space="preserve">[22:01] </w:t>
      </w:r>
      <w:r>
        <w:t>He was reading with tadabbur.</w:t>
      </w:r>
    </w:p>
    <w:p>
      <w:pPr>
        <w:jc w:val="right"/>
      </w:pPr>
      <w:r>
        <w:t>ہی واز ریڈنگ ود تدبر۔</w:t>
      </w:r>
    </w:p>
    <w:p>
      <w:r>
        <w:rPr>
          <w:b/>
        </w:rPr>
        <w:t xml:space="preserve">[22:03] </w:t>
      </w:r>
      <w:r>
        <w:t>He was reading the Quranic chapter with tawassum, with tadabbur, with contemplation, with deep contemplation, deep.</w:t>
      </w:r>
    </w:p>
    <w:p>
      <w:pPr>
        <w:jc w:val="right"/>
      </w:pPr>
      <w:r>
        <w:t>ہی واز ریڈنگ دا قرآنک چیپٹر ود توسم، ود تدبر، ود کنٹمپلیشن، ود ڈیپ کنٹمپلیشن، ڈیپ۔</w:t>
      </w:r>
    </w:p>
    <w:p>
      <w:r>
        <w:rPr>
          <w:b/>
        </w:rPr>
        <w:t xml:space="preserve">[22:10] </w:t>
      </w:r>
      <w:r>
        <w:t>So in Islam, tafakkur and tadabbur are very important teachings.</w:t>
      </w:r>
    </w:p>
    <w:p>
      <w:pPr>
        <w:jc w:val="right"/>
      </w:pPr>
      <w:r>
        <w:t>سو ان اسلام، تفکیر اینڈ تدبر ار ویری امپورٹنٹ ٹیچنگز۔</w:t>
      </w:r>
    </w:p>
    <w:p>
      <w:r>
        <w:rPr>
          <w:b/>
        </w:rPr>
        <w:t xml:space="preserve">[22:15] </w:t>
      </w:r>
      <w:r>
        <w:t>Tafakkur and tadabbur means knowing the art of right thinking.</w:t>
      </w:r>
    </w:p>
    <w:p>
      <w:pPr>
        <w:jc w:val="right"/>
      </w:pPr>
      <w:r>
        <w:t>تفکیر اینڈ تدبر مینز نوئنگ دا ارٹ اف رائٹ تھنکنگ۔</w:t>
      </w:r>
    </w:p>
    <w:p>
      <w:r>
        <w:rPr>
          <w:b/>
        </w:rPr>
        <w:t xml:space="preserve">[22:19] </w:t>
      </w:r>
      <w:r>
        <w:t>This is very, very important.</w:t>
      </w:r>
    </w:p>
    <w:p>
      <w:pPr>
        <w:jc w:val="right"/>
      </w:pPr>
      <w:r>
        <w:t>دس از ویری، ویری امپورٹنٹ۔</w:t>
      </w:r>
    </w:p>
    <w:p>
      <w:r>
        <w:rPr>
          <w:b/>
        </w:rPr>
        <w:t xml:space="preserve">[22:21] </w:t>
      </w:r>
      <w:r>
        <w:t>Why? Because every human being is a jungle of thought.</w:t>
      </w:r>
    </w:p>
    <w:p>
      <w:pPr>
        <w:jc w:val="right"/>
      </w:pPr>
      <w:r>
        <w:t>وائی؟ بیکاز ایوری ہیومن بینگ از ا جنگل اف تھاٹ۔</w:t>
      </w:r>
    </w:p>
    <w:p>
      <w:r>
        <w:rPr>
          <w:b/>
        </w:rPr>
        <w:t xml:space="preserve">[22:25] </w:t>
      </w:r>
      <w:r>
        <w:t>Analysis is a most important.</w:t>
      </w:r>
    </w:p>
    <w:p>
      <w:pPr>
        <w:jc w:val="right"/>
      </w:pPr>
      <w:r>
        <w:t>انالیسز از ا موسٹ امپورٹنٹ۔</w:t>
      </w:r>
    </w:p>
    <w:p>
      <w:r>
        <w:rPr>
          <w:b/>
        </w:rPr>
        <w:t xml:space="preserve">[22:27] </w:t>
      </w:r>
      <w:r>
        <w:t>Simply information is nothing.</w:t>
      </w:r>
    </w:p>
    <w:p>
      <w:pPr>
        <w:jc w:val="right"/>
      </w:pPr>
      <w:r>
        <w:t>سمپلی انفارمیشن از نتھنگ۔</w:t>
      </w:r>
    </w:p>
    <w:p>
      <w:r>
        <w:rPr>
          <w:b/>
        </w:rPr>
        <w:t xml:space="preserve">[22:29] </w:t>
      </w:r>
      <w:r>
        <w:t>If your mind has many, many information, there is nothing.</w:t>
      </w:r>
    </w:p>
    <w:p>
      <w:pPr>
        <w:jc w:val="right"/>
      </w:pPr>
      <w:r>
        <w:t>اف یور مائنڈ ہیز مینی، مینی انفارمیشن، دیر از نتھنگ۔</w:t>
      </w:r>
    </w:p>
    <w:p>
      <w:r>
        <w:rPr>
          <w:b/>
        </w:rPr>
        <w:t xml:space="preserve">[22:33] </w:t>
      </w:r>
      <w:r>
        <w:t>You have to know the analysis.</w:t>
      </w:r>
    </w:p>
    <w:p>
      <w:pPr>
        <w:jc w:val="right"/>
      </w:pPr>
      <w:r>
        <w:t>یو ہیو ٹو نو دا انالیسز۔</w:t>
      </w:r>
    </w:p>
    <w:p>
      <w:r>
        <w:rPr>
          <w:b/>
        </w:rPr>
        <w:t xml:space="preserve">[22:36] </w:t>
      </w:r>
      <w:r>
        <w:t>you have the power of analysis.</w:t>
      </w:r>
    </w:p>
    <w:p>
      <w:pPr>
        <w:jc w:val="right"/>
      </w:pPr>
      <w:r>
        <w:t>یو ہیو دا پاور اف انالیسز۔</w:t>
      </w:r>
    </w:p>
    <w:p>
      <w:r>
        <w:rPr>
          <w:b/>
        </w:rPr>
        <w:t xml:space="preserve">[22:39] </w:t>
      </w:r>
      <w:r>
        <w:t>Without analysis, you can understand the Quran.</w:t>
      </w:r>
    </w:p>
    <w:p>
      <w:pPr>
        <w:jc w:val="right"/>
      </w:pPr>
      <w:r>
        <w:t>وداؤٹ انالیسز، یو کین انڈرسٹینڈ دا قرآن۔</w:t>
      </w:r>
    </w:p>
    <w:p>
      <w:r>
        <w:rPr>
          <w:b/>
        </w:rPr>
        <w:t xml:space="preserve">[22:42] </w:t>
      </w:r>
      <w:r>
        <w:t>You cannot use all those informations.</w:t>
      </w:r>
    </w:p>
    <w:p>
      <w:pPr>
        <w:jc w:val="right"/>
      </w:pPr>
      <w:r>
        <w:t>یو کین ناٹ یوز ال دو انفارمیشنز۔</w:t>
      </w:r>
    </w:p>
    <w:p>
      <w:r>
        <w:rPr>
          <w:b/>
        </w:rPr>
        <w:t xml:space="preserve">[22:45] </w:t>
      </w:r>
      <w:r>
        <w:t>Without the power of analysis, you cannot use those informations you receive every day from outside.</w:t>
      </w:r>
    </w:p>
    <w:p>
      <w:pPr>
        <w:jc w:val="right"/>
      </w:pPr>
      <w:r>
        <w:t>وداؤٹ دی پاور اف انالیسز، یو کین ناٹ یوز دو انفارمیشنز یو ریسیو ایوری ڈے فرام اؤٹ سائیڈ۔</w:t>
      </w:r>
    </w:p>
    <w:p>
      <w:r>
        <w:rPr>
          <w:b/>
        </w:rPr>
        <w:t xml:space="preserve">[22:52] </w:t>
      </w:r>
      <w:r>
        <w:t>So it requires tafkeer, tadabbur, to use these informations correct in a correct, in a correct manner.</w:t>
      </w:r>
    </w:p>
    <w:p>
      <w:pPr>
        <w:jc w:val="right"/>
      </w:pPr>
      <w:r>
        <w:t>سو اٹ ریکوائر تفکیر، تدبر، ٹو یوز دیز انفارمیشنز کریکٹ ان ا کریکٹ، ان ا کریکٹ مینر۔</w:t>
      </w:r>
    </w:p>
    <w:p>
      <w:r>
        <w:rPr>
          <w:b/>
        </w:rPr>
        <w:t xml:space="preserve">[23:00] </w:t>
      </w:r>
      <w:r>
        <w:t>It is a fact that the mind of every human being is full of thoughts, of informations.</w:t>
      </w:r>
    </w:p>
    <w:p>
      <w:pPr>
        <w:jc w:val="right"/>
      </w:pPr>
      <w:r>
        <w:t>اٹ از ا فیکٹ دیٹ دا مائنڈ اف ایوری ہیومن بینگ از فل اف اف تھاٹس، اف انفارمیشنز۔</w:t>
      </w:r>
    </w:p>
    <w:p>
      <w:r>
        <w:rPr>
          <w:b/>
        </w:rPr>
        <w:t xml:space="preserve">[23:07] </w:t>
      </w:r>
      <w:r>
        <w:t>So it is like jungle.</w:t>
      </w:r>
    </w:p>
    <w:p>
      <w:pPr>
        <w:jc w:val="right"/>
      </w:pPr>
      <w:r>
        <w:t>سو اٹ از لائک جنگل۔</w:t>
      </w:r>
    </w:p>
    <w:p>
      <w:r>
        <w:rPr>
          <w:b/>
        </w:rPr>
        <w:t xml:space="preserve">[23:09] </w:t>
      </w:r>
      <w:r>
        <w:t>Without analysis, there is no use of these jungles.</w:t>
      </w:r>
    </w:p>
    <w:p>
      <w:pPr>
        <w:jc w:val="right"/>
      </w:pPr>
      <w:r>
        <w:t>وداؤٹ انالیسز، دیر از نو یوز اف دیز جنگلز۔</w:t>
      </w:r>
    </w:p>
    <w:p>
      <w:r>
        <w:rPr>
          <w:b/>
        </w:rPr>
        <w:t xml:space="preserve">[23:13] </w:t>
      </w:r>
      <w:r>
        <w:t>So you have to train yourself.</w:t>
      </w:r>
    </w:p>
    <w:p>
      <w:pPr>
        <w:jc w:val="right"/>
      </w:pPr>
      <w:r>
        <w:t>سو یو ہیو ٹو ٹرین یور سیلف۔</w:t>
      </w:r>
    </w:p>
    <w:p>
      <w:r>
        <w:rPr>
          <w:b/>
        </w:rPr>
        <w:t xml:space="preserve">[23:16] </w:t>
      </w:r>
      <w:r>
        <w:t>You have to educate yourself in right thinking.</w:t>
      </w:r>
    </w:p>
    <w:p>
      <w:pPr>
        <w:jc w:val="right"/>
      </w:pPr>
      <w:r>
        <w:t>یو ہیو ٹو ایجوکیٹ یور سیلف ان رائٹ تھنکنگ۔</w:t>
      </w:r>
    </w:p>
    <w:p>
      <w:r>
        <w:rPr>
          <w:b/>
        </w:rPr>
        <w:t xml:space="preserve">[23:20] </w:t>
      </w:r>
      <w:r>
        <w:t>Right thinking is must for iman.</w:t>
      </w:r>
    </w:p>
    <w:p>
      <w:pPr>
        <w:jc w:val="right"/>
      </w:pPr>
      <w:r>
        <w:t>رائٹ تھنکنگ از مسٹ فار ایمان۔</w:t>
      </w:r>
    </w:p>
    <w:p>
      <w:r>
        <w:rPr>
          <w:b/>
        </w:rPr>
        <w:t xml:space="preserve">[23:23] </w:t>
      </w:r>
      <w:r>
        <w:t>Right thinking must for increase in Iman.</w:t>
      </w:r>
    </w:p>
    <w:p>
      <w:pPr>
        <w:jc w:val="right"/>
      </w:pPr>
      <w:r>
        <w:t>رائٹ تھنکنگ مسٹ فار فار انکریز ان ایمان۔</w:t>
      </w:r>
    </w:p>
    <w:p>
      <w:r>
        <w:rPr>
          <w:b/>
        </w:rPr>
        <w:t xml:space="preserve">[23:26] </w:t>
      </w:r>
      <w:r>
        <w:t>There was a Sahabi, that is companion, companion of the Prophet of Islam.</w:t>
      </w:r>
    </w:p>
    <w:p>
      <w:pPr>
        <w:jc w:val="right"/>
      </w:pPr>
      <w:r>
        <w:t>دیر واز ا صحابی دیٹ از کمپین، کمپینین اف دا پرافیٹ اف اسلام۔</w:t>
      </w:r>
    </w:p>
    <w:p>
      <w:r>
        <w:rPr>
          <w:b/>
        </w:rPr>
        <w:t xml:space="preserve">[23:32] </w:t>
      </w:r>
      <w:r>
        <w:t>His name was Abu Darda, Abu Darda Ansari.</w:t>
      </w:r>
    </w:p>
    <w:p>
      <w:pPr>
        <w:jc w:val="right"/>
      </w:pPr>
      <w:r>
        <w:t>ہز نیم واز ابو دردہ، ابو دردہ انصاری۔</w:t>
      </w:r>
    </w:p>
    <w:p>
      <w:r>
        <w:rPr>
          <w:b/>
        </w:rPr>
        <w:t xml:space="preserve">[23:35] </w:t>
      </w:r>
      <w:r>
        <w:t>So after his death, one Muslim came to his wife, and he asked to his, came to his</w:t>
      </w:r>
    </w:p>
    <w:p>
      <w:pPr>
        <w:jc w:val="right"/>
      </w:pPr>
      <w:r>
        <w:t>سو افٹر ہز ڈیتھ، ون مسلم کیم ٹو ہز وائف، اینڈ ہی اسکڈ ٹو ہز، کیم ٹو ہز</w:t>
      </w:r>
    </w:p>
    <w:p>
      <w:r>
        <w:rPr>
          <w:b/>
        </w:rPr>
        <w:t xml:space="preserve">[23:43] </w:t>
      </w:r>
      <w:r>
        <w:t>house.</w:t>
      </w:r>
    </w:p>
    <w:p>
      <w:pPr>
        <w:jc w:val="right"/>
      </w:pPr>
      <w:r>
        <w:t>ہاؤس۔</w:t>
      </w:r>
    </w:p>
    <w:p>
      <w:r>
        <w:rPr>
          <w:b/>
        </w:rPr>
        <w:t xml:space="preserve">[23:44] </w:t>
      </w:r>
      <w:r>
        <w:t>After the death of Abu Darda, one Muslim visited the house of Abu Darda.</w:t>
      </w:r>
    </w:p>
    <w:p>
      <w:pPr>
        <w:jc w:val="right"/>
      </w:pPr>
      <w:r>
        <w:t>افٹر دا ڈیتھ اف ابو دردہ، ون مسلم وزٹڈ دی ہاؤس اف ابو دردہ۔</w:t>
      </w:r>
    </w:p>
    <w:p>
      <w:r>
        <w:rPr>
          <w:b/>
        </w:rPr>
        <w:t xml:space="preserve">[23:50] </w:t>
      </w:r>
      <w:r>
        <w:t>He asked his wife, his name was Um Darda.</w:t>
      </w:r>
    </w:p>
    <w:p>
      <w:pPr>
        <w:jc w:val="right"/>
      </w:pPr>
      <w:r>
        <w:t>ہی اسکڈ ہز وائف، ہز نیم واز ام دردہ۔</w:t>
      </w:r>
    </w:p>
    <w:p>
      <w:r>
        <w:rPr>
          <w:b/>
        </w:rPr>
        <w:t xml:space="preserve">[23:54] </w:t>
      </w:r>
      <w:r>
        <w:t>So he asked, "What was the most important worship of Abu Darda?"</w:t>
      </w:r>
    </w:p>
    <w:p>
      <w:pPr>
        <w:jc w:val="right"/>
      </w:pPr>
      <w:r>
        <w:t>سو ہی اسکڈ واٹ واز دا موسٹ امپورٹنٹ ورشپ اف ابو دردہ۔</w:t>
      </w:r>
    </w:p>
    <w:p>
      <w:r>
        <w:rPr>
          <w:b/>
        </w:rPr>
        <w:t xml:space="preserve">[23:59] </w:t>
      </w:r>
      <w:r>
        <w:t>What was the most important worship of Abu Darda? His wife said at the time he was widow.</w:t>
      </w:r>
    </w:p>
    <w:p>
      <w:pPr>
        <w:jc w:val="right"/>
      </w:pPr>
      <w:r>
        <w:t>واٹ واز دا موسٹ امپورٹنٹ ورشپ اف ابو دردہ؟ ہز وائف سیڈ ایٹ دا ٹائم ہی واز وڈو۔</w:t>
      </w:r>
    </w:p>
    <w:p>
      <w:r>
        <w:rPr>
          <w:b/>
        </w:rPr>
        <w:t xml:space="preserve">[24:07] </w:t>
      </w:r>
      <w:r>
        <w:t>His wife Umm Darda said: "Al-tafakkur wal-i'tibar, al-tafakkur wal-i'tibar".</w:t>
      </w:r>
    </w:p>
    <w:p>
      <w:pPr>
        <w:jc w:val="right"/>
      </w:pPr>
      <w:r>
        <w:t>ہز وائف ام دردہ سیڈ: "التفکر والاعتبار، التفکر والاعتبار"۔</w:t>
      </w:r>
    </w:p>
    <w:p>
      <w:r>
        <w:rPr>
          <w:b/>
        </w:rPr>
        <w:t xml:space="preserve">[24:11] </w:t>
      </w:r>
      <w:r>
        <w:t>It means thinking, thinking, thinking, thinking.</w:t>
      </w:r>
    </w:p>
    <w:p>
      <w:pPr>
        <w:jc w:val="right"/>
      </w:pPr>
      <w:r>
        <w:t>اٹ مینز تھنکنگ، تھنکنگ، تھنکنگ، تھنکنگ۔</w:t>
      </w:r>
    </w:p>
    <w:p>
      <w:r>
        <w:rPr>
          <w:b/>
        </w:rPr>
        <w:t xml:space="preserve">[24:14] </w:t>
      </w:r>
      <w:r>
        <w:t>So every time Abu Darda was in thinking, in contemplation, in pondering over universe.</w:t>
      </w:r>
    </w:p>
    <w:p>
      <w:pPr>
        <w:jc w:val="right"/>
      </w:pPr>
      <w:r>
        <w:t>سو ایوری ٹائم ابو دردہ واز ان تھنکنگ، ان کنٹمپلیشن، ان پانڈرنگ اوور یونیورس۔</w:t>
      </w:r>
    </w:p>
    <w:p>
      <w:r>
        <w:rPr>
          <w:b/>
        </w:rPr>
        <w:t xml:space="preserve">[24:20] </w:t>
      </w:r>
      <w:r>
        <w:t>This was the greatest worship of Abu Darda.</w:t>
      </w:r>
    </w:p>
    <w:p>
      <w:pPr>
        <w:jc w:val="right"/>
      </w:pPr>
      <w:r>
        <w:t>دس واز دا گریٹسٹ ورشپ اف ابو دردہ۔</w:t>
      </w:r>
    </w:p>
    <w:p>
      <w:r>
        <w:rPr>
          <w:b/>
        </w:rPr>
        <w:t xml:space="preserve">[24:23] </w:t>
      </w:r>
      <w:r>
        <w:t>He was a senior Sahabi of the Prophet of Islam.</w:t>
      </w:r>
    </w:p>
    <w:p>
      <w:pPr>
        <w:jc w:val="right"/>
      </w:pPr>
      <w:r>
        <w:t>ہی واز ا سینئر صحابی اف دا پرافیٹ اف اسلام۔</w:t>
      </w:r>
    </w:p>
    <w:p>
      <w:r>
        <w:rPr>
          <w:b/>
        </w:rPr>
        <w:t xml:space="preserve">[24:27] </w:t>
      </w:r>
      <w:r>
        <w:t>So his wife said: "التفکر، التفکر، التفکر"۔</w:t>
      </w:r>
    </w:p>
    <w:p>
      <w:pPr>
        <w:jc w:val="right"/>
      </w:pPr>
      <w:r>
        <w:t>سو ہز وائف سیڈ: "التفکر، التفکر، التفکر"۔</w:t>
      </w:r>
    </w:p>
    <w:p>
      <w:r>
        <w:rPr>
          <w:b/>
        </w:rPr>
        <w:t xml:space="preserve">[24:30] </w:t>
      </w:r>
      <w:r>
        <w:t>That is thinking, thinking, thinking, thinking.</w:t>
      </w:r>
    </w:p>
    <w:p>
      <w:pPr>
        <w:jc w:val="right"/>
      </w:pPr>
      <w:r>
        <w:t>دیٹ از تھنکنگ، تھنکنگ، تھنکنگ، تھنکنگ۔</w:t>
      </w:r>
    </w:p>
    <w:p>
      <w:r>
        <w:rPr>
          <w:b/>
        </w:rPr>
        <w:t xml:space="preserve">[24:33] </w:t>
      </w:r>
      <w:r>
        <w:t>Why? Thinking itself is nothing.</w:t>
      </w:r>
    </w:p>
    <w:p>
      <w:pPr>
        <w:jc w:val="right"/>
      </w:pPr>
      <w:r>
        <w:t>وائی؟ تھنکنگ اٹ سیلف از نتھنگ۔</w:t>
      </w:r>
    </w:p>
    <w:p>
      <w:r>
        <w:rPr>
          <w:b/>
        </w:rPr>
        <w:t xml:space="preserve">[24:35] </w:t>
      </w:r>
      <w:r>
        <w:t>It was not thinking for the sake of thinking.</w:t>
      </w:r>
    </w:p>
    <w:p>
      <w:pPr>
        <w:jc w:val="right"/>
      </w:pPr>
      <w:r>
        <w:t>اٹ واز ناٹ تھنکنگ فار دا سیک اف تھنکنگ۔</w:t>
      </w:r>
    </w:p>
    <w:p>
      <w:r>
        <w:rPr>
          <w:b/>
        </w:rPr>
        <w:t xml:space="preserve">[24:39] </w:t>
      </w:r>
      <w:r>
        <w:t>No, it was not thinking for the sake of thinking.</w:t>
      </w:r>
    </w:p>
    <w:p>
      <w:pPr>
        <w:jc w:val="right"/>
      </w:pPr>
      <w:r>
        <w:t>نو، اٹ واز ناٹ تھنکنگ فار دا سیک اف تھنکنگ۔</w:t>
      </w:r>
    </w:p>
    <w:p>
      <w:r>
        <w:rPr>
          <w:b/>
        </w:rPr>
        <w:t xml:space="preserve">[24:44] </w:t>
      </w:r>
      <w:r>
        <w:t>It was thinking for some purpose, some positive purpose.</w:t>
      </w:r>
    </w:p>
    <w:p>
      <w:pPr>
        <w:jc w:val="right"/>
      </w:pPr>
      <w:r>
        <w:t>اٹ واز تھنکنگ فار سم پرپس، سم پوزیٹیو پرپس۔</w:t>
      </w:r>
    </w:p>
    <w:p>
      <w:r>
        <w:rPr>
          <w:b/>
        </w:rPr>
        <w:t xml:space="preserve">[24:47] </w:t>
      </w:r>
      <w:r>
        <w:t>And what was that purpose? That purpose was at-tawassum, al-i'tibar.</w:t>
      </w:r>
    </w:p>
    <w:p>
      <w:pPr>
        <w:jc w:val="right"/>
      </w:pPr>
      <w:r>
        <w:t>اینڈ واٹ واز دیٹ پرپس؟ دیٹ پرپس واز التوسم، الاعتبار۔</w:t>
      </w:r>
    </w:p>
    <w:p>
      <w:r>
        <w:rPr>
          <w:b/>
        </w:rPr>
        <w:t xml:space="preserve">[24:52] </w:t>
      </w:r>
      <w:r>
        <w:t>That is to take lessons, to take lessons, to increase his faith.</w:t>
      </w:r>
    </w:p>
    <w:p>
      <w:pPr>
        <w:jc w:val="right"/>
      </w:pPr>
      <w:r>
        <w:t>دیٹ از ٹو ٹیک لیسنز، ٹو ٹیک لیسنز، ٹو انکریز ہز فیتھ۔</w:t>
      </w:r>
    </w:p>
    <w:p>
      <w:r>
        <w:rPr>
          <w:b/>
        </w:rPr>
        <w:t xml:space="preserve">[24:57] </w:t>
      </w:r>
      <w:r>
        <w:t>His tafakkur, al-tafakkur, and his, and his contemplation was for a noble purpose.</w:t>
      </w:r>
    </w:p>
    <w:p>
      <w:pPr>
        <w:jc w:val="right"/>
      </w:pPr>
      <w:r>
        <w:t>ہز تفکر، التفکیر، اور ہز، اور ہز کنٹمپلیشن واز فار ا نوبل پرپس۔</w:t>
      </w:r>
    </w:p>
    <w:p>
      <w:r>
        <w:rPr>
          <w:b/>
        </w:rPr>
        <w:t xml:space="preserve">[25:02] </w:t>
      </w:r>
      <w:r>
        <w:t>And that purpose was to explain the universal signs, to increase his iman, to increase his faith, to</w:t>
      </w:r>
    </w:p>
    <w:p>
      <w:pPr>
        <w:jc w:val="right"/>
      </w:pPr>
      <w:r>
        <w:t>اینڈ دیٹ پرپس واز ٹو ایکسپلین دا یونیورسل سائنز، ٹو انکریز ہز ایمان، ٹو انکریز ہز فیتھ، ٹو</w:t>
      </w:r>
    </w:p>
    <w:p>
      <w:r>
        <w:rPr>
          <w:b/>
        </w:rPr>
        <w:t xml:space="preserve">[25:10] </w:t>
      </w:r>
      <w:r>
        <w:t>Now the deeper meaning of Islam, to know the secrets of death, to increase, to increase his conviction</w:t>
      </w:r>
    </w:p>
    <w:p>
      <w:pPr>
        <w:jc w:val="right"/>
      </w:pPr>
      <w:r>
        <w:t>نو دا ڈیپر میننگ اف اسلام، ٹو نو دا سیکرٹس اف ڈیتھ، ٹو انکریز، ٹو انکریز ہز کنوکشن</w:t>
      </w:r>
    </w:p>
    <w:p>
      <w:r>
        <w:rPr>
          <w:b/>
        </w:rPr>
        <w:t xml:space="preserve">[25:18] </w:t>
      </w:r>
      <w:r>
        <w:t>in hell and paradise, to increase his conviction in, in God.</w:t>
      </w:r>
    </w:p>
    <w:p>
      <w:pPr>
        <w:jc w:val="right"/>
      </w:pPr>
      <w:r>
        <w:t>ان ہیل اینڈ پیراڈائز، ٹو انکریز ہز کنوکشن ان، ان گاڈ۔</w:t>
      </w:r>
    </w:p>
    <w:p>
      <w:r>
        <w:rPr>
          <w:b/>
        </w:rPr>
        <w:t xml:space="preserve">[25:23] </w:t>
      </w:r>
      <w:r>
        <w:t>This was the purpose of his contemplation, purpose of his tafakkur.</w:t>
      </w:r>
    </w:p>
    <w:p>
      <w:pPr>
        <w:jc w:val="right"/>
      </w:pPr>
      <w:r>
        <w:t>دس واز دا پرپس اف ہز کنٹمپلیشن، پرپس اف ہز تفکیر۔</w:t>
      </w:r>
    </w:p>
    <w:p>
      <w:r>
        <w:rPr>
          <w:b/>
        </w:rPr>
        <w:t xml:space="preserve">[25:27] </w:t>
      </w:r>
      <w:r>
        <w:t>So al-tafakkur is very, very important in Islam.</w:t>
      </w:r>
    </w:p>
    <w:p>
      <w:pPr>
        <w:jc w:val="right"/>
      </w:pPr>
      <w:r>
        <w:t>سو التفکیر از ویری، ویری امپورٹنٹ ان اسلام۔</w:t>
      </w:r>
    </w:p>
    <w:p>
      <w:r>
        <w:rPr>
          <w:b/>
        </w:rPr>
        <w:t xml:space="preserve">[25:31] </w:t>
      </w:r>
      <w:r>
        <w:t>If you read the third chapter of the Quran, that is Al Imran.</w:t>
      </w:r>
    </w:p>
    <w:p>
      <w:pPr>
        <w:jc w:val="right"/>
      </w:pPr>
      <w:r>
        <w:t>اف یو ریڈ دا تھرڈ چیپٹر اف دا قرآن، دیٹ از ال عمران۔</w:t>
      </w:r>
    </w:p>
    <w:p>
      <w:r>
        <w:rPr>
          <w:b/>
        </w:rPr>
        <w:t xml:space="preserve">[25:36] </w:t>
      </w:r>
      <w:r>
        <w:t>Al-Imran, you will find in the final ruku these wordings, this verse: "Inna fi khalqis samawati wal ardh,</w:t>
      </w:r>
    </w:p>
    <w:p>
      <w:pPr>
        <w:jc w:val="right"/>
      </w:pPr>
      <w:r>
        <w:t>ال عمران یو ویل فائنڈ ان دا فائنل رکوع دیز ورڈنگز، دس ورس: "ان فی خلق السماوات والارض،</w:t>
      </w:r>
    </w:p>
    <w:p>
      <w:r>
        <w:rPr>
          <w:b/>
        </w:rPr>
        <w:t xml:space="preserve">[25:44] </w:t>
      </w:r>
      <w:r>
        <w:t>waqt fi lail wan nahar, la ayaatil ulil albab, alladheena yadhkuroonallaaha qiyaaman wa qu'oodan wa 'ala junoobihim, wa yatafakkaroon fi khalqis samawati</w:t>
      </w:r>
    </w:p>
    <w:p>
      <w:pPr>
        <w:jc w:val="right"/>
      </w:pPr>
      <w:r>
        <w:t>وقت فی لیل والنہار، لایات الاولی الالباب، الذین یذکرون اللہ قیام وقودم وعلی جنوبہم، ویتفکرون فی خلق السماوات</w:t>
      </w:r>
    </w:p>
    <w:p>
      <w:r>
        <w:rPr>
          <w:b/>
        </w:rPr>
        <w:t xml:space="preserve">[25:52] </w:t>
      </w:r>
      <w:r>
        <w:t>"wal ardh".</w:t>
      </w:r>
    </w:p>
    <w:p>
      <w:pPr>
        <w:jc w:val="right"/>
      </w:pPr>
      <w:r>
        <w:t>والارض"۔</w:t>
      </w:r>
    </w:p>
    <w:p>
      <w:r>
        <w:rPr>
          <w:b/>
        </w:rPr>
        <w:t xml:space="preserve">[25:53] </w:t>
      </w:r>
      <w:r>
        <w:t>This verse you can find in the third chapter of the Quran, in its concluding paragraph, concluding ruku.</w:t>
      </w:r>
    </w:p>
    <w:p>
      <w:pPr>
        <w:jc w:val="right"/>
      </w:pPr>
      <w:r>
        <w:t>دس ورس یو کین فائنڈ ان دا تھرڈ چیپٹر اف دا قرآن ان اٹس کنکلوڈنگ پیراگراف، کنکلوڈنگ رکوع۔</w:t>
      </w:r>
    </w:p>
    <w:p>
      <w:r>
        <w:rPr>
          <w:b/>
        </w:rPr>
        <w:t xml:space="preserve">[26:01] </w:t>
      </w:r>
      <w:r>
        <w:t>Ruku in Quran means paragraph.</w:t>
      </w:r>
    </w:p>
    <w:p>
      <w:pPr>
        <w:jc w:val="right"/>
      </w:pPr>
      <w:r>
        <w:t>رکوع ان قرآن مینز پیراگراف۔</w:t>
      </w:r>
    </w:p>
    <w:p>
      <w:r>
        <w:rPr>
          <w:b/>
        </w:rPr>
        <w:t xml:space="preserve">[26:03] </w:t>
      </w:r>
      <w:r>
        <w:t>So in this paragraph, that true believer is one who spends his time in tafakkur.</w:t>
      </w:r>
    </w:p>
    <w:p>
      <w:pPr>
        <w:jc w:val="right"/>
      </w:pPr>
      <w:r>
        <w:t>سو ان دس پیراگراف، دیٹ ٹرو بیلیور از ون ہو سپینڈز ہز ٹائم ان تفکیر۔</w:t>
      </w:r>
    </w:p>
    <w:p>
      <w:r>
        <w:rPr>
          <w:b/>
        </w:rPr>
        <w:t xml:space="preserve">[26:09] </w:t>
      </w:r>
      <w:r>
        <w:t>Tafakkur, that is thinking, contemplation about what? Thinking about the, the world around us, about sun and moon</w:t>
      </w:r>
    </w:p>
    <w:p>
      <w:pPr>
        <w:jc w:val="right"/>
      </w:pPr>
      <w:r>
        <w:t>تفکیر دیٹ از تھنکنگ، کنٹمپلیشن اباؤٹ واٹ؟ تھنکنگ اباؤٹ دی، دی ورلڈ اراؤنڈ اس، اباؤٹ سن اینڈ مون</w:t>
      </w:r>
    </w:p>
    <w:p>
      <w:r>
        <w:rPr>
          <w:b/>
        </w:rPr>
        <w:t xml:space="preserve">[26:17] </w:t>
      </w:r>
      <w:r>
        <w:t>and stars and planets and trees and oceans.</w:t>
      </w:r>
    </w:p>
    <w:p>
      <w:pPr>
        <w:jc w:val="right"/>
      </w:pPr>
      <w:r>
        <w:t>اینڈ سٹارز اینڈ پلینٹس اینڈ ٹریز اینڈ اوشنز۔</w:t>
      </w:r>
    </w:p>
    <w:p>
      <w:r>
        <w:rPr>
          <w:b/>
        </w:rPr>
        <w:t xml:space="preserve">[26:21] </w:t>
      </w:r>
      <w:r>
        <w:t>So it is a very important.</w:t>
      </w:r>
    </w:p>
    <w:p>
      <w:pPr>
        <w:jc w:val="right"/>
      </w:pPr>
      <w:r>
        <w:t>سو اٹ از اے ویری امپورٹنٹ۔</w:t>
      </w:r>
    </w:p>
    <w:p>
      <w:r>
        <w:rPr>
          <w:b/>
        </w:rPr>
        <w:t xml:space="preserve">[26:23] </w:t>
      </w:r>
      <w:r>
        <w:t>You know, thinking is a very unique power given to man.</w:t>
      </w:r>
    </w:p>
    <w:p>
      <w:pPr>
        <w:jc w:val="right"/>
      </w:pPr>
      <w:r>
        <w:t>یو نو، تھنکنگ از ا ویری یونیک پاور گیون ٹو مین۔</w:t>
      </w:r>
    </w:p>
    <w:p>
      <w:r>
        <w:rPr>
          <w:b/>
        </w:rPr>
        <w:t xml:space="preserve">[26:28] </w:t>
      </w:r>
      <w:r>
        <w:t>This verse is very vast universe.</w:t>
      </w:r>
    </w:p>
    <w:p>
      <w:pPr>
        <w:jc w:val="right"/>
      </w:pPr>
      <w:r>
        <w:t>دس ورس از ویری واسٹ یونیورس۔</w:t>
      </w:r>
    </w:p>
    <w:p>
      <w:r>
        <w:rPr>
          <w:b/>
        </w:rPr>
        <w:t xml:space="preserve">[26:30] </w:t>
      </w:r>
      <w:r>
        <w:t>There are numerous stars, numerous planets.</w:t>
      </w:r>
    </w:p>
    <w:p>
      <w:pPr>
        <w:jc w:val="right"/>
      </w:pPr>
      <w:r>
        <w:t>دیر ار نیورس سٹارز، نیورس پلینٹس۔</w:t>
      </w:r>
    </w:p>
    <w:p>
      <w:r>
        <w:rPr>
          <w:b/>
        </w:rPr>
        <w:t xml:space="preserve">[26:33] </w:t>
      </w:r>
      <w:r>
        <w:t>There are great solar systems.</w:t>
      </w:r>
    </w:p>
    <w:p>
      <w:pPr>
        <w:jc w:val="right"/>
      </w:pPr>
      <w:r>
        <w:t>دیر ار گریٹ سولر سسٹم۔</w:t>
      </w:r>
    </w:p>
    <w:p>
      <w:r>
        <w:rPr>
          <w:b/>
        </w:rPr>
        <w:t xml:space="preserve">[26:35] </w:t>
      </w:r>
      <w:r>
        <w:t>There are mountains, oceans, trees and birds and animals.</w:t>
      </w:r>
    </w:p>
    <w:p>
      <w:pPr>
        <w:jc w:val="right"/>
      </w:pPr>
      <w:r>
        <w:t>دیر ار ماؤنٹینز، اوشنز، ٹریز اینڈ برڈز اینڈ اینیملز۔</w:t>
      </w:r>
    </w:p>
    <w:p>
      <w:r>
        <w:rPr>
          <w:b/>
        </w:rPr>
        <w:t xml:space="preserve">[26:39] </w:t>
      </w:r>
      <w:r>
        <w:t>There are billion, there are more and more than billion and trillion things in this world.</w:t>
      </w:r>
    </w:p>
    <w:p>
      <w:pPr>
        <w:jc w:val="right"/>
      </w:pPr>
      <w:r>
        <w:t>دیر ار بلین، دیر ار مور اینڈ مور دین بلین اینڈ ٹریلین تھنگز ان دس ورلڈ۔</w:t>
      </w:r>
    </w:p>
    <w:p>
      <w:r>
        <w:rPr>
          <w:b/>
        </w:rPr>
        <w:t xml:space="preserve">[26:46] </w:t>
      </w:r>
      <w:r>
        <w:t>But except human being, no one has the power of thinking.</w:t>
      </w:r>
    </w:p>
    <w:p>
      <w:pPr>
        <w:jc w:val="right"/>
      </w:pPr>
      <w:r>
        <w:t>بٹ ایکسیپٹ ہیومن بینگ، نو ون ہیز دا پاور اف تھنکنگ۔</w:t>
      </w:r>
    </w:p>
    <w:p>
      <w:r>
        <w:rPr>
          <w:b/>
        </w:rPr>
        <w:t xml:space="preserve">[26:51] </w:t>
      </w:r>
      <w:r>
        <w:t>Power of thinking is very special blessing to mankind.</w:t>
      </w:r>
    </w:p>
    <w:p>
      <w:pPr>
        <w:jc w:val="right"/>
      </w:pPr>
      <w:r>
        <w:t>پاور اف تھنکنگ از ویری اسپیشل بلیسنگ ٹو مین کائنڈ۔</w:t>
      </w:r>
    </w:p>
    <w:p>
      <w:r>
        <w:rPr>
          <w:b/>
        </w:rPr>
        <w:t xml:space="preserve">[26:55] </w:t>
      </w:r>
      <w:r>
        <w:t>So why man was given this unique capacity? So why man was given this unique capacity to develop</w:t>
      </w:r>
    </w:p>
    <w:p>
      <w:pPr>
        <w:jc w:val="right"/>
      </w:pPr>
      <w:r>
        <w:t>سو وائی مین واز گیون دس یونیک کیپیسٹی؟ سو وائی مین واز گیون دس یونیک کیپیسٹی ٹو ڈیولپ</w:t>
      </w:r>
    </w:p>
    <w:p>
      <w:r>
        <w:rPr>
          <w:b/>
        </w:rPr>
        <w:t xml:space="preserve">[27:03] </w:t>
      </w:r>
      <w:r>
        <w:t>his personality, to develop his mind, so that he may be a deserving candidate for paradise.</w:t>
      </w:r>
    </w:p>
    <w:p>
      <w:pPr>
        <w:jc w:val="right"/>
      </w:pPr>
      <w:r>
        <w:t>ہز پرسنیلٹی، ٹو ڈیولپ ہز مائنڈ، سو دیٹ ہی می بی ا ڈیزرونگ کینڈیڈیٹ فار پیراڈائز۔</w:t>
      </w:r>
    </w:p>
    <w:p>
      <w:r>
        <w:rPr>
          <w:b/>
        </w:rPr>
        <w:t xml:space="preserve">[27:09] </w:t>
      </w:r>
      <w:r>
        <w:t>This is the, this is the reason of this blessing.</w:t>
      </w:r>
    </w:p>
    <w:p>
      <w:pPr>
        <w:jc w:val="right"/>
      </w:pPr>
      <w:r>
        <w:t>دس از دا، دس از دا ریزن اف دس بلیسنگ۔</w:t>
      </w:r>
    </w:p>
    <w:p>
      <w:r>
        <w:rPr>
          <w:b/>
        </w:rPr>
        <w:t xml:space="preserve">[27:14] </w:t>
      </w:r>
      <w:r>
        <w:t>Now, what who will go to paradise? What is the special feature of those who will be allowed</w:t>
      </w:r>
    </w:p>
    <w:p>
      <w:pPr>
        <w:jc w:val="right"/>
      </w:pPr>
      <w:r>
        <w:t>ناؤ، واٹ ہو ویل گو ٹو پیراڈائز؟ واٹ از دا اسپیشل فیچر اف دوز ہو ویل بی الاؤڈ</w:t>
      </w:r>
    </w:p>
    <w:p>
      <w:r>
        <w:rPr>
          <w:b/>
        </w:rPr>
        <w:t xml:space="preserve">[27:21] </w:t>
      </w:r>
      <w:r>
        <w:t>to go to paradise? It is developed personality.</w:t>
      </w:r>
    </w:p>
    <w:p>
      <w:pPr>
        <w:jc w:val="right"/>
      </w:pPr>
      <w:r>
        <w:t>ٹو گو ٹو پیراڈائز؟ اٹ از ڈیولپ پرسنیلٹی۔</w:t>
      </w:r>
    </w:p>
    <w:p>
      <w:r>
        <w:rPr>
          <w:b/>
        </w:rPr>
        <w:t xml:space="preserve">[27:25] </w:t>
      </w:r>
      <w:r>
        <w:t>Only those persons will go to paradise who have developed their personality.</w:t>
      </w:r>
    </w:p>
    <w:p>
      <w:pPr>
        <w:jc w:val="right"/>
      </w:pPr>
      <w:r>
        <w:t>اونلی دوز پرسن ویل گو ٹو پیراڈائز ہو ہیو ڈیولپڈ دیر پرسنیلٹی۔</w:t>
      </w:r>
    </w:p>
    <w:p>
      <w:r>
        <w:rPr>
          <w:b/>
        </w:rPr>
        <w:t xml:space="preserve">[27:30] </w:t>
      </w:r>
      <w:r>
        <w:t>And what is the way to develop the personality? It is al-tafkir, al-tawassum, al-tadhakkur, that is contemplation, thinking.</w:t>
      </w:r>
    </w:p>
    <w:p>
      <w:pPr>
        <w:jc w:val="right"/>
      </w:pPr>
      <w:r>
        <w:t>اینڈ واٹ از دا وے ٹو ڈیولپ دا پرسنیلٹی؟ اٹ از التفکیر، التوسم، التذکر، دیٹ از کنٹمپلیشن، تھنکنگ۔</w:t>
      </w:r>
    </w:p>
    <w:p>
      <w:r>
        <w:rPr>
          <w:b/>
        </w:rPr>
        <w:t xml:space="preserve">[27:38] </w:t>
      </w:r>
      <w:r>
        <w:t>So thinking is the only course which makes you able to be a deserving candidate of paradise.</w:t>
      </w:r>
    </w:p>
    <w:p>
      <w:pPr>
        <w:jc w:val="right"/>
      </w:pPr>
      <w:r>
        <w:t>سو تھنکنگ از دا اونلی کورس وچ میکس یو ایبل ٹو بی ا ڈیزرونگ کینڈیڈیٹ اف پیراڈائز۔</w:t>
      </w:r>
    </w:p>
    <w:p>
      <w:r>
        <w:rPr>
          <w:b/>
        </w:rPr>
        <w:t xml:space="preserve">[27:45] </w:t>
      </w:r>
      <w:r>
        <w:t>There is no way other than this.</w:t>
      </w:r>
    </w:p>
    <w:p>
      <w:pPr>
        <w:jc w:val="right"/>
      </w:pPr>
      <w:r>
        <w:t>دیر از نو وے ادر دین دس۔</w:t>
      </w:r>
    </w:p>
    <w:p>
      <w:r>
        <w:rPr>
          <w:b/>
        </w:rPr>
        <w:t xml:space="preserve">[27:48] </w:t>
      </w:r>
      <w:r>
        <w:t>Man in this world is like an ore, O R E, ore, and it is required to</w:t>
      </w:r>
    </w:p>
    <w:p>
      <w:pPr>
        <w:jc w:val="right"/>
      </w:pPr>
      <w:r>
        <w:t>مین ان دس ورلڈ از لائک این اور، او ار ای، اور، اور، اینڈ اٹ از ریکوائرڈ ٹو</w:t>
      </w:r>
    </w:p>
    <w:p>
      <w:r>
        <w:rPr>
          <w:b/>
        </w:rPr>
        <w:t xml:space="preserve">[27:56] </w:t>
      </w:r>
      <w:r>
        <w:t>make himself still.</w:t>
      </w:r>
    </w:p>
    <w:p>
      <w:pPr>
        <w:jc w:val="right"/>
      </w:pPr>
      <w:r>
        <w:t>میک ہم سیلف اسٹیل۔</w:t>
      </w:r>
    </w:p>
    <w:p>
      <w:r>
        <w:rPr>
          <w:b/>
        </w:rPr>
        <w:t xml:space="preserve">[27:57] </w:t>
      </w:r>
      <w:r>
        <w:t>You are born as an ore, and now you are required to make yourself steel.</w:t>
      </w:r>
    </w:p>
    <w:p>
      <w:pPr>
        <w:jc w:val="right"/>
      </w:pPr>
      <w:r>
        <w:t>یو ار بورن ایز این اور، اینڈ ناؤ یو ار ریکوائرڈ ٹو میک یور سیلف اسٹیل۔</w:t>
      </w:r>
    </w:p>
    <w:p>
      <w:r>
        <w:rPr>
          <w:b/>
        </w:rPr>
        <w:t xml:space="preserve">[28:04] </w:t>
      </w:r>
      <w:r>
        <w:t>تو how it is possible? It is possible through tafakkur.</w:t>
      </w:r>
    </w:p>
    <w:p>
      <w:pPr>
        <w:jc w:val="right"/>
      </w:pPr>
      <w:r>
        <w:t>تو ہاؤ اٹ از پاسیبل؟ اٹ از پاسیبل تھرو تفکیر۔</w:t>
      </w:r>
    </w:p>
    <w:p>
      <w:r>
        <w:rPr>
          <w:b/>
        </w:rPr>
        <w:t xml:space="preserve">[28:09] </w:t>
      </w:r>
      <w:r>
        <w:t>It is tafakkur by which you can know that represent your aur.</w:t>
      </w:r>
    </w:p>
    <w:p>
      <w:pPr>
        <w:jc w:val="right"/>
      </w:pPr>
      <w:r>
        <w:t>اٹ از تفکیر بائے وچ یو کین نو دیٹ ریپریزنٹ یور اور۔</w:t>
      </w:r>
    </w:p>
    <w:p>
      <w:r>
        <w:rPr>
          <w:b/>
        </w:rPr>
        <w:t xml:space="preserve">[28:14] </w:t>
      </w:r>
      <w:r>
        <w:t>It is tafakkur by which you can understand that if you utilize your hour, you become still, you</w:t>
      </w:r>
    </w:p>
    <w:p>
      <w:pPr>
        <w:jc w:val="right"/>
      </w:pPr>
      <w:r>
        <w:t>اٹ از تفکیر بائے وچ یو کین انڈرسٹینڈ دیٹ اف یو یوٹیلائز یور اور، یو بیکم اسٹیل، یو</w:t>
      </w:r>
    </w:p>
    <w:p>
      <w:r>
        <w:rPr>
          <w:b/>
        </w:rPr>
        <w:t xml:space="preserve">[28:21] </w:t>
      </w:r>
      <w:r>
        <w:t>become an engine, you become a machine.</w:t>
      </w:r>
    </w:p>
    <w:p>
      <w:pPr>
        <w:jc w:val="right"/>
      </w:pPr>
      <w:r>
        <w:t>بیکم این انجن، یو بیکم ا مشین۔</w:t>
      </w:r>
    </w:p>
    <w:p>
      <w:r>
        <w:rPr>
          <w:b/>
        </w:rPr>
        <w:t xml:space="preserve">[28:24] </w:t>
      </w:r>
      <w:r>
        <w:t>تو we are here simply as an 'aur', and it is upon we that, it is upon we</w:t>
      </w:r>
    </w:p>
    <w:p>
      <w:pPr>
        <w:jc w:val="right"/>
      </w:pPr>
      <w:r>
        <w:t>تو وی ار ہیر سمپلی ایز این اور، اینڈ اٹ از اپون وی دیٹ، اٹ از اپون وی</w:t>
      </w:r>
    </w:p>
    <w:p>
      <w:r>
        <w:rPr>
          <w:b/>
        </w:rPr>
        <w:t xml:space="preserve">[28:32] </w:t>
      </w:r>
      <w:r>
        <w:t>to develop our personality, to make us steel, to make us engine, to make us machine.</w:t>
      </w:r>
    </w:p>
    <w:p>
      <w:pPr>
        <w:jc w:val="right"/>
      </w:pPr>
      <w:r>
        <w:t>ٹو ڈیولپ اور پرسنیلٹی، ٹو میک اس اسٹیل، ٹو میک اس انجن، ٹو میک اس مشین۔</w:t>
      </w:r>
    </w:p>
    <w:p>
      <w:r>
        <w:rPr>
          <w:b/>
        </w:rPr>
        <w:t xml:space="preserve">[28:39] </w:t>
      </w:r>
      <w:r>
        <w:t>So it is very, very serious to know that only developed personality can find entry into paradise.</w:t>
      </w:r>
    </w:p>
    <w:p>
      <w:pPr>
        <w:jc w:val="right"/>
      </w:pPr>
      <w:r>
        <w:t>سو اٹ از ویری، ویری سیریس ٹو نو دیٹ اونلی ڈیولپڈ پرسنیلٹی کین فائنڈ انٹری انٹو پیراڈائز۔</w:t>
      </w:r>
    </w:p>
    <w:p>
      <w:r>
        <w:rPr>
          <w:b/>
        </w:rPr>
        <w:t xml:space="preserve">[28:46] </w:t>
      </w:r>
      <w:r>
        <w:t>Without personality development, without intellectual development, without spiritual development, no person will go to paradise.</w:t>
      </w:r>
    </w:p>
    <w:p>
      <w:pPr>
        <w:jc w:val="right"/>
      </w:pPr>
      <w:r>
        <w:t>وداؤٹ پرسنیلٹی ڈیولپمنٹ، وداؤٹ انٹلیکچول ڈیولپمنٹ، وداؤٹ اسپیریچول ڈیولپمنٹ، نو پرسن ویل گو ٹو پیراڈائز۔</w:t>
      </w:r>
    </w:p>
    <w:p>
      <w:r>
        <w:rPr>
          <w:b/>
        </w:rPr>
        <w:t xml:space="preserve">[28:53] </w:t>
      </w:r>
      <w:r>
        <w:t>So thinking is very important in term of paradise and in term of success in this world from</w:t>
      </w:r>
    </w:p>
    <w:p>
      <w:pPr>
        <w:jc w:val="right"/>
      </w:pPr>
      <w:r>
        <w:t>سو تھنکنگ از ویری امپورٹنٹ ان ٹرم اف پیراڈائز اینڈ ان ٹرم اف سکسیس ان دس ورلڈ فرام</w:t>
      </w:r>
    </w:p>
    <w:p>
      <w:r>
        <w:rPr>
          <w:b/>
        </w:rPr>
        <w:t xml:space="preserve">[29:00] </w:t>
      </w:r>
      <w:r>
        <w:t>Both the aspect.</w:t>
      </w:r>
    </w:p>
    <w:p>
      <w:pPr>
        <w:jc w:val="right"/>
      </w:pPr>
      <w:r>
        <w:t>بوتھ دی اسپیکٹ۔</w:t>
      </w:r>
    </w:p>
    <w:p>
      <w:r>
        <w:rPr>
          <w:b/>
        </w:rPr>
        <w:t xml:space="preserve">[29:02] </w:t>
      </w:r>
      <w:r>
        <w:t>If you want success, you want, if you want to achieve big success, if you want to become</w:t>
      </w:r>
    </w:p>
    <w:p>
      <w:pPr>
        <w:jc w:val="right"/>
      </w:pPr>
      <w:r>
        <w:t>اف یو وانٹ سکسیس، یو وانٹ، اف یو وانٹ ٹو اچیو بگ سکسیس، اف یو وانٹ ٹو بیکم</w:t>
      </w:r>
    </w:p>
    <w:p>
      <w:r>
        <w:rPr>
          <w:b/>
        </w:rPr>
        <w:t xml:space="preserve">[29:10] </w:t>
      </w:r>
      <w:r>
        <w:t>A super achiever, you have to develop your, your, your tafakkur.</w:t>
      </w:r>
    </w:p>
    <w:p>
      <w:pPr>
        <w:jc w:val="right"/>
      </w:pPr>
      <w:r>
        <w:t>ا سپر اچیور، یو ہیو ٹو ڈیولپ یور، یور، یور تفکیر۔</w:t>
      </w:r>
    </w:p>
    <w:p>
      <w:r>
        <w:rPr>
          <w:b/>
        </w:rPr>
        <w:t xml:space="preserve">[29:14] </w:t>
      </w:r>
      <w:r>
        <w:t>And also, if you want to be settled in Paradise, you want to have a place in Paradise.</w:t>
      </w:r>
    </w:p>
    <w:p>
      <w:pPr>
        <w:jc w:val="right"/>
      </w:pPr>
      <w:r>
        <w:t>اینڈ السو، اف یو وانٹ ٹو بی سیٹلڈ ان پیراڈائز، یو وانٹ ٹو ہیو ا پلیس ان پیراڈائز۔</w:t>
      </w:r>
    </w:p>
    <w:p>
      <w:r>
        <w:rPr>
          <w:b/>
        </w:rPr>
        <w:t xml:space="preserve">[29:22] </w:t>
      </w:r>
      <w:r>
        <w:t>Again, you have to develop your, your mind through tafakkur.</w:t>
      </w:r>
    </w:p>
    <w:p>
      <w:pPr>
        <w:jc w:val="right"/>
      </w:pPr>
      <w:r>
        <w:t>اگین، یو ہیو ٹو ڈیولپ یور، یور مائنڈ تھرو تفکیر۔</w:t>
      </w:r>
    </w:p>
    <w:p>
      <w:r>
        <w:rPr>
          <w:b/>
        </w:rPr>
        <w:t xml:space="preserve">[29:26] </w:t>
      </w:r>
      <w:r>
        <w:t>Tafakkur means thinking, contemplation.</w:t>
      </w:r>
    </w:p>
    <w:p>
      <w:pPr>
        <w:jc w:val="right"/>
      </w:pPr>
      <w:r>
        <w:t>تفکیر مینز تھنکنگ، کنٹمپلیشن۔</w:t>
      </w:r>
    </w:p>
    <w:p>
      <w:r>
        <w:rPr>
          <w:b/>
        </w:rPr>
        <w:t xml:space="preserve">[29:28] </w:t>
      </w:r>
      <w:r>
        <w:t>So it is not simply a philosophy, it is a fact, it is a science of religion, it</w:t>
      </w:r>
    </w:p>
    <w:p>
      <w:pPr>
        <w:jc w:val="right"/>
      </w:pPr>
      <w:r>
        <w:t>سو اٹ از ناٹ سمپلی ا فلاسفی، اٹ از ا فیکٹ، اٹ از ا سائنس اف ریلیجن، اٹ</w:t>
      </w:r>
    </w:p>
    <w:p>
      <w:r>
        <w:rPr>
          <w:b/>
        </w:rPr>
        <w:t xml:space="preserve">[29:36] </w:t>
      </w:r>
      <w:r>
        <w:t>as a science of Islam.</w:t>
      </w:r>
    </w:p>
    <w:p>
      <w:pPr>
        <w:jc w:val="right"/>
      </w:pPr>
      <w:r>
        <w:t>از ا سائنس اف اسلام۔</w:t>
      </w:r>
    </w:p>
    <w:p>
      <w:r>
        <w:rPr>
          <w:b/>
        </w:rPr>
        <w:t xml:space="preserve">[29:38] </w:t>
      </w:r>
      <w:r>
        <w:t>So every man and every woman must know that it is imperative to all individuals, to all men</w:t>
      </w:r>
    </w:p>
    <w:p>
      <w:pPr>
        <w:jc w:val="right"/>
      </w:pPr>
      <w:r>
        <w:t>سو ایوری مین اینڈ ایوری وومن مسٹ نو دیٹ اٹ از ایمپریٹیو ٹو ال انڈیویجولز، ٹو ال مین</w:t>
      </w:r>
    </w:p>
    <w:p>
      <w:r>
        <w:rPr>
          <w:b/>
        </w:rPr>
        <w:t xml:space="preserve">[29:46] </w:t>
      </w:r>
      <w:r>
        <w:t>and to all women, to inculcate the power of tafakkur in your personality.</w:t>
      </w:r>
    </w:p>
    <w:p>
      <w:pPr>
        <w:jc w:val="right"/>
      </w:pPr>
      <w:r>
        <w:t>اینڈ ٹو ال وومن، ٹو انکلکیٹ دا پاور اف تفکیر ان یور پرسنیلٹی۔</w:t>
      </w:r>
    </w:p>
    <w:p>
      <w:r>
        <w:rPr>
          <w:b/>
        </w:rPr>
        <w:t xml:space="preserve">[29:51] </w:t>
      </w:r>
      <w:r>
        <w:t>Tafakkur gives you the power of analysis.</w:t>
      </w:r>
    </w:p>
    <w:p>
      <w:pPr>
        <w:jc w:val="right"/>
      </w:pPr>
      <w:r>
        <w:t>تفکیر گیوز یو دا پاور اف انلسس۔</w:t>
      </w:r>
    </w:p>
    <w:p>
      <w:r>
        <w:rPr>
          <w:b/>
        </w:rPr>
        <w:t xml:space="preserve">[29:54] </w:t>
      </w:r>
      <w:r>
        <w:t>Tafakkur give you, tafakkur gives you the all those things that are required, all those good things.</w:t>
      </w:r>
    </w:p>
    <w:p>
      <w:pPr>
        <w:jc w:val="right"/>
      </w:pPr>
      <w:r>
        <w:t>تفکیر گیو یو، تفکیر گیوز یو دا ال دوز تھنگز دیٹ ار ریکوائرڈ، ال دوز گڈ تھنگز۔</w:t>
      </w:r>
    </w:p>
    <w:p>
      <w:r>
        <w:rPr>
          <w:b/>
        </w:rPr>
        <w:t xml:space="preserve">[30:02] </w:t>
      </w:r>
      <w:r>
        <w:t>things, tafakkur gives you all those good things that are required by God.</w:t>
      </w:r>
    </w:p>
    <w:p>
      <w:pPr>
        <w:jc w:val="right"/>
      </w:pPr>
      <w:r>
        <w:t>تھنگز، تفکیر گیوز یو ال دوز گڈ تھنگز دیٹ ار ریکوائرڈ بائی گاڈ۔</w:t>
      </w:r>
    </w:p>
    <w:p>
      <w:r>
        <w:rPr>
          <w:b/>
        </w:rPr>
        <w:t xml:space="preserve">[30:07] </w:t>
      </w:r>
      <w:r>
        <w:t>So it is very important to know that tafakkur is very important teaching of Islam.</w:t>
      </w:r>
    </w:p>
    <w:p>
      <w:pPr>
        <w:jc w:val="right"/>
      </w:pPr>
      <w:r>
        <w:t>سو اٹ از ویری امپورٹنٹ ٹو نو دیٹ تفکیر از ویری امپورٹنٹ ٹیچنگ اف اسلام۔</w:t>
      </w:r>
    </w:p>
    <w:p>
      <w:r>
        <w:rPr>
          <w:b/>
        </w:rPr>
        <w:t xml:space="preserve">[30:14] </w:t>
      </w:r>
      <w:r>
        <w:t>Tafkeer means tafkeer, tafkeer is to prepare your mind.</w:t>
      </w:r>
    </w:p>
    <w:p>
      <w:pPr>
        <w:jc w:val="right"/>
      </w:pPr>
      <w:r>
        <w:t>تفکیر مینز تفکیر، تفکیر از ٹو پریپیئر یور مائنڈ۔</w:t>
      </w:r>
    </w:p>
    <w:p>
      <w:r>
        <w:rPr>
          <w:b/>
        </w:rPr>
        <w:t xml:space="preserve">[30:17] </w:t>
      </w:r>
      <w:r>
        <w:t>Tafkeer means to prepare your mind.</w:t>
      </w:r>
    </w:p>
    <w:p>
      <w:pPr>
        <w:jc w:val="right"/>
      </w:pPr>
      <w:r>
        <w:t>تفکیر مینز ٹو پریپیئر یور مائنڈ۔</w:t>
      </w:r>
    </w:p>
    <w:p>
      <w:r>
        <w:rPr>
          <w:b/>
        </w:rPr>
        <w:t xml:space="preserve">[30:20] </w:t>
      </w:r>
      <w:r>
        <w:t>Tafakkur means to know the art of right thinking.</w:t>
      </w:r>
    </w:p>
    <w:p>
      <w:pPr>
        <w:jc w:val="right"/>
      </w:pPr>
      <w:r>
        <w:t>تفکیر مینز ٹو نو دا ارٹ اف رائٹ تھنکنگ۔</w:t>
      </w:r>
    </w:p>
    <w:p>
      <w:r>
        <w:rPr>
          <w:b/>
        </w:rPr>
        <w:t xml:space="preserve">[30:24] </w:t>
      </w:r>
      <w:r>
        <w:t>Tafkeer means right analysis.</w:t>
      </w:r>
    </w:p>
    <w:p>
      <w:pPr>
        <w:jc w:val="right"/>
      </w:pPr>
      <w:r>
        <w:t>تفکیر مینز رائٹ انلسس۔</w:t>
      </w:r>
    </w:p>
    <w:p>
      <w:r>
        <w:rPr>
          <w:b/>
        </w:rPr>
        <w:t xml:space="preserve">[30:26] </w:t>
      </w:r>
      <w:r>
        <w:t>So all these things are outcome of tafakkur.</w:t>
      </w:r>
    </w:p>
    <w:p>
      <w:pPr>
        <w:jc w:val="right"/>
      </w:pPr>
      <w:r>
        <w:t>سو ال دیز تھنگز ار اؤٹ کم اف تفکیر۔</w:t>
      </w:r>
    </w:p>
    <w:p>
      <w:r>
        <w:rPr>
          <w:b/>
        </w:rPr>
        <w:t xml:space="preserve">[30:29] </w:t>
      </w:r>
      <w:r>
        <w:t>So you have to know that simply rituals are not enough.</w:t>
      </w:r>
    </w:p>
    <w:p>
      <w:pPr>
        <w:jc w:val="right"/>
      </w:pPr>
      <w:r>
        <w:t>سو یو ہیو ٹو نو دیٹ سمپلی ریچولز ار ناٹ انف۔</w:t>
      </w:r>
    </w:p>
    <w:p>
      <w:r>
        <w:rPr>
          <w:b/>
        </w:rPr>
        <w:t xml:space="preserve">[30:34] </w:t>
      </w:r>
      <w:r>
        <w:t>Your, if your observances of rituals of Islam, they are not enough.</w:t>
      </w:r>
    </w:p>
    <w:p>
      <w:pPr>
        <w:jc w:val="right"/>
      </w:pPr>
      <w:r>
        <w:t>یور، اف یور ابزروئنگز اف ریچولز اف اسلام، دے ار ناٹ انف۔</w:t>
      </w:r>
    </w:p>
    <w:p>
      <w:r>
        <w:rPr>
          <w:b/>
        </w:rPr>
        <w:t xml:space="preserve">[30:39] </w:t>
      </w:r>
      <w:r>
        <w:t>No, you have to adopt the way of tafakkur.</w:t>
      </w:r>
    </w:p>
    <w:p>
      <w:pPr>
        <w:jc w:val="right"/>
      </w:pPr>
      <w:r>
        <w:t>نو، یو ہیو ٹو اڈاپٹ دا وے اف تفکیر۔</w:t>
      </w:r>
    </w:p>
    <w:p>
      <w:r>
        <w:rPr>
          <w:b/>
        </w:rPr>
        <w:t xml:space="preserve">[30:43] </w:t>
      </w:r>
      <w:r>
        <w:t>Without tafakkur, there is no increase in your faith.</w:t>
      </w:r>
    </w:p>
    <w:p>
      <w:pPr>
        <w:jc w:val="right"/>
      </w:pPr>
      <w:r>
        <w:t>وداؤٹ تفکیر، دیر از نو انکریز ان یور فیتھ۔</w:t>
      </w:r>
    </w:p>
    <w:p>
      <w:r>
        <w:rPr>
          <w:b/>
        </w:rPr>
        <w:t xml:space="preserve">[30:47] </w:t>
      </w:r>
      <w:r>
        <w:t>Without tafakkur, you cannot develop your personality.</w:t>
      </w:r>
    </w:p>
    <w:p>
      <w:pPr>
        <w:jc w:val="right"/>
      </w:pPr>
      <w:r>
        <w:t>وداؤٹ تفکیر، یو کین ناٹ ڈیولپ یور پرسنیلٹی۔</w:t>
      </w:r>
    </w:p>
    <w:p>
      <w:r>
        <w:rPr>
          <w:b/>
        </w:rPr>
        <w:t xml:space="preserve">[30:50] </w:t>
      </w:r>
      <w:r>
        <w:t>Without tafakkur, you can find, you can not find a place in paradise.</w:t>
      </w:r>
    </w:p>
    <w:p>
      <w:pPr>
        <w:jc w:val="right"/>
      </w:pPr>
      <w:r>
        <w:t>وداؤٹ تفکیر، یو کین فائنڈ، یو کین ناٹ فائنڈ ا پلیس ان پیراڈائز۔</w:t>
      </w:r>
    </w:p>
    <w:p>
      <w:r>
        <w:rPr>
          <w:b/>
        </w:rPr>
        <w:t xml:space="preserve">[30:56] </w:t>
      </w:r>
      <w:r>
        <w:t>Without tafakkur, you cannot realize God.</w:t>
      </w:r>
    </w:p>
    <w:p>
      <w:pPr>
        <w:jc w:val="right"/>
      </w:pPr>
      <w:r>
        <w:t>وداؤٹ تفکیر، یو کین ناٹ ریلائز گاڈ۔</w:t>
      </w:r>
    </w:p>
    <w:p>
      <w:r>
        <w:rPr>
          <w:b/>
        </w:rPr>
        <w:t xml:space="preserve">[30:59] </w:t>
      </w:r>
      <w:r>
        <w:t>Without tafakkur, you cannot discover God.</w:t>
      </w:r>
    </w:p>
    <w:p>
      <w:pPr>
        <w:jc w:val="right"/>
      </w:pPr>
      <w:r>
        <w:t>وداؤٹ تفکیر، یو کین ناٹ ڈسکور گاڈ۔</w:t>
      </w:r>
    </w:p>
    <w:p>
      <w:r>
        <w:rPr>
          <w:b/>
        </w:rPr>
        <w:t xml:space="preserve">[31:02] </w:t>
      </w:r>
      <w:r>
        <w:t>All those positive quality, all those positive qualities required in Islam are directly related to tafakkur.</w:t>
      </w:r>
    </w:p>
    <w:p>
      <w:pPr>
        <w:jc w:val="right"/>
      </w:pPr>
      <w:r>
        <w:t>ال دوز پوزیٹیو کوالٹی، ال دوز پوزیٹیو کوالٹیز ریکوائرڈ ان اسلام ار ڈائریکٹلی ریلیٹڈ ٹو تفکیر۔</w:t>
      </w:r>
    </w:p>
    <w:p>
      <w:r>
        <w:rPr>
          <w:b/>
        </w:rPr>
        <w:t xml:space="preserve">[31:09] </w:t>
      </w:r>
      <w:r>
        <w:t>قول قولی: Astaghfirullah Al-Ali Al-Azim.</w:t>
      </w:r>
    </w:p>
    <w:p>
      <w:pPr>
        <w:jc w:val="right"/>
      </w:pPr>
      <w:r>
        <w:t>قول قولی: استغفراللہ العلی العظیم۔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