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Science And Spirituality-25th April 07</w:t>
      </w:r>
    </w:p>
    <w:p>
      <w:r>
        <w:t>https://www.youtube.com/watch?v=v5j9QVMgQq0</w:t>
      </w:r>
    </w:p>
    <w:p>
      <w:r>
        <w:rPr>
          <w:b/>
        </w:rPr>
        <w:t xml:space="preserve">[00:21] </w:t>
      </w:r>
      <w:r>
        <w:t>Rabbi shrah li sadri, wa yassir li amri, wahlul uqdatan min lisani, yafqahu qawli.</w:t>
      </w:r>
    </w:p>
    <w:p>
      <w:pPr>
        <w:jc w:val="right"/>
      </w:pPr>
      <w:r>
        <w:t>رب اشرح لی صدری، ویسر لی امری، واحل العقدۃ من لسانی، یفقہ قولی۔</w:t>
      </w:r>
    </w:p>
    <w:p>
      <w:r>
        <w:rPr>
          <w:b/>
        </w:rPr>
        <w:t xml:space="preserve">[00:32] </w:t>
      </w:r>
      <w:r>
        <w:t>The theme for this day is Science and Spirituality.</w:t>
      </w:r>
    </w:p>
    <w:p>
      <w:pPr>
        <w:jc w:val="right"/>
      </w:pPr>
      <w:r>
        <w:t>The theme for this day is Science and Spirituality.</w:t>
      </w:r>
    </w:p>
    <w:p>
      <w:r>
        <w:rPr>
          <w:b/>
        </w:rPr>
        <w:t xml:space="preserve">[00:43] </w:t>
      </w:r>
      <w:r>
        <w:t>Generally, people feel that Science and Spirituality are two different disciplines.</w:t>
      </w:r>
    </w:p>
    <w:p>
      <w:pPr>
        <w:jc w:val="right"/>
      </w:pPr>
      <w:r>
        <w:t>Generally, people feel that Science and Spirituality are two different disciplines.</w:t>
      </w:r>
    </w:p>
    <w:p>
      <w:r>
        <w:rPr>
          <w:b/>
        </w:rPr>
        <w:t xml:space="preserve">[00:54] </w:t>
      </w:r>
      <w:r>
        <w:t>According to their feeling, one can say that, best in the language of Kipling, "West is West and</w:t>
      </w:r>
    </w:p>
    <w:p>
      <w:pPr>
        <w:jc w:val="right"/>
      </w:pPr>
      <w:r>
        <w:t>According to their feeling, one can say that, best in the language of Kipling, "West is West and</w:t>
      </w:r>
    </w:p>
    <w:p>
      <w:r>
        <w:rPr>
          <w:b/>
        </w:rPr>
        <w:t xml:space="preserve">[01:05] </w:t>
      </w:r>
      <w:r>
        <w:t>East is East; the twain can never meet." But I think that it is not very correct.</w:t>
      </w:r>
    </w:p>
    <w:p>
      <w:pPr>
        <w:jc w:val="right"/>
      </w:pPr>
      <w:r>
        <w:t>East is East; the twain can never meet." But I think that it is not very correct.</w:t>
      </w:r>
    </w:p>
    <w:p>
      <w:r>
        <w:rPr>
          <w:b/>
        </w:rPr>
        <w:t xml:space="preserve">[01:16] </w:t>
      </w:r>
      <w:r>
        <w:t>I don't subscribe with this notion.</w:t>
      </w:r>
    </w:p>
    <w:p>
      <w:pPr>
        <w:jc w:val="right"/>
      </w:pPr>
      <w:r>
        <w:t>I don't subscribe with this notion.</w:t>
      </w:r>
    </w:p>
    <w:p>
      <w:r>
        <w:rPr>
          <w:b/>
        </w:rPr>
        <w:t xml:space="preserve">[01:27] </w:t>
      </w:r>
      <w:r>
        <w:t>I think that Science and Spirituality both are interlinked, both are important for our life.</w:t>
      </w:r>
    </w:p>
    <w:p>
      <w:pPr>
        <w:jc w:val="right"/>
      </w:pPr>
      <w:r>
        <w:t>I think that Science and Spirituality both are interlinked, both are important for our life.</w:t>
      </w:r>
    </w:p>
    <w:p>
      <w:r>
        <w:rPr>
          <w:b/>
        </w:rPr>
        <w:t xml:space="preserve">[01:38] </w:t>
      </w:r>
      <w:r>
        <w:t>According to my experience, Science has played a great role in our present time, and its role is,</w:t>
      </w:r>
    </w:p>
    <w:p>
      <w:pPr>
        <w:jc w:val="right"/>
      </w:pPr>
      <w:r>
        <w:t>According to my experience, Science has played a great role in our present time, and its role is,</w:t>
      </w:r>
    </w:p>
    <w:p>
      <w:r>
        <w:rPr>
          <w:b/>
        </w:rPr>
        <w:t xml:space="preserve">[01:50] </w:t>
      </w:r>
      <w:r>
        <w:t>in a single word I can say, that its role is a corrective role, corrective role in every</w:t>
      </w:r>
    </w:p>
    <w:p>
      <w:pPr>
        <w:jc w:val="right"/>
      </w:pPr>
      <w:r>
        <w:t>in a single word I can say, that its role is a corrective role, corrective role in every</w:t>
      </w:r>
    </w:p>
    <w:p>
      <w:r>
        <w:rPr>
          <w:b/>
        </w:rPr>
        <w:t xml:space="preserve">[02:01] </w:t>
      </w:r>
      <w:r>
        <w:t>walk of life.</w:t>
      </w:r>
    </w:p>
    <w:p>
      <w:pPr>
        <w:jc w:val="right"/>
      </w:pPr>
      <w:r>
        <w:t>walk of life.</w:t>
      </w:r>
    </w:p>
    <w:p>
      <w:r>
        <w:rPr>
          <w:b/>
        </w:rPr>
        <w:t xml:space="preserve">[02:12] </w:t>
      </w:r>
      <w:r>
        <w:t>Now, first of all, we have to know what is the definition of Spirituality.</w:t>
      </w:r>
    </w:p>
    <w:p>
      <w:pPr>
        <w:jc w:val="right"/>
      </w:pPr>
      <w:r>
        <w:t>Now, first of all, we have to know what is the definition of Spirituality.</w:t>
      </w:r>
    </w:p>
    <w:p>
      <w:r>
        <w:rPr>
          <w:b/>
        </w:rPr>
        <w:t xml:space="preserve">[02:23] </w:t>
      </w:r>
      <w:r>
        <w:t>If you consult dictionaries, you will find that, according to the English dictionary, Spirituality means "oppose to worldliness,"</w:t>
      </w:r>
    </w:p>
    <w:p>
      <w:pPr>
        <w:jc w:val="right"/>
      </w:pPr>
      <w:r>
        <w:t>If you consult dictionaries, you will find that, according to the English dictionary, Spirituality means "oppose to worldliness,"</w:t>
      </w:r>
    </w:p>
    <w:p>
      <w:r>
        <w:rPr>
          <w:b/>
        </w:rPr>
        <w:t xml:space="preserve">[02:34] </w:t>
      </w:r>
      <w:r>
        <w:t>"oppose to worldliness," or "oppose to material." This is the definition given by dictionaries.</w:t>
      </w:r>
    </w:p>
    <w:p>
      <w:pPr>
        <w:jc w:val="right"/>
      </w:pPr>
      <w:r>
        <w:t>"oppose to worldliness," or "oppose to material." This is the definition given by dictionaries.</w:t>
      </w:r>
    </w:p>
    <w:p>
      <w:r>
        <w:rPr>
          <w:b/>
        </w:rPr>
        <w:t xml:space="preserve">[02:45] </w:t>
      </w:r>
      <w:r>
        <w:t>First of all, I would like to say that "oppose to worldliness" doesn't mean that one must leave</w:t>
      </w:r>
    </w:p>
    <w:p>
      <w:pPr>
        <w:jc w:val="right"/>
      </w:pPr>
      <w:r>
        <w:t>First of all, I would like to say that "oppose to worldliness" doesn't mean that one must leave</w:t>
      </w:r>
    </w:p>
    <w:p>
      <w:r>
        <w:rPr>
          <w:b/>
        </w:rPr>
        <w:t xml:space="preserve">[02:56] </w:t>
      </w:r>
      <w:r>
        <w:t>the physical world.</w:t>
      </w:r>
    </w:p>
    <w:p>
      <w:pPr>
        <w:jc w:val="right"/>
      </w:pPr>
      <w:r>
        <w:t>the physical world.</w:t>
      </w:r>
    </w:p>
    <w:p>
      <w:r>
        <w:rPr>
          <w:b/>
        </w:rPr>
        <w:t xml:space="preserve">[03:08] </w:t>
      </w:r>
      <w:r>
        <w:t>No. It means that living in the material world without being material, materialistic. This is the correct definition of Spirituality. Then I think that Spirituality is not a mysterious element.</w:t>
      </w:r>
    </w:p>
    <w:p>
      <w:pPr>
        <w:jc w:val="right"/>
      </w:pPr>
      <w:r>
        <w:t>No. It means that living in the material world without being material, materialistic. This is the correct definition of Spirituality. Then I think that Spirituality is not a mysterious element.</w:t>
      </w:r>
    </w:p>
    <w:p>
      <w:r>
        <w:rPr>
          <w:b/>
        </w:rPr>
        <w:t xml:space="preserve">[03:33] </w:t>
      </w:r>
      <w:r>
        <w:t>It is a natural discipline.</w:t>
      </w:r>
    </w:p>
    <w:p>
      <w:pPr>
        <w:jc w:val="right"/>
      </w:pPr>
      <w:r>
        <w:t>It is a natural discipline.</w:t>
      </w:r>
    </w:p>
    <w:p>
      <w:r>
        <w:rPr>
          <w:b/>
        </w:rPr>
        <w:t xml:space="preserve">[03:42] </w:t>
      </w:r>
      <w:r>
        <w:t>If I use a secular definition, if I use secular language, I can say that simple living, high</w:t>
      </w:r>
    </w:p>
    <w:p>
      <w:pPr>
        <w:jc w:val="right"/>
      </w:pPr>
      <w:r>
        <w:t>If I use a secular definition, if I use secular language, I can say that simple living, high</w:t>
      </w:r>
    </w:p>
    <w:p>
      <w:r>
        <w:rPr>
          <w:b/>
        </w:rPr>
        <w:t xml:space="preserve">[03:52] </w:t>
      </w:r>
      <w:r>
        <w:t>thinking, this is Spirituality.</w:t>
      </w:r>
    </w:p>
    <w:p>
      <w:pPr>
        <w:jc w:val="right"/>
      </w:pPr>
      <w:r>
        <w:t>thinking, this is Spirituality.</w:t>
      </w:r>
    </w:p>
    <w:p>
      <w:r>
        <w:rPr>
          <w:b/>
        </w:rPr>
        <w:t xml:space="preserve">[04:02] </w:t>
      </w:r>
      <w:r>
        <w:t>In common secular language, I can say that simple living and high thinking, this is Spirituality.</w:t>
      </w:r>
    </w:p>
    <w:p>
      <w:pPr>
        <w:jc w:val="right"/>
      </w:pPr>
      <w:r>
        <w:t>In common secular language, I can say that simple living and high thinking, this is Spirituality.</w:t>
      </w:r>
    </w:p>
    <w:p>
      <w:r>
        <w:rPr>
          <w:b/>
        </w:rPr>
        <w:t xml:space="preserve">[04:11] </w:t>
      </w:r>
      <w:r>
        <w:t>Then, according to the Quranic concept, I can say that although there is no such word in the</w:t>
      </w:r>
    </w:p>
    <w:p>
      <w:pPr>
        <w:jc w:val="right"/>
      </w:pPr>
      <w:r>
        <w:t>Then, according to the Quranic concept, I can say that although there is no such word in the</w:t>
      </w:r>
    </w:p>
    <w:p>
      <w:r>
        <w:rPr>
          <w:b/>
        </w:rPr>
        <w:t xml:space="preserve">[04:21] </w:t>
      </w:r>
      <w:r>
        <w:t>Quran, Spirituality or Ruhaniyat, such words are not mentioned in the Quran.</w:t>
      </w:r>
    </w:p>
    <w:p>
      <w:pPr>
        <w:jc w:val="right"/>
      </w:pPr>
      <w:r>
        <w:t>Quran, Spirituality or Ruhaniyat, such words are not mentioned in the Quran.</w:t>
      </w:r>
    </w:p>
    <w:p>
      <w:r>
        <w:rPr>
          <w:b/>
        </w:rPr>
        <w:t xml:space="preserve">[04:31] </w:t>
      </w:r>
      <w:r>
        <w:t>This kind of vocabulary is not found in the Quran.</w:t>
      </w:r>
    </w:p>
    <w:p>
      <w:pPr>
        <w:jc w:val="right"/>
      </w:pPr>
      <w:r>
        <w:t>This kind of vocabulary is not found in the Quran.</w:t>
      </w:r>
    </w:p>
    <w:p>
      <w:r>
        <w:rPr>
          <w:b/>
        </w:rPr>
        <w:t xml:space="preserve">[04:40] </w:t>
      </w:r>
      <w:r>
        <w:t>But there is a very relevant word, I think this is the Quranic Spirituality.</w:t>
      </w:r>
    </w:p>
    <w:p>
      <w:pPr>
        <w:jc w:val="right"/>
      </w:pPr>
      <w:r>
        <w:t>But there is a very relevant word, I think this is the Quranic Spirituality.</w:t>
      </w:r>
    </w:p>
    <w:p>
      <w:r>
        <w:rPr>
          <w:b/>
        </w:rPr>
        <w:t xml:space="preserve">[04:50] </w:t>
      </w:r>
      <w:r>
        <w:t>This word or this term you will find in Chapter No. 89.</w:t>
      </w:r>
    </w:p>
    <w:p>
      <w:pPr>
        <w:jc w:val="right"/>
      </w:pPr>
      <w:r>
        <w:t>This word or this term you will find in Chapter No. 89.</w:t>
      </w:r>
    </w:p>
    <w:p>
      <w:r>
        <w:rPr>
          <w:b/>
        </w:rPr>
        <w:t xml:space="preserve">[05:00] </w:t>
      </w:r>
      <w:r>
        <w:t>Chapter No.</w:t>
      </w:r>
    </w:p>
    <w:p>
      <w:pPr>
        <w:jc w:val="right"/>
      </w:pPr>
      <w:r>
        <w:t>Chapter No.</w:t>
      </w:r>
    </w:p>
    <w:p>
      <w:r>
        <w:rPr>
          <w:b/>
        </w:rPr>
        <w:t xml:space="preserve">[05:09] </w:t>
      </w:r>
      <w:r>
        <w:t>89, that is Al-Fajr.</w:t>
      </w:r>
    </w:p>
    <w:p>
      <w:pPr>
        <w:jc w:val="right"/>
      </w:pPr>
      <w:r>
        <w:t>89, that is Al-Fajr.</w:t>
      </w:r>
    </w:p>
    <w:p>
      <w:r>
        <w:rPr>
          <w:b/>
        </w:rPr>
        <w:t xml:space="preserve">[05:18] </w:t>
      </w:r>
      <w:r>
        <w:t>In this chapter, you read this verse: ya ayyatuhal nafsul mutma'innah irja'i ila rabbiki radiyatan mardiyyah fadkhuli fi 'ibadi</w:t>
      </w:r>
    </w:p>
    <w:p>
      <w:pPr>
        <w:jc w:val="right"/>
      </w:pPr>
      <w:r>
        <w:t>In this chapter, you read this verse: يَا أَيَّتُهَا النَّفْسُ الْمُطْمَئِنَّةُ اِرْجَعِيْ لَرَبِّكَ رَاضِيَةً مَرْضِيَّةً فَادْخُلِي فِي عَبَادِي</w:t>
      </w:r>
    </w:p>
    <w:p>
      <w:r>
        <w:rPr>
          <w:b/>
        </w:rPr>
        <w:t xml:space="preserve">[05:27] </w:t>
      </w:r>
      <w:r>
        <w:t>wa dkhuli jannati So in this verse, in this verse, in this verse, we find al-nafs al-mutma'innah.</w:t>
      </w:r>
    </w:p>
    <w:p>
      <w:pPr>
        <w:jc w:val="right"/>
      </w:pPr>
      <w:r>
        <w:t>وَادْخُلِي جَنَّتِي So in this verse, in this verse, in this verse, we find النَّفْسُ الْمُطْمَئِنَّةُ.</w:t>
      </w:r>
    </w:p>
    <w:p>
      <w:r>
        <w:rPr>
          <w:b/>
        </w:rPr>
        <w:t xml:space="preserve">[05:37] </w:t>
      </w:r>
      <w:r>
        <w:t>And I think that Nafsul Mutma'innah means a spiritual person. A spiritual person, according to the Quranic term, a spiritual person is Nafsul Mutma'innah.</w:t>
      </w:r>
    </w:p>
    <w:p>
      <w:pPr>
        <w:jc w:val="right"/>
      </w:pPr>
      <w:r>
        <w:t>And I think that النَّفْسُ الْمُطْمَئِنَّةُ means a spiritual person. A spiritual person, according to the Quranic term, a spiritual person is النَّفْسُ الْمُطْمَئِنَّةُ.</w:t>
      </w:r>
    </w:p>
    <w:p>
      <w:r>
        <w:rPr>
          <w:b/>
        </w:rPr>
        <w:t xml:space="preserve">[05:57] </w:t>
      </w:r>
      <w:r>
        <w:t>Nafsul Mutma'innah means a complex free soul, a complex free soul. So according to the Quranic definition, or according to the Quranic term, a spiritual person is one who is a complex free soul, not complex.</w:t>
      </w:r>
    </w:p>
    <w:p>
      <w:pPr>
        <w:jc w:val="right"/>
      </w:pPr>
      <w:r>
        <w:t>النَّفْسُ الْمُطْمَئِنَّةُ means a complex free soul, a complex free soul. So according to the Quranic definition, or according to the Quranic term, a spiritual person is one who is a complex free soul, not complex.</w:t>
      </w:r>
    </w:p>
    <w:p>
      <w:r>
        <w:rPr>
          <w:b/>
        </w:rPr>
        <w:t xml:space="preserve">[06:21] </w:t>
      </w:r>
      <w:r>
        <w:t>Here, complex means negative thought, reactionary thinking like revenge and intolerance and hate, and all those negative thoughts are complex.</w:t>
      </w:r>
    </w:p>
    <w:p>
      <w:pPr>
        <w:jc w:val="right"/>
      </w:pPr>
      <w:r>
        <w:t>Here, complex means negative thought, reactionary thinking like revenge and intolerance and hate, and all those negative thoughts are complex.</w:t>
      </w:r>
    </w:p>
    <w:p>
      <w:r>
        <w:rPr>
          <w:b/>
        </w:rPr>
        <w:t xml:space="preserve">[06:42] </w:t>
      </w:r>
      <w:r>
        <w:t>So one who is free of these complexes, he is a complex free soul. And a spiritual person is one who is a complex free soul. Then also, there is a detailed definition.</w:t>
      </w:r>
    </w:p>
    <w:p>
      <w:pPr>
        <w:jc w:val="right"/>
      </w:pPr>
      <w:r>
        <w:t>So one who is free of these complexes, he is a complex free soul. And a spiritual person is one who is a complex free soul. Then also, there is a detailed definition.</w:t>
      </w:r>
    </w:p>
    <w:p>
      <w:r>
        <w:rPr>
          <w:b/>
        </w:rPr>
        <w:t xml:space="preserve">[07:07] </w:t>
      </w:r>
      <w:r>
        <w:t>Also, we find a detailed definition of Spirituality.</w:t>
      </w:r>
    </w:p>
    <w:p>
      <w:pPr>
        <w:jc w:val="right"/>
      </w:pPr>
      <w:r>
        <w:t>Also, we find a detailed definition of Spirituality.</w:t>
      </w:r>
    </w:p>
    <w:p>
      <w:r>
        <w:rPr>
          <w:b/>
        </w:rPr>
        <w:t xml:space="preserve">[07:18] </w:t>
      </w:r>
      <w:r>
        <w:t>In a prophetic dua, prophetic prayer, the Prophet said in a prayer, in one of his prayers, the</w:t>
      </w:r>
    </w:p>
    <w:p>
      <w:pPr>
        <w:jc w:val="right"/>
      </w:pPr>
      <w:r>
        <w:t>In a prophetic dua, prophetic prayer, the Prophet said in a prayer, in one of his prayers, the</w:t>
      </w:r>
    </w:p>
    <w:p>
      <w:r>
        <w:rPr>
          <w:b/>
        </w:rPr>
        <w:t xml:space="preserve">[07:30] </w:t>
      </w:r>
      <w:r>
        <w:t>Prophet said in one of his prayers: Allahumma arinal haqq haqqan warzuqna wa arinal batila batilan warzuqna ijtinaban wa arina</w:t>
      </w:r>
    </w:p>
    <w:p>
      <w:pPr>
        <w:jc w:val="right"/>
      </w:pPr>
      <w:r>
        <w:t>Prophet said in one of his prayers: اللَّهُمَّ أَرِنَ الْحَقَّ حَقًّا وَارْزُقْنَا وَأَرِنَ الْبَاطِلَ بَاطِلًا وَارْزُقْنَا اجْتِنَابًا وَأَرِنَ</w:t>
      </w:r>
    </w:p>
    <w:p>
      <w:r>
        <w:rPr>
          <w:b/>
        </w:rPr>
        <w:t xml:space="preserve">[07:42] </w:t>
      </w:r>
      <w:r>
        <w:t>al-ashya'a kama hiya I think that this is the gist of Spirituality.</w:t>
      </w:r>
    </w:p>
    <w:p>
      <w:pPr>
        <w:jc w:val="right"/>
      </w:pPr>
      <w:r>
        <w:t>الْأَشْيَاءَ كَمَا هِيَا I think that this is the gist of Spirituality.</w:t>
      </w:r>
    </w:p>
    <w:p>
      <w:r>
        <w:rPr>
          <w:b/>
        </w:rPr>
        <w:t xml:space="preserve">[07:54] </w:t>
      </w:r>
      <w:r>
        <w:t>It means that, "Oh God, show me, show me the path of—no, Oh God, show me the truth</w:t>
      </w:r>
    </w:p>
    <w:p>
      <w:pPr>
        <w:jc w:val="right"/>
      </w:pPr>
      <w:r>
        <w:t>It means that, "Oh God, show me, show me the path of—no, Oh God, show me the truth</w:t>
      </w:r>
    </w:p>
    <w:p>
      <w:r>
        <w:rPr>
          <w:b/>
        </w:rPr>
        <w:t xml:space="preserve">[08:06] </w:t>
      </w:r>
      <w:r>
        <w:t>and help me to follow it.</w:t>
      </w:r>
    </w:p>
    <w:p>
      <w:pPr>
        <w:jc w:val="right"/>
      </w:pPr>
      <w:r>
        <w:t>and help me to follow it.</w:t>
      </w:r>
    </w:p>
    <w:p>
      <w:r>
        <w:rPr>
          <w:b/>
        </w:rPr>
        <w:t xml:space="preserve">[08:18] </w:t>
      </w:r>
      <w:r>
        <w:t>Oh God, show me the truth and help me to follow it. Oh God, show me the falsehood and help me to save myself from it.</w:t>
      </w:r>
    </w:p>
    <w:p>
      <w:pPr>
        <w:jc w:val="right"/>
      </w:pPr>
      <w:r>
        <w:t>Oh God, show me the truth and help me to follow it. Oh God, show me the falsehood and help me to save myself from it.</w:t>
      </w:r>
    </w:p>
    <w:p>
      <w:r>
        <w:rPr>
          <w:b/>
        </w:rPr>
        <w:t xml:space="preserve">[08:47] </w:t>
      </w:r>
      <w:r>
        <w:t>And, Oh God, show me things as it is wa arinal ashya'a kama hiya.</w:t>
      </w:r>
    </w:p>
    <w:p>
      <w:pPr>
        <w:jc w:val="right"/>
      </w:pPr>
      <w:r>
        <w:t>And, Oh God, show me things as it is وَأَرِنَ الْأَشْيَاءَ كَمَا هِيَا.</w:t>
      </w:r>
    </w:p>
    <w:p>
      <w:r>
        <w:rPr>
          <w:b/>
        </w:rPr>
        <w:t xml:space="preserve">[08:56] </w:t>
      </w:r>
      <w:r>
        <w:t>Oh God, show me things as it is." This is the essence of Spirituality.</w:t>
      </w:r>
    </w:p>
    <w:p>
      <w:pPr>
        <w:jc w:val="right"/>
      </w:pPr>
      <w:r>
        <w:t>Oh God, show me things as it is." This is the essence of Spirituality.</w:t>
      </w:r>
    </w:p>
    <w:p>
      <w:r>
        <w:rPr>
          <w:b/>
        </w:rPr>
        <w:t xml:space="preserve">[09:05] </w:t>
      </w:r>
      <w:r>
        <w:t>This is the Quranic concept of Spirituality.</w:t>
      </w:r>
    </w:p>
    <w:p>
      <w:pPr>
        <w:jc w:val="right"/>
      </w:pPr>
      <w:r>
        <w:t>This is the Quranic concept of Spirituality.</w:t>
      </w:r>
    </w:p>
    <w:p>
      <w:r>
        <w:rPr>
          <w:b/>
        </w:rPr>
        <w:t xml:space="preserve">[09:14] </w:t>
      </w:r>
      <w:r>
        <w:t>Now, what is the scientific role in this regard?</w:t>
      </w:r>
    </w:p>
    <w:p>
      <w:pPr>
        <w:jc w:val="right"/>
      </w:pPr>
      <w:r>
        <w:t>Now, what is the scientific role in this regard?</w:t>
      </w:r>
    </w:p>
    <w:p>
      <w:r>
        <w:rPr>
          <w:b/>
        </w:rPr>
        <w:t xml:space="preserve">[09:24] </w:t>
      </w:r>
      <w:r>
        <w:t>You know, the history is divided into two periods: the pre-scientific period and the post-scientific period.</w:t>
      </w:r>
    </w:p>
    <w:p>
      <w:pPr>
        <w:jc w:val="right"/>
      </w:pPr>
      <w:r>
        <w:t>You know, the history is divided into two periods: the pre-scientific period and the post-scientific period.</w:t>
      </w:r>
    </w:p>
    <w:p>
      <w:r>
        <w:rPr>
          <w:b/>
        </w:rPr>
        <w:t xml:space="preserve">[09:45] </w:t>
      </w:r>
      <w:r>
        <w:t>During the pre-scientific period, man was obsessed with superstitious ideas.</w:t>
      </w:r>
    </w:p>
    <w:p>
      <w:pPr>
        <w:jc w:val="right"/>
      </w:pPr>
      <w:r>
        <w:t>During the pre-scientific period, man was obsessed with superstitious ideas.</w:t>
      </w:r>
    </w:p>
    <w:p>
      <w:r>
        <w:rPr>
          <w:b/>
        </w:rPr>
        <w:t xml:space="preserve">[09:57] </w:t>
      </w:r>
      <w:r>
        <w:t>Everywhere in the world, in every nation, in every country, life was superstitious.</w:t>
      </w:r>
    </w:p>
    <w:p>
      <w:pPr>
        <w:jc w:val="right"/>
      </w:pPr>
      <w:r>
        <w:t>Everywhere in the world, in every nation, in every country, life was superstitious.</w:t>
      </w:r>
    </w:p>
    <w:p>
      <w:r>
        <w:rPr>
          <w:b/>
        </w:rPr>
        <w:t xml:space="preserve">[10:09] </w:t>
      </w:r>
      <w:r>
        <w:t>In every aspect of life, superstition was dominated.</w:t>
      </w:r>
    </w:p>
    <w:p>
      <w:pPr>
        <w:jc w:val="right"/>
      </w:pPr>
      <w:r>
        <w:t>In every aspect of life, superstition was dominated.</w:t>
      </w:r>
    </w:p>
    <w:p>
      <w:r>
        <w:rPr>
          <w:b/>
        </w:rPr>
        <w:t xml:space="preserve">[10:22] </w:t>
      </w:r>
      <w:r>
        <w:t>Superstition was a dominating factor in every aspect of life, everywhere in the world. Now, the advent of science was against this superstition.</w:t>
      </w:r>
    </w:p>
    <w:p>
      <w:pPr>
        <w:jc w:val="right"/>
      </w:pPr>
      <w:r>
        <w:t>Superstition was a dominating factor in every aspect of life, everywhere in the world. Now, the advent of science was against this superstition.</w:t>
      </w:r>
    </w:p>
    <w:p>
      <w:r>
        <w:rPr>
          <w:b/>
        </w:rPr>
        <w:t xml:space="preserve">[10:44] </w:t>
      </w:r>
      <w:r>
        <w:t>For the first time in history, science was able to remove all these superstitions. Now, what is science?</w:t>
      </w:r>
    </w:p>
    <w:p>
      <w:pPr>
        <w:jc w:val="right"/>
      </w:pPr>
      <w:r>
        <w:t>For the first time in history, science was able to remove all these superstitions. Now, what is science?</w:t>
      </w:r>
    </w:p>
    <w:p>
      <w:r>
        <w:rPr>
          <w:b/>
        </w:rPr>
        <w:t xml:space="preserve">[10:57] </w:t>
      </w:r>
      <w:r>
        <w:t>Science is divine knowledge. Science is nothing but divine knowledge, divine laws. When you discover those universal laws that rule the universe, then you call it science.</w:t>
      </w:r>
    </w:p>
    <w:p>
      <w:pPr>
        <w:jc w:val="right"/>
      </w:pPr>
      <w:r>
        <w:t>Science is divine knowledge. Science is nothing but divine knowledge, divine laws. When you discover those universal laws that rule the universe, then you call it science.</w:t>
      </w:r>
    </w:p>
    <w:p>
      <w:r>
        <w:rPr>
          <w:b/>
        </w:rPr>
        <w:t xml:space="preserve">[11:16] </w:t>
      </w:r>
      <w:r>
        <w:t>Science means those universal laws set by the Creator in our world.</w:t>
      </w:r>
    </w:p>
    <w:p>
      <w:pPr>
        <w:jc w:val="right"/>
      </w:pPr>
      <w:r>
        <w:t>Science means those universal laws set by the Creator in our world.</w:t>
      </w:r>
    </w:p>
    <w:p>
      <w:r>
        <w:rPr>
          <w:b/>
        </w:rPr>
        <w:t xml:space="preserve">[11:25] </w:t>
      </w:r>
      <w:r>
        <w:t>So when man was able to discover these scientific laws, he became able to remove all those superstitions.</w:t>
      </w:r>
    </w:p>
    <w:p>
      <w:pPr>
        <w:jc w:val="right"/>
      </w:pPr>
      <w:r>
        <w:t>So when man was able to discover these scientific laws, he became able to remove all those superstitions.</w:t>
      </w:r>
    </w:p>
    <w:p>
      <w:r>
        <w:rPr>
          <w:b/>
        </w:rPr>
        <w:t xml:space="preserve">[11:34] </w:t>
      </w:r>
      <w:r>
        <w:t>Here, I would like to give some examples.</w:t>
      </w:r>
    </w:p>
    <w:p>
      <w:pPr>
        <w:jc w:val="right"/>
      </w:pPr>
      <w:r>
        <w:t>Here, I would like to give some examples.</w:t>
      </w:r>
    </w:p>
    <w:p>
      <w:r>
        <w:rPr>
          <w:b/>
        </w:rPr>
        <w:t xml:space="preserve">[11:43] </w:t>
      </w:r>
      <w:r>
        <w:t>For example, we are living in nature, in the world of nature.</w:t>
      </w:r>
    </w:p>
    <w:p>
      <w:pPr>
        <w:jc w:val="right"/>
      </w:pPr>
      <w:r>
        <w:t>For example, we are living in nature, in the world of nature.</w:t>
      </w:r>
    </w:p>
    <w:p>
      <w:r>
        <w:rPr>
          <w:b/>
        </w:rPr>
        <w:t xml:space="preserve">[11:52] </w:t>
      </w:r>
      <w:r>
        <w:t>In ancient days, man was worshipping all those natural phenomena, like the sun, moon, stars, planets, and mountains,</w:t>
      </w:r>
    </w:p>
    <w:p>
      <w:pPr>
        <w:jc w:val="right"/>
      </w:pPr>
      <w:r>
        <w:t>In ancient days, man was worshipping all those natural phenomena, like the sun, moon, stars, planets, and mountains,</w:t>
      </w:r>
    </w:p>
    <w:p>
      <w:r>
        <w:rPr>
          <w:b/>
        </w:rPr>
        <w:t xml:space="preserve">[12:01] </w:t>
      </w:r>
      <w:r>
        <w:t>oceans, even trees and animals.</w:t>
      </w:r>
    </w:p>
    <w:p>
      <w:pPr>
        <w:jc w:val="right"/>
      </w:pPr>
      <w:r>
        <w:t>oceans, even trees and animals.</w:t>
      </w:r>
    </w:p>
    <w:p>
      <w:r>
        <w:rPr>
          <w:b/>
        </w:rPr>
        <w:t xml:space="preserve">[12:10] </w:t>
      </w:r>
      <w:r>
        <w:t>All were supposed to be divine or gods.</w:t>
      </w:r>
    </w:p>
    <w:p>
      <w:pPr>
        <w:jc w:val="right"/>
      </w:pPr>
      <w:r>
        <w:t>All were supposed to be divine or gods.</w:t>
      </w:r>
    </w:p>
    <w:p>
      <w:r>
        <w:rPr>
          <w:b/>
        </w:rPr>
        <w:t xml:space="preserve">[12:19] </w:t>
      </w:r>
      <w:r>
        <w:t>So what is shirk?</w:t>
      </w:r>
    </w:p>
    <w:p>
      <w:pPr>
        <w:jc w:val="right"/>
      </w:pPr>
      <w:r>
        <w:t>So what is shirk?</w:t>
      </w:r>
    </w:p>
    <w:p>
      <w:r>
        <w:rPr>
          <w:b/>
        </w:rPr>
        <w:t xml:space="preserve">[12:28] </w:t>
      </w:r>
      <w:r>
        <w:t>Shirk is nature worship. In ancient days, man was worshipping nature, and this is shirk. When you worship other than God, anything else, anything other than God, then you are doing shirk.</w:t>
      </w:r>
    </w:p>
    <w:p>
      <w:pPr>
        <w:jc w:val="right"/>
      </w:pPr>
      <w:r>
        <w:t>Shirk is nature worship. In ancient days, man was worshipping nature, and this is shirk. When you worship other than God, anything else, anything other than God, then you are doing shirk.</w:t>
      </w:r>
    </w:p>
    <w:p>
      <w:r>
        <w:rPr>
          <w:b/>
        </w:rPr>
        <w:t xml:space="preserve">[12:48] </w:t>
      </w:r>
      <w:r>
        <w:t>So man was a worshipper of nature. It is called in the history of thought, nature worship. Then science explored that nature is simply nature. It has no divine element.</w:t>
      </w:r>
    </w:p>
    <w:p>
      <w:pPr>
        <w:jc w:val="right"/>
      </w:pPr>
      <w:r>
        <w:t>So man was a worshipper of nature. It is called in the history of thought, nature worship. Then science explored that nature is simply nature. It has no divine element.</w:t>
      </w:r>
    </w:p>
    <w:p>
      <w:r>
        <w:rPr>
          <w:b/>
        </w:rPr>
        <w:t xml:space="preserve">[13:14] </w:t>
      </w:r>
      <w:r>
        <w:t>For the first time in history, science was able to disclose that nature is simply a creature. Nature has no divine element.</w:t>
      </w:r>
    </w:p>
    <w:p>
      <w:pPr>
        <w:jc w:val="right"/>
      </w:pPr>
      <w:r>
        <w:t>For the first time in history, science was able to disclose that nature is simply a creature. Nature has no divine element.</w:t>
      </w:r>
    </w:p>
    <w:p>
      <w:r>
        <w:rPr>
          <w:b/>
        </w:rPr>
        <w:t xml:space="preserve">[13:32] </w:t>
      </w:r>
      <w:r>
        <w:t>So science dethroned nature from the status of divinity. This is what I have said: a corrective role. This was the corrective role of science. This was the corrective role of science.</w:t>
      </w:r>
    </w:p>
    <w:p>
      <w:pPr>
        <w:jc w:val="right"/>
      </w:pPr>
      <w:r>
        <w:t>So science dethroned nature from the status of divinity. This is what I have said: a corrective role. This was the corrective role of science. This was the corrective role of science.</w:t>
      </w:r>
    </w:p>
    <w:p>
      <w:r>
        <w:rPr>
          <w:b/>
        </w:rPr>
        <w:t xml:space="preserve">[13:54] </w:t>
      </w:r>
      <w:r>
        <w:t>Science dethroned nature from divinity. So this was the corrective role of science.</w:t>
      </w:r>
    </w:p>
    <w:p>
      <w:pPr>
        <w:jc w:val="right"/>
      </w:pPr>
      <w:r>
        <w:t>Science dethroned nature from divinity. So this was the corrective role of science.</w:t>
      </w:r>
    </w:p>
    <w:p>
      <w:r>
        <w:rPr>
          <w:b/>
        </w:rPr>
        <w:t xml:space="preserve">[14:06] </w:t>
      </w:r>
      <w:r>
        <w:t>Now we know that nature is nature.</w:t>
      </w:r>
    </w:p>
    <w:p>
      <w:pPr>
        <w:jc w:val="right"/>
      </w:pPr>
      <w:r>
        <w:t>Now we know that nature is nature.</w:t>
      </w:r>
    </w:p>
    <w:p>
      <w:r>
        <w:rPr>
          <w:b/>
        </w:rPr>
        <w:t xml:space="preserve">[14:13] </w:t>
      </w:r>
      <w:r>
        <w:t>Nature is simply a creature.</w:t>
      </w:r>
    </w:p>
    <w:p>
      <w:pPr>
        <w:jc w:val="right"/>
      </w:pPr>
      <w:r>
        <w:t>Nature is simply a creature.</w:t>
      </w:r>
    </w:p>
    <w:p>
      <w:r>
        <w:rPr>
          <w:b/>
        </w:rPr>
        <w:t xml:space="preserve">[14:20] </w:t>
      </w:r>
      <w:r>
        <w:t>Nature is for us, not we for nature.</w:t>
      </w:r>
    </w:p>
    <w:p>
      <w:pPr>
        <w:jc w:val="right"/>
      </w:pPr>
      <w:r>
        <w:t>Nature is for us, not we for nature.</w:t>
      </w:r>
    </w:p>
    <w:p>
      <w:r>
        <w:rPr>
          <w:b/>
        </w:rPr>
        <w:t xml:space="preserve">[14:28] </w:t>
      </w:r>
      <w:r>
        <w:t>All the nature, all the nature world was created for man, not man for the nature.</w:t>
      </w:r>
    </w:p>
    <w:p>
      <w:pPr>
        <w:jc w:val="right"/>
      </w:pPr>
      <w:r>
        <w:t>All the nature, all the nature world was created for man, not man for the nature.</w:t>
      </w:r>
    </w:p>
    <w:p>
      <w:r>
        <w:rPr>
          <w:b/>
        </w:rPr>
        <w:t xml:space="preserve">[14:35] </w:t>
      </w:r>
      <w:r>
        <w:t>So this was the corrective role of science in this regard.</w:t>
      </w:r>
    </w:p>
    <w:p>
      <w:pPr>
        <w:jc w:val="right"/>
      </w:pPr>
      <w:r>
        <w:t>So this was the corrective role of science in this regard.</w:t>
      </w:r>
    </w:p>
    <w:p>
      <w:r>
        <w:rPr>
          <w:b/>
        </w:rPr>
        <w:t xml:space="preserve">[14:42] </w:t>
      </w:r>
      <w:r>
        <w:t>Then I would like to give another example.</w:t>
      </w:r>
    </w:p>
    <w:p>
      <w:pPr>
        <w:jc w:val="right"/>
      </w:pPr>
      <w:r>
        <w:t>Then I would like to give another example.</w:t>
      </w:r>
    </w:p>
    <w:p>
      <w:r>
        <w:rPr>
          <w:b/>
        </w:rPr>
        <w:t xml:space="preserve">[14:50] </w:t>
      </w:r>
      <w:r>
        <w:t>For two thousand years, man was believing that the Earth is the center of the solar system.</w:t>
      </w:r>
    </w:p>
    <w:p>
      <w:pPr>
        <w:jc w:val="right"/>
      </w:pPr>
      <w:r>
        <w:t>For two thousand years, man was believing that the Earth is the center of the solar system.</w:t>
      </w:r>
    </w:p>
    <w:p>
      <w:r>
        <w:rPr>
          <w:b/>
        </w:rPr>
        <w:t xml:space="preserve">[14:57] </w:t>
      </w:r>
      <w:r>
        <w:t>Some people were believing that the Earth is the center of the whole cosmos.</w:t>
      </w:r>
    </w:p>
    <w:p>
      <w:pPr>
        <w:jc w:val="right"/>
      </w:pPr>
      <w:r>
        <w:t>Some people were believing that the Earth is the center of the whole cosmos.</w:t>
      </w:r>
    </w:p>
    <w:p>
      <w:r>
        <w:rPr>
          <w:b/>
        </w:rPr>
        <w:t xml:space="preserve">[15:04] </w:t>
      </w:r>
      <w:r>
        <w:t>So it was this thinking, according to this, that developed the geocentric theory.</w:t>
      </w:r>
    </w:p>
    <w:p>
      <w:pPr>
        <w:jc w:val="right"/>
      </w:pPr>
      <w:r>
        <w:t>So it was this thinking, according to this, that developed the geocentric theory.</w:t>
      </w:r>
    </w:p>
    <w:p>
      <w:r>
        <w:rPr>
          <w:b/>
        </w:rPr>
        <w:t xml:space="preserve">[15:12] </w:t>
      </w:r>
      <w:r>
        <w:t>Aristotle was believing in this theory, the geocentric theory, that the Earth is in the center and the</w:t>
      </w:r>
    </w:p>
    <w:p>
      <w:pPr>
        <w:jc w:val="right"/>
      </w:pPr>
      <w:r>
        <w:t>Aristotle was believing in this theory, the geocentric theory, that the Earth is in the center and the</w:t>
      </w:r>
    </w:p>
    <w:p>
      <w:r>
        <w:rPr>
          <w:b/>
        </w:rPr>
        <w:t xml:space="preserve">[15:19] </w:t>
      </w:r>
      <w:r>
        <w:t>sun and all the other planets are revolving around the Earth.</w:t>
      </w:r>
    </w:p>
    <w:p>
      <w:pPr>
        <w:jc w:val="right"/>
      </w:pPr>
      <w:r>
        <w:t>sun and all the other planets are revolving around the Earth.</w:t>
      </w:r>
    </w:p>
    <w:p>
      <w:r>
        <w:rPr>
          <w:b/>
        </w:rPr>
        <w:t xml:space="preserve">[15:27] </w:t>
      </w:r>
      <w:r>
        <w:t>This was the geocentric theory.</w:t>
      </w:r>
    </w:p>
    <w:p>
      <w:pPr>
        <w:jc w:val="right"/>
      </w:pPr>
      <w:r>
        <w:t>This was the geocentric theory.</w:t>
      </w:r>
    </w:p>
    <w:p>
      <w:r>
        <w:rPr>
          <w:b/>
        </w:rPr>
        <w:t xml:space="preserve">[15:33] </w:t>
      </w:r>
      <w:r>
        <w:t>It was completely wrong.</w:t>
      </w:r>
    </w:p>
    <w:p>
      <w:pPr>
        <w:jc w:val="right"/>
      </w:pPr>
      <w:r>
        <w:t>It was completely wrong.</w:t>
      </w:r>
    </w:p>
    <w:p>
      <w:r>
        <w:rPr>
          <w:b/>
        </w:rPr>
        <w:t xml:space="preserve">[15:40] </w:t>
      </w:r>
      <w:r>
        <w:t>Then science discovered that this is not correct.</w:t>
      </w:r>
    </w:p>
    <w:p>
      <w:pPr>
        <w:jc w:val="right"/>
      </w:pPr>
      <w:r>
        <w:t>Then science discovered that this is not correct.</w:t>
      </w:r>
    </w:p>
    <w:p>
      <w:r>
        <w:rPr>
          <w:b/>
        </w:rPr>
        <w:t xml:space="preserve">[15:47] </w:t>
      </w:r>
      <w:r>
        <w:t>The Earth is a satellite.</w:t>
      </w:r>
    </w:p>
    <w:p>
      <w:pPr>
        <w:jc w:val="right"/>
      </w:pPr>
      <w:r>
        <w:t>The Earth is a satellite.</w:t>
      </w:r>
    </w:p>
    <w:p>
      <w:r>
        <w:rPr>
          <w:b/>
        </w:rPr>
        <w:t xml:space="preserve">[15:54] </w:t>
      </w:r>
      <w:r>
        <w:t>It is not a central body.</w:t>
      </w:r>
    </w:p>
    <w:p>
      <w:pPr>
        <w:jc w:val="right"/>
      </w:pPr>
      <w:r>
        <w:t>It is not a central body.</w:t>
      </w:r>
    </w:p>
    <w:p>
      <w:r>
        <w:rPr>
          <w:b/>
        </w:rPr>
        <w:t xml:space="preserve">[16:01] </w:t>
      </w:r>
      <w:r>
        <w:t>In the solar system, the sun is the center.</w:t>
      </w:r>
    </w:p>
    <w:p>
      <w:pPr>
        <w:jc w:val="right"/>
      </w:pPr>
      <w:r>
        <w:t>In the solar system, the sun is the center.</w:t>
      </w:r>
    </w:p>
    <w:p>
      <w:r>
        <w:rPr>
          <w:b/>
        </w:rPr>
        <w:t xml:space="preserve">[16:08] </w:t>
      </w:r>
      <w:r>
        <w:t>The sun is in the center.</w:t>
      </w:r>
    </w:p>
    <w:p>
      <w:pPr>
        <w:jc w:val="right"/>
      </w:pPr>
      <w:r>
        <w:t>The sun is in the center.</w:t>
      </w:r>
    </w:p>
    <w:p>
      <w:r>
        <w:rPr>
          <w:b/>
        </w:rPr>
        <w:t xml:space="preserve">[16:15] </w:t>
      </w:r>
      <w:r>
        <w:t>So all these planets revolve around this sun.</w:t>
      </w:r>
    </w:p>
    <w:p>
      <w:pPr>
        <w:jc w:val="right"/>
      </w:pPr>
      <w:r>
        <w:t>So all these planets revolve around this sun.</w:t>
      </w:r>
    </w:p>
    <w:p>
      <w:r>
        <w:rPr>
          <w:b/>
        </w:rPr>
        <w:t xml:space="preserve">[16:22] </w:t>
      </w:r>
      <w:r>
        <w:t>So it was science that proved after long, long research that the Earth-centered theory of the solar system was wrong.</w:t>
      </w:r>
    </w:p>
    <w:p>
      <w:pPr>
        <w:jc w:val="right"/>
      </w:pPr>
      <w:r>
        <w:t>So it was science that proved after long, long research that the Earth-centered theory of the solar system was wrong.</w:t>
      </w:r>
    </w:p>
    <w:p>
      <w:r>
        <w:rPr>
          <w:b/>
        </w:rPr>
        <w:t xml:space="preserve">[16:29] </w:t>
      </w:r>
      <w:r>
        <w:t>And science established that the sun-centered, sun-oriented system of the sun-oriented solar system or sun-centered solar system is right. That is the heliocentric theory. So this was the corrective role of science.</w:t>
      </w:r>
    </w:p>
    <w:p>
      <w:pPr>
        <w:jc w:val="right"/>
      </w:pPr>
      <w:r>
        <w:t>And science established that the sun-centered, sun-oriented system of the sun-oriented solar system or sun-centered solar system is right. That is the heliocentric theory. So this was the corrective role of science.</w:t>
      </w:r>
    </w:p>
    <w:p>
      <w:r>
        <w:rPr>
          <w:b/>
        </w:rPr>
        <w:t xml:space="preserve">[16:57] </w:t>
      </w:r>
      <w:r>
        <w:t>There are thousands and thousands of such examples. And I think that in spirituality also, there is a corrective role of science. What is that corrective role?</w:t>
      </w:r>
    </w:p>
    <w:p>
      <w:pPr>
        <w:jc w:val="right"/>
      </w:pPr>
      <w:r>
        <w:t>There are thousands and thousands of such examples. And I think that in spirituality also, there is a corrective role of science. What is that corrective role?</w:t>
      </w:r>
    </w:p>
    <w:p>
      <w:r>
        <w:rPr>
          <w:b/>
        </w:rPr>
        <w:t xml:space="preserve">[17:13] </w:t>
      </w:r>
      <w:r>
        <w:t>You know, for centuries and centuries, man was believing that spirituality is based on the heart, heart-based spirituality. You know, spirituality is a very old discipline. It is a new discipline in different names, although the names were different.</w:t>
      </w:r>
    </w:p>
    <w:p>
      <w:pPr>
        <w:jc w:val="right"/>
      </w:pPr>
      <w:r>
        <w:t>You know, for centuries and centuries, man was believing that spirituality is based on the heart, heart-based spirituality. You know, spirituality is a very old discipline. It is a new discipline in different names, although the names were different.</w:t>
      </w:r>
    </w:p>
    <w:p>
      <w:r>
        <w:rPr>
          <w:b/>
        </w:rPr>
        <w:t xml:space="preserve">[17:41] </w:t>
      </w:r>
      <w:r>
        <w:t>But spirituality is an old discipline. And people were generally believing that the heart is the reservoir of spirituality and everything is in the heart.</w:t>
      </w:r>
    </w:p>
    <w:p>
      <w:pPr>
        <w:jc w:val="right"/>
      </w:pPr>
      <w:r>
        <w:t>But spirituality is an old discipline. And people were generally believing that the heart is the reservoir of spirituality and everything is in the heart.</w:t>
      </w:r>
    </w:p>
    <w:p>
      <w:r>
        <w:rPr>
          <w:b/>
        </w:rPr>
        <w:t xml:space="preserve">[18:03] </w:t>
      </w:r>
      <w:r>
        <w:t>So we have to unfold spirituality from the heart by adopting some practices like muraqabah, like meditation, like tasavvuf.</w:t>
      </w:r>
    </w:p>
    <w:p>
      <w:pPr>
        <w:jc w:val="right"/>
      </w:pPr>
      <w:r>
        <w:t>So we have to unfold spirituality from the heart by adopting some practices like muraqabah, like meditation, like tasavvuf.</w:t>
      </w:r>
    </w:p>
    <w:p>
      <w:r>
        <w:rPr>
          <w:b/>
        </w:rPr>
        <w:t xml:space="preserve">[18:28] </w:t>
      </w:r>
      <w:r>
        <w:t>So people were engaged in some practices with this belief that the heart is the center of all</w:t>
      </w:r>
    </w:p>
    <w:p>
      <w:pPr>
        <w:jc w:val="right"/>
      </w:pPr>
      <w:r>
        <w:t>So people were engaged in some practices with this belief that the heart is the center of all</w:t>
      </w:r>
    </w:p>
    <w:p>
      <w:r>
        <w:rPr>
          <w:b/>
        </w:rPr>
        <w:t xml:space="preserve">[18:38] </w:t>
      </w:r>
      <w:r>
        <w:t>kinds of spiritual thought and we can unfold spirituality from the heart by adopting these kinds of practices.</w:t>
      </w:r>
    </w:p>
    <w:p>
      <w:pPr>
        <w:jc w:val="right"/>
      </w:pPr>
      <w:r>
        <w:t>kinds of spiritual thought and we can unfold spirituality from the heart by adopting these kinds of practices.</w:t>
      </w:r>
    </w:p>
    <w:p>
      <w:r>
        <w:rPr>
          <w:b/>
        </w:rPr>
        <w:t xml:space="preserve">[18:48] </w:t>
      </w:r>
      <w:r>
        <w:t>For example, there was a practice in tasavvuf that, like this, "La ilaha illallah, La ilaha illallah." It</w:t>
      </w:r>
    </w:p>
    <w:p>
      <w:pPr>
        <w:jc w:val="right"/>
      </w:pPr>
      <w:r>
        <w:t>For example, there was a practice in tasavvuf that, like this, "La ilaha illallah, La ilaha illallah." It</w:t>
      </w:r>
    </w:p>
    <w:p>
      <w:r>
        <w:rPr>
          <w:b/>
        </w:rPr>
        <w:t xml:space="preserve">[18:58] </w:t>
      </w:r>
      <w:r>
        <w:t>is called zarb, meaning beat.</w:t>
      </w:r>
    </w:p>
    <w:p>
      <w:pPr>
        <w:jc w:val="right"/>
      </w:pPr>
      <w:r>
        <w:t>is called zarb, meaning beat.</w:t>
      </w:r>
    </w:p>
    <w:p>
      <w:r>
        <w:rPr>
          <w:b/>
        </w:rPr>
        <w:t xml:space="preserve">[19:08] </w:t>
      </w:r>
      <w:r>
        <w:t>So from this practice, by adopting this practice, they were believing that we can unfold all those treasures</w:t>
      </w:r>
    </w:p>
    <w:p>
      <w:pPr>
        <w:jc w:val="right"/>
      </w:pPr>
      <w:r>
        <w:t>So from this practice, by adopting this practice, they were believing that we can unfold all those treasures</w:t>
      </w:r>
    </w:p>
    <w:p>
      <w:r>
        <w:rPr>
          <w:b/>
        </w:rPr>
        <w:t xml:space="preserve">[19:18] </w:t>
      </w:r>
      <w:r>
        <w:t>from the heart or those spiritual treasures from our heart.</w:t>
      </w:r>
    </w:p>
    <w:p>
      <w:pPr>
        <w:jc w:val="right"/>
      </w:pPr>
      <w:r>
        <w:t>from the heart or those spiritual treasures from our heart.</w:t>
      </w:r>
    </w:p>
    <w:p>
      <w:r>
        <w:rPr>
          <w:b/>
        </w:rPr>
        <w:t xml:space="preserve">[19:29] </w:t>
      </w:r>
      <w:r>
        <w:t>But science, the modern science, modern science has proved that the heart is nothing but a tool of circulation of blood. There is no other function of the heart. There is no function of the heart other than circulation of blood. There is no thinking capacity in the heart. There is no spiritual capacity in the heart.</w:t>
      </w:r>
    </w:p>
    <w:p>
      <w:pPr>
        <w:jc w:val="right"/>
      </w:pPr>
      <w:r>
        <w:t>But science, the modern science, modern science has proved that the heart is nothing but a tool of circulation of blood. There is no other function of the heart. There is no function of the heart other than circulation of blood. There is no thinking capacity in the heart. There is no spiritual capacity in the heart.</w:t>
      </w:r>
    </w:p>
    <w:p>
      <w:r>
        <w:rPr>
          <w:b/>
        </w:rPr>
        <w:t xml:space="preserve">[19:59] </w:t>
      </w:r>
      <w:r>
        <w:t>There is no spiritual reservoir in the heart. The only function of the heart is to circulate the blood. That's all. So this is the corrective role of science in this regard. This is the corrective—this was the corrective role of science in this regard. Now, what is needed?</w:t>
      </w:r>
    </w:p>
    <w:p>
      <w:pPr>
        <w:jc w:val="right"/>
      </w:pPr>
      <w:r>
        <w:t>There is no spiritual reservoir in the heart. The only function of the heart is to circulate the blood. That's all. So this is the corrective role of science in this regard. This is the corrective—this was the corrective role of science in this regard. Now, what is needed?</w:t>
      </w:r>
    </w:p>
    <w:p>
      <w:r>
        <w:rPr>
          <w:b/>
        </w:rPr>
        <w:t xml:space="preserve">[20:24] </w:t>
      </w:r>
      <w:r>
        <w:t>We have to restructure the spiritual thought. What is needed is that we have to restructure our spiritual thought. And what is that restructuring?</w:t>
      </w:r>
    </w:p>
    <w:p>
      <w:pPr>
        <w:jc w:val="right"/>
      </w:pPr>
      <w:r>
        <w:t>We have to restructure the spiritual thought. What is needed is that we have to restructure our spiritual thought. And what is that restructuring?</w:t>
      </w:r>
    </w:p>
    <w:p>
      <w:r>
        <w:rPr>
          <w:b/>
        </w:rPr>
        <w:t xml:space="preserve">[20:43] </w:t>
      </w:r>
      <w:r>
        <w:t>It is to develop a new spirituality that is, according to my word, mind-based spirituality rather than heart-based spirituality.</w:t>
      </w:r>
    </w:p>
    <w:p>
      <w:pPr>
        <w:jc w:val="right"/>
      </w:pPr>
      <w:r>
        <w:t>It is to develop a new spirituality that is, according to my word, mind-based spirituality rather than heart-based spirituality.</w:t>
      </w:r>
    </w:p>
    <w:p>
      <w:r>
        <w:rPr>
          <w:b/>
        </w:rPr>
        <w:t xml:space="preserve">[20:54] </w:t>
      </w:r>
      <w:r>
        <w:t>Previously, people have adopted—previous people have adopted heart-based spirituality.</w:t>
      </w:r>
    </w:p>
    <w:p>
      <w:pPr>
        <w:jc w:val="right"/>
      </w:pPr>
      <w:r>
        <w:t>Previously, people have adopted—previous people have adopted heart-based spirituality.</w:t>
      </w:r>
    </w:p>
    <w:p>
      <w:r>
        <w:rPr>
          <w:b/>
        </w:rPr>
        <w:t xml:space="preserve">[21:05] </w:t>
      </w:r>
      <w:r>
        <w:t>Now, science has disproved this notion.</w:t>
      </w:r>
    </w:p>
    <w:p>
      <w:pPr>
        <w:jc w:val="right"/>
      </w:pPr>
      <w:r>
        <w:t>Now, science has disproved this notion.</w:t>
      </w:r>
    </w:p>
    <w:p>
      <w:r>
        <w:rPr>
          <w:b/>
        </w:rPr>
        <w:t xml:space="preserve">[21:16] </w:t>
      </w:r>
      <w:r>
        <w:t>So this is the corrective role of science.</w:t>
      </w:r>
    </w:p>
    <w:p>
      <w:pPr>
        <w:jc w:val="right"/>
      </w:pPr>
      <w:r>
        <w:t>So this is the corrective role of science.</w:t>
      </w:r>
    </w:p>
    <w:p>
      <w:r>
        <w:rPr>
          <w:b/>
        </w:rPr>
        <w:t xml:space="preserve">[21:27] </w:t>
      </w:r>
      <w:r>
        <w:t>According to modern science, according to modern discoveries, we have to adopt a new kind of spirituality that is mind-based spirituality. This is the relationship of science.</w:t>
      </w:r>
    </w:p>
    <w:p>
      <w:pPr>
        <w:jc w:val="right"/>
      </w:pPr>
      <w:r>
        <w:t>According to modern science, according to modern discoveries, we have to adopt a new kind of spirituality that is mind-based spirituality. This is the relationship of science.</w:t>
      </w:r>
    </w:p>
    <w:p>
      <w:r>
        <w:rPr>
          <w:b/>
        </w:rPr>
        <w:t xml:space="preserve">[21:47] </w:t>
      </w:r>
      <w:r>
        <w:t>This is the relationship of science and spirituality.</w:t>
      </w:r>
    </w:p>
    <w:p>
      <w:pPr>
        <w:jc w:val="right"/>
      </w:pPr>
      <w:r>
        <w:t>This is the relationship of science and spirituality.</w:t>
      </w:r>
    </w:p>
    <w:p>
      <w:r>
        <w:rPr>
          <w:b/>
        </w:rPr>
        <w:t xml:space="preserve">[21:54] </w:t>
      </w:r>
      <w:r>
        <w:t>Science itself is not spirituality.</w:t>
      </w:r>
    </w:p>
    <w:p>
      <w:pPr>
        <w:jc w:val="right"/>
      </w:pPr>
      <w:r>
        <w:t>Science itself is not spirituality.</w:t>
      </w:r>
    </w:p>
    <w:p>
      <w:r>
        <w:rPr>
          <w:b/>
        </w:rPr>
        <w:t xml:space="preserve">[22:02] </w:t>
      </w:r>
      <w:r>
        <w:t>Science is not a spiritual discipline.</w:t>
      </w:r>
    </w:p>
    <w:p>
      <w:pPr>
        <w:jc w:val="right"/>
      </w:pPr>
      <w:r>
        <w:t>Science is not a spiritual discipline.</w:t>
      </w:r>
    </w:p>
    <w:p>
      <w:r>
        <w:rPr>
          <w:b/>
        </w:rPr>
        <w:t xml:space="preserve">[22:09] </w:t>
      </w:r>
      <w:r>
        <w:t>But science has a corrective role.</w:t>
      </w:r>
    </w:p>
    <w:p>
      <w:pPr>
        <w:jc w:val="right"/>
      </w:pPr>
      <w:r>
        <w:t>But science has a corrective role.</w:t>
      </w:r>
    </w:p>
    <w:p>
      <w:r>
        <w:rPr>
          <w:b/>
        </w:rPr>
        <w:t xml:space="preserve">[22:17] </w:t>
      </w:r>
      <w:r>
        <w:t>And following this corrective role, we can restructure—we have to restructure our spiritual thought and we have to</w:t>
      </w:r>
    </w:p>
    <w:p>
      <w:pPr>
        <w:jc w:val="right"/>
      </w:pPr>
      <w:r>
        <w:t>And following this corrective role, we can restructure—we have to restructure our spiritual thought and we have to</w:t>
      </w:r>
    </w:p>
    <w:p>
      <w:r>
        <w:rPr>
          <w:b/>
        </w:rPr>
        <w:t xml:space="preserve">[22:25] </w:t>
      </w:r>
      <w:r>
        <w:t>re-establish, we have to redesign, we have to redefine the spirituality.</w:t>
      </w:r>
    </w:p>
    <w:p>
      <w:pPr>
        <w:jc w:val="right"/>
      </w:pPr>
      <w:r>
        <w:t>re-establish, we have to redesign, we have to redefine the spirituality.</w:t>
      </w:r>
    </w:p>
    <w:p>
      <w:r>
        <w:rPr>
          <w:b/>
        </w:rPr>
        <w:t xml:space="preserve">[22:32] </w:t>
      </w:r>
      <w:r>
        <w:t>So according to my experience, it is very good news for those who are interested in spirituality because</w:t>
      </w:r>
    </w:p>
    <w:p>
      <w:pPr>
        <w:jc w:val="right"/>
      </w:pPr>
      <w:r>
        <w:t>So according to my experience, it is very good news for those who are interested in spirituality because</w:t>
      </w:r>
    </w:p>
    <w:p>
      <w:r>
        <w:rPr>
          <w:b/>
        </w:rPr>
        <w:t xml:space="preserve">[22:40] </w:t>
      </w:r>
      <w:r>
        <w:t>now we are enabled to establish a correct spirituality.</w:t>
      </w:r>
    </w:p>
    <w:p>
      <w:pPr>
        <w:jc w:val="right"/>
      </w:pPr>
      <w:r>
        <w:t>now we are enabled to establish a correct spirituality.</w:t>
      </w:r>
    </w:p>
    <w:p>
      <w:r>
        <w:rPr>
          <w:b/>
        </w:rPr>
        <w:t xml:space="preserve">[22:48] </w:t>
      </w:r>
      <w:r>
        <w:t>Previously, it was a superfluous spirituality.</w:t>
      </w:r>
    </w:p>
    <w:p>
      <w:pPr>
        <w:jc w:val="right"/>
      </w:pPr>
      <w:r>
        <w:t>Previously, it was a superfluous spirituality.</w:t>
      </w:r>
    </w:p>
    <w:p>
      <w:r>
        <w:rPr>
          <w:b/>
        </w:rPr>
        <w:t xml:space="preserve">[22:55] </w:t>
      </w:r>
      <w:r>
        <w:t>It was a superfluous kind of spirituality.</w:t>
      </w:r>
    </w:p>
    <w:p>
      <w:pPr>
        <w:jc w:val="right"/>
      </w:pPr>
      <w:r>
        <w:t>It was a superfluous kind of spirituality.</w:t>
      </w:r>
    </w:p>
    <w:p>
      <w:r>
        <w:rPr>
          <w:b/>
        </w:rPr>
        <w:t xml:space="preserve">[23:03] </w:t>
      </w:r>
      <w:r>
        <w:t>Now, let us go to the deeper.</w:t>
      </w:r>
    </w:p>
    <w:p>
      <w:pPr>
        <w:jc w:val="right"/>
      </w:pPr>
      <w:r>
        <w:t>Now, let us go to the deeper.</w:t>
      </w:r>
    </w:p>
    <w:p>
      <w:r>
        <w:rPr>
          <w:b/>
        </w:rPr>
        <w:t xml:space="preserve">[23:11] </w:t>
      </w:r>
      <w:r>
        <w:t>In previous centuries, it was—in previous centuries, people of spirituality were believing that the end result of spirituality</w:t>
      </w:r>
    </w:p>
    <w:p>
      <w:pPr>
        <w:jc w:val="right"/>
      </w:pPr>
      <w:r>
        <w:t>In previous centuries, it was—in previous centuries, people of spirituality were believing that the end result of spirituality</w:t>
      </w:r>
    </w:p>
    <w:p>
      <w:r>
        <w:rPr>
          <w:b/>
        </w:rPr>
        <w:t xml:space="preserve">[23:18] </w:t>
      </w:r>
      <w:r>
        <w:t>is ecstasy or vajj.</w:t>
      </w:r>
    </w:p>
    <w:p>
      <w:pPr>
        <w:jc w:val="right"/>
      </w:pPr>
      <w:r>
        <w:t>is ecstasy or vajj.</w:t>
      </w:r>
    </w:p>
    <w:p>
      <w:r>
        <w:rPr>
          <w:b/>
        </w:rPr>
        <w:t xml:space="preserve">[23:26] </w:t>
      </w:r>
      <w:r>
        <w:t>In Persian, it was vajj.</w:t>
      </w:r>
    </w:p>
    <w:p>
      <w:pPr>
        <w:jc w:val="right"/>
      </w:pPr>
      <w:r>
        <w:t>In Persian, it was vajj.</w:t>
      </w:r>
    </w:p>
    <w:p>
      <w:r>
        <w:rPr>
          <w:b/>
        </w:rPr>
        <w:t xml:space="preserve">[23:34] </w:t>
      </w:r>
      <w:r>
        <w:t>In English, you can say ecstasy.</w:t>
      </w:r>
    </w:p>
    <w:p>
      <w:pPr>
        <w:jc w:val="right"/>
      </w:pPr>
      <w:r>
        <w:t>In English, you can say ecstasy.</w:t>
      </w:r>
    </w:p>
    <w:p>
      <w:r>
        <w:rPr>
          <w:b/>
        </w:rPr>
        <w:t xml:space="preserve">[23:41] </w:t>
      </w:r>
      <w:r>
        <w:t>So ecstasy was the only achievement of spirituality.</w:t>
      </w:r>
    </w:p>
    <w:p>
      <w:pPr>
        <w:jc w:val="right"/>
      </w:pPr>
      <w:r>
        <w:t>So ecstasy was the only achievement of spirituality.</w:t>
      </w:r>
    </w:p>
    <w:p>
      <w:r>
        <w:rPr>
          <w:b/>
        </w:rPr>
        <w:t xml:space="preserve">[23:49] </w:t>
      </w:r>
      <w:r>
        <w:t>I think it was a reduced form of spirituality.</w:t>
      </w:r>
    </w:p>
    <w:p>
      <w:pPr>
        <w:jc w:val="right"/>
      </w:pPr>
      <w:r>
        <w:t>I think it was a reduced form of spirituality.</w:t>
      </w:r>
    </w:p>
    <w:p>
      <w:r>
        <w:rPr>
          <w:b/>
        </w:rPr>
        <w:t xml:space="preserve">[23:56] </w:t>
      </w:r>
      <w:r>
        <w:t>It was a reduced form of spirituality because ecstasy is nothing.</w:t>
      </w:r>
    </w:p>
    <w:p>
      <w:pPr>
        <w:jc w:val="right"/>
      </w:pPr>
      <w:r>
        <w:t>It was a reduced form of spirituality because ecstasy is nothing.</w:t>
      </w:r>
    </w:p>
    <w:p>
      <w:r>
        <w:rPr>
          <w:b/>
        </w:rPr>
        <w:t xml:space="preserve">[24:04] </w:t>
      </w:r>
      <w:r>
        <w:t>Ecstasy is an animal level of spirituality.</w:t>
      </w:r>
    </w:p>
    <w:p>
      <w:pPr>
        <w:jc w:val="right"/>
      </w:pPr>
      <w:r>
        <w:t>Ecstasy is an animal level of spirituality.</w:t>
      </w:r>
    </w:p>
    <w:p>
      <w:r>
        <w:rPr>
          <w:b/>
        </w:rPr>
        <w:t xml:space="preserve">[24:12] </w:t>
      </w:r>
      <w:r>
        <w:t>Every animal enjoys this kind of spirituality.</w:t>
      </w:r>
    </w:p>
    <w:p>
      <w:pPr>
        <w:jc w:val="right"/>
      </w:pPr>
      <w:r>
        <w:t>Every animal enjoys this kind of spirituality.</w:t>
      </w:r>
    </w:p>
    <w:p>
      <w:r>
        <w:rPr>
          <w:b/>
        </w:rPr>
        <w:t xml:space="preserve">[24:19] </w:t>
      </w:r>
      <w:r>
        <w:t>Every animal is living in ecstasy.</w:t>
      </w:r>
    </w:p>
    <w:p>
      <w:pPr>
        <w:jc w:val="right"/>
      </w:pPr>
      <w:r>
        <w:t>Every animal is living in ecstasy.</w:t>
      </w:r>
    </w:p>
    <w:p>
      <w:r>
        <w:rPr>
          <w:b/>
        </w:rPr>
        <w:t xml:space="preserve">[24:27] </w:t>
      </w:r>
      <w:r>
        <w:t>So it is an animalization of spirituality.</w:t>
      </w:r>
    </w:p>
    <w:p>
      <w:pPr>
        <w:jc w:val="right"/>
      </w:pPr>
      <w:r>
        <w:t>So it is an animalization of spirituality.</w:t>
      </w:r>
    </w:p>
    <w:p>
      <w:r>
        <w:rPr>
          <w:b/>
        </w:rPr>
        <w:t xml:space="preserve">[24:35] </w:t>
      </w:r>
      <w:r>
        <w:t>It is a reduced form of spirituality.</w:t>
      </w:r>
    </w:p>
    <w:p>
      <w:pPr>
        <w:jc w:val="right"/>
      </w:pPr>
      <w:r>
        <w:t>It is a reduced form of spirituality.</w:t>
      </w:r>
    </w:p>
    <w:p>
      <w:r>
        <w:rPr>
          <w:b/>
        </w:rPr>
        <w:t xml:space="preserve">[24:42] </w:t>
      </w:r>
      <w:r>
        <w:t>Now, science has also proved a very important thing, very, very important thing.</w:t>
      </w:r>
    </w:p>
    <w:p>
      <w:pPr>
        <w:jc w:val="right"/>
      </w:pPr>
      <w:r>
        <w:t>Now, science has also proved a very important thing, very, very important thing.</w:t>
      </w:r>
    </w:p>
    <w:p>
      <w:r>
        <w:rPr>
          <w:b/>
        </w:rPr>
        <w:t xml:space="preserve">[24:50] </w:t>
      </w:r>
      <w:r>
        <w:t>Modern science tells us that our mind is a very, very precious asset of our personality.</w:t>
      </w:r>
    </w:p>
    <w:p>
      <w:pPr>
        <w:jc w:val="right"/>
      </w:pPr>
      <w:r>
        <w:t>Modern science tells us that our mind is a very, very precious asset of our personality.</w:t>
      </w:r>
    </w:p>
    <w:p>
      <w:r>
        <w:rPr>
          <w:b/>
        </w:rPr>
        <w:t xml:space="preserve">[24:58] </w:t>
      </w:r>
      <w:r>
        <w:t>According to the scientific research, every individual mind—every individual mind has billion, billion, billion particles.</w:t>
      </w:r>
    </w:p>
    <w:p>
      <w:pPr>
        <w:jc w:val="right"/>
      </w:pPr>
      <w:r>
        <w:t>According to the scientific research, every individual mind—every individual mind has billion, billion, billion particles.</w:t>
      </w:r>
    </w:p>
    <w:p>
      <w:r>
        <w:rPr>
          <w:b/>
        </w:rPr>
        <w:t xml:space="preserve">[25:05] </w:t>
      </w:r>
      <w:r>
        <w:t>Every individual mind has billion, billion, billion particles.</w:t>
      </w:r>
    </w:p>
    <w:p>
      <w:pPr>
        <w:jc w:val="right"/>
      </w:pPr>
      <w:r>
        <w:t>Every individual mind has billion, billion, billion particles.</w:t>
      </w:r>
    </w:p>
    <w:p>
      <w:r>
        <w:rPr>
          <w:b/>
        </w:rPr>
        <w:t xml:space="preserve">[25:13] </w:t>
      </w:r>
      <w:r>
        <w:t>And what are these particles?</w:t>
      </w:r>
    </w:p>
    <w:p>
      <w:pPr>
        <w:jc w:val="right"/>
      </w:pPr>
      <w:r>
        <w:t>And what are these particles?</w:t>
      </w:r>
    </w:p>
    <w:p>
      <w:r>
        <w:rPr>
          <w:b/>
        </w:rPr>
        <w:t xml:space="preserve">[25:21] </w:t>
      </w:r>
      <w:r>
        <w:t>They are not simply a sign.</w:t>
      </w:r>
    </w:p>
    <w:p>
      <w:pPr>
        <w:jc w:val="right"/>
      </w:pPr>
      <w:r>
        <w:t>They are not simply a sign.</w:t>
      </w:r>
    </w:p>
    <w:p>
      <w:r>
        <w:rPr>
          <w:b/>
        </w:rPr>
        <w:t xml:space="preserve">[25:26] </w:t>
      </w:r>
      <w:r>
        <w:t>No, mind is not a desire.</w:t>
      </w:r>
    </w:p>
    <w:p>
      <w:pPr>
        <w:jc w:val="right"/>
      </w:pPr>
      <w:r>
        <w:t>No, mind is not a desire.</w:t>
      </w:r>
    </w:p>
    <w:p>
      <w:r>
        <w:rPr>
          <w:b/>
        </w:rPr>
        <w:t xml:space="preserve">[25:32] </w:t>
      </w:r>
      <w:r>
        <w:t>Mind is mind, a living personality.</w:t>
      </w:r>
    </w:p>
    <w:p>
      <w:pPr>
        <w:jc w:val="right"/>
      </w:pPr>
      <w:r>
        <w:t>Mind is mind, a living personality.</w:t>
      </w:r>
    </w:p>
    <w:p>
      <w:r>
        <w:rPr>
          <w:b/>
        </w:rPr>
        <w:t xml:space="preserve">[25:38] </w:t>
      </w:r>
      <w:r>
        <w:t>So these particles are living personal particles.</w:t>
      </w:r>
    </w:p>
    <w:p>
      <w:pPr>
        <w:jc w:val="right"/>
      </w:pPr>
      <w:r>
        <w:t>So these particles are living personal particles.</w:t>
      </w:r>
    </w:p>
    <w:p>
      <w:r>
        <w:rPr>
          <w:b/>
        </w:rPr>
        <w:t xml:space="preserve">[25:43] </w:t>
      </w:r>
      <w:r>
        <w:t>These particles are particles of information, particles of wisdom, particles of jnan.</w:t>
      </w:r>
    </w:p>
    <w:p>
      <w:pPr>
        <w:jc w:val="right"/>
      </w:pPr>
      <w:r>
        <w:t>These particles are particles of information, particles of wisdom, particles of jnan.</w:t>
      </w:r>
    </w:p>
    <w:p>
      <w:r>
        <w:rPr>
          <w:b/>
        </w:rPr>
        <w:t xml:space="preserve">[25:49] </w:t>
      </w:r>
      <w:r>
        <w:t>You can understand by this discovery that every human being has enormous capacity, unlimited capacity.</w:t>
      </w:r>
    </w:p>
    <w:p>
      <w:pPr>
        <w:jc w:val="right"/>
      </w:pPr>
      <w:r>
        <w:t>You can understand by this discovery that every human being has enormous capacity, unlimited capacity.</w:t>
      </w:r>
    </w:p>
    <w:p>
      <w:r>
        <w:rPr>
          <w:b/>
        </w:rPr>
        <w:t xml:space="preserve">[25:55] </w:t>
      </w:r>
      <w:r>
        <w:t>So you have to avail this opportunity.</w:t>
      </w:r>
    </w:p>
    <w:p>
      <w:pPr>
        <w:jc w:val="right"/>
      </w:pPr>
      <w:r>
        <w:t>So you have to avail this opportunity.</w:t>
      </w:r>
    </w:p>
    <w:p>
      <w:r>
        <w:rPr>
          <w:b/>
        </w:rPr>
        <w:t xml:space="preserve">[26:00] </w:t>
      </w:r>
      <w:r>
        <w:t>It is an opportunity.</w:t>
      </w:r>
    </w:p>
    <w:p>
      <w:pPr>
        <w:jc w:val="right"/>
      </w:pPr>
      <w:r>
        <w:t>It is an opportunity.</w:t>
      </w:r>
    </w:p>
    <w:p>
      <w:r>
        <w:rPr>
          <w:b/>
        </w:rPr>
        <w:t xml:space="preserve">[26:06] </w:t>
      </w:r>
      <w:r>
        <w:t>You have to avail this opportunity.</w:t>
      </w:r>
    </w:p>
    <w:p>
      <w:pPr>
        <w:jc w:val="right"/>
      </w:pPr>
      <w:r>
        <w:t>You have to avail this opportunity.</w:t>
      </w:r>
    </w:p>
    <w:p>
      <w:r>
        <w:rPr>
          <w:b/>
        </w:rPr>
        <w:t xml:space="preserve">[26:12] </w:t>
      </w:r>
      <w:r>
        <w:t>You have to develop your mind.</w:t>
      </w:r>
    </w:p>
    <w:p>
      <w:pPr>
        <w:jc w:val="right"/>
      </w:pPr>
      <w:r>
        <w:t>You have to develop your mind.</w:t>
      </w:r>
    </w:p>
    <w:p>
      <w:r>
        <w:rPr>
          <w:b/>
        </w:rPr>
        <w:t xml:space="preserve">[26:18] </w:t>
      </w:r>
      <w:r>
        <w:t>But the traditional spirituality says that stop the thinking process.</w:t>
      </w:r>
    </w:p>
    <w:p>
      <w:pPr>
        <w:jc w:val="right"/>
      </w:pPr>
      <w:r>
        <w:t>But the traditional spirituality says that stop the thinking process.</w:t>
      </w:r>
    </w:p>
    <w:p>
      <w:r>
        <w:rPr>
          <w:b/>
        </w:rPr>
        <w:t xml:space="preserve">[26:26] </w:t>
      </w:r>
      <w:r>
        <w:t>According to traditional spirituality, there is no function of mind in human life.</w:t>
      </w:r>
    </w:p>
    <w:p>
      <w:pPr>
        <w:jc w:val="right"/>
      </w:pPr>
      <w:r>
        <w:t>According to traditional spirituality, there is no function of mind in human life.</w:t>
      </w:r>
    </w:p>
    <w:p>
      <w:r>
        <w:rPr>
          <w:b/>
        </w:rPr>
        <w:t xml:space="preserve">[26:35] </w:t>
      </w:r>
      <w:r>
        <w:t>All the spiritual schools are suggesting us that stop the thinking process and you will find ecstasy.</w:t>
      </w:r>
    </w:p>
    <w:p>
      <w:pPr>
        <w:jc w:val="right"/>
      </w:pPr>
      <w:r>
        <w:t>All the spiritual schools are suggesting us that stop the thinking process and you will find ecstasy.</w:t>
      </w:r>
    </w:p>
    <w:p>
      <w:r>
        <w:rPr>
          <w:b/>
        </w:rPr>
        <w:t xml:space="preserve">[26:43] </w:t>
      </w:r>
      <w:r>
        <w:t>Ecstasy, what is ecstasy?</w:t>
      </w:r>
    </w:p>
    <w:p>
      <w:pPr>
        <w:jc w:val="right"/>
      </w:pPr>
      <w:r>
        <w:t>Ecstasy, what is ecstasy?</w:t>
      </w:r>
    </w:p>
    <w:p>
      <w:r>
        <w:rPr>
          <w:b/>
        </w:rPr>
        <w:t xml:space="preserve">[26:52] </w:t>
      </w:r>
      <w:r>
        <w:t>It is just like anesthesia. It is like having sleeping pills. I can say it is psychological death. So traditional spirituality. In the framework of traditional spirituality, there is no function of mind, no function of mind.</w:t>
      </w:r>
    </w:p>
    <w:p>
      <w:pPr>
        <w:jc w:val="right"/>
      </w:pPr>
      <w:r>
        <w:t>It is just like anesthesia. It is like having sleeping pills. I can say it is psychological death. So traditional spirituality. In the framework of traditional spirituality, there is no function of mind, no function of mind.</w:t>
      </w:r>
    </w:p>
    <w:p>
      <w:r>
        <w:rPr>
          <w:b/>
        </w:rPr>
        <w:t xml:space="preserve">[27:22] </w:t>
      </w:r>
      <w:r>
        <w:t>But now, if you adopt the corrective role of science, we can establish a new kind of spirituality. And that is mind-based spirituality based on thinking capacity. I would like to give some examples to illustrate this point.</w:t>
      </w:r>
    </w:p>
    <w:p>
      <w:pPr>
        <w:jc w:val="right"/>
      </w:pPr>
      <w:r>
        <w:t>But now, if you adopt the corrective role of science, we can establish a new kind of spirituality. And that is mind-based spirituality based on thinking capacity. I would like to give some examples to illustrate this point.</w:t>
      </w:r>
    </w:p>
    <w:p>
      <w:r>
        <w:rPr>
          <w:b/>
        </w:rPr>
        <w:t xml:space="preserve">[27:50] </w:t>
      </w:r>
      <w:r>
        <w:t>You know, in the present world, there are so many factories of de-stressing. Factories are shops or institutions. They are experts of de-stressing because in our modern times, people are living in tension and stress.</w:t>
      </w:r>
    </w:p>
    <w:p>
      <w:pPr>
        <w:jc w:val="right"/>
      </w:pPr>
      <w:r>
        <w:t>You know, in the present world, there are so many factories of de-stressing. Factories are shops or institutions. They are experts of de-stressing because in our modern times, people are living in tension and stress.</w:t>
      </w:r>
    </w:p>
    <w:p>
      <w:r>
        <w:rPr>
          <w:b/>
        </w:rPr>
        <w:t xml:space="preserve">[28:12] </w:t>
      </w:r>
      <w:r>
        <w:t>Modern life is a very busy life.</w:t>
      </w:r>
    </w:p>
    <w:p>
      <w:pPr>
        <w:jc w:val="right"/>
      </w:pPr>
      <w:r>
        <w:t>Modern life is a very busy life.</w:t>
      </w:r>
    </w:p>
    <w:p>
      <w:r>
        <w:rPr>
          <w:b/>
        </w:rPr>
        <w:t xml:space="preserve">[28:15] </w:t>
      </w:r>
      <w:r>
        <w:t>Every time, there are problems.</w:t>
      </w:r>
    </w:p>
    <w:p>
      <w:pPr>
        <w:jc w:val="right"/>
      </w:pPr>
      <w:r>
        <w:t>Every time, there are problems.</w:t>
      </w:r>
    </w:p>
    <w:p>
      <w:r>
        <w:rPr>
          <w:b/>
        </w:rPr>
        <w:t xml:space="preserve">[28:19] </w:t>
      </w:r>
      <w:r>
        <w:t>There are diseases.</w:t>
      </w:r>
    </w:p>
    <w:p>
      <w:pPr>
        <w:jc w:val="right"/>
      </w:pPr>
      <w:r>
        <w:t>There are diseases.</w:t>
      </w:r>
    </w:p>
    <w:p>
      <w:r>
        <w:rPr>
          <w:b/>
        </w:rPr>
        <w:t xml:space="preserve">[28:23] </w:t>
      </w:r>
      <w:r>
        <w:t>There are tensions.</w:t>
      </w:r>
    </w:p>
    <w:p>
      <w:pPr>
        <w:jc w:val="right"/>
      </w:pPr>
      <w:r>
        <w:t>There are tensions.</w:t>
      </w:r>
    </w:p>
    <w:p>
      <w:r>
        <w:rPr>
          <w:b/>
        </w:rPr>
        <w:t xml:space="preserve">[28:27] </w:t>
      </w:r>
      <w:r>
        <w:t>There are problems.</w:t>
      </w:r>
    </w:p>
    <w:p>
      <w:pPr>
        <w:jc w:val="right"/>
      </w:pPr>
      <w:r>
        <w:t>There are problems.</w:t>
      </w:r>
    </w:p>
    <w:p>
      <w:r>
        <w:rPr>
          <w:b/>
        </w:rPr>
        <w:t xml:space="preserve">[28:31] </w:t>
      </w:r>
      <w:r>
        <w:t>So every man and woman are living in stress, in tension.</w:t>
      </w:r>
    </w:p>
    <w:p>
      <w:pPr>
        <w:jc w:val="right"/>
      </w:pPr>
      <w:r>
        <w:t>So every man and woman are living in stress, in tension.</w:t>
      </w:r>
    </w:p>
    <w:p>
      <w:r>
        <w:rPr>
          <w:b/>
        </w:rPr>
        <w:t xml:space="preserve">[28:35] </w:t>
      </w:r>
      <w:r>
        <w:t>So there are some experts.</w:t>
      </w:r>
    </w:p>
    <w:p>
      <w:pPr>
        <w:jc w:val="right"/>
      </w:pPr>
      <w:r>
        <w:t>So there are some experts.</w:t>
      </w:r>
    </w:p>
    <w:p>
      <w:r>
        <w:rPr>
          <w:b/>
        </w:rPr>
        <w:t xml:space="preserve">[28:39] </w:t>
      </w:r>
      <w:r>
        <w:t>They invite you to come to our office and we will—we have an art.</w:t>
      </w:r>
    </w:p>
    <w:p>
      <w:pPr>
        <w:jc w:val="right"/>
      </w:pPr>
      <w:r>
        <w:t>They invite you to come to our office and we will—we have an art.</w:t>
      </w:r>
    </w:p>
    <w:p>
      <w:r>
        <w:rPr>
          <w:b/>
        </w:rPr>
        <w:t xml:space="preserve">[28:43] </w:t>
      </w:r>
      <w:r>
        <w:t>We are experts of de-stressing. We will de-stress your stress. We will de-stress your stressing. So they are experts of de-stressing. What is this de-stressing?</w:t>
      </w:r>
    </w:p>
    <w:p>
      <w:pPr>
        <w:jc w:val="right"/>
      </w:pPr>
      <w:r>
        <w:t>We are experts of de-stressing. We will de-stress your stress. We will de-stress your stressing. So they are experts of de-stressing. What is this de-stressing?</w:t>
      </w:r>
    </w:p>
    <w:p>
      <w:r>
        <w:rPr>
          <w:b/>
        </w:rPr>
        <w:t xml:space="preserve">[29:02] </w:t>
      </w:r>
      <w:r>
        <w:t>It is like psychological killing. If you join these institutions, if you seek help from these experts, they will kill you. Stop thinking. Stop the thinking process. And then there is no stress. There is no tension. Is it a solution?</w:t>
      </w:r>
    </w:p>
    <w:p>
      <w:pPr>
        <w:jc w:val="right"/>
      </w:pPr>
      <w:r>
        <w:t>It is like psychological killing. If you join these institutions, if you seek help from these experts, they will kill you. Stop thinking. Stop the thinking process. And then there is no stress. There is no tension. Is it a solution?</w:t>
      </w:r>
    </w:p>
    <w:p>
      <w:r>
        <w:rPr>
          <w:b/>
        </w:rPr>
        <w:t xml:space="preserve">[29:31] </w:t>
      </w:r>
      <w:r>
        <w:t>Is it saying like that you take poison and there is no tension?</w:t>
      </w:r>
    </w:p>
    <w:p>
      <w:pPr>
        <w:jc w:val="right"/>
      </w:pPr>
      <w:r>
        <w:t>Is it saying like that you take poison and there is no tension?</w:t>
      </w:r>
    </w:p>
    <w:p>
      <w:r>
        <w:rPr>
          <w:b/>
        </w:rPr>
        <w:t xml:space="preserve">[29:39] </w:t>
      </w:r>
      <w:r>
        <w:t>It is psychological killing.</w:t>
      </w:r>
    </w:p>
    <w:p>
      <w:pPr>
        <w:jc w:val="right"/>
      </w:pPr>
      <w:r>
        <w:t>It is psychological killing.</w:t>
      </w:r>
    </w:p>
    <w:p>
      <w:r>
        <w:rPr>
          <w:b/>
        </w:rPr>
        <w:t xml:space="preserve">[29:47] </w:t>
      </w:r>
      <w:r>
        <w:t>So I would like to say this: that science shows us the way.</w:t>
      </w:r>
    </w:p>
    <w:p>
      <w:pPr>
        <w:jc w:val="right"/>
      </w:pPr>
      <w:r>
        <w:t>So I would like to say this: that science shows us the way.</w:t>
      </w:r>
    </w:p>
    <w:p>
      <w:r>
        <w:rPr>
          <w:b/>
        </w:rPr>
        <w:t xml:space="preserve">[29:55] </w:t>
      </w:r>
      <w:r>
        <w:t>And that is avail your intellectual capacity.</w:t>
      </w:r>
    </w:p>
    <w:p>
      <w:pPr>
        <w:jc w:val="right"/>
      </w:pPr>
      <w:r>
        <w:t>And that is avail your intellectual capacity.</w:t>
      </w:r>
    </w:p>
    <w:p>
      <w:r>
        <w:rPr>
          <w:b/>
        </w:rPr>
        <w:t xml:space="preserve">[30:03] </w:t>
      </w:r>
      <w:r>
        <w:t>Avail all those particles God has created for you.</w:t>
      </w:r>
    </w:p>
    <w:p>
      <w:pPr>
        <w:jc w:val="right"/>
      </w:pPr>
      <w:r>
        <w:t>Avail all those particles God has created for you.</w:t>
      </w:r>
    </w:p>
    <w:p>
      <w:r>
        <w:rPr>
          <w:b/>
        </w:rPr>
        <w:t xml:space="preserve">[30:11] </w:t>
      </w:r>
      <w:r>
        <w:t>Then if you use your mind, if you use your mind and try to understand on an intellectual</w:t>
      </w:r>
    </w:p>
    <w:p>
      <w:pPr>
        <w:jc w:val="right"/>
      </w:pPr>
      <w:r>
        <w:t>Then if you use your mind, if you use your mind and try to understand on an intellectual</w:t>
      </w:r>
    </w:p>
    <w:p>
      <w:r>
        <w:rPr>
          <w:b/>
        </w:rPr>
        <w:t xml:space="preserve">[30:19] </w:t>
      </w:r>
      <w:r>
        <w:t>level, mind-based spirituality means trying to understand the things on an intellectual level, trying to explain the things</w:t>
      </w:r>
    </w:p>
    <w:p>
      <w:pPr>
        <w:jc w:val="right"/>
      </w:pPr>
      <w:r>
        <w:t>level, mind-based spirituality means trying to understand the things on an intellectual level, trying to explain the things</w:t>
      </w:r>
    </w:p>
    <w:p>
      <w:r>
        <w:rPr>
          <w:b/>
        </w:rPr>
        <w:t xml:space="preserve">[30:27] </w:t>
      </w:r>
      <w:r>
        <w:t>on an intellectual level.</w:t>
      </w:r>
    </w:p>
    <w:p>
      <w:pPr>
        <w:jc w:val="right"/>
      </w:pPr>
      <w:r>
        <w:t>on an intellectual level.</w:t>
      </w:r>
    </w:p>
    <w:p>
      <w:r>
        <w:rPr>
          <w:b/>
        </w:rPr>
        <w:t xml:space="preserve">[30:35] </w:t>
      </w:r>
      <w:r>
        <w:t>So if you try to explain this phenomenon, that is stress or tension, on an intellectual level, you</w:t>
      </w:r>
    </w:p>
    <w:p>
      <w:pPr>
        <w:jc w:val="right"/>
      </w:pPr>
      <w:r>
        <w:t>So if you try to explain this phenomenon, that is stress or tension, on an intellectual level, you</w:t>
      </w:r>
    </w:p>
    <w:p>
      <w:r>
        <w:rPr>
          <w:b/>
        </w:rPr>
        <w:t xml:space="preserve">[30:43] </w:t>
      </w:r>
      <w:r>
        <w:t>will discover a great thing.</w:t>
      </w:r>
    </w:p>
    <w:p>
      <w:pPr>
        <w:jc w:val="right"/>
      </w:pPr>
      <w:r>
        <w:t>will discover a great thing.</w:t>
      </w:r>
    </w:p>
    <w:p>
      <w:r>
        <w:rPr>
          <w:b/>
        </w:rPr>
        <w:t xml:space="preserve">[30:51] </w:t>
      </w:r>
      <w:r>
        <w:t>And this is also a discovery of science.</w:t>
      </w:r>
    </w:p>
    <w:p>
      <w:pPr>
        <w:jc w:val="right"/>
      </w:pPr>
      <w:r>
        <w:t>And this is also a discovery of science.</w:t>
      </w:r>
    </w:p>
    <w:p>
      <w:r>
        <w:rPr>
          <w:b/>
        </w:rPr>
        <w:t xml:space="preserve">[30:59] </w:t>
      </w:r>
      <w:r>
        <w:t>Science has discovered that when man faces some challenges, there is a brainstorm in his mind. When we face challenges, when we face some big problems, then there is a brainstorm in our mind. And what is this brainstorm?</w:t>
      </w:r>
    </w:p>
    <w:p>
      <w:pPr>
        <w:jc w:val="right"/>
      </w:pPr>
      <w:r>
        <w:t>Science has discovered that when man faces some challenges, there is a brainstorm in his mind. When we face challenges, when we face some big problems, then there is a brainstorm in our mind. And what is this brainstorm?</w:t>
      </w:r>
    </w:p>
    <w:p>
      <w:r>
        <w:rPr>
          <w:b/>
        </w:rPr>
        <w:t xml:space="preserve">[31:28] </w:t>
      </w:r>
      <w:r>
        <w:t>According to scientific discoveries, I am explaining the scientific spirituality. This is scientific spirituality. So according to scientific discovery, when there is brainstorming, it is a blessing in disguise for you. Why? Because brainstorming activates your mind.</w:t>
      </w:r>
    </w:p>
    <w:p>
      <w:pPr>
        <w:jc w:val="right"/>
      </w:pPr>
      <w:r>
        <w:t>According to scientific discoveries, I am explaining the scientific spirituality. This is scientific spirituality. So according to scientific discovery, when there is brainstorming, it is a blessing in disguise for you. Why? Because brainstorming activates your mind.</w:t>
      </w:r>
    </w:p>
    <w:p>
      <w:r>
        <w:rPr>
          <w:b/>
        </w:rPr>
        <w:t xml:space="preserve">[31:58] </w:t>
      </w:r>
      <w:r>
        <w:t>It activates all those particles, living particles. So without brainstorming, your mind cannot be activated. It lives in a dormant position.</w:t>
      </w:r>
    </w:p>
    <w:p>
      <w:pPr>
        <w:jc w:val="right"/>
      </w:pPr>
      <w:r>
        <w:t>It activates all those particles, living particles. So without brainstorming, your mind cannot be activated. It lives in a dormant position.</w:t>
      </w:r>
    </w:p>
    <w:p>
      <w:r>
        <w:rPr>
          <w:b/>
        </w:rPr>
        <w:t xml:space="preserve">[32:22] </w:t>
      </w:r>
      <w:r>
        <w:t>So it is the law of nature. It is a natural method to activate your mind. This kind of brainstorming is a method of nature only to activate your mind.</w:t>
      </w:r>
    </w:p>
    <w:p>
      <w:pPr>
        <w:jc w:val="right"/>
      </w:pPr>
      <w:r>
        <w:t>So it is the law of nature. It is a natural method to activate your mind. This kind of brainstorming is a method of nature only to activate your mind.</w:t>
      </w:r>
    </w:p>
    <w:p>
      <w:r>
        <w:rPr>
          <w:b/>
        </w:rPr>
        <w:t xml:space="preserve">[32:45] </w:t>
      </w:r>
      <w:r>
        <w:t>And when your mind is activated, then it means that you are able to think, you are able</w:t>
      </w:r>
    </w:p>
    <w:p>
      <w:pPr>
        <w:jc w:val="right"/>
      </w:pPr>
      <w:r>
        <w:t>And when your mind is activated, then it means that you are able to think, you are able</w:t>
      </w:r>
    </w:p>
    <w:p>
      <w:r>
        <w:rPr>
          <w:b/>
        </w:rPr>
        <w:t xml:space="preserve">[32:55] </w:t>
      </w:r>
      <w:r>
        <w:t>to understand, you are able to explain.</w:t>
      </w:r>
    </w:p>
    <w:p>
      <w:pPr>
        <w:jc w:val="right"/>
      </w:pPr>
      <w:r>
        <w:t>to understand, you are able to explain.</w:t>
      </w:r>
    </w:p>
    <w:p>
      <w:r>
        <w:rPr>
          <w:b/>
        </w:rPr>
        <w:t xml:space="preserve">[33:05] </w:t>
      </w:r>
      <w:r>
        <w:t>Here, I would like to add one point: that there are millions, billions of people who are engaged in spirituality.</w:t>
      </w:r>
    </w:p>
    <w:p>
      <w:pPr>
        <w:jc w:val="right"/>
      </w:pPr>
      <w:r>
        <w:t>Here, I would like to add one point: that there are millions, billions of people who are engaged in spirituality.</w:t>
      </w:r>
    </w:p>
    <w:p>
      <w:r>
        <w:rPr>
          <w:b/>
        </w:rPr>
        <w:t xml:space="preserve">[33:15] </w:t>
      </w:r>
      <w:r>
        <w:t>But no spiritual person was able to produce a masterpiece, a masterpiece, a book that is able to</w:t>
      </w:r>
    </w:p>
    <w:p>
      <w:pPr>
        <w:jc w:val="right"/>
      </w:pPr>
      <w:r>
        <w:t>But no spiritual person was able to produce a masterpiece, a masterpiece, a book that is able to</w:t>
      </w:r>
    </w:p>
    <w:p>
      <w:r>
        <w:rPr>
          <w:b/>
        </w:rPr>
        <w:t xml:space="preserve">[33:26] </w:t>
      </w:r>
      <w:r>
        <w:t>be awarded a Nobel Prize.</w:t>
      </w:r>
    </w:p>
    <w:p>
      <w:pPr>
        <w:jc w:val="right"/>
      </w:pPr>
      <w:r>
        <w:t>be awarded a Nobel Prize.</w:t>
      </w:r>
    </w:p>
    <w:p>
      <w:r>
        <w:rPr>
          <w:b/>
        </w:rPr>
        <w:t xml:space="preserve">[33:36] </w:t>
      </w:r>
      <w:r>
        <w:t>No one was awarded a Nobel Prize in this.</w:t>
      </w:r>
    </w:p>
    <w:p>
      <w:pPr>
        <w:jc w:val="right"/>
      </w:pPr>
      <w:r>
        <w:t>No one was awarded a Nobel Prize in this.</w:t>
      </w:r>
    </w:p>
    <w:p>
      <w:r>
        <w:rPr>
          <w:b/>
        </w:rPr>
        <w:t xml:space="preserve">[33:46] </w:t>
      </w:r>
      <w:r>
        <w:t>No one was able to write a book on spirituality on a scientific level and on such a</w:t>
      </w:r>
    </w:p>
    <w:p>
      <w:pPr>
        <w:jc w:val="right"/>
      </w:pPr>
      <w:r>
        <w:t>No one was able to write a book on spirituality on a scientific level and on such a</w:t>
      </w:r>
    </w:p>
    <w:p>
      <w:r>
        <w:rPr>
          <w:b/>
        </w:rPr>
        <w:t xml:space="preserve">[33:56] </w:t>
      </w:r>
      <w:r>
        <w:t>great scale that he was able to be awarded a Nobel Prize. Why?</w:t>
      </w:r>
    </w:p>
    <w:p>
      <w:pPr>
        <w:jc w:val="right"/>
      </w:pPr>
      <w:r>
        <w:t>great scale that he was able to be awarded a Nobel Prize. Why?</w:t>
      </w:r>
    </w:p>
    <w:p>
      <w:r>
        <w:rPr>
          <w:b/>
        </w:rPr>
        <w:t xml:space="preserve">[34:07] </w:t>
      </w:r>
      <w:r>
        <w:t>Why all these spiritual persons are living in traditional spirituality? They are living in ecstasy. There is no function of mind. It is the mind that writes a book. Ecstasy cannot write a book. When you are living in ecstasy, how can you write a book? How can you write an encyclopedia?</w:t>
      </w:r>
    </w:p>
    <w:p>
      <w:pPr>
        <w:jc w:val="right"/>
      </w:pPr>
      <w:r>
        <w:t>Why all these spiritual persons are living in traditional spirituality? They are living in ecstasy. There is no function of mind. It is the mind that writes a book. Ecstasy cannot write a book. When you are living in ecstasy, how can you write a book? How can you write an encyclopedia?</w:t>
      </w:r>
    </w:p>
    <w:p>
      <w:r>
        <w:rPr>
          <w:b/>
        </w:rPr>
        <w:t xml:space="preserve">[34:36] </w:t>
      </w:r>
      <w:r>
        <w:t>One who is living in ecstasy, one who is living in ecstasy, he cannot write a book. He is just like an animal. A book can be produced by only that kind of mind who is living in spiritual, who is living in intellectual development.</w:t>
      </w:r>
    </w:p>
    <w:p>
      <w:pPr>
        <w:jc w:val="right"/>
      </w:pPr>
      <w:r>
        <w:t>One who is living in ecstasy, one who is living in ecstasy, he cannot write a book. He is just like an animal. A book can be produced by only that kind of mind who is living in spiritual, who is living in intellectual development.</w:t>
      </w:r>
    </w:p>
    <w:p>
      <w:r>
        <w:rPr>
          <w:b/>
        </w:rPr>
        <w:t xml:space="preserve">[34:55] </w:t>
      </w:r>
      <w:r>
        <w:t>So if you use your mind, then you will find, then you will discover that stress is a challenge. Tension is a challenge. And challenges are competition.</w:t>
      </w:r>
    </w:p>
    <w:p>
      <w:pPr>
        <w:jc w:val="right"/>
      </w:pPr>
      <w:r>
        <w:t>So if you use your mind, then you will find, then you will discover that stress is a challenge. Tension is a challenge. And challenges are competition.</w:t>
      </w:r>
    </w:p>
    <w:p>
      <w:r>
        <w:rPr>
          <w:b/>
        </w:rPr>
        <w:t xml:space="preserve">[35:13] </w:t>
      </w:r>
      <w:r>
        <w:t>So when you discover that stress is a challenge and tension is a challenge, then you will discover that challenge is not evil. Challenge is a blessing because no challenge, no intellectual development. Challenge is the only way to bring about intellectual development.</w:t>
      </w:r>
    </w:p>
    <w:p>
      <w:pPr>
        <w:jc w:val="right"/>
      </w:pPr>
      <w:r>
        <w:t>So when you discover that stress is a challenge and tension is a challenge, then you will discover that challenge is not evil. Challenge is a blessing because no challenge, no intellectual development. Challenge is the only way to bring about intellectual development.</w:t>
      </w:r>
    </w:p>
    <w:p>
      <w:r>
        <w:rPr>
          <w:b/>
        </w:rPr>
        <w:t xml:space="preserve">[35:42] </w:t>
      </w:r>
      <w:r>
        <w:t>So when you apply scientific discoveries, then you will discover that stress or tension is not a curse, not an evil. Instead, it is a blessing. It moves your mind. It helps develop your mind.</w:t>
      </w:r>
    </w:p>
    <w:p>
      <w:pPr>
        <w:jc w:val="right"/>
      </w:pPr>
      <w:r>
        <w:t>So when you apply scientific discoveries, then you will discover that stress or tension is not a curse, not an evil. Instead, it is a blessing. It moves your mind. It helps develop your mind.</w:t>
      </w:r>
    </w:p>
    <w:p>
      <w:r>
        <w:rPr>
          <w:b/>
        </w:rPr>
        <w:t xml:space="preserve">[36:07] </w:t>
      </w:r>
      <w:r>
        <w:t>This is the formula of scientific spirituality. In traditional spirituality, there is no formula except to suppress your mind. They will tell you to suppress your mind.</w:t>
      </w:r>
    </w:p>
    <w:p>
      <w:pPr>
        <w:jc w:val="right"/>
      </w:pPr>
      <w:r>
        <w:t>This is the formula of scientific spirituality. In traditional spirituality, there is no formula except to suppress your mind. They will tell you to suppress your mind.</w:t>
      </w:r>
    </w:p>
    <w:p>
      <w:r>
        <w:rPr>
          <w:b/>
        </w:rPr>
        <w:t xml:space="preserve">[36:24] </w:t>
      </w:r>
      <w:r>
        <w:t>Traditional spirituality will tell you to suppress your mind, stop your thinking. This is the solution. But scientific spirituality will tell you that difference gives you an opportunity for dialogue, for intellectual exchange. And you know, without intellectual exchange, there is no intellectual development.</w:t>
      </w:r>
    </w:p>
    <w:p>
      <w:pPr>
        <w:jc w:val="right"/>
      </w:pPr>
      <w:r>
        <w:t>Traditional spirituality will tell you to suppress your mind, stop your thinking. This is the solution. But scientific spirituality will tell you that difference gives you an opportunity for dialogue, for intellectual exchange. And you know, without intellectual exchange, there is no intellectual development.</w:t>
      </w:r>
    </w:p>
    <w:p>
      <w:r>
        <w:rPr>
          <w:b/>
        </w:rPr>
        <w:t xml:space="preserve">[36:53] </w:t>
      </w:r>
      <w:r>
        <w:t>Without intellectual exchange, there is no intellectual development. So avail the difference as an opportunity. Take the difference as an opportunity and avail it.</w:t>
      </w:r>
    </w:p>
    <w:p>
      <w:pPr>
        <w:jc w:val="right"/>
      </w:pPr>
      <w:r>
        <w:t>Without intellectual exchange, there is no intellectual development. So avail the difference as an opportunity. Take the difference as an opportunity and avail it.</w:t>
      </w:r>
    </w:p>
    <w:p>
      <w:r>
        <w:rPr>
          <w:b/>
        </w:rPr>
        <w:t xml:space="preserve">[37:08] </w:t>
      </w:r>
      <w:r>
        <w:t>So when you believe that husband and wife both are intellectual partners to each other, then you are</w:t>
      </w:r>
    </w:p>
    <w:p>
      <w:pPr>
        <w:jc w:val="right"/>
      </w:pPr>
      <w:r>
        <w:t>So when you believe that husband and wife both are intellectual partners to each other, then you are</w:t>
      </w:r>
    </w:p>
    <w:p>
      <w:r>
        <w:rPr>
          <w:b/>
        </w:rPr>
        <w:t xml:space="preserve">[37:14] </w:t>
      </w:r>
      <w:r>
        <w:t>able to take the difference as an opportunity.</w:t>
      </w:r>
    </w:p>
    <w:p>
      <w:pPr>
        <w:jc w:val="right"/>
      </w:pPr>
      <w:r>
        <w:t>able to take the difference as an opportunity.</w:t>
      </w:r>
    </w:p>
    <w:p>
      <w:r>
        <w:rPr>
          <w:b/>
        </w:rPr>
        <w:t xml:space="preserve">[37:21] </w:t>
      </w:r>
      <w:r>
        <w:t>Otherwise, you will go to some expert of de-stressing.</w:t>
      </w:r>
    </w:p>
    <w:p>
      <w:pPr>
        <w:jc w:val="right"/>
      </w:pPr>
      <w:r>
        <w:t>Otherwise, you will go to some expert of de-stressing.</w:t>
      </w:r>
    </w:p>
    <w:p>
      <w:r>
        <w:rPr>
          <w:b/>
        </w:rPr>
        <w:t xml:space="preserve">[37:28] </w:t>
      </w:r>
      <w:r>
        <w:t>They will tell you, "Suppress your mind." So this is the difference between traditional spirituality and scientific spirituality.</w:t>
      </w:r>
    </w:p>
    <w:p>
      <w:pPr>
        <w:jc w:val="right"/>
      </w:pPr>
      <w:r>
        <w:t>They will tell you, "Suppress your mind." So this is the difference between traditional spirituality and scientific spirituality.</w:t>
      </w:r>
    </w:p>
    <w:p>
      <w:r>
        <w:rPr>
          <w:b/>
        </w:rPr>
        <w:t xml:space="preserve">[37:35] </w:t>
      </w:r>
      <w:r>
        <w:t>And my spirituality is scientific spirituality.</w:t>
      </w:r>
    </w:p>
    <w:p>
      <w:pPr>
        <w:jc w:val="right"/>
      </w:pPr>
      <w:r>
        <w:t>And my spirituality is scientific spirituality.</w:t>
      </w:r>
    </w:p>
    <w:p>
      <w:r>
        <w:rPr>
          <w:b/>
        </w:rPr>
        <w:t xml:space="preserve">[37:42] </w:t>
      </w:r>
      <w:r>
        <w:t>There is mind-based spirituality.</w:t>
      </w:r>
    </w:p>
    <w:p>
      <w:pPr>
        <w:jc w:val="right"/>
      </w:pPr>
      <w:r>
        <w:t>There is mind-based spirituality.</w:t>
      </w:r>
    </w:p>
    <w:p>
      <w:r>
        <w:rPr>
          <w:b/>
        </w:rPr>
        <w:t xml:space="preserve">[37:49] </w:t>
      </w:r>
      <w:r>
        <w:t>I believe in mind-based spirituality.</w:t>
      </w:r>
    </w:p>
    <w:p>
      <w:pPr>
        <w:jc w:val="right"/>
      </w:pPr>
      <w:r>
        <w:t>I believe in mind-based spirituality.</w:t>
      </w:r>
    </w:p>
    <w:p>
      <w:r>
        <w:rPr>
          <w:b/>
        </w:rPr>
        <w:t xml:space="preserve">[37:56] </w:t>
      </w:r>
      <w:r>
        <w:t>And as far as the heart-based spirituality is concerned, I think that is a remnant of superstition.</w:t>
      </w:r>
    </w:p>
    <w:p>
      <w:pPr>
        <w:jc w:val="right"/>
      </w:pPr>
      <w:r>
        <w:t>And as far as the heart-based spirituality is concerned, I think that is a remnant of superstition.</w:t>
      </w:r>
    </w:p>
    <w:p>
      <w:r>
        <w:rPr>
          <w:b/>
        </w:rPr>
        <w:t xml:space="preserve">[38:03] </w:t>
      </w:r>
      <w:r>
        <w:t>Superstition. Simply superstition. Then I think that Jesus Christ, he was a prophet. We don't believe that he was the Son of God. He was a prophet of God.</w:t>
      </w:r>
    </w:p>
    <w:p>
      <w:pPr>
        <w:jc w:val="right"/>
      </w:pPr>
      <w:r>
        <w:t>Superstition. Simply superstition. Then I think that Jesus Christ, he was a prophet. We don't believe that he was the Son of God. He was a prophet of God.</w:t>
      </w:r>
    </w:p>
    <w:p>
      <w:r>
        <w:rPr>
          <w:b/>
        </w:rPr>
        <w:t xml:space="preserve">[38:27] </w:t>
      </w:r>
      <w:r>
        <w:t>And he gave us a very beautiful formula of spirituality. That is, "Love your enemy. Love your enemy." It means you have to learn the art of enmity management.</w:t>
      </w:r>
    </w:p>
    <w:p>
      <w:pPr>
        <w:jc w:val="right"/>
      </w:pPr>
      <w:r>
        <w:t>And he gave us a very beautiful formula of spirituality. That is, "Love your enemy. Love your enemy." It means you have to learn the art of enmity management.</w:t>
      </w:r>
    </w:p>
    <w:p>
      <w:r>
        <w:rPr>
          <w:b/>
        </w:rPr>
        <w:t xml:space="preserve">[38:54] </w:t>
      </w:r>
      <w:r>
        <w:t>Don't hate the enemy.</w:t>
      </w:r>
    </w:p>
    <w:p>
      <w:pPr>
        <w:jc w:val="right"/>
      </w:pPr>
      <w:r>
        <w:t>Don't hate the enemy.</w:t>
      </w:r>
    </w:p>
    <w:p>
      <w:r>
        <w:rPr>
          <w:b/>
        </w:rPr>
        <w:t xml:space="preserve">[39:01] </w:t>
      </w:r>
      <w:r>
        <w:t>Don't try to eliminate the enemy.</w:t>
      </w:r>
    </w:p>
    <w:p>
      <w:pPr>
        <w:jc w:val="right"/>
      </w:pPr>
      <w:r>
        <w:t>Don't try to eliminate the enemy.</w:t>
      </w:r>
    </w:p>
    <w:p>
      <w:r>
        <w:rPr>
          <w:b/>
        </w:rPr>
        <w:t xml:space="preserve">[39:09] </w:t>
      </w:r>
      <w:r>
        <w:t>Don't be negative against the enemy. No.</w:t>
      </w:r>
    </w:p>
    <w:p>
      <w:pPr>
        <w:jc w:val="right"/>
      </w:pPr>
      <w:r>
        <w:t>Don't be negative against the enemy. No.</w:t>
      </w:r>
    </w:p>
    <w:p>
      <w:r>
        <w:rPr>
          <w:b/>
        </w:rPr>
        <w:t xml:space="preserve">[39:16] </w:t>
      </w:r>
      <w:r>
        <w:t>"Love your enemy" means try to manage the enmity.</w:t>
      </w:r>
    </w:p>
    <w:p>
      <w:pPr>
        <w:jc w:val="right"/>
      </w:pPr>
      <w:r>
        <w:t>"Love your enemy" means try to manage the enmity.</w:t>
      </w:r>
    </w:p>
    <w:p>
      <w:r>
        <w:rPr>
          <w:b/>
        </w:rPr>
        <w:t xml:space="preserve">[39:24] </w:t>
      </w:r>
      <w:r>
        <w:t>And this is also mentioned in the Quran in these words: It means that do good deeds in</w:t>
      </w:r>
    </w:p>
    <w:p>
      <w:pPr>
        <w:jc w:val="right"/>
      </w:pPr>
      <w:r>
        <w:t>And this is also mentioned in the Quran in these words: It means that do good deeds in</w:t>
      </w:r>
    </w:p>
    <w:p>
      <w:r>
        <w:rPr>
          <w:b/>
        </w:rPr>
        <w:t xml:space="preserve">[39:31] </w:t>
      </w:r>
      <w:r>
        <w:t>return for bad deeds.</w:t>
      </w:r>
    </w:p>
    <w:p>
      <w:pPr>
        <w:jc w:val="right"/>
      </w:pPr>
      <w:r>
        <w:t>return for bad deeds.</w:t>
      </w:r>
    </w:p>
    <w:p>
      <w:r>
        <w:rPr>
          <w:b/>
        </w:rPr>
        <w:t xml:space="preserve">[39:39] </w:t>
      </w:r>
      <w:r>
        <w:t>And you will find that your enemy has become your dearest friend.</w:t>
      </w:r>
    </w:p>
    <w:p>
      <w:pPr>
        <w:jc w:val="right"/>
      </w:pPr>
      <w:r>
        <w:t>And you will find that your enemy has become your dearest friend.</w:t>
      </w:r>
    </w:p>
    <w:p>
      <w:r>
        <w:rPr>
          <w:b/>
        </w:rPr>
        <w:t xml:space="preserve">[39:47] </w:t>
      </w:r>
      <w:r>
        <w:t>It means that according to the prophetic vision, Jesus Christ was a prophet, Muhammad was a prophet. So both the prophets tell us that you have to see the enemy as your friend. So according to this Quranic verse, our enemy is our potential friend.</w:t>
      </w:r>
    </w:p>
    <w:p>
      <w:pPr>
        <w:jc w:val="right"/>
      </w:pPr>
      <w:r>
        <w:t>It means that according to the prophetic vision, Jesus Christ was a prophet, Muhammad was a prophet. So both the prophets tell us that you have to see the enemy as your friend. So according to this Quranic verse, our enemy is our potential friend.</w:t>
      </w:r>
    </w:p>
    <w:p>
      <w:r>
        <w:rPr>
          <w:b/>
        </w:rPr>
        <w:t xml:space="preserve">[40:17] </w:t>
      </w:r>
      <w:r>
        <w:t>So turn this potential into actual. So turn this potential into actual. And what a thrilling idea!</w:t>
      </w:r>
    </w:p>
    <w:p>
      <w:pPr>
        <w:jc w:val="right"/>
      </w:pPr>
      <w:r>
        <w:t>So turn this potential into actual. So turn this potential into actual. And what a thrilling idea!</w:t>
      </w:r>
    </w:p>
    <w:p>
      <w:r>
        <w:rPr>
          <w:b/>
        </w:rPr>
        <w:t xml:space="preserve">[40:29] </w:t>
      </w:r>
      <w:r>
        <w:t>This is true spirituality.</w:t>
      </w:r>
    </w:p>
    <w:p>
      <w:pPr>
        <w:jc w:val="right"/>
      </w:pPr>
      <w:r>
        <w:t>This is true spirituality.</w:t>
      </w:r>
    </w:p>
    <w:p>
      <w:r>
        <w:rPr>
          <w:b/>
        </w:rPr>
        <w:t xml:space="preserve">[40:34] </w:t>
      </w:r>
      <w:r>
        <w:t>This is true spirituality.</w:t>
      </w:r>
    </w:p>
    <w:p>
      <w:pPr>
        <w:jc w:val="right"/>
      </w:pPr>
      <w:r>
        <w:t>This is true spirituality.</w:t>
      </w:r>
    </w:p>
    <w:p>
      <w:r>
        <w:rPr>
          <w:b/>
        </w:rPr>
        <w:t xml:space="preserve">[40:40] </w:t>
      </w:r>
      <w:r>
        <w:t>When you discover that my enemy is my potential friend, that gives you a thrilling experience.</w:t>
      </w:r>
    </w:p>
    <w:p>
      <w:pPr>
        <w:jc w:val="right"/>
      </w:pPr>
      <w:r>
        <w:t>When you discover that my enemy is my potential friend, that gives you a thrilling experience.</w:t>
      </w:r>
    </w:p>
    <w:p>
      <w:r>
        <w:rPr>
          <w:b/>
        </w:rPr>
        <w:t xml:space="preserve">[40:46] </w:t>
      </w:r>
      <w:r>
        <w:t>It is like Eureka, Eureka.</w:t>
      </w:r>
    </w:p>
    <w:p>
      <w:pPr>
        <w:jc w:val="right"/>
      </w:pPr>
      <w:r>
        <w:t>It is like Eureka, Eureka.</w:t>
      </w:r>
    </w:p>
    <w:p>
      <w:r>
        <w:rPr>
          <w:b/>
        </w:rPr>
        <w:t xml:space="preserve">[40:52] </w:t>
      </w:r>
      <w:r>
        <w:t>It is an Eureka experience.</w:t>
      </w:r>
    </w:p>
    <w:p>
      <w:pPr>
        <w:jc w:val="right"/>
      </w:pPr>
      <w:r>
        <w:t>It is an Eureka experience.</w:t>
      </w:r>
    </w:p>
    <w:p>
      <w:r>
        <w:rPr>
          <w:b/>
        </w:rPr>
        <w:t xml:space="preserve">[40:58] </w:t>
      </w:r>
      <w:r>
        <w:t>I think that you will say that, "What a great idea that I can find a friend among my enemy.</w:t>
      </w:r>
    </w:p>
    <w:p>
      <w:pPr>
        <w:jc w:val="right"/>
      </w:pPr>
      <w:r>
        <w:t>I think that you will say that, "What a great idea that I can find a friend among my enemy.</w:t>
      </w:r>
    </w:p>
    <w:p>
      <w:r>
        <w:rPr>
          <w:b/>
        </w:rPr>
        <w:t xml:space="preserve">[41:04] </w:t>
      </w:r>
      <w:r>
        <w:t>My enemy is my friend." It is a thrilling idea.</w:t>
      </w:r>
    </w:p>
    <w:p>
      <w:pPr>
        <w:jc w:val="right"/>
      </w:pPr>
      <w:r>
        <w:t>My enemy is my friend." It is a thrilling idea.</w:t>
      </w:r>
    </w:p>
    <w:p>
      <w:r>
        <w:rPr>
          <w:b/>
        </w:rPr>
        <w:t xml:space="preserve">[41:09] </w:t>
      </w:r>
      <w:r>
        <w:t>This is true spirituality.</w:t>
      </w:r>
    </w:p>
    <w:p>
      <w:pPr>
        <w:jc w:val="right"/>
      </w:pPr>
      <w:r>
        <w:t>This is true spirituality.</w:t>
      </w:r>
    </w:p>
    <w:p>
      <w:r>
        <w:rPr>
          <w:b/>
        </w:rPr>
        <w:t xml:space="preserve">[41:15] </w:t>
      </w:r>
      <w:r>
        <w:t>People hate the enemy.</w:t>
      </w:r>
    </w:p>
    <w:p>
      <w:pPr>
        <w:jc w:val="right"/>
      </w:pPr>
      <w:r>
        <w:t>People hate the enemy.</w:t>
      </w:r>
    </w:p>
    <w:p>
      <w:r>
        <w:rPr>
          <w:b/>
        </w:rPr>
        <w:t xml:space="preserve">[41:21] </w:t>
      </w:r>
      <w:r>
        <w:t>They believe that the enemy is the enemy.</w:t>
      </w:r>
    </w:p>
    <w:p>
      <w:pPr>
        <w:jc w:val="right"/>
      </w:pPr>
      <w:r>
        <w:t>They believe that the enemy is the enemy.</w:t>
      </w:r>
    </w:p>
    <w:p>
      <w:r>
        <w:rPr>
          <w:b/>
        </w:rPr>
        <w:t xml:space="preserve">[41:27] </w:t>
      </w:r>
      <w:r>
        <w:t>They believe that the enemy is the enemy.</w:t>
      </w:r>
    </w:p>
    <w:p>
      <w:pPr>
        <w:jc w:val="right"/>
      </w:pPr>
      <w:r>
        <w:t>They believe that the enemy is the enemy.</w:t>
      </w:r>
    </w:p>
    <w:p>
      <w:r>
        <w:rPr>
          <w:b/>
        </w:rPr>
        <w:t xml:space="preserve">[41:33] </w:t>
      </w:r>
      <w:r>
        <w:t>But according to the prophetic guidance, the enemy is my potential friend.</w:t>
      </w:r>
    </w:p>
    <w:p>
      <w:pPr>
        <w:jc w:val="right"/>
      </w:pPr>
      <w:r>
        <w:t>But according to the prophetic guidance, the enemy is my potential friend.</w:t>
      </w:r>
    </w:p>
    <w:p>
      <w:r>
        <w:rPr>
          <w:b/>
        </w:rPr>
        <w:t xml:space="preserve">[41:39] </w:t>
      </w:r>
      <w:r>
        <w:t>So when you think like this, when you discover this truth, then you experience a thrill.</w:t>
      </w:r>
    </w:p>
    <w:p>
      <w:pPr>
        <w:jc w:val="right"/>
      </w:pPr>
      <w:r>
        <w:t>So when you think like this, when you discover this truth, then you experience a thrill.</w:t>
      </w:r>
    </w:p>
    <w:p>
      <w:r>
        <w:rPr>
          <w:b/>
        </w:rPr>
        <w:t xml:space="preserve">[41:51] </w:t>
      </w:r>
      <w:r>
        <w:t>It is a thrilling discovery. It is like Eureka, Eureka. This is true spirituality. Then I would like to add one more point: that man has great potential, great, great potential, unlimited potential.</w:t>
      </w:r>
    </w:p>
    <w:p>
      <w:pPr>
        <w:jc w:val="right"/>
      </w:pPr>
      <w:r>
        <w:t>It is a thrilling discovery. It is like Eureka, Eureka. This is true spirituality. Then I would like to add one more point: that man has great potential, great, great potential, unlimited potential.</w:t>
      </w:r>
    </w:p>
    <w:p>
      <w:r>
        <w:rPr>
          <w:b/>
        </w:rPr>
        <w:t xml:space="preserve">[42:18] </w:t>
      </w:r>
      <w:r>
        <w:t>So here, I would like to refer to a psychologist.</w:t>
      </w:r>
    </w:p>
    <w:p>
      <w:pPr>
        <w:jc w:val="right"/>
      </w:pPr>
      <w:r>
        <w:t>So here, I would like to refer to a psychologist.</w:t>
      </w:r>
    </w:p>
    <w:p>
      <w:r>
        <w:rPr>
          <w:b/>
        </w:rPr>
        <w:t xml:space="preserve">[42:24] </w:t>
      </w:r>
      <w:r>
        <w:t>His name was Alfred Adler.</w:t>
      </w:r>
    </w:p>
    <w:p>
      <w:pPr>
        <w:jc w:val="right"/>
      </w:pPr>
      <w:r>
        <w:t>His name was Alfred Adler.</w:t>
      </w:r>
    </w:p>
    <w:p>
      <w:r>
        <w:rPr>
          <w:b/>
        </w:rPr>
        <w:t xml:space="preserve">[42:31] </w:t>
      </w:r>
      <w:r>
        <w:t>He was a German scientist. Alfred Adler.</w:t>
      </w:r>
    </w:p>
    <w:p>
      <w:pPr>
        <w:jc w:val="right"/>
      </w:pPr>
      <w:r>
        <w:t>He was a German scientist. Alfred Adler.</w:t>
      </w:r>
    </w:p>
    <w:p>
      <w:r>
        <w:rPr>
          <w:b/>
        </w:rPr>
        <w:t xml:space="preserve">[42:38] </w:t>
      </w:r>
      <w:r>
        <w:t>His last book was "Individual Psychology." Individual Psychology.</w:t>
      </w:r>
    </w:p>
    <w:p>
      <w:pPr>
        <w:jc w:val="right"/>
      </w:pPr>
      <w:r>
        <w:t>His last book was "Individual Psychology." Individual Psychology.</w:t>
      </w:r>
    </w:p>
    <w:p>
      <w:r>
        <w:rPr>
          <w:b/>
        </w:rPr>
        <w:t xml:space="preserve">[42:44] </w:t>
      </w:r>
      <w:r>
        <w:t>He was an authority in psychology.</w:t>
      </w:r>
    </w:p>
    <w:p>
      <w:pPr>
        <w:jc w:val="right"/>
      </w:pPr>
      <w:r>
        <w:t>He was an authority in psychology.</w:t>
      </w:r>
    </w:p>
    <w:p>
      <w:r>
        <w:rPr>
          <w:b/>
        </w:rPr>
        <w:t xml:space="preserve">[42:51] </w:t>
      </w:r>
      <w:r>
        <w:t>So he says in this book, he says in the book that, "I have studied man." M-A-N, man</w:t>
      </w:r>
    </w:p>
    <w:p>
      <w:pPr>
        <w:jc w:val="right"/>
      </w:pPr>
      <w:r>
        <w:t>So he says in this book, he says in the book that, "I have studied man." M-A-N, man</w:t>
      </w:r>
    </w:p>
    <w:p>
      <w:r>
        <w:rPr>
          <w:b/>
        </w:rPr>
        <w:t xml:space="preserve">[42:58] </w:t>
      </w:r>
      <w:r>
        <w:t>was my subject.</w:t>
      </w:r>
    </w:p>
    <w:p>
      <w:pPr>
        <w:jc w:val="right"/>
      </w:pPr>
      <w:r>
        <w:t>was my subject.</w:t>
      </w:r>
    </w:p>
    <w:p>
      <w:r>
        <w:rPr>
          <w:b/>
        </w:rPr>
        <w:t xml:space="preserve">[43:04] </w:t>
      </w:r>
      <w:r>
        <w:t>Man was my subject.</w:t>
      </w:r>
    </w:p>
    <w:p>
      <w:pPr>
        <w:jc w:val="right"/>
      </w:pPr>
      <w:r>
        <w:t>Man was my subject.</w:t>
      </w:r>
    </w:p>
    <w:p>
      <w:r>
        <w:rPr>
          <w:b/>
        </w:rPr>
        <w:t xml:space="preserve">[43:11] </w:t>
      </w:r>
      <w:r>
        <w:t>I studied man, throughout my life.</w:t>
      </w:r>
    </w:p>
    <w:p>
      <w:pPr>
        <w:jc w:val="right"/>
      </w:pPr>
      <w:r>
        <w:t>I studied man, throughout my life.</w:t>
      </w:r>
    </w:p>
    <w:p>
      <w:r>
        <w:rPr>
          <w:b/>
        </w:rPr>
        <w:t xml:space="preserve">[43:18] </w:t>
      </w:r>
      <w:r>
        <w:t>The greatest thing I discovered is that man has a great potential.</w:t>
      </w:r>
    </w:p>
    <w:p>
      <w:pPr>
        <w:jc w:val="right"/>
      </w:pPr>
      <w:r>
        <w:t>The greatest thing I discovered is that man has a great potential.</w:t>
      </w:r>
    </w:p>
    <w:p>
      <w:r>
        <w:rPr>
          <w:b/>
        </w:rPr>
        <w:t xml:space="preserve">[43:25] </w:t>
      </w:r>
      <w:r>
        <w:t>Great, great potential.</w:t>
      </w:r>
    </w:p>
    <w:p>
      <w:pPr>
        <w:jc w:val="right"/>
      </w:pPr>
      <w:r>
        <w:t>Great, great potential.</w:t>
      </w:r>
    </w:p>
    <w:p>
      <w:r>
        <w:rPr>
          <w:b/>
        </w:rPr>
        <w:t xml:space="preserve">[43:31] </w:t>
      </w:r>
      <w:r>
        <w:t>So what was his discovery?</w:t>
      </w:r>
    </w:p>
    <w:p>
      <w:pPr>
        <w:jc w:val="right"/>
      </w:pPr>
      <w:r>
        <w:t>So what was his discovery?</w:t>
      </w:r>
    </w:p>
    <w:p>
      <w:r>
        <w:rPr>
          <w:b/>
        </w:rPr>
        <w:t xml:space="preserve">[43:38] </w:t>
      </w:r>
      <w:r>
        <w:t>In his own words, their power—it is his words—their power to turn a minus into a plus.</w:t>
      </w:r>
    </w:p>
    <w:p>
      <w:pPr>
        <w:jc w:val="right"/>
      </w:pPr>
      <w:r>
        <w:t>In his own words, their power—it is his words—their power to turn a minus into a plus.</w:t>
      </w:r>
    </w:p>
    <w:p>
      <w:r>
        <w:rPr>
          <w:b/>
        </w:rPr>
        <w:t xml:space="preserve">[43:45] </w:t>
      </w:r>
      <w:r>
        <w:t>Their power to turn a minus into a plus.</w:t>
      </w:r>
    </w:p>
    <w:p>
      <w:pPr>
        <w:jc w:val="right"/>
      </w:pPr>
      <w:r>
        <w:t>Their power to turn a minus into a plus.</w:t>
      </w:r>
    </w:p>
    <w:p>
      <w:r>
        <w:rPr>
          <w:b/>
        </w:rPr>
        <w:t xml:space="preserve">[43:51] </w:t>
      </w:r>
      <w:r>
        <w:t>This is the power of spirituality.</w:t>
      </w:r>
    </w:p>
    <w:p>
      <w:pPr>
        <w:jc w:val="right"/>
      </w:pPr>
      <w:r>
        <w:t>This is the power of spirituality.</w:t>
      </w:r>
    </w:p>
    <w:p>
      <w:r>
        <w:rPr>
          <w:b/>
        </w:rPr>
        <w:t xml:space="preserve">[43:58] </w:t>
      </w:r>
      <w:r>
        <w:t>You can turn your minus into a plus. But when?</w:t>
      </w:r>
    </w:p>
    <w:p>
      <w:pPr>
        <w:jc w:val="right"/>
      </w:pPr>
      <w:r>
        <w:t>You can turn your minus into a plus. But when?</w:t>
      </w:r>
    </w:p>
    <w:p>
      <w:r>
        <w:rPr>
          <w:b/>
        </w:rPr>
        <w:t xml:space="preserve">[44:05] </w:t>
      </w:r>
      <w:r>
        <w:t>When you are a spiritual person. It is spirituality that enables you to avail this opportunity. Why?</w:t>
      </w:r>
    </w:p>
    <w:p>
      <w:pPr>
        <w:jc w:val="right"/>
      </w:pPr>
      <w:r>
        <w:t>When you are a spiritual person. It is spirituality that enables you to avail this opportunity. Why?</w:t>
      </w:r>
    </w:p>
    <w:p>
      <w:r>
        <w:rPr>
          <w:b/>
        </w:rPr>
        <w:t xml:space="preserve">[44:20] </w:t>
      </w:r>
      <w:r>
        <w:t>It requires positive thinking. It requires positive thinking. It requires patience. It requires tolerance.</w:t>
      </w:r>
    </w:p>
    <w:p>
      <w:pPr>
        <w:jc w:val="right"/>
      </w:pPr>
      <w:r>
        <w:t>It requires positive thinking. It requires positive thinking. It requires patience. It requires tolerance.</w:t>
      </w:r>
    </w:p>
    <w:p>
      <w:r>
        <w:rPr>
          <w:b/>
        </w:rPr>
        <w:t xml:space="preserve">[44:37] </w:t>
      </w:r>
      <w:r>
        <w:t>It requires justice.</w:t>
      </w:r>
    </w:p>
    <w:p>
      <w:pPr>
        <w:jc w:val="right"/>
      </w:pPr>
      <w:r>
        <w:t>It requires justice.</w:t>
      </w:r>
    </w:p>
    <w:p>
      <w:r>
        <w:rPr>
          <w:b/>
        </w:rPr>
        <w:t xml:space="preserve">[44:44] </w:t>
      </w:r>
      <w:r>
        <w:t>It requires love.</w:t>
      </w:r>
    </w:p>
    <w:p>
      <w:pPr>
        <w:jc w:val="right"/>
      </w:pPr>
      <w:r>
        <w:t>It requires love.</w:t>
      </w:r>
    </w:p>
    <w:p>
      <w:r>
        <w:rPr>
          <w:b/>
        </w:rPr>
        <w:t xml:space="preserve">[44:52] </w:t>
      </w:r>
      <w:r>
        <w:t>It requires compassion.</w:t>
      </w:r>
    </w:p>
    <w:p>
      <w:pPr>
        <w:jc w:val="right"/>
      </w:pPr>
      <w:r>
        <w:t>It requires compassion.</w:t>
      </w:r>
    </w:p>
    <w:p>
      <w:r>
        <w:rPr>
          <w:b/>
        </w:rPr>
        <w:t xml:space="preserve">[44:59] </w:t>
      </w:r>
      <w:r>
        <w:t>Because you know, when there is a problem, so people generally think in reaction.</w:t>
      </w:r>
    </w:p>
    <w:p>
      <w:pPr>
        <w:jc w:val="right"/>
      </w:pPr>
      <w:r>
        <w:t>Because you know, when there is a problem, so people generally think in reaction.</w:t>
      </w:r>
    </w:p>
    <w:p>
      <w:r>
        <w:rPr>
          <w:b/>
        </w:rPr>
        <w:t xml:space="preserve">[45:07] </w:t>
      </w:r>
      <w:r>
        <w:t>Their thinking becomes reactionary thinking.</w:t>
      </w:r>
    </w:p>
    <w:p>
      <w:pPr>
        <w:jc w:val="right"/>
      </w:pPr>
      <w:r>
        <w:t>Their thinking becomes reactionary thinking.</w:t>
      </w:r>
    </w:p>
    <w:p>
      <w:r>
        <w:rPr>
          <w:b/>
        </w:rPr>
        <w:t xml:space="preserve">[45:14] </w:t>
      </w:r>
      <w:r>
        <w:t>So when you are responding in a reaction, when there is a situation, and you are responding negatively,</w:t>
      </w:r>
    </w:p>
    <w:p>
      <w:pPr>
        <w:jc w:val="right"/>
      </w:pPr>
      <w:r>
        <w:t>So when you are responding in a reaction, when there is a situation, and you are responding negatively,</w:t>
      </w:r>
    </w:p>
    <w:p>
      <w:r>
        <w:rPr>
          <w:b/>
        </w:rPr>
        <w:t xml:space="preserve">[45:22] </w:t>
      </w:r>
      <w:r>
        <w:t>then you will lose the positive thinking.</w:t>
      </w:r>
    </w:p>
    <w:p>
      <w:pPr>
        <w:jc w:val="right"/>
      </w:pPr>
      <w:r>
        <w:t>then you will lose the positive thinking.</w:t>
      </w:r>
    </w:p>
    <w:p>
      <w:r>
        <w:rPr>
          <w:b/>
        </w:rPr>
        <w:t xml:space="preserve">[45:29] </w:t>
      </w:r>
      <w:r>
        <w:t>And when you will lose positive thinking, then you cannot avail all those opportunities.</w:t>
      </w:r>
    </w:p>
    <w:p>
      <w:pPr>
        <w:jc w:val="right"/>
      </w:pPr>
      <w:r>
        <w:t>And when you will lose positive thinking, then you cannot avail all those opportunities.</w:t>
      </w:r>
    </w:p>
    <w:p>
      <w:r>
        <w:rPr>
          <w:b/>
        </w:rPr>
        <w:t xml:space="preserve">[45:37] </w:t>
      </w:r>
      <w:r>
        <w:t>You become unable to turn your minus into a plus.</w:t>
      </w:r>
    </w:p>
    <w:p>
      <w:pPr>
        <w:jc w:val="right"/>
      </w:pPr>
      <w:r>
        <w:t>You become unable to turn your minus into a plus.</w:t>
      </w:r>
    </w:p>
    <w:p>
      <w:r>
        <w:rPr>
          <w:b/>
        </w:rPr>
        <w:t xml:space="preserve">[45:42] </w:t>
      </w:r>
      <w:r>
        <w:t>So if you are a materialist, you are a worldly person, you are living in hate and intolerance,</w:t>
      </w:r>
    </w:p>
    <w:p>
      <w:pPr>
        <w:jc w:val="right"/>
      </w:pPr>
      <w:r>
        <w:t>So if you are a materialist, you are a worldly person, you are living in hate and intolerance,</w:t>
      </w:r>
    </w:p>
    <w:p>
      <w:r>
        <w:rPr>
          <w:b/>
        </w:rPr>
        <w:t xml:space="preserve">[45:48] </w:t>
      </w:r>
      <w:r>
        <w:t>you cannot avail this opportunity.</w:t>
      </w:r>
    </w:p>
    <w:p>
      <w:pPr>
        <w:jc w:val="right"/>
      </w:pPr>
      <w:r>
        <w:t>you cannot avail this opportunity.</w:t>
      </w:r>
    </w:p>
    <w:p>
      <w:r>
        <w:rPr>
          <w:b/>
        </w:rPr>
        <w:t xml:space="preserve">[45:53] </w:t>
      </w:r>
      <w:r>
        <w:t>You cannot turn your minus into a plus.</w:t>
      </w:r>
    </w:p>
    <w:p>
      <w:pPr>
        <w:jc w:val="right"/>
      </w:pPr>
      <w:r>
        <w:t>You cannot turn your minus into a plus.</w:t>
      </w:r>
    </w:p>
    <w:p>
      <w:r>
        <w:rPr>
          <w:b/>
        </w:rPr>
        <w:t xml:space="preserve">[45:59] </w:t>
      </w:r>
      <w:r>
        <w:t>It requires complete positivity.</w:t>
      </w:r>
    </w:p>
    <w:p>
      <w:pPr>
        <w:jc w:val="right"/>
      </w:pPr>
      <w:r>
        <w:t>It requires complete positivity.</w:t>
      </w:r>
    </w:p>
    <w:p>
      <w:r>
        <w:rPr>
          <w:b/>
        </w:rPr>
        <w:t xml:space="preserve">[46:04] </w:t>
      </w:r>
      <w:r>
        <w:t>It requires love towards humanity.</w:t>
      </w:r>
    </w:p>
    <w:p>
      <w:pPr>
        <w:jc w:val="right"/>
      </w:pPr>
      <w:r>
        <w:t>It requires love towards humanity.</w:t>
      </w:r>
    </w:p>
    <w:p>
      <w:r>
        <w:rPr>
          <w:b/>
        </w:rPr>
        <w:t xml:space="preserve">[46:10] </w:t>
      </w:r>
      <w:r>
        <w:t>What is love?</w:t>
      </w:r>
    </w:p>
    <w:p>
      <w:pPr>
        <w:jc w:val="right"/>
      </w:pPr>
      <w:r>
        <w:t>What is love?</w:t>
      </w:r>
    </w:p>
    <w:p>
      <w:r>
        <w:rPr>
          <w:b/>
        </w:rPr>
        <w:t xml:space="preserve">[46:16] </w:t>
      </w:r>
      <w:r>
        <w:t>Love means you are free of all kinds of negative thoughts. When Jesus Christ said, "Love your enemy," it means that live without negativity. Live without hate. Live without complaint.</w:t>
      </w:r>
    </w:p>
    <w:p>
      <w:pPr>
        <w:jc w:val="right"/>
      </w:pPr>
      <w:r>
        <w:t>Love means you are free of all kinds of negative thoughts. When Jesus Christ said, "Love your enemy," it means that live without negativity. Live without hate. Live without complaint.</w:t>
      </w:r>
    </w:p>
    <w:p>
      <w:r>
        <w:rPr>
          <w:b/>
        </w:rPr>
        <w:t xml:space="preserve">[46:45] </w:t>
      </w:r>
      <w:r>
        <w:t>Live without protest.</w:t>
      </w:r>
    </w:p>
    <w:p>
      <w:pPr>
        <w:jc w:val="right"/>
      </w:pPr>
      <w:r>
        <w:t>Live without protest.</w:t>
      </w:r>
    </w:p>
    <w:p>
      <w:r>
        <w:rPr>
          <w:b/>
        </w:rPr>
        <w:t xml:space="preserve">[46:52] </w:t>
      </w:r>
      <w:r>
        <w:t>This is love your enemy.</w:t>
      </w:r>
    </w:p>
    <w:p>
      <w:pPr>
        <w:jc w:val="right"/>
      </w:pPr>
      <w:r>
        <w:t>This is love your enemy.</w:t>
      </w:r>
    </w:p>
    <w:p>
      <w:r>
        <w:rPr>
          <w:b/>
        </w:rPr>
        <w:t xml:space="preserve">[47:00] </w:t>
      </w:r>
      <w:r>
        <w:t>It is a culture, a culture of positivity.</w:t>
      </w:r>
    </w:p>
    <w:p>
      <w:pPr>
        <w:jc w:val="right"/>
      </w:pPr>
      <w:r>
        <w:t>It is a culture, a culture of positivity.</w:t>
      </w:r>
    </w:p>
    <w:p>
      <w:r>
        <w:rPr>
          <w:b/>
        </w:rPr>
        <w:t xml:space="preserve">[47:08] </w:t>
      </w:r>
      <w:r>
        <w:t>The prophets of Islam and the prophet Jesus both tell us this secret of life, that if you</w:t>
      </w:r>
    </w:p>
    <w:p>
      <w:pPr>
        <w:jc w:val="right"/>
      </w:pPr>
      <w:r>
        <w:t>The prophets of Islam and the prophet Jesus both tell us this secret of life, that if you</w:t>
      </w:r>
    </w:p>
    <w:p>
      <w:r>
        <w:rPr>
          <w:b/>
        </w:rPr>
        <w:t xml:space="preserve">[47:16] </w:t>
      </w:r>
      <w:r>
        <w:t>are able to live in positivity, then you are able to turn your minus into a plus. Otherwise, no. Otherwise, no.</w:t>
      </w:r>
    </w:p>
    <w:p>
      <w:pPr>
        <w:jc w:val="right"/>
      </w:pPr>
      <w:r>
        <w:t>are able to live in positivity, then you are able to turn your minus into a plus. Otherwise, no. Otherwise, no.</w:t>
      </w:r>
    </w:p>
    <w:p>
      <w:r>
        <w:rPr>
          <w:b/>
        </w:rPr>
        <w:t xml:space="preserve">[47:24] </w:t>
      </w:r>
      <w:r>
        <w:t>This is the secret of life.</w:t>
      </w:r>
    </w:p>
    <w:p>
      <w:pPr>
        <w:jc w:val="right"/>
      </w:pPr>
      <w:r>
        <w:t>This is the secret of life.</w:t>
      </w:r>
    </w:p>
    <w:p>
      <w:r>
        <w:rPr>
          <w:b/>
        </w:rPr>
        <w:t xml:space="preserve">[47:32] </w:t>
      </w:r>
      <w:r>
        <w:t>And only a spiritual person can avail this opportunity.</w:t>
      </w:r>
    </w:p>
    <w:p>
      <w:pPr>
        <w:jc w:val="right"/>
      </w:pPr>
      <w:r>
        <w:t>And only a spiritual person can avail this opportunity.</w:t>
      </w:r>
    </w:p>
    <w:p>
      <w:r>
        <w:rPr>
          <w:b/>
        </w:rPr>
        <w:t xml:space="preserve">[47:40] </w:t>
      </w:r>
      <w:r>
        <w:t>This is the formula of superachievement.</w:t>
      </w:r>
    </w:p>
    <w:p>
      <w:pPr>
        <w:jc w:val="right"/>
      </w:pPr>
      <w:r>
        <w:t>This is the formula of superachievement.</w:t>
      </w:r>
    </w:p>
    <w:p>
      <w:r>
        <w:rPr>
          <w:b/>
        </w:rPr>
        <w:t xml:space="preserve">[47:48] </w:t>
      </w:r>
      <w:r>
        <w:t>What is spirituality? Spirituality gives you the formula of superachievement. Here is the formula of superachievement. All those formulas are false. I think that only spirituality gives you the formula of superachievement. If you follow this formula, you will become a superachiever. Superachiever.</w:t>
      </w:r>
    </w:p>
    <w:p>
      <w:pPr>
        <w:jc w:val="right"/>
      </w:pPr>
      <w:r>
        <w:t>What is spirituality? Spirituality gives you the formula of superachievement. Here is the formula of superachievement. All those formulas are false. I think that only spirituality gives you the formula of superachievement. If you follow this formula, you will become a superachiever. Superachiever.</w:t>
      </w:r>
    </w:p>
    <w:p>
      <w:r>
        <w:rPr>
          <w:b/>
        </w:rPr>
        <w:t xml:space="preserve">[48:18] </w:t>
      </w:r>
      <w:r>
        <w:t>Because it is spirituality that enables you.</w:t>
      </w:r>
    </w:p>
    <w:p>
      <w:pPr>
        <w:jc w:val="right"/>
      </w:pPr>
      <w:r>
        <w:t>Because it is spirituality that enables you.</w:t>
      </w:r>
    </w:p>
    <w:p>
      <w:r>
        <w:rPr>
          <w:b/>
        </w:rPr>
        <w:t xml:space="preserve">[48:25] </w:t>
      </w:r>
      <w:r>
        <w:t>It is spirituality that enables you to turn your minus into a plus.</w:t>
      </w:r>
    </w:p>
    <w:p>
      <w:pPr>
        <w:jc w:val="right"/>
      </w:pPr>
      <w:r>
        <w:t>It is spirituality that enables you to turn your minus into a plus.</w:t>
      </w:r>
    </w:p>
    <w:p>
      <w:r>
        <w:rPr>
          <w:b/>
        </w:rPr>
        <w:t xml:space="preserve">[48:33] </w:t>
      </w:r>
      <w:r>
        <w:t>And this is the highest form of humanity.</w:t>
      </w:r>
    </w:p>
    <w:p>
      <w:pPr>
        <w:jc w:val="right"/>
      </w:pPr>
      <w:r>
        <w:t>And this is the highest form of humanity.</w:t>
      </w:r>
    </w:p>
    <w:p>
      <w:r>
        <w:rPr>
          <w:b/>
        </w:rPr>
        <w:t xml:space="preserve">[48:41] </w:t>
      </w:r>
      <w:r>
        <w:t>So I would like to say that science has played a role of what I call a corrective role.</w:t>
      </w:r>
    </w:p>
    <w:p>
      <w:pPr>
        <w:jc w:val="right"/>
      </w:pPr>
      <w:r>
        <w:t>So I would like to say that science has played a role of what I call a corrective role.</w:t>
      </w:r>
    </w:p>
    <w:p>
      <w:r>
        <w:rPr>
          <w:b/>
        </w:rPr>
        <w:t xml:space="preserve">[48:49] </w:t>
      </w:r>
      <w:r>
        <w:t>Corrective role in this regard.</w:t>
      </w:r>
    </w:p>
    <w:p>
      <w:pPr>
        <w:jc w:val="right"/>
      </w:pPr>
      <w:r>
        <w:t>Corrective role in this regard.</w:t>
      </w:r>
    </w:p>
    <w:p>
      <w:r>
        <w:rPr>
          <w:b/>
        </w:rPr>
        <w:t xml:space="preserve">[48:57] </w:t>
      </w:r>
      <w:r>
        <w:t>Previously, spirituality was obsessed with superstition.</w:t>
      </w:r>
    </w:p>
    <w:p>
      <w:pPr>
        <w:jc w:val="right"/>
      </w:pPr>
      <w:r>
        <w:t>Previously, spirituality was obsessed with superstition.</w:t>
      </w:r>
    </w:p>
    <w:p>
      <w:r>
        <w:rPr>
          <w:b/>
        </w:rPr>
        <w:t xml:space="preserve">[49:05] </w:t>
      </w:r>
      <w:r>
        <w:t>I can say that previously, spirituality was simply a branch of superstition.</w:t>
      </w:r>
    </w:p>
    <w:p>
      <w:pPr>
        <w:jc w:val="right"/>
      </w:pPr>
      <w:r>
        <w:t>I can say that previously, spirituality was simply a branch of superstition.</w:t>
      </w:r>
    </w:p>
    <w:p>
      <w:r>
        <w:rPr>
          <w:b/>
        </w:rPr>
        <w:t xml:space="preserve">[49:13] </w:t>
      </w:r>
      <w:r>
        <w:t>The only achievement was ecstasy.</w:t>
      </w:r>
    </w:p>
    <w:p>
      <w:pPr>
        <w:jc w:val="right"/>
      </w:pPr>
      <w:r>
        <w:t>The only achievement was ecstasy.</w:t>
      </w:r>
    </w:p>
    <w:p>
      <w:r>
        <w:rPr>
          <w:b/>
        </w:rPr>
        <w:t xml:space="preserve">[49:22] </w:t>
      </w:r>
      <w:r>
        <w:t>And ecstasy is nothing.</w:t>
      </w:r>
    </w:p>
    <w:p>
      <w:pPr>
        <w:jc w:val="right"/>
      </w:pPr>
      <w:r>
        <w:t>And ecstasy is nothing.</w:t>
      </w:r>
    </w:p>
    <w:p>
      <w:r>
        <w:rPr>
          <w:b/>
        </w:rPr>
        <w:t xml:space="preserve">[49:30] </w:t>
      </w:r>
      <w:r>
        <w:t>Now, science has enabled us to develop spirituality as a super-discipline of life.</w:t>
      </w:r>
    </w:p>
    <w:p>
      <w:pPr>
        <w:jc w:val="right"/>
      </w:pPr>
      <w:r>
        <w:t>Now, science has enabled us to develop spirituality as a super-discipline of life.</w:t>
      </w:r>
    </w:p>
    <w:p>
      <w:r>
        <w:rPr>
          <w:b/>
        </w:rPr>
        <w:t xml:space="preserve">[49:39] </w:t>
      </w:r>
      <w:r>
        <w:t>That is the same level that says Adler to turn your minus into a plus.</w:t>
      </w:r>
    </w:p>
    <w:p>
      <w:pPr>
        <w:jc w:val="right"/>
      </w:pPr>
      <w:r>
        <w:t>That is the same level that says Adler to turn your minus into a plus.</w:t>
      </w:r>
    </w:p>
    <w:p>
      <w:r>
        <w:rPr>
          <w:b/>
        </w:rPr>
        <w:t xml:space="preserve">[49:47] </w:t>
      </w:r>
      <w:r>
        <w:t>Spirituality makes you a superman.</w:t>
      </w:r>
    </w:p>
    <w:p>
      <w:pPr>
        <w:jc w:val="right"/>
      </w:pPr>
      <w:r>
        <w:t>Spirituality makes you a superman.</w:t>
      </w:r>
    </w:p>
    <w:p>
      <w:r>
        <w:rPr>
          <w:b/>
        </w:rPr>
        <w:t xml:space="preserve">[49:56] </w:t>
      </w:r>
      <w:r>
        <w:t>And then you can achieve super success.</w:t>
      </w:r>
    </w:p>
    <w:p>
      <w:pPr>
        <w:jc w:val="right"/>
      </w:pPr>
      <w:r>
        <w:t>And then you can achieve super success.</w:t>
      </w:r>
    </w:p>
    <w:p>
      <w:r>
        <w:rPr>
          <w:b/>
        </w:rPr>
        <w:t xml:space="preserve">[50:05] </w:t>
      </w:r>
      <w:r>
        <w:t>I say this and ask forgiveness from Allah for me and for all of you.</w:t>
      </w:r>
    </w:p>
    <w:p>
      <w:pPr>
        <w:jc w:val="right"/>
      </w:pPr>
      <w:r>
        <w:t>أقول قولي هذا واستغفر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