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And The Prophet- 16th Aug. 2007</w:t>
      </w:r>
    </w:p>
    <w:p>
      <w:r>
        <w:t>https://www.youtube.com/watch?v=HM_r_REgn8U</w:t>
      </w:r>
    </w:p>
    <w:p>
      <w:r>
        <w:rPr>
          <w:b/>
        </w:rPr>
        <w:t xml:space="preserve">[00:21] </w:t>
      </w:r>
      <w:r>
        <w:t>bismillah-ir-rehman-ir-raheem, wa-sallallahu 'ala-n-nabiyyil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rab-bish-rah-li sadri, wa yassir li amri, wah-lul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The topic for this day is God and the Prophet in Islam.</w:t>
      </w:r>
    </w:p>
    <w:p>
      <w:pPr>
        <w:jc w:val="right"/>
      </w:pPr>
      <w:r>
        <w:t>دا ٹاپک فار دس ڈے از گاڈ اینڈ دی پرافٹ ان اسلام۔</w:t>
      </w:r>
    </w:p>
    <w:p>
      <w:r>
        <w:rPr>
          <w:b/>
        </w:rPr>
        <w:t xml:space="preserve">[00:35] </w:t>
      </w:r>
      <w:r>
        <w:t>The belief system of Islam has two basic pillars, that is Tawhid and Risalat.</w:t>
      </w:r>
    </w:p>
    <w:p>
      <w:pPr>
        <w:jc w:val="right"/>
      </w:pPr>
      <w:r>
        <w:t>دا بیلیف سسٹم اف اسلام ہیز ٹو بیسک پلرز، دیٹ از توحید اینڈ رسالت۔</w:t>
      </w:r>
    </w:p>
    <w:p>
      <w:r>
        <w:rPr>
          <w:b/>
        </w:rPr>
        <w:t xml:space="preserve">[00:41] </w:t>
      </w:r>
      <w:r>
        <w:t>توحید means that God is one, there is no God but one God.</w:t>
      </w:r>
    </w:p>
    <w:p>
      <w:pPr>
        <w:jc w:val="right"/>
      </w:pPr>
      <w:r>
        <w:t>توحید مینز دیٹ گاڈ از ون، دیر از نو گاڈ بٹ ون گاڈ۔</w:t>
      </w:r>
    </w:p>
    <w:p>
      <w:r>
        <w:rPr>
          <w:b/>
        </w:rPr>
        <w:t xml:space="preserve">[00:47] </w:t>
      </w:r>
      <w:r>
        <w:t>And risalat means the prophethood.</w:t>
      </w:r>
    </w:p>
    <w:p>
      <w:pPr>
        <w:jc w:val="right"/>
      </w:pPr>
      <w:r>
        <w:t>اینڈ رسالت مینز دا پرافٹ ہڈ۔</w:t>
      </w:r>
    </w:p>
    <w:p>
      <w:r>
        <w:rPr>
          <w:b/>
        </w:rPr>
        <w:t xml:space="preserve">[00:49] </w:t>
      </w:r>
      <w:r>
        <w:t>So, according to Islam, God is the creator and sustainer and law, Lord of the Day of Judgment.</w:t>
      </w:r>
    </w:p>
    <w:p>
      <w:pPr>
        <w:jc w:val="right"/>
      </w:pPr>
      <w:r>
        <w:t>سو اکارڈنگ ٹو اسلام، گاڈ از دا کریٹر اینڈ سسٹینر اینڈ لا، لارڈ اف دا ڈے اف ججمنٹ۔</w:t>
      </w:r>
    </w:p>
    <w:p>
      <w:r>
        <w:rPr>
          <w:b/>
        </w:rPr>
        <w:t xml:space="preserve">[00:57] </w:t>
      </w:r>
      <w:r>
        <w:t>And God has appointed prophets in different times and different places for man's guidance.</w:t>
      </w:r>
    </w:p>
    <w:p>
      <w:pPr>
        <w:jc w:val="right"/>
      </w:pPr>
      <w:r>
        <w:t>اینڈ گاڈ ہیز اپوائنٹڈ پرافٹس ان ڈفرنٹ ٹائمز اینڈ ڈفرنٹ پلیسز فار مینز گائیڈنس۔</w:t>
      </w:r>
    </w:p>
    <w:p>
      <w:r>
        <w:rPr>
          <w:b/>
        </w:rPr>
        <w:t xml:space="preserve">[01:03] </w:t>
      </w:r>
      <w:r>
        <w:t>The Prophet Muhammad صلی اللہ علیہ وسلم is the final prophet.</w:t>
      </w:r>
    </w:p>
    <w:p>
      <w:pPr>
        <w:jc w:val="right"/>
      </w:pPr>
      <w:r>
        <w:t>دین پرافٹ محمد صلی اللہ علیہ وسلم از دا فائنل پرافٹ۔</w:t>
      </w:r>
    </w:p>
    <w:p>
      <w:r>
        <w:rPr>
          <w:b/>
        </w:rPr>
        <w:t xml:space="preserve">[01:08] </w:t>
      </w:r>
      <w:r>
        <w:t>There is no prophet after Muhammad.</w:t>
      </w:r>
    </w:p>
    <w:p>
      <w:pPr>
        <w:jc w:val="right"/>
      </w:pPr>
      <w:r>
        <w:t>دیر از نو پرافٹ افٹر محمد۔</w:t>
      </w:r>
    </w:p>
    <w:p>
      <w:r>
        <w:rPr>
          <w:b/>
        </w:rPr>
        <w:t xml:space="preserve">[01:10] </w:t>
      </w:r>
      <w:r>
        <w:t>Prophet of Islam is the only source of guidance for all mankind.</w:t>
      </w:r>
    </w:p>
    <w:p>
      <w:pPr>
        <w:jc w:val="right"/>
      </w:pPr>
      <w:r>
        <w:t>پرافٹ اف اسلام از دا اونلی سورس اف گائیڈنس فار ال مین کائنڈ۔</w:t>
      </w:r>
    </w:p>
    <w:p>
      <w:r>
        <w:rPr>
          <w:b/>
        </w:rPr>
        <w:t xml:space="preserve">[01:16] </w:t>
      </w:r>
      <w:r>
        <w:t>Now, belief in God begins from discovery or realization, that is called in Islam marifah.</w:t>
      </w:r>
    </w:p>
    <w:p>
      <w:pPr>
        <w:jc w:val="right"/>
      </w:pPr>
      <w:r>
        <w:t>ناو، بیلیف ان گاڈ بیگنز فرام ڈسکوری اور ریلائزیشن، دیٹ از کالڈ ان اسلام معرفہ۔</w:t>
      </w:r>
    </w:p>
    <w:p>
      <w:r>
        <w:rPr>
          <w:b/>
        </w:rPr>
        <w:t xml:space="preserve">[01:22] </w:t>
      </w:r>
      <w:r>
        <w:t>Al-Ma'rifah.</w:t>
      </w:r>
    </w:p>
    <w:p>
      <w:pPr>
        <w:jc w:val="right"/>
      </w:pPr>
      <w:r>
        <w:t>المعرفہ۔</w:t>
      </w:r>
    </w:p>
    <w:p>
      <w:r>
        <w:rPr>
          <w:b/>
        </w:rPr>
        <w:t xml:space="preserve">[01:24] </w:t>
      </w:r>
      <w:r>
        <w:t>Ma'rifah means realization.</w:t>
      </w:r>
    </w:p>
    <w:p>
      <w:pPr>
        <w:jc w:val="right"/>
      </w:pPr>
      <w:r>
        <w:t>معرفہ مینز ریلائزیشن۔</w:t>
      </w:r>
    </w:p>
    <w:p>
      <w:r>
        <w:rPr>
          <w:b/>
        </w:rPr>
        <w:t xml:space="preserve">[01:25] </w:t>
      </w:r>
      <w:r>
        <w:t>So when a person, man or woman, thinks about his creator, he ponders over the universe, he contemplates,</w:t>
      </w:r>
    </w:p>
    <w:p>
      <w:pPr>
        <w:jc w:val="right"/>
      </w:pPr>
      <w:r>
        <w:t>سو وین ا پرسن، مین اور وومن، تھنکس اباؤٹ ہز کریٹر، ہی پونڈر اوور دی یونیورس، ہی کنٹمپلیٹس،</w:t>
      </w:r>
    </w:p>
    <w:p>
      <w:r>
        <w:rPr>
          <w:b/>
        </w:rPr>
        <w:t xml:space="preserve">[01:33] </w:t>
      </w:r>
      <w:r>
        <w:t>Deen he discovers that there is a God Almighty.</w:t>
      </w:r>
    </w:p>
    <w:p>
      <w:pPr>
        <w:jc w:val="right"/>
      </w:pPr>
      <w:r>
        <w:t>دین ہی ڈسکورز دیٹ دیر از اے گاڈ المائٹی۔</w:t>
      </w:r>
    </w:p>
    <w:p>
      <w:r>
        <w:rPr>
          <w:b/>
        </w:rPr>
        <w:t xml:space="preserve">[01:37] </w:t>
      </w:r>
      <w:r>
        <w:t>So after this discovery, so belief in God begins from discovery.</w:t>
      </w:r>
    </w:p>
    <w:p>
      <w:pPr>
        <w:jc w:val="right"/>
      </w:pPr>
      <w:r>
        <w:t>سو افٹر دس ڈسکوری، سو بیلیف ان گاڈ بیگنز فرام ڈسکوری۔</w:t>
      </w:r>
    </w:p>
    <w:p>
      <w:r>
        <w:rPr>
          <w:b/>
        </w:rPr>
        <w:t xml:space="preserve">[01:41] </w:t>
      </w:r>
      <w:r>
        <w:t>When we discover God, we also discover that God is the only source of guidance.</w:t>
      </w:r>
    </w:p>
    <w:p>
      <w:pPr>
        <w:jc w:val="right"/>
      </w:pPr>
      <w:r>
        <w:t>دین وین ہی ڈسکور گاڈ، وی السو ڈسکور دیٹ گاڈ از دا اونلی سورس اف گائیڈنس۔</w:t>
      </w:r>
    </w:p>
    <w:p>
      <w:r>
        <w:rPr>
          <w:b/>
        </w:rPr>
        <w:t xml:space="preserve">[01:48] </w:t>
      </w:r>
      <w:r>
        <w:t>God has sent His word, that is preserved in the form of Quran.</w:t>
      </w:r>
    </w:p>
    <w:p>
      <w:pPr>
        <w:jc w:val="right"/>
      </w:pPr>
      <w:r>
        <w:t>گاڈ ہیز سینڈ ہز ورڈ، دیٹ از پریزروڈ ان دا فارم اف قرآن۔</w:t>
      </w:r>
    </w:p>
    <w:p>
      <w:r>
        <w:rPr>
          <w:b/>
        </w:rPr>
        <w:t xml:space="preserve">[01:54] </w:t>
      </w:r>
      <w:r>
        <w:t>So Quran gives us the divine ideology of life.</w:t>
      </w:r>
    </w:p>
    <w:p>
      <w:pPr>
        <w:jc w:val="right"/>
      </w:pPr>
      <w:r>
        <w:t>سو قرآن گوز اس دی ڈیوائن ائیڈیالوجی اف لائف۔</w:t>
      </w:r>
    </w:p>
    <w:p>
      <w:r>
        <w:rPr>
          <w:b/>
        </w:rPr>
        <w:t xml:space="preserve">[01:58] </w:t>
      </w:r>
      <w:r>
        <w:t>Every thing which we need for the betterment of our life, it is mentioned in the Quran.</w:t>
      </w:r>
    </w:p>
    <w:p>
      <w:pPr>
        <w:jc w:val="right"/>
      </w:pPr>
      <w:r>
        <w:t>ایوری تھنگ وچ وی نیڈ فار دا بیٹرمنٹ اف اور لائف، اٹ از مینشن ان دا قرآن۔</w:t>
      </w:r>
    </w:p>
    <w:p>
      <w:r>
        <w:rPr>
          <w:b/>
        </w:rPr>
        <w:t xml:space="preserve">[02:05] </w:t>
      </w:r>
      <w:r>
        <w:t>Not in detail, but as a basic principles.</w:t>
      </w:r>
    </w:p>
    <w:p>
      <w:pPr>
        <w:jc w:val="right"/>
      </w:pPr>
      <w:r>
        <w:t>ناٹ ان ڈیٹیل، بٹ ایز اے بیسک پرنسپلز۔</w:t>
      </w:r>
    </w:p>
    <w:p>
      <w:r>
        <w:rPr>
          <w:b/>
        </w:rPr>
        <w:t xml:space="preserve">[02:09] </w:t>
      </w:r>
      <w:r>
        <w:t>So basic principles of life, we find in the Quran.</w:t>
      </w:r>
    </w:p>
    <w:p>
      <w:pPr>
        <w:jc w:val="right"/>
      </w:pPr>
      <w:r>
        <w:t>سو بیسک پرنسپلز اف لائف، وی فائنڈ ان دا قرآن۔</w:t>
      </w:r>
    </w:p>
    <w:p>
      <w:r>
        <w:rPr>
          <w:b/>
        </w:rPr>
        <w:t xml:space="preserve">[02:13] </w:t>
      </w:r>
      <w:r>
        <w:t>and as a details, and also the model of divine life, we find in the life of the</w:t>
      </w:r>
    </w:p>
    <w:p>
      <w:pPr>
        <w:jc w:val="right"/>
      </w:pPr>
      <w:r>
        <w:t>اینڈ ایز اے ڈیٹیلز، اینڈ السو دا ماڈل اف ڈیوائن لائف، وی فائنڈ ان دا لائف اف دا</w:t>
      </w:r>
    </w:p>
    <w:p>
      <w:r>
        <w:rPr>
          <w:b/>
        </w:rPr>
        <w:t xml:space="preserve">[02:21] </w:t>
      </w:r>
      <w:r>
        <w:t>Prophet of Islam, Muhammad sallallahu alaihi wasallam.</w:t>
      </w:r>
    </w:p>
    <w:p>
      <w:pPr>
        <w:jc w:val="right"/>
      </w:pPr>
      <w:r>
        <w:t>پرافٹ اف اسلام، محمد صلی اللہ علیہ وسلم۔</w:t>
      </w:r>
    </w:p>
    <w:p>
      <w:r>
        <w:rPr>
          <w:b/>
        </w:rPr>
        <w:t xml:space="preserve">[02:24] </w:t>
      </w:r>
      <w:r>
        <w:t>So what is required regarding the belief in God? It is required, what is required is said to</w:t>
      </w:r>
    </w:p>
    <w:p>
      <w:pPr>
        <w:jc w:val="right"/>
      </w:pPr>
      <w:r>
        <w:t>سو واٹ از ریکوائرڈ ریگارڈنگ دی بیلیف ان گاڈ؟ اٹ از ریکوائرڈ، واٹ از ریکوائرڈ از سیڈ ٹو</w:t>
      </w:r>
    </w:p>
    <w:p>
      <w:r>
        <w:rPr>
          <w:b/>
        </w:rPr>
        <w:t xml:space="preserve">[02:32] </w:t>
      </w:r>
      <w:r>
        <w:t>Be ta'alluq billah.</w:t>
      </w:r>
    </w:p>
    <w:p>
      <w:pPr>
        <w:jc w:val="right"/>
      </w:pPr>
      <w:r>
        <w:t>بی تعلق باللہ۔</w:t>
      </w:r>
    </w:p>
    <w:p>
      <w:r>
        <w:rPr>
          <w:b/>
        </w:rPr>
        <w:t xml:space="preserve">[02:33] </w:t>
      </w:r>
      <w:r>
        <w:t>تعلق باللہ means not only realization, but also living with God.</w:t>
      </w:r>
    </w:p>
    <w:p>
      <w:pPr>
        <w:jc w:val="right"/>
      </w:pPr>
      <w:r>
        <w:t>تعلق باللہ مینز ناٹ اونلی ریلائزیشن، بٹ السو لیونگ ود گاڈ۔</w:t>
      </w:r>
    </w:p>
    <w:p>
      <w:r>
        <w:rPr>
          <w:b/>
        </w:rPr>
        <w:t xml:space="preserve">[02:38] </w:t>
      </w:r>
      <w:r>
        <w:t>So one aspect is that, that you discover God, you realize God, you know that there is a</w:t>
      </w:r>
    </w:p>
    <w:p>
      <w:pPr>
        <w:jc w:val="right"/>
      </w:pPr>
      <w:r>
        <w:t>سو ون اسپیکٹ از دیٹ، دیٹ یو ڈسکور گاڈ، یو ریلائز گاڈ، یو نو دیٹ دیر از اے</w:t>
      </w:r>
    </w:p>
    <w:p>
      <w:r>
        <w:rPr>
          <w:b/>
        </w:rPr>
        <w:t xml:space="preserve">[02:46]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[02:47] </w:t>
      </w:r>
      <w:r>
        <w:t>But at the same time, you have to find God in your personal level.</w:t>
      </w:r>
    </w:p>
    <w:p>
      <w:pPr>
        <w:jc w:val="right"/>
      </w:pPr>
      <w:r>
        <w:t>بٹ ایٹ دا سیم ٹائم، یو ہیو ٹو فائنڈ گاڈ ان یور پرسنل لیول۔</w:t>
      </w:r>
    </w:p>
    <w:p>
      <w:r>
        <w:rPr>
          <w:b/>
        </w:rPr>
        <w:t xml:space="preserve">[02:53] </w:t>
      </w:r>
      <w:r>
        <w:t>personal level.</w:t>
      </w:r>
    </w:p>
    <w:p>
      <w:pPr>
        <w:jc w:val="right"/>
      </w:pPr>
      <w:r>
        <w:t>پرسنل لیول۔</w:t>
      </w:r>
    </w:p>
    <w:p>
      <w:r>
        <w:rPr>
          <w:b/>
        </w:rPr>
        <w:t xml:space="preserve">[02:55] </w:t>
      </w:r>
      <w:r>
        <w:t>So you have to find inspiration in your mind.</w:t>
      </w:r>
    </w:p>
    <w:p>
      <w:pPr>
        <w:jc w:val="right"/>
      </w:pPr>
      <w:r>
        <w:t>سو یو ہیو ٹو فائنڈ انسپریشن ان یور مائنڈ۔</w:t>
      </w:r>
    </w:p>
    <w:p>
      <w:r>
        <w:rPr>
          <w:b/>
        </w:rPr>
        <w:t xml:space="preserve">[02:58] </w:t>
      </w:r>
      <w:r>
        <w:t>You have to find love and fear of God in your heart.</w:t>
      </w:r>
    </w:p>
    <w:p>
      <w:pPr>
        <w:jc w:val="right"/>
      </w:pPr>
      <w:r>
        <w:t>یو ہیو ٹو فائنڈ لو اینڈ فیئر اف گاڈ ان یور ہارٹ۔</w:t>
      </w:r>
    </w:p>
    <w:p>
      <w:r>
        <w:rPr>
          <w:b/>
        </w:rPr>
        <w:t xml:space="preserve">[03:04] </w:t>
      </w:r>
      <w:r>
        <w:t>You have to live in, in, in communion.</w:t>
      </w:r>
    </w:p>
    <w:p>
      <w:pPr>
        <w:jc w:val="right"/>
      </w:pPr>
      <w:r>
        <w:t>یو ہیو ٹو لیو ان، ان، ان کمیونین۔</w:t>
      </w:r>
    </w:p>
    <w:p>
      <w:r>
        <w:rPr>
          <w:b/>
        </w:rPr>
        <w:t xml:space="preserve">[03:07] </w:t>
      </w:r>
      <w:r>
        <w:t>You have to experience communion with God.</w:t>
      </w:r>
    </w:p>
    <w:p>
      <w:pPr>
        <w:jc w:val="right"/>
      </w:pPr>
      <w:r>
        <w:t>یو ہیو ٹو ایکسپیرینس کمیونین ود گاڈ۔</w:t>
      </w:r>
    </w:p>
    <w:p>
      <w:r>
        <w:rPr>
          <w:b/>
        </w:rPr>
        <w:t xml:space="preserve">[03:10] </w:t>
      </w:r>
      <w:r>
        <w:t>There is called silat al-abd bi-rabbihi.</w:t>
      </w:r>
    </w:p>
    <w:p>
      <w:pPr>
        <w:jc w:val="right"/>
      </w:pPr>
      <w:r>
        <w:t>دیر از کالڈ صلت العبد بربہ۔</w:t>
      </w:r>
    </w:p>
    <w:p>
      <w:r>
        <w:rPr>
          <w:b/>
        </w:rPr>
        <w:t xml:space="preserve">[03:13] </w:t>
      </w:r>
      <w:r>
        <w:t>صلت العبد بربہ، the relationship between man and God.</w:t>
      </w:r>
    </w:p>
    <w:p>
      <w:pPr>
        <w:jc w:val="right"/>
      </w:pPr>
      <w:r>
        <w:t>صلت العبد بربہ، دا ریلیشن شپ بٹوین مین اینڈ گاڈ۔</w:t>
      </w:r>
    </w:p>
    <w:p>
      <w:r>
        <w:rPr>
          <w:b/>
        </w:rPr>
        <w:t xml:space="preserve">[03:17] </w:t>
      </w:r>
      <w:r>
        <w:t>So when you experience the relationship between God and man, it's not a simple thing.</w:t>
      </w:r>
    </w:p>
    <w:p>
      <w:pPr>
        <w:jc w:val="right"/>
      </w:pPr>
      <w:r>
        <w:t>سو وین یو ایکسپیرینس دا ریلیشن شپ بٹوین گاڈ اینڈ مین، اٹ ناٹ اے سمپل تھنگ۔</w:t>
      </w:r>
    </w:p>
    <w:p>
      <w:r>
        <w:rPr>
          <w:b/>
        </w:rPr>
        <w:t xml:space="preserve">[03:24] </w:t>
      </w:r>
      <w:r>
        <w:t>It goes you great impressions, great, it goes you great inspirations.</w:t>
      </w:r>
    </w:p>
    <w:p>
      <w:pPr>
        <w:jc w:val="right"/>
      </w:pPr>
      <w:r>
        <w:t>اٹ گوز یو گریٹ امپریشنز، گریٹ، اٹ گوز یو گریٹ انسپریشنز۔</w:t>
      </w:r>
    </w:p>
    <w:p>
      <w:r>
        <w:rPr>
          <w:b/>
        </w:rPr>
        <w:t xml:space="preserve">[03:28] </w:t>
      </w:r>
      <w:r>
        <w:t>Your heart is full with love and also full with fear, because God Almighty can do anything.</w:t>
      </w:r>
    </w:p>
    <w:p>
      <w:pPr>
        <w:jc w:val="right"/>
      </w:pPr>
      <w:r>
        <w:t>یور ہارٹ از فل ود لو اینڈ السو فل ود فیئر، بیکاز گاڈ المائٹی کین ڈو اینی تھنگ۔</w:t>
      </w:r>
    </w:p>
    <w:p>
      <w:r>
        <w:rPr>
          <w:b/>
        </w:rPr>
        <w:t xml:space="preserve">[03:36] </w:t>
      </w:r>
      <w:r>
        <w:t>So when you discover God, at the same time, you discover that you have to live in, in,</w:t>
      </w:r>
    </w:p>
    <w:p>
      <w:pPr>
        <w:jc w:val="right"/>
      </w:pPr>
      <w:r>
        <w:t>سو وین یو ڈسکور گاڈ، ایٹ دا سیم ٹائم، یو ڈسکور دیٹ یو ہیو ٹو لیو ان، ان،</w:t>
      </w:r>
    </w:p>
    <w:p>
      <w:r>
        <w:rPr>
          <w:b/>
        </w:rPr>
        <w:t xml:space="preserve">[03:44] </w:t>
      </w:r>
      <w:r>
        <w:t>in the presence of God.</w:t>
      </w:r>
    </w:p>
    <w:p>
      <w:pPr>
        <w:jc w:val="right"/>
      </w:pPr>
      <w:r>
        <w:t>ان دا پریزنس اف گاڈ۔</w:t>
      </w:r>
    </w:p>
    <w:p>
      <w:r>
        <w:rPr>
          <w:b/>
        </w:rPr>
        <w:t xml:space="preserve">[03:46] </w:t>
      </w:r>
      <w:r>
        <w:t>You have to live in the presence of God.</w:t>
      </w:r>
    </w:p>
    <w:p>
      <w:pPr>
        <w:jc w:val="right"/>
      </w:pPr>
      <w:r>
        <w:t>یو ہیو ٹو لیو ان دا پریزنس اف گاڈ۔</w:t>
      </w:r>
    </w:p>
    <w:p>
      <w:r>
        <w:rPr>
          <w:b/>
        </w:rPr>
        <w:t xml:space="preserve">[03:50] </w:t>
      </w:r>
      <w:r>
        <w:t>You have to contact communion with God.</w:t>
      </w:r>
    </w:p>
    <w:p>
      <w:pPr>
        <w:jc w:val="right"/>
      </w:pPr>
      <w:r>
        <w:t>یو ہیو ٹو کنٹیکٹ کمیونین ود گاڈ۔</w:t>
      </w:r>
    </w:p>
    <w:p>
      <w:r>
        <w:rPr>
          <w:b/>
        </w:rPr>
        <w:t xml:space="preserve">[03:53] </w:t>
      </w:r>
      <w:r>
        <w:t>You have to pray God.</w:t>
      </w:r>
    </w:p>
    <w:p>
      <w:pPr>
        <w:jc w:val="right"/>
      </w:pPr>
      <w:r>
        <w:t>یو ہیو ٹو پری گاڈ۔</w:t>
      </w:r>
    </w:p>
    <w:p>
      <w:r>
        <w:rPr>
          <w:b/>
        </w:rPr>
        <w:t xml:space="preserve">[03:55] </w:t>
      </w:r>
      <w:r>
        <w:t>So all those things are parts of belief.</w:t>
      </w:r>
    </w:p>
    <w:p>
      <w:pPr>
        <w:jc w:val="right"/>
      </w:pPr>
      <w:r>
        <w:t>سو ال دوز تھنگز ار پارٹس اف بیلیف۔</w:t>
      </w:r>
    </w:p>
    <w:p>
      <w:r>
        <w:rPr>
          <w:b/>
        </w:rPr>
        <w:t xml:space="preserve">[03:58] </w:t>
      </w:r>
      <w:r>
        <w:t>So this kind of relationship between God and man is achievable for every human being.</w:t>
      </w:r>
    </w:p>
    <w:p>
      <w:pPr>
        <w:jc w:val="right"/>
      </w:pPr>
      <w:r>
        <w:t>سو دس کائنڈ اف ریلیشن شپ بٹوین گاڈ اینڈ مین از اچیویبل فار ایوری ہیومن بینگ۔</w:t>
      </w:r>
    </w:p>
    <w:p>
      <w:r>
        <w:rPr>
          <w:b/>
        </w:rPr>
        <w:t xml:space="preserve">[04:05] </w:t>
      </w:r>
      <w:r>
        <w:t>There is no time limit.</w:t>
      </w:r>
    </w:p>
    <w:p>
      <w:pPr>
        <w:jc w:val="right"/>
      </w:pPr>
      <w:r>
        <w:t>دیر از نو ٹائم لیویٹ۔</w:t>
      </w:r>
    </w:p>
    <w:p>
      <w:r>
        <w:rPr>
          <w:b/>
        </w:rPr>
        <w:t xml:space="preserve">[04:07] </w:t>
      </w:r>
      <w:r>
        <w:t>There is no reservation, no place.</w:t>
      </w:r>
    </w:p>
    <w:p>
      <w:pPr>
        <w:jc w:val="right"/>
      </w:pPr>
      <w:r>
        <w:t>دیر از نو ریزرویشن، نو پلیس۔</w:t>
      </w:r>
    </w:p>
    <w:p>
      <w:r>
        <w:rPr>
          <w:b/>
        </w:rPr>
        <w:t xml:space="preserve">[04:10] </w:t>
      </w:r>
      <w:r>
        <w:t>In every time, in every age, you can contact with God.</w:t>
      </w:r>
    </w:p>
    <w:p>
      <w:pPr>
        <w:jc w:val="right"/>
      </w:pPr>
      <w:r>
        <w:t>ان ایوری ٹائم، ان ایوری ایج، یو کین کنٹیکٹ ود گاڈ۔</w:t>
      </w:r>
    </w:p>
    <w:p>
      <w:r>
        <w:rPr>
          <w:b/>
        </w:rPr>
        <w:t xml:space="preserve">[04:15] </w:t>
      </w:r>
      <w:r>
        <w:t>There is no boundary, no limitations.</w:t>
      </w:r>
    </w:p>
    <w:p>
      <w:pPr>
        <w:jc w:val="right"/>
      </w:pPr>
      <w:r>
        <w:t>دیر از نو باؤنڈری، نو لیمیٹیشنز۔</w:t>
      </w:r>
    </w:p>
    <w:p>
      <w:r>
        <w:rPr>
          <w:b/>
        </w:rPr>
        <w:t xml:space="preserve">[04:17] </w:t>
      </w:r>
      <w:r>
        <w:t>So there is no difference between present man and previous man.</w:t>
      </w:r>
    </w:p>
    <w:p>
      <w:pPr>
        <w:jc w:val="right"/>
      </w:pPr>
      <w:r>
        <w:t>سو دیر از نو ڈیفرنس بٹوین پریزنٹ مین اینڈ پریویس مین۔</w:t>
      </w:r>
    </w:p>
    <w:p>
      <w:r>
        <w:rPr>
          <w:b/>
        </w:rPr>
        <w:t xml:space="preserve">[04:22] </w:t>
      </w:r>
      <w:r>
        <w:t>There is no difference between ancient and the modern.</w:t>
      </w:r>
    </w:p>
    <w:p>
      <w:pPr>
        <w:jc w:val="right"/>
      </w:pPr>
      <w:r>
        <w:t>دیر از نو ڈیفرنس بٹوین اینشنٹ اینڈ دی ماڈرن۔</w:t>
      </w:r>
    </w:p>
    <w:p>
      <w:r>
        <w:rPr>
          <w:b/>
        </w:rPr>
        <w:t xml:space="preserve">[04:26] </w:t>
      </w:r>
      <w:r>
        <w:t>Everyone has the same blessing from God.</w:t>
      </w:r>
    </w:p>
    <w:p>
      <w:pPr>
        <w:jc w:val="right"/>
      </w:pPr>
      <w:r>
        <w:t>ایوری ون ہیز دا سیم بلیسنگ فرام گاڈ۔</w:t>
      </w:r>
    </w:p>
    <w:p>
      <w:r>
        <w:rPr>
          <w:b/>
        </w:rPr>
        <w:t xml:space="preserve">[04:29] </w:t>
      </w:r>
      <w:r>
        <w:t>Everyone has the same advantage towards God.</w:t>
      </w:r>
    </w:p>
    <w:p>
      <w:pPr>
        <w:jc w:val="right"/>
      </w:pPr>
      <w:r>
        <w:t>ایوری ون ہیز دا سیم ایڈوانٹیج ٹورڈز گاڈ۔</w:t>
      </w:r>
    </w:p>
    <w:p>
      <w:r>
        <w:rPr>
          <w:b/>
        </w:rPr>
        <w:t xml:space="preserve">[04:33] </w:t>
      </w:r>
      <w:r>
        <w:t>تو this is one aspect.</w:t>
      </w:r>
    </w:p>
    <w:p>
      <w:pPr>
        <w:jc w:val="right"/>
      </w:pPr>
      <w:r>
        <w:t>تو دس از ون اسپیکٹ۔</w:t>
      </w:r>
    </w:p>
    <w:p>
      <w:r>
        <w:rPr>
          <w:b/>
        </w:rPr>
        <w:t xml:space="preserve">[04:35] </w:t>
      </w:r>
      <w:r>
        <w:t>The second aspect is about the prophet of God.</w:t>
      </w:r>
    </w:p>
    <w:p>
      <w:pPr>
        <w:jc w:val="right"/>
      </w:pPr>
      <w:r>
        <w:t>دا سیکنڈ اسپیکٹ از اباؤٹ دی پرافٹ اف گاڈ۔</w:t>
      </w:r>
    </w:p>
    <w:p>
      <w:r>
        <w:rPr>
          <w:b/>
        </w:rPr>
        <w:t xml:space="preserve">[04:39] </w:t>
      </w:r>
      <w:r>
        <w:t>The prophet of God has two aspects.</w:t>
      </w:r>
    </w:p>
    <w:p>
      <w:pPr>
        <w:jc w:val="right"/>
      </w:pPr>
      <w:r>
        <w:t>دا پرافٹ اف گاڈ ہیز ٹو اسپیکٹ۔</w:t>
      </w:r>
    </w:p>
    <w:p>
      <w:r>
        <w:rPr>
          <w:b/>
        </w:rPr>
        <w:t xml:space="preserve">[04:42] </w:t>
      </w:r>
      <w:r>
        <w:t>We receive two things from the Prophet of Islam.</w:t>
      </w:r>
    </w:p>
    <w:p>
      <w:pPr>
        <w:jc w:val="right"/>
      </w:pPr>
      <w:r>
        <w:t>وی ریسیو ٹو تھنگز فرام دا پرافٹ اف اسلام۔</w:t>
      </w:r>
    </w:p>
    <w:p>
      <w:r>
        <w:rPr>
          <w:b/>
        </w:rPr>
        <w:t xml:space="preserve">[04:46] </w:t>
      </w:r>
      <w:r>
        <w:t>One is called Hadith, that is saying of the Prophet of Islam.</w:t>
      </w:r>
    </w:p>
    <w:p>
      <w:pPr>
        <w:jc w:val="right"/>
      </w:pPr>
      <w:r>
        <w:t>ون از کالڈ حدیث، دیٹ از سینگ اف دا پرافٹ اف اسلام۔</w:t>
      </w:r>
    </w:p>
    <w:p>
      <w:r>
        <w:rPr>
          <w:b/>
        </w:rPr>
        <w:t xml:space="preserve">[04:51] </w:t>
      </w:r>
      <w:r>
        <w:t>And the second is suhbat, that is companionship.</w:t>
      </w:r>
    </w:p>
    <w:p>
      <w:pPr>
        <w:jc w:val="right"/>
      </w:pPr>
      <w:r>
        <w:t>اینڈ دا سیکنڈ از صحبت، دیٹ از کمپینین شپ۔</w:t>
      </w:r>
    </w:p>
    <w:p>
      <w:r>
        <w:rPr>
          <w:b/>
        </w:rPr>
        <w:t xml:space="preserve">[04:55] </w:t>
      </w:r>
      <w:r>
        <w:t>So you know, as far as the sayings of the Prophet of Islam is concerned, it is compiled</w:t>
      </w:r>
    </w:p>
    <w:p>
      <w:pPr>
        <w:jc w:val="right"/>
      </w:pPr>
      <w:r>
        <w:t>سو یو نو، ایز فار ایز دا سینگز اف دا پرافٹ اف اسلام از کنسرن، اٹ از کمپائلڈ</w:t>
      </w:r>
    </w:p>
    <w:p>
      <w:r>
        <w:rPr>
          <w:b/>
        </w:rPr>
        <w:t xml:space="preserve">[05:02] </w:t>
      </w:r>
      <w:r>
        <w:t>in books.</w:t>
      </w:r>
    </w:p>
    <w:p>
      <w:pPr>
        <w:jc w:val="right"/>
      </w:pPr>
      <w:r>
        <w:t>ان بکس۔</w:t>
      </w:r>
    </w:p>
    <w:p>
      <w:r>
        <w:rPr>
          <w:b/>
        </w:rPr>
        <w:t xml:space="preserve">[05:04] </w:t>
      </w:r>
      <w:r>
        <w:t>نیئر اباؤٹ، there are, there are almost two dozen of such books are available in our libraries.</w:t>
      </w:r>
    </w:p>
    <w:p>
      <w:pPr>
        <w:jc w:val="right"/>
      </w:pPr>
      <w:r>
        <w:t>نیئر اباؤٹ، دیر ار، دیر ار الموسٹ ٹو ڈزن اف سچ بکس ار اویلیبل ان اور لائبریریز۔</w:t>
      </w:r>
    </w:p>
    <w:p>
      <w:r>
        <w:rPr>
          <w:b/>
        </w:rPr>
        <w:t xml:space="preserve">[05:11] </w:t>
      </w:r>
      <w:r>
        <w:t>And this, in this printing age, all those books are available in printed form.</w:t>
      </w:r>
    </w:p>
    <w:p>
      <w:pPr>
        <w:jc w:val="right"/>
      </w:pPr>
      <w:r>
        <w:t>اینڈ دس، ان دس پرنٹنگ ایج، ال دوز بکس ار اویلیبل ان پرنٹڈ فارم۔</w:t>
      </w:r>
    </w:p>
    <w:p>
      <w:r>
        <w:rPr>
          <w:b/>
        </w:rPr>
        <w:t xml:space="preserve">[05:17] </w:t>
      </w:r>
      <w:r>
        <w:t>So everywhere in, in your home libraries, everywhere these books are available.</w:t>
      </w:r>
    </w:p>
    <w:p>
      <w:pPr>
        <w:jc w:val="right"/>
      </w:pPr>
      <w:r>
        <w:t>سو ایوری ویر ان، ان یور ہوم لائبریریز، ایوری ویر دیز بکس ار اویلیبل۔</w:t>
      </w:r>
    </w:p>
    <w:p>
      <w:r>
        <w:rPr>
          <w:b/>
        </w:rPr>
        <w:t xml:space="preserve">[05:23] </w:t>
      </w:r>
      <w:r>
        <w:t>So every time you can read and find the lessons from the Prophet of Islam.</w:t>
      </w:r>
    </w:p>
    <w:p>
      <w:pPr>
        <w:jc w:val="right"/>
      </w:pPr>
      <w:r>
        <w:t>سو ایوری ٹائم یو کین ریڈ اینڈ فائنڈ دا لیسنز فرام دی پرافٹ اف اسلام۔</w:t>
      </w:r>
    </w:p>
    <w:p>
      <w:r>
        <w:rPr>
          <w:b/>
        </w:rPr>
        <w:t xml:space="preserve">[05:30] </w:t>
      </w:r>
      <w:r>
        <w:t>One scholar has said, he has rightly said that man kan fi baitihi majmu'atun min al-hadith, fa kama fihi</w:t>
      </w:r>
    </w:p>
    <w:p>
      <w:pPr>
        <w:jc w:val="right"/>
      </w:pPr>
      <w:r>
        <w:t>ون اسکالر ہیز سیڈ، ہیز رائٹلی سیڈ دیٹ من کان فی بیتہ مجموعۃ من الاحادیث، ف کما فیہ</w:t>
      </w:r>
    </w:p>
    <w:p>
      <w:r>
        <w:rPr>
          <w:b/>
        </w:rPr>
        <w:t xml:space="preserve">[05:37] </w:t>
      </w:r>
      <w:r>
        <w:t>Nabi yatakallam.</w:t>
      </w:r>
    </w:p>
    <w:p>
      <w:pPr>
        <w:jc w:val="right"/>
      </w:pPr>
      <w:r>
        <w:t>نبی یتکلم۔</w:t>
      </w:r>
    </w:p>
    <w:p>
      <w:r>
        <w:rPr>
          <w:b/>
        </w:rPr>
        <w:t xml:space="preserve">[05:39] </w:t>
      </w:r>
      <w:r>
        <w:t>It means that every home in which there is a book of Hadith, there is a prophet, there</w:t>
      </w:r>
    </w:p>
    <w:p>
      <w:pPr>
        <w:jc w:val="right"/>
      </w:pPr>
      <w:r>
        <w:t>اٹ مینز دیٹ ایوری ہوم ان وچ دیر از ا بک اف حدیث، دیر از ا پرافٹ، دیر</w:t>
      </w:r>
    </w:p>
    <w:p>
      <w:r>
        <w:rPr>
          <w:b/>
        </w:rPr>
        <w:t xml:space="preserve">[05:46] </w:t>
      </w:r>
      <w:r>
        <w:t>is a speaking prophet.</w:t>
      </w:r>
    </w:p>
    <w:p>
      <w:pPr>
        <w:jc w:val="right"/>
      </w:pPr>
      <w:r>
        <w:t>از ا سپیکنگ پرافٹ۔</w:t>
      </w:r>
    </w:p>
    <w:p>
      <w:r>
        <w:rPr>
          <w:b/>
        </w:rPr>
        <w:t xml:space="preserve">[05:48] </w:t>
      </w:r>
      <w:r>
        <w:t>It means that contemporary people, the contemporary people, were able to listen directly from the Prophet of Islam.</w:t>
      </w:r>
    </w:p>
    <w:p>
      <w:pPr>
        <w:jc w:val="right"/>
      </w:pPr>
      <w:r>
        <w:t>اٹ مینز دیٹ کنٹمپری پیپل، دا کنٹمپری پیپل، ویر ایبل ٹو لسن ڈائریکٹلی فرام دا پرافٹ اف اسلام۔</w:t>
      </w:r>
    </w:p>
    <w:p>
      <w:r>
        <w:rPr>
          <w:b/>
        </w:rPr>
        <w:t xml:space="preserve">[05:56] </w:t>
      </w:r>
      <w:r>
        <w:t>But now, we are, we have the same blessing in the form of book.</w:t>
      </w:r>
    </w:p>
    <w:p>
      <w:pPr>
        <w:jc w:val="right"/>
      </w:pPr>
      <w:r>
        <w:t>بٹ ناو، وی ار، وی ہیو دا سیم بلیسنگ ان دا فارم اف بک۔</w:t>
      </w:r>
    </w:p>
    <w:p>
      <w:r>
        <w:rPr>
          <w:b/>
        </w:rPr>
        <w:t xml:space="preserve">[06:02] </w:t>
      </w:r>
      <w:r>
        <w:t>We can read these books, and through reading, we can know what were the sayings of the prophet</w:t>
      </w:r>
    </w:p>
    <w:p>
      <w:pPr>
        <w:jc w:val="right"/>
      </w:pPr>
      <w:r>
        <w:t>وی کین ریڈ دیز بکس، اینڈ تھرو ریڈنگ، وی کین نو واٹ واز دا سینگز اف دا پرافٹ</w:t>
      </w:r>
    </w:p>
    <w:p>
      <w:r>
        <w:rPr>
          <w:b/>
        </w:rPr>
        <w:t xml:space="preserve">[06:10]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[06:11] </w:t>
      </w:r>
      <w:r>
        <w:t>So all those sayings of the Prophet is preserved in the, in the form of books.</w:t>
      </w:r>
    </w:p>
    <w:p>
      <w:pPr>
        <w:jc w:val="right"/>
      </w:pPr>
      <w:r>
        <w:t>سو ال دوز سینگز اف دا پرافٹ از پریزروڈ ان دی، ان دا فارم اف بکس۔</w:t>
      </w:r>
    </w:p>
    <w:p>
      <w:r>
        <w:rPr>
          <w:b/>
        </w:rPr>
        <w:t xml:space="preserve">[06:18] </w:t>
      </w:r>
      <w:r>
        <w:t>So regarding Hadith, there is no difference between contemporary man and the ancient man.</w:t>
      </w:r>
    </w:p>
    <w:p>
      <w:pPr>
        <w:jc w:val="right"/>
      </w:pPr>
      <w:r>
        <w:t>سو ریگارڈنگ حدیث، دیر از نو ڈیفرنس بٹوین کنٹمپریری مین اینڈ دی اینشنٹ مین۔</w:t>
      </w:r>
    </w:p>
    <w:p>
      <w:r>
        <w:rPr>
          <w:b/>
        </w:rPr>
        <w:t xml:space="preserve">[06:24] </w:t>
      </w:r>
      <w:r>
        <w:t>Those who, we are contemporary to the Prophet of Islam, they were able to listen directly from the</w:t>
      </w:r>
    </w:p>
    <w:p>
      <w:pPr>
        <w:jc w:val="right"/>
      </w:pPr>
      <w:r>
        <w:t>دوز ہو، وی ار کنٹمپریری ٹو دا پرافٹ اف اسلام، دے ویر ایبل ٹو لسن ڈائریکٹلی فرام دی</w:t>
      </w:r>
    </w:p>
    <w:p>
      <w:r>
        <w:rPr>
          <w:b/>
        </w:rPr>
        <w:t xml:space="preserve">[06:32] </w:t>
      </w:r>
      <w:r>
        <w:t>prophet.</w:t>
      </w:r>
    </w:p>
    <w:p>
      <w:pPr>
        <w:jc w:val="right"/>
      </w:pPr>
      <w:r>
        <w:t>پرافٹ۔</w:t>
      </w:r>
    </w:p>
    <w:p>
      <w:r>
        <w:rPr>
          <w:b/>
        </w:rPr>
        <w:t xml:space="preserve">[06:33] </w:t>
      </w:r>
      <w:r>
        <w:t>And now, we can read those sayings in books, and we can, we are in a position to</w:t>
      </w:r>
    </w:p>
    <w:p>
      <w:pPr>
        <w:jc w:val="right"/>
      </w:pPr>
      <w:r>
        <w:t>اینڈ ناو، وی کین ریڈ دوز سینگز ان بکس، اینڈ وی کین، وی ار ان ا پوزیشن ٹو</w:t>
      </w:r>
    </w:p>
    <w:p>
      <w:r>
        <w:rPr>
          <w:b/>
        </w:rPr>
        <w:t xml:space="preserve">[06:41] </w:t>
      </w:r>
      <w:r>
        <w:t>Now what was his sayings, what were his advices.</w:t>
      </w:r>
    </w:p>
    <w:p>
      <w:pPr>
        <w:jc w:val="right"/>
      </w:pPr>
      <w:r>
        <w:t>نو واٹ واز ہز سینگز، واٹ ویر ہز ایڈوائسز۔</w:t>
      </w:r>
    </w:p>
    <w:p>
      <w:r>
        <w:rPr>
          <w:b/>
        </w:rPr>
        <w:t xml:space="preserve">[06:45] </w:t>
      </w:r>
      <w:r>
        <w:t>So everything is in our reach.</w:t>
      </w:r>
    </w:p>
    <w:p>
      <w:pPr>
        <w:jc w:val="right"/>
      </w:pPr>
      <w:r>
        <w:t>سو ایوری تھنگ از ان اور ریچ۔</w:t>
      </w:r>
    </w:p>
    <w:p>
      <w:r>
        <w:rPr>
          <w:b/>
        </w:rPr>
        <w:t xml:space="preserve">[06:48] </w:t>
      </w:r>
      <w:r>
        <w:t>But there is a question, what about the companionship? You know, there are more than one lakh</w:t>
      </w:r>
    </w:p>
    <w:p>
      <w:pPr>
        <w:jc w:val="right"/>
      </w:pPr>
      <w:r>
        <w:t>بٹ دیر از ا کوئسچن، واٹ اباؤٹ دا کمپینین شپ؟ یو نو، دیر ار مور دین ون لاکھ</w:t>
      </w:r>
    </w:p>
    <w:p>
      <w:r>
        <w:rPr>
          <w:b/>
        </w:rPr>
        <w:t xml:space="preserve">[06:55] </w:t>
      </w:r>
      <w:r>
        <w:t>People who, are called Sahaba, Ashab-e-Rasool.</w:t>
      </w:r>
    </w:p>
    <w:p>
      <w:pPr>
        <w:jc w:val="right"/>
      </w:pPr>
      <w:r>
        <w:t>پیپل ہو، ار کالڈ صحابہ، اصحاب رسول۔</w:t>
      </w:r>
    </w:p>
    <w:p>
      <w:r>
        <w:rPr>
          <w:b/>
        </w:rPr>
        <w:t xml:space="preserve">[06:58] </w:t>
      </w:r>
      <w:r>
        <w:t>It means that companions of the Prophet of Islam.</w:t>
      </w:r>
    </w:p>
    <w:p>
      <w:pPr>
        <w:jc w:val="right"/>
      </w:pPr>
      <w:r>
        <w:t>اٹ مینز دیٹ کمپینینز اف دا پرافٹ اف اسلام۔</w:t>
      </w:r>
    </w:p>
    <w:p>
      <w:r>
        <w:rPr>
          <w:b/>
        </w:rPr>
        <w:t xml:space="preserve">[07:02] </w:t>
      </w:r>
      <w:r>
        <w:t>So whether this blessing, there is companionship, was achievable only to, to the, to the contemporary believers?</w:t>
      </w:r>
    </w:p>
    <w:p>
      <w:pPr>
        <w:jc w:val="right"/>
      </w:pPr>
      <w:r>
        <w:t>سو ویدر دس بلیسنگ، دیر از کمپینین شپ، واز اچیویبل اونلی ٹو، ٹو دی، ٹو دی کنٹمپریری بیلیورز؟</w:t>
      </w:r>
    </w:p>
    <w:p>
      <w:r>
        <w:rPr>
          <w:b/>
        </w:rPr>
        <w:t xml:space="preserve">[07:10] </w:t>
      </w:r>
      <w:r>
        <w:t>And now, we are deprived of this blessing? Is a question.</w:t>
      </w:r>
    </w:p>
    <w:p>
      <w:pPr>
        <w:jc w:val="right"/>
      </w:pPr>
      <w:r>
        <w:t>اینڈ ناو، وی ار ڈیپریوڈ اف دس بلیسنگ؟ از ا کوئسچن۔</w:t>
      </w:r>
    </w:p>
    <w:p>
      <w:r>
        <w:rPr>
          <w:b/>
        </w:rPr>
        <w:t xml:space="preserve">[07:15] </w:t>
      </w:r>
      <w:r>
        <w:t>You know, companionship is a very, very, very important blessing.</w:t>
      </w:r>
    </w:p>
    <w:p>
      <w:pPr>
        <w:jc w:val="right"/>
      </w:pPr>
      <w:r>
        <w:t>یو نو، کمپینین شپ از ا ویری، ویری، ویری امپورٹنٹ بلیسنگ۔</w:t>
      </w:r>
    </w:p>
    <w:p>
      <w:r>
        <w:rPr>
          <w:b/>
        </w:rPr>
        <w:t xml:space="preserve">[07:19] </w:t>
      </w:r>
      <w:r>
        <w:t>Very, very important blessing.</w:t>
      </w:r>
    </w:p>
    <w:p>
      <w:pPr>
        <w:jc w:val="right"/>
      </w:pPr>
      <w:r>
        <w:t>ویری، ویری امپورٹنٹ بلیسنگ۔</w:t>
      </w:r>
    </w:p>
    <w:p>
      <w:r>
        <w:rPr>
          <w:b/>
        </w:rPr>
        <w:t xml:space="preserve">[07:21] </w:t>
      </w:r>
      <w:r>
        <w:t>saying, listening, the saying of the Prophet of Islam is also a blessing, but it is a super</w:t>
      </w:r>
    </w:p>
    <w:p>
      <w:pPr>
        <w:jc w:val="right"/>
      </w:pPr>
      <w:r>
        <w:t>سینگ، لسننگ دا سینگ اف دا پرافٹ اف اسلام از السو ا بلیسنگ، بٹ اٹ از ا سپر</w:t>
      </w:r>
    </w:p>
    <w:p>
      <w:r>
        <w:rPr>
          <w:b/>
        </w:rPr>
        <w:t xml:space="preserve">[07:29] </w:t>
      </w:r>
      <w:r>
        <w:t>blessing to find the companionship of the Prophet of Islam.</w:t>
      </w:r>
    </w:p>
    <w:p>
      <w:pPr>
        <w:jc w:val="right"/>
      </w:pPr>
      <w:r>
        <w:t>بلیسنگ ٹو فائنڈ دا کمپینین شپ اف دا پرافٹ اف اسلام۔</w:t>
      </w:r>
    </w:p>
    <w:p>
      <w:r>
        <w:rPr>
          <w:b/>
        </w:rPr>
        <w:t xml:space="preserve">[07:34] </w:t>
      </w:r>
      <w:r>
        <w:t>So there is a question, whether this blessing, and blessing of companionship, is not achievable fast for</w:t>
      </w:r>
    </w:p>
    <w:p>
      <w:pPr>
        <w:jc w:val="right"/>
      </w:pPr>
      <w:r>
        <w:t>سو دیر از ا کوئسچن، ویدر دس بلیسنگ، اینڈ بلیسنگ اف کمپینین شپ، از ناٹ اچیویبل فاسٹ فار</w:t>
      </w:r>
    </w:p>
    <w:p>
      <w:r>
        <w:rPr>
          <w:b/>
        </w:rPr>
        <w:t xml:space="preserve">[07:41] </w:t>
      </w:r>
      <w:r>
        <w:t>the, for the people who, were born in later periods? I can see that God cannot discriminate</w:t>
      </w:r>
    </w:p>
    <w:p>
      <w:pPr>
        <w:jc w:val="right"/>
      </w:pPr>
      <w:r>
        <w:t>دا، فار دا پیپل ہو، ویر بورن ان لیٹر پیریڈز؟ ائی کین سی دیٹ گاڈ کین ناٹ ڈسکریمینیٹ</w:t>
      </w:r>
    </w:p>
    <w:p>
      <w:r>
        <w:rPr>
          <w:b/>
        </w:rPr>
        <w:t xml:space="preserve">[07:49] </w:t>
      </w:r>
      <w:r>
        <w:t>between one group and the second group.</w:t>
      </w:r>
    </w:p>
    <w:p>
      <w:pPr>
        <w:jc w:val="right"/>
      </w:pPr>
      <w:r>
        <w:t>بٹوین ون گروپ اینڈ دی سیکنڈ گروپ۔</w:t>
      </w:r>
    </w:p>
    <w:p>
      <w:r>
        <w:rPr>
          <w:b/>
        </w:rPr>
        <w:t xml:space="preserve">[07:52] </w:t>
      </w:r>
      <w:r>
        <w:t>God is creator of all mankind.</w:t>
      </w:r>
    </w:p>
    <w:p>
      <w:pPr>
        <w:jc w:val="right"/>
      </w:pPr>
      <w:r>
        <w:t>گاڈ از کریٹر اف ال مین کائنڈ۔</w:t>
      </w:r>
    </w:p>
    <w:p>
      <w:r>
        <w:rPr>
          <w:b/>
        </w:rPr>
        <w:t xml:space="preserve">[07:55] </w:t>
      </w:r>
      <w:r>
        <w:t>God is Raheem and Rahman, most merciful, most compassionate.</w:t>
      </w:r>
    </w:p>
    <w:p>
      <w:pPr>
        <w:jc w:val="right"/>
      </w:pPr>
      <w:r>
        <w:t>گاڈ از رحیم اینڈ رحمان، موسٹ برسیفل، موسٹ کمپیشنٹ۔</w:t>
      </w:r>
    </w:p>
    <w:p>
      <w:r>
        <w:rPr>
          <w:b/>
        </w:rPr>
        <w:t xml:space="preserve">[07:59] </w:t>
      </w:r>
      <w:r>
        <w:t>You know, the first verse of the Quran is Bismillah-ir-Rahman-ir-Rahim.</w:t>
      </w:r>
    </w:p>
    <w:p>
      <w:pPr>
        <w:jc w:val="right"/>
      </w:pPr>
      <w:r>
        <w:t>یو نو، دا فرسٹ ورس اف دا قرآن از بسم اللہ الرحمن الرحیم۔</w:t>
      </w:r>
    </w:p>
    <w:p>
      <w:r>
        <w:rPr>
          <w:b/>
        </w:rPr>
        <w:t xml:space="preserve">[08:04] </w:t>
      </w:r>
      <w:r>
        <w:t>This verse is repeated in the Quran no less than 114 times.</w:t>
      </w:r>
    </w:p>
    <w:p>
      <w:pPr>
        <w:jc w:val="right"/>
      </w:pPr>
      <w:r>
        <w:t>دس ورس از ریپیٹڈ ان دا قرآن نو لیس دین 114 ٹائمز۔</w:t>
      </w:r>
    </w:p>
    <w:p>
      <w:r>
        <w:rPr>
          <w:b/>
        </w:rPr>
        <w:t xml:space="preserve">[08:10] </w:t>
      </w:r>
      <w:r>
        <w:t>And the translation of this verse is: In the name of God, Most Merciful, Most Compassionate.</w:t>
      </w:r>
    </w:p>
    <w:p>
      <w:pPr>
        <w:jc w:val="right"/>
      </w:pPr>
      <w:r>
        <w:t>اینڈ دا ٹرانزیشن اف دس ورس از ان دا نیم اف گاڈ، موسٹ برسیفل، موسٹ کمپیشنٹ۔</w:t>
      </w:r>
    </w:p>
    <w:p>
      <w:r>
        <w:rPr>
          <w:b/>
        </w:rPr>
        <w:t xml:space="preserve">[08:16] </w:t>
      </w:r>
      <w:r>
        <w:t>So God is a merciful being.</w:t>
      </w:r>
    </w:p>
    <w:p>
      <w:pPr>
        <w:jc w:val="right"/>
      </w:pPr>
      <w:r>
        <w:t>سو گاڈ از ا مرسیفل بینگ۔</w:t>
      </w:r>
    </w:p>
    <w:p>
      <w:r>
        <w:rPr>
          <w:b/>
        </w:rPr>
        <w:t xml:space="preserve">[08:19] </w:t>
      </w:r>
      <w:r>
        <w:t>He is compassionate to all his creatures.</w:t>
      </w:r>
    </w:p>
    <w:p>
      <w:pPr>
        <w:jc w:val="right"/>
      </w:pPr>
      <w:r>
        <w:t>ہی از ا کمپیشنٹ ٹو ال ہز کریچرز۔</w:t>
      </w:r>
    </w:p>
    <w:p>
      <w:r>
        <w:rPr>
          <w:b/>
        </w:rPr>
        <w:t xml:space="preserve">[08:22] </w:t>
      </w:r>
      <w:r>
        <w:t>So it is impossible for God to discriminate between one group of his creature and the second group</w:t>
      </w:r>
    </w:p>
    <w:p>
      <w:pPr>
        <w:jc w:val="right"/>
      </w:pPr>
      <w:r>
        <w:t>سو اٹ از امپوسیبل فار گاڈ ٹو ڈسکریمینیٹ بٹوین ون گروپ اف ہز کریچر اینڈ دی سیکنڈ گروپ</w:t>
      </w:r>
    </w:p>
    <w:p>
      <w:r>
        <w:rPr>
          <w:b/>
        </w:rPr>
        <w:t xml:space="preserve">[08:30] </w:t>
      </w:r>
      <w:r>
        <w:t>of His creatures.</w:t>
      </w:r>
    </w:p>
    <w:p>
      <w:pPr>
        <w:jc w:val="right"/>
      </w:pPr>
      <w:r>
        <w:t>اف ہز کریچرز۔</w:t>
      </w:r>
    </w:p>
    <w:p>
      <w:r>
        <w:rPr>
          <w:b/>
        </w:rPr>
        <w:t xml:space="preserve">[08:32] </w:t>
      </w:r>
      <w:r>
        <w:t>So I believe with complete conviction that there is no discrimination, there is no discrimination in God's blessings,</w:t>
      </w:r>
    </w:p>
    <w:p>
      <w:pPr>
        <w:jc w:val="right"/>
      </w:pPr>
      <w:r>
        <w:t>سو ائی بیلیو ود کمپلیٹ کنوکشن دیٹ دیر از نو ڈسکریمنشن، دیر از نو ڈسکریمنشن ان گاڈز بلیسنگز،</w:t>
      </w:r>
    </w:p>
    <w:p>
      <w:r>
        <w:rPr>
          <w:b/>
        </w:rPr>
        <w:t xml:space="preserve">[08:39] </w:t>
      </w:r>
      <w:r>
        <w:t>No discrimination at all.</w:t>
      </w:r>
    </w:p>
    <w:p>
      <w:pPr>
        <w:jc w:val="right"/>
      </w:pPr>
      <w:r>
        <w:t>نو ڈسکریمنشن ایٹ ال۔</w:t>
      </w:r>
    </w:p>
    <w:p>
      <w:r>
        <w:rPr>
          <w:b/>
        </w:rPr>
        <w:t xml:space="preserve">[08:41] </w:t>
      </w:r>
      <w:r>
        <w:t>So I can say that the companionship of the Prophet is also available for us, for the</w:t>
      </w:r>
    </w:p>
    <w:p>
      <w:pPr>
        <w:jc w:val="right"/>
      </w:pPr>
      <w:r>
        <w:t>سو ائی کین سی دیٹ دا کمپینین شپ اف دا پرافٹ از السو اویلیبل فار اس، فار دا</w:t>
      </w:r>
    </w:p>
    <w:p>
      <w:r>
        <w:rPr>
          <w:b/>
        </w:rPr>
        <w:t xml:space="preserve">[08:49] </w:t>
      </w:r>
      <w:r>
        <w:t>people of later periods.</w:t>
      </w:r>
    </w:p>
    <w:p>
      <w:pPr>
        <w:jc w:val="right"/>
      </w:pPr>
      <w:r>
        <w:t>پیپل اف لیٹر پیریڈز۔</w:t>
      </w:r>
    </w:p>
    <w:p>
      <w:r>
        <w:rPr>
          <w:b/>
        </w:rPr>
        <w:t xml:space="preserve">[08:50] </w:t>
      </w:r>
      <w:r>
        <w:t>How, how it is possible? In Hadith literature, there are hundred and thousand events reported by the companions.</w:t>
      </w:r>
    </w:p>
    <w:p>
      <w:pPr>
        <w:jc w:val="right"/>
      </w:pPr>
      <w:r>
        <w:t>ہاؤ، ہاؤ اٹ از پوسیبل؟ ان حدیث لٹریچر، دیر ار ہنڈرڈ اینڈ تھا ایونٹس رپورٹڈ بائی دا کمپینینز</w:t>
      </w:r>
    </w:p>
    <w:p>
      <w:r>
        <w:rPr>
          <w:b/>
        </w:rPr>
        <w:t xml:space="preserve">[08:58] </w:t>
      </w:r>
      <w:r>
        <w:t>of the Prophet of Islam.</w:t>
      </w:r>
    </w:p>
    <w:p>
      <w:pPr>
        <w:jc w:val="right"/>
      </w:pPr>
      <w:r>
        <w:t>اف دا پرافٹ اف اسلام۔</w:t>
      </w:r>
    </w:p>
    <w:p>
      <w:r>
        <w:rPr>
          <w:b/>
        </w:rPr>
        <w:t xml:space="preserve">[09:00] </w:t>
      </w:r>
      <w:r>
        <w:t>These events tell us that what was the response of the Prophet? What was the behavior of the</w:t>
      </w:r>
    </w:p>
    <w:p>
      <w:pPr>
        <w:jc w:val="right"/>
      </w:pPr>
      <w:r>
        <w:t>دیز ایونٹس ٹیل اس دیٹ واٹ واز دا رسپانس اف دا پرافٹ؟ واٹ واز دا بیہیویئر اف دا</w:t>
      </w:r>
    </w:p>
    <w:p>
      <w:r>
        <w:rPr>
          <w:b/>
        </w:rPr>
        <w:t xml:space="preserve">[09:08] </w:t>
      </w:r>
      <w:r>
        <w:t>Prophets? What were the activities of the Prophets? Then the Quran says: "Inna ka la'ala khuluqin azim."</w:t>
      </w:r>
    </w:p>
    <w:p>
      <w:pPr>
        <w:jc w:val="right"/>
      </w:pPr>
      <w:r>
        <w:t>پرافٹس؟ واٹ ویر دا ایکٹیویٹیز اف دا پرافٹس؟ دین دا قرآن سیز: "انک لولا خلق عظیم"۔</w:t>
      </w:r>
    </w:p>
    <w:p>
      <w:r>
        <w:rPr>
          <w:b/>
        </w:rPr>
        <w:t xml:space="preserve">[09:15] </w:t>
      </w:r>
      <w:r>
        <w:t>خلق عظیم means sublime character.</w:t>
      </w:r>
    </w:p>
    <w:p>
      <w:pPr>
        <w:jc w:val="right"/>
      </w:pPr>
      <w:r>
        <w:t>خلق عظیم مینز سبلائم کریکٹر۔</w:t>
      </w:r>
    </w:p>
    <w:p>
      <w:r>
        <w:rPr>
          <w:b/>
        </w:rPr>
        <w:t xml:space="preserve">[09:17] </w:t>
      </w:r>
      <w:r>
        <w:t>So, according to the Quran, prophet's character was a sublime character.</w:t>
      </w:r>
    </w:p>
    <w:p>
      <w:pPr>
        <w:jc w:val="right"/>
      </w:pPr>
      <w:r>
        <w:t>سو اکارڈنگ ٹو دا قرآن، پرافٹس کریکٹر واز ا سبلائم کریکٹر۔</w:t>
      </w:r>
    </w:p>
    <w:p>
      <w:r>
        <w:rPr>
          <w:b/>
        </w:rPr>
        <w:t xml:space="preserve">[09:22] </w:t>
      </w:r>
      <w:r>
        <w:t>So these events also are reported in the Hadith literature.</w:t>
      </w:r>
    </w:p>
    <w:p>
      <w:pPr>
        <w:jc w:val="right"/>
      </w:pPr>
      <w:r>
        <w:t>سو دیز ایونٹس السو ار رپورٹڈ ان دا حدیث لٹریچر۔</w:t>
      </w:r>
    </w:p>
    <w:p>
      <w:r>
        <w:rPr>
          <w:b/>
        </w:rPr>
        <w:t xml:space="preserve">[09:26] </w:t>
      </w:r>
      <w:r>
        <w:t>So I can see that when you read these events in the Hadith literature, you find that in</w:t>
      </w:r>
    </w:p>
    <w:p>
      <w:pPr>
        <w:jc w:val="right"/>
      </w:pPr>
      <w:r>
        <w:t>سو ائی کین سی دیٹ وین یو ریڈ دیز ایونٹس ان دی حدیث لٹریچر، یو فائنڈ دیٹ ان</w:t>
      </w:r>
    </w:p>
    <w:p>
      <w:r>
        <w:rPr>
          <w:b/>
        </w:rPr>
        <w:t xml:space="preserve">[09:34] </w:t>
      </w:r>
      <w:r>
        <w:t>given situation was the Prophet's response.</w:t>
      </w:r>
    </w:p>
    <w:p>
      <w:pPr>
        <w:jc w:val="right"/>
      </w:pPr>
      <w:r>
        <w:t>گیون سچویشن واز دا پرافٹس رسپانس۔</w:t>
      </w:r>
    </w:p>
    <w:p>
      <w:r>
        <w:rPr>
          <w:b/>
        </w:rPr>
        <w:t xml:space="preserve">[09:36] </w:t>
      </w:r>
      <w:r>
        <w:t>So when you experience that kind of situation and you try to, try to follow the same pattern,</w:t>
      </w:r>
    </w:p>
    <w:p>
      <w:pPr>
        <w:jc w:val="right"/>
      </w:pPr>
      <w:r>
        <w:t>سو وین یو ایکسپیرینس دیٹ کائنڈ اف سچویشن اینڈ یو ٹرائی ٹو، ٹرائی ٹو فالو دا سیم پیٹرن،</w:t>
      </w:r>
    </w:p>
    <w:p>
      <w:r>
        <w:rPr>
          <w:b/>
        </w:rPr>
        <w:t xml:space="preserve">[09:44] </w:t>
      </w:r>
      <w:r>
        <w:t>try to follow the same prophetic pattern with complete spirit of, of, of iman, you will experience the</w:t>
      </w:r>
    </w:p>
    <w:p>
      <w:pPr>
        <w:jc w:val="right"/>
      </w:pPr>
      <w:r>
        <w:t>ٹرائی ٹو فالو دا سیم پرافٹک پیٹرن ود کمپلیٹ سپرٹ اف، اف، اف ایمان، یو ویل ایکسپیرینس دا</w:t>
      </w:r>
    </w:p>
    <w:p>
      <w:r>
        <w:rPr>
          <w:b/>
        </w:rPr>
        <w:t xml:space="preserve">[09:52] </w:t>
      </w:r>
      <w:r>
        <w:t>Same blessing.</w:t>
      </w:r>
    </w:p>
    <w:p>
      <w:pPr>
        <w:jc w:val="right"/>
      </w:pPr>
      <w:r>
        <w:t>سیم بلیسنگ۔</w:t>
      </w:r>
    </w:p>
    <w:p>
      <w:r>
        <w:rPr>
          <w:b/>
        </w:rPr>
        <w:t xml:space="preserve">[09:53] </w:t>
      </w:r>
      <w:r>
        <w:t>I will give some example.</w:t>
      </w:r>
    </w:p>
    <w:p>
      <w:pPr>
        <w:jc w:val="right"/>
      </w:pPr>
      <w:r>
        <w:t>ائی ویل گیو سم ایگزامپل۔</w:t>
      </w:r>
    </w:p>
    <w:p>
      <w:r>
        <w:rPr>
          <w:b/>
        </w:rPr>
        <w:t xml:space="preserve">[09:55] </w:t>
      </w:r>
      <w:r>
        <w:t>Prophet of Islam was sent in the, in the first quarter of seventh century.</w:t>
      </w:r>
    </w:p>
    <w:p>
      <w:pPr>
        <w:jc w:val="right"/>
      </w:pPr>
      <w:r>
        <w:t>پرافٹ اف اسلام واز سینڈ ان دا، ان دا فرسٹ کوارٹر اف سیونتھ سینچری۔</w:t>
      </w:r>
    </w:p>
    <w:p>
      <w:r>
        <w:rPr>
          <w:b/>
        </w:rPr>
        <w:t xml:space="preserve">[10:01] </w:t>
      </w:r>
      <w:r>
        <w:t>First quarter of seventh century of Christian era.</w:t>
      </w:r>
    </w:p>
    <w:p>
      <w:pPr>
        <w:jc w:val="right"/>
      </w:pPr>
      <w:r>
        <w:t>فرسٹ کوارٹر اف سیونتھ سینچری اف کرسچن ایرا۔</w:t>
      </w:r>
    </w:p>
    <w:p>
      <w:r>
        <w:rPr>
          <w:b/>
        </w:rPr>
        <w:t xml:space="preserve">[10:05] </w:t>
      </w:r>
      <w:r>
        <w:t>At that time, there were religious persecutions.</w:t>
      </w:r>
    </w:p>
    <w:p>
      <w:pPr>
        <w:jc w:val="right"/>
      </w:pPr>
      <w:r>
        <w:t>ایٹ دیٹ ٹائم، دیر وار ریلیجیس پرسیکیوشنز۔</w:t>
      </w:r>
    </w:p>
    <w:p>
      <w:r>
        <w:rPr>
          <w:b/>
        </w:rPr>
        <w:t xml:space="preserve">[10:08] </w:t>
      </w:r>
      <w:r>
        <w:t>Now, we are living in the age where there is religious freedom.</w:t>
      </w:r>
    </w:p>
    <w:p>
      <w:pPr>
        <w:jc w:val="right"/>
      </w:pPr>
      <w:r>
        <w:t>ناو، وی ار لیونگ ان دا ایج ویر دیر از ریلیجیس فریڈم۔</w:t>
      </w:r>
    </w:p>
    <w:p>
      <w:r>
        <w:rPr>
          <w:b/>
        </w:rPr>
        <w:t xml:space="preserve">[10:13] </w:t>
      </w:r>
      <w:r>
        <w:t>We enjoy complete religious freedom, but at that time, there is, there was no religious freedom.</w:t>
      </w:r>
    </w:p>
    <w:p>
      <w:pPr>
        <w:jc w:val="right"/>
      </w:pPr>
      <w:r>
        <w:t>وی انجوائے کمپلیٹ ریلیجیس فریڈم، بٹ ایٹ دیٹ ٹائم، دیر از، دیر واز نو ریلیجیس فریڈم۔</w:t>
      </w:r>
    </w:p>
    <w:p>
      <w:r>
        <w:rPr>
          <w:b/>
        </w:rPr>
        <w:t xml:space="preserve">[10:20] </w:t>
      </w:r>
      <w:r>
        <w:t>There was religious persecution.</w:t>
      </w:r>
    </w:p>
    <w:p>
      <w:pPr>
        <w:jc w:val="right"/>
      </w:pPr>
      <w:r>
        <w:t>دیر واز ریلیجیس پرسیکیوشن۔</w:t>
      </w:r>
    </w:p>
    <w:p>
      <w:r>
        <w:rPr>
          <w:b/>
        </w:rPr>
        <w:t xml:space="preserve">[10:22] </w:t>
      </w:r>
      <w:r>
        <w:t>So those people became enemy of the prophet of Islam simply by saying that I believe in one</w:t>
      </w:r>
    </w:p>
    <w:p>
      <w:pPr>
        <w:jc w:val="right"/>
      </w:pPr>
      <w:r>
        <w:t>سو دوز پیپل بیکم اینمی اف دا پرافٹ اف اسلام سمپلی بائی سینگ دیٹ ائی بیلیو ان ون</w:t>
      </w:r>
    </w:p>
    <w:p>
      <w:r>
        <w:rPr>
          <w:b/>
        </w:rPr>
        <w:t xml:space="preserve">[10:29]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[10:31] </w:t>
      </w:r>
      <w:r>
        <w:t>Those people were believing in, in, in several gods, but prophet said: "No, there is no god but</w:t>
      </w:r>
    </w:p>
    <w:p>
      <w:pPr>
        <w:jc w:val="right"/>
      </w:pPr>
      <w:r>
        <w:t>دوز پیپل ویر بیلیونگ ان، ان، ان سورل گاڈز، بٹ پرافٹ سیڈ: "نو، دیر از نو گاڈ بٹ</w:t>
      </w:r>
    </w:p>
    <w:p>
      <w:r>
        <w:rPr>
          <w:b/>
        </w:rPr>
        <w:t xml:space="preserve">[10:38] </w:t>
      </w:r>
      <w:r>
        <w:t>"one God".</w:t>
      </w:r>
    </w:p>
    <w:p>
      <w:pPr>
        <w:jc w:val="right"/>
      </w:pPr>
      <w:r>
        <w:t>ون گاڈ"۔</w:t>
      </w:r>
    </w:p>
    <w:p>
      <w:r>
        <w:rPr>
          <w:b/>
        </w:rPr>
        <w:t xml:space="preserve">[10:40] </w:t>
      </w:r>
      <w:r>
        <w:t>Simply this thing was not tolerable for those people.</w:t>
      </w:r>
    </w:p>
    <w:p>
      <w:pPr>
        <w:jc w:val="right"/>
      </w:pPr>
      <w:r>
        <w:t>سمپلی دس سینگ واز ناٹ ٹولریبل فار دوز پیپل۔</w:t>
      </w:r>
    </w:p>
    <w:p>
      <w:r>
        <w:rPr>
          <w:b/>
        </w:rPr>
        <w:t xml:space="preserve">[10:44] </w:t>
      </w:r>
      <w:r>
        <w:t>They become hostile.</w:t>
      </w:r>
    </w:p>
    <w:p>
      <w:pPr>
        <w:jc w:val="right"/>
      </w:pPr>
      <w:r>
        <w:t>دے بیکم ہوسٹائل۔</w:t>
      </w:r>
    </w:p>
    <w:p>
      <w:r>
        <w:rPr>
          <w:b/>
        </w:rPr>
        <w:t xml:space="preserve">[10:45] </w:t>
      </w:r>
      <w:r>
        <w:t>So what happened? One day, a member of those enemy community, a member of those mushrik community, beat</w:t>
      </w:r>
    </w:p>
    <w:p>
      <w:pPr>
        <w:jc w:val="right"/>
      </w:pPr>
      <w:r>
        <w:t>سو واٹ ہیپن؟ ون ڈے، ا ممبر اف دوز اینمی کمیونٹی، ا ممبر اف دوز مشرک کمیونٹی، بیٹ</w:t>
      </w:r>
    </w:p>
    <w:p>
      <w:r>
        <w:rPr>
          <w:b/>
        </w:rPr>
        <w:t xml:space="preserve">[10:53] </w:t>
      </w:r>
      <w:r>
        <w:t>hum with a stone.</w:t>
      </w:r>
    </w:p>
    <w:p>
      <w:pPr>
        <w:jc w:val="right"/>
      </w:pPr>
      <w:r>
        <w:t>ہم ود ا سٹون۔</w:t>
      </w:r>
    </w:p>
    <w:p>
      <w:r>
        <w:rPr>
          <w:b/>
        </w:rPr>
        <w:t xml:space="preserve">[10:55] </w:t>
      </w:r>
      <w:r>
        <w:t>He hit him with a stone.</w:t>
      </w:r>
    </w:p>
    <w:p>
      <w:pPr>
        <w:jc w:val="right"/>
      </w:pPr>
      <w:r>
        <w:t>ہی بیٹ ہم ود ا سٹون۔</w:t>
      </w:r>
    </w:p>
    <w:p>
      <w:r>
        <w:rPr>
          <w:b/>
        </w:rPr>
        <w:t xml:space="preserve">[10:57] </w:t>
      </w:r>
      <w:r>
        <w:t>So, Prophet, his face started bleeding.</w:t>
      </w:r>
    </w:p>
    <w:p>
      <w:pPr>
        <w:jc w:val="right"/>
      </w:pPr>
      <w:r>
        <w:t>سو پرافٹ، ہز فیس سٹارٹڈ بلیڈنگ۔</w:t>
      </w:r>
    </w:p>
    <w:p>
      <w:r>
        <w:rPr>
          <w:b/>
        </w:rPr>
        <w:t xml:space="preserve">[11:00] </w:t>
      </w:r>
      <w:r>
        <w:t>After this beating, prophet's face started bleeding.</w:t>
      </w:r>
    </w:p>
    <w:p>
      <w:pPr>
        <w:jc w:val="right"/>
      </w:pPr>
      <w:r>
        <w:t>افٹر دس بیٹنگ، پرافٹس فیس سٹارٹڈ بلیڈنگ۔</w:t>
      </w:r>
    </w:p>
    <w:p>
      <w:r>
        <w:rPr>
          <w:b/>
        </w:rPr>
        <w:t xml:space="preserve">[11:03] </w:t>
      </w:r>
      <w:r>
        <w:t>It was a provocative situation, highly provocative situation, but Prophet saved himself from, from anger and revenge.</w:t>
      </w:r>
    </w:p>
    <w:p>
      <w:pPr>
        <w:jc w:val="right"/>
      </w:pPr>
      <w:r>
        <w:t>اٹ واز ا پرووکیٹیو سچویشن، ہائیلی پرووکیٹیو سچویشن، بٹ پرافٹ سیوڈ ہم سیلف فرام، فرام اینگر اینڈ ریونج۔</w:t>
      </w:r>
    </w:p>
    <w:p>
      <w:r>
        <w:rPr>
          <w:b/>
        </w:rPr>
        <w:t xml:space="preserve">[11:11] </w:t>
      </w:r>
      <w:r>
        <w:t>He simply said: "Allahumma la".</w:t>
      </w:r>
    </w:p>
    <w:p>
      <w:pPr>
        <w:jc w:val="right"/>
      </w:pPr>
      <w:r>
        <w:t>ہی سمپلی سیڈ: "اللہم لا"۔</w:t>
      </w:r>
    </w:p>
    <w:p>
      <w:r>
        <w:rPr>
          <w:b/>
        </w:rPr>
        <w:t xml:space="preserve">[11:13]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[11:14] </w:t>
      </w:r>
      <w:r>
        <w:t>He is an ignorant person.</w:t>
      </w:r>
    </w:p>
    <w:p>
      <w:pPr>
        <w:jc w:val="right"/>
      </w:pPr>
      <w:r>
        <w:t>ہی از این اگنورنٹ پرسن۔</w:t>
      </w:r>
    </w:p>
    <w:p>
      <w:r>
        <w:rPr>
          <w:b/>
        </w:rPr>
        <w:t xml:space="preserve">[11:17] </w:t>
      </w:r>
      <w:r>
        <w:t>He knows nothing.</w:t>
      </w:r>
    </w:p>
    <w:p>
      <w:pPr>
        <w:jc w:val="right"/>
      </w:pPr>
      <w:r>
        <w:t>ہی نوز نتھنگ۔</w:t>
      </w:r>
    </w:p>
    <w:p>
      <w:r>
        <w:rPr>
          <w:b/>
        </w:rPr>
        <w:t xml:space="preserve">[11:18]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[11:20] </w:t>
      </w:r>
      <w:r>
        <w:t>He is ignorant person.</w:t>
      </w:r>
    </w:p>
    <w:p>
      <w:pPr>
        <w:jc w:val="right"/>
      </w:pPr>
      <w:r>
        <w:t>ہی از اگنورنٹ پرسن۔</w:t>
      </w:r>
    </w:p>
    <w:p>
      <w:r>
        <w:rPr>
          <w:b/>
        </w:rPr>
        <w:t xml:space="preserve">[11:22]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[11:23] </w:t>
      </w:r>
      <w:r>
        <w:t>O God, forgive him.</w:t>
      </w:r>
    </w:p>
    <w:p>
      <w:pPr>
        <w:jc w:val="right"/>
      </w:pPr>
      <w:r>
        <w:t>او گاڈ، فارگیو ہم۔</w:t>
      </w:r>
    </w:p>
    <w:p>
      <w:r>
        <w:rPr>
          <w:b/>
        </w:rPr>
        <w:t xml:space="preserve">[11:25] </w:t>
      </w:r>
      <w:r>
        <w:t>He is an ignorant person.</w:t>
      </w:r>
    </w:p>
    <w:p>
      <w:pPr>
        <w:jc w:val="right"/>
      </w:pPr>
      <w:r>
        <w:t>ہی از این اگنورنٹ پرسن۔</w:t>
      </w:r>
    </w:p>
    <w:p>
      <w:r>
        <w:rPr>
          <w:b/>
        </w:rPr>
        <w:t xml:space="preserve">[11:27] </w:t>
      </w:r>
      <w:r>
        <w:t>This was the response of the Prophet at the situation.</w:t>
      </w:r>
    </w:p>
    <w:p>
      <w:pPr>
        <w:jc w:val="right"/>
      </w:pPr>
      <w:r>
        <w:t>دس واز دا رسپانس اف دا پرافٹ ایٹ دا سچویشن۔</w:t>
      </w:r>
    </w:p>
    <w:p>
      <w:r>
        <w:rPr>
          <w:b/>
        </w:rPr>
        <w:t xml:space="preserve">[11:31] </w:t>
      </w:r>
      <w:r>
        <w:t>Now, if you, if you experience that kind of situation, if someone beats you, someone, some</w:t>
      </w:r>
    </w:p>
    <w:p>
      <w:pPr>
        <w:jc w:val="right"/>
      </w:pPr>
      <w:r>
        <w:t>ناو، اف یو، اف یو ایکسپیرینس دیٹ کائنڈ اف سچویشن، اف سم ون بیٹس یو، سم ون، سم</w:t>
      </w:r>
    </w:p>
    <w:p>
      <w:r>
        <w:rPr>
          <w:b/>
        </w:rPr>
        <w:t xml:space="preserve">[11:39] </w:t>
      </w:r>
      <w:r>
        <w:t>one provoke you, at that time, you remember that what was the Prophet's response in a such, in</w:t>
      </w:r>
    </w:p>
    <w:p>
      <w:pPr>
        <w:jc w:val="right"/>
      </w:pPr>
      <w:r>
        <w:t>ون پرووک یو، ایٹ دیٹ ٹائم، یو ریممبر دیٹ واٹ واز دا پرافٹس رسپانس ان ا سچ، ان</w:t>
      </w:r>
    </w:p>
    <w:p>
      <w:r>
        <w:rPr>
          <w:b/>
        </w:rPr>
        <w:t xml:space="preserve">[11:47] </w:t>
      </w:r>
      <w:r>
        <w:t>such a situation.</w:t>
      </w:r>
    </w:p>
    <w:p>
      <w:pPr>
        <w:jc w:val="right"/>
      </w:pPr>
      <w:r>
        <w:t>سچ ا سچویشن۔</w:t>
      </w:r>
    </w:p>
    <w:p>
      <w:r>
        <w:rPr>
          <w:b/>
        </w:rPr>
        <w:t xml:space="preserve">[11:48] </w:t>
      </w:r>
      <w:r>
        <w:t>When you face the same situation and you remember what happened with the Prophet of Islam.</w:t>
      </w:r>
    </w:p>
    <w:p>
      <w:pPr>
        <w:jc w:val="right"/>
      </w:pPr>
      <w:r>
        <w:t>وین یو فیس دا سیم سچویشن اینڈ یو ریممبر واٹ ہیپن ود دا پرافٹ اف اسلام۔</w:t>
      </w:r>
    </w:p>
    <w:p>
      <w:r>
        <w:rPr>
          <w:b/>
        </w:rPr>
        <w:t xml:space="preserve">[11:55] </w:t>
      </w:r>
      <w:r>
        <w:t>So by remembering that prophet responded positively, not negatively, although the situation was highly provocative, but prophet responded</w:t>
      </w:r>
    </w:p>
    <w:p>
      <w:pPr>
        <w:jc w:val="right"/>
      </w:pPr>
      <w:r>
        <w:t>سو بائی ریممبرنگ دیٹ پرافٹ ریسپانڈڈ پوزیٹیولی، ناٹ نیگیٹیولی، الدو دا سچویشن واز ہائیلی پرووکیٹیو، بٹ پرافٹ ریسپانڈڈ</w:t>
      </w:r>
    </w:p>
    <w:p>
      <w:r>
        <w:rPr>
          <w:b/>
        </w:rPr>
        <w:t xml:space="preserve">[12:03] </w:t>
      </w:r>
      <w:r>
        <w:t>in a positive manner.</w:t>
      </w:r>
    </w:p>
    <w:p>
      <w:pPr>
        <w:jc w:val="right"/>
      </w:pPr>
      <w:r>
        <w:t>ان ا پوزیٹیو مینر۔</w:t>
      </w:r>
    </w:p>
    <w:p>
      <w:r>
        <w:rPr>
          <w:b/>
        </w:rPr>
        <w:t xml:space="preserve">[12:05] </w:t>
      </w:r>
      <w:r>
        <w:t>So if you remember this and then you follow this and then you follow the prophetic pattern with</w:t>
      </w:r>
    </w:p>
    <w:p>
      <w:pPr>
        <w:jc w:val="right"/>
      </w:pPr>
      <w:r>
        <w:t>سو اف یو ریممبر دس اینڈ دین یو فالو دس اینڈ دین یو فالو دا پرافٹک پیٹرن ود</w:t>
      </w:r>
    </w:p>
    <w:p>
      <w:r>
        <w:rPr>
          <w:b/>
        </w:rPr>
        <w:t xml:space="preserve">[12:12] </w:t>
      </w:r>
      <w:r>
        <w:t>The same spirit, then instantly you, you will feel that you are living in the prophet of Islam.</w:t>
      </w:r>
    </w:p>
    <w:p>
      <w:pPr>
        <w:jc w:val="right"/>
      </w:pPr>
      <w:r>
        <w:t>دا سیم سپرٹ، دین انسٹنٹلی یو، یو ویل فیل دیٹ یو ار لیونگ ان دا پرافٹ اف اسلام۔</w:t>
      </w:r>
    </w:p>
    <w:p>
      <w:r>
        <w:rPr>
          <w:b/>
        </w:rPr>
        <w:t xml:space="preserve">[12:20] </w:t>
      </w:r>
      <w:r>
        <w:t>well stand, you will instantly, you will experience that you are living in the companionship of the</w:t>
      </w:r>
    </w:p>
    <w:p>
      <w:pPr>
        <w:jc w:val="right"/>
      </w:pPr>
      <w:r>
        <w:t>ویل اسٹینڈ، یو ویل انسٹنٹلی، یو ویل ایکسپیرینس دیٹ یو ار لیونگ ان دا کمپینین شپ اف دا</w:t>
      </w:r>
    </w:p>
    <w:p>
      <w:r>
        <w:rPr>
          <w:b/>
        </w:rPr>
        <w:t xml:space="preserve">[12:28] </w:t>
      </w:r>
      <w:r>
        <w:t>Prophet of Islam.</w:t>
      </w:r>
    </w:p>
    <w:p>
      <w:pPr>
        <w:jc w:val="right"/>
      </w:pPr>
      <w:r>
        <w:t>پرافٹ اف اسلام۔</w:t>
      </w:r>
    </w:p>
    <w:p>
      <w:r>
        <w:rPr>
          <w:b/>
        </w:rPr>
        <w:t xml:space="preserve">[12:29] </w:t>
      </w:r>
      <w:r>
        <w:t>your feeling, your thinking and your, and your, your experience, your inspiration, everything, everything will, will</w:t>
      </w:r>
    </w:p>
    <w:p>
      <w:pPr>
        <w:jc w:val="right"/>
      </w:pPr>
      <w:r>
        <w:t>یور فیلنگ، یور تھنکنگ اینڈ یور، اینڈ یور، یور ایکسپیرینس، یور انسپیریشن، ایوری تھنگ، ایوری تھنگ ویل، ویل</w:t>
      </w:r>
    </w:p>
    <w:p>
      <w:r>
        <w:rPr>
          <w:b/>
        </w:rPr>
        <w:t xml:space="preserve">[12:37] </w:t>
      </w:r>
      <w:r>
        <w:t>B. C. M.</w:t>
      </w:r>
    </w:p>
    <w:p>
      <w:pPr>
        <w:jc w:val="right"/>
      </w:pPr>
      <w:r>
        <w:t>بی سیم۔</w:t>
      </w:r>
    </w:p>
    <w:p>
      <w:r>
        <w:rPr>
          <w:b/>
        </w:rPr>
        <w:t xml:space="preserve">[12:38] </w:t>
      </w:r>
      <w:r>
        <w:t>And also you will, you will enjoy the companionship of the angels.</w:t>
      </w:r>
    </w:p>
    <w:p>
      <w:pPr>
        <w:jc w:val="right"/>
      </w:pPr>
      <w:r>
        <w:t>اینڈ السو یو ویل، یو ویل انجوائے دا کمپینین شپ اف دا اینجلز۔</w:t>
      </w:r>
    </w:p>
    <w:p>
      <w:r>
        <w:rPr>
          <w:b/>
        </w:rPr>
        <w:t xml:space="preserve">[12:44] </w:t>
      </w:r>
      <w:r>
        <w:t>So by adopting this kind of behavior, you create the same atmosphere.</w:t>
      </w:r>
    </w:p>
    <w:p>
      <w:pPr>
        <w:jc w:val="right"/>
      </w:pPr>
      <w:r>
        <w:t>سو بائی اڈاپٹنگ دس کائنڈ اف بیہیویئر، یو کریٹ دا سیم اٹمسفیئر۔</w:t>
      </w:r>
    </w:p>
    <w:p>
      <w:r>
        <w:rPr>
          <w:b/>
        </w:rPr>
        <w:t xml:space="preserve">[12:49] </w:t>
      </w:r>
      <w:r>
        <w:t>By adopting this prophetic behavior, you are creating the same atmosphere, same situation that was at the time</w:t>
      </w:r>
    </w:p>
    <w:p>
      <w:pPr>
        <w:jc w:val="right"/>
      </w:pPr>
      <w:r>
        <w:t>بائی اڈاپٹنگ دس پرافٹک بیہیویئر، یو ار کریٹنگ دا سیم اٹمسفیئر، سیم سچویشن دیٹ واز ایٹ دا ٹائم</w:t>
      </w:r>
    </w:p>
    <w:p>
      <w:r>
        <w:rPr>
          <w:b/>
        </w:rPr>
        <w:t xml:space="preserve">[12:57] </w:t>
      </w:r>
      <w:r>
        <w:t>of the Prophet of Islam.</w:t>
      </w:r>
    </w:p>
    <w:p>
      <w:pPr>
        <w:jc w:val="right"/>
      </w:pPr>
      <w:r>
        <w:t>اف دا پرافٹ اف اسلام۔</w:t>
      </w:r>
    </w:p>
    <w:p>
      <w:r>
        <w:rPr>
          <w:b/>
        </w:rPr>
        <w:t xml:space="preserve">[12:59] </w:t>
      </w:r>
      <w:r>
        <w:t>So at that time, you start living in the companionship of the Prophet of Islam.</w:t>
      </w:r>
    </w:p>
    <w:p>
      <w:pPr>
        <w:jc w:val="right"/>
      </w:pPr>
      <w:r>
        <w:t>سو ایٹ دیٹ ٹائم، یو سٹارٹ لیونگ ان دا کمپینین شپ اف دا پرافٹ اف اسلام۔</w:t>
      </w:r>
    </w:p>
    <w:p>
      <w:r>
        <w:rPr>
          <w:b/>
        </w:rPr>
        <w:t xml:space="preserve">[13:06] </w:t>
      </w:r>
      <w:r>
        <w:t>as my own experience when I adopt, when I face the same situation that was faced by the</w:t>
      </w:r>
    </w:p>
    <w:p>
      <w:pPr>
        <w:jc w:val="right"/>
      </w:pPr>
      <w:r>
        <w:t>از مائی اوور ایکسپیرینس وین ائی اڈاپٹ، وین ائی فیس دا سیم سچویشن دیٹ واز فیس بائے دا</w:t>
      </w:r>
    </w:p>
    <w:p>
      <w:r>
        <w:rPr>
          <w:b/>
        </w:rPr>
        <w:t xml:space="preserve">[13:14] </w:t>
      </w:r>
      <w:r>
        <w:t>prophet of Islam, and then I remember, and then I adopt the same behavior which was adopted by</w:t>
      </w:r>
    </w:p>
    <w:p>
      <w:pPr>
        <w:jc w:val="right"/>
      </w:pPr>
      <w:r>
        <w:t>پرافٹ اف اسلام، اینڈ دین ائی ریممبر، اینڈ دین ائی اڈاپٹ دا سیم بیہیویئر وچ واز اڈاپٹڈ بائے</w:t>
      </w:r>
    </w:p>
    <w:p>
      <w:r>
        <w:rPr>
          <w:b/>
        </w:rPr>
        <w:t xml:space="preserve">[13:21] </w:t>
      </w:r>
      <w:r>
        <w:t>The Prophet of Islam.</w:t>
      </w:r>
    </w:p>
    <w:p>
      <w:pPr>
        <w:jc w:val="right"/>
      </w:pPr>
      <w:r>
        <w:t>دا پرافٹ اف اسلام۔</w:t>
      </w:r>
    </w:p>
    <w:p>
      <w:r>
        <w:rPr>
          <w:b/>
        </w:rPr>
        <w:t xml:space="preserve">[13:23] </w:t>
      </w:r>
      <w:r>
        <w:t>So suddenly I feel that I am living in the companionship of the Prophet of Islam.</w:t>
      </w:r>
    </w:p>
    <w:p>
      <w:pPr>
        <w:jc w:val="right"/>
      </w:pPr>
      <w:r>
        <w:t>سو سڈنلی ائی فیل دیٹ ائی ایم لیونگ ان دا کمپینین شپ اف دا پرافٹ اف اسلام۔</w:t>
      </w:r>
    </w:p>
    <w:p>
      <w:r>
        <w:rPr>
          <w:b/>
        </w:rPr>
        <w:t xml:space="preserve">[13:30] </w:t>
      </w:r>
      <w:r>
        <w:t>is very unique experience.</w:t>
      </w:r>
    </w:p>
    <w:p>
      <w:pPr>
        <w:jc w:val="right"/>
      </w:pPr>
      <w:r>
        <w:t>از ویری یونیک ایکسپیرینس۔</w:t>
      </w:r>
    </w:p>
    <w:p>
      <w:r>
        <w:rPr>
          <w:b/>
        </w:rPr>
        <w:t xml:space="preserve">[13:32] </w:t>
      </w:r>
      <w:r>
        <w:t>Then there is another example.</w:t>
      </w:r>
    </w:p>
    <w:p>
      <w:pPr>
        <w:jc w:val="right"/>
      </w:pPr>
      <w:r>
        <w:t>دین دیر از انادر ایگزامپل۔</w:t>
      </w:r>
    </w:p>
    <w:p>
      <w:r>
        <w:rPr>
          <w:b/>
        </w:rPr>
        <w:t xml:space="preserve">[13:34] </w:t>
      </w:r>
      <w:r>
        <w:t>Once there was a servant and prophet sent him for some purpose, but when the servant delayed in</w:t>
      </w:r>
    </w:p>
    <w:p>
      <w:pPr>
        <w:jc w:val="right"/>
      </w:pPr>
      <w:r>
        <w:t>ونس دیر واز ا سرونٹ اینڈ پرافٹ سینڈ ہم فار سم پرپس، بٹ وین دا سرونٹ ڈیلیڈ ان</w:t>
      </w:r>
    </w:p>
    <w:p>
      <w:r>
        <w:rPr>
          <w:b/>
        </w:rPr>
        <w:t xml:space="preserve">[13:42] </w:t>
      </w:r>
      <w:r>
        <w:t>fulfilling his duty.</w:t>
      </w:r>
    </w:p>
    <w:p>
      <w:pPr>
        <w:jc w:val="right"/>
      </w:pPr>
      <w:r>
        <w:t>فلفلنگ ہز ڈیوٹی۔</w:t>
      </w:r>
    </w:p>
    <w:p>
      <w:r>
        <w:rPr>
          <w:b/>
        </w:rPr>
        <w:t xml:space="preserve">[13:43] </w:t>
      </w:r>
      <w:r>
        <w:t>So prophet was also a man, he was a man, he was not an angel.</w:t>
      </w:r>
    </w:p>
    <w:p>
      <w:pPr>
        <w:jc w:val="right"/>
      </w:pPr>
      <w:r>
        <w:t>سو پرافٹ واز السو ا مین، ہی واز ا مین، ہی واز ناٹ این اینجل۔</w:t>
      </w:r>
    </w:p>
    <w:p>
      <w:r>
        <w:rPr>
          <w:b/>
        </w:rPr>
        <w:t xml:space="preserve">[13:50] </w:t>
      </w:r>
      <w:r>
        <w:t>So he became angry, but what he said at that time, in at that time, in his head,</w:t>
      </w:r>
    </w:p>
    <w:p>
      <w:pPr>
        <w:jc w:val="right"/>
      </w:pPr>
      <w:r>
        <w:t>سو ہی بیکم اینگری، بٹ واٹ ہی سیڈ ایٹ دیٹ ٹائم، ان ایٹ دیٹ ٹائم، ان ہز ہیڈ،</w:t>
      </w:r>
    </w:p>
    <w:p>
      <w:r>
        <w:rPr>
          <w:b/>
        </w:rPr>
        <w:t xml:space="preserve">[13:58] </w:t>
      </w:r>
      <w:r>
        <w:t>There was a tooth, there was a toothbrush, there is miswak.</w:t>
      </w:r>
    </w:p>
    <w:p>
      <w:pPr>
        <w:jc w:val="right"/>
      </w:pPr>
      <w:r>
        <w:t>دیر واز ا ٹوتھ، دیر واز ا ٹوتھ برش، دیر از مسواک۔</w:t>
      </w:r>
    </w:p>
    <w:p>
      <w:r>
        <w:rPr>
          <w:b/>
        </w:rPr>
        <w:t xml:space="preserve">[14:03] </w:t>
      </w:r>
      <w:r>
        <w:t>So he said: "Lawla khashiyatul quwwat, I fear that God will punish me on the Day of Judgment,</w:t>
      </w:r>
    </w:p>
    <w:p>
      <w:pPr>
        <w:jc w:val="right"/>
      </w:pPr>
      <w:r>
        <w:t>سو ہی سیڈ: "لولا خشیت القودک، ائی فیئر دیٹ گاڈ ویل پنش می ان دا ڈے اف ججمنٹ،</w:t>
      </w:r>
    </w:p>
    <w:p>
      <w:r>
        <w:rPr>
          <w:b/>
        </w:rPr>
        <w:t xml:space="preserve">[14:10] </w:t>
      </w:r>
      <w:r>
        <w:t>"Otherwise I will beat you." So this is a behavior.</w:t>
      </w:r>
    </w:p>
    <w:p>
      <w:pPr>
        <w:jc w:val="right"/>
      </w:pPr>
      <w:r>
        <w:t>ادروائز ائی ویل بیٹ یو۔" سو دس از ا بیہیویئر۔</w:t>
      </w:r>
    </w:p>
    <w:p>
      <w:r>
        <w:rPr>
          <w:b/>
        </w:rPr>
        <w:t xml:space="preserve">[14:15] </w:t>
      </w:r>
      <w:r>
        <w:t>We read this behavior in the, in the Hadith literature.</w:t>
      </w:r>
    </w:p>
    <w:p>
      <w:pPr>
        <w:jc w:val="right"/>
      </w:pPr>
      <w:r>
        <w:t>وی ریڈ دس بیہیویئر ان دا، ان دا حدیث لٹریچر۔</w:t>
      </w:r>
    </w:p>
    <w:p>
      <w:r>
        <w:rPr>
          <w:b/>
        </w:rPr>
        <w:t xml:space="preserve">[14:19] </w:t>
      </w:r>
      <w:r>
        <w:t>So when we experience the same situation, same kind of provocative situation, but we remember the prophet of</w:t>
      </w:r>
    </w:p>
    <w:p>
      <w:pPr>
        <w:jc w:val="right"/>
      </w:pPr>
      <w:r>
        <w:t>سو وین وی ایکسپیرینس دا سیم سچویشن، سیم کائنڈ اف پرووکیٹیو سچویشن، بٹ وی ریممبر دا پرافٹ اف</w:t>
      </w:r>
    </w:p>
    <w:p>
      <w:r>
        <w:rPr>
          <w:b/>
        </w:rPr>
        <w:t xml:space="preserve">[14:27] </w:t>
      </w:r>
      <w:r>
        <w:t>Islam, how he, how was his behavior, how was his reaction, how was his response.</w:t>
      </w:r>
    </w:p>
    <w:p>
      <w:pPr>
        <w:jc w:val="right"/>
      </w:pPr>
      <w:r>
        <w:t>اسلام، ہاؤ ہی، ہاؤ واز ہز بیہیویئر، ہاؤ واز ہز ری ایکشن، ہاؤ واز ہز رسپانس۔</w:t>
      </w:r>
    </w:p>
    <w:p>
      <w:r>
        <w:rPr>
          <w:b/>
        </w:rPr>
        <w:t xml:space="preserve">[14:34] </w:t>
      </w:r>
      <w:r>
        <w:t>So we think about this.</w:t>
      </w:r>
    </w:p>
    <w:p>
      <w:pPr>
        <w:jc w:val="right"/>
      </w:pPr>
      <w:r>
        <w:t>سو وی تھنک اباؤٹ دس۔</w:t>
      </w:r>
    </w:p>
    <w:p>
      <w:r>
        <w:rPr>
          <w:b/>
        </w:rPr>
        <w:t xml:space="preserve">[14:36] </w:t>
      </w:r>
      <w:r>
        <w:t>We remember Prophet of Islam's behavior and follow this behavior with complete spirit of iman.</w:t>
      </w:r>
    </w:p>
    <w:p>
      <w:pPr>
        <w:jc w:val="right"/>
      </w:pPr>
      <w:r>
        <w:t>وی ریممبر پرافٹ اف اسلامز بیہیویئر اینڈ فالو دس بیہیویئر ود کمپلیٹ سپرٹ اف ایمان۔</w:t>
      </w:r>
    </w:p>
    <w:p>
      <w:r>
        <w:rPr>
          <w:b/>
        </w:rPr>
        <w:t xml:space="preserve">[14:42] </w:t>
      </w:r>
      <w:r>
        <w:t>Then we will feel the same experience, same kind of atmosphere.</w:t>
      </w:r>
    </w:p>
    <w:p>
      <w:pPr>
        <w:jc w:val="right"/>
      </w:pPr>
      <w:r>
        <w:t>دین وی ویل فیل دا سیم ایکسپیرینس، سیم کائنڈ اف اٹمسفیئر۔</w:t>
      </w:r>
    </w:p>
    <w:p>
      <w:r>
        <w:rPr>
          <w:b/>
        </w:rPr>
        <w:t xml:space="preserve">[14:47] </w:t>
      </w:r>
      <w:r>
        <w:t>by adopting the prophetic pattern, we will create the same atmosphere, same environment, same kind of feeling, same</w:t>
      </w:r>
    </w:p>
    <w:p>
      <w:pPr>
        <w:jc w:val="right"/>
      </w:pPr>
      <w:r>
        <w:t>بائی اڈاپٹنگ دا پرافٹک پیٹرن، وی ویل کریٹ دا سیم اٹمسفیئر، سیم انوائرمنٹ، سیم کائنڈ اف فیلنگ، سیم</w:t>
      </w:r>
    </w:p>
    <w:p>
      <w:r>
        <w:rPr>
          <w:b/>
        </w:rPr>
        <w:t xml:space="preserve">[14:55] </w:t>
      </w:r>
      <w:r>
        <w:t>kind of inspiration.</w:t>
      </w:r>
    </w:p>
    <w:p>
      <w:pPr>
        <w:jc w:val="right"/>
      </w:pPr>
      <w:r>
        <w:t>کائنڈ اف انسپیریشن۔</w:t>
      </w:r>
    </w:p>
    <w:p>
      <w:r>
        <w:rPr>
          <w:b/>
        </w:rPr>
        <w:t xml:space="preserve">[14:56] </w:t>
      </w:r>
      <w:r>
        <w:t>So this is the, by this way, we can live in the companionship of the Prophet of</w:t>
      </w:r>
    </w:p>
    <w:p>
      <w:pPr>
        <w:jc w:val="right"/>
      </w:pPr>
      <w:r>
        <w:t>سو دس از دا، بائی دس وے، وی کین لیو ان دا کمپینین شپ اف دا پرافٹ اف</w:t>
      </w:r>
    </w:p>
    <w:p>
      <w:r>
        <w:rPr>
          <w:b/>
        </w:rPr>
        <w:t xml:space="preserve">[15:04] </w:t>
      </w:r>
      <w:r>
        <w:t>Islam.</w:t>
      </w:r>
    </w:p>
    <w:p>
      <w:pPr>
        <w:jc w:val="right"/>
      </w:pPr>
      <w:r>
        <w:t>اسلام۔</w:t>
      </w:r>
    </w:p>
    <w:p>
      <w:r>
        <w:rPr>
          <w:b/>
        </w:rPr>
        <w:t xml:space="preserve">[15:05] </w:t>
      </w:r>
      <w:r>
        <w:t>So I can say that the prophet of Islam was a prophet, also he was a model, model.</w:t>
      </w:r>
    </w:p>
    <w:p>
      <w:pPr>
        <w:jc w:val="right"/>
      </w:pPr>
      <w:r>
        <w:t>سو ائی کین سی دیٹ دا پرافٹ اف اسلام واز ا پرافٹ، السو ہی واز ا ماڈل، ماڈل۔</w:t>
      </w:r>
    </w:p>
    <w:p>
      <w:r>
        <w:rPr>
          <w:b/>
        </w:rPr>
        <w:t xml:space="preserve">[15:13] </w:t>
      </w:r>
      <w:r>
        <w:t>So when we read the Hadith literature and when we read the life of the Prophet of Islam,</w:t>
      </w:r>
    </w:p>
    <w:p>
      <w:pPr>
        <w:jc w:val="right"/>
      </w:pPr>
      <w:r>
        <w:t>سو وین وی ریڈ دی حدیث لٹریچر اینڈ وین وی ریڈ دا لائف اف دا پرافٹ اف اسلام،</w:t>
      </w:r>
    </w:p>
    <w:p>
      <w:r>
        <w:rPr>
          <w:b/>
        </w:rPr>
        <w:t xml:space="preserve">[15:21] </w:t>
      </w:r>
      <w:r>
        <w:t>We find that how was his behavior in different situations.</w:t>
      </w:r>
    </w:p>
    <w:p>
      <w:pPr>
        <w:jc w:val="right"/>
      </w:pPr>
      <w:r>
        <w:t>وی فائنڈ دیٹ ہاؤ واز ہز بیہیویئر ان ڈفرنٹ سچویشنز۔</w:t>
      </w:r>
    </w:p>
    <w:p>
      <w:r>
        <w:rPr>
          <w:b/>
        </w:rPr>
        <w:t xml:space="preserve">[15:25] </w:t>
      </w:r>
      <w:r>
        <w:t>So by following that kind of behavior, we can create the same atmosphere, same environment that is called</w:t>
      </w:r>
    </w:p>
    <w:p>
      <w:pPr>
        <w:jc w:val="right"/>
      </w:pPr>
      <w:r>
        <w:t>سو بائی فالونگ دیٹ کائنڈ اف بیہیویئر، وی کین کریٹ دا سیم اٹمسفیئر، سیم انوائرمنٹ دیٹ از کالڈ</w:t>
      </w:r>
    </w:p>
    <w:p>
      <w:r>
        <w:rPr>
          <w:b/>
        </w:rPr>
        <w:t xml:space="preserve">[15:33] </w:t>
      </w:r>
      <w:r>
        <w:t>companionship.</w:t>
      </w:r>
    </w:p>
    <w:p>
      <w:pPr>
        <w:jc w:val="right"/>
      </w:pPr>
      <w:r>
        <w:t>کمپینین شپ۔</w:t>
      </w:r>
    </w:p>
    <w:p>
      <w:r>
        <w:rPr>
          <w:b/>
        </w:rPr>
        <w:t xml:space="preserve">[15:34] </w:t>
      </w:r>
      <w:r>
        <w:t>Then we read in the book that when the Prophet of Islam was in Mecca up to 13</w:t>
      </w:r>
    </w:p>
    <w:p>
      <w:pPr>
        <w:jc w:val="right"/>
      </w:pPr>
      <w:r>
        <w:t>دین وی ریڈ ان دا بک دیٹ وین دا پرافٹ اف اسلام واز ان مکہ اپ ٹو 13</w:t>
      </w:r>
    </w:p>
    <w:p>
      <w:r>
        <w:rPr>
          <w:b/>
        </w:rPr>
        <w:t xml:space="preserve">[15:42] </w:t>
      </w:r>
      <w:r>
        <w:t>years, they became hostile because those people were idol worshipers and prophet was a great believer in</w:t>
      </w:r>
    </w:p>
    <w:p>
      <w:pPr>
        <w:jc w:val="right"/>
      </w:pPr>
      <w:r>
        <w:t>ایئرز، دے بیکم ہوسٹائل بیکاز دوز پیپل ویر، ویر اڈل ورسپرز اینڈ پرافٹ واز ا گریٹ بلیور ان</w:t>
      </w:r>
    </w:p>
    <w:p>
      <w:r>
        <w:rPr>
          <w:b/>
        </w:rPr>
        <w:t xml:space="preserve">[15:50] </w:t>
      </w:r>
      <w:r>
        <w:t>The oneness of God.</w:t>
      </w:r>
    </w:p>
    <w:p>
      <w:pPr>
        <w:jc w:val="right"/>
      </w:pPr>
      <w:r>
        <w:t>دا وننس اف گاڈ۔</w:t>
      </w:r>
    </w:p>
    <w:p>
      <w:r>
        <w:rPr>
          <w:b/>
        </w:rPr>
        <w:t xml:space="preserve">[15:51] </w:t>
      </w:r>
      <w:r>
        <w:t>تو although some people from those mushrik community embraced Islam, but the majority denied, but the majority refused</w:t>
      </w:r>
    </w:p>
    <w:p>
      <w:pPr>
        <w:jc w:val="right"/>
      </w:pPr>
      <w:r>
        <w:t>تو الدو سم پیپل فرام دوز مشرک کمیونٹی ایمبریس اسلام، بٹ دا میجورٹی ڈینائیڈ، بٹ دا میجورٹی ریفیوز</w:t>
      </w:r>
    </w:p>
    <w:p>
      <w:r>
        <w:rPr>
          <w:b/>
        </w:rPr>
        <w:t xml:space="preserve">[15:59] </w:t>
      </w:r>
      <w:r>
        <w:t>to accept and they become hostile.</w:t>
      </w:r>
    </w:p>
    <w:p>
      <w:pPr>
        <w:jc w:val="right"/>
      </w:pPr>
      <w:r>
        <w:t>ٹو ایکسیپٹ اینڈ دے بیکم ہوسٹائل۔</w:t>
      </w:r>
    </w:p>
    <w:p>
      <w:r>
        <w:rPr>
          <w:b/>
        </w:rPr>
        <w:t xml:space="preserve">[16:02] </w:t>
      </w:r>
      <w:r>
        <w:t>They inflicted all kind of atrocities upon Muhammad Sallallahu Alaihi Wasallam.</w:t>
      </w:r>
    </w:p>
    <w:p>
      <w:pPr>
        <w:jc w:val="right"/>
      </w:pPr>
      <w:r>
        <w:t>دے انفلکٹڈ ال کائنڈ اف ایٹراسٹیز اپ محمد صلی اللہ علیہ وسلم۔</w:t>
      </w:r>
    </w:p>
    <w:p>
      <w:r>
        <w:rPr>
          <w:b/>
        </w:rPr>
        <w:t xml:space="preserve">[16:07] </w:t>
      </w:r>
      <w:r>
        <w:t>Even they compelled him to leave Makkah and he, they compelled him and his companions of that time</w:t>
      </w:r>
    </w:p>
    <w:p>
      <w:pPr>
        <w:jc w:val="right"/>
      </w:pPr>
      <w:r>
        <w:t>ایون دے کمپلڈ ہم ٹو لیو مکہ اینڈ ہی، دے کمپلڈ ہم اینڈ ہز کمپینینز اف دیٹ ٹائم</w:t>
      </w:r>
    </w:p>
    <w:p>
      <w:r>
        <w:rPr>
          <w:b/>
        </w:rPr>
        <w:t xml:space="preserve">[16:14] </w:t>
      </w:r>
      <w:r>
        <w:t>to leave Makkah.</w:t>
      </w:r>
    </w:p>
    <w:p>
      <w:pPr>
        <w:jc w:val="right"/>
      </w:pPr>
      <w:r>
        <w:t>ٹو لیو مکہ۔</w:t>
      </w:r>
    </w:p>
    <w:p>
      <w:r>
        <w:rPr>
          <w:b/>
        </w:rPr>
        <w:t xml:space="preserve">[16:16] </w:t>
      </w:r>
      <w:r>
        <w:t>They said: "Otherwise, we will kill you." Now, after this, after this situation, Prophet of Islam silently migrated</w:t>
      </w:r>
    </w:p>
    <w:p>
      <w:pPr>
        <w:jc w:val="right"/>
      </w:pPr>
      <w:r>
        <w:t>دے سیڈ: "ادروائز، وی ویل کل یو۔" ناو، افٹر دس، افٹر دس سچویشن، پرافٹ اف اسلام سائلنٹلی مائیگریٹڈ</w:t>
      </w:r>
    </w:p>
    <w:p>
      <w:r>
        <w:rPr>
          <w:b/>
        </w:rPr>
        <w:t xml:space="preserve">[16:24] </w:t>
      </w:r>
      <w:r>
        <w:t>from Mecca and settle in Madinah.</w:t>
      </w:r>
    </w:p>
    <w:p>
      <w:pPr>
        <w:jc w:val="right"/>
      </w:pPr>
      <w:r>
        <w:t>فرام مکہ اینڈ سیٹل ان مدینہ۔</w:t>
      </w:r>
    </w:p>
    <w:p>
      <w:r>
        <w:rPr>
          <w:b/>
        </w:rPr>
        <w:t xml:space="preserve">[16:26] </w:t>
      </w:r>
      <w:r>
        <w:t>Then we find complete report of his journey and of his other things.</w:t>
      </w:r>
    </w:p>
    <w:p>
      <w:pPr>
        <w:jc w:val="right"/>
      </w:pPr>
      <w:r>
        <w:t>دین وی فائنڈ کمپلیٹ رپورٹ اف ہز جرنی اینڈ اف ہز ادر تھنگز۔</w:t>
      </w:r>
    </w:p>
    <w:p>
      <w:r>
        <w:rPr>
          <w:b/>
        </w:rPr>
        <w:t xml:space="preserve">[16:32] </w:t>
      </w:r>
      <w:r>
        <w:t>For example, in the, in the reports, we read that when the prophet was on the way, he,</w:t>
      </w:r>
    </w:p>
    <w:p>
      <w:pPr>
        <w:jc w:val="right"/>
      </w:pPr>
      <w:r>
        <w:t>فار ایگزامپل، ان دا، ان دا رپورٹس، وی ریڈ دیٹ وین دا پرافٹ واز ان دا وے، ہی،</w:t>
      </w:r>
    </w:p>
    <w:p>
      <w:r>
        <w:rPr>
          <w:b/>
        </w:rPr>
        <w:t xml:space="preserve">[16:40] </w:t>
      </w:r>
      <w:r>
        <w:t>And he was hiding in a cave that is called, that is called Gharth.</w:t>
      </w:r>
    </w:p>
    <w:p>
      <w:pPr>
        <w:jc w:val="right"/>
      </w:pPr>
      <w:r>
        <w:t>اینڈ ہی واز ہائیڈنگ ان اے کیو دیٹ از کالڈ، دیٹ از کالڈ غارث۔</w:t>
      </w:r>
    </w:p>
    <w:p>
      <w:r>
        <w:rPr>
          <w:b/>
        </w:rPr>
        <w:t xml:space="preserve">[16:46] </w:t>
      </w:r>
      <w:r>
        <w:t>Ghar-e-Thaur, Thaur was a mountain.</w:t>
      </w:r>
    </w:p>
    <w:p>
      <w:pPr>
        <w:jc w:val="right"/>
      </w:pPr>
      <w:r>
        <w:t>غارثور، سور واز ا ماؤنٹین۔</w:t>
      </w:r>
    </w:p>
    <w:p>
      <w:r>
        <w:rPr>
          <w:b/>
        </w:rPr>
        <w:t xml:space="preserve">[16:48] </w:t>
      </w:r>
      <w:r>
        <w:t>So in this mountain, there was a cave.</w:t>
      </w:r>
    </w:p>
    <w:p>
      <w:pPr>
        <w:jc w:val="right"/>
      </w:pPr>
      <w:r>
        <w:t>سو ان دس ماؤنٹین، دیر واز ا کیو۔</w:t>
      </w:r>
    </w:p>
    <w:p>
      <w:r>
        <w:rPr>
          <w:b/>
        </w:rPr>
        <w:t xml:space="preserve">[16:51] </w:t>
      </w:r>
      <w:r>
        <w:t>In this queue, he stayed for a while.</w:t>
      </w:r>
    </w:p>
    <w:p>
      <w:pPr>
        <w:jc w:val="right"/>
      </w:pPr>
      <w:r>
        <w:t>ان دس کیو، ہی سٹے فار وائل۔</w:t>
      </w:r>
    </w:p>
    <w:p>
      <w:r>
        <w:rPr>
          <w:b/>
        </w:rPr>
        <w:t xml:space="preserve">[16:54] </w:t>
      </w:r>
      <w:r>
        <w:t>So many people wanted to kill him, wanted to capture him.</w:t>
      </w:r>
    </w:p>
    <w:p>
      <w:pPr>
        <w:jc w:val="right"/>
      </w:pPr>
      <w:r>
        <w:t>سو مکن پیپل وانٹڈ ٹو کل ہم، وانٹڈ ٹو کیپچر ہم۔</w:t>
      </w:r>
    </w:p>
    <w:p>
      <w:r>
        <w:rPr>
          <w:b/>
        </w:rPr>
        <w:t xml:space="preserve">[16:59] </w:t>
      </w:r>
      <w:r>
        <w:t>They was not, Mecca people were not happy with this migration.</w:t>
      </w:r>
    </w:p>
    <w:p>
      <w:pPr>
        <w:jc w:val="right"/>
      </w:pPr>
      <w:r>
        <w:t>دے واز ناٹ، مکن پیپل ویر ناٹ ہیپی ود دس مائیگریشن۔</w:t>
      </w:r>
    </w:p>
    <w:p>
      <w:r>
        <w:rPr>
          <w:b/>
        </w:rPr>
        <w:t xml:space="preserve">[17:04] </w:t>
      </w:r>
      <w:r>
        <w:t>So they wanted to kill him, and they reached to the cave also with swords.</w:t>
      </w:r>
    </w:p>
    <w:p>
      <w:pPr>
        <w:jc w:val="right"/>
      </w:pPr>
      <w:r>
        <w:t>سو دے وانٹڈ ٹو کل ہم، اینڈ دے ریچ ٹو دا کیو السو ود سورس۔</w:t>
      </w:r>
    </w:p>
    <w:p>
      <w:r>
        <w:rPr>
          <w:b/>
        </w:rPr>
        <w:t xml:space="preserve">[17:10] </w:t>
      </w:r>
      <w:r>
        <w:t>So when they reached to the cave, to the mouth of the cave, Prophet's companion Abu Bakar Siddiq saw</w:t>
      </w:r>
    </w:p>
    <w:p>
      <w:pPr>
        <w:jc w:val="right"/>
      </w:pPr>
      <w:r>
        <w:t>سو وین دے ریچ ٹو دا کیو، ٹو دا ماؤتھ اف دا کیو، پرافٹس کمپینین ابوبکر صدیق سا</w:t>
      </w:r>
    </w:p>
    <w:p>
      <w:r>
        <w:rPr>
          <w:b/>
        </w:rPr>
        <w:t xml:space="preserve">[17:18] </w:t>
      </w:r>
      <w:r>
        <w:t>them.</w:t>
      </w:r>
    </w:p>
    <w:p>
      <w:pPr>
        <w:jc w:val="right"/>
      </w:pPr>
      <w:r>
        <w:t>دیم۔</w:t>
      </w:r>
    </w:p>
    <w:p>
      <w:r>
        <w:rPr>
          <w:b/>
        </w:rPr>
        <w:t xml:space="preserve">[17:19] </w:t>
      </w:r>
      <w:r>
        <w:t>He said: "They are, they reach here also." So Prophet said: "La tahzan, in Allah ma'ana." This is</w:t>
      </w:r>
    </w:p>
    <w:p>
      <w:pPr>
        <w:jc w:val="right"/>
      </w:pPr>
      <w:r>
        <w:t>ہی سیڈ: "دے ار، دے ریچ ہیر السو۔" سو پرافٹ سیڈ: "لا تحزن، ان اللہ معنی۔" دس از</w:t>
      </w:r>
    </w:p>
    <w:p>
      <w:r>
        <w:rPr>
          <w:b/>
        </w:rPr>
        <w:t xml:space="preserve">[17:27] </w:t>
      </w:r>
      <w:r>
        <w:t>in the Quran, this is in the Quran: "La tahzan, innallaha ma'ana." Don't be fear, don't be</w:t>
      </w:r>
    </w:p>
    <w:p>
      <w:pPr>
        <w:jc w:val="right"/>
      </w:pPr>
      <w:r>
        <w:t>ان دا قران، دس از ان دا قران: "لا تحزن، ان اللہ معنی۔" ڈونٹ بی فیئر، ڈونٹ بی</w:t>
      </w:r>
    </w:p>
    <w:p>
      <w:r>
        <w:rPr>
          <w:b/>
        </w:rPr>
        <w:t xml:space="preserve">[17:35] </w:t>
      </w:r>
      <w:r>
        <w:t>fearful.</w:t>
      </w:r>
    </w:p>
    <w:p>
      <w:pPr>
        <w:jc w:val="right"/>
      </w:pPr>
      <w:r>
        <w:t>فیئر فل۔</w:t>
      </w:r>
    </w:p>
    <w:p>
      <w:r>
        <w:rPr>
          <w:b/>
        </w:rPr>
        <w:t xml:space="preserve">[17:36] </w:t>
      </w:r>
      <w:r>
        <w:t>God is with us.</w:t>
      </w:r>
    </w:p>
    <w:p>
      <w:pPr>
        <w:jc w:val="right"/>
      </w:pPr>
      <w:r>
        <w:t>گاڈ از ود اس۔</w:t>
      </w:r>
    </w:p>
    <w:p>
      <w:r>
        <w:rPr>
          <w:b/>
        </w:rPr>
        <w:t xml:space="preserve">[17:38] </w:t>
      </w:r>
      <w:r>
        <w:t>So here you can see that in such a situation, when you are helpless, when you have</w:t>
      </w:r>
    </w:p>
    <w:p>
      <w:pPr>
        <w:jc w:val="right"/>
      </w:pPr>
      <w:r>
        <w:t>سو ہیر یو کین سی دیٹ ان سچ ا سچویشن، وین یو ار ہیلپ لیس، وین یو ہیو</w:t>
      </w:r>
    </w:p>
    <w:p>
      <w:r>
        <w:rPr>
          <w:b/>
        </w:rPr>
        <w:t xml:space="preserve">[17:46] </w:t>
      </w:r>
      <w:r>
        <w:t>No army, no companions, you are facing strong enemy.</w:t>
      </w:r>
    </w:p>
    <w:p>
      <w:pPr>
        <w:jc w:val="right"/>
      </w:pPr>
      <w:r>
        <w:t>نو ارمی، نو کمپینینز، یو ار فیسنگ سٹرونگ اینمی۔</w:t>
      </w:r>
    </w:p>
    <w:p>
      <w:r>
        <w:rPr>
          <w:b/>
        </w:rPr>
        <w:t xml:space="preserve">[17:49] </w:t>
      </w:r>
      <w:r>
        <w:t>At that side, at that time, you remember God and you develop trust in God.</w:t>
      </w:r>
    </w:p>
    <w:p>
      <w:pPr>
        <w:jc w:val="right"/>
      </w:pPr>
      <w:r>
        <w:t>ایٹ دیٹ سائیڈ، ایٹ دیٹ ٹائم، یو ریممبر گاڈ اینڈ یو ڈیولپ ٹرسٹ ان گاڈ۔</w:t>
      </w:r>
    </w:p>
    <w:p>
      <w:r>
        <w:rPr>
          <w:b/>
        </w:rPr>
        <w:t xml:space="preserve">[17:56] </w:t>
      </w:r>
      <w:r>
        <w:t>So if you do this, if you adopt this behavior of the Prophet of Islam, if you can</w:t>
      </w:r>
    </w:p>
    <w:p>
      <w:pPr>
        <w:jc w:val="right"/>
      </w:pPr>
      <w:r>
        <w:t>سو اف یو ڈو دس، اف یو اڈاپٹ دس بیہیویئر اف دا پرافٹ اف اسلام، اف یو کین</w:t>
      </w:r>
    </w:p>
    <w:p>
      <w:r>
        <w:rPr>
          <w:b/>
        </w:rPr>
        <w:t xml:space="preserve">[18:04] </w:t>
      </w:r>
      <w:r>
        <w:t>See what prophets of Islam said, then you will create the same atmosphere.</w:t>
      </w:r>
    </w:p>
    <w:p>
      <w:pPr>
        <w:jc w:val="right"/>
      </w:pPr>
      <w:r>
        <w:t>سی واٹ پرافٹس اف اسلام سیڈ، دین یو ویل کریٹ دا سیم اٹمسفیئر۔</w:t>
      </w:r>
    </w:p>
    <w:p>
      <w:r>
        <w:rPr>
          <w:b/>
        </w:rPr>
        <w:t xml:space="preserve">[18:09] </w:t>
      </w:r>
      <w:r>
        <w:t>You will create the same situation of the companionship.</w:t>
      </w:r>
    </w:p>
    <w:p>
      <w:pPr>
        <w:jc w:val="right"/>
      </w:pPr>
      <w:r>
        <w:t>یو ویل کریٹ دا سیم سچویشن اف دا کمپینین شپ۔</w:t>
      </w:r>
    </w:p>
    <w:p>
      <w:r>
        <w:rPr>
          <w:b/>
        </w:rPr>
        <w:t xml:space="preserve">[18:13] </w:t>
      </w:r>
      <w:r>
        <w:t>So you will, you will, you will feel, you will feel that I am living with the Prophet.</w:t>
      </w:r>
    </w:p>
    <w:p>
      <w:pPr>
        <w:jc w:val="right"/>
      </w:pPr>
      <w:r>
        <w:t>سو یو ویل، یو ویل، یو ویل فیل، یو ویل فیل دیٹ ائی ایم لیونگ ود دا پرافٹ</w:t>
      </w:r>
    </w:p>
    <w:p>
      <w:r>
        <w:rPr>
          <w:b/>
        </w:rPr>
        <w:t xml:space="preserve">[18:21]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[18:23] </w:t>
      </w:r>
      <w:r>
        <w:t>I am living in his companions.</w:t>
      </w:r>
    </w:p>
    <w:p>
      <w:pPr>
        <w:jc w:val="right"/>
      </w:pPr>
      <w:r>
        <w:t>ائی ایم لیونگ ان ہز کمپینینز۔</w:t>
      </w:r>
    </w:p>
    <w:p>
      <w:r>
        <w:rPr>
          <w:b/>
        </w:rPr>
        <w:t xml:space="preserve">[18:25] </w:t>
      </w:r>
      <w:r>
        <w:t>So you will receive the same experience which we called companionship.</w:t>
      </w:r>
    </w:p>
    <w:p>
      <w:pPr>
        <w:jc w:val="right"/>
      </w:pPr>
      <w:r>
        <w:t>سو یو ویل ریسیو دا سیم ایکسپیرینس وچ وی کالڈ کمپینین شپ۔</w:t>
      </w:r>
    </w:p>
    <w:p>
      <w:r>
        <w:rPr>
          <w:b/>
        </w:rPr>
        <w:t xml:space="preserve">[18:30] </w:t>
      </w:r>
      <w:r>
        <w:t>If you follow this pattern with complete spirit of iman, then you know the prophet of Islam when</w:t>
      </w:r>
    </w:p>
    <w:p>
      <w:pPr>
        <w:jc w:val="right"/>
      </w:pPr>
      <w:r>
        <w:t>اف یو فالو دس پیٹرن ود کمپلیٹ سپرٹ اف ایمان، دین یو نو دا پرافٹ اف اسلام وین</w:t>
      </w:r>
    </w:p>
    <w:p>
      <w:r>
        <w:rPr>
          <w:b/>
        </w:rPr>
        <w:t xml:space="preserve">[18:38] </w:t>
      </w:r>
      <w:r>
        <w:t>reach at Madinah, he delivered a lecture.</w:t>
      </w:r>
    </w:p>
    <w:p>
      <w:pPr>
        <w:jc w:val="right"/>
      </w:pPr>
      <w:r>
        <w:t>ریچ ایٹ مدینہ، ہی ڈیلیورڈ ا لیکچر۔</w:t>
      </w:r>
    </w:p>
    <w:p>
      <w:r>
        <w:rPr>
          <w:b/>
        </w:rPr>
        <w:t xml:space="preserve">[18:41] </w:t>
      </w:r>
      <w:r>
        <w:t>I gave a sermon.</w:t>
      </w:r>
    </w:p>
    <w:p>
      <w:pPr>
        <w:jc w:val="right"/>
      </w:pPr>
      <w:r>
        <w:t>ائی گیو ا سرمن۔</w:t>
      </w:r>
    </w:p>
    <w:p>
      <w:r>
        <w:rPr>
          <w:b/>
        </w:rPr>
        <w:t xml:space="preserve">[18:43] </w:t>
      </w:r>
      <w:r>
        <w:t>This sermon is reported in the Sirat Ibn Hisham with this caption: "Awwal khutbat khutbah Rasulullah Sallallahu."</w:t>
      </w:r>
    </w:p>
    <w:p>
      <w:pPr>
        <w:jc w:val="right"/>
      </w:pPr>
      <w:r>
        <w:t>دس سرمن از رپورٹڈ ان دا سیرت ابن ہشام ود دس کیپشن: "اول خطبت خطبہ رسول اللہ صلی</w:t>
      </w:r>
    </w:p>
    <w:p>
      <w:r>
        <w:rPr>
          <w:b/>
        </w:rPr>
        <w:t xml:space="preserve">[18:50] </w:t>
      </w:r>
      <w:r>
        <w:t>Allah Alaihi Wasallam fil Madinah." The first sermon he delivered when he reached at Madinah.</w:t>
      </w:r>
    </w:p>
    <w:p>
      <w:pPr>
        <w:jc w:val="right"/>
      </w:pPr>
      <w:r>
        <w:t>اللہ علیہ وسلم فی المدینہ۔" دا فرسٹ سرمن ہی ڈیلیورڈ وین ہی ریچ ایٹ مدینہ۔</w:t>
      </w:r>
    </w:p>
    <w:p>
      <w:r>
        <w:rPr>
          <w:b/>
        </w:rPr>
        <w:t xml:space="preserve">[18:57] </w:t>
      </w:r>
      <w:r>
        <w:t>So if you read this sermon, this lecture, you will fail to find any kind of complaint, any</w:t>
      </w:r>
    </w:p>
    <w:p>
      <w:pPr>
        <w:jc w:val="right"/>
      </w:pPr>
      <w:r>
        <w:t>سو اف یو ریڈ دس سرمن، دس لیکچر، یو ویل فیل ٹو فائنڈ اینی کائنڈ اف کمپلین، اینی</w:t>
      </w:r>
    </w:p>
    <w:p>
      <w:r>
        <w:rPr>
          <w:b/>
        </w:rPr>
        <w:t xml:space="preserve">[19:05] </w:t>
      </w:r>
      <w:r>
        <w:t>kind of protest.</w:t>
      </w:r>
    </w:p>
    <w:p>
      <w:pPr>
        <w:jc w:val="right"/>
      </w:pPr>
      <w:r>
        <w:t>کائنڈ اف پروٹیسٹ۔</w:t>
      </w:r>
    </w:p>
    <w:p>
      <w:r>
        <w:rPr>
          <w:b/>
        </w:rPr>
        <w:t xml:space="preserve">[19:06] </w:t>
      </w:r>
      <w:r>
        <w:t>He never said a single word against those Meccan people who became hostile, who compelled to him to</w:t>
      </w:r>
    </w:p>
    <w:p>
      <w:pPr>
        <w:jc w:val="right"/>
      </w:pPr>
      <w:r>
        <w:t>ہی نیور سیڈ ا سنگل ورڈ اگینسٹ دوز مکن پیپل ہو بیکم ہوسٹائل، ہو کمپلڈ ٹو ہم ٹو</w:t>
      </w:r>
    </w:p>
    <w:p>
      <w:r>
        <w:rPr>
          <w:b/>
        </w:rPr>
        <w:t xml:space="preserve">[19:14] </w:t>
      </w:r>
      <w:r>
        <w:t>leave his, his, his hometown.</w:t>
      </w:r>
    </w:p>
    <w:p>
      <w:pPr>
        <w:jc w:val="right"/>
      </w:pPr>
      <w:r>
        <w:t>لیو ہز، ہز، ہز ہوم ٹاؤن۔</w:t>
      </w:r>
    </w:p>
    <w:p>
      <w:r>
        <w:rPr>
          <w:b/>
        </w:rPr>
        <w:t xml:space="preserve">[19:16] </w:t>
      </w:r>
      <w:r>
        <w:t>Ittaqna bashart, save yourself from the hellfire at any cost.</w:t>
      </w:r>
    </w:p>
    <w:p>
      <w:pPr>
        <w:jc w:val="right"/>
      </w:pPr>
      <w:r>
        <w:t>اتقنا بشرط سیو یور سیلف فرام دا ہیل فائر ایٹ اینی کاسٹ۔</w:t>
      </w:r>
    </w:p>
    <w:p>
      <w:r>
        <w:rPr>
          <w:b/>
        </w:rPr>
        <w:t xml:space="preserve">[19:22] </w:t>
      </w:r>
      <w:r>
        <w:t>Save yourself from hellfire at any cost.</w:t>
      </w:r>
    </w:p>
    <w:p>
      <w:pPr>
        <w:jc w:val="right"/>
      </w:pPr>
      <w:r>
        <w:t>سیو یور سیلف فرام ہیل فائر ایٹ اینی کاسٹ۔</w:t>
      </w:r>
    </w:p>
    <w:p>
      <w:r>
        <w:rPr>
          <w:b/>
        </w:rPr>
        <w:t xml:space="preserve">[19:25] </w:t>
      </w:r>
      <w:r>
        <w:t>The Prophet of Islam has faced great atrocities, but he forget all those things.</w:t>
      </w:r>
    </w:p>
    <w:p>
      <w:pPr>
        <w:jc w:val="right"/>
      </w:pPr>
      <w:r>
        <w:t>الدو پرافٹ اف اسلام ہیز فیس گریٹ ایٹراسٹیز، بٹ ہی فارگیٹ الدوز تھنگز۔</w:t>
      </w:r>
    </w:p>
    <w:p>
      <w:r>
        <w:rPr>
          <w:b/>
        </w:rPr>
        <w:t xml:space="preserve">[19:31] </w:t>
      </w:r>
      <w:r>
        <w:t>There was no complaint in his heart, no protest in his heart, no negative thought in his mind.</w:t>
      </w:r>
    </w:p>
    <w:p>
      <w:pPr>
        <w:jc w:val="right"/>
      </w:pPr>
      <w:r>
        <w:t>دیر واز نو کمپلینٹ ان ہز ہارٹ، نو پروٹیسٹ ان ہز ہارٹ، نو نیگیٹیو تھاٹ ان ہز مائنڈ۔</w:t>
      </w:r>
    </w:p>
    <w:p>
      <w:r>
        <w:rPr>
          <w:b/>
        </w:rPr>
        <w:t xml:space="preserve">[19:39] </w:t>
      </w:r>
      <w:r>
        <w:t>He said with complete free.</w:t>
      </w:r>
    </w:p>
    <w:p>
      <w:pPr>
        <w:jc w:val="right"/>
      </w:pPr>
      <w:r>
        <w:t>ہی سیڈ ود کمپلیٹ فری۔</w:t>
      </w:r>
    </w:p>
    <w:p>
      <w:r>
        <w:rPr>
          <w:b/>
        </w:rPr>
        <w:t xml:space="preserve">[19:41] </w:t>
      </w:r>
      <w:r>
        <w:t>He said with, with, with open mind.</w:t>
      </w:r>
    </w:p>
    <w:p>
      <w:pPr>
        <w:jc w:val="right"/>
      </w:pPr>
      <w:r>
        <w:t>ہی سیڈ ود، ود، ود اوپن مائنڈ۔</w:t>
      </w:r>
    </w:p>
    <w:p>
      <w:r>
        <w:rPr>
          <w:b/>
        </w:rPr>
        <w:t xml:space="preserve">[19:44] </w:t>
      </w:r>
      <w:r>
        <w:t>He said that: "O people, save yourself from hellfire." So if you, if you experience this</w:t>
      </w:r>
    </w:p>
    <w:p>
      <w:pPr>
        <w:jc w:val="right"/>
      </w:pPr>
      <w:r>
        <w:t>ہی سیڈ دیٹ: "او پیپل، سیو یور سیلف فرام ہیل فائر۔" سو اف یو، اف یو ایکسپیرینس دس</w:t>
      </w:r>
    </w:p>
    <w:p>
      <w:r>
        <w:rPr>
          <w:b/>
        </w:rPr>
        <w:t xml:space="preserve">[19:52] </w:t>
      </w:r>
      <w:r>
        <w:t>kind of event and you can follow this pattern, you will experience the companionship of the Prophet</w:t>
      </w:r>
    </w:p>
    <w:p>
      <w:pPr>
        <w:jc w:val="right"/>
      </w:pPr>
      <w:r>
        <w:t>کائنڈ اف ایونٹ اینڈ یو کین فالو دس پیٹرن، یو ویل ایکسپیرینس دا کمپینین شپ اف دا پرافٹ</w:t>
      </w:r>
    </w:p>
    <w:p>
      <w:r>
        <w:rPr>
          <w:b/>
        </w:rPr>
        <w:t xml:space="preserve">[19:59]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[20:01] </w:t>
      </w:r>
      <w:r>
        <w:t>They are living in negative, negativity.</w:t>
      </w:r>
    </w:p>
    <w:p>
      <w:pPr>
        <w:jc w:val="right"/>
      </w:pPr>
      <w:r>
        <w:t>دے ار لیونگ ان نیگیٹیو، نیگیٹیوٹی۔</w:t>
      </w:r>
    </w:p>
    <w:p>
      <w:r>
        <w:rPr>
          <w:b/>
        </w:rPr>
        <w:t xml:space="preserve">[20:03] </w:t>
      </w:r>
      <w:r>
        <w:t>Every time they speak the language of complaint, every time they speak the language of protest.</w:t>
      </w:r>
    </w:p>
    <w:p>
      <w:pPr>
        <w:jc w:val="right"/>
      </w:pPr>
      <w:r>
        <w:t>ایوری ٹائم دے اسپیک دا لینگویج اف کمپلین، ایوری ٹائم دے اسپیک دا لینگویج اف پروٹیسٹ۔</w:t>
      </w:r>
    </w:p>
    <w:p>
      <w:r>
        <w:rPr>
          <w:b/>
        </w:rPr>
        <w:t xml:space="preserve">[20:10] </w:t>
      </w:r>
      <w:r>
        <w:t>You can see there, there, there stages, there speakers, there so-called media, there books.</w:t>
      </w:r>
    </w:p>
    <w:p>
      <w:pPr>
        <w:jc w:val="right"/>
      </w:pPr>
      <w:r>
        <w:t>یو کین سی دیر، دیر، دیر سٹیجز، دیر سپیکرز، دیر سو کالڈ میڈیا، دیر بکس۔</w:t>
      </w:r>
    </w:p>
    <w:p>
      <w:r>
        <w:rPr>
          <w:b/>
        </w:rPr>
        <w:t xml:space="preserve">[20:17] </w:t>
      </w:r>
      <w:r>
        <w:t>Everywhere you will find that they are engaged in complaint and protest.</w:t>
      </w:r>
    </w:p>
    <w:p>
      <w:pPr>
        <w:jc w:val="right"/>
      </w:pPr>
      <w:r>
        <w:t>ایوری ویر یو ویل فائنڈ دیٹ دے ار انگیجڈ ان کمپلین اینڈ پروٹیسٹ۔</w:t>
      </w:r>
    </w:p>
    <w:p>
      <w:r>
        <w:rPr>
          <w:b/>
        </w:rPr>
        <w:t xml:space="preserve">[20:22] </w:t>
      </w:r>
      <w:r>
        <w:t>So how they can experience the companionship of the Prophet of Islam? Because they are not following</w:t>
      </w:r>
    </w:p>
    <w:p>
      <w:pPr>
        <w:jc w:val="right"/>
      </w:pPr>
      <w:r>
        <w:t>سو ہاؤ دے کین ایکسپیرینس دا کمپینین شپ اف دا پرافٹ اف اسلام؟ بیکاز دے ار ناٹ فالونگ</w:t>
      </w:r>
    </w:p>
    <w:p>
      <w:r>
        <w:rPr>
          <w:b/>
        </w:rPr>
        <w:t xml:space="preserve">[20:30] </w:t>
      </w:r>
      <w:r>
        <w:t>The pattern of the Prophet of Islam.</w:t>
      </w:r>
    </w:p>
    <w:p>
      <w:pPr>
        <w:jc w:val="right"/>
      </w:pPr>
      <w:r>
        <w:t>دا پیٹرن اف دا پرافٹ اف اسلام۔</w:t>
      </w:r>
    </w:p>
    <w:p>
      <w:r>
        <w:rPr>
          <w:b/>
        </w:rPr>
        <w:t xml:space="preserve">[20:33] </w:t>
      </w:r>
      <w:r>
        <w:t>Prophet was able to live with positivity in even in negative situations.</w:t>
      </w:r>
    </w:p>
    <w:p>
      <w:pPr>
        <w:jc w:val="right"/>
      </w:pPr>
      <w:r>
        <w:t>پرافٹ واز ایبل ٹو لیو ود پوزیٹیوٹی ان ایون ان نیگیٹیو سچویشنز۔</w:t>
      </w:r>
    </w:p>
    <w:p>
      <w:r>
        <w:rPr>
          <w:b/>
        </w:rPr>
        <w:t xml:space="preserve">[20:38] </w:t>
      </w:r>
      <w:r>
        <w:t>The Prophet was able to forgive all those provocations.</w:t>
      </w:r>
    </w:p>
    <w:p>
      <w:pPr>
        <w:jc w:val="right"/>
      </w:pPr>
      <w:r>
        <w:t>پرافٹ واز ایبل ٹو فارگیو الدوز پرووکیشنز۔</w:t>
      </w:r>
    </w:p>
    <w:p>
      <w:r>
        <w:rPr>
          <w:b/>
        </w:rPr>
        <w:t xml:space="preserve">[20:41] </w:t>
      </w:r>
      <w:r>
        <w:t>Prophet was able to pray, to pray against those enemies.</w:t>
      </w:r>
    </w:p>
    <w:p>
      <w:pPr>
        <w:jc w:val="right"/>
      </w:pPr>
      <w:r>
        <w:t>پرافٹ واز ایبل ٹو پری، ٹو پری اگینسٹ دوز اینمیز۔</w:t>
      </w:r>
    </w:p>
    <w:p>
      <w:r>
        <w:rPr>
          <w:b/>
        </w:rPr>
        <w:t xml:space="preserve">[20:45] </w:t>
      </w:r>
      <w:r>
        <w:t>So it required a complete, it required a mind of positivity.</w:t>
      </w:r>
    </w:p>
    <w:p>
      <w:pPr>
        <w:jc w:val="right"/>
      </w:pPr>
      <w:r>
        <w:t>سو اٹ ریکوائر ا کمپلیٹ، اٹ ریکوائر ا مائنڈ اف پوزیٹیوٹی۔</w:t>
      </w:r>
    </w:p>
    <w:p>
      <w:r>
        <w:rPr>
          <w:b/>
        </w:rPr>
        <w:t xml:space="preserve">[20:50] </w:t>
      </w:r>
      <w:r>
        <w:t>It requires a heart free of all those negative things.</w:t>
      </w:r>
    </w:p>
    <w:p>
      <w:pPr>
        <w:jc w:val="right"/>
      </w:pPr>
      <w:r>
        <w:t>اٹ ریکوائر ا ہارٹ اف فری اف الدوز نیگیٹیو تھنگز۔</w:t>
      </w:r>
    </w:p>
    <w:p>
      <w:r>
        <w:rPr>
          <w:b/>
        </w:rPr>
        <w:t xml:space="preserve">[20:54] </w:t>
      </w:r>
      <w:r>
        <w:t>Then you can experience the companionship of the Prophet of Islam.</w:t>
      </w:r>
    </w:p>
    <w:p>
      <w:pPr>
        <w:jc w:val="right"/>
      </w:pPr>
      <w:r>
        <w:t>دین یو کین ایکسپیرینس دا کمپینین شپ اف دا پرافٹ اف اسلام۔</w:t>
      </w:r>
    </w:p>
    <w:p>
      <w:r>
        <w:rPr>
          <w:b/>
        </w:rPr>
        <w:t xml:space="preserve">[20:59] </w:t>
      </w:r>
      <w:r>
        <w:t>I can say that those believers who were contemporary to the Prophet of Islam, they were companions.</w:t>
      </w:r>
    </w:p>
    <w:p>
      <w:pPr>
        <w:jc w:val="right"/>
      </w:pPr>
      <w:r>
        <w:t>ائی کین سی دیٹ دوز بلیورز ہو ویر کنٹمپرری ٹو دا پرافٹ اف اسلام، دے ویر کمپینینز۔</w:t>
      </w:r>
    </w:p>
    <w:p>
      <w:r>
        <w:rPr>
          <w:b/>
        </w:rPr>
        <w:t xml:space="preserve">[21:07] </w:t>
      </w:r>
      <w:r>
        <w:t>They were, they were physical companions.</w:t>
      </w:r>
    </w:p>
    <w:p>
      <w:pPr>
        <w:jc w:val="right"/>
      </w:pPr>
      <w:r>
        <w:t>دے ویر، دے ویر فزیکل کمپینینز۔</w:t>
      </w:r>
    </w:p>
    <w:p>
      <w:r>
        <w:rPr>
          <w:b/>
        </w:rPr>
        <w:t xml:space="preserve">[21:09] </w:t>
      </w:r>
      <w:r>
        <w:t>The contemporary Muslims were physical companions of the Prophet of Islam.</w:t>
      </w:r>
    </w:p>
    <w:p>
      <w:pPr>
        <w:jc w:val="right"/>
      </w:pPr>
      <w:r>
        <w:t>دا کنٹمپرری مسلمز ویر فزیکل کمپینینز اف دا پرافٹ اف اسلام۔</w:t>
      </w:r>
    </w:p>
    <w:p>
      <w:r>
        <w:rPr>
          <w:b/>
        </w:rPr>
        <w:t xml:space="preserve">[21:14] </w:t>
      </w:r>
      <w:r>
        <w:t>The contemporary Muslims were physical companions of the Prophet of Islam.</w:t>
      </w:r>
    </w:p>
    <w:p>
      <w:pPr>
        <w:jc w:val="right"/>
      </w:pPr>
      <w:r>
        <w:t>دا کنٹمپرری مسلمز ویر فزیکل کمپینینز اف دا پرافٹ اف اسلام۔</w:t>
      </w:r>
    </w:p>
    <w:p>
      <w:r>
        <w:rPr>
          <w:b/>
        </w:rPr>
        <w:t xml:space="preserve">[21:19] </w:t>
      </w:r>
      <w:r>
        <w:t>But now, it is possible to be psychological companion of the Prophet of Islam.</w:t>
      </w:r>
    </w:p>
    <w:p>
      <w:pPr>
        <w:jc w:val="right"/>
      </w:pPr>
      <w:r>
        <w:t>بٹ ناو، اٹ از پوسیبل ٹو بی سائیکلوجیکل کمپینین اف دا پرافٹ اف اسلام۔</w:t>
      </w:r>
    </w:p>
    <w:p>
      <w:r>
        <w:rPr>
          <w:b/>
        </w:rPr>
        <w:t xml:space="preserve">[21:25] </w:t>
      </w:r>
      <w:r>
        <w:t>So there are two kind of companionship: physical companionship and psychological companionship.</w:t>
      </w:r>
    </w:p>
    <w:p>
      <w:pPr>
        <w:jc w:val="right"/>
      </w:pPr>
      <w:r>
        <w:t>سو دیر ار ٹو کائنڈ اف کمپینین شپ: فزیکل کمپینین شپ اینڈ سائیکلوجیکل کمپینین شپ۔</w:t>
      </w:r>
    </w:p>
    <w:p>
      <w:r>
        <w:rPr>
          <w:b/>
        </w:rPr>
        <w:t xml:space="preserve">[21:31] </w:t>
      </w:r>
      <w:r>
        <w:t>So contemporary Muslims were physical companions.</w:t>
      </w:r>
    </w:p>
    <w:p>
      <w:pPr>
        <w:jc w:val="right"/>
      </w:pPr>
      <w:r>
        <w:t>سو کنٹمپرری مسلمز ویر فزیکل کمپینینز۔</w:t>
      </w:r>
    </w:p>
    <w:p>
      <w:r>
        <w:rPr>
          <w:b/>
        </w:rPr>
        <w:t xml:space="preserve">[21:34] </w:t>
      </w:r>
      <w:r>
        <w:t>Now, it is possible for you to be psychological companions.</w:t>
      </w:r>
    </w:p>
    <w:p>
      <w:pPr>
        <w:jc w:val="right"/>
      </w:pPr>
      <w:r>
        <w:t>ناو، اٹ از پوسیبل فار یو ٹو بی سائیکلوجیکل کمپینینز۔</w:t>
      </w:r>
    </w:p>
    <w:p>
      <w:r>
        <w:rPr>
          <w:b/>
        </w:rPr>
        <w:t xml:space="preserve">[21:38] </w:t>
      </w:r>
      <w:r>
        <w:t>It is very easy, it is very simple.</w:t>
      </w:r>
    </w:p>
    <w:p>
      <w:pPr>
        <w:jc w:val="right"/>
      </w:pPr>
      <w:r>
        <w:t>اٹ از ویری ایزی، اٹ از ویری سمپل۔</w:t>
      </w:r>
    </w:p>
    <w:p>
      <w:r>
        <w:rPr>
          <w:b/>
        </w:rPr>
        <w:t xml:space="preserve">[21:41] </w:t>
      </w:r>
      <w:r>
        <w:t>The only need to know what was the pattern of the Prophet of Islam in different situations.</w:t>
      </w:r>
    </w:p>
    <w:p>
      <w:pPr>
        <w:jc w:val="right"/>
      </w:pPr>
      <w:r>
        <w:t>دا اونلی نیڈ ٹو نو واٹ واز دا پیٹرن اف دا پرافٹ اف اسلام ان ڈفرنٹ سچویشنز۔</w:t>
      </w:r>
    </w:p>
    <w:p>
      <w:r>
        <w:rPr>
          <w:b/>
        </w:rPr>
        <w:t xml:space="preserve">[21:49] </w:t>
      </w:r>
      <w:r>
        <w:t>So if you are sincere, if you have the same spirit of iman, and then you are ready</w:t>
      </w:r>
    </w:p>
    <w:p>
      <w:pPr>
        <w:jc w:val="right"/>
      </w:pPr>
      <w:r>
        <w:t>سو اف یو ار سنسیر، اف یو ہیو دا سیم سپرٹ اف ایمان، اینڈ دین یو ار ریڈی</w:t>
      </w:r>
    </w:p>
    <w:p>
      <w:r>
        <w:rPr>
          <w:b/>
        </w:rPr>
        <w:t xml:space="preserve">[21:56] </w:t>
      </w:r>
      <w:r>
        <w:t>wholeheartedly to adapt the same prophetic pattern.</w:t>
      </w:r>
    </w:p>
    <w:p>
      <w:pPr>
        <w:jc w:val="right"/>
      </w:pPr>
      <w:r>
        <w:t>ہول ہارٹڈلی ٹو اڈاپٹ دا سیم پرافیٹک پیٹرن۔</w:t>
      </w:r>
    </w:p>
    <w:p>
      <w:r>
        <w:rPr>
          <w:b/>
        </w:rPr>
        <w:t xml:space="preserve">[22:00] </w:t>
      </w:r>
      <w:r>
        <w:t>So by adopting this pattern, by adopting this prophetic pattern, you will create again the companionship.</w:t>
      </w:r>
    </w:p>
    <w:p>
      <w:pPr>
        <w:jc w:val="right"/>
      </w:pPr>
      <w:r>
        <w:t>سو بائی اڈاپٹنگ دس پیٹرن، بائی اڈاپٹنگ دس پرافیٹک پیٹرن، یو ویل کریٹ اگین دا کمپینین شپ۔</w:t>
      </w:r>
    </w:p>
    <w:p>
      <w:r>
        <w:rPr>
          <w:b/>
        </w:rPr>
        <w:t xml:space="preserve">[22:07] </w:t>
      </w:r>
      <w:r>
        <w:t>You will create again the, the you will create again the same situation, and then you will enjoy</w:t>
      </w:r>
    </w:p>
    <w:p>
      <w:pPr>
        <w:jc w:val="right"/>
      </w:pPr>
      <w:r>
        <w:t>یو ویل کریٹ اگین دا، دا یو ویل کریٹ اگین دا سیم سچویشن، اینڈ دین یو ویل انجوائے</w:t>
      </w:r>
    </w:p>
    <w:p>
      <w:r>
        <w:rPr>
          <w:b/>
        </w:rPr>
        <w:t xml:space="preserve">[22:15] </w:t>
      </w:r>
      <w:r>
        <w:t>companionship of the Prophet of Islam.</w:t>
      </w:r>
    </w:p>
    <w:p>
      <w:pPr>
        <w:jc w:val="right"/>
      </w:pPr>
      <w:r>
        <w:t>کمپینین شپ اف دا پرافٹ اف اسلام۔</w:t>
      </w:r>
    </w:p>
    <w:p>
      <w:r>
        <w:rPr>
          <w:b/>
        </w:rPr>
        <w:t xml:space="preserve">[22:18] </w:t>
      </w:r>
      <w:r>
        <w:t>So although physical companionship, although you cannot enjoy physical companionship, but you can enjoy psychological</w:t>
      </w:r>
    </w:p>
    <w:p>
      <w:pPr>
        <w:jc w:val="right"/>
      </w:pPr>
      <w:r>
        <w:t>سو الدو فزیکل کمپینین شپ، الدو یو کین ناٹ انجوائے فزیکل کمپینین شپ، بٹ یو کین انجوائے سائیکلوجیکل</w:t>
      </w:r>
    </w:p>
    <w:p>
      <w:r>
        <w:rPr>
          <w:b/>
        </w:rPr>
        <w:t xml:space="preserve">[22:26] </w:t>
      </w:r>
      <w:r>
        <w:t>companionship, spiritual companionship, intellectual companionship.</w:t>
      </w:r>
    </w:p>
    <w:p>
      <w:pPr>
        <w:jc w:val="right"/>
      </w:pPr>
      <w:r>
        <w:t>کمپینین شپ، سپریچول کمپینین شپ، انٹلیکچول کمپینین شپ۔</w:t>
      </w:r>
    </w:p>
    <w:p>
      <w:r>
        <w:rPr>
          <w:b/>
        </w:rPr>
        <w:t xml:space="preserve">[22:29] </w:t>
      </w:r>
      <w:r>
        <w:t>I think it is the real companionship.</w:t>
      </w:r>
    </w:p>
    <w:p>
      <w:pPr>
        <w:jc w:val="right"/>
      </w:pPr>
      <w:r>
        <w:t>ائی تھنک اٹ از دا ریل کمپینین شپ۔</w:t>
      </w:r>
    </w:p>
    <w:p>
      <w:r>
        <w:rPr>
          <w:b/>
        </w:rPr>
        <w:t xml:space="preserve">[22:32] </w:t>
      </w:r>
      <w:r>
        <w:t>You know, the prophet of Islam was not simply a combination of flesh and blood.</w:t>
      </w:r>
    </w:p>
    <w:p>
      <w:pPr>
        <w:jc w:val="right"/>
      </w:pPr>
      <w:r>
        <w:t>یو نو، دا پرافٹ اف اسلام واز ناٹ سمپلی ا کمبینیشن اف فلیش اینڈ بلڈ۔</w:t>
      </w:r>
    </w:p>
    <w:p>
      <w:r>
        <w:rPr>
          <w:b/>
        </w:rPr>
        <w:t xml:space="preserve">[22:39] </w:t>
      </w:r>
      <w:r>
        <w:t>The Prophet of Islam was not simply a combination of flesh and blood.</w:t>
      </w:r>
    </w:p>
    <w:p>
      <w:pPr>
        <w:jc w:val="right"/>
      </w:pPr>
      <w:r>
        <w:t>دا پرافٹ اف اسلام واز ناٹ سمپلی ا کمبینیشن اف فلیش اینڈ بلڈ۔</w:t>
      </w:r>
    </w:p>
    <w:p>
      <w:r>
        <w:rPr>
          <w:b/>
        </w:rPr>
        <w:t xml:space="preserve">[22:44] </w:t>
      </w:r>
      <w:r>
        <w:t>You know, flesh and blood are subject to decay.</w:t>
      </w:r>
    </w:p>
    <w:p>
      <w:pPr>
        <w:jc w:val="right"/>
      </w:pPr>
      <w:r>
        <w:t>یو نو، فلیش اینڈ بلڈ ار سبجیکٹ ٹو ٹیکے۔</w:t>
      </w:r>
    </w:p>
    <w:p>
      <w:r>
        <w:rPr>
          <w:b/>
        </w:rPr>
        <w:t xml:space="preserve">[22:48] </w:t>
      </w:r>
      <w:r>
        <w:t>The real personality of the Prophet was his inner personality, and that personality is living until this date.</w:t>
      </w:r>
    </w:p>
    <w:p>
      <w:pPr>
        <w:jc w:val="right"/>
      </w:pPr>
      <w:r>
        <w:t>دا ریل پرسنیلٹی اف دا پرافٹ واز ہز انر پرسنیلٹی، اینڈ دیٹ پرسنیلٹی از لیونگ انٹل دس ڈیٹ۔</w:t>
      </w:r>
    </w:p>
    <w:p>
      <w:r>
        <w:rPr>
          <w:b/>
        </w:rPr>
        <w:t xml:space="preserve">[22:56] </w:t>
      </w:r>
      <w:r>
        <w:t>So according to my study, and also according to my own experience, I can say that it is</w:t>
      </w:r>
    </w:p>
    <w:p>
      <w:pPr>
        <w:jc w:val="right"/>
      </w:pPr>
      <w:r>
        <w:t>سو اکارڈنگ ٹو مائی سٹڈی، اینڈ السو اکارڈنگ ٹو مائی اون ایکسپیرینس، ائی کین سی دیٹ اٹ از</w:t>
      </w:r>
    </w:p>
    <w:p>
      <w:r>
        <w:rPr>
          <w:b/>
        </w:rPr>
        <w:t xml:space="preserve">[23:04] </w:t>
      </w:r>
      <w:r>
        <w:t>Quite possible.</w:t>
      </w:r>
    </w:p>
    <w:p>
      <w:pPr>
        <w:jc w:val="right"/>
      </w:pPr>
      <w:r>
        <w:t>کوائٹ پوسیبل۔</w:t>
      </w:r>
    </w:p>
    <w:p>
      <w:r>
        <w:rPr>
          <w:b/>
        </w:rPr>
        <w:t xml:space="preserve">[23:05] </w:t>
      </w:r>
      <w:r>
        <w:t>It is quite possible to enjoy the psychological campaign, the psychological companionship of the Prophet of Islam.</w:t>
      </w:r>
    </w:p>
    <w:p>
      <w:pPr>
        <w:jc w:val="right"/>
      </w:pPr>
      <w:r>
        <w:t>اٹ از کوائٹ پوسیبل ٹو انجوائے دا سائیکلوجیکل کمپین، دا سائیکلوجیکل کمپینین شپ اف دا پرافٹ اف اسلام۔</w:t>
      </w:r>
    </w:p>
    <w:p>
      <w:r>
        <w:rPr>
          <w:b/>
        </w:rPr>
        <w:t xml:space="preserve">[23:13] </w:t>
      </w:r>
      <w:r>
        <w:t>And this is a great blessing for a believer.</w:t>
      </w:r>
    </w:p>
    <w:p>
      <w:pPr>
        <w:jc w:val="right"/>
      </w:pPr>
      <w:r>
        <w:t>اینڈ دس از ا گریٹ بلیسنگ فار ا بلیور۔</w:t>
      </w:r>
    </w:p>
    <w:p>
      <w:r>
        <w:rPr>
          <w:b/>
        </w:rPr>
        <w:t xml:space="preserve">[23:17] </w:t>
      </w:r>
      <w:r>
        <w:t>There is no doubt about it.</w:t>
      </w:r>
    </w:p>
    <w:p>
      <w:pPr>
        <w:jc w:val="right"/>
      </w:pPr>
      <w:r>
        <w:t>دیر از نو ڈاؤٹ اباؤٹ اٹ۔</w:t>
      </w:r>
    </w:p>
    <w:p>
      <w:r>
        <w:rPr>
          <w:b/>
        </w:rPr>
        <w:t xml:space="preserve">[23:19] </w:t>
      </w:r>
      <w:r>
        <w:t>What is needed is sincerity.</w:t>
      </w:r>
    </w:p>
    <w:p>
      <w:pPr>
        <w:jc w:val="right"/>
      </w:pPr>
      <w:r>
        <w:t>واٹ از نیڈڈ از سنسیرٹی۔</w:t>
      </w:r>
    </w:p>
    <w:p>
      <w:r>
        <w:rPr>
          <w:b/>
        </w:rPr>
        <w:t xml:space="preserve">[23:22] </w:t>
      </w:r>
      <w:r>
        <w:t>What is needed is sincerity, seriousness.</w:t>
      </w:r>
    </w:p>
    <w:p>
      <w:pPr>
        <w:jc w:val="right"/>
      </w:pPr>
      <w:r>
        <w:t>واٹ از نیڈڈ از سنسیرٹی، سیرسنس۔</w:t>
      </w:r>
    </w:p>
    <w:p>
      <w:r>
        <w:rPr>
          <w:b/>
        </w:rPr>
        <w:t xml:space="preserve">[23:24] </w:t>
      </w:r>
      <w:r>
        <w:t>So first of all, you have to read the Hadith literature.</w:t>
      </w:r>
    </w:p>
    <w:p>
      <w:pPr>
        <w:jc w:val="right"/>
      </w:pPr>
      <w:r>
        <w:t>سو فرسٹ اف ال، یو ہیو ٹو ریڈ دا حدیث لٹریچر۔</w:t>
      </w:r>
    </w:p>
    <w:p>
      <w:r>
        <w:rPr>
          <w:b/>
        </w:rPr>
        <w:t xml:space="preserve">[23:29] </w:t>
      </w:r>
      <w:r>
        <w:t>You have to go through the life of the Prophet of Islam, and you have to understand what</w:t>
      </w:r>
    </w:p>
    <w:p>
      <w:pPr>
        <w:jc w:val="right"/>
      </w:pPr>
      <w:r>
        <w:t>یو ہیو ٹو گو تھرو دا لائف اف دا پرافٹ اف اسلام، اینڈ یو ہیو ٹو انڈرسٹینڈ واٹ</w:t>
      </w:r>
    </w:p>
    <w:p>
      <w:r>
        <w:rPr>
          <w:b/>
        </w:rPr>
        <w:t xml:space="preserve">[23:37] </w:t>
      </w:r>
      <w:r>
        <w:t>was the pattern of Islam, which is called khulq-e azeem in the Quran.</w:t>
      </w:r>
    </w:p>
    <w:p>
      <w:pPr>
        <w:jc w:val="right"/>
      </w:pPr>
      <w:r>
        <w:t>واز دا پیٹرن اف اسلام، وچ از کالڈ خلق عظیم ان دا قران۔</w:t>
      </w:r>
    </w:p>
    <w:p>
      <w:r>
        <w:rPr>
          <w:b/>
        </w:rPr>
        <w:t xml:space="preserve">[23:42] </w:t>
      </w:r>
      <w:r>
        <w:t>Then you have to see yourself.</w:t>
      </w:r>
    </w:p>
    <w:p>
      <w:pPr>
        <w:jc w:val="right"/>
      </w:pPr>
      <w:r>
        <w:t>دین یو ہیو ٹو سی یور سیلف۔</w:t>
      </w:r>
    </w:p>
    <w:p>
      <w:r>
        <w:rPr>
          <w:b/>
        </w:rPr>
        <w:t xml:space="preserve">[23:45] </w:t>
      </w:r>
      <w:r>
        <w:t>Then you have to revise your behaviors.</w:t>
      </w:r>
    </w:p>
    <w:p>
      <w:pPr>
        <w:jc w:val="right"/>
      </w:pPr>
      <w:r>
        <w:t>دین یو ہیو ٹو ریوائز یور بیہیویئرز۔</w:t>
      </w:r>
    </w:p>
    <w:p>
      <w:r>
        <w:rPr>
          <w:b/>
        </w:rPr>
        <w:t xml:space="preserve">[23:48] </w:t>
      </w:r>
      <w:r>
        <w:t>You have to know, you have to discover whether you are following the same pattern or not.</w:t>
      </w:r>
    </w:p>
    <w:p>
      <w:pPr>
        <w:jc w:val="right"/>
      </w:pPr>
      <w:r>
        <w:t>یو ہیو ٹو نو، یو ہیو ٹو ڈسکور ویدر یو ار فالونگ دا سیم پیٹرن اور ناٹ۔</w:t>
      </w:r>
    </w:p>
    <w:p>
      <w:r>
        <w:rPr>
          <w:b/>
        </w:rPr>
        <w:t xml:space="preserve">[23:55] </w:t>
      </w:r>
      <w:r>
        <w:t>I think that although all the Muslims are engaged in praise, that is called Naat.</w:t>
      </w:r>
    </w:p>
    <w:p>
      <w:pPr>
        <w:jc w:val="right"/>
      </w:pPr>
      <w:r>
        <w:t>ائی تھنک دیٹ الدو ال دا مسلمز ار انگیج ان پریز، دے از کالڈ نعت۔</w:t>
      </w:r>
    </w:p>
    <w:p>
      <w:r>
        <w:rPr>
          <w:b/>
        </w:rPr>
        <w:t xml:space="preserve">[24:02] </w:t>
      </w:r>
      <w:r>
        <w:t>In Arabic, it is called Madh-ur-Rasool, Naat-e-Rasool or Madh-ur-Rasool.</w:t>
      </w:r>
    </w:p>
    <w:p>
      <w:pPr>
        <w:jc w:val="right"/>
      </w:pPr>
      <w:r>
        <w:t>ان عربک، اٹ از کالڈ مدح الرسول، نعت رسول اور مدح رسول۔</w:t>
      </w:r>
    </w:p>
    <w:p>
      <w:r>
        <w:rPr>
          <w:b/>
        </w:rPr>
        <w:t xml:space="preserve">[24:07] </w:t>
      </w:r>
      <w:r>
        <w:t>تو although Muslims are engaged in in this praise, but perhaps there are few Muslims, very few, who</w:t>
      </w:r>
    </w:p>
    <w:p>
      <w:pPr>
        <w:jc w:val="right"/>
      </w:pPr>
      <w:r>
        <w:t>تو الدو مسلمز ار انگیج ان ان دس پریز، بٹ پرہیپس دیر ار فیو مسلمز، ویری فیو، ہو</w:t>
      </w:r>
    </w:p>
    <w:p>
      <w:r>
        <w:rPr>
          <w:b/>
        </w:rPr>
        <w:t xml:space="preserve">[24:15] </w:t>
      </w:r>
      <w:r>
        <w:t>are sincerely interested in following the pattern of the prophet of Islam, because it require introspection.</w:t>
      </w:r>
    </w:p>
    <w:p>
      <w:pPr>
        <w:jc w:val="right"/>
      </w:pPr>
      <w:r>
        <w:t>ار سنسیرلی انٹرسٹڈ ان فالونگ دا پیٹرن اف دا پرافٹ اف اسلام، بیکاز اٹ ریکوائر انٹروسپیکشن۔</w:t>
      </w:r>
    </w:p>
    <w:p>
      <w:r>
        <w:rPr>
          <w:b/>
        </w:rPr>
        <w:t xml:space="preserve">[24:22] </w:t>
      </w:r>
      <w:r>
        <w:t>It requires to admit your own mistakes.</w:t>
      </w:r>
    </w:p>
    <w:p>
      <w:pPr>
        <w:jc w:val="right"/>
      </w:pPr>
      <w:r>
        <w:t>اٹ ریکوائر ٹو ایڈمٹ یور اون مسٹیکس۔</w:t>
      </w:r>
    </w:p>
    <w:p>
      <w:r>
        <w:rPr>
          <w:b/>
        </w:rPr>
        <w:t xml:space="preserve">[24:25] </w:t>
      </w:r>
      <w:r>
        <w:t>It required to change your mind.</w:t>
      </w:r>
    </w:p>
    <w:p>
      <w:pPr>
        <w:jc w:val="right"/>
      </w:pPr>
      <w:r>
        <w:t>اٹ ریکوائر ٹو چینج یور مائنڈ۔</w:t>
      </w:r>
    </w:p>
    <w:p>
      <w:r>
        <w:rPr>
          <w:b/>
        </w:rPr>
        <w:t xml:space="preserve">[24:27] </w:t>
      </w:r>
      <w:r>
        <w:t>It requires to change your heart.</w:t>
      </w:r>
    </w:p>
    <w:p>
      <w:pPr>
        <w:jc w:val="right"/>
      </w:pPr>
      <w:r>
        <w:t>اٹ ریکوائر ٹو چینج یور ہارٹ۔</w:t>
      </w:r>
    </w:p>
    <w:p>
      <w:r>
        <w:rPr>
          <w:b/>
        </w:rPr>
        <w:t xml:space="preserve">[24:30] </w:t>
      </w:r>
      <w:r>
        <w:t>It requires patience.</w:t>
      </w:r>
    </w:p>
    <w:p>
      <w:pPr>
        <w:jc w:val="right"/>
      </w:pPr>
      <w:r>
        <w:t>اٹ ریکوائر پیشنس۔</w:t>
      </w:r>
    </w:p>
    <w:p>
      <w:r>
        <w:rPr>
          <w:b/>
        </w:rPr>
        <w:t xml:space="preserve">[24:31] </w:t>
      </w:r>
      <w:r>
        <w:t>It requires tolerance.</w:t>
      </w:r>
    </w:p>
    <w:p>
      <w:pPr>
        <w:jc w:val="right"/>
      </w:pPr>
      <w:r>
        <w:t>اٹ ریکوائر ٹولرنس۔</w:t>
      </w:r>
    </w:p>
    <w:p>
      <w:r>
        <w:rPr>
          <w:b/>
        </w:rPr>
        <w:t xml:space="preserve">[24:33] </w:t>
      </w:r>
      <w:r>
        <w:t>It requires fear of God.</w:t>
      </w:r>
    </w:p>
    <w:p>
      <w:pPr>
        <w:jc w:val="right"/>
      </w:pPr>
      <w:r>
        <w:t>اٹ ریکوائر فیئر اف گاڈ۔</w:t>
      </w:r>
    </w:p>
    <w:p>
      <w:r>
        <w:rPr>
          <w:b/>
        </w:rPr>
        <w:t xml:space="preserve">[24:35] </w:t>
      </w:r>
      <w:r>
        <w:t>Without these qualities, you cannot follow the pattern of the Prophet of Islam.</w:t>
      </w:r>
    </w:p>
    <w:p>
      <w:pPr>
        <w:jc w:val="right"/>
      </w:pPr>
      <w:r>
        <w:t>وداؤٹ الدیز کوالٹیز، یو کین ناٹ فالو دا پیٹرن اف دا پرافٹ اف اسلام۔</w:t>
      </w:r>
    </w:p>
    <w:p>
      <w:r>
        <w:rPr>
          <w:b/>
        </w:rPr>
        <w:t xml:space="preserve">[24:41] </w:t>
      </w:r>
      <w:r>
        <w:t>You can praise, but you cannot follow.</w:t>
      </w:r>
    </w:p>
    <w:p>
      <w:pPr>
        <w:jc w:val="right"/>
      </w:pPr>
      <w:r>
        <w:t>یو کین پریز، بٹ یو کین ناٹ فالو۔</w:t>
      </w:r>
    </w:p>
    <w:p>
      <w:r>
        <w:rPr>
          <w:b/>
        </w:rPr>
        <w:t xml:space="preserve">[24:44] </w:t>
      </w:r>
      <w:r>
        <w:t>You know, there is a great difference between praise and following.</w:t>
      </w:r>
    </w:p>
    <w:p>
      <w:pPr>
        <w:jc w:val="right"/>
      </w:pPr>
      <w:r>
        <w:t>یو نو، دیر از ا گریٹ ڈیفرنس بٹوین پریز اینڈ اینڈ فالونگ۔</w:t>
      </w:r>
    </w:p>
    <w:p>
      <w:r>
        <w:rPr>
          <w:b/>
        </w:rPr>
        <w:t xml:space="preserve">[24:49] </w:t>
      </w:r>
      <w:r>
        <w:t>rah mein jis ne kaante bichaye, gaali di, pathar barsaye, us par chidki pyar ki shabnam, sallallahu</w:t>
      </w:r>
    </w:p>
    <w:p>
      <w:pPr>
        <w:jc w:val="right"/>
      </w:pPr>
      <w:r>
        <w:t>راہ میں جس نے کانٹے بچھائے، گالی دی، پتھر برسائے، اس پر چھڑکی پیار کی شبنم، صلی اللہ</w:t>
      </w:r>
    </w:p>
    <w:p>
      <w:r>
        <w:rPr>
          <w:b/>
        </w:rPr>
        <w:t xml:space="preserve">[24:57]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[24:59] </w:t>
      </w:r>
      <w:r>
        <w:t>It is very easy, but it is very difficult to follow this pattern.</w:t>
      </w:r>
    </w:p>
    <w:p>
      <w:pPr>
        <w:jc w:val="right"/>
      </w:pPr>
      <w:r>
        <w:t>اٹ از ویری ایزی، بٹ اٹ از ویری ڈیفیکلٹ ٹو فالو دس پیٹرن۔</w:t>
      </w:r>
    </w:p>
    <w:p>
      <w:r>
        <w:rPr>
          <w:b/>
        </w:rPr>
        <w:t xml:space="preserve">[25:04] </w:t>
      </w:r>
      <w:r>
        <w:t>It is very very difficult to follow this pattern.</w:t>
      </w:r>
    </w:p>
    <w:p>
      <w:pPr>
        <w:jc w:val="right"/>
      </w:pPr>
      <w:r>
        <w:t>اٹ از ویری ویری ڈیفیکلٹ ٹو فالو دس پیٹرن۔</w:t>
      </w:r>
    </w:p>
    <w:p>
      <w:r>
        <w:rPr>
          <w:b/>
        </w:rPr>
        <w:t xml:space="preserve">[25:08] </w:t>
      </w:r>
      <w:r>
        <w:t>So people are engaged in praise, in naat, in madh, but they have no interest in following.</w:t>
      </w:r>
    </w:p>
    <w:p>
      <w:pPr>
        <w:jc w:val="right"/>
      </w:pPr>
      <w:r>
        <w:t>سو پیپل ار انگیج ان پریز، ان نعت، ان مدح، بٹ دے ہیو نو انٹرسٹ ان فالونگ۔</w:t>
      </w:r>
    </w:p>
    <w:p>
      <w:r>
        <w:rPr>
          <w:b/>
        </w:rPr>
        <w:t xml:space="preserve">[25:15] </w:t>
      </w:r>
      <w:r>
        <w:t>So only naat, only madh, cannot give you the companionship.</w:t>
      </w:r>
    </w:p>
    <w:p>
      <w:pPr>
        <w:jc w:val="right"/>
      </w:pPr>
      <w:r>
        <w:t>سو اونلی نعت، اونلی مدح، کین ناٹ گیو یو دا کمپینین شپ۔</w:t>
      </w:r>
    </w:p>
    <w:p>
      <w:r>
        <w:rPr>
          <w:b/>
        </w:rPr>
        <w:t xml:space="preserve">[25:20] </w:t>
      </w:r>
      <w:r>
        <w:t>No, it is simply a lip service.</w:t>
      </w:r>
    </w:p>
    <w:p>
      <w:pPr>
        <w:jc w:val="right"/>
      </w:pPr>
      <w:r>
        <w:t>نو، اٹ از سمپلی ا لپ سروس۔</w:t>
      </w:r>
    </w:p>
    <w:p>
      <w:r>
        <w:rPr>
          <w:b/>
        </w:rPr>
        <w:t xml:space="preserve">[25:23] </w:t>
      </w:r>
      <w:r>
        <w:t>It's not possible to experience the companionship of the Prophet of Islam simply by lip service.</w:t>
      </w:r>
    </w:p>
    <w:p>
      <w:pPr>
        <w:jc w:val="right"/>
      </w:pPr>
      <w:r>
        <w:t>اٹ ناٹ پوسیبل ٹو ایکسپیرینس دا کمپینین شپ اف دا پرافٹ اف اسلام سمپلی بائی لپ سروس۔</w:t>
      </w:r>
    </w:p>
    <w:p>
      <w:r>
        <w:rPr>
          <w:b/>
        </w:rPr>
        <w:t xml:space="preserve">[25:31] </w:t>
      </w:r>
      <w:r>
        <w:t>No, it requires sacrifice.</w:t>
      </w:r>
    </w:p>
    <w:p>
      <w:pPr>
        <w:jc w:val="right"/>
      </w:pPr>
      <w:r>
        <w:t>نو، اٹ ریکوائر سیکریفائس۔</w:t>
      </w:r>
    </w:p>
    <w:p>
      <w:r>
        <w:rPr>
          <w:b/>
        </w:rPr>
        <w:t xml:space="preserve">[25:32] </w:t>
      </w:r>
      <w:r>
        <w:t>It requires patience.</w:t>
      </w:r>
    </w:p>
    <w:p>
      <w:pPr>
        <w:jc w:val="right"/>
      </w:pPr>
      <w:r>
        <w:t>اٹ ریکوائر پیشنس۔</w:t>
      </w:r>
    </w:p>
    <w:p>
      <w:r>
        <w:rPr>
          <w:b/>
        </w:rPr>
        <w:t xml:space="preserve">[25:34] </w:t>
      </w:r>
      <w:r>
        <w:t>So although Muslims, although Muslims, although Muslims are engaged in praise, praise, there is called Naat Rasool, mad'h</w:t>
      </w:r>
    </w:p>
    <w:p>
      <w:pPr>
        <w:jc w:val="right"/>
      </w:pPr>
      <w:r>
        <w:t>سو الدو مسلمز، الدو مسلمز، الدو مسلمز ار انگیج ان پریز، پریز، دیر از کالڈ نعت رسول، مدح</w:t>
      </w:r>
    </w:p>
    <w:p>
      <w:r>
        <w:rPr>
          <w:b/>
        </w:rPr>
        <w:t xml:space="preserve">[25:42] </w:t>
      </w:r>
      <w:r>
        <w:t>Al Rasool.</w:t>
      </w:r>
    </w:p>
    <w:p>
      <w:pPr>
        <w:jc w:val="right"/>
      </w:pPr>
      <w:r>
        <w:t>الرسول۔</w:t>
      </w:r>
    </w:p>
    <w:p>
      <w:r>
        <w:rPr>
          <w:b/>
        </w:rPr>
        <w:t xml:space="preserve">[25:43] </w:t>
      </w:r>
      <w:r>
        <w:t>But what is this mad'h or what is na'at? It is simply word play.</w:t>
      </w:r>
    </w:p>
    <w:p>
      <w:pPr>
        <w:jc w:val="right"/>
      </w:pPr>
      <w:r>
        <w:t>بٹ واٹ از دس مدح اور واٹ از نعت؟ اٹ از سمپلی ورڈ پلے۔</w:t>
      </w:r>
    </w:p>
    <w:p>
      <w:r>
        <w:rPr>
          <w:b/>
        </w:rPr>
        <w:t xml:space="preserve">[25:49] </w:t>
      </w:r>
      <w:r>
        <w:t>So what is required is to follow the prophet of Islam with complete spirit of taqwa, with complete</w:t>
      </w:r>
    </w:p>
    <w:p>
      <w:pPr>
        <w:jc w:val="right"/>
      </w:pPr>
      <w:r>
        <w:t>سو واٹ از ریکوائرڈ از ٹو فالو دی پرافٹ اف اسلام ود کمپلیٹ اسپرٹ اف تقوی، ود کمپلیٹ</w:t>
      </w:r>
    </w:p>
    <w:p>
      <w:r>
        <w:rPr>
          <w:b/>
        </w:rPr>
        <w:t xml:space="preserve">[25:57] </w:t>
      </w:r>
      <w:r>
        <w:t>Spirit of Iman.</w:t>
      </w:r>
    </w:p>
    <w:p>
      <w:pPr>
        <w:jc w:val="right"/>
      </w:pPr>
      <w:r>
        <w:t>اسپرٹ اف ایمان۔</w:t>
      </w:r>
    </w:p>
    <w:p>
      <w:r>
        <w:rPr>
          <w:b/>
        </w:rPr>
        <w:t xml:space="preserve">[25:58] </w:t>
      </w:r>
      <w:r>
        <w:t>So if you want to live in the companionship of the Prophet of Islam, you have to</w:t>
      </w:r>
    </w:p>
    <w:p>
      <w:pPr>
        <w:jc w:val="right"/>
      </w:pPr>
      <w:r>
        <w:t>سو اف یو وانٹ ٹو لیو ان دی کمپینین شپ اف دا پرافٹ اف اسلام، یو ہیو ٹو</w:t>
      </w:r>
    </w:p>
    <w:p>
      <w:r>
        <w:rPr>
          <w:b/>
        </w:rPr>
        <w:t xml:space="preserve">[26:06] </w:t>
      </w:r>
      <w:r>
        <w:t>Be sincere, you have to be serious.</w:t>
      </w:r>
    </w:p>
    <w:p>
      <w:pPr>
        <w:jc w:val="right"/>
      </w:pPr>
      <w:r>
        <w:t>بی سنسیر، یو ہیو ٹو بی سیریس۔</w:t>
      </w:r>
    </w:p>
    <w:p>
      <w:r>
        <w:rPr>
          <w:b/>
        </w:rPr>
        <w:t xml:space="preserve">[26:09] </w:t>
      </w:r>
      <w:r>
        <w:t>You have to adopt this pattern in practice, not simply singing, but you have to follow this pattern.</w:t>
      </w:r>
    </w:p>
    <w:p>
      <w:pPr>
        <w:jc w:val="right"/>
      </w:pPr>
      <w:r>
        <w:t>یو ہیو ٹو اڈاپٹ دس پیٹرن ان پریکٹس، ناٹ سمپلی سنگنگ، بٹ یو ہیو ٹو فالو دس پیٹرن۔</w:t>
      </w:r>
    </w:p>
    <w:p>
      <w:r>
        <w:rPr>
          <w:b/>
        </w:rPr>
        <w:t xml:space="preserve">[26:17] </w:t>
      </w:r>
      <w:r>
        <w:t>rah mein jis ne kaante bichaye, gaali di, pathar barsaye, chidki us par pyar ki shabnam, sallallahu</w:t>
      </w:r>
    </w:p>
    <w:p>
      <w:pPr>
        <w:jc w:val="right"/>
      </w:pPr>
      <w:r>
        <w:t>راہ میں جس نے کانٹے بچھائے، گالی دی، پتھر برسائے، چھڑکی اس پر پیار کی شبنم، صلی اللہ</w:t>
      </w:r>
    </w:p>
    <w:p>
      <w:r>
        <w:rPr>
          <w:b/>
        </w:rPr>
        <w:t xml:space="preserve">[26:25]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[26:26] </w:t>
      </w:r>
      <w:r>
        <w:t>If you sing this line as a song, then you cannot experience the companionship of the</w:t>
      </w:r>
    </w:p>
    <w:p>
      <w:pPr>
        <w:jc w:val="right"/>
      </w:pPr>
      <w:r>
        <w:t>اف یو سنگ دس لائن ایز ا سونگ، دین یو کین ناٹ ایکسپیرینس دا کمپینین شپ اف دا</w:t>
      </w:r>
    </w:p>
    <w:p>
      <w:r>
        <w:rPr>
          <w:b/>
        </w:rPr>
        <w:t xml:space="preserve">[26:34] </w:t>
      </w:r>
      <w:r>
        <w:t>Prophet of Islam.</w:t>
      </w:r>
    </w:p>
    <w:p>
      <w:pPr>
        <w:jc w:val="right"/>
      </w:pPr>
      <w:r>
        <w:t>پرافٹ اف اسلام۔</w:t>
      </w:r>
    </w:p>
    <w:p>
      <w:r>
        <w:rPr>
          <w:b/>
        </w:rPr>
        <w:t xml:space="preserve">[26:35] </w:t>
      </w:r>
      <w:r>
        <w:t>But if you really adopt this pattern, if you really adopt this pattern with complete spirit of iman,</w:t>
      </w:r>
    </w:p>
    <w:p>
      <w:pPr>
        <w:jc w:val="right"/>
      </w:pPr>
      <w:r>
        <w:t>بٹ اف یو ریلی اڈاپٹ دس پیٹرن، اف یو ریلی اڈاپٹ دس پیٹرن ود کمپلیٹ اسپرٹ اف ایمان،</w:t>
      </w:r>
    </w:p>
    <w:p>
      <w:r>
        <w:rPr>
          <w:b/>
        </w:rPr>
        <w:t xml:space="preserve">[26:43] </w:t>
      </w:r>
      <w:r>
        <w:t>with complete sincerity, with complete seriousness, then I have no doubt at all that you will experience the</w:t>
      </w:r>
    </w:p>
    <w:p>
      <w:pPr>
        <w:jc w:val="right"/>
      </w:pPr>
      <w:r>
        <w:t>ود کمپلیٹ سنسیرٹی، ود کمپلیٹ سیریسنس، دین ائی ہیو نو ڈاؤٹ ایٹ ال دیٹ یو ویل ایکسپیرینس دا</w:t>
      </w:r>
    </w:p>
    <w:p>
      <w:r>
        <w:rPr>
          <w:b/>
        </w:rPr>
        <w:t xml:space="preserve">[26:51] </w:t>
      </w:r>
      <w:r>
        <w:t>companionship of the Prophet of Islam.</w:t>
      </w:r>
    </w:p>
    <w:p>
      <w:pPr>
        <w:jc w:val="right"/>
      </w:pPr>
      <w:r>
        <w:t>کمپینین شپ اف دا پرافٹ اف اسلام۔</w:t>
      </w:r>
    </w:p>
    <w:p>
      <w:r>
        <w:rPr>
          <w:b/>
        </w:rPr>
        <w:t xml:space="preserve">[26:54] </w:t>
      </w:r>
      <w:r>
        <w:t>So it is, it is right to say that this was the prophetic pattern.</w:t>
      </w:r>
    </w:p>
    <w:p>
      <w:pPr>
        <w:jc w:val="right"/>
      </w:pPr>
      <w:r>
        <w:t>سو اٹ از، اٹ از رائٹ ٹو سے دیٹ دس واز دا پرافیٹک پیٹرن۔</w:t>
      </w:r>
    </w:p>
    <w:p>
      <w:r>
        <w:rPr>
          <w:b/>
        </w:rPr>
        <w:t xml:space="preserve">[27:00] </w:t>
      </w:r>
      <w:r>
        <w:t>rah mein jis ne kaante bichaye, gaali di, pathar barsaye, chidki us par pyar ki shabnam, sallallahu</w:t>
      </w:r>
    </w:p>
    <w:p>
      <w:pPr>
        <w:jc w:val="right"/>
      </w:pPr>
      <w:r>
        <w:t>راہ میں جس نے کانٹے بچھائے، گالی دی، پتھر برسائے، چھڑکی اس پر پیار کی شبنم، صلی اللہ</w:t>
      </w:r>
    </w:p>
    <w:p>
      <w:r>
        <w:rPr>
          <w:b/>
        </w:rPr>
        <w:t xml:space="preserve">[27:07] </w:t>
      </w:r>
      <w:r>
        <w:t>alaihi wasallam.</w:t>
      </w:r>
    </w:p>
    <w:p>
      <w:pPr>
        <w:jc w:val="right"/>
      </w:pPr>
      <w:r>
        <w:t>علیہ وسلم۔</w:t>
      </w:r>
    </w:p>
    <w:p>
      <w:r>
        <w:rPr>
          <w:b/>
        </w:rPr>
        <w:t xml:space="preserve">[27:09] </w:t>
      </w:r>
      <w:r>
        <w:t>This was the pattern of the Prophet of Islam.</w:t>
      </w:r>
    </w:p>
    <w:p>
      <w:pPr>
        <w:jc w:val="right"/>
      </w:pPr>
      <w:r>
        <w:t>دس واز دا پیٹرن اف دا پرافٹ اف اسلام۔</w:t>
      </w:r>
    </w:p>
    <w:p>
      <w:r>
        <w:rPr>
          <w:b/>
        </w:rPr>
        <w:t xml:space="preserve">[27:13] </w:t>
      </w:r>
      <w:r>
        <w:t>This was the khulq-e azeem.</w:t>
      </w:r>
    </w:p>
    <w:p>
      <w:pPr>
        <w:jc w:val="right"/>
      </w:pPr>
      <w:r>
        <w:t>دس واز دا خلق عظیم۔</w:t>
      </w:r>
    </w:p>
    <w:p>
      <w:r>
        <w:rPr>
          <w:b/>
        </w:rPr>
        <w:t xml:space="preserve">[27:15] </w:t>
      </w:r>
      <w:r>
        <w:t>This was the prophetic behavior.</w:t>
      </w:r>
    </w:p>
    <w:p>
      <w:pPr>
        <w:jc w:val="right"/>
      </w:pPr>
      <w:r>
        <w:t>دس واز دا پرافیٹک بیہیویئر۔</w:t>
      </w:r>
    </w:p>
    <w:p>
      <w:r>
        <w:rPr>
          <w:b/>
        </w:rPr>
        <w:t xml:space="preserve">[27:17] </w:t>
      </w:r>
      <w:r>
        <w:t>But simply singing this as a song is not enough.</w:t>
      </w:r>
    </w:p>
    <w:p>
      <w:pPr>
        <w:jc w:val="right"/>
      </w:pPr>
      <w:r>
        <w:t>بٹ سمپلی سنگنگ دس ایز ا سونگ از ناٹ انف۔</w:t>
      </w:r>
    </w:p>
    <w:p>
      <w:r>
        <w:rPr>
          <w:b/>
        </w:rPr>
        <w:t xml:space="preserve">[27:21] </w:t>
      </w:r>
      <w:r>
        <w:t>You cannot experience the companionship of the Prophet of Islam simply by singing these words.</w:t>
      </w:r>
    </w:p>
    <w:p>
      <w:pPr>
        <w:jc w:val="right"/>
      </w:pPr>
      <w:r>
        <w:t>یو کین ناٹ ایکسپیرینس دا کمپینین شپ اف دا پرافٹ اف اسلام سمپلی بائے سنگنگ دیز ورڈز۔</w:t>
      </w:r>
    </w:p>
    <w:p>
      <w:r>
        <w:rPr>
          <w:b/>
        </w:rPr>
        <w:t xml:space="preserve">[27:29] </w:t>
      </w:r>
      <w:r>
        <w:t>Although it's possible, but possible for whom? For those who are sincere, those who can follow this</w:t>
      </w:r>
    </w:p>
    <w:p>
      <w:pPr>
        <w:jc w:val="right"/>
      </w:pPr>
      <w:r>
        <w:t>الدو از پوسیبل، بٹ پوسیبل فار فار ہوم، فار دوز ہو ار سنسیر، دوز ہو کین فالو دس</w:t>
      </w:r>
    </w:p>
    <w:p>
      <w:r>
        <w:rPr>
          <w:b/>
        </w:rPr>
        <w:t xml:space="preserve">[27:36] </w:t>
      </w:r>
      <w:r>
        <w:t>pattern.</w:t>
      </w:r>
    </w:p>
    <w:p>
      <w:pPr>
        <w:jc w:val="right"/>
      </w:pPr>
      <w:r>
        <w:t>پیٹرن۔</w:t>
      </w:r>
    </w:p>
    <w:p>
      <w:r>
        <w:rPr>
          <w:b/>
        </w:rPr>
        <w:t xml:space="preserve">[27:38] </w:t>
      </w:r>
      <w:r>
        <w:t>I am a great believer that the experience of companionship is quite possible for anyone and</w:t>
      </w:r>
    </w:p>
    <w:p>
      <w:pPr>
        <w:jc w:val="right"/>
      </w:pPr>
      <w:r>
        <w:t>ایم ائی ا گریٹ بلیور دیٹ دا ایکسپیرینس اف کمپینین شپ از کوائٹ پوسیبل فار اینی ون اینڈ</w:t>
      </w:r>
    </w:p>
    <w:p>
      <w:r>
        <w:rPr>
          <w:b/>
        </w:rPr>
        <w:t xml:space="preserve">[27:46] </w:t>
      </w:r>
      <w:r>
        <w:t>in any time and place.</w:t>
      </w:r>
    </w:p>
    <w:p>
      <w:pPr>
        <w:jc w:val="right"/>
      </w:pPr>
      <w:r>
        <w:t>ان اینی ٹائم اینڈ پلیس۔</w:t>
      </w:r>
    </w:p>
    <w:p>
      <w:r>
        <w:rPr>
          <w:b/>
        </w:rPr>
        <w:t xml:space="preserve">[27:48] </w:t>
      </w:r>
      <w:r>
        <w:t>But it requires sacrifice.</w:t>
      </w:r>
    </w:p>
    <w:p>
      <w:pPr>
        <w:jc w:val="right"/>
      </w:pPr>
      <w:r>
        <w:t>بٹ اٹ ریکوائر سیکریفائس۔</w:t>
      </w:r>
    </w:p>
    <w:p>
      <w:r>
        <w:rPr>
          <w:b/>
        </w:rPr>
        <w:t xml:space="preserve">[27:49] </w:t>
      </w:r>
      <w:r>
        <w:t>It requires sincerity.</w:t>
      </w:r>
    </w:p>
    <w:p>
      <w:pPr>
        <w:jc w:val="right"/>
      </w:pPr>
      <w:r>
        <w:t>اٹ ریکوائر سنسیرٹی۔</w:t>
      </w:r>
    </w:p>
    <w:p>
      <w:r>
        <w:rPr>
          <w:b/>
        </w:rPr>
        <w:t xml:space="preserve">[27:51] </w:t>
      </w:r>
      <w:r>
        <w:t>It requires seriousness.</w:t>
      </w:r>
    </w:p>
    <w:p>
      <w:pPr>
        <w:jc w:val="right"/>
      </w:pPr>
      <w:r>
        <w:t>اٹ ریکوائر سیریسنس۔</w:t>
      </w:r>
    </w:p>
    <w:p>
      <w:r>
        <w:rPr>
          <w:b/>
        </w:rPr>
        <w:t xml:space="preserve">[27:52] </w:t>
      </w:r>
      <w:r>
        <w:t>It requires great faithfulness.</w:t>
      </w:r>
    </w:p>
    <w:p>
      <w:pPr>
        <w:jc w:val="right"/>
      </w:pPr>
      <w:r>
        <w:t>اٹ ریکوائر گریٹ فیتھ فلنس۔</w:t>
      </w:r>
    </w:p>
    <w:p>
      <w:r>
        <w:rPr>
          <w:b/>
        </w:rPr>
        <w:t xml:space="preserve">[27:55] </w:t>
      </w:r>
      <w:r>
        <w:t>There is a hadith that Prophet of Islam said, once he said that, "I want to see my</w:t>
      </w:r>
    </w:p>
    <w:p>
      <w:pPr>
        <w:jc w:val="right"/>
      </w:pPr>
      <w:r>
        <w:t>دیر از ا حدیث دیٹ پرافٹ اف اسلام سیڈ، ونس ہی سیڈ دیٹ، "ائی وانٹ ٹو سی مائی</w:t>
      </w:r>
    </w:p>
    <w:p>
      <w:r>
        <w:rPr>
          <w:b/>
        </w:rPr>
        <w:t xml:space="preserve">[28:02] </w:t>
      </w:r>
      <w:r>
        <w:t>Brothers, Ikhwan-ur-Rasool. "The Prophet of Islam once said that, "I want to see my brothers." There is</w:t>
      </w:r>
    </w:p>
    <w:p>
      <w:pPr>
        <w:jc w:val="right"/>
      </w:pPr>
      <w:r>
        <w:t>برادرز، اخوان الرسول۔" دا پرافٹ اف اسلام ونس سیڈ دیٹ، "ائی وانٹ ٹو سی مائی برادرز۔" دیر از</w:t>
      </w:r>
    </w:p>
    <w:p>
      <w:r>
        <w:rPr>
          <w:b/>
        </w:rPr>
        <w:t xml:space="preserve">[28:10] </w:t>
      </w:r>
      <w:r>
        <w:t>Ikhwan-ur-Rasool.</w:t>
      </w:r>
    </w:p>
    <w:p>
      <w:pPr>
        <w:jc w:val="right"/>
      </w:pPr>
      <w:r>
        <w:t>اخوان الرسول۔</w:t>
      </w:r>
    </w:p>
    <w:p>
      <w:r>
        <w:rPr>
          <w:b/>
        </w:rPr>
        <w:t xml:space="preserve">[28:11] </w:t>
      </w:r>
      <w:r>
        <w:t>So those who are companions of the Prophet, they said, "Are we not your brothers?" Prophet said, "No,</w:t>
      </w:r>
    </w:p>
    <w:p>
      <w:pPr>
        <w:jc w:val="right"/>
      </w:pPr>
      <w:r>
        <w:t>سو دوز ہو ار کمپینین اف دا پرافٹ، دے سیڈ، "ار وی ناٹ یور برادرز؟" پرافٹ سیڈ، "نو،</w:t>
      </w:r>
    </w:p>
    <w:p>
      <w:r>
        <w:rPr>
          <w:b/>
        </w:rPr>
        <w:t xml:space="preserve">[28:19] </w:t>
      </w:r>
      <w:r>
        <w:t>"You are my companions." Those people who will come after myself, and then they believe with the</w:t>
      </w:r>
    </w:p>
    <w:p>
      <w:pPr>
        <w:jc w:val="right"/>
      </w:pPr>
      <w:r>
        <w:t>یو ار مائی کمپینینز۔" دوز پیپل ہو ویل کم افٹر مائی سیلف، اینڈ دین دے بیلیو ود دا</w:t>
      </w:r>
    </w:p>
    <w:p>
      <w:r>
        <w:rPr>
          <w:b/>
        </w:rPr>
        <w:t xml:space="preserve">[28:27] </w:t>
      </w:r>
      <w:r>
        <w:t>Same spirit, with the same true spirit, they are ikhwan-ur-rasool.</w:t>
      </w:r>
    </w:p>
    <w:p>
      <w:pPr>
        <w:jc w:val="right"/>
      </w:pPr>
      <w:r>
        <w:t>سیم اسپرٹ، ود دا سیم ٹرو اسپرٹ، دے ار اخوان الرسول۔</w:t>
      </w:r>
    </w:p>
    <w:p>
      <w:r>
        <w:rPr>
          <w:b/>
        </w:rPr>
        <w:t xml:space="preserve">[28:32] </w:t>
      </w:r>
      <w:r>
        <w:t>Those who are contemporary to the Prophet of Islam, they are called Sahabi, and those who came in</w:t>
      </w:r>
    </w:p>
    <w:p>
      <w:pPr>
        <w:jc w:val="right"/>
      </w:pPr>
      <w:r>
        <w:t>دوز ہو ار کنٹمپرری ٹو دا پرافٹ اف اسلام، دے ار کالڈ صحابی، اینڈ دوز ہو کیم ان</w:t>
      </w:r>
    </w:p>
    <w:p>
      <w:r>
        <w:rPr>
          <w:b/>
        </w:rPr>
        <w:t xml:space="preserve">[28:39] </w:t>
      </w:r>
      <w:r>
        <w:t>The later period, they are called Ikhwan.</w:t>
      </w:r>
    </w:p>
    <w:p>
      <w:pPr>
        <w:jc w:val="right"/>
      </w:pPr>
      <w:r>
        <w:t>دا لیٹر پیریڈ، دے ار کالڈ اخوان۔</w:t>
      </w:r>
    </w:p>
    <w:p>
      <w:r>
        <w:rPr>
          <w:b/>
        </w:rPr>
        <w:t xml:space="preserve">[28:42] </w:t>
      </w:r>
      <w:r>
        <w:t>So ashab-ur-rasool and ikhwan-ur-rasool both are companion, both enjoy the same status, both enjoy the same</w:t>
      </w:r>
    </w:p>
    <w:p>
      <w:pPr>
        <w:jc w:val="right"/>
      </w:pPr>
      <w:r>
        <w:t>سو اصحاب الرسول اینڈ اخوان الرسول بوتھ ار کمپینین، بوتھ انجوائے دا سیم سٹیٹس، بوتھ انجوائے دا سیم</w:t>
      </w:r>
    </w:p>
    <w:p>
      <w:r>
        <w:rPr>
          <w:b/>
        </w:rPr>
        <w:t xml:space="preserve">[28:50] </w:t>
      </w:r>
      <w:r>
        <w:t>blessings, both will receive the same reward from God Almighty.</w:t>
      </w:r>
    </w:p>
    <w:p>
      <w:pPr>
        <w:jc w:val="right"/>
      </w:pPr>
      <w:r>
        <w:t>بلیسنگز، بوتھ ویل ریسیو دا سیم ریوارڈ فرام گاڈ المائٹی۔</w:t>
      </w:r>
    </w:p>
    <w:p>
      <w:r>
        <w:rPr>
          <w:b/>
        </w:rPr>
        <w:t xml:space="preserve">[28:54] </w:t>
      </w:r>
      <w:r>
        <w:t>But it is not a matter of fazilat.</w:t>
      </w:r>
    </w:p>
    <w:p>
      <w:pPr>
        <w:jc w:val="right"/>
      </w:pPr>
      <w:r>
        <w:t>بٹ اٹ از ناٹ ا میٹر اف فضیلت۔</w:t>
      </w:r>
    </w:p>
    <w:p>
      <w:r>
        <w:rPr>
          <w:b/>
        </w:rPr>
        <w:t xml:space="preserve">[28:58] </w:t>
      </w:r>
      <w:r>
        <w:t>It is not anything secret.</w:t>
      </w:r>
    </w:p>
    <w:p>
      <w:pPr>
        <w:jc w:val="right"/>
      </w:pPr>
      <w:r>
        <w:t>اٹ از ناٹ اینی تھنگ سیکرٹ۔</w:t>
      </w:r>
    </w:p>
    <w:p>
      <w:r>
        <w:rPr>
          <w:b/>
        </w:rPr>
        <w:t xml:space="preserve">[29:00] </w:t>
      </w:r>
      <w:r>
        <w:t>It is well known fact.</w:t>
      </w:r>
    </w:p>
    <w:p>
      <w:pPr>
        <w:jc w:val="right"/>
      </w:pPr>
      <w:r>
        <w:t>اٹ از ویل نون فیکٹ۔</w:t>
      </w:r>
    </w:p>
    <w:p>
      <w:r>
        <w:rPr>
          <w:b/>
        </w:rPr>
        <w:t xml:space="preserve">[29:03] </w:t>
      </w:r>
      <w:r>
        <w:t>Adopt the same spirit, adopt the same pattern, follow the Prophet of Islam as his companions followed him.</w:t>
      </w:r>
    </w:p>
    <w:p>
      <w:pPr>
        <w:jc w:val="right"/>
      </w:pPr>
      <w:r>
        <w:t>اڈاپٹ دا سیم اسپرٹ، اڈاپٹ دا سیم پیٹرن، فالو دا پرافٹ اف اسلام ایز اٹ اصحاب فالوڈ ہم۔</w:t>
      </w:r>
    </w:p>
    <w:p>
      <w:r>
        <w:rPr>
          <w:b/>
        </w:rPr>
        <w:t xml:space="preserve">[29:10] </w:t>
      </w:r>
      <w:r>
        <w:t>Then you will enjoy the same status.</w:t>
      </w:r>
    </w:p>
    <w:p>
      <w:pPr>
        <w:jc w:val="right"/>
      </w:pPr>
      <w:r>
        <w:t>دین یو ویل انجوائے دا سیم سٹیٹس۔</w:t>
      </w:r>
    </w:p>
    <w:p>
      <w:r>
        <w:rPr>
          <w:b/>
        </w:rPr>
        <w:t xml:space="preserve">[29:13] </w:t>
      </w:r>
      <w:r>
        <w:t>Then you will enjoy the same status of companionship.</w:t>
      </w:r>
    </w:p>
    <w:p>
      <w:pPr>
        <w:jc w:val="right"/>
      </w:pPr>
      <w:r>
        <w:t>دین یو ویل انجوائے دا سیم سٹیٹس اف کمپینین شپ۔</w:t>
      </w:r>
    </w:p>
    <w:p>
      <w:r>
        <w:rPr>
          <w:b/>
        </w:rPr>
        <w:t xml:space="preserve">[29:18] </w:t>
      </w:r>
      <w:r>
        <w:t>So the door is open for all.</w:t>
      </w:r>
    </w:p>
    <w:p>
      <w:pPr>
        <w:jc w:val="right"/>
      </w:pPr>
      <w:r>
        <w:t>سو دا ڈور از اوپن فار ال۔</w:t>
      </w:r>
    </w:p>
    <w:p>
      <w:r>
        <w:rPr>
          <w:b/>
        </w:rPr>
        <w:t xml:space="preserve">[29:21] </w:t>
      </w:r>
      <w:r>
        <w:t>Door is not closed.</w:t>
      </w:r>
    </w:p>
    <w:p>
      <w:pPr>
        <w:jc w:val="right"/>
      </w:pPr>
      <w:r>
        <w:t>ڈور از ناٹ کلوزڈ۔</w:t>
      </w:r>
    </w:p>
    <w:p>
      <w:r>
        <w:rPr>
          <w:b/>
        </w:rPr>
        <w:t xml:space="preserve">[29:22] </w:t>
      </w:r>
      <w:r>
        <w:t>The door is open for all.</w:t>
      </w:r>
    </w:p>
    <w:p>
      <w:pPr>
        <w:jc w:val="right"/>
      </w:pPr>
      <w:r>
        <w:t>ڈور از اوپن فار ال۔</w:t>
      </w:r>
    </w:p>
    <w:p>
      <w:r>
        <w:rPr>
          <w:b/>
        </w:rPr>
        <w:t xml:space="preserve">[29:24] </w:t>
      </w:r>
      <w:r>
        <w:t>It is not closed.</w:t>
      </w:r>
    </w:p>
    <w:p>
      <w:pPr>
        <w:jc w:val="right"/>
      </w:pPr>
      <w:r>
        <w:t>اٹ از ناٹ کلوزڈ۔</w:t>
      </w:r>
    </w:p>
    <w:p>
      <w:r>
        <w:rPr>
          <w:b/>
        </w:rPr>
        <w:t xml:space="preserve">[29:26] </w:t>
      </w:r>
      <w:r>
        <w:t>So I would like to say that, "Pray God, prayer is important."</w:t>
      </w:r>
    </w:p>
    <w:p>
      <w:pPr>
        <w:jc w:val="right"/>
      </w:pPr>
      <w:r>
        <w:t>سو ائی وڈ لائک ٹو سے دیٹ، "پری گاڈ، پریڈ از امپورٹنٹ۔</w:t>
      </w:r>
    </w:p>
    <w:p>
      <w:r>
        <w:rPr>
          <w:b/>
        </w:rPr>
        <w:t xml:space="preserve">[29:31] </w:t>
      </w:r>
      <w:r>
        <w:t>Pride is important.</w:t>
      </w:r>
    </w:p>
    <w:p>
      <w:pPr>
        <w:jc w:val="right"/>
      </w:pPr>
      <w:r>
        <w:t>پریڈ از امپورٹنٹ۔</w:t>
      </w:r>
    </w:p>
    <w:p>
      <w:r>
        <w:rPr>
          <w:b/>
        </w:rPr>
        <w:t xml:space="preserve">[29:33] </w:t>
      </w:r>
      <w:r>
        <w:t>pray God and follow the same pattern, and you will inshallah enjoy the status of companionship, the</w:t>
      </w:r>
    </w:p>
    <w:p>
      <w:pPr>
        <w:jc w:val="right"/>
      </w:pPr>
      <w:r>
        <w:t>پری گاڈ اینڈ فالو دا سیم پیٹرن، اینڈ یو ویل انشاءاللہ انجوائے دا اسٹیٹس اف کمپینین شپ، دا</w:t>
      </w:r>
    </w:p>
    <w:p>
      <w:r>
        <w:rPr>
          <w:b/>
        </w:rPr>
        <w:t xml:space="preserve">[29:40] </w:t>
      </w:r>
      <w:r>
        <w:t>greatest blessing.</w:t>
      </w:r>
    </w:p>
    <w:p>
      <w:pPr>
        <w:jc w:val="right"/>
      </w:pPr>
      <w:r>
        <w:t>گریٹسٹ بلیسنگ۔</w:t>
      </w:r>
    </w:p>
    <w:p>
      <w:r>
        <w:rPr>
          <w:b/>
        </w:rPr>
        <w:t xml:space="preserve">[29:42] </w:t>
      </w:r>
      <w:r>
        <w:t>greatest blessing." So companionship is achievable for not only contemporary believers, but for those believers who came</w:t>
      </w:r>
    </w:p>
    <w:p>
      <w:pPr>
        <w:jc w:val="right"/>
      </w:pPr>
      <w:r>
        <w:t>گریٹسٹ بلیسنگ۔" سو کمپینین شپ از اچیویبل فار ناٹ اونلی کنٹمپرری بلیورز، بٹ فار دوز بلیورز ہو کیم</w:t>
      </w:r>
    </w:p>
    <w:p>
      <w:r>
        <w:rPr>
          <w:b/>
        </w:rPr>
        <w:t xml:space="preserve">[29:50] </w:t>
      </w:r>
      <w:r>
        <w:t>in the later period.</w:t>
      </w:r>
    </w:p>
    <w:p>
      <w:pPr>
        <w:jc w:val="right"/>
      </w:pPr>
      <w:r>
        <w:t>ان دا لیٹر پیریڈ۔</w:t>
      </w:r>
    </w:p>
    <w:p>
      <w:r>
        <w:rPr>
          <w:b/>
        </w:rPr>
        <w:t xml:space="preserve">[29:51] </w:t>
      </w:r>
      <w:r>
        <w:t>This is my study.</w:t>
      </w:r>
    </w:p>
    <w:p>
      <w:pPr>
        <w:jc w:val="right"/>
      </w:pPr>
      <w:r>
        <w:t>دس از مائی سٹڈی۔</w:t>
      </w:r>
    </w:p>
    <w:p>
      <w:r>
        <w:rPr>
          <w:b/>
        </w:rPr>
        <w:t xml:space="preserve">[29:53] </w:t>
      </w:r>
      <w:r>
        <w:t>This is my experience.</w:t>
      </w:r>
    </w:p>
    <w:p>
      <w:pPr>
        <w:jc w:val="right"/>
      </w:pPr>
      <w:r>
        <w:t>دس از مائی ایکسپیرینس۔</w:t>
      </w:r>
    </w:p>
    <w:p>
      <w:r>
        <w:rPr>
          <w:b/>
        </w:rPr>
        <w:t xml:space="preserve">[29:55] </w:t>
      </w:r>
      <w:r>
        <w:t>I can say with full conviction that companionship is a blessing, and this blessing is achievable for</w:t>
      </w:r>
    </w:p>
    <w:p>
      <w:pPr>
        <w:jc w:val="right"/>
      </w:pPr>
      <w:r>
        <w:t>ائی کین سے ود فل کنوکشن دیٹ کمپینین شپ از ا بلیسنگ، اینڈ دس بلیسنگ از اچیویبل فار</w:t>
      </w:r>
    </w:p>
    <w:p>
      <w:r>
        <w:rPr>
          <w:b/>
        </w:rPr>
        <w:t xml:space="preserve">[30:03] </w:t>
      </w:r>
      <w:r>
        <w:t>all men and women.</w:t>
      </w:r>
    </w:p>
    <w:p>
      <w:pPr>
        <w:jc w:val="right"/>
      </w:pPr>
      <w:r>
        <w:t>ال مین اینڈ وومن۔</w:t>
      </w:r>
    </w:p>
    <w:p>
      <w:r>
        <w:rPr>
          <w:b/>
        </w:rPr>
        <w:t xml:space="preserve">[30:04] </w:t>
      </w:r>
      <w:r>
        <w:t>There is no discrimination.</w:t>
      </w:r>
    </w:p>
    <w:p>
      <w:pPr>
        <w:jc w:val="right"/>
      </w:pPr>
      <w:r>
        <w:t>دیر از نو ڈسکریمینیشن۔</w:t>
      </w:r>
    </w:p>
    <w:p>
      <w:r>
        <w:rPr>
          <w:b/>
        </w:rPr>
        <w:t xml:space="preserve">[30:06] </w:t>
      </w:r>
      <w:r>
        <w:t>There is no discrimination in God's blessing.</w:t>
      </w:r>
    </w:p>
    <w:p>
      <w:pPr>
        <w:jc w:val="right"/>
      </w:pPr>
      <w:r>
        <w:t>دیر از نو ڈسکریمینیشن ان گاڈز بلیسنگ۔</w:t>
      </w:r>
    </w:p>
    <w:p>
      <w:r>
        <w:rPr>
          <w:b/>
        </w:rPr>
        <w:t xml:space="preserve">[30:09] </w:t>
      </w:r>
      <w:r>
        <w:t>aqoolu qawli wa astaghfirullaha.</w:t>
      </w:r>
    </w:p>
    <w:p>
      <w:pPr>
        <w:jc w:val="right"/>
      </w:pPr>
      <w:r>
        <w:t>اقول قولی واستغفراللہ۔</w:t>
      </w:r>
    </w:p>
    <w:p>
      <w:r>
        <w:rPr>
          <w:b/>
        </w:rPr>
        <w:t xml:space="preserve">[30:10] </w:t>
      </w:r>
      <w:r>
        <w:t>ajma'een.</w:t>
      </w:r>
    </w:p>
    <w:p>
      <w:pPr>
        <w:jc w:val="right"/>
      </w:pPr>
      <w:r>
        <w:t>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