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Existence of God-7th October 2012</w:t>
      </w:r>
    </w:p>
    <w:p>
      <w:r>
        <w:t>https://www.youtube.com/watch?v=XWFqKwm-LPM</w:t>
      </w:r>
    </w:p>
    <w:p>
      <w:r>
        <w:rPr>
          <w:b/>
        </w:rPr>
        <w:t xml:space="preserve">[00:30] </w:t>
      </w:r>
      <w:r>
        <w:t>bismillah-hir-rahman-nir-rahim, wa-sallallahu 'ala-n-nabiyyi-l-karim.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[00:37] </w:t>
      </w:r>
      <w:r>
        <w:t>Rabbi-shrah-li sadri, wa yassir-li amri, wa-hlul 'uqdatan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[00:44] </w:t>
      </w:r>
      <w:r>
        <w:t>آج کا ٹاپک ہے "The Existence of God"، یعنی خدا کا وجود۔</w:t>
      </w:r>
    </w:p>
    <w:p>
      <w:pPr>
        <w:jc w:val="right"/>
      </w:pPr>
      <w:r>
        <w:t>آج کا ٹاپک ہے "دا ایگزسٹنس آف گاڈ"، یعنی خدا کا وجود۔</w:t>
      </w:r>
    </w:p>
    <w:p>
      <w:r>
        <w:rPr>
          <w:b/>
        </w:rPr>
        <w:t xml:space="preserve">[00:52] </w:t>
      </w:r>
      <w:r>
        <w:t>دیکھیے، ہسٹری بتاتی ہے، according to the anthropological studies، کہ خدا کا تصور، خدا کا concept، ہمیشہ سے</w:t>
      </w:r>
    </w:p>
    <w:p>
      <w:pPr>
        <w:jc w:val="right"/>
      </w:pPr>
      <w:r>
        <w:t>دیکھیے، ہسٹری بتاتی ہے، اکارڈنگ ٹو دی انتھروپولوجیکل سٹڈیز، کہ خدا کا تصور، خدا کا کانسیپٹ، ہمیشہ سے</w:t>
      </w:r>
    </w:p>
    <w:p>
      <w:r>
        <w:rPr>
          <w:b/>
        </w:rPr>
        <w:t xml:space="preserve">[00:59] </w:t>
      </w:r>
      <w:r>
        <w:t>insan ke andar raha hai.</w:t>
      </w:r>
    </w:p>
    <w:p>
      <w:pPr>
        <w:jc w:val="right"/>
      </w:pPr>
      <w:r>
        <w:t>انسان کے اندر رہا ہے۔</w:t>
      </w:r>
    </w:p>
    <w:p>
      <w:r>
        <w:rPr>
          <w:b/>
        </w:rPr>
        <w:t xml:space="preserve">[01:06] </w:t>
      </w:r>
      <w:r>
        <w:t>koi bhi aisi society abhi tak discover nahi hui jis mein Khuda ka concept kisi na kisi taur</w:t>
      </w:r>
    </w:p>
    <w:p>
      <w:pPr>
        <w:jc w:val="right"/>
      </w:pPr>
      <w:r>
        <w:t>کوئی بھی ایسی سوسائٹی ابھی تک ڈسکور نہیں ہوئی جس میں خدا کا کانسیپٹ کسی نہ کسی طور</w:t>
      </w:r>
    </w:p>
    <w:p>
      <w:r>
        <w:rPr>
          <w:b/>
        </w:rPr>
        <w:t xml:space="preserve">[01:14] </w:t>
      </w:r>
      <w:r>
        <w:t>par maujood na ho.</w:t>
      </w:r>
    </w:p>
    <w:p>
      <w:pPr>
        <w:jc w:val="right"/>
      </w:pPr>
      <w:r>
        <w:t>پر موجود نہ ہو۔</w:t>
      </w:r>
    </w:p>
    <w:p>
      <w:r>
        <w:rPr>
          <w:b/>
        </w:rPr>
        <w:t xml:space="preserve">[01:21] </w:t>
      </w:r>
      <w:r>
        <w:t>main yeh nahi keh raha hoon ke Khuda ka concept is sense mein hai jis sense mein woh</w:t>
      </w:r>
    </w:p>
    <w:p>
      <w:pPr>
        <w:jc w:val="right"/>
      </w:pPr>
      <w:r>
        <w:t>میں یہ نہیں کہہ رہا ہوں کہ خدا کا کانسیپٹ اس سنس میں ہے جس سنس میں وہ</w:t>
      </w:r>
    </w:p>
    <w:p>
      <w:r>
        <w:rPr>
          <w:b/>
        </w:rPr>
        <w:t xml:space="preserve">[01:28] </w:t>
      </w:r>
      <w:r>
        <w:t>Quran mein hai, lekin more or less, Khuda ka concept hamesha maujood raha hai.</w:t>
      </w:r>
    </w:p>
    <w:p>
      <w:pPr>
        <w:jc w:val="right"/>
      </w:pPr>
      <w:r>
        <w:t>قرآن میں ہے، لیکن مور اور لیس، خدا کا کانسیپٹ ہمیشہ موجود رہا ہے۔</w:t>
      </w:r>
    </w:p>
    <w:p>
      <w:r>
        <w:rPr>
          <w:b/>
        </w:rPr>
        <w:t xml:space="preserve">[01:36] </w:t>
      </w:r>
      <w:r>
        <w:t>پہلی بار atheism جو ہے، اگرچہ یہ ورڈ نہیں موجود تھا یونان میں، تو Greece کے کچھ فلاسفرز</w:t>
      </w:r>
    </w:p>
    <w:p>
      <w:pPr>
        <w:jc w:val="right"/>
      </w:pPr>
      <w:r>
        <w:t>پہلی بار "اتھیزم" جو ہے، اگرچہ یہ ورڈ نہیں موجود تھا یونان میں، تو گریس کے کچھ پلاسفرز</w:t>
      </w:r>
    </w:p>
    <w:p>
      <w:r>
        <w:rPr>
          <w:b/>
        </w:rPr>
        <w:t xml:space="preserve">[01:43] </w:t>
      </w:r>
      <w:r>
        <w:t>ne is tarah ki baatein sochi.</w:t>
      </w:r>
    </w:p>
    <w:p>
      <w:pPr>
        <w:jc w:val="right"/>
      </w:pPr>
      <w:r>
        <w:t>نے اس طرح کی باتیں سوچیں۔</w:t>
      </w:r>
    </w:p>
    <w:p>
      <w:r>
        <w:rPr>
          <w:b/>
        </w:rPr>
        <w:t xml:space="preserve">[01:50] </w:t>
      </w:r>
      <w:r>
        <w:t>لیکن باقاعدہ طور پر "atheism" کا کا جو word ہے وہ قائم ہوا سولہویں صدی میں، 16th century</w:t>
      </w:r>
    </w:p>
    <w:p>
      <w:pPr>
        <w:jc w:val="right"/>
      </w:pPr>
      <w:r>
        <w:t>لیکن باقاعدہ طور پر "اتھیزم" کا کا جو ورڈ ہے وہ قائم ہوا سولہویں صدی میں، سکسٹین سینچری</w:t>
      </w:r>
    </w:p>
    <w:p>
      <w:r>
        <w:rPr>
          <w:b/>
        </w:rPr>
        <w:t xml:space="preserve">[01:58] </w:t>
      </w:r>
      <w:r>
        <w:t>mein, Europe mein.</w:t>
      </w:r>
    </w:p>
    <w:p>
      <w:pPr>
        <w:jc w:val="right"/>
      </w:pPr>
      <w:r>
        <w:t>میں، یورپ میں۔</w:t>
      </w:r>
    </w:p>
    <w:p>
      <w:r>
        <w:rPr>
          <w:b/>
        </w:rPr>
        <w:t xml:space="preserve">[02:05] </w:t>
      </w:r>
      <w:r>
        <w:t>سولہویں صدی سے پہلے "atheism" کا ورڈ استعمال نہیں ہوتا تھا، اگرچہ "atheism" کا ورڈ Greek سے لیا</w:t>
      </w:r>
    </w:p>
    <w:p>
      <w:pPr>
        <w:jc w:val="right"/>
      </w:pPr>
      <w:r>
        <w:t>سولہویں صدی سے پہلے "اتھیزم" کا ورڈ استعمال نہیں ہوتا تھا، اگرچہ "اتھیزم" کا ورڈ گریک سے لیا</w:t>
      </w:r>
    </w:p>
    <w:p>
      <w:r>
        <w:rPr>
          <w:b/>
        </w:rPr>
        <w:t xml:space="preserve">[02:12] </w:t>
      </w:r>
      <w:r>
        <w:t>گیا ہے، لیکن باقاعدہ ٹرم کے طور پر sixteen century میں استعمال شروع ہوا اس کا۔</w:t>
      </w:r>
    </w:p>
    <w:p>
      <w:pPr>
        <w:jc w:val="right"/>
      </w:pPr>
      <w:r>
        <w:t>گیا ہے، لیکن باقاعدہ ٹرم کے طور پر سکسٹین سینچری میں استعمال شروع ہوا اس کا۔</w:t>
      </w:r>
    </w:p>
    <w:p>
      <w:r>
        <w:rPr>
          <w:b/>
        </w:rPr>
        <w:t xml:space="preserve">[02:20] </w:t>
      </w:r>
      <w:r>
        <w:t>پھر سولہویں صدی، سترہویں صدی میں جو لوگ پیدا ہوتے رہے، یہاں تک 18th century میں atheism نے</w:t>
      </w:r>
    </w:p>
    <w:p>
      <w:pPr>
        <w:jc w:val="right"/>
      </w:pPr>
      <w:r>
        <w:t>پھر سولہویں صدی، سترہویں صدی میں جو لوگ پیدا ہوتے رہے، یہاں تک ایٹین سینچری میں "اتھیزم" نے</w:t>
      </w:r>
    </w:p>
    <w:p>
      <w:r>
        <w:rPr>
          <w:b/>
        </w:rPr>
        <w:t xml:space="preserve">[02:27] </w:t>
      </w:r>
      <w:r>
        <w:t>zyada tarraqi ki.</w:t>
      </w:r>
    </w:p>
    <w:p>
      <w:pPr>
        <w:jc w:val="right"/>
      </w:pPr>
      <w:r>
        <w:t>زیادہ ترقی کی۔</w:t>
      </w:r>
    </w:p>
    <w:p>
      <w:r>
        <w:rPr>
          <w:b/>
        </w:rPr>
        <w:t xml:space="preserve">[02:35] </w:t>
      </w:r>
      <w:r>
        <w:t>بہت سے فلاسفر پیدا ہوئے جنہوں نے کھل کر کے "atheism" کی وکالت کی، جیسے ڈیوڈ ہیوم، جان</w:t>
      </w:r>
    </w:p>
    <w:p>
      <w:pPr>
        <w:jc w:val="right"/>
      </w:pPr>
      <w:r>
        <w:t>بہت سے فلاسفر پیدا ہوئے جنہوں نے کھل کر کے "اتھیزم" کی وکالت کی، جیسے ڈیوڈ ہیوم، جان</w:t>
      </w:r>
    </w:p>
    <w:p>
      <w:r>
        <w:rPr>
          <w:b/>
        </w:rPr>
        <w:t xml:space="preserve">[02:42] </w:t>
      </w:r>
      <w:r>
        <w:t>Stuart Mill, Karl Marx, Sigmund Freud, aur isi tarah se Bertrand Russell, Julian Huxley waghera waghera.</w:t>
      </w:r>
    </w:p>
    <w:p>
      <w:pPr>
        <w:jc w:val="right"/>
      </w:pPr>
      <w:r>
        <w:t>سٹارٹ مل، کارل مارکس، سگوین پرائیڈ، اور اسی طرح سے برٹن رسل، جولین ہکسلے وغیرہ وغیرہ۔</w:t>
      </w:r>
    </w:p>
    <w:p>
      <w:r>
        <w:rPr>
          <w:b/>
        </w:rPr>
        <w:t xml:space="preserve">[02:49] </w:t>
      </w:r>
      <w:r>
        <w:t>تو یہ "atheism" چلتا رہا، یہاں تک کہ سائنس کا دور آیا کہ سائنس کا ڈائریکٹ، ڈائریکٹ سائنس</w:t>
      </w:r>
    </w:p>
    <w:p>
      <w:pPr>
        <w:jc w:val="right"/>
      </w:pPr>
      <w:r>
        <w:t>تو یہ "اتھیزم" چلتا رہا، یہاں تک کہ سائنس کا دور آیا کہ سائنس کا ڈائریکٹ، ڈائریکٹ سائنس</w:t>
      </w:r>
    </w:p>
    <w:p>
      <w:r>
        <w:rPr>
          <w:b/>
        </w:rPr>
        <w:t xml:space="preserve">[02:57] </w:t>
      </w:r>
      <w:r>
        <w:t>ki feed of city, direct tor par khuda nahin hai, jaisa ke philosophy mein thi.</w:t>
      </w:r>
    </w:p>
    <w:p>
      <w:pPr>
        <w:jc w:val="right"/>
      </w:pPr>
      <w:r>
        <w:t>کی فیڈ آف سٹی، ڈائریکٹ طور پر خدا نہیں ہے، جیسا کہ فلاسفی میں تھی۔</w:t>
      </w:r>
    </w:p>
    <w:p>
      <w:r>
        <w:rPr>
          <w:b/>
        </w:rPr>
        <w:t xml:space="preserve">[03:04] </w:t>
      </w:r>
      <w:r>
        <w:t>lekin in direct taur par scientists jo hain woh bhi Khuda ke bare mein kuch na kuch kehte rahe.</w:t>
      </w:r>
    </w:p>
    <w:p>
      <w:pPr>
        <w:jc w:val="right"/>
      </w:pPr>
      <w:r>
        <w:t>لیکن ان ڈائریکٹ طور پر سائنسدان جو ہیں وہ بھی خدا کے بارے میں کچھ نہ کچھ کہتے رہے۔</w:t>
      </w:r>
    </w:p>
    <w:p>
      <w:r>
        <w:rPr>
          <w:b/>
        </w:rPr>
        <w:t xml:space="preserve">[03:11] </w:t>
      </w:r>
      <w:r>
        <w:t>mere ilm ke mutabiq tamam scientist khuda ko kisi na kisi kisi na kisi tor par manne wale the.</w:t>
      </w:r>
    </w:p>
    <w:p>
      <w:pPr>
        <w:jc w:val="right"/>
      </w:pPr>
      <w:r>
        <w:t>میرے علم کے مطابق تمام سائنسدان خدا کو کسی نہ کسی کسی نہ کسی طور پر ماننے والے تھے۔</w:t>
      </w:r>
    </w:p>
    <w:p>
      <w:r>
        <w:rPr>
          <w:b/>
        </w:rPr>
        <w:t xml:space="preserve">[03:19] </w:t>
      </w:r>
      <w:r>
        <w:t>mera matlab yeh nahi ke khuda ka word bolte the woh, lekin kisi na kisi tor par woh mante the.</w:t>
      </w:r>
    </w:p>
    <w:p>
      <w:pPr>
        <w:jc w:val="right"/>
      </w:pPr>
      <w:r>
        <w:t>میرا مطلب یہ نہیں کہ خدا کا ورڈ بولتے تھے وہ، لیکن کسی نہ کسی طور پر وہ مانتے تھے۔</w:t>
      </w:r>
    </w:p>
    <w:p>
      <w:r>
        <w:rPr>
          <w:b/>
        </w:rPr>
        <w:t xml:space="preserve">[03:26] </w:t>
      </w:r>
      <w:r>
        <w:t>bohat kam aise scientist hain jinhone khuda ka inkar kiya ho.</w:t>
      </w:r>
    </w:p>
    <w:p>
      <w:pPr>
        <w:jc w:val="right"/>
      </w:pPr>
      <w:r>
        <w:t>بہت کم ایسے سائنٹسٹ ہیں جنہوں نے خدا کا انکار کیا ہو۔</w:t>
      </w:r>
    </w:p>
    <w:p>
      <w:r>
        <w:rPr>
          <w:b/>
        </w:rPr>
        <w:t xml:space="preserve">[03:33] </w:t>
      </w:r>
      <w:r>
        <w:t>kuch scientist to aise hain jo unhone baqayda, yani god ka naam le kar openly khuda ka</w:t>
      </w:r>
    </w:p>
    <w:p>
      <w:pPr>
        <w:jc w:val="right"/>
      </w:pPr>
      <w:r>
        <w:t>کچھ سائنٹسٹ تو ایسے ہیں جو انہوں نے باقاعدہ، یعنی گاڈ کا نام لے کر اوپنلی خدا کا</w:t>
      </w:r>
    </w:p>
    <w:p>
      <w:r>
        <w:rPr>
          <w:b/>
        </w:rPr>
        <w:t xml:space="preserve">[03:41] </w:t>
      </w:r>
      <w:r>
        <w:t>iqrar kiya, jaise copernicus, newton, aur is tarah se sir arthur addington, sir james jeans.</w:t>
      </w:r>
    </w:p>
    <w:p>
      <w:pPr>
        <w:jc w:val="right"/>
      </w:pPr>
      <w:r>
        <w:t>اقرار کیا، جیسے کوپر نکس، نیوٹن، اور اس طریقے سے سر ارتھر ایڈنگٹن، سر جیمز جینز۔</w:t>
      </w:r>
    </w:p>
    <w:p>
      <w:r>
        <w:rPr>
          <w:b/>
        </w:rPr>
        <w:t xml:space="preserve">[03:48] </w:t>
      </w:r>
      <w:r>
        <w:t>bohat se aise scientist hain jinhone naam le kar baqayda khuda ka iqrar kiya, fred hoyle waghera.</w:t>
      </w:r>
    </w:p>
    <w:p>
      <w:pPr>
        <w:jc w:val="right"/>
      </w:pPr>
      <w:r>
        <w:t>بہت سے ایسے سائنسدان ہیں جنہوں نے نام لے کر باقاعدہ خدا کا اقرار کیا، فریڈ ہائل وغیرہ۔</w:t>
      </w:r>
    </w:p>
    <w:p>
      <w:r>
        <w:rPr>
          <w:b/>
        </w:rPr>
        <w:t xml:space="preserve">[03:55] </w:t>
      </w:r>
      <w:r>
        <w:t>to lekin khuda ka jo concept quran mein hai, us mani mein nahi bol raha hoon mein, lekin</w:t>
      </w:r>
    </w:p>
    <w:p>
      <w:pPr>
        <w:jc w:val="right"/>
      </w:pPr>
      <w:r>
        <w:t>تو لیکن خدا کا جو کانسیپٹ قرآن میں ہے، اس معنی میں نہیں بول رہا ہوں میں، لیکن</w:t>
      </w:r>
    </w:p>
    <w:p>
      <w:r>
        <w:rPr>
          <w:b/>
        </w:rPr>
        <w:t xml:space="preserve">[04:03] </w:t>
      </w:r>
      <w:r>
        <w:t>in general yeh log mante rahe khuda ko.</w:t>
      </w:r>
    </w:p>
    <w:p>
      <w:pPr>
        <w:jc w:val="right"/>
      </w:pPr>
      <w:r>
        <w:t>ان جنرل یہ لوگ مانتے رہے خدا کو۔</w:t>
      </w:r>
    </w:p>
    <w:p>
      <w:r>
        <w:rPr>
          <w:b/>
        </w:rPr>
        <w:t xml:space="preserve">[04:10] </w:t>
      </w:r>
      <w:r>
        <w:t>ab kal ke akhbar mein ek news aayi hai jo aap logon ko maloom hogi, woh einstein ke bare mein.</w:t>
      </w:r>
    </w:p>
    <w:p>
      <w:pPr>
        <w:jc w:val="right"/>
      </w:pPr>
      <w:r>
        <w:t>اب کل کے اخبار میں ایک نیوز آئی ہے جو آپ لوگوں کو معلوم ہوگی، وہ آئنسٹائن کے بارے میں۔</w:t>
      </w:r>
    </w:p>
    <w:p>
      <w:r>
        <w:rPr>
          <w:b/>
        </w:rPr>
        <w:t xml:space="preserve">[04:18] </w:t>
      </w:r>
      <w:r>
        <w:t>aap jante hain ke albert einstein jo hai, us zamane ka bohat bara scientific mind mana jata hai.</w:t>
      </w:r>
    </w:p>
    <w:p>
      <w:pPr>
        <w:jc w:val="right"/>
      </w:pPr>
      <w:r>
        <w:t>آپ جانتے ہیں کہ البرٹ آئنسٹائن جو ہے، اس زمانے کا بہت بڑا سائنٹیفک مائنڈ مانا جاتا ہے۔</w:t>
      </w:r>
    </w:p>
    <w:p>
      <w:r>
        <w:rPr>
          <w:b/>
        </w:rPr>
        <w:t xml:space="preserve">[04:25] </w:t>
      </w:r>
      <w:r>
        <w:t>iski death hui thi 1955 mein, to us ne apni maut se ek saal pehle, yani 1954</w:t>
      </w:r>
    </w:p>
    <w:p>
      <w:pPr>
        <w:jc w:val="right"/>
      </w:pPr>
      <w:r>
        <w:t>اس کی ڈیتھ ہوئی تھی 1955 میں، تو اس نے اپنی موت سے ایک سال پہلے، یعنی 1954</w:t>
      </w:r>
    </w:p>
    <w:p>
      <w:r>
        <w:rPr>
          <w:b/>
        </w:rPr>
        <w:t xml:space="preserve">[04:32] </w:t>
      </w:r>
      <w:r>
        <w:t>mein, ek israeli philosopher ko german zaban mein khat likha tha.</w:t>
      </w:r>
    </w:p>
    <w:p>
      <w:pPr>
        <w:jc w:val="right"/>
      </w:pPr>
      <w:r>
        <w:t>میں، ایک اسرائیلی فلاسفر کو جرمن زبان میں خط لکھا تھا۔</w:t>
      </w:r>
    </w:p>
    <w:p>
      <w:r>
        <w:rPr>
          <w:b/>
        </w:rPr>
        <w:t xml:space="preserve">[04:40] </w:t>
      </w:r>
      <w:r>
        <w:t>german zaban mein yeh khat aap dekh sakte hain internet par ya media mein, akhbar mein.</w:t>
      </w:r>
    </w:p>
    <w:p>
      <w:pPr>
        <w:jc w:val="right"/>
      </w:pPr>
      <w:r>
        <w:t>جرمن زبان میں یہ خط آپ دیکھ سکتے ہیں انٹرنیٹ پر یا میڈیا میں، اخبار میں۔</w:t>
      </w:r>
    </w:p>
    <w:p>
      <w:r>
        <w:rPr>
          <w:b/>
        </w:rPr>
        <w:t xml:space="preserve">[04:47] </w:t>
      </w:r>
      <w:r>
        <w:t>is khat ka thoda sa brief mein iska aaya hai akhbar mein kal, aur poora jo is</w:t>
      </w:r>
    </w:p>
    <w:p>
      <w:pPr>
        <w:jc w:val="right"/>
      </w:pPr>
      <w:r>
        <w:t>اس خط کا تھوڑا سا بریف میں اس کا آیا ہے اخبار میں کل، اور پورا جو اس</w:t>
      </w:r>
    </w:p>
    <w:p>
      <w:r>
        <w:rPr>
          <w:b/>
        </w:rPr>
        <w:t xml:space="preserve">[04:54] </w:t>
      </w:r>
      <w:r>
        <w:t>ka letter hai, poora woh yeh hai.</w:t>
      </w:r>
    </w:p>
    <w:p>
      <w:pPr>
        <w:jc w:val="right"/>
      </w:pPr>
      <w:r>
        <w:t>کا لیٹر ہے، پورا وہ یہ ہے۔</w:t>
      </w:r>
    </w:p>
    <w:p>
      <w:r>
        <w:rPr>
          <w:b/>
        </w:rPr>
        <w:t xml:space="preserve">[05:02] </w:t>
      </w:r>
      <w:r>
        <w:t>poora letter german zaban mein.</w:t>
      </w:r>
    </w:p>
    <w:p>
      <w:pPr>
        <w:jc w:val="right"/>
      </w:pPr>
      <w:r>
        <w:t>پورا لیٹر جرمن زبان میں۔</w:t>
      </w:r>
    </w:p>
    <w:p>
      <w:r>
        <w:rPr>
          <w:b/>
        </w:rPr>
        <w:t xml:space="preserve">[05:09] </w:t>
      </w:r>
      <w:r>
        <w:t>apne is letter mein, yani maut se ek saal pehle, us ne yeh likha tha ke "the word</w:t>
      </w:r>
    </w:p>
    <w:p>
      <w:pPr>
        <w:jc w:val="right"/>
      </w:pPr>
      <w:r>
        <w:t>اپنے اس لیٹر میں، یعنی موت سے ایک سال پہلے، اس نے یہ لکھا تھا کہ "دی ورڈ</w:t>
      </w:r>
    </w:p>
    <w:p>
      <w:r>
        <w:rPr>
          <w:b/>
        </w:rPr>
        <w:t xml:space="preserve">[05:16] </w:t>
      </w:r>
      <w:r>
        <w:t>"God is for me nothing more than the expression of human weaknesses."</w:t>
      </w:r>
    </w:p>
    <w:p>
      <w:pPr>
        <w:jc w:val="right"/>
      </w:pPr>
      <w:r>
        <w:t>گاڈ از فار می نتھنگ مور دین دی ایکسپریشن آف ہیومن ویکنسز"۔</w:t>
      </w:r>
    </w:p>
    <w:p>
      <w:r>
        <w:rPr>
          <w:b/>
        </w:rPr>
        <w:t xml:space="preserve">[05:24] </w:t>
      </w:r>
      <w:r>
        <w:t>yeh german zaban mein likha tha, iska english tarjuma yeh hai.</w:t>
      </w:r>
    </w:p>
    <w:p>
      <w:pPr>
        <w:jc w:val="right"/>
      </w:pPr>
      <w:r>
        <w:t>یہ جرمن زبان میں لکھا تھا، اس کا انگلش ترجمہ یہ ہے۔</w:t>
      </w:r>
    </w:p>
    <w:p>
      <w:r>
        <w:rPr>
          <w:b/>
        </w:rPr>
        <w:t xml:space="preserve">[05:31] </w:t>
      </w:r>
      <w:r>
        <w:t>iska matlab yeh hai ke khuda ka lafz mere nazdeek koi haqeeqat nahi rakhta, woh sirf insan</w:t>
      </w:r>
    </w:p>
    <w:p>
      <w:pPr>
        <w:jc w:val="right"/>
      </w:pPr>
      <w:r>
        <w:t>اس کا مطلب یہ ہے کہ خدا کا لفظ میرے نزدیک کوئی حقیقت نہیں رکھتا، وہ صرف انسان</w:t>
      </w:r>
    </w:p>
    <w:p>
      <w:r>
        <w:rPr>
          <w:b/>
        </w:rPr>
        <w:t xml:space="preserve">[05:38] </w:t>
      </w:r>
      <w:r>
        <w:t>ki kamzoriyon ki pedawar hai.</w:t>
      </w:r>
    </w:p>
    <w:p>
      <w:pPr>
        <w:jc w:val="right"/>
      </w:pPr>
      <w:r>
        <w:t>کی کمزوریوں کی پیداوار ہے۔</w:t>
      </w:r>
    </w:p>
    <w:p>
      <w:r>
        <w:rPr>
          <w:b/>
        </w:rPr>
        <w:t xml:space="preserve">[05:46] </w:t>
      </w:r>
      <w:r>
        <w:t>yeh lafz, yeh khat iska kal akhbar mein aaya tha ke teen million dollar mein shayad bikne wala hai.</w:t>
      </w:r>
    </w:p>
    <w:p>
      <w:pPr>
        <w:jc w:val="right"/>
      </w:pPr>
      <w:r>
        <w:t>یہ لفظ، یہ خط اس کا کل اخبار میں آیا تھا کہ تین ملین ڈالر میں شاید بکنے والا ہے۔</w:t>
      </w:r>
    </w:p>
    <w:p>
      <w:r>
        <w:rPr>
          <w:b/>
        </w:rPr>
        <w:t xml:space="preserve">[05:53] </w:t>
      </w:r>
      <w:r>
        <w:t>iski neelami ho rahi to abhi iska daam jo laga hai, teen billion dollar hai.</w:t>
      </w:r>
    </w:p>
    <w:p>
      <w:pPr>
        <w:jc w:val="right"/>
      </w:pPr>
      <w:r>
        <w:t>اس کی نیلامی ہو رہی تو ابھی اس کا دام جو لگا ہے، تین بلین ڈالر ہے۔</w:t>
      </w:r>
    </w:p>
    <w:p>
      <w:r>
        <w:rPr>
          <w:b/>
        </w:rPr>
        <w:t xml:space="preserve">[06:00] </w:t>
      </w:r>
      <w:r>
        <w:t>khair, to isi ke bare mein mein is waqt to kuch kehna chahta hoon.</w:t>
      </w:r>
    </w:p>
    <w:p>
      <w:pPr>
        <w:jc w:val="right"/>
      </w:pPr>
      <w:r>
        <w:t>خیر، تو اسی کے بارے میں میں اس وقت تو کچھ کہنا چاہتا ہوں۔</w:t>
      </w:r>
    </w:p>
    <w:p>
      <w:r>
        <w:rPr>
          <w:b/>
        </w:rPr>
        <w:t xml:space="preserve">[06:08] </w:t>
      </w:r>
      <w:r>
        <w:t>dekhen, yeh yeh einstein ne aisa kyun kaha, aur isi tarah ke alfaaz doosre log bhi bolte rahe</w:t>
      </w:r>
    </w:p>
    <w:p>
      <w:pPr>
        <w:jc w:val="right"/>
      </w:pPr>
      <w:r>
        <w:t>دیکھیں، یہ یہ آئنسٹائن نے ایسا کیوں کہا، اور اسی طرح کے الفاظ دوسرے لوگ بھی بولتے رہے</w:t>
      </w:r>
    </w:p>
    <w:p>
      <w:r>
        <w:rPr>
          <w:b/>
        </w:rPr>
        <w:t xml:space="preserve">[06:15] </w:t>
      </w:r>
      <w:r>
        <w:t>hain ke khuda ko samajhte hain ke woh insan ki weakness ki pedawar hai.</w:t>
      </w:r>
    </w:p>
    <w:p>
      <w:pPr>
        <w:jc w:val="right"/>
      </w:pPr>
      <w:r>
        <w:t>ہیں کہ خدا کو سمجھتے ہیں کہ وہ انسان کی ویکنس کی پیداوار ہے۔</w:t>
      </w:r>
    </w:p>
    <w:p>
      <w:r>
        <w:rPr>
          <w:b/>
        </w:rPr>
        <w:t xml:space="preserve">[06:23] </w:t>
      </w:r>
      <w:r>
        <w:t>matlab saikolojikal viknes, insan ki kamzor saikology ke bahar khuda koi wajood nahi hai.</w:t>
      </w:r>
    </w:p>
    <w:p>
      <w:pPr>
        <w:jc w:val="right"/>
      </w:pPr>
      <w:r>
        <w:t>مطلب سائیکلوجیکل ویکنس، انسان کی کمزور سائیکالوجی کے باہر خدا کوئی وجود نہیں ہے۔</w:t>
      </w:r>
    </w:p>
    <w:p>
      <w:r>
        <w:rPr>
          <w:b/>
        </w:rPr>
        <w:t xml:space="preserve">[06:30] </w:t>
      </w:r>
      <w:r>
        <w:t>magar sawal yeh hai ke poori tareekh mein kya waja hai ke kabhi bhi aisa nahi hua ke</w:t>
      </w:r>
    </w:p>
    <w:p>
      <w:pPr>
        <w:jc w:val="right"/>
      </w:pPr>
      <w:r>
        <w:t>مگر سوال یہ ہے کہ پوری تاریخ میں کیا وجہ ہے کہ کبھی بھی ایسا نہیں ہوا کہ</w:t>
      </w:r>
    </w:p>
    <w:p>
      <w:r>
        <w:rPr>
          <w:b/>
        </w:rPr>
        <w:t xml:space="preserve">[06:37] </w:t>
      </w:r>
      <w:r>
        <w:t>insan khuda ke baray mein na soche, khuda ko na manay? is ki waja kya hai? is ki</w:t>
      </w:r>
    </w:p>
    <w:p>
      <w:pPr>
        <w:jc w:val="right"/>
      </w:pPr>
      <w:r>
        <w:t>انسان خدا کے بارے میں نہ سوچے، خدا کو نہ مانے؟ اس کی وجہ کیا ہے؟ اس کی</w:t>
      </w:r>
    </w:p>
    <w:p>
      <w:r>
        <w:rPr>
          <w:b/>
        </w:rPr>
        <w:t xml:space="preserve">[06:45] </w:t>
      </w:r>
      <w:r>
        <w:t>waja hai ke insan ke samnay ek poori nature hai, ek poori fitrat hai, ek poori dunya hai.</w:t>
      </w:r>
    </w:p>
    <w:p>
      <w:pPr>
        <w:jc w:val="right"/>
      </w:pPr>
      <w:r>
        <w:t>وجہ ہے کہ انسان کے سامنے ایک پوری نیچر ہے، ایک پوری فطرت ہے، ایک پوری دنیا ہے۔</w:t>
      </w:r>
    </w:p>
    <w:p>
      <w:r>
        <w:rPr>
          <w:b/>
        </w:rPr>
        <w:t xml:space="preserve">[06:52] </w:t>
      </w:r>
      <w:r>
        <w:t>aadmi chahta hai ke is ko explain karay.</w:t>
      </w:r>
    </w:p>
    <w:p>
      <w:pPr>
        <w:jc w:val="right"/>
      </w:pPr>
      <w:r>
        <w:t>آدمی چاہتا ہے کہ اس کو ایکسپلین کرے۔</w:t>
      </w:r>
    </w:p>
    <w:p>
      <w:r>
        <w:rPr>
          <w:b/>
        </w:rPr>
        <w:t xml:space="preserve">[06:59] </w:t>
      </w:r>
      <w:r>
        <w:t>Man is an explanation seeking animal.</w:t>
      </w:r>
    </w:p>
    <w:p>
      <w:pPr>
        <w:jc w:val="right"/>
      </w:pPr>
      <w:r>
        <w:t>مین از این ایکسپلینیشن سیکنگ اینیمل۔</w:t>
      </w:r>
    </w:p>
    <w:p>
      <w:r>
        <w:rPr>
          <w:b/>
        </w:rPr>
        <w:t xml:space="preserve">[07:07] </w:t>
      </w:r>
      <w:r>
        <w:t>dekhen, explain karna cheezon ko, yeh kisi aur ki zaroorat nahi hai, na star ki, na planet ki,</w:t>
      </w:r>
    </w:p>
    <w:p>
      <w:pPr>
        <w:jc w:val="right"/>
      </w:pPr>
      <w:r>
        <w:t>دیکھیں، ایکسپلین کرنا چیزوں کو، یہ کسی اور کی ضرورت نہیں ہے، نہ اسٹار کی، نہ پلینٹ کی،</w:t>
      </w:r>
    </w:p>
    <w:p>
      <w:r>
        <w:rPr>
          <w:b/>
        </w:rPr>
        <w:t xml:space="preserve">[07:14] </w:t>
      </w:r>
      <w:r>
        <w:t>na pahaar ki, na samandar ki, na darakhton ki, na haiwanat ki.</w:t>
      </w:r>
    </w:p>
    <w:p>
      <w:pPr>
        <w:jc w:val="right"/>
      </w:pPr>
      <w:r>
        <w:t>نہ پہاڑ کی، نہ سمندر کی، نہ درختوں کی، نہ حیوانات کی۔</w:t>
      </w:r>
    </w:p>
    <w:p>
      <w:r>
        <w:rPr>
          <w:b/>
        </w:rPr>
        <w:t xml:space="preserve">[07:21] </w:t>
      </w:r>
      <w:r>
        <w:t>lekan insan ka jo rational mind hai, woh lazman chahta hai cheezon ko explain karna, reason out karna.</w:t>
      </w:r>
    </w:p>
    <w:p>
      <w:pPr>
        <w:jc w:val="right"/>
      </w:pPr>
      <w:r>
        <w:t>لیکن انسان کا جو ریشنل مائنڈ ہے، وہ لازماً چاہتا ہے چیزوں کو ایکسپلین کرنا، ریزن آؤٹ کرنا۔</w:t>
      </w:r>
    </w:p>
    <w:p>
      <w:r>
        <w:rPr>
          <w:b/>
        </w:rPr>
        <w:t xml:space="preserve">[07:29] </w:t>
      </w:r>
      <w:r>
        <w:t>to jab insan dekhta hai ke mein paida ho gaya, halankay mein khud apna creator nahi hoon, ek</w:t>
      </w:r>
    </w:p>
    <w:p>
      <w:pPr>
        <w:jc w:val="right"/>
      </w:pPr>
      <w:r>
        <w:t>تو جب انسان دیکھتا ہے کہ میں پیدا ہو گیا، حالانکہ میں خود اپنا کریٹر نہیں ہوں، ایک</w:t>
      </w:r>
    </w:p>
    <w:p>
      <w:r>
        <w:rPr>
          <w:b/>
        </w:rPr>
        <w:t xml:space="preserve">[07:36] </w:t>
      </w:r>
      <w:r>
        <w:t>poori dunya mojood hai, to kaisay paida hogi? is tarah ke jo sawalat hain, woh aadmi sochne par</w:t>
      </w:r>
    </w:p>
    <w:p>
      <w:pPr>
        <w:jc w:val="right"/>
      </w:pPr>
      <w:r>
        <w:t>پوری دنیا موجود ہے، تو کیسے پیدا ہوگی؟ اس طرح کے جو سوالات ہیں، وہ آدمی سوچنے پر</w:t>
      </w:r>
    </w:p>
    <w:p>
      <w:r>
        <w:rPr>
          <w:b/>
        </w:rPr>
        <w:t xml:space="preserve">[07:43] </w:t>
      </w:r>
      <w:r>
        <w:t>majboor karte hain ke aakhir is ke peechay kaun hai? to yeh sawal pehlay bhi tha aur aaj</w:t>
      </w:r>
    </w:p>
    <w:p>
      <w:pPr>
        <w:jc w:val="right"/>
      </w:pPr>
      <w:r>
        <w:t>مجبور کرتے ہیں کہ آخر اس کے پیچھے کون ہے؟ تو یہ سوال پہلے بھی تھا اور آج</w:t>
      </w:r>
    </w:p>
    <w:p>
      <w:r>
        <w:rPr>
          <w:b/>
        </w:rPr>
        <w:t xml:space="preserve">[07:51] </w:t>
      </w:r>
      <w:r>
        <w:t>bhi hai, khud Einstein ke samnay bhi hai.</w:t>
      </w:r>
    </w:p>
    <w:p>
      <w:pPr>
        <w:jc w:val="right"/>
      </w:pPr>
      <w:r>
        <w:t>بھی ہے، خود آئنسٹائن کے سامنے بھی ہے۔</w:t>
      </w:r>
    </w:p>
    <w:p>
      <w:r>
        <w:rPr>
          <w:b/>
        </w:rPr>
        <w:t xml:space="preserve">[07:58] </w:t>
      </w:r>
      <w:r>
        <w:t>dekhen, mein ek baat arz karoon, kal mein ne Einstein ke baray mein jo Britannica mein hai, poora</w:t>
      </w:r>
    </w:p>
    <w:p>
      <w:pPr>
        <w:jc w:val="right"/>
      </w:pPr>
      <w:r>
        <w:t>دیکھیں، میں ایک بات عرض کروں، کل میں نے آئنسٹائن کے بارے میں جو بیٹینیکا میں ہے، پورا</w:t>
      </w:r>
    </w:p>
    <w:p>
      <w:r>
        <w:rPr>
          <w:b/>
        </w:rPr>
        <w:t xml:space="preserve">[08:06] </w:t>
      </w:r>
      <w:r>
        <w:t>article lamba lafz bildh parha.</w:t>
      </w:r>
    </w:p>
    <w:p>
      <w:pPr>
        <w:jc w:val="right"/>
      </w:pPr>
      <w:r>
        <w:t>آرٹیکل لمبا لفظ بلد پڑھا۔</w:t>
      </w:r>
    </w:p>
    <w:p>
      <w:r>
        <w:rPr>
          <w:b/>
        </w:rPr>
        <w:t xml:space="preserve">[08:13] </w:t>
      </w:r>
      <w:r>
        <w:t>is se maloom hua ke Einstein apni zindagi ke aakhri 30 saal, is ki umer thi 76, to</w:t>
      </w:r>
    </w:p>
    <w:p>
      <w:pPr>
        <w:jc w:val="right"/>
      </w:pPr>
      <w:r>
        <w:t>اس سے معلوم ہوا کہ آئنسٹائن اپنی زندگی کے آخری 30 سال، اس کی عمر تھی 76، تو</w:t>
      </w:r>
    </w:p>
    <w:p>
      <w:r>
        <w:rPr>
          <w:b/>
        </w:rPr>
        <w:t xml:space="preserve">[08:20] </w:t>
      </w:r>
      <w:r>
        <w:t>apni zindagi ke aakhri 30 saal woh ek sawal se dochar raha, ek maslay ko hal karne ka.</w:t>
      </w:r>
    </w:p>
    <w:p>
      <w:pPr>
        <w:jc w:val="right"/>
      </w:pPr>
      <w:r>
        <w:t>اپنی زندگی کے آخری 30 سال وہ ایک سوال سے دوچار رہا، ایک مسئلے کو حل کرنے کا۔</w:t>
      </w:r>
    </w:p>
    <w:p>
      <w:r>
        <w:rPr>
          <w:b/>
        </w:rPr>
        <w:t xml:space="preserve">[08:28] </w:t>
      </w:r>
      <w:r>
        <w:t>saari taqat laga di aur woh sawal ka jawab na pa saka.</w:t>
      </w:r>
    </w:p>
    <w:p>
      <w:pPr>
        <w:jc w:val="right"/>
      </w:pPr>
      <w:r>
        <w:t>ساری طاقت لگا دی اور وہ سوال کا جواب نہ پا سکا۔</w:t>
      </w:r>
    </w:p>
    <w:p>
      <w:r>
        <w:rPr>
          <w:b/>
        </w:rPr>
        <w:t xml:space="preserve">[08:35] </w:t>
      </w:r>
      <w:r>
        <w:t>to aakhir mein kya hua? woh frustration mein bhara.</w:t>
      </w:r>
    </w:p>
    <w:p>
      <w:pPr>
        <w:jc w:val="right"/>
      </w:pPr>
      <w:r>
        <w:t>تو آخر میں کیا ہوا؟ وہ فرسٹریشن میں بھرا۔</w:t>
      </w:r>
    </w:p>
    <w:p>
      <w:r>
        <w:rPr>
          <w:b/>
        </w:rPr>
        <w:t xml:space="preserve">[08:42] </w:t>
      </w:r>
      <w:r>
        <w:t>aap dekh lijiyay internet par ya kisi bhi kitab mein ke Einstein ke final days kaisay thay.</w:t>
      </w:r>
    </w:p>
    <w:p>
      <w:pPr>
        <w:jc w:val="right"/>
      </w:pPr>
      <w:r>
        <w:t>آپ دیکھ لیجئے انٹرنیٹ پر یا کسی بھی کتاب میں کہ آئنسٹائن کے فائنل ڈیز کیسے تھے۔</w:t>
      </w:r>
    </w:p>
    <w:p>
      <w:r>
        <w:rPr>
          <w:b/>
        </w:rPr>
        <w:t xml:space="preserve">[08:50] </w:t>
      </w:r>
      <w:r>
        <w:t>30 saal ki koshish ke bawajood woh daryaft nahi kar saka, apne sawal ka jawab maloom na kar saka.</w:t>
      </w:r>
    </w:p>
    <w:p>
      <w:pPr>
        <w:jc w:val="right"/>
      </w:pPr>
      <w:r>
        <w:t>30 سال کی کوشش کے باوجود وہ دریافت نہیں کر سکا، اپنے سوال کا جواب معلوم نہ کر سکا۔</w:t>
      </w:r>
    </w:p>
    <w:p>
      <w:r>
        <w:rPr>
          <w:b/>
        </w:rPr>
        <w:t xml:space="preserve">[08:57] </w:t>
      </w:r>
      <w:r>
        <w:t>to bhara woh frustration mein aur ziyada lambi umer bhi is ki nahi hui, kyunke 76 to koi</w:t>
      </w:r>
    </w:p>
    <w:p>
      <w:pPr>
        <w:jc w:val="right"/>
      </w:pPr>
      <w:r>
        <w:t>تو بھرا وہ فرسٹریشن میں اور زیادہ لمبی عمر بھی اس کی نہیں ہوئی، کیونکہ 76 تو کوئی</w:t>
      </w:r>
    </w:p>
    <w:p>
      <w:r>
        <w:rPr>
          <w:b/>
        </w:rPr>
        <w:t xml:space="preserve">[09:04] </w:t>
      </w:r>
      <w:r>
        <w:t>lambi umer nahi hui thi.</w:t>
      </w:r>
    </w:p>
    <w:p>
      <w:pPr>
        <w:jc w:val="right"/>
      </w:pPr>
      <w:r>
        <w:t>لمبی عمر نہیں ہوئی تھی۔</w:t>
      </w:r>
    </w:p>
    <w:p>
      <w:r>
        <w:rPr>
          <w:b/>
        </w:rPr>
        <w:t xml:space="preserve">[09:12] </w:t>
      </w:r>
      <w:r>
        <w:t>woh sawal kya tha? is sawal ka is ke apnay alfaz mein "unifying field theory" kehta tha.</w:t>
      </w:r>
    </w:p>
    <w:p>
      <w:pPr>
        <w:jc w:val="right"/>
      </w:pPr>
      <w:r>
        <w:t>وہ سوال کیا تھا؟ اس سوال کا اس کے اپنے الفاظ میں "یونیفائنگ فیلڈ تھیوری" کہتا تھا۔</w:t>
      </w:r>
    </w:p>
    <w:p>
      <w:r>
        <w:rPr>
          <w:b/>
        </w:rPr>
        <w:t xml:space="preserve">[09:19] </w:t>
      </w:r>
      <w:r>
        <w:t>woh "unifying field theory" yani nature ka jo phenomena hai, is woh anginat hai.</w:t>
      </w:r>
    </w:p>
    <w:p>
      <w:pPr>
        <w:jc w:val="right"/>
      </w:pPr>
      <w:r>
        <w:t>وہ "یونیفائنگ فیلڈ تھیوری" یعنی نیچر کا جو فیناومینا ہے، اس وہ ان گنت ہے۔</w:t>
      </w:r>
    </w:p>
    <w:p>
      <w:r>
        <w:rPr>
          <w:b/>
        </w:rPr>
        <w:t xml:space="preserve">[09:26] </w:t>
      </w:r>
      <w:r>
        <w:t>to nature ka jo anginat phenomena hai, jis ko hum telescope se dekhte hain, microscope se dekhte</w:t>
      </w:r>
    </w:p>
    <w:p>
      <w:pPr>
        <w:jc w:val="right"/>
      </w:pPr>
      <w:r>
        <w:t>تو نیچر کا جو ان گنت فیناومینا ہے، جس کو ہم ٹیلیسکوپ سے دیکھتے ہیں، مائیکروسکوپ سے دیکھتے</w:t>
      </w:r>
    </w:p>
    <w:p>
      <w:r>
        <w:rPr>
          <w:b/>
        </w:rPr>
        <w:t xml:space="preserve">[09:34] </w:t>
      </w:r>
      <w:r>
        <w:t>hain, to itne saare phenomena, diverse phenomena jo hain, is ko kaise unify kiya jaye? Yani single explanation</w:t>
      </w:r>
    </w:p>
    <w:p>
      <w:pPr>
        <w:jc w:val="right"/>
      </w:pPr>
      <w:r>
        <w:t>ہیں، تو اتنے سارے فیناومینا، ڈائیورس فیناومینا جو ہیں، اس کو کیسے یونیفائی کیا جائے؟ یعنی سنگل ایکسپلینیشن</w:t>
      </w:r>
    </w:p>
    <w:p>
      <w:r>
        <w:rPr>
          <w:b/>
        </w:rPr>
        <w:t xml:space="preserve">[09:41] </w:t>
      </w:r>
      <w:r>
        <w:t>is ka kya hai? To is ke liye word istemal kiya tha Einstein ne "unified field theory".</w:t>
      </w:r>
    </w:p>
    <w:p>
      <w:pPr>
        <w:jc w:val="right"/>
      </w:pPr>
      <w:r>
        <w:t>اس کا کیا ہے؟ تو اس کے لیے ورڈ استعمال کیا تھا آئنسٹائن نے "یونیفائیڈ فیلڈ تھیوری"۔</w:t>
      </w:r>
    </w:p>
    <w:p>
      <w:r>
        <w:rPr>
          <w:b/>
        </w:rPr>
        <w:t xml:space="preserve">[09:49] </w:t>
      </w:r>
      <w:r>
        <w:t>Ab is ke liye word doosra use hota hai zyada tar, yani "theory of everything".</w:t>
      </w:r>
    </w:p>
    <w:p>
      <w:pPr>
        <w:jc w:val="right"/>
      </w:pPr>
      <w:r>
        <w:t>اب اس کے لیے ورڈ دوسرا یوز ہوتا ہے زیادہ تر، یعنی "تھیوری آف ایوری تھنگ"۔</w:t>
      </w:r>
    </w:p>
    <w:p>
      <w:r>
        <w:rPr>
          <w:b/>
        </w:rPr>
        <w:t xml:space="preserve">[09:56] </w:t>
      </w:r>
      <w:r>
        <w:t>Ab jitne bhi scientist hain, including Stephen Hawking, sab isi mein mashgool hain.</w:t>
      </w:r>
    </w:p>
    <w:p>
      <w:pPr>
        <w:jc w:val="right"/>
      </w:pPr>
      <w:r>
        <w:t>اب جتنے بھی سائنٹسٹ ہیں، انکلوڈنگ اسٹیفن ہاکنگ، سب اسی میں مشغول ہیں۔</w:t>
      </w:r>
    </w:p>
    <w:p>
      <w:r>
        <w:rPr>
          <w:b/>
        </w:rPr>
        <w:t xml:space="preserve">[10:03] </w:t>
      </w:r>
      <w:r>
        <w:t>Abhi jo aap ne waqea jo hua tha Switzerland mein ke hundred million dollar ke kharch se ek</w:t>
      </w:r>
    </w:p>
    <w:p>
      <w:pPr>
        <w:jc w:val="right"/>
      </w:pPr>
      <w:r>
        <w:t>ابھی جو آپ نے واقعہ جو ہوا تھا سویٹزرلینڈ میں کہ ہنڈرڈ ملین ڈالر کے خرچ سے ایک</w:t>
      </w:r>
    </w:p>
    <w:p>
      <w:r>
        <w:rPr>
          <w:b/>
        </w:rPr>
        <w:t xml:space="preserve">[10:11] </w:t>
      </w:r>
      <w:r>
        <w:t>bahut bara scientific project chalaya gaya, kai saal tak chalta raha, jo jis ko kaha jata hai ke</w:t>
      </w:r>
    </w:p>
    <w:p>
      <w:pPr>
        <w:jc w:val="right"/>
      </w:pPr>
      <w:r>
        <w:t>بہت بڑا سائنٹیفک پروجیکٹ چلایا گیا، کئی سال تک چلتا رہا، جو جس کو کہا جاتا ہے کہ</w:t>
      </w:r>
    </w:p>
    <w:p>
      <w:r>
        <w:rPr>
          <w:b/>
        </w:rPr>
        <w:t xml:space="preserve">[10:18] </w:t>
      </w:r>
      <w:r>
        <w:t>yani "Higgs Boson", jis ko kaha jata hai "Higgs Boson" ki talash mein.</w:t>
      </w:r>
    </w:p>
    <w:p>
      <w:pPr>
        <w:jc w:val="right"/>
      </w:pPr>
      <w:r>
        <w:t>یعنی "ہک بوزان"، جس کو کہا جاتا ہے "ہک بوزان" کی تلاش میں۔</w:t>
      </w:r>
    </w:p>
    <w:p>
      <w:r>
        <w:rPr>
          <w:b/>
        </w:rPr>
        <w:t xml:space="preserve">[10:25] </w:t>
      </w:r>
      <w:r>
        <w:t>To wo kya hai? Wo bhi yahi hai "theory of everything" jo hai, wo is ka jawab</w:t>
      </w:r>
    </w:p>
    <w:p>
      <w:pPr>
        <w:jc w:val="right"/>
      </w:pPr>
      <w:r>
        <w:t>تو وہ کیا ہے؟ وہ بھی یہی ہے "تھیوری آف ایوری تھنگ" جو ہے، وہ اس کا جواب</w:t>
      </w:r>
    </w:p>
    <w:p>
      <w:r>
        <w:rPr>
          <w:b/>
        </w:rPr>
        <w:t xml:space="preserve">[10:33] </w:t>
      </w:r>
      <w:r>
        <w:t>panay ke liye, lekin wo nakam ho gaya.</w:t>
      </w:r>
    </w:p>
    <w:p>
      <w:pPr>
        <w:jc w:val="right"/>
      </w:pPr>
      <w:r>
        <w:t>پانے کے لیے، لیکن وہ ناکام ہو گیا۔</w:t>
      </w:r>
    </w:p>
    <w:p>
      <w:r>
        <w:rPr>
          <w:b/>
        </w:rPr>
        <w:t xml:space="preserve">[10:40] </w:t>
      </w:r>
      <w:r>
        <w:t>To kya wajah hai ke sare scientist "theory of everything" ke liye itna bechain hain? Wo</w:t>
      </w:r>
    </w:p>
    <w:p>
      <w:pPr>
        <w:jc w:val="right"/>
      </w:pPr>
      <w:r>
        <w:t>تو کیا وجہ ہے کہ سارے سائنٹسٹ "تھیوری آف ایوری تھنگ" کے لیے اتنا بے چین ہیں؟ وہ</w:t>
      </w:r>
    </w:p>
    <w:p>
      <w:r>
        <w:rPr>
          <w:b/>
        </w:rPr>
        <w:t xml:space="preserve">[10:47] </w:t>
      </w:r>
      <w:r>
        <w:t>yahi hai ke universe ke different phenomena ko ya universe mein jo cheez discover hui hain, is ke</w:t>
      </w:r>
    </w:p>
    <w:p>
      <w:pPr>
        <w:jc w:val="right"/>
      </w:pPr>
      <w:r>
        <w:t>یہی ہے کہ یونیورس کے ڈفرنٹ فیناومینا کو یا یونیورس میں جو چیز ڈسکور ہوئی ہیں، اس کے</w:t>
      </w:r>
    </w:p>
    <w:p>
      <w:r>
        <w:rPr>
          <w:b/>
        </w:rPr>
        <w:t xml:space="preserve">[10:55] </w:t>
      </w:r>
      <w:r>
        <w:t>behind kya hai? Kaise explain karein hum is ko? Kaise explain karein? Kyun ke bahut ajeeb ajeeb si cheez</w:t>
      </w:r>
    </w:p>
    <w:p>
      <w:pPr>
        <w:jc w:val="right"/>
      </w:pPr>
      <w:r>
        <w:t>بیہائنڈ کیا ہے؟ کیسے ایکسپلین کریں ہم اس کو؟ کیسے ایکسپلین کریں؟ کیونکہ بہت عجیب عجیب سی چیز</w:t>
      </w:r>
    </w:p>
    <w:p>
      <w:r>
        <w:rPr>
          <w:b/>
        </w:rPr>
        <w:t xml:space="preserve">[11:02] </w:t>
      </w:r>
      <w:r>
        <w:t>daryaft hui hain.</w:t>
      </w:r>
    </w:p>
    <w:p>
      <w:pPr>
        <w:jc w:val="right"/>
      </w:pPr>
      <w:r>
        <w:t>دریافت ہوئی ہیں۔</w:t>
      </w:r>
    </w:p>
    <w:p>
      <w:r>
        <w:rPr>
          <w:b/>
        </w:rPr>
        <w:t xml:space="preserve">[11:09] </w:t>
      </w:r>
      <w:r>
        <w:t>Hamari jo studies hain, maujooda zamane mein, is mein bahut ajeeb ajeeb cheez daryaft hui hain.</w:t>
      </w:r>
    </w:p>
    <w:p>
      <w:pPr>
        <w:jc w:val="right"/>
      </w:pPr>
      <w:r>
        <w:t>ہماری جو اسٹڈیز ہیں، موجودہ زمانے میں، اس میں بہت عجیب عجیب چیز دریافت ہوئی ہیں۔</w:t>
      </w:r>
    </w:p>
    <w:p>
      <w:r>
        <w:rPr>
          <w:b/>
        </w:rPr>
        <w:t xml:space="preserve">[11:17] </w:t>
      </w:r>
      <w:r>
        <w:t>Misal ke taur par dekhiye, hum jis solar system mein rehte hain, is mein ek suraj hai aur bahut se planets hain.</w:t>
      </w:r>
    </w:p>
    <w:p>
      <w:pPr>
        <w:jc w:val="right"/>
      </w:pPr>
      <w:r>
        <w:t>مثلاً دیکھیے، ہم جس سولر سسٹم میں رہتے ہیں، اس میں ایک سورج ہے اور بہت سے پلینٹس ہیں۔</w:t>
      </w:r>
    </w:p>
    <w:p>
      <w:r>
        <w:rPr>
          <w:b/>
        </w:rPr>
        <w:t xml:space="preserve">[11:24] </w:t>
      </w:r>
      <w:r>
        <w:t>Ek poora system hai jo jo devalv kar raha hai 24 ghante, aur yeh ek bahut bari galaxy</w:t>
      </w:r>
    </w:p>
    <w:p>
      <w:pPr>
        <w:jc w:val="right"/>
      </w:pPr>
      <w:r>
        <w:t>ایک پورا سسٹم ہے جو جو ڈیوالو کر رہا ہے 24 گھنٹے، اور یہ ایک بہت بڑی گلیکسی</w:t>
      </w:r>
    </w:p>
    <w:p>
      <w:r>
        <w:rPr>
          <w:b/>
        </w:rPr>
        <w:t xml:space="preserve">[11:31] </w:t>
      </w:r>
      <w:r>
        <w:t>ke andar hai, jis ko hum kehte hain "Milky Way" yani ke kahkashan.</w:t>
      </w:r>
    </w:p>
    <w:p>
      <w:pPr>
        <w:jc w:val="right"/>
      </w:pPr>
      <w:r>
        <w:t>کے اندر ہے، جس کو ہم کہتے ہیں "ملکی وے" یعنی کہکشاں۔</w:t>
      </w:r>
    </w:p>
    <w:p>
      <w:r>
        <w:rPr>
          <w:b/>
        </w:rPr>
        <w:t xml:space="preserve">[11:39] </w:t>
      </w:r>
      <w:r>
        <w:t>To Milky Way bahut hi bari, bahut hi bari hai.</w:t>
      </w:r>
    </w:p>
    <w:p>
      <w:pPr>
        <w:jc w:val="right"/>
      </w:pPr>
      <w:r>
        <w:t>تو ملکی وے بہت ہی بڑی، بہت ہی بڑی ہے۔</w:t>
      </w:r>
    </w:p>
    <w:p>
      <w:r>
        <w:rPr>
          <w:b/>
        </w:rPr>
        <w:t xml:space="preserve">[11:46] </w:t>
      </w:r>
      <w:r>
        <w:t>Is mein ek bahut hi chota sa spot hai, jis ke andar hamara solar system waqe hai.</w:t>
      </w:r>
    </w:p>
    <w:p>
      <w:pPr>
        <w:jc w:val="right"/>
      </w:pPr>
      <w:r>
        <w:t>اس میں ایک بہت ہی چھوٹی سا سپاٹ ہے، جس کے اندر ہمارا سولر سسٹم واقع ہے۔</w:t>
      </w:r>
    </w:p>
    <w:p>
      <w:r>
        <w:rPr>
          <w:b/>
        </w:rPr>
        <w:t xml:space="preserve">[11:54] </w:t>
      </w:r>
      <w:r>
        <w:t>To yeh bahut ajeeb baat hai ke solar system jo hai, wo galaxy ke beech mein nahi hai,</w:t>
      </w:r>
    </w:p>
    <w:p>
      <w:pPr>
        <w:jc w:val="right"/>
      </w:pPr>
      <w:r>
        <w:t>تو یہ بہت عجیب بات ہے کہ سولر سسٹم جو ہے، وہ گلیکسی کے بیچ میں نہیں ہے،</w:t>
      </w:r>
    </w:p>
    <w:p>
      <w:r>
        <w:rPr>
          <w:b/>
        </w:rPr>
        <w:t xml:space="preserve">[12:01] </w:t>
      </w:r>
      <w:r>
        <w:t>balkeh galaxy ke kinare hai.</w:t>
      </w:r>
    </w:p>
    <w:p>
      <w:pPr>
        <w:jc w:val="right"/>
      </w:pPr>
      <w:r>
        <w:t>بلکہ گلیکسی کے کنارے ہے۔</w:t>
      </w:r>
    </w:p>
    <w:p>
      <w:r>
        <w:rPr>
          <w:b/>
        </w:rPr>
        <w:t xml:space="preserve">[12:08] </w:t>
      </w:r>
      <w:r>
        <w:t>Itna chota hai ke is ko dekhiye, teer se dikhaya gaya hai.</w:t>
      </w:r>
    </w:p>
    <w:p>
      <w:pPr>
        <w:jc w:val="right"/>
      </w:pPr>
      <w:r>
        <w:t>اتنا چھوٹا ہے کہ اس کو دیکھیں، تیر سے دکھایا گیا ہے۔</w:t>
      </w:r>
    </w:p>
    <w:p>
      <w:r>
        <w:rPr>
          <w:b/>
        </w:rPr>
        <w:t xml:space="preserve">[12:16] </w:t>
      </w:r>
      <w:r>
        <w:t>Yeh poora jo aap photo dekh rahe hain, yeh Milky Way ka photo hai.</w:t>
      </w:r>
    </w:p>
    <w:p>
      <w:pPr>
        <w:jc w:val="right"/>
      </w:pPr>
      <w:r>
        <w:t>یہ پورا جو آپ فوٹو دیکھ رہے ہیں، یہ ملکی وے کا فوٹو ہے۔</w:t>
      </w:r>
    </w:p>
    <w:p>
      <w:r>
        <w:rPr>
          <w:b/>
        </w:rPr>
        <w:t xml:space="preserve">[12:23] </w:t>
      </w:r>
      <w:r>
        <w:t>Milky Way yani hum raat ke waqt jo sitare dekhte hain, wo sare ke sare Milky Way ke</w:t>
      </w:r>
    </w:p>
    <w:p>
      <w:pPr>
        <w:jc w:val="right"/>
      </w:pPr>
      <w:r>
        <w:t>ملکی وے یعنی ہم رات کے وقت جو ستارے دیکھتے ہیں، وہ سارے کے سارے ملکی وے کے</w:t>
      </w:r>
    </w:p>
    <w:p>
      <w:r>
        <w:rPr>
          <w:b/>
        </w:rPr>
        <w:t xml:space="preserve">[12:30] </w:t>
      </w:r>
      <w:r>
        <w:t>saath sitare hote hain.</w:t>
      </w:r>
    </w:p>
    <w:p>
      <w:pPr>
        <w:jc w:val="right"/>
      </w:pPr>
      <w:r>
        <w:t>ساتھ ستارے ہوتے ہیں۔</w:t>
      </w:r>
    </w:p>
    <w:p>
      <w:r>
        <w:rPr>
          <w:b/>
        </w:rPr>
        <w:t xml:space="preserve">[12:38] </w:t>
      </w:r>
      <w:r>
        <w:t>saare space ke sitare nahin hote hain.</w:t>
      </w:r>
    </w:p>
    <w:p>
      <w:pPr>
        <w:jc w:val="right"/>
      </w:pPr>
      <w:r>
        <w:t>سارے اسپیس کے ستارے نہیں ہوتے ہیں۔</w:t>
      </w:r>
    </w:p>
    <w:p>
      <w:r>
        <w:rPr>
          <w:b/>
        </w:rPr>
        <w:t xml:space="preserve">[12:45] </w:t>
      </w:r>
      <w:r>
        <w:t>space mein billion kahakshayein hain, har kahakshan mein billion billion sitare hain, vast street se phailaye gaye hain.</w:t>
      </w:r>
    </w:p>
    <w:p>
      <w:pPr>
        <w:jc w:val="right"/>
      </w:pPr>
      <w:r>
        <w:t>اسپیس میں بلین کہکشائیں ہیں، ہر کہکشاں میں بلین بلین ستارے ہیں، واسٹ اسٹریٹ سے پھیلے گئے ہیں۔</w:t>
      </w:r>
    </w:p>
    <w:p>
      <w:r>
        <w:rPr>
          <w:b/>
        </w:rPr>
        <w:t xml:space="preserve">[12:52] </w:t>
      </w:r>
      <w:r>
        <w:t>woh hum nahin dekhte hain, hum dekh paate hain yaani naked eye se jin sitaron ko, woh hamari</w:t>
      </w:r>
    </w:p>
    <w:p>
      <w:pPr>
        <w:jc w:val="right"/>
      </w:pPr>
      <w:r>
        <w:t>وہ ہم نہیں دیکھتے ہیں، ہم دیکھ پاتے ہیں یعنی نیکڈ آئی سے جن ستاروں کو، وہ ہماری</w:t>
      </w:r>
    </w:p>
    <w:p>
      <w:r>
        <w:rPr>
          <w:b/>
        </w:rPr>
        <w:t xml:space="preserve">[13:00] </w:t>
      </w:r>
      <w:r>
        <w:t>apni qareebi kahakshan, jis ko qareebi kahakshan kehte hain, milky way, us ke sitare hote hain.</w:t>
      </w:r>
    </w:p>
    <w:p>
      <w:pPr>
        <w:jc w:val="right"/>
      </w:pPr>
      <w:r>
        <w:t>اپنی قریبی کہکشاں، جس کو قریبی کہکشاں کہتے ہیں، ملکی وے، اس کے ستارے ہوتے ہیں۔</w:t>
      </w:r>
    </w:p>
    <w:p>
      <w:r>
        <w:rPr>
          <w:b/>
        </w:rPr>
        <w:t xml:space="preserve">[13:07] </w:t>
      </w:r>
      <w:r>
        <w:t>toh milky way mein ek kinare waqe hai.</w:t>
      </w:r>
    </w:p>
    <w:p>
      <w:pPr>
        <w:jc w:val="right"/>
      </w:pPr>
      <w:r>
        <w:t>تو ملکی وے میں ایک کنارے واقع ہے۔</w:t>
      </w:r>
    </w:p>
    <w:p>
      <w:r>
        <w:rPr>
          <w:b/>
        </w:rPr>
        <w:t xml:space="preserve">[13:14] </w:t>
      </w:r>
      <w:r>
        <w:t>aap dekhiye, yeh hamara solar system hai.</w:t>
      </w:r>
    </w:p>
    <w:p>
      <w:pPr>
        <w:jc w:val="right"/>
      </w:pPr>
      <w:r>
        <w:t>آپ دیکھیے، یہ ہمارا سولر سسٹم ہے۔</w:t>
      </w:r>
    </w:p>
    <w:p>
      <w:r>
        <w:rPr>
          <w:b/>
        </w:rPr>
        <w:t xml:space="preserve">[13:22] </w:t>
      </w:r>
      <w:r>
        <w:t>ab sawal yeh hai, kinare kyun hai? beech mein kyun nahin hai? toh beech mein jo hai, bohat</w:t>
      </w:r>
    </w:p>
    <w:p>
      <w:pPr>
        <w:jc w:val="right"/>
      </w:pPr>
      <w:r>
        <w:t>اب سوال یہ ہے، کنارے کیوں ہے؟ بیچ میں کیوں نہیں ہے؟ تو بیچ میں جو ہے، بہت</w:t>
      </w:r>
    </w:p>
    <w:p>
      <w:r>
        <w:rPr>
          <w:b/>
        </w:rPr>
        <w:t xml:space="preserve">[13:29] </w:t>
      </w:r>
      <w:r>
        <w:t>hi zyada heat hai, bohat zyada heat hai, itni zyada heat hai ke agar hamara solar system beech</w:t>
      </w:r>
    </w:p>
    <w:p>
      <w:pPr>
        <w:jc w:val="right"/>
      </w:pPr>
      <w:r>
        <w:t>ہی زیادہ ہیٹ ہے، بہت زیادہ ہیٹ ہے، اتنی زیادہ ہیٹ ہے کہ اگر ہمارا سولر سسٹم بیچ</w:t>
      </w:r>
    </w:p>
    <w:p>
      <w:r>
        <w:rPr>
          <w:b/>
        </w:rPr>
        <w:t xml:space="preserve">[13:37] </w:t>
      </w:r>
      <w:r>
        <w:t>mein hota toh jal bhad kar khaak ho jata.</w:t>
      </w:r>
    </w:p>
    <w:p>
      <w:pPr>
        <w:jc w:val="right"/>
      </w:pPr>
      <w:r>
        <w:t>میں ہوتا تو جل بھڑک کر خاک ہو جاتا۔</w:t>
      </w:r>
    </w:p>
    <w:p>
      <w:r>
        <w:rPr>
          <w:b/>
        </w:rPr>
        <w:t xml:space="preserve">[13:44] </w:t>
      </w:r>
      <w:r>
        <w:t>کیونکہ بلوی Milky Way میں million billions prepiece stars ہیں، ہمارے sun سے بہت بڑے۔</w:t>
      </w:r>
    </w:p>
    <w:p>
      <w:pPr>
        <w:jc w:val="right"/>
      </w:pPr>
      <w:r>
        <w:t>کیونکہ بلوی ملکی وے میں ملین بلینز پریپیس اسٹارز ہیں، ہمارے سن سے بہت بڑے۔</w:t>
      </w:r>
    </w:p>
    <w:p>
      <w:r>
        <w:rPr>
          <w:b/>
        </w:rPr>
        <w:t xml:space="preserve">[13:51] </w:t>
      </w:r>
      <w:r>
        <w:t>is ki wajah se bohat zyada heat wahan par hoti hai.</w:t>
      </w:r>
    </w:p>
    <w:p>
      <w:pPr>
        <w:jc w:val="right"/>
      </w:pPr>
      <w:r>
        <w:t>اس کی وجہ سے بہت زیادہ ہیٹ وہاں پر ہوتی ہے۔</w:t>
      </w:r>
    </w:p>
    <w:p>
      <w:r>
        <w:rPr>
          <w:b/>
        </w:rPr>
        <w:t xml:space="preserve">[13:59] </w:t>
      </w:r>
      <w:r>
        <w:t>toh woh kaun hai jis ne paida kiya? phir woh kaun hai jis ne is ko ek haashiye</w:t>
      </w:r>
    </w:p>
    <w:p>
      <w:pPr>
        <w:jc w:val="right"/>
      </w:pPr>
      <w:r>
        <w:t>تو وہ کون ہے جس نے پیدا کیا؟ پھر وہ کون ہے جس نے اس کو ایک حاشیے</w:t>
      </w:r>
    </w:p>
    <w:p>
      <w:r>
        <w:rPr>
          <w:b/>
        </w:rPr>
        <w:t xml:space="preserve">[14:06] </w:t>
      </w:r>
      <w:r>
        <w:t>par rakha, solar system ko, taake yaani unbearable heat mein woh jal kar khatm na ho jaye?</w:t>
      </w:r>
    </w:p>
    <w:p>
      <w:pPr>
        <w:jc w:val="right"/>
      </w:pPr>
      <w:r>
        <w:t>پر رکھا، سولر سسٹم کو، تاکہ یعنی ان بیریبل ہیٹ میں وہ جل کر ختم نہ ہو جائے؟</w:t>
      </w:r>
    </w:p>
    <w:p>
      <w:r>
        <w:rPr>
          <w:b/>
        </w:rPr>
        <w:t xml:space="preserve">[14:13] </w:t>
      </w:r>
      <w:r>
        <w:t>yeh wisdom, yeh intelligence kahan se aayi? apne aap toh nahin ho sakti.</w:t>
      </w:r>
    </w:p>
    <w:p>
      <w:pPr>
        <w:jc w:val="right"/>
      </w:pPr>
      <w:r>
        <w:t>یہ وزڈم، یہ انٹیلیجنس کہاں سے آئی؟ اپنے آپ تو نہیں ہو سکتی۔</w:t>
      </w:r>
    </w:p>
    <w:p>
      <w:r>
        <w:rPr>
          <w:b/>
        </w:rPr>
        <w:t xml:space="preserve">[14:21] </w:t>
      </w:r>
      <w:r>
        <w:t>yaani solar system ne apne location ko khud se tay nahin kiya ke mujhe yahan rehna hai.</w:t>
      </w:r>
    </w:p>
    <w:p>
      <w:pPr>
        <w:jc w:val="right"/>
      </w:pPr>
      <w:r>
        <w:t>یعنی سولر سسٹم نے اپنے لوکیشن کو خود سے طے نہیں کیا کہ مجھے یہاں رہنا ہے۔</w:t>
      </w:r>
    </w:p>
    <w:p>
      <w:r>
        <w:rPr>
          <w:b/>
        </w:rPr>
        <w:t xml:space="preserve">[14:28] </w:t>
      </w:r>
      <w:r>
        <w:t>is tarah ke billion billion phenomena hain jin ko scientific mind chahta hai explain karna.</w:t>
      </w:r>
    </w:p>
    <w:p>
      <w:pPr>
        <w:jc w:val="right"/>
      </w:pPr>
      <w:r>
        <w:t>اس طرح کے بلین بلین فیناومینا ہیں جن کو سائنٹیفک مائنڈ چاہتا ہے ایکسپلین کرنا۔</w:t>
      </w:r>
    </w:p>
    <w:p>
      <w:r>
        <w:rPr>
          <w:b/>
        </w:rPr>
        <w:t xml:space="preserve">[14:35] </w:t>
      </w:r>
      <w:r>
        <w:t>toh jo science ke zariye dunya daryaft thi, aap jante hain ke science se pehle insaan dunya ke</w:t>
      </w:r>
    </w:p>
    <w:p>
      <w:pPr>
        <w:jc w:val="right"/>
      </w:pPr>
      <w:r>
        <w:t>تو جو سائنس کے ذریعے دنیا دریافت تھی، آپ جانتے ہیں کہ سائنس سے پہلے انسان دنیا کے</w:t>
      </w:r>
    </w:p>
    <w:p>
      <w:r>
        <w:rPr>
          <w:b/>
        </w:rPr>
        <w:t xml:space="preserve">[14:43] </w:t>
      </w:r>
      <w:r>
        <w:t>baare mein bohat kam jaanta tha, bohat kam jaanta tha.</w:t>
      </w:r>
    </w:p>
    <w:p>
      <w:pPr>
        <w:jc w:val="right"/>
      </w:pPr>
      <w:r>
        <w:t>بارے میں بہت کم جانتا تھا، بہت کم جانتا تھا۔</w:t>
      </w:r>
    </w:p>
    <w:p>
      <w:r>
        <w:rPr>
          <w:b/>
        </w:rPr>
        <w:t xml:space="preserve">[14:50] </w:t>
      </w:r>
      <w:r>
        <w:t>misal ke taur par hamari jo body hai, bas jaante the hum ke bas gosht aur haddi hai, woh khaal hai,</w:t>
      </w:r>
    </w:p>
    <w:p>
      <w:pPr>
        <w:jc w:val="right"/>
      </w:pPr>
      <w:r>
        <w:t>مثلاً ہماری جو باڈی ہے، بس جانتے تھے ہم کہ بس گوشت اور ہڈی ہے، وہ کھال ہے،</w:t>
      </w:r>
    </w:p>
    <w:p>
      <w:r>
        <w:rPr>
          <w:b/>
        </w:rPr>
        <w:t xml:space="preserve">[14:57] </w:t>
      </w:r>
      <w:r>
        <w:t>itni badi hai.</w:t>
      </w:r>
    </w:p>
    <w:p>
      <w:pPr>
        <w:jc w:val="right"/>
      </w:pPr>
      <w:r>
        <w:t>اتنی بڑی ہے۔</w:t>
      </w:r>
    </w:p>
    <w:p>
      <w:r>
        <w:rPr>
          <w:b/>
        </w:rPr>
        <w:t xml:space="preserve">[15:05] </w:t>
      </w:r>
      <w:r>
        <w:t>اب معلوم ہوا کہ 10 trillion, 10 trillion cells ہیں، جس کو comprise کرتے ہیں، اسے مل کر</w:t>
      </w:r>
    </w:p>
    <w:p>
      <w:pPr>
        <w:jc w:val="right"/>
      </w:pPr>
      <w:r>
        <w:t>اب معلوم ہوا کہ 10 ٹریلین، 10 ٹریلین سیلز ہیں، جس کو کمپرائز کرتے ہیں، اسے مل کر</w:t>
      </w:r>
    </w:p>
    <w:p>
      <w:r>
        <w:rPr>
          <w:b/>
        </w:rPr>
        <w:t xml:space="preserve">[15:12] </w:t>
      </w:r>
      <w:r>
        <w:t>hamara body banta hai.</w:t>
      </w:r>
    </w:p>
    <w:p>
      <w:pPr>
        <w:jc w:val="right"/>
      </w:pPr>
      <w:r>
        <w:t>ہمارا باڈی بنتا ہے۔</w:t>
      </w:r>
    </w:p>
    <w:p>
      <w:r>
        <w:rPr>
          <w:b/>
        </w:rPr>
        <w:t xml:space="preserve">[15:19] </w:t>
      </w:r>
      <w:r>
        <w:t>10 trillion living cells, yeh kaun jaanta tha? pehle kisi ko pata nahin tha.</w:t>
      </w:r>
    </w:p>
    <w:p>
      <w:pPr>
        <w:jc w:val="right"/>
      </w:pPr>
      <w:r>
        <w:t>10 ٹریلین لیونگ سیلز، یہ کون جانتا تھا؟ پہلے کسی کو پتہ نہیں تھا۔</w:t>
      </w:r>
    </w:p>
    <w:p>
      <w:r>
        <w:rPr>
          <w:b/>
        </w:rPr>
        <w:t xml:space="preserve">[15:27] </w:t>
      </w:r>
      <w:r>
        <w:t>یہ تو جب مائیکروسکوپ، microscope بنا اور ٹیلیسکوپ بنا اور نئے نئے طریقے دریافت ہوئے، یہاں تک کہ</w:t>
      </w:r>
    </w:p>
    <w:p>
      <w:pPr>
        <w:jc w:val="right"/>
      </w:pPr>
      <w:r>
        <w:t>یہ تو جب مائیکروسکوپ، مائیکروسکوپ بنا اور ٹیلیسکوپ بنا اور نئے نئے طریقے دریافت ہوئے، یہاں تک کہ</w:t>
      </w:r>
    </w:p>
    <w:p>
      <w:r>
        <w:rPr>
          <w:b/>
        </w:rPr>
        <w:t xml:space="preserve">[15:34] </w:t>
      </w:r>
      <w:r>
        <w:t>space mein ja kar ke space mein observatory bani, is se daryaft kiya gaya.</w:t>
      </w:r>
    </w:p>
    <w:p>
      <w:pPr>
        <w:jc w:val="right"/>
      </w:pPr>
      <w:r>
        <w:t>اسپیس میں جا کر کے اسپیس میں ابزرویٹری بنی، اس سے دریافت کیا گیا۔</w:t>
      </w:r>
    </w:p>
    <w:p>
      <w:r>
        <w:rPr>
          <w:b/>
        </w:rPr>
        <w:t xml:space="preserve">[15:42] </w:t>
      </w:r>
      <w:r>
        <w:t>ab bohat se technique le, is se maloom hua ke beshumar ajeeb o ghareeb cheez dunya mein</w:t>
      </w:r>
    </w:p>
    <w:p>
      <w:pPr>
        <w:jc w:val="right"/>
      </w:pPr>
      <w:r>
        <w:t>اب بہت سے ٹیکنیک لے، اس سے معلوم ہوا کہ بے شمار عجیب و غریب چیز دنیا میں</w:t>
      </w:r>
    </w:p>
    <w:p>
      <w:r>
        <w:rPr>
          <w:b/>
        </w:rPr>
        <w:t xml:space="preserve">[15:49] </w:t>
      </w:r>
      <w:r>
        <w:t>hai, ingant, ingant, aur is mein bohat zyada order hai, bohat zyada order hai.</w:t>
      </w:r>
    </w:p>
    <w:p>
      <w:pPr>
        <w:jc w:val="right"/>
      </w:pPr>
      <w:r>
        <w:t>ہے، ان گنت، ان گنت، اور اس میں بہت زیادہ آرڈر ہے، بہت زیادہ آرڈر ہے۔</w:t>
      </w:r>
    </w:p>
    <w:p>
      <w:r>
        <w:rPr>
          <w:b/>
        </w:rPr>
        <w:t xml:space="preserve">[15:56] </w:t>
      </w:r>
      <w:r>
        <w:t>aaj mein apna qissa bataun.</w:t>
      </w:r>
    </w:p>
    <w:p>
      <w:pPr>
        <w:jc w:val="right"/>
      </w:pPr>
      <w:r>
        <w:t>آج میں اپنا قصہ بتاؤں۔</w:t>
      </w:r>
    </w:p>
    <w:p>
      <w:r>
        <w:rPr>
          <w:b/>
        </w:rPr>
        <w:t xml:space="preserve">[16:04] </w:t>
      </w:r>
      <w:r>
        <w:t>aaj ka qissa mein naha raha tha, balti ka pani tha mere samne, ek hath mein mag tha,</w:t>
      </w:r>
    </w:p>
    <w:p>
      <w:pPr>
        <w:jc w:val="right"/>
      </w:pPr>
      <w:r>
        <w:t>آج کا قصہ میں نہا رہا تھا، بالٹی کا پانی تھا میرے سامنے، ایک ہاتھ میں مگ تھا،</w:t>
      </w:r>
    </w:p>
    <w:p>
      <w:r>
        <w:rPr>
          <w:b/>
        </w:rPr>
        <w:t xml:space="preserve">[16:11] </w:t>
      </w:r>
      <w:r>
        <w:t>ek hath mein sabun tha.</w:t>
      </w:r>
    </w:p>
    <w:p>
      <w:pPr>
        <w:jc w:val="right"/>
      </w:pPr>
      <w:r>
        <w:t>ایک ہاتھ میں صابن تھا۔</w:t>
      </w:r>
    </w:p>
    <w:p>
      <w:r>
        <w:rPr>
          <w:b/>
        </w:rPr>
        <w:t xml:space="preserve">[16:18] </w:t>
      </w:r>
      <w:r>
        <w:t>to sabun mein ne lagaya apne sar mein, aur idhar to sabun chhoot kar gir gaya, aur jante</w:t>
      </w:r>
    </w:p>
    <w:p>
      <w:pPr>
        <w:jc w:val="right"/>
      </w:pPr>
      <w:r>
        <w:t>تو صابن میں نے لگایا اپنے سر میں، اور ادھر تو صابن چھوٹ کر گر گیا، اور جانتے</w:t>
      </w:r>
    </w:p>
    <w:p>
      <w:r>
        <w:rPr>
          <w:b/>
        </w:rPr>
        <w:t xml:space="preserve">[16:26] </w:t>
      </w:r>
      <w:r>
        <w:t>hain kahan gira? balti ke pani mein chala gaya.</w:t>
      </w:r>
    </w:p>
    <w:p>
      <w:pPr>
        <w:jc w:val="right"/>
      </w:pPr>
      <w:r>
        <w:t>ہیں کہاں گرا؟ بالٹی کے پانی میں چلا گیا۔</w:t>
      </w:r>
    </w:p>
    <w:p>
      <w:r>
        <w:rPr>
          <w:b/>
        </w:rPr>
        <w:t xml:space="preserve">[16:33] </w:t>
      </w:r>
      <w:r>
        <w:t>to mein rone laga hoon ke khuda, ab kis is ka mera muamla hai? aur billion trillion se</w:t>
      </w:r>
    </w:p>
    <w:p>
      <w:pPr>
        <w:jc w:val="right"/>
      </w:pPr>
      <w:r>
        <w:t>تو میں رونے لگا ہوں کہ خدا، اب کس اس کا میرا معاملہ ہے؟ اور بلین ٹریلین سے</w:t>
      </w:r>
    </w:p>
    <w:p>
      <w:r>
        <w:rPr>
          <w:b/>
        </w:rPr>
        <w:t xml:space="preserve">[16:40] </w:t>
      </w:r>
      <w:r>
        <w:t>zyada sitare hain, koi sitara toot kar nahi gir parta.</w:t>
      </w:r>
    </w:p>
    <w:p>
      <w:pPr>
        <w:jc w:val="right"/>
      </w:pPr>
      <w:r>
        <w:t>زیادہ ستارے ہیں، کوئی ستارہ ٹوٹ کر نہیں گر پڑتا۔</w:t>
      </w:r>
    </w:p>
    <w:p>
      <w:r>
        <w:rPr>
          <w:b/>
        </w:rPr>
        <w:t xml:space="preserve">[16:48] </w:t>
      </w:r>
      <w:r>
        <w:t>mein socha ke itne zyada stars hain, agar koi star toot kar gir pade samandar mein to kya</w:t>
      </w:r>
    </w:p>
    <w:p>
      <w:pPr>
        <w:jc w:val="right"/>
      </w:pPr>
      <w:r>
        <w:t>میں سوچا کہ اتنے زیادہ اسٹارز ہیں، اگر کوئی اسٹار ٹوٹ کر گر پڑے سمندر میں تو کیا</w:t>
      </w:r>
    </w:p>
    <w:p>
      <w:r>
        <w:rPr>
          <w:b/>
        </w:rPr>
        <w:t xml:space="preserve">[16:55] </w:t>
      </w:r>
      <w:r>
        <w:t>haal hoga? kya haal hamara? yani balti ke pani mein sabun gir gaya hai, to ab mere samne</w:t>
      </w:r>
    </w:p>
    <w:p>
      <w:pPr>
        <w:jc w:val="right"/>
      </w:pPr>
      <w:r>
        <w:t>حال ہوگا؟ کیا حال ہمارا؟ یعنی بالٹی کے پانی میں صابن گر گیا ہے، تو اب میرے سامنے</w:t>
      </w:r>
    </w:p>
    <w:p>
      <w:r>
        <w:rPr>
          <w:b/>
        </w:rPr>
        <w:t xml:space="preserve">[17:02] </w:t>
      </w:r>
      <w:r>
        <w:t>se kabhi is pani se nahaoonga? na nahaoonga? kya karoon is ko? khair, bari mushkil se</w:t>
      </w:r>
    </w:p>
    <w:p>
      <w:pPr>
        <w:jc w:val="right"/>
      </w:pPr>
      <w:r>
        <w:t>سے کبھی اس پانی سے نہاؤں گا؟ نہ نہاؤں گا؟ کیا کروں اس کو؟ خیر، بڑی مشکل سے</w:t>
      </w:r>
    </w:p>
    <w:p>
      <w:r>
        <w:rPr>
          <w:b/>
        </w:rPr>
        <w:t xml:space="preserve">[17:10] </w:t>
      </w:r>
      <w:r>
        <w:t>nahaya mein ne.</w:t>
      </w:r>
    </w:p>
    <w:p>
      <w:pPr>
        <w:jc w:val="right"/>
      </w:pPr>
      <w:r>
        <w:t>نہایا میں نے۔</w:t>
      </w:r>
    </w:p>
    <w:p>
      <w:r>
        <w:rPr>
          <w:b/>
        </w:rPr>
        <w:t xml:space="preserve">[17:17] </w:t>
      </w:r>
      <w:r>
        <w:t>to mein ne socha ke agar star isi tarah gir pade samandar mein to kya ho? koi planet</w:t>
      </w:r>
    </w:p>
    <w:p>
      <w:pPr>
        <w:jc w:val="right"/>
      </w:pPr>
      <w:r>
        <w:t>تو میں نے سوچا کہ اگر اسٹار اسی طرح گر پڑے سمندر میں تو کیا ہو؟ کوئی پلینٹ</w:t>
      </w:r>
    </w:p>
    <w:p>
      <w:r>
        <w:rPr>
          <w:b/>
        </w:rPr>
        <w:t xml:space="preserve">[17:25] </w:t>
      </w:r>
      <w:r>
        <w:t>gir pade samandar mein to kya ho? kis tarah se itna zabardast order hai, itna zabardast discipline hai,</w:t>
      </w:r>
    </w:p>
    <w:p>
      <w:pPr>
        <w:jc w:val="right"/>
      </w:pPr>
      <w:r>
        <w:t>گر پڑے سمندر میں تو کیا ہو؟ کس طرح سے اتنا زبردست آرڈر ہے، اتنا زبردست ڈسپلن ہے،</w:t>
      </w:r>
    </w:p>
    <w:p>
      <w:r>
        <w:rPr>
          <w:b/>
        </w:rPr>
        <w:t xml:space="preserve">[17:32] </w:t>
      </w:r>
      <w:r>
        <w:t>itna zabardast har cheez jaise koi jakre hue hain ke zara bhi idhar udhar na hone paye.</w:t>
      </w:r>
    </w:p>
    <w:p>
      <w:pPr>
        <w:jc w:val="right"/>
      </w:pPr>
      <w:r>
        <w:t>اتنا زبردست ہر چیز جیسے کوئی جکڑے ہوئے ہیں کہ ذرا بھی ادھر ادھر نہ ہونے پائے۔</w:t>
      </w:r>
    </w:p>
    <w:p>
      <w:r>
        <w:rPr>
          <w:b/>
        </w:rPr>
        <w:t xml:space="preserve">[17:39] </w:t>
      </w:r>
      <w:r>
        <w:t>to hum se million time zyada yeh sawal aata hai ek scientific scientist ke mind mein.</w:t>
      </w:r>
    </w:p>
    <w:p>
      <w:pPr>
        <w:jc w:val="right"/>
      </w:pPr>
      <w:r>
        <w:t>تو ہم سے ملین ٹائم زیادہ یہ سوال آتا ہے ایک سائنٹیفک سائنٹسٹ کے مائنڈ میں۔</w:t>
      </w:r>
    </w:p>
    <w:p>
      <w:r>
        <w:rPr>
          <w:b/>
        </w:rPr>
        <w:t xml:space="preserve">[17:47] </w:t>
      </w:r>
      <w:r>
        <w:t>wo sochta hai ke aisa kyun hai? to maujooda zamane mein jo aakhri discovery hai science ki, wo</w:t>
      </w:r>
    </w:p>
    <w:p>
      <w:pPr>
        <w:jc w:val="right"/>
      </w:pPr>
      <w:r>
        <w:t>وہ سوچتا ہے کہ ایسا کیوں ہے؟ تو موجودہ زمانے میں جو آخری ڈسکوری ہے سائنس کی، وہ</w:t>
      </w:r>
    </w:p>
    <w:p>
      <w:r>
        <w:rPr>
          <w:b/>
        </w:rPr>
        <w:t xml:space="preserve">[17:54] </w:t>
      </w:r>
      <w:r>
        <w:t>yeh hai jo Fred Hoyle ki jo kitab hai "Intelligent Universe", Sir James Jean ne kaha tha ke is</w:t>
      </w:r>
    </w:p>
    <w:p>
      <w:pPr>
        <w:jc w:val="right"/>
      </w:pPr>
      <w:r>
        <w:t>یہ ہے جو فریڈ ہائل کی جو کتاب ہے "انٹیلیجنٹ یونیورس"، سر جیمزین نے کہا تھا کہ اس</w:t>
      </w:r>
    </w:p>
    <w:p>
      <w:r>
        <w:rPr>
          <w:b/>
        </w:rPr>
        <w:t xml:space="preserve">[18:01] </w:t>
      </w:r>
      <w:r>
        <w:t>kainat ke peeche ek ek ek mathematical mind hai.</w:t>
      </w:r>
    </w:p>
    <w:p>
      <w:pPr>
        <w:jc w:val="right"/>
      </w:pPr>
      <w:r>
        <w:t>کائنات کے پیچھے ایک ایک ایک میتھمیٹیکل مائنڈ ہے۔</w:t>
      </w:r>
    </w:p>
    <w:p>
      <w:r>
        <w:rPr>
          <w:b/>
        </w:rPr>
        <w:t xml:space="preserve">[18:09] </w:t>
      </w:r>
      <w:r>
        <w:t>mathematical mind, Fred Hoyle ne kaha ke ek intelligent mind hai, "Intelligent Universe" is ki kitab ka naam</w:t>
      </w:r>
    </w:p>
    <w:p>
      <w:pPr>
        <w:jc w:val="right"/>
      </w:pPr>
      <w:r>
        <w:t>میتھمیٹیکل مائنڈ، فریڈ ہائل نے کہا کہ ایک انٹیلیجنٹ مائنڈ ہے، "انٹیلیجنٹ یونیورس" اس کی کتاب کا نام</w:t>
      </w:r>
    </w:p>
    <w:p>
      <w:r>
        <w:rPr>
          <w:b/>
        </w:rPr>
        <w:t xml:space="preserve">[18:16] </w:t>
      </w:r>
      <w:r>
        <w:t>hi yahi hai.</w:t>
      </w:r>
    </w:p>
    <w:p>
      <w:pPr>
        <w:jc w:val="right"/>
      </w:pPr>
      <w:r>
        <w:t>ہی یہی ہے۔</w:t>
      </w:r>
    </w:p>
    <w:p>
      <w:r>
        <w:rPr>
          <w:b/>
        </w:rPr>
        <w:t xml:space="preserve">[18:23] </w:t>
      </w:r>
      <w:r>
        <w:t>to dekhen, science jo hai, is mein ek development hai.</w:t>
      </w:r>
    </w:p>
    <w:p>
      <w:pPr>
        <w:jc w:val="right"/>
      </w:pPr>
      <w:r>
        <w:t>تو دیکھیں، سائنس جو ہے، اس میں ایک ڈیولپمنٹ ہے۔</w:t>
      </w:r>
    </w:p>
    <w:p>
      <w:r>
        <w:rPr>
          <w:b/>
        </w:rPr>
        <w:t xml:space="preserve">[18:31] </w:t>
      </w:r>
      <w:r>
        <w:t>Newton ke zamane mein samjha jata tha ke matter jo hai, universe ka building block matter hai.</w:t>
      </w:r>
    </w:p>
    <w:p>
      <w:pPr>
        <w:jc w:val="right"/>
      </w:pPr>
      <w:r>
        <w:t>نیوٹن کے زمانے میں سمجھا جاتا تھا کہ میٹر جو ہے، یونیورس کا بلڈنگ بلاک میٹر ہے۔</w:t>
      </w:r>
    </w:p>
    <w:p>
      <w:r>
        <w:rPr>
          <w:b/>
        </w:rPr>
        <w:t xml:space="preserve">[18:38] </w:t>
      </w:r>
      <w:r>
        <w:t>is ke baad Einstein ke zamane mein jo nayi daryaften huin, to yeh mana jane laga ke energy</w:t>
      </w:r>
    </w:p>
    <w:p>
      <w:pPr>
        <w:jc w:val="right"/>
      </w:pPr>
      <w:r>
        <w:t>اس کے بعد آئنسٹائن کے زمانے میں جو نئی دریافتیں ہوئیں، تو یہ مانا جانے لگا کہ انرجی</w:t>
      </w:r>
    </w:p>
    <w:p>
      <w:r>
        <w:rPr>
          <w:b/>
        </w:rPr>
        <w:t xml:space="preserve">[18:45] </w:t>
      </w:r>
      <w:r>
        <w:t>building block, building block hai universe ka.</w:t>
      </w:r>
    </w:p>
    <w:p>
      <w:pPr>
        <w:jc w:val="right"/>
      </w:pPr>
      <w:r>
        <w:t>بلڈنگ بلاک، بلڈنگ بلاک ہے یونیورس کا۔</w:t>
      </w:r>
    </w:p>
    <w:p>
      <w:r>
        <w:rPr>
          <w:b/>
        </w:rPr>
        <w:t xml:space="preserve">[18:53] </w:t>
      </w:r>
      <w:r>
        <w:t>ab jo Fred Hoyle ka zamana hai, ab mana jata hai ke intelligence building block hai universe ka.</w:t>
      </w:r>
    </w:p>
    <w:p>
      <w:pPr>
        <w:jc w:val="right"/>
      </w:pPr>
      <w:r>
        <w:t>اب جو فریڈ ہائل کا زمانہ ہے، اب مانا جاتا ہے کہ انٹیلیجنس بلڈنگ بلاک ہے یونیورس کا۔</w:t>
      </w:r>
    </w:p>
    <w:p>
      <w:r>
        <w:rPr>
          <w:b/>
        </w:rPr>
        <w:t xml:space="preserve">[19:00] </w:t>
      </w:r>
      <w:r>
        <w:t>ab dekhiye ke river of knowledge kidhar ja raha hai? river of knowledge kidhar ja raha hai? yani</w:t>
      </w:r>
    </w:p>
    <w:p>
      <w:pPr>
        <w:jc w:val="right"/>
      </w:pPr>
      <w:r>
        <w:t>اب دیکھیے کہ ریور آف نالج کدھر جا رہا ہے؟ ریور آف نالج کدھر جا رہا ہے؟ یعنی</w:t>
      </w:r>
    </w:p>
    <w:p>
      <w:r>
        <w:rPr>
          <w:b/>
        </w:rPr>
        <w:t xml:space="preserve">[19:08] </w:t>
      </w:r>
      <w:r>
        <w:t>be khuda se khuda ki taraf nahi, woh khuda se be khuda ki taraf nahi, naoozubillah, khuda</w:t>
      </w:r>
    </w:p>
    <w:p>
      <w:pPr>
        <w:jc w:val="right"/>
      </w:pPr>
      <w:r>
        <w:t>بے خدا سے خدا کی طرف نہیں، وہ خدا سے بے خدا کی طرف نہیں، نعوذ باللہ، خدا</w:t>
      </w:r>
    </w:p>
    <w:p>
      <w:r>
        <w:rPr>
          <w:b/>
        </w:rPr>
        <w:t xml:space="preserve">[19:15] </w:t>
      </w:r>
      <w:r>
        <w:t>se be khuda ki taraf nahi ja raha hai, balkeh khuda ke concept ko aur zyada mazboot kar</w:t>
      </w:r>
    </w:p>
    <w:p>
      <w:pPr>
        <w:jc w:val="right"/>
      </w:pPr>
      <w:r>
        <w:t>سے بے خدا کی طرف نہیں جا رہا ہے، بلکہ خدا کے کانسیپٹ کو اور زیادہ مضبوط کر</w:t>
      </w:r>
    </w:p>
    <w:p>
      <w:r>
        <w:rPr>
          <w:b/>
        </w:rPr>
        <w:t xml:space="preserve">[19:22] </w:t>
      </w:r>
      <w:r>
        <w:t>raha hai, idhar ja raha hai.</w:t>
      </w:r>
    </w:p>
    <w:p>
      <w:pPr>
        <w:jc w:val="right"/>
      </w:pPr>
      <w:r>
        <w:t>رہا ہے، ادھر جا رہا ہے۔</w:t>
      </w:r>
    </w:p>
    <w:p>
      <w:r>
        <w:rPr>
          <w:b/>
        </w:rPr>
        <w:t xml:space="preserve">[19:30] </w:t>
      </w:r>
      <w:r>
        <w:t>jab science ne khud yeh daryaft kar liya ke universe mein intelligent design hai, aaj bohat se scientist</w:t>
      </w:r>
    </w:p>
    <w:p>
      <w:pPr>
        <w:jc w:val="right"/>
      </w:pPr>
      <w:r>
        <w:t>جب سائنس نے خود یہ دریافت کر لیا کہ یونیورس میں انٹیلیجنٹ ڈیزائن ہے، آج بہت سے سائنسدان</w:t>
      </w:r>
    </w:p>
    <w:p>
      <w:r>
        <w:rPr>
          <w:b/>
        </w:rPr>
        <w:t xml:space="preserve">[19:37] </w:t>
      </w:r>
      <w:r>
        <w:t>yeh mante hain ke kainat mein intelligent design hai.</w:t>
      </w:r>
    </w:p>
    <w:p>
      <w:pPr>
        <w:jc w:val="right"/>
      </w:pPr>
      <w:r>
        <w:t>یہ مانتے ہیں کہ کائنات میں انٹیلیجنٹ ڈیزائن ہے۔</w:t>
      </w:r>
    </w:p>
    <w:p>
      <w:r>
        <w:rPr>
          <w:b/>
        </w:rPr>
        <w:t xml:space="preserve">[19:44] </w:t>
      </w:r>
      <w:r>
        <w:t>to jab intelligent design aap ne maan liya, yaani fe'l ko maan liya, to fa'il to hona chahiye.</w:t>
      </w:r>
    </w:p>
    <w:p>
      <w:pPr>
        <w:jc w:val="right"/>
      </w:pPr>
      <w:r>
        <w:t>تو جب انٹیلیجنٹ ڈیزائن آپ نے مان لیا، یعنی فعل کو مان لیا، تو فاعل تو ہونا چاہیے۔</w:t>
      </w:r>
    </w:p>
    <w:p>
      <w:r>
        <w:rPr>
          <w:b/>
        </w:rPr>
        <w:t xml:space="preserve">[19:52] </w:t>
      </w:r>
      <w:r>
        <w:t>jab bhi intelligent design hai, to intelligent designer hona chahiye.</w:t>
      </w:r>
    </w:p>
    <w:p>
      <w:pPr>
        <w:jc w:val="right"/>
      </w:pPr>
      <w:r>
        <w:t>جب بھی انٹیلیجنٹ ڈیزائن ہے، تو انٹیلیجنٹ ڈیزائنر ہونا چاہیے۔</w:t>
      </w:r>
    </w:p>
    <w:p>
      <w:r>
        <w:rPr>
          <w:b/>
        </w:rPr>
        <w:t xml:space="preserve">[19:59] </w:t>
      </w:r>
      <w:r>
        <w:t>jab intelligent design hai, to apne aap is baat proof ho jati hai ke ek intelligent designer hona</w:t>
      </w:r>
    </w:p>
    <w:p>
      <w:pPr>
        <w:jc w:val="right"/>
      </w:pPr>
      <w:r>
        <w:t>جب انٹیلیجنٹ ڈیزائن ہے، تو اپنے آپ اس بات پروف ہو جاتی ہے کہ ایک انٹیلیجنٹ ڈیزائنر ہونا</w:t>
      </w:r>
    </w:p>
    <w:p>
      <w:r>
        <w:rPr>
          <w:b/>
        </w:rPr>
        <w:t xml:space="preserve">[20:06] </w:t>
      </w:r>
      <w:r>
        <w:t>chahiye, kyunke fe'l hai to fa'il to hona chahiye.</w:t>
      </w:r>
    </w:p>
    <w:p>
      <w:pPr>
        <w:jc w:val="right"/>
      </w:pPr>
      <w:r>
        <w:t>چاہیے، کیونکہ فعل ہے تو فاعل تو ہونا چاہیے۔</w:t>
      </w:r>
    </w:p>
    <w:p>
      <w:r>
        <w:rPr>
          <w:b/>
        </w:rPr>
        <w:t xml:space="preserve">[20:14] </w:t>
      </w:r>
      <w:r>
        <w:t>yahan tak pahunch chuki hai yeh science.</w:t>
      </w:r>
    </w:p>
    <w:p>
      <w:pPr>
        <w:jc w:val="right"/>
      </w:pPr>
      <w:r>
        <w:t>یہاں تک پہنچ چکی ہے یہ سائنس۔</w:t>
      </w:r>
    </w:p>
    <w:p>
      <w:r>
        <w:rPr>
          <w:b/>
        </w:rPr>
        <w:t xml:space="preserve">[20:21] </w:t>
      </w:r>
      <w:r>
        <w:t>ab jo scientist, unka obsession scientist ka kya hai? cheezon ko observation mein hona chahiye, unko</w:t>
      </w:r>
    </w:p>
    <w:p>
      <w:pPr>
        <w:jc w:val="right"/>
      </w:pPr>
      <w:r>
        <w:t>اب جو سائنسدان، ان کا ابسیشن سائنسدانوں کا کیا ہے؟ چیزوں کو ابزرویشن میں ہونا چاہیے، ان کو</w:t>
      </w:r>
    </w:p>
    <w:p>
      <w:r>
        <w:rPr>
          <w:b/>
        </w:rPr>
        <w:t xml:space="preserve">[20:28] </w:t>
      </w:r>
      <w:r>
        <w:t>measurable hona chahiye.</w:t>
      </w:r>
    </w:p>
    <w:p>
      <w:pPr>
        <w:jc w:val="right"/>
      </w:pPr>
      <w:r>
        <w:t>میزیریبل ہونا چاہیے۔</w:t>
      </w:r>
    </w:p>
    <w:p>
      <w:r>
        <w:rPr>
          <w:b/>
        </w:rPr>
        <w:t xml:space="preserve">[20:36] </w:t>
      </w:r>
      <w:r>
        <w:t>is ke is option mein jeeta hai scientist, to woh explain nahi kar pata ke kaise is ko tojeeh karay.</w:t>
      </w:r>
    </w:p>
    <w:p>
      <w:pPr>
        <w:jc w:val="right"/>
      </w:pPr>
      <w:r>
        <w:t>اس کے اس آپشن میں جیتا ہے سائنسدان، تو وہ ایکسپلین نہیں کر پاتا کہ کیسے اس کو توجیح کرے۔</w:t>
      </w:r>
    </w:p>
    <w:p>
      <w:r>
        <w:rPr>
          <w:b/>
        </w:rPr>
        <w:t xml:space="preserve">[20:43] </w:t>
      </w:r>
      <w:r>
        <w:t>is ki to Einstein ne ek biographer mein naqal kiya hai ke Einstein ne kaha tha ke "da</w:t>
      </w:r>
    </w:p>
    <w:p>
      <w:pPr>
        <w:jc w:val="right"/>
      </w:pPr>
      <w:r>
        <w:t>اس کی تو آئنسٹائن نے ایک بائیوگرافر میں نقل کیا ہے کہ آئنسٹائن نے کہا تھا کہ "دا</w:t>
      </w:r>
    </w:p>
    <w:p>
      <w:r>
        <w:rPr>
          <w:b/>
        </w:rPr>
        <w:t xml:space="preserve">[20:50] </w:t>
      </w:r>
      <w:r>
        <w:t>"The most incomprehensible fact about nature is that it is comprehensible."</w:t>
      </w:r>
    </w:p>
    <w:p>
      <w:pPr>
        <w:jc w:val="right"/>
      </w:pPr>
      <w:r>
        <w:t>بوسٹ ان کمپرہنسیبل فیکٹ اباؤٹ نیچر از دیٹ اٹ از کمپرہنسیبل"۔</w:t>
      </w:r>
    </w:p>
    <w:p>
      <w:r>
        <w:rPr>
          <w:b/>
        </w:rPr>
        <w:t xml:space="preserve">[20:58] </w:t>
      </w:r>
      <w:r>
        <w:t>yeh dunya jis mein hum rehte hain, is ke baray mein sab se zyada na qabil e fahm baat yeh</w:t>
      </w:r>
    </w:p>
    <w:p>
      <w:pPr>
        <w:jc w:val="right"/>
      </w:pPr>
      <w:r>
        <w:t>یہ دنیا جس میں ہم رہتے ہیں، اس کے بارے میں سب سے زیادہ ناقابل فہم بات یہ</w:t>
      </w:r>
    </w:p>
    <w:p>
      <w:r>
        <w:rPr>
          <w:b/>
        </w:rPr>
        <w:t xml:space="preserve">[21:05] </w:t>
      </w:r>
      <w:r>
        <w:t>hai ke woh qabil e fahm hai.</w:t>
      </w:r>
    </w:p>
    <w:p>
      <w:pPr>
        <w:jc w:val="right"/>
      </w:pPr>
      <w:r>
        <w:t>ہے کہ وہ قابل فہم ہے۔</w:t>
      </w:r>
    </w:p>
    <w:p>
      <w:r>
        <w:rPr>
          <w:b/>
        </w:rPr>
        <w:t xml:space="preserve">[21:13] </w:t>
      </w:r>
      <w:r>
        <w:t>yeh kyun kaha Einstein ne? yeh kyun kaha Einstein ne? yeh is liye kaha is</w:t>
      </w:r>
    </w:p>
    <w:p>
      <w:pPr>
        <w:jc w:val="right"/>
      </w:pPr>
      <w:r>
        <w:t>یہ کیوں کہا آئنسٹائن نے؟ یہ کیوں کہا آئنسٹائن نے؟ یہ اس لیے کہا اس نے کہ اس</w:t>
      </w:r>
    </w:p>
    <w:p>
      <w:r>
        <w:rPr>
          <w:b/>
        </w:rPr>
        <w:t xml:space="preserve">[21:20] </w:t>
      </w:r>
      <w:r>
        <w:t>ka jo mind set hai, is mein to yeh baat baithi hui hai ke yeh kainat jo hai,</w:t>
      </w:r>
    </w:p>
    <w:p>
      <w:pPr>
        <w:jc w:val="right"/>
      </w:pPr>
      <w:r>
        <w:t>کا جو مائنڈ سیٹ ہے، اس میں تو یہ بات بیٹھی ہوئی ہے کہ یہ کائنات جو ہے،</w:t>
      </w:r>
    </w:p>
    <w:p>
      <w:r>
        <w:rPr>
          <w:b/>
        </w:rPr>
        <w:t xml:space="preserve">[21:27] </w:t>
      </w:r>
      <w:r>
        <w:t>is ka koi engineer nahi, is ka koi khaliq nahi, is ka koi designer nahi.</w:t>
      </w:r>
    </w:p>
    <w:p>
      <w:pPr>
        <w:jc w:val="right"/>
      </w:pPr>
      <w:r>
        <w:t>اس کا کوئی انجینئر نہیں، اس کا کوئی خالق نہیں، اس کا کوئی ڈیزائنر نہیں۔</w:t>
      </w:r>
    </w:p>
    <w:p>
      <w:r>
        <w:rPr>
          <w:b/>
        </w:rPr>
        <w:t xml:space="preserve">[21:35] </w:t>
      </w:r>
      <w:r>
        <w:t>to phir is ko yeh sawal is ka heart kar raha hai, is ko heart kar raha hai,</w:t>
      </w:r>
    </w:p>
    <w:p>
      <w:pPr>
        <w:jc w:val="right"/>
      </w:pPr>
      <w:r>
        <w:t>تو پھر اس کو یہ سوال اس کا ہارٹ کر رہا ہے، اس کو ہارٹ کر رہا ہے،</w:t>
      </w:r>
    </w:p>
    <w:p>
      <w:r>
        <w:rPr>
          <w:b/>
        </w:rPr>
        <w:t xml:space="preserve">[21:42] </w:t>
      </w:r>
      <w:r>
        <w:t>is ko kya ke kuch nahi, koi is ke peechay koi khaliq nahi, is ka koi artist nahi,</w:t>
      </w:r>
    </w:p>
    <w:p>
      <w:pPr>
        <w:jc w:val="right"/>
      </w:pPr>
      <w:r>
        <w:t>اس کو کیا کہ کچھ نہیں، کوئی اس کے پیچھے کوئی خالق نہیں، اس کا کوئی آرٹسٹ نہیں،</w:t>
      </w:r>
    </w:p>
    <w:p>
      <w:r>
        <w:rPr>
          <w:b/>
        </w:rPr>
        <w:t xml:space="preserve">[21:49] </w:t>
      </w:r>
      <w:r>
        <w:t>is ka koi designer nahi.</w:t>
      </w:r>
    </w:p>
    <w:p>
      <w:pPr>
        <w:jc w:val="right"/>
      </w:pPr>
      <w:r>
        <w:t>اس کا کوئی ڈیزائنر نہیں۔</w:t>
      </w:r>
    </w:p>
    <w:p>
      <w:r>
        <w:rPr>
          <w:b/>
        </w:rPr>
        <w:t xml:space="preserve">[21:57] </w:t>
      </w:r>
      <w:r>
        <w:t>تو کیسے دنیا اتنی قابل فہم بن گئی ہے؟ کیسے؟ کیسے predictable بن گئی؟ predictable بن گئی؟ کیسے</w:t>
      </w:r>
    </w:p>
    <w:p>
      <w:pPr>
        <w:jc w:val="right"/>
      </w:pPr>
      <w:r>
        <w:t>تو کیسے دنیا اتنی قابل فہم بن گئی ہے؟ کیسے؟ کیسے پریڈکٹیبل بن گئی؟ پریڈکٹیبل بن گئی؟ کیسے</w:t>
      </w:r>
    </w:p>
    <w:p>
      <w:r>
        <w:rPr>
          <w:b/>
        </w:rPr>
        <w:t xml:space="preserve">[22:04] </w:t>
      </w:r>
      <w:r>
        <w:t>hum peshgi tor par jaan letay hain ke pani ko hum agar, hum agar, agar hum garam karein</w:t>
      </w:r>
    </w:p>
    <w:p>
      <w:pPr>
        <w:jc w:val="right"/>
      </w:pPr>
      <w:r>
        <w:t>ہم پیشگی طور پر جان لیتے ہیں کہ پانی کو ہم اگر، ہم اگر، اگر ہم گرم کریں</w:t>
      </w:r>
    </w:p>
    <w:p>
      <w:r>
        <w:rPr>
          <w:b/>
        </w:rPr>
        <w:t xml:space="preserve">[22:11] </w:t>
      </w:r>
      <w:r>
        <w:t>to itnay degree par pahunch kar ke woh is mein woh steam power ban jaye ga? kaise hum</w:t>
      </w:r>
    </w:p>
    <w:p>
      <w:pPr>
        <w:jc w:val="right"/>
      </w:pPr>
      <w:r>
        <w:t>تو اتنے ڈگری پر پہنچ کر کے وہ اس میں وہ اسٹیم پاور بن جائے گا؟ کیسے ہم</w:t>
      </w:r>
    </w:p>
    <w:p>
      <w:r>
        <w:rPr>
          <w:b/>
        </w:rPr>
        <w:t xml:space="preserve">[22:19] </w:t>
      </w:r>
      <w:r>
        <w:t>jaan letay hain ke agar hum aur ko garam karein to lohay ko garam karein to itni degree</w:t>
      </w:r>
    </w:p>
    <w:p>
      <w:pPr>
        <w:jc w:val="right"/>
      </w:pPr>
      <w:r>
        <w:t>جان لیتے ہیں کہ اگر ہم اور کو گرم کریں تو لوہے کو گرم کریں تو اتنی ڈگری</w:t>
      </w:r>
    </w:p>
    <w:p>
      <w:r>
        <w:rPr>
          <w:b/>
        </w:rPr>
        <w:t xml:space="preserve">[22:26] </w:t>
      </w:r>
      <w:r>
        <w:t>par us ko pighal jaye ga? hum us ko mukhtalif qism ke machineon mein bitha sakte hain? kaise?</w:t>
      </w:r>
    </w:p>
    <w:p>
      <w:pPr>
        <w:jc w:val="right"/>
      </w:pPr>
      <w:r>
        <w:t>پر اس کو پگھل جائے گا؟ ہم اس کو مختلف قسم کے مشینوں میں بٹھا سکتے ہیں؟ کیسے؟</w:t>
      </w:r>
    </w:p>
    <w:p>
      <w:r>
        <w:rPr>
          <w:b/>
        </w:rPr>
        <w:t xml:space="preserve">[22:33] </w:t>
      </w:r>
      <w:r>
        <w:t>kaise aisa mumkin hai ke hum is meter ko aisi us ke andar qualities hain ke hum motor</w:t>
      </w:r>
    </w:p>
    <w:p>
      <w:pPr>
        <w:jc w:val="right"/>
      </w:pPr>
      <w:r>
        <w:t>کیسے ایسا ممکن ہے کہ ہم اس میٹر کو ایسی اس کے اندر کوالٹیز ہیں کہ ہم موٹر</w:t>
      </w:r>
    </w:p>
    <w:p>
      <w:r>
        <w:rPr>
          <w:b/>
        </w:rPr>
        <w:t xml:space="preserve">[22:41] </w:t>
      </w:r>
      <w:r>
        <w:t>ko bowie motor mein tabdeel kar paate hain? yani hum car banate hain, hawa jahaz banate hain, hum</w:t>
      </w:r>
    </w:p>
    <w:p>
      <w:pPr>
        <w:jc w:val="right"/>
      </w:pPr>
      <w:r>
        <w:t>کو بووی موٹر میں تبدیل کر پاتے ہیں؟ یعنی ہم کار بناتے ہیں، ہوا جہاز بناتے ہیں، ہم</w:t>
      </w:r>
    </w:p>
    <w:p>
      <w:r>
        <w:rPr>
          <w:b/>
        </w:rPr>
        <w:t xml:space="preserve">[22:48] </w:t>
      </w:r>
      <w:r>
        <w:t>mobile banate hain.</w:t>
      </w:r>
    </w:p>
    <w:p>
      <w:pPr>
        <w:jc w:val="right"/>
      </w:pPr>
      <w:r>
        <w:t>موبائل بناتے ہیں۔</w:t>
      </w:r>
    </w:p>
    <w:p>
      <w:r>
        <w:rPr>
          <w:b/>
        </w:rPr>
        <w:t xml:space="preserve">[22:56] </w:t>
      </w:r>
      <w:r>
        <w:t>yeh kaise aisa hota hai? yeh itni wisdom kaise hai? itni meaning kaise hai? itni ma'nawiyat kaise hai?</w:t>
      </w:r>
    </w:p>
    <w:p>
      <w:pPr>
        <w:jc w:val="right"/>
      </w:pPr>
      <w:r>
        <w:t>یہ کیسے ایسا ہوتا ہے؟ یہ اتنی وزڈم کیسے ہے؟ اتنی میننگ کیسے ہے؟ اتنی معنویت کیسے ہے؟</w:t>
      </w:r>
    </w:p>
    <w:p>
      <w:r>
        <w:rPr>
          <w:b/>
        </w:rPr>
        <w:t xml:space="preserve">[23:03] </w:t>
      </w:r>
      <w:r>
        <w:t>to woh yahi keh raha hai ke Khuda is kainat ke peechay koi Khuda to hai nahin.</w:t>
      </w:r>
    </w:p>
    <w:p>
      <w:pPr>
        <w:jc w:val="right"/>
      </w:pPr>
      <w:r>
        <w:t>تو وہ یہی کہہ رہا ہے کہ خدا اس کائنات کے پیچھے کوئی خدا تو ہے نہیں۔</w:t>
      </w:r>
    </w:p>
    <w:p>
      <w:r>
        <w:rPr>
          <w:b/>
        </w:rPr>
        <w:t xml:space="preserve">[23:10] </w:t>
      </w:r>
      <w:r>
        <w:t>to phir is mein ma'nawiyat kyun hai? isi ko yani aik mechanical Khuda ki daryaft mein sari science-dan</w:t>
      </w:r>
    </w:p>
    <w:p>
      <w:pPr>
        <w:jc w:val="right"/>
      </w:pPr>
      <w:r>
        <w:t>تو پھر اس میں معنویت کیوں ہے؟ اسی کو یعنی ایک مکینیکل خدا کی دریافت میں ساری سائنسدان</w:t>
      </w:r>
    </w:p>
    <w:p>
      <w:r>
        <w:rPr>
          <w:b/>
        </w:rPr>
        <w:t xml:space="preserve">[23:18] </w:t>
      </w:r>
      <w:r>
        <w:t>lage hue hain, jisay koi kehte hain yani theory of everything.</w:t>
      </w:r>
    </w:p>
    <w:p>
      <w:pPr>
        <w:jc w:val="right"/>
      </w:pPr>
      <w:r>
        <w:t>لگے ہوئے ہیں، جسے کوئی کہتے ہیں یعنی تھیوری آف ایوری تھنگ۔</w:t>
      </w:r>
    </w:p>
    <w:p>
      <w:r>
        <w:rPr>
          <w:b/>
        </w:rPr>
        <w:t xml:space="preserve">[23:25] </w:t>
      </w:r>
      <w:r>
        <w:t>اس کو میں کہوں گا وہ ہے تھیوری آف ایکسپریشن، the theory that explains everything.</w:t>
      </w:r>
    </w:p>
    <w:p>
      <w:pPr>
        <w:jc w:val="right"/>
      </w:pPr>
      <w:r>
        <w:t>اس کو میں کہوں گا وہ ہے تھیوری آف ایکسپریشن، دے تھیوری دیٹ ایکسپلینز ایوری تھنگ۔</w:t>
      </w:r>
    </w:p>
    <w:p>
      <w:r>
        <w:rPr>
          <w:b/>
        </w:rPr>
        <w:t xml:space="preserve">[23:32] </w:t>
      </w:r>
      <w:r>
        <w:t>تھیوری آف ایوری تھنگ کا مطلب ہے میرے الفاظ میں کہ theory that explains everything کہ چیزیں</w:t>
      </w:r>
    </w:p>
    <w:p>
      <w:pPr>
        <w:jc w:val="right"/>
      </w:pPr>
      <w:r>
        <w:t>تھیوری آف ایوری تھنگ کا مطلب ہے میرے الفاظ میں کہ تھیوری دیٹ ایکسپلینز ایوری تھنگ کہ چیزیں</w:t>
      </w:r>
    </w:p>
    <w:p>
      <w:r>
        <w:rPr>
          <w:b/>
        </w:rPr>
        <w:t xml:space="preserve">[23:40] </w:t>
      </w:r>
      <w:r>
        <w:t>hum dekh rahe hain, cheezain hum jaan rahe hain, lekin hum us ko explain nahin kar paate.</w:t>
      </w:r>
    </w:p>
    <w:p>
      <w:pPr>
        <w:jc w:val="right"/>
      </w:pPr>
      <w:r>
        <w:t>ہم دیکھ رہے ہیں، چیزیں ہم جان رہے ہیں، لیکن ہم اس کو ایکسپلین نہیں کر پاتے۔</w:t>
      </w:r>
    </w:p>
    <w:p>
      <w:r>
        <w:rPr>
          <w:b/>
        </w:rPr>
        <w:t xml:space="preserve">[23:47] </w:t>
      </w:r>
      <w:r>
        <w:t>to Einstein ka yeh kehna ke Khuda insaan ki weakness ki pedawar hai, is ki koi base nahin</w:t>
      </w:r>
    </w:p>
    <w:p>
      <w:pPr>
        <w:jc w:val="right"/>
      </w:pPr>
      <w:r>
        <w:t>تو آئنسٹائن کا یہ کہنا کہ خدا انسان کی ویکنس کی پیداوار ہے، اس کی کوئی بیس نہیں</w:t>
      </w:r>
    </w:p>
    <w:p>
      <w:r>
        <w:rPr>
          <w:b/>
        </w:rPr>
        <w:t xml:space="preserve">[23:54] </w:t>
      </w:r>
      <w:r>
        <w:t>hai, is ki koi base nahin hai.</w:t>
      </w:r>
    </w:p>
    <w:p>
      <w:pPr>
        <w:jc w:val="right"/>
      </w:pPr>
      <w:r>
        <w:t>ہے، اس کی کوئی بیس نہیں ہے۔</w:t>
      </w:r>
    </w:p>
    <w:p>
      <w:r>
        <w:rPr>
          <w:b/>
        </w:rPr>
        <w:t xml:space="preserve">[24:02] </w:t>
      </w:r>
      <w:r>
        <w:t>aap weakness kaise keh sakte hain? aap weakness khud jis ko aap weakness keh rahe hain, woh</w:t>
      </w:r>
    </w:p>
    <w:p>
      <w:pPr>
        <w:jc w:val="right"/>
      </w:pPr>
      <w:r>
        <w:t>آپ ویکنس کیسے کہہ سکتے ہیں؟ آپ ویکنس خود جو جس کو آپ ویکنس کہہ رہے ہیں، وہ</w:t>
      </w:r>
    </w:p>
    <w:p>
      <w:r>
        <w:rPr>
          <w:b/>
        </w:rPr>
        <w:t xml:space="preserve">[24:09] </w:t>
      </w:r>
      <w:r>
        <w:t>khud aik creation hai.</w:t>
      </w:r>
    </w:p>
    <w:p>
      <w:pPr>
        <w:jc w:val="right"/>
      </w:pPr>
      <w:r>
        <w:t>خود ایک کریشن ہے۔</w:t>
      </w:r>
    </w:p>
    <w:p>
      <w:r>
        <w:rPr>
          <w:b/>
        </w:rPr>
        <w:t xml:space="preserve">[24:16] </w:t>
      </w:r>
      <w:r>
        <w:t>insaan kisi cheez ko create nahin kar sakta.</w:t>
      </w:r>
    </w:p>
    <w:p>
      <w:pPr>
        <w:jc w:val="right"/>
      </w:pPr>
      <w:r>
        <w:t>انسان کسی چیز کو کریٹ نہیں کر سکتا۔</w:t>
      </w:r>
    </w:p>
    <w:p>
      <w:r>
        <w:rPr>
          <w:b/>
        </w:rPr>
        <w:t xml:space="preserve">[24:24] </w:t>
      </w:r>
      <w:r>
        <w:t>misal ke taur par piyas aik weakness hai.</w:t>
      </w:r>
    </w:p>
    <w:p>
      <w:pPr>
        <w:jc w:val="right"/>
      </w:pPr>
      <w:r>
        <w:t>مثلاً پیاس ایک ویکنس ہے۔</w:t>
      </w:r>
    </w:p>
    <w:p>
      <w:r>
        <w:rPr>
          <w:b/>
        </w:rPr>
        <w:t xml:space="preserve">[24:31] </w:t>
      </w:r>
      <w:r>
        <w:t>kya aap piyas ko create kar sakte hain? piyas aap ka creation nahin hai, aap ki aap ki</w:t>
      </w:r>
    </w:p>
    <w:p>
      <w:pPr>
        <w:jc w:val="right"/>
      </w:pPr>
      <w:r>
        <w:t>کیا آپ پیاس کو کریٹ کر سکتے ہیں؟ پیاس آپ کا کریشن نہیں ہے، آپ کی آپ کی</w:t>
      </w:r>
    </w:p>
    <w:p>
      <w:r>
        <w:rPr>
          <w:b/>
        </w:rPr>
        <w:t xml:space="preserve">[24:38] </w:t>
      </w:r>
      <w:r>
        <w:t>jo personality hai, us ka hissa hai.</w:t>
      </w:r>
    </w:p>
    <w:p>
      <w:pPr>
        <w:jc w:val="right"/>
      </w:pPr>
      <w:r>
        <w:t>جو پرسنیلٹی ہے، اس کا حصہ ہے۔</w:t>
      </w:r>
    </w:p>
    <w:p>
      <w:r>
        <w:rPr>
          <w:b/>
        </w:rPr>
        <w:t xml:space="preserve">[24:46] </w:t>
      </w:r>
      <w:r>
        <w:t>aur jab piyas hai to kya hai? dunya mein pani bhi maujood hai.</w:t>
      </w:r>
    </w:p>
    <w:p>
      <w:pPr>
        <w:jc w:val="right"/>
      </w:pPr>
      <w:r>
        <w:t>اور جب پیاس ہے تو کیا ہے؟ دنیا میں پانی بھی موجود ہے۔</w:t>
      </w:r>
    </w:p>
    <w:p>
      <w:r>
        <w:rPr>
          <w:b/>
        </w:rPr>
        <w:t xml:space="preserve">[24:53] </w:t>
      </w:r>
      <w:r>
        <w:t>bohat ajeeb cheez hai ke piyas hai to pani bhi maujood hai, bhook hai to khana bhi maujood</w:t>
      </w:r>
    </w:p>
    <w:p>
      <w:pPr>
        <w:jc w:val="right"/>
      </w:pPr>
      <w:r>
        <w:t>بہت عجیب چیز ہے کہ پیاس ہے تو پانی بھی موجود ہے، بھوک ہے تو کھانا بھی موجود</w:t>
      </w:r>
    </w:p>
    <w:p>
      <w:r>
        <w:rPr>
          <w:b/>
        </w:rPr>
        <w:t xml:space="preserve">[25:01] </w:t>
      </w:r>
      <w:r>
        <w:t>hai, lung hai to oxygen bhi maujood hai.</w:t>
      </w:r>
    </w:p>
    <w:p>
      <w:pPr>
        <w:jc w:val="right"/>
      </w:pPr>
      <w:r>
        <w:t>ہے، لنگ ہے تو اکسیجن بھی موجود ہے۔</w:t>
      </w:r>
    </w:p>
    <w:p>
      <w:r>
        <w:rPr>
          <w:b/>
        </w:rPr>
        <w:t xml:space="preserve">[25:08] </w:t>
      </w:r>
      <w:r>
        <w:t>to isi tareeqay se agar insaan ka nature talash kar rahi hai Khuda ko, aik paradise ko, ziyada</w:t>
      </w:r>
    </w:p>
    <w:p>
      <w:pPr>
        <w:jc w:val="right"/>
      </w:pPr>
      <w:r>
        <w:t>تو اسی طریقے سے اگر انسان کا نیچر تلاش کر رہی ہے خدا کو، ایک پیراڈائز کو، زیادہ</w:t>
      </w:r>
    </w:p>
    <w:p>
      <w:r>
        <w:rPr>
          <w:b/>
        </w:rPr>
        <w:t xml:space="preserve">[25:15] </w:t>
      </w:r>
      <w:r>
        <w:t>meaningful world ko, to aap isi par kyun nahin khaas karte ke woh aik reality hai? jis tarah</w:t>
      </w:r>
    </w:p>
    <w:p>
      <w:pPr>
        <w:jc w:val="right"/>
      </w:pPr>
      <w:r>
        <w:t>مینیفول ورلڈ کو، تو آپ اسی پر کیوں نہیں خاص کرتے کہ وہ ایک ریلیٹی ہے؟ جس طرح</w:t>
      </w:r>
    </w:p>
    <w:p>
      <w:r>
        <w:rPr>
          <w:b/>
        </w:rPr>
        <w:t xml:space="preserve">[25:23] </w:t>
      </w:r>
      <w:r>
        <w:t>piyas aik reality hai, us ka proof yeh hai ke us ke liye pani maujood hai.</w:t>
      </w:r>
    </w:p>
    <w:p>
      <w:pPr>
        <w:jc w:val="right"/>
      </w:pPr>
      <w:r>
        <w:t>پیاس ایک ریلیٹی ہے، اس کا پروف یہ ہے کہ اس کے لیے پانی موجود ہے۔</w:t>
      </w:r>
    </w:p>
    <w:p>
      <w:r>
        <w:rPr>
          <w:b/>
        </w:rPr>
        <w:t xml:space="preserve">[25:30] </w:t>
      </w:r>
      <w:r>
        <w:t>piyas bhook aik reality hai, us ka proof yeh hai ke khana maujood hai.</w:t>
      </w:r>
    </w:p>
    <w:p>
      <w:pPr>
        <w:jc w:val="right"/>
      </w:pPr>
      <w:r>
        <w:t>پیاس بھوک ایک ریلیٹی ہے، اس کا پروف یہ ہے کہ کھانا موجود ہے۔</w:t>
      </w:r>
    </w:p>
    <w:p>
      <w:r>
        <w:rPr>
          <w:b/>
        </w:rPr>
        <w:t xml:space="preserve">[25:37] </w:t>
      </w:r>
      <w:r>
        <w:t>lung aik reality hai, us ka proof yeh hai ke oxygen maujood hai.</w:t>
      </w:r>
    </w:p>
    <w:p>
      <w:pPr>
        <w:jc w:val="right"/>
      </w:pPr>
      <w:r>
        <w:t>لنگ ایک ریلیٹی ہے، اس کا پروف یہ ہے کہ اکسیجن موجود ہے۔</w:t>
      </w:r>
    </w:p>
    <w:p>
      <w:r>
        <w:rPr>
          <w:b/>
        </w:rPr>
        <w:t xml:space="preserve">[25:45] </w:t>
      </w:r>
      <w:r>
        <w:t>isi tarike se jis cheez ko aap keh rahe hain weakness, woh weakness bhi ek reality hai, aur</w:t>
      </w:r>
    </w:p>
    <w:p>
      <w:pPr>
        <w:jc w:val="right"/>
      </w:pPr>
      <w:r>
        <w:t>اسی طریقے سے جس چیز کو آپ کہہ رہے ہیں ویکنس، وہ ویکنس بھی ایک ریلیٹی ہے، اور</w:t>
      </w:r>
    </w:p>
    <w:p>
      <w:r>
        <w:rPr>
          <w:b/>
        </w:rPr>
        <w:t xml:space="preserve">[25:52] </w:t>
      </w:r>
      <w:r>
        <w:t>is ka jawab god ki shakal mein, paradise, paradise ki shakal mein maujood hai.</w:t>
      </w:r>
    </w:p>
    <w:p>
      <w:pPr>
        <w:jc w:val="right"/>
      </w:pPr>
      <w:r>
        <w:t>اس کا جواب گاڈ کی شکل میں، پیراڈائز، پیراڈائز کی شکل میں موجود ہے۔</w:t>
      </w:r>
    </w:p>
    <w:p>
      <w:r>
        <w:rPr>
          <w:b/>
        </w:rPr>
        <w:t xml:space="preserve">[25:59] </w:t>
      </w:r>
      <w:r>
        <w:t>yahan main yeh kahunga ke dekhiye, argument ke do tareeke hote hain: ek hai direct argument, ek</w:t>
      </w:r>
    </w:p>
    <w:p>
      <w:pPr>
        <w:jc w:val="right"/>
      </w:pPr>
      <w:r>
        <w:t>یہاں میں یہ کہوں گا کہ دیکھیے، ارگیومنٹ کے دو طریقے ہوتے ہیں: ایک ہے ڈائریکٹ ارگیومنٹ، ایک</w:t>
      </w:r>
    </w:p>
    <w:p>
      <w:r>
        <w:rPr>
          <w:b/>
        </w:rPr>
        <w:t xml:space="preserve">[26:07] </w:t>
      </w:r>
      <w:r>
        <w:t>hai indirect argument.</w:t>
      </w:r>
    </w:p>
    <w:p>
      <w:pPr>
        <w:jc w:val="right"/>
      </w:pPr>
      <w:r>
        <w:t>ہے ان ڈائریکٹ ارگیومنٹ۔</w:t>
      </w:r>
    </w:p>
    <w:p>
      <w:r>
        <w:rPr>
          <w:b/>
        </w:rPr>
        <w:t xml:space="preserve">[26:14] </w:t>
      </w:r>
      <w:r>
        <w:t>direct argument aur aur indirect argument.</w:t>
      </w:r>
    </w:p>
    <w:p>
      <w:pPr>
        <w:jc w:val="right"/>
      </w:pPr>
      <w:r>
        <w:t>ڈائریکٹ ارگیومنٹ اور اور ان ڈائریکٹ ارگیومنٹ۔</w:t>
      </w:r>
    </w:p>
    <w:p>
      <w:r>
        <w:rPr>
          <w:b/>
        </w:rPr>
        <w:t xml:space="preserve">[26:21] </w:t>
      </w:r>
      <w:r>
        <w:t>to ek yahan se shuru kijiye ke khuda hai ya khuda nahi hai, yahan se shuru kijiye sochna.</w:t>
      </w:r>
    </w:p>
    <w:p>
      <w:pPr>
        <w:jc w:val="right"/>
      </w:pPr>
      <w:r>
        <w:t>تو ایک یہاں سے شروع کیجئے کہ خدا ہے یا خدا نہیں ہے، یہاں سے شروع کیجئے سوچنا۔</w:t>
      </w:r>
    </w:p>
    <w:p>
      <w:r>
        <w:rPr>
          <w:b/>
        </w:rPr>
        <w:t xml:space="preserve">[26:29] </w:t>
      </w:r>
      <w:r>
        <w:t>to main yeh manunga ke shuru mein khuda hai ka jo hypothesis hai, hypothesis hai, khuda nahi</w:t>
      </w:r>
    </w:p>
    <w:p>
      <w:pPr>
        <w:jc w:val="right"/>
      </w:pPr>
      <w:r>
        <w:t>تو میں یہ مانوں گا کہ شروع میں خدا ہے کا جو ہائیپوتھیسز ہے، ہائیپوتھیسز ہے، خدا نہیں</w:t>
      </w:r>
    </w:p>
    <w:p>
      <w:r>
        <w:rPr>
          <w:b/>
        </w:rPr>
        <w:t xml:space="preserve">[26:36] </w:t>
      </w:r>
      <w:r>
        <w:t>hai ka jo hypothesis hai, dono us us hawalay se ek maqam par hain ke direct argument in</w:t>
      </w:r>
    </w:p>
    <w:p>
      <w:pPr>
        <w:jc w:val="right"/>
      </w:pPr>
      <w:r>
        <w:t>ہے کا جو ہائیپوتھیسز ہے، دونوں اس اس حوالے سے ایک مقام پر ہیں کہ ڈائریکٹ ارگیومنٹ ان</w:t>
      </w:r>
    </w:p>
    <w:p>
      <w:r>
        <w:rPr>
          <w:b/>
        </w:rPr>
        <w:t xml:space="preserve">[26:44] </w:t>
      </w:r>
      <w:r>
        <w:t>mein se kisi ke haq mein nahi hai.</w:t>
      </w:r>
    </w:p>
    <w:p>
      <w:pPr>
        <w:jc w:val="right"/>
      </w:pPr>
      <w:r>
        <w:t>میں سے کسی کے حق میں نہیں ہے۔</w:t>
      </w:r>
    </w:p>
    <w:p>
      <w:r>
        <w:rPr>
          <w:b/>
        </w:rPr>
        <w:t xml:space="preserve">[26:51] </w:t>
      </w:r>
      <w:r>
        <w:t>khuda nahi hai, is ka koi direct argument nahi hai.</w:t>
      </w:r>
    </w:p>
    <w:p>
      <w:pPr>
        <w:jc w:val="right"/>
      </w:pPr>
      <w:r>
        <w:t>خدا نہیں ہے، اس کا کوئی ڈائریکٹ ارگیومنٹ نہیں ہے۔</w:t>
      </w:r>
    </w:p>
    <w:p>
      <w:r>
        <w:rPr>
          <w:b/>
        </w:rPr>
        <w:t xml:space="preserve">[26:58] </w:t>
      </w:r>
      <w:r>
        <w:t>khuda hai, is ka bhi koi direct argument in logon ke kehne ke mutabiq nahi hai.</w:t>
      </w:r>
    </w:p>
    <w:p>
      <w:pPr>
        <w:jc w:val="right"/>
      </w:pPr>
      <w:r>
        <w:t>خدا ہے، اس کا بھی کوئی ڈائریکٹ ارگیومنٹ ان لوگوں کے کہنے کے مطابق نہیں ہے۔</w:t>
      </w:r>
    </w:p>
    <w:p>
      <w:r>
        <w:rPr>
          <w:b/>
        </w:rPr>
        <w:t xml:space="preserve">[27:06] </w:t>
      </w:r>
      <w:r>
        <w:t>yahan par ek lag raha hai, lekin is ke aage badhiye aap.</w:t>
      </w:r>
    </w:p>
    <w:p>
      <w:pPr>
        <w:jc w:val="right"/>
      </w:pPr>
      <w:r>
        <w:t>یہاں پر ایک لگ رہا ہے، لیکن اس کے آگے بڑھیے آپ۔</w:t>
      </w:r>
    </w:p>
    <w:p>
      <w:r>
        <w:rPr>
          <w:b/>
        </w:rPr>
        <w:t xml:space="preserve">[27:13] </w:t>
      </w:r>
      <w:r>
        <w:t>is ke aage badhenge to aap ek supporting evidence maujood hai god ki theory ke liye, ek</w:t>
      </w:r>
    </w:p>
    <w:p>
      <w:pPr>
        <w:jc w:val="right"/>
      </w:pPr>
      <w:r>
        <w:t>اس کے آگے بڑھیں گے تو آپ ایک سپورٹنگ ایویڈنس موجود ہے گاڈ کی تھیوری کے لیے، ایک</w:t>
      </w:r>
    </w:p>
    <w:p>
      <w:r>
        <w:rPr>
          <w:b/>
        </w:rPr>
        <w:t xml:space="preserve">[27:20] </w:t>
      </w:r>
      <w:r>
        <w:t>bahut badi supporting evidence, indirect evidence.</w:t>
      </w:r>
    </w:p>
    <w:p>
      <w:pPr>
        <w:jc w:val="right"/>
      </w:pPr>
      <w:r>
        <w:t>بہت بڑی سپورٹنگ ایویڈنس، ان ڈائریکٹ ایویڈنس۔</w:t>
      </w:r>
    </w:p>
    <w:p>
      <w:r>
        <w:rPr>
          <w:b/>
        </w:rPr>
        <w:t xml:space="preserve">[27:28] </w:t>
      </w:r>
      <w:r>
        <w:t>woh kya hai? woh hai kainaat mein design, design ka hona, kainaat mein harmony ka hona, kainaat mein</w:t>
      </w:r>
    </w:p>
    <w:p>
      <w:pPr>
        <w:jc w:val="right"/>
      </w:pPr>
      <w:r>
        <w:t>وہ کیا ہے؟ وہ ہے کائنات میں ڈیزائن، ڈیزائن کا ہونا، کائنات میں ہارمونی کا ہونا، کائنات میں</w:t>
      </w:r>
    </w:p>
    <w:p>
      <w:r>
        <w:rPr>
          <w:b/>
        </w:rPr>
        <w:t xml:space="preserve">[27:35] </w:t>
      </w:r>
      <w:r>
        <w:t>is mani, meaning ka hona, is maanoiyat ka hona, jis ki wajah se Einstein pareshan hai ke daryaft</w:t>
      </w:r>
    </w:p>
    <w:p>
      <w:pPr>
        <w:jc w:val="right"/>
      </w:pPr>
      <w:r>
        <w:t>اس معنی، میننگ کا ہونا، اس معنویت کا ہونا، جس کی وجہ سے آئنسٹائن پریشان ہے کہ دریافت</w:t>
      </w:r>
    </w:p>
    <w:p>
      <w:r>
        <w:rPr>
          <w:b/>
        </w:rPr>
        <w:t xml:space="preserve">[27:42] </w:t>
      </w:r>
      <w:r>
        <w:t>kare theory of everything, matlab woh theory jo har cheez ko explain kar sake.</w:t>
      </w:r>
    </w:p>
    <w:p>
      <w:pPr>
        <w:jc w:val="right"/>
      </w:pPr>
      <w:r>
        <w:t>کرے تھیوری آف ایوری تھنگ، مطلب وہ تھیوری جو ہر چیز کو ایکسپلین کر سکے۔</w:t>
      </w:r>
    </w:p>
    <w:p>
      <w:r>
        <w:rPr>
          <w:b/>
        </w:rPr>
        <w:t xml:space="preserve">[27:50] </w:t>
      </w:r>
      <w:r>
        <w:t>aur jaisa ke maine arz kiya, 30 saal ki koshish ke bawajood sawal yeh hai ke Einstein</w:t>
      </w:r>
    </w:p>
    <w:p>
      <w:pPr>
        <w:jc w:val="right"/>
      </w:pPr>
      <w:r>
        <w:t>اور جیسا کہ میں نے عرض کیا، 30 سال کی کوشش کے باوجود سوال یہ ہے کہ آئنسٹائن</w:t>
      </w:r>
    </w:p>
    <w:p>
      <w:r>
        <w:rPr>
          <w:b/>
        </w:rPr>
        <w:t xml:space="preserve">[27:57] </w:t>
      </w:r>
      <w:r>
        <w:t>fresh saans kyun mara? mayusi ki halat mein kyun mara? is liye ke is ke jo andar ki</w:t>
      </w:r>
    </w:p>
    <w:p>
      <w:pPr>
        <w:jc w:val="right"/>
      </w:pPr>
      <w:r>
        <w:t>فریش سائنسی کیوں مرا؟ مایوسی کی حالت میں کیوں مرا؟ اس لیے کہ اس کے جو اندر کی</w:t>
      </w:r>
    </w:p>
    <w:p>
      <w:r>
        <w:rPr>
          <w:b/>
        </w:rPr>
        <w:t xml:space="preserve">[28:04] </w:t>
      </w:r>
      <w:r>
        <w:t>jo arsh thi, jo jo jo andar ki jo talash thi, woh ek haqeeqat hai, ek haqeeqat thi.</w:t>
      </w:r>
    </w:p>
    <w:p>
      <w:pPr>
        <w:jc w:val="right"/>
      </w:pPr>
      <w:r>
        <w:t>جو عرش تھی، جو جو جو اندر کی جو تلاش تھی، وہ ایک حقیقت تھی، ایک حقیقت تھی۔</w:t>
      </w:r>
    </w:p>
    <w:p>
      <w:r>
        <w:rPr>
          <w:b/>
        </w:rPr>
        <w:t xml:space="preserve">[28:12] </w:t>
      </w:r>
      <w:r>
        <w:t>woh is haqeeqat ka jawab nahi paya is ne.</w:t>
      </w:r>
    </w:p>
    <w:p>
      <w:pPr>
        <w:jc w:val="right"/>
      </w:pPr>
      <w:r>
        <w:t>وہ اس حقیقت کا جواب نہیں پایا اس نے۔</w:t>
      </w:r>
    </w:p>
    <w:p>
      <w:r>
        <w:rPr>
          <w:b/>
        </w:rPr>
        <w:t xml:space="preserve">[28:19] </w:t>
      </w:r>
      <w:r>
        <w:t>woh weakness nahi thi, woh farzi cheez nahi thi.</w:t>
      </w:r>
    </w:p>
    <w:p>
      <w:pPr>
        <w:jc w:val="right"/>
      </w:pPr>
      <w:r>
        <w:t>وہ ویکنس نہیں تھی، وہ فرضی چیز نہیں تھی۔</w:t>
      </w:r>
    </w:p>
    <w:p>
      <w:r>
        <w:rPr>
          <w:b/>
        </w:rPr>
        <w:t xml:space="preserve">[28:27] </w:t>
      </w:r>
      <w:r>
        <w:t>jaise pyaas, pyaas jo hai, farzi cheez nahi hai, haqeeqat hai.</w:t>
      </w:r>
    </w:p>
    <w:p>
      <w:pPr>
        <w:jc w:val="right"/>
      </w:pPr>
      <w:r>
        <w:t>جیسے پیاس، پیاس جو ہے، فرضی چیز نہیں ہے، حقیقت ہے۔</w:t>
      </w:r>
    </w:p>
    <w:p>
      <w:r>
        <w:rPr>
          <w:b/>
        </w:rPr>
        <w:t xml:space="preserve">[28:34] </w:t>
      </w:r>
      <w:r>
        <w:t>ab pani na mila to tarp tarp ke marega.</w:t>
      </w:r>
    </w:p>
    <w:p>
      <w:pPr>
        <w:jc w:val="right"/>
      </w:pPr>
      <w:r>
        <w:t>اب پانی نہ ملا تو تڑپ تڑپ کے مرے گا۔</w:t>
      </w:r>
    </w:p>
    <w:p>
      <w:r>
        <w:rPr>
          <w:b/>
        </w:rPr>
        <w:t xml:space="preserve">[28:41] </w:t>
      </w:r>
      <w:r>
        <w:t>pyaase ko pani na mila to tarp tarp ke marega, kyunke pyaas ek haqeeqat hai.</w:t>
      </w:r>
    </w:p>
    <w:p>
      <w:pPr>
        <w:jc w:val="right"/>
      </w:pPr>
      <w:r>
        <w:t>پیاسے کو پانی نہ ملا تو تڑپ تڑپ کے مرے گا، کیونکہ پیاس ایک حقیقت ہے۔</w:t>
      </w:r>
    </w:p>
    <w:p>
      <w:r>
        <w:rPr>
          <w:b/>
        </w:rPr>
        <w:t xml:space="preserve">[28:49] </w:t>
      </w:r>
      <w:r>
        <w:t>to ainsṭain ko apne ek haqeeqi sawal ka jawab nahi mila, is liye wo mara mayusi mein.</w:t>
      </w:r>
    </w:p>
    <w:p>
      <w:pPr>
        <w:jc w:val="right"/>
      </w:pPr>
      <w:r>
        <w:t>تو آئنسٹائن کو اپنے ایک حقیقی سوال کا جواب نہیں ملا، اس لیے وہ مرا مایوسی میں۔</w:t>
      </w:r>
    </w:p>
    <w:p>
      <w:r>
        <w:rPr>
          <w:b/>
        </w:rPr>
        <w:t xml:space="preserve">[28:56] </w:t>
      </w:r>
      <w:r>
        <w:t>yahan mujhe quran ki ek ayat yaad ati hai.</w:t>
      </w:r>
    </w:p>
    <w:p>
      <w:pPr>
        <w:jc w:val="right"/>
      </w:pPr>
      <w:r>
        <w:t>یہاں مجھے قرآن کی ایک آیت یاد آتی ہے۔</w:t>
      </w:r>
    </w:p>
    <w:p>
      <w:r>
        <w:rPr>
          <w:b/>
        </w:rPr>
        <w:t xml:space="preserve">[29:03] </w:t>
      </w:r>
      <w:r>
        <w:t>quran mein dekhiye, surah yunus mein aap parhiye, ayat number 32.</w:t>
      </w:r>
    </w:p>
    <w:p>
      <w:pPr>
        <w:jc w:val="right"/>
      </w:pPr>
      <w:r>
        <w:t>قرآن میں دیکھیے، سورہ یونس میں آپ پڑھیے، آیت نمبر 32۔</w:t>
      </w:r>
    </w:p>
    <w:p>
      <w:r>
        <w:rPr>
          <w:b/>
        </w:rPr>
        <w:t xml:space="preserve">[29:11] </w:t>
      </w:r>
      <w:r>
        <w:t>surah yunus mein isi ka zikr hai, allah ke wajood ka zikr hai.</w:t>
      </w:r>
    </w:p>
    <w:p>
      <w:pPr>
        <w:jc w:val="right"/>
      </w:pPr>
      <w:r>
        <w:t>سورہ یونس میں اسی کا ذکر ہے، اللہ کے وجود کا ذکر ہے۔</w:t>
      </w:r>
    </w:p>
    <w:p>
      <w:r>
        <w:rPr>
          <w:b/>
        </w:rPr>
        <w:t xml:space="preserve">[29:18] </w:t>
      </w:r>
      <w:r>
        <w:t>is mein nature ke fenomena bataye gaye hain ke dekho, yeh cheez, yeh cheez, yeh cheez kya hai?</w:t>
      </w:r>
    </w:p>
    <w:p>
      <w:pPr>
        <w:jc w:val="right"/>
      </w:pPr>
      <w:r>
        <w:t>اس میں نیچر کے فیناومینا بتائے گئے ہیں کہ دیکھو، یہ چیز، یہ چیز، یہ چیز کیا ہے؟</w:t>
      </w:r>
    </w:p>
    <w:p>
      <w:r>
        <w:rPr>
          <w:b/>
        </w:rPr>
        <w:t xml:space="preserve">[29:25] </w:t>
      </w:r>
      <w:r>
        <w:t>yeh saboot nahi hai ke is kainaat ka ek ek creator hai, ek khalq hai, is ke peechay</w:t>
      </w:r>
    </w:p>
    <w:p>
      <w:pPr>
        <w:jc w:val="right"/>
      </w:pPr>
      <w:r>
        <w:t>یہ ثبوت نہیں ہے کہ اس کائنات کا ایک ایک کریٹر ہے، ایک خالق ہے، اس کے پیچھے</w:t>
      </w:r>
    </w:p>
    <w:p>
      <w:r>
        <w:rPr>
          <w:b/>
        </w:rPr>
        <w:t xml:space="preserve">[29:33] </w:t>
      </w:r>
      <w:r>
        <w:t>ek taqat hai.</w:t>
      </w:r>
    </w:p>
    <w:p>
      <w:pPr>
        <w:jc w:val="right"/>
      </w:pPr>
      <w:r>
        <w:t>ایک طاقت ہے۔</w:t>
      </w:r>
    </w:p>
    <w:p>
      <w:r>
        <w:rPr>
          <w:b/>
        </w:rPr>
        <w:t xml:space="preserve">[29:40] </w:t>
      </w:r>
      <w:r>
        <w:t>to is ke baad yeh lafz ata hai ke "fama za baad al haqq illat zalaal".</w:t>
      </w:r>
    </w:p>
    <w:p>
      <w:pPr>
        <w:jc w:val="right"/>
      </w:pPr>
      <w:r>
        <w:t>تو اس کے بعد یہ لفظ آتا ہے کہ "فماذا بعد الحق علت ذلال"۔</w:t>
      </w:r>
    </w:p>
    <w:p>
      <w:r>
        <w:rPr>
          <w:b/>
        </w:rPr>
        <w:t xml:space="preserve">[29:47] </w:t>
      </w:r>
      <w:r>
        <w:t>is ka matlab mere alfaaz mein yeh hai ke agar tum khuda ka inkar karo to is ke</w:t>
      </w:r>
    </w:p>
    <w:p>
      <w:pPr>
        <w:jc w:val="right"/>
      </w:pPr>
      <w:r>
        <w:t>اس کا مطلب میرے الفاظ میں یہ ہے کہ اگر تم خدا کا انکار کرو تو اس کے</w:t>
      </w:r>
    </w:p>
    <w:p>
      <w:r>
        <w:rPr>
          <w:b/>
        </w:rPr>
        <w:t xml:space="preserve">[29:55] </w:t>
      </w:r>
      <w:r>
        <w:t>baad bhatkao ke siwa kuch nahi hai.</w:t>
      </w:r>
    </w:p>
    <w:p>
      <w:pPr>
        <w:jc w:val="right"/>
      </w:pPr>
      <w:r>
        <w:t>بعد بھٹکاؤ کے سوا کچھ نہیں ہے۔</w:t>
      </w:r>
    </w:p>
    <w:p>
      <w:r>
        <w:rPr>
          <w:b/>
        </w:rPr>
        <w:t xml:space="preserve">[30:02] </w:t>
      </w:r>
      <w:r>
        <w:t>zalaal ke mani hain intellectual bhatkao.</w:t>
      </w:r>
    </w:p>
    <w:p>
      <w:pPr>
        <w:jc w:val="right"/>
      </w:pPr>
      <w:r>
        <w:t>ذلال کے معنی ہیں انٹلیکچول بھٹکاؤ۔</w:t>
      </w:r>
    </w:p>
    <w:p>
      <w:r>
        <w:rPr>
          <w:b/>
        </w:rPr>
        <w:t xml:space="preserve">[30:09] </w:t>
      </w:r>
      <w:r>
        <w:t>is ka matlab kya hai? is par ghor kijiye.</w:t>
      </w:r>
    </w:p>
    <w:p>
      <w:pPr>
        <w:jc w:val="right"/>
      </w:pPr>
      <w:r>
        <w:t>اس کا مطلب کیا ہے؟ اس پر غور کیجئے۔</w:t>
      </w:r>
    </w:p>
    <w:p>
      <w:r>
        <w:rPr>
          <w:b/>
        </w:rPr>
        <w:t xml:space="preserve">[30:17] </w:t>
      </w:r>
      <w:r>
        <w:t>What is intellectual bhatkao? Dekhiye, Quran yeh kehna chahta hai ke agar tum is kainat ko explain karne</w:t>
      </w:r>
    </w:p>
    <w:p>
      <w:pPr>
        <w:jc w:val="right"/>
      </w:pPr>
      <w:r>
        <w:t>واٹ از انٹلیکچول بھٹکاؤ؟ دیکھیے، قرآن یہ کہنا چاہتا ہے کہ اگر تم اس کائنات کو ایکسپلین کرنے</w:t>
      </w:r>
    </w:p>
    <w:p>
      <w:r>
        <w:rPr>
          <w:b/>
        </w:rPr>
        <w:t xml:space="preserve">[30:24] </w:t>
      </w:r>
      <w:r>
        <w:t>ke liye khuda ko na mano, khuda ka inkar kar do, tab bhi sawal apni jagah baqi rehta hai.</w:t>
      </w:r>
    </w:p>
    <w:p>
      <w:pPr>
        <w:jc w:val="right"/>
      </w:pPr>
      <w:r>
        <w:t>کے لیے خدا کو نہ مانو، خدا کا انکار کر دو، تب بھی سوال اپنی جگہ باقی رہتا ہے۔</w:t>
      </w:r>
    </w:p>
    <w:p>
      <w:r>
        <w:rPr>
          <w:b/>
        </w:rPr>
        <w:t xml:space="preserve">[30:32] </w:t>
      </w:r>
      <w:r>
        <w:t>یعنی "how to explain the phenomena of nature", "how to explain the harmony in nature", "how to explain</w:t>
      </w:r>
    </w:p>
    <w:p>
      <w:pPr>
        <w:jc w:val="right"/>
      </w:pPr>
      <w:r>
        <w:t>یعنی "ہاؤ ٹو ایکسپلین دا فیناومینا آف نیچر"، "ہاؤ ٹو ایکسپلین دا ہارمونی ان نیچر"، "ہاؤ ٹو ایکسپلین</w:t>
      </w:r>
    </w:p>
    <w:p>
      <w:r>
        <w:rPr>
          <w:b/>
        </w:rPr>
        <w:t xml:space="preserve">[30:39] </w:t>
      </w:r>
      <w:r>
        <w:t>da design in nature".</w:t>
      </w:r>
    </w:p>
    <w:p>
      <w:pPr>
        <w:jc w:val="right"/>
      </w:pPr>
      <w:r>
        <w:t>دا ڈیزائن ان نیچر"۔</w:t>
      </w:r>
    </w:p>
    <w:p>
      <w:r>
        <w:rPr>
          <w:b/>
        </w:rPr>
        <w:t xml:space="preserve">[30:46] </w:t>
      </w:r>
      <w:r>
        <w:t>yeh sari cheezein, sari cheezein, sari cheezein aap jis ko dekhte hain telescope se aur microscope se, to</w:t>
      </w:r>
    </w:p>
    <w:p>
      <w:pPr>
        <w:jc w:val="right"/>
      </w:pPr>
      <w:r>
        <w:t>یہ ساری چیزیں، ساری چیزیں، ساری چیزیں آپ جس کو دیکھتے ہیں ٹیلیسکوپ سے اور مائیکروسکوپ سے، تو</w:t>
      </w:r>
    </w:p>
    <w:p>
      <w:r>
        <w:rPr>
          <w:b/>
        </w:rPr>
        <w:t xml:space="preserve">[30:54] </w:t>
      </w:r>
      <w:r>
        <w:t>sawal to baqi raha.</w:t>
      </w:r>
    </w:p>
    <w:p>
      <w:pPr>
        <w:jc w:val="right"/>
      </w:pPr>
      <w:r>
        <w:t>سوال تو باقی رہا۔</w:t>
      </w:r>
    </w:p>
    <w:p>
      <w:r>
        <w:rPr>
          <w:b/>
        </w:rPr>
        <w:t xml:space="preserve">[31:01] </w:t>
      </w:r>
      <w:r>
        <w:t>لیکن چونکہ آپ اصل جو اس کا جواب ہے، اس کو ماننا چاہتے نہیں، یعنی "existence of God",</w:t>
      </w:r>
    </w:p>
    <w:p>
      <w:pPr>
        <w:jc w:val="right"/>
      </w:pPr>
      <w:r>
        <w:t>لیکن چونکہ آپ اصل جو اس کا جواب ہے، اس کو ماننا چاہتے نہیں، یعنی "ایگزسٹنس آف گاڈ"،</w:t>
      </w:r>
    </w:p>
    <w:p>
      <w:r>
        <w:rPr>
          <w:b/>
        </w:rPr>
        <w:t xml:space="preserve">[31:08] </w:t>
      </w:r>
      <w:r>
        <w:t>to kya hoga? aap bhatakte rahenge, bhatakte rahenge, bhatakte rahenge.</w:t>
      </w:r>
    </w:p>
    <w:p>
      <w:pPr>
        <w:jc w:val="right"/>
      </w:pPr>
      <w:r>
        <w:t>تو کیا ہوگا؟ آپ بھٹکتے رہیں گے، بھٹکتے رہیں گے، بھٹکتے رہیں گے۔</w:t>
      </w:r>
    </w:p>
    <w:p>
      <w:r>
        <w:rPr>
          <w:b/>
        </w:rPr>
        <w:t xml:space="preserve">[31:16] </w:t>
      </w:r>
      <w:r>
        <w:t>jaise pyas ko bujhane ke liye aap pani na lein, aap pathar chabayein, aap doctor chabayein, to kya</w:t>
      </w:r>
    </w:p>
    <w:p>
      <w:pPr>
        <w:jc w:val="right"/>
      </w:pPr>
      <w:r>
        <w:t>جیسے پیاس کو بجھانے کے لیے آپ پانی نہ لیں، آپ پتھر چبائیں، آپ ڈاکٹر چبائیں، تو کیا</w:t>
      </w:r>
    </w:p>
    <w:p>
      <w:r>
        <w:rPr>
          <w:b/>
        </w:rPr>
        <w:t xml:space="preserve">[31:23] </w:t>
      </w:r>
      <w:r>
        <w:t>hoga? wo bhatak bhatkayenge, aap bhatkenge, aap lekin pyas to bujhe gi nahi.</w:t>
      </w:r>
    </w:p>
    <w:p>
      <w:pPr>
        <w:jc w:val="right"/>
      </w:pPr>
      <w:r>
        <w:t>ہوگا؟ وہ بھٹک بھٹکائیں گے، آپ بھٹکیں گے، آپ لیکن پیاس تو بجھے گی نہیں۔</w:t>
      </w:r>
    </w:p>
    <w:p>
      <w:r>
        <w:rPr>
          <w:b/>
        </w:rPr>
        <w:t xml:space="preserve">[31:30] </w:t>
      </w:r>
      <w:r>
        <w:t>to "fama za baad al haqq illat zalaal" ka matlab yeh hai ke agar tum kainaat ko explain karne ke</w:t>
      </w:r>
    </w:p>
    <w:p>
      <w:pPr>
        <w:jc w:val="right"/>
      </w:pPr>
      <w:r>
        <w:t>تو "فماذا بعد الحق علت ذلال" کا مطلب یہ ہے کہ اگر تم کائنات کو ایکسپلین کرنے کے</w:t>
      </w:r>
    </w:p>
    <w:p>
      <w:r>
        <w:rPr>
          <w:b/>
        </w:rPr>
        <w:t xml:space="preserve">[31:38] </w:t>
      </w:r>
      <w:r>
        <w:t>liye khuda ko na manoge, to nateeja kya hoga? intellectual bhatkao tumhare hisse mein ayega.</w:t>
      </w:r>
    </w:p>
    <w:p>
      <w:pPr>
        <w:jc w:val="right"/>
      </w:pPr>
      <w:r>
        <w:t>لیے خدا کو نہ مانو گے، تو نتیجہ کیا ہوگا؟ انٹلیکچول بھٹکاؤ تمہارے حصے میں آئے گا۔</w:t>
      </w:r>
    </w:p>
    <w:p>
      <w:r>
        <w:rPr>
          <w:b/>
        </w:rPr>
        <w:t xml:space="preserve">[31:45] </w:t>
      </w:r>
      <w:r>
        <w:t>wohi haal hai sab ka.</w:t>
      </w:r>
    </w:p>
    <w:p>
      <w:pPr>
        <w:jc w:val="right"/>
      </w:pPr>
      <w:r>
        <w:t>وہی حال ہے سب کا۔</w:t>
      </w:r>
    </w:p>
    <w:p>
      <w:r>
        <w:rPr>
          <w:b/>
        </w:rPr>
        <w:t xml:space="preserve">[31:52] </w:t>
      </w:r>
      <w:r>
        <w:t>philosopher bhatak rahe hain, scientist bhatak rahe hain, mayusi mar rahe hain.</w:t>
      </w:r>
    </w:p>
    <w:p>
      <w:pPr>
        <w:jc w:val="right"/>
      </w:pPr>
      <w:r>
        <w:t>فلاسفر بھٹک رہے ہیں، سائنٹسٹ بھٹک رہے ہیں، مایوسی مر رہے ہیں۔</w:t>
      </w:r>
    </w:p>
    <w:p>
      <w:r>
        <w:rPr>
          <w:b/>
        </w:rPr>
        <w:t xml:space="preserve">[32:00] </w:t>
      </w:r>
      <w:r>
        <w:t>kaisi ajeeb baat hai ke sare scientist ka scientific mind is par laga hua hai ke theory of</w:t>
      </w:r>
    </w:p>
    <w:p>
      <w:pPr>
        <w:jc w:val="right"/>
      </w:pPr>
      <w:r>
        <w:t>کیسی عجیب بات ہے کہ سارے سائنٹسٹ کا سائنٹیفک مائنڈ اس پر لگا ہوا ہے کہ تھیوری آف</w:t>
      </w:r>
    </w:p>
    <w:p>
      <w:r>
        <w:rPr>
          <w:b/>
        </w:rPr>
        <w:t xml:space="preserve">[32:07] </w:t>
      </w:r>
      <w:r>
        <w:t>everything daryaft karein.</w:t>
      </w:r>
    </w:p>
    <w:p>
      <w:pPr>
        <w:jc w:val="right"/>
      </w:pPr>
      <w:r>
        <w:t>ایوری تھنگ دریافت کریں۔</w:t>
      </w:r>
    </w:p>
    <w:p>
      <w:r>
        <w:rPr>
          <w:b/>
        </w:rPr>
        <w:t xml:space="preserve">[32:15] </w:t>
      </w:r>
      <w:r>
        <w:t>woh kya cheez hai? woh hai sab khuda ka substitute daryaft karna, khuda ka badal daryaft karna.</w:t>
      </w:r>
    </w:p>
    <w:p>
      <w:pPr>
        <w:jc w:val="right"/>
      </w:pPr>
      <w:r>
        <w:t>وہ کیا چیز ہے؟ وہ ہے سب خدا کا سبسٹیٹیوٹ دریافت کرنا، خدا کا بدل دریافت کرنا۔</w:t>
      </w:r>
    </w:p>
    <w:p>
      <w:r>
        <w:rPr>
          <w:b/>
        </w:rPr>
        <w:t xml:space="preserve">[32:22] </w:t>
      </w:r>
      <w:r>
        <w:t>yani pani ka inkar kar ke pani ka badal daryaft karna, kya yeh mumkin hai? yeh aadmi pyas</w:t>
      </w:r>
    </w:p>
    <w:p>
      <w:pPr>
        <w:jc w:val="right"/>
      </w:pPr>
      <w:r>
        <w:t>یعنی پانی کا انکار کر کے پانی کا بدل دریافت کرنا، کیا یہ ممکن ہے؟ یہ آدمی پیاس</w:t>
      </w:r>
    </w:p>
    <w:p>
      <w:r>
        <w:rPr>
          <w:b/>
        </w:rPr>
        <w:t xml:space="preserve">[32:29] </w:t>
      </w:r>
      <w:r>
        <w:t>se tarap raha hai aur pani ka inkar karna chahta hai ke hum pani se hamein pyas nahi bujhana hai.</w:t>
      </w:r>
    </w:p>
    <w:p>
      <w:pPr>
        <w:jc w:val="right"/>
      </w:pPr>
      <w:r>
        <w:t>سے تڑپ رہا ہے اور پانی کا انکار کرنا چاہتا ہے کہ ہم پانی سے ہمیں پیاس نہیں بجھانا ہے۔</w:t>
      </w:r>
    </w:p>
    <w:p>
      <w:r>
        <w:rPr>
          <w:b/>
        </w:rPr>
        <w:t xml:space="preserve">[32:37] </w:t>
      </w:r>
      <w:r>
        <w:t>to doosri jo bhi cheez tum daryaft karoge, pathar, lakri, kuch bhi, woh kya hoga? bhatka hoga.</w:t>
      </w:r>
    </w:p>
    <w:p>
      <w:pPr>
        <w:jc w:val="right"/>
      </w:pPr>
      <w:r>
        <w:t>تو دوسری جو بھی چیز تم دریافت کرو گے، پتھر، لکڑی، کچھ بھی، وہ کیا ہوگا؟ بھٹکا ہوگا۔</w:t>
      </w:r>
    </w:p>
    <w:p>
      <w:r>
        <w:rPr>
          <w:b/>
        </w:rPr>
        <w:t xml:space="preserve">[32:44] </w:t>
      </w:r>
      <w:r>
        <w:t>woh to yeh ayat jo hai, bohat ajeeb ayat hai.</w:t>
      </w:r>
    </w:p>
    <w:p>
      <w:pPr>
        <w:jc w:val="right"/>
      </w:pPr>
      <w:r>
        <w:t>وہ تو یہ آیت جو ہے، بہت عجیب آیت ہے۔</w:t>
      </w:r>
    </w:p>
    <w:p>
      <w:r>
        <w:rPr>
          <w:b/>
        </w:rPr>
        <w:t xml:space="preserve">[32:51] </w:t>
      </w:r>
      <w:r>
        <w:t>is ko aap log wapas ja kar phir se padhiyega, surah yunus mein ke allah ke wajood</w:t>
      </w:r>
    </w:p>
    <w:p>
      <w:pPr>
        <w:jc w:val="right"/>
      </w:pPr>
      <w:r>
        <w:t>اس کو آپ لوگ واپس جا کر پھر سے پڑھیے گا، سورہ یونس میں کہ اللہ کے وجود</w:t>
      </w:r>
    </w:p>
    <w:p>
      <w:r>
        <w:rPr>
          <w:b/>
        </w:rPr>
        <w:t xml:space="preserve">[32:59] </w:t>
      </w:r>
      <w:r>
        <w:t>ka zikr kiya ke yeh hai kon tum ko rizq deta hai, kon zameen o asman ko ko</w:t>
      </w:r>
    </w:p>
    <w:p>
      <w:pPr>
        <w:jc w:val="right"/>
      </w:pPr>
      <w:r>
        <w:t>کا ذکر کیا کہ یہ ہے کون تم کو رزق دیتا ہے، کون زمین و آسمان کو کو</w:t>
      </w:r>
    </w:p>
    <w:p>
      <w:r>
        <w:rPr>
          <w:b/>
        </w:rPr>
        <w:t xml:space="preserve">[33:06] </w:t>
      </w:r>
      <w:r>
        <w:t>control kiya gaya hai waghera waghera.</w:t>
      </w:r>
    </w:p>
    <w:p>
      <w:pPr>
        <w:jc w:val="right"/>
      </w:pPr>
      <w:r>
        <w:t>کنٹرول کیا گیا ہے وغیرہ وغیرہ۔</w:t>
      </w:r>
    </w:p>
    <w:p>
      <w:r>
        <w:rPr>
          <w:b/>
        </w:rPr>
        <w:t xml:space="preserve">[33:13] </w:t>
      </w:r>
      <w:r>
        <w:t>to "fama ba'da al-haqq illa zalal" yani agar tum allah ka inkar na karo to kya hoga? tum</w:t>
      </w:r>
    </w:p>
    <w:p>
      <w:pPr>
        <w:jc w:val="right"/>
      </w:pPr>
      <w:r>
        <w:t>تو "فماذا بعد الحق علت ذلال" یعنی اگر تم اللہ کا انکار نہ کرو تو کیا ہوگا؟ تم</w:t>
      </w:r>
    </w:p>
    <w:p>
      <w:r>
        <w:rPr>
          <w:b/>
        </w:rPr>
        <w:t xml:space="preserve">[33:21] </w:t>
      </w:r>
      <w:r>
        <w:t>intellectual bhatkao mein par jaoge, kyunke kisi aur tareeqe se tum explain kar nahi paoge nature ko.</w:t>
      </w:r>
    </w:p>
    <w:p>
      <w:pPr>
        <w:jc w:val="right"/>
      </w:pPr>
      <w:r>
        <w:t>انٹلیکچول بھٹکاؤ میں پڑ جاؤ گے، کیونکہ کسی اور طریقے سے تم ایکسپلین کر نہیں پاؤ گے نیچر کو۔</w:t>
      </w:r>
    </w:p>
    <w:p>
      <w:r>
        <w:rPr>
          <w:b/>
        </w:rPr>
        <w:t xml:space="preserve">[33:28] </w:t>
      </w:r>
      <w:r>
        <w:t>jaise jaise koi pani ka inkar kar de to pyas nahi bujha payega.</w:t>
      </w:r>
    </w:p>
    <w:p>
      <w:pPr>
        <w:jc w:val="right"/>
      </w:pPr>
      <w:r>
        <w:t>جیسے جیسے کوئی پانی کا انکار کر دے تو پیاس نہیں بجھا پائے گا۔</w:t>
      </w:r>
    </w:p>
    <w:p>
      <w:r>
        <w:rPr>
          <w:b/>
        </w:rPr>
        <w:t xml:space="preserve">[33:35] </w:t>
      </w:r>
      <w:r>
        <w:t>woh hazar cheezein khaye piye, hazar cheezein munh mein dale, kisi se, hatta ke petrol bazahir pani ki</w:t>
      </w:r>
    </w:p>
    <w:p>
      <w:pPr>
        <w:jc w:val="right"/>
      </w:pPr>
      <w:r>
        <w:t>وہ ہزار چیزیں کھائے پیئے، ہزار چیزیں منہ میں ڈالے، کسی سے، حتی کہ پیٹرول بظاہر پانی کی</w:t>
      </w:r>
    </w:p>
    <w:p>
      <w:r>
        <w:rPr>
          <w:b/>
        </w:rPr>
        <w:t xml:space="preserve">[33:43] </w:t>
      </w:r>
      <w:r>
        <w:t>shakal ka hota hai, us ko bhi aap pee lein, tab bhi pyas nahi bujhe gi.</w:t>
      </w:r>
    </w:p>
    <w:p>
      <w:pPr>
        <w:jc w:val="right"/>
      </w:pPr>
      <w:r>
        <w:t>شکل کا ہوتا ہے، اس کو بھی آپ پی لیں، تب بھی پیاس نہیں بجھے گی۔</w:t>
      </w:r>
    </w:p>
    <w:p>
      <w:r>
        <w:rPr>
          <w:b/>
        </w:rPr>
        <w:t xml:space="preserve">[33:50] </w:t>
      </w:r>
      <w:r>
        <w:t>to yeh hai matlab "fama ba'da al-haqq illa zalal" ka, kyunke insan kaise na soche? us ko sochna</w:t>
      </w:r>
    </w:p>
    <w:p>
      <w:pPr>
        <w:jc w:val="right"/>
      </w:pPr>
      <w:r>
        <w:t>تو یہ ہے مطلب "فماذا بعد الحق علت ذلال" کا، کیونکہ انسان کیسے نہ سوچے؟ اس کو سوچنا</w:t>
      </w:r>
    </w:p>
    <w:p>
      <w:r>
        <w:rPr>
          <w:b/>
        </w:rPr>
        <w:t xml:space="preserve">[33:57] </w:t>
      </w:r>
      <w:r>
        <w:t>hi parega.</w:t>
      </w:r>
    </w:p>
    <w:p>
      <w:pPr>
        <w:jc w:val="right"/>
      </w:pPr>
      <w:r>
        <w:t>ہی پڑے گا۔</w:t>
      </w:r>
    </w:p>
    <w:p>
      <w:r>
        <w:rPr>
          <w:b/>
        </w:rPr>
        <w:t xml:space="preserve">[34:05] </w:t>
      </w:r>
      <w:r>
        <w:t>yeh to mumkin nahi ke aap aap ka mind na soche.</w:t>
      </w:r>
    </w:p>
    <w:p>
      <w:pPr>
        <w:jc w:val="right"/>
      </w:pPr>
      <w:r>
        <w:t>یہ تو ممکن نہیں کہ آپ آپ کا مائنڈ نہ سوچے۔</w:t>
      </w:r>
    </w:p>
    <w:p>
      <w:r>
        <w:rPr>
          <w:b/>
        </w:rPr>
        <w:t xml:space="preserve">[34:12] </w:t>
      </w:r>
      <w:r>
        <w:t>yeh tasveer ko mein aksar dekhta rehta hoon.</w:t>
      </w:r>
    </w:p>
    <w:p>
      <w:pPr>
        <w:jc w:val="right"/>
      </w:pPr>
      <w:r>
        <w:t>اس تصویر کو میں اکثر دیکھتا رہتا ہوں۔</w:t>
      </w:r>
    </w:p>
    <w:p>
      <w:r>
        <w:rPr>
          <w:b/>
        </w:rPr>
        <w:t xml:space="preserve">[34:20] </w:t>
      </w:r>
      <w:r>
        <w:t>yeh space mein jo observatory banai gayi hai, aap jante hain ke zameen se agar hum jo observatory</w:t>
      </w:r>
    </w:p>
    <w:p>
      <w:pPr>
        <w:jc w:val="right"/>
      </w:pPr>
      <w:r>
        <w:t>یہ اسپیس میں جو ابزرویٹی بنائی گئی ہے، آپ جانتے ہیں کہ زمین سے اگر ہم جو ابزرویٹی</w:t>
      </w:r>
    </w:p>
    <w:p>
      <w:r>
        <w:rPr>
          <w:b/>
        </w:rPr>
        <w:t xml:space="preserve">[34:27] </w:t>
      </w:r>
      <w:r>
        <w:t>banai gayi, zameen mein sab se pehle pearl over observatory banai gayi thi zameen par.</w:t>
      </w:r>
    </w:p>
    <w:p>
      <w:pPr>
        <w:jc w:val="right"/>
      </w:pPr>
      <w:r>
        <w:t>بنائی گئی، زمین میں سب سے پہلے پرل اوور ابزرویٹی بنائی گئی تھی زمین پر۔</w:t>
      </w:r>
    </w:p>
    <w:p>
      <w:r>
        <w:rPr>
          <w:b/>
        </w:rPr>
        <w:t xml:space="preserve">[34:34] </w:t>
      </w:r>
      <w:r>
        <w:t>ab jo hai phir hubble observatory banai gayi.</w:t>
      </w:r>
    </w:p>
    <w:p>
      <w:pPr>
        <w:jc w:val="right"/>
      </w:pPr>
      <w:r>
        <w:t>اب جو ہے پھر ہبل ابزرویٹی بنائی گئی۔</w:t>
      </w:r>
    </w:p>
    <w:p>
      <w:r>
        <w:rPr>
          <w:b/>
        </w:rPr>
        <w:t xml:space="preserve">[34:42] </w:t>
      </w:r>
      <w:r>
        <w:t>ab space observatory hai, yani poora ek ek masnooi sayare ki shakal mein upar space se bhaja bhaja jata hai.</w:t>
      </w:r>
    </w:p>
    <w:p>
      <w:pPr>
        <w:jc w:val="right"/>
      </w:pPr>
      <w:r>
        <w:t>اب اسپیس ابزرویٹری ہے، یعنی پورا ایک ایک مصنوعی سیارے کی شکل میں اوپر اسپیس سے بھجا بھجا جاتا ہے۔</w:t>
      </w:r>
    </w:p>
    <w:p>
      <w:r>
        <w:rPr>
          <w:b/>
        </w:rPr>
        <w:t xml:space="preserve">[34:49] </w:t>
      </w:r>
      <w:r>
        <w:t>wahan par durbin nasb hoti hain, telescope nasb hota hai, wahan se woh photo leta hai.</w:t>
      </w:r>
    </w:p>
    <w:p>
      <w:pPr>
        <w:jc w:val="right"/>
      </w:pPr>
      <w:r>
        <w:t>وہاں پر دوربین نصب ہوتی ہیں، ٹیلیسکوپ نصب ہوتا ہے، وہاں سے وہ فوٹو لیتا ہے۔</w:t>
      </w:r>
    </w:p>
    <w:p>
      <w:r>
        <w:rPr>
          <w:b/>
        </w:rPr>
        <w:t xml:space="preserve">[34:56] </w:t>
      </w:r>
      <w:r>
        <w:t>yeh is ka photo hai.</w:t>
      </w:r>
    </w:p>
    <w:p>
      <w:pPr>
        <w:jc w:val="right"/>
      </w:pPr>
      <w:r>
        <w:t>یہ اس کا فوٹو ہے۔</w:t>
      </w:r>
    </w:p>
    <w:p>
      <w:r>
        <w:rPr>
          <w:b/>
        </w:rPr>
        <w:t xml:space="preserve">[35:04] </w:t>
      </w:r>
      <w:r>
        <w:t>yeh yeh photo zameen se lena mumkin nahi hai, zameen ki fiza se bahar ja ke hota hai.</w:t>
      </w:r>
    </w:p>
    <w:p>
      <w:pPr>
        <w:jc w:val="right"/>
      </w:pPr>
      <w:r>
        <w:t>یہ یہ فوٹو زمین سے لینا ممکن نہیں ہے، زمین کی فضا سے باہر جا کے ہوتا ہے۔</w:t>
      </w:r>
    </w:p>
    <w:p>
      <w:r>
        <w:rPr>
          <w:b/>
        </w:rPr>
        <w:t xml:space="preserve">[35:11] </w:t>
      </w:r>
      <w:r>
        <w:t>to mein is ko dekhta rehta hoon ke itni bari galaxy hai, itni bari galaxy hai, us ke</w:t>
      </w:r>
    </w:p>
    <w:p>
      <w:pPr>
        <w:jc w:val="right"/>
      </w:pPr>
      <w:r>
        <w:t>تو میں اس کو دیکھتا رہتا ہوں کہ اتنی بڑی گیلیکسی ہے، اتنی بڑی گیلیکسی ہے، اس کے</w:t>
      </w:r>
    </w:p>
    <w:p>
      <w:r>
        <w:rPr>
          <w:b/>
        </w:rPr>
        <w:t xml:space="preserve">[35:18] </w:t>
      </w:r>
      <w:r>
        <w:t>ek bahut goshay mein hamara solar system hai.</w:t>
      </w:r>
    </w:p>
    <w:p>
      <w:pPr>
        <w:jc w:val="right"/>
      </w:pPr>
      <w:r>
        <w:t>ایک بہت گوشے میں ہمارا سولر سسٹم ہے۔</w:t>
      </w:r>
    </w:p>
    <w:p>
      <w:r>
        <w:rPr>
          <w:b/>
        </w:rPr>
        <w:t xml:space="preserve">[35:26] </w:t>
      </w:r>
      <w:r>
        <w:t>kyunkay zameen par dekhiye, pani aur plant aur animal aur insan sab ko bahut hi munasib heat chahiye.</w:t>
      </w:r>
    </w:p>
    <w:p>
      <w:pPr>
        <w:jc w:val="right"/>
      </w:pPr>
      <w:r>
        <w:t>کیونکہ زمین پر دیکھیے، پانی اور پلانٹ اور اینیمل اور انسان سب کو بہت ہی مناسب ہیٹ چاہیے۔</w:t>
      </w:r>
    </w:p>
    <w:p>
      <w:r>
        <w:rPr>
          <w:b/>
        </w:rPr>
        <w:t xml:space="preserve">[35:33] </w:t>
      </w:r>
      <w:r>
        <w:t>agar ziyada heat ho, pani bhap ban jaye, sare plant mar jayen, sare animal khatm ho jayen, insan</w:t>
      </w:r>
    </w:p>
    <w:p>
      <w:pPr>
        <w:jc w:val="right"/>
      </w:pPr>
      <w:r>
        <w:t>اگر زیادہ ہیٹ ہو، پانی بھاپ بن جائے، سارے پلانٹ مر جائیں، سارے اینیمل ختم ہو جائیں، انسان</w:t>
      </w:r>
    </w:p>
    <w:p>
      <w:r>
        <w:rPr>
          <w:b/>
        </w:rPr>
        <w:t xml:space="preserve">[35:40] </w:t>
      </w:r>
      <w:r>
        <w:t>khatm ho jayen, bahut hi mutanasib heat, bahut hi tanasub ke sath, bahut hi proportionate way heat hum ko chahiye.</w:t>
      </w:r>
    </w:p>
    <w:p>
      <w:pPr>
        <w:jc w:val="right"/>
      </w:pPr>
      <w:r>
        <w:t>ختم ہو جائیں، بہت ہی متناسب ہیٹ، بہت ہی تناسب کے ساتھ، بہت ہی پروپورشنٹ وے ہیٹ ہم کو چاہیے۔</w:t>
      </w:r>
    </w:p>
    <w:p>
      <w:r>
        <w:rPr>
          <w:b/>
        </w:rPr>
        <w:t xml:space="preserve">[35:48] </w:t>
      </w:r>
      <w:r>
        <w:t>to kis ne, kon tha woh jis ne yahan locate kiya solar system? jis ne yeh jana ke</w:t>
      </w:r>
    </w:p>
    <w:p>
      <w:pPr>
        <w:jc w:val="right"/>
      </w:pPr>
      <w:r>
        <w:t>تو کس نے، کون تھا وہ جس نے یہاں لوکیٹ کیا سولر سسٹم؟ جس نے یہ جانا کہ</w:t>
      </w:r>
    </w:p>
    <w:p>
      <w:r>
        <w:rPr>
          <w:b/>
        </w:rPr>
        <w:t xml:space="preserve">[35:55] </w:t>
      </w:r>
      <w:r>
        <w:t>agar yahan hoga to sab kuch khatm ho jayega.</w:t>
      </w:r>
    </w:p>
    <w:p>
      <w:pPr>
        <w:jc w:val="right"/>
      </w:pPr>
      <w:r>
        <w:t>اگر یہاں ہوگا تو سب کچھ ختم ہو جائے گا۔</w:t>
      </w:r>
    </w:p>
    <w:p>
      <w:r>
        <w:rPr>
          <w:b/>
        </w:rPr>
        <w:t xml:space="preserve">[36:03] </w:t>
      </w:r>
      <w:r>
        <w:t>phir na civilization hai, na zindagi hai, na life support system hai, na kuch hai, na kuch hai.</w:t>
      </w:r>
    </w:p>
    <w:p>
      <w:pPr>
        <w:jc w:val="right"/>
      </w:pPr>
      <w:r>
        <w:t>پھر نہ سولائزیشن ہے، نہ زندگی ہے، نہ لائف سپورٹ سسٹم ہے، نہ کچھ ہے، نہ کچھ ہے۔</w:t>
      </w:r>
    </w:p>
    <w:p>
      <w:r>
        <w:rPr>
          <w:b/>
        </w:rPr>
        <w:t xml:space="preserve">[36:10] </w:t>
      </w:r>
      <w:r>
        <w:t>to ek sunsan dunya ho gayi hai.</w:t>
      </w:r>
    </w:p>
    <w:p>
      <w:pPr>
        <w:jc w:val="right"/>
      </w:pPr>
      <w:r>
        <w:t>تو ایک سنسان دنیا ہو گئی ہے۔</w:t>
      </w:r>
    </w:p>
    <w:p>
      <w:r>
        <w:rPr>
          <w:b/>
        </w:rPr>
        <w:t xml:space="preserve">[36:17] </w:t>
      </w:r>
      <w:r>
        <w:t>kis ne jana? woh kon jis ne hum ko sunsan dunya se bacha liya ke hum yahan zinda</w:t>
      </w:r>
    </w:p>
    <w:p>
      <w:pPr>
        <w:jc w:val="right"/>
      </w:pPr>
      <w:r>
        <w:t>کس نے جانا؟ وہ کون جس نے ہم کو سنسان دنیا سے بچا لیا کہ ہم یہاں زندہ</w:t>
      </w:r>
    </w:p>
    <w:p>
      <w:r>
        <w:rPr>
          <w:b/>
        </w:rPr>
        <w:t xml:space="preserve">[36:25] </w:t>
      </w:r>
      <w:r>
        <w:t>hain, hum khate peete hain, hum chalte phirte hain? warna yeh sab kuch bhi na hota.</w:t>
      </w:r>
    </w:p>
    <w:p>
      <w:pPr>
        <w:jc w:val="right"/>
      </w:pPr>
      <w:r>
        <w:t>ہیں، ہم کھاتے پیتے ہیں، ہم چلتے پھرتے ہیں؟ ورنہ یہ سب کچھ بھی نہ ہوتا۔</w:t>
      </w:r>
    </w:p>
    <w:p>
      <w:r>
        <w:rPr>
          <w:b/>
        </w:rPr>
        <w:t xml:space="preserve">[36:32] </w:t>
      </w:r>
      <w:r>
        <w:t>to kis ne jana ke ek hashiye par rakha hamare solar system ko, beech mein nahi rakha? aise</w:t>
      </w:r>
    </w:p>
    <w:p>
      <w:pPr>
        <w:jc w:val="right"/>
      </w:pPr>
      <w:r>
        <w:t>تو کس نے جانا کہ ایک حاشیے پر رکھا ہمارے سولر سسٹم کو، بیچ میں نہیں رکھا؟ ایسے</w:t>
      </w:r>
    </w:p>
    <w:p>
      <w:r>
        <w:rPr>
          <w:b/>
        </w:rPr>
        <w:t xml:space="preserve">[36:39] </w:t>
      </w:r>
      <w:r>
        <w:t>million in million phenomena hain.</w:t>
      </w:r>
    </w:p>
    <w:p>
      <w:pPr>
        <w:jc w:val="right"/>
      </w:pPr>
      <w:r>
        <w:t>ملین ان ملین فیناومینا ہیں۔</w:t>
      </w:r>
    </w:p>
    <w:p>
      <w:r>
        <w:rPr>
          <w:b/>
        </w:rPr>
        <w:t xml:space="preserve">[36:47] </w:t>
      </w:r>
      <w:r>
        <w:t>to kaise insan deny kar sakta hai ke na soche? is ko kaise? kaise deny kar sakta hai?</w:t>
      </w:r>
    </w:p>
    <w:p>
      <w:pPr>
        <w:jc w:val="right"/>
      </w:pPr>
      <w:r>
        <w:t>تو کیسے انسان ڈینائی کر سکتا ہے کہ نہ سوچے؟ اس کو کیسے؟ کیسے ڈینائی کر سکتا ہے؟</w:t>
      </w:r>
    </w:p>
    <w:p>
      <w:r>
        <w:rPr>
          <w:b/>
        </w:rPr>
        <w:t xml:space="preserve">[36:54] </w:t>
      </w:r>
      <w:r>
        <w:t>na soche? is ko sochna parega.</w:t>
      </w:r>
    </w:p>
    <w:p>
      <w:pPr>
        <w:jc w:val="right"/>
      </w:pPr>
      <w:r>
        <w:t>نہ سوچے؟ اس کو سوچنا پڑے گا۔</w:t>
      </w:r>
    </w:p>
    <w:p>
      <w:r>
        <w:rPr>
          <w:b/>
        </w:rPr>
        <w:t xml:space="preserve">[37:01] </w:t>
      </w:r>
      <w:r>
        <w:t>chunanche dekhiye, ek khabar aayi thi, agar aap ne dekha ho media mein ke 13 billion saal pehle</w:t>
      </w:r>
    </w:p>
    <w:p>
      <w:pPr>
        <w:jc w:val="right"/>
      </w:pPr>
      <w:r>
        <w:t>چنانچہ دیکھیے، ایک خبر آئی تھی، اگر آپ نے دیکھا ہو میڈیا میں کہ 13 بلین سال پہلے</w:t>
      </w:r>
    </w:p>
    <w:p>
      <w:r>
        <w:rPr>
          <w:b/>
        </w:rPr>
        <w:t xml:space="preserve">[37:09] </w:t>
      </w:r>
      <w:r>
        <w:t>big bang hua tha.</w:t>
      </w:r>
    </w:p>
    <w:p>
      <w:pPr>
        <w:jc w:val="right"/>
      </w:pPr>
      <w:r>
        <w:t>بگ بینگ ہوا تھا۔</w:t>
      </w:r>
    </w:p>
    <w:p>
      <w:r>
        <w:rPr>
          <w:b/>
        </w:rPr>
        <w:t xml:space="preserve">[37:16] </w:t>
      </w:r>
      <w:r>
        <w:t>13 billion saal pehle taqreeban.</w:t>
      </w:r>
    </w:p>
    <w:p>
      <w:pPr>
        <w:jc w:val="right"/>
      </w:pPr>
      <w:r>
        <w:t>13 بلین سال پہلے تقریباً۔</w:t>
      </w:r>
    </w:p>
    <w:p>
      <w:r>
        <w:rPr>
          <w:b/>
        </w:rPr>
        <w:t xml:space="preserve">[37:23] </w:t>
      </w:r>
      <w:r>
        <w:t>to jab woh big bang hua tha to kuch lehrein nikli, jis ko ripples kehte hain.</w:t>
      </w:r>
    </w:p>
    <w:p>
      <w:pPr>
        <w:jc w:val="right"/>
      </w:pPr>
      <w:r>
        <w:t>تو جب وہ بگ بینگ ہوا تھا تو کچھ لہریں نکلیں، جس کو ریپلز کہتے ہیں۔</w:t>
      </w:r>
    </w:p>
    <w:p>
      <w:r>
        <w:rPr>
          <w:b/>
        </w:rPr>
        <w:t xml:space="preserve">[37:31] </w:t>
      </w:r>
      <w:r>
        <w:t>ripples, R.I.P.P.L.E., ripples.</w:t>
      </w:r>
    </w:p>
    <w:p>
      <w:pPr>
        <w:jc w:val="right"/>
      </w:pPr>
      <w:r>
        <w:t>ریپلز، آر آئی ڈبل پی ایل ای، ریپلز۔</w:t>
      </w:r>
    </w:p>
    <w:p>
      <w:r>
        <w:rPr>
          <w:b/>
        </w:rPr>
        <w:t xml:space="preserve">[37:38] </w:t>
      </w:r>
      <w:r>
        <w:t>is ki lehrein ab bhi space mein maujood hain.</w:t>
      </w:r>
    </w:p>
    <w:p>
      <w:pPr>
        <w:jc w:val="right"/>
      </w:pPr>
      <w:r>
        <w:t>اس کی لہریں اب بھی اسپیس میں موجود ہیں۔</w:t>
      </w:r>
    </w:p>
    <w:p>
      <w:r>
        <w:rPr>
          <w:b/>
        </w:rPr>
        <w:t xml:space="preserve">[37:46] </w:t>
      </w:r>
      <w:r>
        <w:t>yani 13 billion saal pehle jo big bang hua, jis ke nateejay mein yeh hamari universe bani.</w:t>
      </w:r>
    </w:p>
    <w:p>
      <w:pPr>
        <w:jc w:val="right"/>
      </w:pPr>
      <w:r>
        <w:t>یعنی 13 بلین سال پہلے جو بگ بینگ ہوا، جس کے نتیجے میں یہ ہماری یونیورس بنی۔</w:t>
      </w:r>
    </w:p>
    <w:p>
      <w:r>
        <w:rPr>
          <w:b/>
        </w:rPr>
        <w:t xml:space="preserve">[37:53] </w:t>
      </w:r>
      <w:r>
        <w:t>to big bang khud ek ajeeb o ghareeb waqia hai.</w:t>
      </w:r>
    </w:p>
    <w:p>
      <w:pPr>
        <w:jc w:val="right"/>
      </w:pPr>
      <w:r>
        <w:t>تو بگ بینگ خود ایک عجیب و غریب واقعہ ہے۔</w:t>
      </w:r>
    </w:p>
    <w:p>
      <w:r>
        <w:rPr>
          <w:b/>
        </w:rPr>
        <w:t xml:space="preserve">[38:00] </w:t>
      </w:r>
      <w:r>
        <w:t>dekhiye, science ka jo study hai, woh batati hai ke 13 billion saal pehle ek cosmic ball tha, bahut bara.</w:t>
      </w:r>
    </w:p>
    <w:p>
      <w:pPr>
        <w:jc w:val="right"/>
      </w:pPr>
      <w:r>
        <w:t>دیکھیے، سائنس کا جو اسٹڈی ہے، وہ بتاتی ہے کہ 13 بلین سال پہلے ایک کاسمک بال تھا، بہت بڑا۔</w:t>
      </w:r>
    </w:p>
    <w:p>
      <w:r>
        <w:rPr>
          <w:b/>
        </w:rPr>
        <w:t xml:space="preserve">[38:08] </w:t>
      </w:r>
      <w:r>
        <w:t>is cosmic ball mein woh sare particle thay, jis jo aaj universe ka hissa hain.</w:t>
      </w:r>
    </w:p>
    <w:p>
      <w:pPr>
        <w:jc w:val="right"/>
      </w:pPr>
      <w:r>
        <w:t>اس کاسمک بال میں وہ سارے پارٹیکل تھے، جس جو آج یونیورس کا حصہ ہیں۔</w:t>
      </w:r>
    </w:p>
    <w:p>
      <w:r>
        <w:rPr>
          <w:b/>
        </w:rPr>
        <w:t xml:space="preserve">[38:15] </w:t>
      </w:r>
      <w:r>
        <w:t>hamari universe, woh jo phaili hui universe hai, is ka jo hissa hai, woh sare particle is mein,</w:t>
      </w:r>
    </w:p>
    <w:p>
      <w:pPr>
        <w:jc w:val="right"/>
      </w:pPr>
      <w:r>
        <w:t>ہماری یونیورس، وہ جو پھیلی ہوئی یونیورس ہے، اس کا جو حصہ ہے، وہ سارے پارٹیکل اس میں،</w:t>
      </w:r>
    </w:p>
    <w:p>
      <w:r>
        <w:rPr>
          <w:b/>
        </w:rPr>
        <w:t xml:space="preserve">[38:22] </w:t>
      </w:r>
      <w:r>
        <w:t>is mein bahut hi compact halat mein thay, bahut compact halat mein thay.</w:t>
      </w:r>
    </w:p>
    <w:p>
      <w:pPr>
        <w:jc w:val="right"/>
      </w:pPr>
      <w:r>
        <w:t>اس میں بہت ہی کمپیکٹ حالت میں تھے، بہت کمپیکٹ حالت میں تھے۔</w:t>
      </w:r>
    </w:p>
    <w:p>
      <w:r>
        <w:rPr>
          <w:b/>
        </w:rPr>
        <w:t xml:space="preserve">[38:30] </w:t>
      </w:r>
      <w:r>
        <w:t>to particle ko compact hone ke liye zaroori hai ke is mein mass ho, M A double S mass.</w:t>
      </w:r>
    </w:p>
    <w:p>
      <w:pPr>
        <w:jc w:val="right"/>
      </w:pPr>
      <w:r>
        <w:t>تو پارٹیکل کو کمپیکٹ ہونے کے لیے ضروری ہے کہ اس میں ماس ہو، ایم اے ڈبل ایس ماس۔</w:t>
      </w:r>
    </w:p>
    <w:p>
      <w:r>
        <w:rPr>
          <w:b/>
        </w:rPr>
        <w:t xml:space="preserve">[38:37] </w:t>
      </w:r>
      <w:r>
        <w:t>agar mass na ho to compact halat mein nahi ho sakte woh.</w:t>
      </w:r>
    </w:p>
    <w:p>
      <w:pPr>
        <w:jc w:val="right"/>
      </w:pPr>
      <w:r>
        <w:t>اگر ماس نہ ہو تو کمپیکٹ حالت میں نہیں ہو سکتے وہ۔</w:t>
      </w:r>
    </w:p>
    <w:p>
      <w:r>
        <w:rPr>
          <w:b/>
        </w:rPr>
        <w:t xml:space="preserve">[38:44] </w:t>
      </w:r>
      <w:r>
        <w:t>aur jab tak mass hai, tab tak compact hi rahenge woh.</w:t>
      </w:r>
    </w:p>
    <w:p>
      <w:pPr>
        <w:jc w:val="right"/>
      </w:pPr>
      <w:r>
        <w:t>اور جب تک ماس ہے، تب تک کمپیکٹ ہی رہیں گے وہ۔</w:t>
      </w:r>
    </w:p>
    <w:p>
      <w:r>
        <w:rPr>
          <w:b/>
        </w:rPr>
        <w:t xml:space="preserve">[38:52] </w:t>
      </w:r>
      <w:r>
        <w:t>phir yeh batati hai, yani big bang theory ke in mein phir explosion hua.</w:t>
      </w:r>
    </w:p>
    <w:p>
      <w:pPr>
        <w:jc w:val="right"/>
      </w:pPr>
      <w:r>
        <w:t>پھر یہ بتاتی ہے، یعنی بگ بینگ تھیوری کہ ان میں پھر ایکسپلوژن ہوا۔</w:t>
      </w:r>
    </w:p>
    <w:p>
      <w:r>
        <w:rPr>
          <w:b/>
        </w:rPr>
        <w:t xml:space="preserve">[38:59] </w:t>
      </w:r>
      <w:r>
        <w:t>woh saare, yani saare jo particle the, woh disintegrate ho gaye.</w:t>
      </w:r>
    </w:p>
    <w:p>
      <w:pPr>
        <w:jc w:val="right"/>
      </w:pPr>
      <w:r>
        <w:t>وہ سارے، یعنی سارے جو پارٹیکل تھے، وہ ڈس انٹیگریٹ ہو گئے۔</w:t>
      </w:r>
    </w:p>
    <w:p>
      <w:r>
        <w:rPr>
          <w:b/>
        </w:rPr>
        <w:t xml:space="preserve">[39:06] </w:t>
      </w:r>
      <w:r>
        <w:t>lekin yeh kaise mumkin hua? jab is ka mass khatm ho jaye, particle ka mass jab khatm hoga,</w:t>
      </w:r>
    </w:p>
    <w:p>
      <w:pPr>
        <w:jc w:val="right"/>
      </w:pPr>
      <w:r>
        <w:t>لیکن یہ کیسے ممکن ہوا؟ جب اس کا ماس ختم ہو جائے، پارٹیکل کا ماس جب ختم ہوگا،</w:t>
      </w:r>
    </w:p>
    <w:p>
      <w:r>
        <w:rPr>
          <w:b/>
        </w:rPr>
        <w:t xml:space="preserve">[39:14] </w:t>
      </w:r>
      <w:r>
        <w:t>tab woh disintegration hoga.</w:t>
      </w:r>
    </w:p>
    <w:p>
      <w:pPr>
        <w:jc w:val="right"/>
      </w:pPr>
      <w:r>
        <w:t>تب وہ ڈس انٹیگریشن ہوگا۔</w:t>
      </w:r>
    </w:p>
    <w:p>
      <w:r>
        <w:rPr>
          <w:b/>
        </w:rPr>
        <w:t xml:space="preserve">[39:21] </w:t>
      </w:r>
      <w:r>
        <w:t>warna to aapas mein jude rahenge woh.</w:t>
      </w:r>
    </w:p>
    <w:p>
      <w:pPr>
        <w:jc w:val="right"/>
      </w:pPr>
      <w:r>
        <w:t>ورنہ تو آپس میں جڑے رہیں گے وہ۔</w:t>
      </w:r>
    </w:p>
    <w:p>
      <w:r>
        <w:rPr>
          <w:b/>
        </w:rPr>
        <w:t xml:space="preserve">[39:28] </w:t>
      </w:r>
      <w:r>
        <w:t>to ek lamhe ke liye mass khatm hua, phir dobara woh.</w:t>
      </w:r>
    </w:p>
    <w:p>
      <w:pPr>
        <w:jc w:val="right"/>
      </w:pPr>
      <w:r>
        <w:t>تو ایک لمحے کے لیے ماس ختم ہوا، پھر دوبارہ وہ۔</w:t>
      </w:r>
    </w:p>
    <w:p>
      <w:r>
        <w:rPr>
          <w:b/>
        </w:rPr>
        <w:t xml:space="preserve">[39:36] </w:t>
      </w:r>
      <w:r>
        <w:t>yani in ki jo raftaar kam hui, yeh bohat hi taiz bhaag rahe the, ek lakh 86 hazar</w:t>
      </w:r>
    </w:p>
    <w:p>
      <w:pPr>
        <w:jc w:val="right"/>
      </w:pPr>
      <w:r>
        <w:t>یعنی ان کی جو رفتار کم ہوئی، یہ بہت ہی تیز بھاگ رہے تھے، ایک لاکھ 86 ہزار</w:t>
      </w:r>
    </w:p>
    <w:p>
      <w:r>
        <w:rPr>
          <w:b/>
        </w:rPr>
        <w:t xml:space="preserve">[39:43] </w:t>
      </w:r>
      <w:r>
        <w:t>mil per second ki raftaar se bhaag rahe the.</w:t>
      </w:r>
    </w:p>
    <w:p>
      <w:pPr>
        <w:jc w:val="right"/>
      </w:pPr>
      <w:r>
        <w:t>میل فی سیکنڈ کی رفتار سے بھاگ رہے تھے۔</w:t>
      </w:r>
    </w:p>
    <w:p>
      <w:r>
        <w:rPr>
          <w:b/>
        </w:rPr>
        <w:t xml:space="preserve">[39:51] </w:t>
      </w:r>
      <w:r>
        <w:t>phir in ki raftaar kam hui, kam ho kar phir woh sitare aur seyyare bane.</w:t>
      </w:r>
    </w:p>
    <w:p>
      <w:pPr>
        <w:jc w:val="right"/>
      </w:pPr>
      <w:r>
        <w:t>پھر ان کی رفتار کم ہوئی، کم ہو کر پھر وہ ستارے اور سیارے بنے۔</w:t>
      </w:r>
    </w:p>
    <w:p>
      <w:r>
        <w:rPr>
          <w:b/>
        </w:rPr>
        <w:t xml:space="preserve">[39:58] </w:t>
      </w:r>
      <w:r>
        <w:t>lekin yeh jo kam hui, to kab kam hui? jab ke dobara mein mass aa gaya.</w:t>
      </w:r>
    </w:p>
    <w:p>
      <w:pPr>
        <w:jc w:val="right"/>
      </w:pPr>
      <w:r>
        <w:t>لیکن یہ جو کم ہوئی، تو کب کم ہوئی؟ جب کہ دوبارہ میں ماس آ گیا۔</w:t>
      </w:r>
    </w:p>
    <w:p>
      <w:r>
        <w:rPr>
          <w:b/>
        </w:rPr>
        <w:t xml:space="preserve">[40:05] </w:t>
      </w:r>
      <w:r>
        <w:t>yeh kaun hai jis ne mass ko khatm kiya? phir kaun jis ne mass ko laya? maine</w:t>
      </w:r>
    </w:p>
    <w:p>
      <w:pPr>
        <w:jc w:val="right"/>
      </w:pPr>
      <w:r>
        <w:t>یہ کون ہے جس نے ماس کو ختم کیا؟ پھر کون جس نے ماس کو لایا؟ میں نے</w:t>
      </w:r>
    </w:p>
    <w:p>
      <w:r>
        <w:rPr>
          <w:b/>
        </w:rPr>
        <w:t xml:space="preserve">[40:13] </w:t>
      </w:r>
      <w:r>
        <w:t>kaha ajeeb woh drama hai, yeh ajeeb woh drama hai.</w:t>
      </w:r>
    </w:p>
    <w:p>
      <w:pPr>
        <w:jc w:val="right"/>
      </w:pPr>
      <w:r>
        <w:t>کہا عجیب وہ ڈرامہ ہے، یہ عجیب وہ ڈرامہ ہے۔</w:t>
      </w:r>
    </w:p>
    <w:p>
      <w:r>
        <w:rPr>
          <w:b/>
        </w:rPr>
        <w:t xml:space="preserve">[40:20] </w:t>
      </w:r>
      <w:r>
        <w:t>is drama ki, yani abhi bhi is ka ek record maujood hai space mein, jis ko ripples kehte hain.</w:t>
      </w:r>
    </w:p>
    <w:p>
      <w:pPr>
        <w:jc w:val="right"/>
      </w:pPr>
      <w:r>
        <w:t>اس ڈرامے کی، یعنی ابھی بھی اس کا ایک ریکارڈ موجود ہے اسپیس میں، جس کو ریپلز کہتے ہیں۔</w:t>
      </w:r>
    </w:p>
    <w:p>
      <w:r>
        <w:rPr>
          <w:b/>
        </w:rPr>
        <w:t xml:space="preserve">[40:27] </w:t>
      </w:r>
      <w:r>
        <w:t>jab scientists ne is ripples ko dekha, yani space ke mushahide ke zariye se, to ek science</w:t>
      </w:r>
    </w:p>
    <w:p>
      <w:pPr>
        <w:jc w:val="right"/>
      </w:pPr>
      <w:r>
        <w:t>جب سائنس دانوں نے اس ریپلز کو دیکھا، یعنی اسپیس کے مشاہدے کے ذریعے سے، تو ایک سائنس</w:t>
      </w:r>
    </w:p>
    <w:p>
      <w:r>
        <w:rPr>
          <w:b/>
        </w:rPr>
        <w:t xml:space="preserve">[40:35] </w:t>
      </w:r>
      <w:r>
        <w:t>دان کہہ پڑا: "It is like seeing the writing of God." اس ریپلز کو جب دیکھا اس نے،</w:t>
      </w:r>
    </w:p>
    <w:p>
      <w:pPr>
        <w:jc w:val="right"/>
      </w:pPr>
      <w:r>
        <w:t>دان کہہ پڑا: "اٹ از لائک سینگ دا رائٹنگ اف گاڈ۔" اس ریپلز کو جب دیکھا اس نے،</w:t>
      </w:r>
    </w:p>
    <w:p>
      <w:r>
        <w:rPr>
          <w:b/>
        </w:rPr>
        <w:t xml:space="preserve">[40:42] </w:t>
      </w:r>
      <w:r>
        <w:t>تو اس نے کہا کہ "It is like seeing the writing of God, handwriting of God." "It</w:t>
      </w:r>
    </w:p>
    <w:p>
      <w:pPr>
        <w:jc w:val="right"/>
      </w:pPr>
      <w:r>
        <w:t>تو اس نے کہا کہ "اٹ از لائک سینگ دا رائٹنگ اف گاڈ، ہینڈ رائٹنگ اف گاڈ۔" "اٹ</w:t>
      </w:r>
    </w:p>
    <w:p>
      <w:r>
        <w:rPr>
          <w:b/>
        </w:rPr>
        <w:t xml:space="preserve">[40:49] </w:t>
      </w:r>
      <w:r>
        <w:t>"It's like seeing the handwriting of God." One more scientist said: "Who was that God who</w:t>
      </w:r>
    </w:p>
    <w:p>
      <w:pPr>
        <w:jc w:val="right"/>
      </w:pPr>
      <w:r>
        <w:t>از لائک سینگ دا ہینڈ رائٹنگ اف گاڈ۔" ایک اور سائنس نے کہا: "ہو واز دیٹ گاڈ ہو</w:t>
      </w:r>
    </w:p>
    <w:p>
      <w:r>
        <w:rPr>
          <w:b/>
        </w:rPr>
        <w:t xml:space="preserve">[40:57] </w:t>
      </w:r>
      <w:r>
        <w:t>root the science? to yeh saari cheezein hum se zyada jaanta hai scientific mind.</w:t>
      </w:r>
    </w:p>
    <w:p>
      <w:pPr>
        <w:jc w:val="right"/>
      </w:pPr>
      <w:r>
        <w:t>روٹ دی سائنس؟" تو یہ ساری چیزیں ہم سے زیادہ جانتا ہے سائنٹیفک مائنڈ۔</w:t>
      </w:r>
    </w:p>
    <w:p>
      <w:r>
        <w:rPr>
          <w:b/>
        </w:rPr>
        <w:t xml:space="preserve">[41:04] </w:t>
      </w:r>
      <w:r>
        <w:t>to subah shaam raat din bechain rehta hai ke kaise is ko explain kare, is ma'nawiyat ko,</w:t>
      </w:r>
    </w:p>
    <w:p>
      <w:pPr>
        <w:jc w:val="right"/>
      </w:pPr>
      <w:r>
        <w:t>تو صبح شام رات دن بے چین رہتا ہے کہ کیسے اس کو ایکسپلین کرے، اس معنویت کو،</w:t>
      </w:r>
    </w:p>
    <w:p>
      <w:r>
        <w:rPr>
          <w:b/>
        </w:rPr>
        <w:t xml:space="preserve">[41:11] </w:t>
      </w:r>
      <w:r>
        <w:t>is wisdom ko, is harmony ko, is design ko kaise explain kare.</w:t>
      </w:r>
    </w:p>
    <w:p>
      <w:pPr>
        <w:jc w:val="right"/>
      </w:pPr>
      <w:r>
        <w:t>اس وزڈم کو، اس ہارمونی کو، اس اس ڈیزائن کو کیسے ایکسپلین کرے۔</w:t>
      </w:r>
    </w:p>
    <w:p>
      <w:r>
        <w:rPr>
          <w:b/>
        </w:rPr>
        <w:t xml:space="preserve">[41:19] </w:t>
      </w:r>
      <w:r>
        <w:t>to chounke woh Khuda ko nahi manna chahta, is liye woh theory of everything mein pada hua</w:t>
      </w:r>
    </w:p>
    <w:p>
      <w:pPr>
        <w:jc w:val="right"/>
      </w:pPr>
      <w:r>
        <w:t>تو چونکہ وہ خدا کو نہیں ماننا چاہتا، اس لیے وہ تھیوری آف ایوری تھنگ میں پڑا ہوا</w:t>
      </w:r>
    </w:p>
    <w:p>
      <w:r>
        <w:rPr>
          <w:b/>
        </w:rPr>
        <w:t xml:space="preserve">[41:26] </w:t>
      </w:r>
      <w:r>
        <w:t>hai, jis ka koi wajood nahi, jis ka koi koi wajood nahi.</w:t>
      </w:r>
    </w:p>
    <w:p>
      <w:pPr>
        <w:jc w:val="right"/>
      </w:pPr>
      <w:r>
        <w:t>ہے، جس کا کوئی وجود نہیں، جس کا کوئی کوئی وجود نہیں۔</w:t>
      </w:r>
    </w:p>
    <w:p>
      <w:r>
        <w:rPr>
          <w:b/>
        </w:rPr>
        <w:t xml:space="preserve">[41:34] </w:t>
      </w:r>
      <w:r>
        <w:t>jis tarah se pathron mein pani ka wajood nahi, aap pani ko pathron mein talash karein to kahan</w:t>
      </w:r>
    </w:p>
    <w:p>
      <w:pPr>
        <w:jc w:val="right"/>
      </w:pPr>
      <w:r>
        <w:t>جس طرح سے پتھروں میں پانی کا وجود نہیں، آپ پانی کو پتھروں میں تلاش کریں تو کہاں</w:t>
      </w:r>
    </w:p>
    <w:p>
      <w:r>
        <w:rPr>
          <w:b/>
        </w:rPr>
        <w:t xml:space="preserve">[41:41] </w:t>
      </w:r>
      <w:r>
        <w:t>paayenge? aap pani to darya mein milega, samandar mein milega, pathron mein to milega nahi.</w:t>
      </w:r>
    </w:p>
    <w:p>
      <w:pPr>
        <w:jc w:val="right"/>
      </w:pPr>
      <w:r>
        <w:t>پائیں گے؟ آپ پانی تو دریا میں ملے گا، سمندر میں ملے گا، پتھروں میں تو ملے گا نہیں۔</w:t>
      </w:r>
    </w:p>
    <w:p>
      <w:r>
        <w:rPr>
          <w:b/>
        </w:rPr>
        <w:t xml:space="preserve">[41:48] </w:t>
      </w:r>
      <w:r>
        <w:t>to piyas se bechain ho ho kar koi kankaron aur pathron mein pani talash kare, wahi haal</w:t>
      </w:r>
    </w:p>
    <w:p>
      <w:pPr>
        <w:jc w:val="right"/>
      </w:pPr>
      <w:r>
        <w:t>تو پیاس سے بے چین ہو ہو کر کوئی کنکروں اور پتھروں میں پانی تلاش کرے، وہی حال</w:t>
      </w:r>
    </w:p>
    <w:p>
      <w:r>
        <w:rPr>
          <w:b/>
        </w:rPr>
        <w:t xml:space="preserve">[41:56] </w:t>
      </w:r>
      <w:r>
        <w:t>hai in saare scientist logon ka, including Einstein.</w:t>
      </w:r>
    </w:p>
    <w:p>
      <w:pPr>
        <w:jc w:val="right"/>
      </w:pPr>
      <w:r>
        <w:t>ہے ان سارے سائنٹسٹ لوگوں کا، انکلوڈنگ آئنسٹائن۔</w:t>
      </w:r>
    </w:p>
    <w:p>
      <w:r>
        <w:rPr>
          <w:b/>
        </w:rPr>
        <w:t xml:space="preserve">[42:03] </w:t>
      </w:r>
      <w:r>
        <w:t>to theory of everything ka matlab hai: "theory that explains everything." to kaise explain karenge</w:t>
      </w:r>
    </w:p>
    <w:p>
      <w:pPr>
        <w:jc w:val="right"/>
      </w:pPr>
      <w:r>
        <w:t>تو تھیوری آف ایوری تھنگ کا مطلب ہے: "تھیوری دیٹ ایکسپلینز ایوری تھنگ۔" تو کیسے ایکسپلین کریں گے</w:t>
      </w:r>
    </w:p>
    <w:p>
      <w:r>
        <w:rPr>
          <w:b/>
        </w:rPr>
        <w:t xml:space="preserve">[42:10] </w:t>
      </w:r>
      <w:r>
        <w:t>آپ جب وہ اس کا وجود نہیں ہے؟ تو کہا: "ایک complex situation ہے، complex situation جو کہہ</w:t>
      </w:r>
    </w:p>
    <w:p>
      <w:pPr>
        <w:jc w:val="right"/>
      </w:pPr>
      <w:r>
        <w:t>آپ جب وہ اس کا وجود نہیں ہے؟ تو کہا: "ایک کامپلنگ سچوئیشن ہے، کامپلنگ سچوئیشن جو کہہ</w:t>
      </w:r>
    </w:p>
    <w:p>
      <w:r>
        <w:rPr>
          <w:b/>
        </w:rPr>
        <w:t xml:space="preserve">[42:18] </w:t>
      </w:r>
      <w:r>
        <w:t>rahi hai ke Khuda ko maano." yaani river of knowledge yahan pahunch chuka hai ke ek coupling situation</w:t>
      </w:r>
    </w:p>
    <w:p>
      <w:pPr>
        <w:jc w:val="right"/>
      </w:pPr>
      <w:r>
        <w:t>رہی ہے کہ خدا کو مانو۔" یعنی ریور آف نالج یہاں پہنچ چکا ہے کہ ایک کامپلنگ سچوئیشن</w:t>
      </w:r>
    </w:p>
    <w:p>
      <w:r>
        <w:rPr>
          <w:b/>
        </w:rPr>
        <w:t xml:space="preserve">[42:25] </w:t>
      </w:r>
      <w:r>
        <w:t>create ho gayi hai.</w:t>
      </w:r>
    </w:p>
    <w:p>
      <w:pPr>
        <w:jc w:val="right"/>
      </w:pPr>
      <w:r>
        <w:t>کریٹ ہو گئی ہے۔</w:t>
      </w:r>
    </w:p>
    <w:p>
      <w:r>
        <w:rPr>
          <w:b/>
        </w:rPr>
        <w:t xml:space="preserve">[42:32] </w:t>
      </w:r>
      <w:r>
        <w:t>aur Quran ke alfaaz kaise ajeeb ghareeb hain ke "fama ba'd al-haqq ba'd al-haqq" ke andar dalal.</w:t>
      </w:r>
    </w:p>
    <w:p>
      <w:pPr>
        <w:jc w:val="right"/>
      </w:pPr>
      <w:r>
        <w:t>اور قرآن کے الفاظ کیسے عجیب غریب ہیں کہ "فما بعد الحق بعد الحق" کے اندر ذلال۔</w:t>
      </w:r>
    </w:p>
    <w:p>
      <w:r>
        <w:rPr>
          <w:b/>
        </w:rPr>
        <w:t xml:space="preserve">[42:40] </w:t>
      </w:r>
      <w:r>
        <w:t>yaani agar Khuda ka inkar karke tum chaho ge ke duniya ko explain karo, to bhatakte hi</w:t>
      </w:r>
    </w:p>
    <w:p>
      <w:pPr>
        <w:jc w:val="right"/>
      </w:pPr>
      <w:r>
        <w:t>یعنی اگر خدا کا انکار کر کے تم چاہو گے کہ دنیا کو ایکسپلین کرو، تو بھٹکتے ہی</w:t>
      </w:r>
    </w:p>
    <w:p>
      <w:r>
        <w:rPr>
          <w:b/>
        </w:rPr>
        <w:t xml:space="preserve">[42:47] </w:t>
      </w:r>
      <w:r>
        <w:t>raho ge, bhatakte hi raho ge, bhatakte hi raho ge, kabhi manzil nahin mile gi.</w:t>
      </w:r>
    </w:p>
    <w:p>
      <w:pPr>
        <w:jc w:val="right"/>
      </w:pPr>
      <w:r>
        <w:t>رہو گے، بھٹکتے ہی رہو گے، بھٹکتے ہی رہو گے، کبھی منزل نہیں ملے گی۔</w:t>
      </w:r>
    </w:p>
    <w:p>
      <w:r>
        <w:rPr>
          <w:b/>
        </w:rPr>
        <w:t xml:space="preserve">[42:54] </w:t>
      </w:r>
      <w:r>
        <w:t>wohi aaj haalat hai insaan ki.</w:t>
      </w:r>
    </w:p>
    <w:p>
      <w:pPr>
        <w:jc w:val="right"/>
      </w:pPr>
      <w:r>
        <w:t>وہی آج حالت ہے انسان کی۔</w:t>
      </w:r>
    </w:p>
    <w:p>
      <w:r>
        <w:rPr>
          <w:b/>
        </w:rPr>
        <w:t xml:space="preserve">[43:02] </w:t>
      </w:r>
      <w:r>
        <w:t>to Einstein ne jo baat kahi, main samajhta hoon ke woh koi sanjeedgi ki baat na thi, woh</w:t>
      </w:r>
    </w:p>
    <w:p>
      <w:pPr>
        <w:jc w:val="right"/>
      </w:pPr>
      <w:r>
        <w:t>تو آئنسٹائن نے جو بات کہی، میں سمجھتا ہوں کہ وہ کوئی سنجیدگی کی بات نہ تھی، وہ</w:t>
      </w:r>
    </w:p>
    <w:p>
      <w:r>
        <w:rPr>
          <w:b/>
        </w:rPr>
        <w:t xml:space="preserve">[43:09] </w:t>
      </w:r>
      <w:r>
        <w:t>sincerity ki baat na thi.</w:t>
      </w:r>
    </w:p>
    <w:p>
      <w:pPr>
        <w:jc w:val="right"/>
      </w:pPr>
      <w:r>
        <w:t>سنسیریٹی کی بات نہ تھی۔</w:t>
      </w:r>
    </w:p>
    <w:p>
      <w:r>
        <w:rPr>
          <w:b/>
        </w:rPr>
        <w:t xml:space="preserve">[43:16] </w:t>
      </w:r>
      <w:r>
        <w:t>aur aap jante hain Einstein ka haal haal kya hua? apne aakhri zamane mein woh bohat zyada is</w:t>
      </w:r>
    </w:p>
    <w:p>
      <w:pPr>
        <w:jc w:val="right"/>
      </w:pPr>
      <w:r>
        <w:t>اور آپ جانتے ہیں آئنسٹائن کا حال حال کیا ہوا؟ اپنے آخری زمانے میں وہ بہت زیادہ اس</w:t>
      </w:r>
    </w:p>
    <w:p>
      <w:r>
        <w:rPr>
          <w:b/>
        </w:rPr>
        <w:t xml:space="preserve">[43:24] </w:t>
      </w:r>
      <w:r>
        <w:t>ko ek bimari ho gayi, stomach ki bimari, maida is ka kharab ho gaya, aur woh badhta raha</w:t>
      </w:r>
    </w:p>
    <w:p>
      <w:pPr>
        <w:jc w:val="right"/>
      </w:pPr>
      <w:r>
        <w:t>کو ایک بیماری ہو گئی، اسٹمک کی بیماری، معدہ اس کا خراب ہو گیا، اور وہ بڑھتا رہا</w:t>
      </w:r>
    </w:p>
    <w:p>
      <w:r>
        <w:rPr>
          <w:b/>
        </w:rPr>
        <w:t xml:space="preserve">[43:31] </w:t>
      </w:r>
      <w:r>
        <w:t>yahan tak ke isi mar gaya.</w:t>
      </w:r>
    </w:p>
    <w:p>
      <w:pPr>
        <w:jc w:val="right"/>
      </w:pPr>
      <w:r>
        <w:t>یہاں تک کہ اسی مر گیا۔</w:t>
      </w:r>
    </w:p>
    <w:p>
      <w:r>
        <w:rPr>
          <w:b/>
        </w:rPr>
        <w:t xml:space="preserve">[43:39] </w:t>
      </w:r>
      <w:r>
        <w:t>وہ تو اگرچہ biographers تو نہیں لکھتے ہیں، لیکن میرا اپنا ماننا یہ ہے کہ یہ تھا tenses،</w:t>
      </w:r>
    </w:p>
    <w:p>
      <w:pPr>
        <w:jc w:val="right"/>
      </w:pPr>
      <w:r>
        <w:t>وہ تو اگرچہ بائیوگرافرز تو نہیں لکھتے ہیں، لیکن میرا اپنا ماننا یہ ہے کہ یہ تھا ٹینسز،</w:t>
      </w:r>
    </w:p>
    <w:p>
      <w:r>
        <w:rPr>
          <w:b/>
        </w:rPr>
        <w:t xml:space="preserve">[43:46] </w:t>
      </w:r>
      <w:r>
        <w:t>tension se related bimari.</w:t>
      </w:r>
    </w:p>
    <w:p>
      <w:pPr>
        <w:jc w:val="right"/>
      </w:pPr>
      <w:r>
        <w:t>ٹینشن سے ریلیٹڈ بیماری۔</w:t>
      </w:r>
    </w:p>
    <w:p>
      <w:r>
        <w:rPr>
          <w:b/>
        </w:rPr>
        <w:t xml:space="preserve">[43:53] </w:t>
      </w:r>
      <w:r>
        <w:t>aap jante hain ke agar koi tension ho jaye to saari body ka nizam gadbad ho jata hai,</w:t>
      </w:r>
    </w:p>
    <w:p>
      <w:pPr>
        <w:jc w:val="right"/>
      </w:pPr>
      <w:r>
        <w:t>آپ جانتے ہیں کہ اگر کوئی ٹینشن ہو جائے تو ساری باڈی کا نظام گڑبڑ ہو جاتا ہے،</w:t>
      </w:r>
    </w:p>
    <w:p>
      <w:r>
        <w:rPr>
          <w:b/>
        </w:rPr>
        <w:t xml:space="preserve">[44:01] </w:t>
      </w:r>
      <w:r>
        <w:t>saara nizam body ka.</w:t>
      </w:r>
    </w:p>
    <w:p>
      <w:pPr>
        <w:jc w:val="right"/>
      </w:pPr>
      <w:r>
        <w:t>سارا نظام باڈی کا۔</w:t>
      </w:r>
    </w:p>
    <w:p>
      <w:r>
        <w:rPr>
          <w:b/>
        </w:rPr>
        <w:t xml:space="preserve">[44:08] </w:t>
      </w:r>
      <w:r>
        <w:t>to Einstein ki zindagi bohat natural zindagi thi, woh violin bajata tha, tafreeh karta tha.</w:t>
      </w:r>
    </w:p>
    <w:p>
      <w:pPr>
        <w:jc w:val="right"/>
      </w:pPr>
      <w:r>
        <w:t>تو آئنسٹائن کی زندگی بہت نیچرل زندگی تھی، وہ والن بجاتا تھا، تفریح کرتا تھا۔</w:t>
      </w:r>
    </w:p>
    <w:p>
      <w:r>
        <w:rPr>
          <w:b/>
        </w:rPr>
        <w:t xml:space="preserve">[44:15] </w:t>
      </w:r>
      <w:r>
        <w:t>yani aap agarche woh scientist tha, aur bahut hi khush kaam hai science, scientific yani study ka kaam,</w:t>
      </w:r>
    </w:p>
    <w:p>
      <w:pPr>
        <w:jc w:val="right"/>
      </w:pPr>
      <w:r>
        <w:t>یعنی آپ اگرچہ وہ سائنٹسٹ تھا، اور بہت ہی خوش کام ہے سائنس، سائنٹیفک یعنی اسٹڈی کا کام،</w:t>
      </w:r>
    </w:p>
    <w:p>
      <w:r>
        <w:rPr>
          <w:b/>
        </w:rPr>
        <w:t xml:space="preserve">[44:23] </w:t>
      </w:r>
      <w:r>
        <w:t>lekin is saath saath violin bajata tha, woh boating karta tha.</w:t>
      </w:r>
    </w:p>
    <w:p>
      <w:pPr>
        <w:jc w:val="right"/>
      </w:pPr>
      <w:r>
        <w:t>لیکن اس ساتھ ساتھ والن بجاتا تھا، وہ بوٹک کرتا تھا۔</w:t>
      </w:r>
    </w:p>
    <w:p>
      <w:r>
        <w:rPr>
          <w:b/>
        </w:rPr>
        <w:t xml:space="preserve">[44:30] </w:t>
      </w:r>
      <w:r>
        <w:t>woh to ek aisa aadmi jo violin bajata ho, boating karta ho, bohat hi simple life ho, itna</w:t>
      </w:r>
    </w:p>
    <w:p>
      <w:pPr>
        <w:jc w:val="right"/>
      </w:pPr>
      <w:r>
        <w:t>وہ تو ایک ایسا آدمی جو والن بجاتا ہو، بوٹک کرتا ہو، بہت ہی سمپل لائف ہو، اتنا</w:t>
      </w:r>
    </w:p>
    <w:p>
      <w:r>
        <w:rPr>
          <w:b/>
        </w:rPr>
        <w:t xml:space="preserve">[44:37] </w:t>
      </w:r>
      <w:r>
        <w:t>zyada woh materials se itna door tha ke ek martaba kisi ne us ko ek bara check diya</w:t>
      </w:r>
    </w:p>
    <w:p>
      <w:pPr>
        <w:jc w:val="right"/>
      </w:pPr>
      <w:r>
        <w:t>زیادہ وہ مٹیریلز سے اتنا دور تھا کہ ایک مرتبہ کسی نے اس کو ایک بڑا چیک دیا</w:t>
      </w:r>
    </w:p>
    <w:p>
      <w:r>
        <w:rPr>
          <w:b/>
        </w:rPr>
        <w:t xml:space="preserve">[44:45] </w:t>
      </w:r>
      <w:r>
        <w:t>ke itne pound ka tha, woh to book bar ke tor par istemal karta raha woh, aur is</w:t>
      </w:r>
    </w:p>
    <w:p>
      <w:pPr>
        <w:jc w:val="right"/>
      </w:pPr>
      <w:r>
        <w:t>کہ اتنے پاؤنڈ کا تھا، وہ تو بک بار کے طور پر استعمال کرتا رہا وہ، اور اس</w:t>
      </w:r>
    </w:p>
    <w:p>
      <w:r>
        <w:rPr>
          <w:b/>
        </w:rPr>
        <w:t xml:space="preserve">[44:52] </w:t>
      </w:r>
      <w:r>
        <w:t>woh us ki us ka woh time hi khatam ho gaya, woh cash nahin ho saka.</w:t>
      </w:r>
    </w:p>
    <w:p>
      <w:pPr>
        <w:jc w:val="right"/>
      </w:pPr>
      <w:r>
        <w:t>وہ اس کی اس کا وہ ٹائم ہی ختم ہو گیا، وہ کیش نہیں ہو سکا۔</w:t>
      </w:r>
    </w:p>
    <w:p>
      <w:r>
        <w:rPr>
          <w:b/>
        </w:rPr>
        <w:t xml:space="preserve">[44:59] </w:t>
      </w:r>
      <w:r>
        <w:t>us ko Israel ka pehla president banaya gaya, woh qabool nahin kiya.</w:t>
      </w:r>
    </w:p>
    <w:p>
      <w:pPr>
        <w:jc w:val="right"/>
      </w:pPr>
      <w:r>
        <w:t>اس کو اسرائیل کا پہلا پریزیڈنٹ بنایا گیا، وہ قبول نہیں کیا۔</w:t>
      </w:r>
    </w:p>
    <w:p>
      <w:r>
        <w:rPr>
          <w:b/>
        </w:rPr>
        <w:t xml:space="preserve">[45:07] </w:t>
      </w:r>
      <w:r>
        <w:t>us ne us ne kaha ke nahin, mujhe to apna science, science ke yaani study mein rehna hai.</w:t>
      </w:r>
    </w:p>
    <w:p>
      <w:pPr>
        <w:jc w:val="right"/>
      </w:pPr>
      <w:r>
        <w:t>اس نے اس نے کہا کہ نہیں، مجھے تو اپنا سائنس، سائنس کے یعنی اسٹڈی میں رہنا ہے۔</w:t>
      </w:r>
    </w:p>
    <w:p>
      <w:r>
        <w:rPr>
          <w:b/>
        </w:rPr>
        <w:t xml:space="preserve">[45:14] </w:t>
      </w:r>
      <w:r>
        <w:t>to bohat simple life thi us ki, bohat simple.</w:t>
      </w:r>
    </w:p>
    <w:p>
      <w:pPr>
        <w:jc w:val="right"/>
      </w:pPr>
      <w:r>
        <w:t>تو بہت سمپل لائف تھی اس کی، بہت سمپل۔</w:t>
      </w:r>
    </w:p>
    <w:p>
      <w:r>
        <w:rPr>
          <w:b/>
        </w:rPr>
        <w:t xml:space="preserve">[45:22] </w:t>
      </w:r>
      <w:r>
        <w:t>koi is ka yani is tarah ke asbab nahi the jis mein is ki is ki sehat kharab ho.</w:t>
      </w:r>
    </w:p>
    <w:p>
      <w:pPr>
        <w:jc w:val="right"/>
      </w:pPr>
      <w:r>
        <w:t>کوئی اس کا یعنی اس طرح کے اسباب نہیں تھے جس میں اس کی اس کی صحت خراب ہو۔</w:t>
      </w:r>
    </w:p>
    <w:p>
      <w:r>
        <w:rPr>
          <w:b/>
        </w:rPr>
        <w:t xml:space="preserve">[45:29] </w:t>
      </w:r>
      <w:r>
        <w:t>plus ye hai ke wo ab wailn bajata tha tafreeh ke liye, relax hone ke liye, botik karta tha.</w:t>
      </w:r>
    </w:p>
    <w:p>
      <w:pPr>
        <w:jc w:val="right"/>
      </w:pPr>
      <w:r>
        <w:t>پلس یہ ہے کہ وہ اب والن بجاتا تھا تفریح کے لیے، ریلیکس ہونے کے لیے، بوٹک کرتا تھا۔</w:t>
      </w:r>
    </w:p>
    <w:p>
      <w:r>
        <w:rPr>
          <w:b/>
        </w:rPr>
        <w:t xml:space="preserve">[45:36] </w:t>
      </w:r>
      <w:r>
        <w:t>to is ka meda kyon kharab ho gaya? ab mudaton to kharab raha, yahan tak ke mar gaya.</w:t>
      </w:r>
    </w:p>
    <w:p>
      <w:pPr>
        <w:jc w:val="right"/>
      </w:pPr>
      <w:r>
        <w:t>تو اس کا معدہ کیوں خراب ہو گیا؟ اب مدتوں تو خراب رہا، یہاں تک کہ مر گیا۔</w:t>
      </w:r>
    </w:p>
    <w:p>
      <w:r>
        <w:rPr>
          <w:b/>
        </w:rPr>
        <w:t xml:space="preserve">[45:44] </w:t>
      </w:r>
      <w:r>
        <w:t>wo kam umri mein, yani 70, 70, 60, koi zyada umar nahi hoti.</w:t>
      </w:r>
    </w:p>
    <w:p>
      <w:pPr>
        <w:jc w:val="right"/>
      </w:pPr>
      <w:r>
        <w:t>وہ کم عمری میں، یعنی 70، 70، 60، کوئی زیادہ عمر نہیں ہوتی۔</w:t>
      </w:r>
    </w:p>
    <w:p>
      <w:r>
        <w:rPr>
          <w:b/>
        </w:rPr>
        <w:t xml:space="preserve">[45:51] </w:t>
      </w:r>
      <w:r>
        <w:t>to ye kitabon mein to hai likha na, wo nahi hai.</w:t>
      </w:r>
    </w:p>
    <w:p>
      <w:pPr>
        <w:jc w:val="right"/>
      </w:pPr>
      <w:r>
        <w:t>تو یہ کتابوں میں تو ہے لکھا نا، وہ نہیں ہے۔</w:t>
      </w:r>
    </w:p>
    <w:p>
      <w:r>
        <w:rPr>
          <w:b/>
        </w:rPr>
        <w:t xml:space="preserve">[45:58] </w:t>
      </w:r>
      <w:r>
        <w:t>لیکن میں سمجھتا ہوں کہ وہ مسلسل ٹینشن میں جیتا تھا 30 سال تک کہ کیسے میں explain</w:t>
      </w:r>
    </w:p>
    <w:p>
      <w:pPr>
        <w:jc w:val="right"/>
      </w:pPr>
      <w:r>
        <w:t>لیکن میں سمجھتا ہوں کہ وہ مسلسل ٹینشن میں جیتا تھا 30 سال تک کہ کیسے میں ایکسپلین</w:t>
      </w:r>
    </w:p>
    <w:p>
      <w:r>
        <w:rPr>
          <w:b/>
        </w:rPr>
        <w:t xml:space="preserve">[46:06] </w:t>
      </w:r>
      <w:r>
        <w:t>کروں اس phenomena کو جس کو میں نے دریافت کیا ہے۔</w:t>
      </w:r>
    </w:p>
    <w:p>
      <w:pPr>
        <w:jc w:val="right"/>
      </w:pPr>
      <w:r>
        <w:t>کروں اس فیناومینا کو جس کو میں نے دریافت کیا ہے۔</w:t>
      </w:r>
    </w:p>
    <w:p>
      <w:r>
        <w:rPr>
          <w:b/>
        </w:rPr>
        <w:t xml:space="preserve">[46:13] </w:t>
      </w:r>
      <w:r>
        <w:t>is tension ke nateejay mein is ko ye bimari ho gayi.</w:t>
      </w:r>
    </w:p>
    <w:p>
      <w:pPr>
        <w:jc w:val="right"/>
      </w:pPr>
      <w:r>
        <w:t>اس ٹینشن کے نتیجے میں اس کو یہ بیماری ہو گئی۔</w:t>
      </w:r>
    </w:p>
    <w:p>
      <w:r>
        <w:rPr>
          <w:b/>
        </w:rPr>
        <w:t xml:space="preserve">[46:20] </w:t>
      </w:r>
      <w:r>
        <w:t>aur ye to khair mante hain sab log ke pressure bhara hua hai, ye to sab log mante hain.</w:t>
      </w:r>
    </w:p>
    <w:p>
      <w:pPr>
        <w:jc w:val="right"/>
      </w:pPr>
      <w:r>
        <w:t>اور یہ تو خیر مانتے ہیں سب لوگ کہ پریشر بھرا ہوا ہے، یہ تو سب لوگ مانتے ہیں۔</w:t>
      </w:r>
    </w:p>
    <w:p>
      <w:r>
        <w:rPr>
          <w:b/>
        </w:rPr>
        <w:t xml:space="preserve">[46:28] </w:t>
      </w:r>
      <w:r>
        <w:t>to khulasa ye hai jo main kehna chahunga ke river of knowledge jo hai, chalte chalte wahan</w:t>
      </w:r>
    </w:p>
    <w:p>
      <w:pPr>
        <w:jc w:val="right"/>
      </w:pPr>
      <w:r>
        <w:t>تو خلاصہ یہ ہے جو میں کہنا چاہوں گا کہ ریور آف نالج جو ہے، چلتے چلتے وہاں</w:t>
      </w:r>
    </w:p>
    <w:p>
      <w:r>
        <w:rPr>
          <w:b/>
        </w:rPr>
        <w:t xml:space="preserve">[46:35] </w:t>
      </w:r>
      <w:r>
        <w:t>pohanch gaya hai jahan ek, jahan ek compulsory situation create ho gayi.</w:t>
      </w:r>
    </w:p>
    <w:p>
      <w:pPr>
        <w:jc w:val="right"/>
      </w:pPr>
      <w:r>
        <w:t>پہنچ گیا ہے جہاں ایک، جہاں ایک کمپلسری سچوئیشن کریٹ ہو گئی۔</w:t>
      </w:r>
    </w:p>
    <w:p>
      <w:r>
        <w:rPr>
          <w:b/>
        </w:rPr>
        <w:t xml:space="preserve">[46:42] </w:t>
      </w:r>
      <w:r>
        <w:t>compulsory situation yani ya to Khuda ko mano taake jo non facts hain, sab explain ho jayen, ya</w:t>
      </w:r>
    </w:p>
    <w:p>
      <w:pPr>
        <w:jc w:val="right"/>
      </w:pPr>
      <w:r>
        <w:t>کمپلسری سچوئیشن یعنی یا تو خدا کو مانو تاکہ جو نون فیکٹس ہیں، سب ایکسپلین ہو جائیں، یا</w:t>
      </w:r>
    </w:p>
    <w:p>
      <w:r>
        <w:rPr>
          <w:b/>
        </w:rPr>
        <w:t xml:space="preserve">[46:50] </w:t>
      </w:r>
      <w:r>
        <w:t>phir tension mein maro, ya phir tension mein maro.</w:t>
      </w:r>
    </w:p>
    <w:p>
      <w:pPr>
        <w:jc w:val="right"/>
      </w:pPr>
      <w:r>
        <w:t>پھر ٹینشن میں مرو، یا پھر ٹینشن میں مرو۔</w:t>
      </w:r>
    </w:p>
    <w:p>
      <w:r>
        <w:rPr>
          <w:b/>
        </w:rPr>
        <w:t xml:space="preserve">[46:57] </w:t>
      </w:r>
      <w:r>
        <w:t>kaisi ajeeb baat hai ji!</w:t>
      </w:r>
    </w:p>
    <w:p>
      <w:pPr>
        <w:jc w:val="right"/>
      </w:pPr>
      <w:r>
        <w:t>کیسی عجیب بات ہے جی!</w:t>
      </w:r>
    </w:p>
    <w:p>
      <w:r>
        <w:rPr>
          <w:b/>
        </w:rPr>
        <w:t xml:space="preserve">[47:05] </w:t>
      </w:r>
      <w:r>
        <w:t>ye bohat ajeeb o ghareeb soorat-e-haal hai jis pe ke insan pohancha hai.</w:t>
      </w:r>
    </w:p>
    <w:p>
      <w:pPr>
        <w:jc w:val="right"/>
      </w:pPr>
      <w:r>
        <w:t>یہ بہت عجیب و غریب صورتحال ہے جس پہ کہ انسان پہنچا ہے۔</w:t>
      </w:r>
    </w:p>
    <w:p>
      <w:r>
        <w:rPr>
          <w:b/>
        </w:rPr>
        <w:t xml:space="preserve">[47:11] </w:t>
      </w:r>
      <w:r>
        <w:t>to theory of everything ka lafz jo log bolte hain, wo Khuda ka naam to nahi lete.</w:t>
      </w:r>
    </w:p>
    <w:p>
      <w:pPr>
        <w:jc w:val="right"/>
      </w:pPr>
      <w:r>
        <w:t>تو تھیوری آف ایوری تھنگ کا لفظ جو لوگ بولتے ہیں، وہ خدا کا نام تو نہیں لیتے۔</w:t>
      </w:r>
    </w:p>
    <w:p>
      <w:r>
        <w:rPr>
          <w:b/>
        </w:rPr>
        <w:t xml:space="preserve">[47:18] </w:t>
      </w:r>
      <w:r>
        <w:t>مجھے سوال ہے کہ theory of everything کیوں؟ کیوں اس کا obsession ہے سائنس دانوں کو کہ</w:t>
      </w:r>
    </w:p>
    <w:p>
      <w:pPr>
        <w:jc w:val="right"/>
      </w:pPr>
      <w:r>
        <w:t>مجھے سوال ہے کہ تھیوری آف ایوری تھنگ کیوں؟ کیوں اس کا ابسیشن ہے سائنس دانوں کو کہ</w:t>
      </w:r>
    </w:p>
    <w:p>
      <w:r>
        <w:rPr>
          <w:b/>
        </w:rPr>
        <w:t xml:space="preserve">[47:25] </w:t>
      </w:r>
      <w:r>
        <w:t>sare phenomena jo hain, wo explain karna chahte hain? wo kyon? kyunke Khuda ko mano to bohat acha</w:t>
      </w:r>
    </w:p>
    <w:p>
      <w:pPr>
        <w:jc w:val="right"/>
      </w:pPr>
      <w:r>
        <w:t>سارے فیناومینا جو ہیں، وہ ایکسپلین کرنا چاہتے ہیں؟ وہ کیوں؟ کیونکہ خدا کو مانیں تو بہت اچھا</w:t>
      </w:r>
    </w:p>
    <w:p>
      <w:r>
        <w:rPr>
          <w:b/>
        </w:rPr>
        <w:t xml:space="preserve">[47:31] </w:t>
      </w:r>
      <w:r>
        <w:t>expression milta hai, lekin wo Khuda ko manna nahi chahte.</w:t>
      </w:r>
    </w:p>
    <w:p>
      <w:pPr>
        <w:jc w:val="right"/>
      </w:pPr>
      <w:r>
        <w:t>ایکسپریشن ملتا ہے، لیکن وہ خدا کو ماننا نہیں چاہتے۔</w:t>
      </w:r>
    </w:p>
    <w:p>
      <w:r>
        <w:rPr>
          <w:b/>
        </w:rPr>
        <w:t xml:space="preserve">[47:38] </w:t>
      </w:r>
      <w:r>
        <w:t>to chahte hain ek ek doosra koi formula nikalna, koi aur principle daryaft karna.</w:t>
      </w:r>
    </w:p>
    <w:p>
      <w:pPr>
        <w:jc w:val="right"/>
      </w:pPr>
      <w:r>
        <w:t>تو چاہتے ہیں ایک ایک دوسرا کوئی فارمولا نکالنا، کوئی اور پرنسپل دریافت کرنا۔</w:t>
      </w:r>
    </w:p>
    <w:p>
      <w:r>
        <w:rPr>
          <w:b/>
        </w:rPr>
        <w:t xml:space="preserve">[47:45] </w:t>
      </w:r>
      <w:r>
        <w:t>wo mil nahi raha hai.</w:t>
      </w:r>
    </w:p>
    <w:p>
      <w:pPr>
        <w:jc w:val="right"/>
      </w:pPr>
      <w:r>
        <w:t>وہ مل نہیں رہا ہے۔</w:t>
      </w:r>
    </w:p>
    <w:p>
      <w:r>
        <w:rPr>
          <w:b/>
        </w:rPr>
        <w:t xml:space="preserve">[47:52] </w:t>
      </w:r>
      <w:r>
        <w:t>تو سوال یہ ہے، میں سوچ رہا تھا کہ آئن سٹائن جیسا مائنڈ تھرٹی ایئرز تک اس میں مشغول</w:t>
      </w:r>
    </w:p>
    <w:p>
      <w:pPr>
        <w:jc w:val="right"/>
      </w:pPr>
      <w:r>
        <w:t>تو سوال یہ ہے، میں سوچ رہا تھا کہ آئنسٹائن جیسا مائنڈ تھرٹی ایئرز تک اس میں مشغول</w:t>
      </w:r>
    </w:p>
    <w:p>
      <w:r>
        <w:rPr>
          <w:b/>
        </w:rPr>
        <w:t xml:space="preserve">[47:58] </w:t>
      </w:r>
      <w:r>
        <w:t>raha, aur is ko nahi mila.</w:t>
      </w:r>
    </w:p>
    <w:p>
      <w:pPr>
        <w:jc w:val="right"/>
      </w:pPr>
      <w:r>
        <w:t>رہا، اور اس کو نہیں ملا۔</w:t>
      </w:r>
    </w:p>
    <w:p>
      <w:r>
        <w:rPr>
          <w:b/>
        </w:rPr>
        <w:t xml:space="preserve">[48:05] </w:t>
      </w:r>
      <w:r>
        <w:t>دوسرا کون آئے گا جو نکال پائے گا theory of everything؟ آئنسٹائن جیسا مائنڈ 30 سال تک</w:t>
      </w:r>
    </w:p>
    <w:p>
      <w:pPr>
        <w:jc w:val="right"/>
      </w:pPr>
      <w:r>
        <w:t>دوسرا کون آئے گا جو نکال پائے گا تھیوری آف ایوری تھنگ؟ آئنسٹائن جیسا مائنڈ 30 سال تک</w:t>
      </w:r>
    </w:p>
    <w:p>
      <w:r>
        <w:rPr>
          <w:b/>
        </w:rPr>
        <w:t xml:space="preserve">[48:12] </w:t>
      </w:r>
      <w:r>
        <w:t>مشغول رہا، پوری اپنی انرجی لگا دی اس میں کہ theory, theory of everything وہ دریافت کرے۔</w:t>
      </w:r>
    </w:p>
    <w:p>
      <w:pPr>
        <w:jc w:val="right"/>
      </w:pPr>
      <w:r>
        <w:t>مشغول رہا، پوری اپنی انرجی لگا دی اس میں کہ تھیوری، تھیوری آف ایوری تھنگ وہ دریافت کرے۔</w:t>
      </w:r>
    </w:p>
    <w:p>
      <w:r>
        <w:rPr>
          <w:b/>
        </w:rPr>
        <w:t xml:space="preserve">[48:18] </w:t>
      </w:r>
      <w:r>
        <w:t>to ab kaun aayega jo daryaft karega? ab to yahi hai ke log pressure mein marenge.</w:t>
      </w:r>
    </w:p>
    <w:p>
      <w:pPr>
        <w:jc w:val="right"/>
      </w:pPr>
      <w:r>
        <w:t>تو اب کون آئے گا جو دریافت کرے گا؟ اب تو یہی ہے کہ لوگ پریشر میں مریں گے۔</w:t>
      </w:r>
    </w:p>
    <w:p>
      <w:r>
        <w:rPr>
          <w:b/>
        </w:rPr>
        <w:t xml:space="preserve">[48:25] </w:t>
      </w:r>
      <w:r>
        <w:t>to us waqt jo hai, ye jo log apne aap ko Quran ka hami batate hain, un ke</w:t>
      </w:r>
    </w:p>
    <w:p>
      <w:pPr>
        <w:jc w:val="right"/>
      </w:pPr>
      <w:r>
        <w:t>تو اس وقت جو ہے، یہ جو لوگ اپنے آپ کو قرآن کا حامی بتاتے ہیں، ان کے</w:t>
      </w:r>
    </w:p>
    <w:p>
      <w:r>
        <w:rPr>
          <w:b/>
        </w:rPr>
        <w:t xml:space="preserve">[48:32] </w:t>
      </w:r>
      <w:r>
        <w:t>liye ek bohat bara ek excuse hai ke insan ko bachayen, insan ko bachayen, kyunke insan ye jari</w:t>
      </w:r>
    </w:p>
    <w:p>
      <w:pPr>
        <w:jc w:val="right"/>
      </w:pPr>
      <w:r>
        <w:t>لیے ایک بہت بڑا ایک ایکسکوپ ہے کہ انسان کو بچائیں، انسان کو بچائیں، کیونکہ انسان یہ جاری</w:t>
      </w:r>
    </w:p>
    <w:p>
      <w:r>
        <w:rPr>
          <w:b/>
        </w:rPr>
        <w:t xml:space="preserve">[48:39] </w:t>
      </w:r>
      <w:r>
        <w:t>intellectual society ki taraf hai.</w:t>
      </w:r>
    </w:p>
    <w:p>
      <w:pPr>
        <w:jc w:val="right"/>
      </w:pPr>
      <w:r>
        <w:t>انٹلیکچول سوسائٹی کی طرف ہے۔</w:t>
      </w:r>
    </w:p>
    <w:p>
      <w:r>
        <w:rPr>
          <w:b/>
        </w:rPr>
        <w:t xml:space="preserve">[48:45] </w:t>
      </w:r>
      <w:r>
        <w:t>dekhiye, main khush khush ageedgi ki baat nahi kar raha hoon, bachane ka matlab kya hai? ye bohat</w:t>
      </w:r>
    </w:p>
    <w:p>
      <w:pPr>
        <w:jc w:val="right"/>
      </w:pPr>
      <w:r>
        <w:t>دیکھیے، میں خوش خوش اگیدگی کی بات نہیں کر رہا ہوں، بچانے کا مطلب کیا ہے؟ یہ بہت</w:t>
      </w:r>
    </w:p>
    <w:p>
      <w:r>
        <w:rPr>
          <w:b/>
        </w:rPr>
        <w:t xml:space="preserve">[48:52] </w:t>
      </w:r>
      <w:r>
        <w:t>he ajeeb o ghareeb baat hai ke science ne jo dunya daryaft ki hai, ab in telescope aur</w:t>
      </w:r>
    </w:p>
    <w:p>
      <w:pPr>
        <w:jc w:val="right"/>
      </w:pPr>
      <w:r>
        <w:t>ہی عجیب و غریب بات ہے کہ سائنس نے جو دنیا دریافت کی ہے، اب ان ٹیلیسکوپ اور</w:t>
      </w:r>
    </w:p>
    <w:p>
      <w:r>
        <w:rPr>
          <w:b/>
        </w:rPr>
        <w:t xml:space="preserve">[48:59] </w:t>
      </w:r>
      <w:r>
        <w:t>microscope ke ijad ke baad to quran mein bohat si aisi baatein hain jo peshgi tor par quran</w:t>
      </w:r>
    </w:p>
    <w:p>
      <w:pPr>
        <w:jc w:val="right"/>
      </w:pPr>
      <w:r>
        <w:t>مائیکروسکوپ کے ایجاد کے بعد تو قرآن میں بہت سی ایسی باتیں ہیں جو پیشگی طور پر قرآن</w:t>
      </w:r>
    </w:p>
    <w:p>
      <w:r>
        <w:rPr>
          <w:b/>
        </w:rPr>
        <w:t xml:space="preserve">[49:05] </w:t>
      </w:r>
      <w:r>
        <w:t>mein batai gayi thin, aur iski tasdeeq hui hai is zamane mein.</w:t>
      </w:r>
    </w:p>
    <w:p>
      <w:pPr>
        <w:jc w:val="right"/>
      </w:pPr>
      <w:r>
        <w:t>میں بتائی گئی تھیں، اور اس کی تصدیق ہوئی ہے اس زمانے میں۔</w:t>
      </w:r>
    </w:p>
    <w:p>
      <w:r>
        <w:rPr>
          <w:b/>
        </w:rPr>
        <w:t xml:space="preserve">[49:12] </w:t>
      </w:r>
      <w:r>
        <w:t>misal to big bang theory.</w:t>
      </w:r>
    </w:p>
    <w:p>
      <w:pPr>
        <w:jc w:val="right"/>
      </w:pPr>
      <w:r>
        <w:t>مثال تو بگ بینگ تھیوری۔</w:t>
      </w:r>
    </w:p>
    <w:p>
      <w:r>
        <w:rPr>
          <w:b/>
        </w:rPr>
        <w:t xml:space="preserve">[49:19] </w:t>
      </w:r>
      <w:r>
        <w:t>yeh jo big bang theory hai, is mein yeh bohat hi ajeeb o ghareeb aik phenomenon hai ke</w:t>
      </w:r>
    </w:p>
    <w:p>
      <w:pPr>
        <w:jc w:val="right"/>
      </w:pPr>
      <w:r>
        <w:t>یہ جو بگ بینگ تھیوری ہے، اس میں یہ بہت ہی عجیب و غریب ایک فیناومینا ہے کہ</w:t>
      </w:r>
    </w:p>
    <w:p>
      <w:r>
        <w:rPr>
          <w:b/>
        </w:rPr>
        <w:t xml:space="preserve">[49:26] </w:t>
      </w:r>
      <w:r>
        <w:t>ke kaise, yani jo mass tha particle mein, woh kaise mass khatam ho gaya taake particle disintegrate ho.</w:t>
      </w:r>
    </w:p>
    <w:p>
      <w:pPr>
        <w:jc w:val="right"/>
      </w:pPr>
      <w:r>
        <w:t>کہ کیسے، یعنی جو ماس تھا پارٹیکل میں، وہ کیسے ماس ختم ہو گیا تاکہ پارٹیکل ڈس انٹیگریٹ ہوں۔</w:t>
      </w:r>
    </w:p>
    <w:p>
      <w:r>
        <w:rPr>
          <w:b/>
        </w:rPr>
        <w:t xml:space="preserve">[49:32] </w:t>
      </w:r>
      <w:r>
        <w:t>aur phir dobara mass kahan se aa gaya ke phir dobara woh exist ho jaye? toh quran mein</w:t>
      </w:r>
    </w:p>
    <w:p>
      <w:pPr>
        <w:jc w:val="right"/>
      </w:pPr>
      <w:r>
        <w:t>اور پھر دوبارہ ماس کہاں سے آ گیا کہ پھر دوبارہ وہ ایگزا ہو جائے؟ تو قرآن میں</w:t>
      </w:r>
    </w:p>
    <w:p>
      <w:r>
        <w:rPr>
          <w:b/>
        </w:rPr>
        <w:t xml:space="preserve">[49:39] </w:t>
      </w:r>
      <w:r>
        <w:t>ajeeb o ghareeb tor par baat likhi hui hai, peshgi tor par, chouda sau saal pehle, jab koi</w:t>
      </w:r>
    </w:p>
    <w:p>
      <w:pPr>
        <w:jc w:val="right"/>
      </w:pPr>
      <w:r>
        <w:t>عجیب و غریب طور پر بات لکھی ہوئی ہے، پیشگی طور پر، چودہ سو سال پہلے، جب کوئی</w:t>
      </w:r>
    </w:p>
    <w:p>
      <w:r>
        <w:rPr>
          <w:b/>
        </w:rPr>
        <w:t xml:space="preserve">[49:46] </w:t>
      </w:r>
      <w:r>
        <w:t>soch bhi nahi sakta tha.</w:t>
      </w:r>
    </w:p>
    <w:p>
      <w:pPr>
        <w:jc w:val="right"/>
      </w:pPr>
      <w:r>
        <w:t>سوچ بھی نہیں سکتا تھا۔</w:t>
      </w:r>
    </w:p>
    <w:p>
      <w:r>
        <w:rPr>
          <w:b/>
        </w:rPr>
        <w:t xml:space="preserve">[49:52] </w:t>
      </w:r>
      <w:r>
        <w:t>inas samawati wal arz ka futaqna waj alna min kulli shai'in hayyin.</w:t>
      </w:r>
    </w:p>
    <w:p>
      <w:pPr>
        <w:jc w:val="right"/>
      </w:pPr>
      <w:r>
        <w:t>ان السماوات والارض کا فتقنا وجعلنا ملائے کل شین۔</w:t>
      </w:r>
    </w:p>
    <w:p>
      <w:r>
        <w:rPr>
          <w:b/>
        </w:rPr>
        <w:t xml:space="preserve">[49:59] </w:t>
      </w:r>
      <w:r>
        <w:t>dekhein, bohat ajeeb baat hui hai.</w:t>
      </w:r>
    </w:p>
    <w:p>
      <w:pPr>
        <w:jc w:val="right"/>
      </w:pPr>
      <w:r>
        <w:t>دیکھیں، بہت عجیب بات ہوئی ہے۔</w:t>
      </w:r>
    </w:p>
    <w:p>
      <w:r>
        <w:rPr>
          <w:b/>
        </w:rPr>
        <w:t xml:space="preserve">[50:06] </w:t>
      </w:r>
      <w:r>
        <w:t>teen marhale ke zikr hain is ayat mein, teen marhale ke zikr hain: inas samawati wal arz ka ratqan</w:t>
      </w:r>
    </w:p>
    <w:p>
      <w:pPr>
        <w:jc w:val="right"/>
      </w:pPr>
      <w:r>
        <w:t>تین مرحلے کے ذکر ہیں اس آیت میں، تین مرحلے کے ذکر ہیں: ان السماوات والارض کا رتقن</w:t>
      </w:r>
    </w:p>
    <w:p>
      <w:r>
        <w:rPr>
          <w:b/>
        </w:rPr>
        <w:t xml:space="preserve">[50:13] </w:t>
      </w:r>
      <w:r>
        <w:t>fataqnahuma waj alna min kulli shai'in hayyin.</w:t>
      </w:r>
    </w:p>
    <w:p>
      <w:pPr>
        <w:jc w:val="right"/>
      </w:pPr>
      <w:r>
        <w:t>ففتقناہما وجعلنا ملائے کل شین۔</w:t>
      </w:r>
    </w:p>
    <w:p>
      <w:r>
        <w:rPr>
          <w:b/>
        </w:rPr>
        <w:t xml:space="preserve">[50:19] </w:t>
      </w:r>
      <w:r>
        <w:t>yani zameen o aasman pe ratq ki halat thi.</w:t>
      </w:r>
    </w:p>
    <w:p>
      <w:pPr>
        <w:jc w:val="right"/>
      </w:pPr>
      <w:r>
        <w:t>یعنی زمین و آسمان پہ رت کی حالت تھی۔</w:t>
      </w:r>
    </w:p>
    <w:p>
      <w:r>
        <w:rPr>
          <w:b/>
        </w:rPr>
        <w:t xml:space="preserve">[50:26] </w:t>
      </w:r>
      <w:r>
        <w:t>ratq ratq kehte hain yeh usko muzmil ajza, yani bilkul aik doosre se jur, yani juray hue, pevast.</w:t>
      </w:r>
    </w:p>
    <w:p>
      <w:pPr>
        <w:jc w:val="right"/>
      </w:pPr>
      <w:r>
        <w:t>رت رت کہتے ہیں یہ اس کو مزمل اجزاء، یعنی بالکل ایک دوسرے سے جڑ، یعنی جڑے ہوئے، پیوست۔</w:t>
      </w:r>
    </w:p>
    <w:p>
      <w:r>
        <w:rPr>
          <w:b/>
        </w:rPr>
        <w:t xml:space="preserve">[50:33] </w:t>
      </w:r>
      <w:r>
        <w:t>fataq kehte hain khul jana inka.</w:t>
      </w:r>
    </w:p>
    <w:p>
      <w:pPr>
        <w:jc w:val="right"/>
      </w:pPr>
      <w:r>
        <w:t>فتح کہتے ہیں کھل جانا ان کا۔</w:t>
      </w:r>
    </w:p>
    <w:p>
      <w:r>
        <w:rPr>
          <w:b/>
        </w:rPr>
        <w:t xml:space="preserve">[50:39] </w:t>
      </w:r>
      <w:r>
        <w:t>waj alna min kulli shai'in hayyin.</w:t>
      </w:r>
    </w:p>
    <w:p>
      <w:pPr>
        <w:jc w:val="right"/>
      </w:pPr>
      <w:r>
        <w:t>وجعلنا ملائے کل شین۔</w:t>
      </w:r>
    </w:p>
    <w:p>
      <w:r>
        <w:rPr>
          <w:b/>
        </w:rPr>
        <w:t xml:space="preserve">[50:46] </w:t>
      </w:r>
      <w:r>
        <w:t>jagah pehle fataq hua, pehle ratq tha, phir fataq hua, phir dobara jur kar ke cheezein bani.</w:t>
      </w:r>
    </w:p>
    <w:p>
      <w:pPr>
        <w:jc w:val="right"/>
      </w:pPr>
      <w:r>
        <w:t>جگہ پہلے فتح ہوا، پہلے رتق تھا، پھر فتح ہوا، پھر دوبارہ جڑ کر کے چیزیں بنیں۔</w:t>
      </w:r>
    </w:p>
    <w:p>
      <w:r>
        <w:rPr>
          <w:b/>
        </w:rPr>
        <w:t xml:space="preserve">[50:53] </w:t>
      </w:r>
      <w:r>
        <w:t>kaise ajeeb o ghareeb tor par quran mein yeh teen marhalon ka zikr hai.</w:t>
      </w:r>
    </w:p>
    <w:p>
      <w:pPr>
        <w:jc w:val="right"/>
      </w:pPr>
      <w:r>
        <w:t>کیسے عجیب و غریب طور پر قرآن میں یہ تین مرحلوں کا ذکر ہے۔</w:t>
      </w:r>
    </w:p>
    <w:p>
      <w:r>
        <w:rPr>
          <w:b/>
        </w:rPr>
        <w:t xml:space="preserve">[51:00] </w:t>
      </w:r>
      <w:r>
        <w:t>ab aaj ki duniya ko aap batayein yeh baat toh zahir hai insaan sochega ke woh kaun</w:t>
      </w:r>
    </w:p>
    <w:p>
      <w:pPr>
        <w:jc w:val="right"/>
      </w:pPr>
      <w:r>
        <w:t>اب آج کی دنیا کو آپ بتائیں یہ بات تو ظاہر ہے انسان سوچے گا کہ وہ کون</w:t>
      </w:r>
    </w:p>
    <w:p>
      <w:r>
        <w:rPr>
          <w:b/>
        </w:rPr>
        <w:t xml:space="preserve">[51:06] </w:t>
      </w:r>
      <w:r>
        <w:t>mind tha jisne peshgi toh baja liya.</w:t>
      </w:r>
    </w:p>
    <w:p>
      <w:pPr>
        <w:jc w:val="right"/>
      </w:pPr>
      <w:r>
        <w:t>مائنڈ تھا جس نے پیشگی تو بجا لیا۔</w:t>
      </w:r>
    </w:p>
    <w:p>
      <w:r>
        <w:rPr>
          <w:b/>
        </w:rPr>
        <w:t xml:space="preserve">[51:13] </w:t>
      </w:r>
      <w:r>
        <w:t>isko humne toh itni sari studies kin, itne sare aalat istemal ke liye, doorbeen aur khudbeen</w:t>
      </w:r>
    </w:p>
    <w:p>
      <w:pPr>
        <w:jc w:val="right"/>
      </w:pPr>
      <w:r>
        <w:t>اس کو ہم نے تو اتنی ساری اسٹڈیز کیں، اتنے سارے آلات استعمال کے لیے، دوربین اور خودبین</w:t>
      </w:r>
    </w:p>
    <w:p>
      <w:r>
        <w:rPr>
          <w:b/>
        </w:rPr>
        <w:t xml:space="preserve">[51:20] </w:t>
      </w:r>
      <w:r>
        <w:t>istemal kin, aur bohat sare mind mil kar ke is mein kaam karte rahe.</w:t>
      </w:r>
    </w:p>
    <w:p>
      <w:pPr>
        <w:jc w:val="right"/>
      </w:pPr>
      <w:r>
        <w:t>استعمال کیں، اور بہت سارے مائنڈ مل کر کے اس میں کام کرتے رہے۔</w:t>
      </w:r>
    </w:p>
    <w:p>
      <w:r>
        <w:rPr>
          <w:b/>
        </w:rPr>
        <w:t xml:space="preserve">[51:26] </w:t>
      </w:r>
      <w:r>
        <w:t>tab ja kar maloom hua ke 13 billion saal pehle aik big bang hua.</w:t>
      </w:r>
    </w:p>
    <w:p>
      <w:pPr>
        <w:jc w:val="right"/>
      </w:pPr>
      <w:r>
        <w:t>تب جا کر معلوم ہوا کہ 13 بلین سال پہلے ایک بگ بینگ ہوا۔</w:t>
      </w:r>
    </w:p>
    <w:p>
      <w:r>
        <w:rPr>
          <w:b/>
        </w:rPr>
        <w:t xml:space="preserve">[51:33] </w:t>
      </w:r>
      <w:r>
        <w:t>yahan pe is se bohat pehle, bohat pehle, bohat pehle, yani chouda sau saal pehle, seven century isvi</w:t>
      </w:r>
    </w:p>
    <w:p>
      <w:pPr>
        <w:jc w:val="right"/>
      </w:pPr>
      <w:r>
        <w:t>یہاں پہ اس سے بہت پہلے، بہت پہلے، بہت پہلے، یعنی چودہ سو سال پہلے، سیون سینچری عیسوی</w:t>
      </w:r>
    </w:p>
    <w:p>
      <w:r>
        <w:rPr>
          <w:b/>
        </w:rPr>
        <w:t xml:space="preserve">[51:40] </w:t>
      </w:r>
      <w:r>
        <w:t>ke first quarter mein aik paighambar aata hai, woh aik quran pesh karta hai.</w:t>
      </w:r>
    </w:p>
    <w:p>
      <w:pPr>
        <w:jc w:val="right"/>
      </w:pPr>
      <w:r>
        <w:t>کے فرسٹ کوارٹر میں ایک پیغمبر آتا ہے، وہ ایک قرآن پیش کرتا ہے۔</w:t>
      </w:r>
    </w:p>
    <w:p>
      <w:r>
        <w:rPr>
          <w:b/>
        </w:rPr>
        <w:t xml:space="preserve">[51:47] </w:t>
      </w:r>
      <w:r>
        <w:t>is mein yeh baat likhi hui hai.</w:t>
      </w:r>
    </w:p>
    <w:p>
      <w:pPr>
        <w:jc w:val="right"/>
      </w:pPr>
      <w:r>
        <w:t>اس میں یہ بات لکھی ہوئی ہے۔</w:t>
      </w:r>
    </w:p>
    <w:p>
      <w:r>
        <w:rPr>
          <w:b/>
        </w:rPr>
        <w:t xml:space="preserve">[51:53] </w:t>
      </w:r>
      <w:r>
        <w:t>is tarah ki aur bohat sari cheezein hain, woh gaya kiya jawab de rahi hain theory of every</w:t>
      </w:r>
    </w:p>
    <w:p>
      <w:pPr>
        <w:jc w:val="right"/>
      </w:pPr>
      <w:r>
        <w:t>اس طرح کی اور بہت ساری چیزیں ہیں، وہ گیا کیا جواب دے رہی ہیں تھیوری آف ایوری</w:t>
      </w:r>
    </w:p>
    <w:p>
      <w:r>
        <w:rPr>
          <w:b/>
        </w:rPr>
        <w:t xml:space="preserve">[52:00] </w:t>
      </w:r>
      <w:r>
        <w:t>thing ka, theory of every thing ka ke jis cheez ko tum tum aik mechanical guard ki talash</w:t>
      </w:r>
    </w:p>
    <w:p>
      <w:pPr>
        <w:jc w:val="right"/>
      </w:pPr>
      <w:r>
        <w:t>تھنگ کا، تھیوری آف ایوری تھنگ کا کہ جس چیز کو تم تم ایک مکینیکل گارڈ کی تلاش</w:t>
      </w:r>
    </w:p>
    <w:p>
      <w:r>
        <w:rPr>
          <w:b/>
        </w:rPr>
        <w:t xml:space="preserve">[52:07] </w:t>
      </w:r>
      <w:r>
        <w:t>mein ho, woh real guard jo hai, woh yeh yeh hai, is par imaan lao, living guard.</w:t>
      </w:r>
    </w:p>
    <w:p>
      <w:pPr>
        <w:jc w:val="right"/>
      </w:pPr>
      <w:r>
        <w:t>میں ہو، وہ ریل گارڈ جو ہے، وہ یہ یہ ہے، اس پر ایمان لاؤ، لیونگ گارڈ۔</w:t>
      </w:r>
    </w:p>
    <w:p>
      <w:r>
        <w:rPr>
          <w:b/>
        </w:rPr>
        <w:t xml:space="preserve">[52:13] </w:t>
      </w:r>
      <w:r>
        <w:t>dekhiye, is waqt jab ke quran utra, koi tasawwur nahi tha, aisa lafz bhi nahi pata tha insan</w:t>
      </w:r>
    </w:p>
    <w:p>
      <w:pPr>
        <w:jc w:val="right"/>
      </w:pPr>
      <w:r>
        <w:t>دیکھیے، اس وقت جب کہ قرآن اترا، کوئی تصور نہیں تھا، ایسا لفظ بھی نہیں پتہ تھا انسان</w:t>
      </w:r>
    </w:p>
    <w:p>
      <w:r>
        <w:rPr>
          <w:b/>
        </w:rPr>
        <w:t xml:space="preserve">[52:20] </w:t>
      </w:r>
      <w:r>
        <w:t>ko, kuch bhi nahi janta tha insan, kuch bhi se waqif nahi tha.</w:t>
      </w:r>
    </w:p>
    <w:p>
      <w:pPr>
        <w:jc w:val="right"/>
      </w:pPr>
      <w:r>
        <w:t>کو، کچھ بھی نہیں جانتا تھا انسان، کچھ بھی سے واقف نہیں تھا۔</w:t>
      </w:r>
    </w:p>
    <w:p>
      <w:r>
        <w:rPr>
          <w:b/>
        </w:rPr>
        <w:t xml:space="preserve">[52:27] </w:t>
      </w:r>
      <w:r>
        <w:t>hata ke sahaba ko bhi maloom nahi tha yeh baat.</w:t>
      </w:r>
    </w:p>
    <w:p>
      <w:pPr>
        <w:jc w:val="right"/>
      </w:pPr>
      <w:r>
        <w:t>حتی کہ صحابہ کو بھی معلوم نہیں تھا یہ بات۔</w:t>
      </w:r>
    </w:p>
    <w:p>
      <w:r>
        <w:rPr>
          <w:b/>
        </w:rPr>
        <w:t xml:space="preserve">[52:34] </w:t>
      </w:r>
      <w:r>
        <w:t>jin sahaba ne quran ko parha, quran ko dunya mein pohanchaya, woh bhi is se bekhabar thay.</w:t>
      </w:r>
    </w:p>
    <w:p>
      <w:pPr>
        <w:jc w:val="right"/>
      </w:pPr>
      <w:r>
        <w:t>جن صحابہ نے قرآن کو پڑھا، قرآن کو دنیا میں پہنچایا، وہ بھی اس سے بے خبر تھے۔</w:t>
      </w:r>
    </w:p>
    <w:p>
      <w:r>
        <w:rPr>
          <w:b/>
        </w:rPr>
        <w:t xml:space="preserve">[52:40] </w:t>
      </w:r>
      <w:r>
        <w:t>aur koi taajub ki baat nahi hai, kyunke dekhiye, hadith mein aata hai: "la tanqadi ajaibuhu".</w:t>
      </w:r>
    </w:p>
    <w:p>
      <w:pPr>
        <w:jc w:val="right"/>
      </w:pPr>
      <w:r>
        <w:t>اور کوئی تعجب کی بات نہیں ہے، کیونکہ دیکھیے، حدیث میں آتا ہے: "لا تنقضی عجائبہ"۔</w:t>
      </w:r>
    </w:p>
    <w:p>
      <w:r>
        <w:rPr>
          <w:b/>
        </w:rPr>
        <w:t xml:space="preserve">[52:47] </w:t>
      </w:r>
      <w:r>
        <w:t>quran ke ajaib kabhi khatam na honge, yaani is mein nai nai baatein daryaft hoti rahengi.</w:t>
      </w:r>
    </w:p>
    <w:p>
      <w:pPr>
        <w:jc w:val="right"/>
      </w:pPr>
      <w:r>
        <w:t>قرآن کے عجائب کبھی ختم نہ ہوں گے، یعنی اس میں نئی نئی باتیں دریافت ہوتی رہیں گی۔</w:t>
      </w:r>
    </w:p>
    <w:p>
      <w:r>
        <w:rPr>
          <w:b/>
        </w:rPr>
        <w:t xml:space="preserve">[52:54] </w:t>
      </w:r>
      <w:r>
        <w:t>khud hadith se maloom hota hai ke quran ki baatein agar is waqt ke sahaba ko maloom na</w:t>
      </w:r>
    </w:p>
    <w:p>
      <w:pPr>
        <w:jc w:val="right"/>
      </w:pPr>
      <w:r>
        <w:t>خود حدیث سے معلوم ہوتا ہے کہ قرآن کی باتیں اگر اس وقت کے صحابہ کو معلوم نہ</w:t>
      </w:r>
    </w:p>
    <w:p>
      <w:r>
        <w:rPr>
          <w:b/>
        </w:rPr>
        <w:t xml:space="preserve">[53:00] </w:t>
      </w:r>
      <w:r>
        <w:t>hoti hain, yeh khud hadith bata rahi hai.</w:t>
      </w:r>
    </w:p>
    <w:p>
      <w:pPr>
        <w:jc w:val="right"/>
      </w:pPr>
      <w:r>
        <w:t>ہوتی ہیں، یہ خود حدیث بتا رہی ہے۔</w:t>
      </w:r>
    </w:p>
    <w:p>
      <w:r>
        <w:rPr>
          <w:b/>
        </w:rPr>
        <w:t xml:space="preserve">[53:07] </w:t>
      </w:r>
      <w:r>
        <w:t>aisa hi hua ke daur sahaba mein quran ke bohat se ajaib jo thay, mukhafi thay, baad ko woh khule.</w:t>
      </w:r>
    </w:p>
    <w:p>
      <w:pPr>
        <w:jc w:val="right"/>
      </w:pPr>
      <w:r>
        <w:t>ایسا ہی ہوا کہ دور صحابہ میں قرآن کے بہت سے عجائب جو تھے، مخفی تھے، بعد کو وہ کھلے۔</w:t>
      </w:r>
    </w:p>
    <w:p>
      <w:r>
        <w:rPr>
          <w:b/>
        </w:rPr>
        <w:t xml:space="preserve">[53:14] </w:t>
      </w:r>
      <w:r>
        <w:t>la raqti azab ho to bohat hi ajeeb baat hai ke mustaqbil ke baray mein koi bayan de</w:t>
      </w:r>
    </w:p>
    <w:p>
      <w:pPr>
        <w:jc w:val="right"/>
      </w:pPr>
      <w:r>
        <w:t>لا رتقی عذاب ہو تو بہت ہی عجیب بات ہے کہ مستقبل کے بارے میں کوئی بیان دے</w:t>
      </w:r>
    </w:p>
    <w:p>
      <w:r>
        <w:rPr>
          <w:b/>
        </w:rPr>
        <w:t xml:space="preserve">[53:21] </w:t>
      </w:r>
      <w:r>
        <w:t>sake, woh sacha nikle.</w:t>
      </w:r>
    </w:p>
    <w:p>
      <w:pPr>
        <w:jc w:val="right"/>
      </w:pPr>
      <w:r>
        <w:t>سکے، وہ سچا نکلے۔</w:t>
      </w:r>
    </w:p>
    <w:p>
      <w:r>
        <w:rPr>
          <w:b/>
        </w:rPr>
        <w:t xml:space="preserve">[53:27] </w:t>
      </w:r>
      <w:r>
        <w:t>dekhein, mein aik misaal deta hoon: carl marx ne likha tha ke is ki kitabein jo hain, woh</w:t>
      </w:r>
    </w:p>
    <w:p>
      <w:pPr>
        <w:jc w:val="right"/>
      </w:pPr>
      <w:r>
        <w:t>دیکھیں، میں ایک مثال دیتا ہوں: کارل مارس نے لکھا تھا کہ اس کی کتابیں جو ہیں، وہ</w:t>
      </w:r>
    </w:p>
    <w:p>
      <w:r>
        <w:rPr>
          <w:b/>
        </w:rPr>
        <w:t xml:space="preserve">[53:34] </w:t>
      </w:r>
      <w:r>
        <w:t>batati hain ke dunya mein industrial age jo hai, woh aya hai.</w:t>
      </w:r>
    </w:p>
    <w:p>
      <w:pPr>
        <w:jc w:val="right"/>
      </w:pPr>
      <w:r>
        <w:t>بتاتی ہیں کہ دنیا میں انڈسٹریل ایج جو ہے، وہ آیا ہے۔</w:t>
      </w:r>
    </w:p>
    <w:p>
      <w:r>
        <w:rPr>
          <w:b/>
        </w:rPr>
        <w:t xml:space="preserve">[53:41] </w:t>
      </w:r>
      <w:r>
        <w:t>industrial age jo hai, is mein aik mazdoor paida ho raha hai, yaani aik sarmayadar</w:t>
      </w:r>
    </w:p>
    <w:p>
      <w:pPr>
        <w:jc w:val="right"/>
      </w:pPr>
      <w:r>
        <w:t>انڈسٹریل ایج جو ہے، اس میں ایک مزدور پیدا ہو رہا ہو رہا ہے، یعنی ایک سرمایہ دار</w:t>
      </w:r>
    </w:p>
    <w:p>
      <w:r>
        <w:rPr>
          <w:b/>
        </w:rPr>
        <w:t xml:space="preserve">[53:47] </w:t>
      </w:r>
      <w:r>
        <w:t>tabqa, aik mazdoor ka tabqa, do class ban rahe hain.</w:t>
      </w:r>
    </w:p>
    <w:p>
      <w:pPr>
        <w:jc w:val="right"/>
      </w:pPr>
      <w:r>
        <w:t>طبقہ، ایک مزدور کا طبقہ، دو کلاس بن رہے ہیں۔</w:t>
      </w:r>
    </w:p>
    <w:p>
      <w:r>
        <w:rPr>
          <w:b/>
        </w:rPr>
        <w:t xml:space="preserve">[53:54] </w:t>
      </w:r>
      <w:r>
        <w:t>do class, yaani capitalist class aur labor class, dono mein takrao hoga.</w:t>
      </w:r>
    </w:p>
    <w:p>
      <w:pPr>
        <w:jc w:val="right"/>
      </w:pPr>
      <w:r>
        <w:t>دو کلاس، یعنی کیپیٹلسٹ کلاس اور لیبر کلاس، دونوں میں ٹکراؤ ہوگا۔</w:t>
      </w:r>
    </w:p>
    <w:p>
      <w:r>
        <w:rPr>
          <w:b/>
        </w:rPr>
        <w:t xml:space="preserve">[54:01] </w:t>
      </w:r>
      <w:r>
        <w:t>do mein takrao ho kar ke aik nai cheez nikle gi, woh hai communist raj.</w:t>
      </w:r>
    </w:p>
    <w:p>
      <w:pPr>
        <w:jc w:val="right"/>
      </w:pPr>
      <w:r>
        <w:t>دو میں ٹکراؤ ہو کر کے ایک نئی چیز نکلے گی، وہ ہے کمیونسٹ راج۔</w:t>
      </w:r>
    </w:p>
    <w:p>
      <w:r>
        <w:rPr>
          <w:b/>
        </w:rPr>
        <w:t xml:space="preserve">[54:08] </w:t>
      </w:r>
      <w:r>
        <w:t>to kahan hua hai? chunancha marx ne kaha tha ke communist inqilab paris ke ooper se jhaank raha hai.</w:t>
      </w:r>
    </w:p>
    <w:p>
      <w:pPr>
        <w:jc w:val="right"/>
      </w:pPr>
      <w:r>
        <w:t>تو کہاں ہوا ہے؟ چنانچہ مارس نے کہا تھا کہ کمیونسٹ انقلاب پیرس کے اوپر سے جھانک رہا ہے۔</w:t>
      </w:r>
    </w:p>
    <w:p>
      <w:r>
        <w:rPr>
          <w:b/>
        </w:rPr>
        <w:t xml:space="preserve">[54:14] </w:t>
      </w:r>
      <w:r>
        <w:t>kyun? france mein is waqt industrial revolution aa gaya tha.</w:t>
      </w:r>
    </w:p>
    <w:p>
      <w:pPr>
        <w:jc w:val="right"/>
      </w:pPr>
      <w:r>
        <w:t>کیوں؟ فرانس میں اس وقت انڈسٹریل ریولوشن آ گیا تھا۔</w:t>
      </w:r>
    </w:p>
    <w:p>
      <w:r>
        <w:rPr>
          <w:b/>
        </w:rPr>
        <w:t xml:space="preserve">[54:21] </w:t>
      </w:r>
      <w:r>
        <w:t>to is ne yeh guess kiya ke industrial revolution mein se lazman aik aur nikle gi, aik cheez</w:t>
      </w:r>
    </w:p>
    <w:p>
      <w:pPr>
        <w:jc w:val="right"/>
      </w:pPr>
      <w:r>
        <w:t>تو اس نے یہ گیس کیا کہ انڈسٹریل ریولوشن میں سے لازماً ایک اور نکلے گی، ایک چیز</w:t>
      </w:r>
    </w:p>
    <w:p>
      <w:r>
        <w:rPr>
          <w:b/>
        </w:rPr>
        <w:t xml:space="preserve">[54:28] </w:t>
      </w:r>
      <w:r>
        <w:t>woh hai labors, aur un se mein takrao hoga.</w:t>
      </w:r>
    </w:p>
    <w:p>
      <w:pPr>
        <w:jc w:val="right"/>
      </w:pPr>
      <w:r>
        <w:t>وہ ہے لیبرز، اور ان سے میں ٹکراؤ ہوگا۔</w:t>
      </w:r>
    </w:p>
    <w:p>
      <w:r>
        <w:rPr>
          <w:b/>
        </w:rPr>
        <w:t xml:space="preserve">[54:34] </w:t>
      </w:r>
      <w:r>
        <w:t>phir ek teesri cheez nikle gi, woh hai communist raaj.</w:t>
      </w:r>
    </w:p>
    <w:p>
      <w:pPr>
        <w:jc w:val="right"/>
      </w:pPr>
      <w:r>
        <w:t>پھر ایک تیسری چیز نکلے گی، وہ ہے کمیونسٹ راج۔</w:t>
      </w:r>
    </w:p>
    <w:p>
      <w:r>
        <w:rPr>
          <w:b/>
        </w:rPr>
        <w:t xml:space="preserve">[54:41] </w:t>
      </w:r>
      <w:r>
        <w:t>theek hai, aisa kuch bhi nahi hua.</w:t>
      </w:r>
    </w:p>
    <w:p>
      <w:pPr>
        <w:jc w:val="right"/>
      </w:pPr>
      <w:r>
        <w:t>ٹھیک ہے، ایسا کچھ بھی نہیں ہوا۔</w:t>
      </w:r>
    </w:p>
    <w:p>
      <w:r>
        <w:rPr>
          <w:b/>
        </w:rPr>
        <w:t xml:space="preserve">[54:48] </w:t>
      </w:r>
      <w:r>
        <w:t>to future ke baray mein tareekh mein koi bhi insaan nahi hai jis ne future ke baray mein</w:t>
      </w:r>
    </w:p>
    <w:p>
      <w:pPr>
        <w:jc w:val="right"/>
      </w:pPr>
      <w:r>
        <w:t>تو فیوچر کے بارے میں تاریخ میں کوئی بھی انسان نہیں ہے جس نے فیوچر کے بارے میں</w:t>
      </w:r>
    </w:p>
    <w:p>
      <w:r>
        <w:rPr>
          <w:b/>
        </w:rPr>
        <w:t xml:space="preserve">[54:55] </w:t>
      </w:r>
      <w:r>
        <w:t>kaha, wohi waisi hi ke waisi hi sabit hua.</w:t>
      </w:r>
    </w:p>
    <w:p>
      <w:pPr>
        <w:jc w:val="right"/>
      </w:pPr>
      <w:r>
        <w:t>کہا، وہ وہی ویسے ہی کہ ویسے ہی ثابت ہوا۔</w:t>
      </w:r>
    </w:p>
    <w:p>
      <w:r>
        <w:rPr>
          <w:b/>
        </w:rPr>
        <w:t xml:space="preserve">[55:01] </w:t>
      </w:r>
      <w:r>
        <w:t>woh to kaha quran ki ayat keh rahi hai ke dekho, future mein aisa hoga ke tum daryaft</w:t>
      </w:r>
    </w:p>
    <w:p>
      <w:pPr>
        <w:jc w:val="right"/>
      </w:pPr>
      <w:r>
        <w:t>وہ تو کہا قرآن کی آیت کہہ رہی ہے کہ دیکھو، فیوچر میں ایسا ہوگا کہ تم دریافت</w:t>
      </w:r>
    </w:p>
    <w:p>
      <w:r>
        <w:rPr>
          <w:b/>
        </w:rPr>
        <w:t xml:space="preserve">[55:08] </w:t>
      </w:r>
      <w:r>
        <w:t>karo ge, tum khud daryaft karo ge is ratq aur fateh ke maamle ko.</w:t>
      </w:r>
    </w:p>
    <w:p>
      <w:pPr>
        <w:jc w:val="right"/>
      </w:pPr>
      <w:r>
        <w:t>کرو گے، تم خود دریافت کرو گے اس رتق اور فتح کے معاملے کو۔</w:t>
      </w:r>
    </w:p>
    <w:p>
      <w:r>
        <w:rPr>
          <w:b/>
        </w:rPr>
        <w:t xml:space="preserve">[55:15] </w:t>
      </w:r>
      <w:r>
        <w:t>is ayat ko agar aap is mani mein lein to goya ke woh ayat keh rahi hai ke</w:t>
      </w:r>
    </w:p>
    <w:p>
      <w:pPr>
        <w:jc w:val="right"/>
      </w:pPr>
      <w:r>
        <w:t>اس آیت کو اگر آپ اس معنی میں لیں تو گویا کہ وہ آیت کہہ رہی ہے کہ</w:t>
      </w:r>
    </w:p>
    <w:p>
      <w:r>
        <w:rPr>
          <w:b/>
        </w:rPr>
        <w:t xml:space="preserve">[55:22] </w:t>
      </w:r>
      <w:r>
        <w:t>baad ke zamanay mein insaan big bang theory ko daryaft kare ga.</w:t>
      </w:r>
    </w:p>
    <w:p>
      <w:pPr>
        <w:jc w:val="right"/>
      </w:pPr>
      <w:r>
        <w:t>بعد کے زمانے میں انسان بگ بینگ تھیوری کو دریافت کرے گا۔</w:t>
      </w:r>
    </w:p>
    <w:p>
      <w:r>
        <w:rPr>
          <w:b/>
        </w:rPr>
        <w:t xml:space="preserve">[55:28] </w:t>
      </w:r>
      <w:r>
        <w:t>yeh is baat ka saboot hoga ke quran khuda ki kitab hai.</w:t>
      </w:r>
    </w:p>
    <w:p>
      <w:pPr>
        <w:jc w:val="right"/>
      </w:pPr>
      <w:r>
        <w:t>یہ اس بات کا ثبوت ہوگا کہ قرآن خدا کی کتاب ہے۔</w:t>
      </w:r>
    </w:p>
    <w:p>
      <w:r>
        <w:rPr>
          <w:b/>
        </w:rPr>
        <w:t xml:space="preserve">[55:35] </w:t>
      </w:r>
      <w:r>
        <w:t>to aaj ka insaan jo hai, woh woh ek aisi, ek aise khuda ki talash mein hai jis</w:t>
      </w:r>
    </w:p>
    <w:p>
      <w:pPr>
        <w:jc w:val="right"/>
      </w:pPr>
      <w:r>
        <w:t>تو آج کا انسان جو ہے، وہ وہ ایک ایسی، ایک ایسے خدا کی تلاش میں ہے جس</w:t>
      </w:r>
    </w:p>
    <w:p>
      <w:r>
        <w:rPr>
          <w:b/>
        </w:rPr>
        <w:t xml:space="preserve">[55:42] </w:t>
      </w:r>
      <w:r>
        <w:t>ka tasawwur sirf quran mein hai.</w:t>
      </w:r>
    </w:p>
    <w:p>
      <w:pPr>
        <w:jc w:val="right"/>
      </w:pPr>
      <w:r>
        <w:t>کا تصور صرف قرآن میں ہے۔</w:t>
      </w:r>
    </w:p>
    <w:p>
      <w:r>
        <w:rPr>
          <w:b/>
        </w:rPr>
        <w:t xml:space="preserve">[55:48] </w:t>
      </w:r>
      <w:r>
        <w:t>kyun? quran mehfooz kitab hai.</w:t>
      </w:r>
    </w:p>
    <w:p>
      <w:pPr>
        <w:jc w:val="right"/>
      </w:pPr>
      <w:r>
        <w:t>کیوں؟ قرآن محفوظ کتاب ہے۔</w:t>
      </w:r>
    </w:p>
    <w:p>
      <w:r>
        <w:rPr>
          <w:b/>
        </w:rPr>
        <w:t xml:space="preserve">[55:55] </w:t>
      </w:r>
      <w:r>
        <w:t>dekhein, mein yeh nahi kehta ke quran koi, koi quran koi afzal kitab hai, yeh mein nahi kehta hoon.</w:t>
      </w:r>
    </w:p>
    <w:p>
      <w:pPr>
        <w:jc w:val="right"/>
      </w:pPr>
      <w:r>
        <w:t>دیکھیں، میں یہ نہیں کہتا کہ قرآن کوئی، کوئی قرآن کوئی افضل کتاب ہے، یہ میں نہیں کہتا ہوں۔</w:t>
      </w:r>
    </w:p>
    <w:p>
      <w:r>
        <w:rPr>
          <w:b/>
        </w:rPr>
        <w:t xml:space="preserve">[56:02] </w:t>
      </w:r>
      <w:r>
        <w:t>قرآن superior کتاب ہے، ایسا میں نہیں کہتا ہوں۔</w:t>
      </w:r>
    </w:p>
    <w:p>
      <w:pPr>
        <w:jc w:val="right"/>
      </w:pPr>
      <w:r>
        <w:t>قرآن سپیریر کتاب ہے، ایسا میں نہیں کہتا ہوں۔</w:t>
      </w:r>
    </w:p>
    <w:p>
      <w:r>
        <w:rPr>
          <w:b/>
        </w:rPr>
        <w:t xml:space="preserve">[56:09] </w:t>
      </w:r>
      <w:r>
        <w:t>allah taala ne mukhtalif nabiyon ke zariye se jo kitab bheji, woh preserve nahi ho saki, mehfooz nahi rakh saki.</w:t>
      </w:r>
    </w:p>
    <w:p>
      <w:pPr>
        <w:jc w:val="right"/>
      </w:pPr>
      <w:r>
        <w:t>اللہ تعالی نے مختلف نبیوں کے ذریعے سے جو کتاب بھیجی، وہ پریزرو نہیں ہو سکی، محفوظ نہیں رکھ سکی۔</w:t>
      </w:r>
    </w:p>
    <w:p>
      <w:r>
        <w:rPr>
          <w:b/>
        </w:rPr>
        <w:t xml:space="preserve">[56:15] </w:t>
      </w:r>
      <w:r>
        <w:t>lekin quran jo hai, poori poori tarah se mehfooz hai.</w:t>
      </w:r>
    </w:p>
    <w:p>
      <w:pPr>
        <w:jc w:val="right"/>
      </w:pPr>
      <w:r>
        <w:t>لیکن قرآن جو ہے، پوری پوری طریقے سے محفوظ ہے۔</w:t>
      </w:r>
    </w:p>
    <w:p>
      <w:r>
        <w:rPr>
          <w:b/>
        </w:rPr>
        <w:t xml:space="preserve">[56:22] </w:t>
      </w:r>
      <w:r>
        <w:t>تو قرآن کے بارے میں میں صرف یہ کہتا ہوں: Quran is a preserved book of God.</w:t>
      </w:r>
    </w:p>
    <w:p>
      <w:pPr>
        <w:jc w:val="right"/>
      </w:pPr>
      <w:r>
        <w:t>تو قرآن کے بارے میں میں صرف یہ کہتا ہوں: قرآن از اے پریزروڈ بک آف گاڈ۔</w:t>
      </w:r>
    </w:p>
    <w:p>
      <w:r>
        <w:rPr>
          <w:b/>
        </w:rPr>
        <w:t xml:space="preserve">[56:29] </w:t>
      </w:r>
      <w:r>
        <w:t>bas is tarah ki bohat si ayatein hain jo batati hain ke ke mustaqbil mein aisa aisa hoga,</w:t>
      </w:r>
    </w:p>
    <w:p>
      <w:pPr>
        <w:jc w:val="right"/>
      </w:pPr>
      <w:r>
        <w:t>بس اس طرح کی بہت سی آیتیں ہیں جو بتاتی ہیں کہ کہ مستقبل میں ایسا ایسا ہوگا،</w:t>
      </w:r>
    </w:p>
    <w:p>
      <w:r>
        <w:rPr>
          <w:b/>
        </w:rPr>
        <w:t xml:space="preserve">[56:35] </w:t>
      </w:r>
      <w:r>
        <w:t>aur woh is baat ka saboot hoga ke quran khuda ki kitab hai.</w:t>
      </w:r>
    </w:p>
    <w:p>
      <w:pPr>
        <w:jc w:val="right"/>
      </w:pPr>
      <w:r>
        <w:t>اور وہ اس بات کا ثبوت ہوگا کہ قرآن خدا کی کتاب ہے۔</w:t>
      </w:r>
    </w:p>
    <w:p>
      <w:r>
        <w:rPr>
          <w:b/>
        </w:rPr>
        <w:t xml:space="preserve">[56:42] </w:t>
      </w:r>
      <w:r>
        <w:t>کیونکہ کوئی جان نہیں سکتا تھا کہ future میں کیا ہوگا۔</w:t>
      </w:r>
    </w:p>
    <w:p>
      <w:pPr>
        <w:jc w:val="right"/>
      </w:pPr>
      <w:r>
        <w:t>کیونکہ کوئی جان نہیں سکتا تھا کہ فیوچر میں کیا ہوگا۔</w:t>
      </w:r>
    </w:p>
    <w:p>
      <w:r>
        <w:rPr>
          <w:b/>
        </w:rPr>
        <w:t xml:space="preserve">[56:49] </w:t>
      </w:r>
      <w:r>
        <w:t>جس انسان نے بھی future کے بارے میں کوئی statement دیا، وہ مجھ سے غلط ثابت ہوا۔</w:t>
      </w:r>
    </w:p>
    <w:p>
      <w:pPr>
        <w:jc w:val="right"/>
      </w:pPr>
      <w:r>
        <w:t>جس انسان نے بھی فیوچر کے بارے میں کوئی سٹیٹمنٹ دیا، وہ مجھ سے غلط ثابت ہوا۔</w:t>
      </w:r>
    </w:p>
    <w:p>
      <w:r>
        <w:rPr>
          <w:b/>
        </w:rPr>
        <w:t xml:space="preserve">[56:56] </w:t>
      </w:r>
      <w:r>
        <w:t>mein bohat si aisi misalein deta hoon aap ko.</w:t>
      </w:r>
    </w:p>
    <w:p>
      <w:pPr>
        <w:jc w:val="right"/>
      </w:pPr>
      <w:r>
        <w:t>میں بہت سی ایسی مثالیں دیتا ہوں آپ کو۔</w:t>
      </w:r>
    </w:p>
    <w:p>
      <w:r>
        <w:rPr>
          <w:b/>
        </w:rPr>
        <w:t xml:space="preserve">[57:02] </w:t>
      </w:r>
      <w:r>
        <w:t>مجھے بہت سی ایسی مثالیں معلوم ہیں کہ مفکرین نے، ریفارمرز نے future کے بارے میں ایک رائے</w:t>
      </w:r>
    </w:p>
    <w:p>
      <w:pPr>
        <w:jc w:val="right"/>
      </w:pPr>
      <w:r>
        <w:t>مجھے بہت سی ایسی مثالیں معلوم ہیں کہ مفکرین نے، ریفارمرز نے فیوچر کے بارے میں ایک رائے</w:t>
      </w:r>
    </w:p>
    <w:p>
      <w:r>
        <w:rPr>
          <w:b/>
        </w:rPr>
        <w:t xml:space="preserve">[57:09] </w:t>
      </w:r>
      <w:r>
        <w:t>di, woh ghalat sabit hui.</w:t>
      </w:r>
    </w:p>
    <w:p>
      <w:pPr>
        <w:jc w:val="right"/>
      </w:pPr>
      <w:r>
        <w:t>دی، وہ غلط ثابت ہوئی۔</w:t>
      </w:r>
    </w:p>
    <w:p>
      <w:r>
        <w:rPr>
          <w:b/>
        </w:rPr>
        <w:t xml:space="preserve">[57:16] </w:t>
      </w:r>
      <w:r>
        <w:t>to sirf quran ek hi aisi kitab hai jis ne future ke baray mein ek baat kahi, woh</w:t>
      </w:r>
    </w:p>
    <w:p>
      <w:pPr>
        <w:jc w:val="right"/>
      </w:pPr>
      <w:r>
        <w:t>تو صرف قرآن ایک ہی ایسی کتاب ہے جس نے فیوچر کے بارے میں ایک بات کہی، وہ</w:t>
      </w:r>
    </w:p>
    <w:p>
      <w:r>
        <w:rPr>
          <w:b/>
        </w:rPr>
        <w:t xml:space="preserve">[57:22] </w:t>
      </w:r>
      <w:r>
        <w:t>woh aisi ke wohi sabit hui.</w:t>
      </w:r>
    </w:p>
    <w:p>
      <w:pPr>
        <w:jc w:val="right"/>
      </w:pPr>
      <w:r>
        <w:t>وہ ایسی کہ وہی ثابت ہوئی۔</w:t>
      </w:r>
    </w:p>
    <w:p>
      <w:r>
        <w:rPr>
          <w:b/>
        </w:rPr>
        <w:t xml:space="preserve">[57:29] </w:t>
      </w:r>
      <w:r>
        <w:t>to yeh hai jis ko le kar aaj kal musalman jo hain, lad rahe hain, phir rahe hain,</w:t>
      </w:r>
    </w:p>
    <w:p>
      <w:pPr>
        <w:jc w:val="right"/>
      </w:pPr>
      <w:r>
        <w:t>تو یہ ہے جس کو لے کر آج کل مسلمان جو ہیں، لڑ رہے ہیں، پھر رہے ہیں،</w:t>
      </w:r>
    </w:p>
    <w:p>
      <w:r>
        <w:rPr>
          <w:b/>
        </w:rPr>
        <w:t xml:space="preserve">[57:36] </w:t>
      </w:r>
      <w:r>
        <w:t>bekar kaam kar rahe hain.</w:t>
      </w:r>
    </w:p>
    <w:p>
      <w:pPr>
        <w:jc w:val="right"/>
      </w:pPr>
      <w:r>
        <w:t>بیکار کام کر رہے ہیں۔</w:t>
      </w:r>
    </w:p>
    <w:p>
      <w:r>
        <w:rPr>
          <w:b/>
        </w:rPr>
        <w:t xml:space="preserve">[57:43] </w:t>
      </w:r>
      <w:r>
        <w:t>yani ek taraf insaan talash mein hai theory of everything ka, ab woh theory of everything</w:t>
      </w:r>
    </w:p>
    <w:p>
      <w:pPr>
        <w:jc w:val="right"/>
      </w:pPr>
      <w:r>
        <w:t>یعنی ایک طرف انسان تلاش میں ہے تھیوری آف ایوری تھنگ کا، اب وہ تھیوری آف ایوری تھنگ</w:t>
      </w:r>
    </w:p>
    <w:p>
      <w:r>
        <w:rPr>
          <w:b/>
        </w:rPr>
        <w:t xml:space="preserve">[57:49] </w:t>
      </w:r>
      <w:r>
        <w:t>se quran mein hai, us ko pesh karo.</w:t>
      </w:r>
    </w:p>
    <w:p>
      <w:pPr>
        <w:jc w:val="right"/>
      </w:pPr>
      <w:r>
        <w:t>سے قرآن میں ہے، اس کو پیش کرو۔</w:t>
      </w:r>
    </w:p>
    <w:p>
      <w:r>
        <w:rPr>
          <w:b/>
        </w:rPr>
        <w:t xml:space="preserve">[57:56] </w:t>
      </w:r>
      <w:r>
        <w:t>yani theory of everything jo hai, woh sirf quran mein maujood hai, usko pesh karo insaan ke samne.</w:t>
      </w:r>
    </w:p>
    <w:p>
      <w:pPr>
        <w:jc w:val="right"/>
      </w:pPr>
      <w:r>
        <w:t>یعنی تھیوری آف ایوری تھنگ جو ہے، وہ صرف قرآن میں موجود ہے، اس کو پیش کرو انسان کے سامنے۔</w:t>
      </w:r>
    </w:p>
    <w:p>
      <w:r>
        <w:rPr>
          <w:b/>
        </w:rPr>
        <w:t xml:space="preserve">[58:03] </w:t>
      </w:r>
      <w:r>
        <w:t>ladna bhirna kya hai? marna maarna kya hai? dekhen, sari duniya ke musalman negative ho rahe hain, lad</w:t>
      </w:r>
    </w:p>
    <w:p>
      <w:pPr>
        <w:jc w:val="right"/>
      </w:pPr>
      <w:r>
        <w:t>لڑنا بھڑنا کیا ہے؟ مرنا مارنا کیا ہے؟ دیکھیں، ساری دنیا کے مسلمان نیگیٹیو ہو رہے ہیں، لڑ</w:t>
      </w:r>
    </w:p>
    <w:p>
      <w:r>
        <w:rPr>
          <w:b/>
        </w:rPr>
        <w:t xml:space="preserve">[58:09] </w:t>
      </w:r>
      <w:r>
        <w:t>rahe hain, mar rahe hain, apni janen gawa rahe hain, arbon kharbon rupay barbad kar rahe hain, aur</w:t>
      </w:r>
    </w:p>
    <w:p>
      <w:pPr>
        <w:jc w:val="right"/>
      </w:pPr>
      <w:r>
        <w:t>رہے ہیں، مر رہے ہیں، اپنی جانیں گوا رہے ہیں، اربوں کھربوں روپے برباد کر رہے ہیں، اور</w:t>
      </w:r>
    </w:p>
    <w:p>
      <w:r>
        <w:rPr>
          <w:b/>
        </w:rPr>
        <w:t xml:space="preserve">[58:16] </w:t>
      </w:r>
      <w:r>
        <w:t>is is opportunity ko avail karne ka mind unke andar nahi hai.</w:t>
      </w:r>
    </w:p>
    <w:p>
      <w:pPr>
        <w:jc w:val="right"/>
      </w:pPr>
      <w:r>
        <w:t>اس اس اپرچونیٹی کو اویل کرنے کا مائنڈ ان کے اندر نہیں ہے۔</w:t>
      </w:r>
    </w:p>
    <w:p>
      <w:r>
        <w:rPr>
          <w:b/>
        </w:rPr>
        <w:t xml:space="preserve">[58:23] </w:t>
      </w:r>
      <w:r>
        <w:t>to behal, main samajhta hoon ke aap log jo cps ke log hain, unka farz</w:t>
      </w:r>
    </w:p>
    <w:p>
      <w:pPr>
        <w:jc w:val="right"/>
      </w:pPr>
      <w:r>
        <w:t>تو بہرحال، میں سمجھتا ہوں کہ آپ لوگ جو سی پی ایس کے لوگ ہیں، ان کا فرض</w:t>
      </w:r>
    </w:p>
    <w:p>
      <w:r>
        <w:rPr>
          <w:b/>
        </w:rPr>
        <w:t xml:space="preserve">[58:30] </w:t>
      </w:r>
      <w:r>
        <w:t>hai ke woh is baat ko samjhen aur is kaam ko le kar uthen.</w:t>
      </w:r>
    </w:p>
    <w:p>
      <w:pPr>
        <w:jc w:val="right"/>
      </w:pPr>
      <w:r>
        <w:t>ہے کہ وہ اس بات کو سمجھیں اور اس کام کو لے کر اٹھیں۔</w:t>
      </w:r>
    </w:p>
    <w:p>
      <w:r>
        <w:rPr>
          <w:b/>
        </w:rPr>
        <w:t xml:space="preserve">[58:36] </w:t>
      </w:r>
      <w:r>
        <w:t>meri dua hai ke Allah taala aap ki madad farmaye.</w:t>
      </w:r>
    </w:p>
    <w:p>
      <w:pPr>
        <w:jc w:val="right"/>
      </w:pPr>
      <w:r>
        <w:t>میری دعا ہے کہ اللہ تعالی آپ کی مدد فرمائے۔</w:t>
      </w:r>
    </w:p>
    <w:p>
      <w:r>
        <w:rPr>
          <w:b/>
        </w:rPr>
        <w:t xml:space="preserve">[58:43] </w:t>
      </w:r>
      <w:r>
        <w:t>aqool qooli haza wastaghfirullahi lakum ajmaeen.</w:t>
      </w:r>
    </w:p>
    <w:p>
      <w:pPr>
        <w:jc w:val="right"/>
      </w:pPr>
      <w:r>
        <w:t>اقول قولی ھذا واستغفراللہ لیلکم اجمعین۔</w:t>
      </w:r>
    </w:p>
    <w:p>
      <w:r>
        <w:rPr>
          <w:b/>
        </w:rPr>
        <w:t xml:space="preserve">[58:50] </w:t>
      </w:r>
      <w:r>
        <w:t>Okay, we'll be starting with the question-answer session.</w:t>
      </w:r>
    </w:p>
    <w:p>
      <w:pPr>
        <w:jc w:val="right"/>
      </w:pPr>
      <w:r>
        <w:t>اوکے، ویل بی سٹارٹنگ ود دی کوئسچن انسر سیشن۔</w:t>
      </w:r>
    </w:p>
    <w:p>
      <w:r>
        <w:rPr>
          <w:b/>
        </w:rPr>
        <w:t xml:space="preserve">[58:56] </w:t>
      </w:r>
      <w:r>
        <w:t>If the viewers want to send their questions, they can write at info at CPS Global</w:t>
      </w:r>
    </w:p>
    <w:p>
      <w:pPr>
        <w:jc w:val="right"/>
      </w:pPr>
      <w:r>
        <w:t>اف دا ویوورز وانٹ ٹو سینڈ دیر کوئسچنز، دے کین رائٹ ایٹ انفو ایٹ سی پی ایس گلوبل</w:t>
      </w:r>
    </w:p>
    <w:p>
      <w:r>
        <w:rPr>
          <w:b/>
        </w:rPr>
        <w:t xml:space="preserve">[59:03] </w:t>
      </w:r>
      <w:r>
        <w:t>dot org.</w:t>
      </w:r>
    </w:p>
    <w:p>
      <w:pPr>
        <w:jc w:val="right"/>
      </w:pPr>
      <w:r>
        <w:t>ڈاٹ او آر جی۔</w:t>
      </w:r>
    </w:p>
    <w:p>
      <w:r>
        <w:rPr>
          <w:b/>
        </w:rPr>
        <w:t xml:space="preserve">[59:10] </w:t>
      </w:r>
      <w:r>
        <w:t>I repeat: info@cpsglobal.org.</w:t>
      </w:r>
    </w:p>
    <w:p>
      <w:pPr>
        <w:jc w:val="right"/>
      </w:pPr>
      <w:r>
        <w:t>ائی ریپیٹ: انفو ایٹ سی پی ایس گلوبل ڈاٹ او آر جی۔</w:t>
      </w:r>
    </w:p>
    <w:p>
      <w:r>
        <w:rPr>
          <w:b/>
        </w:rPr>
        <w:t xml:space="preserve">[59:17] </w:t>
      </w:r>
      <w:r>
        <w:t>maulana, yeh sawal aaya hai karachi pakistan se abdul latif sahab ka.</w:t>
      </w:r>
    </w:p>
    <w:p>
      <w:pPr>
        <w:jc w:val="right"/>
      </w:pPr>
      <w:r>
        <w:t>مولانا، یہ سوال آیا ہے کراچی پاکستان سے عبداللطیف صاحب کا۔</w:t>
      </w:r>
    </w:p>
    <w:p>
      <w:r>
        <w:rPr>
          <w:b/>
        </w:rPr>
        <w:t xml:space="preserve">[59:23] </w:t>
      </w:r>
      <w:r>
        <w:t>unhon ne likha hai: "kya eshaye mulkon mulkon ke musalmanon ki zarooraten Allah taala unke apne mulkon</w:t>
      </w:r>
    </w:p>
    <w:p>
      <w:pPr>
        <w:jc w:val="right"/>
      </w:pPr>
      <w:r>
        <w:t>انہوں نے لکھا ہے: "کیا ایشیائے ملکوں ملکوں کے مسلمانوں کی ضرورتیں اللہ تعالی ان کے اپنے ملکوں</w:t>
      </w:r>
    </w:p>
    <w:p>
      <w:r>
        <w:rPr>
          <w:b/>
        </w:rPr>
        <w:t xml:space="preserve">[59:30] </w:t>
      </w:r>
      <w:r>
        <w:t>mein poori nahi kar raha hai ke woh bahar ke mulkon mein maash ke husool ke liye gaye</w:t>
      </w:r>
    </w:p>
    <w:p>
      <w:pPr>
        <w:jc w:val="right"/>
      </w:pPr>
      <w:r>
        <w:t>میں پوری نہیں کر رہا ہے کہ وہ باہر کے ملکوں میں معاش کے حصول کے لیے گئے</w:t>
      </w:r>
    </w:p>
    <w:p>
      <w:r>
        <w:rPr>
          <w:b/>
        </w:rPr>
        <w:t xml:space="preserve">[59:37] </w:t>
      </w:r>
      <w:r>
        <w:t>hue hain? aakhir un sab logon ko kis cheez ne majboor kiya hai ke woh apne mulkon ko</w:t>
      </w:r>
    </w:p>
    <w:p>
      <w:pPr>
        <w:jc w:val="right"/>
      </w:pPr>
      <w:r>
        <w:t>ہوئے ہیں؟ آخر ان سب لوگوں کو کس چیز نے مجبور کیا ہے کہ وہ اپنے ملکوں کو</w:t>
      </w:r>
    </w:p>
    <w:p>
      <w:r>
        <w:rPr>
          <w:b/>
        </w:rPr>
        <w:t xml:space="preserve">[59:43] </w:t>
      </w:r>
      <w:r>
        <w:t>chhod kar bahar ke mulkon mein maash ke liye gaye hue hain?" iski wazahat karen.</w:t>
      </w:r>
    </w:p>
    <w:p>
      <w:pPr>
        <w:jc w:val="right"/>
      </w:pPr>
      <w:r>
        <w:t>چھوڑ کر باہر کے ملکوں میں معاش کے لیے گئے ہوئے ہیں؟" اس کی وضاحت کریں۔</w:t>
      </w:r>
    </w:p>
    <w:p>
      <w:r>
        <w:rPr>
          <w:b/>
        </w:rPr>
        <w:t xml:space="preserve">[59:50] </w:t>
      </w:r>
      <w:r>
        <w:t>bhai, iska sabab yeh nahi ke maash nahi mil rahi unko apne mulkon mein.</w:t>
      </w:r>
    </w:p>
    <w:p>
      <w:pPr>
        <w:jc w:val="right"/>
      </w:pPr>
      <w:r>
        <w:t>بھئی، اس کا سبب یہ نہیں کہ معاش نہیں مل رہی ان کو اپنے ملکوں میں۔</w:t>
      </w:r>
    </w:p>
    <w:p>
      <w:r>
        <w:rPr>
          <w:b/>
        </w:rPr>
        <w:t xml:space="preserve">[59:57] </w:t>
      </w:r>
      <w:r>
        <w:t>bas ek ek shauq hai dollar kamane ka, pound kamane ka taake jab bachchon ka mustaqbil zyada achha banaen.</w:t>
      </w:r>
    </w:p>
    <w:p>
      <w:pPr>
        <w:jc w:val="right"/>
      </w:pPr>
      <w:r>
        <w:t>بس ایک ایک شوق ہے ڈالر کمانے کا، پاؤنڈ کمانے کا تاکہ جب بچوں کا مستقبل زیادہ اچھا بنائیں۔</w:t>
      </w:r>
    </w:p>
    <w:p>
      <w:r>
        <w:rPr>
          <w:b/>
        </w:rPr>
        <w:t xml:space="preserve">[1:00:04] </w:t>
      </w:r>
      <w:r>
        <w:t>yeh sara mamla hai ke apni family, apne bachchon ko behtar mustaqbil dene ke liye woh ja rahe</w:t>
      </w:r>
    </w:p>
    <w:p>
      <w:pPr>
        <w:jc w:val="right"/>
      </w:pPr>
      <w:r>
        <w:t>یہ سارا معاملہ ہے کہ اپنی فیملی، اپنے بچوں کو بہتر مستقبل دینے کے لیے وہ جا رہے</w:t>
      </w:r>
    </w:p>
    <w:p>
      <w:r>
        <w:rPr>
          <w:b/>
        </w:rPr>
        <w:t xml:space="preserve">[1:00:10] </w:t>
      </w:r>
      <w:r>
        <w:t>hain un mulkon mein.</w:t>
      </w:r>
    </w:p>
    <w:p>
      <w:pPr>
        <w:jc w:val="right"/>
      </w:pPr>
      <w:r>
        <w:t>ہیں ان ملکوں میں۔</w:t>
      </w:r>
    </w:p>
    <w:p>
      <w:r>
        <w:rPr>
          <w:b/>
        </w:rPr>
        <w:t xml:space="preserve">[1:00:17] </w:t>
      </w:r>
      <w:r>
        <w:t>sab se ajeeb baat yeh hai ke pakistan ke logon ne mutalba kiya tha ke hamein ek alag</w:t>
      </w:r>
    </w:p>
    <w:p>
      <w:pPr>
        <w:jc w:val="right"/>
      </w:pPr>
      <w:r>
        <w:t>سب سے عجیب بات یہ ہے کہ پاکستان کے لوگوں نے مطالبہ کیا تھا کہ ہمیں ایک الگ</w:t>
      </w:r>
    </w:p>
    <w:p>
      <w:r>
        <w:rPr>
          <w:b/>
        </w:rPr>
        <w:t xml:space="preserve">[1:00:24] </w:t>
      </w:r>
      <w:r>
        <w:t>mulk chahiye taake hum islam ka mutabiq reh saken.</w:t>
      </w:r>
    </w:p>
    <w:p>
      <w:pPr>
        <w:jc w:val="right"/>
      </w:pPr>
      <w:r>
        <w:t>ملک چاہیے تاکہ ہم اسلام کا مطابق رہ سکیں۔</w:t>
      </w:r>
    </w:p>
    <w:p>
      <w:r>
        <w:rPr>
          <w:b/>
        </w:rPr>
        <w:t xml:space="preserve">[1:00:30] </w:t>
      </w:r>
      <w:r>
        <w:t>sab se ajeeb mamla to pakistani logon logon ka hai.</w:t>
      </w:r>
    </w:p>
    <w:p>
      <w:pPr>
        <w:jc w:val="right"/>
      </w:pPr>
      <w:r>
        <w:t>سب سے عجیب معاملہ تو پاکستانی لوگوں لوگوں کا ہے۔</w:t>
      </w:r>
    </w:p>
    <w:p>
      <w:r>
        <w:rPr>
          <w:b/>
        </w:rPr>
        <w:t xml:space="preserve">[1:00:37] </w:t>
      </w:r>
      <w:r>
        <w:t>pakistan ki laali yahi thi ke hamein ek ek alag khitta chahiye jahan hum islam ke mutabiq reh saken.</w:t>
      </w:r>
    </w:p>
    <w:p>
      <w:pPr>
        <w:jc w:val="right"/>
      </w:pPr>
      <w:r>
        <w:t>پاکستان کی لالی یہی تھی کہ ہمیں ایک ایک الگ خطہ چاہیے جہاں ہم اسلام کے مطابق رہ سکیں۔</w:t>
      </w:r>
    </w:p>
    <w:p>
      <w:r>
        <w:rPr>
          <w:b/>
        </w:rPr>
        <w:t xml:space="preserve">[1:00:44] </w:t>
      </w:r>
      <w:r>
        <w:t>achha, jab woh khitta mil gaya to khud pakistan ke beshumar log chale gaye bahar, europe, america.</w:t>
      </w:r>
    </w:p>
    <w:p>
      <w:pPr>
        <w:jc w:val="right"/>
      </w:pPr>
      <w:r>
        <w:t>اچھا، جب وہ خطہ مل گیا تو خود پاکستان کے بے شمار لوگ چلے گئے باہر، یورپ، امریکہ۔</w:t>
      </w:r>
    </w:p>
    <w:p>
      <w:r>
        <w:rPr>
          <w:b/>
        </w:rPr>
        <w:t xml:space="preserve">[1:00:51] </w:t>
      </w:r>
      <w:r>
        <w:t>to yeh to bohat bara jurm ka mamla hai ke Khuda ne pakistan ko kehte hain log, mamlakat e Khudadad.</w:t>
      </w:r>
    </w:p>
    <w:p>
      <w:pPr>
        <w:jc w:val="right"/>
      </w:pPr>
      <w:r>
        <w:t>تو یہ تو بہت بڑا جرم کا معاملہ ہے کہ خدا نے پاکستان کو کہتے ہیں لوگ، مملکت خداداد۔</w:t>
      </w:r>
    </w:p>
    <w:p>
      <w:r>
        <w:rPr>
          <w:b/>
        </w:rPr>
        <w:t xml:space="preserve">[1:00:57] </w:t>
      </w:r>
      <w:r>
        <w:t>mamlakat e Khudadad agar sach much ho woh to usko chhod kar tum mamlakat e shaitan dad mein ja</w:t>
      </w:r>
    </w:p>
    <w:p>
      <w:pPr>
        <w:jc w:val="right"/>
      </w:pPr>
      <w:r>
        <w:t>مملکت خداداد اگر سچ مچ ہو وہ تو اس کو چھوڑ کر تم مملکت شیطان داد میں جا</w:t>
      </w:r>
    </w:p>
    <w:p>
      <w:r>
        <w:rPr>
          <w:b/>
        </w:rPr>
        <w:t xml:space="preserve">[1:01:04] </w:t>
      </w:r>
      <w:r>
        <w:t>rahe ho, jis ko shaitan kehte hain.</w:t>
      </w:r>
    </w:p>
    <w:p>
      <w:pPr>
        <w:jc w:val="right"/>
      </w:pPr>
      <w:r>
        <w:t>رہے ہو، جس کو شیطان کہتے ہیں۔</w:t>
      </w:r>
    </w:p>
    <w:p>
      <w:r>
        <w:rPr>
          <w:b/>
        </w:rPr>
        <w:t xml:space="preserve">[1:01:11] </w:t>
      </w:r>
      <w:r>
        <w:t>woh yeh bohat bari munafiqat hai yeh ke is is mutalbe ko le kar ke Pakistan banwaya gaya</w:t>
      </w:r>
    </w:p>
    <w:p>
      <w:pPr>
        <w:jc w:val="right"/>
      </w:pPr>
      <w:r>
        <w:t>وہ یہ بہت بڑی منافقت ہے یہ کہ اس اس مطالبے کو لے کر کے پاکستان بنوایا گیا</w:t>
      </w:r>
    </w:p>
    <w:p>
      <w:r>
        <w:rPr>
          <w:b/>
        </w:rPr>
        <w:t xml:space="preserve">[1:01:17] </w:t>
      </w:r>
      <w:r>
        <w:t>ke hamein Islam ke mutabiq jeene ke liye ek qita chahiye.</w:t>
      </w:r>
    </w:p>
    <w:p>
      <w:pPr>
        <w:jc w:val="right"/>
      </w:pPr>
      <w:r>
        <w:t>کہ ہمیں اسلام کے مطابق جینے کے لیے ایک خطہ چاہیے۔</w:t>
      </w:r>
    </w:p>
    <w:p>
      <w:r>
        <w:rPr>
          <w:b/>
        </w:rPr>
        <w:t xml:space="preserve">[1:01:24] </w:t>
      </w:r>
      <w:r>
        <w:t>aur jab ban gaya to unhi mulkon mein chale gaye jo un in un ke nazdeek, yaani jahan taghoot</w:t>
      </w:r>
    </w:p>
    <w:p>
      <w:pPr>
        <w:jc w:val="right"/>
      </w:pPr>
      <w:r>
        <w:t>اور جب بن گیا تو انہی ملکوں میں چلے گئے جو ان ان کے نزدیک، یعنی جہاں طاغوت</w:t>
      </w:r>
    </w:p>
    <w:p>
      <w:r>
        <w:rPr>
          <w:b/>
        </w:rPr>
        <w:t xml:space="preserve">[1:01:31] </w:t>
      </w:r>
      <w:r>
        <w:t>taghooti nizam qaim tha, usi taghooti nizam mein.</w:t>
      </w:r>
    </w:p>
    <w:p>
      <w:pPr>
        <w:jc w:val="right"/>
      </w:pPr>
      <w:r>
        <w:t>طاغوتی نظام قائم تھا، اسی طاغوتی نظام میں۔</w:t>
      </w:r>
    </w:p>
    <w:p>
      <w:r>
        <w:rPr>
          <w:b/>
        </w:rPr>
        <w:t xml:space="preserve">[1:01:38] </w:t>
      </w:r>
      <w:r>
        <w:t>kyunke wahan par zyada achhi, yaani zyada bari kamai ho sakti thi, wahan zyada achha mayar zindagi milta</w:t>
      </w:r>
    </w:p>
    <w:p>
      <w:pPr>
        <w:jc w:val="right"/>
      </w:pPr>
      <w:r>
        <w:t>کیونکہ وہاں پر زیادہ اچھی، یعنی زیادہ بڑی کمائی ہو سکتی تھی، وہاں زیادہ اچھا معیار زندگی ملتا</w:t>
      </w:r>
    </w:p>
    <w:p>
      <w:r>
        <w:rPr>
          <w:b/>
        </w:rPr>
        <w:t xml:space="preserve">[1:01:44] </w:t>
      </w:r>
      <w:r>
        <w:t>tha un ko.</w:t>
      </w:r>
    </w:p>
    <w:p>
      <w:pPr>
        <w:jc w:val="right"/>
      </w:pPr>
      <w:r>
        <w:t>تھا ان کو۔</w:t>
      </w:r>
    </w:p>
    <w:p>
      <w:r>
        <w:rPr>
          <w:b/>
        </w:rPr>
        <w:t xml:space="preserve">[1:01:51] </w:t>
      </w:r>
      <w:r>
        <w:t>to munafqat hi munafqat hai.</w:t>
      </w:r>
    </w:p>
    <w:p>
      <w:pPr>
        <w:jc w:val="right"/>
      </w:pPr>
      <w:r>
        <w:t>تو منافقت ہی منافقت ہے۔</w:t>
      </w:r>
    </w:p>
    <w:p>
      <w:r>
        <w:rPr>
          <w:b/>
        </w:rPr>
        <w:t xml:space="preserve">[1:01:58] </w:t>
      </w:r>
      <w:r>
        <w:t>ab is ko mein kya keh sakta hoon? is ka to bas Allah hi in logon ka tajziya</w:t>
      </w:r>
    </w:p>
    <w:p>
      <w:pPr>
        <w:jc w:val="right"/>
      </w:pPr>
      <w:r>
        <w:t>اب اس کو میں کیا کہہ سکتا ہوں؟ اس کا تو بس اللہ ہی ان لوگوں کا تجزیہ</w:t>
      </w:r>
    </w:p>
    <w:p>
      <w:r>
        <w:rPr>
          <w:b/>
        </w:rPr>
        <w:t xml:space="preserve">[1:02:04] </w:t>
      </w:r>
      <w:r>
        <w:t>kar sakta hai, insan ke bas mein nahin.</w:t>
      </w:r>
    </w:p>
    <w:p>
      <w:pPr>
        <w:jc w:val="right"/>
      </w:pPr>
      <w:r>
        <w:t>کر سکتا ہے، انسان کے بس میں نہیں۔</w:t>
      </w:r>
    </w:p>
    <w:p>
      <w:r>
        <w:rPr>
          <w:b/>
        </w:rPr>
        <w:t xml:space="preserve">[1:02:11] </w:t>
      </w:r>
      <w:r>
        <w:t>mein ek martaba America mein ek Pakistan ke ek sahab the, wahan par baqayda dadi wali thi un ki.</w:t>
      </w:r>
    </w:p>
    <w:p>
      <w:pPr>
        <w:jc w:val="right"/>
      </w:pPr>
      <w:r>
        <w:t>میں ایک مرتبہ امریکہ میں ایک پاکستان کے ایک صاحب تھے، وہاں پر باقاعدہ داڑھی والی تھی ان کی۔</w:t>
      </w:r>
    </w:p>
    <w:p>
      <w:r>
        <w:rPr>
          <w:b/>
        </w:rPr>
        <w:t xml:space="preserve">[1:02:18] </w:t>
      </w:r>
      <w:r>
        <w:t>to mein ne kaha: "aap Pakistan ko chhod kar America kyun aa gaye?" to kya jawab diya unhon</w:t>
      </w:r>
    </w:p>
    <w:p>
      <w:pPr>
        <w:jc w:val="right"/>
      </w:pPr>
      <w:r>
        <w:t>تو میں نے کہا: "آپ پاکستان کو چھوڑ کر امریکہ کیوں آ گئے؟" تو کیا جواب دیا انہوں</w:t>
      </w:r>
    </w:p>
    <w:p>
      <w:r>
        <w:rPr>
          <w:b/>
        </w:rPr>
        <w:t xml:space="preserve">[1:02:25] </w:t>
      </w:r>
      <w:r>
        <w:t>ne? ke jis ki rozi jahan rahe gi, woh wahan jaye ga.</w:t>
      </w:r>
    </w:p>
    <w:p>
      <w:pPr>
        <w:jc w:val="right"/>
      </w:pPr>
      <w:r>
        <w:t>نے؟ کہ جس کی روزی جہاں رہے گی، وہ وہاں جائے گا۔</w:t>
      </w:r>
    </w:p>
    <w:p>
      <w:r>
        <w:rPr>
          <w:b/>
        </w:rPr>
        <w:t xml:space="preserve">[1:02:31] </w:t>
      </w:r>
      <w:r>
        <w:t>to mein ne kaha ke mamlikat e khudadad mein aap ki rozi nahin hai, hum mamlikat e taghoot dad mein</w:t>
      </w:r>
    </w:p>
    <w:p>
      <w:pPr>
        <w:jc w:val="right"/>
      </w:pPr>
      <w:r>
        <w:t>تو میں نے کہا کہ مملکت خداداد میں آپ کی روزی نہیں ہے، ہم مملکت طاغوت داد میں</w:t>
      </w:r>
    </w:p>
    <w:p>
      <w:r>
        <w:rPr>
          <w:b/>
        </w:rPr>
        <w:t xml:space="preserve">[1:02:38] </w:t>
      </w:r>
      <w:r>
        <w:t>rozi hai aap ki, jis ko aap log taghoot kehte hain, wahan rozi aap ki hai.</w:t>
      </w:r>
    </w:p>
    <w:p>
      <w:pPr>
        <w:jc w:val="right"/>
      </w:pPr>
      <w:r>
        <w:t>روزی ہے آپ کی، جس کو آپ لوگ طاغوت کہتے ہیں، وہاں روزی آپ کی ہے۔</w:t>
      </w:r>
    </w:p>
    <w:p>
      <w:r>
        <w:rPr>
          <w:b/>
        </w:rPr>
        <w:t xml:space="preserve">[1:02:45] </w:t>
      </w:r>
      <w:r>
        <w:t>to yeh Allah hi in logon se nibat sakta hai, hamare jaisa aadmi nahin nibat sakta in se.</w:t>
      </w:r>
    </w:p>
    <w:p>
      <w:pPr>
        <w:jc w:val="right"/>
      </w:pPr>
      <w:r>
        <w:t>تو یہ اللہ ہی ان لوگوں سے نبٹ سکتا ہے، ہمارے جیسا آدمی نہیں نبٹ سکتا ان سے۔</w:t>
      </w:r>
    </w:p>
    <w:p>
      <w:r>
        <w:rPr>
          <w:b/>
        </w:rPr>
        <w:t xml:space="preserve">[1:02:51] </w:t>
      </w:r>
      <w:r>
        <w:t>Maulana, agla sawal bhi Karachi Pakistan se hai Miss Saira Latif ka.</w:t>
      </w:r>
    </w:p>
    <w:p>
      <w:pPr>
        <w:jc w:val="right"/>
      </w:pPr>
      <w:r>
        <w:t>مولانا، اگلا سوال بھی کراچی پاکستان سے ہے مس سائرہ لطیف کا۔</w:t>
      </w:r>
    </w:p>
    <w:p>
      <w:r>
        <w:rPr>
          <w:b/>
        </w:rPr>
        <w:t xml:space="preserve">[1:02:58] </w:t>
      </w:r>
      <w:r>
        <w:t>unhon ne likha hai: "Anbiya e kiram ne bari be sukuni aur masail wali zindagi guzari kyunke har nabbi</w:t>
      </w:r>
    </w:p>
    <w:p>
      <w:pPr>
        <w:jc w:val="right"/>
      </w:pPr>
      <w:r>
        <w:t>انہوں نے لکھا ہے: "انبیاء کرام نے بڑی بے سکونی اور مسائل والی زندگی گزاری کیونکہ ہر نبی</w:t>
      </w:r>
    </w:p>
    <w:p>
      <w:r>
        <w:rPr>
          <w:b/>
        </w:rPr>
        <w:t xml:space="preserve">[1:03:05] </w:t>
      </w:r>
      <w:r>
        <w:t>ko us ki qom ne bohat sataya." phir is ayat ka matlab kya hai ke Allah ke zikr</w:t>
      </w:r>
    </w:p>
    <w:p>
      <w:pPr>
        <w:jc w:val="right"/>
      </w:pPr>
      <w:r>
        <w:t>کو اس کی قوم نے بہت ستایا۔" پھر اس آیت کا مطلب کیا ہے کہ اللہ کے ذکر</w:t>
      </w:r>
    </w:p>
    <w:p>
      <w:r>
        <w:rPr>
          <w:b/>
        </w:rPr>
        <w:t xml:space="preserve">[1:03:12] </w:t>
      </w:r>
      <w:r>
        <w:t>se dilo ko sukoon milta hai? Anbiya e kiram ke dilo ko sukoon aur itminan kyun hasil na ho</w:t>
      </w:r>
    </w:p>
    <w:p>
      <w:pPr>
        <w:jc w:val="right"/>
      </w:pPr>
      <w:r>
        <w:t>سے دلوں کو سکون ملتا ہے؟ انبیاء کرام کے دلوں کو سکون اور اطمینان کیوں حاصل نہ ہو</w:t>
      </w:r>
    </w:p>
    <w:p>
      <w:r>
        <w:rPr>
          <w:b/>
        </w:rPr>
        <w:t xml:space="preserve">[1:03:18] </w:t>
      </w:r>
      <w:r>
        <w:t>saka? is ke bare mein batayen.</w:t>
      </w:r>
    </w:p>
    <w:p>
      <w:pPr>
        <w:jc w:val="right"/>
      </w:pPr>
      <w:r>
        <w:t>سکا؟ اس کے بارے میں بتائیں۔</w:t>
      </w:r>
    </w:p>
    <w:p>
      <w:r>
        <w:rPr>
          <w:b/>
        </w:rPr>
        <w:t xml:space="preserve">[1:03:25] </w:t>
      </w:r>
      <w:r>
        <w:t>nahin, yeh yeh yeh yeh qol kaha tha ke sukoon hasil nahin hua, yeh to aap ka kehna hai.</w:t>
      </w:r>
    </w:p>
    <w:p>
      <w:pPr>
        <w:jc w:val="right"/>
      </w:pPr>
      <w:r>
        <w:t>نہیں، یہ یہ یہ یہ قول کہا تھا کہ سکون حاصل نہیں ہوا، یہ تو آپ کا کہنا ہے۔</w:t>
      </w:r>
    </w:p>
    <w:p>
      <w:r>
        <w:rPr>
          <w:b/>
        </w:rPr>
        <w:t xml:space="preserve">[1:03:32] </w:t>
      </w:r>
      <w:r>
        <w:t>yeh galat hai baat ke anbiya ko sukoon hasil nahin hua, yeh galat baat hai.</w:t>
      </w:r>
    </w:p>
    <w:p>
      <w:pPr>
        <w:jc w:val="right"/>
      </w:pPr>
      <w:r>
        <w:t>یہ غلط ہے بات کہ انبیاء کو سکون حاصل نہیں ہوا، یہ غلط بات ہے۔</w:t>
      </w:r>
    </w:p>
    <w:p>
      <w:r>
        <w:rPr>
          <w:b/>
        </w:rPr>
        <w:t xml:space="preserve">[1:03:39] </w:t>
      </w:r>
      <w:r>
        <w:t>dekhen, Quran ki ayat mein sukoon ke mani jismani aish nahin hai, har giz nahin.</w:t>
      </w:r>
    </w:p>
    <w:p>
      <w:pPr>
        <w:jc w:val="right"/>
      </w:pPr>
      <w:r>
        <w:t>دیکھیں، قرآن کی آیت میں سکون کے معنی جسمانی عائش نہیں ہے، ہرگز نہیں۔</w:t>
      </w:r>
    </w:p>
    <w:p>
      <w:r>
        <w:rPr>
          <w:b/>
        </w:rPr>
        <w:t xml:space="preserve">[1:03:45] </w:t>
      </w:r>
      <w:r>
        <w:t>ke rehne ke liye aap ko achha ghar, achhi car, achha saman mil jaye, yeh matlab nahin is ayat ka.</w:t>
      </w:r>
    </w:p>
    <w:p>
      <w:pPr>
        <w:jc w:val="right"/>
      </w:pPr>
      <w:r>
        <w:t>کہ رہنے کے لیے آپ کو اچھا گھر، اچھی کار، اچھا سامان مل جائے، یہ مطلب نہیں اس آیت کا۔</w:t>
      </w:r>
    </w:p>
    <w:p>
      <w:r>
        <w:rPr>
          <w:b/>
        </w:rPr>
        <w:t xml:space="preserve">[1:03:52] </w:t>
      </w:r>
      <w:r>
        <w:t>is ka ayat ka matlab hai ke aap ka mind mutmaen ho jaye ke bas sachay rastay par hain.</w:t>
      </w:r>
    </w:p>
    <w:p>
      <w:pPr>
        <w:jc w:val="right"/>
      </w:pPr>
      <w:r>
        <w:t>اس کا آیت کا مطلب ہے کہ آپ کا مائنڈ مطمئن ہو جائے کہ بس سچے راستے پر ہوں۔</w:t>
      </w:r>
    </w:p>
    <w:p>
      <w:r>
        <w:rPr>
          <w:b/>
        </w:rPr>
        <w:t xml:space="preserve">[1:03:59] </w:t>
      </w:r>
      <w:r>
        <w:t>bas yeh matlab hain.</w:t>
      </w:r>
    </w:p>
    <w:p>
      <w:pPr>
        <w:jc w:val="right"/>
      </w:pPr>
      <w:r>
        <w:t>بس یہ معنی ہیں۔</w:t>
      </w:r>
    </w:p>
    <w:p>
      <w:r>
        <w:rPr>
          <w:b/>
        </w:rPr>
        <w:t xml:space="preserve">[1:04:05] </w:t>
      </w:r>
      <w:r>
        <w:t>in ideological itminan murad hai is se, is se physical aram murad nahi hai.</w:t>
      </w:r>
    </w:p>
    <w:p>
      <w:pPr>
        <w:jc w:val="right"/>
      </w:pPr>
      <w:r>
        <w:t>ان آڈیولوجیکل اطمینان مراد ہے اس سے، اس سے فزیکل آرام مراد نہیں ہے۔</w:t>
      </w:r>
    </w:p>
    <w:p>
      <w:r>
        <w:rPr>
          <w:b/>
        </w:rPr>
        <w:t xml:space="preserve">[1:04:12] </w:t>
      </w:r>
      <w:r>
        <w:t>hargiz hargiz yeh yeh galat fehmi nahi honi chahiye ke physical aram murad hai is se.</w:t>
      </w:r>
    </w:p>
    <w:p>
      <w:pPr>
        <w:jc w:val="right"/>
      </w:pPr>
      <w:r>
        <w:t>ہرگز ہرگز یہ یہ غلط فہمی نہیں ہونی چاہیے کہ فزیکل آرام مراد ہے اس سے۔</w:t>
      </w:r>
    </w:p>
    <w:p>
      <w:r>
        <w:rPr>
          <w:b/>
        </w:rPr>
        <w:t xml:space="preserve">[1:04:19] </w:t>
      </w:r>
      <w:r>
        <w:t>ideological itminan ke main jis rastay par hoon, woh sacha rasta hai, yeh murad hai is ka.</w:t>
      </w:r>
    </w:p>
    <w:p>
      <w:pPr>
        <w:jc w:val="right"/>
      </w:pPr>
      <w:r>
        <w:t>آڈیولوجیکل اطمینان کہ میں جس راستے پر ہوں، وہ سچا راستہ ہے، یہ مراد ہے اس کا۔</w:t>
      </w:r>
    </w:p>
    <w:p>
      <w:r>
        <w:rPr>
          <w:b/>
        </w:rPr>
        <w:t xml:space="preserve">[1:04:26] </w:t>
      </w:r>
      <w:r>
        <w:t>maulana, agla sawal chennai se aya hai mister ramesh ka.</w:t>
      </w:r>
    </w:p>
    <w:p>
      <w:pPr>
        <w:jc w:val="right"/>
      </w:pPr>
      <w:r>
        <w:t>مولانا، اگلا سوال چنئی سے آیا ہے مسٹر رمیش کا۔</w:t>
      </w:r>
    </w:p>
    <w:p>
      <w:r>
        <w:rPr>
          <w:b/>
        </w:rPr>
        <w:t xml:space="preserve">[1:04:32] </w:t>
      </w:r>
      <w:r>
        <w:t>انہوں نے لکھا ہے: "مولانا صاحب، It is mentioned in the Quran that God has made man in His image.</w:t>
      </w:r>
    </w:p>
    <w:p>
      <w:pPr>
        <w:jc w:val="right"/>
      </w:pPr>
      <w:r>
        <w:t>انہوں نے لکھا ہے: "مولانا صاحب، اٹ از مینشنڈ ان دا قرآن دیٹ گاڈ ہیز میڈ مین ان ہز امیج۔</w:t>
      </w:r>
    </w:p>
    <w:p>
      <w:r>
        <w:rPr>
          <w:b/>
        </w:rPr>
        <w:t xml:space="preserve">[1:04:39] </w:t>
      </w:r>
      <w:r>
        <w:t>Does this mean that God's physical appearance is like human being? If this is not true, then why</w:t>
      </w:r>
    </w:p>
    <w:p>
      <w:pPr>
        <w:jc w:val="right"/>
      </w:pPr>
      <w:r>
        <w:t>ڈز دس مین دیٹ گاڈز فزیکل اپیئرنس از لائک ہیومن بینگ؟ اف دس از ناٹ ٹرو، دین وائی</w:t>
      </w:r>
    </w:p>
    <w:p>
      <w:r>
        <w:rPr>
          <w:b/>
        </w:rPr>
        <w:t xml:space="preserve">[1:04:46] </w:t>
      </w:r>
      <w:r>
        <w:t>is the word image used and not any other word? dekhen, yeh quran mein nahi hai, yeh hadith mein hai.</w:t>
      </w:r>
    </w:p>
    <w:p>
      <w:pPr>
        <w:jc w:val="right"/>
      </w:pPr>
      <w:r>
        <w:t>از دا ورڈ امیج یوزڈ اینڈ ناٹ اینی ادر ورڈ؟" دیکھیں، یہ قرآن میں نہیں ہے، یہ حدیث میں ہے۔</w:t>
      </w:r>
    </w:p>
    <w:p>
      <w:r>
        <w:rPr>
          <w:b/>
        </w:rPr>
        <w:t xml:space="preserve">[1:04:52] </w:t>
      </w:r>
      <w:r>
        <w:t>dekhen, image ko aap literal matlab mein kyun le rahe hain? literal aap chunke literal matlab mein le</w:t>
      </w:r>
    </w:p>
    <w:p>
      <w:pPr>
        <w:jc w:val="right"/>
      </w:pPr>
      <w:r>
        <w:t>دیکھیں، امیج کو آپ لٹرل معنی میں کیوں لے رہے ہیں؟ لٹرل آپ چونکہ لٹرل معنی میں لے</w:t>
      </w:r>
    </w:p>
    <w:p>
      <w:r>
        <w:rPr>
          <w:b/>
        </w:rPr>
        <w:t xml:space="preserve">[1:04:59] </w:t>
      </w:r>
      <w:r>
        <w:t>rahe hain, is liye aap ko pareshani ho rahi hai.</w:t>
      </w:r>
    </w:p>
    <w:p>
      <w:pPr>
        <w:jc w:val="right"/>
      </w:pPr>
      <w:r>
        <w:t>رہے ہیں، اس لیے آپ کو پریشانی ہو رہی ہے۔</w:t>
      </w:r>
    </w:p>
    <w:p>
      <w:r>
        <w:rPr>
          <w:b/>
        </w:rPr>
        <w:t xml:space="preserve">[1:05:06] </w:t>
      </w:r>
      <w:r>
        <w:t>is ke matlab sirf yeh hain ke khuda ke jo attributes hain, woh diya insan ko Allah ne.</w:t>
      </w:r>
    </w:p>
    <w:p>
      <w:pPr>
        <w:jc w:val="right"/>
      </w:pPr>
      <w:r>
        <w:t>اس کے معنی صرف یہ ہیں کہ خدا کے جو ایٹریبیوٹس ہیں، وہ دیا انسان کو اللہ نے۔</w:t>
      </w:r>
    </w:p>
    <w:p>
      <w:r>
        <w:rPr>
          <w:b/>
        </w:rPr>
        <w:t xml:space="preserve">[1:05:13] </w:t>
      </w:r>
      <w:r>
        <w:t>yani sochne ki taqat, tajziya karne ki taqat, planning karne ki taqat, yeh sab kisi janwar ko nahi.</w:t>
      </w:r>
    </w:p>
    <w:p>
      <w:pPr>
        <w:jc w:val="right"/>
      </w:pPr>
      <w:r>
        <w:t>یعنی سوچنے کی طاقت، تجزیہ کرنے کی طاقت، پلاننگ کرنے کی طاقت، یہ سب کسی جانور کو نہیں۔</w:t>
      </w:r>
    </w:p>
    <w:p>
      <w:r>
        <w:rPr>
          <w:b/>
        </w:rPr>
        <w:t xml:space="preserve">[1:05:19] </w:t>
      </w:r>
      <w:r>
        <w:t>misal ke taur par, main bataoon aap ko, hamare ghar mein ek fakhta ne nest banaya hai, ghonsla.</w:t>
      </w:r>
    </w:p>
    <w:p>
      <w:pPr>
        <w:jc w:val="right"/>
      </w:pPr>
      <w:r>
        <w:t>مثلاً، میں بتاؤں آپ کو، ہمارے گھر میں ایک فاختہ نے نیسٹ بنایا ہے، گھونسلہ۔</w:t>
      </w:r>
    </w:p>
    <w:p>
      <w:r>
        <w:rPr>
          <w:b/>
        </w:rPr>
        <w:t xml:space="preserve">[1:05:26] </w:t>
      </w:r>
      <w:r>
        <w:t>وہ کبوتر، کبوتر نے، کبوتر نے گھونسلہ بنایا، nest, N-E-S-T, nest کہ یہ لوگ گھونسلہ بناتے ہیں</w:t>
      </w:r>
    </w:p>
    <w:p>
      <w:pPr>
        <w:jc w:val="right"/>
      </w:pPr>
      <w:r>
        <w:t>وہ کبوتر، کبوتر نے، کبوتر نے گھونسلہ بنایا، نیسٹ انی ایسٹری نیسٹ کہ یہ لوگ گھونسلہ بناتے ہیں</w:t>
      </w:r>
    </w:p>
    <w:p>
      <w:r>
        <w:rPr>
          <w:b/>
        </w:rPr>
        <w:t xml:space="preserve">[1:05:33] </w:t>
      </w:r>
      <w:r>
        <w:t>ke anday dein, phir us ko sek sek kar ke bachay paida hon.</w:t>
      </w:r>
    </w:p>
    <w:p>
      <w:pPr>
        <w:jc w:val="right"/>
      </w:pPr>
      <w:r>
        <w:t>کہ انڈے دیں، پھر اس کو سیک سیک کر کے بچے پیدا ہوں۔</w:t>
      </w:r>
    </w:p>
    <w:p>
      <w:r>
        <w:rPr>
          <w:b/>
        </w:rPr>
        <w:t xml:space="preserve">[1:05:39] </w:t>
      </w:r>
      <w:r>
        <w:t>to tareeqa un ka by nature yeh hai ke jo female hoti hai, woh anday par baithti hai</w:t>
      </w:r>
    </w:p>
    <w:p>
      <w:pPr>
        <w:jc w:val="right"/>
      </w:pPr>
      <w:r>
        <w:t>تو طریقہ ان کا بائی نیچر یہ ہے کہ جو فیمیل ہوتی ہے، وہ انڈے پر بیٹھتی ہے</w:t>
      </w:r>
    </w:p>
    <w:p>
      <w:r>
        <w:rPr>
          <w:b/>
        </w:rPr>
        <w:t xml:space="preserve">[1:05:46] </w:t>
      </w:r>
      <w:r>
        <w:t>aur male jo hai, woh bahar ja ja kar us ke liye jo khati hai, woh woh saman lata hai.</w:t>
      </w:r>
    </w:p>
    <w:p>
      <w:pPr>
        <w:jc w:val="right"/>
      </w:pPr>
      <w:r>
        <w:t>اور میل جو ہے، وہ باہر جا جا کر اس کے لیے جو کھاتی ہے، وہ وہ سامان لاتا ہے۔</w:t>
      </w:r>
    </w:p>
    <w:p>
      <w:r>
        <w:rPr>
          <w:b/>
        </w:rPr>
        <w:t xml:space="preserve">[1:05:53] </w:t>
      </w:r>
      <w:r>
        <w:t>to woh woh chhodti hai nahi anda, isi par baithi seeti rehti hai.</w:t>
      </w:r>
    </w:p>
    <w:p>
      <w:pPr>
        <w:jc w:val="right"/>
      </w:pPr>
      <w:r>
        <w:t>تو وہ وہ چھوڑتی ہے نہیں انڈا، اسی پر بیٹھی سیتی رہتی ہے۔</w:t>
      </w:r>
    </w:p>
    <w:p>
      <w:r>
        <w:rPr>
          <w:b/>
        </w:rPr>
        <w:t xml:space="preserve">[1:06:00] </w:t>
      </w:r>
      <w:r>
        <w:t>is ko ab by chance kya hua ke is ka jo male jo pair tha, woh hamare haan</w:t>
      </w:r>
    </w:p>
    <w:p>
      <w:pPr>
        <w:jc w:val="right"/>
      </w:pPr>
      <w:r>
        <w:t>اس کو اب بائی چانس کیا ہوا کہ اس کا جو میل جو پیئر تھا، وہ ہمارے ہاں</w:t>
      </w:r>
    </w:p>
    <w:p>
      <w:r>
        <w:rPr>
          <w:b/>
        </w:rPr>
        <w:t xml:space="preserve">[1:06:06] </w:t>
      </w:r>
      <w:r>
        <w:t>kisi ne chala diya, woh exhaust fan, woh bechara is mein us ko samjha ke is mein enter</w:t>
      </w:r>
    </w:p>
    <w:p>
      <w:pPr>
        <w:jc w:val="right"/>
      </w:pPr>
      <w:r>
        <w:t>کسی نے چلا دیا، وہ ایگزاسٹ فین، وہ بیچارہ اس میں اس کو سمجھا کہ اس میں انٹر</w:t>
      </w:r>
    </w:p>
    <w:p>
      <w:r>
        <w:rPr>
          <w:b/>
        </w:rPr>
        <w:t xml:space="preserve">[1:06:13] </w:t>
      </w:r>
      <w:r>
        <w:t>hone laga, us ke rastay se is mein phans ke woh mar gaya.</w:t>
      </w:r>
    </w:p>
    <w:p>
      <w:pPr>
        <w:jc w:val="right"/>
      </w:pPr>
      <w:r>
        <w:t>ہونے لگا، اس کے راستے سے اس میں پھنس کے وہ مر گیا۔</w:t>
      </w:r>
    </w:p>
    <w:p>
      <w:r>
        <w:rPr>
          <w:b/>
        </w:rPr>
        <w:t xml:space="preserve">[1:06:20] </w:t>
      </w:r>
      <w:r>
        <w:t>mujhe bara afsos hua.</w:t>
      </w:r>
    </w:p>
    <w:p>
      <w:pPr>
        <w:jc w:val="right"/>
      </w:pPr>
      <w:r>
        <w:t>مجھے بڑا افسوس ہوا۔</w:t>
      </w:r>
    </w:p>
    <w:p>
      <w:r>
        <w:rPr>
          <w:b/>
        </w:rPr>
        <w:t xml:space="preserve">[1:06:26] </w:t>
      </w:r>
      <w:r>
        <w:t>to ab is is is female ko pata nahi hai ke ab ne kya karna hai, woh phir</w:t>
      </w:r>
    </w:p>
    <w:p>
      <w:pPr>
        <w:jc w:val="right"/>
      </w:pPr>
      <w:r>
        <w:t>تو اب اس اس اس فیمیل کو پتہ نہیں ہے کہ اب نے کیا کرنا ہے، وہ پھر</w:t>
      </w:r>
    </w:p>
    <w:p>
      <w:r>
        <w:rPr>
          <w:b/>
        </w:rPr>
        <w:t xml:space="preserve">[1:06:33] </w:t>
      </w:r>
      <w:r>
        <w:t>bhi baithi hui hai is anday mein, anday ko chhod kar jati hai nahi ke ab mujhe khud</w:t>
      </w:r>
    </w:p>
    <w:p>
      <w:pPr>
        <w:jc w:val="right"/>
      </w:pPr>
      <w:r>
        <w:t>بھی بیٹھی ہوئی ہے اس انڈے میں، انڈے کو چھوڑ کر جاتی ہے نہیں کہ اب مجھے خود</w:t>
      </w:r>
    </w:p>
    <w:p>
      <w:r>
        <w:rPr>
          <w:b/>
        </w:rPr>
        <w:t xml:space="preserve">[1:06:40] </w:t>
      </w:r>
      <w:r>
        <w:t>ja kar ke bahar se kuch apne khane peene ka saman lana chahiye.</w:t>
      </w:r>
    </w:p>
    <w:p>
      <w:pPr>
        <w:jc w:val="right"/>
      </w:pPr>
      <w:r>
        <w:t>جا کر کے باہر سے کچھ اپنے کھانے پینے کا سامان لانا چاہیے۔</w:t>
      </w:r>
    </w:p>
    <w:p>
      <w:r>
        <w:rPr>
          <w:b/>
        </w:rPr>
        <w:t xml:space="preserve">[1:06:47] </w:t>
      </w:r>
      <w:r>
        <w:t>to yeh hai insan ki soch.</w:t>
      </w:r>
    </w:p>
    <w:p>
      <w:pPr>
        <w:jc w:val="right"/>
      </w:pPr>
      <w:r>
        <w:t>تو یہ ہے انسان کی سوچ۔</w:t>
      </w:r>
    </w:p>
    <w:p>
      <w:r>
        <w:rPr>
          <w:b/>
        </w:rPr>
        <w:t xml:space="preserve">[1:06:53] </w:t>
      </w:r>
      <w:r>
        <w:t>insan ko Allah taala ne zehan di, aqal di, planning di, sochne ka madah diya.</w:t>
      </w:r>
    </w:p>
    <w:p>
      <w:pPr>
        <w:jc w:val="right"/>
      </w:pPr>
      <w:r>
        <w:t>انسان کو اللہ تعالی نے ذہن دی، عقل دی، پلاننگ دی، سوچنے کا مادہ دیا۔</w:t>
      </w:r>
    </w:p>
    <w:p>
      <w:r>
        <w:rPr>
          <w:b/>
        </w:rPr>
        <w:t xml:space="preserve">[1:07:00] </w:t>
      </w:r>
      <w:r>
        <w:t>isi liye to aisa hua ke is ne meter ko hawa jahaz mein aur aur car mein tabdeel</w:t>
      </w:r>
    </w:p>
    <w:p>
      <w:pPr>
        <w:jc w:val="right"/>
      </w:pPr>
      <w:r>
        <w:t>اسی لیے تو ایسا ہوا کہ اس نے میٹر کو ہوا جہاز میں اور اور کار میں تبدیل</w:t>
      </w:r>
    </w:p>
    <w:p>
      <w:r>
        <w:rPr>
          <w:b/>
        </w:rPr>
        <w:t xml:space="preserve">[1:07:07] </w:t>
      </w:r>
      <w:r>
        <w:t>kiya, meter ko is ne mobile mein aur aur electronics mein tabdeel kiya.</w:t>
      </w:r>
    </w:p>
    <w:p>
      <w:pPr>
        <w:jc w:val="right"/>
      </w:pPr>
      <w:r>
        <w:t>کیا، میٹر کو اس نے موبائل میں اور اور الیکٹرانکس میں تبدیل کیا۔</w:t>
      </w:r>
    </w:p>
    <w:p>
      <w:r>
        <w:rPr>
          <w:b/>
        </w:rPr>
        <w:t xml:space="preserve">[1:07:13] </w:t>
      </w:r>
      <w:r>
        <w:t>yeh matlab hai is 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[1:07:20] </w:t>
      </w:r>
      <w:r>
        <w:t>aap literal mani mein lein kyunke aap aap ko yeh sawal paida hua.</w:t>
      </w:r>
    </w:p>
    <w:p>
      <w:pPr>
        <w:jc w:val="right"/>
      </w:pPr>
      <w:r>
        <w:t>آپ لٹرل معنی میں لیں کیونکہ آپ آپ کو یہ سوال پیدا ہوا۔</w:t>
      </w:r>
    </w:p>
    <w:p>
      <w:r>
        <w:rPr>
          <w:b/>
        </w:rPr>
        <w:t xml:space="preserve">[1:07:27] </w:t>
      </w:r>
      <w:r>
        <w:t>literal mani mein koi cheez nahi hoti hai, koi bhi cheez nahi hoti.</w:t>
      </w:r>
    </w:p>
    <w:p>
      <w:pPr>
        <w:jc w:val="right"/>
      </w:pPr>
      <w:r>
        <w:t>لٹرل معنی میں کوئی چیز نہیں ہوتی ہے، کوئی بھی چیز نہیں ہوتی۔</w:t>
      </w:r>
    </w:p>
    <w:p>
      <w:r>
        <w:rPr>
          <w:b/>
        </w:rPr>
        <w:t xml:space="preserve">[1:07:34] </w:t>
      </w:r>
      <w:r>
        <w:t>literal mani mein agla sawal tamil nadu se hai Maulana Iqbal Umri sahib ka.</w:t>
      </w:r>
    </w:p>
    <w:p>
      <w:pPr>
        <w:jc w:val="right"/>
      </w:pPr>
      <w:r>
        <w:t>لٹرل معنی میں اگلا سوال تمل ناڈو سے ہے مولانا اقبال عمری صاحب کا۔</w:t>
      </w:r>
    </w:p>
    <w:p>
      <w:r>
        <w:rPr>
          <w:b/>
        </w:rPr>
        <w:t xml:space="preserve">[1:07:40] </w:t>
      </w:r>
      <w:r>
        <w:t>unhon ne likha hai: "quran ki surah ar-room chapter 30 ayat number 54 mein aaya hai: 'it is</w:t>
      </w:r>
    </w:p>
    <w:p>
      <w:pPr>
        <w:jc w:val="right"/>
      </w:pPr>
      <w:r>
        <w:t>انہوں نے لکھا ہے: "قرآن کی سورہ الروم چیپٹر 30 آیت نمبر 54 میں آیا ہے: 'اٹ از</w:t>
      </w:r>
    </w:p>
    <w:p>
      <w:r>
        <w:rPr>
          <w:b/>
        </w:rPr>
        <w:t xml:space="preserve">[1:07:47] </w:t>
      </w:r>
      <w:r>
        <w:t>allah who created you in a state of weakness.'" then Maulana phir se repeat karte hain: "quran ki</w:t>
      </w:r>
    </w:p>
    <w:p>
      <w:pPr>
        <w:jc w:val="right"/>
      </w:pPr>
      <w:r>
        <w:t>اللہ ہو کریٹڈ یو ان ا سٹیٹ اف ویکنس۔'" دین مولانا پھر سے ریپیٹ کرتے ہیں: "قرآن کی</w:t>
      </w:r>
    </w:p>
    <w:p>
      <w:r>
        <w:rPr>
          <w:b/>
        </w:rPr>
        <w:t xml:space="preserve">[1:07:54] </w:t>
      </w:r>
      <w:r>
        <w:t>surah ar-room chapter 30 verse number 54 mein aaya hai: 'it is allah who created you in a</w:t>
      </w:r>
    </w:p>
    <w:p>
      <w:pPr>
        <w:jc w:val="right"/>
      </w:pPr>
      <w:r>
        <w:t>سورہ الروم چیپٹر 30 ورس نمبر 54 میں آیا ہے: 'اٹ از اللہ ہو کریٹڈ یو ان ا</w:t>
      </w:r>
    </w:p>
    <w:p>
      <w:r>
        <w:rPr>
          <w:b/>
        </w:rPr>
        <w:t xml:space="preserve">[1:08:00] </w:t>
      </w:r>
      <w:r>
        <w:t>state of helplessness.' then give you strength after weakness.</w:t>
      </w:r>
    </w:p>
    <w:p>
      <w:pPr>
        <w:jc w:val="right"/>
      </w:pPr>
      <w:r>
        <w:t>سٹیٹ اف ہیلپلیسنس۔' دین گیو یو سٹرینتھ افٹر ویکنس۔</w:t>
      </w:r>
    </w:p>
    <w:p>
      <w:r>
        <w:rPr>
          <w:b/>
        </w:rPr>
        <w:t xml:space="preserve">[1:08:07] </w:t>
      </w:r>
      <w:r>
        <w:t>then after strength give you weakness and a hoary head.</w:t>
      </w:r>
    </w:p>
    <w:p>
      <w:pPr>
        <w:jc w:val="right"/>
      </w:pPr>
      <w:r>
        <w:t>دین افٹر سٹرینتھ گیو یو ویکنس اینڈ ا ہوری ہیڈ۔</w:t>
      </w:r>
    </w:p>
    <w:p>
      <w:r>
        <w:rPr>
          <w:b/>
        </w:rPr>
        <w:t xml:space="preserve">[1:08:14] </w:t>
      </w:r>
      <w:r>
        <w:t>he creates as he wills and it is he who has all knowledge and power." Maulana sahib, mera</w:t>
      </w:r>
    </w:p>
    <w:p>
      <w:pPr>
        <w:jc w:val="right"/>
      </w:pPr>
      <w:r>
        <w:t>ہی کریٹس ایز ہی ویلز اینڈ اٹ از ہی ہو ہیز ال نالج اینڈ پاور۔" مولانا صاحب، میرا</w:t>
      </w:r>
    </w:p>
    <w:p>
      <w:r>
        <w:rPr>
          <w:b/>
        </w:rPr>
        <w:t xml:space="preserve">[1:08:21] </w:t>
      </w:r>
      <w:r>
        <w:t>sawal yeh hai ke khuda ke bare mein insan apni knowledge ki helplessness ko kyun nahi janta? yeh</w:t>
      </w:r>
    </w:p>
    <w:p>
      <w:pPr>
        <w:jc w:val="right"/>
      </w:pPr>
      <w:r>
        <w:t>سوال یہ ہے کہ خدا کے بارے میں انسان اپنی نالج کی ہیلپلیسنس کو کیوں نہیں جانتا؟ یہ</w:t>
      </w:r>
    </w:p>
    <w:p>
      <w:r>
        <w:rPr>
          <w:b/>
        </w:rPr>
        <w:t xml:space="preserve">[1:08:27] </w:t>
      </w:r>
      <w:r>
        <w:t>sawal kuch clear nahi hua mujhe, kuch samajh mein nahi aaya.</w:t>
      </w:r>
    </w:p>
    <w:p>
      <w:pPr>
        <w:jc w:val="right"/>
      </w:pPr>
      <w:r>
        <w:t>سوال کچھ کلیئر نہیں ہوا مجھے، کچھ سمجھ میں نہیں آیا۔</w:t>
      </w:r>
    </w:p>
    <w:p>
      <w:r>
        <w:rPr>
          <w:b/>
        </w:rPr>
        <w:t xml:space="preserve">[1:08:34] </w:t>
      </w:r>
      <w:r>
        <w:t>is ayat se bhi is ka talluq nahi samajh aaya mujhe.</w:t>
      </w:r>
    </w:p>
    <w:p>
      <w:pPr>
        <w:jc w:val="right"/>
      </w:pPr>
      <w:r>
        <w:t>اس آیت سے بھی اس کا تعلق نہیں سمجھ آیا مجھے۔</w:t>
      </w:r>
    </w:p>
    <w:p>
      <w:r>
        <w:rPr>
          <w:b/>
        </w:rPr>
        <w:t xml:space="preserve">[1:08:41] </w:t>
      </w:r>
      <w:r>
        <w:t>ji Maulana, in ka ek aur sawal hai.</w:t>
      </w:r>
    </w:p>
    <w:p>
      <w:pPr>
        <w:jc w:val="right"/>
      </w:pPr>
      <w:r>
        <w:t>جی مولانا، ان کا ایک اور سوال ہے۔</w:t>
      </w:r>
    </w:p>
    <w:p>
      <w:r>
        <w:rPr>
          <w:b/>
        </w:rPr>
        <w:t xml:space="preserve">[1:08:47] </w:t>
      </w:r>
      <w:r>
        <w:t>unhon ne likha hai ke mazhabi kitab mein universal references honge, yeh scientist kaise maan sakte hain?</w:t>
      </w:r>
    </w:p>
    <w:p>
      <w:pPr>
        <w:jc w:val="right"/>
      </w:pPr>
      <w:r>
        <w:t>انہوں نے لکھا ہے کہ مذہبی کتاب میں یونیورسل ریفرنسز ہوں گے، یہ سائنٹسٹ کیسے مان سکتے ہیں؟</w:t>
      </w:r>
    </w:p>
    <w:p>
      <w:r>
        <w:rPr>
          <w:b/>
        </w:rPr>
        <w:t xml:space="preserve">[1:08:54] </w:t>
      </w:r>
      <w:r>
        <w:t>is ke bare mein batayein.</w:t>
      </w:r>
    </w:p>
    <w:p>
      <w:pPr>
        <w:jc w:val="right"/>
      </w:pPr>
      <w:r>
        <w:t>اس کے بارے میں بتائیں۔</w:t>
      </w:r>
    </w:p>
    <w:p>
      <w:r>
        <w:rPr>
          <w:b/>
        </w:rPr>
        <w:t xml:space="preserve">[1:09:01] </w:t>
      </w:r>
      <w:r>
        <w:t>bhai, na manne ki koi wajah hi nahi.</w:t>
      </w:r>
    </w:p>
    <w:p>
      <w:pPr>
        <w:jc w:val="right"/>
      </w:pPr>
      <w:r>
        <w:t>بھئی، نہ ماننے کی کوئی وجہ ہی نہیں۔</w:t>
      </w:r>
    </w:p>
    <w:p>
      <w:r>
        <w:rPr>
          <w:b/>
        </w:rPr>
        <w:t xml:space="preserve">[1:09:08] </w:t>
      </w:r>
      <w:r>
        <w:t>sawal yeh hai ke wahi sabit hua baat ko.</w:t>
      </w:r>
    </w:p>
    <w:p>
      <w:pPr>
        <w:jc w:val="right"/>
      </w:pPr>
      <w:r>
        <w:t>سوال یہ ہے کہ وہی ثابت ہوا بات کو۔</w:t>
      </w:r>
    </w:p>
    <w:p>
      <w:r>
        <w:rPr>
          <w:b/>
        </w:rPr>
        <w:t xml:space="preserve">[1:09:14] </w:t>
      </w:r>
      <w:r>
        <w:t>aap manna chahiye, na manne ki koi wajah nahi, na manne ki koi wajah nahi.</w:t>
      </w:r>
    </w:p>
    <w:p>
      <w:pPr>
        <w:jc w:val="right"/>
      </w:pPr>
      <w:r>
        <w:t>آپ ماننا چاہیے، نہ ماننے کی کوئی وجہ نہیں، نہ ماننے کی کوئی وجہ نہیں۔</w:t>
      </w:r>
    </w:p>
    <w:p>
      <w:r>
        <w:rPr>
          <w:b/>
        </w:rPr>
        <w:t xml:space="preserve">[1:09:21] </w:t>
      </w:r>
      <w:r>
        <w:t>kyunke yeh log mazhabi kitab ko padhte nahi, is ko woh samajhte hain ke yeh to ek aur</w:t>
      </w:r>
    </w:p>
    <w:p>
      <w:pPr>
        <w:jc w:val="right"/>
      </w:pPr>
      <w:r>
        <w:t>کیونکہ یہ لوگ مذہبی کتاب کو پڑھتے نہیں، اس کو وہ سمجھتے ہیں کہ یہ تو ایک اور</w:t>
      </w:r>
    </w:p>
    <w:p>
      <w:r>
        <w:rPr>
          <w:b/>
        </w:rPr>
        <w:t xml:space="preserve">[1:09:28] </w:t>
      </w:r>
      <w:r>
        <w:t>dunya ki baatein is ke andar hongi.</w:t>
      </w:r>
    </w:p>
    <w:p>
      <w:pPr>
        <w:jc w:val="right"/>
      </w:pPr>
      <w:r>
        <w:t>دنیا کی باتیں اس کے اندر ہوں گی۔</w:t>
      </w:r>
    </w:p>
    <w:p>
      <w:r>
        <w:rPr>
          <w:b/>
        </w:rPr>
        <w:t xml:space="preserve">[1:09:34] </w:t>
      </w:r>
      <w:r>
        <w:t>agar woh padhein sach mein, jis tarah se doosri cheezon ko padhte hain, to mujhe yaqeen nahi ke</w:t>
      </w:r>
    </w:p>
    <w:p>
      <w:pPr>
        <w:jc w:val="right"/>
      </w:pPr>
      <w:r>
        <w:t>اگر وہ پڑھیں سچ مچ، جس طرح سے دوسری چیزوں کو پڑھتے ہیں، تو مجھے یقین نہیں کہ</w:t>
      </w:r>
    </w:p>
    <w:p>
      <w:r>
        <w:rPr>
          <w:b/>
        </w:rPr>
        <w:t xml:space="preserve">[1:09:41] </w:t>
      </w:r>
      <w:r>
        <w:t>manenge woh.</w:t>
      </w:r>
    </w:p>
    <w:p>
      <w:pPr>
        <w:jc w:val="right"/>
      </w:pPr>
      <w:r>
        <w:t>مانیں گے وہ۔</w:t>
      </w:r>
    </w:p>
    <w:p>
      <w:r>
        <w:rPr>
          <w:b/>
        </w:rPr>
        <w:t xml:space="preserve">[1:09:48] </w:t>
      </w:r>
      <w:r>
        <w:t>jaise ke kuch logon ne maana bhi, jaise sir james jeen jo hai, baqaaida bible padhta tha, woh</w:t>
      </w:r>
    </w:p>
    <w:p>
      <w:pPr>
        <w:jc w:val="right"/>
      </w:pPr>
      <w:r>
        <w:t>جیسے کہ کچھ لوگوں نے مانا بھی، جیسے سر جیمز جین جو ہے، باقاعدہ بائبل پڑھتا تھا، وہ</w:t>
      </w:r>
    </w:p>
    <w:p>
      <w:r>
        <w:rPr>
          <w:b/>
        </w:rPr>
        <w:t xml:space="preserve">[1:09:55] </w:t>
      </w:r>
      <w:r>
        <w:t>church jaata tha, woh haalankeh top ka scientist tha.</w:t>
      </w:r>
    </w:p>
    <w:p>
      <w:pPr>
        <w:jc w:val="right"/>
      </w:pPr>
      <w:r>
        <w:t>چرچ جاتا تھا، وہ حالانکہ ٹاپ کا سائنٹسٹ تھا۔</w:t>
      </w:r>
    </w:p>
    <w:p>
      <w:r>
        <w:rPr>
          <w:b/>
        </w:rPr>
        <w:t xml:space="preserve">[1:10:01] </w:t>
      </w:r>
      <w:r>
        <w:t>woh sir james jeen top ka scientist tha, woh bible padhta tha, church jaata tha.</w:t>
      </w:r>
    </w:p>
    <w:p>
      <w:pPr>
        <w:jc w:val="right"/>
      </w:pPr>
      <w:r>
        <w:t>وہ سر جیمز جین ٹاپ کا سائنٹسٹ تھا، وہ بائبل پڑھتا تھا، چرچ جاتا تھا۔</w:t>
      </w:r>
    </w:p>
    <w:p>
      <w:r>
        <w:rPr>
          <w:b/>
        </w:rPr>
        <w:t xml:space="preserve">[1:10:08] </w:t>
      </w:r>
      <w:r>
        <w:t>is ka aik waqea aap ne likha hai god arises mein ke quran ke bare mein aik sahib</w:t>
      </w:r>
    </w:p>
    <w:p>
      <w:pPr>
        <w:jc w:val="right"/>
      </w:pPr>
      <w:r>
        <w:t>اس کا ایک واقعہ آپ نے لکھا ہے گاڈ ارائزز میں کہ قرآن کے بارے میں ایک صاحب</w:t>
      </w:r>
    </w:p>
    <w:p>
      <w:r>
        <w:rPr>
          <w:b/>
        </w:rPr>
        <w:t xml:space="preserve">[1:10:15] </w:t>
      </w:r>
      <w:r>
        <w:t>ne is ko bataya, aik aayat batai.</w:t>
      </w:r>
    </w:p>
    <w:p>
      <w:pPr>
        <w:jc w:val="right"/>
      </w:pPr>
      <w:r>
        <w:t>نے اس کو بتایا، ایک آیت بتائی۔</w:t>
      </w:r>
    </w:p>
    <w:p>
      <w:r>
        <w:rPr>
          <w:b/>
        </w:rPr>
        <w:t xml:space="preserve">[1:10:21] </w:t>
      </w:r>
      <w:r>
        <w:t>is aayat ko parh kar is ke rongte khare ho gaye.</w:t>
      </w:r>
    </w:p>
    <w:p>
      <w:pPr>
        <w:jc w:val="right"/>
      </w:pPr>
      <w:r>
        <w:t>اس آیت کو پڑھ کر اس کے رونگٹے کھڑے ہو گئے۔</w:t>
      </w:r>
    </w:p>
    <w:p>
      <w:r>
        <w:rPr>
          <w:b/>
        </w:rPr>
        <w:t xml:space="preserve">[1:10:28] </w:t>
      </w:r>
      <w:r>
        <w:t>is ne kaha: "agar yeh quran mein yeh aayat hai to main gawahi deta hoon ke yeh khuda</w:t>
      </w:r>
    </w:p>
    <w:p>
      <w:pPr>
        <w:jc w:val="right"/>
      </w:pPr>
      <w:r>
        <w:t>اس نے کہا: "اگر یہ قرآن میں یہ آیت ہے تو میں گواہی دیتا ہوں کہ یہ خدا</w:t>
      </w:r>
    </w:p>
    <w:p>
      <w:r>
        <w:rPr>
          <w:b/>
        </w:rPr>
        <w:t xml:space="preserve">[1:10:35] </w:t>
      </w:r>
      <w:r>
        <w:t>ki kitaab hai." to aisa nahi hai ke saare scientists ka maamla yahi hai, dono qism ke log hain.</w:t>
      </w:r>
    </w:p>
    <w:p>
      <w:pPr>
        <w:jc w:val="right"/>
      </w:pPr>
      <w:r>
        <w:t>کی کتاب ہے۔" تو ایسا نہیں ہے کہ سارے سائنس دانوں کا معاملہ یہی ہے، دونوں قسم کے لوگ ہیں۔</w:t>
      </w:r>
    </w:p>
    <w:p>
      <w:r>
        <w:rPr>
          <w:b/>
        </w:rPr>
        <w:t xml:space="preserve">[1:10:42] </w:t>
      </w:r>
      <w:r>
        <w:t>maulana, agla sawal dilli se hai miss naghma siddiqui ka.</w:t>
      </w:r>
    </w:p>
    <w:p>
      <w:pPr>
        <w:jc w:val="right"/>
      </w:pPr>
      <w:r>
        <w:t>مولانا، اگلا سوال دلی سے ہے مس نغمہ صدیقی کا۔</w:t>
      </w:r>
    </w:p>
    <w:p>
      <w:r>
        <w:rPr>
          <w:b/>
        </w:rPr>
        <w:t xml:space="preserve">[1:10:48] </w:t>
      </w:r>
      <w:r>
        <w:t>انہوں نے آپ سے پوچھا ہے کہ "Just as things in nature are predictable, how can man become</w:t>
      </w:r>
    </w:p>
    <w:p>
      <w:pPr>
        <w:jc w:val="right"/>
      </w:pPr>
      <w:r>
        <w:t>انہوں نے آپ سے پوچھا ہے کہ "جسٹ ایز تھنگز ان نیچر ار پریڈکٹیبل، ہاؤ کین مین بیکم</w:t>
      </w:r>
    </w:p>
    <w:p>
      <w:r>
        <w:rPr>
          <w:b/>
        </w:rPr>
        <w:t xml:space="preserve">[1:10:55] </w:t>
      </w:r>
      <w:r>
        <w:t>predictable?" kya matlab ke maulana, nature jaise predictable hai, jaise maulana aap ne bataya, to insaan kaise predictable</w:t>
      </w:r>
    </w:p>
    <w:p>
      <w:pPr>
        <w:jc w:val="right"/>
      </w:pPr>
      <w:r>
        <w:t>پریڈکٹیبل؟" کیا مطلب کہ مولانا، نیچر جیسے پریڈکٹیبل ہے، جیسے مولانا آپ نے بتایا، تو انسان کیسے پریڈکٹیبل</w:t>
      </w:r>
    </w:p>
    <w:p>
      <w:r>
        <w:rPr>
          <w:b/>
        </w:rPr>
        <w:t xml:space="preserve">[1:11:02] </w:t>
      </w:r>
      <w:r>
        <w:t>ban sakta hai? is ke bare mein bataein nature ki tarah.</w:t>
      </w:r>
    </w:p>
    <w:p>
      <w:pPr>
        <w:jc w:val="right"/>
      </w:pPr>
      <w:r>
        <w:t>بن سکتا ہے؟ اس کے بارے میں بتائیں نیچر کی طرح۔</w:t>
      </w:r>
    </w:p>
    <w:p>
      <w:r>
        <w:rPr>
          <w:b/>
        </w:rPr>
        <w:t xml:space="preserve">[1:11:08] </w:t>
      </w:r>
      <w:r>
        <w:t>dekhein, nature ki jo predictability hai, woh to woh to law of nature ke tehat hoti hai.</w:t>
      </w:r>
    </w:p>
    <w:p>
      <w:pPr>
        <w:jc w:val="right"/>
      </w:pPr>
      <w:r>
        <w:t>دیکھیں، نیچر کی جو پریڈکٹیبلٹی ہے، وہ تو وہ تو لاء اف نیچر کے تحت ہوتی ہے۔</w:t>
      </w:r>
    </w:p>
    <w:p>
      <w:r>
        <w:rPr>
          <w:b/>
        </w:rPr>
        <w:t xml:space="preserve">[1:11:15] </w:t>
      </w:r>
      <w:r>
        <w:t>yaani maaf corruption hai, yaani loha loha rahega, pani pani rahega.</w:t>
      </w:r>
    </w:p>
    <w:p>
      <w:pPr>
        <w:jc w:val="right"/>
      </w:pPr>
      <w:r>
        <w:t>یعنی معاف کرپشن ہے، یعنی لوہا لوہا رہے گا، پانی پانی رہے گا۔</w:t>
      </w:r>
    </w:p>
    <w:p>
      <w:r>
        <w:rPr>
          <w:b/>
        </w:rPr>
        <w:t xml:space="preserve">[1:11:22] </w:t>
      </w:r>
      <w:r>
        <w:t>lekin insaan mein to, yaani insaan to aik shaoor ke tehat govern hota hai, khud apne faisle se</w:t>
      </w:r>
    </w:p>
    <w:p>
      <w:pPr>
        <w:jc w:val="right"/>
      </w:pPr>
      <w:r>
        <w:t>لیکن انسان میں تو، یعنی انسان تو ایک شعور کے تحت گورن ہوتا ہے، خود اپنے فیصلے سے</w:t>
      </w:r>
    </w:p>
    <w:p>
      <w:r>
        <w:rPr>
          <w:b/>
        </w:rPr>
        <w:t xml:space="preserve">[1:11:29] </w:t>
      </w:r>
      <w:r>
        <w:t>govern hota hai.</w:t>
      </w:r>
    </w:p>
    <w:p>
      <w:pPr>
        <w:jc w:val="right"/>
      </w:pPr>
      <w:r>
        <w:t>گورن ہوتا ہے۔</w:t>
      </w:r>
    </w:p>
    <w:p>
      <w:r>
        <w:rPr>
          <w:b/>
        </w:rPr>
        <w:t xml:space="preserve">[1:11:35] </w:t>
      </w:r>
      <w:r>
        <w:t>to insaan predictable woh ho sakta hai jo Allah se darta ho, yaani lohe aur pani ki tarah</w:t>
      </w:r>
    </w:p>
    <w:p>
      <w:pPr>
        <w:jc w:val="right"/>
      </w:pPr>
      <w:r>
        <w:t>تو انسان پریڈکٹیبل وہ ہو سکتا ہے جو اللہ سے ڈرتا ہو، یعنی لوہے اور پانی کی طرح</w:t>
      </w:r>
    </w:p>
    <w:p>
      <w:r>
        <w:rPr>
          <w:b/>
        </w:rPr>
        <w:t xml:space="preserve">[1:11:42] </w:t>
      </w:r>
      <w:r>
        <w:t>nahi ho sakta hai woh.</w:t>
      </w:r>
    </w:p>
    <w:p>
      <w:pPr>
        <w:jc w:val="right"/>
      </w:pPr>
      <w:r>
        <w:t>نہیں ہو سکتا ہے وہ۔</w:t>
      </w:r>
    </w:p>
    <w:p>
      <w:r>
        <w:rPr>
          <w:b/>
        </w:rPr>
        <w:t xml:space="preserve">[1:11:49] </w:t>
      </w:r>
      <w:r>
        <w:t>lekin agar woh is ke andar Allah yeh yeh ehsaas jaag jaag parre ke Allah ke haan is</w:t>
      </w:r>
    </w:p>
    <w:p>
      <w:pPr>
        <w:jc w:val="right"/>
      </w:pPr>
      <w:r>
        <w:t>لیکن اگر وہ اس کے اندر اللہ یہ یہ احساس جاگ جاگ پڑے کہ اللہ کے ہاں اس</w:t>
      </w:r>
    </w:p>
    <w:p>
      <w:r>
        <w:rPr>
          <w:b/>
        </w:rPr>
        <w:t xml:space="preserve">[1:11:56] </w:t>
      </w:r>
      <w:r>
        <w:t>ki pooch hogi, woh woh accountable accountable hai Allah ke samne, to yaqeenan aisa ban jayega.</w:t>
      </w:r>
    </w:p>
    <w:p>
      <w:pPr>
        <w:jc w:val="right"/>
      </w:pPr>
      <w:r>
        <w:t>کی پوچھ ہوگی، وہ وہ اکاؤنٹیبل اکاؤنٹیبل ہے اللہ کے سامنے، تو یقینا ایسا بن جائے گا۔</w:t>
      </w:r>
    </w:p>
    <w:p>
      <w:r>
        <w:rPr>
          <w:b/>
        </w:rPr>
        <w:t xml:space="preserve">[1:12:02] </w:t>
      </w:r>
      <w:r>
        <w:t>woh to insaan apne ko banata hai predictable, aur matter to woh aisi waisi hai, yaani woh is</w:t>
      </w:r>
    </w:p>
    <w:p>
      <w:pPr>
        <w:jc w:val="right"/>
      </w:pPr>
      <w:r>
        <w:t>وہ تو انسان اپنے کو بناتا ہے پریڈکٹیبل، اور میٹر تو وہ ایسی ویسی ہے، یعنی وہ اس</w:t>
      </w:r>
    </w:p>
    <w:p>
      <w:r>
        <w:rPr>
          <w:b/>
        </w:rPr>
        <w:t xml:space="preserve">[1:12:09] </w:t>
      </w:r>
      <w:r>
        <w:t>ka, is ka, woh is ki jo creation hai, woh is ke creation hi ke andar hai maujood.</w:t>
      </w:r>
    </w:p>
    <w:p>
      <w:pPr>
        <w:jc w:val="right"/>
      </w:pPr>
      <w:r>
        <w:t>کا، اس کا، وہ اس کی جو کریشن ہے، وہ اس کے کریشن ہی کے اندر ہے موجود۔</w:t>
      </w:r>
    </w:p>
    <w:p>
      <w:r>
        <w:rPr>
          <w:b/>
        </w:rPr>
        <w:t xml:space="preserve">[1:12:16] </w:t>
      </w:r>
      <w:r>
        <w:t>is is ke ab is ka aisa hona baqi insaan to khud se apne ko banata hai, aisa</w:t>
      </w:r>
    </w:p>
    <w:p>
      <w:pPr>
        <w:jc w:val="right"/>
      </w:pPr>
      <w:r>
        <w:t>اس اس کے اب اس کا ایسا ہونا باقی انسان تو خود سے اپنے کو بناتا ہے، ایسا</w:t>
      </w:r>
    </w:p>
    <w:p>
      <w:r>
        <w:rPr>
          <w:b/>
        </w:rPr>
        <w:t xml:space="preserve">[1:12:22] </w:t>
      </w:r>
      <w:r>
        <w:t>na chahe to na banaye.</w:t>
      </w:r>
    </w:p>
    <w:p>
      <w:pPr>
        <w:jc w:val="right"/>
      </w:pPr>
      <w:r>
        <w:t>نہ چاہے تو نہ بنائے۔</w:t>
      </w:r>
    </w:p>
    <w:p>
      <w:r>
        <w:rPr>
          <w:b/>
        </w:rPr>
        <w:t xml:space="preserve">[1:12:29] </w:t>
      </w:r>
      <w:r>
        <w:t>aur isi par jannat dozakh ka faisla hota hai.</w:t>
      </w:r>
    </w:p>
    <w:p>
      <w:pPr>
        <w:jc w:val="right"/>
      </w:pPr>
      <w:r>
        <w:t>اور اسی پر جنت دوزخ کا فیصلہ ہوتا ہے۔</w:t>
      </w:r>
    </w:p>
    <w:p>
      <w:r>
        <w:rPr>
          <w:b/>
        </w:rPr>
        <w:t xml:space="preserve">[1:12:36] </w:t>
      </w:r>
      <w:r>
        <w:t>yeh to bohat bari neki hai, bohat bara virtue hai ke insaan apne aap ko predictable character banaye apne andar.</w:t>
      </w:r>
    </w:p>
    <w:p>
      <w:pPr>
        <w:jc w:val="right"/>
      </w:pPr>
      <w:r>
        <w:t>یہ تو بہت بڑی نیکی ہے، بہت بڑا ورچو ہے کہ انسان اپنے آپ کو پریڈکٹیبل کریکٹر بنائے اپنے اندر۔</w:t>
      </w:r>
    </w:p>
    <w:p>
      <w:r>
        <w:rPr>
          <w:b/>
        </w:rPr>
        <w:t xml:space="preserve">[1:12:43] </w:t>
      </w:r>
      <w:r>
        <w:t>molana, agla sawal dilli se hai saadat yar sahib ka.</w:t>
      </w:r>
    </w:p>
    <w:p>
      <w:pPr>
        <w:jc w:val="right"/>
      </w:pPr>
      <w:r>
        <w:t>مولانا، اگلا سوال دلی سے ہے سعادت یار صاحب کا۔</w:t>
      </w:r>
    </w:p>
    <w:p>
      <w:r>
        <w:rPr>
          <w:b/>
        </w:rPr>
        <w:t xml:space="preserve">[1:12:49] </w:t>
      </w:r>
      <w:r>
        <w:t>انہوں نے لکھا ہے: "I am working in a factory in Ghaziabad.</w:t>
      </w:r>
    </w:p>
    <w:p>
      <w:pPr>
        <w:jc w:val="right"/>
      </w:pPr>
      <w:r>
        <w:t>انہوں نے لکھا ہے: "آئی ایم ورکنگ ان ا فیکٹری ان غازی آباد۔</w:t>
      </w:r>
    </w:p>
    <w:p>
      <w:r>
        <w:rPr>
          <w:b/>
        </w:rPr>
        <w:t xml:space="preserve">[1:12:56] </w:t>
      </w:r>
      <w:r>
        <w:t>i do dawa work in between in my non muslim colleagues, but they all believe that shri krishna</w:t>
      </w:r>
    </w:p>
    <w:p>
      <w:pPr>
        <w:jc w:val="right"/>
      </w:pPr>
      <w:r>
        <w:t>آئی ڈو داوا ورک ان بٹوین ان مائی نان مسلم کولیگز، بٹ دے ال بیلیو دیٹ شری کرشنا</w:t>
      </w:r>
    </w:p>
    <w:p>
      <w:r>
        <w:rPr>
          <w:b/>
        </w:rPr>
        <w:t xml:space="preserve">[1:13:03] </w:t>
      </w:r>
      <w:r>
        <w:t>ji is god.</w:t>
      </w:r>
    </w:p>
    <w:p>
      <w:pPr>
        <w:jc w:val="right"/>
      </w:pPr>
      <w:r>
        <w:t>جی از گاڈ۔</w:t>
      </w:r>
    </w:p>
    <w:p>
      <w:r>
        <w:rPr>
          <w:b/>
        </w:rPr>
        <w:t xml:space="preserve">[1:13:09] </w:t>
      </w:r>
      <w:r>
        <w:t>How we can convince them that Shri Krishna Ji is not God? Please give satisfactory answer so that</w:t>
      </w:r>
    </w:p>
    <w:p>
      <w:pPr>
        <w:jc w:val="right"/>
      </w:pPr>
      <w:r>
        <w:t>ہاؤ وی کین کنونس دیم دیٹ شری کرشنا جی از ناٹ گاڈ؟ پلیز گیو سیٹسفیکٹریلی انسر سو دیٹ</w:t>
      </w:r>
    </w:p>
    <w:p>
      <w:r>
        <w:rPr>
          <w:b/>
        </w:rPr>
        <w:t xml:space="preserve">[1:13:16] </w:t>
      </w:r>
      <w:r>
        <w:t>"We can convince our non-Muslim friends." No, you should never make this a starting point. This</w:t>
      </w:r>
    </w:p>
    <w:p>
      <w:pPr>
        <w:jc w:val="right"/>
      </w:pPr>
      <w:r>
        <w:t>وی کین کنونس اور نان مسلم فرینڈز۔" نہیں، آپ کبھی بھی اس کو سٹارٹنگ پوائنٹ نہ بنائیں، یہ</w:t>
      </w:r>
    </w:p>
    <w:p>
      <w:r>
        <w:rPr>
          <w:b/>
        </w:rPr>
        <w:t xml:space="preserve">[1:13:23] </w:t>
      </w:r>
      <w:r>
        <w:t>kabhi bhi aap koshish na karein, yeh dawat nahi hai, yeh to munazra hai, munazra hai.</w:t>
      </w:r>
    </w:p>
    <w:p>
      <w:pPr>
        <w:jc w:val="right"/>
      </w:pPr>
      <w:r>
        <w:t>کبھی بھی آپ کوشش نہ کریں، یہ دعوت نہیں ہے، یہ تو مناظرہ ہے، مناظرہ ہے۔</w:t>
      </w:r>
    </w:p>
    <w:p>
      <w:r>
        <w:rPr>
          <w:b/>
        </w:rPr>
        <w:t xml:space="preserve">[1:13:30] </w:t>
      </w:r>
      <w:r>
        <w:t>yeh sab bahas munazre ke mozuat hain, is ka naam dawat nahi hai.</w:t>
      </w:r>
    </w:p>
    <w:p>
      <w:pPr>
        <w:jc w:val="right"/>
      </w:pPr>
      <w:r>
        <w:t>یہ سب بحث مناظرے کے موضوعات ہیں، اس کا نام دعوت نہیں ہے۔</w:t>
      </w:r>
    </w:p>
    <w:p>
      <w:r>
        <w:rPr>
          <w:b/>
        </w:rPr>
        <w:t xml:space="preserve">[1:13:36] </w:t>
      </w:r>
      <w:r>
        <w:t>quran mein dekhein: "ta'ala ala kalima suwae bina bainakum allah naoozubillah", yaani common ground se dawat shuru</w:t>
      </w:r>
    </w:p>
    <w:p>
      <w:pPr>
        <w:jc w:val="right"/>
      </w:pPr>
      <w:r>
        <w:t>قرآن میں دیکھیں: "تعالی علی کلمۃ سوائے بینا بینکم اللہ نعوذ باللہ"، یعنی کامن گراؤنڈ سے دعوت شروع</w:t>
      </w:r>
    </w:p>
    <w:p>
      <w:r>
        <w:rPr>
          <w:b/>
        </w:rPr>
        <w:t xml:space="preserve">[1:13:43] </w:t>
      </w:r>
      <w:r>
        <w:t>hoti hai, controversial ground se nahi shuru hoti.</w:t>
      </w:r>
    </w:p>
    <w:p>
      <w:pPr>
        <w:jc w:val="right"/>
      </w:pPr>
      <w:r>
        <w:t>ہوتی ہے، کنٹروورشل گراؤنڈ سے نہیں شروع ہوتی۔</w:t>
      </w:r>
    </w:p>
    <w:p>
      <w:r>
        <w:rPr>
          <w:b/>
        </w:rPr>
        <w:t xml:space="preserve">[1:13:50] </w:t>
      </w:r>
      <w:r>
        <w:t>dawat to aap jo controversial point hai, us se koi shuru karna chahte hain, aap jo common ground</w:t>
      </w:r>
    </w:p>
    <w:p>
      <w:pPr>
        <w:jc w:val="right"/>
      </w:pPr>
      <w:r>
        <w:t>دعوت تو آپ جو کنٹروورشل پوائنٹ ہے، اس سے کوئی شروع کرنا چاہتے ہیں، آپ جو کامن گراؤنڈ</w:t>
      </w:r>
    </w:p>
    <w:p>
      <w:r>
        <w:rPr>
          <w:b/>
        </w:rPr>
        <w:t xml:space="preserve">[1:13:56] </w:t>
      </w:r>
      <w:r>
        <w:t>hai, us ko le kar shuru kijiye ga dawat apni, aur quran mein parhne ke liye dijiye kitabein, dijiye.</w:t>
      </w:r>
    </w:p>
    <w:p>
      <w:pPr>
        <w:jc w:val="right"/>
      </w:pPr>
      <w:r>
        <w:t>ہے، اس کو لے کر شروع کیجئے گا دعوت اپنی، اور قرآن میں پڑھنے کے لیے دیجئے کتابیں، دیجئے۔</w:t>
      </w:r>
    </w:p>
    <w:p>
      <w:r>
        <w:rPr>
          <w:b/>
        </w:rPr>
        <w:t xml:space="preserve">[1:14:03] </w:t>
      </w:r>
      <w:r>
        <w:t>yeh dawat ka sahi tareeqa nahi ke aap is ke is mozu ke upar bahas karein jo ke</w:t>
      </w:r>
    </w:p>
    <w:p>
      <w:pPr>
        <w:jc w:val="right"/>
      </w:pPr>
      <w:r>
        <w:t>یہ دعوت کا صحیح طریقہ نہیں کہ آپ اس کے اس موضوع کے اوپر بحث کریں جو کہ</w:t>
      </w:r>
    </w:p>
    <w:p>
      <w:r>
        <w:rPr>
          <w:b/>
        </w:rPr>
        <w:t xml:space="preserve">[1:14:10] </w:t>
      </w:r>
      <w:r>
        <w:t>controversial point aap ke in ke beech mein hai.</w:t>
      </w:r>
    </w:p>
    <w:p>
      <w:pPr>
        <w:jc w:val="right"/>
      </w:pPr>
      <w:r>
        <w:t>کنٹروورشل پوائنٹ آپ کے ان کے بیچ میں ہے۔</w:t>
      </w:r>
    </w:p>
    <w:p>
      <w:r>
        <w:rPr>
          <w:b/>
        </w:rPr>
        <w:t xml:space="preserve">[1:14:17] </w:t>
      </w:r>
      <w:r>
        <w:t>molana, agla sawal bhagpat se hai mr bb vedic sahib ka.</w:t>
      </w:r>
    </w:p>
    <w:p>
      <w:pPr>
        <w:jc w:val="right"/>
      </w:pPr>
      <w:r>
        <w:t>مولانا، اگلا سوال بھاگپت سے ہے مسٹر بی بی ویدک صاحب کا۔</w:t>
      </w:r>
    </w:p>
    <w:p>
      <w:r>
        <w:rPr>
          <w:b/>
        </w:rPr>
        <w:t xml:space="preserve">[1:14:23] </w:t>
      </w:r>
      <w:r>
        <w:t>unhon ne likha hai: "yahi kaha jaye ke woh khuda, woh allah, woh god, sar shaktiman hai, dayalu</w:t>
      </w:r>
    </w:p>
    <w:p>
      <w:pPr>
        <w:jc w:val="right"/>
      </w:pPr>
      <w:r>
        <w:t>انہوں نے لکھا ہے: "یہی کہا جائے کہ وہ خدا، وہ اللہ، وہ گاڈ، سر شक्तिمان ہے، دیالو</w:t>
      </w:r>
    </w:p>
    <w:p>
      <w:r>
        <w:rPr>
          <w:b/>
        </w:rPr>
        <w:t xml:space="preserve">[1:14:30] </w:t>
      </w:r>
      <w:r>
        <w:t>hai, ajnama hai, anant hai, sar vyapak hai, sarvarg hai, woh satya roop hai, chetan hai, aur anant</w:t>
      </w:r>
    </w:p>
    <w:p>
      <w:pPr>
        <w:jc w:val="right"/>
      </w:pPr>
      <w:r>
        <w:t>ہے، اجنما ہے، اننت ہے، سر ویاپک ہے، سرورگ ہے، وہ سत्य روپ ہے، چیتن ہے، اور اننت</w:t>
      </w:r>
    </w:p>
    <w:p>
      <w:r>
        <w:rPr>
          <w:b/>
        </w:rPr>
        <w:t xml:space="preserve">[1:14:37] </w:t>
      </w:r>
      <w:r>
        <w:t>sarvarp hai." mein molana sahib se janna chahta hoon ke aprook mein se woh kon se gun hain</w:t>
      </w:r>
    </w:p>
    <w:p>
      <w:pPr>
        <w:jc w:val="right"/>
      </w:pPr>
      <w:r>
        <w:t>سرورپ ہے۔" میں مولانا صاحب سے جاننا چاہتا ہوں کہ اپروک میں سے وہ کون سے گن ہیں</w:t>
      </w:r>
    </w:p>
    <w:p>
      <w:r>
        <w:rPr>
          <w:b/>
        </w:rPr>
        <w:t xml:space="preserve">[1:14:43] </w:t>
      </w:r>
      <w:r>
        <w:t>jo quran ke anusar khuda ke nahi hain ya quran ke khilaf hain.</w:t>
      </w:r>
    </w:p>
    <w:p>
      <w:pPr>
        <w:jc w:val="right"/>
      </w:pPr>
      <w:r>
        <w:t>جو قرآن کے अनुसार خدا کے نہیں ہیں یا قرآن کے विरुद्ध ہیں۔</w:t>
      </w:r>
    </w:p>
    <w:p>
      <w:r>
        <w:rPr>
          <w:b/>
        </w:rPr>
        <w:t xml:space="preserve">[1:14:50] </w:t>
      </w:r>
      <w:r>
        <w:t>asal mein aap do mein confuse kar rahe hain, ek hai monism, ek hai monotheism.</w:t>
      </w:r>
    </w:p>
    <w:p>
      <w:pPr>
        <w:jc w:val="right"/>
      </w:pPr>
      <w:r>
        <w:t>اصل میں آپ دو میں کنفیوز کر رہے ہیں، ایک ہے مونزم، ایک ہے مونوتھیزم۔</w:t>
      </w:r>
    </w:p>
    <w:p>
      <w:r>
        <w:rPr>
          <w:b/>
        </w:rPr>
        <w:t xml:space="preserve">[1:14:57] </w:t>
      </w:r>
      <w:r>
        <w:t>hindu mazhab mein monism ka concept hai, woh aap ke zehn mein hai, ghaliban islam mein nahi hai.</w:t>
      </w:r>
    </w:p>
    <w:p>
      <w:pPr>
        <w:jc w:val="right"/>
      </w:pPr>
      <w:r>
        <w:t>ہندو مذہب میں مونزم کا کانسیپٹ ہے، وہ آپ کے ذہن میں ہے، غالباً اسلام میں نہیں ہے۔</w:t>
      </w:r>
    </w:p>
    <w:p>
      <w:r>
        <w:rPr>
          <w:b/>
        </w:rPr>
        <w:t xml:space="preserve">[1:15:04] </w:t>
      </w:r>
      <w:r>
        <w:t>monism ka concept hai, islam mein monotheism ka concept hai, to do alag alag concept hain.</w:t>
      </w:r>
    </w:p>
    <w:p>
      <w:pPr>
        <w:jc w:val="right"/>
      </w:pPr>
      <w:r>
        <w:t>مونزم کا کانسیپٹ ہے، اسلام میں مونوتھیزم کا کانسیپٹ ہے، تو دو الگ الگ کانسیپٹ ہیں۔</w:t>
      </w:r>
    </w:p>
    <w:p>
      <w:r>
        <w:rPr>
          <w:b/>
        </w:rPr>
        <w:t xml:space="preserve">[1:15:10] </w:t>
      </w:r>
      <w:r>
        <w:t>ab aap study kijiye, aur jis par aap itminan ho, woh aap ikhtiyar kijiye.</w:t>
      </w:r>
    </w:p>
    <w:p>
      <w:pPr>
        <w:jc w:val="right"/>
      </w:pPr>
      <w:r>
        <w:t>اب آپ اسٹڈی کیجئے، اور جس پر آپ اطمینان ہو، وہ آپ اختیار کیجئے۔</w:t>
      </w:r>
    </w:p>
    <w:p>
      <w:r>
        <w:rPr>
          <w:b/>
        </w:rPr>
        <w:t xml:space="preserve">[1:15:17] </w:t>
      </w:r>
      <w:r>
        <w:t>hum koi tabligh nahi karte hain, hamara hamara mission yeh nahi hai, hum to discussion karte hain, lekin</w:t>
      </w:r>
    </w:p>
    <w:p>
      <w:pPr>
        <w:jc w:val="right"/>
      </w:pPr>
      <w:r>
        <w:t>ہم کوئی تبلیغ نہیں کرتے ہیں، ہمارا ہمارا مشن یہ نہیں ہے، ہم تو ڈسکشن کرتے ہیں، لیکن</w:t>
      </w:r>
    </w:p>
    <w:p>
      <w:r>
        <w:rPr>
          <w:b/>
        </w:rPr>
        <w:t xml:space="preserve">[1:15:24] </w:t>
      </w:r>
      <w:r>
        <w:t>beh-haal dono mein farq hai.</w:t>
      </w:r>
    </w:p>
    <w:p>
      <w:pPr>
        <w:jc w:val="right"/>
      </w:pPr>
      <w:r>
        <w:t>بہرحال دونوں میں فرق ہے۔</w:t>
      </w:r>
    </w:p>
    <w:p>
      <w:r>
        <w:rPr>
          <w:b/>
        </w:rPr>
        <w:t xml:space="preserve">[1:15:30] </w:t>
      </w:r>
      <w:r>
        <w:t>monism aur monotheism ko urdu mein kehte hain "wahdat-ul-wujood" aur "tauheed".</w:t>
      </w:r>
    </w:p>
    <w:p>
      <w:pPr>
        <w:jc w:val="right"/>
      </w:pPr>
      <w:r>
        <w:t>مونزم اور مونوتھیزم کو اردو میں کہتے ہیں "وحدت وجود" اور "توحید"۔</w:t>
      </w:r>
    </w:p>
    <w:p>
      <w:r>
        <w:rPr>
          <w:b/>
        </w:rPr>
        <w:t xml:space="preserve">[1:15:37] </w:t>
      </w:r>
      <w:r>
        <w:t>to wahdat-ul-wujood jo hai, yaani monism, yeh hindu concept hai, yeh islam mein nahi hai.</w:t>
      </w:r>
    </w:p>
    <w:p>
      <w:pPr>
        <w:jc w:val="right"/>
      </w:pPr>
      <w:r>
        <w:t>تو وحدت وجود جو ہے، یعنی مونزم، یہ ہندو کانسیپٹ ہے، یہ اسلام میں نہیں ہے۔</w:t>
      </w:r>
    </w:p>
    <w:p>
      <w:r>
        <w:rPr>
          <w:b/>
        </w:rPr>
        <w:t xml:space="preserve">[1:15:44] </w:t>
      </w:r>
      <w:r>
        <w:t>islam mein monotheism hai, yaani tauheed, do alag alag concept hain khuda ke.</w:t>
      </w:r>
    </w:p>
    <w:p>
      <w:pPr>
        <w:jc w:val="right"/>
      </w:pPr>
      <w:r>
        <w:t>اسلام میں مونوتھیزم ہے، یعنی توحید، دو الگ الگ کانسیپٹ ہیں خدا کے۔</w:t>
      </w:r>
    </w:p>
    <w:p>
      <w:r>
        <w:rPr>
          <w:b/>
        </w:rPr>
        <w:t xml:space="preserve">[1:15:51] </w:t>
      </w:r>
      <w:r>
        <w:t>is is ko aap jab clear ho jaye ga aap ke zehan mein, to yeh sawal bhi hal</w:t>
      </w:r>
    </w:p>
    <w:p>
      <w:pPr>
        <w:jc w:val="right"/>
      </w:pPr>
      <w:r>
        <w:t>اس اس کو آپ جب کلیئر ہو جائے گا آپ کے ذہن میں، تو یہ سوال بھی حل</w:t>
      </w:r>
    </w:p>
    <w:p>
      <w:r>
        <w:rPr>
          <w:b/>
        </w:rPr>
        <w:t xml:space="preserve">[1:15:57] </w:t>
      </w:r>
      <w:r>
        <w:t>ho jaye ga aap ka.</w:t>
      </w:r>
    </w:p>
    <w:p>
      <w:pPr>
        <w:jc w:val="right"/>
      </w:pPr>
      <w:r>
        <w:t>ہو جائے گا آپ کا۔</w:t>
      </w:r>
    </w:p>
    <w:p>
      <w:r>
        <w:rPr>
          <w:b/>
        </w:rPr>
        <w:t xml:space="preserve">[1:16:04] </w:t>
      </w:r>
      <w:r>
        <w:t>maulana, agla sawal dilli se hai nafees sahib ka.</w:t>
      </w:r>
    </w:p>
    <w:p>
      <w:pPr>
        <w:jc w:val="right"/>
      </w:pPr>
      <w:r>
        <w:t>مولانا، اگلا سوال دلی سے ہے نفیس صاحب کا۔</w:t>
      </w:r>
    </w:p>
    <w:p>
      <w:r>
        <w:rPr>
          <w:b/>
        </w:rPr>
        <w:t xml:space="preserve">[1:16:11] </w:t>
      </w:r>
      <w:r>
        <w:t>unhon ne likha hai: "main main negative free mind ban kar rehna chahta hoon.</w:t>
      </w:r>
    </w:p>
    <w:p>
      <w:pPr>
        <w:jc w:val="right"/>
      </w:pPr>
      <w:r>
        <w:t>انہوں نے لکھا ہے: "میں میں نیگیٹیو فری مائنڈ بن کر رہنا چاہتا ہوں۔</w:t>
      </w:r>
    </w:p>
    <w:p>
      <w:r>
        <w:rPr>
          <w:b/>
        </w:rPr>
        <w:t xml:space="preserve">[1:16:17] </w:t>
      </w:r>
      <w:r>
        <w:t>mujhe koi aisa formula bata dijiye jis se negative thoughts aana band ho jayein." woh kabhi nahi band honge.</w:t>
      </w:r>
    </w:p>
    <w:p>
      <w:pPr>
        <w:jc w:val="right"/>
      </w:pPr>
      <w:r>
        <w:t>مجھے کوئی ایسا فارمولا بتا دیجئے جس سے نیگیٹیو تھاٹس آنا بند ہو جائیں۔" وہ کبھی نہیں بند ہوں گے۔</w:t>
      </w:r>
    </w:p>
    <w:p>
      <w:r>
        <w:rPr>
          <w:b/>
        </w:rPr>
        <w:t xml:space="preserve">[1:16:24] </w:t>
      </w:r>
      <w:r>
        <w:t>aap aise chahte hain ke oxygen aap ke dimagh mein aana band ho jaye, to kabhi band nahi hoga.</w:t>
      </w:r>
    </w:p>
    <w:p>
      <w:pPr>
        <w:jc w:val="right"/>
      </w:pPr>
      <w:r>
        <w:t>آپ ایسے چاہتے ہیں کہ اکسیجن آپ کے دماغ میں آنا بند ہو جائے، تو کبھی بند نہیں ہوگا۔</w:t>
      </w:r>
    </w:p>
    <w:p>
      <w:r>
        <w:rPr>
          <w:b/>
        </w:rPr>
        <w:t xml:space="preserve">[1:16:31] </w:t>
      </w:r>
      <w:r>
        <w:t>kuch nahi, negative thought to aayenge, aap un ko manage karna seekhiye.</w:t>
      </w:r>
    </w:p>
    <w:p>
      <w:pPr>
        <w:jc w:val="right"/>
      </w:pPr>
      <w:r>
        <w:t>کچھ نہیں، نیگیٹیو تھاٹ تو آئیں گے، آپ ان کو مینج کرنا سیکھیے۔</w:t>
      </w:r>
    </w:p>
    <w:p>
      <w:r>
        <w:rPr>
          <w:b/>
        </w:rPr>
        <w:t xml:space="preserve">[1:16:38] </w:t>
      </w:r>
      <w:r>
        <w:t>yeh yeh possible nahi hai ke aap ko ek aisi duniya mil jaye jahan koi negative baat hi</w:t>
      </w:r>
    </w:p>
    <w:p>
      <w:pPr>
        <w:jc w:val="right"/>
      </w:pPr>
      <w:r>
        <w:t>یہ یہ پوسیبل نہیں ہے کہ آپ کو ایک ایسی دنیا مل جائے جہاں کوئی نیگیٹیو بات ہی</w:t>
      </w:r>
    </w:p>
    <w:p>
      <w:r>
        <w:rPr>
          <w:b/>
        </w:rPr>
        <w:t xml:space="preserve">[1:16:44] </w:t>
      </w:r>
      <w:r>
        <w:t>na hoti ho.</w:t>
      </w:r>
    </w:p>
    <w:p>
      <w:pPr>
        <w:jc w:val="right"/>
      </w:pPr>
      <w:r>
        <w:t>نہ ہوتی ہو۔</w:t>
      </w:r>
    </w:p>
    <w:p>
      <w:r>
        <w:rPr>
          <w:b/>
        </w:rPr>
        <w:t xml:space="preserve">[1:16:51] </w:t>
      </w:r>
      <w:r>
        <w:t>kuch nahi, aap ko negativity ke jhaar jhankhaar mein jeena hai.</w:t>
      </w:r>
    </w:p>
    <w:p>
      <w:pPr>
        <w:jc w:val="right"/>
      </w:pPr>
      <w:r>
        <w:t>کچھ نہیں، آپ کو نیگیٹیوٹی کے جھاڑ جھنکار میں جینا ہے۔</w:t>
      </w:r>
    </w:p>
    <w:p>
      <w:r>
        <w:rPr>
          <w:b/>
        </w:rPr>
        <w:t xml:space="preserve">[1:16:58] </w:t>
      </w:r>
      <w:r>
        <w:t>you are you are to learn the art of, yani, negative negativity management.</w:t>
      </w:r>
    </w:p>
    <w:p>
      <w:pPr>
        <w:jc w:val="right"/>
      </w:pPr>
      <w:r>
        <w:t>یو آر یو آر ٹو لرن دا آرٹ اف یعنی نیگیٹیو نیگیٹیوٹی مینجمنٹ۔</w:t>
      </w:r>
    </w:p>
    <w:p>
      <w:r>
        <w:rPr>
          <w:b/>
        </w:rPr>
        <w:t xml:space="preserve">[1:17:04] </w:t>
      </w:r>
      <w:r>
        <w:t>yeh to koi unnatural baat hai jo aap cha rahe hain.</w:t>
      </w:r>
    </w:p>
    <w:p>
      <w:pPr>
        <w:jc w:val="right"/>
      </w:pPr>
      <w:r>
        <w:t>یہ تو کوئی ان نیچرل بات ہے جو آپ چاہ رہے ہیں۔</w:t>
      </w:r>
    </w:p>
    <w:p>
      <w:r>
        <w:rPr>
          <w:b/>
        </w:rPr>
        <w:t xml:space="preserve">[1:17:11] </w:t>
      </w:r>
      <w:r>
        <w:t>negativity ko apni khorak banaiye, negativity ko point of discussion banaiye, us ko le kar aur aur sochiye,</w:t>
      </w:r>
    </w:p>
    <w:p>
      <w:pPr>
        <w:jc w:val="right"/>
      </w:pPr>
      <w:r>
        <w:t>نیگیٹیوٹی کو اپنی خوراک بنائیے، نیگیٹیوٹی کو پوائنٹ اف ڈسکشن بنائیے، اس کو لے کر اور اور سوچیے،</w:t>
      </w:r>
    </w:p>
    <w:p>
      <w:r>
        <w:rPr>
          <w:b/>
        </w:rPr>
        <w:t xml:space="preserve">[1:17:18] </w:t>
      </w:r>
      <w:r>
        <w:t>aur aur sochiye.</w:t>
      </w:r>
    </w:p>
    <w:p>
      <w:pPr>
        <w:jc w:val="right"/>
      </w:pPr>
      <w:r>
        <w:t>اور اور سوچیے۔</w:t>
      </w:r>
    </w:p>
    <w:p>
      <w:r>
        <w:rPr>
          <w:b/>
        </w:rPr>
        <w:t xml:space="preserve">[1:17:25] </w:t>
      </w:r>
      <w:r>
        <w:t>jaise maine aap ko qissa bataya, aap ko ke main naha raha tha aur sabun haath se</w:t>
      </w:r>
    </w:p>
    <w:p>
      <w:pPr>
        <w:jc w:val="right"/>
      </w:pPr>
      <w:r>
        <w:t>جیسے میں نے آپ کو قصہ بتایا، آپ کو کہ میں نہا رہا تھا اور صابن ہاتھ سے</w:t>
      </w:r>
    </w:p>
    <w:p>
      <w:r>
        <w:rPr>
          <w:b/>
        </w:rPr>
        <w:t xml:space="preserve">[1:17:31] </w:t>
      </w:r>
      <w:r>
        <w:t>chhoot ke balti mein chal gaya.</w:t>
      </w:r>
    </w:p>
    <w:p>
      <w:pPr>
        <w:jc w:val="right"/>
      </w:pPr>
      <w:r>
        <w:t>چھوٹ کے بالٹی میں چل گیا۔</w:t>
      </w:r>
    </w:p>
    <w:p>
      <w:r>
        <w:rPr>
          <w:b/>
        </w:rPr>
        <w:t xml:space="preserve">[1:17:38] </w:t>
      </w:r>
      <w:r>
        <w:t>That was a negative event, ke main sochne laga, sochne laga, isse mujhe ek positive sabaq mila.</w:t>
      </w:r>
    </w:p>
    <w:p>
      <w:pPr>
        <w:jc w:val="right"/>
      </w:pPr>
      <w:r>
        <w:t>دیٹ واز ا نیگیٹیو ایونٹ کہ میں سوچنے لگا، سوچنے لگا، اس سے مجھے ایک پازیٹیو سبق ملا۔</w:t>
      </w:r>
    </w:p>
    <w:p>
      <w:r>
        <w:rPr>
          <w:b/>
        </w:rPr>
        <w:t xml:space="preserve">[1:17:45] </w:t>
      </w:r>
      <w:r>
        <w:t>to negativity jo hai, us ko ek challenge ke roop mein lijiye, aap intellectual challenge.</w:t>
      </w:r>
    </w:p>
    <w:p>
      <w:pPr>
        <w:jc w:val="right"/>
      </w:pPr>
      <w:r>
        <w:t>تو نیگیٹیوٹی جو ہے، اس کو ایک چیلنج کے روپ میں لیجئے، آپ انٹلیکچول چیلنج۔</w:t>
      </w:r>
    </w:p>
    <w:p>
      <w:r>
        <w:rPr>
          <w:b/>
        </w:rPr>
        <w:t xml:space="preserve">[1:17:51] </w:t>
      </w:r>
      <w:r>
        <w:t>yeh mat chahiye ke negativity khatm ho jaye, kyunke woh to possible nahi hai.</w:t>
      </w:r>
    </w:p>
    <w:p>
      <w:pPr>
        <w:jc w:val="right"/>
      </w:pPr>
      <w:r>
        <w:t>یہ مت چاہیے کہ نیگیٹیوٹی ختم ہو جائے، کیونکہ وہ تو پاسیبل نہیں ہے۔</w:t>
      </w:r>
    </w:p>
    <w:p>
      <w:r>
        <w:rPr>
          <w:b/>
        </w:rPr>
        <w:t xml:space="preserve">[1:17:58] </w:t>
      </w:r>
      <w:r>
        <w:t>maulana, un ka ek aur sawal hai, unhon ne aap se poocha hai ke rawaiyati usloob aur asri</w:t>
      </w:r>
    </w:p>
    <w:p>
      <w:pPr>
        <w:jc w:val="right"/>
      </w:pPr>
      <w:r>
        <w:t>مولانا، ان کا ایک اور سوال ہے، انہوں نے آپ سے پوچھا ہے کہ روایتی اسلوب اور اصری</w:t>
      </w:r>
    </w:p>
    <w:p>
      <w:r>
        <w:rPr>
          <w:b/>
        </w:rPr>
        <w:t xml:space="preserve">[1:18:05] </w:t>
      </w:r>
      <w:r>
        <w:t>usloob mein kya antar hai? is ke baray mein batayein.</w:t>
      </w:r>
    </w:p>
    <w:p>
      <w:pPr>
        <w:jc w:val="right"/>
      </w:pPr>
      <w:r>
        <w:t>اسلوب میں کیا अंतर ہے؟ اس کے بارے میں بتائیں۔</w:t>
      </w:r>
    </w:p>
    <w:p>
      <w:r>
        <w:rPr>
          <w:b/>
        </w:rPr>
        <w:t xml:space="preserve">[1:18:12] </w:t>
      </w:r>
      <w:r>
        <w:t>is ka antar hum lafzon mein nahi batate, aap kitabein padhiye, aap to aap ko maloom ho jaye ga.</w:t>
      </w:r>
    </w:p>
    <w:p>
      <w:pPr>
        <w:jc w:val="right"/>
      </w:pPr>
      <w:r>
        <w:t>اس کا अंतर ہم لفظوں میں نہیں بتاتے، آپ کتابیں پڑھیے، آپ تو آپ کو معلوم ہو جائے گا۔</w:t>
      </w:r>
    </w:p>
    <w:p>
      <w:r>
        <w:rPr>
          <w:b/>
        </w:rPr>
        <w:t xml:space="preserve">[1:18:18] </w:t>
      </w:r>
      <w:r>
        <w:t>yeh kitabon ko padhne se nikal gaya, yeh hmm, yeh nikal gaya, yeh nikal gaya.</w:t>
      </w:r>
    </w:p>
    <w:p>
      <w:pPr>
        <w:jc w:val="right"/>
      </w:pPr>
      <w:r>
        <w:t>یہ کتابوں کو پڑھنے سے نکل گیا، یہ ہمم، یہ نکل گیا، یہ نکل گیا۔</w:t>
      </w:r>
    </w:p>
    <w:p>
      <w:r>
        <w:rPr>
          <w:b/>
        </w:rPr>
        <w:t xml:space="preserve">[1:18:25] </w:t>
      </w:r>
      <w:r>
        <w:t>sab ji acha, yeh to aap kitabein padhiye to aap samajh jayenge lafzon mein hum kya kar sakte hain.</w:t>
      </w:r>
    </w:p>
    <w:p>
      <w:pPr>
        <w:jc w:val="right"/>
      </w:pPr>
      <w:r>
        <w:t>سب جی اچھا، یہ تو آپ کتابیں پڑھیے تو آپ سمجھ جائیں گے لفظوں میں ہم کیا کر سکتے ہیں۔</w:t>
      </w:r>
    </w:p>
    <w:p>
      <w:r>
        <w:rPr>
          <w:b/>
        </w:rPr>
        <w:t xml:space="preserve">[1:18:32] </w:t>
      </w:r>
      <w:r>
        <w:t>chalein, maulana, agla sawal aaya hai muhammad azeem sahib ka hyderabad se.</w:t>
      </w:r>
    </w:p>
    <w:p>
      <w:pPr>
        <w:jc w:val="right"/>
      </w:pPr>
      <w:r>
        <w:t>چلیں، مولانا، اگلا سوال آیا ہے محمد عظیم صاحب کا حیدرآباد سے۔</w:t>
      </w:r>
    </w:p>
    <w:p>
      <w:r>
        <w:rPr>
          <w:b/>
        </w:rPr>
        <w:t xml:space="preserve">[1:18:38] </w:t>
      </w:r>
      <w:r>
        <w:t>unhon ne likha hai: "maulana, please aap surah yaseen ki is ayat ko explain karein jis mein aaya</w:t>
      </w:r>
    </w:p>
    <w:p>
      <w:pPr>
        <w:jc w:val="right"/>
      </w:pPr>
      <w:r>
        <w:t>انہوں نے لکھا ہے: "مولانا، پلیز آپ سورہ یاسین کی اس آیت کو ایکسپلین کریں جس میں آیا</w:t>
      </w:r>
    </w:p>
    <w:p>
      <w:r>
        <w:rPr>
          <w:b/>
        </w:rPr>
        <w:t xml:space="preserve">[1:18:45] </w:t>
      </w:r>
      <w:r>
        <w:t>hai: 'wasahum so tajri limustakar allah dhalik taqdir al-aziz al-hakim'." is par maine likha hai apni kitab</w:t>
      </w:r>
    </w:p>
    <w:p>
      <w:pPr>
        <w:jc w:val="right"/>
      </w:pPr>
      <w:r>
        <w:t>ہے: 'وسہم سو تجری لمستاکر اللہ ذالک تقدیر العزیز الحکیم'۔" اس پر میں نے لکھا ہے اپنی کتاب</w:t>
      </w:r>
    </w:p>
    <w:p>
      <w:r>
        <w:rPr>
          <w:b/>
        </w:rPr>
        <w:t xml:space="preserve">[1:18:52] </w:t>
      </w:r>
      <w:r>
        <w:t>mein, is ko aap parh lijiyay jo kitab urdu mein hai "mazhab maujood challenge", angrezi mein "God Rises".</w:t>
      </w:r>
    </w:p>
    <w:p>
      <w:pPr>
        <w:jc w:val="right"/>
      </w:pPr>
      <w:r>
        <w:t>میں، اس کو آپ پڑھ لیجئے جو کتاب اردو میں ہے "مذہب موجود چیلنج"، انگریزی میں "گاڈ رائزز"۔</w:t>
      </w:r>
    </w:p>
    <w:p>
      <w:r>
        <w:rPr>
          <w:b/>
        </w:rPr>
        <w:t xml:space="preserve">[1:18:59] </w:t>
      </w:r>
      <w:r>
        <w:t>is ko aap parh lijiyay pehlay, phir aap kay sawal sawal ho to aap is ko agli sunday</w:t>
      </w:r>
    </w:p>
    <w:p>
      <w:pPr>
        <w:jc w:val="right"/>
      </w:pPr>
      <w:r>
        <w:t>اس کو آپ پڑھ لیجئے پہلے، پھر آپ کے سوال سوال ہو تو آپ اس کو اگلے سنڈے</w:t>
      </w:r>
    </w:p>
    <w:p>
      <w:r>
        <w:rPr>
          <w:b/>
        </w:rPr>
        <w:t xml:space="preserve">[1:19:05] </w:t>
      </w:r>
      <w:r>
        <w:t>ko paish kijiyay, bataiyay.</w:t>
      </w:r>
    </w:p>
    <w:p>
      <w:pPr>
        <w:jc w:val="right"/>
      </w:pPr>
      <w:r>
        <w:t>کو پیش کیجئے، بتائیے۔</w:t>
      </w:r>
    </w:p>
    <w:p>
      <w:r>
        <w:rPr>
          <w:b/>
        </w:rPr>
        <w:t xml:space="preserve">[1:19:12] </w:t>
      </w:r>
      <w:r>
        <w:t>maulana, agla sawal america say aya hai ali sahib ka.</w:t>
      </w:r>
    </w:p>
    <w:p>
      <w:pPr>
        <w:jc w:val="right"/>
      </w:pPr>
      <w:r>
        <w:t>مولانا، اگلا سوال امریکہ سے آیا ہے علی صاحب کا۔</w:t>
      </w:r>
    </w:p>
    <w:p>
      <w:r>
        <w:rPr>
          <w:b/>
        </w:rPr>
        <w:t xml:space="preserve">[1:19:19] </w:t>
      </w:r>
      <w:r>
        <w:t>انہوں نے لکھا ہے: "ان سورہ الواقعہ تھری گروپس آر ڈیفائنڈ۔</w:t>
      </w:r>
    </w:p>
    <w:p>
      <w:pPr>
        <w:jc w:val="right"/>
      </w:pPr>
      <w:r>
        <w:t>انہوں نے لکھا ہے: "ان سورہ الواقعہ تھری گروپس ار ڈیفائنڈ۔</w:t>
      </w:r>
    </w:p>
    <w:p>
      <w:r>
        <w:rPr>
          <w:b/>
        </w:rPr>
        <w:t xml:space="preserve">[1:19:25] </w:t>
      </w:r>
      <w:r>
        <w:t>and this one group will be near to Allah and they will be more from early generation and</w:t>
      </w:r>
    </w:p>
    <w:p>
      <w:pPr>
        <w:jc w:val="right"/>
      </w:pPr>
      <w:r>
        <w:t>ان دس ون گروپ ول بی نیئر ٹو اللہ اینڈ دے ول بی مور فرام ارلی جنریشن اینڈ</w:t>
      </w:r>
    </w:p>
    <w:p>
      <w:r>
        <w:rPr>
          <w:b/>
        </w:rPr>
        <w:t xml:space="preserve">[1:19:32] </w:t>
      </w:r>
      <w:r>
        <w:t>less from letter generation.</w:t>
      </w:r>
    </w:p>
    <w:p>
      <w:pPr>
        <w:jc w:val="right"/>
      </w:pPr>
      <w:r>
        <w:t>لیس فرام لیٹر جنریشن۔</w:t>
      </w:r>
    </w:p>
    <w:p>
      <w:r>
        <w:rPr>
          <w:b/>
        </w:rPr>
        <w:t xml:space="preserve">[1:19:39] </w:t>
      </w:r>
      <w:r>
        <w:t>Could you please explain who will come under this group and how can we be part of that?</w:t>
      </w:r>
    </w:p>
    <w:p>
      <w:pPr>
        <w:jc w:val="right"/>
      </w:pPr>
      <w:r>
        <w:t>کڈ یو پلیز ایکسپلین ہو ویل کم انڈر دس گروپ اینڈ ہاؤ کین وی بی پارٹ اف دیٹ</w:t>
      </w:r>
    </w:p>
    <w:p>
      <w:r>
        <w:rPr>
          <w:b/>
        </w:rPr>
        <w:t xml:space="preserve">[1:19:46] </w:t>
      </w:r>
      <w:r>
        <w:t>group?" dekhiyay, koi group kay naam lay kar nahi bata sakta kay naam lay kar kay yeh group, woh group.</w:t>
      </w:r>
    </w:p>
    <w:p>
      <w:pPr>
        <w:jc w:val="right"/>
      </w:pPr>
      <w:r>
        <w:t>گروپ؟" دیکھیں، کوئی گروپ کے نام لے کر نہیں بتا سکتا کہ نام لے کر کہ یہ گروپ، وہ گروپ۔</w:t>
      </w:r>
    </w:p>
    <w:p>
      <w:r>
        <w:rPr>
          <w:b/>
        </w:rPr>
        <w:t xml:space="preserve">[1:19:52] </w:t>
      </w:r>
      <w:r>
        <w:t>dekhiyay, yeh is is mein jo lafz hai "sulh" ka lafz hai wahan par, lekin murad hai afraad, individuals.</w:t>
      </w:r>
    </w:p>
    <w:p>
      <w:pPr>
        <w:jc w:val="right"/>
      </w:pPr>
      <w:r>
        <w:t>دیکھیں، یہ اس اس میں جو لفظ ہے "صلح" کا لفظ ہے وہاں پر، لیکن مراد ہے افراد، انڈیویجولز۔</w:t>
      </w:r>
    </w:p>
    <w:p>
      <w:r>
        <w:rPr>
          <w:b/>
        </w:rPr>
        <w:t xml:space="preserve">[1:19:59] </w:t>
      </w:r>
      <w:r>
        <w:t>to is tarah kay afraad pehlay, yani aisay individuals pehlay ziyada thay, baad kay zamanay mein kam ho gayay.</w:t>
      </w:r>
    </w:p>
    <w:p>
      <w:pPr>
        <w:jc w:val="right"/>
      </w:pPr>
      <w:r>
        <w:t>تو اس طرح کے افراد پہلے، یعنی ایسے انڈیویجولز پہلے زیادہ تھے، بعد کے زمانے میں کم ہو گئے۔</w:t>
      </w:r>
    </w:p>
    <w:p>
      <w:r>
        <w:rPr>
          <w:b/>
        </w:rPr>
        <w:t xml:space="preserve">[1:20:06] </w:t>
      </w:r>
      <w:r>
        <w:t>is ka bohat hi wavis reason hai kyunkay din badan duniya mein distraction barh raha hai. distraction!</w:t>
      </w:r>
    </w:p>
    <w:p>
      <w:pPr>
        <w:jc w:val="right"/>
      </w:pPr>
      <w:r>
        <w:t>اس کا بہت ہی واویس ریزن ہے کیونکہ دن بدن دنیا میں ڈسٹریکشن بڑھ رہا ہے۔ ڈسٹریکشن!</w:t>
      </w:r>
    </w:p>
    <w:p>
      <w:r>
        <w:rPr>
          <w:b/>
        </w:rPr>
        <w:t xml:space="preserve">[1:20:13] </w:t>
      </w:r>
      <w:r>
        <w:t>mere bachpan mein mein gaon mein rehta tha, wahan koi distraction hi nahin.</w:t>
      </w:r>
    </w:p>
    <w:p>
      <w:pPr>
        <w:jc w:val="right"/>
      </w:pPr>
      <w:r>
        <w:t>میرے بچپن میں میں گاؤں میں رہتا تھا، وہاں کوئی ڈسٹریکشن ہی نہیں۔</w:t>
      </w:r>
    </w:p>
    <w:p>
      <w:r>
        <w:rPr>
          <w:b/>
        </w:rPr>
        <w:t xml:space="preserve">[1:20:18] </w:t>
      </w:r>
      <w:r>
        <w:t>zindagi bohat mukhtasar thi, bohat thore cheezon ke darmiyan apni zindagi guzarta tha, to us waqt distraction tha</w:t>
      </w:r>
    </w:p>
    <w:p>
      <w:pPr>
        <w:jc w:val="right"/>
      </w:pPr>
      <w:r>
        <w:t>زندگی بہت مختصر تھی، بہت تھوڑے چیزیں کے درمیان اپنی زندگی گزارتا تھا، تو اس وقت ڈسٹریکشن تھا</w:t>
      </w:r>
    </w:p>
    <w:p>
      <w:r>
        <w:rPr>
          <w:b/>
        </w:rPr>
        <w:t xml:space="preserve">[1:20:26] </w:t>
      </w:r>
      <w:r>
        <w:t>hi nahin.</w:t>
      </w:r>
    </w:p>
    <w:p>
      <w:pPr>
        <w:jc w:val="right"/>
      </w:pPr>
      <w:r>
        <w:t>ہی نہیں۔</w:t>
      </w:r>
    </w:p>
    <w:p>
      <w:r>
        <w:rPr>
          <w:b/>
        </w:rPr>
        <w:t xml:space="preserve">[1:20:27] </w:t>
      </w:r>
      <w:r>
        <w:t>ab hazaron distraction hain, 24 ghante.</w:t>
      </w:r>
    </w:p>
    <w:p>
      <w:pPr>
        <w:jc w:val="right"/>
      </w:pPr>
      <w:r>
        <w:t>اب ہزاروں ڈسٹریکشن ہیں، 24 گھنٹے۔</w:t>
      </w:r>
    </w:p>
    <w:p>
      <w:r>
        <w:rPr>
          <w:b/>
        </w:rPr>
        <w:t xml:space="preserve">[1:20:30] </w:t>
      </w:r>
      <w:r>
        <w:t>to sab se bara jo farq hua hai, wo distraction ka farq hua hai.</w:t>
      </w:r>
    </w:p>
    <w:p>
      <w:pPr>
        <w:jc w:val="right"/>
      </w:pPr>
      <w:r>
        <w:t>تو سب سے بڑا جو فرق ہوا ہے، وہ ڈسٹریکشن کا فرق ہوا ہے۔</w:t>
      </w:r>
    </w:p>
    <w:p>
      <w:r>
        <w:rPr>
          <w:b/>
        </w:rPr>
        <w:t xml:space="preserve">[1:20:36] </w:t>
      </w:r>
      <w:r>
        <w:t>isi liye farmaya ke baad ke zamanay mein aise individual, aise afraad kam milenge jo sachai mein</w:t>
      </w:r>
    </w:p>
    <w:p>
      <w:pPr>
        <w:jc w:val="right"/>
      </w:pPr>
      <w:r>
        <w:t>اسی لیے فرمایا کہ بعد کے زمانے میں ایسے انڈیویجول، ایسے افراد کم ملیں گے جو سچائی میں</w:t>
      </w:r>
    </w:p>
    <w:p>
      <w:r>
        <w:rPr>
          <w:b/>
        </w:rPr>
        <w:t xml:space="preserve">[1:20:44] </w:t>
      </w:r>
      <w:r>
        <w:t>aage barhen.</w:t>
      </w:r>
    </w:p>
    <w:p>
      <w:pPr>
        <w:jc w:val="right"/>
      </w:pPr>
      <w:r>
        <w:t>آگے بڑھیں۔</w:t>
      </w:r>
    </w:p>
    <w:p>
      <w:r>
        <w:rPr>
          <w:b/>
        </w:rPr>
        <w:t xml:space="preserve">[1:20:45] </w:t>
      </w:r>
      <w:r>
        <w:t>yeh matlab hai is ka, koi mysterious baat nahi hai, yeh bohat hi saada si baat hai.</w:t>
      </w:r>
    </w:p>
    <w:p>
      <w:pPr>
        <w:jc w:val="right"/>
      </w:pPr>
      <w:r>
        <w:t>یہ مطلب ہے اس کا، کوئی مسریس بات نہیں ہے، یہ بہت ہی سادہ سی بات ہے۔</w:t>
      </w:r>
    </w:p>
    <w:p>
      <w:r>
        <w:rPr>
          <w:b/>
        </w:rPr>
        <w:t xml:space="preserve">[1:20:52] </w:t>
      </w:r>
      <w:r>
        <w:t>maulana, yeh sawal aaya hai muhammad ans sahib ka dilli se.</w:t>
      </w:r>
    </w:p>
    <w:p>
      <w:pPr>
        <w:jc w:val="right"/>
      </w:pPr>
      <w:r>
        <w:t>مولانا، یہ سوال آیا ہے محمد انس صاحب کا دلی سے۔</w:t>
      </w:r>
    </w:p>
    <w:p>
      <w:r>
        <w:rPr>
          <w:b/>
        </w:rPr>
        <w:t xml:space="preserve">[1:20:57] </w:t>
      </w:r>
      <w:r>
        <w:t>unhon ne likha hai ke do mahine qabal train mein meri mister saini se mulaqat hui thi, jo</w:t>
      </w:r>
    </w:p>
    <w:p>
      <w:pPr>
        <w:jc w:val="right"/>
      </w:pPr>
      <w:r>
        <w:t>انہوں نے لکھا ہے کہ دو مہینے قبل ٹرین میں میری مسٹر سینی سے ملاقات ہوئی تھی، جو</w:t>
      </w:r>
    </w:p>
    <w:p>
      <w:r>
        <w:rPr>
          <w:b/>
        </w:rPr>
        <w:t xml:space="preserve">[1:21:05] </w:t>
      </w:r>
      <w:r>
        <w:t>government employee thay.</w:t>
      </w:r>
    </w:p>
    <w:p>
      <w:pPr>
        <w:jc w:val="right"/>
      </w:pPr>
      <w:r>
        <w:t>گورنمنٹ ایمپلائی تھے۔</w:t>
      </w:r>
    </w:p>
    <w:p>
      <w:r>
        <w:rPr>
          <w:b/>
        </w:rPr>
        <w:t xml:space="preserve">[1:21:06] </w:t>
      </w:r>
      <w:r>
        <w:t>ان سے میں نے دعوت کو لے کر بات کی، وہ کافی impressed ہوئے اور انہوں نے خود</w:t>
      </w:r>
    </w:p>
    <w:p>
      <w:pPr>
        <w:jc w:val="right"/>
      </w:pPr>
      <w:r>
        <w:t>ان سے میں نے دعوت کو لے کر بات کی، وہ کافی امپریس ہوئے اور انہوں نے خود</w:t>
      </w:r>
    </w:p>
    <w:p>
      <w:r>
        <w:rPr>
          <w:b/>
        </w:rPr>
        <w:t xml:space="preserve">[1:21:14] </w:t>
      </w:r>
      <w:r>
        <w:t>he mujh se quran ka hindi translation manga.</w:t>
      </w:r>
    </w:p>
    <w:p>
      <w:pPr>
        <w:jc w:val="right"/>
      </w:pPr>
      <w:r>
        <w:t>ہی مجھ سے قرآن کا ہندی ٹرانسلیشن مانگا۔</w:t>
      </w:r>
    </w:p>
    <w:p>
      <w:r>
        <w:rPr>
          <w:b/>
        </w:rPr>
        <w:t xml:space="preserve">[1:21:17] </w:t>
      </w:r>
      <w:r>
        <w:t>main ne un se wada kiya ke main aap ko quran doon ga, lekin main ne un se</w:t>
      </w:r>
    </w:p>
    <w:p>
      <w:pPr>
        <w:jc w:val="right"/>
      </w:pPr>
      <w:r>
        <w:t>میں نے ان سے وعدہ کیا کہ میں آپ کو قرآن دوں گا، لیکن میں نے ان سے</w:t>
      </w:r>
    </w:p>
    <w:p>
      <w:r>
        <w:rPr>
          <w:b/>
        </w:rPr>
        <w:t xml:space="preserve">[1:21:25] </w:t>
      </w:r>
      <w:r>
        <w:t>dobara contact karne ki koshish ki aur un se baat na ho pai.</w:t>
      </w:r>
    </w:p>
    <w:p>
      <w:pPr>
        <w:jc w:val="right"/>
      </w:pPr>
      <w:r>
        <w:t>دوبارہ کانٹیکٹ کرنے کی کوشش کی اور ان سے بات نہ ہو پائی۔</w:t>
      </w:r>
    </w:p>
    <w:p>
      <w:r>
        <w:rPr>
          <w:b/>
        </w:rPr>
        <w:t xml:space="preserve">[1:21:31] </w:t>
      </w:r>
      <w:r>
        <w:t>un ke larkay ne phone par baat ki aur us ne bataya ke un ka operation hai.</w:t>
      </w:r>
    </w:p>
    <w:p>
      <w:pPr>
        <w:jc w:val="right"/>
      </w:pPr>
      <w:r>
        <w:t>ان کے لڑکے نے فون پر بات کی اور اس نے بتایا کہ ان کا آپریشن ہے۔</w:t>
      </w:r>
    </w:p>
    <w:p>
      <w:r>
        <w:rPr>
          <w:b/>
        </w:rPr>
        <w:t xml:space="preserve">[1:21:38] </w:t>
      </w:r>
      <w:r>
        <w:t>phir ab dobara main ne phone kiya to phir un ke larkay se baat hui aur us ne</w:t>
      </w:r>
    </w:p>
    <w:p>
      <w:pPr>
        <w:jc w:val="right"/>
      </w:pPr>
      <w:r>
        <w:t>پھر اب دوبارہ میں نے فون کیا تو پھر ان کے لڑکے سے بات ہوئی اور اس نے</w:t>
      </w:r>
    </w:p>
    <w:p>
      <w:r>
        <w:rPr>
          <w:b/>
        </w:rPr>
        <w:t xml:space="preserve">[1:21:46] </w:t>
      </w:r>
      <w:r>
        <w:t>bataya ke un ke father ki death ho gayi hai.</w:t>
      </w:r>
    </w:p>
    <w:p>
      <w:pPr>
        <w:jc w:val="right"/>
      </w:pPr>
      <w:r>
        <w:t>بتایا کہ ان کے فادر کی ڈیتھ ہو گئی ہے۔</w:t>
      </w:r>
    </w:p>
    <w:p>
      <w:r>
        <w:rPr>
          <w:b/>
        </w:rPr>
        <w:t xml:space="preserve">[1:21:50] </w:t>
      </w:r>
      <w:r>
        <w:t>to main ne mister saini ke larkay gaurav se yeh kaha ke aap ke father ki yeh khwahish</w:t>
      </w:r>
    </w:p>
    <w:p>
      <w:pPr>
        <w:jc w:val="right"/>
      </w:pPr>
      <w:r>
        <w:t>تو میں نے مسٹر سینی کے لڑکے گورب سے یہ کہا کہ آپ کے فادر کی یہ خواہش</w:t>
      </w:r>
    </w:p>
    <w:p>
      <w:r>
        <w:rPr>
          <w:b/>
        </w:rPr>
        <w:t xml:space="preserve">[1:21:58] </w:t>
      </w:r>
      <w:r>
        <w:t>thi ke wo quran parhen, to aap is adhoore kaam ko kar dijiye.</w:t>
      </w:r>
    </w:p>
    <w:p>
      <w:pPr>
        <w:jc w:val="right"/>
      </w:pPr>
      <w:r>
        <w:t>تھی کہ وہ قرآن پڑھیں، تو آپ اس ادھورے کام کو کر دیجئے۔</w:t>
      </w:r>
    </w:p>
    <w:p>
      <w:r>
        <w:rPr>
          <w:b/>
        </w:rPr>
        <w:t xml:space="preserve">[1:22:03] </w:t>
      </w:r>
      <w:r>
        <w:t>lekin Gorb ne jawab mein kaha ke main atheist ho gaya hoon aur woh bahut zyada excited ho</w:t>
      </w:r>
    </w:p>
    <w:p>
      <w:pPr>
        <w:jc w:val="right"/>
      </w:pPr>
      <w:r>
        <w:t>لیکن گورب نے جواب میں کہا کہ میں ایتھیسٹ ہو گیا ہوں اور وہ بہت زیادہ ایکسائٹڈ ہو</w:t>
      </w:r>
    </w:p>
    <w:p>
      <w:r>
        <w:rPr>
          <w:b/>
        </w:rPr>
        <w:t xml:space="preserve">[1:22:11] </w:t>
      </w:r>
      <w:r>
        <w:t>kar rone laga aur kehne laga ke abhi main atharah saal ka bhi hua hoon aur meri bari</w:t>
      </w:r>
    </w:p>
    <w:p>
      <w:pPr>
        <w:jc w:val="right"/>
      </w:pPr>
      <w:r>
        <w:t>کر رونے لگا اور کہنے لگا کہ ابھی میں اٹھارہ سال کا بھی ہوا ہوں اور میری بڑی</w:t>
      </w:r>
    </w:p>
    <w:p>
      <w:r>
        <w:rPr>
          <w:b/>
        </w:rPr>
        <w:t xml:space="preserve">[1:22:19] </w:t>
      </w:r>
      <w:r>
        <w:t>behnein hain, un ki shadi bhi nahi hui hai, to kaise yeh sab hoga? to ab wo god</w:t>
      </w:r>
    </w:p>
    <w:p>
      <w:pPr>
        <w:jc w:val="right"/>
      </w:pPr>
      <w:r>
        <w:t>بہنیں ہیں، ان کی شادی بھی نہیں ہوئی ہے، تو کیسے یہ سب ہوگا؟ تو اب وہ گاڈ</w:t>
      </w:r>
    </w:p>
    <w:p>
      <w:r>
        <w:rPr>
          <w:b/>
        </w:rPr>
        <w:t xml:space="preserve">[1:22:26] </w:t>
      </w:r>
      <w:r>
        <w:t>mein believe nahi karta.</w:t>
      </w:r>
    </w:p>
    <w:p>
      <w:pPr>
        <w:jc w:val="right"/>
      </w:pPr>
      <w:r>
        <w:t>میں بیلیو نہیں کرتا۔</w:t>
      </w:r>
    </w:p>
    <w:p>
      <w:r>
        <w:rPr>
          <w:b/>
        </w:rPr>
        <w:t xml:space="preserve">[1:22:28] </w:t>
      </w:r>
      <w:r>
        <w:t>maulana, mister saini ka larkay bohat ziyada frustrated ho gaya hai, to aap mujhe yeh bataiye ke mujhe</w:t>
      </w:r>
    </w:p>
    <w:p>
      <w:pPr>
        <w:jc w:val="right"/>
      </w:pPr>
      <w:r>
        <w:t>مولانا، مسٹر سینی کا لڑکا بہت زیادہ فرسٹریٹ ہو گیا ہے، تو آپ مجھے یہ بتائیے کہ مجھے</w:t>
      </w:r>
    </w:p>
    <w:p>
      <w:r>
        <w:rPr>
          <w:b/>
        </w:rPr>
        <w:t xml:space="preserve">[1:22:36] </w:t>
      </w:r>
      <w:r>
        <w:t>kya aur kaise karna chahiye? kya karna chahiye mujhe? un ko yahi samjhana hoga ke yeh sab cheezein</w:t>
      </w:r>
    </w:p>
    <w:p>
      <w:pPr>
        <w:jc w:val="right"/>
      </w:pPr>
      <w:r>
        <w:t>کیا اور کیسے کرنا چاہیے؟ کیا کرنا چاہیے مجھے؟ ان کو یہی سمجھانا ہوگا کہ یہ سب چیزیں</w:t>
      </w:r>
    </w:p>
    <w:p>
      <w:r>
        <w:rPr>
          <w:b/>
        </w:rPr>
        <w:t xml:space="preserve">[1:22:44] </w:t>
      </w:r>
      <w:r>
        <w:t>to us ko challenge ke taur par lijiye, challenge ke taur par.</w:t>
      </w:r>
    </w:p>
    <w:p>
      <w:pPr>
        <w:jc w:val="right"/>
      </w:pPr>
      <w:r>
        <w:t>تو اس کو چیلنج کے طور پر لیجئے، چیلنج کے طور پر۔</w:t>
      </w:r>
    </w:p>
    <w:p>
      <w:r>
        <w:rPr>
          <w:b/>
        </w:rPr>
        <w:t xml:space="preserve">[1:22:49] </w:t>
      </w:r>
      <w:r>
        <w:t>hazaron log hain, un ke baap mar jatay hain.</w:t>
      </w:r>
    </w:p>
    <w:p>
      <w:pPr>
        <w:jc w:val="right"/>
      </w:pPr>
      <w:r>
        <w:t>ہزاروں لوگ ہیں، ان کے باپ مر جاتے ہیں۔</w:t>
      </w:r>
    </w:p>
    <w:p>
      <w:r>
        <w:rPr>
          <w:b/>
        </w:rPr>
        <w:t xml:space="preserve">[1:22:53] </w:t>
      </w:r>
      <w:r>
        <w:t>hamare hamare apne baap bachpan mein mar gaye, hum log teen bhai thay aur bachpan mein mar gaye</w:t>
      </w:r>
    </w:p>
    <w:p>
      <w:pPr>
        <w:jc w:val="right"/>
      </w:pPr>
      <w:r>
        <w:t>ہمارے ہمارے اپنے باپ بچپن میں مر گئے، ہم لوگ تین بھائی تھے اور بچپن میں مر گئے</w:t>
      </w:r>
    </w:p>
    <w:p>
      <w:r>
        <w:rPr>
          <w:b/>
        </w:rPr>
        <w:t xml:space="preserve">[1:23:00] </w:t>
      </w:r>
      <w:r>
        <w:t>hamare baap.</w:t>
      </w:r>
    </w:p>
    <w:p>
      <w:pPr>
        <w:jc w:val="right"/>
      </w:pPr>
      <w:r>
        <w:t>ہمارے باپ۔</w:t>
      </w:r>
    </w:p>
    <w:p>
      <w:r>
        <w:rPr>
          <w:b/>
        </w:rPr>
        <w:t xml:space="preserve">[1:23:02] </w:t>
      </w:r>
      <w:r>
        <w:t>to family mein hum koi yateem ban gaye kyunke Allah ke fazl se hamare teeno bhai jo hain,</w:t>
      </w:r>
    </w:p>
    <w:p>
      <w:pPr>
        <w:jc w:val="right"/>
      </w:pPr>
      <w:r>
        <w:t>تو فیملی میں ہم کوئی یتیم بن گئے کیونکہ اللہ کے فضل سے ہمارے تینوں بھائی جو ہیں،</w:t>
      </w:r>
    </w:p>
    <w:p>
      <w:r>
        <w:rPr>
          <w:b/>
        </w:rPr>
        <w:t xml:space="preserve">[1:23:09] </w:t>
      </w:r>
      <w:r>
        <w:t>bohat bare, hum ko bohat kaam kiya unhon ne zindagi mein.</w:t>
      </w:r>
    </w:p>
    <w:p>
      <w:pPr>
        <w:jc w:val="right"/>
      </w:pPr>
      <w:r>
        <w:t>بہت بڑے، ہم کو بہت کام کیا انہوں نے زندگی میں۔</w:t>
      </w:r>
    </w:p>
    <w:p>
      <w:r>
        <w:rPr>
          <w:b/>
        </w:rPr>
        <w:t xml:space="preserve">[1:23:14] </w:t>
      </w:r>
      <w:r>
        <w:t>to yeh to ek challenge hai, ek ek ek ek zindagi mein jis ko challenge pesh aata hai,</w:t>
      </w:r>
    </w:p>
    <w:p>
      <w:pPr>
        <w:jc w:val="right"/>
      </w:pPr>
      <w:r>
        <w:t>تو یہ تو ایک چیلنج ہے، ایک ایک ایک ایک زندگی میں جس کو چیلنج پیش آتا ہے،</w:t>
      </w:r>
    </w:p>
    <w:p>
      <w:r>
        <w:rPr>
          <w:b/>
        </w:rPr>
        <w:t xml:space="preserve">[1:23:22] </w:t>
      </w:r>
      <w:r>
        <w:t>wahi to bare bare kaam karta hai.</w:t>
      </w:r>
    </w:p>
    <w:p>
      <w:pPr>
        <w:jc w:val="right"/>
      </w:pPr>
      <w:r>
        <w:t>وہی تو بڑے بڑے کام کرتا ہے۔</w:t>
      </w:r>
    </w:p>
    <w:p>
      <w:r>
        <w:rPr>
          <w:b/>
        </w:rPr>
        <w:t xml:space="preserve">[1:23:25] </w:t>
      </w:r>
      <w:r>
        <w:t>is bachche ko yeh koi samjhaye ke is ko aap negative sense mein kyun le rahe hain? yeh</w:t>
      </w:r>
    </w:p>
    <w:p>
      <w:pPr>
        <w:jc w:val="right"/>
      </w:pPr>
      <w:r>
        <w:t>اس بچے کو یہ کوئی سمجھائے کہ اس کو آپ نیگیٹیو سینس میں کیوں لے رہے ہیں؟ یہ</w:t>
      </w:r>
    </w:p>
    <w:p>
      <w:r>
        <w:rPr>
          <w:b/>
        </w:rPr>
        <w:t xml:space="preserve">[1:23:33] </w:t>
      </w:r>
      <w:r>
        <w:t>challenge hai jo aap ko motivate karta hai, aap ko aap ka incentive paida karta hai ke aap</w:t>
      </w:r>
    </w:p>
    <w:p>
      <w:pPr>
        <w:jc w:val="right"/>
      </w:pPr>
      <w:r>
        <w:t>چیلنج ہے جو آپ کو موٹیویٹ کرتا ہے، آپ کو آپ کا انسینٹیو پیدا کرتا ہے کہ آپ</w:t>
      </w:r>
    </w:p>
    <w:p>
      <w:r>
        <w:rPr>
          <w:b/>
        </w:rPr>
        <w:t xml:space="preserve">[1:23:40] </w:t>
      </w:r>
      <w:r>
        <w:t>aage barh kar ke bare bare kaam karen.</w:t>
      </w:r>
    </w:p>
    <w:p>
      <w:pPr>
        <w:jc w:val="right"/>
      </w:pPr>
      <w:r>
        <w:t>آگے بڑھ کر کے بڑے بڑے کام کریں۔</w:t>
      </w:r>
    </w:p>
    <w:p>
      <w:r>
        <w:rPr>
          <w:b/>
        </w:rPr>
        <w:t xml:space="preserve">[1:23:44] </w:t>
      </w:r>
      <w:r>
        <w:t>to challenge ki nafsiyat yeh hoti hai ke aadmi ki energy ko barha deta hai, thinking capacity barha</w:t>
      </w:r>
    </w:p>
    <w:p>
      <w:pPr>
        <w:jc w:val="right"/>
      </w:pPr>
      <w:r>
        <w:t>تو چیلنج کی نفسیات یہ ہوتی ہے کہ آدمی کی انرجی کو بڑھا دیتا ہے، تھنکنگ کیپیسٹی بڑھا</w:t>
      </w:r>
    </w:p>
    <w:p>
      <w:r>
        <w:rPr>
          <w:b/>
        </w:rPr>
        <w:t xml:space="preserve">[1:23:51] </w:t>
      </w:r>
      <w:r>
        <w:t>deta hai.</w:t>
      </w:r>
    </w:p>
    <w:p>
      <w:pPr>
        <w:jc w:val="right"/>
      </w:pPr>
      <w:r>
        <w:t>دیتا ہے۔</w:t>
      </w:r>
    </w:p>
    <w:p>
      <w:r>
        <w:rPr>
          <w:b/>
        </w:rPr>
        <w:t xml:space="preserve">[1:23:53] </w:t>
      </w:r>
      <w:r>
        <w:t>yani agar baap zinda rehta aur khoob un ko pampering karta to un ko kuch zindagi mein challenge</w:t>
      </w:r>
    </w:p>
    <w:p>
      <w:pPr>
        <w:jc w:val="right"/>
      </w:pPr>
      <w:r>
        <w:t>یعنی اگر باپ زندہ رہتا اور خوب ان کو پیمپرنگ کرتا تو ان کو کچھ زندگی میں چیلنج</w:t>
      </w:r>
    </w:p>
    <w:p>
      <w:r>
        <w:rPr>
          <w:b/>
        </w:rPr>
        <w:t xml:space="preserve">[1:24:01] </w:t>
      </w:r>
      <w:r>
        <w:t>na pesh aata, un ko koi taraqqi bhi na hoti.</w:t>
      </w:r>
    </w:p>
    <w:p>
      <w:pPr>
        <w:jc w:val="right"/>
      </w:pPr>
      <w:r>
        <w:t>نہ پیش آتا، ان کو کوئی ترقی بھی نہ ہوتی۔</w:t>
      </w:r>
    </w:p>
    <w:p>
      <w:r>
        <w:rPr>
          <w:b/>
        </w:rPr>
        <w:t xml:space="preserve">[1:24:05] </w:t>
      </w:r>
      <w:r>
        <w:t>unki baap agar zinda rehta aur un ki pampering karta rehta to koi koi un ka intellectual</w:t>
      </w:r>
    </w:p>
    <w:p>
      <w:pPr>
        <w:jc w:val="right"/>
      </w:pPr>
      <w:r>
        <w:t>ان کی باپ اگر زندہ رہتا اور ان کی پیمپرنگ کرتا رہتا تو کوئی کوئی ان کا انٹلیکچول</w:t>
      </w:r>
    </w:p>
    <w:p>
      <w:r>
        <w:rPr>
          <w:b/>
        </w:rPr>
        <w:t xml:space="preserve">[1:24:13] </w:t>
      </w:r>
      <w:r>
        <w:t>development ruk jata.</w:t>
      </w:r>
    </w:p>
    <w:p>
      <w:pPr>
        <w:jc w:val="right"/>
      </w:pPr>
      <w:r>
        <w:t>ڈیولپمنٹ رک جاتا۔</w:t>
      </w:r>
    </w:p>
    <w:p>
      <w:r>
        <w:rPr>
          <w:b/>
        </w:rPr>
        <w:t xml:space="preserve">[1:24:14] </w:t>
      </w:r>
      <w:r>
        <w:t>un ka ab to mein samajhta hoon ke better position mein hain woh ke challenge mein jeena pare</w:t>
      </w:r>
    </w:p>
    <w:p>
      <w:pPr>
        <w:jc w:val="right"/>
      </w:pPr>
      <w:r>
        <w:t>ان کا اب تو میں سمجھتا ہوں کہ بیٹر پوزیشن میں ہیں وہ کہ چیلنج میں جینا پڑے</w:t>
      </w:r>
    </w:p>
    <w:p>
      <w:r>
        <w:rPr>
          <w:b/>
        </w:rPr>
        <w:t xml:space="preserve">[1:24:22] </w:t>
      </w:r>
      <w:r>
        <w:t>ga un ko, jis ki wajah se un ka zehni irtaqa hoga.</w:t>
      </w:r>
    </w:p>
    <w:p>
      <w:pPr>
        <w:jc w:val="right"/>
      </w:pPr>
      <w:r>
        <w:t>گا ان کو، جس کی وجہ سے ان کا ذہنی ارتقاء ہوگا۔</w:t>
      </w:r>
    </w:p>
    <w:p>
      <w:r>
        <w:rPr>
          <w:b/>
        </w:rPr>
        <w:t xml:space="preserve">[1:24:27] </w:t>
      </w:r>
      <w:r>
        <w:t>bare bare planning kar payenge, woh bare bare baatein soch soch soch jayenge.</w:t>
      </w:r>
    </w:p>
    <w:p>
      <w:pPr>
        <w:jc w:val="right"/>
      </w:pPr>
      <w:r>
        <w:t>بڑی بڑی پلاننگ کر پائیں گے، وہ بڑی بڑی باتیں سوچ سوچ سوچ جائیں گے۔</w:t>
      </w:r>
    </w:p>
    <w:p>
      <w:r>
        <w:rPr>
          <w:b/>
        </w:rPr>
        <w:t xml:space="preserve">[1:24:33] </w:t>
      </w:r>
      <w:r>
        <w:t>woh ab aise hazaron cases hain ke ke ke bachpan mein baap mar gaya aur unhon ne bohat</w:t>
      </w:r>
    </w:p>
    <w:p>
      <w:pPr>
        <w:jc w:val="right"/>
      </w:pPr>
      <w:r>
        <w:t>وہ اب ایسے ہزاروں کیسز ہیں کہ کہ کہ بچپن میں باپ مر گیا اور انہوں نے بہت</w:t>
      </w:r>
    </w:p>
    <w:p>
      <w:r>
        <w:rPr>
          <w:b/>
        </w:rPr>
        <w:t xml:space="preserve">[1:24:41] </w:t>
      </w:r>
      <w:r>
        <w:t>bare bare taraqqiyan ki, jis ke jis ka misaal mein khud hoon.</w:t>
      </w:r>
    </w:p>
    <w:p>
      <w:pPr>
        <w:jc w:val="right"/>
      </w:pPr>
      <w:r>
        <w:t>بڑی بڑی ترقیاں کیں، جس کے جس کا مثال میں خود ہوں۔</w:t>
      </w:r>
    </w:p>
    <w:p>
      <w:r>
        <w:rPr>
          <w:b/>
        </w:rPr>
        <w:t xml:space="preserve">[1:24:46] </w:t>
      </w:r>
      <w:r>
        <w:t>mere mere teeno bhai hain, yeh koi baat nahi hai, in ko samjhane ki zaroorat hai ke woh</w:t>
      </w:r>
    </w:p>
    <w:p>
      <w:pPr>
        <w:jc w:val="right"/>
      </w:pPr>
      <w:r>
        <w:t>میرے میرے تینوں بھائی ہیں، یہ کوئی بات نہیں ہے، ان کو سمجھانے کی ضرورت ہے کہ وہ</w:t>
      </w:r>
    </w:p>
    <w:p>
      <w:r>
        <w:rPr>
          <w:b/>
        </w:rPr>
        <w:t xml:space="preserve">[1:24:54] </w:t>
      </w:r>
      <w:r>
        <w:t>samjhaya jaye ke zindagi naam hai challenge ka.</w:t>
      </w:r>
    </w:p>
    <w:p>
      <w:pPr>
        <w:jc w:val="right"/>
      </w:pPr>
      <w:r>
        <w:t>سمجھایا جائے کہ زندگی نام ہے چیلنج کا۔</w:t>
      </w:r>
    </w:p>
    <w:p>
      <w:r>
        <w:rPr>
          <w:b/>
        </w:rPr>
        <w:t xml:space="preserve">[1:24:57] </w:t>
      </w:r>
      <w:r>
        <w:t>mein khwahish karta hoon in ko aap bajaye Quran dene ke pehli kitab doosri dijiye, yani moral vision</w:t>
      </w:r>
    </w:p>
    <w:p>
      <w:pPr>
        <w:jc w:val="right"/>
      </w:pPr>
      <w:r>
        <w:t>میں خواہش کرتا ہوں ان کو آپ بجائے قرآن دینے کے پہلی کتاب دوسری دیجئے، یعنی مورل ویژن</w:t>
      </w:r>
    </w:p>
    <w:p>
      <w:r>
        <w:rPr>
          <w:b/>
        </w:rPr>
        <w:t xml:space="preserve">[1:25:05] </w:t>
      </w:r>
      <w:r>
        <w:t>dijiye.</w:t>
      </w:r>
    </w:p>
    <w:p>
      <w:pPr>
        <w:jc w:val="right"/>
      </w:pPr>
      <w:r>
        <w:t>دیجئے۔</w:t>
      </w:r>
    </w:p>
    <w:p>
      <w:r>
        <w:rPr>
          <w:b/>
        </w:rPr>
        <w:t xml:space="preserve">[1:25:07] </w:t>
      </w:r>
      <w:r>
        <w:t>agar angrezi parhte hon aur hindi parhte hon to in ko in ko dijiye woh kitab jo hai.</w:t>
      </w:r>
    </w:p>
    <w:p>
      <w:pPr>
        <w:jc w:val="right"/>
      </w:pPr>
      <w:r>
        <w:t>اگر انگریزی پڑھتے ہوں اور ہندی پڑھتے ہوں تو ان کو ان کو دیجئے وہ کتاب جو ہے۔</w:t>
      </w:r>
    </w:p>
    <w:p>
      <w:r>
        <w:rPr>
          <w:b/>
        </w:rPr>
        <w:t xml:space="preserve">[1:25:14] </w:t>
      </w:r>
      <w:r>
        <w:t>ah, kya adhyaye kya hai naam is kitab ka? adhyaye kamyabi ke panch adhyaye kya hain? kamyabi ke</w:t>
      </w:r>
    </w:p>
    <w:p>
      <w:pPr>
        <w:jc w:val="right"/>
      </w:pPr>
      <w:r>
        <w:t>اہ، کیا اध्याائے کیا ہے نام اس کتاب کا؟ ادیائے کامیابی کے پانچ ادیائے کیا ہیں؟ کامیابی کے</w:t>
      </w:r>
    </w:p>
    <w:p>
      <w:r>
        <w:rPr>
          <w:b/>
        </w:rPr>
        <w:t xml:space="preserve">[1:25:22] </w:t>
      </w:r>
      <w:r>
        <w:t>panch adhyaye hain? kamyabi ke panch adhyaye kamyabi ke panch adhyaye hindi mein hain.</w:t>
      </w:r>
    </w:p>
    <w:p>
      <w:pPr>
        <w:jc w:val="right"/>
      </w:pPr>
      <w:r>
        <w:t>پانچ ادیائے ہیں؟ کامیابی کے پانچ ادیائے کامیابی کے پانچ ادیائے ہندی میں ہیں۔</w:t>
      </w:r>
    </w:p>
    <w:p>
      <w:r>
        <w:rPr>
          <w:b/>
        </w:rPr>
        <w:t xml:space="preserve">[1:25:28] </w:t>
      </w:r>
      <w:r>
        <w:t>wo agar wo english jante hon to aap moral vision dijiye, urdu jante hon to raziyat dijiye, hindi</w:t>
      </w:r>
    </w:p>
    <w:p>
      <w:pPr>
        <w:jc w:val="right"/>
      </w:pPr>
      <w:r>
        <w:t>وہ اگر وہ انگلش جانتے ہوں تو آپ مورل ویژن دیجئے، اردو جانتے ہوں تو رازیات دیجئے، ہندی</w:t>
      </w:r>
    </w:p>
    <w:p>
      <w:r>
        <w:rPr>
          <w:b/>
        </w:rPr>
        <w:t xml:space="preserve">[1:25:36] </w:t>
      </w:r>
      <w:r>
        <w:t>jante hon to kamyabi ke panch adyae dijiye.</w:t>
      </w:r>
    </w:p>
    <w:p>
      <w:pPr>
        <w:jc w:val="right"/>
      </w:pPr>
      <w:r>
        <w:t>جانتے ہوں تو کامیابی کے پانچ ادیائے دیجئے۔</w:t>
      </w:r>
    </w:p>
    <w:p>
      <w:r>
        <w:rPr>
          <w:b/>
        </w:rPr>
        <w:t xml:space="preserve">[1:25:39] </w:t>
      </w:r>
      <w:r>
        <w:t>abhi quran mat dijiye, in ko baat ko dijiye ga to inshallah samajh jayen ge baat ko.</w:t>
      </w:r>
    </w:p>
    <w:p>
      <w:pPr>
        <w:jc w:val="right"/>
      </w:pPr>
      <w:r>
        <w:t>ابھی قرآن مت دیجئے، ان کو بات کو دیجئے گا تو انشاءاللہ سمجھ جائیں گے بات کو۔</w:t>
      </w:r>
    </w:p>
    <w:p>
      <w:r>
        <w:rPr>
          <w:b/>
        </w:rPr>
        <w:t xml:space="preserve">[1:25:47] </w:t>
      </w:r>
      <w:r>
        <w:t>maulana, agla sawal hyderabad se hai zeeshan yusuf sahab ka.</w:t>
      </w:r>
    </w:p>
    <w:p>
      <w:pPr>
        <w:jc w:val="right"/>
      </w:pPr>
      <w:r>
        <w:t>مولانا، اگلا سوال حیدرآباد سے ہے ذیشان یوسف صاحب کا۔</w:t>
      </w:r>
    </w:p>
    <w:p>
      <w:r>
        <w:rPr>
          <w:b/>
        </w:rPr>
        <w:t xml:space="preserve">[1:25:51] </w:t>
      </w:r>
      <w:r>
        <w:t>انہوں نے لکھا ہے: "مولانا صاحب، how to avoid negative doubts?" I can have two feelings: one is</w:t>
      </w:r>
    </w:p>
    <w:p>
      <w:pPr>
        <w:jc w:val="right"/>
      </w:pPr>
      <w:r>
        <w:t>انہوں نے لکھا ہے: "مولانا صاحب، ہاؤ ٹو اوائڈ نیگیٹیو ڈاؤٹس؟" آئی کین ہیو ٹو فیلنگز: ون از</w:t>
      </w:r>
    </w:p>
    <w:p>
      <w:r>
        <w:rPr>
          <w:b/>
        </w:rPr>
        <w:t xml:space="preserve">[1:25:59] </w:t>
      </w:r>
      <w:r>
        <w:t>Negative, that is what if Muhammad is not a messenger.</w:t>
      </w:r>
    </w:p>
    <w:p>
      <w:pPr>
        <w:jc w:val="right"/>
      </w:pPr>
      <w:r>
        <w:t>نیگیٹیو، دیٹ از واٹ اف محمد از ناٹ ا میسنجر۔</w:t>
      </w:r>
    </w:p>
    <w:p>
      <w:r>
        <w:rPr>
          <w:b/>
        </w:rPr>
        <w:t xml:space="preserve">[1:26:03] </w:t>
      </w:r>
      <w:r>
        <w:t>The second could be positive: What if Muhammad was really a messenger? Accordingly, I do research and clear</w:t>
      </w:r>
    </w:p>
    <w:p>
      <w:pPr>
        <w:jc w:val="right"/>
      </w:pPr>
      <w:r>
        <w:t>دا سیکنڈ کڈ بی پازیٹیو: واٹ اف محمد واز ریلی ا میسنجر؟ اکارڈنگلی، آئی ڈو ریسرچ اینڈ کلیئر</w:t>
      </w:r>
    </w:p>
    <w:p>
      <w:r>
        <w:rPr>
          <w:b/>
        </w:rPr>
        <w:t xml:space="preserve">[1:26:11] </w:t>
      </w:r>
      <w:r>
        <w:t>doubts.</w:t>
      </w:r>
    </w:p>
    <w:p>
      <w:pPr>
        <w:jc w:val="right"/>
      </w:pPr>
      <w:r>
        <w:t>ڈاؤٹس۔</w:t>
      </w:r>
    </w:p>
    <w:p>
      <w:r>
        <w:rPr>
          <w:b/>
        </w:rPr>
        <w:t xml:space="preserve">[1:26:12] </w:t>
      </w:r>
      <w:r>
        <w:t>مولانا صاحب، please tell me how to avoid negative doubts.</w:t>
      </w:r>
    </w:p>
    <w:p>
      <w:pPr>
        <w:jc w:val="right"/>
      </w:pPr>
      <w:r>
        <w:t>مولانا صاحب، پلیز ٹیل می ہاؤ ٹو اوائڈ نیگیٹیو ڈاؤٹس۔</w:t>
      </w:r>
    </w:p>
    <w:p>
      <w:r>
        <w:rPr>
          <w:b/>
        </w:rPr>
        <w:t xml:space="preserve">[1:26:16] </w:t>
      </w:r>
      <w:r>
        <w:t>dekhen, is ka ek hi tareeqa hai: study.</w:t>
      </w:r>
    </w:p>
    <w:p>
      <w:pPr>
        <w:jc w:val="right"/>
      </w:pPr>
      <w:r>
        <w:t>دیکھیں، اس کا ایک ہی طریقہ ہے: اسٹڈی۔</w:t>
      </w:r>
    </w:p>
    <w:p>
      <w:r>
        <w:rPr>
          <w:b/>
        </w:rPr>
        <w:t xml:space="preserve">[1:26:20] </w:t>
      </w:r>
      <w:r>
        <w:t>aap study parhaiye apni, hamari teen kitaben parh lijye, aap phir sawal kijye.</w:t>
      </w:r>
    </w:p>
    <w:p>
      <w:pPr>
        <w:jc w:val="right"/>
      </w:pPr>
      <w:r>
        <w:t>آپ اسٹڈی پڑھائیے اپنی، ہماری تین کتابیں پڑھ لیجئے، آپ پھر سوال کیجئے۔</w:t>
      </w:r>
    </w:p>
    <w:p>
      <w:r>
        <w:rPr>
          <w:b/>
        </w:rPr>
        <w:t xml:space="preserve">[1:26:25] </w:t>
      </w:r>
      <w:r>
        <w:t>aap teen kitaben parh lijye, phir aap sawal kijye.</w:t>
      </w:r>
    </w:p>
    <w:p>
      <w:pPr>
        <w:jc w:val="right"/>
      </w:pPr>
      <w:r>
        <w:t>آپ تین کتابیں پڑھ لیجئے، پھر آپ سوال کیجئے۔</w:t>
      </w:r>
    </w:p>
    <w:p>
      <w:r>
        <w:rPr>
          <w:b/>
        </w:rPr>
        <w:t xml:space="preserve">[1:26:29] </w:t>
      </w:r>
      <w:r>
        <w:t>pehli kitab hai "profit evolution", doosri kitab hai, yani wo kya kitab ka naam hai? "simple guides" hain?</w:t>
      </w:r>
    </w:p>
    <w:p>
      <w:pPr>
        <w:jc w:val="right"/>
      </w:pPr>
      <w:r>
        <w:t>پہلی کتاب ہے "پرافٹ ایوولوشن"، دوسری کتاب ہے، یعنی وہ کیا کتاب کا نام ہے؟ "سمپل گائیڈز" ہیں؟</w:t>
      </w:r>
    </w:p>
    <w:p>
      <w:r>
        <w:rPr>
          <w:b/>
        </w:rPr>
        <w:t xml:space="preserve">[1:26:37] </w:t>
      </w:r>
      <w:r>
        <w:t>han, "simple guide" hai is ka? nahin, nahin, "simple guide" hai.</w:t>
      </w:r>
    </w:p>
    <w:p>
      <w:pPr>
        <w:jc w:val="right"/>
      </w:pPr>
      <w:r>
        <w:t>ہاں، "سمپل گائیڈ" ہے اس کا؟ نہیں، نہیں، "سمپل گائیڈ" ہے۔</w:t>
      </w:r>
    </w:p>
    <w:p>
      <w:r>
        <w:rPr>
          <w:b/>
        </w:rPr>
        <w:t xml:space="preserve">[1:26:42] </w:t>
      </w:r>
      <w:r>
        <w:t>"simple guide" mutala-e-seerat, ji "profit evolution" urdu aur angrezi dono mein hai.</w:t>
      </w:r>
    </w:p>
    <w:p>
      <w:pPr>
        <w:jc w:val="right"/>
      </w:pPr>
      <w:r>
        <w:t>"سمپل گائیڈ" مطالعہ سیرت، جی "پرافٹ ایوولوشن" اردو اور انگریزی دونوں میں ہے۔</w:t>
      </w:r>
    </w:p>
    <w:p>
      <w:r>
        <w:rPr>
          <w:b/>
        </w:rPr>
        <w:t xml:space="preserve">[1:26:47] </w:t>
      </w:r>
      <w:r>
        <w:t>phir mutala-e-seerat parhiya aur ek kitab jo abhi angrezi mein hai, wo yani wo hai "prophet of</w:t>
      </w:r>
    </w:p>
    <w:p>
      <w:pPr>
        <w:jc w:val="right"/>
      </w:pPr>
      <w:r>
        <w:t>پھر مطالعہ سیرت پڑھیا اور ایک کتاب جو ابھی انگریزی میں ہے، وہ یعنی وہ ہے "پرافٹ آف</w:t>
      </w:r>
    </w:p>
    <w:p>
      <w:r>
        <w:rPr>
          <w:b/>
        </w:rPr>
        <w:t xml:space="preserve">[1:26:55] </w:t>
      </w:r>
      <w:r>
        <w:t>peace".</w:t>
      </w:r>
    </w:p>
    <w:p>
      <w:pPr>
        <w:jc w:val="right"/>
      </w:pPr>
      <w:r>
        <w:t>پیس"۔</w:t>
      </w:r>
    </w:p>
    <w:p>
      <w:r>
        <w:rPr>
          <w:b/>
        </w:rPr>
        <w:t xml:space="preserve">[1:26:56] </w:t>
      </w:r>
      <w:r>
        <w:t>abhi mujhe ek sahab ne bataya, abhi kal sham ko ke ek sahab the jo is mani mein</w:t>
      </w:r>
    </w:p>
    <w:p>
      <w:pPr>
        <w:jc w:val="right"/>
      </w:pPr>
      <w:r>
        <w:t>ابھی مجھے ایک صاحب نے بتایا، ابھی کل شام کو کہ ایک صاحب تھے جو اس معنی میں</w:t>
      </w:r>
    </w:p>
    <w:p>
      <w:r>
        <w:rPr>
          <w:b/>
        </w:rPr>
        <w:t xml:space="preserve">[1:27:04] </w:t>
      </w:r>
      <w:r>
        <w:t>bohat un ka khayalat bohat alag the.</w:t>
      </w:r>
    </w:p>
    <w:p>
      <w:pPr>
        <w:jc w:val="right"/>
      </w:pPr>
      <w:r>
        <w:t>بہت ان کا خیالات بہت الگ تھے۔</w:t>
      </w:r>
    </w:p>
    <w:p>
      <w:r>
        <w:rPr>
          <w:b/>
        </w:rPr>
        <w:t xml:space="preserve">[1:27:07] </w:t>
      </w:r>
      <w:r>
        <w:t>to unhon ne un ko kitab di "prophet of peace".</w:t>
      </w:r>
    </w:p>
    <w:p>
      <w:pPr>
        <w:jc w:val="right"/>
      </w:pPr>
      <w:r>
        <w:t>تو انہوں نے ان کو کتاب دی "پرافٹ آف پیس"۔</w:t>
      </w:r>
    </w:p>
    <w:p>
      <w:r>
        <w:rPr>
          <w:b/>
        </w:rPr>
        <w:t xml:space="preserve">[1:27:11] </w:t>
      </w:r>
      <w:r>
        <w:t>to do mahine to unhon ne parhe nahin, is ko itna ghair aham samajha.</w:t>
      </w:r>
    </w:p>
    <w:p>
      <w:pPr>
        <w:jc w:val="right"/>
      </w:pPr>
      <w:r>
        <w:t>تو دو مہینے تو انہوں نے پڑھے نہیں، اس کو اتنا غیر اہم سمجھا۔</w:t>
      </w:r>
    </w:p>
    <w:p>
      <w:r>
        <w:rPr>
          <w:b/>
        </w:rPr>
        <w:t xml:space="preserve">[1:27:17] </w:t>
      </w:r>
      <w:r>
        <w:t>is ko is ke baad kisi wajah se parha unhon ne to un ko yeh mail bheja unhon</w:t>
      </w:r>
    </w:p>
    <w:p>
      <w:pPr>
        <w:jc w:val="right"/>
      </w:pPr>
      <w:r>
        <w:t>اس کو اس کے بعد کسی وجہ سے پڑھا انہوں نے تو ان کو یہ میل بھجا انہوں</w:t>
      </w:r>
    </w:p>
    <w:p>
      <w:r>
        <w:rPr>
          <w:b/>
        </w:rPr>
        <w:t xml:space="preserve">[1:27:25] </w:t>
      </w:r>
      <w:r>
        <w:t>ne ke is kitab mein to mera bilkul yani wo ho gaya, paradigm shift ho gaya.</w:t>
      </w:r>
    </w:p>
    <w:p>
      <w:pPr>
        <w:jc w:val="right"/>
      </w:pPr>
      <w:r>
        <w:t>نے کہ اس کتاب میں تو میرا بالکل یعنی وہ ہو گیا، پاراڈائم شفٹ ہو گیا۔</w:t>
      </w:r>
    </w:p>
    <w:p>
      <w:r>
        <w:rPr>
          <w:b/>
        </w:rPr>
        <w:t xml:space="preserve">[1:27:32] </w:t>
      </w:r>
      <w:r>
        <w:t>to aap parhiye, study parhaiye, is ka hal yeh study hai, baqi sawal jawab nahin hai.</w:t>
      </w:r>
    </w:p>
    <w:p>
      <w:pPr>
        <w:jc w:val="right"/>
      </w:pPr>
      <w:r>
        <w:t>تو آپ پڑھیے، اسٹڈی پڑھائیے، اس کا حل یہ اسٹڈی ہے، باقی سوال جواب نہیں ہے۔</w:t>
      </w:r>
    </w:p>
    <w:p>
      <w:r>
        <w:rPr>
          <w:b/>
        </w:rPr>
        <w:t xml:space="preserve">[1:27:39] </w:t>
      </w:r>
      <w:r>
        <w:t>ab mere tareeqe se koi aur hoga aap ke is aas paas jo sawal jawab karen ge to is</w:t>
      </w:r>
    </w:p>
    <w:p>
      <w:pPr>
        <w:jc w:val="right"/>
      </w:pPr>
      <w:r>
        <w:t>اب میرے طریقے سے کوئی اور ہوگا آپ کے اس پاس جو سوال جواب کریں گے تو اس</w:t>
      </w:r>
    </w:p>
    <w:p>
      <w:r>
        <w:rPr>
          <w:b/>
        </w:rPr>
        <w:t xml:space="preserve">[1:27:47] </w:t>
      </w:r>
      <w:r>
        <w:t>se kuch hal nahin hone wala.</w:t>
      </w:r>
    </w:p>
    <w:p>
      <w:pPr>
        <w:jc w:val="right"/>
      </w:pPr>
      <w:r>
        <w:t>سے کچھ حل نہیں ہونے والا۔</w:t>
      </w:r>
    </w:p>
    <w:p>
      <w:r>
        <w:rPr>
          <w:b/>
        </w:rPr>
        <w:t xml:space="preserve">[1:27:49] </w:t>
      </w:r>
      <w:r>
        <w:t>aap study parhaiye, apni study.</w:t>
      </w:r>
    </w:p>
    <w:p>
      <w:pPr>
        <w:jc w:val="right"/>
      </w:pPr>
      <w:r>
        <w:t>آپ اسٹڈی پڑھائیے، اپنی اسٹڈی۔</w:t>
      </w:r>
    </w:p>
    <w:p>
      <w:r>
        <w:rPr>
          <w:b/>
        </w:rPr>
        <w:t xml:space="preserve">[1:27:51] </w:t>
      </w:r>
      <w:r>
        <w:t>is tarah ke mamlaat jo hain wo sawal jawab se hal nahin hote, study parhane se hal hote</w:t>
      </w:r>
    </w:p>
    <w:p>
      <w:pPr>
        <w:jc w:val="right"/>
      </w:pPr>
      <w:r>
        <w:t>اس طرح کے معاملات جو ہیں وہ سوال جواب سے حل نہیں ہوتے، اسٹڈی پڑھانے سے حل ہوتے</w:t>
      </w:r>
    </w:p>
    <w:p>
      <w:r>
        <w:rPr>
          <w:b/>
        </w:rPr>
        <w:t xml:space="preserve">[1:27:59]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[1:28:00] </w:t>
      </w:r>
      <w:r>
        <w:t>to aap teen kitabein jo hain, un mein to aap bataiye, aap ko teen kitabein is ko padhiye</w:t>
      </w:r>
    </w:p>
    <w:p>
      <w:pPr>
        <w:jc w:val="right"/>
      </w:pPr>
      <w:r>
        <w:t>تو آپ تین کتابیں جو ہیں، ان میں تو آپ بتائیے، آپ کو تین کتابیں اس کو پڑھیے</w:t>
      </w:r>
    </w:p>
    <w:p>
      <w:r>
        <w:rPr>
          <w:b/>
        </w:rPr>
        <w:t xml:space="preserve">[1:28:08] </w:t>
      </w:r>
      <w:r>
        <w:t>aap aur phir mujhe aap sawal bhejiye apna agle sunday ko.</w:t>
      </w:r>
    </w:p>
    <w:p>
      <w:pPr>
        <w:jc w:val="right"/>
      </w:pPr>
      <w:r>
        <w:t>آپ اور پھر مجھے آپ سوال بھیجیے اپنا اگلے سنڈے کو۔</w:t>
      </w:r>
    </w:p>
    <w:p>
      <w:r>
        <w:rPr>
          <w:b/>
        </w:rPr>
        <w:t xml:space="preserve">[1:28:13] </w:t>
      </w:r>
      <w:r>
        <w:t>maulana, agla sawal dilli se hai maulana zikwan nadvi sahib ka.</w:t>
      </w:r>
    </w:p>
    <w:p>
      <w:pPr>
        <w:jc w:val="right"/>
      </w:pPr>
      <w:r>
        <w:t>مولانا، اگلا سوال دلی سے ہے مولانا زکوان ندوی صاحب کا۔</w:t>
      </w:r>
    </w:p>
    <w:p>
      <w:r>
        <w:rPr>
          <w:b/>
        </w:rPr>
        <w:t xml:space="preserve">[1:28:18] </w:t>
      </w:r>
      <w:r>
        <w:t>unhon ne likha hai: "ainstein ne apne letter mein khuda ke bare mein jo kaha ke khuda ka</w:t>
      </w:r>
    </w:p>
    <w:p>
      <w:pPr>
        <w:jc w:val="right"/>
      </w:pPr>
      <w:r>
        <w:t>انہوں نے لکھا ہے: "آئنسٹین نے اپنے لیٹر میں خدا کے بارے میں جو کہا کہ خدا کا</w:t>
      </w:r>
    </w:p>
    <w:p>
      <w:r>
        <w:rPr>
          <w:b/>
        </w:rPr>
        <w:t xml:space="preserve">[1:28:25] </w:t>
      </w:r>
      <w:r>
        <w:t>koi wajood nahi hai, agar yahi baat koi shakhs prophet ke bare mein keh de to sari dunya</w:t>
      </w:r>
    </w:p>
    <w:p>
      <w:pPr>
        <w:jc w:val="right"/>
      </w:pPr>
      <w:r>
        <w:t>کوئی وجود نہیں ہے، اگر یہی بات کوئی شخص پرافٹ کے بارے میں کہہ دے تو ساری دنیا</w:t>
      </w:r>
    </w:p>
    <w:p>
      <w:r>
        <w:rPr>
          <w:b/>
        </w:rPr>
        <w:t xml:space="preserve">[1:28:33] </w:t>
      </w:r>
      <w:r>
        <w:t>mein protest shuru ho jayega.</w:t>
      </w:r>
    </w:p>
    <w:p>
      <w:pPr>
        <w:jc w:val="right"/>
      </w:pPr>
      <w:r>
        <w:t>میں پروٹیسٹ شروع ہو جائے گا۔</w:t>
      </w:r>
    </w:p>
    <w:p>
      <w:r>
        <w:rPr>
          <w:b/>
        </w:rPr>
        <w:t xml:space="preserve">[1:28:36] </w:t>
      </w:r>
      <w:r>
        <w:t>khuda aur rasool ke muamle mein yeh farq kyun paya jata hai, is ke bare mein bataiye." is</w:t>
      </w:r>
    </w:p>
    <w:p>
      <w:pPr>
        <w:jc w:val="right"/>
      </w:pPr>
      <w:r>
        <w:t>خدا اور رسول کے معاملے میں یہ فرق کیوں پایا جاتا ہے، اس کے بارے میں بتائیں۔" اس</w:t>
      </w:r>
    </w:p>
    <w:p>
      <w:r>
        <w:rPr>
          <w:b/>
        </w:rPr>
        <w:t xml:space="preserve">[1:28:43] </w:t>
      </w:r>
      <w:r>
        <w:t>liye ke musalman phatke hue hain.</w:t>
      </w:r>
    </w:p>
    <w:p>
      <w:pPr>
        <w:jc w:val="right"/>
      </w:pPr>
      <w:r>
        <w:t>لیے کہ مسلمان پھٹکے ہوئے ہیں۔</w:t>
      </w:r>
    </w:p>
    <w:p>
      <w:r>
        <w:rPr>
          <w:b/>
        </w:rPr>
        <w:t xml:space="preserve">[1:28:46] </w:t>
      </w:r>
      <w:r>
        <w:t>aaj kal ke musalman jo hain, mein saaf kehta hoon ke phatke hue log hain.</w:t>
      </w:r>
    </w:p>
    <w:p>
      <w:pPr>
        <w:jc w:val="right"/>
      </w:pPr>
      <w:r>
        <w:t>آج کل کے مسلمان جو ہیں، میں صاف کہتا ہوں کہ پھٹکے ہوئے لوگ ہیں۔</w:t>
      </w:r>
    </w:p>
    <w:p>
      <w:r>
        <w:rPr>
          <w:b/>
        </w:rPr>
        <w:t xml:space="preserve">[1:28:52] </w:t>
      </w:r>
      <w:r>
        <w:t>yeh yeh na khuda ko mante hain na muhammad ko mante hain, apne qoumi khwahishat mein jeete hain.</w:t>
      </w:r>
    </w:p>
    <w:p>
      <w:pPr>
        <w:jc w:val="right"/>
      </w:pPr>
      <w:r>
        <w:t>یہ یہ نہ خدا کو مانتے ہیں نہ محمد کو مانتے ہیں، اپنے قومی خواہشات میں جیتے ہیں۔</w:t>
      </w:r>
    </w:p>
    <w:p>
      <w:r>
        <w:rPr>
          <w:b/>
        </w:rPr>
        <w:t xml:space="preserve">[1:29:00] </w:t>
      </w:r>
      <w:r>
        <w:t>log yeh qoumi khwahishat ke hangame hain.</w:t>
      </w:r>
    </w:p>
    <w:p>
      <w:pPr>
        <w:jc w:val="right"/>
      </w:pPr>
      <w:r>
        <w:t>لوگ یہ قومی خواہشات کے ہنگامے ہیں۔</w:t>
      </w:r>
    </w:p>
    <w:p>
      <w:r>
        <w:rPr>
          <w:b/>
        </w:rPr>
        <w:t xml:space="preserve">[1:29:03] </w:t>
      </w:r>
      <w:r>
        <w:t>yeh mat samjhiye ke rasool allah ke hangame hain.</w:t>
      </w:r>
    </w:p>
    <w:p>
      <w:pPr>
        <w:jc w:val="right"/>
      </w:pPr>
      <w:r>
        <w:t>یہ مت سمجھیے کہ رسول اللہ کے ہنگامے ہیں۔</w:t>
      </w:r>
    </w:p>
    <w:p>
      <w:r>
        <w:rPr>
          <w:b/>
        </w:rPr>
        <w:t xml:space="preserve">[1:29:07] </w:t>
      </w:r>
      <w:r>
        <w:t>yeh har giz har giz yeh rasool allah ke hangame nahi hain.</w:t>
      </w:r>
    </w:p>
    <w:p>
      <w:pPr>
        <w:jc w:val="right"/>
      </w:pPr>
      <w:r>
        <w:t>یہ ہرگز ہرگز یہ رسول اللہ کے ہنگامے نہیں ہیں۔</w:t>
      </w:r>
    </w:p>
    <w:p>
      <w:r>
        <w:rPr>
          <w:b/>
        </w:rPr>
        <w:t xml:space="preserve">[1:29:11] </w:t>
      </w:r>
      <w:r>
        <w:t>rasool allah ke hangame agar hote to woh jante hain ke rasool allah ne kya kiya, yani gustakhi</w:t>
      </w:r>
    </w:p>
    <w:p>
      <w:pPr>
        <w:jc w:val="right"/>
      </w:pPr>
      <w:r>
        <w:t>رسول اللہ کے ہنگامے اگر ہوتے تو وہ جانتے ہیں کہ رسول اللہ نے کیا کیا، یعنی گستاخی</w:t>
      </w:r>
    </w:p>
    <w:p>
      <w:r>
        <w:rPr>
          <w:b/>
        </w:rPr>
        <w:t xml:space="preserve">[1:29:19] </w:t>
      </w:r>
      <w:r>
        <w:t>par hangama kiya.</w:t>
      </w:r>
    </w:p>
    <w:p>
      <w:pPr>
        <w:jc w:val="right"/>
      </w:pPr>
      <w:r>
        <w:t>پر ہنگامہ کیا۔</w:t>
      </w:r>
    </w:p>
    <w:p>
      <w:r>
        <w:rPr>
          <w:b/>
        </w:rPr>
        <w:t xml:space="preserve">[1:29:20] </w:t>
      </w:r>
      <w:r>
        <w:t>rasool allah sallallahu alaihi wasallam pe bohat gustakhi khoob hoti thi.</w:t>
      </w:r>
    </w:p>
    <w:p>
      <w:pPr>
        <w:jc w:val="right"/>
      </w:pPr>
      <w:r>
        <w:t>رسول اللہ صلی اللہ علیہ وسلم پہ بہت گستاخی خوب ہوتی تھی۔</w:t>
      </w:r>
    </w:p>
    <w:p>
      <w:r>
        <w:rPr>
          <w:b/>
        </w:rPr>
        <w:t xml:space="preserve">[1:29:26] </w:t>
      </w:r>
      <w:r>
        <w:t>roza subah makkah madine mein yeh to qoumi hangame hain.</w:t>
      </w:r>
    </w:p>
    <w:p>
      <w:pPr>
        <w:jc w:val="right"/>
      </w:pPr>
      <w:r>
        <w:t>روزہ صبح مکے مدینے میں یہ تو قومی ہنگامے ہیں۔</w:t>
      </w:r>
    </w:p>
    <w:p>
      <w:r>
        <w:rPr>
          <w:b/>
        </w:rPr>
        <w:t xml:space="preserve">[1:29:30] </w:t>
      </w:r>
      <w:r>
        <w:t>apni khwahishat mein peeche daud rahe hain.</w:t>
      </w:r>
    </w:p>
    <w:p>
      <w:pPr>
        <w:jc w:val="right"/>
      </w:pPr>
      <w:r>
        <w:t>اپنی خواہشات میں پیچھے دوڑ رہے ہیں۔</w:t>
      </w:r>
    </w:p>
    <w:p>
      <w:r>
        <w:rPr>
          <w:b/>
        </w:rPr>
        <w:t xml:space="preserve">[1:29:33] </w:t>
      </w:r>
      <w:r>
        <w:t>yeh in ko na islam se matlab hai, na quran se, na muhammad se, na islam, khuda se</w:t>
      </w:r>
    </w:p>
    <w:p>
      <w:pPr>
        <w:jc w:val="right"/>
      </w:pPr>
      <w:r>
        <w:t>یہ ان کو نہ اسلام سے مطلب ہے، نہ قرآن سے، نہ محمد سے، نہ اسلام، خدا سے</w:t>
      </w:r>
    </w:p>
    <w:p>
      <w:r>
        <w:rPr>
          <w:b/>
        </w:rPr>
        <w:t xml:space="preserve">[1:29:41] </w:t>
      </w:r>
      <w:r>
        <w:t>kisi se matlab nahi hai.</w:t>
      </w:r>
    </w:p>
    <w:p>
      <w:pPr>
        <w:jc w:val="right"/>
      </w:pPr>
      <w:r>
        <w:t>کسی سے مطلب نہیں ہے۔</w:t>
      </w:r>
    </w:p>
    <w:p>
      <w:r>
        <w:rPr>
          <w:b/>
        </w:rPr>
        <w:t xml:space="preserve">[1:29:43] </w:t>
      </w:r>
      <w:r>
        <w:t>apni khwahishat se matlab hai.</w:t>
      </w:r>
    </w:p>
    <w:p>
      <w:pPr>
        <w:jc w:val="right"/>
      </w:pPr>
      <w:r>
        <w:t>اپنی خواہشات سے مطلب ہے۔</w:t>
      </w:r>
    </w:p>
    <w:p>
      <w:r>
        <w:rPr>
          <w:b/>
        </w:rPr>
        <w:t xml:space="preserve">[1:29:45] </w:t>
      </w:r>
      <w:r>
        <w:t>mein nahi manta ke yeh koi islami phenomena hai.</w:t>
      </w:r>
    </w:p>
    <w:p>
      <w:pPr>
        <w:jc w:val="right"/>
      </w:pPr>
      <w:r>
        <w:t>میں نہیں مانتا کہ یہ کوئی اسلامی فیناومینا ہے۔</w:t>
      </w:r>
    </w:p>
    <w:p>
      <w:r>
        <w:rPr>
          <w:b/>
        </w:rPr>
        <w:t xml:space="preserve">[1:29:49] </w:t>
      </w:r>
      <w:r>
        <w:t>yeh mein har giz nahi manta ke koi islami phenomena hai.</w:t>
      </w:r>
    </w:p>
    <w:p>
      <w:pPr>
        <w:jc w:val="right"/>
      </w:pPr>
      <w:r>
        <w:t>یہ میں ہرگز نہیں مانتا کہ کوئی اسلامی فیناومینا ہے۔</w:t>
      </w:r>
    </w:p>
    <w:p>
      <w:r>
        <w:rPr>
          <w:b/>
        </w:rPr>
        <w:t xml:space="preserve">[1:29:53] </w:t>
      </w:r>
      <w:r>
        <w:t>yahan phenomena hai to kyun nahi? in ka khauf khuda kyun nahi? in ke andar insan se kharkhai</w:t>
      </w:r>
    </w:p>
    <w:p>
      <w:pPr>
        <w:jc w:val="right"/>
      </w:pPr>
      <w:r>
        <w:t>یہاں فیناومینا ہے تو کیوں نہیں؟ ان کا خوف خدا کیوں نہیں؟ ان کے اندر انسان سے خرخائی</w:t>
      </w:r>
    </w:p>
    <w:p>
      <w:r>
        <w:rPr>
          <w:b/>
        </w:rPr>
        <w:t xml:space="preserve">[1:30:01] </w:t>
      </w:r>
      <w:r>
        <w:t>kyun nahi? in ke andar yeh jazba kyun nahi ke logon ko quran pahunchayein? yeh jazba kyun nahi?</w:t>
      </w:r>
    </w:p>
    <w:p>
      <w:pPr>
        <w:jc w:val="right"/>
      </w:pPr>
      <w:r>
        <w:t>کیوں نہیں؟ ان کے اندر یہ جذبہ کیوں نہیں کہ لوگوں کو قرآن پہنچائیں؟ یہ جذبہ کیوں نہیں؟</w:t>
      </w:r>
    </w:p>
    <w:p>
      <w:r>
        <w:rPr>
          <w:b/>
        </w:rPr>
        <w:t xml:space="preserve">[1:30:08] </w:t>
      </w:r>
      <w:r>
        <w:t>khair, marna katna kya hai? hangama karna, protest karna, jalsa nikalna, yeh kyun hai? sab se pehla jo</w:t>
      </w:r>
    </w:p>
    <w:p>
      <w:pPr>
        <w:jc w:val="right"/>
      </w:pPr>
      <w:r>
        <w:t>خیر، مارنا کاٹنا کیا ہے؟ ہنگامہ کرنا، پروٹیسٹ کرنا، جلسہ نکالنا، یہ کیوں ہے؟ سب سے پہلا جو</w:t>
      </w:r>
    </w:p>
    <w:p>
      <w:r>
        <w:rPr>
          <w:b/>
        </w:rPr>
        <w:t xml:space="preserve">[1:30:16] </w:t>
      </w:r>
      <w:r>
        <w:t>hona chahiye, rasool Allah: "lalk baakh an-nafs ka an-nafsak Allah kun momineen".</w:t>
      </w:r>
    </w:p>
    <w:p>
      <w:pPr>
        <w:jc w:val="right"/>
      </w:pPr>
      <w:r>
        <w:t>ہونا چاہیے، رسول اللہ: "للک باخ النفس کا نفسک اللہ کن مومنین"۔</w:t>
      </w:r>
    </w:p>
    <w:p>
      <w:r>
        <w:rPr>
          <w:b/>
        </w:rPr>
        <w:t xml:space="preserve">[1:30:21] </w:t>
      </w:r>
      <w:r>
        <w:t>yeh rasool Allah ki yeh seerat hai.</w:t>
      </w:r>
    </w:p>
    <w:p>
      <w:pPr>
        <w:jc w:val="right"/>
      </w:pPr>
      <w:r>
        <w:t>یہ رسول اللہ کی یہ سیرت ہے۔</w:t>
      </w:r>
    </w:p>
    <w:p>
      <w:r>
        <w:rPr>
          <w:b/>
        </w:rPr>
        <w:t xml:space="preserve">[1:30:24] </w:t>
      </w:r>
      <w:r>
        <w:t>yeh kyun nahi? un ke andar hai ke logon ki khair khwahi mein aap uthte the ke kaash</w:t>
      </w:r>
    </w:p>
    <w:p>
      <w:pPr>
        <w:jc w:val="right"/>
      </w:pPr>
      <w:r>
        <w:t>یہ کیوں نہیں؟ ان کے اندر ہے کہ لوگوں کی خیر خواہی میں آپ اٹھتے تھے کہ کاش</w:t>
      </w:r>
    </w:p>
    <w:p>
      <w:r>
        <w:rPr>
          <w:b/>
        </w:rPr>
        <w:t xml:space="preserve">[1:30:32] </w:t>
      </w:r>
      <w:r>
        <w:t>un ko sachai mil jaye.</w:t>
      </w:r>
    </w:p>
    <w:p>
      <w:pPr>
        <w:jc w:val="right"/>
      </w:pPr>
      <w:r>
        <w:t>ان کو سچائی مل جائے۔</w:t>
      </w:r>
    </w:p>
    <w:p>
      <w:r>
        <w:rPr>
          <w:b/>
        </w:rPr>
        <w:t xml:space="preserve">[1:30:34] </w:t>
      </w:r>
      <w:r>
        <w:t>to agar aap baray aashiq rasool hain to yeh kyun nahi? ke yeh hargiz ishq rasool nahi hai.</w:t>
      </w:r>
    </w:p>
    <w:p>
      <w:pPr>
        <w:jc w:val="right"/>
      </w:pPr>
      <w:r>
        <w:t>تو اگر آپ بڑے عاشق رسول ہیں تو یہ کیوں نہیں؟ کہ یہ ہرگز عشق رسول نہیں ہے۔</w:t>
      </w:r>
    </w:p>
    <w:p>
      <w:r>
        <w:rPr>
          <w:b/>
        </w:rPr>
        <w:t xml:space="preserve">[1:30:42] </w:t>
      </w:r>
      <w:r>
        <w:t>yeh qaumi hangamay hain, is ka koi na dunya mein faida hai na akhirat mein faida hai.</w:t>
      </w:r>
    </w:p>
    <w:p>
      <w:pPr>
        <w:jc w:val="right"/>
      </w:pPr>
      <w:r>
        <w:t>یہ قومی ہنگامے ہیں، اس کا کوئی نہ دنیا میں فائدہ ہے نہ آخرت میں فائدہ ہے۔</w:t>
      </w:r>
    </w:p>
    <w:p>
      <w:r>
        <w:rPr>
          <w:b/>
        </w:rPr>
        <w:t xml:space="preserve">[1:30:49] </w:t>
      </w:r>
      <w:r>
        <w:t>maulana, agla sawal rae pur se aya hai idrees sahab ka.</w:t>
      </w:r>
    </w:p>
    <w:p>
      <w:pPr>
        <w:jc w:val="right"/>
      </w:pPr>
      <w:r>
        <w:t>مولانا، اگلا سوال رائے پور سے آیا ہے ادریس صاحب کا۔</w:t>
      </w:r>
    </w:p>
    <w:p>
      <w:r>
        <w:rPr>
          <w:b/>
        </w:rPr>
        <w:t xml:space="preserve">[1:30:54] </w:t>
      </w:r>
      <w:r>
        <w:t>انہوں نے لکھا ہے: "The letter of Einstein is a news, but it presents only a part of</w:t>
      </w:r>
    </w:p>
    <w:p>
      <w:pPr>
        <w:jc w:val="right"/>
      </w:pPr>
      <w:r>
        <w:t>انہوں نے لکھا ہے: "دا لیٹر آف آئنسٹائن از اے نیوز، بٹ اٹ پریزنٹس اونلی ا پارٹ آف</w:t>
      </w:r>
    </w:p>
    <w:p>
      <w:r>
        <w:rPr>
          <w:b/>
        </w:rPr>
        <w:t xml:space="preserve">[1:31:02] </w:t>
      </w:r>
      <w:r>
        <w:t>ainstain view about god.</w:t>
      </w:r>
    </w:p>
    <w:p>
      <w:pPr>
        <w:jc w:val="right"/>
      </w:pPr>
      <w:r>
        <w:t>آئنسٹائن ویو اباؤٹ گاڈ۔</w:t>
      </w:r>
    </w:p>
    <w:p>
      <w:r>
        <w:rPr>
          <w:b/>
        </w:rPr>
        <w:t xml:space="preserve">[1:31:03] </w:t>
      </w:r>
      <w:r>
        <w:t>There are other quotes of Einstein, such as science without religion is lame.</w:t>
      </w:r>
    </w:p>
    <w:p>
      <w:pPr>
        <w:jc w:val="right"/>
      </w:pPr>
      <w:r>
        <w:t>دیر آر ادر کورٹس آف آئنسٹائن، سچ ایز سائنس وداؤٹ ریلیجن از لین۔</w:t>
      </w:r>
    </w:p>
    <w:p>
      <w:r>
        <w:rPr>
          <w:b/>
        </w:rPr>
        <w:t xml:space="preserve">[1:31:09] </w:t>
      </w:r>
      <w:r>
        <w:t>religion without science is blind.</w:t>
      </w:r>
    </w:p>
    <w:p>
      <w:pPr>
        <w:jc w:val="right"/>
      </w:pPr>
      <w:r>
        <w:t>ریلیجن وداؤٹ سائنس از بلائنڈ۔</w:t>
      </w:r>
    </w:p>
    <w:p>
      <w:r>
        <w:rPr>
          <w:b/>
        </w:rPr>
        <w:t xml:space="preserve">[1:31:11] </w:t>
      </w:r>
      <w:r>
        <w:t>Second, I want to know God's thoughts.</w:t>
      </w:r>
    </w:p>
    <w:p>
      <w:pPr>
        <w:jc w:val="right"/>
      </w:pPr>
      <w:r>
        <w:t>سیکنڈ، آئی وانٹ ٹو نو گاڈز تھاٹس۔</w:t>
      </w:r>
    </w:p>
    <w:p>
      <w:r>
        <w:rPr>
          <w:b/>
        </w:rPr>
        <w:t xml:space="preserve">[1:31:14] </w:t>
      </w:r>
      <w:r>
        <w:t>the rest are details.</w:t>
      </w:r>
    </w:p>
    <w:p>
      <w:pPr>
        <w:jc w:val="right"/>
      </w:pPr>
      <w:r>
        <w:t>دا ریسٹ آر ڈیٹیلز۔</w:t>
      </w:r>
    </w:p>
    <w:p>
      <w:r>
        <w:rPr>
          <w:b/>
        </w:rPr>
        <w:t xml:space="preserve">[1:31:16] </w:t>
      </w:r>
      <w:r>
        <w:t>Third, strange is a situation here upon this earth.</w:t>
      </w:r>
    </w:p>
    <w:p>
      <w:pPr>
        <w:jc w:val="right"/>
      </w:pPr>
      <w:r>
        <w:t>تھرڈ، سٹرینج از ا سچویشن ہیر اپون دس ارتھ۔</w:t>
      </w:r>
    </w:p>
    <w:p>
      <w:r>
        <w:rPr>
          <w:b/>
        </w:rPr>
        <w:t xml:space="preserve">[1:31:20] </w:t>
      </w:r>
      <w:r>
        <w:t>Each of us comes for a short visit, not knowing why, yet sometime seeming to a divine</w:t>
      </w:r>
    </w:p>
    <w:p>
      <w:pPr>
        <w:jc w:val="right"/>
      </w:pPr>
      <w:r>
        <w:t>ایچ آف اس کمز فار ا شارٹ وزٹ، ناٹ نوئنگ وائی، یٹ سم ٹائم سیمنگ ٹو ا ڈیوائن</w:t>
      </w:r>
    </w:p>
    <w:p>
      <w:r>
        <w:rPr>
          <w:b/>
        </w:rPr>
        <w:t xml:space="preserve">[1:31:27] </w:t>
      </w:r>
      <w:r>
        <w:t>purpose.</w:t>
      </w:r>
    </w:p>
    <w:p>
      <w:pPr>
        <w:jc w:val="right"/>
      </w:pPr>
      <w:r>
        <w:t>پرپس۔</w:t>
      </w:r>
    </w:p>
    <w:p>
      <w:r>
        <w:rPr>
          <w:b/>
        </w:rPr>
        <w:t xml:space="preserve">[1:31:29] </w:t>
      </w:r>
      <w:r>
        <w:t>and there are many other.</w:t>
      </w:r>
    </w:p>
    <w:p>
      <w:pPr>
        <w:jc w:val="right"/>
      </w:pPr>
      <w:r>
        <w:t>اینڈ دیر آر مینی ادر۔</w:t>
      </w:r>
    </w:p>
    <w:p>
      <w:r>
        <w:rPr>
          <w:b/>
        </w:rPr>
        <w:t xml:space="preserve">[1:31:31] </w:t>
      </w:r>
      <w:r>
        <w:t>It means like many other scientists, Einstein believed in God, though his realization of God may not completely</w:t>
      </w:r>
    </w:p>
    <w:p>
      <w:pPr>
        <w:jc w:val="right"/>
      </w:pPr>
      <w:r>
        <w:t>اٹ مینز لائک مینی ادر سائنٹسٹ، آئنسٹائن بیلیوڈ ان گاڈ، دو ہز ریلائزیشن آف گاڈ می ناٹ کمپلیٹلی</w:t>
      </w:r>
    </w:p>
    <w:p>
      <w:r>
        <w:rPr>
          <w:b/>
        </w:rPr>
        <w:t xml:space="preserve">[1:31:39] </w:t>
      </w:r>
      <w:r>
        <w:t>match 100% with the concept of God described in religious books.</w:t>
      </w:r>
    </w:p>
    <w:p>
      <w:pPr>
        <w:jc w:val="right"/>
      </w:pPr>
      <w:r>
        <w:t>میچ ہنڈرڈ پرسنٹ ود دا کانسیپٹ آف گاڈ ڈسکرائب ان ریلیجیس بکس۔</w:t>
      </w:r>
    </w:p>
    <w:p>
      <w:r>
        <w:rPr>
          <w:b/>
        </w:rPr>
        <w:t xml:space="preserve">[1:31:44] </w:t>
      </w:r>
      <w:r>
        <w:t>what is your comment on this? nahi, main is ko nahi manunga.</w:t>
      </w:r>
    </w:p>
    <w:p>
      <w:pPr>
        <w:jc w:val="right"/>
      </w:pPr>
      <w:r>
        <w:t>واٹ از یور کمنٹ ان دس؟ نہیں، میں اس کو نہیں مانوں گا۔</w:t>
      </w:r>
    </w:p>
    <w:p>
      <w:r>
        <w:rPr>
          <w:b/>
        </w:rPr>
        <w:t xml:space="preserve">[1:31:49] </w:t>
      </w:r>
      <w:r>
        <w:t>woh is ka case confusion ka case tha.</w:t>
      </w:r>
    </w:p>
    <w:p>
      <w:pPr>
        <w:jc w:val="right"/>
      </w:pPr>
      <w:r>
        <w:t>وہ اس کا کیس کنفیوژن کا کیس تھا۔</w:t>
      </w:r>
    </w:p>
    <w:p>
      <w:r>
        <w:rPr>
          <w:b/>
        </w:rPr>
        <w:t xml:space="preserve">[1:31:53] </w:t>
      </w:r>
      <w:r>
        <w:t>khud apne aik aur letter mein likha tha ke mera case jo hai woh hai.</w:t>
      </w:r>
    </w:p>
    <w:p>
      <w:pPr>
        <w:jc w:val="right"/>
      </w:pPr>
      <w:r>
        <w:t>خود اپنے ایک اور لیٹر میں لکھا تھا کہ میرا کیس جو ہے وہ ہے۔</w:t>
      </w:r>
    </w:p>
    <w:p>
      <w:r>
        <w:rPr>
          <w:b/>
        </w:rPr>
        <w:t xml:space="preserve">[1:31:59] </w:t>
      </w:r>
      <w:r>
        <w:t>ah, kya kya lafz bola tha? woh agnostic, agnosticsm ka case hai.</w:t>
      </w:r>
    </w:p>
    <w:p>
      <w:pPr>
        <w:jc w:val="right"/>
      </w:pPr>
      <w:r>
        <w:t>اہ، کیا کیا لفظ بولا تھا؟ وہ اگناسٹک، اگناسٹسزم کا کیس ہے۔</w:t>
      </w:r>
    </w:p>
    <w:p>
      <w:r>
        <w:rPr>
          <w:b/>
        </w:rPr>
        <w:t xml:space="preserve">[1:32:04] </w:t>
      </w:r>
      <w:r>
        <w:t>sahi ma'non mein woh agnostic tha.</w:t>
      </w:r>
    </w:p>
    <w:p>
      <w:pPr>
        <w:jc w:val="right"/>
      </w:pPr>
      <w:r>
        <w:t>صحیح معنوں میں وہ اگناسٹک تھا۔</w:t>
      </w:r>
    </w:p>
    <w:p>
      <w:r>
        <w:rPr>
          <w:b/>
        </w:rPr>
        <w:t xml:space="preserve">[1:32:07] </w:t>
      </w:r>
      <w:r>
        <w:t>woh main nahi manta ke woh Khuda ko manta tha.</w:t>
      </w:r>
    </w:p>
    <w:p>
      <w:pPr>
        <w:jc w:val="right"/>
      </w:pPr>
      <w:r>
        <w:t>وہ میں نہیں مانتا کہ وہ خدا کو مانتا تھا۔</w:t>
      </w:r>
    </w:p>
    <w:p>
      <w:r>
        <w:rPr>
          <w:b/>
        </w:rPr>
        <w:t xml:space="preserve">[1:32:11] </w:t>
      </w:r>
      <w:r>
        <w:t>yeh to confusion ke jumlay hain, idhar confusion ke jumlay hain.</w:t>
      </w:r>
    </w:p>
    <w:p>
      <w:pPr>
        <w:jc w:val="right"/>
      </w:pPr>
      <w:r>
        <w:t>یہ تو کنفیوژن کے جملے ہیں، ادھر کنفیوژن کے جملے ہیں۔</w:t>
      </w:r>
    </w:p>
    <w:p>
      <w:r>
        <w:rPr>
          <w:b/>
        </w:rPr>
        <w:t xml:space="preserve">[1:32:16] </w:t>
      </w:r>
      <w:r>
        <w:t>sahi tareen jo is ka jo mawqaf tha, woh hai ke woh agnostic tha.</w:t>
      </w:r>
    </w:p>
    <w:p>
      <w:pPr>
        <w:jc w:val="right"/>
      </w:pPr>
      <w:r>
        <w:t>صحیح ترین جو اس کا جو موقف تھا، وہ ہے کہ وہ اگناسٹک تھا۔</w:t>
      </w:r>
    </w:p>
    <w:p>
      <w:r>
        <w:rPr>
          <w:b/>
        </w:rPr>
        <w:t xml:space="preserve">[1:32:22] </w:t>
      </w:r>
      <w:r>
        <w:t>woh bas meri apni study yehi hai.</w:t>
      </w:r>
    </w:p>
    <w:p>
      <w:pPr>
        <w:jc w:val="right"/>
      </w:pPr>
      <w:r>
        <w:t>وہ بس میری اپنی اسٹڈی یہی ہے۔</w:t>
      </w:r>
    </w:p>
    <w:p>
      <w:r>
        <w:rPr>
          <w:b/>
        </w:rPr>
        <w:t xml:space="preserve">[1:32:25] </w:t>
      </w:r>
      <w:r>
        <w:t>okay, we we'll end the session now.</w:t>
      </w:r>
    </w:p>
    <w:p>
      <w:pPr>
        <w:jc w:val="right"/>
      </w:pPr>
      <w:r>
        <w:t>اوکے، وی ویل اینڈ دی سیشن ناؤ۔</w:t>
      </w:r>
    </w:p>
    <w:p>
      <w:r>
        <w:rPr>
          <w:b/>
        </w:rPr>
        <w:t xml:space="preserve">[1:32:28] </w:t>
      </w:r>
      <w:r>
        <w:t>ah, there is an announcement today: the monthly meeting of dawah field team will be conducted after the</w:t>
      </w:r>
    </w:p>
    <w:p>
      <w:pPr>
        <w:jc w:val="right"/>
      </w:pPr>
      <w:r>
        <w:t>اہ، دیر از این اناؤنسمنٹ ٹوڈے: دی منتھلی میٹنگ آف دعویٰ فیلڈ ٹیم ول بی کنڈکٹڈ افٹر دی</w:t>
      </w:r>
    </w:p>
    <w:p>
      <w:r>
        <w:rPr>
          <w:b/>
        </w:rPr>
        <w:t xml:space="preserve">[1:32:36] </w:t>
      </w:r>
      <w:r>
        <w:t>namaz.</w:t>
      </w:r>
    </w:p>
    <w:p>
      <w:pPr>
        <w:jc w:val="right"/>
      </w:pPr>
      <w:r>
        <w:t>نماز۔</w:t>
      </w:r>
    </w:p>
    <w:p>
      <w:r>
        <w:rPr>
          <w:b/>
        </w:rPr>
        <w:t xml:space="preserve">[1:32:37] </w:t>
      </w:r>
      <w:r>
        <w:t>so, all the da'wa field members and anybody who is interested in da'wa work can stay back.</w:t>
      </w:r>
    </w:p>
    <w:p>
      <w:pPr>
        <w:jc w:val="right"/>
      </w:pPr>
      <w:r>
        <w:t>سو، ال دی دعویٰ فیلڈ ممبرز اینڈ اینی بڈی ہو از انٹرسٹڈ ان دعویٰ ورک کین سٹے بیک۔</w:t>
      </w:r>
    </w:p>
    <w:p>
      <w:r>
        <w:rPr>
          <w:b/>
        </w:rPr>
        <w:t xml:space="preserve">[1:32:45] </w:t>
      </w:r>
      <w:r>
        <w:t>thank you sahib.</w:t>
      </w:r>
    </w:p>
    <w:p>
      <w:pPr>
        <w:jc w:val="right"/>
      </w:pPr>
      <w:r>
        <w:t>تھینک یو صاحب۔</w:t>
      </w:r>
    </w:p>
    <w:p>
      <w:r>
        <w:rPr>
          <w:b/>
        </w:rPr>
        <w:t xml:space="preserve">[1:32:46] </w:t>
      </w:r>
      <w:r>
        <w:t>shain.</w:t>
      </w:r>
    </w:p>
    <w:p>
      <w:pPr>
        <w:jc w:val="right"/>
      </w:pPr>
      <w:r>
        <w:t>شین۔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