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Purpose of Existence-9th September 2012</w:t>
      </w:r>
    </w:p>
    <w:p>
      <w:r>
        <w:t>https://www.youtube.com/watch?v=KxCy8m6k_MQ</w:t>
      </w:r>
    </w:p>
    <w:p>
      <w:r>
        <w:rPr>
          <w:b/>
        </w:rPr>
        <w:t xml:space="preserve">[00:00] </w:t>
      </w:r>
      <w:r>
        <w:t>bismillah rahman rahim, wa salli allah ala nabiyil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[00:07]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[00:14] </w:t>
      </w:r>
      <w:r>
        <w:t>aaj september 2012 ki 9 tareekh hai.</w:t>
      </w:r>
    </w:p>
    <w:p>
      <w:pPr>
        <w:jc w:val="right"/>
      </w:pPr>
      <w:r>
        <w:t>آج ستمبر 2012 کی 9 تاریخ ہے۔</w:t>
      </w:r>
    </w:p>
    <w:p>
      <w:r>
        <w:rPr>
          <w:b/>
        </w:rPr>
        <w:t xml:space="preserve">[00:21] </w:t>
      </w:r>
      <w:r>
        <w:t>aaj kay liye jo topic hai woh hai "The Purpose of Existence", yani wajood insani ka maqsad.</w:t>
      </w:r>
    </w:p>
    <w:p>
      <w:pPr>
        <w:jc w:val="right"/>
      </w:pPr>
      <w:r>
        <w:t>آج کے لیے جو ٹاپک ہے وہ ہے "The Purpose of Existence"، یعنی وجود انسانی کا مقصد۔</w:t>
      </w:r>
    </w:p>
    <w:p>
      <w:r>
        <w:rPr>
          <w:b/>
        </w:rPr>
        <w:t xml:space="preserve">[00:28] </w:t>
      </w:r>
      <w:r>
        <w:t>yeh bilashuba bohat hi ziyada aham topic hai, aur bohat say log pichli tareekh mein is par sochtay rahay hain.</w:t>
      </w:r>
    </w:p>
    <w:p>
      <w:pPr>
        <w:jc w:val="right"/>
      </w:pPr>
      <w:r>
        <w:t>یہ بلاشبہ بہت ہی زیادہ اہم ٹاپک ہے، اور بہت سے لوگ پچھلی تاریخ میں اس پر سوچتے رہے ہیں۔</w:t>
      </w:r>
    </w:p>
    <w:p>
      <w:r>
        <w:rPr>
          <w:b/>
        </w:rPr>
        <w:t xml:space="preserve">[00:35] </w:t>
      </w:r>
      <w:r>
        <w:t>lekin ajeeb baat hai kay taqreeban 3000 saal ki soch kay bawajood yeh subject abhi tak "Untold Story"</w:t>
      </w:r>
    </w:p>
    <w:p>
      <w:pPr>
        <w:jc w:val="right"/>
      </w:pPr>
      <w:r>
        <w:t>لیکن عجیب بات ہے کہ تقریباً 3000 سال کی سوچ کے باوجود یہ سبجیکٹ ابھی تک "Untold Story"</w:t>
      </w:r>
    </w:p>
    <w:p>
      <w:r>
        <w:rPr>
          <w:b/>
        </w:rPr>
        <w:t xml:space="preserve">[00:42] </w:t>
      </w:r>
      <w:r>
        <w:t>bana hua hai.</w:t>
      </w:r>
    </w:p>
    <w:p>
      <w:pPr>
        <w:jc w:val="right"/>
      </w:pPr>
      <w:r>
        <w:t>بنا ہوا ہے۔</w:t>
      </w:r>
    </w:p>
    <w:p>
      <w:r>
        <w:rPr>
          <w:b/>
        </w:rPr>
        <w:t xml:space="preserve">[00:49] </w:t>
      </w:r>
      <w:r>
        <w:t>bohat hi ajeeb baat hai.</w:t>
      </w:r>
    </w:p>
    <w:p>
      <w:pPr>
        <w:jc w:val="right"/>
      </w:pPr>
      <w:r>
        <w:t>بہت ہی عجیب بات ہے۔</w:t>
      </w:r>
    </w:p>
    <w:p>
      <w:r>
        <w:rPr>
          <w:b/>
        </w:rPr>
        <w:t xml:space="preserve">[00:56] </w:t>
      </w:r>
      <w:r>
        <w:t>dekhiyay, Rene Descartes french philosopher tha, us ki death hui 1650 mein.</w:t>
      </w:r>
    </w:p>
    <w:p>
      <w:pPr>
        <w:jc w:val="right"/>
      </w:pPr>
      <w:r>
        <w:t>دیکھیے، رینی ڈیکارٹ فرنچ فلاسفر تھا، اس کی ڈیتھ ہوئی 1650 میں۔</w:t>
      </w:r>
    </w:p>
    <w:p>
      <w:r>
        <w:rPr>
          <w:b/>
        </w:rPr>
        <w:t xml:space="preserve">[01:03] </w:t>
      </w:r>
      <w:r>
        <w:t>us nay kaha tha kay Descartes nay apni maujoodgi ko daryaft kiya, apna maujood kahan hai.</w:t>
      </w:r>
    </w:p>
    <w:p>
      <w:pPr>
        <w:jc w:val="right"/>
      </w:pPr>
      <w:r>
        <w:t>اس نے کہا تھا کہ ڈیکارٹ نے اپنی موجودگی کو دریافت کیا، اپنا موجودہ کہاں ہے۔</w:t>
      </w:r>
    </w:p>
    <w:p>
      <w:r>
        <w:rPr>
          <w:b/>
        </w:rPr>
        <w:t xml:space="preserve">[01:10] </w:t>
      </w:r>
      <w:r>
        <w:t>lekin is maujoodgi ka maqsad kya hai? yeh Descartes maulana ho gayay.</w:t>
      </w:r>
    </w:p>
    <w:p>
      <w:pPr>
        <w:jc w:val="right"/>
      </w:pPr>
      <w:r>
        <w:t>لیکن اس موجودگی کا مقصد کیا ہے؟ یہ ڈیکارٹ مولانا ہوں گے۔</w:t>
      </w:r>
    </w:p>
    <w:p>
      <w:r>
        <w:rPr>
          <w:b/>
        </w:rPr>
        <w:t xml:space="preserve">[01:17] </w:t>
      </w:r>
      <w:r>
        <w:t>mein chahoon kay sab say pehlay John C, sab say ziyada khaas naam jinka doctor ka hai.</w:t>
      </w:r>
    </w:p>
    <w:p>
      <w:pPr>
        <w:jc w:val="right"/>
      </w:pPr>
      <w:r>
        <w:t>میں چاہوں کہ سب سے پہلے جون سین، سب سے زیادہ خاص نام جن کا ڈاکٹر کا ہے۔</w:t>
      </w:r>
    </w:p>
    <w:p>
      <w:r>
        <w:rPr>
          <w:b/>
        </w:rPr>
        <w:t xml:space="preserve">[01:24] </w:t>
      </w:r>
      <w:r>
        <w:t>woh aik qatil, french philosopher tha, kay jab bhi 322 BC mein tabligh karta tha, us nay aik</w:t>
      </w:r>
    </w:p>
    <w:p>
      <w:pPr>
        <w:jc w:val="right"/>
      </w:pPr>
      <w:r>
        <w:t>وہ ایک قاتل، فرنچ فلاسفر تھا، کہ جب بھی 322 BC میں تبلیغ کرتا تھا، اس نے ایک</w:t>
      </w:r>
    </w:p>
    <w:p>
      <w:r>
        <w:rPr>
          <w:b/>
        </w:rPr>
        <w:t xml:space="preserve">[01:31] </w:t>
      </w:r>
      <w:r>
        <w:t>bari diversity ki kay insan bohat hi high quality kay sath paida hai.</w:t>
      </w:r>
    </w:p>
    <w:p>
      <w:pPr>
        <w:jc w:val="right"/>
      </w:pPr>
      <w:r>
        <w:t>بڑی ڈائیورسی کی کہ انسان بہت ہی ہائی کوالٹی کے ساتھ پیدا ہے۔</w:t>
      </w:r>
    </w:p>
    <w:p>
      <w:r>
        <w:rPr>
          <w:b/>
        </w:rPr>
        <w:t xml:space="preserve">[01:38] </w:t>
      </w:r>
      <w:r>
        <w:t>lekin is potential ko unfold karnay kay liye, ya is potential ko actual bananay kay liye, us ko</w:t>
      </w:r>
    </w:p>
    <w:p>
      <w:pPr>
        <w:jc w:val="right"/>
      </w:pPr>
      <w:r>
        <w:t>لیکن اس پوٹینشل کو انفولڈ کرنے کے لیے، یا اس پوٹینشل کو ایکچول بنانے کے لیے، اس کو</w:t>
      </w:r>
    </w:p>
    <w:p>
      <w:r>
        <w:rPr>
          <w:b/>
        </w:rPr>
        <w:t xml:space="preserve">[01:45] </w:t>
      </w:r>
      <w:r>
        <w:t>aik favorable system chahiye.</w:t>
      </w:r>
    </w:p>
    <w:p>
      <w:pPr>
        <w:jc w:val="right"/>
      </w:pPr>
      <w:r>
        <w:t>ایک فیوریبل سسٹم چاہیے۔</w:t>
      </w:r>
    </w:p>
    <w:p>
      <w:r>
        <w:rPr>
          <w:b/>
        </w:rPr>
        <w:t xml:space="preserve">[01:52] </w:t>
      </w:r>
      <w:r>
        <w:t>favorable system ke baghair insan apni high quality ko unfold nahi kar sakta.</w:t>
      </w:r>
    </w:p>
    <w:p>
      <w:pPr>
        <w:jc w:val="right"/>
      </w:pPr>
      <w:r>
        <w:t>فیوریبل سسٹم کے بغیر انسان اپنی ہائی کوالٹی کو انفولڈ نہیں کر سکتا۔</w:t>
      </w:r>
    </w:p>
    <w:p>
      <w:r>
        <w:rPr>
          <w:b/>
        </w:rPr>
        <w:t xml:space="preserve">[01:59] </w:t>
      </w:r>
      <w:r>
        <w:t>is liye is ne ek general jo is ke zamanay mein John Cena tha, aur uska system</w:t>
      </w:r>
    </w:p>
    <w:p>
      <w:pPr>
        <w:jc w:val="right"/>
      </w:pPr>
      <w:r>
        <w:t>اس لیے اس نے ایک جنرل جو اس کے زمانے میں جون سین تھا، اور اس کا سسٹم</w:t>
      </w:r>
    </w:p>
    <w:p>
      <w:r>
        <w:rPr>
          <w:b/>
        </w:rPr>
        <w:t xml:space="preserve">[02:06] </w:t>
      </w:r>
      <w:r>
        <w:t>tha, us ko tayyar karna chaha ke is ideal system ko badshah banne ke baad banaya jaye.</w:t>
      </w:r>
    </w:p>
    <w:p>
      <w:pPr>
        <w:jc w:val="right"/>
      </w:pPr>
      <w:r>
        <w:t>تھا، اس کو تیار کرنا چاہا کہ اس آئیڈیل سسٹم کو بادشاہ بننے کے بعد بنایا جائے۔</w:t>
      </w:r>
    </w:p>
    <w:p>
      <w:r>
        <w:rPr>
          <w:b/>
        </w:rPr>
        <w:t xml:space="preserve">[02:13] </w:t>
      </w:r>
      <w:r>
        <w:t>کیا آپ جانتے ہیں کہ جنرل the great کام کو نہیں کر سکتا؟ تو Eric Tottle کے بعد</w:t>
      </w:r>
    </w:p>
    <w:p>
      <w:pPr>
        <w:jc w:val="right"/>
      </w:pPr>
      <w:r>
        <w:t>کیا آپ جانتے ہیں کہ جنرل دا گریٹ کام کو نہیں کر سکتا؟ تو اریک ٹاٹل کے بعد</w:t>
      </w:r>
    </w:p>
    <w:p>
      <w:r>
        <w:rPr>
          <w:b/>
        </w:rPr>
        <w:t xml:space="preserve">[02:20] </w:t>
      </w:r>
      <w:r>
        <w:t>yeh thinking mazeed develop na ho saki.</w:t>
      </w:r>
    </w:p>
    <w:p>
      <w:pPr>
        <w:jc w:val="right"/>
      </w:pPr>
      <w:r>
        <w:t>یہ تھنکنگ مزید ڈیولپ نہ ہو سکی۔</w:t>
      </w:r>
    </w:p>
    <w:p>
      <w:r>
        <w:rPr>
          <w:b/>
        </w:rPr>
        <w:t xml:space="preserve">[02:27] </w:t>
      </w:r>
      <w:r>
        <w:t>میں سوچتا ہوں کہ اس کے بعد ایک بڑا نام پیدا ہوا، Karl Marx کا، جس کی ڈیتھ</w:t>
      </w:r>
    </w:p>
    <w:p>
      <w:pPr>
        <w:jc w:val="right"/>
      </w:pPr>
      <w:r>
        <w:t>میں سوچتا ہوں کہ اس کے بعد ایک بڑا نام پیدا ہوا، کارل وارز کا، جس کی ڈیتھ</w:t>
      </w:r>
    </w:p>
    <w:p>
      <w:r>
        <w:rPr>
          <w:b/>
        </w:rPr>
        <w:t xml:space="preserve">[02:34] </w:t>
      </w:r>
      <w:r>
        <w:t>hui thi 1883 mein.</w:t>
      </w:r>
    </w:p>
    <w:p>
      <w:pPr>
        <w:jc w:val="right"/>
      </w:pPr>
      <w:r>
        <w:t>ہوئی تھی 1883 میں۔</w:t>
      </w:r>
    </w:p>
    <w:p>
      <w:r>
        <w:rPr>
          <w:b/>
        </w:rPr>
        <w:t xml:space="preserve">[02:41] </w:t>
      </w:r>
      <w:r>
        <w:t>woh German thinker tha.</w:t>
      </w:r>
    </w:p>
    <w:p>
      <w:pPr>
        <w:jc w:val="right"/>
      </w:pPr>
      <w:r>
        <w:t>وہ جرمن تھنکر تھا۔</w:t>
      </w:r>
    </w:p>
    <w:p>
      <w:r>
        <w:rPr>
          <w:b/>
        </w:rPr>
        <w:t xml:space="preserve">[02:48] </w:t>
      </w:r>
      <w:r>
        <w:t>تو اس نے اس کانسیپٹ کو، یعنی اس کانسیپٹ کو Aristotle نے تو فلاسفائز کیا تھا۔</w:t>
      </w:r>
    </w:p>
    <w:p>
      <w:pPr>
        <w:jc w:val="right"/>
      </w:pPr>
      <w:r>
        <w:t>تو اس نے اس کانسیپٹ کو، یعنی اس کانسیپٹ کو کرسٹوٹل نے تو فلاسفائز کیا تھا۔</w:t>
      </w:r>
    </w:p>
    <w:p>
      <w:r>
        <w:rPr>
          <w:b/>
        </w:rPr>
        <w:t xml:space="preserve">[02:55] </w:t>
      </w:r>
      <w:r>
        <w:t>yeh jo concept hai ke baghair system ke aadmi apne potential ko actual nahi bana sakta, to is</w:t>
      </w:r>
    </w:p>
    <w:p>
      <w:pPr>
        <w:jc w:val="right"/>
      </w:pPr>
      <w:r>
        <w:t>یہ جو کانسیپٹ ہے کہ بغیر سسٹم کے آدمی اپنے پوٹینشل کو ایکچول نہیں بنا سکتا، تو اس</w:t>
      </w:r>
    </w:p>
    <w:p>
      <w:r>
        <w:rPr>
          <w:b/>
        </w:rPr>
        <w:t xml:space="preserve">[03:02] </w:t>
      </w:r>
      <w:r>
        <w:t>ko Aristotle ne philosophize kiya tha, yani philosophical term mein bayan kiya tha.</w:t>
      </w:r>
    </w:p>
    <w:p>
      <w:pPr>
        <w:jc w:val="right"/>
      </w:pPr>
      <w:r>
        <w:t>کو اریکسٹوٹل نے فلاسفائز کیا تھا، یعنی فلاسفیکل ٹرم میں بین کیا تھا۔</w:t>
      </w:r>
    </w:p>
    <w:p>
      <w:r>
        <w:rPr>
          <w:b/>
        </w:rPr>
        <w:t xml:space="preserve">[03:09] </w:t>
      </w:r>
      <w:r>
        <w:t>اس کے بعد کارل مارکس نے اس کو secularized کیا، یعنی secular term میں بیان کیا۔</w:t>
      </w:r>
    </w:p>
    <w:p>
      <w:pPr>
        <w:jc w:val="right"/>
      </w:pPr>
      <w:r>
        <w:t>اس کے بعد کارل مارکس نے اس کو سیکولرائزیٹ کیا، یعنی سیکولر ٹرم میں بین کیا۔</w:t>
      </w:r>
    </w:p>
    <w:p>
      <w:r>
        <w:rPr>
          <w:b/>
        </w:rPr>
        <w:t xml:space="preserve">[03:16] </w:t>
      </w:r>
      <w:r>
        <w:t>lekin aap jante hain ke phir bhi woh actualize na ho saka.</w:t>
      </w:r>
    </w:p>
    <w:p>
      <w:pPr>
        <w:jc w:val="right"/>
      </w:pPr>
      <w:r>
        <w:t>لیکن آپ جانتے ہیں کہ پھر بھی وہ ایکچولائز نہ ہو سکا۔</w:t>
      </w:r>
    </w:p>
    <w:p>
      <w:r>
        <w:rPr>
          <w:b/>
        </w:rPr>
        <w:t xml:space="preserve">[03:23] </w:t>
      </w:r>
      <w:r>
        <w:t>is ke baad history aati hai Muslim world tak.</w:t>
      </w:r>
    </w:p>
    <w:p>
      <w:pPr>
        <w:jc w:val="right"/>
      </w:pPr>
      <w:r>
        <w:t>اس کے بعد ہسٹری آتی ہے مسلم ورلڈ تک۔</w:t>
      </w:r>
    </w:p>
    <w:p>
      <w:r>
        <w:rPr>
          <w:b/>
        </w:rPr>
        <w:t xml:space="preserve">[03:30] </w:t>
      </w:r>
      <w:r>
        <w:t>20th century mein Muslim world mein do mind paida hue.</w:t>
      </w:r>
    </w:p>
    <w:p>
      <w:pPr>
        <w:jc w:val="right"/>
      </w:pPr>
      <w:r>
        <w:t>ٹوئنٹیئس سینچری میں مسلم ورلڈ میں دو مائنڈ پیدا ہوئے۔</w:t>
      </w:r>
    </w:p>
    <w:p>
      <w:r>
        <w:rPr>
          <w:b/>
        </w:rPr>
        <w:t xml:space="preserve">[03:37] </w:t>
      </w:r>
      <w:r>
        <w:t>Arab world mein Syed Qutb, aur Indian subcontinent mein Syed Abu Alaa Baghdadi.</w:t>
      </w:r>
    </w:p>
    <w:p>
      <w:pPr>
        <w:jc w:val="right"/>
      </w:pPr>
      <w:r>
        <w:t>عرب ورلڈ میں سید قطب، اور انڈین سب کانٹیننٹ میں سید ابو العلیٰ بغدادی۔</w:t>
      </w:r>
    </w:p>
    <w:p>
      <w:r>
        <w:rPr>
          <w:b/>
        </w:rPr>
        <w:t xml:space="preserve">[03:44] </w:t>
      </w:r>
      <w:r>
        <w:t>in logon ne is concept ko Islamize kiya, aur yeh kaha ke Islam is just system ko bana</w:t>
      </w:r>
    </w:p>
    <w:p>
      <w:pPr>
        <w:jc w:val="right"/>
      </w:pPr>
      <w:r>
        <w:t>ان لوگوں نے اس کانسیپٹ کو اسلامائز کیا، اور یہ کہا کہ اسلام اس جسٹ سسٹم کو بنا</w:t>
      </w:r>
    </w:p>
    <w:p>
      <w:r>
        <w:rPr>
          <w:b/>
        </w:rPr>
        <w:t xml:space="preserve">[03:51] </w:t>
      </w:r>
      <w:r>
        <w:t>sakta hai jis mein individual apne potential ko actual bana sake.</w:t>
      </w:r>
    </w:p>
    <w:p>
      <w:pPr>
        <w:jc w:val="right"/>
      </w:pPr>
      <w:r>
        <w:t>سکتا ہے جس میں انڈیویجول اپنے پوٹینشل کو ایکچول بنا سکے۔</w:t>
      </w:r>
    </w:p>
    <w:p>
      <w:r>
        <w:rPr>
          <w:b/>
        </w:rPr>
        <w:t xml:space="preserve">[03:58] </w:t>
      </w:r>
      <w:r>
        <w:t>lekin dono ke dono fail ho gaye, aur kuch bhi duniya ko na de sake, siwaye ladai, jhagda,</w:t>
      </w:r>
    </w:p>
    <w:p>
      <w:pPr>
        <w:jc w:val="right"/>
      </w:pPr>
      <w:r>
        <w:t>لیکن دونوں کے دونوں فیل ہو گئے، اور کچھ بھی دنیا کو نہ دے سکے، سوائے لڑائی، جھگڑا،</w:t>
      </w:r>
    </w:p>
    <w:p>
      <w:r>
        <w:rPr>
          <w:b/>
        </w:rPr>
        <w:t xml:space="preserve">[04:05] </w:t>
      </w:r>
      <w:r>
        <w:t>fasad, aur kuch nahi de saka.</w:t>
      </w:r>
    </w:p>
    <w:p>
      <w:pPr>
        <w:jc w:val="right"/>
      </w:pPr>
      <w:r>
        <w:t>فساد، اور کچھ نہیں دے سکے۔</w:t>
      </w:r>
    </w:p>
    <w:p>
      <w:r>
        <w:rPr>
          <w:b/>
        </w:rPr>
        <w:t xml:space="preserve">[04:12] </w:t>
      </w:r>
      <w:r>
        <w:t>to yeh bohat hi zyada sochne wali baat hai ke yeh itna bara sawal unanswered pada hua hai.</w:t>
      </w:r>
    </w:p>
    <w:p>
      <w:pPr>
        <w:jc w:val="right"/>
      </w:pPr>
      <w:r>
        <w:t>تو یہ بہت ہی زیادہ سوچنے والی بات ہے کہ یہ اتنا بڑا سوال ان انسرڈ پڑا ہوا ہے۔</w:t>
      </w:r>
    </w:p>
    <w:p>
      <w:r>
        <w:rPr>
          <w:b/>
        </w:rPr>
        <w:t xml:space="preserve">[04:19] </w:t>
      </w:r>
      <w:r>
        <w:t>is mein ek wajah to mere nazdeek yeh hai ke jo baray baray mind hain woh is mein</w:t>
      </w:r>
    </w:p>
    <w:p>
      <w:pPr>
        <w:jc w:val="right"/>
      </w:pPr>
      <w:r>
        <w:t>اس میں ایک وجہ تو میرے نزدیک یہ ہے کہ جو بڑے بڑے مائنڈ ہیں وہ اس میں</w:t>
      </w:r>
    </w:p>
    <w:p>
      <w:r>
        <w:rPr>
          <w:b/>
        </w:rPr>
        <w:t xml:space="preserve">[04:26] </w:t>
      </w:r>
      <w:r>
        <w:t>involved nahi hue.</w:t>
      </w:r>
    </w:p>
    <w:p>
      <w:pPr>
        <w:jc w:val="right"/>
      </w:pPr>
      <w:r>
        <w:t>انوالو نہیں ہوئے۔</w:t>
      </w:r>
    </w:p>
    <w:p>
      <w:r>
        <w:rPr>
          <w:b/>
        </w:rPr>
        <w:t xml:space="preserve">[04:33] </w:t>
      </w:r>
      <w:r>
        <w:t>jo baray baray mind hain, Allah taala jin ko bari bari salahiyaton ke sath paida karta hai, woh</w:t>
      </w:r>
    </w:p>
    <w:p>
      <w:pPr>
        <w:jc w:val="right"/>
      </w:pPr>
      <w:r>
        <w:t>جو بڑے بڑے مائنڈ ہیں، اللہ تعالیٰ جن کو بڑی بڑی صلاحیتوں کے ساتھ پیدا کرتا ہے، وہ</w:t>
      </w:r>
    </w:p>
    <w:p>
      <w:r>
        <w:rPr>
          <w:b/>
        </w:rPr>
        <w:t xml:space="preserve">[04:40] </w:t>
      </w:r>
      <w:r>
        <w:t>sab ke sab, yani more than 99 percent, immediate gain mein phans kar reh gaye. Immediate gain.</w:t>
      </w:r>
    </w:p>
    <w:p>
      <w:pPr>
        <w:jc w:val="right"/>
      </w:pPr>
      <w:r>
        <w:t>سب کے سب، یعنی مور دین 99 فیصد، امیڈیٹ گین میں پھنس کر رہ گئے۔ امیڈیٹ گین۔</w:t>
      </w:r>
    </w:p>
    <w:p>
      <w:r>
        <w:rPr>
          <w:b/>
        </w:rPr>
        <w:t xml:space="preserve">[04:47] </w:t>
      </w:r>
      <w:r>
        <w:t>yeh sawal juda hua hai post immediate se, yani after immediate se.</w:t>
      </w:r>
    </w:p>
    <w:p>
      <w:pPr>
        <w:jc w:val="right"/>
      </w:pPr>
      <w:r>
        <w:t>یہ سوال جڑا ہوا ہے پوسٹ امیڈیٹ سے، یعنی آفٹر امیڈیٹ سے۔</w:t>
      </w:r>
    </w:p>
    <w:p>
      <w:r>
        <w:rPr>
          <w:b/>
        </w:rPr>
        <w:t xml:space="preserve">[04:54] </w:t>
      </w:r>
      <w:r>
        <w:t>to immediate gain mein itna zyada involve kiya unhon ne apne aap ko ke post immediate ke baray</w:t>
      </w:r>
    </w:p>
    <w:p>
      <w:pPr>
        <w:jc w:val="right"/>
      </w:pPr>
      <w:r>
        <w:t>تو امیڈیٹ گین میں اتنا زیادہ انوالو کیا انہوں نے اپنے آپ کو کہ پوسٹ امیڈیٹ کے بارے</w:t>
      </w:r>
    </w:p>
    <w:p>
      <w:r>
        <w:rPr>
          <w:b/>
        </w:rPr>
        <w:t xml:space="preserve">[05:01] </w:t>
      </w:r>
      <w:r>
        <w:t>mein woh zyada soch nahi sake.</w:t>
      </w:r>
    </w:p>
    <w:p>
      <w:pPr>
        <w:jc w:val="right"/>
      </w:pPr>
      <w:r>
        <w:t>میں وہ زیادہ سوچ نہیں سکے۔</w:t>
      </w:r>
    </w:p>
    <w:p>
      <w:r>
        <w:rPr>
          <w:b/>
        </w:rPr>
        <w:t xml:space="preserve">[05:08] </w:t>
      </w:r>
      <w:r>
        <w:t>aur bohat ajeeb, is se bhi zyada ajeeb baat yeh hai ke har aadmi dekhta hai ke sab</w:t>
      </w:r>
    </w:p>
    <w:p>
      <w:pPr>
        <w:jc w:val="right"/>
      </w:pPr>
      <w:r>
        <w:t>اور بہت عجیب، اس سے بھی زیادہ عجیب بات یہ ہے کہ ہر آدمی دیکھتا ہے کہ سب</w:t>
      </w:r>
    </w:p>
    <w:p>
      <w:r>
        <w:rPr>
          <w:b/>
        </w:rPr>
        <w:t xml:space="preserve">[05:15] </w:t>
      </w:r>
      <w:r>
        <w:t>mar rahe hain.</w:t>
      </w:r>
    </w:p>
    <w:p>
      <w:pPr>
        <w:jc w:val="right"/>
      </w:pPr>
      <w:r>
        <w:t>مر رہے ہیں۔</w:t>
      </w:r>
    </w:p>
    <w:p>
      <w:r>
        <w:rPr>
          <w:b/>
        </w:rPr>
        <w:t xml:space="preserve">[05:22] </w:t>
      </w:r>
      <w:r>
        <w:t>jo log immediate gain mein apne ko jinhon ne dala, aur baray baray empire banaye apne, kisi ne</w:t>
      </w:r>
    </w:p>
    <w:p>
      <w:pPr>
        <w:jc w:val="right"/>
      </w:pPr>
      <w:r>
        <w:t>جو لوگ امیڈیٹ گین میں اپنے کو جنہوں نے ڈالا، اور بڑے بڑے ایمپائر بنائے اپنے، کسی نے</w:t>
      </w:r>
    </w:p>
    <w:p>
      <w:r>
        <w:rPr>
          <w:b/>
        </w:rPr>
        <w:t xml:space="preserve">[05:29] </w:t>
      </w:r>
      <w:r>
        <w:t>political empire, kisi ne commercial empire, kisi ne apne fame ka empire banaya, lekin aik second mein is</w:t>
      </w:r>
    </w:p>
    <w:p>
      <w:pPr>
        <w:jc w:val="right"/>
      </w:pPr>
      <w:r>
        <w:t>پولیٹیکل ایمپائر، کسی نے کمرشل ایمپائر، کسی نے اپنے فیم کا ایمپائر بنایا، لیکن ایک سیکنڈ میں اس</w:t>
      </w:r>
    </w:p>
    <w:p>
      <w:r>
        <w:rPr>
          <w:b/>
        </w:rPr>
        <w:t xml:space="preserve">[05:36] </w:t>
      </w:r>
      <w:r>
        <w:t>ko chor kar chalay gaye is dunya se.</w:t>
      </w:r>
    </w:p>
    <w:p>
      <w:pPr>
        <w:jc w:val="right"/>
      </w:pPr>
      <w:r>
        <w:t>کو چھوڑ کر چلے گئے اس دنیا سے۔</w:t>
      </w:r>
    </w:p>
    <w:p>
      <w:r>
        <w:rPr>
          <w:b/>
        </w:rPr>
        <w:t xml:space="preserve">[05:43] </w:t>
      </w:r>
      <w:r>
        <w:t>sab kuch yahan reh gaya, woh chalay gaye kahin doosri dunya mein.</w:t>
      </w:r>
    </w:p>
    <w:p>
      <w:pPr>
        <w:jc w:val="right"/>
      </w:pPr>
      <w:r>
        <w:t>سب کچھ یہاں رہ گیا، وہ چلے گئے کہیں دوسری دنیا میں۔</w:t>
      </w:r>
    </w:p>
    <w:p>
      <w:r>
        <w:rPr>
          <w:b/>
        </w:rPr>
        <w:t xml:space="preserve">[05:50] </w:t>
      </w:r>
      <w:r>
        <w:t>to is ke baad, is ke bawajood, baray baray mind is mein apne ko involve na kar sakay,</w:t>
      </w:r>
    </w:p>
    <w:p>
      <w:pPr>
        <w:jc w:val="right"/>
      </w:pPr>
      <w:r>
        <w:t>تو اس کے بعد، اس کے باوجود، بڑے بڑے مائنڈ اس میں اپنے کو انوالو نہ کر سکے،</w:t>
      </w:r>
    </w:p>
    <w:p>
      <w:r>
        <w:rPr>
          <w:b/>
        </w:rPr>
        <w:t xml:space="preserve">[05:57] </w:t>
      </w:r>
      <w:r>
        <w:t>bas immediate gain mein phansay reh gaye.</w:t>
      </w:r>
    </w:p>
    <w:p>
      <w:pPr>
        <w:jc w:val="right"/>
      </w:pPr>
      <w:r>
        <w:t>بس امیڈیٹ گین میں پھنسے رہ گئے۔</w:t>
      </w:r>
    </w:p>
    <w:p>
      <w:r>
        <w:rPr>
          <w:b/>
        </w:rPr>
        <w:t xml:space="preserve">[06:04] </w:t>
      </w:r>
      <w:r>
        <w:t>khair, maine apni poori zindagi is mein bitai hai.</w:t>
      </w:r>
    </w:p>
    <w:p>
      <w:pPr>
        <w:jc w:val="right"/>
      </w:pPr>
      <w:r>
        <w:t>خیر، میں نے اپنی پوری زندگی اس میں بتائی ہے۔</w:t>
      </w:r>
    </w:p>
    <w:p>
      <w:r>
        <w:rPr>
          <w:b/>
        </w:rPr>
        <w:t xml:space="preserve">[06:11] </w:t>
      </w:r>
      <w:r>
        <w:t>maine koi bhi doosra kaam nahi kiya, na koi job, na koi business, kuch bhi nahi.</w:t>
      </w:r>
    </w:p>
    <w:p>
      <w:pPr>
        <w:jc w:val="right"/>
      </w:pPr>
      <w:r>
        <w:t>میں نے کوئی بھی دوسرا کام نہیں کیا، نہ کوئی جاب، نہ کوئی بزنس، کچھ بھی نہیں۔</w:t>
      </w:r>
    </w:p>
    <w:p>
      <w:r>
        <w:rPr>
          <w:b/>
        </w:rPr>
        <w:t xml:space="preserve">[06:18] </w:t>
      </w:r>
      <w:r>
        <w:t>to meri discovery yeh hai ke is sawal ka jawab sirf aik hi jagah hai, woh hai Quran.</w:t>
      </w:r>
    </w:p>
    <w:p>
      <w:pPr>
        <w:jc w:val="right"/>
      </w:pPr>
      <w:r>
        <w:t>تو میری ڈسکوری یہ ہے کہ اس سوال کا جواب صرف ایک ہی جگہ ہے، وہ ہے قرآن۔</w:t>
      </w:r>
    </w:p>
    <w:p>
      <w:r>
        <w:rPr>
          <w:b/>
        </w:rPr>
        <w:t xml:space="preserve">[06:25] </w:t>
      </w:r>
      <w:r>
        <w:t>dekhiye, har mazhab ne is ka jawab diya gaya tha, lekin pichlay mazahib jo hain woh apne authentic</w:t>
      </w:r>
    </w:p>
    <w:p>
      <w:pPr>
        <w:jc w:val="right"/>
      </w:pPr>
      <w:r>
        <w:t>دیکھیے، ہر مذہب نے اس کا جواب دیا گیا تھا، لیکن پچھلے مذاہب جو ہیں وہ اپنے آتھنٹیسٹک</w:t>
      </w:r>
    </w:p>
    <w:p>
      <w:r>
        <w:rPr>
          <w:b/>
        </w:rPr>
        <w:t xml:space="preserve">[06:32] </w:t>
      </w:r>
      <w:r>
        <w:t>ho chukay hain.</w:t>
      </w:r>
    </w:p>
    <w:p>
      <w:pPr>
        <w:jc w:val="right"/>
      </w:pPr>
      <w:r>
        <w:t>ہو چکے ہیں۔</w:t>
      </w:r>
    </w:p>
    <w:p>
      <w:r>
        <w:rPr>
          <w:b/>
        </w:rPr>
        <w:t xml:space="preserve">[06:39] </w:t>
      </w:r>
      <w:r>
        <w:t>France ka Rena aik philosopher tha, bohat bara, well known, us ne kaha tha ke sirf Islam hi</w:t>
      </w:r>
    </w:p>
    <w:p>
      <w:pPr>
        <w:jc w:val="right"/>
      </w:pPr>
      <w:r>
        <w:t>فرانس کا رینا ایک فلاسفر تھا، بہت بڑا، ویل نون، اس نے کہا تھا کہ صرف اسلام ہی</w:t>
      </w:r>
    </w:p>
    <w:p>
      <w:r>
        <w:rPr>
          <w:b/>
        </w:rPr>
        <w:t xml:space="preserve">[06:46] </w:t>
      </w:r>
      <w:r>
        <w:t>aisa mazhab hai jo historically authentic mazhab hai.</w:t>
      </w:r>
    </w:p>
    <w:p>
      <w:pPr>
        <w:jc w:val="right"/>
      </w:pPr>
      <w:r>
        <w:t>ایسا مذہب ہے جو ہسٹوریکلی آتھنٹک مذہب ہے۔</w:t>
      </w:r>
    </w:p>
    <w:p>
      <w:r>
        <w:rPr>
          <w:b/>
        </w:rPr>
        <w:t xml:space="preserve">[06:53] </w:t>
      </w:r>
      <w:r>
        <w:t>to us ne likha tha ke "unlike other founders of religions, Muhammad is the only prophet who</w:t>
      </w:r>
    </w:p>
    <w:p>
      <w:pPr>
        <w:jc w:val="right"/>
      </w:pPr>
      <w:r>
        <w:t>تو اس نے لکھا تھا کہ "ان لائک ادر فاؤنڈرز آف ریلیجنز، محمد از دا اونلی پرافٹ ہو</w:t>
      </w:r>
    </w:p>
    <w:p>
      <w:r>
        <w:rPr>
          <w:b/>
        </w:rPr>
        <w:t xml:space="preserve">[07:00] </w:t>
      </w:r>
      <w:r>
        <w:t>was born in a full light of history." to Quran jo hai aik hi authentic book hai, is</w:t>
      </w:r>
    </w:p>
    <w:p>
      <w:pPr>
        <w:jc w:val="right"/>
      </w:pPr>
      <w:r>
        <w:t>واز بورن ان اے فل لائٹ آف ہسٹری۔" تو قرآن جو ہے ایک ہی آتھنٹک بک ہے، اس</w:t>
      </w:r>
    </w:p>
    <w:p>
      <w:r>
        <w:rPr>
          <w:b/>
        </w:rPr>
        <w:t xml:space="preserve">[07:07] </w:t>
      </w:r>
      <w:r>
        <w:t>sense mein nahi ke wohi dunya mein aai aik hi kitab.</w:t>
      </w:r>
    </w:p>
    <w:p>
      <w:pPr>
        <w:jc w:val="right"/>
      </w:pPr>
      <w:r>
        <w:t>سینس میں نہیں کہ وہی دنیا میں آئی ایک ہی کتاب۔</w:t>
      </w:r>
    </w:p>
    <w:p>
      <w:r>
        <w:rPr>
          <w:b/>
        </w:rPr>
        <w:t xml:space="preserve">[07:14] </w:t>
      </w:r>
      <w:r>
        <w:t>kitaben jo aain woh un ke followers us ko preserve na kar sakay, is liye woh preserved text</w:t>
      </w:r>
    </w:p>
    <w:p>
      <w:pPr>
        <w:jc w:val="right"/>
      </w:pPr>
      <w:r>
        <w:t>کتابیں جو آئیں وہ ان کے فالوورز اس کو پریزرو نہ کر سکے، اس لیے وہ پریزرو ٹیکسٹ</w:t>
      </w:r>
    </w:p>
    <w:p>
      <w:r>
        <w:rPr>
          <w:b/>
        </w:rPr>
        <w:t xml:space="preserve">[07:21] </w:t>
      </w:r>
      <w:r>
        <w:t>un ke paas nahi hai.</w:t>
      </w:r>
    </w:p>
    <w:p>
      <w:pPr>
        <w:jc w:val="right"/>
      </w:pPr>
      <w:r>
        <w:t>ان کے پاس نہیں ہے۔</w:t>
      </w:r>
    </w:p>
    <w:p>
      <w:r>
        <w:rPr>
          <w:b/>
        </w:rPr>
        <w:t xml:space="preserve">[07:28] </w:t>
      </w:r>
      <w:r>
        <w:t>to Quran mein is sawal ka jawab hai, lekin ajeeb baat hai ke khud musalman hi is se</w:t>
      </w:r>
    </w:p>
    <w:p>
      <w:pPr>
        <w:jc w:val="right"/>
      </w:pPr>
      <w:r>
        <w:t>تو قرآن میں اس سوال کا جواب ہے، لیکن عجیب بات ہے کہ خود مسلمان ہی اس سے</w:t>
      </w:r>
    </w:p>
    <w:p>
      <w:r>
        <w:rPr>
          <w:b/>
        </w:rPr>
        <w:t xml:space="preserve">[07:35] </w:t>
      </w:r>
      <w:r>
        <w:t>be khabar hain.</w:t>
      </w:r>
    </w:p>
    <w:p>
      <w:pPr>
        <w:jc w:val="right"/>
      </w:pPr>
      <w:r>
        <w:t>بے خبر ہیں۔</w:t>
      </w:r>
    </w:p>
    <w:p>
      <w:r>
        <w:rPr>
          <w:b/>
        </w:rPr>
        <w:t xml:space="preserve">[07:42] </w:t>
      </w:r>
      <w:r>
        <w:t>musalmanon ne Quran ko kitab mehzoor bana rakha hai, abandoned book.</w:t>
      </w:r>
    </w:p>
    <w:p>
      <w:pPr>
        <w:jc w:val="right"/>
      </w:pPr>
      <w:r>
        <w:t>مسلمانوں نے قرآن کو کتاب محظور بنا رکھا ہے، ابینڈڈ بک۔</w:t>
      </w:r>
    </w:p>
    <w:p>
      <w:r>
        <w:rPr>
          <w:b/>
        </w:rPr>
        <w:t xml:space="preserve">[07:49] </w:t>
      </w:r>
      <w:r>
        <w:t>woh Quran ki sirf tilawat karte hain, is mein sochtay nahi.</w:t>
      </w:r>
    </w:p>
    <w:p>
      <w:pPr>
        <w:jc w:val="right"/>
      </w:pPr>
      <w:r>
        <w:t>وہ قرآن کی صرف تلاوت کرتے ہیں، اس میں سوچتے نہیں۔</w:t>
      </w:r>
    </w:p>
    <w:p>
      <w:r>
        <w:rPr>
          <w:b/>
        </w:rPr>
        <w:t xml:space="preserve">[07:56] </w:t>
      </w:r>
      <w:r>
        <w:t>khair, is sawal ka jawab dekhiye Quran ke chapter number do mein.</w:t>
      </w:r>
    </w:p>
    <w:p>
      <w:pPr>
        <w:jc w:val="right"/>
      </w:pPr>
      <w:r>
        <w:t>خیر، اس سوال کا جواب دیکھیے قرآن کے چیپٹر نمبر دو میں۔</w:t>
      </w:r>
    </w:p>
    <w:p>
      <w:r>
        <w:rPr>
          <w:b/>
        </w:rPr>
        <w:t xml:space="preserve">[08:03] </w:t>
      </w:r>
      <w:r>
        <w:t>main aap se kahoon ga ke aap yahan se wapas jane ke baad Quran ka chapter number do,</w:t>
      </w:r>
    </w:p>
    <w:p>
      <w:pPr>
        <w:jc w:val="right"/>
      </w:pPr>
      <w:r>
        <w:t>میں آپ سے کہوں گا کہ آپ یہاں سے واپس جانے کے بعد قرآن کا چیپٹر نمبر دو،</w:t>
      </w:r>
    </w:p>
    <w:p>
      <w:r>
        <w:rPr>
          <w:b/>
        </w:rPr>
        <w:t xml:space="preserve">[08:10] </w:t>
      </w:r>
      <w:r>
        <w:t>Al-Baqarah, ki verses 30, 31, 32, 33, in verses ko study karen.</w:t>
      </w:r>
    </w:p>
    <w:p>
      <w:pPr>
        <w:jc w:val="right"/>
      </w:pPr>
      <w:r>
        <w:t>البقرہ، کی ورسز 30، 31، 32، 33، ان ورسز کو اسٹڈی کریں۔</w:t>
      </w:r>
    </w:p>
    <w:p>
      <w:r>
        <w:rPr>
          <w:b/>
        </w:rPr>
        <w:t xml:space="preserve">[08:17] </w:t>
      </w:r>
      <w:r>
        <w:t>is mein is sawal ka jawab hai.</w:t>
      </w:r>
    </w:p>
    <w:p>
      <w:pPr>
        <w:jc w:val="right"/>
      </w:pPr>
      <w:r>
        <w:t>اس میں اس سوال کا جواب ہے۔</w:t>
      </w:r>
    </w:p>
    <w:p>
      <w:r>
        <w:rPr>
          <w:b/>
        </w:rPr>
        <w:t xml:space="preserve">[08:24] </w:t>
      </w:r>
      <w:r>
        <w:t>in verses mein ek aagaya hai ke Allah taala ne insan ko paida kiya aur zameen ka charge</w:t>
      </w:r>
    </w:p>
    <w:p>
      <w:pPr>
        <w:jc w:val="right"/>
      </w:pPr>
      <w:r>
        <w:t>ان ورسز میں ایک آگیا ہے کہ اللہ تعالیٰ نے انسان کو پیدا کیا اور زمین کا چارج</w:t>
      </w:r>
    </w:p>
    <w:p>
      <w:r>
        <w:rPr>
          <w:b/>
        </w:rPr>
        <w:t xml:space="preserve">[08:31] </w:t>
      </w:r>
      <w:r>
        <w:t>isko diya.</w:t>
      </w:r>
    </w:p>
    <w:p>
      <w:pPr>
        <w:jc w:val="right"/>
      </w:pPr>
      <w:r>
        <w:t>اس کو دیا۔</w:t>
      </w:r>
    </w:p>
    <w:p>
      <w:r>
        <w:rPr>
          <w:b/>
        </w:rPr>
        <w:t xml:space="preserve">[08:38] </w:t>
      </w:r>
      <w:r>
        <w:t>quran mein hai ke Allah ne isko khaleefa banaya.</w:t>
      </w:r>
    </w:p>
    <w:p>
      <w:pPr>
        <w:jc w:val="right"/>
      </w:pPr>
      <w:r>
        <w:t>قرآن میں ہے کہ اللہ نے اس کو خلیفہ بنایا۔</w:t>
      </w:r>
    </w:p>
    <w:p>
      <w:r>
        <w:rPr>
          <w:b/>
        </w:rPr>
        <w:t xml:space="preserve">[08:45] </w:t>
      </w:r>
      <w:r>
        <w:t>khaleefa ke mani hain yeh jo planet earth hai, iska charge diya insan ko.</w:t>
      </w:r>
    </w:p>
    <w:p>
      <w:pPr>
        <w:jc w:val="right"/>
      </w:pPr>
      <w:r>
        <w:t>خلیفہ کے معنی ہیں یہ جو پلینٹ ارتھ ہے، اس کا چارج دیا انسان کو۔</w:t>
      </w:r>
    </w:p>
    <w:p>
      <w:r>
        <w:rPr>
          <w:b/>
        </w:rPr>
        <w:t xml:space="preserve">[08:52] </w:t>
      </w:r>
      <w:r>
        <w:t>to farishton ne kaha ke is waqt farishte maujood thay aur iblis bhi maujood tha.</w:t>
      </w:r>
    </w:p>
    <w:p>
      <w:pPr>
        <w:jc w:val="right"/>
      </w:pPr>
      <w:r>
        <w:t>تو فرشتوں نے کہا کہ اس وقت فرشتے موجود تھے اور ابلیس بھی موجود تھا۔</w:t>
      </w:r>
    </w:p>
    <w:p>
      <w:r>
        <w:rPr>
          <w:b/>
        </w:rPr>
        <w:t xml:space="preserve">[08:59] </w:t>
      </w:r>
      <w:r>
        <w:t>to farishton ne kaha ke "ataj al fiha ma yufsidu fiha wa yusfiku al dimaa".</w:t>
      </w:r>
    </w:p>
    <w:p>
      <w:pPr>
        <w:jc w:val="right"/>
      </w:pPr>
      <w:r>
        <w:t>تو فرشتوں نے کہا کہ "اتجعل فیہا ما یفسد فیہا ویسفک الدماء"۔</w:t>
      </w:r>
    </w:p>
    <w:p>
      <w:r>
        <w:rPr>
          <w:b/>
        </w:rPr>
        <w:t xml:space="preserve">[09:06] </w:t>
      </w:r>
      <w:r>
        <w:t>ae rab al alameen, kya tu aise logon ko charge de raha hai zameen par jo wahan fasad karein,</w:t>
      </w:r>
    </w:p>
    <w:p>
      <w:pPr>
        <w:jc w:val="right"/>
      </w:pPr>
      <w:r>
        <w:t>اے رب العالمین، کیا تو ایسے لوگوں کو چارج دے رہا ہے زمین پر جو وہاں فساد کریں،</w:t>
      </w:r>
    </w:p>
    <w:p>
      <w:r>
        <w:rPr>
          <w:b/>
        </w:rPr>
        <w:t xml:space="preserve">[09:13] </w:t>
      </w:r>
      <w:r>
        <w:t>mufsidd banein? to yeh bohat ajeeb baat hai.</w:t>
      </w:r>
    </w:p>
    <w:p>
      <w:pPr>
        <w:jc w:val="right"/>
      </w:pPr>
      <w:r>
        <w:t>مفسد بنیں؟ تو یہ بہت عجیب بات ہے۔</w:t>
      </w:r>
    </w:p>
    <w:p>
      <w:r>
        <w:rPr>
          <w:b/>
        </w:rPr>
        <w:t xml:space="preserve">[09:20] </w:t>
      </w:r>
      <w:r>
        <w:t>یعنی فرشتوں نے یہ doubt پیش کیا تھا اس وقت کہ انسان تو زمین میں فساد برپا کرے</w:t>
      </w:r>
    </w:p>
    <w:p>
      <w:pPr>
        <w:jc w:val="right"/>
      </w:pPr>
      <w:r>
        <w:t>یعنی فرشتوں نے یہ ڈاؤٹ پیش کیا تھا اس وقت کہ انسان تو زمین میں فساد برپا کرے</w:t>
      </w:r>
    </w:p>
    <w:p>
      <w:r>
        <w:rPr>
          <w:b/>
        </w:rPr>
        <w:t xml:space="preserve">[09:27] </w:t>
      </w:r>
      <w:r>
        <w:t>ga, corruption karega.</w:t>
      </w:r>
    </w:p>
    <w:p>
      <w:pPr>
        <w:jc w:val="right"/>
      </w:pPr>
      <w:r>
        <w:t>گا، کرپشن کرے گا۔</w:t>
      </w:r>
    </w:p>
    <w:p>
      <w:r>
        <w:rPr>
          <w:b/>
        </w:rPr>
        <w:t xml:space="preserve">[09:34] </w:t>
      </w:r>
      <w:r>
        <w:t>aur ajeeb baat yeh hai ke yeh jo doubt tha farishton ka, khud Allah taala ne quran mein</w:t>
      </w:r>
    </w:p>
    <w:p>
      <w:pPr>
        <w:jc w:val="right"/>
      </w:pPr>
      <w:r>
        <w:t>اور عجیب بات یہ ہے کہ یہ جو ڈاؤٹ تھا فرشتوں کا، خود اللہ تعالیٰ نے قرآن میں</w:t>
      </w:r>
    </w:p>
    <w:p>
      <w:r>
        <w:rPr>
          <w:b/>
        </w:rPr>
        <w:t xml:space="preserve">[09:41] </w:t>
      </w:r>
      <w:r>
        <w:t>confirm kar diya ke aisa waqatan paish aaya.</w:t>
      </w:r>
    </w:p>
    <w:p>
      <w:pPr>
        <w:jc w:val="right"/>
      </w:pPr>
      <w:r>
        <w:t>کنفرم کر دیا کہ ایسا واقعتاً پیش آیا۔</w:t>
      </w:r>
    </w:p>
    <w:p>
      <w:r>
        <w:rPr>
          <w:b/>
        </w:rPr>
        <w:t xml:space="preserve">[09:48] </w:t>
      </w:r>
      <w:r>
        <w:t>quran ki ek ayat hai: "zahara al fasadu fi al barri wa al bahri bima qasabat aydii al naasi".</w:t>
      </w:r>
    </w:p>
    <w:p>
      <w:pPr>
        <w:jc w:val="right"/>
      </w:pPr>
      <w:r>
        <w:t>قرآن کی ایک آیت ہے: "زہر الفساد فی البر والبحر بما قسمت الناس"۔</w:t>
      </w:r>
    </w:p>
    <w:p>
      <w:r>
        <w:rPr>
          <w:b/>
        </w:rPr>
        <w:t xml:space="preserve">[09:55] </w:t>
      </w:r>
      <w:r>
        <w:t>yani insaanon ke amal se zameen fasad se bhar gayi, khushki aur tari mein fasad phail gaya.</w:t>
      </w:r>
    </w:p>
    <w:p>
      <w:pPr>
        <w:jc w:val="right"/>
      </w:pPr>
      <w:r>
        <w:t>یعنی انسانوں کے عمل سے زمین فساد سے بھر گئی، خشکی اور تری میں فساد پھیل گیا۔</w:t>
      </w:r>
    </w:p>
    <w:p>
      <w:r>
        <w:rPr>
          <w:b/>
        </w:rPr>
        <w:t xml:space="preserve">[10:02] </w:t>
      </w:r>
      <w:r>
        <w:t>تو کیسی عجیب بات ہے کہ پیدائش کے beginning میں فرشتوں نے جو doubt پیش کیا تھا، خود</w:t>
      </w:r>
    </w:p>
    <w:p>
      <w:pPr>
        <w:jc w:val="right"/>
      </w:pPr>
      <w:r>
        <w:t>تو کیسی عجیب بات ہے کہ پیدائش کے بگننگ میں فرشتوں نے جو ڈاؤٹ پیش کیا تھا، خود</w:t>
      </w:r>
    </w:p>
    <w:p>
      <w:r>
        <w:rPr>
          <w:b/>
        </w:rPr>
        <w:t xml:space="preserve">[10:09] </w:t>
      </w:r>
      <w:r>
        <w:t>قرآن کی اس statement کے مطابق وہ واقعہ بن گیا کہ انسان بجائے خلیفہ بننے کے مفسد بن</w:t>
      </w:r>
    </w:p>
    <w:p>
      <w:pPr>
        <w:jc w:val="right"/>
      </w:pPr>
      <w:r>
        <w:t>قرآن کی اس اسٹیٹمنٹ کے مطابق وہ واقعہ بن گیا کہ انسان بجائے خلیفہ بننے کے مفسد بن</w:t>
      </w:r>
    </w:p>
    <w:p>
      <w:r>
        <w:rPr>
          <w:b/>
        </w:rPr>
        <w:t xml:space="preserve">[10:16] </w:t>
      </w:r>
      <w:r>
        <w:t>gaya, bajaye islaah karne ke fasad kiya is ne.</w:t>
      </w:r>
    </w:p>
    <w:p>
      <w:pPr>
        <w:jc w:val="right"/>
      </w:pPr>
      <w:r>
        <w:t>گیا، بجائے اصلاح کرنے کے فساد کیا اس نے۔</w:t>
      </w:r>
    </w:p>
    <w:p>
      <w:r>
        <w:rPr>
          <w:b/>
        </w:rPr>
        <w:t xml:space="preserve">[10:23] </w:t>
      </w:r>
      <w:r>
        <w:t>khud quran isko confirm kar raha hai.</w:t>
      </w:r>
    </w:p>
    <w:p>
      <w:pPr>
        <w:jc w:val="right"/>
      </w:pPr>
      <w:r>
        <w:t>خود قرآن اس کو کنفرم کر رہا ہے۔</w:t>
      </w:r>
    </w:p>
    <w:p>
      <w:r>
        <w:rPr>
          <w:b/>
        </w:rPr>
        <w:t xml:space="preserve">[10:30] </w:t>
      </w:r>
      <w:r>
        <w:t>ab sawal yeh hai ke phir Allah ne insan ko paida kyun kiya? jab farishton ne yeh baat</w:t>
      </w:r>
    </w:p>
    <w:p>
      <w:pPr>
        <w:jc w:val="right"/>
      </w:pPr>
      <w:r>
        <w:t>اب سوال یہ ہے کہ پھر اللہ نے انسان کو پیدا کیوں کیا؟ جب فرشتوں نے یہ بات</w:t>
      </w:r>
    </w:p>
    <w:p>
      <w:r>
        <w:rPr>
          <w:b/>
        </w:rPr>
        <w:t xml:space="preserve">[10:37] </w:t>
      </w:r>
      <w:r>
        <w:t>aaghaz hi mein keh di thi aur khud Allah ne confirm kar diya ke waqatan aisa hua, to</w:t>
      </w:r>
    </w:p>
    <w:p>
      <w:pPr>
        <w:jc w:val="right"/>
      </w:pPr>
      <w:r>
        <w:t>آغاز ہی میں کہہ دی تھی اور خود اللہ نے کنفرم کر دیا کہ واقعتاً ایسا ہوا، تو</w:t>
      </w:r>
    </w:p>
    <w:p>
      <w:r>
        <w:rPr>
          <w:b/>
        </w:rPr>
        <w:t xml:space="preserve">[10:44] </w:t>
      </w:r>
      <w:r>
        <w:t>ab sawal paida hota hai ke Allah ne insan ko paida kyun kiya? yani wahi cheez hui jis</w:t>
      </w:r>
    </w:p>
    <w:p>
      <w:pPr>
        <w:jc w:val="right"/>
      </w:pPr>
      <w:r>
        <w:t>اب سوال پیدا ہوتا ہے کہ اللہ نے انسان کو پیدا کیوں کیا؟ یعنی وہی چیز ہوئی جس</w:t>
      </w:r>
    </w:p>
    <w:p>
      <w:r>
        <w:rPr>
          <w:b/>
        </w:rPr>
        <w:t xml:space="preserve">[10:51] </w:t>
      </w:r>
      <w:r>
        <w:t>کو کہ ایک ایک جرمن ہسٹورین نے ان لفظوں میں کہا ہے کہ "The human history is little</w:t>
      </w:r>
    </w:p>
    <w:p>
      <w:pPr>
        <w:jc w:val="right"/>
      </w:pPr>
      <w:r>
        <w:t>کو کہ ایک ایک جرمن ہسٹورین نے ان لفظوں میں کہا ہے کہ "دا ہیومن ہسٹری از لٹل</w:t>
      </w:r>
    </w:p>
    <w:p>
      <w:r>
        <w:rPr>
          <w:b/>
        </w:rPr>
        <w:t xml:space="preserve">[10:58] </w:t>
      </w:r>
      <w:r>
        <w:t>board deen arrest of crimes".</w:t>
      </w:r>
    </w:p>
    <w:p>
      <w:pPr>
        <w:jc w:val="right"/>
      </w:pPr>
      <w:r>
        <w:t>بورڈ دین اریسٹ آف کرائمز"۔</w:t>
      </w:r>
    </w:p>
    <w:p>
      <w:r>
        <w:rPr>
          <w:b/>
        </w:rPr>
        <w:t xml:space="preserve">[11:05] </w:t>
      </w:r>
      <w:r>
        <w:t>wahi to hua.</w:t>
      </w:r>
    </w:p>
    <w:p>
      <w:pPr>
        <w:jc w:val="right"/>
      </w:pPr>
      <w:r>
        <w:t>وہی تو ہوا۔</w:t>
      </w:r>
    </w:p>
    <w:p>
      <w:r>
        <w:rPr>
          <w:b/>
        </w:rPr>
        <w:t xml:space="preserve">[11:12] </w:t>
      </w:r>
      <w:r>
        <w:t>to farishte keh rahe hain, insani historian keh rahe hain, khud Allah iski tasdeeq farma rahe hain</w:t>
      </w:r>
    </w:p>
    <w:p>
      <w:pPr>
        <w:jc w:val="right"/>
      </w:pPr>
      <w:r>
        <w:t>تو فرشتے کہہ رہے ہیں، انسانی ہسٹورین کہہ رہے ہیں، خود اللہ اس کی تصدیق فرما رہے ہیں</w:t>
      </w:r>
    </w:p>
    <w:p>
      <w:r>
        <w:rPr>
          <w:b/>
        </w:rPr>
        <w:t xml:space="preserve">[11:19] </w:t>
      </w:r>
      <w:r>
        <w:t>ke waqatan hua bhi aisa hi.</w:t>
      </w:r>
    </w:p>
    <w:p>
      <w:pPr>
        <w:jc w:val="right"/>
      </w:pPr>
      <w:r>
        <w:t>کہ واقعتاً ہوا بھی ایسا ہی۔</w:t>
      </w:r>
    </w:p>
    <w:p>
      <w:r>
        <w:rPr>
          <w:b/>
        </w:rPr>
        <w:t xml:space="preserve">[11:26] </w:t>
      </w:r>
      <w:r>
        <w:t>تو یہ بہت بڑا سوال ہے کہ "What was the purpose of creation? What was the purpose of</w:t>
      </w:r>
    </w:p>
    <w:p>
      <w:pPr>
        <w:jc w:val="right"/>
      </w:pPr>
      <w:r>
        <w:t>تو یہ بہت بڑا سوال ہے کہ "واٹ واز دا پرپس آف کریشن؟ واٹ واز دا پرپس آف</w:t>
      </w:r>
    </w:p>
    <w:p>
      <w:r>
        <w:rPr>
          <w:b/>
        </w:rPr>
        <w:t xml:space="preserve">[11:33] </w:t>
      </w:r>
      <w:r>
        <w:t>existence?" yeh bohat bara sawal hai.</w:t>
      </w:r>
    </w:p>
    <w:p>
      <w:pPr>
        <w:jc w:val="right"/>
      </w:pPr>
      <w:r>
        <w:t>ایگزسٹنس؟" یہ بہت بڑا سوال ہے۔</w:t>
      </w:r>
    </w:p>
    <w:p>
      <w:r>
        <w:rPr>
          <w:b/>
        </w:rPr>
        <w:t xml:space="preserve">[11:40] </w:t>
      </w:r>
      <w:r>
        <w:t>is par mein zindagi bhar sochta raha hoon.</w:t>
      </w:r>
    </w:p>
    <w:p>
      <w:pPr>
        <w:jc w:val="right"/>
      </w:pPr>
      <w:r>
        <w:t>اس پر میں زندگی بھر سوچتا رہا ہوں۔</w:t>
      </w:r>
    </w:p>
    <w:p>
      <w:r>
        <w:rPr>
          <w:b/>
        </w:rPr>
        <w:t xml:space="preserve">[11:47] </w:t>
      </w:r>
      <w:r>
        <w:t>meri zindagi koi doosra maqsad nahi siwaye is ke ke main is ka jawab talash karoon.</w:t>
      </w:r>
    </w:p>
    <w:p>
      <w:pPr>
        <w:jc w:val="right"/>
      </w:pPr>
      <w:r>
        <w:t>میری زندگی کوئی دوسرا مقصد نہیں سوائے اس کے کہ میں اس کا جواب تلاش کروں۔</w:t>
      </w:r>
    </w:p>
    <w:p>
      <w:r>
        <w:rPr>
          <w:b/>
        </w:rPr>
        <w:t xml:space="preserve">[11:54] </w:t>
      </w:r>
      <w:r>
        <w:t>to inhi aayaton mein is sawal ka jawab hai.</w:t>
      </w:r>
    </w:p>
    <w:p>
      <w:pPr>
        <w:jc w:val="right"/>
      </w:pPr>
      <w:r>
        <w:t>تو انہی آیتوں میں اس سوال کا جواب ہے۔</w:t>
      </w:r>
    </w:p>
    <w:p>
      <w:r>
        <w:rPr>
          <w:b/>
        </w:rPr>
        <w:t xml:space="preserve">[12:01] </w:t>
      </w:r>
      <w:r>
        <w:t>asal mein hum wrong criterion se judge kar rahe hain is situation ko.</w:t>
      </w:r>
    </w:p>
    <w:p>
      <w:pPr>
        <w:jc w:val="right"/>
      </w:pPr>
      <w:r>
        <w:t>اصل میں ہم رونگ کرائٹیرین سے جج کر رہے ہیں اس سچویشن کو۔</w:t>
      </w:r>
    </w:p>
    <w:p>
      <w:r>
        <w:rPr>
          <w:b/>
        </w:rPr>
        <w:t xml:space="preserve">[12:08] </w:t>
      </w:r>
      <w:r>
        <w:t>ghalti hamari yahan hai.</w:t>
      </w:r>
    </w:p>
    <w:p>
      <w:pPr>
        <w:jc w:val="right"/>
      </w:pPr>
      <w:r>
        <w:t>غلطی ہماری یہاں ہے۔</w:t>
      </w:r>
    </w:p>
    <w:p>
      <w:r>
        <w:rPr>
          <w:b/>
        </w:rPr>
        <w:t xml:space="preserve">[12:15] </w:t>
      </w:r>
      <w:r>
        <w:t>jaise is building ko aap judge karein, ek hospital ke criterion se, aap kahenge hospital hai, ghalti</w:t>
      </w:r>
    </w:p>
    <w:p>
      <w:pPr>
        <w:jc w:val="right"/>
      </w:pPr>
      <w:r>
        <w:t>جیسے اس بلڈنگ کو آپ جج کریں، ایک ہاسپٹل کے کرائٹیرین سے، آپ کہیں گے ہاسپٹل ہے، غلطی</w:t>
      </w:r>
    </w:p>
    <w:p>
      <w:r>
        <w:rPr>
          <w:b/>
        </w:rPr>
        <w:t xml:space="preserve">[12:22] </w:t>
      </w:r>
      <w:r>
        <w:t>aap ki hai.</w:t>
      </w:r>
    </w:p>
    <w:p>
      <w:pPr>
        <w:jc w:val="right"/>
      </w:pPr>
      <w:r>
        <w:t>آپ کی ہے۔</w:t>
      </w:r>
    </w:p>
    <w:p>
      <w:r>
        <w:rPr>
          <w:b/>
        </w:rPr>
        <w:t xml:space="preserve">[12:29] </w:t>
      </w:r>
      <w:r>
        <w:t>kyun ke hospital hai hi nahi.</w:t>
      </w:r>
    </w:p>
    <w:p>
      <w:pPr>
        <w:jc w:val="right"/>
      </w:pPr>
      <w:r>
        <w:t>کیونکہ ہاسپٹل ہے ہی نہیں۔</w:t>
      </w:r>
    </w:p>
    <w:p>
      <w:r>
        <w:rPr>
          <w:b/>
        </w:rPr>
        <w:t xml:space="preserve">[12:36] </w:t>
      </w:r>
      <w:r>
        <w:t>to jitne log hain, apne mind mein unhon ne ek lord se banaya, khud apne mind mein, aur</w:t>
      </w:r>
    </w:p>
    <w:p>
      <w:pPr>
        <w:jc w:val="right"/>
      </w:pPr>
      <w:r>
        <w:t>تو جتنے لوگ ہیں، اپنے مائنڈ میں انہوں نے ایک لارڈ سے بنایا، خود اپنے مائنڈ میں، اور</w:t>
      </w:r>
    </w:p>
    <w:p>
      <w:r>
        <w:rPr>
          <w:b/>
        </w:rPr>
        <w:t xml:space="preserve">[12:43] </w:t>
      </w:r>
      <w:r>
        <w:t>is se phir doctor keh rahe hain ke is bande ko rest of crimes nahi.</w:t>
      </w:r>
    </w:p>
    <w:p>
      <w:pPr>
        <w:jc w:val="right"/>
      </w:pPr>
      <w:r>
        <w:t>اس سے پھر ڈاکٹر کہہ رہے ہیں کہ اس بندے کو ریسٹ آف کرائمز نہیں۔</w:t>
      </w:r>
    </w:p>
    <w:p>
      <w:r>
        <w:rPr>
          <w:b/>
        </w:rPr>
        <w:t xml:space="preserve">[12:50] </w:t>
      </w:r>
      <w:r>
        <w:t>aap ko janna chahiye ke khud creation, khud creator ka creation plan kya hai, khud creator ke nazdeek</w:t>
      </w:r>
    </w:p>
    <w:p>
      <w:pPr>
        <w:jc w:val="right"/>
      </w:pPr>
      <w:r>
        <w:t>آپ کو جاننا چاہیے کہ خود کریشن، خود کریٹر کا کریشن پلان کیا ہے، خود کریٹر کے نزدیک</w:t>
      </w:r>
    </w:p>
    <w:p>
      <w:r>
        <w:rPr>
          <w:b/>
        </w:rPr>
        <w:t xml:space="preserve">[12:57] </w:t>
      </w:r>
      <w:r>
        <w:t>purpose of existence kya hai.</w:t>
      </w:r>
    </w:p>
    <w:p>
      <w:pPr>
        <w:jc w:val="right"/>
      </w:pPr>
      <w:r>
        <w:t>پرپس آف ایگزسٹنس کیا ہے۔</w:t>
      </w:r>
    </w:p>
    <w:p>
      <w:r>
        <w:rPr>
          <w:b/>
        </w:rPr>
        <w:t xml:space="preserve">[13:04] </w:t>
      </w:r>
      <w:r>
        <w:t>apne mind se aap nahi is ko tay kar sakte.</w:t>
      </w:r>
    </w:p>
    <w:p>
      <w:pPr>
        <w:jc w:val="right"/>
      </w:pPr>
      <w:r>
        <w:t>اپنے مائنڈ سے آپ نہیں اس کو طے کر سکتے۔</w:t>
      </w:r>
    </w:p>
    <w:p>
      <w:r>
        <w:rPr>
          <w:b/>
        </w:rPr>
        <w:t xml:space="preserve">[13:11] </w:t>
      </w:r>
      <w:r>
        <w:t>to ghalti yahan hai ke apne zehan se Khuda ke creation ko judge kar rahe hain.</w:t>
      </w:r>
    </w:p>
    <w:p>
      <w:pPr>
        <w:jc w:val="right"/>
      </w:pPr>
      <w:r>
        <w:t>تو غلطی یہاں ہے کہ اپنے ذہن سے خدا کے کریشن کو جج کر رہے ہیں۔</w:t>
      </w:r>
    </w:p>
    <w:p>
      <w:r>
        <w:rPr>
          <w:b/>
        </w:rPr>
        <w:t xml:space="preserve">[13:18] </w:t>
      </w:r>
      <w:r>
        <w:t>yaani is yeh jo yahan aap baithe hue hain, kisi ne is ko banaya hai, koi is ko</w:t>
      </w:r>
    </w:p>
    <w:p>
      <w:pPr>
        <w:jc w:val="right"/>
      </w:pPr>
      <w:r>
        <w:t>یعنی اس یہ جو یہاں آپ بیٹھے ہوئے ہیں، کسی نے اس کو بنایا ہے، کوئی اس کو</w:t>
      </w:r>
    </w:p>
    <w:p>
      <w:r>
        <w:rPr>
          <w:b/>
        </w:rPr>
        <w:t xml:space="preserve">[13:25] </w:t>
      </w:r>
      <w:r>
        <w:t>chala raha hai, is ke mind se janna parega ke yeh kya cheez hai.</w:t>
      </w:r>
    </w:p>
    <w:p>
      <w:pPr>
        <w:jc w:val="right"/>
      </w:pPr>
      <w:r>
        <w:t>چلا رہا ہے، اس کے مائنڈ سے جاننا پڑے گا کہ یہ کیا چیز ہے۔</w:t>
      </w:r>
    </w:p>
    <w:p>
      <w:r>
        <w:rPr>
          <w:b/>
        </w:rPr>
        <w:t xml:space="preserve">[13:32] </w:t>
      </w:r>
      <w:r>
        <w:t>aap rehte hain kahin bombay mein, apne apne mind mein ek yardstick banaye, is se kaha judge karein</w:t>
      </w:r>
    </w:p>
    <w:p>
      <w:pPr>
        <w:jc w:val="right"/>
      </w:pPr>
      <w:r>
        <w:t>آپ رہتے ہیں کہیں بمبے میں، اپنے اپنے مائنڈ میں ایک یارڈسٹک بنائے، اس سے کہا جج کریں</w:t>
      </w:r>
    </w:p>
    <w:p>
      <w:r>
        <w:rPr>
          <w:b/>
        </w:rPr>
        <w:t xml:space="preserve">[13:39] </w:t>
      </w:r>
      <w:r>
        <w:t>aap is ko, to bilashuba woh ghalti karenge aap.</w:t>
      </w:r>
    </w:p>
    <w:p>
      <w:pPr>
        <w:jc w:val="right"/>
      </w:pPr>
      <w:r>
        <w:t>آپ اس کو، تو بلاشبہ وہ غلطی کریں گے آپ۔</w:t>
      </w:r>
    </w:p>
    <w:p>
      <w:r>
        <w:rPr>
          <w:b/>
        </w:rPr>
        <w:t xml:space="preserve">[13:46] </w:t>
      </w:r>
      <w:r>
        <w:t>to saare log yahi ghalti kar rahe hain ke apne khud sakhta yardstick se ya khud sakhta criterion</w:t>
      </w:r>
    </w:p>
    <w:p>
      <w:pPr>
        <w:jc w:val="right"/>
      </w:pPr>
      <w:r>
        <w:t>تو سارے لوگ یہی غلطی کر رہے ہیں کہ اپنے خود ساختہ یارڈسٹک سے یا خود ساختہ کرائٹیرین</w:t>
      </w:r>
    </w:p>
    <w:p>
      <w:r>
        <w:rPr>
          <w:b/>
        </w:rPr>
        <w:t xml:space="preserve">[13:53] </w:t>
      </w:r>
      <w:r>
        <w:t>se woh Allah ke creation ko judge kar rahe hain.</w:t>
      </w:r>
    </w:p>
    <w:p>
      <w:pPr>
        <w:jc w:val="right"/>
      </w:pPr>
      <w:r>
        <w:t>سے وہ اللہ کے کریشن کو جج کر رہے ہیں۔</w:t>
      </w:r>
    </w:p>
    <w:p>
      <w:r>
        <w:rPr>
          <w:b/>
        </w:rPr>
        <w:t xml:space="preserve">[14:00] </w:t>
      </w:r>
      <w:r>
        <w:t>to yeh jo jin jin verses ko maine refer kiya, is par aap ghor kijiye, phir aap</w:t>
      </w:r>
    </w:p>
    <w:p>
      <w:pPr>
        <w:jc w:val="right"/>
      </w:pPr>
      <w:r>
        <w:t>تو یہ جو جن جن ورسز کو میں نے ریفر کیا، اس پر آپ غور کیجئے، پھر آپ</w:t>
      </w:r>
    </w:p>
    <w:p>
      <w:r>
        <w:rPr>
          <w:b/>
        </w:rPr>
        <w:t xml:space="preserve">[14:07] </w:t>
      </w:r>
      <w:r>
        <w:t>ko bilkul har cheez khul jayegi.</w:t>
      </w:r>
    </w:p>
    <w:p>
      <w:pPr>
        <w:jc w:val="right"/>
      </w:pPr>
      <w:r>
        <w:t>کو بالکل ہر چیز کھل جائے گی۔</w:t>
      </w:r>
    </w:p>
    <w:p>
      <w:r>
        <w:rPr>
          <w:b/>
        </w:rPr>
        <w:t xml:space="preserve">[14:14] </w:t>
      </w:r>
      <w:r>
        <w:t>is yeh jo yeh jo verses hain, from 30 to 33, aap Surah Al-Baqarah, is mein yeh bataya</w:t>
      </w:r>
    </w:p>
    <w:p>
      <w:pPr>
        <w:jc w:val="right"/>
      </w:pPr>
      <w:r>
        <w:t>اس یہ جو یہ جو ورسز ہیں، فرام 30 ٹو 33، آپ سورہ البقرہ، اس میں یہ بتایا</w:t>
      </w:r>
    </w:p>
    <w:p>
      <w:r>
        <w:rPr>
          <w:b/>
        </w:rPr>
        <w:t xml:space="preserve">[14:21] </w:t>
      </w:r>
      <w:r>
        <w:t>gaya hai ke jab farishton ne doubt create kiya ke yeh to fasad karenge, to kyun in</w:t>
      </w:r>
    </w:p>
    <w:p>
      <w:pPr>
        <w:jc w:val="right"/>
      </w:pPr>
      <w:r>
        <w:t>گیا ہے کہ جب فرشتوں نے ڈاؤٹ کریٹ کیا کہ یہ تو فساد کریں گے، تو کیوں ان</w:t>
      </w:r>
    </w:p>
    <w:p>
      <w:r>
        <w:rPr>
          <w:b/>
        </w:rPr>
        <w:t xml:space="preserve">[14:28] </w:t>
      </w:r>
      <w:r>
        <w:t>ko aap zameen mein basa rahe hain? Yaani yeh woh woh waqt tha jab ke Allah Adam ko</w:t>
      </w:r>
    </w:p>
    <w:p>
      <w:pPr>
        <w:jc w:val="right"/>
      </w:pPr>
      <w:r>
        <w:t>کو آپ زمین میں بسا رہے ہیں؟ یعنی یہ وہ وہ وقت تھا جب کہ اللہ آدم کو</w:t>
      </w:r>
    </w:p>
    <w:p>
      <w:r>
        <w:rPr>
          <w:b/>
        </w:rPr>
        <w:t xml:space="preserve">[14:35] </w:t>
      </w:r>
      <w:r>
        <w:t>paida kar chuke hain, baqi naslein abhi paida hona baqi hain.</w:t>
      </w:r>
    </w:p>
    <w:p>
      <w:pPr>
        <w:jc w:val="right"/>
      </w:pPr>
      <w:r>
        <w:t>پیدا کر چکے ہیں، باقی نسلیں ابھی پیدا ہونا باقی ہیں۔</w:t>
      </w:r>
    </w:p>
    <w:p>
      <w:r>
        <w:rPr>
          <w:b/>
        </w:rPr>
        <w:t xml:space="preserve">[14:42] </w:t>
      </w:r>
      <w:r>
        <w:t>lekin quran mein bataya gaya hai ke sare insano ko paida kar ke allah ne adam ki peeth</w:t>
      </w:r>
    </w:p>
    <w:p>
      <w:pPr>
        <w:jc w:val="right"/>
      </w:pPr>
      <w:r>
        <w:t>لیکن قرآن میں بتایا گیا ہے کہ سارے انسانوں کو پیدا کر کے اللہ نے آدم کی پیٹھ</w:t>
      </w:r>
    </w:p>
    <w:p>
      <w:r>
        <w:rPr>
          <w:b/>
        </w:rPr>
        <w:t xml:space="preserve">[14:49] </w:t>
      </w:r>
      <w:r>
        <w:t>mein daal diya tha, ab wohi sab unfold ho raha hai.</w:t>
      </w:r>
    </w:p>
    <w:p>
      <w:pPr>
        <w:jc w:val="right"/>
      </w:pPr>
      <w:r>
        <w:t>میں ڈال دیا تھا، اب وہی سب ان فولڈ ہو رہا ہے۔</w:t>
      </w:r>
    </w:p>
    <w:p>
      <w:r>
        <w:rPr>
          <w:b/>
        </w:rPr>
        <w:t xml:space="preserve">[14:56] </w:t>
      </w:r>
      <w:r>
        <w:t>hum sab unfolding hain.</w:t>
      </w:r>
    </w:p>
    <w:p>
      <w:pPr>
        <w:jc w:val="right"/>
      </w:pPr>
      <w:r>
        <w:t>ہم سب ان فولڈنگ ہیں۔</w:t>
      </w:r>
    </w:p>
    <w:p>
      <w:r>
        <w:rPr>
          <w:b/>
        </w:rPr>
        <w:t xml:space="preserve">[15:03] </w:t>
      </w:r>
      <w:r>
        <w:t>to kya hua phir? allah quran mein hai ke "alam al asma'a kullaha thumma 'arad al mala'ikah".</w:t>
      </w:r>
    </w:p>
    <w:p>
      <w:pPr>
        <w:jc w:val="right"/>
      </w:pPr>
      <w:r>
        <w:t>تو کیا ہوا پھر؟ اللہ قرآن میں ہے کہ "علم آدم الأسماء كلها ثم عرض الملائکہ"۔</w:t>
      </w:r>
    </w:p>
    <w:p>
      <w:r>
        <w:rPr>
          <w:b/>
        </w:rPr>
        <w:t xml:space="preserve">[15:10] </w:t>
      </w:r>
      <w:r>
        <w:t>yani jin logon ko paida hona tha is dunya mein, allah ne un ko paida kar ke un</w:t>
      </w:r>
    </w:p>
    <w:p>
      <w:pPr>
        <w:jc w:val="right"/>
      </w:pPr>
      <w:r>
        <w:t>یعنی جن لوگوں کو پیدا ہونا تھا اس دنیا میں، اللہ نے ان کو پیدا کر کے ان</w:t>
      </w:r>
    </w:p>
    <w:p>
      <w:r>
        <w:rPr>
          <w:b/>
        </w:rPr>
        <w:t xml:space="preserve">[15:17] </w:t>
      </w:r>
      <w:r>
        <w:t>ka naam bataya adam ko, aur phir us ko pesh kiya angels ke samne.</w:t>
      </w:r>
    </w:p>
    <w:p>
      <w:pPr>
        <w:jc w:val="right"/>
      </w:pPr>
      <w:r>
        <w:t>کا نام بتایا آدم کو، اور پھر اس کو پیش کیا اینجلز کے سامنے۔</w:t>
      </w:r>
    </w:p>
    <w:p>
      <w:r>
        <w:rPr>
          <w:b/>
        </w:rPr>
        <w:t xml:space="preserve">[15:24] </w:t>
      </w:r>
      <w:r>
        <w:t>dekhein, naam kis ka bataya? yahi par hai masla janne ka.</w:t>
      </w:r>
    </w:p>
    <w:p>
      <w:pPr>
        <w:jc w:val="right"/>
      </w:pPr>
      <w:r>
        <w:t>دیکھیں، نام کس کا بتایا؟ یہی پر ہے مسئلہ جاننے کا۔</w:t>
      </w:r>
    </w:p>
    <w:p>
      <w:r>
        <w:rPr>
          <w:b/>
        </w:rPr>
        <w:t xml:space="preserve">[15:31] </w:t>
      </w:r>
      <w:r>
        <w:t>selected individuals ka, selected persons ka, sare insano ka nahin.</w:t>
      </w:r>
    </w:p>
    <w:p>
      <w:pPr>
        <w:jc w:val="right"/>
      </w:pPr>
      <w:r>
        <w:t>سلیکٹڈ انڈیویجولز کا، سلیکٹڈ پرسنز کا، سارے انسانوں کا نہیں۔</w:t>
      </w:r>
    </w:p>
    <w:p>
      <w:r>
        <w:rPr>
          <w:b/>
        </w:rPr>
        <w:t xml:space="preserve">[15:38] </w:t>
      </w:r>
      <w:r>
        <w:t>yani allah taala ka jo naqsha tha, woh yeh hai ke ke allah is is se yeh baat</w:t>
      </w:r>
    </w:p>
    <w:p>
      <w:pPr>
        <w:jc w:val="right"/>
      </w:pPr>
      <w:r>
        <w:t>یعنی اللہ تعالیٰ کا جو نقشہ تھا، وہ یہ ہے کہ کہ اللہ اس اس سے یہ بات</w:t>
      </w:r>
    </w:p>
    <w:p>
      <w:r>
        <w:rPr>
          <w:b/>
        </w:rPr>
        <w:t xml:space="preserve">[15:45] </w:t>
      </w:r>
      <w:r>
        <w:t>nikalti hai ke farishton ne poore majmoo'a insani ko de kar rai banai thi.</w:t>
      </w:r>
    </w:p>
    <w:p>
      <w:pPr>
        <w:jc w:val="right"/>
      </w:pPr>
      <w:r>
        <w:t>نکلتی ہے کہ فرشتوں نے پورے مجموعہ انسانی کو دے کر رائے بنائی تھی۔</w:t>
      </w:r>
    </w:p>
    <w:p>
      <w:r>
        <w:rPr>
          <w:b/>
        </w:rPr>
        <w:t xml:space="preserve">[15:52] </w:t>
      </w:r>
      <w:r>
        <w:t>sare mind kind ko allah ka jo target hai, woh sare mind kind nahin hai, selected individuals hain</w:t>
      </w:r>
    </w:p>
    <w:p>
      <w:pPr>
        <w:jc w:val="right"/>
      </w:pPr>
      <w:r>
        <w:t>سارے مائنڈ کائنڈ کو اللہ کا جو ٹارگٹ ہے، وہ سارے مائنڈ کائنڈ نہیں ہے، سلیکٹڈ انڈیویجولز ہیں</w:t>
      </w:r>
    </w:p>
    <w:p>
      <w:r>
        <w:rPr>
          <w:b/>
        </w:rPr>
        <w:t xml:space="preserve">[15:59] </w:t>
      </w:r>
      <w:r>
        <w:t>jo is is jangal mein paida kiye jayen, aur phir woh apne aap ko prove karen ke hum</w:t>
      </w:r>
    </w:p>
    <w:p>
      <w:pPr>
        <w:jc w:val="right"/>
      </w:pPr>
      <w:r>
        <w:t>جو اس اس جنگل میں پیدا کیے جائیں، اور پھر وہ اپنے آپ کو پروف کریں کہ ہم</w:t>
      </w:r>
    </w:p>
    <w:p>
      <w:r>
        <w:rPr>
          <w:b/>
        </w:rPr>
        <w:t xml:space="preserve">[16:06] </w:t>
      </w:r>
      <w:r>
        <w:t>woh log hain jo jinhon ne apne freedom ko misuse nahin kiya, jinhon ne sachai ko discover</w:t>
      </w:r>
    </w:p>
    <w:p>
      <w:pPr>
        <w:jc w:val="right"/>
      </w:pPr>
      <w:r>
        <w:t>وہ لوگ ہیں جو جنہوں نے اپنے فریڈم کو مس یوز نہیں کیا، جنہوں نے سچائی کو ڈسکور</w:t>
      </w:r>
    </w:p>
    <w:p>
      <w:r>
        <w:rPr>
          <w:b/>
        </w:rPr>
        <w:t xml:space="preserve">[16:13] </w:t>
      </w:r>
      <w:r>
        <w:t>کیا، جنہوں نے اپنے mind کو صحیح صحیح استعمال کیا۔</w:t>
      </w:r>
    </w:p>
    <w:p>
      <w:pPr>
        <w:jc w:val="right"/>
      </w:pPr>
      <w:r>
        <w:t>کیا، جنہوں نے اپنے مائنڈ کو صحیح صحیح استعمال کیا۔</w:t>
      </w:r>
    </w:p>
    <w:p>
      <w:r>
        <w:rPr>
          <w:b/>
        </w:rPr>
        <w:t xml:space="preserve">[16:20] </w:t>
      </w:r>
      <w:r>
        <w:t>to aise log allah ke ke nazdeek selected log hain.</w:t>
      </w:r>
    </w:p>
    <w:p>
      <w:pPr>
        <w:jc w:val="right"/>
      </w:pPr>
      <w:r>
        <w:t>تو ایسے لوگ اللہ کے کے نزدیک سلیکٹڈ لوگ ہیں۔</w:t>
      </w:r>
    </w:p>
    <w:p>
      <w:r>
        <w:rPr>
          <w:b/>
        </w:rPr>
        <w:t xml:space="preserve">[16:27] </w:t>
      </w:r>
      <w:r>
        <w:t>to in selected logon ko allah ne paida kar ke adam ko un ka naam bataya.</w:t>
      </w:r>
    </w:p>
    <w:p>
      <w:pPr>
        <w:jc w:val="right"/>
      </w:pPr>
      <w:r>
        <w:t>تو ان سلیکٹڈ لوگوں کو اللہ نے پیدا کر کے آدم کو ان کا نام بتایا۔</w:t>
      </w:r>
    </w:p>
    <w:p>
      <w:r>
        <w:rPr>
          <w:b/>
        </w:rPr>
        <w:t xml:space="preserve">[16:34] </w:t>
      </w:r>
      <w:r>
        <w:t>kyun ke dekhein, aage aata hai ke "inni 'alimu al ghayb al samawati wal ard".</w:t>
      </w:r>
    </w:p>
    <w:p>
      <w:pPr>
        <w:jc w:val="right"/>
      </w:pPr>
      <w:r>
        <w:t>کیونکہ دیکھیں، آگے آتا ہے کہ "انی عالم غیب السماوات والارض"۔</w:t>
      </w:r>
    </w:p>
    <w:p>
      <w:r>
        <w:rPr>
          <w:b/>
        </w:rPr>
        <w:t xml:space="preserve">[16:41] </w:t>
      </w:r>
      <w:r>
        <w:t>mein ghayb ko janta hoon, yani future ko janta hoon.</w:t>
      </w:r>
    </w:p>
    <w:p>
      <w:pPr>
        <w:jc w:val="right"/>
      </w:pPr>
      <w:r>
        <w:t>میں غیب کو جانتا ہوں، یعنی فیوچر کو جانتا ہوں۔</w:t>
      </w:r>
    </w:p>
    <w:p>
      <w:r>
        <w:rPr>
          <w:b/>
        </w:rPr>
        <w:t xml:space="preserve">[16:48] </w:t>
      </w:r>
      <w:r>
        <w:t>mein future mein jo log paida hone wale hain, mujhe un ka pata hai.</w:t>
      </w:r>
    </w:p>
    <w:p>
      <w:pPr>
        <w:jc w:val="right"/>
      </w:pPr>
      <w:r>
        <w:t>میں فیوچر میں جو لوگ پیدا ہونے والے ہیں، مجھے ان کا پتہ ہے۔</w:t>
      </w:r>
    </w:p>
    <w:p>
      <w:r>
        <w:rPr>
          <w:b/>
        </w:rPr>
        <w:t xml:space="preserve">[16:55] </w:t>
      </w:r>
      <w:r>
        <w:t>yahan ghayb ke mani future "inni 'alimu al ghayb al samawati wal ard".</w:t>
      </w:r>
    </w:p>
    <w:p>
      <w:pPr>
        <w:jc w:val="right"/>
      </w:pPr>
      <w:r>
        <w:t>یہاں غیب کے معنی فیوچر "انی عالم غیب السماوات والارض"۔</w:t>
      </w:r>
    </w:p>
    <w:p>
      <w:r>
        <w:rPr>
          <w:b/>
        </w:rPr>
        <w:t xml:space="preserve">[17:02] </w:t>
      </w:r>
      <w:r>
        <w:t>to future ke generation mein jo selected log the, un ko paida kar ke allah ne bataya naam:</w:t>
      </w:r>
    </w:p>
    <w:p>
      <w:pPr>
        <w:jc w:val="right"/>
      </w:pPr>
      <w:r>
        <w:t>تو فیوچر کے جنریشن میں جو سلیکٹڈ لوگ تھے، ان کو پیدا کر کے اللہ نے بتایا نام:</w:t>
      </w:r>
    </w:p>
    <w:p>
      <w:r>
        <w:rPr>
          <w:b/>
        </w:rPr>
        <w:t xml:space="preserve">[17:09] </w:t>
      </w:r>
      <w:r>
        <w:t>yeh falan hai, yeh falan hai, yeh falan hai.</w:t>
      </w:r>
    </w:p>
    <w:p>
      <w:pPr>
        <w:jc w:val="right"/>
      </w:pPr>
      <w:r>
        <w:t>یہ فلاں ہے، یہ فلاں ہے، یہ فلاں ہے۔</w:t>
      </w:r>
    </w:p>
    <w:p>
      <w:r>
        <w:rPr>
          <w:b/>
        </w:rPr>
        <w:t xml:space="preserve">[17:16] </w:t>
      </w:r>
      <w:r>
        <w:t>to adam ne phir farishton ko bataya ke dekho, yeh hai, yeh hai, yeh hai.</w:t>
      </w:r>
    </w:p>
    <w:p>
      <w:pPr>
        <w:jc w:val="right"/>
      </w:pPr>
      <w:r>
        <w:t>تو آدم نے پھر فرشتوں کو بتایا کہ دیکھو، یہ ہے، یہ ہے، یہ ہے۔</w:t>
      </w:r>
    </w:p>
    <w:p>
      <w:r>
        <w:rPr>
          <w:b/>
        </w:rPr>
        <w:t xml:space="preserve">[17:23] </w:t>
      </w:r>
      <w:r>
        <w:t>tab farishte mutma'in ho gaye.</w:t>
      </w:r>
    </w:p>
    <w:p>
      <w:pPr>
        <w:jc w:val="right"/>
      </w:pPr>
      <w:r>
        <w:t>تب فرشتے مطمئن ہو گئے۔</w:t>
      </w:r>
    </w:p>
    <w:p>
      <w:r>
        <w:rPr>
          <w:b/>
        </w:rPr>
        <w:t xml:space="preserve">[17:30] </w:t>
      </w:r>
      <w:r>
        <w:t>yeh yeh is raat ko aap agar aap ghaur farmayen to poori baat samajh mein aa jati hai.</w:t>
      </w:r>
    </w:p>
    <w:p>
      <w:pPr>
        <w:jc w:val="right"/>
      </w:pPr>
      <w:r>
        <w:t>یہ یہ اس رات کو آپ اگر آپ غور فرمائیں تو پوری بات سمجھ میں آ جاتی ہے۔</w:t>
      </w:r>
    </w:p>
    <w:p>
      <w:r>
        <w:rPr>
          <w:b/>
        </w:rPr>
        <w:t xml:space="preserve">[17:37] </w:t>
      </w:r>
      <w:r>
        <w:t>poori baat yeh hai ke allah ne paida kiya insan ko, us ko freedom de diya.</w:t>
      </w:r>
    </w:p>
    <w:p>
      <w:pPr>
        <w:jc w:val="right"/>
      </w:pPr>
      <w:r>
        <w:t>پوری بات یہ ہے کہ اللہ نے پیدا کیا انسان کو، اس کو فریڈم دے دیا۔</w:t>
      </w:r>
    </w:p>
    <w:p>
      <w:r>
        <w:rPr>
          <w:b/>
        </w:rPr>
        <w:t xml:space="preserve">[17:44] </w:t>
      </w:r>
      <w:r>
        <w:t>freedom, total freedom, total freedom.</w:t>
      </w:r>
    </w:p>
    <w:p>
      <w:pPr>
        <w:jc w:val="right"/>
      </w:pPr>
      <w:r>
        <w:t>فریڈم، ٹوٹل فریڈم، ٹوٹل فریڈم۔</w:t>
      </w:r>
    </w:p>
    <w:p>
      <w:r>
        <w:rPr>
          <w:b/>
        </w:rPr>
        <w:t xml:space="preserve">[17:51] </w:t>
      </w:r>
      <w:r>
        <w:t>yani Allah ka jo creation plan hai, woh yeh hai ke aadmi khud apni choice se right ko</w:t>
      </w:r>
    </w:p>
    <w:p>
      <w:pPr>
        <w:jc w:val="right"/>
      </w:pPr>
      <w:r>
        <w:t>یعنی اللہ کا جو کریشن پلان ہے، وہ یہ ہے کہ آدمی خود اپنی چوائس سے رائٹ کو</w:t>
      </w:r>
    </w:p>
    <w:p>
      <w:r>
        <w:rPr>
          <w:b/>
        </w:rPr>
        <w:t xml:space="preserve">[17:58] </w:t>
      </w:r>
      <w:r>
        <w:t>لے اور wrong کو چھوڑ دے، بغیر کسی compression کے۔</w:t>
      </w:r>
    </w:p>
    <w:p>
      <w:pPr>
        <w:jc w:val="right"/>
      </w:pPr>
      <w:r>
        <w:t>لے اور رونگ کو چھوڑ دے، بغیر کسی کمپریشن کے۔</w:t>
      </w:r>
    </w:p>
    <w:p>
      <w:r>
        <w:rPr>
          <w:b/>
        </w:rPr>
        <w:t xml:space="preserve">[18:05] </w:t>
      </w:r>
      <w:r>
        <w:t>to yeh duniya aik aik yun kehna chahiye ke aik jangall hai.</w:t>
      </w:r>
    </w:p>
    <w:p>
      <w:pPr>
        <w:jc w:val="right"/>
      </w:pPr>
      <w:r>
        <w:t>تو یہ دنیا ایک ایک یوں کہنا چاہیے کہ ایک جنگل ہے۔</w:t>
      </w:r>
    </w:p>
    <w:p>
      <w:r>
        <w:rPr>
          <w:b/>
        </w:rPr>
        <w:t xml:space="preserve">[18:12] </w:t>
      </w:r>
      <w:r>
        <w:t>لوگوں کے لوگوں نے جو misuse کیا اپنے اپنے right کو، اس نے دنیا کو جنگل بنا دیا۔</w:t>
      </w:r>
    </w:p>
    <w:p>
      <w:pPr>
        <w:jc w:val="right"/>
      </w:pPr>
      <w:r>
        <w:t>لوگوں کے لوگوں نے جو مس یوز کیا اپنے اپنے رائٹ کو، اس نے دنیا کو جنگل بنا دیا۔</w:t>
      </w:r>
    </w:p>
    <w:p>
      <w:r>
        <w:rPr>
          <w:b/>
        </w:rPr>
        <w:t xml:space="preserve">[18:19] </w:t>
      </w:r>
      <w:r>
        <w:t>اس جنگل میں ایک انسان پیدا ہوتا ہے، اس مائنڈ کو لے کر کے، وہ سوچتا ہے، re</w:t>
      </w:r>
    </w:p>
    <w:p>
      <w:pPr>
        <w:jc w:val="right"/>
      </w:pPr>
      <w:r>
        <w:t>اس جنگل میں ایک انسان پیدا ہوتا ہے، اس مائنڈ کو لے کر کے، وہ سوچتا ہے، ری</w:t>
      </w:r>
    </w:p>
    <w:p>
      <w:r>
        <w:rPr>
          <w:b/>
        </w:rPr>
        <w:t xml:space="preserve">[18:26] </w:t>
      </w:r>
      <w:r>
        <w:t>think karta hai, revise karta hai, independently sochta hai.</w:t>
      </w:r>
    </w:p>
    <w:p>
      <w:pPr>
        <w:jc w:val="right"/>
      </w:pPr>
      <w:r>
        <w:t>تھنک کرتا ہے، ریوائز کرتا ہے، انڈیپینڈنٹلی سوچتا ہے۔</w:t>
      </w:r>
    </w:p>
    <w:p>
      <w:r>
        <w:rPr>
          <w:b/>
        </w:rPr>
        <w:t xml:space="preserve">[18:33] </w:t>
      </w:r>
      <w:r>
        <w:t>yani kya logon ne kya jangall create kiya hai, logon ne kya kiya duniya mein ideology phaila rakhi</w:t>
      </w:r>
    </w:p>
    <w:p>
      <w:pPr>
        <w:jc w:val="right"/>
      </w:pPr>
      <w:r>
        <w:t>یعنی کیا لوگوں نے کیا جنگل کریٹ کیا ہے، لوگوں نے کیا کیا دنیا میں آئیڈیالوجی پھیلا رکھی</w:t>
      </w:r>
    </w:p>
    <w:p>
      <w:r>
        <w:rPr>
          <w:b/>
        </w:rPr>
        <w:t xml:space="preserve">[18:40] </w:t>
      </w:r>
      <w:r>
        <w:t>hai, kya kya thought phaila rakhe hain, un sab ke yani un sab se oopar uth kar woh</w:t>
      </w:r>
    </w:p>
    <w:p>
      <w:pPr>
        <w:jc w:val="right"/>
      </w:pPr>
      <w:r>
        <w:t>ہے، کیا کیا تھاٹ پھیلا رکھے ہیں، ان سب کے یعنی ان سب سے اوپر اٹھ کر وہ</w:t>
      </w:r>
    </w:p>
    <w:p>
      <w:r>
        <w:rPr>
          <w:b/>
        </w:rPr>
        <w:t xml:space="preserve">[18:47] </w:t>
      </w:r>
      <w:r>
        <w:t>سوچتا ہے، جس کو میں کہا کرتا ہوں "big bird thinker"۔</w:t>
      </w:r>
    </w:p>
    <w:p>
      <w:pPr>
        <w:jc w:val="right"/>
      </w:pPr>
      <w:r>
        <w:t>سوچتا ہے، جس کو میں کہا کرتا ہوں "بگ برڈ تھنکر"۔</w:t>
      </w:r>
    </w:p>
    <w:p>
      <w:r>
        <w:rPr>
          <w:b/>
        </w:rPr>
        <w:t xml:space="preserve">[18:54] </w:t>
      </w:r>
      <w:r>
        <w:t>big bird thinker ban kar sochta hai, phir us ko self discovery hoti hai, khud soch ka daryaft karta hai.</w:t>
      </w:r>
    </w:p>
    <w:p>
      <w:pPr>
        <w:jc w:val="right"/>
      </w:pPr>
      <w:r>
        <w:t>بگ برڈ تھنکر بن کر سوچتا ہے، پھر اس کو سیلف ڈسکوری ہوتی ہے، خود سوچ کا دریافت کرتا ہے۔</w:t>
      </w:r>
    </w:p>
    <w:p>
      <w:r>
        <w:rPr>
          <w:b/>
        </w:rPr>
        <w:t xml:space="preserve">[19:01] </w:t>
      </w:r>
      <w:r>
        <w:t>woh phir woh khara hota hai, woh kehta hai: "Khuda sachai yeh hai".</w:t>
      </w:r>
    </w:p>
    <w:p>
      <w:pPr>
        <w:jc w:val="right"/>
      </w:pPr>
      <w:r>
        <w:t>وہ پھر وہ کھڑا ہوتا ہے، وہ کہتا ہے: "خدا سچائی یہ ہے"۔</w:t>
      </w:r>
    </w:p>
    <w:p>
      <w:r>
        <w:rPr>
          <w:b/>
        </w:rPr>
        <w:t xml:space="preserve">[19:08] </w:t>
      </w:r>
      <w:r>
        <w:t>Allah ko woh insaan matloob hain jo self discovery ke satah par khare hon, jo apni azadi ko</w:t>
      </w:r>
    </w:p>
    <w:p>
      <w:pPr>
        <w:jc w:val="right"/>
      </w:pPr>
      <w:r>
        <w:t>اللہ کو وہ انسان مطلوب ہیں جو سیلف ڈسکوری کے سطح پر کھڑے ہوں، جو اپنی آزادی کو</w:t>
      </w:r>
    </w:p>
    <w:p>
      <w:r>
        <w:rPr>
          <w:b/>
        </w:rPr>
        <w:t xml:space="preserve">[19:15] </w:t>
      </w:r>
      <w:r>
        <w:t>misuse na karein, jo jo self discipline ka saboot dein.</w:t>
      </w:r>
    </w:p>
    <w:p>
      <w:pPr>
        <w:jc w:val="right"/>
      </w:pPr>
      <w:r>
        <w:t>مس یوز نہ کریں، جو جو سیلف ڈسپلن کا ثبوت دیں۔</w:t>
      </w:r>
    </w:p>
    <w:p>
      <w:r>
        <w:rPr>
          <w:b/>
        </w:rPr>
        <w:t xml:space="preserve">[19:22] </w:t>
      </w:r>
      <w:r>
        <w:t>to Allah taala ne Adam ke samne in in selected insanon ko paida kar ke Adam ko in</w:t>
      </w:r>
    </w:p>
    <w:p>
      <w:pPr>
        <w:jc w:val="right"/>
      </w:pPr>
      <w:r>
        <w:t>تو اللہ تعالیٰ نے آدم کے سامنے ان ان سلیکٹڈ انسانوں کو پیدا کر کے آدم کو ان</w:t>
      </w:r>
    </w:p>
    <w:p>
      <w:r>
        <w:rPr>
          <w:b/>
        </w:rPr>
        <w:t xml:space="preserve">[19:29] </w:t>
      </w:r>
      <w:r>
        <w:t>ka naam bataya, aur phir un ko us ne Adam ne farishton ko un ko naam un ko introduce karwaya.</w:t>
      </w:r>
    </w:p>
    <w:p>
      <w:pPr>
        <w:jc w:val="right"/>
      </w:pPr>
      <w:r>
        <w:t>کا نام بتایا، اور پھر ان کو اس نے آدم نے فرشتوں کو ان کو نام ان کو انٹروڈیوس کروایا۔</w:t>
      </w:r>
    </w:p>
    <w:p>
      <w:r>
        <w:rPr>
          <w:b/>
        </w:rPr>
        <w:t xml:space="preserve">[19:36] </w:t>
      </w:r>
      <w:r>
        <w:t>tab farishton ko samajh mein aaya ke haan, phir creation jo un ko bohat hi meaningful lagne</w:t>
      </w:r>
    </w:p>
    <w:p>
      <w:pPr>
        <w:jc w:val="right"/>
      </w:pPr>
      <w:r>
        <w:t>تب فرشتوں کو سمجھ میں آیا کہ ہاں، پھر کریشن جو ان کو بہت ہی میننگ فل لگنے</w:t>
      </w:r>
    </w:p>
    <w:p>
      <w:r>
        <w:rPr>
          <w:b/>
        </w:rPr>
        <w:t xml:space="preserve">[19:43] </w:t>
      </w:r>
      <w:r>
        <w:t>lagi, jo ke farishte dekh rahe the is aitbaar se ke sara jo mind kind hai, sara majmooa</w:t>
      </w:r>
    </w:p>
    <w:p>
      <w:pPr>
        <w:jc w:val="right"/>
      </w:pPr>
      <w:r>
        <w:t>لگی، جو کہ فرشتے دیکھ رہے تھے اس اعتبار سے کہ سارا جو مائنڈ کائنڈ ہے، سارا مجموعہ</w:t>
      </w:r>
    </w:p>
    <w:p>
      <w:r>
        <w:rPr>
          <w:b/>
        </w:rPr>
        <w:t xml:space="preserve">[19:50] </w:t>
      </w:r>
      <w:r>
        <w:t>insaniyat ka hai, woh sab ka sab just ho, woh sab ka sab ideal ho, woh sab ka</w:t>
      </w:r>
    </w:p>
    <w:p>
      <w:pPr>
        <w:jc w:val="right"/>
      </w:pPr>
      <w:r>
        <w:t>انسانیت کا ہے، وہ سب کا سب جسٹ ہو، وہ سب کا سب آئیڈیل ہو، وہ سب کا</w:t>
      </w:r>
    </w:p>
    <w:p>
      <w:r>
        <w:rPr>
          <w:b/>
        </w:rPr>
        <w:t xml:space="preserve">[19:57] </w:t>
      </w:r>
      <w:r>
        <w:t>sab perfect ho.</w:t>
      </w:r>
    </w:p>
    <w:p>
      <w:pPr>
        <w:jc w:val="right"/>
      </w:pPr>
      <w:r>
        <w:t>سب پرفیکٹ ہو۔</w:t>
      </w:r>
    </w:p>
    <w:p>
      <w:r>
        <w:rPr>
          <w:b/>
        </w:rPr>
        <w:t xml:space="preserve">[20:04] </w:t>
      </w:r>
      <w:r>
        <w:t>yeh to Khuda ka nishaan hi nahi tha ke jab freedom di jaye gi to sab just kaise</w:t>
      </w:r>
    </w:p>
    <w:p>
      <w:pPr>
        <w:jc w:val="right"/>
      </w:pPr>
      <w:r>
        <w:t>یہ تو خدا کا نشان ہی نہیں تھا کہ جب فریڈم دی جائے گی تو سب جسٹ کیسے</w:t>
      </w:r>
    </w:p>
    <w:p>
      <w:r>
        <w:rPr>
          <w:b/>
        </w:rPr>
        <w:t xml:space="preserve">[20:11] </w:t>
      </w:r>
      <w:r>
        <w:t>ho jayein ge? Koi misuse karega, koi proper use karega.</w:t>
      </w:r>
    </w:p>
    <w:p>
      <w:pPr>
        <w:jc w:val="right"/>
      </w:pPr>
      <w:r>
        <w:t>ہو جائیں گے؟ کوئی مس یوز کرے گا، کوئی پراپر یوز کرے گا۔</w:t>
      </w:r>
    </w:p>
    <w:p>
      <w:r>
        <w:rPr>
          <w:b/>
        </w:rPr>
        <w:t xml:space="preserve">[20:18] </w:t>
      </w:r>
      <w:r>
        <w:t>to Khuda ka nishana individuals hain, majmooa nahi hai.</w:t>
      </w:r>
    </w:p>
    <w:p>
      <w:pPr>
        <w:jc w:val="right"/>
      </w:pPr>
      <w:r>
        <w:t>تو خدا کا نشانہ انڈیویجولز ہیں، مجموعہ نہیں ہے۔</w:t>
      </w:r>
    </w:p>
    <w:p>
      <w:r>
        <w:rPr>
          <w:b/>
        </w:rPr>
        <w:t xml:space="preserve">[20:25] </w:t>
      </w:r>
      <w:r>
        <w:t>yehi ghalti hai Aristotle se le kar ke ab tak jo log hain, yeh Pakistan mein, yeh yeh</w:t>
      </w:r>
    </w:p>
    <w:p>
      <w:pPr>
        <w:jc w:val="right"/>
      </w:pPr>
      <w:r>
        <w:t>یہی غلطی ہے ارسٹارٹل سے لے کر کے اب تک جو لوگ ہیں، یہ پاکستان میں، یہ یہ</w:t>
      </w:r>
    </w:p>
    <w:p>
      <w:r>
        <w:rPr>
          <w:b/>
        </w:rPr>
        <w:t xml:space="preserve">[20:32] </w:t>
      </w:r>
      <w:r>
        <w:t>jo Muslim thinkers hain, maujooda zamaney ke to Aristotle se le kar aaj ke jo Muslim thinkers hain,</w:t>
      </w:r>
    </w:p>
    <w:p>
      <w:pPr>
        <w:jc w:val="right"/>
      </w:pPr>
      <w:r>
        <w:t>جو مسلم تھنکرز ہیں، موجودہ زمانے کے تو ارسٹارٹل سے لے کر آج کے جو مسلم تھنکرز ہیں،</w:t>
      </w:r>
    </w:p>
    <w:p>
      <w:r>
        <w:rPr>
          <w:b/>
        </w:rPr>
        <w:t xml:space="preserve">[20:39] </w:t>
      </w:r>
      <w:r>
        <w:t>jo just system banane ki baatein karte hain, woh sab is isi ghalti mein mubtala hain ke woh</w:t>
      </w:r>
    </w:p>
    <w:p>
      <w:pPr>
        <w:jc w:val="right"/>
      </w:pPr>
      <w:r>
        <w:t>جو جسٹ سسٹم بنانے کی باتیں کرتے ہیں، وہ سب اس اسی غلطی میں مبتلا ہیں کہ وہ</w:t>
      </w:r>
    </w:p>
    <w:p>
      <w:r>
        <w:rPr>
          <w:b/>
        </w:rPr>
        <w:t xml:space="preserve">[20:46] </w:t>
      </w:r>
      <w:r>
        <w:t>samajhte hain ke aik system banana, poore majmooa insani mein aik aik nizam banana, yeh nishana hai.</w:t>
      </w:r>
    </w:p>
    <w:p>
      <w:pPr>
        <w:jc w:val="right"/>
      </w:pPr>
      <w:r>
        <w:t>سمجھتے ہیں کہ ایک سسٹم بنانا، پورے مجموعہ انسانی میں ایک ایک نظام بنانا، یہ نشانہ ہے۔</w:t>
      </w:r>
    </w:p>
    <w:p>
      <w:r>
        <w:rPr>
          <w:b/>
        </w:rPr>
        <w:t xml:space="preserve">[20:53] </w:t>
      </w:r>
      <w:r>
        <w:t>woh woh achievable nahi hai.</w:t>
      </w:r>
    </w:p>
    <w:p>
      <w:pPr>
        <w:jc w:val="right"/>
      </w:pPr>
      <w:r>
        <w:t>وہ وہ اچیویبل نہیں ہے۔</w:t>
      </w:r>
    </w:p>
    <w:p>
      <w:r>
        <w:rPr>
          <w:b/>
        </w:rPr>
        <w:t xml:space="preserve">[21:00] </w:t>
      </w:r>
      <w:r>
        <w:t>natija yeh hai ke woh gun culture, bomb culture chalate hain, yahan tak suicide bombing shuru ho jati hai.</w:t>
      </w:r>
    </w:p>
    <w:p>
      <w:pPr>
        <w:jc w:val="right"/>
      </w:pPr>
      <w:r>
        <w:t>نتیجہ یہ ہے کہ وہ گن کلچر، بم کلچر چلاتے ہیں، یہاں تک سوسائیڈ بمبنگ شروع ہو جاتی ہے۔</w:t>
      </w:r>
    </w:p>
    <w:p>
      <w:r>
        <w:rPr>
          <w:b/>
        </w:rPr>
        <w:t xml:space="preserve">[21:07] </w:t>
      </w:r>
      <w:r>
        <w:t>ab aap dekhiye, aap tareekh ko dekhiye ke tareekh mein kaise kaise afraad paida hue hain.</w:t>
      </w:r>
    </w:p>
    <w:p>
      <w:pPr>
        <w:jc w:val="right"/>
      </w:pPr>
      <w:r>
        <w:t>اب آپ دیکھیے، آپ تاریخ کو دیکھیے کہ تاریخ میں کیسے کیسے افراد پیدا ہوئے ہیں۔</w:t>
      </w:r>
    </w:p>
    <w:p>
      <w:r>
        <w:rPr>
          <w:b/>
        </w:rPr>
        <w:t xml:space="preserve">[21:14] </w:t>
      </w:r>
      <w:r>
        <w:t>tareekh mein kabhi aisa nahi hua ke ke yani socio political level par koi just system bana ho.</w:t>
      </w:r>
    </w:p>
    <w:p>
      <w:pPr>
        <w:jc w:val="right"/>
      </w:pPr>
      <w:r>
        <w:t>تاریخ میں کبھی ایسا نہیں ہوا کہ کہ یعنی سوشیو پولیٹیکل لیول پر کوئی جسٹ سسٹم بنا ہو۔</w:t>
      </w:r>
    </w:p>
    <w:p>
      <w:r>
        <w:rPr>
          <w:b/>
        </w:rPr>
        <w:t xml:space="preserve">[21:21] </w:t>
      </w:r>
      <w:r>
        <w:t>yeh to kabhi aisa nahi hua, na yeh matloob tha.</w:t>
      </w:r>
    </w:p>
    <w:p>
      <w:pPr>
        <w:jc w:val="right"/>
      </w:pPr>
      <w:r>
        <w:t>یہ تو کبھی ایسا نہیں ہوا، نہ یہ مطلوب تھا۔</w:t>
      </w:r>
    </w:p>
    <w:p>
      <w:r>
        <w:rPr>
          <w:b/>
        </w:rPr>
        <w:t xml:space="preserve">[21:28] </w:t>
      </w:r>
      <w:r>
        <w:t>kyunke dekhiye, perfect society ya ideal world to jannat mein banne wala hai, dunya mein nahi.</w:t>
      </w:r>
    </w:p>
    <w:p>
      <w:pPr>
        <w:jc w:val="right"/>
      </w:pPr>
      <w:r>
        <w:t>کیونکہ دیکھیے، پرفیکٹ سوسائٹی یا آئیڈیل ورلڈ تو جنت میں بننے والا ہے، دنیا میں نہیں۔</w:t>
      </w:r>
    </w:p>
    <w:p>
      <w:r>
        <w:rPr>
          <w:b/>
        </w:rPr>
        <w:t xml:space="preserve">[21:35] </w:t>
      </w:r>
      <w:r>
        <w:t>yeh dunya Allah taala ne is liye nahi banai ke yahan par aap ko perfect world mil jaye,</w:t>
      </w:r>
    </w:p>
    <w:p>
      <w:pPr>
        <w:jc w:val="right"/>
      </w:pPr>
      <w:r>
        <w:t>یہ دنیا اللہ تعالیٰ نے اس لیے نہیں بنائی کہ یہاں پر آپ کو پرفیکٹ ورلڈ مل جائے،</w:t>
      </w:r>
    </w:p>
    <w:p>
      <w:r>
        <w:rPr>
          <w:b/>
        </w:rPr>
        <w:t xml:space="preserve">[21:42] </w:t>
      </w:r>
      <w:r>
        <w:t>ideal dunya mil jaye.</w:t>
      </w:r>
    </w:p>
    <w:p>
      <w:pPr>
        <w:jc w:val="right"/>
      </w:pPr>
      <w:r>
        <w:t>آئیڈیل دنیا مل جائے۔</w:t>
      </w:r>
    </w:p>
    <w:p>
      <w:r>
        <w:rPr>
          <w:b/>
        </w:rPr>
        <w:t xml:space="preserve">[21:49] </w:t>
      </w:r>
      <w:r>
        <w:t>is ke liye banai nahi gayi.</w:t>
      </w:r>
    </w:p>
    <w:p>
      <w:pPr>
        <w:jc w:val="right"/>
      </w:pPr>
      <w:r>
        <w:t>اس کے لیے بنائی نہیں گئی۔</w:t>
      </w:r>
    </w:p>
    <w:p>
      <w:r>
        <w:rPr>
          <w:b/>
        </w:rPr>
        <w:t xml:space="preserve">[21:56] </w:t>
      </w:r>
      <w:r>
        <w:t>quran ke mutabiq yeh hai testing ground.</w:t>
      </w:r>
    </w:p>
    <w:p>
      <w:pPr>
        <w:jc w:val="right"/>
      </w:pPr>
      <w:r>
        <w:t>قرآن کے مطابق یہ ہے ٹیسٹنگ گراؤنڈ۔</w:t>
      </w:r>
    </w:p>
    <w:p>
      <w:r>
        <w:rPr>
          <w:b/>
        </w:rPr>
        <w:t xml:space="preserve">[22:03] </w:t>
      </w:r>
      <w:r>
        <w:t>yani jo testing ground jab hai to woh individual ko chuna ja raha hai.</w:t>
      </w:r>
    </w:p>
    <w:p>
      <w:pPr>
        <w:jc w:val="right"/>
      </w:pPr>
      <w:r>
        <w:t>یعنی جو ٹیسٹنگ گراؤنڈ جب ہے تو وہ انڈیویجول کو چنا جا رہا ہے۔</w:t>
      </w:r>
    </w:p>
    <w:p>
      <w:r>
        <w:rPr>
          <w:b/>
        </w:rPr>
        <w:t xml:space="preserve">[22:10] </w:t>
      </w:r>
      <w:r>
        <w:t>to kaise kaise individual paida ho rahe hain? main chand misalein deta hoon aap ko.</w:t>
      </w:r>
    </w:p>
    <w:p>
      <w:pPr>
        <w:jc w:val="right"/>
      </w:pPr>
      <w:r>
        <w:t>تو کیسے کیسے انڈیویجول پیدا ہو رہے ہیں؟ میں چند مثالیں دیتا ہوں آپ کو۔</w:t>
      </w:r>
    </w:p>
    <w:p>
      <w:r>
        <w:rPr>
          <w:b/>
        </w:rPr>
        <w:t xml:space="preserve">[22:17] </w:t>
      </w:r>
      <w:r>
        <w:t>haan, dekhiye, ek baat aur main arz kar doon ke shuru hi mein Allah taala ne do misalein</w:t>
      </w:r>
    </w:p>
    <w:p>
      <w:pPr>
        <w:jc w:val="right"/>
      </w:pPr>
      <w:r>
        <w:t>ہاں، دیکھیے، ایک بات اور میں عرض کر دوں کہ شروع ہی میں اللہ تعالیٰ نے دو مثالیں</w:t>
      </w:r>
    </w:p>
    <w:p>
      <w:r>
        <w:rPr>
          <w:b/>
        </w:rPr>
        <w:t xml:space="preserve">[22:24] </w:t>
      </w:r>
      <w:r>
        <w:t>qaim kar dein.</w:t>
      </w:r>
    </w:p>
    <w:p>
      <w:pPr>
        <w:jc w:val="right"/>
      </w:pPr>
      <w:r>
        <w:t>قائم کر دیں۔</w:t>
      </w:r>
    </w:p>
    <w:p>
      <w:r>
        <w:rPr>
          <w:b/>
        </w:rPr>
        <w:t xml:space="preserve">[22:31] </w:t>
      </w:r>
      <w:r>
        <w:t>do misalein: ek misal Iblees ki aur doosri misal Adam ki.</w:t>
      </w:r>
    </w:p>
    <w:p>
      <w:pPr>
        <w:jc w:val="right"/>
      </w:pPr>
      <w:r>
        <w:t>دو مثالیں: ایک مثال ابلیس کی اور دوسری مثال آدم کی۔</w:t>
      </w:r>
    </w:p>
    <w:p>
      <w:r>
        <w:rPr>
          <w:b/>
        </w:rPr>
        <w:t xml:space="preserve">[22:38] </w:t>
      </w:r>
      <w:r>
        <w:t>yani poori tareekh mein jo hone wala tha, us ka ek alamati, ek ek waqea paishgi tor par</w:t>
      </w:r>
    </w:p>
    <w:p>
      <w:pPr>
        <w:jc w:val="right"/>
      </w:pPr>
      <w:r>
        <w:t>یعنی پوری تاریخ میں جو ہونے والا تھا، اس کا ایک علامتی، ایک ایک واقعہ پیشگی طور پر</w:t>
      </w:r>
    </w:p>
    <w:p>
      <w:r>
        <w:rPr>
          <w:b/>
        </w:rPr>
        <w:t xml:space="preserve">[22:45] </w:t>
      </w:r>
      <w:r>
        <w:t>Allah taala ne dikha diya.</w:t>
      </w:r>
    </w:p>
    <w:p>
      <w:pPr>
        <w:jc w:val="right"/>
      </w:pPr>
      <w:r>
        <w:t>اللہ تعالیٰ نے دکھا دیا۔</w:t>
      </w:r>
    </w:p>
    <w:p>
      <w:r>
        <w:rPr>
          <w:b/>
        </w:rPr>
        <w:t xml:space="preserve">[22:52] </w:t>
      </w:r>
      <w:r>
        <w:t>Adam ke sath kya hua? Adam ko Allah taala ne paida kar ke jannat mein rakha, jaisa ke</w:t>
      </w:r>
    </w:p>
    <w:p>
      <w:pPr>
        <w:jc w:val="right"/>
      </w:pPr>
      <w:r>
        <w:t>آدم کے ساتھ کیا ہوا؟ آدم کو اللہ تعالیٰ نے پیدا کر کے جنت میں رکھا، جیسا کہ</w:t>
      </w:r>
    </w:p>
    <w:p>
      <w:r>
        <w:rPr>
          <w:b/>
        </w:rPr>
        <w:t xml:space="preserve">[22:59] </w:t>
      </w:r>
      <w:r>
        <w:t>quran mein bataya gaya hai.</w:t>
      </w:r>
    </w:p>
    <w:p>
      <w:pPr>
        <w:jc w:val="right"/>
      </w:pPr>
      <w:r>
        <w:t>قرآن میں بتایا گیا ہے۔</w:t>
      </w:r>
    </w:p>
    <w:p>
      <w:r>
        <w:rPr>
          <w:b/>
        </w:rPr>
        <w:t xml:space="preserve">[23:06] </w:t>
      </w:r>
      <w:r>
        <w:t>ek sirf ek condition thi ke poori jannat ko tum enjoy kar sakte ho.</w:t>
      </w:r>
    </w:p>
    <w:p>
      <w:pPr>
        <w:jc w:val="right"/>
      </w:pPr>
      <w:r>
        <w:t>ایک صرف ایک کنڈیشن تھی کہ پوری جنت کو تم انجوائے کر سکتے ہو۔</w:t>
      </w:r>
    </w:p>
    <w:p>
      <w:r>
        <w:rPr>
          <w:b/>
        </w:rPr>
        <w:t xml:space="preserve">[23:13] </w:t>
      </w:r>
      <w:r>
        <w:t>albatta wahan ek forbidden tree tha, us forbidden tree ka phal nahi khana tha un ko, lekin woh</w:t>
      </w:r>
    </w:p>
    <w:p>
      <w:pPr>
        <w:jc w:val="right"/>
      </w:pPr>
      <w:r>
        <w:t>البتہ وہاں ایک فاربیڈن ٹری تھا، اس فاربیڈن ٹری کا پھل نہیں کھانا تھا ان کو، لیکن وہ</w:t>
      </w:r>
    </w:p>
    <w:p>
      <w:r>
        <w:rPr>
          <w:b/>
        </w:rPr>
        <w:t xml:space="preserve">[23:20] </w:t>
      </w:r>
      <w:r>
        <w:t>patience na dikha sake aur ja kar ke unhone us forbidden tree ka phal kha liya.</w:t>
      </w:r>
    </w:p>
    <w:p>
      <w:pPr>
        <w:jc w:val="right"/>
      </w:pPr>
      <w:r>
        <w:t>پیشنس نہ دکھا سکے اور جا کر کے انہوں نے اس فاربیڈن ٹری کا پھل کھا لیا۔</w:t>
      </w:r>
    </w:p>
    <w:p>
      <w:r>
        <w:rPr>
          <w:b/>
        </w:rPr>
        <w:t xml:space="preserve">[23:27] </w:t>
      </w:r>
      <w:r>
        <w:t>to phir jannat se woh nikal diye gaye.</w:t>
      </w:r>
    </w:p>
    <w:p>
      <w:pPr>
        <w:jc w:val="right"/>
      </w:pPr>
      <w:r>
        <w:t>تو پھر جنت سے وہ نکال دیے گئے۔</w:t>
      </w:r>
    </w:p>
    <w:p>
      <w:r>
        <w:rPr>
          <w:b/>
        </w:rPr>
        <w:t xml:space="preserve">[23:34] </w:t>
      </w:r>
      <w:r>
        <w:t>lekin is ke baad kya hua? is ke baad yeh hua ke un ko repentance aaya, bohat hi</w:t>
      </w:r>
    </w:p>
    <w:p>
      <w:pPr>
        <w:jc w:val="right"/>
      </w:pPr>
      <w:r>
        <w:t>لیکن اس کے بعد کیا ہوا؟ اس کے بعد یہ ہوا کہ ان کو ریپنٹنس آیا، بہت ہی</w:t>
      </w:r>
    </w:p>
    <w:p>
      <w:r>
        <w:rPr>
          <w:b/>
        </w:rPr>
        <w:t xml:space="preserve">[23:41] </w:t>
      </w:r>
      <w:r>
        <w:t>gehra repentance, bohat zyada.</w:t>
      </w:r>
    </w:p>
    <w:p>
      <w:pPr>
        <w:jc w:val="right"/>
      </w:pPr>
      <w:r>
        <w:t>گہرا ریپنٹنس، بہت زیادہ۔</w:t>
      </w:r>
    </w:p>
    <w:p>
      <w:r>
        <w:rPr>
          <w:b/>
        </w:rPr>
        <w:t xml:space="preserve">[23:48] </w:t>
      </w:r>
      <w:r>
        <w:t>unhone kaha ke: "rabana zalamna anfusana walam taghfir lana watarhamna" yani "kun minal khasireen".</w:t>
      </w:r>
    </w:p>
    <w:p>
      <w:pPr>
        <w:jc w:val="right"/>
      </w:pPr>
      <w:r>
        <w:t>انہوں نے کہا کہ: "ربنا ظلمنا انفسنا ولم تغفر لنا وترحمنا" یعنی "کن من الخاسرین"۔</w:t>
      </w:r>
    </w:p>
    <w:p>
      <w:r>
        <w:rPr>
          <w:b/>
        </w:rPr>
        <w:t xml:space="preserve">[23:55] </w:t>
      </w:r>
      <w:r>
        <w:t>yani repentance aaya, unhone apni ghalti ko mana aur bohat zyada girya o zaari ki.</w:t>
      </w:r>
    </w:p>
    <w:p>
      <w:pPr>
        <w:jc w:val="right"/>
      </w:pPr>
      <w:r>
        <w:t>یعنی ریپنٹنس آیا، انہوں نے اپنی غلطی کو مانا اور بہت زیادہ گریہ و زاری کی۔</w:t>
      </w:r>
    </w:p>
    <w:p>
      <w:r>
        <w:rPr>
          <w:b/>
        </w:rPr>
        <w:t xml:space="preserve">[24:02] </w:t>
      </w:r>
      <w:r>
        <w:t>to un ki toba ko Allah ne qabool kar liya, phir dobara un ke liye jannat muqaddar kar di.</w:t>
      </w:r>
    </w:p>
    <w:p>
      <w:pPr>
        <w:jc w:val="right"/>
      </w:pPr>
      <w:r>
        <w:t>تو ان کی توبہ کو اللہ نے قبول کر لیا، پھر دوبارہ ان کے لیے جنت مقدر کر دی۔</w:t>
      </w:r>
    </w:p>
    <w:p>
      <w:r>
        <w:rPr>
          <w:b/>
        </w:rPr>
        <w:t xml:space="preserve">[24:09] </w:t>
      </w:r>
      <w:r>
        <w:t>ek insan yeh hai ke zindagi ke daur mein kabhi sahi kare, kabhi galat karega, lekin jab</w:t>
      </w:r>
    </w:p>
    <w:p>
      <w:pPr>
        <w:jc w:val="right"/>
      </w:pPr>
      <w:r>
        <w:t>ایک انسان یہ ہے کہ زندگی کے دوڑ میں کبھی صحیح کرے، کبھی غلط کرے گا، لیکن جب</w:t>
      </w:r>
    </w:p>
    <w:p>
      <w:r>
        <w:rPr>
          <w:b/>
        </w:rPr>
        <w:t xml:space="preserve">[24:16] </w:t>
      </w:r>
      <w:r>
        <w:t>galat kare to us ko chahiye kya? us ke andar repentance aaye, woh apna correction kare, phir se</w:t>
      </w:r>
    </w:p>
    <w:p>
      <w:pPr>
        <w:jc w:val="right"/>
      </w:pPr>
      <w:r>
        <w:t>غلط کرے تو اس کو چاہیے کیا؟ اس کے اندر ریپنٹنس آئے، وہ اپنا کریکشن کرے، پھر سے</w:t>
      </w:r>
    </w:p>
    <w:p>
      <w:r>
        <w:rPr>
          <w:b/>
        </w:rPr>
        <w:t xml:space="preserve">[24:23] </w:t>
      </w:r>
      <w:r>
        <w:t>sahi rastay par chalne lage.</w:t>
      </w:r>
    </w:p>
    <w:p>
      <w:pPr>
        <w:jc w:val="right"/>
      </w:pPr>
      <w:r>
        <w:t>صحیح راستے پر چلنے لگے۔</w:t>
      </w:r>
    </w:p>
    <w:p>
      <w:r>
        <w:rPr>
          <w:b/>
        </w:rPr>
        <w:t xml:space="preserve">[24:30] </w:t>
      </w:r>
      <w:r>
        <w:t>تو یہ ممکن نہیں ہے کہ کوئی آدمی بالکل کوئی غلطی نہ کرے، perfect try shows آخر تک۔</w:t>
      </w:r>
    </w:p>
    <w:p>
      <w:pPr>
        <w:jc w:val="right"/>
      </w:pPr>
      <w:r>
        <w:t>تو یہ ممکن نہیں ہے کہ کوئی آدمی بالکل کوئی غلطی نہ کرے، پرفیکٹ ٹرائی شوز آخر تک۔</w:t>
      </w:r>
    </w:p>
    <w:p>
      <w:r>
        <w:rPr>
          <w:b/>
        </w:rPr>
        <w:t xml:space="preserve">[24:37] </w:t>
      </w:r>
      <w:r>
        <w:t>dunya ke chuke testing ground hai, to aise halaat yahan nahi hain ke aap ghalti na karein.</w:t>
      </w:r>
    </w:p>
    <w:p>
      <w:pPr>
        <w:jc w:val="right"/>
      </w:pPr>
      <w:r>
        <w:t>دنیا کے چونکہ ٹیسٹنگ گراؤنڈ ہے، تو ایسے حالات یہاں نہیں ہیں کہ آپ غلطی نہ کریں۔</w:t>
      </w:r>
    </w:p>
    <w:p>
      <w:r>
        <w:rPr>
          <w:b/>
        </w:rPr>
        <w:t xml:space="preserve">[24:44] </w:t>
      </w:r>
      <w:r>
        <w:t>ghaltiyan to hongi, too human, lekin jo matloob hai woh yeh hai ke ghalti karne ke baad</w:t>
      </w:r>
    </w:p>
    <w:p>
      <w:pPr>
        <w:jc w:val="right"/>
      </w:pPr>
      <w:r>
        <w:t>غلطیاں تو ہوں گی، ٹو ہیومن، لیکن جو مطلوب ہے وہ یہ ہے کہ غلطی کرنے کے بعد</w:t>
      </w:r>
    </w:p>
    <w:p>
      <w:r>
        <w:rPr>
          <w:b/>
        </w:rPr>
        <w:t xml:space="preserve">[24:51] </w:t>
      </w:r>
      <w:r>
        <w:t>aadmi ke apne repentance aaye, apni islaah kare, apne ko phir se sahi rastay par daale, right track par.</w:t>
      </w:r>
    </w:p>
    <w:p>
      <w:pPr>
        <w:jc w:val="right"/>
      </w:pPr>
      <w:r>
        <w:t>آدمی کہ اپنے ریپنٹنس آئے، اپنی اصلاح کرے، اپنے کو پھر سے صحیح راستے پر ڈالے، رائٹ ٹریک پر۔</w:t>
      </w:r>
    </w:p>
    <w:p>
      <w:r>
        <w:rPr>
          <w:b/>
        </w:rPr>
        <w:t xml:space="preserve">[24:58] </w:t>
      </w:r>
      <w:r>
        <w:t>to yeh misaal hai Adam ki.</w:t>
      </w:r>
    </w:p>
    <w:p>
      <w:pPr>
        <w:jc w:val="right"/>
      </w:pPr>
      <w:r>
        <w:t>تو یہ مثال ہے آدم کی۔</w:t>
      </w:r>
    </w:p>
    <w:p>
      <w:r>
        <w:rPr>
          <w:b/>
        </w:rPr>
        <w:t xml:space="preserve">[25:05] </w:t>
      </w:r>
      <w:r>
        <w:t>aisa aadmi Allah ke nazdeek Allah us ko select karega jannat ke liye.</w:t>
      </w:r>
    </w:p>
    <w:p>
      <w:pPr>
        <w:jc w:val="right"/>
      </w:pPr>
      <w:r>
        <w:t>ایسا آدمی اللہ کے نزدیک اللہ اس کو سلیکٹ کرے گا جنت کے لیے۔</w:t>
      </w:r>
    </w:p>
    <w:p>
      <w:r>
        <w:rPr>
          <w:b/>
        </w:rPr>
        <w:t xml:space="preserve">[25:12] </w:t>
      </w:r>
      <w:r>
        <w:t>doosri misaal Iblees ki hai.</w:t>
      </w:r>
    </w:p>
    <w:p>
      <w:pPr>
        <w:jc w:val="right"/>
      </w:pPr>
      <w:r>
        <w:t>دوسری مثال ابلیس کی ہے۔</w:t>
      </w:r>
    </w:p>
    <w:p>
      <w:r>
        <w:rPr>
          <w:b/>
        </w:rPr>
        <w:t xml:space="preserve">[25:19] </w:t>
      </w:r>
      <w:r>
        <w:t>Iblees ne bhi ghalti ki ke Allah ka hukum tha ke tum jhuk jaao Adam ke aage.</w:t>
      </w:r>
    </w:p>
    <w:p>
      <w:pPr>
        <w:jc w:val="right"/>
      </w:pPr>
      <w:r>
        <w:t>ابلیس نے بھی غلطی کی کہ اللہ کا حکم تھا کہ تم جھک جاؤ آدم کے آگے۔</w:t>
      </w:r>
    </w:p>
    <w:p>
      <w:r>
        <w:rPr>
          <w:b/>
        </w:rPr>
        <w:t xml:space="preserve">[25:26] </w:t>
      </w:r>
      <w:r>
        <w:t>woh nahi jhuka, to us ne apni ghalti ka etraf nahi kiya, us ne admit nahi kiya ke</w:t>
      </w:r>
    </w:p>
    <w:p>
      <w:pPr>
        <w:jc w:val="right"/>
      </w:pPr>
      <w:r>
        <w:t>وہ نہیں جھکا، تو اس نے اپنی غلطی کا اعتراف نہیں کیا، اس نے ایڈمٹ نہیں کیا کہ</w:t>
      </w:r>
    </w:p>
    <w:p>
      <w:r>
        <w:rPr>
          <w:b/>
        </w:rPr>
        <w:t xml:space="preserve">[25:33] </w:t>
      </w:r>
      <w:r>
        <w:t>mein ghalti kar raha hoon.</w:t>
      </w:r>
    </w:p>
    <w:p>
      <w:pPr>
        <w:jc w:val="right"/>
      </w:pPr>
      <w:r>
        <w:t>میں غلطی کر رہا ہوں۔</w:t>
      </w:r>
    </w:p>
    <w:p>
      <w:r>
        <w:rPr>
          <w:b/>
        </w:rPr>
        <w:t xml:space="preserve">[25:40] </w:t>
      </w:r>
      <w:r>
        <w:t>us ke andar repentance nahi aaya, to Allah ne us ko abadi tor par mehfooz se mehfooz kar diya.</w:t>
      </w:r>
    </w:p>
    <w:p>
      <w:pPr>
        <w:jc w:val="right"/>
      </w:pPr>
      <w:r>
        <w:t>اس کے اندر ریپنٹنس نہیں آیا، تو اللہ نے اس کو ابدی طور پر محفوظ سے محفوظ کر دیا۔</w:t>
      </w:r>
    </w:p>
    <w:p>
      <w:r>
        <w:rPr>
          <w:b/>
        </w:rPr>
        <w:t xml:space="preserve">[25:47] </w:t>
      </w:r>
      <w:r>
        <w:t>yeh do character hain jo bata rahe hain ke aage kya hone wala hai.</w:t>
      </w:r>
    </w:p>
    <w:p>
      <w:pPr>
        <w:jc w:val="right"/>
      </w:pPr>
      <w:r>
        <w:t>یہ دو کریکٹر ہیں جو بتا رہے ہیں کہ آگے کیا ہونے والا ہے۔</w:t>
      </w:r>
    </w:p>
    <w:p>
      <w:r>
        <w:rPr>
          <w:b/>
        </w:rPr>
        <w:t xml:space="preserve">[25:54] </w:t>
      </w:r>
      <w:r>
        <w:t>kuch insaan woh honge jo ghalti bhi karenge, lekin sath sath yeh hai ke un ke</w:t>
      </w:r>
    </w:p>
    <w:p>
      <w:pPr>
        <w:jc w:val="right"/>
      </w:pPr>
      <w:r>
        <w:t>کچھ انسان وہ ہوں گے جو غلطی بھی کریں گے، لیکن ساتھ ساتھ یہ ہے کہ ان کے</w:t>
      </w:r>
    </w:p>
    <w:p>
      <w:r>
        <w:rPr>
          <w:b/>
        </w:rPr>
        <w:t xml:space="preserve">[26:01] </w:t>
      </w:r>
      <w:r>
        <w:t>andar bohat ziyada rooh laga hua hoga, repentance aayega, woh Allah se toba karenge, Allah unhein</w:t>
      </w:r>
    </w:p>
    <w:p>
      <w:pPr>
        <w:jc w:val="right"/>
      </w:pPr>
      <w:r>
        <w:t>اندر بہت زیادہ روح لگا ہوا ہوگا، ریپنٹنس آئے گا، وہ اللہ سے توبہ کریں گے، اللہ انہیں</w:t>
      </w:r>
    </w:p>
    <w:p>
      <w:r>
        <w:rPr>
          <w:b/>
        </w:rPr>
        <w:t xml:space="preserve">[26:08] </w:t>
      </w:r>
      <w:r>
        <w:t>maaf karega, phir right track mein.</w:t>
      </w:r>
    </w:p>
    <w:p>
      <w:pPr>
        <w:jc w:val="right"/>
      </w:pPr>
      <w:r>
        <w:t>معاف کرے گا، پھر رائٹ ٹریک میں۔</w:t>
      </w:r>
    </w:p>
    <w:p>
      <w:r>
        <w:rPr>
          <w:b/>
        </w:rPr>
        <w:t xml:space="preserve">[26:15] </w:t>
      </w:r>
      <w:r>
        <w:t>yeh natije ke sath yeh woh log hain jo strict hain.</w:t>
      </w:r>
    </w:p>
    <w:p>
      <w:pPr>
        <w:jc w:val="right"/>
      </w:pPr>
      <w:r>
        <w:t>یہ نتیجے کے ساتھ یہ وہ لوگ ہیں جو سٹرکٹ ہیں۔</w:t>
      </w:r>
    </w:p>
    <w:p>
      <w:r>
        <w:rPr>
          <w:b/>
        </w:rPr>
        <w:t xml:space="preserve">[26:22] </w:t>
      </w:r>
      <w:r>
        <w:t>aise aise aise individual hain, jo strict hain, aise afraad hain.</w:t>
      </w:r>
    </w:p>
    <w:p>
      <w:pPr>
        <w:jc w:val="right"/>
      </w:pPr>
      <w:r>
        <w:t>ایسے ایسے ایسے انڈیویجول ہیں، جو سٹرکٹ ہیں، ایسے افراد ہیں۔</w:t>
      </w:r>
    </w:p>
    <w:p>
      <w:r>
        <w:rPr>
          <w:b/>
        </w:rPr>
        <w:t xml:space="preserve">[26:29] </w:t>
      </w:r>
      <w:r>
        <w:t>aur doosre woh log hain jo ghalti karne ke baad sach bach jayenge, ghalti ko manenge nahi.</w:t>
      </w:r>
    </w:p>
    <w:p>
      <w:pPr>
        <w:jc w:val="right"/>
      </w:pPr>
      <w:r>
        <w:t>اور دوسرے وہ لوگ ہیں جو غلطی کرنے کے بعد سچ بچ جائیں گے، غلطی کو مانیں گے نہیں۔</w:t>
      </w:r>
    </w:p>
    <w:p>
      <w:r>
        <w:rPr>
          <w:b/>
        </w:rPr>
        <w:t xml:space="preserve">[26:36] </w:t>
      </w:r>
      <w:r>
        <w:t>to woh woh hamesha ke liye Allah ki beshak maroof hain, us ke nazdeek Iblees hai.</w:t>
      </w:r>
    </w:p>
    <w:p>
      <w:pPr>
        <w:jc w:val="right"/>
      </w:pPr>
      <w:r>
        <w:t>تو وہ وہ ہمیشہ کے لیے اللہ کی بے شک معروف ہیں، اس کے نزدیک ابلیس ہے۔</w:t>
      </w:r>
    </w:p>
    <w:p>
      <w:r>
        <w:rPr>
          <w:b/>
        </w:rPr>
        <w:t xml:space="preserve">[26:43] </w:t>
      </w:r>
      <w:r>
        <w:t>to yeh do do dhare chal rahe hain is saare mein.</w:t>
      </w:r>
    </w:p>
    <w:p>
      <w:pPr>
        <w:jc w:val="right"/>
      </w:pPr>
      <w:r>
        <w:t>تو یہ دو دو دھارے چل رہے ہیں اس سارے میں۔</w:t>
      </w:r>
    </w:p>
    <w:p>
      <w:r>
        <w:rPr>
          <w:b/>
        </w:rPr>
        <w:t xml:space="preserve">[26:50] </w:t>
      </w:r>
      <w:r>
        <w:t>yeh sara Adam jaise logon ka yeh sara chal raha hai.</w:t>
      </w:r>
    </w:p>
    <w:p>
      <w:pPr>
        <w:jc w:val="right"/>
      </w:pPr>
      <w:r>
        <w:t>یہ سارا آدم جیسے لوگوں کا یہ سارا چل رہا ہے۔</w:t>
      </w:r>
    </w:p>
    <w:p>
      <w:r>
        <w:rPr>
          <w:b/>
        </w:rPr>
        <w:t xml:space="preserve">[26:57] </w:t>
      </w:r>
      <w:r>
        <w:t>yeh bator naseehat ke Allah taala ne peshgi tor par insaan ko bata diya.</w:t>
      </w:r>
    </w:p>
    <w:p>
      <w:pPr>
        <w:jc w:val="right"/>
      </w:pPr>
      <w:r>
        <w:t>یہ بطور نصیحت کہ اللہ تعالیٰ نے پیشگی طور پر انسان کو بتا دیا۔</w:t>
      </w:r>
    </w:p>
    <w:p>
      <w:r>
        <w:rPr>
          <w:b/>
        </w:rPr>
        <w:t xml:space="preserve">[27:04] </w:t>
      </w:r>
      <w:r>
        <w:t>ab dekhiye, aap tareekh mein dekhiye, main chand misalein deta hoon.</w:t>
      </w:r>
    </w:p>
    <w:p>
      <w:pPr>
        <w:jc w:val="right"/>
      </w:pPr>
      <w:r>
        <w:t>اب دیکھیے، آپ تاریخ میں دیکھیے، میں چند مثالیں دیتا ہوں۔</w:t>
      </w:r>
    </w:p>
    <w:p>
      <w:r>
        <w:rPr>
          <w:b/>
        </w:rPr>
        <w:t xml:space="preserve">[27:11] </w:t>
      </w:r>
      <w:r>
        <w:t>dekhiye, adam ke agli nasal mein do paida hue: ek habel tha, ek qabeel.</w:t>
      </w:r>
    </w:p>
    <w:p>
      <w:pPr>
        <w:jc w:val="right"/>
      </w:pPr>
      <w:r>
        <w:t>دیکھیے، آدم کے اگلی نسل میں دو پیدا ہوئے: ایک ہابیل تھا، ایک قابیل۔</w:t>
      </w:r>
    </w:p>
    <w:p>
      <w:r>
        <w:rPr>
          <w:b/>
        </w:rPr>
        <w:t xml:space="preserve">[27:18] </w:t>
      </w:r>
      <w:r>
        <w:t>habel aur qabeel ke darmiyan ek masle par controversy ho gayi, ikhtilaf paida ho gaya.</w:t>
      </w:r>
    </w:p>
    <w:p>
      <w:pPr>
        <w:jc w:val="right"/>
      </w:pPr>
      <w:r>
        <w:t>ہابیل اور قابیل کے درمیان ایک مسئلے پر کنٹروورسی ہو گئی، اختلاف پیدا ہو گیا۔</w:t>
      </w:r>
    </w:p>
    <w:p>
      <w:r>
        <w:rPr>
          <w:b/>
        </w:rPr>
        <w:t xml:space="preserve">[27:25] </w:t>
      </w:r>
      <w:r>
        <w:t>ikhtilaf bada bada bada hua, yahan tak ke qabeel ne habel ko maar dala.</w:t>
      </w:r>
    </w:p>
    <w:p>
      <w:pPr>
        <w:jc w:val="right"/>
      </w:pPr>
      <w:r>
        <w:t>اختلاف بڑا بڑا بڑا ہوا، یہاں تک کہ قابیل نے ہابیل کو مار ڈالا۔</w:t>
      </w:r>
    </w:p>
    <w:p>
      <w:r>
        <w:rPr>
          <w:b/>
        </w:rPr>
        <w:t xml:space="preserve">[27:32] </w:t>
      </w:r>
      <w:r>
        <w:t>is zamane mein yeh ghaliban yeh stone age tha, to pathar se shayad mara hoga.</w:t>
      </w:r>
    </w:p>
    <w:p>
      <w:pPr>
        <w:jc w:val="right"/>
      </w:pPr>
      <w:r>
        <w:t>اس زمانے میں یہ غالباً یہ اسٹون ایج تھا، تو پتھر سے شاید مارا ہوگا۔</w:t>
      </w:r>
    </w:p>
    <w:p>
      <w:r>
        <w:rPr>
          <w:b/>
        </w:rPr>
        <w:t xml:space="preserve">[27:39] </w:t>
      </w:r>
      <w:r>
        <w:t>to us waqt habel ne kaha tha ke agar tum mujhe maro, jab us ne dhamki di ke</w:t>
      </w:r>
    </w:p>
    <w:p>
      <w:pPr>
        <w:jc w:val="right"/>
      </w:pPr>
      <w:r>
        <w:t>تو اس وقت ہابیل نے کہا تھا کہ اگر تم مجھے مارو، جب اس نے دھمکی دی کہ</w:t>
      </w:r>
    </w:p>
    <w:p>
      <w:r>
        <w:rPr>
          <w:b/>
        </w:rPr>
        <w:t xml:space="preserve">[27:46] </w:t>
      </w:r>
      <w:r>
        <w:t>main tum ko maar daloon ga, to us ne kaha: "agar tum mujhe maro to main hath nahin</w:t>
      </w:r>
    </w:p>
    <w:p>
      <w:pPr>
        <w:jc w:val="right"/>
      </w:pPr>
      <w:r>
        <w:t>میں تم کو مار ڈالوں گا، تو اس نے کہا: "اگر تم مجھے مارو تو میں ہاتھ نہیں</w:t>
      </w:r>
    </w:p>
    <w:p>
      <w:r>
        <w:rPr>
          <w:b/>
        </w:rPr>
        <w:t xml:space="preserve">[27:53] </w:t>
      </w:r>
      <w:r>
        <w:t>uthaoon ga, uthaoon ga tum ko marne ke liye." aur aise hi hua, us ne hath nahin uthaya</w:t>
      </w:r>
    </w:p>
    <w:p>
      <w:pPr>
        <w:jc w:val="right"/>
      </w:pPr>
      <w:r>
        <w:t>اٹھائیں گا، اٹھاؤں گا تم کو مارنے کے لیے۔" اور ایسے ہی ہوا، اس نے ہاتھ نہیں اٹھایا</w:t>
      </w:r>
    </w:p>
    <w:p>
      <w:r>
        <w:rPr>
          <w:b/>
        </w:rPr>
        <w:t xml:space="preserve">[28:00] </w:t>
      </w:r>
      <w:r>
        <w:t>aur us ne us ko maar dala.</w:t>
      </w:r>
    </w:p>
    <w:p>
      <w:pPr>
        <w:jc w:val="right"/>
      </w:pPr>
      <w:r>
        <w:t>اور اس نے اس کو مار ڈالا۔</w:t>
      </w:r>
    </w:p>
    <w:p>
      <w:r>
        <w:rPr>
          <w:b/>
        </w:rPr>
        <w:t xml:space="preserve">[28:07] </w:t>
      </w:r>
      <w:r>
        <w:t>to is se habel ne ek bohat bara example set kiya, bohat bara.</w:t>
      </w:r>
    </w:p>
    <w:p>
      <w:pPr>
        <w:jc w:val="right"/>
      </w:pPr>
      <w:r>
        <w:t>تو اس سے ہابیل نے ایک بہت بڑا ایگزیمپل سیٹ کیا، بہت بڑا۔</w:t>
      </w:r>
    </w:p>
    <w:p>
      <w:r>
        <w:rPr>
          <w:b/>
        </w:rPr>
        <w:t xml:space="preserve">[28:14] </w:t>
      </w:r>
      <w:r>
        <w:t>woh yeh hai ke jo Allah taala ke jo woh hain, jo jin cheezon ko Allah ne mana</w:t>
      </w:r>
    </w:p>
    <w:p>
      <w:pPr>
        <w:jc w:val="right"/>
      </w:pPr>
      <w:r>
        <w:t>وہ یہ ہے کہ جو اللہ تعالیٰ کے جو وہ ہیں، جو جن چیزوں کو اللہ نے منع</w:t>
      </w:r>
    </w:p>
    <w:p>
      <w:r>
        <w:rPr>
          <w:b/>
        </w:rPr>
        <w:t xml:space="preserve">[28:21] </w:t>
      </w:r>
      <w:r>
        <w:t>kiya, to kisi bhi excuse ko le kar ke is is haram ko woh halal nahin karega.</w:t>
      </w:r>
    </w:p>
    <w:p>
      <w:pPr>
        <w:jc w:val="right"/>
      </w:pPr>
      <w:r>
        <w:t>کیا، تو کسی بھی ایکسکیوز کو لے کر کے اس اس حرام کو وہ حلال نہیں کرے گا۔</w:t>
      </w:r>
    </w:p>
    <w:p>
      <w:r>
        <w:rPr>
          <w:b/>
        </w:rPr>
        <w:t xml:space="preserve">[28:28] </w:t>
      </w:r>
      <w:r>
        <w:t>ek insan woh hai, koi bhi excuse le kar ke jin cheezon ko Allah ne mana kiya hai,</w:t>
      </w:r>
    </w:p>
    <w:p>
      <w:pPr>
        <w:jc w:val="right"/>
      </w:pPr>
      <w:r>
        <w:t>ایک انسان وہ ہے، کوئی بھی ایکسکیوز لے کر کے جن چیزوں کو اللہ نے منع کیا ہے،</w:t>
      </w:r>
    </w:p>
    <w:p>
      <w:r>
        <w:rPr>
          <w:b/>
        </w:rPr>
        <w:t xml:space="preserve">[28:35] </w:t>
      </w:r>
      <w:r>
        <w:t>to koi bhi excuse le kar koi apne liye jaiz nahin karega.</w:t>
      </w:r>
    </w:p>
    <w:p>
      <w:pPr>
        <w:jc w:val="right"/>
      </w:pPr>
      <w:r>
        <w:t>تو کوئی بھی ایکسکیوز لے کر کوئی اپنے لیے جائز نہیں کرے گا۔</w:t>
      </w:r>
    </w:p>
    <w:p>
      <w:r>
        <w:rPr>
          <w:b/>
        </w:rPr>
        <w:t xml:space="preserve">[28:42] </w:t>
      </w:r>
      <w:r>
        <w:t>ek woh insan hai, yani apne temptation ko roke ga, apni desire ko roke ga, apne emotions ko</w:t>
      </w:r>
    </w:p>
    <w:p>
      <w:pPr>
        <w:jc w:val="right"/>
      </w:pPr>
      <w:r>
        <w:t>ایک وہ انسان ہے، یعنی اپنے ٹمپریشن کو روکے گا، اپنی ڈیزائر کو روکے گا، اپنے ایموشنز کو</w:t>
      </w:r>
    </w:p>
    <w:p>
      <w:r>
        <w:rPr>
          <w:b/>
        </w:rPr>
        <w:t xml:space="preserve">[28:49] </w:t>
      </w:r>
      <w:r>
        <w:t>roke ga, lekin Allah ke haram ko halal nahin karega, is line ko park nahin karega.</w:t>
      </w:r>
    </w:p>
    <w:p>
      <w:pPr>
        <w:jc w:val="right"/>
      </w:pPr>
      <w:r>
        <w:t>روکے گا، لیکن اللہ کے حرام کو حلال نہیں کرے گا، اس لائن کو پارک نہیں کرے گا۔</w:t>
      </w:r>
    </w:p>
    <w:p>
      <w:r>
        <w:rPr>
          <w:b/>
        </w:rPr>
        <w:t xml:space="preserve">[28:56] </w:t>
      </w:r>
      <w:r>
        <w:t>ek woh insan hai, to is ka unhon ne example set kiya.</w:t>
      </w:r>
    </w:p>
    <w:p>
      <w:pPr>
        <w:jc w:val="right"/>
      </w:pPr>
      <w:r>
        <w:t>ایک وہ انسان ہے، تو اس کا انہوں نے ایگزیمپل سیٹ کیا۔</w:t>
      </w:r>
    </w:p>
    <w:p>
      <w:r>
        <w:rPr>
          <w:b/>
        </w:rPr>
        <w:t xml:space="preserve">[29:03] </w:t>
      </w:r>
      <w:r>
        <w:t>habel ne aise hi dekhiye, nooh paida hue.</w:t>
      </w:r>
    </w:p>
    <w:p>
      <w:pPr>
        <w:jc w:val="right"/>
      </w:pPr>
      <w:r>
        <w:t>ہابیل نے ایسے ہی دیکھیے، نوح پیدا ہوئے۔</w:t>
      </w:r>
    </w:p>
    <w:p>
      <w:r>
        <w:rPr>
          <w:b/>
        </w:rPr>
        <w:t xml:space="preserve">[29:10] </w:t>
      </w:r>
      <w:r>
        <w:t>baat ko quran mein bataya gaya hai ke un ki umar itni lambi hui ke "faleebsa al-faslatayn ila</w:t>
      </w:r>
    </w:p>
    <w:p>
      <w:pPr>
        <w:jc w:val="right"/>
      </w:pPr>
      <w:r>
        <w:t>بات کو قرآن میں بتایا گیا ہے کہ ان کی عمر اتنی لمبی ہوئی کہ "فلبس الفصلتین الا</w:t>
      </w:r>
    </w:p>
    <w:p>
      <w:r>
        <w:rPr>
          <w:b/>
        </w:rPr>
        <w:t xml:space="preserve">[29:17] </w:t>
      </w:r>
      <w:r>
        <w:t>khamsina aama" yani no sau pachaas saal tak, yani ek hazar mein pachaas saal kam.</w:t>
      </w:r>
    </w:p>
    <w:p>
      <w:pPr>
        <w:jc w:val="right"/>
      </w:pPr>
      <w:r>
        <w:t>خمسین عامہ" یعنی نو سو پچاس سال تک، یعنی ایک ہزار میں پچاس سال کم۔</w:t>
      </w:r>
    </w:p>
    <w:p>
      <w:r>
        <w:rPr>
          <w:b/>
        </w:rPr>
        <w:t xml:space="preserve">[29:24] </w:t>
      </w:r>
      <w:r>
        <w:t>itni lambi umar thi un ki, lekin un ki dekhiye, un ki jo apni qom ke jo jo</w:t>
      </w:r>
    </w:p>
    <w:p>
      <w:pPr>
        <w:jc w:val="right"/>
      </w:pPr>
      <w:r>
        <w:t>اتنی لمبی عمر تھی ان کی، لیکن ان کی دیکھیے، ان کی جو اپنی قوم کے جو جو</w:t>
      </w:r>
    </w:p>
    <w:p>
      <w:r>
        <w:rPr>
          <w:b/>
        </w:rPr>
        <w:t xml:space="preserve">[29:31] </w:t>
      </w:r>
      <w:r>
        <w:t>un ki jo valuation thi, woh khatam nahin hui.</w:t>
      </w:r>
    </w:p>
    <w:p>
      <w:pPr>
        <w:jc w:val="right"/>
      </w:pPr>
      <w:r>
        <w:t>ان کی جو ویلیو ایشن تھی، وہ ختم نہیں ہوئی۔</w:t>
      </w:r>
    </w:p>
    <w:p>
      <w:r>
        <w:rPr>
          <w:b/>
        </w:rPr>
        <w:t xml:space="preserve">[29:38] </w:t>
      </w:r>
      <w:r>
        <w:t>qom ne un ki baat nahin mani, un ko sataya, un ko takleef di, lekin ek sainkaron saal</w:t>
      </w:r>
    </w:p>
    <w:p>
      <w:pPr>
        <w:jc w:val="right"/>
      </w:pPr>
      <w:r>
        <w:t>قوم نے ان کی بات نہیں مانی، ان کو ستایا، ان کو تکلیف دی، لیکن ایک سینکڑوں سال</w:t>
      </w:r>
    </w:p>
    <w:p>
      <w:r>
        <w:rPr>
          <w:b/>
        </w:rPr>
        <w:t xml:space="preserve">[29:45] </w:t>
      </w:r>
      <w:r>
        <w:t>guzarne ke baad bhi un ki valuation khatam nahin hui.</w:t>
      </w:r>
    </w:p>
    <w:p>
      <w:pPr>
        <w:jc w:val="right"/>
      </w:pPr>
      <w:r>
        <w:t>گزرنے کے بعد بھی ان کی ویلیو ایشن ختم نہیں ہوئی۔</w:t>
      </w:r>
    </w:p>
    <w:p>
      <w:r>
        <w:rPr>
          <w:b/>
        </w:rPr>
        <w:t xml:space="preserve">[29:52] </w:t>
      </w:r>
      <w:r>
        <w:t>us ko samjhate rahe, samjhate rahe, samjhate rahe, is ki duaein karte rahe.</w:t>
      </w:r>
    </w:p>
    <w:p>
      <w:pPr>
        <w:jc w:val="right"/>
      </w:pPr>
      <w:r>
        <w:t>اس کو سمجھاتے رہے، سمجھاتے رہے، سمجھاتے رہے، اس کی دعائیں کرتے رہے۔</w:t>
      </w:r>
    </w:p>
    <w:p>
      <w:r>
        <w:rPr>
          <w:b/>
        </w:rPr>
        <w:t xml:space="preserve">[29:59] </w:t>
      </w:r>
      <w:r>
        <w:t>quran mein jo aaya hai ke hazrat nooh ne dua kiya ke is qaum halak kar diya jaye,</w:t>
      </w:r>
    </w:p>
    <w:p>
      <w:pPr>
        <w:jc w:val="right"/>
      </w:pPr>
      <w:r>
        <w:t>قرآن میں جو آیا ہے کہ حضرت نوح نے دعا کیا کہ اس قوم ہلاک کر دیا جائے،</w:t>
      </w:r>
    </w:p>
    <w:p>
      <w:r>
        <w:rPr>
          <w:b/>
        </w:rPr>
        <w:t xml:space="preserve">[30:06] </w:t>
      </w:r>
      <w:r>
        <w:t>to dekhiye, yaad rakhiye, yeh taghabur ki dua nahi thi, yeh allah ke faisle ka taghabur ki zaban</w:t>
      </w:r>
    </w:p>
    <w:p>
      <w:pPr>
        <w:jc w:val="right"/>
      </w:pPr>
      <w:r>
        <w:t>تو دیکھیے، یاد رکھیے، یہ تغبر کی دعا نہیں تھی، یہ اللہ کے فیصلے کا تغبر کی زبان</w:t>
      </w:r>
    </w:p>
    <w:p>
      <w:r>
        <w:rPr>
          <w:b/>
        </w:rPr>
        <w:t xml:space="preserve">[30:13] </w:t>
      </w:r>
      <w:r>
        <w:t>se elaan tha.</w:t>
      </w:r>
    </w:p>
    <w:p>
      <w:pPr>
        <w:jc w:val="right"/>
      </w:pPr>
      <w:r>
        <w:t>سے اعلان تھا۔</w:t>
      </w:r>
    </w:p>
    <w:p>
      <w:r>
        <w:rPr>
          <w:b/>
        </w:rPr>
        <w:t xml:space="preserve">[30:20] </w:t>
      </w:r>
      <w:r>
        <w:t>woh yeh bohat bari falsafi hain logon ke andar, woh samajhte hain ke peghambar ne bad dua ki thi.</w:t>
      </w:r>
    </w:p>
    <w:p>
      <w:pPr>
        <w:jc w:val="right"/>
      </w:pPr>
      <w:r>
        <w:t>وہ یہ بہت بڑی فلسفی ہیں لوگوں کے اندر، وہ سمجھتے ہیں کہ پیغمبر نے بد دعا کی تھی۔</w:t>
      </w:r>
    </w:p>
    <w:p>
      <w:r>
        <w:rPr>
          <w:b/>
        </w:rPr>
        <w:t xml:space="preserve">[30:27] </w:t>
      </w:r>
      <w:r>
        <w:t>aisa hargiz nahi hai, woh to bohat aakhir waqt tak apne valuation ke jazbe ke tehat qaum</w:t>
      </w:r>
    </w:p>
    <w:p>
      <w:pPr>
        <w:jc w:val="right"/>
      </w:pPr>
      <w:r>
        <w:t>ایسا ہرگز نہیں ہے، وہ تو بہت آخر وقت تک اپنے ویلیو ایشن کے جذبے کے تحت قوم</w:t>
      </w:r>
    </w:p>
    <w:p>
      <w:r>
        <w:rPr>
          <w:b/>
        </w:rPr>
        <w:t xml:space="preserve">[30:34] </w:t>
      </w:r>
      <w:r>
        <w:t>ki islaah ke liye lage rahe, kaam kaam karte rahe.</w:t>
      </w:r>
    </w:p>
    <w:p>
      <w:pPr>
        <w:jc w:val="right"/>
      </w:pPr>
      <w:r>
        <w:t>کی اصلاح کے لیے لگے رہے، کام کام کرتے رہے۔</w:t>
      </w:r>
    </w:p>
    <w:p>
      <w:r>
        <w:rPr>
          <w:b/>
        </w:rPr>
        <w:t xml:space="preserve">[30:41] </w:t>
      </w:r>
      <w:r>
        <w:t>lekin aakhir waqt mein jab ke allah ne ka faisla hua ke is qaum ko ab jeene ka</w:t>
      </w:r>
    </w:p>
    <w:p>
      <w:pPr>
        <w:jc w:val="right"/>
      </w:pPr>
      <w:r>
        <w:t>لیکن آخر وقت میں جب کہ اللہ نے کا فیصلہ ہوا کہ اس قوم کو اب جینے کا</w:t>
      </w:r>
    </w:p>
    <w:p>
      <w:r>
        <w:rPr>
          <w:b/>
        </w:rPr>
        <w:t xml:space="preserve">[30:48] </w:t>
      </w:r>
      <w:r>
        <w:t>haq nahi hai, to allah ke faisle ka elaan tha jo quran mein aaya hai, bazahir bad dua</w:t>
      </w:r>
    </w:p>
    <w:p>
      <w:pPr>
        <w:jc w:val="right"/>
      </w:pPr>
      <w:r>
        <w:t>حق نہیں ہے، تو اللہ کے فیصلے کا اعلان تھا جو قرآن میں آیا ہے، بظاہر بد دعا</w:t>
      </w:r>
    </w:p>
    <w:p>
      <w:r>
        <w:rPr>
          <w:b/>
        </w:rPr>
        <w:t xml:space="preserve">[30:55] </w:t>
      </w:r>
      <w:r>
        <w:t>ki zaban mein.</w:t>
      </w:r>
    </w:p>
    <w:p>
      <w:pPr>
        <w:jc w:val="right"/>
      </w:pPr>
      <w:r>
        <w:t>کی زبان میں۔</w:t>
      </w:r>
    </w:p>
    <w:p>
      <w:r>
        <w:rPr>
          <w:b/>
        </w:rPr>
        <w:t xml:space="preserve">[31:02] </w:t>
      </w:r>
      <w:r>
        <w:t>to yeh ek namuna set kiya unhone ke aakhir waqt tak aap insaan ki khair khwahi ko</w:t>
      </w:r>
    </w:p>
    <w:p>
      <w:pPr>
        <w:jc w:val="right"/>
      </w:pPr>
      <w:r>
        <w:t>تو یہ ایک نمونہ سیٹ کیا انہوں نے کہ آخر وقت تک آپ انسان کی خیر خواہی کو</w:t>
      </w:r>
    </w:p>
    <w:p>
      <w:r>
        <w:rPr>
          <w:b/>
        </w:rPr>
        <w:t xml:space="preserve">[31:09] </w:t>
      </w:r>
      <w:r>
        <w:t>na chhoden, aakhir waqt tak aap iske valuationer bane rahen.</w:t>
      </w:r>
    </w:p>
    <w:p>
      <w:pPr>
        <w:jc w:val="right"/>
      </w:pPr>
      <w:r>
        <w:t>نہ چھوڑیں، آخر وقت تک آپ اس کے ویلیو ایشنر بنے رہیں۔</w:t>
      </w:r>
    </w:p>
    <w:p>
      <w:r>
        <w:rPr>
          <w:b/>
        </w:rPr>
        <w:t xml:space="preserve">[31:16] </w:t>
      </w:r>
      <w:r>
        <w:t>aise dekhiye, ek misaal yunus ki hai.</w:t>
      </w:r>
    </w:p>
    <w:p>
      <w:pPr>
        <w:jc w:val="right"/>
      </w:pPr>
      <w:r>
        <w:t>ایسے دیکھیے، ایک مثال یونس کی ہے۔</w:t>
      </w:r>
    </w:p>
    <w:p>
      <w:r>
        <w:rPr>
          <w:b/>
        </w:rPr>
        <w:t xml:space="preserve">[31:23] </w:t>
      </w:r>
      <w:r>
        <w:t>yunus ibn mati kaha jata hai, woh iraq mein aaye, unhone in logon ko sachai ka paigham diya.</w:t>
      </w:r>
    </w:p>
    <w:p>
      <w:pPr>
        <w:jc w:val="right"/>
      </w:pPr>
      <w:r>
        <w:t>یونس ابن متی کہا جاتا ہے، وہ عراق میں آئے، انہوں نے ان لوگوں کو سچائی کا پیغام دیا۔</w:t>
      </w:r>
    </w:p>
    <w:p>
      <w:r>
        <w:rPr>
          <w:b/>
        </w:rPr>
        <w:t xml:space="preserve">[31:30] </w:t>
      </w:r>
      <w:r>
        <w:t>phir ek waqt aaya ke woh "azhab maghadib fadarna allah al qadar alaih" yani logon ne mana nahi baat</w:t>
      </w:r>
    </w:p>
    <w:p>
      <w:pPr>
        <w:jc w:val="right"/>
      </w:pPr>
      <w:r>
        <w:t>پھر ایک وقت آیا کہ وہ "ازہب مغاضب فدرنا اللہ النقدر علیہ" یعنی لوگوں نے مانا نہیں بات</w:t>
      </w:r>
    </w:p>
    <w:p>
      <w:r>
        <w:rPr>
          <w:b/>
        </w:rPr>
        <w:t xml:space="preserve">[31:37] </w:t>
      </w:r>
      <w:r>
        <w:t>unki, to woh ghussa ho gaye, unko chhod kar chale gaye.</w:t>
      </w:r>
    </w:p>
    <w:p>
      <w:pPr>
        <w:jc w:val="right"/>
      </w:pPr>
      <w:r>
        <w:t>ان کی، تو وہ غصہ ہو گئے، ان کو چھوڑ کر چلے گئے۔</w:t>
      </w:r>
    </w:p>
    <w:p>
      <w:r>
        <w:rPr>
          <w:b/>
        </w:rPr>
        <w:t xml:space="preserve">[31:44] </w:t>
      </w:r>
      <w:r>
        <w:t>woh lekin allah ke scheme ke khilaf tha yeh, kyunke allah ke scheme yeh hai ke jab tak</w:t>
      </w:r>
    </w:p>
    <w:p>
      <w:pPr>
        <w:jc w:val="right"/>
      </w:pPr>
      <w:r>
        <w:t>وہ لیکن اللہ کے اسکیم کے خلاف تھا یہ، کیونکہ اللہ کے اسکیم یہ ہے کہ جب تک</w:t>
      </w:r>
    </w:p>
    <w:p>
      <w:r>
        <w:rPr>
          <w:b/>
        </w:rPr>
        <w:t xml:space="preserve">[31:51] </w:t>
      </w:r>
      <w:r>
        <w:t>aap itmam e hujjat na kar len, aap ko haq nahi ek qaum ko chhodne ka.</w:t>
      </w:r>
    </w:p>
    <w:p>
      <w:pPr>
        <w:jc w:val="right"/>
      </w:pPr>
      <w:r>
        <w:t>آپ اتمام حجت نہ کر لیں، آپ کو حق نہیں ایک قوم کو چھوڑنے کا۔</w:t>
      </w:r>
    </w:p>
    <w:p>
      <w:r>
        <w:rPr>
          <w:b/>
        </w:rPr>
        <w:t xml:space="preserve">[31:58] </w:t>
      </w:r>
      <w:r>
        <w:t>to peshgi taur par chhod diya tha unhone, lekin jab woh iraq se bahar aaye to un</w:t>
      </w:r>
    </w:p>
    <w:p>
      <w:pPr>
        <w:jc w:val="right"/>
      </w:pPr>
      <w:r>
        <w:t>تو پیشگی طور پر چھوڑ دیا تھا انہوں نے، لیکن جب وہ عراق سے باہر آئے تو ان</w:t>
      </w:r>
    </w:p>
    <w:p>
      <w:r>
        <w:rPr>
          <w:b/>
        </w:rPr>
        <w:t xml:space="preserve">[32:05] </w:t>
      </w:r>
      <w:r>
        <w:t>ko ehsas hua ke maine ghalti ki, maine ghalti ki.</w:t>
      </w:r>
    </w:p>
    <w:p>
      <w:pPr>
        <w:jc w:val="right"/>
      </w:pPr>
      <w:r>
        <w:t>کو احساس ہوا کہ میں نے غلطی کی، میں نے غلطی کی۔</w:t>
      </w:r>
    </w:p>
    <w:p>
      <w:r>
        <w:rPr>
          <w:b/>
        </w:rPr>
        <w:t xml:space="preserve">[32:12] </w:t>
      </w:r>
      <w:r>
        <w:t>to phir woh unhone istighfar kiya, maafi mangi aur phir laute apni qaum ki taraf, yani isi</w:t>
      </w:r>
    </w:p>
    <w:p>
      <w:pPr>
        <w:jc w:val="right"/>
      </w:pPr>
      <w:r>
        <w:t>تو پھر وہ انہوں نے استغفار کیا، معافی مانگی اور پھر لوٹے اپنی قوم کی طرف، یعنی اسی</w:t>
      </w:r>
    </w:p>
    <w:p>
      <w:r>
        <w:rPr>
          <w:b/>
        </w:rPr>
        <w:t xml:space="preserve">[32:19] </w:t>
      </w:r>
      <w:r>
        <w:t>qaum ki taraf jis se woh ghussa ho gaye the, woh isi ki taraf laute.</w:t>
      </w:r>
    </w:p>
    <w:p>
      <w:pPr>
        <w:jc w:val="right"/>
      </w:pPr>
      <w:r>
        <w:t>قوم کی طرف جس سے وہ غصہ ہو گئے تھے، وہ اسی کی طرف لوٹے۔</w:t>
      </w:r>
    </w:p>
    <w:p>
      <w:r>
        <w:rPr>
          <w:b/>
        </w:rPr>
        <w:t xml:space="preserve">[32:26] </w:t>
      </w:r>
      <w:r>
        <w:t>is mein ek example set kiya unhone ke agar agar tum kisi kisi ke khilaf ho jao,</w:t>
      </w:r>
    </w:p>
    <w:p>
      <w:pPr>
        <w:jc w:val="right"/>
      </w:pPr>
      <w:r>
        <w:t>اس میں ایک ایگزیمپل سیٹ کیا انہوں نے کہ اگر اگر تم کسی کسی کے خلاف ہو جاؤ،</w:t>
      </w:r>
    </w:p>
    <w:p>
      <w:r>
        <w:rPr>
          <w:b/>
        </w:rPr>
        <w:t xml:space="preserve">[32:33] </w:t>
      </w:r>
      <w:r>
        <w:t>us ke tumhein ghussa paida ho jaye to us se taluq tod lo, lekin jab tumhein ehsas ho</w:t>
      </w:r>
    </w:p>
    <w:p>
      <w:pPr>
        <w:jc w:val="right"/>
      </w:pPr>
      <w:r>
        <w:t>اس کے تمہیں غصہ پیدا ہو جائے تو اس سے تعلق توڑ لو، لیکن جب تمہیں احساس ہو</w:t>
      </w:r>
    </w:p>
    <w:p>
      <w:r>
        <w:rPr>
          <w:b/>
        </w:rPr>
        <w:t xml:space="preserve">[32:40] </w:t>
      </w:r>
      <w:r>
        <w:t>ke tum ne ghalti ki thi to tumhein lautna chahiye dobara, ghusse ko khatam kar ke, apne negative</w:t>
      </w:r>
    </w:p>
    <w:p>
      <w:pPr>
        <w:jc w:val="right"/>
      </w:pPr>
      <w:r>
        <w:t>کہ تم نے غلطی کی تھی تو تمہیں لوٹنا چاہیے دوبارہ، غصے کو ختم کر کے، اپنے نیگیٹیو</w:t>
      </w:r>
    </w:p>
    <w:p>
      <w:r>
        <w:rPr>
          <w:b/>
        </w:rPr>
        <w:t xml:space="preserve">[32:47] </w:t>
      </w:r>
      <w:r>
        <w:t>jazbat ko khatam kar ke.</w:t>
      </w:r>
    </w:p>
    <w:p>
      <w:pPr>
        <w:jc w:val="right"/>
      </w:pPr>
      <w:r>
        <w:t>جذبات کو ختم کر کے۔</w:t>
      </w:r>
    </w:p>
    <w:p>
      <w:r>
        <w:rPr>
          <w:b/>
        </w:rPr>
        <w:t xml:space="preserve">[32:54] </w:t>
      </w:r>
      <w:r>
        <w:t>yeh aik bohat bara example set kiya unhon ne, is mein koi shakk nahi hai.</w:t>
      </w:r>
    </w:p>
    <w:p>
      <w:pPr>
        <w:jc w:val="right"/>
      </w:pPr>
      <w:r>
        <w:t>یہ ایک بہت بڑا ایگزیمپل سیٹ کیا انہوں نے، اس میں کوئی شک نہیں ہے۔</w:t>
      </w:r>
    </w:p>
    <w:p>
      <w:r>
        <w:rPr>
          <w:b/>
        </w:rPr>
        <w:t xml:space="preserve">[33:01] </w:t>
      </w:r>
      <w:r>
        <w:t>phir aap dekhiye, Hazrat Musa ke zamanay mein Firon ki biwi thi Asiya.</w:t>
      </w:r>
    </w:p>
    <w:p>
      <w:pPr>
        <w:jc w:val="right"/>
      </w:pPr>
      <w:r>
        <w:t>پھر آپ دیکھیے، حضرت موسیٰ کے زمانے میں فرعون کی بیوی تھی آسیہ۔</w:t>
      </w:r>
    </w:p>
    <w:p>
      <w:r>
        <w:rPr>
          <w:b/>
        </w:rPr>
        <w:t xml:space="preserve">[33:08] </w:t>
      </w:r>
      <w:r>
        <w:t>to Firon to Hazrat Musa ka mukhalif raha, woh mannay par tayyar nahi hua un ke paigham ko.</w:t>
      </w:r>
    </w:p>
    <w:p>
      <w:pPr>
        <w:jc w:val="right"/>
      </w:pPr>
      <w:r>
        <w:t>تو فرعون تو حضرت موسیٰ کا مخالف رہا، وہ ماننے پر تیار نہیں ہوا ان کے پیغام کو۔</w:t>
      </w:r>
    </w:p>
    <w:p>
      <w:r>
        <w:rPr>
          <w:b/>
        </w:rPr>
        <w:t xml:space="preserve">[33:15] </w:t>
      </w:r>
      <w:r>
        <w:t>woh apne hi ko bara samajhta tha, lekin us ki jo biwi thi Asiya, un ki samajh mein</w:t>
      </w:r>
    </w:p>
    <w:p>
      <w:pPr>
        <w:jc w:val="right"/>
      </w:pPr>
      <w:r>
        <w:t>وہ اپنے ہی کو بڑا سمجھتا تھا، لیکن اس کی جو بیوی تھی آسیہ، ان کی سمجھ میں</w:t>
      </w:r>
    </w:p>
    <w:p>
      <w:r>
        <w:rPr>
          <w:b/>
        </w:rPr>
        <w:t xml:space="preserve">[33:22] </w:t>
      </w:r>
      <w:r>
        <w:t>aa gaya ke Musa haq par hain, to Musa ki baat ko maan liya unhon ne.</w:t>
      </w:r>
    </w:p>
    <w:p>
      <w:pPr>
        <w:jc w:val="right"/>
      </w:pPr>
      <w:r>
        <w:t>آگیا کہ موسیٰ حق پر ہیں، تو موسیٰ کی بات کو مان لیا انہوں نے۔</w:t>
      </w:r>
    </w:p>
    <w:p>
      <w:r>
        <w:rPr>
          <w:b/>
        </w:rPr>
        <w:t xml:space="preserve">[33:29] </w:t>
      </w:r>
      <w:r>
        <w:t>is par ghussa ho gaya Firon, us ne kaha ke main tum ko qatl kar loon ga, tum</w:t>
      </w:r>
    </w:p>
    <w:p>
      <w:pPr>
        <w:jc w:val="right"/>
      </w:pPr>
      <w:r>
        <w:t>اس پر غصہ ہو گیا فرعون، اس نے کہا کہ میں تم کو قتل کر لوں گا، تم</w:t>
      </w:r>
    </w:p>
    <w:p>
      <w:r>
        <w:rPr>
          <w:b/>
        </w:rPr>
        <w:t xml:space="preserve">[33:36] </w:t>
      </w:r>
      <w:r>
        <w:t>ne kaisay maan liya? tum ne kaha ke tum ko qatl karna hai to qatl karo.</w:t>
      </w:r>
    </w:p>
    <w:p>
      <w:pPr>
        <w:jc w:val="right"/>
      </w:pPr>
      <w:r>
        <w:t>نے کیسے مان لیا؟ تم نے کہا کہ تم کو قتل کرنا ہے تو قتل کرو۔</w:t>
      </w:r>
    </w:p>
    <w:p>
      <w:r>
        <w:rPr>
          <w:b/>
        </w:rPr>
        <w:t xml:space="preserve">[33:43] </w:t>
      </w:r>
      <w:r>
        <w:t>is waqt Asiya ne jo dua ki thi ke khuda ya mujhe apne paros mein aik jagah de de</w:t>
      </w:r>
    </w:p>
    <w:p>
      <w:pPr>
        <w:jc w:val="right"/>
      </w:pPr>
      <w:r>
        <w:t>اس وقت آسیہ نے جو دعا کی تھی کہ خدایا مجھے اپنے پڑوس میں ایک جگہ دے دے</w:t>
      </w:r>
    </w:p>
    <w:p>
      <w:r>
        <w:rPr>
          <w:b/>
        </w:rPr>
        <w:t xml:space="preserve">[33:50] </w:t>
      </w:r>
      <w:r>
        <w:t>rehnay ke liye, is se kiya set hua? example ke banda momin ko ke samnay agar choice ho,</w:t>
      </w:r>
    </w:p>
    <w:p>
      <w:pPr>
        <w:jc w:val="right"/>
      </w:pPr>
      <w:r>
        <w:t>رہنے کے لیے، اس سے کیا سیٹ ہوا؟ ایگزیمپل کہ بندہ مومن کو کے سامنے اگر چوائس ہو،</w:t>
      </w:r>
    </w:p>
    <w:p>
      <w:r>
        <w:rPr>
          <w:b/>
        </w:rPr>
        <w:t xml:space="preserve">[33:57] </w:t>
      </w:r>
      <w:r>
        <w:t>aik taraf dunya ka mahal hai, doosri taraf akhirat jannat hai, to us ko dunya ke mahal ko</w:t>
      </w:r>
    </w:p>
    <w:p>
      <w:pPr>
        <w:jc w:val="right"/>
      </w:pPr>
      <w:r>
        <w:t>ایک طرف دنیا کا محل ہے، دوسری طرف آخرت جنت ہے، تو اس کو دنیا کے محل کو</w:t>
      </w:r>
    </w:p>
    <w:p>
      <w:r>
        <w:rPr>
          <w:b/>
        </w:rPr>
        <w:t xml:space="preserve">[34:04] </w:t>
      </w:r>
      <w:r>
        <w:t>thukra dena chahiye, akhirat jannat ka choice le lena chahiye.</w:t>
      </w:r>
    </w:p>
    <w:p>
      <w:pPr>
        <w:jc w:val="right"/>
      </w:pPr>
      <w:r>
        <w:t>ٹھکرا دینا چاہیے، آخرت جنت کا چوائس لے لینا چاہیے۔</w:t>
      </w:r>
    </w:p>
    <w:p>
      <w:r>
        <w:rPr>
          <w:b/>
        </w:rPr>
        <w:t xml:space="preserve">[34:11] </w:t>
      </w:r>
      <w:r>
        <w:t>yeh yeh kitna bara example set kiya Asiya ne.</w:t>
      </w:r>
    </w:p>
    <w:p>
      <w:pPr>
        <w:jc w:val="right"/>
      </w:pPr>
      <w:r>
        <w:t>یہ یہ کتنا بڑا ایگزیمپل سیٹ کیا آسیہ نے۔</w:t>
      </w:r>
    </w:p>
    <w:p>
      <w:r>
        <w:rPr>
          <w:b/>
        </w:rPr>
        <w:t xml:space="preserve">[34:18] </w:t>
      </w:r>
      <w:r>
        <w:t>aisay dekhiye, Hazrat Musa ke jo moajza dikhaya tha unhon ne ke un ka un ka jo laathi</w:t>
      </w:r>
    </w:p>
    <w:p>
      <w:pPr>
        <w:jc w:val="right"/>
      </w:pPr>
      <w:r>
        <w:t>ایسے دیکھیے، حضرت موسیٰ کے جو معجزہ دکھایا تھا انہوں نے کہ ان کا ان کا جو لاٹھی</w:t>
      </w:r>
    </w:p>
    <w:p>
      <w:r>
        <w:rPr>
          <w:b/>
        </w:rPr>
        <w:t xml:space="preserve">[34:25] </w:t>
      </w:r>
      <w:r>
        <w:t>unki thi, woh woh saamp ban gayi, azhda ban gayi thi.</w:t>
      </w:r>
    </w:p>
    <w:p>
      <w:pPr>
        <w:jc w:val="right"/>
      </w:pPr>
      <w:r>
        <w:t>ان کی تھی، وہ وہ سانپ بن گئی، اژدھا بن گئی تھی۔</w:t>
      </w:r>
    </w:p>
    <w:p>
      <w:r>
        <w:rPr>
          <w:b/>
        </w:rPr>
        <w:t xml:space="preserve">[34:32] </w:t>
      </w:r>
      <w:r>
        <w:t>to aik qissa tafseel se hai Quran mein, aap us ko dekh sakte hain.</w:t>
      </w:r>
    </w:p>
    <w:p>
      <w:pPr>
        <w:jc w:val="right"/>
      </w:pPr>
      <w:r>
        <w:t>تو ایک قصہ تفصیل سے ہے قرآن میں، آپ اس کو دیکھ سکتے ہیں۔</w:t>
      </w:r>
    </w:p>
    <w:p>
      <w:r>
        <w:rPr>
          <w:b/>
        </w:rPr>
        <w:t xml:space="preserve">[34:39] </w:t>
      </w:r>
      <w:r>
        <w:t>to Firon jo aaye thay Hazrat Musa ka muqabla karne ke liye, jab unhon ne dekha ke ke</w:t>
      </w:r>
    </w:p>
    <w:p>
      <w:pPr>
        <w:jc w:val="right"/>
      </w:pPr>
      <w:r>
        <w:t>تو فرعون جو آئے تھے حضرت موسیٰ کا مقابلہ کرنے کے لیے، جب انہوں نے دیکھا کہ کہ</w:t>
      </w:r>
    </w:p>
    <w:p>
      <w:r>
        <w:rPr>
          <w:b/>
        </w:rPr>
        <w:t xml:space="preserve">[34:46] </w:t>
      </w:r>
      <w:r>
        <w:t>un ka jo yaani un ke jo jo unhon ne laathiyan aur rasiyan jo us ko unhon ne</w:t>
      </w:r>
    </w:p>
    <w:p>
      <w:pPr>
        <w:jc w:val="right"/>
      </w:pPr>
      <w:r>
        <w:t>ان کا جو یعنی ان کے جو جو انہوں نے لاٹھیاں اور رسیاں جو اس کو انہوں نے</w:t>
      </w:r>
    </w:p>
    <w:p>
      <w:r>
        <w:rPr>
          <w:b/>
        </w:rPr>
        <w:t xml:space="preserve">[34:53] </w:t>
      </w:r>
      <w:r>
        <w:t>bazaahir saamp ki shakal de di thi, un ke Hazrat Musa ke azhday ne sab ko nigal liya.</w:t>
      </w:r>
    </w:p>
    <w:p>
      <w:pPr>
        <w:jc w:val="right"/>
      </w:pPr>
      <w:r>
        <w:t>بظاہر سانپ کی شکل دے دی تھی، ان کے حضرت موسیٰ کے اژدھے نے سب کو نگل لیا۔</w:t>
      </w:r>
    </w:p>
    <w:p>
      <w:r>
        <w:rPr>
          <w:b/>
        </w:rPr>
        <w:t xml:space="preserve">[35:00] </w:t>
      </w:r>
      <w:r>
        <w:t>to par yeh khul gaya ke ab Musa haq par hain, yeh Khuda ke numainday hain, hum to jadoogar thay.</w:t>
      </w:r>
    </w:p>
    <w:p>
      <w:pPr>
        <w:jc w:val="right"/>
      </w:pPr>
      <w:r>
        <w:t>طور پر یہ کھل گیا کہ اب موسیٰ حق پر ہیں، یہ خدا کے نمائندے ہیں، ہم تو جادوگر تھے۔</w:t>
      </w:r>
    </w:p>
    <w:p>
      <w:r>
        <w:rPr>
          <w:b/>
        </w:rPr>
        <w:t xml:space="preserve">[35:07] </w:t>
      </w:r>
      <w:r>
        <w:t>yeh khul gaya ke hum to jadoogar thay, lekin yeh shakhs peghambar hai, yeh Khuda ki taraf se hai.</w:t>
      </w:r>
    </w:p>
    <w:p>
      <w:pPr>
        <w:jc w:val="right"/>
      </w:pPr>
      <w:r>
        <w:t>یہ کھل گیا کہ ہم تو جادوگر تھے، لیکن یہ شخص پیغمبر ہے، یہ خدا کی طرف سے ہے۔</w:t>
      </w:r>
    </w:p>
    <w:p>
      <w:r>
        <w:rPr>
          <w:b/>
        </w:rPr>
        <w:t xml:space="preserve">[35:14] </w:t>
      </w:r>
      <w:r>
        <w:t>jab yeh khula to unhon ne ailaan kar diya: "aamanna birabbi Haroon wa Musa".</w:t>
      </w:r>
    </w:p>
    <w:p>
      <w:pPr>
        <w:jc w:val="right"/>
      </w:pPr>
      <w:r>
        <w:t>جب یہ کھلا تو انہوں نے اعلان کر دیا: "امنا برب ہارون و موسیٰ"۔</w:t>
      </w:r>
    </w:p>
    <w:p>
      <w:r>
        <w:rPr>
          <w:b/>
        </w:rPr>
        <w:t xml:space="preserve">[35:21] </w:t>
      </w:r>
      <w:r>
        <w:t>wahan par bhai dekhiye, Firon bohat ghussa ho gaya, us ne kaha ke main tum sab ko phansi</w:t>
      </w:r>
    </w:p>
    <w:p>
      <w:pPr>
        <w:jc w:val="right"/>
      </w:pPr>
      <w:r>
        <w:t>وہاں پر بھئی دیکھیے، فرعون بہت غصہ ہو گیا، اس نے کہا کہ میں تم سب کو پھانسی</w:t>
      </w:r>
    </w:p>
    <w:p>
      <w:r>
        <w:rPr>
          <w:b/>
        </w:rPr>
        <w:t xml:space="preserve">[35:28] </w:t>
      </w:r>
      <w:r>
        <w:t>doon ga, tum sab ko qatl karoon ga.</w:t>
      </w:r>
    </w:p>
    <w:p>
      <w:pPr>
        <w:jc w:val="right"/>
      </w:pPr>
      <w:r>
        <w:t>دوں گا، تم سب کو قتل کروں گا۔</w:t>
      </w:r>
    </w:p>
    <w:p>
      <w:r>
        <w:rPr>
          <w:b/>
        </w:rPr>
        <w:t xml:space="preserve">[35:35] </w:t>
      </w:r>
      <w:r>
        <w:t>jadoogaron se kaha, us waqt jo jadoogaron ne phansi ke phanday par khara ho kar kaha tha: "faqad</w:t>
      </w:r>
    </w:p>
    <w:p>
      <w:pPr>
        <w:jc w:val="right"/>
      </w:pPr>
      <w:r>
        <w:t>جادوگروں سے کہا، اس وقت جو جادوگروں نے پھانسی کے پھندے پر کھڑا ہو کر کہا تھا: "فقد</w:t>
      </w:r>
    </w:p>
    <w:p>
      <w:r>
        <w:rPr>
          <w:b/>
        </w:rPr>
        <w:t xml:space="preserve">[35:42] </w:t>
      </w:r>
      <w:r>
        <w:t>ma intaqad innaka taqdi hazir hayat ad dunya".</w:t>
      </w:r>
    </w:p>
    <w:p>
      <w:pPr>
        <w:jc w:val="right"/>
      </w:pPr>
      <w:r>
        <w:t>ما انتقاض انک تقضی حاضر حیات الدنیا"۔</w:t>
      </w:r>
    </w:p>
    <w:p>
      <w:r>
        <w:rPr>
          <w:b/>
        </w:rPr>
        <w:t xml:space="preserve">[35:49] </w:t>
      </w:r>
      <w:r>
        <w:t>jo faisla tumhein karna hai, karo, tum usi dunya ke liye to kar sakte ho.</w:t>
      </w:r>
    </w:p>
    <w:p>
      <w:pPr>
        <w:jc w:val="right"/>
      </w:pPr>
      <w:r>
        <w:t>جو فیصلہ تمہیں کرنا ہے، کرو، تم اسی دنیا کے لیے تو کر سکتے ہو۔</w:t>
      </w:r>
    </w:p>
    <w:p>
      <w:r>
        <w:rPr>
          <w:b/>
        </w:rPr>
        <w:t xml:space="preserve">[35:56] </w:t>
      </w:r>
      <w:r>
        <w:t>is tarah in jadoogaron ne aik aik bohat bara example set kiya ke dunya ki kuch haqeeqat nahi</w:t>
      </w:r>
    </w:p>
    <w:p>
      <w:pPr>
        <w:jc w:val="right"/>
      </w:pPr>
      <w:r>
        <w:t>اس طرح ان جادوگروں نے ایک ایک بہت بڑا ایگزیمپل سیٹ کیا کہ دنیا کی کچھ حقیقت نہیں</w:t>
      </w:r>
    </w:p>
    <w:p>
      <w:r>
        <w:rPr>
          <w:b/>
        </w:rPr>
        <w:t xml:space="preserve">[36:03] </w:t>
      </w:r>
      <w:r>
        <w:t>hai, yeh temporary hai, temporary, aur sara to akhirat hai, eternal world to akhirat mein hai.</w:t>
      </w:r>
    </w:p>
    <w:p>
      <w:pPr>
        <w:jc w:val="right"/>
      </w:pPr>
      <w:r>
        <w:t>ہے، یہ ٹیمپریری ہے، ٹیمپریری، اور سارا تو آخرت ہے، ایٹرنل ورلڈ تو آخرت میں ہے۔</w:t>
      </w:r>
    </w:p>
    <w:p>
      <w:r>
        <w:rPr>
          <w:b/>
        </w:rPr>
        <w:t xml:space="preserve">[36:10] </w:t>
      </w:r>
      <w:r>
        <w:t>to yeh set kiya ke ke agar tum ko choice lena ho eternal world ke muqable mein, yeh</w:t>
      </w:r>
    </w:p>
    <w:p>
      <w:pPr>
        <w:jc w:val="right"/>
      </w:pPr>
      <w:r>
        <w:t>تو یہ سیٹ کیا کہ کہ اگر تم کو چوائس لینا ہو ایٹرنل ورلڈ کے مقابلے میں، یہ</w:t>
      </w:r>
    </w:p>
    <w:p>
      <w:r>
        <w:rPr>
          <w:b/>
        </w:rPr>
        <w:t xml:space="preserve">[36:17] </w:t>
      </w:r>
      <w:r>
        <w:t>yeh temporary world to temporary world ko chodo, eternal world ka choice lo, yeh kitni bari cheez hai.</w:t>
      </w:r>
    </w:p>
    <w:p>
      <w:pPr>
        <w:jc w:val="right"/>
      </w:pPr>
      <w:r>
        <w:t>یہ ٹیمپریری ورلڈ تو ٹیمپریری ورلڈ کو چھوڑو، ایٹرنل ورلڈ کا چوائس لو، یہ کتنی بڑی چیز ہے۔</w:t>
      </w:r>
    </w:p>
    <w:p>
      <w:r>
        <w:rPr>
          <w:b/>
        </w:rPr>
        <w:t xml:space="preserve">[36:24] </w:t>
      </w:r>
      <w:r>
        <w:t>aise dekhiye, isi isi insani majmoo mein Muhammad ibn Abdullah paida hue.</w:t>
      </w:r>
    </w:p>
    <w:p>
      <w:pPr>
        <w:jc w:val="right"/>
      </w:pPr>
      <w:r>
        <w:t>ایسے دیکھیے، اسی اسی انسانی مجموعے میں محمد ابن عبداللہ پیدا ہوئے۔</w:t>
      </w:r>
    </w:p>
    <w:p>
      <w:r>
        <w:rPr>
          <w:b/>
        </w:rPr>
        <w:t xml:space="preserve">[36:31] </w:t>
      </w:r>
      <w:r>
        <w:t>makkah mein logon ne un ki sakht mukhalifat ki, bohat ziyada, bohat ziyada mukhalifat ki, yahan tak ke</w:t>
      </w:r>
    </w:p>
    <w:p>
      <w:pPr>
        <w:jc w:val="right"/>
      </w:pPr>
      <w:r>
        <w:t>مکہ میں لوگوں نے ان کی سخت مخالفت کی، بہت زیادہ، بہت زیادہ مخالفت کی، یہاں تک کہ</w:t>
      </w:r>
    </w:p>
    <w:p>
      <w:r>
        <w:rPr>
          <w:b/>
        </w:rPr>
        <w:t xml:space="preserve">[36:38] </w:t>
      </w:r>
      <w:r>
        <w:t>13 saal ke baad aap ko makkah chhod kar ke madina jana pada.</w:t>
      </w:r>
    </w:p>
    <w:p>
      <w:pPr>
        <w:jc w:val="right"/>
      </w:pPr>
      <w:r>
        <w:t>13 سال کے بعد آپ کو مکہ چھوڑ کر کے مدینہ جانا پڑا۔</w:t>
      </w:r>
    </w:p>
    <w:p>
      <w:r>
        <w:rPr>
          <w:b/>
        </w:rPr>
        <w:t xml:space="preserve">[36:45] </w:t>
      </w:r>
      <w:r>
        <w:t>jab madina aap gaye hain to jo pehli taqreer wahan ki hai, aap ne Rasool Allah Sal Allahu</w:t>
      </w:r>
    </w:p>
    <w:p>
      <w:pPr>
        <w:jc w:val="right"/>
      </w:pPr>
      <w:r>
        <w:t>جب مدینہ آپ گئے ہیں تو جو پہلی تقریر وہاں کی ہے، آپ نے رسول اللہ صلی اللہ</w:t>
      </w:r>
    </w:p>
    <w:p>
      <w:r>
        <w:rPr>
          <w:b/>
        </w:rPr>
        <w:t xml:space="preserve">[36:52] </w:t>
      </w:r>
      <w:r>
        <w:t>alaihi Wasallam ne, woh poori ki poori maujood hai Seerat Ibn e Shami mein, is ka title hai: "Awwal</w:t>
      </w:r>
    </w:p>
    <w:p>
      <w:pPr>
        <w:jc w:val="right"/>
      </w:pPr>
      <w:r>
        <w:t>علیہ وسلم نے، وہ پوری کی پوری موجود ہے سیرت ابن شام میں، اس کا ٹائٹل ہے: "اول</w:t>
      </w:r>
    </w:p>
    <w:p>
      <w:r>
        <w:rPr>
          <w:b/>
        </w:rPr>
        <w:t xml:space="preserve">[36:59] </w:t>
      </w:r>
      <w:r>
        <w:t>Khutba Khutba Rasool Allah Sal Allahu Alaihi Wasallam fi al-Madinah".</w:t>
      </w:r>
    </w:p>
    <w:p>
      <w:pPr>
        <w:jc w:val="right"/>
      </w:pPr>
      <w:r>
        <w:t>خطبت خطبہ رسول اللہ صلی اللہ علیہ وسلم فی المدینہ"۔</w:t>
      </w:r>
    </w:p>
    <w:p>
      <w:r>
        <w:rPr>
          <w:b/>
        </w:rPr>
        <w:t xml:space="preserve">[37:06] </w:t>
      </w:r>
      <w:r>
        <w:t>is mein aap ne kya kaha tha? aaj kal ka aadmi jis ko aisi soorat-e-haal pesh aaye ke</w:t>
      </w:r>
    </w:p>
    <w:p>
      <w:pPr>
        <w:jc w:val="right"/>
      </w:pPr>
      <w:r>
        <w:t>اس میں آپ نے کیا کہا تھا؟ آج کل کا آدمی جس کو ایسی صورتحال پیش آئے کہ</w:t>
      </w:r>
    </w:p>
    <w:p>
      <w:r>
        <w:rPr>
          <w:b/>
        </w:rPr>
        <w:t xml:space="preserve">[37:13] </w:t>
      </w:r>
      <w:r>
        <w:t>watan se nikaal diya jaye, us ki jaidad chheen li jaye, us ko takleefen pahunchai jayein, us ke</w:t>
      </w:r>
    </w:p>
    <w:p>
      <w:pPr>
        <w:jc w:val="right"/>
      </w:pPr>
      <w:r>
        <w:t>وطن سے نکال دیا جائے، اس کی جائیداد چھین لی جائے، اس کو تکلیفیں پہنچائی جائیں، اس کے</w:t>
      </w:r>
    </w:p>
    <w:p>
      <w:r>
        <w:rPr>
          <w:b/>
        </w:rPr>
        <w:t xml:space="preserve">[37:20] </w:t>
      </w:r>
      <w:r>
        <w:t>saathiyon ko maar dala jaye, to jab woh bahar jata hai to kya karta hai? woh wahan woh</w:t>
      </w:r>
    </w:p>
    <w:p>
      <w:pPr>
        <w:jc w:val="right"/>
      </w:pPr>
      <w:r>
        <w:t>ساتھیوں کو مار ڈالا جائے، تو جب وہ باہر جاتا ہے تو کیا کرتا ہے؟ وہ وہاں وہ</w:t>
      </w:r>
    </w:p>
    <w:p>
      <w:r>
        <w:rPr>
          <w:b/>
        </w:rPr>
        <w:t xml:space="preserve">[37:27] </w:t>
      </w:r>
      <w:r>
        <w:t>complaint ka daftar khol deta hai, shikayat aur complaint.</w:t>
      </w:r>
    </w:p>
    <w:p>
      <w:pPr>
        <w:jc w:val="right"/>
      </w:pPr>
      <w:r>
        <w:t>کمپلینٹ کا دفتر کھول دیتا ہے، شکایت اور کمپلینٹ۔</w:t>
      </w:r>
    </w:p>
    <w:p>
      <w:r>
        <w:rPr>
          <w:b/>
        </w:rPr>
        <w:t xml:space="preserve">[37:34] </w:t>
      </w:r>
      <w:r>
        <w:t>yahi aik hi kaam is ka negative propaganda: "dekho, yeh to itne bure hain, yeh bohat zalim hain".</w:t>
      </w:r>
    </w:p>
    <w:p>
      <w:pPr>
        <w:jc w:val="right"/>
      </w:pPr>
      <w:r>
        <w:t>یہی ایک ہی کام اس کا نیگیٹیو پروپیگنڈا: "دیکھو، یہ تو اتنے برے ہیں، یہ بہت ظالم ہیں"۔</w:t>
      </w:r>
    </w:p>
    <w:p>
      <w:r>
        <w:rPr>
          <w:b/>
        </w:rPr>
        <w:t xml:space="preserve">[37:41] </w:t>
      </w:r>
      <w:r>
        <w:t>yaani sirf aik hi kaam is ko rehta hai.</w:t>
      </w:r>
    </w:p>
    <w:p>
      <w:pPr>
        <w:jc w:val="right"/>
      </w:pPr>
      <w:r>
        <w:t>یعنی صرف ایک ہی کام اس کو رہتا ہے۔</w:t>
      </w:r>
    </w:p>
    <w:p>
      <w:r>
        <w:rPr>
          <w:b/>
        </w:rPr>
        <w:t xml:space="preserve">[37:48] </w:t>
      </w:r>
      <w:r>
        <w:t>lekin aap dekhiye, wahan Rasool Allah Sal Allahu Alaihi Wasallam ne aik kalma bhi nahi kaha hai.</w:t>
      </w:r>
    </w:p>
    <w:p>
      <w:pPr>
        <w:jc w:val="right"/>
      </w:pPr>
      <w:r>
        <w:t>لیکن آپ دیکھیے، وہاں رسول اللہ صلی اللہ علیہ وسلم نے ایک کلمہ بھی نہیں کہا ہے۔</w:t>
      </w:r>
    </w:p>
    <w:p>
      <w:r>
        <w:rPr>
          <w:b/>
        </w:rPr>
        <w:t xml:space="preserve">[37:55] </w:t>
      </w:r>
      <w:r>
        <w:t>poore das saal mein wahan par das saal aap rahe, kuch bhi makkah walon ke khilaaf koi propaganda</w:t>
      </w:r>
    </w:p>
    <w:p>
      <w:pPr>
        <w:jc w:val="right"/>
      </w:pPr>
      <w:r>
        <w:t>پورے دس سال میں وہاں پر دس سال آپ رہے، کچھ بھی مکہ والوں کے خلاف کوئی پروپیگنڈا</w:t>
      </w:r>
    </w:p>
    <w:p>
      <w:r>
        <w:rPr>
          <w:b/>
        </w:rPr>
        <w:t xml:space="preserve">[38:02] </w:t>
      </w:r>
      <w:r>
        <w:t>nahi, koi propaganda nahi, na pehle din, na aakhri din.</w:t>
      </w:r>
    </w:p>
    <w:p>
      <w:pPr>
        <w:jc w:val="right"/>
      </w:pPr>
      <w:r>
        <w:t>نہیں، کوئی پروپیگنڈا نہیں، نہ پہلے دن، نہ آخری دن۔</w:t>
      </w:r>
    </w:p>
    <w:p>
      <w:r>
        <w:rPr>
          <w:b/>
        </w:rPr>
        <w:t xml:space="preserve">[38:09] </w:t>
      </w:r>
      <w:r>
        <w:t>to yeh example set kiya aap ne ke agar koi tumhare saath dushmani kare, conspiracy kare, tum ko</w:t>
      </w:r>
    </w:p>
    <w:p>
      <w:pPr>
        <w:jc w:val="right"/>
      </w:pPr>
      <w:r>
        <w:t>تو یہ ایگزیمپل سیٹ کیا آپ نے کہ اگر کوئی تمہارے ساتھ دشمنی کرے، کنسپریسی کرے، تم کو</w:t>
      </w:r>
    </w:p>
    <w:p>
      <w:r>
        <w:rPr>
          <w:b/>
        </w:rPr>
        <w:t xml:space="preserve">[38:16] </w:t>
      </w:r>
      <w:r>
        <w:t>tumhare watan se nikale, tab bhi tum negative na bano, tab bhi tum apni positivity ko qaim rakho.</w:t>
      </w:r>
    </w:p>
    <w:p>
      <w:pPr>
        <w:jc w:val="right"/>
      </w:pPr>
      <w:r>
        <w:t>تمہارے وطن سے نکالے، تب بھی تم نیگیٹیو نہ بنو، تب بھی تم اپنی پازیٹیوٹی کو قائم رکھو۔</w:t>
      </w:r>
    </w:p>
    <w:p>
      <w:r>
        <w:rPr>
          <w:b/>
        </w:rPr>
        <w:t xml:space="preserve">[38:23] </w:t>
      </w:r>
      <w:r>
        <w:t>yeh qat'an example hai, bohat hi bara example hai, bohat bara example hai.</w:t>
      </w:r>
    </w:p>
    <w:p>
      <w:pPr>
        <w:jc w:val="right"/>
      </w:pPr>
      <w:r>
        <w:t>یہ قطعا ایگزیمپل ہے، بہت ہی بڑا ایگزیمپل ہے، بہت بڑا ایگزیمپل ہے۔</w:t>
      </w:r>
    </w:p>
    <w:p>
      <w:r>
        <w:rPr>
          <w:b/>
        </w:rPr>
        <w:t xml:space="preserve">[38:30] </w:t>
      </w:r>
      <w:r>
        <w:t>to poori tareekh mein is tarah ke afraad, is tarah ke individuals, is tarah ke persons dikhaye jate hain.</w:t>
      </w:r>
    </w:p>
    <w:p>
      <w:pPr>
        <w:jc w:val="right"/>
      </w:pPr>
      <w:r>
        <w:t>تو پوری تاریخ میں اس طرح کے افراد، اس طرح کے انڈیویجولز، اس طرح کے پرسنز دکھائے جاتے ہیں۔</w:t>
      </w:r>
    </w:p>
    <w:p>
      <w:r>
        <w:rPr>
          <w:b/>
        </w:rPr>
        <w:t xml:space="preserve">[38:37] </w:t>
      </w:r>
      <w:r>
        <w:t>Hajra ko aap dekhiye, Hajra aik lady thi.</w:t>
      </w:r>
    </w:p>
    <w:p>
      <w:pPr>
        <w:jc w:val="right"/>
      </w:pPr>
      <w:r>
        <w:t>ہاجرہ کو آپ دیکھیے، ہاجرہ ایک لیڈی تھی۔</w:t>
      </w:r>
    </w:p>
    <w:p>
      <w:r>
        <w:rPr>
          <w:b/>
        </w:rPr>
        <w:t xml:space="preserve">[38:44] </w:t>
      </w:r>
      <w:r>
        <w:t>hazrat ibrahim ke zariye allah taala ne ek ek planning ki ke desert mein ek dust banai jaye,</w:t>
      </w:r>
    </w:p>
    <w:p>
      <w:pPr>
        <w:jc w:val="right"/>
      </w:pPr>
      <w:r>
        <w:t>حضرت ابراہیم کے ذریعے اللہ تعالیٰ نے ایک ایک پلاننگ کی کہ ڈیزرٹ میں ایک ڈسٹ بنائی جائے،</w:t>
      </w:r>
    </w:p>
    <w:p>
      <w:r>
        <w:rPr>
          <w:b/>
        </w:rPr>
        <w:t xml:space="preserve">[38:51] </w:t>
      </w:r>
      <w:r>
        <w:t>ek generation desert mein.</w:t>
      </w:r>
    </w:p>
    <w:p>
      <w:pPr>
        <w:jc w:val="right"/>
      </w:pPr>
      <w:r>
        <w:t>ایک جنریشن ڈیزرٹ میں۔</w:t>
      </w:r>
    </w:p>
    <w:p>
      <w:r>
        <w:rPr>
          <w:b/>
        </w:rPr>
        <w:t xml:space="preserve">[38:58] </w:t>
      </w:r>
      <w:r>
        <w:t>desert jo tha, aap jante hain ke desert kya hota hai, wahan sirf nature hota hai, nature.</w:t>
      </w:r>
    </w:p>
    <w:p>
      <w:pPr>
        <w:jc w:val="right"/>
      </w:pPr>
      <w:r>
        <w:t>ڈیزرٹ جو تھا، آپ جانتے ہیں کہ ڈیزرٹ کیا ہوتا ہے، وہاں صرف نیچر ہوتا ہے، نیچر۔</w:t>
      </w:r>
    </w:p>
    <w:p>
      <w:r>
        <w:rPr>
          <w:b/>
        </w:rPr>
        <w:t xml:space="preserve">[39:05] </w:t>
      </w:r>
      <w:r>
        <w:t>wahan koi civilization nahi, wahan koi culture nahi, wahan koi facility nahi, wahan koi comfort nahi, wahan koi</w:t>
      </w:r>
    </w:p>
    <w:p>
      <w:pPr>
        <w:jc w:val="right"/>
      </w:pPr>
      <w:r>
        <w:t>وہاں کوئی سویلائزیشن نہیں، وہاں کوئی کلچر نہیں، وہاں کوئی فیسلیٹی نہیں، وہاں کوئی کمفرٹ نہیں، وہاں کوئی</w:t>
      </w:r>
    </w:p>
    <w:p>
      <w:r>
        <w:rPr>
          <w:b/>
        </w:rPr>
        <w:t xml:space="preserve">[39:12] </w:t>
      </w:r>
      <w:r>
        <w:t>koi luxury nahi.</w:t>
      </w:r>
    </w:p>
    <w:p>
      <w:pPr>
        <w:jc w:val="right"/>
      </w:pPr>
      <w:r>
        <w:t>کوئی لگزری نہیں۔</w:t>
      </w:r>
    </w:p>
    <w:p>
      <w:r>
        <w:rPr>
          <w:b/>
        </w:rPr>
        <w:t xml:space="preserve">[39:19] </w:t>
      </w:r>
      <w:r>
        <w:t>ek bahut hi simple life, bahut hi natural life, upar aasman hai, neeche desert hai.</w:t>
      </w:r>
    </w:p>
    <w:p>
      <w:pPr>
        <w:jc w:val="right"/>
      </w:pPr>
      <w:r>
        <w:t>ایک بہت ہی سمپل لائف، بہت ہی نیچرل لائف، اوپر آسمان ہے، نیچے ڈیزرٹ ہے۔</w:t>
      </w:r>
    </w:p>
    <w:p>
      <w:r>
        <w:rPr>
          <w:b/>
        </w:rPr>
        <w:t xml:space="preserve">[39:26] </w:t>
      </w:r>
      <w:r>
        <w:t>to hazrat ibrahim ke zariye allah taala ne ye planning ki ke ek aisi nasal banai jaye, ek</w:t>
      </w:r>
    </w:p>
    <w:p>
      <w:pPr>
        <w:jc w:val="right"/>
      </w:pPr>
      <w:r>
        <w:t>تو حضرت ابراہیم کے ذریعے اللہ تعالیٰ نے یہ پلاننگ کی کہ ایک ایسی نسل بنائی جائے، ایک</w:t>
      </w:r>
    </w:p>
    <w:p>
      <w:r>
        <w:rPr>
          <w:b/>
        </w:rPr>
        <w:t xml:space="preserve">[39:33] </w:t>
      </w:r>
      <w:r>
        <w:t>generation jo nature par khadi hui ho, apni fitrat par khadi hui ho.</w:t>
      </w:r>
    </w:p>
    <w:p>
      <w:pPr>
        <w:jc w:val="right"/>
      </w:pPr>
      <w:r>
        <w:t>جنریشن جو نیچر پر کھڑی ہوئی ہو، اپنی فطرت پر کھڑی ہوئی ہو۔</w:t>
      </w:r>
    </w:p>
    <w:p>
      <w:r>
        <w:rPr>
          <w:b/>
        </w:rPr>
        <w:t xml:space="preserve">[39:40] </w:t>
      </w:r>
      <w:r>
        <w:t>to hazrat hajra ne apne aap ko is ke liye qurban kar diya, is desert mein apne bachche</w:t>
      </w:r>
    </w:p>
    <w:p>
      <w:pPr>
        <w:jc w:val="right"/>
      </w:pPr>
      <w:r>
        <w:t>تو حضرت ہاجرہ نے اپنے آپ کو اس کے لیے قربان کر دیا، اس ڈیزرٹ میں اپنے بچے</w:t>
      </w:r>
    </w:p>
    <w:p>
      <w:r>
        <w:rPr>
          <w:b/>
        </w:rPr>
        <w:t xml:space="preserve">[39:47] </w:t>
      </w:r>
      <w:r>
        <w:t>ko le kar bas gain.</w:t>
      </w:r>
    </w:p>
    <w:p>
      <w:pPr>
        <w:jc w:val="right"/>
      </w:pPr>
      <w:r>
        <w:t>کو لے کر بس گئیں۔</w:t>
      </w:r>
    </w:p>
    <w:p>
      <w:r>
        <w:rPr>
          <w:b/>
        </w:rPr>
        <w:t xml:space="preserve">[39:54] </w:t>
      </w:r>
      <w:r>
        <w:t>wo yani kaisa ajeeb ho gayi wo wo lady jo ek desert mein, jahan pani nahi, jahan sabza</w:t>
      </w:r>
    </w:p>
    <w:p>
      <w:pPr>
        <w:jc w:val="right"/>
      </w:pPr>
      <w:r>
        <w:t>وہ یعنی کیسا عجیب ہو گئی وہ وہ لیڈی جو ایک ڈیزرٹ میں، جہاں پانی نہیں، جہاں سبزہ</w:t>
      </w:r>
    </w:p>
    <w:p>
      <w:r>
        <w:rPr>
          <w:b/>
        </w:rPr>
        <w:t xml:space="preserve">[40:01] </w:t>
      </w:r>
      <w:r>
        <w:t>nahi, jahan koi insan nahi, jahan koi basti nahi, ja ke bas gayi.</w:t>
      </w:r>
    </w:p>
    <w:p>
      <w:pPr>
        <w:jc w:val="right"/>
      </w:pPr>
      <w:r>
        <w:t>نہیں، جہاں کوئی انسان نہیں، جہاں کوئی بستی نہیں، جا کے بس گئی۔</w:t>
      </w:r>
    </w:p>
    <w:p>
      <w:r>
        <w:rPr>
          <w:b/>
        </w:rPr>
        <w:t xml:space="preserve">[40:08] </w:t>
      </w:r>
      <w:r>
        <w:t>phir dheere dheere halaat badle, dheere dheere sab kuch hua.</w:t>
      </w:r>
    </w:p>
    <w:p>
      <w:pPr>
        <w:jc w:val="right"/>
      </w:pPr>
      <w:r>
        <w:t>پھر دھیرے دھیرے حالات بدلے، دھیرے دھیرے سب کچھ ہوا۔</w:t>
      </w:r>
    </w:p>
    <w:p>
      <w:r>
        <w:rPr>
          <w:b/>
        </w:rPr>
        <w:t xml:space="preserve">[40:15] </w:t>
      </w:r>
      <w:r>
        <w:t>lekin aap ghor kijiye ke kaisi ajeeb wo lady thi.</w:t>
      </w:r>
    </w:p>
    <w:p>
      <w:pPr>
        <w:jc w:val="right"/>
      </w:pPr>
      <w:r>
        <w:t>لیکن آپ غور کیجئے کہ کیسی عجیب وہ لیڈی تھی۔</w:t>
      </w:r>
    </w:p>
    <w:p>
      <w:r>
        <w:rPr>
          <w:b/>
        </w:rPr>
        <w:t xml:space="preserve">[40:22] </w:t>
      </w:r>
      <w:r>
        <w:t>jab un ke jo shohar the, hazrat ibrahim, un ko is desert mein chhod kar jaane lage, yani</w:t>
      </w:r>
    </w:p>
    <w:p>
      <w:pPr>
        <w:jc w:val="right"/>
      </w:pPr>
      <w:r>
        <w:t>جب ان کے جو شوہر تھے، حضرت ابراہیم، ان کو اس ڈیزرٹ میں چھوڑ کر جانے لگے، یعنی</w:t>
      </w:r>
    </w:p>
    <w:p>
      <w:r>
        <w:rPr>
          <w:b/>
        </w:rPr>
        <w:t xml:space="preserve">[40:29] </w:t>
      </w:r>
      <w:r>
        <w:t>khud wahan se chhod kar chale gaye.</w:t>
      </w:r>
    </w:p>
    <w:p>
      <w:pPr>
        <w:jc w:val="right"/>
      </w:pPr>
      <w:r>
        <w:t>خود وہاں سے چھوڑ کر چلے گئے۔</w:t>
      </w:r>
    </w:p>
    <w:p>
      <w:r>
        <w:rPr>
          <w:b/>
        </w:rPr>
        <w:t xml:space="preserve">[40:36] </w:t>
      </w:r>
      <w:r>
        <w:t>wo to unhone poocha ke aap ko kahan chhod ke ja rahe hain? main hoon, mera chhota</w:t>
      </w:r>
    </w:p>
    <w:p>
      <w:pPr>
        <w:jc w:val="right"/>
      </w:pPr>
      <w:r>
        <w:t>وہ تو انہوں نے پوچھا کہ آپ کو کہاں چھوڑ کے جا رہے ہیں؟ میں ہوں، میرا چھوٹا</w:t>
      </w:r>
    </w:p>
    <w:p>
      <w:r>
        <w:rPr>
          <w:b/>
        </w:rPr>
        <w:t xml:space="preserve">[40:43] </w:t>
      </w:r>
      <w:r>
        <w:t>bachcha, aur tu yahan kuch bhi nahi, aur tu kuch bhi nahi.</w:t>
      </w:r>
    </w:p>
    <w:p>
      <w:pPr>
        <w:jc w:val="right"/>
      </w:pPr>
      <w:r>
        <w:t>بچہ، اور تو یہاں کچھ بھی نہیں، اور تو کچھ بھی نہیں۔</w:t>
      </w:r>
    </w:p>
    <w:p>
      <w:r>
        <w:rPr>
          <w:b/>
        </w:rPr>
        <w:t xml:space="preserve">[40:50] </w:t>
      </w:r>
      <w:r>
        <w:t>to kai baar unhone kaha, aur hazrat ibrahim ne koi jawab nahi diya.</w:t>
      </w:r>
    </w:p>
    <w:p>
      <w:pPr>
        <w:jc w:val="right"/>
      </w:pPr>
      <w:r>
        <w:t>تو کئی بار انہوں نے کہا، اور حضرت ابراہیم نے کوئی جواب نہیں دیا۔</w:t>
      </w:r>
    </w:p>
    <w:p>
      <w:r>
        <w:rPr>
          <w:b/>
        </w:rPr>
        <w:t xml:space="preserve">[40:57] </w:t>
      </w:r>
      <w:r>
        <w:t>to aakhir mein kaha is lady ne: "kya aap khuda ne aap ko hukum diya hai ke aap</w:t>
      </w:r>
    </w:p>
    <w:p>
      <w:pPr>
        <w:jc w:val="right"/>
      </w:pPr>
      <w:r>
        <w:t>تو آخر میں کہا اس لیڈی نے: "کیا آپ خدا نے آپ کو حکم دیا ہے کہ آپ</w:t>
      </w:r>
    </w:p>
    <w:p>
      <w:r>
        <w:rPr>
          <w:b/>
        </w:rPr>
        <w:t xml:space="preserve">[41:04] </w:t>
      </w:r>
      <w:r>
        <w:t>aisa karein?" to hazrat ibrahim ne kaha ke haan.</w:t>
      </w:r>
    </w:p>
    <w:p>
      <w:pPr>
        <w:jc w:val="right"/>
      </w:pPr>
      <w:r>
        <w:t>ایسا کریں؟" تو حضرت ابراہیم نے کہا کہ ہاں۔</w:t>
      </w:r>
    </w:p>
    <w:p>
      <w:r>
        <w:rPr>
          <w:b/>
        </w:rPr>
        <w:t xml:space="preserve">[41:11] </w:t>
      </w:r>
      <w:r>
        <w:t>to is is desert mein khada ho kar is lady ne kaha tha ke "izn la izn yuna".</w:t>
      </w:r>
    </w:p>
    <w:p>
      <w:pPr>
        <w:jc w:val="right"/>
      </w:pPr>
      <w:r>
        <w:t>تو اس اس ڈیزرٹ میں کھڑا ہو کر اس لیڈی نے کہا تھا کہ "ازن لا ازن یونا"۔</w:t>
      </w:r>
    </w:p>
    <w:p>
      <w:r>
        <w:rPr>
          <w:b/>
        </w:rPr>
        <w:t xml:space="preserve">[41:18] </w:t>
      </w:r>
      <w:r>
        <w:t>phir allah hamein zaya nahi karega.</w:t>
      </w:r>
    </w:p>
    <w:p>
      <w:pPr>
        <w:jc w:val="right"/>
      </w:pPr>
      <w:r>
        <w:t>پھر اللہ ہمیں ضائع نہیں کرے گا۔</w:t>
      </w:r>
    </w:p>
    <w:p>
      <w:r>
        <w:rPr>
          <w:b/>
        </w:rPr>
        <w:t xml:space="preserve">[41:25] </w:t>
      </w:r>
      <w:r>
        <w:t>kaisi ajeeb baat hai!</w:t>
      </w:r>
    </w:p>
    <w:p>
      <w:pPr>
        <w:jc w:val="right"/>
      </w:pPr>
      <w:r>
        <w:t>کیسی عجیب بات ہے!</w:t>
      </w:r>
    </w:p>
    <w:p>
      <w:r>
        <w:rPr>
          <w:b/>
        </w:rPr>
        <w:t xml:space="preserve">[41:33] </w:t>
      </w:r>
      <w:r>
        <w:t>yani yahan to hum baithe hue hain, to yahan to saare hamare paas saara comfort hai, saare saman</w:t>
      </w:r>
    </w:p>
    <w:p>
      <w:pPr>
        <w:jc w:val="right"/>
      </w:pPr>
      <w:r>
        <w:t>یعنی یہاں تو ہم بیٹھے ہوئے ہیں، تو یہاں تو سارے ہمارے پاس سارا کمفرٹ ہے، سارے سامان</w:t>
      </w:r>
    </w:p>
    <w:p>
      <w:r>
        <w:rPr>
          <w:b/>
        </w:rPr>
        <w:t xml:space="preserve">[41:40] </w:t>
      </w:r>
      <w:r>
        <w:t>hain, wahan kuch bhi nahi tha, kuch bhi nahi tha, na kheti, na koi khane ka saman, na</w:t>
      </w:r>
    </w:p>
    <w:p>
      <w:pPr>
        <w:jc w:val="right"/>
      </w:pPr>
      <w:r>
        <w:t>ہیں، وہاں کچھ بھی نہیں تھا، کچھ بھی نہیں تھا، نہ کھیتی، نہ کوئی کھانے کا سامان، نہ</w:t>
      </w:r>
    </w:p>
    <w:p>
      <w:r>
        <w:rPr>
          <w:b/>
        </w:rPr>
        <w:t xml:space="preserve">[41:48] </w:t>
      </w:r>
      <w:r>
        <w:t>koi sabza, sirf ek hoop mein ke Allah taala hamein har cheez dein ge.</w:t>
      </w:r>
    </w:p>
    <w:p>
      <w:pPr>
        <w:jc w:val="right"/>
      </w:pPr>
      <w:r>
        <w:t>کوئی سبزہ، صرف ایک ہوپ میں کہ اللہ تعالیٰ ہمیں ہر چیز دیں گے۔</w:t>
      </w:r>
    </w:p>
    <w:p>
      <w:r>
        <w:rPr>
          <w:b/>
        </w:rPr>
        <w:t xml:space="preserve">[41:55] </w:t>
      </w:r>
      <w:r>
        <w:t>aage to Hajra ne ek example set kiya ke agar koi aadmi desert mein khara ho kar, jahan</w:t>
      </w:r>
    </w:p>
    <w:p>
      <w:pPr>
        <w:jc w:val="right"/>
      </w:pPr>
      <w:r>
        <w:t>آگے تو ہاجرہ نے ایک ایگزیمپل سیٹ کیا کہ اگر کوئی آدمی ڈیزرٹ میں کھڑا ہو کر، جہاں</w:t>
      </w:r>
    </w:p>
    <w:p>
      <w:r>
        <w:rPr>
          <w:b/>
        </w:rPr>
        <w:t xml:space="preserve">[42:03] </w:t>
      </w:r>
      <w:r>
        <w:t>upar aasman hai aur neeche sahra, yeh kahe ke "Khudaya, tere liye maine yahan par agar apne</w:t>
      </w:r>
    </w:p>
    <w:p>
      <w:pPr>
        <w:jc w:val="right"/>
      </w:pPr>
      <w:r>
        <w:t>اوپر آسمان ہے اور نیچے صحرا، یہ کہے کہ "خدایا، تیرے لیے میں نے یہاں پر اگر اپنے</w:t>
      </w:r>
    </w:p>
    <w:p>
      <w:r>
        <w:rPr>
          <w:b/>
        </w:rPr>
        <w:t xml:space="preserve">[42:11] </w:t>
      </w:r>
      <w:r>
        <w:t>ko basa diya hai", to Khuda wahan bhi is ke liye sab kuch paida kar de ga.</w:t>
      </w:r>
    </w:p>
    <w:p>
      <w:pPr>
        <w:jc w:val="right"/>
      </w:pPr>
      <w:r>
        <w:t>کو بسا دیا ہے"، تو خدا وہاں بھی اس کے لیے سب کچھ پیدا کر دے گا۔</w:t>
      </w:r>
    </w:p>
    <w:p>
      <w:r>
        <w:rPr>
          <w:b/>
        </w:rPr>
        <w:t xml:space="preserve">[42:18] </w:t>
      </w:r>
      <w:r>
        <w:t>aap jante hain ke aaj isi desert mein aaj itni zyada affluence hai ke log wahan bhag bhag</w:t>
      </w:r>
    </w:p>
    <w:p>
      <w:pPr>
        <w:jc w:val="right"/>
      </w:pPr>
      <w:r>
        <w:t>آپ جانتے ہیں کہ آج اسی ڈیزرٹ میں آج اتنی زیادہ افلوئنس ہے کہ لوگ وہاں بھاگ بھاگ</w:t>
      </w:r>
    </w:p>
    <w:p>
      <w:r>
        <w:rPr>
          <w:b/>
        </w:rPr>
        <w:t xml:space="preserve">[42:26] </w:t>
      </w:r>
      <w:r>
        <w:t>kar ja rahe hain.</w:t>
      </w:r>
    </w:p>
    <w:p>
      <w:pPr>
        <w:jc w:val="right"/>
      </w:pPr>
      <w:r>
        <w:t>کر جا رہے ہیں۔</w:t>
      </w:r>
    </w:p>
    <w:p>
      <w:r>
        <w:rPr>
          <w:b/>
        </w:rPr>
        <w:t xml:space="preserve">[42:33] </w:t>
      </w:r>
      <w:r>
        <w:t>wahan par to is poori tareekh mein is tarah ke individual paida ho rahe hain.</w:t>
      </w:r>
    </w:p>
    <w:p>
      <w:pPr>
        <w:jc w:val="right"/>
      </w:pPr>
      <w:r>
        <w:t>وہاں پر تو اس پوری تاریخ میں اس طرح کے انڈیویجول پیدا ہو رہے ہیں۔</w:t>
      </w:r>
    </w:p>
    <w:p>
      <w:r>
        <w:rPr>
          <w:b/>
        </w:rPr>
        <w:t xml:space="preserve">[42:41] </w:t>
      </w:r>
      <w:r>
        <w:t>تو وہ جو کہا تھا، یعنی میں Western historian نے کہ "the human history is"، یعنی "a little</w:t>
      </w:r>
    </w:p>
    <w:p>
      <w:pPr>
        <w:jc w:val="right"/>
      </w:pPr>
      <w:r>
        <w:t>تو وہ جو کہا تھا، یعنی میں ویسٹرن ہسٹورین نے کہ "دا ہیومن ہسٹری از"، یعنی "اے لٹل</w:t>
      </w:r>
    </w:p>
    <w:p>
      <w:r>
        <w:rPr>
          <w:b/>
        </w:rPr>
        <w:t xml:space="preserve">[42:49] </w:t>
      </w:r>
      <w:r>
        <w:t>more than register of crimes", to us ne majmoo'e ke lehaz se dekha.</w:t>
      </w:r>
    </w:p>
    <w:p>
      <w:pPr>
        <w:jc w:val="right"/>
      </w:pPr>
      <w:r>
        <w:t>مور دین رجسٹر آف کرائمز"، تو اس نے مجموعے کے لحاظ سے دیکھا۔</w:t>
      </w:r>
    </w:p>
    <w:p>
      <w:r>
        <w:rPr>
          <w:b/>
        </w:rPr>
        <w:t xml:space="preserve">[42:56] </w:t>
      </w:r>
      <w:r>
        <w:t>agar woh is creation plan of God jo hai, us ke mutabiq dekhta to woh kehta ke tareekh</w:t>
      </w:r>
    </w:p>
    <w:p>
      <w:pPr>
        <w:jc w:val="right"/>
      </w:pPr>
      <w:r>
        <w:t>اگر وہ اس کریشن پلان آف گاڈ جو ہے، اس کے مطابق دیکھتا تو وہ کہتا کہ تاریخ</w:t>
      </w:r>
    </w:p>
    <w:p>
      <w:r>
        <w:rPr>
          <w:b/>
        </w:rPr>
        <w:t xml:space="preserve">[43:04] </w:t>
      </w:r>
      <w:r>
        <w:t>agarche jangla hai, lekin is par diamond jagmaga rahe hain.</w:t>
      </w:r>
    </w:p>
    <w:p>
      <w:pPr>
        <w:jc w:val="right"/>
      </w:pPr>
      <w:r>
        <w:t>اگرچہ جنگل ہے، لیکن اس پر ڈائمنڈ جگمگا رہے ہیں۔</w:t>
      </w:r>
    </w:p>
    <w:p>
      <w:r>
        <w:rPr>
          <w:b/>
        </w:rPr>
        <w:t xml:space="preserve">[43:12] </w:t>
      </w:r>
      <w:r>
        <w:t>is ka statement doosra hota ke tareekh agarche yahan tak jangla hai crime ka, lekin isi jangla mein</w:t>
      </w:r>
    </w:p>
    <w:p>
      <w:pPr>
        <w:jc w:val="right"/>
      </w:pPr>
      <w:r>
        <w:t>اس کا اسٹیٹمنٹ دوسرا ہوتا کہ تاریخ اگرچہ یہاں تک جنگل ہے کرائم کا، لیکن اسی جنگل میں</w:t>
      </w:r>
    </w:p>
    <w:p>
      <w:r>
        <w:rPr>
          <w:b/>
        </w:rPr>
        <w:t xml:space="preserve">[43:19] </w:t>
      </w:r>
      <w:r>
        <w:t>jagah jagah diamond jagmaga kar rahe hain.</w:t>
      </w:r>
    </w:p>
    <w:p>
      <w:pPr>
        <w:jc w:val="right"/>
      </w:pPr>
      <w:r>
        <w:t>جگہ جگہ ڈائمنڈ جگمگا کر رہے ہیں۔</w:t>
      </w:r>
    </w:p>
    <w:p>
      <w:r>
        <w:rPr>
          <w:b/>
        </w:rPr>
        <w:t xml:space="preserve">[43:27] </w:t>
      </w:r>
      <w:r>
        <w:t>aise person, aise individual, aise afraad, aisi auratein, aise mard, yahan se wahan tak.</w:t>
      </w:r>
    </w:p>
    <w:p>
      <w:pPr>
        <w:jc w:val="right"/>
      </w:pPr>
      <w:r>
        <w:t>ایسے پرسن، ایسے انڈیویجول، ایسے افراد، ایسی عورتیں، ایسے مرد، یہاں سے وہاں تک۔</w:t>
      </w:r>
    </w:p>
    <w:p>
      <w:r>
        <w:rPr>
          <w:b/>
        </w:rPr>
        <w:t xml:space="preserve">[43:34] </w:t>
      </w:r>
      <w:r>
        <w:t>to Khuda ki jo scheme thi, woh yeh thi ke insanon ko paida kiya jaye, un ko freedom</w:t>
      </w:r>
    </w:p>
    <w:p>
      <w:pPr>
        <w:jc w:val="right"/>
      </w:pPr>
      <w:r>
        <w:t>تو خدا کی جو اسکیم تھی، وہ یہ تھی کہ انسانوں کو پیدا کیا جائے، ان کو فریڈم</w:t>
      </w:r>
    </w:p>
    <w:p>
      <w:r>
        <w:rPr>
          <w:b/>
        </w:rPr>
        <w:t xml:space="preserve">[43:42] </w:t>
      </w:r>
      <w:r>
        <w:t>de di jaye, total freedom, kuch bhi karein, un ko un ko roka na jaye.</w:t>
      </w:r>
    </w:p>
    <w:p>
      <w:pPr>
        <w:jc w:val="right"/>
      </w:pPr>
      <w:r>
        <w:t>دے دی جائے، ٹوٹل فریڈم، کچھ بھی کریں، ان کو ان کو روکا نہ جائے۔</w:t>
      </w:r>
    </w:p>
    <w:p>
      <w:r>
        <w:rPr>
          <w:b/>
        </w:rPr>
        <w:t xml:space="preserve">[43:50] </w:t>
      </w:r>
      <w:r>
        <w:t>un ko phir isi freedom ke jangla mein kuch afraad aise jo niklein, jin ke andar right thinking</w:t>
      </w:r>
    </w:p>
    <w:p>
      <w:pPr>
        <w:jc w:val="right"/>
      </w:pPr>
      <w:r>
        <w:t>ان کو پھر اسی فریڈم کے جنگل میں کچھ افراد ایسے جو نکلیں، جن کے اندر رائٹ تھنکنگ</w:t>
      </w:r>
    </w:p>
    <w:p>
      <w:r>
        <w:rPr>
          <w:b/>
        </w:rPr>
        <w:t xml:space="preserve">[43:57] </w:t>
      </w:r>
      <w:r>
        <w:t>apne andar paida karein, woh halaat ke khilaf sochein, independently apne ko sachai par khara karein, woh kisi</w:t>
      </w:r>
    </w:p>
    <w:p>
      <w:pPr>
        <w:jc w:val="right"/>
      </w:pPr>
      <w:r>
        <w:t>اپنے اندر پیدا کریں، وہ حالات کے خلاف سوچیں، انڈیپینڈنٹلی اپنے کو سچائی پر کھڑا کریں، وہ کسی</w:t>
      </w:r>
    </w:p>
    <w:p>
      <w:r>
        <w:rPr>
          <w:b/>
        </w:rPr>
        <w:t xml:space="preserve">[44:05] </w:t>
      </w:r>
      <w:r>
        <w:t>bhi cheez ko kisi bhi temptation mein na parein, kisi bhi desire ke peeche na daudein.</w:t>
      </w:r>
    </w:p>
    <w:p>
      <w:pPr>
        <w:jc w:val="right"/>
      </w:pPr>
      <w:r>
        <w:t>بھی چیز کو کسی بھی ٹیمپٹیشن میں نہ پڑیں، کسی بھی ڈیزائر کے پیچھے نہ دوڑیں۔</w:t>
      </w:r>
    </w:p>
    <w:p>
      <w:r>
        <w:rPr>
          <w:b/>
        </w:rPr>
        <w:t xml:space="preserve">[44:13] </w:t>
      </w:r>
      <w:r>
        <w:t>woh immediate gain ke peeche daudne ke bajaye, jo jo aage jo hone wala hai, Allah taala ke</w:t>
      </w:r>
    </w:p>
    <w:p>
      <w:pPr>
        <w:jc w:val="right"/>
      </w:pPr>
      <w:r>
        <w:t>وہ امیڈیٹ گین کے پیچھے دوڑنے کے بجائے، جو جو آگے جو ہونے والا ہے، اللہ تعالیٰ کے</w:t>
      </w:r>
    </w:p>
    <w:p>
      <w:r>
        <w:rPr>
          <w:b/>
        </w:rPr>
        <w:t xml:space="preserve">[44:20] </w:t>
      </w:r>
      <w:r>
        <w:t>duniya mein, us ko le kar apni planning karein.</w:t>
      </w:r>
    </w:p>
    <w:p>
      <w:pPr>
        <w:jc w:val="right"/>
      </w:pPr>
      <w:r>
        <w:t>دنیا میں، اس کو لے کر اپنی پلاننگ کریں۔</w:t>
      </w:r>
    </w:p>
    <w:p>
      <w:r>
        <w:rPr>
          <w:b/>
        </w:rPr>
        <w:t xml:space="preserve">[44:28] </w:t>
      </w:r>
      <w:r>
        <w:t>yani Allah ko dekhe baghair Allah se darein, Allah ko dekhe baghair Allah ko discover karein, Allah ko</w:t>
      </w:r>
    </w:p>
    <w:p>
      <w:pPr>
        <w:jc w:val="right"/>
      </w:pPr>
      <w:r>
        <w:t>یعنی اللہ کو دیکھے بغیر اللہ سے ڈریں، اللہ کو دیکھے بغیر اللہ کو ڈسکور کریں، اللہ کو</w:t>
      </w:r>
    </w:p>
    <w:p>
      <w:r>
        <w:rPr>
          <w:b/>
        </w:rPr>
        <w:t xml:space="preserve">[44:35] </w:t>
      </w:r>
      <w:r>
        <w:t>dekhe baghair Allah se mohabbat karein.</w:t>
      </w:r>
    </w:p>
    <w:p>
      <w:pPr>
        <w:jc w:val="right"/>
      </w:pPr>
      <w:r>
        <w:t>دیکھے بغیر اللہ سے محبت کریں۔</w:t>
      </w:r>
    </w:p>
    <w:p>
      <w:r>
        <w:rPr>
          <w:b/>
        </w:rPr>
        <w:t xml:space="preserve">[44:43] </w:t>
      </w:r>
      <w:r>
        <w:t>aise insan to yeh insan individual level pe ho sakte the, aur poori tareekh mein yahan se wahan</w:t>
      </w:r>
    </w:p>
    <w:p>
      <w:pPr>
        <w:jc w:val="right"/>
      </w:pPr>
      <w:r>
        <w:t>ایسے انسان تو یہ انسان انڈیویجول لیول پہ ہو سکتے تھے، اور پوری تاریخ میں یہاں سے وہاں</w:t>
      </w:r>
    </w:p>
    <w:p>
      <w:r>
        <w:rPr>
          <w:b/>
        </w:rPr>
        <w:t xml:space="preserve">[44:51] </w:t>
      </w:r>
      <w:r>
        <w:t>tak aise afraad paida ho rahe hain.</w:t>
      </w:r>
    </w:p>
    <w:p>
      <w:pPr>
        <w:jc w:val="right"/>
      </w:pPr>
      <w:r>
        <w:t>تک ایسے افراد پیدا ہو رہے ہیں۔</w:t>
      </w:r>
    </w:p>
    <w:p>
      <w:r>
        <w:rPr>
          <w:b/>
        </w:rPr>
        <w:t xml:space="preserve">[44:58] </w:t>
      </w:r>
      <w:r>
        <w:t>ab dekhiye, is zamane mein jin so called muslim thinkers ne, yani islamize kiya hai aristotle ke is</w:t>
      </w:r>
    </w:p>
    <w:p>
      <w:pPr>
        <w:jc w:val="right"/>
      </w:pPr>
      <w:r>
        <w:t>اب دیکھیے، اس زمانے میں جن سو کالڈ مسلم تھنکرز نے، یعنی اسلامائز کیا ہے ارسٹوٹل کے اس</w:t>
      </w:r>
    </w:p>
    <w:p>
      <w:r>
        <w:rPr>
          <w:b/>
        </w:rPr>
        <w:t xml:space="preserve">[45:06] </w:t>
      </w:r>
      <w:r>
        <w:t>concept ko ke hamein duniya mein just system banana hai, yani socio political level par ek ek bahut</w:t>
      </w:r>
    </w:p>
    <w:p>
      <w:pPr>
        <w:jc w:val="right"/>
      </w:pPr>
      <w:r>
        <w:t>کانسیپٹ کو کہ ہمیں دنیا میں جسٹ سسٹم بنانا ہے، یعنی سوشیو پولیٹیکل لیول پر ایک ایک بہت</w:t>
      </w:r>
    </w:p>
    <w:p>
      <w:r>
        <w:rPr>
          <w:b/>
        </w:rPr>
        <w:t xml:space="preserve">[45:14] </w:t>
      </w:r>
      <w:r>
        <w:t>hi insaaf wala nizam, woh kya hai? woh Allah ke creation plan ko tabah karna hai, us ke</w:t>
      </w:r>
    </w:p>
    <w:p>
      <w:pPr>
        <w:jc w:val="right"/>
      </w:pPr>
      <w:r>
        <w:t>ہی انصاف والا نظام، وہ کیا ہے؟ وہ اللہ کے کریشن پلان کو تباہ کرنا ہے، اس کے</w:t>
      </w:r>
    </w:p>
    <w:p>
      <w:r>
        <w:rPr>
          <w:b/>
        </w:rPr>
        <w:t xml:space="preserve">[45:21] </w:t>
      </w:r>
      <w:r>
        <w:t>khilaf chalna hai, kyunke yeh to mumkin hi nahin hai.</w:t>
      </w:r>
    </w:p>
    <w:p>
      <w:pPr>
        <w:jc w:val="right"/>
      </w:pPr>
      <w:r>
        <w:t>خلاف چلنا ہے، کیونکہ یہ تو ممکن ہی نہیں ہے۔</w:t>
      </w:r>
    </w:p>
    <w:p>
      <w:r>
        <w:rPr>
          <w:b/>
        </w:rPr>
        <w:t xml:space="preserve">[45:29] </w:t>
      </w:r>
      <w:r>
        <w:t>jab Allah ne logon ko de rakhi hai azadi, to kya hoga? ek hitler sari duniya ke khilaf</w:t>
      </w:r>
    </w:p>
    <w:p>
      <w:pPr>
        <w:jc w:val="right"/>
      </w:pPr>
      <w:r>
        <w:t>جب اللہ نے لوگوں کو دے رکھی ہے آزادی، تو کیا ہوگا؟ ایک ہٹلر ساری دنیا کے خلاف</w:t>
      </w:r>
    </w:p>
    <w:p>
      <w:r>
        <w:rPr>
          <w:b/>
        </w:rPr>
        <w:t xml:space="preserve">[45:36] </w:t>
      </w:r>
      <w:r>
        <w:t>jang chhed dega, ek insan Hazrat Yahya ko qatl kar dega, ek insan Hazrat Umar ko</w:t>
      </w:r>
    </w:p>
    <w:p>
      <w:pPr>
        <w:jc w:val="right"/>
      </w:pPr>
      <w:r>
        <w:t>جنگ چھیڑ دے گا، ایک انسان حضرت یحییٰ کو قتل کر دے گا، ایک انسان حضرت عمر کو</w:t>
      </w:r>
    </w:p>
    <w:p>
      <w:r>
        <w:rPr>
          <w:b/>
        </w:rPr>
        <w:t xml:space="preserve">[45:44] </w:t>
      </w:r>
      <w:r>
        <w:t>qatl kar dega, ek insan ek dam bana kar ke kahin girayega, aur puri puri abadi</w:t>
      </w:r>
    </w:p>
    <w:p>
      <w:pPr>
        <w:jc w:val="right"/>
      </w:pPr>
      <w:r>
        <w:t>قتل کر دے گا، ایک انسان ایک دم بنا کر کے کہیں گرائے گا، اور پوری پوری آبادی</w:t>
      </w:r>
    </w:p>
    <w:p>
      <w:r>
        <w:rPr>
          <w:b/>
        </w:rPr>
        <w:t xml:space="preserve">[45:52] </w:t>
      </w:r>
      <w:r>
        <w:t>ko tabah kar dega, aur Allah uska hath rokega nahin, kyunke freedom to khatam hone</w:t>
      </w:r>
    </w:p>
    <w:p>
      <w:pPr>
        <w:jc w:val="right"/>
      </w:pPr>
      <w:r>
        <w:t>کو تباہ کر دے گا، اور اللہ اس کا ہاتھ روکے گا نہیں، کیونکہ فریڈم تو ختم ہونے</w:t>
      </w:r>
    </w:p>
    <w:p>
      <w:r>
        <w:rPr>
          <w:b/>
        </w:rPr>
        <w:t xml:space="preserve">[45:59] </w:t>
      </w:r>
      <w:r>
        <w:t>wali nahin hai.</w:t>
      </w:r>
    </w:p>
    <w:p>
      <w:pPr>
        <w:jc w:val="right"/>
      </w:pPr>
      <w:r>
        <w:t>والی نہیں ہے۔</w:t>
      </w:r>
    </w:p>
    <w:p>
      <w:r>
        <w:rPr>
          <w:b/>
        </w:rPr>
        <w:t xml:space="preserve">[46:07] </w:t>
      </w:r>
      <w:r>
        <w:t>doomsday se pehle to kaise aap banayenge just system? just system banane ke liye aap ko</w:t>
      </w:r>
    </w:p>
    <w:p>
      <w:pPr>
        <w:jc w:val="right"/>
      </w:pPr>
      <w:r>
        <w:t>ڈومز ڈے سے پہلے تو کیسے آپ بنائیں گے جسٹ سسٹم؟ جسٹ سسٹم بنانے کے لیے آپ کو</w:t>
      </w:r>
    </w:p>
    <w:p>
      <w:r>
        <w:rPr>
          <w:b/>
        </w:rPr>
        <w:t xml:space="preserve">[46:15] </w:t>
      </w:r>
      <w:r>
        <w:t>insan ki abadi ko, insan ki freedom ko abalish karna padega.</w:t>
      </w:r>
    </w:p>
    <w:p>
      <w:pPr>
        <w:jc w:val="right"/>
      </w:pPr>
      <w:r>
        <w:t>انسان کی آبادی کو، انسان کی فریڈم کو ابالش کرنا پڑے گا۔</w:t>
      </w:r>
    </w:p>
    <w:p>
      <w:r>
        <w:rPr>
          <w:b/>
        </w:rPr>
        <w:t xml:space="preserve">[46:22] </w:t>
      </w:r>
      <w:r>
        <w:t>just system banane ke liye, yani pure socio political level par bilkul insaaf ho, bilkul just ho, har</w:t>
      </w:r>
    </w:p>
    <w:p>
      <w:pPr>
        <w:jc w:val="right"/>
      </w:pPr>
      <w:r>
        <w:t>جسٹ سسٹم بنانے کے لیے، یعنی پورے سوشیو پولیٹیکل لیول پر بالکل انصاف ہو، بالکل جسٹ ہو، ہر</w:t>
      </w:r>
    </w:p>
    <w:p>
      <w:r>
        <w:rPr>
          <w:b/>
        </w:rPr>
        <w:t xml:space="preserve">[46:30] </w:t>
      </w:r>
      <w:r>
        <w:t>cheez bilkul ideal ho, har cheez us ke liye aap ko insan ki azadi ko abalish karna padega.</w:t>
      </w:r>
    </w:p>
    <w:p>
      <w:pPr>
        <w:jc w:val="right"/>
      </w:pPr>
      <w:r>
        <w:t>چیز بالکل آئیڈیل ہو، ہر چیز اس کے لیے آپ کو انسان کی آزادی کو ابالش کرنا پڑے گا۔</w:t>
      </w:r>
    </w:p>
    <w:p>
      <w:r>
        <w:rPr>
          <w:b/>
        </w:rPr>
        <w:t xml:space="preserve">[46:37] </w:t>
      </w:r>
      <w:r>
        <w:t>aap bataiye ke kis ke paas yeh power hai ke insan ki azadi ko abalish kar de? kis</w:t>
      </w:r>
    </w:p>
    <w:p>
      <w:pPr>
        <w:jc w:val="right"/>
      </w:pPr>
      <w:r>
        <w:t>آپ بتائیے کہ کس کے پاس یہ پاور ہے کہ انسان کی آزادی کو ابالش کر دے؟ کس</w:t>
      </w:r>
    </w:p>
    <w:p>
      <w:r>
        <w:rPr>
          <w:b/>
        </w:rPr>
        <w:t xml:space="preserve">[46:45] </w:t>
      </w:r>
      <w:r>
        <w:t>ko power hai? hamare mulk mein aap ne dekha ke indira gandhi ko us ki security ne mar</w:t>
      </w:r>
    </w:p>
    <w:p>
      <w:pPr>
        <w:jc w:val="right"/>
      </w:pPr>
      <w:r>
        <w:t>کو پاور ہے؟ ہمارے ملک میں آپ نے دیکھا کہ اندرا گاندھی کو اس کی سیکیورٹی نے مار</w:t>
      </w:r>
    </w:p>
    <w:p>
      <w:r>
        <w:rPr>
          <w:b/>
        </w:rPr>
        <w:t xml:space="preserve">[46:53] </w:t>
      </w:r>
      <w:r>
        <w:t>dala, misr mein anwar sadat ko us ki apni security ne mar dala.</w:t>
      </w:r>
    </w:p>
    <w:p>
      <w:pPr>
        <w:jc w:val="right"/>
      </w:pPr>
      <w:r>
        <w:t>ڈالا، مصر میں انور سادات کو اس کی اپنی سیکیورٹی نے مار ڈالا۔</w:t>
      </w:r>
    </w:p>
    <w:p>
      <w:r>
        <w:rPr>
          <w:b/>
        </w:rPr>
        <w:t xml:space="preserve">[47:00] </w:t>
      </w:r>
      <w:r>
        <w:t>aise rozana media mein aise waqeat aate rehte hain, yani security hi ne mar dala.</w:t>
      </w:r>
    </w:p>
    <w:p>
      <w:pPr>
        <w:jc w:val="right"/>
      </w:pPr>
      <w:r>
        <w:t>ایسے روزانہ میڈیا میں ایسے واقعات آتے رہتے ہیں، یعنی سیکیورٹی ہی نے مار ڈالا۔</w:t>
      </w:r>
    </w:p>
    <w:p>
      <w:r>
        <w:rPr>
          <w:b/>
        </w:rPr>
        <w:t xml:space="preserve">[47:08] </w:t>
      </w:r>
      <w:r>
        <w:t>security ne to yeh dekhiye, Allah taala ka jo jo jo plan hai creation ka, us mein freedom must hai.</w:t>
      </w:r>
    </w:p>
    <w:p>
      <w:pPr>
        <w:jc w:val="right"/>
      </w:pPr>
      <w:r>
        <w:t>سیکیورٹی نے تو یہ دیکھیے، اللہ تعالیٰ کا جو جو جو پلان ہے کریشن کا، اس میں فریڈم مسٹ ہے۔</w:t>
      </w:r>
    </w:p>
    <w:p>
      <w:r>
        <w:rPr>
          <w:b/>
        </w:rPr>
        <w:t xml:space="preserve">[47:16] </w:t>
      </w:r>
      <w:r>
        <w:t>har insan ko total freedom.</w:t>
      </w:r>
    </w:p>
    <w:p>
      <w:pPr>
        <w:jc w:val="right"/>
      </w:pPr>
      <w:r>
        <w:t>ہر انسان کو ٹوٹل فریڈم۔</w:t>
      </w:r>
    </w:p>
    <w:p>
      <w:r>
        <w:rPr>
          <w:b/>
        </w:rPr>
        <w:t xml:space="preserve">[47:23] </w:t>
      </w:r>
      <w:r>
        <w:t>jab total freedom hai to woh misuse bhi karne ka freedom hai, aur jab tak yeh surat-e-haal</w:t>
      </w:r>
    </w:p>
    <w:p>
      <w:pPr>
        <w:jc w:val="right"/>
      </w:pPr>
      <w:r>
        <w:t>جب ٹوٹل فریڈم ہے تو وہ مس یوز بھی کرنے کا فریڈم ہے، اور جب تک یہ صورتحال</w:t>
      </w:r>
    </w:p>
    <w:p>
      <w:r>
        <w:rPr>
          <w:b/>
        </w:rPr>
        <w:t xml:space="preserve">[47:31] </w:t>
      </w:r>
      <w:r>
        <w:t>hai, aap mumkin nahin ke aap ideal nizam banayen, perfect nizam banayen.</w:t>
      </w:r>
    </w:p>
    <w:p>
      <w:pPr>
        <w:jc w:val="right"/>
      </w:pPr>
      <w:r>
        <w:t>ہے، آپ ممکن نہیں کہ آپ آئیڈیل نظام بنائیں، پرفیکٹ نظام بنائیں۔</w:t>
      </w:r>
    </w:p>
    <w:p>
      <w:r>
        <w:rPr>
          <w:b/>
        </w:rPr>
        <w:t xml:space="preserve">[47:38] </w:t>
      </w:r>
      <w:r>
        <w:t>possible nahin hai is ki.</w:t>
      </w:r>
    </w:p>
    <w:p>
      <w:pPr>
        <w:jc w:val="right"/>
      </w:pPr>
      <w:r>
        <w:t>پاسیبل نہیں ہے اس کی۔</w:t>
      </w:r>
    </w:p>
    <w:p>
      <w:r>
        <w:rPr>
          <w:b/>
        </w:rPr>
        <w:t xml:space="preserve">[47:46] </w:t>
      </w:r>
      <w:r>
        <w:t>yeh is waqt possible hai jab ke aap insan ki azadi ko abalish kar den.</w:t>
      </w:r>
    </w:p>
    <w:p>
      <w:pPr>
        <w:jc w:val="right"/>
      </w:pPr>
      <w:r>
        <w:t>یہ اس وقت پاسیبل ہے جب کہ آپ انسان کی آزادی کو ابالش کر دیں۔</w:t>
      </w:r>
    </w:p>
    <w:p>
      <w:r>
        <w:rPr>
          <w:b/>
        </w:rPr>
        <w:t xml:space="preserve">[47:54] </w:t>
      </w:r>
      <w:r>
        <w:t>woh to koi koi kar nahin sakta hai, impossible hai.</w:t>
      </w:r>
    </w:p>
    <w:p>
      <w:pPr>
        <w:jc w:val="right"/>
      </w:pPr>
      <w:r>
        <w:t>وہ تو کوئی کوئی کر نہیں سکتا ہے، امپاسیبل ہے۔</w:t>
      </w:r>
    </w:p>
    <w:p>
      <w:r>
        <w:rPr>
          <w:b/>
        </w:rPr>
        <w:t xml:space="preserve">[48:01] </w:t>
      </w:r>
      <w:r>
        <w:t>is wajah se Allah ka jo naqsha hai, Allah ki jo planning hai, woh afraad ko select kar raha hai.</w:t>
      </w:r>
    </w:p>
    <w:p>
      <w:pPr>
        <w:jc w:val="right"/>
      </w:pPr>
      <w:r>
        <w:t>اس وجہ سے اللہ کا جو نقشہ ہے، اللہ کی جو پلاننگ ہے، وہ افراد کو سلیکٹ کر رہا ہے۔</w:t>
      </w:r>
    </w:p>
    <w:p>
      <w:r>
        <w:rPr>
          <w:b/>
        </w:rPr>
        <w:t xml:space="preserve">[48:09] </w:t>
      </w:r>
      <w:r>
        <w:t>allah ta'ala afraad ko intikhab kar raha hai, afraad ka selection ho raha hai.</w:t>
      </w:r>
    </w:p>
    <w:p>
      <w:pPr>
        <w:jc w:val="right"/>
      </w:pPr>
      <w:r>
        <w:t>اللہ تعالیٰ افراد کو انتخاب کر رہا ہے، افراد کا سلیکشن ہو رہا ہے۔</w:t>
      </w:r>
    </w:p>
    <w:p>
      <w:r>
        <w:rPr>
          <w:b/>
        </w:rPr>
        <w:t xml:space="preserve">[48:17] </w:t>
      </w:r>
      <w:r>
        <w:t>woh adam se shuru hua, abhi tak chala ja raha hai.</w:t>
      </w:r>
    </w:p>
    <w:p>
      <w:pPr>
        <w:jc w:val="right"/>
      </w:pPr>
      <w:r>
        <w:t>وہ آدم سے شروع ہوا، ابھی تک چلا جا رہا ہے۔</w:t>
      </w:r>
    </w:p>
    <w:p>
      <w:r>
        <w:rPr>
          <w:b/>
        </w:rPr>
        <w:t xml:space="preserve">[48:24] </w:t>
      </w:r>
      <w:r>
        <w:t>toh jannat kya hai? selected afraad ka ek ek ek society, poori history se jo behtareen jo log</w:t>
      </w:r>
    </w:p>
    <w:p>
      <w:pPr>
        <w:jc w:val="right"/>
      </w:pPr>
      <w:r>
        <w:t>تو جنت کیا ہے؟ سلیکٹڈ افراد کا ایک ایک ایک سوسائٹی، پوری ہسٹری سے جو بہترین جو لوگ</w:t>
      </w:r>
    </w:p>
    <w:p>
      <w:r>
        <w:rPr>
          <w:b/>
        </w:rPr>
        <w:t xml:space="preserve">[48:32] </w:t>
      </w:r>
      <w:r>
        <w:t>hain, unko select kar ke basa diya jaye, toh isi ka naam hai jannat, yani selected logon ki society.</w:t>
      </w:r>
    </w:p>
    <w:p>
      <w:pPr>
        <w:jc w:val="right"/>
      </w:pPr>
      <w:r>
        <w:t>ہیں، ان کو سلیکٹ کر کے بسا دیا جائے، تو اسی کا نام ہے جنت، یعنی سلیکٹڈ لوگوں کی سوسائٹی۔</w:t>
      </w:r>
    </w:p>
    <w:p>
      <w:r>
        <w:rPr>
          <w:b/>
        </w:rPr>
        <w:t xml:space="preserve">[48:39] </w:t>
      </w:r>
      <w:r>
        <w:t>toh akhirat mein kya hoga? woh log jinhone apne ko, yani jo yeh prove na kar sake</w:t>
      </w:r>
    </w:p>
    <w:p>
      <w:pPr>
        <w:jc w:val="right"/>
      </w:pPr>
      <w:r>
        <w:t>تو آخرت میں کیا ہوگا؟ وہ لوگ جنہوں نے اپنے کو، یعنی جو یہ پروف نہ کر سکے</w:t>
      </w:r>
    </w:p>
    <w:p>
      <w:r>
        <w:rPr>
          <w:b/>
        </w:rPr>
        <w:t xml:space="preserve">[48:47] </w:t>
      </w:r>
      <w:r>
        <w:t>ke woh azadi pa kar ke sahi rastay par qaim rahen ge, jinhone apni azadi ko mis</w:t>
      </w:r>
    </w:p>
    <w:p>
      <w:pPr>
        <w:jc w:val="right"/>
      </w:pPr>
      <w:r>
        <w:t>کہ وہ آزادی پا کر کے صحیح راستے پر قائم رہیں گے، جنہوں نے اپنی آزادی کو مس</w:t>
      </w:r>
    </w:p>
    <w:p>
      <w:r>
        <w:rPr>
          <w:b/>
        </w:rPr>
        <w:t xml:space="preserve">[48:55] </w:t>
      </w:r>
      <w:r>
        <w:t>use kiya, woh toh reject kar ke ek universal letter one mein daal diye jayen ge.</w:t>
      </w:r>
    </w:p>
    <w:p>
      <w:pPr>
        <w:jc w:val="right"/>
      </w:pPr>
      <w:r>
        <w:t>یوز کیا، وہ تو ریجیکٹ کر کے ایک یونیورسل لیٹر ون میں ڈال دیے جائیں گے۔</w:t>
      </w:r>
    </w:p>
    <w:p>
      <w:r>
        <w:rPr>
          <w:b/>
        </w:rPr>
        <w:t xml:space="preserve">[49:02] </w:t>
      </w:r>
      <w:r>
        <w:t>universal letter one mein daal diye jayen ge woh, aur jinhone yeh prove kiya ke unhone</w:t>
      </w:r>
    </w:p>
    <w:p>
      <w:pPr>
        <w:jc w:val="right"/>
      </w:pPr>
      <w:r>
        <w:t>یونیورسل لیٹر ون میں ڈال دیے جائیں گے وہ، اور جنہوں نے یہ پروف کیا کہ انہوں نے</w:t>
      </w:r>
    </w:p>
    <w:p>
      <w:r>
        <w:rPr>
          <w:b/>
        </w:rPr>
        <w:t xml:space="preserve">[49:10] </w:t>
      </w:r>
      <w:r>
        <w:t>apni azadi ko sahi istemal kiya, jo unhone allah ke naqshe ko samajh kar ke us ke</w:t>
      </w:r>
    </w:p>
    <w:p>
      <w:pPr>
        <w:jc w:val="right"/>
      </w:pPr>
      <w:r>
        <w:t>اپنی آزادی کو صحیح استعمال کیا، جو انہوں نے اللہ کے نقشے کو سمجھ کر کے اس کے</w:t>
      </w:r>
    </w:p>
    <w:p>
      <w:r>
        <w:rPr>
          <w:b/>
        </w:rPr>
        <w:t xml:space="preserve">[49:18] </w:t>
      </w:r>
      <w:r>
        <w:t>mutabiq zindagi guzari, jinke andar khudai discipline tha, jinke andar woh qualities theen jo allah ko</w:t>
      </w:r>
    </w:p>
    <w:p>
      <w:pPr>
        <w:jc w:val="right"/>
      </w:pPr>
      <w:r>
        <w:t>مطابق زندگی گزاری، جن کے اندر خدائی ڈسپلن تھا، جن کے اندر وہ کوالٹیز تھیں جو اللہ کو</w:t>
      </w:r>
    </w:p>
    <w:p>
      <w:r>
        <w:rPr>
          <w:b/>
        </w:rPr>
        <w:t xml:space="preserve">[49:25] </w:t>
      </w:r>
      <w:r>
        <w:t>matloob hain, baghair kisi compulsion ke unhone apne aap ko is rastay par dala, toh unko</w:t>
      </w:r>
    </w:p>
    <w:p>
      <w:pPr>
        <w:jc w:val="right"/>
      </w:pPr>
      <w:r>
        <w:t>مطلوب ہیں، بغیر کسی کمپلشن کے انہوں نے اپنے آپ کو اس راستے پر ڈالا، تو ان کو</w:t>
      </w:r>
    </w:p>
    <w:p>
      <w:r>
        <w:rPr>
          <w:b/>
        </w:rPr>
        <w:t xml:space="preserve">[49:33] </w:t>
      </w:r>
      <w:r>
        <w:t>chun liya jaye ga.</w:t>
      </w:r>
    </w:p>
    <w:p>
      <w:pPr>
        <w:jc w:val="right"/>
      </w:pPr>
      <w:r>
        <w:t>چن لیا جائے گا۔</w:t>
      </w:r>
    </w:p>
    <w:p>
      <w:r>
        <w:rPr>
          <w:b/>
        </w:rPr>
        <w:t xml:space="preserve">[49:40] </w:t>
      </w:r>
      <w:r>
        <w:t>unko chun liya jaye ga, unhi chune hue logon ko ke muashray ka naam hai jannat.</w:t>
      </w:r>
    </w:p>
    <w:p>
      <w:pPr>
        <w:jc w:val="right"/>
      </w:pPr>
      <w:r>
        <w:t>ان کو چن لیا جائے گا، انہی چنے ہوئے لوگوں کو کہ معاشرے کا نام ہے جنت۔</w:t>
      </w:r>
    </w:p>
    <w:p>
      <w:r>
        <w:rPr>
          <w:b/>
        </w:rPr>
        <w:t xml:space="preserve">[49:48] </w:t>
      </w:r>
      <w:r>
        <w:t>quran mein hai ke "اولئک من النبیین وصدیقین وشہداء وصالحین وحسن اولئک رفیقہ", yani jannat wale jo hain,</w:t>
      </w:r>
    </w:p>
    <w:p>
      <w:pPr>
        <w:jc w:val="right"/>
      </w:pPr>
      <w:r>
        <w:t>قرآن میں ہے کہ "اولئک من النبیین وصدیقین وشہداء وصالحین وحسن اولئک رفیقہ"، یعنی جنت والے جو ہیں،</w:t>
      </w:r>
    </w:p>
    <w:p>
      <w:r>
        <w:rPr>
          <w:b/>
        </w:rPr>
        <w:t xml:space="preserve">[49:56] </w:t>
      </w:r>
      <w:r>
        <w:t>jannat ke ka jo society hogi, us mein kaun log honge? prophet aur siddiqeen aur sulaha aur</w:t>
      </w:r>
    </w:p>
    <w:p>
      <w:pPr>
        <w:jc w:val="right"/>
      </w:pPr>
      <w:r>
        <w:t>جنت کے کا جو سوسائٹی ہوگی، اس میں کون لوگ ہوں گے؟ پرافٹ اور صدیقین اور صلحاء اور</w:t>
      </w:r>
    </w:p>
    <w:p>
      <w:r>
        <w:rPr>
          <w:b/>
        </w:rPr>
        <w:t xml:space="preserve">[50:03] </w:t>
      </w:r>
      <w:r>
        <w:t>shuhada, yeh char group yeh chune hue log honge jannat ke society mein.</w:t>
      </w:r>
    </w:p>
    <w:p>
      <w:pPr>
        <w:jc w:val="right"/>
      </w:pPr>
      <w:r>
        <w:t>شہداء، یہ چار گروپ یہ چنے ہوئے لوگ ہوں گے جنت کے سوسائٹی میں۔</w:t>
      </w:r>
    </w:p>
    <w:p>
      <w:r>
        <w:rPr>
          <w:b/>
        </w:rPr>
        <w:t xml:space="preserve">[50:11] </w:t>
      </w:r>
      <w:r>
        <w:t>toh is ka liab lihaza "فلیعمل العاملون", yani yeh jo duniya banne wali hai, selected logon ki duniya,</w:t>
      </w:r>
    </w:p>
    <w:p>
      <w:pPr>
        <w:jc w:val="right"/>
      </w:pPr>
      <w:r>
        <w:t>تو اس کا لیبس لہذا "فلیعمل العاملون"، یعنی یہ جو دنیا بننے والی ہے، سلیکٹڈ لوگوں کی دنیا،</w:t>
      </w:r>
    </w:p>
    <w:p>
      <w:r>
        <w:rPr>
          <w:b/>
        </w:rPr>
        <w:t xml:space="preserve">[50:19] </w:t>
      </w:r>
      <w:r>
        <w:t>us ke liye tabarru karen log ke wahan hamein jagah mile.</w:t>
      </w:r>
    </w:p>
    <w:p>
      <w:pPr>
        <w:jc w:val="right"/>
      </w:pPr>
      <w:r>
        <w:t>اس کے لیے تبرع کریں لوگ کہ وہاں ہمیں جگہ ملے۔</w:t>
      </w:r>
    </w:p>
    <w:p>
      <w:r>
        <w:rPr>
          <w:b/>
        </w:rPr>
        <w:t xml:space="preserve">[50:26] </w:t>
      </w:r>
      <w:r>
        <w:t>us ke liye tabarru karen, yani is duniya mein toh aap ko mil hi nahi sakta hai apna</w:t>
      </w:r>
    </w:p>
    <w:p>
      <w:pPr>
        <w:jc w:val="right"/>
      </w:pPr>
      <w:r>
        <w:t>اس کے لیے تبرع کریں، یعنی اس دنیا میں تو آپ کو مل ہی نہیں سکتا ہے اپنا</w:t>
      </w:r>
    </w:p>
    <w:p>
      <w:r>
        <w:rPr>
          <w:b/>
        </w:rPr>
        <w:t xml:space="preserve">[50:34] </w:t>
      </w:r>
      <w:r>
        <w:t>pasand ka mahol, kyunke aap agar rehna chahenge ek dhang se, doosra doosra dhang se rahega,</w:t>
      </w:r>
    </w:p>
    <w:p>
      <w:pPr>
        <w:jc w:val="right"/>
      </w:pPr>
      <w:r>
        <w:t>پسند کا ماحول، کیونکہ آپ اگر رہنا چاہیں گے ایک ڈھنگ سے، دوسرا دوسرا ڈھنگ سے رہے گا،</w:t>
      </w:r>
    </w:p>
    <w:p>
      <w:r>
        <w:rPr>
          <w:b/>
        </w:rPr>
        <w:t xml:space="preserve">[50:41] </w:t>
      </w:r>
      <w:r>
        <w:t>woh kya karenge? aap woh nuisance create karega, woh mamlat ko bigarega, woh apni azadi</w:t>
      </w:r>
    </w:p>
    <w:p>
      <w:pPr>
        <w:jc w:val="right"/>
      </w:pPr>
      <w:r>
        <w:t>وہ کیا کریں گے؟ آپ وہ نیوسنس کریٹ کرے گا، وہ معاملات کو بگاڑے گا، وہ اپنی آزادی</w:t>
      </w:r>
    </w:p>
    <w:p>
      <w:r>
        <w:rPr>
          <w:b/>
        </w:rPr>
        <w:t xml:space="preserve">[50:49] </w:t>
      </w:r>
      <w:r>
        <w:t>ko misuse karega.</w:t>
      </w:r>
    </w:p>
    <w:p>
      <w:pPr>
        <w:jc w:val="right"/>
      </w:pPr>
      <w:r>
        <w:t>کو مس یوز کرے گا۔</w:t>
      </w:r>
    </w:p>
    <w:p>
      <w:r>
        <w:rPr>
          <w:b/>
        </w:rPr>
        <w:t xml:space="preserve">[50:57] </w:t>
      </w:r>
      <w:r>
        <w:t>toh aap kuch kar nahi sakte, kyunke yeh toh test ho raha hai.</w:t>
      </w:r>
    </w:p>
    <w:p>
      <w:pPr>
        <w:jc w:val="right"/>
      </w:pPr>
      <w:r>
        <w:t>تو آپ کچھ کر نہیں سکتے، کیونکہ یہ تو ٹیسٹ ہو رہا ہے۔</w:t>
      </w:r>
    </w:p>
    <w:p>
      <w:r>
        <w:rPr>
          <w:b/>
        </w:rPr>
        <w:t xml:space="preserve">[51:04] </w:t>
      </w:r>
      <w:r>
        <w:t>test agar allah ta'ala logon ki azadi ko abalish kar de toh phir test kaise hoga? toh test</w:t>
      </w:r>
    </w:p>
    <w:p>
      <w:pPr>
        <w:jc w:val="right"/>
      </w:pPr>
      <w:r>
        <w:t>ٹیسٹ اگر اللہ تعالیٰ لوگوں کی آزادی کو ابالش کر دے تو پھر ٹیسٹ کیسے ہوگا؟ تو ٹیسٹ</w:t>
      </w:r>
    </w:p>
    <w:p>
      <w:r>
        <w:rPr>
          <w:b/>
        </w:rPr>
        <w:t xml:space="preserve">[51:12] </w:t>
      </w:r>
      <w:r>
        <w:t>ke ko baqi rakhne ke liye allah ta'ala logon ki azadi ko abalish karne wala hai hi nahi, impossible hai.</w:t>
      </w:r>
    </w:p>
    <w:p>
      <w:pPr>
        <w:jc w:val="right"/>
      </w:pPr>
      <w:r>
        <w:t>کے کو باقی رکھنے کے لیے اللہ تعالیٰ لوگوں کی آزادی کو ابالش کرنے والا ہے ہی نہیں، امپاسیبل ہے۔</w:t>
      </w:r>
    </w:p>
    <w:p>
      <w:r>
        <w:rPr>
          <w:b/>
        </w:rPr>
        <w:t xml:space="preserve">[51:20] </w:t>
      </w:r>
      <w:r>
        <w:t>to kya hai? apne ko banaiye, aur aap ki jo tehrikein hon, aap ki jo koshishein hon, woh</w:t>
      </w:r>
    </w:p>
    <w:p>
      <w:pPr>
        <w:jc w:val="right"/>
      </w:pPr>
      <w:r>
        <w:t>تو کیا ہے؟ اپنے کو بنائیے، اور آپ کی جو تحریکیں ہوں، آپ کی جو کوششیں ہوں، وہ</w:t>
      </w:r>
    </w:p>
    <w:p>
      <w:r>
        <w:rPr>
          <w:b/>
        </w:rPr>
        <w:t xml:space="preserve">[51:27] </w:t>
      </w:r>
      <w:r>
        <w:t>individual ko target karein, poore majmooe ko nahin.</w:t>
      </w:r>
    </w:p>
    <w:p>
      <w:pPr>
        <w:jc w:val="right"/>
      </w:pPr>
      <w:r>
        <w:t>انڈیویجول کو ٹارگٹ کریں، پورے مجموعے کو نہیں۔</w:t>
      </w:r>
    </w:p>
    <w:p>
      <w:r>
        <w:rPr>
          <w:b/>
        </w:rPr>
        <w:t xml:space="preserve">[51:35] </w:t>
      </w:r>
      <w:r>
        <w:t>jaise main history mein aise log paida hue hain jinhone bade bade un target banaye hain: world</w:t>
      </w:r>
    </w:p>
    <w:p>
      <w:pPr>
        <w:jc w:val="right"/>
      </w:pPr>
      <w:r>
        <w:t>جیسے میں ہسٹری میں ایسے لوگ پیدا ہوئے ہیں جنہوں نے بڑے بڑے ان ٹارگٹ بنائے ہیں: ورلڈ</w:t>
      </w:r>
    </w:p>
    <w:p>
      <w:r>
        <w:rPr>
          <w:b/>
        </w:rPr>
        <w:t xml:space="preserve">[51:42] </w:t>
      </w:r>
      <w:r>
        <w:t>government, world society, yeh sab yeh hone wali cheezein hi nahin hain.</w:t>
      </w:r>
    </w:p>
    <w:p>
      <w:pPr>
        <w:jc w:val="right"/>
      </w:pPr>
      <w:r>
        <w:t>گورنمنٹ، ورلڈ سوسائٹی، یہ سب یہ ہونے والی چیزیں ہی نہیں ہیں۔</w:t>
      </w:r>
    </w:p>
    <w:p>
      <w:r>
        <w:rPr>
          <w:b/>
        </w:rPr>
        <w:t xml:space="preserve">[51:50] </w:t>
      </w:r>
      <w:r>
        <w:t>natija yeh hai ke jo log aisi baatein karte hain, woh frustration mein marte hain.</w:t>
      </w:r>
    </w:p>
    <w:p>
      <w:pPr>
        <w:jc w:val="right"/>
      </w:pPr>
      <w:r>
        <w:t>نتیجہ یہ ہے کہ جو لوگ ایسی باتیں کرتے ہیں، وہ فرسٹریشن میں مرتے ہیں۔</w:t>
      </w:r>
    </w:p>
    <w:p>
      <w:r>
        <w:rPr>
          <w:b/>
        </w:rPr>
        <w:t xml:space="preserve">[51:58] </w:t>
      </w:r>
      <w:r>
        <w:t>frustration mein to sachi tehreek woh hai, sachi movement woh hai jo afraad ko target kare, individual ko</w:t>
      </w:r>
    </w:p>
    <w:p>
      <w:pPr>
        <w:jc w:val="right"/>
      </w:pPr>
      <w:r>
        <w:t>فرسٹریشن میں تو سچی تحریک وہ ہے، سچی موومنٹ وہ ہے جو افراد کو ٹارگٹ کرے، انڈیویجول کو</w:t>
      </w:r>
    </w:p>
    <w:p>
      <w:r>
        <w:rPr>
          <w:b/>
        </w:rPr>
        <w:t xml:space="preserve">[52:05] </w:t>
      </w:r>
      <w:r>
        <w:t>target kare, kyunke woh to achievable hi nahin hai.</w:t>
      </w:r>
    </w:p>
    <w:p>
      <w:pPr>
        <w:jc w:val="right"/>
      </w:pPr>
      <w:r>
        <w:t>ٹارگٹ کرے، کیونکہ وہ تو اچیویبل ہی نہیں ہے۔</w:t>
      </w:r>
    </w:p>
    <w:p>
      <w:r>
        <w:rPr>
          <w:b/>
        </w:rPr>
        <w:t xml:space="preserve">[52:13] </w:t>
      </w:r>
      <w:r>
        <w:t>to yeh hai is Surah Al-Baqarah ki jo aayatein hain, jo maine aap se arz kiya, is</w:t>
      </w:r>
    </w:p>
    <w:p>
      <w:pPr>
        <w:jc w:val="right"/>
      </w:pPr>
      <w:r>
        <w:t>تو یہ ہے اس سورہ البقرہ کی جو آیتیں ہیں، جو میں نے آپ سے عرض کیا، اس</w:t>
      </w:r>
    </w:p>
    <w:p>
      <w:r>
        <w:rPr>
          <w:b/>
        </w:rPr>
        <w:t xml:space="preserve">[52:21] </w:t>
      </w:r>
      <w:r>
        <w:t>ke mutabiq se yeh baatein samajh mein aati hain.</w:t>
      </w:r>
    </w:p>
    <w:p>
      <w:pPr>
        <w:jc w:val="right"/>
      </w:pPr>
      <w:r>
        <w:t>کے مطابق سے یہ باتیں سمجھ میں آتی ہیں۔</w:t>
      </w:r>
    </w:p>
    <w:p>
      <w:r>
        <w:rPr>
          <w:b/>
        </w:rPr>
        <w:t xml:space="preserve">[52:28] </w:t>
      </w:r>
      <w:r>
        <w:t>tab ja kar ke poori poori poori scheme explain ho jaati hai ke Allah ne kyun banaya yeh duniya ko.</w:t>
      </w:r>
    </w:p>
    <w:p>
      <w:pPr>
        <w:jc w:val="right"/>
      </w:pPr>
      <w:r>
        <w:t>تب جا کر کے پوری پوری پوری اسکیم ایکسپلین ہو جاتی ہے کہ اللہ نے کیوں بنایا یہ دنیا کو۔</w:t>
      </w:r>
    </w:p>
    <w:p>
      <w:r>
        <w:rPr>
          <w:b/>
        </w:rPr>
        <w:t xml:space="preserve">[52:36] </w:t>
      </w:r>
      <w:r>
        <w:t>ek aur baat main arz kar doon, Quran ki ek aayat hai ke "wala tamdun aynaka ila ma amta'ni".</w:t>
      </w:r>
    </w:p>
    <w:p>
      <w:pPr>
        <w:jc w:val="right"/>
      </w:pPr>
      <w:r>
        <w:t>ایک اور بات میں عرض کر دوں، قرآن کی ایک آیت ہے کہ "ولا تمدن عینک الی ما متعنی"۔</w:t>
      </w:r>
    </w:p>
    <w:p>
      <w:r>
        <w:rPr>
          <w:b/>
        </w:rPr>
        <w:t xml:space="preserve">[52:43] </w:t>
      </w:r>
      <w:r>
        <w:t>"wala tamdun alayka ila ma amta'ni" kehta hai woh "zarra ad-dunya".</w:t>
      </w:r>
    </w:p>
    <w:p>
      <w:pPr>
        <w:jc w:val="right"/>
      </w:pPr>
      <w:r>
        <w:t>"ولا تمدن علیک الی ما متعنی" کہتا ہے وہ "ذرۃ الدنیا"۔</w:t>
      </w:r>
    </w:p>
    <w:p>
      <w:r>
        <w:rPr>
          <w:b/>
        </w:rPr>
        <w:t xml:space="preserve">[52:51] </w:t>
      </w:r>
      <w:r>
        <w:t>warzuq rabbika khair ho aap ka.</w:t>
      </w:r>
    </w:p>
    <w:p>
      <w:pPr>
        <w:jc w:val="right"/>
      </w:pPr>
      <w:r>
        <w:t>ورزق ربک خیر ہو آپ کا۔</w:t>
      </w:r>
    </w:p>
    <w:p>
      <w:r>
        <w:rPr>
          <w:b/>
        </w:rPr>
        <w:t xml:space="preserve">[52:59] </w:t>
      </w:r>
      <w:r>
        <w:t>iska matlab hai ke duniya mein log bade bade material achievement kiye hue hain, bade bade kaamon</w:t>
      </w:r>
    </w:p>
    <w:p>
      <w:pPr>
        <w:jc w:val="right"/>
      </w:pPr>
      <w:r>
        <w:t>اس کا مطلب ہے کہ دنیا میں لوگ بڑے بڑے مٹیریل اچیومنٹ کیے ہوئے ہیں، بڑے بڑے کاموں</w:t>
      </w:r>
    </w:p>
    <w:p>
      <w:r>
        <w:rPr>
          <w:b/>
        </w:rPr>
        <w:t xml:space="preserve">[53:06] </w:t>
      </w:r>
      <w:r>
        <w:t>ke mahal banaye hue hain, to uski taraf mat dekho, balkeh rizq-e-rabb ki talash karo.</w:t>
      </w:r>
    </w:p>
    <w:p>
      <w:pPr>
        <w:jc w:val="right"/>
      </w:pPr>
      <w:r>
        <w:t>کے محل بنائے ہوئے ہیں، تو اس کی طرف مت دیکھو، بلکہ رزق رب کی تلاش کرو۔</w:t>
      </w:r>
    </w:p>
    <w:p>
      <w:r>
        <w:rPr>
          <w:b/>
        </w:rPr>
        <w:t xml:space="preserve">[53:14] </w:t>
      </w:r>
      <w:r>
        <w:t>yeh saada baat nahin hai, yeh is baat ki is mein ek bahut badi baat hai ke agar</w:t>
      </w:r>
    </w:p>
    <w:p>
      <w:pPr>
        <w:jc w:val="right"/>
      </w:pPr>
      <w:r>
        <w:t>یہ سادہ بات نہیں ہے، یہ اس بات کی اس میں ایک بہت بڑی بات ہے کہ اگر</w:t>
      </w:r>
    </w:p>
    <w:p>
      <w:r>
        <w:rPr>
          <w:b/>
        </w:rPr>
        <w:t xml:space="preserve">[53:22] </w:t>
      </w:r>
      <w:r>
        <w:t>tumhare paas maal na ho, tumhare paas empire na ho, tab bhi tum ek bahut badi cheez pa</w:t>
      </w:r>
    </w:p>
    <w:p>
      <w:pPr>
        <w:jc w:val="right"/>
      </w:pPr>
      <w:r>
        <w:t>تمہارے پاس مال نہ ہو، تمہارے پاس ایمپائر نہ ہو، تب بھی تم ایک بہت بڑی چیز پا</w:t>
      </w:r>
    </w:p>
    <w:p>
      <w:r>
        <w:rPr>
          <w:b/>
        </w:rPr>
        <w:t xml:space="preserve">[53:29] </w:t>
      </w:r>
      <w:r>
        <w:t>sakte ho, woh hai ideology.</w:t>
      </w:r>
    </w:p>
    <w:p>
      <w:pPr>
        <w:jc w:val="right"/>
      </w:pPr>
      <w:r>
        <w:t>سکتے ہو، وہ ہے آئیڈیالوجی۔</w:t>
      </w:r>
    </w:p>
    <w:p>
      <w:r>
        <w:rPr>
          <w:b/>
        </w:rPr>
        <w:t xml:space="preserve">[53:37] </w:t>
      </w:r>
      <w:r>
        <w:t>ek aisi ideology hai jo universal hai, jo poori universe ko muheet hai, yani apne mind ko istemal karna.</w:t>
      </w:r>
    </w:p>
    <w:p>
      <w:pPr>
        <w:jc w:val="right"/>
      </w:pPr>
      <w:r>
        <w:t>ایک ایسی آئیڈیالوجی ہے جو یونیورسل ہے، جو پوری یونیورس کو محیط ہے، یعنی اپنے مائنڈ کو استعمال کرنا۔</w:t>
      </w:r>
    </w:p>
    <w:p>
      <w:r>
        <w:rPr>
          <w:b/>
        </w:rPr>
        <w:t xml:space="preserve">[53:44] </w:t>
      </w:r>
      <w:r>
        <w:t>agar aap apni soch ko develop karein, agar aap apni thinking ko develop karein, aur is ideology ko</w:t>
      </w:r>
    </w:p>
    <w:p>
      <w:pPr>
        <w:jc w:val="right"/>
      </w:pPr>
      <w:r>
        <w:t>اگر آپ اپنی سوچ کو ڈیولپ کریں، اگر آپ اپنی تھنکنگ کو ڈیولپ کریں، اور اس آئیڈیالوجی کو</w:t>
      </w:r>
    </w:p>
    <w:p>
      <w:r>
        <w:rPr>
          <w:b/>
        </w:rPr>
        <w:t xml:space="preserve">[53:52] </w:t>
      </w:r>
      <w:r>
        <w:t>aap daryaft kar sakein, to ideology ke level par aap ek poori universe aap ki hai.</w:t>
      </w:r>
    </w:p>
    <w:p>
      <w:pPr>
        <w:jc w:val="right"/>
      </w:pPr>
      <w:r>
        <w:t>آپ دریافت کر سکیں، تو آئیڈیالوجی کے لیول پر آپ ایک پوری یونیورس آپ کی ہے۔</w:t>
      </w:r>
    </w:p>
    <w:p>
      <w:r>
        <w:rPr>
          <w:b/>
        </w:rPr>
        <w:t xml:space="preserve">[54:00] </w:t>
      </w:r>
      <w:r>
        <w:t>hukumat kis ke paas hai? yeh ek aap ke liye irrelevant ban jayega, yani kis ke paas</w:t>
      </w:r>
    </w:p>
    <w:p>
      <w:pPr>
        <w:jc w:val="right"/>
      </w:pPr>
      <w:r>
        <w:t>حکومت کس کے پاس ہے؟ یہ ایک آپ کے لیے اریلیونٹ بن جائے گا، یعنی کس کے پاس</w:t>
      </w:r>
    </w:p>
    <w:p>
      <w:r>
        <w:rPr>
          <w:b/>
        </w:rPr>
        <w:t xml:space="preserve">[54:07] </w:t>
      </w:r>
      <w:r>
        <w:t>government hai, kis ke paas, yani kaun bade bade fame ka malik hai, kaun bade bade stage ka</w:t>
      </w:r>
    </w:p>
    <w:p>
      <w:pPr>
        <w:jc w:val="right"/>
      </w:pPr>
      <w:r>
        <w:t>گورنمنٹ ہے، کس کے پاس، یعنی کون بڑے بڑے فیم کا مالک ہے، کون بڑے بڑے سٹیج کا</w:t>
      </w:r>
    </w:p>
    <w:p>
      <w:r>
        <w:rPr>
          <w:b/>
        </w:rPr>
        <w:t xml:space="preserve">[54:15] </w:t>
      </w:r>
      <w:r>
        <w:t>malik hai, kaun material cheezon ka champion bana hua hai.</w:t>
      </w:r>
    </w:p>
    <w:p>
      <w:pPr>
        <w:jc w:val="right"/>
      </w:pPr>
      <w:r>
        <w:t>مالک ہے، کون مٹیریل چیزوں کا چیمپیئن بنا ہوا ہے۔</w:t>
      </w:r>
    </w:p>
    <w:p>
      <w:r>
        <w:rPr>
          <w:b/>
        </w:rPr>
        <w:t xml:space="preserve">[54:23] </w:t>
      </w:r>
      <w:r>
        <w:t>yeh aap ke liye ban jayega bilkul, yani unimportant, kyunke poori universe khuli hui hai aap ke liye.</w:t>
      </w:r>
    </w:p>
    <w:p>
      <w:pPr>
        <w:jc w:val="right"/>
      </w:pPr>
      <w:r>
        <w:t>یہ آپ کے لیے بن جائے گا بالکل، یعنی ان امپورٹنٹ، کیونکہ پوری یونیورس کھلی ہوئی ہے آپ کے لیے۔</w:t>
      </w:r>
    </w:p>
    <w:p>
      <w:r>
        <w:rPr>
          <w:b/>
        </w:rPr>
        <w:t xml:space="preserve">[54:30] </w:t>
      </w:r>
      <w:r>
        <w:t>aap ka jo mind hai, aap ki jo soch hai, us ke liye to poori universe mein koi</w:t>
      </w:r>
    </w:p>
    <w:p>
      <w:pPr>
        <w:jc w:val="right"/>
      </w:pPr>
      <w:r>
        <w:t>آپ کا جو مائنڈ ہے، آپ کی جو سوچ ہے، اس کے لیے تو پوری یونیورس میں کوئی</w:t>
      </w:r>
    </w:p>
    <w:p>
      <w:r>
        <w:rPr>
          <w:b/>
        </w:rPr>
        <w:t xml:space="preserve">[54:38] </w:t>
      </w:r>
      <w:r>
        <w:t>rukawat nahin hai.</w:t>
      </w:r>
    </w:p>
    <w:p>
      <w:pPr>
        <w:jc w:val="right"/>
      </w:pPr>
      <w:r>
        <w:t>رکاوٹ نہیں ہے۔</w:t>
      </w:r>
    </w:p>
    <w:p>
      <w:r>
        <w:rPr>
          <w:b/>
        </w:rPr>
        <w:t xml:space="preserve">[54:45] </w:t>
      </w:r>
      <w:r>
        <w:t>jaise main hoon, mujhe koi shauq nahin ke mujhe koi hukoomat mein kuch mile, mujhe koi dolat mein</w:t>
      </w:r>
    </w:p>
    <w:p>
      <w:pPr>
        <w:jc w:val="right"/>
      </w:pPr>
      <w:r>
        <w:t>جیسے میں ہوں، مجھے کوئی شوق نہیں کہ مجھے کوئی حکومت میں کچھ ملے، مجھے کوئی دولت میں</w:t>
      </w:r>
    </w:p>
    <w:p>
      <w:r>
        <w:rPr>
          <w:b/>
        </w:rPr>
        <w:t xml:space="preserve">[54:53] </w:t>
      </w:r>
      <w:r>
        <w:t>hissa mile, mere paas koi bohat bara maal ho, kyunke woh to sab limited cheezain hain.</w:t>
      </w:r>
    </w:p>
    <w:p>
      <w:pPr>
        <w:jc w:val="right"/>
      </w:pPr>
      <w:r>
        <w:t>حصہ ملے، میرے پاس کوئی بہت بڑا مال ہو، کیونکہ وہ تو سب لمیٹڈ چیزیں ہیں۔</w:t>
      </w:r>
    </w:p>
    <w:p>
      <w:r>
        <w:rPr>
          <w:b/>
        </w:rPr>
        <w:t xml:space="preserve">[55:01] </w:t>
      </w:r>
      <w:r>
        <w:t>limited mere liye to, yaani main soch ke level par jeeta hoon.</w:t>
      </w:r>
    </w:p>
    <w:p>
      <w:pPr>
        <w:jc w:val="right"/>
      </w:pPr>
      <w:r>
        <w:t>لمیٹڈ میرے لیے تو، یعنی میں سوچ کے لیول پر جیتا ہوں۔</w:t>
      </w:r>
    </w:p>
    <w:p>
      <w:r>
        <w:rPr>
          <w:b/>
        </w:rPr>
        <w:t xml:space="preserve">[55:08] </w:t>
      </w:r>
      <w:r>
        <w:t>to soch ka jo level hai, us ke liye poori universe khuli hui hai, poori universe khuli hui hai.</w:t>
      </w:r>
    </w:p>
    <w:p>
      <w:pPr>
        <w:jc w:val="right"/>
      </w:pPr>
      <w:r>
        <w:t>تو سوچ کا جو لیول ہے، اس کے لیے پوری یونیورس کھلی ہوئی ہے، پوری یونیورس کھلی ہوئی ہے۔</w:t>
      </w:r>
    </w:p>
    <w:p>
      <w:r>
        <w:rPr>
          <w:b/>
        </w:rPr>
        <w:t xml:space="preserve">[55:16] </w:t>
      </w:r>
      <w:r>
        <w:t>aap kahan kahan galaxies ke nizam par socheye, aap solar system ke nizam par socheye, aap poori universe</w:t>
      </w:r>
    </w:p>
    <w:p>
      <w:pPr>
        <w:jc w:val="right"/>
      </w:pPr>
      <w:r>
        <w:t>آپ کہاں کہاں گیلیکسیز کے نظام پر سوچیے، آپ سولر سسٹم کے نظام پر سوچیے، آپ پوری یونیورس</w:t>
      </w:r>
    </w:p>
    <w:p>
      <w:r>
        <w:rPr>
          <w:b/>
        </w:rPr>
        <w:t xml:space="preserve">[55:24] </w:t>
      </w:r>
      <w:r>
        <w:t>mein jo laws rule kar rahe hain, us par socheye.</w:t>
      </w:r>
    </w:p>
    <w:p>
      <w:pPr>
        <w:jc w:val="right"/>
      </w:pPr>
      <w:r>
        <w:t>میں جو لاز رول کر رہے ہیں، اس پر سوچیے۔</w:t>
      </w:r>
    </w:p>
    <w:p>
      <w:r>
        <w:rPr>
          <w:b/>
        </w:rPr>
        <w:t xml:space="preserve">[55:31] </w:t>
      </w:r>
      <w:r>
        <w:t>Allah ke jo, yaani Allah ke jo, jis ko quran mein kaha gaya "ali Allah", jo "ali Allah"</w:t>
      </w:r>
    </w:p>
    <w:p>
      <w:pPr>
        <w:jc w:val="right"/>
      </w:pPr>
      <w:r>
        <w:t>اللہ کے جو، یعنی اللہ کے جو، جس کو قرآن میں کہا گیا "علی اللہ"، جو "علی اللہ"</w:t>
      </w:r>
    </w:p>
    <w:p>
      <w:r>
        <w:rPr>
          <w:b/>
        </w:rPr>
        <w:t xml:space="preserve">[55:39] </w:t>
      </w:r>
      <w:r>
        <w:t>poori kainat mein jilbakar hain, un par socheye.</w:t>
      </w:r>
    </w:p>
    <w:p>
      <w:pPr>
        <w:jc w:val="right"/>
      </w:pPr>
      <w:r>
        <w:t>پوری کائنات میں جلبکر ہیں، ان پر سوچیے۔</w:t>
      </w:r>
    </w:p>
    <w:p>
      <w:r>
        <w:rPr>
          <w:b/>
        </w:rPr>
        <w:t xml:space="preserve">[55:46] </w:t>
      </w:r>
      <w:r>
        <w:t>to poori kainat aap ki ideological empire hai, yaani aik aap apni, aap khud apni buniyad par aik</w:t>
      </w:r>
    </w:p>
    <w:p>
      <w:pPr>
        <w:jc w:val="right"/>
      </w:pPr>
      <w:r>
        <w:t>تو پوری کائنات آپ کی آئیڈیالوجیکل ایمپائر ہے، یعنی ایک آپ اپنی، آپ خود اپنی بنیاد پر ایک</w:t>
      </w:r>
    </w:p>
    <w:p>
      <w:r>
        <w:rPr>
          <w:b/>
        </w:rPr>
        <w:t xml:space="preserve">[55:54] </w:t>
      </w:r>
      <w:r>
        <w:t>aik universal level par aik ideological empire banana chahte hain, bana sakte hain.</w:t>
      </w:r>
    </w:p>
    <w:p>
      <w:pPr>
        <w:jc w:val="right"/>
      </w:pPr>
      <w:r>
        <w:t>ایک یونیورسل لیول پر ایک آئیڈیالوجیکل ایمپائر بنانا چاہتے ہیں، بنا سکتے ہیں۔</w:t>
      </w:r>
    </w:p>
    <w:p>
      <w:r>
        <w:rPr>
          <w:b/>
        </w:rPr>
        <w:t xml:space="preserve">[56:02] </w:t>
      </w:r>
      <w:r>
        <w:t>yaani poori duniya aap ke liye aik ideological empire ban jaye gi, jis mein aap jeeyenge, jis</w:t>
      </w:r>
    </w:p>
    <w:p>
      <w:pPr>
        <w:jc w:val="right"/>
      </w:pPr>
      <w:r>
        <w:t>یعنی پوری دنیا آپ کے لیے ایک آئیڈیالوجیکل ایمپائر بن جائے گی، جس میں آپ جیئیں گے، جس</w:t>
      </w:r>
    </w:p>
    <w:p>
      <w:r>
        <w:rPr>
          <w:b/>
        </w:rPr>
        <w:t xml:space="preserve">[56:09] </w:t>
      </w:r>
      <w:r>
        <w:t>ke aap emperor honge.</w:t>
      </w:r>
    </w:p>
    <w:p>
      <w:pPr>
        <w:jc w:val="right"/>
      </w:pPr>
      <w:r>
        <w:t>کے آپ ایمپرر ہوں گے۔</w:t>
      </w:r>
    </w:p>
    <w:p>
      <w:r>
        <w:rPr>
          <w:b/>
        </w:rPr>
        <w:t xml:space="preserve">[56:17] </w:t>
      </w:r>
      <w:r>
        <w:t>aisa insaan Allah taala ko matlab hai, aur Allah taala ne mumkin bana diya aik aise insaan ke</w:t>
      </w:r>
    </w:p>
    <w:p>
      <w:pPr>
        <w:jc w:val="right"/>
      </w:pPr>
      <w:r>
        <w:t>ایسا انسان اللہ تعالیٰ کو مطلوب ہے، اور اللہ تعالیٰ نے ممکن بنا دیا ایک ایسے انسان کے</w:t>
      </w:r>
    </w:p>
    <w:p>
      <w:r>
        <w:rPr>
          <w:b/>
        </w:rPr>
        <w:t xml:space="preserve">[56:25] </w:t>
      </w:r>
      <w:r>
        <w:t>liye ke us ke paas hukoomat ho ya na ho, dolat ho ya na ho, us ke paas</w:t>
      </w:r>
    </w:p>
    <w:p>
      <w:pPr>
        <w:jc w:val="right"/>
      </w:pPr>
      <w:r>
        <w:t>لیے کہ اس کے پاس حکومت ہو یا نہ ہو، دولت ہو یا نہ ہو، اس کے پاس</w:t>
      </w:r>
    </w:p>
    <w:p>
      <w:r>
        <w:rPr>
          <w:b/>
        </w:rPr>
        <w:t xml:space="preserve">[56:32] </w:t>
      </w:r>
      <w:r>
        <w:t>maal ho ya na ho, phir bhi apni apni development ka kaam aakhri had tak kar sakta hai.</w:t>
      </w:r>
    </w:p>
    <w:p>
      <w:pPr>
        <w:jc w:val="right"/>
      </w:pPr>
      <w:r>
        <w:t>مال ہو یا نہ ہو، پھر بھی اپنی اپنی ڈیولپمنٹ کا کام آخری حد تک کر سکتا ہے۔</w:t>
      </w:r>
    </w:p>
    <w:p>
      <w:r>
        <w:rPr>
          <w:b/>
        </w:rPr>
        <w:t xml:space="preserve">[56:40] </w:t>
      </w:r>
      <w:r>
        <w:t>woh asal masla dekhiye, apna, yaani intellectual development hai, apna personal development hai, apna spiritual development hai.</w:t>
      </w:r>
    </w:p>
    <w:p>
      <w:pPr>
        <w:jc w:val="right"/>
      </w:pPr>
      <w:r>
        <w:t>وہ اصل مسئلہ دیکھیے، اپنا، یعنی انٹلیکچول ڈیولپمنٹ ہے، اپنا پرسنل ڈیولپمنٹ ہے، اپنا اسپیریچول ڈیولپمنٹ ہے۔</w:t>
      </w:r>
    </w:p>
    <w:p>
      <w:r>
        <w:rPr>
          <w:b/>
        </w:rPr>
        <w:t xml:space="preserve">[56:47] </w:t>
      </w:r>
      <w:r>
        <w:t>is ke liye koi rukawat nahin, is ke liye kisi cheez ki zaroorat nahin, is ke liye na</w:t>
      </w:r>
    </w:p>
    <w:p>
      <w:pPr>
        <w:jc w:val="right"/>
      </w:pPr>
      <w:r>
        <w:t>اس کے لیے کوئی رکاوٹ نہیں، اس کے لیے کسی چیز کی ضرورت نہیں، اس کے لیے نہ</w:t>
      </w:r>
    </w:p>
    <w:p>
      <w:r>
        <w:rPr>
          <w:b/>
        </w:rPr>
        <w:t xml:space="preserve">[56:55] </w:t>
      </w:r>
      <w:r>
        <w:t>empire chahiye, na hukoomat chahiye, na dolat chahiye, na kothi chahiye, kuch bhi nahin chahiye.</w:t>
      </w:r>
    </w:p>
    <w:p>
      <w:pPr>
        <w:jc w:val="right"/>
      </w:pPr>
      <w:r>
        <w:t>ایمپائر چاہیے، نہ حکومت چاہیے، نہ دولت چاہیے، نہ کوٹھی چاہیے، کچھ بھی نہیں چاہیے۔</w:t>
      </w:r>
    </w:p>
    <w:p>
      <w:r>
        <w:rPr>
          <w:b/>
        </w:rPr>
        <w:t xml:space="preserve">[57:03] </w:t>
      </w:r>
      <w:r>
        <w:t>to sara jo sari universe Allah taala ne khol di, is insaan ke liye yeh mind de kar</w:t>
      </w:r>
    </w:p>
    <w:p>
      <w:pPr>
        <w:jc w:val="right"/>
      </w:pPr>
      <w:r>
        <w:t>تو سارا جو ساری یونیورس اللہ تعالیٰ نے کھول دی، اس انسان کے لیے یہ مائنڈ دے کر</w:t>
      </w:r>
    </w:p>
    <w:p>
      <w:r>
        <w:rPr>
          <w:b/>
        </w:rPr>
        <w:t xml:space="preserve">[57:10] </w:t>
      </w:r>
      <w:r>
        <w:t>ke, mind de kar ke, yeh mind jo hai, kisi sher ke paas nahin, kisi hathi ke paas nahin.</w:t>
      </w:r>
    </w:p>
    <w:p>
      <w:pPr>
        <w:jc w:val="right"/>
      </w:pPr>
      <w:r>
        <w:t>کے، مائنڈ دے کر کے، یہ مائنڈ جو ہے، کسی شیر کے پاس نہیں، کسی ہاتھی کے پاس نہیں۔</w:t>
      </w:r>
    </w:p>
    <w:p>
      <w:r>
        <w:rPr>
          <w:b/>
        </w:rPr>
        <w:t xml:space="preserve">[57:18] </w:t>
      </w:r>
      <w:r>
        <w:t>to yeh mind de kar ke Allah taala ne poori universe khol di aise insaan ke liye ke</w:t>
      </w:r>
    </w:p>
    <w:p>
      <w:pPr>
        <w:jc w:val="right"/>
      </w:pPr>
      <w:r>
        <w:t>تو یہ مائنڈ دے کر کے اللہ تعالیٰ نے پوری یونیورس کھول دی ایسے انسان کے لیے کہ</w:t>
      </w:r>
    </w:p>
    <w:p>
      <w:r>
        <w:rPr>
          <w:b/>
        </w:rPr>
        <w:t xml:space="preserve">[57:26] </w:t>
      </w:r>
      <w:r>
        <w:t>universal level par apna development kare.</w:t>
      </w:r>
    </w:p>
    <w:p>
      <w:pPr>
        <w:jc w:val="right"/>
      </w:pPr>
      <w:r>
        <w:t>یونیورسل لیول پر اپنا ڈیولپمنٹ کرے۔</w:t>
      </w:r>
    </w:p>
    <w:p>
      <w:r>
        <w:rPr>
          <w:b/>
        </w:rPr>
        <w:t xml:space="preserve">[57:33] </w:t>
      </w:r>
      <w:r>
        <w:t>woh is tarah se woh personality banaye apne andar jo jannat mein basane ke qabil ho.</w:t>
      </w:r>
    </w:p>
    <w:p>
      <w:pPr>
        <w:jc w:val="right"/>
      </w:pPr>
      <w:r>
        <w:t>وہ اس طرح سے وہ پرسنیلٹی بنائے اپنے اندر جو جنت میں بسانے کے قابل ہو۔</w:t>
      </w:r>
    </w:p>
    <w:p>
      <w:r>
        <w:rPr>
          <w:b/>
        </w:rPr>
        <w:t xml:space="preserve">[57:41] </w:t>
      </w:r>
      <w:r>
        <w:t>to ye hai purpose of existence, yani Allah taala ka purpose ye nahi hai ke aaj kal ki</w:t>
      </w:r>
    </w:p>
    <w:p>
      <w:pPr>
        <w:jc w:val="right"/>
      </w:pPr>
      <w:r>
        <w:t>تو یہ ہے پرپس آف ایگزسٹنس، یعنی اللہ تعالیٰ کا پرپس یہ نہیں ہے کہ آج کل کی</w:t>
      </w:r>
    </w:p>
    <w:p>
      <w:r>
        <w:rPr>
          <w:b/>
        </w:rPr>
        <w:t xml:space="preserve">[57:48] </w:t>
      </w:r>
      <w:r>
        <w:t>zaban mein socio political level par koi justice sab banaya jaye.</w:t>
      </w:r>
    </w:p>
    <w:p>
      <w:pPr>
        <w:jc w:val="right"/>
      </w:pPr>
      <w:r>
        <w:t>زبان میں سوشیو پولیٹیکل لیول پر کوئی جسٹس سب بنایا جائے۔</w:t>
      </w:r>
    </w:p>
    <w:p>
      <w:r>
        <w:rPr>
          <w:b/>
        </w:rPr>
        <w:t xml:space="preserve">[57:56] </w:t>
      </w:r>
      <w:r>
        <w:t>ye Allah taala ka plan nahi hai.</w:t>
      </w:r>
    </w:p>
    <w:p>
      <w:pPr>
        <w:jc w:val="right"/>
      </w:pPr>
      <w:r>
        <w:t>یہ اللہ تعالیٰ کا پلان نہیں ہے۔</w:t>
      </w:r>
    </w:p>
    <w:p>
      <w:r>
        <w:rPr>
          <w:b/>
        </w:rPr>
        <w:t xml:space="preserve">[58:04] </w:t>
      </w:r>
      <w:r>
        <w:t>Allah taala ka plan ye hai ke dunya ke jo opportunities hain, unko istemal karte hue aap</w:t>
      </w:r>
    </w:p>
    <w:p>
      <w:pPr>
        <w:jc w:val="right"/>
      </w:pPr>
      <w:r>
        <w:t>اللہ تعالیٰ کا پلان یہ ہے کہ دنیا کے جو اپرچونیٹیز ہیں، ان کو استعمال کرتے ہوئے آپ</w:t>
      </w:r>
    </w:p>
    <w:p>
      <w:r>
        <w:rPr>
          <w:b/>
        </w:rPr>
        <w:t xml:space="preserve">[58:11] </w:t>
      </w:r>
      <w:r>
        <w:t>apne andar ek rabbani personality banayein.</w:t>
      </w:r>
    </w:p>
    <w:p>
      <w:pPr>
        <w:jc w:val="right"/>
      </w:pPr>
      <w:r>
        <w:t>اپنے اندر ایک ایک ربانی پرسنیلٹی بنائیں۔</w:t>
      </w:r>
    </w:p>
    <w:p>
      <w:r>
        <w:rPr>
          <w:b/>
        </w:rPr>
        <w:t xml:space="preserve">[58:19] </w:t>
      </w:r>
      <w:r>
        <w:t>apne mind ko istemal karte hue aap apne andar ek aala darje ki khuda parast shakhsiyat banayein.</w:t>
      </w:r>
    </w:p>
    <w:p>
      <w:pPr>
        <w:jc w:val="right"/>
      </w:pPr>
      <w:r>
        <w:t>اپنے مائنڈ کو استعمال کرتے ہوئے آپ اپنے اندر ایک اعلیٰ درجے کی خدا پرست شخصیت بنائیں۔</w:t>
      </w:r>
    </w:p>
    <w:p>
      <w:r>
        <w:rPr>
          <w:b/>
        </w:rPr>
        <w:t xml:space="preserve">[58:27] </w:t>
      </w:r>
      <w:r>
        <w:t>apne ko is aise develop karein ke aap jannat mein basane ke qabil, jannat ke liye ek</w:t>
      </w:r>
    </w:p>
    <w:p>
      <w:pPr>
        <w:jc w:val="right"/>
      </w:pPr>
      <w:r>
        <w:t>اپنے کو اس ایسے ڈیولپ کریں کہ آپ جنت میں بسانے کے قابل، جنت کے لیے ایک ایک</w:t>
      </w:r>
    </w:p>
    <w:p>
      <w:r>
        <w:rPr>
          <w:b/>
        </w:rPr>
        <w:t xml:space="preserve">[58:34] </w:t>
      </w:r>
      <w:r>
        <w:t>deserving candidate ban sakein.</w:t>
      </w:r>
    </w:p>
    <w:p>
      <w:pPr>
        <w:jc w:val="right"/>
      </w:pPr>
      <w:r>
        <w:t>ڈیزرونگ کینڈیڈیٹ بن سکیں۔</w:t>
      </w:r>
    </w:p>
    <w:p>
      <w:r>
        <w:rPr>
          <w:b/>
        </w:rPr>
        <w:t xml:space="preserve">[58:42] </w:t>
      </w:r>
      <w:r>
        <w:t>aap apni soch ke aitbar se, apni speech ke aitbar se, apne character ke aitbar se, yani aap</w:t>
      </w:r>
    </w:p>
    <w:p>
      <w:pPr>
        <w:jc w:val="right"/>
      </w:pPr>
      <w:r>
        <w:t>آپ اپنی سوچ کے اعتبار سے، اپنی سپیچ کے اعتبار سے، اپنے کریکٹر کے اعتبار سے، یعنی آپ</w:t>
      </w:r>
    </w:p>
    <w:p>
      <w:r>
        <w:rPr>
          <w:b/>
        </w:rPr>
        <w:t xml:space="preserve">[58:49] </w:t>
      </w:r>
      <w:r>
        <w:t>is is is jannat ke liye ek deserving candidate ban sakein.</w:t>
      </w:r>
    </w:p>
    <w:p>
      <w:pPr>
        <w:jc w:val="right"/>
      </w:pPr>
      <w:r>
        <w:t>اس اس اس جنت کے لیے ایک ڈیزرونگ کینڈیڈیٹ بن سکیں۔</w:t>
      </w:r>
    </w:p>
    <w:p>
      <w:r>
        <w:rPr>
          <w:b/>
        </w:rPr>
        <w:t xml:space="preserve">[58:57] </w:t>
      </w:r>
      <w:r>
        <w:t>apne, yani apni soch ke aitbar se, apni speech ke aitbar se, apne character ke aitbar se, apne</w:t>
      </w:r>
    </w:p>
    <w:p>
      <w:pPr>
        <w:jc w:val="right"/>
      </w:pPr>
      <w:r>
        <w:t>اپنے، یعنی اپنی سوچ کے اعتبار سے، اپنی سپیچ کے اعتبار سے، اپنے کریکٹر کے اعتبار سے، اپنے</w:t>
      </w:r>
    </w:p>
    <w:p>
      <w:r>
        <w:rPr>
          <w:b/>
        </w:rPr>
        <w:t xml:space="preserve">[59:05] </w:t>
      </w:r>
      <w:r>
        <w:t>behavior ke aitbar se, ye hai Allah taala ka mansooba.</w:t>
      </w:r>
    </w:p>
    <w:p>
      <w:pPr>
        <w:jc w:val="right"/>
      </w:pPr>
      <w:r>
        <w:t>بیہیویئر کے اعتبار سے، یہ ہے اللہ تعالیٰ کا منصوبہ۔</w:t>
      </w:r>
    </w:p>
    <w:p>
      <w:r>
        <w:rPr>
          <w:b/>
        </w:rPr>
        <w:t xml:space="preserve">[59:12] </w:t>
      </w:r>
      <w:r>
        <w:t>aur jo log apne aap ko is tarah se prove karenge, to to akhirat ki dunya mein,</w:t>
      </w:r>
    </w:p>
    <w:p>
      <w:pPr>
        <w:jc w:val="right"/>
      </w:pPr>
      <w:r>
        <w:t>اور جو لوگ اپنے آپ کو اس طرح سے پروف کریں گے، تو تو آخرت کی دنیا میں،</w:t>
      </w:r>
    </w:p>
    <w:p>
      <w:r>
        <w:rPr>
          <w:b/>
        </w:rPr>
        <w:t xml:space="preserve">[59:20] </w:t>
      </w:r>
      <w:r>
        <w:t>yani mauj dunya to testing ground thi.</w:t>
      </w:r>
    </w:p>
    <w:p>
      <w:pPr>
        <w:jc w:val="right"/>
      </w:pPr>
      <w:r>
        <w:t>یعنی موج دنیا تو ٹیسٹنگ گراؤنڈ تھی۔</w:t>
      </w:r>
    </w:p>
    <w:p>
      <w:r>
        <w:rPr>
          <w:b/>
        </w:rPr>
        <w:t xml:space="preserve">[59:28] </w:t>
      </w:r>
      <w:r>
        <w:t>yahan to aap ka sirf apne aap ko, apni personality develop karna tha.</w:t>
      </w:r>
    </w:p>
    <w:p>
      <w:pPr>
        <w:jc w:val="right"/>
      </w:pPr>
      <w:r>
        <w:t>یہاں تو آپ کا صرف اپنے آپ کو، اپنی پرسنیلٹی ڈیولپ کرنا تھا۔</w:t>
      </w:r>
    </w:p>
    <w:p>
      <w:r>
        <w:rPr>
          <w:b/>
        </w:rPr>
        <w:t xml:space="preserve">[59:35] </w:t>
      </w:r>
      <w:r>
        <w:t>phir doosri dunya mein aap ko eternal paradise mein jagah milegi, jo ideal world hoga, jo perfect</w:t>
      </w:r>
    </w:p>
    <w:p>
      <w:pPr>
        <w:jc w:val="right"/>
      </w:pPr>
      <w:r>
        <w:t>پھر دوسری دنیا میں آپ کو ایٹرنل پارائیڈائز میں جگہ ملے گی، جو آئیڈیل ورلڈ ہوگا، جو پرفیکٹ</w:t>
      </w:r>
    </w:p>
    <w:p>
      <w:r>
        <w:rPr>
          <w:b/>
        </w:rPr>
        <w:t xml:space="preserve">[59:43] </w:t>
      </w:r>
      <w:r>
        <w:t>world hoga, jo aap ke desire ke ain mutabiq hoga.</w:t>
      </w:r>
    </w:p>
    <w:p>
      <w:pPr>
        <w:jc w:val="right"/>
      </w:pPr>
      <w:r>
        <w:t>ورلڈ ہوگا، جو آپ کے ڈیزائر کے عین مطابق ہوگا۔</w:t>
      </w:r>
    </w:p>
    <w:p>
      <w:r>
        <w:rPr>
          <w:b/>
        </w:rPr>
        <w:t xml:space="preserve">[59:50] </w:t>
      </w:r>
      <w:r>
        <w:t>to ye hai, yani Quran ke mutabiq poori baat.</w:t>
      </w:r>
    </w:p>
    <w:p>
      <w:pPr>
        <w:jc w:val="right"/>
      </w:pPr>
      <w:r>
        <w:t>تو یہ ہے، یعنی قرآن کے مطابق پوری بات۔</w:t>
      </w:r>
    </w:p>
    <w:p>
      <w:r>
        <w:rPr>
          <w:b/>
        </w:rPr>
        <w:t xml:space="preserve">[59:58] </w:t>
      </w:r>
      <w:r>
        <w:t>main dua karta hoon ke Allah taala mujh ko aur aap ko is raste par chalne ki tofeeq ata farmaye.</w:t>
      </w:r>
    </w:p>
    <w:p>
      <w:pPr>
        <w:jc w:val="right"/>
      </w:pPr>
      <w:r>
        <w:t>میں دعا کرتا ہوں کہ اللہ تعالیٰ مجھ کو اور آپ کو اس راستے پر چلنے کی توفیق عطا فرمائے۔</w:t>
      </w:r>
    </w:p>
    <w:p>
      <w:r>
        <w:rPr>
          <w:b/>
        </w:rPr>
        <w:t xml:space="preserve">[1:00:06] </w:t>
      </w:r>
      <w:r>
        <w:t>aqool qouli haza wastaghfirullaha li walakum ajmaeen. ye hai.</w:t>
      </w:r>
    </w:p>
    <w:p>
      <w:pPr>
        <w:jc w:val="right"/>
      </w:pPr>
      <w:r>
        <w:t>اقول قولی ھذا واستغفراللہ لی ولکم اجمعین۔ یہ ہے۔</w:t>
      </w:r>
    </w:p>
    <w:p>
      <w:r>
        <w:rPr>
          <w:b/>
        </w:rPr>
        <w:t xml:space="preserve">[1:00:13] </w:t>
      </w:r>
      <w:r>
        <w:t>okay, we will be starting with the question answer session.</w:t>
      </w:r>
    </w:p>
    <w:p>
      <w:pPr>
        <w:jc w:val="right"/>
      </w:pPr>
      <w:r>
        <w:t>اوکے، we will be starting with the question answer session.</w:t>
      </w:r>
    </w:p>
    <w:p>
      <w:r>
        <w:rPr>
          <w:b/>
        </w:rPr>
        <w:t xml:space="preserve">[1:00:21] </w:t>
      </w:r>
      <w:r>
        <w:t>we request our online viewers to send their questions on info@cpsglobal.org.</w:t>
      </w:r>
    </w:p>
    <w:p>
      <w:pPr>
        <w:jc w:val="right"/>
      </w:pPr>
      <w:r>
        <w:t>We request our online viewers to send their questions on info@cpsglobal.org.</w:t>
      </w:r>
    </w:p>
    <w:p>
      <w:r>
        <w:rPr>
          <w:b/>
        </w:rPr>
        <w:t xml:space="preserve">[1:00:29] </w:t>
      </w:r>
      <w:r>
        <w:t>i repeat, info@cpsglobal.org.</w:t>
      </w:r>
    </w:p>
    <w:p>
      <w:pPr>
        <w:jc w:val="right"/>
      </w:pPr>
      <w:r>
        <w:t>I repeat, info@cpsglobal.org.</w:t>
      </w:r>
    </w:p>
    <w:p>
      <w:r>
        <w:rPr>
          <w:b/>
        </w:rPr>
        <w:t xml:space="preserve">[1:00:35] </w:t>
      </w:r>
      <w:r>
        <w:t>please also mention your name when you send your questions.</w:t>
      </w:r>
    </w:p>
    <w:p>
      <w:pPr>
        <w:jc w:val="right"/>
      </w:pPr>
      <w:r>
        <w:t>Please also mention your name when you send your questions.</w:t>
      </w:r>
    </w:p>
    <w:p>
      <w:r>
        <w:rPr>
          <w:b/>
        </w:rPr>
        <w:t xml:space="preserve">[1:00:41] </w:t>
      </w:r>
      <w:r>
        <w:t>maulana, ye sawal ek tanzeem se aya hai jo UK mein hai.</w:t>
      </w:r>
    </w:p>
    <w:p>
      <w:pPr>
        <w:jc w:val="right"/>
      </w:pPr>
      <w:r>
        <w:t>مولانا، یہ سوال ایک تنظیم سے آیا ہے جو یو کے میں ہے۔</w:t>
      </w:r>
    </w:p>
    <w:p>
      <w:r>
        <w:rPr>
          <w:b/>
        </w:rPr>
        <w:t xml:space="preserve">[1:00:47] </w:t>
      </w:r>
      <w:r>
        <w:t>unho'n ne apna naam nahi'n likha hai, lekin tanzeem ka naam hai analaisis forum team UK.</w:t>
      </w:r>
    </w:p>
    <w:p>
      <w:pPr>
        <w:jc w:val="right"/>
      </w:pPr>
      <w:r>
        <w:t>انہوں نے اپنا نام نہیں لکھا ہے، لیکن تنظیم کا نام ہے انالیسز فورم ٹیم یو کے۔</w:t>
      </w:r>
    </w:p>
    <w:p>
      <w:r>
        <w:rPr>
          <w:b/>
        </w:rPr>
        <w:t xml:space="preserve">[1:00:53] </w:t>
      </w:r>
      <w:r>
        <w:t>unho'n ne likha hai: "Maulana sahib, aap ne Islam ka political interpretation ko jo expose kar k ummat</w:t>
      </w:r>
    </w:p>
    <w:p>
      <w:pPr>
        <w:jc w:val="right"/>
      </w:pPr>
      <w:r>
        <w:t>انہوں نے لکھا ہے: "مولانا صاحب، آپ نے اسلام کا پولیٹیکل انٹرپریٹیشن کو جو ایکسپوز کر کے امت</w:t>
      </w:r>
    </w:p>
    <w:p>
      <w:r>
        <w:rPr>
          <w:b/>
        </w:rPr>
        <w:t xml:space="preserve">[1:00:59] </w:t>
      </w:r>
      <w:r>
        <w:t>par bohat bara ehsan farmaya hai, yeh sahi ideology hai.</w:t>
      </w:r>
    </w:p>
    <w:p>
      <w:pPr>
        <w:jc w:val="right"/>
      </w:pPr>
      <w:r>
        <w:t>پر بہت بڑا احسان فرمایا ہے، یہ صحیح آئیڈیالوجی ہے۔</w:t>
      </w:r>
    </w:p>
    <w:p>
      <w:r>
        <w:rPr>
          <w:b/>
        </w:rPr>
        <w:t xml:space="preserve">[1:01:05] </w:t>
      </w:r>
      <w:r>
        <w:t>CPS ki website par aap k lectures sunta ho'n, is se bohat faida hota hai.</w:t>
      </w:r>
    </w:p>
    <w:p>
      <w:pPr>
        <w:jc w:val="right"/>
      </w:pPr>
      <w:r>
        <w:t>سی پی ایس کی ویب سائٹ پر آپ کے لیکچرز سنتا ہوں، اس سے بہت فائدہ ہوتا ہے۔</w:t>
      </w:r>
    </w:p>
    <w:p>
      <w:r>
        <w:rPr>
          <w:b/>
        </w:rPr>
        <w:t xml:space="preserve">[1:01:11] </w:t>
      </w:r>
      <w:r>
        <w:t>jo baat samajh mein aati hai, us ko manta ho'n, aur jo nahi'n samajh pata, us par sochta</w:t>
      </w:r>
    </w:p>
    <w:p>
      <w:pPr>
        <w:jc w:val="right"/>
      </w:pPr>
      <w:r>
        <w:t>جو بات سمجھ میں آتی ہے، اس کو مانتا ہوں، اور جو نہیں سمجھ پاتا، اس پر سوچتا</w:t>
      </w:r>
    </w:p>
    <w:p>
      <w:r>
        <w:rPr>
          <w:b/>
        </w:rPr>
        <w:t xml:space="preserve">[1:01:17] </w:t>
      </w:r>
      <w:r>
        <w:t>ho'n, aur us ko aap k literature mein dekhta ho'n.</w:t>
      </w:r>
    </w:p>
    <w:p>
      <w:pPr>
        <w:jc w:val="right"/>
      </w:pPr>
      <w:r>
        <w:t>ہوں، اور اس کو آپ کے لٹریچر میں دیکھتا ہوں۔</w:t>
      </w:r>
    </w:p>
    <w:p>
      <w:r>
        <w:rPr>
          <w:b/>
        </w:rPr>
        <w:t xml:space="preserve">[1:01:23] </w:t>
      </w:r>
      <w:r>
        <w:t>last Sunday ko aap ki website par Eid ka lecture dekha.</w:t>
      </w:r>
    </w:p>
    <w:p>
      <w:pPr>
        <w:jc w:val="right"/>
      </w:pPr>
      <w:r>
        <w:t>لاسٹ سنڈے کو آپ کی ویب سائٹ پر عید کا لیکچر دیکھا۔</w:t>
      </w:r>
    </w:p>
    <w:p>
      <w:r>
        <w:rPr>
          <w:b/>
        </w:rPr>
        <w:t xml:space="preserve">[1:01:29] </w:t>
      </w:r>
      <w:r>
        <w:t>aap ne farmaya hai k history mein Allah se darne wale log bohat paida hue, lekin Allah ka</w:t>
      </w:r>
    </w:p>
    <w:p>
      <w:pPr>
        <w:jc w:val="right"/>
      </w:pPr>
      <w:r>
        <w:t>آپ نے فرمایا ہے کہ ہسٹری میں اللہ سے ڈرنے والے لوگ بہت پیدا ہوئے، لیکن اللہ کا</w:t>
      </w:r>
    </w:p>
    <w:p>
      <w:r>
        <w:rPr>
          <w:b/>
        </w:rPr>
        <w:t xml:space="preserve">[1:01:35] </w:t>
      </w:r>
      <w:r>
        <w:t>shukr karne wale koi paida nahi'n huey.</w:t>
      </w:r>
    </w:p>
    <w:p>
      <w:pPr>
        <w:jc w:val="right"/>
      </w:pPr>
      <w:r>
        <w:t>شکر کرنے والے کوئی پیدا نہیں ہوئے۔</w:t>
      </w:r>
    </w:p>
    <w:p>
      <w:r>
        <w:rPr>
          <w:b/>
        </w:rPr>
        <w:t xml:space="preserve">[1:01:41] </w:t>
      </w:r>
      <w:r>
        <w:t>lekin Al-Risala mein likha hai k kisi aadmi k andar Allah k darr ka paida hona, us k</w:t>
      </w:r>
    </w:p>
    <w:p>
      <w:pPr>
        <w:jc w:val="right"/>
      </w:pPr>
      <w:r>
        <w:t>لیکن الرسالہ میں لکھا ہے کہ کسی آدمی کے اندر اللہ کے ڈر کا پیدا ہونا، اس کے</w:t>
      </w:r>
    </w:p>
    <w:p>
      <w:r>
        <w:rPr>
          <w:b/>
        </w:rPr>
        <w:t xml:space="preserve">[1:01:47] </w:t>
      </w:r>
      <w:r>
        <w:t>andar tamam matloob eemani sifat ka paida ho janay ki yaqini zamanat hai.</w:t>
      </w:r>
    </w:p>
    <w:p>
      <w:pPr>
        <w:jc w:val="right"/>
      </w:pPr>
      <w:r>
        <w:t>اندر تمام مطلوب ایمانی صفات کا پیدا ہو جانے کی یقینی ضمانت ہے۔</w:t>
      </w:r>
    </w:p>
    <w:p>
      <w:r>
        <w:rPr>
          <w:b/>
        </w:rPr>
        <w:t xml:space="preserve">[1:01:53] </w:t>
      </w:r>
      <w:r>
        <w:t>dono'n mein se kon si baat sahi hai? Phir isi lecture mein aap ne Arab k aik badu</w:t>
      </w:r>
    </w:p>
    <w:p>
      <w:pPr>
        <w:jc w:val="right"/>
      </w:pPr>
      <w:r>
        <w:t>دونوں میں سے کون سی بات صحیح ہے؟ پھر اسی لیکچر میں آپ نے عرب کے ایک بدو</w:t>
      </w:r>
    </w:p>
    <w:p>
      <w:r>
        <w:rPr>
          <w:b/>
        </w:rPr>
        <w:t xml:space="preserve">[1:01:59] </w:t>
      </w:r>
      <w:r>
        <w:t>ki misaal di k jab us ne Switzerland mein apna palace jaisa ghar dekha, to woh shukr se</w:t>
      </w:r>
    </w:p>
    <w:p>
      <w:pPr>
        <w:jc w:val="right"/>
      </w:pPr>
      <w:r>
        <w:t>کی مثال دی کہ جب اس نے سوئٹزرلینڈ میں اپنا پیلس جیسا گھر دیکھا، تو وہ شکر سے</w:t>
      </w:r>
    </w:p>
    <w:p>
      <w:r>
        <w:rPr>
          <w:b/>
        </w:rPr>
        <w:t xml:space="preserve">[1:02:05] </w:t>
      </w:r>
      <w:r>
        <w:t>be-taab ho kar sajday mein gir gaya.</w:t>
      </w:r>
    </w:p>
    <w:p>
      <w:pPr>
        <w:jc w:val="right"/>
      </w:pPr>
      <w:r>
        <w:t>بے تاب ہو کر سجدے میں گر گیا۔</w:t>
      </w:r>
    </w:p>
    <w:p>
      <w:r>
        <w:rPr>
          <w:b/>
        </w:rPr>
        <w:t xml:space="preserve">[1:02:11] </w:t>
      </w:r>
      <w:r>
        <w:t>Maulana sahib, kya yeh shukr ki misaal nahi hai jis ko aap ne bayan farmaya? Please is contradiction</w:t>
      </w:r>
    </w:p>
    <w:p>
      <w:pPr>
        <w:jc w:val="right"/>
      </w:pPr>
      <w:r>
        <w:t>مولانا صاحب، کیا یہ شکر کی مثال نہیں ہے جس کو آپ نے بیان فرمایا؟ پلیز اس کنٹراڈکشن</w:t>
      </w:r>
    </w:p>
    <w:p>
      <w:r>
        <w:rPr>
          <w:b/>
        </w:rPr>
        <w:t xml:space="preserve">[1:02:17] </w:t>
      </w:r>
      <w:r>
        <w:t>ko clear karein.</w:t>
      </w:r>
    </w:p>
    <w:p>
      <w:pPr>
        <w:jc w:val="right"/>
      </w:pPr>
      <w:r>
        <w:t>کو کلیئر کریں۔</w:t>
      </w:r>
    </w:p>
    <w:p>
      <w:r>
        <w:rPr>
          <w:b/>
        </w:rPr>
        <w:t xml:space="preserve">[1:02:23] </w:t>
      </w:r>
      <w:r>
        <w:t>dekhein, shukr jo hai, bohat hi vast subject hai, vast hai, bohat vast hai.</w:t>
      </w:r>
    </w:p>
    <w:p>
      <w:pPr>
        <w:jc w:val="right"/>
      </w:pPr>
      <w:r>
        <w:t>دیکھیں، شکر جو ہے، بہت ہی واسٹ سبجیکٹ ہے، واسٹ ہے، بہت واسٹ ہے۔</w:t>
      </w:r>
    </w:p>
    <w:p>
      <w:r>
        <w:rPr>
          <w:b/>
        </w:rPr>
        <w:t xml:space="preserve">[1:02:29] </w:t>
      </w:r>
      <w:r>
        <w:t>matlab yeh hai k mujhe glass lagi hai, is pani ko maine piya to shukr ka jazba aaya.</w:t>
      </w:r>
    </w:p>
    <w:p>
      <w:pPr>
        <w:jc w:val="right"/>
      </w:pPr>
      <w:r>
        <w:t>مطلب یہ ہے کہ مجھے کاس لگی ہے، اس پانی کو میں نے پیا تو شکر کا جذبہ آیا۔</w:t>
      </w:r>
    </w:p>
    <w:p>
      <w:r>
        <w:rPr>
          <w:b/>
        </w:rPr>
        <w:t xml:space="preserve">[1:02:36] </w:t>
      </w:r>
      <w:r>
        <w:t>mera aik manna yeh hai k woh zamane mein jo science hai, science, science ne aik bohat bara</w:t>
      </w:r>
    </w:p>
    <w:p>
      <w:pPr>
        <w:jc w:val="right"/>
      </w:pPr>
      <w:r>
        <w:t>میرا ایک ماننا یہ ہے کہ وہ زمانے میں جو سائنس ہے، سائنس، سائنس نے ایک بہت بڑا</w:t>
      </w:r>
    </w:p>
    <w:p>
      <w:r>
        <w:rPr>
          <w:b/>
        </w:rPr>
        <w:t xml:space="preserve">[1:02:42] </w:t>
      </w:r>
      <w:r>
        <w:t>framework diya hai humein.</w:t>
      </w:r>
    </w:p>
    <w:p>
      <w:pPr>
        <w:jc w:val="right"/>
      </w:pPr>
      <w:r>
        <w:t>فریم ورک دیا ہے ہمیں۔</w:t>
      </w:r>
    </w:p>
    <w:p>
      <w:r>
        <w:rPr>
          <w:b/>
        </w:rPr>
        <w:t xml:space="preserve">[1:02:48] </w:t>
      </w:r>
      <w:r>
        <w:t>is baray framework k lehaz se aap ko bohat bara shukr karne ka mauqa diya hua hai.</w:t>
      </w:r>
    </w:p>
    <w:p>
      <w:pPr>
        <w:jc w:val="right"/>
      </w:pPr>
      <w:r>
        <w:t>اس بڑے فریم ورک کے لحاظ سے آپ کو بہت بڑا شکر کرنے کا موقع دیا ہوا ہے۔</w:t>
      </w:r>
    </w:p>
    <w:p>
      <w:r>
        <w:rPr>
          <w:b/>
        </w:rPr>
        <w:t xml:space="preserve">[1:02:54] </w:t>
      </w:r>
      <w:r>
        <w:t>shukr to hamesha se insan karta raha hai aur karta rahe ga, lekin jo bara shukr hai, universal</w:t>
      </w:r>
    </w:p>
    <w:p>
      <w:pPr>
        <w:jc w:val="right"/>
      </w:pPr>
      <w:r>
        <w:t>شکر تو ہمیشہ سے انسان کرتا رہا ہے اور کرتا رہے گا، لیکن جو بڑا شکر ہے، یونیورسل</w:t>
      </w:r>
    </w:p>
    <w:p>
      <w:r>
        <w:rPr>
          <w:b/>
        </w:rPr>
        <w:t xml:space="preserve">[1:03:00] </w:t>
      </w:r>
      <w:r>
        <w:t>shukr hai, us ka framework pehle maujood hi nahi'n tha.</w:t>
      </w:r>
    </w:p>
    <w:p>
      <w:pPr>
        <w:jc w:val="right"/>
      </w:pPr>
      <w:r>
        <w:t>شکر ہے، اس کا فریم ورک پہلے موجود ہی نہیں تھا۔</w:t>
      </w:r>
    </w:p>
    <w:p>
      <w:r>
        <w:rPr>
          <w:b/>
        </w:rPr>
        <w:t xml:space="preserve">[1:03:06] </w:t>
      </w:r>
      <w:r>
        <w:t>insan yahi pani hai, har aadmi pani peeta raha hai aur shukr karta raha hai.</w:t>
      </w:r>
    </w:p>
    <w:p>
      <w:pPr>
        <w:jc w:val="right"/>
      </w:pPr>
      <w:r>
        <w:t>انسان یہی پانی ہے، ہر آدمی پانی پیتا رہا ہے اور شکر کرتا رہا ہے۔</w:t>
      </w:r>
    </w:p>
    <w:p>
      <w:r>
        <w:rPr>
          <w:b/>
        </w:rPr>
        <w:t xml:space="preserve">[1:03:12] </w:t>
      </w:r>
      <w:r>
        <w:t>pehli baar aaj insan ne jana hai k Allah taala ne zameen par barish barsai aur is pani</w:t>
      </w:r>
    </w:p>
    <w:p>
      <w:pPr>
        <w:jc w:val="right"/>
      </w:pPr>
      <w:r>
        <w:t>پہلی بار آج انسان نے جانا ہے کہ اللہ تعالیٰ نے زمین پر بارش برسائی اور اس پانی</w:t>
      </w:r>
    </w:p>
    <w:p>
      <w:r>
        <w:rPr>
          <w:b/>
        </w:rPr>
        <w:t xml:space="preserve">[1:03:18] </w:t>
      </w:r>
      <w:r>
        <w:t>ko samundaron mein jama kar diya.</w:t>
      </w:r>
    </w:p>
    <w:p>
      <w:pPr>
        <w:jc w:val="right"/>
      </w:pPr>
      <w:r>
        <w:t>کو سمندروں میں جمع کر دیا۔</w:t>
      </w:r>
    </w:p>
    <w:p>
      <w:r>
        <w:rPr>
          <w:b/>
        </w:rPr>
        <w:t xml:space="preserve">[1:03:24] </w:t>
      </w:r>
      <w:r>
        <w:t>aap jante hain ke 71 feesad hamari zameen ka pani hai.</w:t>
      </w:r>
    </w:p>
    <w:p>
      <w:pPr>
        <w:jc w:val="right"/>
      </w:pPr>
      <w:r>
        <w:t>آپ جانتے ہیں کہ 71 فیصد ہماری زمین کا پانی ہے۔</w:t>
      </w:r>
    </w:p>
    <w:p>
      <w:r>
        <w:rPr>
          <w:b/>
        </w:rPr>
        <w:t xml:space="preserve">[1:03:30] </w:t>
      </w:r>
      <w:r>
        <w:t>71 feesad yeh pani agar aisi fresh water ke tareeqe se hota to woh woh kharab ho jata,</w:t>
      </w:r>
    </w:p>
    <w:p>
      <w:pPr>
        <w:jc w:val="right"/>
      </w:pPr>
      <w:r>
        <w:t>71 فیصد یہ پانی اگر ایسی فریش واٹر کے طریقے سے ہوتا تو وہ وہ خراب ہو جاتا،</w:t>
      </w:r>
    </w:p>
    <w:p>
      <w:r>
        <w:rPr>
          <w:b/>
        </w:rPr>
        <w:t xml:space="preserve">[1:03:36] </w:t>
      </w:r>
      <w:r>
        <w:t>polluted ho jata.</w:t>
      </w:r>
    </w:p>
    <w:p>
      <w:pPr>
        <w:jc w:val="right"/>
      </w:pPr>
      <w:r>
        <w:t>پلوٹڈ ہو جاتا۔</w:t>
      </w:r>
    </w:p>
    <w:p>
      <w:r>
        <w:rPr>
          <w:b/>
        </w:rPr>
        <w:t xml:space="preserve">[1:03:42] </w:t>
      </w:r>
      <w:r>
        <w:t>Allah ne is mein 10 feesad salt mila diya, salt as a preservative, lekin salt milane ki wajah</w:t>
      </w:r>
    </w:p>
    <w:p>
      <w:pPr>
        <w:jc w:val="right"/>
      </w:pPr>
      <w:r>
        <w:t>اللہ نے اس میں 10 فیصد سالٹ ملا دیا، سالٹ ایز اے پریزرویٹیو، لیکن سالٹ ملانے کی وجہ</w:t>
      </w:r>
    </w:p>
    <w:p>
      <w:r>
        <w:rPr>
          <w:b/>
        </w:rPr>
        <w:t xml:space="preserve">[1:03:48] </w:t>
      </w:r>
      <w:r>
        <w:t>se woh qabil-e-istemal nahi raha.</w:t>
      </w:r>
    </w:p>
    <w:p>
      <w:pPr>
        <w:jc w:val="right"/>
      </w:pPr>
      <w:r>
        <w:t>سے وہ قابل استعمال نہیں رہا۔</w:t>
      </w:r>
    </w:p>
    <w:p>
      <w:r>
        <w:rPr>
          <w:b/>
        </w:rPr>
        <w:t xml:space="preserve">[1:03:54] </w:t>
      </w:r>
      <w:r>
        <w:t>ab hum kya karein? to suraj ke zariye garmi aati hai aur is ko bhap nikalti hai.</w:t>
      </w:r>
    </w:p>
    <w:p>
      <w:pPr>
        <w:jc w:val="right"/>
      </w:pPr>
      <w:r>
        <w:t>اب ہم کیا کریں؟ تو سورج کے ذریعے گرمی آتی ہے اور اس کو بھاپ نکلتی ہے۔</w:t>
      </w:r>
    </w:p>
    <w:p>
      <w:r>
        <w:rPr>
          <w:b/>
        </w:rPr>
        <w:t xml:space="preserve">[1:04:00] </w:t>
      </w:r>
      <w:r>
        <w:t>bhap jo nikalti hai, woh halki hoti hai, light hoti hai, aur salt bhari hota hai.</w:t>
      </w:r>
    </w:p>
    <w:p>
      <w:pPr>
        <w:jc w:val="right"/>
      </w:pPr>
      <w:r>
        <w:t>بھاپ جو نکلتی ہے، وہ ہلکی ہوتی ہے، لائٹ ہوتی ہے، اور سالٹ بھاری ہوتا ہے۔</w:t>
      </w:r>
    </w:p>
    <w:p>
      <w:r>
        <w:rPr>
          <w:b/>
        </w:rPr>
        <w:t xml:space="preserve">[1:04:06] </w:t>
      </w:r>
      <w:r>
        <w:t>salt neeche reh jata hai bhari hone ki wajah se, heavy hone ki wajah se, aur bhap upar jati hai.</w:t>
      </w:r>
    </w:p>
    <w:p>
      <w:pPr>
        <w:jc w:val="right"/>
      </w:pPr>
      <w:r>
        <w:t>سالٹ نیچے رہ جاتا ہے بھاری ہونے کی وجہ سے، ہیوی ہونے کی وجہ سے، اور بھاپ اوپر جاتی ہے۔</w:t>
      </w:r>
    </w:p>
    <w:p>
      <w:r>
        <w:rPr>
          <w:b/>
        </w:rPr>
        <w:t xml:space="preserve">[1:04:12] </w:t>
      </w:r>
      <w:r>
        <w:t>phir dekhiye, phir barish kaise hoti hai? to yeh science ne bataya hai ke hawa ka jo qareebi</w:t>
      </w:r>
    </w:p>
    <w:p>
      <w:pPr>
        <w:jc w:val="right"/>
      </w:pPr>
      <w:r>
        <w:t>پھر دیکھیے، پھر بارش کیسے ہوتی ہے؟ تو یہ سائنس نے بتایا ہے کہ ہوا کا جو قریبی</w:t>
      </w:r>
    </w:p>
    <w:p>
      <w:r>
        <w:rPr>
          <w:b/>
        </w:rPr>
        <w:t xml:space="preserve">[1:04:18] </w:t>
      </w:r>
      <w:r>
        <w:t>jo hai, woh garam hai aur upar ja kar thanda ho jata hai.</w:t>
      </w:r>
    </w:p>
    <w:p>
      <w:pPr>
        <w:jc w:val="right"/>
      </w:pPr>
      <w:r>
        <w:t>جو ہے، وہ گرم ہے اور اوپر جا کر ٹھنڈا ہو جاتا ہے۔</w:t>
      </w:r>
    </w:p>
    <w:p>
      <w:r>
        <w:rPr>
          <w:b/>
        </w:rPr>
        <w:t xml:space="preserve">[1:04:24] </w:t>
      </w:r>
      <w:r>
        <w:t>to kya hota hai? is ke baad yeh hota hai ke hawa upar uthti hai.</w:t>
      </w:r>
    </w:p>
    <w:p>
      <w:pPr>
        <w:jc w:val="right"/>
      </w:pPr>
      <w:r>
        <w:t>تو کیا ہوتا ہے؟ اس کے بعد یہ ہوتا ہے کہ ہوا اوپر اٹھتی ہے۔</w:t>
      </w:r>
    </w:p>
    <w:p>
      <w:r>
        <w:rPr>
          <w:b/>
        </w:rPr>
        <w:t xml:space="preserve">[1:04:30] </w:t>
      </w:r>
      <w:r>
        <w:t>jab tak is ko garam hawa, woh bhap upar uthti hai, tab tak garam hawa milti rehti hai is ko.</w:t>
      </w:r>
    </w:p>
    <w:p>
      <w:pPr>
        <w:jc w:val="right"/>
      </w:pPr>
      <w:r>
        <w:t>جب تک اس کو گرم ہوا، وہ بھاپ اوپر اٹھتی ہے، تب تک گرم ہوا ملتی رہتی ہے اس کو۔</w:t>
      </w:r>
    </w:p>
    <w:p>
      <w:r>
        <w:rPr>
          <w:b/>
        </w:rPr>
        <w:t xml:space="preserve">[1:04:37] </w:t>
      </w:r>
      <w:r>
        <w:t>phir jab woh upar pahunchti hai, jahan hawaein thandi hain, to wahan par is mein kya hota hai</w:t>
      </w:r>
    </w:p>
    <w:p>
      <w:pPr>
        <w:jc w:val="right"/>
      </w:pPr>
      <w:r>
        <w:t>پھر جب وہ اوپر پہنچتی ہے، جہاں ہوائیں ٹھنڈی ہیں، تو وہاں پر اس میں کیا ہوتا ہے</w:t>
      </w:r>
    </w:p>
    <w:p>
      <w:r>
        <w:rPr>
          <w:b/>
        </w:rPr>
        <w:t xml:space="preserve">[1:04:43] </w:t>
      </w:r>
      <w:r>
        <w:t>ke woh jis ko kehte hain, yaani yaani woh qatre qatre ban jate hain.</w:t>
      </w:r>
    </w:p>
    <w:p>
      <w:pPr>
        <w:jc w:val="right"/>
      </w:pPr>
      <w:r>
        <w:t>کہ وہ جس کو کہتے ہیں، یعنی یعنی وہ قطرے قطرے بن جاتے ہیں۔</w:t>
      </w:r>
    </w:p>
    <w:p>
      <w:r>
        <w:rPr>
          <w:b/>
        </w:rPr>
        <w:t xml:space="preserve">[1:04:49] </w:t>
      </w:r>
      <w:r>
        <w:t>aur phir wahan, yaani pani bhap ke bajaye jam jata hai.</w:t>
      </w:r>
    </w:p>
    <w:p>
      <w:pPr>
        <w:jc w:val="right"/>
      </w:pPr>
      <w:r>
        <w:t>اور پھر وہاں، یعنی پانی بھاپ کے بجائے جم جاتا ہے۔</w:t>
      </w:r>
    </w:p>
    <w:p>
      <w:r>
        <w:rPr>
          <w:b/>
        </w:rPr>
        <w:t xml:space="preserve">[1:04:55] </w:t>
      </w:r>
      <w:r>
        <w:t>pani to phir zameen ki gravity se woh dobara barish hoti hai, yaani water droplet jo hai, neeche</w:t>
      </w:r>
    </w:p>
    <w:p>
      <w:pPr>
        <w:jc w:val="right"/>
      </w:pPr>
      <w:r>
        <w:t>پانی تو پھر زمین کی گریویٹی سے وہ دوبارہ بارش ہوتی ہے، یعنی واٹر ڈراپلیٹ جو ہے، نیچے</w:t>
      </w:r>
    </w:p>
    <w:p>
      <w:r>
        <w:rPr>
          <w:b/>
        </w:rPr>
        <w:t xml:space="preserve">[1:05:01] </w:t>
      </w:r>
      <w:r>
        <w:t>hota hai, upar ja kar ke woh ban jata hai pani ke qatre ki shakal mein, yaani vapor</w:t>
      </w:r>
    </w:p>
    <w:p>
      <w:pPr>
        <w:jc w:val="right"/>
      </w:pPr>
      <w:r>
        <w:t>ہوتا ہے، اوپر جا کر کے وہ بن جاتا ہے پانی کے قطرے کی شکل میں، یعنی ویپر</w:t>
      </w:r>
    </w:p>
    <w:p>
      <w:r>
        <w:rPr>
          <w:b/>
        </w:rPr>
        <w:t xml:space="preserve">[1:05:07] </w:t>
      </w:r>
      <w:r>
        <w:t>droplet, water droplet ban jata hai, aur phir pani neeche barsta hai.</w:t>
      </w:r>
    </w:p>
    <w:p>
      <w:pPr>
        <w:jc w:val="right"/>
      </w:pPr>
      <w:r>
        <w:t>ڈراپلیٹ، واٹر ڈراپلیٹ بن جاتا ہے، اور پھر پانی نیچے برستا ہے۔</w:t>
      </w:r>
    </w:p>
    <w:p>
      <w:r>
        <w:rPr>
          <w:b/>
        </w:rPr>
        <w:t xml:space="preserve">[1:05:13] </w:t>
      </w:r>
      <w:r>
        <w:t>itna bara nizam hai, tab ja kar hum ko samundar ka namkeen pani fresh water ki shakal mein milta hai.</w:t>
      </w:r>
    </w:p>
    <w:p>
      <w:pPr>
        <w:jc w:val="right"/>
      </w:pPr>
      <w:r>
        <w:t>اتنا بڑا نظام ہے، تب جا کر ہم کو سمندر کا نمکین پانی فریش واٹر کی شکل میں ملتا ہے۔</w:t>
      </w:r>
    </w:p>
    <w:p>
      <w:r>
        <w:rPr>
          <w:b/>
        </w:rPr>
        <w:t xml:space="preserve">[1:05:19] </w:t>
      </w:r>
      <w:r>
        <w:t>yeh pehle insan janta nahi tha, to pehle bhi insan shukr karta tha.</w:t>
      </w:r>
    </w:p>
    <w:p>
      <w:pPr>
        <w:jc w:val="right"/>
      </w:pPr>
      <w:r>
        <w:t>یہ پہلے انسان جانتا نہیں تھا، تو پہلے بھی انسان شکر کرتا تھا۔</w:t>
      </w:r>
    </w:p>
    <w:p>
      <w:r>
        <w:rPr>
          <w:b/>
        </w:rPr>
        <w:t xml:space="preserve">[1:05:25] </w:t>
      </w:r>
      <w:r>
        <w:t>aaj shukr karega to us ko ek samandari shukr aayega is ke andar se, yaani pehle</w:t>
      </w:r>
    </w:p>
    <w:p>
      <w:pPr>
        <w:jc w:val="right"/>
      </w:pPr>
      <w:r>
        <w:t>آج شکر کرے گا تو اس کو ایک سمندری شکر آئے گا اس کے اندر سے، یعنی پہلے</w:t>
      </w:r>
    </w:p>
    <w:p>
      <w:r>
        <w:rPr>
          <w:b/>
        </w:rPr>
        <w:t xml:space="preserve">[1:05:31] </w:t>
      </w:r>
      <w:r>
        <w:t>yeh lafz bhi nahi tha ke vapor droplet aur water droplet, yeh lafz bhi nahi tha.</w:t>
      </w:r>
    </w:p>
    <w:p>
      <w:pPr>
        <w:jc w:val="right"/>
      </w:pPr>
      <w:r>
        <w:t>یہ لفظ بھی نہیں تھا کہ ویپر ڈراپلیٹ اور واٹر ڈراپلیٹ، یہ لفظ بھی نہیں تھا۔</w:t>
      </w:r>
    </w:p>
    <w:p>
      <w:r>
        <w:rPr>
          <w:b/>
        </w:rPr>
        <w:t xml:space="preserve">[1:05:37] </w:t>
      </w:r>
      <w:r>
        <w:t>pehlay insan janta bhi nahi tha is ko.</w:t>
      </w:r>
    </w:p>
    <w:p>
      <w:pPr>
        <w:jc w:val="right"/>
      </w:pPr>
      <w:r>
        <w:t>پہلے انسان جانتا بھی نہیں تھا اس کو۔</w:t>
      </w:r>
    </w:p>
    <w:p>
      <w:r>
        <w:rPr>
          <w:b/>
        </w:rPr>
        <w:t xml:space="preserve">[1:05:43] </w:t>
      </w:r>
      <w:r>
        <w:t>is tarah se yeh to ek choti si misaal hai.</w:t>
      </w:r>
    </w:p>
    <w:p>
      <w:pPr>
        <w:jc w:val="right"/>
      </w:pPr>
      <w:r>
        <w:t>اس طرح سے یہ تو ایک چھوٹی سی مثال ہے۔</w:t>
      </w:r>
    </w:p>
    <w:p>
      <w:r>
        <w:rPr>
          <w:b/>
        </w:rPr>
        <w:t xml:space="preserve">[1:05:49] </w:t>
      </w:r>
      <w:r>
        <w:t>to mera manna yeh hai ke jis science ke hum saath dushman ban gaye, jis west ke, us</w:t>
      </w:r>
    </w:p>
    <w:p>
      <w:pPr>
        <w:jc w:val="right"/>
      </w:pPr>
      <w:r>
        <w:t>تو میرا ماننا یہ ہے کہ جس سائنس کے ہم ساتھ دشمن بن گئے، جس ویسٹ کے، اس</w:t>
      </w:r>
    </w:p>
    <w:p>
      <w:r>
        <w:rPr>
          <w:b/>
        </w:rPr>
        <w:t xml:space="preserve">[1:05:55] </w:t>
      </w:r>
      <w:r>
        <w:t>west mein hum ko bohat bara frame work de diya tha shirk ka, shukr ka frame work.</w:t>
      </w:r>
    </w:p>
    <w:p>
      <w:pPr>
        <w:jc w:val="right"/>
      </w:pPr>
      <w:r>
        <w:t>ویسٹ میں ہم کو بہت بڑا فریم ورک دے دیا تھا شرک کا، شکر کا فریم ورک۔</w:t>
      </w:r>
    </w:p>
    <w:p>
      <w:r>
        <w:rPr>
          <w:b/>
        </w:rPr>
        <w:t xml:space="preserve">[1:06:01] </w:t>
      </w:r>
      <w:r>
        <w:t>jin haqiqaton jo kehte hain itni choti theen, hum aankh se nahi dekh sakte the, to west ne</w:t>
      </w:r>
    </w:p>
    <w:p>
      <w:pPr>
        <w:jc w:val="right"/>
      </w:pPr>
      <w:r>
        <w:t>جن حقیقتوں جو کہتے ہیں اتنی چھوٹی تھیں، ہم آنکھ سے نہیں دیکھ سکتے تھے، تو ویسٹ نے</w:t>
      </w:r>
    </w:p>
    <w:p>
      <w:r>
        <w:rPr>
          <w:b/>
        </w:rPr>
        <w:t xml:space="preserve">[1:06:07] </w:t>
      </w:r>
      <w:r>
        <w:t>microscope banai taake us ko hum dekh saken.</w:t>
      </w:r>
    </w:p>
    <w:p>
      <w:pPr>
        <w:jc w:val="right"/>
      </w:pPr>
      <w:r>
        <w:t>مائیکروسکوپ بنائی تاکہ اس کو ہم دیکھ سکیں۔</w:t>
      </w:r>
    </w:p>
    <w:p>
      <w:r>
        <w:rPr>
          <w:b/>
        </w:rPr>
        <w:t xml:space="preserve">[1:06:13] </w:t>
      </w:r>
      <w:r>
        <w:t>jin cheezon itni door theen ke hum nahi dekh sakte the, un ko aankh se un ke liye</w:t>
      </w:r>
    </w:p>
    <w:p>
      <w:pPr>
        <w:jc w:val="right"/>
      </w:pPr>
      <w:r>
        <w:t>جن چیزیں اتنی دور تھیں کہ ہم نہیں دیکھ سکتے تھے، ان کو آنکھ سے ان کے لیے</w:t>
      </w:r>
    </w:p>
    <w:p>
      <w:r>
        <w:rPr>
          <w:b/>
        </w:rPr>
        <w:t xml:space="preserve">[1:06:19] </w:t>
      </w:r>
      <w:r>
        <w:t>telescope banai to hum us ko dekhte hain.</w:t>
      </w:r>
    </w:p>
    <w:p>
      <w:pPr>
        <w:jc w:val="right"/>
      </w:pPr>
      <w:r>
        <w:t>ٹیلیسکوپ بنائی تو ہم اس کو دیکھتے ہیں۔</w:t>
      </w:r>
    </w:p>
    <w:p>
      <w:r>
        <w:rPr>
          <w:b/>
        </w:rPr>
        <w:t xml:space="preserve">[1:06:25] </w:t>
      </w:r>
      <w:r>
        <w:t>aisi million million cheezein.</w:t>
      </w:r>
    </w:p>
    <w:p>
      <w:pPr>
        <w:jc w:val="right"/>
      </w:pPr>
      <w:r>
        <w:t>ایسی ملین ملین چیزیں۔</w:t>
      </w:r>
    </w:p>
    <w:p>
      <w:r>
        <w:rPr>
          <w:b/>
        </w:rPr>
        <w:t xml:space="preserve">[1:06:31] </w:t>
      </w:r>
      <w:r>
        <w:t>to mera manna yeh hai ke shukr to hamesha se insan karta raha hai, lekin is ka frame</w:t>
      </w:r>
    </w:p>
    <w:p>
      <w:pPr>
        <w:jc w:val="right"/>
      </w:pPr>
      <w:r>
        <w:t>تو میرا ماننا یہ ہے کہ شکر تو ہمیشہ سے انسان کرتا رہا ہے، لیکن اس کا فریم</w:t>
      </w:r>
    </w:p>
    <w:p>
      <w:r>
        <w:rPr>
          <w:b/>
        </w:rPr>
        <w:t xml:space="preserve">[1:06:38] </w:t>
      </w:r>
      <w:r>
        <w:t>work is zamane mein bohat barh gaya, to hum ko bohat bara shukr karne ka moqa mil gaya.</w:t>
      </w:r>
    </w:p>
    <w:p>
      <w:pPr>
        <w:jc w:val="right"/>
      </w:pPr>
      <w:r>
        <w:t>ورک اس زمانے میں بہت بڑھ گیا، تو ہم کو بہت بڑا شکر کرنے کا موقع مل گیا۔</w:t>
      </w:r>
    </w:p>
    <w:p>
      <w:r>
        <w:rPr>
          <w:b/>
        </w:rPr>
        <w:t xml:space="preserve">[1:06:44] </w:t>
      </w:r>
      <w:r>
        <w:t>aur is ki peshin goi quran mein mojood hai ke sudoor hum ayatana fil afaqi wa fil anfusihim hatta</w:t>
      </w:r>
    </w:p>
    <w:p>
      <w:pPr>
        <w:jc w:val="right"/>
      </w:pPr>
      <w:r>
        <w:t>اور اس کی پیشین گوئی قرآن میں موجود ہے کہ صدورہم آیاتنا فی الافاق و فی انفسہم حتیٰ</w:t>
      </w:r>
    </w:p>
    <w:p>
      <w:r>
        <w:rPr>
          <w:b/>
        </w:rPr>
        <w:t xml:space="preserve">[1:06:50] </w:t>
      </w:r>
      <w:r>
        <w:t>atbaina lahum innahu al haq.</w:t>
      </w:r>
    </w:p>
    <w:p>
      <w:pPr>
        <w:jc w:val="right"/>
      </w:pPr>
      <w:r>
        <w:t>اتبینا لہم انہ الحق۔</w:t>
      </w:r>
    </w:p>
    <w:p>
      <w:r>
        <w:rPr>
          <w:b/>
        </w:rPr>
        <w:t xml:space="preserve">[1:06:56] </w:t>
      </w:r>
      <w:r>
        <w:t>yani local shukr jo hai, afaq shukr ban jayega.</w:t>
      </w:r>
    </w:p>
    <w:p>
      <w:pPr>
        <w:jc w:val="right"/>
      </w:pPr>
      <w:r>
        <w:t>یعنی لوکل شکر جو ہے، افاق شکر بن جائے گا۔</w:t>
      </w:r>
    </w:p>
    <w:p>
      <w:r>
        <w:rPr>
          <w:b/>
        </w:rPr>
        <w:t xml:space="preserve">[1:07:02] </w:t>
      </w:r>
      <w:r>
        <w:t>jo cheez pehle local shukr ke taur par thi, woh afaq shukr ban jayegi, universal shukr ban jayegi.</w:t>
      </w:r>
    </w:p>
    <w:p>
      <w:pPr>
        <w:jc w:val="right"/>
      </w:pPr>
      <w:r>
        <w:t>جو چیز پہلے لوکل شکر کے طور پر تھی، وہ افاق شکر بن جائے گی، یونیورسل شکر بن جائے گی۔</w:t>
      </w:r>
    </w:p>
    <w:p>
      <w:r>
        <w:rPr>
          <w:b/>
        </w:rPr>
        <w:t xml:space="preserve">[1:07:08] </w:t>
      </w:r>
      <w:r>
        <w:t>to main aik, main main yeh manta hoon ke shukr hamesha se insan karta raha hai.</w:t>
      </w:r>
    </w:p>
    <w:p>
      <w:pPr>
        <w:jc w:val="right"/>
      </w:pPr>
      <w:r>
        <w:t>تو میں ایک، میں میں یہ مانتا ہوں کہ شکر ہمیشہ سے انسان کرتا رہا ہے۔</w:t>
      </w:r>
    </w:p>
    <w:p>
      <w:r>
        <w:rPr>
          <w:b/>
        </w:rPr>
        <w:t xml:space="preserve">[1:07:14] </w:t>
      </w:r>
      <w:r>
        <w:t>Allah taala ne secular logon ke zariye aik naya frame work hamein diya taake hum bare peymane par</w:t>
      </w:r>
    </w:p>
    <w:p>
      <w:pPr>
        <w:jc w:val="right"/>
      </w:pPr>
      <w:r>
        <w:t>اللہ تعالیٰ نے سیکولر لوگوں کے ذریعے ایک نیا فریم ورک ہمیں دیا تاکہ ہم بڑے پیمانے پر</w:t>
      </w:r>
    </w:p>
    <w:p>
      <w:r>
        <w:rPr>
          <w:b/>
        </w:rPr>
        <w:t xml:space="preserve">[1:07:20] </w:t>
      </w:r>
      <w:r>
        <w:t>shukr kar saken jo Allah ke shan shan ho.</w:t>
      </w:r>
    </w:p>
    <w:p>
      <w:pPr>
        <w:jc w:val="right"/>
      </w:pPr>
      <w:r>
        <w:t>شکر کر سکیں جو اللہ کے شان شان ہو۔</w:t>
      </w:r>
    </w:p>
    <w:p>
      <w:r>
        <w:rPr>
          <w:b/>
        </w:rPr>
        <w:t xml:space="preserve">[1:07:26] </w:t>
      </w:r>
      <w:r>
        <w:t>yeh to bilkul tareekhi baat hai, aik waqia hai yeh, aur is mein dono mein koi contradiction nahi.</w:t>
      </w:r>
    </w:p>
    <w:p>
      <w:pPr>
        <w:jc w:val="right"/>
      </w:pPr>
      <w:r>
        <w:t>یہ تو بالکل تاریخی بات ہے، ایک واقعہ ہے یہ، اور اس میں دونوں میں کوئی کنٹراڈکشن نہیں۔</w:t>
      </w:r>
    </w:p>
    <w:p>
      <w:r>
        <w:rPr>
          <w:b/>
        </w:rPr>
        <w:t xml:space="preserve">[1:07:32] </w:t>
      </w:r>
      <w:r>
        <w:t>maulana, agla sawal Aligarh se aya hai Dr. Muhammad Qamar sahab ka.</w:t>
      </w:r>
    </w:p>
    <w:p>
      <w:pPr>
        <w:jc w:val="right"/>
      </w:pPr>
      <w:r>
        <w:t>مولانا، اگلا سوال علی گڑھ سے آیا ہے ڈاکٹر محمد قمر صاحب کا۔</w:t>
      </w:r>
    </w:p>
    <w:p>
      <w:r>
        <w:rPr>
          <w:b/>
        </w:rPr>
        <w:t xml:space="preserve">[1:07:38] </w:t>
      </w:r>
      <w:r>
        <w:t>انہوں نے لکھا ہے: "مولانا صاحب، last lecture کے question answer session میں آپ نے فرمایا کہ one</w:t>
      </w:r>
    </w:p>
    <w:p>
      <w:pPr>
        <w:jc w:val="right"/>
      </w:pPr>
      <w:r>
        <w:t>انہوں نے لکھا ہے: "مولانا صاحب، لاسٹ لیکچر کے کوئسچن انسر سیشن میں آپ نے فرمایا کہ ون</w:t>
      </w:r>
    </w:p>
    <w:p>
      <w:r>
        <w:rPr>
          <w:b/>
        </w:rPr>
        <w:t xml:space="preserve">[1:07:44] </w:t>
      </w:r>
      <w:r>
        <w:t>one man one mission ka formula practical nahi hai.</w:t>
      </w:r>
    </w:p>
    <w:p>
      <w:pPr>
        <w:jc w:val="right"/>
      </w:pPr>
      <w:r>
        <w:t>مین ون مشن کا فارمولا پریکٹیکل نہیں ہے۔</w:t>
      </w:r>
    </w:p>
    <w:p>
      <w:r>
        <w:rPr>
          <w:b/>
        </w:rPr>
        <w:t xml:space="preserve">[1:07:50] </w:t>
      </w:r>
      <w:r>
        <w:t>is se pehle Al-Risala mein aap ne kai bar farmaya hai ke daai ke liye one man one</w:t>
      </w:r>
    </w:p>
    <w:p>
      <w:pPr>
        <w:jc w:val="right"/>
      </w:pPr>
      <w:r>
        <w:t>اس سے پہلے الرسالہ میں آپ نے کئی بار فرمایا ہے کہ داعی کے لیے ون مین ون</w:t>
      </w:r>
    </w:p>
    <w:p>
      <w:r>
        <w:rPr>
          <w:b/>
        </w:rPr>
        <w:t xml:space="preserve">[1:07:56] </w:t>
      </w:r>
      <w:r>
        <w:t>mission ka formula hi sahi formula hai.</w:t>
      </w:r>
    </w:p>
    <w:p>
      <w:pPr>
        <w:jc w:val="right"/>
      </w:pPr>
      <w:r>
        <w:t>مشن کا فارمولا ہی صحیح فارمولا ہے۔</w:t>
      </w:r>
    </w:p>
    <w:p>
      <w:r>
        <w:rPr>
          <w:b/>
        </w:rPr>
        <w:t xml:space="preserve">[1:08:02] </w:t>
      </w:r>
      <w:r>
        <w:t>main dono mein se aap ki kis baat ko sahi man ke follow karoon, is ke bare mein</w:t>
      </w:r>
    </w:p>
    <w:p>
      <w:pPr>
        <w:jc w:val="right"/>
      </w:pPr>
      <w:r>
        <w:t>میں دونوں میں سے آپ کی کس بات کو صحیح مان کے فالو کروں، اس کے بارے میں</w:t>
      </w:r>
    </w:p>
    <w:p>
      <w:r>
        <w:rPr>
          <w:b/>
        </w:rPr>
        <w:t xml:space="preserve">[1:08:08] </w:t>
      </w:r>
      <w:r>
        <w:t>batayein. Nahi, pehle wale formula ko maine woh kiya, yani durust kiya hai.</w:t>
      </w:r>
    </w:p>
    <w:p>
      <w:pPr>
        <w:jc w:val="right"/>
      </w:pPr>
      <w:r>
        <w:t>بتائیں۔" نہیں، پہلے والے فارمولے کو میں نے وہ کیا، یعنی درست کیا ہے۔</w:t>
      </w:r>
    </w:p>
    <w:p>
      <w:r>
        <w:rPr>
          <w:b/>
        </w:rPr>
        <w:t xml:space="preserve">[1:08:14] </w:t>
      </w:r>
      <w:r>
        <w:t>woh formula zyada clear nahi tha.</w:t>
      </w:r>
    </w:p>
    <w:p>
      <w:pPr>
        <w:jc w:val="right"/>
      </w:pPr>
      <w:r>
        <w:t>وہ فارمولا زیادہ کلیئر نہیں تھا۔</w:t>
      </w:r>
    </w:p>
    <w:p>
      <w:r>
        <w:rPr>
          <w:b/>
        </w:rPr>
        <w:t xml:space="preserve">[1:08:20] </w:t>
      </w:r>
      <w:r>
        <w:t>ab main yeh manta hoon ke koi bhi activity aap ki ho, chahe aap business kar rahe hon,</w:t>
      </w:r>
    </w:p>
    <w:p>
      <w:pPr>
        <w:jc w:val="right"/>
      </w:pPr>
      <w:r>
        <w:t>اب میں یہ مانتا ہوں کہ کوئی بھی ایکٹیویٹی آپ کی ہو، چاہے آپ بزنس کر رہے ہوں،</w:t>
      </w:r>
    </w:p>
    <w:p>
      <w:r>
        <w:rPr>
          <w:b/>
        </w:rPr>
        <w:t xml:space="preserve">[1:08:26] </w:t>
      </w:r>
      <w:r>
        <w:t>aap kisi job kar rahe hon, travel mein hon, kuch bhi kar rahe hon, to tarah tarah ke</w:t>
      </w:r>
    </w:p>
    <w:p>
      <w:pPr>
        <w:jc w:val="right"/>
      </w:pPr>
      <w:r>
        <w:t>آپ کسی جاب کر رہے ہوں، ٹریول میں ہوں، کچھ بھی کر رہے ہوں، تو طرح طرح کے</w:t>
      </w:r>
    </w:p>
    <w:p>
      <w:r>
        <w:rPr>
          <w:b/>
        </w:rPr>
        <w:t xml:space="preserve">[1:08:32] </w:t>
      </w:r>
      <w:r>
        <w:t>is mein experience hote hain.</w:t>
      </w:r>
    </w:p>
    <w:p>
      <w:pPr>
        <w:jc w:val="right"/>
      </w:pPr>
      <w:r>
        <w:t>اس میں ایکسپیرینس ہوتے ہیں۔</w:t>
      </w:r>
    </w:p>
    <w:p>
      <w:r>
        <w:rPr>
          <w:b/>
        </w:rPr>
        <w:t xml:space="preserve">[1:08:39] </w:t>
      </w:r>
      <w:r>
        <w:t>is experience mein aap lesson draw karte rahen.</w:t>
      </w:r>
    </w:p>
    <w:p>
      <w:pPr>
        <w:jc w:val="right"/>
      </w:pPr>
      <w:r>
        <w:t>اس ایکسپیرینس میں آپ لیسن ڈرا کرتے رہیں۔</w:t>
      </w:r>
    </w:p>
    <w:p>
      <w:r>
        <w:rPr>
          <w:b/>
        </w:rPr>
        <w:t xml:space="preserve">[1:08:45] </w:t>
      </w:r>
      <w:r>
        <w:t>to har haal mein moqa hota hai aap ko marifat ke ghizaye lene ka.</w:t>
      </w:r>
    </w:p>
    <w:p>
      <w:pPr>
        <w:jc w:val="right"/>
      </w:pPr>
      <w:r>
        <w:t>تو ہر حال میں موقع ہوتا ہے آپ کو معرفت کے غذائے لینے کا۔</w:t>
      </w:r>
    </w:p>
    <w:p>
      <w:r>
        <w:rPr>
          <w:b/>
        </w:rPr>
        <w:t xml:space="preserve">[1:08:51] </w:t>
      </w:r>
      <w:r>
        <w:t>isi ke sath sath dekhiye, hum printing press ke zamane mein hain.</w:t>
      </w:r>
    </w:p>
    <w:p>
      <w:pPr>
        <w:jc w:val="right"/>
      </w:pPr>
      <w:r>
        <w:t>اسی کے ساتھ ساتھ دیکھیے، ہم پرنٹنگ پریس کے زمانے میں ہیں۔</w:t>
      </w:r>
    </w:p>
    <w:p>
      <w:r>
        <w:rPr>
          <w:b/>
        </w:rPr>
        <w:t xml:space="preserve">[1:08:57] </w:t>
      </w:r>
      <w:r>
        <w:t>aap apne paas kitabein rakh lijiye, quran ke translation aur doosri kitabein da'wati.</w:t>
      </w:r>
    </w:p>
    <w:p>
      <w:pPr>
        <w:jc w:val="right"/>
      </w:pPr>
      <w:r>
        <w:t>آپ اپنے پاس کتابیں رکھ لیجئے، قرآن کے ٹرانسلیشن اور دوسری کتابیں دعوتی۔</w:t>
      </w:r>
    </w:p>
    <w:p>
      <w:r>
        <w:rPr>
          <w:b/>
        </w:rPr>
        <w:t xml:space="preserve">[1:09:03] </w:t>
      </w:r>
      <w:r>
        <w:t>jo mile aap ko rastay mein, us ko de dijie.</w:t>
      </w:r>
    </w:p>
    <w:p>
      <w:pPr>
        <w:jc w:val="right"/>
      </w:pPr>
      <w:r>
        <w:t>جو ملے آپ کو راستے میں، اس کو دے دیجئے۔</w:t>
      </w:r>
    </w:p>
    <w:p>
      <w:r>
        <w:rPr>
          <w:b/>
        </w:rPr>
        <w:t xml:space="preserve">[1:09:09] </w:t>
      </w:r>
      <w:r>
        <w:t>aap ki dukan par, aap ke work place mein, aap ke safar mein.</w:t>
      </w:r>
    </w:p>
    <w:p>
      <w:pPr>
        <w:jc w:val="right"/>
      </w:pPr>
      <w:r>
        <w:t>آپ کی دکان پر، آپ کے ورک پلیس میں، آپ کے سفر میں۔</w:t>
      </w:r>
    </w:p>
    <w:p>
      <w:r>
        <w:rPr>
          <w:b/>
        </w:rPr>
        <w:t xml:space="preserve">[1:09:15] </w:t>
      </w:r>
      <w:r>
        <w:t>is tarah se naye daur mein mera khayal se woh taqseem khatam ho gayi hai.</w:t>
      </w:r>
    </w:p>
    <w:p>
      <w:pPr>
        <w:jc w:val="right"/>
      </w:pPr>
      <w:r>
        <w:t>اس طرح سے نئے دور میں میرا خیال سے وہ تقسیم ختم ہو گئی ہے۔</w:t>
      </w:r>
    </w:p>
    <w:p>
      <w:r>
        <w:rPr>
          <w:b/>
        </w:rPr>
        <w:t xml:space="preserve">[1:09:21] </w:t>
      </w:r>
      <w:r>
        <w:t>naye daur mein woh taqseem jo mein ne likhi thi, woh purane daur ke lehaz se thi.</w:t>
      </w:r>
    </w:p>
    <w:p>
      <w:pPr>
        <w:jc w:val="right"/>
      </w:pPr>
      <w:r>
        <w:t>نئے دور میں وہ تقسیم جو میں نے لکھی تھی، وہ پرانے دور کے لحاظ سے تھی۔</w:t>
      </w:r>
    </w:p>
    <w:p>
      <w:r>
        <w:rPr>
          <w:b/>
        </w:rPr>
        <w:t xml:space="preserve">[1:09:27] </w:t>
      </w:r>
      <w:r>
        <w:t>woh naye daur mein itne zyada opportunities aa gayi hain ke jahan aap hain, wohin marifat hai, jahan</w:t>
      </w:r>
    </w:p>
    <w:p>
      <w:pPr>
        <w:jc w:val="right"/>
      </w:pPr>
      <w:r>
        <w:t>وہ نئے دور میں اتنے زیادہ اپرچونیٹیز آ گئی ہیں کہ جہاں آپ ہیں، وہیں معرفت ہے، جہاں</w:t>
      </w:r>
    </w:p>
    <w:p>
      <w:r>
        <w:rPr>
          <w:b/>
        </w:rPr>
        <w:t xml:space="preserve">[1:09:33] </w:t>
      </w:r>
      <w:r>
        <w:t>aap hain, wohin da'wat hai.</w:t>
      </w:r>
    </w:p>
    <w:p>
      <w:pPr>
        <w:jc w:val="right"/>
      </w:pPr>
      <w:r>
        <w:t>آپ ہیں، وہیں دعوت ہے۔</w:t>
      </w:r>
    </w:p>
    <w:p>
      <w:r>
        <w:rPr>
          <w:b/>
        </w:rPr>
        <w:t xml:space="preserve">[1:09:39] </w:t>
      </w:r>
      <w:r>
        <w:t>koi cheez rukawat nahi hai.</w:t>
      </w:r>
    </w:p>
    <w:p>
      <w:pPr>
        <w:jc w:val="right"/>
      </w:pPr>
      <w:r>
        <w:t>کوئی چیز رکاوٹ نہیں ہے۔</w:t>
      </w:r>
    </w:p>
    <w:p>
      <w:r>
        <w:rPr>
          <w:b/>
        </w:rPr>
        <w:t xml:space="preserve">[1:09:45] </w:t>
      </w:r>
      <w:r>
        <w:t>to pehla formula jo mein ne likha tha, woh haqiqatan pichle daur ke lehaz se tha, lekin naye</w:t>
      </w:r>
    </w:p>
    <w:p>
      <w:pPr>
        <w:jc w:val="right"/>
      </w:pPr>
      <w:r>
        <w:t>تو پہلا فارمولا جو میں نے لکھا تھا، وہ حقیقتاً پچھلے دور کے لحاظ سے تھا، لیکن نئے</w:t>
      </w:r>
    </w:p>
    <w:p>
      <w:r>
        <w:rPr>
          <w:b/>
        </w:rPr>
        <w:t xml:space="preserve">[1:09:51] </w:t>
      </w:r>
      <w:r>
        <w:t>daur, naya daur jo Allah taala ne paida kiya hai, is mein to woh woh taqseem khatam ho gayi hai.</w:t>
      </w:r>
    </w:p>
    <w:p>
      <w:pPr>
        <w:jc w:val="right"/>
      </w:pPr>
      <w:r>
        <w:t>دور، نیا دور جو اللہ تعالیٰ نے پیدا کیا ہے، اس میں تو وہ وہ تقسیم ختم ہو گئی ہے۔</w:t>
      </w:r>
    </w:p>
    <w:p>
      <w:r>
        <w:rPr>
          <w:b/>
        </w:rPr>
        <w:t xml:space="preserve">[1:09:57] </w:t>
      </w:r>
      <w:r>
        <w:t>har lamha aap jahan kahin bhi hon, marifat ka wahan rizq hai aap ke liye.</w:t>
      </w:r>
    </w:p>
    <w:p>
      <w:pPr>
        <w:jc w:val="right"/>
      </w:pPr>
      <w:r>
        <w:t>ہر لمحہ آپ جہاں کہیں بھی ہوں، معرفت کا وہاں رزق ہے آپ کے لیے۔</w:t>
      </w:r>
    </w:p>
    <w:p>
      <w:r>
        <w:rPr>
          <w:b/>
        </w:rPr>
        <w:t xml:space="preserve">[1:10:03] </w:t>
      </w:r>
      <w:r>
        <w:t>jahan kahin bhi ho, da'wat ka saman aap ke liye.</w:t>
      </w:r>
    </w:p>
    <w:p>
      <w:pPr>
        <w:jc w:val="right"/>
      </w:pPr>
      <w:r>
        <w:t>جہاں کہیں بھی ہو، دعوت کا سامان آپ کے لیے۔</w:t>
      </w:r>
    </w:p>
    <w:p>
      <w:r>
        <w:rPr>
          <w:b/>
        </w:rPr>
        <w:t xml:space="preserve">[1:10:09] </w:t>
      </w:r>
      <w:r>
        <w:t>aap mislan doctor hain, aap ke paas patient aate hain, un ko aap kitabein dete rahiyye, quran ka</w:t>
      </w:r>
    </w:p>
    <w:p>
      <w:pPr>
        <w:jc w:val="right"/>
      </w:pPr>
      <w:r>
        <w:t>آپ مثلاً ڈاکٹر ہیں، آپ کے پاس پیشنٹ آتے ہیں، ان کو آپ کتابیں دیتے رہیے، قرآن کا</w:t>
      </w:r>
    </w:p>
    <w:p>
      <w:r>
        <w:rPr>
          <w:b/>
        </w:rPr>
        <w:t xml:space="preserve">[1:10:15] </w:t>
      </w:r>
      <w:r>
        <w:t>instruction dete rahiyye.</w:t>
      </w:r>
    </w:p>
    <w:p>
      <w:pPr>
        <w:jc w:val="right"/>
      </w:pPr>
      <w:r>
        <w:t>انسٹرکشن دیتے رہیے۔</w:t>
      </w:r>
    </w:p>
    <w:p>
      <w:r>
        <w:rPr>
          <w:b/>
        </w:rPr>
        <w:t xml:space="preserve">[1:10:21] </w:t>
      </w:r>
      <w:r>
        <w:t>aap businessman hain, customer aata hai aap ke paas, un ko dete rahiyye.</w:t>
      </w:r>
    </w:p>
    <w:p>
      <w:pPr>
        <w:jc w:val="right"/>
      </w:pPr>
      <w:r>
        <w:t>آپ بزنس مین ہیں، کسٹمر آتا ہے آپ کے پاس، ان کو دیتے رہیے۔</w:t>
      </w:r>
    </w:p>
    <w:p>
      <w:r>
        <w:rPr>
          <w:b/>
        </w:rPr>
        <w:t xml:space="preserve">[1:10:27] </w:t>
      </w:r>
      <w:r>
        <w:t>to yeh bhi sath sath, woh bhi sath sath, dono kaam kar sakte hain aap.</w:t>
      </w:r>
    </w:p>
    <w:p>
      <w:pPr>
        <w:jc w:val="right"/>
      </w:pPr>
      <w:r>
        <w:t>تو یہ بھی ساتھ ساتھ، وہ بھی ساتھ ساتھ، دونوں کام کر سکتے ہیں آپ۔</w:t>
      </w:r>
    </w:p>
    <w:p>
      <w:r>
        <w:rPr>
          <w:b/>
        </w:rPr>
        <w:t xml:space="preserve">[1:10:33] </w:t>
      </w:r>
      <w:r>
        <w:t>to mein samajhta hoon ke woh taqseem ab mit gayi hai naye halaat ke nateejay mein.</w:t>
      </w:r>
    </w:p>
    <w:p>
      <w:pPr>
        <w:jc w:val="right"/>
      </w:pPr>
      <w:r>
        <w:t>تو میں سمجھتا ہوں کہ وہ تقسیم اب مٹ گئی ہے نئے حالات کے نتیجے میں۔</w:t>
      </w:r>
    </w:p>
    <w:p>
      <w:r>
        <w:rPr>
          <w:b/>
        </w:rPr>
        <w:t xml:space="preserve">[1:10:39] </w:t>
      </w:r>
      <w:r>
        <w:t>maulana, karachi pakistan se abdul latif sahib ka sawal aaya hai.</w:t>
      </w:r>
    </w:p>
    <w:p>
      <w:pPr>
        <w:jc w:val="right"/>
      </w:pPr>
      <w:r>
        <w:t>مولانا، کراچی پاکستان سے عبداللطیف صاحب کا سوال آیا ہے۔</w:t>
      </w:r>
    </w:p>
    <w:p>
      <w:r>
        <w:rPr>
          <w:b/>
        </w:rPr>
        <w:t xml:space="preserve">[1:10:46] </w:t>
      </w:r>
      <w:r>
        <w:t>unhon ne likha hai: "al risala ko bohat se log parhte hain, magar al risala jis tarah ka zehn banta</w:t>
      </w:r>
    </w:p>
    <w:p>
      <w:pPr>
        <w:jc w:val="right"/>
      </w:pPr>
      <w:r>
        <w:t>انہوں نے لکھا ہے: "الرسالہ کو بہت سے لوگ پڑھتے ہیں، مگر الرسالہ جس طرح کا ذہن بناتا</w:t>
      </w:r>
    </w:p>
    <w:p>
      <w:r>
        <w:rPr>
          <w:b/>
        </w:rPr>
        <w:t xml:space="preserve">[1:10:52] </w:t>
      </w:r>
      <w:r>
        <w:t>hai, woh bohat kam dekha gaya hai.</w:t>
      </w:r>
    </w:p>
    <w:p>
      <w:pPr>
        <w:jc w:val="right"/>
      </w:pPr>
      <w:r>
        <w:t>ہے، وہ بہت کم دیکھا گیا ہے۔</w:t>
      </w:r>
    </w:p>
    <w:p>
      <w:r>
        <w:rPr>
          <w:b/>
        </w:rPr>
        <w:t xml:space="preserve">[1:10:58] </w:t>
      </w:r>
      <w:r>
        <w:t>yani sanjidgi, fikr-e-aakhirat, manfi soch ka na hona, aik tarafah khair khwahi, sadgi, hiras, hiras se dilon</w:t>
      </w:r>
    </w:p>
    <w:p>
      <w:pPr>
        <w:jc w:val="right"/>
      </w:pPr>
      <w:r>
        <w:t>یعنی سنجیدگی، فکر آخرت، منفی سوچ کا نہ ہونا، ایک طرفہ خیر خواہی، سادگی، حرص، حرص سے دلوں</w:t>
      </w:r>
    </w:p>
    <w:p>
      <w:r>
        <w:rPr>
          <w:b/>
        </w:rPr>
        <w:t xml:space="preserve">[1:11:04] </w:t>
      </w:r>
      <w:r>
        <w:t>ka pak hona, mohabbat-e-ilahi, madniyat se oopar uthna waghera waghera.</w:t>
      </w:r>
    </w:p>
    <w:p>
      <w:pPr>
        <w:jc w:val="right"/>
      </w:pPr>
      <w:r>
        <w:t>کا پاک ہونا، محبت الہی، مادیت سے اوپر اٹھنا وغیرہ وغیرہ۔</w:t>
      </w:r>
    </w:p>
    <w:p>
      <w:r>
        <w:rPr>
          <w:b/>
        </w:rPr>
        <w:t xml:space="preserve">[1:11:10] </w:t>
      </w:r>
      <w:r>
        <w:t>Maulana sahib, is is is baat, is cheez ki kya wajah ho sakti hai, is ke baray mein</w:t>
      </w:r>
    </w:p>
    <w:p>
      <w:pPr>
        <w:jc w:val="right"/>
      </w:pPr>
      <w:r>
        <w:t>مولانا صاحب، اس اس اس بات، اس چیز کی کیا وجہ ہو سکتی ہے، اس کے بارے میں</w:t>
      </w:r>
    </w:p>
    <w:p>
      <w:r>
        <w:rPr>
          <w:b/>
        </w:rPr>
        <w:t xml:space="preserve">[1:11:16] </w:t>
      </w:r>
      <w:r>
        <w:t>بتائیں۔" It is natural، یہ تو ہوتا ہی ہوتا ہے۔</w:t>
      </w:r>
    </w:p>
    <w:p>
      <w:pPr>
        <w:jc w:val="right"/>
      </w:pPr>
      <w:r>
        <w:t>بتائیں۔" اٹ از ناچرل، یہ تو ہوتا ہی ہوتا ہے۔</w:t>
      </w:r>
    </w:p>
    <w:p>
      <w:r>
        <w:rPr>
          <w:b/>
        </w:rPr>
        <w:t xml:space="preserve">[1:11:22] </w:t>
      </w:r>
      <w:r>
        <w:t>Quran ko bhi sab log parhte hain, to koi aqsa asar lete hain? Na pehle hua, na ab aisa hai.</w:t>
      </w:r>
    </w:p>
    <w:p>
      <w:pPr>
        <w:jc w:val="right"/>
      </w:pPr>
      <w:r>
        <w:t>قرآن کو بھی سب لوگ پڑھتے ہیں، تو کوئی اقصیٰ اثر لیتے ہیں؟ نہ پہلے ہوا، نہ اب ایسا ہے۔</w:t>
      </w:r>
    </w:p>
    <w:p>
      <w:r>
        <w:rPr>
          <w:b/>
        </w:rPr>
        <w:t xml:space="preserve">[1:11:28] </w:t>
      </w:r>
      <w:r>
        <w:t>Aisa mumkin nahi hai ke kisi kitab ko parhne se aqsa asar lein sab log.</w:t>
      </w:r>
    </w:p>
    <w:p>
      <w:pPr>
        <w:jc w:val="right"/>
      </w:pPr>
      <w:r>
        <w:t>ایسا ممکن نہیں ہے کہ کسی کتاب کو پڑھنے سے اقصیٰ اثر لیں سب لوگ۔</w:t>
      </w:r>
    </w:p>
    <w:p>
      <w:r>
        <w:rPr>
          <w:b/>
        </w:rPr>
        <w:t xml:space="preserve">[1:11:34] </w:t>
      </w:r>
      <w:r>
        <w:t>Yeh na Quran ke sath hoga, na kisi aur kitab ke sath hoga.</w:t>
      </w:r>
    </w:p>
    <w:p>
      <w:pPr>
        <w:jc w:val="right"/>
      </w:pPr>
      <w:r>
        <w:t>یہ نہ قرآن کے ساتھ ہوگا، نہ کسی اور کتاب کے ساتھ ہوگا۔</w:t>
      </w:r>
    </w:p>
    <w:p>
      <w:r>
        <w:rPr>
          <w:b/>
        </w:rPr>
        <w:t xml:space="preserve">[1:11:40] </w:t>
      </w:r>
      <w:r>
        <w:t>Yeh to aik fitri baat hai, is mein koi koi is mein pareshani ki baat nahi, koi koi</w:t>
      </w:r>
    </w:p>
    <w:p>
      <w:pPr>
        <w:jc w:val="right"/>
      </w:pPr>
      <w:r>
        <w:t>یہ تو ایک فطری بات ہے، اس میں کوئی کوئی اس میں پریشانی کی بات نہیں، کوئی کوئی</w:t>
      </w:r>
    </w:p>
    <w:p>
      <w:r>
        <w:rPr>
          <w:b/>
        </w:rPr>
        <w:t xml:space="preserve">[1:11:46] </w:t>
      </w:r>
      <w:r>
        <w:t>sawal nahi hai.</w:t>
      </w:r>
    </w:p>
    <w:p>
      <w:pPr>
        <w:jc w:val="right"/>
      </w:pPr>
      <w:r>
        <w:t>سوال نہیں ہے۔</w:t>
      </w:r>
    </w:p>
    <w:p>
      <w:r>
        <w:rPr>
          <w:b/>
        </w:rPr>
        <w:t xml:space="preserve">[1:11:52] </w:t>
      </w:r>
      <w:r>
        <w:t>Yeh Maulana, agla question Abu Hassan sahib ka aaya hai Calgary, Canada se.</w:t>
      </w:r>
    </w:p>
    <w:p>
      <w:pPr>
        <w:jc w:val="right"/>
      </w:pPr>
      <w:r>
        <w:t>یہ مولانا، اگلا کوئسچن ابو الحسن صاحب کا آیا ہے کیلگری، کینیڈا سے۔</w:t>
      </w:r>
    </w:p>
    <w:p>
      <w:r>
        <w:rPr>
          <w:b/>
        </w:rPr>
        <w:t xml:space="preserve">[1:11:58] </w:t>
      </w:r>
      <w:r>
        <w:t>انہوں نے لکھا ہے: "While discussing about God, one of my friend was adamant at a point that</w:t>
      </w:r>
    </w:p>
    <w:p>
      <w:pPr>
        <w:jc w:val="right"/>
      </w:pPr>
      <w:r>
        <w:t>انہوں نے لکھا ہے: "وائل ڈسکسنگ اباؤٹ گاڈ، ون آف مائی فرینڈ واز ایڈمنٹ ایٹ ا پوائنٹ دیٹ</w:t>
      </w:r>
    </w:p>
    <w:p>
      <w:r>
        <w:rPr>
          <w:b/>
        </w:rPr>
        <w:t xml:space="preserve">[1:12:04] </w:t>
      </w:r>
      <w:r>
        <w:t>God comes in this world in the form of certain personality to teach religion and wisdom to his devotees.</w:t>
      </w:r>
    </w:p>
    <w:p>
      <w:pPr>
        <w:jc w:val="right"/>
      </w:pPr>
      <w:r>
        <w:t>گاڈ کمز ان دس ورلڈ ان دا فارم آف سرٹن پرسنیلٹی ٹو ٹیچ ریلیجن اینڈ وزڈم ٹو ہز ڈیوٹیز۔</w:t>
      </w:r>
    </w:p>
    <w:p>
      <w:r>
        <w:rPr>
          <w:b/>
        </w:rPr>
        <w:t xml:space="preserve">[1:12:10] </w:t>
      </w:r>
      <w:r>
        <w:t>I said, why not worship that God in the form of God himself? Why worship him in</w:t>
      </w:r>
    </w:p>
    <w:p>
      <w:pPr>
        <w:jc w:val="right"/>
      </w:pPr>
      <w:r>
        <w:t>آئی سیڈ، وائی ناٹ ورشپ دیٹ گاڈ ان دا فارم آف گاڈ ہم سیلف؟ وائی ورشپ ہم ان</w:t>
      </w:r>
    </w:p>
    <w:p>
      <w:r>
        <w:rPr>
          <w:b/>
        </w:rPr>
        <w:t xml:space="preserve">[1:12:16] </w:t>
      </w:r>
      <w:r>
        <w:t>the form of certain person or personality? What is the logic behind God taking birth in this world?</w:t>
      </w:r>
    </w:p>
    <w:p>
      <w:pPr>
        <w:jc w:val="right"/>
      </w:pPr>
      <w:r>
        <w:t>دا فارم آف سرٹن پرسن اور پرسنیلٹی؟ واٹ از دا لاجک بیہائنڈ گاڈ ٹیکنگ برتھ ان دس ورلڈ؟</w:t>
      </w:r>
    </w:p>
    <w:p>
      <w:r>
        <w:rPr>
          <w:b/>
        </w:rPr>
        <w:t xml:space="preserve">[1:12:22] </w:t>
      </w:r>
      <w:r>
        <w:t>مولانا صاحب، my question is: How to make people aware that God doesn't take birth in this world</w:t>
      </w:r>
    </w:p>
    <w:p>
      <w:pPr>
        <w:jc w:val="right"/>
      </w:pPr>
      <w:r>
        <w:t>مولانا صاحب، مائی کوئسچن از: ہاؤ ٹو میک پیپل اویر دیٹ گاڈ ڈزنٹ ٹیک برتھ ان دس ورلڈ</w:t>
      </w:r>
    </w:p>
    <w:p>
      <w:r>
        <w:rPr>
          <w:b/>
        </w:rPr>
        <w:t xml:space="preserve">[1:12:28] </w:t>
      </w:r>
      <w:r>
        <w:t>As a human being? Dekhiye, yeh sawal jo hai, sab se pehle ke aap yani kahan se bol</w:t>
      </w:r>
    </w:p>
    <w:p>
      <w:pPr>
        <w:jc w:val="right"/>
      </w:pPr>
      <w:r>
        <w:t>ایز ا ہیومن بینگ؟" دیکھیے، یہ سوال جو ہے، سب سے پہلے کہ آپ یعنی کہاں سے بول</w:t>
      </w:r>
    </w:p>
    <w:p>
      <w:r>
        <w:rPr>
          <w:b/>
        </w:rPr>
        <w:t xml:space="preserve">[1:12:34] </w:t>
      </w:r>
      <w:r>
        <w:t>rahe hain? Masla yeh hai ke apne mind se aap nahi bol sakte.</w:t>
      </w:r>
    </w:p>
    <w:p>
      <w:pPr>
        <w:jc w:val="right"/>
      </w:pPr>
      <w:r>
        <w:t>رہے ہیں؟ مسئلہ یہ ہے کہ اپنے مائنڈ سے آپ نہیں بول سکتے۔</w:t>
      </w:r>
    </w:p>
    <w:p>
      <w:r>
        <w:rPr>
          <w:b/>
        </w:rPr>
        <w:t xml:space="preserve">[1:12:40] </w:t>
      </w:r>
      <w:r>
        <w:t>Koi aap authentic source hona chahiye.</w:t>
      </w:r>
    </w:p>
    <w:p>
      <w:pPr>
        <w:jc w:val="right"/>
      </w:pPr>
      <w:r>
        <w:t>کوئی آپ اتھینٹک سورس ہونا چاہیے۔</w:t>
      </w:r>
    </w:p>
    <w:p>
      <w:r>
        <w:rPr>
          <w:b/>
        </w:rPr>
        <w:t xml:space="preserve">[1:12:47] </w:t>
      </w:r>
      <w:r>
        <w:t>Jaisay to jaisa ke mein ne arz kiya, authentic source revealed book hai sirf, aur koi doosri nahi cheez hai.</w:t>
      </w:r>
    </w:p>
    <w:p>
      <w:pPr>
        <w:jc w:val="right"/>
      </w:pPr>
      <w:r>
        <w:t>جیسے تو جیسا کہ میں نے عرض کیا، اتھینٹک سورس ریویلڈ بک ہے صرف، اور کوئی دوسری نہیں چیز ہے۔</w:t>
      </w:r>
    </w:p>
    <w:p>
      <w:r>
        <w:rPr>
          <w:b/>
        </w:rPr>
        <w:t xml:space="preserve">[1:12:53] </w:t>
      </w:r>
      <w:r>
        <w:t>Aur revealed book jo Quran, jo jo dunya mein aayi hain, woh koi bhi preserve nahi hai siwaye Quran ke.</w:t>
      </w:r>
    </w:p>
    <w:p>
      <w:pPr>
        <w:jc w:val="right"/>
      </w:pPr>
      <w:r>
        <w:t>اور ریویلڈ بک جو قرآن، جو جو دنیا میں آئی ہیں، وہ کوئی بھی پریزرو نہیں ہے سوائے قرآن کے۔</w:t>
      </w:r>
    </w:p>
    <w:p>
      <w:r>
        <w:rPr>
          <w:b/>
        </w:rPr>
        <w:t xml:space="preserve">[1:12:59] </w:t>
      </w:r>
      <w:r>
        <w:t>To aap apne mind se nahi bol sakte, ya pichli jo books jo jo preserve nahi, un ke</w:t>
      </w:r>
    </w:p>
    <w:p>
      <w:pPr>
        <w:jc w:val="right"/>
      </w:pPr>
      <w:r>
        <w:t>تو آپ اپنے مائنڈ سے نہیں بول سکتے، یا پچھلی جو بکس جو جو پریزرو نہیں، ان کے</w:t>
      </w:r>
    </w:p>
    <w:p>
      <w:r>
        <w:rPr>
          <w:b/>
        </w:rPr>
        <w:t xml:space="preserve">[1:13:05] </w:t>
      </w:r>
      <w:r>
        <w:t>hawale se bhi nahi bol sakte aap.</w:t>
      </w:r>
    </w:p>
    <w:p>
      <w:pPr>
        <w:jc w:val="right"/>
      </w:pPr>
      <w:r>
        <w:t>حوالے سے بھی نہیں بول سکتے آپ۔</w:t>
      </w:r>
    </w:p>
    <w:p>
      <w:r>
        <w:rPr>
          <w:b/>
        </w:rPr>
        <w:t xml:space="preserve">[1:13:11] </w:t>
      </w:r>
      <w:r>
        <w:t>Aap sirf Quran ke hawale se bolna paray ga aap ko.</w:t>
      </w:r>
    </w:p>
    <w:p>
      <w:pPr>
        <w:jc w:val="right"/>
      </w:pPr>
      <w:r>
        <w:t>آپ صرف قرآن کے حوالے سے بولنا پڑے گا آپ کو۔</w:t>
      </w:r>
    </w:p>
    <w:p>
      <w:r>
        <w:rPr>
          <w:b/>
        </w:rPr>
        <w:t xml:space="preserve">[1:13:17] </w:t>
      </w:r>
      <w:r>
        <w:t>Yeh bohat hi rational baat hai, rational ke aik aisi cheez jis ka talluq ilm yani ghayb se</w:t>
      </w:r>
    </w:p>
    <w:p>
      <w:pPr>
        <w:jc w:val="right"/>
      </w:pPr>
      <w:r>
        <w:t>یہ بہت ہی ریشنل بات ہے، ریشنل کہ ایک ایسی چیز جس کا تعلق علم یعنی غیب سے</w:t>
      </w:r>
    </w:p>
    <w:p>
      <w:r>
        <w:rPr>
          <w:b/>
        </w:rPr>
        <w:t xml:space="preserve">[1:13:23] </w:t>
      </w:r>
      <w:r>
        <w:t>hai, yani Khuda ghayb mein hai, Khuda dikhai nahi deta hai, to woh koi physical science ka subject nahi hai.</w:t>
      </w:r>
    </w:p>
    <w:p>
      <w:pPr>
        <w:jc w:val="right"/>
      </w:pPr>
      <w:r>
        <w:t>ہے، یعنی خدا غیب میں ہے، خدا دکھائی نہیں دیتا ہے، تو وہ کوئی فزیکل سائنس کا سبجیکٹ نہیں ہے۔</w:t>
      </w:r>
    </w:p>
    <w:p>
      <w:r>
        <w:rPr>
          <w:b/>
        </w:rPr>
        <w:t xml:space="preserve">[1:13:29] </w:t>
      </w:r>
      <w:r>
        <w:t>Woh Khuda ka mamla physical science ka subject nahi hai, woh revealed science ka subject hai.</w:t>
      </w:r>
    </w:p>
    <w:p>
      <w:pPr>
        <w:jc w:val="right"/>
      </w:pPr>
      <w:r>
        <w:t>وہ خدا کا معاملہ فزیکل سائنس کا سبجیکٹ نہیں ہے، وہ ریویلڈ سائنس کا سبجیکٹ ہے۔</w:t>
      </w:r>
    </w:p>
    <w:p>
      <w:r>
        <w:rPr>
          <w:b/>
        </w:rPr>
        <w:t xml:space="preserve">[1:13:35] </w:t>
      </w:r>
      <w:r>
        <w:t>To revealed books mein sirf aik hi book jab preserve halat mein ho, to usi ko authentic banaya</w:t>
      </w:r>
    </w:p>
    <w:p>
      <w:pPr>
        <w:jc w:val="right"/>
      </w:pPr>
      <w:r>
        <w:t>تو ریویلڈ بکس میں صرف ایک ہی بک جب پریزرو حالت میں ہو، تو اسی کو اتھینٹک بنایا</w:t>
      </w:r>
    </w:p>
    <w:p>
      <w:r>
        <w:rPr>
          <w:b/>
        </w:rPr>
        <w:t xml:space="preserve">[1:13:41] </w:t>
      </w:r>
      <w:r>
        <w:t>jayega, usi se samajhne ki koshish ki jayegi.</w:t>
      </w:r>
    </w:p>
    <w:p>
      <w:pPr>
        <w:jc w:val="right"/>
      </w:pPr>
      <w:r>
        <w:t>جائے گا، اسی سے سمجھنے کی کوشش کی جائے گی۔</w:t>
      </w:r>
    </w:p>
    <w:p>
      <w:r>
        <w:rPr>
          <w:b/>
        </w:rPr>
        <w:t xml:space="preserve">[1:13:47] </w:t>
      </w:r>
      <w:r>
        <w:t>To apni aql se log nikalte hain yeh baatein, un ko chahiye ke Quran ka mutala karein aur</w:t>
      </w:r>
    </w:p>
    <w:p>
      <w:pPr>
        <w:jc w:val="right"/>
      </w:pPr>
      <w:r>
        <w:t>تو اپنی عقل سے لوگ نکالتے ہیں یہ باتیں، ان کو چاہیے کہ قرآن کا مطالعہ کریں اور</w:t>
      </w:r>
    </w:p>
    <w:p>
      <w:r>
        <w:rPr>
          <w:b/>
        </w:rPr>
        <w:t xml:space="preserve">[1:13:53] </w:t>
      </w:r>
      <w:r>
        <w:t>Quran se nikalne ki koshish karein ke is mamle mein Khuda ka jawab kya hai.</w:t>
      </w:r>
    </w:p>
    <w:p>
      <w:pPr>
        <w:jc w:val="right"/>
      </w:pPr>
      <w:r>
        <w:t>قرآن سے نکالنے کی کوشش کریں کہ اس معاملے میں خدا کا جواب کیا ہے۔</w:t>
      </w:r>
    </w:p>
    <w:p>
      <w:r>
        <w:rPr>
          <w:b/>
        </w:rPr>
        <w:t xml:space="preserve">[1:13:59] </w:t>
      </w:r>
      <w:r>
        <w:t>Maulana, agla sawal Hyderabad se aaya hai Maulana Inayat Umri sahib ka.</w:t>
      </w:r>
    </w:p>
    <w:p>
      <w:pPr>
        <w:jc w:val="right"/>
      </w:pPr>
      <w:r>
        <w:t>مولانا، اگلا سوال حیدرآباد سے آیا ہے مولانا عنایت عمری صاحب کا۔</w:t>
      </w:r>
    </w:p>
    <w:p>
      <w:r>
        <w:rPr>
          <w:b/>
        </w:rPr>
        <w:t xml:space="preserve">[1:14:05] </w:t>
      </w:r>
      <w:r>
        <w:t>unhon ne aap se poocha hai ke political empire ko log bari cheez samajhte hain, magar ideological empire</w:t>
      </w:r>
    </w:p>
    <w:p>
      <w:pPr>
        <w:jc w:val="right"/>
      </w:pPr>
      <w:r>
        <w:t>انہوں نے آپ سے پوچھا ہے کہ پولیٹیکل ایمپائر کو لوگ بڑی چیز سمجھتے ہیں، مگر آئیڈیالوجیکل ایمپائر</w:t>
      </w:r>
    </w:p>
    <w:p>
      <w:r>
        <w:rPr>
          <w:b/>
        </w:rPr>
        <w:t xml:space="preserve">[1:14:11] </w:t>
      </w:r>
      <w:r>
        <w:t>ko bari cheez nahin samajhte hain.</w:t>
      </w:r>
    </w:p>
    <w:p>
      <w:pPr>
        <w:jc w:val="right"/>
      </w:pPr>
      <w:r>
        <w:t>کو بڑی چیز نہیں سمجھتے ہیں۔</w:t>
      </w:r>
    </w:p>
    <w:p>
      <w:r>
        <w:rPr>
          <w:b/>
        </w:rPr>
        <w:t xml:space="preserve">[1:14:17] </w:t>
      </w:r>
      <w:r>
        <w:t>maulana, aisa kyun hai? dekhen, yeh yani soch ki kami ka nateeja hai.</w:t>
      </w:r>
    </w:p>
    <w:p>
      <w:pPr>
        <w:jc w:val="right"/>
      </w:pPr>
      <w:r>
        <w:t>مولانا، ایسا کیوں ہے؟ دیکھیں، یہ یعنی سوچ کی کمی کا نتیجہ ہے۔</w:t>
      </w:r>
    </w:p>
    <w:p>
      <w:r>
        <w:rPr>
          <w:b/>
        </w:rPr>
        <w:t xml:space="preserve">[1:14:23] </w:t>
      </w:r>
      <w:r>
        <w:t>soch ki kami political empire ka political headache hai.</w:t>
      </w:r>
    </w:p>
    <w:p>
      <w:pPr>
        <w:jc w:val="right"/>
      </w:pPr>
      <w:r>
        <w:t>سوچ کی کمی پولیٹیکل ایمپائر کا پولیٹیکل ہیڈیک ہے۔</w:t>
      </w:r>
    </w:p>
    <w:p>
      <w:r>
        <w:rPr>
          <w:b/>
        </w:rPr>
        <w:t xml:space="preserve">[1:14:29] </w:t>
      </w:r>
      <w:r>
        <w:t>jitne bhi emperor hue hain, sab ke liye empire se ek problem thi.</w:t>
      </w:r>
    </w:p>
    <w:p>
      <w:pPr>
        <w:jc w:val="right"/>
      </w:pPr>
      <w:r>
        <w:t>جتنے بھی ایمپرر ہوئے ہیں، سب کے لیے ایمپائر سے ایک پرابلم تھی۔</w:t>
      </w:r>
    </w:p>
    <w:p>
      <w:r>
        <w:rPr>
          <w:b/>
        </w:rPr>
        <w:t xml:space="preserve">[1:14:35] </w:t>
      </w:r>
      <w:r>
        <w:t>alexander se le kar ke obama tak har waqt problem ghire hue hain, har waqt masle mein ghire hue hain.</w:t>
      </w:r>
    </w:p>
    <w:p>
      <w:pPr>
        <w:jc w:val="right"/>
      </w:pPr>
      <w:r>
        <w:t>الیگزینڈر سے لے کر کے اوباما تک ہر وقت پرابلم گھرے ہوئے ہیں، ہر وقت مسئلے میں گھرے ہوئے ہیں۔</w:t>
      </w:r>
    </w:p>
    <w:p>
      <w:r>
        <w:rPr>
          <w:b/>
        </w:rPr>
        <w:t xml:space="preserve">[1:14:41] </w:t>
      </w:r>
      <w:r>
        <w:t>koi neend nahin aati un ki, sleeping pills kha ke sote hain.</w:t>
      </w:r>
    </w:p>
    <w:p>
      <w:pPr>
        <w:jc w:val="right"/>
      </w:pPr>
      <w:r>
        <w:t>کوئی نیند نہیں آتی ان کی، سلیپنگ پلس کھا کے سوتے ہیں۔</w:t>
      </w:r>
    </w:p>
    <w:p>
      <w:r>
        <w:rPr>
          <w:b/>
        </w:rPr>
        <w:t xml:space="preserve">[1:14:48] </w:t>
      </w:r>
      <w:r>
        <w:t>to political empire is ke liye hai jo jo yani mein to samajhta hoon ke jo jis ki</w:t>
      </w:r>
    </w:p>
    <w:p>
      <w:pPr>
        <w:jc w:val="right"/>
      </w:pPr>
      <w:r>
        <w:t>تو پولیٹیکل ایمپائر اس کے لیے ہے جو جو یعنی میں تو سمجھتا ہوں کہ جو جس کی</w:t>
      </w:r>
    </w:p>
    <w:p>
      <w:r>
        <w:rPr>
          <w:b/>
        </w:rPr>
        <w:t xml:space="preserve">[1:14:54] </w:t>
      </w:r>
      <w:r>
        <w:t>soch develop na hui ho.</w:t>
      </w:r>
    </w:p>
    <w:p>
      <w:pPr>
        <w:jc w:val="right"/>
      </w:pPr>
      <w:r>
        <w:t>سوچ ڈیولپ نہ ہوئی ہو۔</w:t>
      </w:r>
    </w:p>
    <w:p>
      <w:r>
        <w:rPr>
          <w:b/>
        </w:rPr>
        <w:t xml:space="preserve">[1:15:00] </w:t>
      </w:r>
      <w:r>
        <w:t>mein to kuch bhi nahin samajhta is ko.</w:t>
      </w:r>
    </w:p>
    <w:p>
      <w:pPr>
        <w:jc w:val="right"/>
      </w:pPr>
      <w:r>
        <w:t>میں تو کچھ بھی نہیں سمجھتا اس کو۔</w:t>
      </w:r>
    </w:p>
    <w:p>
      <w:r>
        <w:rPr>
          <w:b/>
        </w:rPr>
        <w:t xml:space="preserve">[1:15:06] </w:t>
      </w:r>
      <w:r>
        <w:t>jo bhi jin logon ko bhi hukoomaten mili hain, jo bare bare uhde pe baithe hue hain, un</w:t>
      </w:r>
    </w:p>
    <w:p>
      <w:pPr>
        <w:jc w:val="right"/>
      </w:pPr>
      <w:r>
        <w:t>جو بھی جن لوگوں کو بھی حکومتیں ملی ہیں، جو بڑے بڑے عہدے پہ بیٹھے ہوئے ہیں، ان</w:t>
      </w:r>
    </w:p>
    <w:p>
      <w:r>
        <w:rPr>
          <w:b/>
        </w:rPr>
        <w:t xml:space="preserve">[1:15:12] </w:t>
      </w:r>
      <w:r>
        <w:t>ka aap study kijiye qareeb se.</w:t>
      </w:r>
    </w:p>
    <w:p>
      <w:pPr>
        <w:jc w:val="right"/>
      </w:pPr>
      <w:r>
        <w:t>کا آپ اسٹڈی کیجئے قریب سے۔</w:t>
      </w:r>
    </w:p>
    <w:p>
      <w:r>
        <w:rPr>
          <w:b/>
        </w:rPr>
        <w:t xml:space="preserve">[1:15:18] </w:t>
      </w:r>
      <w:r>
        <w:t>raat din problem mein ghire rehte hain, woh ek second bhi unhein azadi nahin sochne ke liye.</w:t>
      </w:r>
    </w:p>
    <w:p>
      <w:pPr>
        <w:jc w:val="right"/>
      </w:pPr>
      <w:r>
        <w:t>رات دن پرابلم میں گھرے رہتے ہیں، وہ ایک سیکنڈ بھی انہیں آزادی نہیں سوچنے کے لیے۔</w:t>
      </w:r>
    </w:p>
    <w:p>
      <w:r>
        <w:rPr>
          <w:b/>
        </w:rPr>
        <w:t xml:space="preserve">[1:15:24] </w:t>
      </w:r>
      <w:r>
        <w:t>to mein kaha karta hoon ke hukoomat to headache hai, headache doosron ko de dijiye, aap khud azad</w:t>
      </w:r>
    </w:p>
    <w:p>
      <w:pPr>
        <w:jc w:val="right"/>
      </w:pPr>
      <w:r>
        <w:t>تو میں کہا کرتا ہوں کہ حکومت تو ہیڈیک ہے، ہیڈیک دوسروں کو دے دیجئے، آپ خود آزاد</w:t>
      </w:r>
    </w:p>
    <w:p>
      <w:r>
        <w:rPr>
          <w:b/>
        </w:rPr>
        <w:t xml:space="preserve">[1:15:30] </w:t>
      </w:r>
      <w:r>
        <w:t>ho kar sochiye, azad ho kar apne apne develop kijiye, apne apne yani intellectual development ka kaam kijiye.</w:t>
      </w:r>
    </w:p>
    <w:p>
      <w:pPr>
        <w:jc w:val="right"/>
      </w:pPr>
      <w:r>
        <w:t>ہو کر سوچیے، آزاد ہو کر اپنے اپنے ڈیولپ کیجئے، اپنے اپنے یعنی انٹلیکچول ڈیولپمنٹ کا کام کیجئے۔</w:t>
      </w:r>
    </w:p>
    <w:p>
      <w:r>
        <w:rPr>
          <w:b/>
        </w:rPr>
        <w:t xml:space="preserve">[1:15:36] </w:t>
      </w:r>
      <w:r>
        <w:t>abhi mein pichli baar bataya tha aap ko ke india ki sab se bari state hai up.</w:t>
      </w:r>
    </w:p>
    <w:p>
      <w:pPr>
        <w:jc w:val="right"/>
      </w:pPr>
      <w:r>
        <w:t>ابھی میں پچھلی بار بتایا تھا آپ کو کہ انڈیا کی سب سے بڑی اسٹیٹ ہے یو پی۔</w:t>
      </w:r>
    </w:p>
    <w:p>
      <w:r>
        <w:rPr>
          <w:b/>
        </w:rPr>
        <w:t xml:space="preserve">[1:15:42] </w:t>
      </w:r>
      <w:r>
        <w:t>to up mein is waqt jo chief minister hain, woh mr. akhilesh yadav hain.</w:t>
      </w:r>
    </w:p>
    <w:p>
      <w:pPr>
        <w:jc w:val="right"/>
      </w:pPr>
      <w:r>
        <w:t>تو یو پی میں اس وقت جو چیف منسٹر ہیں، وہ مسٹر اکلیش یادو ہیں۔</w:t>
      </w:r>
    </w:p>
    <w:p>
      <w:r>
        <w:rPr>
          <w:b/>
        </w:rPr>
        <w:t xml:space="preserve">[1:15:48] </w:t>
      </w:r>
      <w:r>
        <w:t>to un ka ek interview chha pa tha times of india mein, bohat detail ke sath.</w:t>
      </w:r>
    </w:p>
    <w:p>
      <w:pPr>
        <w:jc w:val="right"/>
      </w:pPr>
      <w:r>
        <w:t>تو ان کا ایک انٹرویو چھپا تھا ٹائمز آف انڈیا میں، بہت ڈیٹیل کے ساتھ۔</w:t>
      </w:r>
    </w:p>
    <w:p>
      <w:r>
        <w:rPr>
          <w:b/>
        </w:rPr>
        <w:t xml:space="preserve">[1:15:54] </w:t>
      </w:r>
      <w:r>
        <w:t>to interview mein unhon ne un se poocha ke chief minister banne ke baad aap koi cheez miss</w:t>
      </w:r>
    </w:p>
    <w:p>
      <w:pPr>
        <w:jc w:val="right"/>
      </w:pPr>
      <w:r>
        <w:t>تو انٹرویو میں انہوں نے ان سے پوچھا کہ چیف منسٹر بننے کے بعد آپ کوئی چیز مس</w:t>
      </w:r>
    </w:p>
    <w:p>
      <w:r>
        <w:rPr>
          <w:b/>
        </w:rPr>
        <w:t xml:space="preserve">[1:16:00] </w:t>
      </w:r>
      <w:r>
        <w:t>kar rahe hain kya? to foran kehte hain, "freedom yani chief minister ban gaye aur freedom chhin gayi,</w:t>
      </w:r>
    </w:p>
    <w:p>
      <w:pPr>
        <w:jc w:val="right"/>
      </w:pPr>
      <w:r>
        <w:t>کر رہے ہیں کیا؟ تو فوراً کہتے ہیں، "فریڈم یعنی چیف منسٹر بن گئے اور فریڈم چھن گئی،</w:t>
      </w:r>
    </w:p>
    <w:p>
      <w:r>
        <w:rPr>
          <w:b/>
        </w:rPr>
        <w:t xml:space="preserve">[1:16:06] </w:t>
      </w:r>
      <w:r>
        <w:t>to kya faida?" mein kehta hoon, "chief minister banne se aap ghor kijiye, yeh sab ka haal hai.</w:t>
      </w:r>
    </w:p>
    <w:p>
      <w:pPr>
        <w:jc w:val="right"/>
      </w:pPr>
      <w:r>
        <w:t>تو کیا فائدہ؟" میں کہتا ہوں، "چیف منسٹر بننے سے آپ غور کیجئے، یہ سب کا حال ہے۔</w:t>
      </w:r>
    </w:p>
    <w:p>
      <w:r>
        <w:rPr>
          <w:b/>
        </w:rPr>
        <w:t xml:space="preserve">[1:16:12] </w:t>
      </w:r>
      <w:r>
        <w:t>jeddah mein jitne bhi ruler hain, jitne bhi emperor hain, jitne bhi king hain, sab ka haal yahi tha.</w:t>
      </w:r>
    </w:p>
    <w:p>
      <w:pPr>
        <w:jc w:val="right"/>
      </w:pPr>
      <w:r>
        <w:t>جدہ میں جتنے بھی رولر ہیں، جتنے بھی ایمپرر ہیں، جتنے بھی کنگ ہیں، سب کا حال یہی تھا۔</w:t>
      </w:r>
    </w:p>
    <w:p>
      <w:r>
        <w:rPr>
          <w:b/>
        </w:rPr>
        <w:t xml:space="preserve">[1:16:18] </w:t>
      </w:r>
      <w:r>
        <w:t>to is liye mein kehta hoon ke hukoomat ya empire ek headache hai, headache doosron ke hawale kar</w:t>
      </w:r>
    </w:p>
    <w:p>
      <w:pPr>
        <w:jc w:val="right"/>
      </w:pPr>
      <w:r>
        <w:t>تو اس لیے میں کہتا ہوں کہ حکومت یا ایمپائر ایک ہیڈیک ہے، ہیڈیک دوسروں کے حوالے کر</w:t>
      </w:r>
    </w:p>
    <w:p>
      <w:r>
        <w:rPr>
          <w:b/>
        </w:rPr>
        <w:t xml:space="preserve">[1:16:24] </w:t>
      </w:r>
      <w:r>
        <w:t>dijiye aur aap azadi ke sath apna kaam kijiye, apna spiritual development, intellectual development is field mein jahan</w:t>
      </w:r>
    </w:p>
    <w:p>
      <w:pPr>
        <w:jc w:val="right"/>
      </w:pPr>
      <w:r>
        <w:t>دیجئے اور آپ آزادی کے ساتھ اپنا کام کیجئے، اپنا اسپیریچول ڈیولپمنٹ، انٹلیکچول ڈیولپمنٹ اس فیلڈ میں جہاں</w:t>
      </w:r>
    </w:p>
    <w:p>
      <w:r>
        <w:rPr>
          <w:b/>
        </w:rPr>
        <w:t xml:space="preserve">[1:16:30] </w:t>
      </w:r>
      <w:r>
        <w:t>koi rukawat nahin.</w:t>
      </w:r>
    </w:p>
    <w:p>
      <w:pPr>
        <w:jc w:val="right"/>
      </w:pPr>
      <w:r>
        <w:t>کوئی رکاوٹ نہیں۔</w:t>
      </w:r>
    </w:p>
    <w:p>
      <w:r>
        <w:rPr>
          <w:b/>
        </w:rPr>
        <w:t xml:space="preserve">[1:16:36] </w:t>
      </w:r>
      <w:r>
        <w:t>molana, agla sawal karachi pakistan se hai miss samia latif ka.</w:t>
      </w:r>
    </w:p>
    <w:p>
      <w:pPr>
        <w:jc w:val="right"/>
      </w:pPr>
      <w:r>
        <w:t>مولانا، اگلا سوال کراچی پاکستان سے ہے مس سامیہ لطیف کا۔</w:t>
      </w:r>
    </w:p>
    <w:p>
      <w:r>
        <w:rPr>
          <w:b/>
        </w:rPr>
        <w:t xml:space="preserve">[1:16:42] </w:t>
      </w:r>
      <w:r>
        <w:t>unhon ne likha hai: "quran mein hai ke allah ke zikr se dilon ko itminan hasil hota hai.</w:t>
      </w:r>
    </w:p>
    <w:p>
      <w:pPr>
        <w:jc w:val="right"/>
      </w:pPr>
      <w:r>
        <w:t>انہوں نے لکھا ہے: "قرآن میں ہے کہ اللہ کے ذکر سے دلوں کو اطمینان حاصل ہوتا ہے۔</w:t>
      </w:r>
    </w:p>
    <w:p>
      <w:r>
        <w:rPr>
          <w:b/>
        </w:rPr>
        <w:t xml:space="preserve">[1:16:49] </w:t>
      </w:r>
      <w:r>
        <w:t>molana sahib, is itminan se kis qism ka itminan murad hai? kyunke duniya mein to gabd maujood hai."</w:t>
      </w:r>
    </w:p>
    <w:p>
      <w:pPr>
        <w:jc w:val="right"/>
      </w:pPr>
      <w:r>
        <w:t>مولانا صاحب، اس اطمینان سے کس قسم کا اطمینان مراد ہے؟ کیونکہ دنیا میں تو گبد موجود ہے۔"</w:t>
      </w:r>
    </w:p>
    <w:p>
      <w:r>
        <w:rPr>
          <w:b/>
        </w:rPr>
        <w:t xml:space="preserve">[1:16:55] </w:t>
      </w:r>
      <w:r>
        <w:t>gabd, duniya mein to gabd maujood hai.</w:t>
      </w:r>
    </w:p>
    <w:p>
      <w:pPr>
        <w:jc w:val="right"/>
      </w:pPr>
      <w:r>
        <w:t>گبد، دنیا میں تو گبد موجود ہے۔</w:t>
      </w:r>
    </w:p>
    <w:p>
      <w:r>
        <w:rPr>
          <w:b/>
        </w:rPr>
        <w:t xml:space="preserve">[1:17:01] </w:t>
      </w:r>
      <w:r>
        <w:t>gabd, kaf, bay zzal.</w:t>
      </w:r>
    </w:p>
    <w:p>
      <w:pPr>
        <w:jc w:val="right"/>
      </w:pPr>
      <w:r>
        <w:t>گبد، کف، بے ذال۔</w:t>
      </w:r>
    </w:p>
    <w:p>
      <w:r>
        <w:rPr>
          <w:b/>
        </w:rPr>
        <w:t xml:space="preserve">[1:17:07] </w:t>
      </w:r>
      <w:r>
        <w:t>gabd, duniya mein to gabd maujood hai.</w:t>
      </w:r>
    </w:p>
    <w:p>
      <w:pPr>
        <w:jc w:val="right"/>
      </w:pPr>
      <w:r>
        <w:t>گبد، دنیا میں تو گبد موجود ہے۔</w:t>
      </w:r>
    </w:p>
    <w:p>
      <w:r>
        <w:rPr>
          <w:b/>
        </w:rPr>
        <w:t xml:space="preserve">[1:17:13] </w:t>
      </w:r>
      <w:r>
        <w:t>phir ek momin ke dil ko itminan kaise hoga? nahin, dekhiye, itminan ke mani happiness nahin hain, happiness</w:t>
      </w:r>
    </w:p>
    <w:p>
      <w:pPr>
        <w:jc w:val="right"/>
      </w:pPr>
      <w:r>
        <w:t>پھر ایک مومن کے دل کو اطمینان کیسے ہوگا؟ نہیں، دیکھیے، اطمینان کے معنی ہیپینس نہیں ہیں، ہیپینس</w:t>
      </w:r>
    </w:p>
    <w:p>
      <w:r>
        <w:rPr>
          <w:b/>
        </w:rPr>
        <w:t xml:space="preserve">[1:17:19] </w:t>
      </w:r>
      <w:r>
        <w:t>ya khushi aur masarrat nahin hai.</w:t>
      </w:r>
    </w:p>
    <w:p>
      <w:pPr>
        <w:jc w:val="right"/>
      </w:pPr>
      <w:r>
        <w:t>یا خوشی اور مسرت نہیں ہے۔</w:t>
      </w:r>
    </w:p>
    <w:p>
      <w:r>
        <w:rPr>
          <w:b/>
        </w:rPr>
        <w:t xml:space="preserve">[1:17:25] </w:t>
      </w:r>
      <w:r>
        <w:t>itminan ke mani hain explanation.</w:t>
      </w:r>
    </w:p>
    <w:p>
      <w:pPr>
        <w:jc w:val="right"/>
      </w:pPr>
      <w:r>
        <w:t>اطمینان کے معنی ہیں ایکسپلینیشن۔</w:t>
      </w:r>
    </w:p>
    <w:p>
      <w:r>
        <w:rPr>
          <w:b/>
        </w:rPr>
        <w:t xml:space="preserve">[1:17:31] </w:t>
      </w:r>
      <w:r>
        <w:t>har aadmi chahta hai ke woh cheezon ko explain kar sake jo duniya mein ho raha hai, is</w:t>
      </w:r>
    </w:p>
    <w:p>
      <w:pPr>
        <w:jc w:val="right"/>
      </w:pPr>
      <w:r>
        <w:t>ہر آدمی چاہتا ہے کہ وہ چیزوں کو ایکسپلین کر سکے جو دنیا میں ہو رہا ہے، اس</w:t>
      </w:r>
    </w:p>
    <w:p>
      <w:r>
        <w:rPr>
          <w:b/>
        </w:rPr>
        <w:t xml:space="preserve">[1:17:37] </w:t>
      </w:r>
      <w:r>
        <w:t>ko explain karna chahta hai.</w:t>
      </w:r>
    </w:p>
    <w:p>
      <w:pPr>
        <w:jc w:val="right"/>
      </w:pPr>
      <w:r>
        <w:t>کو ایکسپلین کرنا چاہتا ہے۔</w:t>
      </w:r>
    </w:p>
    <w:p>
      <w:r>
        <w:rPr>
          <w:b/>
        </w:rPr>
        <w:t xml:space="preserve">[1:17:43] </w:t>
      </w:r>
      <w:r>
        <w:t>آپ جانتے ہیں، انسان کے بارے میں کہا جاتا ہے کہ "man is an explanation-seeking animal."</w:t>
      </w:r>
    </w:p>
    <w:p>
      <w:pPr>
        <w:jc w:val="right"/>
      </w:pPr>
      <w:r>
        <w:t>آپ جانتے ہیں، انسان کے بارے میں کہا جاتا ہے کہ "مان از ا این ایکسپلینیشن سیکنگ اینیمل۔"</w:t>
      </w:r>
    </w:p>
    <w:p>
      <w:r>
        <w:rPr>
          <w:b/>
        </w:rPr>
        <w:t xml:space="preserve">[1:17:49] </w:t>
      </w:r>
      <w:r>
        <w:t>"Man is an explanation-seeking animal." تو اللہ، جب اللہ کو آدمی ڈسکور کرتا ہے، اللہ میں وہ</w:t>
      </w:r>
    </w:p>
    <w:p>
      <w:pPr>
        <w:jc w:val="right"/>
      </w:pPr>
      <w:r>
        <w:t>"مان از این ایکسپلینیشن سیکنگ اینیمل۔" تو اللہ، جب اللہ کو آدمی ڈسکور کرتا ہے، اللہ میں وہ</w:t>
      </w:r>
    </w:p>
    <w:p>
      <w:r>
        <w:rPr>
          <w:b/>
        </w:rPr>
        <w:t xml:space="preserve">[1:17:55] </w:t>
      </w:r>
      <w:r>
        <w:t>yani soch bichar karta hai, is ki is ka contemplation ka focus allah ban jata hai, to is</w:t>
      </w:r>
    </w:p>
    <w:p>
      <w:pPr>
        <w:jc w:val="right"/>
      </w:pPr>
      <w:r>
        <w:t>یعنی سوچ بچار کرتا ہے، اس کی اس کا کنٹمپلیشن کا فوکس اللہ بن جاتا ہے، تو اس</w:t>
      </w:r>
    </w:p>
    <w:p>
      <w:r>
        <w:rPr>
          <w:b/>
        </w:rPr>
        <w:t xml:space="preserve">[1:18:01] </w:t>
      </w:r>
      <w:r>
        <w:t>qabil ho jata hai ke woh cheezon ko explain kar sake, apni life ko, insan ki history ko,</w:t>
      </w:r>
    </w:p>
    <w:p>
      <w:pPr>
        <w:jc w:val="right"/>
      </w:pPr>
      <w:r>
        <w:t>قابل ہو جاتا ہے کہ وہ چیزوں کو ایکسپلین کر سکے، اپنی لائف کو، انسان کی ہسٹری کو،</w:t>
      </w:r>
    </w:p>
    <w:p>
      <w:r>
        <w:rPr>
          <w:b/>
        </w:rPr>
        <w:t xml:space="preserve">[1:18:07] </w:t>
      </w:r>
      <w:r>
        <w:t>duniya ke halaat ko.</w:t>
      </w:r>
    </w:p>
    <w:p>
      <w:pPr>
        <w:jc w:val="right"/>
      </w:pPr>
      <w:r>
        <w:t>دنیا کے حالات کو۔</w:t>
      </w:r>
    </w:p>
    <w:p>
      <w:r>
        <w:rPr>
          <w:b/>
        </w:rPr>
        <w:t xml:space="preserve">[1:18:13] </w:t>
      </w:r>
      <w:r>
        <w:t>to woh explanation mil jata hai insan ko.</w:t>
      </w:r>
    </w:p>
    <w:p>
      <w:pPr>
        <w:jc w:val="right"/>
      </w:pPr>
      <w:r>
        <w:t>تو وہ ایکسپلینیشن مل جاتا ہے انسان کو۔</w:t>
      </w:r>
    </w:p>
    <w:p>
      <w:r>
        <w:rPr>
          <w:b/>
        </w:rPr>
        <w:t xml:space="preserve">[1:18:19] </w:t>
      </w:r>
      <w:r>
        <w:t>is sense mein hai woh.</w:t>
      </w:r>
    </w:p>
    <w:p>
      <w:pPr>
        <w:jc w:val="right"/>
      </w:pPr>
      <w:r>
        <w:t>اس سینس میں ہے وہ۔</w:t>
      </w:r>
    </w:p>
    <w:p>
      <w:r>
        <w:rPr>
          <w:b/>
        </w:rPr>
        <w:t xml:space="preserve">[1:18:25] </w:t>
      </w:r>
      <w:r>
        <w:t>woh woh is bhi sense mein nahin hai ke happiness mil jati hai.</w:t>
      </w:r>
    </w:p>
    <w:p>
      <w:pPr>
        <w:jc w:val="right"/>
      </w:pPr>
      <w:r>
        <w:t>وہ وہ اس بھی سینس میں نہیں ہے کہ ہیپینس مل جاتی ہے۔</w:t>
      </w:r>
    </w:p>
    <w:p>
      <w:r>
        <w:rPr>
          <w:b/>
        </w:rPr>
        <w:t xml:space="preserve">[1:18:31] </w:t>
      </w:r>
      <w:r>
        <w:t>is sense mein nahin hai woh.</w:t>
      </w:r>
    </w:p>
    <w:p>
      <w:pPr>
        <w:jc w:val="right"/>
      </w:pPr>
      <w:r>
        <w:t>اس سینس میں نہیں ہے وہ۔</w:t>
      </w:r>
    </w:p>
    <w:p>
      <w:r>
        <w:rPr>
          <w:b/>
        </w:rPr>
        <w:t xml:space="preserve">[1:18:37] </w:t>
      </w:r>
      <w:r>
        <w:t>molana, agla sawal dilli se hai molana zakwan nadvi sahib ka.</w:t>
      </w:r>
    </w:p>
    <w:p>
      <w:pPr>
        <w:jc w:val="right"/>
      </w:pPr>
      <w:r>
        <w:t>مولانا، اگلا سوال دلی سے ہے مولانا زکوان ندوی صاحب کا۔</w:t>
      </w:r>
    </w:p>
    <w:p>
      <w:r>
        <w:rPr>
          <w:b/>
        </w:rPr>
        <w:t xml:space="preserve">[1:18:43] </w:t>
      </w:r>
      <w:r>
        <w:t>unhon ne likha hai: "quran mein kaha gaya hai ke aye iman walo!</w:t>
      </w:r>
    </w:p>
    <w:p>
      <w:pPr>
        <w:jc w:val="right"/>
      </w:pPr>
      <w:r>
        <w:t>انہوں نے لکھا ہے: "قرآن میں کہا گیا ہے کہ اے ایمان والو!</w:t>
      </w:r>
    </w:p>
    <w:p>
      <w:r>
        <w:rPr>
          <w:b/>
        </w:rPr>
        <w:t xml:space="preserve">[1:18:50] </w:t>
      </w:r>
      <w:r>
        <w:t>agar tum Allah ki madad karoge to Allah tumhari madad karega." yeh chapter 47, verse number</w:t>
      </w:r>
    </w:p>
    <w:p>
      <w:pPr>
        <w:jc w:val="right"/>
      </w:pPr>
      <w:r>
        <w:t>اگر تم اللہ کی مدد کرو گے تو اللہ تمہاری مدد کرے گا۔" یہ چیپٹر 47، ورس نمبر</w:t>
      </w:r>
    </w:p>
    <w:p>
      <w:r>
        <w:rPr>
          <w:b/>
        </w:rPr>
        <w:t xml:space="preserve">[1:18:57] </w:t>
      </w:r>
      <w:r>
        <w:t>seven mein aaya hai.</w:t>
      </w:r>
    </w:p>
    <w:p>
      <w:pPr>
        <w:jc w:val="right"/>
      </w:pPr>
      <w:r>
        <w:t>سیون میں آیا ہے۔</w:t>
      </w:r>
    </w:p>
    <w:p>
      <w:r>
        <w:rPr>
          <w:b/>
        </w:rPr>
        <w:t xml:space="preserve">[1:18:59] </w:t>
      </w:r>
      <w:r>
        <w:t>is aayat mein Allah ki madad karne ka matlab kya hai? is tarah aayat mein bande ko Allah</w:t>
      </w:r>
    </w:p>
    <w:p>
      <w:pPr>
        <w:jc w:val="right"/>
      </w:pPr>
      <w:r>
        <w:t>اس آیت میں اللہ کی مدد کرنے کا مطلب کیا ہے؟ اس طرح آیت میں بندے کو اللہ</w:t>
      </w:r>
    </w:p>
    <w:p>
      <w:r>
        <w:rPr>
          <w:b/>
        </w:rPr>
        <w:t xml:space="preserve">[1:19:07] </w:t>
      </w:r>
      <w:r>
        <w:t>ki madad milne ka matlab kya hai? is ke bare mein bataein.</w:t>
      </w:r>
    </w:p>
    <w:p>
      <w:pPr>
        <w:jc w:val="right"/>
      </w:pPr>
      <w:r>
        <w:t>کی مدد ملنے کا مطلب کیا ہے؟ اس کے بارے میں بتائیں۔</w:t>
      </w:r>
    </w:p>
    <w:p>
      <w:r>
        <w:rPr>
          <w:b/>
        </w:rPr>
        <w:t xml:space="preserve">[1:19:12] </w:t>
      </w:r>
      <w:r>
        <w:t>dekhein, yahan madad se ek sirf ek cheez murad hai yani Allah ki madad se.</w:t>
      </w:r>
    </w:p>
    <w:p>
      <w:pPr>
        <w:jc w:val="right"/>
      </w:pPr>
      <w:r>
        <w:t>دیکھیں، یہاں مدد سے ایک صرف ایک چیز مراد ہے یعنی اللہ کی مدد سے۔</w:t>
      </w:r>
    </w:p>
    <w:p>
      <w:r>
        <w:rPr>
          <w:b/>
        </w:rPr>
        <w:t xml:space="preserve">[1:19:18] </w:t>
      </w:r>
      <w:r>
        <w:t>woh hai da'wat Allah yani Allah ke message ko duniya walon tak pahunchana.</w:t>
      </w:r>
    </w:p>
    <w:p>
      <w:pPr>
        <w:jc w:val="right"/>
      </w:pPr>
      <w:r>
        <w:t>وہ ہے دعوت اللہ یعنی اللہ کے میسج کو دنیا والوں تک پہنچانا۔</w:t>
      </w:r>
    </w:p>
    <w:p>
      <w:r>
        <w:rPr>
          <w:b/>
        </w:rPr>
        <w:t xml:space="preserve">[1:19:24] </w:t>
      </w:r>
      <w:r>
        <w:t>dekhein, Allah taala ko yeh matloob hai ke duniya yeh jaane ke kyun paida kiya Allah taala ne</w:t>
      </w:r>
    </w:p>
    <w:p>
      <w:pPr>
        <w:jc w:val="right"/>
      </w:pPr>
      <w:r>
        <w:t>دیکھیں، اللہ تعالیٰ کو یہ مطلوب ہے کہ دنیا یہ جانے کہ کیوں پیدا کیا اللہ تعالیٰ نے</w:t>
      </w:r>
    </w:p>
    <w:p>
      <w:r>
        <w:rPr>
          <w:b/>
        </w:rPr>
        <w:t xml:space="preserve">[1:19:31] </w:t>
      </w:r>
      <w:r>
        <w:t>انسان کو یعنی "What is the Christian plan of God?" ان باتوں کو بتانے کے لیے خدا خود</w:t>
      </w:r>
    </w:p>
    <w:p>
      <w:pPr>
        <w:jc w:val="right"/>
      </w:pPr>
      <w:r>
        <w:t>انسان کو یعنی "واٹ از دا کرسچن پلان آف گاڈ؟" ان باتوں کو بتانے کے لیے خدا خود</w:t>
      </w:r>
    </w:p>
    <w:p>
      <w:r>
        <w:rPr>
          <w:b/>
        </w:rPr>
        <w:t xml:space="preserve">[1:19:39] </w:t>
      </w:r>
      <w:r>
        <w:t>nahin aayega.</w:t>
      </w:r>
    </w:p>
    <w:p>
      <w:pPr>
        <w:jc w:val="right"/>
      </w:pPr>
      <w:r>
        <w:t>نہیں آئے گا۔</w:t>
      </w:r>
    </w:p>
    <w:p>
      <w:r>
        <w:rPr>
          <w:b/>
        </w:rPr>
        <w:t xml:space="preserve">[1:19:41] </w:t>
      </w:r>
      <w:r>
        <w:t>woh concept galat hai ke Khuda khud aata hai.</w:t>
      </w:r>
    </w:p>
    <w:p>
      <w:pPr>
        <w:jc w:val="right"/>
      </w:pPr>
      <w:r>
        <w:t>وہ کانسیپٹ غلط ہے کہ خدا خود آتا ہے۔</w:t>
      </w:r>
    </w:p>
    <w:p>
      <w:r>
        <w:rPr>
          <w:b/>
        </w:rPr>
        <w:t xml:space="preserve">[1:19:45] </w:t>
      </w:r>
      <w:r>
        <w:t>woh woh sahi nahin hai.</w:t>
      </w:r>
    </w:p>
    <w:p>
      <w:pPr>
        <w:jc w:val="right"/>
      </w:pPr>
      <w:r>
        <w:t>وہ وہ صحیح نہیں ہے۔</w:t>
      </w:r>
    </w:p>
    <w:p>
      <w:r>
        <w:rPr>
          <w:b/>
        </w:rPr>
        <w:t xml:space="preserve">[1:19:47] </w:t>
      </w:r>
      <w:r>
        <w:t>woh toh ek ek ek philosophy hai bas.</w:t>
      </w:r>
    </w:p>
    <w:p>
      <w:pPr>
        <w:jc w:val="right"/>
      </w:pPr>
      <w:r>
        <w:t>وہ تو ایک ایک ایک فلاسفی ہے بس۔</w:t>
      </w:r>
    </w:p>
    <w:p>
      <w:r>
        <w:rPr>
          <w:b/>
        </w:rPr>
        <w:t xml:space="preserve">[1:19:50] </w:t>
      </w:r>
      <w:r>
        <w:t>to Allah ne paighambaron ke zariye yeh ilm bhej diya.</w:t>
      </w:r>
    </w:p>
    <w:p>
      <w:pPr>
        <w:jc w:val="right"/>
      </w:pPr>
      <w:r>
        <w:t>تو اللہ نے پیغمبروں کے ذریعے یہ علم بھیج دیا۔</w:t>
      </w:r>
    </w:p>
    <w:p>
      <w:r>
        <w:rPr>
          <w:b/>
        </w:rPr>
        <w:t xml:space="preserve">[1:19:54] </w:t>
      </w:r>
      <w:r>
        <w:t>ilm, is ilm ko aap har generation mein, har zamane mein logon tak pahunchate rehna hai.</w:t>
      </w:r>
    </w:p>
    <w:p>
      <w:pPr>
        <w:jc w:val="right"/>
      </w:pPr>
      <w:r>
        <w:t>علم، اس علم کو آپ ہر جنریشن میں، ہر زمانے میں لوگوں تک پہنچاتے رہنا ہے۔</w:t>
      </w:r>
    </w:p>
    <w:p>
      <w:r>
        <w:rPr>
          <w:b/>
        </w:rPr>
        <w:t xml:space="preserve">[1:20:01] </w:t>
      </w:r>
      <w:r>
        <w:t>is ko kaha jata hai da'wat il Allah.</w:t>
      </w:r>
    </w:p>
    <w:p>
      <w:pPr>
        <w:jc w:val="right"/>
      </w:pPr>
      <w:r>
        <w:t>اس کو کہا جاتا ہے دعوت الی اللہ۔</w:t>
      </w:r>
    </w:p>
    <w:p>
      <w:r>
        <w:rPr>
          <w:b/>
        </w:rPr>
        <w:t xml:space="preserve">[1:20:05] </w:t>
      </w:r>
      <w:r>
        <w:t>to da'wat il Allah se murad hai woh aur koi doosri murad nahin hai aur koi cheez murad</w:t>
      </w:r>
    </w:p>
    <w:p>
      <w:pPr>
        <w:jc w:val="right"/>
      </w:pPr>
      <w:r>
        <w:t>تو دعوت الی اللہ سے مراد ہے وہ اور کوئی دوسری مراد نہیں ہے اور کوئی چیز مراد</w:t>
      </w:r>
    </w:p>
    <w:p>
      <w:r>
        <w:rPr>
          <w:b/>
        </w:rPr>
        <w:t xml:space="preserve">[1:20:12] </w:t>
      </w:r>
      <w:r>
        <w:t>nahin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[1:20:14] </w:t>
      </w:r>
      <w:r>
        <w:t>aaj kal jo qaumi ladaiyan hain musalmanon ki, woh hargiz murad nahin hain.</w:t>
      </w:r>
    </w:p>
    <w:p>
      <w:pPr>
        <w:jc w:val="right"/>
      </w:pPr>
      <w:r>
        <w:t>آج کل جو قومی لڑائیاں ہیں مسلمانوں کی، وہ ہرگز مراد نہیں ہیں۔</w:t>
      </w:r>
    </w:p>
    <w:p>
      <w:r>
        <w:rPr>
          <w:b/>
        </w:rPr>
        <w:t xml:space="preserve">[1:20:19] </w:t>
      </w:r>
      <w:r>
        <w:t>agar hoti to do sau saal se lad rahe hain musalman, ab tak jeet chuke ho, woh chuke</w:t>
      </w:r>
    </w:p>
    <w:p>
      <w:pPr>
        <w:jc w:val="right"/>
      </w:pPr>
      <w:r>
        <w:t>اگر ہوتی تو دو سو سال سے لڑ رہے ہیں مسلمان، اب تک جیت چکے ہو، وہ چکے</w:t>
      </w:r>
    </w:p>
    <w:p>
      <w:r>
        <w:rPr>
          <w:b/>
        </w:rPr>
        <w:t xml:space="preserve">[1:20:27]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[1:20:29] </w:t>
      </w:r>
      <w:r>
        <w:t>kahan jeete hain? woh tabaah ho rahe hain sirf.</w:t>
      </w:r>
    </w:p>
    <w:p>
      <w:pPr>
        <w:jc w:val="right"/>
      </w:pPr>
      <w:r>
        <w:t>کہاں جیتے ہیں؟ وہ تباہ ہو رہے ہیں صرف۔</w:t>
      </w:r>
    </w:p>
    <w:p>
      <w:r>
        <w:rPr>
          <w:b/>
        </w:rPr>
        <w:t xml:space="preserve">[1:20:33] </w:t>
      </w:r>
      <w:r>
        <w:t>to da'wat il Allah ka kaam karne ke liye jo log uthein ge, un ki hesiyat yeh hogi</w:t>
      </w:r>
    </w:p>
    <w:p>
      <w:pPr>
        <w:jc w:val="right"/>
      </w:pPr>
      <w:r>
        <w:t>تو دعوت الی اللہ کا کام کرنے کے لیے جو لوگ اٹھیں گے، ان کی حیثیت یہ ہوگی</w:t>
      </w:r>
    </w:p>
    <w:p>
      <w:r>
        <w:rPr>
          <w:b/>
        </w:rPr>
        <w:t xml:space="preserve">[1:20:40] </w:t>
      </w:r>
      <w:r>
        <w:t>ke woh Khuda ka kaam woh kar rahe hain.</w:t>
      </w:r>
    </w:p>
    <w:p>
      <w:pPr>
        <w:jc w:val="right"/>
      </w:pPr>
      <w:r>
        <w:t>کہ وہ خدا کا کام وہ کر رہے ہیں۔</w:t>
      </w:r>
    </w:p>
    <w:p>
      <w:r>
        <w:rPr>
          <w:b/>
        </w:rPr>
        <w:t xml:space="preserve">[1:20:44] </w:t>
      </w:r>
      <w:r>
        <w:t>to is mein woh zaroor kamyabi hogi.</w:t>
      </w:r>
    </w:p>
    <w:p>
      <w:pPr>
        <w:jc w:val="right"/>
      </w:pPr>
      <w:r>
        <w:t>تو اس میں وہ ضرور کامیابی ہوگی۔</w:t>
      </w:r>
    </w:p>
    <w:p>
      <w:r>
        <w:rPr>
          <w:b/>
        </w:rPr>
        <w:t xml:space="preserve">[1:20:47] </w:t>
      </w:r>
      <w:r>
        <w:t>un ko kamyabi is sense mein nahi ke hukoomat banayen ge.</w:t>
      </w:r>
    </w:p>
    <w:p>
      <w:pPr>
        <w:jc w:val="right"/>
      </w:pPr>
      <w:r>
        <w:t>ان کو کامیابی اس سینس میں نہیں کہ حکومت بنائیں گے۔</w:t>
      </w:r>
    </w:p>
    <w:p>
      <w:r>
        <w:rPr>
          <w:b/>
        </w:rPr>
        <w:t xml:space="preserve">[1:20:52] </w:t>
      </w:r>
      <w:r>
        <w:t>woh yeh bhi samajh lijiye, har giz har giz is ka matlab yeh nahi ke un ki hukoomaten ban jayen</w:t>
      </w:r>
    </w:p>
    <w:p>
      <w:pPr>
        <w:jc w:val="right"/>
      </w:pPr>
      <w:r>
        <w:t>وہ یہ بھی سمجھ لیجئے، ہرگز ہرگز اس کا مطلب یہ نہیں کہ ان کی حکومتیں بن جائیں</w:t>
      </w:r>
    </w:p>
    <w:p>
      <w:r>
        <w:rPr>
          <w:b/>
        </w:rPr>
        <w:t xml:space="preserve">[1:21:00]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[1:21:01] </w:t>
      </w:r>
      <w:r>
        <w:t>nahi, baat jo asal target hai, us ko achieve karne mein kamyabi hai.</w:t>
      </w:r>
    </w:p>
    <w:p>
      <w:pPr>
        <w:jc w:val="right"/>
      </w:pPr>
      <w:r>
        <w:t>نہیں، بات جو اصل ٹارگٹ ہے، اس کو اچیو کرنے میں کامیابی ہے۔</w:t>
      </w:r>
    </w:p>
    <w:p>
      <w:r>
        <w:rPr>
          <w:b/>
        </w:rPr>
        <w:t xml:space="preserve">[1:21:07] </w:t>
      </w:r>
      <w:r>
        <w:t>target kiya hai? pohnchana.</w:t>
      </w:r>
    </w:p>
    <w:p>
      <w:pPr>
        <w:jc w:val="right"/>
      </w:pPr>
      <w:r>
        <w:t>ٹارگٹ کیا ہے؟ پہنچانا۔</w:t>
      </w:r>
    </w:p>
    <w:p>
      <w:r>
        <w:rPr>
          <w:b/>
        </w:rPr>
        <w:t xml:space="preserve">[1:21:08] </w:t>
      </w:r>
      <w:r>
        <w:t>"wama alaina illal balagh." to pohnchanay mein unhein Allah ki madad se woh kamyab ho jayen ge.</w:t>
      </w:r>
    </w:p>
    <w:p>
      <w:pPr>
        <w:jc w:val="right"/>
      </w:pPr>
      <w:r>
        <w:t>"وما علینا الا البلاغ۔" تو پہنچانے میں انہیں اللہ کی مدد سے وہ کامیاب ہو جائیں گے۔</w:t>
      </w:r>
    </w:p>
    <w:p>
      <w:r>
        <w:rPr>
          <w:b/>
        </w:rPr>
        <w:t xml:space="preserve">[1:21:16] </w:t>
      </w:r>
      <w:r>
        <w:t>koi un ko rok nahi paye ga.</w:t>
      </w:r>
    </w:p>
    <w:p>
      <w:pPr>
        <w:jc w:val="right"/>
      </w:pPr>
      <w:r>
        <w:t>کوئی ان کو روک نہیں پائے گا۔</w:t>
      </w:r>
    </w:p>
    <w:p>
      <w:r>
        <w:rPr>
          <w:b/>
        </w:rPr>
        <w:t xml:space="preserve">[1:21:19] </w:t>
      </w:r>
      <w:r>
        <w:t>to Allah ki madad se murad hai dawat Allah aur is mamle mein Allah ki nusrat se murad</w:t>
      </w:r>
    </w:p>
    <w:p>
      <w:pPr>
        <w:jc w:val="right"/>
      </w:pPr>
      <w:r>
        <w:t>تو اللہ کی مدد سے مراد ہے دعوت اللہ اور اس معاملے میں اللہ کی نصرت سے مراد</w:t>
      </w:r>
    </w:p>
    <w:p>
      <w:r>
        <w:rPr>
          <w:b/>
        </w:rPr>
        <w:t xml:space="preserve">[1:21:26] </w:t>
      </w:r>
      <w:r>
        <w:t>yeh hai ke woh apne target ko yani baat ko pohnchanay ke mamle mein koi bhi un ka</w:t>
      </w:r>
    </w:p>
    <w:p>
      <w:pPr>
        <w:jc w:val="right"/>
      </w:pPr>
      <w:r>
        <w:t>یہ ہے کہ وہ اپنے ٹارگٹ کو یعنی بات کو پہنچانے کے معاملے میں کوئی بھی ان کا</w:t>
      </w:r>
    </w:p>
    <w:p>
      <w:r>
        <w:rPr>
          <w:b/>
        </w:rPr>
        <w:t xml:space="preserve">[1:21:34] </w:t>
      </w:r>
      <w:r>
        <w:t>rasta rok nahi paye ga.</w:t>
      </w:r>
    </w:p>
    <w:p>
      <w:pPr>
        <w:jc w:val="right"/>
      </w:pPr>
      <w:r>
        <w:t>راستہ روک نہیں پائے گا۔</w:t>
      </w:r>
    </w:p>
    <w:p>
      <w:r>
        <w:rPr>
          <w:b/>
        </w:rPr>
        <w:t xml:space="preserve">[1:21:36] </w:t>
      </w:r>
      <w:r>
        <w:t>woh zaroor is target ko achieve kar payen ge.</w:t>
      </w:r>
    </w:p>
    <w:p>
      <w:pPr>
        <w:jc w:val="right"/>
      </w:pPr>
      <w:r>
        <w:t>وہ ضرور اس ٹارگٹ کو اچیو کر پائیں گے۔</w:t>
      </w:r>
    </w:p>
    <w:p>
      <w:r>
        <w:rPr>
          <w:b/>
        </w:rPr>
        <w:t xml:space="preserve">[1:21:40]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[1:21:42] </w:t>
      </w:r>
      <w:r>
        <w:t>maulana, agla sawal roorkee se hai sajid anwar sahab ka.</w:t>
      </w:r>
    </w:p>
    <w:p>
      <w:pPr>
        <w:jc w:val="right"/>
      </w:pPr>
      <w:r>
        <w:t>مولانا، اگلا سوال روڑکی سے ہے ساجد انور صاحب کا۔</w:t>
      </w:r>
    </w:p>
    <w:p>
      <w:r>
        <w:rPr>
          <w:b/>
        </w:rPr>
        <w:t xml:space="preserve">[1:21:46] </w:t>
      </w:r>
      <w:r>
        <w:t>انہوں نے لکھا ہے: "مولانا، in the Quran God has mentioned many incidents related to the life of</w:t>
      </w:r>
    </w:p>
    <w:p>
      <w:pPr>
        <w:jc w:val="right"/>
      </w:pPr>
      <w:r>
        <w:t>انہوں نے لکھا ہے: "مولانا، ان دا قرآن گاڈ ہیز مینشن مینی انسیڈنٹس ریلیٹڈ ٹو دا لائف آف</w:t>
      </w:r>
    </w:p>
    <w:p>
      <w:r>
        <w:rPr>
          <w:b/>
        </w:rPr>
        <w:t xml:space="preserve">[1:21:54] </w:t>
      </w:r>
      <w:r>
        <w:t>The prophets like Adam, Noah, David, Solomon, etc.</w:t>
      </w:r>
    </w:p>
    <w:p>
      <w:pPr>
        <w:jc w:val="right"/>
      </w:pPr>
      <w:r>
        <w:t>دی پرافٹس لائک ایڈم، نوحہ، ڈیوڈ، سولومن، ایٹسیٹرا۔</w:t>
      </w:r>
    </w:p>
    <w:p>
      <w:r>
        <w:rPr>
          <w:b/>
        </w:rPr>
        <w:t xml:space="preserve">[1:21:58] </w:t>
      </w:r>
      <w:r>
        <w:t>These incidents clearly indicate that these prophets also realized their mistakes and turned towards God Almighty in repentance.</w:t>
      </w:r>
    </w:p>
    <w:p>
      <w:pPr>
        <w:jc w:val="right"/>
      </w:pPr>
      <w:r>
        <w:t>دیز انسیڈنٹس کلیئرلی انڈیکیٹ دیٹ دیز پرافٹس السو ریلائز دیر مسٹیکس اینڈ ٹرن ٹورڈز گاڈ المائٹی ان ریپینٹنس۔</w:t>
      </w:r>
    </w:p>
    <w:p>
      <w:r>
        <w:rPr>
          <w:b/>
        </w:rPr>
        <w:t xml:space="preserve">[1:22:05] </w:t>
      </w:r>
      <w:r>
        <w:t>However, attitude of today's Muslims are in absolute contrast to the examples of these prophets as they</w:t>
      </w:r>
    </w:p>
    <w:p>
      <w:pPr>
        <w:jc w:val="right"/>
      </w:pPr>
      <w:r>
        <w:t>ہاؤ ایور، ایٹیٹیوڈ آف ٹوڈے مسلمز آر ان ایبسولیوٹ کنٹراسٹ ٹو دا ایگزیمپلز آف دیز پرافٹس ایز دے</w:t>
      </w:r>
    </w:p>
    <w:p>
      <w:r>
        <w:rPr>
          <w:b/>
        </w:rPr>
        <w:t xml:space="preserve">[1:22:13] </w:t>
      </w:r>
      <w:r>
        <w:t>Do not retract from their violent culture.</w:t>
      </w:r>
    </w:p>
    <w:p>
      <w:pPr>
        <w:jc w:val="right"/>
      </w:pPr>
      <w:r>
        <w:t>ڈو ناٹ ریٹریکٹ فرام دیر وائلنٹ کلچر۔</w:t>
      </w:r>
    </w:p>
    <w:p>
      <w:r>
        <w:rPr>
          <w:b/>
        </w:rPr>
        <w:t xml:space="preserve">[1:22:16] </w:t>
      </w:r>
      <w:r>
        <w:t>Is it not a clear proof that today Muslims derive their ideology from somewhere other than the</w:t>
      </w:r>
    </w:p>
    <w:p>
      <w:pPr>
        <w:jc w:val="right"/>
      </w:pPr>
      <w:r>
        <w:t>از اٹ ناٹ ا کلیئر پروف دیٹ ٹوڈے مسلمز ڈیرائیو دیر آئیڈیالوجی فرام سم ویر ادر دین دا</w:t>
      </w:r>
    </w:p>
    <w:p>
      <w:r>
        <w:rPr>
          <w:b/>
        </w:rPr>
        <w:t xml:space="preserve">[1:22:24] </w:t>
      </w:r>
      <w:r>
        <w:t>quran? kindly comment.</w:t>
      </w:r>
    </w:p>
    <w:p>
      <w:pPr>
        <w:jc w:val="right"/>
      </w:pPr>
      <w:r>
        <w:t>قرآن؟" کائنڈلی کمنٹ۔</w:t>
      </w:r>
    </w:p>
    <w:p>
      <w:r>
        <w:rPr>
          <w:b/>
        </w:rPr>
        <w:t xml:space="preserve">[1:22:25] </w:t>
      </w:r>
      <w:r>
        <w:t>kya matlab hai? maulana, woh yeh keh rahe hain ke jo prophets ki zindagi se dekha gaya hai</w:t>
      </w:r>
    </w:p>
    <w:p>
      <w:pPr>
        <w:jc w:val="right"/>
      </w:pPr>
      <w:r>
        <w:t>کیا مطلب ہے؟ مولانا، وہ یہ کہہ رہے ہیں کہ جو پرافٹس کی زندگی سے دیکھا گیا ہے</w:t>
      </w:r>
    </w:p>
    <w:p>
      <w:r>
        <w:rPr>
          <w:b/>
        </w:rPr>
        <w:t xml:space="preserve">[1:22:33] </w:t>
      </w:r>
      <w:r>
        <w:t>ke unhon ne bhi kuch ghaltiyan keen lekin unhon ne woh repentance ki.</w:t>
      </w:r>
    </w:p>
    <w:p>
      <w:pPr>
        <w:jc w:val="right"/>
      </w:pPr>
      <w:r>
        <w:t>کہ انہوں نے بھی کچھ غلطیاں کیں لیکن انہوں نے وہ ریپینٹنس کی۔</w:t>
      </w:r>
    </w:p>
    <w:p>
      <w:r>
        <w:rPr>
          <w:b/>
        </w:rPr>
        <w:t xml:space="preserve">[1:22:39] </w:t>
      </w:r>
      <w:r>
        <w:t>unhon ne is ke baad lekin agar un se aaj ke muslims ko compare kiya jaye to aaj</w:t>
      </w:r>
    </w:p>
    <w:p>
      <w:pPr>
        <w:jc w:val="right"/>
      </w:pPr>
      <w:r>
        <w:t>انہوں نے اس کے بعد لیکن اگر ان سے آج کے مسلمز کو کمپیئر کیا جائے تو آج</w:t>
      </w:r>
    </w:p>
    <w:p>
      <w:r>
        <w:rPr>
          <w:b/>
        </w:rPr>
        <w:t xml:space="preserve">[1:22:46] </w:t>
      </w:r>
      <w:r>
        <w:t>ke muslims jo hain woh apni aik to maulana ghalti nahi mante aur violent culture ko ikhtiyar kiya</w:t>
      </w:r>
    </w:p>
    <w:p>
      <w:pPr>
        <w:jc w:val="right"/>
      </w:pPr>
      <w:r>
        <w:t>کے مسلمز جو ہیں وہ اپنی ایک تو مولانا غلطی نہیں مانتے اور وائلنٹ کلچر کو اختیار کیا</w:t>
      </w:r>
    </w:p>
    <w:p>
      <w:r>
        <w:rPr>
          <w:b/>
        </w:rPr>
        <w:t xml:space="preserve">[1:22:54] </w:t>
      </w:r>
      <w:r>
        <w:t>hua hai unhon ne.</w:t>
      </w:r>
    </w:p>
    <w:p>
      <w:pPr>
        <w:jc w:val="right"/>
      </w:pPr>
      <w:r>
        <w:t>ہوا ہے انہوں نے۔</w:t>
      </w:r>
    </w:p>
    <w:p>
      <w:r>
        <w:rPr>
          <w:b/>
        </w:rPr>
        <w:t xml:space="preserve">[1:22:56] </w:t>
      </w:r>
      <w:r>
        <w:t>to kya yeh kaha ja sakta hai ke un ki jo ideology hai woh un ko quran se</w:t>
      </w:r>
    </w:p>
    <w:p>
      <w:pPr>
        <w:jc w:val="right"/>
      </w:pPr>
      <w:r>
        <w:t>تو کیا یہ کہا جا سکتا ہے کہ ان کی جو آئیڈیالوجی ہے وہ ان کو قرآن سے</w:t>
      </w:r>
    </w:p>
    <w:p>
      <w:r>
        <w:rPr>
          <w:b/>
        </w:rPr>
        <w:t xml:space="preserve">[1:23:03] </w:t>
      </w:r>
      <w:r>
        <w:t>nahi, kahin aur se mil rahi hai? is se yeh matlab lagta hai.</w:t>
      </w:r>
    </w:p>
    <w:p>
      <w:pPr>
        <w:jc w:val="right"/>
      </w:pPr>
      <w:r>
        <w:t>نہیں، کہیں اور سے مل رہی ہے؟ اس سے یہ مطلب لگتا ہے۔</w:t>
      </w:r>
    </w:p>
    <w:p>
      <w:r>
        <w:rPr>
          <w:b/>
        </w:rPr>
        <w:t xml:space="preserve">[1:23:09] </w:t>
      </w:r>
      <w:r>
        <w:t>nahi, dekhen, woh ghalti wali baat alag hai, woh baat alag hai.</w:t>
      </w:r>
    </w:p>
    <w:p>
      <w:pPr>
        <w:jc w:val="right"/>
      </w:pPr>
      <w:r>
        <w:t>نہیں، دیکھیں، وہ غلطی والی بات الگ ہے، وہ بات الگ ہے۔</w:t>
      </w:r>
    </w:p>
    <w:p>
      <w:r>
        <w:rPr>
          <w:b/>
        </w:rPr>
        <w:t xml:space="preserve">[1:23:14] </w:t>
      </w:r>
      <w:r>
        <w:t>donon ko woh nahi karna chahiye.</w:t>
      </w:r>
    </w:p>
    <w:p>
      <w:pPr>
        <w:jc w:val="right"/>
      </w:pPr>
      <w:r>
        <w:t>دونوں کو وہ نہیں کرنا چاہیے۔</w:t>
      </w:r>
    </w:p>
    <w:p>
      <w:r>
        <w:rPr>
          <w:b/>
        </w:rPr>
        <w:t xml:space="preserve">[1:23:17] </w:t>
      </w:r>
      <w:r>
        <w:t>ji haan, abhi jo musalman jo ladai bhadai kar rahe hain, us ko jihad kehte hain.</w:t>
      </w:r>
    </w:p>
    <w:p>
      <w:pPr>
        <w:jc w:val="right"/>
      </w:pPr>
      <w:r>
        <w:t>جی ہاں، ابھی جو مسلمان جو لڑائی بھڑائی کر رہے ہیں، اس کو جہاد کہتے ہیں۔</w:t>
      </w:r>
    </w:p>
    <w:p>
      <w:r>
        <w:rPr>
          <w:b/>
        </w:rPr>
        <w:t xml:space="preserve">[1:23:24] </w:t>
      </w:r>
      <w:r>
        <w:t>yeh to bilkul baseless hai yani is ka talluq kuch bhi quran se nahi hai.</w:t>
      </w:r>
    </w:p>
    <w:p>
      <w:pPr>
        <w:jc w:val="right"/>
      </w:pPr>
      <w:r>
        <w:t>یہ تو بالکل بیسلیس ہے یعنی اس کا تعلق کچھ بھی قرآن سے نہیں ہے۔</w:t>
      </w:r>
    </w:p>
    <w:p>
      <w:r>
        <w:rPr>
          <w:b/>
        </w:rPr>
        <w:t xml:space="preserve">[1:23:30] </w:t>
      </w:r>
      <w:r>
        <w:t>kahin quran mein is tarah ki ladaaiyon ka zikr nahi hai.</w:t>
      </w:r>
    </w:p>
    <w:p>
      <w:pPr>
        <w:jc w:val="right"/>
      </w:pPr>
      <w:r>
        <w:t>کہیں قرآن میں اس طرح کی لڑائیوں کا ذکر نہیں ہے۔</w:t>
      </w:r>
    </w:p>
    <w:p>
      <w:r>
        <w:rPr>
          <w:b/>
        </w:rPr>
        <w:t xml:space="preserve">[1:23:35] </w:t>
      </w:r>
      <w:r>
        <w:t>yeh to quran in ko disown kar raha hai.</w:t>
      </w:r>
    </w:p>
    <w:p>
      <w:pPr>
        <w:jc w:val="right"/>
      </w:pPr>
      <w:r>
        <w:t>یہ تو قرآن ان کو ڈس اون کر رہا ہے۔</w:t>
      </w:r>
    </w:p>
    <w:p>
      <w:r>
        <w:rPr>
          <w:b/>
        </w:rPr>
        <w:t xml:space="preserve">[1:23:39] </w:t>
      </w:r>
      <w:r>
        <w:t>disown karne ki wajah se har jagah woh haar rahe hain.</w:t>
      </w:r>
    </w:p>
    <w:p>
      <w:pPr>
        <w:jc w:val="right"/>
      </w:pPr>
      <w:r>
        <w:t>ڈس اون کرنے کی وجہ سے ہر جگہ وہ ہار رہے ہیں۔</w:t>
      </w:r>
    </w:p>
    <w:p>
      <w:r>
        <w:rPr>
          <w:b/>
        </w:rPr>
        <w:t xml:space="preserve">[1:23:44] </w:t>
      </w:r>
      <w:r>
        <w:t>to woh alag masla hai yani woh is ko kehte hain ijtihadi khata.</w:t>
      </w:r>
    </w:p>
    <w:p>
      <w:pPr>
        <w:jc w:val="right"/>
      </w:pPr>
      <w:r>
        <w:t>تو وہ الگ مسئلہ ہے یعنی وہ اس کو کہتے ہیں اجتہادی خطا۔</w:t>
      </w:r>
    </w:p>
    <w:p>
      <w:r>
        <w:rPr>
          <w:b/>
        </w:rPr>
        <w:t xml:space="preserve">[1:23:50] </w:t>
      </w:r>
      <w:r>
        <w:t>ji, paighambaron se ijtihadi khata hoti hai, woh ek alag masla hai.</w:t>
      </w:r>
    </w:p>
    <w:p>
      <w:pPr>
        <w:jc w:val="right"/>
      </w:pPr>
      <w:r>
        <w:t>جی، پیغمبروں سے اجتہادی خطا ہوتی ہے، وہ ایک الگ مسئلہ ہے۔</w:t>
      </w:r>
    </w:p>
    <w:p>
      <w:r>
        <w:rPr>
          <w:b/>
        </w:rPr>
        <w:t xml:space="preserve">[1:23:55] </w:t>
      </w:r>
      <w:r>
        <w:t>ji, lekin yeh jo musalman ladaaiyan lad rahe hain, yeh to koi shaq nahi ke hargiz na to</w:t>
      </w:r>
    </w:p>
    <w:p>
      <w:pPr>
        <w:jc w:val="right"/>
      </w:pPr>
      <w:r>
        <w:t>جی، لیکن یہ جو مسلمان لڑائیاں لڑ رہے ہیں، یہ تو کوئی شک نہیں کہ ہرگز نہ تو</w:t>
      </w:r>
    </w:p>
    <w:p>
      <w:r>
        <w:rPr>
          <w:b/>
        </w:rPr>
        <w:t xml:space="preserve">[1:24:03] </w:t>
      </w:r>
      <w:r>
        <w:t>jihad hai na islam hai.</w:t>
      </w:r>
    </w:p>
    <w:p>
      <w:pPr>
        <w:jc w:val="right"/>
      </w:pPr>
      <w:r>
        <w:t>جہاد ہے نہ اسلام ہے۔</w:t>
      </w:r>
    </w:p>
    <w:p>
      <w:r>
        <w:rPr>
          <w:b/>
        </w:rPr>
        <w:t xml:space="preserve">[1:24:05] </w:t>
      </w:r>
      <w:r>
        <w:t>yeh baseless activities hain jin ka faida na dunya mein hai na akhirat mein.</w:t>
      </w:r>
    </w:p>
    <w:p>
      <w:pPr>
        <w:jc w:val="right"/>
      </w:pPr>
      <w:r>
        <w:t>یہ بیسلیس ایکٹیویٹیز ہیں جن کا فائدہ نہ دنیا میں ہے نہ آخرت میں۔</w:t>
      </w:r>
    </w:p>
    <w:p>
      <w:r>
        <w:rPr>
          <w:b/>
        </w:rPr>
        <w:t xml:space="preserve">[1:24:11] </w:t>
      </w:r>
      <w:r>
        <w:t>is mein to koi shaq nahi hai, na in ko dunya mein koi faida milne wala hai na</w:t>
      </w:r>
    </w:p>
    <w:p>
      <w:pPr>
        <w:jc w:val="right"/>
      </w:pPr>
      <w:r>
        <w:t>اس میں تو کوئی شک نہیں ہے، نہ ان کو دنیا میں کوئی فائدہ ملنے والا ہے نہ</w:t>
      </w:r>
    </w:p>
    <w:p>
      <w:r>
        <w:rPr>
          <w:b/>
        </w:rPr>
        <w:t xml:space="preserve">[1:24:18] </w:t>
      </w:r>
      <w:r>
        <w:t>akhirat mein in ko kuch faida milne wala hai.</w:t>
      </w:r>
    </w:p>
    <w:p>
      <w:pPr>
        <w:jc w:val="right"/>
      </w:pPr>
      <w:r>
        <w:t>آخرت میں ان کو کچھ فائدہ ملنے والا ہے۔</w:t>
      </w:r>
    </w:p>
    <w:p>
      <w:r>
        <w:rPr>
          <w:b/>
        </w:rPr>
        <w:t xml:space="preserve">[1:24:22] </w:t>
      </w:r>
      <w:r>
        <w:t>koi talluq in ka islam se nahi hai, deen se nahi hai, kuch bhi nahi hai.</w:t>
      </w:r>
    </w:p>
    <w:p>
      <w:pPr>
        <w:jc w:val="right"/>
      </w:pPr>
      <w:r>
        <w:t>کوئی تعلق ان کا اسلام سے نہیں ہے، دین سے نہیں ہے، کچھ بھی نہیں ہے۔</w:t>
      </w:r>
    </w:p>
    <w:p>
      <w:r>
        <w:rPr>
          <w:b/>
        </w:rPr>
        <w:t xml:space="preserve">[1:24:29] </w:t>
      </w:r>
      <w:r>
        <w:t>is par to bohat likha hai aap ne.</w:t>
      </w:r>
    </w:p>
    <w:p>
      <w:pPr>
        <w:jc w:val="right"/>
      </w:pPr>
      <w:r>
        <w:t>اس پر تو بہت لکھا ہے آپ نے۔</w:t>
      </w:r>
    </w:p>
    <w:p>
      <w:r>
        <w:rPr>
          <w:b/>
        </w:rPr>
        <w:t xml:space="preserve">[1:24:33] </w:t>
      </w:r>
      <w:r>
        <w:t>aap yani kafi literature maujood hai is ke is ke baray mein.</w:t>
      </w:r>
    </w:p>
    <w:p>
      <w:pPr>
        <w:jc w:val="right"/>
      </w:pPr>
      <w:r>
        <w:t>آپ یعنی کافی لٹریچر موجود ہے اس کے اس کے بارے میں۔</w:t>
      </w:r>
    </w:p>
    <w:p>
      <w:r>
        <w:rPr>
          <w:b/>
        </w:rPr>
        <w:t xml:space="preserve">[1:24:38] </w:t>
      </w:r>
      <w:r>
        <w:t>maulana, agla sawal dilli se hai maulana sharq hussain sahib ka.</w:t>
      </w:r>
    </w:p>
    <w:p>
      <w:pPr>
        <w:jc w:val="right"/>
      </w:pPr>
      <w:r>
        <w:t>مولانا، اگلا سوال دلی سے ہے مولانا شارق حسین صاحب کا۔</w:t>
      </w:r>
    </w:p>
    <w:p>
      <w:r>
        <w:rPr>
          <w:b/>
        </w:rPr>
        <w:t xml:space="preserve">[1:24:42] </w:t>
      </w:r>
      <w:r>
        <w:t>unhon ne likha hai: "quran mein bataya gaya hai ke sacha momin woh hai jis ko us ki</w:t>
      </w:r>
    </w:p>
    <w:p>
      <w:pPr>
        <w:jc w:val="right"/>
      </w:pPr>
      <w:r>
        <w:t>انہوں نے لکھا ہے: "قرآن میں بتایا گیا ہے کہ سچا مومن وہ ہے جس کو اس کی</w:t>
      </w:r>
    </w:p>
    <w:p>
      <w:r>
        <w:rPr>
          <w:b/>
        </w:rPr>
        <w:t xml:space="preserve">[1:24:50] </w:t>
      </w:r>
      <w:r>
        <w:t>tijarat aur us ki khareed o farokht allah ke zikr se ghafil nahi karti." yeh chapter 24, verse</w:t>
      </w:r>
    </w:p>
    <w:p>
      <w:pPr>
        <w:jc w:val="right"/>
      </w:pPr>
      <w:r>
        <w:t>تجارت اور اس کی خرید و فروخت اللہ کے ذکر سے غافل نہیں کرتی۔" یہ چیپٹر 24، ورس</w:t>
      </w:r>
    </w:p>
    <w:p>
      <w:r>
        <w:rPr>
          <w:b/>
        </w:rPr>
        <w:t xml:space="preserve">[1:24:58] </w:t>
      </w:r>
      <w:r>
        <w:t>number 37 mein aaya hai.</w:t>
      </w:r>
    </w:p>
    <w:p>
      <w:pPr>
        <w:jc w:val="right"/>
      </w:pPr>
      <w:r>
        <w:t>نمبر 37 میں آیا ہے۔</w:t>
      </w:r>
    </w:p>
    <w:p>
      <w:r>
        <w:rPr>
          <w:b/>
        </w:rPr>
        <w:t xml:space="preserve">[1:25:00] </w:t>
      </w:r>
      <w:r>
        <w:t>maulana sahib, mera sawal yeh hai ke is ayat ka matlab kya hai? is ko wazeh karen.</w:t>
      </w:r>
    </w:p>
    <w:p>
      <w:pPr>
        <w:jc w:val="right"/>
      </w:pPr>
      <w:r>
        <w:t>مولانا صاحب، میرا سوال یہ ہے کہ اس آیت کا مطلب کیا ہے؟ اس کو واضح کریں۔</w:t>
      </w:r>
    </w:p>
    <w:p>
      <w:r>
        <w:rPr>
          <w:b/>
        </w:rPr>
        <w:t xml:space="preserve">[1:25:07] </w:t>
      </w:r>
      <w:r>
        <w:t>yeh wohi jo abhi maine arz kiya ke koi bhi aap activity kar rahe hon, har activity</w:t>
      </w:r>
    </w:p>
    <w:p>
      <w:pPr>
        <w:jc w:val="right"/>
      </w:pPr>
      <w:r>
        <w:t>یہ وہی جو ابھی میں نے عرض کیا کہ کوئی بھی آپ ایکٹیویٹی کر رہے ہوں، ہر ایکٹیویٹی</w:t>
      </w:r>
    </w:p>
    <w:p>
      <w:r>
        <w:rPr>
          <w:b/>
        </w:rPr>
        <w:t xml:space="preserve">[1:25:15] </w:t>
      </w:r>
      <w:r>
        <w:t>ke darmiyan aap ko point of reference milte rehte hain jin ke zariye aap allah ko yaad karte</w:t>
      </w:r>
    </w:p>
    <w:p>
      <w:pPr>
        <w:jc w:val="right"/>
      </w:pPr>
      <w:r>
        <w:t>کے درمیان آپ کو پوائنٹ آف ریفرنس ملتے رہتے ہیں جن کے ذریعے آپ اللہ کو یاد کرتے</w:t>
      </w:r>
    </w:p>
    <w:p>
      <w:r>
        <w:rPr>
          <w:b/>
        </w:rPr>
        <w:t xml:space="preserve">[1:25:23] </w:t>
      </w:r>
      <w:r>
        <w:t>rahen.</w:t>
      </w:r>
    </w:p>
    <w:p>
      <w:pPr>
        <w:jc w:val="right"/>
      </w:pPr>
      <w:r>
        <w:t>رہیں۔</w:t>
      </w:r>
    </w:p>
    <w:p>
      <w:r>
        <w:rPr>
          <w:b/>
        </w:rPr>
        <w:t xml:space="preserve">[1:25:24] </w:t>
      </w:r>
      <w:r>
        <w:t>har activity mein misaal ke taur par ek ek businessman hai, woh apne office mein baitha hua</w:t>
      </w:r>
    </w:p>
    <w:p>
      <w:pPr>
        <w:jc w:val="right"/>
      </w:pPr>
      <w:r>
        <w:t>ہر ایکٹیویٹی میں مثال کے طور پر ایک ایک بزنس مین ہے، وہ اپنے آفس میں بیٹھا ہوا</w:t>
      </w:r>
    </w:p>
    <w:p>
      <w:r>
        <w:rPr>
          <w:b/>
        </w:rPr>
        <w:t xml:space="preserve">[1:25:32]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[1:25:33] </w:t>
      </w:r>
      <w:r>
        <w:t>ab us ko us ki telephone ghanti bajti hai.</w:t>
      </w:r>
    </w:p>
    <w:p>
      <w:pPr>
        <w:jc w:val="right"/>
      </w:pPr>
      <w:r>
        <w:t>اب اس کو اس کی ٹیلی فون گھنٹی بجتی ہے۔</w:t>
      </w:r>
    </w:p>
    <w:p>
      <w:r>
        <w:rPr>
          <w:b/>
        </w:rPr>
        <w:t xml:space="preserve">[1:25:38] </w:t>
      </w:r>
      <w:r>
        <w:t>maloom hua ke bees hazar kilometer se door aik aadmi telephone kar raha hai is ko aur</w:t>
      </w:r>
    </w:p>
    <w:p>
      <w:pPr>
        <w:jc w:val="right"/>
      </w:pPr>
      <w:r>
        <w:t>معلوم ہوا کہ بیس ہزار کلومیٹر سے دور ایک آدمی ٹیلی فون کر رہا ہے اس کو اور</w:t>
      </w:r>
    </w:p>
    <w:p>
      <w:r>
        <w:rPr>
          <w:b/>
        </w:rPr>
        <w:t xml:space="preserve">[1:25:45] </w:t>
      </w:r>
      <w:r>
        <w:t>is ko business ke bare mein kuch baatein bata raha hai, is ka yeh jawab de raha hai.</w:t>
      </w:r>
    </w:p>
    <w:p>
      <w:pPr>
        <w:jc w:val="right"/>
      </w:pPr>
      <w:r>
        <w:t>اس کو بزنس کے بارے میں کچھ باتیں بتا رہا ہے، اس کا یہ جواب دے رہا ہے۔</w:t>
      </w:r>
    </w:p>
    <w:p>
      <w:r>
        <w:rPr>
          <w:b/>
        </w:rPr>
        <w:t xml:space="preserve">[1:25:53] </w:t>
      </w:r>
      <w:r>
        <w:t>to bazahir yeh aik business activity hai, lekin is mein bohat bara marfat ka item hai, bohat bara</w:t>
      </w:r>
    </w:p>
    <w:p>
      <w:pPr>
        <w:jc w:val="right"/>
      </w:pPr>
      <w:r>
        <w:t>تو بظاہر یہ ایک بزنس ایکٹیویٹی ہے، لیکن اس میں بہت بڑا معرفت کا آئٹم ہے، بہت بڑا</w:t>
      </w:r>
    </w:p>
    <w:p>
      <w:r>
        <w:rPr>
          <w:b/>
        </w:rPr>
        <w:t xml:space="preserve">[1:26:01] </w:t>
      </w:r>
      <w:r>
        <w:t>ke woh aadmi soche ke dekho, is dunya mein Allah taala ne sirf ghore, oont nahi diye hum</w:t>
      </w:r>
    </w:p>
    <w:p>
      <w:pPr>
        <w:jc w:val="right"/>
      </w:pPr>
      <w:r>
        <w:t>کہ وہ آدمی سوچے کہ دیکھو، اس دنیا میں اللہ تعالیٰ نے صرف گھوڑے، اونٹ نہیں دیے ہم</w:t>
      </w:r>
    </w:p>
    <w:p>
      <w:r>
        <w:rPr>
          <w:b/>
        </w:rPr>
        <w:t xml:space="preserve">[1:26:09] </w:t>
      </w:r>
      <w:r>
        <w:t>ko, aik technology bhi rakh di thi isi mein jis ko discover kar ke aadmi ne telephone</w:t>
      </w:r>
    </w:p>
    <w:p>
      <w:pPr>
        <w:jc w:val="right"/>
      </w:pPr>
      <w:r>
        <w:t>کو، ایک ٹیکنالوجی بھی رکھ دی تھی اسی میں جس کو ڈسکور کر کے آدمی نے ٹیلی فون</w:t>
      </w:r>
    </w:p>
    <w:p>
      <w:r>
        <w:rPr>
          <w:b/>
        </w:rPr>
        <w:t xml:space="preserve">[1:26:16] </w:t>
      </w:r>
      <w:r>
        <w:t>banaya, water communication banaya.</w:t>
      </w:r>
    </w:p>
    <w:p>
      <w:pPr>
        <w:jc w:val="right"/>
      </w:pPr>
      <w:r>
        <w:t>بنایا، واٹر کمیونیکیشن بنایا۔</w:t>
      </w:r>
    </w:p>
    <w:p>
      <w:r>
        <w:rPr>
          <w:b/>
        </w:rPr>
        <w:t xml:space="preserve">[1:26:18] </w:t>
      </w:r>
      <w:r>
        <w:t>to kitna bara, kitni bari blessing Allah taala ki hai.</w:t>
      </w:r>
    </w:p>
    <w:p>
      <w:pPr>
        <w:jc w:val="right"/>
      </w:pPr>
      <w:r>
        <w:t>تو کتنا بڑا، کتنی بڑی بلیسنگ اللہ تعالیٰ کی ہے۔</w:t>
      </w:r>
    </w:p>
    <w:p>
      <w:r>
        <w:rPr>
          <w:b/>
        </w:rPr>
        <w:t xml:space="preserve">[1:26:22] </w:t>
      </w:r>
      <w:r>
        <w:t>to shukr ka aik samandar is ke andar paida hoga.</w:t>
      </w:r>
    </w:p>
    <w:p>
      <w:pPr>
        <w:jc w:val="right"/>
      </w:pPr>
      <w:r>
        <w:t>تو شکر کا ایک سمندر اس کے اندر پیدا ہوگا۔</w:t>
      </w:r>
    </w:p>
    <w:p>
      <w:r>
        <w:rPr>
          <w:b/>
        </w:rPr>
        <w:t xml:space="preserve">[1:26:27] </w:t>
      </w:r>
      <w:r>
        <w:t>yani Hazrat Hazrat Hazrat Suleman ne ko aik paigham bheja bhejna tha Jerusalem se Yemen.</w:t>
      </w:r>
    </w:p>
    <w:p>
      <w:pPr>
        <w:jc w:val="right"/>
      </w:pPr>
      <w:r>
        <w:t>یعنی حضرت حضرت حضرت سلیمان نے کو ایک پیغام بھیجا بھیجنا تھا یروشلم سے یمن۔</w:t>
      </w:r>
    </w:p>
    <w:p>
      <w:r>
        <w:rPr>
          <w:b/>
        </w:rPr>
        <w:t xml:space="preserve">[1:26:33] </w:t>
      </w:r>
      <w:r>
        <w:t>to woh unhon ne hudhud ke zariye bheja tha paigham.</w:t>
      </w:r>
    </w:p>
    <w:p>
      <w:pPr>
        <w:jc w:val="right"/>
      </w:pPr>
      <w:r>
        <w:t>تو وہ انہوں نے ہدہد کے ذریعے بھیجا تھا پیغام۔</w:t>
      </w:r>
    </w:p>
    <w:p>
      <w:r>
        <w:rPr>
          <w:b/>
        </w:rPr>
        <w:t xml:space="preserve">[1:26:37] </w:t>
      </w:r>
      <w:r>
        <w:t>woh gaya aur aaya, is mein kafi time laga.</w:t>
      </w:r>
    </w:p>
    <w:p>
      <w:pPr>
        <w:jc w:val="right"/>
      </w:pPr>
      <w:r>
        <w:t>وہ گیا اور آیا، اس میں کافی ٹائم لگا۔</w:t>
      </w:r>
    </w:p>
    <w:p>
      <w:r>
        <w:rPr>
          <w:b/>
        </w:rPr>
        <w:t xml:space="preserve">[1:26:41] </w:t>
      </w:r>
      <w:r>
        <w:t>yahan instant communication ho raha hai.</w:t>
      </w:r>
    </w:p>
    <w:p>
      <w:pPr>
        <w:jc w:val="right"/>
      </w:pPr>
      <w:r>
        <w:t>یہاں انسٹنٹ کمیونیکیشن ہو رہا ہے۔</w:t>
      </w:r>
    </w:p>
    <w:p>
      <w:r>
        <w:rPr>
          <w:b/>
        </w:rPr>
        <w:t xml:space="preserve">[1:26:44] </w:t>
      </w:r>
      <w:r>
        <w:t>idhar se aap bol rahe hain, idhar woh aadmi sun raha hai, phir woh bol raha hai, aap</w:t>
      </w:r>
    </w:p>
    <w:p>
      <w:pPr>
        <w:jc w:val="right"/>
      </w:pPr>
      <w:r>
        <w:t>ادھر سے آپ بول رہے ہیں، ادھر وہ آدمی سن رہا ہے، پھر وہ بول رہا ہے، آپ</w:t>
      </w:r>
    </w:p>
    <w:p>
      <w:r>
        <w:rPr>
          <w:b/>
        </w:rPr>
        <w:t xml:space="preserve">[1:26:51] </w:t>
      </w:r>
      <w:r>
        <w:t>sun rahe hain.</w:t>
      </w:r>
    </w:p>
    <w:p>
      <w:pPr>
        <w:jc w:val="right"/>
      </w:pPr>
      <w:r>
        <w:t>سن رہے ہیں۔</w:t>
      </w:r>
    </w:p>
    <w:p>
      <w:r>
        <w:rPr>
          <w:b/>
        </w:rPr>
        <w:t xml:space="preserve">[1:26:53] </w:t>
      </w:r>
      <w:r>
        <w:t>aadmi socha ke main to Hazrat Suleman se bhi bara yani aap opportunity bhi samajh li hui hai.</w:t>
      </w:r>
    </w:p>
    <w:p>
      <w:pPr>
        <w:jc w:val="right"/>
      </w:pPr>
      <w:r>
        <w:t>آدمی سوچا کہ میں تو حضرت سلیمان سے بھی بڑا یعنی آپ اپرچونیٹی بھی سمجھ لی ہوئی ہے۔</w:t>
      </w:r>
    </w:p>
    <w:p>
      <w:r>
        <w:rPr>
          <w:b/>
        </w:rPr>
        <w:t xml:space="preserve">[1:27:01] </w:t>
      </w:r>
      <w:r>
        <w:t>to baitha hua hai aadmi business ke table par, lekin wahan us ko shukr ka item mil raha</w:t>
      </w:r>
    </w:p>
    <w:p>
      <w:pPr>
        <w:jc w:val="right"/>
      </w:pPr>
      <w:r>
        <w:t>تو بیٹھا ہوا ہے آدمی بزنس کے ٹیبل پر، لیکن وہاں اس کو شکر کا آئٹم مل رہا</w:t>
      </w:r>
    </w:p>
    <w:p>
      <w:r>
        <w:rPr>
          <w:b/>
        </w:rPr>
        <w:t xml:space="preserve">[1:27:08]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[1:27:10] </w:t>
      </w:r>
      <w:r>
        <w:t>us ko to is tarah ke item har waqt, har waqt milte rehte hain.</w:t>
      </w:r>
    </w:p>
    <w:p>
      <w:pPr>
        <w:jc w:val="right"/>
      </w:pPr>
      <w:r>
        <w:t>اس کو تو اس طرح کے آئٹم ہر وقت، ہر وقت ملتے رہتے ہیں۔</w:t>
      </w:r>
    </w:p>
    <w:p>
      <w:r>
        <w:rPr>
          <w:b/>
        </w:rPr>
        <w:t xml:space="preserve">[1:27:16] </w:t>
      </w:r>
      <w:r>
        <w:t>aadmi chahe business kar raha ho, chahe service kar raha ho, chahe woh travel kar raha ho, yeh</w:t>
      </w:r>
    </w:p>
    <w:p>
      <w:pPr>
        <w:jc w:val="right"/>
      </w:pPr>
      <w:r>
        <w:t>آدمی چاہے بزنس کر رہا ہو، چاہے سروس کر رہا ہو، چاہے وہ ٹریول کر رہا ہو، یہ</w:t>
      </w:r>
    </w:p>
    <w:p>
      <w:r>
        <w:rPr>
          <w:b/>
        </w:rPr>
        <w:t xml:space="preserve">[1:27:24] </w:t>
      </w:r>
      <w:r>
        <w:t>matlab hai is ka.</w:t>
      </w:r>
    </w:p>
    <w:p>
      <w:pPr>
        <w:jc w:val="right"/>
      </w:pPr>
      <w:r>
        <w:t>مطلب ہے اس کا۔</w:t>
      </w:r>
    </w:p>
    <w:p>
      <w:r>
        <w:rPr>
          <w:b/>
        </w:rPr>
        <w:t xml:space="preserve">[1:27:25] </w:t>
      </w:r>
      <w:r>
        <w:t>Maulana, agla sawal Maulana Hafiz Iqbal Umri Sahab ka hai Tamil Nadu se.</w:t>
      </w:r>
    </w:p>
    <w:p>
      <w:pPr>
        <w:jc w:val="right"/>
      </w:pPr>
      <w:r>
        <w:t>مولانا، اگلا سوال مولانا حافظ اقبال عمری صاحب کا ہے تمل ناڈو سے۔</w:t>
      </w:r>
    </w:p>
    <w:p>
      <w:r>
        <w:rPr>
          <w:b/>
        </w:rPr>
        <w:t xml:space="preserve">[1:27:31] </w:t>
      </w:r>
      <w:r>
        <w:t>انہوں نے لکھا ہے کہ قرآن کے چیپٹر 32، ورس نمبر 13 میں آیا ہے: "We could indeed</w:t>
      </w:r>
    </w:p>
    <w:p>
      <w:pPr>
        <w:jc w:val="right"/>
      </w:pPr>
      <w:r>
        <w:t>انہوں نے لکھا ہے کہ قرآن کے چیپٹر 32، ورس نمبر 13 میں آیا ہے: "وی کڈ انڈیڈ</w:t>
      </w:r>
    </w:p>
    <w:p>
      <w:r>
        <w:rPr>
          <w:b/>
        </w:rPr>
        <w:t xml:space="preserve">[1:27:39] </w:t>
      </w:r>
      <w:r>
        <w:t>have imposed our guidance upon every human being, but my word shall come true.</w:t>
      </w:r>
    </w:p>
    <w:p>
      <w:pPr>
        <w:jc w:val="right"/>
      </w:pPr>
      <w:r>
        <w:t>ہیو امپوزڈ اور گائیڈنس اپون ایوری ہیومن بینگ، بٹ مائی ورڈ شیل کم ٹرو۔</w:t>
      </w:r>
    </w:p>
    <w:p>
      <w:r>
        <w:rPr>
          <w:b/>
        </w:rPr>
        <w:t xml:space="preserve">[1:27:45] </w:t>
      </w:r>
      <w:r>
        <w:t>I will fill hell with the jinn and men all together." Maulana Sahib, my question is that: Does</w:t>
      </w:r>
    </w:p>
    <w:p>
      <w:pPr>
        <w:jc w:val="right"/>
      </w:pPr>
      <w:r>
        <w:t>آئی ویل فل ہیل ود دا جنز اینڈ مین آل ٹوگیدر۔" مولانا صاحب، مائی کوئسچن از دیٹ: ڈز</w:t>
      </w:r>
    </w:p>
    <w:p>
      <w:r>
        <w:rPr>
          <w:b/>
        </w:rPr>
        <w:t xml:space="preserve">[1:27:52] </w:t>
      </w:r>
      <w:r>
        <w:t>das verse force is to think individually? koi Sahab, yeh meri samajh nahi aaya is sawal.</w:t>
      </w:r>
    </w:p>
    <w:p>
      <w:pPr>
        <w:jc w:val="right"/>
      </w:pPr>
      <w:r>
        <w:t>دس ورس فورس اس ٹو تھنک انڈیویجولی؟ کوئی صاحب، یہ میری سمجھ نہیں آیا اس سوال۔</w:t>
      </w:r>
    </w:p>
    <w:p>
      <w:r>
        <w:rPr>
          <w:b/>
        </w:rPr>
        <w:t xml:space="preserve">[1:27:59] </w:t>
      </w:r>
      <w:r>
        <w:t>chapter 32, verse 13.</w:t>
      </w:r>
    </w:p>
    <w:p>
      <w:pPr>
        <w:jc w:val="right"/>
      </w:pPr>
      <w:r>
        <w:t>چیپٹر 32، ورس 13۔</w:t>
      </w:r>
    </w:p>
    <w:p>
      <w:r>
        <w:rPr>
          <w:b/>
        </w:rPr>
        <w:t xml:space="preserve">[1:28:01] </w:t>
      </w:r>
      <w:r>
        <w:t>وہ آیت پڑھیے: "میں We could indeed have imposed Our guidance upon every human being, but My word</w:t>
      </w:r>
    </w:p>
    <w:p>
      <w:pPr>
        <w:jc w:val="right"/>
      </w:pPr>
      <w:r>
        <w:t>وہ آیت پڑھیے: "میں وی کڈ انڈیڈ ہیو امپوزڈ اور گائیڈنس اپون ایوری ہیومن بینگ، بٹ مائی ورڈ</w:t>
      </w:r>
    </w:p>
    <w:p>
      <w:r>
        <w:rPr>
          <w:b/>
        </w:rPr>
        <w:t xml:space="preserve">[1:28:09] </w:t>
      </w:r>
      <w:r>
        <w:t>shall come true.</w:t>
      </w:r>
    </w:p>
    <w:p>
      <w:pPr>
        <w:jc w:val="right"/>
      </w:pPr>
      <w:r>
        <w:t>شیل کم ٹرو۔</w:t>
      </w:r>
    </w:p>
    <w:p>
      <w:r>
        <w:rPr>
          <w:b/>
        </w:rPr>
        <w:t xml:space="preserve">[1:28:10] </w:t>
      </w:r>
      <w:r>
        <w:t>I will fill hell with jinn and men all together." question samajh nahi aaya mere.</w:t>
      </w:r>
    </w:p>
    <w:p>
      <w:pPr>
        <w:jc w:val="right"/>
      </w:pPr>
      <w:r>
        <w:t>آئی ویل فل ہیل ود جنز اینڈ مین آل ٹوگیدر۔" کوئسچن سمجھ نہیں آیا میرے۔</w:t>
      </w:r>
    </w:p>
    <w:p>
      <w:r>
        <w:rPr>
          <w:b/>
        </w:rPr>
        <w:t xml:space="preserve">[1:28:16] </w:t>
      </w:r>
      <w:r>
        <w:t>haan, is ko un se kahiye, woh agli baar zyada jee clear kar ke likhein.</w:t>
      </w:r>
    </w:p>
    <w:p>
      <w:pPr>
        <w:jc w:val="right"/>
      </w:pPr>
      <w:r>
        <w:t>ہاں، اس کو ان سے کہیے، وہ اگلی بار زیادہ جی کلیئر کر کے لکھیں۔</w:t>
      </w:r>
    </w:p>
    <w:p>
      <w:r>
        <w:rPr>
          <w:b/>
        </w:rPr>
        <w:t xml:space="preserve">[1:28:23] </w:t>
      </w:r>
      <w:r>
        <w:t>theek hai, Maulana? zyada clear.</w:t>
      </w:r>
    </w:p>
    <w:p>
      <w:pPr>
        <w:jc w:val="right"/>
      </w:pPr>
      <w:r>
        <w:t>ٹھیک ہے، مولانا؟ زیادہ کلیئر۔</w:t>
      </w:r>
    </w:p>
    <w:p>
      <w:r>
        <w:rPr>
          <w:b/>
        </w:rPr>
        <w:t xml:space="preserve">[1:28:25] </w:t>
      </w:r>
      <w:r>
        <w:t>Maulana, agla sawal aah Dilli se hai Dr. Pradhan sahab ka.</w:t>
      </w:r>
    </w:p>
    <w:p>
      <w:pPr>
        <w:jc w:val="right"/>
      </w:pPr>
      <w:r>
        <w:t>مولانا، اگلا سوال آہ دلی سے ہے ڈاکٹر پریڈھان صاحب کا۔</w:t>
      </w:r>
    </w:p>
    <w:p>
      <w:r>
        <w:rPr>
          <w:b/>
        </w:rPr>
        <w:t xml:space="preserve">[1:28:30] </w:t>
      </w:r>
      <w:r>
        <w:t>انہوں نے لکھا ہے: "مولانا، I started reading Urdu newspaper since last month, and that increased my</w:t>
      </w:r>
    </w:p>
    <w:p>
      <w:pPr>
        <w:jc w:val="right"/>
      </w:pPr>
      <w:r>
        <w:t>انہوں نے لکھا ہے: "مولانا، آئی سٹارٹڈ ریڈنگ اردو نیوز پیپر سنس لاسٹ منتھ، اینڈ دیٹ انکریز مائی</w:t>
      </w:r>
    </w:p>
    <w:p>
      <w:r>
        <w:rPr>
          <w:b/>
        </w:rPr>
        <w:t xml:space="preserve">[1:28:37] </w:t>
      </w:r>
      <w:r>
        <w:t>negativity.</w:t>
      </w:r>
    </w:p>
    <w:p>
      <w:pPr>
        <w:jc w:val="right"/>
      </w:pPr>
      <w:r>
        <w:t>نیگیٹیوٹی۔</w:t>
      </w:r>
    </w:p>
    <w:p>
      <w:r>
        <w:rPr>
          <w:b/>
        </w:rPr>
        <w:t xml:space="preserve">[1:28:39] </w:t>
      </w:r>
      <w:r>
        <w:t>Should I continue reading it and try to make my negativity, try to convert my negativity to positivity,</w:t>
      </w:r>
    </w:p>
    <w:p>
      <w:pPr>
        <w:jc w:val="right"/>
      </w:pPr>
      <w:r>
        <w:t>شوڈ آئی کنٹینیو ریڈنگ اٹ اینڈ ٹرائی ٹو میک مائی نیگیٹیوٹی، ٹرائی ٹو کنورٹ مائی نیگیٹیوٹی ٹو پوزیٹیوٹی،</w:t>
      </w:r>
    </w:p>
    <w:p>
      <w:r>
        <w:rPr>
          <w:b/>
        </w:rPr>
        <w:t xml:space="preserve">[1:28:47] </w:t>
      </w:r>
      <w:r>
        <w:t>"Aur should I stop reading it?" Kindly comment.</w:t>
      </w:r>
    </w:p>
    <w:p>
      <w:pPr>
        <w:jc w:val="right"/>
      </w:pPr>
      <w:r>
        <w:t>اور شوڈ آئی سٹاپ ریڈنگ اٹ؟" کائنڈلی کمنٹ۔</w:t>
      </w:r>
    </w:p>
    <w:p>
      <w:r>
        <w:rPr>
          <w:b/>
        </w:rPr>
        <w:t xml:space="preserve">[1:28:50] </w:t>
      </w:r>
      <w:r>
        <w:t>dekhiye, Urdu akhbaar to negativity ka karkhana hai.</w:t>
      </w:r>
    </w:p>
    <w:p>
      <w:pPr>
        <w:jc w:val="right"/>
      </w:pPr>
      <w:r>
        <w:t>دیکھیں، اردو اخبار تو نیگیٹیوٹی کا کارخانہ ہے۔</w:t>
      </w:r>
    </w:p>
    <w:p>
      <w:r>
        <w:rPr>
          <w:b/>
        </w:rPr>
        <w:t xml:space="preserve">[1:28:54] </w:t>
      </w:r>
      <w:r>
        <w:t>yani duniya mein beshumar positive news hain, woh nahin lete.</w:t>
      </w:r>
    </w:p>
    <w:p>
      <w:pPr>
        <w:jc w:val="right"/>
      </w:pPr>
      <w:r>
        <w:t>یعنی دنیا میں بے شمار پازیٹیو نیوز ہیں، وہ نہیں لیتے۔</w:t>
      </w:r>
    </w:p>
    <w:p>
      <w:r>
        <w:rPr>
          <w:b/>
        </w:rPr>
        <w:t xml:space="preserve">[1:28:58] </w:t>
      </w:r>
      <w:r>
        <w:t>woh chun chun ke pata nahin kahan kahan se laate hain negative news, wohi chhaapte hain.</w:t>
      </w:r>
    </w:p>
    <w:p>
      <w:pPr>
        <w:jc w:val="right"/>
      </w:pPr>
      <w:r>
        <w:t>وہ چن چن کے پتہ نہیں کہاں کہاں سے لاتے ہیں نیگیٹیو نیوز، وہی چھاپتے ہیں۔</w:t>
      </w:r>
    </w:p>
    <w:p>
      <w:r>
        <w:rPr>
          <w:b/>
        </w:rPr>
        <w:t xml:space="preserve">[1:29:05] </w:t>
      </w:r>
      <w:r>
        <w:t>to dekhiye, yeh yani Urdu sahafat ko maine likha tha ek baar ke yeh yellow journalism ka</w:t>
      </w:r>
    </w:p>
    <w:p>
      <w:pPr>
        <w:jc w:val="right"/>
      </w:pPr>
      <w:r>
        <w:t>تو دیکھیے، یہ یعنی اردو صحافت کو میں نے لکھا تھا ایک بار کہ یہ ایلو جرنلزم کا</w:t>
      </w:r>
    </w:p>
    <w:p>
      <w:r>
        <w:rPr>
          <w:b/>
        </w:rPr>
        <w:t xml:space="preserve">[1:29:13] </w:t>
      </w:r>
      <w:r>
        <w:t>yani ke sab se badi misaal hai.</w:t>
      </w:r>
    </w:p>
    <w:p>
      <w:pPr>
        <w:jc w:val="right"/>
      </w:pPr>
      <w:r>
        <w:t>یعنی کہ سب سے بڑی مثال ہے۔</w:t>
      </w:r>
    </w:p>
    <w:p>
      <w:r>
        <w:rPr>
          <w:b/>
        </w:rPr>
        <w:t xml:space="preserve">[1:29:16] </w:t>
      </w:r>
      <w:r>
        <w:t>isko kehte hain yellow journalism, zard sahafat.</w:t>
      </w:r>
    </w:p>
    <w:p>
      <w:pPr>
        <w:jc w:val="right"/>
      </w:pPr>
      <w:r>
        <w:t>اس کو کہتے ہیں ایلو جرنلزم، زرد صحافت۔</w:t>
      </w:r>
    </w:p>
    <w:p>
      <w:r>
        <w:rPr>
          <w:b/>
        </w:rPr>
        <w:t xml:space="preserve">[1:29:19] </w:t>
      </w:r>
      <w:r>
        <w:t>to Urdu akhbaar sirf woh aadmi padhe jis ke andar yeh itna jin ka shaoor jaga hua ho</w:t>
      </w:r>
    </w:p>
    <w:p>
      <w:pPr>
        <w:jc w:val="right"/>
      </w:pPr>
      <w:r>
        <w:t>تو اردو اخبار صرف وہ آدمی پڑھے جس کے اندر یہ اتنا جن کا شعور جگا ہوا ہو</w:t>
      </w:r>
    </w:p>
    <w:p>
      <w:r>
        <w:rPr>
          <w:b/>
        </w:rPr>
        <w:t xml:space="preserve">[1:29:27] </w:t>
      </w:r>
      <w:r>
        <w:t>ke din andar is ko woh discuss kar sake.</w:t>
      </w:r>
    </w:p>
    <w:p>
      <w:pPr>
        <w:jc w:val="right"/>
      </w:pPr>
      <w:r>
        <w:t>کہ دن اندر اس کو وہ ڈسکس کر سکے۔</w:t>
      </w:r>
    </w:p>
    <w:p>
      <w:r>
        <w:rPr>
          <w:b/>
        </w:rPr>
        <w:t xml:space="preserve">[1:29:31] </w:t>
      </w:r>
      <w:r>
        <w:t>aur jo jo is se asar le le, us ko to Urdu akhbaar padhne nahin chahiye.</w:t>
      </w:r>
    </w:p>
    <w:p>
      <w:pPr>
        <w:jc w:val="right"/>
      </w:pPr>
      <w:r>
        <w:t>اور جو جو اس سے اثر لے لے، اس کو تو اردو اخبار پڑھنے نہیں چاہیے۔</w:t>
      </w:r>
    </w:p>
    <w:p>
      <w:r>
        <w:rPr>
          <w:b/>
        </w:rPr>
        <w:t xml:space="preserve">[1:29:38] </w:t>
      </w:r>
      <w:r>
        <w:t>meri rai yeh hai.</w:t>
      </w:r>
    </w:p>
    <w:p>
      <w:pPr>
        <w:jc w:val="right"/>
      </w:pPr>
      <w:r>
        <w:t>میری رائے یہ ہے۔</w:t>
      </w:r>
    </w:p>
    <w:p>
      <w:r>
        <w:rPr>
          <w:b/>
        </w:rPr>
        <w:t xml:space="preserve">[1:29:39] </w:t>
      </w:r>
      <w:r>
        <w:t>Maulana, agla sawal Dilli se hai Majeed-ul-Islam sahab ka.</w:t>
      </w:r>
    </w:p>
    <w:p>
      <w:pPr>
        <w:jc w:val="right"/>
      </w:pPr>
      <w:r>
        <w:t>مولانا، اگلا سوال دلی سے ہے مجید الاسلام صاحب کا۔</w:t>
      </w:r>
    </w:p>
    <w:p>
      <w:r>
        <w:rPr>
          <w:b/>
        </w:rPr>
        <w:t xml:space="preserve">[1:29:44] </w:t>
      </w:r>
      <w:r>
        <w:t>unhon ne likha hai: "Aap ne abhi apne lecture mein farmaya ke Sayyid Qutb aur Sayyid Abu Ala</w:t>
      </w:r>
    </w:p>
    <w:p>
      <w:pPr>
        <w:jc w:val="right"/>
      </w:pPr>
      <w:r>
        <w:t>انہوں نے لکھا ہے: "آپ نے ابھی اپنے لیکچر میں فرمایا کہ سید کتب اور سید ابو اعلیٰ</w:t>
      </w:r>
    </w:p>
    <w:p>
      <w:r>
        <w:rPr>
          <w:b/>
        </w:rPr>
        <w:t xml:space="preserve">[1:29:51] </w:t>
      </w:r>
      <w:r>
        <w:t>Maudoodi ne duniya ko kuch nahin diya, sirf fasad aur tabaahi di.</w:t>
      </w:r>
    </w:p>
    <w:p>
      <w:pPr>
        <w:jc w:val="right"/>
      </w:pPr>
      <w:r>
        <w:t>مودودی نے دنیا کو کچھ نہیں دیا، صرف فساد اور تباہی دی۔</w:t>
      </w:r>
    </w:p>
    <w:p>
      <w:r>
        <w:rPr>
          <w:b/>
        </w:rPr>
        <w:t xml:space="preserve">[1:29:57] </w:t>
      </w:r>
      <w:r>
        <w:t>اس کا مطلب کیا ہے؟ کیا ان کا کوئی بھی positive contribution نہیں ہے جس کو ہم acknowledge</w:t>
      </w:r>
    </w:p>
    <w:p>
      <w:pPr>
        <w:jc w:val="right"/>
      </w:pPr>
      <w:r>
        <w:t>اس کا مطلب کیا ہے؟ کیا ان کا کوئی بھی پازیٹیو کنٹریبیوشن نہیں ہے جس کو ہم ایکنالج</w:t>
      </w:r>
    </w:p>
    <w:p>
      <w:r>
        <w:rPr>
          <w:b/>
        </w:rPr>
        <w:t xml:space="preserve">[1:30:04] </w:t>
      </w:r>
      <w:r>
        <w:t>kar sakte hain?" nahin, dekhiye, sawal yeh sawal sahi nahin hai.</w:t>
      </w:r>
    </w:p>
    <w:p>
      <w:pPr>
        <w:jc w:val="right"/>
      </w:pPr>
      <w:r>
        <w:t>کر سکتے ہیں؟" نہیں، دیکھیں، سوال یہ سوال صحیح نہیں ہے۔</w:t>
      </w:r>
    </w:p>
    <w:p>
      <w:r>
        <w:rPr>
          <w:b/>
        </w:rPr>
        <w:t xml:space="preserve">[1:30:09] </w:t>
      </w:r>
      <w:r>
        <w:t>yeh sawal sahi nahin hai.</w:t>
      </w:r>
    </w:p>
    <w:p>
      <w:pPr>
        <w:jc w:val="right"/>
      </w:pPr>
      <w:r>
        <w:t>یہ سوال صحیح نہیں ہے۔</w:t>
      </w:r>
    </w:p>
    <w:p>
      <w:r>
        <w:rPr>
          <w:b/>
        </w:rPr>
        <w:t xml:space="preserve">[1:30:11] </w:t>
      </w:r>
      <w:r>
        <w:t>koi bhi to Mahatma Gandhi aur Nehru ka bhi hai.</w:t>
      </w:r>
    </w:p>
    <w:p>
      <w:pPr>
        <w:jc w:val="right"/>
      </w:pPr>
      <w:r>
        <w:t>کوئی بھی تو مہاتما گاندھی اور نہرو کا بھی ہے۔</w:t>
      </w:r>
    </w:p>
    <w:p>
      <w:r>
        <w:rPr>
          <w:b/>
        </w:rPr>
        <w:t xml:space="preserve">[1:30:15] </w:t>
      </w:r>
      <w:r>
        <w:t>to aap un ko bura bhala kyun kehte hain? ke koi to Hitler aur Mussolini ka bhi hai,</w:t>
      </w:r>
    </w:p>
    <w:p>
      <w:pPr>
        <w:jc w:val="right"/>
      </w:pPr>
      <w:r>
        <w:t>تو آپ ان کو برا بھلا کیوں کہتے ہیں؟ کہ کوئی تو ہٹلر اور مسولینی کا بھی ہے،</w:t>
      </w:r>
    </w:p>
    <w:p>
      <w:r>
        <w:rPr>
          <w:b/>
        </w:rPr>
        <w:t xml:space="preserve">[1:30:23] </w:t>
      </w:r>
      <w:r>
        <w:t>koi bura bhala kehte ho us ko.</w:t>
      </w:r>
    </w:p>
    <w:p>
      <w:pPr>
        <w:jc w:val="right"/>
      </w:pPr>
      <w:r>
        <w:t>کوئی برا بھلا کہتے ہو اس کو۔</w:t>
      </w:r>
    </w:p>
    <w:p>
      <w:r>
        <w:rPr>
          <w:b/>
        </w:rPr>
        <w:t xml:space="preserve">[1:30:26] </w:t>
      </w:r>
      <w:r>
        <w:t>masla kisi ka nahin hai.</w:t>
      </w:r>
    </w:p>
    <w:p>
      <w:pPr>
        <w:jc w:val="right"/>
      </w:pPr>
      <w:r>
        <w:t>مسئلہ کوئی کا نہیں ہے۔</w:t>
      </w:r>
    </w:p>
    <w:p>
      <w:r>
        <w:rPr>
          <w:b/>
        </w:rPr>
        <w:t xml:space="preserve">[1:30:28] </w:t>
      </w:r>
      <w:r>
        <w:t>masla yeh hai ke un ka jo tha target, woh kya tha? is ka masla hai.</w:t>
      </w:r>
    </w:p>
    <w:p>
      <w:pPr>
        <w:jc w:val="right"/>
      </w:pPr>
      <w:r>
        <w:t>مسئلہ یہ ہے کہ ان کا جو تھا ٹارگٹ، وہ کیا تھا؟ اس کا مسئلہ ہے۔</w:t>
      </w:r>
    </w:p>
    <w:p>
      <w:r>
        <w:rPr>
          <w:b/>
        </w:rPr>
        <w:t xml:space="preserve">[1:30:35] </w:t>
      </w:r>
      <w:r>
        <w:t>kuch to sharaab, Quran mein aaya hai ke sharaab mein bhi kuch khoobiyan hain, sharaab mein bhi kuch</w:t>
      </w:r>
    </w:p>
    <w:p>
      <w:pPr>
        <w:jc w:val="right"/>
      </w:pPr>
      <w:r>
        <w:t>کچھ تو شراب، قرآن میں آیا ہے کہ شراب میں بھی کچھ خوبیاں ہیں، شراب میں بھی کچھ</w:t>
      </w:r>
    </w:p>
    <w:p>
      <w:r>
        <w:rPr>
          <w:b/>
        </w:rPr>
        <w:t xml:space="preserve">[1:30:43] </w:t>
      </w:r>
      <w:r>
        <w:t>nafa hai, kuch ka sawal nahi hai.</w:t>
      </w:r>
    </w:p>
    <w:p>
      <w:pPr>
        <w:jc w:val="right"/>
      </w:pPr>
      <w:r>
        <w:t>نفع ہے، کچھ کا سوال نہیں ہے۔</w:t>
      </w:r>
    </w:p>
    <w:p>
      <w:r>
        <w:rPr>
          <w:b/>
        </w:rPr>
        <w:t xml:space="preserve">[1:30:46] </w:t>
      </w:r>
      <w:r>
        <w:t>main target kiya tha in hazraat ka? main ka target tha hukoomat banana, islami hukoomat banana, nizam-e-adal</w:t>
      </w:r>
    </w:p>
    <w:p>
      <w:pPr>
        <w:jc w:val="right"/>
      </w:pPr>
      <w:r>
        <w:t>مین ٹارگٹ کیا تھا ان حضرات کا؟ مین کا ٹارگٹ تھا حکومت بنانا، اسلامی حکومت بنانا، نظام عدل</w:t>
      </w:r>
    </w:p>
    <w:p>
      <w:r>
        <w:rPr>
          <w:b/>
        </w:rPr>
        <w:t xml:space="preserve">[1:30:54] </w:t>
      </w:r>
      <w:r>
        <w:t>qaim karna.</w:t>
      </w:r>
    </w:p>
    <w:p>
      <w:pPr>
        <w:jc w:val="right"/>
      </w:pPr>
      <w:r>
        <w:t>قائم کرنا۔</w:t>
      </w:r>
    </w:p>
    <w:p>
      <w:r>
        <w:rPr>
          <w:b/>
        </w:rPr>
        <w:t xml:space="preserve">[1:30:55] </w:t>
      </w:r>
      <w:r>
        <w:t>main target to mera manna yeh hai ke Allah taala ki esteem ke khilaaf hai yeh target.</w:t>
      </w:r>
    </w:p>
    <w:p>
      <w:pPr>
        <w:jc w:val="right"/>
      </w:pPr>
      <w:r>
        <w:t>مین ٹارگٹ تو میرا ماننا یہ ہے کہ اللہ تعالیٰ کی اسٹیم کے خلاف ہے یہ ٹارگٹ۔</w:t>
      </w:r>
    </w:p>
    <w:p>
      <w:r>
        <w:rPr>
          <w:b/>
        </w:rPr>
        <w:t xml:space="preserve">[1:31:02] </w:t>
      </w:r>
      <w:r>
        <w:t>kyunke Allah ne taala ne jab insaan ko azaadi di hai to kaise aap nizam-e-adal qaim karen</w:t>
      </w:r>
    </w:p>
    <w:p>
      <w:pPr>
        <w:jc w:val="right"/>
      </w:pPr>
      <w:r>
        <w:t>کیونکہ اللہ نے تعالیٰ نے جب انسان کو آزادی دی ہے تو کیسے آپ نظام عدل قائم کریں</w:t>
      </w:r>
    </w:p>
    <w:p>
      <w:r>
        <w:rPr>
          <w:b/>
        </w:rPr>
        <w:t xml:space="preserve">[1:31:10] </w:t>
      </w:r>
      <w:r>
        <w:t>ge? nizam-e-adal to kabhi bhi qaim nahi hua.</w:t>
      </w:r>
    </w:p>
    <w:p>
      <w:pPr>
        <w:jc w:val="right"/>
      </w:pPr>
      <w:r>
        <w:t>گے؟ نظام عدل تو کبھی بھی قائم نہیں ہوا۔</w:t>
      </w:r>
    </w:p>
    <w:p>
      <w:r>
        <w:rPr>
          <w:b/>
        </w:rPr>
        <w:t xml:space="preserve">[1:31:14] </w:t>
      </w:r>
      <w:r>
        <w:t>jo Islam ka jo early period hai, us zamane mein bhi nahi qaim hua nizam-e-adal.</w:t>
      </w:r>
    </w:p>
    <w:p>
      <w:pPr>
        <w:jc w:val="right"/>
      </w:pPr>
      <w:r>
        <w:t>جو اسلام کا جو ارلی پیریڈ ہے، اس زمانے میں بھی نہیں قائم ہوا نظام عدل۔</w:t>
      </w:r>
    </w:p>
    <w:p>
      <w:r>
        <w:rPr>
          <w:b/>
        </w:rPr>
        <w:t xml:space="preserve">[1:31:21] </w:t>
      </w:r>
      <w:r>
        <w:t>kyunke Rasool Allah ke zamane mein yeh kitabon mein parh lijiye ke Sahabi ne kaha tha Rasool Allah</w:t>
      </w:r>
    </w:p>
    <w:p>
      <w:pPr>
        <w:jc w:val="right"/>
      </w:pPr>
      <w:r>
        <w:t>کیونکہ رسول اللہ کے زمانے میں یہ کتابوں میں پڑھ لیجئے کہ صحابی نے کہا تھا رسول اللہ</w:t>
      </w:r>
    </w:p>
    <w:p>
      <w:r>
        <w:rPr>
          <w:b/>
        </w:rPr>
        <w:t xml:space="preserve">[1:31:28] </w:t>
      </w:r>
      <w:r>
        <w:t>se saamne khare ho kar: "Wallah ma adala tha." yeh yeh Madine ke zamane ka waqea hai jis</w:t>
      </w:r>
    </w:p>
    <w:p>
      <w:pPr>
        <w:jc w:val="right"/>
      </w:pPr>
      <w:r>
        <w:t>سے سامنے کھڑے ہو کر: "واللہ ما عدل تھا۔" یہ یہ مدینے کے زمانے کا واقعہ ہے جس</w:t>
      </w:r>
    </w:p>
    <w:p>
      <w:r>
        <w:rPr>
          <w:b/>
        </w:rPr>
        <w:t xml:space="preserve">[1:31:36] </w:t>
      </w:r>
      <w:r>
        <w:t>ko Musalman samajhte hain ke wahan par islami hukoomat qaim ki thi.</w:t>
      </w:r>
    </w:p>
    <w:p>
      <w:pPr>
        <w:jc w:val="right"/>
      </w:pPr>
      <w:r>
        <w:t>کو مسلمان سمجھتے ہیں کہ وہاں پر اسلامی حکومت قائم کی تھی۔</w:t>
      </w:r>
    </w:p>
    <w:p>
      <w:r>
        <w:rPr>
          <w:b/>
        </w:rPr>
        <w:t xml:space="preserve">[1:31:41] </w:t>
      </w:r>
      <w:r>
        <w:t>islami hukoomat ke zamane ka waqea yeh hai.</w:t>
      </w:r>
    </w:p>
    <w:p>
      <w:pPr>
        <w:jc w:val="right"/>
      </w:pPr>
      <w:r>
        <w:t>اسلامی حکومت کے زمانے کا واقعہ یہ ہے۔</w:t>
      </w:r>
    </w:p>
    <w:p>
      <w:r>
        <w:rPr>
          <w:b/>
        </w:rPr>
        <w:t xml:space="preserve">[1:31:45] </w:t>
      </w:r>
      <w:r>
        <w:t>ek Sahabi kehta hai Rasool Allah se ke: "Wallah ma adala tha." Khuda ki qasam, aap ne adal</w:t>
      </w:r>
    </w:p>
    <w:p>
      <w:pPr>
        <w:jc w:val="right"/>
      </w:pPr>
      <w:r>
        <w:t>ایک صحابی کہتا ہے رسول اللہ سے کہ: "واللہ ما عدل تھا۔" خدا کی قسم، آپ نے عدل</w:t>
      </w:r>
    </w:p>
    <w:p>
      <w:r>
        <w:rPr>
          <w:b/>
        </w:rPr>
        <w:t xml:space="preserve">[1:31:52] </w:t>
      </w:r>
      <w:r>
        <w:t>nahi kiya, aap ne justice nahi ki.</w:t>
      </w:r>
    </w:p>
    <w:p>
      <w:pPr>
        <w:jc w:val="right"/>
      </w:pPr>
      <w:r>
        <w:t>نہیں کیا، آپ نے جسٹس نہیں کی۔</w:t>
      </w:r>
    </w:p>
    <w:p>
      <w:r>
        <w:rPr>
          <w:b/>
        </w:rPr>
        <w:t xml:space="preserve">[1:31:55] </w:t>
      </w:r>
      <w:r>
        <w:t>to kahan tha woh perfect nizam? bataiye.</w:t>
      </w:r>
    </w:p>
    <w:p>
      <w:pPr>
        <w:jc w:val="right"/>
      </w:pPr>
      <w:r>
        <w:t>تو کہاں تھا وہ پرفیکٹ نظام؟ بتائیے۔</w:t>
      </w:r>
    </w:p>
    <w:p>
      <w:r>
        <w:rPr>
          <w:b/>
        </w:rPr>
        <w:t xml:space="preserve">[1:31:58] </w:t>
      </w:r>
      <w:r>
        <w:t>to perfect nizam qaim nahi ho sakta hai.</w:t>
      </w:r>
    </w:p>
    <w:p>
      <w:pPr>
        <w:jc w:val="right"/>
      </w:pPr>
      <w:r>
        <w:t>تو پرفیکٹ نظام قائم نہیں ہو سکتا ہے۔</w:t>
      </w:r>
    </w:p>
    <w:p>
      <w:r>
        <w:rPr>
          <w:b/>
        </w:rPr>
        <w:t xml:space="preserve">[1:32:02] </w:t>
      </w:r>
      <w:r>
        <w:t>ab kya hota hai? dekhiye, in logon ne nishana banaya hai ke hamein islami hukoomat qaim karna hai,</w:t>
      </w:r>
    </w:p>
    <w:p>
      <w:pPr>
        <w:jc w:val="right"/>
      </w:pPr>
      <w:r>
        <w:t>اب کیا ہوتا ہے؟ دیکھیے، ان لوگوں نے نشانہ بنایا ہے کہ ہمیں اسلامی حکومت قائم کرنا ہے،</w:t>
      </w:r>
    </w:p>
    <w:p>
      <w:r>
        <w:rPr>
          <w:b/>
        </w:rPr>
        <w:t xml:space="preserve">[1:32:10] </w:t>
      </w:r>
      <w:r>
        <w:t>al-adalat al-ijtima'iya fil Islam qaim karna hai.</w:t>
      </w:r>
    </w:p>
    <w:p>
      <w:pPr>
        <w:jc w:val="right"/>
      </w:pPr>
      <w:r>
        <w:t>العدالۃ الاجتماعیہ فی الاسلام قائم کرنا ہے۔</w:t>
      </w:r>
    </w:p>
    <w:p>
      <w:r>
        <w:rPr>
          <w:b/>
        </w:rPr>
        <w:t xml:space="preserve">[1:32:13] </w:t>
      </w:r>
      <w:r>
        <w:t>to ab kya hai? wahan par ek ek ek maujood hai, ek ek hakim jo aap se pehle</w:t>
      </w:r>
    </w:p>
    <w:p>
      <w:pPr>
        <w:jc w:val="right"/>
      </w:pPr>
      <w:r>
        <w:t>تو اب کیا ہے؟ وہاں پر ایک ایک ایک موجود ہے، ایک ایک حاکم جو آپ سے پہلے</w:t>
      </w:r>
    </w:p>
    <w:p>
      <w:r>
        <w:rPr>
          <w:b/>
        </w:rPr>
        <w:t xml:space="preserve">[1:32:20] </w:t>
      </w:r>
      <w:r>
        <w:t>rule kar raha hai.</w:t>
      </w:r>
    </w:p>
    <w:p>
      <w:pPr>
        <w:jc w:val="right"/>
      </w:pPr>
      <w:r>
        <w:t>رول کر رہا ہے۔</w:t>
      </w:r>
    </w:p>
    <w:p>
      <w:r>
        <w:rPr>
          <w:b/>
        </w:rPr>
        <w:t xml:space="preserve">[1:32:22] </w:t>
      </w:r>
      <w:r>
        <w:t>aap samajhte hain ke woh rukawat hai, ab is se lado.</w:t>
      </w:r>
    </w:p>
    <w:p>
      <w:pPr>
        <w:jc w:val="right"/>
      </w:pPr>
      <w:r>
        <w:t>آپ سمجھتے ہیں کہ وہ رکاوٹ ہے، اب اس سے لڑو۔</w:t>
      </w:r>
    </w:p>
    <w:p>
      <w:r>
        <w:rPr>
          <w:b/>
        </w:rPr>
        <w:t xml:space="preserve">[1:32:27] </w:t>
      </w:r>
      <w:r>
        <w:t>ladna shuru kar diya.</w:t>
      </w:r>
    </w:p>
    <w:p>
      <w:pPr>
        <w:jc w:val="right"/>
      </w:pPr>
      <w:r>
        <w:t>لڑنا شروع کر دیا۔</w:t>
      </w:r>
    </w:p>
    <w:p>
      <w:r>
        <w:rPr>
          <w:b/>
        </w:rPr>
        <w:t xml:space="preserve">[1:32:28] </w:t>
      </w:r>
      <w:r>
        <w:t>woh ek ko mara, doosra aaya, us ne bhi masla paida kiya.</w:t>
      </w:r>
    </w:p>
    <w:p>
      <w:pPr>
        <w:jc w:val="right"/>
      </w:pPr>
      <w:r>
        <w:t>وہ ایک کو مارا، دوسرا آیا، اس نے بھی مسئلہ پیدا کیا۔</w:t>
      </w:r>
    </w:p>
    <w:p>
      <w:r>
        <w:rPr>
          <w:b/>
        </w:rPr>
        <w:t xml:space="preserve">[1:32:34] </w:t>
      </w:r>
      <w:r>
        <w:t>to Syed Abdullah Maududi aur Syed Qutb musalsal zindagi bhar rola se ladte rahe, ek ke baad ek</w:t>
      </w:r>
    </w:p>
    <w:p>
      <w:pPr>
        <w:jc w:val="right"/>
      </w:pPr>
      <w:r>
        <w:t>تو سید عبداللہ مودودی اور سید کتب مسلسل زندگی بھر رولا سے لڑتے رہے، ایک کے بعد ایک</w:t>
      </w:r>
    </w:p>
    <w:p>
      <w:r>
        <w:rPr>
          <w:b/>
        </w:rPr>
        <w:t xml:space="preserve">[1:32:41] </w:t>
      </w:r>
      <w:r>
        <w:t>ke baad ek ke baad ek.</w:t>
      </w:r>
    </w:p>
    <w:p>
      <w:pPr>
        <w:jc w:val="right"/>
      </w:pPr>
      <w:r>
        <w:t>کے بعد ایک کے بعد ایک۔</w:t>
      </w:r>
    </w:p>
    <w:p>
      <w:r>
        <w:rPr>
          <w:b/>
        </w:rPr>
        <w:t xml:space="preserve">[1:32:44] </w:t>
      </w:r>
      <w:r>
        <w:t>to kya Islam yeh hai ke ladte raho, ladte raho, ladte raho? to jab aap aisa target banaye</w:t>
      </w:r>
    </w:p>
    <w:p>
      <w:pPr>
        <w:jc w:val="right"/>
      </w:pPr>
      <w:r>
        <w:t>تو کیا اسلام یہ ہے کہ لڑتے رہو، لڑتے رہو، لڑتے رہو؟ تو جب آپ ایسا ٹارگٹ بنائیں</w:t>
      </w:r>
    </w:p>
    <w:p>
      <w:r>
        <w:rPr>
          <w:b/>
        </w:rPr>
        <w:t xml:space="preserve">[1:32:52] </w:t>
      </w:r>
      <w:r>
        <w:t>ge jo in natural hoga to nateeja kya hoga? ke aap sirf ladenge ke koi aap ko</w:t>
      </w:r>
    </w:p>
    <w:p>
      <w:pPr>
        <w:jc w:val="right"/>
      </w:pPr>
      <w:r>
        <w:t>گے جو ان نیچرل ہوگا تو نتیجہ کیا ہوگا؟ کہ آپ صرف لڑیں گے کہ کوئی آپ کو</w:t>
      </w:r>
    </w:p>
    <w:p>
      <w:r>
        <w:rPr>
          <w:b/>
        </w:rPr>
        <w:t xml:space="preserve">[1:32:59] </w:t>
      </w:r>
      <w:r>
        <w:t>lage ke ke rukawat bana hua hai, ya us rukawat se ladenge aap.</w:t>
      </w:r>
    </w:p>
    <w:p>
      <w:pPr>
        <w:jc w:val="right"/>
      </w:pPr>
      <w:r>
        <w:t>لگے کہ کہ رکاوٹ بنا ہوا ہے، یا اس رکاوٹ سے لڑیں گے آپ۔</w:t>
      </w:r>
    </w:p>
    <w:p>
      <w:r>
        <w:rPr>
          <w:b/>
        </w:rPr>
        <w:t xml:space="preserve">[1:33:05] </w:t>
      </w:r>
      <w:r>
        <w:t>lekin ek rukawat jab khatm ho gayi to ek aur rukawat aa jayegi, phir us se ladein</w:t>
      </w:r>
    </w:p>
    <w:p>
      <w:pPr>
        <w:jc w:val="right"/>
      </w:pPr>
      <w:r>
        <w:t>لیکن ایک رکاوٹ جب ختم ہو گئی تو ایک اور رکاوٹ آ جائے گی، پھر اس سے لڑیں</w:t>
      </w:r>
    </w:p>
    <w:p>
      <w:r>
        <w:rPr>
          <w:b/>
        </w:rPr>
        <w:t xml:space="preserve">[1:33:13] </w:t>
      </w:r>
      <w:r>
        <w:t>ge aap.</w:t>
      </w:r>
    </w:p>
    <w:p>
      <w:pPr>
        <w:jc w:val="right"/>
      </w:pPr>
      <w:r>
        <w:t>گے آپ۔</w:t>
      </w:r>
    </w:p>
    <w:p>
      <w:r>
        <w:rPr>
          <w:b/>
        </w:rPr>
        <w:t xml:space="preserve">[1:33:15] </w:t>
      </w:r>
      <w:r>
        <w:t>aur aakhir mein jab dekhein ke hum kamyab nahi hue to suicide bombing karenge.</w:t>
      </w:r>
    </w:p>
    <w:p>
      <w:pPr>
        <w:jc w:val="right"/>
      </w:pPr>
      <w:r>
        <w:t>اور آخر میں جب دیکھیں کہ ہم کامیاب نہیں ہوئے تو سوسائیڈ بائمنگ کریں گے۔</w:t>
      </w:r>
    </w:p>
    <w:p>
      <w:r>
        <w:rPr>
          <w:b/>
        </w:rPr>
        <w:t xml:space="preserve">[1:33:21] </w:t>
      </w:r>
      <w:r>
        <w:t>in hazraat ki ideology ne kya kiya? pehle nafrat phailai.</w:t>
      </w:r>
    </w:p>
    <w:p>
      <w:pPr>
        <w:jc w:val="right"/>
      </w:pPr>
      <w:r>
        <w:t>ان حضرات کی آئیڈیالوجی نے کیا کیا؟ پہلے نفرت پھیلائی۔</w:t>
      </w:r>
    </w:p>
    <w:p>
      <w:r>
        <w:rPr>
          <w:b/>
        </w:rPr>
        <w:t xml:space="preserve">[1:33:25] </w:t>
      </w:r>
      <w:r>
        <w:t>yeh yeh taghoot hai.</w:t>
      </w:r>
    </w:p>
    <w:p>
      <w:pPr>
        <w:jc w:val="right"/>
      </w:pPr>
      <w:r>
        <w:t>یہ یہ طاغوت ہے۔</w:t>
      </w:r>
    </w:p>
    <w:p>
      <w:r>
        <w:rPr>
          <w:b/>
        </w:rPr>
        <w:t xml:space="preserve">[1:33:27] </w:t>
      </w:r>
      <w:r>
        <w:t>in hazraat ki ideology ne pehle yeh kiya ke nafrat phailai ke yeh taghoot hai, ise hatana hai.</w:t>
      </w:r>
    </w:p>
    <w:p>
      <w:pPr>
        <w:jc w:val="right"/>
      </w:pPr>
      <w:r>
        <w:t>ان حضرات کی آئیڈیالوجی نے پہلے یہ کیا کہ نفرت پھیلائی کہ یہ طاغوت ہے، اسے ہٹانا ہے۔</w:t>
      </w:r>
    </w:p>
    <w:p>
      <w:r>
        <w:rPr>
          <w:b/>
        </w:rPr>
        <w:t xml:space="preserve">[1:33:35] </w:t>
      </w:r>
      <w:r>
        <w:t>achha, is ke baad is ke khilaf tehreek chalai.</w:t>
      </w:r>
    </w:p>
    <w:p>
      <w:pPr>
        <w:jc w:val="right"/>
      </w:pPr>
      <w:r>
        <w:t>اچھا، اس کے بعد اس کے خلاف تحریک چلائی۔</w:t>
      </w:r>
    </w:p>
    <w:p>
      <w:r>
        <w:rPr>
          <w:b/>
        </w:rPr>
        <w:t xml:space="preserve">[1:33:39] </w:t>
      </w:r>
      <w:r>
        <w:t>pehlay chalai qalam se, zabaan se.</w:t>
      </w:r>
    </w:p>
    <w:p>
      <w:pPr>
        <w:jc w:val="right"/>
      </w:pPr>
      <w:r>
        <w:t>پہلے چلائی قلم سے، زبان سے۔</w:t>
      </w:r>
    </w:p>
    <w:p>
      <w:r>
        <w:rPr>
          <w:b/>
        </w:rPr>
        <w:t xml:space="preserve">[1:33:41] </w:t>
      </w:r>
      <w:r>
        <w:t>woh nahi hata paye.</w:t>
      </w:r>
    </w:p>
    <w:p>
      <w:pPr>
        <w:jc w:val="right"/>
      </w:pPr>
      <w:r>
        <w:t>وہ نہیں ہٹا پائے۔</w:t>
      </w:r>
    </w:p>
    <w:p>
      <w:r>
        <w:rPr>
          <w:b/>
        </w:rPr>
        <w:t xml:space="preserve">[1:33:43] </w:t>
      </w:r>
      <w:r>
        <w:t>to phir kya hua? ke is ke khilaf gand ka achha chala diya, bomb ka achha chala diya.</w:t>
      </w:r>
    </w:p>
    <w:p>
      <w:pPr>
        <w:jc w:val="right"/>
      </w:pPr>
      <w:r>
        <w:t>تو پھر کیا ہوا؟ کہ اس کے خلاف گند کا اچھا چلا دیا، بم کا اچھا چلا دیا۔</w:t>
      </w:r>
    </w:p>
    <w:p>
      <w:r>
        <w:rPr>
          <w:b/>
        </w:rPr>
        <w:t xml:space="preserve">[1:33:51] </w:t>
      </w:r>
      <w:r>
        <w:t>is se bhi nahi hata.</w:t>
      </w:r>
    </w:p>
    <w:p>
      <w:pPr>
        <w:jc w:val="right"/>
      </w:pPr>
      <w:r>
        <w:t>اس سے بھی نہیں ہٹا۔</w:t>
      </w:r>
    </w:p>
    <w:p>
      <w:r>
        <w:rPr>
          <w:b/>
        </w:rPr>
        <w:t xml:space="preserve">[1:33:53] </w:t>
      </w:r>
      <w:r>
        <w:t>to aakhir mein kya hua? suicide bombing shuru ho gayi.</w:t>
      </w:r>
    </w:p>
    <w:p>
      <w:pPr>
        <w:jc w:val="right"/>
      </w:pPr>
      <w:r>
        <w:t>تو آخر میں کیا ہوا؟ سوسائیڈ بائمنگ شروع ہوگئی۔</w:t>
      </w:r>
    </w:p>
    <w:p>
      <w:r>
        <w:rPr>
          <w:b/>
        </w:rPr>
        <w:t xml:space="preserve">[1:33:57] </w:t>
      </w:r>
      <w:r>
        <w:t>to jab aap ek aisa target banayein jo achievable na ho to kya hoga? hamesha yahi sab hoga.</w:t>
      </w:r>
    </w:p>
    <w:p>
      <w:pPr>
        <w:jc w:val="right"/>
      </w:pPr>
      <w:r>
        <w:t>تو جب آپ ایک ایسا ٹارگٹ بنائیں جو اچیویبل نہ ہو تو کیا ہوگا؟ ہمیشہ یہی سب ہوگا۔</w:t>
      </w:r>
    </w:p>
    <w:p>
      <w:r>
        <w:rPr>
          <w:b/>
        </w:rPr>
        <w:t xml:space="preserve">[1:34:04] </w:t>
      </w:r>
      <w:r>
        <w:t>ya phir aap jhoot bolenge ke ek nizaam aap banayenge jahan hoga to kuch nahi.</w:t>
      </w:r>
    </w:p>
    <w:p>
      <w:pPr>
        <w:jc w:val="right"/>
      </w:pPr>
      <w:r>
        <w:t>یا پھر آپ جھوٹ بولیں گے کہ ایک نظام آپ بنائیں گے جہاں ہوگا تو کچھ نہیں۔</w:t>
      </w:r>
    </w:p>
    <w:p>
      <w:r>
        <w:rPr>
          <w:b/>
        </w:rPr>
        <w:t xml:space="preserve">[1:34:12] </w:t>
      </w:r>
      <w:r>
        <w:t>aelan karenge ke wahan Islam ka darya beh raha hai.</w:t>
      </w:r>
    </w:p>
    <w:p>
      <w:pPr>
        <w:jc w:val="right"/>
      </w:pPr>
      <w:r>
        <w:t>اعلان کریں گے کہ وہاں اسلام کا دریا بہہ رہا ہے۔</w:t>
      </w:r>
    </w:p>
    <w:p>
      <w:r>
        <w:rPr>
          <w:b/>
        </w:rPr>
        <w:t xml:space="preserve">[1:34:16] </w:t>
      </w:r>
      <w:r>
        <w:t>yeh bhi ho raha hai is waqt ke ek jagah hukoomat banate hain yeh log aur jhoot bolte</w:t>
      </w:r>
    </w:p>
    <w:p>
      <w:pPr>
        <w:jc w:val="right"/>
      </w:pPr>
      <w:r>
        <w:t>یہ بھی ہو رہا ہے اس وقت کہ ایک جگہ حکومت بناتے ہیں یہ لوگ اور جھوٹ بولتے</w:t>
      </w:r>
    </w:p>
    <w:p>
      <w:r>
        <w:rPr>
          <w:b/>
        </w:rPr>
        <w:t xml:space="preserve">[1:34:24] </w:t>
      </w:r>
      <w:r>
        <w:t>hain ke yahan Islam ka darya beh raha hai.</w:t>
      </w:r>
    </w:p>
    <w:p>
      <w:pPr>
        <w:jc w:val="right"/>
      </w:pPr>
      <w:r>
        <w:t>ہیں کہ یہاں اسلام کا دریا بہہ رہا ہے۔</w:t>
      </w:r>
    </w:p>
    <w:p>
      <w:r>
        <w:rPr>
          <w:b/>
        </w:rPr>
        <w:t xml:space="preserve">[1:34:28] </w:t>
      </w:r>
      <w:r>
        <w:t>hota kuch bhi nahi wahan par, hota kuch bhi nahi.</w:t>
      </w:r>
    </w:p>
    <w:p>
      <w:pPr>
        <w:jc w:val="right"/>
      </w:pPr>
      <w:r>
        <w:t>ہوتا کچھ بھی نہیں وہاں پر، ہوتا کچھ بھی نہیں۔</w:t>
      </w:r>
    </w:p>
    <w:p>
      <w:r>
        <w:rPr>
          <w:b/>
        </w:rPr>
        <w:t xml:space="preserve">[1:34:32] </w:t>
      </w:r>
      <w:r>
        <w:t>to ya to jhoot bolo, ladai karo.</w:t>
      </w:r>
    </w:p>
    <w:p>
      <w:pPr>
        <w:jc w:val="right"/>
      </w:pPr>
      <w:r>
        <w:t>تو یا تو جھوٹ بولو، لڑائی کرو۔</w:t>
      </w:r>
    </w:p>
    <w:p>
      <w:r>
        <w:rPr>
          <w:b/>
        </w:rPr>
        <w:t xml:space="preserve">[1:34:35] </w:t>
      </w:r>
      <w:r>
        <w:t>to sahi target sirf dawat-e-Ilah hai jis mein kisi se takrao nahi hai.</w:t>
      </w:r>
    </w:p>
    <w:p>
      <w:pPr>
        <w:jc w:val="right"/>
      </w:pPr>
      <w:r>
        <w:t>تو صحیح ٹارگٹ صرف دعوت اللہ ہے جس میں کسی سے ٹکراؤ نہیں ہے۔</w:t>
      </w:r>
    </w:p>
    <w:p>
      <w:r>
        <w:rPr>
          <w:b/>
        </w:rPr>
        <w:t xml:space="preserve">[1:34:41] </w:t>
      </w:r>
      <w:r>
        <w:t>is mani mein kehta hoon, agar aap ka nazariya yeh ho to nazariya to yeh to is mein</w:t>
      </w:r>
    </w:p>
    <w:p>
      <w:pPr>
        <w:jc w:val="right"/>
      </w:pPr>
      <w:r>
        <w:t>اس معنی میں کہتا ہوں، اگر آپ کا نظریہ یہ ہو تو نظریہ تو یہ تو اس میں</w:t>
      </w:r>
    </w:p>
    <w:p>
      <w:r>
        <w:rPr>
          <w:b/>
        </w:rPr>
        <w:t xml:space="preserve">[1:34:49] </w:t>
      </w:r>
      <w:r>
        <w:t>bhi yani Quran ke mutabiq sharab mein bhi ek nafa hai.</w:t>
      </w:r>
    </w:p>
    <w:p>
      <w:pPr>
        <w:jc w:val="right"/>
      </w:pPr>
      <w:r>
        <w:t>بھی یعنی قرآن کے مطابق شراب میں بھی ایک نفع ہے۔</w:t>
      </w:r>
    </w:p>
    <w:p>
      <w:r>
        <w:rPr>
          <w:b/>
        </w:rPr>
        <w:t xml:space="preserve">[1:34:54] </w:t>
      </w:r>
      <w:r>
        <w:t>woh koi woh tareeqa koi sochne ka nahi hai.</w:t>
      </w:r>
    </w:p>
    <w:p>
      <w:pPr>
        <w:jc w:val="right"/>
      </w:pPr>
      <w:r>
        <w:t>وہ کوئی وہ طریقہ کوئی سوچنے کا نہیں ہے۔</w:t>
      </w:r>
    </w:p>
    <w:p>
      <w:r>
        <w:rPr>
          <w:b/>
        </w:rPr>
        <w:t xml:space="preserve">[1:34:57] </w:t>
      </w:r>
      <w:r>
        <w:t>sochne ka tareeqa yeh hai ke aadmi ne jo target diya hai, jo goal diya hai, us ke</w:t>
      </w:r>
    </w:p>
    <w:p>
      <w:pPr>
        <w:jc w:val="right"/>
      </w:pPr>
      <w:r>
        <w:t>سوچنے کا طریقہ یہ ہے کہ آدمی نے جو ٹارگٹ دیا ہے، جو گول دیا ہے، اس کے</w:t>
      </w:r>
    </w:p>
    <w:p>
      <w:r>
        <w:rPr>
          <w:b/>
        </w:rPr>
        <w:t xml:space="preserve">[1:35:05] </w:t>
      </w:r>
      <w:r>
        <w:t>aitbaar se jaanchiye aap ke goal ke aitbaar se kya hai? Siwa takraao ke, siwa nafrat ke, aur</w:t>
      </w:r>
    </w:p>
    <w:p>
      <w:pPr>
        <w:jc w:val="right"/>
      </w:pPr>
      <w:r>
        <w:t>اعتبار سے جانچیے آپ کہ گول کے اعتبار سے کیا ہے؟ سوا ٹکراؤ کے، سوا نفرت کے، اور</w:t>
      </w:r>
    </w:p>
    <w:p>
      <w:r>
        <w:rPr>
          <w:b/>
        </w:rPr>
        <w:t xml:space="preserve">[1:35:13] </w:t>
      </w:r>
      <w:r>
        <w:t>kuch bhi unhon ne unhon ne nahi diya.</w:t>
      </w:r>
    </w:p>
    <w:p>
      <w:pPr>
        <w:jc w:val="right"/>
      </w:pPr>
      <w:r>
        <w:t>کچھ بھی انہوں نے انہوں نے نہیں دیا۔</w:t>
      </w:r>
    </w:p>
    <w:p>
      <w:r>
        <w:rPr>
          <w:b/>
        </w:rPr>
        <w:t xml:space="preserve">[1:35:16] </w:t>
      </w:r>
      <w:r>
        <w:t>Maulana, in ka doosra sawal yeh hai, unhon ne likha hai: "Hadees mein aaya hai ke Quran aur</w:t>
      </w:r>
    </w:p>
    <w:p>
      <w:pPr>
        <w:jc w:val="right"/>
      </w:pPr>
      <w:r>
        <w:t>مولانا، ان کا دوسرا سوال یہ ہے، انہوں نے لکھا ہے: "حدیث میں آیا ہے کہ قرآن اور</w:t>
      </w:r>
    </w:p>
    <w:p>
      <w:r>
        <w:rPr>
          <w:b/>
        </w:rPr>
        <w:t xml:space="preserve">[1:35:24] </w:t>
      </w:r>
      <w:r>
        <w:t>Sultan ta'am hain, aur sun lo ke kitab aur Sultan juda ho jayenge." In hadees in hadeeson</w:t>
      </w:r>
    </w:p>
    <w:p>
      <w:pPr>
        <w:jc w:val="right"/>
      </w:pPr>
      <w:r>
        <w:t>سلطان طعام ہیں، اور سن لو کہ کتاب اور سلطان جدا ہو جائیں گے۔" ان حدیث ان حدیثوں</w:t>
      </w:r>
    </w:p>
    <w:p>
      <w:r>
        <w:rPr>
          <w:b/>
        </w:rPr>
        <w:t xml:space="preserve">[1:35:32] </w:t>
      </w:r>
      <w:r>
        <w:t>ka matlab kya hai? Is ko wazeh karen.</w:t>
      </w:r>
    </w:p>
    <w:p>
      <w:pPr>
        <w:jc w:val="right"/>
      </w:pPr>
      <w:r>
        <w:t>کا مطلب کیا ہے؟ اس کو واضح کریں۔</w:t>
      </w:r>
    </w:p>
    <w:p>
      <w:r>
        <w:rPr>
          <w:b/>
        </w:rPr>
        <w:t xml:space="preserve">[1:35:35] </w:t>
      </w:r>
      <w:r>
        <w:t>Is waqt mein likh chuka hoon, yeh hadees khule ke aisa logon ne ajeeb o ghareeb matlab nikaal</w:t>
      </w:r>
    </w:p>
    <w:p>
      <w:pPr>
        <w:jc w:val="right"/>
      </w:pPr>
      <w:r>
        <w:t>اس وقت میں لکھ چکا ہوں، یہ حدیث کھلے کے ایسا لوگوں نے عجیب و غریب مطلب نکال</w:t>
      </w:r>
    </w:p>
    <w:p>
      <w:r>
        <w:rPr>
          <w:b/>
        </w:rPr>
        <w:t xml:space="preserve">[1:35:43] </w:t>
      </w:r>
      <w:r>
        <w:t>rakha hai.</w:t>
      </w:r>
    </w:p>
    <w:p>
      <w:pPr>
        <w:jc w:val="right"/>
      </w:pPr>
      <w:r>
        <w:t>رکھا ہے۔</w:t>
      </w:r>
    </w:p>
    <w:p>
      <w:r>
        <w:rPr>
          <w:b/>
        </w:rPr>
        <w:t xml:space="preserve">[1:35:44] </w:t>
      </w:r>
      <w:r>
        <w:t>Khud sahib ka yeh chhap chuka hai risale mein.</w:t>
      </w:r>
    </w:p>
    <w:p>
      <w:pPr>
        <w:jc w:val="right"/>
      </w:pPr>
      <w:r>
        <w:t>خود صاحب کا یہ چھپ چکا ہے رسالے میں۔</w:t>
      </w:r>
    </w:p>
    <w:p>
      <w:r>
        <w:rPr>
          <w:b/>
        </w:rPr>
        <w:t xml:space="preserve">[1:35:48] </w:t>
      </w:r>
      <w:r>
        <w:t>Aap ko yaad hai kis pe nahi chhapayi? Ji ji, bata doon mein is mein.</w:t>
      </w:r>
    </w:p>
    <w:p>
      <w:pPr>
        <w:jc w:val="right"/>
      </w:pPr>
      <w:r>
        <w:t>آپ کو یاد ہے کس پہ نہیں چھپائی؟ جی جی، بتا دوں میں اس میں۔</w:t>
      </w:r>
    </w:p>
    <w:p>
      <w:r>
        <w:rPr>
          <w:b/>
        </w:rPr>
        <w:t xml:space="preserve">[1:35:55] </w:t>
      </w:r>
      <w:r>
        <w:t>Ji ji, theek hai.</w:t>
      </w:r>
    </w:p>
    <w:p>
      <w:pPr>
        <w:jc w:val="right"/>
      </w:pPr>
      <w:r>
        <w:t>جی جی، ٹھیک ہے۔</w:t>
      </w:r>
    </w:p>
    <w:p>
      <w:r>
        <w:rPr>
          <w:b/>
        </w:rPr>
        <w:t xml:space="preserve">[1:35:56] </w:t>
      </w:r>
      <w:r>
        <w:t>Maulana, woh baad mein un ko bata denge.</w:t>
      </w:r>
    </w:p>
    <w:p>
      <w:pPr>
        <w:jc w:val="right"/>
      </w:pPr>
      <w:r>
        <w:t>مولانا، وہ بعد میں ان کو بتا دیں گے۔</w:t>
      </w:r>
    </w:p>
    <w:p>
      <w:r>
        <w:rPr>
          <w:b/>
        </w:rPr>
        <w:t xml:space="preserve">[1:36:00] </w:t>
      </w:r>
      <w:r>
        <w:t>Baad ko haan ji.</w:t>
      </w:r>
    </w:p>
    <w:p>
      <w:pPr>
        <w:jc w:val="right"/>
      </w:pPr>
      <w:r>
        <w:t>بعد کو ہاں جی۔</w:t>
      </w:r>
    </w:p>
    <w:p>
      <w:r>
        <w:rPr>
          <w:b/>
        </w:rPr>
        <w:t xml:space="preserve">[1:36:02] </w:t>
      </w:r>
      <w:r>
        <w:t>Maulana, agla sawal lete hain.</w:t>
      </w:r>
    </w:p>
    <w:p>
      <w:pPr>
        <w:jc w:val="right"/>
      </w:pPr>
      <w:r>
        <w:t>مولانا، اگلا سوال لیتے ہیں۔</w:t>
      </w:r>
    </w:p>
    <w:p>
      <w:r>
        <w:rPr>
          <w:b/>
        </w:rPr>
        <w:t xml:space="preserve">[1:36:04] </w:t>
      </w:r>
      <w:r>
        <w:t>Yeh aaye hain, yeh sawal aaya hai Tamil Nadu se Maulana Farhad Ahmed sahib ka.</w:t>
      </w:r>
    </w:p>
    <w:p>
      <w:pPr>
        <w:jc w:val="right"/>
      </w:pPr>
      <w:r>
        <w:t>یہ آئے ہیں، یہ سوال آیا ہے تمل ناڈو سے مولانا فرہاد احمد صاحب کا۔</w:t>
      </w:r>
    </w:p>
    <w:p>
      <w:r>
        <w:rPr>
          <w:b/>
        </w:rPr>
        <w:t xml:space="preserve">[1:36:10] </w:t>
      </w:r>
      <w:r>
        <w:t>انہوں نے لکھا ہے: "مولانا صاحب، there are many religions now a days.</w:t>
      </w:r>
    </w:p>
    <w:p>
      <w:pPr>
        <w:jc w:val="right"/>
      </w:pPr>
      <w:r>
        <w:t>انہوں نے لکھا ہے: "مولانا صاحب، دیر آر مینی ریلیجنز ناؤ ای ڈیز۔</w:t>
      </w:r>
    </w:p>
    <w:p>
      <w:r>
        <w:rPr>
          <w:b/>
        </w:rPr>
        <w:t xml:space="preserve">[1:36:16] </w:t>
      </w:r>
      <w:r>
        <w:t>How can I prove that Islam is the only true religion on scientific criteria? Please comment." Kya matlab?</w:t>
      </w:r>
    </w:p>
    <w:p>
      <w:pPr>
        <w:jc w:val="right"/>
      </w:pPr>
      <w:r>
        <w:t>ہاؤ کین آئی پروف دیٹ اسلام از دی اونلی ٹرو ریلیجن ان سائنٹیفک کرائٹیریا؟ پلیز کمنٹ۔" کیا مطلب؟</w:t>
      </w:r>
    </w:p>
    <w:p>
      <w:r>
        <w:rPr>
          <w:b/>
        </w:rPr>
        <w:t xml:space="preserve">[1:36:24] </w:t>
      </w:r>
      <w:r>
        <w:t>Ke Maulana, bohat se mazhab hain aaj ki tareekh mein, to hum yeh kaise prove karen ek scientific</w:t>
      </w:r>
    </w:p>
    <w:p>
      <w:pPr>
        <w:jc w:val="right"/>
      </w:pPr>
      <w:r>
        <w:t>کہ مولانا، بہت سے مذہب ہیں آج کی تاریخ میں، تو ہم یہ کیسے پروف کریں ایک سائنٹیفک</w:t>
      </w:r>
    </w:p>
    <w:p>
      <w:r>
        <w:rPr>
          <w:b/>
        </w:rPr>
        <w:t xml:space="preserve">[1:36:31] </w:t>
      </w:r>
      <w:r>
        <w:t>criteria ko istemaal karte hue ke jo Islam hai, wahi sachha mazhab hai? Kiska sawal hai? Yeh</w:t>
      </w:r>
    </w:p>
    <w:p>
      <w:pPr>
        <w:jc w:val="right"/>
      </w:pPr>
      <w:r>
        <w:t>کرائٹیریا کو استعمال کرتے ہوئے کہ جو اسلام ہے، وہی سچا مذہب ہے؟ کس کا سوال ہے؟ یہ</w:t>
      </w:r>
    </w:p>
    <w:p>
      <w:r>
        <w:rPr>
          <w:b/>
        </w:rPr>
        <w:t xml:space="preserve">[1:36:39] </w:t>
      </w:r>
      <w:r>
        <w:t>Maulana Farhad Ahmed sahib ka Tamil Nadu se.</w:t>
      </w:r>
    </w:p>
    <w:p>
      <w:pPr>
        <w:jc w:val="right"/>
      </w:pPr>
      <w:r>
        <w:t>مولانا فرہاد احمد صاحب کا تمل ناڈو سے۔</w:t>
      </w:r>
    </w:p>
    <w:p>
      <w:r>
        <w:rPr>
          <w:b/>
        </w:rPr>
        <w:t xml:space="preserve">[1:36:43] </w:t>
      </w:r>
      <w:r>
        <w:t>Dekhen, hamara yeh manna nahi hai ke Islam hi sachha mazhab hai.</w:t>
      </w:r>
    </w:p>
    <w:p>
      <w:pPr>
        <w:jc w:val="right"/>
      </w:pPr>
      <w:r>
        <w:t>دیکھیں، ہمارا یہ ماننا نہیں ہے کہ اسلام ہی سچا مذہب ہے۔</w:t>
      </w:r>
    </w:p>
    <w:p>
      <w:r>
        <w:rPr>
          <w:b/>
        </w:rPr>
        <w:t xml:space="preserve">[1:36:48] </w:t>
      </w:r>
      <w:r>
        <w:t>Har mazhab sachhe hi the.</w:t>
      </w:r>
    </w:p>
    <w:p>
      <w:pPr>
        <w:jc w:val="right"/>
      </w:pPr>
      <w:r>
        <w:t>ہر مذہب سچے ہی تھے۔</w:t>
      </w:r>
    </w:p>
    <w:p>
      <w:r>
        <w:rPr>
          <w:b/>
        </w:rPr>
        <w:t xml:space="preserve">[1:36:50] </w:t>
      </w:r>
      <w:r>
        <w:t>Hamara manna hai ke Islam mehfooz mazhab hai.</w:t>
      </w:r>
    </w:p>
    <w:p>
      <w:pPr>
        <w:jc w:val="right"/>
      </w:pPr>
      <w:r>
        <w:t>ہمارا ماننا ہے کہ اسلام محفوظ مذہب ہے۔</w:t>
      </w:r>
    </w:p>
    <w:p>
      <w:r>
        <w:rPr>
          <w:b/>
        </w:rPr>
        <w:t xml:space="preserve">[1:36:53] </w:t>
      </w:r>
      <w:r>
        <w:t>Hum hargiz yeh nahi kehte ke saare mazhab sachhe nahi, bas Islam hi sachha hai.</w:t>
      </w:r>
    </w:p>
    <w:p>
      <w:pPr>
        <w:jc w:val="right"/>
      </w:pPr>
      <w:r>
        <w:t>ہم ہرگز یہ نہیں کہتے کہ سارے مذہب سچے نہیں، بس اسلام ہی سچا ہے۔</w:t>
      </w:r>
    </w:p>
    <w:p>
      <w:r>
        <w:rPr>
          <w:b/>
        </w:rPr>
        <w:t xml:space="preserve">[1:37:00] </w:t>
      </w:r>
      <w:r>
        <w:t>Jitne mazhab the, originally sab sachhe the.</w:t>
      </w:r>
    </w:p>
    <w:p>
      <w:pPr>
        <w:jc w:val="right"/>
      </w:pPr>
      <w:r>
        <w:t>جتنے مذہب تھے، اوریجنلی سب سچے تھے۔</w:t>
      </w:r>
    </w:p>
    <w:p>
      <w:r>
        <w:rPr>
          <w:b/>
        </w:rPr>
        <w:t xml:space="preserve">[1:37:03] </w:t>
      </w:r>
      <w:r>
        <w:t>Lekin yeh ek haqeeqat hai ke koi bhi apne yaani kisi ke jo original jo text tha, us</w:t>
      </w:r>
    </w:p>
    <w:p>
      <w:pPr>
        <w:jc w:val="right"/>
      </w:pPr>
      <w:r>
        <w:t>لیکن یہ ایک حقیقت ہے کہ کوئی بھی اپنے یعنی کسی کے جو اوریجنل جو ٹیکسٹ تھا، اس</w:t>
      </w:r>
    </w:p>
    <w:p>
      <w:r>
        <w:rPr>
          <w:b/>
        </w:rPr>
        <w:t xml:space="preserve">[1:37:10] </w:t>
      </w:r>
      <w:r>
        <w:t>ka mehfooz nahi hai.</w:t>
      </w:r>
    </w:p>
    <w:p>
      <w:pPr>
        <w:jc w:val="right"/>
      </w:pPr>
      <w:r>
        <w:t>کا محفوظ نہیں ہے۔</w:t>
      </w:r>
    </w:p>
    <w:p>
      <w:r>
        <w:rPr>
          <w:b/>
        </w:rPr>
        <w:t xml:space="preserve">[1:37:12] </w:t>
      </w:r>
      <w:r>
        <w:t>to is waja se hum sirf yeh kehte hain ke woh woh un un un ko aap refer</w:t>
      </w:r>
    </w:p>
    <w:p>
      <w:pPr>
        <w:jc w:val="right"/>
      </w:pPr>
      <w:r>
        <w:t>تو اس وجہ سے ہم صرف یہ کہتے ہیں کہ وہ وہ ان ان ان کو آپ ریفر</w:t>
      </w:r>
    </w:p>
    <w:p>
      <w:r>
        <w:rPr>
          <w:b/>
        </w:rPr>
        <w:t xml:space="preserve">[1:37:20] </w:t>
      </w:r>
      <w:r>
        <w:t>nahi kar sakte.</w:t>
      </w:r>
    </w:p>
    <w:p>
      <w:pPr>
        <w:jc w:val="right"/>
      </w:pPr>
      <w:r>
        <w:t>نہیں کر سکتے۔</w:t>
      </w:r>
    </w:p>
    <w:p>
      <w:r>
        <w:rPr>
          <w:b/>
        </w:rPr>
        <w:t xml:space="preserve">[1:37:21] </w:t>
      </w:r>
      <w:r>
        <w:t>refer karenge aap is is ko jo jo preserve text hai.</w:t>
      </w:r>
    </w:p>
    <w:p>
      <w:pPr>
        <w:jc w:val="right"/>
      </w:pPr>
      <w:r>
        <w:t>ریفر کریں گے آپ اس اس کو جو جو پریزرو ٹیکسٹ ہے۔</w:t>
      </w:r>
    </w:p>
    <w:p>
      <w:r>
        <w:rPr>
          <w:b/>
        </w:rPr>
        <w:t xml:space="preserve">[1:37:27] </w:t>
      </w:r>
      <w:r>
        <w:t>bas itna hum kehte hain.</w:t>
      </w:r>
    </w:p>
    <w:p>
      <w:pPr>
        <w:jc w:val="right"/>
      </w:pPr>
      <w:r>
        <w:t>بس اتنا ہم کہتے ہیں۔</w:t>
      </w:r>
    </w:p>
    <w:p>
      <w:r>
        <w:rPr>
          <w:b/>
        </w:rPr>
        <w:t xml:space="preserve">[1:37:29] </w:t>
      </w:r>
      <w:r>
        <w:t>is pe hum ne bohat likha hai apni kitabon mein.</w:t>
      </w:r>
    </w:p>
    <w:p>
      <w:pPr>
        <w:jc w:val="right"/>
      </w:pPr>
      <w:r>
        <w:t>اس پہ ہم نے بہت لکھا ہے اپنی کتابوں میں۔</w:t>
      </w:r>
    </w:p>
    <w:p>
      <w:r>
        <w:rPr>
          <w:b/>
        </w:rPr>
        <w:t xml:space="preserve">[1:37:33] </w:t>
      </w:r>
      <w:r>
        <w:t>maulana, un ka ek aur doosra sawal bhi hai ke unhon ne likha hai: "what is the concept</w:t>
      </w:r>
    </w:p>
    <w:p>
      <w:pPr>
        <w:jc w:val="right"/>
      </w:pPr>
      <w:r>
        <w:t>مولانا، ان کا ایک اور دوسرا سوال بھی ہے کہ انہوں نے لکھا ہے: "واٹ از دا کانسیپٹ</w:t>
      </w:r>
    </w:p>
    <w:p>
      <w:r>
        <w:rPr>
          <w:b/>
        </w:rPr>
        <w:t xml:space="preserve">[1:37:41] </w:t>
      </w:r>
      <w:r>
        <w:t>"of worship in Islam as compared to other religions?" Is par bhi bahut likha ki hamari kitabein aap</w:t>
      </w:r>
    </w:p>
    <w:p>
      <w:pPr>
        <w:jc w:val="right"/>
      </w:pPr>
      <w:r>
        <w:t>اف ورشپ ان اسلام ایز کمپیر ٹو ادر ریلیجنز؟" اس پر بھی بہت لکھا کہ ہماری کتابیں آپ</w:t>
      </w:r>
    </w:p>
    <w:p>
      <w:r>
        <w:rPr>
          <w:b/>
        </w:rPr>
        <w:t xml:space="preserve">[1:37:48] </w:t>
      </w:r>
      <w:r>
        <w:t>parh lijie.</w:t>
      </w:r>
    </w:p>
    <w:p>
      <w:pPr>
        <w:jc w:val="right"/>
      </w:pPr>
      <w:r>
        <w:t>پڑھ لیجئے۔</w:t>
      </w:r>
    </w:p>
    <w:p>
      <w:r>
        <w:rPr>
          <w:b/>
        </w:rPr>
        <w:t xml:space="preserve">[1:37:50] </w:t>
      </w:r>
      <w:r>
        <w:t>ke sahib, ibadat par to kaifi likha hai.</w:t>
      </w:r>
    </w:p>
    <w:p>
      <w:pPr>
        <w:jc w:val="right"/>
      </w:pPr>
      <w:r>
        <w:t>کہ صاحب، عبادت پر تو کیفی لکھا ہے۔</w:t>
      </w:r>
    </w:p>
    <w:p>
      <w:r>
        <w:rPr>
          <w:b/>
        </w:rPr>
        <w:t xml:space="preserve">[1:37:53] </w:t>
      </w:r>
      <w:r>
        <w:t>hain islami talimat.</w:t>
      </w:r>
    </w:p>
    <w:p>
      <w:pPr>
        <w:jc w:val="right"/>
      </w:pPr>
      <w:r>
        <w:t>ہیں اسلامی تعلیمات۔</w:t>
      </w:r>
    </w:p>
    <w:p>
      <w:r>
        <w:rPr>
          <w:b/>
        </w:rPr>
        <w:t xml:space="preserve">[1:37:55] </w:t>
      </w:r>
      <w:r>
        <w:t>kis kitab mein? Islami talimat keh rahe hain.</w:t>
      </w:r>
    </w:p>
    <w:p>
      <w:pPr>
        <w:jc w:val="right"/>
      </w:pPr>
      <w:r>
        <w:t>کس کتاب میں؟ اسلامی تعلیمات کہہ رہے ہیں۔</w:t>
      </w:r>
    </w:p>
    <w:p>
      <w:r>
        <w:rPr>
          <w:b/>
        </w:rPr>
        <w:t xml:space="preserve">[1:37:58] </w:t>
      </w:r>
      <w:r>
        <w:t>islami talimat mein kafi tafseel se hai, us ko aap dekh lijie.</w:t>
      </w:r>
    </w:p>
    <w:p>
      <w:pPr>
        <w:jc w:val="right"/>
      </w:pPr>
      <w:r>
        <w:t>اسلامی تعلیمات میں کافی تفصیل سے ہے، اس کو آپ دیکھ لیجئے۔</w:t>
      </w:r>
    </w:p>
    <w:p>
      <w:r>
        <w:rPr>
          <w:b/>
        </w:rPr>
        <w:t xml:space="preserve">[1:38:03] </w:t>
      </w:r>
      <w:r>
        <w:t>maulana, agla sawal dilli se hai miss naghma siddiqui ka.</w:t>
      </w:r>
    </w:p>
    <w:p>
      <w:pPr>
        <w:jc w:val="right"/>
      </w:pPr>
      <w:r>
        <w:t>مولانا، اگلا سوال دلی سے ہے مس نغمہ صدیقی کا۔</w:t>
      </w:r>
    </w:p>
    <w:p>
      <w:r>
        <w:rPr>
          <w:b/>
        </w:rPr>
        <w:t xml:space="preserve">[1:38:08] </w:t>
      </w:r>
      <w:r>
        <w:t>انہوں نے لکھا ہے: "Man is an idealist by nature, but has to live in the world using</w:t>
      </w:r>
    </w:p>
    <w:p>
      <w:pPr>
        <w:jc w:val="right"/>
      </w:pPr>
      <w:r>
        <w:t>انہوں نے لکھا ہے: "مین از این آئیڈیلسٹ بائی نیچر، بٹ ہیز ٹو لیو ان دا ورلڈ یوزنگ</w:t>
      </w:r>
    </w:p>
    <w:p>
      <w:r>
        <w:rPr>
          <w:b/>
        </w:rPr>
        <w:t xml:space="preserve">[1:38:15] </w:t>
      </w:r>
      <w:r>
        <w:t>pragmatism.</w:t>
      </w:r>
    </w:p>
    <w:p>
      <w:pPr>
        <w:jc w:val="right"/>
      </w:pPr>
      <w:r>
        <w:t>پراگمیٹزم۔</w:t>
      </w:r>
    </w:p>
    <w:p>
      <w:r>
        <w:rPr>
          <w:b/>
        </w:rPr>
        <w:t xml:space="preserve">[1:38:17] </w:t>
      </w:r>
      <w:r>
        <w:t>"How can he live with this contradiction positively, so as to be selected for Paradise?" دیکھیں، یہ کنٹراڈکشن</w:t>
      </w:r>
    </w:p>
    <w:p>
      <w:pPr>
        <w:jc w:val="right"/>
      </w:pPr>
      <w:r>
        <w:t>ہاؤ کین ہی لیو ود دس کنٹراڈکشن پازیٹیولی، سو ایز ٹو بی سلیکٹڈ فار پیراڈائز؟" دیکھیں، یہ کنٹراڈکشن</w:t>
      </w:r>
    </w:p>
    <w:p>
      <w:r>
        <w:rPr>
          <w:b/>
        </w:rPr>
        <w:t xml:space="preserve">[1:38:25]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[1:38:26] </w:t>
      </w:r>
      <w:r>
        <w:t>contradiction nahi hai.</w:t>
      </w:r>
    </w:p>
    <w:p>
      <w:pPr>
        <w:jc w:val="right"/>
      </w:pPr>
      <w:r>
        <w:t>کنٹراڈکشن نہیں ہے۔</w:t>
      </w:r>
    </w:p>
    <w:p>
      <w:r>
        <w:rPr>
          <w:b/>
        </w:rPr>
        <w:t xml:space="preserve">[1:38:28] </w:t>
      </w:r>
      <w:r>
        <w:t>apne zaat ke aitbar se aap ko idealist hi ban kar rehna hai.</w:t>
      </w:r>
    </w:p>
    <w:p>
      <w:pPr>
        <w:jc w:val="right"/>
      </w:pPr>
      <w:r>
        <w:t>اپنے ذات کے اعتبار سے آپ کو آئیڈیلسٹ ہی بن کر رہنا ہے۔</w:t>
      </w:r>
    </w:p>
    <w:p>
      <w:r>
        <w:rPr>
          <w:b/>
        </w:rPr>
        <w:t xml:space="preserve">[1:38:33] </w:t>
      </w:r>
      <w:r>
        <w:t>yani aap ke soch, aap ki jo view of thinking, us mein aap ko idealist hi banna hai.</w:t>
      </w:r>
    </w:p>
    <w:p>
      <w:pPr>
        <w:jc w:val="right"/>
      </w:pPr>
      <w:r>
        <w:t>یعنی آپ کے سوچ، آپ کی جو ویو آف تھنکنگ، اس میں آپ کو آئیڈیلسٹ ہی بننا ہے۔</w:t>
      </w:r>
    </w:p>
    <w:p>
      <w:r>
        <w:rPr>
          <w:b/>
        </w:rPr>
        <w:t xml:space="preserve">[1:38:41] </w:t>
      </w:r>
      <w:r>
        <w:t>lekin jab aap doosron ke beech mein hote hain to wahan par aap pragmatic ka matlab kya hai?</w:t>
      </w:r>
    </w:p>
    <w:p>
      <w:pPr>
        <w:jc w:val="right"/>
      </w:pPr>
      <w:r>
        <w:t>لیکن جب آپ دوسروں کے بیچ میں ہوتے ہیں تو وہاں پر آپ پراگمیٹک کا مطلب کیا ہے؟</w:t>
      </w:r>
    </w:p>
    <w:p>
      <w:r>
        <w:rPr>
          <w:b/>
        </w:rPr>
        <w:t xml:space="preserve">[1:38:49] </w:t>
      </w:r>
      <w:r>
        <w:t>matlab adjustment, doosron ko concession dena, yeh matlab hota hai is ka.</w:t>
      </w:r>
    </w:p>
    <w:p>
      <w:pPr>
        <w:jc w:val="right"/>
      </w:pPr>
      <w:r>
        <w:t>مطلب ایڈجسٹمنٹ، دوسروں کو کنسیشن دینا، یہ مطلب ہوتا ہے اس کا۔</w:t>
      </w:r>
    </w:p>
    <w:p>
      <w:r>
        <w:rPr>
          <w:b/>
        </w:rPr>
        <w:t xml:space="preserve">[1:38:54] </w:t>
      </w:r>
      <w:r>
        <w:t>agar aap aisa koi aadmi kahe ke apni self interest ke liye woh pragmatic bane to woh buri</w:t>
      </w:r>
    </w:p>
    <w:p>
      <w:pPr>
        <w:jc w:val="right"/>
      </w:pPr>
      <w:r>
        <w:t>اگر آپ ایسا کوئی آدمی کہے کہ اپنی سیلف انٹرسٹ کے لیے وہ پراگمیٹک بنے تو وہ بری</w:t>
      </w:r>
    </w:p>
    <w:p>
      <w:r>
        <w:rPr>
          <w:b/>
        </w:rPr>
        <w:t xml:space="preserve">[1:39:01] </w:t>
      </w:r>
      <w:r>
        <w:t>cheez hai, self interest ke liye.</w:t>
      </w:r>
    </w:p>
    <w:p>
      <w:pPr>
        <w:jc w:val="right"/>
      </w:pPr>
      <w:r>
        <w:t>چیز ہے، سیلف انٹرسٹ کے لیے۔</w:t>
      </w:r>
    </w:p>
    <w:p>
      <w:r>
        <w:rPr>
          <w:b/>
        </w:rPr>
        <w:t xml:space="preserve">[1:39:04] </w:t>
      </w:r>
      <w:r>
        <w:t>lekin jab allah ke yani chounke allah ne azadi hai, logon ko azadi hum cheen nahi sakte, to</w:t>
      </w:r>
    </w:p>
    <w:p>
      <w:pPr>
        <w:jc w:val="right"/>
      </w:pPr>
      <w:r>
        <w:t>لیکن جب اللہ کے یعنی چونکہ اللہ نے آزادی ہے، لوگوں کو آزادی ہم چھین نہیں سکتے، تو</w:t>
      </w:r>
    </w:p>
    <w:p>
      <w:r>
        <w:rPr>
          <w:b/>
        </w:rPr>
        <w:t xml:space="preserve">[1:39:12] </w:t>
      </w:r>
      <w:r>
        <w:t>azaad allah ke diye hue azadi se adjust karna, yeh to ibadat hai.</w:t>
      </w:r>
    </w:p>
    <w:p>
      <w:pPr>
        <w:jc w:val="right"/>
      </w:pPr>
      <w:r>
        <w:t>آزاد اللہ کے دیے ہوئے آزادی سے ایڈجسٹ کرنا، یہ تو عبادت ہے۔</w:t>
      </w:r>
    </w:p>
    <w:p>
      <w:r>
        <w:rPr>
          <w:b/>
        </w:rPr>
        <w:t xml:space="preserve">[1:39:17] </w:t>
      </w:r>
      <w:r>
        <w:t>ibadat apne personal interest ke liye aap pragmatic bane to woh to ibadat nahi kaha jayega is</w:t>
      </w:r>
    </w:p>
    <w:p>
      <w:pPr>
        <w:jc w:val="right"/>
      </w:pPr>
      <w:r>
        <w:t>عبادت اپنے پرسنل انٹرسٹ کے لیے آپ پراگمیٹک بنے تو وہ تو عبادت نہیں کہا جائے گا اس</w:t>
      </w:r>
    </w:p>
    <w:p>
      <w:r>
        <w:rPr>
          <w:b/>
        </w:rPr>
        <w:t xml:space="preserve">[1:39:25]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[1:39:27] </w:t>
      </w:r>
      <w:r>
        <w:t>lekin yeh samajh kar ke bhai sab ko Allah ne azadi di hai, apne rastay pe chalain ge,</w:t>
      </w:r>
    </w:p>
    <w:p>
      <w:pPr>
        <w:jc w:val="right"/>
      </w:pPr>
      <w:r>
        <w:t>لیکن یہ سمجھ کر کہ بھئی سب کو اللہ نے آزادی دی ہے، اپنے راستے پہ چلیں گے،</w:t>
      </w:r>
    </w:p>
    <w:p>
      <w:r>
        <w:rPr>
          <w:b/>
        </w:rPr>
        <w:t xml:space="preserve">[1:39:34] </w:t>
      </w:r>
      <w:r>
        <w:t>woh toh hamein un ko takrao nahi karna hai.</w:t>
      </w:r>
    </w:p>
    <w:p>
      <w:pPr>
        <w:jc w:val="right"/>
      </w:pPr>
      <w:r>
        <w:t>وہ تو ہمیں ان کو ٹکراؤ نہیں کرنا ہے۔</w:t>
      </w:r>
    </w:p>
    <w:p>
      <w:r>
        <w:rPr>
          <w:b/>
        </w:rPr>
        <w:t xml:space="preserve">[1:39:38] </w:t>
      </w:r>
      <w:r>
        <w:t>hum toh bhai paigham dena hai un ko sachai ka.</w:t>
      </w:r>
    </w:p>
    <w:p>
      <w:pPr>
        <w:jc w:val="right"/>
      </w:pPr>
      <w:r>
        <w:t>ہم تو بھئی پیغام دینا ہے ان کو سچائی کا۔</w:t>
      </w:r>
    </w:p>
    <w:p>
      <w:r>
        <w:rPr>
          <w:b/>
        </w:rPr>
        <w:t xml:space="preserve">[1:39:42] </w:t>
      </w:r>
      <w:r>
        <w:t>toh phir woh cheez ibadat ban jaye gi.</w:t>
      </w:r>
    </w:p>
    <w:p>
      <w:pPr>
        <w:jc w:val="right"/>
      </w:pPr>
      <w:r>
        <w:t>تو پھر وہ چیز عبادت بن جائے گی۔</w:t>
      </w:r>
    </w:p>
    <w:p>
      <w:r>
        <w:rPr>
          <w:b/>
        </w:rPr>
        <w:t xml:space="preserve">[1:39:46]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[1:39:48] </w:t>
      </w:r>
      <w:r>
        <w:t>Maulana, agla sawal Dilli se hai Nafees Sahab ka.</w:t>
      </w:r>
    </w:p>
    <w:p>
      <w:pPr>
        <w:jc w:val="right"/>
      </w:pPr>
      <w:r>
        <w:t>مولانا، اگلا سوال دلی سے ہے نفیس صاحب کا۔</w:t>
      </w:r>
    </w:p>
    <w:p>
      <w:r>
        <w:rPr>
          <w:b/>
        </w:rPr>
        <w:t xml:space="preserve">[1:39:52] </w:t>
      </w:r>
      <w:r>
        <w:t>unhon ne likha hai: "main ne bohat logon ko kehte hue suna hai ke main bohat khuddaar aadmi</w:t>
      </w:r>
    </w:p>
    <w:p>
      <w:pPr>
        <w:jc w:val="right"/>
      </w:pPr>
      <w:r>
        <w:t>انہوں نے لکھا ہے: "میں نے بہت لوگوں کو کہتے ہوئے سنا ہے کہ میں بہت خوددار آدمی</w:t>
      </w:r>
    </w:p>
    <w:p>
      <w:r>
        <w:rPr>
          <w:b/>
        </w:rPr>
        <w:t xml:space="preserve">[1:40:00] </w:t>
      </w:r>
      <w:r>
        <w:t>hoon.</w:t>
      </w:r>
    </w:p>
    <w:p>
      <w:pPr>
        <w:jc w:val="right"/>
      </w:pPr>
      <w:r>
        <w:t>ہوں۔</w:t>
      </w:r>
    </w:p>
    <w:p>
      <w:r>
        <w:rPr>
          <w:b/>
        </w:rPr>
        <w:t xml:space="preserve">[1:40:01] </w:t>
      </w:r>
      <w:r>
        <w:t>kya khudari insaan ki bohat bari khoobi hai? please bataein ke khudari kya hoti hai?" khudari khoobi hi</w:t>
      </w:r>
    </w:p>
    <w:p>
      <w:pPr>
        <w:jc w:val="right"/>
      </w:pPr>
      <w:r>
        <w:t>کیا خودداری انسان کی بہت بڑی خوبی ہے؟ پلیز بتائیں کہ خودداری کیا ہوتی ہے؟" خودداری خوبی ہی</w:t>
      </w:r>
    </w:p>
    <w:p>
      <w:r>
        <w:rPr>
          <w:b/>
        </w:rPr>
        <w:t xml:space="preserve">[1:40:09] </w:t>
      </w:r>
      <w:r>
        <w:t>nahi hai, woh toh arrogance hai.</w:t>
      </w:r>
    </w:p>
    <w:p>
      <w:pPr>
        <w:jc w:val="right"/>
      </w:pPr>
      <w:r>
        <w:t>نہیں ہے، وہ تو اروگنس ہے۔</w:t>
      </w:r>
    </w:p>
    <w:p>
      <w:r>
        <w:rPr>
          <w:b/>
        </w:rPr>
        <w:t xml:space="preserve">[1:40:11] </w:t>
      </w:r>
      <w:r>
        <w:t>خودداری کا لفظ جو ہے، beautiful name ہے arrogance کا۔</w:t>
      </w:r>
    </w:p>
    <w:p>
      <w:pPr>
        <w:jc w:val="right"/>
      </w:pPr>
      <w:r>
        <w:t>خودداری کا لفظ جو ہے، بیوٹی فل نام ہے اروگنس کا۔</w:t>
      </w:r>
    </w:p>
    <w:p>
      <w:r>
        <w:rPr>
          <w:b/>
        </w:rPr>
        <w:t xml:space="preserve">[1:40:16] </w:t>
      </w:r>
      <w:r>
        <w:t>خودداری، عزت نفس, self-respect, یہ سب arrogance کا beautiful نام ہے۔</w:t>
      </w:r>
    </w:p>
    <w:p>
      <w:pPr>
        <w:jc w:val="right"/>
      </w:pPr>
      <w:r>
        <w:t>خودداری، عزت نفس، سیلف ریسپیکٹ، یہ سب اروگنس کا بیوٹی فل نام ہے۔</w:t>
      </w:r>
    </w:p>
    <w:p>
      <w:r>
        <w:rPr>
          <w:b/>
        </w:rPr>
        <w:t xml:space="preserve">[1:40:22] </w:t>
      </w:r>
      <w:r>
        <w:t>insaan ki jo sab se bari khoobi hai, woh hai modesty.</w:t>
      </w:r>
    </w:p>
    <w:p>
      <w:pPr>
        <w:jc w:val="right"/>
      </w:pPr>
      <w:r>
        <w:t>انسان کی جو سب سے بڑی خوبی ہے، وہ ہے ماڈیسٹی۔</w:t>
      </w:r>
    </w:p>
    <w:p>
      <w:r>
        <w:rPr>
          <w:b/>
        </w:rPr>
        <w:t xml:space="preserve">[1:40:26] </w:t>
      </w:r>
      <w:r>
        <w:t>modesty, tawazu.</w:t>
      </w:r>
    </w:p>
    <w:p>
      <w:pPr>
        <w:jc w:val="right"/>
      </w:pPr>
      <w:r>
        <w:t>ماڈیسٹی، تواضع۔</w:t>
      </w:r>
    </w:p>
    <w:p>
      <w:r>
        <w:rPr>
          <w:b/>
        </w:rPr>
        <w:t xml:space="preserve">[1:40:28] </w:t>
      </w:r>
      <w:r>
        <w:t>yeh khudari aur self respect aur izzat nafs, yeh sab toh ghamand, gharoor, kibr, arrogance ki baatein hain.</w:t>
      </w:r>
    </w:p>
    <w:p>
      <w:pPr>
        <w:jc w:val="right"/>
      </w:pPr>
      <w:r>
        <w:t>یہ خودداری اور سیلف ریسپیکٹ اور عزت نفس، یہ سب تو گھمنڈ، غرور، کبر، اروگنس کی باتیں ہیں۔</w:t>
      </w:r>
    </w:p>
    <w:p>
      <w:r>
        <w:rPr>
          <w:b/>
        </w:rPr>
        <w:t xml:space="preserve">[1:40:36] </w:t>
      </w:r>
      <w:r>
        <w:t>woh bilashuba woh yaani burai hain, koi achai nahi hai.</w:t>
      </w:r>
    </w:p>
    <w:p>
      <w:pPr>
        <w:jc w:val="right"/>
      </w:pPr>
      <w:r>
        <w:t>وہ بلاشبہ وہ یعنی برائی ہیں، کوئی اچھائی نہیں ہے۔</w:t>
      </w:r>
    </w:p>
    <w:p>
      <w:r>
        <w:rPr>
          <w:b/>
        </w:rPr>
        <w:t xml:space="preserve">[1:40:40] </w:t>
      </w:r>
      <w:r>
        <w:t>Maulana, agla sawal Dilli se hai Mr. Muqul Pal ka.</w:t>
      </w:r>
    </w:p>
    <w:p>
      <w:pPr>
        <w:jc w:val="right"/>
      </w:pPr>
      <w:r>
        <w:t>مولانا، اگلا سوال دلی سے ہے مسٹر مقل پال کا۔</w:t>
      </w:r>
    </w:p>
    <w:p>
      <w:r>
        <w:rPr>
          <w:b/>
        </w:rPr>
        <w:t xml:space="preserve">[1:40:44] </w:t>
      </w:r>
      <w:r>
        <w:t>انہوں نے لکھا ہے: "Today you talked about self-discovery, but discovery cannot happen without experience.</w:t>
      </w:r>
    </w:p>
    <w:p>
      <w:pPr>
        <w:jc w:val="right"/>
      </w:pPr>
      <w:r>
        <w:t>انہوں نے لکھا ہے: "ٹوڈے یو ٹاکڈ اباؤٹ سیلف ڈسکوری، بٹ ڈسکوری کین ناٹ ہیپن ودا آؤٹ ایکسپیرینس۔</w:t>
      </w:r>
    </w:p>
    <w:p>
      <w:r>
        <w:rPr>
          <w:b/>
        </w:rPr>
        <w:t xml:space="preserve">[1:40:52] </w:t>
      </w:r>
      <w:r>
        <w:t>"What is, according to you, the role of experience for self-discovery?" Dekhiye, experience to is mein included</w:t>
      </w:r>
    </w:p>
    <w:p>
      <w:pPr>
        <w:jc w:val="right"/>
      </w:pPr>
      <w:r>
        <w:t>واٹ از اکارڈنگ ٹو یو دا رول اف ایکسپیرینس فار سیلف ڈسکوری؟" دیکھیں، ایکسپیرینس تو اس میں انکلوڈڈ</w:t>
      </w:r>
    </w:p>
    <w:p>
      <w:r>
        <w:rPr>
          <w:b/>
        </w:rPr>
        <w:t xml:space="preserve">[1:41:00]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[1:41:01] </w:t>
      </w:r>
      <w:r>
        <w:t>aap yaani abstract toh aap nahi soch paate.</w:t>
      </w:r>
    </w:p>
    <w:p>
      <w:pPr>
        <w:jc w:val="right"/>
      </w:pPr>
      <w:r>
        <w:t>آپ یعنی ابسٹرکٹ تو آپ نہیں سوچ پاتے۔</w:t>
      </w:r>
    </w:p>
    <w:p>
      <w:r>
        <w:rPr>
          <w:b/>
        </w:rPr>
        <w:t xml:space="preserve">[1:41:04] </w:t>
      </w:r>
      <w:r>
        <w:t>jab aap sochte hain toh sath sath experience juda rehta hai is se.</w:t>
      </w:r>
    </w:p>
    <w:p>
      <w:pPr>
        <w:jc w:val="right"/>
      </w:pPr>
      <w:r>
        <w:t>جب آپ سوچتے ہیں تو ساتھ ساتھ ایکسپیرینس جڑا رہتا ہے اس سے۔</w:t>
      </w:r>
    </w:p>
    <w:p>
      <w:r>
        <w:rPr>
          <w:b/>
        </w:rPr>
        <w:t xml:space="preserve">[1:41:10] </w:t>
      </w:r>
      <w:r>
        <w:t>alag nahi hai woh is se, main is ko alag nahi karta hoon.</w:t>
      </w:r>
    </w:p>
    <w:p>
      <w:pPr>
        <w:jc w:val="right"/>
      </w:pPr>
      <w:r>
        <w:t>الگ نہیں ہے وہ اس سے، میں اس کو الگ نہیں کرتا ہوں۔</w:t>
      </w:r>
    </w:p>
    <w:p>
      <w:r>
        <w:rPr>
          <w:b/>
        </w:rPr>
        <w:t xml:space="preserve">[1:41:16] </w:t>
      </w:r>
      <w:r>
        <w:t>lekin aik aik aik cheez hai woh jis ko hum kehte hain yaani science mein jo experimental basis</w:t>
      </w:r>
    </w:p>
    <w:p>
      <w:pPr>
        <w:jc w:val="right"/>
      </w:pPr>
      <w:r>
        <w:t>لیکن ایک ایک ایک چیز ہے وہ جس کو ہم کہتے ہیں یعنی سائنس میں جو ایکسپیریمنٹل بیسز</w:t>
      </w:r>
    </w:p>
    <w:p>
      <w:r>
        <w:rPr>
          <w:b/>
        </w:rPr>
        <w:t xml:space="preserve">[1:41:23] </w:t>
      </w:r>
      <w:r>
        <w:t>jis ko kehte hain yaani experiment jis ko kehte hain science mein, woh aik alag cheez hai.</w:t>
      </w:r>
    </w:p>
    <w:p>
      <w:pPr>
        <w:jc w:val="right"/>
      </w:pPr>
      <w:r>
        <w:t>جس کو کہتے ہیں یعنی ایکسپیریمنٹ جس کو کہتے ہیں سائنس میں، وہ ایک الگ چیز ہے۔</w:t>
      </w:r>
    </w:p>
    <w:p>
      <w:r>
        <w:rPr>
          <w:b/>
        </w:rPr>
        <w:t xml:space="preserve">[1:41:31] </w:t>
      </w:r>
      <w:r>
        <w:t>lekin jo rozmarra ka experience hai, jo zindagi ke, woh toh baharhaal jari rahen ge.</w:t>
      </w:r>
    </w:p>
    <w:p>
      <w:pPr>
        <w:jc w:val="right"/>
      </w:pPr>
      <w:r>
        <w:t>لیکن جو روزمرہ کا ایکسپیرینس ہے، جو زندگی کے، وہ تو بہرحال جاری رہیں گے۔</w:t>
      </w:r>
    </w:p>
    <w:p>
      <w:r>
        <w:rPr>
          <w:b/>
        </w:rPr>
        <w:t xml:space="preserve">[1:41:37] </w:t>
      </w:r>
      <w:r>
        <w:t>is mein aap ki soch bhi jari rahe gi.</w:t>
      </w:r>
    </w:p>
    <w:p>
      <w:pPr>
        <w:jc w:val="right"/>
      </w:pPr>
      <w:r>
        <w:t>اس میں آپ کی سوچ بھی جاری رہے گی۔</w:t>
      </w:r>
    </w:p>
    <w:p>
      <w:r>
        <w:rPr>
          <w:b/>
        </w:rPr>
        <w:t xml:space="preserve">[1:41:41] </w:t>
      </w:r>
      <w:r>
        <w:t>toh soch aur experience ko mila kar ke aap ka jo journey hai, woh chalti hai.</w:t>
      </w:r>
    </w:p>
    <w:p>
      <w:pPr>
        <w:jc w:val="right"/>
      </w:pPr>
      <w:r>
        <w:t>تو سوچ اور ایکسپیرینس کو ملا کر کے آپ کا جو جرنی ہے، وہ چلتی ہے۔</w:t>
      </w:r>
    </w:p>
    <w:p>
      <w:r>
        <w:rPr>
          <w:b/>
        </w:rPr>
        <w:t xml:space="preserve">[1:41:48] </w:t>
      </w:r>
      <w:r>
        <w:t>haan, mera matlab yeh nahi ke aap abstract sochen, khaali experience se guzarte hue sochen.</w:t>
      </w:r>
    </w:p>
    <w:p>
      <w:pPr>
        <w:jc w:val="right"/>
      </w:pPr>
      <w:r>
        <w:t>ہاں، میرا مطلب یہ نہیں کہ آپ ابسٹرکٹ سوچیں، خالی ایکسپیرینس سے گزرتے ہوئے سوچیں۔</w:t>
      </w:r>
    </w:p>
    <w:p>
      <w:r>
        <w:rPr>
          <w:b/>
        </w:rPr>
        <w:t xml:space="preserve">[1:41:54] </w:t>
      </w:r>
      <w:r>
        <w:t>yeh woh is mein lazmi taur par is mein shamil hai, is se alag nahi hai woh.</w:t>
      </w:r>
    </w:p>
    <w:p>
      <w:pPr>
        <w:jc w:val="right"/>
      </w:pPr>
      <w:r>
        <w:t>یہ وہ اس میں لازمی طور پر اس میں شامل ہے، اس سے الگ نہیں ہے وہ۔</w:t>
      </w:r>
    </w:p>
    <w:p>
      <w:r>
        <w:rPr>
          <w:b/>
        </w:rPr>
        <w:t xml:space="preserve">[1:42:01] </w:t>
      </w:r>
      <w:r>
        <w:t>maulana, agla ek comment aur question hai jo canada se aaya hai abu hasan sahib ka.</w:t>
      </w:r>
    </w:p>
    <w:p>
      <w:pPr>
        <w:jc w:val="right"/>
      </w:pPr>
      <w:r>
        <w:t>مولانا، اگلا ایک کمنٹ اور کوئسچن ہے جو کینیڈا سے آیا ہے ابو الحسن صاحب کا۔</w:t>
      </w:r>
    </w:p>
    <w:p>
      <w:r>
        <w:rPr>
          <w:b/>
        </w:rPr>
        <w:t xml:space="preserve">[1:42:08] </w:t>
      </w:r>
      <w:r>
        <w:t>انہوں نے لکھا ہے: "In one of the talks during Ramadan, Maulana Sahib talked about the arrangement of</w:t>
      </w:r>
    </w:p>
    <w:p>
      <w:pPr>
        <w:jc w:val="right"/>
      </w:pPr>
      <w:r>
        <w:t>انہوں نے لکھا ہے: "ان ون آف دا ٹاکس ڈیورنگ رمضان، مولانا صاحب ٹاکڈ اباؤٹ دا ارینجمنٹ آف</w:t>
      </w:r>
    </w:p>
    <w:p>
      <w:r>
        <w:rPr>
          <w:b/>
        </w:rPr>
        <w:t xml:space="preserve">[1:42:16] </w:t>
      </w:r>
      <w:r>
        <w:t>quran.</w:t>
      </w:r>
    </w:p>
    <w:p>
      <w:pPr>
        <w:jc w:val="right"/>
      </w:pPr>
      <w:r>
        <w:t>قرآن۔</w:t>
      </w:r>
    </w:p>
    <w:p>
      <w:r>
        <w:rPr>
          <w:b/>
        </w:rPr>
        <w:t xml:space="preserve">[1:42:18] </w:t>
      </w:r>
      <w:r>
        <w:t>I too thought for a long time about it.</w:t>
      </w:r>
    </w:p>
    <w:p>
      <w:pPr>
        <w:jc w:val="right"/>
      </w:pPr>
      <w:r>
        <w:t>آئی ٹو تھاٹ فار ا لانگ ٹائم اباؤٹ اٹ۔</w:t>
      </w:r>
    </w:p>
    <w:p>
      <w:r>
        <w:rPr>
          <w:b/>
        </w:rPr>
        <w:t xml:space="preserve">[1:42:21] </w:t>
      </w:r>
      <w:r>
        <w:t>I figured out that the journey of the Quran is that it's a journey from seeker to the</w:t>
      </w:r>
    </w:p>
    <w:p>
      <w:pPr>
        <w:jc w:val="right"/>
      </w:pPr>
      <w:r>
        <w:t>آئی فگرڈ آؤٹ دیٹ دا جرنی آف دا قرآن از دیٹ اٹس ا جرنی فرام سیکر ٹو دا</w:t>
      </w:r>
    </w:p>
    <w:p>
      <w:r>
        <w:rPr>
          <w:b/>
        </w:rPr>
        <w:t xml:space="preserve">[1:42:29] </w:t>
      </w:r>
      <w:r>
        <w:t>caller.</w:t>
      </w:r>
    </w:p>
    <w:p>
      <w:pPr>
        <w:jc w:val="right"/>
      </w:pPr>
      <w:r>
        <w:t>کالر۔</w:t>
      </w:r>
    </w:p>
    <w:p>
      <w:r>
        <w:rPr>
          <w:b/>
        </w:rPr>
        <w:t xml:space="preserve">[1:42:31] </w:t>
      </w:r>
      <w:r>
        <w:t>The very first surah is that of a cry of a seeker, and as we progress, we learn</w:t>
      </w:r>
    </w:p>
    <w:p>
      <w:pPr>
        <w:jc w:val="right"/>
      </w:pPr>
      <w:r>
        <w:t>دا ویری فرسٹ سورہ از دیٹ آف ا کرائی آف ا سیکر، اینڈ ایز وی پروگریس، وی لرن</w:t>
      </w:r>
    </w:p>
    <w:p>
      <w:r>
        <w:rPr>
          <w:b/>
        </w:rPr>
        <w:t xml:space="preserve">[1:42:38] </w:t>
      </w:r>
      <w:r>
        <w:t>about Allah, His will, creation plan, and explanations about it, examples from history.</w:t>
      </w:r>
    </w:p>
    <w:p>
      <w:pPr>
        <w:jc w:val="right"/>
      </w:pPr>
      <w:r>
        <w:t>اباؤٹ اللہ، ہز ول، کریشن پلان، اینڈ ایکسپلینیشنز اباؤٹ اٹ، ایگزیمپلز فرام ہسٹری۔</w:t>
      </w:r>
    </w:p>
    <w:p>
      <w:r>
        <w:rPr>
          <w:b/>
        </w:rPr>
        <w:t xml:space="preserve">[1:42:44] </w:t>
      </w:r>
      <w:r>
        <w:t>As we approach towards the end, we are asked to rise and warn people, come out of her</w:t>
      </w:r>
    </w:p>
    <w:p>
      <w:pPr>
        <w:jc w:val="right"/>
      </w:pPr>
      <w:r>
        <w:t>ایز وی اپروچ ٹورڈز دی اینڈ، وی آر اسکڈ ٹو رائز اینڈ وارن پیپل، کم آؤٹ آف ہر</w:t>
      </w:r>
    </w:p>
    <w:p>
      <w:r>
        <w:rPr>
          <w:b/>
        </w:rPr>
        <w:t xml:space="preserve">[1:42:52] </w:t>
      </w:r>
      <w:r>
        <w:t>comfort zones.</w:t>
      </w:r>
    </w:p>
    <w:p>
      <w:pPr>
        <w:jc w:val="right"/>
      </w:pPr>
      <w:r>
        <w:t>کمفرٹ زونز۔</w:t>
      </w:r>
    </w:p>
    <w:p>
      <w:r>
        <w:rPr>
          <w:b/>
        </w:rPr>
        <w:t xml:space="preserve">[1:42:53] </w:t>
      </w:r>
      <w:r>
        <w:t>In the end, a da'i is emerged, and taught prayers to seek refuge in Allah from people, Satan,</w:t>
      </w:r>
    </w:p>
    <w:p>
      <w:pPr>
        <w:jc w:val="right"/>
      </w:pPr>
      <w:r>
        <w:t>ان دی اینڈ، ا دائی از ایمرجڈ، اینڈ ٹاٹ پریئرز ٹو سیک ریفیوج ان اللہ فرام پیپل، سیٹن،</w:t>
      </w:r>
    </w:p>
    <w:p>
      <w:r>
        <w:rPr>
          <w:b/>
        </w:rPr>
        <w:t xml:space="preserve">[1:43:01] </w:t>
      </w:r>
      <w:r>
        <w:t>and everything which comes as an obstruction in the path of dawah.</w:t>
      </w:r>
    </w:p>
    <w:p>
      <w:pPr>
        <w:jc w:val="right"/>
      </w:pPr>
      <w:r>
        <w:t>اینڈ ایوری تھنگ وچ کمز ایز این ابسٹرکشن ان دا پاتھ آف دعویٰ۔</w:t>
      </w:r>
    </w:p>
    <w:p>
      <w:r>
        <w:rPr>
          <w:b/>
        </w:rPr>
        <w:t xml:space="preserve">[1:43:06] </w:t>
      </w:r>
      <w:r>
        <w:t>Is my understanding correct? Kya jis ka is ka hai? Mawlana, woh jo aap ke talks hain, us</w:t>
      </w:r>
    </w:p>
    <w:p>
      <w:pPr>
        <w:jc w:val="right"/>
      </w:pPr>
      <w:r>
        <w:t>از مائی انڈرسٹینڈنگ کریکٹ؟" کیا جس کا اس کا ہے؟ مولانا، وہ جو آپ کے ٹاکس ہیں، اس</w:t>
      </w:r>
    </w:p>
    <w:p>
      <w:r>
        <w:rPr>
          <w:b/>
        </w:rPr>
        <w:t xml:space="preserve">[1:43:14] </w:t>
      </w:r>
      <w:r>
        <w:t>میں سے انہوں نے اپنی observation نکالی ہے کہ جو پوری ایک انسان کی journey ہے، وہ انہوں</w:t>
      </w:r>
    </w:p>
    <w:p>
      <w:pPr>
        <w:jc w:val="right"/>
      </w:pPr>
      <w:r>
        <w:t>میں سے انہوں نے اپنی ابزرویشن نکالی ہے کہ جو پوری ایک انسان کی جرنی ہے، وہ انہوں</w:t>
      </w:r>
    </w:p>
    <w:p>
      <w:r>
        <w:rPr>
          <w:b/>
        </w:rPr>
        <w:t xml:space="preserve">[1:43:22] </w:t>
      </w:r>
      <w:r>
        <w:t>نے بتایا کہ وہ ایک سیکر سے لے کے پھر کالر تک پہنچتی ہے، مطلب as a die.</w:t>
      </w:r>
    </w:p>
    <w:p>
      <w:pPr>
        <w:jc w:val="right"/>
      </w:pPr>
      <w:r>
        <w:t>نے بتایا کہ وہ ایک سیکر سے لے کے پھر کالر تک پہنچتی ہے، مطلب ایز ا دائی۔</w:t>
      </w:r>
    </w:p>
    <w:p>
      <w:r>
        <w:rPr>
          <w:b/>
        </w:rPr>
        <w:t xml:space="preserve">[1:43:30] </w:t>
      </w:r>
      <w:r>
        <w:t>aur unhone bataya ki jo Allah ka jo creation plan hai, aur akhir mein jab insan realize</w:t>
      </w:r>
    </w:p>
    <w:p>
      <w:pPr>
        <w:jc w:val="right"/>
      </w:pPr>
      <w:r>
        <w:t>اور انہوں نے بتایا کہ جو اللہ کا جو کریشن پلان ہے، اور آخر میں جب انسان ریلائز</w:t>
      </w:r>
    </w:p>
    <w:p>
      <w:r>
        <w:rPr>
          <w:b/>
        </w:rPr>
        <w:t xml:space="preserve">[1:43:37] </w:t>
      </w:r>
      <w:r>
        <w:t>karta hai to woh ek daai ki hesiyat se khada hota hai, aur woh apne aap ko bachata</w:t>
      </w:r>
    </w:p>
    <w:p>
      <w:pPr>
        <w:jc w:val="right"/>
      </w:pPr>
      <w:r>
        <w:t>کرتا ہے تو وہ ایک دائی کی حیثیت سے کھڑا ہوتا ہے، اور وہ اپنے آپ کو بچاتا</w:t>
      </w:r>
    </w:p>
    <w:p>
      <w:r>
        <w:rPr>
          <w:b/>
        </w:rPr>
        <w:t xml:space="preserve">[1:43:45] </w:t>
      </w:r>
      <w:r>
        <w:t>ہے Satan سے اور ان لوگوں سے جو اس کو دعویٰ کے path سے ہٹائیں۔</w:t>
      </w:r>
    </w:p>
    <w:p>
      <w:pPr>
        <w:jc w:val="right"/>
      </w:pPr>
      <w:r>
        <w:t>ہے سیٹن سے اور ان لوگوں سے جو اس کو دعویٰ کے پاتھ سے ہٹائیں۔</w:t>
      </w:r>
    </w:p>
    <w:p>
      <w:r>
        <w:rPr>
          <w:b/>
        </w:rPr>
        <w:t xml:space="preserve">[1:43:51] </w:t>
      </w:r>
      <w:r>
        <w:t>to woh keh rahe hain ke kya yeh meri soch, yeh samajh, yeh sab sahi hai? main mujhe,</w:t>
      </w:r>
    </w:p>
    <w:p>
      <w:pPr>
        <w:jc w:val="right"/>
      </w:pPr>
      <w:r>
        <w:t>تو وہ کہہ رہے ہیں کہ کیا یہ میری سوچ، یہ سمجھ، یہ سب صحیح ہے؟ میں مجھے،</w:t>
      </w:r>
    </w:p>
    <w:p>
      <w:r>
        <w:rPr>
          <w:b/>
        </w:rPr>
        <w:t xml:space="preserve">[1:43:59] </w:t>
      </w:r>
      <w:r>
        <w:t>mujhe wohi samajh aayi.</w:t>
      </w:r>
    </w:p>
    <w:p>
      <w:pPr>
        <w:jc w:val="right"/>
      </w:pPr>
      <w:r>
        <w:t>مجھے وہی سمجھ آئی۔</w:t>
      </w:r>
    </w:p>
    <w:p>
      <w:r>
        <w:rPr>
          <w:b/>
        </w:rPr>
        <w:t xml:space="preserve">[1:44:01] </w:t>
      </w:r>
      <w:r>
        <w:t>kya kya is ka? main nahi samajh paya kya matlab hai.</w:t>
      </w:r>
    </w:p>
    <w:p>
      <w:pPr>
        <w:jc w:val="right"/>
      </w:pPr>
      <w:r>
        <w:t>کیا کیا اس کا؟ میں نہیں سمجھ پایا کیا مطلب ہے۔</w:t>
      </w:r>
    </w:p>
    <w:p>
      <w:r>
        <w:rPr>
          <w:b/>
        </w:rPr>
        <w:t xml:space="preserve">[1:44:06] </w:t>
      </w:r>
      <w:r>
        <w:t>maulana, is ko baad mein aap aap samjhe kya matlab hai? is ko to nahi samjha.</w:t>
      </w:r>
    </w:p>
    <w:p>
      <w:pPr>
        <w:jc w:val="right"/>
      </w:pPr>
      <w:r>
        <w:t>مولانا، اس کو بعد میں آپ آپ سمجھے کیا مطلب ہے؟ اس کو تو نہیں سمجھا۔</w:t>
      </w:r>
    </w:p>
    <w:p>
      <w:r>
        <w:rPr>
          <w:b/>
        </w:rPr>
        <w:t xml:space="preserve">[1:44:12] </w:t>
      </w:r>
      <w:r>
        <w:t>mujhe samajh nahi aaya.</w:t>
      </w:r>
    </w:p>
    <w:p>
      <w:pPr>
        <w:jc w:val="right"/>
      </w:pPr>
      <w:r>
        <w:t>مجھے سمجھ نہیں آیا۔</w:t>
      </w:r>
    </w:p>
    <w:p>
      <w:r>
        <w:rPr>
          <w:b/>
        </w:rPr>
        <w:t xml:space="preserve">[1:44:14] </w:t>
      </w:r>
      <w:r>
        <w:t>clear hai, mujhe clear nahi laga.</w:t>
      </w:r>
    </w:p>
    <w:p>
      <w:pPr>
        <w:jc w:val="right"/>
      </w:pPr>
      <w:r>
        <w:t>کلیئر ہے، مجھے کلیئر نہیں لگا۔</w:t>
      </w:r>
    </w:p>
    <w:p>
      <w:r>
        <w:rPr>
          <w:b/>
        </w:rPr>
        <w:t xml:space="preserve">[1:44:17] </w:t>
      </w:r>
      <w:r>
        <w:t>اچھا، مولانا، I read it out separately to you later.</w:t>
      </w:r>
    </w:p>
    <w:p>
      <w:pPr>
        <w:jc w:val="right"/>
      </w:pPr>
      <w:r>
        <w:t>اچھا، مولانا، آئی ریڈ اٹ آؤٹ سیپریٹلی ٹو یو لیٹر۔</w:t>
      </w:r>
    </w:p>
    <w:p>
      <w:r>
        <w:rPr>
          <w:b/>
        </w:rPr>
        <w:t xml:space="preserve">[1:44:21] </w:t>
      </w:r>
      <w:r>
        <w:t>achha, theek hai.</w:t>
      </w:r>
    </w:p>
    <w:p>
      <w:pPr>
        <w:jc w:val="right"/>
      </w:pPr>
      <w:r>
        <w:t>اچھا، ٹھیک ہے۔</w:t>
      </w:r>
    </w:p>
    <w:p>
      <w:r>
        <w:rPr>
          <w:b/>
        </w:rPr>
        <w:t xml:space="preserve">[1:44:22] </w:t>
      </w:r>
      <w:r>
        <w:t>ji, maulana, agla sawal raipur se hai idrees sahib ka.</w:t>
      </w:r>
    </w:p>
    <w:p>
      <w:pPr>
        <w:jc w:val="right"/>
      </w:pPr>
      <w:r>
        <w:t>جی، مولانا، اگلا سوال رائے پور سے ہے ادریس صاحب کا۔</w:t>
      </w:r>
    </w:p>
    <w:p>
      <w:r>
        <w:rPr>
          <w:b/>
        </w:rPr>
        <w:t xml:space="preserve">[1:44:27] </w:t>
      </w:r>
      <w:r>
        <w:t>انہوں نے لکھا ہے کہ: "There was a news in Lucknow in August 17, 2012, which mentioned that</w:t>
      </w:r>
    </w:p>
    <w:p>
      <w:pPr>
        <w:jc w:val="right"/>
      </w:pPr>
      <w:r>
        <w:t>انہوں نے لکھا ہے کہ: "دیر واز ا نیوز ان لکھنو ان اگست 17، 2012، وچ مینشنڈ دیٹ</w:t>
      </w:r>
    </w:p>
    <w:p>
      <w:r>
        <w:rPr>
          <w:b/>
        </w:rPr>
        <w:t xml:space="preserve">[1:44:35] </w:t>
      </w:r>
      <w:r>
        <w:t>Lord Mahavira's idol defaced by a mob of few people.</w:t>
      </w:r>
    </w:p>
    <w:p>
      <w:pPr>
        <w:jc w:val="right"/>
      </w:pPr>
      <w:r>
        <w:t>لارڈ مہاویراز آئیڈل ڈی فیزڈ بائے ا موب آف فیو پیپل۔</w:t>
      </w:r>
    </w:p>
    <w:p>
      <w:r>
        <w:rPr>
          <w:b/>
        </w:rPr>
        <w:t xml:space="preserve">[1:44:40] </w:t>
      </w:r>
      <w:r>
        <w:t>My question is: Does this kind of violent protest serve any of the purposes of the protesters? If</w:t>
      </w:r>
    </w:p>
    <w:p>
      <w:pPr>
        <w:jc w:val="right"/>
      </w:pPr>
      <w:r>
        <w:t>مائی کوئسچن از: ڈز دس کائنڈ آف وائلنٹ پروٹیسٹ سروز اینی آف دا پرپس آف دا پروٹیسٹرز؟ اف</w:t>
      </w:r>
    </w:p>
    <w:p>
      <w:r>
        <w:rPr>
          <w:b/>
        </w:rPr>
        <w:t xml:space="preserve">[1:44:47] </w:t>
      </w:r>
      <w:r>
        <w:t>not, why this kind of protest is organized frequently? How the right-minded religious leaders and general people</w:t>
      </w:r>
    </w:p>
    <w:p>
      <w:pPr>
        <w:jc w:val="right"/>
      </w:pPr>
      <w:r>
        <w:t>ناٹ، وائی دس کائنڈ آف پروٹیسٹ از ارگنائزڈ فریکونٹلی؟ ہاؤ دا رائٹ مائنڈڈ ریلیجیس لیڈرز اینڈ جنرل پیپل</w:t>
      </w:r>
    </w:p>
    <w:p>
      <w:r>
        <w:rPr>
          <w:b/>
        </w:rPr>
        <w:t xml:space="preserve">[1:44:55] </w:t>
      </w:r>
      <w:r>
        <w:t>belonging to the religion of this mob should react to correct the negative effects of such incidents?"</w:t>
      </w:r>
    </w:p>
    <w:p>
      <w:pPr>
        <w:jc w:val="right"/>
      </w:pPr>
      <w:r>
        <w:t>بیلانگنگ ٹو دا ریلیجن آف دس موب شوڈ ری ایکٹ ٹو کریکٹ دا نیگیٹیو ایفیکٹس آف سچ انسیڈنٹس؟"</w:t>
      </w:r>
    </w:p>
    <w:p>
      <w:r>
        <w:rPr>
          <w:b/>
        </w:rPr>
        <w:t xml:space="preserve">[1:45:03] </w:t>
      </w:r>
      <w:r>
        <w:t>kindly comment.</w:t>
      </w:r>
    </w:p>
    <w:p>
      <w:pPr>
        <w:jc w:val="right"/>
      </w:pPr>
      <w:r>
        <w:t>کائنڈلی کمنٹ۔</w:t>
      </w:r>
    </w:p>
    <w:p>
      <w:r>
        <w:rPr>
          <w:b/>
        </w:rPr>
        <w:t xml:space="preserve">[1:45:04] </w:t>
      </w:r>
      <w:r>
        <w:t>dekhen, yeh yeh jo hai masla hai, yeh problem hai administration ka, hamara aap ka nahi hai.</w:t>
      </w:r>
    </w:p>
    <w:p>
      <w:pPr>
        <w:jc w:val="right"/>
      </w:pPr>
      <w:r>
        <w:t>دیکھیں، یہ یہ جو ہے مسئلہ ہے، یہ پرابلم ہے ایڈمنسٹریشن کا، ہمارا آپ کا نہیں ہے۔</w:t>
      </w:r>
    </w:p>
    <w:p>
      <w:r>
        <w:rPr>
          <w:b/>
        </w:rPr>
        <w:t xml:space="preserve">[1:45:12] </w:t>
      </w:r>
      <w:r>
        <w:t>hum aap khwah makhwah is pe statement dete hain.</w:t>
      </w:r>
    </w:p>
    <w:p>
      <w:pPr>
        <w:jc w:val="right"/>
      </w:pPr>
      <w:r>
        <w:t>ہم آپ خواہ مخواہ اس پہ سٹیٹمنٹ دیتے ہیں۔</w:t>
      </w:r>
    </w:p>
    <w:p>
      <w:r>
        <w:rPr>
          <w:b/>
        </w:rPr>
        <w:t xml:space="preserve">[1:45:15] </w:t>
      </w:r>
      <w:r>
        <w:t>yeh sirf administration ka masla hai.</w:t>
      </w:r>
    </w:p>
    <w:p>
      <w:pPr>
        <w:jc w:val="right"/>
      </w:pPr>
      <w:r>
        <w:t>یہ صرف ایڈمنسٹریشن کا مسئلہ ہے۔</w:t>
      </w:r>
    </w:p>
    <w:p>
      <w:r>
        <w:rPr>
          <w:b/>
        </w:rPr>
        <w:t xml:space="preserve">[1:45:18] </w:t>
      </w:r>
      <w:r>
        <w:t>yeh yeh ek india mein masla yeh zyada hai ke har aadmi lagta hai bolne is par.</w:t>
      </w:r>
    </w:p>
    <w:p>
      <w:pPr>
        <w:jc w:val="right"/>
      </w:pPr>
      <w:r>
        <w:t>یہ یہ ایک انڈیا میں مسئلہ یہ زیادہ ہے کہ ہر آدمی لگتا ہے بولنے اس پر۔</w:t>
      </w:r>
    </w:p>
    <w:p>
      <w:r>
        <w:rPr>
          <w:b/>
        </w:rPr>
        <w:t xml:space="preserve">[1:45:25] </w:t>
      </w:r>
      <w:r>
        <w:t>har aadmi statement deta hai is ke upar.</w:t>
      </w:r>
    </w:p>
    <w:p>
      <w:pPr>
        <w:jc w:val="right"/>
      </w:pPr>
      <w:r>
        <w:t>ہر آدمی سٹیٹمنٹ دیتا ہے اس کے اوپر۔</w:t>
      </w:r>
    </w:p>
    <w:p>
      <w:r>
        <w:rPr>
          <w:b/>
        </w:rPr>
        <w:t xml:space="preserve">[1:45:29] </w:t>
      </w:r>
      <w:r>
        <w:t>main is ko administration ka masla samajhta hoon, intezamia ka masla.</w:t>
      </w:r>
    </w:p>
    <w:p>
      <w:pPr>
        <w:jc w:val="right"/>
      </w:pPr>
      <w:r>
        <w:t>میں اس کو ایڈمنسٹریشن کا مسئلہ سمجھتا ہوں، انتظامیہ کا مسئلہ۔</w:t>
      </w:r>
    </w:p>
    <w:p>
      <w:r>
        <w:rPr>
          <w:b/>
        </w:rPr>
        <w:t xml:space="preserve">[1:45:33] </w:t>
      </w:r>
      <w:r>
        <w:t>aap ko suggestion ho to intezamia ko kahiye ke baqi akhbaron mein jo statement dete hain log, to</w:t>
      </w:r>
    </w:p>
    <w:p>
      <w:pPr>
        <w:jc w:val="right"/>
      </w:pPr>
      <w:r>
        <w:t>آپ کو سجیشن ہو تو انتظامیہ کو کہیے کہ باقی اخباروں میں جو سٹیٹمنٹ دیتے ہیں لوگ، تو</w:t>
      </w:r>
    </w:p>
    <w:p>
      <w:r>
        <w:rPr>
          <w:b/>
        </w:rPr>
        <w:t xml:space="preserve">[1:45:41] </w:t>
      </w:r>
      <w:r>
        <w:t>mera woh mizaj mizaj nahi hai.</w:t>
      </w:r>
    </w:p>
    <w:p>
      <w:pPr>
        <w:jc w:val="right"/>
      </w:pPr>
      <w:r>
        <w:t>میرا وہ مزاج مزاج نہیں ہے۔</w:t>
      </w:r>
    </w:p>
    <w:p>
      <w:r>
        <w:rPr>
          <w:b/>
        </w:rPr>
        <w:t xml:space="preserve">[1:45:44] </w:t>
      </w:r>
      <w:r>
        <w:t>woh main is ko jis ko kehte hain hindi mein prashasan, yeh prashasan ka masla hai.</w:t>
      </w:r>
    </w:p>
    <w:p>
      <w:pPr>
        <w:jc w:val="right"/>
      </w:pPr>
      <w:r>
        <w:t>وہ میں اس کو جس کو کہتے ہیں ہندی میں پرساشن، یہ پرساشن کا مسئلہ ہے۔</w:t>
      </w:r>
    </w:p>
    <w:p>
      <w:r>
        <w:rPr>
          <w:b/>
        </w:rPr>
        <w:t xml:space="preserve">[1:45:51] </w:t>
      </w:r>
      <w:r>
        <w:t>maulana, yeh sawal tamil nadu se aya hai abu khadija sahib ka.</w:t>
      </w:r>
    </w:p>
    <w:p>
      <w:pPr>
        <w:jc w:val="right"/>
      </w:pPr>
      <w:r>
        <w:t>مولانا، یہ سوال تمل ناڈو سے آیا ہے ابو خدیجہ صاحب کا۔</w:t>
      </w:r>
    </w:p>
    <w:p>
      <w:r>
        <w:rPr>
          <w:b/>
        </w:rPr>
        <w:t xml:space="preserve">[1:45:56] </w:t>
      </w:r>
      <w:r>
        <w:t>انہوں نے لکھا ہے: "مولانا صاحب، someone says giving the Quran or explaining Islam to murtad is</w:t>
      </w:r>
    </w:p>
    <w:p>
      <w:pPr>
        <w:jc w:val="right"/>
      </w:pPr>
      <w:r>
        <w:t>انہوں نے لکھا ہے: "مولانا صاحب، سم ون سیز گیونگ دا قرآن اور ایکسپلیننگ اسلام ٹو مدو از</w:t>
      </w:r>
    </w:p>
    <w:p>
      <w:r>
        <w:rPr>
          <w:b/>
        </w:rPr>
        <w:t xml:space="preserve">[1:46:03] </w:t>
      </w:r>
      <w:r>
        <w:t>naat dawah work.</w:t>
      </w:r>
    </w:p>
    <w:p>
      <w:pPr>
        <w:jc w:val="right"/>
      </w:pPr>
      <w:r>
        <w:t>ناٹ دعویٰ ورک۔</w:t>
      </w:r>
    </w:p>
    <w:p>
      <w:r>
        <w:rPr>
          <w:b/>
        </w:rPr>
        <w:t xml:space="preserve">[1:46:05] </w:t>
      </w:r>
      <w:r>
        <w:t>dawah work is when you make mado gayo shahada. " mado? shahada.</w:t>
      </w:r>
    </w:p>
    <w:p>
      <w:pPr>
        <w:jc w:val="right"/>
      </w:pPr>
      <w:r>
        <w:t>دعویٰ ورک از وین یو میک مدو گیو شادہ۔" مدو؟ شادہ۔</w:t>
      </w:r>
    </w:p>
    <w:p>
      <w:r>
        <w:rPr>
          <w:b/>
        </w:rPr>
        <w:t xml:space="preserve">[1:46:10] </w:t>
      </w:r>
      <w:r>
        <w:t>shahada.</w:t>
      </w:r>
    </w:p>
    <w:p>
      <w:pPr>
        <w:jc w:val="right"/>
      </w:pPr>
      <w:r>
        <w:t>شادہ۔</w:t>
      </w:r>
    </w:p>
    <w:p>
      <w:r>
        <w:rPr>
          <w:b/>
        </w:rPr>
        <w:t xml:space="preserve">[1:46:11] </w:t>
      </w:r>
      <w:r>
        <w:t>achha, shahada.</w:t>
      </w:r>
    </w:p>
    <w:p>
      <w:pPr>
        <w:jc w:val="right"/>
      </w:pPr>
      <w:r>
        <w:t>اچھا، شہادہ۔</w:t>
      </w:r>
    </w:p>
    <w:p>
      <w:r>
        <w:rPr>
          <w:b/>
        </w:rPr>
        <w:t xml:space="preserve">[1:46:13] </w:t>
      </w:r>
      <w:r>
        <w:t>shahada.</w:t>
      </w:r>
    </w:p>
    <w:p>
      <w:pPr>
        <w:jc w:val="right"/>
      </w:pPr>
      <w:r>
        <w:t>شہادہ۔</w:t>
      </w:r>
    </w:p>
    <w:p>
      <w:r>
        <w:rPr>
          <w:b/>
        </w:rPr>
        <w:t xml:space="preserve">[1:46:14] </w:t>
      </w:r>
      <w:r>
        <w:t>is this true statement? bilkul galat hai yeh.</w:t>
      </w:r>
    </w:p>
    <w:p>
      <w:pPr>
        <w:jc w:val="right"/>
      </w:pPr>
      <w:r>
        <w:t>از دس ٹرو سٹیٹمنٹ؟ بالکل غلط ہے یہ۔</w:t>
      </w:r>
    </w:p>
    <w:p>
      <w:r>
        <w:rPr>
          <w:b/>
        </w:rPr>
        <w:t xml:space="preserve">[1:46:18] </w:t>
      </w:r>
      <w:r>
        <w:t>yeh sare sahaba ne yeh kaam nahi kiya.</w:t>
      </w:r>
    </w:p>
    <w:p>
      <w:pPr>
        <w:jc w:val="right"/>
      </w:pPr>
      <w:r>
        <w:t>یہ سارے صحابہ نے یہ کام نہیں کیا۔</w:t>
      </w:r>
    </w:p>
    <w:p>
      <w:r>
        <w:rPr>
          <w:b/>
        </w:rPr>
        <w:t xml:space="preserve">[1:46:21] </w:t>
      </w:r>
      <w:r>
        <w:t>woh toh bakri bane hue the, khali padh padh sunate the.</w:t>
      </w:r>
    </w:p>
    <w:p>
      <w:pPr>
        <w:jc w:val="right"/>
      </w:pPr>
      <w:r>
        <w:t>وہ تو بکری بنے ہوئے تھے، خالی پڑھ پڑھ سناتے تھے۔</w:t>
      </w:r>
    </w:p>
    <w:p>
      <w:r>
        <w:rPr>
          <w:b/>
        </w:rPr>
        <w:t xml:space="preserve">[1:46:26] </w:t>
      </w:r>
      <w:r>
        <w:t>kisi ko bandha hai, sare paighambaron ne yahi kiya.</w:t>
      </w:r>
    </w:p>
    <w:p>
      <w:pPr>
        <w:jc w:val="right"/>
      </w:pPr>
      <w:r>
        <w:t>کسی کو باندھا ہے، سارے پیغمبروں نے یہی کیا۔</w:t>
      </w:r>
    </w:p>
    <w:p>
      <w:r>
        <w:rPr>
          <w:b/>
        </w:rPr>
        <w:t xml:space="preserve">[1:46:30] </w:t>
      </w:r>
      <w:r>
        <w:t>paighambaron ne sunaya, bataya bas.</w:t>
      </w:r>
    </w:p>
    <w:p>
      <w:pPr>
        <w:jc w:val="right"/>
      </w:pPr>
      <w:r>
        <w:t>پیغمبروں نے سنایا، بتایا بس۔</w:t>
      </w:r>
    </w:p>
    <w:p>
      <w:r>
        <w:rPr>
          <w:b/>
        </w:rPr>
        <w:t xml:space="preserve">[1:46:32] </w:t>
      </w:r>
      <w:r>
        <w:t>kisi kisi ne mara, beshtar logon ne nahi mara.</w:t>
      </w:r>
    </w:p>
    <w:p>
      <w:pPr>
        <w:jc w:val="right"/>
      </w:pPr>
      <w:r>
        <w:t>کسی کسی نے مارا، بیشتر لوگوں نے نہیں مارا۔</w:t>
      </w:r>
    </w:p>
    <w:p>
      <w:r>
        <w:rPr>
          <w:b/>
        </w:rPr>
        <w:t xml:space="preserve">[1:46:36] </w:t>
      </w:r>
      <w:r>
        <w:t>toh kya woh unhon ne dawah work nahi kiya? aap ne yani sare paighambaron ne sirf bataya bas</w:t>
      </w:r>
    </w:p>
    <w:p>
      <w:pPr>
        <w:jc w:val="right"/>
      </w:pPr>
      <w:r>
        <w:t>تو کیا وہ انہوں نے دعویٰ ورک نہیں کیا؟ آپ نے یعنی سارے پیغمبروں نے صرف بتایا بس</w:t>
      </w:r>
    </w:p>
    <w:p>
      <w:r>
        <w:rPr>
          <w:b/>
        </w:rPr>
        <w:t xml:space="preserve">[1:46:43] </w:t>
      </w:r>
      <w:r>
        <w:t>aur kya kiya? pahunchaya apni baat ko.</w:t>
      </w:r>
    </w:p>
    <w:p>
      <w:pPr>
        <w:jc w:val="right"/>
      </w:pPr>
      <w:r>
        <w:t>اور کیا کیا؟ پہنچایا اپنی بات کو۔</w:t>
      </w:r>
    </w:p>
    <w:p>
      <w:r>
        <w:rPr>
          <w:b/>
        </w:rPr>
        <w:t xml:space="preserve">[1:46:46] </w:t>
      </w:r>
      <w:r>
        <w:t>baqi shahadat toh iska apna choice hai, aap ka choice nahi hai.</w:t>
      </w:r>
    </w:p>
    <w:p>
      <w:pPr>
        <w:jc w:val="right"/>
      </w:pPr>
      <w:r>
        <w:t>باقی شہادت تو اس کا اپنا چوائس ہے، آپ کا چوائس نہیں ہے۔</w:t>
      </w:r>
    </w:p>
    <w:p>
      <w:r>
        <w:rPr>
          <w:b/>
        </w:rPr>
        <w:t xml:space="preserve">[1:46:52] </w:t>
      </w:r>
      <w:r>
        <w:t>ya iske koi sawalat, main isko sahi nahi samajhta.</w:t>
      </w:r>
    </w:p>
    <w:p>
      <w:pPr>
        <w:jc w:val="right"/>
      </w:pPr>
      <w:r>
        <w:t>یا اس کے کوئی سوالات، میں اس کو صحیح نہیں سمجھتا۔</w:t>
      </w:r>
    </w:p>
    <w:p>
      <w:r>
        <w:rPr>
          <w:b/>
        </w:rPr>
        <w:t xml:space="preserve">[1:46:57] </w:t>
      </w:r>
      <w:r>
        <w:t>maulana, agla sawal lete hain, woh bhi tamil nadu se aya hai maulana iqbal umri sahib ka.</w:t>
      </w:r>
    </w:p>
    <w:p>
      <w:pPr>
        <w:jc w:val="right"/>
      </w:pPr>
      <w:r>
        <w:t>مولانا، اگلا سوال لیتے ہیں، وہ بھی تمل ناڈو سے آیا ہے مولانا اقبال عمری صاحب کا۔</w:t>
      </w:r>
    </w:p>
    <w:p>
      <w:r>
        <w:rPr>
          <w:b/>
        </w:rPr>
        <w:t xml:space="preserve">[1:47:04] </w:t>
      </w:r>
      <w:r>
        <w:t>unhon ne likha hai ke: "musalman akabreen aur apni jamaat ke liye sensitive rehte hain, magar sahi ideology</w:t>
      </w:r>
    </w:p>
    <w:p>
      <w:pPr>
        <w:jc w:val="right"/>
      </w:pPr>
      <w:r>
        <w:t>انہوں نے لکھا ہے کہ: "مسلمان اکابرین اور اپنی جماعت کے لیے سینسٹیو رہتے ہیں، مگر صحیح آئیڈیالوجی</w:t>
      </w:r>
    </w:p>
    <w:p>
      <w:r>
        <w:rPr>
          <w:b/>
        </w:rPr>
        <w:t xml:space="preserve">[1:47:12] </w:t>
      </w:r>
      <w:r>
        <w:t>ke liye nahi.</w:t>
      </w:r>
    </w:p>
    <w:p>
      <w:pPr>
        <w:jc w:val="right"/>
      </w:pPr>
      <w:r>
        <w:t>کے لیے نہیں۔</w:t>
      </w:r>
    </w:p>
    <w:p>
      <w:r>
        <w:rPr>
          <w:b/>
        </w:rPr>
        <w:t xml:space="preserve">[1:47:13] </w:t>
      </w:r>
      <w:r>
        <w:t>maulana, aisa kyun hai?" ab inka concern apne akaber honge shayad.</w:t>
      </w:r>
    </w:p>
    <w:p>
      <w:pPr>
        <w:jc w:val="right"/>
      </w:pPr>
      <w:r>
        <w:t>مولانا، ایسا کیوں ہے؟" اب ان کا کنسرن اپنے اکابر ہوں گے شاید۔</w:t>
      </w:r>
    </w:p>
    <w:p>
      <w:r>
        <w:rPr>
          <w:b/>
        </w:rPr>
        <w:t xml:space="preserve">[1:47:19] </w:t>
      </w:r>
      <w:r>
        <w:t>hamara concern toh akaber nahi hai.</w:t>
      </w:r>
    </w:p>
    <w:p>
      <w:pPr>
        <w:jc w:val="right"/>
      </w:pPr>
      <w:r>
        <w:t>ہمارا کنسرن تو اکابر نہیں ہے۔</w:t>
      </w:r>
    </w:p>
    <w:p>
      <w:r>
        <w:rPr>
          <w:b/>
        </w:rPr>
        <w:t xml:space="preserve">[1:47:21] </w:t>
      </w:r>
      <w:r>
        <w:t>hamara concern toh sachai hai.</w:t>
      </w:r>
    </w:p>
    <w:p>
      <w:pPr>
        <w:jc w:val="right"/>
      </w:pPr>
      <w:r>
        <w:t>ہمارا کنسرن تو سچائی ہے۔</w:t>
      </w:r>
    </w:p>
    <w:p>
      <w:r>
        <w:rPr>
          <w:b/>
        </w:rPr>
        <w:t xml:space="preserve">[1:47:23] </w:t>
      </w:r>
      <w:r>
        <w:t>hamara hamara hamara jo concern hai, woh toh sachai hai.</w:t>
      </w:r>
    </w:p>
    <w:p>
      <w:pPr>
        <w:jc w:val="right"/>
      </w:pPr>
      <w:r>
        <w:t>ہمارا ہمارا ہمارا جو کنسرن ہے، وہ تو سچائی ہے۔</w:t>
      </w:r>
    </w:p>
    <w:p>
      <w:r>
        <w:rPr>
          <w:b/>
        </w:rPr>
        <w:t xml:space="preserve">[1:47:28] </w:t>
      </w:r>
      <w:r>
        <w:t>toh shayad in logon ka hi yeh yeh jis ko kehte hain na personal cult.</w:t>
      </w:r>
    </w:p>
    <w:p>
      <w:pPr>
        <w:jc w:val="right"/>
      </w:pPr>
      <w:r>
        <w:t>تو شاید ان لوگوں کا ہی یہ یہ جس کو کہتے ہیں نا پرسنل کلٹ۔</w:t>
      </w:r>
    </w:p>
    <w:p>
      <w:r>
        <w:rPr>
          <w:b/>
        </w:rPr>
        <w:t xml:space="preserve">[1:47:34] </w:t>
      </w:r>
      <w:r>
        <w:t>toh personal cult ka ek phenomena hoga shayad yeh.</w:t>
      </w:r>
    </w:p>
    <w:p>
      <w:pPr>
        <w:jc w:val="right"/>
      </w:pPr>
      <w:r>
        <w:t>تو پرسنل کلٹ کا ایک فیناومینا ہوگا شاید یہ۔</w:t>
      </w:r>
    </w:p>
    <w:p>
      <w:r>
        <w:rPr>
          <w:b/>
        </w:rPr>
        <w:t xml:space="preserve">[1:47:38] </w:t>
      </w:r>
      <w:r>
        <w:t>un ke nazdeek woh akaber sab kuch honge.</w:t>
      </w:r>
    </w:p>
    <w:p>
      <w:pPr>
        <w:jc w:val="right"/>
      </w:pPr>
      <w:r>
        <w:t>ان کے نزدیک وہ اکابر سب کچھ ہوں گے۔</w:t>
      </w:r>
    </w:p>
    <w:p>
      <w:r>
        <w:rPr>
          <w:b/>
        </w:rPr>
        <w:t xml:space="preserve">[1:47:42] </w:t>
      </w:r>
      <w:r>
        <w:t>hum to bhai personal cult ko mante nahin.</w:t>
      </w:r>
    </w:p>
    <w:p>
      <w:pPr>
        <w:jc w:val="right"/>
      </w:pPr>
      <w:r>
        <w:t>ہم تو بھئی پرسنل کلٹ کو مانتے نہیں۔</w:t>
      </w:r>
    </w:p>
    <w:p>
      <w:r>
        <w:rPr>
          <w:b/>
        </w:rPr>
        <w:t xml:space="preserve">[1:47:45] </w:t>
      </w:r>
      <w:r>
        <w:t>hum to sachai ko mante hain.</w:t>
      </w:r>
    </w:p>
    <w:p>
      <w:pPr>
        <w:jc w:val="right"/>
      </w:pPr>
      <w:r>
        <w:t>ہم تو سچائی کو مانتے ہیں۔</w:t>
      </w:r>
    </w:p>
    <w:p>
      <w:r>
        <w:rPr>
          <w:b/>
        </w:rPr>
        <w:t xml:space="preserve">[1:47:48] </w:t>
      </w:r>
      <w:r>
        <w:t>maulana, agla sawal dilli se hai nadeem ahmed sahab ka.</w:t>
      </w:r>
    </w:p>
    <w:p>
      <w:pPr>
        <w:jc w:val="right"/>
      </w:pPr>
      <w:r>
        <w:t>مولانا، اگلا سوال دلی سے ہے ندیم احمد صاحب کا۔</w:t>
      </w:r>
    </w:p>
    <w:p>
      <w:r>
        <w:rPr>
          <w:b/>
        </w:rPr>
        <w:t xml:space="preserve">[1:47:52] </w:t>
      </w:r>
      <w:r>
        <w:t>unhon ne personality cult.</w:t>
      </w:r>
    </w:p>
    <w:p>
      <w:pPr>
        <w:jc w:val="right"/>
      </w:pPr>
      <w:r>
        <w:t>انہوں نے پرسنلٹی کلٹ۔</w:t>
      </w:r>
    </w:p>
    <w:p>
      <w:r>
        <w:rPr>
          <w:b/>
        </w:rPr>
        <w:t xml:space="preserve">[1:47:54] </w:t>
      </w:r>
      <w:r>
        <w:t>bade galat lafz to hai.</w:t>
      </w:r>
    </w:p>
    <w:p>
      <w:pPr>
        <w:jc w:val="right"/>
      </w:pPr>
      <w:r>
        <w:t>بڑے غلط لفظ تو ہے۔</w:t>
      </w:r>
    </w:p>
    <w:p>
      <w:r>
        <w:rPr>
          <w:b/>
        </w:rPr>
        <w:t xml:space="preserve">[1:47:56] </w:t>
      </w:r>
      <w:r>
        <w:t>personality cult.</w:t>
      </w:r>
    </w:p>
    <w:p>
      <w:pPr>
        <w:jc w:val="right"/>
      </w:pPr>
      <w:r>
        <w:t>پرسنلٹی کلٹ۔</w:t>
      </w:r>
    </w:p>
    <w:p>
      <w:r>
        <w:rPr>
          <w:b/>
        </w:rPr>
        <w:t xml:space="preserve">[1:47:57] </w:t>
      </w:r>
      <w:r>
        <w:t>cult of personality.</w:t>
      </w:r>
    </w:p>
    <w:p>
      <w:pPr>
        <w:jc w:val="right"/>
      </w:pPr>
      <w:r>
        <w:t>کلٹ آف پرسنلٹی۔</w:t>
      </w:r>
    </w:p>
    <w:p>
      <w:r>
        <w:rPr>
          <w:b/>
        </w:rPr>
        <w:t xml:space="preserve">[1:47:59] </w:t>
      </w:r>
      <w:r>
        <w:t>to woh woh woh hai, is ka phenomena hai.</w:t>
      </w:r>
    </w:p>
    <w:p>
      <w:pPr>
        <w:jc w:val="right"/>
      </w:pPr>
      <w:r>
        <w:t>تو وہ وہ وہ ہے، اس کا فیناومینا ہے۔</w:t>
      </w:r>
    </w:p>
    <w:p>
      <w:r>
        <w:rPr>
          <w:b/>
        </w:rPr>
        <w:t xml:space="preserve">[1:48:03] </w:t>
      </w:r>
      <w:r>
        <w:t>personality cult ko urdu mein kehte hain shakhsiyat parasti.</w:t>
      </w:r>
    </w:p>
    <w:p>
      <w:pPr>
        <w:jc w:val="right"/>
      </w:pPr>
      <w:r>
        <w:t>پرسنلٹی کلٹ کو اردو میں کہتے ہیں شخصیت پرستی۔</w:t>
      </w:r>
    </w:p>
    <w:p>
      <w:r>
        <w:rPr>
          <w:b/>
        </w:rPr>
        <w:t xml:space="preserve">[1:48:07] </w:t>
      </w:r>
      <w:r>
        <w:t>aur personality cult hi badh kar ke but parasti ban jata hai.</w:t>
      </w:r>
    </w:p>
    <w:p>
      <w:pPr>
        <w:jc w:val="right"/>
      </w:pPr>
      <w:r>
        <w:t>اور پرسنلٹی کلٹ ہی بڑھ کر کے بت پرستی بن جاتا ہے۔</w:t>
      </w:r>
    </w:p>
    <w:p>
      <w:r>
        <w:rPr>
          <w:b/>
        </w:rPr>
        <w:t xml:space="preserve">[1:48:12] </w:t>
      </w:r>
      <w:r>
        <w:t>isi ka agla stage hai.</w:t>
      </w:r>
    </w:p>
    <w:p>
      <w:pPr>
        <w:jc w:val="right"/>
      </w:pPr>
      <w:r>
        <w:t>اسی کا اگلا اسٹیج ہے۔</w:t>
      </w:r>
    </w:p>
    <w:p>
      <w:r>
        <w:rPr>
          <w:b/>
        </w:rPr>
        <w:t xml:space="preserve">[1:48:14] </w:t>
      </w:r>
      <w:r>
        <w:t>maulana, agla sawal dilli se hai nadeem ahmed sahab ka.</w:t>
      </w:r>
    </w:p>
    <w:p>
      <w:pPr>
        <w:jc w:val="right"/>
      </w:pPr>
      <w:r>
        <w:t>مولانا، اگلا سوال دلی سے ہے ندیم احمد صاحب کا۔</w:t>
      </w:r>
    </w:p>
    <w:p>
      <w:r>
        <w:rPr>
          <w:b/>
        </w:rPr>
        <w:t xml:space="preserve">[1:48:18] </w:t>
      </w:r>
      <w:r>
        <w:t>unhon ne likha hai: "aap ne apne lecture mein farmaya ke intellectual development ke liye kisi material cheez</w:t>
      </w:r>
    </w:p>
    <w:p>
      <w:pPr>
        <w:jc w:val="right"/>
      </w:pPr>
      <w:r>
        <w:t>انہوں نے لکھا ہے: "آپ نے اپنے لیکچر میں فرمایا کہ انٹلیکچول ڈویلپمنٹ کے لیے کسی مٹیریل چیز</w:t>
      </w:r>
    </w:p>
    <w:p>
      <w:r>
        <w:rPr>
          <w:b/>
        </w:rPr>
        <w:t xml:space="preserve">[1:48:26] </w:t>
      </w:r>
      <w:r>
        <w:t>ki zaroorat nahin.</w:t>
      </w:r>
    </w:p>
    <w:p>
      <w:pPr>
        <w:jc w:val="right"/>
      </w:pPr>
      <w:r>
        <w:t>کی ضرورت نہیں۔</w:t>
      </w:r>
    </w:p>
    <w:p>
      <w:r>
        <w:rPr>
          <w:b/>
        </w:rPr>
        <w:t xml:space="preserve">[1:48:27] </w:t>
      </w:r>
      <w:r>
        <w:t>sawal yeh hai ke intellectual development ke liye education ki zaroorat hai, aur study ke liye books ki</w:t>
      </w:r>
    </w:p>
    <w:p>
      <w:pPr>
        <w:jc w:val="right"/>
      </w:pPr>
      <w:r>
        <w:t>سوال یہ ہے کہ انٹلیکچول ڈویلپمنٹ کے لیے ایجوکیشن کی ضرورت ہے، اور سٹڈی کے لیے بکس کی</w:t>
      </w:r>
    </w:p>
    <w:p>
      <w:r>
        <w:rPr>
          <w:b/>
        </w:rPr>
        <w:t xml:space="preserve">[1:48:35] </w:t>
      </w:r>
      <w:r>
        <w:t>zaroorat hai, aur aaj ke samay mein dono ke liye paisa chahiye.</w:t>
      </w:r>
    </w:p>
    <w:p>
      <w:pPr>
        <w:jc w:val="right"/>
      </w:pPr>
      <w:r>
        <w:t>ضرورت ہے، اور آج کے سمے میں دونوں کے لیے پیسہ چاہیے۔</w:t>
      </w:r>
    </w:p>
    <w:p>
      <w:r>
        <w:rPr>
          <w:b/>
        </w:rPr>
        <w:t xml:space="preserve">[1:48:40] </w:t>
      </w:r>
      <w:r>
        <w:t>aisi halat mein ek aisa aadmi jis ke paas education aur books ke liye paise nahin hain, woh</w:t>
      </w:r>
    </w:p>
    <w:p>
      <w:pPr>
        <w:jc w:val="right"/>
      </w:pPr>
      <w:r>
        <w:t>ایسی حالت میں ایک ایسا آدمی جس کے پاس ایجوکیشن اور بکس کے لیے پیسے نہیں ہیں، وہ</w:t>
      </w:r>
    </w:p>
    <w:p>
      <w:r>
        <w:rPr>
          <w:b/>
        </w:rPr>
        <w:t xml:space="preserve">[1:48:48] </w:t>
      </w:r>
      <w:r>
        <w:t>apna intellectual development kaise karega? is ka practical formula kya hai?" aisa koi aadmi hai hi nahin.</w:t>
      </w:r>
    </w:p>
    <w:p>
      <w:pPr>
        <w:jc w:val="right"/>
      </w:pPr>
      <w:r>
        <w:t>اپنا انٹلیکچول ڈویلپمنٹ کیسے کرے گا؟ اس کا پریکٹیکل فارمولا کیا ہے؟" ایسا کوئی آدمی ہے ہی نہیں۔</w:t>
      </w:r>
    </w:p>
    <w:p>
      <w:r>
        <w:rPr>
          <w:b/>
        </w:rPr>
        <w:t xml:space="preserve">[1:48:56] </w:t>
      </w:r>
      <w:r>
        <w:t>is ka is ka naam bataiye jo aisa aadmi ho.</w:t>
      </w:r>
    </w:p>
    <w:p>
      <w:pPr>
        <w:jc w:val="right"/>
      </w:pPr>
      <w:r>
        <w:t>اس کا اس کا نام بتائیے جو ایسا آدمی ہو۔</w:t>
      </w:r>
    </w:p>
    <w:p>
      <w:r>
        <w:rPr>
          <w:b/>
        </w:rPr>
        <w:t xml:space="preserve">[1:49:00] </w:t>
      </w:r>
      <w:r>
        <w:t>is ko book na hone ki wajah se sahi nahin kar pa raha hai.</w:t>
      </w:r>
    </w:p>
    <w:p>
      <w:pPr>
        <w:jc w:val="right"/>
      </w:pPr>
      <w:r>
        <w:t>اس کو بک نہ ہونے کی وجہ سے صحیح نہیں کر پا رہا ہے۔</w:t>
      </w:r>
    </w:p>
    <w:p>
      <w:r>
        <w:rPr>
          <w:b/>
        </w:rPr>
        <w:t xml:space="preserve">[1:49:06] </w:t>
      </w:r>
      <w:r>
        <w:t>is ko is ka naam bataiye.</w:t>
      </w:r>
    </w:p>
    <w:p>
      <w:pPr>
        <w:jc w:val="right"/>
      </w:pPr>
      <w:r>
        <w:t>اس کو اس کا نام بتائیے۔</w:t>
      </w:r>
    </w:p>
    <w:p>
      <w:r>
        <w:rPr>
          <w:b/>
        </w:rPr>
        <w:t xml:space="preserve">[1:49:09] </w:t>
      </w:r>
      <w:r>
        <w:t>yeh to ek farzi sawal hai.</w:t>
      </w:r>
    </w:p>
    <w:p>
      <w:pPr>
        <w:jc w:val="right"/>
      </w:pPr>
      <w:r>
        <w:t>یہ تو ایک فرضی سوال ہے۔</w:t>
      </w:r>
    </w:p>
    <w:p>
      <w:r>
        <w:rPr>
          <w:b/>
        </w:rPr>
        <w:t xml:space="preserve">[1:49:11] </w:t>
      </w:r>
      <w:r>
        <w:t>yeh sawal kitabein aati hain.</w:t>
      </w:r>
    </w:p>
    <w:p>
      <w:pPr>
        <w:jc w:val="right"/>
      </w:pPr>
      <w:r>
        <w:t>یہ سوال کتابیں آتی ہیں۔</w:t>
      </w:r>
    </w:p>
    <w:p>
      <w:r>
        <w:rPr>
          <w:b/>
        </w:rPr>
        <w:t xml:space="preserve">[1:49:13] </w:t>
      </w:r>
      <w:r>
        <w:t>yani itni zyada available hain ke aap library mein jaiye, kitabein padhiye, kisi ka yeh woh kitabein de</w:t>
      </w:r>
    </w:p>
    <w:p>
      <w:pPr>
        <w:jc w:val="right"/>
      </w:pPr>
      <w:r>
        <w:t>یعنی اتنی زیادہ اویلیبل ہیں کہ آپ لائبریری میں جائیے، کتابیں پڑھیے، کسی کا یہ وہ کتابیں دے</w:t>
      </w:r>
    </w:p>
    <w:p>
      <w:r>
        <w:rPr>
          <w:b/>
        </w:rPr>
        <w:t xml:space="preserve">[1:49:21] </w:t>
      </w:r>
      <w:r>
        <w:t>de ga</w:t>
      </w:r>
    </w:p>
    <w:p>
      <w:pPr>
        <w:jc w:val="right"/>
      </w:pPr>
      <w:r>
        <w:t>دے گا۔</w:t>
      </w:r>
    </w:p>
    <w:p>
      <w:r>
        <w:rPr>
          <w:b/>
        </w:rPr>
        <w:t xml:space="preserve">[1:49:22] </w:t>
      </w:r>
      <w:r>
        <w:t>yeh to koi rukawat nahi hai</w:t>
      </w:r>
    </w:p>
    <w:p>
      <w:pPr>
        <w:jc w:val="right"/>
      </w:pPr>
      <w:r>
        <w:t>یہ تو کوئی رکاوٹ نہیں ہے۔</w:t>
      </w:r>
    </w:p>
    <w:p>
      <w:r>
        <w:rPr>
          <w:b/>
        </w:rPr>
        <w:t xml:space="preserve">[1:49:25] </w:t>
      </w:r>
      <w:r>
        <w:t>main ne mujhe aisa insan nahi maloom jis ko yani jis ko yani jo kehte hain dirt of</w:t>
      </w:r>
    </w:p>
    <w:p>
      <w:pPr>
        <w:jc w:val="right"/>
      </w:pPr>
      <w:r>
        <w:t>میں نے مجھے ایسا انسان نہیں معلوم جس کو یعنی جس کو یعنی جو کہتے ہیں ڈرٹ آف</w:t>
      </w:r>
    </w:p>
    <w:p>
      <w:r>
        <w:rPr>
          <w:b/>
        </w:rPr>
        <w:t xml:space="preserve">[1:49:33] </w:t>
      </w:r>
      <w:r>
        <w:t>dirt dirt of book ka problem paida ho gaya ho.</w:t>
      </w:r>
    </w:p>
    <w:p>
      <w:pPr>
        <w:jc w:val="right"/>
      </w:pPr>
      <w:r>
        <w:t>ڈرٹ ڈرٹ آف بک کا پرابلم پیدا ہو گیا ہو۔</w:t>
      </w:r>
    </w:p>
    <w:p>
      <w:r>
        <w:rPr>
          <w:b/>
        </w:rPr>
        <w:t xml:space="preserve">[1:49:37] </w:t>
      </w:r>
      <w:r>
        <w:t>ab to kitabein ifraat hain</w:t>
      </w:r>
    </w:p>
    <w:p>
      <w:pPr>
        <w:jc w:val="right"/>
      </w:pPr>
      <w:r>
        <w:t>اب تو کتابیں افراط ہیں۔</w:t>
      </w:r>
    </w:p>
    <w:p>
      <w:r>
        <w:rPr>
          <w:b/>
        </w:rPr>
        <w:t xml:space="preserve">[1:49:39] </w:t>
      </w:r>
      <w:r>
        <w:t>jahan jaiye wohin kitabein hain</w:t>
      </w:r>
    </w:p>
    <w:p>
      <w:pPr>
        <w:jc w:val="right"/>
      </w:pPr>
      <w:r>
        <w:t>جہاں جائیے وہیں کتابیں ہیں۔</w:t>
      </w:r>
    </w:p>
    <w:p>
      <w:r>
        <w:rPr>
          <w:b/>
        </w:rPr>
        <w:t xml:space="preserve">[1:49:41] </w:t>
      </w:r>
      <w:r>
        <w:t>library hai, koi dukanein hain</w:t>
      </w:r>
    </w:p>
    <w:p>
      <w:pPr>
        <w:jc w:val="right"/>
      </w:pPr>
      <w:r>
        <w:t>لائبریری ہے، کوئی دکانیں ہیں۔</w:t>
      </w:r>
    </w:p>
    <w:p>
      <w:r>
        <w:rPr>
          <w:b/>
        </w:rPr>
        <w:t xml:space="preserve">[1:49:43] </w:t>
      </w:r>
      <w:r>
        <w:t>kitne log milenge jo aap kitabein dene ke tayyar hain? Aap to yeh ek farzi sawal hai</w:t>
      </w:r>
    </w:p>
    <w:p>
      <w:pPr>
        <w:jc w:val="right"/>
      </w:pPr>
      <w:r>
        <w:t>کتنے لوگ ملیں گے جو آپ کتابیں دینے کے تیار ہیں؟ آپ تو یہ ایک فرضی سوال ہے۔</w:t>
      </w:r>
    </w:p>
    <w:p>
      <w:r>
        <w:rPr>
          <w:b/>
        </w:rPr>
        <w:t xml:space="preserve">[1:49:51] </w:t>
      </w:r>
      <w:r>
        <w:t>aisa koi nahi hai</w:t>
      </w:r>
    </w:p>
    <w:p>
      <w:pPr>
        <w:jc w:val="right"/>
      </w:pPr>
      <w:r>
        <w:t>ایسا کوئی نہیں ہے۔</w:t>
      </w:r>
    </w:p>
    <w:p>
      <w:r>
        <w:rPr>
          <w:b/>
        </w:rPr>
        <w:t xml:space="preserve">[1:49:53] </w:t>
      </w:r>
      <w:r>
        <w:t>baqi education to dekhiye, ek hoti hai professional education</w:t>
      </w:r>
    </w:p>
    <w:p>
      <w:pPr>
        <w:jc w:val="right"/>
      </w:pPr>
      <w:r>
        <w:t>باقی ایجوکیشن تو دیکھیے، ایک ہوتی ہے پروفیشنل ایجوکیشن۔</w:t>
      </w:r>
    </w:p>
    <w:p>
      <w:r>
        <w:rPr>
          <w:b/>
        </w:rPr>
        <w:t xml:space="preserve">[1:49:57] </w:t>
      </w:r>
      <w:r>
        <w:t>professional education ke baghair job to nahi mile ga</w:t>
      </w:r>
    </w:p>
    <w:p>
      <w:pPr>
        <w:jc w:val="right"/>
      </w:pPr>
      <w:r>
        <w:t>پروفیشنل ایجوکیشن کے بغیر جاب تو نہیں ملے گا۔</w:t>
      </w:r>
    </w:p>
    <w:p>
      <w:r>
        <w:rPr>
          <w:b/>
        </w:rPr>
        <w:t xml:space="preserve">[1:50:01] </w:t>
      </w:r>
      <w:r>
        <w:t>yeh sahi hai</w:t>
      </w:r>
    </w:p>
    <w:p>
      <w:pPr>
        <w:jc w:val="right"/>
      </w:pPr>
      <w:r>
        <w:t>یہ صحیح ہے۔</w:t>
      </w:r>
    </w:p>
    <w:p>
      <w:r>
        <w:rPr>
          <w:b/>
        </w:rPr>
        <w:t xml:space="preserve">[1:50:02] </w:t>
      </w:r>
      <w:r>
        <w:t>lekin baqi jo is ke liye koi professional education nahi hoti</w:t>
      </w:r>
    </w:p>
    <w:p>
      <w:pPr>
        <w:jc w:val="right"/>
      </w:pPr>
      <w:r>
        <w:t>لیکن باقی جو اس کے لیے کوئی پروفیشنل ایجوکیشن نہیں ہوتی۔</w:t>
      </w:r>
    </w:p>
    <w:p>
      <w:r>
        <w:rPr>
          <w:b/>
        </w:rPr>
        <w:t xml:space="preserve">[1:50:07] </w:t>
      </w:r>
      <w:r>
        <w:t>degree aap ke paas ho ya na ho</w:t>
      </w:r>
    </w:p>
    <w:p>
      <w:pPr>
        <w:jc w:val="right"/>
      </w:pPr>
      <w:r>
        <w:t>ڈگری آپ کے پاس ہو یا نہ ہو۔</w:t>
      </w:r>
    </w:p>
    <w:p>
      <w:r>
        <w:rPr>
          <w:b/>
        </w:rPr>
        <w:t xml:space="preserve">[1:50:10] </w:t>
      </w:r>
      <w:r>
        <w:t>thomas alwa ke paas, woh thomas alwa edition ke paas koi degree nahi thi</w:t>
      </w:r>
    </w:p>
    <w:p>
      <w:pPr>
        <w:jc w:val="right"/>
      </w:pPr>
      <w:r>
        <w:t>تھامس الوا کے پاس، وہ تھامس الوا ایڈیشن کے پاس کوئی ڈگری نہیں تھی۔</w:t>
      </w:r>
    </w:p>
    <w:p>
      <w:r>
        <w:rPr>
          <w:b/>
        </w:rPr>
        <w:t xml:space="preserve">[1:50:16] </w:t>
      </w:r>
      <w:r>
        <w:t>aap jante hain, thomas alwa edition jo bohat well known scientist hai, us ke paas koi degree nahi</w:t>
      </w:r>
    </w:p>
    <w:p>
      <w:pPr>
        <w:jc w:val="right"/>
      </w:pPr>
      <w:r>
        <w:t>آپ جانتے ہیں، تھامس الوا ایڈیشن جو بہت ویل نون سائنٹسٹ ہے، اس کے پاس کوئی ڈگری نہیں</w:t>
      </w:r>
    </w:p>
    <w:p>
      <w:r>
        <w:rPr>
          <w:b/>
        </w:rPr>
        <w:t xml:space="preserve">[1:50:24] </w:t>
      </w:r>
      <w:r>
        <w:t>thi</w:t>
      </w:r>
    </w:p>
    <w:p>
      <w:pPr>
        <w:jc w:val="right"/>
      </w:pPr>
      <w:r>
        <w:t>تھی۔</w:t>
      </w:r>
    </w:p>
    <w:p>
      <w:r>
        <w:rPr>
          <w:b/>
        </w:rPr>
        <w:t xml:space="preserve">[1:50:25] </w:t>
      </w:r>
      <w:r>
        <w:t>schools ka certificate bhi nahi tha us ke paas</w:t>
      </w:r>
    </w:p>
    <w:p>
      <w:pPr>
        <w:jc w:val="right"/>
      </w:pPr>
      <w:r>
        <w:t>سکولز کا سرٹیفیکیٹ بھی نہیں تھا اس کے پاس۔</w:t>
      </w:r>
    </w:p>
    <w:p>
      <w:r>
        <w:rPr>
          <w:b/>
        </w:rPr>
        <w:t xml:space="preserve">[1:50:29] </w:t>
      </w:r>
      <w:r>
        <w:t>aur is mein ek hazar se ziyada invention is ki hain</w:t>
      </w:r>
    </w:p>
    <w:p>
      <w:pPr>
        <w:jc w:val="right"/>
      </w:pPr>
      <w:r>
        <w:t>اور اس میں ایک ہزار سے زیادہ انوینشن اس کی ہیں۔</w:t>
      </w:r>
    </w:p>
    <w:p>
      <w:r>
        <w:rPr>
          <w:b/>
        </w:rPr>
        <w:t xml:space="preserve">[1:50:34] </w:t>
      </w:r>
      <w:r>
        <w:t>ek hazar se ziyada</w:t>
      </w:r>
    </w:p>
    <w:p>
      <w:pPr>
        <w:jc w:val="right"/>
      </w:pPr>
      <w:r>
        <w:t>ایک ہزار سے زیادہ۔</w:t>
      </w:r>
    </w:p>
    <w:p>
      <w:r>
        <w:rPr>
          <w:b/>
        </w:rPr>
        <w:t xml:space="preserve">[1:50:36] </w:t>
      </w:r>
      <w:r>
        <w:t>yeh schools ka certificate nahi</w:t>
      </w:r>
    </w:p>
    <w:p>
      <w:pPr>
        <w:jc w:val="right"/>
      </w:pPr>
      <w:r>
        <w:t>یہ سکولز کا سرٹیفیکیٹ نہیں۔</w:t>
      </w:r>
    </w:p>
    <w:p>
      <w:r>
        <w:rPr>
          <w:b/>
        </w:rPr>
        <w:t xml:space="preserve">[1:50:38] </w:t>
      </w:r>
      <w:r>
        <w:t>koi degree nahi</w:t>
      </w:r>
    </w:p>
    <w:p>
      <w:pPr>
        <w:jc w:val="right"/>
      </w:pPr>
      <w:r>
        <w:t>کوئی ڈگری نہیں۔</w:t>
      </w:r>
    </w:p>
    <w:p>
      <w:r>
        <w:rPr>
          <w:b/>
        </w:rPr>
        <w:t xml:space="preserve">[1:50:39] </w:t>
      </w:r>
      <w:r>
        <w:t>yeh sab koi rukawatein nahi hain</w:t>
      </w:r>
    </w:p>
    <w:p>
      <w:pPr>
        <w:jc w:val="right"/>
      </w:pPr>
      <w:r>
        <w:t>یہ سب کوئی رکاوٹیں نہیں ہیں۔</w:t>
      </w:r>
    </w:p>
    <w:p>
      <w:r>
        <w:rPr>
          <w:b/>
        </w:rPr>
        <w:t xml:space="preserve">[1:50:42] </w:t>
      </w:r>
      <w:r>
        <w:t>main main kuch bhi nahi</w:t>
      </w:r>
    </w:p>
    <w:p>
      <w:pPr>
        <w:jc w:val="right"/>
      </w:pPr>
      <w:r>
        <w:t>میں میں کچھ بھی نہیں۔</w:t>
      </w:r>
    </w:p>
    <w:p>
      <w:r>
        <w:rPr>
          <w:b/>
        </w:rPr>
        <w:t xml:space="preserve">[1:50:44] </w:t>
      </w:r>
      <w:r>
        <w:t>آپ یعنی when there is a will, there is a way.</w:t>
      </w:r>
    </w:p>
    <w:p>
      <w:pPr>
        <w:jc w:val="right"/>
      </w:pPr>
      <w:r>
        <w:t>آپ یعنی وین دیر از اے ول، دیر از اے وے۔</w:t>
      </w:r>
    </w:p>
    <w:p>
      <w:r>
        <w:rPr>
          <w:b/>
        </w:rPr>
        <w:t xml:space="preserve">[1:50:49] </w:t>
      </w:r>
      <w:r>
        <w:t>agar aap ka just sach much khwahish hai to rasta khulta chala jaye ga aap ke liye</w:t>
      </w:r>
    </w:p>
    <w:p>
      <w:pPr>
        <w:jc w:val="right"/>
      </w:pPr>
      <w:r>
        <w:t>اگر آپ کا جسٹ سچ مچ خواہش ہے تو راستہ کھلتا چلا جائے گا آپ کے لیے۔</w:t>
      </w:r>
    </w:p>
    <w:p>
      <w:r>
        <w:rPr>
          <w:b/>
        </w:rPr>
        <w:t xml:space="preserve">[1:50:56] </w:t>
      </w:r>
      <w:r>
        <w:t>When there is a will, there is a way. Ko Arabi mein kehte hain mujaddid ka wajah tha.</w:t>
      </w:r>
    </w:p>
    <w:p>
      <w:pPr>
        <w:jc w:val="right"/>
      </w:pPr>
      <w:r>
        <w:t>وین دیر از اے ول، دیر از اے وے کو عربی میں کہتے ہیں مجدد کا وجہ تھا۔</w:t>
      </w:r>
    </w:p>
    <w:p>
      <w:r>
        <w:rPr>
          <w:b/>
        </w:rPr>
        <w:t xml:space="preserve">[1:51:04] </w:t>
      </w:r>
      <w:r>
        <w:t>mujaddid ka waja tha</w:t>
      </w:r>
    </w:p>
    <w:p>
      <w:pPr>
        <w:jc w:val="right"/>
      </w:pPr>
      <w:r>
        <w:t>مجدد کا وجہ تھا۔</w:t>
      </w:r>
    </w:p>
    <w:p>
      <w:r>
        <w:rPr>
          <w:b/>
        </w:rPr>
        <w:t xml:space="preserve">[1:51:06] </w:t>
      </w:r>
      <w:r>
        <w:t>jo koshish karega wo payega.</w:t>
      </w:r>
    </w:p>
    <w:p>
      <w:pPr>
        <w:jc w:val="right"/>
      </w:pPr>
      <w:r>
        <w:t>جو کوشش کرے گا وہ پائے گا۔</w:t>
      </w:r>
    </w:p>
    <w:p>
      <w:r>
        <w:rPr>
          <w:b/>
        </w:rPr>
        <w:t xml:space="preserve">[1:51:09] </w:t>
      </w:r>
      <w:r>
        <w:t>okay, we will end the session now.</w:t>
      </w:r>
    </w:p>
    <w:p>
      <w:pPr>
        <w:jc w:val="right"/>
      </w:pPr>
      <w:r>
        <w:t>اوکے، وی ویل اینڈ دی سیشن ناؤ۔</w:t>
      </w:r>
    </w:p>
    <w:p>
      <w:r>
        <w:rPr>
          <w:b/>
        </w:rPr>
        <w:t xml:space="preserve">[1:51:12] </w:t>
      </w:r>
      <w:r>
        <w:t>there is one announcement.</w:t>
      </w:r>
    </w:p>
    <w:p>
      <w:pPr>
        <w:jc w:val="right"/>
      </w:pPr>
      <w:r>
        <w:t>دیر از ون اناؤنسمنٹ۔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