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can man be successful 19th August 2012</w:t>
      </w:r>
    </w:p>
    <w:p>
      <w:r>
        <w:t>https://www.youtube.com/watch?v=9KQBgiQIAw0</w:t>
      </w:r>
    </w:p>
    <w:p>
      <w:r>
        <w:rPr>
          <w:b/>
        </w:rPr>
        <w:t xml:space="preserve">[00:02] </w:t>
      </w:r>
      <w:r>
        <w:t>bismillah hir rahman nir rahim, wa sallallahu ala nabiyyil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rabbi shrahli sadri, wa yassirli amri, wahlul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[00:17] </w:t>
      </w:r>
      <w:r>
        <w:t>aaj ka subject ek surah hai, yeh quran ki surah number 103, yani al-asr.</w:t>
      </w:r>
    </w:p>
    <w:p>
      <w:pPr>
        <w:jc w:val="right"/>
      </w:pPr>
      <w:r>
        <w:t>آج کا سبجیکٹ ایک سورہ ہے، یہ قرآن کی سورہ نمبر 103، یعنی العصر۔</w:t>
      </w:r>
    </w:p>
    <w:p>
      <w:r>
        <w:rPr>
          <w:b/>
        </w:rPr>
        <w:t xml:space="preserve">[00:25] </w:t>
      </w:r>
      <w:r>
        <w:t>quran mein dekhein, 114 suratein hain, un mein se ek hai jo 103 number is ka hai, is</w:t>
      </w:r>
    </w:p>
    <w:p>
      <w:pPr>
        <w:jc w:val="right"/>
      </w:pPr>
      <w:r>
        <w:t>قرآن میں دیکھیں، 114 سورتیں ہیں، ان میں سے ایک ہے جو 103 نمبر اس کا ہے، اس</w:t>
      </w:r>
    </w:p>
    <w:p>
      <w:r>
        <w:rPr>
          <w:b/>
        </w:rPr>
        <w:t xml:space="preserve">[00:33] </w:t>
      </w:r>
      <w:r>
        <w:t>ka naam hai al-asr.</w:t>
      </w:r>
    </w:p>
    <w:p>
      <w:pPr>
        <w:jc w:val="right"/>
      </w:pPr>
      <w:r>
        <w:t>کا نام ہے العصر۔</w:t>
      </w:r>
    </w:p>
    <w:p>
      <w:r>
        <w:rPr>
          <w:b/>
        </w:rPr>
        <w:t xml:space="preserve">[00:41] </w:t>
      </w:r>
      <w:r>
        <w:t>boht choti surah hai, to isi ke bare mein us waqt kuch baat karna hai, inshallah.</w:t>
      </w:r>
    </w:p>
    <w:p>
      <w:pPr>
        <w:jc w:val="right"/>
      </w:pPr>
      <w:r>
        <w:t>بہت چھوٹی سورہ ہے، تو اسی کے بارے میں اس وقت کچھ بات کرنا ہے، انشاءاللہ۔</w:t>
      </w:r>
    </w:p>
    <w:p>
      <w:r>
        <w:rPr>
          <w:b/>
        </w:rPr>
        <w:t xml:space="preserve">[00:48] </w:t>
      </w:r>
      <w:r>
        <w:t>is surah ke bare mein kai ulama ne yeh baat kahi hai ke is choti surah mein sara</w:t>
      </w:r>
    </w:p>
    <w:p>
      <w:pPr>
        <w:jc w:val="right"/>
      </w:pPr>
      <w:r>
        <w:t>اس سورہ کے بارے میں کئی علماء نے یہ بات کہی ہے کہ اس چھوٹی سورہ میں سارا</w:t>
      </w:r>
    </w:p>
    <w:p>
      <w:r>
        <w:rPr>
          <w:b/>
        </w:rPr>
        <w:t xml:space="preserve">[00:56] </w:t>
      </w:r>
      <w:r>
        <w:t>khulasa deen aa gaya hai.</w:t>
      </w:r>
    </w:p>
    <w:p>
      <w:pPr>
        <w:jc w:val="right"/>
      </w:pPr>
      <w:r>
        <w:t>خلاصہ دین آ گیا ہے۔</w:t>
      </w:r>
    </w:p>
    <w:p>
      <w:r>
        <w:rPr>
          <w:b/>
        </w:rPr>
        <w:t xml:space="preserve">[01:04] </w:t>
      </w:r>
      <w:r>
        <w:t>misalan boht baray alam thay, imam shafi, unhon ne kaha: "lo tadabbar al-nas hadhihi al-surah lawasathum" .</w:t>
      </w:r>
    </w:p>
    <w:p>
      <w:pPr>
        <w:jc w:val="right"/>
      </w:pPr>
      <w:r>
        <w:t>مثلاً بہت بڑے عالم تھے، امام شافعی، انہوں نے کہا: "لو تدبر الناس هذه السورة لوسعتهم" ۔</w:t>
      </w:r>
    </w:p>
    <w:p>
      <w:r>
        <w:rPr>
          <w:b/>
        </w:rPr>
        <w:t xml:space="preserve">[01:12] </w:t>
      </w:r>
      <w:r>
        <w:t>yani agar log sirf aik, agar log sirf quran ki surah wal asr par ghor karen, sochen, to wahi</w:t>
      </w:r>
    </w:p>
    <w:p>
      <w:pPr>
        <w:jc w:val="right"/>
      </w:pPr>
      <w:r>
        <w:t>یعنی اگر لوگ صرف ایک، اگر لوگ صرف قرآن کی سورہ والعصر پر غور کریں، سوچیں، تو وہی</w:t>
      </w:r>
    </w:p>
    <w:p>
      <w:r>
        <w:rPr>
          <w:b/>
        </w:rPr>
        <w:t xml:space="preserve">[01:20] </w:t>
      </w:r>
      <w:r>
        <w:t>unki guidance ke liye kafi ho jayega.</w:t>
      </w:r>
    </w:p>
    <w:p>
      <w:pPr>
        <w:jc w:val="right"/>
      </w:pPr>
      <w:r>
        <w:t>ان کی گائیڈنس کے لیے کافی ہو جائے گا۔</w:t>
      </w:r>
    </w:p>
    <w:p>
      <w:r>
        <w:rPr>
          <w:b/>
        </w:rPr>
        <w:t xml:space="preserve">[01:28] </w:t>
      </w:r>
      <w:r>
        <w:t>is se aap samajh sakte hain ke yeh surah kitni zyada important hai.</w:t>
      </w:r>
    </w:p>
    <w:p>
      <w:pPr>
        <w:jc w:val="right"/>
      </w:pPr>
      <w:r>
        <w:t>اس سے آپ سمجھ سکتے ہیں کہ یہ سورہ کتنی زیادہ امپورٹنٹ ہے۔</w:t>
      </w:r>
    </w:p>
    <w:p>
      <w:r>
        <w:rPr>
          <w:b/>
        </w:rPr>
        <w:t xml:space="preserve">[01:35] </w:t>
      </w:r>
      <w:r>
        <w:t>yeh surah is tarah hai ke "wal asr inna al-insana lafi khusr illa alladhina amanu wa amilu al-salihate wa tawasu bil haqq</w:t>
      </w:r>
    </w:p>
    <w:p>
      <w:pPr>
        <w:jc w:val="right"/>
      </w:pPr>
      <w:r>
        <w:t>یہ سورہ اس طرح ہے کہ "والعصر إن الإنسان لفي خسر إلا الذين آمنوا وعملوا الصالحات وتواصوا بالحق</w:t>
      </w:r>
    </w:p>
    <w:p>
      <w:r>
        <w:rPr>
          <w:b/>
        </w:rPr>
        <w:t xml:space="preserve">[01:43] </w:t>
      </w:r>
      <w:r>
        <w:t>wa tawasu bil sabr" .</w:t>
      </w:r>
    </w:p>
    <w:p>
      <w:pPr>
        <w:jc w:val="right"/>
      </w:pPr>
      <w:r>
        <w:t>وتواصوا بالصبر" ۔</w:t>
      </w:r>
    </w:p>
    <w:p>
      <w:r>
        <w:rPr>
          <w:b/>
        </w:rPr>
        <w:t xml:space="preserve">[01:51] </w:t>
      </w:r>
      <w:r>
        <w:t>iska translation yeh hai ke qasam hai zamane ki, ke zameen qasam hai zamane ki ke insan</w:t>
      </w:r>
    </w:p>
    <w:p>
      <w:pPr>
        <w:jc w:val="right"/>
      </w:pPr>
      <w:r>
        <w:t>اس کا ٹرانسلیشن یہ ہے کہ قسم ہے زمانے کی، کہ زمین قسم ہے زمانے کی کہ انسان</w:t>
      </w:r>
    </w:p>
    <w:p>
      <w:r>
        <w:rPr>
          <w:b/>
        </w:rPr>
        <w:t xml:space="preserve">[01:59] </w:t>
      </w:r>
      <w:r>
        <w:t>ghate mein hai.</w:t>
      </w:r>
    </w:p>
    <w:p>
      <w:pPr>
        <w:jc w:val="right"/>
      </w:pPr>
      <w:r>
        <w:t>گھاٹے میں ہے۔</w:t>
      </w:r>
    </w:p>
    <w:p>
      <w:r>
        <w:rPr>
          <w:b/>
        </w:rPr>
        <w:t xml:space="preserve">[02:07] </w:t>
      </w:r>
      <w:r>
        <w:t>Time is a witness that man is in loss.</w:t>
      </w:r>
    </w:p>
    <w:p>
      <w:pPr>
        <w:jc w:val="right"/>
      </w:pPr>
      <w:r>
        <w:t>Time is a witness that man is in loss.</w:t>
      </w:r>
    </w:p>
    <w:p>
      <w:r>
        <w:rPr>
          <w:b/>
        </w:rPr>
        <w:t xml:space="preserve">[02:15] </w:t>
      </w:r>
      <w:r>
        <w:t>siwaye un logon ke jo iman laye aur jinhon ne achhe aemal kiye, amal salih kiya, aur unhon</w:t>
      </w:r>
    </w:p>
    <w:p>
      <w:pPr>
        <w:jc w:val="right"/>
      </w:pPr>
      <w:r>
        <w:t>سوائے ان لوگوں کے جو ایمان لائے اور جنہوں نے اچھے اعمال کیے، عمل صالح کیا، اور انہوں</w:t>
      </w:r>
    </w:p>
    <w:p>
      <w:r>
        <w:rPr>
          <w:b/>
        </w:rPr>
        <w:t xml:space="preserve">[02:22] </w:t>
      </w:r>
      <w:r>
        <w:t>ne apas mein aik doosre ko nasehat karte rahe haq ke aur sabr ke.</w:t>
      </w:r>
    </w:p>
    <w:p>
      <w:pPr>
        <w:jc w:val="right"/>
      </w:pPr>
      <w:r>
        <w:t>نے آپس میں ایک دوسرے کو نصیحت کرتے رہے حق کے اور صبر کے۔</w:t>
      </w:r>
    </w:p>
    <w:p>
      <w:r>
        <w:rPr>
          <w:b/>
        </w:rPr>
        <w:t xml:space="preserve">[02:30] </w:t>
      </w:r>
      <w:r>
        <w:t>yeh hai surah.</w:t>
      </w:r>
    </w:p>
    <w:p>
      <w:pPr>
        <w:jc w:val="right"/>
      </w:pPr>
      <w:r>
        <w:t>یہ ہے سورہ۔</w:t>
      </w:r>
    </w:p>
    <w:p>
      <w:r>
        <w:rPr>
          <w:b/>
        </w:rPr>
        <w:t xml:space="preserve">[02:38] </w:t>
      </w:r>
      <w:r>
        <w:t>ab shuru se dekhiye, is mein jo hai ke qasam hai zamane ki, to qasam ka matlab hai gawah, witness.</w:t>
      </w:r>
    </w:p>
    <w:p>
      <w:pPr>
        <w:jc w:val="right"/>
      </w:pPr>
      <w:r>
        <w:t>اب شروع سے دیکھیے، اس میں جو ہے کہ قسم ہے زمانے کی، تو قسم کا مطلب ہے گواہ، وٹنس۔</w:t>
      </w:r>
    </w:p>
    <w:p>
      <w:r>
        <w:rPr>
          <w:b/>
        </w:rPr>
        <w:t xml:space="preserve">[02:46] </w:t>
      </w:r>
      <w:r>
        <w:t>اس کا مطلب ہے کہ time is a witness that man is in loss.</w:t>
      </w:r>
    </w:p>
    <w:p>
      <w:pPr>
        <w:jc w:val="right"/>
      </w:pPr>
      <w:r>
        <w:t>اس کا مطلب ہے کہ ٹائم از اے وٹنس دیٹ من از ان لاس۔</w:t>
      </w:r>
    </w:p>
    <w:p>
      <w:r>
        <w:rPr>
          <w:b/>
        </w:rPr>
        <w:t xml:space="preserve">[02:54] </w:t>
      </w:r>
      <w:r>
        <w:t>time gawah hai, time shahid hai.</w:t>
      </w:r>
    </w:p>
    <w:p>
      <w:pPr>
        <w:jc w:val="right"/>
      </w:pPr>
      <w:r>
        <w:t>ٹائم گواہ ہے، ٹائم شاہد ہے۔</w:t>
      </w:r>
    </w:p>
    <w:p>
      <w:r>
        <w:rPr>
          <w:b/>
        </w:rPr>
        <w:t xml:space="preserve">[03:02] </w:t>
      </w:r>
      <w:r>
        <w:t>to time kya cheez hai? dekhen, time aap jante hain ke naam hai aik aik aise phenomena ka</w:t>
      </w:r>
    </w:p>
    <w:p>
      <w:pPr>
        <w:jc w:val="right"/>
      </w:pPr>
      <w:r>
        <w:t>تو ٹائم کیا چیز ہے؟ دیکھیں، ٹائم آپ جانتے ہیں کہ نام ہے ایک ایک ایسے فیناومینا کا</w:t>
      </w:r>
    </w:p>
    <w:p>
      <w:r>
        <w:rPr>
          <w:b/>
        </w:rPr>
        <w:t xml:space="preserve">[03:09] </w:t>
      </w:r>
      <w:r>
        <w:t>jo past se present, present se future ki taraf chala ja raha hai.</w:t>
      </w:r>
    </w:p>
    <w:p>
      <w:pPr>
        <w:jc w:val="right"/>
      </w:pPr>
      <w:r>
        <w:t>جو پاسٹ سے پریزنٹ، پریزنٹ سے فیوچر کی طرف چلا جا رہا ہے۔</w:t>
      </w:r>
    </w:p>
    <w:p>
      <w:r>
        <w:rPr>
          <w:b/>
        </w:rPr>
        <w:t xml:space="preserve">[03:17] </w:t>
      </w:r>
      <w:r>
        <w:t>aik guzarta hua phenomena jo barabar guzar raha hai.</w:t>
      </w:r>
    </w:p>
    <w:p>
      <w:pPr>
        <w:jc w:val="right"/>
      </w:pPr>
      <w:r>
        <w:t>ایک گزرتا ہوا فیناومینا جو برابر گزر رہا ہے۔</w:t>
      </w:r>
    </w:p>
    <w:p>
      <w:r>
        <w:rPr>
          <w:b/>
        </w:rPr>
        <w:t xml:space="preserve">[03:25] </w:t>
      </w:r>
      <w:r>
        <w:t>to tareekh bhi to usi waqt ban rahi hai.</w:t>
      </w:r>
    </w:p>
    <w:p>
      <w:pPr>
        <w:jc w:val="right"/>
      </w:pPr>
      <w:r>
        <w:t>تو تاریخ بھی تو اسی وقت بن رہی ہے۔</w:t>
      </w:r>
    </w:p>
    <w:p>
      <w:r>
        <w:rPr>
          <w:b/>
        </w:rPr>
        <w:t xml:space="preserve">[03:33] </w:t>
      </w:r>
      <w:r>
        <w:t>tareekh kahan ban rahi hai? tareekh kisi time ke andar ban rahi hai.</w:t>
      </w:r>
    </w:p>
    <w:p>
      <w:pPr>
        <w:jc w:val="right"/>
      </w:pPr>
      <w:r>
        <w:t>تاریخ کہاں بن رہی ہے؟ تاریخ کسی ٹائم کے اندر بن رہی ہے۔</w:t>
      </w:r>
    </w:p>
    <w:p>
      <w:r>
        <w:rPr>
          <w:b/>
        </w:rPr>
        <w:t xml:space="preserve">[03:41] </w:t>
      </w:r>
      <w:r>
        <w:t>history is a phenomena of time.</w:t>
      </w:r>
    </w:p>
    <w:p>
      <w:pPr>
        <w:jc w:val="right"/>
      </w:pPr>
      <w:r>
        <w:t>ہسٹری از اے فیناومینا آف ٹائم۔</w:t>
      </w:r>
    </w:p>
    <w:p>
      <w:r>
        <w:rPr>
          <w:b/>
        </w:rPr>
        <w:t xml:space="preserve">[03:49] </w:t>
      </w:r>
      <w:r>
        <w:t>تو اس کا مطلب یہ ہے کہ history is a witness.</w:t>
      </w:r>
    </w:p>
    <w:p>
      <w:pPr>
        <w:jc w:val="right"/>
      </w:pPr>
      <w:r>
        <w:t>تو اس کا مطلب یہ ہے کہ ہسٹری از اے وٹنس۔</w:t>
      </w:r>
    </w:p>
    <w:p>
      <w:r>
        <w:rPr>
          <w:b/>
        </w:rPr>
        <w:t xml:space="preserve">[03:56] </w:t>
      </w:r>
      <w:r>
        <w:t>اس کا مطلب یہ ہوگا کہ history is a witness that man is in loss.</w:t>
      </w:r>
    </w:p>
    <w:p>
      <w:pPr>
        <w:jc w:val="right"/>
      </w:pPr>
      <w:r>
        <w:t>اس کا مطلب یہ ہوگا کہ ہسٹری از اے وٹنس دیٹ مین از ان لاس۔</w:t>
      </w:r>
    </w:p>
    <w:p>
      <w:r>
        <w:rPr>
          <w:b/>
        </w:rPr>
        <w:t xml:space="preserve">[04:04] </w:t>
      </w:r>
      <w:r>
        <w:t>ab sochen ke insan ghaate mein hai, iska matlab kya hai? main samajhta hoon ke yeh koi</w:t>
      </w:r>
    </w:p>
    <w:p>
      <w:pPr>
        <w:jc w:val="right"/>
      </w:pPr>
      <w:r>
        <w:t>اب سوچیے کہ انسان گھاٹے میں ہے، اس کا مطلب کیا ہے؟ میں سمجھتا ہوں کہ یہ کوئی</w:t>
      </w:r>
    </w:p>
    <w:p>
      <w:r>
        <w:rPr>
          <w:b/>
        </w:rPr>
        <w:t xml:space="preserve">[04:12] </w:t>
      </w:r>
      <w:r>
        <w:t>mysterious baat nahi hai ya koi ambiguous baat nahi hai.</w:t>
      </w:r>
    </w:p>
    <w:p>
      <w:pPr>
        <w:jc w:val="right"/>
      </w:pPr>
      <w:r>
        <w:t>مسٹیریس بات نہیں ہے یا کوئی ایمبیگوس بات نہیں ہے۔</w:t>
      </w:r>
    </w:p>
    <w:p>
      <w:r>
        <w:rPr>
          <w:b/>
        </w:rPr>
        <w:t xml:space="preserve">[04:20] </w:t>
      </w:r>
      <w:r>
        <w:t>saare log jinhon ne history ka mutala kiya hai, jo history ke baray mein waqif hain, un sab</w:t>
      </w:r>
    </w:p>
    <w:p>
      <w:pPr>
        <w:jc w:val="right"/>
      </w:pPr>
      <w:r>
        <w:t>سارے لوگ جنہوں نے ہسٹری کا مطالعہ کیا ہے، جو ہسٹری کے بارے میں واقف ہیں، ان سب</w:t>
      </w:r>
    </w:p>
    <w:p>
      <w:r>
        <w:rPr>
          <w:b/>
        </w:rPr>
        <w:t xml:space="preserve">[04:28] </w:t>
      </w:r>
      <w:r>
        <w:t>ka yeh manna hai ke history mein negative item bohat ziyada hai aur positive item bohat kam hai.</w:t>
      </w:r>
    </w:p>
    <w:p>
      <w:pPr>
        <w:jc w:val="right"/>
      </w:pPr>
      <w:r>
        <w:t>کا یہ ماننا ہے کہ ہسٹری میں نیگیٹیو آئٹم بہت زیادہ ہے اور پازیٹیو آئٹم بہت کم ہے۔</w:t>
      </w:r>
    </w:p>
    <w:p>
      <w:r>
        <w:rPr>
          <w:b/>
        </w:rPr>
        <w:t xml:space="preserve">[04:36] </w:t>
      </w:r>
      <w:r>
        <w:t>مثلاً بہت بڑا برٹش ہسٹورین تھا، گیون، تو اس نے لکھا ہے کہ history is a little more</w:t>
      </w:r>
    </w:p>
    <w:p>
      <w:pPr>
        <w:jc w:val="right"/>
      </w:pPr>
      <w:r>
        <w:t>مثلاً بہت بڑا برٹش ہسٹورین تھا، گیون، تو اس نے لکھا ہے کہ ہسٹری از اے لٹل مور</w:t>
      </w:r>
    </w:p>
    <w:p>
      <w:r>
        <w:rPr>
          <w:b/>
        </w:rPr>
        <w:t xml:space="preserve">[04:43] </w:t>
      </w:r>
      <w:r>
        <w:t>deen a register of crimes.</w:t>
      </w:r>
    </w:p>
    <w:p>
      <w:pPr>
        <w:jc w:val="right"/>
      </w:pPr>
      <w:r>
        <w:t>دین ا رجسٹر آف کرائمز۔</w:t>
      </w:r>
    </w:p>
    <w:p>
      <w:r>
        <w:rPr>
          <w:b/>
        </w:rPr>
        <w:t xml:space="preserve">[04:51] </w:t>
      </w:r>
      <w:r>
        <w:t>history crime ke register se thori si ziyada hai.</w:t>
      </w:r>
    </w:p>
    <w:p>
      <w:pPr>
        <w:jc w:val="right"/>
      </w:pPr>
      <w:r>
        <w:t>ہسٹری کرائم کے رجسٹر سے تھوڑی سی زیادہ ہے۔</w:t>
      </w:r>
    </w:p>
    <w:p>
      <w:r>
        <w:rPr>
          <w:b/>
        </w:rPr>
        <w:t xml:space="preserve">[04:59] </w:t>
      </w:r>
      <w:r>
        <w:t>matlab yeh hai ke ziyada tar item to crime ke hain, kuch thore se item aise hain jo</w:t>
      </w:r>
    </w:p>
    <w:p>
      <w:pPr>
        <w:jc w:val="right"/>
      </w:pPr>
      <w:r>
        <w:t>مطلب یہ ہے کہ زیادہ تر آئٹم تو کرائم کے ہیں، کچھ تھوڑے سے آئٹم ایسے ہیں جو</w:t>
      </w:r>
    </w:p>
    <w:p>
      <w:r>
        <w:rPr>
          <w:b/>
        </w:rPr>
        <w:t xml:space="preserve">[05:07] </w:t>
      </w:r>
      <w:r>
        <w:t>achhay kahay ja saktay hain.</w:t>
      </w:r>
    </w:p>
    <w:p>
      <w:pPr>
        <w:jc w:val="right"/>
      </w:pPr>
      <w:r>
        <w:t>اچھے کہے جا سکتے ہیں۔</w:t>
      </w:r>
    </w:p>
    <w:p>
      <w:r>
        <w:rPr>
          <w:b/>
        </w:rPr>
        <w:t xml:space="preserve">[05:15] </w:t>
      </w:r>
      <w:r>
        <w:t>yeh hai picture history ki.</w:t>
      </w:r>
    </w:p>
    <w:p>
      <w:pPr>
        <w:jc w:val="right"/>
      </w:pPr>
      <w:r>
        <w:t>یہ ہے پکچر ہسٹری کی۔</w:t>
      </w:r>
    </w:p>
    <w:p>
      <w:r>
        <w:rPr>
          <w:b/>
        </w:rPr>
        <w:t xml:space="preserve">[05:23] </w:t>
      </w:r>
      <w:r>
        <w:t>isi ki taraf Allah taala ne ishara farmaya ke history aik loss ban gayi hai insan ke liye.</w:t>
      </w:r>
    </w:p>
    <w:p>
      <w:pPr>
        <w:jc w:val="right"/>
      </w:pPr>
      <w:r>
        <w:t>اسی کی طرف اللہ تعالی نے اشارہ فرمایا کہ ہسٹری ایک لاس بن گئی ہے انسان کے لیے۔</w:t>
      </w:r>
    </w:p>
    <w:p>
      <w:r>
        <w:rPr>
          <w:b/>
        </w:rPr>
        <w:t xml:space="preserve">[05:30] </w:t>
      </w:r>
      <w:r>
        <w:t>ab sawal yeh hai ke history loss kyun ban gayi? ab aap ghore kijiye ke yeh insan jo</w:t>
      </w:r>
    </w:p>
    <w:p>
      <w:pPr>
        <w:jc w:val="right"/>
      </w:pPr>
      <w:r>
        <w:t>اب سوال یہ ہے کہ ہسٹری لاس کیوں بن گئی؟ اب آپ غور کیجئے کہ یہ انسان جو</w:t>
      </w:r>
    </w:p>
    <w:p>
      <w:r>
        <w:rPr>
          <w:b/>
        </w:rPr>
        <w:t xml:space="preserve">[05:38] </w:t>
      </w:r>
      <w:r>
        <w:t>is duniya mein hai, isi ke sath aur bhi to bohat sari cheezain hain.</w:t>
      </w:r>
    </w:p>
    <w:p>
      <w:pPr>
        <w:jc w:val="right"/>
      </w:pPr>
      <w:r>
        <w:t>اس دنیا میں ہے، اسی کے ساتھ اور بھی تو بہت ساری چیزیں ہیں۔</w:t>
      </w:r>
    </w:p>
    <w:p>
      <w:r>
        <w:rPr>
          <w:b/>
        </w:rPr>
        <w:t xml:space="preserve">[05:46] </w:t>
      </w:r>
      <w:r>
        <w:t>maslan material world hai.</w:t>
      </w:r>
    </w:p>
    <w:p>
      <w:pPr>
        <w:jc w:val="right"/>
      </w:pPr>
      <w:r>
        <w:t>مثلاً مٹیریل ورلڈ ہے۔</w:t>
      </w:r>
    </w:p>
    <w:p>
      <w:r>
        <w:rPr>
          <w:b/>
        </w:rPr>
        <w:t xml:space="preserve">[05:54] </w:t>
      </w:r>
      <w:r>
        <w:t>aap jantay hain ke star, planet, galaxy, solar system, mountain, ocean, yeh sara material world hai.</w:t>
      </w:r>
    </w:p>
    <w:p>
      <w:pPr>
        <w:jc w:val="right"/>
      </w:pPr>
      <w:r>
        <w:t>آپ جانتے ہیں کہ اسٹار، پلینٹ، کریکسی، سولر سسٹم، ماؤنٹین، اوشن، یہ سارا مٹیریل ورلڈ ہے۔</w:t>
      </w:r>
    </w:p>
    <w:p>
      <w:r>
        <w:rPr>
          <w:b/>
        </w:rPr>
        <w:t xml:space="preserve">[06:02] </w:t>
      </w:r>
      <w:r>
        <w:t>wahan pe to loss ka phenomenon nahi hai.</w:t>
      </w:r>
    </w:p>
    <w:p>
      <w:pPr>
        <w:jc w:val="right"/>
      </w:pPr>
      <w:r>
        <w:t>وہاں پہ تو لاس کا فیناومینا نہیں ہے۔</w:t>
      </w:r>
    </w:p>
    <w:p>
      <w:r>
        <w:rPr>
          <w:b/>
        </w:rPr>
        <w:t xml:space="preserve">[06:10] </w:t>
      </w:r>
      <w:r>
        <w:t>wahan yeh koi nahi kehta ke jo material world hai, woh sab wahan par loss hi loss hai,</w:t>
      </w:r>
    </w:p>
    <w:p>
      <w:pPr>
        <w:jc w:val="right"/>
      </w:pPr>
      <w:r>
        <w:t>وہاں یہ کوئی نہیں کہتا کہ جو مٹیریل ورلڈ ہے، وہ سب وہاں پر لاس ہی لاس ہے،</w:t>
      </w:r>
    </w:p>
    <w:p>
      <w:r>
        <w:rPr>
          <w:b/>
        </w:rPr>
        <w:t xml:space="preserve">[06:17] </w:t>
      </w:r>
      <w:r>
        <w:t>sab burai hi burai hai.</w:t>
      </w:r>
    </w:p>
    <w:p>
      <w:pPr>
        <w:jc w:val="right"/>
      </w:pPr>
      <w:r>
        <w:t>سب برائی ہی برائی ہے۔</w:t>
      </w:r>
    </w:p>
    <w:p>
      <w:r>
        <w:rPr>
          <w:b/>
        </w:rPr>
        <w:t xml:space="preserve">[06:25] </w:t>
      </w:r>
      <w:r>
        <w:t>saare scientist jo microscope aur telescope se study karte hain duniya ka, woh kehtay hain ke kainat bohat</w:t>
      </w:r>
    </w:p>
    <w:p>
      <w:pPr>
        <w:jc w:val="right"/>
      </w:pPr>
      <w:r>
        <w:t>سارے سائنٹسٹ جو مائیکروسکوپ اور ٹیلیسکوپ سے اسٹڈی کرتے ہیں دنیا کا، وہ کہتے ہیں کہ کائنات بہت</w:t>
      </w:r>
    </w:p>
    <w:p>
      <w:r>
        <w:rPr>
          <w:b/>
        </w:rPr>
        <w:t xml:space="preserve">[06:33] </w:t>
      </w:r>
      <w:r>
        <w:t>ہی زیادہ well-designed ہے، well-planned ہے، بہت meaningful ہے، کہیں بھی اس میں کوئی flaw نہیں۔</w:t>
      </w:r>
    </w:p>
    <w:p>
      <w:pPr>
        <w:jc w:val="right"/>
      </w:pPr>
      <w:r>
        <w:t>ہی زیادہ ویل ڈیزائنڈ ہے، ویل پلانڈ ہے، بہت میننگ فل ہے، کہیں بھی اس میں کوئی فلاں نہیں۔</w:t>
      </w:r>
    </w:p>
    <w:p>
      <w:r>
        <w:rPr>
          <w:b/>
        </w:rPr>
        <w:t xml:space="preserve">[06:41] </w:t>
      </w:r>
      <w:r>
        <w:t>to aap ghore kijiye, isi duniya mein insan hai jis ki tareekh crime ki register bani hui hai.</w:t>
      </w:r>
    </w:p>
    <w:p>
      <w:pPr>
        <w:jc w:val="right"/>
      </w:pPr>
      <w:r>
        <w:t>تو آپ غور کیجئے، اسی دنیا میں انسان ہے جس کی تاریخ کرائم کی رجسٹر بنی ہوئی ہے۔</w:t>
      </w:r>
    </w:p>
    <w:p>
      <w:r>
        <w:rPr>
          <w:b/>
        </w:rPr>
        <w:t xml:space="preserve">[06:49] </w:t>
      </w:r>
      <w:r>
        <w:t>phir doosri baat dekhiye, isi duniya mein animals hain.</w:t>
      </w:r>
    </w:p>
    <w:p>
      <w:pPr>
        <w:jc w:val="right"/>
      </w:pPr>
      <w:r>
        <w:t>پھر دوسری بات دیکھیے، اسی دنیا میں اینیملز ہیں۔</w:t>
      </w:r>
    </w:p>
    <w:p>
      <w:r>
        <w:rPr>
          <w:b/>
        </w:rPr>
        <w:t xml:space="preserve">[06:56] </w:t>
      </w:r>
      <w:r>
        <w:t>animal bhi insan ki tarah nahi hain, bohat ziyada un ke haan discipline hai.</w:t>
      </w:r>
    </w:p>
    <w:p>
      <w:pPr>
        <w:jc w:val="right"/>
      </w:pPr>
      <w:r>
        <w:t>اینیمل بھی انسان کی طرح نہیں ہیں، بہت زیادہ ان کے ہاں ڈسپلن ہے۔</w:t>
      </w:r>
    </w:p>
    <w:p>
      <w:r>
        <w:rPr>
          <w:b/>
        </w:rPr>
        <w:t xml:space="preserve">[07:04] </w:t>
      </w:r>
      <w:r>
        <w:t>yani aap ghore kijiye, insanon ne first world war kiya, second world war kiya.</w:t>
      </w:r>
    </w:p>
    <w:p>
      <w:pPr>
        <w:jc w:val="right"/>
      </w:pPr>
      <w:r>
        <w:t>یعنی آپ غور کیجئے، انسانوں نے فرسٹ ورلڈ وار کیا، سیکنڈ ورلڈ وار کیا۔</w:t>
      </w:r>
    </w:p>
    <w:p>
      <w:r>
        <w:rPr>
          <w:b/>
        </w:rPr>
        <w:t xml:space="preserve">[07:12] </w:t>
      </w:r>
      <w:r>
        <w:t>kya aap ne kabhi suna hai ke janglat mein animal ke darmian first world war aur second world</w:t>
      </w:r>
    </w:p>
    <w:p>
      <w:pPr>
        <w:jc w:val="right"/>
      </w:pPr>
      <w:r>
        <w:t>کیا آپ نے کبھی سنا ہے کہ جنگل میں اینیمل کے درمیان فرسٹ ورلڈ وار اور سیکنڈ ورلڈ</w:t>
      </w:r>
    </w:p>
    <w:p>
      <w:r>
        <w:rPr>
          <w:b/>
        </w:rPr>
        <w:t xml:space="preserve">[07:20] </w:t>
      </w:r>
      <w:r>
        <w:t>war hui? to insan ke khayal mein bohat peaceful life hai haiwanat ki.</w:t>
      </w:r>
    </w:p>
    <w:p>
      <w:pPr>
        <w:jc w:val="right"/>
      </w:pPr>
      <w:r>
        <w:t>وار ہوئی؟ تو انسان کے خیال میں بہت پیس فل لائف ہے حیوانات کی۔</w:t>
      </w:r>
    </w:p>
    <w:p>
      <w:r>
        <w:rPr>
          <w:b/>
        </w:rPr>
        <w:t xml:space="preserve">[07:28] </w:t>
      </w:r>
      <w:r>
        <w:t>mein kabhi, aap jantay hain ke TV mein aik aik aik kya kehtay hain is ko, yani</w:t>
      </w:r>
    </w:p>
    <w:p>
      <w:pPr>
        <w:jc w:val="right"/>
      </w:pPr>
      <w:r>
        <w:t>میں کبھی، آپ جانتے ہیں کہ ٹی وی میں ایک ایک ایک کیا کہتے ہیں اس کو، یعنی</w:t>
      </w:r>
    </w:p>
    <w:p>
      <w:r>
        <w:rPr>
          <w:b/>
        </w:rPr>
        <w:t xml:space="preserve">[07:36] </w:t>
      </w:r>
      <w:r>
        <w:t>aata hai is mein aik website, kahin kya kahain ge, mujhe nahi maloom, is mein janglat ki</w:t>
      </w:r>
    </w:p>
    <w:p>
      <w:pPr>
        <w:jc w:val="right"/>
      </w:pPr>
      <w:r>
        <w:t>آتا ہے اس میں ایک ویب سائٹ، کہیں کیا کہیں گے، مجھے نہیں معلوم، اس میں جنگل کی</w:t>
      </w:r>
    </w:p>
    <w:p>
      <w:r>
        <w:rPr>
          <w:b/>
        </w:rPr>
        <w:t xml:space="preserve">[07:43] </w:t>
      </w:r>
      <w:r>
        <w:t>life dikhatay hain.</w:t>
      </w:r>
    </w:p>
    <w:p>
      <w:pPr>
        <w:jc w:val="right"/>
      </w:pPr>
      <w:r>
        <w:t>لائف دکھاتے ہیں۔</w:t>
      </w:r>
    </w:p>
    <w:p>
      <w:r>
        <w:rPr>
          <w:b/>
        </w:rPr>
        <w:t xml:space="preserve">[07:51] </w:t>
      </w:r>
      <w:r>
        <w:t>yeh aap sab log jo dekhte hain, TV jante hain, kitni beauty hoti hai is mein.</w:t>
      </w:r>
    </w:p>
    <w:p>
      <w:pPr>
        <w:jc w:val="right"/>
      </w:pPr>
      <w:r>
        <w:t>یہ آپ سب لوگ جو دیکھتے ہیں، ٹی وی جانتے ہیں، کتنی بیوٹی ہوتی ہے اس میں۔</w:t>
      </w:r>
    </w:p>
    <w:p>
      <w:r>
        <w:rPr>
          <w:b/>
        </w:rPr>
        <w:t xml:space="preserve">[07:59] </w:t>
      </w:r>
      <w:r>
        <w:t>keere makore se le kar ke bare bare janwaron tak itna peaceful tareeqe se rehte hain jungle</w:t>
      </w:r>
    </w:p>
    <w:p>
      <w:pPr>
        <w:jc w:val="right"/>
      </w:pPr>
      <w:r>
        <w:t>کیڑے مکوڑے سے لے کر کے بڑے بڑے جانوروں تک اتنا پیس فل طریقے سے رہتے ہیں جنگل</w:t>
      </w:r>
    </w:p>
    <w:p>
      <w:r>
        <w:rPr>
          <w:b/>
        </w:rPr>
        <w:t xml:space="preserve">[08:07] </w:t>
      </w:r>
      <w:r>
        <w:t>mein ke is ko dekhte rahiye.</w:t>
      </w:r>
    </w:p>
    <w:p>
      <w:pPr>
        <w:jc w:val="right"/>
      </w:pPr>
      <w:r>
        <w:t>میں کہ اس کو دیکھتے رہیے۔</w:t>
      </w:r>
    </w:p>
    <w:p>
      <w:r>
        <w:rPr>
          <w:b/>
        </w:rPr>
        <w:t xml:space="preserve">[08:15] </w:t>
      </w:r>
      <w:r>
        <w:t>to kisi ne sahi kaha ke dunya mein sab kuch beautiful hai, sirf ek cheez beautiful</w:t>
      </w:r>
    </w:p>
    <w:p>
      <w:pPr>
        <w:jc w:val="right"/>
      </w:pPr>
      <w:r>
        <w:t>تو کسی نے صحیح کہا کہ دنیا میں سب کچھ بیوٹی فل ہے، صرف ایک چیز بیوٹی فل</w:t>
      </w:r>
    </w:p>
    <w:p>
      <w:r>
        <w:rPr>
          <w:b/>
        </w:rPr>
        <w:t xml:space="preserve">[08:23] </w:t>
      </w:r>
      <w:r>
        <w:t>nahi hai, woh insan hai.</w:t>
      </w:r>
    </w:p>
    <w:p>
      <w:pPr>
        <w:jc w:val="right"/>
      </w:pPr>
      <w:r>
        <w:t>نہیں ہے، وہ انسان ہے۔</w:t>
      </w:r>
    </w:p>
    <w:p>
      <w:r>
        <w:rPr>
          <w:b/>
        </w:rPr>
        <w:t xml:space="preserve">[08:30] </w:t>
      </w:r>
      <w:r>
        <w:t>to yeh jo phenomena hai, isi ki taraf Allah taala ne ishara farmaya ke history is a witness</w:t>
      </w:r>
    </w:p>
    <w:p>
      <w:pPr>
        <w:jc w:val="right"/>
      </w:pPr>
      <w:r>
        <w:t>تو یہ جو فیناومینا ہے، اسی کی طرف اللہ تعالی نے اشارہ فرمایا کہ ہسٹری از اے وٹنس</w:t>
      </w:r>
    </w:p>
    <w:p>
      <w:r>
        <w:rPr>
          <w:b/>
        </w:rPr>
        <w:t xml:space="preserve">[08:38] </w:t>
      </w:r>
      <w:r>
        <w:t>that man is loss, man is in loss.</w:t>
      </w:r>
    </w:p>
    <w:p>
      <w:pPr>
        <w:jc w:val="right"/>
      </w:pPr>
      <w:r>
        <w:t>دیٹ مین از لاس، مین از ان لاس۔</w:t>
      </w:r>
    </w:p>
    <w:p>
      <w:r>
        <w:rPr>
          <w:b/>
        </w:rPr>
        <w:t xml:space="preserve">[08:46] </w:t>
      </w:r>
      <w:r>
        <w:t>ab sawal yeh hai ke why is this difference? kyu aisa hai? yani material world hum se different</w:t>
      </w:r>
    </w:p>
    <w:p>
      <w:pPr>
        <w:jc w:val="right"/>
      </w:pPr>
      <w:r>
        <w:t>اب سوال یہ ہے کہ وائی از دس ڈیفرنس؟ کیوں ایسا ہے؟ یعنی مٹیریل ورلڈ ہم سے ڈفرنٹ</w:t>
      </w:r>
    </w:p>
    <w:p>
      <w:r>
        <w:rPr>
          <w:b/>
        </w:rPr>
        <w:t xml:space="preserve">[08:54] </w:t>
      </w:r>
      <w:r>
        <w:t>hai, animal world hum se different hai, plant world hum se different hai, insani ka mamla aisa kyu</w:t>
      </w:r>
    </w:p>
    <w:p>
      <w:pPr>
        <w:jc w:val="right"/>
      </w:pPr>
      <w:r>
        <w:t>ہے، اینیمل ورلڈ ہم سے ڈفرنٹ ہے، پلانٹ ورلڈ ہم سے ڈفرنٹ ہے، انسانی کا معاملہ ایسا کیوں</w:t>
      </w:r>
    </w:p>
    <w:p>
      <w:r>
        <w:rPr>
          <w:b/>
        </w:rPr>
        <w:t xml:space="preserve">[09:02] </w:t>
      </w:r>
      <w:r>
        <w:t>hai? to is ka sabab yeh hai, ek aur ayat hai Quran mein, wal qad Quran mein ayat hai</w:t>
      </w:r>
    </w:p>
    <w:p>
      <w:pPr>
        <w:jc w:val="right"/>
      </w:pPr>
      <w:r>
        <w:t>ہے؟ تو اس کا سبب یہ ہے، ایک اور آیت ہے قرآن میں، ولقد قرآن میں آیت ہے</w:t>
      </w:r>
    </w:p>
    <w:p>
      <w:r>
        <w:rPr>
          <w:b/>
        </w:rPr>
        <w:t xml:space="preserve">[09:10] </w:t>
      </w:r>
      <w:r>
        <w:t>ke laqad khalaqna al insana fi ahsani taqwim. phir رضی اللہ asfal safileen. insan ko hum ne paida kiya</w:t>
      </w:r>
    </w:p>
    <w:p>
      <w:pPr>
        <w:jc w:val="right"/>
      </w:pPr>
      <w:r>
        <w:t>کہ لقد خلقنا الانسان فی عصر تقویم ثم رضی اللہ اسفل السافرین انسان کو ہم نے پیدا کیا</w:t>
      </w:r>
    </w:p>
    <w:p>
      <w:r>
        <w:rPr>
          <w:b/>
        </w:rPr>
        <w:t xml:space="preserve">[09:17] </w:t>
      </w:r>
      <w:r>
        <w:t>best creation ke taur par, phir is ko daal diya hum ne bohat se yani bure halaat mein.</w:t>
      </w:r>
    </w:p>
    <w:p>
      <w:pPr>
        <w:jc w:val="right"/>
      </w:pPr>
      <w:r>
        <w:t>بیسٹ کریشن کے طور پر، پھر اس کو ڈال دیا ہم نے بہت سے یعنی برے حالات میں۔</w:t>
      </w:r>
    </w:p>
    <w:p>
      <w:r>
        <w:rPr>
          <w:b/>
        </w:rPr>
        <w:t xml:space="preserve">[09:25] </w:t>
      </w:r>
      <w:r>
        <w:t>yeh is ka matlab kya hai? insan ka structure, insan ka mind, insan ki capacity sari jo hai,</w:t>
      </w:r>
    </w:p>
    <w:p>
      <w:pPr>
        <w:jc w:val="right"/>
      </w:pPr>
      <w:r>
        <w:t>یہ اس کا مطلب کیا ہے؟ انسان کا اسٹرکچر، انسان کا مائنڈ، انسان کی کیپیسٹی ساری جو ہے،</w:t>
      </w:r>
    </w:p>
    <w:p>
      <w:r>
        <w:rPr>
          <w:b/>
        </w:rPr>
        <w:t xml:space="preserve">[09:33] </w:t>
      </w:r>
      <w:r>
        <w:t>poore kainat mein unique hai.</w:t>
      </w:r>
    </w:p>
    <w:p>
      <w:pPr>
        <w:jc w:val="right"/>
      </w:pPr>
      <w:r>
        <w:t>پورے کائنات میں یونیک ہے۔</w:t>
      </w:r>
    </w:p>
    <w:p>
      <w:r>
        <w:rPr>
          <w:b/>
        </w:rPr>
        <w:t xml:space="preserve">[09:41] </w:t>
      </w:r>
      <w:r>
        <w:t>poore kainat mein unique hai, lekin ek cheez mein farq hai doosron se, woh yeh ke insan ko</w:t>
      </w:r>
    </w:p>
    <w:p>
      <w:pPr>
        <w:jc w:val="right"/>
      </w:pPr>
      <w:r>
        <w:t>پوری کائنات میں یونیک ہے، لیکن ایک چیز میں فرق ہے دوسروں سے، وہ یہ کہ انسان کو</w:t>
      </w:r>
    </w:p>
    <w:p>
      <w:r>
        <w:rPr>
          <w:b/>
        </w:rPr>
        <w:t xml:space="preserve">[09:49] </w:t>
      </w:r>
      <w:r>
        <w:t>freedom diya gaya hai, total freedom, jab ke material world, plant world, animal world ko freedom nahi hai.</w:t>
      </w:r>
    </w:p>
    <w:p>
      <w:pPr>
        <w:jc w:val="right"/>
      </w:pPr>
      <w:r>
        <w:t>فریڈم دیا گیا ہے، ٹوٹل فریڈم، جبکہ مٹیریل ورلڈ، پلانٹ ورلڈ، اینیمل ورلڈ کو فریڈم نہیں ہے۔</w:t>
      </w:r>
    </w:p>
    <w:p>
      <w:r>
        <w:rPr>
          <w:b/>
        </w:rPr>
        <w:t xml:space="preserve">[09:57] </w:t>
      </w:r>
      <w:r>
        <w:t>aap jante hain ke jo material world hai, woh poora ka poora law of nature se control hota hai.</w:t>
      </w:r>
    </w:p>
    <w:p>
      <w:pPr>
        <w:jc w:val="right"/>
      </w:pPr>
      <w:r>
        <w:t>آپ جانتے ہیں کہ جو مٹیریل ورلڈ ہے، وہ پورا کا پورا لاء آف نیچر سے کنٹرول ہوتا ہے۔</w:t>
      </w:r>
    </w:p>
    <w:p>
      <w:r>
        <w:rPr>
          <w:b/>
        </w:rPr>
        <w:t xml:space="preserve">[10:04] </w:t>
      </w:r>
      <w:r>
        <w:t>law of nature se, chahe galaxy ho, chahe solar system ho, mountain ho, ocean ho, woh sab law</w:t>
      </w:r>
    </w:p>
    <w:p>
      <w:pPr>
        <w:jc w:val="right"/>
      </w:pPr>
      <w:r>
        <w:t>لاء آف نیچر سے، چاہے گلیکسی ہو، چاہے سولر سسٹم ہو، ماؤنٹین ہو، اوشن ہو، وہ سب لاء</w:t>
      </w:r>
    </w:p>
    <w:p>
      <w:r>
        <w:rPr>
          <w:b/>
        </w:rPr>
        <w:t xml:space="preserve">[10:12] </w:t>
      </w:r>
      <w:r>
        <w:t>of nature se govern ho raha hai.</w:t>
      </w:r>
    </w:p>
    <w:p>
      <w:pPr>
        <w:jc w:val="right"/>
      </w:pPr>
      <w:r>
        <w:t>آف نیچر سے گورن ہو رہا ہے۔</w:t>
      </w:r>
    </w:p>
    <w:p>
      <w:r>
        <w:rPr>
          <w:b/>
        </w:rPr>
        <w:t xml:space="preserve">[10:20] </w:t>
      </w:r>
      <w:r>
        <w:t>isi tareeqe se dekhiye, jo animals hain, woh instinct se control hote hain.</w:t>
      </w:r>
    </w:p>
    <w:p>
      <w:pPr>
        <w:jc w:val="right"/>
      </w:pPr>
      <w:r>
        <w:t>اسی طریقے سے دیکھیے، جو اینیملز ہیں، وہ انسٹنکٹ سے کنٹرول ہوتے ہیں۔</w:t>
      </w:r>
    </w:p>
    <w:p>
      <w:r>
        <w:rPr>
          <w:b/>
        </w:rPr>
        <w:t xml:space="preserve">[10:28] </w:t>
      </w:r>
      <w:r>
        <w:t>animal ki apni instinct hoti hai, jis ko Urdu mein kehte hain jabalat.</w:t>
      </w:r>
    </w:p>
    <w:p>
      <w:pPr>
        <w:jc w:val="right"/>
      </w:pPr>
      <w:r>
        <w:t>اینیمل کی اپنی انسٹنکٹ ہوتی ہے، جس کو اردو میں کہتے ہیں جبلت۔</w:t>
      </w:r>
    </w:p>
    <w:p>
      <w:r>
        <w:rPr>
          <w:b/>
        </w:rPr>
        <w:t xml:space="preserve">[10:36] </w:t>
      </w:r>
      <w:r>
        <w:t>instinct ko kehte hain jabalat.</w:t>
      </w:r>
    </w:p>
    <w:p>
      <w:pPr>
        <w:jc w:val="right"/>
      </w:pPr>
      <w:r>
        <w:t>انسٹنکٹ کو کہتے ہیں جبلت۔</w:t>
      </w:r>
    </w:p>
    <w:p>
      <w:r>
        <w:rPr>
          <w:b/>
        </w:rPr>
        <w:t xml:space="preserve">[10:44] </w:t>
      </w:r>
      <w:r>
        <w:t>to sare animal apne instinct se control hote hain.</w:t>
      </w:r>
    </w:p>
    <w:p>
      <w:pPr>
        <w:jc w:val="right"/>
      </w:pPr>
      <w:r>
        <w:t>تو سارے اینیمل اپنے انسٹنکٹ سے کنٹرول ہوتے ہیں۔</w:t>
      </w:r>
    </w:p>
    <w:p>
      <w:r>
        <w:rPr>
          <w:b/>
        </w:rPr>
        <w:t xml:space="preserve">[10:51] </w:t>
      </w:r>
      <w:r>
        <w:t>yeh kya matlab? yani law of nature kya cheez hai? instinct kya cheez hai? is ka matlab hai</w:t>
      </w:r>
    </w:p>
    <w:p>
      <w:pPr>
        <w:jc w:val="right"/>
      </w:pPr>
      <w:r>
        <w:t>یہ کیا مطلب؟ یعنی لاء آف نیچر کیا چیز ہے؟ انسٹنکٹ کیا چیز ہے؟ اس کا معنی ہے</w:t>
      </w:r>
    </w:p>
    <w:p>
      <w:r>
        <w:rPr>
          <w:b/>
        </w:rPr>
        <w:t xml:space="preserve">[10:59] </w:t>
      </w:r>
      <w:r>
        <w:t>ke ek under compression hain tamam makhlooqat.</w:t>
      </w:r>
    </w:p>
    <w:p>
      <w:pPr>
        <w:jc w:val="right"/>
      </w:pPr>
      <w:r>
        <w:t>کہ ایک انڈر کمپرشن ہیں تمام مخلوقات۔</w:t>
      </w:r>
    </w:p>
    <w:p>
      <w:r>
        <w:rPr>
          <w:b/>
        </w:rPr>
        <w:t xml:space="preserve">[11:07] </w:t>
      </w:r>
      <w:r>
        <w:t>poora material world ek yaani ek compulsory control qaim hai poore material world par.</w:t>
      </w:r>
    </w:p>
    <w:p>
      <w:pPr>
        <w:jc w:val="right"/>
      </w:pPr>
      <w:r>
        <w:t>پورا مٹیریل ورلڈ ایک یعنی ایک کمپلسری کنٹرول قائم ہے پورے مٹیریل ورلڈ پر۔</w:t>
      </w:r>
    </w:p>
    <w:p>
      <w:r>
        <w:rPr>
          <w:b/>
        </w:rPr>
        <w:t xml:space="preserve">[11:15] </w:t>
      </w:r>
      <w:r>
        <w:t>is tarah plant world mein, animal world mein, poora ka poora ek Khuda ki taraf se ek ek</w:t>
      </w:r>
    </w:p>
    <w:p>
      <w:pPr>
        <w:jc w:val="right"/>
      </w:pPr>
      <w:r>
        <w:t>اس طرح پلانٹ ورلڈ میں، اینیمل ورلڈ میں، پورا کا پورا ایک خدا کی طرف سے ایک ایک</w:t>
      </w:r>
    </w:p>
    <w:p>
      <w:r>
        <w:rPr>
          <w:b/>
        </w:rPr>
        <w:t xml:space="preserve">[11:23] </w:t>
      </w:r>
      <w:r>
        <w:t>compression ki situation hai.</w:t>
      </w:r>
    </w:p>
    <w:p>
      <w:pPr>
        <w:jc w:val="right"/>
      </w:pPr>
      <w:r>
        <w:t>کمپرشن کی سچویشن ہے۔</w:t>
      </w:r>
    </w:p>
    <w:p>
      <w:r>
        <w:rPr>
          <w:b/>
        </w:rPr>
        <w:t xml:space="preserve">[11:31] </w:t>
      </w:r>
      <w:r>
        <w:t>yaani woh majboor hain ke waise hi rahein jaisa ke unhein rehna chahiye.</w:t>
      </w:r>
    </w:p>
    <w:p>
      <w:pPr>
        <w:jc w:val="right"/>
      </w:pPr>
      <w:r>
        <w:t>یعنی وہ مجبور ہیں کہ ویسے ہی رہیں جیسا کہ انہیں رہنا چاہیے۔</w:t>
      </w:r>
    </w:p>
    <w:p>
      <w:r>
        <w:rPr>
          <w:b/>
        </w:rPr>
        <w:t xml:space="preserve">[11:38] </w:t>
      </w:r>
      <w:r>
        <w:t>insaan ko diya gaya hai freedom, total freedom.</w:t>
      </w:r>
    </w:p>
    <w:p>
      <w:pPr>
        <w:jc w:val="right"/>
      </w:pPr>
      <w:r>
        <w:t>انسان کو دیا گیا ہے فریڈم، ٹوٹل فریڈم۔</w:t>
      </w:r>
    </w:p>
    <w:p>
      <w:r>
        <w:rPr>
          <w:b/>
        </w:rPr>
        <w:t xml:space="preserve">[11:46] </w:t>
      </w:r>
      <w:r>
        <w:t>to yeh jo Quran mein aaya hai ke laqad khalaqal insana fi ahsani taqweem ya doosre ko kaha</w:t>
      </w:r>
    </w:p>
    <w:p>
      <w:pPr>
        <w:jc w:val="right"/>
      </w:pPr>
      <w:r>
        <w:t>تو یہ جو قرآن میں آیا ہے کہ لقد خلق الانسان فی عصر تقویم یا دوسرے کو کہا</w:t>
      </w:r>
    </w:p>
    <w:p>
      <w:r>
        <w:rPr>
          <w:b/>
        </w:rPr>
        <w:t xml:space="preserve">[11:54] </w:t>
      </w:r>
      <w:r>
        <w:t>ke wa laqad karramna bani aadam to insaan ko ek bohat bara credit diya Allah taala ne, bohat bara,</w:t>
      </w:r>
    </w:p>
    <w:p>
      <w:pPr>
        <w:jc w:val="right"/>
      </w:pPr>
      <w:r>
        <w:t>کہ ولقد كرم بنی آدم تو انسان کو ایک بہت بڑا کریڈٹ دیا اللہ تعالی نے، بہت بڑا،</w:t>
      </w:r>
    </w:p>
    <w:p>
      <w:r>
        <w:rPr>
          <w:b/>
        </w:rPr>
        <w:t xml:space="preserve">[12:02] </w:t>
      </w:r>
      <w:r>
        <w:t>ke khud apni choice se woh right path ko ikhtiyar kare.</w:t>
      </w:r>
    </w:p>
    <w:p>
      <w:pPr>
        <w:jc w:val="right"/>
      </w:pPr>
      <w:r>
        <w:t>کہ خود اپنی چوائس سے وہ رائٹ پاتھ کو اختیار کرے۔</w:t>
      </w:r>
    </w:p>
    <w:p>
      <w:r>
        <w:rPr>
          <w:b/>
        </w:rPr>
        <w:t xml:space="preserve">[12:10] </w:t>
      </w:r>
      <w:r>
        <w:t>kaisi ajeeb cheez hai yeh!</w:t>
      </w:r>
    </w:p>
    <w:p>
      <w:pPr>
        <w:jc w:val="right"/>
      </w:pPr>
      <w:r>
        <w:t>کیسی عجیب چیز ہے یہ!</w:t>
      </w:r>
    </w:p>
    <w:p>
      <w:r>
        <w:rPr>
          <w:b/>
        </w:rPr>
        <w:t xml:space="preserve">[12:18] </w:t>
      </w:r>
      <w:r>
        <w:t>یعنی جو کام rest of the world جو ہے، under compulsion کر رہی ہے، یعنی right path پر</w:t>
      </w:r>
    </w:p>
    <w:p>
      <w:pPr>
        <w:jc w:val="right"/>
      </w:pPr>
      <w:r>
        <w:t>یعنی جو کام ریسٹ آف دا ورلڈ جو ہے، انڈر کمپرشن کر رہی ہے، یعنی رائٹ پاتھ پر</w:t>
      </w:r>
    </w:p>
    <w:p>
      <w:r>
        <w:rPr>
          <w:b/>
        </w:rPr>
        <w:t xml:space="preserve">[12:25] </w:t>
      </w:r>
      <w:r>
        <w:t>hain sab log.</w:t>
      </w:r>
    </w:p>
    <w:p>
      <w:pPr>
        <w:jc w:val="right"/>
      </w:pPr>
      <w:r>
        <w:t>ہیں سب لوگ۔</w:t>
      </w:r>
    </w:p>
    <w:p>
      <w:r>
        <w:rPr>
          <w:b/>
        </w:rPr>
        <w:t xml:space="preserve">[12:27] </w:t>
      </w:r>
      <w:r>
        <w:t>jitna yeh universe mein cheezein hain, sab ke sab right path hi par hain.</w:t>
      </w:r>
    </w:p>
    <w:p>
      <w:pPr>
        <w:jc w:val="right"/>
      </w:pPr>
      <w:r>
        <w:t>جتنا یہ یونیورس میں چیزیں ہیں، سب کے سب رائٹ پاتھ ہی پر ہیں۔</w:t>
      </w:r>
    </w:p>
    <w:p>
      <w:r>
        <w:rPr>
          <w:b/>
        </w:rPr>
        <w:t xml:space="preserve">[12:33] </w:t>
      </w:r>
      <w:r>
        <w:t>isi liye aap dekhiye, galaxy mein kahin aap dekhte hain takrao hota hai, solar system mein kahin planet</w:t>
      </w:r>
    </w:p>
    <w:p>
      <w:pPr>
        <w:jc w:val="right"/>
      </w:pPr>
      <w:r>
        <w:t>اسی لیے آپ دیکھیے، گلیکسی میں کہیں آپ دیکھتے ہیں ٹکراؤ ہوتا ہے، سولر سسٹم میں کہیں پلینٹ</w:t>
      </w:r>
    </w:p>
    <w:p>
      <w:r>
        <w:rPr>
          <w:b/>
        </w:rPr>
        <w:t xml:space="preserve">[12:40] </w:t>
      </w:r>
      <w:r>
        <w:t>planet aapas mein ladte hain, jangalon mein kahin ka darakhton ke darmiyan ladai hoti hai.</w:t>
      </w:r>
    </w:p>
    <w:p>
      <w:pPr>
        <w:jc w:val="right"/>
      </w:pPr>
      <w:r>
        <w:t>پلینٹ آپس میں لڑتے ہیں، جنگلوں میں کہیں کا درختوں کے درمیان لڑائی ہوتی ہے۔</w:t>
      </w:r>
    </w:p>
    <w:p>
      <w:r>
        <w:rPr>
          <w:b/>
        </w:rPr>
        <w:t xml:space="preserve">[12:47] </w:t>
      </w:r>
      <w:r>
        <w:t>bohat hi peaceful aur bohat hi mazboot tareeqe se sab log move kar rahe hain, active hain.</w:t>
      </w:r>
    </w:p>
    <w:p>
      <w:pPr>
        <w:jc w:val="right"/>
      </w:pPr>
      <w:r>
        <w:t>بہت ہی پیس فل اور بہت ہی مضبوط طریقے سے سب لوگ موو کر رہے ہیں، ایکٹیو ہیں۔</w:t>
      </w:r>
    </w:p>
    <w:p>
      <w:r>
        <w:rPr>
          <w:b/>
        </w:rPr>
        <w:t xml:space="preserve">[12:55] </w:t>
      </w:r>
      <w:r>
        <w:t>insaan ke darmiyan takrao hai, ladai hai, hate hai.</w:t>
      </w:r>
    </w:p>
    <w:p>
      <w:pPr>
        <w:jc w:val="right"/>
      </w:pPr>
      <w:r>
        <w:t>انسان کے درمیان ٹکراؤ ہے، لڑائی ہے، ہیٹ ہے۔</w:t>
      </w:r>
    </w:p>
    <w:p>
      <w:r>
        <w:rPr>
          <w:b/>
        </w:rPr>
        <w:t xml:space="preserve">[12:58] </w:t>
      </w:r>
      <w:r>
        <w:t>تو یہ کیا ہے؟ That is due to misuse of freedom.</w:t>
      </w:r>
    </w:p>
    <w:p>
      <w:pPr>
        <w:jc w:val="right"/>
      </w:pPr>
      <w:r>
        <w:t>تو یہ کیا ہے؟ دیٹ از ڈیو ٹو مس یوز آف فریڈم۔</w:t>
      </w:r>
    </w:p>
    <w:p>
      <w:r>
        <w:rPr>
          <w:b/>
        </w:rPr>
        <w:t xml:space="preserve">[13:04] </w:t>
      </w:r>
      <w:r>
        <w:t>misuse of freedom.</w:t>
      </w:r>
    </w:p>
    <w:p>
      <w:pPr>
        <w:jc w:val="right"/>
      </w:pPr>
      <w:r>
        <w:t>مس یوز آف فریڈم۔</w:t>
      </w:r>
    </w:p>
    <w:p>
      <w:r>
        <w:rPr>
          <w:b/>
        </w:rPr>
        <w:t xml:space="preserve">[13:05] </w:t>
      </w:r>
      <w:r>
        <w:t>to chunke doosri duniya jo hai, usko yeh choice hi nahi tha ke right path ke siwa</w:t>
      </w:r>
    </w:p>
    <w:p>
      <w:pPr>
        <w:jc w:val="right"/>
      </w:pPr>
      <w:r>
        <w:t>تو چونکہ دوسری دنیا جو ہے، اس کو یہ چوائس ہی نہیں تھا کہ رائٹ پاتھ کے سوا</w:t>
      </w:r>
    </w:p>
    <w:p>
      <w:r>
        <w:rPr>
          <w:b/>
        </w:rPr>
        <w:t xml:space="preserve">[13:13] </w:t>
      </w:r>
      <w:r>
        <w:t>koi aur path ko ikhtiyar kare, to woh majboor thi ke right path hi par rahe.</w:t>
      </w:r>
    </w:p>
    <w:p>
      <w:pPr>
        <w:jc w:val="right"/>
      </w:pPr>
      <w:r>
        <w:t>کوئی اور پاتھ کو اختیار کرے، تو وہ مجبور تھی کہ رائٹ پاتھ ہی پر رہے۔</w:t>
      </w:r>
    </w:p>
    <w:p>
      <w:r>
        <w:rPr>
          <w:b/>
        </w:rPr>
        <w:t xml:space="preserve">[13:20] </w:t>
      </w:r>
      <w:r>
        <w:t>kul fi fulki yazbahun har ek ka ek muqarrar hai, aur orbit isi mein usko ghoomna hai.</w:t>
      </w:r>
    </w:p>
    <w:p>
      <w:pPr>
        <w:jc w:val="right"/>
      </w:pPr>
      <w:r>
        <w:t>کل فی فلکی ازبحون ہر ایک کا ایک مقرر ہے، اور اربٹ اسی میں اس کو گھومنا ہے۔</w:t>
      </w:r>
    </w:p>
    <w:p>
      <w:r>
        <w:rPr>
          <w:b/>
        </w:rPr>
        <w:t xml:space="preserve">[13:28] </w:t>
      </w:r>
      <w:r>
        <w:t>to insaan ko Allah taala ne ek bohat bara credit diya is poore kainat mein ke woh azaad</w:t>
      </w:r>
    </w:p>
    <w:p>
      <w:pPr>
        <w:jc w:val="right"/>
      </w:pPr>
      <w:r>
        <w:t>تو انسان کو اللہ تعالی نے ایک بہت بڑا کریڈٹ دیا اس پورے کائنات میں کہ وہ آزاد</w:t>
      </w:r>
    </w:p>
    <w:p>
      <w:r>
        <w:rPr>
          <w:b/>
        </w:rPr>
        <w:t xml:space="preserve">[13:35] </w:t>
      </w:r>
      <w:r>
        <w:t>رکھ، آزادی رکھتے ہوئے اپنے آپ کو کنٹرول میں رکھے، آزادی رکھتے ہوئے اپنے آزادی کو misuse</w:t>
      </w:r>
    </w:p>
    <w:p>
      <w:pPr>
        <w:jc w:val="right"/>
      </w:pPr>
      <w:r>
        <w:t>رکھ، آزادی رکھتے ہوئے اپنے آپ کو کنٹرول میں رکھے، آزادی رکھتے ہوئے اپنے آزادی کو مس یوز</w:t>
      </w:r>
    </w:p>
    <w:p>
      <w:r>
        <w:rPr>
          <w:b/>
        </w:rPr>
        <w:t xml:space="preserve">[13:43] </w:t>
      </w:r>
      <w:r>
        <w:t>نہ کرے، خود اپنے چوائس سے right path کو اختیار کرے۔</w:t>
      </w:r>
    </w:p>
    <w:p>
      <w:pPr>
        <w:jc w:val="right"/>
      </w:pPr>
      <w:r>
        <w:t>نہ کرے، خود اپنے چوائس سے رائٹ پاتھ کو اختیار کرے۔</w:t>
      </w:r>
    </w:p>
    <w:p>
      <w:r>
        <w:rPr>
          <w:b/>
        </w:rPr>
        <w:t xml:space="preserve">[13:48] </w:t>
      </w:r>
      <w:r>
        <w:t>yeh bohat hi bara credit tha, bohat bara credit.</w:t>
      </w:r>
    </w:p>
    <w:p>
      <w:pPr>
        <w:jc w:val="right"/>
      </w:pPr>
      <w:r>
        <w:t>یہ بہت ہی بڑا کریڈٹ تھا، بہت بڑا کریڈٹ۔</w:t>
      </w:r>
    </w:p>
    <w:p>
      <w:r>
        <w:rPr>
          <w:b/>
        </w:rPr>
        <w:t xml:space="preserve">[13:52] </w:t>
      </w:r>
      <w:r>
        <w:t>yahan par insaan fail ho gaya, is se uski zindagi mein khusra aa gaya, khusraan aa gaya,</w:t>
      </w:r>
    </w:p>
    <w:p>
      <w:pPr>
        <w:jc w:val="right"/>
      </w:pPr>
      <w:r>
        <w:t>یہاں پر انسان فیل ہو گیا، اس سے اس کی زندگی میں خسرہ آ گیا، خسران آ گیا،</w:t>
      </w:r>
    </w:p>
    <w:p>
      <w:r>
        <w:rPr>
          <w:b/>
        </w:rPr>
        <w:t xml:space="preserve">[13:59] </w:t>
      </w:r>
      <w:r>
        <w:t>uski zindagi mein crime aaya, loss aaya, a loss.</w:t>
      </w:r>
    </w:p>
    <w:p>
      <w:pPr>
        <w:jc w:val="right"/>
      </w:pPr>
      <w:r>
        <w:t>اس کی زندگی میں کرائم آیا، لاس آیا، اے لو ڈبل ایس۔</w:t>
      </w:r>
    </w:p>
    <w:p>
      <w:r>
        <w:rPr>
          <w:b/>
        </w:rPr>
        <w:t xml:space="preserve">[14:04] </w:t>
      </w:r>
      <w:r>
        <w:t>yeh sara maamla.</w:t>
      </w:r>
    </w:p>
    <w:p>
      <w:pPr>
        <w:jc w:val="right"/>
      </w:pPr>
      <w:r>
        <w:t>یہ سارا معاملہ۔</w:t>
      </w:r>
    </w:p>
    <w:p>
      <w:r>
        <w:rPr>
          <w:b/>
        </w:rPr>
        <w:t xml:space="preserve">[14:06] </w:t>
      </w:r>
      <w:r>
        <w:t>ab is mein dekhiye, aage farmaya illa allazeena aamano wa amilus salihat is poore maamle mein exception kis ka</w:t>
      </w:r>
    </w:p>
    <w:p>
      <w:pPr>
        <w:jc w:val="right"/>
      </w:pPr>
      <w:r>
        <w:t>اب اس میں دیکھیے، آگے فرمایا الا الذین آمنوا وعملوا الصالحات اس پورے معاملے میں ایکسیپشن کس کا</w:t>
      </w:r>
    </w:p>
    <w:p>
      <w:r>
        <w:rPr>
          <w:b/>
        </w:rPr>
        <w:t xml:space="preserve">[14:14] </w:t>
      </w:r>
      <w:r>
        <w:t>hai? is mein do lafz aaye hain: imaan aur amal saleh.</w:t>
      </w:r>
    </w:p>
    <w:p>
      <w:pPr>
        <w:jc w:val="right"/>
      </w:pPr>
      <w:r>
        <w:t>ہے؟ اس میں دو لفظ آئے ہیں: ایمان اور عمل صالح۔</w:t>
      </w:r>
    </w:p>
    <w:p>
      <w:r>
        <w:rPr>
          <w:b/>
        </w:rPr>
        <w:t xml:space="preserve">[14:18] </w:t>
      </w:r>
      <w:r>
        <w:t>yani exception un logon ka hai jinhone imaan ka rasta ikhtiyar kiya.</w:t>
      </w:r>
    </w:p>
    <w:p>
      <w:pPr>
        <w:jc w:val="right"/>
      </w:pPr>
      <w:r>
        <w:t>یعنی ایکسیپشن ان لوگوں کا ہے جنہوں نے ایمان کا راستہ اختیار کیا۔</w:t>
      </w:r>
    </w:p>
    <w:p>
      <w:r>
        <w:rPr>
          <w:b/>
        </w:rPr>
        <w:t xml:space="preserve">[14:24] </w:t>
      </w:r>
      <w:r>
        <w:t>imaan kya hai? imaan ka matlab yeh nahi ke ek kalma padh liya.</w:t>
      </w:r>
    </w:p>
    <w:p>
      <w:pPr>
        <w:jc w:val="right"/>
      </w:pPr>
      <w:r>
        <w:t>ایمان کیا ہے؟ ایمان کا مطلب یہ نہیں کہ ایک کلمہ پڑھ لیا۔</w:t>
      </w:r>
    </w:p>
    <w:p>
      <w:r>
        <w:rPr>
          <w:b/>
        </w:rPr>
        <w:t xml:space="preserve">[14:29] </w:t>
      </w:r>
      <w:r>
        <w:t>nahi, imaan ka matlab hai discovery.</w:t>
      </w:r>
    </w:p>
    <w:p>
      <w:pPr>
        <w:jc w:val="right"/>
      </w:pPr>
      <w:r>
        <w:t>نہیں، ایمان کا مطلب ہے ڈسکوری۔</w:t>
      </w:r>
    </w:p>
    <w:p>
      <w:r>
        <w:rPr>
          <w:b/>
        </w:rPr>
        <w:t xml:space="preserve">[14:32] </w:t>
      </w:r>
      <w:r>
        <w:t>yani woh log jinhone Allah taala ka jo creation plan hai, us ko discover kiya.</w:t>
      </w:r>
    </w:p>
    <w:p>
      <w:pPr>
        <w:jc w:val="right"/>
      </w:pPr>
      <w:r>
        <w:t>یعنی وہ لوگ جنہوں نے اللہ تعالی کا جو کریشن پلان ہے، اس کو ڈسکور کیا۔</w:t>
      </w:r>
    </w:p>
    <w:p>
      <w:r>
        <w:rPr>
          <w:b/>
        </w:rPr>
        <w:t xml:space="preserve">[14:39] </w:t>
      </w:r>
      <w:r>
        <w:t>kyunke agar Khuda bata deta to to option khatm ho jata.</w:t>
      </w:r>
    </w:p>
    <w:p>
      <w:pPr>
        <w:jc w:val="right"/>
      </w:pPr>
      <w:r>
        <w:t>کیونکہ اگر خدا بتا دیتا تو تو آپشن ختم ہو جاتا۔</w:t>
      </w:r>
    </w:p>
    <w:p>
      <w:r>
        <w:rPr>
          <w:b/>
        </w:rPr>
        <w:t xml:space="preserve">[14:44] </w:t>
      </w:r>
      <w:r>
        <w:t>agar khuda insan ko batata ya aasman se awaz aati rehti, aye insan aisa kar, aisa waisa kar,</w:t>
      </w:r>
    </w:p>
    <w:p>
      <w:pPr>
        <w:jc w:val="right"/>
      </w:pPr>
      <w:r>
        <w:t>اگر خدا انسان کو بتاتا یا آسمان سے آواز آتی رہتی، اے انسان ایسا کر، ایسا ویسا کر،</w:t>
      </w:r>
    </w:p>
    <w:p>
      <w:r>
        <w:rPr>
          <w:b/>
        </w:rPr>
        <w:t xml:space="preserve">[14:51] </w:t>
      </w:r>
      <w:r>
        <w:t>to phir option kahan rehta? to Allah taala ne insan ko dimagh diya, bohat bara, be panah capacity</w:t>
      </w:r>
    </w:p>
    <w:p>
      <w:pPr>
        <w:jc w:val="right"/>
      </w:pPr>
      <w:r>
        <w:t>تو پھر آپشن کہاں رہتا؟ تو اللہ تعالی نے انسان کو دماغ دیا، بہت بڑا، بے پناہ کیپیسٹی</w:t>
      </w:r>
    </w:p>
    <w:p>
      <w:r>
        <w:rPr>
          <w:b/>
        </w:rPr>
        <w:t xml:space="preserve">[14:59] </w:t>
      </w:r>
      <w:r>
        <w:t>والا دماغ، تاکہ انسان سوچے، سوچے اور contemplation کرے، reflect کرے، اور پھر وہ discover کرے اللہ تعالی</w:t>
      </w:r>
    </w:p>
    <w:p>
      <w:pPr>
        <w:jc w:val="right"/>
      </w:pPr>
      <w:r>
        <w:t>والا دماغ، تاکہ انسان سوچے، سوچے اور کنٹمپلیشن کرے، ریفلیکٹ کرے، اور پھر وہ ڈسکور کرے اللہ تعالی</w:t>
      </w:r>
    </w:p>
    <w:p>
      <w:r>
        <w:rPr>
          <w:b/>
        </w:rPr>
        <w:t xml:space="preserve">[15:07] </w:t>
      </w:r>
      <w:r>
        <w:t>ke creation plan ko.</w:t>
      </w:r>
    </w:p>
    <w:p>
      <w:pPr>
        <w:jc w:val="right"/>
      </w:pPr>
      <w:r>
        <w:t>کے کریشن پلان کو۔</w:t>
      </w:r>
    </w:p>
    <w:p>
      <w:r>
        <w:rPr>
          <w:b/>
        </w:rPr>
        <w:t xml:space="preserve">[15:08] </w:t>
      </w:r>
      <w:r>
        <w:t>aur yeh jaane ke mujh se Allah taala ne yeh chaha hai, yani khalq ne yeh chaha hai</w:t>
      </w:r>
    </w:p>
    <w:p>
      <w:pPr>
        <w:jc w:val="right"/>
      </w:pPr>
      <w:r>
        <w:t>اور یہ جانے کہ مجھ سے اللہ تعالی نے یہ چاہا ہے، یعنی خالق نے یہ چاہا ہے</w:t>
      </w:r>
    </w:p>
    <w:p>
      <w:r>
        <w:rPr>
          <w:b/>
        </w:rPr>
        <w:t xml:space="preserve">[15:16] </w:t>
      </w:r>
      <w:r>
        <w:t>ke main khud apni choice se right path ko ikhtiyar karoon.</w:t>
      </w:r>
    </w:p>
    <w:p>
      <w:pPr>
        <w:jc w:val="right"/>
      </w:pPr>
      <w:r>
        <w:t>کہ میں خود اپنی چوائس سے رائٹ پاتھ کو اختیار کروں۔</w:t>
      </w:r>
    </w:p>
    <w:p>
      <w:r>
        <w:rPr>
          <w:b/>
        </w:rPr>
        <w:t xml:space="preserve">[15:21] </w:t>
      </w:r>
      <w:r>
        <w:t>yeh iman alaa aamino ke mani yeh nahi ke kuch ek kalma padh liya.</w:t>
      </w:r>
    </w:p>
    <w:p>
      <w:pPr>
        <w:jc w:val="right"/>
      </w:pPr>
      <w:r>
        <w:t>یہ ایمان الا آمنوا کے معنی یہ نہیں کہ کچھ ایک کلمہ پڑھ لیا۔</w:t>
      </w:r>
    </w:p>
    <w:p>
      <w:r>
        <w:rPr>
          <w:b/>
        </w:rPr>
        <w:t xml:space="preserve">[15:27] </w:t>
      </w:r>
      <w:r>
        <w:t>nahi, iman means discovery.</w:t>
      </w:r>
    </w:p>
    <w:p>
      <w:pPr>
        <w:jc w:val="right"/>
      </w:pPr>
      <w:r>
        <w:t>نہیں، ایمان مینز ڈسکوری۔</w:t>
      </w:r>
    </w:p>
    <w:p>
      <w:r>
        <w:rPr>
          <w:b/>
        </w:rPr>
        <w:t xml:space="preserve">[15:29] </w:t>
      </w:r>
      <w:r>
        <w:t>to exception kin logon ka hai? exception un logon ka hai jinhone apne mind ko active kiya,</w:t>
      </w:r>
    </w:p>
    <w:p>
      <w:pPr>
        <w:jc w:val="right"/>
      </w:pPr>
      <w:r>
        <w:t>تو ایکسیپشن کن لوگوں کا ہے؟ ایکسیپشن ان لوگوں کا ہے جنہوں نے اپنے مائنڈ کو ایکٹیو کیا،</w:t>
      </w:r>
    </w:p>
    <w:p>
      <w:r>
        <w:rPr>
          <w:b/>
        </w:rPr>
        <w:t xml:space="preserve">[15:36] </w:t>
      </w:r>
      <w:r>
        <w:t>apne intellectual salahiyaton ko bedar kiya, aur Allah taala ka jo creation plan hai, us ko discover kiya.</w:t>
      </w:r>
    </w:p>
    <w:p>
      <w:pPr>
        <w:jc w:val="right"/>
      </w:pPr>
      <w:r>
        <w:t>اپنے انٹلیکچول صلاحیتوں کو بیدار کیا، اور اللہ تعالی کا جو کریشن پلان ہے، اس کو ڈسکور کیا۔</w:t>
      </w:r>
    </w:p>
    <w:p>
      <w:r>
        <w:rPr>
          <w:b/>
        </w:rPr>
        <w:t xml:space="preserve">[15:44] </w:t>
      </w:r>
      <w:r>
        <w:t>discover kar ke jana ke main ek exception hoon.</w:t>
      </w:r>
    </w:p>
    <w:p>
      <w:pPr>
        <w:jc w:val="right"/>
      </w:pPr>
      <w:r>
        <w:t>ڈسکور کر کے جانا کہ میں ایک ایکسیپشن ہوں۔</w:t>
      </w:r>
    </w:p>
    <w:p>
      <w:r>
        <w:rPr>
          <w:b/>
        </w:rPr>
        <w:t xml:space="preserve">[15:48] </w:t>
      </w:r>
      <w:r>
        <w:t>har insan jo hai, mister exception hai ke doosron ko to Khuda ne majboor kar diya aur mujhe</w:t>
      </w:r>
    </w:p>
    <w:p>
      <w:pPr>
        <w:jc w:val="right"/>
      </w:pPr>
      <w:r>
        <w:t>ہر انسان جو ہے، مسٹر ایکسیپشن ہے کہ دوسروں کو تو خدا نے مجبور کر دیا اور مجھے</w:t>
      </w:r>
    </w:p>
    <w:p>
      <w:r>
        <w:rPr>
          <w:b/>
        </w:rPr>
        <w:t xml:space="preserve">[15:56] </w:t>
      </w:r>
      <w:r>
        <w:t>azab kar diya.</w:t>
      </w:r>
    </w:p>
    <w:p>
      <w:pPr>
        <w:jc w:val="right"/>
      </w:pPr>
      <w:r>
        <w:t>عذاب کر دیا۔</w:t>
      </w:r>
    </w:p>
    <w:p>
      <w:r>
        <w:rPr>
          <w:b/>
        </w:rPr>
        <w:t xml:space="preserve">[15:57] </w:t>
      </w:r>
      <w:r>
        <w:t>phir amal salihat jo hai, yani naik amal kiya.</w:t>
      </w:r>
    </w:p>
    <w:p>
      <w:pPr>
        <w:jc w:val="right"/>
      </w:pPr>
      <w:r>
        <w:t>پھر عمل صالحات جو ہے، یعنی نیک عمل کیا۔</w:t>
      </w:r>
    </w:p>
    <w:p>
      <w:r>
        <w:rPr>
          <w:b/>
        </w:rPr>
        <w:t xml:space="preserve">[16:01] </w:t>
      </w:r>
      <w:r>
        <w:t>amal saleh ka matlab kya hai? is ka matlab hai, is ka matlab hai adopting a pattern of</w:t>
      </w:r>
    </w:p>
    <w:p>
      <w:pPr>
        <w:jc w:val="right"/>
      </w:pPr>
      <w:r>
        <w:t>عمل صالح کا مطلب کیا ہے؟ اس کا مطلب ہے، اس کا مطلب ہے اڈاپٹنگ ا پیٹرن اف</w:t>
      </w:r>
    </w:p>
    <w:p>
      <w:r>
        <w:rPr>
          <w:b/>
        </w:rPr>
        <w:t xml:space="preserve">[16:09] </w:t>
      </w:r>
      <w:r>
        <w:t>life, that is in accordance with the discovery, with the creation plan.</w:t>
      </w:r>
    </w:p>
    <w:p>
      <w:pPr>
        <w:jc w:val="right"/>
      </w:pPr>
      <w:r>
        <w:t>لائف، دیٹ از ان اکارڈنس ودا ڈسکوری ودا کریشن پلان۔</w:t>
      </w:r>
    </w:p>
    <w:p>
      <w:r>
        <w:rPr>
          <w:b/>
        </w:rPr>
        <w:t xml:space="preserve">[16:13] </w:t>
      </w:r>
      <w:r>
        <w:t>yani aise lifestyle ko ikhtiyar karna jo discovery ke mutabiq, creation plan ke mutabiq ho.</w:t>
      </w:r>
    </w:p>
    <w:p>
      <w:pPr>
        <w:jc w:val="right"/>
      </w:pPr>
      <w:r>
        <w:t>یعنی ایسے لائف اسٹائل کو اختیار کرنا جو ڈسکوری کے مطابق، کریشن پلان کے مطابق ہو۔</w:t>
      </w:r>
    </w:p>
    <w:p>
      <w:r>
        <w:rPr>
          <w:b/>
        </w:rPr>
        <w:t xml:space="preserve">[16:20] </w:t>
      </w:r>
      <w:r>
        <w:t>yeh matlab hai.</w:t>
      </w:r>
    </w:p>
    <w:p>
      <w:pPr>
        <w:jc w:val="right"/>
      </w:pPr>
      <w:r>
        <w:t>یہ مطلب ہے۔</w:t>
      </w:r>
    </w:p>
    <w:p>
      <w:r>
        <w:rPr>
          <w:b/>
        </w:rPr>
        <w:t xml:space="preserve">[16:21] </w:t>
      </w:r>
      <w:r>
        <w:t>to amal saleh bhi dekhiye, koi mysterious word nahi hai, koi abigous word nahi hai.</w:t>
      </w:r>
    </w:p>
    <w:p>
      <w:pPr>
        <w:jc w:val="right"/>
      </w:pPr>
      <w:r>
        <w:t>تو عمل صالح بھی دیکھیے، کوئی مسٹیریس ورڈ نہیں ہے، کوئی ابیگس ورڈ نہیں ہے۔</w:t>
      </w:r>
    </w:p>
    <w:p>
      <w:r>
        <w:rPr>
          <w:b/>
        </w:rPr>
        <w:t xml:space="preserve">[16:28] </w:t>
      </w:r>
      <w:r>
        <w:t>to aamino wa amal us salihat ka matlab hai ke insan, insanon mein woh, woh insan, is is insan ka</w:t>
      </w:r>
    </w:p>
    <w:p>
      <w:pPr>
        <w:jc w:val="right"/>
      </w:pPr>
      <w:r>
        <w:t>تو آمنو وعمل الصالحات کا مطلب ہے کہ انسان، انسانوں میں وہ، وہ انسان، اس اس انسان کا</w:t>
      </w:r>
    </w:p>
    <w:p>
      <w:r>
        <w:rPr>
          <w:b/>
        </w:rPr>
        <w:t xml:space="preserve">[16:35] </w:t>
      </w:r>
      <w:r>
        <w:t>case mister exception ka case ban jata hai jo apne aap ko, yani is se bachaye ke baghair</w:t>
      </w:r>
    </w:p>
    <w:p>
      <w:pPr>
        <w:jc w:val="right"/>
      </w:pPr>
      <w:r>
        <w:t>کیس مسٹر ایکسیپشن کا کیس بن جاتا ہے جو اپنے آپ کو، یعنی اس سے بچائے کہ بغیر</w:t>
      </w:r>
    </w:p>
    <w:p>
      <w:r>
        <w:rPr>
          <w:b/>
        </w:rPr>
        <w:t xml:space="preserve">[16:43] </w:t>
      </w:r>
      <w:r>
        <w:t>soche samjhe yun hi kuch bhi kar raha hai.</w:t>
      </w:r>
    </w:p>
    <w:p>
      <w:pPr>
        <w:jc w:val="right"/>
      </w:pPr>
      <w:r>
        <w:t>سوچے سمجھے یوں ہی کچھ بھی کر رہا ہے۔</w:t>
      </w:r>
    </w:p>
    <w:p>
      <w:r>
        <w:rPr>
          <w:b/>
        </w:rPr>
        <w:t xml:space="preserve">[16:47] </w:t>
      </w:r>
      <w:r>
        <w:t>apni aql ko istemal kare.</w:t>
      </w:r>
    </w:p>
    <w:p>
      <w:pPr>
        <w:jc w:val="right"/>
      </w:pPr>
      <w:r>
        <w:t>اپنی عقل کو استعمال کرے۔</w:t>
      </w:r>
    </w:p>
    <w:p>
      <w:r>
        <w:rPr>
          <w:b/>
        </w:rPr>
        <w:t xml:space="preserve">[16:49] </w:t>
      </w:r>
      <w:r>
        <w:t>yahan main ek baat yaad karunga ke aap ne bohat suna hoga: self made man, self made</w:t>
      </w:r>
    </w:p>
    <w:p>
      <w:pPr>
        <w:jc w:val="right"/>
      </w:pPr>
      <w:r>
        <w:t>یہاں میں ایک بات یاد کروں گا کہ آپ نے بہت سنا ہوگا: سیلف میڈ مین، سیلف میڈ</w:t>
      </w:r>
    </w:p>
    <w:p>
      <w:r>
        <w:rPr>
          <w:b/>
        </w:rPr>
        <w:t xml:space="preserve">[16:57] </w:t>
      </w:r>
      <w:r>
        <w:t>man.</w:t>
      </w:r>
    </w:p>
    <w:p>
      <w:pPr>
        <w:jc w:val="right"/>
      </w:pPr>
      <w:r>
        <w:t>مین۔</w:t>
      </w:r>
    </w:p>
    <w:p>
      <w:r>
        <w:rPr>
          <w:b/>
        </w:rPr>
        <w:t xml:space="preserve">[16:58] </w:t>
      </w:r>
      <w:r>
        <w:t>doosra is ka opposite kya hai? environment made man, is ka opposite hai.</w:t>
      </w:r>
    </w:p>
    <w:p>
      <w:pPr>
        <w:jc w:val="right"/>
      </w:pPr>
      <w:r>
        <w:t>دوسرا اس کا اپوزٹ کیا ہے؟ انوائرمنٹ میڈ مین، اس کا اپوزٹ ہے۔</w:t>
      </w:r>
    </w:p>
    <w:p>
      <w:r>
        <w:rPr>
          <w:b/>
        </w:rPr>
        <w:t xml:space="preserve">[17:04] </w:t>
      </w:r>
      <w:r>
        <w:t>yeh do qism ke log hote hain ke paida hue woh ek mahaul mein, ek ghar mein, ek</w:t>
      </w:r>
    </w:p>
    <w:p>
      <w:pPr>
        <w:jc w:val="right"/>
      </w:pPr>
      <w:r>
        <w:t>یہ دو قسم کے لوگ ہوتے ہیں کہ پیدا ہوئے وہ ایک ماحول میں، ایک گھر میں، ایک</w:t>
      </w:r>
    </w:p>
    <w:p>
      <w:r>
        <w:rPr>
          <w:b/>
        </w:rPr>
        <w:t xml:space="preserve">[17:12] </w:t>
      </w:r>
      <w:r>
        <w:t>society mein, ek duniya mein, kahin parha, kahin kaam kiya.</w:t>
      </w:r>
    </w:p>
    <w:p>
      <w:pPr>
        <w:jc w:val="right"/>
      </w:pPr>
      <w:r>
        <w:t>سوسائٹی میں، ایک دنیا میں، کہیں پڑھا، کہیں کام کیا۔</w:t>
      </w:r>
    </w:p>
    <w:p>
      <w:r>
        <w:rPr>
          <w:b/>
        </w:rPr>
        <w:t xml:space="preserve">[17:16] </w:t>
      </w:r>
      <w:r>
        <w:t>to ek ek poora ek mahaul hai, ek environment hai jiske andar woh jeete hain.</w:t>
      </w:r>
    </w:p>
    <w:p>
      <w:pPr>
        <w:jc w:val="right"/>
      </w:pPr>
      <w:r>
        <w:t>تو ایک ایک پورا ایک ماحول ہے، ایک انوائرمنٹ ہے جس کے اندر وہ جیتے ہیں۔</w:t>
      </w:r>
    </w:p>
    <w:p>
      <w:r>
        <w:rPr>
          <w:b/>
        </w:rPr>
        <w:t xml:space="preserve">[17:23] </w:t>
      </w:r>
      <w:r>
        <w:t>to isi ka woh product, product ban jaate hain.</w:t>
      </w:r>
    </w:p>
    <w:p>
      <w:pPr>
        <w:jc w:val="right"/>
      </w:pPr>
      <w:r>
        <w:t>تو اسی کا وہ پروڈکٹ، پروڈکٹ بن جاتے ہیں۔</w:t>
      </w:r>
    </w:p>
    <w:p>
      <w:r>
        <w:rPr>
          <w:b/>
        </w:rPr>
        <w:t xml:space="preserve">[17:27] </w:t>
      </w:r>
      <w:r>
        <w:t>jaisa unhone dhaala, unke mahaul ne waise hi dhal gaye.</w:t>
      </w:r>
    </w:p>
    <w:p>
      <w:pPr>
        <w:jc w:val="right"/>
      </w:pPr>
      <w:r>
        <w:t>جیسا انہوں نے ڈھالا، ان کے ماحول نے ویسے ہی ڈھل گئے۔</w:t>
      </w:r>
    </w:p>
    <w:p>
      <w:r>
        <w:rPr>
          <w:b/>
        </w:rPr>
        <w:t xml:space="preserve">[17:32] </w:t>
      </w:r>
      <w:r>
        <w:t>to yeh woh log hain jin ko main kahunga ke woh environment made man hain.</w:t>
      </w:r>
    </w:p>
    <w:p>
      <w:pPr>
        <w:jc w:val="right"/>
      </w:pPr>
      <w:r>
        <w:t>تو یہ وہ لوگ ہیں جن کو میں کہوں گا کہ وہ انوائرمنٹ میڈ مین ہیں۔</w:t>
      </w:r>
    </w:p>
    <w:p>
      <w:r>
        <w:rPr>
          <w:b/>
        </w:rPr>
        <w:t xml:space="preserve">[17:39] </w:t>
      </w:r>
      <w:r>
        <w:t>woh doosra insaan kaun hai jo self discovery par khada hota hai? woh hai self made man.</w:t>
      </w:r>
    </w:p>
    <w:p>
      <w:pPr>
        <w:jc w:val="right"/>
      </w:pPr>
      <w:r>
        <w:t>وہ دوسرا انسان کون ہے جو سیلف ڈسکوری پر کھڑا ہوتا ہے؟ وہ ہے سیلف میڈ مین۔</w:t>
      </w:r>
    </w:p>
    <w:p>
      <w:r>
        <w:rPr>
          <w:b/>
        </w:rPr>
        <w:t xml:space="preserve">[17:46] </w:t>
      </w:r>
      <w:r>
        <w:t>to is, is, is, is, is term ko lenge to ab bohat cliff jayegi baat.</w:t>
      </w:r>
    </w:p>
    <w:p>
      <w:pPr>
        <w:jc w:val="right"/>
      </w:pPr>
      <w:r>
        <w:t>تو اس، اس، اس، اس، اس ٹرم کو لیں گے تو اب بہت کلف جائے گی بات۔</w:t>
      </w:r>
    </w:p>
    <w:p>
      <w:r>
        <w:rPr>
          <w:b/>
        </w:rPr>
        <w:t xml:space="preserve">[17:53] </w:t>
      </w:r>
      <w:r>
        <w:t>ghate mein woh log hain jo environment made ban gaye.</w:t>
      </w:r>
    </w:p>
    <w:p>
      <w:pPr>
        <w:jc w:val="right"/>
      </w:pPr>
      <w:r>
        <w:t>گھاٹے میں وہ لوگ ہیں جو انوائرمنٹ میڈ بن گئے۔</w:t>
      </w:r>
    </w:p>
    <w:p>
      <w:r>
        <w:rPr>
          <w:b/>
        </w:rPr>
        <w:t xml:space="preserve">[17:58] </w:t>
      </w:r>
      <w:r>
        <w:t>mahaul ne unko jo sikhaya, wahi seekh gaye.</w:t>
      </w:r>
    </w:p>
    <w:p>
      <w:pPr>
        <w:jc w:val="right"/>
      </w:pPr>
      <w:r>
        <w:t>ماحول نے ان کو جو سکھایا، وہی سیکھ گئے۔</w:t>
      </w:r>
    </w:p>
    <w:p>
      <w:r>
        <w:rPr>
          <w:b/>
        </w:rPr>
        <w:t xml:space="preserve">[18:01] </w:t>
      </w:r>
      <w:r>
        <w:t>mahaul ne jis raaste pe chalna kaha, woh chalne lage.</w:t>
      </w:r>
    </w:p>
    <w:p>
      <w:pPr>
        <w:jc w:val="right"/>
      </w:pPr>
      <w:r>
        <w:t>ماحول نے جس راستے پہ چلنا کہا، وہ چلنے لگے۔</w:t>
      </w:r>
    </w:p>
    <w:p>
      <w:r>
        <w:rPr>
          <w:b/>
        </w:rPr>
        <w:t xml:space="preserve">[18:06] </w:t>
      </w:r>
      <w:r>
        <w:t>unki desire, unki list, unki khwahishein jo chaha, wahi karne lage.</w:t>
      </w:r>
    </w:p>
    <w:p>
      <w:pPr>
        <w:jc w:val="right"/>
      </w:pPr>
      <w:r>
        <w:t>ان کی ڈیزائر، ان کی لسٹ، ان کی خواہشیں جو چاہا، وہی کرنے لگے۔</w:t>
      </w:r>
    </w:p>
    <w:p>
      <w:r>
        <w:rPr>
          <w:b/>
        </w:rPr>
        <w:t xml:space="preserve">[18:12] </w:t>
      </w:r>
      <w:r>
        <w:t>na aqal se socha, apne na reason ko apply kiya.</w:t>
      </w:r>
    </w:p>
    <w:p>
      <w:pPr>
        <w:jc w:val="right"/>
      </w:pPr>
      <w:r>
        <w:t>نہ عقل سے سوچا، اپنے نہ ریزن کو اپلائی کیا۔</w:t>
      </w:r>
    </w:p>
    <w:p>
      <w:r>
        <w:rPr>
          <w:b/>
        </w:rPr>
        <w:t xml:space="preserve">[18:16] </w:t>
      </w:r>
      <w:r>
        <w:t>to woh hain environment made man.</w:t>
      </w:r>
    </w:p>
    <w:p>
      <w:pPr>
        <w:jc w:val="right"/>
      </w:pPr>
      <w:r>
        <w:t>تو وہ ہیں انوائرمنٹ میڈ مین۔</w:t>
      </w:r>
    </w:p>
    <w:p>
      <w:r>
        <w:rPr>
          <w:b/>
        </w:rPr>
        <w:t xml:space="preserve">[18:19] </w:t>
      </w:r>
      <w:r>
        <w:t>yeh hain ghate wale.</w:t>
      </w:r>
    </w:p>
    <w:p>
      <w:pPr>
        <w:jc w:val="right"/>
      </w:pPr>
      <w:r>
        <w:t>یہ ہیں گھاٹے والے۔</w:t>
      </w:r>
    </w:p>
    <w:p>
      <w:r>
        <w:rPr>
          <w:b/>
        </w:rPr>
        <w:t xml:space="preserve">[18:20] </w:t>
      </w:r>
      <w:r>
        <w:t>doosre woh log hain jinhone Khuda ki di hui aqal ko istemal kiya.</w:t>
      </w:r>
    </w:p>
    <w:p>
      <w:pPr>
        <w:jc w:val="right"/>
      </w:pPr>
      <w:r>
        <w:t>دوسرے وہ لوگ ہیں جنہوں نے خدا کی دی ہوئی عقل کو استعمال کیا۔</w:t>
      </w:r>
    </w:p>
    <w:p>
      <w:r>
        <w:rPr>
          <w:b/>
        </w:rPr>
        <w:t xml:space="preserve">[18:26] </w:t>
      </w:r>
      <w:r>
        <w:t>ab phir unko sachai ki discovery ho gayi.</w:t>
      </w:r>
    </w:p>
    <w:p>
      <w:pPr>
        <w:jc w:val="right"/>
      </w:pPr>
      <w:r>
        <w:t>اب پھر ان کو سچائی کی ڈسکوری ہو گئی۔</w:t>
      </w:r>
    </w:p>
    <w:p>
      <w:r>
        <w:rPr>
          <w:b/>
        </w:rPr>
        <w:t xml:space="preserve">[18:30] </w:t>
      </w:r>
      <w:r>
        <w:t>is discovery pe khade hue hain.</w:t>
      </w:r>
    </w:p>
    <w:p>
      <w:pPr>
        <w:jc w:val="right"/>
      </w:pPr>
      <w:r>
        <w:t>اس ڈسکوری پہ کھڑے ہوئے ہیں۔</w:t>
      </w:r>
    </w:p>
    <w:p>
      <w:r>
        <w:rPr>
          <w:b/>
        </w:rPr>
        <w:t xml:space="preserve">[18:33] </w:t>
      </w:r>
      <w:r>
        <w:t>woh sahi maano mein wahi hain self made man.</w:t>
      </w:r>
    </w:p>
    <w:p>
      <w:pPr>
        <w:jc w:val="right"/>
      </w:pPr>
      <w:r>
        <w:t>وہ صحیح معنوں میں وہی ہیں سیلف میڈ مین۔</w:t>
      </w:r>
    </w:p>
    <w:p>
      <w:r>
        <w:rPr>
          <w:b/>
        </w:rPr>
        <w:t xml:space="preserve">[18:37] </w:t>
      </w:r>
      <w:r>
        <w:t>yeh hai, yeh hai, yeh hai matlab aamnu wa amilus salihat ka.</w:t>
      </w:r>
    </w:p>
    <w:p>
      <w:pPr>
        <w:jc w:val="right"/>
      </w:pPr>
      <w:r>
        <w:t>یہ ہے، یہ ہے، یہ ہے مطلب آمنو وعمل الصالحات کا۔</w:t>
      </w:r>
    </w:p>
    <w:p>
      <w:r>
        <w:rPr>
          <w:b/>
        </w:rPr>
        <w:t xml:space="preserve">[18:41] </w:t>
      </w:r>
      <w:r>
        <w:t>iske baad dekhiye, yahan mein ek baat aur is mein add kar doon ke yeh jo farmaya</w:t>
      </w:r>
    </w:p>
    <w:p>
      <w:pPr>
        <w:jc w:val="right"/>
      </w:pPr>
      <w:r>
        <w:t>اس کے بعد دیکھیے، یہاں میں ایک بات اور اس میں ایڈ کر دوں کہ یہ جو فرمایا</w:t>
      </w:r>
    </w:p>
    <w:p>
      <w:r>
        <w:rPr>
          <w:b/>
        </w:rPr>
        <w:t xml:space="preserve">[18:49] </w:t>
      </w:r>
      <w:r>
        <w:t>ke sari tareekh jo hai, crime ki tareekh hai, sari tareekh ghate ki tareekh hai.</w:t>
      </w:r>
    </w:p>
    <w:p>
      <w:pPr>
        <w:jc w:val="right"/>
      </w:pPr>
      <w:r>
        <w:t>کہ ساری تاریخ جو ہے، کرائم کی تاریخ ہے، ساری تاریخ گھاٹی کی تاریخ ہے۔</w:t>
      </w:r>
    </w:p>
    <w:p>
      <w:r>
        <w:rPr>
          <w:b/>
        </w:rPr>
        <w:t xml:space="preserve">[18:55] </w:t>
      </w:r>
      <w:r>
        <w:t>to is par mein sochne laga, sochne laga ke jis tareekh ko refer kiya gaya, yahan isi tareekh</w:t>
      </w:r>
    </w:p>
    <w:p>
      <w:pPr>
        <w:jc w:val="right"/>
      </w:pPr>
      <w:r>
        <w:t>تو اس پر میں سوچنے لگا، سوچنے لگا کہ جس تاریخ کو ریفر کیا گیا، یہاں اسی تاریخ</w:t>
      </w:r>
    </w:p>
    <w:p>
      <w:r>
        <w:rPr>
          <w:b/>
        </w:rPr>
        <w:t xml:space="preserve">[19:03] </w:t>
      </w:r>
      <w:r>
        <w:t>mein to saare paighambar paida hue.</w:t>
      </w:r>
    </w:p>
    <w:p>
      <w:pPr>
        <w:jc w:val="right"/>
      </w:pPr>
      <w:r>
        <w:t>میں تو سارے پیغمبر پیدا ہوئے۔</w:t>
      </w:r>
    </w:p>
    <w:p>
      <w:r>
        <w:rPr>
          <w:b/>
        </w:rPr>
        <w:t xml:space="preserve">[19:06] </w:t>
      </w:r>
      <w:r>
        <w:t>Quran mein hai ke sab arsalna ruslana tutra lagataar ek ke baad ek paighambar Allah ke aate rahe.</w:t>
      </w:r>
    </w:p>
    <w:p>
      <w:pPr>
        <w:jc w:val="right"/>
      </w:pPr>
      <w:r>
        <w:t>قرآن میں ہے کہ سب ارسلنا رسلنا تترہ لگاتار ایک کے بعد ایک پیغمبر اللہ کے آتے رہے۔</w:t>
      </w:r>
    </w:p>
    <w:p>
      <w:r>
        <w:rPr>
          <w:b/>
        </w:rPr>
        <w:t xml:space="preserve">[19:13] </w:t>
      </w:r>
      <w:r>
        <w:t>to yahan is surah mein Allah taala ne jis history ko refer kiya hai, isi history ke andar</w:t>
      </w:r>
    </w:p>
    <w:p>
      <w:pPr>
        <w:jc w:val="right"/>
      </w:pPr>
      <w:r>
        <w:t>تو یہاں اس سورہ میں اللہ تعالی نے جس ہسٹری کو ریفر کیا ہے، اسی ہسٹری کے اندر</w:t>
      </w:r>
    </w:p>
    <w:p>
      <w:r>
        <w:rPr>
          <w:b/>
        </w:rPr>
        <w:t xml:space="preserve">[19:21] </w:t>
      </w:r>
      <w:r>
        <w:t>to paida hue hain sare peghambar.</w:t>
      </w:r>
    </w:p>
    <w:p>
      <w:pPr>
        <w:jc w:val="right"/>
      </w:pPr>
      <w:r>
        <w:t>تو پیدا ہوئے ہیں سارے پیغمبر۔</w:t>
      </w:r>
    </w:p>
    <w:p>
      <w:r>
        <w:rPr>
          <w:b/>
        </w:rPr>
        <w:t xml:space="preserve">[19:24] </w:t>
      </w:r>
      <w:r>
        <w:t>to aaj kal kuch log jo apne ko inqalabi musalman samajhte hain, un ka manna hai ke peghambar</w:t>
      </w:r>
    </w:p>
    <w:p>
      <w:pPr>
        <w:jc w:val="right"/>
      </w:pPr>
      <w:r>
        <w:t>تو آج کل کچھ لوگ جو اپنے کو انقلابی مسلمان سمجھتے ہیں، ان کا ماننا ہے کہ پیغمبر</w:t>
      </w:r>
    </w:p>
    <w:p>
      <w:r>
        <w:rPr>
          <w:b/>
        </w:rPr>
        <w:t xml:space="preserve">[19:31] </w:t>
      </w:r>
      <w:r>
        <w:t>aaye duniya mein just system banane ke liye, yaani crime free system banane ke liye.</w:t>
      </w:r>
    </w:p>
    <w:p>
      <w:pPr>
        <w:jc w:val="right"/>
      </w:pPr>
      <w:r>
        <w:t>آئے دنیا میں جسٹ سسٹم بنانے کے لیے، یعنی کرائم فری سسٹم بنانے کے لیے۔</w:t>
      </w:r>
    </w:p>
    <w:p>
      <w:r>
        <w:rPr>
          <w:b/>
        </w:rPr>
        <w:t xml:space="preserve">[19:38] </w:t>
      </w:r>
      <w:r>
        <w:t>is liye aaye woh ideal system banane ke liye.</w:t>
      </w:r>
    </w:p>
    <w:p>
      <w:pPr>
        <w:jc w:val="right"/>
      </w:pPr>
      <w:r>
        <w:t>اس لیے آئے وہ آئیڈیل سسٹم بنانے کے لیے۔</w:t>
      </w:r>
    </w:p>
    <w:p>
      <w:r>
        <w:rPr>
          <w:b/>
        </w:rPr>
        <w:t xml:space="preserve">[19:42] </w:t>
      </w:r>
      <w:r>
        <w:t>to jab tareekh ki picture yeh hai to is ka matlab doosra kya hua? Sare profit fail ho</w:t>
      </w:r>
    </w:p>
    <w:p>
      <w:pPr>
        <w:jc w:val="right"/>
      </w:pPr>
      <w:r>
        <w:t>تو جب تاریخ کی پکچر یہ ہے تو اس کا مطلب دوسرا کیا ہوا؟ سارے پرافٹ فیل ہو</w:t>
      </w:r>
    </w:p>
    <w:p>
      <w:r>
        <w:rPr>
          <w:b/>
        </w:rPr>
        <w:t xml:space="preserve">[19:49] </w:t>
      </w:r>
      <w:r>
        <w:t>gaye.</w:t>
      </w:r>
    </w:p>
    <w:p>
      <w:pPr>
        <w:jc w:val="right"/>
      </w:pPr>
      <w:r>
        <w:t>گئے۔</w:t>
      </w:r>
    </w:p>
    <w:p>
      <w:r>
        <w:rPr>
          <w:b/>
        </w:rPr>
        <w:t xml:space="preserve">[19:51] </w:t>
      </w:r>
      <w:r>
        <w:t>kaisi ajeeb baat hai ke sare profit aaye is liye ke woh crime free world banaein.</w:t>
      </w:r>
    </w:p>
    <w:p>
      <w:pPr>
        <w:jc w:val="right"/>
      </w:pPr>
      <w:r>
        <w:t>کیسی عجیب بات ہے کہ سارے پرافٹ آئے اس لیے کہ وہ کرائم فری ورلڈ بنائیں۔</w:t>
      </w:r>
    </w:p>
    <w:p>
      <w:r>
        <w:rPr>
          <w:b/>
        </w:rPr>
        <w:t xml:space="preserve">[19:58] </w:t>
      </w:r>
      <w:r>
        <w:t>amal kya hua ke sari tareekh jo hai, crime se bhar gayi.</w:t>
      </w:r>
    </w:p>
    <w:p>
      <w:pPr>
        <w:jc w:val="right"/>
      </w:pPr>
      <w:r>
        <w:t>عملاً کیا ہوا کہ ساری تاریخ جو ہے، کرائم سے بھر گئی۔</w:t>
      </w:r>
    </w:p>
    <w:p>
      <w:r>
        <w:rPr>
          <w:b/>
        </w:rPr>
        <w:t xml:space="preserve">[20:03] </w:t>
      </w:r>
      <w:r>
        <w:t>is ka matlab yahi to hua na ke sare profit fail ho gaye? To aisa ho sakta hai?</w:t>
      </w:r>
    </w:p>
    <w:p>
      <w:pPr>
        <w:jc w:val="right"/>
      </w:pPr>
      <w:r>
        <w:t>اس کا مطلب یہی تو ہوا نا کہ سارے پرافٹ فیل ہو گئے؟ تو ایسا ہو سکتا ہے؟</w:t>
      </w:r>
    </w:p>
    <w:p>
      <w:r>
        <w:rPr>
          <w:b/>
        </w:rPr>
        <w:t xml:space="preserve">[20:11] </w:t>
      </w:r>
      <w:r>
        <w:t>yaani Khuda jin logon ko bhejey duniya ki islaah ke liye, woh fail ho jayen.</w:t>
      </w:r>
    </w:p>
    <w:p>
      <w:pPr>
        <w:jc w:val="right"/>
      </w:pPr>
      <w:r>
        <w:t>یعنی خدا جن لوگوں کو بھیجے دنیا کی اصلاح کے لیے، وہ فیل ہو جائیں۔</w:t>
      </w:r>
    </w:p>
    <w:p>
      <w:r>
        <w:rPr>
          <w:b/>
        </w:rPr>
        <w:t xml:space="preserve">[20:17] </w:t>
      </w:r>
      <w:r>
        <w:t>to Quran mein yeh bhi aayatein hain, kai aayatein hain ke katab Allah la aghlabanna ana wa rusuli Allah ne</w:t>
      </w:r>
    </w:p>
    <w:p>
      <w:pPr>
        <w:jc w:val="right"/>
      </w:pPr>
      <w:r>
        <w:t>تو قرآن میں یہ بھی آیتیں ہیں، کئی آیتیں ہیں کہ كتب اللہ لاغلبن انا ورسلی اللہ نے</w:t>
      </w:r>
    </w:p>
    <w:p>
      <w:r>
        <w:rPr>
          <w:b/>
        </w:rPr>
        <w:t xml:space="preserve">[20:25] </w:t>
      </w:r>
      <w:r>
        <w:t>لکھ دیا ہے، یہ ڈیسائیڈ کر دیا ہے کہ prophets کو کامیاب ہونا ہی ہونا ہے۔</w:t>
      </w:r>
    </w:p>
    <w:p>
      <w:pPr>
        <w:jc w:val="right"/>
      </w:pPr>
      <w:r>
        <w:t>لکھ دیا ہے، یہ ڈیسائیڈ کر دیا ہے کہ پرافٹس کو کامیاب ہونا ہی ہونا ہے۔</w:t>
      </w:r>
    </w:p>
    <w:p>
      <w:r>
        <w:rPr>
          <w:b/>
        </w:rPr>
        <w:t xml:space="preserve">[20:32] </w:t>
      </w:r>
      <w:r>
        <w:t>prophets ko koi nakaam nahi kar sakta.</w:t>
      </w:r>
    </w:p>
    <w:p>
      <w:pPr>
        <w:jc w:val="right"/>
      </w:pPr>
      <w:r>
        <w:t>پرافٹس کو کوئی ناکام نہیں کر سکتا۔</w:t>
      </w:r>
    </w:p>
    <w:p>
      <w:r>
        <w:rPr>
          <w:b/>
        </w:rPr>
        <w:t xml:space="preserve">[20:35] </w:t>
      </w:r>
      <w:r>
        <w:t>تو اس اس آیت کو لے کر آپ سوچیں تو آپ کو Prophet کے مشن کو redefine</w:t>
      </w:r>
    </w:p>
    <w:p>
      <w:pPr>
        <w:jc w:val="right"/>
      </w:pPr>
      <w:r>
        <w:t>تو اس اس آیت کو لے کر آپ سوچیں تو آپ کو پرافٹ کے مشن کو ری ڈیفائن</w:t>
      </w:r>
    </w:p>
    <w:p>
      <w:r>
        <w:rPr>
          <w:b/>
        </w:rPr>
        <w:t xml:space="preserve">[20:42] </w:t>
      </w:r>
      <w:r>
        <w:t>karna parega.</w:t>
      </w:r>
    </w:p>
    <w:p>
      <w:pPr>
        <w:jc w:val="right"/>
      </w:pPr>
      <w:r>
        <w:t>کرنا پڑے گا۔</w:t>
      </w:r>
    </w:p>
    <w:p>
      <w:r>
        <w:rPr>
          <w:b/>
        </w:rPr>
        <w:t xml:space="preserve">[20:44] </w:t>
      </w:r>
      <w:r>
        <w:t>prophet ke mission ko re-define karna parega jis mein duniya ka, yeh duniya ka jo duniya</w:t>
      </w:r>
    </w:p>
    <w:p>
      <w:pPr>
        <w:jc w:val="right"/>
      </w:pPr>
      <w:r>
        <w:t>پرافٹ کے مشن کو ری ڈیفائن کرنا پڑے گا جس میں دنیا کا، یہ دنیا کا جو دنیا</w:t>
      </w:r>
    </w:p>
    <w:p>
      <w:r>
        <w:rPr>
          <w:b/>
        </w:rPr>
        <w:t xml:space="preserve">[20:52] </w:t>
      </w:r>
      <w:r>
        <w:t>jo rishta crime ban gayi hai, is ko bhi room milta ho, woh bhi explain hota ho.</w:t>
      </w:r>
    </w:p>
    <w:p>
      <w:pPr>
        <w:jc w:val="right"/>
      </w:pPr>
      <w:r>
        <w:t>جو رشتہ کرائم بن گئی ہے، اس کو بھی روم ملتا ہو، وہ بھی ایکسپلین ہوتا ہو۔</w:t>
      </w:r>
    </w:p>
    <w:p>
      <w:r>
        <w:rPr>
          <w:b/>
        </w:rPr>
        <w:t xml:space="preserve">[20:59] </w:t>
      </w:r>
      <w:r>
        <w:t>yeh bohat bari baat hai jo aap sochiye is ko ke prophet ke mission ko aap is tarah</w:t>
      </w:r>
    </w:p>
    <w:p>
      <w:pPr>
        <w:jc w:val="right"/>
      </w:pPr>
      <w:r>
        <w:t>یہ بہت بڑی بات ہے جو آپ سوچیے اس کو کہ پرافٹ کے مشن کو آپ اس طرح</w:t>
      </w:r>
    </w:p>
    <w:p>
      <w:r>
        <w:rPr>
          <w:b/>
        </w:rPr>
        <w:t xml:space="preserve">[21:07] </w:t>
      </w:r>
      <w:r>
        <w:t>maanein jis tarah se aaj kal ke inqalabi musalman maante hain.</w:t>
      </w:r>
    </w:p>
    <w:p>
      <w:pPr>
        <w:jc w:val="right"/>
      </w:pPr>
      <w:r>
        <w:t>مائیں جس طرح سے آج کل کے انقلابی مسلمان مانتے ہیں۔</w:t>
      </w:r>
    </w:p>
    <w:p>
      <w:r>
        <w:rPr>
          <w:b/>
        </w:rPr>
        <w:t xml:space="preserve">[21:11] </w:t>
      </w:r>
      <w:r>
        <w:t>to sare profit nakaam ho jate hain.</w:t>
      </w:r>
    </w:p>
    <w:p>
      <w:pPr>
        <w:jc w:val="right"/>
      </w:pPr>
      <w:r>
        <w:t>تو سارے پرافٹ ناکام ہو جاتے ہیں۔</w:t>
      </w:r>
    </w:p>
    <w:p>
      <w:r>
        <w:rPr>
          <w:b/>
        </w:rPr>
        <w:t xml:space="preserve">[21:14] </w:t>
      </w:r>
      <w:r>
        <w:t>تو میں کہوں گا آپ prophet کے مشن کو redefine کیجئے۔</w:t>
      </w:r>
    </w:p>
    <w:p>
      <w:pPr>
        <w:jc w:val="right"/>
      </w:pPr>
      <w:r>
        <w:t>تو میں کہوں گا آپ پرافٹ کے مشن کو ری ڈیفائن کیجئے۔</w:t>
      </w:r>
    </w:p>
    <w:p>
      <w:r>
        <w:rPr>
          <w:b/>
        </w:rPr>
        <w:t xml:space="preserve">[21:19] </w:t>
      </w:r>
      <w:r>
        <w:t>to woh kya hai? Prophet ka mission yeh tha hi nahi.</w:t>
      </w:r>
    </w:p>
    <w:p>
      <w:pPr>
        <w:jc w:val="right"/>
      </w:pPr>
      <w:r>
        <w:t>تو وہ کیا ہے؟ پرافٹ کا مشن یہ تھا ہی نہیں۔</w:t>
      </w:r>
    </w:p>
    <w:p>
      <w:r>
        <w:rPr>
          <w:b/>
        </w:rPr>
        <w:t xml:space="preserve">[21:24] </w:t>
      </w:r>
      <w:r>
        <w:t>yeh bilkul baseless baat hai yeh kehna ke profit is liye aaye the ke crime free world banayein,</w:t>
      </w:r>
    </w:p>
    <w:p>
      <w:pPr>
        <w:jc w:val="right"/>
      </w:pPr>
      <w:r>
        <w:t>یہ بالکل بیسلیس بات ہے یہ کہنا کہ پرافٹ اس لیے آئے تھے کہ کرائم فری ورلڈ بنائیں،</w:t>
      </w:r>
    </w:p>
    <w:p>
      <w:r>
        <w:rPr>
          <w:b/>
        </w:rPr>
        <w:t xml:space="preserve">[21:32] </w:t>
      </w:r>
      <w:r>
        <w:t>just system banayein, ideal world banayein.</w:t>
      </w:r>
    </w:p>
    <w:p>
      <w:pPr>
        <w:jc w:val="right"/>
      </w:pPr>
      <w:r>
        <w:t>جسٹ سسٹم بنائیں، آئیڈیل ورلڈ بنائیں۔</w:t>
      </w:r>
    </w:p>
    <w:p>
      <w:r>
        <w:rPr>
          <w:b/>
        </w:rPr>
        <w:t xml:space="preserve">[21:34] </w:t>
      </w:r>
      <w:r>
        <w:t>yeh mission hi nahi tha prophet ka.</w:t>
      </w:r>
    </w:p>
    <w:p>
      <w:pPr>
        <w:jc w:val="right"/>
      </w:pPr>
      <w:r>
        <w:t>یہ مشن ہی نہیں تھا پرافٹ کا۔</w:t>
      </w:r>
    </w:p>
    <w:p>
      <w:r>
        <w:rPr>
          <w:b/>
        </w:rPr>
        <w:t xml:space="preserve">[21:37] </w:t>
      </w:r>
      <w:r>
        <w:t>mission kya tha? Mission sirf ek tha, woh tha batana, batana, batana.</w:t>
      </w:r>
    </w:p>
    <w:p>
      <w:pPr>
        <w:jc w:val="right"/>
      </w:pPr>
      <w:r>
        <w:t>مشن کیا تھا؟ مشن صرف ایک تھا، وہ تھا بتانا، بتانا، بتانا۔</w:t>
      </w:r>
    </w:p>
    <w:p>
      <w:r>
        <w:rPr>
          <w:b/>
        </w:rPr>
        <w:t xml:space="preserve">[21:43] </w:t>
      </w:r>
      <w:r>
        <w:t>bas yaani practical taur par ek ideal system bana dena, yeh un ka mission hi nahi tha.</w:t>
      </w:r>
    </w:p>
    <w:p>
      <w:pPr>
        <w:jc w:val="right"/>
      </w:pPr>
      <w:r>
        <w:t>بس یعنی پریکٹیکل طور پر ایک آئیڈیل سسٹم بنا دینا، یہ ان کا مشن ہی نہیں تھا۔</w:t>
      </w:r>
    </w:p>
    <w:p>
      <w:r>
        <w:rPr>
          <w:b/>
        </w:rPr>
        <w:t xml:space="preserve">[21:50] </w:t>
      </w:r>
      <w:r>
        <w:t>to aap judge karenge prophet ke mission ko is aitbaar se ke kya woh bata paye, kya</w:t>
      </w:r>
    </w:p>
    <w:p>
      <w:pPr>
        <w:jc w:val="right"/>
      </w:pPr>
      <w:r>
        <w:t>تو آپ جج کریں گے پرافٹ کے مشن کو اس اعتبار سے کہ کیا وہ بتا پائے، کیا</w:t>
      </w:r>
    </w:p>
    <w:p>
      <w:r>
        <w:rPr>
          <w:b/>
        </w:rPr>
        <w:t xml:space="preserve">[21:58] </w:t>
      </w:r>
      <w:r>
        <w:t>woh warning de paye.</w:t>
      </w:r>
    </w:p>
    <w:p>
      <w:pPr>
        <w:jc w:val="right"/>
      </w:pPr>
      <w:r>
        <w:t>وہ وارننگ دے پائے۔</w:t>
      </w:r>
    </w:p>
    <w:p>
      <w:r>
        <w:rPr>
          <w:b/>
        </w:rPr>
        <w:t xml:space="preserve">[21:59] </w:t>
      </w:r>
      <w:r>
        <w:t>is se, is se judge karenge na ke is se ke kya woh just system bana paye.</w:t>
      </w:r>
    </w:p>
    <w:p>
      <w:pPr>
        <w:jc w:val="right"/>
      </w:pPr>
      <w:r>
        <w:t>اس سے، اس سے جج کریں گے نہ کہ اس سے کہ کیا وہ جسٹ سسٹم بنا پائے۔</w:t>
      </w:r>
    </w:p>
    <w:p>
      <w:r>
        <w:rPr>
          <w:b/>
        </w:rPr>
        <w:t xml:space="preserve">[22:07] </w:t>
      </w:r>
      <w:r>
        <w:t>that is wrong criteria.</w:t>
      </w:r>
    </w:p>
    <w:p>
      <w:pPr>
        <w:jc w:val="right"/>
      </w:pPr>
      <w:r>
        <w:t>دیٹ از رونگ کرائٹیریا۔</w:t>
      </w:r>
    </w:p>
    <w:p>
      <w:r>
        <w:rPr>
          <w:b/>
        </w:rPr>
        <w:t xml:space="preserve">[22:09] </w:t>
      </w:r>
      <w:r>
        <w:t>to is ayat se aap ghaur karne se yahi maloom hota hai ke profit ke mission ko logon</w:t>
      </w:r>
    </w:p>
    <w:p>
      <w:pPr>
        <w:jc w:val="right"/>
      </w:pPr>
      <w:r>
        <w:t>تو اس آیت سے آپ غور کرنے سے یہی معلوم ہوتا ہے کہ پرافٹ کے مشن کو لوگوں</w:t>
      </w:r>
    </w:p>
    <w:p>
      <w:r>
        <w:rPr>
          <w:b/>
        </w:rPr>
        <w:t xml:space="preserve">[22:16] </w:t>
      </w:r>
      <w:r>
        <w:t>ne bohat hi ghalat, aaj kal ke kuch jo apne ko inqalabi musalman kehte hain, unhone bohat</w:t>
      </w:r>
    </w:p>
    <w:p>
      <w:pPr>
        <w:jc w:val="right"/>
      </w:pPr>
      <w:r>
        <w:t>نے بہت ہی غلط، آج کل کے کچھ جو اپنے کو انقلابی مسلمان کہتے ہیں، انہوں نے بہت</w:t>
      </w:r>
    </w:p>
    <w:p>
      <w:r>
        <w:rPr>
          <w:b/>
        </w:rPr>
        <w:t xml:space="preserve">[22:24] </w:t>
      </w:r>
      <w:r>
        <w:t>ghalat bata rakha hai ke profit jo the, woh is liye aaye ke dunya mein crime free world</w:t>
      </w:r>
    </w:p>
    <w:p>
      <w:pPr>
        <w:jc w:val="right"/>
      </w:pPr>
      <w:r>
        <w:t>غلط بتا رکھا ہے کہ پرافٹ جو تھے، وہ اس لیے آئے کہ دنیا میں کرائم فری ورلڈ</w:t>
      </w:r>
    </w:p>
    <w:p>
      <w:r>
        <w:rPr>
          <w:b/>
        </w:rPr>
        <w:t xml:space="preserve">[22:32] </w:t>
      </w:r>
      <w:r>
        <w:t>banayen.</w:t>
      </w:r>
    </w:p>
    <w:p>
      <w:pPr>
        <w:jc w:val="right"/>
      </w:pPr>
      <w:r>
        <w:t>بنائیں۔</w:t>
      </w:r>
    </w:p>
    <w:p>
      <w:r>
        <w:rPr>
          <w:b/>
        </w:rPr>
        <w:t xml:space="preserve">[22:33] </w:t>
      </w:r>
      <w:r>
        <w:t>yeh unka mission hi nahi tha.</w:t>
      </w:r>
    </w:p>
    <w:p>
      <w:pPr>
        <w:jc w:val="right"/>
      </w:pPr>
      <w:r>
        <w:t>یہ ان کا مشن ہی نہیں تھا۔</w:t>
      </w:r>
    </w:p>
    <w:p>
      <w:r>
        <w:rPr>
          <w:b/>
        </w:rPr>
        <w:t xml:space="preserve">[22:36] </w:t>
      </w:r>
      <w:r>
        <w:t>unka mission tha batana taake insaan ko yeh mauqa de ke is ko woh credit diya jaye</w:t>
      </w:r>
    </w:p>
    <w:p>
      <w:pPr>
        <w:jc w:val="right"/>
      </w:pPr>
      <w:r>
        <w:t>ان کا مشن تھا بتانا تاکہ انسان کو یہ موقع دے کہ اس کو وہ کریڈٹ دیا جائے</w:t>
      </w:r>
    </w:p>
    <w:p>
      <w:r>
        <w:rPr>
          <w:b/>
        </w:rPr>
        <w:t xml:space="preserve">[22:44] </w:t>
      </w:r>
      <w:r>
        <w:t>ke yeh woh insaan hai jis ne khud apne choice se sachai ko ikhtiyar kiya.</w:t>
      </w:r>
    </w:p>
    <w:p>
      <w:pPr>
        <w:jc w:val="right"/>
      </w:pPr>
      <w:r>
        <w:t>کہ یہ وہ انسان ہے جس نے خود اپنے چوائس سے سچائی کو اختیار کیا۔</w:t>
      </w:r>
    </w:p>
    <w:p>
      <w:r>
        <w:rPr>
          <w:b/>
        </w:rPr>
        <w:t xml:space="preserve">[22:51] </w:t>
      </w:r>
      <w:r>
        <w:t>agar profit is liye aate ke woh just system qaim karaya to phir compression create ho jata.</w:t>
      </w:r>
    </w:p>
    <w:p>
      <w:pPr>
        <w:jc w:val="right"/>
      </w:pPr>
      <w:r>
        <w:t>اگر پرافٹ اس لیے آتے کہ وہ جسٹ سسٹم قائم کرایا تو پھر کمپریشن کریٹ ہو جاتا۔</w:t>
      </w:r>
    </w:p>
    <w:p>
      <w:r>
        <w:rPr>
          <w:b/>
        </w:rPr>
        <w:t xml:space="preserve">[22:58] </w:t>
      </w:r>
      <w:r>
        <w:t>jo compression tha material world mein, wahi compression human world mein bhi ho jata.</w:t>
      </w:r>
    </w:p>
    <w:p>
      <w:pPr>
        <w:jc w:val="right"/>
      </w:pPr>
      <w:r>
        <w:t>جو کمپریشن تھا مٹیریل ورلڈ میں، وہی کمپریشن ہیومن ورلڈ میں بھی ہو جاتا۔</w:t>
      </w:r>
    </w:p>
    <w:p>
      <w:r>
        <w:rPr>
          <w:b/>
        </w:rPr>
        <w:t xml:space="preserve">[23:04] </w:t>
      </w:r>
      <w:r>
        <w:t>to sirf guidance ke liye aaye, batane ke liye aaye, inzar aur tabshir ke liye aaye.</w:t>
      </w:r>
    </w:p>
    <w:p>
      <w:pPr>
        <w:jc w:val="right"/>
      </w:pPr>
      <w:r>
        <w:t>تو صرف گائیڈنس کے لیے آئے، بتانے کے لیے آئے، انظار اور تبشیر کے لیے آئے۔</w:t>
      </w:r>
    </w:p>
    <w:p>
      <w:r>
        <w:rPr>
          <w:b/>
        </w:rPr>
        <w:t xml:space="preserve">[23:11] </w:t>
      </w:r>
      <w:r>
        <w:t>ab insaan ka apna kaam hai faman shaa falyukfir faman shaa falyu'min faman shaa falyukfir faman shaa falyu'min</w:t>
      </w:r>
    </w:p>
    <w:p>
      <w:pPr>
        <w:jc w:val="right"/>
      </w:pPr>
      <w:r>
        <w:t>اب انسان کا اپنا کام ہے فمن شاف فليكفر فمن شاف فليؤمن فمن شاف فليكفر فمن شاف فليؤمن</w:t>
      </w:r>
    </w:p>
    <w:p>
      <w:r>
        <w:rPr>
          <w:b/>
        </w:rPr>
        <w:t xml:space="preserve">[23:18] </w:t>
      </w:r>
      <w:r>
        <w:t>faman shaa falyukfir fadhdhkir innamaa anta mudhakkir lasta 'alayhim musaytir yani peghambar is liye nahi aaye the ke</w:t>
      </w:r>
    </w:p>
    <w:p>
      <w:pPr>
        <w:jc w:val="right"/>
      </w:pPr>
      <w:r>
        <w:t>فمن شاف فليكفر فذکر انما انت مذکر لست عالم بمسيطر یعنی پیغمبر اس لیے نہیں آئے تھے کہ</w:t>
      </w:r>
    </w:p>
    <w:p>
      <w:r>
        <w:rPr>
          <w:b/>
        </w:rPr>
        <w:t xml:space="preserve">[23:26] </w:t>
      </w:r>
      <w:r>
        <w:t>woh logon par darogha banen, logon par hakim banen.</w:t>
      </w:r>
    </w:p>
    <w:p>
      <w:pPr>
        <w:jc w:val="right"/>
      </w:pPr>
      <w:r>
        <w:t>وہ لوگوں پر داروغہ بنیں، لوگوں پر حاکم بنیں۔</w:t>
      </w:r>
    </w:p>
    <w:p>
      <w:r>
        <w:rPr>
          <w:b/>
        </w:rPr>
        <w:t xml:space="preserve">[23:30] </w:t>
      </w:r>
      <w:r>
        <w:t>nahi, woh is liye aaye the logon ko batayen, batayen, batayen, batayen.</w:t>
      </w:r>
    </w:p>
    <w:p>
      <w:pPr>
        <w:jc w:val="right"/>
      </w:pPr>
      <w:r>
        <w:t>نہیں، وہ اس لیے آئے تھے لوگوں کو بتائیں، بتائیں، بتائیں، بتائیں۔</w:t>
      </w:r>
    </w:p>
    <w:p>
      <w:r>
        <w:rPr>
          <w:b/>
        </w:rPr>
        <w:t xml:space="preserve">[23:35] </w:t>
      </w:r>
      <w:r>
        <w:t>تو جب Prophet کا یہ مشن آپ مانیں گے، تب آپ پوری ہسٹری میننگ فل ہو جائے گی۔</w:t>
      </w:r>
    </w:p>
    <w:p>
      <w:pPr>
        <w:jc w:val="right"/>
      </w:pPr>
      <w:r>
        <w:t>تو جب پرافٹ کا یہ مشن آپ مانیں گے، تب آپ پوری ہسٹری میننگ فل ہو جائے گی۔</w:t>
      </w:r>
    </w:p>
    <w:p>
      <w:r>
        <w:rPr>
          <w:b/>
        </w:rPr>
        <w:t xml:space="preserve">[23:43] </w:t>
      </w:r>
      <w:r>
        <w:t>yeh na manayen to poori history jab meaning less ban jati hai.</w:t>
      </w:r>
    </w:p>
    <w:p>
      <w:pPr>
        <w:jc w:val="right"/>
      </w:pPr>
      <w:r>
        <w:t>یہ نہ منائیں تو پوری ہسٹری جب میننگ لیس بن جاتی ہے۔</w:t>
      </w:r>
    </w:p>
    <w:p>
      <w:r>
        <w:rPr>
          <w:b/>
        </w:rPr>
        <w:t xml:space="preserve">[23:48] </w:t>
      </w:r>
      <w:r>
        <w:t>to yeh bohat hi ahem point hai, is ko aap ko sochna chahiye.</w:t>
      </w:r>
    </w:p>
    <w:p>
      <w:pPr>
        <w:jc w:val="right"/>
      </w:pPr>
      <w:r>
        <w:t>تو یہ بہت ہی اہم پوائنٹ ہے، اس کو آپ کو سوچنا چاہیے۔</w:t>
      </w:r>
    </w:p>
    <w:p>
      <w:r>
        <w:rPr>
          <w:b/>
        </w:rPr>
        <w:t xml:space="preserve">[23:54] </w:t>
      </w:r>
      <w:r>
        <w:t>achha, is ke baad dekhiye walaasirul insaana lafikhusr illal lazeena aamanu wa 'amilus saalihaati wa tawaasaw bil haqqi wa tawaasaw</w:t>
      </w:r>
    </w:p>
    <w:p>
      <w:pPr>
        <w:jc w:val="right"/>
      </w:pPr>
      <w:r>
        <w:t>اچھا، اس کے بعد دیکھیے ولاسٹر ان الانسان فی خسر الا الذین آمنوا وعملوا الصالحات وتواسوا بالحق وتواسوا</w:t>
      </w:r>
    </w:p>
    <w:p>
      <w:r>
        <w:rPr>
          <w:b/>
        </w:rPr>
        <w:t xml:space="preserve">[24:01] </w:t>
      </w:r>
      <w:r>
        <w:t>bis sabri tawaasu kehte hain exhortation, yani samjhana, bujhana, kehna, sunna.</w:t>
      </w:r>
    </w:p>
    <w:p>
      <w:pPr>
        <w:jc w:val="right"/>
      </w:pPr>
      <w:r>
        <w:t>بالصبر تواصو کہتے ہیں ایگزورٹیشن، یعنی سمجھانا، بجھانا، کہنا، سننا۔</w:t>
      </w:r>
    </w:p>
    <w:p>
      <w:r>
        <w:rPr>
          <w:b/>
        </w:rPr>
        <w:t xml:space="preserve">[24:06] </w:t>
      </w:r>
      <w:r>
        <w:t>aapas mein ek doosre ki tawaasi arabi zaban mein is ko kehte hain مشارکت.</w:t>
      </w:r>
    </w:p>
    <w:p>
      <w:pPr>
        <w:jc w:val="right"/>
      </w:pPr>
      <w:r>
        <w:t>آپس میں ایک دوسرے کی تواصی عربی زبان میں اس کو کہتے ہیں مشارکت۔</w:t>
      </w:r>
    </w:p>
    <w:p>
      <w:r>
        <w:rPr>
          <w:b/>
        </w:rPr>
        <w:t xml:space="preserve">[24:12] </w:t>
      </w:r>
      <w:r>
        <w:t>arabi zaban mein yeh is ko kehte hain ke bab tafa'ul mein مشارکت hai.</w:t>
      </w:r>
    </w:p>
    <w:p>
      <w:pPr>
        <w:jc w:val="right"/>
      </w:pPr>
      <w:r>
        <w:t>عربی زبان میں یہ اس کو کہتے ہیں کہ باب تفاعل میں مشارکت ہے۔</w:t>
      </w:r>
    </w:p>
    <w:p>
      <w:r>
        <w:rPr>
          <w:b/>
        </w:rPr>
        <w:t xml:space="preserve">[24:18] </w:t>
      </w:r>
      <w:r>
        <w:t>jo log arabi lafz jante hain, woh samjhenge is baat ko ke arabi usool ke mutabiq bab</w:t>
      </w:r>
    </w:p>
    <w:p>
      <w:pPr>
        <w:jc w:val="right"/>
      </w:pPr>
      <w:r>
        <w:t>جو لوگ عربی لفظ جانتے ہیں، وہ سمجھیں گے اس بات کو کہ عربی اصول کے مطابق باب</w:t>
      </w:r>
    </w:p>
    <w:p>
      <w:r>
        <w:rPr>
          <w:b/>
        </w:rPr>
        <w:t xml:space="preserve">[24:25] </w:t>
      </w:r>
      <w:r>
        <w:t>tafa'ul mein مشارکت hoti hai.</w:t>
      </w:r>
    </w:p>
    <w:p>
      <w:pPr>
        <w:jc w:val="right"/>
      </w:pPr>
      <w:r>
        <w:t>تفاعل میں مشارکت ہوتی ہے۔</w:t>
      </w:r>
    </w:p>
    <w:p>
      <w:r>
        <w:rPr>
          <w:b/>
        </w:rPr>
        <w:t xml:space="preserve">[24:27] </w:t>
      </w:r>
      <w:r>
        <w:t>to tawasu bab tafaaul se is ka matlab yeh hua ke aapas mein aik doosre ko achhi achhi</w:t>
      </w:r>
    </w:p>
    <w:p>
      <w:pPr>
        <w:jc w:val="right"/>
      </w:pPr>
      <w:r>
        <w:t>تو تواصو باب تفاعل سے اس کا مطلب یہ ہوا کہ آپس میں ایک دوسرے کو اچھی اچھی</w:t>
      </w:r>
    </w:p>
    <w:p>
      <w:r>
        <w:rPr>
          <w:b/>
        </w:rPr>
        <w:t xml:space="preserve">[24:35] </w:t>
      </w:r>
      <w:r>
        <w:t>baatein batana, naseehat ki baatein batana.</w:t>
      </w:r>
    </w:p>
    <w:p>
      <w:pPr>
        <w:jc w:val="right"/>
      </w:pPr>
      <w:r>
        <w:t>باتیں بتانا، نصیحت کی باتیں بتانا۔</w:t>
      </w:r>
    </w:p>
    <w:p>
      <w:r>
        <w:rPr>
          <w:b/>
        </w:rPr>
        <w:t xml:space="preserve">[24:38] </w:t>
      </w:r>
      <w:r>
        <w:t>yaani ke mutual exortation.</w:t>
      </w:r>
    </w:p>
    <w:p>
      <w:pPr>
        <w:jc w:val="right"/>
      </w:pPr>
      <w:r>
        <w:t>یعنی کہ میوچول ایگزورٹیشن۔</w:t>
      </w:r>
    </w:p>
    <w:p>
      <w:r>
        <w:rPr>
          <w:b/>
        </w:rPr>
        <w:t xml:space="preserve">[24:39] </w:t>
      </w:r>
      <w:r>
        <w:t>to yahan bhi kuch tafseeron mein maine parha ke is mein yeh nikaal liya hai ke baatil</w:t>
      </w:r>
    </w:p>
    <w:p>
      <w:pPr>
        <w:jc w:val="right"/>
      </w:pPr>
      <w:r>
        <w:t>تو یہاں بھی کچھ تفسیروں میں میں نے پڑھا کہ اس میں یہ نکال لیا ہے کہ باطل</w:t>
      </w:r>
    </w:p>
    <w:p>
      <w:r>
        <w:rPr>
          <w:b/>
        </w:rPr>
        <w:t xml:space="preserve">[24:47] </w:t>
      </w:r>
      <w:r>
        <w:t>kahin ho to wahan ja kar is ko mitaane ke liye khade ho jayen.</w:t>
      </w:r>
    </w:p>
    <w:p>
      <w:pPr>
        <w:jc w:val="right"/>
      </w:pPr>
      <w:r>
        <w:t>کہیں ہو تو وہاں جا کر اس کو مٹانے کے لیے کھڑے ہو جائیں۔</w:t>
      </w:r>
    </w:p>
    <w:p>
      <w:r>
        <w:rPr>
          <w:b/>
        </w:rPr>
        <w:t xml:space="preserve">[24:53] </w:t>
      </w:r>
      <w:r>
        <w:t>is se koi talluq hi nahin.</w:t>
      </w:r>
    </w:p>
    <w:p>
      <w:pPr>
        <w:jc w:val="right"/>
      </w:pPr>
      <w:r>
        <w:t>اس سے کوئی تعلق ہی نہیں۔</w:t>
      </w:r>
    </w:p>
    <w:p>
      <w:r>
        <w:rPr>
          <w:b/>
        </w:rPr>
        <w:t xml:space="preserve">[24:56] </w:t>
      </w:r>
      <w:r>
        <w:t>dekhiye, tawasi jo hai, aik aik internal hukum hai, external hukum hai hi nahin.</w:t>
      </w:r>
    </w:p>
    <w:p>
      <w:pPr>
        <w:jc w:val="right"/>
      </w:pPr>
      <w:r>
        <w:t>دیکھیے، تواصی جو ہے، ایک ایک انٹرنل حکم ہے، ایکسٹرنل حکم ہے ہی نہیں۔</w:t>
      </w:r>
    </w:p>
    <w:p>
      <w:r>
        <w:rPr>
          <w:b/>
        </w:rPr>
        <w:t xml:space="preserve">[25:02] </w:t>
      </w:r>
      <w:r>
        <w:t>wo aapas mein aik doosre ko samjhana, bujhana, bahar ja ke jhanda uthana, bahar ja ke ladai karna</w:t>
      </w:r>
    </w:p>
    <w:p>
      <w:pPr>
        <w:jc w:val="right"/>
      </w:pPr>
      <w:r>
        <w:t>وہ آپس میں ایک دوسرے کو سمجھانا، بجھانا، باہر جا کے جھنڈا اٹھانا، باہر جا کے لڑائی کرنا</w:t>
      </w:r>
    </w:p>
    <w:p>
      <w:r>
        <w:rPr>
          <w:b/>
        </w:rPr>
        <w:t xml:space="preserve">[25:09] </w:t>
      </w:r>
      <w:r>
        <w:t>ke hamein wo, wo karna hai, yaani hamein islami nizaam qaim karna hai.</w:t>
      </w:r>
    </w:p>
    <w:p>
      <w:pPr>
        <w:jc w:val="right"/>
      </w:pPr>
      <w:r>
        <w:t>کہ ہمیں وہ، وہ کرنا ہے، یعنی ہمیں اسلامی نظام قائم کرنا ہے۔</w:t>
      </w:r>
    </w:p>
    <w:p>
      <w:r>
        <w:rPr>
          <w:b/>
        </w:rPr>
        <w:t xml:space="preserve">[25:15] </w:t>
      </w:r>
      <w:r>
        <w:t>yeh bilkul baseless baat hai, baseless baat hai.</w:t>
      </w:r>
    </w:p>
    <w:p>
      <w:pPr>
        <w:jc w:val="right"/>
      </w:pPr>
      <w:r>
        <w:t>یہ بالکل بیسلیس بات ہے، بیسلیس بات ہے۔</w:t>
      </w:r>
    </w:p>
    <w:p>
      <w:r>
        <w:rPr>
          <w:b/>
        </w:rPr>
        <w:t xml:space="preserve">[25:18] </w:t>
      </w:r>
      <w:r>
        <w:t>yeh baat aage aur wazeh hoti hai.</w:t>
      </w:r>
    </w:p>
    <w:p>
      <w:pPr>
        <w:jc w:val="right"/>
      </w:pPr>
      <w:r>
        <w:t>یہ بات آگے اور واضح ہوتی ہے۔</w:t>
      </w:r>
    </w:p>
    <w:p>
      <w:r>
        <w:rPr>
          <w:b/>
        </w:rPr>
        <w:t xml:space="preserve">[25:21] </w:t>
      </w:r>
      <w:r>
        <w:t>dekhiye watwasu bilhaq watwasu bis sabr agar yeh so called inquilaabi tafseer sahi hoti hai na, to yahan kya</w:t>
      </w:r>
    </w:p>
    <w:p>
      <w:pPr>
        <w:jc w:val="right"/>
      </w:pPr>
      <w:r>
        <w:t>دیکھیے وتواسوا بالحق وتواسوا بالصبر اگر یہ سو کالڈ انقلابی تفسیر صحیح ہوتی ہے نا، تو یہاں کیا</w:t>
      </w:r>
    </w:p>
    <w:p>
      <w:r>
        <w:rPr>
          <w:b/>
        </w:rPr>
        <w:t xml:space="preserve">[25:29] </w:t>
      </w:r>
      <w:r>
        <w:t>hota? watwasu bilhaq watwasu biljihad agar yeh mission hota ke jahan, yaani so called baatil ho, is se</w:t>
      </w:r>
    </w:p>
    <w:p>
      <w:pPr>
        <w:jc w:val="right"/>
      </w:pPr>
      <w:r>
        <w:t>ہوتا؟ وتواسوا بالحق وتواسوا بالجہاد اگر یہ مشن ہوتا کہ جہاں، یعنی سو کالڈ باطل ہو، اس سے</w:t>
      </w:r>
    </w:p>
    <w:p>
      <w:r>
        <w:rPr>
          <w:b/>
        </w:rPr>
        <w:t xml:space="preserve">[25:37] </w:t>
      </w:r>
      <w:r>
        <w:t>lad jao.</w:t>
      </w:r>
    </w:p>
    <w:p>
      <w:pPr>
        <w:jc w:val="right"/>
      </w:pPr>
      <w:r>
        <w:t>لڑ جاؤ۔</w:t>
      </w:r>
    </w:p>
    <w:p>
      <w:r>
        <w:rPr>
          <w:b/>
        </w:rPr>
        <w:t xml:space="preserve">[25:38] </w:t>
      </w:r>
      <w:r>
        <w:t>جہاں لوگ کرائم کر رہے ہیں، لڑ کر کے ان کو flogging کر کے، flogging کر کے ان</w:t>
      </w:r>
    </w:p>
    <w:p>
      <w:pPr>
        <w:jc w:val="right"/>
      </w:pPr>
      <w:r>
        <w:t>جہاں لوگ کرائم کر رہے ہیں، لڑ کر کے ان کو فراگنگ کر کے، فراگنگ کر کے ان</w:t>
      </w:r>
    </w:p>
    <w:p>
      <w:r>
        <w:rPr>
          <w:b/>
        </w:rPr>
        <w:t xml:space="preserve">[25:46] </w:t>
      </w:r>
      <w:r>
        <w:t>کو کرائم، crime-free society بناؤ۔</w:t>
      </w:r>
    </w:p>
    <w:p>
      <w:pPr>
        <w:jc w:val="right"/>
      </w:pPr>
      <w:r>
        <w:t>کو کرائم، کرائم فری سوسائٹی بناؤ۔</w:t>
      </w:r>
    </w:p>
    <w:p>
      <w:r>
        <w:rPr>
          <w:b/>
        </w:rPr>
        <w:t xml:space="preserve">[25:49] </w:t>
      </w:r>
      <w:r>
        <w:t>jahan nizaam baatil hai, wahan lad kar nizaam haq qaim karo.</w:t>
      </w:r>
    </w:p>
    <w:p>
      <w:pPr>
        <w:jc w:val="right"/>
      </w:pPr>
      <w:r>
        <w:t>جہاں نظام باطل ہے، وہاں لڑ کر نظام حق قائم کرو۔</w:t>
      </w:r>
    </w:p>
    <w:p>
      <w:r>
        <w:rPr>
          <w:b/>
        </w:rPr>
        <w:t xml:space="preserve">[25:53] </w:t>
      </w:r>
      <w:r>
        <w:t>yeh jo, yaani yeh is interpretation ko main 100 fisad galat samajhta hoon, 100 fisad galat hai.</w:t>
      </w:r>
    </w:p>
    <w:p>
      <w:pPr>
        <w:jc w:val="right"/>
      </w:pPr>
      <w:r>
        <w:t>یہ جو، یعنی یہ اس انٹرپریشن کو میں 100 فیصد غلط سمجھتا ہوں، 100 فیصد غلط ہے۔</w:t>
      </w:r>
    </w:p>
    <w:p>
      <w:r>
        <w:rPr>
          <w:b/>
        </w:rPr>
        <w:t xml:space="preserve">[26:01] </w:t>
      </w:r>
      <w:r>
        <w:t>isi ko main keh raha hoon ke agar yeh interpretation sahi hota to ayat ke alfaaz yeh hote</w:t>
      </w:r>
    </w:p>
    <w:p>
      <w:pPr>
        <w:jc w:val="right"/>
      </w:pPr>
      <w:r>
        <w:t>اسی کو میں کہہ رہا ہوں کہ اگر یہ انٹرپریشن صحیح ہوتا تو آیت کے الفاظ یہ ہوتے</w:t>
      </w:r>
    </w:p>
    <w:p>
      <w:r>
        <w:rPr>
          <w:b/>
        </w:rPr>
        <w:t xml:space="preserve">[26:08] </w:t>
      </w:r>
      <w:r>
        <w:t>ke watwasu bilhaq watwasu biljihad ke wo haq ki tawaseeh kiya, unhon ne haq, haq ka tablegh aur</w:t>
      </w:r>
    </w:p>
    <w:p>
      <w:pPr>
        <w:jc w:val="right"/>
      </w:pPr>
      <w:r>
        <w:t>کہ وتواسوا بالحق وتواسوا بالجہاد کہ وہ حق کی تواصیح کیا، انہوں نے حق، حق کا تبلیغ اور</w:t>
      </w:r>
    </w:p>
    <w:p>
      <w:r>
        <w:rPr>
          <w:b/>
        </w:rPr>
        <w:t xml:space="preserve">[26:16] </w:t>
      </w:r>
      <w:r>
        <w:t>dawat di.</w:t>
      </w:r>
    </w:p>
    <w:p>
      <w:pPr>
        <w:jc w:val="right"/>
      </w:pPr>
      <w:r>
        <w:t>دعوت دی۔</w:t>
      </w:r>
    </w:p>
    <w:p>
      <w:r>
        <w:rPr>
          <w:b/>
        </w:rPr>
        <w:t xml:space="preserve">[26:18] </w:t>
      </w:r>
      <w:r>
        <w:t>aur phir jahan dekha ke kuch log qabiz hain samaaj ke oopar, to phir ladne ki tayyari ho</w:t>
      </w:r>
    </w:p>
    <w:p>
      <w:pPr>
        <w:jc w:val="right"/>
      </w:pPr>
      <w:r>
        <w:t>اور پھر جہاں دیکھا کہ کچھ لوگ قابض ہیں سماج کے اوپر، تو پھر لڑنے کی تیاری ہو</w:t>
      </w:r>
    </w:p>
    <w:p>
      <w:r>
        <w:rPr>
          <w:b/>
        </w:rPr>
        <w:t xml:space="preserve">[26:25]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[26:27] </w:t>
      </w:r>
      <w:r>
        <w:t>jihad, jihad ke liye talwar utha liya.</w:t>
      </w:r>
    </w:p>
    <w:p>
      <w:pPr>
        <w:jc w:val="right"/>
      </w:pPr>
      <w:r>
        <w:t>جہاد، جہاد کے لیے تلوار اٹھا لیا۔</w:t>
      </w:r>
    </w:p>
    <w:p>
      <w:r>
        <w:rPr>
          <w:b/>
        </w:rPr>
        <w:t xml:space="preserve">[26:30] </w:t>
      </w:r>
      <w:r>
        <w:t>yeh hona chahiye tha, lekin yeh kahan hai? wahan to hai watwasu bilhaq watwasu bis sabr yaani haq ke</w:t>
      </w:r>
    </w:p>
    <w:p>
      <w:pPr>
        <w:jc w:val="right"/>
      </w:pPr>
      <w:r>
        <w:t>یہ ہونا چاہیے تھا، لیکن یہ کہاں ہے؟ وہاں تو ہے وتواسوا بالحق وتواسوا بالصبر یعنی حق کے</w:t>
      </w:r>
    </w:p>
    <w:p>
      <w:r>
        <w:rPr>
          <w:b/>
        </w:rPr>
        <w:t xml:space="preserve">[26:37] </w:t>
      </w:r>
      <w:r>
        <w:t>baad doosri cheez jo matloob hai, wo sabr hai, jihad nahin hai.</w:t>
      </w:r>
    </w:p>
    <w:p>
      <w:pPr>
        <w:jc w:val="right"/>
      </w:pPr>
      <w:r>
        <w:t>بعد دوسری چیز جو مطلوب ہے، وہ صبر ہے، جہاد نہیں ہے۔</w:t>
      </w:r>
    </w:p>
    <w:p>
      <w:r>
        <w:rPr>
          <w:b/>
        </w:rPr>
        <w:t xml:space="preserve">[26:43] </w:t>
      </w:r>
      <w:r>
        <w:t>ab, ab, ab ghore kijiye ke yahan par sabr ka matlab kya hai.</w:t>
      </w:r>
    </w:p>
    <w:p>
      <w:pPr>
        <w:jc w:val="right"/>
      </w:pPr>
      <w:r>
        <w:t>اب، اب، اب غور کیجئے کہ یہاں پر صبر کا مطلب کیا ہے۔</w:t>
      </w:r>
    </w:p>
    <w:p>
      <w:r>
        <w:rPr>
          <w:b/>
        </w:rPr>
        <w:t xml:space="preserve">[26:48] </w:t>
      </w:r>
      <w:r>
        <w:t>is ka matlab bohat hi zyada sochne ki baat hai.</w:t>
      </w:r>
    </w:p>
    <w:p>
      <w:pPr>
        <w:jc w:val="right"/>
      </w:pPr>
      <w:r>
        <w:t>اس کا مطلب بہت ہی زیادہ سوچنے کی بات ہے۔</w:t>
      </w:r>
    </w:p>
    <w:p>
      <w:r>
        <w:rPr>
          <w:b/>
        </w:rPr>
        <w:t xml:space="preserve">[26:52] </w:t>
      </w:r>
      <w:r>
        <w:t>haq se murad hai ideological content of truth.</w:t>
      </w:r>
    </w:p>
    <w:p>
      <w:pPr>
        <w:jc w:val="right"/>
      </w:pPr>
      <w:r>
        <w:t>حق سے مراد ہے ائیڈیالوجیکل کنٹینٹ آف ٹروتھ۔</w:t>
      </w:r>
    </w:p>
    <w:p>
      <w:r>
        <w:rPr>
          <w:b/>
        </w:rPr>
        <w:t xml:space="preserve">[26:56] </w:t>
      </w:r>
      <w:r>
        <w:t>haq ka matlab hai ideological content of truth.</w:t>
      </w:r>
    </w:p>
    <w:p>
      <w:pPr>
        <w:jc w:val="right"/>
      </w:pPr>
      <w:r>
        <w:t>حق کا مطلب ہے ائیڈیالوجیکل کنٹینٹ آف ٹروتھ۔</w:t>
      </w:r>
    </w:p>
    <w:p>
      <w:r>
        <w:rPr>
          <w:b/>
        </w:rPr>
        <w:t xml:space="preserve">[26:59] </w:t>
      </w:r>
      <w:r>
        <w:t>aur sabr ka matlab kya hai? practical content of truth.</w:t>
      </w:r>
    </w:p>
    <w:p>
      <w:pPr>
        <w:jc w:val="right"/>
      </w:pPr>
      <w:r>
        <w:t>اور صبر کا مطلب کیا ہے؟ پریکٹیکل کنٹینٹ آف ٹروتھ۔</w:t>
      </w:r>
    </w:p>
    <w:p>
      <w:r>
        <w:rPr>
          <w:b/>
        </w:rPr>
        <w:t xml:space="preserve">[27:04] </w:t>
      </w:r>
      <w:r>
        <w:t>to yahan farq kya? quran ne, yani jahan tak nazariye ki baat hai, ideology ki baat hai, wahan</w:t>
      </w:r>
    </w:p>
    <w:p>
      <w:pPr>
        <w:jc w:val="right"/>
      </w:pPr>
      <w:r>
        <w:t>تو یہاں فرق کیا؟ قرآن نے، یعنی جہاں تک نظریے کی بات ہے، ائیڈیالوجی کی بات ہے، وہاں</w:t>
      </w:r>
    </w:p>
    <w:p>
      <w:r>
        <w:rPr>
          <w:b/>
        </w:rPr>
        <w:t xml:space="preserve">[27:11] </w:t>
      </w:r>
      <w:r>
        <w:t>par aap purey maanon mein aap ko sachai pe khare hona hai.</w:t>
      </w:r>
    </w:p>
    <w:p>
      <w:pPr>
        <w:jc w:val="right"/>
      </w:pPr>
      <w:r>
        <w:t>پر آپ پورے معنوں میں آپ کو سچائی پہ کھڑے ہونا ہے۔</w:t>
      </w:r>
    </w:p>
    <w:p>
      <w:r>
        <w:rPr>
          <w:b/>
        </w:rPr>
        <w:t xml:space="preserve">[27:16] </w:t>
      </w:r>
      <w:r>
        <w:t>aap ki soch, aap ka intellectual, aap ka thinking process, aap ki intellectual life, yeh purey maanon mein</w:t>
      </w:r>
    </w:p>
    <w:p>
      <w:pPr>
        <w:jc w:val="right"/>
      </w:pPr>
      <w:r>
        <w:t>آپ کی سوچ، آپ کا انٹلیکچول، آپ کا تھنکنگ پراسیس، آپ کی انٹلیکچول لائف، یہ پورے معنوں میں</w:t>
      </w:r>
    </w:p>
    <w:p>
      <w:r>
        <w:rPr>
          <w:b/>
        </w:rPr>
        <w:t xml:space="preserve">[27:24] </w:t>
      </w:r>
      <w:r>
        <w:t>haq par ho.</w:t>
      </w:r>
    </w:p>
    <w:p>
      <w:pPr>
        <w:jc w:val="right"/>
      </w:pPr>
      <w:r>
        <w:t>حق پر ہو۔</w:t>
      </w:r>
    </w:p>
    <w:p>
      <w:r>
        <w:rPr>
          <w:b/>
        </w:rPr>
        <w:t xml:space="preserve">[27:26] </w:t>
      </w:r>
      <w:r>
        <w:t>haq se ek zara barabri hati hui nahi ho.</w:t>
      </w:r>
    </w:p>
    <w:p>
      <w:pPr>
        <w:jc w:val="right"/>
      </w:pPr>
      <w:r>
        <w:t>حق سے ایک ذرہ برابری ہٹی ہوئی نہیں ہو۔</w:t>
      </w:r>
    </w:p>
    <w:p>
      <w:r>
        <w:rPr>
          <w:b/>
        </w:rPr>
        <w:t xml:space="preserve">[27:30] </w:t>
      </w:r>
      <w:r>
        <w:t>But, but, when it comes to society, you have to be, you have to, you have to adopt patience.</w:t>
      </w:r>
    </w:p>
    <w:p>
      <w:pPr>
        <w:jc w:val="right"/>
      </w:pPr>
      <w:r>
        <w:t>بٹ، بٹ، وین کم ٹو سوسائٹی، یو ہیو ٹو بی، یو ہیو ٹو، یو ہیو ٹو اڈاپٹ پیشنس۔</w:t>
      </w:r>
    </w:p>
    <w:p>
      <w:r>
        <w:rPr>
          <w:b/>
        </w:rPr>
        <w:t xml:space="preserve">[27:37] </w:t>
      </w:r>
      <w:r>
        <w:t>yeh kaisi ajeeb baat hai ke haq ke maamle mein, haq ke maamle mein miyar pasand bano aur,</w:t>
      </w:r>
    </w:p>
    <w:p>
      <w:pPr>
        <w:jc w:val="right"/>
      </w:pPr>
      <w:r>
        <w:t>یہ کیسی عجیب بات ہے کہ حق کے معاملے میں، حق کے معاملے میں معیار پسند بنو اور،</w:t>
      </w:r>
    </w:p>
    <w:p>
      <w:r>
        <w:rPr>
          <w:b/>
        </w:rPr>
        <w:t xml:space="preserve">[27:45] </w:t>
      </w:r>
      <w:r>
        <w:t>aur amli, amli maamle mein sabr pasand ban jao.</w:t>
      </w:r>
    </w:p>
    <w:p>
      <w:pPr>
        <w:jc w:val="right"/>
      </w:pPr>
      <w:r>
        <w:t>اور عملی، عملی معاملے میں صبر پسند بن جاؤ۔</w:t>
      </w:r>
    </w:p>
    <w:p>
      <w:r>
        <w:rPr>
          <w:b/>
        </w:rPr>
        <w:t xml:space="preserve">[27:49] </w:t>
      </w:r>
      <w:r>
        <w:t>yeh bohat ajeeb taleem hai islam ki ke haq ke maamle mein, yani matlab nazariye ke maamle mein,</w:t>
      </w:r>
    </w:p>
    <w:p>
      <w:pPr>
        <w:jc w:val="right"/>
      </w:pPr>
      <w:r>
        <w:t>یہ بہت عجیب تعلیم ہے اسلام کی کہ حق کے معاملے میں، یعنی مطلب نظریے کے معاملے میں،</w:t>
      </w:r>
    </w:p>
    <w:p>
      <w:r>
        <w:rPr>
          <w:b/>
        </w:rPr>
        <w:t xml:space="preserve">[27:57] </w:t>
      </w:r>
      <w:r>
        <w:t>nazariya aur ideology ke maamle mein miyar pasand aur amal ke maamle mein sabr pasand hai.</w:t>
      </w:r>
    </w:p>
    <w:p>
      <w:pPr>
        <w:jc w:val="right"/>
      </w:pPr>
      <w:r>
        <w:t>نظریہ اور ائیڈیالوجی کے معاملے میں معیار پسند اور عمل کے معاملے میں صبر پسند ہے۔</w:t>
      </w:r>
    </w:p>
    <w:p>
      <w:r>
        <w:rPr>
          <w:b/>
        </w:rPr>
        <w:t xml:space="preserve">[28:03] </w:t>
      </w:r>
      <w:r>
        <w:t>kyun ke aap dekhiye, aap ek society mein rehna padta hai.</w:t>
      </w:r>
    </w:p>
    <w:p>
      <w:pPr>
        <w:jc w:val="right"/>
      </w:pPr>
      <w:r>
        <w:t>کیونکہ آپ دیکھیے، آپ ایک سوسائٹی میں رہنا پڑتا ہے۔</w:t>
      </w:r>
    </w:p>
    <w:p>
      <w:r>
        <w:rPr>
          <w:b/>
        </w:rPr>
        <w:t xml:space="preserve">[28:08] </w:t>
      </w:r>
      <w:r>
        <w:t>aap ko society mein har qism ke log hain, sab ko freedom of choice mila hua hai.</w:t>
      </w:r>
    </w:p>
    <w:p>
      <w:pPr>
        <w:jc w:val="right"/>
      </w:pPr>
      <w:r>
        <w:t>آپ کو سوسائٹی میں ہر قسم کے لوگ ہیں، سب کو فریڈم آف چوائس ملا ہوا ہے۔</w:t>
      </w:r>
    </w:p>
    <w:p>
      <w:r>
        <w:rPr>
          <w:b/>
        </w:rPr>
        <w:t xml:space="preserve">[28:15] </w:t>
      </w:r>
      <w:r>
        <w:t>to aap log aap ki rai ke paband nahi hain, woh misuse karenge apni azadi ka.</w:t>
      </w:r>
    </w:p>
    <w:p>
      <w:pPr>
        <w:jc w:val="right"/>
      </w:pPr>
      <w:r>
        <w:t>تو آپ لوگ آپ کی رائے کے پابند نہیں ہیں، وہ مس یوز کریں گے اپنی آزادی کا۔</w:t>
      </w:r>
    </w:p>
    <w:p>
      <w:r>
        <w:rPr>
          <w:b/>
        </w:rPr>
        <w:t xml:space="preserve">[28:23] </w:t>
      </w:r>
      <w:r>
        <w:t>it is misuse of freedom that creates all those problems.</w:t>
      </w:r>
    </w:p>
    <w:p>
      <w:pPr>
        <w:jc w:val="right"/>
      </w:pPr>
      <w:r>
        <w:t>اٹ از مس یوز آف فریڈم دیٹ کریٹس آل دوست پرابلمز۔</w:t>
      </w:r>
    </w:p>
    <w:p>
      <w:r>
        <w:rPr>
          <w:b/>
        </w:rPr>
        <w:t xml:space="preserve">[28:27] </w:t>
      </w:r>
      <w:r>
        <w:t>کرائم کیا ہے؟ وہ ہے misuse of, misuse of freedom کا رزلٹ جو ہے، اسی کا</w:t>
      </w:r>
    </w:p>
    <w:p>
      <w:pPr>
        <w:jc w:val="right"/>
      </w:pPr>
      <w:r>
        <w:t>کرائم کیا ہے؟ وہ ہے مس یوز آف، مس یوز آف فریڈم کا رزلٹ جو ہے، اسی کا</w:t>
      </w:r>
    </w:p>
    <w:p>
      <w:r>
        <w:rPr>
          <w:b/>
        </w:rPr>
        <w:t xml:space="preserve">[28:35] </w:t>
      </w:r>
      <w:r>
        <w:t>naam hai crime.</w:t>
      </w:r>
    </w:p>
    <w:p>
      <w:pPr>
        <w:jc w:val="right"/>
      </w:pPr>
      <w:r>
        <w:t>نام ہے کرائم۔</w:t>
      </w:r>
    </w:p>
    <w:p>
      <w:r>
        <w:rPr>
          <w:b/>
        </w:rPr>
        <w:t xml:space="preserve">[28:37] </w:t>
      </w:r>
      <w:r>
        <w:t>injustice kya hai? crime, injustice, corruption, jo bhi cheezon ko aap evil samajhte hain.</w:t>
      </w:r>
    </w:p>
    <w:p>
      <w:pPr>
        <w:jc w:val="right"/>
      </w:pPr>
      <w:r>
        <w:t>انجسٹس کیا ہے؟ کرائم، انجسٹس، کرپشن، جو بھی چیزوں کو آپ ایول سمجھتے ہیں۔</w:t>
      </w:r>
    </w:p>
    <w:p>
      <w:r>
        <w:rPr>
          <w:b/>
        </w:rPr>
        <w:t xml:space="preserve">[28:43] </w:t>
      </w:r>
      <w:r>
        <w:t>all kind of social evils, all kinds of social evils are not but result of misuse of</w:t>
      </w:r>
    </w:p>
    <w:p>
      <w:pPr>
        <w:jc w:val="right"/>
      </w:pPr>
      <w:r>
        <w:t>ال کائنڈ آف سوشل ایولز، ال کائنڈز آف سوشل ایولز آر ناٹ بٹ رزلٹ آف مس یوز آف</w:t>
      </w:r>
    </w:p>
    <w:p>
      <w:r>
        <w:rPr>
          <w:b/>
        </w:rPr>
        <w:t xml:space="preserve">[28:50] </w:t>
      </w:r>
      <w:r>
        <w:t>freedom.</w:t>
      </w:r>
    </w:p>
    <w:p>
      <w:pPr>
        <w:jc w:val="right"/>
      </w:pPr>
      <w:r>
        <w:t>فریڈم۔</w:t>
      </w:r>
    </w:p>
    <w:p>
      <w:r>
        <w:rPr>
          <w:b/>
        </w:rPr>
        <w:t xml:space="preserve">[28:52] </w:t>
      </w:r>
      <w:r>
        <w:t>to is ka matlab yeh hai ke yahan quran farq kar raha hai individual mein aur society mein.</w:t>
      </w:r>
    </w:p>
    <w:p>
      <w:pPr>
        <w:jc w:val="right"/>
      </w:pPr>
      <w:r>
        <w:t>تو اس کا معنی یہ ہے کہ یہاں قرآن فرق کر رہا ہے انڈیویجول میں اور سوسائٹی میں۔</w:t>
      </w:r>
    </w:p>
    <w:p>
      <w:r>
        <w:rPr>
          <w:b/>
        </w:rPr>
        <w:t xml:space="preserve">[29:00] </w:t>
      </w:r>
      <w:r>
        <w:t>as an individual, you have to be idealist, perfectionist.</w:t>
      </w:r>
    </w:p>
    <w:p>
      <w:pPr>
        <w:jc w:val="right"/>
      </w:pPr>
      <w:r>
        <w:t>ایز این انڈیویجول، یو ہیو ٹو بی آئیڈیلسٹ، پرفیکشنسٹ۔</w:t>
      </w:r>
    </w:p>
    <w:p>
      <w:r>
        <w:rPr>
          <w:b/>
        </w:rPr>
        <w:t xml:space="preserve">[29:03] </w:t>
      </w:r>
      <w:r>
        <w:t>kyun ke aap ki apni zaat aap ke qabze mein hai.</w:t>
      </w:r>
    </w:p>
    <w:p>
      <w:pPr>
        <w:jc w:val="right"/>
      </w:pPr>
      <w:r>
        <w:t>کیونکہ آپ کی اپنی ذات آپ کے قبضے میں ہے۔</w:t>
      </w:r>
    </w:p>
    <w:p>
      <w:r>
        <w:rPr>
          <w:b/>
        </w:rPr>
        <w:t xml:space="preserve">[29:08] </w:t>
      </w:r>
      <w:r>
        <w:t>aap jis tarah chahe sochein, jis tarah chahe apne, apne mind mein thinking process jari karein.</w:t>
      </w:r>
    </w:p>
    <w:p>
      <w:pPr>
        <w:jc w:val="right"/>
      </w:pPr>
      <w:r>
        <w:t>آپ جس طرح چاہے سوچیں، جس طرح چاہے اپنے، اپنے مائنڈ میں تھنکنگ پراسیس جاری کریں۔</w:t>
      </w:r>
    </w:p>
    <w:p>
      <w:r>
        <w:rPr>
          <w:b/>
        </w:rPr>
        <w:t xml:space="preserve">[29:15] </w:t>
      </w:r>
      <w:r>
        <w:t>is mein to koi pabandi nahi hai.</w:t>
      </w:r>
    </w:p>
    <w:p>
      <w:pPr>
        <w:jc w:val="right"/>
      </w:pPr>
      <w:r>
        <w:t>اس میں تو کوئی پابندی نہیں ہے۔</w:t>
      </w:r>
    </w:p>
    <w:p>
      <w:r>
        <w:rPr>
          <w:b/>
        </w:rPr>
        <w:t xml:space="preserve">[29:18] </w:t>
      </w:r>
      <w:r>
        <w:t>to aap ko chahiye ke apne, apne mind ki satah par, apni soch ki satah par, aakhri had</w:t>
      </w:r>
    </w:p>
    <w:p>
      <w:pPr>
        <w:jc w:val="right"/>
      </w:pPr>
      <w:r>
        <w:t>تو آپ کو چاہیے کہ اپنے، اپنے مائنڈ کی سطح پر، اپنی سوچ کی سطح پر، آخری حد</w:t>
      </w:r>
    </w:p>
    <w:p>
      <w:r>
        <w:rPr>
          <w:b/>
        </w:rPr>
        <w:t xml:space="preserve">[29:25] </w:t>
      </w:r>
      <w:r>
        <w:t>tak miyar pasand banen.</w:t>
      </w:r>
    </w:p>
    <w:p>
      <w:pPr>
        <w:jc w:val="right"/>
      </w:pPr>
      <w:r>
        <w:t>تک معیار پسند بنیں۔</w:t>
      </w:r>
    </w:p>
    <w:p>
      <w:r>
        <w:rPr>
          <w:b/>
        </w:rPr>
        <w:t xml:space="preserve">[29:27] </w:t>
      </w:r>
      <w:r>
        <w:t>aaj aakhri had tak idealist banen, aaj aakhri had tak perfectionist banen.</w:t>
      </w:r>
    </w:p>
    <w:p>
      <w:pPr>
        <w:jc w:val="right"/>
      </w:pPr>
      <w:r>
        <w:t>آج آخری حد تک آئیڈیلسٹ بنیں، آج آخری حد تک پرفیکشنسٹ بنیں۔</w:t>
      </w:r>
    </w:p>
    <w:p>
      <w:r>
        <w:rPr>
          <w:b/>
        </w:rPr>
        <w:t xml:space="preserve">[29:32] </w:t>
      </w:r>
      <w:r>
        <w:t>lekin jab aap society mein dakhil honge to aap payenge ke wahan par log tarah tarah</w:t>
      </w:r>
    </w:p>
    <w:p>
      <w:pPr>
        <w:jc w:val="right"/>
      </w:pPr>
      <w:r>
        <w:t>لیکن جب آپ سوسائٹی میں داخل ہوں گے تو آپ پائیں گے کہ وہاں پر لوگ طرح طرح</w:t>
      </w:r>
    </w:p>
    <w:p>
      <w:r>
        <w:rPr>
          <w:b/>
        </w:rPr>
        <w:t xml:space="preserve">[29:40] </w:t>
      </w:r>
      <w:r>
        <w:t>ke log hain.</w:t>
      </w:r>
    </w:p>
    <w:p>
      <w:pPr>
        <w:jc w:val="right"/>
      </w:pPr>
      <w:r>
        <w:t>کے لوگ ہیں۔</w:t>
      </w:r>
    </w:p>
    <w:p>
      <w:r>
        <w:rPr>
          <w:b/>
        </w:rPr>
        <w:t xml:space="preserve">[29:41] </w:t>
      </w:r>
      <w:r>
        <w:t>wahan corruption bhi hai, wahan fasad bhi hai, wahan hate bhi hai, wahan injustice bhi hai.</w:t>
      </w:r>
    </w:p>
    <w:p>
      <w:pPr>
        <w:jc w:val="right"/>
      </w:pPr>
      <w:r>
        <w:t>وہاں کرپشن بھی ہے، وہاں فساد بھی ہے، وہاں ہیٹ بھی ہے، وہاں انجسٹس بھی ہے۔</w:t>
      </w:r>
    </w:p>
    <w:p>
      <w:r>
        <w:rPr>
          <w:b/>
        </w:rPr>
        <w:t xml:space="preserve">[29:48] </w:t>
      </w:r>
      <w:r>
        <w:t>to aap kya karna hai? agar aap jhanda uthayen aur apni zimmedari yeh len ke aap ko</w:t>
      </w:r>
    </w:p>
    <w:p>
      <w:pPr>
        <w:jc w:val="right"/>
      </w:pPr>
      <w:r>
        <w:t>تو آپ کیا کرنا ہے؟ اگر آپ جھنڈا اٹھائیں اور اپنی ذمہ داری یہ لیں کہ آپ کو</w:t>
      </w:r>
    </w:p>
    <w:p>
      <w:r>
        <w:rPr>
          <w:b/>
        </w:rPr>
        <w:t xml:space="preserve">[29:56] </w:t>
      </w:r>
      <w:r>
        <w:t>lad lad ke sab ko justice banana hai, to kya hoga? fasad hoga, anarchy aayegi, ladai hogi.</w:t>
      </w:r>
    </w:p>
    <w:p>
      <w:pPr>
        <w:jc w:val="right"/>
      </w:pPr>
      <w:r>
        <w:t>لڑ لڑ کے سب کو جسٹس بنانا ہے، تو کیا ہوگا؟ فساد ہوگا، انارکی آئے گی، لڑائی ہوگی۔</w:t>
      </w:r>
    </w:p>
    <w:p>
      <w:r>
        <w:rPr>
          <w:b/>
        </w:rPr>
        <w:t xml:space="preserve">[30:04] </w:t>
      </w:r>
      <w:r>
        <w:t>to woh Islam ka tareeqa nahi hai.</w:t>
      </w:r>
    </w:p>
    <w:p>
      <w:pPr>
        <w:jc w:val="right"/>
      </w:pPr>
      <w:r>
        <w:t>تو وہ اسلام کا طریقہ نہیں ہے۔</w:t>
      </w:r>
    </w:p>
    <w:p>
      <w:r>
        <w:rPr>
          <w:b/>
        </w:rPr>
        <w:t xml:space="preserve">[30:07] </w:t>
      </w:r>
      <w:r>
        <w:t>Islam ka tareeqa yeh hai ke aap logon se peaceful tareeqe se persuade kijiye.</w:t>
      </w:r>
    </w:p>
    <w:p>
      <w:pPr>
        <w:jc w:val="right"/>
      </w:pPr>
      <w:r>
        <w:t>اسلام کا طریقہ یہ ہے کہ آپ لوگوں سے پیس فل طریقے سے پرسویٹ کیجئے۔</w:t>
      </w:r>
    </w:p>
    <w:p>
      <w:r>
        <w:rPr>
          <w:b/>
        </w:rPr>
        <w:t xml:space="preserve">[30:13] </w:t>
      </w:r>
      <w:r>
        <w:t>Islam ka tareeqa yeh hai ke agar aap dekhen ke society mein evil hai to aap ko kya</w:t>
      </w:r>
    </w:p>
    <w:p>
      <w:pPr>
        <w:jc w:val="right"/>
      </w:pPr>
      <w:r>
        <w:t>اسلام کا طریقہ یہ ہے کہ اگر آپ دیکھیں کہ سوسائٹی میں ایول ہے تو آپ کو کیا</w:t>
      </w:r>
    </w:p>
    <w:p>
      <w:r>
        <w:rPr>
          <w:b/>
        </w:rPr>
        <w:t xml:space="preserve">[30:21] </w:t>
      </w:r>
      <w:r>
        <w:t>karna hai? aakhri had tak peaceful reh kar ke, aakhri had tak peaceful reh kar ke,</w:t>
      </w:r>
    </w:p>
    <w:p>
      <w:pPr>
        <w:jc w:val="right"/>
      </w:pPr>
      <w:r>
        <w:t>کرنا ہے؟ آخری حد تک پیس فل رہ کر کے، آخری حد تک پیس فل رہ کر کے،</w:t>
      </w:r>
    </w:p>
    <w:p>
      <w:r>
        <w:rPr>
          <w:b/>
        </w:rPr>
        <w:t xml:space="preserve">[30:28] </w:t>
      </w:r>
      <w:r>
        <w:t>aur bohat hi khair khwahi ke sath, narmi ke sath logon ko persuade kijiye.</w:t>
      </w:r>
    </w:p>
    <w:p>
      <w:pPr>
        <w:jc w:val="right"/>
      </w:pPr>
      <w:r>
        <w:t>اور بہت ہی خیر خواہی کے ساتھ، نرمی کے ساتھ لوگوں کو پرسویٹ کیجئے۔</w:t>
      </w:r>
    </w:p>
    <w:p>
      <w:r>
        <w:rPr>
          <w:b/>
        </w:rPr>
        <w:t xml:space="preserve">[30:34] </w:t>
      </w:r>
      <w:r>
        <w:t>logon se kahiye, suniye, logon ko samjhaiye, bujhaiye.</w:t>
      </w:r>
    </w:p>
    <w:p>
      <w:pPr>
        <w:jc w:val="right"/>
      </w:pPr>
      <w:r>
        <w:t>لوگوں سے کہیے، سنیے، لوگوں کو سمجھائیے، بجھائیے۔</w:t>
      </w:r>
    </w:p>
    <w:p>
      <w:r>
        <w:rPr>
          <w:b/>
        </w:rPr>
        <w:t xml:space="preserve">[30:38] </w:t>
      </w:r>
      <w:r>
        <w:t>aur agar log nahi mante aap ki baat to phir aap ke liye kya option hai? sabr, patience.</w:t>
      </w:r>
    </w:p>
    <w:p>
      <w:pPr>
        <w:jc w:val="right"/>
      </w:pPr>
      <w:r>
        <w:t>اور اگر لوگ نہیں مانتے آپ کی بات تو پھر آپ کے لیے کیا آپشن ہے؟ صبر، پیشنس۔</w:t>
      </w:r>
    </w:p>
    <w:p>
      <w:r>
        <w:rPr>
          <w:b/>
        </w:rPr>
        <w:t xml:space="preserve">[30:46] </w:t>
      </w:r>
      <w:r>
        <w:t>ladai nahi hai.</w:t>
      </w:r>
    </w:p>
    <w:p>
      <w:pPr>
        <w:jc w:val="right"/>
      </w:pPr>
      <w:r>
        <w:t>لڑائی نہیں ہے۔</w:t>
      </w:r>
    </w:p>
    <w:p>
      <w:r>
        <w:rPr>
          <w:b/>
        </w:rPr>
        <w:t xml:space="preserve">[30:47] </w:t>
      </w:r>
      <w:r>
        <w:t>agar ladai hoti hai to ayat is tarah hoti hai ke watawasu bilhaqq watawasu biljihad woh to hai</w:t>
      </w:r>
    </w:p>
    <w:p>
      <w:pPr>
        <w:jc w:val="right"/>
      </w:pPr>
      <w:r>
        <w:t>اگر لڑائی ہوتی ہے تو آیت اس طرح ہوتی ہے کہ وتواسوا بالحق وتواسوا بالجہاد وہ تو ہے</w:t>
      </w:r>
    </w:p>
    <w:p>
      <w:r>
        <w:rPr>
          <w:b/>
        </w:rPr>
        <w:t xml:space="preserve">[30:55] </w:t>
      </w:r>
      <w:r>
        <w:t>hi nahi.</w:t>
      </w:r>
    </w:p>
    <w:p>
      <w:pPr>
        <w:jc w:val="right"/>
      </w:pPr>
      <w:r>
        <w:t>ہی نہیں۔</w:t>
      </w:r>
    </w:p>
    <w:p>
      <w:r>
        <w:rPr>
          <w:b/>
        </w:rPr>
        <w:t xml:space="preserve">[30:56] </w:t>
      </w:r>
      <w:r>
        <w:t>ek baat bohat zyada aham hai, yaad rakhen ke woh yeh ke Islam mein hargiz hargiz jihad baraye</w:t>
      </w:r>
    </w:p>
    <w:p>
      <w:pPr>
        <w:jc w:val="right"/>
      </w:pPr>
      <w:r>
        <w:t>ایک بات بہت زیادہ اہم ہے، یاد رکھیں کہ وہ یہ کہ اسلام میں ہرگز ہرگز جہاد برائے</w:t>
      </w:r>
    </w:p>
    <w:p>
      <w:r>
        <w:rPr>
          <w:b/>
        </w:rPr>
        <w:t xml:space="preserve">[31:04] </w:t>
      </w:r>
      <w:r>
        <w:t>iqamat-e-nizam nahi hai.</w:t>
      </w:r>
    </w:p>
    <w:p>
      <w:pPr>
        <w:jc w:val="right"/>
      </w:pPr>
      <w:r>
        <w:t>اقامت نظام نہیں ہے۔</w:t>
      </w:r>
    </w:p>
    <w:p>
      <w:r>
        <w:rPr>
          <w:b/>
        </w:rPr>
        <w:t xml:space="preserve">[31:06] </w:t>
      </w:r>
      <w:r>
        <w:t>jo aisa kahe, woh baseless baat kehta hai.</w:t>
      </w:r>
    </w:p>
    <w:p>
      <w:pPr>
        <w:jc w:val="right"/>
      </w:pPr>
      <w:r>
        <w:t>جو ایسا کہے، وہ بیسلیس بات کہتا ہے۔</w:t>
      </w:r>
    </w:p>
    <w:p>
      <w:r>
        <w:rPr>
          <w:b/>
        </w:rPr>
        <w:t xml:space="preserve">[31:09] </w:t>
      </w:r>
      <w:r>
        <w:t>jihad Islam mein sirf for the sake of defense hai.</w:t>
      </w:r>
    </w:p>
    <w:p>
      <w:pPr>
        <w:jc w:val="right"/>
      </w:pPr>
      <w:r>
        <w:t>جہاد اسلام میں صرف فار دا سیک آف ڈیفنس ہے۔</w:t>
      </w:r>
    </w:p>
    <w:p>
      <w:r>
        <w:rPr>
          <w:b/>
        </w:rPr>
        <w:t xml:space="preserve">[31:13] </w:t>
      </w:r>
      <w:r>
        <w:t>yani is ko achi tarah samajh lijiye ke jihad Islam mein for the sake of defense hai.</w:t>
      </w:r>
    </w:p>
    <w:p>
      <w:pPr>
        <w:jc w:val="right"/>
      </w:pPr>
      <w:r>
        <w:t>یعنی اس کو اچھی طرح سمجھ لیجئے کہ جہاد اسلام میں فار دا سیک آف ڈیفنس ہے۔</w:t>
      </w:r>
    </w:p>
    <w:p>
      <w:r>
        <w:rPr>
          <w:b/>
        </w:rPr>
        <w:t xml:space="preserve">[31:21] </w:t>
      </w:r>
      <w:r>
        <w:t>jihad Islam mein for the sake of eradication of evil nahi hai.</w:t>
      </w:r>
    </w:p>
    <w:p>
      <w:pPr>
        <w:jc w:val="right"/>
      </w:pPr>
      <w:r>
        <w:t>جہاد اسلام میں فار دا سیک آف ایریگیشن آف ایول نہیں ہے۔</w:t>
      </w:r>
    </w:p>
    <w:p>
      <w:r>
        <w:rPr>
          <w:b/>
        </w:rPr>
        <w:t xml:space="preserve">[31:26] </w:t>
      </w:r>
      <w:r>
        <w:t>jaisa ke logon ne samajh rakha hai, evil ka koi eradicate karna yeh aap ke bas mein nahin</w:t>
      </w:r>
    </w:p>
    <w:p>
      <w:pPr>
        <w:jc w:val="right"/>
      </w:pPr>
      <w:r>
        <w:t>جیسا کہ لوگوں نے سمجھ رکھا ہے، ایول کا کوئی ایریگیٹ کرنا یہ آپ کے بس میں نہیں</w:t>
      </w:r>
    </w:p>
    <w:p>
      <w:r>
        <w:rPr>
          <w:b/>
        </w:rPr>
        <w:t xml:space="preserve">[31:34]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[31:35] </w:t>
      </w:r>
      <w:r>
        <w:t>namumkin baat hai.</w:t>
      </w:r>
    </w:p>
    <w:p>
      <w:pPr>
        <w:jc w:val="right"/>
      </w:pPr>
      <w:r>
        <w:t>ناممکن بات ہے۔</w:t>
      </w:r>
    </w:p>
    <w:p>
      <w:r>
        <w:rPr>
          <w:b/>
        </w:rPr>
        <w:t xml:space="preserve">[31:37] </w:t>
      </w:r>
      <w:r>
        <w:t>to namumkin, namumkin ka target Islam nahin nahin de sakta tha aap ko.</w:t>
      </w:r>
    </w:p>
    <w:p>
      <w:pPr>
        <w:jc w:val="right"/>
      </w:pPr>
      <w:r>
        <w:t>تو ناممکن، ناممکن کا ٹارگٹ اسلام نہیں نہیں دے سکتا تھا آپ کو۔</w:t>
      </w:r>
    </w:p>
    <w:p>
      <w:r>
        <w:rPr>
          <w:b/>
        </w:rPr>
        <w:t xml:space="preserve">[31:42] </w:t>
      </w:r>
      <w:r>
        <w:t>تو بات کیا ہوئی؟ بات یہ ہوئی کہ آپ سچائی کو discover کریں، اپنی زندگی میں سچائی کو</w:t>
      </w:r>
    </w:p>
    <w:p>
      <w:pPr>
        <w:jc w:val="right"/>
      </w:pPr>
      <w:r>
        <w:t>تو بات کیا ہوئی؟ بات یہ ہوئی کہ آپ سچائی کو ڈسکور کریں، اپنی زندگی میں سچائی کو</w:t>
      </w:r>
    </w:p>
    <w:p>
      <w:r>
        <w:rPr>
          <w:b/>
        </w:rPr>
        <w:t xml:space="preserve">[31:50] </w:t>
      </w:r>
      <w:r>
        <w:t>ikhtiyar karen, apni soch, apne bol baat, apni dealing, apne behavior mein aap apni discovery ke mutabiq sachai</w:t>
      </w:r>
    </w:p>
    <w:p>
      <w:pPr>
        <w:jc w:val="right"/>
      </w:pPr>
      <w:r>
        <w:t>اختیار کریں، اپنی سوچ، اپنے بول بات، اپنی ڈیلنگ، اپنے بیہیویئر میں آپ اپنی ڈسکوری کے مطابق سچائی</w:t>
      </w:r>
    </w:p>
    <w:p>
      <w:r>
        <w:rPr>
          <w:b/>
        </w:rPr>
        <w:t xml:space="preserve">[31:58] </w:t>
      </w:r>
      <w:r>
        <w:t>par qaim ho jayen.</w:t>
      </w:r>
    </w:p>
    <w:p>
      <w:pPr>
        <w:jc w:val="right"/>
      </w:pPr>
      <w:r>
        <w:t>پر قائم ہو جائیں۔</w:t>
      </w:r>
    </w:p>
    <w:p>
      <w:r>
        <w:rPr>
          <w:b/>
        </w:rPr>
        <w:t xml:space="preserve">[31:59] </w:t>
      </w:r>
      <w:r>
        <w:t>lekin jo muamla jahan tak society ka hai, doosre logon ka hai, wahan par aap ke liye sirf</w:t>
      </w:r>
    </w:p>
    <w:p>
      <w:pPr>
        <w:jc w:val="right"/>
      </w:pPr>
      <w:r>
        <w:t>لیکن جو معاملہ جہاں تک سوسائٹی کا ہے، دوسرے لوگوں کا ہے، وہاں پر آپ کے لیے صرف</w:t>
      </w:r>
    </w:p>
    <w:p>
      <w:r>
        <w:rPr>
          <w:b/>
        </w:rPr>
        <w:t xml:space="preserve">[32:07] </w:t>
      </w:r>
      <w:r>
        <w:t>yeh hai option ke aap un ko persuade karne ki koshish karen.</w:t>
      </w:r>
    </w:p>
    <w:p>
      <w:pPr>
        <w:jc w:val="right"/>
      </w:pPr>
      <w:r>
        <w:t>یہ ہے آپشن کہ آپ ان کو پرسویٹ کرنے کی کوشش کریں۔</w:t>
      </w:r>
    </w:p>
    <w:p>
      <w:r>
        <w:rPr>
          <w:b/>
        </w:rPr>
        <w:t xml:space="preserve">[32:12] </w:t>
      </w:r>
      <w:r>
        <w:t>bas persuade karne se agar woh baat nahin mante hain to aap ka kya doosra option hai? woh</w:t>
      </w:r>
    </w:p>
    <w:p>
      <w:pPr>
        <w:jc w:val="right"/>
      </w:pPr>
      <w:r>
        <w:t>بس پرسویٹ کرنے سے اگر وہ بات نہیں مانتے ہیں تو آپ کا کیا دوسرا آپشن ہے؟ وہ</w:t>
      </w:r>
    </w:p>
    <w:p>
      <w:r>
        <w:rPr>
          <w:b/>
        </w:rPr>
        <w:t xml:space="preserve">[32:20] </w:t>
      </w:r>
      <w:r>
        <w:t>hai patience, yani sabr.</w:t>
      </w:r>
    </w:p>
    <w:p>
      <w:pPr>
        <w:jc w:val="right"/>
      </w:pPr>
      <w:r>
        <w:t>ہے پیشنس، یعنی صبر۔</w:t>
      </w:r>
    </w:p>
    <w:p>
      <w:r>
        <w:rPr>
          <w:b/>
        </w:rPr>
        <w:t xml:space="preserve">[32:22] </w:t>
      </w:r>
      <w:r>
        <w:t>patience bhi dekhiye, koi koi passive ya negative baat nahin hai.</w:t>
      </w:r>
    </w:p>
    <w:p>
      <w:pPr>
        <w:jc w:val="right"/>
      </w:pPr>
      <w:r>
        <w:t>پیشنس بھی دیکھیے، کوئی کوئی پیسو یا نیگیٹیو بات نہیں ہے۔</w:t>
      </w:r>
    </w:p>
    <w:p>
      <w:r>
        <w:rPr>
          <w:b/>
        </w:rPr>
        <w:t xml:space="preserve">[32:26] </w:t>
      </w:r>
      <w:r>
        <w:t>patience ka matlab kya hai? patience ka matlab hai ke dawat ko, yani dawat ke baais se hat</w:t>
      </w:r>
    </w:p>
    <w:p>
      <w:pPr>
        <w:jc w:val="right"/>
      </w:pPr>
      <w:r>
        <w:t>پیشنس کا مطلب کیا ہے؟ پیشنس کا مطلب ہے کہ دعوت کو، یعنی دعوت کے باعث سے ہٹ</w:t>
      </w:r>
    </w:p>
    <w:p>
      <w:r>
        <w:rPr>
          <w:b/>
        </w:rPr>
        <w:t xml:space="preserve">[32:34] </w:t>
      </w:r>
      <w:r>
        <w:t>kar ke, un ke liye dua karna, un ke liye khair khwah hona.</w:t>
      </w:r>
    </w:p>
    <w:p>
      <w:pPr>
        <w:jc w:val="right"/>
      </w:pPr>
      <w:r>
        <w:t>کر کے، ان کے لیے دعا کرنا، ان کے لیے خیر خواہ ہونا۔</w:t>
      </w:r>
    </w:p>
    <w:p>
      <w:r>
        <w:rPr>
          <w:b/>
        </w:rPr>
        <w:t xml:space="preserve">[32:40] </w:t>
      </w:r>
      <w:r>
        <w:t>yani agar aap sachay daai hain to aap yeh nahin kar sakte ke agar log nahin mante aap</w:t>
      </w:r>
    </w:p>
    <w:p>
      <w:pPr>
        <w:jc w:val="right"/>
      </w:pPr>
      <w:r>
        <w:t>یعنی اگر آپ سچے داعی ہیں تو آپ یہ نہیں کر سکتے کہ اگر لوگ نہیں مانتے آپ</w:t>
      </w:r>
    </w:p>
    <w:p>
      <w:r>
        <w:rPr>
          <w:b/>
        </w:rPr>
        <w:t xml:space="preserve">[32:47] </w:t>
      </w:r>
      <w:r>
        <w:t>کی بات تو بس indifferent ہو جائیں۔</w:t>
      </w:r>
    </w:p>
    <w:p>
      <w:pPr>
        <w:jc w:val="right"/>
      </w:pPr>
      <w:r>
        <w:t>کی بات تو بس انڈیفرنٹ ہو جائیں۔</w:t>
      </w:r>
    </w:p>
    <w:p>
      <w:r>
        <w:rPr>
          <w:b/>
        </w:rPr>
        <w:t xml:space="preserve">[32:50] </w:t>
      </w:r>
      <w:r>
        <w:t>dekhiye, patience ka matlab indifferent hona nahin hai.</w:t>
      </w:r>
    </w:p>
    <w:p>
      <w:pPr>
        <w:jc w:val="right"/>
      </w:pPr>
      <w:r>
        <w:t>دیکھیے، پیشنس کا مطلب انڈیفرنٹ ہونا نہیں ہے۔</w:t>
      </w:r>
    </w:p>
    <w:p>
      <w:r>
        <w:rPr>
          <w:b/>
        </w:rPr>
        <w:t xml:space="preserve">[32:54] </w:t>
      </w:r>
      <w:r>
        <w:t>patience ka matlab yeh hai ke jab dawat se kaam nahin chala to aap dua ke dua ke</w:t>
      </w:r>
    </w:p>
    <w:p>
      <w:pPr>
        <w:jc w:val="right"/>
      </w:pPr>
      <w:r>
        <w:t>پیشنس کا مطلب یہ ہے کہ جب دعوت سے کام نہیں چلا تو آپ دعا کے دعا کے</w:t>
      </w:r>
    </w:p>
    <w:p>
      <w:r>
        <w:rPr>
          <w:b/>
        </w:rPr>
        <w:t xml:space="preserve">[33:01] </w:t>
      </w:r>
      <w:r>
        <w:t>maidan mein aa gaye.</w:t>
      </w:r>
    </w:p>
    <w:p>
      <w:pPr>
        <w:jc w:val="right"/>
      </w:pPr>
      <w:r>
        <w:t>میدان میں آ گئے۔</w:t>
      </w:r>
    </w:p>
    <w:p>
      <w:r>
        <w:rPr>
          <w:b/>
        </w:rPr>
        <w:t xml:space="preserve">[33:03] </w:t>
      </w:r>
      <w:r>
        <w:t>کیونکہ، کیونکہ دیکھیے، دعوت out of خیر خواہی تھی، out of، out of well-wishing تھی۔</w:t>
      </w:r>
    </w:p>
    <w:p>
      <w:pPr>
        <w:jc w:val="right"/>
      </w:pPr>
      <w:r>
        <w:t>کیونکہ، کیونکہ دیکھیے، دعوت آؤٹ آف خیر خواہی تھی، آؤٹ آف، آؤٹ آف ویل وشنگ تھی۔</w:t>
      </w:r>
    </w:p>
    <w:p>
      <w:r>
        <w:rPr>
          <w:b/>
        </w:rPr>
        <w:t xml:space="preserve">[33:10] </w:t>
      </w:r>
      <w:r>
        <w:t>to kya koi well wisher aisa kar sakta hai? koi maa aisa kar sakti hai ke is ka</w:t>
      </w:r>
    </w:p>
    <w:p>
      <w:pPr>
        <w:jc w:val="right"/>
      </w:pPr>
      <w:r>
        <w:t>تو کیا کوئی ویل وشر ایسا کر سکتا ہے؟ کوئی ماں ایسا کر سکتی ہے کہ اس کا</w:t>
      </w:r>
    </w:p>
    <w:p>
      <w:r>
        <w:rPr>
          <w:b/>
        </w:rPr>
        <w:t xml:space="preserve">[33:18] </w:t>
      </w:r>
      <w:r>
        <w:t>بچہ اس کے کہنے سننے سے نہ مانے تو بس indifferent ہو جائے؟ وہ کیا کسی ایسی ماں</w:t>
      </w:r>
    </w:p>
    <w:p>
      <w:pPr>
        <w:jc w:val="right"/>
      </w:pPr>
      <w:r>
        <w:t>بچہ اس کے کہنے سننے سے نہ مانے تو بس انڈیفرنٹ ہو جائے؟ وہ کیا کسی ایسی ماں</w:t>
      </w:r>
    </w:p>
    <w:p>
      <w:r>
        <w:rPr>
          <w:b/>
        </w:rPr>
        <w:t xml:space="preserve">[33:25] </w:t>
      </w:r>
      <w:r>
        <w:t>ko jantay hain aap ke maa ne apne bachay ko samjhaya, bujhaya, bachay nahin mana to us ke</w:t>
      </w:r>
    </w:p>
    <w:p>
      <w:pPr>
        <w:jc w:val="right"/>
      </w:pPr>
      <w:r>
        <w:t>کو جانتے ہیں آپ کہ ماں نے اپنے بچے کو سمجھایا، بجھایا، بچہ نہیں مانا تو اس کے</w:t>
      </w:r>
    </w:p>
    <w:p>
      <w:r>
        <w:rPr>
          <w:b/>
        </w:rPr>
        <w:t xml:space="preserve">[33:33] </w:t>
      </w:r>
      <w:r>
        <w:t>baad maa indifferent ho gayi? yeh namumkin hai.</w:t>
      </w:r>
    </w:p>
    <w:p>
      <w:pPr>
        <w:jc w:val="right"/>
      </w:pPr>
      <w:r>
        <w:t>بعد ماں انڈیفرنٹ ہو گئی؟ یہ ناممکن ہے۔</w:t>
      </w:r>
    </w:p>
    <w:p>
      <w:r>
        <w:rPr>
          <w:b/>
        </w:rPr>
        <w:t xml:space="preserve">[33:37] </w:t>
      </w:r>
      <w:r>
        <w:t>woh aur aur tadbeer soche gi, ab kya karna hai? ab kya karna hai? ab kya karna hai?</w:t>
      </w:r>
    </w:p>
    <w:p>
      <w:pPr>
        <w:jc w:val="right"/>
      </w:pPr>
      <w:r>
        <w:t>وہ اور اور تدبیر سوچے گی، اب کیا کرنا ہے؟ اب کیا کرنا ہے؟ اب کیا کرنا ہے؟</w:t>
      </w:r>
    </w:p>
    <w:p>
      <w:r>
        <w:rPr>
          <w:b/>
        </w:rPr>
        <w:t xml:space="preserve">[33:44] </w:t>
      </w:r>
      <w:r>
        <w:t>to daai kabhi bhi indifferent nahin ho sakta hai.</w:t>
      </w:r>
    </w:p>
    <w:p>
      <w:pPr>
        <w:jc w:val="right"/>
      </w:pPr>
      <w:r>
        <w:t>ان تو داعی کبھی بھی انڈیفرنٹ نہیں ہو سکتا ہے۔</w:t>
      </w:r>
    </w:p>
    <w:p>
      <w:r>
        <w:rPr>
          <w:b/>
        </w:rPr>
        <w:t xml:space="preserve">[33:49] </w:t>
      </w:r>
      <w:r>
        <w:t>to patience ka mani indifferent hona nahin hai.</w:t>
      </w:r>
    </w:p>
    <w:p>
      <w:pPr>
        <w:jc w:val="right"/>
      </w:pPr>
      <w:r>
        <w:t>تو پیشنس کا معنی انڈیفرنٹ ہونا نہیں ہے۔</w:t>
      </w:r>
    </w:p>
    <w:p>
      <w:r>
        <w:rPr>
          <w:b/>
        </w:rPr>
        <w:t xml:space="preserve">[33:52] </w:t>
      </w:r>
      <w:r>
        <w:t>patience ka mani yeh hai ke ab tak aap dawat, ab tak aap dawat kar rahay thay,</w:t>
      </w:r>
    </w:p>
    <w:p>
      <w:pPr>
        <w:jc w:val="right"/>
      </w:pPr>
      <w:r>
        <w:t>پیشنس کا معنی یہ ہے کہ اب تک آپ دعا کر، اب تک آپ دعوت کر رہے تھے،</w:t>
      </w:r>
    </w:p>
    <w:p>
      <w:r>
        <w:rPr>
          <w:b/>
        </w:rPr>
        <w:t xml:space="preserve">[34:00] </w:t>
      </w:r>
      <w:r>
        <w:t>ab dua karen.</w:t>
      </w:r>
    </w:p>
    <w:p>
      <w:pPr>
        <w:jc w:val="right"/>
      </w:pPr>
      <w:r>
        <w:t>اب دعا کریں۔</w:t>
      </w:r>
    </w:p>
    <w:p>
      <w:r>
        <w:rPr>
          <w:b/>
        </w:rPr>
        <w:t xml:space="preserve">[34:01] </w:t>
      </w:r>
      <w:r>
        <w:t>ab tak aap dawat kar rahay thay, aap sochen.</w:t>
      </w:r>
    </w:p>
    <w:p>
      <w:pPr>
        <w:jc w:val="right"/>
      </w:pPr>
      <w:r>
        <w:t>اب تک آپ دعوت کر رہے تھے، آپ سوچیں۔</w:t>
      </w:r>
    </w:p>
    <w:p>
      <w:r>
        <w:rPr>
          <w:b/>
        </w:rPr>
        <w:t xml:space="preserve">[34:05] </w:t>
      </w:r>
      <w:r>
        <w:t>ab tak aap dawat kar rahe the, ab aap planning karen.</w:t>
      </w:r>
    </w:p>
    <w:p>
      <w:pPr>
        <w:jc w:val="right"/>
      </w:pPr>
      <w:r>
        <w:t>اب تک آپ دعوت کر رہے تھے، اب آپ پلاننگ کریں۔</w:t>
      </w:r>
    </w:p>
    <w:p>
      <w:r>
        <w:rPr>
          <w:b/>
        </w:rPr>
        <w:t xml:space="preserve">[34:10] </w:t>
      </w:r>
      <w:r>
        <w:t>ab tak aap dawat kar rahe the, ab aap kamre mein baith kar ke sochte hain ke ab</w:t>
      </w:r>
    </w:p>
    <w:p>
      <w:pPr>
        <w:jc w:val="right"/>
      </w:pPr>
      <w:r>
        <w:t>اب تک آپ دعوت کر رہے تھے، اب آپ کمرے میں بیٹھ کر کے سوچتے ہیں کہ اب</w:t>
      </w:r>
    </w:p>
    <w:p>
      <w:r>
        <w:rPr>
          <w:b/>
        </w:rPr>
        <w:t xml:space="preserve">[34:18] </w:t>
      </w:r>
      <w:r>
        <w:t>aur kya karna hai? aur kya karna hai? yani further planning ke bare mein sochne lage aap peace</w:t>
      </w:r>
    </w:p>
    <w:p>
      <w:pPr>
        <w:jc w:val="right"/>
      </w:pPr>
      <w:r>
        <w:t>اور کیا کرنا ہے؟ اور کیا کرنا ہے؟ یعنی فردر پلاننگ کے بارے میں سوچنے لگے آپ پیس</w:t>
      </w:r>
    </w:p>
    <w:p>
      <w:r>
        <w:rPr>
          <w:b/>
        </w:rPr>
        <w:t xml:space="preserve">[34:25] </w:t>
      </w:r>
      <w:r>
        <w:t>full tareeqe se.</w:t>
      </w:r>
    </w:p>
    <w:p>
      <w:pPr>
        <w:jc w:val="right"/>
      </w:pPr>
      <w:r>
        <w:t>فل طریقے سے۔</w:t>
      </w:r>
    </w:p>
    <w:p>
      <w:r>
        <w:rPr>
          <w:b/>
        </w:rPr>
        <w:t xml:space="preserve">[34:27] </w:t>
      </w:r>
      <w:r>
        <w:t>to yaad rakhiye, yeh matlab hargiz nahi hai patience ka ke dawat diya aap ne, logon ne baat</w:t>
      </w:r>
    </w:p>
    <w:p>
      <w:pPr>
        <w:jc w:val="right"/>
      </w:pPr>
      <w:r>
        <w:t>تو یاد رکھیے، یہ مطلب ہرگز نہیں ہے پیشنس کا کہ دعوت دیا آپ نے، لوگوں نے بات</w:t>
      </w:r>
    </w:p>
    <w:p>
      <w:r>
        <w:rPr>
          <w:b/>
        </w:rPr>
        <w:t xml:space="preserve">[34:34] </w:t>
      </w:r>
      <w:r>
        <w:t>nahi mani to bas aap ghusse ho kar chale gaye.</w:t>
      </w:r>
    </w:p>
    <w:p>
      <w:pPr>
        <w:jc w:val="right"/>
      </w:pPr>
      <w:r>
        <w:t>نہیں مانی تو بس آپ غصے ہو کر چلے گئے۔</w:t>
      </w:r>
    </w:p>
    <w:p>
      <w:r>
        <w:rPr>
          <w:b/>
        </w:rPr>
        <w:t xml:space="preserve">[34:39] </w:t>
      </w:r>
      <w:r>
        <w:t>ek bohat hi ajeeb baat quran majeed mein ek misaal hai, bohat hi ajeeb misaal, woh is ko</w:t>
      </w:r>
    </w:p>
    <w:p>
      <w:pPr>
        <w:jc w:val="right"/>
      </w:pPr>
      <w:r>
        <w:t>ایک بہت ہی عجیب بات قرآن مجید میں ایک مثال ہے، بہت ہی عجیب مثال، وہ اس کو</w:t>
      </w:r>
    </w:p>
    <w:p>
      <w:r>
        <w:rPr>
          <w:b/>
        </w:rPr>
        <w:t xml:space="preserve">[34:46] </w:t>
      </w:r>
      <w:r>
        <w:t>wazeh karti hai.</w:t>
      </w:r>
    </w:p>
    <w:p>
      <w:pPr>
        <w:jc w:val="right"/>
      </w:pPr>
      <w:r>
        <w:t>واضح کرتی ہے۔</w:t>
      </w:r>
    </w:p>
    <w:p>
      <w:r>
        <w:rPr>
          <w:b/>
        </w:rPr>
        <w:t xml:space="preserve">[34:48] </w:t>
      </w:r>
      <w:r>
        <w:t>ek paighambar the jinka naam hai yunus, woh aaye the nineveh mein.</w:t>
      </w:r>
    </w:p>
    <w:p>
      <w:pPr>
        <w:jc w:val="right"/>
      </w:pPr>
      <w:r>
        <w:t>ایک پیغمبر تھے جن کا نام ہے یونس، وہ آئے تھے نینوا میں۔</w:t>
      </w:r>
    </w:p>
    <w:p>
      <w:r>
        <w:rPr>
          <w:b/>
        </w:rPr>
        <w:t xml:space="preserve">[34:54] </w:t>
      </w:r>
      <w:r>
        <w:t>to unhon ne ek dawat di, un ki jo qaum thi, us mein unhon ne dawat di.</w:t>
      </w:r>
    </w:p>
    <w:p>
      <w:pPr>
        <w:jc w:val="right"/>
      </w:pPr>
      <w:r>
        <w:t>تو انہوں نے ایک دعوت دی، ان کی جو قوم تھی، اس میں انہوں نے دعوت دی۔</w:t>
      </w:r>
    </w:p>
    <w:p>
      <w:r>
        <w:rPr>
          <w:b/>
        </w:rPr>
        <w:t xml:space="preserve">[35:01] </w:t>
      </w:r>
      <w:r>
        <w:t>qaum ne un ki dawat par positive response nahi diya shuru shuru mein.</w:t>
      </w:r>
    </w:p>
    <w:p>
      <w:pPr>
        <w:jc w:val="right"/>
      </w:pPr>
      <w:r>
        <w:t>قوم نے ان کی دعوت پر پازیٹیو رسپانس نہیں دیا شروع شروع میں۔</w:t>
      </w:r>
    </w:p>
    <w:p>
      <w:r>
        <w:rPr>
          <w:b/>
        </w:rPr>
        <w:t xml:space="preserve">[35:06] </w:t>
      </w:r>
      <w:r>
        <w:t>to kya hua? quran mein hai ke azhab mu'adhaban un ko ghussa aa gaya.</w:t>
      </w:r>
    </w:p>
    <w:p>
      <w:pPr>
        <w:jc w:val="right"/>
      </w:pPr>
      <w:r>
        <w:t>تو کیا ہوا؟ قرآن میں ہے کہ ازہب معاذبا ان کو غصہ آ گیا۔</w:t>
      </w:r>
    </w:p>
    <w:p>
      <w:r>
        <w:rPr>
          <w:b/>
        </w:rPr>
        <w:t xml:space="preserve">[35:12] </w:t>
      </w:r>
      <w:r>
        <w:t>quran ke alfaaz jo hain batate hain ke woh qaum se ghussa ho gaye.</w:t>
      </w:r>
    </w:p>
    <w:p>
      <w:pPr>
        <w:jc w:val="right"/>
      </w:pPr>
      <w:r>
        <w:t>قرآن کے الفاظ جو ہیں بتاتے ہیں کہ وہ قوم سے غصہ ہو گئے۔</w:t>
      </w:r>
    </w:p>
    <w:p>
      <w:r>
        <w:rPr>
          <w:b/>
        </w:rPr>
        <w:t xml:space="preserve">[35:18] </w:t>
      </w:r>
      <w:r>
        <w:t>azhab mu'adhaban fazalna allahu mu'adhaban ke unhon ne dawat di, dawat di, dawat di.</w:t>
      </w:r>
    </w:p>
    <w:p>
      <w:pPr>
        <w:jc w:val="right"/>
      </w:pPr>
      <w:r>
        <w:t>ازہب معاذبا فضلنا اللہ نقد علیہ کہ انہوں نے دعوت دی، دعوت دی، دعوت دی۔</w:t>
      </w:r>
    </w:p>
    <w:p>
      <w:r>
        <w:rPr>
          <w:b/>
        </w:rPr>
        <w:t xml:space="preserve">[35:25] </w:t>
      </w:r>
      <w:r>
        <w:t>jab qaum ne nahi mana to ghussa ho kar qaum ko chhod ke chale gaye.</w:t>
      </w:r>
    </w:p>
    <w:p>
      <w:pPr>
        <w:jc w:val="right"/>
      </w:pPr>
      <w:r>
        <w:t>جب قوم نے نہیں مانا تو غصہ ہو کر قوم کو چھوڑ کے چلے گئے۔</w:t>
      </w:r>
    </w:p>
    <w:p>
      <w:r>
        <w:rPr>
          <w:b/>
        </w:rPr>
        <w:t xml:space="preserve">[35:31] </w:t>
      </w:r>
      <w:r>
        <w:t>is ke baad kya hua? allah taala ne un ke is fe'l ko qabool nahi kiya.</w:t>
      </w:r>
    </w:p>
    <w:p>
      <w:pPr>
        <w:jc w:val="right"/>
      </w:pPr>
      <w:r>
        <w:t>اس کے بعد کیا ہوا؟ اللہ تعالی نے ان کے اس فعل کو قبول نہیں کیا۔</w:t>
      </w:r>
    </w:p>
    <w:p>
      <w:r>
        <w:rPr>
          <w:b/>
        </w:rPr>
        <w:t xml:space="preserve">[35:38] </w:t>
      </w:r>
      <w:r>
        <w:t>aap quran mein padh lijiye, is fe'l ko qabool nahi kiya.</w:t>
      </w:r>
    </w:p>
    <w:p>
      <w:pPr>
        <w:jc w:val="right"/>
      </w:pPr>
      <w:r>
        <w:t>آپ قرآن میں پڑھ لیجئے، اس فعل کو قبول نہیں کیا۔</w:t>
      </w:r>
    </w:p>
    <w:p>
      <w:r>
        <w:rPr>
          <w:b/>
        </w:rPr>
        <w:t xml:space="preserve">[35:43] </w:t>
      </w:r>
      <w:r>
        <w:t>is ke baad woh bohat zyada un ka repentance aaya, bohat zyada woh allah taala se maafi mangte</w:t>
      </w:r>
    </w:p>
    <w:p>
      <w:pPr>
        <w:jc w:val="right"/>
      </w:pPr>
      <w:r>
        <w:t>اس کے بعد وہ بہت زیادہ ان کا ریپنڈنس آیا، بہت زیادہ وہ اللہ تعالی سے معافی مانگتے</w:t>
      </w:r>
    </w:p>
    <w:p>
      <w:r>
        <w:rPr>
          <w:b/>
        </w:rPr>
        <w:t xml:space="preserve">[35:51] </w:t>
      </w:r>
      <w:r>
        <w:t>rahe, yahan tak ke un ko lautna pada usi qaum ki taraf.</w:t>
      </w:r>
    </w:p>
    <w:p>
      <w:pPr>
        <w:jc w:val="right"/>
      </w:pPr>
      <w:r>
        <w:t>رہے، یہاں تک کہ ان کو لوٹنا پڑا اسی قوم کی طرف۔</w:t>
      </w:r>
    </w:p>
    <w:p>
      <w:r>
        <w:rPr>
          <w:b/>
        </w:rPr>
        <w:t xml:space="preserve">[35:56] </w:t>
      </w:r>
      <w:r>
        <w:t>laut kar gaye, laut kar gaye jihad ke liye nahi, ladne ke liye nahi, talwar uthane ke liye</w:t>
      </w:r>
    </w:p>
    <w:p>
      <w:pPr>
        <w:jc w:val="right"/>
      </w:pPr>
      <w:r>
        <w:t>لوٹ کر گئے، لوٹ کر گئے جہاد کے لیے نہیں، لڑنے کے لیے نہیں، تلوار اٹھانے کے لیے</w:t>
      </w:r>
    </w:p>
    <w:p>
      <w:r>
        <w:rPr>
          <w:b/>
        </w:rPr>
        <w:t xml:space="preserve">[36:03] </w:t>
      </w:r>
      <w:r>
        <w:t>nahi, balkeh naye planning ke sath dawat ka kaam karne ke liye.</w:t>
      </w:r>
    </w:p>
    <w:p>
      <w:pPr>
        <w:jc w:val="right"/>
      </w:pPr>
      <w:r>
        <w:t>نہیں، بلکہ نئے پلاننگ کے ساتھ دعوت کا کام کرنے کے لیے۔</w:t>
      </w:r>
    </w:p>
    <w:p>
      <w:r>
        <w:rPr>
          <w:b/>
        </w:rPr>
        <w:t xml:space="preserve">[36:09] </w:t>
      </w:r>
      <w:r>
        <w:t>yahan yunus ke qisse mein yeh baat batai gayi hai ke ek dhang par tum ne da'wati kaam</w:t>
      </w:r>
    </w:p>
    <w:p>
      <w:pPr>
        <w:jc w:val="right"/>
      </w:pPr>
      <w:r>
        <w:t>یہاں یونس کے قصے میں یہ بات بتائی گئی ہے کہ ایک ڈھنگ پر تم نے دعوتی کام</w:t>
      </w:r>
    </w:p>
    <w:p>
      <w:r>
        <w:rPr>
          <w:b/>
        </w:rPr>
        <w:t xml:space="preserve">[36:16] </w:t>
      </w:r>
      <w:r>
        <w:t>kiya, us se result nahi aaya to re-planning karo, phir se naye andaaz mein socho.</w:t>
      </w:r>
    </w:p>
    <w:p>
      <w:pPr>
        <w:jc w:val="right"/>
      </w:pPr>
      <w:r>
        <w:t>کیا، اس سے رزلٹ نہیں آیا تو ری پلاننگ کرو، پھر سے نئے انداز میں سوچو۔</w:t>
      </w:r>
    </w:p>
    <w:p>
      <w:r>
        <w:rPr>
          <w:b/>
        </w:rPr>
        <w:t xml:space="preserve">[36:23] </w:t>
      </w:r>
      <w:r>
        <w:t>jo maa karti hai, yani maa, aap har aadmi jaanta hai ke maa kya karti hai ke bachcha</w:t>
      </w:r>
    </w:p>
    <w:p>
      <w:pPr>
        <w:jc w:val="right"/>
      </w:pPr>
      <w:r>
        <w:t>جو ماں کرتی ہے، یعنی ماں، آپ ہر آدمی جانتا ہے کہ ماں کیا کرتی ہے کہ بچہ</w:t>
      </w:r>
    </w:p>
    <w:p>
      <w:r>
        <w:rPr>
          <w:b/>
        </w:rPr>
        <w:t xml:space="preserve">[36:31] </w:t>
      </w:r>
      <w:r>
        <w:t>agar ek aisa kaam kar raha hai jo maa ko pasand nahi hai to maa roke gi.</w:t>
      </w:r>
    </w:p>
    <w:p>
      <w:pPr>
        <w:jc w:val="right"/>
      </w:pPr>
      <w:r>
        <w:t>اگر ایک ایسا کام کر رہا ہے جو ماں کو پسند نہیں ہے تو ماں روکے گی۔</w:t>
      </w:r>
    </w:p>
    <w:p>
      <w:r>
        <w:rPr>
          <w:b/>
        </w:rPr>
        <w:t xml:space="preserve">[36:38] </w:t>
      </w:r>
      <w:r>
        <w:t>nahi roke ga to maa re planning kare gi, phir se soche gi, ab mujhe kya karna hai,</w:t>
      </w:r>
    </w:p>
    <w:p>
      <w:pPr>
        <w:jc w:val="right"/>
      </w:pPr>
      <w:r>
        <w:t>نہیں روکے گا تو ماں ری پلاننگ کرے گی، پھر سے سوچے گی، اب مجھے کیا کرنا ہے،</w:t>
      </w:r>
    </w:p>
    <w:p>
      <w:r>
        <w:rPr>
          <w:b/>
        </w:rPr>
        <w:t xml:space="preserve">[36:46] </w:t>
      </w:r>
      <w:r>
        <w:t>ab mujhe kya karna hai taake main bachche ko rok sakoon.</w:t>
      </w:r>
    </w:p>
    <w:p>
      <w:pPr>
        <w:jc w:val="right"/>
      </w:pPr>
      <w:r>
        <w:t>اب مجھے کیا کرنا ہے تاکہ میں بچے کو روک سکوں۔</w:t>
      </w:r>
    </w:p>
    <w:p>
      <w:r>
        <w:rPr>
          <w:b/>
        </w:rPr>
        <w:t xml:space="preserve">[36:51] </w:t>
      </w:r>
      <w:r>
        <w:t>to hazrat yunus ki misaal yeh batati hai ke daai agar ek dhang par kaam karne se result</w:t>
      </w:r>
    </w:p>
    <w:p>
      <w:pPr>
        <w:jc w:val="right"/>
      </w:pPr>
      <w:r>
        <w:t>تو حضرت یونس کی مثال یہ بتاتی ہے کہ داعی اگر ایک ڈھنگ پر کام کرنے سے رزلٹ</w:t>
      </w:r>
    </w:p>
    <w:p>
      <w:r>
        <w:rPr>
          <w:b/>
        </w:rPr>
        <w:t xml:space="preserve">[36:58] </w:t>
      </w:r>
      <w:r>
        <w:t>nahi aaya to doosre dhang se soche kaam karne ke liye, doosre dhang se, teesre dhang se.</w:t>
      </w:r>
    </w:p>
    <w:p>
      <w:pPr>
        <w:jc w:val="right"/>
      </w:pPr>
      <w:r>
        <w:t>نہیں آیا تو دوسرے ڈھنگ سے سوچے کام کرنے کے لیے، دوسرے ڈھنگ سے، تیسرے ڈھنگ سے۔</w:t>
      </w:r>
    </w:p>
    <w:p>
      <w:r>
        <w:rPr>
          <w:b/>
        </w:rPr>
        <w:t xml:space="preserve">[37:06] </w:t>
      </w:r>
      <w:r>
        <w:t>kyun ke aap jaante hain ke planning sau tareeqe se ki ja sakti hai, baat sau tareeqe se ki</w:t>
      </w:r>
    </w:p>
    <w:p>
      <w:pPr>
        <w:jc w:val="right"/>
      </w:pPr>
      <w:r>
        <w:t>کیونکہ آپ جانتے ہیں کہ پلاننگ سو طریقے سے کی جا سکتی ہے، بات سو طریقے سے کی</w:t>
      </w:r>
    </w:p>
    <w:p>
      <w:r>
        <w:rPr>
          <w:b/>
        </w:rPr>
        <w:t xml:space="preserve">[37:13] </w:t>
      </w:r>
      <w:r>
        <w:t>ja sakti hai.</w:t>
      </w:r>
    </w:p>
    <w:p>
      <w:pPr>
        <w:jc w:val="right"/>
      </w:pPr>
      <w:r>
        <w:t>جا سکتی ہے۔</w:t>
      </w:r>
    </w:p>
    <w:p>
      <w:r>
        <w:rPr>
          <w:b/>
        </w:rPr>
        <w:t xml:space="preserve">[37:15] </w:t>
      </w:r>
      <w:r>
        <w:t>jaise hazrat ibrahim ke zamane mein ek badshah tha, to badshah se poocha ke tumhara rab ki sifat</w:t>
      </w:r>
    </w:p>
    <w:p>
      <w:pPr>
        <w:jc w:val="right"/>
      </w:pPr>
      <w:r>
        <w:t>جیسے حضرت ابراہیم کے زمانے میں ایک بادشاہ تھا، تو بادشاہ سے پوچھا کہ تمہارا رب کی صفت</w:t>
      </w:r>
    </w:p>
    <w:p>
      <w:r>
        <w:rPr>
          <w:b/>
        </w:rPr>
        <w:t xml:space="preserve">[37:22] </w:t>
      </w:r>
      <w:r>
        <w:t>kya hai? batao.</w:t>
      </w:r>
    </w:p>
    <w:p>
      <w:pPr>
        <w:jc w:val="right"/>
      </w:pPr>
      <w:r>
        <w:t>کیا ہے؟ بتاؤ۔</w:t>
      </w:r>
    </w:p>
    <w:p>
      <w:r>
        <w:rPr>
          <w:b/>
        </w:rPr>
        <w:t xml:space="preserve">[37:24] </w:t>
      </w:r>
      <w:r>
        <w:t>to hazrat ibrahim ne kaha ke mera rab jilata hai aur marta hai, yahi woh umeed hai.</w:t>
      </w:r>
    </w:p>
    <w:p>
      <w:pPr>
        <w:jc w:val="right"/>
      </w:pPr>
      <w:r>
        <w:t>تو حضرت ابراہیم نے کہا کہ میرا رب جلاتا ہے اور مارتا ہے، یہی وہ امید ہے۔</w:t>
      </w:r>
    </w:p>
    <w:p>
      <w:r>
        <w:rPr>
          <w:b/>
        </w:rPr>
        <w:t xml:space="preserve">[37:31] </w:t>
      </w:r>
      <w:r>
        <w:t>to badshah ne kaha ke main bhi jilata hoon aur marta hoon, dekho jallad khada hua hai, yeh</w:t>
      </w:r>
    </w:p>
    <w:p>
      <w:pPr>
        <w:jc w:val="right"/>
      </w:pPr>
      <w:r>
        <w:t>تو بادشاہ نے کہا کہ میں بھی جلاتا ہوں اور مارتا ہوں، دیکھو جلاد کھڑا ہوا ہے، یہ</w:t>
      </w:r>
    </w:p>
    <w:p>
      <w:r>
        <w:rPr>
          <w:b/>
        </w:rPr>
        <w:t xml:space="preserve">[37:39] </w:t>
      </w:r>
      <w:r>
        <w:t>hukm doon jis ko woh maar de ga, na hukm doon to us ko zindagi mil jaayegi,</w:t>
      </w:r>
    </w:p>
    <w:p>
      <w:pPr>
        <w:jc w:val="right"/>
      </w:pPr>
      <w:r>
        <w:t>حکم دوں جس کو وہ مار دے گا، نہ حکم دوں تو اس کو زندگی مل جائے گی،</w:t>
      </w:r>
    </w:p>
    <w:p>
      <w:r>
        <w:rPr>
          <w:b/>
        </w:rPr>
        <w:t xml:space="preserve">[37:47] </w:t>
      </w:r>
      <w:r>
        <w:t>to yeh to main bhi karta hoon.</w:t>
      </w:r>
    </w:p>
    <w:p>
      <w:pPr>
        <w:jc w:val="right"/>
      </w:pPr>
      <w:r>
        <w:t>تو یہ تو میں بھی کرتا ہوں۔</w:t>
      </w:r>
    </w:p>
    <w:p>
      <w:r>
        <w:rPr>
          <w:b/>
        </w:rPr>
        <w:t xml:space="preserve">[37:50] </w:t>
      </w:r>
      <w:r>
        <w:t>to hazrat ibrahim ne nai planning ki, naye dhang se socha, aur phir unhon ne kaha ke mera</w:t>
      </w:r>
    </w:p>
    <w:p>
      <w:pPr>
        <w:jc w:val="right"/>
      </w:pPr>
      <w:r>
        <w:t>تو حضرت ابراہیم نے نئی پلاننگ کی، نئے ڈھنگ سے سوچا، اور پھر انہوں نے کہا کہ میرا</w:t>
      </w:r>
    </w:p>
    <w:p>
      <w:r>
        <w:rPr>
          <w:b/>
        </w:rPr>
        <w:t xml:space="preserve">[37:57] </w:t>
      </w:r>
      <w:r>
        <w:t>mera rab jo hai woh suraj ko nikalta hai mashriq se, to tum us ko maghrib se nikalo,</w:t>
      </w:r>
    </w:p>
    <w:p>
      <w:pPr>
        <w:jc w:val="right"/>
      </w:pPr>
      <w:r>
        <w:t>میرا رب جو ہے وہ سورج کو نکالتا ہے مشرق سے، تو تم اس کو مغرب سے نکالو،</w:t>
      </w:r>
    </w:p>
    <w:p>
      <w:r>
        <w:rPr>
          <w:b/>
        </w:rPr>
        <w:t xml:space="preserve">[38:05] </w:t>
      </w:r>
      <w:r>
        <w:t>yaani ishq se nikalta hai, to us ko west se nikalo.</w:t>
      </w:r>
    </w:p>
    <w:p>
      <w:pPr>
        <w:jc w:val="right"/>
      </w:pPr>
      <w:r>
        <w:t>یعنی عشق سے نکالتا ہے، تو اس کو ویسٹ سے نکالو۔</w:t>
      </w:r>
    </w:p>
    <w:p>
      <w:r>
        <w:rPr>
          <w:b/>
        </w:rPr>
        <w:t xml:space="preserve">[38:10] </w:t>
      </w:r>
      <w:r>
        <w:t>yeh hai re planning.</w:t>
      </w:r>
    </w:p>
    <w:p>
      <w:pPr>
        <w:jc w:val="right"/>
      </w:pPr>
      <w:r>
        <w:t>یہ ہے ری پلاننگ۔</w:t>
      </w:r>
    </w:p>
    <w:p>
      <w:r>
        <w:rPr>
          <w:b/>
        </w:rPr>
        <w:t xml:space="preserve">[38:12] </w:t>
      </w:r>
      <w:r>
        <w:t>to yaad rakhiye, hazrat yunus ke hazrat yunus ke waqe mein ek bahut hi badi naseehat hai ke</w:t>
      </w:r>
    </w:p>
    <w:p>
      <w:pPr>
        <w:jc w:val="right"/>
      </w:pPr>
      <w:r>
        <w:t>تو یاد رکھیے، حضرت یونس کے حضرت یونس کے واقعے میں ایک بہت ہی بڑی نصیحت ہے کہ</w:t>
      </w:r>
    </w:p>
    <w:p>
      <w:r>
        <w:rPr>
          <w:b/>
        </w:rPr>
        <w:t xml:space="preserve">[38:19] </w:t>
      </w:r>
      <w:r>
        <w:t>agar aap ka daoti kaam effect nahi ho raha hai to na to aap daoti kaam chhod sakte</w:t>
      </w:r>
    </w:p>
    <w:p>
      <w:pPr>
        <w:jc w:val="right"/>
      </w:pPr>
      <w:r>
        <w:t>اگر آپ کا دعوتی کام ایفیکٹ نہیں ہو رہا ہے تو نہ تو آپ دعوتی کام چھوڑ سکتے</w:t>
      </w:r>
    </w:p>
    <w:p>
      <w:r>
        <w:rPr>
          <w:b/>
        </w:rPr>
        <w:t xml:space="preserve">[38:27] </w:t>
      </w:r>
      <w:r>
        <w:t>hain aur na aap jihad kar sakte hain.</w:t>
      </w:r>
    </w:p>
    <w:p>
      <w:pPr>
        <w:jc w:val="right"/>
      </w:pPr>
      <w:r>
        <w:t>ہیں اور نہ آپ جہاد کر سکتے ہیں۔</w:t>
      </w:r>
    </w:p>
    <w:p>
      <w:r>
        <w:rPr>
          <w:b/>
        </w:rPr>
        <w:t xml:space="preserve">[38:30] </w:t>
      </w:r>
      <w:r>
        <w:t>nahi, balkeh aap ko re planning karna hai, re think karna hai, phir se sochna hai, ab hum</w:t>
      </w:r>
    </w:p>
    <w:p>
      <w:pPr>
        <w:jc w:val="right"/>
      </w:pPr>
      <w:r>
        <w:t>نہیں، بلکہ آپ کو ری پلاننگ کرنا ہے، ری تھنک کرنا ہے، پھر سے سوچنا ہے، اب ہم</w:t>
      </w:r>
    </w:p>
    <w:p>
      <w:r>
        <w:rPr>
          <w:b/>
        </w:rPr>
        <w:t xml:space="preserve">[38:38] </w:t>
      </w:r>
      <w:r>
        <w:t>kaise samjhayein, ab kaise samjhayein, yeh karna hai.</w:t>
      </w:r>
    </w:p>
    <w:p>
      <w:pPr>
        <w:jc w:val="right"/>
      </w:pPr>
      <w:r>
        <w:t>کیسے سمجھائیں، اب کیسے سمجھائیں، یہ کرنا ہے۔</w:t>
      </w:r>
    </w:p>
    <w:p>
      <w:r>
        <w:rPr>
          <w:b/>
        </w:rPr>
        <w:t xml:space="preserve">[38:42] </w:t>
      </w:r>
      <w:r>
        <w:t>to yeh kitni badi baat hai jo do lafzon mein aayi hai wa tawaso bil haqq wa tawaso bis sabr ke pehle</w:t>
      </w:r>
    </w:p>
    <w:p>
      <w:pPr>
        <w:jc w:val="right"/>
      </w:pPr>
      <w:r>
        <w:t>تو یہ کتنی بڑی بات ہے جو دو لفظوں میں آئی ہے وتواسوا بالحق وتواسوا بالصبر کہ پہلے</w:t>
      </w:r>
    </w:p>
    <w:p>
      <w:r>
        <w:rPr>
          <w:b/>
        </w:rPr>
        <w:t xml:space="preserve">[38:49] </w:t>
      </w:r>
      <w:r>
        <w:t>to aap ne haq ke mutabiq, haq ka matlab kya hai? sachi baat, haq baat.</w:t>
      </w:r>
    </w:p>
    <w:p>
      <w:pPr>
        <w:jc w:val="right"/>
      </w:pPr>
      <w:r>
        <w:t>تو آپ نے حق کے مطابق، حق کا مطلب کیا ہے؟ سچی بات، حق بات۔</w:t>
      </w:r>
    </w:p>
    <w:p>
      <w:r>
        <w:rPr>
          <w:b/>
        </w:rPr>
        <w:t xml:space="preserve">[38:56] </w:t>
      </w:r>
      <w:r>
        <w:t>to pehle to aap ne yeh kiya ke haq ka paigham le kar gaye insaan ke paas aur</w:t>
      </w:r>
    </w:p>
    <w:p>
      <w:pPr>
        <w:jc w:val="right"/>
      </w:pPr>
      <w:r>
        <w:t>تو پہلے تو آپ نے یہ کیا کہ حق کا پیغام لے کر گئے انسان کے پاس اور</w:t>
      </w:r>
    </w:p>
    <w:p>
      <w:r>
        <w:rPr>
          <w:b/>
        </w:rPr>
        <w:t xml:space="preserve">[39:03] </w:t>
      </w:r>
      <w:r>
        <w:t>khair khwahi ke saath uska well-wisher ban kar ke us ko bataya jo batana tha aap ko,</w:t>
      </w:r>
    </w:p>
    <w:p>
      <w:pPr>
        <w:jc w:val="right"/>
      </w:pPr>
      <w:r>
        <w:t>خیر خواہی کے ساتھ اس کا ویلوشر بن کر کے اس کو بتایا جو بتانا تھا آپ کو،</w:t>
      </w:r>
    </w:p>
    <w:p>
      <w:r>
        <w:rPr>
          <w:b/>
        </w:rPr>
        <w:t xml:space="preserve">[39:11] </w:t>
      </w:r>
      <w:r>
        <w:t>is ke liye reason diya, daleel di, logic di, magar is ka mind address nahi hua, is ki</w:t>
      </w:r>
    </w:p>
    <w:p>
      <w:pPr>
        <w:jc w:val="right"/>
      </w:pPr>
      <w:r>
        <w:t>اس کے لیے ریزن دیا، دلیل دی، لاجک دی، مگر اس کا مائنڈ ایڈریس نہیں ہوا، اس کی</w:t>
      </w:r>
    </w:p>
    <w:p>
      <w:r>
        <w:rPr>
          <w:b/>
        </w:rPr>
        <w:t xml:space="preserve">[39:19] </w:t>
      </w:r>
      <w:r>
        <w:t>samajh mein baat nahi aayi.</w:t>
      </w:r>
    </w:p>
    <w:p>
      <w:pPr>
        <w:jc w:val="right"/>
      </w:pPr>
      <w:r>
        <w:t>سمجھ میں بات نہیں آئی۔</w:t>
      </w:r>
    </w:p>
    <w:p>
      <w:r>
        <w:rPr>
          <w:b/>
        </w:rPr>
        <w:t xml:space="preserve">[39:21] </w:t>
      </w:r>
      <w:r>
        <w:t>to aap kya karenge? sabr karenge.</w:t>
      </w:r>
    </w:p>
    <w:p>
      <w:pPr>
        <w:jc w:val="right"/>
      </w:pPr>
      <w:r>
        <w:t>تو آپ کیا کریں گے؟ صبر کریں گے۔</w:t>
      </w:r>
    </w:p>
    <w:p>
      <w:r>
        <w:rPr>
          <w:b/>
        </w:rPr>
        <w:t xml:space="preserve">[39:24] </w:t>
      </w:r>
      <w:r>
        <w:t>sabr ka matlab kya hai? aap ek ek ek interval lenge.</w:t>
      </w:r>
    </w:p>
    <w:p>
      <w:pPr>
        <w:jc w:val="right"/>
      </w:pPr>
      <w:r>
        <w:t>صبر کا معنی کیا ہے؟ آپ ایک ایک ایک انٹرول لیں گے۔</w:t>
      </w:r>
    </w:p>
    <w:p>
      <w:r>
        <w:rPr>
          <w:b/>
        </w:rPr>
        <w:t xml:space="preserve">[39:30] </w:t>
      </w:r>
      <w:r>
        <w:t>sochne ka ke ab kya karein? sabr ka matlab hai interval lena.</w:t>
      </w:r>
    </w:p>
    <w:p>
      <w:pPr>
        <w:jc w:val="right"/>
      </w:pPr>
      <w:r>
        <w:t>سوچنے کا کہ اب کیا کریں؟ صبر کا مطلب ہے انٹرول لینا۔</w:t>
      </w:r>
    </w:p>
    <w:p>
      <w:r>
        <w:rPr>
          <w:b/>
        </w:rPr>
        <w:t xml:space="preserve">[39:35] </w:t>
      </w:r>
      <w:r>
        <w:t>sabr ka matlab hai interval lena.</w:t>
      </w:r>
    </w:p>
    <w:p>
      <w:pPr>
        <w:jc w:val="right"/>
      </w:pPr>
      <w:r>
        <w:t>صبر کا مطلب ہے انٹرول لینا۔</w:t>
      </w:r>
    </w:p>
    <w:p>
      <w:r>
        <w:rPr>
          <w:b/>
        </w:rPr>
        <w:t xml:space="preserve">[39:37] </w:t>
      </w:r>
      <w:r>
        <w:t>sochhenge, sochhenge, sochhenge, aur phir ja kar ke naye dhang se aap apni baat kahein</w:t>
      </w:r>
    </w:p>
    <w:p>
      <w:pPr>
        <w:jc w:val="right"/>
      </w:pPr>
      <w:r>
        <w:t>سوچیں گے، سوچیں گے، سوچیں گے، اور پھر جا کر کے نئے ڈھنگ سے آپ اپنی بات کہیں</w:t>
      </w:r>
    </w:p>
    <w:p>
      <w:r>
        <w:rPr>
          <w:b/>
        </w:rPr>
        <w:t xml:space="preserve">[39:45] </w:t>
      </w:r>
      <w:r>
        <w:t>ge, nayi daleel, nayi logic, naya style, naya usloob.</w:t>
      </w:r>
    </w:p>
    <w:p>
      <w:pPr>
        <w:jc w:val="right"/>
      </w:pPr>
      <w:r>
        <w:t>گے، نئی دلیل، نئی لاجک، نیا اسٹائل، نیا اسلوب۔</w:t>
      </w:r>
    </w:p>
    <w:p>
      <w:r>
        <w:rPr>
          <w:b/>
        </w:rPr>
        <w:t xml:space="preserve">[39:49] </w:t>
      </w:r>
      <w:r>
        <w:t>is tarike se karenge aap.</w:t>
      </w:r>
    </w:p>
    <w:p>
      <w:pPr>
        <w:jc w:val="right"/>
      </w:pPr>
      <w:r>
        <w:t>اس طریقے سے کریں گے آپ۔</w:t>
      </w:r>
    </w:p>
    <w:p>
      <w:r>
        <w:rPr>
          <w:b/>
        </w:rPr>
        <w:t xml:space="preserve">[39:51]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[39:54] </w:t>
      </w:r>
      <w:r>
        <w:t>to yeh dekhein ke ek choti surah mein kitni badi baat kahi gayi hai.</w:t>
      </w:r>
    </w:p>
    <w:p>
      <w:pPr>
        <w:jc w:val="right"/>
      </w:pPr>
      <w:r>
        <w:t>تو یہ دیکھیں کہ ایک چھوٹی سورہ میں کتنی بڑی بات کہی گئی ہے۔</w:t>
      </w:r>
    </w:p>
    <w:p>
      <w:r>
        <w:rPr>
          <w:b/>
        </w:rPr>
        <w:t xml:space="preserve">[40:00] </w:t>
      </w:r>
      <w:r>
        <w:t>is ka khulasa yeh hai ke Allah taala ne sab se pehle jo human history hai, us ko</w:t>
      </w:r>
    </w:p>
    <w:p>
      <w:pPr>
        <w:jc w:val="right"/>
      </w:pPr>
      <w:r>
        <w:t>اس کا خلاصہ یہ ہے کہ اللہ تعالی نے سب سے پہلے جو ہیومن ہسٹری ہے، اس کو</w:t>
      </w:r>
    </w:p>
    <w:p>
      <w:r>
        <w:rPr>
          <w:b/>
        </w:rPr>
        <w:t xml:space="preserve">[40:07] </w:t>
      </w:r>
      <w:r>
        <w:t>bator gawah pesh kiya ke human history mein kyun aisa hai ke injustice hai, crime hai, evil hai,</w:t>
      </w:r>
    </w:p>
    <w:p>
      <w:pPr>
        <w:jc w:val="right"/>
      </w:pPr>
      <w:r>
        <w:t>بطور گواہ پیش کیا کہ ہیومن ہسٹری میں کیوں ایسا ہے کہ انجسٹس ہے، کرائم ہے، ایولڈ ہے،</w:t>
      </w:r>
    </w:p>
    <w:p>
      <w:r>
        <w:rPr>
          <w:b/>
        </w:rPr>
        <w:t xml:space="preserve">[40:15] </w:t>
      </w:r>
      <w:r>
        <w:t>corruption hai, fasad hai? kyun aisa hai? is par ghor karte karte yeh baat samajh mein aayi ke</w:t>
      </w:r>
    </w:p>
    <w:p>
      <w:pPr>
        <w:jc w:val="right"/>
      </w:pPr>
      <w:r>
        <w:t>کرپشن ہے، فساد ہے؟ کیوں ایسا ہے؟ اس پر غور کرتے کرتے یہ بات سمجھ میں آئی کہ</w:t>
      </w:r>
    </w:p>
    <w:p>
      <w:r>
        <w:rPr>
          <w:b/>
        </w:rPr>
        <w:t xml:space="preserve">[40:23] </w:t>
      </w:r>
      <w:r>
        <w:t>is liye hai ke insaan ko choice diya gaya hai.</w:t>
      </w:r>
    </w:p>
    <w:p>
      <w:pPr>
        <w:jc w:val="right"/>
      </w:pPr>
      <w:r>
        <w:t>اس لیے ہے کہ انسان کو چوائس دیا گیا ہے۔</w:t>
      </w:r>
    </w:p>
    <w:p>
      <w:r>
        <w:rPr>
          <w:b/>
        </w:rPr>
        <w:t xml:space="preserve">[40:27] </w:t>
      </w:r>
      <w:r>
        <w:t>یعنی یہاں پر جو کہا جاتا ہے کہ in comparison that we understand، تو compare جب کیا آپ</w:t>
      </w:r>
    </w:p>
    <w:p>
      <w:pPr>
        <w:jc w:val="right"/>
      </w:pPr>
      <w:r>
        <w:t>یعنی یہاں پر جو کہا جاتا ہے کہ ان کمپیریزن دیٹ وی انڈرسٹینڈ، تو کمپیئر جب کیا آپ</w:t>
      </w:r>
    </w:p>
    <w:p>
      <w:r>
        <w:rPr>
          <w:b/>
        </w:rPr>
        <w:t xml:space="preserve">[40:35] </w:t>
      </w:r>
      <w:r>
        <w:t>ne material world se, plant world se, animal world se, tab baat samajh mein aayi ke doosron ko</w:t>
      </w:r>
    </w:p>
    <w:p>
      <w:pPr>
        <w:jc w:val="right"/>
      </w:pPr>
      <w:r>
        <w:t>نے مٹیریل ورلڈ سے، پلانٹ ورلڈ سے، اینیمل ورلڈ سے، تب بات سمجھ میں آئی کہ دوسروں کو</w:t>
      </w:r>
    </w:p>
    <w:p>
      <w:r>
        <w:rPr>
          <w:b/>
        </w:rPr>
        <w:t xml:space="preserve">[40:42] </w:t>
      </w:r>
      <w:r>
        <w:t>chunki choice nahi hai, is liye wahan sab mamlaat theek thaak hain, lekin insaan ko choice hai to</w:t>
      </w:r>
    </w:p>
    <w:p>
      <w:pPr>
        <w:jc w:val="right"/>
      </w:pPr>
      <w:r>
        <w:t>چونکہ چوائس نہیں ہے، اس لیے وہاں سب معاملات ٹھیک ٹھاک ہیں، لیکن انسان کو چوائس ہے تو</w:t>
      </w:r>
    </w:p>
    <w:p>
      <w:r>
        <w:rPr>
          <w:b/>
        </w:rPr>
        <w:t xml:space="preserve">[40:50] </w:t>
      </w:r>
      <w:r>
        <w:t>misuse kar ke insaan baat ko bigaad deta hai, evil ki taraf, evil ki taraf chala jata</w:t>
      </w:r>
    </w:p>
    <w:p>
      <w:pPr>
        <w:jc w:val="right"/>
      </w:pPr>
      <w:r>
        <w:t>مس یوز کر کے انسان بات کو بگاڑ دیتا ہے، ایول کی طرف، ایول کی طرف چلا جاتا</w:t>
      </w:r>
    </w:p>
    <w:p>
      <w:r>
        <w:rPr>
          <w:b/>
        </w:rPr>
        <w:t xml:space="preserve">[40:58]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[40:59] </w:t>
      </w:r>
      <w:r>
        <w:t>to yahan par Allah taala ne bataya ke yeh jo insani zindagi mein jo bigaad hai, woh insaan</w:t>
      </w:r>
    </w:p>
    <w:p>
      <w:pPr>
        <w:jc w:val="right"/>
      </w:pPr>
      <w:r>
        <w:t>تو یہاں پر اللہ تعالی نے بتایا کہ یہ جو انسانی زندگی میں جو بگاڑ ہے، وہ انسان</w:t>
      </w:r>
    </w:p>
    <w:p>
      <w:r>
        <w:rPr>
          <w:b/>
        </w:rPr>
        <w:t xml:space="preserve">[41:07] </w:t>
      </w:r>
      <w:r>
        <w:t>ka woh is liye hai ke insaan yani galat choice leta hai, galat choice leta hai.</w:t>
      </w:r>
    </w:p>
    <w:p>
      <w:pPr>
        <w:jc w:val="right"/>
      </w:pPr>
      <w:r>
        <w:t>کا وہ اس لیے ہے کہ انسان یعنی غلط چوائس لیتا ہے، غلط چوائس لیتا ہے۔</w:t>
      </w:r>
    </w:p>
    <w:p>
      <w:r>
        <w:rPr>
          <w:b/>
        </w:rPr>
        <w:t xml:space="preserve">[41:14] </w:t>
      </w:r>
      <w:r>
        <w:t>is ke baad yeh farmaya: iman, amal saleh wali baat ke Allah taala ne insaan ko dimaag diya,</w:t>
      </w:r>
    </w:p>
    <w:p>
      <w:pPr>
        <w:jc w:val="right"/>
      </w:pPr>
      <w:r>
        <w:t>اس کے بعد یہ فرمایا: ایمان، عمل صالح والی بات کہ اللہ تعالی نے انسان کو دماغ دیا،</w:t>
      </w:r>
    </w:p>
    <w:p>
      <w:r>
        <w:rPr>
          <w:b/>
        </w:rPr>
        <w:t xml:space="preserve">[41:22] </w:t>
      </w:r>
      <w:r>
        <w:t>us ko right aur wrong ka ko samajhne ki salahiyat di.</w:t>
      </w:r>
    </w:p>
    <w:p>
      <w:pPr>
        <w:jc w:val="right"/>
      </w:pPr>
      <w:r>
        <w:t>اس کو رائٹ اور رانگ کا کو سمجھنے کی صلاحیت دی۔</w:t>
      </w:r>
    </w:p>
    <w:p>
      <w:r>
        <w:rPr>
          <w:b/>
        </w:rPr>
        <w:t xml:space="preserve">[41:26] </w:t>
      </w:r>
      <w:r>
        <w:t>اب انسان کو چاہیے کہ وہ اس استعمال کرے، اب اس potential کو، اس potential کو actual بنائے،</w:t>
      </w:r>
    </w:p>
    <w:p>
      <w:pPr>
        <w:jc w:val="right"/>
      </w:pPr>
      <w:r>
        <w:t>اب انسان کو چاہیے کہ وہ اس استعمال کرے، اب اس پوٹینشل کو، اس پوٹینشل کو ایکچول بنائے،</w:t>
      </w:r>
    </w:p>
    <w:p>
      <w:r>
        <w:rPr>
          <w:b/>
        </w:rPr>
        <w:t xml:space="preserve">[41:34] </w:t>
      </w:r>
      <w:r>
        <w:t>yani woh soche kainat par, zameen o aasman par, har cheez par soch kar ke woh discover kare</w:t>
      </w:r>
    </w:p>
    <w:p>
      <w:pPr>
        <w:jc w:val="right"/>
      </w:pPr>
      <w:r>
        <w:t>یعنی وہ سوچے کائنات پر، زمین و آسمان پر، ہر چیز پر سوچ کر کے وہ ڈسکور کرے</w:t>
      </w:r>
    </w:p>
    <w:p>
      <w:r>
        <w:rPr>
          <w:b/>
        </w:rPr>
        <w:t xml:space="preserve">[41:42] </w:t>
      </w:r>
      <w:r>
        <w:t>ke sachai kya hai.</w:t>
      </w:r>
    </w:p>
    <w:p>
      <w:pPr>
        <w:jc w:val="right"/>
      </w:pPr>
      <w:r>
        <w:t>کہ سچائی کیا ہے۔</w:t>
      </w:r>
    </w:p>
    <w:p>
      <w:r>
        <w:rPr>
          <w:b/>
        </w:rPr>
        <w:t xml:space="preserve">[41:43] </w:t>
      </w:r>
      <w:r>
        <w:t>isi ki, isi ke help ke liye paighamat bheje gae.</w:t>
      </w:r>
    </w:p>
    <w:p>
      <w:pPr>
        <w:jc w:val="right"/>
      </w:pPr>
      <w:r>
        <w:t>اسی کی، اسی کے ہیلپ کے لیے پیغامات بھیجے گئے۔</w:t>
      </w:r>
    </w:p>
    <w:p>
      <w:r>
        <w:rPr>
          <w:b/>
        </w:rPr>
        <w:t xml:space="preserve">[41:48] </w:t>
      </w:r>
      <w:r>
        <w:t>yeh jo sochne ka, yeh jo sochne ka mamla hai, is mein help karne ke liye paighamat bheje</w:t>
      </w:r>
    </w:p>
    <w:p>
      <w:pPr>
        <w:jc w:val="right"/>
      </w:pPr>
      <w:r>
        <w:t>یہ جو سوچنے کا، یہ جو سوچنے کا معاملہ ہے، اس میں ہیلپ کرنے کے لیے پیغامات بھیجے</w:t>
      </w:r>
    </w:p>
    <w:p>
      <w:r>
        <w:rPr>
          <w:b/>
        </w:rPr>
        <w:t xml:space="preserve">[41:55] </w:t>
      </w:r>
      <w:r>
        <w:t>gae hain.</w:t>
      </w:r>
    </w:p>
    <w:p>
      <w:pPr>
        <w:jc w:val="right"/>
      </w:pPr>
      <w:r>
        <w:t>گئے ہیں۔</w:t>
      </w:r>
    </w:p>
    <w:p>
      <w:r>
        <w:rPr>
          <w:b/>
        </w:rPr>
        <w:t xml:space="preserve">[41:57] </w:t>
      </w:r>
      <w:r>
        <w:t>paighambar isi liye aaye hain ke aap ko help kar ke batayein ke yeh hai sochne ka sahi</w:t>
      </w:r>
    </w:p>
    <w:p>
      <w:pPr>
        <w:jc w:val="right"/>
      </w:pPr>
      <w:r>
        <w:t>پیغمبر اسی لیے آئے ہیں کہ آپ کو ہیلپ کر کے بتائیں کہ یہ ہے سوچنے کا صحیح</w:t>
      </w:r>
    </w:p>
    <w:p>
      <w:r>
        <w:rPr>
          <w:b/>
        </w:rPr>
        <w:t xml:space="preserve">[42:05] </w:t>
      </w:r>
      <w:r>
        <w:t>tareeqa, right direction mein aap ke soch chale.</w:t>
      </w:r>
    </w:p>
    <w:p>
      <w:pPr>
        <w:jc w:val="right"/>
      </w:pPr>
      <w:r>
        <w:t>طریقہ، رائٹ ڈائریکشن میں آپ کے سوچ چلے۔</w:t>
      </w:r>
    </w:p>
    <w:p>
      <w:r>
        <w:rPr>
          <w:b/>
        </w:rPr>
        <w:t xml:space="preserve">[42:08] </w:t>
      </w:r>
      <w:r>
        <w:t>isi ke liye paighambar bheje gaye, compreshan create ke liye nahin.</w:t>
      </w:r>
    </w:p>
    <w:p>
      <w:pPr>
        <w:jc w:val="right"/>
      </w:pPr>
      <w:r>
        <w:t>اسی کے لیے پیغمبر بھیجے گئے، کمپرشن کریٹ کے لیے نہیں۔</w:t>
      </w:r>
    </w:p>
    <w:p>
      <w:r>
        <w:rPr>
          <w:b/>
        </w:rPr>
        <w:t xml:space="preserve">[42:13] </w:t>
      </w:r>
      <w:r>
        <w:t>koi paighambar is liye nahin aaya ke aap ko majboor kare ke aap sirat-e-mustaqeem par chalein.</w:t>
      </w:r>
    </w:p>
    <w:p>
      <w:pPr>
        <w:jc w:val="right"/>
      </w:pPr>
      <w:r>
        <w:t>کوئی پیغمبر اس لیے نہیں آیا کہ آپ کو مجبور کرے کہ آپ صراط مستقیم پر چلیں۔</w:t>
      </w:r>
    </w:p>
    <w:p>
      <w:r>
        <w:rPr>
          <w:b/>
        </w:rPr>
        <w:t xml:space="preserve">[42:20] </w:t>
      </w:r>
      <w:r>
        <w:t>nahin, yeh nahin tha mission paighambaron ka.</w:t>
      </w:r>
    </w:p>
    <w:p>
      <w:pPr>
        <w:jc w:val="right"/>
      </w:pPr>
      <w:r>
        <w:t>نہیں، یہ نہیں تھا مشن پیغمبروں کا۔</w:t>
      </w:r>
    </w:p>
    <w:p>
      <w:r>
        <w:rPr>
          <w:b/>
        </w:rPr>
        <w:t xml:space="preserve">[42:23] </w:t>
      </w:r>
      <w:r>
        <w:t>paighambaron ka mission yeh tha ke woh jaise sign post hota hai, isi tarah se woh aap ko</w:t>
      </w:r>
    </w:p>
    <w:p>
      <w:pPr>
        <w:jc w:val="right"/>
      </w:pPr>
      <w:r>
        <w:t>پیغمبروں کا مشن یہ تھا کہ وہ جیسے سائن پوسٹ ہوتا ہے، اسی طرح سے وہ آپ کو</w:t>
      </w:r>
    </w:p>
    <w:p>
      <w:r>
        <w:rPr>
          <w:b/>
        </w:rPr>
        <w:t xml:space="preserve">[42:31] </w:t>
      </w:r>
      <w:r>
        <w:t>batayein, right direction dete rahein aap ko.</w:t>
      </w:r>
    </w:p>
    <w:p>
      <w:pPr>
        <w:jc w:val="right"/>
      </w:pPr>
      <w:r>
        <w:t>بتائیں، رائٹ ڈائریکشن دیتے رہیں آپ کو۔</w:t>
      </w:r>
    </w:p>
    <w:p>
      <w:r>
        <w:rPr>
          <w:b/>
        </w:rPr>
        <w:t xml:space="preserve">[42:34] </w:t>
      </w:r>
      <w:r>
        <w:t>to jo log ke is se faida uthayein, yaani paighambaron ke guidance se, apni soch se, apne dimagh</w:t>
      </w:r>
    </w:p>
    <w:p>
      <w:pPr>
        <w:jc w:val="right"/>
      </w:pPr>
      <w:r>
        <w:t>تو جو لوگ کہ اس سے فائدہ اٹھائیں، یعنی پیغمبروں کے گائیڈنس سے، اپنی سوچ سے، اپنے دماغ</w:t>
      </w:r>
    </w:p>
    <w:p>
      <w:r>
        <w:rPr>
          <w:b/>
        </w:rPr>
        <w:t xml:space="preserve">[42:42] </w:t>
      </w:r>
      <w:r>
        <w:t>ko active kar ke discover karein sachai ko.</w:t>
      </w:r>
    </w:p>
    <w:p>
      <w:pPr>
        <w:jc w:val="right"/>
      </w:pPr>
      <w:r>
        <w:t>کو ایکٹیو کر کے ڈسکور کر لیں سچائی کو۔</w:t>
      </w:r>
    </w:p>
    <w:p>
      <w:r>
        <w:rPr>
          <w:b/>
        </w:rPr>
        <w:t xml:space="preserve">[42:45] </w:t>
      </w:r>
      <w:r>
        <w:t>sachai ka matlab hai Khuda ke creation plan ko.</w:t>
      </w:r>
    </w:p>
    <w:p>
      <w:pPr>
        <w:jc w:val="right"/>
      </w:pPr>
      <w:r>
        <w:t>سچائی کا مطلب ہے خدا کے کریشن پلان کو۔</w:t>
      </w:r>
    </w:p>
    <w:p>
      <w:r>
        <w:rPr>
          <w:b/>
        </w:rPr>
        <w:t xml:space="preserve">[42:49] </w:t>
      </w:r>
      <w:r>
        <w:t>to doosra marhala kya hai? Woh hai amal-e-saleh ka, yaani apni zindagi ko, apni practical life ko</w:t>
      </w:r>
    </w:p>
    <w:p>
      <w:pPr>
        <w:jc w:val="right"/>
      </w:pPr>
      <w:r>
        <w:t>تو دوسرا مرحلہ کیا ہے؟ وہ ہے عمل صالح کا، یعنی اپنی زندگی کو، اپنی پریکٹیکل لائف کو</w:t>
      </w:r>
    </w:p>
    <w:p>
      <w:r>
        <w:rPr>
          <w:b/>
        </w:rPr>
        <w:t xml:space="preserve">[42:57] </w:t>
      </w:r>
      <w:r>
        <w:t>is par dhalna.</w:t>
      </w:r>
    </w:p>
    <w:p>
      <w:pPr>
        <w:jc w:val="right"/>
      </w:pPr>
      <w:r>
        <w:t>اس پر ڈھالنا۔</w:t>
      </w:r>
    </w:p>
    <w:p>
      <w:r>
        <w:rPr>
          <w:b/>
        </w:rPr>
        <w:t xml:space="preserve">[42:58] </w:t>
      </w:r>
      <w:r>
        <w:t>apni practical life ko is par dhalna, yeh hai kaam.</w:t>
      </w:r>
    </w:p>
    <w:p>
      <w:pPr>
        <w:jc w:val="right"/>
      </w:pPr>
      <w:r>
        <w:t>اپنی پریکٹیکل لائف کو اس پر ڈھالنا، یہ ہے کام۔</w:t>
      </w:r>
    </w:p>
    <w:p>
      <w:r>
        <w:rPr>
          <w:b/>
        </w:rPr>
        <w:t xml:space="preserve">[43:03] </w:t>
      </w:r>
      <w:r>
        <w:t>lekin jab aadmi ko sachai milti hai to woh sachai jo hai, aise nahin hai ke bas andar</w:t>
      </w:r>
    </w:p>
    <w:p>
      <w:pPr>
        <w:jc w:val="right"/>
      </w:pPr>
      <w:r>
        <w:t>لیکن جب آدمی کو سچائی ملتی ہے تو وہ سچائی جو ہے، ایسے نہیں ہے کہ بس اندر</w:t>
      </w:r>
    </w:p>
    <w:p>
      <w:r>
        <w:rPr>
          <w:b/>
        </w:rPr>
        <w:t xml:space="preserve">[43:10] </w:t>
      </w:r>
      <w:r>
        <w:t>parhi rahe, woh bahar aati hai, woh mutaddi hoti hai.</w:t>
      </w:r>
    </w:p>
    <w:p>
      <w:pPr>
        <w:jc w:val="right"/>
      </w:pPr>
      <w:r>
        <w:t>پڑھی رہے، وہ باہر آتی ہے، وہ متعدی ہوتی ہے۔</w:t>
      </w:r>
    </w:p>
    <w:p>
      <w:r>
        <w:rPr>
          <w:b/>
        </w:rPr>
        <w:t xml:space="preserve">[43:15] </w:t>
      </w:r>
      <w:r>
        <w:t>to jab bahar aayegi to aap doosre insano tak bhi baat pahunchana chahenge.</w:t>
      </w:r>
    </w:p>
    <w:p>
      <w:pPr>
        <w:jc w:val="right"/>
      </w:pPr>
      <w:r>
        <w:t>تو جب باہر آئے گی تو آپ دوسرے انسانوں تک بھی بات پہنچانا چاہیں گے۔</w:t>
      </w:r>
    </w:p>
    <w:p>
      <w:r>
        <w:rPr>
          <w:b/>
        </w:rPr>
        <w:t xml:space="preserve">[43:21] </w:t>
      </w:r>
      <w:r>
        <w:t>yaani dawat ya tablegh kya hai? Andar ki kaifiyat ka bahar aana, andar ki spirit ka bahar aana.</w:t>
      </w:r>
    </w:p>
    <w:p>
      <w:pPr>
        <w:jc w:val="right"/>
      </w:pPr>
      <w:r>
        <w:t>یعنی دعوت یا تبلیغ کیا ہے؟ اندر کی کیفیت کا باہر آنا، اندر کی سپرٹ کا باہر آنا۔</w:t>
      </w:r>
    </w:p>
    <w:p>
      <w:r>
        <w:rPr>
          <w:b/>
        </w:rPr>
        <w:t xml:space="preserve">[43:29] </w:t>
      </w:r>
      <w:r>
        <w:t>to samjhayeinge, batayeinge, lekin is ki limited limit hai.</w:t>
      </w:r>
    </w:p>
    <w:p>
      <w:pPr>
        <w:jc w:val="right"/>
      </w:pPr>
      <w:r>
        <w:t>تو سمجھائیں گے، بتائیں گے، لیکن اس کی لمیٹڈ لمیٹ ہے۔</w:t>
      </w:r>
    </w:p>
    <w:p>
      <w:r>
        <w:rPr>
          <w:b/>
        </w:rPr>
        <w:t xml:space="preserve">[43:34] </w:t>
      </w:r>
      <w:r>
        <w:t>aap kabhi bhi tashaddud tak nahin jayenge, kabhi waris tak nahin jayenge, kabhi bhi logon par</w:t>
      </w:r>
    </w:p>
    <w:p>
      <w:pPr>
        <w:jc w:val="right"/>
      </w:pPr>
      <w:r>
        <w:t>آپ کبھی بھی تشدد تک نہیں جائیں گے، کبھی وارث تک نہیں جائیں گے، کبھی بھی لوگوں پر</w:t>
      </w:r>
    </w:p>
    <w:p>
      <w:r>
        <w:rPr>
          <w:b/>
        </w:rPr>
        <w:t xml:space="preserve">[43:41] </w:t>
      </w:r>
      <w:r>
        <w:t>koi compreshan create nahin karne ki koshish karenge.</w:t>
      </w:r>
    </w:p>
    <w:p>
      <w:pPr>
        <w:jc w:val="right"/>
      </w:pPr>
      <w:r>
        <w:t>کوئی کمپرشن کریٹ نہیں کرنے کی کوشش کریں گے۔</w:t>
      </w:r>
    </w:p>
    <w:p>
      <w:r>
        <w:rPr>
          <w:b/>
        </w:rPr>
        <w:t xml:space="preserve">[43:45] </w:t>
      </w:r>
      <w:r>
        <w:t>samjhayeinge, persuade karenge.</w:t>
      </w:r>
    </w:p>
    <w:p>
      <w:pPr>
        <w:jc w:val="right"/>
      </w:pPr>
      <w:r>
        <w:t>سمجھائیں گے، پرسویٹ کریں گے۔</w:t>
      </w:r>
    </w:p>
    <w:p>
      <w:r>
        <w:rPr>
          <w:b/>
        </w:rPr>
        <w:t xml:space="preserve">[43:47] </w:t>
      </w:r>
      <w:r>
        <w:t>aur jab aap dekhenge ke insaan nahin maan raha, ke kuch log maan lenge aap ki</w:t>
      </w:r>
    </w:p>
    <w:p>
      <w:pPr>
        <w:jc w:val="right"/>
      </w:pPr>
      <w:r>
        <w:t>اور جب آپ دیکھیں گے کہ انسان نہیں مان رہا، کہ کچھ لوگ مان لیں گے آپ کی</w:t>
      </w:r>
    </w:p>
    <w:p>
      <w:r>
        <w:rPr>
          <w:b/>
        </w:rPr>
        <w:t xml:space="preserve">[43:55] </w:t>
      </w:r>
      <w:r>
        <w:t>baat ko, lekin kuch log nahi manenge.</w:t>
      </w:r>
    </w:p>
    <w:p>
      <w:pPr>
        <w:jc w:val="right"/>
      </w:pPr>
      <w:r>
        <w:t>بات کو، لیکن کچھ لوگ نہیں مانیں گے۔</w:t>
      </w:r>
    </w:p>
    <w:p>
      <w:r>
        <w:rPr>
          <w:b/>
        </w:rPr>
        <w:t xml:space="preserve">[43:58] </w:t>
      </w:r>
      <w:r>
        <w:t>to jin logon ne aap ki baat ko nahi mana hai, un ka muamla aap ko kya karna</w:t>
      </w:r>
    </w:p>
    <w:p>
      <w:pPr>
        <w:jc w:val="right"/>
      </w:pPr>
      <w:r>
        <w:t>تو جن لوگوں نے آپ کی بات کو نہیں مانا ہے، ان کا معاملہ آپ کو کیا کرنا</w:t>
      </w:r>
    </w:p>
    <w:p>
      <w:r>
        <w:rPr>
          <w:b/>
        </w:rPr>
        <w:t xml:space="preserve">[44:06] </w:t>
      </w:r>
      <w:r>
        <w:t>hai? sabr.</w:t>
      </w:r>
    </w:p>
    <w:p>
      <w:pPr>
        <w:jc w:val="right"/>
      </w:pPr>
      <w:r>
        <w:t>ہے؟ صبر۔</w:t>
      </w:r>
    </w:p>
    <w:p>
      <w:r>
        <w:rPr>
          <w:b/>
        </w:rPr>
        <w:t xml:space="preserve">[44:08] </w:t>
      </w:r>
      <w:r>
        <w:t>sabr ka matlab kya hai? sabr ka matlab yeh hai ke apni strategy ko badalna, apni planning ko</w:t>
      </w:r>
    </w:p>
    <w:p>
      <w:pPr>
        <w:jc w:val="right"/>
      </w:pPr>
      <w:r>
        <w:t>صبر کا مطلب کیا ہے؟ صبر کا مطلب یہ ہے کہ اپنی اسٹریٹجی کو بدلنا، اپنی پلاننگ کو</w:t>
      </w:r>
    </w:p>
    <w:p>
      <w:r>
        <w:rPr>
          <w:b/>
        </w:rPr>
        <w:t xml:space="preserve">[44:15] </w:t>
      </w:r>
      <w:r>
        <w:t>badalna, yani jo workplace se hat kar ke sochna ke aap kya karen, aap kya karen, aap</w:t>
      </w:r>
    </w:p>
    <w:p>
      <w:pPr>
        <w:jc w:val="right"/>
      </w:pPr>
      <w:r>
        <w:t>بدلنا، یعنی جو ورک پلیس سے ہٹ کر کے سوچنا کہ آپ کیا کریں، آپ کیا کریں، آپ</w:t>
      </w:r>
    </w:p>
    <w:p>
      <w:r>
        <w:rPr>
          <w:b/>
        </w:rPr>
        <w:t xml:space="preserve">[44:23] </w:t>
      </w:r>
      <w:r>
        <w:t>kya karen.</w:t>
      </w:r>
    </w:p>
    <w:p>
      <w:pPr>
        <w:jc w:val="right"/>
      </w:pPr>
      <w:r>
        <w:t>کیا کریں۔</w:t>
      </w:r>
    </w:p>
    <w:p>
      <w:r>
        <w:rPr>
          <w:b/>
        </w:rPr>
        <w:t xml:space="preserve">[44:25] </w:t>
      </w:r>
      <w:r>
        <w:t>to yeh hai poori, yani zindagi ki scheme jo quran ki is surah mein batai gayi hai.</w:t>
      </w:r>
    </w:p>
    <w:p>
      <w:pPr>
        <w:jc w:val="right"/>
      </w:pPr>
      <w:r>
        <w:t>تو یہ ہے پوری، یعنی زندگی کی سکیم جو قرآن کی اس سورہ میں بتائی گئی ہے۔</w:t>
      </w:r>
    </w:p>
    <w:p>
      <w:r>
        <w:rPr>
          <w:b/>
        </w:rPr>
        <w:t xml:space="preserve">[44:32] </w:t>
      </w:r>
      <w:r>
        <w:t>to qata'an sahi kaha hazrat imam shafi ne ke lo tadabbur naas hazir aaya lo wasaatam lo lo</w:t>
      </w:r>
    </w:p>
    <w:p>
      <w:pPr>
        <w:jc w:val="right"/>
      </w:pPr>
      <w:r>
        <w:t>تو قطعاً صحیح کہا حضرت امام شافعی نے کہ لو تدبر ناس حاضر آیا لو وساتم لو لو</w:t>
      </w:r>
    </w:p>
    <w:p>
      <w:r>
        <w:rPr>
          <w:b/>
        </w:rPr>
        <w:t xml:space="preserve">[44:40] </w:t>
      </w:r>
      <w:r>
        <w:t>tadabbur naas yeh surah lo wasaatam.</w:t>
      </w:r>
    </w:p>
    <w:p>
      <w:pPr>
        <w:jc w:val="right"/>
      </w:pPr>
      <w:r>
        <w:t>تدبر ناس یہ سورہ لو وساتم۔</w:t>
      </w:r>
    </w:p>
    <w:p>
      <w:r>
        <w:rPr>
          <w:b/>
        </w:rPr>
        <w:t xml:space="preserve">[44:42] </w:t>
      </w:r>
      <w:r>
        <w:t>agar log is ek surah par, quran ki is ek surah par ghor karen to wahi un ki</w:t>
      </w:r>
    </w:p>
    <w:p>
      <w:pPr>
        <w:jc w:val="right"/>
      </w:pPr>
      <w:r>
        <w:t>اگر لوگ اس ایک سورہ پر، قرآن کی اس ایک سورہ پر غور کریں تو وہی ان کی</w:t>
      </w:r>
    </w:p>
    <w:p>
      <w:r>
        <w:rPr>
          <w:b/>
        </w:rPr>
        <w:t xml:space="preserve">[44:50] </w:t>
      </w:r>
      <w:r>
        <w:t>hidayat ke liye kafi ho jaye.</w:t>
      </w:r>
    </w:p>
    <w:p>
      <w:pPr>
        <w:jc w:val="right"/>
      </w:pPr>
      <w:r>
        <w:t>ہدایت کے لیے کافی ہو جائے۔</w:t>
      </w:r>
    </w:p>
    <w:p>
      <w:r>
        <w:rPr>
          <w:b/>
        </w:rPr>
        <w:t xml:space="preserve">[44:52] </w:t>
      </w:r>
      <w:r>
        <w:t>to kehte hain sahi baat yeh hai, kehte hain hazrat sahi baat yeh hai.</w:t>
      </w:r>
    </w:p>
    <w:p>
      <w:pPr>
        <w:jc w:val="right"/>
      </w:pPr>
      <w:r>
        <w:t>تو کہتے ہیں صحیح بات یہ ہے، کہتے ہیں حضرت صحیح بات یہ ہے۔</w:t>
      </w:r>
    </w:p>
    <w:p>
      <w:r>
        <w:rPr>
          <w:b/>
        </w:rPr>
        <w:t xml:space="preserve">[44:58] </w:t>
      </w:r>
      <w:r>
        <w:t>to allah taala ki dekhiye, yeh bhi ek scheme hai ke allah taala ki taraf se jo kitab</w:t>
      </w:r>
    </w:p>
    <w:p>
      <w:pPr>
        <w:jc w:val="right"/>
      </w:pPr>
      <w:r>
        <w:t>تو اللہ تعالی کی دیکھیے، یہ بھی ایک اسکیم ہے کہ اللہ تعالی کی طرف سے جو کتاب</w:t>
      </w:r>
    </w:p>
    <w:p>
      <w:r>
        <w:rPr>
          <w:b/>
        </w:rPr>
        <w:t xml:space="preserve">[45:06] </w:t>
      </w:r>
      <w:r>
        <w:t>aayi hai, quran, ab is mein dekhiye, is mein kahin bhi aap detail nahi paayenge.</w:t>
      </w:r>
    </w:p>
    <w:p>
      <w:pPr>
        <w:jc w:val="right"/>
      </w:pPr>
      <w:r>
        <w:t>آئی ہے، قرآن، اب اس میں دیکھیے، اس میں کہیں بھی آپ ڈیٹیل نہیں پائیں گے۔</w:t>
      </w:r>
    </w:p>
    <w:p>
      <w:r>
        <w:rPr>
          <w:b/>
        </w:rPr>
        <w:t xml:space="preserve">[45:13] </w:t>
      </w:r>
      <w:r>
        <w:t>isi surah mein jo maine aap ko padhi, detail kahan hai? yeh koi bhi detail nahi hai,</w:t>
      </w:r>
    </w:p>
    <w:p>
      <w:pPr>
        <w:jc w:val="right"/>
      </w:pPr>
      <w:r>
        <w:t>اسی سورہ میں جو میں نے آپ کو پڑھی، ڈیٹیل کہاں ہے؟ یہ کوئی بھی ڈیٹیل نہیں ہے،</w:t>
      </w:r>
    </w:p>
    <w:p>
      <w:r>
        <w:rPr>
          <w:b/>
        </w:rPr>
        <w:t xml:space="preserve">[45:21] </w:t>
      </w:r>
      <w:r>
        <w:t>sirf basics hain is ke andar, detail nahi hai.</w:t>
      </w:r>
    </w:p>
    <w:p>
      <w:pPr>
        <w:jc w:val="right"/>
      </w:pPr>
      <w:r>
        <w:t>صرف بیسکس ہیں اس کے اندر، ڈیٹیل نہیں ہے۔</w:t>
      </w:r>
    </w:p>
    <w:p>
      <w:r>
        <w:rPr>
          <w:b/>
        </w:rPr>
        <w:t xml:space="preserve">[45:25] </w:t>
      </w:r>
      <w:r>
        <w:t>yeh kyun hai? aisa yeh yeh bhi isi liye ke aap ke mind ko, jis ko urdu mein</w:t>
      </w:r>
    </w:p>
    <w:p>
      <w:pPr>
        <w:jc w:val="right"/>
      </w:pPr>
      <w:r>
        <w:t>یہ کیوں ہے؟ ایسا یہ یہ بھی اسی لیے کہ آپ کے مائنڈ کو، جس کو اردو میں</w:t>
      </w:r>
    </w:p>
    <w:p>
      <w:r>
        <w:rPr>
          <w:b/>
        </w:rPr>
        <w:t xml:space="preserve">[45:32] </w:t>
      </w:r>
      <w:r>
        <w:t>kehte hain, mahmeez karna, aap ke mind ko active karna.</w:t>
      </w:r>
    </w:p>
    <w:p>
      <w:pPr>
        <w:jc w:val="right"/>
      </w:pPr>
      <w:r>
        <w:t>کہتے ہیں، مہمیز کرنا، آپ کے مائنڈ کو ایکٹیو کرنا۔</w:t>
      </w:r>
    </w:p>
    <w:p>
      <w:r>
        <w:rPr>
          <w:b/>
        </w:rPr>
        <w:t xml:space="preserve">[45:37] </w:t>
      </w:r>
      <w:r>
        <w:t>agar ek ek baat bilkul encyclopedia ki zaban mein, ek ek baat ki detail aa jati hai quran</w:t>
      </w:r>
    </w:p>
    <w:p>
      <w:pPr>
        <w:jc w:val="right"/>
      </w:pPr>
      <w:r>
        <w:t>اگر ایک ایک بات بالکل انسائیکلوپیڈیا کی زبان میں، ایک ایک بات کی ڈیٹیل آ جاتی ہے قرآن</w:t>
      </w:r>
    </w:p>
    <w:p>
      <w:r>
        <w:rPr>
          <w:b/>
        </w:rPr>
        <w:t xml:space="preserve">[45:44] </w:t>
      </w:r>
      <w:r>
        <w:t>majeed mein, to aap ka, aap ka, aap ko, aap ko karne ko kuch kaam hi nahi nahi</w:t>
      </w:r>
    </w:p>
    <w:p>
      <w:pPr>
        <w:jc w:val="right"/>
      </w:pPr>
      <w:r>
        <w:t>مجید میں، تو آپ کا، آپ کا، آپ کو، آپ کو کرنے کو کچھ کام ہی نہیں نہیں</w:t>
      </w:r>
    </w:p>
    <w:p>
      <w:r>
        <w:rPr>
          <w:b/>
        </w:rPr>
        <w:t xml:space="preserve">[45:52] </w:t>
      </w:r>
      <w:r>
        <w:t>rehta.</w:t>
      </w:r>
    </w:p>
    <w:p>
      <w:pPr>
        <w:jc w:val="right"/>
      </w:pPr>
      <w:r>
        <w:t>رہتا۔</w:t>
      </w:r>
    </w:p>
    <w:p>
      <w:r>
        <w:rPr>
          <w:b/>
        </w:rPr>
        <w:t xml:space="preserve">[45:54] </w:t>
      </w:r>
      <w:r>
        <w:t>encyclopedia ke tareeqe se aap ko agar har baat, har baat, har baat ki detail quran mein bata</w:t>
      </w:r>
    </w:p>
    <w:p>
      <w:pPr>
        <w:jc w:val="right"/>
      </w:pPr>
      <w:r>
        <w:t>انسائیکلوپیڈیا کے طریقے سے آپ کو اگر ہر بات، ہر بات، ہر بات کی ڈیٹیل قرآن میں بتا</w:t>
      </w:r>
    </w:p>
    <w:p>
      <w:r>
        <w:rPr>
          <w:b/>
        </w:rPr>
        <w:t xml:space="preserve">[46:01] </w:t>
      </w:r>
      <w:r>
        <w:t>di jati thi to aap ka mind kya karta? to quran mein basics hain, detail nahi hai, taake</w:t>
      </w:r>
    </w:p>
    <w:p>
      <w:pPr>
        <w:jc w:val="right"/>
      </w:pPr>
      <w:r>
        <w:t>دی جاتی تھی تو آپ کا مائنڈ کیا کرتا؟ تو قرآن میں بیسکس ہیں، ڈیٹیل نہیں ہے، تاکہ</w:t>
      </w:r>
    </w:p>
    <w:p>
      <w:r>
        <w:rPr>
          <w:b/>
        </w:rPr>
        <w:t xml:space="preserve">[46:09] </w:t>
      </w:r>
      <w:r>
        <w:t>aap is ko add karen, is ko elaborate karen.</w:t>
      </w:r>
    </w:p>
    <w:p>
      <w:pPr>
        <w:jc w:val="right"/>
      </w:pPr>
      <w:r>
        <w:t>آپ اس کو ایڈ کریں، اس کو الیبوریٹ کریں۔</w:t>
      </w:r>
    </w:p>
    <w:p>
      <w:r>
        <w:rPr>
          <w:b/>
        </w:rPr>
        <w:t xml:space="preserve">[46:13] </w:t>
      </w:r>
      <w:r>
        <w:t>quran ke baaton ko elaborate karna aap ke mind ka kaam hai.</w:t>
      </w:r>
    </w:p>
    <w:p>
      <w:pPr>
        <w:jc w:val="right"/>
      </w:pPr>
      <w:r>
        <w:t>قرآن کے باتوں کو الیبوریٹ کرنا آپ کے مائنڈ کا کام ہے۔</w:t>
      </w:r>
    </w:p>
    <w:p>
      <w:r>
        <w:rPr>
          <w:b/>
        </w:rPr>
        <w:t xml:space="preserve">[46:18] </w:t>
      </w:r>
      <w:r>
        <w:t>to kaha kya allah taala ki scheme yeh hai ke aap ka mind khauf active ho, aap ka</w:t>
      </w:r>
    </w:p>
    <w:p>
      <w:pPr>
        <w:jc w:val="right"/>
      </w:pPr>
      <w:r>
        <w:t>تو کہا کیا اللہ تعالی کی اسکیم یہ ہے کہ آپ کا مائنڈ خوف ایکٹیو ہو، آپ کا</w:t>
      </w:r>
    </w:p>
    <w:p>
      <w:r>
        <w:rPr>
          <w:b/>
        </w:rPr>
        <w:t xml:space="preserve">[46:26] </w:t>
      </w:r>
      <w:r>
        <w:t>mind khauf, khauf active.</w:t>
      </w:r>
    </w:p>
    <w:p>
      <w:pPr>
        <w:jc w:val="right"/>
      </w:pPr>
      <w:r>
        <w:t>مائنڈ خوف، خوف ایکٹیو۔</w:t>
      </w:r>
    </w:p>
    <w:p>
      <w:r>
        <w:rPr>
          <w:b/>
        </w:rPr>
        <w:t xml:space="preserve">[46:27] </w:t>
      </w:r>
      <w:r>
        <w:t>ek ek yeh ek ek being being hua jis se ek inverse bani, aisi big bang aap ke</w:t>
      </w:r>
    </w:p>
    <w:p>
      <w:pPr>
        <w:jc w:val="right"/>
      </w:pPr>
      <w:r>
        <w:t>ایک ایک یہ ایک ایک بینگ بینگ ہوا جس سے ایک انورس بنی، ایسی بگ بینگ آپ کے</w:t>
      </w:r>
    </w:p>
    <w:p>
      <w:r>
        <w:rPr>
          <w:b/>
        </w:rPr>
        <w:t xml:space="preserve">[46:35] </w:t>
      </w:r>
      <w:r>
        <w:t>dimagh mein ho.</w:t>
      </w:r>
    </w:p>
    <w:p>
      <w:pPr>
        <w:jc w:val="right"/>
      </w:pPr>
      <w:r>
        <w:t>دماغ میں ہو۔</w:t>
      </w:r>
    </w:p>
    <w:p>
      <w:r>
        <w:rPr>
          <w:b/>
        </w:rPr>
        <w:t xml:space="preserve">[46:37] </w:t>
      </w:r>
      <w:r>
        <w:t>agar quran mein sari baatein, sari baatein, sari baatein maujood hotin to kaisa mumkin tha ke intellectual big</w:t>
      </w:r>
    </w:p>
    <w:p>
      <w:pPr>
        <w:jc w:val="right"/>
      </w:pPr>
      <w:r>
        <w:t>اگر قرآن میں ساری باتیں، ساری باتیں، ساری باتیں موجود ہوتیں تو کیسا ممکن تھا کہ انٹلیکچول بگ</w:t>
      </w:r>
    </w:p>
    <w:p>
      <w:r>
        <w:rPr>
          <w:b/>
        </w:rPr>
        <w:t xml:space="preserve">[46:44] </w:t>
      </w:r>
      <w:r>
        <w:t>bang ka waqia pesh aaye? aap ke aap mind ko jhatka lage, aap sochein, aap ke brain mein</w:t>
      </w:r>
    </w:p>
    <w:p>
      <w:pPr>
        <w:jc w:val="right"/>
      </w:pPr>
      <w:r>
        <w:t>بینگ کا واقعہ پیش آئے؟ آپ کے آپ مائنڈ کو جھٹکا لگے، آپ سوچیں، آپ کے برین میں</w:t>
      </w:r>
    </w:p>
    <w:p>
      <w:r>
        <w:rPr>
          <w:b/>
        </w:rPr>
        <w:t xml:space="preserve">[46:52] </w:t>
      </w:r>
      <w:r>
        <w:t>startling ho, yeh sab kaise hota? to quran sochne ke liye hai, yeh quran aisa nahi hai ke</w:t>
      </w:r>
    </w:p>
    <w:p>
      <w:pPr>
        <w:jc w:val="right"/>
      </w:pPr>
      <w:r>
        <w:t>اسٹارمنگ ہو، یہ سب کیسے ہوتا؟ تو قرآن سوچنے کے لیے ہے، یہ قرآن ایسا نہیں ہے کہ</w:t>
      </w:r>
    </w:p>
    <w:p>
      <w:r>
        <w:rPr>
          <w:b/>
        </w:rPr>
        <w:t xml:space="preserve">[47:00] </w:t>
      </w:r>
      <w:r>
        <w:t>do do, char char ki tarah sab baatein bata di gayi hain is ke andar.</w:t>
      </w:r>
    </w:p>
    <w:p>
      <w:pPr>
        <w:jc w:val="right"/>
      </w:pPr>
      <w:r>
        <w:t>دو دو، چار چار کی طرح سب باتیں بتا دی گئی ہیں اس کے اندر۔</w:t>
      </w:r>
    </w:p>
    <w:p>
      <w:r>
        <w:rPr>
          <w:b/>
        </w:rPr>
        <w:t xml:space="preserve">[47:06] </w:t>
      </w:r>
      <w:r>
        <w:t>isi liye quran mein dekhiye yeh hai ke ala dabr ayatuh quran is liye utara gaya hai ke</w:t>
      </w:r>
    </w:p>
    <w:p>
      <w:pPr>
        <w:jc w:val="right"/>
      </w:pPr>
      <w:r>
        <w:t>اسی لیے قرآن میں دیکھیے یہ ہے کہ الا دبر آیاتہ قرآن اس لیے اتارا گیا ہے کہ</w:t>
      </w:r>
    </w:p>
    <w:p>
      <w:r>
        <w:rPr>
          <w:b/>
        </w:rPr>
        <w:t xml:space="preserve">[47:14] </w:t>
      </w:r>
      <w:r>
        <w:t>log is ke hathon par sochein, log is ke hathon par sochein, sochein, sochein ke mani kya hain,</w:t>
      </w:r>
    </w:p>
    <w:p>
      <w:pPr>
        <w:jc w:val="right"/>
      </w:pPr>
      <w:r>
        <w:t>لوگ اس کے ہاتھوں پر سوچیں، لوگ اس کے ہاتھوں پر سوچیں، سوچیں، سوچیں کہ معنی کیا ہیں،</w:t>
      </w:r>
    </w:p>
    <w:p>
      <w:r>
        <w:rPr>
          <w:b/>
        </w:rPr>
        <w:t xml:space="preserve">[47:22] </w:t>
      </w:r>
      <w:r>
        <w:t>is ko elaborate karein, is ki, is ke between the line ko padhein, is ke andar jo further</w:t>
      </w:r>
    </w:p>
    <w:p>
      <w:pPr>
        <w:jc w:val="right"/>
      </w:pPr>
      <w:r>
        <w:t>اس کو الیبوریٹ کریں، اس کی، اس کے بٹوین دا لائن کو پڑھیں، اس کے اندر جو فردر</w:t>
      </w:r>
    </w:p>
    <w:p>
      <w:r>
        <w:rPr>
          <w:b/>
        </w:rPr>
        <w:t xml:space="preserve">[47:29] </w:t>
      </w:r>
      <w:r>
        <w:t>meaning hai, is ko discover karein.</w:t>
      </w:r>
    </w:p>
    <w:p>
      <w:pPr>
        <w:jc w:val="right"/>
      </w:pPr>
      <w:r>
        <w:t>میننگ ہے، اس کو ڈسکور کریں۔</w:t>
      </w:r>
    </w:p>
    <w:p>
      <w:r>
        <w:rPr>
          <w:b/>
        </w:rPr>
        <w:t xml:space="preserve">[47:32] </w:t>
      </w:r>
      <w:r>
        <w:t>yeh matlab hai arithmetic mein koi cheez discover kar ke nahi karni hoti, wahan to do do mil</w:t>
      </w:r>
    </w:p>
    <w:p>
      <w:pPr>
        <w:jc w:val="right"/>
      </w:pPr>
      <w:r>
        <w:t>یہ مطلب ہے ارتھمیٹک میں کوئی چیز ڈسکور کر کے نہیں کرنی ہوتی، وہاں تو دو دو مل</w:t>
      </w:r>
    </w:p>
    <w:p>
      <w:r>
        <w:rPr>
          <w:b/>
        </w:rPr>
        <w:t xml:space="preserve">[47:40] </w:t>
      </w:r>
      <w:r>
        <w:t>ke char, char char mil ke aath, aath aath mil ke 16.</w:t>
      </w:r>
    </w:p>
    <w:p>
      <w:pPr>
        <w:jc w:val="right"/>
      </w:pPr>
      <w:r>
        <w:t>کے چار، چار چار مل کے اٹھ، اٹھ اٹھ مل کے 16۔</w:t>
      </w:r>
    </w:p>
    <w:p>
      <w:r>
        <w:rPr>
          <w:b/>
        </w:rPr>
        <w:t xml:space="preserve">[47:45] </w:t>
      </w:r>
      <w:r>
        <w:t>is mein aap kya nai baatein kya discover karein ge? lekin yeh jo hai, yani jo mazhab ka</w:t>
      </w:r>
    </w:p>
    <w:p>
      <w:pPr>
        <w:jc w:val="right"/>
      </w:pPr>
      <w:r>
        <w:t>اس میں آپ کیا نئی باتیں کیا ڈسکور کریں گے؟ لیکن یہ جو ہے، یعنی جو مذہب کا</w:t>
      </w:r>
    </w:p>
    <w:p>
      <w:r>
        <w:rPr>
          <w:b/>
        </w:rPr>
        <w:t xml:space="preserve">[47:52] </w:t>
      </w:r>
      <w:r>
        <w:t>aam mamla hai, jo deen ka mamla hai, wahan qadam qadam par aap ko discover karna hai, aap</w:t>
      </w:r>
    </w:p>
    <w:p>
      <w:pPr>
        <w:jc w:val="right"/>
      </w:pPr>
      <w:r>
        <w:t>عام معاملہ ہے، جو دین کا معاملہ ہے، وہاں قدم قدم پر آپ کو ڈسکور کرنا ہے، آپ</w:t>
      </w:r>
    </w:p>
    <w:p>
      <w:r>
        <w:rPr>
          <w:b/>
        </w:rPr>
        <w:t xml:space="preserve">[48:00] </w:t>
      </w:r>
      <w:r>
        <w:t>ko apne dimagh ko istemal karna hai.</w:t>
      </w:r>
    </w:p>
    <w:p>
      <w:pPr>
        <w:jc w:val="right"/>
      </w:pPr>
      <w:r>
        <w:t>کو اپنے دماغ کو استعمال کرنا ہے۔</w:t>
      </w:r>
    </w:p>
    <w:p>
      <w:r>
        <w:rPr>
          <w:b/>
        </w:rPr>
        <w:t xml:space="preserve">[48:03] </w:t>
      </w:r>
      <w:r>
        <w:t>insan ke dimagh jo hai, is ke andar bepanah capacity hai, lekin woh sab diamond position mein</w:t>
      </w:r>
    </w:p>
    <w:p>
      <w:pPr>
        <w:jc w:val="right"/>
      </w:pPr>
      <w:r>
        <w:t>انسان کے دماغ جو ہے، اس کے اندر بے پناہ کیپیسٹی ہے، لیکن وہ سب ڈائمنڈ پوزیشن میں</w:t>
      </w:r>
    </w:p>
    <w:p>
      <w:r>
        <w:rPr>
          <w:b/>
        </w:rPr>
        <w:t xml:space="preserve">[48:11] </w:t>
      </w:r>
      <w:r>
        <w:t>hai, yani khwabida hai, soi hui hai.</w:t>
      </w:r>
    </w:p>
    <w:p>
      <w:pPr>
        <w:jc w:val="right"/>
      </w:pPr>
      <w:r>
        <w:t>ہے، یعنی خوابیدہ ہے، سوئی ہوئی ہے۔</w:t>
      </w:r>
    </w:p>
    <w:p>
      <w:r>
        <w:rPr>
          <w:b/>
        </w:rPr>
        <w:t xml:space="preserve">[48:14] </w:t>
      </w:r>
      <w:r>
        <w:t>to is ko ab bedar karna hai, is soye hue, soye hue zehn ko bedar karna.</w:t>
      </w:r>
    </w:p>
    <w:p>
      <w:pPr>
        <w:jc w:val="right"/>
      </w:pPr>
      <w:r>
        <w:t>تو اس کو اب بیدار کرنا ہے، اس سوئے ہوئے، سوئے ہوئے ذہن کو بیدار کرنا۔</w:t>
      </w:r>
    </w:p>
    <w:p>
      <w:r>
        <w:rPr>
          <w:b/>
        </w:rPr>
        <w:t xml:space="preserve">[48:21] </w:t>
      </w:r>
      <w:r>
        <w:t>woh kaise hoga? agar sab kuch arithmetic ke language mein hota, hisab hisab ki zuban mein hota to</w:t>
      </w:r>
    </w:p>
    <w:p>
      <w:pPr>
        <w:jc w:val="right"/>
      </w:pPr>
      <w:r>
        <w:t>وہ کیسے ہوگا؟ اگر سب کچھ ارتھمیٹک کے لینگویج میں ہوتا، حساب حساب کی زبان میں ہوتا تو</w:t>
      </w:r>
    </w:p>
    <w:p>
      <w:r>
        <w:rPr>
          <w:b/>
        </w:rPr>
        <w:t xml:space="preserve">[48:28] </w:t>
      </w:r>
      <w:r>
        <w:t>aap is waqt kya sochte hain? aap aap ka dimagh activate kaise hota? to yeh jo andaaz quran</w:t>
      </w:r>
    </w:p>
    <w:p>
      <w:pPr>
        <w:jc w:val="right"/>
      </w:pPr>
      <w:r>
        <w:t>آپ اس وقت کیا سوچتے ہیں؟ آپ آپ کا دماغ ایکٹیویٹ کیسے ہوتا؟ تو یہ جو انداز قرآن</w:t>
      </w:r>
    </w:p>
    <w:p>
      <w:r>
        <w:rPr>
          <w:b/>
        </w:rPr>
        <w:t xml:space="preserve">[48:36] </w:t>
      </w:r>
      <w:r>
        <w:t>majeed mein ikhtiyar kiya gaya, jo usloob, jo style ikhtiyar kiya gaya hai, woh hai aap ke mind</w:t>
      </w:r>
    </w:p>
    <w:p>
      <w:pPr>
        <w:jc w:val="right"/>
      </w:pPr>
      <w:r>
        <w:t>مجید میں اختیار کیا گیا، جو اسلوب، جو اسٹائل اختیار کیا گیا ہے، وہ ہے آپ کے مائنڈ</w:t>
      </w:r>
    </w:p>
    <w:p>
      <w:r>
        <w:rPr>
          <w:b/>
        </w:rPr>
        <w:t xml:space="preserve">[48:44] </w:t>
      </w:r>
      <w:r>
        <w:t>ko.</w:t>
      </w:r>
    </w:p>
    <w:p>
      <w:pPr>
        <w:jc w:val="right"/>
      </w:pPr>
      <w:r>
        <w:t>کو۔</w:t>
      </w:r>
    </w:p>
    <w:p>
      <w:r>
        <w:rPr>
          <w:b/>
        </w:rPr>
        <w:t xml:space="preserve">[48:45] </w:t>
      </w:r>
      <w:r>
        <w:t>is ka maqsad hai aap ke mind ko activate karna.</w:t>
      </w:r>
    </w:p>
    <w:p>
      <w:pPr>
        <w:jc w:val="right"/>
      </w:pPr>
      <w:r>
        <w:t>اس کا مقصد ہے آپ کے مائنڈ کو ایکٹیویٹ کرنا۔</w:t>
      </w:r>
    </w:p>
    <w:p>
      <w:r>
        <w:rPr>
          <w:b/>
        </w:rPr>
        <w:t xml:space="preserve">[48:50] </w:t>
      </w:r>
      <w:r>
        <w:t>aur dekhen, ek baat yeh hai aap jis ko ke aap yaqeenan us ko aap samajhte honge</w:t>
      </w:r>
    </w:p>
    <w:p>
      <w:pPr>
        <w:jc w:val="right"/>
      </w:pPr>
      <w:r>
        <w:t>اور دیکھیں، ایک بات یہ ہے آپ جس کو کہ آپ یقینا اس کو آپ سمجھتے ہوں گے</w:t>
      </w:r>
    </w:p>
    <w:p>
      <w:r>
        <w:rPr>
          <w:b/>
        </w:rPr>
        <w:t xml:space="preserve">[48:57] </w:t>
      </w:r>
      <w:r>
        <w:t>ke jab koi aadmi kisi ek baat ko khud discover karta hai to us ki value bohat ziyada</w:t>
      </w:r>
    </w:p>
    <w:p>
      <w:pPr>
        <w:jc w:val="right"/>
      </w:pPr>
      <w:r>
        <w:t>کہ جب کوئی آدمی کسی ایک بات کو خود ڈسکور کرتا ہے تو اس کی ویلیو بہت زیادہ</w:t>
      </w:r>
    </w:p>
    <w:p>
      <w:r>
        <w:rPr>
          <w:b/>
        </w:rPr>
        <w:t xml:space="preserve">[49:05] </w:t>
      </w:r>
      <w:r>
        <w:t>hoti hai.</w:t>
      </w:r>
    </w:p>
    <w:p>
      <w:pPr>
        <w:jc w:val="right"/>
      </w:pPr>
      <w:r>
        <w:t>ہوتی ہے۔</w:t>
      </w:r>
    </w:p>
    <w:p>
      <w:r>
        <w:rPr>
          <w:b/>
        </w:rPr>
        <w:t xml:space="preserve">[49:07] </w:t>
      </w:r>
      <w:r>
        <w:t>us ke liye ek ek jani hui baat ko, ek batai hui baat ko jab aap mante hain</w:t>
      </w:r>
    </w:p>
    <w:p>
      <w:pPr>
        <w:jc w:val="right"/>
      </w:pPr>
      <w:r>
        <w:t>اس کے لیے ایک ایک جانی ہوئی بات کو، ایک بتائی ہوئی بات کو جب آپ مانتے ہیں</w:t>
      </w:r>
    </w:p>
    <w:p>
      <w:r>
        <w:rPr>
          <w:b/>
        </w:rPr>
        <w:t xml:space="preserve">[49:14] </w:t>
      </w:r>
      <w:r>
        <w:t>to woh aap ke liye itni bari nahi hoti, aap aap ke mind ka itna bara jazba nahi</w:t>
      </w:r>
    </w:p>
    <w:p>
      <w:pPr>
        <w:jc w:val="right"/>
      </w:pPr>
      <w:r>
        <w:t>تو وہ آپ کے لیے اتنی بڑی نہیں ہوتی، آپ آپ کے مائنڈ کا اتنا بڑا جذبہ نہیں</w:t>
      </w:r>
    </w:p>
    <w:p>
      <w:r>
        <w:rPr>
          <w:b/>
        </w:rPr>
        <w:t xml:space="preserve">[49:22] </w:t>
      </w:r>
      <w:r>
        <w:t>banti, aap ka, aap aap ko itna ziyada activate nahi karti, aap ke andar itna ziyada bhaga nahi</w:t>
      </w:r>
    </w:p>
    <w:p>
      <w:pPr>
        <w:jc w:val="right"/>
      </w:pPr>
      <w:r>
        <w:t>بنتی، آپ کا، آپ آپ کو اتنا زیادہ ایکٹیویٹ نہیں کرتی، آپ کے اندر اتنا زیادہ بھاگا نہیں</w:t>
      </w:r>
    </w:p>
    <w:p>
      <w:r>
        <w:rPr>
          <w:b/>
        </w:rPr>
        <w:t xml:space="preserve">[49:30] </w:t>
      </w:r>
      <w:r>
        <w:t>lati.</w:t>
      </w:r>
    </w:p>
    <w:p>
      <w:pPr>
        <w:jc w:val="right"/>
      </w:pPr>
      <w:r>
        <w:t>لاتی۔</w:t>
      </w:r>
    </w:p>
    <w:p>
      <w:r>
        <w:rPr>
          <w:b/>
        </w:rPr>
        <w:t xml:space="preserve">[49:31] </w:t>
      </w:r>
      <w:r>
        <w:t>lekin jab aap koi cheez khud discover karen, khud sochte sochte to wahi hota hai jo mashhoor</w:t>
      </w:r>
    </w:p>
    <w:p>
      <w:pPr>
        <w:jc w:val="right"/>
      </w:pPr>
      <w:r>
        <w:t>لیکن جب آپ کوئی چیز خود ڈسکور کریں، خود سوچ سوچتے سوچتے تو وہی ہوتا ہے جو مشہور</w:t>
      </w:r>
    </w:p>
    <w:p>
      <w:r>
        <w:rPr>
          <w:b/>
        </w:rPr>
        <w:t xml:space="preserve">[49:39] </w:t>
      </w:r>
      <w:r>
        <w:t>jo waqea hai Greek philosopher ka ke us ko ek ek law daryaft ho gaya, ek law daryaft</w:t>
      </w:r>
    </w:p>
    <w:p>
      <w:pPr>
        <w:jc w:val="right"/>
      </w:pPr>
      <w:r>
        <w:t>جو واقعہ ہے گریک فلاسفر کا کہ اس کو ایک ایک لا دریافت ہو گیا، ایک لا دریافت</w:t>
      </w:r>
    </w:p>
    <w:p>
      <w:r>
        <w:rPr>
          <w:b/>
        </w:rPr>
        <w:t xml:space="preserve">[49:47] </w:t>
      </w:r>
      <w:r>
        <w:t>ho gaya.</w:t>
      </w:r>
    </w:p>
    <w:p>
      <w:pPr>
        <w:jc w:val="right"/>
      </w:pPr>
      <w:r>
        <w:t>ہو گیا۔</w:t>
      </w:r>
    </w:p>
    <w:p>
      <w:r>
        <w:rPr>
          <w:b/>
        </w:rPr>
        <w:t xml:space="preserve">[49:48] </w:t>
      </w:r>
      <w:r>
        <w:t>to woh hauz mein naha raha tha us waqt to nikal ke bhaga, Eureka Eureka kehti hui ke</w:t>
      </w:r>
    </w:p>
    <w:p>
      <w:pPr>
        <w:jc w:val="right"/>
      </w:pPr>
      <w:r>
        <w:t>تو وہ حوض میں نہا رہا تھا اس وقت تو نکل کے بھاگا، یورکا یورکا کہتی ہوئی کہ</w:t>
      </w:r>
    </w:p>
    <w:p>
      <w:r>
        <w:rPr>
          <w:b/>
        </w:rPr>
        <w:t xml:space="preserve">[49:56] </w:t>
      </w:r>
      <w:r>
        <w:t>maine pa liya, maine pa liya, maine pa liya.</w:t>
      </w:r>
    </w:p>
    <w:p>
      <w:pPr>
        <w:jc w:val="right"/>
      </w:pPr>
      <w:r>
        <w:t>میں نے پا لیا، میں نے پا لیا، میں نے پا لیا۔</w:t>
      </w:r>
    </w:p>
    <w:p>
      <w:r>
        <w:rPr>
          <w:b/>
        </w:rPr>
        <w:t xml:space="preserve">[50:01] </w:t>
      </w:r>
      <w:r>
        <w:t>yeh discovery ka jo hai, discovery ka ek jo hai jiska ek andar ek ek ek ajeeb</w:t>
      </w:r>
    </w:p>
    <w:p>
      <w:pPr>
        <w:jc w:val="right"/>
      </w:pPr>
      <w:r>
        <w:t>یہ ڈسکوری کا جو ہے، ڈسکوری کا ایک جو ہے جس کا ایک اندر ایک ایک ایک عجیب</w:t>
      </w:r>
    </w:p>
    <w:p>
      <w:r>
        <w:rPr>
          <w:b/>
        </w:rPr>
        <w:t xml:space="preserve">[50:09] </w:t>
      </w:r>
      <w:r>
        <w:t>ghareeb qism ka pleasure hai.</w:t>
      </w:r>
    </w:p>
    <w:p>
      <w:pPr>
        <w:jc w:val="right"/>
      </w:pPr>
      <w:r>
        <w:t>غریب قسم کا پلیژر ہے۔</w:t>
      </w:r>
    </w:p>
    <w:p>
      <w:r>
        <w:rPr>
          <w:b/>
        </w:rPr>
        <w:t xml:space="preserve">[50:11] </w:t>
      </w:r>
      <w:r>
        <w:t>discovery mein ek ajeeb ghareeb qism ka aap ko sukoon milta hai, aap ke dimagh ko ek ajeeb</w:t>
      </w:r>
    </w:p>
    <w:p>
      <w:pPr>
        <w:jc w:val="right"/>
      </w:pPr>
      <w:r>
        <w:t>ڈسکوری میں ایک عجیب غریب قسم کا آپ کو سکون ملتا ہے، آپ کے دماغ کو ایک عجیب</w:t>
      </w:r>
    </w:p>
    <w:p>
      <w:r>
        <w:rPr>
          <w:b/>
        </w:rPr>
        <w:t xml:space="preserve">[50:19] </w:t>
      </w:r>
      <w:r>
        <w:t>ghareeb qism ka ek ek itzaaz milta hai.</w:t>
      </w:r>
    </w:p>
    <w:p>
      <w:pPr>
        <w:jc w:val="right"/>
      </w:pPr>
      <w:r>
        <w:t>غریب قسم کا ایک ایک اعتزاز ملتا ہے۔</w:t>
      </w:r>
    </w:p>
    <w:p>
      <w:r>
        <w:rPr>
          <w:b/>
        </w:rPr>
        <w:t xml:space="preserve">[50:22] </w:t>
      </w:r>
      <w:r>
        <w:t>to Allah taala chahta hai ke insaan jo hai cheezon ko discovery ki satah par paye, cheezon ko</w:t>
      </w:r>
    </w:p>
    <w:p>
      <w:pPr>
        <w:jc w:val="right"/>
      </w:pPr>
      <w:r>
        <w:t>تو اللہ تعالی چاہتا ہے کہ انسان جو ہے چیزوں کو ڈسکوری کی سطح پر پائے، چیزوں کو</w:t>
      </w:r>
    </w:p>
    <w:p>
      <w:r>
        <w:rPr>
          <w:b/>
        </w:rPr>
        <w:t xml:space="preserve">[50:30] </w:t>
      </w:r>
      <w:r>
        <w:t>discovery ki satah par paye.</w:t>
      </w:r>
    </w:p>
    <w:p>
      <w:pPr>
        <w:jc w:val="right"/>
      </w:pPr>
      <w:r>
        <w:t>ڈسکوری کی سطح پر پائے۔</w:t>
      </w:r>
    </w:p>
    <w:p>
      <w:r>
        <w:rPr>
          <w:b/>
        </w:rPr>
        <w:t xml:space="preserve">[50:32] </w:t>
      </w:r>
      <w:r>
        <w:t>to yeh bhi Allah taala ne aap ko bohat bari cheez dena chaha.</w:t>
      </w:r>
    </w:p>
    <w:p>
      <w:pPr>
        <w:jc w:val="right"/>
      </w:pPr>
      <w:r>
        <w:t>تو یہ بھی اللہ تعالی نے آپ کو بہت بڑی چیز دینا چاہا۔</w:t>
      </w:r>
    </w:p>
    <w:p>
      <w:r>
        <w:rPr>
          <w:b/>
        </w:rPr>
        <w:t xml:space="preserve">[50:37] </w:t>
      </w:r>
      <w:r>
        <w:t>ek to yeh ke aap yani apne zaati choice se karen kaam, kisi pabandi ke baghair, aur yeh</w:t>
      </w:r>
    </w:p>
    <w:p>
      <w:pPr>
        <w:jc w:val="right"/>
      </w:pPr>
      <w:r>
        <w:t>ایک تو یہ کہ آپ یعنی اپنے ذاتی چوائس سے کریں کام، کسی پابندی کے بغیر، اور یہ</w:t>
      </w:r>
    </w:p>
    <w:p>
      <w:r>
        <w:rPr>
          <w:b/>
        </w:rPr>
        <w:t xml:space="preserve">[50:45] </w:t>
      </w:r>
      <w:r>
        <w:t>ke baaton ko aap khud se discover karen, khud se discover kar ke jayen.</w:t>
      </w:r>
    </w:p>
    <w:p>
      <w:pPr>
        <w:jc w:val="right"/>
      </w:pPr>
      <w:r>
        <w:t>کہ باتوں کو آپ خود سے ڈسکور کریں، خود سے ڈسکور کر کے جائیں۔</w:t>
      </w:r>
    </w:p>
    <w:p>
      <w:r>
        <w:rPr>
          <w:b/>
        </w:rPr>
        <w:t xml:space="preserve">[50:51] </w:t>
      </w:r>
      <w:r>
        <w:t>goya insaan self discovery ki satah par khara ho aur self choice ki satah par khara ho.</w:t>
      </w:r>
    </w:p>
    <w:p>
      <w:pPr>
        <w:jc w:val="right"/>
      </w:pPr>
      <w:r>
        <w:t>گویا انسان سیلف ڈسکوری کی سطح پر کھڑا ہو اور سیلف چوائس کی سطح پر کھڑا ہو۔</w:t>
      </w:r>
    </w:p>
    <w:p>
      <w:r>
        <w:rPr>
          <w:b/>
        </w:rPr>
        <w:t xml:space="preserve">[50:58] </w:t>
      </w:r>
      <w:r>
        <w:t>yeh matloob hai insaan se Allah taala ko, aur yahi woh insaan hai jiske liye jiska</w:t>
      </w:r>
    </w:p>
    <w:p>
      <w:pPr>
        <w:jc w:val="right"/>
      </w:pPr>
      <w:r>
        <w:t>یہ مطلوب ہے انسان سے اللہ تعالی کو، اور یہی وہ انسان ہے جس کے لیے جس کا</w:t>
      </w:r>
    </w:p>
    <w:p>
      <w:r>
        <w:rPr>
          <w:b/>
        </w:rPr>
        <w:t xml:space="preserve">[51:06] </w:t>
      </w:r>
      <w:r>
        <w:t>selection hoga jannat ke liye.</w:t>
      </w:r>
    </w:p>
    <w:p>
      <w:pPr>
        <w:jc w:val="right"/>
      </w:pPr>
      <w:r>
        <w:t>سلیکشن ہوگا جنت کے لیے۔</w:t>
      </w:r>
    </w:p>
    <w:p>
      <w:r>
        <w:rPr>
          <w:b/>
        </w:rPr>
        <w:t xml:space="preserve">[51:08] </w:t>
      </w:r>
      <w:r>
        <w:t>dekhen, jannat ke baray mein logon ko ajeeb o ghareeb qism ki tasawwurat hain.</w:t>
      </w:r>
    </w:p>
    <w:p>
      <w:pPr>
        <w:jc w:val="right"/>
      </w:pPr>
      <w:r>
        <w:t>دیکھیں، جنت کے بارے میں لوگوں کو عجیب و غریب قسم کی تصورات ہیں۔</w:t>
      </w:r>
    </w:p>
    <w:p>
      <w:r>
        <w:rPr>
          <w:b/>
        </w:rPr>
        <w:t xml:space="preserve">[51:14] </w:t>
      </w:r>
      <w:r>
        <w:t>koi samajhta hai ke salat tasbeeh parh lo, jannat ho gai.</w:t>
      </w:r>
    </w:p>
    <w:p>
      <w:pPr>
        <w:jc w:val="right"/>
      </w:pPr>
      <w:r>
        <w:t>کوئی سمجھتا ہے کہ صلوۃ تسبیح پڑھ لو، جنت ہو گئی۔</w:t>
      </w:r>
    </w:p>
    <w:p>
      <w:r>
        <w:rPr>
          <w:b/>
        </w:rPr>
        <w:t xml:space="preserve">[51:19] </w:t>
      </w:r>
      <w:r>
        <w:t>koi samajhta hai ke shafaat mil jaye gi to jannat ho gai.</w:t>
      </w:r>
    </w:p>
    <w:p>
      <w:pPr>
        <w:jc w:val="right"/>
      </w:pPr>
      <w:r>
        <w:t>کوئی سمجھتا ہے کہ شفاعت مل جائے گی تو جنت ہو گئی۔</w:t>
      </w:r>
    </w:p>
    <w:p>
      <w:r>
        <w:rPr>
          <w:b/>
        </w:rPr>
        <w:t xml:space="preserve">[51:24] </w:t>
      </w:r>
      <w:r>
        <w:t>is se shafaat karein, kai din jannat mil jaye gi.</w:t>
      </w:r>
    </w:p>
    <w:p>
      <w:pPr>
        <w:jc w:val="right"/>
      </w:pPr>
      <w:r>
        <w:t>اس سے شفاعت کریں، کئی دن جنت مل جائے گی۔</w:t>
      </w:r>
    </w:p>
    <w:p>
      <w:r>
        <w:rPr>
          <w:b/>
        </w:rPr>
        <w:t xml:space="preserve">[51:28] </w:t>
      </w:r>
      <w:r>
        <w:t>muslim family mein paida ho to jannat mil gai.</w:t>
      </w:r>
    </w:p>
    <w:p>
      <w:pPr>
        <w:jc w:val="right"/>
      </w:pPr>
      <w:r>
        <w:t>مسلم فیملی میں پیدا ہو تو جنت مل گئی۔</w:t>
      </w:r>
    </w:p>
    <w:p>
      <w:r>
        <w:rPr>
          <w:b/>
        </w:rPr>
        <w:t xml:space="preserve">[51:32] </w:t>
      </w:r>
      <w:r>
        <w:t>falan tasbeeh parh lo to jannat mil gai.</w:t>
      </w:r>
    </w:p>
    <w:p>
      <w:pPr>
        <w:jc w:val="right"/>
      </w:pPr>
      <w:r>
        <w:t>فلاں تسبیح پڑھ لو تو جنت مل گئی۔</w:t>
      </w:r>
    </w:p>
    <w:p>
      <w:r>
        <w:rPr>
          <w:b/>
        </w:rPr>
        <w:t xml:space="preserve">[51:36] </w:t>
      </w:r>
      <w:r>
        <w:t>yeh sab jannat ko under estimate karna hai, yeh sab jannat ko under estimate karna hai.</w:t>
      </w:r>
    </w:p>
    <w:p>
      <w:pPr>
        <w:jc w:val="right"/>
      </w:pPr>
      <w:r>
        <w:t>یہ سب جنت کو انڈر ایسٹیمیٹ کرنا ہے، یہ سب جنت کو انڈر ایسٹیمیٹ کرنا ہے۔</w:t>
      </w:r>
    </w:p>
    <w:p>
      <w:r>
        <w:rPr>
          <w:b/>
        </w:rPr>
        <w:t xml:space="preserve">[51:43] </w:t>
      </w:r>
      <w:r>
        <w:t>dekhein, jannat mein sirf woh log jayenge jo is ke deserve karte hon, jo is ke deserve</w:t>
      </w:r>
    </w:p>
    <w:p>
      <w:pPr>
        <w:jc w:val="right"/>
      </w:pPr>
      <w:r>
        <w:t>دیکھیں، جنت میں صرف وہ لوگ جائیں گے جو اس کے ڈیزرو کرتے ہوں، جو اس کے ڈیزرو</w:t>
      </w:r>
    </w:p>
    <w:p>
      <w:r>
        <w:rPr>
          <w:b/>
        </w:rPr>
        <w:t xml:space="preserve">[51:50] </w:t>
      </w:r>
      <w:r>
        <w:t>karte hon.</w:t>
      </w:r>
    </w:p>
    <w:p>
      <w:pPr>
        <w:jc w:val="right"/>
      </w:pPr>
      <w:r>
        <w:t>کرتے ہوں۔</w:t>
      </w:r>
    </w:p>
    <w:p>
      <w:r>
        <w:rPr>
          <w:b/>
        </w:rPr>
        <w:t xml:space="preserve">[51:52] </w:t>
      </w:r>
      <w:r>
        <w:t>aap ghor kijiye ke ek multinational company hai, is ko ek ek zaroorat hai, ek ek ek</w:t>
      </w:r>
    </w:p>
    <w:p>
      <w:pPr>
        <w:jc w:val="right"/>
      </w:pPr>
      <w:r>
        <w:t>آپ غور کیجئے کہ ایک ملٹی نیشنل کمپنی ہے، اس کو ایک ایک ضرورت ہے، ایک ایک ایک</w:t>
      </w:r>
    </w:p>
    <w:p>
      <w:r>
        <w:rPr>
          <w:b/>
        </w:rPr>
        <w:t xml:space="preserve">[52:00] </w:t>
      </w:r>
      <w:r>
        <w:t>director ki.</w:t>
      </w:r>
    </w:p>
    <w:p>
      <w:pPr>
        <w:jc w:val="right"/>
      </w:pPr>
      <w:r>
        <w:t>ڈائریکٹر کی۔</w:t>
      </w:r>
    </w:p>
    <w:p>
      <w:r>
        <w:rPr>
          <w:b/>
        </w:rPr>
        <w:t xml:space="preserve">[52:01] </w:t>
      </w:r>
      <w:r>
        <w:t>to kaha kisi ko pakar ke daal ke maar de ga? woh man of state ko nahi, jis</w:t>
      </w:r>
    </w:p>
    <w:p>
      <w:pPr>
        <w:jc w:val="right"/>
      </w:pPr>
      <w:r>
        <w:t>تو کہا کسی کو پکڑ کے ڈال کے مار دے گا؟ وہ مین آف اسٹیٹ کو نہیں، جس</w:t>
      </w:r>
    </w:p>
    <w:p>
      <w:r>
        <w:rPr>
          <w:b/>
        </w:rPr>
        <w:t xml:space="preserve">[52:09] </w:t>
      </w:r>
      <w:r>
        <w:t>ne woh woh woh science parhi hai, jis ko is ka experience hai, jo waqiat hain, is ke</w:t>
      </w:r>
    </w:p>
    <w:p>
      <w:pPr>
        <w:jc w:val="right"/>
      </w:pPr>
      <w:r>
        <w:t>نے وہ وہ وہ سائنس پڑھی ہے، جس کو اس کا ایکسپیرینس ہے، جو واقعات ہیں، اس کے</w:t>
      </w:r>
    </w:p>
    <w:p>
      <w:r>
        <w:rPr>
          <w:b/>
        </w:rPr>
        <w:t xml:space="preserve">[52:16] </w:t>
      </w:r>
      <w:r>
        <w:t>deserve karta hai, is ka selection hoga.</w:t>
      </w:r>
    </w:p>
    <w:p>
      <w:pPr>
        <w:jc w:val="right"/>
      </w:pPr>
      <w:r>
        <w:t>ڈیزرو کرتا ہے، اس کا سلیکشن ہوگا۔</w:t>
      </w:r>
    </w:p>
    <w:p>
      <w:r>
        <w:rPr>
          <w:b/>
        </w:rPr>
        <w:t xml:space="preserve">[52:19] </w:t>
      </w:r>
      <w:r>
        <w:t>to kya aap samajhte hain ke multinational mein ek aadmi ka ek job diya jata hai, is</w:t>
      </w:r>
    </w:p>
    <w:p>
      <w:pPr>
        <w:jc w:val="right"/>
      </w:pPr>
      <w:r>
        <w:t>تو کیا آپ سمجھتے ہیں کہ ملٹی نیشنل میں ایک آدمی کا ایک جاب دیا جاتا ہے، اس</w:t>
      </w:r>
    </w:p>
    <w:p>
      <w:r>
        <w:rPr>
          <w:b/>
        </w:rPr>
        <w:t xml:space="preserve">[52:27] </w:t>
      </w:r>
      <w:r>
        <w:t>se bhi kam darja hai jannat ka? ke kisi ko bhar do, bhar bakri kar de ga? kaise?</w:t>
      </w:r>
    </w:p>
    <w:p>
      <w:pPr>
        <w:jc w:val="right"/>
      </w:pPr>
      <w:r>
        <w:t>سے بھی کم درجہ ہے جنت کا؟ کہ کسی کو بھر دو، بھر بکری کر دے گا؟ کیسے؟</w:t>
      </w:r>
    </w:p>
    <w:p>
      <w:r>
        <w:rPr>
          <w:b/>
        </w:rPr>
        <w:t xml:space="preserve">[52:35] </w:t>
      </w:r>
      <w:r>
        <w:t>jannat bohat hi refined jagah hai, bohat hi, bohat hi, yani bohat hi ghair mamooli jagah hai.</w:t>
      </w:r>
    </w:p>
    <w:p>
      <w:pPr>
        <w:jc w:val="right"/>
      </w:pPr>
      <w:r>
        <w:t>جنت بہت ہی ریفائنڈ جگہ ہے، بہت ہی، بہت ہی، یعنی بہت ہی غیر معمولی جگہ ہے۔</w:t>
      </w:r>
    </w:p>
    <w:p>
      <w:r>
        <w:rPr>
          <w:b/>
        </w:rPr>
        <w:t xml:space="preserve">[52:42] </w:t>
      </w:r>
      <w:r>
        <w:t>to isi ke lehaz se insaan chahiye.</w:t>
      </w:r>
    </w:p>
    <w:p>
      <w:pPr>
        <w:jc w:val="right"/>
      </w:pPr>
      <w:r>
        <w:t>تو اسی کے لحاظ سے انسان چاہیے۔</w:t>
      </w:r>
    </w:p>
    <w:p>
      <w:r>
        <w:rPr>
          <w:b/>
        </w:rPr>
        <w:t xml:space="preserve">[52:45] </w:t>
      </w:r>
      <w:r>
        <w:t>to yeh sari baat jo dunya mein rakhi gayi hai, insaan ko jo mauqa diya gaya hai ke</w:t>
      </w:r>
    </w:p>
    <w:p>
      <w:pPr>
        <w:jc w:val="right"/>
      </w:pPr>
      <w:r>
        <w:t>تو یہ ساری بات جو دنیا میں رکھی گئی ہے، انسان کو جو موقع دیا گیا ہے کہ</w:t>
      </w:r>
    </w:p>
    <w:p>
      <w:r>
        <w:rPr>
          <w:b/>
        </w:rPr>
        <w:t xml:space="preserve">[52:53] </w:t>
      </w:r>
      <w:r>
        <w:t>khud se soche, khud se aap choice lein, khud se right path ko jaanein, khud se apna personality</w:t>
      </w:r>
    </w:p>
    <w:p>
      <w:pPr>
        <w:jc w:val="right"/>
      </w:pPr>
      <w:r>
        <w:t>خود سے سوچے، خود سے آپ چوائس لیں، خود سے رائٹ پاتھ کو جانیں، خود سے اپنا پرسنیلٹی</w:t>
      </w:r>
    </w:p>
    <w:p>
      <w:r>
        <w:rPr>
          <w:b/>
        </w:rPr>
        <w:t xml:space="preserve">[53:01] </w:t>
      </w:r>
      <w:r>
        <w:t>development karein, khud se apni shakhsiyat banaein.</w:t>
      </w:r>
    </w:p>
    <w:p>
      <w:pPr>
        <w:jc w:val="right"/>
      </w:pPr>
      <w:r>
        <w:t>ڈیولپمنٹ کریں، خود سے اپنی شخصیت بنائیں۔</w:t>
      </w:r>
    </w:p>
    <w:p>
      <w:r>
        <w:rPr>
          <w:b/>
        </w:rPr>
        <w:t xml:space="preserve">[53:04] </w:t>
      </w:r>
      <w:r>
        <w:t>yeh sab jo hai, yeh isi liye hai taake jannati insaan tayyar ho.</w:t>
      </w:r>
    </w:p>
    <w:p>
      <w:pPr>
        <w:jc w:val="right"/>
      </w:pPr>
      <w:r>
        <w:t>یہ سب جو ہے، یہ اسی لیے ہے تاکہ جنتی انسان تیار ہو۔</w:t>
      </w:r>
    </w:p>
    <w:p>
      <w:r>
        <w:rPr>
          <w:b/>
        </w:rPr>
        <w:t xml:space="preserve">[53:09] </w:t>
      </w:r>
      <w:r>
        <w:t>jannat yaad rakhiye, sirf jannati insaanon ke liye, jannati personality ke liye.</w:t>
      </w:r>
    </w:p>
    <w:p>
      <w:pPr>
        <w:jc w:val="right"/>
      </w:pPr>
      <w:r>
        <w:t>جنت یاد رکھیے، صرف جنتی انسانوں کے لیے، جنتی پرسنیلٹی کے لیے۔</w:t>
      </w:r>
    </w:p>
    <w:p>
      <w:r>
        <w:rPr>
          <w:b/>
        </w:rPr>
        <w:t xml:space="preserve">[53:14] </w:t>
      </w:r>
      <w:r>
        <w:t>yeh nahi ke kisi ko pakar lo, jaise bhar do is ko.</w:t>
      </w:r>
    </w:p>
    <w:p>
      <w:pPr>
        <w:jc w:val="right"/>
      </w:pPr>
      <w:r>
        <w:t>یہ نہیں کہ کسی کو پکڑ لو، جیسے بھر دو اس کو۔</w:t>
      </w:r>
    </w:p>
    <w:p>
      <w:r>
        <w:rPr>
          <w:b/>
        </w:rPr>
        <w:t xml:space="preserve">[53:19] </w:t>
      </w:r>
      <w:r>
        <w:t>jannat bohat hi refined colony hai aur is mein basane ke liye bhi bohat hi refined log chahiye,</w:t>
      </w:r>
    </w:p>
    <w:p>
      <w:pPr>
        <w:jc w:val="right"/>
      </w:pPr>
      <w:r>
        <w:t>جنت بہت ہی ریفائنڈ کالونی ہے اور اس میں بسانے کے لیے بھی بہت ہی ریفائنڈ لوگ چاہیے،</w:t>
      </w:r>
    </w:p>
    <w:p>
      <w:r>
        <w:rPr>
          <w:b/>
        </w:rPr>
        <w:t xml:space="preserve">[53:27] </w:t>
      </w:r>
      <w:r>
        <w:t>bohat hi prepared personality.</w:t>
      </w:r>
    </w:p>
    <w:p>
      <w:pPr>
        <w:jc w:val="right"/>
      </w:pPr>
      <w:r>
        <w:t>بہت ہی پریپریڈ پرسنیلٹی۔</w:t>
      </w:r>
    </w:p>
    <w:p>
      <w:r>
        <w:rPr>
          <w:b/>
        </w:rPr>
        <w:t xml:space="preserve">[53:29] </w:t>
      </w:r>
      <w:r>
        <w:t>to yeh sab isi liye rakha gaya hai.</w:t>
      </w:r>
    </w:p>
    <w:p>
      <w:pPr>
        <w:jc w:val="right"/>
      </w:pPr>
      <w:r>
        <w:t>تو یہ سب اسی لیے رکھا گیا ہے۔</w:t>
      </w:r>
    </w:p>
    <w:p>
      <w:r>
        <w:rPr>
          <w:b/>
        </w:rPr>
        <w:t xml:space="preserve">[53:32] </w:t>
      </w:r>
      <w:r>
        <w:t>yeh sara jo Allah taala ka jo plan hai insaan ke sath, in sab ka aakhri jo mad'da</w:t>
      </w:r>
    </w:p>
    <w:p>
      <w:pPr>
        <w:jc w:val="right"/>
      </w:pPr>
      <w:r>
        <w:t>یہ سارا جو اللہ تعالی کا جو پلان ہے انسان کے ساتھ، ان سب کا آخری جو مدعا</w:t>
      </w:r>
    </w:p>
    <w:p>
      <w:r>
        <w:rPr>
          <w:b/>
        </w:rPr>
        <w:t xml:space="preserve">[53:40] </w:t>
      </w:r>
      <w:r>
        <w:t>hai, aakhri jo maqsad hai, woh yahi hai ke woh insaan tayyar hon jo jannat mein ke refined</w:t>
      </w:r>
    </w:p>
    <w:p>
      <w:pPr>
        <w:jc w:val="right"/>
      </w:pPr>
      <w:r>
        <w:t>ہے، آخری جو مقصد ہے، وہ یہی ہے کہ وہ انسان تیار ہوں جو جنت میں کے ریفائنڈ</w:t>
      </w:r>
    </w:p>
    <w:p>
      <w:r>
        <w:rPr>
          <w:b/>
        </w:rPr>
        <w:t xml:space="preserve">[53:48] </w:t>
      </w:r>
      <w:r>
        <w:t>colony mein rehne ke qabil hon.</w:t>
      </w:r>
    </w:p>
    <w:p>
      <w:pPr>
        <w:jc w:val="right"/>
      </w:pPr>
      <w:r>
        <w:t>کالونی میں رہنے کے قابل ہوں۔</w:t>
      </w:r>
    </w:p>
    <w:p>
      <w:r>
        <w:rPr>
          <w:b/>
        </w:rPr>
        <w:t xml:space="preserve">[53:50] </w:t>
      </w:r>
      <w:r>
        <w:t>bohat hi refined colony, bohat hi ziyada perfect colony, bohat hi ziyada ideal colony.</w:t>
      </w:r>
    </w:p>
    <w:p>
      <w:pPr>
        <w:jc w:val="right"/>
      </w:pPr>
      <w:r>
        <w:t>بہت ہی ریفائنڈ کالونی، بہت ہی زیادہ پرفیکٹ کالونی، بہت ہی زیادہ آئیڈیل کالونی۔</w:t>
      </w:r>
    </w:p>
    <w:p>
      <w:r>
        <w:rPr>
          <w:b/>
        </w:rPr>
        <w:t xml:space="preserve">[53:56] </w:t>
      </w:r>
      <w:r>
        <w:t>to wahan wahan par basne wale insaan Allah taala ko darkar hain.</w:t>
      </w:r>
    </w:p>
    <w:p>
      <w:pPr>
        <w:jc w:val="right"/>
      </w:pPr>
      <w:r>
        <w:t>تو وہاں وہاں پر بسنے والے انسان اللہ تعالی کو درکار ہیں۔</w:t>
      </w:r>
    </w:p>
    <w:p>
      <w:r>
        <w:rPr>
          <w:b/>
        </w:rPr>
        <w:t xml:space="preserve">[54:01] </w:t>
      </w:r>
      <w:r>
        <w:t>yeh sare halaat is liye paida kiye gaye hain taake in insaanon ko select kiya jaye, in insaanon</w:t>
      </w:r>
    </w:p>
    <w:p>
      <w:pPr>
        <w:jc w:val="right"/>
      </w:pPr>
      <w:r>
        <w:t>یہ سارے حالات اس لیے پیدا کیے گئے ہیں تاکہ ان انسانوں کو سلیکٹ کیا جائے، ان انسانوں</w:t>
      </w:r>
    </w:p>
    <w:p>
      <w:r>
        <w:rPr>
          <w:b/>
        </w:rPr>
        <w:t xml:space="preserve">[54:09] </w:t>
      </w:r>
      <w:r>
        <w:t>ko muntakhib kiya jaye.</w:t>
      </w:r>
    </w:p>
    <w:p>
      <w:pPr>
        <w:jc w:val="right"/>
      </w:pPr>
      <w:r>
        <w:t>کو منتخب کیا جائے۔</w:t>
      </w:r>
    </w:p>
    <w:p>
      <w:r>
        <w:rPr>
          <w:b/>
        </w:rPr>
        <w:t xml:space="preserve">[54:11] </w:t>
      </w:r>
      <w:r>
        <w:t>to yeh aik aik aik selection ground hai.</w:t>
      </w:r>
    </w:p>
    <w:p>
      <w:pPr>
        <w:jc w:val="right"/>
      </w:pPr>
      <w:r>
        <w:t>تو یہ ایک ایک ایک سلیکشن گراؤنڈ ہے۔</w:t>
      </w:r>
    </w:p>
    <w:p>
      <w:r>
        <w:rPr>
          <w:b/>
        </w:rPr>
        <w:t xml:space="preserve">[54:14] </w:t>
      </w:r>
      <w:r>
        <w:t>yeh dunya Allah taala ki taraf se farishte wash kar rahe hain logon ko, har aadmi ka record</w:t>
      </w:r>
    </w:p>
    <w:p>
      <w:pPr>
        <w:jc w:val="right"/>
      </w:pPr>
      <w:r>
        <w:t>یہ دنیا اللہ تعالی کی طرف سے فرشتے واش کر رہے ہیں لوگوں کو، ہر آدمی کا ریکارڈ</w:t>
      </w:r>
    </w:p>
    <w:p>
      <w:r>
        <w:rPr>
          <w:b/>
        </w:rPr>
        <w:t xml:space="preserve">[54:22] </w:t>
      </w:r>
      <w:r>
        <w:t>taiyar kar rahe hain.</w:t>
      </w:r>
    </w:p>
    <w:p>
      <w:pPr>
        <w:jc w:val="right"/>
      </w:pPr>
      <w:r>
        <w:t>تیار کر رہے ہیں۔</w:t>
      </w:r>
    </w:p>
    <w:p>
      <w:r>
        <w:rPr>
          <w:b/>
        </w:rPr>
        <w:t xml:space="preserve">[54:24] </w:t>
      </w:r>
      <w:r>
        <w:t>aur aakhirat mein yahi hoga ke jo log deserve karte honge, unko select kar ke jannat</w:t>
      </w:r>
    </w:p>
    <w:p>
      <w:pPr>
        <w:jc w:val="right"/>
      </w:pPr>
      <w:r>
        <w:t>اور آخرت میں یہی ہوگا کہ جو لوگ ڈیزرو کرتے ہوں گے، ان کو سلیکٹ کر کے جنت</w:t>
      </w:r>
    </w:p>
    <w:p>
      <w:r>
        <w:rPr>
          <w:b/>
        </w:rPr>
        <w:t xml:space="preserve">[54:31] </w:t>
      </w:r>
      <w:r>
        <w:t>mein dakhil kar diya jayega, jannat mein basa diya jayega.</w:t>
      </w:r>
    </w:p>
    <w:p>
      <w:pPr>
        <w:jc w:val="right"/>
      </w:pPr>
      <w:r>
        <w:t>میں داخل کر دیا جائے گا، جنت میں بسا دیا جائے گا۔</w:t>
      </w:r>
    </w:p>
    <w:p>
      <w:r>
        <w:rPr>
          <w:b/>
        </w:rPr>
        <w:t xml:space="preserve">[54:37] </w:t>
      </w:r>
      <w:r>
        <w:t>to hum aap ko jo Quran mein hai ke wa limithli hatha fal ya'mal il a'miloon to yeh hai woh cheez</w:t>
      </w:r>
    </w:p>
    <w:p>
      <w:pPr>
        <w:jc w:val="right"/>
      </w:pPr>
      <w:r>
        <w:t>تو ہم آپ کو جو قرآن میں ہے کہ وَلِمِثْلَ هٰذَا فَلْيَعْمُلِ الْعَامِلُونَ تو یہ ہے وہ چیز</w:t>
      </w:r>
    </w:p>
    <w:p>
      <w:r>
        <w:rPr>
          <w:b/>
        </w:rPr>
        <w:t xml:space="preserve">[54:44] </w:t>
      </w:r>
      <w:r>
        <w:t>jis ke liye insaan amal kare, yeh hai woh cheez jis ke liye insaan amal kare.</w:t>
      </w:r>
    </w:p>
    <w:p>
      <w:pPr>
        <w:jc w:val="right"/>
      </w:pPr>
      <w:r>
        <w:t>جس کے لیے انسان عمل کرے، یہ ہے وہ چیز جس کے لیے انسان عمل کرے۔</w:t>
      </w:r>
    </w:p>
    <w:p>
      <w:r>
        <w:rPr>
          <w:b/>
        </w:rPr>
        <w:t xml:space="preserve">[54:51] </w:t>
      </w:r>
      <w:r>
        <w:t>to mein dua karta hoon ke Allah taala hum sab ko aqal de, hum sab ko tofeeq de</w:t>
      </w:r>
    </w:p>
    <w:p>
      <w:pPr>
        <w:jc w:val="right"/>
      </w:pPr>
      <w:r>
        <w:t>تو میں دعا کرتا ہوں کہ اللہ تعالی ہم سب کو عقل دے، ہم سب کو توفیق دے</w:t>
      </w:r>
    </w:p>
    <w:p>
      <w:r>
        <w:rPr>
          <w:b/>
        </w:rPr>
        <w:t xml:space="preserve">[54:59] </w:t>
      </w:r>
      <w:r>
        <w:t>ke hum jannat wale amal karen, aur hum sab ko Allah taala jannat mein dakhil farmaye.</w:t>
      </w:r>
    </w:p>
    <w:p>
      <w:pPr>
        <w:jc w:val="right"/>
      </w:pPr>
      <w:r>
        <w:t>کہ ہم جنت والے عمل کریں، اور ہم سب کو اللہ تعالی جنت میں داخل فرمائے۔</w:t>
      </w:r>
    </w:p>
    <w:p>
      <w:r>
        <w:rPr>
          <w:b/>
        </w:rPr>
        <w:t xml:space="preserve">[55:06] </w:t>
      </w:r>
      <w:r>
        <w:t>aqool qawli hadha wastaghfirullaha li walakum ajmaeen.</w:t>
      </w:r>
    </w:p>
    <w:p>
      <w:pPr>
        <w:jc w:val="right"/>
      </w:pPr>
      <w:r>
        <w:t>أقول قولي هذا واستغفراللہ لي ولكم اجمعین.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