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Maulana's Lecture- Eid al Fitr 20th August 2012</w:t>
      </w:r>
    </w:p>
    <w:p>
      <w:r>
        <w:t>https://www.youtube.com/watch?v=V202LFPpGro</w:t>
      </w:r>
    </w:p>
    <w:p>
      <w:r>
        <w:rPr>
          <w:b/>
        </w:rPr>
        <w:t xml:space="preserve">[00:00] </w:t>
      </w:r>
      <w:r>
        <w:t>theek hai Maulana.</w:t>
      </w:r>
    </w:p>
    <w:p>
      <w:pPr>
        <w:jc w:val="right"/>
      </w:pPr>
      <w:r>
        <w:t>ٹھیک ہے مولانا۔</w:t>
      </w:r>
    </w:p>
    <w:p>
      <w:r>
        <w:rPr>
          <w:b/>
        </w:rPr>
        <w:t xml:space="preserve">[00:06] </w:t>
      </w:r>
      <w:r>
        <w:t>Bismillah Rehman ur Rahim.</w:t>
      </w:r>
    </w:p>
    <w:p>
      <w:pPr>
        <w:jc w:val="right"/>
      </w:pPr>
      <w:r>
        <w:t>بسم اللہ الرحمن الرحیم۔</w:t>
      </w:r>
    </w:p>
    <w:p>
      <w:r>
        <w:rPr>
          <w:b/>
        </w:rPr>
        <w:t xml:space="preserve">[00:12] </w:t>
      </w:r>
      <w:r>
        <w:t>ek baar aur keh dein.</w:t>
      </w:r>
    </w:p>
    <w:p>
      <w:pPr>
        <w:jc w:val="right"/>
      </w:pPr>
      <w:r>
        <w:t>ایک بار اور کہہ دیں۔</w:t>
      </w:r>
    </w:p>
    <w:p>
      <w:r>
        <w:rPr>
          <w:b/>
        </w:rPr>
        <w:t xml:space="preserve">[00:19] </w:t>
      </w:r>
      <w:r>
        <w:t>Bismillah Rehman ur Rahim, wa salla Allahu alal Nabiyyil Kareem.</w:t>
      </w:r>
    </w:p>
    <w:p>
      <w:pPr>
        <w:jc w:val="right"/>
      </w:pPr>
      <w:r>
        <w:t>بسم اللہ الرحمن الرحیم، وصلی اللہ علی النبی الکریم۔</w:t>
      </w:r>
    </w:p>
    <w:p>
      <w:r>
        <w:rPr>
          <w:b/>
        </w:rPr>
        <w:t xml:space="preserve">[00:25]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aaj 2012 aur August ki 20 tareekh hai, aur aaj 1433 Hijri aur Shawwal ki first tareekh hai,</w:t>
      </w:r>
    </w:p>
    <w:p>
      <w:pPr>
        <w:jc w:val="right"/>
      </w:pPr>
      <w:r>
        <w:t>آج 2012 اور اگست کی 20 تاریخ ہے، اور آج 1433 ہجری اور شوال کی فرسٹ تاریخ ہے،</w:t>
      </w:r>
    </w:p>
    <w:p>
      <w:r>
        <w:rPr>
          <w:b/>
        </w:rPr>
        <w:t xml:space="preserve">[00:38] </w:t>
      </w:r>
      <w:r>
        <w:t>yaani aaj Eid ul Fitr ka din hai.</w:t>
      </w:r>
    </w:p>
    <w:p>
      <w:pPr>
        <w:jc w:val="right"/>
      </w:pPr>
      <w:r>
        <w:t>یعنی آج عید الفطر کا دن ہے۔</w:t>
      </w:r>
    </w:p>
    <w:p>
      <w:r>
        <w:rPr>
          <w:b/>
        </w:rPr>
        <w:t xml:space="preserve">[00:45] </w:t>
      </w:r>
      <w:r>
        <w:t>aaj mein apni baat ko shuru karna chahta hoon apne ek dream se, jo aaj raat ko maine dekha.</w:t>
      </w:r>
    </w:p>
    <w:p>
      <w:pPr>
        <w:jc w:val="right"/>
      </w:pPr>
      <w:r>
        <w:t>آج میں اپنی بات کو شروع کرنا چاہتا ہوں اپنے ایک ڈریم سے، جو آج رات کو میں نے دیکھا۔</w:t>
      </w:r>
    </w:p>
    <w:p>
      <w:r>
        <w:rPr>
          <w:b/>
        </w:rPr>
        <w:t xml:space="preserve">[00:51] </w:t>
      </w:r>
      <w:r>
        <w:t>aaj raat ko mein 29 Newy West mein so raha tha, to do bajay aur chaar bajay</w:t>
      </w:r>
    </w:p>
    <w:p>
      <w:pPr>
        <w:jc w:val="right"/>
      </w:pPr>
      <w:r>
        <w:t>آج رات کو میں سی 29 نیوزی ویسٹ میں سو رہا تھا، تو دو بجے اور چار بجے</w:t>
      </w:r>
    </w:p>
    <w:p>
      <w:r>
        <w:rPr>
          <w:b/>
        </w:rPr>
        <w:t xml:space="preserve">[00:58] </w:t>
      </w:r>
      <w:r>
        <w:t>ke beech mein ek dream aaya.</w:t>
      </w:r>
    </w:p>
    <w:p>
      <w:pPr>
        <w:jc w:val="right"/>
      </w:pPr>
      <w:r>
        <w:t>کے بیچ میں ایک ڈریم آیا۔</w:t>
      </w:r>
    </w:p>
    <w:p>
      <w:r>
        <w:rPr>
          <w:b/>
        </w:rPr>
        <w:t xml:space="preserve">[01:04] </w:t>
      </w:r>
      <w:r>
        <w:t>phir chaar bajay meri neend khul gayi.</w:t>
      </w:r>
    </w:p>
    <w:p>
      <w:pPr>
        <w:jc w:val="right"/>
      </w:pPr>
      <w:r>
        <w:t>پھر چار بجے میری نیند کھل گئی۔</w:t>
      </w:r>
    </w:p>
    <w:p>
      <w:r>
        <w:rPr>
          <w:b/>
        </w:rPr>
        <w:t xml:space="preserve">[01:11] </w:t>
      </w:r>
      <w:r>
        <w:t>dream yeh tha ke mein apni team ke saath ek building mein hoon, yeh ek multi-storey building</w:t>
      </w:r>
    </w:p>
    <w:p>
      <w:pPr>
        <w:jc w:val="right"/>
      </w:pPr>
      <w:r>
        <w:t>ڈریم یہ تھا کہ میں اپنی ٹیم کے ساتھ ایک بلڈنگ میں ہوں، یہ ایک ملٹی اسٹوری بلڈنگ</w:t>
      </w:r>
    </w:p>
    <w:p>
      <w:r>
        <w:rPr>
          <w:b/>
        </w:rPr>
        <w:t xml:space="preserve">[01:17] </w:t>
      </w:r>
      <w:r>
        <w:t>hai, aur hum log oopar ke storey mein hain.</w:t>
      </w:r>
    </w:p>
    <w:p>
      <w:pPr>
        <w:jc w:val="right"/>
      </w:pPr>
      <w:r>
        <w:t>ہے، اور ہم لوگ اوپر کے اسٹوری میں ہیں۔</w:t>
      </w:r>
    </w:p>
    <w:p>
      <w:r>
        <w:rPr>
          <w:b/>
        </w:rPr>
        <w:t xml:space="preserve">[01:24] </w:t>
      </w:r>
      <w:r>
        <w:t>وہاں سے میں دیکھتا ہوں باہر، تو باہر کی ہر چیز مجھے dwarf دکھائی دیتی ہے، dwarf۔</w:t>
      </w:r>
    </w:p>
    <w:p>
      <w:pPr>
        <w:jc w:val="right"/>
      </w:pPr>
      <w:r>
        <w:t>وہاں سے میں دیکھتا ہوں باہر، تو باہر کی ہر چیز مجھے ڈوارف دکھائی دیتی ہے، ڈوارف۔</w:t>
      </w:r>
    </w:p>
    <w:p>
      <w:r>
        <w:rPr>
          <w:b/>
        </w:rPr>
        <w:t xml:space="preserve">[01:30] </w:t>
      </w:r>
      <w:r>
        <w:t>is building mein, agarche aap jante hain ke aaj kal masjid multi-storey buildings hamesha lift hoti hai,</w:t>
      </w:r>
    </w:p>
    <w:p>
      <w:pPr>
        <w:jc w:val="right"/>
      </w:pPr>
      <w:r>
        <w:t>اس بلڈنگ میں، اگرچہ آپ جانتے ہیں کہ آج کل مسجد ملٹی اسٹوری بلڈنگز ہمیشہ لفٹ ہوتی ہے،</w:t>
      </w:r>
    </w:p>
    <w:p>
      <w:r>
        <w:rPr>
          <w:b/>
        </w:rPr>
        <w:t xml:space="preserve">[01:37] </w:t>
      </w:r>
      <w:r>
        <w:t>magar jis building mein mein charh ke oopar gaya hoon, us mein lift nahi thi.</w:t>
      </w:r>
    </w:p>
    <w:p>
      <w:pPr>
        <w:jc w:val="right"/>
      </w:pPr>
      <w:r>
        <w:t>مگر جس بلڈنگ میں میں چڑھ کے اوپر گیا ہوں، اس میں لفٹ نہیں تھی۔</w:t>
      </w:r>
    </w:p>
    <w:p>
      <w:r>
        <w:rPr>
          <w:b/>
        </w:rPr>
        <w:t xml:space="preserve">[01:43] </w:t>
      </w:r>
      <w:r>
        <w:t>agarche oonchi building thi, magar lift nahi thi, aur wahan se bahar ki cheezein sab dwarf dikhai de rahi theen.</w:t>
      </w:r>
    </w:p>
    <w:p>
      <w:pPr>
        <w:jc w:val="right"/>
      </w:pPr>
      <w:r>
        <w:t>اگرچہ اونچی بلڈنگ تھی، مگر لفٹ نہیں تھی، اور وہاں سے باہر کی چیزیں سب ڈوارف دکھائی دے رہی تھیں۔</w:t>
      </w:r>
    </w:p>
    <w:p>
      <w:r>
        <w:rPr>
          <w:b/>
        </w:rPr>
        <w:t xml:space="preserve">[01:49] </w:t>
      </w:r>
      <w:r>
        <w:t>yeh tha khwab.</w:t>
      </w:r>
    </w:p>
    <w:p>
      <w:pPr>
        <w:jc w:val="right"/>
      </w:pPr>
      <w:r>
        <w:t>یہ تھا خواب۔</w:t>
      </w:r>
    </w:p>
    <w:p>
      <w:r>
        <w:rPr>
          <w:b/>
        </w:rPr>
        <w:t xml:space="preserve">[01:56] </w:t>
      </w:r>
      <w:r>
        <w:t>to mein samajhta hoon ke is building mein lift ka na hona is baat ka aik ishara tha</w:t>
      </w:r>
    </w:p>
    <w:p>
      <w:pPr>
        <w:jc w:val="right"/>
      </w:pPr>
      <w:r>
        <w:t>تو میں سمجھتا ہوں کہ اس بلڈنگ میں لفٹ کا نہ ہونا اس بات کا ایک اشارہ تھا</w:t>
      </w:r>
    </w:p>
    <w:p>
      <w:r>
        <w:rPr>
          <w:b/>
        </w:rPr>
        <w:t xml:space="preserve">[02:02] </w:t>
      </w:r>
      <w:r>
        <w:t>ke woh yahi building thi jahan us waqt baithe hue hain, kyunke is building ke kai story hain,</w:t>
      </w:r>
    </w:p>
    <w:p>
      <w:pPr>
        <w:jc w:val="right"/>
      </w:pPr>
      <w:r>
        <w:t>کہ وہ یہی بلڈنگ تھی جہاں اس وقت بیٹھے ہوئے ہیں، کیونکہ اس بلڈنگ کے کئی اسٹوری ہیں،</w:t>
      </w:r>
    </w:p>
    <w:p>
      <w:r>
        <w:rPr>
          <w:b/>
        </w:rPr>
        <w:t xml:space="preserve">[02:09] </w:t>
      </w:r>
      <w:r>
        <w:t>lekin is mein lift nahin hai.</w:t>
      </w:r>
    </w:p>
    <w:p>
      <w:pPr>
        <w:jc w:val="right"/>
      </w:pPr>
      <w:r>
        <w:t>لیکن اس میں لفٹ نہیں ہے۔</w:t>
      </w:r>
    </w:p>
    <w:p>
      <w:r>
        <w:rPr>
          <w:b/>
        </w:rPr>
        <w:t xml:space="preserve">[02:15] </w:t>
      </w:r>
      <w:r>
        <w:t>aur hum sab log jo hain ikhatta hain, to hamare liye aik basharat hai is khwab ke mutabiq</w:t>
      </w:r>
    </w:p>
    <w:p>
      <w:pPr>
        <w:jc w:val="right"/>
      </w:pPr>
      <w:r>
        <w:t>اور ہم سب لوگ جو ہیں اکٹھا ہیں، تو ہمارے لیے ایک بشارت ہے اس خواب کے مطابق</w:t>
      </w:r>
    </w:p>
    <w:p>
      <w:r>
        <w:rPr>
          <w:b/>
        </w:rPr>
        <w:t xml:space="preserve">[02:22] </w:t>
      </w:r>
      <w:r>
        <w:t>کہ اللہ نے ہم کو spiritual, spiritual development کے لحاظ سے ایک اونچا درجہ عطا فرمایا ہے، high</w:t>
      </w:r>
    </w:p>
    <w:p>
      <w:pPr>
        <w:jc w:val="right"/>
      </w:pPr>
      <w:r>
        <w:t>کہ اللہ نے ہم کو اسپیریچول، اسپیریچول ڈیولپمنٹ کے لحاظ سے ایک اونچا درجہ عطا فرمایا ہے، ہائی</w:t>
      </w:r>
    </w:p>
    <w:p>
      <w:r>
        <w:rPr>
          <w:b/>
        </w:rPr>
        <w:t xml:space="preserve">[02:28] </w:t>
      </w:r>
      <w:r>
        <w:t>level of spiritual development, جہاں اور لوگ dwarf ہو جاتے ہیں۔</w:t>
      </w:r>
    </w:p>
    <w:p>
      <w:pPr>
        <w:jc w:val="right"/>
      </w:pPr>
      <w:r>
        <w:t>لیول آف اسپیریچول ڈیولپمنٹ، جہاں اور لوگ ڈوارف ہو جاتے ہیں۔</w:t>
      </w:r>
    </w:p>
    <w:p>
      <w:r>
        <w:rPr>
          <w:b/>
        </w:rPr>
        <w:t xml:space="preserve">[02:35] </w:t>
      </w:r>
      <w:r>
        <w:t>to jab mein chaar baje utha aur mein sochne laga is dream par, to phir mujhe quran ki</w:t>
      </w:r>
    </w:p>
    <w:p>
      <w:pPr>
        <w:jc w:val="right"/>
      </w:pPr>
      <w:r>
        <w:t>تو جب میں چار بجے اٹھا اور میں سوچنے لگا اس ڈریم پر، تو پھر مجھے قرآن کی</w:t>
      </w:r>
    </w:p>
    <w:p>
      <w:r>
        <w:rPr>
          <w:b/>
        </w:rPr>
        <w:t xml:space="preserve">[02:41] </w:t>
      </w:r>
      <w:r>
        <w:t>aik ayat yaad aayi.</w:t>
      </w:r>
    </w:p>
    <w:p>
      <w:pPr>
        <w:jc w:val="right"/>
      </w:pPr>
      <w:r>
        <w:t>ایک آیت یاد آئی۔</w:t>
      </w:r>
    </w:p>
    <w:p>
      <w:r>
        <w:rPr>
          <w:b/>
        </w:rPr>
        <w:t xml:space="preserve">[02:48] </w:t>
      </w:r>
      <w:r>
        <w:t>quran mein aik chapter hai jisko kehte hain al-araf, iska number hai seven.</w:t>
      </w:r>
    </w:p>
    <w:p>
      <w:pPr>
        <w:jc w:val="right"/>
      </w:pPr>
      <w:r>
        <w:t>قرآن میں ایک چیپٹر ہے جس کو کہتے ہیں الاعراف، اس کا نمبر ہے سیون۔</w:t>
      </w:r>
    </w:p>
    <w:p>
      <w:r>
        <w:rPr>
          <w:b/>
        </w:rPr>
        <w:t xml:space="preserve">[02:54] </w:t>
      </w:r>
      <w:r>
        <w:t>surah al-araf ki ayat 176 yeh hai: "ولو شینا لرفانہ ہو، لرفانہ ہو منہا، لرفانہ ہو بہا، ولو</w:t>
      </w:r>
    </w:p>
    <w:p>
      <w:pPr>
        <w:jc w:val="right"/>
      </w:pPr>
      <w:r>
        <w:t>سورہ الاعراف کی آیت 176 یہ ہے: "ولو شینا لرفانہ ہو، لرفانہ ہو منہا، لرفانہ ہو بہا، ولو</w:t>
      </w:r>
    </w:p>
    <w:p>
      <w:r>
        <w:rPr>
          <w:b/>
        </w:rPr>
        <w:t xml:space="preserve">[03:01] </w:t>
      </w:r>
      <w:r>
        <w:t>شینا لرفانہ ہو بہا، ولكن اخر الارض"۔</w:t>
      </w:r>
    </w:p>
    <w:p>
      <w:pPr>
        <w:jc w:val="right"/>
      </w:pPr>
      <w:r>
        <w:t>شینا لرفانہ ہو بہا، ولكن اخر الارض"۔</w:t>
      </w:r>
    </w:p>
    <w:p>
      <w:r>
        <w:rPr>
          <w:b/>
        </w:rPr>
        <w:t xml:space="preserve">[03:07] </w:t>
      </w:r>
      <w:r>
        <w:t>to mujhe bohat ajeeb tor par is is ayat ka, yani is ayat mein kya baat kahi gayi</w:t>
      </w:r>
    </w:p>
    <w:p>
      <w:pPr>
        <w:jc w:val="right"/>
      </w:pPr>
      <w:r>
        <w:t>تو مجھے بہت عجیب طور پر اس اس آیت کا، یعنی اس آیت میں کیا بات کہی گئی</w:t>
      </w:r>
    </w:p>
    <w:p>
      <w:r>
        <w:rPr>
          <w:b/>
        </w:rPr>
        <w:t xml:space="preserve">[03:14] </w:t>
      </w:r>
      <w:r>
        <w:t>hai, woh samajh mein aaya.</w:t>
      </w:r>
    </w:p>
    <w:p>
      <w:pPr>
        <w:jc w:val="right"/>
      </w:pPr>
      <w:r>
        <w:t>ہے، وہ سمجھ میں آیا۔</w:t>
      </w:r>
    </w:p>
    <w:p>
      <w:r>
        <w:rPr>
          <w:b/>
        </w:rPr>
        <w:t xml:space="preserve">[03:20] </w:t>
      </w:r>
      <w:r>
        <w:t>is ayat ka matlab dekhen yeh hai ke insaan ke bare mein yeh ayat insaan ko address kar</w:t>
      </w:r>
    </w:p>
    <w:p>
      <w:pPr>
        <w:jc w:val="right"/>
      </w:pPr>
      <w:r>
        <w:t>اس آیت کا مطلب دیکھیں یہ ہے کہ انسان کے بارے میں یہ آیت انسان کو ایڈریس کر</w:t>
      </w:r>
    </w:p>
    <w:p>
      <w:r>
        <w:rPr>
          <w:b/>
        </w:rPr>
        <w:t xml:space="preserve">[03:27] </w:t>
      </w:r>
      <w:r>
        <w:t>rahi hai ke Allah ne chaha insaan ko oopar uthana, lekin woh neeche hi pada reh gaya.</w:t>
      </w:r>
    </w:p>
    <w:p>
      <w:pPr>
        <w:jc w:val="right"/>
      </w:pPr>
      <w:r>
        <w:t>رہی ہے کہ اللہ نے چاہا انسان کو اوپر اٹھانا، لیکن وہ نیچے ہی پڑا رہ گیا۔</w:t>
      </w:r>
    </w:p>
    <w:p>
      <w:r>
        <w:rPr>
          <w:b/>
        </w:rPr>
        <w:t xml:space="preserve">[03:33] </w:t>
      </w:r>
      <w:r>
        <w:t>یعنی God wanted to exalt him, but he clung to the earth.</w:t>
      </w:r>
    </w:p>
    <w:p>
      <w:pPr>
        <w:jc w:val="right"/>
      </w:pPr>
      <w:r>
        <w:t>یعنی گاڈ وانٹڈ ٹو ایگزالٹ ہم، بٹ ہی کلنگ ادھارتھ۔</w:t>
      </w:r>
    </w:p>
    <w:p>
      <w:r>
        <w:rPr>
          <w:b/>
        </w:rPr>
        <w:t xml:space="preserve">[03:39] </w:t>
      </w:r>
      <w:r>
        <w:t>yeh matlab hai iska.</w:t>
      </w:r>
    </w:p>
    <w:p>
      <w:pPr>
        <w:jc w:val="right"/>
      </w:pPr>
      <w:r>
        <w:t>یہ مطلب ہے اس کا۔</w:t>
      </w:r>
    </w:p>
    <w:p>
      <w:r>
        <w:rPr>
          <w:b/>
        </w:rPr>
        <w:t xml:space="preserve">[03:46] </w:t>
      </w:r>
      <w:r>
        <w:t>ab mein sochne laga ke aur iska kya matlab ho sakta hai? to asal mein yeh hai</w:t>
      </w:r>
    </w:p>
    <w:p>
      <w:pPr>
        <w:jc w:val="right"/>
      </w:pPr>
      <w:r>
        <w:t>اب میں سوچنے لگا کہ اور اس کا کیا مطلب ہو سکتا ہے؟ تو اصل میں یہ ہے</w:t>
      </w:r>
    </w:p>
    <w:p>
      <w:r>
        <w:rPr>
          <w:b/>
        </w:rPr>
        <w:t xml:space="preserve">[03:52] </w:t>
      </w:r>
      <w:r>
        <w:t>ke Allah ne insaan ko paida kiya hai bohat hi great potential ke sath.</w:t>
      </w:r>
    </w:p>
    <w:p>
      <w:pPr>
        <w:jc w:val="right"/>
      </w:pPr>
      <w:r>
        <w:t>کہ اللہ نے انسان کو پیدا کیا ہے بہت ہی گریٹ پوٹینشل کے ساتھ۔</w:t>
      </w:r>
    </w:p>
    <w:p>
      <w:r>
        <w:rPr>
          <w:b/>
        </w:rPr>
        <w:t xml:space="preserve">[03:59] </w:t>
      </w:r>
      <w:r>
        <w:t>insaan ka kaam kya hai ke woh is potential ko actual banaye.</w:t>
      </w:r>
    </w:p>
    <w:p>
      <w:pPr>
        <w:jc w:val="right"/>
      </w:pPr>
      <w:r>
        <w:t>انسان کا کام کیا ہے کہ وہ اس پوٹینشل کو ایکچول بنائے۔</w:t>
      </w:r>
    </w:p>
    <w:p>
      <w:r>
        <w:rPr>
          <w:b/>
        </w:rPr>
        <w:t xml:space="preserve">[04:05] </w:t>
      </w:r>
      <w:r>
        <w:t>dekhen, doosre jitne bhi creature hain, chahe material world mein hon, plant world mein hon, animal world mein</w:t>
      </w:r>
    </w:p>
    <w:p>
      <w:pPr>
        <w:jc w:val="right"/>
      </w:pPr>
      <w:r>
        <w:t>دیکھیں، دوسرے جتنے بھی کریچر ہیں، چاہے مٹیریل ورلڈ میں ہوں، پلانٹ ورلڈ میں ہوں، اینیمل ورلڈ میں</w:t>
      </w:r>
    </w:p>
    <w:p>
      <w:r>
        <w:rPr>
          <w:b/>
        </w:rPr>
        <w:t xml:space="preserve">[04:12] </w:t>
      </w:r>
      <w:r>
        <w:t>hon, woh jaisa create ki gayi hai, waisa hi hain.</w:t>
      </w:r>
    </w:p>
    <w:p>
      <w:pPr>
        <w:jc w:val="right"/>
      </w:pPr>
      <w:r>
        <w:t>ہوں، وہ جیسا کریٹ کی کی گئی ہے، ویسے ہی ہیں۔</w:t>
      </w:r>
    </w:p>
    <w:p>
      <w:r>
        <w:rPr>
          <w:b/>
        </w:rPr>
        <w:t xml:space="preserve">[04:18] </w:t>
      </w:r>
      <w:r>
        <w:t>woh bas insaan jo create kiya gaya hai, to potential ko le kar ke woh create kiya gaya</w:t>
      </w:r>
    </w:p>
    <w:p>
      <w:pPr>
        <w:jc w:val="right"/>
      </w:pPr>
      <w:r>
        <w:t>وہ بس انسان جو کریٹ کیا گیا ہے، تو پوٹینشل کو لے کر کے وہ کریٹ کیا گیا</w:t>
      </w:r>
    </w:p>
    <w:p>
      <w:r>
        <w:rPr>
          <w:b/>
        </w:rPr>
        <w:t xml:space="preserve">[04:25] </w:t>
      </w:r>
      <w:r>
        <w:t>hai, aur isko actual banana hamara kaam hai.</w:t>
      </w:r>
    </w:p>
    <w:p>
      <w:pPr>
        <w:jc w:val="right"/>
      </w:pPr>
      <w:r>
        <w:t>ہے، اور اس کو ایکچول بنانا ہمارا کام ہے۔</w:t>
      </w:r>
    </w:p>
    <w:p>
      <w:r>
        <w:rPr>
          <w:b/>
        </w:rPr>
        <w:t xml:space="preserve">[04:31] </w:t>
      </w:r>
      <w:r>
        <w:t>isko actual banana hamara kaam hai.</w:t>
      </w:r>
    </w:p>
    <w:p>
      <w:pPr>
        <w:jc w:val="right"/>
      </w:pPr>
      <w:r>
        <w:t>اس کو ایکچول بنانا ہمارا کام ہے۔</w:t>
      </w:r>
    </w:p>
    <w:p>
      <w:r>
        <w:rPr>
          <w:b/>
        </w:rPr>
        <w:t xml:space="preserve">[04:38] </w:t>
      </w:r>
      <w:r>
        <w:t>woh kya hai? ab dekhen ke insaan ko, yani kya cheez is duniya mein attain karna hai? sochne</w:t>
      </w:r>
    </w:p>
    <w:p>
      <w:pPr>
        <w:jc w:val="right"/>
      </w:pPr>
      <w:r>
        <w:t>وہ کیا ہے؟ اب دیکھیں کہ انسان کو، یعنی کیا چیز اس دنیا میں اٹین کرنا ہے؟ سوچنے</w:t>
      </w:r>
    </w:p>
    <w:p>
      <w:r>
        <w:rPr>
          <w:b/>
        </w:rPr>
        <w:t xml:space="preserve">[04:44] </w:t>
      </w:r>
      <w:r>
        <w:t>ki baat yeh hai ke woh kya cheez hai is duniya mein aadmi attain karega? woh hai</w:t>
      </w:r>
    </w:p>
    <w:p>
      <w:pPr>
        <w:jc w:val="right"/>
      </w:pPr>
      <w:r>
        <w:t>کی بات یہ ہے کہ وہ کیا چیز ہے اس دنیا میں آدمی اٹین کرے گا؟ وہ ہے</w:t>
      </w:r>
    </w:p>
    <w:p>
      <w:r>
        <w:rPr>
          <w:b/>
        </w:rPr>
        <w:t xml:space="preserve">[04:51] </w:t>
      </w:r>
      <w:r>
        <w:t>marifat, yani realization of God.</w:t>
      </w:r>
    </w:p>
    <w:p>
      <w:pPr>
        <w:jc w:val="right"/>
      </w:pPr>
      <w:r>
        <w:t>معرفت، یعنی ریلائزیشن آف گاڈ۔</w:t>
      </w:r>
    </w:p>
    <w:p>
      <w:r>
        <w:rPr>
          <w:b/>
        </w:rPr>
        <w:t xml:space="preserve">[04:57] </w:t>
      </w:r>
      <w:r>
        <w:t>realization of God.</w:t>
      </w:r>
    </w:p>
    <w:p>
      <w:pPr>
        <w:jc w:val="right"/>
      </w:pPr>
      <w:r>
        <w:t>ریلائزیشن آف گاڈ۔</w:t>
      </w:r>
    </w:p>
    <w:p>
      <w:r>
        <w:rPr>
          <w:b/>
        </w:rPr>
        <w:t xml:space="preserve">[05:04] </w:t>
      </w:r>
      <w:r>
        <w:t>aadmi duniya mein paida kiya gaya hai, to potentially is ke paas jo mind hai, woh bohat hi</w:t>
      </w:r>
    </w:p>
    <w:p>
      <w:pPr>
        <w:jc w:val="right"/>
      </w:pPr>
      <w:r>
        <w:t>آدمی دنیا میں پیدا کیا گیا ہے، تو پوٹینشلی اس کے پاس جو مائنڈ ہے، وہ بہت ہی</w:t>
      </w:r>
    </w:p>
    <w:p>
      <w:r>
        <w:rPr>
          <w:b/>
        </w:rPr>
        <w:t xml:space="preserve">[05:10] </w:t>
      </w:r>
      <w:r>
        <w:t>bara, bohat ziyada is ki capacity hai, bohat ziyada unlimited capacity hai aap ke mind ki.</w:t>
      </w:r>
    </w:p>
    <w:p>
      <w:pPr>
        <w:jc w:val="right"/>
      </w:pPr>
      <w:r>
        <w:t>بڑا، بہت زیادہ اس کی کپیسٹی ہے، بہت زیادہ ان لمیٹڈ کپیسٹی ہے آپ کے مائنڈ کی۔</w:t>
      </w:r>
    </w:p>
    <w:p>
      <w:r>
        <w:rPr>
          <w:b/>
        </w:rPr>
        <w:t xml:space="preserve">[05:17] </w:t>
      </w:r>
      <w:r>
        <w:t>lekin woh hai in terms of potential, in terms of actual nahi hai.</w:t>
      </w:r>
    </w:p>
    <w:p>
      <w:pPr>
        <w:jc w:val="right"/>
      </w:pPr>
      <w:r>
        <w:t>لیکن وہ ہے ان ٹرمز آف پوٹینشل، ان ٹرمز آف ایکچول نہیں ہے۔</w:t>
      </w:r>
    </w:p>
    <w:p>
      <w:r>
        <w:rPr>
          <w:b/>
        </w:rPr>
        <w:t xml:space="preserve">[05:23] </w:t>
      </w:r>
      <w:r>
        <w:t>to hamein apni thinking process ko jaari kar ke, apne source ko taraqqi kar ke, yani through contemplation</w:t>
      </w:r>
    </w:p>
    <w:p>
      <w:pPr>
        <w:jc w:val="right"/>
      </w:pPr>
      <w:r>
        <w:t>تو ہمیں اپنی تھنکنگ پروسیس کو جاری کر کے، اپنے سورس کو ترقی کر کے، یعنی تھرو کنٹمپلیشن</w:t>
      </w:r>
    </w:p>
    <w:p>
      <w:r>
        <w:rPr>
          <w:b/>
        </w:rPr>
        <w:t xml:space="preserve">[05:29] </w:t>
      </w:r>
      <w:r>
        <w:t>to reflect, hamein is is cheez ko attain karna hai jo potentially hamein de di gayi hai,</w:t>
      </w:r>
    </w:p>
    <w:p>
      <w:pPr>
        <w:jc w:val="right"/>
      </w:pPr>
      <w:r>
        <w:t>ٹو ریفلیکٹ، ہم کو اس اس چیز کو اٹین کرنا ہے جو پوٹینشلی ہمیں دے دی گئی ہے،</w:t>
      </w:r>
    </w:p>
    <w:p>
      <w:r>
        <w:rPr>
          <w:b/>
        </w:rPr>
        <w:t xml:space="preserve">[05:36] </w:t>
      </w:r>
      <w:r>
        <w:t>yani Allah ki marifat.</w:t>
      </w:r>
    </w:p>
    <w:p>
      <w:pPr>
        <w:jc w:val="right"/>
      </w:pPr>
      <w:r>
        <w:t>یعنی اللہ کی معرفت۔</w:t>
      </w:r>
    </w:p>
    <w:p>
      <w:r>
        <w:rPr>
          <w:b/>
        </w:rPr>
        <w:t xml:space="preserve">[05:42] </w:t>
      </w:r>
      <w:r>
        <w:t>dekhein, Allah ki marifat ka ek pehlu yeh hai khud existence of God ka pehlu.</w:t>
      </w:r>
    </w:p>
    <w:p>
      <w:pPr>
        <w:jc w:val="right"/>
      </w:pPr>
      <w:r>
        <w:t>دیکھیں، اللہ کی معرفت کا ایک بلوت یہ ہے خود ایگزسٹنس آف گاڈ کا پہلو۔</w:t>
      </w:r>
    </w:p>
    <w:p>
      <w:r>
        <w:rPr>
          <w:b/>
        </w:rPr>
        <w:t xml:space="preserve">[05:49] </w:t>
      </w:r>
      <w:r>
        <w:t>woh us waqt mera subject nahi hai, kyunke yeh ab purani baat ho gayi ke log doubt karte</w:t>
      </w:r>
    </w:p>
    <w:p>
      <w:pPr>
        <w:jc w:val="right"/>
      </w:pPr>
      <w:r>
        <w:t>وہ اس وقت میرا سبجیکٹ نہیں ہے، کیونکہ یہ اب پرانی بات ہو گئی کہ لوگ ڈاؤٹ کرتے</w:t>
      </w:r>
    </w:p>
    <w:p>
      <w:r>
        <w:rPr>
          <w:b/>
        </w:rPr>
        <w:t xml:space="preserve">[05:55] </w:t>
      </w:r>
      <w:r>
        <w:t>the ke Khuda ke existence par.</w:t>
      </w:r>
    </w:p>
    <w:p>
      <w:pPr>
        <w:jc w:val="right"/>
      </w:pPr>
      <w:r>
        <w:t>تھے کہ خدا کے ایگزسٹنس پر۔</w:t>
      </w:r>
    </w:p>
    <w:p>
      <w:r>
        <w:rPr>
          <w:b/>
        </w:rPr>
        <w:t xml:space="preserve">[06:02] </w:t>
      </w:r>
      <w:r>
        <w:t>ab to science jo hai, science jo jis ko sab log mante hain, woh ab yahan tak pahunch</w:t>
      </w:r>
    </w:p>
    <w:p>
      <w:pPr>
        <w:jc w:val="right"/>
      </w:pPr>
      <w:r>
        <w:t>اب تو سائنس جو ہے، سائنس جو جس کو سب لوگ مانتے ہیں، وہ اب یہاں تک پہنچ</w:t>
      </w:r>
    </w:p>
    <w:p>
      <w:r>
        <w:rPr>
          <w:b/>
        </w:rPr>
        <w:t xml:space="preserve">[06:08] </w:t>
      </w:r>
      <w:r>
        <w:t>chuki hai ke universe mein bohat hi intelligent design hai.</w:t>
      </w:r>
    </w:p>
    <w:p>
      <w:pPr>
        <w:jc w:val="right"/>
      </w:pPr>
      <w:r>
        <w:t>چکی ہے کہ یونیورس میں بہت ہی انٹیلیجنٹ ڈیزائن ہے۔</w:t>
      </w:r>
    </w:p>
    <w:p>
      <w:r>
        <w:rPr>
          <w:b/>
        </w:rPr>
        <w:t xml:space="preserve">[06:15] </w:t>
      </w:r>
      <w:r>
        <w:t>yahan tak pahunch chuki hai science.</w:t>
      </w:r>
    </w:p>
    <w:p>
      <w:pPr>
        <w:jc w:val="right"/>
      </w:pPr>
      <w:r>
        <w:t>یہاں تک پہنچ چکی ہے سائنس۔</w:t>
      </w:r>
    </w:p>
    <w:p>
      <w:r>
        <w:rPr>
          <w:b/>
        </w:rPr>
        <w:t xml:space="preserve">[06:21] </w:t>
      </w:r>
      <w:r>
        <w:t>aap mein se jo is ki chahna chahe koi mazeed baat to woh Fred Hoyle ki kitaab parhe, "Intelligent Universe".</w:t>
      </w:r>
    </w:p>
    <w:p>
      <w:pPr>
        <w:jc w:val="right"/>
      </w:pPr>
      <w:r>
        <w:t>آپ میں سے جو اس کی چاہنا چاہے کوئی مزید بات تو وہ فریڈ ہائل کی کتاب پڑھے، "انٹیلیجنٹ یونیورس"۔</w:t>
      </w:r>
    </w:p>
    <w:p>
      <w:r>
        <w:rPr>
          <w:b/>
        </w:rPr>
        <w:t xml:space="preserve">[06:28] </w:t>
      </w:r>
      <w:r>
        <w:t>to yahan tak science pahunch chuki hai already ke universe mein bohat hi intelligent design hai.</w:t>
      </w:r>
    </w:p>
    <w:p>
      <w:pPr>
        <w:jc w:val="right"/>
      </w:pPr>
      <w:r>
        <w:t>تو یہاں تک سائنس پہنچ چکی ہے الریڈی کہ یونیورس میں بہت ہی انٹیلیجنٹ ڈیزائن ہے۔</w:t>
      </w:r>
    </w:p>
    <w:p>
      <w:r>
        <w:rPr>
          <w:b/>
        </w:rPr>
        <w:t xml:space="preserve">[06:34] </w:t>
      </w:r>
      <w:r>
        <w:t>to jab intelligent design prove ho jaye, to to intelligent designer apna prove ho jata hai.</w:t>
      </w:r>
    </w:p>
    <w:p>
      <w:pPr>
        <w:jc w:val="right"/>
      </w:pPr>
      <w:r>
        <w:t>تو جب انٹیلیجنٹ ڈیزائنز پروف ہو جائیں، تو تو انٹیلیجنٹ ڈیزائنر اپنا پروف ہو جاتا ہے۔</w:t>
      </w:r>
    </w:p>
    <w:p>
      <w:r>
        <w:rPr>
          <w:b/>
        </w:rPr>
        <w:t xml:space="preserve">[06:41] </w:t>
      </w:r>
      <w:r>
        <w:t>aap ghaur kijiye, jab intelligent design prove ho jaye creation mein, to intelligent designer apna aap prove ho</w:t>
      </w:r>
    </w:p>
    <w:p>
      <w:pPr>
        <w:jc w:val="right"/>
      </w:pPr>
      <w:r>
        <w:t>آپ غور کیجئے، جب انٹیلیجنٹ ڈیزائن پروف ہو جائے کریشن میں، تو انٹیلیجنٹ ڈیزائنر اپنا آپ پروف ہو</w:t>
      </w:r>
    </w:p>
    <w:p>
      <w:r>
        <w:rPr>
          <w:b/>
        </w:rPr>
        <w:t xml:space="preserve">[06:47] </w:t>
      </w:r>
      <w:r>
        <w:t>jata hai, without any further proof.</w:t>
      </w:r>
    </w:p>
    <w:p>
      <w:pPr>
        <w:jc w:val="right"/>
      </w:pPr>
      <w:r>
        <w:t>جاتا ہے، ودا آؤٹ اینی فردر پروف۔</w:t>
      </w:r>
    </w:p>
    <w:p>
      <w:r>
        <w:rPr>
          <w:b/>
        </w:rPr>
        <w:t xml:space="preserve">[06:54] </w:t>
      </w:r>
      <w:r>
        <w:t>to yeh baat to apni jagah par ab accepted ban chuki hai, woh us waqt mera subject nahi hai.</w:t>
      </w:r>
    </w:p>
    <w:p>
      <w:pPr>
        <w:jc w:val="right"/>
      </w:pPr>
      <w:r>
        <w:t>تو یہ بات تو اپنی جگہ پر اب ایکسیپٹڈ بن چکی ہے، وہ اس وقت میرا سبجیکٹ نہیں ہے۔</w:t>
      </w:r>
    </w:p>
    <w:p>
      <w:r>
        <w:rPr>
          <w:b/>
        </w:rPr>
        <w:t xml:space="preserve">[07:00] </w:t>
      </w:r>
      <w:r>
        <w:t>mein sirf yeh chahta hoon is waqt arz karna ke hum aap kaise woh high jo level hai</w:t>
      </w:r>
    </w:p>
    <w:p>
      <w:pPr>
        <w:jc w:val="right"/>
      </w:pPr>
      <w:r>
        <w:t>میں صرف یہ چاہتا ہوں اس وقت عرض کرنا کہ ہم آپ کیسے وہ ہائی جو لیول ہے</w:t>
      </w:r>
    </w:p>
    <w:p>
      <w:r>
        <w:rPr>
          <w:b/>
        </w:rPr>
        <w:t xml:space="preserve">[07:07] </w:t>
      </w:r>
      <w:r>
        <w:t>attainment ka, woh kaise attain karein? Realization ka, yani high level of realization ko hum kaise attain karein?</w:t>
      </w:r>
    </w:p>
    <w:p>
      <w:pPr>
        <w:jc w:val="right"/>
      </w:pPr>
      <w:r>
        <w:t>اٹینمنٹ کا، وہ کیسے اٹین کریں؟ ریلائزیشن کا، یعنی ہائی لیول آف ریلائزیشن کو ہم کیسے اٹین کریں؟</w:t>
      </w:r>
    </w:p>
    <w:p>
      <w:r>
        <w:rPr>
          <w:b/>
        </w:rPr>
        <w:t xml:space="preserve">[07:13] </w:t>
      </w:r>
      <w:r>
        <w:t>woh hai us waqt mera subject.</w:t>
      </w:r>
    </w:p>
    <w:p>
      <w:pPr>
        <w:jc w:val="right"/>
      </w:pPr>
      <w:r>
        <w:t>وہ ہے اس وقت میرا سبجیکٹ۔</w:t>
      </w:r>
    </w:p>
    <w:p>
      <w:r>
        <w:rPr>
          <w:b/>
        </w:rPr>
        <w:t xml:space="preserve">[07:19] </w:t>
      </w:r>
      <w:r>
        <w:t>dekhein, maine bohat zindagi mein parha hai, bohat ziyada maine study ki hai.</w:t>
      </w:r>
    </w:p>
    <w:p>
      <w:pPr>
        <w:jc w:val="right"/>
      </w:pPr>
      <w:r>
        <w:t>دیکھیں، میں نے بہت زندگی میں پڑھا ہے، بہت زیادہ میں نے اسٹڈی کی ہے۔</w:t>
      </w:r>
    </w:p>
    <w:p>
      <w:r>
        <w:rPr>
          <w:b/>
        </w:rPr>
        <w:t xml:space="preserve">[07:26] </w:t>
      </w:r>
      <w:r>
        <w:t>mujhe ek baat bohat hi ajeeb lagi history mein.</w:t>
      </w:r>
    </w:p>
    <w:p>
      <w:pPr>
        <w:jc w:val="right"/>
      </w:pPr>
      <w:r>
        <w:t>مجھے ایک بات بہت ہی عجیب لگی ہسٹری میں۔</w:t>
      </w:r>
    </w:p>
    <w:p>
      <w:r>
        <w:rPr>
          <w:b/>
        </w:rPr>
        <w:t xml:space="preserve">[07:32] </w:t>
      </w:r>
      <w:r>
        <w:t>mein is waqt muslim history ki baat kar raha hoon.</w:t>
      </w:r>
    </w:p>
    <w:p>
      <w:pPr>
        <w:jc w:val="right"/>
      </w:pPr>
      <w:r>
        <w:t>میں اس وقت مسلم ہسٹری کی بات کر رہا ہوں۔</w:t>
      </w:r>
    </w:p>
    <w:p>
      <w:r>
        <w:rPr>
          <w:b/>
        </w:rPr>
        <w:t xml:space="preserve">[07:39] </w:t>
      </w:r>
      <w:r>
        <w:t>muslim history mein jo ke ab chaudah sau saal se zyada ho chuki hai, to rasool Allah, rasool</w:t>
      </w:r>
    </w:p>
    <w:p>
      <w:pPr>
        <w:jc w:val="right"/>
      </w:pPr>
      <w:r>
        <w:t>مسلم ہسٹری میں جو کہ اب چودہ سو سال سے زیادہ ہو چکی ہے، تو رسول اللہ، رسول</w:t>
      </w:r>
    </w:p>
    <w:p>
      <w:r>
        <w:rPr>
          <w:b/>
        </w:rPr>
        <w:t xml:space="preserve">[07:45] </w:t>
      </w:r>
      <w:r>
        <w:t>ke ke period ko chhod kar ke baat ko jo generation aayi, to dekhein, quran ke mutabiq insan</w:t>
      </w:r>
    </w:p>
    <w:p>
      <w:pPr>
        <w:jc w:val="right"/>
      </w:pPr>
      <w:r>
        <w:t>کے کے پیریڈ کو چھوڑ کر کے بات کو جو جنریشن آئی، تو دیکھیں، قرآن کے مطابق انسان</w:t>
      </w:r>
    </w:p>
    <w:p>
      <w:r>
        <w:rPr>
          <w:b/>
        </w:rPr>
        <w:t xml:space="preserve">[07:52] </w:t>
      </w:r>
      <w:r>
        <w:t>ke andar do cheezein honi chahiye jis ko hum marifat kehte hain, jis ko hum realization kehte hain.</w:t>
      </w:r>
    </w:p>
    <w:p>
      <w:pPr>
        <w:jc w:val="right"/>
      </w:pPr>
      <w:r>
        <w:t>کے اندر دو چیزیں ہونی چاہیے جس کو ہم معرفت کہتے ہیں، جس کو ہم ریلائزیشن کہتے ہیں۔</w:t>
      </w:r>
    </w:p>
    <w:p>
      <w:r>
        <w:rPr>
          <w:b/>
        </w:rPr>
        <w:t xml:space="preserve">[07:58] </w:t>
      </w:r>
      <w:r>
        <w:t>is ke do khaas part hain.</w:t>
      </w:r>
    </w:p>
    <w:p>
      <w:pPr>
        <w:jc w:val="right"/>
      </w:pPr>
      <w:r>
        <w:t>اس کے دو خاص پارٹ ہیں۔</w:t>
      </w:r>
    </w:p>
    <w:p>
      <w:r>
        <w:rPr>
          <w:b/>
        </w:rPr>
        <w:t xml:space="preserve">[08:05] </w:t>
      </w:r>
      <w:r>
        <w:t>ek part hai Allah ka, Allah, Allah ka khauf hona, fear of God, aur doosra hai love of God.</w:t>
      </w:r>
    </w:p>
    <w:p>
      <w:pPr>
        <w:jc w:val="right"/>
      </w:pPr>
      <w:r>
        <w:t>ایک پارٹ ہے اللہ کا، اللہ، اللہ کا خوف ہونا، فیئر آف گاڈ، اور دوسرا ہے لو آف گاڈ۔</w:t>
      </w:r>
    </w:p>
    <w:p>
      <w:r>
        <w:rPr>
          <w:b/>
        </w:rPr>
        <w:t xml:space="preserve">[08:11] </w:t>
      </w:r>
      <w:r>
        <w:t>quran mein dono baatein aayi hain, wa lam yakhaf illa Allah, yani fear of God jo hai, woh sirf</w:t>
      </w:r>
    </w:p>
    <w:p>
      <w:pPr>
        <w:jc w:val="right"/>
      </w:pPr>
      <w:r>
        <w:t>قرآن میں دونوں باتیں آئی ہیں، ولم یکش الا اللہ، یعنی فیئر آف گاڈ جو ہے، وہ صرف</w:t>
      </w:r>
    </w:p>
    <w:p>
      <w:r>
        <w:rPr>
          <w:b/>
        </w:rPr>
        <w:t xml:space="preserve">[08:18] </w:t>
      </w:r>
      <w:r>
        <w:t>Allah se, fear sirf Allah se ke wahi jabr hai, wahi sari sari cheezein use milti hain hamein.</w:t>
      </w:r>
    </w:p>
    <w:p>
      <w:pPr>
        <w:jc w:val="right"/>
      </w:pPr>
      <w:r>
        <w:t>اللہ سے، فیئر صرف اللہ سے کہ وہی جبر ہے، وہی ساری ساری چیزیں اسے ملتی ہیں ہمیں۔</w:t>
      </w:r>
    </w:p>
    <w:p>
      <w:r>
        <w:rPr>
          <w:b/>
        </w:rPr>
        <w:t xml:space="preserve">[08:24] </w:t>
      </w:r>
      <w:r>
        <w:t>woh de to milega, nahi to nahi milegi, chahe suraj ho, chahe hawa ho, chahe oxygen</w:t>
      </w:r>
    </w:p>
    <w:p>
      <w:pPr>
        <w:jc w:val="right"/>
      </w:pPr>
      <w:r>
        <w:t>وہ دے تو ملے گا، نہیں تو نہیں ملیں گی، چاہے سورج ہو، چاہے ہوا ہو، چاہے اکسیجن</w:t>
      </w:r>
    </w:p>
    <w:p>
      <w:r>
        <w:rPr>
          <w:b/>
        </w:rPr>
        <w:t xml:space="preserve">[08:31] </w:t>
      </w:r>
      <w:r>
        <w:t>ho, chahe pani ho, jo kuch bhi hum is duniya mein liye hue hain, life support system poora,</w:t>
      </w:r>
    </w:p>
    <w:p>
      <w:pPr>
        <w:jc w:val="right"/>
      </w:pPr>
      <w:r>
        <w:t>ہو، چاہے پانی ہو، جو کچھ بھی ہم اس دنیا میں لیے ہوئے ہیں، لائف سپورٹ سسٹم پورا،</w:t>
      </w:r>
    </w:p>
    <w:p>
      <w:r>
        <w:rPr>
          <w:b/>
        </w:rPr>
        <w:t xml:space="preserve">[08:37] </w:t>
      </w:r>
      <w:r>
        <w:t>sab ka sab Allah ki taraf se hamein diya gaya hai.</w:t>
      </w:r>
    </w:p>
    <w:p>
      <w:pPr>
        <w:jc w:val="right"/>
      </w:pPr>
      <w:r>
        <w:t>سب کا سب اللہ کی طرف سے ہمیں دیا گیا ہے۔</w:t>
      </w:r>
    </w:p>
    <w:p>
      <w:r>
        <w:rPr>
          <w:b/>
        </w:rPr>
        <w:t xml:space="preserve">[08:44] </w:t>
      </w:r>
      <w:r>
        <w:t>Allah giver hai, hum taker hain.</w:t>
      </w:r>
    </w:p>
    <w:p>
      <w:pPr>
        <w:jc w:val="right"/>
      </w:pPr>
      <w:r>
        <w:t>اللہ گیور ہے، ہم ٹیکر ہیں۔</w:t>
      </w:r>
    </w:p>
    <w:p>
      <w:r>
        <w:rPr>
          <w:b/>
        </w:rPr>
        <w:t xml:space="preserve">[08:50] </w:t>
      </w:r>
      <w:r>
        <w:t>to yeh cheez hai jo jis se aap fear paida hota hai ke agar Khuda na de to</w:t>
      </w:r>
    </w:p>
    <w:p>
      <w:pPr>
        <w:jc w:val="right"/>
      </w:pPr>
      <w:r>
        <w:t>تو یہ چیز ہے جو جس سے آپ فیئر پیدا ہوتا ہے کہ اگر خدا نہ دے تو</w:t>
      </w:r>
    </w:p>
    <w:p>
      <w:r>
        <w:rPr>
          <w:b/>
        </w:rPr>
        <w:t xml:space="preserve">[08:57] </w:t>
      </w:r>
      <w:r>
        <w:t>kya hoga? suspend kar de to kya hoga? aur doosri cheez hai love of God.</w:t>
      </w:r>
    </w:p>
    <w:p>
      <w:pPr>
        <w:jc w:val="right"/>
      </w:pPr>
      <w:r>
        <w:t>کیا ہوگا؟ سسپینڈ کر دے تو کیا ہوگا؟ اور دوسری چیز ہے لو آف گاڈ۔</w:t>
      </w:r>
    </w:p>
    <w:p>
      <w:r>
        <w:rPr>
          <w:b/>
        </w:rPr>
        <w:t xml:space="preserve">[09:03] </w:t>
      </w:r>
      <w:r>
        <w:t>love ka matlab hai strong affection, strong affection, yani jo jo Khuda jis ne aap ko paida kiya,</w:t>
      </w:r>
    </w:p>
    <w:p>
      <w:pPr>
        <w:jc w:val="right"/>
      </w:pPr>
      <w:r>
        <w:t>لو کا مطلب ہے اسٹرانگ افیکشن، اسٹرانگ افیکشن، یعنی جو جو خدا جس نے آپ کو پیدا کیا،</w:t>
      </w:r>
    </w:p>
    <w:p>
      <w:r>
        <w:rPr>
          <w:b/>
        </w:rPr>
        <w:t xml:space="preserve">[09:09] </w:t>
      </w:r>
      <w:r>
        <w:t>jis ne itne apni kainat bana di aap ke liye, jo jis ne life support system qaim kiya</w:t>
      </w:r>
    </w:p>
    <w:p>
      <w:pPr>
        <w:jc w:val="right"/>
      </w:pPr>
      <w:r>
        <w:t>جس نے اتنے اپنی کائنات بنا دی آپ کے لیے، جو جس نے لائف سپورٹ سسٹم قائم کیا</w:t>
      </w:r>
    </w:p>
    <w:p>
      <w:r>
        <w:rPr>
          <w:b/>
        </w:rPr>
        <w:t xml:space="preserve">[09:16] </w:t>
      </w:r>
      <w:r>
        <w:t>duniya mein, jis ne pani diya, jis ne suraj ki roshni di, aur billion billion cheezein deen, to</w:t>
      </w:r>
    </w:p>
    <w:p>
      <w:pPr>
        <w:jc w:val="right"/>
      </w:pPr>
      <w:r>
        <w:t>دنیا میں، جس نے پانی دیا، جس نے سورج کی روشنی دی، اور بلین بلین چیزیں دیں، تو</w:t>
      </w:r>
    </w:p>
    <w:p>
      <w:r>
        <w:rPr>
          <w:b/>
        </w:rPr>
        <w:t xml:space="preserve">[09:22] </w:t>
      </w:r>
      <w:r>
        <w:t>us ke liye aap ke dil mein bahut zyada love hona chahiye, strong affection.</w:t>
      </w:r>
    </w:p>
    <w:p>
      <w:pPr>
        <w:jc w:val="right"/>
      </w:pPr>
      <w:r>
        <w:t>اس کے لیے آپ کے دل میں بہت زیادہ لو ہونا چاہیے، اسٹرانگ افیکشن۔</w:t>
      </w:r>
    </w:p>
    <w:p>
      <w:r>
        <w:rPr>
          <w:b/>
        </w:rPr>
        <w:t xml:space="preserve">[09:29] </w:t>
      </w:r>
      <w:r>
        <w:t>yeh hai quran se sabit hota hai.</w:t>
      </w:r>
    </w:p>
    <w:p>
      <w:pPr>
        <w:jc w:val="right"/>
      </w:pPr>
      <w:r>
        <w:t>یہ ہے قرآن سے ثابت ہوتا ہے۔</w:t>
      </w:r>
    </w:p>
    <w:p>
      <w:r>
        <w:rPr>
          <w:b/>
        </w:rPr>
        <w:t xml:space="preserve">[09:35] </w:t>
      </w:r>
      <w:r>
        <w:t>to maine yeh paya hai ke history mein aise log to bahut hain jinke andar Allah</w:t>
      </w:r>
    </w:p>
    <w:p>
      <w:pPr>
        <w:jc w:val="right"/>
      </w:pPr>
      <w:r>
        <w:t>تو میں نے یہ پایا ہے کہ ہسٹری میں ایسے لوگ تو بہت ہیں جن کے اندر اللہ</w:t>
      </w:r>
    </w:p>
    <w:p>
      <w:r>
        <w:rPr>
          <w:b/>
        </w:rPr>
        <w:t xml:space="preserve">[09:42] </w:t>
      </w:r>
      <w:r>
        <w:t>ka dar tha, fear of God tha.</w:t>
      </w:r>
    </w:p>
    <w:p>
      <w:pPr>
        <w:jc w:val="right"/>
      </w:pPr>
      <w:r>
        <w:t>کا ڈر تھا، فیئر آف گاڈ تھا۔</w:t>
      </w:r>
    </w:p>
    <w:p>
      <w:r>
        <w:rPr>
          <w:b/>
        </w:rPr>
        <w:t xml:space="preserve">[09:48] </w:t>
      </w:r>
      <w:r>
        <w:t>aise bahut hain, lekin poori history mein mujhe koi mila hi nahi aisa aadmi jis ke andar love</w:t>
      </w:r>
    </w:p>
    <w:p>
      <w:pPr>
        <w:jc w:val="right"/>
      </w:pPr>
      <w:r>
        <w:t>ایسے بہت ہیں، لیکن پوری ہسٹری میں مجھے کوئی ملا ہی نہیں ایسا آدمی جس کے اندر لو</w:t>
      </w:r>
    </w:p>
    <w:p>
      <w:r>
        <w:rPr>
          <w:b/>
        </w:rPr>
        <w:t xml:space="preserve">[09:55] </w:t>
      </w:r>
      <w:r>
        <w:t>of God ho, bahut zyada strong affection towards God ho.</w:t>
      </w:r>
    </w:p>
    <w:p>
      <w:pPr>
        <w:jc w:val="right"/>
      </w:pPr>
      <w:r>
        <w:t>آف گاڈ ہو، بہت زیادہ اسٹرانگ افیکشن ٹورڈز گاڈ ہو۔</w:t>
      </w:r>
    </w:p>
    <w:p>
      <w:r>
        <w:rPr>
          <w:b/>
        </w:rPr>
        <w:t xml:space="preserve">[10:01] </w:t>
      </w:r>
      <w:r>
        <w:t>aisa insan hi nahi milta meri apni study mein.</w:t>
      </w:r>
    </w:p>
    <w:p>
      <w:pPr>
        <w:jc w:val="right"/>
      </w:pPr>
      <w:r>
        <w:t>ایسا انسان ہی نہیں ملتا میری اپنی اسٹڈی میں۔</w:t>
      </w:r>
    </w:p>
    <w:p>
      <w:r>
        <w:rPr>
          <w:b/>
        </w:rPr>
        <w:t xml:space="preserve">[10:08] </w:t>
      </w:r>
      <w:r>
        <w:t>ho sakta hai ke aise log kahin hon jo main jinko main na jaanta hoon, to woh</w:t>
      </w:r>
    </w:p>
    <w:p>
      <w:pPr>
        <w:jc w:val="right"/>
      </w:pPr>
      <w:r>
        <w:t>ہو سکتا ہے کہ ایسے لوگ کہیں ہوں جو میں جن کو میں نہ جانتا ہوں، تو وہ</w:t>
      </w:r>
    </w:p>
    <w:p>
      <w:r>
        <w:rPr>
          <w:b/>
        </w:rPr>
        <w:t xml:space="preserve">[10:14] </w:t>
      </w:r>
      <w:r>
        <w:t>in ko main possibility ke khane mein dalta hoon.</w:t>
      </w:r>
    </w:p>
    <w:p>
      <w:pPr>
        <w:jc w:val="right"/>
      </w:pPr>
      <w:r>
        <w:t>ان کو میں پوسیبلیٹی کے خانے میں ڈالتا ہوں۔</w:t>
      </w:r>
    </w:p>
    <w:p>
      <w:r>
        <w:rPr>
          <w:b/>
        </w:rPr>
        <w:t xml:space="preserve">[10:21] </w:t>
      </w:r>
      <w:r>
        <w:t>lekin jo maine jana hai history ko, to poori muslim history mein first period ko chhod kar</w:t>
      </w:r>
    </w:p>
    <w:p>
      <w:pPr>
        <w:jc w:val="right"/>
      </w:pPr>
      <w:r>
        <w:t>لیکن جو میں نے جانا ہے ہسٹری کو، تو پوری مسلم ہسٹری میں فرسٹ پیریڈ کو چھوڑ کر</w:t>
      </w:r>
    </w:p>
    <w:p>
      <w:r>
        <w:rPr>
          <w:b/>
        </w:rPr>
        <w:t xml:space="preserve">[10:27] </w:t>
      </w:r>
      <w:r>
        <w:t>ke aise log nahin milte jin ke andar love of god ho, strong affection towards god.</w:t>
      </w:r>
    </w:p>
    <w:p>
      <w:pPr>
        <w:jc w:val="right"/>
      </w:pPr>
      <w:r>
        <w:t>کے ایسے لوگ نہیں ملتے جن کے اندر لو آف گاڈ ہو، اسٹرانگ افیکشن ٹورڈز گاڈ۔</w:t>
      </w:r>
    </w:p>
    <w:p>
      <w:r>
        <w:rPr>
          <w:b/>
        </w:rPr>
        <w:t xml:space="preserve">[10:34] </w:t>
      </w:r>
      <w:r>
        <w:t>fear, fear of god to hai.</w:t>
      </w:r>
    </w:p>
    <w:p>
      <w:pPr>
        <w:jc w:val="right"/>
      </w:pPr>
      <w:r>
        <w:t>فیئر، فیئر آف گاڈ تو ہے۔</w:t>
      </w:r>
    </w:p>
    <w:p>
      <w:r>
        <w:rPr>
          <w:b/>
        </w:rPr>
        <w:t xml:space="preserve">[10:40] </w:t>
      </w:r>
      <w:r>
        <w:t>to yeh question mere mind mein aaj se nahin, pachas baras se tha.</w:t>
      </w:r>
    </w:p>
    <w:p>
      <w:pPr>
        <w:jc w:val="right"/>
      </w:pPr>
      <w:r>
        <w:t>تو یہ کوئسچن میرے مائنڈ میں آج سے نہیں، پچاس برس سے تھا۔</w:t>
      </w:r>
    </w:p>
    <w:p>
      <w:r>
        <w:rPr>
          <w:b/>
        </w:rPr>
        <w:t xml:space="preserve">[10:47] </w:t>
      </w:r>
      <w:r>
        <w:t>jaise aap jante hain ke is mein computer mein koi question feed kar diya jata hai, to woh</w:t>
      </w:r>
    </w:p>
    <w:p>
      <w:pPr>
        <w:jc w:val="right"/>
      </w:pPr>
      <w:r>
        <w:t>جیسے آپ جانتے ہیں کہ اس میں کمپیوٹر میں کوئی کوئسچن فیڈ کر دیا جاتا ہے، تو وہ</w:t>
      </w:r>
    </w:p>
    <w:p>
      <w:r>
        <w:rPr>
          <w:b/>
        </w:rPr>
        <w:t xml:space="preserve">[10:53] </w:t>
      </w:r>
      <w:r>
        <w:t>dhoond dhoond kar nikalta rehta hai.</w:t>
      </w:r>
    </w:p>
    <w:p>
      <w:pPr>
        <w:jc w:val="right"/>
      </w:pPr>
      <w:r>
        <w:t>ڈھونڈ ڈھونڈ کر نکالتا رہتا ہے۔</w:t>
      </w:r>
    </w:p>
    <w:p>
      <w:r>
        <w:rPr>
          <w:b/>
        </w:rPr>
        <w:t xml:space="preserve">[10:59] </w:t>
      </w:r>
      <w:r>
        <w:t>to mera tajurba yeh hai ke hum apne mind mein jab koi question feed karte hain, to us</w:t>
      </w:r>
    </w:p>
    <w:p>
      <w:pPr>
        <w:jc w:val="right"/>
      </w:pPr>
      <w:r>
        <w:t>تو میرا تجربہ یہ ہے کہ ہم اپنے مائنڈ میں جب کوئی کوئسچن فیڈ کرتے ہیں، تو اس</w:t>
      </w:r>
    </w:p>
    <w:p>
      <w:r>
        <w:rPr>
          <w:b/>
        </w:rPr>
        <w:t xml:space="preserve">[11:06] </w:t>
      </w:r>
      <w:r>
        <w:t>ka answer dhoondta hai woh, aur dhoondne ke liye kabhi bahut din lag jate hain.</w:t>
      </w:r>
    </w:p>
    <w:p>
      <w:pPr>
        <w:jc w:val="right"/>
      </w:pPr>
      <w:r>
        <w:t>کا انسر ڈھونڈتا ہے وہ، اور ڈھونڈنے کے لیے کبھی بہت دن لگ جاتے ہیں۔</w:t>
      </w:r>
    </w:p>
    <w:p>
      <w:r>
        <w:rPr>
          <w:b/>
        </w:rPr>
        <w:t xml:space="preserve">[11:12] </w:t>
      </w:r>
      <w:r>
        <w:t>mera apna experience yeh hai.</w:t>
      </w:r>
    </w:p>
    <w:p>
      <w:pPr>
        <w:jc w:val="right"/>
      </w:pPr>
      <w:r>
        <w:t>میرا اپنا ایکسپیرینس یہ ہے۔</w:t>
      </w:r>
    </w:p>
    <w:p>
      <w:r>
        <w:rPr>
          <w:b/>
        </w:rPr>
        <w:t xml:space="preserve">[11:19] </w:t>
      </w:r>
      <w:r>
        <w:t>to is is is question ka answer dhoondne ke liye mujhe pachas saal bhi diye, aur abhi kal</w:t>
      </w:r>
    </w:p>
    <w:p>
      <w:pPr>
        <w:jc w:val="right"/>
      </w:pPr>
      <w:r>
        <w:t>تو اس اس اس کوئسچن کا انسر ڈھونڈنے کے لیے مجھے پچاس سال بھی دیے، اور ابھی کل</w:t>
      </w:r>
    </w:p>
    <w:p>
      <w:r>
        <w:rPr>
          <w:b/>
        </w:rPr>
        <w:t xml:space="preserve">[11:25] </w:t>
      </w:r>
      <w:r>
        <w:t>mere mind mein is ka answer diya.</w:t>
      </w:r>
    </w:p>
    <w:p>
      <w:pPr>
        <w:jc w:val="right"/>
      </w:pPr>
      <w:r>
        <w:t>میرے مائنڈ میں اس کا انسر دیا۔</w:t>
      </w:r>
    </w:p>
    <w:p>
      <w:r>
        <w:rPr>
          <w:b/>
        </w:rPr>
        <w:t xml:space="preserve">[11:32] </w:t>
      </w:r>
      <w:r>
        <w:t>mujhe abhi kal ki baat hai ke kyun aisa hua ke history mein fear of god ke to</w:t>
      </w:r>
    </w:p>
    <w:p>
      <w:pPr>
        <w:jc w:val="right"/>
      </w:pPr>
      <w:r>
        <w:t>مجھے ابھی کل کی بات ہے کہ کیوں ایسا ہوا کہ ہسٹری میں فیئر آف گاڈ کے تو</w:t>
      </w:r>
    </w:p>
    <w:p>
      <w:r>
        <w:rPr>
          <w:b/>
        </w:rPr>
        <w:t xml:space="preserve">[11:38] </w:t>
      </w:r>
      <w:r>
        <w:t>misalein hain, love of god ke misalein nahin hain.</w:t>
      </w:r>
    </w:p>
    <w:p>
      <w:pPr>
        <w:jc w:val="right"/>
      </w:pPr>
      <w:r>
        <w:t>مثالیں ہیں، لو آف گاڈ کے مثالیں نہیں ہیں۔</w:t>
      </w:r>
    </w:p>
    <w:p>
      <w:r>
        <w:rPr>
          <w:b/>
        </w:rPr>
        <w:t xml:space="preserve">[11:45] </w:t>
      </w:r>
      <w:r>
        <w:t>to dekhen, koi bhi, yani chahe fear ya love ho, woh bahut hi gehri feeling kab aati hai?</w:t>
      </w:r>
    </w:p>
    <w:p>
      <w:pPr>
        <w:jc w:val="right"/>
      </w:pPr>
      <w:r>
        <w:t>تو دیکھیں، کوئی بھی، یعنی چاہے فیئر یا لو ہو، وہ بہت ہی گہری فیلنگ کب آتی ہے؟</w:t>
      </w:r>
    </w:p>
    <w:p>
      <w:r>
        <w:rPr>
          <w:b/>
        </w:rPr>
        <w:t xml:space="preserve">[11:51] </w:t>
      </w:r>
      <w:r>
        <w:t>jab aap is ko personalize karen, personalize karen, apne upar len, apne upar len, tab woh gehri feeling aati hai.</w:t>
      </w:r>
    </w:p>
    <w:p>
      <w:pPr>
        <w:jc w:val="right"/>
      </w:pPr>
      <w:r>
        <w:t>جب آپ اس کو پرسنلائز کریں، پرسنلائز کریں، اپنے اوپر لیں، اپنے اوپر لیں، تب وہ گہری فیلنگ آتی ہے۔</w:t>
      </w:r>
    </w:p>
    <w:p>
      <w:r>
        <w:rPr>
          <w:b/>
        </w:rPr>
        <w:t xml:space="preserve">[11:58] </w:t>
      </w:r>
      <w:r>
        <w:t>agar aap mislan aap sunein, aap kahein kisi jagah hain, sunein ke aag lagi hai, aap ko aag</w:t>
      </w:r>
    </w:p>
    <w:p>
      <w:pPr>
        <w:jc w:val="right"/>
      </w:pPr>
      <w:r>
        <w:t>اگر آپ مثلاً آپ سنیں، آپ کہیں کسی جگہ ہیں، سنیں کہ آگ لگی ہے، آپ کو آگ</w:t>
      </w:r>
    </w:p>
    <w:p>
      <w:r>
        <w:rPr>
          <w:b/>
        </w:rPr>
        <w:t xml:space="preserve">[12:04] </w:t>
      </w:r>
      <w:r>
        <w:t>dikhai nahin deti, kahein khabar ke taur par, to aap ko koi gehri feeling nahin aayegi.</w:t>
      </w:r>
    </w:p>
    <w:p>
      <w:pPr>
        <w:jc w:val="right"/>
      </w:pPr>
      <w:r>
        <w:t>دکھائی نہیں دیتی، کہیں خبر کے طور پر، تو آپ کو کوئی گہری فیلنگ نہیں آئے گی۔</w:t>
      </w:r>
    </w:p>
    <w:p>
      <w:r>
        <w:rPr>
          <w:b/>
        </w:rPr>
        <w:t xml:space="preserve">[12:11] </w:t>
      </w:r>
      <w:r>
        <w:t>lekin khud aap ke samne agar aag bhadak bhadakne lage, to aap jaldi se bhagenge, kyunke wahan</w:t>
      </w:r>
    </w:p>
    <w:p>
      <w:pPr>
        <w:jc w:val="right"/>
      </w:pPr>
      <w:r>
        <w:t>لیکن خود آپ کے سامنے اگر آگ بھڑک بھڑکنے لگے، تو آپ جلدی سے بھاگیں گے، کیونکہ وہاں</w:t>
      </w:r>
    </w:p>
    <w:p>
      <w:r>
        <w:rPr>
          <w:b/>
        </w:rPr>
        <w:t xml:space="preserve">[12:17] </w:t>
      </w:r>
      <w:r>
        <w:t>par is ko aap ne personalize kar liya.</w:t>
      </w:r>
    </w:p>
    <w:p>
      <w:pPr>
        <w:jc w:val="right"/>
      </w:pPr>
      <w:r>
        <w:t>پر اس کو آپ نے پرسنلائز کر لیا۔</w:t>
      </w:r>
    </w:p>
    <w:p>
      <w:r>
        <w:rPr>
          <w:b/>
        </w:rPr>
        <w:t xml:space="preserve">[12:24] </w:t>
      </w:r>
      <w:r>
        <w:t>jab tak aag ek news thi, tab tak aap ne is ko personalize nahin kiya tha.</w:t>
      </w:r>
    </w:p>
    <w:p>
      <w:pPr>
        <w:jc w:val="right"/>
      </w:pPr>
      <w:r>
        <w:t>جب تک آگ ایک نیوز تھی، تب تک آپ نے اس کو پرسنلائز نہیں کیا تھا۔</w:t>
      </w:r>
    </w:p>
    <w:p>
      <w:r>
        <w:rPr>
          <w:b/>
        </w:rPr>
        <w:t xml:space="preserve">[12:30] </w:t>
      </w:r>
      <w:r>
        <w:t>aap so general term sochte the, lekin jab aag ke, aag ke jo woh hai, aag hi aag</w:t>
      </w:r>
    </w:p>
    <w:p>
      <w:pPr>
        <w:jc w:val="right"/>
      </w:pPr>
      <w:r>
        <w:t>آپ سو جنرل ٹرم سوچتے تھے، لیکن جب آگ کے، آگ کے جو وہ ہے، آگ ہی آگ</w:t>
      </w:r>
    </w:p>
    <w:p>
      <w:r>
        <w:rPr>
          <w:b/>
        </w:rPr>
        <w:t xml:space="preserve">[12:36] </w:t>
      </w:r>
      <w:r>
        <w:t>ka aap ke samne bhadakne lagi, lagi, laga ke aap ek second mein aap is mein pad sakte</w:t>
      </w:r>
    </w:p>
    <w:p>
      <w:pPr>
        <w:jc w:val="right"/>
      </w:pPr>
      <w:r>
        <w:t>کا آپ کے سامنے بھڑکنے لگی، لگی، لگا کہ آپ ایک سیکنڈ میں آپ اس میں پڑھ سکتے</w:t>
      </w:r>
    </w:p>
    <w:p>
      <w:r>
        <w:rPr>
          <w:b/>
        </w:rPr>
        <w:t xml:space="preserve">[12:43] </w:t>
      </w:r>
      <w:r>
        <w:t>hain, to aap is ko personalize kar lete hain, yani is ko zati masla bana lete hain.</w:t>
      </w:r>
    </w:p>
    <w:p>
      <w:pPr>
        <w:jc w:val="right"/>
      </w:pPr>
      <w:r>
        <w:t>ہیں، تو آپ اس کو پرسنلائز کر لیتے ہیں، یعنی اس کو ذاتی مسئلہ بنا لیتے ہیں۔</w:t>
      </w:r>
    </w:p>
    <w:p>
      <w:r>
        <w:rPr>
          <w:b/>
        </w:rPr>
        <w:t xml:space="preserve">[12:49] </w:t>
      </w:r>
      <w:r>
        <w:t>to aap ki bahut feeling jaag uthti hai.</w:t>
      </w:r>
    </w:p>
    <w:p>
      <w:pPr>
        <w:jc w:val="right"/>
      </w:pPr>
      <w:r>
        <w:t>تو آپ کی بہت فیلنگ جاگ اٹھتی ہے۔</w:t>
      </w:r>
    </w:p>
    <w:p>
      <w:r>
        <w:rPr>
          <w:b/>
        </w:rPr>
        <w:t xml:space="preserve">[12:56] </w:t>
      </w:r>
      <w:r>
        <w:t>Within a second آپ کا مائنڈ ایکٹیو ہو جاتا ہے، آپ کے آپ بھاگتے ہیں وہاں سے۔</w:t>
      </w:r>
    </w:p>
    <w:p>
      <w:pPr>
        <w:jc w:val="right"/>
      </w:pPr>
      <w:r>
        <w:t>ود ان سیکنڈ آپ کا مائنڈ ایکٹیو ہو جاتا ہے، آپ کے آپ بھاگتے ہیں وہاں سے۔</w:t>
      </w:r>
    </w:p>
    <w:p>
      <w:r>
        <w:rPr>
          <w:b/>
        </w:rPr>
        <w:t xml:space="preserve">[13:02] </w:t>
      </w:r>
      <w:r>
        <w:t>With a second mind, aapko kehta hai ke bhaago yahan se.</w:t>
      </w:r>
    </w:p>
    <w:p>
      <w:pPr>
        <w:jc w:val="right"/>
      </w:pPr>
      <w:r>
        <w:t>ود ان سیکنڈ مائنڈ آپ کو کہتا ہے کہ بھاگو یہاں سے۔</w:t>
      </w:r>
    </w:p>
    <w:p>
      <w:r>
        <w:rPr>
          <w:b/>
        </w:rPr>
        <w:t xml:space="preserve">[13:09] </w:t>
      </w:r>
      <w:r>
        <w:t>to dekhen, kisi bhi cheez ko, chahe lo ho ya fear ho, jab tak us ko aap personalize</w:t>
      </w:r>
    </w:p>
    <w:p>
      <w:pPr>
        <w:jc w:val="right"/>
      </w:pPr>
      <w:r>
        <w:t>تو دیکھیں، کسی بھی چیز کو، چاہے لو ہو یا فیئر ہو، جب تک اس کو آپ پرسنلائز</w:t>
      </w:r>
    </w:p>
    <w:p>
      <w:r>
        <w:rPr>
          <w:b/>
        </w:rPr>
        <w:t xml:space="preserve">[13:15] </w:t>
      </w:r>
      <w:r>
        <w:t>na karen, tab tak woh aap ke andar gehri feeling nahin banti.</w:t>
      </w:r>
    </w:p>
    <w:p>
      <w:pPr>
        <w:jc w:val="right"/>
      </w:pPr>
      <w:r>
        <w:t>نہ کریں، تب تک وہ آپ کے اندر گہری فیلنگ نہیں بنتی۔</w:t>
      </w:r>
    </w:p>
    <w:p>
      <w:r>
        <w:rPr>
          <w:b/>
        </w:rPr>
        <w:t xml:space="preserve">[13:22] </w:t>
      </w:r>
      <w:r>
        <w:t>ab doosri baat mein yeh kahunga ke fear ko personalize karna instinctually hota hai.</w:t>
      </w:r>
    </w:p>
    <w:p>
      <w:pPr>
        <w:jc w:val="right"/>
      </w:pPr>
      <w:r>
        <w:t>اب دوسری بات میں یہ کہوں گا کہ فیئر کو پرسنلائز کرنا انسٹنکٹولی ہوتا ہے۔</w:t>
      </w:r>
    </w:p>
    <w:p>
      <w:r>
        <w:rPr>
          <w:b/>
        </w:rPr>
        <w:t xml:space="preserve">[13:28] </w:t>
      </w:r>
      <w:r>
        <w:t>is ke liye aap ko sochne ki zaroorat nahin padti.</w:t>
      </w:r>
    </w:p>
    <w:p>
      <w:pPr>
        <w:jc w:val="right"/>
      </w:pPr>
      <w:r>
        <w:t>اس کے لیے آپ کو سوچنے کی ضرورت نہیں پڑتی۔</w:t>
      </w:r>
    </w:p>
    <w:p>
      <w:r>
        <w:rPr>
          <w:b/>
        </w:rPr>
        <w:t xml:space="preserve">[13:35] </w:t>
      </w:r>
      <w:r>
        <w:t>yaani agar aap ko aap ke samne ek kabra ho, aap ke samne ek fire ho, to is</w:t>
      </w:r>
    </w:p>
    <w:p>
      <w:pPr>
        <w:jc w:val="right"/>
      </w:pPr>
      <w:r>
        <w:t>یعنی اگر آپ کو آپ کے سامنے ایک کابرا ہو، آپ کے سامنے ایک فائر ہو، تو اس</w:t>
      </w:r>
    </w:p>
    <w:p>
      <w:r>
        <w:rPr>
          <w:b/>
        </w:rPr>
        <w:t xml:space="preserve">[13:41] </w:t>
      </w:r>
      <w:r>
        <w:t>آپ کی instinct جو ہے، instinct وہی اپنے آپ active ہو جاتی ہے، اور آپ کو کہتی ہے</w:t>
      </w:r>
    </w:p>
    <w:p>
      <w:pPr>
        <w:jc w:val="right"/>
      </w:pPr>
      <w:r>
        <w:t>آپ کی انسٹنکٹ جو ہے، انسٹنکٹ وہی اپنے آپ ایکٹیو ہو جاتی ہے، اور آپ کو کہتی ہے</w:t>
      </w:r>
    </w:p>
    <w:p>
      <w:r>
        <w:rPr>
          <w:b/>
        </w:rPr>
        <w:t xml:space="preserve">[13:48] </w:t>
      </w:r>
      <w:r>
        <w:t>ke bhago yahan se, bachao apne aap ko.</w:t>
      </w:r>
    </w:p>
    <w:p>
      <w:pPr>
        <w:jc w:val="right"/>
      </w:pPr>
      <w:r>
        <w:t>کہ بھاگو یہاں سے، بچاؤ اپنے آپ کو۔</w:t>
      </w:r>
    </w:p>
    <w:p>
      <w:r>
        <w:rPr>
          <w:b/>
        </w:rPr>
        <w:t xml:space="preserve">[13:54] </w:t>
      </w:r>
      <w:r>
        <w:t>تو fear ko personalize karna by instinct hota hai.</w:t>
      </w:r>
    </w:p>
    <w:p>
      <w:pPr>
        <w:jc w:val="right"/>
      </w:pPr>
      <w:r>
        <w:t>تو فیئر کو پرسنلائز کرنا بائے انسٹنکٹ ہوتا ہے۔</w:t>
      </w:r>
    </w:p>
    <w:p>
      <w:r>
        <w:rPr>
          <w:b/>
        </w:rPr>
        <w:t xml:space="preserve">[14:01] </w:t>
      </w:r>
      <w:r>
        <w:t>یہ انسان کے نیچر ہے کہ fear کو personalize کرنا by instinct ہوتا ہے۔</w:t>
      </w:r>
    </w:p>
    <w:p>
      <w:pPr>
        <w:jc w:val="right"/>
      </w:pPr>
      <w:r>
        <w:t>یہ انسان کے نیچر ہے کہ فیئر کو پرسنلائز کرنا بائے انسٹنکٹ ہوتا ہے۔</w:t>
      </w:r>
    </w:p>
    <w:p>
      <w:r>
        <w:rPr>
          <w:b/>
        </w:rPr>
        <w:t xml:space="preserve">[14:07] </w:t>
      </w:r>
      <w:r>
        <w:t>تو جب ہمارے جو لوگ ہیں، جو قرآن میں پڑھا، حدیث میں پڑھا کہ کہ world hereafter میں</w:t>
      </w:r>
    </w:p>
    <w:p>
      <w:pPr>
        <w:jc w:val="right"/>
      </w:pPr>
      <w:r>
        <w:t>تو جب ہمارے جو لوگ ہیں، جو قرآن میں پڑھا، حدیث میں پڑھا کہ کہ ورلڈ ہیراپٹر میں</w:t>
      </w:r>
    </w:p>
    <w:p>
      <w:r>
        <w:rPr>
          <w:b/>
        </w:rPr>
        <w:t xml:space="preserve">[14:14] </w:t>
      </w:r>
      <w:r>
        <w:t>hill hai, wahan par aag bhadak rahi hai, wahan par yeh punishment hai, woh punishment hai, to apne</w:t>
      </w:r>
    </w:p>
    <w:p>
      <w:pPr>
        <w:jc w:val="right"/>
      </w:pPr>
      <w:r>
        <w:t>ہل ہے، وہاں پر آگ بھڑک رہی ہے، وہاں پر یہ پنشمنٹ ہے، وہ پنشمنٹ ہے، تو اپنے</w:t>
      </w:r>
    </w:p>
    <w:p>
      <w:r>
        <w:rPr>
          <w:b/>
        </w:rPr>
        <w:t xml:space="preserve">[14:20] </w:t>
      </w:r>
      <w:r>
        <w:t>aap ko bachane ke liye ke maine kahin pad jaon, is is aag mein kahin mein na</w:t>
      </w:r>
    </w:p>
    <w:p>
      <w:pPr>
        <w:jc w:val="right"/>
      </w:pPr>
      <w:r>
        <w:t>آپ کو بچانے کے لیے کہ میں نے کہیں پڑ جاؤں، اس اس آگ میں کہیں میں نہ</w:t>
      </w:r>
    </w:p>
    <w:p>
      <w:r>
        <w:rPr>
          <w:b/>
        </w:rPr>
        <w:t xml:space="preserve">[14:26] </w:t>
      </w:r>
      <w:r>
        <w:t>pad jaon, to bohat aasani se aadmi ne narah jahanum ko personalize kar liya.</w:t>
      </w:r>
    </w:p>
    <w:p>
      <w:pPr>
        <w:jc w:val="right"/>
      </w:pPr>
      <w:r>
        <w:t>پڑ جاؤں، تو بہت آسانی سے آدمی نے نعرہ جہنم کو پرسنلائز کر لیا۔</w:t>
      </w:r>
    </w:p>
    <w:p>
      <w:r>
        <w:rPr>
          <w:b/>
        </w:rPr>
        <w:t xml:space="preserve">[14:33] </w:t>
      </w:r>
      <w:r>
        <w:t>بہت آسان تھا آپ نے اس اس instinct کے تحت۔</w:t>
      </w:r>
    </w:p>
    <w:p>
      <w:pPr>
        <w:jc w:val="right"/>
      </w:pPr>
      <w:r>
        <w:t>بہت آسان تھا آپ نے اس اس انسٹنکٹ کے تحت۔</w:t>
      </w:r>
    </w:p>
    <w:p>
      <w:r>
        <w:rPr>
          <w:b/>
        </w:rPr>
        <w:t xml:space="preserve">[14:39] </w:t>
      </w:r>
      <w:r>
        <w:t>to fear of god paida ho jayega.</w:t>
      </w:r>
    </w:p>
    <w:p>
      <w:pPr>
        <w:jc w:val="right"/>
      </w:pPr>
      <w:r>
        <w:t>تو فیئر آف گاڈ پیدا ہو جائے گا۔</w:t>
      </w:r>
    </w:p>
    <w:p>
      <w:r>
        <w:rPr>
          <w:b/>
        </w:rPr>
        <w:t xml:space="preserve">[14:46] </w:t>
      </w:r>
      <w:r>
        <w:t>تو فیئر کو پرسنلائز کرنا، پرسنلائز کرنا by instinct ہوتا ہے، اور instantly ہوتا ہے۔</w:t>
      </w:r>
    </w:p>
    <w:p>
      <w:pPr>
        <w:jc w:val="right"/>
      </w:pPr>
      <w:r>
        <w:t>تو فیئر کو پرسنلائز کرنا، پرسنلائز کرنا بائے انسٹنکٹ ہوتا ہے، اور انسٹنٹلی ہوتا ہے۔</w:t>
      </w:r>
    </w:p>
    <w:p>
      <w:r>
        <w:rPr>
          <w:b/>
        </w:rPr>
        <w:t xml:space="preserve">[14:52] </w:t>
      </w:r>
      <w:r>
        <w:t>woh to aap jab bhi quran ko padhte hain, to wahan bar bar dikh raha hota hai narah</w:t>
      </w:r>
    </w:p>
    <w:p>
      <w:pPr>
        <w:jc w:val="right"/>
      </w:pPr>
      <w:r>
        <w:t>وہ تو آپ جب بھی قرآن کو پڑھتے ہیں، تو وہاں بار بار دکھ رہا ہوتا ہے نعرہ</w:t>
      </w:r>
    </w:p>
    <w:p>
      <w:r>
        <w:rPr>
          <w:b/>
        </w:rPr>
        <w:t xml:space="preserve">[14:59] </w:t>
      </w:r>
      <w:r>
        <w:t>جہنم کا، fire of hell کا، بار بار آتا ہے، fire of hell، fire of hell۔</w:t>
      </w:r>
    </w:p>
    <w:p>
      <w:pPr>
        <w:jc w:val="right"/>
      </w:pPr>
      <w:r>
        <w:t>جہنم کا، فار آف ہیل کا، بار بار آتا ہے، فار آف ہیل، فار آف ہیل۔</w:t>
      </w:r>
    </w:p>
    <w:p>
      <w:r>
        <w:rPr>
          <w:b/>
        </w:rPr>
        <w:t xml:space="preserve">[15:05] </w:t>
      </w:r>
      <w:r>
        <w:t>to bachao apne aap ko, bachao aag se, bachao apne aap se, narah bachao apne aap ko aag se, narah.</w:t>
      </w:r>
    </w:p>
    <w:p>
      <w:pPr>
        <w:jc w:val="right"/>
      </w:pPr>
      <w:r>
        <w:t>تو بچاؤ اپنے آپ کو، بچاؤ آگ سے، بچاؤ اپنے آپ سے، نعرہ بچاؤ اپنے آپ کو آگ سے، نعرہ۔</w:t>
      </w:r>
    </w:p>
    <w:p>
      <w:r>
        <w:rPr>
          <w:b/>
        </w:rPr>
        <w:t xml:space="preserve">[15:12] </w:t>
      </w:r>
      <w:r>
        <w:t>to yeh jo khabar hai, idhar mare idhar woh masla samne aa jayega.</w:t>
      </w:r>
    </w:p>
    <w:p>
      <w:pPr>
        <w:jc w:val="right"/>
      </w:pPr>
      <w:r>
        <w:t>تو یہ جو خبر ہے، ادھر مرے ادھر وہ مسئلہ سامنے آ جائے گا۔</w:t>
      </w:r>
    </w:p>
    <w:p>
      <w:r>
        <w:rPr>
          <w:b/>
        </w:rPr>
        <w:t xml:space="preserve">[15:18] </w:t>
      </w:r>
      <w:r>
        <w:t>to aap apne instinct ke tehat us ko foran personalize kar lete hain ke mera zaati masla hai,</w:t>
      </w:r>
    </w:p>
    <w:p>
      <w:pPr>
        <w:jc w:val="right"/>
      </w:pPr>
      <w:r>
        <w:t>تو آپ اپنے انسٹنکٹ کے تحت اس کو فوراً پرسنلائز کر لیتے ہیں کہ میرا ذاتی مسئلہ ہے،</w:t>
      </w:r>
    </w:p>
    <w:p>
      <w:r>
        <w:rPr>
          <w:b/>
        </w:rPr>
        <w:t xml:space="preserve">[15:25] </w:t>
      </w:r>
      <w:r>
        <w:t>mujhe apne ko bachana hai is se.</w:t>
      </w:r>
    </w:p>
    <w:p>
      <w:pPr>
        <w:jc w:val="right"/>
      </w:pPr>
      <w:r>
        <w:t>مجھے اپنے کو بچانا ہے اس سے۔</w:t>
      </w:r>
    </w:p>
    <w:p>
      <w:r>
        <w:rPr>
          <w:b/>
        </w:rPr>
        <w:t xml:space="preserve">[15:31] </w:t>
      </w:r>
      <w:r>
        <w:t>to fear of god ki gehri feeling aane ke liye instinct kafi thi.</w:t>
      </w:r>
    </w:p>
    <w:p>
      <w:pPr>
        <w:jc w:val="right"/>
      </w:pPr>
      <w:r>
        <w:t>تو فیئر آف گاڈ کی گہری فیلنگ آنے کے لیے انسٹنکٹ کافی تھی۔</w:t>
      </w:r>
    </w:p>
    <w:p>
      <w:r>
        <w:rPr>
          <w:b/>
        </w:rPr>
        <w:t xml:space="preserve">[15:38] </w:t>
      </w:r>
      <w:r>
        <w:t>is ke liye kisi intellectual activity ki zaroorat nahin, soch samajh kar us ko karne ki zaroorat nahin hai.</w:t>
      </w:r>
    </w:p>
    <w:p>
      <w:pPr>
        <w:jc w:val="right"/>
      </w:pPr>
      <w:r>
        <w:t>اس کے لیے کسی انٹلیکچول ایکٹیوٹی کی ضرورت نہیں، سوچ سمجھ کر اس کو کرنے کی ضرورت نہیں ہے۔</w:t>
      </w:r>
    </w:p>
    <w:p>
      <w:r>
        <w:rPr>
          <w:b/>
        </w:rPr>
        <w:t xml:space="preserve">[15:44] </w:t>
      </w:r>
      <w:r>
        <w:t>is liye woh bohat bohat log aise milenge aap ko tareekh mein.</w:t>
      </w:r>
    </w:p>
    <w:p>
      <w:pPr>
        <w:jc w:val="right"/>
      </w:pPr>
      <w:r>
        <w:t>اس لیے وہ بہت بہت لوگ ایسے ملیں گے آپ کو تاریخ میں۔</w:t>
      </w:r>
    </w:p>
    <w:p>
      <w:r>
        <w:rPr>
          <w:b/>
        </w:rPr>
        <w:t xml:space="preserve">[15:51] </w:t>
      </w:r>
      <w:r>
        <w:t>misalan mein aap ko ek misal deta hoon, mein adham garh ka rehne wala hoon.</w:t>
      </w:r>
    </w:p>
    <w:p>
      <w:pPr>
        <w:jc w:val="right"/>
      </w:pPr>
      <w:r>
        <w:t>مثلاً میں آپ کو ایک مثال دیتا ہوں، میں آدم گڑھ کا رہنے والا ہوں۔</w:t>
      </w:r>
    </w:p>
    <w:p>
      <w:r>
        <w:rPr>
          <w:b/>
        </w:rPr>
        <w:t xml:space="preserve">[15:57] </w:t>
      </w:r>
      <w:r>
        <w:t>adham garh mein bohat pehle ki baat hai, hamare ek milne wale the.</w:t>
      </w:r>
    </w:p>
    <w:p>
      <w:pPr>
        <w:jc w:val="right"/>
      </w:pPr>
      <w:r>
        <w:t>آدم گڑھ میں بہت پہلے کی بات ہے، ہمارے ایک ملنے والے تھے۔</w:t>
      </w:r>
    </w:p>
    <w:p>
      <w:r>
        <w:rPr>
          <w:b/>
        </w:rPr>
        <w:t xml:space="preserve">[16:04] </w:t>
      </w:r>
      <w:r>
        <w:t>to un ka qissa yeh hai ke un ke baap ne kuch property banai thi ghalat tareeqe se.</w:t>
      </w:r>
    </w:p>
    <w:p>
      <w:pPr>
        <w:jc w:val="right"/>
      </w:pPr>
      <w:r>
        <w:t>تو ان کا قصہ یہ ہے کہ ان کے باپ نے کچھ پراپرٹی بنائی تھی غلط طریقے سے۔</w:t>
      </w:r>
    </w:p>
    <w:p>
      <w:r>
        <w:rPr>
          <w:b/>
        </w:rPr>
        <w:t xml:space="preserve">[16:10] </w:t>
      </w:r>
      <w:r>
        <w:t>un ke baap jo the, ghalat tareeqe se kuch property bana li thi.</w:t>
      </w:r>
    </w:p>
    <w:p>
      <w:pPr>
        <w:jc w:val="right"/>
      </w:pPr>
      <w:r>
        <w:t>ان کے باپ جو تھے، غلط طریقے سے کچھ پراپرٹی بنا لی تھی۔</w:t>
      </w:r>
    </w:p>
    <w:p>
      <w:r>
        <w:rPr>
          <w:b/>
        </w:rPr>
        <w:t xml:space="preserve">[16:16] </w:t>
      </w:r>
      <w:r>
        <w:t>to un ke marne ke baad yeh jo bete the, inherit kiya unhone is property ko.</w:t>
      </w:r>
    </w:p>
    <w:p>
      <w:pPr>
        <w:jc w:val="right"/>
      </w:pPr>
      <w:r>
        <w:t>تو ان کے مرنے کے بعد یہ جو بیٹے تھے، انہیریٹ کیا انہوں نے اس پراپرٹی کو۔</w:t>
      </w:r>
    </w:p>
    <w:p>
      <w:r>
        <w:rPr>
          <w:b/>
        </w:rPr>
        <w:t xml:space="preserve">[16:23] </w:t>
      </w:r>
      <w:r>
        <w:t>to un ko maloom hua ke yeh property jo mere baap se mujhe mili hai, yeh to ghalat thi.</w:t>
      </w:r>
    </w:p>
    <w:p>
      <w:pPr>
        <w:jc w:val="right"/>
      </w:pPr>
      <w:r>
        <w:t>تو ان کو معلوم ہوا کہ یہ پراپرٹی جو میرے باپ سے مجھے ملی ہے، یہ تو غلط تھی۔</w:t>
      </w:r>
    </w:p>
    <w:p>
      <w:r>
        <w:rPr>
          <w:b/>
        </w:rPr>
        <w:t xml:space="preserve">[16:29] </w:t>
      </w:r>
      <w:r>
        <w:t>us ko mujhe haq nahin tha is property ka.</w:t>
      </w:r>
    </w:p>
    <w:p>
      <w:pPr>
        <w:jc w:val="right"/>
      </w:pPr>
      <w:r>
        <w:t>اس کو مجھے حق نہیں تھا اس پراپرٹی کا۔</w:t>
      </w:r>
    </w:p>
    <w:p>
      <w:r>
        <w:rPr>
          <w:b/>
        </w:rPr>
        <w:t xml:space="preserve">[16:36] </w:t>
      </w:r>
      <w:r>
        <w:t>ghalat tareeqay se unhon ne is ko haraap kar liya tha.</w:t>
      </w:r>
    </w:p>
    <w:p>
      <w:pPr>
        <w:jc w:val="right"/>
      </w:pPr>
      <w:r>
        <w:t>غلط طریقے سے انہوں نے اس کو ہڑپ کر لیا تھا۔</w:t>
      </w:r>
    </w:p>
    <w:p>
      <w:r>
        <w:rPr>
          <w:b/>
        </w:rPr>
        <w:t xml:space="preserve">[16:42] </w:t>
      </w:r>
      <w:r>
        <w:t>to phir unhon ne hadees mein parha, hadees mein hai ke agar koi shakhs, koi land, koi koi</w:t>
      </w:r>
    </w:p>
    <w:p>
      <w:pPr>
        <w:jc w:val="right"/>
      </w:pPr>
      <w:r>
        <w:t>تو پھر انہوں نے حدیث میں پڑھا، حدیث میں ہے کہ اگر کوئی شخص، کوئی لینڈ، کوئی کوئی</w:t>
      </w:r>
    </w:p>
    <w:p>
      <w:r>
        <w:rPr>
          <w:b/>
        </w:rPr>
        <w:t xml:space="preserve">[16:49] </w:t>
      </w:r>
      <w:r>
        <w:t>zameen, koi property ghalat tareeqay se is ko apne qabzay mein le leta hai, to woh zameen is</w:t>
      </w:r>
    </w:p>
    <w:p>
      <w:pPr>
        <w:jc w:val="right"/>
      </w:pPr>
      <w:r>
        <w:t>زمین، کوئی پراپرٹی غلط طریقے سے اس کو اپنے قبضے میں لے لیتا ہے، تو وہ زمین اس</w:t>
      </w:r>
    </w:p>
    <w:p>
      <w:r>
        <w:rPr>
          <w:b/>
        </w:rPr>
        <w:t xml:space="preserve">[16:55] </w:t>
      </w:r>
      <w:r>
        <w:t>ko gurday mein latka di jaye gi.</w:t>
      </w:r>
    </w:p>
    <w:p>
      <w:pPr>
        <w:jc w:val="right"/>
      </w:pPr>
      <w:r>
        <w:t>کو گردے میں لٹکا دی جائے گی۔</w:t>
      </w:r>
    </w:p>
    <w:p>
      <w:r>
        <w:rPr>
          <w:b/>
        </w:rPr>
        <w:t xml:space="preserve">[17:02] </w:t>
      </w:r>
      <w:r>
        <w:t>farz ki jiye ke yeh Nizamuddin West jo hai, Nizamuddin East jo hai, ya mein ghalat ghalat</w:t>
      </w:r>
    </w:p>
    <w:p>
      <w:pPr>
        <w:jc w:val="right"/>
      </w:pPr>
      <w:r>
        <w:t>فرض کیجئے کہ یہ نظام الدین ویسٹ جو ہے، نظام الدین ایسٹ جو ہے، یا میں غلط غلط</w:t>
      </w:r>
    </w:p>
    <w:p>
      <w:r>
        <w:rPr>
          <w:b/>
        </w:rPr>
        <w:t xml:space="preserve">[17:08] </w:t>
      </w:r>
      <w:r>
        <w:t>tareeqay se qabza kar loon is ke oopar, to aakhirat mein yeh mere latka diya jaye ga.</w:t>
      </w:r>
    </w:p>
    <w:p>
      <w:pPr>
        <w:jc w:val="right"/>
      </w:pPr>
      <w:r>
        <w:t>طریقے سے قبضہ کر لوں اس کے اوپر، تو آخرت میں یہ میرے لٹکا دیا جائے گا۔</w:t>
      </w:r>
    </w:p>
    <w:p>
      <w:r>
        <w:rPr>
          <w:b/>
        </w:rPr>
        <w:t xml:space="preserve">[17:15] </w:t>
      </w:r>
      <w:r>
        <w:t>mere jaisay koi log haar banaya jata hai, itna bhari bojh mere oopar latka diya jata hai, ya</w:t>
      </w:r>
    </w:p>
    <w:p>
      <w:pPr>
        <w:jc w:val="right"/>
      </w:pPr>
      <w:r>
        <w:t>میرے جیسے کوئی لوگ ہار بنایا جاتا ہے، اتنا بھاری بوجھ میرے اوپر لٹکا دیا جاتا ہے، یا</w:t>
      </w:r>
    </w:p>
    <w:p>
      <w:r>
        <w:rPr>
          <w:b/>
        </w:rPr>
        <w:t xml:space="preserve">[17:21] </w:t>
      </w:r>
      <w:r>
        <w:t>aise hi ke sir pe rakh diya jaye ga.</w:t>
      </w:r>
    </w:p>
    <w:p>
      <w:pPr>
        <w:jc w:val="right"/>
      </w:pPr>
      <w:r>
        <w:t>ایسے ہی کہ سرپ رکھ دیا جائے گا۔</w:t>
      </w:r>
    </w:p>
    <w:p>
      <w:r>
        <w:rPr>
          <w:b/>
        </w:rPr>
        <w:t xml:space="preserve">[17:28] </w:t>
      </w:r>
      <w:r>
        <w:t>to yeh soch hi bilkul aadmi ko kapkapa deti hai.</w:t>
      </w:r>
    </w:p>
    <w:p>
      <w:pPr>
        <w:jc w:val="right"/>
      </w:pPr>
      <w:r>
        <w:t>تو یہ سوچ ہی بالکل آدمی کو کپکپا دیتی ہے۔</w:t>
      </w:r>
    </w:p>
    <w:p>
      <w:r>
        <w:rPr>
          <w:b/>
        </w:rPr>
        <w:t xml:space="preserve">[17:34] </w:t>
      </w:r>
      <w:r>
        <w:t>to unhon ne jab yeh parha is mein hadees mein, to unhon ne kaha ke bhai is se</w:t>
      </w:r>
    </w:p>
    <w:p>
      <w:pPr>
        <w:jc w:val="right"/>
      </w:pPr>
      <w:r>
        <w:t>تو انہوں نے جب یہ پڑھا اس میں حدیث میں، تو انہوں نے کہا کہ بھئی اس سے</w:t>
      </w:r>
    </w:p>
    <w:p>
      <w:r>
        <w:rPr>
          <w:b/>
        </w:rPr>
        <w:t xml:space="preserve">[17:41] </w:t>
      </w:r>
      <w:r>
        <w:t>achha hai ke ab dunya mein chhod dein is ko, aakhirat mein hamare sir pe lada jaye, hum</w:t>
      </w:r>
    </w:p>
    <w:p>
      <w:pPr>
        <w:jc w:val="right"/>
      </w:pPr>
      <w:r>
        <w:t>اچھا ہے کہ اب دنیا میں چھوڑ دیں اس کو، آخرت میں ہمارے سر پہ لادا جائے، ہم</w:t>
      </w:r>
    </w:p>
    <w:p>
      <w:r>
        <w:rPr>
          <w:b/>
        </w:rPr>
        <w:t xml:space="preserve">[17:47] </w:t>
      </w:r>
      <w:r>
        <w:t>yeh dunya mein chhod dein.</w:t>
      </w:r>
    </w:p>
    <w:p>
      <w:pPr>
        <w:jc w:val="right"/>
      </w:pPr>
      <w:r>
        <w:t>یہ دنیا میں چھوڑ دیں۔</w:t>
      </w:r>
    </w:p>
    <w:p>
      <w:r>
        <w:rPr>
          <w:b/>
        </w:rPr>
        <w:t xml:space="preserve">[17:54] </w:t>
      </w:r>
      <w:r>
        <w:t>to unhon ne ja kar ke jo aadmi se, unhon ne jo aadmi ki property thi, pehle ja</w:t>
      </w:r>
    </w:p>
    <w:p>
      <w:pPr>
        <w:jc w:val="right"/>
      </w:pPr>
      <w:r>
        <w:t>تو انہوں نے جا کر کے جو آدمی سے، انہوں نے جو آدمی کی پراپرٹی تھی، پہلے جا</w:t>
      </w:r>
    </w:p>
    <w:p>
      <w:r>
        <w:rPr>
          <w:b/>
        </w:rPr>
        <w:t xml:space="preserve">[18:00] </w:t>
      </w:r>
      <w:r>
        <w:t>kar is ko likh diya ke yeh tumhari property hai, meri nahi hai, yeh chhod diya.</w:t>
      </w:r>
    </w:p>
    <w:p>
      <w:pPr>
        <w:jc w:val="right"/>
      </w:pPr>
      <w:r>
        <w:t>کر اس کو لکھ دیا کہ یہ تمہاری پراپرٹی ہے، میری نہیں ہے، یہ چھوڑ دیا۔</w:t>
      </w:r>
    </w:p>
    <w:p>
      <w:r>
        <w:rPr>
          <w:b/>
        </w:rPr>
        <w:t xml:space="preserve">[18:06] </w:t>
      </w:r>
      <w:r>
        <w:t>lekin isi aadmi se baar baar hamari mulaqaat hoti thi, kabhi unhon ne love of God ka zikr nahi kiya.</w:t>
      </w:r>
    </w:p>
    <w:p>
      <w:pPr>
        <w:jc w:val="right"/>
      </w:pPr>
      <w:r>
        <w:t>لیکن اسی آدمی سے بار بار ہماری ملاقات ہوتی تھی، کبھی انہوں نے لو آف گاڈ کا ذکر نہیں کیا۔</w:t>
      </w:r>
    </w:p>
    <w:p>
      <w:r>
        <w:rPr>
          <w:b/>
        </w:rPr>
        <w:t xml:space="preserve">[18:13] </w:t>
      </w:r>
      <w:r>
        <w:t>same aadmi, yaani fear of God ka zikr kiya unhon ne, lekin love of God ka kabhi zikr nahi kiya.</w:t>
      </w:r>
    </w:p>
    <w:p>
      <w:pPr>
        <w:jc w:val="right"/>
      </w:pPr>
      <w:r>
        <w:t>سیم آدمی، یعنی فیئر آف گاڈ کا ذکر کیا انہوں نے، لیکن لو آف گاڈ کا کبھی ذکر نہیں کیا۔</w:t>
      </w:r>
    </w:p>
    <w:p>
      <w:r>
        <w:rPr>
          <w:b/>
        </w:rPr>
        <w:t xml:space="preserve">[18:19] </w:t>
      </w:r>
      <w:r>
        <w:t>kyun? dekhein, love of God ko personalize aap nahi kar paate magar is se ke aap soch ko</w:t>
      </w:r>
    </w:p>
    <w:p>
      <w:pPr>
        <w:jc w:val="right"/>
      </w:pPr>
      <w:r>
        <w:t>کیوں؟ دیکھیں، لو آف گاڈ کو پرسنلائز آپ نہیں کر پاتے مگر اس سے کہ آپ سوچ کو</w:t>
      </w:r>
    </w:p>
    <w:p>
      <w:r>
        <w:rPr>
          <w:b/>
        </w:rPr>
        <w:t xml:space="preserve">[18:26] </w:t>
      </w:r>
      <w:r>
        <w:t>bohat active karein.</w:t>
      </w:r>
    </w:p>
    <w:p>
      <w:pPr>
        <w:jc w:val="right"/>
      </w:pPr>
      <w:r>
        <w:t>بہت ایکٹیو کریں۔</w:t>
      </w:r>
    </w:p>
    <w:p>
      <w:r>
        <w:rPr>
          <w:b/>
        </w:rPr>
        <w:t xml:space="preserve">[18:32] </w:t>
      </w:r>
      <w:r>
        <w:t>misal ke tor par dekhiye, hum aap yahan baithe hue hain to hum ko oxygen mil rahi hai.</w:t>
      </w:r>
    </w:p>
    <w:p>
      <w:pPr>
        <w:jc w:val="right"/>
      </w:pPr>
      <w:r>
        <w:t>مثال کے طور پر دیکھیے، ہم آپ یہاں بیٹھے ہوئے ہیں تو ہم کو اکسیجن مل رہی ہے۔</w:t>
      </w:r>
    </w:p>
    <w:p>
      <w:r>
        <w:rPr>
          <w:b/>
        </w:rPr>
        <w:t xml:space="preserve">[18:39] </w:t>
      </w:r>
      <w:r>
        <w:t>aap America mein hon, USA mein ho to wahan bhi aap ko oxygen milti rahe gi.</w:t>
      </w:r>
    </w:p>
    <w:p>
      <w:pPr>
        <w:jc w:val="right"/>
      </w:pPr>
      <w:r>
        <w:t>آپ امریکہ میں ہوں، یو ایس اے میں ہو تو وہاں بھی آپ کو اکسیجن ملتی رہے گی۔</w:t>
      </w:r>
    </w:p>
    <w:p>
      <w:r>
        <w:rPr>
          <w:b/>
        </w:rPr>
        <w:t xml:space="preserve">[18:45] </w:t>
      </w:r>
      <w:r>
        <w:t>aap Britain mein hon to wahan bhi aap ko oxygen milti rahe gi.</w:t>
      </w:r>
    </w:p>
    <w:p>
      <w:pPr>
        <w:jc w:val="right"/>
      </w:pPr>
      <w:r>
        <w:t>آپ برٹن میں ہوں تو وہاں بھی آپ کو اکسیجن ملتی رہے گی۔</w:t>
      </w:r>
    </w:p>
    <w:p>
      <w:r>
        <w:rPr>
          <w:b/>
        </w:rPr>
        <w:t xml:space="preserve">[18:52] </w:t>
      </w:r>
      <w:r>
        <w:t>to ek oxygen ek universal blessing hai, sab ko mil rahi hai, hum ko bhi mil rahi hai.</w:t>
      </w:r>
    </w:p>
    <w:p>
      <w:pPr>
        <w:jc w:val="right"/>
      </w:pPr>
      <w:r>
        <w:t>تو ایک اکسیجن ایک یونیورسل بلیسنگ ہے، سب کو مل رہی ہے، ہم کو بھی مل رہی ہے۔</w:t>
      </w:r>
    </w:p>
    <w:p>
      <w:r>
        <w:rPr>
          <w:b/>
        </w:rPr>
        <w:t xml:space="preserve">[18:58] </w:t>
      </w:r>
      <w:r>
        <w:t>is ko aap personalize mein bhi nahi dekh paate, general mein bhi dekhte hain.</w:t>
      </w:r>
    </w:p>
    <w:p>
      <w:pPr>
        <w:jc w:val="right"/>
      </w:pPr>
      <w:r>
        <w:t>اس کو آپ پرسنلائز میں بھی نہیں دیکھ پاتے، جنرل میں بھی دیکھتے ہیں۔</w:t>
      </w:r>
    </w:p>
    <w:p>
      <w:r>
        <w:rPr>
          <w:b/>
        </w:rPr>
        <w:t xml:space="preserve">[19:05] </w:t>
      </w:r>
      <w:r>
        <w:t>yaani oxygen ek phaili hui cheez hai jo sari zameen pe phaili hui hai.</w:t>
      </w:r>
    </w:p>
    <w:p>
      <w:pPr>
        <w:jc w:val="right"/>
      </w:pPr>
      <w:r>
        <w:t>یعنی اکسیجن ایک پھیلی ہوئی چیز ہے جو ساری زمین پہ پھیلی ہوئی ہے۔</w:t>
      </w:r>
    </w:p>
    <w:p>
      <w:r>
        <w:rPr>
          <w:b/>
        </w:rPr>
        <w:t xml:space="preserve">[19:11] </w:t>
      </w:r>
      <w:r>
        <w:t>to sabhi log, seven billion insaan ko mil rahi hai, to mujhe bhi mil rahi hai.</w:t>
      </w:r>
    </w:p>
    <w:p>
      <w:pPr>
        <w:jc w:val="right"/>
      </w:pPr>
      <w:r>
        <w:t>تو سبھی لوگ، سیون بلین انسان کو مل رہی ہے، تو مجھے بھی مل رہی ہے۔</w:t>
      </w:r>
    </w:p>
    <w:p>
      <w:r>
        <w:rPr>
          <w:b/>
        </w:rPr>
        <w:t xml:space="preserve">[19:18] </w:t>
      </w:r>
      <w:r>
        <w:t>to jo blessing hai, khuda ki blessing, is ko aap hamesha general term dekhte hain, is ko personalize</w:t>
      </w:r>
    </w:p>
    <w:p>
      <w:pPr>
        <w:jc w:val="right"/>
      </w:pPr>
      <w:r>
        <w:t>تو جو بلیسنگ ہے، خدا کی بلیسنگ، اس کو آپ ہمیشہ جنرل ٹرم دیکھتے ہیں، اس کو پرسنلائز</w:t>
      </w:r>
    </w:p>
    <w:p>
      <w:r>
        <w:rPr>
          <w:b/>
        </w:rPr>
        <w:t xml:space="preserve">[19:24] </w:t>
      </w:r>
      <w:r>
        <w:t>nahin kar paate.</w:t>
      </w:r>
    </w:p>
    <w:p>
      <w:pPr>
        <w:jc w:val="right"/>
      </w:pPr>
      <w:r>
        <w:t>نہیں کر پاتے۔</w:t>
      </w:r>
    </w:p>
    <w:p>
      <w:r>
        <w:rPr>
          <w:b/>
        </w:rPr>
        <w:t xml:space="preserve">[19:31] </w:t>
      </w:r>
      <w:r>
        <w:t>to yeh hai raaz, yani fear of god paida karne ke liye aap ki instinct kaafi hai.</w:t>
      </w:r>
    </w:p>
    <w:p>
      <w:pPr>
        <w:jc w:val="right"/>
      </w:pPr>
      <w:r>
        <w:t>تو یہ ہے راز، یعنی فیئر آف گاڈ پیدا کرنے کے لیے آپ کی انسٹنکٹ کافی ہے۔</w:t>
      </w:r>
    </w:p>
    <w:p>
      <w:r>
        <w:rPr>
          <w:b/>
        </w:rPr>
        <w:t xml:space="preserve">[19:37] </w:t>
      </w:r>
      <w:r>
        <w:t>instinct jo hai, woh apne aap is ko full for personalize kar leti hai.</w:t>
      </w:r>
    </w:p>
    <w:p>
      <w:pPr>
        <w:jc w:val="right"/>
      </w:pPr>
      <w:r>
        <w:t>انسٹنکٹ جو ہے، وہ اپنے آپ اس کو فل فور پرسنلائز کر لیتی ہے۔</w:t>
      </w:r>
    </w:p>
    <w:p>
      <w:r>
        <w:rPr>
          <w:b/>
        </w:rPr>
        <w:t xml:space="preserve">[19:44] </w:t>
      </w:r>
      <w:r>
        <w:t>lekin jo blessing hai, woh is ko sochna parega, soch soch kar karna parega, tab ja</w:t>
      </w:r>
    </w:p>
    <w:p>
      <w:pPr>
        <w:jc w:val="right"/>
      </w:pPr>
      <w:r>
        <w:t>لیکن جو بلیسنگ ہے، وہ اس کو سوچنا پڑے گا، سوچ سوچ کر کرنا پڑے گا، تب جا</w:t>
      </w:r>
    </w:p>
    <w:p>
      <w:r>
        <w:rPr>
          <w:b/>
        </w:rPr>
        <w:t xml:space="preserve">[19:50] </w:t>
      </w:r>
      <w:r>
        <w:t>kar ke woh aap is ko personalize karenge.</w:t>
      </w:r>
    </w:p>
    <w:p>
      <w:pPr>
        <w:jc w:val="right"/>
      </w:pPr>
      <w:r>
        <w:t>کر کے وہ آپ اس کو پرسنلائز کریں گے۔</w:t>
      </w:r>
    </w:p>
    <w:p>
      <w:r>
        <w:rPr>
          <w:b/>
        </w:rPr>
        <w:t xml:space="preserve">[19:56] </w:t>
      </w:r>
      <w:r>
        <w:t>ab is ayat ko lijiye jo abhi maine aap ke samne padhi thi ke "wa la sha'na la raf'ana</w:t>
      </w:r>
    </w:p>
    <w:p>
      <w:pPr>
        <w:jc w:val="right"/>
      </w:pPr>
      <w:r>
        <w:t>اب اس آیت کو لیجئے جو ابھی میں نے آپ کے سامنے پڑھی تھی کہ "ولو شینا لرفانہ</w:t>
      </w:r>
    </w:p>
    <w:p>
      <w:r>
        <w:rPr>
          <w:b/>
        </w:rPr>
        <w:t xml:space="preserve">[20:03] </w:t>
      </w:r>
      <w:r>
        <w:t>بہی ولاکنہ لرفانہ بہا ولاکنہ" یعنی "God wanted to exalt him but he clung to the earth".</w:t>
      </w:r>
    </w:p>
    <w:p>
      <w:pPr>
        <w:jc w:val="right"/>
      </w:pPr>
      <w:r>
        <w:t>بہی ولاکنہ لرفانہ بہا ولاکنہ" یعنی "گاڈ وانٹڈ ٹو ایگزالٹ ہم بٹ ہی کلنگ ٹو دا ارتھ"۔</w:t>
      </w:r>
    </w:p>
    <w:p>
      <w:r>
        <w:rPr>
          <w:b/>
        </w:rPr>
        <w:t xml:space="preserve">[20:09] </w:t>
      </w:r>
      <w:r>
        <w:t>to khuda ne jo chaha tha is ko oopar uthana kis bare mein? ke woh apni aql ko</w:t>
      </w:r>
    </w:p>
    <w:p>
      <w:pPr>
        <w:jc w:val="right"/>
      </w:pPr>
      <w:r>
        <w:t>تو خدا نے جو چاہا تھا اس کو اوپر اٹھانا کس بارے میں؟ کہ وہ اپنی عقل کو</w:t>
      </w:r>
    </w:p>
    <w:p>
      <w:r>
        <w:rPr>
          <w:b/>
        </w:rPr>
        <w:t xml:space="preserve">[20:16] </w:t>
      </w:r>
      <w:r>
        <w:t>activate kare, apne andar thinking process paida kare, apne zehan ko istemal kar ke soche.</w:t>
      </w:r>
    </w:p>
    <w:p>
      <w:pPr>
        <w:jc w:val="right"/>
      </w:pPr>
      <w:r>
        <w:t>ایکٹیویٹ کرے، اپنے اندر تھنکنگ پروسیس پیدا کرے، اپنے ذہن کو استعمال کر کے سوچے۔</w:t>
      </w:r>
    </w:p>
    <w:p>
      <w:r>
        <w:rPr>
          <w:b/>
        </w:rPr>
        <w:t xml:space="preserve">[20:22] </w:t>
      </w:r>
      <w:r>
        <w:t>yani is ko main apne is context mein kahunga ke soch soch kar woh personalize kare khuda</w:t>
      </w:r>
    </w:p>
    <w:p>
      <w:pPr>
        <w:jc w:val="right"/>
      </w:pPr>
      <w:r>
        <w:t>یعنی اس کو میں اپنے اس کنٹیکسٹ میں کہوں گا کہ سوچ سوچ کر وہ پرسنلائز کرے خدا</w:t>
      </w:r>
    </w:p>
    <w:p>
      <w:r>
        <w:rPr>
          <w:b/>
        </w:rPr>
        <w:t xml:space="preserve">[20:29] </w:t>
      </w:r>
      <w:r>
        <w:t>ki blessing ko.</w:t>
      </w:r>
    </w:p>
    <w:p>
      <w:pPr>
        <w:jc w:val="right"/>
      </w:pPr>
      <w:r>
        <w:t>کی بلیسنگ کو۔</w:t>
      </w:r>
    </w:p>
    <w:p>
      <w:r>
        <w:rPr>
          <w:b/>
        </w:rPr>
        <w:t xml:space="preserve">[20:35] </w:t>
      </w:r>
      <w:r>
        <w:t>to jo fear wale item hain, woh to apne aap aap ke aap ke aap ke mind ka</w:t>
      </w:r>
    </w:p>
    <w:p>
      <w:pPr>
        <w:jc w:val="right"/>
      </w:pPr>
      <w:r>
        <w:t>تو جو فیئر والے آئٹم ہیں، وہ تو اپنے آپ آپ کے آپ کے آپ کے مائنڈ کا</w:t>
      </w:r>
    </w:p>
    <w:p>
      <w:r>
        <w:rPr>
          <w:b/>
        </w:rPr>
        <w:t xml:space="preserve">[20:42] </w:t>
      </w:r>
      <w:r>
        <w:t>part ban gaye, apne aap.</w:t>
      </w:r>
    </w:p>
    <w:p>
      <w:pPr>
        <w:jc w:val="right"/>
      </w:pPr>
      <w:r>
        <w:t>پارٹ بن گئے، اپنے آپ۔</w:t>
      </w:r>
    </w:p>
    <w:p>
      <w:r>
        <w:rPr>
          <w:b/>
        </w:rPr>
        <w:t xml:space="preserve">[20:48] </w:t>
      </w:r>
      <w:r>
        <w:t>ab lage is se darne, lekin yeh jo blessing thi, is ko to soch soch kar aap ko</w:t>
      </w:r>
    </w:p>
    <w:p>
      <w:pPr>
        <w:jc w:val="right"/>
      </w:pPr>
      <w:r>
        <w:t>اب لگے اس سے ڈرنے، لیکن یہ جو بلیسنگ تھی، اس کو تو سوچ سوچ کر آپ کو</w:t>
      </w:r>
    </w:p>
    <w:p>
      <w:r>
        <w:rPr>
          <w:b/>
        </w:rPr>
        <w:t xml:space="preserve">[20:55] </w:t>
      </w:r>
      <w:r>
        <w:t>personalize karna tha, woh aap ne kiya nahin.</w:t>
      </w:r>
    </w:p>
    <w:p>
      <w:pPr>
        <w:jc w:val="right"/>
      </w:pPr>
      <w:r>
        <w:t>پرسنلائز کرنا تھا، وہ آپ نے کیا نہیں۔</w:t>
      </w:r>
    </w:p>
    <w:p>
      <w:r>
        <w:rPr>
          <w:b/>
        </w:rPr>
        <w:t xml:space="preserve">[21:01] </w:t>
      </w:r>
      <w:r>
        <w:t>main ek misaal deta hoon, dekhiye, quran ki ek ayat hai ke quran ki ek ayat hai ke</w:t>
      </w:r>
    </w:p>
    <w:p>
      <w:pPr>
        <w:jc w:val="right"/>
      </w:pPr>
      <w:r>
        <w:t>میں ایک مثال دیتا ہوں، دیکھیے، قرآن کی ایک آیت ہے کہ قرآن کی ایک آیت ہے کہ</w:t>
      </w:r>
    </w:p>
    <w:p>
      <w:r>
        <w:rPr>
          <w:b/>
        </w:rPr>
        <w:t xml:space="preserve">[21:08] </w:t>
      </w:r>
      <w:r>
        <w:t>woh surah al-jasiah mein, surah al-jasiah ke "wa sakhkhar lakum ma fis samawati wa ma fil ardi jamee'an".</w:t>
      </w:r>
    </w:p>
    <w:p>
      <w:pPr>
        <w:jc w:val="right"/>
      </w:pPr>
      <w:r>
        <w:t>وہ سورہ الجاسیہ میں، سورہ الجاسیہ کہ "وسخرکم معاف السماوات و معاف الارض جمیع"۔</w:t>
      </w:r>
    </w:p>
    <w:p>
      <w:r>
        <w:rPr>
          <w:b/>
        </w:rPr>
        <w:t xml:space="preserve">[21:14] </w:t>
      </w:r>
      <w:r>
        <w:t>kaisa kiya alfaaz hain? "jamee'an min jamee'an min wa sakhkhar lakum ma fis samawati wa ma fil ardi jamee'an".</w:t>
      </w:r>
    </w:p>
    <w:p>
      <w:pPr>
        <w:jc w:val="right"/>
      </w:pPr>
      <w:r>
        <w:t>کیسا کیا الفاظ ہیں؟ "جمیع من جمیع من وسخرکم معاف السماوات و معاف الارض جمیع من"۔</w:t>
      </w:r>
    </w:p>
    <w:p>
      <w:r>
        <w:rPr>
          <w:b/>
        </w:rPr>
        <w:t xml:space="preserve">[21:21] </w:t>
      </w:r>
      <w:r>
        <w:t>yeh quran ki ayat hai.</w:t>
      </w:r>
    </w:p>
    <w:p>
      <w:pPr>
        <w:jc w:val="right"/>
      </w:pPr>
      <w:r>
        <w:t>یہ قرآن کی آیت ہے۔</w:t>
      </w:r>
    </w:p>
    <w:p>
      <w:r>
        <w:rPr>
          <w:b/>
        </w:rPr>
        <w:t xml:space="preserve">[21:27] </w:t>
      </w:r>
      <w:r>
        <w:t>iska tarjuma yeh hai ke "God subjected the whole universe to the service of mankind".</w:t>
      </w:r>
    </w:p>
    <w:p>
      <w:pPr>
        <w:jc w:val="right"/>
      </w:pPr>
      <w:r>
        <w:t>اس کا ترجمہ یہ ہے کہ "گاڈ سبجیکٹڈ دا ہول یونیورس ٹو دا سروس آف مین کائنڈ"۔</w:t>
      </w:r>
    </w:p>
    <w:p>
      <w:r>
        <w:rPr>
          <w:b/>
        </w:rPr>
        <w:t xml:space="preserve">[21:34] </w:t>
      </w:r>
      <w:r>
        <w:t>yani khuda ne pure universe ko, yeh sari galaxies, sara solar system, yeh itni badi universe ke bare</w:t>
      </w:r>
    </w:p>
    <w:p>
      <w:pPr>
        <w:jc w:val="right"/>
      </w:pPr>
      <w:r>
        <w:t>یعنی خدا نے پورے یونیورس کو، یہ ساری گلیکسیز، سارا سولر سسٹم، یہ اتنی بڑی یونیورس کے بارے</w:t>
      </w:r>
    </w:p>
    <w:p>
      <w:r>
        <w:rPr>
          <w:b/>
        </w:rPr>
        <w:t xml:space="preserve">[21:40] </w:t>
      </w:r>
      <w:r>
        <w:t>mein keh rahe hain ke khuda ne is pure universe ko insan ki service mein laga diya hai.</w:t>
      </w:r>
    </w:p>
    <w:p>
      <w:pPr>
        <w:jc w:val="right"/>
      </w:pPr>
      <w:r>
        <w:t>میں کہہ رہے ہیں کہ خدا نے اس پورے یونیورس کو انسان کی سروس میں لگا دیا ہے۔</w:t>
      </w:r>
    </w:p>
    <w:p>
      <w:r>
        <w:rPr>
          <w:b/>
        </w:rPr>
        <w:t xml:space="preserve">[21:46] </w:t>
      </w:r>
      <w:r>
        <w:t>abhi recently aap jante hain ke ek research aayi hai ke pure universe woh hai, kya kehte hain</w:t>
      </w:r>
    </w:p>
    <w:p>
      <w:pPr>
        <w:jc w:val="right"/>
      </w:pPr>
      <w:r>
        <w:t>ابھی ریسنٹلی آپ جانتے ہیں کہ ایک ریسرچ آئی ہے کہ پوری یونیورس وہ ہے، کیا کہتے ہیں</w:t>
      </w:r>
    </w:p>
    <w:p>
      <w:r>
        <w:rPr>
          <w:b/>
        </w:rPr>
        <w:t xml:space="preserve">[21:53] </w:t>
      </w:r>
      <w:r>
        <w:t>isko? "custom made".</w:t>
      </w:r>
    </w:p>
    <w:p>
      <w:pPr>
        <w:jc w:val="right"/>
      </w:pPr>
      <w:r>
        <w:t>اس کو؟ "کسٹم میڈ"۔</w:t>
      </w:r>
    </w:p>
    <w:p>
      <w:r>
        <w:rPr>
          <w:b/>
        </w:rPr>
        <w:t xml:space="preserve">[21:59] </w:t>
      </w:r>
      <w:r>
        <w:t>custom made universe hai, itni badi universe, custom made universe, yani insan ko bilkul insan ke mutabiq banayi gayi hai.</w:t>
      </w:r>
    </w:p>
    <w:p>
      <w:pPr>
        <w:jc w:val="right"/>
      </w:pPr>
      <w:r>
        <w:t>کسٹم میڈ یونیورس ہے، اتنی بڑی یونیورس، کسٹم میڈ یونیورس، یعنی انسان کو بالکل انسان کے مطابق بنائی گئی ہے۔</w:t>
      </w:r>
    </w:p>
    <w:p>
      <w:r>
        <w:rPr>
          <w:b/>
        </w:rPr>
        <w:t xml:space="preserve">[22:06] </w:t>
      </w:r>
      <w:r>
        <w:t>to quran ki is ayat ka matlab yeh hai ke "god has subjected the whole universe to the</w:t>
      </w:r>
    </w:p>
    <w:p>
      <w:pPr>
        <w:jc w:val="right"/>
      </w:pPr>
      <w:r>
        <w:t>تو قرآن کی اس آیت کا مطلب یہ ہے کہ "گاڈ ہیز سبجیکٹڈ دا ہول یونیورس ٹو دی</w:t>
      </w:r>
    </w:p>
    <w:p>
      <w:r>
        <w:rPr>
          <w:b/>
        </w:rPr>
        <w:t xml:space="preserve">[22:12] </w:t>
      </w:r>
      <w:r>
        <w:t>service of mankind".</w:t>
      </w:r>
    </w:p>
    <w:p>
      <w:pPr>
        <w:jc w:val="right"/>
      </w:pPr>
      <w:r>
        <w:t>سروس آف مین کائنڈ"۔</w:t>
      </w:r>
    </w:p>
    <w:p>
      <w:r>
        <w:rPr>
          <w:b/>
        </w:rPr>
        <w:t xml:space="preserve">[22:19] </w:t>
      </w:r>
      <w:r>
        <w:t>ab dekhiye, yahan baat ko general term mein kaha gaya hai ke pure insano ke liye, sare insan</w:t>
      </w:r>
    </w:p>
    <w:p>
      <w:pPr>
        <w:jc w:val="right"/>
      </w:pPr>
      <w:r>
        <w:t>اب دیکھیے، یہاں بات کو جنرل ٹرم میں کہا گیا ہے کہ پورے انسانوں کے لیے، سارے انسان</w:t>
      </w:r>
    </w:p>
    <w:p>
      <w:r>
        <w:rPr>
          <w:b/>
        </w:rPr>
        <w:t xml:space="preserve">[22:25] </w:t>
      </w:r>
      <w:r>
        <w:t>jo hain, aaj duniya mein insano ki tadad seven billion hai.</w:t>
      </w:r>
    </w:p>
    <w:p>
      <w:pPr>
        <w:jc w:val="right"/>
      </w:pPr>
      <w:r>
        <w:t>جو ہیں، آج دنیا میں انسانوں کی تعداد سیون بلین ہے۔</w:t>
      </w:r>
    </w:p>
    <w:p>
      <w:r>
        <w:rPr>
          <w:b/>
        </w:rPr>
        <w:t xml:space="preserve">[22:32] </w:t>
      </w:r>
      <w:r>
        <w:t>to sare insano ke liye hum ne duniya ko bana diya.</w:t>
      </w:r>
    </w:p>
    <w:p>
      <w:pPr>
        <w:jc w:val="right"/>
      </w:pPr>
      <w:r>
        <w:t>تو سارے انسانوں کے لیے ہم نے دنیا کو بنا دیا۔</w:t>
      </w:r>
    </w:p>
    <w:p>
      <w:r>
        <w:rPr>
          <w:b/>
        </w:rPr>
        <w:t xml:space="preserve">[22:38] </w:t>
      </w:r>
      <w:r>
        <w:t>ab is ko aap personalize kijiye, personalize kijiye.</w:t>
      </w:r>
    </w:p>
    <w:p>
      <w:pPr>
        <w:jc w:val="right"/>
      </w:pPr>
      <w:r>
        <w:t>اب اس کو آپ پرسنلائز کیجئے، پرسنلائز کیجئے۔</w:t>
      </w:r>
    </w:p>
    <w:p>
      <w:r>
        <w:rPr>
          <w:b/>
        </w:rPr>
        <w:t xml:space="preserve">[22:45] </w:t>
      </w:r>
      <w:r>
        <w:t>personalize karne mein is ayat ko is tarah se padhiye ke "god subjected the whole universe for my</w:t>
      </w:r>
    </w:p>
    <w:p>
      <w:pPr>
        <w:jc w:val="right"/>
      </w:pPr>
      <w:r>
        <w:t>پرسنلائز کرنے میں اس آیت کو اس طریقے سے پڑھیے کہ "گاڈ سبجیکٹڈ دا ہول یونیورس فار مائی</w:t>
      </w:r>
    </w:p>
    <w:p>
      <w:r>
        <w:rPr>
          <w:b/>
        </w:rPr>
        <w:t xml:space="preserve">[22:51] </w:t>
      </w:r>
      <w:r>
        <w:t>service" ke sari kainat ko khuda ne bana diya meri service ke liye.</w:t>
      </w:r>
    </w:p>
    <w:p>
      <w:pPr>
        <w:jc w:val="right"/>
      </w:pPr>
      <w:r>
        <w:t>سروس" کہ ساری کائنات کو خدا نے بنا دیا میری سروس کے لیے۔</w:t>
      </w:r>
    </w:p>
    <w:p>
      <w:r>
        <w:rPr>
          <w:b/>
        </w:rPr>
        <w:t xml:space="preserve">[22:58] </w:t>
      </w:r>
      <w:r>
        <w:t>is ko personalize kijiye.</w:t>
      </w:r>
    </w:p>
    <w:p>
      <w:pPr>
        <w:jc w:val="right"/>
      </w:pPr>
      <w:r>
        <w:t>اس کو پرسنلائز کیجئے۔</w:t>
      </w:r>
    </w:p>
    <w:p>
      <w:r>
        <w:rPr>
          <w:b/>
        </w:rPr>
        <w:t xml:space="preserve">[23:04] </w:t>
      </w:r>
      <w:r>
        <w:t>to aap ghor kijiye ke kitna zyada love aayega aap ko, aap ke andar ji, kitna zyada</w:t>
      </w:r>
    </w:p>
    <w:p>
      <w:pPr>
        <w:jc w:val="right"/>
      </w:pPr>
      <w:r>
        <w:t>تو آپ غور کیجئے کہ کتنا زیادہ لو آئے گا آپ کو، آپ کے اندر جی، کتنا زیادہ</w:t>
      </w:r>
    </w:p>
    <w:p>
      <w:r>
        <w:rPr>
          <w:b/>
        </w:rPr>
        <w:t xml:space="preserve">[23:11] </w:t>
      </w:r>
      <w:r>
        <w:t>love aayega.</w:t>
      </w:r>
    </w:p>
    <w:p>
      <w:pPr>
        <w:jc w:val="right"/>
      </w:pPr>
      <w:r>
        <w:t>لو آئے گا۔</w:t>
      </w:r>
    </w:p>
    <w:p>
      <w:r>
        <w:rPr>
          <w:b/>
        </w:rPr>
        <w:t xml:space="preserve">[23:17] </w:t>
      </w:r>
      <w:r>
        <w:t>mister noor raghma, aap yahan aaiye, yahan suniye, ji maulana, yahan suniye, idhar aaiye, khade, khade, khade, khade,</w:t>
      </w:r>
    </w:p>
    <w:p>
      <w:pPr>
        <w:jc w:val="right"/>
      </w:pPr>
      <w:r>
        <w:t>مسٹر نور رغمہ، آپ یہاں آئیے، یہاں سنیے، جی مولانا، یہاں سنیے، ادھر آئیے، کھڑے، کھڑے، کھڑے، کھڑے،</w:t>
      </w:r>
    </w:p>
    <w:p>
      <w:r>
        <w:rPr>
          <w:b/>
        </w:rPr>
        <w:t xml:space="preserve">[23:23] </w:t>
      </w:r>
      <w:r>
        <w:t>khade, khade, khade.</w:t>
      </w:r>
    </w:p>
    <w:p>
      <w:pPr>
        <w:jc w:val="right"/>
      </w:pPr>
      <w:r>
        <w:t>کھڑے، کھڑے، کھڑے۔</w:t>
      </w:r>
    </w:p>
    <w:p>
      <w:r>
        <w:rPr>
          <w:b/>
        </w:rPr>
        <w:t xml:space="preserve">[23:30] </w:t>
      </w:r>
      <w:r>
        <w:t>dekhiye, yeh ek insan hai.</w:t>
      </w:r>
    </w:p>
    <w:p>
      <w:pPr>
        <w:jc w:val="right"/>
      </w:pPr>
      <w:r>
        <w:t>دیکھیے، یہ ایک انسان ہے۔</w:t>
      </w:r>
    </w:p>
    <w:p>
      <w:r>
        <w:rPr>
          <w:b/>
        </w:rPr>
        <w:t xml:space="preserve">[23:36] </w:t>
      </w:r>
      <w:r>
        <w:t>to quran mein hai ke insan ke bare mein "walaqad karramna bani adam".</w:t>
      </w:r>
    </w:p>
    <w:p>
      <w:pPr>
        <w:jc w:val="right"/>
      </w:pPr>
      <w:r>
        <w:t>تو قرآن میں ہے کہ انسان کے بارے میں "ولقت کربنا بنی آدم"۔</w:t>
      </w:r>
    </w:p>
    <w:p>
      <w:r>
        <w:rPr>
          <w:b/>
        </w:rPr>
        <w:t xml:space="preserve">[23:43] </w:t>
      </w:r>
      <w:r>
        <w:t>is mein yeh hai ke "wa faddalnahum katheeran mimman khalaqna tafdeelan".</w:t>
      </w:r>
    </w:p>
    <w:p>
      <w:pPr>
        <w:jc w:val="right"/>
      </w:pPr>
      <w:r>
        <w:t>اس میں یہ ہے کہ "وَفَضَّلَّهُمْ كَثِيرًا مِمَّنْ خَلَقْنَا تَفْضِيلًا"۔</w:t>
      </w:r>
    </w:p>
    <w:p>
      <w:r>
        <w:rPr>
          <w:b/>
        </w:rPr>
        <w:t xml:space="preserve">[23:49] </w:t>
      </w:r>
      <w:r>
        <w:t>insan ko kaha gaya hai ke woh aqrab al khalq hai.</w:t>
      </w:r>
    </w:p>
    <w:p>
      <w:pPr>
        <w:jc w:val="right"/>
      </w:pPr>
      <w:r>
        <w:t>انسان کو کہا گیا ہے کہ وہ اقرب الخلق ہے۔</w:t>
      </w:r>
    </w:p>
    <w:p>
      <w:r>
        <w:rPr>
          <w:b/>
        </w:rPr>
        <w:t xml:space="preserve">[23:56] </w:t>
      </w:r>
      <w:r>
        <w:t>aqrab al khalq ke maani yeh hain ke sare jo creation hai, is sare creation mein sab se acha</w:t>
      </w:r>
    </w:p>
    <w:p>
      <w:pPr>
        <w:jc w:val="right"/>
      </w:pPr>
      <w:r>
        <w:t>اقرب الخلق کے معنی یہ ہیں کہ سارے جو کریشن ہے، اس سارے کریشن میں سب سے اچھا</w:t>
      </w:r>
    </w:p>
    <w:p>
      <w:r>
        <w:rPr>
          <w:b/>
        </w:rPr>
        <w:t xml:space="preserve">[24:02] </w:t>
      </w:r>
      <w:r>
        <w:t>creation hai, best of the creation.</w:t>
      </w:r>
    </w:p>
    <w:p>
      <w:pPr>
        <w:jc w:val="right"/>
      </w:pPr>
      <w:r>
        <w:t>کریشن ہے، بیسٹ آف دا کریشن۔</w:t>
      </w:r>
    </w:p>
    <w:p>
      <w:r>
        <w:rPr>
          <w:b/>
        </w:rPr>
        <w:t xml:space="preserve">[24:09] </w:t>
      </w:r>
      <w:r>
        <w:t>to ek shakal yeh hai ke aap yeh sochein ke sare jo universe mein, sari duniya mein jo</w:t>
      </w:r>
    </w:p>
    <w:p>
      <w:pPr>
        <w:jc w:val="right"/>
      </w:pPr>
      <w:r>
        <w:t>تو ایک شکل یہ ہے کہ آپ یہ سوچیں کہ سارے جو یونیورس میں، ساری دنیا میں جو</w:t>
      </w:r>
    </w:p>
    <w:p>
      <w:r>
        <w:rPr>
          <w:b/>
        </w:rPr>
        <w:t xml:space="preserve">[24:15] </w:t>
      </w:r>
      <w:r>
        <w:t>paida hue, billion trillion log, woh sab aqrab al khalq the.</w:t>
      </w:r>
    </w:p>
    <w:p>
      <w:pPr>
        <w:jc w:val="right"/>
      </w:pPr>
      <w:r>
        <w:t>پیدا ہوئے، بلین ٹرین لوگ، وہ سب اقرب الخلق تھے۔</w:t>
      </w:r>
    </w:p>
    <w:p>
      <w:r>
        <w:rPr>
          <w:b/>
        </w:rPr>
        <w:t xml:space="preserve">[24:22] </w:t>
      </w:r>
      <w:r>
        <w:t>aap ek shakal, aap sochein ke main aqrab al khalq hoon.</w:t>
      </w:r>
    </w:p>
    <w:p>
      <w:pPr>
        <w:jc w:val="right"/>
      </w:pPr>
      <w:r>
        <w:t>آپ ایک شکل، آپ سوچیں کہ میں اقرب الخلق ہوں۔</w:t>
      </w:r>
    </w:p>
    <w:p>
      <w:r>
        <w:rPr>
          <w:b/>
        </w:rPr>
        <w:t xml:space="preserve">[24:28] </w:t>
      </w:r>
      <w:r>
        <w:t>apne ko discover karein aap ke mera hath, mera paon, mera yeh body, mera yeh mind, yeh to</w:t>
      </w:r>
    </w:p>
    <w:p>
      <w:pPr>
        <w:jc w:val="right"/>
      </w:pPr>
      <w:r>
        <w:t>اپنے کو ڈسکور کریں آپ کہ میرا ہاتھ، میرا پاؤں، میرا یہ باڈی، میرا یہ مائنڈ، یہ تو</w:t>
      </w:r>
    </w:p>
    <w:p>
      <w:r>
        <w:rPr>
          <w:b/>
        </w:rPr>
        <w:t xml:space="preserve">[24:35] </w:t>
      </w:r>
      <w:r>
        <w:t>aqrab al khalq hai.</w:t>
      </w:r>
    </w:p>
    <w:p>
      <w:pPr>
        <w:jc w:val="right"/>
      </w:pPr>
      <w:r>
        <w:t>اقرب الخلق ہے۔</w:t>
      </w:r>
    </w:p>
    <w:p>
      <w:r>
        <w:rPr>
          <w:b/>
        </w:rPr>
        <w:t xml:space="preserve">[24:41] </w:t>
      </w:r>
      <w:r>
        <w:t>jo aisa, aisa jo jo ek ek ek being meri hai, waise hi being na galaxy ko mili</w:t>
      </w:r>
    </w:p>
    <w:p>
      <w:pPr>
        <w:jc w:val="right"/>
      </w:pPr>
      <w:r>
        <w:t>جو ایسا، ایسا جو جو ایک ایک ایک بینگ میری ہے، ویسے ہی بینگ نہ گلیکسی کو ملی</w:t>
      </w:r>
    </w:p>
    <w:p>
      <w:r>
        <w:rPr>
          <w:b/>
        </w:rPr>
        <w:t xml:space="preserve">[24:48] </w:t>
      </w:r>
      <w:r>
        <w:t>hui hai, na solar system ko mili hui hai, na kisi pahad ko, na kisi ocean ko, na</w:t>
      </w:r>
    </w:p>
    <w:p>
      <w:pPr>
        <w:jc w:val="right"/>
      </w:pPr>
      <w:r>
        <w:t>ہوئی ہے، نہ سولر سسٹم کو ملی ہوئی ہے، نہ کسی پہاڑ کو، نہ کسی اوشن کو، نہ</w:t>
      </w:r>
    </w:p>
    <w:p>
      <w:r>
        <w:rPr>
          <w:b/>
        </w:rPr>
        <w:t xml:space="preserve">[24:54] </w:t>
      </w:r>
      <w:r>
        <w:t>kisi tiger ko, na kisi elephant ko.</w:t>
      </w:r>
    </w:p>
    <w:p>
      <w:pPr>
        <w:jc w:val="right"/>
      </w:pPr>
      <w:r>
        <w:t>کسی ٹائیگر کو، نہ کسی ایلیفنٹ کو۔</w:t>
      </w:r>
    </w:p>
    <w:p>
      <w:r>
        <w:rPr>
          <w:b/>
        </w:rPr>
        <w:t xml:space="preserve">[25:01] </w:t>
      </w:r>
      <w:r>
        <w:t>to main to aik bilkul special makhlooq hoon.</w:t>
      </w:r>
    </w:p>
    <w:p>
      <w:pPr>
        <w:jc w:val="right"/>
      </w:pPr>
      <w:r>
        <w:t>تو میں تو ایک بالکل اسپیشل مخلوق ہوں۔</w:t>
      </w:r>
    </w:p>
    <w:p>
      <w:r>
        <w:rPr>
          <w:b/>
        </w:rPr>
        <w:t xml:space="preserve">[25:07] </w:t>
      </w:r>
      <w:r>
        <w:t>to is ayat ko aap is tarah daryaft kijiye.</w:t>
      </w:r>
    </w:p>
    <w:p>
      <w:pPr>
        <w:jc w:val="right"/>
      </w:pPr>
      <w:r>
        <w:t>تو اس آیت کو آپ اس طرح دریافت کیجئے۔</w:t>
      </w:r>
    </w:p>
    <w:p>
      <w:r>
        <w:rPr>
          <w:b/>
        </w:rPr>
        <w:t xml:space="preserve">[25:13] </w:t>
      </w:r>
      <w:r>
        <w:t>woh ayat yeh keh rahi hai ke insaan ko Khuda ne banaya aqrab al-khalq, yani best of the creation.</w:t>
      </w:r>
    </w:p>
    <w:p>
      <w:pPr>
        <w:jc w:val="right"/>
      </w:pPr>
      <w:r>
        <w:t>وہ آیت یہ کہہ رہی ہے کہ انسان کو خدا نے بنایا اقرب الخلق، یعنی بیسٹ آف دا کریشن۔</w:t>
      </w:r>
    </w:p>
    <w:p>
      <w:r>
        <w:rPr>
          <w:b/>
        </w:rPr>
        <w:t xml:space="preserve">[25:20] </w:t>
      </w:r>
      <w:r>
        <w:t>to is ko aap personalize kijiye ke Khuda ne mujh ko banaya aqrab al-khalq.</w:t>
      </w:r>
    </w:p>
    <w:p>
      <w:pPr>
        <w:jc w:val="right"/>
      </w:pPr>
      <w:r>
        <w:t>تو اس کو آپ پرسنلائز کیجئے کہ خدا نے مجھ کو بنایا اقرب الخلق۔</w:t>
      </w:r>
    </w:p>
    <w:p>
      <w:r>
        <w:rPr>
          <w:b/>
        </w:rPr>
        <w:t xml:space="preserve">[25:26] </w:t>
      </w:r>
      <w:r>
        <w:t>to phir aik ocean, aik samandar aap ke andar aa jaye ga Allah ke mohabbat ka ke Khuda ya</w:t>
      </w:r>
    </w:p>
    <w:p>
      <w:pPr>
        <w:jc w:val="right"/>
      </w:pPr>
      <w:r>
        <w:t>تو پھر ایک اوشن، ایک سمندر آپ کے اندر آ جائے گا اللہ کے محبت کا کہ خدایا</w:t>
      </w:r>
    </w:p>
    <w:p>
      <w:r>
        <w:rPr>
          <w:b/>
        </w:rPr>
        <w:t xml:space="preserve">[25:33] </w:t>
      </w:r>
      <w:r>
        <w:t>tune mujhe, mujhe par itni blessing kar di, itni bari blessing kar di.</w:t>
      </w:r>
    </w:p>
    <w:p>
      <w:pPr>
        <w:jc w:val="right"/>
      </w:pPr>
      <w:r>
        <w:t>تو نے مجھے، مجھے پر اتنی بلیسنگ کر دی، اتنی بڑی بلیسنگ کر دی۔</w:t>
      </w:r>
    </w:p>
    <w:p>
      <w:r>
        <w:rPr>
          <w:b/>
        </w:rPr>
        <w:t xml:space="preserve">[25:39] </w:t>
      </w:r>
      <w:r>
        <w:t>to is tareeqe se aap daryaft kiya aap ne apne aap ko.</w:t>
      </w:r>
    </w:p>
    <w:p>
      <w:pPr>
        <w:jc w:val="right"/>
      </w:pPr>
      <w:r>
        <w:t>تو اس طریقے سے آپ دریافت کیا آپ نے اپنے آپ کو۔</w:t>
      </w:r>
    </w:p>
    <w:p>
      <w:r>
        <w:rPr>
          <w:b/>
        </w:rPr>
        <w:t xml:space="preserve">[25:46] </w:t>
      </w:r>
      <w:r>
        <w:t>is tarah se aaj, aaj se daryaft kijiye.</w:t>
      </w:r>
    </w:p>
    <w:p>
      <w:pPr>
        <w:jc w:val="right"/>
      </w:pPr>
      <w:r>
        <w:t>اس طرح سے آج، آج سے دریافت کیجئے۔</w:t>
      </w:r>
    </w:p>
    <w:p>
      <w:r>
        <w:rPr>
          <w:b/>
        </w:rPr>
        <w:t xml:space="preserve">[25:52] </w:t>
      </w:r>
      <w:r>
        <w:t>tab aap ke andar woh strong affection aye ga.</w:t>
      </w:r>
    </w:p>
    <w:p>
      <w:pPr>
        <w:jc w:val="right"/>
      </w:pPr>
      <w:r>
        <w:t>تب آپ کے اندر وہ سٹرانگ افیکشن آئے گا۔</w:t>
      </w:r>
    </w:p>
    <w:p>
      <w:r>
        <w:rPr>
          <w:b/>
        </w:rPr>
        <w:t xml:space="preserve">[25:59] </w:t>
      </w:r>
      <w:r>
        <w:t>baithiye to dekhiye, khulasa kya hai ke fear ko personalize karna bohat asan tha.</w:t>
      </w:r>
    </w:p>
    <w:p>
      <w:pPr>
        <w:jc w:val="right"/>
      </w:pPr>
      <w:r>
        <w:t>بیٹھیے تو دیکھیے، خلاصہ کیا ہے کہ فیئر کو پرسنلائز کرنا بہت آسان تھا۔</w:t>
      </w:r>
    </w:p>
    <w:p>
      <w:r>
        <w:rPr>
          <w:b/>
        </w:rPr>
        <w:t xml:space="preserve">[26:05] </w:t>
      </w:r>
      <w:r>
        <w:t>instinct kafi thi ke koi aadmi fear ko personalize kare.</w:t>
      </w:r>
    </w:p>
    <w:p>
      <w:pPr>
        <w:jc w:val="right"/>
      </w:pPr>
      <w:r>
        <w:t>انسٹنکٹ کافی تھی کہ کوئی آدمی فیئر کو پرسنلائز کرے۔</w:t>
      </w:r>
    </w:p>
    <w:p>
      <w:r>
        <w:rPr>
          <w:b/>
        </w:rPr>
        <w:t xml:space="preserve">[26:12] </w:t>
      </w:r>
      <w:r>
        <w:t>woh karte rahe, karte rahe, karte rahe log.</w:t>
      </w:r>
    </w:p>
    <w:p>
      <w:pPr>
        <w:jc w:val="right"/>
      </w:pPr>
      <w:r>
        <w:t>وہ کرتے رہے، کرتے رہے، کرتے رہے لوگ۔</w:t>
      </w:r>
    </w:p>
    <w:p>
      <w:r>
        <w:rPr>
          <w:b/>
        </w:rPr>
        <w:t xml:space="preserve">[26:18] </w:t>
      </w:r>
      <w:r>
        <w:t>lekin love ko personalize karne ke liye zaroorat thi ke aap apne mind ko active karein.</w:t>
      </w:r>
    </w:p>
    <w:p>
      <w:pPr>
        <w:jc w:val="right"/>
      </w:pPr>
      <w:r>
        <w:t>لیکن لو کو پرسنلائز کرنے کے لیے ضرورت تھی کہ آپ اپنے مائنڈ کو ایکٹیو کریں۔</w:t>
      </w:r>
    </w:p>
    <w:p>
      <w:r>
        <w:rPr>
          <w:b/>
        </w:rPr>
        <w:t xml:space="preserve">[26:25] </w:t>
      </w:r>
      <w:r>
        <w:t>bohat zyada sochen, bohat zyada sochen, soch soch kar ke apne mind mein utarein is baat ko ke</w:t>
      </w:r>
    </w:p>
    <w:p>
      <w:pPr>
        <w:jc w:val="right"/>
      </w:pPr>
      <w:r>
        <w:t>بہت زیادہ سوچیں، بہت زیادہ سوچیں، سوچ سوچ کر کے اپنے مائنڈ میں اتاریں اس بات کو کہ</w:t>
      </w:r>
    </w:p>
    <w:p>
      <w:r>
        <w:rPr>
          <w:b/>
        </w:rPr>
        <w:t xml:space="preserve">[26:31] </w:t>
      </w:r>
      <w:r>
        <w:t>sari kainat mere liye, sara source, solar system mere liye, yeh sara oxygen supply ho raha hai mere liye.</w:t>
      </w:r>
    </w:p>
    <w:p>
      <w:pPr>
        <w:jc w:val="right"/>
      </w:pPr>
      <w:r>
        <w:t>ساری کائنات میرے لیے، سارا سورس، سولر سسٹم میرے لیے، یہ سارا اکسیجن سپلائی ہو رہا ہے میرے لیے۔</w:t>
      </w:r>
    </w:p>
    <w:p>
      <w:r>
        <w:rPr>
          <w:b/>
        </w:rPr>
        <w:t xml:space="preserve">[26:38] </w:t>
      </w:r>
      <w:r>
        <w:t>acha, yeh main farzi baat nahi kar raha hoon.</w:t>
      </w:r>
    </w:p>
    <w:p>
      <w:pPr>
        <w:jc w:val="right"/>
      </w:pPr>
      <w:r>
        <w:t>اچھا، یہ میں فرضی بات نہیں کر رہا ہوں۔</w:t>
      </w:r>
    </w:p>
    <w:p>
      <w:r>
        <w:rPr>
          <w:b/>
        </w:rPr>
        <w:t xml:space="preserve">[26:44] </w:t>
      </w:r>
      <w:r>
        <w:t>dekhiye, yeh bhi aik sunnat-e-Rasool hai, yeh baat bhi aik sunnat-e-Rasool hai.</w:t>
      </w:r>
    </w:p>
    <w:p>
      <w:pPr>
        <w:jc w:val="right"/>
      </w:pPr>
      <w:r>
        <w:t>دیکھیے، یہ بھی ایک سنت رسول ہے، یہ بات بھی ایک سنت رسول ہے۔</w:t>
      </w:r>
    </w:p>
    <w:p>
      <w:r>
        <w:rPr>
          <w:b/>
        </w:rPr>
        <w:t xml:space="preserve">[26:51] </w:t>
      </w:r>
      <w:r>
        <w:t>dekhein, aik hadith hai.</w:t>
      </w:r>
    </w:p>
    <w:p>
      <w:pPr>
        <w:jc w:val="right"/>
      </w:pPr>
      <w:r>
        <w:t>دیکھیں، ایک حدیث ہے۔</w:t>
      </w:r>
    </w:p>
    <w:p>
      <w:r>
        <w:rPr>
          <w:b/>
        </w:rPr>
        <w:t xml:space="preserve">[26:57] </w:t>
      </w:r>
      <w:r>
        <w:t>mera manna yeh hai ke hadith mein jitni cheezein hain, woh sab sunnat-e-Rasool hain.</w:t>
      </w:r>
    </w:p>
    <w:p>
      <w:pPr>
        <w:jc w:val="right"/>
      </w:pPr>
      <w:r>
        <w:t>میرا ماننا یہ ہے کہ حدیث میں جتنی چیزیں ہیں، وہ سب سنت رسول ہیں۔</w:t>
      </w:r>
    </w:p>
    <w:p>
      <w:r>
        <w:rPr>
          <w:b/>
        </w:rPr>
        <w:t xml:space="preserve">[27:03] </w:t>
      </w:r>
      <w:r>
        <w:t>musalman bohat si cheezon ko Rasool Allah ki fazilat ke taur par parh lete hain.</w:t>
      </w:r>
    </w:p>
    <w:p>
      <w:pPr>
        <w:jc w:val="right"/>
      </w:pPr>
      <w:r>
        <w:t>مسلمان بہت سی چیزوں کو رسول اللہ کی فضیلت کے طور پر پڑھ لیتے ہیں۔</w:t>
      </w:r>
    </w:p>
    <w:p>
      <w:r>
        <w:rPr>
          <w:b/>
        </w:rPr>
        <w:t xml:space="preserve">[27:10] </w:t>
      </w:r>
      <w:r>
        <w:t>main nahi manta aisa ko.</w:t>
      </w:r>
    </w:p>
    <w:p>
      <w:pPr>
        <w:jc w:val="right"/>
      </w:pPr>
      <w:r>
        <w:t>میں نہیں مانتا ایسا کو۔</w:t>
      </w:r>
    </w:p>
    <w:p>
      <w:r>
        <w:rPr>
          <w:b/>
        </w:rPr>
        <w:t xml:space="preserve">[27:16] </w:t>
      </w:r>
      <w:r>
        <w:t>main kehta hoon ke jo kuch bhi hadith mein hai, woh sab hamare liye sunnat hai, sirf samajhne</w:t>
      </w:r>
    </w:p>
    <w:p>
      <w:pPr>
        <w:jc w:val="right"/>
      </w:pPr>
      <w:r>
        <w:t>میں کہتا ہوں کہ جو کچھ بھی حدیث میں ہے، وہ سب ہمارے لیے سنت ہے، صرف سمجھنے</w:t>
      </w:r>
    </w:p>
    <w:p>
      <w:r>
        <w:rPr>
          <w:b/>
        </w:rPr>
        <w:t xml:space="preserve">[27:23] </w:t>
      </w:r>
      <w:r>
        <w:t>ki farq hai.</w:t>
      </w:r>
    </w:p>
    <w:p>
      <w:pPr>
        <w:jc w:val="right"/>
      </w:pPr>
      <w:r>
        <w:t>کی فرق ہے۔</w:t>
      </w:r>
    </w:p>
    <w:p>
      <w:r>
        <w:rPr>
          <w:b/>
        </w:rPr>
        <w:t xml:space="preserve">[27:29] </w:t>
      </w:r>
      <w:r>
        <w:t>to hadith mein hai ke rasool Allah ne farmaya: "ana sayyed walad adam wala fakhr".</w:t>
      </w:r>
    </w:p>
    <w:p>
      <w:pPr>
        <w:jc w:val="right"/>
      </w:pPr>
      <w:r>
        <w:t>تو حدیث میں ہے کہ رسول اللہ نے فرمایا: "أنا سید ولد آدم ولا فخراً"۔</w:t>
      </w:r>
    </w:p>
    <w:p>
      <w:r>
        <w:rPr>
          <w:b/>
        </w:rPr>
        <w:t xml:space="preserve">[27:36] </w:t>
      </w:r>
      <w:r>
        <w:t>"ana sayyed walad adam wala fakhr".</w:t>
      </w:r>
    </w:p>
    <w:p>
      <w:pPr>
        <w:jc w:val="right"/>
      </w:pPr>
      <w:r>
        <w:t>"أنا سید ولد آدم ولا فخراً"۔</w:t>
      </w:r>
    </w:p>
    <w:p>
      <w:r>
        <w:rPr>
          <w:b/>
        </w:rPr>
        <w:t xml:space="preserve">[27:42] </w:t>
      </w:r>
      <w:r>
        <w:t>فخراً اس کا مطلب یہ ہے کہ "I am Sardar of mankind"، بٹ "it is not of pride"۔</w:t>
      </w:r>
    </w:p>
    <w:p>
      <w:pPr>
        <w:jc w:val="right"/>
      </w:pPr>
      <w:r>
        <w:t>فخراً اس کا مطلب یہ ہے کہ "آئی ایم سردار آف مین کائنڈ"، بٹ "اٹ از ناٹ آف پرائیڈ"۔</w:t>
      </w:r>
    </w:p>
    <w:p>
      <w:r>
        <w:rPr>
          <w:b/>
        </w:rPr>
        <w:t xml:space="preserve">[27:49] </w:t>
      </w:r>
      <w:r>
        <w:t>yeh is ka matlab yeh hai ke main sari dunya ka sardar hoon, magar yeh koi fakhr ki</w:t>
      </w:r>
    </w:p>
    <w:p>
      <w:pPr>
        <w:jc w:val="right"/>
      </w:pPr>
      <w:r>
        <w:t>یہ اس کا مطلب یہ ہے کہ میں ساری دنیا کا سردار ہوں، مگر یہ کوئی فخر کی</w:t>
      </w:r>
    </w:p>
    <w:p>
      <w:r>
        <w:rPr>
          <w:b/>
        </w:rPr>
        <w:t xml:space="preserve">[27:55] </w:t>
      </w:r>
      <w:r>
        <w:t>baat nahin hai.</w:t>
      </w:r>
    </w:p>
    <w:p>
      <w:pPr>
        <w:jc w:val="right"/>
      </w:pPr>
      <w:r>
        <w:t>بات نہیں ہے۔</w:t>
      </w:r>
    </w:p>
    <w:p>
      <w:r>
        <w:rPr>
          <w:b/>
        </w:rPr>
        <w:t xml:space="preserve">[28:02] </w:t>
      </w:r>
      <w:r>
        <w:t>is ka matlab kya hai? aap yahi kya? personaliz kiya aap ne? is hadith ka matlab hai ke</w:t>
      </w:r>
    </w:p>
    <w:p>
      <w:pPr>
        <w:jc w:val="right"/>
      </w:pPr>
      <w:r>
        <w:t>اس کا مطلب کیا ہے؟ آپ یہی کیا؟ پرسنلائز کیا آپ نے؟ اس حدیث کا مطلب ہے کہ</w:t>
      </w:r>
    </w:p>
    <w:p>
      <w:r>
        <w:rPr>
          <w:b/>
        </w:rPr>
        <w:t xml:space="preserve">[28:08] </w:t>
      </w:r>
      <w:r>
        <w:t>aap ne personaliz kar ke samjha ke jo poori mankind ko hai, us ko aap ne apne andar dekha.</w:t>
      </w:r>
    </w:p>
    <w:p>
      <w:pPr>
        <w:jc w:val="right"/>
      </w:pPr>
      <w:r>
        <w:t>آپ نے پرسنلائز کر کے سمجھا کہ جو پوری مین کائنڈ کو ہے، اس کو آپ نے اپنے اندر دیکھا۔</w:t>
      </w:r>
    </w:p>
    <w:p>
      <w:r>
        <w:rPr>
          <w:b/>
        </w:rPr>
        <w:t xml:space="preserve">[28:15] </w:t>
      </w:r>
      <w:r>
        <w:t>jo sari blessing Allah taala ki poori mankind ke liye hai, us ko aap ne apne andar dekha.</w:t>
      </w:r>
    </w:p>
    <w:p>
      <w:pPr>
        <w:jc w:val="right"/>
      </w:pPr>
      <w:r>
        <w:t>جو ساری بلیسنگ اللہ تعالیٰ کی پوری مین کائنڈ کے لیے ہے، اس کو آپ نے اپنے اندر دیکھا۔</w:t>
      </w:r>
    </w:p>
    <w:p>
      <w:r>
        <w:rPr>
          <w:b/>
        </w:rPr>
        <w:t xml:space="preserve">[28:21] </w:t>
      </w:r>
      <w:r>
        <w:t>to kaha ke main woh insan hoon jis ke liye Allah taala ne itni sari blessing bhekher di hai.</w:t>
      </w:r>
    </w:p>
    <w:p>
      <w:pPr>
        <w:jc w:val="right"/>
      </w:pPr>
      <w:r>
        <w:t>تو کہا کہ میں وہ انسان ہوں جس کے لیے اللہ تعالیٰ نے اتنی ساری بلیسنگ بکھیر دی ہے۔</w:t>
      </w:r>
    </w:p>
    <w:p>
      <w:r>
        <w:rPr>
          <w:b/>
        </w:rPr>
        <w:t xml:space="preserve">[28:28] </w:t>
      </w:r>
      <w:r>
        <w:t>kyunke yeh dekhen, yeh yeh jo sentence hai ke "wala fakhr", is mein fakhr ki koi baat nahin</w:t>
      </w:r>
    </w:p>
    <w:p>
      <w:pPr>
        <w:jc w:val="right"/>
      </w:pPr>
      <w:r>
        <w:t>کیونکہ یہ دیکھیں، یہ یہ جو سینٹنس ہے کہ "ولا فخراً"، اس میں فخر کی کوئی بات نہیں</w:t>
      </w:r>
    </w:p>
    <w:p>
      <w:r>
        <w:rPr>
          <w:b/>
        </w:rPr>
        <w:t xml:space="preserve">[28:34] </w:t>
      </w:r>
      <w:r>
        <w:t>hai, yeh pride ki baat nahin hai.</w:t>
      </w:r>
    </w:p>
    <w:p>
      <w:pPr>
        <w:jc w:val="right"/>
      </w:pPr>
      <w:r>
        <w:t>ہے، یہ پرائیڈ کی بات نہیں ہے۔</w:t>
      </w:r>
    </w:p>
    <w:p>
      <w:r>
        <w:rPr>
          <w:b/>
        </w:rPr>
        <w:t xml:space="preserve">[28:41] </w:t>
      </w:r>
      <w:r>
        <w:t>to is ka matlab kya hai? shukr ki baat hai.</w:t>
      </w:r>
    </w:p>
    <w:p>
      <w:pPr>
        <w:jc w:val="right"/>
      </w:pPr>
      <w:r>
        <w:t>تو اس کا مطلب کیا ہے؟ شکر کی بات ہے۔</w:t>
      </w:r>
    </w:p>
    <w:p>
      <w:r>
        <w:rPr>
          <w:b/>
        </w:rPr>
        <w:t xml:space="preserve">[28:47] </w:t>
      </w:r>
      <w:r>
        <w:t>is ka ulta kya hai? fakhr ka ulta shukr hai.</w:t>
      </w:r>
    </w:p>
    <w:p>
      <w:pPr>
        <w:jc w:val="right"/>
      </w:pPr>
      <w:r>
        <w:t>اس کا الٹا کیا ہے؟ فخر کا الٹا شکر ہے۔</w:t>
      </w:r>
    </w:p>
    <w:p>
      <w:r>
        <w:rPr>
          <w:b/>
        </w:rPr>
        <w:t xml:space="preserve">[28:53] </w:t>
      </w:r>
      <w:r>
        <w:t>to kaha ke yeh jo rasool Allah ne farmaya, to aap ne yeh kaha ke yeh fakhr ki</w:t>
      </w:r>
    </w:p>
    <w:p>
      <w:pPr>
        <w:jc w:val="right"/>
      </w:pPr>
      <w:r>
        <w:t>تو کہا کہ یہ جو رسول اللہ نے فرمایا، تو آپ نے یہ کہا کہ یہ فخر کی</w:t>
      </w:r>
    </w:p>
    <w:p>
      <w:r>
        <w:rPr>
          <w:b/>
        </w:rPr>
        <w:t xml:space="preserve">[29:00] </w:t>
      </w:r>
      <w:r>
        <w:t>baat nahin, yani shukr ki baat hai.</w:t>
      </w:r>
    </w:p>
    <w:p>
      <w:pPr>
        <w:jc w:val="right"/>
      </w:pPr>
      <w:r>
        <w:t>بات نہیں، یعنی شکر کی بات ہے۔</w:t>
      </w:r>
    </w:p>
    <w:p>
      <w:r>
        <w:rPr>
          <w:b/>
        </w:rPr>
        <w:t xml:space="preserve">[29:06] </w:t>
      </w:r>
      <w:r>
        <w:t>to shukr ka yeh bohat bara item milta hai aap ko jab aap personaliz karen is ko ke</w:t>
      </w:r>
    </w:p>
    <w:p>
      <w:pPr>
        <w:jc w:val="right"/>
      </w:pPr>
      <w:r>
        <w:t>تو شکر کا یہ بہت بڑا آئٹم ملتا ہے آپ کو جب آپ پرسنلائز کریں اس کو کہ</w:t>
      </w:r>
    </w:p>
    <w:p>
      <w:r>
        <w:rPr>
          <w:b/>
        </w:rPr>
        <w:t xml:space="preserve">[29:13] </w:t>
      </w:r>
      <w:r>
        <w:t>jo kuch sare mankind ko mila hua hai, woh sare mankind ko aap samjhen ke woh</w:t>
      </w:r>
    </w:p>
    <w:p>
      <w:pPr>
        <w:jc w:val="right"/>
      </w:pPr>
      <w:r>
        <w:t>جو کچھ سارے مین کائنڈ کو ملا ہوا ہے، وہ سارے مین کائنڈ کو آپ سمجھیں کہ وہ</w:t>
      </w:r>
    </w:p>
    <w:p>
      <w:r>
        <w:rPr>
          <w:b/>
        </w:rPr>
        <w:t xml:space="preserve">[29:19] </w:t>
      </w:r>
      <w:r>
        <w:t>personaliz kar ke ke mujhe, mujhe diya gaya hai.</w:t>
      </w:r>
    </w:p>
    <w:p>
      <w:pPr>
        <w:jc w:val="right"/>
      </w:pPr>
      <w:r>
        <w:t>پرسنلائز کر کے کہ مجھے، مجھے دیا گیا ہے۔</w:t>
      </w:r>
    </w:p>
    <w:p>
      <w:r>
        <w:rPr>
          <w:b/>
        </w:rPr>
        <w:t xml:space="preserve">[29:26] </w:t>
      </w:r>
      <w:r>
        <w:t>yeh matlab hai is hadith ka: "ana sayyed walad adam wala fakhr".</w:t>
      </w:r>
    </w:p>
    <w:p>
      <w:pPr>
        <w:jc w:val="right"/>
      </w:pPr>
      <w:r>
        <w:t>یہ مطلب ہے اس حدیث کا: "أنا سید ولد آدم ولا فخراً"۔</w:t>
      </w:r>
    </w:p>
    <w:p>
      <w:r>
        <w:rPr>
          <w:b/>
        </w:rPr>
        <w:t xml:space="preserve">[29:32] </w:t>
      </w:r>
      <w:r>
        <w:t>main sardar hoon mankind ka, aur is mein koi fakhr ki baat nahin, balke yeh to shukr</w:t>
      </w:r>
    </w:p>
    <w:p>
      <w:pPr>
        <w:jc w:val="right"/>
      </w:pPr>
      <w:r>
        <w:t>میں سردار ہوں مین کائنڈ کا، اور اس میں کوئی فخر کی بات نہیں، بلکہ یہ تو شکر</w:t>
      </w:r>
    </w:p>
    <w:p>
      <w:r>
        <w:rPr>
          <w:b/>
        </w:rPr>
        <w:t xml:space="preserve">[29:39] </w:t>
      </w:r>
      <w:r>
        <w:t>ka item hai.</w:t>
      </w:r>
    </w:p>
    <w:p>
      <w:pPr>
        <w:jc w:val="right"/>
      </w:pPr>
      <w:r>
        <w:t>کا آئٹم ہے۔</w:t>
      </w:r>
    </w:p>
    <w:p>
      <w:r>
        <w:rPr>
          <w:b/>
        </w:rPr>
        <w:t xml:space="preserve">[29:45] </w:t>
      </w:r>
      <w:r>
        <w:t>yeh hai khulasa ke fear ko aap by instinct personaliz kar lete hain.</w:t>
      </w:r>
    </w:p>
    <w:p>
      <w:pPr>
        <w:jc w:val="right"/>
      </w:pPr>
      <w:r>
        <w:t>یہ ہے خلاصہ کہ فیئر کو آپ بائی انسٹنکٹ پرسنلائز کر لیتے ہیں۔</w:t>
      </w:r>
    </w:p>
    <w:p>
      <w:r>
        <w:rPr>
          <w:b/>
        </w:rPr>
        <w:t xml:space="preserve">[29:52] </w:t>
      </w:r>
      <w:r>
        <w:t>ab dekhen, main apna aik qissa bataoon.</w:t>
      </w:r>
    </w:p>
    <w:p>
      <w:pPr>
        <w:jc w:val="right"/>
      </w:pPr>
      <w:r>
        <w:t>اب دیکھیے، میں اپنا ایک قصہ بتاؤں۔</w:t>
      </w:r>
    </w:p>
    <w:p>
      <w:r>
        <w:rPr>
          <w:b/>
        </w:rPr>
        <w:t xml:space="preserve">[29:58] </w:t>
      </w:r>
      <w:r>
        <w:t>aik bar main bus mein safar kar raha tha haryana ke area mein.</w:t>
      </w:r>
    </w:p>
    <w:p>
      <w:pPr>
        <w:jc w:val="right"/>
      </w:pPr>
      <w:r>
        <w:t>ایک بار میں بس میں سفر کر رہا تھا ہریانہ کے ایریا میں۔</w:t>
      </w:r>
    </w:p>
    <w:p>
      <w:r>
        <w:rPr>
          <w:b/>
        </w:rPr>
        <w:t xml:space="preserve">[30:05] </w:t>
      </w:r>
      <w:r>
        <w:t>bohat din pehle ki baat hai.</w:t>
      </w:r>
    </w:p>
    <w:p>
      <w:pPr>
        <w:jc w:val="right"/>
      </w:pPr>
      <w:r>
        <w:t>بہت دن پہلے کی بات ہے۔</w:t>
      </w:r>
    </w:p>
    <w:p>
      <w:r>
        <w:rPr>
          <w:b/>
        </w:rPr>
        <w:t xml:space="preserve">[30:11] </w:t>
      </w:r>
      <w:r>
        <w:t>haryana mein us waqt sarkeen achhi nahin hua karti theen.</w:t>
      </w:r>
    </w:p>
    <w:p>
      <w:pPr>
        <w:jc w:val="right"/>
      </w:pPr>
      <w:r>
        <w:t>ہریانہ میں اس وقت سڑکیں اچھی نہیں ہوا کرتی تھیں۔</w:t>
      </w:r>
    </w:p>
    <w:p>
      <w:r>
        <w:rPr>
          <w:b/>
        </w:rPr>
        <w:t xml:space="preserve">[30:18] </w:t>
      </w:r>
      <w:r>
        <w:t>ek jagah aisa hua ke road se is ka ek taraf ka pehia bahar chala gaya, jo paka hota hai.</w:t>
      </w:r>
    </w:p>
    <w:p>
      <w:pPr>
        <w:jc w:val="right"/>
      </w:pPr>
      <w:r>
        <w:t>ایک جگہ ایسا ہوا کہ روڈ سے اس کا ایک طرف کا پہیہ باہر چلا گیا، جو پکا ہوتا ہے۔</w:t>
      </w:r>
    </w:p>
    <w:p>
      <w:r>
        <w:rPr>
          <w:b/>
        </w:rPr>
        <w:t xml:space="preserve">[30:24] </w:t>
      </w:r>
      <w:r>
        <w:t>road is ke baad idhar kacha hota hai.</w:t>
      </w:r>
    </w:p>
    <w:p>
      <w:pPr>
        <w:jc w:val="right"/>
      </w:pPr>
      <w:r>
        <w:t>روڈ اس کے بعد ادھر کچا ہوتا ہے۔</w:t>
      </w:r>
    </w:p>
    <w:p>
      <w:r>
        <w:rPr>
          <w:b/>
        </w:rPr>
        <w:t xml:space="preserve">[30:31] </w:t>
      </w:r>
      <w:r>
        <w:t>to kache wale hisse mein ek taraf ka pehia chala gaya, to yun karo ho gai.</w:t>
      </w:r>
    </w:p>
    <w:p>
      <w:pPr>
        <w:jc w:val="right"/>
      </w:pPr>
      <w:r>
        <w:t>تو کچے والے حصے میں ایک طرف کا پہیہ چلا گیا، تو یوں کرو ہو گئی۔</w:t>
      </w:r>
    </w:p>
    <w:p>
      <w:r>
        <w:rPr>
          <w:b/>
        </w:rPr>
        <w:t xml:space="preserve">[30:37] </w:t>
      </w:r>
      <w:r>
        <w:t>bas jo hai, to aisa curvature aa gaya.</w:t>
      </w:r>
    </w:p>
    <w:p>
      <w:pPr>
        <w:jc w:val="right"/>
      </w:pPr>
      <w:r>
        <w:t>بس جو ہے، تو ایسا کرویچر آ گیا۔</w:t>
      </w:r>
    </w:p>
    <w:p>
      <w:r>
        <w:rPr>
          <w:b/>
        </w:rPr>
        <w:t xml:space="preserve">[30:43] </w:t>
      </w:r>
      <w:r>
        <w:t>to logon ne samjha ke gir pare gi.</w:t>
      </w:r>
    </w:p>
    <w:p>
      <w:pPr>
        <w:jc w:val="right"/>
      </w:pPr>
      <w:r>
        <w:t>تو لوگوں نے سمجھا کہ گر پڑے گی۔</w:t>
      </w:r>
    </w:p>
    <w:p>
      <w:r>
        <w:rPr>
          <w:b/>
        </w:rPr>
        <w:t xml:space="preserve">[30:50] </w:t>
      </w:r>
      <w:r>
        <w:t>to log lage bhagne.</w:t>
      </w:r>
    </w:p>
    <w:p>
      <w:pPr>
        <w:jc w:val="right"/>
      </w:pPr>
      <w:r>
        <w:t>تو لوگ لگے بھاگنے۔</w:t>
      </w:r>
    </w:p>
    <w:p>
      <w:r>
        <w:rPr>
          <w:b/>
        </w:rPr>
        <w:t xml:space="preserve">[30:56] </w:t>
      </w:r>
      <w:r>
        <w:t>main to Allah ke fazl se apni jagah waise hi baitha hua, baitha raha, aankh band kar ke</w:t>
      </w:r>
    </w:p>
    <w:p>
      <w:pPr>
        <w:jc w:val="right"/>
      </w:pPr>
      <w:r>
        <w:t>میں تو اللہ کے فضل سے اپنی جگہ ویسے ہی بیٹھا ہوا، بیٹھا رہا، آنکھ بند کر کے</w:t>
      </w:r>
    </w:p>
    <w:p>
      <w:r>
        <w:rPr>
          <w:b/>
        </w:rPr>
        <w:t xml:space="preserve">[31:03] </w:t>
      </w:r>
      <w:r>
        <w:t>dua karta raha, dua karta raha.</w:t>
      </w:r>
    </w:p>
    <w:p>
      <w:pPr>
        <w:jc w:val="right"/>
      </w:pPr>
      <w:r>
        <w:t>دعا کرتا رہا، دعا کرتا رہا۔</w:t>
      </w:r>
    </w:p>
    <w:p>
      <w:r>
        <w:rPr>
          <w:b/>
        </w:rPr>
        <w:t xml:space="preserve">[31:09] </w:t>
      </w:r>
      <w:r>
        <w:t>yahan tak ke ek sahib jo the, itna ghabraye ke khirki se, bus ki khirki se kud pare,</w:t>
      </w:r>
    </w:p>
    <w:p>
      <w:pPr>
        <w:jc w:val="right"/>
      </w:pPr>
      <w:r>
        <w:t>یہاں تک کہ ایک صاحب جو تھے، اتنا گھبرائے کہ کھڑکی سے، بس کی کھڑکی سے کود پڑے،</w:t>
      </w:r>
    </w:p>
    <w:p>
      <w:r>
        <w:rPr>
          <w:b/>
        </w:rPr>
        <w:t xml:space="preserve">[31:16] </w:t>
      </w:r>
      <w:r>
        <w:t>aur un ka paon toot gaya.</w:t>
      </w:r>
    </w:p>
    <w:p>
      <w:pPr>
        <w:jc w:val="right"/>
      </w:pPr>
      <w:r>
        <w:t>اور ان کا پاؤں ٹوٹ گیا۔</w:t>
      </w:r>
    </w:p>
    <w:p>
      <w:r>
        <w:rPr>
          <w:b/>
        </w:rPr>
        <w:t xml:space="preserve">[31:22] </w:t>
      </w:r>
      <w:r>
        <w:t>to is yani ye nahi socha unhon ne ke doosre ko kya guzre gi, doosron ko kya beete gi.</w:t>
      </w:r>
    </w:p>
    <w:p>
      <w:pPr>
        <w:jc w:val="right"/>
      </w:pPr>
      <w:r>
        <w:t>تو اس یعنی یہ نہیں سوچا انہوں نے کہ دوسرے کو کیا گزرے گی، دوسروں کو کیا بیتے گی۔</w:t>
      </w:r>
    </w:p>
    <w:p>
      <w:r>
        <w:rPr>
          <w:b/>
        </w:rPr>
        <w:t xml:space="preserve">[31:29] </w:t>
      </w:r>
      <w:r>
        <w:t>ise paas len, un ko sare khatre ko apne pe liya unhon ne.</w:t>
      </w:r>
    </w:p>
    <w:p>
      <w:pPr>
        <w:jc w:val="right"/>
      </w:pPr>
      <w:r>
        <w:t>اسے پاس لیں، ان کو سارے خطرے کو اپنے پہ لیا انہوں نے۔</w:t>
      </w:r>
    </w:p>
    <w:p>
      <w:r>
        <w:rPr>
          <w:b/>
        </w:rPr>
        <w:t xml:space="preserve">[31:35] </w:t>
      </w:r>
      <w:r>
        <w:t>bhai, bus mein to pachas bhi sawaar the, masla sab ka tha, har ek se poochte hue: "bhai,</w:t>
      </w:r>
    </w:p>
    <w:p>
      <w:pPr>
        <w:jc w:val="right"/>
      </w:pPr>
      <w:r>
        <w:t>بھئی، بس میں تو پچاس بھی سوار تھے، مسئلہ سب کا تھا، ہر ایک سے پوچھتے ہوئے: "بھئی،</w:t>
      </w:r>
    </w:p>
    <w:p>
      <w:r>
        <w:rPr>
          <w:b/>
        </w:rPr>
        <w:t xml:space="preserve">[31:42] </w:t>
      </w:r>
      <w:r>
        <w:t>tumhara kya hai? tumhara kya hai? tumhara kya hai?" driver se poochte, conductor se poochte.</w:t>
      </w:r>
    </w:p>
    <w:p>
      <w:pPr>
        <w:jc w:val="right"/>
      </w:pPr>
      <w:r>
        <w:t>تمہارا کیا ہے؟ تمہارا کیا ہے؟ تمہارا کیا ہے؟" ڈرائیور سے پوچھتے، کنڈکٹر سے پوچھتے۔</w:t>
      </w:r>
    </w:p>
    <w:p>
      <w:r>
        <w:rPr>
          <w:b/>
        </w:rPr>
        <w:t xml:space="preserve">[31:48] </w:t>
      </w:r>
      <w:r>
        <w:t>to doosron se nahi kuch baat ki unhon ne, bas sab ko personalize kar liya.</w:t>
      </w:r>
    </w:p>
    <w:p>
      <w:pPr>
        <w:jc w:val="right"/>
      </w:pPr>
      <w:r>
        <w:t>تو دوسروں سے نہیں کچھ بات کی انہوں نے، بس سب کو پرسنلائز کر لیا۔</w:t>
      </w:r>
    </w:p>
    <w:p>
      <w:r>
        <w:rPr>
          <w:b/>
        </w:rPr>
        <w:t xml:space="preserve">[31:55] </w:t>
      </w:r>
      <w:r>
        <w:t>bas mujhe jaise ke sara khatra inhi ke upar hai, aur kud pare.</w:t>
      </w:r>
    </w:p>
    <w:p>
      <w:pPr>
        <w:jc w:val="right"/>
      </w:pPr>
      <w:r>
        <w:t>بس مجھے جیسے کہ سارا خطرہ انہی کے اوپر ہے، اور کود پڑے۔</w:t>
      </w:r>
    </w:p>
    <w:p>
      <w:r>
        <w:rPr>
          <w:b/>
        </w:rPr>
        <w:t xml:space="preserve">[32:01] </w:t>
      </w:r>
      <w:r>
        <w:t>to ye hai matlab ke fear ko har aadmi by instinct personalize kar leta hai.</w:t>
      </w:r>
    </w:p>
    <w:p>
      <w:pPr>
        <w:jc w:val="right"/>
      </w:pPr>
      <w:r>
        <w:t>تو یہ ہے مطلب کہ فیئر کو ہر آدمی بائی انسٹنکٹ پرسنلائز کر لیتا ہے۔</w:t>
      </w:r>
    </w:p>
    <w:p>
      <w:r>
        <w:rPr>
          <w:b/>
        </w:rPr>
        <w:t xml:space="preserve">[32:08] </w:t>
      </w:r>
      <w:r>
        <w:t>kahin bhi aap kai bar, main aisa mujhe tajurba hua hai, jaise ek bar main tha, ek ek</w:t>
      </w:r>
    </w:p>
    <w:p>
      <w:pPr>
        <w:jc w:val="right"/>
      </w:pPr>
      <w:r>
        <w:t>کہیں بھی آپ کئی بار، میں ایسا مجھے تجربہ ہوا ہے، جیسے ایک بار میں تھا، ایک ایک</w:t>
      </w:r>
    </w:p>
    <w:p>
      <w:r>
        <w:rPr>
          <w:b/>
        </w:rPr>
        <w:t xml:space="preserve">[32:14] </w:t>
      </w:r>
      <w:r>
        <w:t>chota jalsa tha, to us mein kisi ne keh diya ke "ae, ye to kabra!</w:t>
      </w:r>
    </w:p>
    <w:p>
      <w:pPr>
        <w:jc w:val="right"/>
      </w:pPr>
      <w:r>
        <w:t>چھوٹا جلسہ تھا، تو اس میں کسی نے کہہ دیا کہ "اے، یہ تو کابرا!</w:t>
      </w:r>
    </w:p>
    <w:p>
      <w:r>
        <w:rPr>
          <w:b/>
        </w:rPr>
        <w:t xml:space="preserve">[32:21] </w:t>
      </w:r>
      <w:r>
        <w:t>yahan ek kabra aa gaya!"</w:t>
      </w:r>
    </w:p>
    <w:p>
      <w:pPr>
        <w:jc w:val="right"/>
      </w:pPr>
      <w:r>
        <w:t>یہاں ایک کابرا آ گیا!</w:t>
      </w:r>
    </w:p>
    <w:p>
      <w:r>
        <w:rPr>
          <w:b/>
        </w:rPr>
        <w:t xml:space="preserve">[32:26] </w:t>
      </w:r>
      <w:r>
        <w:t>" kabra, wo kuch us ko galat fehmi thi.</w:t>
      </w:r>
    </w:p>
    <w:p>
      <w:pPr>
        <w:jc w:val="right"/>
      </w:pPr>
      <w:r>
        <w:t>" کابرا، وہ کچھ اس کو غلط فہمی تھی۔</w:t>
      </w:r>
    </w:p>
    <w:p>
      <w:r>
        <w:rPr>
          <w:b/>
        </w:rPr>
        <w:t xml:space="preserve">[32:32] </w:t>
      </w:r>
      <w:r>
        <w:t>to sare log uth uth bhagne lagay.</w:t>
      </w:r>
    </w:p>
    <w:p>
      <w:pPr>
        <w:jc w:val="right"/>
      </w:pPr>
      <w:r>
        <w:t>تو سارے لوگ اٹھ اٹھ بھاگنے لگے۔</w:t>
      </w:r>
    </w:p>
    <w:p>
      <w:r>
        <w:rPr>
          <w:b/>
        </w:rPr>
        <w:t xml:space="preserve">[32:38] </w:t>
      </w:r>
      <w:r>
        <w:t>kisi ne poocha nahi ke use ke "tum kya karoge? bhai, tum kya karoge? tum ko</w:t>
      </w:r>
    </w:p>
    <w:p>
      <w:pPr>
        <w:jc w:val="right"/>
      </w:pPr>
      <w:r>
        <w:t>کسی نے پوچھا نہیں کہ اسے کہ "تم کیا کرو گے؟ بھئی، تم کیا کرو گے؟ تم کو</w:t>
      </w:r>
    </w:p>
    <w:p>
      <w:r>
        <w:rPr>
          <w:b/>
        </w:rPr>
        <w:t xml:space="preserve">[32:43] </w:t>
      </w:r>
      <w:r>
        <w:t>kya kya khatra hai?" yani is har ek sabza ka khatra sara mere liye hai.</w:t>
      </w:r>
    </w:p>
    <w:p>
      <w:pPr>
        <w:jc w:val="right"/>
      </w:pPr>
      <w:r>
        <w:t>کیا کیا خطرہ ہے؟" یعنی اس ہر ایک سبزہ کا خطرہ سارا میرے لیے ہے۔</w:t>
      </w:r>
    </w:p>
    <w:p>
      <w:r>
        <w:rPr>
          <w:b/>
        </w:rPr>
        <w:t xml:space="preserve">[32:49] </w:t>
      </w:r>
      <w:r>
        <w:t>har ek ne khatra ke wo kabra jo hai, to munh kaatne ke liye aaya hai.</w:t>
      </w:r>
    </w:p>
    <w:p>
      <w:pPr>
        <w:jc w:val="right"/>
      </w:pPr>
      <w:r>
        <w:t>ہر ایک نے خطرہ کہ وہ کابرا جو ہے، تو منہ کاٹنے کے لیے آیا ہے۔</w:t>
      </w:r>
    </w:p>
    <w:p>
      <w:r>
        <w:rPr>
          <w:b/>
        </w:rPr>
        <w:t xml:space="preserve">[32:55] </w:t>
      </w:r>
      <w:r>
        <w:t>yeh aam aam baat hai.</w:t>
      </w:r>
    </w:p>
    <w:p>
      <w:pPr>
        <w:jc w:val="right"/>
      </w:pPr>
      <w:r>
        <w:t>یہ عام عام بات ہے۔</w:t>
      </w:r>
    </w:p>
    <w:p>
      <w:r>
        <w:rPr>
          <w:b/>
        </w:rPr>
        <w:t xml:space="preserve">[33:00] </w:t>
      </w:r>
      <w:r>
        <w:t>aap aap agar yaad karein to aap ko khud aise waqiat yaad aayenge ke khatre ke mauqe</w:t>
      </w:r>
    </w:p>
    <w:p>
      <w:pPr>
        <w:jc w:val="right"/>
      </w:pPr>
      <w:r>
        <w:t>آپ آپ اگر یاد کریں تو آپ کو خود ایسے واقعات یاد آئیں گے کہ خطرے کے موقع</w:t>
      </w:r>
    </w:p>
    <w:p>
      <w:r>
        <w:rPr>
          <w:b/>
        </w:rPr>
        <w:t xml:space="preserve">[33:06] </w:t>
      </w:r>
      <w:r>
        <w:t>par har aadmi ne is ko fefor personalize kar liya, jaise ke saara khatra isi ke liye hai.</w:t>
      </w:r>
    </w:p>
    <w:p>
      <w:pPr>
        <w:jc w:val="right"/>
      </w:pPr>
      <w:r>
        <w:t>پر ہر آدمی نے اس کو فی الفور پرسنلائز کر لیا، جیسے کہ سارا خطرہ اسی کے لیے ہے۔</w:t>
      </w:r>
    </w:p>
    <w:p>
      <w:r>
        <w:rPr>
          <w:b/>
        </w:rPr>
        <w:t xml:space="preserve">[33:12] </w:t>
      </w:r>
      <w:r>
        <w:t>yahan earthquake aata hai to koi poochta hai kisi se: "ek aadmi ab sab tak bas mere</w:t>
      </w:r>
    </w:p>
    <w:p>
      <w:pPr>
        <w:jc w:val="right"/>
      </w:pPr>
      <w:r>
        <w:t>یہاں ارتھ کویک آتا ہے تو کوئی پوچھتا ہے کسی سے: "ایک آدمی اب سب تک بس میرے</w:t>
      </w:r>
    </w:p>
    <w:p>
      <w:r>
        <w:rPr>
          <w:b/>
        </w:rPr>
        <w:t xml:space="preserve">[33:17] </w:t>
      </w:r>
      <w:r>
        <w:t>liye earthquake aaya hai, har aadmi bhagta hai." to yeh instinct hai insaan ki ke fear jab</w:t>
      </w:r>
    </w:p>
    <w:p>
      <w:pPr>
        <w:jc w:val="right"/>
      </w:pPr>
      <w:r>
        <w:t>لیے ارتھ کویک آیا ہے، ہر آدمی بھاگتا ہے۔" تو یہ انسٹنکٹ ہے انسان کی کہ فیئر جب</w:t>
      </w:r>
    </w:p>
    <w:p>
      <w:r>
        <w:rPr>
          <w:b/>
        </w:rPr>
        <w:t xml:space="preserve">[33:23] </w:t>
      </w:r>
      <w:r>
        <w:t>ho to aadmi fefor instantly woh is ko personalize kar leta hai.</w:t>
      </w:r>
    </w:p>
    <w:p>
      <w:pPr>
        <w:jc w:val="right"/>
      </w:pPr>
      <w:r>
        <w:t>ہو تو آدمی فی الفور انسٹنٹلی وہ اس کو پرسنلائز کر لیتا ہے۔</w:t>
      </w:r>
    </w:p>
    <w:p>
      <w:r>
        <w:rPr>
          <w:b/>
        </w:rPr>
        <w:t xml:space="preserve">[33:29] </w:t>
      </w:r>
      <w:r>
        <w:t>is liye bohat zabardast feeling aati hai is ko, bohat zabardast feeling aati hai.</w:t>
      </w:r>
    </w:p>
    <w:p>
      <w:pPr>
        <w:jc w:val="right"/>
      </w:pPr>
      <w:r>
        <w:t>اس لیے بہت زبردست فیلنگ آتی ہے اس کو، بہت زبردست فیلنگ آتی ہے۔</w:t>
      </w:r>
    </w:p>
    <w:p>
      <w:r>
        <w:rPr>
          <w:b/>
        </w:rPr>
        <w:t xml:space="preserve">[33:34] </w:t>
      </w:r>
      <w:r>
        <w:t>to Allah taala ne jo bataya ke "here here after mein jahannum hai, wahan aag hai", to yeh</w:t>
      </w:r>
    </w:p>
    <w:p>
      <w:pPr>
        <w:jc w:val="right"/>
      </w:pPr>
      <w:r>
        <w:t>تو اللہ تعالیٰ نے جو بتایا کہ "ہیر ہیر افٹر میں جہنم ہے، وہاں آگ ہے"، تو یہ</w:t>
      </w:r>
    </w:p>
    <w:p>
      <w:r>
        <w:rPr>
          <w:b/>
        </w:rPr>
        <w:t xml:space="preserve">[33:40] </w:t>
      </w:r>
      <w:r>
        <w:t>jo khabar di Allah taala ne, to har aadmi ne fefor is ko personalize kar liya, jo</w:t>
      </w:r>
    </w:p>
    <w:p>
      <w:pPr>
        <w:jc w:val="right"/>
      </w:pPr>
      <w:r>
        <w:t>جو خبر دی اللہ تعالیٰ نے، تو ہر آدمی نے فی الفور اس کو پرسنلائز کر لیا، جو</w:t>
      </w:r>
    </w:p>
    <w:p>
      <w:r>
        <w:rPr>
          <w:b/>
        </w:rPr>
        <w:t xml:space="preserve">[33:46] </w:t>
      </w:r>
      <w:r>
        <w:t>us pe yaqeen rakhta tha.</w:t>
      </w:r>
    </w:p>
    <w:p>
      <w:pPr>
        <w:jc w:val="right"/>
      </w:pPr>
      <w:r>
        <w:t>اس پہ یقین رکھتا تھا۔</w:t>
      </w:r>
    </w:p>
    <w:p>
      <w:r>
        <w:rPr>
          <w:b/>
        </w:rPr>
        <w:t xml:space="preserve">[33:51] </w:t>
      </w:r>
      <w:r>
        <w:t>har woh aadmi jo yaqeen rakhta tha Allah ki baat par, aur here after par, aur Quran par,</w:t>
      </w:r>
    </w:p>
    <w:p>
      <w:pPr>
        <w:jc w:val="right"/>
      </w:pPr>
      <w:r>
        <w:t>ہر وہ آدمی جو یقین رکھتا تھا اللہ کی بات پر، اور ہیر افٹر پر، اور قرآن پر،</w:t>
      </w:r>
    </w:p>
    <w:p>
      <w:r>
        <w:rPr>
          <w:b/>
        </w:rPr>
        <w:t xml:space="preserve">[33:57] </w:t>
      </w:r>
      <w:r>
        <w:t>aur hadith par, to us ne fefor personalize kar liya.</w:t>
      </w:r>
    </w:p>
    <w:p>
      <w:pPr>
        <w:jc w:val="right"/>
      </w:pPr>
      <w:r>
        <w:t>اور حدیث پر، تو اس نے فی الفور پرسنلائز کر لیا۔</w:t>
      </w:r>
    </w:p>
    <w:p>
      <w:r>
        <w:rPr>
          <w:b/>
        </w:rPr>
        <w:t xml:space="preserve">[34:03] </w:t>
      </w:r>
      <w:r>
        <w:t>to us ne is ke andar yaani gehri feeling aa gayi fear ki.</w:t>
      </w:r>
    </w:p>
    <w:p>
      <w:pPr>
        <w:jc w:val="right"/>
      </w:pPr>
      <w:r>
        <w:t>تو اس نے اس کے اندر یعنی گہری فیلنگ آ گئی فیئر کی۔</w:t>
      </w:r>
    </w:p>
    <w:p>
      <w:r>
        <w:rPr>
          <w:b/>
        </w:rPr>
        <w:t xml:space="preserve">[34:08] </w:t>
      </w:r>
      <w:r>
        <w:t>lekin jo doosra aspect hai, Allah se mohabbat wala, Khuda ne suraj ko chamkaya hai, Khuda ne oxygen</w:t>
      </w:r>
    </w:p>
    <w:p>
      <w:pPr>
        <w:jc w:val="right"/>
      </w:pPr>
      <w:r>
        <w:t>لیکن جو دوسرا ایسپیکٹ ہے، اللہ سے محبت والا، خدا نے سورج کو چمکایا ہے، خدا نے اکسیجن</w:t>
      </w:r>
    </w:p>
    <w:p>
      <w:r>
        <w:rPr>
          <w:b/>
        </w:rPr>
        <w:t xml:space="preserve">[34:14] </w:t>
      </w:r>
      <w:r>
        <w:t>duniya mein supply kar raha hai, Khuda zameen se Khuda ghalla uga raha hai, Khuda life support, life</w:t>
      </w:r>
    </w:p>
    <w:p>
      <w:pPr>
        <w:jc w:val="right"/>
      </w:pPr>
      <w:r>
        <w:t>دنیا میں سپلائی کر رہا ہے، خدا زمین سے خدا غلہ اگا رہا ہے، خدا لائف سپورٹ، لائف</w:t>
      </w:r>
    </w:p>
    <w:p>
      <w:r>
        <w:rPr>
          <w:b/>
        </w:rPr>
        <w:t xml:space="preserve">[34:20] </w:t>
      </w:r>
      <w:r>
        <w:t>support system paida kiya hai, Khuda ne, Khuda ne hawa chala rakhi hai.</w:t>
      </w:r>
    </w:p>
    <w:p>
      <w:pPr>
        <w:jc w:val="right"/>
      </w:pPr>
      <w:r>
        <w:t>سپورٹ سسٹم پیدا کیا ہے، خدا نے، خدا نے ہوا چلا رکھی ہے۔</w:t>
      </w:r>
    </w:p>
    <w:p>
      <w:r>
        <w:rPr>
          <w:b/>
        </w:rPr>
        <w:t xml:space="preserve">[34:25] </w:t>
      </w:r>
      <w:r>
        <w:t>aise billion billion item hain, blessing ke item, blessing ke, lekin woh general hain, jo universal hain, woh</w:t>
      </w:r>
    </w:p>
    <w:p>
      <w:pPr>
        <w:jc w:val="right"/>
      </w:pPr>
      <w:r>
        <w:t>ایسے بلین بلین آئٹم ہیں، بلیسنگ کے آئٹم، بلیسنگ کے، لیکن وہ جنرل ہیں، جو یونیورسل ہیں، وہ</w:t>
      </w:r>
    </w:p>
    <w:p>
      <w:r>
        <w:rPr>
          <w:b/>
        </w:rPr>
        <w:t xml:space="preserve">[34:31] </w:t>
      </w:r>
      <w:r>
        <w:t>sab ke liye hain.</w:t>
      </w:r>
    </w:p>
    <w:p>
      <w:pPr>
        <w:jc w:val="right"/>
      </w:pPr>
      <w:r>
        <w:t>سب کے لیے ہیں۔</w:t>
      </w:r>
    </w:p>
    <w:p>
      <w:r>
        <w:rPr>
          <w:b/>
        </w:rPr>
        <w:t xml:space="preserve">[34:37] </w:t>
      </w:r>
      <w:r>
        <w:t>to aap is ko personalize nahi kar paate.</w:t>
      </w:r>
    </w:p>
    <w:p>
      <w:pPr>
        <w:jc w:val="right"/>
      </w:pPr>
      <w:r>
        <w:t>تو آپ اس کو پرسنلائز نہیں کر پاتے۔</w:t>
      </w:r>
    </w:p>
    <w:p>
      <w:r>
        <w:rPr>
          <w:b/>
        </w:rPr>
        <w:t xml:space="preserve">[34:43] </w:t>
      </w:r>
      <w:r>
        <w:t>is wajah se gehri feeling love ke nahi aati.</w:t>
      </w:r>
    </w:p>
    <w:p>
      <w:pPr>
        <w:jc w:val="right"/>
      </w:pPr>
      <w:r>
        <w:t>اس وجہ سے گہری فیلنگ لو کے نہیں آتی۔</w:t>
      </w:r>
    </w:p>
    <w:p>
      <w:r>
        <w:rPr>
          <w:b/>
        </w:rPr>
        <w:t xml:space="preserve">[34:48] </w:t>
      </w:r>
      <w:r>
        <w:t>aap ka gehri feeling fear ki to aa jaati hai.</w:t>
      </w:r>
    </w:p>
    <w:p>
      <w:pPr>
        <w:jc w:val="right"/>
      </w:pPr>
      <w:r>
        <w:t>آپ کا گہری فیلنگ فیئر کی تو آ جاتی ہے۔</w:t>
      </w:r>
    </w:p>
    <w:p>
      <w:r>
        <w:rPr>
          <w:b/>
        </w:rPr>
        <w:t xml:space="preserve">[34:54] </w:t>
      </w:r>
      <w:r>
        <w:t>to is mein kya baat hai? is jo ayat maine padhi aap ke samne, is ayat mein</w:t>
      </w:r>
    </w:p>
    <w:p>
      <w:pPr>
        <w:jc w:val="right"/>
      </w:pPr>
      <w:r>
        <w:t>تو اس میں کیا بات ہے؟ اس جو آیت میں نے پڑھی آپ کے سامنے، اس آیت میں</w:t>
      </w:r>
    </w:p>
    <w:p>
      <w:r>
        <w:rPr>
          <w:b/>
        </w:rPr>
        <w:t xml:space="preserve">[35:00] </w:t>
      </w:r>
      <w:r>
        <w:t>یہی ہے کہ انسان نے law کو inculcate کرنے کے لیے اپنے مائنڈ کو ایکٹیو نہیں کیا۔</w:t>
      </w:r>
    </w:p>
    <w:p>
      <w:pPr>
        <w:jc w:val="right"/>
      </w:pPr>
      <w:r>
        <w:t>یہی ہے کہ انسان نے لو کو انکلکیٹ کرنے کے لیے اپنے مائنڈ کو ایکٹیو نہیں کیا۔</w:t>
      </w:r>
    </w:p>
    <w:p>
      <w:r>
        <w:rPr>
          <w:b/>
        </w:rPr>
        <w:t xml:space="preserve">[35:05] </w:t>
      </w:r>
      <w:r>
        <w:t>woh jo ayat hai ke "bola shayana la rafaana ho bahar" ke agar woh chahta to hum ne</w:t>
      </w:r>
    </w:p>
    <w:p>
      <w:pPr>
        <w:jc w:val="right"/>
      </w:pPr>
      <w:r>
        <w:t>وہ جو آیت ہے کہ "بولا شیعانہ لا رافانہ ہو بہار" کہ اگر وہ چاہتا تو ہم نے</w:t>
      </w:r>
    </w:p>
    <w:p>
      <w:r>
        <w:rPr>
          <w:b/>
        </w:rPr>
        <w:t xml:space="preserve">[35:11] </w:t>
      </w:r>
      <w:r>
        <w:t>aise us ko diye the, aisa mind, aisi salahiyat, aisi capacity ke woh love ko generalize karta, apni</w:t>
      </w:r>
    </w:p>
    <w:p>
      <w:pPr>
        <w:jc w:val="right"/>
      </w:pPr>
      <w:r>
        <w:t>ایسے اس کو دیے تھے، ایسا مائنڈ، ایسی صلاحیت، ایسی کیپیسٹی کہ وہ لو کو جنرلائز کرتا، اپنی</w:t>
      </w:r>
    </w:p>
    <w:p>
      <w:r>
        <w:rPr>
          <w:b/>
        </w:rPr>
        <w:t xml:space="preserve">[35:17] </w:t>
      </w:r>
      <w:r>
        <w:t>aql ko istemal kar ke.</w:t>
      </w:r>
    </w:p>
    <w:p>
      <w:pPr>
        <w:jc w:val="right"/>
      </w:pPr>
      <w:r>
        <w:t>عقل کو استعمال کر کے۔</w:t>
      </w:r>
    </w:p>
    <w:p>
      <w:r>
        <w:rPr>
          <w:b/>
        </w:rPr>
        <w:t xml:space="preserve">[35:22] </w:t>
      </w:r>
      <w:r>
        <w:t>phir gehra affection aata hai is ke andar.</w:t>
      </w:r>
    </w:p>
    <w:p>
      <w:pPr>
        <w:jc w:val="right"/>
      </w:pPr>
      <w:r>
        <w:t>پھر گہرا افیکشن آتا ہے اس کے اندر۔</w:t>
      </w:r>
    </w:p>
    <w:p>
      <w:r>
        <w:rPr>
          <w:b/>
        </w:rPr>
        <w:t xml:space="preserve">[35:28] </w:t>
      </w:r>
      <w:r>
        <w:t>to jo log, woh akhirat mein jin logon ke andar yeh yeh quality pai jaye gi ke Allah</w:t>
      </w:r>
    </w:p>
    <w:p>
      <w:pPr>
        <w:jc w:val="right"/>
      </w:pPr>
      <w:r>
        <w:t>تو جو لوگ، وہ آخرت میں جن لوگوں کے اندر یہ یہ کوالٹی پائی جائے گی کہ اللہ</w:t>
      </w:r>
    </w:p>
    <w:p>
      <w:r>
        <w:rPr>
          <w:b/>
        </w:rPr>
        <w:t xml:space="preserve">[35:34] </w:t>
      </w:r>
      <w:r>
        <w:t>se unhon ne bohat zyada mohabbat ki thi, Allah se unhon ne strong affection apne andar paida kiya</w:t>
      </w:r>
    </w:p>
    <w:p>
      <w:pPr>
        <w:jc w:val="right"/>
      </w:pPr>
      <w:r>
        <w:t>سے انہوں نے بہت زیادہ محبت کی تھی، اللہ سے انہوں نے سٹرانگ افیکشن اپنے اندر پیدا کیا</w:t>
      </w:r>
    </w:p>
    <w:p>
      <w:r>
        <w:rPr>
          <w:b/>
        </w:rPr>
        <w:t xml:space="preserve">[35:39] </w:t>
      </w:r>
      <w:r>
        <w:t>tha, un ka bara darja hoga, akhirat mein bohat bara darja, bohat hi bara darja hoga.</w:t>
      </w:r>
    </w:p>
    <w:p>
      <w:pPr>
        <w:jc w:val="right"/>
      </w:pPr>
      <w:r>
        <w:t>تھا، ان کا بڑا درجہ ہوگا، آخرت میں بہت بڑا درجہ، بہت ہی بڑا درجہ ہوگا۔</w:t>
      </w:r>
    </w:p>
    <w:p>
      <w:r>
        <w:rPr>
          <w:b/>
        </w:rPr>
        <w:t xml:space="preserve">[35:45] </w:t>
      </w:r>
      <w:r>
        <w:t>yani Allah se darne wale bhi wahan darja payenge, un ko bhi salvation mile gi.</w:t>
      </w:r>
    </w:p>
    <w:p>
      <w:pPr>
        <w:jc w:val="right"/>
      </w:pPr>
      <w:r>
        <w:t>یعنی اللہ سے ڈرنے والے بھی وہاں درجہ پائیں گے، ان کو بھی سالویشن ملے گی۔</w:t>
      </w:r>
    </w:p>
    <w:p>
      <w:r>
        <w:rPr>
          <w:b/>
        </w:rPr>
        <w:t xml:space="preserve">[35:51] </w:t>
      </w:r>
      <w:r>
        <w:t>lekin jinho ne Allah se mohabbat ki, un ko to bohat hi bara darja mile ga.</w:t>
      </w:r>
    </w:p>
    <w:p>
      <w:pPr>
        <w:jc w:val="right"/>
      </w:pPr>
      <w:r>
        <w:t>لیکن جنہوں نے اللہ سے محبت کی، ان کو تو بہت ہی بڑا درجہ ملے گا۔</w:t>
      </w:r>
    </w:p>
    <w:p>
      <w:r>
        <w:rPr>
          <w:b/>
        </w:rPr>
        <w:t xml:space="preserve">[35:56] </w:t>
      </w:r>
      <w:r>
        <w:t>kyun? jinho ne Allah, jo Allah se dare, woh to un ki nature thi, un ki instinct thi,</w:t>
      </w:r>
    </w:p>
    <w:p>
      <w:pPr>
        <w:jc w:val="right"/>
      </w:pPr>
      <w:r>
        <w:t>کیوں؟ جنہوں نے اللہ، جو اللہ سے ڈرے، وہ تو ان کی نیچر تھی، ان کی انسٹنکٹ تھی،</w:t>
      </w:r>
    </w:p>
    <w:p>
      <w:r>
        <w:rPr>
          <w:b/>
        </w:rPr>
        <w:t xml:space="preserve">[36:02] </w:t>
      </w:r>
      <w:r>
        <w:t>un ke liye koi option nahi tha koi.</w:t>
      </w:r>
    </w:p>
    <w:p>
      <w:pPr>
        <w:jc w:val="right"/>
      </w:pPr>
      <w:r>
        <w:t>ان کے لیے کوئی آپشن نہیں تھا کوئی۔</w:t>
      </w:r>
    </w:p>
    <w:p>
      <w:r>
        <w:rPr>
          <w:b/>
        </w:rPr>
        <w:t xml:space="preserve">[36:08] </w:t>
      </w:r>
      <w:r>
        <w:t>لیکن جنہوں نے اللہ سے بہت زیادہ محبت کی، انہوں نے تو کہا ایک ایک extra work کیا،</w:t>
      </w:r>
    </w:p>
    <w:p>
      <w:pPr>
        <w:jc w:val="right"/>
      </w:pPr>
      <w:r>
        <w:t>لیکن جنہوں نے اللہ سے بہت زیادہ محبت کی، انہوں نے تو کہا ایک ایک ایکسٹرا ورک کیا،</w:t>
      </w:r>
    </w:p>
    <w:p>
      <w:r>
        <w:rPr>
          <w:b/>
        </w:rPr>
        <w:t xml:space="preserve">[36:13] </w:t>
      </w:r>
      <w:r>
        <w:t>اپنے مائنڈ کو الگ سے سوچ کر کے ایکٹیویٹ کیا، یعنی خود سے کہا وہ سیلف میڈ بنے۔</w:t>
      </w:r>
    </w:p>
    <w:p>
      <w:pPr>
        <w:jc w:val="right"/>
      </w:pPr>
      <w:r>
        <w:t>اپنے مائنڈ کو الگ سے سوچ کر کے ایکٹیویٹ کیا، یعنی خود سے کہا وہ سیلف میڈ بن بنے۔</w:t>
      </w:r>
    </w:p>
    <w:p>
      <w:r>
        <w:rPr>
          <w:b/>
        </w:rPr>
        <w:t xml:space="preserve">[36:19] </w:t>
      </w:r>
      <w:r>
        <w:t>جو کل میں نے عرض کیا تھا کہ جو ہوتے ہیں self-made minds, تو وہ self-discovery</w:t>
      </w:r>
    </w:p>
    <w:p>
      <w:pPr>
        <w:jc w:val="right"/>
      </w:pPr>
      <w:r>
        <w:t>جو کل میں نے عرض کیا تھا کہ جو ہوتے ہیں سیلف میڈ مائنڈ، تو وہ سیلف ڈسکوری</w:t>
      </w:r>
    </w:p>
    <w:p>
      <w:r>
        <w:rPr>
          <w:b/>
        </w:rPr>
        <w:t xml:space="preserve">[36:25] </w:t>
      </w:r>
      <w:r>
        <w:t>پر کھڑے ہوئے، وہ self-made mind تھے، وہ اپنے آپ کو خود سے اپنے اندر ایک personality direct کی۔</w:t>
      </w:r>
    </w:p>
    <w:p>
      <w:pPr>
        <w:jc w:val="right"/>
      </w:pPr>
      <w:r>
        <w:t>پر کھڑے ہوئے، وہ سیلف میڈ مائنڈ تھے، وہ اپنے آپ کو خود سے اپنے اندر ایک پرسنلٹی ڈائریکٹ کی۔</w:t>
      </w:r>
    </w:p>
    <w:p>
      <w:r>
        <w:rPr>
          <w:b/>
        </w:rPr>
        <w:t xml:space="preserve">[36:30] </w:t>
      </w:r>
      <w:r>
        <w:t>to zahir hai ke aap sochiye ke ek aadmi woh hai jo self made man ho, aur ek</w:t>
      </w:r>
    </w:p>
    <w:p>
      <w:pPr>
        <w:jc w:val="right"/>
      </w:pPr>
      <w:r>
        <w:t>تو ظاہر ہے کہ آپ سوچیے کہ ایک آدمی وہ ہے جو سیلف میڈ مین ہو، اور ایک</w:t>
      </w:r>
    </w:p>
    <w:p>
      <w:r>
        <w:rPr>
          <w:b/>
        </w:rPr>
        <w:t xml:space="preserve">[36:36] </w:t>
      </w:r>
      <w:r>
        <w:t>aadmi woh ho jo jo us ko us ke baap ne, us ke dada ne kuch kar diya ho.</w:t>
      </w:r>
    </w:p>
    <w:p>
      <w:pPr>
        <w:jc w:val="right"/>
      </w:pPr>
      <w:r>
        <w:t>آدمی وہ ہو جو جو اس کو اس کے باپ نے، اس کے دادا نے کچھ کر دیا ہو۔</w:t>
      </w:r>
    </w:p>
    <w:p>
      <w:r>
        <w:rPr>
          <w:b/>
        </w:rPr>
        <w:t xml:space="preserve">[36:42] </w:t>
      </w:r>
      <w:r>
        <w:t>to dono bara farq hota hai.</w:t>
      </w:r>
    </w:p>
    <w:p>
      <w:pPr>
        <w:jc w:val="right"/>
      </w:pPr>
      <w:r>
        <w:t>تو دونوں بڑا فرق ہوتا ہے۔</w:t>
      </w:r>
    </w:p>
    <w:p>
      <w:r>
        <w:rPr>
          <w:b/>
        </w:rPr>
        <w:t xml:space="preserve">[36:48] </w:t>
      </w:r>
      <w:r>
        <w:t>to woh log, yani aap jante hain ke Islam ke jo aqeedah hai, woh yeh hai ke yeh</w:t>
      </w:r>
    </w:p>
    <w:p>
      <w:pPr>
        <w:jc w:val="right"/>
      </w:pPr>
      <w:r>
        <w:t>تو وہ لوگ، یعنی آپ جانتے ہیں کہ اسلام کے جو عقیدہ ہے، وہ یہ ہے کہ یہ</w:t>
      </w:r>
    </w:p>
    <w:p>
      <w:r>
        <w:rPr>
          <w:b/>
        </w:rPr>
        <w:t xml:space="preserve">[36:53] </w:t>
      </w:r>
      <w:r>
        <w:t>duniya jo hai, Allah taala ne paida kiya insan ko, to is ke do period rakhe: pre death</w:t>
      </w:r>
    </w:p>
    <w:p>
      <w:pPr>
        <w:jc w:val="right"/>
      </w:pPr>
      <w:r>
        <w:t>دنیا جو ہے، اللہ تعالیٰ نے پیدا کیا انسان کو، تو اس کے دو پیریڈ رکھے: پری ڈیتھ</w:t>
      </w:r>
    </w:p>
    <w:p>
      <w:r>
        <w:rPr>
          <w:b/>
        </w:rPr>
        <w:t xml:space="preserve">[36:59] </w:t>
      </w:r>
      <w:r>
        <w:t>period aur post death period.</w:t>
      </w:r>
    </w:p>
    <w:p>
      <w:pPr>
        <w:jc w:val="right"/>
      </w:pPr>
      <w:r>
        <w:t>پیریڈ اور پوسٹ ڈیتھ پیریڈ۔</w:t>
      </w:r>
    </w:p>
    <w:p>
      <w:r>
        <w:rPr>
          <w:b/>
        </w:rPr>
        <w:t xml:space="preserve">[37:05] </w:t>
      </w:r>
      <w:r>
        <w:t>do period rakhe.</w:t>
      </w:r>
    </w:p>
    <w:p>
      <w:pPr>
        <w:jc w:val="right"/>
      </w:pPr>
      <w:r>
        <w:t>دو پیریڈ رکھے۔</w:t>
      </w:r>
    </w:p>
    <w:p>
      <w:r>
        <w:rPr>
          <w:b/>
        </w:rPr>
        <w:t xml:space="preserve">[37:10] </w:t>
      </w:r>
      <w:r>
        <w:t>to lazman hum sab ko post death period mein dakhil hona hai, lazman wahan par jannat hai, jahannum</w:t>
      </w:r>
    </w:p>
    <w:p>
      <w:pPr>
        <w:jc w:val="right"/>
      </w:pPr>
      <w:r>
        <w:t>تو لازماً ہم سب کو پوسٹ ڈیتھ پیریڈ میں داخل ہونا ہے، لازماً وہاں پر جنت ہے، جہنم</w:t>
      </w:r>
    </w:p>
    <w:p>
      <w:r>
        <w:rPr>
          <w:b/>
        </w:rPr>
        <w:t xml:space="preserve">[37:16] </w:t>
      </w:r>
      <w:r>
        <w:t>hai, yeh har ek ke sath pesh aane wala hai.</w:t>
      </w:r>
    </w:p>
    <w:p>
      <w:pPr>
        <w:jc w:val="right"/>
      </w:pPr>
      <w:r>
        <w:t>ہے، یہ ہر ایک کے ساتھ پیش آنے والا ہے۔</w:t>
      </w:r>
    </w:p>
    <w:p>
      <w:r>
        <w:rPr>
          <w:b/>
        </w:rPr>
        <w:t xml:space="preserve">[37:22] </w:t>
      </w:r>
      <w:r>
        <w:t>is mein koi aisa nahi, koi chhoot jaye.</w:t>
      </w:r>
    </w:p>
    <w:p>
      <w:pPr>
        <w:jc w:val="right"/>
      </w:pPr>
      <w:r>
        <w:t>اس میں کوئی ایسا نہیں، کوئی چھوٹ جائے۔</w:t>
      </w:r>
    </w:p>
    <w:p>
      <w:r>
        <w:rPr>
          <w:b/>
        </w:rPr>
        <w:t xml:space="preserve">[37:27] </w:t>
      </w:r>
      <w:r>
        <w:t>to wahan jo darjat honge insan ke, wahan darjat ka taayun isi tarah se hoga ke ek</w:t>
      </w:r>
    </w:p>
    <w:p>
      <w:pPr>
        <w:jc w:val="right"/>
      </w:pPr>
      <w:r>
        <w:t>تو وہاں جو درجات ہوں گے انسان کے، وہاں درجات کا تعین اسی طرح سے ہوگا کہ ایک</w:t>
      </w:r>
    </w:p>
    <w:p>
      <w:r>
        <w:rPr>
          <w:b/>
        </w:rPr>
        <w:t xml:space="preserve">[37:33] </w:t>
      </w:r>
      <w:r>
        <w:t>wo log jo Allah se dare hi nahi, Allah ko unhon ne yaad hi nahi kiya, Allah ko</w:t>
      </w:r>
    </w:p>
    <w:p>
      <w:pPr>
        <w:jc w:val="right"/>
      </w:pPr>
      <w:r>
        <w:t>وہ لوگ جو اللہ سے ڈرے ہی نہیں، اللہ کو انہوں نے یاد ہی نہیں کیا، اللہ کو</w:t>
      </w:r>
    </w:p>
    <w:p>
      <w:r>
        <w:rPr>
          <w:b/>
        </w:rPr>
        <w:t xml:space="preserve">[37:39] </w:t>
      </w:r>
      <w:r>
        <w:t>mana hi nahi, unhon ne un ka to woh to letter bill mein daal diya jaye ga.</w:t>
      </w:r>
    </w:p>
    <w:p>
      <w:pPr>
        <w:jc w:val="right"/>
      </w:pPr>
      <w:r>
        <w:t>مانا ہی نہیں، انہوں نے ان کا تو وہ تو لیٹر بل میں ڈال دیا جائے گا۔</w:t>
      </w:r>
    </w:p>
    <w:p>
      <w:r>
        <w:rPr>
          <w:b/>
        </w:rPr>
        <w:t xml:space="preserve">[37:44] </w:t>
      </w:r>
      <w:r>
        <w:t>mein kaha karta hoon ke universal letter bill ek hoga, us mein daal diya jaye ga.</w:t>
      </w:r>
    </w:p>
    <w:p>
      <w:pPr>
        <w:jc w:val="right"/>
      </w:pPr>
      <w:r>
        <w:t>میں کہا کرتا ہوں کہ یونیورسل لیٹر بل ایک ہوگا، اس میں ڈال دیا جائے گا۔</w:t>
      </w:r>
    </w:p>
    <w:p>
      <w:r>
        <w:rPr>
          <w:b/>
        </w:rPr>
        <w:t xml:space="preserve">[37:50] </w:t>
      </w:r>
      <w:r>
        <w:t>isi ko jahannum kaha gaya hai.</w:t>
      </w:r>
    </w:p>
    <w:p>
      <w:pPr>
        <w:jc w:val="right"/>
      </w:pPr>
      <w:r>
        <w:t>اسی کو جہنم کہا گیا ہے۔</w:t>
      </w:r>
    </w:p>
    <w:p>
      <w:r>
        <w:rPr>
          <w:b/>
        </w:rPr>
        <w:t xml:space="preserve">[37:56] </w:t>
      </w:r>
      <w:r>
        <w:t>Universal is a universal letter, hell hell is a universal letter.</w:t>
      </w:r>
    </w:p>
    <w:p>
      <w:pPr>
        <w:jc w:val="right"/>
      </w:pPr>
      <w:r>
        <w:t>یونیورسل از ا یونیورسل لیٹر بل، ہیل ہیل از ا یونیورسل لیٹر بل۔</w:t>
      </w:r>
    </w:p>
    <w:p>
      <w:r>
        <w:rPr>
          <w:b/>
        </w:rPr>
        <w:t xml:space="preserve">[38:01] </w:t>
      </w:r>
      <w:r>
        <w:t>lekin jo select honge, jo jo selected log honge, un ki do category hogi.</w:t>
      </w:r>
    </w:p>
    <w:p>
      <w:pPr>
        <w:jc w:val="right"/>
      </w:pPr>
      <w:r>
        <w:t>لیکن جو سلیکٹ ہوں گے، جو جو سلیکٹڈ لوگ ہوں گے، ان کی دو کیٹگری ہوگی۔</w:t>
      </w:r>
    </w:p>
    <w:p>
      <w:r>
        <w:rPr>
          <w:b/>
        </w:rPr>
        <w:t xml:space="preserve">[38:07] </w:t>
      </w:r>
      <w:r>
        <w:t>is liye Quran mein hai ke jannat do hain, jannatan.</w:t>
      </w:r>
    </w:p>
    <w:p>
      <w:pPr>
        <w:jc w:val="right"/>
      </w:pPr>
      <w:r>
        <w:t>اس لیے قرآن میں ہے کہ جنت دو ہیں، جنتان۔</w:t>
      </w:r>
    </w:p>
    <w:p>
      <w:r>
        <w:rPr>
          <w:b/>
        </w:rPr>
        <w:t xml:space="preserve">[38:13] </w:t>
      </w:r>
      <w:r>
        <w:t>to jannat ke mein do qism ke log honge.</w:t>
      </w:r>
    </w:p>
    <w:p>
      <w:pPr>
        <w:jc w:val="right"/>
      </w:pPr>
      <w:r>
        <w:t>تو جنت کے میں دو قسم کے لوگ ہوں گے۔</w:t>
      </w:r>
    </w:p>
    <w:p>
      <w:r>
        <w:rPr>
          <w:b/>
        </w:rPr>
        <w:t xml:space="preserve">[38:18] </w:t>
      </w:r>
      <w:r>
        <w:t>to ek woh log honge jo apne instinct par chale, jo apni nature par chale, aur un</w:t>
      </w:r>
    </w:p>
    <w:p>
      <w:pPr>
        <w:jc w:val="right"/>
      </w:pPr>
      <w:r>
        <w:t>تو ایک وہ لوگ ہوں گے جو اپنے انسٹنکٹ پر چلے، جو اپنی نیچر پر چلے، اور ان</w:t>
      </w:r>
    </w:p>
    <w:p>
      <w:r>
        <w:rPr>
          <w:b/>
        </w:rPr>
        <w:t xml:space="preserve">[38:24] </w:t>
      </w:r>
      <w:r>
        <w:t>ki nature ne guide kiya, unke instinct ne guide kiya, to Allah se darne wale ban gaye.</w:t>
      </w:r>
    </w:p>
    <w:p>
      <w:pPr>
        <w:jc w:val="right"/>
      </w:pPr>
      <w:r>
        <w:t>کی نیچر نے گائیڈ کیا، ان کے انسٹنکٹ نے گائیڈ کیا، تو اللہ سے ڈرنے والے بن گئے۔</w:t>
      </w:r>
    </w:p>
    <w:p>
      <w:r>
        <w:rPr>
          <w:b/>
        </w:rPr>
        <w:t xml:space="preserve">[38:30] </w:t>
      </w:r>
      <w:r>
        <w:t>ek woh log hain, ek woh hain jinhone apne shaoor ko activate kiya, jo apne mind ko</w:t>
      </w:r>
    </w:p>
    <w:p>
      <w:pPr>
        <w:jc w:val="right"/>
      </w:pPr>
      <w:r>
        <w:t>ایک وہ لوگ ہیں، ایک وہ ہیں جنہوں نے اپنے شعور کو ایکٹیویٹ کیا، جو اپنے مائنڈ کو</w:t>
      </w:r>
    </w:p>
    <w:p>
      <w:r>
        <w:rPr>
          <w:b/>
        </w:rPr>
        <w:t xml:space="preserve">[38:35] </w:t>
      </w:r>
      <w:r>
        <w:t>activate kiya, jinhone apne andar apni spiritual development, institutional intellectual development paida kiya apne andar.</w:t>
      </w:r>
    </w:p>
    <w:p>
      <w:pPr>
        <w:jc w:val="right"/>
      </w:pPr>
      <w:r>
        <w:t>ایکٹیویٹ کیا، جنہوں نے اپنے اندر اپنی سپریچول ڈیویلپمنٹ، انسٹیٹیوشنل انٹلیکچول ڈیویلپمنٹ پیدا کیا اپنے اندر۔</w:t>
      </w:r>
    </w:p>
    <w:p>
      <w:r>
        <w:rPr>
          <w:b/>
        </w:rPr>
        <w:t xml:space="preserve">[38:41] </w:t>
      </w:r>
      <w:r>
        <w:t>aur phir unki soch jahan tak barhe, ta barhi ke woh Khuda ki blessing ko personalize kar saken.</w:t>
      </w:r>
    </w:p>
    <w:p>
      <w:pPr>
        <w:jc w:val="right"/>
      </w:pPr>
      <w:r>
        <w:t>اور پھر ان کی سوچ جہاں تک بڑھے، تا بڑھی کہ وہ خدا کی بلیسنگ کو پرسنلائز کر سکیں۔</w:t>
      </w:r>
    </w:p>
    <w:p>
      <w:r>
        <w:rPr>
          <w:b/>
        </w:rPr>
        <w:t xml:space="preserve">[38:47] </w:t>
      </w:r>
      <w:r>
        <w:t>kaisi ajeeb baat hai!</w:t>
      </w:r>
    </w:p>
    <w:p>
      <w:pPr>
        <w:jc w:val="right"/>
      </w:pPr>
      <w:r>
        <w:t>کیسی عجیب بات ہے!</w:t>
      </w:r>
    </w:p>
    <w:p>
      <w:r>
        <w:rPr>
          <w:b/>
        </w:rPr>
        <w:t xml:space="preserve">[38:53] </w:t>
      </w:r>
      <w:r>
        <w:t>خدا کی blessing کو personalize کر سکیں۔ یعنی کتنا بڑا intellectual development درکار ہے اس طرح سوچنے کے لیے، اس سوچ کے لیے کہ خدایا! یہ ساری کائنات تو نے میرے لیے بنائی ہے، خدایا!</w:t>
      </w:r>
    </w:p>
    <w:p>
      <w:pPr>
        <w:jc w:val="right"/>
      </w:pPr>
      <w:r>
        <w:t>خدا کی بلیسنگ کو پرسنلائز کر سکیں۔ یعنی کتنا بڑا انٹلیکچول ڈیویلپمنٹ درکار ہے اس طرح سوچنے کے لیے، اس سوچ کے لیے کہ خدایا! یہ ساری کائنات تو نے میرے لیے بنائی ہے، خدایا!</w:t>
      </w:r>
    </w:p>
    <w:p>
      <w:r>
        <w:rPr>
          <w:b/>
        </w:rPr>
        <w:t xml:space="preserve">[39:05] </w:t>
      </w:r>
      <w:r>
        <w:t>solar system to ne mere liye banaya hai.</w:t>
      </w:r>
    </w:p>
    <w:p>
      <w:pPr>
        <w:jc w:val="right"/>
      </w:pPr>
      <w:r>
        <w:t>سولر سسٹم تو نے میرے لیے بنایا ہے۔</w:t>
      </w:r>
    </w:p>
    <w:p>
      <w:r>
        <w:rPr>
          <w:b/>
        </w:rPr>
        <w:t xml:space="preserve">[39:09] </w:t>
      </w:r>
      <w:r>
        <w:t>yeh aap ki jo soul hai, aap ki rooh hai, chala chahti hai ke main Khuda se sab</w:t>
      </w:r>
    </w:p>
    <w:p>
      <w:pPr>
        <w:jc w:val="right"/>
      </w:pPr>
      <w:r>
        <w:t>یہ آپ کی جو سول ہے، آپ کی روح ہے، چلا چاہتی ہے کہ میں خدا سے سب</w:t>
      </w:r>
    </w:p>
    <w:p>
      <w:r>
        <w:rPr>
          <w:b/>
        </w:rPr>
        <w:t xml:space="preserve">[39:14] </w:t>
      </w:r>
      <w:r>
        <w:t>se bada acknowledge karoon.</w:t>
      </w:r>
    </w:p>
    <w:p>
      <w:pPr>
        <w:jc w:val="right"/>
      </w:pPr>
      <w:r>
        <w:t>سے بڑا اکنالج کروں۔</w:t>
      </w:r>
    </w:p>
    <w:p>
      <w:r>
        <w:rPr>
          <w:b/>
        </w:rPr>
        <w:t xml:space="preserve">[39:19] </w:t>
      </w:r>
      <w:r>
        <w:t>Khuda ko jab aap Khuda ko daryaft karte hain to aap ko rooh pukarti hai ke sab se</w:t>
      </w:r>
    </w:p>
    <w:p>
      <w:pPr>
        <w:jc w:val="right"/>
      </w:pPr>
      <w:r>
        <w:t>خدا کو جب آپ خدا کو دریافت کرتے ہیں تو آپ کو روح پکارتی ہے کہ سب سے</w:t>
      </w:r>
    </w:p>
    <w:p>
      <w:r>
        <w:rPr>
          <w:b/>
        </w:rPr>
        <w:t xml:space="preserve">[39:24] </w:t>
      </w:r>
      <w:r>
        <w:t>bada acknowledgement jo ho sakta hai, woh main karoon.</w:t>
      </w:r>
    </w:p>
    <w:p>
      <w:pPr>
        <w:jc w:val="right"/>
      </w:pPr>
      <w:r>
        <w:t>بڑا اکنالجمنٹ جو ہو سکتا ہے، وہ میں کروں۔</w:t>
      </w:r>
    </w:p>
    <w:p>
      <w:r>
        <w:rPr>
          <w:b/>
        </w:rPr>
        <w:t xml:space="preserve">[39:29] </w:t>
      </w:r>
      <w:r>
        <w:t>to aap, aap, aap by nature yani yeh kehne lagte hain, yani sab kuch ko apne khali mein</w:t>
      </w:r>
    </w:p>
    <w:p>
      <w:pPr>
        <w:jc w:val="right"/>
      </w:pPr>
      <w:r>
        <w:t>تو آپ، آپ، آپ بائی نیچر یعنی یہ کہنے لگتے ہیں، یعنی سب کچھ کو اپنے خالی میں</w:t>
      </w:r>
    </w:p>
    <w:p>
      <w:r>
        <w:rPr>
          <w:b/>
        </w:rPr>
        <w:t xml:space="preserve">[39:34] </w:t>
      </w:r>
      <w:r>
        <w:t>daal ke ke Khuda ya!</w:t>
      </w:r>
    </w:p>
    <w:p>
      <w:pPr>
        <w:jc w:val="right"/>
      </w:pPr>
      <w:r>
        <w:t>ڈال کے کہ خدایا!</w:t>
      </w:r>
    </w:p>
    <w:p>
      <w:r>
        <w:rPr>
          <w:b/>
        </w:rPr>
        <w:t xml:space="preserve">[39:39] </w:t>
      </w:r>
      <w:r>
        <w:t>itni bari kainat to ne mere liye bana di, itna solar system to ne mere liye chala diya, Khudaya! itna bara accident ka nizam to ne qaim kar diya, Khudaya! itna bara life, life support system to ne bana diya, Khudaya!</w:t>
      </w:r>
    </w:p>
    <w:p>
      <w:pPr>
        <w:jc w:val="right"/>
      </w:pPr>
      <w:r>
        <w:t>اتنی بڑی کائنات تو نے میرے لیے بنا دی، اتنا سولر سسٹم تو نے میرے لیے چلا دیا، خدایا! اتنا بڑا ایکسیڈنٹ کا نظام تو نے قائم کر دیا، خدایا! اتنا بڑا لائف، لائف سپورٹ سسٹم تو نے بنا دیا، خدایا!</w:t>
      </w:r>
    </w:p>
    <w:p>
      <w:r>
        <w:rPr>
          <w:b/>
        </w:rPr>
        <w:t xml:space="preserve">[39:53] </w:t>
      </w:r>
      <w:r>
        <w:t>iske liye kaise acknowledge karoon? kahan se woh words laoon? kahan se woh alfaaz laoon? to us</w:t>
      </w:r>
    </w:p>
    <w:p>
      <w:pPr>
        <w:jc w:val="right"/>
      </w:pPr>
      <w:r>
        <w:t>اس کے لیے کیسے اکنالج کروں؟ کہاں سے وہ ورڈز لاؤں؟ کہاں سے وہ الفاظ لاؤں؟ تو اس</w:t>
      </w:r>
    </w:p>
    <w:p>
      <w:r>
        <w:rPr>
          <w:b/>
        </w:rPr>
        <w:t xml:space="preserve">[39:59] </w:t>
      </w:r>
      <w:r>
        <w:t>waqt seena aadmi ko phatne lagta hai.</w:t>
      </w:r>
    </w:p>
    <w:p>
      <w:pPr>
        <w:jc w:val="right"/>
      </w:pPr>
      <w:r>
        <w:t>وقت سینہ آدمی کو پھٹنے لگتا ہے۔</w:t>
      </w:r>
    </w:p>
    <w:p>
      <w:r>
        <w:rPr>
          <w:b/>
        </w:rPr>
        <w:t xml:space="preserve">[40:05] </w:t>
      </w:r>
      <w:r>
        <w:t>to woh shukr karne ke liye, yani Khuda ka woh shukr karne ke liye, isi darje ki soch</w:t>
      </w:r>
    </w:p>
    <w:p>
      <w:pPr>
        <w:jc w:val="right"/>
      </w:pPr>
      <w:r>
        <w:t>تو وہ شکر کرنے کے لیے، یعنی خدا کا وہ شکر کرنے کے لیے، اسی درجے کی سوچ</w:t>
      </w:r>
    </w:p>
    <w:p>
      <w:r>
        <w:rPr>
          <w:b/>
        </w:rPr>
        <w:t xml:space="preserve">[40:11] </w:t>
      </w:r>
      <w:r>
        <w:t>chahiye, isi darje ka intellectual development chahiye.</w:t>
      </w:r>
    </w:p>
    <w:p>
      <w:pPr>
        <w:jc w:val="right"/>
      </w:pPr>
      <w:r>
        <w:t>چاہیے، اسی درجے کا انٹلیکچول ڈیویلپمنٹ چاہیے۔</w:t>
      </w:r>
    </w:p>
    <w:p>
      <w:r>
        <w:rPr>
          <w:b/>
        </w:rPr>
        <w:t xml:space="preserve">[40:17] </w:t>
      </w:r>
      <w:r>
        <w:t>yeh matlab hai is ayat ka, yeh matlab hai is ayat ka.</w:t>
      </w:r>
    </w:p>
    <w:p>
      <w:pPr>
        <w:jc w:val="right"/>
      </w:pPr>
      <w:r>
        <w:t>یہ مطلب ہے اس آیت کا، یہ مطلب ہے اس آیت کا۔</w:t>
      </w:r>
    </w:p>
    <w:p>
      <w:r>
        <w:rPr>
          <w:b/>
        </w:rPr>
        <w:t xml:space="preserve">[40:24] </w:t>
      </w:r>
      <w:r>
        <w:t>dekhen, aap jante hain ke duniya mein ek material world hai, ek plant world hai, ek animal world</w:t>
      </w:r>
    </w:p>
    <w:p>
      <w:pPr>
        <w:jc w:val="right"/>
      </w:pPr>
      <w:r>
        <w:t>دیکھیں، آپ جانتے ہیں کہ دنیا میں ایک مٹیریل ورلڈ ہے، ایک پلانٹ ورلڈ ہے، ایک اینیمل ورلڈ</w:t>
      </w:r>
    </w:p>
    <w:p>
      <w:r>
        <w:rPr>
          <w:b/>
        </w:rPr>
        <w:t xml:space="preserve">[40:30] </w:t>
      </w:r>
      <w:r>
        <w:t>hai, aur uske baad ek insaan hai.</w:t>
      </w:r>
    </w:p>
    <w:p>
      <w:pPr>
        <w:jc w:val="right"/>
      </w:pPr>
      <w:r>
        <w:t>ہے، اور اس کے بعد ایک انسان ہے۔</w:t>
      </w:r>
    </w:p>
    <w:p>
      <w:r>
        <w:rPr>
          <w:b/>
        </w:rPr>
        <w:t xml:space="preserve">[40:36] </w:t>
      </w:r>
      <w:r>
        <w:t>to material world, plant world, animal world, yeh log apne law of nature par chalte hain.</w:t>
      </w:r>
    </w:p>
    <w:p>
      <w:pPr>
        <w:jc w:val="right"/>
      </w:pPr>
      <w:r>
        <w:t>تو مٹیریل ورلڈ، پلانٹ ورلڈ، اینیمل ورلڈ، یہ لوگ اپنے لاء آف نیچر پر چلتے ہیں۔</w:t>
      </w:r>
    </w:p>
    <w:p>
      <w:r>
        <w:rPr>
          <w:b/>
        </w:rPr>
        <w:t xml:space="preserve">[40:42] </w:t>
      </w:r>
      <w:r>
        <w:t>woh they are governed by the law of laws of nature.</w:t>
      </w:r>
    </w:p>
    <w:p>
      <w:pPr>
        <w:jc w:val="right"/>
      </w:pPr>
      <w:r>
        <w:t>وہ دے آر گورنڈ بائی دا لاء آف لاز آف نیچر۔</w:t>
      </w:r>
    </w:p>
    <w:p>
      <w:r>
        <w:rPr>
          <w:b/>
        </w:rPr>
        <w:t xml:space="preserve">[40:49] </w:t>
      </w:r>
      <w:r>
        <w:t>unko soch kar nahi jeena hai, woh to nature ke mutabiq apne aap jeete rehte hain.</w:t>
      </w:r>
    </w:p>
    <w:p>
      <w:pPr>
        <w:jc w:val="right"/>
      </w:pPr>
      <w:r>
        <w:t>ان کو سوچ کر نہیں جینا ہے، وہ تو نیچر کے مطابق اپنے آپ جیتے رہتے ہیں۔</w:t>
      </w:r>
    </w:p>
    <w:p>
      <w:r>
        <w:rPr>
          <w:b/>
        </w:rPr>
        <w:t xml:space="preserve">[40:55] </w:t>
      </w:r>
      <w:r>
        <w:t>lekin insaan jo hai, usko, usko Allah taala ne bohat bara mind diya hai, woh soch</w:t>
      </w:r>
    </w:p>
    <w:p>
      <w:pPr>
        <w:jc w:val="right"/>
      </w:pPr>
      <w:r>
        <w:t>لیکن انسان جو ہے، اس کو، اس کو اللہ تعالیٰ نے بہت بڑا مائنڈ دیا ہے، وہ سوچ</w:t>
      </w:r>
    </w:p>
    <w:p>
      <w:r>
        <w:rPr>
          <w:b/>
        </w:rPr>
        <w:t xml:space="preserve">[41:01] </w:t>
      </w:r>
      <w:r>
        <w:t>کر جیتا ہے، سوچ کر پروفیوژر بناتا ہے، وہ self-made man ہوتا ہے، یہ ہوتا ہے۔</w:t>
      </w:r>
    </w:p>
    <w:p>
      <w:pPr>
        <w:jc w:val="right"/>
      </w:pPr>
      <w:r>
        <w:t>کر جیتا ہے، سوچ کر پروفیوژر بناتا ہے، وہ سیلف میڈ مین ہوتا ہے، یہ ہوتا ہے۔</w:t>
      </w:r>
    </w:p>
    <w:p>
      <w:r>
        <w:rPr>
          <w:b/>
        </w:rPr>
        <w:t xml:space="preserve">[41:07] </w:t>
      </w:r>
      <w:r>
        <w:t>to is ki koi had nahin hai.</w:t>
      </w:r>
    </w:p>
    <w:p>
      <w:pPr>
        <w:jc w:val="right"/>
      </w:pPr>
      <w:r>
        <w:t>تو اس کی کوئی حد نہیں۔</w:t>
      </w:r>
    </w:p>
    <w:p>
      <w:r>
        <w:rPr>
          <w:b/>
        </w:rPr>
        <w:t xml:space="preserve">[41:14] </w:t>
      </w:r>
      <w:r>
        <w:t>isi ka aik aik bohat hi agla stage yeh hai ke aap aap personalize karna janen, aap personalize karna janen.</w:t>
      </w:r>
    </w:p>
    <w:p>
      <w:pPr>
        <w:jc w:val="right"/>
      </w:pPr>
      <w:r>
        <w:t>اسی کا ایک ایک بہت ہی اگلا سٹیج یہ ہے کہ آپ آپ پرسنلائز کرنا جانیں، آپ پرسنلائز کرنا جانیں۔</w:t>
      </w:r>
    </w:p>
    <w:p>
      <w:r>
        <w:rPr>
          <w:b/>
        </w:rPr>
        <w:t xml:space="preserve">[41:20] </w:t>
      </w:r>
      <w:r>
        <w:t>jaise main jab pehli bar gaya tha USA, wahan main utra California ke airport par.</w:t>
      </w:r>
    </w:p>
    <w:p>
      <w:pPr>
        <w:jc w:val="right"/>
      </w:pPr>
      <w:r>
        <w:t>جیسے میں جب پہلی بار گیا تھا یو ایس اے، وہاں میں اترا کیلیفورنیا کے ایئرپورٹ پر۔</w:t>
      </w:r>
    </w:p>
    <w:p>
      <w:r>
        <w:rPr>
          <w:b/>
        </w:rPr>
        <w:t xml:space="preserve">[41:26] </w:t>
      </w:r>
      <w:r>
        <w:t>jab bahar aaya to wahan bhi mujhe oxygen milta tha, wahan bhi saans le le raha tha.</w:t>
      </w:r>
    </w:p>
    <w:p>
      <w:pPr>
        <w:jc w:val="right"/>
      </w:pPr>
      <w:r>
        <w:t>جب باہر آیا تو وہاں بھی مجھے اکسیجن ملتا تھا، وہاں بھی سانس لے لے رہا تھا۔</w:t>
      </w:r>
    </w:p>
    <w:p>
      <w:r>
        <w:rPr>
          <w:b/>
        </w:rPr>
        <w:t xml:space="preserve">[41:32] </w:t>
      </w:r>
      <w:r>
        <w:t>to aik kashif ehsas hua ke khuda ya!</w:t>
      </w:r>
    </w:p>
    <w:p>
      <w:pPr>
        <w:jc w:val="right"/>
      </w:pPr>
      <w:r>
        <w:t>تو ایک کاشف احساس ہوا کہ خدایا!</w:t>
      </w:r>
    </w:p>
    <w:p>
      <w:r>
        <w:rPr>
          <w:b/>
        </w:rPr>
        <w:t xml:space="preserve">[41:39] </w:t>
      </w:r>
      <w:r>
        <w:t>to kitna meherban hai ke Delhi mein tha, tab bhi tujhe supply kar raha tha mujh ko oxygen.</w:t>
      </w:r>
    </w:p>
    <w:p>
      <w:pPr>
        <w:jc w:val="right"/>
      </w:pPr>
      <w:r>
        <w:t>تو کتنا مہربان ہے کہ دلی میں تھا، تب بھی تجھے سپلائی کر رہا تھا مجھ کو اکسیجن۔</w:t>
      </w:r>
    </w:p>
    <w:p>
      <w:r>
        <w:rPr>
          <w:b/>
        </w:rPr>
        <w:t xml:space="preserve">[41:43] </w:t>
      </w:r>
      <w:r>
        <w:t>main California hoon, tab bhi to mujh ko oxygen supply kar raha hai.</w:t>
      </w:r>
    </w:p>
    <w:p>
      <w:pPr>
        <w:jc w:val="right"/>
      </w:pPr>
      <w:r>
        <w:t>میں کیلیفورنیا ہوں، تب بھی تو مجھ کو اکسیجن سپلائی کر رہا ہے۔</w:t>
      </w:r>
    </w:p>
    <w:p>
      <w:r>
        <w:rPr>
          <w:b/>
        </w:rPr>
        <w:t xml:space="preserve">[41:48] </w:t>
      </w:r>
      <w:r>
        <w:t>to aik ajeeb o ghareeb qisam ka ehsas paida hua, Allah ke liye aik ajeeb o ghareeb qisam</w:t>
      </w:r>
    </w:p>
    <w:p>
      <w:pPr>
        <w:jc w:val="right"/>
      </w:pPr>
      <w:r>
        <w:t>تو ایک عجیب و غریب قسم کا احساس پیدا ہوا، اللہ کے لیے ایک عجیب و غریب قسم</w:t>
      </w:r>
    </w:p>
    <w:p>
      <w:r>
        <w:rPr>
          <w:b/>
        </w:rPr>
        <w:t xml:space="preserve">[41:53] </w:t>
      </w:r>
      <w:r>
        <w:t>ka ehsas hai.</w:t>
      </w:r>
    </w:p>
    <w:p>
      <w:pPr>
        <w:jc w:val="right"/>
      </w:pPr>
      <w:r>
        <w:t>کا احساس ہے۔</w:t>
      </w:r>
    </w:p>
    <w:p>
      <w:r>
        <w:rPr>
          <w:b/>
        </w:rPr>
        <w:t xml:space="preserve">[41:58] </w:t>
      </w:r>
      <w:r>
        <w:t>to woh cheez darkar hai, tab ja tab ja kar aap ko aik bari, yaani bari marifat, bari,</w:t>
      </w:r>
    </w:p>
    <w:p>
      <w:pPr>
        <w:jc w:val="right"/>
      </w:pPr>
      <w:r>
        <w:t>تو وہ چیز درکار ہے، تب جا تب جا کر آپ کو ایک بڑی، یعنی بڑی معرفت، بڑی،</w:t>
      </w:r>
    </w:p>
    <w:p>
      <w:r>
        <w:rPr>
          <w:b/>
        </w:rPr>
        <w:t xml:space="preserve">[42:03] </w:t>
      </w:r>
      <w:r>
        <w:t>yaani high level ki relation hogi aap ko.</w:t>
      </w:r>
    </w:p>
    <w:p>
      <w:pPr>
        <w:jc w:val="right"/>
      </w:pPr>
      <w:r>
        <w:t>یعنی ہائی لیول کی ریلیشن ہوگی آپ کو۔</w:t>
      </w:r>
    </w:p>
    <w:p>
      <w:r>
        <w:rPr>
          <w:b/>
        </w:rPr>
        <w:t xml:space="preserve">[42:07] </w:t>
      </w:r>
      <w:r>
        <w:t>tab aap ko high level ki jannat mile gi.</w:t>
      </w:r>
    </w:p>
    <w:p>
      <w:pPr>
        <w:jc w:val="right"/>
      </w:pPr>
      <w:r>
        <w:t>تب آپ کو ہائی لیول کی جنت ملے گی۔</w:t>
      </w:r>
    </w:p>
    <w:p>
      <w:r>
        <w:rPr>
          <w:b/>
        </w:rPr>
        <w:t xml:space="preserve">[42:12] </w:t>
      </w:r>
      <w:r>
        <w:t>main aap ko aik qissa arz karoon jo main ne parha tha.</w:t>
      </w:r>
    </w:p>
    <w:p>
      <w:pPr>
        <w:jc w:val="right"/>
      </w:pPr>
      <w:r>
        <w:t>میں آپ کو ایک قصہ عرض کروں جو میں نے پڑھا تھا۔</w:t>
      </w:r>
    </w:p>
    <w:p>
      <w:r>
        <w:rPr>
          <w:b/>
        </w:rPr>
        <w:t xml:space="preserve">[42:17] </w:t>
      </w:r>
      <w:r>
        <w:t>Saudi Arab mein aap jante hain ke pehle log rehte the khemon mein, desert mein kheme hote the,</w:t>
      </w:r>
    </w:p>
    <w:p>
      <w:pPr>
        <w:jc w:val="right"/>
      </w:pPr>
      <w:r>
        <w:t>سعودی عرب میں آپ جانتے ہیں کہ پہلے لوگ رہتے تھے خیموں میں، ڈیزرٹ میں خیمے ہوتے تھے،</w:t>
      </w:r>
    </w:p>
    <w:p>
      <w:r>
        <w:rPr>
          <w:b/>
        </w:rPr>
        <w:t xml:space="preserve">[42:22] </w:t>
      </w:r>
      <w:r>
        <w:t>isi mein rehte the.</w:t>
      </w:r>
    </w:p>
    <w:p>
      <w:pPr>
        <w:jc w:val="right"/>
      </w:pPr>
      <w:r>
        <w:t>اسی میں رہتے تھے۔</w:t>
      </w:r>
    </w:p>
    <w:p>
      <w:r>
        <w:rPr>
          <w:b/>
        </w:rPr>
        <w:t xml:space="preserve">[42:27] </w:t>
      </w:r>
      <w:r>
        <w:t>un ke paas koi paisa na tha, un ko dollar tha.</w:t>
      </w:r>
    </w:p>
    <w:p>
      <w:pPr>
        <w:jc w:val="right"/>
      </w:pPr>
      <w:r>
        <w:t>ان کے پاس کوئی پیسہ نہ تھا، ان کو ڈالر تھا۔</w:t>
      </w:r>
    </w:p>
    <w:p>
      <w:r>
        <w:rPr>
          <w:b/>
        </w:rPr>
        <w:t xml:space="preserve">[42:31] </w:t>
      </w:r>
      <w:r>
        <w:t>phir kya hua ke petrol nikal aaya, oil nikal aaya.</w:t>
      </w:r>
    </w:p>
    <w:p>
      <w:pPr>
        <w:jc w:val="right"/>
      </w:pPr>
      <w:r>
        <w:t>پھر کیا ہوا کہ پیٹرول نکل آیا، آئل نکل آیا۔</w:t>
      </w:r>
    </w:p>
    <w:p>
      <w:r>
        <w:rPr>
          <w:b/>
        </w:rPr>
        <w:t xml:space="preserve">[42:36] </w:t>
      </w:r>
      <w:r>
        <w:t>to achaanak log rich ho gaye.</w:t>
      </w:r>
    </w:p>
    <w:p>
      <w:pPr>
        <w:jc w:val="right"/>
      </w:pPr>
      <w:r>
        <w:t>تو اچانک لوگ رچ ہو گئے۔</w:t>
      </w:r>
    </w:p>
    <w:p>
      <w:r>
        <w:rPr>
          <w:b/>
        </w:rPr>
        <w:t xml:space="preserve">[42:41] </w:t>
      </w:r>
      <w:r>
        <w:t>to isi mein se aik aik aadmi tha jo parha likha nahin tha, lekin us ke paas jo</w:t>
      </w:r>
    </w:p>
    <w:p>
      <w:pPr>
        <w:jc w:val="right"/>
      </w:pPr>
      <w:r>
        <w:t>تو اسی میں سے ایک ایک آدمی تھا جو پڑھا لکھا نہیں تھا، لیکن اس کے پاس جو</w:t>
      </w:r>
    </w:p>
    <w:p>
      <w:r>
        <w:rPr>
          <w:b/>
        </w:rPr>
        <w:t xml:space="preserve">[42:46] </w:t>
      </w:r>
      <w:r>
        <w:t>zameenen thin, us zameen mein neeche oil nikal aaya.</w:t>
      </w:r>
    </w:p>
    <w:p>
      <w:pPr>
        <w:jc w:val="right"/>
      </w:pPr>
      <w:r>
        <w:t>زمینیں تھیں، اس زمین میں نیچے آئل نکل آیا۔</w:t>
      </w:r>
    </w:p>
    <w:p>
      <w:r>
        <w:rPr>
          <w:b/>
        </w:rPr>
        <w:t xml:space="preserve">[42:51] </w:t>
      </w:r>
      <w:r>
        <w:t>hukumat ne bohat paisa de kar khareeda us ki zameen ko.</w:t>
      </w:r>
    </w:p>
    <w:p>
      <w:pPr>
        <w:jc w:val="right"/>
      </w:pPr>
      <w:r>
        <w:t>حکومت نے بہت پیسہ دے کر خریدا اس کی زمین کو۔</w:t>
      </w:r>
    </w:p>
    <w:p>
      <w:r>
        <w:rPr>
          <w:b/>
        </w:rPr>
        <w:t xml:space="preserve">[42:55] </w:t>
      </w:r>
      <w:r>
        <w:t>to achaanak us ka bohat paisa aa gaya.</w:t>
      </w:r>
    </w:p>
    <w:p>
      <w:pPr>
        <w:jc w:val="right"/>
      </w:pPr>
      <w:r>
        <w:t>تو اچانک اس کا بہت پیسہ آ گیا۔</w:t>
      </w:r>
    </w:p>
    <w:p>
      <w:r>
        <w:rPr>
          <w:b/>
        </w:rPr>
        <w:t xml:space="preserve">[43:00] </w:t>
      </w:r>
      <w:r>
        <w:t>to us ka aik dost tha jo parha likha tha, woh jaya karta tha apne kaam ke se Switzerland.</w:t>
      </w:r>
    </w:p>
    <w:p>
      <w:pPr>
        <w:jc w:val="right"/>
      </w:pPr>
      <w:r>
        <w:t>تو اس کا ایک دوست تھا جو پڑھا لکھا تھا، وہ جایا کرتا تھا اپنے کام کے سے سویٹزرلینڈ۔</w:t>
      </w:r>
    </w:p>
    <w:p>
      <w:r>
        <w:rPr>
          <w:b/>
        </w:rPr>
        <w:t xml:space="preserve">[43:05] </w:t>
      </w:r>
      <w:r>
        <w:t>us ka aik dost tha.</w:t>
      </w:r>
    </w:p>
    <w:p>
      <w:pPr>
        <w:jc w:val="right"/>
      </w:pPr>
      <w:r>
        <w:t>اس کا ایک دوست تھا۔</w:t>
      </w:r>
    </w:p>
    <w:p>
      <w:r>
        <w:rPr>
          <w:b/>
        </w:rPr>
        <w:t xml:space="preserve">[43:10] </w:t>
      </w:r>
      <w:r>
        <w:t>to us dost ne kya kiya? isi dost ke paas us ka paisa bhi isi ke hawale kar diya.</w:t>
      </w:r>
    </w:p>
    <w:p>
      <w:pPr>
        <w:jc w:val="right"/>
      </w:pPr>
      <w:r>
        <w:t>تو اس دوست نے کیا کیا؟ اسی دوست کے پاس اس کا پیسہ بھی اسی کے حوالے کر دیا۔</w:t>
      </w:r>
    </w:p>
    <w:p>
      <w:r>
        <w:rPr>
          <w:b/>
        </w:rPr>
        <w:t xml:space="preserve">[43:15] </w:t>
      </w:r>
      <w:r>
        <w:t>us ne kaha: "bhai, main to parha likha nahin hoon, tum hi is ka hisab kitab rakho." to</w:t>
      </w:r>
    </w:p>
    <w:p>
      <w:pPr>
        <w:jc w:val="right"/>
      </w:pPr>
      <w:r>
        <w:t>اس نے کہا: "بھئی، میں تو پڑھا لکھا نہیں ہوں، تم ہی اس کا حساب کتاب رکھو۔" تو</w:t>
      </w:r>
    </w:p>
    <w:p>
      <w:r>
        <w:rPr>
          <w:b/>
        </w:rPr>
        <w:t xml:space="preserve">[43:19] </w:t>
      </w:r>
      <w:r>
        <w:t>dost ne khamoshi se kiya kiya ke switzerland mein is ke liye ghar kharida, is apne dost ke</w:t>
      </w:r>
    </w:p>
    <w:p>
      <w:pPr>
        <w:jc w:val="right"/>
      </w:pPr>
      <w:r>
        <w:t>دوست نے خاموشی سے کیا کیا کہ سویٹزرلینڈ میں اس کے لیے گھر خریدا، اس اپنے دوست کے</w:t>
      </w:r>
    </w:p>
    <w:p>
      <w:r>
        <w:rPr>
          <w:b/>
        </w:rPr>
        <w:t xml:space="preserve">[43:24] </w:t>
      </w:r>
      <w:r>
        <w:t>liye ghar kharida, aur bilkul well furnished.</w:t>
      </w:r>
    </w:p>
    <w:p>
      <w:pPr>
        <w:jc w:val="right"/>
      </w:pPr>
      <w:r>
        <w:t>لیے گھر خریدا، اور بالکل ویل فرنشڈ۔</w:t>
      </w:r>
    </w:p>
    <w:p>
      <w:r>
        <w:rPr>
          <w:b/>
        </w:rPr>
        <w:t xml:space="preserve">[43:29] </w:t>
      </w:r>
      <w:r>
        <w:t>ek ek ghar well furnished.</w:t>
      </w:r>
    </w:p>
    <w:p>
      <w:pPr>
        <w:jc w:val="right"/>
      </w:pPr>
      <w:r>
        <w:t>ایک ایک گھر ویل فرنشڈ۔</w:t>
      </w:r>
    </w:p>
    <w:p>
      <w:r>
        <w:rPr>
          <w:b/>
        </w:rPr>
        <w:t xml:space="preserve">[43:34] </w:t>
      </w:r>
      <w:r>
        <w:t>is ke baad dost ne kaha ke: "chalo, main tum ko switzerland le chal le sakta hoon." to</w:t>
      </w:r>
    </w:p>
    <w:p>
      <w:pPr>
        <w:jc w:val="right"/>
      </w:pPr>
      <w:r>
        <w:t>اس کے بعد دوست نے کہا کہ: "چلو، میں تم کو سویٹزرلینڈ لے چل لے سکتا ہوں۔" تو</w:t>
      </w:r>
    </w:p>
    <w:p>
      <w:r>
        <w:rPr>
          <w:b/>
        </w:rPr>
        <w:t xml:space="preserve">[43:39] </w:t>
      </w:r>
      <w:r>
        <w:t>us ne jab gaya, wahan utra, wo wahan par dekha to yahan to khimon ki dunya thi, wahan</w:t>
      </w:r>
    </w:p>
    <w:p>
      <w:pPr>
        <w:jc w:val="right"/>
      </w:pPr>
      <w:r>
        <w:t>اس نے جب گیا، وہاں اترا، وہ وہاں پر دیکھا تو یہاں تو خیموں کی دنیا تھی، وہاں</w:t>
      </w:r>
    </w:p>
    <w:p>
      <w:r>
        <w:rPr>
          <w:b/>
        </w:rPr>
        <w:t xml:space="preserve">[43:43] </w:t>
      </w:r>
      <w:r>
        <w:t>bohat hi well planned city tha, achhe achhe khoobsurat dukanein, khoobsurat ghar, har cheez dekh kar ke bohat</w:t>
      </w:r>
    </w:p>
    <w:p>
      <w:pPr>
        <w:jc w:val="right"/>
      </w:pPr>
      <w:r>
        <w:t>بہت ہی ویل پلانٹ سٹی تھا، اچھے اچھے خوبصورت دکانیں، خوبصورت گھر، ہر چیز دیکھ کر کے بہت</w:t>
      </w:r>
    </w:p>
    <w:p>
      <w:r>
        <w:rPr>
          <w:b/>
        </w:rPr>
        <w:t xml:space="preserve">[43:48] </w:t>
      </w:r>
      <w:r>
        <w:t>sense of awe paida hota tha.</w:t>
      </w:r>
    </w:p>
    <w:p>
      <w:pPr>
        <w:jc w:val="right"/>
      </w:pPr>
      <w:r>
        <w:t>سینس آف او پیدا ہوتا تھا۔</w:t>
      </w:r>
    </w:p>
    <w:p>
      <w:r>
        <w:rPr>
          <w:b/>
        </w:rPr>
        <w:t xml:space="preserve">[43:53] </w:t>
      </w:r>
      <w:r>
        <w:t>us ko sense of awe.</w:t>
      </w:r>
    </w:p>
    <w:p>
      <w:pPr>
        <w:jc w:val="right"/>
      </w:pPr>
      <w:r>
        <w:t>اس کو سینس آف او۔</w:t>
      </w:r>
    </w:p>
    <w:p>
      <w:r>
        <w:rPr>
          <w:b/>
        </w:rPr>
        <w:t xml:space="preserve">[43:58] </w:t>
      </w:r>
      <w:r>
        <w:t>to phir us ko wo ek ghar mein le gaya.</w:t>
      </w:r>
    </w:p>
    <w:p>
      <w:pPr>
        <w:jc w:val="right"/>
      </w:pPr>
      <w:r>
        <w:t>تو پھر اس کو وہ ایک گھر میں لے گیا۔</w:t>
      </w:r>
    </w:p>
    <w:p>
      <w:r>
        <w:rPr>
          <w:b/>
        </w:rPr>
        <w:t xml:space="preserve">[44:03] </w:t>
      </w:r>
      <w:r>
        <w:t>اس گھر کو دیکھ کر کے وہ ہر چیز کو بہت دیکھتا تھا، وہ sense of awe کے ساتھ۔</w:t>
      </w:r>
    </w:p>
    <w:p>
      <w:pPr>
        <w:jc w:val="right"/>
      </w:pPr>
      <w:r>
        <w:t>اس گھر کو دیکھ کر کے وہ ہر چیز کو بہت دیکھتا تھا، وہ سینس آف او کے ساتھ۔</w:t>
      </w:r>
    </w:p>
    <w:p>
      <w:r>
        <w:rPr>
          <w:b/>
        </w:rPr>
        <w:t xml:space="preserve">[44:07] </w:t>
      </w:r>
      <w:r>
        <w:t>phir us ne apne apne coat ki jeeb se ek ek wo nikali, ki kunji, aur kaha ke:</w:t>
      </w:r>
    </w:p>
    <w:p>
      <w:pPr>
        <w:jc w:val="right"/>
      </w:pPr>
      <w:r>
        <w:t>پھر اس نے اپنے اپنے کوٹ کی جیب سے ایک ایک وہ نکالی، کی کنجی، اور کہا کہ:</w:t>
      </w:r>
    </w:p>
    <w:p>
      <w:r>
        <w:rPr>
          <w:b/>
        </w:rPr>
        <w:t xml:space="preserve">[44:12] </w:t>
      </w:r>
      <w:r>
        <w:t>"yeh ghar tumhara hai, yeh kunji lo." jante hain kya hua? pehle us ne sense of awe ke</w:t>
      </w:r>
    </w:p>
    <w:p>
      <w:pPr>
        <w:jc w:val="right"/>
      </w:pPr>
      <w:r>
        <w:t>"یہ گھر تمہارا ہے، یہ کنجی لو۔" جانتے ہیں کیا ہوا؟ پہلے اس نے سینس آف او کے</w:t>
      </w:r>
    </w:p>
    <w:p>
      <w:r>
        <w:rPr>
          <w:b/>
        </w:rPr>
        <w:t xml:space="preserve">[44:17] </w:t>
      </w:r>
      <w:r>
        <w:t>saath dekha tha, ab wo sajde mein gir pada.</w:t>
      </w:r>
    </w:p>
    <w:p>
      <w:pPr>
        <w:jc w:val="right"/>
      </w:pPr>
      <w:r>
        <w:t>ساتھ دیکھا تھا، اب وہ سجدے میں گر پڑا۔</w:t>
      </w:r>
    </w:p>
    <w:p>
      <w:r>
        <w:rPr>
          <w:b/>
        </w:rPr>
        <w:t xml:space="preserve">[44:22] </w:t>
      </w:r>
      <w:r>
        <w:t>achanak gir pada sajde mein ke: "khudaya!</w:t>
      </w:r>
    </w:p>
    <w:p>
      <w:pPr>
        <w:jc w:val="right"/>
      </w:pPr>
      <w:r>
        <w:t>اچانک گر پڑا سجدے میں کہ: "خدایا!</w:t>
      </w:r>
    </w:p>
    <w:p>
      <w:r>
        <w:rPr>
          <w:b/>
        </w:rPr>
        <w:t xml:space="preserve">[44:27] </w:t>
      </w:r>
      <w:r>
        <w:t>aisa kar mere liye, main to tent mein rehta tha, oont par baithta tha." to wo achanak sajde</w:t>
      </w:r>
    </w:p>
    <w:p>
      <w:pPr>
        <w:jc w:val="right"/>
      </w:pPr>
      <w:r>
        <w:t>ایسا کر میرے لیے، میں تو ٹینٹ میں رہتا تھا، اونٹ پر بیٹھتا تھا۔" تو وہ اچانک سجدے</w:t>
      </w:r>
    </w:p>
    <w:p>
      <w:r>
        <w:rPr>
          <w:b/>
        </w:rPr>
        <w:t xml:space="preserve">[44:32] </w:t>
      </w:r>
      <w:r>
        <w:t>mein gir pada.</w:t>
      </w:r>
    </w:p>
    <w:p>
      <w:pPr>
        <w:jc w:val="right"/>
      </w:pPr>
      <w:r>
        <w:t>میں گر پڑا۔</w:t>
      </w:r>
    </w:p>
    <w:p>
      <w:r>
        <w:rPr>
          <w:b/>
        </w:rPr>
        <w:t xml:space="preserve">[44:38] </w:t>
      </w:r>
      <w:r>
        <w:t>yeh hai personalization kaarname.</w:t>
      </w:r>
    </w:p>
    <w:p>
      <w:pPr>
        <w:jc w:val="right"/>
      </w:pPr>
      <w:r>
        <w:t>یہ ہے پرسنلائزیشن کارنامہ۔</w:t>
      </w:r>
    </w:p>
    <w:p>
      <w:r>
        <w:rPr>
          <w:b/>
        </w:rPr>
        <w:t xml:space="preserve">[44:44] </w:t>
      </w:r>
      <w:r>
        <w:t>jab tak switzerland ko doosron ke liye dekha tha, us ne jab to us us ghar ko us</w:t>
      </w:r>
    </w:p>
    <w:p>
      <w:pPr>
        <w:jc w:val="right"/>
      </w:pPr>
      <w:r>
        <w:t>جب تک سویٹزرلینڈ کو دوسروں کے لیے دیکھا تھا، اس نے جب تو اس اس گھر کو اس</w:t>
      </w:r>
    </w:p>
    <w:p>
      <w:r>
        <w:rPr>
          <w:b/>
        </w:rPr>
        <w:t xml:space="preserve">[44:50] </w:t>
      </w:r>
      <w:r>
        <w:t>ne doosron ke liye dekha tha, to bohat se bohat aaya tha sense of awe, bohat se bohat</w:t>
      </w:r>
    </w:p>
    <w:p>
      <w:pPr>
        <w:jc w:val="right"/>
      </w:pPr>
      <w:r>
        <w:t>نے دوسروں کے لیے دیکھا تھا، تو بہت سے بہت آیا تھا سینس آف او، بہت سے بہت</w:t>
      </w:r>
    </w:p>
    <w:p>
      <w:r>
        <w:rPr>
          <w:b/>
        </w:rPr>
        <w:t xml:space="preserve">[44:56] </w:t>
      </w:r>
      <w:r>
        <w:t>sense of awe.</w:t>
      </w:r>
    </w:p>
    <w:p>
      <w:pPr>
        <w:jc w:val="right"/>
      </w:pPr>
      <w:r>
        <w:t>سینس آف او۔</w:t>
      </w:r>
    </w:p>
    <w:p>
      <w:r>
        <w:rPr>
          <w:b/>
        </w:rPr>
        <w:t xml:space="preserve">[45:02] </w:t>
      </w:r>
      <w:r>
        <w:t>lekin jab us ne dekha ke yeh to mera hai, meri zaat ke liye hai, to us ka</w:t>
      </w:r>
    </w:p>
    <w:p>
      <w:pPr>
        <w:jc w:val="right"/>
      </w:pPr>
      <w:r>
        <w:t>لیکن جب اس نے دیکھا کہ یہ تو میرا ہے، میری ذات کے لیے ہے، تو اس کا</w:t>
      </w:r>
    </w:p>
    <w:p>
      <w:r>
        <w:rPr>
          <w:b/>
        </w:rPr>
        <w:t xml:space="preserve">[45:08] </w:t>
      </w:r>
      <w:r>
        <w:t>yani billion time us ki feeling barh gayi, aur wo sajde mein gir pada.</w:t>
      </w:r>
    </w:p>
    <w:p>
      <w:pPr>
        <w:jc w:val="right"/>
      </w:pPr>
      <w:r>
        <w:t>یعنی بلین ٹائم اس کی فیلنگ بڑھ گئی، اور وہ سجدے میں گر پڑا۔</w:t>
      </w:r>
    </w:p>
    <w:p>
      <w:r>
        <w:rPr>
          <w:b/>
        </w:rPr>
        <w:t xml:space="preserve">[45:14] </w:t>
      </w:r>
      <w:r>
        <w:t>yeh hai personalization of blessing.</w:t>
      </w:r>
    </w:p>
    <w:p>
      <w:pPr>
        <w:jc w:val="right"/>
      </w:pPr>
      <w:r>
        <w:t>یہ ہے پرسنلائزیشن آف بلیسنگ۔</w:t>
      </w:r>
    </w:p>
    <w:p>
      <w:r>
        <w:rPr>
          <w:b/>
        </w:rPr>
        <w:t xml:space="preserve">[45:20] </w:t>
      </w:r>
      <w:r>
        <w:t>to aap agar yeh chahte hain ke aap ko Allah taala ke haan wo darja mile jo un</w:t>
      </w:r>
    </w:p>
    <w:p>
      <w:pPr>
        <w:jc w:val="right"/>
      </w:pPr>
      <w:r>
        <w:t>تو آپ اگر یہ چاہتے ہیں کہ آپ کو اللہ تعالیٰ کے ہاں وہ درجہ ملے جو ان</w:t>
      </w:r>
    </w:p>
    <w:p>
      <w:r>
        <w:rPr>
          <w:b/>
        </w:rPr>
        <w:t xml:space="preserve">[45:26] </w:t>
      </w:r>
      <w:r>
        <w:t>logon ke liye likha hua hai jo Allah se bohat love dunya mein jinhon ne paida ki, strong</w:t>
      </w:r>
    </w:p>
    <w:p>
      <w:pPr>
        <w:jc w:val="right"/>
      </w:pPr>
      <w:r>
        <w:t>لوگوں کے لیے لکھا ہوا ہے جو اللہ سے بہت لو دنیا میں جنہوں نے پیدا کی، سٹرانگ</w:t>
      </w:r>
    </w:p>
    <w:p>
      <w:r>
        <w:rPr>
          <w:b/>
        </w:rPr>
        <w:t xml:space="preserve">[45:32] </w:t>
      </w:r>
      <w:r>
        <w:t>afekshan allah ke liye ke dil mein paida aaya hua, un mein se aap ka shumar ho, to</w:t>
      </w:r>
    </w:p>
    <w:p>
      <w:pPr>
        <w:jc w:val="right"/>
      </w:pPr>
      <w:r>
        <w:t>افیکشن اللہ کے لیے کہ دل میں پیدا آیا ہوا، ان میں سے آپ کا شمار ہو، تو</w:t>
      </w:r>
    </w:p>
    <w:p>
      <w:r>
        <w:rPr>
          <w:b/>
        </w:rPr>
        <w:t xml:space="preserve">[45:38] </w:t>
      </w:r>
      <w:r>
        <w:t>aap ke liye yahi hai ke aap khuda ki blesing ko personaliz karna seekhiye.</w:t>
      </w:r>
    </w:p>
    <w:p>
      <w:pPr>
        <w:jc w:val="right"/>
      </w:pPr>
      <w:r>
        <w:t>آپ کے لیے یہی ہے کہ آپ خدا کی بلیسنگ کو پرسنلائز کرنا سیکھیے۔</w:t>
      </w:r>
    </w:p>
    <w:p>
      <w:r>
        <w:rPr>
          <w:b/>
        </w:rPr>
        <w:t xml:space="preserve">[45:44] </w:t>
      </w:r>
      <w:r>
        <w:t>misalan ek ek glass pani aap ke samne aaya, aap ke pas lagi hui hai, aap ne pani</w:t>
      </w:r>
    </w:p>
    <w:p>
      <w:pPr>
        <w:jc w:val="right"/>
      </w:pPr>
      <w:r>
        <w:t>مثلاً ایک ایک گلاس پانی آپ کے سامنے آیا، آپ کے پاس لگی ہوئی ہے، آپ نے پانی</w:t>
      </w:r>
    </w:p>
    <w:p>
      <w:r>
        <w:rPr>
          <w:b/>
        </w:rPr>
        <w:t xml:space="preserve">[45:50] </w:t>
      </w:r>
      <w:r>
        <w:t>manga, ek glass pani aaya.</w:t>
      </w:r>
    </w:p>
    <w:p>
      <w:pPr>
        <w:jc w:val="right"/>
      </w:pPr>
      <w:r>
        <w:t>مانگا، ایک گلاس پانی آیا۔</w:t>
      </w:r>
    </w:p>
    <w:p>
      <w:r>
        <w:rPr>
          <w:b/>
        </w:rPr>
        <w:t xml:space="preserve">[45:56] </w:t>
      </w:r>
      <w:r>
        <w:t>to agar aap ne is ke pas pi liya khali, to aap ko sirf pani mila.</w:t>
      </w:r>
    </w:p>
    <w:p>
      <w:pPr>
        <w:jc w:val="right"/>
      </w:pPr>
      <w:r>
        <w:t>تو اگر آپ نے اس کے پاس پی لیا خالی، تو آپ کو صرف پانی ملا۔</w:t>
      </w:r>
    </w:p>
    <w:p>
      <w:r>
        <w:rPr>
          <w:b/>
        </w:rPr>
        <w:t xml:space="preserve">[46:02] </w:t>
      </w:r>
      <w:r>
        <w:t>agar aap sochen ke khuda ne itni bari kainat jo banai aur itna pani ka samandar baha diya,</w:t>
      </w:r>
    </w:p>
    <w:p>
      <w:pPr>
        <w:jc w:val="right"/>
      </w:pPr>
      <w:r>
        <w:t>اگر آپ سوچیں کہ خدا نے اتنی بڑی کائنات جو بنائی اور اتنا پانی کا سمندر بہا دیا،</w:t>
      </w:r>
    </w:p>
    <w:p>
      <w:r>
        <w:rPr>
          <w:b/>
        </w:rPr>
        <w:t xml:space="preserve">[46:08] </w:t>
      </w:r>
      <w:r>
        <w:t>wo sab mere liye tha.</w:t>
      </w:r>
    </w:p>
    <w:p>
      <w:pPr>
        <w:jc w:val="right"/>
      </w:pPr>
      <w:r>
        <w:t>وہ سب میرے لیے تھا۔</w:t>
      </w:r>
    </w:p>
    <w:p>
      <w:r>
        <w:rPr>
          <w:b/>
        </w:rPr>
        <w:t xml:space="preserve">[46:14] </w:t>
      </w:r>
      <w:r>
        <w:t>yeh sochente sochente aap sab sochen, yahan tak sochenne lage hain ke khuda ne mere liye big bang paida kiya.</w:t>
      </w:r>
    </w:p>
    <w:p>
      <w:pPr>
        <w:jc w:val="right"/>
      </w:pPr>
      <w:r>
        <w:t>یہ سوچتے سوچتے آپ سب سوچیں، یہاں تک سوچنے لگے ہیں کہ خدا نے میرے لیے بگ بینگ پیدا کیا۔</w:t>
      </w:r>
    </w:p>
    <w:p>
      <w:r>
        <w:rPr>
          <w:b/>
        </w:rPr>
        <w:t xml:space="preserve">[46:20] </w:t>
      </w:r>
      <w:r>
        <w:t>thirtee billion sal pehle ek big bang hua, phir galaxy bani, phir solar system bana, phir yeh zameen</w:t>
      </w:r>
    </w:p>
    <w:p>
      <w:pPr>
        <w:jc w:val="right"/>
      </w:pPr>
      <w:r>
        <w:t>تھرٹی بلین سال پہلے ایک بگ بینگ ہوا، پھر گیلیکسی بنی، پھر سولر سسٹم بنا، پھر یہ زمین</w:t>
      </w:r>
    </w:p>
    <w:p>
      <w:r>
        <w:rPr>
          <w:b/>
        </w:rPr>
        <w:t xml:space="preserve">[46:26] </w:t>
      </w:r>
      <w:r>
        <w:t>bani, phir yeh zameen thandi hui, phir yahan barish hui, aur samundaron mein pani jama ho gaya, waghera waghera waghera.</w:t>
      </w:r>
    </w:p>
    <w:p>
      <w:pPr>
        <w:jc w:val="right"/>
      </w:pPr>
      <w:r>
        <w:t>بنی، پھر یہ زمین ٹھنڈی ہوئی، پھر یہاں بارش ہوئی، اور سمندروں میں پانی جمع ہو گیا، وغیرہ وغیرہ وغیرہ۔</w:t>
      </w:r>
    </w:p>
    <w:p>
      <w:r>
        <w:rPr>
          <w:b/>
        </w:rPr>
        <w:t xml:space="preserve">[46:32] </w:t>
      </w:r>
      <w:r>
        <w:t>aur phir is ka ek glass mujhe diya gaya hai.</w:t>
      </w:r>
    </w:p>
    <w:p>
      <w:pPr>
        <w:jc w:val="right"/>
      </w:pPr>
      <w:r>
        <w:t>اور پھر اس کا ایک گلاس مجھے دیا گیا ہے۔</w:t>
      </w:r>
    </w:p>
    <w:p>
      <w:r>
        <w:rPr>
          <w:b/>
        </w:rPr>
        <w:t xml:space="preserve">[46:38] </w:t>
      </w:r>
      <w:r>
        <w:t>yeh sara apne hisse mein likh len.</w:t>
      </w:r>
    </w:p>
    <w:p>
      <w:pPr>
        <w:jc w:val="right"/>
      </w:pPr>
      <w:r>
        <w:t>یہ سارا اپنے حصے میں لکھ لیں۔</w:t>
      </w:r>
    </w:p>
    <w:p>
      <w:r>
        <w:rPr>
          <w:b/>
        </w:rPr>
        <w:t xml:space="preserve">[46:44] </w:t>
      </w:r>
      <w:r>
        <w:t>aap puri khuda ki jo blesing hai, sari kainat ke liye, sare mankind ke liye, us ko</w:t>
      </w:r>
    </w:p>
    <w:p>
      <w:pPr>
        <w:jc w:val="right"/>
      </w:pPr>
      <w:r>
        <w:t>آپ پوری خدا کی جو بلیسنگ ہے، ساری کائنات کے لیے، سارے مین کائنڈ کے لیے، اس کو</w:t>
      </w:r>
    </w:p>
    <w:p>
      <w:r>
        <w:rPr>
          <w:b/>
        </w:rPr>
        <w:t xml:space="preserve">[46:50] </w:t>
      </w:r>
      <w:r>
        <w:t>aap apne hisse mein likh len.</w:t>
      </w:r>
    </w:p>
    <w:p>
      <w:pPr>
        <w:jc w:val="right"/>
      </w:pPr>
      <w:r>
        <w:t>آپ اپنے حصے میں لکھ لیں۔</w:t>
      </w:r>
    </w:p>
    <w:p>
      <w:r>
        <w:rPr>
          <w:b/>
        </w:rPr>
        <w:t xml:space="preserve">[46:56] </w:t>
      </w:r>
      <w:r>
        <w:t>is waqt aap ke andar wo shukr ka wo jazba uṛega ke dunya ke sare dikshnari mein</w:t>
      </w:r>
    </w:p>
    <w:p>
      <w:pPr>
        <w:jc w:val="right"/>
      </w:pPr>
      <w:r>
        <w:t>اس وقت آپ کے اندر وہ شکر کا وہ جذبہ اڑے گا کہ دنیا کے سارے ڈکشنری میں</w:t>
      </w:r>
    </w:p>
    <w:p>
      <w:r>
        <w:rPr>
          <w:b/>
        </w:rPr>
        <w:t xml:space="preserve">[47:02] </w:t>
      </w:r>
      <w:r>
        <w:t>us ke liye aap ko alfaaz nahi milenge.</w:t>
      </w:r>
    </w:p>
    <w:p>
      <w:pPr>
        <w:jc w:val="right"/>
      </w:pPr>
      <w:r>
        <w:t>اس کے لیے آپ کو الفاظ نہیں ملیں گے۔</w:t>
      </w:r>
    </w:p>
    <w:p>
      <w:r>
        <w:rPr>
          <w:b/>
        </w:rPr>
        <w:t xml:space="preserve">[47:08] </w:t>
      </w:r>
      <w:r>
        <w:t>jitni bhi dikshnari hain dunya mein, us mein jitne bhi alfaaz honge, wo sare alfaaz nakah bhi</w:t>
      </w:r>
    </w:p>
    <w:p>
      <w:pPr>
        <w:jc w:val="right"/>
      </w:pPr>
      <w:r>
        <w:t>جتنی بھی ڈکشنری ہیں دنیا میں، اس میں جتنے بھی الفاظ ہوں گے، وہ سارے الفاظ ناکہ بھی</w:t>
      </w:r>
    </w:p>
    <w:p>
      <w:r>
        <w:rPr>
          <w:b/>
        </w:rPr>
        <w:t xml:space="preserve">[47:14] </w:t>
      </w:r>
      <w:r>
        <w:t>ho jayenge.</w:t>
      </w:r>
    </w:p>
    <w:p>
      <w:pPr>
        <w:jc w:val="right"/>
      </w:pPr>
      <w:r>
        <w:t>ہو جائیں گے۔</w:t>
      </w:r>
    </w:p>
    <w:p>
      <w:r>
        <w:rPr>
          <w:b/>
        </w:rPr>
        <w:t xml:space="preserve">[47:20] </w:t>
      </w:r>
      <w:r>
        <w:t>tab ja kar aap ko wo jannat milegi.</w:t>
      </w:r>
    </w:p>
    <w:p>
      <w:pPr>
        <w:jc w:val="right"/>
      </w:pPr>
      <w:r>
        <w:t>تب جا کر آپ کو وہ جنت ملے گی۔</w:t>
      </w:r>
    </w:p>
    <w:p>
      <w:r>
        <w:rPr>
          <w:b/>
        </w:rPr>
        <w:t xml:space="preserve">[47:26] </w:t>
      </w:r>
      <w:r>
        <w:t>us ke bare mein quran mein hai ke quran mein hai ke wo wo kiya alfaaz hain? wo</w:t>
      </w:r>
    </w:p>
    <w:p>
      <w:pPr>
        <w:jc w:val="right"/>
      </w:pPr>
      <w:r>
        <w:t>اس کے بارے میں قرآن میں ہے کہ قرآن میں ہے کہ وہ وہ کیا الفاظ ہیں؟ وہ</w:t>
      </w:r>
    </w:p>
    <w:p>
      <w:r>
        <w:rPr>
          <w:b/>
        </w:rPr>
        <w:t xml:space="preserve">[47:32] </w:t>
      </w:r>
      <w:r>
        <w:t>la ta'lamu nafsun min qurrati 'aynin.</w:t>
      </w:r>
    </w:p>
    <w:p>
      <w:pPr>
        <w:jc w:val="right"/>
      </w:pPr>
      <w:r>
        <w:t>لا تعلم نفس من قرۃ عین۔</w:t>
      </w:r>
    </w:p>
    <w:p>
      <w:r>
        <w:rPr>
          <w:b/>
        </w:rPr>
        <w:t xml:space="preserve">[47:38] </w:t>
      </w:r>
      <w:r>
        <w:t>quran mein jannat ke bare mein hai: la ta'lamu nafsun min qurrati 'aynin.</w:t>
      </w:r>
    </w:p>
    <w:p>
      <w:pPr>
        <w:jc w:val="right"/>
      </w:pPr>
      <w:r>
        <w:t>قرآن میں جنت کے بارے میں ہے: لا تعلم نفس من قرۃ عین۔</w:t>
      </w:r>
    </w:p>
    <w:p>
      <w:r>
        <w:rPr>
          <w:b/>
        </w:rPr>
        <w:t xml:space="preserve">[47:44] </w:t>
      </w:r>
      <w:r>
        <w:t>kisi kisi insan ko nahi maloom ke allah ne jannat mein us ke liye kaisi ki thandak rakhi hai.</w:t>
      </w:r>
    </w:p>
    <w:p>
      <w:pPr>
        <w:jc w:val="right"/>
      </w:pPr>
      <w:r>
        <w:t>کسی کسی انسان کو نہیں معلوم کہ اللہ نے جنت میں اس کے لیے کیسی کی ٹھنڈک رکھی ہے۔</w:t>
      </w:r>
    </w:p>
    <w:p>
      <w:r>
        <w:rPr>
          <w:b/>
        </w:rPr>
        <w:t xml:space="preserve">[47:50] </w:t>
      </w:r>
      <w:r>
        <w:t>hadith mein aata hai ke la 'alimat ratun wa la 'uzur sami'at wa la khatar 'ala qalbi basharin.</w:t>
      </w:r>
    </w:p>
    <w:p>
      <w:pPr>
        <w:jc w:val="right"/>
      </w:pPr>
      <w:r>
        <w:t>حدیث میں آتا ہے کہ لا عالم رات ولا عذر سمعت ولا خطر علی قلب بشر۔</w:t>
      </w:r>
    </w:p>
    <w:p>
      <w:r>
        <w:rPr>
          <w:b/>
        </w:rPr>
        <w:t xml:space="preserve">[47:56] </w:t>
      </w:r>
      <w:r>
        <w:t>na kisi aankh ne dekha, na kisi insan ne socha.</w:t>
      </w:r>
    </w:p>
    <w:p>
      <w:pPr>
        <w:jc w:val="right"/>
      </w:pPr>
      <w:r>
        <w:t>نہ کسی آنکھ نے دیکھا، نہ کسی انسان نے سوچا۔</w:t>
      </w:r>
    </w:p>
    <w:p>
      <w:r>
        <w:rPr>
          <w:b/>
        </w:rPr>
        <w:t xml:space="preserve">[48:02] </w:t>
      </w:r>
      <w:r>
        <w:t>to aisi jannat jo hai, woh free mil jayegi kya kisi ko? jitni bhi jannat, woh itna</w:t>
      </w:r>
    </w:p>
    <w:p>
      <w:pPr>
        <w:jc w:val="right"/>
      </w:pPr>
      <w:r>
        <w:t>تو ایسی جنت جو ہے، وہ فری مل جائے گی کیا کسی کو؟ جتنی بھی جنت، وہ اتنا</w:t>
      </w:r>
    </w:p>
    <w:p>
      <w:r>
        <w:rPr>
          <w:b/>
        </w:rPr>
        <w:t xml:space="preserve">[48:08] </w:t>
      </w:r>
      <w:r>
        <w:t>bada amal hai.</w:t>
      </w:r>
    </w:p>
    <w:p>
      <w:pPr>
        <w:jc w:val="right"/>
      </w:pPr>
      <w:r>
        <w:t>بڑا عمل ہے۔</w:t>
      </w:r>
    </w:p>
    <w:p>
      <w:r>
        <w:rPr>
          <w:b/>
        </w:rPr>
        <w:t xml:space="preserve">[48:14] </w:t>
      </w:r>
      <w:r>
        <w:t>aur amal kya hai? shukr.</w:t>
      </w:r>
    </w:p>
    <w:p>
      <w:pPr>
        <w:jc w:val="right"/>
      </w:pPr>
      <w:r>
        <w:t>اور عمل کیا ہے؟ شکر۔</w:t>
      </w:r>
    </w:p>
    <w:p>
      <w:r>
        <w:rPr>
          <w:b/>
        </w:rPr>
        <w:t xml:space="preserve">[48:20] </w:t>
      </w:r>
      <w:r>
        <w:t>Allah ko realize karna, Allah ko acknowledge karna, Allah ke liye shukr ka samundar aap ke dil mein</w:t>
      </w:r>
    </w:p>
    <w:p>
      <w:pPr>
        <w:jc w:val="right"/>
      </w:pPr>
      <w:r>
        <w:t>اللہ کو ریلائز کرنا، اللہ کو اکنالج کرنا، اللہ کے لیے شکر کا سمندر آپ کے دل میں</w:t>
      </w:r>
    </w:p>
    <w:p>
      <w:r>
        <w:rPr>
          <w:b/>
        </w:rPr>
        <w:t xml:space="preserve">[48:26] </w:t>
      </w:r>
      <w:r>
        <w:t>paida ho jana, yeh hai is ki qeemat.</w:t>
      </w:r>
    </w:p>
    <w:p>
      <w:pPr>
        <w:jc w:val="right"/>
      </w:pPr>
      <w:r>
        <w:t>پیدا ہو جانا، یہ ہے اس کی قیمت۔</w:t>
      </w:r>
    </w:p>
    <w:p>
      <w:r>
        <w:rPr>
          <w:b/>
        </w:rPr>
        <w:t xml:space="preserve">[48:32] </w:t>
      </w:r>
      <w:r>
        <w:t>is ke baghair kuch bhi nahin.</w:t>
      </w:r>
    </w:p>
    <w:p>
      <w:pPr>
        <w:jc w:val="right"/>
      </w:pPr>
      <w:r>
        <w:t>اس کے بغیر کچھ بھی نہیں۔</w:t>
      </w:r>
    </w:p>
    <w:p>
      <w:r>
        <w:rPr>
          <w:b/>
        </w:rPr>
        <w:t xml:space="preserve">[48:37] </w:t>
      </w:r>
      <w:r>
        <w:t>to yeh qissa jo maine padha tha, jo Switzerland wala, woh bohat illustrative qissa hai, bohat illustrative</w:t>
      </w:r>
    </w:p>
    <w:p>
      <w:pPr>
        <w:jc w:val="right"/>
      </w:pPr>
      <w:r>
        <w:t>تو یہ قصہ جو میں نے پڑھا تھا، جو سویٹزرلینڈ والا، وہ بہت السٹریٹیو قصہ ہے، بہت السٹریٹیو</w:t>
      </w:r>
    </w:p>
    <w:p>
      <w:r>
        <w:rPr>
          <w:b/>
        </w:rPr>
        <w:t xml:space="preserve">[48:43] </w:t>
      </w:r>
      <w:r>
        <w:t>ke wahi same Arab jo khaimon mein raha tha, desert mein rehta tha, oont par baithta tha, khajoor</w:t>
      </w:r>
    </w:p>
    <w:p>
      <w:pPr>
        <w:jc w:val="right"/>
      </w:pPr>
      <w:r>
        <w:t>کہ وہی سیم عرب جو خیموں میں رہا تھا، ڈیزرٹ میں رہتا تھا، اونٹ پر بیٹھتا تھا، کھجور</w:t>
      </w:r>
    </w:p>
    <w:p>
      <w:r>
        <w:rPr>
          <w:b/>
        </w:rPr>
        <w:t xml:space="preserve">[48:49] </w:t>
      </w:r>
      <w:r>
        <w:t>khata tha, aur kuch is ke paas saman nahin tha.</w:t>
      </w:r>
    </w:p>
    <w:p>
      <w:pPr>
        <w:jc w:val="right"/>
      </w:pPr>
      <w:r>
        <w:t>کھاتا تھا، اور کچھ اس کے پاس سامان نہیں تھا۔</w:t>
      </w:r>
    </w:p>
    <w:p>
      <w:r>
        <w:rPr>
          <w:b/>
        </w:rPr>
        <w:t xml:space="preserve">[48:55] </w:t>
      </w:r>
      <w:r>
        <w:t>ab achaanak is ko paisa aa gaya, aur is ka dost achaanak is ko le kar utar deta</w:t>
      </w:r>
    </w:p>
    <w:p>
      <w:pPr>
        <w:jc w:val="right"/>
      </w:pPr>
      <w:r>
        <w:t>اب اچانک اس کو پیسہ آ گیا، اور اس کا دوست اچانک اس کو لے کر اتار دیتا</w:t>
      </w:r>
    </w:p>
    <w:p>
      <w:r>
        <w:rPr>
          <w:b/>
        </w:rPr>
        <w:t xml:space="preserve">[49:01] </w:t>
      </w:r>
      <w:r>
        <w:t>hai Switzerland mein.</w:t>
      </w:r>
    </w:p>
    <w:p>
      <w:pPr>
        <w:jc w:val="right"/>
      </w:pPr>
      <w:r>
        <w:t>ہے سویٹزرلینڈ میں۔</w:t>
      </w:r>
    </w:p>
    <w:p>
      <w:r>
        <w:rPr>
          <w:b/>
        </w:rPr>
        <w:t xml:space="preserve">[49:07] </w:t>
      </w:r>
      <w:r>
        <w:t>wahan woh dekhta hai ke kahan woh khaima aur kahan yahan ke shandar makaan, shandar sarkein, shandar city.</w:t>
      </w:r>
    </w:p>
    <w:p>
      <w:pPr>
        <w:jc w:val="right"/>
      </w:pPr>
      <w:r>
        <w:t>وہاں وہ دیکھتا ہے کہ کہاں وہ خیمہ اور کہاں یہاں کے شاندار مکان، شاندار سڑکیں، شاندار سٹی۔</w:t>
      </w:r>
    </w:p>
    <w:p>
      <w:r>
        <w:rPr>
          <w:b/>
        </w:rPr>
        <w:t xml:space="preserve">[49:13] </w:t>
      </w:r>
      <w:r>
        <w:t>lekin is ko dekh, is ne is ko personalize nahin kiya tha.</w:t>
      </w:r>
    </w:p>
    <w:p>
      <w:pPr>
        <w:jc w:val="right"/>
      </w:pPr>
      <w:r>
        <w:t>لیکن اس کو دیکھ، اس نے اس کو پرسنلائز نہیں کیا تھا۔</w:t>
      </w:r>
    </w:p>
    <w:p>
      <w:r>
        <w:rPr>
          <w:b/>
        </w:rPr>
        <w:t xml:space="preserve">[49:19] </w:t>
      </w:r>
      <w:r>
        <w:t>is ko samjha doosron ki cheez samjha do ke Switzerland walon ka yeh sab saman hai.</w:t>
      </w:r>
    </w:p>
    <w:p>
      <w:pPr>
        <w:jc w:val="right"/>
      </w:pPr>
      <w:r>
        <w:t>اس کو سمجھا دوسروں کی چیز سمجھا دو کہ سویٹزرلینڈ والوں کا یہ سب سامان ہے۔</w:t>
      </w:r>
    </w:p>
    <w:p>
      <w:r>
        <w:rPr>
          <w:b/>
        </w:rPr>
        <w:t xml:space="preserve">[49:25] </w:t>
      </w:r>
      <w:r>
        <w:t>to sense of awe paida hota tha.</w:t>
      </w:r>
    </w:p>
    <w:p>
      <w:pPr>
        <w:jc w:val="right"/>
      </w:pPr>
      <w:r>
        <w:t>تو سینس آف او پیدا ہوتا تھا۔</w:t>
      </w:r>
    </w:p>
    <w:p>
      <w:r>
        <w:rPr>
          <w:b/>
        </w:rPr>
        <w:t xml:space="preserve">[49:31] </w:t>
      </w:r>
      <w:r>
        <w:t>hata ke jab woh is ghar mein le gaya, is ko jo well furnished ghar tha, bohat acha,</w:t>
      </w:r>
    </w:p>
    <w:p>
      <w:pPr>
        <w:jc w:val="right"/>
      </w:pPr>
      <w:r>
        <w:t>حتیٰ کہ جب وہ اس گھر میں لے گیا، اس کو جو ویل فرنش گھر تھا، بہت اچھا،</w:t>
      </w:r>
    </w:p>
    <w:p>
      <w:r>
        <w:rPr>
          <w:b/>
        </w:rPr>
        <w:t xml:space="preserve">[49:37] </w:t>
      </w:r>
      <w:r>
        <w:t>is ke samne ek shandar car khadi hui thi.</w:t>
      </w:r>
    </w:p>
    <w:p>
      <w:pPr>
        <w:jc w:val="right"/>
      </w:pPr>
      <w:r>
        <w:t>اس کے سامنے ایک شاندار کار کھڑی ہوئی تھی۔</w:t>
      </w:r>
    </w:p>
    <w:p>
      <w:r>
        <w:rPr>
          <w:b/>
        </w:rPr>
        <w:t xml:space="preserve">[49:43] </w:t>
      </w:r>
      <w:r>
        <w:t>tab bhi is ke andar sense of awe aya hai.</w:t>
      </w:r>
    </w:p>
    <w:p>
      <w:pPr>
        <w:jc w:val="right"/>
      </w:pPr>
      <w:r>
        <w:t>تب بھی اس کے اندر سینس آف او آیا ہے۔</w:t>
      </w:r>
    </w:p>
    <w:p>
      <w:r>
        <w:rPr>
          <w:b/>
        </w:rPr>
        <w:t xml:space="preserve">[49:49] </w:t>
      </w:r>
      <w:r>
        <w:t>bas sense of awe matlab ek ek mutaajjab nazar se dekha is ne, kyunke is ne personalize nahin kiya tha.</w:t>
      </w:r>
    </w:p>
    <w:p>
      <w:pPr>
        <w:jc w:val="right"/>
      </w:pPr>
      <w:r>
        <w:t>بس سینس آف او مطلب ایک ایک متعجب نظر سے دیکھا اس نے، کیونکہ اس نے پرسنلائز نہیں کیا تھا۔</w:t>
      </w:r>
    </w:p>
    <w:p>
      <w:r>
        <w:rPr>
          <w:b/>
        </w:rPr>
        <w:t xml:space="preserve">[49:55] </w:t>
      </w:r>
      <w:r>
        <w:t>is ko doosron ki cheez samjha tha woh.</w:t>
      </w:r>
    </w:p>
    <w:p>
      <w:pPr>
        <w:jc w:val="right"/>
      </w:pPr>
      <w:r>
        <w:t>اس کو دوسروں کی چیز سمجھا تھا وہ۔</w:t>
      </w:r>
    </w:p>
    <w:p>
      <w:r>
        <w:rPr>
          <w:b/>
        </w:rPr>
        <w:t xml:space="preserve">[50:01] </w:t>
      </w:r>
      <w:r>
        <w:t>lekin jab is ne apni jeb se kunji nikali aur kaha ke mere dost, yeh tera ghar hai,</w:t>
      </w:r>
    </w:p>
    <w:p>
      <w:pPr>
        <w:jc w:val="right"/>
      </w:pPr>
      <w:r>
        <w:t>لیکن جب اس نے اپنی جیب سے کنجی نکالی اور کہا کہ میرے دوست، یہ تیرا گھر ہے،</w:t>
      </w:r>
    </w:p>
    <w:p>
      <w:r>
        <w:rPr>
          <w:b/>
        </w:rPr>
        <w:t xml:space="preserve">[50:07] </w:t>
      </w:r>
      <w:r>
        <w:t>yeh is ghar ki kunji hai, aaj se tu is ka malik hai, to is ka seena phat</w:t>
      </w:r>
    </w:p>
    <w:p>
      <w:pPr>
        <w:jc w:val="right"/>
      </w:pPr>
      <w:r>
        <w:t>یہ اس گھر کی کنجی ہے، آج سے تو اس کا مالک ہے، تو اس کا سینہ پھٹ</w:t>
      </w:r>
    </w:p>
    <w:p>
      <w:r>
        <w:rPr>
          <w:b/>
        </w:rPr>
        <w:t xml:space="preserve">[50:13] </w:t>
      </w:r>
      <w:r>
        <w:t>gaya aur achaanak sajde mein gir pada hua.</w:t>
      </w:r>
    </w:p>
    <w:p>
      <w:pPr>
        <w:jc w:val="right"/>
      </w:pPr>
      <w:r>
        <w:t>گیا اور اچانک سجدے میں گر پڑا ہوا۔</w:t>
      </w:r>
    </w:p>
    <w:p>
      <w:r>
        <w:rPr>
          <w:b/>
        </w:rPr>
        <w:t xml:space="preserve">[50:19] </w:t>
      </w:r>
      <w:r>
        <w:t>kyunke ab is ne is ghar ko personalize kar liya tha.</w:t>
      </w:r>
    </w:p>
    <w:p>
      <w:pPr>
        <w:jc w:val="right"/>
      </w:pPr>
      <w:r>
        <w:t>کیونکہ اب اس نے اس گھر کو پرسنلائز کر لیا تھا۔</w:t>
      </w:r>
    </w:p>
    <w:p>
      <w:r>
        <w:rPr>
          <w:b/>
        </w:rPr>
        <w:t xml:space="preserve">[50:25] </w:t>
      </w:r>
      <w:r>
        <w:t>تو یاد رکھیے، جب تک آپ اگر آپ principle of personalization نہ سیکھیں تو fear تو آپ کے</w:t>
      </w:r>
    </w:p>
    <w:p>
      <w:pPr>
        <w:jc w:val="right"/>
      </w:pPr>
      <w:r>
        <w:t>تو یاد رکھیے، جب تک آپ اگر آپ پرنسپل آف پرسنلائزیشن نہ سیکھیں تو فیئر تو آپ کے</w:t>
      </w:r>
    </w:p>
    <w:p>
      <w:r>
        <w:rPr>
          <w:b/>
        </w:rPr>
        <w:t xml:space="preserve">[50:31] </w:t>
      </w:r>
      <w:r>
        <w:t>اندر آ سکتا ہے، لیکن low نہیں آ سکتی۔</w:t>
      </w:r>
    </w:p>
    <w:p>
      <w:pPr>
        <w:jc w:val="right"/>
      </w:pPr>
      <w:r>
        <w:t>اندر آ سکتا ہے، لیکن لو نہیں آ سکتی۔</w:t>
      </w:r>
    </w:p>
    <w:p>
      <w:r>
        <w:rPr>
          <w:b/>
        </w:rPr>
        <w:t xml:space="preserve">[50:37] </w:t>
      </w:r>
      <w:r>
        <w:t>فیئر تو آپ کے اندر آ سکتا ہے، لو نہیں آ سکتی، کیونکہ فیئر تو by instinct آئے گا۔</w:t>
      </w:r>
    </w:p>
    <w:p>
      <w:pPr>
        <w:jc w:val="right"/>
      </w:pPr>
      <w:r>
        <w:t>فیئر تو آپ کے اندر آ سکتا ہے، لو نہیں آ سکتی، کیونکہ فیئر تو بائے انسٹنکٹ آئے گا۔</w:t>
      </w:r>
    </w:p>
    <w:p>
      <w:r>
        <w:rPr>
          <w:b/>
        </w:rPr>
        <w:t xml:space="preserve">[50:43] </w:t>
      </w:r>
      <w:r>
        <w:t>فیئر کے لیے آپ کو زیادہ سوچنے کی ضرورت نہیں ہے، by instinct فیئر آ جاتا ہے۔</w:t>
      </w:r>
    </w:p>
    <w:p>
      <w:pPr>
        <w:jc w:val="right"/>
      </w:pPr>
      <w:r>
        <w:t>فیئر کے لیے آپ کو زیادہ سوچنے کی ضرورت نہیں ہے، بائے انسٹنکٹ فیئر آ جاتا ہے۔</w:t>
      </w:r>
    </w:p>
    <w:p>
      <w:r>
        <w:rPr>
          <w:b/>
        </w:rPr>
        <w:t xml:space="preserve">[50:49] </w:t>
      </w:r>
      <w:r>
        <w:t>لیکن لو کے لیے تو آپ کو بہت سوچنا ہے، بہت سوچنا ہے، بہت سوچنا ہے، اپنے mind</w:t>
      </w:r>
    </w:p>
    <w:p>
      <w:pPr>
        <w:jc w:val="right"/>
      </w:pPr>
      <w:r>
        <w:t>لیکن لو کے لیے تو آپ کو بہت سوچنا ہے، بہت سوچنا ہے، بہت سوچنا ہے، اپنے مائنڈ</w:t>
      </w:r>
    </w:p>
    <w:p>
      <w:r>
        <w:rPr>
          <w:b/>
        </w:rPr>
        <w:t xml:space="preserve">[50:55] </w:t>
      </w:r>
      <w:r>
        <w:t>ko active karna hai aur apne ko distraction se bachana parega.</w:t>
      </w:r>
    </w:p>
    <w:p>
      <w:pPr>
        <w:jc w:val="right"/>
      </w:pPr>
      <w:r>
        <w:t>کو ایکٹیو کرنا ہے اور اپنے کو ڈسٹریکشن سے بچانا پڑے گا۔</w:t>
      </w:r>
    </w:p>
    <w:p>
      <w:r>
        <w:rPr>
          <w:b/>
        </w:rPr>
        <w:t xml:space="preserve">[51:01] </w:t>
      </w:r>
      <w:r>
        <w:t>jab tak aap distractions nahi bachayenge, aap soch bhi nahi payenge.</w:t>
      </w:r>
    </w:p>
    <w:p>
      <w:pPr>
        <w:jc w:val="right"/>
      </w:pPr>
      <w:r>
        <w:t>جب تک آپ ڈسٹریکشنز نہیں بچائیں گے، آپ سوچ بھی نہیں پائیں گے۔</w:t>
      </w:r>
    </w:p>
    <w:p>
      <w:r>
        <w:rPr>
          <w:b/>
        </w:rPr>
        <w:t xml:space="preserve">[51:07] </w:t>
      </w:r>
      <w:r>
        <w:t>ڈسٹریکشن se bachana aur apne andar woh lana, yani focus thinking lana, apne andar thinking process jari karna,</w:t>
      </w:r>
    </w:p>
    <w:p>
      <w:pPr>
        <w:jc w:val="right"/>
      </w:pPr>
      <w:r>
        <w:t>ڈسٹریکشن سے بچانا اور اپنے اندر وہ لانا، یعنی فوکس تھنکنگ لانا، اپنے اندر تھنکنگ پروسیس جاری کرنا،</w:t>
      </w:r>
    </w:p>
    <w:p>
      <w:r>
        <w:rPr>
          <w:b/>
        </w:rPr>
        <w:t xml:space="preserve">[51:13] </w:t>
      </w:r>
      <w:r>
        <w:t>یہ سب آپ جب کریں گے، تب یہ possible ہوگا کہ آپ خدا کی blessing کو personalize کر سکیں۔</w:t>
      </w:r>
    </w:p>
    <w:p>
      <w:pPr>
        <w:jc w:val="right"/>
      </w:pPr>
      <w:r>
        <w:t>یہ سب آپ جب کریں گے، تب یہ پوسیبل ہوگا کہ آپ خدا کی بلیسنگ کو پرسنلائز کر سکیں۔</w:t>
      </w:r>
    </w:p>
    <w:p>
      <w:r>
        <w:rPr>
          <w:b/>
        </w:rPr>
        <w:t xml:space="preserve">[51:19] </w:t>
      </w:r>
      <w:r>
        <w:t>jab aap personalize karenge to jitni bhi universe hai, utni is se bara shukr ka samandar aap</w:t>
      </w:r>
    </w:p>
    <w:p>
      <w:pPr>
        <w:jc w:val="right"/>
      </w:pPr>
      <w:r>
        <w:t>جب آپ پرسنلائز کریں گے تو جتنی بھی یونیورس ہے، اتنی اس سے بڑا شکر کا سمندر آپ</w:t>
      </w:r>
    </w:p>
    <w:p>
      <w:r>
        <w:rPr>
          <w:b/>
        </w:rPr>
        <w:t xml:space="preserve">[51:25] </w:t>
      </w:r>
      <w:r>
        <w:t>ke dil mein aayega, aa jayega.</w:t>
      </w:r>
    </w:p>
    <w:p>
      <w:pPr>
        <w:jc w:val="right"/>
      </w:pPr>
      <w:r>
        <w:t>کے دل میں آئے گا، آ جائے گا۔</w:t>
      </w:r>
    </w:p>
    <w:p>
      <w:r>
        <w:rPr>
          <w:b/>
        </w:rPr>
        <w:t xml:space="preserve">[51:31] </w:t>
      </w:r>
      <w:r>
        <w:t>saari galaxy, saare ocean, sab aap ke seene mein utar aayenge.</w:t>
      </w:r>
    </w:p>
    <w:p>
      <w:pPr>
        <w:jc w:val="right"/>
      </w:pPr>
      <w:r>
        <w:t>ساری گیلیکسی، سارے اوشن، سب آپ کے سینے میں اتر آئیں گے۔</w:t>
      </w:r>
    </w:p>
    <w:p>
      <w:r>
        <w:rPr>
          <w:b/>
        </w:rPr>
        <w:t xml:space="preserve">[51:37] </w:t>
      </w:r>
      <w:r>
        <w:t>is waqt phir aap is waqt jo Allah ko acknowledge karna chahenge, to wahi woh cheez hai</w:t>
      </w:r>
    </w:p>
    <w:p>
      <w:pPr>
        <w:jc w:val="right"/>
      </w:pPr>
      <w:r>
        <w:t>اس وقت پھر آپ اس وقت جو اللہ کو اکنالج کرنا چاہیں گے، تو وہی وہ چیز ہے</w:t>
      </w:r>
    </w:p>
    <w:p>
      <w:r>
        <w:rPr>
          <w:b/>
        </w:rPr>
        <w:t xml:space="preserve">[51:43] </w:t>
      </w:r>
      <w:r>
        <w:t>jis ke liye aap Allah ne aap ke liye bari bari jannatein rakhi hain, firdaus rakh rakha hai.</w:t>
      </w:r>
    </w:p>
    <w:p>
      <w:pPr>
        <w:jc w:val="right"/>
      </w:pPr>
      <w:r>
        <w:t>جس کے لیے آپ اللہ نے آپ کے لیے بڑی بڑی جنتیں رکھی ہیں، فردوس رکھ رکھا ہے۔</w:t>
      </w:r>
    </w:p>
    <w:p>
      <w:r>
        <w:rPr>
          <w:b/>
        </w:rPr>
        <w:t xml:space="preserve">[51:49] </w:t>
      </w:r>
      <w:r>
        <w:t>aise logon ke liye yeh yeh hadees mein aaya hai ke Allah se mohabbat karne wale jo hain,</w:t>
      </w:r>
    </w:p>
    <w:p>
      <w:pPr>
        <w:jc w:val="right"/>
      </w:pPr>
      <w:r>
        <w:t>ایسے لوگوں کے لیے یہ یہ حدیث میں آیا ہے کہ اللہ سے محبت کرنے والے جو ہیں،</w:t>
      </w:r>
    </w:p>
    <w:p>
      <w:r>
        <w:rPr>
          <w:b/>
        </w:rPr>
        <w:t xml:space="preserve">[51:55] </w:t>
      </w:r>
      <w:r>
        <w:t>wo sab se bara darja payenge akhirat mein.</w:t>
      </w:r>
    </w:p>
    <w:p>
      <w:pPr>
        <w:jc w:val="right"/>
      </w:pPr>
      <w:r>
        <w:t>وہ سب سے بڑا درجہ پائیں گے آخرت میں۔</w:t>
      </w:r>
    </w:p>
    <w:p>
      <w:r>
        <w:rPr>
          <w:b/>
        </w:rPr>
        <w:t xml:space="preserve">[52:01] </w:t>
      </w:r>
      <w:r>
        <w:t>mohabbat karne wale to ek hain Allah se taqwa karne wale, ek hain Allah se mohabbat karne wale.</w:t>
      </w:r>
    </w:p>
    <w:p>
      <w:pPr>
        <w:jc w:val="right"/>
      </w:pPr>
      <w:r>
        <w:t>محبت کرنے والے تو ایک ہیں اللہ سے تقویٰ کرنے والے، ایک ہیں اللہ سے محبت کرنے والے۔</w:t>
      </w:r>
    </w:p>
    <w:p>
      <w:r>
        <w:rPr>
          <w:b/>
        </w:rPr>
        <w:t xml:space="preserve">[52:07] </w:t>
      </w:r>
      <w:r>
        <w:t>to Quran mein yeh maujood hai ke do jannatein hain: min dunnihima jannatan.</w:t>
      </w:r>
    </w:p>
    <w:p>
      <w:pPr>
        <w:jc w:val="right"/>
      </w:pPr>
      <w:r>
        <w:t>تو قرآن میں یہ موجود ہے کہ دو جنتیں ہیں: من دونہما جنتان۔</w:t>
      </w:r>
    </w:p>
    <w:p>
      <w:r>
        <w:rPr>
          <w:b/>
        </w:rPr>
        <w:t xml:space="preserve">[52:13] </w:t>
      </w:r>
      <w:r>
        <w:t>to main is tarah ja kar samajh pa raha hoon ke ek jannat woh logon ke liye hai</w:t>
      </w:r>
    </w:p>
    <w:p>
      <w:pPr>
        <w:jc w:val="right"/>
      </w:pPr>
      <w:r>
        <w:t>تو میں اس طرح جا کر سمجھ پا رہا ہوں کہ ایک جنت وہ لوگوں کے لیے ہے</w:t>
      </w:r>
    </w:p>
    <w:p>
      <w:r>
        <w:rPr>
          <w:b/>
        </w:rPr>
        <w:t xml:space="preserve">[52:19] </w:t>
      </w:r>
      <w:r>
        <w:t>جو فطرت کے سطح پر، instinct کے سطح پر اللہ سے کو realize کر سکیں، اور دوسری جنت</w:t>
      </w:r>
    </w:p>
    <w:p>
      <w:pPr>
        <w:jc w:val="right"/>
      </w:pPr>
      <w:r>
        <w:t>جو فطرت کے سطح پر، انسٹنکٹ کے سطح پر اللہ سے کو ریلائز کر سکیں، اور دوسری جنت</w:t>
      </w:r>
    </w:p>
    <w:p>
      <w:r>
        <w:rPr>
          <w:b/>
        </w:rPr>
        <w:t xml:space="preserve">[52:25] </w:t>
      </w:r>
      <w:r>
        <w:t>ان لوگوں کے لیے ہے جو اپنی سوچ کو develop کریں، اپنے mind کو develop کریں، اپنے اندر</w:t>
      </w:r>
    </w:p>
    <w:p>
      <w:pPr>
        <w:jc w:val="right"/>
      </w:pPr>
      <w:r>
        <w:t>ان لوگوں کے لیے ہے جو اپنی سوچ کو ڈیولپ کریں، اپنے مائنڈ کو ڈیولپ کریں، اپنے اندر</w:t>
      </w:r>
    </w:p>
    <w:p>
      <w:r>
        <w:rPr>
          <w:b/>
        </w:rPr>
        <w:t xml:space="preserve">[52:31] </w:t>
      </w:r>
      <w:r>
        <w:t>وہ high thinking پیدا کریں۔ High thinking!</w:t>
      </w:r>
    </w:p>
    <w:p>
      <w:pPr>
        <w:jc w:val="right"/>
      </w:pPr>
      <w:r>
        <w:t>وہ ہائی تھنکنگ پیدا کریں۔ ہائی تھنکنگ!</w:t>
      </w:r>
    </w:p>
    <w:p>
      <w:r>
        <w:rPr>
          <w:b/>
        </w:rPr>
        <w:t xml:space="preserve">[52:37] </w:t>
      </w:r>
      <w:r>
        <w:t>jab ke us ko is qism is qism cheezein un ko realize hone lagen, to un ke liye</w:t>
      </w:r>
    </w:p>
    <w:p>
      <w:pPr>
        <w:jc w:val="right"/>
      </w:pPr>
      <w:r>
        <w:t>جب کہ اس کو اس قسم اس قسم چیزیں ان کو ریلائز ہونے لگیں، تو ان کے لیے</w:t>
      </w:r>
    </w:p>
    <w:p>
      <w:r>
        <w:rPr>
          <w:b/>
        </w:rPr>
        <w:t xml:space="preserve">[52:42] </w:t>
      </w:r>
      <w:r>
        <w:t>wo bari jannat hai.</w:t>
      </w:r>
    </w:p>
    <w:p>
      <w:pPr>
        <w:jc w:val="right"/>
      </w:pPr>
      <w:r>
        <w:t>وہ بڑی جنت ہے۔</w:t>
      </w:r>
    </w:p>
    <w:p>
      <w:r>
        <w:rPr>
          <w:b/>
        </w:rPr>
        <w:t xml:space="preserve">[52:48] </w:t>
      </w:r>
      <w:r>
        <w:t>yeh sab baatein jo main kar raha hoon, yeh koi meri zaati baat nahi, yeh sab Quran o</w:t>
      </w:r>
    </w:p>
    <w:p>
      <w:pPr>
        <w:jc w:val="right"/>
      </w:pPr>
      <w:r>
        <w:t>یہ سب باتیں جو میں کر رہا ہوں، یہ کوئی میری ذاتی بات نہیں، یہ سب قرآن و</w:t>
      </w:r>
    </w:p>
    <w:p>
      <w:r>
        <w:rPr>
          <w:b/>
        </w:rPr>
        <w:t xml:space="preserve">[52:54] </w:t>
      </w:r>
      <w:r>
        <w:t>hadees mein yeh baatein hain, lekin soch kar yeh baatein maloom hoti hain.</w:t>
      </w:r>
    </w:p>
    <w:p>
      <w:pPr>
        <w:jc w:val="right"/>
      </w:pPr>
      <w:r>
        <w:t>حدیث میں یہ باتیں ہیں، لیکن سوچ کر یہ باتیں معلوم ہوتی ہیں۔</w:t>
      </w:r>
    </w:p>
    <w:p>
      <w:r>
        <w:rPr>
          <w:b/>
        </w:rPr>
        <w:t xml:space="preserve">[52:59] </w:t>
      </w:r>
      <w:r>
        <w:t>kyun ke dekhiye, Quran ke bare mein hadees mein aaya hai ke: "likul aayati min zahar wa batin", yani Quran</w:t>
      </w:r>
    </w:p>
    <w:p>
      <w:pPr>
        <w:jc w:val="right"/>
      </w:pPr>
      <w:r>
        <w:t>کیونکہ دیکھیے، قرآن کے بارے میں حدیث میں آیا ہے کہ: "لکل آیت منہا زہر وبطن"، یعنی قرآن</w:t>
      </w:r>
    </w:p>
    <w:p>
      <w:r>
        <w:rPr>
          <w:b/>
        </w:rPr>
        <w:t xml:space="preserve">[53:05] </w:t>
      </w:r>
      <w:r>
        <w:t>ka ek matlab woh hai jo upar upar samajh mein aata hai, upar upar.</w:t>
      </w:r>
    </w:p>
    <w:p>
      <w:pPr>
        <w:jc w:val="right"/>
      </w:pPr>
      <w:r>
        <w:t>کا ایک مطلب وہ ہے جو اوپر اوپر سمجھ میں آتا ہے، اوپر اوپر۔</w:t>
      </w:r>
    </w:p>
    <w:p>
      <w:r>
        <w:rPr>
          <w:b/>
        </w:rPr>
        <w:t xml:space="preserve">[53:11] </w:t>
      </w:r>
      <w:r>
        <w:t>ek woh hai jo deep mein jaane samajh mein aata hai, yani alfaaz ka translation jaan lein, aap</w:t>
      </w:r>
    </w:p>
    <w:p>
      <w:pPr>
        <w:jc w:val="right"/>
      </w:pPr>
      <w:r>
        <w:t>ایک وہ ہے جو ڈیپ میں جانے سمجھ میں آتا ہے، یعنی الفاظ کا ٹرانسلیشن جان لیں، آپ</w:t>
      </w:r>
    </w:p>
    <w:p>
      <w:r>
        <w:rPr>
          <w:b/>
        </w:rPr>
        <w:t xml:space="preserve">[53:16] </w:t>
      </w:r>
      <w:r>
        <w:t>alfaaz ki tilawat kar lein, aap to ek baat samajh mein aa jayegi.</w:t>
      </w:r>
    </w:p>
    <w:p>
      <w:pPr>
        <w:jc w:val="right"/>
      </w:pPr>
      <w:r>
        <w:t>الفاظ کی تلاوت کر لیں، آپ تو ایک بات سمجھ میں آ جائے گی۔</w:t>
      </w:r>
    </w:p>
    <w:p>
      <w:r>
        <w:rPr>
          <w:b/>
        </w:rPr>
        <w:t xml:space="preserve">[53:22] </w:t>
      </w:r>
      <w:r>
        <w:t>ek aayat kya ke: "deep thinking ke sath aap Quran ki study karen", to doosra matlab woh hai.</w:t>
      </w:r>
    </w:p>
    <w:p>
      <w:pPr>
        <w:jc w:val="right"/>
      </w:pPr>
      <w:r>
        <w:t>ایک آیت کیا کہ: "ڈیپ تھنکنگ کے ساتھ آپ قرآن کی سٹڈی کریں"، تو دوسرا مطلب وہ ہے۔</w:t>
      </w:r>
    </w:p>
    <w:p>
      <w:r>
        <w:rPr>
          <w:b/>
        </w:rPr>
        <w:t xml:space="preserve">[53:28] </w:t>
      </w:r>
      <w:r>
        <w:t>to yeh sab baatein Quran mein maujood hain.</w:t>
      </w:r>
    </w:p>
    <w:p>
      <w:pPr>
        <w:jc w:val="right"/>
      </w:pPr>
      <w:r>
        <w:t>تو یہ سب باتیں قرآن میں موجود ہیں۔</w:t>
      </w:r>
    </w:p>
    <w:p>
      <w:r>
        <w:rPr>
          <w:b/>
        </w:rPr>
        <w:t xml:space="preserve">[53:34] </w:t>
      </w:r>
      <w:r>
        <w:t>aisa nahi ke main koi apni taraf se keh raha hoon, but it requires deep thinking.</w:t>
      </w:r>
    </w:p>
    <w:p>
      <w:pPr>
        <w:jc w:val="right"/>
      </w:pPr>
      <w:r>
        <w:t>ایسا نہیں کہ میں کوئی اپنی طرف سے کہہ رہا ہوں، بٹ اٹ ریکوائرز ڈیپ تھنکنگ۔</w:t>
      </w:r>
    </w:p>
    <w:p>
      <w:r>
        <w:rPr>
          <w:b/>
        </w:rPr>
        <w:t xml:space="preserve">[53:39] </w:t>
      </w:r>
      <w:r>
        <w:t>aur deep thinking kab aati hai? jab aap apne ko distraction se bachayen ya aap ke andar focus</w:t>
      </w:r>
    </w:p>
    <w:p>
      <w:pPr>
        <w:jc w:val="right"/>
      </w:pPr>
      <w:r>
        <w:t>اور ڈیپ تھنکنگ کب آتی ہے؟ جب آپ اپنے کو ڈسٹریکشن سے بچائیں یا آپ کے اندر فوکس</w:t>
      </w:r>
    </w:p>
    <w:p>
      <w:r>
        <w:rPr>
          <w:b/>
        </w:rPr>
        <w:t xml:space="preserve">[53:45] </w:t>
      </w:r>
      <w:r>
        <w:t>thinking paida karen.</w:t>
      </w:r>
    </w:p>
    <w:p>
      <w:pPr>
        <w:jc w:val="right"/>
      </w:pPr>
      <w:r>
        <w:t>تھنکنگ پیدا کریں۔</w:t>
      </w:r>
    </w:p>
    <w:p>
      <w:r>
        <w:rPr>
          <w:b/>
        </w:rPr>
        <w:t xml:space="preserve">[53:51] </w:t>
      </w:r>
      <w:r>
        <w:t>Newton ke bare mein main ne parha tha ke Newton se kisi ne tareef ki ke: "tu bohat</w:t>
      </w:r>
    </w:p>
    <w:p>
      <w:pPr>
        <w:jc w:val="right"/>
      </w:pPr>
      <w:r>
        <w:t>نیوٹن کے بارے میں میں نے پڑھا تھا کہ نیوٹن سے کسی نے تعریف کی کہ: "تو بہت</w:t>
      </w:r>
    </w:p>
    <w:p>
      <w:r>
        <w:rPr>
          <w:b/>
        </w:rPr>
        <w:t xml:space="preserve">[53:56] </w:t>
      </w:r>
      <w:r>
        <w:t>bara darja tum ko mera science hai", to us ne bohat umda baat kahi thi.</w:t>
      </w:r>
    </w:p>
    <w:p>
      <w:pPr>
        <w:jc w:val="right"/>
      </w:pPr>
      <w:r>
        <w:t>بڑا درجہ تم کو میرا سائنس ہے"، تو اس نے بہت عمدہ بات کہی تھی۔</w:t>
      </w:r>
    </w:p>
    <w:p>
      <w:r>
        <w:rPr>
          <w:b/>
        </w:rPr>
        <w:t xml:space="preserve">[54:02] </w:t>
      </w:r>
      <w:r>
        <w:t>log samajhte thay ke koi super insan hi hai, koi super mind nahi hai, koi hum se zyada</w:t>
      </w:r>
    </w:p>
    <w:p>
      <w:pPr>
        <w:jc w:val="right"/>
      </w:pPr>
      <w:r>
        <w:t>لوگ سمجھتے تھے کہ کوئی سپر انسان ہی ہے، کوئی سپر مائنڈ نہیں ہے، کوئی ہم سے زیادہ</w:t>
      </w:r>
    </w:p>
    <w:p>
      <w:r>
        <w:rPr>
          <w:b/>
        </w:rPr>
        <w:t xml:space="preserve">[54:08] </w:t>
      </w:r>
      <w:r>
        <w:t>koi is ko mili hui hai salahiyat.</w:t>
      </w:r>
    </w:p>
    <w:p>
      <w:pPr>
        <w:jc w:val="right"/>
      </w:pPr>
      <w:r>
        <w:t>کوئی اس کو ملی ہوئی ہے صلاحیت۔</w:t>
      </w:r>
    </w:p>
    <w:p>
      <w:r>
        <w:rPr>
          <w:b/>
        </w:rPr>
        <w:t xml:space="preserve">[54:14] </w:t>
      </w:r>
      <w:r>
        <w:t>to us ne kaha tha ke: "i have no special sagacity, i have no special sagacity, only the</w:t>
      </w:r>
    </w:p>
    <w:p>
      <w:pPr>
        <w:jc w:val="right"/>
      </w:pPr>
      <w:r>
        <w:t>تو اس نے کہا تھا کہ: "آئی ہیو نو اسپیشل سگسیٹی، آئی ہیو نو اسپیشل سگسیٹی، اونلی دا</w:t>
      </w:r>
    </w:p>
    <w:p>
      <w:r>
        <w:rPr>
          <w:b/>
        </w:rPr>
        <w:t xml:space="preserve">[54:19] </w:t>
      </w:r>
      <w:r>
        <w:t>power of patient thought, i have no special sagacity, only the power of patient thought".</w:t>
      </w:r>
    </w:p>
    <w:p>
      <w:pPr>
        <w:jc w:val="right"/>
      </w:pPr>
      <w:r>
        <w:t>پاور آف پیشنٹ تھاٹ، آئی ہیو نو اسپیشل سگسیٹی، اونلی دا پاور آف پیشنٹ تھاٹ"۔</w:t>
      </w:r>
    </w:p>
    <w:p>
      <w:r>
        <w:rPr>
          <w:b/>
        </w:rPr>
        <w:t xml:space="preserve">[54:25] </w:t>
      </w:r>
      <w:r>
        <w:t>yahi yahan bhi apply hota hai.</w:t>
      </w:r>
    </w:p>
    <w:p>
      <w:pPr>
        <w:jc w:val="right"/>
      </w:pPr>
      <w:r>
        <w:t>یہی یہاں بھی اپلائی ہوتا ہے۔</w:t>
      </w:r>
    </w:p>
    <w:p>
      <w:r>
        <w:rPr>
          <w:b/>
        </w:rPr>
        <w:t xml:space="preserve">[54:31] </w:t>
      </w:r>
      <w:r>
        <w:t>kisi insan ke andar koi special cheez nahi hua karti, sab insan barabar hain.</w:t>
      </w:r>
    </w:p>
    <w:p>
      <w:pPr>
        <w:jc w:val="right"/>
      </w:pPr>
      <w:r>
        <w:t>کسی انسان کے اندر کوئی اسپیشل چیز نہیں ہوا کرتی، سب انسان برابر ہیں۔</w:t>
      </w:r>
    </w:p>
    <w:p>
      <w:r>
        <w:rPr>
          <w:b/>
        </w:rPr>
        <w:t xml:space="preserve">[54:36] </w:t>
      </w:r>
      <w:r>
        <w:t>sirf yeh hai ke apni soch ko aap develop karen, apne ko distraction se bachayen, apne apne apne</w:t>
      </w:r>
    </w:p>
    <w:p>
      <w:pPr>
        <w:jc w:val="right"/>
      </w:pPr>
      <w:r>
        <w:t>صرف یہ ہے کہ اپنی سوچ کو آپ ڈیولپ کریں، اپنے کو ڈسٹریکشن سے بچائیں، اپنے اپنے اپنے</w:t>
      </w:r>
    </w:p>
    <w:p>
      <w:r>
        <w:rPr>
          <w:b/>
        </w:rPr>
        <w:t xml:space="preserve">[54:42] </w:t>
      </w:r>
      <w:r>
        <w:t>potential ko actual ko bananay ki koshish karen.</w:t>
      </w:r>
    </w:p>
    <w:p>
      <w:pPr>
        <w:jc w:val="right"/>
      </w:pPr>
      <w:r>
        <w:t>پوٹینشل کو ایکچول کو بنانے کی کوشش کریں۔</w:t>
      </w:r>
    </w:p>
    <w:p>
      <w:r>
        <w:rPr>
          <w:b/>
        </w:rPr>
        <w:t xml:space="preserve">[54:48] </w:t>
      </w:r>
      <w:r>
        <w:t>is ki zaroorat hai.</w:t>
      </w:r>
    </w:p>
    <w:p>
      <w:pPr>
        <w:jc w:val="right"/>
      </w:pPr>
      <w:r>
        <w:t>اس کی ضرورت ہے۔</w:t>
      </w:r>
    </w:p>
    <w:p>
      <w:r>
        <w:rPr>
          <w:b/>
        </w:rPr>
        <w:t xml:space="preserve">[54:53] </w:t>
      </w:r>
      <w:r>
        <w:t>to mujhe bohat pasand hai newton ka yeh qoul ke: "i have no special sagacity, only the power</w:t>
      </w:r>
    </w:p>
    <w:p>
      <w:pPr>
        <w:jc w:val="right"/>
      </w:pPr>
      <w:r>
        <w:t>تو مجھے بہت پسند ہے نیوٹن کا یہ قول کہ: "آئی ہیو نو اسپیشل سگسیٹی، اونلی دا پاور</w:t>
      </w:r>
    </w:p>
    <w:p>
      <w:r>
        <w:rPr>
          <w:b/>
        </w:rPr>
        <w:t xml:space="preserve">[54:59] </w:t>
      </w:r>
      <w:r>
        <w:t>of patient thought".</w:t>
      </w:r>
    </w:p>
    <w:p>
      <w:pPr>
        <w:jc w:val="right"/>
      </w:pPr>
      <w:r>
        <w:t>آف پیشنٹ تھاٹ"۔</w:t>
      </w:r>
    </w:p>
    <w:p>
      <w:r>
        <w:rPr>
          <w:b/>
        </w:rPr>
        <w:t xml:space="preserve">[55:05] </w:t>
      </w:r>
      <w:r>
        <w:t>to jab newton ke baray mein kaha jata hai ke jab woh chota tha, tabhi se woh is</w:t>
      </w:r>
    </w:p>
    <w:p>
      <w:pPr>
        <w:jc w:val="right"/>
      </w:pPr>
      <w:r>
        <w:t>تو جب نیوٹن کے بارے میں کہا جاتا ہے کہ جب وہ چھوٹا تھا، تبھی سے وہ اس</w:t>
      </w:r>
    </w:p>
    <w:p>
      <w:r>
        <w:rPr>
          <w:b/>
        </w:rPr>
        <w:t xml:space="preserve">[55:11] </w:t>
      </w:r>
      <w:r>
        <w:t>ko kaha jata tha "will gatherer".</w:t>
      </w:r>
    </w:p>
    <w:p>
      <w:pPr>
        <w:jc w:val="right"/>
      </w:pPr>
      <w:r>
        <w:t>کو کہا جاتا تھا "ول گیدرر"۔</w:t>
      </w:r>
    </w:p>
    <w:p>
      <w:r>
        <w:rPr>
          <w:b/>
        </w:rPr>
        <w:t xml:space="preserve">[55:16] </w:t>
      </w:r>
      <w:r>
        <w:t>english mein "will gatherer" kehte hain ke aadmi khoya hua ho, chup chap khoya hua, idhar udhar khoya</w:t>
      </w:r>
    </w:p>
    <w:p>
      <w:pPr>
        <w:jc w:val="right"/>
      </w:pPr>
      <w:r>
        <w:t>انگلش میں "ول گیدرر" کہتے ہیں کہ آدمی کھویا ہوا ہو، چپ چاپ کھویا ہوا، ادھر ادھر کھویا</w:t>
      </w:r>
    </w:p>
    <w:p>
      <w:r>
        <w:rPr>
          <w:b/>
        </w:rPr>
        <w:t xml:space="preserve">[55:22] </w:t>
      </w:r>
      <w:r>
        <w:t>hua khara hai, idhar khoya hua baitha hai.</w:t>
      </w:r>
    </w:p>
    <w:p>
      <w:pPr>
        <w:jc w:val="right"/>
      </w:pPr>
      <w:r>
        <w:t>ہوا کھڑا ہے، ادھر کھویا ہوا بیٹھا ہے۔</w:t>
      </w:r>
    </w:p>
    <w:p>
      <w:r>
        <w:rPr>
          <w:b/>
        </w:rPr>
        <w:t xml:space="preserve">[55:28] </w:t>
      </w:r>
      <w:r>
        <w:t>urdu mein kehte hain "khoya hua insan".</w:t>
      </w:r>
    </w:p>
    <w:p>
      <w:pPr>
        <w:jc w:val="right"/>
      </w:pPr>
      <w:r>
        <w:t>اردو میں کہتے ہیں "کھویا ہوا انسان"۔</w:t>
      </w:r>
    </w:p>
    <w:p>
      <w:r>
        <w:rPr>
          <w:b/>
        </w:rPr>
        <w:t xml:space="preserve">[55:33] </w:t>
      </w:r>
      <w:r>
        <w:t>urdu mein jis ko kehte hain "khoya hua insan", usay kehte hain angrezi mein "will gatherer".</w:t>
      </w:r>
    </w:p>
    <w:p>
      <w:pPr>
        <w:jc w:val="right"/>
      </w:pPr>
      <w:r>
        <w:t>اردو میں جس کو کہتے ہیں "کھویا ہوا انسان"، اسے کہتے ہیں انگریزی میں "ول گیدرر"۔</w:t>
      </w:r>
    </w:p>
    <w:p>
      <w:r>
        <w:rPr>
          <w:b/>
        </w:rPr>
        <w:t xml:space="preserve">[55:39] </w:t>
      </w:r>
      <w:r>
        <w:t>to yeh kehte thay us ko.</w:t>
      </w:r>
    </w:p>
    <w:p>
      <w:pPr>
        <w:jc w:val="right"/>
      </w:pPr>
      <w:r>
        <w:t>تو یہ کہتے تھے اس کو۔</w:t>
      </w:r>
    </w:p>
    <w:p>
      <w:r>
        <w:rPr>
          <w:b/>
        </w:rPr>
        <w:t xml:space="preserve">[55:45] </w:t>
      </w:r>
      <w:r>
        <w:t>baat ko pata chala ke yeh jo tha, wahi us ke andar thi patient thought wali baat. focus thinking!</w:t>
      </w:r>
    </w:p>
    <w:p>
      <w:pPr>
        <w:jc w:val="right"/>
      </w:pPr>
      <w:r>
        <w:t>بات کو پتہ چلا کہ یہ جو تھا، وہی اس کے اندر تھی پیشنٹ تھاٹ والی بات۔ فوکس تھنکنگ!</w:t>
      </w:r>
    </w:p>
    <w:p>
      <w:r>
        <w:rPr>
          <w:b/>
        </w:rPr>
        <w:t xml:space="preserve">[55:51] </w:t>
      </w:r>
      <w:r>
        <w:t>ek cheez dimagh mein aa gayi, doosri sochta raha, isi pe soch raha, isi pe soch raha. to har aadmi ko Allah ne potential diya hai, extra. kisi ko kam, kisi ko zyada nahi diya hai. asal jo farq hota hai, wohi jo hadith jo Quran mein bataya gaya hai, woh log shaha ka matlab hai ke aadmi ne us ko istemal nahi kiya, yani us ne apne aap ko distraction se nahi bachaya, apni taraf focus thinking nahi laya. to kya hua ke woh, yani apne jo us ke liye muqaddar thi, jo tarqi thi, woh us ko hasil nahi hui. to meri dua hai ke Allah taala hum hamari is majlis ko qabool farmaye, hum ko Allah taala dunya mein tofeeq de is kaam ko karne ki jo Allah ko matloob hai, aur akhirat mein hamein jannaton mein jagah de, hamari koshishon ko qabool farmaye, hamare raste khole, hamare hamare liye.</w:t>
      </w:r>
    </w:p>
    <w:p>
      <w:pPr>
        <w:jc w:val="right"/>
      </w:pPr>
      <w:r>
        <w:t>ایک چیز دماغ میں آ گئی، دوسری سوچتا رہا، اسی پہ سوچ رہا، اسی پہ سوچ رہا۔ تو ہر آدمی کو اللہ نے پوٹینشل دیا ہے، ایکسٹرا۔ کسی کو کم، کسی کو زیادہ نہیں دیا ہے۔ اصل جو فرق ہوتا ہے، وہی جو حدیث جو قرآن میں بتایا گیا ہے، وہ لوگ شاہ کا معنی ہے کہ آدمی نے اس کو استعمال نہیں کیا، یعنی اس نے اپنے آپ کو ڈسٹریکشن سے نہیں بچایا، اپنی طرف فوکس تھنکنگ نہیں لایا۔ تو کیا ہوا کہ وہ، یعنی اپنے جو اس کے لیے مقدر تھی، جو ترق تھی، وہ اس کو حاصل نہیں ہوئی۔ تو میری دعا ہے کہ اللہ تعالیٰ ہم ہماری اس مجلس کو قبول فرمائے، ہم کو اللہ تعالیٰ دنیا میں توفیق دے اس کام کو کرنے کی جو اللہ کو مطلوب ہے، اور آخرت میں ہمیں جنتوں میں جگہ دے، ہماری کوششوں کو قبول فرمائے، ہمارے راستے کھولے، ہمارے ہمارے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