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and Ramzan 5th August 2012</w:t>
      </w:r>
    </w:p>
    <w:p>
      <w:r>
        <w:t>https://www.youtube.com/watch?v=gATLss3AbDI</w:t>
      </w:r>
    </w:p>
    <w:p>
      <w:r>
        <w:rPr>
          <w:b/>
        </w:rPr>
        <w:t xml:space="preserve">[00:00] </w:t>
      </w:r>
      <w:r>
        <w:t>bismillah rahman rahim, wa salli Allahu ala nabiyyil karim.</w:t>
      </w:r>
    </w:p>
    <w:p>
      <w:pPr>
        <w:jc w:val="right"/>
      </w:pPr>
      <w:r>
        <w:t>بسم اللہ الرحمن الرحیم، وصلی اللہ علی النبی الکریم۔</w:t>
      </w:r>
    </w:p>
    <w:p>
      <w:r>
        <w:rPr>
          <w:b/>
        </w:rPr>
        <w:t xml:space="preserve">[00:07]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[00:15] </w:t>
      </w:r>
      <w:r>
        <w:t>aap jante hain ke aaj ramzan ke mahine ki doosri tareekh hai, yani ramzan 1433 hijri.</w:t>
      </w:r>
    </w:p>
    <w:p>
      <w:pPr>
        <w:jc w:val="right"/>
      </w:pPr>
      <w:r>
        <w:t>آپ جانتے ہیں کہ آج رمضان کے مہینے کی دوسری تاریخ ہے، یعنی رمضان 1433 ہجری۔</w:t>
      </w:r>
    </w:p>
    <w:p>
      <w:r>
        <w:rPr>
          <w:b/>
        </w:rPr>
        <w:t xml:space="preserve">[00:23] </w:t>
      </w:r>
      <w:r>
        <w:t>yeh 1433 hijri hai, to is saal ke ramzan ki aaj doosri tareekh hai.</w:t>
      </w:r>
    </w:p>
    <w:p>
      <w:pPr>
        <w:jc w:val="right"/>
      </w:pPr>
      <w:r>
        <w:t>یہ 1433 ہجری ہے، تو اس سال کے رمضان کی آج دوسری تاریخ ہے۔</w:t>
      </w:r>
    </w:p>
    <w:p>
      <w:r>
        <w:rPr>
          <w:b/>
        </w:rPr>
        <w:t xml:space="preserve">[00:31] </w:t>
      </w:r>
      <w:r>
        <w:t>is ki nisbat se aaj ka topic hai: ramzan aur quran.</w:t>
      </w:r>
    </w:p>
    <w:p>
      <w:pPr>
        <w:jc w:val="right"/>
      </w:pPr>
      <w:r>
        <w:t>اس کی نسبت سے آج کا ٹاپک ہے: رمضان اور قرآن۔</w:t>
      </w:r>
    </w:p>
    <w:p>
      <w:r>
        <w:rPr>
          <w:b/>
        </w:rPr>
        <w:t xml:space="preserve">[00:39] </w:t>
      </w:r>
      <w:r>
        <w:t>dekhen, quran mein surah albara mein ramzan ke bare mein tafseeli hukum aya hai, to albara ki ayat</w:t>
      </w:r>
    </w:p>
    <w:p>
      <w:pPr>
        <w:jc w:val="right"/>
      </w:pPr>
      <w:r>
        <w:t>دیکھیں، قرآن میں سورہ البقرہ میں رمضان کے بارے میں تفصیلی حکم آیا ہے، تو البقرہ کی آیت</w:t>
      </w:r>
    </w:p>
    <w:p>
      <w:r>
        <w:rPr>
          <w:b/>
        </w:rPr>
        <w:t xml:space="preserve">[00:47] </w:t>
      </w:r>
      <w:r>
        <w:t>number 185 is tarah hai: shar ramzan allazi unzil fil quran wazal annas wa bayyinatin min alhuda wal furqan yani</w:t>
      </w:r>
    </w:p>
    <w:p>
      <w:pPr>
        <w:jc w:val="right"/>
      </w:pPr>
      <w:r>
        <w:t>نمبر 185 اس طرح ہے: شر رمضان الذی انزل فی القرآن وذل الناس وبینات من الہدی والفرقان یعنی</w:t>
      </w:r>
    </w:p>
    <w:p>
      <w:r>
        <w:rPr>
          <w:b/>
        </w:rPr>
        <w:t xml:space="preserve">[00:55] </w:t>
      </w:r>
      <w:r>
        <w:t>It was Ramadan when the Quran was revealed as a guidance for mankind.</w:t>
      </w:r>
    </w:p>
    <w:p>
      <w:pPr>
        <w:jc w:val="right"/>
      </w:pPr>
      <w:r>
        <w:t>من تھا رمضان وین دا قرآن واز ریویلڈ ایز ا گائیڈنس فار مین کائنڈ۔</w:t>
      </w:r>
    </w:p>
    <w:p>
      <w:r>
        <w:rPr>
          <w:b/>
        </w:rPr>
        <w:t xml:space="preserve">[01:03] </w:t>
      </w:r>
      <w:r>
        <w:t>phir is ke baad do lafz hain: bayyinatin min alhuda wal furqan.</w:t>
      </w:r>
    </w:p>
    <w:p>
      <w:pPr>
        <w:jc w:val="right"/>
      </w:pPr>
      <w:r>
        <w:t>پھر اس کے بعد دو لفظ ہیں: بینات من الہدی والفرقان۔</w:t>
      </w:r>
    </w:p>
    <w:p>
      <w:r>
        <w:rPr>
          <w:b/>
        </w:rPr>
        <w:t xml:space="preserve">[01:11] </w:t>
      </w:r>
      <w:r>
        <w:t>yani is mein jo hidayat hai, is par dalilen hain, yani mudallal andaaz mein hidayat.</w:t>
      </w:r>
    </w:p>
    <w:p>
      <w:pPr>
        <w:jc w:val="right"/>
      </w:pPr>
      <w:r>
        <w:t>یعنی اس میں جو ہدایت ہے، اس پر دلیلیں ہیں، یعنی مدلل انداز میں ہدایت۔</w:t>
      </w:r>
    </w:p>
    <w:p>
      <w:r>
        <w:rPr>
          <w:b/>
        </w:rPr>
        <w:t xml:space="preserve">[01:19] </w:t>
      </w:r>
      <w:r>
        <w:t>aur doosre kya hai? furqan.</w:t>
      </w:r>
    </w:p>
    <w:p>
      <w:pPr>
        <w:jc w:val="right"/>
      </w:pPr>
      <w:r>
        <w:t>اور دوسرے کیا ہے؟ فرقان۔</w:t>
      </w:r>
    </w:p>
    <w:p>
      <w:r>
        <w:rPr>
          <w:b/>
        </w:rPr>
        <w:t xml:space="preserve">[01:27] </w:t>
      </w:r>
      <w:r>
        <w:t>furqan kehte hain criteria, meyar.</w:t>
      </w:r>
    </w:p>
    <w:p>
      <w:pPr>
        <w:jc w:val="right"/>
      </w:pPr>
      <w:r>
        <w:t>فرقان کہتے ہیں کرائٹیریا، معیار۔</w:t>
      </w:r>
    </w:p>
    <w:p>
      <w:r>
        <w:rPr>
          <w:b/>
        </w:rPr>
        <w:t xml:space="preserve">[01:35] </w:t>
      </w:r>
      <w:r>
        <w:t>yani apne aap ko jaanchana ho aap ko ke main right path par hoon ya wrong path par,</w:t>
      </w:r>
    </w:p>
    <w:p>
      <w:pPr>
        <w:jc w:val="right"/>
      </w:pPr>
      <w:r>
        <w:t>یعنی اپنے آپ کو جانچنا ہو آپ کو کہ میں رائٹ پاتھ پر ہوں یا رانگ پاتھ پر،</w:t>
      </w:r>
    </w:p>
    <w:p>
      <w:r>
        <w:rPr>
          <w:b/>
        </w:rPr>
        <w:t xml:space="preserve">[01:43] </w:t>
      </w:r>
      <w:r>
        <w:t>to quran se judge kijiye.</w:t>
      </w:r>
    </w:p>
    <w:p>
      <w:pPr>
        <w:jc w:val="right"/>
      </w:pPr>
      <w:r>
        <w:t>تو قرآن سے جج کیجئے۔</w:t>
      </w:r>
    </w:p>
    <w:p>
      <w:r>
        <w:rPr>
          <w:b/>
        </w:rPr>
        <w:t xml:space="preserve">[01:51] </w:t>
      </w:r>
      <w:r>
        <w:t>quran se judge kar ke janiye ke aap right path par hain ya wrong path par.</w:t>
      </w:r>
    </w:p>
    <w:p>
      <w:pPr>
        <w:jc w:val="right"/>
      </w:pPr>
      <w:r>
        <w:t>قرآن سے جج کر کے جانیے کہ آپ رائٹ پاتھ پر ہیں یا رانگ پاتھ پر۔</w:t>
      </w:r>
    </w:p>
    <w:p>
      <w:r>
        <w:rPr>
          <w:b/>
        </w:rPr>
        <w:t xml:space="preserve">[01:59] </w:t>
      </w:r>
      <w:r>
        <w:t>yeh hai quran ka, quran ki hesiyat.</w:t>
      </w:r>
    </w:p>
    <w:p>
      <w:pPr>
        <w:jc w:val="right"/>
      </w:pPr>
      <w:r>
        <w:t>یہ ہے قرآن کا، قرآن کی حیثیت۔</w:t>
      </w:r>
    </w:p>
    <w:p>
      <w:r>
        <w:rPr>
          <w:b/>
        </w:rPr>
        <w:t xml:space="preserve">[02:07] </w:t>
      </w:r>
      <w:r>
        <w:t>to ramzan ke mahine mein allah taala ne quran ko utara, aur phir is mahine ko kaha ke</w:t>
      </w:r>
    </w:p>
    <w:p>
      <w:pPr>
        <w:jc w:val="right"/>
      </w:pPr>
      <w:r>
        <w:t>تو رمضان کے مہینے میں اللہ تعالی نے قرآن کو اتارا، اور پھر اس مہینے کو کہا کہ</w:t>
      </w:r>
    </w:p>
    <w:p>
      <w:r>
        <w:rPr>
          <w:b/>
        </w:rPr>
        <w:t xml:space="preserve">[02:15] </w:t>
      </w:r>
      <w:r>
        <w:t>log ek mahine ke liye roze rakhen.</w:t>
      </w:r>
    </w:p>
    <w:p>
      <w:pPr>
        <w:jc w:val="right"/>
      </w:pPr>
      <w:r>
        <w:t>لوگ ایک مہینے کے لیے روزہ رکھیں۔</w:t>
      </w:r>
    </w:p>
    <w:p>
      <w:r>
        <w:rPr>
          <w:b/>
        </w:rPr>
        <w:t xml:space="preserve">[02:23] </w:t>
      </w:r>
      <w:r>
        <w:t>yeh bahut zyada sochne ki baat hai.</w:t>
      </w:r>
    </w:p>
    <w:p>
      <w:pPr>
        <w:jc w:val="right"/>
      </w:pPr>
      <w:r>
        <w:t>یہ بہت زیادہ سوچنے کی بات ہے۔</w:t>
      </w:r>
    </w:p>
    <w:p>
      <w:r>
        <w:rPr>
          <w:b/>
        </w:rPr>
        <w:t xml:space="preserve">[02:31] </w:t>
      </w:r>
      <w:r>
        <w:t>روزہ کیا ہے؟ روزہ کا مطلب ہے: going away from all kind of distraction.</w:t>
      </w:r>
    </w:p>
    <w:p>
      <w:pPr>
        <w:jc w:val="right"/>
      </w:pPr>
      <w:r>
        <w:t>روزہ کیا ہے؟ روزہ کا مطلب ہے: گوئنگ اوے فرام ال کائنڈ اف ڈسٹریکشن۔</w:t>
      </w:r>
    </w:p>
    <w:p>
      <w:r>
        <w:rPr>
          <w:b/>
        </w:rPr>
        <w:t xml:space="preserve">[02:39] </w:t>
      </w:r>
      <w:r>
        <w:t>yani khana peena jo chhoda jata hai, is mein woh aakhri item hai. aakhri item.</w:t>
      </w:r>
    </w:p>
    <w:p>
      <w:pPr>
        <w:jc w:val="right"/>
      </w:pPr>
      <w:r>
        <w:t>یعنی کھانا پینا جو چھوڑا جاتا ہے، اس میں وہ آخری آئٹم ہے۔ آخری آئٹم۔</w:t>
      </w:r>
    </w:p>
    <w:p>
      <w:r>
        <w:rPr>
          <w:b/>
        </w:rPr>
        <w:t xml:space="preserve">[02:47] </w:t>
      </w:r>
      <w:r>
        <w:t>is ka matlab yeh hai ke aap ko har woh cheez chhodna hai jo aap ko distract karti</w:t>
      </w:r>
    </w:p>
    <w:p>
      <w:pPr>
        <w:jc w:val="right"/>
      </w:pPr>
      <w:r>
        <w:t>اس کا مطلب یہ ہے کہ آپ کو ہر وہ چیز چھوڑنا ہے جو آپ کو ڈسٹریکٹ کرتی</w:t>
      </w:r>
    </w:p>
    <w:p>
      <w:r>
        <w:rPr>
          <w:b/>
        </w:rPr>
        <w:t xml:space="preserve">[02:55] </w:t>
      </w:r>
      <w:r>
        <w:t>ho, yahan tak ke khana peena chhodna ho, woh bhi aap chhod dein.</w:t>
      </w:r>
    </w:p>
    <w:p>
      <w:pPr>
        <w:jc w:val="right"/>
      </w:pPr>
      <w:r>
        <w:t>ہو، یہاں تک کہ کھانا پینا چھوڑنا ہو، وہ بھی آپ چھوڑ دیں۔</w:t>
      </w:r>
    </w:p>
    <w:p>
      <w:r>
        <w:rPr>
          <w:b/>
        </w:rPr>
        <w:t xml:space="preserve">[03:03] </w:t>
      </w:r>
      <w:r>
        <w:t>to goya ke ramzan ka mahina woh mahina hai jab ke ek believer, ek momin, kam az kam</w:t>
      </w:r>
    </w:p>
    <w:p>
      <w:pPr>
        <w:jc w:val="right"/>
      </w:pPr>
      <w:r>
        <w:t>تو گویا کہ رمضان کا مہینہ وہ مہینہ ہے جب کہ ایک بیلیور، ایک مومن، کم از کم</w:t>
      </w:r>
    </w:p>
    <w:p>
      <w:r>
        <w:rPr>
          <w:b/>
        </w:rPr>
        <w:t xml:space="preserve">[03:10] </w:t>
      </w:r>
      <w:r>
        <w:t>ek mahine ke liye yeh karta hai ke apne aap ko har qism ke distraction se bachata hai</w:t>
      </w:r>
    </w:p>
    <w:p>
      <w:pPr>
        <w:jc w:val="right"/>
      </w:pPr>
      <w:r>
        <w:t>ایک مہینے کے لیے یہ کرتا ہے کہ اپنے آپ کو ہر قسم کے ڈسٹریکشن سے بچاتا ہے</w:t>
      </w:r>
    </w:p>
    <w:p>
      <w:r>
        <w:rPr>
          <w:b/>
        </w:rPr>
        <w:t xml:space="preserve">[03:18] </w:t>
      </w:r>
      <w:r>
        <w:t>tata ke woh yakso ho sake.</w:t>
      </w:r>
    </w:p>
    <w:p>
      <w:pPr>
        <w:jc w:val="right"/>
      </w:pPr>
      <w:r>
        <w:t>تاکہ وہ یکسو ہو سکے۔</w:t>
      </w:r>
    </w:p>
    <w:p>
      <w:r>
        <w:rPr>
          <w:b/>
        </w:rPr>
        <w:t xml:space="preserve">[03:26] </w:t>
      </w:r>
      <w:r>
        <w:t>yaksoi kis liye? quran par ghaur o fikr ke liye.</w:t>
      </w:r>
    </w:p>
    <w:p>
      <w:pPr>
        <w:jc w:val="right"/>
      </w:pPr>
      <w:r>
        <w:t>یکسوئی کس لیے؟ قرآن پر غور و فکر کے لیے۔</w:t>
      </w:r>
    </w:p>
    <w:p>
      <w:r>
        <w:rPr>
          <w:b/>
        </w:rPr>
        <w:t xml:space="preserve">[03:34] </w:t>
      </w:r>
      <w:r>
        <w:t>to yeh jo ayat hai surah albara ki ayat number 185, is ka matlab kya hua? ke allah</w:t>
      </w:r>
    </w:p>
    <w:p>
      <w:pPr>
        <w:jc w:val="right"/>
      </w:pPr>
      <w:r>
        <w:t>تو یہ جو آیت ہے سورہ البقرہ کی آیت نمبر 185، اس کا مطلب کیا ہوا؟ کہ اللہ</w:t>
      </w:r>
    </w:p>
    <w:p>
      <w:r>
        <w:rPr>
          <w:b/>
        </w:rPr>
        <w:t xml:space="preserve">[03:42] </w:t>
      </w:r>
      <w:r>
        <w:t>ne quran ko utara hai ramzan ke mahine mein, is liye tum ramzan ke mahine ko roze ke</w:t>
      </w:r>
    </w:p>
    <w:p>
      <w:pPr>
        <w:jc w:val="right"/>
      </w:pPr>
      <w:r>
        <w:t>نے قرآن کو اتارا ہے رمضان کے مہینے میں، اس لیے تم رمضان کے مہینے کو روزہ کے</w:t>
      </w:r>
    </w:p>
    <w:p>
      <w:r>
        <w:rPr>
          <w:b/>
        </w:rPr>
        <w:t xml:space="preserve">[03:50] </w:t>
      </w:r>
      <w:r>
        <w:t>liye khaas kar do.</w:t>
      </w:r>
    </w:p>
    <w:p>
      <w:pPr>
        <w:jc w:val="right"/>
      </w:pPr>
      <w:r>
        <w:t>لیے خاص کر دو۔</w:t>
      </w:r>
    </w:p>
    <w:p>
      <w:r>
        <w:rPr>
          <w:b/>
        </w:rPr>
        <w:t xml:space="preserve">[03:58] </w:t>
      </w:r>
      <w:r>
        <w:t>yani apne aap ko distraction se bachane ke liye khaas kar do ta ke tum poori yaksoi ke sath,</w:t>
      </w:r>
    </w:p>
    <w:p>
      <w:pPr>
        <w:jc w:val="right"/>
      </w:pPr>
      <w:r>
        <w:t>یعنی اپنے آپ کو ڈسٹریکشن سے بچانے کے لیے خاص کر دو تاکہ تم پوری یکسوئی کے ساتھ،</w:t>
      </w:r>
    </w:p>
    <w:p>
      <w:r>
        <w:rPr>
          <w:b/>
        </w:rPr>
        <w:t xml:space="preserve">[04:06] </w:t>
      </w:r>
      <w:r>
        <w:t>poore concentration ke sath quran par tadabbur karo, quran ko samjho ta ke baqi gyarah mahinon mein tum quran</w:t>
      </w:r>
    </w:p>
    <w:p>
      <w:pPr>
        <w:jc w:val="right"/>
      </w:pPr>
      <w:r>
        <w:t>پورے کنسنٹریشن کے ساتھ قرآن پر تدبر کرو، قرآن کو سمجھو تاکہ بقیہ گیارہ مہینوں میں تم قرآن</w:t>
      </w:r>
    </w:p>
    <w:p>
      <w:r>
        <w:rPr>
          <w:b/>
        </w:rPr>
        <w:t xml:space="preserve">[04:14] </w:t>
      </w:r>
      <w:r>
        <w:t>ko apply kar sako.</w:t>
      </w:r>
    </w:p>
    <w:p>
      <w:pPr>
        <w:jc w:val="right"/>
      </w:pPr>
      <w:r>
        <w:t>کو اپلائی کر سکو۔</w:t>
      </w:r>
    </w:p>
    <w:p>
      <w:r>
        <w:rPr>
          <w:b/>
        </w:rPr>
        <w:t xml:space="preserve">[04:22] </w:t>
      </w:r>
      <w:r>
        <w:t>yeh matlab hai is ka, aur yeh hai ramzan ki hesiyat.</w:t>
      </w:r>
    </w:p>
    <w:p>
      <w:pPr>
        <w:jc w:val="right"/>
      </w:pPr>
      <w:r>
        <w:t>یہ مطلب ہے اس کا، اور یہ ہے رمضان کی حیثیت۔</w:t>
      </w:r>
    </w:p>
    <w:p>
      <w:r>
        <w:rPr>
          <w:b/>
        </w:rPr>
        <w:t xml:space="preserve">[04:30] </w:t>
      </w:r>
      <w:r>
        <w:t>to dekhiye, quran is liye nahi hai ke lafzi tor par aap is ki tilawat karte rahen.</w:t>
      </w:r>
    </w:p>
    <w:p>
      <w:pPr>
        <w:jc w:val="right"/>
      </w:pPr>
      <w:r>
        <w:t>تو دیکھیے، قرآن اس لیے نہیں ہے کہ لفظی طور پر آپ اس کی تلاوت کرتے رہیں۔</w:t>
      </w:r>
    </w:p>
    <w:p>
      <w:r>
        <w:rPr>
          <w:b/>
        </w:rPr>
        <w:t xml:space="preserve">[04:38] </w:t>
      </w:r>
      <w:r>
        <w:t>hum jab bachpan mein thay to hum log itna hi jantay thay ke ramzan aaye to rozana hum</w:t>
      </w:r>
    </w:p>
    <w:p>
      <w:pPr>
        <w:jc w:val="right"/>
      </w:pPr>
      <w:r>
        <w:t>ہم جب بچپن میں تھے تو ہم لوگ اتنا ہی جانتے تھے کہ رمضان آئے تو روزانہ ہم</w:t>
      </w:r>
    </w:p>
    <w:p>
      <w:r>
        <w:rPr>
          <w:b/>
        </w:rPr>
        <w:t xml:space="preserve">[04:46] </w:t>
      </w:r>
      <w:r>
        <w:t>quran ki tilawat kar liya karen.</w:t>
      </w:r>
    </w:p>
    <w:p>
      <w:pPr>
        <w:jc w:val="right"/>
      </w:pPr>
      <w:r>
        <w:t>قرآن کی تلاوت کر لیا کریں۔</w:t>
      </w:r>
    </w:p>
    <w:p>
      <w:r>
        <w:rPr>
          <w:b/>
        </w:rPr>
        <w:t xml:space="preserve">[04:54] </w:t>
      </w:r>
      <w:r>
        <w:t>bas itna hi hum ko mahaul se bataya gaya tha.</w:t>
      </w:r>
    </w:p>
    <w:p>
      <w:pPr>
        <w:jc w:val="right"/>
      </w:pPr>
      <w:r>
        <w:t>بس اتنا ہی ہم کو ماحول سے بتایا گیا تھا۔</w:t>
      </w:r>
    </w:p>
    <w:p>
      <w:r>
        <w:rPr>
          <w:b/>
        </w:rPr>
        <w:t xml:space="preserve">[05:02] </w:t>
      </w:r>
      <w:r>
        <w:t>aur bohat dinon tak mein khud yahi karta raha ke ramzan ke mahine mein bas quran ki tilawat.</w:t>
      </w:r>
    </w:p>
    <w:p>
      <w:pPr>
        <w:jc w:val="right"/>
      </w:pPr>
      <w:r>
        <w:t>اور بہت دنوں تک میں خود یہی کرتا رہا کہ رمضان کے مہینے میں بس قرآن کی تلاوت۔</w:t>
      </w:r>
    </w:p>
    <w:p>
      <w:r>
        <w:rPr>
          <w:b/>
        </w:rPr>
        <w:t xml:space="preserve">[05:10] </w:t>
      </w:r>
      <w:r>
        <w:t>baad ko jab mein ne mutala kiya zyada, tab maloom hua ke tilawat ke liye quran nahi utra hai.</w:t>
      </w:r>
    </w:p>
    <w:p>
      <w:pPr>
        <w:jc w:val="right"/>
      </w:pPr>
      <w:r>
        <w:t>بعد کو جب میں نے مطالعہ کیا زیادہ، تب معلوم ہوا کہ تلاوت کے لیے قرآن نہیں اترا ہے۔</w:t>
      </w:r>
    </w:p>
    <w:p>
      <w:r>
        <w:rPr>
          <w:b/>
        </w:rPr>
        <w:t xml:space="preserve">[05:18] </w:t>
      </w:r>
      <w:r>
        <w:t>quran utra hai tadabbur ke liye.</w:t>
      </w:r>
    </w:p>
    <w:p>
      <w:pPr>
        <w:jc w:val="right"/>
      </w:pPr>
      <w:r>
        <w:t>قرآن اترا ہے تدبر کے لیے۔</w:t>
      </w:r>
    </w:p>
    <w:p>
      <w:r>
        <w:rPr>
          <w:b/>
        </w:rPr>
        <w:t xml:space="preserve">[05:26] </w:t>
      </w:r>
      <w:r>
        <w:t>khud quran mein hai: la tadabbaro ayati wa litadhakkaru al-bab yani quran is liye utara hai, aye Allah taala</w:t>
      </w:r>
    </w:p>
    <w:p>
      <w:pPr>
        <w:jc w:val="right"/>
      </w:pPr>
      <w:r>
        <w:t>خود قرآن میں ہے: لا تدبروا آياتي ولتذكروا الباب یعنی قرآن اس لیے اتارا ہے، اے اللہ تعالی</w:t>
      </w:r>
    </w:p>
    <w:p>
      <w:r>
        <w:rPr>
          <w:b/>
        </w:rPr>
        <w:t xml:space="preserve">[05:34] </w:t>
      </w:r>
      <w:r>
        <w:t>ne, ke hum is mein tadabbur karen, ghaur o fikr karen, sochen, aur soch kar ke nasihat ke item nikalen.</w:t>
      </w:r>
    </w:p>
    <w:p>
      <w:pPr>
        <w:jc w:val="right"/>
      </w:pPr>
      <w:r>
        <w:t>نے، کہ ہم اس میں تدبر کریں، غور و فکر کریں، سوچیں، اور سوچ کر کے نصیحت کے آئٹم نکالیں۔</w:t>
      </w:r>
    </w:p>
    <w:p>
      <w:r>
        <w:rPr>
          <w:b/>
        </w:rPr>
        <w:t xml:space="preserve">[05:42] </w:t>
      </w:r>
      <w:r>
        <w:t>nasihat ke item nikalen.</w:t>
      </w:r>
    </w:p>
    <w:p>
      <w:pPr>
        <w:jc w:val="right"/>
      </w:pPr>
      <w:r>
        <w:t>نصیحت کے آئٹم نکالیں۔</w:t>
      </w:r>
    </w:p>
    <w:p>
      <w:r>
        <w:rPr>
          <w:b/>
        </w:rPr>
        <w:t xml:space="preserve">[05:50] </w:t>
      </w:r>
      <w:r>
        <w:t>ek ayat mein quran mein hai ke quran ke bare mein ke: feeh zikrukum is mein tumhara zikr hai.</w:t>
      </w:r>
    </w:p>
    <w:p>
      <w:pPr>
        <w:jc w:val="right"/>
      </w:pPr>
      <w:r>
        <w:t>ایک آیت میں قرآن میں ہے کہ قرآن کے بارے میں کہ: فیہ ذکرکم اس میں تمہارا ذکر ہے۔</w:t>
      </w:r>
    </w:p>
    <w:p>
      <w:r>
        <w:rPr>
          <w:b/>
        </w:rPr>
        <w:t xml:space="preserve">[05:58] </w:t>
      </w:r>
      <w:r>
        <w:t>zikr ke mani hote hain yaad dahani.</w:t>
      </w:r>
    </w:p>
    <w:p>
      <w:pPr>
        <w:jc w:val="right"/>
      </w:pPr>
      <w:r>
        <w:t>ذکر کے معنی ہوتے ہیں یاد دہانی۔</w:t>
      </w:r>
    </w:p>
    <w:p>
      <w:r>
        <w:rPr>
          <w:b/>
        </w:rPr>
        <w:t xml:space="preserve">[06:06] </w:t>
      </w:r>
      <w:r>
        <w:t>yani quran mein reminding verses hain.</w:t>
      </w:r>
    </w:p>
    <w:p>
      <w:pPr>
        <w:jc w:val="right"/>
      </w:pPr>
      <w:r>
        <w:t>یعنی قرآن میں ریمائنڈنگ ورسز ہیں۔</w:t>
      </w:r>
    </w:p>
    <w:p>
      <w:r>
        <w:rPr>
          <w:b/>
        </w:rPr>
        <w:t xml:space="preserve">[06:13] </w:t>
      </w:r>
      <w:r>
        <w:t>in reminding verses ko daryaft karo aur is se nasihat lo.</w:t>
      </w:r>
    </w:p>
    <w:p>
      <w:pPr>
        <w:jc w:val="right"/>
      </w:pPr>
      <w:r>
        <w:t>ان ریمائنڈنگ ورسز کو دریافت کرو اور اس سے نصیحت لو۔</w:t>
      </w:r>
    </w:p>
    <w:p>
      <w:r>
        <w:rPr>
          <w:b/>
        </w:rPr>
        <w:t xml:space="preserve">[06:21] </w:t>
      </w:r>
      <w:r>
        <w:t>yeh pata hai quran ko.</w:t>
      </w:r>
    </w:p>
    <w:p>
      <w:pPr>
        <w:jc w:val="right"/>
      </w:pPr>
      <w:r>
        <w:t>یہ پتہ ہے قرآن کو۔</w:t>
      </w:r>
    </w:p>
    <w:p>
      <w:r>
        <w:rPr>
          <w:b/>
        </w:rPr>
        <w:t xml:space="preserve">[06:29] </w:t>
      </w:r>
      <w:r>
        <w:t>to baad ko mein ne jana ke quran sirf lafzi tilawat ke liye nahi hai.</w:t>
      </w:r>
    </w:p>
    <w:p>
      <w:pPr>
        <w:jc w:val="right"/>
      </w:pPr>
      <w:r>
        <w:t>تو بعد کو میں نے جانا کہ قرآن صرف لفظی تلاوت کے لیے نہیں ہے۔</w:t>
      </w:r>
    </w:p>
    <w:p>
      <w:r>
        <w:rPr>
          <w:b/>
        </w:rPr>
        <w:t xml:space="preserve">[06:37] </w:t>
      </w:r>
      <w:r>
        <w:t>quran hai tadabbur ke liye, samajhne ke liye, is ke upar ghaur karne ke liye, is mein se</w:t>
      </w:r>
    </w:p>
    <w:p>
      <w:pPr>
        <w:jc w:val="right"/>
      </w:pPr>
      <w:r>
        <w:t>قرآن ہے تدبر کے لیے، سمجھنے کے لیے، اس کے اوپر غور کرنے کے لیے، اس میں سے</w:t>
      </w:r>
    </w:p>
    <w:p>
      <w:r>
        <w:rPr>
          <w:b/>
        </w:rPr>
        <w:t xml:space="preserve">[06:45] </w:t>
      </w:r>
      <w:r>
        <w:t>reminding verses ko daryaft karne ke liye.</w:t>
      </w:r>
    </w:p>
    <w:p>
      <w:pPr>
        <w:jc w:val="right"/>
      </w:pPr>
      <w:r>
        <w:t>ریمائنڈنگ ورسز کو دریافت کرنے کے لیے۔</w:t>
      </w:r>
    </w:p>
    <w:p>
      <w:r>
        <w:rPr>
          <w:b/>
        </w:rPr>
        <w:t xml:space="preserve">[06:53] </w:t>
      </w:r>
      <w:r>
        <w:t>aur phir yeh hai, jaisa ke mein ne arz kiya, furqan.</w:t>
      </w:r>
    </w:p>
    <w:p>
      <w:pPr>
        <w:jc w:val="right"/>
      </w:pPr>
      <w:r>
        <w:t>اور پھر یہ ہے، جیسا کہ میں نے عرض کیا، فرقان۔</w:t>
      </w:r>
    </w:p>
    <w:p>
      <w:r>
        <w:rPr>
          <w:b/>
        </w:rPr>
        <w:t xml:space="preserve">[07:01] </w:t>
      </w:r>
      <w:r>
        <w:t>yani quran mein aap Allah ke muqarrar kiye hue meyar ya criteria ko janen, aur phir is se</w:t>
      </w:r>
    </w:p>
    <w:p>
      <w:pPr>
        <w:jc w:val="right"/>
      </w:pPr>
      <w:r>
        <w:t>یعنی قرآن میں آپ اللہ کے مقرر کیے ہوئے معیار یا کرائٹیریا کو جانیں، اور پھر اس سے</w:t>
      </w:r>
    </w:p>
    <w:p>
      <w:r>
        <w:rPr>
          <w:b/>
        </w:rPr>
        <w:t xml:space="preserve">[07:09] </w:t>
      </w:r>
      <w:r>
        <w:t>compare kar ke apni islaah karte rahen.</w:t>
      </w:r>
    </w:p>
    <w:p>
      <w:pPr>
        <w:jc w:val="right"/>
      </w:pPr>
      <w:r>
        <w:t>کمپیئر کر کے اپنی اصلاح کرتے رہیں۔</w:t>
      </w:r>
    </w:p>
    <w:p>
      <w:r>
        <w:rPr>
          <w:b/>
        </w:rPr>
        <w:t xml:space="preserve">[07:17] </w:t>
      </w:r>
      <w:r>
        <w:t>yeh samajh hai quran ka mudda.</w:t>
      </w:r>
    </w:p>
    <w:p>
      <w:pPr>
        <w:jc w:val="right"/>
      </w:pPr>
      <w:r>
        <w:t>یہ سمجھ ہے قرآن کا مدعا۔</w:t>
      </w:r>
    </w:p>
    <w:p>
      <w:r>
        <w:rPr>
          <w:b/>
        </w:rPr>
        <w:t xml:space="preserve">[07:25] </w:t>
      </w:r>
      <w:r>
        <w:t>lekin mein yahan par ek baat arz karna chahta hoon ke tadabbur ke do pehlu hain.</w:t>
      </w:r>
    </w:p>
    <w:p>
      <w:pPr>
        <w:jc w:val="right"/>
      </w:pPr>
      <w:r>
        <w:t>لیکن میں یہاں پر ایک بات عرض کرنا چاہتا ہوں کہ تدبر کے دو پہلو ہیں۔</w:t>
      </w:r>
    </w:p>
    <w:p>
      <w:r>
        <w:rPr>
          <w:b/>
        </w:rPr>
        <w:t xml:space="preserve">[07:33] </w:t>
      </w:r>
      <w:r>
        <w:t>yeh baat wazeh ho gayi ke quran kitaab tadabbur hai.</w:t>
      </w:r>
    </w:p>
    <w:p>
      <w:pPr>
        <w:jc w:val="right"/>
      </w:pPr>
      <w:r>
        <w:t>یہ بات واضح ہو گئی کہ قرآن کتاب تدبر ہے۔</w:t>
      </w:r>
    </w:p>
    <w:p>
      <w:r>
        <w:rPr>
          <w:b/>
        </w:rPr>
        <w:t xml:space="preserve">[07:41] </w:t>
      </w:r>
      <w:r>
        <w:t>tadabbur ke maani hain ghaur o fikr karna, sochna.</w:t>
      </w:r>
    </w:p>
    <w:p>
      <w:pPr>
        <w:jc w:val="right"/>
      </w:pPr>
      <w:r>
        <w:t>تدبر کے معنی ہیں غور و فکر کرنا، سوچنا۔</w:t>
      </w:r>
    </w:p>
    <w:p>
      <w:r>
        <w:rPr>
          <w:b/>
        </w:rPr>
        <w:t xml:space="preserve">[07:49] </w:t>
      </w:r>
      <w:r>
        <w:t>lekin tadabbur ek hota hai tazkeeri tadabbur, aur ek hota hai technical tadabbur.</w:t>
      </w:r>
    </w:p>
    <w:p>
      <w:pPr>
        <w:jc w:val="right"/>
      </w:pPr>
      <w:r>
        <w:t>لیکن تدبر ایک ہوتا ہے تذکیری تدبر، اور ایک ہوتا ہے ٹیکنیکل تدبر۔</w:t>
      </w:r>
    </w:p>
    <w:p>
      <w:r>
        <w:rPr>
          <w:b/>
        </w:rPr>
        <w:t xml:space="preserve">[07:57] </w:t>
      </w:r>
      <w:r>
        <w:t>to technical tadabbur matloob nahi hai, tazkeeri tadabbur matloob hai.</w:t>
      </w:r>
    </w:p>
    <w:p>
      <w:pPr>
        <w:jc w:val="right"/>
      </w:pPr>
      <w:r>
        <w:t>تو ٹیکنیکل تدبر مطلوب نہیں ہے، تذکیری تدبر مطلوب ہے۔</w:t>
      </w:r>
    </w:p>
    <w:p>
      <w:r>
        <w:rPr>
          <w:b/>
        </w:rPr>
        <w:t xml:space="preserve">[08:05] </w:t>
      </w:r>
      <w:r>
        <w:t>yaani kuch fanni baatein nikaal kar ke is ke paas se karna, is ko samajhte hain log ke</w:t>
      </w:r>
    </w:p>
    <w:p>
      <w:pPr>
        <w:jc w:val="right"/>
      </w:pPr>
      <w:r>
        <w:t>یعنی کچھ فنی باتیں نکال کر کے اس کے پاس سے کرنا، اس کو سمجھتے ہیں لوگ کہ</w:t>
      </w:r>
    </w:p>
    <w:p>
      <w:r>
        <w:rPr>
          <w:b/>
        </w:rPr>
        <w:t xml:space="preserve">[08:13] </w:t>
      </w:r>
      <w:r>
        <w:t>hum tadabbur kar rahe hain, woh galat hai.</w:t>
      </w:r>
    </w:p>
    <w:p>
      <w:pPr>
        <w:jc w:val="right"/>
      </w:pPr>
      <w:r>
        <w:t>ہم تدبر کر رہے ہیں، وہ غلط ہے۔</w:t>
      </w:r>
    </w:p>
    <w:p>
      <w:r>
        <w:rPr>
          <w:b/>
        </w:rPr>
        <w:t xml:space="preserve">[08:21] </w:t>
      </w:r>
      <w:r>
        <w:t>misal ke taur par dekhiye, abhi bari mulaqaat ek saahab se hui jo arabi zabaan jaante thay.</w:t>
      </w:r>
    </w:p>
    <w:p>
      <w:pPr>
        <w:jc w:val="right"/>
      </w:pPr>
      <w:r>
        <w:t>مثال کے طور پر دیکھیے، ابھی بڑی ملاقات ایک صاحب سے ہوئی جو عربی زبان جانتے تھے۔</w:t>
      </w:r>
    </w:p>
    <w:p>
      <w:r>
        <w:rPr>
          <w:b/>
        </w:rPr>
        <w:t xml:space="preserve">[08:29] </w:t>
      </w:r>
      <w:r>
        <w:t>to unhon ne kaha ke main kai baras se ek sawaal mein uljha hoon, aur abhi tak kisi</w:t>
      </w:r>
    </w:p>
    <w:p>
      <w:pPr>
        <w:jc w:val="right"/>
      </w:pPr>
      <w:r>
        <w:t>تو انہوں نے کہا کہ میں کئی برس سے ایک سوال میں الجھا ہوں، اور ابھی تک کسی</w:t>
      </w:r>
    </w:p>
    <w:p>
      <w:r>
        <w:rPr>
          <w:b/>
        </w:rPr>
        <w:t xml:space="preserve">[08:37] </w:t>
      </w:r>
      <w:r>
        <w:t>ne is ka jawab nahi diya.</w:t>
      </w:r>
    </w:p>
    <w:p>
      <w:pPr>
        <w:jc w:val="right"/>
      </w:pPr>
      <w:r>
        <w:t>نے اس کا جواب نہیں دیا۔</w:t>
      </w:r>
    </w:p>
    <w:p>
      <w:r>
        <w:rPr>
          <w:b/>
        </w:rPr>
        <w:t xml:space="preserve">[08:45] </w:t>
      </w:r>
      <w:r>
        <w:t>aap shayad is ka jawab de saken.</w:t>
      </w:r>
    </w:p>
    <w:p>
      <w:pPr>
        <w:jc w:val="right"/>
      </w:pPr>
      <w:r>
        <w:t>آپ شاید اس کا جواب دے سکیں۔</w:t>
      </w:r>
    </w:p>
    <w:p>
      <w:r>
        <w:rPr>
          <w:b/>
        </w:rPr>
        <w:t xml:space="preserve">[08:53] </w:t>
      </w:r>
      <w:r>
        <w:t>to woh sawaal kya tha? quran ki surah al-baqarah mein ayat number 142 yeh hai: sayaqoolus-shubu-hun min</w:t>
      </w:r>
    </w:p>
    <w:p>
      <w:pPr>
        <w:jc w:val="right"/>
      </w:pPr>
      <w:r>
        <w:t>تو وہ سوال کیا تھا؟ قرآن کی سورہ البقرہ میں آیت نمبر 142 یہ ہے: سیقون الصفاء من</w:t>
      </w:r>
    </w:p>
    <w:p>
      <w:r>
        <w:rPr>
          <w:b/>
        </w:rPr>
        <w:t xml:space="preserve">[09:01] </w:t>
      </w:r>
      <w:r>
        <w:t>an-naasi ma wallaah 'an qiblah is mein tahweel-e-qibla ki baat hai.</w:t>
      </w:r>
    </w:p>
    <w:p>
      <w:pPr>
        <w:jc w:val="right"/>
      </w:pPr>
      <w:r>
        <w:t>الناس ما واللہ عن قلبۃ اس میں تحویل قبلہ کی بات ہے۔</w:t>
      </w:r>
    </w:p>
    <w:p>
      <w:r>
        <w:rPr>
          <w:b/>
        </w:rPr>
        <w:t xml:space="preserve">[09:09] </w:t>
      </w:r>
      <w:r>
        <w:t>to unhon ne kaha ke yeh kaha jaata hai ke yahood ka qibla masjid al-aqsa tha.</w:t>
      </w:r>
    </w:p>
    <w:p>
      <w:pPr>
        <w:jc w:val="right"/>
      </w:pPr>
      <w:r>
        <w:t>تو انہوں نے کہا کہ یہ کہا جاتا ہے کہ یہود کا قبلہ مسجد اقصیٰ تھا۔</w:t>
      </w:r>
    </w:p>
    <w:p>
      <w:r>
        <w:rPr>
          <w:b/>
        </w:rPr>
        <w:t xml:space="preserve">[09:16] </w:t>
      </w:r>
      <w:r>
        <w:t>yeh baat sahi nahi hai, unhon ne kaha tha, baat sahi nahi ke masjid al-aqsa tha qibla un</w:t>
      </w:r>
    </w:p>
    <w:p>
      <w:pPr>
        <w:jc w:val="right"/>
      </w:pPr>
      <w:r>
        <w:t>یہ بات صحیح نہیں ہے، انہوں نے کہا تھا، بات صحیح نہیں کہ مسجد اقصیٰ تھا قبلہ ان</w:t>
      </w:r>
    </w:p>
    <w:p>
      <w:r>
        <w:rPr>
          <w:b/>
        </w:rPr>
        <w:t xml:space="preserve">[09:24] </w:t>
      </w:r>
      <w:r>
        <w:t>ka, un ka un ka qibla tha as-sakhrah, yaani holy holy rock.</w:t>
      </w:r>
    </w:p>
    <w:p>
      <w:pPr>
        <w:jc w:val="right"/>
      </w:pPr>
      <w:r>
        <w:t>کا، ان کا ان کا قبلہ تھا الصخرہ، یعنی ہولی ہولی راک۔</w:t>
      </w:r>
    </w:p>
    <w:p>
      <w:r>
        <w:rPr>
          <w:b/>
        </w:rPr>
        <w:t xml:space="preserve">[09:32] </w:t>
      </w:r>
      <w:r>
        <w:t>woh alag baat hai.</w:t>
      </w:r>
    </w:p>
    <w:p>
      <w:pPr>
        <w:jc w:val="right"/>
      </w:pPr>
      <w:r>
        <w:t>وہ الگ بات ہے۔</w:t>
      </w:r>
    </w:p>
    <w:p>
      <w:r>
        <w:rPr>
          <w:b/>
        </w:rPr>
        <w:t xml:space="preserve">[09:40] </w:t>
      </w:r>
      <w:r>
        <w:t>beh-haal, unhon ne kaha ke yahudiyon ne, yaani masjid al-aqsa se pehle, kaaba ki taameer hui.</w:t>
      </w:r>
    </w:p>
    <w:p>
      <w:pPr>
        <w:jc w:val="right"/>
      </w:pPr>
      <w:r>
        <w:t>بہرحال، انہوں نے کہا کہ یہودیوں نے، یعنی مسجد اقصیٰ سے پہلے، کعبہ کی تعمیر ہوئی۔</w:t>
      </w:r>
    </w:p>
    <w:p>
      <w:r>
        <w:rPr>
          <w:b/>
        </w:rPr>
        <w:t xml:space="preserve">[09:48] </w:t>
      </w:r>
      <w:r>
        <w:t>hazrat ibrahim ne kaaba banayi, woh qibla qaraar diya gaya.</w:t>
      </w:r>
    </w:p>
    <w:p>
      <w:pPr>
        <w:jc w:val="right"/>
      </w:pPr>
      <w:r>
        <w:t>حضرت ابراہیم نے کعبہ بنائی، وہ قبلہ قرار دیا گیا۔</w:t>
      </w:r>
    </w:p>
    <w:p>
      <w:r>
        <w:rPr>
          <w:b/>
        </w:rPr>
        <w:t xml:space="preserve">[09:56] </w:t>
      </w:r>
      <w:r>
        <w:t>to baad ko ek aur qibla kaise ban gaya? yahood ka qibla bhi kaaba hi hona chahiye.</w:t>
      </w:r>
    </w:p>
    <w:p>
      <w:pPr>
        <w:jc w:val="right"/>
      </w:pPr>
      <w:r>
        <w:t>تو بعد کو ایک اور قبلہ کیسے بن گیا؟ یہود کا قبلہ بھی کعبہ ہی ہونا چاہیے۔</w:t>
      </w:r>
    </w:p>
    <w:p>
      <w:r>
        <w:rPr>
          <w:b/>
        </w:rPr>
        <w:t xml:space="preserve">[10:04] </w:t>
      </w:r>
      <w:r>
        <w:t>yeh ek fanni behas hai.</w:t>
      </w:r>
    </w:p>
    <w:p>
      <w:pPr>
        <w:jc w:val="right"/>
      </w:pPr>
      <w:r>
        <w:t>یہ ایک فنی بحث ہے۔</w:t>
      </w:r>
    </w:p>
    <w:p>
      <w:r>
        <w:rPr>
          <w:b/>
        </w:rPr>
        <w:t xml:space="preserve">[10:12] </w:t>
      </w:r>
      <w:r>
        <w:t>isi mein sawaalaat uljhe hue hain.</w:t>
      </w:r>
    </w:p>
    <w:p>
      <w:pPr>
        <w:jc w:val="right"/>
      </w:pPr>
      <w:r>
        <w:t>اسی میں سوالات الجھے ہوئے ہیں۔</w:t>
      </w:r>
    </w:p>
    <w:p>
      <w:r>
        <w:rPr>
          <w:b/>
        </w:rPr>
        <w:t xml:space="preserve">[10:20] </w:t>
      </w:r>
      <w:r>
        <w:t>yaani is is behas ko agar aap is behas se kya milega? na taqwa milega, na</w:t>
      </w:r>
    </w:p>
    <w:p>
      <w:pPr>
        <w:jc w:val="right"/>
      </w:pPr>
      <w:r>
        <w:t>یعنی اس اس بحث کو اگر آپ اس بحث سے کیا ملے گا؟ نہ تقویٰ ملے گا، نہ</w:t>
      </w:r>
    </w:p>
    <w:p>
      <w:r>
        <w:rPr>
          <w:b/>
        </w:rPr>
        <w:t xml:space="preserve">[10:28] </w:t>
      </w:r>
      <w:r>
        <w:t>khauf-e-khuda milega, na koi wisdom milega.</w:t>
      </w:r>
    </w:p>
    <w:p>
      <w:pPr>
        <w:jc w:val="right"/>
      </w:pPr>
      <w:r>
        <w:t>خوف خدا ملے گا، نہ کوئی وزڈم ملے گا۔</w:t>
      </w:r>
    </w:p>
    <w:p>
      <w:r>
        <w:rPr>
          <w:b/>
        </w:rPr>
        <w:t xml:space="preserve">[10:36] </w:t>
      </w:r>
      <w:r>
        <w:t>dekhiye, dekhiye, technical behasein hazaron qism ki hoti hain, un ki koi had nahi hai.</w:t>
      </w:r>
    </w:p>
    <w:p>
      <w:pPr>
        <w:jc w:val="right"/>
      </w:pPr>
      <w:r>
        <w:t>دیکھیں، دیکھیں، ٹیکنیکل بحثیں ہزاروں قسم کی ہوتی ہیں، ان کی کوئی حد نہیں ہے۔</w:t>
      </w:r>
    </w:p>
    <w:p>
      <w:r>
        <w:rPr>
          <w:b/>
        </w:rPr>
        <w:t xml:space="preserve">[10:44] </w:t>
      </w:r>
      <w:r>
        <w:t>misalan ek saahab ne kaha ke quran mein hai: ista'eenoo bis-sabri was-salaah sabr se aur namaz se madad lo.</w:t>
      </w:r>
    </w:p>
    <w:p>
      <w:pPr>
        <w:jc w:val="right"/>
      </w:pPr>
      <w:r>
        <w:t>مثلاً ایک صاحب نے کہا کہ قرآن میں ہے: استعینوا بالصبر والصلاۃ صبر سے اور نماز سے مدد لو۔</w:t>
      </w:r>
    </w:p>
    <w:p>
      <w:r>
        <w:rPr>
          <w:b/>
        </w:rPr>
        <w:t xml:space="preserve">[10:52] </w:t>
      </w:r>
      <w:r>
        <w:t>to unhon ne kaha ke sabr to ek kaifiyat ka naam hai, to salat bhi ek kaifiyat hona chahiye.</w:t>
      </w:r>
    </w:p>
    <w:p>
      <w:pPr>
        <w:jc w:val="right"/>
      </w:pPr>
      <w:r>
        <w:t>تو انہوں نے کہا کہ صبر تو ایک کیفیت کا نام ہے، تو صلاۃ بھی ایک کیفیت ہونا چاہیے۔</w:t>
      </w:r>
    </w:p>
    <w:p>
      <w:r>
        <w:rPr>
          <w:b/>
        </w:rPr>
        <w:t xml:space="preserve">[11:00] </w:t>
      </w:r>
      <w:r>
        <w:t>yeh jo form hai, yeh nahi ho sakti salat.</w:t>
      </w:r>
    </w:p>
    <w:p>
      <w:pPr>
        <w:jc w:val="right"/>
      </w:pPr>
      <w:r>
        <w:t>یہ جو فارم ہے، یہ نہیں ہو سکتی صلاۃ۔</w:t>
      </w:r>
    </w:p>
    <w:p>
      <w:r>
        <w:rPr>
          <w:b/>
        </w:rPr>
        <w:t xml:space="preserve">[11:08] </w:t>
      </w:r>
      <w:r>
        <w:t>to sabr hi ki tarah se salat bhi ek kaifiyat hai, koi form is ka nahi hai.</w:t>
      </w:r>
    </w:p>
    <w:p>
      <w:pPr>
        <w:jc w:val="right"/>
      </w:pPr>
      <w:r>
        <w:t>تو صبر ہی کی طرح سے صلاۃ بھی ایک کیفیت ہے، کوئی فارم اس کا نہیں ہے۔</w:t>
      </w:r>
    </w:p>
    <w:p>
      <w:r>
        <w:rPr>
          <w:b/>
        </w:rPr>
        <w:t xml:space="preserve">[11:16] </w:t>
      </w:r>
      <w:r>
        <w:t>ab kaha ji, woh ghareeb bas hai.</w:t>
      </w:r>
    </w:p>
    <w:p>
      <w:pPr>
        <w:jc w:val="right"/>
      </w:pPr>
      <w:r>
        <w:t>اب کہا جی، وہ غریب بس ہے۔</w:t>
      </w:r>
    </w:p>
    <w:p>
      <w:r>
        <w:rPr>
          <w:b/>
        </w:rPr>
        <w:t xml:space="preserve">[11:24] </w:t>
      </w:r>
      <w:r>
        <w:t>to tadabbur aap karen, agar fanni zehn ko le kar ke, technical zehn ko le kar ke, to</w:t>
      </w:r>
    </w:p>
    <w:p>
      <w:pPr>
        <w:jc w:val="right"/>
      </w:pPr>
      <w:r>
        <w:t>تو تدبر آپ کریں، اگر فنی ذہن کو لے کر کے، ٹیکنیکل ذہن کو لے کر کے، تو</w:t>
      </w:r>
    </w:p>
    <w:p>
      <w:r>
        <w:rPr>
          <w:b/>
        </w:rPr>
        <w:t xml:space="preserve">[11:32] </w:t>
      </w:r>
      <w:r>
        <w:t>aap ko kuch bhi nahi milega Quran se.</w:t>
      </w:r>
    </w:p>
    <w:p>
      <w:pPr>
        <w:jc w:val="right"/>
      </w:pPr>
      <w:r>
        <w:t>آپ کو کچھ بھی نہیں ملے گا قرآن سے۔</w:t>
      </w:r>
    </w:p>
    <w:p>
      <w:r>
        <w:rPr>
          <w:b/>
        </w:rPr>
        <w:t xml:space="preserve">[11:40] </w:t>
      </w:r>
      <w:r>
        <w:t>doosra hai tazkeer tadabbur.</w:t>
      </w:r>
    </w:p>
    <w:p>
      <w:pPr>
        <w:jc w:val="right"/>
      </w:pPr>
      <w:r>
        <w:t>دوسرا ہے تذکیر تدبر۔</w:t>
      </w:r>
    </w:p>
    <w:p>
      <w:r>
        <w:rPr>
          <w:b/>
        </w:rPr>
        <w:t xml:space="preserve">[11:48] </w:t>
      </w:r>
      <w:r>
        <w:t>is ki main ek misaal deta hoon.</w:t>
      </w:r>
    </w:p>
    <w:p>
      <w:pPr>
        <w:jc w:val="right"/>
      </w:pPr>
      <w:r>
        <w:t>اس کی میں ایک مثال دیتا ہوں۔</w:t>
      </w:r>
    </w:p>
    <w:p>
      <w:r>
        <w:rPr>
          <w:b/>
        </w:rPr>
        <w:t xml:space="preserve">[11:56] </w:t>
      </w:r>
      <w:r>
        <w:t>abhi chand din hue hain, mere paas ek ek sahib aaye, woh ek hindu family mein paida hue</w:t>
      </w:r>
    </w:p>
    <w:p>
      <w:pPr>
        <w:jc w:val="right"/>
      </w:pPr>
      <w:r>
        <w:t>ابھی چند دن ہوئے ہیں، میرے پاس ایک ایک صاحب آئے، وہ ایک ہندو فیملی میں پیدا ہوئے</w:t>
      </w:r>
    </w:p>
    <w:p>
      <w:r>
        <w:rPr>
          <w:b/>
        </w:rPr>
        <w:t xml:space="preserve">[12:04] </w:t>
      </w:r>
      <w:r>
        <w:t>hain, hindu family mein, lekin woh bohat openness hai un ke mind mein, kattar par nahi hai.</w:t>
      </w:r>
    </w:p>
    <w:p>
      <w:pPr>
        <w:jc w:val="right"/>
      </w:pPr>
      <w:r>
        <w:t>ہیں، ہندو فیملی میں، لیکن وہ بہت اوپننس ہے ان کے مائنڈ میں، کٹر پر نہیں ہے۔</w:t>
      </w:r>
    </w:p>
    <w:p>
      <w:r>
        <w:rPr>
          <w:b/>
        </w:rPr>
        <w:t xml:space="preserve">[12:12] </w:t>
      </w:r>
      <w:r>
        <w:t>woh har mazhab ka mutala karte hain.</w:t>
      </w:r>
    </w:p>
    <w:p>
      <w:pPr>
        <w:jc w:val="right"/>
      </w:pPr>
      <w:r>
        <w:t>وہ ہر مذہب کا مطالعہ کرتے ہیں۔</w:t>
      </w:r>
    </w:p>
    <w:p>
      <w:r>
        <w:rPr>
          <w:b/>
        </w:rPr>
        <w:t xml:space="preserve">[12:19] </w:t>
      </w:r>
      <w:r>
        <w:t>mutala karte hue aakhir mein unhon ne Quran ka mutala kiya.</w:t>
      </w:r>
    </w:p>
    <w:p>
      <w:pPr>
        <w:jc w:val="right"/>
      </w:pPr>
      <w:r>
        <w:t>مطالعہ کرتے ہوئے آخر میں انہوں نے قرآن کا مطالعہ کیا۔</w:t>
      </w:r>
    </w:p>
    <w:p>
      <w:r>
        <w:rPr>
          <w:b/>
        </w:rPr>
        <w:t xml:space="preserve">[12:27] </w:t>
      </w:r>
      <w:r>
        <w:t>to Quran mein Surah Al-Baqarah mein ayat number 160, 161 par woh aap ke atak gaye.</w:t>
      </w:r>
    </w:p>
    <w:p>
      <w:pPr>
        <w:jc w:val="right"/>
      </w:pPr>
      <w:r>
        <w:t>تو قرآن میں سورہ البقرہ میں آیت نمبر 160، 161 پر وہ آپ کے اٹک گئے۔</w:t>
      </w:r>
    </w:p>
    <w:p>
      <w:r>
        <w:rPr>
          <w:b/>
        </w:rPr>
        <w:t xml:space="preserve">[12:35] </w:t>
      </w:r>
      <w:r>
        <w:t>woh ayat yeh hai: ila allazeena taaboo wa aslahoo wa bayyanoo olaaika atoobu alaihim wa antabir rahimun walazeena kafaroo innalazeena</w:t>
      </w:r>
    </w:p>
    <w:p>
      <w:pPr>
        <w:jc w:val="right"/>
      </w:pPr>
      <w:r>
        <w:t>وہ آیت یہ ہے: الا الذین تابوا واصلہ وبینوا اولئک اتوب علیہم وانتبہ الرحیم والذین کفرو ان الذین</w:t>
      </w:r>
    </w:p>
    <w:p>
      <w:r>
        <w:rPr>
          <w:b/>
        </w:rPr>
        <w:t xml:space="preserve">[12:43] </w:t>
      </w:r>
      <w:r>
        <w:t>kafaroo wa maatoo wa hum kuffar olaaika alaihim laanatullahi wal balaa'u wannasu ajma'een dekhiye, is ka tarjuma yeh hai.</w:t>
      </w:r>
    </w:p>
    <w:p>
      <w:pPr>
        <w:jc w:val="right"/>
      </w:pPr>
      <w:r>
        <w:t>کفرو وماتوا وهم کفار اولئک علیہم لعنت اللہ والبلاء والناس اجمعین دیکھیے، اس کا ترجمہ یہ ہے۔</w:t>
      </w:r>
    </w:p>
    <w:p>
      <w:r>
        <w:rPr>
          <w:b/>
        </w:rPr>
        <w:t xml:space="preserve">[12:51] </w:t>
      </w:r>
      <w:r>
        <w:t>yeh ayat hai Surah Al-Baqarah ki 160, 161.</w:t>
      </w:r>
    </w:p>
    <w:p>
      <w:pPr>
        <w:jc w:val="right"/>
      </w:pPr>
      <w:r>
        <w:t>یہ آیت ہے سورہ البقرہ کی 160، 161۔</w:t>
      </w:r>
    </w:p>
    <w:p>
      <w:r>
        <w:rPr>
          <w:b/>
        </w:rPr>
        <w:t xml:space="preserve">[12:59] </w:t>
      </w:r>
      <w:r>
        <w:t>is ka tarjuma yeh hai ke jin logon ne tauba kiya aur apni islaah ki aur bayan kiya,</w:t>
      </w:r>
    </w:p>
    <w:p>
      <w:pPr>
        <w:jc w:val="right"/>
      </w:pPr>
      <w:r>
        <w:t>اس کا ترجمہ یہ ہے کہ جن لوگوں نے توبہ کیا اور اپنی اصلاح کی اور بیان کیا،</w:t>
      </w:r>
    </w:p>
    <w:p>
      <w:r>
        <w:rPr>
          <w:b/>
        </w:rPr>
        <w:t xml:space="preserve">[13:07] </w:t>
      </w:r>
      <w:r>
        <w:t>Allah un ki tauba ko qabool karega, aur Allah bohat zyada tauba qabool karne wala hai.</w:t>
      </w:r>
    </w:p>
    <w:p>
      <w:pPr>
        <w:jc w:val="right"/>
      </w:pPr>
      <w:r>
        <w:t>اللہ ان کی توبہ کو قبول کرے گا، اور اللہ بہت زیادہ توبہ قبول کرنے والا ہے۔</w:t>
      </w:r>
    </w:p>
    <w:p>
      <w:r>
        <w:rPr>
          <w:b/>
        </w:rPr>
        <w:t xml:space="preserve">[13:15] </w:t>
      </w:r>
      <w:r>
        <w:t>is ke bar aks jin logon ne inkar kiya aur inkar hi par woh qaim rahe, to un par</w:t>
      </w:r>
    </w:p>
    <w:p>
      <w:pPr>
        <w:jc w:val="right"/>
      </w:pPr>
      <w:r>
        <w:t>اس کے برعکس جن لوگوں نے انکار کیا اور انکار ہی پر وہ قائم رہے، تو ان پر</w:t>
      </w:r>
    </w:p>
    <w:p>
      <w:r>
        <w:rPr>
          <w:b/>
        </w:rPr>
        <w:t xml:space="preserve">[13:23] </w:t>
      </w:r>
      <w:r>
        <w:t>laanat hai Allah ki, farishton ki aur insanon ki.</w:t>
      </w:r>
    </w:p>
    <w:p>
      <w:pPr>
        <w:jc w:val="right"/>
      </w:pPr>
      <w:r>
        <w:t>لعنت ہے اللہ کی، فرشتوں کی اور انسانوں کی۔</w:t>
      </w:r>
    </w:p>
    <w:p>
      <w:r>
        <w:rPr>
          <w:b/>
        </w:rPr>
        <w:t xml:space="preserve">[13:31] </w:t>
      </w:r>
      <w:r>
        <w:t>to woh ayat, yeh ayat padhi, unhon ne tarjume ki madad se padha, aur unhon ne woh padh</w:t>
      </w:r>
    </w:p>
    <w:p>
      <w:pPr>
        <w:jc w:val="right"/>
      </w:pPr>
      <w:r>
        <w:t>تو وہ آیت، یہ آیت پڑھی، انہوں نے ترجمے کی مدد سے پڑھا، اور انہوں نے وہ پڑھ</w:t>
      </w:r>
    </w:p>
    <w:p>
      <w:r>
        <w:rPr>
          <w:b/>
        </w:rPr>
        <w:t xml:space="preserve">[13:39] </w:t>
      </w:r>
      <w:r>
        <w:t>kar woh rone lage.</w:t>
      </w:r>
    </w:p>
    <w:p>
      <w:pPr>
        <w:jc w:val="right"/>
      </w:pPr>
      <w:r>
        <w:t>کر وہ رونے لگے۔</w:t>
      </w:r>
    </w:p>
    <w:p>
      <w:r>
        <w:rPr>
          <w:b/>
        </w:rPr>
        <w:t xml:space="preserve">[13:47] </w:t>
      </w:r>
      <w:r>
        <w:t>woh rone lage.</w:t>
      </w:r>
    </w:p>
    <w:p>
      <w:pPr>
        <w:jc w:val="right"/>
      </w:pPr>
      <w:r>
        <w:t>وہ رونے لگے۔</w:t>
      </w:r>
    </w:p>
    <w:p>
      <w:r>
        <w:rPr>
          <w:b/>
        </w:rPr>
        <w:t xml:space="preserve">[13:55] </w:t>
      </w:r>
      <w:r>
        <w:t>unhon ne kaha ke is ayat se yeh maloom hota hai ke agar main isi tarah mar jaaun,</w:t>
      </w:r>
    </w:p>
    <w:p>
      <w:pPr>
        <w:jc w:val="right"/>
      </w:pPr>
      <w:r>
        <w:t>انہوں نے کہا کہ اس آیت سے یہ معلوم ہوتا ہے کہ اگر میں اسی طرح مر جاؤں،</w:t>
      </w:r>
    </w:p>
    <w:p>
      <w:r>
        <w:rPr>
          <w:b/>
        </w:rPr>
        <w:t xml:space="preserve">[14:03] </w:t>
      </w:r>
      <w:r>
        <w:t>jaisa ke ab main hoon, to Quran pe asal un ki laanat hai.</w:t>
      </w:r>
    </w:p>
    <w:p>
      <w:pPr>
        <w:jc w:val="right"/>
      </w:pPr>
      <w:r>
        <w:t>جیسا کہ اب میں ہوں، تو قرآن پہ اصل ان کی لعنت ہے۔</w:t>
      </w:r>
    </w:p>
    <w:p>
      <w:r>
        <w:rPr>
          <w:b/>
        </w:rPr>
        <w:t xml:space="preserve">[14:11] </w:t>
      </w:r>
      <w:r>
        <w:t>to unhon ne kaha ke main chahta hoon ke main phir se sachai ko accept karoon, aur yeh</w:t>
      </w:r>
    </w:p>
    <w:p>
      <w:pPr>
        <w:jc w:val="right"/>
      </w:pPr>
      <w:r>
        <w:t>تو انہوں نے کہا کہ میں چاہتا ہوں کہ میں پھر سے سچائی کو ایکسیپٹ کروں، اور یہ</w:t>
      </w:r>
    </w:p>
    <w:p>
      <w:r>
        <w:rPr>
          <w:b/>
        </w:rPr>
        <w:t xml:space="preserve">[14:19] </w:t>
      </w:r>
      <w:r>
        <w:t>yani by birth mujhe ek culture mila tha, us par main raazi nahin hoon.</w:t>
      </w:r>
    </w:p>
    <w:p>
      <w:pPr>
        <w:jc w:val="right"/>
      </w:pPr>
      <w:r>
        <w:t>یعنی بائے برتھ مجھے ایک کلچر ملا تھا، اس پر میں راضی نہیں ہوں۔</w:t>
      </w:r>
    </w:p>
    <w:p>
      <w:r>
        <w:rPr>
          <w:b/>
        </w:rPr>
        <w:t xml:space="preserve">[14:27] </w:t>
      </w:r>
      <w:r>
        <w:t>main chahta hoon ke jo sachai Khuda ki raza, sachai hai, us par jiyoon aur us par maroon</w:t>
      </w:r>
    </w:p>
    <w:p>
      <w:pPr>
        <w:jc w:val="right"/>
      </w:pPr>
      <w:r>
        <w:t>میں چاہتا ہوں کہ جو سچائی خدا کی رضا، سچائی ہے، اس پر جیوں اور اس پر مروں</w:t>
      </w:r>
    </w:p>
    <w:p>
      <w:r>
        <w:rPr>
          <w:b/>
        </w:rPr>
        <w:t xml:space="preserve">[14:35] </w:t>
      </w:r>
      <w:r>
        <w:t>taake Allah ka mujhe salvation milay.</w:t>
      </w:r>
    </w:p>
    <w:p>
      <w:pPr>
        <w:jc w:val="right"/>
      </w:pPr>
      <w:r>
        <w:t>تاکہ اللہ کا مجھے سالویشن ملے۔</w:t>
      </w:r>
    </w:p>
    <w:p>
      <w:r>
        <w:rPr>
          <w:b/>
        </w:rPr>
        <w:t xml:space="preserve">[14:43] </w:t>
      </w:r>
      <w:r>
        <w:t>ab dekhiye, yeh aadmi ek hai jis ne Quran ko parha naseehat lene ke liye, to us ke</w:t>
      </w:r>
    </w:p>
    <w:p>
      <w:pPr>
        <w:jc w:val="right"/>
      </w:pPr>
      <w:r>
        <w:t>اب دیکھیے، یہ آدمی ایک ہے جس نے قرآن کو پڑھا نصیحت لینے کے لیے، تو اس کے</w:t>
      </w:r>
    </w:p>
    <w:p>
      <w:r>
        <w:rPr>
          <w:b/>
        </w:rPr>
        <w:t xml:space="preserve">[14:51] </w:t>
      </w:r>
      <w:r>
        <w:t>andar rethink karne laga, apna aap revise karne laga, woh apne crises karne laga.</w:t>
      </w:r>
    </w:p>
    <w:p>
      <w:pPr>
        <w:jc w:val="right"/>
      </w:pPr>
      <w:r>
        <w:t>اندر ری تھنکنگ آئی، اپنا آپ ریوائز کرنے لگا، وہ اپنے کریسز کرنے لگا۔</w:t>
      </w:r>
    </w:p>
    <w:p>
      <w:r>
        <w:rPr>
          <w:b/>
        </w:rPr>
        <w:t xml:space="preserve">[14:59] </w:t>
      </w:r>
      <w:r>
        <w:t>us ke andar yeh jazba aaya ke main naya faisla loon.</w:t>
      </w:r>
    </w:p>
    <w:p>
      <w:pPr>
        <w:jc w:val="right"/>
      </w:pPr>
      <w:r>
        <w:t>اس کے اندر یہ جذبہ آیا کہ میں نیا فیصلہ لوں۔</w:t>
      </w:r>
    </w:p>
    <w:p>
      <w:r>
        <w:rPr>
          <w:b/>
        </w:rPr>
        <w:t xml:space="preserve">[15:07] </w:t>
      </w:r>
      <w:r>
        <w:t>to ek sahib woh thay jo technical behas uljhe hue hain, jis ke kuch sar ne bait, aur</w:t>
      </w:r>
    </w:p>
    <w:p>
      <w:pPr>
        <w:jc w:val="right"/>
      </w:pPr>
      <w:r>
        <w:t>تو ایک صاحب وہ تھے جو ٹیکنیکل بحث الجھے ہوئے ہیں، جس کے کچھ سر نے بیعت، اور</w:t>
      </w:r>
    </w:p>
    <w:p>
      <w:r>
        <w:rPr>
          <w:b/>
        </w:rPr>
        <w:t xml:space="preserve">[15:15] </w:t>
      </w:r>
      <w:r>
        <w:t>doosra insaan woh hai jo Quran se naseehat leta hai, apni poori zindagi ke baray mein ek naya</w:t>
      </w:r>
    </w:p>
    <w:p>
      <w:pPr>
        <w:jc w:val="right"/>
      </w:pPr>
      <w:r>
        <w:t>دوسرا انسان وہ ہے جو قرآن سے نصیحت لیتا ہے، اپنی پوری زندگی کے بارے میں ایک نیا</w:t>
      </w:r>
    </w:p>
    <w:p>
      <w:r>
        <w:rPr>
          <w:b/>
        </w:rPr>
        <w:t xml:space="preserve">[15:22] </w:t>
      </w:r>
      <w:r>
        <w:t>faisla karna chahta hai.</w:t>
      </w:r>
    </w:p>
    <w:p>
      <w:pPr>
        <w:jc w:val="right"/>
      </w:pPr>
      <w:r>
        <w:t>فیصلہ کرنا چاہتا ہے۔</w:t>
      </w:r>
    </w:p>
    <w:p>
      <w:r>
        <w:rPr>
          <w:b/>
        </w:rPr>
        <w:t xml:space="preserve">[15:30] </w:t>
      </w:r>
      <w:r>
        <w:t>to dekhiye, Quran par tadabbur bilashuba matloob hai, aur Quran isi liye utara gaya hai ke hum is</w:t>
      </w:r>
    </w:p>
    <w:p>
      <w:pPr>
        <w:jc w:val="right"/>
      </w:pPr>
      <w:r>
        <w:t>تو دیکھیے، قرآن پر تدبر بلاشبہ مطلوب ہے، اور قرآن اسی لیے اتارا گیا ہے کہ ہم اس</w:t>
      </w:r>
    </w:p>
    <w:p>
      <w:r>
        <w:rPr>
          <w:b/>
        </w:rPr>
        <w:t xml:space="preserve">[15:38] </w:t>
      </w:r>
      <w:r>
        <w:t>par tadabbur karen.</w:t>
      </w:r>
    </w:p>
    <w:p>
      <w:pPr>
        <w:jc w:val="right"/>
      </w:pPr>
      <w:r>
        <w:t>پر تدبر کریں۔</w:t>
      </w:r>
    </w:p>
    <w:p>
      <w:r>
        <w:rPr>
          <w:b/>
        </w:rPr>
        <w:t xml:space="preserve">[15:46] </w:t>
      </w:r>
      <w:r>
        <w:t>lekin fanni tadabbur ka koi faida nahin.</w:t>
      </w:r>
    </w:p>
    <w:p>
      <w:pPr>
        <w:jc w:val="right"/>
      </w:pPr>
      <w:r>
        <w:t>لیکن فنی تدبر کا کوئی فائدہ نہیں۔</w:t>
      </w:r>
    </w:p>
    <w:p>
      <w:r>
        <w:rPr>
          <w:b/>
        </w:rPr>
        <w:t xml:space="preserve">[15:54] </w:t>
      </w:r>
      <w:r>
        <w:t>America mein ek baar main gaya to maloom hua ke wahan ek ek circle hai, woh Quran Isai</w:t>
      </w:r>
    </w:p>
    <w:p>
      <w:pPr>
        <w:jc w:val="right"/>
      </w:pPr>
      <w:r>
        <w:t>امریکہ میں ایک بار میں گیا تو معلوم ہوا کہ وہاں ایک ایک سرکل ہے، وہ قرآن عیسائی</w:t>
      </w:r>
    </w:p>
    <w:p>
      <w:r>
        <w:rPr>
          <w:b/>
        </w:rPr>
        <w:t xml:space="preserve">[16:02] </w:t>
      </w:r>
      <w:r>
        <w:t>circle, masjid mein ikhatta hotay hain, woh log har aadmi tafseer laata hai, mukhtalif tafseer hai, aur us</w:t>
      </w:r>
    </w:p>
    <w:p>
      <w:pPr>
        <w:jc w:val="right"/>
      </w:pPr>
      <w:r>
        <w:t>سرکل، مسجد میں اکٹھا ہوتے ہیں، وہ لوگ ہر آدمی تفسیر لاتا ہے، مختلف تفسیر ہے، اور اس</w:t>
      </w:r>
    </w:p>
    <w:p>
      <w:r>
        <w:rPr>
          <w:b/>
        </w:rPr>
        <w:t xml:space="preserve">[16:10] </w:t>
      </w:r>
      <w:r>
        <w:t>mein ek tafseer parhi jati hai, phir log behasain karte hain.</w:t>
      </w:r>
    </w:p>
    <w:p>
      <w:pPr>
        <w:jc w:val="right"/>
      </w:pPr>
      <w:r>
        <w:t>میں ایک تفسیر پڑھی جاتی ہے، پھر لوگ بحثیں کرتے ہیں۔</w:t>
      </w:r>
    </w:p>
    <w:p>
      <w:r>
        <w:rPr>
          <w:b/>
        </w:rPr>
        <w:t xml:space="preserve">[16:18] </w:t>
      </w:r>
      <w:r>
        <w:t>main wahan baitha, saari fanni behasain ho rahi theen, na is mein koi Allah ka khauf ki baat,</w:t>
      </w:r>
    </w:p>
    <w:p>
      <w:pPr>
        <w:jc w:val="right"/>
      </w:pPr>
      <w:r>
        <w:t>میں وہاں بیٹھا، ساری فنی بحثیں ہو رہی تھیں، نہ اس میں کوئی اللہ کا خوف کی بات،</w:t>
      </w:r>
    </w:p>
    <w:p>
      <w:r>
        <w:rPr>
          <w:b/>
        </w:rPr>
        <w:t xml:space="preserve">[16:26] </w:t>
      </w:r>
      <w:r>
        <w:t>na qayamat ki baat, na jannat dozakh ki baat, bas isi qism ki technical behasain hain.</w:t>
      </w:r>
    </w:p>
    <w:p>
      <w:pPr>
        <w:jc w:val="right"/>
      </w:pPr>
      <w:r>
        <w:t>نہ قیامت کی بات، نہ جنت دوزخ کی بات، بس اسی قسم کی ٹیکنیکل بحثیں ہیں۔</w:t>
      </w:r>
    </w:p>
    <w:p>
      <w:r>
        <w:rPr>
          <w:b/>
        </w:rPr>
        <w:t xml:space="preserve">[16:34] </w:t>
      </w:r>
      <w:r>
        <w:t>is ka koi faida nahin.</w:t>
      </w:r>
    </w:p>
    <w:p>
      <w:pPr>
        <w:jc w:val="right"/>
      </w:pPr>
      <w:r>
        <w:t>اس کا کوئی فائدہ نہیں۔</w:t>
      </w:r>
    </w:p>
    <w:p>
      <w:r>
        <w:rPr>
          <w:b/>
        </w:rPr>
        <w:t xml:space="preserve">[16:42] </w:t>
      </w:r>
      <w:r>
        <w:t>ab main aap ko kuch misalein arz karoon ga ke kis tarah Quran ko parhna chahiye.</w:t>
      </w:r>
    </w:p>
    <w:p>
      <w:pPr>
        <w:jc w:val="right"/>
      </w:pPr>
      <w:r>
        <w:t>اب میں آپ کو کچھ مثالیں عرض کروں گا کہ کس طرح قرآن کو پڑھنا چاہیے۔</w:t>
      </w:r>
    </w:p>
    <w:p>
      <w:r>
        <w:rPr>
          <w:b/>
        </w:rPr>
        <w:t xml:space="preserve">[16:50] </w:t>
      </w:r>
      <w:r>
        <w:t>dekhiye, to Quran aap kholain to sab se pehli ayat aap ko yeh mile gi: Alhamdulillah Rabb-ul-Alameen</w:t>
      </w:r>
    </w:p>
    <w:p>
      <w:pPr>
        <w:jc w:val="right"/>
      </w:pPr>
      <w:r>
        <w:t>دیکھیے، تو قرآن آپ کھولیں تو سب سے پہلی آیت آپ کو یہ ملے گی: الحمدللہ رب العالمین</w:t>
      </w:r>
    </w:p>
    <w:p>
      <w:r>
        <w:rPr>
          <w:b/>
        </w:rPr>
        <w:t xml:space="preserve">[16:58] </w:t>
      </w:r>
      <w:r>
        <w:t>ab phir sochiye, khulay zehn ke sath to aap ek ajeeb baat daryaft karen gay.</w:t>
      </w:r>
    </w:p>
    <w:p>
      <w:pPr>
        <w:jc w:val="right"/>
      </w:pPr>
      <w:r>
        <w:t>اب پھر سوچیے، کھلے ذہن کے ساتھ تو آپ ایک عجیب بات دریافت کریں گے۔</w:t>
      </w:r>
    </w:p>
    <w:p>
      <w:r>
        <w:rPr>
          <w:b/>
        </w:rPr>
        <w:t xml:space="preserve">[17:06] </w:t>
      </w:r>
      <w:r>
        <w:t>aam tor par musalmanon mein Alhamdulillah kehne ka bohat riwaj hai, magar woh kis baat par Alhamdulillah kehte</w:t>
      </w:r>
    </w:p>
    <w:p>
      <w:pPr>
        <w:jc w:val="right"/>
      </w:pPr>
      <w:r>
        <w:t>عام طور پر مسلمانوں میں الحمدللہ کہنے کا بہت رواج ہے، مگر وہ کس بات پر الحمدللہ کہتے</w:t>
      </w:r>
    </w:p>
    <w:p>
      <w:r>
        <w:rPr>
          <w:b/>
        </w:rPr>
        <w:t xml:space="preserve">[17:14] </w:t>
      </w:r>
      <w:r>
        <w:t>hain, us par ghore kijiye.</w:t>
      </w:r>
    </w:p>
    <w:p>
      <w:pPr>
        <w:jc w:val="right"/>
      </w:pPr>
      <w:r>
        <w:t>ہیں، اس پر غور کیجئے۔</w:t>
      </w:r>
    </w:p>
    <w:p>
      <w:r>
        <w:rPr>
          <w:b/>
        </w:rPr>
        <w:t xml:space="preserve">[17:22] </w:t>
      </w:r>
      <w:r>
        <w:t>mera bachay ka dakhla hoga achay school mein, us par Alhamdulillah.</w:t>
      </w:r>
    </w:p>
    <w:p>
      <w:pPr>
        <w:jc w:val="right"/>
      </w:pPr>
      <w:r>
        <w:t>میرا بچہ کا داخلہ ہوگا اچھے سکول میں، اس پر الحمدللہ۔</w:t>
      </w:r>
    </w:p>
    <w:p>
      <w:r>
        <w:rPr>
          <w:b/>
        </w:rPr>
        <w:t xml:space="preserve">[17:30] </w:t>
      </w:r>
      <w:r>
        <w:t>meri beti ka rishta lag gaya, acha alhamdulillah.</w:t>
      </w:r>
    </w:p>
    <w:p>
      <w:pPr>
        <w:jc w:val="right"/>
      </w:pPr>
      <w:r>
        <w:t>میری بیٹی کا رشتہ لگ گیا، اچھا الحمدللہ۔</w:t>
      </w:r>
    </w:p>
    <w:p>
      <w:r>
        <w:rPr>
          <w:b/>
        </w:rPr>
        <w:t xml:space="preserve">[17:38] </w:t>
      </w:r>
      <w:r>
        <w:t>mera business acha chal raha hai, alhamdulillah.</w:t>
      </w:r>
    </w:p>
    <w:p>
      <w:pPr>
        <w:jc w:val="right"/>
      </w:pPr>
      <w:r>
        <w:t>میرا بزنس اچھا چل رہا ہے، الحمدللہ۔</w:t>
      </w:r>
    </w:p>
    <w:p>
      <w:r>
        <w:rPr>
          <w:b/>
        </w:rPr>
        <w:t xml:space="preserve">[17:46] </w:t>
      </w:r>
      <w:r>
        <w:t>is qism ki baaton par woh alhamdulillah kehna jante hain.</w:t>
      </w:r>
    </w:p>
    <w:p>
      <w:pPr>
        <w:jc w:val="right"/>
      </w:pPr>
      <w:r>
        <w:t>اس قسم کی باتوں پر وہ الحمدللہ کہنا جانتے ہیں۔</w:t>
      </w:r>
    </w:p>
    <w:p>
      <w:r>
        <w:rPr>
          <w:b/>
        </w:rPr>
        <w:t xml:space="preserve">[17:54] </w:t>
      </w:r>
      <w:r>
        <w:t>yani zaati aitbar se jo aap ko material sense mein jo milta hai, us par alhamdulillah.</w:t>
      </w:r>
    </w:p>
    <w:p>
      <w:pPr>
        <w:jc w:val="right"/>
      </w:pPr>
      <w:r>
        <w:t>یعنی ذاتی اعتبار سے جو آپ کو مٹیریل سینس میں جو ملتا ہے، اس پر الحمدللہ۔</w:t>
      </w:r>
    </w:p>
    <w:p>
      <w:r>
        <w:rPr>
          <w:b/>
        </w:rPr>
        <w:t xml:space="preserve">[18:02] </w:t>
      </w:r>
      <w:r>
        <w:t>lekin quran mein aap dekhiye, alhamdulillah kaha gaya rabbul alameen ke aitbar se.</w:t>
      </w:r>
    </w:p>
    <w:p>
      <w:pPr>
        <w:jc w:val="right"/>
      </w:pPr>
      <w:r>
        <w:t>لیکن قرآن میں آپ دیکھیے، الحمدللہ کہا گیا رب العالمین کے اعتبار سے۔</w:t>
      </w:r>
    </w:p>
    <w:p>
      <w:r>
        <w:rPr>
          <w:b/>
        </w:rPr>
        <w:t xml:space="preserve">[18:10] </w:t>
      </w:r>
      <w:r>
        <w:t>kaisi ajeeb baat hai!</w:t>
      </w:r>
    </w:p>
    <w:p>
      <w:pPr>
        <w:jc w:val="right"/>
      </w:pPr>
      <w:r>
        <w:t>کیسی عجیب بات ہے!</w:t>
      </w:r>
    </w:p>
    <w:p>
      <w:r>
        <w:rPr>
          <w:b/>
        </w:rPr>
        <w:t xml:space="preserve">[18:18] </w:t>
      </w:r>
      <w:r>
        <w:t>yani allah ka, allah ka yeh jo hai muamla ke woh rabbul alameen hai, sare alam ka ko</w:t>
      </w:r>
    </w:p>
    <w:p>
      <w:pPr>
        <w:jc w:val="right"/>
      </w:pPr>
      <w:r>
        <w:t>یعنی اللہ کا، اللہ کا یہ جو ہے معاملہ کہ وہ رب العالمین ہے، سارے عالم کا کو</w:t>
      </w:r>
    </w:p>
    <w:p>
      <w:r>
        <w:rPr>
          <w:b/>
        </w:rPr>
        <w:t xml:space="preserve">[18:25] </w:t>
      </w:r>
      <w:r>
        <w:t>control kiye hue hai, sare alam ko sambhale hue hai, sare alam ko iski zarooraten faraham kar</w:t>
      </w:r>
    </w:p>
    <w:p>
      <w:pPr>
        <w:jc w:val="right"/>
      </w:pPr>
      <w:r>
        <w:t>کنٹرول کیے ہوئے ہے، سارے عالم کو سنبھالے ہوئے ہے، سارے عالم کو اس کی ضرورتیں فراہم کر</w:t>
      </w:r>
    </w:p>
    <w:p>
      <w:r>
        <w:rPr>
          <w:b/>
        </w:rPr>
        <w:t xml:space="preserve">[18:32] </w:t>
      </w:r>
      <w:r>
        <w:t>raha hai, sare alam par iska dabdaba hai.</w:t>
      </w:r>
    </w:p>
    <w:p>
      <w:pPr>
        <w:jc w:val="right"/>
      </w:pPr>
      <w:r>
        <w:t>رہا ہے، سارے عالم پر اس کا دبدبہ ہے۔</w:t>
      </w:r>
    </w:p>
    <w:p>
      <w:r>
        <w:rPr>
          <w:b/>
        </w:rPr>
        <w:t xml:space="preserve">[18:39] </w:t>
      </w:r>
      <w:r>
        <w:t>ek zara bhi iski marzi ke baghair nahi chal sakta.</w:t>
      </w:r>
    </w:p>
    <w:p>
      <w:pPr>
        <w:jc w:val="right"/>
      </w:pPr>
      <w:r>
        <w:t>ایک ذرہ بھی اس کی مرضی کے بغیر نہیں چل سکتا۔</w:t>
      </w:r>
    </w:p>
    <w:p>
      <w:r>
        <w:rPr>
          <w:b/>
        </w:rPr>
        <w:t xml:space="preserve">[18:46] </w:t>
      </w:r>
      <w:r>
        <w:t>itni bari kainat, beshumar sitare, beshumar galaxy, bohat hi bari yeh kainat hai.</w:t>
      </w:r>
    </w:p>
    <w:p>
      <w:pPr>
        <w:jc w:val="right"/>
      </w:pPr>
      <w:r>
        <w:t>اتنی بڑی کائنات، بے شمار ستارے، بے شمار گلیکسی، بہت ہی بڑی یہ کائنات ہے۔</w:t>
      </w:r>
    </w:p>
    <w:p>
      <w:r>
        <w:rPr>
          <w:b/>
        </w:rPr>
        <w:t xml:space="preserve">[18:53] </w:t>
      </w:r>
      <w:r>
        <w:t>sari kainat allah ke poori tarah control mein hai, aur har ek ko iski zaroorat faraham ho rahi hai.</w:t>
      </w:r>
    </w:p>
    <w:p>
      <w:pPr>
        <w:jc w:val="right"/>
      </w:pPr>
      <w:r>
        <w:t>ساری کائنات اللہ کے پوری طرح کنٹرول میں ہے، اور ہر ایک کو اس کی ضرورت فراہم ہو رہی ہے۔</w:t>
      </w:r>
    </w:p>
    <w:p>
      <w:r>
        <w:rPr>
          <w:b/>
        </w:rPr>
        <w:t xml:space="preserve">[19:00] </w:t>
      </w:r>
      <w:r>
        <w:t>yeh hai rabbul alameen.</w:t>
      </w:r>
    </w:p>
    <w:p>
      <w:pPr>
        <w:jc w:val="right"/>
      </w:pPr>
      <w:r>
        <w:t>یہ ہے رب العالمین۔</w:t>
      </w:r>
    </w:p>
    <w:p>
      <w:r>
        <w:rPr>
          <w:b/>
        </w:rPr>
        <w:t xml:space="preserve">[19:07] </w:t>
      </w:r>
      <w:r>
        <w:t>to kya alhamdulillah ka jo lafz hai, woh is liye hai ke aap allah ko is hesiyat se</w:t>
      </w:r>
    </w:p>
    <w:p>
      <w:pPr>
        <w:jc w:val="right"/>
      </w:pPr>
      <w:r>
        <w:t>تو کیا الحمدللہ کا جو لفظ ہے، وہ اس لیے ہے کہ آپ اللہ کو اس حیثیت سے</w:t>
      </w:r>
    </w:p>
    <w:p>
      <w:r>
        <w:rPr>
          <w:b/>
        </w:rPr>
        <w:t xml:space="preserve">[19:14] </w:t>
      </w:r>
      <w:r>
        <w:t>daryaft karen, aur phir kahen: khudaya, tu kaisa azeem hai, kitna bara hai, teri ghuroori kiti zyada hai.</w:t>
      </w:r>
    </w:p>
    <w:p>
      <w:pPr>
        <w:jc w:val="right"/>
      </w:pPr>
      <w:r>
        <w:t>دریافت کریں، اور پھر کہیں: خدایا، تو کیسا عظیم ہے، کتنا بڑا ہے، تیری گھروڑی کتی زیادہ ہے۔</w:t>
      </w:r>
    </w:p>
    <w:p>
      <w:r>
        <w:rPr>
          <w:b/>
        </w:rPr>
        <w:t xml:space="preserve">[19:21] </w:t>
      </w:r>
      <w:r>
        <w:t>azmat khudaawandi ko daryaft kar ke, uski rehmat, raheem, uski rehmat ko daryaft kar ke, us</w:t>
      </w:r>
    </w:p>
    <w:p>
      <w:pPr>
        <w:jc w:val="right"/>
      </w:pPr>
      <w:r>
        <w:t>عظمت خداوندی کو دریافت کر کے، اس کی رحمت، رحیم، اس کی رحمت کو دریافت کر کے، اس</w:t>
      </w:r>
    </w:p>
    <w:p>
      <w:r>
        <w:rPr>
          <w:b/>
        </w:rPr>
        <w:t xml:space="preserve">[19:28] </w:t>
      </w:r>
      <w:r>
        <w:t>ki blessing ko daryaft kar ke, ek jo aap ke andar ek ajeeb o ghareeb uska thar</w:t>
      </w:r>
    </w:p>
    <w:p>
      <w:pPr>
        <w:jc w:val="right"/>
      </w:pPr>
      <w:r>
        <w:t>کی بلیسنگ کو دریافت کر کے، ایک جو آپ کے اندر ایک عجیب و غریب اس کا تھر</w:t>
      </w:r>
    </w:p>
    <w:p>
      <w:r>
        <w:rPr>
          <w:b/>
        </w:rPr>
        <w:t xml:space="preserve">[19:35] </w:t>
      </w:r>
      <w:r>
        <w:t>layega, us waqt aap kahan padhen? khudaya, tera hamd hai, woh hai alhamdulillah rabbul alameen.</w:t>
      </w:r>
    </w:p>
    <w:p>
      <w:pPr>
        <w:jc w:val="right"/>
      </w:pPr>
      <w:r>
        <w:t>لائے گا، اس وقت آپ کہاں پڑھیں؟ خدایا، تیرا حمد ہے، وہ ہے الحمدللہ رب العالمین۔</w:t>
      </w:r>
    </w:p>
    <w:p>
      <w:r>
        <w:rPr>
          <w:b/>
        </w:rPr>
        <w:t xml:space="preserve">[19:43] </w:t>
      </w:r>
      <w:r>
        <w:t>yeh chhote chhote zaati muamlaat mein jo kehte rehte hain log: alhamdulillah, iska taluq quran se kuch</w:t>
      </w:r>
    </w:p>
    <w:p>
      <w:pPr>
        <w:jc w:val="right"/>
      </w:pPr>
      <w:r>
        <w:t>یہ چھوٹے چھوٹے ذاتی معاملات میں جو کہتے رہتے ہیں لوگ: الحمدللہ، اس کا تعلق قرآن سے کچھ</w:t>
      </w:r>
    </w:p>
    <w:p>
      <w:r>
        <w:rPr>
          <w:b/>
        </w:rPr>
        <w:t xml:space="preserve">[19:50] </w:t>
      </w:r>
      <w:r>
        <w:t>bhi nahi, iska taluq quran se kuch bhi nahi hai.</w:t>
      </w:r>
    </w:p>
    <w:p>
      <w:pPr>
        <w:jc w:val="right"/>
      </w:pPr>
      <w:r>
        <w:t>بھی نہیں، اس کا تعلق قرآن سے کچھ بھی نہیں ہے۔</w:t>
      </w:r>
    </w:p>
    <w:p>
      <w:r>
        <w:rPr>
          <w:b/>
        </w:rPr>
        <w:t xml:space="preserve">[19:57] </w:t>
      </w:r>
      <w:r>
        <w:t>aap ghor kijiye, pehli ayat jo hai: alhamdulillah rabbul alameen, yani alhamdulillah kis liye? is liye ke tu</w:t>
      </w:r>
    </w:p>
    <w:p>
      <w:pPr>
        <w:jc w:val="right"/>
      </w:pPr>
      <w:r>
        <w:t>آپ غور کیجئے، پہلی آیت جو ہے: الحمدللہ رب العالمین، یعنی الحمدللہ کس لیے؟ اس لیے کہ تو</w:t>
      </w:r>
    </w:p>
    <w:p>
      <w:r>
        <w:rPr>
          <w:b/>
        </w:rPr>
        <w:t xml:space="preserve">[20:04] </w:t>
      </w:r>
      <w:r>
        <w:t>rabbul alameen hai, tu sare kainat ko paida karne wala hai, tu sari kainat ko sambhalne wala hai,</w:t>
      </w:r>
    </w:p>
    <w:p>
      <w:pPr>
        <w:jc w:val="right"/>
      </w:pPr>
      <w:r>
        <w:t>رب العالمین ہے، تو سارے کائنات کو پیدا کرنے والا ہے، تو ساری کائنات کو سنبھالنے والا ہے،</w:t>
      </w:r>
    </w:p>
    <w:p>
      <w:r>
        <w:rPr>
          <w:b/>
        </w:rPr>
        <w:t xml:space="preserve">[20:11] </w:t>
      </w:r>
      <w:r>
        <w:t>tu sari kainat ko iska rizq dene wala hai, including myself.</w:t>
      </w:r>
    </w:p>
    <w:p>
      <w:pPr>
        <w:jc w:val="right"/>
      </w:pPr>
      <w:r>
        <w:t>تو ساری کائنات کو اس کا رزق دینے والا ہے، انکلوڈنگ مائی سیلف۔</w:t>
      </w:r>
    </w:p>
    <w:p>
      <w:r>
        <w:rPr>
          <w:b/>
        </w:rPr>
        <w:t xml:space="preserve">[20:18] </w:t>
      </w:r>
      <w:r>
        <w:t>is aitbar se jab allah ki rububiyat ko, allah ki azmat ko, allah ki glory ko aap daryaft</w:t>
      </w:r>
    </w:p>
    <w:p>
      <w:pPr>
        <w:jc w:val="right"/>
      </w:pPr>
      <w:r>
        <w:t>اس اعتبار سے جب اللہ کی ربوبیت کو، اللہ کی عظمت کو، اللہ کی گلوری کو آپ دریافت</w:t>
      </w:r>
    </w:p>
    <w:p>
      <w:r>
        <w:rPr>
          <w:b/>
        </w:rPr>
        <w:t xml:space="preserve">[20:25] </w:t>
      </w:r>
      <w:r>
        <w:t>karen to ek samandar aap ke seene mein ublega.</w:t>
      </w:r>
    </w:p>
    <w:p>
      <w:pPr>
        <w:jc w:val="right"/>
      </w:pPr>
      <w:r>
        <w:t>کریں تو ایک سمندر آپ کے سینے میں ابلے گا۔</w:t>
      </w:r>
    </w:p>
    <w:p>
      <w:r>
        <w:rPr>
          <w:b/>
        </w:rPr>
        <w:t xml:space="preserve">[20:32] </w:t>
      </w:r>
      <w:r>
        <w:t>Allah ka etraf karne ka jazba ubhre ga, Allah ko iqrar karne ka jazba ubhre ga.</w:t>
      </w:r>
    </w:p>
    <w:p>
      <w:pPr>
        <w:jc w:val="right"/>
      </w:pPr>
      <w:r>
        <w:t>اللہ کا اعتراف کرنے کا جذبہ ابھرے گا، اللہ کو اقدار کرنے کا جذبہ ابھرے گا۔</w:t>
      </w:r>
    </w:p>
    <w:p>
      <w:r>
        <w:rPr>
          <w:b/>
        </w:rPr>
        <w:t xml:space="preserve">[20:39] </w:t>
      </w:r>
      <w:r>
        <w:t>Yeh samandari jazba jab lafzon mein dhale ga to isi ka naam hai Alhamdulillah Rabb al-Alameen.</w:t>
      </w:r>
    </w:p>
    <w:p>
      <w:pPr>
        <w:jc w:val="right"/>
      </w:pPr>
      <w:r>
        <w:t>یہ سمندری جذبہ جب لفظوں میں ڈھلے گا تو اسی کا نام ہے الحمدللہ رب العالمین۔</w:t>
      </w:r>
    </w:p>
    <w:p>
      <w:r>
        <w:rPr>
          <w:b/>
        </w:rPr>
        <w:t xml:space="preserve">[20:46] </w:t>
      </w:r>
      <w:r>
        <w:t>Yeh hai tadabbur sahi, yani tazkeer tadabbur.</w:t>
      </w:r>
    </w:p>
    <w:p>
      <w:pPr>
        <w:jc w:val="right"/>
      </w:pPr>
      <w:r>
        <w:t>یہ ہے تدبر صحیح، یعنی تذکیر تدبر۔</w:t>
      </w:r>
    </w:p>
    <w:p>
      <w:r>
        <w:rPr>
          <w:b/>
        </w:rPr>
        <w:t xml:space="preserve">[20:53] </w:t>
      </w:r>
      <w:r>
        <w:t>Yeh tazkeer tadabbur hai.</w:t>
      </w:r>
    </w:p>
    <w:p>
      <w:pPr>
        <w:jc w:val="right"/>
      </w:pPr>
      <w:r>
        <w:t>یہ تذکیر تدبر ہے۔</w:t>
      </w:r>
    </w:p>
    <w:p>
      <w:r>
        <w:rPr>
          <w:b/>
        </w:rPr>
        <w:t xml:space="preserve">[21:01] </w:t>
      </w:r>
      <w:r>
        <w:t>Phir aap aage barhte hain, aap parhte hain: Dhalik kitab la raiba fi al-muttaqin alladhina yuminoona bil ghaib is</w:t>
      </w:r>
    </w:p>
    <w:p>
      <w:pPr>
        <w:jc w:val="right"/>
      </w:pPr>
      <w:r>
        <w:t>پھر آپ آگے بڑھتے ہیں، آپ پڑھتے ہیں: ذالک کتاب لا رب فی المتقین الذین یومن بالغیب اس</w:t>
      </w:r>
    </w:p>
    <w:p>
      <w:r>
        <w:rPr>
          <w:b/>
        </w:rPr>
        <w:t xml:space="preserve">[21:08] </w:t>
      </w:r>
      <w:r>
        <w:t>ko parhte hain aap to Dhalik kitab la raiba fi yeh kitab hai jis mein koi shakk nahin.</w:t>
      </w:r>
    </w:p>
    <w:p>
      <w:pPr>
        <w:jc w:val="right"/>
      </w:pPr>
      <w:r>
        <w:t>کو پڑھتے ہیں آپ تو ذالک کتاب لا رب فی یہ کتاب ہے جس میں کوئی شک نہیں۔</w:t>
      </w:r>
    </w:p>
    <w:p>
      <w:r>
        <w:rPr>
          <w:b/>
        </w:rPr>
        <w:t xml:space="preserve">[21:15] </w:t>
      </w:r>
      <w:r>
        <w:t>Yeh la raiba fi jo hai, aik aik haqeeqat hai.</w:t>
      </w:r>
    </w:p>
    <w:p>
      <w:pPr>
        <w:jc w:val="right"/>
      </w:pPr>
      <w:r>
        <w:t>یہ لا رب فی جو ہے، ایک ایک حقیقت ہے۔</w:t>
      </w:r>
    </w:p>
    <w:p>
      <w:r>
        <w:rPr>
          <w:b/>
        </w:rPr>
        <w:t xml:space="preserve">[21:22] </w:t>
      </w:r>
      <w:r>
        <w:t>Yeh yani yeh is ka matlab hai ke Quran aap ke liye sirf aqeeday ki kitab nahin hai,</w:t>
      </w:r>
    </w:p>
    <w:p>
      <w:pPr>
        <w:jc w:val="right"/>
      </w:pPr>
      <w:r>
        <w:t>یہ یعنی یہ اس کا معنی ہے کہ قرآن آپ کے لیے صرف عقیدے کی کتاب نہیں ہے،</w:t>
      </w:r>
    </w:p>
    <w:p>
      <w:r>
        <w:rPr>
          <w:b/>
        </w:rPr>
        <w:t xml:space="preserve">[21:29] </w:t>
      </w:r>
      <w:r>
        <w:t>yaqeen ki kitab hai, daryaft ki kitab hai.</w:t>
      </w:r>
    </w:p>
    <w:p>
      <w:pPr>
        <w:jc w:val="right"/>
      </w:pPr>
      <w:r>
        <w:t>یقین کی کتاب ہے، دریافت کی کتاب ہے۔</w:t>
      </w:r>
    </w:p>
    <w:p>
      <w:r>
        <w:rPr>
          <w:b/>
        </w:rPr>
        <w:t xml:space="preserve">[21:36] </w:t>
      </w:r>
      <w:r>
        <w:t>Yani apne aql ko istemal kar ke, apne bizhan ko istemal kar ke, aap ke andar sochne ki,</w:t>
      </w:r>
    </w:p>
    <w:p>
      <w:pPr>
        <w:jc w:val="right"/>
      </w:pPr>
      <w:r>
        <w:t>یعنی اپنے عقل کو استعمال کر کے، اپنے بیزن کو استعمال کر کے، آپ کے اندر سوچنے کی،</w:t>
      </w:r>
    </w:p>
    <w:p>
      <w:r>
        <w:rPr>
          <w:b/>
        </w:rPr>
        <w:t xml:space="preserve">[21:43] </w:t>
      </w:r>
      <w:r>
        <w:t>tadabbur karne ki salahiyat ko istemal kar ke aap daryaft karte hain ke yeh Quran aik aisi kitab</w:t>
      </w:r>
    </w:p>
    <w:p>
      <w:pPr>
        <w:jc w:val="right"/>
      </w:pPr>
      <w:r>
        <w:t>تدبر کرنے کی صلاحیت کو استعمال کر کے آپ دریافت کرتے ہیں کہ یہ قرآن ایک ایسی کتاب</w:t>
      </w:r>
    </w:p>
    <w:p>
      <w:r>
        <w:rPr>
          <w:b/>
        </w:rPr>
        <w:t xml:space="preserve">[21:50] </w:t>
      </w:r>
      <w:r>
        <w:t>hai ke har shakk shubah se balatar hai.</w:t>
      </w:r>
    </w:p>
    <w:p>
      <w:pPr>
        <w:jc w:val="right"/>
      </w:pPr>
      <w:r>
        <w:t>ہے کہ ہر شک شبہ سے بالاتر ہے۔</w:t>
      </w:r>
    </w:p>
    <w:p>
      <w:r>
        <w:rPr>
          <w:b/>
        </w:rPr>
        <w:t xml:space="preserve">[21:57] </w:t>
      </w:r>
      <w:r>
        <w:t>Aik exceptional kitab hai.</w:t>
      </w:r>
    </w:p>
    <w:p>
      <w:pPr>
        <w:jc w:val="right"/>
      </w:pPr>
      <w:r>
        <w:t>ایک ایکسیپشنل کتاب ہے۔</w:t>
      </w:r>
    </w:p>
    <w:p>
      <w:r>
        <w:rPr>
          <w:b/>
        </w:rPr>
        <w:t xml:space="preserve">[22:04] </w:t>
      </w:r>
      <w:r>
        <w:t>Yeh to Quran ko as aik exceptional book ke taur par jo aap daryaft karte hain to is</w:t>
      </w:r>
    </w:p>
    <w:p>
      <w:pPr>
        <w:jc w:val="right"/>
      </w:pPr>
      <w:r>
        <w:t>یہ تو قرآن کو ایز ایک ایکسیپشنل بک کے طور پر جو آپ دریافت کرتے ہیں تو اس</w:t>
      </w:r>
    </w:p>
    <w:p>
      <w:r>
        <w:rPr>
          <w:b/>
        </w:rPr>
        <w:t xml:space="preserve">[22:11] </w:t>
      </w:r>
      <w:r>
        <w:t>ka naam hai Dhalik kitab Allah.</w:t>
      </w:r>
    </w:p>
    <w:p>
      <w:pPr>
        <w:jc w:val="right"/>
      </w:pPr>
      <w:r>
        <w:t>کا نام ہے ذالک کتاب اللہ۔</w:t>
      </w:r>
    </w:p>
    <w:p>
      <w:r>
        <w:rPr>
          <w:b/>
        </w:rPr>
        <w:t xml:space="preserve">[22:19] </w:t>
      </w:r>
      <w:r>
        <w:t>To kaisa ajeeb yaqeen uble ga aap ke andar.</w:t>
      </w:r>
    </w:p>
    <w:p>
      <w:pPr>
        <w:jc w:val="right"/>
      </w:pPr>
      <w:r>
        <w:t>تو کیسا عجیب یقین ابلے گا آپ کے اندر۔</w:t>
      </w:r>
    </w:p>
    <w:p>
      <w:r>
        <w:rPr>
          <w:b/>
        </w:rPr>
        <w:t xml:space="preserve">[22:26] </w:t>
      </w:r>
      <w:r>
        <w:t>Phir aap dekhiye, yeh yuminoona bil ghaib, ghaib par iman late hain.</w:t>
      </w:r>
    </w:p>
    <w:p>
      <w:pPr>
        <w:jc w:val="right"/>
      </w:pPr>
      <w:r>
        <w:t>پھر آپ دیکھیے، یہ امنون بالغیب، غیب پر ایمان لاتے ہیں۔</w:t>
      </w:r>
    </w:p>
    <w:p>
      <w:r>
        <w:rPr>
          <w:b/>
        </w:rPr>
        <w:t xml:space="preserve">[22:33] </w:t>
      </w:r>
      <w:r>
        <w:t>Aap jante hain ke Allah taala ghaib mein hai, jannat dozakh ghaib mein hai, farishtay ghaib mein hain.</w:t>
      </w:r>
    </w:p>
    <w:p>
      <w:pPr>
        <w:jc w:val="right"/>
      </w:pPr>
      <w:r>
        <w:t>آپ جانتے ہیں کہ اللہ تعالی غیب میں ہے، جنت دوزخ غیب میں ہے، فرشتے غیب میں ہیں۔</w:t>
      </w:r>
    </w:p>
    <w:p>
      <w:r>
        <w:rPr>
          <w:b/>
        </w:rPr>
        <w:t xml:space="preserve">[22:40] </w:t>
      </w:r>
      <w:r>
        <w:t>To iman yeh hai ke yeh sari haqeeqaten aap ke liye shuhood ban jayen, yani dekhi hui cheez ban jayen.</w:t>
      </w:r>
    </w:p>
    <w:p>
      <w:pPr>
        <w:jc w:val="right"/>
      </w:pPr>
      <w:r>
        <w:t>تو ایمان یہ ہے کہ یہ ساری حقیقتیں آپ کے لیے شہود بن جائیں، یعنی دیکھی ہوئی چیز بن جائیں۔</w:t>
      </w:r>
    </w:p>
    <w:p>
      <w:r>
        <w:rPr>
          <w:b/>
        </w:rPr>
        <w:t xml:space="preserve">[22:47] </w:t>
      </w:r>
      <w:r>
        <w:t>Jab tak yaqeen aap ko kisi bhi aisi cheez pe hota hai jis ko aap dekh rahe hain,</w:t>
      </w:r>
    </w:p>
    <w:p>
      <w:pPr>
        <w:jc w:val="right"/>
      </w:pPr>
      <w:r>
        <w:t>جب تک یقین آپ کو کسی بھی ایسی چیز پہ ہوتا ہے جس کو آپ دیکھ رہے ہیں،</w:t>
      </w:r>
    </w:p>
    <w:p>
      <w:r>
        <w:rPr>
          <w:b/>
        </w:rPr>
        <w:t xml:space="preserve">[22:54] </w:t>
      </w:r>
      <w:r>
        <w:t>jaise aap apni maan ko dekhte hain, apne baap ko dekhte hain to aap ko yaqeen hota hai</w:t>
      </w:r>
    </w:p>
    <w:p>
      <w:pPr>
        <w:jc w:val="right"/>
      </w:pPr>
      <w:r>
        <w:t>جیسے آپ اپنی ماں کو دیکھتے ہیں، اپنے باپ کو دیکھتے ہیں تو آپ کو یقین ہوتا ہے</w:t>
      </w:r>
    </w:p>
    <w:p>
      <w:r>
        <w:rPr>
          <w:b/>
        </w:rPr>
        <w:t xml:space="preserve">[23:01] </w:t>
      </w:r>
      <w:r>
        <w:t>ke yeh mera baap hai, yeh meri maan hai.</w:t>
      </w:r>
    </w:p>
    <w:p>
      <w:pPr>
        <w:jc w:val="right"/>
      </w:pPr>
      <w:r>
        <w:t>کہ یہ میرا باپ ہے، یہ میری ماں ہے۔</w:t>
      </w:r>
    </w:p>
    <w:p>
      <w:r>
        <w:rPr>
          <w:b/>
        </w:rPr>
        <w:t xml:space="preserve">[23:08] </w:t>
      </w:r>
      <w:r>
        <w:t>Aap suraj chand ko dekhte hain to aap ko yaqeen hota hai ke yeh suraj hai, yeh chand hai.</w:t>
      </w:r>
    </w:p>
    <w:p>
      <w:pPr>
        <w:jc w:val="right"/>
      </w:pPr>
      <w:r>
        <w:t>آپ سورج چاند کو دیکھتے ہیں تو آپ کو یقین ہوتا ہے کہ یہ سورج ہے، یہ چاند ہے۔</w:t>
      </w:r>
    </w:p>
    <w:p>
      <w:r>
        <w:rPr>
          <w:b/>
        </w:rPr>
        <w:t xml:space="preserve">[23:15] </w:t>
      </w:r>
      <w:r>
        <w:t>Aap samandar ko aur pahad ko dekhte hain to aap ko yaqeen hota hai ke yeh samandar hai,</w:t>
      </w:r>
    </w:p>
    <w:p>
      <w:pPr>
        <w:jc w:val="right"/>
      </w:pPr>
      <w:r>
        <w:t>آپ سمندر کو اور پہاڑ کو دیکھتے ہیں تو آپ کو یقین ہوتا ہے کہ یہ سمندر ہے،</w:t>
      </w:r>
    </w:p>
    <w:p>
      <w:r>
        <w:rPr>
          <w:b/>
        </w:rPr>
        <w:t xml:space="preserve">[23:22] </w:t>
      </w:r>
      <w:r>
        <w:t>yeh pahad hai.</w:t>
      </w:r>
    </w:p>
    <w:p>
      <w:pPr>
        <w:jc w:val="right"/>
      </w:pPr>
      <w:r>
        <w:t>یہ پہاڑ ہے۔</w:t>
      </w:r>
    </w:p>
    <w:p>
      <w:r>
        <w:rPr>
          <w:b/>
        </w:rPr>
        <w:t xml:space="preserve">[23:29] </w:t>
      </w:r>
      <w:r>
        <w:t>isi tarah se yaqeen, jaise ke aap dekh rahe hon Khuda ko, farishton ko, jannat ko, dozakh ko.</w:t>
      </w:r>
    </w:p>
    <w:p>
      <w:pPr>
        <w:jc w:val="right"/>
      </w:pPr>
      <w:r>
        <w:t>اسی طرح سے یقین، جیسے کہ آپ دیکھ رہے ہوں خدا کو، فرشتوں کو، جنت کو، دوزخ کو۔</w:t>
      </w:r>
    </w:p>
    <w:p>
      <w:r>
        <w:rPr>
          <w:b/>
        </w:rPr>
        <w:t xml:space="preserve">[23:36] </w:t>
      </w:r>
      <w:r>
        <w:t>yeh hai yoman bilghayb.</w:t>
      </w:r>
    </w:p>
    <w:p>
      <w:pPr>
        <w:jc w:val="right"/>
      </w:pPr>
      <w:r>
        <w:t>یہ ہے یومن بالغیب۔</w:t>
      </w:r>
    </w:p>
    <w:p>
      <w:r>
        <w:rPr>
          <w:b/>
        </w:rPr>
        <w:t xml:space="preserve">[23:44] </w:t>
      </w:r>
      <w:r>
        <w:t>aap ghaur kijiye ke yeh jab imaan aap ko hasil hoga to kaisi ajeeb kaifiyat aap ki hogi,</w:t>
      </w:r>
    </w:p>
    <w:p>
      <w:pPr>
        <w:jc w:val="right"/>
      </w:pPr>
      <w:r>
        <w:t>آپ غور کیجئے کہ یہ جب ایمان آپ کو حاصل ہوگا تو کیسی عجیب کیفیت آپ کی ہوگی،</w:t>
      </w:r>
    </w:p>
    <w:p>
      <w:r>
        <w:rPr>
          <w:b/>
        </w:rPr>
        <w:t xml:space="preserve">[23:51] </w:t>
      </w:r>
      <w:r>
        <w:t>kaisi ajeeb kaifiyat hogi.</w:t>
      </w:r>
    </w:p>
    <w:p>
      <w:pPr>
        <w:jc w:val="right"/>
      </w:pPr>
      <w:r>
        <w:t>کیسی عجیب کیفیت ہوگی۔</w:t>
      </w:r>
    </w:p>
    <w:p>
      <w:r>
        <w:rPr>
          <w:b/>
        </w:rPr>
        <w:t xml:space="preserve">[23:58] </w:t>
      </w:r>
      <w:r>
        <w:t>aap sarsaar ho jayenge, ek sarsari kaifiyat aap ke andar paida ho jayegi.</w:t>
      </w:r>
    </w:p>
    <w:p>
      <w:pPr>
        <w:jc w:val="right"/>
      </w:pPr>
      <w:r>
        <w:t>آپ سرسار ہو جائیں گے، ایک سرساری کیفیت آپ کے اندر پیدا ہو جائے گی۔</w:t>
      </w:r>
    </w:p>
    <w:p>
      <w:r>
        <w:rPr>
          <w:b/>
        </w:rPr>
        <w:t xml:space="preserve">[24:05] </w:t>
      </w:r>
      <w:r>
        <w:t>jab aap Allah ka naam lenge to us ki azmaton ka ek pahad aap ke lagega,</w:t>
      </w:r>
    </w:p>
    <w:p>
      <w:pPr>
        <w:jc w:val="right"/>
      </w:pPr>
      <w:r>
        <w:t>جب آپ اللہ کا نام لیں گے تو اس کی عظمتوں کا ایک پہاڑ آپ کے لگے گا،</w:t>
      </w:r>
    </w:p>
    <w:p>
      <w:r>
        <w:rPr>
          <w:b/>
        </w:rPr>
        <w:t xml:space="preserve">[24:12] </w:t>
      </w:r>
      <w:r>
        <w:t>ek ek ek himalaya hi ehsaas hoga aap ko Allah ki azmaton ka.</w:t>
      </w:r>
    </w:p>
    <w:p>
      <w:pPr>
        <w:jc w:val="right"/>
      </w:pPr>
      <w:r>
        <w:t>ایک ایک ایک ہمالیہ ہی احساس ہوگا آپ کو اللہ کی عظمتوں کا۔</w:t>
      </w:r>
    </w:p>
    <w:p>
      <w:r>
        <w:rPr>
          <w:b/>
        </w:rPr>
        <w:t xml:space="preserve">[24:19] </w:t>
      </w:r>
      <w:r>
        <w:t>jab aap jannat ka naam lenge to aap ko lagega ke kaisi ajeeb ghareeb cheez hogi</w:t>
      </w:r>
    </w:p>
    <w:p>
      <w:pPr>
        <w:jc w:val="right"/>
      </w:pPr>
      <w:r>
        <w:t>جب آپ جنت کا نام لیں گے تو آپ کو لگے گا کہ کیسی عجیب غریب چیز ہوگی</w:t>
      </w:r>
    </w:p>
    <w:p>
      <w:r>
        <w:rPr>
          <w:b/>
        </w:rPr>
        <w:t xml:space="preserve">[24:26] </w:t>
      </w:r>
      <w:r>
        <w:t>jannat ke Allah ne banaya hai.</w:t>
      </w:r>
    </w:p>
    <w:p>
      <w:pPr>
        <w:jc w:val="right"/>
      </w:pPr>
      <w:r>
        <w:t>جنت کہ اللہ نے بنایا ہے۔</w:t>
      </w:r>
    </w:p>
    <w:p>
      <w:r>
        <w:rPr>
          <w:b/>
        </w:rPr>
        <w:t xml:space="preserve">[24:33] </w:t>
      </w:r>
      <w:r>
        <w:t>aap jahannum ka naam lenge to sab sochenge kitna bada maqam hai jannat ka, Allah hamein</w:t>
      </w:r>
    </w:p>
    <w:p>
      <w:pPr>
        <w:jc w:val="right"/>
      </w:pPr>
      <w:r>
        <w:t>آپ جہنم کا نام لیں گے تو سب سوچیں گے کتنا بڑا مقام ہے جنت کا، اللہ ہمیں</w:t>
      </w:r>
    </w:p>
    <w:p>
      <w:r>
        <w:rPr>
          <w:b/>
        </w:rPr>
        <w:t xml:space="preserve">[24:40] </w:t>
      </w:r>
      <w:r>
        <w:t>is se door rakhega.</w:t>
      </w:r>
    </w:p>
    <w:p>
      <w:pPr>
        <w:jc w:val="right"/>
      </w:pPr>
      <w:r>
        <w:t>اس سے دور رکھے گا۔</w:t>
      </w:r>
    </w:p>
    <w:p>
      <w:r>
        <w:rPr>
          <w:b/>
        </w:rPr>
        <w:t xml:space="preserve">[24:47] </w:t>
      </w:r>
      <w:r>
        <w:t>jab aap malaika ka bolenge to aap sochenge sari taraf malaika ka control hai.</w:t>
      </w:r>
    </w:p>
    <w:p>
      <w:pPr>
        <w:jc w:val="right"/>
      </w:pPr>
      <w:r>
        <w:t>جب آپ ملائکہ کا بولیں گے تو آپ سوچیں گے ساری طرف ملائکہ کا کنٹرول ہے۔</w:t>
      </w:r>
    </w:p>
    <w:p>
      <w:r>
        <w:rPr>
          <w:b/>
        </w:rPr>
        <w:t xml:space="preserve">[24:54] </w:t>
      </w:r>
      <w:r>
        <w:t>hadees mein aata hai ke zameen ke chappe chappe malaika maujood hain.</w:t>
      </w:r>
    </w:p>
    <w:p>
      <w:pPr>
        <w:jc w:val="right"/>
      </w:pPr>
      <w:r>
        <w:t>حدیث میں آتا ہے کہ زمین کے چپے چپے ملائکہ موجود ہیں۔</w:t>
      </w:r>
    </w:p>
    <w:p>
      <w:r>
        <w:rPr>
          <w:b/>
        </w:rPr>
        <w:t xml:space="preserve">[25:02] </w:t>
      </w:r>
      <w:r>
        <w:t>is mein lafz ke woh sajda kiye hue hain.</w:t>
      </w:r>
    </w:p>
    <w:p>
      <w:pPr>
        <w:jc w:val="right"/>
      </w:pPr>
      <w:r>
        <w:t>اس میں لفظ کے وہ سجدہ کیے ہوئے ہیں۔</w:t>
      </w:r>
    </w:p>
    <w:p>
      <w:r>
        <w:rPr>
          <w:b/>
        </w:rPr>
        <w:t xml:space="preserve">[25:09] </w:t>
      </w:r>
      <w:r>
        <w:t>sajda ka matlab bhi nahi ke peshani sar pe rakhe hue hain, peshani zameen pe rakhe hue hain.</w:t>
      </w:r>
    </w:p>
    <w:p>
      <w:pPr>
        <w:jc w:val="right"/>
      </w:pPr>
      <w:r>
        <w:t>سجدہ کا مطلب بھی نہیں کہ پیشانی سر پہ رکھے ہوئے ہیں، پیشانی زمین پہ رکھے ہوئے ہیں۔</w:t>
      </w:r>
    </w:p>
    <w:p>
      <w:r>
        <w:rPr>
          <w:b/>
        </w:rPr>
        <w:t xml:space="preserve">[25:16] </w:t>
      </w:r>
      <w:r>
        <w:t>nahi, saare alam mein woh jo jo yeh Allah ke karindey hain, jo saare alam ko control kar rahe hain.</w:t>
      </w:r>
    </w:p>
    <w:p>
      <w:pPr>
        <w:jc w:val="right"/>
      </w:pPr>
      <w:r>
        <w:t>نہیں، سارے عالم میں وہ جو جو یہ اللہ کے کارندے ہیں، جو سارے عالم کو کنٹرول کر رہے ہیں۔</w:t>
      </w:r>
    </w:p>
    <w:p>
      <w:r>
        <w:rPr>
          <w:b/>
        </w:rPr>
        <w:t xml:space="preserve">[25:23] </w:t>
      </w:r>
      <w:r>
        <w:t>un sab baaton ko jab aap yaqeen ke darje mein daryaft karen to woh hai yeh imaan.</w:t>
      </w:r>
    </w:p>
    <w:p>
      <w:pPr>
        <w:jc w:val="right"/>
      </w:pPr>
      <w:r>
        <w:t>ان سب باتوں کو جب آپ یقین کے درجے میں دریافت کریں تو وہ ہے یہ ایمان۔</w:t>
      </w:r>
    </w:p>
    <w:p>
      <w:r>
        <w:rPr>
          <w:b/>
        </w:rPr>
        <w:t xml:space="preserve">[25:30] </w:t>
      </w:r>
      <w:r>
        <w:t>woh hai imaan.</w:t>
      </w:r>
    </w:p>
    <w:p>
      <w:pPr>
        <w:jc w:val="right"/>
      </w:pPr>
      <w:r>
        <w:t>وہ ہے ایمان۔</w:t>
      </w:r>
    </w:p>
    <w:p>
      <w:r>
        <w:rPr>
          <w:b/>
        </w:rPr>
        <w:t xml:space="preserve">[25:37] </w:t>
      </w:r>
      <w:r>
        <w:t>imaan yeh nahi ke kuch kalma padh liya zuban se as a lip service, yeh matlab nahi hai.</w:t>
      </w:r>
    </w:p>
    <w:p>
      <w:pPr>
        <w:jc w:val="right"/>
      </w:pPr>
      <w:r>
        <w:t>ایمان یہ نہیں کہ کچھ کلمہ پڑھ لیا زبان سے ایز اے لپ سروس، یہ مطلب نہیں ہے۔</w:t>
      </w:r>
    </w:p>
    <w:p>
      <w:r>
        <w:rPr>
          <w:b/>
        </w:rPr>
        <w:t xml:space="preserve">[25:44] </w:t>
      </w:r>
      <w:r>
        <w:t>imaan to yaqeen ka, yaqeen ka jazba phootey aap ke dil mein, yaqeen ka darya rawaan ho jaye</w:t>
      </w:r>
    </w:p>
    <w:p>
      <w:pPr>
        <w:jc w:val="right"/>
      </w:pPr>
      <w:r>
        <w:t>ایمان تو یقین کا، یقین کا جذبہ پھوٹے آپ کے دل میں، یقین کا دریا رواں ہو جائے</w:t>
      </w:r>
    </w:p>
    <w:p>
      <w:r>
        <w:rPr>
          <w:b/>
        </w:rPr>
        <w:t xml:space="preserve">[25:51] </w:t>
      </w:r>
      <w:r>
        <w:t>aap kisi ne.</w:t>
      </w:r>
    </w:p>
    <w:p>
      <w:pPr>
        <w:jc w:val="right"/>
      </w:pPr>
      <w:r>
        <w:t>آپ کسی نے۔</w:t>
      </w:r>
    </w:p>
    <w:p>
      <w:r>
        <w:rPr>
          <w:b/>
        </w:rPr>
        <w:t xml:space="preserve">[25:58] </w:t>
      </w:r>
      <w:r>
        <w:t>woh hai imaan.</w:t>
      </w:r>
    </w:p>
    <w:p>
      <w:pPr>
        <w:jc w:val="right"/>
      </w:pPr>
      <w:r>
        <w:t>وہ ہے ایمان۔</w:t>
      </w:r>
    </w:p>
    <w:p>
      <w:r>
        <w:rPr>
          <w:b/>
        </w:rPr>
        <w:t xml:space="preserve">[26:05] </w:t>
      </w:r>
      <w:r>
        <w:t>is tarah se Quran mein aap jitna padhte jayenge to poori poori poora Quran ke jo verses</w:t>
      </w:r>
    </w:p>
    <w:p>
      <w:pPr>
        <w:jc w:val="right"/>
      </w:pPr>
      <w:r>
        <w:t>اس طرح سے قرآن میں آپ جتنا پڑھتے جائیں گے تو پوری پوری پورا قرآن کے جو ورسیز</w:t>
      </w:r>
    </w:p>
    <w:p>
      <w:r>
        <w:rPr>
          <w:b/>
        </w:rPr>
        <w:t xml:space="preserve">[26:12] </w:t>
      </w:r>
      <w:r>
        <w:t>hain aap ke liye, woh reminding courses ban jayengi.</w:t>
      </w:r>
    </w:p>
    <w:p>
      <w:pPr>
        <w:jc w:val="right"/>
      </w:pPr>
      <w:r>
        <w:t>ہیں آپ کے لیے، وہ ریمائنڈنگ کورسز بن جائیں گی۔</w:t>
      </w:r>
    </w:p>
    <w:p>
      <w:r>
        <w:rPr>
          <w:b/>
        </w:rPr>
        <w:t xml:space="preserve">[26:20] </w:t>
      </w:r>
      <w:r>
        <w:t>kisi haqeeqat ko yaad dilane wali, kisi naseehat ko yaad dilane wali.</w:t>
      </w:r>
    </w:p>
    <w:p>
      <w:pPr>
        <w:jc w:val="right"/>
      </w:pPr>
      <w:r>
        <w:t>کسی حقیقت کو یاد دلانے والی، کسی نصیحت کو یاد دلانے والی۔</w:t>
      </w:r>
    </w:p>
    <w:p>
      <w:r>
        <w:rPr>
          <w:b/>
        </w:rPr>
        <w:t xml:space="preserve">[26:27] </w:t>
      </w:r>
      <w:r>
        <w:t>abhi kal mein ek musalmanon ka ek akhbar parh raha tha, is mein tha ke sari dunya musalmanon</w:t>
      </w:r>
    </w:p>
    <w:p>
      <w:pPr>
        <w:jc w:val="right"/>
      </w:pPr>
      <w:r>
        <w:t>ابھی کل میں ایک مسلمانوں کا ایک اخبار پڑھ رہا تھا، اس میں تھا کہ ساری دنیا مسلمانوں</w:t>
      </w:r>
    </w:p>
    <w:p>
      <w:r>
        <w:rPr>
          <w:b/>
        </w:rPr>
        <w:t xml:space="preserve">[26:34] </w:t>
      </w:r>
      <w:r>
        <w:t>ke liye, yani dushman bani hui hai.</w:t>
      </w:r>
    </w:p>
    <w:p>
      <w:pPr>
        <w:jc w:val="right"/>
      </w:pPr>
      <w:r>
        <w:t>کے لیے، یعنی دشمن بنی ہوئی ہے۔</w:t>
      </w:r>
    </w:p>
    <w:p>
      <w:r>
        <w:rPr>
          <w:b/>
        </w:rPr>
        <w:t xml:space="preserve">[26:41] </w:t>
      </w:r>
      <w:r>
        <w:t>musalman har taraf mazloom hain, har jagah musalmanon ke sath zulm kiya ja raha hai.</w:t>
      </w:r>
    </w:p>
    <w:p>
      <w:pPr>
        <w:jc w:val="right"/>
      </w:pPr>
      <w:r>
        <w:t>مسلمان ہر طرف مظلوم ہیں، ہر جگہ مسلمانوں کے ساتھ ظلم کیا جا رہا ہے۔</w:t>
      </w:r>
    </w:p>
    <w:p>
      <w:r>
        <w:rPr>
          <w:b/>
        </w:rPr>
        <w:t xml:space="preserve">[26:48] </w:t>
      </w:r>
      <w:r>
        <w:t>aur yeh sare musalmanon ke jitne bhi jalsay hain, jitne bhi un ke akhbar hain, is mein aap</w:t>
      </w:r>
    </w:p>
    <w:p>
      <w:pPr>
        <w:jc w:val="right"/>
      </w:pPr>
      <w:r>
        <w:t>اور یہ سارے مسلمانوں کے جتنے بھی جلسے ہیں، جتنے بھی ان کے اخبار ہیں، اس میں آپ</w:t>
      </w:r>
    </w:p>
    <w:p>
      <w:r>
        <w:rPr>
          <w:b/>
        </w:rPr>
        <w:t xml:space="preserve">[26:55] </w:t>
      </w:r>
      <w:r>
        <w:t>yahi payenge musalmanon ki mazloomiyat aur doosron ka zulm.</w:t>
      </w:r>
    </w:p>
    <w:p>
      <w:pPr>
        <w:jc w:val="right"/>
      </w:pPr>
      <w:r>
        <w:t>یہی پائیں گے مسلمانوں کی مظلومیت اور دوسروں کا ظلم۔</w:t>
      </w:r>
    </w:p>
    <w:p>
      <w:r>
        <w:rPr>
          <w:b/>
        </w:rPr>
        <w:t xml:space="preserve">[27:02] </w:t>
      </w:r>
      <w:r>
        <w:t>ab is ko lijiye, aap is ke baad aap quran ki ayaten jab padhenge in mal ghusal</w:t>
      </w:r>
    </w:p>
    <w:p>
      <w:pPr>
        <w:jc w:val="right"/>
      </w:pPr>
      <w:r>
        <w:t>اب اس کو لیجئے، آپ اس کے بعد آپ قرآن کی آیتیں جب پڑھیں گے إن مال غسل</w:t>
      </w:r>
    </w:p>
    <w:p>
      <w:r>
        <w:rPr>
          <w:b/>
        </w:rPr>
        <w:t xml:space="preserve">[27:09] </w:t>
      </w:r>
      <w:r>
        <w:t>isra in mal ghusal isra dekhen, is ayat ko padh kar aap kya daryaft karenge? zindagi mein</w:t>
      </w:r>
    </w:p>
    <w:p>
      <w:pPr>
        <w:jc w:val="right"/>
      </w:pPr>
      <w:r>
        <w:t>إسراء إن مال غسل إسراء دیکھیں، اس آیت کو پڑھ کر آپ کیا دریافت کریں گے؟ زندگی میں</w:t>
      </w:r>
    </w:p>
    <w:p>
      <w:r>
        <w:rPr>
          <w:b/>
        </w:rPr>
        <w:t xml:space="preserve">[27:16] </w:t>
      </w:r>
      <w:r>
        <w:t>ghusal bhi hai, jism bhi hai, yani mushkil bhi hai, aasani bhi hai, opportunities bhi hain, scope bhi hain.</w:t>
      </w:r>
    </w:p>
    <w:p>
      <w:pPr>
        <w:jc w:val="right"/>
      </w:pPr>
      <w:r>
        <w:t>غسل بھی ہے، جسم بھی ہے، یعنی مشکل بھی ہے، آسانی بھی ہے، اپرچونیٹیز بھی ہیں، اسکوپ بھی ہیں۔</w:t>
      </w:r>
    </w:p>
    <w:p>
      <w:r>
        <w:rPr>
          <w:b/>
        </w:rPr>
        <w:t xml:space="preserve">[27:23] </w:t>
      </w:r>
      <w:r>
        <w:t>to is ayat se kya aap daryaft karenge? aap kahenge ke scope ko daryaft karo, difficulties</w:t>
      </w:r>
    </w:p>
    <w:p>
      <w:pPr>
        <w:jc w:val="right"/>
      </w:pPr>
      <w:r>
        <w:t>تو اس آیت سے کیا آپ دریافت کریں گے؟ آپ کہیں گے کہ اسکوپ کو دریافت کرو، ڈیفیکلٹیز</w:t>
      </w:r>
    </w:p>
    <w:p>
      <w:r>
        <w:rPr>
          <w:b/>
        </w:rPr>
        <w:t xml:space="preserve">[27:30] </w:t>
      </w:r>
      <w:r>
        <w:t>ko, problem ko radd kar do.</w:t>
      </w:r>
    </w:p>
    <w:p>
      <w:pPr>
        <w:jc w:val="right"/>
      </w:pPr>
      <w:r>
        <w:t>کو، پرابلم کو رد کر دو۔</w:t>
      </w:r>
    </w:p>
    <w:p>
      <w:r>
        <w:rPr>
          <w:b/>
        </w:rPr>
        <w:t xml:space="preserve">[27:37] </w:t>
      </w:r>
      <w:r>
        <w:t>to rehnumai woh hai, leader woh hai jo scope ko bataye, jo opportunities ko bataye, jo mawaqe ko</w:t>
      </w:r>
    </w:p>
    <w:p>
      <w:pPr>
        <w:jc w:val="right"/>
      </w:pPr>
      <w:r>
        <w:t>تو رہنمائی وہ ہے، لیڈر وہ ہے جو اسکوپ کو بتائے، جو اپرچونیٹیز کو بتائے، جو مواقع کو</w:t>
      </w:r>
    </w:p>
    <w:p>
      <w:r>
        <w:rPr>
          <w:b/>
        </w:rPr>
        <w:t xml:space="preserve">[27:45] </w:t>
      </w:r>
      <w:r>
        <w:t>bataye, jo yani difficulties aur problem ki nishandahi kare.</w:t>
      </w:r>
    </w:p>
    <w:p>
      <w:pPr>
        <w:jc w:val="right"/>
      </w:pPr>
      <w:r>
        <w:t>بتائے، جو یعنی ڈیفیکلٹیز اور پرابلم کی نشاندہی کرے۔</w:t>
      </w:r>
    </w:p>
    <w:p>
      <w:r>
        <w:rPr>
          <w:b/>
        </w:rPr>
        <w:t xml:space="preserve">[27:52] </w:t>
      </w:r>
      <w:r>
        <w:t>woh woh leader hi nahi hai.</w:t>
      </w:r>
    </w:p>
    <w:p>
      <w:pPr>
        <w:jc w:val="right"/>
      </w:pPr>
      <w:r>
        <w:t>وہ وہ لیڈر ہی نہیں ہے۔</w:t>
      </w:r>
    </w:p>
    <w:p>
      <w:r>
        <w:rPr>
          <w:b/>
        </w:rPr>
        <w:t xml:space="preserve">[27:59] </w:t>
      </w:r>
      <w:r>
        <w:t>phir aap dekhiye, padhenge aap shaitan ka kirdaar, iblis ka kirdaar.</w:t>
      </w:r>
    </w:p>
    <w:p>
      <w:pPr>
        <w:jc w:val="right"/>
      </w:pPr>
      <w:r>
        <w:t>پھر آپ دیکھیے، پڑھیں گے آپ شیطان کا کردار، ابلیس کا کردار۔</w:t>
      </w:r>
    </w:p>
    <w:p>
      <w:r>
        <w:rPr>
          <w:b/>
        </w:rPr>
        <w:t xml:space="preserve">[28:06] </w:t>
      </w:r>
      <w:r>
        <w:t>iblis ka kirdaar kya hai? Allah taala ne insan ko paida kiya aur us waqt do makhlooq aur</w:t>
      </w:r>
    </w:p>
    <w:p>
      <w:pPr>
        <w:jc w:val="right"/>
      </w:pPr>
      <w:r>
        <w:t>ابلیس کا کردار کیا ہے؟ اللہ تعالی نے انسان کو پیدا کیا اور اس وقت دو مخلوق اور</w:t>
      </w:r>
    </w:p>
    <w:p>
      <w:r>
        <w:rPr>
          <w:b/>
        </w:rPr>
        <w:t xml:space="preserve">[28:13] </w:t>
      </w:r>
      <w:r>
        <w:t>thin, farishtay aur iblis.</w:t>
      </w:r>
    </w:p>
    <w:p>
      <w:pPr>
        <w:jc w:val="right"/>
      </w:pPr>
      <w:r>
        <w:t>تھیں، فرشتے اور ابلیس۔</w:t>
      </w:r>
    </w:p>
    <w:p>
      <w:r>
        <w:rPr>
          <w:b/>
        </w:rPr>
        <w:t xml:space="preserve">[28:20] </w:t>
      </w:r>
      <w:r>
        <w:t>Allah ne dono se kaha ke tum log insan ke aage jhuk jao.</w:t>
      </w:r>
    </w:p>
    <w:p>
      <w:pPr>
        <w:jc w:val="right"/>
      </w:pPr>
      <w:r>
        <w:t>اللہ نے دونوں سے کہا کہ تم لوگ انسان کے آگے جھک جاؤ۔</w:t>
      </w:r>
    </w:p>
    <w:p>
      <w:r>
        <w:rPr>
          <w:b/>
        </w:rPr>
        <w:t xml:space="preserve">[28:27] </w:t>
      </w:r>
      <w:r>
        <w:t>to kya hua? aap padhenge quran mein ke farishtay to jhuk gaye aur shaitan nahi jhuka.</w:t>
      </w:r>
    </w:p>
    <w:p>
      <w:pPr>
        <w:jc w:val="right"/>
      </w:pPr>
      <w:r>
        <w:t>تو کیا ہوا؟ آپ پڑھیں گے قرآن میں کہ فرشتے تو جھک گئے اور شیطان نہیں جھکا۔</w:t>
      </w:r>
    </w:p>
    <w:p>
      <w:r>
        <w:rPr>
          <w:b/>
        </w:rPr>
        <w:t xml:space="preserve">[28:34] </w:t>
      </w:r>
      <w:r>
        <w:t>اس نے کیا کیا؟ جس کو آج کل کی زبان میں کہا جائے، یعنی politics of opposition اختیار کر لیا۔</w:t>
      </w:r>
    </w:p>
    <w:p>
      <w:pPr>
        <w:jc w:val="right"/>
      </w:pPr>
      <w:r>
        <w:t>اس نے کیا کیا؟ جس کو آج کل کی زبان میں کہا جائے، یعنی پولیٹکس آف اپوزیشن اختیار کر لیا۔</w:t>
      </w:r>
    </w:p>
    <w:p>
      <w:r>
        <w:rPr>
          <w:b/>
        </w:rPr>
        <w:t xml:space="preserve">[28:41] </w:t>
      </w:r>
      <w:r>
        <w:t>shikayat ki zaban, opposition ka tareeqa ikhtiyar kar liya us ne.</w:t>
      </w:r>
    </w:p>
    <w:p>
      <w:pPr>
        <w:jc w:val="right"/>
      </w:pPr>
      <w:r>
        <w:t>شکایت کی زبان، اپوزیشن کا طریقہ اختیار کر لیا اس نے۔</w:t>
      </w:r>
    </w:p>
    <w:p>
      <w:r>
        <w:rPr>
          <w:b/>
        </w:rPr>
        <w:t xml:space="preserve">[28:48] </w:t>
      </w:r>
      <w:r>
        <w:t>aur poori tareekh mein shaitan hi kar raha hai.</w:t>
      </w:r>
    </w:p>
    <w:p>
      <w:pPr>
        <w:jc w:val="right"/>
      </w:pPr>
      <w:r>
        <w:t>اور پوری تاریخ میں شیطان ہی کر رہا ہے۔</w:t>
      </w:r>
    </w:p>
    <w:p>
      <w:r>
        <w:rPr>
          <w:b/>
        </w:rPr>
        <w:t xml:space="preserve">[28:55] </w:t>
      </w:r>
      <w:r>
        <w:t>ab is ko le kar aap sochiye to us waqt jo siyasat chal rahi hai musalmanon mein, is</w:t>
      </w:r>
    </w:p>
    <w:p>
      <w:pPr>
        <w:jc w:val="right"/>
      </w:pPr>
      <w:r>
        <w:t>اب اس کو لے کر آپ سوچیے تو اس وقت جو سیاست چل رہی ہے مسلمانوں میں، اس</w:t>
      </w:r>
    </w:p>
    <w:p>
      <w:r>
        <w:rPr>
          <w:b/>
        </w:rPr>
        <w:t xml:space="preserve">[29:03] </w:t>
      </w:r>
      <w:r>
        <w:t>waqt shaitani siyasat nazar ayegi aap ko.</w:t>
      </w:r>
    </w:p>
    <w:p>
      <w:pPr>
        <w:jc w:val="right"/>
      </w:pPr>
      <w:r>
        <w:t>وقت شیطانی سیاست نظر آئے گی آپ کو۔</w:t>
      </w:r>
    </w:p>
    <w:p>
      <w:r>
        <w:rPr>
          <w:b/>
        </w:rPr>
        <w:t xml:space="preserve">[29:10] </w:t>
      </w:r>
      <w:r>
        <w:t>ہر طرف شکایتیں ہیں، ہر طرف complaint، ہر طرف opposition، ہر طرف ظلم کا اعلان۔</w:t>
      </w:r>
    </w:p>
    <w:p>
      <w:pPr>
        <w:jc w:val="right"/>
      </w:pPr>
      <w:r>
        <w:t>ہر طرف شکایتیں ہیں، ہر طرف کمپلینٹ، ہر طرف اپوزیشن، ہر طرف ظلم کا اعلان۔</w:t>
      </w:r>
    </w:p>
    <w:p>
      <w:r>
        <w:rPr>
          <w:b/>
        </w:rPr>
        <w:t xml:space="preserve">[29:17] </w:t>
      </w:r>
      <w:r>
        <w:t>shaitan ne kaha tha Allah taala se naoozubillah rab bima aghwaitni yani shaitan ko jo mahroomi hui,</w:t>
      </w:r>
    </w:p>
    <w:p>
      <w:pPr>
        <w:jc w:val="right"/>
      </w:pPr>
      <w:r>
        <w:t>شیطان نے کہا تھا اللہ تعالی سے نعوذ باللہ رب بما أغويتني یعنی شیطان کو جو محرومی ہوئی،</w:t>
      </w:r>
    </w:p>
    <w:p>
      <w:r>
        <w:rPr>
          <w:b/>
        </w:rPr>
        <w:t xml:space="preserve">[29:24] </w:t>
      </w:r>
      <w:r>
        <w:t>is ki zimmedari daal di us ne Allah par.</w:t>
      </w:r>
    </w:p>
    <w:p>
      <w:pPr>
        <w:jc w:val="right"/>
      </w:pPr>
      <w:r>
        <w:t>اس کی ذمہ داری ڈال دی اس نے اللہ پر۔</w:t>
      </w:r>
    </w:p>
    <w:p>
      <w:r>
        <w:rPr>
          <w:b/>
        </w:rPr>
        <w:t xml:space="preserve">[29:31] </w:t>
      </w:r>
      <w:r>
        <w:t>rab bima aghwaitni shaitan ko jo mahroomi hui thi, is ki zimmedari us ne daal di Allah par.</w:t>
      </w:r>
    </w:p>
    <w:p>
      <w:pPr>
        <w:jc w:val="right"/>
      </w:pPr>
      <w:r>
        <w:t>رب بما أغويتني شیطان کو جو محرومی ہوئی تھی، اس کی ذمہ داری اس نے ڈال دی اللہ پر۔</w:t>
      </w:r>
    </w:p>
    <w:p>
      <w:r>
        <w:rPr>
          <w:b/>
        </w:rPr>
        <w:t xml:space="preserve">[29:38] </w:t>
      </w:r>
      <w:r>
        <w:t>kya aap soch sakte hain ke Allah zimmedar hoga kisi ki mahroomi ka? zahir hai ke yeh</w:t>
      </w:r>
    </w:p>
    <w:p>
      <w:pPr>
        <w:jc w:val="right"/>
      </w:pPr>
      <w:r>
        <w:t>کیا آپ سوچ سکتے ہیں کہ اللہ ذمہ دار ہوگا کسی کی محرومی کا؟ ظاہر ہے کہ یہ</w:t>
      </w:r>
    </w:p>
    <w:p>
      <w:r>
        <w:rPr>
          <w:b/>
        </w:rPr>
        <w:t xml:space="preserve">[29:45] </w:t>
      </w:r>
      <w:r>
        <w:t>choti baat thi.</w:t>
      </w:r>
    </w:p>
    <w:p>
      <w:pPr>
        <w:jc w:val="right"/>
      </w:pPr>
      <w:r>
        <w:t>چھوٹی بات تھی۔</w:t>
      </w:r>
    </w:p>
    <w:p>
      <w:r>
        <w:rPr>
          <w:b/>
        </w:rPr>
        <w:t xml:space="preserve">[29:52] </w:t>
      </w:r>
      <w:r>
        <w:t>to aaj kal jo siyasat chal rahi hai ke hum apni mahroomiyon ke zimme doosre ko thehrate hain,</w:t>
      </w:r>
    </w:p>
    <w:p>
      <w:pPr>
        <w:jc w:val="right"/>
      </w:pPr>
      <w:r>
        <w:t>تو آج کل جو سیاست چل رہی ہے کہ ہم اپنی محرومیوں کے ذمہ دوسرے کو ٹھہراتے ہیں،</w:t>
      </w:r>
    </w:p>
    <w:p>
      <w:r>
        <w:rPr>
          <w:b/>
        </w:rPr>
        <w:t xml:space="preserve">[29:59] </w:t>
      </w:r>
      <w:r>
        <w:t>yeh bilashuba ek shaitani siyasat hai.</w:t>
      </w:r>
    </w:p>
    <w:p>
      <w:pPr>
        <w:jc w:val="right"/>
      </w:pPr>
      <w:r>
        <w:t>یہ بلاشبہ ایک شیطانی سیاست ہے۔</w:t>
      </w:r>
    </w:p>
    <w:p>
      <w:r>
        <w:rPr>
          <w:b/>
        </w:rPr>
        <w:t xml:space="preserve">[30:06] </w:t>
      </w:r>
      <w:r>
        <w:t>اپنی محرومی کو accept kijiye, apni kamzoriyon ko daryaft kijiye.</w:t>
      </w:r>
    </w:p>
    <w:p>
      <w:pPr>
        <w:jc w:val="right"/>
      </w:pPr>
      <w:r>
        <w:t>اپنی محرومی کو ایکسیپٹ کیجئے، اپنی کمزوریوں کو دریافت کیجئے۔</w:t>
      </w:r>
    </w:p>
    <w:p>
      <w:r>
        <w:rPr>
          <w:b/>
        </w:rPr>
        <w:t xml:space="preserve">[30:13] </w:t>
      </w:r>
      <w:r>
        <w:t>yeh hai sahi siyasat.</w:t>
      </w:r>
    </w:p>
    <w:p>
      <w:pPr>
        <w:jc w:val="right"/>
      </w:pPr>
      <w:r>
        <w:t>یہ ہے صحیح سیاست۔</w:t>
      </w:r>
    </w:p>
    <w:p>
      <w:r>
        <w:rPr>
          <w:b/>
        </w:rPr>
        <w:t xml:space="preserve">[30:21] </w:t>
      </w:r>
      <w:r>
        <w:t>aur apni mahroomi ko doosre ke sar par dalna aur phir doosre ke khilaf shikayat ka toofan barpa</w:t>
      </w:r>
    </w:p>
    <w:p>
      <w:pPr>
        <w:jc w:val="right"/>
      </w:pPr>
      <w:r>
        <w:t>اور اپنی محرومی کو دوسرے کے سر پر ڈالنا اور پھر دوسرے کے خلاف شکایت کا طوفان برپا</w:t>
      </w:r>
    </w:p>
    <w:p>
      <w:r>
        <w:rPr>
          <w:b/>
        </w:rPr>
        <w:t xml:space="preserve">[30:28] </w:t>
      </w:r>
      <w:r>
        <w:t>karna, yeh hai shaitani siyasat.</w:t>
      </w:r>
    </w:p>
    <w:p>
      <w:pPr>
        <w:jc w:val="right"/>
      </w:pPr>
      <w:r>
        <w:t>کرنا، یہ ہے شیطانی سیاست۔</w:t>
      </w:r>
    </w:p>
    <w:p>
      <w:r>
        <w:rPr>
          <w:b/>
        </w:rPr>
        <w:t xml:space="preserve">[30:35] </w:t>
      </w:r>
      <w:r>
        <w:t>to pure Quran ko aap is jagah se padhenge jin ko kaha gaya hai Furqan.</w:t>
      </w:r>
    </w:p>
    <w:p>
      <w:pPr>
        <w:jc w:val="right"/>
      </w:pPr>
      <w:r>
        <w:t>تو پورے قرآن کو آپ اس جگہ سے پڑھیں گے جن کو کہا گیا ہے فرقان۔</w:t>
      </w:r>
    </w:p>
    <w:p>
      <w:r>
        <w:rPr>
          <w:b/>
        </w:rPr>
        <w:t xml:space="preserve">[30:42] </w:t>
      </w:r>
      <w:r>
        <w:t>Furqan, Furqan ka matlab hai criteria.</w:t>
      </w:r>
    </w:p>
    <w:p>
      <w:pPr>
        <w:jc w:val="right"/>
      </w:pPr>
      <w:r>
        <w:t>فرقان، فرقان کا مطلب ہے کرائٹیریا۔</w:t>
      </w:r>
    </w:p>
    <w:p>
      <w:r>
        <w:rPr>
          <w:b/>
        </w:rPr>
        <w:t xml:space="preserve">[30:49] </w:t>
      </w:r>
      <w:r>
        <w:t>yani Quran ki ayaton mein criteria daryaft karenge aur is se judge karenge apne aap ko</w:t>
      </w:r>
    </w:p>
    <w:p>
      <w:pPr>
        <w:jc w:val="right"/>
      </w:pPr>
      <w:r>
        <w:t>یعنی قرآن کی آیتوں میں کرائٹیریا دریافت کریں گے اور اس سے جج کریں گے اپنے آپ کو</w:t>
      </w:r>
    </w:p>
    <w:p>
      <w:r>
        <w:rPr>
          <w:b/>
        </w:rPr>
        <w:t xml:space="preserve">[30:56] </w:t>
      </w:r>
      <w:r>
        <w:t>ke hum theek chal rahe hain ya galat chal rahe hain.</w:t>
      </w:r>
    </w:p>
    <w:p>
      <w:pPr>
        <w:jc w:val="right"/>
      </w:pPr>
      <w:r>
        <w:t>کہ ہم ٹھیک چل رہے ہیں یا غلط چل رہے ہیں۔</w:t>
      </w:r>
    </w:p>
    <w:p>
      <w:r>
        <w:rPr>
          <w:b/>
        </w:rPr>
        <w:t xml:space="preserve">[31:03] </w:t>
      </w:r>
      <w:r>
        <w:t>تو یہ self-correction کا پروسیس بن جائے گا۔</w:t>
      </w:r>
    </w:p>
    <w:p>
      <w:pPr>
        <w:jc w:val="right"/>
      </w:pPr>
      <w:r>
        <w:t>تو یہ سیلف کریکشن کا پروسیس بن جائے گا۔</w:t>
      </w:r>
    </w:p>
    <w:p>
      <w:r>
        <w:rPr>
          <w:b/>
        </w:rPr>
        <w:t xml:space="preserve">[31:10] </w:t>
      </w:r>
      <w:r>
        <w:t>قرآن کی تلاوت جو ہے، وہ self-correction کا پروسیس بن جائے گا۔</w:t>
      </w:r>
    </w:p>
    <w:p>
      <w:pPr>
        <w:jc w:val="right"/>
      </w:pPr>
      <w:r>
        <w:t>قرآن کی تلاوت جو ہے، وہ سیلف کریکشن کا پروسیس بن جائے گا۔</w:t>
      </w:r>
    </w:p>
    <w:p>
      <w:r>
        <w:rPr>
          <w:b/>
        </w:rPr>
        <w:t xml:space="preserve">[31:17] </w:t>
      </w:r>
      <w:r>
        <w:t>ab ghor kijiye, kitni badi nemat hai aisa aisa Quran ko padhna is tarah tadaburon ke sath ke</w:t>
      </w:r>
    </w:p>
    <w:p>
      <w:pPr>
        <w:jc w:val="right"/>
      </w:pPr>
      <w:r>
        <w:t>اب غور کیجئے، کتنی بڑی نعمت ہے ایسا ایسا قرآن کو پڑھنا اس طرح تدبروں کے ساتھ کہ</w:t>
      </w:r>
    </w:p>
    <w:p>
      <w:r>
        <w:rPr>
          <w:b/>
        </w:rPr>
        <w:t xml:space="preserve">[31:24] </w:t>
      </w:r>
      <w:r>
        <w:t>پورا رمضان کا ایک پورا مہینہ self-correction کا مہینہ بن جائے گا۔</w:t>
      </w:r>
    </w:p>
    <w:p>
      <w:pPr>
        <w:jc w:val="right"/>
      </w:pPr>
      <w:r>
        <w:t>پورا رمضان کا ایک پورا مہینہ سیلف کریکشن کا مہینہ بن جائے گا۔</w:t>
      </w:r>
    </w:p>
    <w:p>
      <w:r>
        <w:rPr>
          <w:b/>
        </w:rPr>
        <w:t xml:space="preserve">[31:31] </w:t>
      </w:r>
      <w:r>
        <w:t>kaisi ajeeb baat hai!</w:t>
      </w:r>
    </w:p>
    <w:p>
      <w:pPr>
        <w:jc w:val="right"/>
      </w:pPr>
      <w:r>
        <w:t>کیسی عجیب بات ہے!</w:t>
      </w:r>
    </w:p>
    <w:p>
      <w:r>
        <w:rPr>
          <w:b/>
        </w:rPr>
        <w:t xml:space="preserve">[31:39] </w:t>
      </w:r>
      <w:r>
        <w:t>to Ramzan ka matlab yeh hai ke ek apne ko eksoo kar ke, discussion se bacha kar ke,</w:t>
      </w:r>
    </w:p>
    <w:p>
      <w:pPr>
        <w:jc w:val="right"/>
      </w:pPr>
      <w:r>
        <w:t>تو رمضان کا مطلب یہ ہے کہ ایک اپنے کو ایکسو کر کے، ڈسکشن سے بچا کر کے،</w:t>
      </w:r>
    </w:p>
    <w:p>
      <w:r>
        <w:rPr>
          <w:b/>
        </w:rPr>
        <w:t xml:space="preserve">[31:47] </w:t>
      </w:r>
      <w:r>
        <w:t>yani ek hi cheez ko apna focus bana kar ke, woh kya hai? Quran mein tadabur.</w:t>
      </w:r>
    </w:p>
    <w:p>
      <w:pPr>
        <w:jc w:val="right"/>
      </w:pPr>
      <w:r>
        <w:t>یعنی ایک ہی چیز کو اپنا فوکس بنا کر کے، وہ کیا ہے؟ قرآن میں تدبر۔</w:t>
      </w:r>
    </w:p>
    <w:p>
      <w:r>
        <w:rPr>
          <w:b/>
        </w:rPr>
        <w:t xml:space="preserve">[31:55] </w:t>
      </w:r>
      <w:r>
        <w:t>Quran mein woh ayat hai jis mein aap ko hidayaten di gayi hain, us ko daryaft karna.</w:t>
      </w:r>
    </w:p>
    <w:p>
      <w:pPr>
        <w:jc w:val="right"/>
      </w:pPr>
      <w:r>
        <w:t>قرآن میں وہ آیت ہے جس میں آپ کو ہدایتیں دی گئی ہیں، اس کو دریافت کرنا۔</w:t>
      </w:r>
    </w:p>
    <w:p>
      <w:r>
        <w:rPr>
          <w:b/>
        </w:rPr>
        <w:t xml:space="preserve">[32:03] </w:t>
      </w:r>
      <w:r>
        <w:t>aaj subah mein Quran sun raha tha to ek ajeeb ehsas hua.</w:t>
      </w:r>
    </w:p>
    <w:p>
      <w:pPr>
        <w:jc w:val="right"/>
      </w:pPr>
      <w:r>
        <w:t>آج صبح میں قرآن سن رہا تھا تو ایک عجیب احساس ہوا۔</w:t>
      </w:r>
    </w:p>
    <w:p>
      <w:r>
        <w:rPr>
          <w:b/>
        </w:rPr>
        <w:t xml:space="preserve">[32:11] </w:t>
      </w:r>
      <w:r>
        <w:t>aap jab Quran ko padhte hain to ek ajeeb ehsas mujhe hua ke sari kitaben jo hain, woh</w:t>
      </w:r>
    </w:p>
    <w:p>
      <w:pPr>
        <w:jc w:val="right"/>
      </w:pPr>
      <w:r>
        <w:t>آپ جب قرآن کو پڑھتے ہیں تو ایک عجیب احساس مجھے ہوا کہ ساری کتابیں جو ہیں، وہ</w:t>
      </w:r>
    </w:p>
    <w:p>
      <w:r>
        <w:rPr>
          <w:b/>
        </w:rPr>
        <w:t xml:space="preserve">[32:19] </w:t>
      </w:r>
      <w:r>
        <w:t>narrative zaban mein hain, narrative usloob mein hain, lekin Quran assertive usloob mein hai.</w:t>
      </w:r>
    </w:p>
    <w:p>
      <w:pPr>
        <w:jc w:val="right"/>
      </w:pPr>
      <w:r>
        <w:t>نیریٹیو زبان میں ہیں، نیریٹیو اسلوب میں ہیں، لیکن قرآن اسرٹیو اسلوب میں ہے۔</w:t>
      </w:r>
    </w:p>
    <w:p>
      <w:r>
        <w:rPr>
          <w:b/>
        </w:rPr>
        <w:t xml:space="preserve">[32:27] </w:t>
      </w:r>
      <w:r>
        <w:t>kaisa ajeeb farq hai!</w:t>
      </w:r>
    </w:p>
    <w:p>
      <w:pPr>
        <w:jc w:val="right"/>
      </w:pPr>
      <w:r>
        <w:t>کیسا عجیب فرق ہے!</w:t>
      </w:r>
    </w:p>
    <w:p>
      <w:r>
        <w:rPr>
          <w:b/>
        </w:rPr>
        <w:t xml:space="preserve">[32:36] </w:t>
      </w:r>
      <w:r>
        <w:t>jitni bhi aap mazhabi kitaben padhen, sab aap ko narrative usloob mein milengi, narrative style.</w:t>
      </w:r>
    </w:p>
    <w:p>
      <w:pPr>
        <w:jc w:val="right"/>
      </w:pPr>
      <w:r>
        <w:t>جتنی بھی آپ مذہبی کتابیں پڑھیں، سب آپ کو نیریٹیو اسلوب میں ملیں گی، نیریٹیو اسٹائل۔</w:t>
      </w:r>
    </w:p>
    <w:p>
      <w:r>
        <w:rPr>
          <w:b/>
        </w:rPr>
        <w:t xml:space="preserve">[32:42] </w:t>
      </w:r>
      <w:r>
        <w:t>style mein Quran ek aisi kitab hai jo assertive usloob mein hai.</w:t>
      </w:r>
    </w:p>
    <w:p>
      <w:pPr>
        <w:jc w:val="right"/>
      </w:pPr>
      <w:r>
        <w:t>اسٹائل میں قرآن ایک ایسی کتاب ہے جو اسرٹیو اسلوب میں ہے۔</w:t>
      </w:r>
    </w:p>
    <w:p>
      <w:r>
        <w:rPr>
          <w:b/>
        </w:rPr>
        <w:t xml:space="preserve">[32:48] </w:t>
      </w:r>
      <w:r>
        <w:t>isko padhkar aap ko shakk lagta hai, isko padhkar aap ko dimagh hil jata</w:t>
      </w:r>
    </w:p>
    <w:p>
      <w:pPr>
        <w:jc w:val="right"/>
      </w:pPr>
      <w:r>
        <w:t>اس کو پڑھ کر آپ کو شک لگتا ہے، اس کو پڑھ کر آپ کو دماغ ہل جاتا</w:t>
      </w:r>
    </w:p>
    <w:p>
      <w:r>
        <w:rPr>
          <w:b/>
        </w:rPr>
        <w:t xml:space="preserve">[32:54] </w:t>
      </w:r>
      <w:r>
        <w:t>hai, isko padhkar aap ke andar halchal paida hoti hai.</w:t>
      </w:r>
    </w:p>
    <w:p>
      <w:pPr>
        <w:jc w:val="right"/>
      </w:pPr>
      <w:r>
        <w:t>ہے، اس کو پڑھ کر آپ کے اندر ہلچل پیدا ہوتی ہے۔</w:t>
      </w:r>
    </w:p>
    <w:p>
      <w:r>
        <w:rPr>
          <w:b/>
        </w:rPr>
        <w:t xml:space="preserve">[33:01] </w:t>
      </w:r>
      <w:r>
        <w:t>aisi aisi kitab hai Quran.</w:t>
      </w:r>
    </w:p>
    <w:p>
      <w:pPr>
        <w:jc w:val="right"/>
      </w:pPr>
      <w:r>
        <w:t>ایسی ایسی کتاب ہے قرآن۔</w:t>
      </w:r>
    </w:p>
    <w:p>
      <w:r>
        <w:rPr>
          <w:b/>
        </w:rPr>
        <w:t xml:space="preserve">[33:07] </w:t>
      </w:r>
      <w:r>
        <w:t>to allah ta'ala ke matlab hain ke kam az kam ek mahine mein hum apne bilkul ekso kar</w:t>
      </w:r>
    </w:p>
    <w:p>
      <w:pPr>
        <w:jc w:val="right"/>
      </w:pPr>
      <w:r>
        <w:t>تو اللہ تعالی کے مطلوب ہیں کہ کم از کم ایک مہینے میں ہم اپنے بالکل ایکسو کر</w:t>
      </w:r>
    </w:p>
    <w:p>
      <w:r>
        <w:rPr>
          <w:b/>
        </w:rPr>
        <w:t xml:space="preserve">[33:13] </w:t>
      </w:r>
      <w:r>
        <w:t>ke, har discussion se bacha kar ke, yeh karein ke quran ko padhein, samajhte hue, tadabbur karte hue.</w:t>
      </w:r>
    </w:p>
    <w:p>
      <w:pPr>
        <w:jc w:val="right"/>
      </w:pPr>
      <w:r>
        <w:t>کے، ہر ڈسکشن سے بچا کر کے، یہ کریں کہ قرآن کو پڑھیں، سمجھتے ہوئے، تدبر کرتے ہوئے۔</w:t>
      </w:r>
    </w:p>
    <w:p>
      <w:r>
        <w:rPr>
          <w:b/>
        </w:rPr>
        <w:t xml:space="preserve">[33:20] </w:t>
      </w:r>
      <w:r>
        <w:t>jo arabi jante hain, woh direct padhein, nahi to tarjuma padhein.</w:t>
      </w:r>
    </w:p>
    <w:p>
      <w:pPr>
        <w:jc w:val="right"/>
      </w:pPr>
      <w:r>
        <w:t>جو عربی جانتے ہیں، وہ ڈائریکٹ پڑھیں، نہیں تو ترجمہ پڑھیں۔</w:t>
      </w:r>
    </w:p>
    <w:p>
      <w:r>
        <w:rPr>
          <w:b/>
        </w:rPr>
        <w:t xml:space="preserve">[33:26] </w:t>
      </w:r>
      <w:r>
        <w:t>to ajib gharib taur par yeh aap ka yeh mahina self correction ka mahina ban jayega.</w:t>
      </w:r>
    </w:p>
    <w:p>
      <w:pPr>
        <w:jc w:val="right"/>
      </w:pPr>
      <w:r>
        <w:t>تو عجیب غریب طور پر یہ آپ کا یہ مہینہ سیلف کریکشن کا مہینہ بن جائے گا۔</w:t>
      </w:r>
    </w:p>
    <w:p>
      <w:r>
        <w:rPr>
          <w:b/>
        </w:rPr>
        <w:t xml:space="preserve">[33:32] </w:t>
      </w:r>
      <w:r>
        <w:t>ajib gharib taur par har din, har subah sham aap ko ek ghiza milegi jis mein aap</w:t>
      </w:r>
    </w:p>
    <w:p>
      <w:pPr>
        <w:jc w:val="right"/>
      </w:pPr>
      <w:r>
        <w:t>عجیب غریب طور پر ہر دن، ہر صبح شام آپ کو ایک غذا ملے گی جس میں آپ</w:t>
      </w:r>
    </w:p>
    <w:p>
      <w:r>
        <w:rPr>
          <w:b/>
        </w:rPr>
        <w:t xml:space="preserve">[33:38] </w:t>
      </w:r>
      <w:r>
        <w:t>apne ko apni islaah karte rahenge.</w:t>
      </w:r>
    </w:p>
    <w:p>
      <w:pPr>
        <w:jc w:val="right"/>
      </w:pPr>
      <w:r>
        <w:t>اپنے کو اپنی اصلاح کرتے رہیں گے۔</w:t>
      </w:r>
    </w:p>
    <w:p>
      <w:r>
        <w:rPr>
          <w:b/>
        </w:rPr>
        <w:t xml:space="preserve">[33:45] </w:t>
      </w:r>
      <w:r>
        <w:t>yahan tak ke jab mahina khatm hoga to aap ek naye insan ban chuke honge, ek naye</w:t>
      </w:r>
    </w:p>
    <w:p>
      <w:pPr>
        <w:jc w:val="right"/>
      </w:pPr>
      <w:r>
        <w:t>یہاں تک کہ جب مہینہ ختم ہوگا تو آپ ایک نئے انسان بن چکے ہوں گے، ایک نئے</w:t>
      </w:r>
    </w:p>
    <w:p>
      <w:r>
        <w:rPr>
          <w:b/>
        </w:rPr>
        <w:t xml:space="preserve">[33:51] </w:t>
      </w:r>
      <w:r>
        <w:t>insan ban chuke honge.</w:t>
      </w:r>
    </w:p>
    <w:p>
      <w:pPr>
        <w:jc w:val="right"/>
      </w:pPr>
      <w:r>
        <w:t>انسان بن چکے ہوں گے۔</w:t>
      </w:r>
    </w:p>
    <w:p>
      <w:r>
        <w:rPr>
          <w:b/>
        </w:rPr>
        <w:t xml:space="preserve">[33:57] </w:t>
      </w:r>
      <w:r>
        <w:t>is andaaz se agar aap guzarein is mahine ko ke quran mein jiyen, quran ko le kar soyein,</w:t>
      </w:r>
    </w:p>
    <w:p>
      <w:pPr>
        <w:jc w:val="right"/>
      </w:pPr>
      <w:r>
        <w:t>اس انداز سے اگر آپ گزاریں اس مہینے کو کہ قرآن میں جیئیں، قرآن کو لے کر سوئیں،</w:t>
      </w:r>
    </w:p>
    <w:p>
      <w:r>
        <w:rPr>
          <w:b/>
        </w:rPr>
        <w:t xml:space="preserve">[34:04] </w:t>
      </w:r>
      <w:r>
        <w:t>quran ko le kar jaagein, quran mein tadabbur karte hue, is ke ma'arif, is ki hikmatein, is ke</w:t>
      </w:r>
    </w:p>
    <w:p>
      <w:pPr>
        <w:jc w:val="right"/>
      </w:pPr>
      <w:r>
        <w:t>قرآن کو لے کر جاگیں، قرآن میں تدبر کرتے ہوئے، اس کے معارف، اس کی حکمتیں، اس کے</w:t>
      </w:r>
    </w:p>
    <w:p>
      <w:r>
        <w:rPr>
          <w:b/>
        </w:rPr>
        <w:t xml:space="preserve">[34:10] </w:t>
      </w:r>
      <w:r>
        <w:t>wisdom ke item nikalte rahein to yeh mahina aap ke liye self correction ka mahina ban jayega.</w:t>
      </w:r>
    </w:p>
    <w:p>
      <w:pPr>
        <w:jc w:val="right"/>
      </w:pPr>
      <w:r>
        <w:t>وزڈم کے آئٹم نکالتے رہیں تو یہ مہینہ آپ کے لیے سیلف کریکشن کا مہینہ بن جائے گا۔</w:t>
      </w:r>
    </w:p>
    <w:p>
      <w:r>
        <w:rPr>
          <w:b/>
        </w:rPr>
        <w:t xml:space="preserve">[34:16] </w:t>
      </w:r>
      <w:r>
        <w:t>kaisi ajib baat hai!</w:t>
      </w:r>
    </w:p>
    <w:p>
      <w:pPr>
        <w:jc w:val="right"/>
      </w:pPr>
      <w:r>
        <w:t>کیسی عجیب بات ہے!</w:t>
      </w:r>
    </w:p>
    <w:p>
      <w:r>
        <w:rPr>
          <w:b/>
        </w:rPr>
        <w:t xml:space="preserve">[34:23] </w:t>
      </w:r>
      <w:r>
        <w:t>kaisi ajib baat hai!</w:t>
      </w:r>
    </w:p>
    <w:p>
      <w:pPr>
        <w:jc w:val="right"/>
      </w:pPr>
      <w:r>
        <w:t>کیسی عجیب بات ہے!</w:t>
      </w:r>
    </w:p>
    <w:p>
      <w:r>
        <w:rPr>
          <w:b/>
        </w:rPr>
        <w:t xml:space="preserve">[34:30] </w:t>
      </w:r>
      <w:r>
        <w:t>to yeh mahina is liye nahi ke hum sari aftab ki dhoom machayein aur tarah tarah ki dhoom</w:t>
      </w:r>
    </w:p>
    <w:p>
      <w:pPr>
        <w:jc w:val="right"/>
      </w:pPr>
      <w:r>
        <w:t>تو یہ مہینہ اس لیے نہیں کہ ہم ساری افتاب کی دھوم مچائیں اور طرح طرح کی دھوم</w:t>
      </w:r>
    </w:p>
    <w:p>
      <w:r>
        <w:rPr>
          <w:b/>
        </w:rPr>
        <w:t xml:space="preserve">[34:38] </w:t>
      </w:r>
      <w:r>
        <w:t>ramzan mein hoti hai, woh sab mere nazdeek bilkul bid'at hai, is se koi ta'alluq nahi ramzan ka.</w:t>
      </w:r>
    </w:p>
    <w:p>
      <w:pPr>
        <w:jc w:val="right"/>
      </w:pPr>
      <w:r>
        <w:t>رمضان میں ہوتی ہے، وہ سب میرے نزدیک بالکل بدعت ہے، اس سے کوئی تعلق نہیں رمضان کا۔</w:t>
      </w:r>
    </w:p>
    <w:p>
      <w:r>
        <w:rPr>
          <w:b/>
        </w:rPr>
        <w:t xml:space="preserve">[34:46] </w:t>
      </w:r>
      <w:r>
        <w:t>jitni bhi dhoom wali baatein hain, woh sab bilkul bekar hain.</w:t>
      </w:r>
    </w:p>
    <w:p>
      <w:pPr>
        <w:jc w:val="right"/>
      </w:pPr>
      <w:r>
        <w:t>جتنی بھی دھوم والی باتیں ہیں، وہ سب بالکل بیکار ہیں۔</w:t>
      </w:r>
    </w:p>
    <w:p>
      <w:r>
        <w:rPr>
          <w:b/>
        </w:rPr>
        <w:t xml:space="preserve">[34:53] </w:t>
      </w:r>
      <w:r>
        <w:t>asal cheez jo hai, woh yahi hai ke ramzan ko aap quran ka mahina banate hain, yani month</w:t>
      </w:r>
    </w:p>
    <w:p>
      <w:pPr>
        <w:jc w:val="right"/>
      </w:pPr>
      <w:r>
        <w:t>اصل چیز جو ہے، وہ یہی ہے کہ رمضان کو آپ قرآن کا مہینہ بناتے ہیں، یعنی منتھ</w:t>
      </w:r>
    </w:p>
    <w:p>
      <w:r>
        <w:rPr>
          <w:b/>
        </w:rPr>
        <w:t xml:space="preserve">[35:01] </w:t>
      </w:r>
      <w:r>
        <w:t>of ramzan jo hai, aap ke liye month of quran ban jayega.</w:t>
      </w:r>
    </w:p>
    <w:p>
      <w:pPr>
        <w:jc w:val="right"/>
      </w:pPr>
      <w:r>
        <w:t>آف رمضان جو ہے، آپ کے لیے منتھ آف قرآن بن جائے گا۔</w:t>
      </w:r>
    </w:p>
    <w:p>
      <w:r>
        <w:rPr>
          <w:b/>
        </w:rPr>
        <w:t xml:space="preserve">[35:09] </w:t>
      </w:r>
      <w:r>
        <w:t>in the sense of tadabbur, naseehat lene ke ma'ne mein, tab ramzan ramzan hai, tab roza roza hai,</w:t>
      </w:r>
    </w:p>
    <w:p>
      <w:pPr>
        <w:jc w:val="right"/>
      </w:pPr>
      <w:r>
        <w:t>ان دا سینس آف تدبر، نصیحت لینے کے معنی میں، تب رمضان رمضان ہے، تب روزہ روزہ ہے،</w:t>
      </w:r>
    </w:p>
    <w:p>
      <w:r>
        <w:rPr>
          <w:b/>
        </w:rPr>
        <w:t xml:space="preserve">[35:17] </w:t>
      </w:r>
      <w:r>
        <w:t>warna kuch bhi nahi.</w:t>
      </w:r>
    </w:p>
    <w:p>
      <w:pPr>
        <w:jc w:val="right"/>
      </w:pPr>
      <w:r>
        <w:t>ورنہ کچھ بھی نہیں۔</w:t>
      </w:r>
    </w:p>
    <w:p>
      <w:r>
        <w:rPr>
          <w:b/>
        </w:rPr>
        <w:t xml:space="preserve">[35:24] </w:t>
      </w:r>
      <w:r>
        <w:t>hadith mein aata hai ke kitne rozedar aise hain, un ko roze se bhook pyas ke siwa</w:t>
      </w:r>
    </w:p>
    <w:p>
      <w:pPr>
        <w:jc w:val="right"/>
      </w:pPr>
      <w:r>
        <w:t>حدیث میں آتا ہے کہ کتنے روزے دار ایسے ہیں، ان کو روزے سے بھوک پیاس کے سوا</w:t>
      </w:r>
    </w:p>
    <w:p>
      <w:r>
        <w:rPr>
          <w:b/>
        </w:rPr>
        <w:t xml:space="preserve">[35:32] </w:t>
      </w:r>
      <w:r>
        <w:t>kuch nahi milta.</w:t>
      </w:r>
    </w:p>
    <w:p>
      <w:pPr>
        <w:jc w:val="right"/>
      </w:pPr>
      <w:r>
        <w:t>کچھ نہیں ملتا۔</w:t>
      </w:r>
    </w:p>
    <w:p>
      <w:r>
        <w:rPr>
          <w:b/>
        </w:rPr>
        <w:t xml:space="preserve">[35:40] </w:t>
      </w:r>
      <w:r>
        <w:t>kam min sa'imeen lais min sa'imeen ila al-zaman kitne rozedar aise hain jin ko apne roze se</w:t>
      </w:r>
    </w:p>
    <w:p>
      <w:pPr>
        <w:jc w:val="right"/>
      </w:pPr>
      <w:r>
        <w:t>کم من صائمین لیس من صائمین الا الزماں کتنے روزے دار ایسے ہیں جن کو اپنے روزے سے</w:t>
      </w:r>
    </w:p>
    <w:p>
      <w:r>
        <w:rPr>
          <w:b/>
        </w:rPr>
        <w:t xml:space="preserve">[35:48] </w:t>
      </w:r>
      <w:r>
        <w:t>sirf bhook pyas milti hai, is ke siwa aur kuch nahi.</w:t>
      </w:r>
    </w:p>
    <w:p>
      <w:pPr>
        <w:jc w:val="right"/>
      </w:pPr>
      <w:r>
        <w:t>صرف بھوک پیاس ملتی ہے، اس کے سوا اور کچھ نہیں۔</w:t>
      </w:r>
    </w:p>
    <w:p>
      <w:r>
        <w:rPr>
          <w:b/>
        </w:rPr>
        <w:t xml:space="preserve">[35:55] </w:t>
      </w:r>
      <w:r>
        <w:t>to kin logon ko milti hai? jo alamaati tark-e-ta'am ko samjhein ke yahi kal roza hai, yani</w:t>
      </w:r>
    </w:p>
    <w:p>
      <w:pPr>
        <w:jc w:val="right"/>
      </w:pPr>
      <w:r>
        <w:t>تو کن لوگوں کو ملتی ہے؟ جو علامتی ترک طعام کو سمجھیں کہ یہی کل روزہ ہے، یعنی</w:t>
      </w:r>
    </w:p>
    <w:p>
      <w:r>
        <w:rPr>
          <w:b/>
        </w:rPr>
        <w:t xml:space="preserve">[36:03] </w:t>
      </w:r>
      <w:r>
        <w:t>khana peena jo chhora jata hai, woh alamaati tark hai.</w:t>
      </w:r>
    </w:p>
    <w:p>
      <w:pPr>
        <w:jc w:val="right"/>
      </w:pPr>
      <w:r>
        <w:t>کھانا پینا جو چھوڑا جاتا ہے، وہ علامتی ترک ہے۔</w:t>
      </w:r>
    </w:p>
    <w:p>
      <w:r>
        <w:rPr>
          <w:b/>
        </w:rPr>
        <w:t xml:space="preserve">[36:11] </w:t>
      </w:r>
      <w:r>
        <w:t>asal to doosri cheez hai, asal to distraction se apne ko bachana, distraction se bacha kar ke poori</w:t>
      </w:r>
    </w:p>
    <w:p>
      <w:pPr>
        <w:jc w:val="right"/>
      </w:pPr>
      <w:r>
        <w:t>اصل تو دوسری چیز ہے، اصل تو ڈسٹریکشن سے اپنے کو بچانا، ڈسٹریکشن سے بچا کر کے پوری</w:t>
      </w:r>
    </w:p>
    <w:p>
      <w:r>
        <w:rPr>
          <w:b/>
        </w:rPr>
        <w:t xml:space="preserve">[36:19] </w:t>
      </w:r>
      <w:r>
        <w:t>exoi ke sath quran mein ghore o fikr karna.</w:t>
      </w:r>
    </w:p>
    <w:p>
      <w:pPr>
        <w:jc w:val="right"/>
      </w:pPr>
      <w:r>
        <w:t>ایکسوئی کے ساتھ قرآن میں غور و فکر کرنا۔</w:t>
      </w:r>
    </w:p>
    <w:p>
      <w:r>
        <w:rPr>
          <w:b/>
        </w:rPr>
        <w:t xml:space="preserve">[36:26] </w:t>
      </w:r>
      <w:r>
        <w:t>asal to woh hai, asal to woh hai.</w:t>
      </w:r>
    </w:p>
    <w:p>
      <w:pPr>
        <w:jc w:val="right"/>
      </w:pPr>
      <w:r>
        <w:t>اصل تو وہ ہے، اصل تو وہ ہے۔</w:t>
      </w:r>
    </w:p>
    <w:p>
      <w:r>
        <w:rPr>
          <w:b/>
        </w:rPr>
        <w:t xml:space="preserve">[36:34] </w:t>
      </w:r>
      <w:r>
        <w:t>aise hi dekhiye, aaj kal aap aaye din khabrein suntay hain ke koi aadmi, koi writer, agar rasool</w:t>
      </w:r>
    </w:p>
    <w:p>
      <w:pPr>
        <w:jc w:val="right"/>
      </w:pPr>
      <w:r>
        <w:t>ایسے ہی دیکھیے، آج کل آپ آئے دن خبریں سنتے ہیں کہ کوئی آدمی، کوئی رائٹر، اگر رسول</w:t>
      </w:r>
    </w:p>
    <w:p>
      <w:r>
        <w:rPr>
          <w:b/>
        </w:rPr>
        <w:t xml:space="preserve">[36:42] </w:t>
      </w:r>
      <w:r>
        <w:t>Allah ke baray mein koi ek jumla kahin likh day, us par dhoom machti hai, shor machta hai</w:t>
      </w:r>
    </w:p>
    <w:p>
      <w:pPr>
        <w:jc w:val="right"/>
      </w:pPr>
      <w:r>
        <w:t>اللہ کے بارے میں کوئی ایک جملہ کہیں لکھ دے، اس پر دھوم مچتی ہے، شور مچتا ہے</w:t>
      </w:r>
    </w:p>
    <w:p>
      <w:r>
        <w:rPr>
          <w:b/>
        </w:rPr>
        <w:t xml:space="preserve">[36:50] </w:t>
      </w:r>
      <w:r>
        <w:t>ke us ne gustakhi ki, rasool Allah ki shan mein gustakhi ki, aur maro us ko, kaato.</w:t>
      </w:r>
    </w:p>
    <w:p>
      <w:pPr>
        <w:jc w:val="right"/>
      </w:pPr>
      <w:r>
        <w:t>کہ اس نے گستاخی کی، رسول اللہ کی شان میں گستاخی کی، اور مارو اس کو، کاٹو۔</w:t>
      </w:r>
    </w:p>
    <w:p>
      <w:r>
        <w:rPr>
          <w:b/>
        </w:rPr>
        <w:t xml:space="preserve">[36:57] </w:t>
      </w:r>
      <w:r>
        <w:t>ab aap quran mein jab parhain gay to us ka ulta mile ga aap ko.</w:t>
      </w:r>
    </w:p>
    <w:p>
      <w:pPr>
        <w:jc w:val="right"/>
      </w:pPr>
      <w:r>
        <w:t>اب آپ قرآن میں جب پڑھیں گے تو اس کا الٹا ملے گا آپ کو۔</w:t>
      </w:r>
    </w:p>
    <w:p>
      <w:r>
        <w:rPr>
          <w:b/>
        </w:rPr>
        <w:t xml:space="preserve">[37:05] </w:t>
      </w:r>
      <w:r>
        <w:t>quran mein kahin bhi yeh nahi hai ke logon ko rasool ke khilaf gustakhi mat karne do, Allah</w:t>
      </w:r>
    </w:p>
    <w:p>
      <w:pPr>
        <w:jc w:val="right"/>
      </w:pPr>
      <w:r>
        <w:t>قرآن میں کہیں بھی یہ نہیں ہے کہ لوگوں کو رسول کے خلاف گستاخی مت کرنے دو، اللہ</w:t>
      </w:r>
    </w:p>
    <w:p>
      <w:r>
        <w:rPr>
          <w:b/>
        </w:rPr>
        <w:t xml:space="preserve">[37:13] </w:t>
      </w:r>
      <w:r>
        <w:t>ke khilaf gustakhi mat karne do, yeh kahin bhi nahi hai.</w:t>
      </w:r>
    </w:p>
    <w:p>
      <w:pPr>
        <w:jc w:val="right"/>
      </w:pPr>
      <w:r>
        <w:t>کے خلاف گستاخی مت کرنے دو، یہ کہیں بھی نہیں ہے۔</w:t>
      </w:r>
    </w:p>
    <w:p>
      <w:r>
        <w:rPr>
          <w:b/>
        </w:rPr>
        <w:t xml:space="preserve">[37:21] </w:t>
      </w:r>
      <w:r>
        <w:t>is ke bahs kiya hai? la tasubbu alladhina yaduna min dunillahi tum khud doosron ke mazhab par</w:t>
      </w:r>
    </w:p>
    <w:p>
      <w:pPr>
        <w:jc w:val="right"/>
      </w:pPr>
      <w:r>
        <w:t>اس کے بحث کیا ہے؟ لا تسب الذین یدون من دون اللہ تم خود دوسروں کے مذہب پر</w:t>
      </w:r>
    </w:p>
    <w:p>
      <w:r>
        <w:rPr>
          <w:b/>
        </w:rPr>
        <w:t xml:space="preserve">[37:28] </w:t>
      </w:r>
      <w:r>
        <w:t>gustakhi mat karo, yani doosre log hamare mazhab par koi negative remark na dein, is ke tum wash</w:t>
      </w:r>
    </w:p>
    <w:p>
      <w:pPr>
        <w:jc w:val="right"/>
      </w:pPr>
      <w:r>
        <w:t>گستاخی مت کرو، یعنی دوسرے لوگ ہمارے مذہب پر کوئی نیگیٹیو ریمارک نہ دیں، اس کے تم واش</w:t>
      </w:r>
    </w:p>
    <w:p>
      <w:r>
        <w:rPr>
          <w:b/>
        </w:rPr>
        <w:t xml:space="preserve">[37:36] </w:t>
      </w:r>
      <w:r>
        <w:t>karo, is aur is ke liye tum chokidar ban jao.</w:t>
      </w:r>
    </w:p>
    <w:p>
      <w:pPr>
        <w:jc w:val="right"/>
      </w:pPr>
      <w:r>
        <w:t>کرو، اس اور اس کے لیے تم چوکیدار بن جاؤ۔</w:t>
      </w:r>
    </w:p>
    <w:p>
      <w:r>
        <w:rPr>
          <w:b/>
        </w:rPr>
        <w:t xml:space="preserve">[37:44] </w:t>
      </w:r>
      <w:r>
        <w:t>yeh kahin hukum hi nahi quran majeed mein hai ke doosre logon ko islam ke khilaf negative remark</w:t>
      </w:r>
    </w:p>
    <w:p>
      <w:pPr>
        <w:jc w:val="right"/>
      </w:pPr>
      <w:r>
        <w:t>یہ کہیں حکم ہی نہیں قرآن مجید میں ہے کہ دوسرے لوگوں کو اسلام کے خلاف نیگیٹیو ریمارک</w:t>
      </w:r>
    </w:p>
    <w:p>
      <w:r>
        <w:rPr>
          <w:b/>
        </w:rPr>
        <w:t xml:space="preserve">[37:52] </w:t>
      </w:r>
      <w:r>
        <w:t>karne se rok do, yeh to kahin bhi nahi hai.</w:t>
      </w:r>
    </w:p>
    <w:p>
      <w:pPr>
        <w:jc w:val="right"/>
      </w:pPr>
      <w:r>
        <w:t>کرنے سے روک دو، یہ تو کہیں بھی نہیں ہے۔</w:t>
      </w:r>
    </w:p>
    <w:p>
      <w:r>
        <w:rPr>
          <w:b/>
        </w:rPr>
        <w:t xml:space="preserve">[37:59] </w:t>
      </w:r>
      <w:r>
        <w:t>is ke bar aks yeh baat hai ke tum khud doosron ke mazhab par negative remark na do, abuse</w:t>
      </w:r>
    </w:p>
    <w:p>
      <w:pPr>
        <w:jc w:val="right"/>
      </w:pPr>
      <w:r>
        <w:t>اس کے برعکس یہ بات ہے کہ تم خود دوسروں کے مذہب پر نیگیٹیو ریمارک نہ دو، ابیوز</w:t>
      </w:r>
    </w:p>
    <w:p>
      <w:r>
        <w:rPr>
          <w:b/>
        </w:rPr>
        <w:t xml:space="preserve">[38:07] </w:t>
      </w:r>
      <w:r>
        <w:t>na karo un ko, abusive language istemal na karo.</w:t>
      </w:r>
    </w:p>
    <w:p>
      <w:pPr>
        <w:jc w:val="right"/>
      </w:pPr>
      <w:r>
        <w:t>نہ کرو ان کو، ابیسی لینگویج استعمال نہ کرو۔</w:t>
      </w:r>
    </w:p>
    <w:p>
      <w:r>
        <w:rPr>
          <w:b/>
        </w:rPr>
        <w:t xml:space="preserve">[38:15] </w:t>
      </w:r>
      <w:r>
        <w:t>la tasubbu alladhina yaduna min dunillahi fa yasubbu fa yasubbu allahu adawun bi ghayri ilmin kyunke is se kya hoga?</w:t>
      </w:r>
    </w:p>
    <w:p>
      <w:pPr>
        <w:jc w:val="right"/>
      </w:pPr>
      <w:r>
        <w:t>لا تسب الذین یدون من دون اللہ فیسب فیسب اللہ ادوا بغیر علم کیونکہ اس سے کیا ہوگا؟</w:t>
      </w:r>
    </w:p>
    <w:p>
      <w:r>
        <w:rPr>
          <w:b/>
        </w:rPr>
        <w:t xml:space="preserve">[38:23] </w:t>
      </w:r>
      <w:r>
        <w:t>nafratein barhain gi, dawat ka mahol khatam hoga.</w:t>
      </w:r>
    </w:p>
    <w:p>
      <w:pPr>
        <w:jc w:val="right"/>
      </w:pPr>
      <w:r>
        <w:t>نفرتیں بڑھیں گی، دعوت کا ماحول ختم ہوگا۔</w:t>
      </w:r>
    </w:p>
    <w:p>
      <w:r>
        <w:rPr>
          <w:b/>
        </w:rPr>
        <w:t xml:space="preserve">[38:30] </w:t>
      </w:r>
      <w:r>
        <w:t>ab dekhiye, jo ayat maine parhi, us mein do cheezein hain: ek hai marifat-e-khwish, ek hai</w:t>
      </w:r>
    </w:p>
    <w:p>
      <w:pPr>
        <w:jc w:val="right"/>
      </w:pPr>
      <w:r>
        <w:t>اب دیکھیے، جو آیت میں نے پڑھی، اس میں دو چیزیں ہیں: ایک ہے معرفت خویش، ایک ہے</w:t>
      </w:r>
    </w:p>
    <w:p>
      <w:r>
        <w:rPr>
          <w:b/>
        </w:rPr>
        <w:t xml:space="preserve">[38:38] </w:t>
      </w:r>
      <w:r>
        <w:t>dawat-e-aam, yani khud jinnaat jo hai, yeh dawat ko batati hai aur bayyinati min al-ardi wa al-furqan yeh</w:t>
      </w:r>
    </w:p>
    <w:p>
      <w:pPr>
        <w:jc w:val="right"/>
      </w:pPr>
      <w:r>
        <w:t>دعوت عام، یعنی خود جنات جو ہے، یہ دعوت کو بتاتی ہے اور بینات من الارض والفرقان یہ</w:t>
      </w:r>
    </w:p>
    <w:p>
      <w:r>
        <w:rPr>
          <w:b/>
        </w:rPr>
        <w:t xml:space="preserve">[38:46] </w:t>
      </w:r>
      <w:r>
        <w:t>zaati islaah, zaati marifat ki baat kehti hai.</w:t>
      </w:r>
    </w:p>
    <w:p>
      <w:pPr>
        <w:jc w:val="right"/>
      </w:pPr>
      <w:r>
        <w:t>ذاتی اصلاح، ذاتی معرفت کی بات کہتی ہے۔</w:t>
      </w:r>
    </w:p>
    <w:p>
      <w:r>
        <w:rPr>
          <w:b/>
        </w:rPr>
        <w:t xml:space="preserve">[38:54] </w:t>
      </w:r>
      <w:r>
        <w:t>to kaha ke do baatein huin: apne liye marifat, doosron ke liye dawat.</w:t>
      </w:r>
    </w:p>
    <w:p>
      <w:pPr>
        <w:jc w:val="right"/>
      </w:pPr>
      <w:r>
        <w:t>تو کہا کہ دو باتیں ہوئیں: اپنے لیے معرفت، دوسروں کے لیے دعوت۔</w:t>
      </w:r>
    </w:p>
    <w:p>
      <w:r>
        <w:rPr>
          <w:b/>
        </w:rPr>
        <w:t xml:space="preserve">[39:01] </w:t>
      </w:r>
      <w:r>
        <w:t>to dawat ka kaam agar aap ko karna hai to aap ko, yani daai aur madu ke darmiyan</w:t>
      </w:r>
    </w:p>
    <w:p>
      <w:pPr>
        <w:jc w:val="right"/>
      </w:pPr>
      <w:r>
        <w:t>تو دعوت کا کام اگر آپ کو کرنا ہے تو آپ کو، یعنی داعی اور مدعو کے درمیان</w:t>
      </w:r>
    </w:p>
    <w:p>
      <w:r>
        <w:rPr>
          <w:b/>
        </w:rPr>
        <w:t xml:space="preserve">[39:09] </w:t>
      </w:r>
      <w:r>
        <w:t>normal taluq baqi rakhna hai.</w:t>
      </w:r>
    </w:p>
    <w:p>
      <w:pPr>
        <w:jc w:val="right"/>
      </w:pPr>
      <w:r>
        <w:t>نارمل تعلق باقی رکھنا ہے۔</w:t>
      </w:r>
    </w:p>
    <w:p>
      <w:r>
        <w:rPr>
          <w:b/>
        </w:rPr>
        <w:t xml:space="preserve">[39:17] </w:t>
      </w:r>
      <w:r>
        <w:t>agar dawat daai aur madu ke darmiyan normal taluq na ho to dawat ka kaam kaise hoga? is</w:t>
      </w:r>
    </w:p>
    <w:p>
      <w:pPr>
        <w:jc w:val="right"/>
      </w:pPr>
      <w:r>
        <w:t>اگر دعوت داعی اور مدعو کے درمیان نارمل تعلق نہ ہو تو دعوت کا کام کیسے ہوگا؟ اس</w:t>
      </w:r>
    </w:p>
    <w:p>
      <w:r>
        <w:rPr>
          <w:b/>
        </w:rPr>
        <w:t xml:space="preserve">[39:25] </w:t>
      </w:r>
      <w:r>
        <w:t>liye farmaya ke doosron ke khilaaf tum aisi language istemal karo, negative remark mat do, kyunke talkhiyan badhengi.</w:t>
      </w:r>
    </w:p>
    <w:p>
      <w:pPr>
        <w:jc w:val="right"/>
      </w:pPr>
      <w:r>
        <w:t>لیے فرمایا کہ دوسروں کے خلاف تم ابیسی لینگویج استعمال کرو، نیگیٹیو ریمارک مت دو، کیونکہ تلخیاں بڑھیں گی۔</w:t>
      </w:r>
    </w:p>
    <w:p>
      <w:r>
        <w:rPr>
          <w:b/>
        </w:rPr>
        <w:t xml:space="preserve">[39:32] </w:t>
      </w:r>
      <w:r>
        <w:t>is se abhi kya ho raha hai? saara jo hamara media hai, musalmanon ka so called media, musalmanon</w:t>
      </w:r>
    </w:p>
    <w:p>
      <w:pPr>
        <w:jc w:val="right"/>
      </w:pPr>
      <w:r>
        <w:t>اس سے ابھی کیا ہو رہا ہے؟ سارا جو ہمارا میڈیا ہے، مسلمانوں کا سو کالڈ میڈیا، مسلمانوں</w:t>
      </w:r>
    </w:p>
    <w:p>
      <w:r>
        <w:rPr>
          <w:b/>
        </w:rPr>
        <w:t xml:space="preserve">[39:40] </w:t>
      </w:r>
      <w:r>
        <w:t>ka, un ke akhbar, magazine ki taqreeren, woh sab doosron ke khilaaf buri bol rahe hain aur nafraten</w:t>
      </w:r>
    </w:p>
    <w:p>
      <w:pPr>
        <w:jc w:val="right"/>
      </w:pPr>
      <w:r>
        <w:t>کا، ان کے اخبار، میگزین کی تقریریں، وہ سب دوسروں کے خلاف بری بول رہے ہیں اور نفرتیں</w:t>
      </w:r>
    </w:p>
    <w:p>
      <w:r>
        <w:rPr>
          <w:b/>
        </w:rPr>
        <w:t xml:space="preserve">[39:48] </w:t>
      </w:r>
      <w:r>
        <w:t>badhti hain, mahaul bigadta hai.</w:t>
      </w:r>
    </w:p>
    <w:p>
      <w:pPr>
        <w:jc w:val="right"/>
      </w:pPr>
      <w:r>
        <w:t>بڑھتی ہیں، ماحول بگڑتا ہے۔</w:t>
      </w:r>
    </w:p>
    <w:p>
      <w:r>
        <w:rPr>
          <w:b/>
        </w:rPr>
        <w:t xml:space="preserve">[39:56] </w:t>
      </w:r>
      <w:r>
        <w:t>to agar Quran ko is nazar se padhen aap to lagega, yeh sab aap ko lagega,</w:t>
      </w:r>
    </w:p>
    <w:p>
      <w:pPr>
        <w:jc w:val="right"/>
      </w:pPr>
      <w:r>
        <w:t>تو اگر قرآن کو اس نظر سے پڑھیں آپ تو لگے گا، یہ سب آپ کو لگے گا،</w:t>
      </w:r>
    </w:p>
    <w:p>
      <w:r>
        <w:rPr>
          <w:b/>
        </w:rPr>
        <w:t xml:space="preserve">[40:03] </w:t>
      </w:r>
      <w:r>
        <w:t>yeh sab to bilkul ghair Islami siyasat hai.</w:t>
      </w:r>
    </w:p>
    <w:p>
      <w:pPr>
        <w:jc w:val="right"/>
      </w:pPr>
      <w:r>
        <w:t>یہ سب تو بالکل غیر اسلامی سیاست ہے۔</w:t>
      </w:r>
    </w:p>
    <w:p>
      <w:r>
        <w:rPr>
          <w:b/>
        </w:rPr>
        <w:t xml:space="preserve">[40:11] </w:t>
      </w:r>
      <w:r>
        <w:t>humein to yak tarfa taur par apne aap ko is se door rakhna hai taake taluqat normal hon, taake</w:t>
      </w:r>
    </w:p>
    <w:p>
      <w:pPr>
        <w:jc w:val="right"/>
      </w:pPr>
      <w:r>
        <w:t>ہمیں تو یکطرفہ طور پر اپنے آپ کو اس سے دور رکھنا ہے تاکہ تعلقات نارمل ہوں، تاکہ</w:t>
      </w:r>
    </w:p>
    <w:p>
      <w:r>
        <w:rPr>
          <w:b/>
        </w:rPr>
        <w:t xml:space="preserve">[40:19] </w:t>
      </w:r>
      <w:r>
        <w:t>aapas mein ek doosre se, yaani doosre aaj kal ki zuban mein kahun ke aap ko saare insanon</w:t>
      </w:r>
    </w:p>
    <w:p>
      <w:pPr>
        <w:jc w:val="right"/>
      </w:pPr>
      <w:r>
        <w:t>آپس میں ایک دوسرے سے، یعنی دوسرے آج کل کی زبان میں کہوں کہ آپ کو سارے انسانوں</w:t>
      </w:r>
    </w:p>
    <w:p>
      <w:r>
        <w:rPr>
          <w:b/>
        </w:rPr>
        <w:t xml:space="preserve">[40:27] </w:t>
      </w:r>
      <w:r>
        <w:t>ke liye friendly behaviour ka hukum deta hai Quran.</w:t>
      </w:r>
    </w:p>
    <w:p>
      <w:pPr>
        <w:jc w:val="right"/>
      </w:pPr>
      <w:r>
        <w:t>کے لیے فرینڈلی بیہیویئر کا حکم دیتا ہے قرآن۔</w:t>
      </w:r>
    </w:p>
    <w:p>
      <w:r>
        <w:rPr>
          <w:b/>
        </w:rPr>
        <w:t xml:space="preserve">[40:34] </w:t>
      </w:r>
      <w:r>
        <w:t>friendly behaviour, kyunke aap ka jo mission hai, dawat, dawat ka mission jo hai, is mein koi kami</w:t>
      </w:r>
    </w:p>
    <w:p>
      <w:pPr>
        <w:jc w:val="right"/>
      </w:pPr>
      <w:r>
        <w:t>فرینڈلی بیہیویئر، کیونکہ آپ کا جو مشن ہے، دعوت، دعوت کا مشن جو ہے، اس میں کوئی کمی</w:t>
      </w:r>
    </w:p>
    <w:p>
      <w:r>
        <w:rPr>
          <w:b/>
        </w:rPr>
        <w:t xml:space="preserve">[40:42] </w:t>
      </w:r>
      <w:r>
        <w:t>na pade, is mein koi erosion na ho, yeh yeh aap ko milega Quran mein.</w:t>
      </w:r>
    </w:p>
    <w:p>
      <w:pPr>
        <w:jc w:val="right"/>
      </w:pPr>
      <w:r>
        <w:t>نہ پڑے، اس میں کوئی ایروژن نہ ہو، یہ یہ آپ کو ملے گا قرآن میں۔</w:t>
      </w:r>
    </w:p>
    <w:p>
      <w:r>
        <w:rPr>
          <w:b/>
        </w:rPr>
        <w:t xml:space="preserve">[40:50] </w:t>
      </w:r>
      <w:r>
        <w:t>aise hi dekhiye, aap padhenge, main koi tarteeb se nahi arz kar raha hoon, yaani woh mutfarriq</w:t>
      </w:r>
    </w:p>
    <w:p>
      <w:pPr>
        <w:jc w:val="right"/>
      </w:pPr>
      <w:r>
        <w:t>ایسے ہی دیکھیے، آپ پڑھیں گے، میں کوئی ترتیب سے نہیں عرض کر رہا ہوں، یعنی وہ متفرق</w:t>
      </w:r>
    </w:p>
    <w:p>
      <w:r>
        <w:rPr>
          <w:b/>
        </w:rPr>
        <w:t xml:space="preserve">[40:58] </w:t>
      </w:r>
      <w:r>
        <w:t>aayaton ka hawala de raha hoon aap ko.</w:t>
      </w:r>
    </w:p>
    <w:p>
      <w:pPr>
        <w:jc w:val="right"/>
      </w:pPr>
      <w:r>
        <w:t>آیتوں کا حوالہ دے رہا ہوں آپ کو۔</w:t>
      </w:r>
    </w:p>
    <w:p>
      <w:r>
        <w:rPr>
          <w:b/>
        </w:rPr>
        <w:t xml:space="preserve">[41:05] </w:t>
      </w:r>
      <w:r>
        <w:t>misalan Quran mein hai ke Quran mein hai ke walzeena aamanoo ashadd huban lillah jo Allah pe iman</w:t>
      </w:r>
    </w:p>
    <w:p>
      <w:pPr>
        <w:jc w:val="right"/>
      </w:pPr>
      <w:r>
        <w:t>مثلاً قرآن میں ہے کہ قرآن میں ہے کہ والذین آمنوا أشد حبا لله جو اللہ پہ ایمان</w:t>
      </w:r>
    </w:p>
    <w:p>
      <w:r>
        <w:rPr>
          <w:b/>
        </w:rPr>
        <w:t xml:space="preserve">[41:13] </w:t>
      </w:r>
      <w:r>
        <w:t>rakhne wale hain, woh un ko Allah se shadeed mohabbat hoti hai.</w:t>
      </w:r>
    </w:p>
    <w:p>
      <w:pPr>
        <w:jc w:val="right"/>
      </w:pPr>
      <w:r>
        <w:t>رکھنے والے ہیں، وہ ان کو اللہ سے شدید محبت ہوتی ہے۔</w:t>
      </w:r>
    </w:p>
    <w:p>
      <w:r>
        <w:rPr>
          <w:b/>
        </w:rPr>
        <w:t xml:space="preserve">[41:21] </w:t>
      </w:r>
      <w:r>
        <w:t>mohabbat ka matlab hota hai strong affection.</w:t>
      </w:r>
    </w:p>
    <w:p>
      <w:pPr>
        <w:jc w:val="right"/>
      </w:pPr>
      <w:r>
        <w:t>محبت کا مطلب ہوتا ہے سٹرانگ افیکشن۔</w:t>
      </w:r>
    </w:p>
    <w:p>
      <w:r>
        <w:rPr>
          <w:b/>
        </w:rPr>
        <w:t xml:space="preserve">[41:29] </w:t>
      </w:r>
      <w:r>
        <w:t>ab is ko padha aap ne, ab aap jaiza lenge apna ke mujh ko strong affection kis</w:t>
      </w:r>
    </w:p>
    <w:p>
      <w:pPr>
        <w:jc w:val="right"/>
      </w:pPr>
      <w:r>
        <w:t>اب اس کو پڑھا آپ نے، اب آپ جائزہ لیں گے اپنا کہ مجھ کو سٹرانگ افیکشن کس</w:t>
      </w:r>
    </w:p>
    <w:p>
      <w:r>
        <w:rPr>
          <w:b/>
        </w:rPr>
        <w:t xml:space="preserve">[41:36] </w:t>
      </w:r>
      <w:r>
        <w:t>se hai? Allah se ya kisi aur se? apni family se, apne beta beti se hai, apne business</w:t>
      </w:r>
    </w:p>
    <w:p>
      <w:pPr>
        <w:jc w:val="right"/>
      </w:pPr>
      <w:r>
        <w:t>سے ہے؟ اللہ سے یا کسی اور سے؟ اپنی فیملی سے، اپنے بیٹا بیٹی سے ہے، اپنے بزنس</w:t>
      </w:r>
    </w:p>
    <w:p>
      <w:r>
        <w:rPr>
          <w:b/>
        </w:rPr>
        <w:t xml:space="preserve">[41:44] </w:t>
      </w:r>
      <w:r>
        <w:t>se hai, apne job se hai? to walzeena aamanoo ashadd huban lillah jo iman wale hain, un ko</w:t>
      </w:r>
    </w:p>
    <w:p>
      <w:pPr>
        <w:jc w:val="right"/>
      </w:pPr>
      <w:r>
        <w:t>سے ہے، اپنے جاب سے ہے؟ تو والذین آمنوا أشد حبا لله جو ایمان والے ہیں، ان کو</w:t>
      </w:r>
    </w:p>
    <w:p>
      <w:r>
        <w:rPr>
          <w:b/>
        </w:rPr>
        <w:t xml:space="preserve">[41:52] </w:t>
      </w:r>
      <w:r>
        <w:t>sirf Allah se mohabbat shadeed hoti hai, strong affection hota hai, Allah un ka concern ban jata hai.</w:t>
      </w:r>
    </w:p>
    <w:p>
      <w:pPr>
        <w:jc w:val="right"/>
      </w:pPr>
      <w:r>
        <w:t>صرف اللہ سے محبت شدید ہوتی ہے، سٹرانگ افیکشن ہوتا ہے، اللہ ان کا کنسرن بن جاتا ہے۔</w:t>
      </w:r>
    </w:p>
    <w:p>
      <w:r>
        <w:rPr>
          <w:b/>
        </w:rPr>
        <w:t xml:space="preserve">[42:00] </w:t>
      </w:r>
      <w:r>
        <w:t>ab yahan aap jaiza lenge apna, aur agar aap ne paya ke mera jo strong affection hai,</w:t>
      </w:r>
    </w:p>
    <w:p>
      <w:pPr>
        <w:jc w:val="right"/>
      </w:pPr>
      <w:r>
        <w:t>اب یہاں آپ جائزہ لیں گے اپنا، اور اگر آپ نے پایا کہ میرا جو سٹرانگ افیکشن ہے،</w:t>
      </w:r>
    </w:p>
    <w:p>
      <w:r>
        <w:rPr>
          <w:b/>
        </w:rPr>
        <w:t xml:space="preserve">[42:07] </w:t>
      </w:r>
      <w:r>
        <w:t>woh to kisi aur se hai, Allah se to sirf formal taluq hai.</w:t>
      </w:r>
    </w:p>
    <w:p>
      <w:pPr>
        <w:jc w:val="right"/>
      </w:pPr>
      <w:r>
        <w:t>وہ تو کسی اور سے ہے، اللہ سے تو صرف فارمل تعلق ہے۔</w:t>
      </w:r>
    </w:p>
    <w:p>
      <w:r>
        <w:rPr>
          <w:b/>
        </w:rPr>
        <w:t xml:space="preserve">[42:15] </w:t>
      </w:r>
      <w:r>
        <w:t>agar aap yeh jaiza lenge to aap yeh agar yeh daryaft karte hain ke Allah se to</w:t>
      </w:r>
    </w:p>
    <w:p>
      <w:pPr>
        <w:jc w:val="right"/>
      </w:pPr>
      <w:r>
        <w:t>اگر آپ یہ جائزہ لیں گے تو آپ یہ اگر یہ دریافت کرتے ہیں کہ اللہ سے تو</w:t>
      </w:r>
    </w:p>
    <w:p>
      <w:r>
        <w:rPr>
          <w:b/>
        </w:rPr>
        <w:t xml:space="preserve">[42:23] </w:t>
      </w:r>
      <w:r>
        <w:t>mera bilkul forward taluq hai, yeh saara mere jazbat, mere sentiment, mera jo affection hai, woh to kisi</w:t>
      </w:r>
    </w:p>
    <w:p>
      <w:pPr>
        <w:jc w:val="right"/>
      </w:pPr>
      <w:r>
        <w:t>میرا بالکل فارورڈ تعلق ہے، یہ سارا میرے جذبات، میرے سینٹیمنٹ، میرا جو افیکشن ہے، وہ تو کسی</w:t>
      </w:r>
    </w:p>
    <w:p>
      <w:r>
        <w:rPr>
          <w:b/>
        </w:rPr>
        <w:t xml:space="preserve">[42:31] </w:t>
      </w:r>
      <w:r>
        <w:t>aur se hai, tab tarap uthenge ke main kitni bari gumrahi mein tha.</w:t>
      </w:r>
    </w:p>
    <w:p>
      <w:pPr>
        <w:jc w:val="right"/>
      </w:pPr>
      <w:r>
        <w:t>اور سے ہے، تب تڑپ اٹھیں گے کہ میں کتنی بڑی گمراہی میں تھا۔</w:t>
      </w:r>
    </w:p>
    <w:p>
      <w:r>
        <w:rPr>
          <w:b/>
        </w:rPr>
        <w:t xml:space="preserve">[42:38] </w:t>
      </w:r>
      <w:r>
        <w:t>to aap tay karen ke isi ramzan mein mujhe is is address se nikalna hai.</w:t>
      </w:r>
    </w:p>
    <w:p>
      <w:pPr>
        <w:jc w:val="right"/>
      </w:pPr>
      <w:r>
        <w:t>تو آپ طے کریں کہ اسی رمضان میں مجھے اس اس ادرس سے نکلنا ہے۔</w:t>
      </w:r>
    </w:p>
    <w:p>
      <w:r>
        <w:rPr>
          <w:b/>
        </w:rPr>
        <w:t xml:space="preserve">[42:46] </w:t>
      </w:r>
      <w:r>
        <w:t>to kaha ke ramzan decision lene ka mahina hai, faisla karne ka mahina hai, ban jayega aap ke liye.</w:t>
      </w:r>
    </w:p>
    <w:p>
      <w:pPr>
        <w:jc w:val="right"/>
      </w:pPr>
      <w:r>
        <w:t>تو کہا کہ رمضان ڈیسیژن لینے کا مہینہ ہے، فیصلہ کرنے کا مہینہ ہے، بن جائے گا آپ کے لیے۔</w:t>
      </w:r>
    </w:p>
    <w:p>
      <w:r>
        <w:rPr>
          <w:b/>
        </w:rPr>
        <w:t xml:space="preserve">[42:54] </w:t>
      </w:r>
      <w:r>
        <w:t>to quran ke ke ramzan ka mahina is liye hai ke aap ekso hokar quran ko padhen,</w:t>
      </w:r>
    </w:p>
    <w:p>
      <w:pPr>
        <w:jc w:val="right"/>
      </w:pPr>
      <w:r>
        <w:t>تو قرآن کے کے رمضان کا مہینہ اس لیے ہے کہ آپ ایکسو ہو کر قرآن کو پڑھیں،</w:t>
      </w:r>
    </w:p>
    <w:p>
      <w:r>
        <w:rPr>
          <w:b/>
        </w:rPr>
        <w:t xml:space="preserve">[43:02] </w:t>
      </w:r>
      <w:r>
        <w:t>aur quran ko padhne ka maqsad yeh hai ke aap is mein woh jo reminding references hain, is</w:t>
      </w:r>
    </w:p>
    <w:p>
      <w:pPr>
        <w:jc w:val="right"/>
      </w:pPr>
      <w:r>
        <w:t>اور قرآن کو پڑھنے کا مقصد یہ ہے کہ آپ اس میں وہ جو ریمائنڈنگ ریفرنسز ہیں، اس</w:t>
      </w:r>
    </w:p>
    <w:p>
      <w:r>
        <w:rPr>
          <w:b/>
        </w:rPr>
        <w:t xml:space="preserve">[43:09] </w:t>
      </w:r>
      <w:r>
        <w:t>ko padhkar ke, is ko daryaft karke, bar bar apne aap apna correction karen.</w:t>
      </w:r>
    </w:p>
    <w:p>
      <w:pPr>
        <w:jc w:val="right"/>
      </w:pPr>
      <w:r>
        <w:t>کو پڑھ کر کے، اس کو دریافت کر کے، بار بار اپنے آپ اپنا کریکشن کریں۔</w:t>
      </w:r>
    </w:p>
    <w:p>
      <w:r>
        <w:rPr>
          <w:b/>
        </w:rPr>
        <w:t xml:space="preserve">[43:17] </w:t>
      </w:r>
      <w:r>
        <w:t>bar bar aap aap ke andar rethinking aaye, bar bar aap sochen.</w:t>
      </w:r>
    </w:p>
    <w:p>
      <w:pPr>
        <w:jc w:val="right"/>
      </w:pPr>
      <w:r>
        <w:t>بار بار آپ آپ کے اندر ری تھنکنگ آئے، بار بار آپ سوچیں۔</w:t>
      </w:r>
    </w:p>
    <w:p>
      <w:r>
        <w:rPr>
          <w:b/>
        </w:rPr>
        <w:t xml:space="preserve">[43:25] </w:t>
      </w:r>
      <w:r>
        <w:t>aise aap dekhiye, aap padhte hue quran ko padhte hue is ayat par pahunchenge ke is ayat</w:t>
      </w:r>
    </w:p>
    <w:p>
      <w:pPr>
        <w:jc w:val="right"/>
      </w:pPr>
      <w:r>
        <w:t>ایسے آپ دیکھیے، آپ پڑھتے ہوئے قرآن کو پڑھتے ہوئے اس آیت پر پہنچیں گے کہ اس آیت</w:t>
      </w:r>
    </w:p>
    <w:p>
      <w:r>
        <w:rPr>
          <w:b/>
        </w:rPr>
        <w:t xml:space="preserve">[43:33] </w:t>
      </w:r>
      <w:r>
        <w:t>par pahunchenge antahbat aamalukum bitashrun yani aise amal se bacho jis ke bura hone ka tum ko</w:t>
      </w:r>
    </w:p>
    <w:p>
      <w:pPr>
        <w:jc w:val="right"/>
      </w:pPr>
      <w:r>
        <w:t>پر پہنچیں گے انتہبت اعمالکم بالتشرون یعنی ایسے عمل سے بچو جس کے برا ہونے کا تم کو</w:t>
      </w:r>
    </w:p>
    <w:p>
      <w:r>
        <w:rPr>
          <w:b/>
        </w:rPr>
        <w:t xml:space="preserve">[43:40] </w:t>
      </w:r>
      <w:r>
        <w:t>ehsas bhi na ho, aur tumhara amal habat ho jaye.</w:t>
      </w:r>
    </w:p>
    <w:p>
      <w:pPr>
        <w:jc w:val="right"/>
      </w:pPr>
      <w:r>
        <w:t>احساس بھی نہ ہو، اور تمہارا عمل حبط ہو جائے۔</w:t>
      </w:r>
    </w:p>
    <w:p>
      <w:r>
        <w:rPr>
          <w:b/>
        </w:rPr>
        <w:t xml:space="preserve">[43:48] </w:t>
      </w:r>
      <w:r>
        <w:t>kaisi ajib baat hai ke hum ek amal karen aur hamare zehn mein yeh na ho ke yeh</w:t>
      </w:r>
    </w:p>
    <w:p>
      <w:pPr>
        <w:jc w:val="right"/>
      </w:pPr>
      <w:r>
        <w:t>کیسی عجیب بات ہے کہ ہم ایک عمل کریں اور ہمارے ذہن میں یہ نہ ہو کہ یہ</w:t>
      </w:r>
    </w:p>
    <w:p>
      <w:r>
        <w:rPr>
          <w:b/>
        </w:rPr>
        <w:t xml:space="preserve">[43:56] </w:t>
      </w:r>
      <w:r>
        <w:t>koi burai kar rahe hain, lekin Allah ke nazdeek woh ek aisa amal hai ke aap ke aamal</w:t>
      </w:r>
    </w:p>
    <w:p>
      <w:pPr>
        <w:jc w:val="right"/>
      </w:pPr>
      <w:r>
        <w:t>کوئی برائی کر رہے ہیں، لیکن اللہ کے نزدیک وہ ایک ایسا عمل ہے کہ آپ کے اعمال</w:t>
      </w:r>
    </w:p>
    <w:p>
      <w:r>
        <w:rPr>
          <w:b/>
        </w:rPr>
        <w:t xml:space="preserve">[44:04] </w:t>
      </w:r>
      <w:r>
        <w:t>habat ho jaye, aqarat ho jaye, sab west ho jaye.</w:t>
      </w:r>
    </w:p>
    <w:p>
      <w:pPr>
        <w:jc w:val="right"/>
      </w:pPr>
      <w:r>
        <w:t>حبط ہو جائیں، عقارت ہو جائے، سب ویسٹ ہو جائے۔</w:t>
      </w:r>
    </w:p>
    <w:p>
      <w:r>
        <w:rPr>
          <w:b/>
        </w:rPr>
        <w:t xml:space="preserve">[44:11] </w:t>
      </w:r>
      <w:r>
        <w:t>ab yeh aap padhenge is ayat ko to kitna zyada aap ke andar introspection jagega, kitna</w:t>
      </w:r>
    </w:p>
    <w:p>
      <w:pPr>
        <w:jc w:val="right"/>
      </w:pPr>
      <w:r>
        <w:t>اب یہ آپ پڑھیں گے اس آیت کو تو کتنا زیادہ آپ کے اندر انٹروسپیکشن جاگے گا، کتنا</w:t>
      </w:r>
    </w:p>
    <w:p>
      <w:r>
        <w:rPr>
          <w:b/>
        </w:rPr>
        <w:t xml:space="preserve">[44:19] </w:t>
      </w:r>
      <w:r>
        <w:t>zyada aap apni scriptry, self scriptry karenge ke masla sirf yeh nahi hai ke bahut soch samajh</w:t>
      </w:r>
    </w:p>
    <w:p>
      <w:pPr>
        <w:jc w:val="right"/>
      </w:pPr>
      <w:r>
        <w:t>زیادہ آپ اپنی سکرپٹری، سیلف اسکرپٹری کریں گے کہ مسئلہ صرف یہ نہیں ہے کہ بہت سوچ سمجھ</w:t>
      </w:r>
    </w:p>
    <w:p>
      <w:r>
        <w:rPr>
          <w:b/>
        </w:rPr>
        <w:t xml:space="preserve">[44:27] </w:t>
      </w:r>
      <w:r>
        <w:t>kar plan karke koi burai karna.</w:t>
      </w:r>
    </w:p>
    <w:p>
      <w:pPr>
        <w:jc w:val="right"/>
      </w:pPr>
      <w:r>
        <w:t>کر پلان کر کے کوئی برائی کرنا۔</w:t>
      </w:r>
    </w:p>
    <w:p>
      <w:r>
        <w:rPr>
          <w:b/>
        </w:rPr>
        <w:t xml:space="preserve">[44:34] </w:t>
      </w:r>
      <w:r>
        <w:t>ek hai ke aap ek burai karen, bahut soch samajh kar, planning karke, bilkul intentionally.</w:t>
      </w:r>
    </w:p>
    <w:p>
      <w:pPr>
        <w:jc w:val="right"/>
      </w:pPr>
      <w:r>
        <w:t>ایک ہے کہ آپ ایک برائی کریں، بہت سوچ سمجھ کر، پلاننگ کر کے، بالکل انٹینشنلی۔</w:t>
      </w:r>
    </w:p>
    <w:p>
      <w:r>
        <w:rPr>
          <w:b/>
        </w:rPr>
        <w:t xml:space="preserve">[44:42] </w:t>
      </w:r>
      <w:r>
        <w:t>ek to woh hai to is ko har aadmi janta hai, lekin quran ki ayat batati hai ke</w:t>
      </w:r>
    </w:p>
    <w:p>
      <w:pPr>
        <w:jc w:val="right"/>
      </w:pPr>
      <w:r>
        <w:t>ایک تو وہ ہے تو اس کو ہر آدمی جانتا ہے، لیکن قرآن کی آیت بتاتی ہے کہ</w:t>
      </w:r>
    </w:p>
    <w:p>
      <w:r>
        <w:rPr>
          <w:b/>
        </w:rPr>
        <w:t xml:space="preserve">[44:50] </w:t>
      </w:r>
      <w:r>
        <w:t>aisa bhi ho sakta hai ke aadmi zyada socha hi nahi, koi zyada planning nahi ki, us ne</w:t>
      </w:r>
    </w:p>
    <w:p>
      <w:pPr>
        <w:jc w:val="right"/>
      </w:pPr>
      <w:r>
        <w:t>ایسا بھی ہو سکتا ہے کہ آدمی زیادہ سوچا ہی نہیں، کوئی زیادہ پلاننگ نہیں کی، اس نے</w:t>
      </w:r>
    </w:p>
    <w:p>
      <w:r>
        <w:rPr>
          <w:b/>
        </w:rPr>
        <w:t xml:space="preserve">[44:58] </w:t>
      </w:r>
      <w:r>
        <w:t>bas aadat ke taur par ya family ya dabao ya social dabao ke taur par ek kaam kar</w:t>
      </w:r>
    </w:p>
    <w:p>
      <w:pPr>
        <w:jc w:val="right"/>
      </w:pPr>
      <w:r>
        <w:t>بس عادت کے طور پر یا فیملی یا دباؤ یا سوشل دباؤ کے طور پر ایک کام کر</w:t>
      </w:r>
    </w:p>
    <w:p>
      <w:r>
        <w:rPr>
          <w:b/>
        </w:rPr>
        <w:t xml:space="preserve">[45:05] </w:t>
      </w:r>
      <w:r>
        <w:t>dala us ne, aur woh itna zyada Allah ke nazdeek serious tha ke us ki wajah se aamal</w:t>
      </w:r>
    </w:p>
    <w:p>
      <w:pPr>
        <w:jc w:val="right"/>
      </w:pPr>
      <w:r>
        <w:t>ڈالا اس نے، اور وہ اتنا زیادہ اللہ کے نزدیک سیریس تھا کہ اس کی وجہ سے اعمال</w:t>
      </w:r>
    </w:p>
    <w:p>
      <w:r>
        <w:rPr>
          <w:b/>
        </w:rPr>
        <w:t xml:space="preserve">[45:13] </w:t>
      </w:r>
      <w:r>
        <w:t>hi sare habat ho gaye.</w:t>
      </w:r>
    </w:p>
    <w:p>
      <w:pPr>
        <w:jc w:val="right"/>
      </w:pPr>
      <w:r>
        <w:t>ہی سارے حبط ہو گئے۔</w:t>
      </w:r>
    </w:p>
    <w:p>
      <w:r>
        <w:rPr>
          <w:b/>
        </w:rPr>
        <w:t xml:space="preserve">[45:21] </w:t>
      </w:r>
      <w:r>
        <w:t>to aap kitna tarapenge yeh soch kar ke, kitna tarapenge yeh soch kar ke.</w:t>
      </w:r>
    </w:p>
    <w:p>
      <w:pPr>
        <w:jc w:val="right"/>
      </w:pPr>
      <w:r>
        <w:t>تو آپ کتنا تڑپیں گے یہ سوچ کر کے، کتنا تڑپیں گے یہ سوچ کر کے۔</w:t>
      </w:r>
    </w:p>
    <w:p>
      <w:r>
        <w:rPr>
          <w:b/>
        </w:rPr>
        <w:t xml:space="preserve">[45:29] </w:t>
      </w:r>
      <w:r>
        <w:t>is tarah se jab aap quran padhenge ramzan ke mahine mein to woh self correction ka mahina</w:t>
      </w:r>
    </w:p>
    <w:p>
      <w:pPr>
        <w:jc w:val="right"/>
      </w:pPr>
      <w:r>
        <w:t>اس طرح سے جب آپ قرآن پڑھیں گے رمضان کے مہینے میں تو وہ سیلف کریکشن کا مہینہ</w:t>
      </w:r>
    </w:p>
    <w:p>
      <w:r>
        <w:rPr>
          <w:b/>
        </w:rPr>
        <w:t xml:space="preserve">[45:36] </w:t>
      </w:r>
      <w:r>
        <w:t>ban jayega.</w:t>
      </w:r>
    </w:p>
    <w:p>
      <w:pPr>
        <w:jc w:val="right"/>
      </w:pPr>
      <w:r>
        <w:t>بن جائے گا۔</w:t>
      </w:r>
    </w:p>
    <w:p>
      <w:r>
        <w:rPr>
          <w:b/>
        </w:rPr>
        <w:t xml:space="preserve">[45:44] </w:t>
      </w:r>
      <w:r>
        <w:t>yeh self correction ka mahina aise hi dekhiye, aap quran ko parhte hue is ayat tak pahunche ke</w:t>
      </w:r>
    </w:p>
    <w:p>
      <w:pPr>
        <w:jc w:val="right"/>
      </w:pPr>
      <w:r>
        <w:t>یہ سیلف کریکشن کا مہینہ ایسے ہی دیکھیے، آپ قرآن کو پڑھتے ہوئے اس آیت تک پہنچے کہ</w:t>
      </w:r>
    </w:p>
    <w:p>
      <w:r>
        <w:rPr>
          <w:b/>
        </w:rPr>
        <w:t xml:space="preserve">[45:52] </w:t>
      </w:r>
      <w:r>
        <w:t>zalik jaza wa man tattaq jannat is ke liye hai jo apna tazkiya kare, jannat is ke liye hai</w:t>
      </w:r>
    </w:p>
    <w:p>
      <w:pPr>
        <w:jc w:val="right"/>
      </w:pPr>
      <w:r>
        <w:t>ذالک جزا ومن تتق جنت اس کے لیے ہے جو اپنا تزکیہ کرے، جنت اس کے لیے ہے</w:t>
      </w:r>
    </w:p>
    <w:p>
      <w:r>
        <w:rPr>
          <w:b/>
        </w:rPr>
        <w:t xml:space="preserve">[46:00] </w:t>
      </w:r>
      <w:r>
        <w:t>جو اپنا تزکیہ کرے، کیونکہ purify کرے، اپنے کو purify کرے۔</w:t>
      </w:r>
    </w:p>
    <w:p>
      <w:pPr>
        <w:jc w:val="right"/>
      </w:pPr>
      <w:r>
        <w:t>جو اپنا تزکیہ کرے، کیونکہ پیوریفائی کرے، اپنے کو پیوریفائی کرے۔</w:t>
      </w:r>
    </w:p>
    <w:p>
      <w:r>
        <w:rPr>
          <w:b/>
        </w:rPr>
        <w:t xml:space="preserve">[46:07] </w:t>
      </w:r>
      <w:r>
        <w:t>ab aap sochenge ke dekho, yeh to bohat ajeeb ayat hai.</w:t>
      </w:r>
    </w:p>
    <w:p>
      <w:pPr>
        <w:jc w:val="right"/>
      </w:pPr>
      <w:r>
        <w:t>اب آپ سوچیں گے کہ دیکھو، یہ تو بہت عجیب آیت ہے۔</w:t>
      </w:r>
    </w:p>
    <w:p>
      <w:r>
        <w:rPr>
          <w:b/>
        </w:rPr>
        <w:t xml:space="preserve">[46:15] </w:t>
      </w:r>
      <w:r>
        <w:t>jannat na to baras baras se mil jayegi, muslim family mein paida ho gaye to jannat hai, jannat</w:t>
      </w:r>
    </w:p>
    <w:p>
      <w:pPr>
        <w:jc w:val="right"/>
      </w:pPr>
      <w:r>
        <w:t>جنت نہ تو برس برس سے مل جائے گی، مسلم فیملی میں پیدا ہوگئے تو جنت ہے، جنت</w:t>
      </w:r>
    </w:p>
    <w:p>
      <w:r>
        <w:rPr>
          <w:b/>
        </w:rPr>
        <w:t xml:space="preserve">[46:23] </w:t>
      </w:r>
      <w:r>
        <w:t>na to is liye mil jayegi ke kisi buzurg ka hum daman tham liya to jannat hai,</w:t>
      </w:r>
    </w:p>
    <w:p>
      <w:pPr>
        <w:jc w:val="right"/>
      </w:pPr>
      <w:r>
        <w:t>نہ تو اس لیے مل جائے گی کہ کسی بزرگ کا ہم دامن تھام لیا تو جنت ہے،</w:t>
      </w:r>
    </w:p>
    <w:p>
      <w:r>
        <w:rPr>
          <w:b/>
        </w:rPr>
        <w:t xml:space="preserve">[46:31] </w:t>
      </w:r>
      <w:r>
        <w:t>neeyat na to isi mil jayegi kisi ke hum umeed rakhen ke rasool Allah shafaat kar den</w:t>
      </w:r>
    </w:p>
    <w:p>
      <w:pPr>
        <w:jc w:val="right"/>
      </w:pPr>
      <w:r>
        <w:t>نیت نہ تو اسی مل جائے گی کسی کہ ہم امید رکھیں کہ رسول اللہ شفاعت کر دیں</w:t>
      </w:r>
    </w:p>
    <w:p>
      <w:r>
        <w:rPr>
          <w:b/>
        </w:rPr>
        <w:t xml:space="preserve">[46:38] </w:t>
      </w:r>
      <w:r>
        <w:t>ge to hamari jannat hai.</w:t>
      </w:r>
    </w:p>
    <w:p>
      <w:pPr>
        <w:jc w:val="right"/>
      </w:pPr>
      <w:r>
        <w:t>گے تو ہماری جنت ہے۔</w:t>
      </w:r>
    </w:p>
    <w:p>
      <w:r>
        <w:rPr>
          <w:b/>
        </w:rPr>
        <w:t xml:space="preserve">[46:46] </w:t>
      </w:r>
      <w:r>
        <w:t>yeh sab kuch bhi nahi, sari ki sari, sara ka sara jo sara ka sara jo woh jo</w:t>
      </w:r>
    </w:p>
    <w:p>
      <w:pPr>
        <w:jc w:val="right"/>
      </w:pPr>
      <w:r>
        <w:t>یہ سب کچھ بھی نہیں، ساری کی ساری، سارا کا سارا جو سارا کا سارا جو وہ جو</w:t>
      </w:r>
    </w:p>
    <w:p>
      <w:r>
        <w:rPr>
          <w:b/>
        </w:rPr>
        <w:t xml:space="preserve">[46:54] </w:t>
      </w:r>
      <w:r>
        <w:t>inhisar hai, is par hai ke aap ne apne ko purify kiya ho, apna tazkiya kiya ho.</w:t>
      </w:r>
    </w:p>
    <w:p>
      <w:pPr>
        <w:jc w:val="right"/>
      </w:pPr>
      <w:r>
        <w:t>انحصار ہے، اس پر ہے کہ آپ نے اپنے کو پیوریفائی کیا ہو، اپنا تزکیہ کیا ہو۔</w:t>
      </w:r>
    </w:p>
    <w:p>
      <w:r>
        <w:rPr>
          <w:b/>
        </w:rPr>
        <w:t xml:space="preserve">[47:02] </w:t>
      </w:r>
      <w:r>
        <w:t>تو آپ اس جب آپ یہ پڑھیں گے تو ایک بہت strong way میں آپ کے اندر introspection</w:t>
      </w:r>
    </w:p>
    <w:p>
      <w:pPr>
        <w:jc w:val="right"/>
      </w:pPr>
      <w:r>
        <w:t>تو آپ اس جب آپ یہ پڑھیں گے تو ایک بہت سٹرانگ وے میں آپ کے اندر انٹروسپیکشن</w:t>
      </w:r>
    </w:p>
    <w:p>
      <w:r>
        <w:rPr>
          <w:b/>
        </w:rPr>
        <w:t xml:space="preserve">[47:09] </w:t>
      </w:r>
      <w:r>
        <w:t>جاگ پڑے گا، self-correction کا مادہ جاگ پڑے گا، اور ایک اس طریقے سے اگر آپ نے</w:t>
      </w:r>
    </w:p>
    <w:p>
      <w:pPr>
        <w:jc w:val="right"/>
      </w:pPr>
      <w:r>
        <w:t>جاگ پڑے گا، سیلف کریکشن کا مادہ جاگ پڑے گا، اور ایک اس طریقے سے اگر آپ نے</w:t>
      </w:r>
    </w:p>
    <w:p>
      <w:r>
        <w:rPr>
          <w:b/>
        </w:rPr>
        <w:t xml:space="preserve">[47:17] </w:t>
      </w:r>
      <w:r>
        <w:t>ek mahina guzara to mahine ko khatam kar ke jab aap mahine ke khatam khateme par jab aap</w:t>
      </w:r>
    </w:p>
    <w:p>
      <w:pPr>
        <w:jc w:val="right"/>
      </w:pPr>
      <w:r>
        <w:t>ایک مہینہ گزارا تو مہینے کو ختم کر کے جب آپ مہینے کے ختم خاتمے پر جب آپ</w:t>
      </w:r>
    </w:p>
    <w:p>
      <w:r>
        <w:rPr>
          <w:b/>
        </w:rPr>
        <w:t xml:space="preserve">[47:25] </w:t>
      </w:r>
      <w:r>
        <w:t>پہنچیں گے تو آپ کے اندر ایک ایک نئی شخصیت امر کر چکی ہوگی، ایک نئی personality بن</w:t>
      </w:r>
    </w:p>
    <w:p>
      <w:pPr>
        <w:jc w:val="right"/>
      </w:pPr>
      <w:r>
        <w:t>پہنچیں گے تو آپ کے اندر ایک ایک نئی شخصیت امر کر چکی ہوگی، ایک نئی پرسنیلٹی بن</w:t>
      </w:r>
    </w:p>
    <w:p>
      <w:r>
        <w:rPr>
          <w:b/>
        </w:rPr>
        <w:t xml:space="preserve">[47:33] </w:t>
      </w:r>
      <w:r>
        <w:t>chuki hogi, ek naya insan aap ke andar paida ho chuka hoga.</w:t>
      </w:r>
    </w:p>
    <w:p>
      <w:pPr>
        <w:jc w:val="right"/>
      </w:pPr>
      <w:r>
        <w:t>چکی ہوگی، ایک نیا انسان آپ کے اندر پیدا ہو چکا ہوگا۔</w:t>
      </w:r>
    </w:p>
    <w:p>
      <w:r>
        <w:rPr>
          <w:b/>
        </w:rPr>
        <w:t xml:space="preserve">[47:40] </w:t>
      </w:r>
      <w:r>
        <w:t>is liye ahmiyat hai ramzan ki.</w:t>
      </w:r>
    </w:p>
    <w:p>
      <w:pPr>
        <w:jc w:val="right"/>
      </w:pPr>
      <w:r>
        <w:t>اس لیے اہمیت ہے رمضان کی۔</w:t>
      </w:r>
    </w:p>
    <w:p>
      <w:r>
        <w:rPr>
          <w:b/>
        </w:rPr>
        <w:t xml:space="preserve">[47:48] </w:t>
      </w:r>
      <w:r>
        <w:t>ramzan ki jo ehtiyat hadithon mein fazilat aayi hai, yeh is mani mein aayi hai, is mani mein</w:t>
      </w:r>
    </w:p>
    <w:p>
      <w:pPr>
        <w:jc w:val="right"/>
      </w:pPr>
      <w:r>
        <w:t>رمضان کی جو احتیاط حدیثوں میں فضیلت آئی ہے، یہ اس معنی میں آئی ہے، اس معنی میں</w:t>
      </w:r>
    </w:p>
    <w:p>
      <w:r>
        <w:rPr>
          <w:b/>
        </w:rPr>
        <w:t xml:space="preserve">[47:56] </w:t>
      </w:r>
      <w:r>
        <w:t>nahi ke bas is mahine mein aap hain to fazilat mil gayi, ya bhooke reh gaye to fazilat mil gayi.</w:t>
      </w:r>
    </w:p>
    <w:p>
      <w:pPr>
        <w:jc w:val="right"/>
      </w:pPr>
      <w:r>
        <w:t>نہیں کہ بس اس مہینے میں آپ ہیں تو فضیلت مل گئی، یا بھوکے رہ گئے تو فضیلت مل گئی۔</w:t>
      </w:r>
    </w:p>
    <w:p>
      <w:r>
        <w:rPr>
          <w:b/>
        </w:rPr>
        <w:t xml:space="preserve">[48:04] </w:t>
      </w:r>
      <w:r>
        <w:t>nahi, quran ki roshni mein jab ramzan ka mahina guzara tab woh fazilaten aap ke liye hain, warna</w:t>
      </w:r>
    </w:p>
    <w:p>
      <w:pPr>
        <w:jc w:val="right"/>
      </w:pPr>
      <w:r>
        <w:t>نہیں، قرآن کی روشنی میں جب رمضان کا مہینہ گزارا تب وہ فضیلتیں آپ کے لیے ہیں، ورنہ</w:t>
      </w:r>
    </w:p>
    <w:p>
      <w:r>
        <w:rPr>
          <w:b/>
        </w:rPr>
        <w:t xml:space="preserve">[48:11] </w:t>
      </w:r>
      <w:r>
        <w:t>kuch bhi nahi.</w:t>
      </w:r>
    </w:p>
    <w:p>
      <w:pPr>
        <w:jc w:val="right"/>
      </w:pPr>
      <w:r>
        <w:t>کچھ بھی نہیں۔</w:t>
      </w:r>
    </w:p>
    <w:p>
      <w:r>
        <w:rPr>
          <w:b/>
        </w:rPr>
        <w:t xml:space="preserve">[48:19] </w:t>
      </w:r>
      <w:r>
        <w:t>to sara quran jo hai, jo jo mein ne arz kiya ke quran mein hai ke fi al dhikr</w:t>
      </w:r>
    </w:p>
    <w:p>
      <w:pPr>
        <w:jc w:val="right"/>
      </w:pPr>
      <w:r>
        <w:t>تو سارا قرآن جو ہے، جو جو میں نے عرض کیا کہ قرآن میں ہے کہ فی الذکر</w:t>
      </w:r>
    </w:p>
    <w:p>
      <w:r>
        <w:rPr>
          <w:b/>
        </w:rPr>
        <w:t xml:space="preserve">[48:27] </w:t>
      </w:r>
      <w:r>
        <w:t>کو اس میں تمہارے لیے نصیحت ہے، یعنی reminding verses ہیں قرآن میں، یاد دلانے، یاد دلانے والی آیتیں ہیں۔</w:t>
      </w:r>
    </w:p>
    <w:p>
      <w:pPr>
        <w:jc w:val="right"/>
      </w:pPr>
      <w:r>
        <w:t>کو اس میں تمہارے لیے نصیحت ہے، یعنی ریمائنڈنگ ورسز ہیں قرآن میں، یاد دلانے، یاد دلانے والی آیتیں ہیں۔</w:t>
      </w:r>
    </w:p>
    <w:p>
      <w:r>
        <w:rPr>
          <w:b/>
        </w:rPr>
        <w:t xml:space="preserve">[48:35] </w:t>
      </w:r>
      <w:r>
        <w:t>to quran aap jante hain ke is insan, is hasti ki kitab hai jo insan ka khaliq hai,</w:t>
      </w:r>
    </w:p>
    <w:p>
      <w:pPr>
        <w:jc w:val="right"/>
      </w:pPr>
      <w:r>
        <w:t>تو قرآن آپ جانتے ہیں کہ اس انسان، اس ہستی کی کتاب ہے جو انسان کا خالق ہے،</w:t>
      </w:r>
    </w:p>
    <w:p>
      <w:r>
        <w:rPr>
          <w:b/>
        </w:rPr>
        <w:t xml:space="preserve">[48:42] </w:t>
      </w:r>
      <w:r>
        <w:t>insan khuda ka makhlooq hai.</w:t>
      </w:r>
    </w:p>
    <w:p>
      <w:pPr>
        <w:jc w:val="right"/>
      </w:pPr>
      <w:r>
        <w:t>انسان خدا کا مخلوق ہے۔</w:t>
      </w:r>
    </w:p>
    <w:p>
      <w:r>
        <w:rPr>
          <w:b/>
        </w:rPr>
        <w:t xml:space="preserve">[48:50] </w:t>
      </w:r>
      <w:r>
        <w:t>to zahir hai, khaliq se zyada makhlooq kaun jaane ga? Makhlooq ke minus point, plus point ko sabza</w:t>
      </w:r>
    </w:p>
    <w:p>
      <w:pPr>
        <w:jc w:val="right"/>
      </w:pPr>
      <w:r>
        <w:t>تو ظاہر ہے، خالق سے زیادہ مخلوق کون جانے گا؟ مخلوق کے مائنس پوائنٹ، پلس پوائنٹ کو سبزہ</w:t>
      </w:r>
    </w:p>
    <w:p>
      <w:r>
        <w:rPr>
          <w:b/>
        </w:rPr>
        <w:t xml:space="preserve">[48:58] </w:t>
      </w:r>
      <w:r>
        <w:t>jaane ga, khaliq hai.</w:t>
      </w:r>
    </w:p>
    <w:p>
      <w:pPr>
        <w:jc w:val="right"/>
      </w:pPr>
      <w:r>
        <w:t>جانے گا، خالق ہے۔</w:t>
      </w:r>
    </w:p>
    <w:p>
      <w:r>
        <w:rPr>
          <w:b/>
        </w:rPr>
        <w:t xml:space="preserve">[49:06] </w:t>
      </w:r>
      <w:r>
        <w:t>to jo sab se zyada jaanta hai, hum ko khud hum se bhi zyada jaanta hai, woh is</w:t>
      </w:r>
    </w:p>
    <w:p>
      <w:pPr>
        <w:jc w:val="right"/>
      </w:pPr>
      <w:r>
        <w:t>تو جو سب سے زیادہ جانتا ہے، ہم کو خود ہم سے بھی زیادہ جانتا ہے، وہ اس</w:t>
      </w:r>
    </w:p>
    <w:p>
      <w:r>
        <w:rPr>
          <w:b/>
        </w:rPr>
        <w:t xml:space="preserve">[49:13] </w:t>
      </w:r>
      <w:r>
        <w:t>ne yeh kitab bheji hamari guidance ke liye, hamari rehnumai ke liye.</w:t>
      </w:r>
    </w:p>
    <w:p>
      <w:pPr>
        <w:jc w:val="right"/>
      </w:pPr>
      <w:r>
        <w:t>نے یہ کتاب بھیجی ہماری گائیڈنس کے لیے، ہماری رہنمائی کے لیے۔</w:t>
      </w:r>
    </w:p>
    <w:p>
      <w:r>
        <w:rPr>
          <w:b/>
        </w:rPr>
        <w:t xml:space="preserve">[49:21] </w:t>
      </w:r>
      <w:r>
        <w:t>to is ki satr satr mein, is ke ek ek sentence mein, ek ek ek verse mein hamari</w:t>
      </w:r>
    </w:p>
    <w:p>
      <w:pPr>
        <w:jc w:val="right"/>
      </w:pPr>
      <w:r>
        <w:t>تو اس کی ستر ستر میں، اس کے ایک ایک سینٹنس میں، ایک ایک ایک ورس میں ہماری</w:t>
      </w:r>
    </w:p>
    <w:p>
      <w:r>
        <w:rPr>
          <w:b/>
        </w:rPr>
        <w:t xml:space="preserve">[49:29] </w:t>
      </w:r>
      <w:r>
        <w:t>nature ko address karne wali baaten hain.</w:t>
      </w:r>
    </w:p>
    <w:p>
      <w:pPr>
        <w:jc w:val="right"/>
      </w:pPr>
      <w:r>
        <w:t>نیچر کو ایڈریس کرنے والی باتیں ہیں۔</w:t>
      </w:r>
    </w:p>
    <w:p>
      <w:r>
        <w:rPr>
          <w:b/>
        </w:rPr>
        <w:t xml:space="preserve">[49:37] </w:t>
      </w:r>
      <w:r>
        <w:t>poora quran hamari nature ko address karta hai, bashart-e-ke is ko tadabbur ke sath parha jaye, tadabbur ke</w:t>
      </w:r>
    </w:p>
    <w:p>
      <w:pPr>
        <w:jc w:val="right"/>
      </w:pPr>
      <w:r>
        <w:t>پورا قرآن ہماری نیچر کو ایڈریس کرتا ہے، بشرطیکہ اس کو تدبر کے ساتھ پڑھا جائے، تدبر کے</w:t>
      </w:r>
    </w:p>
    <w:p>
      <w:r>
        <w:rPr>
          <w:b/>
        </w:rPr>
        <w:t xml:space="preserve">[49:44] </w:t>
      </w:r>
      <w:r>
        <w:t>sath parha jaye.</w:t>
      </w:r>
    </w:p>
    <w:p>
      <w:pPr>
        <w:jc w:val="right"/>
      </w:pPr>
      <w:r>
        <w:t>ساتھ پڑھا جائے۔</w:t>
      </w:r>
    </w:p>
    <w:p>
      <w:r>
        <w:rPr>
          <w:b/>
        </w:rPr>
        <w:t xml:space="preserve">[49:52] </w:t>
      </w:r>
      <w:r>
        <w:t>aise hi dekhiye, aap parhenge quran mein qad aflaha-l-mu'minun alladhina hum fi siratihim khashi'un ahl-e-iman</w:t>
      </w:r>
    </w:p>
    <w:p>
      <w:pPr>
        <w:jc w:val="right"/>
      </w:pPr>
      <w:r>
        <w:t>ایسے ہی دیکھیے، آپ پڑھیں گے قرآن میں قد أفلح المؤمنون الذين هم في صراطهم خاشعون اہل ایمان</w:t>
      </w:r>
    </w:p>
    <w:p>
      <w:r>
        <w:rPr>
          <w:b/>
        </w:rPr>
        <w:t xml:space="preserve">[50:00] </w:t>
      </w:r>
      <w:r>
        <w:t>kamyab ho gaye jo apni namazon mein khushu karte hain.</w:t>
      </w:r>
    </w:p>
    <w:p>
      <w:pPr>
        <w:jc w:val="right"/>
      </w:pPr>
      <w:r>
        <w:t>کامیاب ہو گئے جو اپنی نمازوں میں خشوع کرتے ہیں۔</w:t>
      </w:r>
    </w:p>
    <w:p>
      <w:r>
        <w:rPr>
          <w:b/>
        </w:rPr>
        <w:t xml:space="preserve">[50:08] </w:t>
      </w:r>
      <w:r>
        <w:t>is ko aap ne parha.</w:t>
      </w:r>
    </w:p>
    <w:p>
      <w:pPr>
        <w:jc w:val="right"/>
      </w:pPr>
      <w:r>
        <w:t>اس کو آپ نے پڑھا۔</w:t>
      </w:r>
    </w:p>
    <w:p>
      <w:r>
        <w:rPr>
          <w:b/>
        </w:rPr>
        <w:t xml:space="preserve">[50:15] </w:t>
      </w:r>
      <w:r>
        <w:t>jab aap ghor karenge to aap aap ko yeh baat daryaft hogi ke namaz mahaz ek fault</w:t>
      </w:r>
    </w:p>
    <w:p>
      <w:pPr>
        <w:jc w:val="right"/>
      </w:pPr>
      <w:r>
        <w:t>جب آپ غور کریں گے تو آپ آپ کو یہ بات دریافت ہوگی کہ نماز محض ایک فالٹ</w:t>
      </w:r>
    </w:p>
    <w:p>
      <w:r>
        <w:rPr>
          <w:b/>
        </w:rPr>
        <w:t xml:space="preserve">[50:23] </w:t>
      </w:r>
      <w:r>
        <w:t>ka naam nahi hai, spirit ka naam hai.</w:t>
      </w:r>
    </w:p>
    <w:p>
      <w:pPr>
        <w:jc w:val="right"/>
      </w:pPr>
      <w:r>
        <w:t>کا نام نہیں ہے، اسپرٹ کا نام ہے۔</w:t>
      </w:r>
    </w:p>
    <w:p>
      <w:r>
        <w:rPr>
          <w:b/>
        </w:rPr>
        <w:t xml:space="preserve">[50:31] </w:t>
      </w:r>
      <w:r>
        <w:t>spirit khushu kya hai? woh namaz ka inner content hai, inner content hai, yani is ki spirit hai.</w:t>
      </w:r>
    </w:p>
    <w:p>
      <w:pPr>
        <w:jc w:val="right"/>
      </w:pPr>
      <w:r>
        <w:t>اسپرٹ خشوع کیا ہے؟ وہ نماز کا انر کنٹینٹ ہے، انر کنٹینٹ ہے، یعنی اس کی اسپرٹ ہے۔</w:t>
      </w:r>
    </w:p>
    <w:p>
      <w:r>
        <w:rPr>
          <w:b/>
        </w:rPr>
        <w:t xml:space="preserve">[50:39] </w:t>
      </w:r>
      <w:r>
        <w:t>to is mani yeh hai ke namaz jo hai, khushu ki tarbiyat hai.</w:t>
      </w:r>
    </w:p>
    <w:p>
      <w:pPr>
        <w:jc w:val="right"/>
      </w:pPr>
      <w:r>
        <w:t>تو اس معنی یہ ہے کہ نماز جو ہے، خشوع کی تربیت ہے۔</w:t>
      </w:r>
    </w:p>
    <w:p>
      <w:r>
        <w:rPr>
          <w:b/>
        </w:rPr>
        <w:t xml:space="preserve">[50:46] </w:t>
      </w:r>
      <w:r>
        <w:t>jab aap Allahu Akbar kehte hain namaz mein to Allah ki barhai ko yaad karte hain, Allah ki</w:t>
      </w:r>
    </w:p>
    <w:p>
      <w:pPr>
        <w:jc w:val="right"/>
      </w:pPr>
      <w:r>
        <w:t>جب آپ اللہ اکبر کہتے ہیں نماز میں تو اللہ کی بڑائی کو یاد کرتے ہیں، اللہ کی</w:t>
      </w:r>
    </w:p>
    <w:p>
      <w:r>
        <w:rPr>
          <w:b/>
        </w:rPr>
        <w:t xml:space="preserve">[50:54] </w:t>
      </w:r>
      <w:r>
        <w:t>glory ko yaad karte hain.</w:t>
      </w:r>
    </w:p>
    <w:p>
      <w:pPr>
        <w:jc w:val="right"/>
      </w:pPr>
      <w:r>
        <w:t>گلوری کو یاد کرتے ہیں۔</w:t>
      </w:r>
    </w:p>
    <w:p>
      <w:r>
        <w:rPr>
          <w:b/>
        </w:rPr>
        <w:t xml:space="preserve">[51:02] </w:t>
      </w:r>
      <w:r>
        <w:t>ab ghor kijiye ke Allah ki glory koi sadah baat hai? jis ne itni bari kashao ko paida</w:t>
      </w:r>
    </w:p>
    <w:p>
      <w:pPr>
        <w:jc w:val="right"/>
      </w:pPr>
      <w:r>
        <w:t>اب غور کیجیے کہ اللہ کی گلوری کوئی سادہ بات ہے؟ جس نے اتنی بڑی کاکشاؤں کو پیدا</w:t>
      </w:r>
    </w:p>
    <w:p>
      <w:r>
        <w:rPr>
          <w:b/>
        </w:rPr>
        <w:t xml:space="preserve">[51:10] </w:t>
      </w:r>
      <w:r>
        <w:t>kiya tha, jisay suraj se sab ko paida kiya tha, ya samundaron aur paharon ko paida kiya tha,</w:t>
      </w:r>
    </w:p>
    <w:p>
      <w:pPr>
        <w:jc w:val="right"/>
      </w:pPr>
      <w:r>
        <w:t>کیا تھا، جسے سورج سے سب کو پیدا کیا تھا، یا سمندروں اور پہاڑوں کو پیدا کیا تھا،</w:t>
      </w:r>
    </w:p>
    <w:p>
      <w:r>
        <w:rPr>
          <w:b/>
        </w:rPr>
        <w:t xml:space="preserve">[51:17] </w:t>
      </w:r>
      <w:r>
        <w:t>jo itni bari kainaat ko control ki hui hai, is ki yaad kis qadar, yani kitni kitna ajeeb experience hai.</w:t>
      </w:r>
    </w:p>
    <w:p>
      <w:pPr>
        <w:jc w:val="right"/>
      </w:pPr>
      <w:r>
        <w:t>جو اتنی بڑی کائنات کو کنٹرول کی ہوئی ہے، اس کی یاد کس قدر، یعنی کتنی کتنا عجیب ایکسپیرینس ہے۔</w:t>
      </w:r>
    </w:p>
    <w:p>
      <w:r>
        <w:rPr>
          <w:b/>
        </w:rPr>
        <w:t xml:space="preserve">[51:25] </w:t>
      </w:r>
      <w:r>
        <w:t>to Allahu Akbar keh kar aap ne ek bohat hi, bohat hi ek aisi hasti ko yaad kiya</w:t>
      </w:r>
    </w:p>
    <w:p>
      <w:pPr>
        <w:jc w:val="right"/>
      </w:pPr>
      <w:r>
        <w:t>تو اللہ اکبر کہہ کر آپ نے ایک بہت ہی، بہت ہی ایک ایسی ہستی کو یاد کیا</w:t>
      </w:r>
    </w:p>
    <w:p>
      <w:r>
        <w:rPr>
          <w:b/>
        </w:rPr>
        <w:t xml:space="preserve">[51:33] </w:t>
      </w:r>
      <w:r>
        <w:t>jis ka yaad karna ek ek himayai shauq aap ke andar paida karta hai.</w:t>
      </w:r>
    </w:p>
    <w:p>
      <w:pPr>
        <w:jc w:val="right"/>
      </w:pPr>
      <w:r>
        <w:t>جس کا یاد کرنا ایک ایک ہمایائی شوق آپ کے اندر پیدا کرتا ہے۔</w:t>
      </w:r>
    </w:p>
    <w:p>
      <w:r>
        <w:rPr>
          <w:b/>
        </w:rPr>
        <w:t xml:space="preserve">[51:41] </w:t>
      </w:r>
      <w:r>
        <w:t>aur isi mein ek sath juri hui hai ke Allah, Allahu Akbar ka matlab hai Allah bara hai.</w:t>
      </w:r>
    </w:p>
    <w:p>
      <w:pPr>
        <w:jc w:val="right"/>
      </w:pPr>
      <w:r>
        <w:t>اور اسی میں ایک ساتھ جڑی ہوئی ہے کہ اللہ، اللہ اکبر کا مطلب ہے اللہ بڑا ہے۔</w:t>
      </w:r>
    </w:p>
    <w:p>
      <w:r>
        <w:rPr>
          <w:b/>
        </w:rPr>
        <w:t xml:space="preserve">[51:48] </w:t>
      </w:r>
      <w:r>
        <w:t>to isi waqt aap ne daryaft kiya hai ke Allah bara hai aur main chota hoon.</w:t>
      </w:r>
    </w:p>
    <w:p>
      <w:pPr>
        <w:jc w:val="right"/>
      </w:pPr>
      <w:r>
        <w:t>تو اسی وقت آپ نے دریافت کیا ہے کہ اللہ بڑا ہے اور میں چھوٹا ہوں۔</w:t>
      </w:r>
    </w:p>
    <w:p>
      <w:r>
        <w:rPr>
          <w:b/>
        </w:rPr>
        <w:t xml:space="preserve">[51:56] </w:t>
      </w:r>
      <w:r>
        <w:t>to kaha Allahu Akbar mein do cheezein daryaft huin aap ko: Allah ki azmat aur apni modesty.</w:t>
      </w:r>
    </w:p>
    <w:p>
      <w:pPr>
        <w:jc w:val="right"/>
      </w:pPr>
      <w:r>
        <w:t>تو کہا اللہ اکبر میں دو چیزیں دریافت ہوئیں آپ کو: اللہ کی عظمت اور اپنی ماڈیسٹی۔</w:t>
      </w:r>
    </w:p>
    <w:p>
      <w:r>
        <w:rPr>
          <w:b/>
        </w:rPr>
        <w:t xml:space="preserve">[52:04] </w:t>
      </w:r>
      <w:r>
        <w:t>do baatein is mein daryaft huin aap ko: Allah ki glory aur apni modesty.</w:t>
      </w:r>
    </w:p>
    <w:p>
      <w:pPr>
        <w:jc w:val="right"/>
      </w:pPr>
      <w:r>
        <w:t>دو باتیں اس میں دریافت ہوئیں آپ کو: اللہ کی گلوری اور اپنی ماڈیسٹی۔</w:t>
      </w:r>
    </w:p>
    <w:p>
      <w:r>
        <w:rPr>
          <w:b/>
        </w:rPr>
        <w:t xml:space="preserve">[52:12] </w:t>
      </w:r>
      <w:r>
        <w:t>abhi yeh do cheezein agar paida ho jayein aadmi ke andar to sari virtues aa gayi is ke</w:t>
      </w:r>
    </w:p>
    <w:p>
      <w:pPr>
        <w:jc w:val="right"/>
      </w:pPr>
      <w:r>
        <w:t>ابھی یہ دو چیزیں اگر پیدا ہو جائیں آدمی کے اندر تو ساری ورچوز آ گئی اس کے</w:t>
      </w:r>
    </w:p>
    <w:p>
      <w:r>
        <w:rPr>
          <w:b/>
        </w:rPr>
        <w:t xml:space="preserve">[52:19] </w:t>
      </w:r>
      <w:r>
        <w:t>andar, koi virtue baqi nahi rahi.</w:t>
      </w:r>
    </w:p>
    <w:p>
      <w:pPr>
        <w:jc w:val="right"/>
      </w:pPr>
      <w:r>
        <w:t>اندر، کوئی ورچو باقی نہیں رہی۔</w:t>
      </w:r>
    </w:p>
    <w:p>
      <w:r>
        <w:rPr>
          <w:b/>
        </w:rPr>
        <w:t xml:space="preserve">[52:27] </w:t>
      </w:r>
      <w:r>
        <w:t>jo aadmi Allah ki glory mein jeene lage aur jis aadmi ko apni modesty ki daryaft ho jaye,</w:t>
      </w:r>
    </w:p>
    <w:p>
      <w:pPr>
        <w:jc w:val="right"/>
      </w:pPr>
      <w:r>
        <w:t>جو آدمی اللہ کی گلوری میں جینے لگے اور جس آدمی کو اپنی ماڈیسٹی کی دریافت ہو جائے،</w:t>
      </w:r>
    </w:p>
    <w:p>
      <w:r>
        <w:rPr>
          <w:b/>
        </w:rPr>
        <w:t xml:space="preserve">[52:35] </w:t>
      </w:r>
      <w:r>
        <w:t>woh to wohi insan hai jo matloob hai.</w:t>
      </w:r>
    </w:p>
    <w:p>
      <w:pPr>
        <w:jc w:val="right"/>
      </w:pPr>
      <w:r>
        <w:t>وہ تو وہی انسان ہے جو مطلوب ہے۔</w:t>
      </w:r>
    </w:p>
    <w:p>
      <w:r>
        <w:rPr>
          <w:b/>
        </w:rPr>
        <w:t xml:space="preserve">[52:43] </w:t>
      </w:r>
      <w:r>
        <w:t>is se bara kon hai jis ke andar yeh sifatain aa jayein? phir namaz mein dekhiye, aap ruku</w:t>
      </w:r>
    </w:p>
    <w:p>
      <w:pPr>
        <w:jc w:val="right"/>
      </w:pPr>
      <w:r>
        <w:t>اس سے بڑا کون ہے جس کے اندر یہ صفتیں آ جائیں؟ پھر نماز میں دیکھیے، آپ رکوع</w:t>
      </w:r>
    </w:p>
    <w:p>
      <w:r>
        <w:rPr>
          <w:b/>
        </w:rPr>
        <w:t xml:space="preserve">[52:50] </w:t>
      </w:r>
      <w:r>
        <w:t>karte hain, sajda karte hain to kya hai? yeh submission ki alamat hai ke aap ke liye dunya</w:t>
      </w:r>
    </w:p>
    <w:p>
      <w:pPr>
        <w:jc w:val="right"/>
      </w:pPr>
      <w:r>
        <w:t>کرتے ہیں، سجدہ کرتے ہیں تو کیا ہے؟ یہ سبمیشن کی علامت ہے کہ آپ کے لیے دنیا</w:t>
      </w:r>
    </w:p>
    <w:p>
      <w:r>
        <w:rPr>
          <w:b/>
        </w:rPr>
        <w:t xml:space="preserve">[52:58] </w:t>
      </w:r>
      <w:r>
        <w:t>mein submission ki zindagi aap ko ikhtiyar karna hai, surrender ki zindagi ikhtiyar karna hai.</w:t>
      </w:r>
    </w:p>
    <w:p>
      <w:pPr>
        <w:jc w:val="right"/>
      </w:pPr>
      <w:r>
        <w:t>میں سبمیشن کی زندگی آپ کو اختیار کرنا ہے، سرینڈر کی زندگی اختیار کرنا ہے۔</w:t>
      </w:r>
    </w:p>
    <w:p>
      <w:r>
        <w:rPr>
          <w:b/>
        </w:rPr>
        <w:t xml:space="preserve">[53:06] </w:t>
      </w:r>
      <w:r>
        <w:t>to aap ghhor kijiye ke agar aap ke andar yeh sifatain paida ho jayen, submission ki sifat, surrender</w:t>
      </w:r>
    </w:p>
    <w:p>
      <w:pPr>
        <w:jc w:val="right"/>
      </w:pPr>
      <w:r>
        <w:t>تو آپ غور کیجیے کہ اگر آپ کے اندر یہ صفتیں پیدا ہو جائیں، سبمیشن کی صفت، سرینڈر</w:t>
      </w:r>
    </w:p>
    <w:p>
      <w:r>
        <w:rPr>
          <w:b/>
        </w:rPr>
        <w:t xml:space="preserve">[53:14] </w:t>
      </w:r>
      <w:r>
        <w:t>ki sifat to kitna bara inqilab ayega aap ki zindagi mein.</w:t>
      </w:r>
    </w:p>
    <w:p>
      <w:pPr>
        <w:jc w:val="right"/>
      </w:pPr>
      <w:r>
        <w:t>کی صفت تو کتنا بڑا انقلاب آئے گا آپ کی زندگی میں۔</w:t>
      </w:r>
    </w:p>
    <w:p>
      <w:r>
        <w:rPr>
          <w:b/>
        </w:rPr>
        <w:t xml:space="preserve">[53:21] </w:t>
      </w:r>
      <w:r>
        <w:t>sarkashi khatm ho jayegi, fakhr khatm ho jayega, superiority complex khatm ho jayega, ab aql</w:t>
      </w:r>
    </w:p>
    <w:p>
      <w:pPr>
        <w:jc w:val="right"/>
      </w:pPr>
      <w:r>
        <w:t>سرکشی ختم ہو جائے گی، فخر ختم ہو جائے گا، سپیریٹی کمپریس ختم ہو جائے گا، اب عقل</w:t>
      </w:r>
    </w:p>
    <w:p>
      <w:r>
        <w:rPr>
          <w:b/>
        </w:rPr>
        <w:t xml:space="preserve">[53:29] </w:t>
      </w:r>
      <w:r>
        <w:t>khatm ho jayegi.</w:t>
      </w:r>
    </w:p>
    <w:p>
      <w:pPr>
        <w:jc w:val="right"/>
      </w:pPr>
      <w:r>
        <w:t>ختم ہو جائے گی۔</w:t>
      </w:r>
    </w:p>
    <w:p>
      <w:r>
        <w:rPr>
          <w:b/>
        </w:rPr>
        <w:t xml:space="preserve">[53:37] </w:t>
      </w:r>
      <w:r>
        <w:t>kesi ajeeb cheez hai!</w:t>
      </w:r>
    </w:p>
    <w:p>
      <w:pPr>
        <w:jc w:val="right"/>
      </w:pPr>
      <w:r>
        <w:t>کیسی عجیب چیز ہے!</w:t>
      </w:r>
    </w:p>
    <w:p>
      <w:r>
        <w:rPr>
          <w:b/>
        </w:rPr>
        <w:t xml:space="preserve">[53:45] </w:t>
      </w:r>
      <w:r>
        <w:t>is tarah namaz parhte hue aakhir mein aap kehte hain, idhar udhar munh pher kar ke assalam o alaikum</w:t>
      </w:r>
    </w:p>
    <w:p>
      <w:pPr>
        <w:jc w:val="right"/>
      </w:pPr>
      <w:r>
        <w:t>اس طرح نماز پڑھتے ہوئے آخر میں آپ کہتے ہیں، ادھر ادھر منہ پھیر کر کے السلام علیکم</w:t>
      </w:r>
    </w:p>
    <w:p>
      <w:r>
        <w:rPr>
          <w:b/>
        </w:rPr>
        <w:t xml:space="preserve">[53:52] </w:t>
      </w:r>
      <w:r>
        <w:t>ورحمۃ اللہ السلام علیکم ورحمۃ اللہ یعنی peace be upon you, peace be upon you کس کو کہہ رہے ہیں؟</w:t>
      </w:r>
    </w:p>
    <w:p>
      <w:pPr>
        <w:jc w:val="right"/>
      </w:pPr>
      <w:r>
        <w:t>ورحمۃ اللہ السلام علیکم ورحمۃ اللہ یعنی پیس بی اپاری، پیس بی اپاری کس کو کہہ رہے ہیں؟</w:t>
      </w:r>
    </w:p>
    <w:p>
      <w:r>
        <w:rPr>
          <w:b/>
        </w:rPr>
        <w:t xml:space="preserve">[53:59] </w:t>
      </w:r>
      <w:r>
        <w:t>aap sare mankind ko munh pherne ka matlab yahi hai ke sare alam mein jo insan phailay</w:t>
      </w:r>
    </w:p>
    <w:p>
      <w:pPr>
        <w:jc w:val="right"/>
      </w:pPr>
      <w:r>
        <w:t>آپ سارے مین کائنڈ کو منہ پھیرنے کا مطلب یہی ہے کہ سارے عالم میں جو انسان پھیلے</w:t>
      </w:r>
    </w:p>
    <w:p>
      <w:r>
        <w:rPr>
          <w:b/>
        </w:rPr>
        <w:t xml:space="preserve">[54:06] </w:t>
      </w:r>
      <w:r>
        <w:t>hue hain, sab ko mein kehta hoon ke mere dil mein tumhare liye sirf peace hai.</w:t>
      </w:r>
    </w:p>
    <w:p>
      <w:pPr>
        <w:jc w:val="right"/>
      </w:pPr>
      <w:r>
        <w:t>ہوئے ہیں، سب کو میں کہتا ہوں کہ میرے دل میں تمہارے لیے صرف پیس ہے۔</w:t>
      </w:r>
    </w:p>
    <w:p>
      <w:r>
        <w:rPr>
          <w:b/>
        </w:rPr>
        <w:t xml:space="preserve">[54:13] </w:t>
      </w:r>
      <w:r>
        <w:t>yeh hai allazeen fi sirat khashi'oon yani jin ki namazon mein yeh sab kaifiyat paida hoti hain, jin</w:t>
      </w:r>
    </w:p>
    <w:p>
      <w:pPr>
        <w:jc w:val="right"/>
      </w:pPr>
      <w:r>
        <w:t>یہ ہے الذین فی صراط خاشعون یعنی جن کی نمازوں میں یہ سب کیفیات پیدا ہوتی ہیں، جن</w:t>
      </w:r>
    </w:p>
    <w:p>
      <w:r>
        <w:rPr>
          <w:b/>
        </w:rPr>
        <w:t xml:space="preserve">[54:21] </w:t>
      </w:r>
      <w:r>
        <w:t>ki namazain un ke liye is qism ki shakhsiyat banane ka zariya hai.</w:t>
      </w:r>
    </w:p>
    <w:p>
      <w:pPr>
        <w:jc w:val="right"/>
      </w:pPr>
      <w:r>
        <w:t>کی نمازیں ان کے لیے اس قسم کی شخصیت بنانے کا ذریعہ ہے۔</w:t>
      </w:r>
    </w:p>
    <w:p>
      <w:r>
        <w:rPr>
          <w:b/>
        </w:rPr>
        <w:t xml:space="preserve">[54:28] </w:t>
      </w:r>
      <w:r>
        <w:t>jin ki namaz, jin ki jo jo namaz mein dakhil hote hain, to is ke baad is tarah</w:t>
      </w:r>
    </w:p>
    <w:p>
      <w:pPr>
        <w:jc w:val="right"/>
      </w:pPr>
      <w:r>
        <w:t>جن کی نماز، جن کی جو جو نماز میں داخل ہوتے ہیں، تو اس کے بعد اس طرح</w:t>
      </w:r>
    </w:p>
    <w:p>
      <w:r>
        <w:rPr>
          <w:b/>
        </w:rPr>
        <w:t xml:space="preserve">[54:35] </w:t>
      </w:r>
      <w:r>
        <w:t>ke insan ban ke ubharte hain.</w:t>
      </w:r>
    </w:p>
    <w:p>
      <w:pPr>
        <w:jc w:val="right"/>
      </w:pPr>
      <w:r>
        <w:t>کے انسان بن کے ابھرتے ہیں۔</w:t>
      </w:r>
    </w:p>
    <w:p>
      <w:r>
        <w:rPr>
          <w:b/>
        </w:rPr>
        <w:t xml:space="preserve">[54:42] </w:t>
      </w:r>
      <w:r>
        <w:t>un ke liye falah hai ke ek ayat se aap ko kitna bara toofani jazba ayega aap ke andar.</w:t>
      </w:r>
    </w:p>
    <w:p>
      <w:pPr>
        <w:jc w:val="right"/>
      </w:pPr>
      <w:r>
        <w:t>ان کے لیے فلاح ہے کہ ایک آیت سے آپ کو کتنا بڑا طوفانی جذبہ آئے گا آپ کے اندر۔</w:t>
      </w:r>
    </w:p>
    <w:p>
      <w:r>
        <w:rPr>
          <w:b/>
        </w:rPr>
        <w:t xml:space="preserve">[54:49] </w:t>
      </w:r>
      <w:r>
        <w:t>qad aflaha al mu'minoon allazeen fi sirat khashi'oon ek ayat se aap ke andar ek shakhsiyat amr karegi,</w:t>
      </w:r>
    </w:p>
    <w:p>
      <w:pPr>
        <w:jc w:val="right"/>
      </w:pPr>
      <w:r>
        <w:t>قد أفلح المؤمنون الذین فی صراط خاشعون ایک آیت سے آپ کے اندر ایک شخصیت امر کرے گی،</w:t>
      </w:r>
    </w:p>
    <w:p>
      <w:r>
        <w:rPr>
          <w:b/>
        </w:rPr>
        <w:t xml:space="preserve">[54:57] </w:t>
      </w:r>
      <w:r>
        <w:t>ek nayi shakhsiyat, ek ek aap ke andar ek inkhlaqi shakhsiyat paida hogi.</w:t>
      </w:r>
    </w:p>
    <w:p>
      <w:pPr>
        <w:jc w:val="right"/>
      </w:pPr>
      <w:r>
        <w:t>ایک نئی شخصیت، ایک ایک آپ کے اندر ایک انخلاقی شخصیت پیدا ہوگی۔</w:t>
      </w:r>
    </w:p>
    <w:p>
      <w:r>
        <w:rPr>
          <w:b/>
        </w:rPr>
        <w:t xml:space="preserve">[55:04] </w:t>
      </w:r>
      <w:r>
        <w:t>yeh sab kab hoga? jab aap tadabbur ke sath namaz parhenge, tadabbur ke sath quran padhenge.</w:t>
      </w:r>
    </w:p>
    <w:p>
      <w:pPr>
        <w:jc w:val="right"/>
      </w:pPr>
      <w:r>
        <w:t>یہ سب کب ہوگا؟ جب آپ تدبر کے ساتھ نماز پڑھیں گے، تدبر کے ساتھ قرآن پڑھیں گے۔</w:t>
      </w:r>
    </w:p>
    <w:p>
      <w:r>
        <w:rPr>
          <w:b/>
        </w:rPr>
        <w:t xml:space="preserve">[55:11] </w:t>
      </w:r>
      <w:r>
        <w:t>aap lekin tadabbur ka matlab technical tadabbur nahi hai.</w:t>
      </w:r>
    </w:p>
    <w:p>
      <w:pPr>
        <w:jc w:val="right"/>
      </w:pPr>
      <w:r>
        <w:t>آپ لیکن تدبر کا مطلب ٹیکنیکل تدبر نہیں ہے۔</w:t>
      </w:r>
    </w:p>
    <w:p>
      <w:r>
        <w:rPr>
          <w:b/>
        </w:rPr>
        <w:t xml:space="preserve">[55:18] </w:t>
      </w:r>
      <w:r>
        <w:t>aaj kal mein ne jagah jagah logon ko dekha hai, quran ke dars hote hain lekin sirf technical</w:t>
      </w:r>
    </w:p>
    <w:p>
      <w:pPr>
        <w:jc w:val="right"/>
      </w:pPr>
      <w:r>
        <w:t>آج کل میں نے جگہ جگہ لوگوں کو دیکھا ہے، قرآن کے درس ہوتے ہیں لیکن صرف ٹیکنیکل</w:t>
      </w:r>
    </w:p>
    <w:p>
      <w:r>
        <w:rPr>
          <w:b/>
        </w:rPr>
        <w:t xml:space="preserve">[55:26] </w:t>
      </w:r>
      <w:r>
        <w:t>baaton ki khoob bahishen karte hain.</w:t>
      </w:r>
    </w:p>
    <w:p>
      <w:pPr>
        <w:jc w:val="right"/>
      </w:pPr>
      <w:r>
        <w:t>باتوں کی خوب بحثیں کرتے ہیں۔</w:t>
      </w:r>
    </w:p>
    <w:p>
      <w:r>
        <w:rPr>
          <w:b/>
        </w:rPr>
        <w:t xml:space="preserve">[55:33] </w:t>
      </w:r>
      <w:r>
        <w:t>log technical baaton ki yahan se le kar America tak mein ne dekha hai ke jagah jagah quran</w:t>
      </w:r>
    </w:p>
    <w:p>
      <w:pPr>
        <w:jc w:val="right"/>
      </w:pPr>
      <w:r>
        <w:t>لوگ ٹیکنیکل باتوں کی یہاں سے لے کر امریکہ تک میں نے دیکھا ہے کہ جگہ جگہ قرآن</w:t>
      </w:r>
    </w:p>
    <w:p>
      <w:r>
        <w:rPr>
          <w:b/>
        </w:rPr>
        <w:t xml:space="preserve">[55:40] </w:t>
      </w:r>
      <w:r>
        <w:t>ke dars hote hain aur baith baith kar log bahishen karte hain.</w:t>
      </w:r>
    </w:p>
    <w:p>
      <w:pPr>
        <w:jc w:val="right"/>
      </w:pPr>
      <w:r>
        <w:t>کے درس ہوتے ہیں اور بیٹھ بیٹھ کر لوگ بحثیں کرتے ہیں۔</w:t>
      </w:r>
    </w:p>
    <w:p>
      <w:r>
        <w:rPr>
          <w:b/>
        </w:rPr>
        <w:t xml:space="preserve">[55:47] </w:t>
      </w:r>
      <w:r>
        <w:t>ajeeb o ghareeb patti ki bahishen hain.</w:t>
      </w:r>
    </w:p>
    <w:p>
      <w:pPr>
        <w:jc w:val="right"/>
      </w:pPr>
      <w:r>
        <w:t>عجیب و غریب پتی کی بحثیں ہیں۔</w:t>
      </w:r>
    </w:p>
    <w:p>
      <w:r>
        <w:rPr>
          <w:b/>
        </w:rPr>
        <w:t xml:space="preserve">[55:54] </w:t>
      </w:r>
      <w:r>
        <w:t>is ki mein ne misaal di aap ko to aise logon ke baray mein Hazrat Aisha ne kaha</w:t>
      </w:r>
    </w:p>
    <w:p>
      <w:pPr>
        <w:jc w:val="right"/>
      </w:pPr>
      <w:r>
        <w:t>اس کی میں نے مثال دی آپ کو تو ایسے لوگوں کے بارے میں حضرت عائشہ نے کہا</w:t>
      </w:r>
    </w:p>
    <w:p>
      <w:r>
        <w:rPr>
          <w:b/>
        </w:rPr>
        <w:t xml:space="preserve">[56:02] </w:t>
      </w:r>
      <w:r>
        <w:t>tha keh olaiq qaru wa lam yaqru unhon ne quran ko parha magar unhon ne nahi parha kyunkeh quran</w:t>
      </w:r>
    </w:p>
    <w:p>
      <w:pPr>
        <w:jc w:val="right"/>
      </w:pPr>
      <w:r>
        <w:t>تھا کہ أولئك قاروا ولم يقروا انہوں نے قرآن کو پڑھا مگر انہوں نے نہیں پڑھا کیونکہ قرآن</w:t>
      </w:r>
    </w:p>
    <w:p>
      <w:r>
        <w:rPr>
          <w:b/>
        </w:rPr>
        <w:t xml:space="preserve">[56:09] </w:t>
      </w:r>
      <w:r>
        <w:t>se mila nahi un ko kuch.</w:t>
      </w:r>
    </w:p>
    <w:p>
      <w:pPr>
        <w:jc w:val="right"/>
      </w:pPr>
      <w:r>
        <w:t>سے ملا نہیں ان کو کچھ۔</w:t>
      </w:r>
    </w:p>
    <w:p>
      <w:r>
        <w:rPr>
          <w:b/>
        </w:rPr>
        <w:t xml:space="preserve">[56:16] </w:t>
      </w:r>
      <w:r>
        <w:t>jis ko quran se technical baatein milin, us ko quran se kuch nahi mila.</w:t>
      </w:r>
    </w:p>
    <w:p>
      <w:pPr>
        <w:jc w:val="right"/>
      </w:pPr>
      <w:r>
        <w:t>جس کو قرآن سے ٹیکنیکل باتیں ملیں، اس کو قرآن سے کچھ نہیں ملا۔</w:t>
      </w:r>
    </w:p>
    <w:p>
      <w:r>
        <w:rPr>
          <w:b/>
        </w:rPr>
        <w:t xml:space="preserve">[56:23] </w:t>
      </w:r>
      <w:r>
        <w:t>yad rakhiye, jis ko quran se tazkeer mile, naseehat mile, allah se taalluq mile, self correction mile, is</w:t>
      </w:r>
    </w:p>
    <w:p>
      <w:pPr>
        <w:jc w:val="right"/>
      </w:pPr>
      <w:r>
        <w:t>یاد رکھیے، جس کو قرآن سے تذکیر ملے، نصیحت ملے، اللہ سے تعلق ملے، سیلف کریکشن ملے، اس</w:t>
      </w:r>
    </w:p>
    <w:p>
      <w:r>
        <w:rPr>
          <w:b/>
        </w:rPr>
        <w:t xml:space="preserve">[56:30] </w:t>
      </w:r>
      <w:r>
        <w:t>ko quran se mila.</w:t>
      </w:r>
    </w:p>
    <w:p>
      <w:pPr>
        <w:jc w:val="right"/>
      </w:pPr>
      <w:r>
        <w:t>کو قرآن سے ملا۔</w:t>
      </w:r>
    </w:p>
    <w:p>
      <w:r>
        <w:rPr>
          <w:b/>
        </w:rPr>
        <w:t xml:space="preserve">[56:38] </w:t>
      </w:r>
      <w:r>
        <w:t>to hazrat aisha ka yeh qaul hai keh olaiq qaru wa lam yaqru unhon ne parha magar unhon ne nahi parha.</w:t>
      </w:r>
    </w:p>
    <w:p>
      <w:pPr>
        <w:jc w:val="right"/>
      </w:pPr>
      <w:r>
        <w:t>تو حضرت عائشہ کا یہ قول ہے کہ أولئك قروا ولم يقروا انہوں نے پڑھا مگر انہوں نے نہیں پڑھا۔</w:t>
      </w:r>
    </w:p>
    <w:p>
      <w:r>
        <w:rPr>
          <w:b/>
        </w:rPr>
        <w:t xml:space="preserve">[56:45] </w:t>
      </w:r>
      <w:r>
        <w:t>yani parh kar bhi unhein kuch mila nahi, parh kar bhi unhein woh cheez nahi mili jis jo</w:t>
      </w:r>
    </w:p>
    <w:p>
      <w:pPr>
        <w:jc w:val="right"/>
      </w:pPr>
      <w:r>
        <w:t>یعنی پڑھ کر بھی انہیں کچھ ملا نہیں، پڑھ کر بھی انہیں وہ چیز نہیں ملی جس جو</w:t>
      </w:r>
    </w:p>
    <w:p>
      <w:r>
        <w:rPr>
          <w:b/>
        </w:rPr>
        <w:t xml:space="preserve">[56:52] </w:t>
      </w:r>
      <w:r>
        <w:t>keh quran se pana chahiye tha un ko.</w:t>
      </w:r>
    </w:p>
    <w:p>
      <w:pPr>
        <w:jc w:val="right"/>
      </w:pPr>
      <w:r>
        <w:t>کہ قرآن سے پانا چاہیے تھا ان کو۔</w:t>
      </w:r>
    </w:p>
    <w:p>
      <w:r>
        <w:rPr>
          <w:b/>
        </w:rPr>
        <w:t xml:space="preserve">[56:59] </w:t>
      </w:r>
      <w:r>
        <w:t>to dekhiye, yeh bohat zyada sochiye is baat ko keh ramzan ka mahina kis liye hai? quran ko</w:t>
      </w:r>
    </w:p>
    <w:p>
      <w:pPr>
        <w:jc w:val="right"/>
      </w:pPr>
      <w:r>
        <w:t>تو دیکھیے، یہ بہت زیادہ سوچیے اس بات کو کہ رمضان کا مہینہ کس لیے ہے؟ قرآن کو</w:t>
      </w:r>
    </w:p>
    <w:p>
      <w:r>
        <w:rPr>
          <w:b/>
        </w:rPr>
        <w:t xml:space="preserve">[57:07] </w:t>
      </w:r>
      <w:r>
        <w:t>ramzan se koi bracket kiya gaya hai shar ramzan alladhi unzil fi alquran yani quran ko ramzan se</w:t>
      </w:r>
    </w:p>
    <w:p>
      <w:pPr>
        <w:jc w:val="right"/>
      </w:pPr>
      <w:r>
        <w:t>رمضان سے کوئی بریکٹ کیا گیا ہے شر رمضان الذی انزل فی القرآن یعنی قرآن کو رمضان سے</w:t>
      </w:r>
    </w:p>
    <w:p>
      <w:r>
        <w:rPr>
          <w:b/>
        </w:rPr>
        <w:t xml:space="preserve">[57:14] </w:t>
      </w:r>
      <w:r>
        <w:t>bracket kiya gaya hai.</w:t>
      </w:r>
    </w:p>
    <w:p>
      <w:pPr>
        <w:jc w:val="right"/>
      </w:pPr>
      <w:r>
        <w:t>بریکٹ کیا گیا ہے۔</w:t>
      </w:r>
    </w:p>
    <w:p>
      <w:r>
        <w:rPr>
          <w:b/>
        </w:rPr>
        <w:t xml:space="preserve">[57:21] </w:t>
      </w:r>
      <w:r>
        <w:t>to kyun kiya gaya hai? quran ko parhne ka tareeqa kya hai? tadabbur kya hai? fanni tadabbur kya</w:t>
      </w:r>
    </w:p>
    <w:p>
      <w:pPr>
        <w:jc w:val="right"/>
      </w:pPr>
      <w:r>
        <w:t>تو کیوں کیا گیا ہے؟ قرآن کو پڑھنے کا طریقہ کیا ہے؟ تدبر کیا ہے؟ فنی تدبر کیا</w:t>
      </w:r>
    </w:p>
    <w:p>
      <w:r>
        <w:rPr>
          <w:b/>
        </w:rPr>
        <w:t xml:space="preserve">[57:28] </w:t>
      </w:r>
      <w:r>
        <w:t>hai? tazkari tadabbur kya hai? quran ko apni rohani ghiza banana kya hai? aur fanni behs karna kya</w:t>
      </w:r>
    </w:p>
    <w:p>
      <w:pPr>
        <w:jc w:val="right"/>
      </w:pPr>
      <w:r>
        <w:t>ہے؟ تذکری تدبر کیا ہے؟ قرآن کو اپنی روحانی غذا بنانا کیا ہے؟ اور فنی بحث کرنا کیا</w:t>
      </w:r>
    </w:p>
    <w:p>
      <w:r>
        <w:rPr>
          <w:b/>
        </w:rPr>
        <w:t xml:space="preserve">[57:35] </w:t>
      </w:r>
      <w:r>
        <w:t>hai? in sab baaton ko dhiyan rakhte hue jab aap quran ko parhein ge, in sab baaton ko</w:t>
      </w:r>
    </w:p>
    <w:p>
      <w:pPr>
        <w:jc w:val="right"/>
      </w:pPr>
      <w:r>
        <w:t>ہے؟ ان سب باتوں کو دھیان رکھتے ہوئے جب آپ قرآن کو پڑھیں گے، ان سب باتوں کو</w:t>
      </w:r>
    </w:p>
    <w:p>
      <w:r>
        <w:rPr>
          <w:b/>
        </w:rPr>
        <w:t xml:space="preserve">[57:43] </w:t>
      </w:r>
      <w:r>
        <w:t>dhiyan rakhte hue jab aap ramzan ka mahina guzaren ge, tab ja kar yeh baat hogi keh jo</w:t>
      </w:r>
    </w:p>
    <w:p>
      <w:pPr>
        <w:jc w:val="right"/>
      </w:pPr>
      <w:r>
        <w:t>دھیان رکھتے ہوئے جب آپ رمضان کا مہینہ گزاریں گے، تب جا کر یہ بات ہوگی کہ جو</w:t>
      </w:r>
    </w:p>
    <w:p>
      <w:r>
        <w:rPr>
          <w:b/>
        </w:rPr>
        <w:t xml:space="preserve">[57:50] </w:t>
      </w:r>
      <w:r>
        <w:t>fazilatein aayi hain ramzan ki, woh sab aap ko hasil hongi.</w:t>
      </w:r>
    </w:p>
    <w:p>
      <w:pPr>
        <w:jc w:val="right"/>
      </w:pPr>
      <w:r>
        <w:t>فضیلتیں آئی ہیں رمضان کی، وہ سب آپ کو حاصل ہوں گی۔</w:t>
      </w:r>
    </w:p>
    <w:p>
      <w:r>
        <w:rPr>
          <w:b/>
        </w:rPr>
        <w:t xml:space="preserve">[57:57] </w:t>
      </w:r>
      <w:r>
        <w:t>تو میں یہی کہوں گا کہ بہت زیادہ اپنے شور کو جگائیے، بہت زیادہ intellectual awakening پیدا کیجئے،</w:t>
      </w:r>
    </w:p>
    <w:p>
      <w:pPr>
        <w:jc w:val="right"/>
      </w:pPr>
      <w:r>
        <w:t>تو میں یہی کہوں گا کہ بہت زیادہ اپنے شور کو جگائیے، بہت زیادہ انٹلیکچول اویکننگ پیدا کیجئے،</w:t>
      </w:r>
    </w:p>
    <w:p>
      <w:r>
        <w:rPr>
          <w:b/>
        </w:rPr>
        <w:t xml:space="preserve">[58:04] </w:t>
      </w:r>
      <w:r>
        <w:t>bohat zyada gehrai ke sath cheezon ko dekhiye.</w:t>
      </w:r>
    </w:p>
    <w:p>
      <w:pPr>
        <w:jc w:val="right"/>
      </w:pPr>
      <w:r>
        <w:t>بہت زیادہ گہرائی کے ساتھ چیزوں کو دیکھیے۔</w:t>
      </w:r>
    </w:p>
    <w:p>
      <w:r>
        <w:rPr>
          <w:b/>
        </w:rPr>
        <w:t xml:space="preserve">[58:11] </w:t>
      </w:r>
      <w:r>
        <w:t>maghful tareeqe se duniya mein mat rahiye kyunkeh quran ki aik bohat hi, bohat reminding ayat hai keh</w:t>
      </w:r>
    </w:p>
    <w:p>
      <w:pPr>
        <w:jc w:val="right"/>
      </w:pPr>
      <w:r>
        <w:t>مغفر طریقے سے دنیا میں مت رہیے کیونکہ قرآن کی ایک بہت ہی، بہت ریمائنڈنگ آیت ہے کہ</w:t>
      </w:r>
    </w:p>
    <w:p>
      <w:r>
        <w:rPr>
          <w:b/>
        </w:rPr>
        <w:t xml:space="preserve">[58:19] </w:t>
      </w:r>
      <w:r>
        <w:t>kullu nafsin zaa'iqatul maut har insaan ko maut ka maza chakhna hai.</w:t>
      </w:r>
    </w:p>
    <w:p>
      <w:pPr>
        <w:jc w:val="right"/>
      </w:pPr>
      <w:r>
        <w:t>کل نفس ذائقۃ الموت ہر انسان کو موت کا مزہ چکھنا ہے۔</w:t>
      </w:r>
    </w:p>
    <w:p>
      <w:r>
        <w:rPr>
          <w:b/>
        </w:rPr>
        <w:t xml:space="preserve">[58:26] </w:t>
      </w:r>
      <w:r>
        <w:t>yani hum jee rahe hain to is ka matlab nahi keh hum jeete rahen ge.</w:t>
      </w:r>
    </w:p>
    <w:p>
      <w:pPr>
        <w:jc w:val="right"/>
      </w:pPr>
      <w:r>
        <w:t>یعنی ہم جی رہے ہیں تو اس کا مطلب نہیں کہ ہم جیتے رہیں گے۔</w:t>
      </w:r>
    </w:p>
    <w:p>
      <w:r>
        <w:rPr>
          <w:b/>
        </w:rPr>
        <w:t xml:space="preserve">[58:33] </w:t>
      </w:r>
      <w:r>
        <w:t>لازماً ہم ایک دن مریں گے اور مرنے کے بعد کیا ہے؟ eternity کو face کرنا ہے۔</w:t>
      </w:r>
    </w:p>
    <w:p>
      <w:pPr>
        <w:jc w:val="right"/>
      </w:pPr>
      <w:r>
        <w:t>لازماً ہم ایک دن مریں گے اور مرنے کے بعد کیا ہے؟ ایٹرنیٹی کو فیس کرنا ہے۔</w:t>
      </w:r>
    </w:p>
    <w:p>
      <w:r>
        <w:rPr>
          <w:b/>
        </w:rPr>
        <w:t xml:space="preserve">[58:40] </w:t>
      </w:r>
      <w:r>
        <w:t>kesi ajeeb baat hai!</w:t>
      </w:r>
    </w:p>
    <w:p>
      <w:pPr>
        <w:jc w:val="right"/>
      </w:pPr>
      <w:r>
        <w:t>کیسی عجیب بات ہے!</w:t>
      </w:r>
    </w:p>
    <w:p>
      <w:r>
        <w:rPr>
          <w:b/>
        </w:rPr>
        <w:t xml:space="preserve">[58:48] </w:t>
      </w:r>
      <w:r>
        <w:t>maut aati hai point of no return par, is ke pas eternity hai, eternity hai, eternity hai. yeh matlab hai is ayat ka ke kullu nafsin dhā'iqatu al-mawt mein dua karta hoon ke Allah taala mujh ko aur aap ko sahi andaaz mein tofeeq de ke hum sahi andaaz mein ramzan guzarein, sahi andaaz mein quran se faida uthayein. aqulu qawli hadha wa astaghfirullaha li wa lakum ajma'in.</w:t>
      </w:r>
    </w:p>
    <w:p>
      <w:pPr>
        <w:jc w:val="right"/>
      </w:pPr>
      <w:r>
        <w:t>موت آتی ہے پوائنٹ آف نو ریٹرن پر، اس کے پاس ایٹرنیٹی ہے، ایٹرنیٹی ہے، ایٹرنیٹی ہے۔ یہ مطلب ہے اس آیت کا کہ کل نفس ذائقۃ الموت میں دعا کرتا ہوں کہ اللہ تعالیٰ مجھ کو اور آپ کو صحیح انداز میں توفیق دے کہ ہم صحیح انداز میں رمضان گزاریں، صحیح انداز میں قرآن سے فائدہ اٹھائیں۔ اقول قولي هذا واستغفر 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