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the Quran</w:t>
      </w:r>
    </w:p>
    <w:p>
      <w:r>
        <w:t>https://www.youtube.com/watch?v=u6kP-58E8yc</w:t>
      </w:r>
    </w:p>
    <w:p>
      <w:r>
        <w:rPr>
          <w:b/>
        </w:rPr>
        <w:t xml:space="preserve">[00:05] </w:t>
      </w:r>
      <w:r>
        <w:t>bismillah rahman rahim.</w:t>
      </w:r>
    </w:p>
    <w:p>
      <w:pPr>
        <w:jc w:val="right"/>
      </w:pPr>
      <w:r>
        <w:t>بسم اللہ الرحمن الرحیم۔</w:t>
      </w:r>
    </w:p>
    <w:p>
      <w:r>
        <w:rPr>
          <w:b/>
        </w:rPr>
        <w:t xml:space="preserve">[00:14] </w:t>
      </w:r>
      <w:r>
        <w:t>is waqt ki jo theme hai woh hai "An Introduction to the Quran", yani quran ka ta'aruf, parichay.</w:t>
      </w:r>
    </w:p>
    <w:p>
      <w:pPr>
        <w:jc w:val="right"/>
      </w:pPr>
      <w:r>
        <w:t>اس وقت کی جو تھیم ہے وہ ہے "An Introduction to the Quran"، یعنی قرآن کا تعارف، परिचय۔</w:t>
      </w:r>
    </w:p>
    <w:p>
      <w:r>
        <w:rPr>
          <w:b/>
        </w:rPr>
        <w:t xml:space="preserve">[00:24] </w:t>
      </w:r>
      <w:r>
        <w:t>آپ جانتے ہیں کہ قرآن اسلام کی سب سے زیادہ authentic book مانی جاتی ہے۔</w:t>
      </w:r>
    </w:p>
    <w:p>
      <w:pPr>
        <w:jc w:val="right"/>
      </w:pPr>
      <w:r>
        <w:t>آپ جانتے ہیں کہ قرآن اسلام کی سب سے زیادہ آتھنٹک بک مانی جاتی ہے۔</w:t>
      </w:r>
    </w:p>
    <w:p>
      <w:r>
        <w:rPr>
          <w:b/>
        </w:rPr>
        <w:t xml:space="preserve">[00:34] </w:t>
      </w:r>
      <w:r>
        <w:t>quran ke literal matlab hai "To be read", yani jo cheez padhi jaye.</w:t>
      </w:r>
    </w:p>
    <w:p>
      <w:pPr>
        <w:jc w:val="right"/>
      </w:pPr>
      <w:r>
        <w:t>قرآن کے لٹرل مطلب ہے "To be read"، یعنی جو چیز پڑھی جائے۔</w:t>
      </w:r>
    </w:p>
    <w:p>
      <w:r>
        <w:rPr>
          <w:b/>
        </w:rPr>
        <w:t xml:space="preserve">[00:44] </w:t>
      </w:r>
      <w:r>
        <w:t>yani quran woh kitab hai jis ko padh kar aap is ka matlab samajh sakte hain.</w:t>
      </w:r>
    </w:p>
    <w:p>
      <w:pPr>
        <w:jc w:val="right"/>
      </w:pPr>
      <w:r>
        <w:t>یعنی قرآن وہ کتاب ہے جس کو پڑھ کر آپ اس کا مطلب سمجھ سکتے ہیں۔</w:t>
      </w:r>
    </w:p>
    <w:p>
      <w:r>
        <w:rPr>
          <w:b/>
        </w:rPr>
        <w:t xml:space="preserve">[00:54] </w:t>
      </w:r>
      <w:r>
        <w:t>یا قرآن ایک revealed book ہے، یعنی seventh century کے first quarter میں خدا نے قرآن کو Prophet</w:t>
      </w:r>
    </w:p>
    <w:p>
      <w:pPr>
        <w:jc w:val="right"/>
      </w:pPr>
      <w:r>
        <w:t>یا قرآن ایک ریویلڈ بک ہے، یعنی سیونتھ سنچری کے فرسٹ کوارٹر میں خدا نے قرآن کو پرافٹ</w:t>
      </w:r>
    </w:p>
    <w:p>
      <w:r>
        <w:rPr>
          <w:b/>
        </w:rPr>
        <w:t xml:space="preserve">[01:04] </w:t>
      </w:r>
      <w:r>
        <w:t>muhammad par reveal kiya.</w:t>
      </w:r>
    </w:p>
    <w:p>
      <w:pPr>
        <w:jc w:val="right"/>
      </w:pPr>
      <w:r>
        <w:t>محمد پر ریویل کیا۔</w:t>
      </w:r>
    </w:p>
    <w:p>
      <w:r>
        <w:rPr>
          <w:b/>
        </w:rPr>
        <w:t xml:space="preserve">[01:14] </w:t>
      </w:r>
      <w:r>
        <w:t>yeh ekhathe ek book ke form mein nahi utari gayi, balkeh jis ko kehte hain ke najman najman</w:t>
      </w:r>
    </w:p>
    <w:p>
      <w:pPr>
        <w:jc w:val="right"/>
      </w:pPr>
      <w:r>
        <w:t>یہ اکٹھے ایک بک کے فارم میں نہیں اتاری گئی، بلکہ جس کو کہتے ہیں کہ نجماً نجماً</w:t>
      </w:r>
    </w:p>
    <w:p>
      <w:r>
        <w:rPr>
          <w:b/>
        </w:rPr>
        <w:t xml:space="preserve">[01:24] </w:t>
      </w:r>
      <w:r>
        <w:t>utara, yani periodically.</w:t>
      </w:r>
    </w:p>
    <w:p>
      <w:pPr>
        <w:jc w:val="right"/>
      </w:pPr>
      <w:r>
        <w:t>اترا، یعنی پیریڈیکلی۔</w:t>
      </w:r>
    </w:p>
    <w:p>
      <w:r>
        <w:rPr>
          <w:b/>
        </w:rPr>
        <w:t xml:space="preserve">[01:34] </w:t>
      </w:r>
      <w:r>
        <w:t>to baees, ta'ees saal ke andar woh thoda thoda utarta raha, phir compile kiya gaya, compile kar ke</w:t>
      </w:r>
    </w:p>
    <w:p>
      <w:pPr>
        <w:jc w:val="right"/>
      </w:pPr>
      <w:r>
        <w:t>تو بائیس، تئیس سال کے اندر وہ تھوڑا تھوڑا اترتا رہا، پھر کمپائل کیا گیا، کمپائل کر کے</w:t>
      </w:r>
    </w:p>
    <w:p>
      <w:r>
        <w:rPr>
          <w:b/>
        </w:rPr>
        <w:t xml:space="preserve">[01:44] </w:t>
      </w:r>
      <w:r>
        <w:t>us ko ek book form mein bana diya gaya.</w:t>
      </w:r>
    </w:p>
    <w:p>
      <w:pPr>
        <w:jc w:val="right"/>
      </w:pPr>
      <w:r>
        <w:t>اس کو ایک بک فارم میں بنا دیا گیا۔</w:t>
      </w:r>
    </w:p>
    <w:p>
      <w:r>
        <w:rPr>
          <w:b/>
        </w:rPr>
        <w:t xml:space="preserve">[01:54] </w:t>
      </w:r>
      <w:r>
        <w:t>to yeh quran jo hai, yeh is ki meaning aur is ke letters dono khuda ki taraf se aaye hain.</w:t>
      </w:r>
    </w:p>
    <w:p>
      <w:pPr>
        <w:jc w:val="right"/>
      </w:pPr>
      <w:r>
        <w:t>تو یہ قرآن جو ہے، یہ اس کی میننگ اور اس کے لیٹرز دونوں خدا کی طرف سے آئے ہیں۔</w:t>
      </w:r>
    </w:p>
    <w:p>
      <w:r>
        <w:rPr>
          <w:b/>
        </w:rPr>
        <w:t xml:space="preserve">[02:04] </w:t>
      </w:r>
      <w:r>
        <w:t>yani aisa nahi hai ke meaning to khuda ki taraf se ho aur is ke jo shabd</w:t>
      </w:r>
    </w:p>
    <w:p>
      <w:pPr>
        <w:jc w:val="right"/>
      </w:pPr>
      <w:r>
        <w:t>یعنی ایسا نہیں ہے کہ میننگ تو خدا کی طرف سے ہو اور اس کے جو शब्द ہیں</w:t>
      </w:r>
    </w:p>
    <w:p>
      <w:r>
        <w:rPr>
          <w:b/>
        </w:rPr>
        <w:t xml:space="preserve">[02:14] </w:t>
      </w:r>
      <w:r>
        <w:t>woh paighambar ke hon, aisa nahi hai.</w:t>
      </w:r>
    </w:p>
    <w:p>
      <w:pPr>
        <w:jc w:val="right"/>
      </w:pPr>
      <w:r>
        <w:t>وہ پیغمبر کے ہوں، ایسا نہیں ہے۔</w:t>
      </w:r>
    </w:p>
    <w:p>
      <w:r>
        <w:rPr>
          <w:b/>
        </w:rPr>
        <w:t xml:space="preserve">[02:24] </w:t>
      </w:r>
      <w:r>
        <w:t>balkeh dono hi khuda ki taraf se hain.</w:t>
      </w:r>
    </w:p>
    <w:p>
      <w:pPr>
        <w:jc w:val="right"/>
      </w:pPr>
      <w:r>
        <w:t>بلکہ دونوں ہی خدا کی طرف سے ہیں۔</w:t>
      </w:r>
    </w:p>
    <w:p>
      <w:r>
        <w:rPr>
          <w:b/>
        </w:rPr>
        <w:t xml:space="preserve">[02:34] </w:t>
      </w:r>
      <w:r>
        <w:t>quran mein kul 114 chapters hain, aur is ke jo verses hain woh 6500 qareeb qareeb hain.</w:t>
      </w:r>
    </w:p>
    <w:p>
      <w:pPr>
        <w:jc w:val="right"/>
      </w:pPr>
      <w:r>
        <w:t>قرآن میں کل 114 چیپٹرز ہیں، اور اس کے جو ورسز ہیں وہ 6500 قریب قریب ہیں۔</w:t>
      </w:r>
    </w:p>
    <w:p>
      <w:r>
        <w:rPr>
          <w:b/>
        </w:rPr>
        <w:t xml:space="preserve">[02:44] </w:t>
      </w:r>
      <w:r>
        <w:t>is waqt mein yeh batane ki koshish karunga ke quran mein kya baaten kahi gayi hain.</w:t>
      </w:r>
    </w:p>
    <w:p>
      <w:pPr>
        <w:jc w:val="right"/>
      </w:pPr>
      <w:r>
        <w:t>اس وقت میں یہ بتانے کی کوشش کروں گا کہ قرآن میں کیا باتیں کہی گئی ہیں۔</w:t>
      </w:r>
    </w:p>
    <w:p>
      <w:r>
        <w:rPr>
          <w:b/>
        </w:rPr>
        <w:t xml:space="preserve">[02:54] </w:t>
      </w:r>
      <w:r>
        <w:t>sab se pehli vers jo quran mein aap ko milti hai woh hai zālik al-kitāb al-ʿarab fīhi</w:t>
      </w:r>
    </w:p>
    <w:p>
      <w:pPr>
        <w:jc w:val="right"/>
      </w:pPr>
      <w:r>
        <w:t>سب سے پہلی ورس جو قرآن میں آپ کو ملتی ہے وہ ہے ذٰلِكَ الْكِتَابُ الْعَرَبِ فِيهِ ۖ</w:t>
      </w:r>
    </w:p>
    <w:p>
      <w:r>
        <w:rPr>
          <w:b/>
        </w:rPr>
        <w:t xml:space="preserve">[03:04] </w:t>
      </w:r>
      <w:r>
        <w:t>hudan lilmuttaqīn yaani yeh alkitab hai, is mein koi shakk nahin.</w:t>
      </w:r>
    </w:p>
    <w:p>
      <w:pPr>
        <w:jc w:val="right"/>
      </w:pPr>
      <w:r>
        <w:t>هُدًى لِلْمُتَّقِينَ یعنی یہ الکتاب ہے، اس میں کوئی شک نہیں۔</w:t>
      </w:r>
    </w:p>
    <w:p>
      <w:r>
        <w:rPr>
          <w:b/>
        </w:rPr>
        <w:t xml:space="preserve">[03:14] </w:t>
      </w:r>
      <w:r>
        <w:t>This is the book, there is no doubt about it.</w:t>
      </w:r>
    </w:p>
    <w:p>
      <w:pPr>
        <w:jc w:val="right"/>
      </w:pPr>
      <w:r>
        <w:t>This is the book, there is no doubt about it.</w:t>
      </w:r>
    </w:p>
    <w:p>
      <w:r>
        <w:rPr>
          <w:b/>
        </w:rPr>
        <w:t xml:space="preserve">[03:24] </w:t>
      </w:r>
      <w:r>
        <w:t>is ka matlab kya hai? is ka matlab yeh hai ke insaan apne liye ek guidance chahta hai. jo aadmi bhi is duniya mein paida hota hai, woh sochta hai, yeh sawal is ke samne aata hai ke Who am I? Why was I sent to this world? What is death?</w:t>
      </w:r>
    </w:p>
    <w:p>
      <w:pPr>
        <w:jc w:val="right"/>
      </w:pPr>
      <w:r>
        <w:t>اس کا مطلب کیا ہے؟ اس کا مطلب یہ ہے کہ انسان اپنے لیے ایک گائیڈنس چاہتا ہے۔ جو آدمی بھی اس دنیا میں پیدا ہوتا ہے، وہ سوچتا ہے، یہ سوال اس کے سامنے آتا ہے کہ Who am I? Why was I sent to this world? What is death?</w:t>
      </w:r>
    </w:p>
    <w:p>
      <w:r>
        <w:rPr>
          <w:b/>
        </w:rPr>
        <w:t xml:space="preserve">[03:54] </w:t>
      </w:r>
      <w:r>
        <w:t>What is life?</w:t>
      </w:r>
    </w:p>
    <w:p>
      <w:pPr>
        <w:jc w:val="right"/>
      </w:pPr>
      <w:r>
        <w:t>What is life?</w:t>
      </w:r>
    </w:p>
    <w:p>
      <w:r>
        <w:rPr>
          <w:b/>
        </w:rPr>
        <w:t xml:space="preserve">[03:55] </w:t>
      </w:r>
      <w:r>
        <w:t>What is the purpose of my life?</w:t>
      </w:r>
    </w:p>
    <w:p>
      <w:pPr>
        <w:jc w:val="right"/>
      </w:pPr>
      <w:r>
        <w:t>What is the purpose of my life?</w:t>
      </w:r>
    </w:p>
    <w:p>
      <w:r>
        <w:rPr>
          <w:b/>
        </w:rPr>
        <w:t xml:space="preserve">[03:58] </w:t>
      </w:r>
      <w:r>
        <w:t>yeh saray sawal har aadmi kay mind mein apnay aap atay hain.</w:t>
      </w:r>
    </w:p>
    <w:p>
      <w:pPr>
        <w:jc w:val="right"/>
      </w:pPr>
      <w:r>
        <w:t>یہ سارے سوال ہر آدمی کے مائنڈ میں اپنے آپ آتے ہیں۔</w:t>
      </w:r>
    </w:p>
    <w:p>
      <w:r>
        <w:rPr>
          <w:b/>
        </w:rPr>
        <w:t xml:space="preserve">[04:03] </w:t>
      </w:r>
      <w:r>
        <w:t>to is kay liye insan ko aik guide book chahiye.</w:t>
      </w:r>
    </w:p>
    <w:p>
      <w:pPr>
        <w:jc w:val="right"/>
      </w:pPr>
      <w:r>
        <w:t>تو اس کے لیے انسان کو ایک گائیڈ بک چاہیے۔</w:t>
      </w:r>
    </w:p>
    <w:p>
      <w:r>
        <w:rPr>
          <w:b/>
        </w:rPr>
        <w:t xml:space="preserve">[04:07] </w:t>
      </w:r>
      <w:r>
        <w:t>wo guide book kon day sakta hai? wo guide book sirf creator day sakta hai.</w:t>
      </w:r>
    </w:p>
    <w:p>
      <w:pPr>
        <w:jc w:val="right"/>
      </w:pPr>
      <w:r>
        <w:t>وہ گائیڈ بک کون دے سکتا ہے؟ وہ گائیڈ بک صرف کریٹر دے سکتا ہے۔</w:t>
      </w:r>
    </w:p>
    <w:p>
      <w:r>
        <w:rPr>
          <w:b/>
        </w:rPr>
        <w:t xml:space="preserve">[04:14] </w:t>
      </w:r>
      <w:r>
        <w:t>dekhen, is dunya mein hamein do qism ki knowledge chahiye.</w:t>
      </w:r>
    </w:p>
    <w:p>
      <w:pPr>
        <w:jc w:val="right"/>
      </w:pPr>
      <w:r>
        <w:t>دیکھیں، اس دنیا میں ہمیں دو قسم کی نالج چاہیے۔</w:t>
      </w:r>
    </w:p>
    <w:p>
      <w:r>
        <w:rPr>
          <w:b/>
        </w:rPr>
        <w:t xml:space="preserve">[04:18] </w:t>
      </w:r>
      <w:r>
        <w:t>ek philosopher ke shabdon mein Knowledge of things, knowledge of truth yaani cheezon ka ilm aur sachai ka</w:t>
      </w:r>
    </w:p>
    <w:p>
      <w:pPr>
        <w:jc w:val="right"/>
      </w:pPr>
      <w:r>
        <w:t>ایک فلاسفر کے शब्दوں میں Knowledge of things, knowledge of truth یعنی چیزوں کا علم اور سچائی کا</w:t>
      </w:r>
    </w:p>
    <w:p>
      <w:r>
        <w:rPr>
          <w:b/>
        </w:rPr>
        <w:t xml:space="preserve">[04:26] </w:t>
      </w:r>
      <w:r>
        <w:t>ilm.</w:t>
      </w:r>
    </w:p>
    <w:p>
      <w:pPr>
        <w:jc w:val="right"/>
      </w:pPr>
      <w:r>
        <w:t>علم۔</w:t>
      </w:r>
    </w:p>
    <w:p>
      <w:r>
        <w:rPr>
          <w:b/>
        </w:rPr>
        <w:t xml:space="preserve">[04:27] </w:t>
      </w:r>
      <w:r>
        <w:t>to jahan tak cheezon ki baat hai, woh hum ko science se maloom pad jaati hai.</w:t>
      </w:r>
    </w:p>
    <w:p>
      <w:pPr>
        <w:jc w:val="right"/>
      </w:pPr>
      <w:r>
        <w:t>تو جہاں تک چیزوں کی بات ہے، وہ ہم کو سائنس سے معلوم پڑ جاتی ہے۔</w:t>
      </w:r>
    </w:p>
    <w:p>
      <w:r>
        <w:rPr>
          <w:b/>
        </w:rPr>
        <w:t xml:space="preserve">[04:34] </w:t>
      </w:r>
      <w:r>
        <w:t>hamari jo sciences hain, physical science, chemistry, astronomy, botany, geology, aur doosri sciences jo hain, hamein knowledge of</w:t>
      </w:r>
    </w:p>
    <w:p>
      <w:pPr>
        <w:jc w:val="right"/>
      </w:pPr>
      <w:r>
        <w:t>ہماری جو سائنسز ہیں، فزیکل سائنس، کیمسٹری، آسٹرانومی، باٹنی، جیولوجی، اور دوسری سائنسز جو ہیں، ہمیں نالج آف</w:t>
      </w:r>
    </w:p>
    <w:p>
      <w:r>
        <w:rPr>
          <w:b/>
        </w:rPr>
        <w:t xml:space="preserve">[04:42] </w:t>
      </w:r>
      <w:r>
        <w:t>things deti hain.</w:t>
      </w:r>
    </w:p>
    <w:p>
      <w:pPr>
        <w:jc w:val="right"/>
      </w:pPr>
      <w:r>
        <w:t>تھنگز دیتی ہیں۔</w:t>
      </w:r>
    </w:p>
    <w:p>
      <w:r>
        <w:rPr>
          <w:b/>
        </w:rPr>
        <w:t xml:space="preserve">[04:43] </w:t>
      </w:r>
      <w:r>
        <w:t>yahan mein kahunga ke jahan tak cheezon ki baat hai to hamein working knowledge hi kafi ho</w:t>
      </w:r>
    </w:p>
    <w:p>
      <w:pPr>
        <w:jc w:val="right"/>
      </w:pPr>
      <w:r>
        <w:t>یہاں میں کہوں گا کہ جہاں تک چیزوں کی بات ہے تو ہمیں ورکنگ نالج ہی کافی ہو</w:t>
      </w:r>
    </w:p>
    <w:p>
      <w:r>
        <w:rPr>
          <w:b/>
        </w:rPr>
        <w:t xml:space="preserve">[04:51] </w:t>
      </w:r>
      <w:r>
        <w:t>jaati hai.</w:t>
      </w:r>
    </w:p>
    <w:p>
      <w:pPr>
        <w:jc w:val="right"/>
      </w:pPr>
      <w:r>
        <w:t>جاتی ہے۔</w:t>
      </w:r>
    </w:p>
    <w:p>
      <w:r>
        <w:rPr>
          <w:b/>
        </w:rPr>
        <w:t xml:space="preserve">[04:53] </w:t>
      </w:r>
      <w:r>
        <w:t>yaani dunya mein hum kaise cheezon ko istemal karein, to ek working knowledge.</w:t>
      </w:r>
    </w:p>
    <w:p>
      <w:pPr>
        <w:jc w:val="right"/>
      </w:pPr>
      <w:r>
        <w:t>یعنی دنیا میں ہم کیسے چیزوں کو استعمال کریں، تو ایک ورکنگ نالج۔</w:t>
      </w:r>
    </w:p>
    <w:p>
      <w:r>
        <w:rPr>
          <w:b/>
        </w:rPr>
        <w:t xml:space="preserve">[04:58] </w:t>
      </w:r>
      <w:r>
        <w:t>yaani science hum ko full knowledge nahi deti, woh partial knowledge deti hai.</w:t>
      </w:r>
    </w:p>
    <w:p>
      <w:pPr>
        <w:jc w:val="right"/>
      </w:pPr>
      <w:r>
        <w:t>یعنی سائنس ہم کو کل نالج نہیں دیتی، وہ پارشل نالج دیتی ہے۔</w:t>
      </w:r>
    </w:p>
    <w:p>
      <w:r>
        <w:rPr>
          <w:b/>
        </w:rPr>
        <w:t xml:space="preserve">[05:04] </w:t>
      </w:r>
      <w:r>
        <w:t>lekin woh partial knowledge hamare liye working knowledge ban jaati hai, aur hum us se apna kaam chalate</w:t>
      </w:r>
    </w:p>
    <w:p>
      <w:pPr>
        <w:jc w:val="right"/>
      </w:pPr>
      <w:r>
        <w:t>لیکن وہ پارشل نالج ہمارے لیے ورکنگ نالج بن جاتی ہے، اور ہم اس سے اپنا کام چلاتے</w:t>
      </w:r>
    </w:p>
    <w:p>
      <w:r>
        <w:rPr>
          <w:b/>
        </w:rPr>
        <w:t xml:space="preserve">[05:11] </w:t>
      </w:r>
      <w:r>
        <w:t>hain.</w:t>
      </w:r>
    </w:p>
    <w:p>
      <w:pPr>
        <w:jc w:val="right"/>
      </w:pPr>
      <w:r>
        <w:t>ہیں۔</w:t>
      </w:r>
    </w:p>
    <w:p>
      <w:r>
        <w:rPr>
          <w:b/>
        </w:rPr>
        <w:t xml:space="preserve">[05:13] </w:t>
      </w:r>
      <w:r>
        <w:t>jaise misaal ke taur par ek flower ko lijiye, ek phool ko.</w:t>
      </w:r>
    </w:p>
    <w:p>
      <w:pPr>
        <w:jc w:val="right"/>
      </w:pPr>
      <w:r>
        <w:t>جیسے مثال کے طور پر ایک فلاور کو لیجیے، ایک پھول کو۔</w:t>
      </w:r>
    </w:p>
    <w:p>
      <w:r>
        <w:rPr>
          <w:b/>
        </w:rPr>
        <w:t xml:space="preserve">[05:18] </w:t>
      </w:r>
      <w:r>
        <w:t>to phool ki dekhen, ek chemistry hai, aur ek uska khushboo hai, odour, fragrance.</w:t>
      </w:r>
    </w:p>
    <w:p>
      <w:pPr>
        <w:jc w:val="right"/>
      </w:pPr>
      <w:r>
        <w:t>تو پھول کی دیکھیں، ایک کیمسٹری ہے، اور ایک اس کا خوشبو ہے، آرڈر، فریگرنس۔</w:t>
      </w:r>
    </w:p>
    <w:p>
      <w:r>
        <w:rPr>
          <w:b/>
        </w:rPr>
        <w:t xml:space="preserve">[05:25] </w:t>
      </w:r>
      <w:r>
        <w:t>to jahan tak phool ki chemistry ki baat hai, woh hum jaan lete hain, lekin khushboo ke bare</w:t>
      </w:r>
    </w:p>
    <w:p>
      <w:pPr>
        <w:jc w:val="right"/>
      </w:pPr>
      <w:r>
        <w:t>تو جہاں تک پھول کی کیمسٹری کی بات ہے، وہ ہم جان لیتے ہیں، لیکن خوشبو کے بارے</w:t>
      </w:r>
    </w:p>
    <w:p>
      <w:r>
        <w:rPr>
          <w:b/>
        </w:rPr>
        <w:t xml:space="preserve">[05:32] </w:t>
      </w:r>
      <w:r>
        <w:t>mein hamein kuch pata nahi.</w:t>
      </w:r>
    </w:p>
    <w:p>
      <w:pPr>
        <w:jc w:val="right"/>
      </w:pPr>
      <w:r>
        <w:t>میں ہمیں کچھ پتہ نہیں۔</w:t>
      </w:r>
    </w:p>
    <w:p>
      <w:r>
        <w:rPr>
          <w:b/>
        </w:rPr>
        <w:t xml:space="preserve">[05:34] </w:t>
      </w:r>
      <w:r>
        <w:t>isi ko mein keh raha hoon ke working knowledge.</w:t>
      </w:r>
    </w:p>
    <w:p>
      <w:pPr>
        <w:jc w:val="right"/>
      </w:pPr>
      <w:r>
        <w:t>اسی کو میں کہہ رہا ہوں کہ ورکنگ نالج۔</w:t>
      </w:r>
    </w:p>
    <w:p>
      <w:r>
        <w:rPr>
          <w:b/>
        </w:rPr>
        <w:t xml:space="preserve">[05:38] </w:t>
      </w:r>
      <w:r>
        <w:t>agar hum ne pata kar liya iski chemistry to dunya mein jo hamara kaam hai, woh poora</w:t>
      </w:r>
    </w:p>
    <w:p>
      <w:pPr>
        <w:jc w:val="right"/>
      </w:pPr>
      <w:r>
        <w:t>اگر ہم نے پتہ کر لیا اس کی کیمسٹری تو دنیا میں جو ہمارا کام ہے، وہ پورا</w:t>
      </w:r>
    </w:p>
    <w:p>
      <w:r>
        <w:rPr>
          <w:b/>
        </w:rPr>
        <w:t xml:space="preserve">[05:46] </w:t>
      </w:r>
      <w:r>
        <w:t>ho gaya.</w:t>
      </w:r>
    </w:p>
    <w:p>
      <w:pPr>
        <w:jc w:val="right"/>
      </w:pPr>
      <w:r>
        <w:t>ہو گیا۔</w:t>
      </w:r>
    </w:p>
    <w:p>
      <w:r>
        <w:rPr>
          <w:b/>
        </w:rPr>
        <w:t xml:space="preserve">[05:48] </w:t>
      </w:r>
      <w:r>
        <w:t>aise hi dekhen, pani se bhap banti hai, petrol energy mein convert hota hai, aur motion of magnetic</w:t>
      </w:r>
    </w:p>
    <w:p>
      <w:pPr>
        <w:jc w:val="right"/>
      </w:pPr>
      <w:r>
        <w:t>ایسے ہی دیکھیں، پانی سے بھاپ بنتی ہے، پیٹرول انرجی میں کنورٹ ہوتا ہے، اور موشن آف میگنیٹک</w:t>
      </w:r>
    </w:p>
    <w:p>
      <w:r>
        <w:rPr>
          <w:b/>
        </w:rPr>
        <w:t xml:space="preserve">[05:55] </w:t>
      </w:r>
      <w:r>
        <w:t>field se electricity banti hai, aisi bahut sari cheezein.</w:t>
      </w:r>
    </w:p>
    <w:p>
      <w:pPr>
        <w:jc w:val="right"/>
      </w:pPr>
      <w:r>
        <w:t>فیلڈ سے الیکٹریسٹی بنتی ہے، ایسی بہت ساری چیزیں۔</w:t>
      </w:r>
    </w:p>
    <w:p>
      <w:r>
        <w:rPr>
          <w:b/>
        </w:rPr>
        <w:t xml:space="preserve">[05:59] </w:t>
      </w:r>
      <w:r>
        <w:t>to in cheezon ke bare mein agar hum yeh jaan lein ke kaise aisa hota hai, yaani working</w:t>
      </w:r>
    </w:p>
    <w:p>
      <w:pPr>
        <w:jc w:val="right"/>
      </w:pPr>
      <w:r>
        <w:t>تو ان چیزوں کے بارے میں اگر ہم یہ جان لیں کہ کیسے ایسا ہوتا ہے، یعنی ورکنگ</w:t>
      </w:r>
    </w:p>
    <w:p>
      <w:r>
        <w:rPr>
          <w:b/>
        </w:rPr>
        <w:t xml:space="preserve">[06:07] </w:t>
      </w:r>
      <w:r>
        <w:t>knowledge, to hum apna kaam chala sakte hain.</w:t>
      </w:r>
    </w:p>
    <w:p>
      <w:pPr>
        <w:jc w:val="right"/>
      </w:pPr>
      <w:r>
        <w:t>نالج، تو ہم اپنا کام چلا سکتے ہیں۔</w:t>
      </w:r>
    </w:p>
    <w:p>
      <w:r>
        <w:rPr>
          <w:b/>
        </w:rPr>
        <w:t xml:space="preserve">[06:10] </w:t>
      </w:r>
      <w:r>
        <w:t>aur kyun aisa hota hai, hum us ke bare mein nahi jaan sakte.</w:t>
      </w:r>
    </w:p>
    <w:p>
      <w:pPr>
        <w:jc w:val="right"/>
      </w:pPr>
      <w:r>
        <w:t>اور کیوں ایسا ہوتا ہے، ہم اس کے بارے میں نہیں جان سکتے۔</w:t>
      </w:r>
    </w:p>
    <w:p>
      <w:r>
        <w:rPr>
          <w:b/>
        </w:rPr>
        <w:t xml:space="preserve">[06:16] </w:t>
      </w:r>
      <w:r>
        <w:t>kaise hota hai, yeh hum jaan lete hain.</w:t>
      </w:r>
    </w:p>
    <w:p>
      <w:pPr>
        <w:jc w:val="right"/>
      </w:pPr>
      <w:r>
        <w:t>کیسے ہوتا ہے، یہ ہم جان لیتے ہیں۔</w:t>
      </w:r>
    </w:p>
    <w:p>
      <w:r>
        <w:rPr>
          <w:b/>
        </w:rPr>
        <w:t xml:space="preserve">[06:19] </w:t>
      </w:r>
      <w:r>
        <w:t>kyun aisa hota hai, hum nahi jante.</w:t>
      </w:r>
    </w:p>
    <w:p>
      <w:pPr>
        <w:jc w:val="right"/>
      </w:pPr>
      <w:r>
        <w:t>کیوں ایسا ہوتا ہے، ہم نہیں جانتے۔</w:t>
      </w:r>
    </w:p>
    <w:p>
      <w:r>
        <w:rPr>
          <w:b/>
        </w:rPr>
        <w:t xml:space="preserve">[06:22] </w:t>
      </w:r>
      <w:r>
        <w:t>jaise agar hum motion ko aur magnetic field ko ikattha karen to wahan electron flow karne lagte hain,</w:t>
      </w:r>
    </w:p>
    <w:p>
      <w:pPr>
        <w:jc w:val="right"/>
      </w:pPr>
      <w:r>
        <w:t>جیسے اگر ہم موشن کو اور میگنیٹک فیلڈ کو اکٹھا کریں تو وہاں الیکٹران فلو کرنے لگتے ہیں،</w:t>
      </w:r>
    </w:p>
    <w:p>
      <w:r>
        <w:rPr>
          <w:b/>
        </w:rPr>
        <w:t xml:space="preserve">[06:30] </w:t>
      </w:r>
      <w:r>
        <w:t>jis se hum electricity banate hain.</w:t>
      </w:r>
    </w:p>
    <w:p>
      <w:pPr>
        <w:jc w:val="right"/>
      </w:pPr>
      <w:r>
        <w:t>جس سے ہم الیکٹریسٹی بناتے ہیں۔</w:t>
      </w:r>
    </w:p>
    <w:p>
      <w:r>
        <w:rPr>
          <w:b/>
        </w:rPr>
        <w:t xml:space="preserve">[06:33] </w:t>
      </w:r>
      <w:r>
        <w:t>to itna janna ke aisa karne se aisa hota hai, is se hum faida utha sakte hain.</w:t>
      </w:r>
    </w:p>
    <w:p>
      <w:pPr>
        <w:jc w:val="right"/>
      </w:pPr>
      <w:r>
        <w:t>تو اتنا جاننا کہ ایسا کرنے سے ایسا ہوتا ہے، اس سے ہم فائدہ اٹھا سکتے ہیں۔</w:t>
      </w:r>
    </w:p>
    <w:p>
      <w:r>
        <w:rPr>
          <w:b/>
        </w:rPr>
        <w:t xml:space="preserve">[06:40] </w:t>
      </w:r>
      <w:r>
        <w:t>yani electrical power house bana sakte hain.</w:t>
      </w:r>
    </w:p>
    <w:p>
      <w:pPr>
        <w:jc w:val="right"/>
      </w:pPr>
      <w:r>
        <w:t>یعنی الیکٹریکل پاور ہاؤس بنا سکتے ہیں۔</w:t>
      </w:r>
    </w:p>
    <w:p>
      <w:r>
        <w:rPr>
          <w:b/>
        </w:rPr>
        <w:t xml:space="preserve">[06:43] </w:t>
      </w:r>
      <w:r>
        <w:t>lekin kyun aisa hota hai, kaise aisa hota hai, yeh janna zaroori nahi hota hai kaam chalane ke</w:t>
      </w:r>
    </w:p>
    <w:p>
      <w:pPr>
        <w:jc w:val="right"/>
      </w:pPr>
      <w:r>
        <w:t>لیکن کیوں ایسا ہوتا ہے، کیسے ایسا ہوتا ہے، یہ جاننا ضروری نہیں ہوتا ہے کام چلانے کے</w:t>
      </w:r>
    </w:p>
    <w:p>
      <w:r>
        <w:rPr>
          <w:b/>
        </w:rPr>
        <w:t xml:space="preserve">[06:51] </w:t>
      </w:r>
      <w:r>
        <w:t>liye.</w:t>
      </w:r>
    </w:p>
    <w:p>
      <w:pPr>
        <w:jc w:val="right"/>
      </w:pPr>
      <w:r>
        <w:t>لیے۔</w:t>
      </w:r>
    </w:p>
    <w:p>
      <w:r>
        <w:rPr>
          <w:b/>
        </w:rPr>
        <w:t xml:space="preserve">[06:52] </w:t>
      </w:r>
      <w:r>
        <w:t>to isi ko main keh raha hoon ke working knowledge.</w:t>
      </w:r>
    </w:p>
    <w:p>
      <w:pPr>
        <w:jc w:val="right"/>
      </w:pPr>
      <w:r>
        <w:t>تو اسی کو میں کہہ رہا ہوں کہ ورکنگ نالج۔</w:t>
      </w:r>
    </w:p>
    <w:p>
      <w:r>
        <w:rPr>
          <w:b/>
        </w:rPr>
        <w:t xml:space="preserve">[06:56] </w:t>
      </w:r>
      <w:r>
        <w:t>to ek cheez hai, woh jahan working knowledge kafi ho jati hai, to woh Quran ka subject nahi</w:t>
      </w:r>
    </w:p>
    <w:p>
      <w:pPr>
        <w:jc w:val="right"/>
      </w:pPr>
      <w:r>
        <w:t>تو ایک چیز ہے، وہ جہاں ورکنگ نالج کافی ہو جاتی ہے، تو وہ قرآن کا سبجیکٹ نہیں</w:t>
      </w:r>
    </w:p>
    <w:p>
      <w:r>
        <w:rPr>
          <w:b/>
        </w:rPr>
        <w:t xml:space="preserve">[07:04] </w:t>
      </w:r>
      <w:r>
        <w:t>hai.</w:t>
      </w:r>
    </w:p>
    <w:p>
      <w:pPr>
        <w:jc w:val="right"/>
      </w:pPr>
      <w:r>
        <w:t>ہے۔</w:t>
      </w:r>
    </w:p>
    <w:p>
      <w:r>
        <w:rPr>
          <w:b/>
        </w:rPr>
        <w:t xml:space="preserve">[07:06] </w:t>
      </w:r>
      <w:r>
        <w:t>isko Khuda ne daal diya hai hamare apne upar.</w:t>
      </w:r>
    </w:p>
    <w:p>
      <w:pPr>
        <w:jc w:val="right"/>
      </w:pPr>
      <w:r>
        <w:t>اس کو خدا نے ڈال دیا ہے ہمارے اپنے اوپر۔</w:t>
      </w:r>
    </w:p>
    <w:p>
      <w:r>
        <w:rPr>
          <w:b/>
        </w:rPr>
        <w:t xml:space="preserve">[07:10] </w:t>
      </w:r>
      <w:r>
        <w:t>jaise hadith mein aata hai ke yeh jo khajuron mein jo pollination hota hai, is ke bare mein</w:t>
      </w:r>
    </w:p>
    <w:p>
      <w:pPr>
        <w:jc w:val="right"/>
      </w:pPr>
      <w:r>
        <w:t>جیسے حدیث میں آتا ہے کہ یہ جو کھجوروں میں جو پولینیشن ہوتا ہے، اس کے بارے میں</w:t>
      </w:r>
    </w:p>
    <w:p>
      <w:r>
        <w:rPr>
          <w:b/>
        </w:rPr>
        <w:t xml:space="preserve">[07:18] </w:t>
      </w:r>
      <w:r>
        <w:t>ek lambi hadith hai, is ki detail ki zaroorat nahi hai is waqt.</w:t>
      </w:r>
    </w:p>
    <w:p>
      <w:pPr>
        <w:jc w:val="right"/>
      </w:pPr>
      <w:r>
        <w:t>ایک لمبی حدیث ہے، اس کی ڈیٹیل کی ضرورت نہیں ہے اس وقت۔</w:t>
      </w:r>
    </w:p>
    <w:p>
      <w:r>
        <w:rPr>
          <w:b/>
        </w:rPr>
        <w:t xml:space="preserve">[07:23] </w:t>
      </w:r>
      <w:r>
        <w:t>lekin is ke end mein yeh hai ke Rasool Allah ne kaha ke antum a'lamu bi amri duniyakum yani</w:t>
      </w:r>
    </w:p>
    <w:p>
      <w:pPr>
        <w:jc w:val="right"/>
      </w:pPr>
      <w:r>
        <w:t>لیکن اس کے اینڈ میں یہ ہے کہ رسول اللہ نے کہا کہ أنتم عالموا بأمر دنياكم یعنی</w:t>
      </w:r>
    </w:p>
    <w:p>
      <w:r>
        <w:rPr>
          <w:b/>
        </w:rPr>
        <w:t xml:space="preserve">[07:31] </w:t>
      </w:r>
      <w:r>
        <w:t>jo pollination ka mamla hai, woh tum khud samjho, samajh kar ke is ko istemal karo.</w:t>
      </w:r>
    </w:p>
    <w:p>
      <w:pPr>
        <w:jc w:val="right"/>
      </w:pPr>
      <w:r>
        <w:t>جو پولینیشن کا معاملہ ہے، وہ تم خود سمجھو، سمجھ کر کے اس کو استعمال کرو۔</w:t>
      </w:r>
    </w:p>
    <w:p>
      <w:r>
        <w:rPr>
          <w:b/>
        </w:rPr>
        <w:t xml:space="preserve">[07:38] </w:t>
      </w:r>
      <w:r>
        <w:t>to yeh hai duniya ka ilm, jis ko main knowledge of things keh raha hoon.</w:t>
      </w:r>
    </w:p>
    <w:p>
      <w:pPr>
        <w:jc w:val="right"/>
      </w:pPr>
      <w:r>
        <w:t>تو یہ ہے دنیا کا علم، جس کو میں نالج آف تھنگز کہہ رہا ہوں۔</w:t>
      </w:r>
    </w:p>
    <w:p>
      <w:r>
        <w:rPr>
          <w:b/>
        </w:rPr>
        <w:t xml:space="preserve">[07:44] </w:t>
      </w:r>
      <w:r>
        <w:t>to is mein humein working knowledge kafi ho jati hai, jo insan apne aap research se maloom kar</w:t>
      </w:r>
    </w:p>
    <w:p>
      <w:pPr>
        <w:jc w:val="right"/>
      </w:pPr>
      <w:r>
        <w:t>تو اس میں ہمیں ورکنگ نالج کافی ہو جاتی ہے، جو انسان اپنے آپ ریسرچ سے معلوم کر</w:t>
      </w:r>
    </w:p>
    <w:p>
      <w:r>
        <w:rPr>
          <w:b/>
        </w:rPr>
        <w:t xml:space="preserve">[07:52] </w:t>
      </w:r>
      <w:r>
        <w:t>sakta hai.</w:t>
      </w:r>
    </w:p>
    <w:p>
      <w:pPr>
        <w:jc w:val="right"/>
      </w:pPr>
      <w:r>
        <w:t>سکتا ہے۔</w:t>
      </w:r>
    </w:p>
    <w:p>
      <w:r>
        <w:rPr>
          <w:b/>
        </w:rPr>
        <w:t xml:space="preserve">[07:53] </w:t>
      </w:r>
      <w:r>
        <w:t>lekin jahan tak sachai ki baat hai, wahan par working knowledge kafi nahi hai.</w:t>
      </w:r>
    </w:p>
    <w:p>
      <w:pPr>
        <w:jc w:val="right"/>
      </w:pPr>
      <w:r>
        <w:t>لیکن جہاں تک سچائی کی بات ہے، وہاں پر ورکنگ نالج کافی نہیں ہے۔</w:t>
      </w:r>
    </w:p>
    <w:p>
      <w:r>
        <w:rPr>
          <w:b/>
        </w:rPr>
        <w:t xml:space="preserve">[07:59] </w:t>
      </w:r>
      <w:r>
        <w:t>wahan absolute knowledge zaroori ho jati hai.</w:t>
      </w:r>
    </w:p>
    <w:p>
      <w:pPr>
        <w:jc w:val="right"/>
      </w:pPr>
      <w:r>
        <w:t>وہاں ایبسولیوٹ نالج ضروری ہو جاتی ہے۔</w:t>
      </w:r>
    </w:p>
    <w:p>
      <w:r>
        <w:rPr>
          <w:b/>
        </w:rPr>
        <w:t xml:space="preserve">[08:02] </w:t>
      </w:r>
      <w:r>
        <w:t>absolute knowledge.</w:t>
      </w:r>
    </w:p>
    <w:p>
      <w:pPr>
        <w:jc w:val="right"/>
      </w:pPr>
      <w:r>
        <w:t>ایبسولیوٹ نالج۔</w:t>
      </w:r>
    </w:p>
    <w:p>
      <w:r>
        <w:rPr>
          <w:b/>
        </w:rPr>
        <w:t xml:space="preserve">[08:04] </w:t>
      </w:r>
      <w:r>
        <w:t>absolute knowledge se kam knowledge humein wahan kaam nahi aayegi.</w:t>
      </w:r>
    </w:p>
    <w:p>
      <w:pPr>
        <w:jc w:val="right"/>
      </w:pPr>
      <w:r>
        <w:t>ایبسولیوٹ نالج سے کم نالج ہمیں وہاں کام نہیں آئے گی۔</w:t>
      </w:r>
    </w:p>
    <w:p>
      <w:r>
        <w:rPr>
          <w:b/>
        </w:rPr>
        <w:t xml:space="preserve">[08:09] </w:t>
      </w:r>
      <w:r>
        <w:t>to Quran jo utra hai, to woh things ki maloomat dene ke liye nahi aaya hai.</w:t>
      </w:r>
    </w:p>
    <w:p>
      <w:pPr>
        <w:jc w:val="right"/>
      </w:pPr>
      <w:r>
        <w:t>تو قرآن جو اترا ہے، تو وہ تھنگز کی معلومات دینے کے لیے نہیں آیا ہے۔</w:t>
      </w:r>
    </w:p>
    <w:p>
      <w:r>
        <w:rPr>
          <w:b/>
        </w:rPr>
        <w:t xml:space="preserve">[08:15] </w:t>
      </w:r>
      <w:r>
        <w:t>juzwi taur par kuch aisi baatein aap pa sakte hain is ke andar, lekin buniyadi taur par woh</w:t>
      </w:r>
    </w:p>
    <w:p>
      <w:pPr>
        <w:jc w:val="right"/>
      </w:pPr>
      <w:r>
        <w:t>جزوی طور پر کچھ ایسی باتیں آپ پا سکتے ہیں اس کے اندر، لیکن بنیادی طور پر وہ</w:t>
      </w:r>
    </w:p>
    <w:p>
      <w:r>
        <w:rPr>
          <w:b/>
        </w:rPr>
        <w:t xml:space="preserve">[08:23] </w:t>
      </w:r>
      <w:r>
        <w:t>aaya hai knowledge of truth dene ke liye.</w:t>
      </w:r>
    </w:p>
    <w:p>
      <w:pPr>
        <w:jc w:val="right"/>
      </w:pPr>
      <w:r>
        <w:t>آیا ہے نالج آف ٹروتھ دینے کے لیے۔</w:t>
      </w:r>
    </w:p>
    <w:p>
      <w:r>
        <w:rPr>
          <w:b/>
        </w:rPr>
        <w:t xml:space="preserve">[08:27] </w:t>
      </w:r>
      <w:r>
        <w:t>kyun? dekhen, is ke liye zaroori hai ek absolute knowledge.</w:t>
      </w:r>
    </w:p>
    <w:p>
      <w:pPr>
        <w:jc w:val="right"/>
      </w:pPr>
      <w:r>
        <w:t>کیوں؟ دیکھیں، اس کے لیے ضروری ہے ایک ایبسولیوٹ نالج۔</w:t>
      </w:r>
    </w:p>
    <w:p>
      <w:r>
        <w:rPr>
          <w:b/>
        </w:rPr>
        <w:t xml:space="preserve">[08:31] </w:t>
      </w:r>
      <w:r>
        <w:t>absolute knowledge sirf khuda ke paas hai.</w:t>
      </w:r>
    </w:p>
    <w:p>
      <w:pPr>
        <w:jc w:val="right"/>
      </w:pPr>
      <w:r>
        <w:t>ایبسولیوٹ نالج صرف خدا کے پاس ہے۔</w:t>
      </w:r>
    </w:p>
    <w:p>
      <w:r>
        <w:rPr>
          <w:b/>
        </w:rPr>
        <w:t xml:space="preserve">[08:34] </w:t>
      </w:r>
      <w:r>
        <w:t>absolute ilm cheezon ka, yaani sachai ka, sirf khuda ke paas hai.</w:t>
      </w:r>
    </w:p>
    <w:p>
      <w:pPr>
        <w:jc w:val="right"/>
      </w:pPr>
      <w:r>
        <w:t>ایبسولیوٹ علم چیزوں کا، یعنی سچائی کا، صرف خدا کے پاس ہے۔</w:t>
      </w:r>
    </w:p>
    <w:p>
      <w:r>
        <w:rPr>
          <w:b/>
        </w:rPr>
        <w:t xml:space="preserve">[08:39] </w:t>
      </w:r>
      <w:r>
        <w:t>is liye wahi yeh kar sakta hai ke humein guide book bhejey.</w:t>
      </w:r>
    </w:p>
    <w:p>
      <w:pPr>
        <w:jc w:val="right"/>
      </w:pPr>
      <w:r>
        <w:t>اس لیے وحی یہ کر سکتا ہے کہ ہمیں گائیڈ بک بھیجے۔</w:t>
      </w:r>
    </w:p>
    <w:p>
      <w:r>
        <w:rPr>
          <w:b/>
        </w:rPr>
        <w:t xml:space="preserve">[08:44] </w:t>
      </w:r>
      <w:r>
        <w:t>to is liye quran hamare paas bheja gaya, taake hum is hasti ki taraf se, jis ko absolute</w:t>
      </w:r>
    </w:p>
    <w:p>
      <w:pPr>
        <w:jc w:val="right"/>
      </w:pPr>
      <w:r>
        <w:t>تو اس لیے قرآن ہمارے پاس بھیجا گیا، تاکہ ہم اس ہستی کی طرف سے، جس کو ایبسولیوٹ</w:t>
      </w:r>
    </w:p>
    <w:p>
      <w:r>
        <w:rPr>
          <w:b/>
        </w:rPr>
        <w:t xml:space="preserve">[08:52] </w:t>
      </w:r>
      <w:r>
        <w:t>ilm haasil hai, is ke zariye se hum jaanen sachai ke bare mein.</w:t>
      </w:r>
    </w:p>
    <w:p>
      <w:pPr>
        <w:jc w:val="right"/>
      </w:pPr>
      <w:r>
        <w:t>علم حاصل ہے، اس کے ذریعے سے ہم جانیں سچائی کے بارے میں۔</w:t>
      </w:r>
    </w:p>
    <w:p>
      <w:r>
        <w:rPr>
          <w:b/>
        </w:rPr>
        <w:t xml:space="preserve">[08:57] </w:t>
      </w:r>
      <w:r>
        <w:t>jaise ek misaal lijiye, quran ki jo pehli chapter hai, alfatiha.</w:t>
      </w:r>
    </w:p>
    <w:p>
      <w:pPr>
        <w:jc w:val="right"/>
      </w:pPr>
      <w:r>
        <w:t>جیسے ایک مثال لیجیے، قرآن کی جو پہلی چیپٹر ہے، الفاتحہ۔</w:t>
      </w:r>
    </w:p>
    <w:p>
      <w:r>
        <w:rPr>
          <w:b/>
        </w:rPr>
        <w:t xml:space="preserve">[09:02] </w:t>
      </w:r>
      <w:r>
        <w:t>to alfatiha ka jo pehla verse hai, woh yeh hai: alhamdu lillahi rabbil alameen yaani jo rabbil alameen</w:t>
      </w:r>
    </w:p>
    <w:p>
      <w:pPr>
        <w:jc w:val="right"/>
      </w:pPr>
      <w:r>
        <w:t>تو الفاتحہ کا جو پہلا ورس ہے، وہ یہ ہے: الحمد لله رب العالمين یعنی جو رب العالمین</w:t>
      </w:r>
    </w:p>
    <w:p>
      <w:r>
        <w:rPr>
          <w:b/>
        </w:rPr>
        <w:t xml:space="preserve">[09:10] </w:t>
      </w:r>
      <w:r>
        <w:t>hai, us ki hamd.</w:t>
      </w:r>
    </w:p>
    <w:p>
      <w:pPr>
        <w:jc w:val="right"/>
      </w:pPr>
      <w:r>
        <w:t>ہے، اس کی حمد۔</w:t>
      </w:r>
    </w:p>
    <w:p>
      <w:r>
        <w:rPr>
          <w:b/>
        </w:rPr>
        <w:t xml:space="preserve">[09:11] </w:t>
      </w:r>
      <w:r>
        <w:t>yaani lord of the universe jo hai, usi ke liye sari praise hai.</w:t>
      </w:r>
    </w:p>
    <w:p>
      <w:pPr>
        <w:jc w:val="right"/>
      </w:pPr>
      <w:r>
        <w:t>یعنی لارڈ آف دا یونیورس جو ہے، اسی کے لیے ساری پریز ہے۔</w:t>
      </w:r>
    </w:p>
    <w:p>
      <w:r>
        <w:rPr>
          <w:b/>
        </w:rPr>
        <w:t xml:space="preserve">[09:17] </w:t>
      </w:r>
      <w:r>
        <w:t>praise sari ki sari hai is hasti ke liye, jo lord of the universe hai, yaani khuda.</w:t>
      </w:r>
    </w:p>
    <w:p>
      <w:pPr>
        <w:jc w:val="right"/>
      </w:pPr>
      <w:r>
        <w:t>پریز ساری کی ساری ہے اس ہستی کے لیے، جو لارڈ آف دا یونیورس ہے، یعنی خدا۔</w:t>
      </w:r>
    </w:p>
    <w:p>
      <w:r>
        <w:rPr>
          <w:b/>
        </w:rPr>
        <w:t xml:space="preserve">[09:24] </w:t>
      </w:r>
      <w:r>
        <w:t>ab yahan par dekhen, aaj hi mein ek article padh raha tha, is mein ek sahab likhte hain</w:t>
      </w:r>
    </w:p>
    <w:p>
      <w:pPr>
        <w:jc w:val="right"/>
      </w:pPr>
      <w:r>
        <w:t>اب یہاں پر دیکھیں، آج ہی میں ایک آرٹیکل پڑھ رہا تھا، اس میں ایک صاحب لکھتے ہیں</w:t>
      </w:r>
    </w:p>
    <w:p>
      <w:r>
        <w:rPr>
          <w:b/>
        </w:rPr>
        <w:t xml:space="preserve">[09:32] </w:t>
      </w:r>
      <w:r>
        <w:t>ke creation ka jo kaam hai, woh aadha khuda karta hai, aadha insaan karta hai.</w:t>
      </w:r>
    </w:p>
    <w:p>
      <w:pPr>
        <w:jc w:val="right"/>
      </w:pPr>
      <w:r>
        <w:t>کہ کریشن کا جو کام ہے، وہ آدھا خدا کرتا ہے، آدھا انسان کرتا ہے۔</w:t>
      </w:r>
    </w:p>
    <w:p>
      <w:r>
        <w:rPr>
          <w:b/>
        </w:rPr>
        <w:t xml:space="preserve">[09:38] </w:t>
      </w:r>
      <w:r>
        <w:t>yaani khuda ne shuru mein paida kar diya, paida karne ke baad jo muamla hai creation ka, woh</w:t>
      </w:r>
    </w:p>
    <w:p>
      <w:pPr>
        <w:jc w:val="right"/>
      </w:pPr>
      <w:r>
        <w:t>یعنی خدا نے شروع میں پیدا کر دیا، پیدا کرنے کے بعد جو معاملہ ہے کریشن کا، وہ</w:t>
      </w:r>
    </w:p>
    <w:p>
      <w:r>
        <w:rPr>
          <w:b/>
        </w:rPr>
        <w:t xml:space="preserve">[09:46] </w:t>
      </w:r>
      <w:r>
        <w:t>insaan karta hai.</w:t>
      </w:r>
    </w:p>
    <w:p>
      <w:pPr>
        <w:jc w:val="right"/>
      </w:pPr>
      <w:r>
        <w:t>انسان کرتا ہے۔</w:t>
      </w:r>
    </w:p>
    <w:p>
      <w:r>
        <w:rPr>
          <w:b/>
        </w:rPr>
        <w:t xml:space="preserve">[09:48] </w:t>
      </w:r>
      <w:r>
        <w:t>ab dekhen, agar aap ka yeh aqeedah ho to aap khuda ke bare mein nahi bol sakte ke</w:t>
      </w:r>
    </w:p>
    <w:p>
      <w:pPr>
        <w:jc w:val="right"/>
      </w:pPr>
      <w:r>
        <w:t>اب دیکھیں، اگر آپ کا یہ عقیدہ ہو تو آپ خدا کے بارے میں نہیں بول سکتے کہ</w:t>
      </w:r>
    </w:p>
    <w:p>
      <w:r>
        <w:rPr>
          <w:b/>
        </w:rPr>
        <w:t xml:space="preserve">[09:55] </w:t>
      </w:r>
      <w:r>
        <w:t>alhamd, alhamdu lillahi rabbil alameen, ke sari praise khuda ke liye hai, sara shukr khuda ke liye hai,</w:t>
      </w:r>
    </w:p>
    <w:p>
      <w:pPr>
        <w:jc w:val="right"/>
      </w:pPr>
      <w:r>
        <w:t>الحمد، الحمد للہ رب العالمین، کہ ساری پریز خدا کے لیے ہے، سارا شکر خدا کے لیے ہے،</w:t>
      </w:r>
    </w:p>
    <w:p>
      <w:r>
        <w:rPr>
          <w:b/>
        </w:rPr>
        <w:t xml:space="preserve">[10:03] </w:t>
      </w:r>
      <w:r>
        <w:t>yeh nahi bol sakte.</w:t>
      </w:r>
    </w:p>
    <w:p>
      <w:pPr>
        <w:jc w:val="right"/>
      </w:pPr>
      <w:r>
        <w:t>یہ نہیں بول سکتے۔</w:t>
      </w:r>
    </w:p>
    <w:p>
      <w:r>
        <w:rPr>
          <w:b/>
        </w:rPr>
        <w:t xml:space="preserve">[10:05] </w:t>
      </w:r>
      <w:r>
        <w:t>aap ko jab ilm hota hai is baat ka ke creation sirf khuda hi ka kaam hai, koi</w:t>
      </w:r>
    </w:p>
    <w:p>
      <w:pPr>
        <w:jc w:val="right"/>
      </w:pPr>
      <w:r>
        <w:t>آپ کو جب علم ہوتا ہے اس بات کا کہ کریشن صرف خدا ہی کا کام ہے، کوئی</w:t>
      </w:r>
    </w:p>
    <w:p>
      <w:r>
        <w:rPr>
          <w:b/>
        </w:rPr>
        <w:t xml:space="preserve">[10:13] </w:t>
      </w:r>
      <w:r>
        <w:t>aur create kar nahi sakta hai, tab tak kaise bolenge aap? aise hi agar aap samjhen ke</w:t>
      </w:r>
    </w:p>
    <w:p>
      <w:pPr>
        <w:jc w:val="right"/>
      </w:pPr>
      <w:r>
        <w:t>اور کریٹ کر نہیں سکتا ہے، تب تک کیسے بولیں گے آپ؟ ایسے ہی اگر آپ سمجھیں کہ</w:t>
      </w:r>
    </w:p>
    <w:p>
      <w:r>
        <w:rPr>
          <w:b/>
        </w:rPr>
        <w:t xml:space="preserve">[10:20] </w:t>
      </w:r>
      <w:r>
        <w:t>bahut sare khuda hain, koi rain guard hai, koi mountain guard hai, koi nature guard hai, to khudai</w:t>
      </w:r>
    </w:p>
    <w:p>
      <w:pPr>
        <w:jc w:val="right"/>
      </w:pPr>
      <w:r>
        <w:t>بہت سارے خدا ہیں، کوئی رین گارڈ ہے، کوئی ماؤنٹین گارڈ ہے، کوئی نیچر گارڈ ہے، تو خدائی</w:t>
      </w:r>
    </w:p>
    <w:p>
      <w:r>
        <w:rPr>
          <w:b/>
        </w:rPr>
        <w:t xml:space="preserve">[10:28] </w:t>
      </w:r>
      <w:r>
        <w:t>ko jab aap baante hue hon to aap nahi keh sakte ke alhamdu lillahi rabbil alameen.</w:t>
      </w:r>
    </w:p>
    <w:p>
      <w:pPr>
        <w:jc w:val="right"/>
      </w:pPr>
      <w:r>
        <w:t>کو جب آپ بانٹے ہوئے ہوں تو آپ نہیں کہہ سکتے کہ الحمد للہ رب العالمین۔</w:t>
      </w:r>
    </w:p>
    <w:p>
      <w:r>
        <w:rPr>
          <w:b/>
        </w:rPr>
        <w:t xml:space="preserve">[10:35] </w:t>
      </w:r>
      <w:r>
        <w:t>to yeh insaan apne, yaani kam ilmi ki wajah se, yeh sab baatein keh deta hai.</w:t>
      </w:r>
    </w:p>
    <w:p>
      <w:pPr>
        <w:jc w:val="right"/>
      </w:pPr>
      <w:r>
        <w:t>تو یہ انسان اپنے، یعنی کم علمی کی وجہ سے، یہ سب باتیں کہہ دیتا ہے۔</w:t>
      </w:r>
    </w:p>
    <w:p>
      <w:r>
        <w:rPr>
          <w:b/>
        </w:rPr>
        <w:t xml:space="preserve">[10:42] </w:t>
      </w:r>
      <w:r>
        <w:t>to is ke kehne ki wajah se kya hota hai ke insaan khuda ke liye shukr bhi nahi</w:t>
      </w:r>
    </w:p>
    <w:p>
      <w:pPr>
        <w:jc w:val="right"/>
      </w:pPr>
      <w:r>
        <w:t>تو اس کے کہنے کی وجہ سے کیا ہوتا ہے کہ انسان خدا کے لیے شکر بھی نہیں</w:t>
      </w:r>
    </w:p>
    <w:p>
      <w:r>
        <w:rPr>
          <w:b/>
        </w:rPr>
        <w:t xml:space="preserve">[10:49] </w:t>
      </w:r>
      <w:r>
        <w:t>kar pata.</w:t>
      </w:r>
    </w:p>
    <w:p>
      <w:pPr>
        <w:jc w:val="right"/>
      </w:pPr>
      <w:r>
        <w:t>کر پاتا۔</w:t>
      </w:r>
    </w:p>
    <w:p>
      <w:r>
        <w:rPr>
          <w:b/>
        </w:rPr>
        <w:t xml:space="preserve">[10:51] </w:t>
      </w:r>
      <w:r>
        <w:t>sachay dil se shukr nahi nikalta, kyunke aap ka, aap ka jo mind hai, woh aisa bana diya</w:t>
      </w:r>
    </w:p>
    <w:p>
      <w:pPr>
        <w:jc w:val="right"/>
      </w:pPr>
      <w:r>
        <w:t>سچے دل سے شکر نہیں نکلتا، کیونکہ آپ کا، آپ کا جو مائنڈ ہے، وہ ایسا بنا دیا</w:t>
      </w:r>
    </w:p>
    <w:p>
      <w:r>
        <w:rPr>
          <w:b/>
        </w:rPr>
        <w:t xml:space="preserve">[10:59] </w:t>
      </w:r>
      <w:r>
        <w:t>gaya ke aap samajhte hain ke Khuda ke siwa kuch aur bhi Khuda hain, Khuda ke siwa kuch</w:t>
      </w:r>
    </w:p>
    <w:p>
      <w:pPr>
        <w:jc w:val="right"/>
      </w:pPr>
      <w:r>
        <w:t>گیا کہ آپ سمجھتے ہیں کہ خدا کے سوا کچھ اور بھی خدا ہیں، خدا کے سوا کچھ</w:t>
      </w:r>
    </w:p>
    <w:p>
      <w:r>
        <w:rPr>
          <w:b/>
        </w:rPr>
        <w:t xml:space="preserve">[11:06] </w:t>
      </w:r>
      <w:r>
        <w:t>aur bhi hain jin ke paas kuch power hai.</w:t>
      </w:r>
    </w:p>
    <w:p>
      <w:pPr>
        <w:jc w:val="right"/>
      </w:pPr>
      <w:r>
        <w:t>اور بھی ہیں جن کے پاس کچھ پاور ہے۔</w:t>
      </w:r>
    </w:p>
    <w:p>
      <w:r>
        <w:rPr>
          <w:b/>
        </w:rPr>
        <w:t xml:space="preserve">[11:10] </w:t>
      </w:r>
      <w:r>
        <w:t>to Quran mein ailaan kiya gaya hai ke nahi, sirf Khudaai hai jis ke paas sara power hai.</w:t>
      </w:r>
    </w:p>
    <w:p>
      <w:pPr>
        <w:jc w:val="right"/>
      </w:pPr>
      <w:r>
        <w:t>تو قرآن میں اعلان کیا گیا ہے کہ نہیں، صرف خدائی ہے جس کے پاس سارا پاور ہے۔</w:t>
      </w:r>
    </w:p>
    <w:p>
      <w:r>
        <w:rPr>
          <w:b/>
        </w:rPr>
        <w:t xml:space="preserve">[11:18] </w:t>
      </w:r>
      <w:r>
        <w:t>is ke koi partner nahi hai Khuda ka is maamle mein, yaani creation mein, is kainat ko create</w:t>
      </w:r>
    </w:p>
    <w:p>
      <w:pPr>
        <w:jc w:val="right"/>
      </w:pPr>
      <w:r>
        <w:t>اس کے کوئی پارٹنر نہیں ہے خدا کا اس معاملے میں، یعنی کریشن میں، اس کائنات کو کریٹ</w:t>
      </w:r>
    </w:p>
    <w:p>
      <w:r>
        <w:rPr>
          <w:b/>
        </w:rPr>
        <w:t xml:space="preserve">[11:26] </w:t>
      </w:r>
      <w:r>
        <w:t>karne mein, aur is kainat ko sambhalne mein, is kainat ko jo bhi is ki existence ke liye</w:t>
      </w:r>
    </w:p>
    <w:p>
      <w:pPr>
        <w:jc w:val="right"/>
      </w:pPr>
      <w:r>
        <w:t>کرنے میں، اور اس کائنات کو سنبھالنے میں، اس کائنات کو جو بھی اس کی ایگزسٹنس کے لیے</w:t>
      </w:r>
    </w:p>
    <w:p>
      <w:r>
        <w:rPr>
          <w:b/>
        </w:rPr>
        <w:t xml:space="preserve">[11:33] </w:t>
      </w:r>
      <w:r>
        <w:t>jo cheez chahiye, is mein Khuda ka koi partner nahi.</w:t>
      </w:r>
    </w:p>
    <w:p>
      <w:pPr>
        <w:jc w:val="right"/>
      </w:pPr>
      <w:r>
        <w:t>جو چیز چاہیے، اس میں خدا کا کوئی پارٹنر نہیں۔</w:t>
      </w:r>
    </w:p>
    <w:p>
      <w:r>
        <w:rPr>
          <w:b/>
        </w:rPr>
        <w:t xml:space="preserve">[11:38] </w:t>
      </w:r>
      <w:r>
        <w:t>koi partner nahi.</w:t>
      </w:r>
    </w:p>
    <w:p>
      <w:pPr>
        <w:jc w:val="right"/>
      </w:pPr>
      <w:r>
        <w:t>کوئی پارٹنر نہیں۔</w:t>
      </w:r>
    </w:p>
    <w:p>
      <w:r>
        <w:rPr>
          <w:b/>
        </w:rPr>
        <w:t xml:space="preserve">[11:39] </w:t>
      </w:r>
      <w:r>
        <w:t>to jab aap is tareeqay se janenge, aur yahi matlab hai Alhamdulillah Rabb al-Alameen ka ke</w:t>
      </w:r>
    </w:p>
    <w:p>
      <w:pPr>
        <w:jc w:val="right"/>
      </w:pPr>
      <w:r>
        <w:t>تو جب آپ اس طریقے سے جانیں گے، اور یہی مطلب ہے الحمد للہ رب العالمین کا کہ</w:t>
      </w:r>
    </w:p>
    <w:p>
      <w:r>
        <w:rPr>
          <w:b/>
        </w:rPr>
        <w:t xml:space="preserve">[11:47] </w:t>
      </w:r>
      <w:r>
        <w:t>koi partner nahi hai Khuda ka, to chunke insaan ke paas ilm nahi tha poora, us ne partner</w:t>
      </w:r>
    </w:p>
    <w:p>
      <w:pPr>
        <w:jc w:val="right"/>
      </w:pPr>
      <w:r>
        <w:t>کوئی پارٹنر نہیں ہے خدا کا، تو چونکہ انسان کے پاس علم نہیں تھا پورا، اس نے پارٹنر</w:t>
      </w:r>
    </w:p>
    <w:p>
      <w:r>
        <w:rPr>
          <w:b/>
        </w:rPr>
        <w:t xml:space="preserve">[11:55] </w:t>
      </w:r>
      <w:r>
        <w:t>bana liya, apne aap ko bhi aik partner bana liya, is wajah se woh yeh nahi keh saka</w:t>
      </w:r>
    </w:p>
    <w:p>
      <w:pPr>
        <w:jc w:val="right"/>
      </w:pPr>
      <w:r>
        <w:t>بنا لیا، اپنے آپ کو بھی ایک پارٹنر بنا لیا، اس وجہ سے وہ یہ نہیں کہہ سکا</w:t>
      </w:r>
    </w:p>
    <w:p>
      <w:r>
        <w:rPr>
          <w:b/>
        </w:rPr>
        <w:t xml:space="preserve">[12:02] </w:t>
      </w:r>
      <w:r>
        <w:t>ke Alhamdulillah Rabb al-Alameen, ke sara shukr Khuda ke liye hai.</w:t>
      </w:r>
    </w:p>
    <w:p>
      <w:pPr>
        <w:jc w:val="right"/>
      </w:pPr>
      <w:r>
        <w:t>کہ الحمد للہ رب العالمین، کہ سارا شکر خدا کے لیے ہے۔</w:t>
      </w:r>
    </w:p>
    <w:p>
      <w:r>
        <w:rPr>
          <w:b/>
        </w:rPr>
        <w:t xml:space="preserve">[12:07] </w:t>
      </w:r>
      <w:r>
        <w:t>sara shukr jo hai, woh sirf Khuda ke liye hai, kisi aur ke liye nahi hai.</w:t>
      </w:r>
    </w:p>
    <w:p>
      <w:pPr>
        <w:jc w:val="right"/>
      </w:pPr>
      <w:r>
        <w:t>سارا شکر جو ہے، وہ صرف خدا کے لیے ہے، کسی اور کے لیے نہیں ہے۔</w:t>
      </w:r>
    </w:p>
    <w:p>
      <w:r>
        <w:rPr>
          <w:b/>
        </w:rPr>
        <w:t xml:space="preserve">[12:14] </w:t>
      </w:r>
      <w:r>
        <w:t>isi tarah se bohat sari cheezein hain jis ke liye absolute knowledge darkaar hai.</w:t>
      </w:r>
    </w:p>
    <w:p>
      <w:pPr>
        <w:jc w:val="right"/>
      </w:pPr>
      <w:r>
        <w:t>اسی طرح سے بہت ساری چیزیں ہیں جس کے لیے ایبسولیوٹ نالج درکار ہے۔</w:t>
      </w:r>
    </w:p>
    <w:p>
      <w:r>
        <w:rPr>
          <w:b/>
        </w:rPr>
        <w:t xml:space="preserve">[12:20] </w:t>
      </w:r>
      <w:r>
        <w:t>woh absolute knowledge agar aap ke paas na ho to aap sahi taur par is duniya mein apna</w:t>
      </w:r>
    </w:p>
    <w:p>
      <w:pPr>
        <w:jc w:val="right"/>
      </w:pPr>
      <w:r>
        <w:t>وہ ایبسولیوٹ نالج اگر آپ کے پاس نہ ہو تو آپ صحیح طور پر اس دنیا میں اپنا</w:t>
      </w:r>
    </w:p>
    <w:p>
      <w:r>
        <w:rPr>
          <w:b/>
        </w:rPr>
        <w:t xml:space="preserve">[12:28] </w:t>
      </w:r>
      <w:r>
        <w:t>rawaiyya nahi bana sakte, apna behaviour, kya behaviour aap kaho, woh nahi bana sakte aap.</w:t>
      </w:r>
    </w:p>
    <w:p>
      <w:pPr>
        <w:jc w:val="right"/>
      </w:pPr>
      <w:r>
        <w:t>رویہ نہیں بنا سکتے، اپنا بیہیویئر، کیا بیہیویئر آپ کہو، وہ نہیں بنا سکتے آپ۔</w:t>
      </w:r>
    </w:p>
    <w:p>
      <w:r>
        <w:rPr>
          <w:b/>
        </w:rPr>
        <w:t xml:space="preserve">[12:34] </w:t>
      </w:r>
      <w:r>
        <w:t>jaise worship hai.</w:t>
      </w:r>
    </w:p>
    <w:p>
      <w:pPr>
        <w:jc w:val="right"/>
      </w:pPr>
      <w:r>
        <w:t>جیسے ورشپ ہے۔</w:t>
      </w:r>
    </w:p>
    <w:p>
      <w:r>
        <w:rPr>
          <w:b/>
        </w:rPr>
        <w:t xml:space="preserve">[12:36] </w:t>
      </w:r>
      <w:r>
        <w:t>worship kya cheez hoti hai? worship ka matlab hai kisi ko apna bara maankar us ke aagay</w:t>
      </w:r>
    </w:p>
    <w:p>
      <w:pPr>
        <w:jc w:val="right"/>
      </w:pPr>
      <w:r>
        <w:t>ورشپ کیا چیز ہوتی ہے؟ ورشپ کا مطلب ہے کسی کو اپنا بڑا مان کر اس کے آگے</w:t>
      </w:r>
    </w:p>
    <w:p>
      <w:r>
        <w:rPr>
          <w:b/>
        </w:rPr>
        <w:t xml:space="preserve">[12:44] </w:t>
      </w:r>
      <w:r>
        <w:t>surrender karna, us ko apna supreme maankar ke us ke aagay jhuk jaana, us ko apna sab</w:t>
      </w:r>
    </w:p>
    <w:p>
      <w:pPr>
        <w:jc w:val="right"/>
      </w:pPr>
      <w:r>
        <w:t>سرنڈر کرنا، اس کو اپنا سپریم مان کر کے اس کے آگے جھک جانا، اس کو اپنا سب</w:t>
      </w:r>
    </w:p>
    <w:p>
      <w:r>
        <w:rPr>
          <w:b/>
        </w:rPr>
        <w:t xml:space="preserve">[12:51] </w:t>
      </w:r>
      <w:r>
        <w:t>kuch maankar ke apna dil aur apna dimagh us ko bhet kar dena.</w:t>
      </w:r>
    </w:p>
    <w:p>
      <w:pPr>
        <w:jc w:val="right"/>
      </w:pPr>
      <w:r>
        <w:t>کچھ مان کر کے اپنا دل اور اپنا دماغ اس کو بھیٹ کر دینا۔</w:t>
      </w:r>
    </w:p>
    <w:p>
      <w:r>
        <w:rPr>
          <w:b/>
        </w:rPr>
        <w:t xml:space="preserve">[12:57] </w:t>
      </w:r>
      <w:r>
        <w:t>to yeh worship jo hai, Quran mein hai ke worship sirf Khuda ke liye hai, kisi aur ke</w:t>
      </w:r>
    </w:p>
    <w:p>
      <w:pPr>
        <w:jc w:val="right"/>
      </w:pPr>
      <w:r>
        <w:t>تو یہ ورشپ جو ہے، قرآن میں ہے کہ ورشپ صرف خدا کے لیے ہے، کسی اور کے</w:t>
      </w:r>
    </w:p>
    <w:p>
      <w:r>
        <w:rPr>
          <w:b/>
        </w:rPr>
        <w:t xml:space="preserve">[13:05] </w:t>
      </w:r>
      <w:r>
        <w:t>liye nahi hai.</w:t>
      </w:r>
    </w:p>
    <w:p>
      <w:pPr>
        <w:jc w:val="right"/>
      </w:pPr>
      <w:r>
        <w:t>لیے نہیں ہے۔</w:t>
      </w:r>
    </w:p>
    <w:p>
      <w:r>
        <w:rPr>
          <w:b/>
        </w:rPr>
        <w:t xml:space="preserve">[13:07] </w:t>
      </w:r>
      <w:r>
        <w:t>to yeh wah keh sakta hai ke sirf Khuda ke liye, jo yeh jaanta ho ke is duniya</w:t>
      </w:r>
    </w:p>
    <w:p>
      <w:pPr>
        <w:jc w:val="right"/>
      </w:pPr>
      <w:r>
        <w:t>تو یہ وحی کہہ سکتا ہے کہ صرف خدا کے لیے، جو یہ جانتا ہو کہ اس دنیا</w:t>
      </w:r>
    </w:p>
    <w:p>
      <w:r>
        <w:rPr>
          <w:b/>
        </w:rPr>
        <w:t xml:space="preserve">[13:14] </w:t>
      </w:r>
      <w:r>
        <w:t>mein Khuda ke siwa kisi ke paas taqat hi nahi hai, to aap worship kaise karenge kisi</w:t>
      </w:r>
    </w:p>
    <w:p>
      <w:pPr>
        <w:jc w:val="right"/>
      </w:pPr>
      <w:r>
        <w:t>میں خدا کے سوا کسی کے پاس طاقت ہی نہیں ہے، تو آپ ورشپ کیسے کریں گے کسی</w:t>
      </w:r>
    </w:p>
    <w:p>
      <w:r>
        <w:rPr>
          <w:b/>
        </w:rPr>
        <w:t xml:space="preserve">[13:22] </w:t>
      </w:r>
      <w:r>
        <w:t>aur ki? kisi aur ki worship aap kaise karenge jabke sirf Khudaai ke paas sari taqat hai?</w:t>
      </w:r>
    </w:p>
    <w:p>
      <w:pPr>
        <w:jc w:val="right"/>
      </w:pPr>
      <w:r>
        <w:t>اور کی؟ کسی اور کی ورشپ آپ کیسے کریں گے جبکہ صرف خدائی کے پاس ساری طاقت ہے؟</w:t>
      </w:r>
    </w:p>
    <w:p>
      <w:r>
        <w:rPr>
          <w:b/>
        </w:rPr>
        <w:t xml:space="preserve">[13:30] </w:t>
      </w:r>
      <w:r>
        <w:t>to yeh elaan karne ke liye ke Khuda ke siwa kisi ke paas koi taqat nahi, is liye</w:t>
      </w:r>
    </w:p>
    <w:p>
      <w:pPr>
        <w:jc w:val="right"/>
      </w:pPr>
      <w:r>
        <w:t>تو یہ اعلان کرنے کے لیے کہ خدا کے سوا کسی کے پاس کوئی طاقت نہیں، اس لیے</w:t>
      </w:r>
    </w:p>
    <w:p>
      <w:r>
        <w:rPr>
          <w:b/>
        </w:rPr>
        <w:t xml:space="preserve">[13:37] </w:t>
      </w:r>
      <w:r>
        <w:t>تم صرف ایک خدا کی worship کرو، اس کے لیے absolute knowledge چاہیے۔</w:t>
      </w:r>
    </w:p>
    <w:p>
      <w:pPr>
        <w:jc w:val="right"/>
      </w:pPr>
      <w:r>
        <w:t>تم صرف ایک خدا کی ورشپ کرو، اس کے لیے ایبسولیوٹ نالج چاہیے۔</w:t>
      </w:r>
    </w:p>
    <w:p>
      <w:r>
        <w:rPr>
          <w:b/>
        </w:rPr>
        <w:t xml:space="preserve">[13:43] </w:t>
      </w:r>
      <w:r>
        <w:t>تو خدا جو absolute knowledge رکھتا ہے، اس نے اپنے علم کے تحت یہ قرآن reveal کیا تاکہ</w:t>
      </w:r>
    </w:p>
    <w:p>
      <w:pPr>
        <w:jc w:val="right"/>
      </w:pPr>
      <w:r>
        <w:t>تو خدا جو ایبسولیوٹ نالج رکھتا ہے، اس نے اپنے علم کے تحت یہ قرآن ریویل کیا تاکہ</w:t>
      </w:r>
    </w:p>
    <w:p>
      <w:r>
        <w:rPr>
          <w:b/>
        </w:rPr>
        <w:t xml:space="preserve">[13:51] </w:t>
      </w:r>
      <w:r>
        <w:t>insaan is ko jaane.</w:t>
      </w:r>
    </w:p>
    <w:p>
      <w:pPr>
        <w:jc w:val="right"/>
      </w:pPr>
      <w:r>
        <w:t>انسان اس کو جانے۔</w:t>
      </w:r>
    </w:p>
    <w:p>
      <w:r>
        <w:rPr>
          <w:b/>
        </w:rPr>
        <w:t xml:space="preserve">[13:52] </w:t>
      </w:r>
      <w:r>
        <w:t>aisi aur mein kuch example deta hoon aap ko.</w:t>
      </w:r>
    </w:p>
    <w:p>
      <w:pPr>
        <w:jc w:val="right"/>
      </w:pPr>
      <w:r>
        <w:t>ایسی اور میں کچھ ایگزامپل دیتا ہوں آپ کو۔</w:t>
      </w:r>
    </w:p>
    <w:p>
      <w:r>
        <w:rPr>
          <w:b/>
        </w:rPr>
        <w:t xml:space="preserve">[13:56] </w:t>
      </w:r>
      <w:r>
        <w:t>jaise aap jante hain ke dunya mein hamesha kuch na kuch problem rehta hai.</w:t>
      </w:r>
    </w:p>
    <w:p>
      <w:pPr>
        <w:jc w:val="right"/>
      </w:pPr>
      <w:r>
        <w:t>جیسے آپ جانتے ہیں کہ دنیا میں ہمیشہ کچھ نہ کچھ پرابلم رہتا ہے۔</w:t>
      </w:r>
    </w:p>
    <w:p>
      <w:r>
        <w:rPr>
          <w:b/>
        </w:rPr>
        <w:t xml:space="preserve">[14:02] </w:t>
      </w:r>
      <w:r>
        <w:t>kabhi bhi aisa nahi hua is dunya mein ke bilkul ideal ho sab kuch, sab kuch perfect ho,</w:t>
      </w:r>
    </w:p>
    <w:p>
      <w:pPr>
        <w:jc w:val="right"/>
      </w:pPr>
      <w:r>
        <w:t>کبھی بھی ایسا نہیں ہوا اس دنیا میں کہ بالکل آئیڈیل ہو سب کچھ، سب کچھ پرفیکٹ ہو،</w:t>
      </w:r>
    </w:p>
    <w:p>
      <w:r>
        <w:rPr>
          <w:b/>
        </w:rPr>
        <w:t xml:space="preserve">[14:10] </w:t>
      </w:r>
      <w:r>
        <w:t>koi problem na ho, har taraf sab cheez theek hi theek ho.</w:t>
      </w:r>
    </w:p>
    <w:p>
      <w:pPr>
        <w:jc w:val="right"/>
      </w:pPr>
      <w:r>
        <w:t>کوئی پرابلم نہ ہو، ہر طرف سب چیز ٹھیک ہی ٹھیک ہو۔</w:t>
      </w:r>
    </w:p>
    <w:p>
      <w:r>
        <w:rPr>
          <w:b/>
        </w:rPr>
        <w:t xml:space="preserve">[14:15] </w:t>
      </w:r>
      <w:r>
        <w:t>تو سارے فلاسفرز، سارے فارمرز کیا کرتے ہیں؟ اسی کوشش میں اپنی انہوں نے پوری life بتا دی</w:t>
      </w:r>
    </w:p>
    <w:p>
      <w:pPr>
        <w:jc w:val="right"/>
      </w:pPr>
      <w:r>
        <w:t>تو سارے فلاسفرز، سارے فارمرز کیا کرتے ہیں؟ اسی کوشش میں اپنی انہوں نے پوری لائف بتا دی</w:t>
      </w:r>
    </w:p>
    <w:p>
      <w:r>
        <w:rPr>
          <w:b/>
        </w:rPr>
        <w:t xml:space="preserve">[14:23] </w:t>
      </w:r>
      <w:r>
        <w:t>ke dunya mein ideal system banayein jahan problem na ho, sab kuch theek thaak ho, aur har ek</w:t>
      </w:r>
    </w:p>
    <w:p>
      <w:pPr>
        <w:jc w:val="right"/>
      </w:pPr>
      <w:r>
        <w:t>کہ دنیا میں آئیڈیل سسٹم بنائیں جہاں پرابلم نہ ہو، سب کچھ ٹھیک ٹھاک ہو، اور ہر ایک</w:t>
      </w:r>
    </w:p>
    <w:p>
      <w:r>
        <w:rPr>
          <w:b/>
        </w:rPr>
        <w:t xml:space="preserve">[14:31] </w:t>
      </w:r>
      <w:r>
        <w:t>jo hai woh fail ho gaya.</w:t>
      </w:r>
    </w:p>
    <w:p>
      <w:pPr>
        <w:jc w:val="right"/>
      </w:pPr>
      <w:r>
        <w:t>جو ہے وہ فیل ہو گیا۔</w:t>
      </w:r>
    </w:p>
    <w:p>
      <w:r>
        <w:rPr>
          <w:b/>
        </w:rPr>
        <w:t xml:space="preserve">[14:33] </w:t>
      </w:r>
      <w:r>
        <w:t>koi aisa system dunya mein bana na saka.</w:t>
      </w:r>
    </w:p>
    <w:p>
      <w:pPr>
        <w:jc w:val="right"/>
      </w:pPr>
      <w:r>
        <w:t>کوئی ایسا سسٹم دنیا میں بنا نہ سکا۔</w:t>
      </w:r>
    </w:p>
    <w:p>
      <w:r>
        <w:rPr>
          <w:b/>
        </w:rPr>
        <w:t xml:space="preserve">[14:37] </w:t>
      </w:r>
      <w:r>
        <w:t>ideal society, ideal state, ideal system koi nahi bana saka.</w:t>
      </w:r>
    </w:p>
    <w:p>
      <w:pPr>
        <w:jc w:val="right"/>
      </w:pPr>
      <w:r>
        <w:t>آئیڈیل سوسائٹی، آئیڈیل اسٹیٹ، آئیڈیل سسٹم کوئی نہیں بنا سکا۔</w:t>
      </w:r>
    </w:p>
    <w:p>
      <w:r>
        <w:rPr>
          <w:b/>
        </w:rPr>
        <w:t xml:space="preserve">[14:41] </w:t>
      </w:r>
      <w:r>
        <w:t>تو کیا ہوا؟ ہر ایک frustration میں مرا۔</w:t>
      </w:r>
    </w:p>
    <w:p>
      <w:pPr>
        <w:jc w:val="right"/>
      </w:pPr>
      <w:r>
        <w:t>تو کیا ہوا؟ ہر ایک فرسٹریشن میں مرا۔</w:t>
      </w:r>
    </w:p>
    <w:p>
      <w:r>
        <w:rPr>
          <w:b/>
        </w:rPr>
        <w:t xml:space="preserve">[14:44] </w:t>
      </w:r>
      <w:r>
        <w:t>ہر ایک کا یہ حال ہوا کہ وہ tension میں جیا اور frustration میں مرا۔</w:t>
      </w:r>
    </w:p>
    <w:p>
      <w:pPr>
        <w:jc w:val="right"/>
      </w:pPr>
      <w:r>
        <w:t>ہر ایک کا یہ حال ہوا کہ وہ ٹینشن میں جیا اور فرسٹریشن میں مرا۔</w:t>
      </w:r>
    </w:p>
    <w:p>
      <w:r>
        <w:rPr>
          <w:b/>
        </w:rPr>
        <w:t xml:space="preserve">[14:51] </w:t>
      </w:r>
      <w:r>
        <w:t>woh is goal ko achieve na kar saka jis ko us ne apna goal banaya tha.</w:t>
      </w:r>
    </w:p>
    <w:p>
      <w:pPr>
        <w:jc w:val="right"/>
      </w:pPr>
      <w:r>
        <w:t>وہ اس گول کو اچیو نہ کر سکا جس کو اس نے اپنا گول بنایا تھا۔</w:t>
      </w:r>
    </w:p>
    <w:p>
      <w:r>
        <w:rPr>
          <w:b/>
        </w:rPr>
        <w:t xml:space="preserve">[14:58] </w:t>
      </w:r>
      <w:r>
        <w:t>تو قرآن نے یہاں پر اعلان کیا لقد خلقنا الانسان فی کبت لقد خلقنا الانسان فی کبت yani</w:t>
      </w:r>
    </w:p>
    <w:p>
      <w:pPr>
        <w:jc w:val="right"/>
      </w:pPr>
      <w:r>
        <w:t>تو قرآن نے یہاں پر اعلان کیا لقد خلقنا الانسان فی کبت لقد خلقنا الانسان فی کبت یعنی</w:t>
      </w:r>
    </w:p>
    <w:p>
      <w:r>
        <w:rPr>
          <w:b/>
        </w:rPr>
        <w:t xml:space="preserve">[15:05] </w:t>
      </w:r>
      <w:r>
        <w:t>Khuda kehta hai Quran mein ke hum ne insaan ko paida kiya problem mein, difficulties mein.</w:t>
      </w:r>
    </w:p>
    <w:p>
      <w:pPr>
        <w:jc w:val="right"/>
      </w:pPr>
      <w:r>
        <w:t>خدا کہتا ہے قرآن میں کہ ہم نے انسان کو پیدا کیا پرابلم میں، ڈیفیکلٹیز میں۔</w:t>
      </w:r>
    </w:p>
    <w:p>
      <w:r>
        <w:rPr>
          <w:b/>
        </w:rPr>
        <w:t xml:space="preserve">[15:12] </w:t>
      </w:r>
      <w:r>
        <w:t>یعنی ڈیفیکلٹی جو ہے، part of nature ہے، پرابلم جو ہے، part of creation ہے۔</w:t>
      </w:r>
    </w:p>
    <w:p>
      <w:pPr>
        <w:jc w:val="right"/>
      </w:pPr>
      <w:r>
        <w:t>یعنی ڈیفیکلٹی جو ہے، پارٹ آف نیچر ہے، پرابلم جو ہے، پارٹ آف کریشن ہے۔</w:t>
      </w:r>
    </w:p>
    <w:p>
      <w:r>
        <w:rPr>
          <w:b/>
        </w:rPr>
        <w:t xml:space="preserve">[15:19] </w:t>
      </w:r>
      <w:r>
        <w:t>ab dekhein, yeh jo baat hai, yeh kon ja sakta tha siwae Khuda ke? yaani dunya mein jab</w:t>
      </w:r>
    </w:p>
    <w:p>
      <w:pPr>
        <w:jc w:val="right"/>
      </w:pPr>
      <w:r>
        <w:t>اب دیکھیں، یہ جو بات ہے، یہ کون جا سکتا تھا سوائے خدا کے؟ یعنی دنیا میں جب</w:t>
      </w:r>
    </w:p>
    <w:p>
      <w:r>
        <w:rPr>
          <w:b/>
        </w:rPr>
        <w:t xml:space="preserve">[15:26] </w:t>
      </w:r>
      <w:r>
        <w:t>ہم دیکھتے ہیں کہ یہاں problem ہے، difficulties ہیں، تو ہم چاہنے لگتے ہیں کہ اس کو ہم</w:t>
      </w:r>
    </w:p>
    <w:p>
      <w:pPr>
        <w:jc w:val="right"/>
      </w:pPr>
      <w:r>
        <w:t>ہم دیکھتے ہیں کہ یہاں پرابلم ہے، ڈیفیکلٹیز ہیں، تو ہم چاہنے لگتے ہیں کہ اس کو ہم</w:t>
      </w:r>
    </w:p>
    <w:p>
      <w:r>
        <w:rPr>
          <w:b/>
        </w:rPr>
        <w:t xml:space="preserve">[15:34] </w:t>
      </w:r>
      <w:r>
        <w:t>remove karein, is ko eliminate karein.</w:t>
      </w:r>
    </w:p>
    <w:p>
      <w:pPr>
        <w:jc w:val="right"/>
      </w:pPr>
      <w:r>
        <w:t>ریموو کریں، اس کو ایلیمینیٹ کریں۔</w:t>
      </w:r>
    </w:p>
    <w:p>
      <w:r>
        <w:rPr>
          <w:b/>
        </w:rPr>
        <w:t xml:space="preserve">[15:37] </w:t>
      </w:r>
      <w:r>
        <w:t>to kya hai? hum aisi cheez ko achieve karna chahte hain jo jo achiuly nahi hai.</w:t>
      </w:r>
    </w:p>
    <w:p>
      <w:pPr>
        <w:jc w:val="right"/>
      </w:pPr>
      <w:r>
        <w:t>تو کیا ہے؟ ہم ایسی چیز کو اچیو کرنا چاہتے ہیں جو جو اچیولی نہیں ہے۔</w:t>
      </w:r>
    </w:p>
    <w:p>
      <w:r>
        <w:rPr>
          <w:b/>
        </w:rPr>
        <w:t xml:space="preserve">[15:43] </w:t>
      </w:r>
      <w:r>
        <w:t>jab is is jo Khuda ka jo creation plan hai, is mein hi shamil ho problem, is mein</w:t>
      </w:r>
    </w:p>
    <w:p>
      <w:pPr>
        <w:jc w:val="right"/>
      </w:pPr>
      <w:r>
        <w:t>جب اس اس جو خدا کا جو کریشن پلان ہے، اس میں ہی شامل ہو پرابلم، اس میں</w:t>
      </w:r>
    </w:p>
    <w:p>
      <w:r>
        <w:rPr>
          <w:b/>
        </w:rPr>
        <w:t xml:space="preserve">[15:51] </w:t>
      </w:r>
      <w:r>
        <w:t>hi shamil ho difficulties, to aap kya karein ge? jaise ke gulab ka poda hai, is mein kaanta</w:t>
      </w:r>
    </w:p>
    <w:p>
      <w:pPr>
        <w:jc w:val="right"/>
      </w:pPr>
      <w:r>
        <w:t>ہی شامل ہو ڈیفیکلٹیز، تو آپ کیا کریں گے؟ جیسے کہ گلاب کا پودا ہے، اس میں کانٹا</w:t>
      </w:r>
    </w:p>
    <w:p>
      <w:r>
        <w:rPr>
          <w:b/>
        </w:rPr>
        <w:t xml:space="preserve">[15:59] </w:t>
      </w:r>
      <w:r>
        <w:t>hota hai.</w:t>
      </w:r>
    </w:p>
    <w:p>
      <w:pPr>
        <w:jc w:val="right"/>
      </w:pPr>
      <w:r>
        <w:t>ہوتا ہے۔</w:t>
      </w:r>
    </w:p>
    <w:p>
      <w:r>
        <w:rPr>
          <w:b/>
        </w:rPr>
        <w:t xml:space="preserve">[16:00] </w:t>
      </w:r>
      <w:r>
        <w:t>aap chahein ke kaanta khatam kar dein, baghair kaante ke ho jaye gulab ka poda, to aap koshish</w:t>
      </w:r>
    </w:p>
    <w:p>
      <w:pPr>
        <w:jc w:val="right"/>
      </w:pPr>
      <w:r>
        <w:t>آپ چاہیں کہ کانٹا ختم کر دیں، بلا کانٹے کے ہو جائے گلاب کا پودا، تو آپ کوشش</w:t>
      </w:r>
    </w:p>
    <w:p>
      <w:r>
        <w:rPr>
          <w:b/>
        </w:rPr>
        <w:t xml:space="preserve">[16:08] </w:t>
      </w:r>
      <w:r>
        <w:t>karte rahein ge aur koshish karte rahein ge, aur kabhi bhi aap aisa poda na bana sakein ge</w:t>
      </w:r>
    </w:p>
    <w:p>
      <w:pPr>
        <w:jc w:val="right"/>
      </w:pPr>
      <w:r>
        <w:t>کرتے رہیں گے اور کوشش کرتے رہیں گے، اور کبھی بھی آپ ایسا پودا نہ بنا سکیں گے</w:t>
      </w:r>
    </w:p>
    <w:p>
      <w:r>
        <w:rPr>
          <w:b/>
        </w:rPr>
        <w:t xml:space="preserve">[16:16] </w:t>
      </w:r>
      <w:r>
        <w:t>jis mein kaanta na ho.</w:t>
      </w:r>
    </w:p>
    <w:p>
      <w:pPr>
        <w:jc w:val="right"/>
      </w:pPr>
      <w:r>
        <w:t>جس میں کانٹا نہ ہو۔</w:t>
      </w:r>
    </w:p>
    <w:p>
      <w:r>
        <w:rPr>
          <w:b/>
        </w:rPr>
        <w:t xml:space="preserve">[16:18] </w:t>
      </w:r>
      <w:r>
        <w:t>to ek time aap jo cheez achieve nahi hai, us ko achieve karne ki koshish karein ge, aur</w:t>
      </w:r>
    </w:p>
    <w:p>
      <w:pPr>
        <w:jc w:val="right"/>
      </w:pPr>
      <w:r>
        <w:t>تو ایک ٹائم آپ جو چیز اچیول نہیں ہے، اس کو اچیو کرنے کی کوشش کریں گے، اور</w:t>
      </w:r>
    </w:p>
    <w:p>
      <w:r>
        <w:rPr>
          <w:b/>
        </w:rPr>
        <w:t xml:space="preserve">[16:26] </w:t>
      </w:r>
      <w:r>
        <w:t>aakhir mein aap frustration mein marein ge.</w:t>
      </w:r>
    </w:p>
    <w:p>
      <w:pPr>
        <w:jc w:val="right"/>
      </w:pPr>
      <w:r>
        <w:t>آخر میں آپ فرسٹریشن میں مریں گے۔</w:t>
      </w:r>
    </w:p>
    <w:p>
      <w:r>
        <w:rPr>
          <w:b/>
        </w:rPr>
        <w:t xml:space="preserve">[16:29] </w:t>
      </w:r>
      <w:r>
        <w:t>to yahan par Quran ne guideline di humein, humein rehnumai di ke laqad khalaqnal insana fi kabd</w:t>
      </w:r>
    </w:p>
    <w:p>
      <w:pPr>
        <w:jc w:val="right"/>
      </w:pPr>
      <w:r>
        <w:t>تو یہاں پر قرآن نے گائیڈ لائن دی ہمیں، ہمیں رہنمائی دی کہ لقد خلقنا الانسان فی کبت</w:t>
      </w:r>
    </w:p>
    <w:p>
      <w:r>
        <w:rPr>
          <w:b/>
        </w:rPr>
        <w:t xml:space="preserve">[16:36] </w:t>
      </w:r>
      <w:r>
        <w:t>ke kabd jo hai, difficulties aur problem jo hai, woh to part of nature hai, part of creation</w:t>
      </w:r>
    </w:p>
    <w:p>
      <w:pPr>
        <w:jc w:val="right"/>
      </w:pPr>
      <w:r>
        <w:t>کہ کبت جو ہے، ڈیفیکلٹیز اور پرابلم جو ہے، وہ تو پارٹ آف نیچر ہے، پارٹ آف کریشن</w:t>
      </w:r>
    </w:p>
    <w:p>
      <w:r>
        <w:rPr>
          <w:b/>
        </w:rPr>
        <w:t xml:space="preserve">[16:44] </w:t>
      </w:r>
      <w:r>
        <w:t>hai.</w:t>
      </w:r>
    </w:p>
    <w:p>
      <w:pPr>
        <w:jc w:val="right"/>
      </w:pPr>
      <w:r>
        <w:t>ہے۔</w:t>
      </w:r>
    </w:p>
    <w:p>
      <w:r>
        <w:rPr>
          <w:b/>
        </w:rPr>
        <w:t xml:space="preserve">[16:46] </w:t>
      </w:r>
      <w:r>
        <w:t>is liye tum is ke sath adjust kar ke raho, is ko eliminate karne ki koshish na karo.</w:t>
      </w:r>
    </w:p>
    <w:p>
      <w:pPr>
        <w:jc w:val="right"/>
      </w:pPr>
      <w:r>
        <w:t>اس لیے تم اس کے ساتھ ایڈجسٹ کر کے رہو، اس کو ایلیمینیٹ کرنے کی کوشش نہ کرو۔</w:t>
      </w:r>
    </w:p>
    <w:p>
      <w:r>
        <w:rPr>
          <w:b/>
        </w:rPr>
        <w:t xml:space="preserve">[16:53] </w:t>
      </w:r>
      <w:r>
        <w:t>yeh kitni bari aik guidance hai ke kitne hazaron log isi mein, yani isi mein mar gaye ke</w:t>
      </w:r>
    </w:p>
    <w:p>
      <w:pPr>
        <w:jc w:val="right"/>
      </w:pPr>
      <w:r>
        <w:t>یہ کتنی بڑی ایک گائیڈنس ہے کہ کتنے ہزاروں لوگ اسی میں، یعنی اسی میں مر گئے کہ</w:t>
      </w:r>
    </w:p>
    <w:p>
      <w:r>
        <w:rPr>
          <w:b/>
        </w:rPr>
        <w:t xml:space="preserve">[17:01] </w:t>
      </w:r>
      <w:r>
        <w:t>woh aisi cheez achieve karna chahte thay jo achieve nahi thi.</w:t>
      </w:r>
    </w:p>
    <w:p>
      <w:pPr>
        <w:jc w:val="right"/>
      </w:pPr>
      <w:r>
        <w:t>وہ ایسی چیز اچیو کرنا چاہتے تھے جو اچیولی نہیں تھی۔</w:t>
      </w:r>
    </w:p>
    <w:p>
      <w:r>
        <w:rPr>
          <w:b/>
        </w:rPr>
        <w:t xml:space="preserve">[17:06] </w:t>
      </w:r>
      <w:r>
        <w:t>toh ek taraf Quran mein yeh bataya gaya ke difficulties jo hain, problem of nature hain.</w:t>
      </w:r>
    </w:p>
    <w:p>
      <w:pPr>
        <w:jc w:val="right"/>
      </w:pPr>
      <w:r>
        <w:t>تو ایک طرف قرآن میں یہ بتایا گیا کہ ڈیفیکلٹیز جو ہیں، پرابلم آف نیچر ہیں۔</w:t>
      </w:r>
    </w:p>
    <w:p>
      <w:r>
        <w:rPr>
          <w:b/>
        </w:rPr>
        <w:t xml:space="preserve">[17:13] </w:t>
      </w:r>
      <w:r>
        <w:t>problem jo yeh problem jo hai, difficulties jo hai, woh part of nature hai.</w:t>
      </w:r>
    </w:p>
    <w:p>
      <w:pPr>
        <w:jc w:val="right"/>
      </w:pPr>
      <w:r>
        <w:t>پرابلم جو یہ پرابلم جو ہے، ڈیفیکلٹیز جو ہے، وہ پارٹ آف نیچر ہے۔</w:t>
      </w:r>
    </w:p>
    <w:p>
      <w:r>
        <w:rPr>
          <w:b/>
        </w:rPr>
        <w:t xml:space="preserve">[17:19] </w:t>
      </w:r>
      <w:r>
        <w:t>problem jo hai, woh part of creation hai.</w:t>
      </w:r>
    </w:p>
    <w:p>
      <w:pPr>
        <w:jc w:val="right"/>
      </w:pPr>
      <w:r>
        <w:t>پرابلم جو ہے، وہ پارٹ آف کریشن ہے۔</w:t>
      </w:r>
    </w:p>
    <w:p>
      <w:r>
        <w:rPr>
          <w:b/>
        </w:rPr>
        <w:t xml:space="preserve">[17:22] </w:t>
      </w:r>
      <w:r>
        <w:t>is liye is ke sath adjust kar ke raho.</w:t>
      </w:r>
    </w:p>
    <w:p>
      <w:pPr>
        <w:jc w:val="right"/>
      </w:pPr>
      <w:r>
        <w:t>اس لیے اس کے ساتھ ایڈجسٹ کر کے رہو۔</w:t>
      </w:r>
    </w:p>
    <w:p>
      <w:r>
        <w:rPr>
          <w:b/>
        </w:rPr>
        <w:t xml:space="preserve">[17:26] </w:t>
      </w:r>
      <w:r>
        <w:t>phir kya bataya? phir yeh bataya ke yeh koi evil nahi hai, yeh koi evil nahi hai.</w:t>
      </w:r>
    </w:p>
    <w:p>
      <w:pPr>
        <w:jc w:val="right"/>
      </w:pPr>
      <w:r>
        <w:t>پھر کیا بتایا؟ پھر یہ بتایا کہ یہ کوئی ایول نہیں ہے، یہ کوئی ایول نہیں ہے۔</w:t>
      </w:r>
    </w:p>
    <w:p>
      <w:r>
        <w:rPr>
          <w:b/>
        </w:rPr>
        <w:t xml:space="preserve">[17:33] </w:t>
      </w:r>
      <w:r>
        <w:t>yeh hai challenge.</w:t>
      </w:r>
    </w:p>
    <w:p>
      <w:pPr>
        <w:jc w:val="right"/>
      </w:pPr>
      <w:r>
        <w:t>یہ ہے چیلنج۔</w:t>
      </w:r>
    </w:p>
    <w:p>
      <w:r>
        <w:rPr>
          <w:b/>
        </w:rPr>
        <w:t xml:space="preserve">[17:35] </w:t>
      </w:r>
      <w:r>
        <w:t>yani duniya mein jo problem hai ya difficulties hain, woh evil nahi hain, woh woh hain challenge.</w:t>
      </w:r>
    </w:p>
    <w:p>
      <w:pPr>
        <w:jc w:val="right"/>
      </w:pPr>
      <w:r>
        <w:t>یعنی دنیا میں جو پرابلم ہے یا ڈیفیکلٹیز ہیں، وہ ایول نہیں ہیں، وہ وہ ہیں چیلنج۔</w:t>
      </w:r>
    </w:p>
    <w:p>
      <w:r>
        <w:rPr>
          <w:b/>
        </w:rPr>
        <w:t xml:space="preserve">[17:42] </w:t>
      </w:r>
      <w:r>
        <w:t>yani Khuda ka jo naqsha hai, Khuda ka jo jo jis tarike se Khuda chahta hai is duniya</w:t>
      </w:r>
    </w:p>
    <w:p>
      <w:pPr>
        <w:jc w:val="right"/>
      </w:pPr>
      <w:r>
        <w:t>یعنی خدا کا جو نقشہ ہے، خدا کا جو جو جس طریقے سے خدا چاہتا ہے اس دنیا</w:t>
      </w:r>
    </w:p>
    <w:p>
      <w:r>
        <w:rPr>
          <w:b/>
        </w:rPr>
        <w:t xml:space="preserve">[17:50] </w:t>
      </w:r>
      <w:r>
        <w:t>mein, is mein development through challenge ka principle hai.</w:t>
      </w:r>
    </w:p>
    <w:p>
      <w:pPr>
        <w:jc w:val="right"/>
      </w:pPr>
      <w:r>
        <w:t>میں، اس میں ڈیویلپمنٹ تھرو چیلنج کا پرنسپل ہے۔</w:t>
      </w:r>
    </w:p>
    <w:p>
      <w:r>
        <w:rPr>
          <w:b/>
        </w:rPr>
        <w:t xml:space="preserve">[17:53] </w:t>
      </w:r>
      <w:r>
        <w:t>yani do cheezon mein is tarah se do ek cheez doosre ko challenge kare, is ke challenge se</w:t>
      </w:r>
    </w:p>
    <w:p>
      <w:pPr>
        <w:jc w:val="right"/>
      </w:pPr>
      <w:r>
        <w:t>یعنی دو چیزوں میں اس طرح سے دو ایک چیز دوسرے کو چیلنج کرے، اس کے چیلنج سے</w:t>
      </w:r>
    </w:p>
    <w:p>
      <w:r>
        <w:rPr>
          <w:b/>
        </w:rPr>
        <w:t xml:space="preserve">[18:01] </w:t>
      </w:r>
      <w:r>
        <w:t>phir ek ek naya development samne aaye.</w:t>
      </w:r>
    </w:p>
    <w:p>
      <w:pPr>
        <w:jc w:val="right"/>
      </w:pPr>
      <w:r>
        <w:t>پھر ایک ایک نیا ڈیویلپمنٹ سامنے آئے۔</w:t>
      </w:r>
    </w:p>
    <w:p>
      <w:r>
        <w:rPr>
          <w:b/>
        </w:rPr>
        <w:t xml:space="preserve">[18:04] </w:t>
      </w:r>
      <w:r>
        <w:t>jis tarah se aap dekhte hain ke do pathar hain, aap takrate hain toh is mein sparking hoti</w:t>
      </w:r>
    </w:p>
    <w:p>
      <w:pPr>
        <w:jc w:val="right"/>
      </w:pPr>
      <w:r>
        <w:t>جس طرح سے آپ دیکھتے ہیں کہ دو پتھر ہیں، آپ ٹکراتے ہیں تو اس میں اسپارکنگ ہوتی</w:t>
      </w:r>
    </w:p>
    <w:p>
      <w:r>
        <w:rPr>
          <w:b/>
        </w:rPr>
        <w:t xml:space="preserve">[18:12] </w:t>
      </w:r>
      <w:r>
        <w:t>hai.</w:t>
      </w:r>
    </w:p>
    <w:p>
      <w:pPr>
        <w:jc w:val="right"/>
      </w:pPr>
      <w:r>
        <w:t>ہے۔</w:t>
      </w:r>
    </w:p>
    <w:p>
      <w:r>
        <w:rPr>
          <w:b/>
        </w:rPr>
        <w:t xml:space="preserve">[18:13] </w:t>
      </w:r>
      <w:r>
        <w:t>ek third cheez average karti hai, do pathar ke sath teesri cheez, woh hai sparking.</w:t>
      </w:r>
    </w:p>
    <w:p>
      <w:pPr>
        <w:jc w:val="right"/>
      </w:pPr>
      <w:r>
        <w:t>ایک تھرڈ چیز ایورج کرتی ہے، دو پتھر کے ساتھ تیسری چیز، وہ ہے اسپارکنگ۔</w:t>
      </w:r>
    </w:p>
    <w:p>
      <w:r>
        <w:rPr>
          <w:b/>
        </w:rPr>
        <w:t xml:space="preserve">[18:20] </w:t>
      </w:r>
      <w:r>
        <w:t>aise challenge mein hai ke do parties ek doosre ko challenge karte hain, toh phir is mein ek</w:t>
      </w:r>
    </w:p>
    <w:p>
      <w:pPr>
        <w:jc w:val="right"/>
      </w:pPr>
      <w:r>
        <w:t>ایسے چیلنج میں ہے کہ دو پارٹیز ایک دوسرے کو چیلنج کرتے ہیں، تو پھر اس میں ایک</w:t>
      </w:r>
    </w:p>
    <w:p>
      <w:r>
        <w:rPr>
          <w:b/>
        </w:rPr>
        <w:t xml:space="preserve">[18:28] </w:t>
      </w:r>
      <w:r>
        <w:t>third cheez average karti hai, woh hai development, woh hai progress.</w:t>
      </w:r>
    </w:p>
    <w:p>
      <w:pPr>
        <w:jc w:val="right"/>
      </w:pPr>
      <w:r>
        <w:t>تھرڈ چیز ایورج کرتی ہے، وہ ہے ڈیویلپمنٹ، وہ ہے پروگریس۔</w:t>
      </w:r>
    </w:p>
    <w:p>
      <w:r>
        <w:rPr>
          <w:b/>
        </w:rPr>
        <w:t xml:space="preserve">[18:32] </w:t>
      </w:r>
      <w:r>
        <w:t>yeh hai Khuda ka creation plan.</w:t>
      </w:r>
    </w:p>
    <w:p>
      <w:pPr>
        <w:jc w:val="right"/>
      </w:pPr>
      <w:r>
        <w:t>یہ ہے خدا کا کریشن پلان۔</w:t>
      </w:r>
    </w:p>
    <w:p>
      <w:r>
        <w:rPr>
          <w:b/>
        </w:rPr>
        <w:t xml:space="preserve">[18:35] </w:t>
      </w:r>
      <w:r>
        <w:t>ab yeh baat jo Quran mein batayi gayi, yeh kitni bari light ki baat hai, kitni bari guidance</w:t>
      </w:r>
    </w:p>
    <w:p>
      <w:pPr>
        <w:jc w:val="right"/>
      </w:pPr>
      <w:r>
        <w:t>اب یہ بات جو قرآن میں بتائی گئی، یہ کتنی بڑی لائٹ کی بات ہے، کتنی بڑی گائیڈنس</w:t>
      </w:r>
    </w:p>
    <w:p>
      <w:r>
        <w:rPr>
          <w:b/>
        </w:rPr>
        <w:t xml:space="preserve">[18:43] </w:t>
      </w:r>
      <w:r>
        <w:t>hai is ke andar, kyunke is ki wajah se hum bach jaate hain is se ke hum in</w:t>
      </w:r>
    </w:p>
    <w:p>
      <w:pPr>
        <w:jc w:val="right"/>
      </w:pPr>
      <w:r>
        <w:t>ہے اس کے اندر، کیونکہ اس کی وجہ سے ہم بچ جاتے ہیں اس سے کہ ہم ان</w:t>
      </w:r>
    </w:p>
    <w:p>
      <w:r>
        <w:rPr>
          <w:b/>
        </w:rPr>
        <w:t xml:space="preserve">[18:50] </w:t>
      </w:r>
      <w:r>
        <w:t>achieve ko achieve karna chahein.</w:t>
      </w:r>
    </w:p>
    <w:p>
      <w:pPr>
        <w:jc w:val="right"/>
      </w:pPr>
      <w:r>
        <w:t>اچیول کو اچیو کرنا چاہیں۔</w:t>
      </w:r>
    </w:p>
    <w:p>
      <w:r>
        <w:rPr>
          <w:b/>
        </w:rPr>
        <w:t xml:space="preserve">[18:52] </w:t>
      </w:r>
      <w:r>
        <w:t>jo cheez achieve nahi hai, us ko hum achieve karna chahein, aur phir kya ho? mayoosi mein marein,</w:t>
      </w:r>
    </w:p>
    <w:p>
      <w:pPr>
        <w:jc w:val="right"/>
      </w:pPr>
      <w:r>
        <w:t>جو چیز اچیول نہیں ہے، اس کو ہم اچیو کرنا چاہیں، اور پھر کیا ہو؟ مایوسی میں مریں،</w:t>
      </w:r>
    </w:p>
    <w:p>
      <w:r>
        <w:rPr>
          <w:b/>
        </w:rPr>
        <w:t xml:space="preserve">[19:00] </w:t>
      </w:r>
      <w:r>
        <w:t>frustration mein maren.</w:t>
      </w:r>
    </w:p>
    <w:p>
      <w:pPr>
        <w:jc w:val="right"/>
      </w:pPr>
      <w:r>
        <w:t>فرسٹریشن میں مریں۔</w:t>
      </w:r>
    </w:p>
    <w:p>
      <w:r>
        <w:rPr>
          <w:b/>
        </w:rPr>
        <w:t xml:space="preserve">[19:02] </w:t>
      </w:r>
      <w:r>
        <w:t>yeh kitni bari guidance hai jo hamein quran mein di gayi.</w:t>
      </w:r>
    </w:p>
    <w:p>
      <w:pPr>
        <w:jc w:val="right"/>
      </w:pPr>
      <w:r>
        <w:t>یہ کتنی بڑی گائیڈنس ہے جو ہمیں قرآن میں دی گئی۔</w:t>
      </w:r>
    </w:p>
    <w:p>
      <w:r>
        <w:rPr>
          <w:b/>
        </w:rPr>
        <w:t xml:space="preserve">[19:06] </w:t>
      </w:r>
      <w:r>
        <w:t>phir aap dekhiye, har aadmi ka ek har aadmi ek cheez mein phansa rehta hai.</w:t>
      </w:r>
    </w:p>
    <w:p>
      <w:pPr>
        <w:jc w:val="right"/>
      </w:pPr>
      <w:r>
        <w:t>پھر آپ دیکھیے، ہر آدمی کا ایک ہر آدمی ایک چیز میں پھنسا رہتا ہے۔</w:t>
      </w:r>
    </w:p>
    <w:p>
      <w:r>
        <w:rPr>
          <w:b/>
        </w:rPr>
        <w:t xml:space="preserve">[19:13] </w:t>
      </w:r>
      <w:r>
        <w:t>وہ کیا؟ جب زندگی شروع کرتا ہے، وہ تو دیکھتا ہے کہ problem ہے، تو سمجھتا ہے کہ</w:t>
      </w:r>
    </w:p>
    <w:p>
      <w:pPr>
        <w:jc w:val="right"/>
      </w:pPr>
      <w:r>
        <w:t>وہ کیا؟ جب زندگی شروع کرتا ہے، وہ تو دیکھتا ہے کہ پرابلم ہے، تو سمجھتا ہے کہ</w:t>
      </w:r>
    </w:p>
    <w:p>
      <w:r>
        <w:rPr>
          <w:b/>
        </w:rPr>
        <w:t xml:space="preserve">[19:20] </w:t>
      </w:r>
      <w:r>
        <w:t>pehlay is problem ko khatam karo.</w:t>
      </w:r>
    </w:p>
    <w:p>
      <w:pPr>
        <w:jc w:val="right"/>
      </w:pPr>
      <w:r>
        <w:t>پہلے اس پرابلم کو ختم کرو۔</w:t>
      </w:r>
    </w:p>
    <w:p>
      <w:r>
        <w:rPr>
          <w:b/>
        </w:rPr>
        <w:t xml:space="preserve">[19:23] </w:t>
      </w:r>
      <w:r>
        <w:t>yani rastay mein woh rukawat hai, us rukawat ko khatam karo, tabhi tum aagay barh saktay ho.</w:t>
      </w:r>
    </w:p>
    <w:p>
      <w:pPr>
        <w:jc w:val="right"/>
      </w:pPr>
      <w:r>
        <w:t>یعنی راستہ میں وہ رکاوٹ ہے، اس رکاوٹ کو ختم کرو، تبھی تم آگے بڑھ سکتے ہو۔</w:t>
      </w:r>
    </w:p>
    <w:p>
      <w:r>
        <w:rPr>
          <w:b/>
        </w:rPr>
        <w:t xml:space="preserve">[19:30] </w:t>
      </w:r>
      <w:r>
        <w:t>to har aadmi jo hai, woh starting point kya banata hai? problem say larna, problem say larna.</w:t>
      </w:r>
    </w:p>
    <w:p>
      <w:pPr>
        <w:jc w:val="right"/>
      </w:pPr>
      <w:r>
        <w:t>تو ہر آدمی جو ہے، وہ سٹارٹنگ پوائنٹ کیا بناتا ہے؟ پرابلم سے لڑنا، پرابلم سے لڑنا۔</w:t>
      </w:r>
    </w:p>
    <w:p>
      <w:r>
        <w:rPr>
          <w:b/>
        </w:rPr>
        <w:t xml:space="preserve">[19:38] </w:t>
      </w:r>
      <w:r>
        <w:t>larta rehta hai, problem khatam nahi hotay.</w:t>
      </w:r>
    </w:p>
    <w:p>
      <w:pPr>
        <w:jc w:val="right"/>
      </w:pPr>
      <w:r>
        <w:t>لڑتا رہتا ہے، پرابلم ختم نہیں ہوتے۔</w:t>
      </w:r>
    </w:p>
    <w:p>
      <w:r>
        <w:rPr>
          <w:b/>
        </w:rPr>
        <w:t xml:space="preserve">[19:41] </w:t>
      </w:r>
      <w:r>
        <w:t>to is ka nateeja kya hota hai? tension.</w:t>
      </w:r>
    </w:p>
    <w:p>
      <w:pPr>
        <w:jc w:val="right"/>
      </w:pPr>
      <w:r>
        <w:t>تو اس کا نتیجہ کیا ہوتا ہے؟ ٹینشن۔</w:t>
      </w:r>
    </w:p>
    <w:p>
      <w:r>
        <w:rPr>
          <w:b/>
        </w:rPr>
        <w:t xml:space="preserve">[19:44] </w:t>
      </w:r>
      <w:r>
        <w:t>to quran mein bataya gaya hai kay in ma'al usri yusra in ma'al usri yusra yani yeh cheez</w:t>
      </w:r>
    </w:p>
    <w:p>
      <w:pPr>
        <w:jc w:val="right"/>
      </w:pPr>
      <w:r>
        <w:t>تو قرآن میں بتایا گیا ہے کہ ان مال عسر یسرا ان مال عسر یسرا یعنی یہ چیز</w:t>
      </w:r>
    </w:p>
    <w:p>
      <w:r>
        <w:rPr>
          <w:b/>
        </w:rPr>
        <w:t xml:space="preserve">[19:52] </w:t>
      </w:r>
      <w:r>
        <w:t>jo insaan janta nahi tha, us ko quran nay bataya.</w:t>
      </w:r>
    </w:p>
    <w:p>
      <w:pPr>
        <w:jc w:val="right"/>
      </w:pPr>
      <w:r>
        <w:t>جو انسان جانتا نہیں تھا، اس کو قرآن نے بتایا۔</w:t>
      </w:r>
    </w:p>
    <w:p>
      <w:r>
        <w:rPr>
          <w:b/>
        </w:rPr>
        <w:t xml:space="preserve">[19:56] </w:t>
      </w:r>
      <w:r>
        <w:t>isi liye dekhiye, jab quran ka pehla hissa utra, bilkul pehla, us mein farmaya kay ilmal insana ma</w:t>
      </w:r>
    </w:p>
    <w:p>
      <w:pPr>
        <w:jc w:val="right"/>
      </w:pPr>
      <w:r>
        <w:t>اسی لیے دیکھیے، جب قرآن کا پہلا حصہ اترا، بالکل پہلا، اس میں فرمایا کہ علم الانسان ما</w:t>
      </w:r>
    </w:p>
    <w:p>
      <w:r>
        <w:rPr>
          <w:b/>
        </w:rPr>
        <w:t xml:space="preserve">[20:04] </w:t>
      </w:r>
      <w:r>
        <w:t>ilma ya ilm ilm bil qalam ilm al insana ma ilma ya ilm khuda ka tareeqa kya hai? qalam kay</w:t>
      </w:r>
    </w:p>
    <w:p>
      <w:pPr>
        <w:jc w:val="right"/>
      </w:pPr>
      <w:r>
        <w:t>علم یا علم علم بالقلم علم الانسان ما علم یا علم خدا کا طریقہ کیا ہے؟ قلم کے</w:t>
      </w:r>
    </w:p>
    <w:p>
      <w:r>
        <w:rPr>
          <w:b/>
        </w:rPr>
        <w:t xml:space="preserve">[20:11] </w:t>
      </w:r>
      <w:r>
        <w:t>zariye taleem dena.</w:t>
      </w:r>
    </w:p>
    <w:p>
      <w:pPr>
        <w:jc w:val="right"/>
      </w:pPr>
      <w:r>
        <w:t>ذریعے تعلیم دینا۔</w:t>
      </w:r>
    </w:p>
    <w:p>
      <w:r>
        <w:rPr>
          <w:b/>
        </w:rPr>
        <w:t xml:space="preserve">[20:13] </w:t>
      </w:r>
      <w:r>
        <w:t>qalam ma'ani book kay zariye, kitab, kitab kay zariye, writing kay zariye, literature kay zariye, aur mu'allim.</w:t>
      </w:r>
    </w:p>
    <w:p>
      <w:pPr>
        <w:jc w:val="right"/>
      </w:pPr>
      <w:r>
        <w:t>قلم معنی بک کے ذریعے، کتاب، کتاب کے ذریعے، رائٹنگ کے ذریعے، لٹریچر کے ذریعے، اور معلم۔</w:t>
      </w:r>
    </w:p>
    <w:p>
      <w:r>
        <w:rPr>
          <w:b/>
        </w:rPr>
        <w:t xml:space="preserve">[20:20] </w:t>
      </w:r>
      <w:r>
        <w:t>ilm, ilm al insana ma ilma ya ilm.</w:t>
      </w:r>
    </w:p>
    <w:p>
      <w:pPr>
        <w:jc w:val="right"/>
      </w:pPr>
      <w:r>
        <w:t>علم، علم الانسان ما علم یا علم۔</w:t>
      </w:r>
    </w:p>
    <w:p>
      <w:r>
        <w:rPr>
          <w:b/>
        </w:rPr>
        <w:t xml:space="preserve">[20:23] </w:t>
      </w:r>
      <w:r>
        <w:t>yani insaan jis cheez ko nahi janta tha, us ko batana.</w:t>
      </w:r>
    </w:p>
    <w:p>
      <w:pPr>
        <w:jc w:val="right"/>
      </w:pPr>
      <w:r>
        <w:t>یعنی انسان جس چیز کو نہیں جانتا تھا، اس کو بتانا۔</w:t>
      </w:r>
    </w:p>
    <w:p>
      <w:r>
        <w:rPr>
          <w:b/>
        </w:rPr>
        <w:t xml:space="preserve">[20:28] </w:t>
      </w:r>
      <w:r>
        <w:t>jis cheez ko un ki khabar insaan ko nahi thi, us ko batana.</w:t>
      </w:r>
    </w:p>
    <w:p>
      <w:pPr>
        <w:jc w:val="right"/>
      </w:pPr>
      <w:r>
        <w:t>جس چیز کو ان کی خبر انسان کو نہیں تھی، اس کو بتانا۔</w:t>
      </w:r>
    </w:p>
    <w:p>
      <w:r>
        <w:rPr>
          <w:b/>
        </w:rPr>
        <w:t xml:space="preserve">[20:34] </w:t>
      </w:r>
      <w:r>
        <w:t>to wahi mein nay aap say arz kiya kay aik hai things, aik hai truth.</w:t>
      </w:r>
    </w:p>
    <w:p>
      <w:pPr>
        <w:jc w:val="right"/>
      </w:pPr>
      <w:r>
        <w:t>تو وہی میں نے آپ سے عرض کیا کہ ایک ہے تھنگز، ایک ہے ٹروتھ۔</w:t>
      </w:r>
    </w:p>
    <w:p>
      <w:r>
        <w:rPr>
          <w:b/>
        </w:rPr>
        <w:t xml:space="preserve">[20:40] </w:t>
      </w:r>
      <w:r>
        <w:t>to thing kay ma'amlay mein working knowledge tak hum pohnch saktay hain.</w:t>
      </w:r>
    </w:p>
    <w:p>
      <w:pPr>
        <w:jc w:val="right"/>
      </w:pPr>
      <w:r>
        <w:t>تو تھنگ کے معاملے میں ورکنگ نالج تک ہم پہنچ سکتے ہیں۔</w:t>
      </w:r>
    </w:p>
    <w:p>
      <w:r>
        <w:rPr>
          <w:b/>
        </w:rPr>
        <w:t xml:space="preserve">[20:45] </w:t>
      </w:r>
      <w:r>
        <w:t>thing kay ma'amlay mein hum working knowledge tak pohnch saktay hain, lekin truth kay ma'amlay mein nahi pohnch</w:t>
      </w:r>
    </w:p>
    <w:p>
      <w:pPr>
        <w:jc w:val="right"/>
      </w:pPr>
      <w:r>
        <w:t>تھنگ کے معاملے میں ہم ورکنگ نالج تک پہنچ سکتے ہیں، لیکن ٹروتھ کے معاملے میں نہیں پہنچ</w:t>
      </w:r>
    </w:p>
    <w:p>
      <w:r>
        <w:rPr>
          <w:b/>
        </w:rPr>
        <w:t xml:space="preserve">[20:53] </w:t>
      </w:r>
      <w:r>
        <w:t>saktay, kyun kay truth kay ma'amlay mein absolute knowledge darkar hai.</w:t>
      </w:r>
    </w:p>
    <w:p>
      <w:pPr>
        <w:jc w:val="right"/>
      </w:pPr>
      <w:r>
        <w:t>سکتے، کیونکہ ٹروتھ کے معاملے میں ایبسولیوٹ نالج درکار ہے۔</w:t>
      </w:r>
    </w:p>
    <w:p>
      <w:r>
        <w:rPr>
          <w:b/>
        </w:rPr>
        <w:t xml:space="preserve">[20:57] </w:t>
      </w:r>
      <w:r>
        <w:t>working knowledge say hum truth kay baray mein aakhir tak us ko discover nahi kar saktay.</w:t>
      </w:r>
    </w:p>
    <w:p>
      <w:pPr>
        <w:jc w:val="right"/>
      </w:pPr>
      <w:r>
        <w:t>ورکنگ نالج سے ہم ٹروتھ کے بارے میں آخر تک اس کو ڈسکور نہیں کر سکتے۔</w:t>
      </w:r>
    </w:p>
    <w:p>
      <w:r>
        <w:rPr>
          <w:b/>
        </w:rPr>
        <w:t xml:space="preserve">[21:04] </w:t>
      </w:r>
      <w:r>
        <w:t>to yahan par chounkay sirf khuda kay paas hai absolute knowledge, is liye us nay humain guide kiya.</w:t>
      </w:r>
    </w:p>
    <w:p>
      <w:pPr>
        <w:jc w:val="right"/>
      </w:pPr>
      <w:r>
        <w:t>تو یہاں پر چونکہ صرف خدا کے پاس ہے ایبسولیوٹ نالج، اس لیے اس نے ہمیں گائیڈ کیا۔</w:t>
      </w:r>
    </w:p>
    <w:p>
      <w:r>
        <w:rPr>
          <w:b/>
        </w:rPr>
        <w:t xml:space="preserve">[21:12] </w:t>
      </w:r>
      <w:r>
        <w:t>to farmaya kay in ma'al usri yusra kay mushkil kay saath aasani hai.</w:t>
      </w:r>
    </w:p>
    <w:p>
      <w:pPr>
        <w:jc w:val="right"/>
      </w:pPr>
      <w:r>
        <w:t>تو فرمایا کہ ان مال عسر یسرا کہ مشکل کے ساتھ آسانی ہے۔</w:t>
      </w:r>
    </w:p>
    <w:p>
      <w:r>
        <w:rPr>
          <w:b/>
        </w:rPr>
        <w:t xml:space="preserve">[21:17] </w:t>
      </w:r>
      <w:r>
        <w:t>With every difficulty, there is an ease.</w:t>
      </w:r>
    </w:p>
    <w:p>
      <w:pPr>
        <w:jc w:val="right"/>
      </w:pPr>
      <w:r>
        <w:t>With every difficulty, there is an ease.</w:t>
      </w:r>
    </w:p>
    <w:p>
      <w:r>
        <w:rPr>
          <w:b/>
        </w:rPr>
        <w:t xml:space="preserve">[21:20] </w:t>
      </w:r>
      <w:r>
        <w:t>mushkil ke sath aasani hai.</w:t>
      </w:r>
    </w:p>
    <w:p>
      <w:pPr>
        <w:jc w:val="right"/>
      </w:pPr>
      <w:r>
        <w:t>مشکل کے ساتھ آسانی ہے۔</w:t>
      </w:r>
    </w:p>
    <w:p>
      <w:r>
        <w:rPr>
          <w:b/>
        </w:rPr>
        <w:t xml:space="preserve">[21:22] </w:t>
      </w:r>
      <w:r>
        <w:t>is ka matlab kya hai? is ka matlab hai ke jab bhi yahan insan ko khuda ne guide</w:t>
      </w:r>
    </w:p>
    <w:p>
      <w:pPr>
        <w:jc w:val="right"/>
      </w:pPr>
      <w:r>
        <w:t>اس کا مطلب کیا ہے؟ اس کا مطلب ہے کہ جب بھی یہاں انسان کو خدا نے گائیڈ</w:t>
      </w:r>
    </w:p>
    <w:p>
      <w:r>
        <w:rPr>
          <w:b/>
        </w:rPr>
        <w:t xml:space="preserve">[21:30] </w:t>
      </w:r>
      <w:r>
        <w:t>kiya, jab bhi tum dekho ke tumhare aas pas jo rasta tum chal rahe ho, wahan mushkil hai,</w:t>
      </w:r>
    </w:p>
    <w:p>
      <w:pPr>
        <w:jc w:val="right"/>
      </w:pPr>
      <w:r>
        <w:t>کیا، جب بھی تم دیکھو کہ تمہارے آس پاس جو راستہ تم چل رہے ہو، وہاں مشکل ہے،</w:t>
      </w:r>
    </w:p>
    <w:p>
      <w:r>
        <w:rPr>
          <w:b/>
        </w:rPr>
        <w:t xml:space="preserve">[21:38] </w:t>
      </w:r>
      <w:r>
        <w:t>difficulty hai, to yeh na samjho ke bas mushkil hi mushkil hai aur kuch bhi nahin.</w:t>
      </w:r>
    </w:p>
    <w:p>
      <w:pPr>
        <w:jc w:val="right"/>
      </w:pPr>
      <w:r>
        <w:t>ڈیفیکلٹی ہے، تو یہ نہ سمجھو کہ بس مشکل ہی مشکل ہے اور کچھ بھی نہیں۔</w:t>
      </w:r>
    </w:p>
    <w:p>
      <w:r>
        <w:rPr>
          <w:b/>
        </w:rPr>
        <w:t xml:space="preserve">[21:45] </w:t>
      </w:r>
      <w:r>
        <w:t>mushkil hai to wohin par aasani bhi hogi.</w:t>
      </w:r>
    </w:p>
    <w:p>
      <w:pPr>
        <w:jc w:val="right"/>
      </w:pPr>
      <w:r>
        <w:t>مشکل ہے تو وہیں پر آسانی بھی ہوگی۔</w:t>
      </w:r>
    </w:p>
    <w:p>
      <w:r>
        <w:rPr>
          <w:b/>
        </w:rPr>
        <w:t xml:space="preserve">[21:48] </w:t>
      </w:r>
      <w:r>
        <w:t>yani problem hai to wahan par solution bhi hoga.</w:t>
      </w:r>
    </w:p>
    <w:p>
      <w:pPr>
        <w:jc w:val="right"/>
      </w:pPr>
      <w:r>
        <w:t>یعنی پرابلم ہے تو وہاں پر سولیوشن بھی ہوگا۔</w:t>
      </w:r>
    </w:p>
    <w:p>
      <w:r>
        <w:rPr>
          <w:b/>
        </w:rPr>
        <w:t xml:space="preserve">[21:52] </w:t>
      </w:r>
      <w:r>
        <w:t>yeh formula diya gaya.</w:t>
      </w:r>
    </w:p>
    <w:p>
      <w:pPr>
        <w:jc w:val="right"/>
      </w:pPr>
      <w:r>
        <w:t>یہ فارمولا دیا گیا۔</w:t>
      </w:r>
    </w:p>
    <w:p>
      <w:r>
        <w:rPr>
          <w:b/>
        </w:rPr>
        <w:t xml:space="preserve">[21:54] </w:t>
      </w:r>
      <w:r>
        <w:t>to is ka matlab kya hua? ke quran mein yeh bataya gaya ke yeh yeh yeh wisdom di</w:t>
      </w:r>
    </w:p>
    <w:p>
      <w:pPr>
        <w:jc w:val="right"/>
      </w:pPr>
      <w:r>
        <w:t>تو اس کا مطلب کیا ہوا؟ کہ قرآن میں یہ بتایا گیا کہ یہ یہ یہ وزڈم دی</w:t>
      </w:r>
    </w:p>
    <w:p>
      <w:r>
        <w:rPr>
          <w:b/>
        </w:rPr>
        <w:t xml:space="preserve">[22:01] </w:t>
      </w:r>
      <w:r>
        <w:t>gayi.</w:t>
      </w:r>
    </w:p>
    <w:p>
      <w:pPr>
        <w:jc w:val="right"/>
      </w:pPr>
      <w:r>
        <w:t>گئی۔</w:t>
      </w:r>
    </w:p>
    <w:p>
      <w:r>
        <w:rPr>
          <w:b/>
        </w:rPr>
        <w:t xml:space="preserve">[22:03] </w:t>
      </w:r>
      <w:r>
        <w:t>wisdom, isko main wisdom kahunga ke ignore the problem, avail the opportunities jab tum apne paas</w:t>
      </w:r>
    </w:p>
    <w:p>
      <w:pPr>
        <w:jc w:val="right"/>
      </w:pPr>
      <w:r>
        <w:t>وزڈم، اس کو میں وزڈم کہوں گا کہ Ignore the problem, avail the opportunities جب تم اپنے پاس</w:t>
      </w:r>
    </w:p>
    <w:p>
      <w:r>
        <w:rPr>
          <w:b/>
        </w:rPr>
        <w:t xml:space="preserve">[22:11] </w:t>
      </w:r>
      <w:r>
        <w:t>آس پاس دیکھو کہ وہاں problem ہے، تو سمجھ لو کہ وہیں پر opportunity بھی ہوگی۔</w:t>
      </w:r>
    </w:p>
    <w:p>
      <w:pPr>
        <w:jc w:val="right"/>
      </w:pPr>
      <w:r>
        <w:t>آس پاس دیکھو کہ وہاں پرابلم ہے، تو سمجھ لو کہ وہیں پر اپرچونیٹی بھی ہوگی۔</w:t>
      </w:r>
    </w:p>
    <w:p>
      <w:r>
        <w:rPr>
          <w:b/>
        </w:rPr>
        <w:t xml:space="preserve">[22:17] </w:t>
      </w:r>
      <w:r>
        <w:t>problem ke saath saath opportunity bhi hogi, kyuki khuda kisi ko itna ikhtiyar nahi deta ki woh opportunity</w:t>
      </w:r>
    </w:p>
    <w:p>
      <w:pPr>
        <w:jc w:val="right"/>
      </w:pPr>
      <w:r>
        <w:t>پرابلم کے ساتھ ساتھ اپرچونیٹی بھی ہوگی، کیونکہ خدا کسی کو اتنا اختیار نہیں دیتا کہ وہ اپرچونیٹی</w:t>
      </w:r>
    </w:p>
    <w:p>
      <w:r>
        <w:rPr>
          <w:b/>
        </w:rPr>
        <w:t xml:space="preserve">[22:25] </w:t>
      </w:r>
      <w:r>
        <w:t>ko abolish kar de.</w:t>
      </w:r>
    </w:p>
    <w:p>
      <w:pPr>
        <w:jc w:val="right"/>
      </w:pPr>
      <w:r>
        <w:t>کو ابالش کر دے۔</w:t>
      </w:r>
    </w:p>
    <w:p>
      <w:r>
        <w:rPr>
          <w:b/>
        </w:rPr>
        <w:t xml:space="preserve">[22:27] </w:t>
      </w:r>
      <w:r>
        <w:t>opportunity ko abolish karne ka power khuda ne kisi ko nahi diya hai.</w:t>
      </w:r>
    </w:p>
    <w:p>
      <w:pPr>
        <w:jc w:val="right"/>
      </w:pPr>
      <w:r>
        <w:t>اپرچونیٹی کو ابالش کرنے کا پاور خدا نے کسی کو نہیں دیا ہے۔</w:t>
      </w:r>
    </w:p>
    <w:p>
      <w:r>
        <w:rPr>
          <w:b/>
        </w:rPr>
        <w:t xml:space="preserve">[22:32] </w:t>
      </w:r>
      <w:r>
        <w:t>تو ڈیفیکلٹیز تو رہیں گی، پرابلم تو رہے گی، لیکن ایسا کبھی بھی نہیں ہوگا کہ opportunity ختم</w:t>
      </w:r>
    </w:p>
    <w:p>
      <w:pPr>
        <w:jc w:val="right"/>
      </w:pPr>
      <w:r>
        <w:t>تو ڈیفیکلٹیز تو رہیں گی، پرابلم تو رہے گی، لیکن ایسا کبھی بھی نہیں ہوگا کہ اپرچونیٹی ختم</w:t>
      </w:r>
    </w:p>
    <w:p>
      <w:r>
        <w:rPr>
          <w:b/>
        </w:rPr>
        <w:t xml:space="preserve">[22:40] </w:t>
      </w:r>
      <w:r>
        <w:t>ho jaye.</w:t>
      </w:r>
    </w:p>
    <w:p>
      <w:pPr>
        <w:jc w:val="right"/>
      </w:pPr>
      <w:r>
        <w:t>ہو جائے۔</w:t>
      </w:r>
    </w:p>
    <w:p>
      <w:r>
        <w:rPr>
          <w:b/>
        </w:rPr>
        <w:t xml:space="preserve">[22:42] </w:t>
      </w:r>
      <w:r>
        <w:t>تو سب سے اچھی وزڈم کیا ہے؟ سب سے اچھی پلاننگ کیا ہے؟ کہ ہم ہماری پلاننگ اپ</w:t>
      </w:r>
    </w:p>
    <w:p>
      <w:pPr>
        <w:jc w:val="right"/>
      </w:pPr>
      <w:r>
        <w:t>تو سب سے اچھی وزڈم کیا ہے؟ سب سے اچھی پلاننگ کیا ہے؟ کہ ہم ہماری پلاننگ اپرچونیٹی</w:t>
      </w:r>
    </w:p>
    <w:p>
      <w:r>
        <w:rPr>
          <w:b/>
        </w:rPr>
        <w:t xml:space="preserve">[22:49] </w:t>
      </w:r>
      <w:r>
        <w:t>based ho, woh woh problem based na ho.</w:t>
      </w:r>
    </w:p>
    <w:p>
      <w:pPr>
        <w:jc w:val="right"/>
      </w:pPr>
      <w:r>
        <w:t>بیسڈ ہو، وہ وہ پرابلم بیسڈ نہ ہو۔</w:t>
      </w:r>
    </w:p>
    <w:p>
      <w:r>
        <w:rPr>
          <w:b/>
        </w:rPr>
        <w:t xml:space="preserve">[22:53] </w:t>
      </w:r>
      <w:r>
        <w:t>یعنی ہماری پلاننگ کو opportunity-based planning ہونی چاہیے، نہ کہ problem-based planning۔</w:t>
      </w:r>
    </w:p>
    <w:p>
      <w:pPr>
        <w:jc w:val="right"/>
      </w:pPr>
      <w:r>
        <w:t>یعنی ہماری پلاننگ کو اپرچونیٹی بیسڈ پلاننگ ہونی چاہیے، نہ کہ پرابلم بیسڈ پلاننگ۔</w:t>
      </w:r>
    </w:p>
    <w:p>
      <w:r>
        <w:rPr>
          <w:b/>
        </w:rPr>
        <w:t xml:space="preserve">[22:59] </w:t>
      </w:r>
      <w:r>
        <w:t>یعنی پرابلم کو ہم ٹارگٹ نہ کریں، پرابلم سے ہم نہ ٹکرائیں، پرابلم کو avoid کریں، پرابلم کو</w:t>
      </w:r>
    </w:p>
    <w:p>
      <w:pPr>
        <w:jc w:val="right"/>
      </w:pPr>
      <w:r>
        <w:t>یعنی پرابلم کو ہم ٹارگٹ نہ کریں، پرابلم سے ہم نہ ٹکرائیں، پرابلم کو اوائڈ کریں، پرابلم کو</w:t>
      </w:r>
    </w:p>
    <w:p>
      <w:r>
        <w:rPr>
          <w:b/>
        </w:rPr>
        <w:t xml:space="preserve">[23:07] </w:t>
      </w:r>
      <w:r>
        <w:t>اگنور کریں، اور ساتھ ساتھ وہی جو opportunity ہے، اس کو avail کریں۔</w:t>
      </w:r>
    </w:p>
    <w:p>
      <w:pPr>
        <w:jc w:val="right"/>
      </w:pPr>
      <w:r>
        <w:t>اگنور کریں، اور ساتھ ساتھ وہی جو اپرچونیٹی ہے، اس کو اویل کریں۔</w:t>
      </w:r>
    </w:p>
    <w:p>
      <w:r>
        <w:rPr>
          <w:b/>
        </w:rPr>
        <w:t xml:space="preserve">[23:12] </w:t>
      </w:r>
      <w:r>
        <w:t>جیسے مثال کے طور پر Prophet کے زمانے میں وہاں ایک political system تھا۔</w:t>
      </w:r>
    </w:p>
    <w:p>
      <w:pPr>
        <w:jc w:val="right"/>
      </w:pPr>
      <w:r>
        <w:t>جیسے مثال کے طور پر پرافٹ کے زمانے میں وہاں ایک پولیٹیکل سسٹم تھا۔</w:t>
      </w:r>
    </w:p>
    <w:p>
      <w:r>
        <w:rPr>
          <w:b/>
        </w:rPr>
        <w:t xml:space="preserve">[23:18] </w:t>
      </w:r>
      <w:r>
        <w:t>Dawood Nadwa un ka center tha, political center.</w:t>
      </w:r>
    </w:p>
    <w:p>
      <w:pPr>
        <w:jc w:val="right"/>
      </w:pPr>
      <w:r>
        <w:t>داؤد ندوہ ان کا سینٹر تھا، پولیٹیکل سینٹر۔</w:t>
      </w:r>
    </w:p>
    <w:p>
      <w:r>
        <w:rPr>
          <w:b/>
        </w:rPr>
        <w:t xml:space="preserve">[23:22] </w:t>
      </w:r>
      <w:r>
        <w:t>تو داؤد ندوہ کے تحت وہ اپنا political system چلاتے تھے۔</w:t>
      </w:r>
    </w:p>
    <w:p>
      <w:pPr>
        <w:jc w:val="right"/>
      </w:pPr>
      <w:r>
        <w:t>تو داؤد ندوہ کے تحت وہ اپنا پولیٹیکل سسٹم چلاتے تھے۔</w:t>
      </w:r>
    </w:p>
    <w:p>
      <w:r>
        <w:rPr>
          <w:b/>
        </w:rPr>
        <w:t xml:space="preserve">[23:26] </w:t>
      </w:r>
      <w:r>
        <w:t>to aap ne kya kiya? dawood nadwah se aap ne takrao nahi kiya.</w:t>
      </w:r>
    </w:p>
    <w:p>
      <w:pPr>
        <w:jc w:val="right"/>
      </w:pPr>
      <w:r>
        <w:t>تو آپ نے کیا کیا؟ داؤد ندوہ سے آپ نے ٹکراؤ نہیں کیا۔</w:t>
      </w:r>
    </w:p>
    <w:p>
      <w:r>
        <w:rPr>
          <w:b/>
        </w:rPr>
        <w:t xml:space="preserve">[23:32] </w:t>
      </w:r>
      <w:r>
        <w:t>اس کو اس سے ٹکراؤ کیے بغیر جو opportunity تھی، اس کو avail کیا۔</w:t>
      </w:r>
    </w:p>
    <w:p>
      <w:pPr>
        <w:jc w:val="right"/>
      </w:pPr>
      <w:r>
        <w:t>اس کو اس سے ٹکراؤ کیے بغیر جو اپرچونیٹی تھی، اس کو اویل کیا۔</w:t>
      </w:r>
    </w:p>
    <w:p>
      <w:r>
        <w:rPr>
          <w:b/>
        </w:rPr>
        <w:t xml:space="preserve">[23:38] </w:t>
      </w:r>
      <w:r>
        <w:t>یعنی یہ یوں کہوں گا میں کہ political confrontation سے آپ نے avoid کیا اور دعوت opportunities کو</w:t>
      </w:r>
    </w:p>
    <w:p>
      <w:pPr>
        <w:jc w:val="right"/>
      </w:pPr>
      <w:r>
        <w:t>یعنی یہ یوں کہوں گا میں کہ پولیٹیکل کنفرنٹیشن سے آپ نے اوائڈ کیا اور دعویٰ اپرچونیٹیز کو</w:t>
      </w:r>
    </w:p>
    <w:p>
      <w:r>
        <w:rPr>
          <w:b/>
        </w:rPr>
        <w:t xml:space="preserve">[23:46] </w:t>
      </w:r>
      <w:r>
        <w:t>aap ne avail kiya.</w:t>
      </w:r>
    </w:p>
    <w:p>
      <w:pPr>
        <w:jc w:val="right"/>
      </w:pPr>
      <w:r>
        <w:t>آپ نے اویل کیا۔</w:t>
      </w:r>
    </w:p>
    <w:p>
      <w:r>
        <w:rPr>
          <w:b/>
        </w:rPr>
        <w:t xml:space="preserve">[23:47] </w:t>
      </w:r>
      <w:r>
        <w:t>yani aap wahan makkah mein jahan dekhte hain kuch log hain, to is mein sardar bhi hote the,</w:t>
      </w:r>
    </w:p>
    <w:p>
      <w:pPr>
        <w:jc w:val="right"/>
      </w:pPr>
      <w:r>
        <w:t>یعنی آپ وہاں مکہ میں جہاں دیکھتے ہیں کچھ لوگ ہیں، تو اس میں سردار بھی ہوتے تھے،</w:t>
      </w:r>
    </w:p>
    <w:p>
      <w:r>
        <w:rPr>
          <w:b/>
        </w:rPr>
        <w:t xml:space="preserve">[23:55] </w:t>
      </w:r>
      <w:r>
        <w:t>sab log hote the.</w:t>
      </w:r>
    </w:p>
    <w:p>
      <w:pPr>
        <w:jc w:val="right"/>
      </w:pPr>
      <w:r>
        <w:t>سب لوگ ہوتے تھے۔</w:t>
      </w:r>
    </w:p>
    <w:p>
      <w:r>
        <w:rPr>
          <w:b/>
        </w:rPr>
        <w:t xml:space="preserve">[23:57] </w:t>
      </w:r>
      <w:r>
        <w:t>to wahan aap jate, wahan ja kar aap quran ka koi hissa parh kar sunate.</w:t>
      </w:r>
    </w:p>
    <w:p>
      <w:pPr>
        <w:jc w:val="right"/>
      </w:pPr>
      <w:r>
        <w:t>تو وہاں آپ جاتے، وہاں جا کر آپ قرآن کا کوئی حصہ پڑھ کر سناتے۔</w:t>
      </w:r>
    </w:p>
    <w:p>
      <w:r>
        <w:rPr>
          <w:b/>
        </w:rPr>
        <w:t xml:space="preserve">[24:03] </w:t>
      </w:r>
      <w:r>
        <w:t>aap yeh kehte ke aye logon eyha nass qoolu la ilaha illallah tuflehu is tarah se aap</w:t>
      </w:r>
    </w:p>
    <w:p>
      <w:pPr>
        <w:jc w:val="right"/>
      </w:pPr>
      <w:r>
        <w:t>آپ یہ کہتے کہ اے لوگوں ایہا الناس قولو لا الہ الا اللہ تفلحو اس طرح سے آپ</w:t>
      </w:r>
    </w:p>
    <w:p>
      <w:r>
        <w:rPr>
          <w:b/>
        </w:rPr>
        <w:t xml:space="preserve">[24:11] </w:t>
      </w:r>
      <w:r>
        <w:t>ان کو ایڈریس کرتے، peaceful طریقے سے۔</w:t>
      </w:r>
    </w:p>
    <w:p>
      <w:pPr>
        <w:jc w:val="right"/>
      </w:pPr>
      <w:r>
        <w:t>ان کو ایڈریس کرتے، پیس فل طریقے سے۔</w:t>
      </w:r>
    </w:p>
    <w:p>
      <w:r>
        <w:rPr>
          <w:b/>
        </w:rPr>
        <w:t xml:space="preserve">[24:14] </w:t>
      </w:r>
      <w:r>
        <w:t>lekin jahan tak political system tha un ka, is system mein unhon ne yeh nahi chaha ke mein</w:t>
      </w:r>
    </w:p>
    <w:p>
      <w:pPr>
        <w:jc w:val="right"/>
      </w:pPr>
      <w:r>
        <w:t>لیکن جہاں تک پولیٹیکل سسٹم تھا ان کا، اس سسٹم میں انہوں نے یہ نہیں چاہا کہ میں</w:t>
      </w:r>
    </w:p>
    <w:p>
      <w:r>
        <w:rPr>
          <w:b/>
        </w:rPr>
        <w:t xml:space="preserve">[24:22] </w:t>
      </w:r>
      <w:r>
        <w:t>bhi is ka member banoon, mujhe bhi is mein koi office mil jaye, mujhe bhi is mein koi</w:t>
      </w:r>
    </w:p>
    <w:p>
      <w:pPr>
        <w:jc w:val="right"/>
      </w:pPr>
      <w:r>
        <w:t>بھی اس کا ممبر بنوں، مجھے بھی اس میں کوئی آفس مل جائے، مجھے بھی اس میں کوئی</w:t>
      </w:r>
    </w:p>
    <w:p>
      <w:r>
        <w:rPr>
          <w:b/>
        </w:rPr>
        <w:t xml:space="preserve">[24:30] </w:t>
      </w:r>
      <w:r>
        <w:t>share mil jaye.</w:t>
      </w:r>
    </w:p>
    <w:p>
      <w:pPr>
        <w:jc w:val="right"/>
      </w:pPr>
      <w:r>
        <w:t>شیئر مل جائے۔</w:t>
      </w:r>
    </w:p>
    <w:p>
      <w:r>
        <w:rPr>
          <w:b/>
        </w:rPr>
        <w:t xml:space="preserve">[24:31] </w:t>
      </w:r>
      <w:r>
        <w:t>to political system ko todna, is ko aap ne apna target nahi banaya, is ko avoid kiya.</w:t>
      </w:r>
    </w:p>
    <w:p>
      <w:pPr>
        <w:jc w:val="right"/>
      </w:pPr>
      <w:r>
        <w:t>تو پولیٹیکل سسٹم کو توڑنا، اس کو آپ نے اپنا ٹارگٹ نہیں بنایا، اس کو اوائڈ کیا۔</w:t>
      </w:r>
    </w:p>
    <w:p>
      <w:r>
        <w:rPr>
          <w:b/>
        </w:rPr>
        <w:t xml:space="preserve">[24:38] </w:t>
      </w:r>
      <w:r>
        <w:t>lekin avoid kar ke aisa nahi hua ke kuch aur aap ke liye wahan par tha nahi.</w:t>
      </w:r>
    </w:p>
    <w:p>
      <w:pPr>
        <w:jc w:val="right"/>
      </w:pPr>
      <w:r>
        <w:t>لیکن اوائڈ کر کے ایسا نہیں ہوا کہ کچھ اور آپ کے لیے وہاں پر تھا نہیں۔</w:t>
      </w:r>
    </w:p>
    <w:p>
      <w:r>
        <w:rPr>
          <w:b/>
        </w:rPr>
        <w:t xml:space="preserve">[24:46] </w:t>
      </w:r>
      <w:r>
        <w:t>wahan tha opportunities, apne message ko phailane ki opportunities, apne message ko phailane ki opportunities phir bhi baki</w:t>
      </w:r>
    </w:p>
    <w:p>
      <w:pPr>
        <w:jc w:val="right"/>
      </w:pPr>
      <w:r>
        <w:t>وہاں تھا اپرچونیٹیز، اپنے میسج کو پھیلانے کی اپرچونیٹیز، اپنے میسج کو پھیلانے کی اپرچونیٹیز پھر بھی باقی</w:t>
      </w:r>
    </w:p>
    <w:p>
      <w:r>
        <w:rPr>
          <w:b/>
        </w:rPr>
        <w:t xml:space="preserve">[24:53] </w:t>
      </w:r>
      <w:r>
        <w:t>thin aap ke liye.</w:t>
      </w:r>
    </w:p>
    <w:p>
      <w:pPr>
        <w:jc w:val="right"/>
      </w:pPr>
      <w:r>
        <w:t>تھیں آپ کے لیے۔</w:t>
      </w:r>
    </w:p>
    <w:p>
      <w:r>
        <w:rPr>
          <w:b/>
        </w:rPr>
        <w:t xml:space="preserve">[24:55] </w:t>
      </w:r>
      <w:r>
        <w:t>to yeh hai wisdom jo quran mein batayi gayi ke political jo jo political system hai, jo political</w:t>
      </w:r>
    </w:p>
    <w:p>
      <w:pPr>
        <w:jc w:val="right"/>
      </w:pPr>
      <w:r>
        <w:t>تو یہ ہے وزڈم جو قرآن میں بتائی گئی کہ پولیٹیکل جو جو پولیٹیکل سسٹم ہے، جو پولیٹیکل</w:t>
      </w:r>
    </w:p>
    <w:p>
      <w:r>
        <w:rPr>
          <w:b/>
        </w:rPr>
        <w:t xml:space="preserve">[25:03] </w:t>
      </w:r>
      <w:r>
        <w:t>set up ban gaya hai, political set par jo log baithe hain, rule kar kar rahe hain, un</w:t>
      </w:r>
    </w:p>
    <w:p>
      <w:pPr>
        <w:jc w:val="right"/>
      </w:pPr>
      <w:r>
        <w:t>سیٹ اپ بن گیا ہے، پولیٹیکل سیٹ پر جو لوگ بیٹھے ہیں، رول کر کر رہے ہیں، ان</w:t>
      </w:r>
    </w:p>
    <w:p>
      <w:r>
        <w:rPr>
          <w:b/>
        </w:rPr>
        <w:t xml:space="preserve">[25:11] </w:t>
      </w:r>
      <w:r>
        <w:t>se takrao na karo bas.</w:t>
      </w:r>
    </w:p>
    <w:p>
      <w:pPr>
        <w:jc w:val="right"/>
      </w:pPr>
      <w:r>
        <w:t>سے ٹکراؤ نہ کرو بس۔</w:t>
      </w:r>
    </w:p>
    <w:p>
      <w:r>
        <w:rPr>
          <w:b/>
        </w:rPr>
        <w:t xml:space="preserve">[25:13] </w:t>
      </w:r>
      <w:r>
        <w:t>lekin is ka matlab nahi ke takrao na karein to hamare raste band hain.</w:t>
      </w:r>
    </w:p>
    <w:p>
      <w:pPr>
        <w:jc w:val="right"/>
      </w:pPr>
      <w:r>
        <w:t>لیکن اس کا مطلب نہیں کہ ٹکراؤ نہ کریں تو ہمارے راستے بند ہیں۔</w:t>
      </w:r>
    </w:p>
    <w:p>
      <w:r>
        <w:rPr>
          <w:b/>
        </w:rPr>
        <w:t xml:space="preserve">[25:19] </w:t>
      </w:r>
      <w:r>
        <w:t>phir bhi opportunities khuli hui hain.</w:t>
      </w:r>
    </w:p>
    <w:p>
      <w:pPr>
        <w:jc w:val="right"/>
      </w:pPr>
      <w:r>
        <w:t>پھر بھی اپرچونیٹیز کھلی ہوئی ہیں۔</w:t>
      </w:r>
    </w:p>
    <w:p>
      <w:r>
        <w:rPr>
          <w:b/>
        </w:rPr>
        <w:t xml:space="preserve">[25:21] </w:t>
      </w:r>
      <w:r>
        <w:t>یعنی violent activism agar aap na karein to peaceful activism ka rasta aap ke liye khula</w:t>
      </w:r>
    </w:p>
    <w:p>
      <w:pPr>
        <w:jc w:val="right"/>
      </w:pPr>
      <w:r>
        <w:t>یعنی وائلنٹ وائلنٹ ایکٹیوزم اگر آپ نہ کریں تو پیس فل ایکٹیوزم کا راستہ آپ کے لیے کھلا</w:t>
      </w:r>
    </w:p>
    <w:p>
      <w:r>
        <w:rPr>
          <w:b/>
        </w:rPr>
        <w:t xml:space="preserve">[25:29] </w:t>
      </w:r>
      <w:r>
        <w:t>rehta hai.</w:t>
      </w:r>
    </w:p>
    <w:p>
      <w:pPr>
        <w:jc w:val="right"/>
      </w:pPr>
      <w:r>
        <w:t>رہتا ہے۔</w:t>
      </w:r>
    </w:p>
    <w:p>
      <w:r>
        <w:rPr>
          <w:b/>
        </w:rPr>
        <w:t xml:space="preserve">[25:31] </w:t>
      </w:r>
      <w:r>
        <w:t>yeh formula hai.</w:t>
      </w:r>
    </w:p>
    <w:p>
      <w:pPr>
        <w:jc w:val="right"/>
      </w:pPr>
      <w:r>
        <w:t>یہ فارمولا ہے۔</w:t>
      </w:r>
    </w:p>
    <w:p>
      <w:r>
        <w:rPr>
          <w:b/>
        </w:rPr>
        <w:t xml:space="preserve">[25:32] </w:t>
      </w:r>
      <w:r>
        <w:t>violent activism se agar aap apne ko bachayein to isi waqt deen and deir aap ko mil jata</w:t>
      </w:r>
    </w:p>
    <w:p>
      <w:pPr>
        <w:jc w:val="right"/>
      </w:pPr>
      <w:r>
        <w:t>وائلنٹ ایکٹیوزم سے اگر آپ اپنے کو بچائیں تو اسی وقت دین اینڈ دیر آپ کو مل جاتا</w:t>
      </w:r>
    </w:p>
    <w:p>
      <w:r>
        <w:rPr>
          <w:b/>
        </w:rPr>
        <w:t xml:space="preserve">[25:40] </w:t>
      </w:r>
      <w:r>
        <w:t>hai mauqa ke peaceful activism ke maidan mein aap active ho jayein.</w:t>
      </w:r>
    </w:p>
    <w:p>
      <w:pPr>
        <w:jc w:val="right"/>
      </w:pPr>
      <w:r>
        <w:t>ہے موقع کہ پیس فل ایکٹیوزم کے میدان میں آپ ایکٹیو ہو جائیں۔</w:t>
      </w:r>
    </w:p>
    <w:p>
      <w:r>
        <w:rPr>
          <w:b/>
        </w:rPr>
        <w:t xml:space="preserve">[25:45] </w:t>
      </w:r>
      <w:r>
        <w:t>yeh hai formula.</w:t>
      </w:r>
    </w:p>
    <w:p>
      <w:pPr>
        <w:jc w:val="right"/>
      </w:pPr>
      <w:r>
        <w:t>یہ ہے فارمولا۔</w:t>
      </w:r>
    </w:p>
    <w:p>
      <w:r>
        <w:rPr>
          <w:b/>
        </w:rPr>
        <w:t xml:space="preserve">[25:47] </w:t>
      </w:r>
      <w:r>
        <w:t>is ko batane ke liye zaroorat thi ke aisi hasti ho jo creation plan ko jaane, aur is</w:t>
      </w:r>
    </w:p>
    <w:p>
      <w:pPr>
        <w:jc w:val="right"/>
      </w:pPr>
      <w:r>
        <w:t>اس کو بتانے کے لیے ضرورت تھی کہ ایسی ہستی ہو جو کریشن پلان کو جانے، اور اس</w:t>
      </w:r>
    </w:p>
    <w:p>
      <w:r>
        <w:rPr>
          <w:b/>
        </w:rPr>
        <w:t xml:space="preserve">[25:55] </w:t>
      </w:r>
      <w:r>
        <w:t>ko janne wala sirf Khuda tha, jis ko absolute knowledge hasil thi.</w:t>
      </w:r>
    </w:p>
    <w:p>
      <w:pPr>
        <w:jc w:val="right"/>
      </w:pPr>
      <w:r>
        <w:t>کو جاننے والا صرف خدا تھا، جس کو ایبسولیوٹ نالج حاصل تھی۔</w:t>
      </w:r>
    </w:p>
    <w:p>
      <w:r>
        <w:rPr>
          <w:b/>
        </w:rPr>
        <w:t xml:space="preserve">[26:00] </w:t>
      </w:r>
      <w:r>
        <w:t>to yahan woh baat thi ke jis ko ke Khuda ke batane se hum jaan sakte the.</w:t>
      </w:r>
    </w:p>
    <w:p>
      <w:pPr>
        <w:jc w:val="right"/>
      </w:pPr>
      <w:r>
        <w:t>تو یہاں وہ بات تھی کہ جس کو کہ خدا کے بتانے سے ہم جان سکتے تھے۔</w:t>
      </w:r>
    </w:p>
    <w:p>
      <w:r>
        <w:rPr>
          <w:b/>
        </w:rPr>
        <w:t xml:space="preserve">[26:07] </w:t>
      </w:r>
      <w:r>
        <w:t>to Khuda ne jahan tak baat thi things ki, wahan to insan ko kaha ke tum research karo</w:t>
      </w:r>
    </w:p>
    <w:p>
      <w:pPr>
        <w:jc w:val="right"/>
      </w:pPr>
      <w:r>
        <w:t>تو خدا نے جہاں تک بات تھی تھنگز کی، وہاں تو انسان کو کہا کہ تم ریسرچ کرو</w:t>
      </w:r>
    </w:p>
    <w:p>
      <w:r>
        <w:rPr>
          <w:b/>
        </w:rPr>
        <w:t xml:space="preserve">[26:15] </w:t>
      </w:r>
      <w:r>
        <w:t>aur khoj karo, explore karo aur baaton ko jano.</w:t>
      </w:r>
    </w:p>
    <w:p>
      <w:pPr>
        <w:jc w:val="right"/>
      </w:pPr>
      <w:r>
        <w:t>اور کھوج کرو، ایکسپلور کرو اور باتوں کو جانو۔</w:t>
      </w:r>
    </w:p>
    <w:p>
      <w:r>
        <w:rPr>
          <w:b/>
        </w:rPr>
        <w:t xml:space="preserve">[26:19] </w:t>
      </w:r>
      <w:r>
        <w:t>lekin jahan tak baat thi sachai ki, sachai ki to wahan par Khuda ne apne Khuda ke paas</w:t>
      </w:r>
    </w:p>
    <w:p>
      <w:pPr>
        <w:jc w:val="right"/>
      </w:pPr>
      <w:r>
        <w:t>لیکن جہاں تک بات تھی سچائی کی، سچائی کی تو وہاں پر خدا نے اپنے خدا کے پاس</w:t>
      </w:r>
    </w:p>
    <w:p>
      <w:r>
        <w:rPr>
          <w:b/>
        </w:rPr>
        <w:t xml:space="preserve">[26:26] </w:t>
      </w:r>
      <w:r>
        <w:t>jo absolute knowledge thi, us se us ne yeh book bheji jo hamare liye guide guidance ka kaam</w:t>
      </w:r>
    </w:p>
    <w:p>
      <w:pPr>
        <w:jc w:val="right"/>
      </w:pPr>
      <w:r>
        <w:t>جو ایبسولیوٹ نالج تھی، اس سے اس نے یہ بک بھیجی جو ہمارے لیے گائیڈ گائیڈنس کا کام</w:t>
      </w:r>
    </w:p>
    <w:p>
      <w:r>
        <w:rPr>
          <w:b/>
        </w:rPr>
        <w:t xml:space="preserve">[26:34] </w:t>
      </w:r>
      <w:r>
        <w:t>de, Quran.</w:t>
      </w:r>
    </w:p>
    <w:p>
      <w:pPr>
        <w:jc w:val="right"/>
      </w:pPr>
      <w:r>
        <w:t>دے، قرآن۔</w:t>
      </w:r>
    </w:p>
    <w:p>
      <w:r>
        <w:rPr>
          <w:b/>
        </w:rPr>
        <w:t xml:space="preserve">[26:36] </w:t>
      </w:r>
      <w:r>
        <w:t>is tarah se aap dekhiye, Quran ko aap kholein to sab se pehli word kya milegi aap</w:t>
      </w:r>
    </w:p>
    <w:p>
      <w:pPr>
        <w:jc w:val="right"/>
      </w:pPr>
      <w:r>
        <w:t>اس طرح سے آپ دیکھیے، قرآن کو آپ کھولیں تو سب سے پہلی ورث کیا ملے گی آپ</w:t>
      </w:r>
    </w:p>
    <w:p>
      <w:r>
        <w:rPr>
          <w:b/>
        </w:rPr>
        <w:t xml:space="preserve">[26:43] </w:t>
      </w:r>
      <w:r>
        <w:t>ko? Bismillah Rehman Rahim in the name of God most merciful most compassionate yani mein shuru</w:t>
      </w:r>
    </w:p>
    <w:p>
      <w:pPr>
        <w:jc w:val="right"/>
      </w:pPr>
      <w:r>
        <w:t>کو؟ بسم اللہ الرحمن الرحیم ان دا نیم اف گاڈ موسٹ مرسی فل موسٹ کمپیشنیٹ یعنی میں شروع</w:t>
      </w:r>
    </w:p>
    <w:p>
      <w:r>
        <w:rPr>
          <w:b/>
        </w:rPr>
        <w:t xml:space="preserve">[26:51] </w:t>
      </w:r>
      <w:r>
        <w:t>karta hoon Khuda ke naam se jo bohat merciful hai, bohat compassionate hai.</w:t>
      </w:r>
    </w:p>
    <w:p>
      <w:pPr>
        <w:jc w:val="right"/>
      </w:pPr>
      <w:r>
        <w:t>کرتا ہوں خدا کے نام سے جو بہت مرسی فل ہے، بہت کمپیشنیٹ ہے۔</w:t>
      </w:r>
    </w:p>
    <w:p>
      <w:r>
        <w:rPr>
          <w:b/>
        </w:rPr>
        <w:t xml:space="preserve">[26:57] </w:t>
      </w:r>
      <w:r>
        <w:t>yeh pehli word hai.</w:t>
      </w:r>
    </w:p>
    <w:p>
      <w:pPr>
        <w:jc w:val="right"/>
      </w:pPr>
      <w:r>
        <w:t>یہ پہلی ورث ہے۔</w:t>
      </w:r>
    </w:p>
    <w:p>
      <w:r>
        <w:rPr>
          <w:b/>
        </w:rPr>
        <w:t xml:space="preserve">[26:59] </w:t>
      </w:r>
      <w:r>
        <w:t>This verse is repeated in the Quran no less than 114 times.</w:t>
      </w:r>
    </w:p>
    <w:p>
      <w:pPr>
        <w:jc w:val="right"/>
      </w:pPr>
      <w:r>
        <w:t>دس ورث از ریپیٹڈ ان دا قرآن نالج دین 114 ٹائمز۔</w:t>
      </w:r>
    </w:p>
    <w:p>
      <w:r>
        <w:rPr>
          <w:b/>
        </w:rPr>
        <w:t xml:space="preserve">[27:03] </w:t>
      </w:r>
      <w:r>
        <w:t>yeh jo shabd hai Bismillah Rehman Rahim, yeh Quran mein 114 bar repeat kiya gaya hai.</w:t>
      </w:r>
    </w:p>
    <w:p>
      <w:pPr>
        <w:jc w:val="right"/>
      </w:pPr>
      <w:r>
        <w:t>یہ جو शब्द ہے بسم اللہ الرحمن الرحیم، یہ قرآن میں 114 بار ریپیٹ کیا گیا ہے۔</w:t>
      </w:r>
    </w:p>
    <w:p>
      <w:r>
        <w:rPr>
          <w:b/>
        </w:rPr>
        <w:t xml:space="preserve">[27:11] </w:t>
      </w:r>
      <w:r>
        <w:t>koi bhi doosri word itni bar Quran mein repeat nahi hui hai.</w:t>
      </w:r>
    </w:p>
    <w:p>
      <w:pPr>
        <w:jc w:val="right"/>
      </w:pPr>
      <w:r>
        <w:t>کوئی بھی دوسری ورث اتنی بار قرآن میں ریپیٹ نہیں ہوئی ہے۔</w:t>
      </w:r>
    </w:p>
    <w:p>
      <w:r>
        <w:rPr>
          <w:b/>
        </w:rPr>
        <w:t xml:space="preserve">[27:16] </w:t>
      </w:r>
      <w:r>
        <w:t>yeh kyun? Ab zara sochiye, aap yahan bhi Khuda ne apni absolute knowledge se hum ko ek bohat</w:t>
      </w:r>
    </w:p>
    <w:p>
      <w:pPr>
        <w:jc w:val="right"/>
      </w:pPr>
      <w:r>
        <w:t>یہ کیوں؟ اب ذرا سوچیے، آپ یہاں بھی خدا نے اپنی ایبسولیوٹ نالج سے ہم کو ایک بہت</w:t>
      </w:r>
    </w:p>
    <w:p>
      <w:r>
        <w:rPr>
          <w:b/>
        </w:rPr>
        <w:t xml:space="preserve">[27:24] </w:t>
      </w:r>
      <w:r>
        <w:t>badi guidance di, bohat badi guidance.</w:t>
      </w:r>
    </w:p>
    <w:p>
      <w:pPr>
        <w:jc w:val="right"/>
      </w:pPr>
      <w:r>
        <w:t>بڑی گائیڈنس دی، بہت بڑی گائیڈنس۔</w:t>
      </w:r>
    </w:p>
    <w:p>
      <w:r>
        <w:rPr>
          <w:b/>
        </w:rPr>
        <w:t xml:space="preserve">[27:26] </w:t>
      </w:r>
      <w:r>
        <w:t>kyunke har waqt hum koi kaam shuru karte hain, jab bhi hum koi kaam karte hain, ghar se</w:t>
      </w:r>
    </w:p>
    <w:p>
      <w:pPr>
        <w:jc w:val="right"/>
      </w:pPr>
      <w:r>
        <w:t>کیونکہ ہر وقت ہم کوئی کام شروع کرتے ہیں، جب بھی ہم کوئی کام کرتے ہیں، گھر سے</w:t>
      </w:r>
    </w:p>
    <w:p>
      <w:r>
        <w:rPr>
          <w:b/>
        </w:rPr>
        <w:t xml:space="preserve">[27:34] </w:t>
      </w:r>
      <w:r>
        <w:t>nikle office janay ke liye to goya ke hum ne aik kaam shuru kiya.</w:t>
      </w:r>
    </w:p>
    <w:p>
      <w:pPr>
        <w:jc w:val="right"/>
      </w:pPr>
      <w:r>
        <w:t>نکلے آفس جانے کے لیے تو گویا کہ ہم نے ایک کام شروع کیا۔</w:t>
      </w:r>
    </w:p>
    <w:p>
      <w:r>
        <w:rPr>
          <w:b/>
        </w:rPr>
        <w:t xml:space="preserve">[27:40] </w:t>
      </w:r>
      <w:r>
        <w:t>hum ne aik industry lagai to wahan bhi hum ne aik kaam shuru kiya.</w:t>
      </w:r>
    </w:p>
    <w:p>
      <w:pPr>
        <w:jc w:val="right"/>
      </w:pPr>
      <w:r>
        <w:t>ہم نے ایک انڈسٹری لگائی تو وہاں بھی ہم نے ایک کام شروع کیا۔</w:t>
      </w:r>
    </w:p>
    <w:p>
      <w:r>
        <w:rPr>
          <w:b/>
        </w:rPr>
        <w:t xml:space="preserve">[27:46] </w:t>
      </w:r>
      <w:r>
        <w:t>hum ne apni gari start ki to wahan bhi hum ne aik kaam shuru kiya.</w:t>
      </w:r>
    </w:p>
    <w:p>
      <w:pPr>
        <w:jc w:val="right"/>
      </w:pPr>
      <w:r>
        <w:t>ہم نے اپنی گاڑی سٹارٹ کی تو وہاں بھی ہم نے ایک کام شروع کیا۔</w:t>
      </w:r>
    </w:p>
    <w:p>
      <w:r>
        <w:rPr>
          <w:b/>
        </w:rPr>
        <w:t xml:space="preserve">[27:52] </w:t>
      </w:r>
      <w:r>
        <w:t>to is dunya mein hamesha hamein kuch bhi karna hota hai, jab to aik is ka starting point</w:t>
      </w:r>
    </w:p>
    <w:p>
      <w:pPr>
        <w:jc w:val="right"/>
      </w:pPr>
      <w:r>
        <w:t>تو اس دنیا میں ہمیشہ ہمیں کچھ بھی کرنا ہوتا ہے، جب تو ایک اس کا سٹارٹنگ پوائنٹ</w:t>
      </w:r>
    </w:p>
    <w:p>
      <w:r>
        <w:rPr>
          <w:b/>
        </w:rPr>
        <w:t xml:space="preserve">[28:00] </w:t>
      </w:r>
      <w:r>
        <w:t>hota hai jahan se hum shuru karte hain apne kaam ko.</w:t>
      </w:r>
    </w:p>
    <w:p>
      <w:pPr>
        <w:jc w:val="right"/>
      </w:pPr>
      <w:r>
        <w:t>ہوتا ہے جہاں سے ہم شروع کرتے ہیں اپنے کام کو۔</w:t>
      </w:r>
    </w:p>
    <w:p>
      <w:r>
        <w:rPr>
          <w:b/>
        </w:rPr>
        <w:t xml:space="preserve">[28:05] </w:t>
      </w:r>
      <w:r>
        <w:t>ab wahan par hamein agar yeh ho, yani yeh knowledge ho ya gyan ho ya wisdom ho, ke</w:t>
      </w:r>
    </w:p>
    <w:p>
      <w:pPr>
        <w:jc w:val="right"/>
      </w:pPr>
      <w:r>
        <w:t>اب وہاں پر ہمیں اگر یہ ہو، یعنی یہ نالج ہو یا گیان ہو یا وزڈم ہو، کہ</w:t>
      </w:r>
    </w:p>
    <w:p>
      <w:r>
        <w:rPr>
          <w:b/>
        </w:rPr>
        <w:t xml:space="preserve">[28:12] </w:t>
      </w:r>
      <w:r>
        <w:t>hum yeh keh sakein ke bismillah rehman rehim ke mein shuru karta hoon Khuda ke naam se</w:t>
      </w:r>
    </w:p>
    <w:p>
      <w:pPr>
        <w:jc w:val="right"/>
      </w:pPr>
      <w:r>
        <w:t>ہم یہ کہہ سکیں کہ بسم اللہ الرحمن الرحیم کہ میں شروع کرتا ہوں خدا کے نام سے</w:t>
      </w:r>
    </w:p>
    <w:p>
      <w:r>
        <w:rPr>
          <w:b/>
        </w:rPr>
        <w:t xml:space="preserve">[28:20] </w:t>
      </w:r>
      <w:r>
        <w:t>jo rehemat wala hai, bohat ziyada rehim hai.</w:t>
      </w:r>
    </w:p>
    <w:p>
      <w:pPr>
        <w:jc w:val="right"/>
      </w:pPr>
      <w:r>
        <w:t>جو رحمت والا ہے، بہت زیادہ رحیم ہے۔</w:t>
      </w:r>
    </w:p>
    <w:p>
      <w:r>
        <w:rPr>
          <w:b/>
        </w:rPr>
        <w:t xml:space="preserve">[28:24] </w:t>
      </w:r>
      <w:r>
        <w:t>in the name of God most merciful most compassionate.</w:t>
      </w:r>
    </w:p>
    <w:p>
      <w:pPr>
        <w:jc w:val="right"/>
      </w:pPr>
      <w:r>
        <w:t>ان دا نیم اف گاڈ موسٹ مرسی فل موسٹ کمپیشنیٹ۔</w:t>
      </w:r>
    </w:p>
    <w:p>
      <w:r>
        <w:rPr>
          <w:b/>
        </w:rPr>
        <w:t xml:space="preserve">[28:28] </w:t>
      </w:r>
      <w:r>
        <w:t>is mein kya hai? aap ko aik conviction milta hai, conviction.</w:t>
      </w:r>
    </w:p>
    <w:p>
      <w:pPr>
        <w:jc w:val="right"/>
      </w:pPr>
      <w:r>
        <w:t>اس میں کیا ہے؟ آپ کو ایک کنوکشن ملتا ہے، کنوکشن۔</w:t>
      </w:r>
    </w:p>
    <w:p>
      <w:r>
        <w:rPr>
          <w:b/>
        </w:rPr>
        <w:t xml:space="preserve">[28:33] </w:t>
      </w:r>
      <w:r>
        <w:t>kyun ke dekhiye, har kaam jo aap shuru karte hain to aap andhere mein chhalang lagate hain.</w:t>
      </w:r>
    </w:p>
    <w:p>
      <w:pPr>
        <w:jc w:val="right"/>
      </w:pPr>
      <w:r>
        <w:t>کیونکہ دیکھیے، ہر کام جو آپ شروع کرتے ہیں تو آپ اندھیرے میں چھلانگ لگاتے ہیں۔</w:t>
      </w:r>
    </w:p>
    <w:p>
      <w:r>
        <w:rPr>
          <w:b/>
        </w:rPr>
        <w:t xml:space="preserve">[28:39] </w:t>
      </w:r>
      <w:r>
        <w:t>har kaam yaad rakhiye, andhere mein chhalang hoti hai.</w:t>
      </w:r>
    </w:p>
    <w:p>
      <w:pPr>
        <w:jc w:val="right"/>
      </w:pPr>
      <w:r>
        <w:t>ہر کام یاد رکھیے، اندھیرے میں چھلانگ ہوتی ہے۔</w:t>
      </w:r>
    </w:p>
    <w:p>
      <w:r>
        <w:rPr>
          <w:b/>
        </w:rPr>
        <w:t xml:space="preserve">[28:43] </w:t>
      </w:r>
      <w:r>
        <w:t>woh ab mein jaise ke pani peeta hoon, yeh bhi andhere mein chhalang hai.</w:t>
      </w:r>
    </w:p>
    <w:p>
      <w:pPr>
        <w:jc w:val="right"/>
      </w:pPr>
      <w:r>
        <w:t>وہ اب میں جیسے کہ پانی پیتا ہوں، یہ بھی اندھیرے میں چھلانگ ہے۔</w:t>
      </w:r>
    </w:p>
    <w:p>
      <w:r>
        <w:rPr>
          <w:b/>
        </w:rPr>
        <w:t xml:space="preserve">[28:49] </w:t>
      </w:r>
      <w:r>
        <w:t>kyun ke mujhe nahi maloom ke is pani mein koi aur cheez to nahi mili hui hai, koi aisi</w:t>
      </w:r>
    </w:p>
    <w:p>
      <w:pPr>
        <w:jc w:val="right"/>
      </w:pPr>
      <w:r>
        <w:t>کیونکہ مجھے نہیں معلوم کہ اس پانی میں کوئی اور چیز تو نہیں ملی ہوئی ہے، کوئی ایسی</w:t>
      </w:r>
    </w:p>
    <w:p>
      <w:r>
        <w:rPr>
          <w:b/>
        </w:rPr>
        <w:t xml:space="preserve">[28:57] </w:t>
      </w:r>
      <w:r>
        <w:t>cheez to nahi mili hai jo mere liye harmful ho.</w:t>
      </w:r>
    </w:p>
    <w:p>
      <w:pPr>
        <w:jc w:val="right"/>
      </w:pPr>
      <w:r>
        <w:t>چیز تو نہیں ملی ہے جو میرے لیے ہارم فل ہو۔</w:t>
      </w:r>
    </w:p>
    <w:p>
      <w:r>
        <w:rPr>
          <w:b/>
        </w:rPr>
        <w:t xml:space="preserve">[29:02] </w:t>
      </w:r>
      <w:r>
        <w:t>mujhe pata nahi, jab mein apni gari start karta hoon to woh bhi andhere mein chhalang hai.</w:t>
      </w:r>
    </w:p>
    <w:p>
      <w:pPr>
        <w:jc w:val="right"/>
      </w:pPr>
      <w:r>
        <w:t>مجھے پتہ نہیں، جب میں اپنی گاڑی سٹارٹ کرتا ہوں تو وہ بھی اندھیرے میں چھلانگ ہے۔</w:t>
      </w:r>
    </w:p>
    <w:p>
      <w:r>
        <w:rPr>
          <w:b/>
        </w:rPr>
        <w:t xml:space="preserve">[29:09] </w:t>
      </w:r>
      <w:r>
        <w:t>kyun ke mujhe nahi pata ke aage ja kar kya hoga, aage ja kar kya hoga.</w:t>
      </w:r>
    </w:p>
    <w:p>
      <w:pPr>
        <w:jc w:val="right"/>
      </w:pPr>
      <w:r>
        <w:t>کیونکہ مجھے نہیں پتہ کہ آگے جا کر کیا ہوگا، آگے جا کر کیا ہوگا۔</w:t>
      </w:r>
    </w:p>
    <w:p>
      <w:r>
        <w:rPr>
          <w:b/>
        </w:rPr>
        <w:t xml:space="preserve">[29:15] </w:t>
      </w:r>
      <w:r>
        <w:t>aik pilot jab jahaz urata hai to us ko woh bhi andhere mein chhalang hai.</w:t>
      </w:r>
    </w:p>
    <w:p>
      <w:pPr>
        <w:jc w:val="right"/>
      </w:pPr>
      <w:r>
        <w:t>ایک پائلٹ جب جہاز اڑاتا ہے تو اس کو وہ بھی اندھیرے میں چھلانگ ہے۔</w:t>
      </w:r>
    </w:p>
    <w:p>
      <w:r>
        <w:rPr>
          <w:b/>
        </w:rPr>
        <w:t xml:space="preserve">[29:22] </w:t>
      </w:r>
      <w:r>
        <w:t>us ko pata nahi ke aage ja kar ke woh jo jis ko kehte hain down, woh jo</w:t>
      </w:r>
    </w:p>
    <w:p>
      <w:pPr>
        <w:jc w:val="right"/>
      </w:pPr>
      <w:r>
        <w:t>اس کو پتہ نہیں کہ آگے جا کر کہ وہ جو جس کو کہتے ہیں ڈاؤن، وہ جو</w:t>
      </w:r>
    </w:p>
    <w:p>
      <w:r>
        <w:rPr>
          <w:b/>
        </w:rPr>
        <w:t xml:space="preserve">[29:30] </w:t>
      </w:r>
      <w:r>
        <w:t>jahaz neeche ooper hota hai.</w:t>
      </w:r>
    </w:p>
    <w:p>
      <w:pPr>
        <w:jc w:val="right"/>
      </w:pPr>
      <w:r>
        <w:t>جہاز نیچے اوپر ہوتا ہے۔</w:t>
      </w:r>
    </w:p>
    <w:p>
      <w:r>
        <w:rPr>
          <w:b/>
        </w:rPr>
        <w:t xml:space="preserve">[29:32] </w:t>
      </w:r>
      <w:r>
        <w:t>up draft, down draft, ke up draft, down draft ho ke nahi hoga.</w:t>
      </w:r>
    </w:p>
    <w:p>
      <w:pPr>
        <w:jc w:val="right"/>
      </w:pPr>
      <w:r>
        <w:t>اپ ڈرافٹ، ڈاؤن ڈرافٹ، کہ اپ ڈرافٹ، ڈاؤن ڈرافٹ ہو کہ نہیں ہوگا۔</w:t>
      </w:r>
    </w:p>
    <w:p>
      <w:r>
        <w:rPr>
          <w:b/>
        </w:rPr>
        <w:t xml:space="preserve">[29:37] </w:t>
      </w:r>
      <w:r>
        <w:t>ya landing ke waqt bohat se problem hote hain, woh honge ke nahi honge.</w:t>
      </w:r>
    </w:p>
    <w:p>
      <w:pPr>
        <w:jc w:val="right"/>
      </w:pPr>
      <w:r>
        <w:t>یا لینڈنگ کے وقت بہت سے پرابلم ہوتے ہیں، وہ ہوں گے کہ نہیں ہوں گے۔</w:t>
      </w:r>
    </w:p>
    <w:p>
      <w:r>
        <w:rPr>
          <w:b/>
        </w:rPr>
        <w:t xml:space="preserve">[29:44] </w:t>
      </w:r>
      <w:r>
        <w:t>farz kiya adhi aa gayi hai ke nahi aa jayegi.</w:t>
      </w:r>
    </w:p>
    <w:p>
      <w:pPr>
        <w:jc w:val="right"/>
      </w:pPr>
      <w:r>
        <w:t>فرض کیا ادھی آ گئی ہے کہ نہیں آ جائے گی۔</w:t>
      </w:r>
    </w:p>
    <w:p>
      <w:r>
        <w:rPr>
          <w:b/>
        </w:rPr>
        <w:t xml:space="preserve">[29:49] </w:t>
      </w:r>
      <w:r>
        <w:t>koi bird jo hai takra jayegi ke nahi takra jayegi.</w:t>
      </w:r>
    </w:p>
    <w:p>
      <w:pPr>
        <w:jc w:val="right"/>
      </w:pPr>
      <w:r>
        <w:t>کوئی برڈ جو ہے ٹکرا جائے گی کہ نہیں ٹکرا جائے گی۔</w:t>
      </w:r>
    </w:p>
    <w:p>
      <w:r>
        <w:rPr>
          <w:b/>
        </w:rPr>
        <w:t xml:space="preserve">[29:54] </w:t>
      </w:r>
      <w:r>
        <w:t>aap jante hain ke agar koi bird rastay mein jahaz se takra jaye to aik bohat bara accident</w:t>
      </w:r>
    </w:p>
    <w:p>
      <w:pPr>
        <w:jc w:val="right"/>
      </w:pPr>
      <w:r>
        <w:t>آپ جانتے ہیں کہ اگر کوئی برڈ راستے میں جہاز سے ٹکرا جائے تو ایک بہت بڑا ایکسیڈنٹ</w:t>
      </w:r>
    </w:p>
    <w:p>
      <w:r>
        <w:rPr>
          <w:b/>
        </w:rPr>
        <w:t xml:space="preserve">[30:02] </w:t>
      </w:r>
      <w:r>
        <w:t>hota hai, woh yaani jahaz crash kar sakta hai.</w:t>
      </w:r>
    </w:p>
    <w:p>
      <w:pPr>
        <w:jc w:val="right"/>
      </w:pPr>
      <w:r>
        <w:t>ہوتا ہے، وہ یعنی جہاز کریش کر سکتا ہے۔</w:t>
      </w:r>
    </w:p>
    <w:p>
      <w:r>
        <w:rPr>
          <w:b/>
        </w:rPr>
        <w:t xml:space="preserve">[30:06] </w:t>
      </w:r>
      <w:r>
        <w:t>to jab ek pilot, chahe kitna hi zyada woh trend ho, jab woh urata hai jahaz to andhere</w:t>
      </w:r>
    </w:p>
    <w:p>
      <w:pPr>
        <w:jc w:val="right"/>
      </w:pPr>
      <w:r>
        <w:t>تو جب ایک پائلٹ، چاہے کتنا ہی زیادہ وہ ٹرینڈ ہو، جب وہ اڑاتا ہے جہاز تو اندھیرے</w:t>
      </w:r>
    </w:p>
    <w:p>
      <w:r>
        <w:rPr>
          <w:b/>
        </w:rPr>
        <w:t xml:space="preserve">[30:13] </w:t>
      </w:r>
      <w:r>
        <w:t>mein chhalang hoti hai.</w:t>
      </w:r>
    </w:p>
    <w:p>
      <w:pPr>
        <w:jc w:val="right"/>
      </w:pPr>
      <w:r>
        <w:t>میں چھلانگ ہوتی ہے۔</w:t>
      </w:r>
    </w:p>
    <w:p>
      <w:r>
        <w:rPr>
          <w:b/>
        </w:rPr>
        <w:t xml:space="preserve">[30:15] </w:t>
      </w:r>
      <w:r>
        <w:t>sab cheezon ka hi haal hai, sab cheezon ka.</w:t>
      </w:r>
    </w:p>
    <w:p>
      <w:pPr>
        <w:jc w:val="right"/>
      </w:pPr>
      <w:r>
        <w:t>سب چیزوں کا ہی حال ہے، سب چیزوں کا۔</w:t>
      </w:r>
    </w:p>
    <w:p>
      <w:r>
        <w:rPr>
          <w:b/>
        </w:rPr>
        <w:t xml:space="preserve">[30:19] </w:t>
      </w:r>
      <w:r>
        <w:t>ab yahan par aap ko ek conviction milta hai ke jis duniya mein aap chhalang laga rahe hain,</w:t>
      </w:r>
    </w:p>
    <w:p>
      <w:pPr>
        <w:jc w:val="right"/>
      </w:pPr>
      <w:r>
        <w:t>اب یہاں پر آپ کو ایک کنوکشن ملتا ہے کہ جس دنیا میں آپ چھلانگ لگا رہے ہیں،</w:t>
      </w:r>
    </w:p>
    <w:p>
      <w:r>
        <w:rPr>
          <w:b/>
        </w:rPr>
        <w:t xml:space="preserve">[30:27] </w:t>
      </w:r>
      <w:r>
        <w:t>is ka jo creator hai, creator woh rahim hai aur rehman hai, woh merciful hai, compassionate hai.</w:t>
      </w:r>
    </w:p>
    <w:p>
      <w:pPr>
        <w:jc w:val="right"/>
      </w:pPr>
      <w:r>
        <w:t>اس کا جو کریٹر ہے، کریٹر وہ رحیم ہے اور رحمان ہے، وہ مرسی فل ہے، کمپیشنیٹ ہے۔</w:t>
      </w:r>
    </w:p>
    <w:p>
      <w:r>
        <w:rPr>
          <w:b/>
        </w:rPr>
        <w:t xml:space="preserve">[30:34] </w:t>
      </w:r>
      <w:r>
        <w:t>ek kitna bara is se hamein conviction milta hai ke jis duniya mein hum dakhil ho rahe hain,</w:t>
      </w:r>
    </w:p>
    <w:p>
      <w:pPr>
        <w:jc w:val="right"/>
      </w:pPr>
      <w:r>
        <w:t>ایک کتنا بڑا اس سے ہمیں کنوکشن ملتا ہے کہ جس دنیا میں ہم داخل ہو رہے ہیں،</w:t>
      </w:r>
    </w:p>
    <w:p>
      <w:r>
        <w:rPr>
          <w:b/>
        </w:rPr>
        <w:t xml:space="preserve">[30:42] </w:t>
      </w:r>
      <w:r>
        <w:t>jahan hum ek andhere mein chhalang laga rahe hain, to is ko banane wala kaun hai? is ko</w:t>
      </w:r>
    </w:p>
    <w:p>
      <w:pPr>
        <w:jc w:val="right"/>
      </w:pPr>
      <w:r>
        <w:t>جہاں ہم ایک اندھیرے میں چھلانگ لگا رہے ہیں، تو اس کو بنانے والا کون ہے؟ اس کو</w:t>
      </w:r>
    </w:p>
    <w:p>
      <w:r>
        <w:rPr>
          <w:b/>
        </w:rPr>
        <w:t xml:space="preserve">[30:50] </w:t>
      </w:r>
      <w:r>
        <w:t>banane wala woh hai jo rehmat wala hai, jo rahim hai, jo is ko insaan se mohabbat hai,</w:t>
      </w:r>
    </w:p>
    <w:p>
      <w:pPr>
        <w:jc w:val="right"/>
      </w:pPr>
      <w:r>
        <w:t>بنانے والا وہ ہے جو رحمت والا ہے، جو رحیم ہے، جو اس کو انسان سے محبت ہے،</w:t>
      </w:r>
    </w:p>
    <w:p>
      <w:r>
        <w:rPr>
          <w:b/>
        </w:rPr>
        <w:t xml:space="preserve">[30:57] </w:t>
      </w:r>
      <w:r>
        <w:t>insaan jis ka concern hai.</w:t>
      </w:r>
    </w:p>
    <w:p>
      <w:pPr>
        <w:jc w:val="right"/>
      </w:pPr>
      <w:r>
        <w:t>انسان جس کا کنسرن ہے۔</w:t>
      </w:r>
    </w:p>
    <w:p>
      <w:r>
        <w:rPr>
          <w:b/>
        </w:rPr>
        <w:t xml:space="preserve">[31:00] </w:t>
      </w:r>
      <w:r>
        <w:t>to phir aap ko ek conviction milta hai, ek hope milti hai, ek yaqeen milta hai.</w:t>
      </w:r>
    </w:p>
    <w:p>
      <w:pPr>
        <w:jc w:val="right"/>
      </w:pPr>
      <w:r>
        <w:t>تو پھر آپ کو ایک کنوکشن ملتا ہے، ایک ہوپ ملتی ہے، ایک یقین ملتا ہے۔</w:t>
      </w:r>
    </w:p>
    <w:p>
      <w:r>
        <w:rPr>
          <w:b/>
        </w:rPr>
        <w:t xml:space="preserve">[31:06] </w:t>
      </w:r>
      <w:r>
        <w:t>aap dekhein, bismillah rahman rahim mein kitni bari baat kahi gayi hai, isi liye is ko 114</w:t>
      </w:r>
    </w:p>
    <w:p>
      <w:pPr>
        <w:jc w:val="right"/>
      </w:pPr>
      <w:r>
        <w:t>آپ دیکھیں، بسم اللہ الرحمن الرحیم میں کتنی بڑی بات کہی گئی ہے، اسی لیے اس کو 114</w:t>
      </w:r>
    </w:p>
    <w:p>
      <w:r>
        <w:rPr>
          <w:b/>
        </w:rPr>
        <w:t xml:space="preserve">[31:14] </w:t>
      </w:r>
      <w:r>
        <w:t>baar quran mein repeat kiya gaya hai.</w:t>
      </w:r>
    </w:p>
    <w:p>
      <w:pPr>
        <w:jc w:val="right"/>
      </w:pPr>
      <w:r>
        <w:t>بار قرآن میں ریپیٹ کیا گیا ہے۔</w:t>
      </w:r>
    </w:p>
    <w:p>
      <w:r>
        <w:rPr>
          <w:b/>
        </w:rPr>
        <w:t xml:space="preserve">[31:17] </w:t>
      </w:r>
      <w:r>
        <w:t>to starting point mein yeh kalma aap ko yaqeen de deta hai.</w:t>
      </w:r>
    </w:p>
    <w:p>
      <w:pPr>
        <w:jc w:val="right"/>
      </w:pPr>
      <w:r>
        <w:t>تو اسٹارٹنگ پوائنٹ میں یہ کلمہ آپ کو یقین دے دیتا ہے۔</w:t>
      </w:r>
    </w:p>
    <w:p>
      <w:r>
        <w:rPr>
          <w:b/>
        </w:rPr>
        <w:t xml:space="preserve">[31:22] </w:t>
      </w:r>
      <w:r>
        <w:t>to yeh kaun de sakta tha? yeh wohi de sakta tha jis ko absolute knowledge ho.</w:t>
      </w:r>
    </w:p>
    <w:p>
      <w:pPr>
        <w:jc w:val="right"/>
      </w:pPr>
      <w:r>
        <w:t>تو یہ کون دے سکتا تھا؟ یہ وہی دے سکتا تھا جس کو ایبسولیوٹ نالج ہو۔</w:t>
      </w:r>
    </w:p>
    <w:p>
      <w:r>
        <w:rPr>
          <w:b/>
        </w:rPr>
        <w:t xml:space="preserve">[31:29] </w:t>
      </w:r>
      <w:r>
        <w:t>is tarah se aap dekhiye, hum dekhte hain ke hum duniya mein aaye, 50 saal, 60 saal, 70</w:t>
      </w:r>
    </w:p>
    <w:p>
      <w:pPr>
        <w:jc w:val="right"/>
      </w:pPr>
      <w:r>
        <w:t>اس طرح سے آپ دیکھیے، ہم دیکھتے ہیں کہ ہم دنیا میں آئے، 50 سال، 60 سال، 70</w:t>
      </w:r>
    </w:p>
    <w:p>
      <w:r>
        <w:rPr>
          <w:b/>
        </w:rPr>
        <w:t xml:space="preserve">[31:37] </w:t>
      </w:r>
      <w:r>
        <w:t>saal zinda rahe, phir mar gaye.</w:t>
      </w:r>
    </w:p>
    <w:p>
      <w:pPr>
        <w:jc w:val="right"/>
      </w:pPr>
      <w:r>
        <w:t>سال زندہ رہے، پھر مر گئے۔</w:t>
      </w:r>
    </w:p>
    <w:p>
      <w:r>
        <w:rPr>
          <w:b/>
        </w:rPr>
        <w:t xml:space="preserve">[31:39] </w:t>
      </w:r>
      <w:r>
        <w:t>saare log aate hain aur mar jaate hain, sau saal se kami mein.</w:t>
      </w:r>
    </w:p>
    <w:p>
      <w:pPr>
        <w:jc w:val="right"/>
      </w:pPr>
      <w:r>
        <w:t>سارے لوگ آتے ہیں اور مر جاتے ہیں، سو سال سے کمی میں۔</w:t>
      </w:r>
    </w:p>
    <w:p>
      <w:r>
        <w:rPr>
          <w:b/>
        </w:rPr>
        <w:t xml:space="preserve">[31:45] </w:t>
      </w:r>
      <w:r>
        <w:t>to yeh kya hai muamla? zindagi kya hai? maut kya hai? yeh kaun bataye? yeh kaun bataye? zahir</w:t>
      </w:r>
    </w:p>
    <w:p>
      <w:pPr>
        <w:jc w:val="right"/>
      </w:pPr>
      <w:r>
        <w:t>تو یہ کیا ہے معاملہ؟ زندگی کیا ہے؟ موت کیا ہے؟ یہ کون بتائے؟ یہ کون بتائے؟ ظاہر</w:t>
      </w:r>
    </w:p>
    <w:p>
      <w:r>
        <w:rPr>
          <w:b/>
        </w:rPr>
        <w:t xml:space="preserve">[31:53] </w:t>
      </w:r>
      <w:r>
        <w:t>hai ke wohi bata sakta hai jis ko absolute knowledge ho.</w:t>
      </w:r>
    </w:p>
    <w:p>
      <w:pPr>
        <w:jc w:val="right"/>
      </w:pPr>
      <w:r>
        <w:t>ہے کہ وہی بتا سکتا ہے جس کو ایبسولیوٹ نالج ہو۔</w:t>
      </w:r>
    </w:p>
    <w:p>
      <w:r>
        <w:rPr>
          <w:b/>
        </w:rPr>
        <w:t xml:space="preserve">[31:57] </w:t>
      </w:r>
      <w:r>
        <w:t>absolute knowledge ka matlab kya hai? jo space and time ke beyond dekh sakta ho.</w:t>
      </w:r>
    </w:p>
    <w:p>
      <w:pPr>
        <w:jc w:val="right"/>
      </w:pPr>
      <w:r>
        <w:t>ایبسولیوٹ نالج کا مطلب کیا ہے؟ جو سپیس اینڈ ٹائم کے بیونڈ دیکھ سکتا ہو۔</w:t>
      </w:r>
    </w:p>
    <w:p>
      <w:r>
        <w:rPr>
          <w:b/>
        </w:rPr>
        <w:t xml:space="preserve">[32:04] </w:t>
      </w:r>
      <w:r>
        <w:t>hum aap jo hain, space and time ke andar dekhte hain, is liye hamari knowledge bohat limited hoti</w:t>
      </w:r>
    </w:p>
    <w:p>
      <w:pPr>
        <w:jc w:val="right"/>
      </w:pPr>
      <w:r>
        <w:t>ہم آپ جو ہیں، سپیس اینڈ ٹائم کے اندر دیکھتے ہیں، اس لیے ہماری نالج بہت لمیٹڈ ہوتی</w:t>
      </w:r>
    </w:p>
    <w:p>
      <w:r>
        <w:rPr>
          <w:b/>
        </w:rPr>
        <w:t xml:space="preserve">[32:12] </w:t>
      </w:r>
      <w:r>
        <w:t>hai, limited.</w:t>
      </w:r>
    </w:p>
    <w:p>
      <w:pPr>
        <w:jc w:val="right"/>
      </w:pPr>
      <w:r>
        <w:t>ہے، لمیٹڈ۔</w:t>
      </w:r>
    </w:p>
    <w:p>
      <w:r>
        <w:rPr>
          <w:b/>
        </w:rPr>
        <w:t xml:space="preserve">[32:13] </w:t>
      </w:r>
      <w:r>
        <w:t>lekin yeh janne ke liye ke life kya hai, death kya hai, post death kya hai, pre death</w:t>
      </w:r>
    </w:p>
    <w:p>
      <w:pPr>
        <w:jc w:val="right"/>
      </w:pPr>
      <w:r>
        <w:t>لیکن یہ جاننے کے لیے کہ لائف کیا ہے، ڈیتھ کیا ہے، پوسٹ ڈیتھ کیا ہے، پری ڈیتھ</w:t>
      </w:r>
    </w:p>
    <w:p>
      <w:r>
        <w:rPr>
          <w:b/>
        </w:rPr>
        <w:t xml:space="preserve">[32:21] </w:t>
      </w:r>
      <w:r>
        <w:t>kya hai, is ke liye woh hasti jaan sakti hai jis ko space and time ke beyond jis</w:t>
      </w:r>
    </w:p>
    <w:p>
      <w:pPr>
        <w:jc w:val="right"/>
      </w:pPr>
      <w:r>
        <w:t>کیا ہے، اس کے لیے وہ ہستی جان سکتی ہے جس کو سپیس اینڈ ٹائم کے بیونڈ جس</w:t>
      </w:r>
    </w:p>
    <w:p>
      <w:r>
        <w:rPr>
          <w:b/>
        </w:rPr>
        <w:t xml:space="preserve">[32:28] </w:t>
      </w:r>
      <w:r>
        <w:t>ka knowledge ho, jo wahan tak dekh sakta ho jahan hum nahin dekh sakte, tab woh bata sakta</w:t>
      </w:r>
    </w:p>
    <w:p>
      <w:pPr>
        <w:jc w:val="right"/>
      </w:pPr>
      <w:r>
        <w:t>کا نالج ہو، جو وہاں تک دیکھ سکتا ہو جہاں ہم نہیں دیکھ سکتے، تب وہ بتا سکتا</w:t>
      </w:r>
    </w:p>
    <w:p>
      <w:r>
        <w:rPr>
          <w:b/>
        </w:rPr>
        <w:t xml:space="preserve">[32:36] </w:t>
      </w:r>
      <w:r>
        <w:t>hai.</w:t>
      </w:r>
    </w:p>
    <w:p>
      <w:pPr>
        <w:jc w:val="right"/>
      </w:pPr>
      <w:r>
        <w:t>ہے۔</w:t>
      </w:r>
    </w:p>
    <w:p>
      <w:r>
        <w:rPr>
          <w:b/>
        </w:rPr>
        <w:t xml:space="preserve">[32:38] </w:t>
      </w:r>
      <w:r>
        <w:t>to Khuda ne bataya Quran Majeed mein ke maut tumhari zindagi ka khatma nahin hai.</w:t>
      </w:r>
    </w:p>
    <w:p>
      <w:pPr>
        <w:jc w:val="right"/>
      </w:pPr>
      <w:r>
        <w:t>تو خدا نے بتایا قرآن مجید میں کہ موت تمہاری زندگی کا خاتمہ نہیں ہے۔</w:t>
      </w:r>
    </w:p>
    <w:p>
      <w:r>
        <w:rPr>
          <w:b/>
        </w:rPr>
        <w:t xml:space="preserve">[32:44] </w:t>
      </w:r>
      <w:r>
        <w:t>یعنی Death is not an end, Death is a new beginning.</w:t>
      </w:r>
    </w:p>
    <w:p>
      <w:pPr>
        <w:jc w:val="right"/>
      </w:pPr>
      <w:r>
        <w:t>یعنی ڈیتھ از ناٹ این اینڈ، ڈیتھ از ا نیو بگننگ۔</w:t>
      </w:r>
    </w:p>
    <w:p>
      <w:r>
        <w:rPr>
          <w:b/>
        </w:rPr>
        <w:t xml:space="preserve">[32:49] </w:t>
      </w:r>
      <w:r>
        <w:t>jab aap marte hain to aap khatam nahin ho jaate, woh ek nayi beginning hai.</w:t>
      </w:r>
    </w:p>
    <w:p>
      <w:pPr>
        <w:jc w:val="right"/>
      </w:pPr>
      <w:r>
        <w:t>جب آپ مرتے ہیں تو آپ ختم نہیں ہو جاتے، وہ ایک نئی بگننگ ہے۔</w:t>
      </w:r>
    </w:p>
    <w:p>
      <w:r>
        <w:rPr>
          <w:b/>
        </w:rPr>
        <w:t xml:space="preserve">[32:55] </w:t>
      </w:r>
      <w:r>
        <w:t>یعنی آپ پری ڈیتھ پیریڈ آف لائف سے نکل کر پوسٹ ڈیتھ پیریڈ آف لائف میں پہنچ جاتے</w:t>
      </w:r>
    </w:p>
    <w:p>
      <w:pPr>
        <w:jc w:val="right"/>
      </w:pPr>
      <w:r>
        <w:t>یعنی آپ پری ڈیتھ پیریڈ اف لائف سے نکل کر پوسٹ ڈیتھ پیریڈ اف لائف میں پہنچ جاتے</w:t>
      </w:r>
    </w:p>
    <w:p>
      <w:r>
        <w:rPr>
          <w:b/>
        </w:rPr>
        <w:t xml:space="preserve">[33:03] </w:t>
      </w:r>
      <w:r>
        <w:t>hain.</w:t>
      </w:r>
    </w:p>
    <w:p>
      <w:pPr>
        <w:jc w:val="right"/>
      </w:pPr>
      <w:r>
        <w:t>ہیں۔</w:t>
      </w:r>
    </w:p>
    <w:p>
      <w:r>
        <w:rPr>
          <w:b/>
        </w:rPr>
        <w:t xml:space="preserve">[33:04] </w:t>
      </w:r>
      <w:r>
        <w:t>to Khudaai ko pata tha ke is ne life ko do bhaag mein baant diya hai, life ko</w:t>
      </w:r>
    </w:p>
    <w:p>
      <w:pPr>
        <w:jc w:val="right"/>
      </w:pPr>
      <w:r>
        <w:t>تو خدائی کو پتہ تھا کہ اس نے لائف کو دو بھاگ میں بانٹ دیا ہے، لائف کو</w:t>
      </w:r>
    </w:p>
    <w:p>
      <w:r>
        <w:rPr>
          <w:b/>
        </w:rPr>
        <w:t xml:space="preserve">[33:12] </w:t>
      </w:r>
      <w:r>
        <w:t>do hisse mein baant diya hai.</w:t>
      </w:r>
    </w:p>
    <w:p>
      <w:pPr>
        <w:jc w:val="right"/>
      </w:pPr>
      <w:r>
        <w:t>دو حصے میں بانٹ دیا ہے۔</w:t>
      </w:r>
    </w:p>
    <w:p>
      <w:r>
        <w:rPr>
          <w:b/>
        </w:rPr>
        <w:t xml:space="preserve">[33:15] </w:t>
      </w:r>
      <w:r>
        <w:t>yaani pre-death period aur post-death period, yeh kaun jaanta tha? Kaun bata sakta tha? To agar</w:t>
      </w:r>
    </w:p>
    <w:p>
      <w:pPr>
        <w:jc w:val="right"/>
      </w:pPr>
      <w:r>
        <w:t>یعنی پری ڈیتھ پیریڈ اور پوسٹ ڈیتھ پیریڈ، یہ کون جانتا تھا؟ کون بتا سکتا تھا؟ تو اگر</w:t>
      </w:r>
    </w:p>
    <w:p>
      <w:r>
        <w:rPr>
          <w:b/>
        </w:rPr>
        <w:t xml:space="preserve">[33:22] </w:t>
      </w:r>
      <w:r>
        <w:t>aap, agar hum ko yeh ilm na ho, hum yeh samjhein ke bas yeh duniya mein jeena marna</w:t>
      </w:r>
    </w:p>
    <w:p>
      <w:pPr>
        <w:jc w:val="right"/>
      </w:pPr>
      <w:r>
        <w:t>آپ، اگر ہم کو یہ علم نہ ہو، ہم یہ سمجھیں کہ بس یہ دنیا میں جینا مرنا</w:t>
      </w:r>
    </w:p>
    <w:p>
      <w:r>
        <w:rPr>
          <w:b/>
        </w:rPr>
        <w:t xml:space="preserve">[33:30] </w:t>
      </w:r>
      <w:r>
        <w:t>hai, aur khao piyo mar jao, right here, right now ka jo nikla concept, woh isi se nikla</w:t>
      </w:r>
    </w:p>
    <w:p>
      <w:pPr>
        <w:jc w:val="right"/>
      </w:pPr>
      <w:r>
        <w:t>ہے، اور کھاؤ پیو مر جاؤ، رائٹ ہیر، رائٹ ناؤ کا جو نکلا کانسیپٹ، وہ اسی سے نکلا</w:t>
      </w:r>
    </w:p>
    <w:p>
      <w:r>
        <w:rPr>
          <w:b/>
        </w:rPr>
        <w:t xml:space="preserve">[33:38] </w:t>
      </w:r>
      <w:r>
        <w:t>ke hum jaante nahin.</w:t>
      </w:r>
    </w:p>
    <w:p>
      <w:pPr>
        <w:jc w:val="right"/>
      </w:pPr>
      <w:r>
        <w:t>کہ ہم جانتے نہیں۔</w:t>
      </w:r>
    </w:p>
    <w:p>
      <w:r>
        <w:rPr>
          <w:b/>
        </w:rPr>
        <w:t xml:space="preserve">[33:40] </w:t>
      </w:r>
      <w:r>
        <w:t>ab bataiye ke aap right here, right now ke concept mein jee rahe hain, aur phir achaanak aap</w:t>
      </w:r>
    </w:p>
    <w:p>
      <w:pPr>
        <w:jc w:val="right"/>
      </w:pPr>
      <w:r>
        <w:t>اب بتائیے کہ آپ رائٹ ہیر، رائٹ ناؤ کے کانسیپٹ میں جی رہے ہیں، اور پھر اچانک آپ</w:t>
      </w:r>
    </w:p>
    <w:p>
      <w:r>
        <w:rPr>
          <w:b/>
        </w:rPr>
        <w:t xml:space="preserve">[33:47] </w:t>
      </w:r>
      <w:r>
        <w:t>ko 60 baras, 70 saal badh jaate hain, marte hain, achaanak aap ek nayi duniya mein apne ko</w:t>
      </w:r>
    </w:p>
    <w:p>
      <w:pPr>
        <w:jc w:val="right"/>
      </w:pPr>
      <w:r>
        <w:t>کو 60 برس، 70 سال بڑھ جاتے ہیں، مرتے ہیں، اچانک آپ ایک نئی دنیا میں اپنے کو</w:t>
      </w:r>
    </w:p>
    <w:p>
      <w:r>
        <w:rPr>
          <w:b/>
        </w:rPr>
        <w:t xml:space="preserve">[33:55] </w:t>
      </w:r>
      <w:r>
        <w:t>khada hua paate hain, achaanak bilkul.</w:t>
      </w:r>
    </w:p>
    <w:p>
      <w:pPr>
        <w:jc w:val="right"/>
      </w:pPr>
      <w:r>
        <w:t>کھڑا ہوا پاتے ہیں، اچانک بالکل۔</w:t>
      </w:r>
    </w:p>
    <w:p>
      <w:r>
        <w:rPr>
          <w:b/>
        </w:rPr>
        <w:t xml:space="preserve">[33:58] </w:t>
      </w:r>
      <w:r>
        <w:t>mein ek martaba hawai jahaz se safar kar raha tha, ek country mein humein jaana tha, wahan hum</w:t>
      </w:r>
    </w:p>
    <w:p>
      <w:pPr>
        <w:jc w:val="right"/>
      </w:pPr>
      <w:r>
        <w:t>میں ایک مرتبہ ہوائی جہاز سے سفر کر رہا تھا، ایک کنٹری میں ہمیں جانا تھا، وہاں ہم</w:t>
      </w:r>
    </w:p>
    <w:p>
      <w:r>
        <w:rPr>
          <w:b/>
        </w:rPr>
        <w:t xml:space="preserve">[34:05] </w:t>
      </w:r>
      <w:r>
        <w:t>pahunche to pehle se humein wahan ka pata nahin tha.</w:t>
      </w:r>
    </w:p>
    <w:p>
      <w:pPr>
        <w:jc w:val="right"/>
      </w:pPr>
      <w:r>
        <w:t>پہنچے تو پہلے سے ہمیں وہاں کا پتہ نہیں تھا۔</w:t>
      </w:r>
    </w:p>
    <w:p>
      <w:r>
        <w:rPr>
          <w:b/>
        </w:rPr>
        <w:t xml:space="preserve">[34:10] </w:t>
      </w:r>
      <w:r>
        <w:t>pehli baar mein gaya wahan, wahan sab French zubaan chalti thi.</w:t>
      </w:r>
    </w:p>
    <w:p>
      <w:pPr>
        <w:jc w:val="right"/>
      </w:pPr>
      <w:r>
        <w:t>پہلی بار میں گیا وہاں، وہاں سب فرینچ زبان چلتی تھی۔</w:t>
      </w:r>
    </w:p>
    <w:p>
      <w:r>
        <w:rPr>
          <w:b/>
        </w:rPr>
        <w:t xml:space="preserve">[34:14] </w:t>
      </w:r>
      <w:r>
        <w:t>mein ya to Arabic jaanta hoon, ya English jaanta hoon, ya Urdu jaanta hoon, ya Hindi jaanta hoon,</w:t>
      </w:r>
    </w:p>
    <w:p>
      <w:pPr>
        <w:jc w:val="right"/>
      </w:pPr>
      <w:r>
        <w:t>میں یا تو عربک جانتا ہوں، یا انگلش جانتا ہوں، یا اردو جانتا ہوں، یا ہندی جانتا ہوں،</w:t>
      </w:r>
    </w:p>
    <w:p>
      <w:r>
        <w:rPr>
          <w:b/>
        </w:rPr>
        <w:t xml:space="preserve">[34:22] </w:t>
      </w:r>
      <w:r>
        <w:t>kuch Persian jaanta hoon, lekin mein French to jaanta nahin.</w:t>
      </w:r>
    </w:p>
    <w:p>
      <w:pPr>
        <w:jc w:val="right"/>
      </w:pPr>
      <w:r>
        <w:t>کچھ پرشین جانتا ہوں، لیکن میں فرینچ تو جانتا نہیں۔</w:t>
      </w:r>
    </w:p>
    <w:p>
      <w:r>
        <w:rPr>
          <w:b/>
        </w:rPr>
        <w:t xml:space="preserve">[34:26] </w:t>
      </w:r>
      <w:r>
        <w:t>ab wahan sab French jaanne wale, ab kis se baat karein? Koi apna friend nahin, koi apna relative</w:t>
      </w:r>
    </w:p>
    <w:p>
      <w:pPr>
        <w:jc w:val="right"/>
      </w:pPr>
      <w:r>
        <w:t>اب وہاں سب فرینچ جاننے والے، اب کس سے بات کریں؟ کوئی اپنا فرینڈ نہیں، کوئی اپنا ریلیٹو</w:t>
      </w:r>
    </w:p>
    <w:p>
      <w:r>
        <w:rPr>
          <w:b/>
        </w:rPr>
        <w:t xml:space="preserve">[34:34] </w:t>
      </w:r>
      <w:r>
        <w:t>nahin, koi aisa aadmi jis se hum baat kar sakein.</w:t>
      </w:r>
    </w:p>
    <w:p>
      <w:pPr>
        <w:jc w:val="right"/>
      </w:pPr>
      <w:r>
        <w:t>نہیں، کوئی ایسا آدمی جس سے ہم بات کر سکیں۔</w:t>
      </w:r>
    </w:p>
    <w:p>
      <w:r>
        <w:rPr>
          <w:b/>
        </w:rPr>
        <w:t xml:space="preserve">[34:38] </w:t>
      </w:r>
      <w:r>
        <w:t>achaanak laga ke mein kahan aa gaya? Wahan mere khayal mein koi ghar tha, na mere paas koi</w:t>
      </w:r>
    </w:p>
    <w:p>
      <w:pPr>
        <w:jc w:val="right"/>
      </w:pPr>
      <w:r>
        <w:t>اچانک لگا کہ میں کہاں آ گیا؟ وہاں میرے خیال میں کوئی گھر تھا، نہ میرے پاس کوئی</w:t>
      </w:r>
    </w:p>
    <w:p>
      <w:r>
        <w:rPr>
          <w:b/>
        </w:rPr>
        <w:t xml:space="preserve">[34:46] </w:t>
      </w:r>
      <w:r>
        <w:t>gaadi thi, na koi mujhe address mere paas tha, na mere paas koi telephone number tha kisi</w:t>
      </w:r>
    </w:p>
    <w:p>
      <w:pPr>
        <w:jc w:val="right"/>
      </w:pPr>
      <w:r>
        <w:t>گاڑی تھی، نہ کوئی مجھے ایڈریس میرے پاس تھا، نہ میرے پاس کوئی ٹیلی فون نمبر تھا کسی</w:t>
      </w:r>
    </w:p>
    <w:p>
      <w:r>
        <w:rPr>
          <w:b/>
        </w:rPr>
        <w:t xml:space="preserve">[34:54] </w:t>
      </w:r>
      <w:r>
        <w:t>ka.</w:t>
      </w:r>
    </w:p>
    <w:p>
      <w:pPr>
        <w:jc w:val="right"/>
      </w:pPr>
      <w:r>
        <w:t>کا۔</w:t>
      </w:r>
    </w:p>
    <w:p>
      <w:r>
        <w:rPr>
          <w:b/>
        </w:rPr>
        <w:t xml:space="preserve">[34:55] </w:t>
      </w:r>
      <w:r>
        <w:t>achaanak ek ek stranger ke taur par, jahan koi aage na peeche, koi daayein na baayein, to kuch</w:t>
      </w:r>
    </w:p>
    <w:p>
      <w:pPr>
        <w:jc w:val="right"/>
      </w:pPr>
      <w:r>
        <w:t>اچانک ایک ایک اسٹرینجر کے طور پر، جہاں کوئی آگے نہ پیچھے، کوئی دائیں نہ بائیں، تو کچھ</w:t>
      </w:r>
    </w:p>
    <w:p>
      <w:r>
        <w:rPr>
          <w:b/>
        </w:rPr>
        <w:t xml:space="preserve">[35:03] </w:t>
      </w:r>
      <w:r>
        <w:t>deer ke liye mujhe ajeeb aik aik.</w:t>
      </w:r>
    </w:p>
    <w:p>
      <w:pPr>
        <w:jc w:val="right"/>
      </w:pPr>
      <w:r>
        <w:t>دیر کے لیے مجھے عجیب ایک ایک۔</w:t>
      </w:r>
    </w:p>
    <w:p>
      <w:r>
        <w:rPr>
          <w:b/>
        </w:rPr>
        <w:t xml:space="preserve">[35:06] </w:t>
      </w:r>
      <w:r>
        <w:t>That was a triple experience for me, a triple experience for me.</w:t>
      </w:r>
    </w:p>
    <w:p>
      <w:pPr>
        <w:jc w:val="right"/>
      </w:pPr>
      <w:r>
        <w:t>That was a triple experience for me, a triple experience for me.</w:t>
      </w:r>
    </w:p>
    <w:p>
      <w:r>
        <w:rPr>
          <w:b/>
        </w:rPr>
        <w:t xml:space="preserve">[35:11] </w:t>
      </w:r>
      <w:r>
        <w:t>isi ko aap billion time barha dijiye, billion billion trillion time barha dijiye ke aadmi mara, marne ke</w:t>
      </w:r>
    </w:p>
    <w:p>
      <w:pPr>
        <w:jc w:val="right"/>
      </w:pPr>
      <w:r>
        <w:t>اسی کو آپ بلین ٹائم بڑھا دیجیے، بلین بلین ٹریلین ٹائم بڑھا دیجیے کہ آدمی مرا، مرنے کے</w:t>
      </w:r>
    </w:p>
    <w:p>
      <w:r>
        <w:rPr>
          <w:b/>
        </w:rPr>
        <w:t xml:space="preserve">[35:19] </w:t>
      </w:r>
      <w:r>
        <w:t>baad aik is dunya mein pohancha, woh jahan yeh sab kuch chhoot chuka tha.</w:t>
      </w:r>
    </w:p>
    <w:p>
      <w:pPr>
        <w:jc w:val="right"/>
      </w:pPr>
      <w:r>
        <w:t>بعد ایک اس دنیا میں پہنچا، وہ جہاں یہ سب کچھ چھوٹ چکا تھا۔</w:t>
      </w:r>
    </w:p>
    <w:p>
      <w:r>
        <w:rPr>
          <w:b/>
        </w:rPr>
        <w:t xml:space="preserve">[35:25] </w:t>
      </w:r>
      <w:r>
        <w:t>yahan to aap jante hain ke aap ka ghar hai, aap ki family hai, aap ke friend hain,</w:t>
      </w:r>
    </w:p>
    <w:p>
      <w:pPr>
        <w:jc w:val="right"/>
      </w:pPr>
      <w:r>
        <w:t>یہاں تو آپ جانتے ہیں کہ آپ کا گھر ہے، آپ کی فیملی ہے، آپ کے فرینڈ ہیں،</w:t>
      </w:r>
    </w:p>
    <w:p>
      <w:r>
        <w:rPr>
          <w:b/>
        </w:rPr>
        <w:t xml:space="preserve">[35:33] </w:t>
      </w:r>
      <w:r>
        <w:t>aap ke bohat saare saathi hain, yahan bohat saari cheezein hain jo aap jis ko aap apni samajhte</w:t>
      </w:r>
    </w:p>
    <w:p>
      <w:pPr>
        <w:jc w:val="right"/>
      </w:pPr>
      <w:r>
        <w:t>آپ کے بہت سارے ساتھی ہیں، یہاں بہت ساری چیزیں ہیں جو آپ جس کو آپ اپنی سمجھتے</w:t>
      </w:r>
    </w:p>
    <w:p>
      <w:r>
        <w:rPr>
          <w:b/>
        </w:rPr>
        <w:t xml:space="preserve">[35:40] </w:t>
      </w:r>
      <w:r>
        <w:t>hain, us ke beech mein aap reh rahe hain, kha pee rahe hain.</w:t>
      </w:r>
    </w:p>
    <w:p>
      <w:pPr>
        <w:jc w:val="right"/>
      </w:pPr>
      <w:r>
        <w:t>ہیں، اس کے بیچ میں آپ رہ رہے ہیں، کھا پی رہے ہیں۔</w:t>
      </w:r>
    </w:p>
    <w:p>
      <w:r>
        <w:rPr>
          <w:b/>
        </w:rPr>
        <w:t xml:space="preserve">[35:46] </w:t>
      </w:r>
      <w:r>
        <w:t>achanak aap aik is dunya mein pohanch jayenge marne ke baad, jahan wahan par desert hoga, jangla</w:t>
      </w:r>
    </w:p>
    <w:p>
      <w:pPr>
        <w:jc w:val="right"/>
      </w:pPr>
      <w:r>
        <w:t>اچانک آپ ایک اس دنیا میں پہنچ جائیں گے مرنے کے بعد، جہاں وہاں پر ڈیزرٹ ہوگا، جنگل</w:t>
      </w:r>
    </w:p>
    <w:p>
      <w:r>
        <w:rPr>
          <w:b/>
        </w:rPr>
        <w:t xml:space="preserve">[35:54] </w:t>
      </w:r>
      <w:r>
        <w:t>hoga, aur kuch bhi nahi, aage na peechay.</w:t>
      </w:r>
    </w:p>
    <w:p>
      <w:pPr>
        <w:jc w:val="right"/>
      </w:pPr>
      <w:r>
        <w:t>ہوگا، اور کچھ بھی نہیں، آگے نہ پیچھے۔</w:t>
      </w:r>
    </w:p>
    <w:p>
      <w:r>
        <w:rPr>
          <w:b/>
        </w:rPr>
        <w:t xml:space="preserve">[35:57] </w:t>
      </w:r>
      <w:r>
        <w:t>aisa aise ke aap ko achanak utaar diya jaye aik aik planet mein, jo sirf chatanain chatanain hain.</w:t>
      </w:r>
    </w:p>
    <w:p>
      <w:pPr>
        <w:jc w:val="right"/>
      </w:pPr>
      <w:r>
        <w:t>ایسا ایسے کہ آپ کو اچانک اتار دیا جائے ایک ایک پلینٹ میں، جو صرف چٹانیں چٹانیں ہیں۔</w:t>
      </w:r>
    </w:p>
    <w:p>
      <w:r>
        <w:rPr>
          <w:b/>
        </w:rPr>
        <w:t xml:space="preserve">[36:05] </w:t>
      </w:r>
      <w:r>
        <w:t>aap jante hain ke yeh dunya jahan hum rehte hain, planet Earth, yahin par sar sabzi hai, yahin par</w:t>
      </w:r>
    </w:p>
    <w:p>
      <w:pPr>
        <w:jc w:val="right"/>
      </w:pPr>
      <w:r>
        <w:t>آپ جانتے ہیں کہ یہ دنیا جہاں ہم رہتے ہیں، پلینٹ ارتھ، یہیں پر سرسبزی ہے، یہیں پر</w:t>
      </w:r>
    </w:p>
    <w:p>
      <w:r>
        <w:rPr>
          <w:b/>
        </w:rPr>
        <w:t xml:space="preserve">[36:12] </w:t>
      </w:r>
      <w:r>
        <w:t>pani hai, yahin par life support system hai.</w:t>
      </w:r>
    </w:p>
    <w:p>
      <w:pPr>
        <w:jc w:val="right"/>
      </w:pPr>
      <w:r>
        <w:t>پانی ہے، یہیں پر لائف سپورٹ سسٹم ہے۔</w:t>
      </w:r>
    </w:p>
    <w:p>
      <w:r>
        <w:rPr>
          <w:b/>
        </w:rPr>
        <w:t xml:space="preserve">[36:16] </w:t>
      </w:r>
      <w:r>
        <w:t>ab achanak aap ko kisi star par utaar diya jaye, jahan aag hi aag hai, aap ko kisi</w:t>
      </w:r>
    </w:p>
    <w:p>
      <w:pPr>
        <w:jc w:val="right"/>
      </w:pPr>
      <w:r>
        <w:t>اب اچانک آپ کو کسی سٹار پر اتار دیا جائے، جہاں آگ ہی آگ ہے، آپ کو کسی</w:t>
      </w:r>
    </w:p>
    <w:p>
      <w:r>
        <w:rPr>
          <w:b/>
        </w:rPr>
        <w:t xml:space="preserve">[36:24] </w:t>
      </w:r>
      <w:r>
        <w:t>planet par utaar diya jaye, jahan sirf chatanain chatanain hain, to aap ka kya haal hoga? woh aik</w:t>
      </w:r>
    </w:p>
    <w:p>
      <w:pPr>
        <w:jc w:val="right"/>
      </w:pPr>
      <w:r>
        <w:t>پلینٹ پر اتار دیا جائے، جہاں صرف چٹانیں چٹانیں ہیں، تو آپ کا کیا حال ہوگا؟ وہ ایک</w:t>
      </w:r>
    </w:p>
    <w:p>
      <w:r>
        <w:rPr>
          <w:b/>
        </w:rPr>
        <w:t xml:space="preserve">[36:31] </w:t>
      </w:r>
      <w:r>
        <w:t>terrible experience hoga.</w:t>
      </w:r>
    </w:p>
    <w:p>
      <w:pPr>
        <w:jc w:val="right"/>
      </w:pPr>
      <w:r>
        <w:t>ٹریبل ایکسپیرینس ہوگا۔</w:t>
      </w:r>
    </w:p>
    <w:p>
      <w:r>
        <w:rPr>
          <w:b/>
        </w:rPr>
        <w:t xml:space="preserve">[36:33] </w:t>
      </w:r>
      <w:r>
        <w:t>to ab yeh kaun bata sakta tha ke aisa aik din tumhare liye aanay wala hai? yeh sirf</w:t>
      </w:r>
    </w:p>
    <w:p>
      <w:pPr>
        <w:jc w:val="right"/>
      </w:pPr>
      <w:r>
        <w:t>تو اب یہ کون بتا سکتا تھا کہ ایسا ایک دن تمہارے لیے آنے والا ہے؟ یہ صرف</w:t>
      </w:r>
    </w:p>
    <w:p>
      <w:r>
        <w:rPr>
          <w:b/>
        </w:rPr>
        <w:t xml:space="preserve">[36:40] </w:t>
      </w:r>
      <w:r>
        <w:t>Khuda bata sakta tha.</w:t>
      </w:r>
    </w:p>
    <w:p>
      <w:pPr>
        <w:jc w:val="right"/>
      </w:pPr>
      <w:r>
        <w:t>خدا بتا سکتا تھا۔</w:t>
      </w:r>
    </w:p>
    <w:p>
      <w:r>
        <w:rPr>
          <w:b/>
        </w:rPr>
        <w:t xml:space="preserve">[36:42] </w:t>
      </w:r>
      <w:r>
        <w:t>to Khuda ne Quran utara yeh batane ke liye ke Khuda ke creational plan ke mutabiq maut ke</w:t>
      </w:r>
    </w:p>
    <w:p>
      <w:pPr>
        <w:jc w:val="right"/>
      </w:pPr>
      <w:r>
        <w:t>تو خدا نے قرآن اتارا یہ بتانے کے لیے کہ خدا کے کریشنل پلان کے مطابق موت کے</w:t>
      </w:r>
    </w:p>
    <w:p>
      <w:r>
        <w:rPr>
          <w:b/>
        </w:rPr>
        <w:t xml:space="preserve">[36:50] </w:t>
      </w:r>
      <w:r>
        <w:t>baad kya hai, taake tum is ke liye apne ko prepare karo, apne ko tayyar karo.</w:t>
      </w:r>
    </w:p>
    <w:p>
      <w:pPr>
        <w:jc w:val="right"/>
      </w:pPr>
      <w:r>
        <w:t>بعد کیا ہے، تاکہ تم اس کے لیے اپنے کو پریپیئر کرو، اپنے کو تیار کرو۔</w:t>
      </w:r>
    </w:p>
    <w:p>
      <w:r>
        <w:rPr>
          <w:b/>
        </w:rPr>
        <w:t xml:space="preserve">[36:57] </w:t>
      </w:r>
      <w:r>
        <w:t>phir dekhiye, dunya mein hum rehte hain, hum samajhte hain ke na koi punishment hai, na koi reward</w:t>
      </w:r>
    </w:p>
    <w:p>
      <w:pPr>
        <w:jc w:val="right"/>
      </w:pPr>
      <w:r>
        <w:t>پھر دیکھیے، دنیا میں ہم رہتے ہیں، ہم سمجھتے ہیں کہ نہ کوئی پنشمنٹ ہے، نہ کوئی ریوارڈ</w:t>
      </w:r>
    </w:p>
    <w:p>
      <w:r>
        <w:rPr>
          <w:b/>
        </w:rPr>
        <w:t xml:space="preserve">[37:04] </w:t>
      </w:r>
      <w:r>
        <w:t>hai, jo chahe karein, kuch bhi karte rahein, kuch bhi karte rahein, mar jayein.</w:t>
      </w:r>
    </w:p>
    <w:p>
      <w:pPr>
        <w:jc w:val="right"/>
      </w:pPr>
      <w:r>
        <w:t>ہے، جو چاہے کریں، کچھ بھی کرتے رہیں، کچھ بھی کرتے رہیں، مر جائیں۔</w:t>
      </w:r>
    </w:p>
    <w:p>
      <w:r>
        <w:rPr>
          <w:b/>
        </w:rPr>
        <w:t xml:space="preserve">[37:10] </w:t>
      </w:r>
      <w:r>
        <w:t>lekin Khuda ne bataya, har insaan ke saath Khuda ne do angel laga diye azā'a al-mutalaqqiyāni 'alā</w:t>
      </w:r>
    </w:p>
    <w:p>
      <w:pPr>
        <w:jc w:val="right"/>
      </w:pPr>
      <w:r>
        <w:t>لیکن خدا نے بتایا، ہر انسان کے ساتھ خدا نے دو اینجل لگا دیے اذ اطلق المتلقیان علی</w:t>
      </w:r>
    </w:p>
    <w:p>
      <w:r>
        <w:rPr>
          <w:b/>
        </w:rPr>
        <w:t xml:space="preserve">[37:18] </w:t>
      </w:r>
      <w:r>
        <w:t>al-yamīni wa 'alā al-shimāli al-qaydi yeh do angel har aadmi ke saath hote hain, kis liye? us ki zindagi</w:t>
      </w:r>
    </w:p>
    <w:p>
      <w:pPr>
        <w:jc w:val="right"/>
      </w:pPr>
      <w:r>
        <w:t>الیمین وعلی الشمال القید یہ دو اینجل ہر آدمی کے ساتھ ہوتے ہیں، کس لیے؟ اس کی زندگی</w:t>
      </w:r>
    </w:p>
    <w:p>
      <w:r>
        <w:rPr>
          <w:b/>
        </w:rPr>
        <w:t xml:space="preserve">[37:26] </w:t>
      </w:r>
      <w:r>
        <w:t>ka record banane ke liye.</w:t>
      </w:r>
    </w:p>
    <w:p>
      <w:pPr>
        <w:jc w:val="right"/>
      </w:pPr>
      <w:r>
        <w:t>کا ریکارڈ بنانے کے لیے۔</w:t>
      </w:r>
    </w:p>
    <w:p>
      <w:r>
        <w:rPr>
          <w:b/>
        </w:rPr>
        <w:t xml:space="preserve">[37:28] </w:t>
      </w:r>
      <w:r>
        <w:t>kya insaan ne soch raha hai, woh bhi un ko pata hai.</w:t>
      </w:r>
    </w:p>
    <w:p>
      <w:pPr>
        <w:jc w:val="right"/>
      </w:pPr>
      <w:r>
        <w:t>کیا انسان نے سوچ رہا ہے، وہ بھی ان کو پتہ ہے۔</w:t>
      </w:r>
    </w:p>
    <w:p>
      <w:r>
        <w:rPr>
          <w:b/>
        </w:rPr>
        <w:t xml:space="preserve">[37:33] </w:t>
      </w:r>
      <w:r>
        <w:t>kya insaan kar raha hai, woh bhi un ko pata hai.</w:t>
      </w:r>
    </w:p>
    <w:p>
      <w:pPr>
        <w:jc w:val="right"/>
      </w:pPr>
      <w:r>
        <w:t>کیا انسان کر رہا ہے، وہ بھی ان کو پتہ ہے۔</w:t>
      </w:r>
    </w:p>
    <w:p>
      <w:r>
        <w:rPr>
          <w:b/>
        </w:rPr>
        <w:t xml:space="preserve">[37:38] </w:t>
      </w:r>
      <w:r>
        <w:t>hum kya bol rahe hain, woh bhi un ko pata hai.</w:t>
      </w:r>
    </w:p>
    <w:p>
      <w:pPr>
        <w:jc w:val="right"/>
      </w:pPr>
      <w:r>
        <w:t>ہم کیا بول رہے ہیں، وہ بھی ان کو پتہ ہے۔</w:t>
      </w:r>
    </w:p>
    <w:p>
      <w:r>
        <w:rPr>
          <w:b/>
        </w:rPr>
        <w:t xml:space="preserve">[37:43] </w:t>
      </w:r>
      <w:r>
        <w:t>yani hum un ko nahi dekhte, woh hum ko dekhte hain.</w:t>
      </w:r>
    </w:p>
    <w:p>
      <w:pPr>
        <w:jc w:val="right"/>
      </w:pPr>
      <w:r>
        <w:t>یعنی ہم ان کو نہیں دیکھتے، وہ ہم کو دیکھتے ہیں۔</w:t>
      </w:r>
    </w:p>
    <w:p>
      <w:r>
        <w:rPr>
          <w:b/>
        </w:rPr>
        <w:t xml:space="preserve">[37:47] </w:t>
      </w:r>
      <w:r>
        <w:t>yani angel jo hain, woh hum hum un ko nahi dekhte, lekin woh hum ko dekh rahe hain.</w:t>
      </w:r>
    </w:p>
    <w:p>
      <w:pPr>
        <w:jc w:val="right"/>
      </w:pPr>
      <w:r>
        <w:t>یعنی اینجل جو ہیں، وہ ہم ہم ان کو نہیں دیکھتے، لیکن وہ ہم کو دیکھ رہے ہیں۔</w:t>
      </w:r>
    </w:p>
    <w:p>
      <w:r>
        <w:rPr>
          <w:b/>
        </w:rPr>
        <w:t xml:space="preserve">[37:55] </w:t>
      </w:r>
      <w:r>
        <w:t>hamare dil tak ko pata hai inhein.</w:t>
      </w:r>
    </w:p>
    <w:p>
      <w:pPr>
        <w:jc w:val="right"/>
      </w:pPr>
      <w:r>
        <w:t>ہمارے دل تک کو پتہ ہے انہیں۔</w:t>
      </w:r>
    </w:p>
    <w:p>
      <w:r>
        <w:rPr>
          <w:b/>
        </w:rPr>
        <w:t xml:space="preserve">[37:58] </w:t>
      </w:r>
      <w:r>
        <w:t>to hamare intention ka, hamari speech ka, hamare behavior ka, hamari dealing ka, hamari activities ka, har cheez</w:t>
      </w:r>
    </w:p>
    <w:p>
      <w:pPr>
        <w:jc w:val="right"/>
      </w:pPr>
      <w:r>
        <w:t>تو ہمارے انٹینشن کا، ہماری سپیچ کا، ہمارے بیہیویئر کا، ہماری ڈیلنگ کا، ہماری ایکٹیویٹیز کا، ہر چیز</w:t>
      </w:r>
    </w:p>
    <w:p>
      <w:r>
        <w:rPr>
          <w:b/>
        </w:rPr>
        <w:t xml:space="preserve">[38:06] </w:t>
      </w:r>
      <w:r>
        <w:t>ka woh record bana rahe hain.</w:t>
      </w:r>
    </w:p>
    <w:p>
      <w:pPr>
        <w:jc w:val="right"/>
      </w:pPr>
      <w:r>
        <w:t>کا وہ ریکارڈ بنا رہے ہیں۔</w:t>
      </w:r>
    </w:p>
    <w:p>
      <w:r>
        <w:rPr>
          <w:b/>
        </w:rPr>
        <w:t xml:space="preserve">[38:08] </w:t>
      </w:r>
      <w:r>
        <w:t>record, aur yeh sara record woh Khuda ke samne pesh kar denge dayf judgment mein.</w:t>
      </w:r>
    </w:p>
    <w:p>
      <w:pPr>
        <w:jc w:val="right"/>
      </w:pPr>
      <w:r>
        <w:t>ریکارڈ، اور یہ سارا ریکارڈ وہ خدا کے سامنے پیش کر دیں گے ڈیف ججمنٹ میں۔</w:t>
      </w:r>
    </w:p>
    <w:p>
      <w:r>
        <w:rPr>
          <w:b/>
        </w:rPr>
        <w:t xml:space="preserve">[38:15] </w:t>
      </w:r>
      <w:r>
        <w:t>to Quran mein bataya hai ke ek dayf judgment aane wala hai.</w:t>
      </w:r>
    </w:p>
    <w:p>
      <w:pPr>
        <w:jc w:val="right"/>
      </w:pPr>
      <w:r>
        <w:t>تو قرآن میں بتایا ہے کہ ایک ڈیف ججمنٹ آنے والا ہے۔</w:t>
      </w:r>
    </w:p>
    <w:p>
      <w:r>
        <w:rPr>
          <w:b/>
        </w:rPr>
        <w:t xml:space="preserve">[38:20] </w:t>
      </w:r>
      <w:r>
        <w:t>Quran mein aap parhein to bar bar aap ko milegi yeh baat ke ek dayf judgment aane</w:t>
      </w:r>
    </w:p>
    <w:p>
      <w:pPr>
        <w:jc w:val="right"/>
      </w:pPr>
      <w:r>
        <w:t>قرآن میں آپ پڑھیں تو بار بار آپ کو ملے گی یہ بات کہ ایک ڈیف ججمنٹ آنے</w:t>
      </w:r>
    </w:p>
    <w:p>
      <w:r>
        <w:rPr>
          <w:b/>
        </w:rPr>
        <w:t xml:space="preserve">[38:28] </w:t>
      </w:r>
      <w:r>
        <w:t>wala hai.</w:t>
      </w:r>
    </w:p>
    <w:p>
      <w:pPr>
        <w:jc w:val="right"/>
      </w:pPr>
      <w:r>
        <w:t>والا ہے۔</w:t>
      </w:r>
    </w:p>
    <w:p>
      <w:r>
        <w:rPr>
          <w:b/>
        </w:rPr>
        <w:t xml:space="preserve">[38:30] </w:t>
      </w:r>
      <w:r>
        <w:t>to wahan par yeh angel ka record hoga, aur Khuda hoga.</w:t>
      </w:r>
    </w:p>
    <w:p>
      <w:pPr>
        <w:jc w:val="right"/>
      </w:pPr>
      <w:r>
        <w:t>تو وہاں پر یہ اینجل کا ریکارڈ ہوگا، اور خدا ہوگا۔</w:t>
      </w:r>
    </w:p>
    <w:p>
      <w:r>
        <w:rPr>
          <w:b/>
        </w:rPr>
        <w:t xml:space="preserve">[38:34] </w:t>
      </w:r>
      <w:r>
        <w:t>is record ke mutabiq Khuda decide karega, apna judgment dega, apna verdict dega, har ek</w:t>
      </w:r>
    </w:p>
    <w:p>
      <w:pPr>
        <w:jc w:val="right"/>
      </w:pPr>
      <w:r>
        <w:t>اس ریکارڈ کے مطابق خدا ڈیسائیڈ کرے گا، اپنا ججمنٹ دے گا، اپنا ورڈک دے گا، ہر ایک</w:t>
      </w:r>
    </w:p>
    <w:p>
      <w:r>
        <w:rPr>
          <w:b/>
        </w:rPr>
        <w:t xml:space="preserve">[38:42] </w:t>
      </w:r>
      <w:r>
        <w:t>ke liye.</w:t>
      </w:r>
    </w:p>
    <w:p>
      <w:pPr>
        <w:jc w:val="right"/>
      </w:pPr>
      <w:r>
        <w:t>کے لیے۔</w:t>
      </w:r>
    </w:p>
    <w:p>
      <w:r>
        <w:rPr>
          <w:b/>
        </w:rPr>
        <w:t xml:space="preserve">[38:43] </w:t>
      </w:r>
      <w:r>
        <w:t>ke kisi ko punishment dega, woh hell mein jayega.</w:t>
      </w:r>
    </w:p>
    <w:p>
      <w:pPr>
        <w:jc w:val="right"/>
      </w:pPr>
      <w:r>
        <w:t>کہ کسی کو پنشمنٹ دے گا، وہ ہیل میں جائے گا۔</w:t>
      </w:r>
    </w:p>
    <w:p>
      <w:r>
        <w:rPr>
          <w:b/>
        </w:rPr>
        <w:t xml:space="preserve">[38:48] </w:t>
      </w:r>
      <w:r>
        <w:t>kisi ko reward dega, woh paradise mein jayega.</w:t>
      </w:r>
    </w:p>
    <w:p>
      <w:pPr>
        <w:jc w:val="right"/>
      </w:pPr>
      <w:r>
        <w:t>کسی کو ریوارڈ دے گا، وہ پیراڈائز میں جائے گا۔</w:t>
      </w:r>
    </w:p>
    <w:p>
      <w:r>
        <w:rPr>
          <w:b/>
        </w:rPr>
        <w:t xml:space="preserve">[38:52] </w:t>
      </w:r>
      <w:r>
        <w:t>ab yeh sab kaise hum jante hain? koi science hamein yeh baatein nahi bata sakti.</w:t>
      </w:r>
    </w:p>
    <w:p>
      <w:pPr>
        <w:jc w:val="right"/>
      </w:pPr>
      <w:r>
        <w:t>اب یہ سب کیسے ہم جانتے ہیں؟ کوئی سائنس ہمیں یہ باتیں نہیں بتا سکتی۔</w:t>
      </w:r>
    </w:p>
    <w:p>
      <w:r>
        <w:rPr>
          <w:b/>
        </w:rPr>
        <w:t xml:space="preserve">[38:59] </w:t>
      </w:r>
      <w:r>
        <w:t>kyun ke science to sirf limited knowledge tak pohnchti hai.</w:t>
      </w:r>
    </w:p>
    <w:p>
      <w:pPr>
        <w:jc w:val="right"/>
      </w:pPr>
      <w:r>
        <w:t>کیونکہ سائنس تو صرف لمیٹڈ نالج تک پہنچتی ہے۔</w:t>
      </w:r>
    </w:p>
    <w:p>
      <w:r>
        <w:rPr>
          <w:b/>
        </w:rPr>
        <w:t xml:space="preserve">[39:03] </w:t>
      </w:r>
      <w:r>
        <w:t>yani objective aspect jo hai cheezon ka, wohi tak pohnchta hai science ki.</w:t>
      </w:r>
    </w:p>
    <w:p>
      <w:pPr>
        <w:jc w:val="right"/>
      </w:pPr>
      <w:r>
        <w:t>یعنی ابجیکٹو اسپیکٹ جو ہے چیزوں کا، وہی تک پہنچتا ہے سائنس کی۔</w:t>
      </w:r>
    </w:p>
    <w:p>
      <w:r>
        <w:rPr>
          <w:b/>
        </w:rPr>
        <w:t xml:space="preserve">[39:08] </w:t>
      </w:r>
      <w:r>
        <w:t>yani science, yani space and time ke beyond jo knowledge hai, woh science nahi jaan sakti.</w:t>
      </w:r>
    </w:p>
    <w:p>
      <w:pPr>
        <w:jc w:val="right"/>
      </w:pPr>
      <w:r>
        <w:t>یعنی سائنس، یعنی سپیس اینڈ ٹائم کے بیانڈ جو نالج ہے، وہ سائنس نہیں جان سکتی۔</w:t>
      </w:r>
    </w:p>
    <w:p>
      <w:r>
        <w:rPr>
          <w:b/>
        </w:rPr>
        <w:t xml:space="preserve">[39:15] </w:t>
      </w:r>
      <w:r>
        <w:t>is liye woh bata bhi nahi sakti.</w:t>
      </w:r>
    </w:p>
    <w:p>
      <w:pPr>
        <w:jc w:val="right"/>
      </w:pPr>
      <w:r>
        <w:t>اس لیے وہ بتا بھی نہیں سکتی۔</w:t>
      </w:r>
    </w:p>
    <w:p>
      <w:r>
        <w:rPr>
          <w:b/>
        </w:rPr>
        <w:t xml:space="preserve">[39:18] </w:t>
      </w:r>
      <w:r>
        <w:t>to Quran ne bataya, yeh kitni bari guidance hai ke hum duniya mein andhere mein na rahen.</w:t>
      </w:r>
    </w:p>
    <w:p>
      <w:pPr>
        <w:jc w:val="right"/>
      </w:pPr>
      <w:r>
        <w:t>تو قرآن نے بتایا، یہ کتنی بڑی گائیڈنس ہے کہ ہم دنیا میں اندھیرے میں نہ رہیں۔</w:t>
      </w:r>
    </w:p>
    <w:p>
      <w:r>
        <w:rPr>
          <w:b/>
        </w:rPr>
        <w:t xml:space="preserve">[39:25] </w:t>
      </w:r>
      <w:r>
        <w:t>jaise ke main andhere mein, mujhe kuch pata nahi tha, main unaware tha, andhere mein safar kar</w:t>
      </w:r>
    </w:p>
    <w:p>
      <w:pPr>
        <w:jc w:val="right"/>
      </w:pPr>
      <w:r>
        <w:t>جیسے کہ میں اندھیرے میں، مجھے کچھ پتہ نہیں تھا، میں ان اویئر تھا، اندھیرے میں سفر کر</w:t>
      </w:r>
    </w:p>
    <w:p>
      <w:r>
        <w:rPr>
          <w:b/>
        </w:rPr>
        <w:t xml:space="preserve">[39:33] </w:t>
      </w:r>
      <w:r>
        <w:t>raha tha.</w:t>
      </w:r>
    </w:p>
    <w:p>
      <w:pPr>
        <w:jc w:val="right"/>
      </w:pPr>
      <w:r>
        <w:t>رہا تھا۔</w:t>
      </w:r>
    </w:p>
    <w:p>
      <w:r>
        <w:rPr>
          <w:b/>
        </w:rPr>
        <w:t xml:space="preserve">[39:35] </w:t>
      </w:r>
      <w:r>
        <w:t>jahaz mein jo maine bataya qissa aap ko, achanak ek ek ek aise airport par utra jahan</w:t>
      </w:r>
    </w:p>
    <w:p>
      <w:pPr>
        <w:jc w:val="right"/>
      </w:pPr>
      <w:r>
        <w:t>جہاز میں جو میں نے بتایا قصہ آپ کو، اچانک ایک ایک ایک ایسے ایئرپورٹ پر اترا جہاں</w:t>
      </w:r>
    </w:p>
    <w:p>
      <w:r>
        <w:rPr>
          <w:b/>
        </w:rPr>
        <w:t xml:space="preserve">[39:42] </w:t>
      </w:r>
      <w:r>
        <w:t>sab kuch sab french bolte thay.</w:t>
      </w:r>
    </w:p>
    <w:p>
      <w:pPr>
        <w:jc w:val="right"/>
      </w:pPr>
      <w:r>
        <w:t>سب کچھ سب فرینچ بولتے تھے۔</w:t>
      </w:r>
    </w:p>
    <w:p>
      <w:r>
        <w:rPr>
          <w:b/>
        </w:rPr>
        <w:t xml:space="preserve">[39:45] </w:t>
      </w:r>
      <w:r>
        <w:t>ab mein goonga ho gaya, wahan akela ho gaya, wahan stranger ban gaya, wahan kyunke mein janta nahi</w:t>
      </w:r>
    </w:p>
    <w:p>
      <w:pPr>
        <w:jc w:val="right"/>
      </w:pPr>
      <w:r>
        <w:t>اب میں گونگا ہو گیا، وہاں اکیلا ہو گیا، وہاں اسٹرینجر بن گیا، وہاں کیونکہ میں جانتا نہیں</w:t>
      </w:r>
    </w:p>
    <w:p>
      <w:r>
        <w:rPr>
          <w:b/>
        </w:rPr>
        <w:t xml:space="preserve">[39:53] </w:t>
      </w:r>
      <w:r>
        <w:t>tha.</w:t>
      </w:r>
    </w:p>
    <w:p>
      <w:pPr>
        <w:jc w:val="right"/>
      </w:pPr>
      <w:r>
        <w:t>تھا۔</w:t>
      </w:r>
    </w:p>
    <w:p>
      <w:r>
        <w:rPr>
          <w:b/>
        </w:rPr>
        <w:t xml:space="preserve">[39:54] </w:t>
      </w:r>
      <w:r>
        <w:t>isi tarah kaise aap is ko billion time barha kar dekhiye ke sare insan yahan par jee rahe</w:t>
      </w:r>
    </w:p>
    <w:p>
      <w:pPr>
        <w:jc w:val="right"/>
      </w:pPr>
      <w:r>
        <w:t>اسی طرح کیسے آپ اس کو بلین ٹائم بڑھا کر دیکھیے کہ سارے انسان یہاں پر جی رہے</w:t>
      </w:r>
    </w:p>
    <w:p>
      <w:r>
        <w:rPr>
          <w:b/>
        </w:rPr>
        <w:t xml:space="preserve">[40:02] </w:t>
      </w:r>
      <w:r>
        <w:t>hain, chal phir rahe hain.</w:t>
      </w:r>
    </w:p>
    <w:p>
      <w:pPr>
        <w:jc w:val="right"/>
      </w:pPr>
      <w:r>
        <w:t>ہیں، چل پھر رہے ہیں۔</w:t>
      </w:r>
    </w:p>
    <w:p>
      <w:r>
        <w:rPr>
          <w:b/>
        </w:rPr>
        <w:t xml:space="preserve">[40:04] </w:t>
      </w:r>
      <w:r>
        <w:t>to Khuda ne bataya in ko, aware kiya peshgi tor par ke yeh na samjho ke tum aise</w:t>
      </w:r>
    </w:p>
    <w:p>
      <w:pPr>
        <w:jc w:val="right"/>
      </w:pPr>
      <w:r>
        <w:t>تو خدا نے بتایا ان کو، اویئر کیا پیشگی طور پر کہ یہ نہ سمجھو کہ تم ایسے</w:t>
      </w:r>
    </w:p>
    <w:p>
      <w:r>
        <w:rPr>
          <w:b/>
        </w:rPr>
        <w:t xml:space="preserve">[40:12] </w:t>
      </w:r>
      <w:r>
        <w:t>hi jiyoge aur maroge nahi, ya yeh ke tum maroge aur khatam ho jaoge,</w:t>
      </w:r>
    </w:p>
    <w:p>
      <w:pPr>
        <w:jc w:val="right"/>
      </w:pPr>
      <w:r>
        <w:t>ہی جیو گے اور مرو گے نہیں، یا یہ کہ تم مرو گے اور ختم ہو جاؤ گے،</w:t>
      </w:r>
    </w:p>
    <w:p>
      <w:r>
        <w:rPr>
          <w:b/>
        </w:rPr>
        <w:t xml:space="preserve">[40:19] </w:t>
      </w:r>
      <w:r>
        <w:t>ya yeh ke tum koi deaf judgment nahi hai.</w:t>
      </w:r>
    </w:p>
    <w:p>
      <w:pPr>
        <w:jc w:val="right"/>
      </w:pPr>
      <w:r>
        <w:t>یا یہ کہ تم کوئی ڈیف ججمنٹ نہیں ہے۔</w:t>
      </w:r>
    </w:p>
    <w:p>
      <w:r>
        <w:rPr>
          <w:b/>
        </w:rPr>
        <w:t xml:space="preserve">[40:23] </w:t>
      </w:r>
      <w:r>
        <w:t>yeh sab baatein Quran mein batai gayi hain taake insan jo hai poori tarah aware ho kar zindagi</w:t>
      </w:r>
    </w:p>
    <w:p>
      <w:pPr>
        <w:jc w:val="right"/>
      </w:pPr>
      <w:r>
        <w:t>یہ سب باتیں قرآن میں بتائی گئی ہیں تاکہ انسان جو ہے پوری طرح اویئر ہو کر زندگی</w:t>
      </w:r>
    </w:p>
    <w:p>
      <w:r>
        <w:rPr>
          <w:b/>
        </w:rPr>
        <w:t xml:space="preserve">[40:31] </w:t>
      </w:r>
      <w:r>
        <w:t>guzare, poori tarah se baghabar ho kar zindagi guzare.</w:t>
      </w:r>
    </w:p>
    <w:p>
      <w:pPr>
        <w:jc w:val="right"/>
      </w:pPr>
      <w:r>
        <w:t>گزارے، پوری طرح سے باخبر ہو کر زندگی گزارے۔</w:t>
      </w:r>
    </w:p>
    <w:p>
      <w:r>
        <w:rPr>
          <w:b/>
        </w:rPr>
        <w:t xml:space="preserve">[40:35] </w:t>
      </w:r>
      <w:r>
        <w:t>to kitni bari yeh guidance hai, bataiye, bohat bari guidance hai.</w:t>
      </w:r>
    </w:p>
    <w:p>
      <w:pPr>
        <w:jc w:val="right"/>
      </w:pPr>
      <w:r>
        <w:t>تو کتنی بڑی یہ گائیڈنس ہے، بتائیے، بہت بڑی گائیڈنس ہے۔</w:t>
      </w:r>
    </w:p>
    <w:p>
      <w:r>
        <w:rPr>
          <w:b/>
        </w:rPr>
        <w:t xml:space="preserve">[40:40] </w:t>
      </w:r>
      <w:r>
        <w:t>ab dekhen, yahan yeh bhi sawal tha ke marne ke baad agar paradise hai aur hell hai to</w:t>
      </w:r>
    </w:p>
    <w:p>
      <w:pPr>
        <w:jc w:val="right"/>
      </w:pPr>
      <w:r>
        <w:t>اب دیکھیں، یہاں یہ بھی سوال تھا کہ مرنے کے بعد اگر پیراڈائز ہے اور ہیل ہے تو</w:t>
      </w:r>
    </w:p>
    <w:p>
      <w:r>
        <w:rPr>
          <w:b/>
        </w:rPr>
        <w:t xml:space="preserve">[40:47] </w:t>
      </w:r>
      <w:r>
        <w:t>hum kya karein ke hum ko paradise mile aur hell na mile? kya karein? yeh kaun bataye? koi</w:t>
      </w:r>
    </w:p>
    <w:p>
      <w:pPr>
        <w:jc w:val="right"/>
      </w:pPr>
      <w:r>
        <w:t>ہم کیا کریں کہ ہم کو پیراڈائز ملے اور ہیل نہ ملے؟ کیا کریں؟ یہ کون بتائے؟ کوئی</w:t>
      </w:r>
    </w:p>
    <w:p>
      <w:r>
        <w:rPr>
          <w:b/>
        </w:rPr>
        <w:t xml:space="preserve">[40:55] </w:t>
      </w:r>
      <w:r>
        <w:t>scientist yeh baat nahi bata sakta, psychology ka koi expert yeh baat nahi bata sakta, koi nahi bata</w:t>
      </w:r>
    </w:p>
    <w:p>
      <w:pPr>
        <w:jc w:val="right"/>
      </w:pPr>
      <w:r>
        <w:t>سائنٹسٹ یہ بات نہیں بتا سکتا، سائیکالوجی کا کوئی ایکسپرٹ یہ بات نہیں بتا سکتا، کوئی نہیں بتا</w:t>
      </w:r>
    </w:p>
    <w:p>
      <w:r>
        <w:rPr>
          <w:b/>
        </w:rPr>
        <w:t xml:space="preserve">[41:03] </w:t>
      </w:r>
      <w:r>
        <w:t>sakta, koi bhi yeh baat nahi bata sakta.</w:t>
      </w:r>
    </w:p>
    <w:p>
      <w:pPr>
        <w:jc w:val="right"/>
      </w:pPr>
      <w:r>
        <w:t>سکتا، کوئی بھی یہ بات نہیں بتا سکتا۔</w:t>
      </w:r>
    </w:p>
    <w:p>
      <w:r>
        <w:rPr>
          <w:b/>
        </w:rPr>
        <w:t xml:space="preserve">[41:06] </w:t>
      </w:r>
      <w:r>
        <w:t>kyun? dekhiye, har scientist jo hai woh present mein jo hai us ko janta hai.</w:t>
      </w:r>
    </w:p>
    <w:p>
      <w:pPr>
        <w:jc w:val="right"/>
      </w:pPr>
      <w:r>
        <w:t>کیوں؟ دیکھیے، ہر سائنٹسٹ جو ہے وہ پریزنٹ میں جو ہے اس کو جانتا ہے۔</w:t>
      </w:r>
    </w:p>
    <w:p>
      <w:r>
        <w:rPr>
          <w:b/>
        </w:rPr>
        <w:t xml:space="preserve">[41:13] </w:t>
      </w:r>
      <w:r>
        <w:t>scientist ko na past ka khabar, na future ki khabar.</w:t>
      </w:r>
    </w:p>
    <w:p>
      <w:pPr>
        <w:jc w:val="right"/>
      </w:pPr>
      <w:r>
        <w:t>سائنٹسٹ کو نہ پاسٹ کا خبر، نہ فیوچر کی خبر۔</w:t>
      </w:r>
    </w:p>
    <w:p>
      <w:r>
        <w:rPr>
          <w:b/>
        </w:rPr>
        <w:t xml:space="preserve">[41:17] </w:t>
      </w:r>
      <w:r>
        <w:t>abhi jo ho raha hai, abhi is samne us ko jaane ga woh scientist, jabke is baat ko</w:t>
      </w:r>
    </w:p>
    <w:p>
      <w:pPr>
        <w:jc w:val="right"/>
      </w:pPr>
      <w:r>
        <w:t>ابھی جو ہو رہا ہے، ابھی اس سامنے اس کو جانے گا وہ سائنٹسٹ، جبکہ اس بات کو</w:t>
      </w:r>
    </w:p>
    <w:p>
      <w:r>
        <w:rPr>
          <w:b/>
        </w:rPr>
        <w:t xml:space="preserve">[41:25] </w:t>
      </w:r>
      <w:r>
        <w:t>batane ke liye aisi hasti chahiye jo past ko jaane, present ko jaane aur future ko bhi jaane.</w:t>
      </w:r>
    </w:p>
    <w:p>
      <w:pPr>
        <w:jc w:val="right"/>
      </w:pPr>
      <w:r>
        <w:t>بتانے کے لیے ایسی ہستی چاہیے جو پاسٹ کو جانے، پریزنٹ کو جانے اور فیوچر کو بھی جانے۔</w:t>
      </w:r>
    </w:p>
    <w:p>
      <w:r>
        <w:rPr>
          <w:b/>
        </w:rPr>
        <w:t xml:space="preserve">[41:32] </w:t>
      </w:r>
      <w:r>
        <w:t>tab woh bata sakta hai.</w:t>
      </w:r>
    </w:p>
    <w:p>
      <w:pPr>
        <w:jc w:val="right"/>
      </w:pPr>
      <w:r>
        <w:t>تب وہ بتا سکتا ہے۔</w:t>
      </w:r>
    </w:p>
    <w:p>
      <w:r>
        <w:rPr>
          <w:b/>
        </w:rPr>
        <w:t xml:space="preserve">[41:34] </w:t>
      </w:r>
      <w:r>
        <w:t>to scientist to bata nahi sakta.</w:t>
      </w:r>
    </w:p>
    <w:p>
      <w:pPr>
        <w:jc w:val="right"/>
      </w:pPr>
      <w:r>
        <w:t>تو سائنٹسٹ تو بتا نہیں سکتا۔</w:t>
      </w:r>
    </w:p>
    <w:p>
      <w:r>
        <w:rPr>
          <w:b/>
        </w:rPr>
        <w:t xml:space="preserve">[41:37] </w:t>
      </w:r>
      <w:r>
        <w:t>scientist ko sirf present ki khabar hai.</w:t>
      </w:r>
    </w:p>
    <w:p>
      <w:pPr>
        <w:jc w:val="right"/>
      </w:pPr>
      <w:r>
        <w:t>سائنٹسٹ کو صرف پریزنٹ کی خبر ہے۔</w:t>
      </w:r>
    </w:p>
    <w:p>
      <w:r>
        <w:rPr>
          <w:b/>
        </w:rPr>
        <w:t xml:space="preserve">[41:40] </w:t>
      </w:r>
      <w:r>
        <w:t>to Khuda ne bataya, zalka jaza man tazka yani paradise mein sirf woh log jayenge jo purified</w:t>
      </w:r>
    </w:p>
    <w:p>
      <w:pPr>
        <w:jc w:val="right"/>
      </w:pPr>
      <w:r>
        <w:t>تو خدا نے بتایا، ذالک جزا من تزکا یعنی پیراڈائز میں صرف وہ لوگ جائیں گے جو پیوریفائیڈ</w:t>
      </w:r>
    </w:p>
    <w:p>
      <w:r>
        <w:rPr>
          <w:b/>
        </w:rPr>
        <w:t xml:space="preserve">[41:48] </w:t>
      </w:r>
      <w:r>
        <w:t>soul ke sath wahan pohnchein.</w:t>
      </w:r>
    </w:p>
    <w:p>
      <w:pPr>
        <w:jc w:val="right"/>
      </w:pPr>
      <w:r>
        <w:t>سول کے ساتھ وہاں پہنچیں۔</w:t>
      </w:r>
    </w:p>
    <w:p>
      <w:r>
        <w:rPr>
          <w:b/>
        </w:rPr>
        <w:t xml:space="preserve">[41:50] </w:t>
      </w:r>
      <w:r>
        <w:t>purified soul ke sath wahan pohnchein.</w:t>
      </w:r>
    </w:p>
    <w:p>
      <w:pPr>
        <w:jc w:val="right"/>
      </w:pPr>
      <w:r>
        <w:t>پیوریفائیڈ سول کے ساتھ وہاں پہنچیں۔</w:t>
      </w:r>
    </w:p>
    <w:p>
      <w:r>
        <w:rPr>
          <w:b/>
        </w:rPr>
        <w:t xml:space="preserve">[41:52] </w:t>
      </w:r>
      <w:r>
        <w:t>اس کا مطلب کیا ہے؟ اس دنیا میں we are just like raw ore.</w:t>
      </w:r>
    </w:p>
    <w:p>
      <w:pPr>
        <w:jc w:val="right"/>
      </w:pPr>
      <w:r>
        <w:t>اس کا مطلب کیا ہے؟ اس دنیا میں وی آر جسٹ لائک رو اور او آر ای اور</w:t>
      </w:r>
    </w:p>
    <w:p>
      <w:r>
        <w:rPr>
          <w:b/>
        </w:rPr>
        <w:t xml:space="preserve">[42:00] </w:t>
      </w:r>
      <w:r>
        <w:t>yani kham loha ya kham maada.</w:t>
      </w:r>
    </w:p>
    <w:p>
      <w:pPr>
        <w:jc w:val="right"/>
      </w:pPr>
      <w:r>
        <w:t>یعنی خام لوہا یا خام مادہ۔</w:t>
      </w:r>
    </w:p>
    <w:p>
      <w:r>
        <w:rPr>
          <w:b/>
        </w:rPr>
        <w:t xml:space="preserve">[42:03] </w:t>
      </w:r>
      <w:r>
        <w:t>اس دنیا میں ہمیں خدا نے پیدا کیا ہے تو ہم کو just like اور پیدا کیا ہے۔</w:t>
      </w:r>
    </w:p>
    <w:p>
      <w:pPr>
        <w:jc w:val="right"/>
      </w:pPr>
      <w:r>
        <w:t>اس دنیا میں ہمیں خدا نے پیدا کیا ہے تو ہم کو جسٹ لائک اور پیدا کیا ہے۔</w:t>
      </w:r>
    </w:p>
    <w:p>
      <w:r>
        <w:rPr>
          <w:b/>
        </w:rPr>
        <w:t xml:space="preserve">[42:10] </w:t>
      </w:r>
      <w:r>
        <w:t>ab hamein is dunya mein apne aap ko banana hai.</w:t>
      </w:r>
    </w:p>
    <w:p>
      <w:pPr>
        <w:jc w:val="right"/>
      </w:pPr>
      <w:r>
        <w:t>اب ہمیں اس دنیا میں اپنے آپ کو بنانا ہے۔</w:t>
      </w:r>
    </w:p>
    <w:p>
      <w:r>
        <w:rPr>
          <w:b/>
        </w:rPr>
        <w:t xml:space="preserve">[42:15] </w:t>
      </w:r>
      <w:r>
        <w:t>جس طرح سے ایک انجینئر کیا کرتا ہے کہ ore کو وہ کنورٹ کرتا ہے iron میں، پھر</w:t>
      </w:r>
    </w:p>
    <w:p>
      <w:pPr>
        <w:jc w:val="right"/>
      </w:pPr>
      <w:r>
        <w:t>جس طرح سے ایک انجینئر کیا کرتا ہے کہ اور کو وہ کنورٹ کرتا ہے ائرن میں، پھر</w:t>
      </w:r>
    </w:p>
    <w:p>
      <w:r>
        <w:rPr>
          <w:b/>
        </w:rPr>
        <w:t xml:space="preserve">[42:22] </w:t>
      </w:r>
      <w:r>
        <w:t>iron کو کنورٹ کرتا ہے steel میں، پھر steel کو کنورٹ کرتا ہے مشین میں۔</w:t>
      </w:r>
    </w:p>
    <w:p>
      <w:pPr>
        <w:jc w:val="right"/>
      </w:pPr>
      <w:r>
        <w:t>ائرن کو کنورٹ کرتا ہے اسٹیل میں، پھر اسٹیل کو کنورٹ کرتا ہے مشین میں۔</w:t>
      </w:r>
    </w:p>
    <w:p>
      <w:r>
        <w:rPr>
          <w:b/>
        </w:rPr>
        <w:t xml:space="preserve">[42:29] </w:t>
      </w:r>
      <w:r>
        <w:t>isi tarah se hamein apne aap ko banana hai.</w:t>
      </w:r>
    </w:p>
    <w:p>
      <w:pPr>
        <w:jc w:val="right"/>
      </w:pPr>
      <w:r>
        <w:t>اسی طرح سے ہمیں اپنے آپ کو بنانا ہے۔</w:t>
      </w:r>
    </w:p>
    <w:p>
      <w:r>
        <w:rPr>
          <w:b/>
        </w:rPr>
        <w:t xml:space="preserve">[42:33] </w:t>
      </w:r>
      <w:r>
        <w:t>kyun? yeh bhi samajh lijiye, ek aisi dunya mein hamein rakha gaya hai jahan sab ko freedom hai,</w:t>
      </w:r>
    </w:p>
    <w:p>
      <w:pPr>
        <w:jc w:val="right"/>
      </w:pPr>
      <w:r>
        <w:t>کیوں؟ یہ بھی سمجھ لیجئے، ایک ایسی دنیا میں ہمیں رکھا گیا ہے جہاں سب کو فریڈم ہے،</w:t>
      </w:r>
    </w:p>
    <w:p>
      <w:r>
        <w:rPr>
          <w:b/>
        </w:rPr>
        <w:t xml:space="preserve">[42:40] </w:t>
      </w:r>
      <w:r>
        <w:t>har ek ko freedom mila hua hai.</w:t>
      </w:r>
    </w:p>
    <w:p>
      <w:pPr>
        <w:jc w:val="right"/>
      </w:pPr>
      <w:r>
        <w:t>ہر ایک کو فریڈم ملا ہوا ہے۔</w:t>
      </w:r>
    </w:p>
    <w:p>
      <w:r>
        <w:rPr>
          <w:b/>
        </w:rPr>
        <w:t xml:space="preserve">[42:43] </w:t>
      </w:r>
      <w:r>
        <w:t>to har ek jab freedom mila hua hai to us ko misuse bhi karega.</w:t>
      </w:r>
    </w:p>
    <w:p>
      <w:pPr>
        <w:jc w:val="right"/>
      </w:pPr>
      <w:r>
        <w:t>تو ہر ایک جب فریڈم ملا ہوا ہے تو اس کو مس یوز بھی کرے گا۔</w:t>
      </w:r>
    </w:p>
    <w:p>
      <w:r>
        <w:rPr>
          <w:b/>
        </w:rPr>
        <w:t xml:space="preserve">[42:50] </w:t>
      </w:r>
      <w:r>
        <w:t>misuse karega to kahin aap ko provoke karega, kahin aap ko nuqsaan pahunchayega.</w:t>
      </w:r>
    </w:p>
    <w:p>
      <w:pPr>
        <w:jc w:val="right"/>
      </w:pPr>
      <w:r>
        <w:t>مس یوز کرے گا تو کہیں آپ کو پرووک کرے گا، کہیں آپ کو نقصان پہنچائے گا۔</w:t>
      </w:r>
    </w:p>
    <w:p>
      <w:r>
        <w:rPr>
          <w:b/>
        </w:rPr>
        <w:t xml:space="preserve">[42:58] </w:t>
      </w:r>
      <w:r>
        <w:t>is se kya hoga? aap ke andar negative thought aayenge, aap hate karne lagenge, aap revenge</w:t>
      </w:r>
    </w:p>
    <w:p>
      <w:pPr>
        <w:jc w:val="right"/>
      </w:pPr>
      <w:r>
        <w:t>اس سے کیا ہوگا؟ آپ کے اندر نیگیٹیو تھاٹ آئیں گے، آپ ہیٹ کرنے لگیں گے، آپ ریونج</w:t>
      </w:r>
    </w:p>
    <w:p>
      <w:r>
        <w:rPr>
          <w:b/>
        </w:rPr>
        <w:t xml:space="preserve">[43:05] </w:t>
      </w:r>
      <w:r>
        <w:t>lena chahenge.</w:t>
      </w:r>
    </w:p>
    <w:p>
      <w:pPr>
        <w:jc w:val="right"/>
      </w:pPr>
      <w:r>
        <w:t>لینا چاہیں گے۔</w:t>
      </w:r>
    </w:p>
    <w:p>
      <w:r>
        <w:rPr>
          <w:b/>
        </w:rPr>
        <w:t xml:space="preserve">[43:07] </w:t>
      </w:r>
      <w:r>
        <w:t>yani ek lafz mein aap ke andar negative thought aa jayenge.</w:t>
      </w:r>
    </w:p>
    <w:p>
      <w:pPr>
        <w:jc w:val="right"/>
      </w:pPr>
      <w:r>
        <w:t>یعنی ایک शब्द میں آپ کے اندر نیگیٹیو تھاٹ آ جائیں گے۔</w:t>
      </w:r>
    </w:p>
    <w:p>
      <w:r>
        <w:rPr>
          <w:b/>
        </w:rPr>
        <w:t xml:space="preserve">[43:12] </w:t>
      </w:r>
      <w:r>
        <w:t>to yahi hai apne soul ko ganda karna.</w:t>
      </w:r>
    </w:p>
    <w:p>
      <w:pPr>
        <w:jc w:val="right"/>
      </w:pPr>
      <w:r>
        <w:t>تو یہی ہے اپنے سول کو گندا کرنا۔</w:t>
      </w:r>
    </w:p>
    <w:p>
      <w:r>
        <w:rPr>
          <w:b/>
        </w:rPr>
        <w:t xml:space="preserve">[43:15] </w:t>
      </w:r>
      <w:r>
        <w:t>wa ma man dassaha wa ma man zakkaha Quran majeed mein hai.</w:t>
      </w:r>
    </w:p>
    <w:p>
      <w:pPr>
        <w:jc w:val="right"/>
      </w:pPr>
      <w:r>
        <w:t>وَمَّا مَنْ دَسَّهَا وَمَّا مَنْ زَكَّهَا قرآن مجید میں ہے۔</w:t>
      </w:r>
    </w:p>
    <w:p>
      <w:r>
        <w:rPr>
          <w:b/>
        </w:rPr>
        <w:t xml:space="preserve">[43:20] </w:t>
      </w:r>
      <w:r>
        <w:t>jis ne apni soul ko ganda kiya aur jis ne apni soul ko paak kiya.</w:t>
      </w:r>
    </w:p>
    <w:p>
      <w:pPr>
        <w:jc w:val="right"/>
      </w:pPr>
      <w:r>
        <w:t>جس نے اپنی سول کو گندا کیا اور جس نے اپنی سول کو پاک کیا۔</w:t>
      </w:r>
    </w:p>
    <w:p>
      <w:r>
        <w:rPr>
          <w:b/>
        </w:rPr>
        <w:t xml:space="preserve">[43:26] </w:t>
      </w:r>
      <w:r>
        <w:t>ek hai soul ko, apni personality ko ganda karna, pollute karna.</w:t>
      </w:r>
    </w:p>
    <w:p>
      <w:pPr>
        <w:jc w:val="right"/>
      </w:pPr>
      <w:r>
        <w:t>ایک ہے سول کو، اپنی پرسنیلٹی کو گندا کرنا، پولیوٹ کرنا۔</w:t>
      </w:r>
    </w:p>
    <w:p>
      <w:r>
        <w:rPr>
          <w:b/>
        </w:rPr>
        <w:t xml:space="preserve">[43:31] </w:t>
      </w:r>
      <w:r>
        <w:t>doosra hai apni soul ko paak karna.</w:t>
      </w:r>
    </w:p>
    <w:p>
      <w:pPr>
        <w:jc w:val="right"/>
      </w:pPr>
      <w:r>
        <w:t>دوسرا ہے اپنی سول کو پاک کرنا۔</w:t>
      </w:r>
    </w:p>
    <w:p>
      <w:r>
        <w:rPr>
          <w:b/>
        </w:rPr>
        <w:t xml:space="preserve">[43:34] </w:t>
      </w:r>
      <w:r>
        <w:t>to ganda karna kya hai? ganda karna kya hai? woh yeh hai ke aap ko Khuda ne rich</w:t>
      </w:r>
    </w:p>
    <w:p>
      <w:pPr>
        <w:jc w:val="right"/>
      </w:pPr>
      <w:r>
        <w:t>تو گندا کرنا کیا ہے؟ گندا کرنا کیا ہے؟ وہ یہ ہے کہ آپ کو خدا نے رچ</w:t>
      </w:r>
    </w:p>
    <w:p>
      <w:r>
        <w:rPr>
          <w:b/>
        </w:rPr>
        <w:t xml:space="preserve">[43:42] </w:t>
      </w:r>
      <w:r>
        <w:t>پیدا کیا تو آپ کو arrogance آ جائے، اپنے کو بڑا سمجھنے لگیں، اپنے کو superior سمجھنے لگیں</w:t>
      </w:r>
    </w:p>
    <w:p>
      <w:pPr>
        <w:jc w:val="right"/>
      </w:pPr>
      <w:r>
        <w:t>پیدا کیا تو آپ کو اروگنس آ جائے، اپنے کو بڑا سمجھنے لگیں، اپنے کو سپیریئر سمجھنے لگیں</w:t>
      </w:r>
    </w:p>
    <w:p>
      <w:r>
        <w:rPr>
          <w:b/>
        </w:rPr>
        <w:t xml:space="preserve">[43:49] </w:t>
      </w:r>
      <w:r>
        <w:t>to aap ne apne ko ganda kiya.</w:t>
      </w:r>
    </w:p>
    <w:p>
      <w:pPr>
        <w:jc w:val="right"/>
      </w:pPr>
      <w:r>
        <w:t>تو آپ نے اپنے کو گندا کیا۔</w:t>
      </w:r>
    </w:p>
    <w:p>
      <w:r>
        <w:rPr>
          <w:b/>
        </w:rPr>
        <w:t xml:space="preserve">[43:52] </w:t>
      </w:r>
      <w:r>
        <w:t>agar aap ko Khuda ne kam diya, aap ki income kam hai doosron ke muqable mein to aap</w:t>
      </w:r>
    </w:p>
    <w:p>
      <w:pPr>
        <w:jc w:val="right"/>
      </w:pPr>
      <w:r>
        <w:t>اگر آپ کو خدا نے کم دیا، آپ کی انکم کم ہے دوسروں کے مقابلے میں تو آپ</w:t>
      </w:r>
    </w:p>
    <w:p>
      <w:r>
        <w:rPr>
          <w:b/>
        </w:rPr>
        <w:t xml:space="preserve">[44:00] </w:t>
      </w:r>
      <w:r>
        <w:t>frustration میں پڑ گئے، tension میں پڑ گئے اور inferiority complex میں پڑ گئے۔</w:t>
      </w:r>
    </w:p>
    <w:p>
      <w:pPr>
        <w:jc w:val="right"/>
      </w:pPr>
      <w:r>
        <w:t>فرسٹریشن میں پڑ گئے، ٹینشن میں پڑ گئے اور انفیریٹی کمپریس میں پڑ گئے۔</w:t>
      </w:r>
    </w:p>
    <w:p>
      <w:r>
        <w:rPr>
          <w:b/>
        </w:rPr>
        <w:t xml:space="preserve">[44:06] </w:t>
      </w:r>
      <w:r>
        <w:t>tab bhi aap ne apne soul ko ganda kiya.</w:t>
      </w:r>
    </w:p>
    <w:p>
      <w:pPr>
        <w:jc w:val="right"/>
      </w:pPr>
      <w:r>
        <w:t>تب بھی آپ نے اپنے سول کو گندا کیا۔</w:t>
      </w:r>
    </w:p>
    <w:p>
      <w:r>
        <w:rPr>
          <w:b/>
        </w:rPr>
        <w:t xml:space="preserve">[44:10] </w:t>
      </w:r>
      <w:r>
        <w:t>ایسے ہی دیکھیے، کسی نے آپ کو پرووک کر دیا، آپ کو غصہ آ گیا، آپ revenge لینے</w:t>
      </w:r>
    </w:p>
    <w:p>
      <w:pPr>
        <w:jc w:val="right"/>
      </w:pPr>
      <w:r>
        <w:t>ایسے ہی دیکھیے، کسی نے آپ کو پرووک کر دیا، آپ کو غصہ آ گیا، آپ ریونج لینے</w:t>
      </w:r>
    </w:p>
    <w:p>
      <w:r>
        <w:rPr>
          <w:b/>
        </w:rPr>
        <w:t xml:space="preserve">[44:18] </w:t>
      </w:r>
      <w:r>
        <w:t>کے لیے دوڑے، تب بھی آپ نے اپنے soul کو pollute کیا۔</w:t>
      </w:r>
    </w:p>
    <w:p>
      <w:pPr>
        <w:jc w:val="right"/>
      </w:pPr>
      <w:r>
        <w:t>کے لیے دوڑے، تب بھی آپ نے اپنے سول کو پولیوٹ کیا۔</w:t>
      </w:r>
    </w:p>
    <w:p>
      <w:r>
        <w:rPr>
          <w:b/>
        </w:rPr>
        <w:t xml:space="preserve">[44:23] </w:t>
      </w:r>
      <w:r>
        <w:t>is ka ulta to aise log jo hain jayenge hi hell mein.</w:t>
      </w:r>
    </w:p>
    <w:p>
      <w:pPr>
        <w:jc w:val="right"/>
      </w:pPr>
      <w:r>
        <w:t>اس کا الٹا تو ایسے لوگ جو ہیں جائیں گے ہیل میں۔</w:t>
      </w:r>
    </w:p>
    <w:p>
      <w:r>
        <w:rPr>
          <w:b/>
        </w:rPr>
        <w:t xml:space="preserve">[44:28] </w:t>
      </w:r>
      <w:r>
        <w:t>جو اس دنیا میں اپنے اپنے آپ کو، اپنے soul کو pollute کریں، ان کا ٹھکانہ کہاں ہے؟</w:t>
      </w:r>
    </w:p>
    <w:p>
      <w:pPr>
        <w:jc w:val="right"/>
      </w:pPr>
      <w:r>
        <w:t>جو اس دنیا میں اپنے اپنے آپ کو، اپنے سول کو پولیوٹ کریں، ان کا ٹھکانہ کہاں ہے؟</w:t>
      </w:r>
    </w:p>
    <w:p>
      <w:r>
        <w:rPr>
          <w:b/>
        </w:rPr>
        <w:t xml:space="preserve">[44:36] </w:t>
      </w:r>
      <w:r>
        <w:t>hell mein hai.</w:t>
      </w:r>
    </w:p>
    <w:p>
      <w:pPr>
        <w:jc w:val="right"/>
      </w:pPr>
      <w:r>
        <w:t>ہیل میں ہے۔</w:t>
      </w:r>
    </w:p>
    <w:p>
      <w:r>
        <w:rPr>
          <w:b/>
        </w:rPr>
        <w:t xml:space="preserve">[44:37] </w:t>
      </w:r>
      <w:r>
        <w:t>What is hell? آپ سمجھ سکتے ہیں؟ ابھی یہ دنیا جو ہے، یہ paradise کا ایک نمونہ ہے۔</w:t>
      </w:r>
    </w:p>
    <w:p>
      <w:pPr>
        <w:jc w:val="right"/>
      </w:pPr>
      <w:r>
        <w:t>ہیل کیا ہے؟ آپ سمجھ سکتے ہیں؟ ابھی یہ دنیا جو ہے، یہ پیراڈائز کا ایک نمونہ ہے۔</w:t>
      </w:r>
    </w:p>
    <w:p>
      <w:r>
        <w:rPr>
          <w:b/>
        </w:rPr>
        <w:t xml:space="preserve">[44:45] </w:t>
      </w:r>
      <w:r>
        <w:t>woh sab kuch jo paradise mein hoga, is dunya mein aap dekh sakte hain.</w:t>
      </w:r>
    </w:p>
    <w:p>
      <w:pPr>
        <w:jc w:val="right"/>
      </w:pPr>
      <w:r>
        <w:t>وہ سب کچھ جو پیراڈائز میں ہوگا، اس دنیا میں آپ دیکھ سکتے ہیں۔</w:t>
      </w:r>
    </w:p>
    <w:p>
      <w:r>
        <w:rPr>
          <w:b/>
        </w:rPr>
        <w:t xml:space="preserve">[44:51] </w:t>
      </w:r>
      <w:r>
        <w:t>aur is dunya ko chhod kar jo hai, woh sab hell ka namuna hai.</w:t>
      </w:r>
    </w:p>
    <w:p>
      <w:pPr>
        <w:jc w:val="right"/>
      </w:pPr>
      <w:r>
        <w:t>اور اس دنیا کو چھوڑ کر جو ہے، وہ سب ہیل کا نمونہ ہے۔</w:t>
      </w:r>
    </w:p>
    <w:p>
      <w:r>
        <w:rPr>
          <w:b/>
        </w:rPr>
        <w:t xml:space="preserve">[44:57] </w:t>
      </w:r>
      <w:r>
        <w:t>stars kya hain? woh aag hain.</w:t>
      </w:r>
    </w:p>
    <w:p>
      <w:pPr>
        <w:jc w:val="right"/>
      </w:pPr>
      <w:r>
        <w:t>اسٹار کیا ہیں؟ وہ آگ ہیں۔</w:t>
      </w:r>
    </w:p>
    <w:p>
      <w:r>
        <w:rPr>
          <w:b/>
        </w:rPr>
        <w:t xml:space="preserve">[44:59] </w:t>
      </w:r>
      <w:r>
        <w:t>پلینٹ کیا ہیں؟ Other than Earth, سب کے سب چٹان ہیں۔</w:t>
      </w:r>
    </w:p>
    <w:p>
      <w:pPr>
        <w:jc w:val="right"/>
      </w:pPr>
      <w:r>
        <w:t>پلینٹ کیا ہیں؟ ادر دین ارتھ، سب کے سب چٹان ہیں۔</w:t>
      </w:r>
    </w:p>
    <w:p>
      <w:r>
        <w:rPr>
          <w:b/>
        </w:rPr>
        <w:t xml:space="preserve">[45:04] </w:t>
      </w:r>
      <w:r>
        <w:t>to sab chattan hi chattan hain, pathar ke chattan.</w:t>
      </w:r>
    </w:p>
    <w:p>
      <w:pPr>
        <w:jc w:val="right"/>
      </w:pPr>
      <w:r>
        <w:t>تو سب چٹان ہی چٹان ہیں، پتھر کے چٹان۔</w:t>
      </w:r>
    </w:p>
    <w:p>
      <w:r>
        <w:rPr>
          <w:b/>
        </w:rPr>
        <w:t xml:space="preserve">[45:08] </w:t>
      </w:r>
      <w:r>
        <w:t>nah pani hai, nah sabza hai, nah kuch.</w:t>
      </w:r>
    </w:p>
    <w:p>
      <w:pPr>
        <w:jc w:val="right"/>
      </w:pPr>
      <w:r>
        <w:t>نہ پانی ہے، نہ سبزہ ہے، نہ کچھ۔</w:t>
      </w:r>
    </w:p>
    <w:p>
      <w:r>
        <w:rPr>
          <w:b/>
        </w:rPr>
        <w:t xml:space="preserve">[45:11] </w:t>
      </w:r>
      <w:r>
        <w:t>star hain, sab aag hi aag hain.</w:t>
      </w:r>
    </w:p>
    <w:p>
      <w:pPr>
        <w:jc w:val="right"/>
      </w:pPr>
      <w:r>
        <w:t>اسٹار ہیں، سب آگ ہی آگ ہیں۔</w:t>
      </w:r>
    </w:p>
    <w:p>
      <w:r>
        <w:rPr>
          <w:b/>
        </w:rPr>
        <w:t xml:space="preserve">[45:14] </w:t>
      </w:r>
      <w:r>
        <w:t>تو اس دنیا سے نکال کر آپ کو پھینک دیا جائے space میں کہ جاؤ، یعنی چٹانوں میں</w:t>
      </w:r>
    </w:p>
    <w:p>
      <w:pPr>
        <w:jc w:val="right"/>
      </w:pPr>
      <w:r>
        <w:t>تو اس دنیا سے نکال کر آپ کو پھینک دیا جائے اسپیس میں کہ جاؤ، یعنی چٹانوں میں</w:t>
      </w:r>
    </w:p>
    <w:p>
      <w:r>
        <w:rPr>
          <w:b/>
        </w:rPr>
        <w:t xml:space="preserve">[45:22] </w:t>
      </w:r>
      <w:r>
        <w:t>raho, yani aag mein raho.</w:t>
      </w:r>
    </w:p>
    <w:p>
      <w:pPr>
        <w:jc w:val="right"/>
      </w:pPr>
      <w:r>
        <w:t>رہو، یعنی آگ میں رہو۔</w:t>
      </w:r>
    </w:p>
    <w:p>
      <w:r>
        <w:rPr>
          <w:b/>
        </w:rPr>
        <w:t xml:space="preserve">[45:24] </w:t>
      </w:r>
      <w:r>
        <w:t>تو جو لوگ اپنے اپنے soul کو pollute کریں گے، گندا کریں گے، اس دنیا میں ان کو</w:t>
      </w:r>
    </w:p>
    <w:p>
      <w:pPr>
        <w:jc w:val="right"/>
      </w:pPr>
      <w:r>
        <w:t>تو جو لوگ اپنے اپنے سول کو پولیوٹ کریں گے، گندا کریں گے، اس دنیا میں ان کو</w:t>
      </w:r>
    </w:p>
    <w:p>
      <w:r>
        <w:rPr>
          <w:b/>
        </w:rPr>
        <w:t xml:space="preserve">[45:32] </w:t>
      </w:r>
      <w:r>
        <w:t>maut ke baad phir rehne ki alao nahi kiya jayega.</w:t>
      </w:r>
    </w:p>
    <w:p>
      <w:pPr>
        <w:jc w:val="right"/>
      </w:pPr>
      <w:r>
        <w:t>موت کے بعد پھر رہنے کی الاؤ نہیں کیا جائے گا۔</w:t>
      </w:r>
    </w:p>
    <w:p>
      <w:r>
        <w:rPr>
          <w:b/>
        </w:rPr>
        <w:t xml:space="preserve">[45:37] </w:t>
      </w:r>
      <w:r>
        <w:t>اچھا، دوسرے لوگ وہ ہیں جو اپنے آپ کو purify کرتے رہیں۔</w:t>
      </w:r>
    </w:p>
    <w:p>
      <w:pPr>
        <w:jc w:val="right"/>
      </w:pPr>
      <w:r>
        <w:t>اچھا، دوسرے لوگ وہ ہیں جو اپنے آپ کو پیوریفائی کرتے رہیں۔</w:t>
      </w:r>
    </w:p>
    <w:p>
      <w:r>
        <w:rPr>
          <w:b/>
        </w:rPr>
        <w:t xml:space="preserve">[45:42] </w:t>
      </w:r>
      <w:r>
        <w:t>یعنی اگر انہیں کوئی بڑا آفس مل گیا تو وہ arrogant نہ بنیں۔</w:t>
      </w:r>
    </w:p>
    <w:p>
      <w:pPr>
        <w:jc w:val="right"/>
      </w:pPr>
      <w:r>
        <w:t>یعنی اگر انہیں کوئی بڑا آفس مل گیا تو وہ اروگنٹ نہ بنیں۔</w:t>
      </w:r>
    </w:p>
    <w:p>
      <w:r>
        <w:rPr>
          <w:b/>
        </w:rPr>
        <w:t xml:space="preserve">[45:47] </w:t>
      </w:r>
      <w:r>
        <w:t>پیسہ مل گیا زیادہ تو وہ superiority complex میں مبتلا نہ ہوں۔</w:t>
      </w:r>
    </w:p>
    <w:p>
      <w:pPr>
        <w:jc w:val="right"/>
      </w:pPr>
      <w:r>
        <w:t>پیسہ مل گیا زیادہ تو وہ سپیریٹی کمپریس میں مبتلا نہ ہوں۔</w:t>
      </w:r>
    </w:p>
    <w:p>
      <w:r>
        <w:rPr>
          <w:b/>
        </w:rPr>
        <w:t xml:space="preserve">[45:52] </w:t>
      </w:r>
      <w:r>
        <w:t>کوئی انہیں پرووک کر دے تو اس سے revenge لینے کے لیے نہ دوڑیں۔</w:t>
      </w:r>
    </w:p>
    <w:p>
      <w:pPr>
        <w:jc w:val="right"/>
      </w:pPr>
      <w:r>
        <w:t>کوئی انہیں پرووک کر دے تو اس سے ریونج لینے کے لیے نہ دوڑیں۔</w:t>
      </w:r>
    </w:p>
    <w:p>
      <w:r>
        <w:rPr>
          <w:b/>
        </w:rPr>
        <w:t xml:space="preserve">[45:58] </w:t>
      </w:r>
      <w:r>
        <w:t>کوئی انہیں غصہ دلا دے تو اپنے دل میں negative thought نہ رکھ لیں۔</w:t>
      </w:r>
    </w:p>
    <w:p>
      <w:pPr>
        <w:jc w:val="right"/>
      </w:pPr>
      <w:r>
        <w:t>کوئی انہیں غصہ دلا دے تو اپنے دل میں نیگیٹیو تھاٹ نہ رکھ لیں۔</w:t>
      </w:r>
    </w:p>
    <w:p>
      <w:r>
        <w:rPr>
          <w:b/>
        </w:rPr>
        <w:t xml:space="preserve">[46:04] </w:t>
      </w:r>
      <w:r>
        <w:t>yeh hai purify karna.</w:t>
      </w:r>
    </w:p>
    <w:p>
      <w:pPr>
        <w:jc w:val="right"/>
      </w:pPr>
      <w:r>
        <w:t>یہ ہے پیوریفائی کرنا۔</w:t>
      </w:r>
    </w:p>
    <w:p>
      <w:r>
        <w:rPr>
          <w:b/>
        </w:rPr>
        <w:t xml:space="preserve">[46:06] </w:t>
      </w:r>
      <w:r>
        <w:t>یعنی وہ لوگ جو negativity کو positivity میں convert کرتے رہیں۔</w:t>
      </w:r>
    </w:p>
    <w:p>
      <w:pPr>
        <w:jc w:val="right"/>
      </w:pPr>
      <w:r>
        <w:t>یعنی وہ لوگ جو نیگیٹیوٹی کو پازیٹیوٹی میں کنورٹ کرتے رہیں۔</w:t>
      </w:r>
    </w:p>
    <w:p>
      <w:r>
        <w:rPr>
          <w:b/>
        </w:rPr>
        <w:t xml:space="preserve">[46:11] </w:t>
      </w:r>
      <w:r>
        <w:t>وہ لوگ جو اپنی positivity کو preserve رکھیں، negativity سے بچائیں۔</w:t>
      </w:r>
    </w:p>
    <w:p>
      <w:pPr>
        <w:jc w:val="right"/>
      </w:pPr>
      <w:r>
        <w:t>وہ لوگ جو اپنی پازیٹیوٹی کو پریزرو رکھیں، نیگیٹیوٹی سے بچائیں۔</w:t>
      </w:r>
    </w:p>
    <w:p>
      <w:r>
        <w:rPr>
          <w:b/>
        </w:rPr>
        <w:t xml:space="preserve">[46:16] </w:t>
      </w:r>
      <w:r>
        <w:t>to woh hain jinhone apna tazkiya kiya.</w:t>
      </w:r>
    </w:p>
    <w:p>
      <w:pPr>
        <w:jc w:val="right"/>
      </w:pPr>
      <w:r>
        <w:t>تو وہ ہیں جنہوں نے اپنا تزکیہ کیا۔</w:t>
      </w:r>
    </w:p>
    <w:p>
      <w:r>
        <w:rPr>
          <w:b/>
        </w:rPr>
        <w:t xml:space="preserve">[46:19] </w:t>
      </w:r>
      <w:r>
        <w:t>quran ke lafzon mein zalka jaza man tazka paradise un ke liye hai jinhone apne aap, apna</w:t>
      </w:r>
    </w:p>
    <w:p>
      <w:pPr>
        <w:jc w:val="right"/>
      </w:pPr>
      <w:r>
        <w:t>قرآن کے لفظوں میں ذالک جزا من تزکا پیراڈائز ان کے لیے ہے جنہوں نے اپنے آپ، اپنا</w:t>
      </w:r>
    </w:p>
    <w:p>
      <w:r>
        <w:rPr>
          <w:b/>
        </w:rPr>
        <w:t xml:space="preserve">[46:27] </w:t>
      </w:r>
      <w:r>
        <w:t>tazkiya kiya.</w:t>
      </w:r>
    </w:p>
    <w:p>
      <w:pPr>
        <w:jc w:val="right"/>
      </w:pPr>
      <w:r>
        <w:t>تزکیہ کیا۔</w:t>
      </w:r>
    </w:p>
    <w:p>
      <w:r>
        <w:rPr>
          <w:b/>
        </w:rPr>
        <w:t xml:space="preserve">[46:28] </w:t>
      </w:r>
      <w:r>
        <w:t>یعنی اپنا، اپنے کو purify کیا۔</w:t>
      </w:r>
    </w:p>
    <w:p>
      <w:pPr>
        <w:jc w:val="right"/>
      </w:pPr>
      <w:r>
        <w:t>یعنی اپنا، اپنے کو پیوریفائی کیا۔</w:t>
      </w:r>
    </w:p>
    <w:p>
      <w:r>
        <w:rPr>
          <w:b/>
        </w:rPr>
        <w:t xml:space="preserve">[46:31] </w:t>
      </w:r>
      <w:r>
        <w:t>to dekhiye, ek hai quran mein dasaha wa zakka ke do lafz aaye hain.</w:t>
      </w:r>
    </w:p>
    <w:p>
      <w:pPr>
        <w:jc w:val="right"/>
      </w:pPr>
      <w:r>
        <w:t>تو دیکھیے، ایک ہے قرآن میں دسّہا و زكّہ کے دو لفظ آئے ہیں۔</w:t>
      </w:r>
    </w:p>
    <w:p>
      <w:r>
        <w:rPr>
          <w:b/>
        </w:rPr>
        <w:t xml:space="preserve">[46:37] </w:t>
      </w:r>
      <w:r>
        <w:t>yani jis ne apne soul ko pollute kiya, woh jayega jahannum mein.</w:t>
      </w:r>
    </w:p>
    <w:p>
      <w:pPr>
        <w:jc w:val="right"/>
      </w:pPr>
      <w:r>
        <w:t>یعنی جس نے اپنے سول کو پولیوٹ کیا، وہ جائے گا جہنم میں۔</w:t>
      </w:r>
    </w:p>
    <w:p>
      <w:r>
        <w:rPr>
          <w:b/>
        </w:rPr>
        <w:t xml:space="preserve">[46:42] </w:t>
      </w:r>
      <w:r>
        <w:t>aur jisne apne apne soul ko purify kiya, woh jayega Paradise mein.</w:t>
      </w:r>
    </w:p>
    <w:p>
      <w:pPr>
        <w:jc w:val="right"/>
      </w:pPr>
      <w:r>
        <w:t>اور جس نے اپنے اپنے سول کو پیوریفائی کیا، وہ جائے گا پیراڈائز میں۔</w:t>
      </w:r>
    </w:p>
    <w:p>
      <w:r>
        <w:rPr>
          <w:b/>
        </w:rPr>
        <w:t xml:space="preserve">[46:48] </w:t>
      </w:r>
      <w:r>
        <w:t>yeh yeh kaise jaan sakte the aap? yeh to bayan space and time ki baat hai.</w:t>
      </w:r>
    </w:p>
    <w:p>
      <w:pPr>
        <w:jc w:val="right"/>
      </w:pPr>
      <w:r>
        <w:t>یہ یہ کیسے جان سکتے تھے آپ؟ یہ تو بیان اسپیس اینڈ ٹائم کی بات ہے۔</w:t>
      </w:r>
    </w:p>
    <w:p>
      <w:r>
        <w:rPr>
          <w:b/>
        </w:rPr>
        <w:t xml:space="preserve">[46:55] </w:t>
      </w:r>
      <w:r>
        <w:t>aap marne ke baad jante to kya? us waqt to kuch karne ka mauqa nahi tha.</w:t>
      </w:r>
    </w:p>
    <w:p>
      <w:pPr>
        <w:jc w:val="right"/>
      </w:pPr>
      <w:r>
        <w:t>آپ مرنے کے بعد جانتے تو کیا؟ اس وقت تو کچھ کرنے کا موقع نہیں تھا۔</w:t>
      </w:r>
    </w:p>
    <w:p>
      <w:r>
        <w:rPr>
          <w:b/>
        </w:rPr>
        <w:t xml:space="preserve">[47:02] </w:t>
      </w:r>
      <w:r>
        <w:t>marne ke baad to aap yahan wapas nahi aa sakte.</w:t>
      </w:r>
    </w:p>
    <w:p>
      <w:pPr>
        <w:jc w:val="right"/>
      </w:pPr>
      <w:r>
        <w:t>مرنے کے بعد تو آپ یہاں واپس نہیں آ سکتے۔</w:t>
      </w:r>
    </w:p>
    <w:p>
      <w:r>
        <w:rPr>
          <w:b/>
        </w:rPr>
        <w:t xml:space="preserve">[47:06] </w:t>
      </w:r>
      <w:r>
        <w:t>to marne ke baad to sirf bhugtna bhugtna hai.</w:t>
      </w:r>
    </w:p>
    <w:p>
      <w:pPr>
        <w:jc w:val="right"/>
      </w:pPr>
      <w:r>
        <w:t>تو مرنے کے بعد تو صرف بھگتنا بھگتنا ہے۔</w:t>
      </w:r>
    </w:p>
    <w:p>
      <w:r>
        <w:rPr>
          <w:b/>
        </w:rPr>
        <w:t xml:space="preserve">[47:10] </w:t>
      </w:r>
      <w:r>
        <w:t>to quran mein Allah taala ne is baat ko clear taur par khol diya, bata diya.</w:t>
      </w:r>
    </w:p>
    <w:p>
      <w:pPr>
        <w:jc w:val="right"/>
      </w:pPr>
      <w:r>
        <w:t>تو قرآن میں اللہ تعالی نے اس بات کو کلیئر طور پر کھول دیا، بتا دیا۔</w:t>
      </w:r>
    </w:p>
    <w:p>
      <w:r>
        <w:rPr>
          <w:b/>
        </w:rPr>
        <w:t xml:space="preserve">[47:17] </w:t>
      </w:r>
      <w:r>
        <w:t>is ko main kahunga ke Khuda ne apna jo creation plan hai, is ko quran mein bata</w:t>
      </w:r>
    </w:p>
    <w:p>
      <w:pPr>
        <w:jc w:val="right"/>
      </w:pPr>
      <w:r>
        <w:t>اس کو میں کہوں گا کہ خدا نے اپنا جو کریشن پلان ہے، اس کو قرآن میں بتا</w:t>
      </w:r>
    </w:p>
    <w:p>
      <w:r>
        <w:rPr>
          <w:b/>
        </w:rPr>
        <w:t xml:space="preserve">[47:25] </w:t>
      </w:r>
      <w:r>
        <w:t>diya taake hum apne aap ko bachayein.</w:t>
      </w:r>
    </w:p>
    <w:p>
      <w:pPr>
        <w:jc w:val="right"/>
      </w:pPr>
      <w:r>
        <w:t>دیا تاکہ ہم اپنے آپ کو بچائیں۔</w:t>
      </w:r>
    </w:p>
    <w:p>
      <w:r>
        <w:rPr>
          <w:b/>
        </w:rPr>
        <w:t xml:space="preserve">[47:28] </w:t>
      </w:r>
      <w:r>
        <w:t>yani apne aap ko bachayein is se ke hum pollute karein apne aap ko.</w:t>
      </w:r>
    </w:p>
    <w:p>
      <w:pPr>
        <w:jc w:val="right"/>
      </w:pPr>
      <w:r>
        <w:t>یعنی اپنے آپ کو بچائیں اس سے کہ ہم پولیوٹ کریں اپنے آپ کو۔</w:t>
      </w:r>
    </w:p>
    <w:p>
      <w:r>
        <w:rPr>
          <w:b/>
        </w:rPr>
        <w:t xml:space="preserve">[47:34] </w:t>
      </w:r>
      <w:r>
        <w:t>is se bachayein aur apne aap ko jo hai, apna purify karein.</w:t>
      </w:r>
    </w:p>
    <w:p>
      <w:pPr>
        <w:jc w:val="right"/>
      </w:pPr>
      <w:r>
        <w:t>اس سے بچائیں اور اپنے آپ کو جو ہے، اپنا پیوریفائی کریں۔</w:t>
      </w:r>
    </w:p>
    <w:p>
      <w:r>
        <w:rPr>
          <w:b/>
        </w:rPr>
        <w:t xml:space="preserve">[47:39] </w:t>
      </w:r>
      <w:r>
        <w:t>yeh yeh jo yeh jo ek hai karna, ek hai na karna, yeh dono baatein kaise hum jaante</w:t>
      </w:r>
    </w:p>
    <w:p>
      <w:pPr>
        <w:jc w:val="right"/>
      </w:pPr>
      <w:r>
        <w:t>یہ یہ جو یہ جو ایک ہے کرنا، ایک ہے نہ کرنا، یہ دونوں باتیں کیسے ہم جانتے</w:t>
      </w:r>
    </w:p>
    <w:p>
      <w:r>
        <w:rPr>
          <w:b/>
        </w:rPr>
        <w:t xml:space="preserve">[47:47] </w:t>
      </w:r>
      <w:r>
        <w:t>hain? to Khuda, jis ko ke absolute knowledge hai, us ne hamein yeh baatein batane ke liye quran</w:t>
      </w:r>
    </w:p>
    <w:p>
      <w:pPr>
        <w:jc w:val="right"/>
      </w:pPr>
      <w:r>
        <w:t>ہیں؟ تو خدا، جس کو کہ ایبسولیوٹ نالج ہے، اس نے ہمیں یہ باتیں بتانے کے لیے قرآن</w:t>
      </w:r>
    </w:p>
    <w:p>
      <w:r>
        <w:rPr>
          <w:b/>
        </w:rPr>
        <w:t xml:space="preserve">[47:54] </w:t>
      </w:r>
      <w:r>
        <w:t>bheja taake hum quran ko guide by, guide book ke taur par padhein aur apni zindagi ki sahi</w:t>
      </w:r>
    </w:p>
    <w:p>
      <w:pPr>
        <w:jc w:val="right"/>
      </w:pPr>
      <w:r>
        <w:t>بھیجا تاکہ ہم قرآن کو گائیڈ بائے، گائیڈ بک کے طور پر پڑھیں اور اپنی زندگی کی صحیح</w:t>
      </w:r>
    </w:p>
    <w:p>
      <w:r>
        <w:rPr>
          <w:b/>
        </w:rPr>
        <w:t xml:space="preserve">[48:02] </w:t>
      </w:r>
      <w:r>
        <w:t>planning karein.</w:t>
      </w:r>
    </w:p>
    <w:p>
      <w:pPr>
        <w:jc w:val="right"/>
      </w:pPr>
      <w:r>
        <w:t>پلاننگ کریں۔</w:t>
      </w:r>
    </w:p>
    <w:p>
      <w:r>
        <w:rPr>
          <w:b/>
        </w:rPr>
        <w:t xml:space="preserve">[48:04] </w:t>
      </w:r>
      <w:r>
        <w:t>aur creator ki marzi ko jaankar us ke mutabiq apni zindagi ka naqsha banayein.</w:t>
      </w:r>
    </w:p>
    <w:p>
      <w:pPr>
        <w:jc w:val="right"/>
      </w:pPr>
      <w:r>
        <w:t>اور کریٹر کی مرضی کو جان کر اس کے مطابق اپنی زندگی کا نقشہ بنائیں۔</w:t>
      </w:r>
    </w:p>
    <w:p>
      <w:r>
        <w:rPr>
          <w:b/>
        </w:rPr>
        <w:t xml:space="preserve">[48:10] </w:t>
      </w:r>
      <w:r>
        <w:t>dekhiye, jis zamane mein quran utra, us zamane ke lehaz se aap dekhiye, aaj jitni bhi pichli kitabein</w:t>
      </w:r>
    </w:p>
    <w:p>
      <w:pPr>
        <w:jc w:val="right"/>
      </w:pPr>
      <w:r>
        <w:t>دیکھیے، جس زمانے میں قرآن اترا، اس زمانے کے لحاظ سے آپ دیکھیے، آج جتنی بھی پچھلی کتابیں</w:t>
      </w:r>
    </w:p>
    <w:p>
      <w:r>
        <w:rPr>
          <w:b/>
        </w:rPr>
        <w:t xml:space="preserve">[48:18] </w:t>
      </w:r>
      <w:r>
        <w:t>hain, koi kitab bhi preserve halat mein nahi hai.</w:t>
      </w:r>
    </w:p>
    <w:p>
      <w:pPr>
        <w:jc w:val="right"/>
      </w:pPr>
      <w:r>
        <w:t>ہیں، کوئی کتاب بھی پریزرو حالت میں نہیں ہے۔</w:t>
      </w:r>
    </w:p>
    <w:p>
      <w:r>
        <w:rPr>
          <w:b/>
        </w:rPr>
        <w:t xml:space="preserve">[48:22] </w:t>
      </w:r>
      <w:r>
        <w:t>sirf Quran hi aik aisi kitab hai jis par taqreeban dhai hazar, dedh hazar saal beet gaye.</w:t>
      </w:r>
    </w:p>
    <w:p>
      <w:pPr>
        <w:jc w:val="right"/>
      </w:pPr>
      <w:r>
        <w:t>صرف قرآن ہی ایک ایسی کتاب ہے جس پر تقریباً ڈھائی ہزار، ڈیڑھ ہزار سال بیت گئے۔</w:t>
      </w:r>
    </w:p>
    <w:p>
      <w:r>
        <w:rPr>
          <w:b/>
        </w:rPr>
        <w:t xml:space="preserve">[48:29] </w:t>
      </w:r>
      <w:r>
        <w:t>taqreeban dedh hazar saal aaj bhi woh isi tarah se preserve hai jaisa ke woh utarne ke waqt</w:t>
      </w:r>
    </w:p>
    <w:p>
      <w:pPr>
        <w:jc w:val="right"/>
      </w:pPr>
      <w:r>
        <w:t>تقریباً ڈیڑھ ہزار سال آج بھی وہ اسی طرح سے پریزرو ہے جیسا کہ وہ اترنے کے وقت</w:t>
      </w:r>
    </w:p>
    <w:p>
      <w:r>
        <w:rPr>
          <w:b/>
        </w:rPr>
        <w:t xml:space="preserve">[48:37] </w:t>
      </w:r>
      <w:r>
        <w:t>thi.</w:t>
      </w:r>
    </w:p>
    <w:p>
      <w:pPr>
        <w:jc w:val="right"/>
      </w:pPr>
      <w:r>
        <w:t>تھی۔</w:t>
      </w:r>
    </w:p>
    <w:p>
      <w:r>
        <w:rPr>
          <w:b/>
        </w:rPr>
        <w:t xml:space="preserve">[48:38] </w:t>
      </w:r>
      <w:r>
        <w:t>koi bhi doosri book is aasman ke neeche aisi nahi hai.</w:t>
      </w:r>
    </w:p>
    <w:p>
      <w:pPr>
        <w:jc w:val="right"/>
      </w:pPr>
      <w:r>
        <w:t>کوئی بھی دوسری بک اس آسمان کے نیچے ایسی نہیں ہے۔</w:t>
      </w:r>
    </w:p>
    <w:p>
      <w:r>
        <w:rPr>
          <w:b/>
        </w:rPr>
        <w:t xml:space="preserve">[48:43] </w:t>
      </w:r>
      <w:r>
        <w:t>abhi bhi jis ka text preserve ho, yeh kitni bari sifat hai Quran ki ke Quran is a</w:t>
      </w:r>
    </w:p>
    <w:p>
      <w:pPr>
        <w:jc w:val="right"/>
      </w:pPr>
      <w:r>
        <w:t>ابھی بھی جس کا ٹیکسٹ پریزرو ہو، یہ کتنی بڑی صفت ہے قرآن کی کہ قرآن از اے</w:t>
      </w:r>
    </w:p>
    <w:p>
      <w:r>
        <w:rPr>
          <w:b/>
        </w:rPr>
        <w:t xml:space="preserve">[48:51] </w:t>
      </w:r>
      <w:r>
        <w:t>preserved book of God.</w:t>
      </w:r>
    </w:p>
    <w:p>
      <w:pPr>
        <w:jc w:val="right"/>
      </w:pPr>
      <w:r>
        <w:t>پریزروڈ بک آف گاڈ۔</w:t>
      </w:r>
    </w:p>
    <w:p>
      <w:r>
        <w:rPr>
          <w:b/>
        </w:rPr>
        <w:t xml:space="preserve">[48:52] </w:t>
      </w:r>
      <w:r>
        <w:t>Quran Khuda ki aik mehfooz kitab hai.</w:t>
      </w:r>
    </w:p>
    <w:p>
      <w:pPr>
        <w:jc w:val="right"/>
      </w:pPr>
      <w:r>
        <w:t>قرآن خدا کی ایک محفوظ کتاب ہے۔</w:t>
      </w:r>
    </w:p>
    <w:p>
      <w:r>
        <w:rPr>
          <w:b/>
        </w:rPr>
        <w:t xml:space="preserve">[48:55] </w:t>
      </w:r>
      <w:r>
        <w:t>hum poore yaqeen ke sath keh sakte hain ke yeh word of God hai, yeh Khuda ka kalam</w:t>
      </w:r>
    </w:p>
    <w:p>
      <w:pPr>
        <w:jc w:val="right"/>
      </w:pPr>
      <w:r>
        <w:t>ہم پورے یقین کے ساتھ کہہ سکتے ہیں کہ یہ ورڈ آف گاڈ ہے، یہ خدا کا کلام</w:t>
      </w:r>
    </w:p>
    <w:p>
      <w:r>
        <w:rPr>
          <w:b/>
        </w:rPr>
        <w:t xml:space="preserve">[49:03] </w:t>
      </w:r>
      <w:r>
        <w:t>hai.</w:t>
      </w:r>
    </w:p>
    <w:p>
      <w:pPr>
        <w:jc w:val="right"/>
      </w:pPr>
      <w:r>
        <w:t>ہے۔</w:t>
      </w:r>
    </w:p>
    <w:p>
      <w:r>
        <w:rPr>
          <w:b/>
        </w:rPr>
        <w:t xml:space="preserve">[49:04] </w:t>
      </w:r>
      <w:r>
        <w:t>to is ko mehfooz karne ke liye bohat zabardast intezam kiya gaya.</w:t>
      </w:r>
    </w:p>
    <w:p>
      <w:pPr>
        <w:jc w:val="right"/>
      </w:pPr>
      <w:r>
        <w:t>تو اس کو محفوظ کرنے کے لیے بہت زبردست اہتمام کیا گیا۔</w:t>
      </w:r>
    </w:p>
    <w:p>
      <w:r>
        <w:rPr>
          <w:b/>
        </w:rPr>
        <w:t xml:space="preserve">[49:10] </w:t>
      </w:r>
      <w:r>
        <w:t>dekhiye, Quran utra hai seven century ke first quarter mein.</w:t>
      </w:r>
    </w:p>
    <w:p>
      <w:pPr>
        <w:jc w:val="right"/>
      </w:pPr>
      <w:r>
        <w:t>دیکھیے، قرآن اترا ہے سیون سینچری کے فرسٹ کوارٹر میں۔</w:t>
      </w:r>
    </w:p>
    <w:p>
      <w:r>
        <w:rPr>
          <w:b/>
        </w:rPr>
        <w:t xml:space="preserve">[49:14] </w:t>
      </w:r>
      <w:r>
        <w:t>to is zamane mein insan paper bana chuka tha, yani ibdai zamane ka paper.</w:t>
      </w:r>
    </w:p>
    <w:p>
      <w:pPr>
        <w:jc w:val="right"/>
      </w:pPr>
      <w:r>
        <w:t>تو اس زمانے میں انسان پیپر بنا چکا تھا، یعنی ابداعی زمانے کا پیپر۔</w:t>
      </w:r>
    </w:p>
    <w:p>
      <w:r>
        <w:rPr>
          <w:b/>
        </w:rPr>
        <w:t xml:space="preserve">[49:20] </w:t>
      </w:r>
      <w:r>
        <w:t>is zamane mein paper industry, yani Egypt mein aur China mein hua karti thi.</w:t>
      </w:r>
    </w:p>
    <w:p>
      <w:pPr>
        <w:jc w:val="right"/>
      </w:pPr>
      <w:r>
        <w:t>اس زمانے میں پیپر انڈسٹری، یعنی ایجپٹ میں اور چائنہ میں ہوا کرتی تھی۔</w:t>
      </w:r>
    </w:p>
    <w:p>
      <w:r>
        <w:rPr>
          <w:b/>
        </w:rPr>
        <w:t xml:space="preserve">[49:26] </w:t>
      </w:r>
      <w:r>
        <w:t>Egypt mein aik aik peR tha, is peR mein chhaal hua karti thi.</w:t>
      </w:r>
    </w:p>
    <w:p>
      <w:pPr>
        <w:jc w:val="right"/>
      </w:pPr>
      <w:r>
        <w:t>ایجپٹ میں ایک ایک پیڑ تھا، اس پیڑ میں چھال ہوا کرتی تھی۔</w:t>
      </w:r>
    </w:p>
    <w:p>
      <w:r>
        <w:rPr>
          <w:b/>
        </w:rPr>
        <w:t xml:space="preserve">[49:31] </w:t>
      </w:r>
      <w:r>
        <w:t>teh teh to insan ne discover kiya ke is ko hum paper ke roop mein bana sakte hain.</w:t>
      </w:r>
    </w:p>
    <w:p>
      <w:pPr>
        <w:jc w:val="right"/>
      </w:pPr>
      <w:r>
        <w:t>تہ بتہ تو انسان نے ڈسکور کیا کہ اس کو ہم پیپر کے روپ میں بنا سکتے ہیں۔</w:t>
      </w:r>
    </w:p>
    <w:p>
      <w:r>
        <w:rPr>
          <w:b/>
        </w:rPr>
        <w:t xml:space="preserve">[49:39] </w:t>
      </w:r>
      <w:r>
        <w:t>wahan se le gaye China wale log, wahan par unhon ne paper banaya.</w:t>
      </w:r>
    </w:p>
    <w:p>
      <w:pPr>
        <w:jc w:val="right"/>
      </w:pPr>
      <w:r>
        <w:t>وہاں سے لے گئے چائنہ والے لوگ، وہاں پر انہوں نے پیپر بنایا۔</w:t>
      </w:r>
    </w:p>
    <w:p>
      <w:r>
        <w:rPr>
          <w:b/>
        </w:rPr>
        <w:t xml:space="preserve">[49:45] </w:t>
      </w:r>
      <w:r>
        <w:t>is ko arabi mein kehte hain qirtas.</w:t>
      </w:r>
    </w:p>
    <w:p>
      <w:pPr>
        <w:jc w:val="right"/>
      </w:pPr>
      <w:r>
        <w:t>اس کو عربی میں کہتے ہیں قرطاس۔</w:t>
      </w:r>
    </w:p>
    <w:p>
      <w:r>
        <w:rPr>
          <w:b/>
        </w:rPr>
        <w:t xml:space="preserve">[49:48] </w:t>
      </w:r>
      <w:r>
        <w:t>Quran mein yeh lafz aaya hai qirtas ka.</w:t>
      </w:r>
    </w:p>
    <w:p>
      <w:pPr>
        <w:jc w:val="right"/>
      </w:pPr>
      <w:r>
        <w:t>قرآن میں یہ لفظ آیا ہے قرطاس کا۔</w:t>
      </w:r>
    </w:p>
    <w:p>
      <w:r>
        <w:rPr>
          <w:b/>
        </w:rPr>
        <w:t xml:space="preserve">[49:51] </w:t>
      </w:r>
      <w:r>
        <w:t>to qirtas, yani is zamane ke paper par is ko likha jata tha ke Rasool Allah ke sath</w:t>
      </w:r>
    </w:p>
    <w:p>
      <w:pPr>
        <w:jc w:val="right"/>
      </w:pPr>
      <w:r>
        <w:t>تو قرطاس، یعنی اس زمانے کے پیپر پر اس کو لکھا جاتا تھا کہ رسول اللہ کے ساتھ</w:t>
      </w:r>
    </w:p>
    <w:p>
      <w:r>
        <w:rPr>
          <w:b/>
        </w:rPr>
        <w:t xml:space="preserve">[49:59] </w:t>
      </w:r>
      <w:r>
        <w:t>taqreeban do darjan aise log thay jin ko kaha jata tha katib-e-wahi, yani revelation ko likhne wale.</w:t>
      </w:r>
    </w:p>
    <w:p>
      <w:pPr>
        <w:jc w:val="right"/>
      </w:pPr>
      <w:r>
        <w:t>تقریباً دو درجن ایسے لوگ تھے جن کو کہا جاتا تھا کاتب وحی، یعنی ریولیشن کو لکھنے والے۔</w:t>
      </w:r>
    </w:p>
    <w:p>
      <w:r>
        <w:rPr>
          <w:b/>
        </w:rPr>
        <w:t xml:space="preserve">[50:07] </w:t>
      </w:r>
      <w:r>
        <w:t>to har waqt aap ke pas koi na koi rehta tha.</w:t>
      </w:r>
    </w:p>
    <w:p>
      <w:pPr>
        <w:jc w:val="right"/>
      </w:pPr>
      <w:r>
        <w:t>تو ہر وقت آپ کے پاس کوئی نہ کوئی رہتا تھا۔</w:t>
      </w:r>
    </w:p>
    <w:p>
      <w:r>
        <w:rPr>
          <w:b/>
        </w:rPr>
        <w:t xml:space="preserve">[50:11] </w:t>
      </w:r>
      <w:r>
        <w:t>inhin mein se aik theen aap ki ahliya Aisha, jo zahir hai ke 24 ghante aap ke sath</w:t>
      </w:r>
    </w:p>
    <w:p>
      <w:pPr>
        <w:jc w:val="right"/>
      </w:pPr>
      <w:r>
        <w:t>انہی میں سے ایک تھیں آپ کی اہلیہ عائشہ، جو ظاہر ہے کہ 24 گھنٹے آپ کے ساتھ</w:t>
      </w:r>
    </w:p>
    <w:p>
      <w:r>
        <w:rPr>
          <w:b/>
        </w:rPr>
        <w:t xml:space="preserve">[50:19] </w:t>
      </w:r>
      <w:r>
        <w:t>hoti theen.</w:t>
      </w:r>
    </w:p>
    <w:p>
      <w:pPr>
        <w:jc w:val="right"/>
      </w:pPr>
      <w:r>
        <w:t>ہوتی تھیں۔</w:t>
      </w:r>
    </w:p>
    <w:p>
      <w:r>
        <w:rPr>
          <w:b/>
        </w:rPr>
        <w:t xml:space="preserve">[50:21] </w:t>
      </w:r>
      <w:r>
        <w:t>to revelation jo aata tha Khuda ki taraf se, is ka koi time fix nahi tha.</w:t>
      </w:r>
    </w:p>
    <w:p>
      <w:pPr>
        <w:jc w:val="right"/>
      </w:pPr>
      <w:r>
        <w:t>تو ریولیشن جو آتا تھا خدا کی طرف سے، اس کا کوئی ٹائم فکس نہیں تھا۔</w:t>
      </w:r>
    </w:p>
    <w:p>
      <w:r>
        <w:rPr>
          <w:b/>
        </w:rPr>
        <w:t xml:space="preserve">[50:27] </w:t>
      </w:r>
      <w:r>
        <w:t>raat ko aa sakta hai, din ko, subah shaam, kisi bhi waqt, safar mein ya ghar mein.</w:t>
      </w:r>
    </w:p>
    <w:p>
      <w:pPr>
        <w:jc w:val="right"/>
      </w:pPr>
      <w:r>
        <w:t>رات کو آ سکتا ہے، دن کو، صبح شام، کسی بھی وقت، سفر میں یا گھر میں۔</w:t>
      </w:r>
    </w:p>
    <w:p>
      <w:r>
        <w:rPr>
          <w:b/>
        </w:rPr>
        <w:t xml:space="preserve">[50:35] </w:t>
      </w:r>
      <w:r>
        <w:t>to isi liye har waqt koi na koi aadmi aap ke saath rehta tha ke jab bhi koi</w:t>
      </w:r>
    </w:p>
    <w:p>
      <w:pPr>
        <w:jc w:val="right"/>
      </w:pPr>
      <w:r>
        <w:t>تو اسی لیے ہر وقت کوئی نہ کوئی آدمی آپ کے ساتھ رہتا تھا کہ جب بھی کوئی</w:t>
      </w:r>
    </w:p>
    <w:p>
      <w:r>
        <w:rPr>
          <w:b/>
        </w:rPr>
        <w:t xml:space="preserve">[50:42] </w:t>
      </w:r>
      <w:r>
        <w:t>cheez reveal ho to aap bolte the aur woh likh leta tha.</w:t>
      </w:r>
    </w:p>
    <w:p>
      <w:pPr>
        <w:jc w:val="right"/>
      </w:pPr>
      <w:r>
        <w:t>چیز ریویل ہو تو آپ بولتے تھے اور وہ لکھ لیتا تھا۔</w:t>
      </w:r>
    </w:p>
    <w:p>
      <w:r>
        <w:rPr>
          <w:b/>
        </w:rPr>
        <w:t xml:space="preserve">[50:48] </w:t>
      </w:r>
      <w:r>
        <w:t>qirtas par, jo us zamane ka paper tha, is tarah sara quran qirtas par ya pehle zamane ke</w:t>
      </w:r>
    </w:p>
    <w:p>
      <w:pPr>
        <w:jc w:val="right"/>
      </w:pPr>
      <w:r>
        <w:t>قرطاس پر، جو اس زمانے کا پیپر تھا، اس طرح سارا قرآن قرطاس پر یا پہلے زمانے کے</w:t>
      </w:r>
    </w:p>
    <w:p>
      <w:r>
        <w:rPr>
          <w:b/>
        </w:rPr>
        <w:t xml:space="preserve">[50:55] </w:t>
      </w:r>
      <w:r>
        <w:t>paper par likha jata raha arabic language mein.</w:t>
      </w:r>
    </w:p>
    <w:p>
      <w:pPr>
        <w:jc w:val="right"/>
      </w:pPr>
      <w:r>
        <w:t>پیپر پر لکھا جاتا رہا عربک لینگویج میں۔</w:t>
      </w:r>
    </w:p>
    <w:p>
      <w:r>
        <w:rPr>
          <w:b/>
        </w:rPr>
        <w:t xml:space="preserve">[50:59] </w:t>
      </w:r>
      <w:r>
        <w:t>yaani arabic language mein aata tha aur is ko likha jata tha.</w:t>
      </w:r>
    </w:p>
    <w:p>
      <w:pPr>
        <w:jc w:val="right"/>
      </w:pPr>
      <w:r>
        <w:t>یعنی عربک لینگویج میں آتا تھا اور اس کو لکھا جاتا تھا۔</w:t>
      </w:r>
    </w:p>
    <w:p>
      <w:r>
        <w:rPr>
          <w:b/>
        </w:rPr>
        <w:t xml:space="preserve">[51:04] </w:t>
      </w:r>
      <w:r>
        <w:t>to yeh us tareeqe se silsila chalta raha.</w:t>
      </w:r>
    </w:p>
    <w:p>
      <w:pPr>
        <w:jc w:val="right"/>
      </w:pPr>
      <w:r>
        <w:t>تو یہ اس طریقے سے سلسلہ چلتا رہا۔</w:t>
      </w:r>
    </w:p>
    <w:p>
      <w:r>
        <w:rPr>
          <w:b/>
        </w:rPr>
        <w:t xml:space="preserve">[51:07] </w:t>
      </w:r>
      <w:r>
        <w:t>aap safar mein hote the, tab bhi aap ke paas paper hota tha.</w:t>
      </w:r>
    </w:p>
    <w:p>
      <w:pPr>
        <w:jc w:val="right"/>
      </w:pPr>
      <w:r>
        <w:t>آپ سفر میں ہوتے تھے، تب بھی آپ کے پاس پیپر ہوتا تھا۔</w:t>
      </w:r>
    </w:p>
    <w:p>
      <w:r>
        <w:rPr>
          <w:b/>
        </w:rPr>
        <w:t xml:space="preserve">[51:13] </w:t>
      </w:r>
      <w:r>
        <w:t>jaise aap safar mein the, hijrat ke safar mein, yaani makkah se madinah jab gaye the aap, to</w:t>
      </w:r>
    </w:p>
    <w:p>
      <w:pPr>
        <w:jc w:val="right"/>
      </w:pPr>
      <w:r>
        <w:t>جیسے آپ سفر میں تھے، ہجرت کے سفر میں، یعنی مکہ سے مدینہ جب گئے تھے آپ، تو</w:t>
      </w:r>
    </w:p>
    <w:p>
      <w:r>
        <w:rPr>
          <w:b/>
        </w:rPr>
        <w:t xml:space="preserve">[51:21] </w:t>
      </w:r>
      <w:r>
        <w:t>raaste mein aap ko kuch likhwana hua.</w:t>
      </w:r>
    </w:p>
    <w:p>
      <w:pPr>
        <w:jc w:val="right"/>
      </w:pPr>
      <w:r>
        <w:t>راستے میں آپ کو کچھ لکھوانا ہوا۔</w:t>
      </w:r>
    </w:p>
    <w:p>
      <w:r>
        <w:rPr>
          <w:b/>
        </w:rPr>
        <w:t xml:space="preserve">[51:24] </w:t>
      </w:r>
      <w:r>
        <w:t>to aap ke sirf ek saathi the, abubakar siddiq, wohi aap ke saath gaye the.</w:t>
      </w:r>
    </w:p>
    <w:p>
      <w:pPr>
        <w:jc w:val="right"/>
      </w:pPr>
      <w:r>
        <w:t>تو آپ کے صرف ایک ساتھی تھے، ابوبکر صدیق، وہی آپ کے ساتھ گئے تھے۔</w:t>
      </w:r>
    </w:p>
    <w:p>
      <w:r>
        <w:rPr>
          <w:b/>
        </w:rPr>
        <w:t xml:space="preserve">[51:30] </w:t>
      </w:r>
      <w:r>
        <w:t>aap log sirf do aadmi the.</w:t>
      </w:r>
    </w:p>
    <w:p>
      <w:pPr>
        <w:jc w:val="right"/>
      </w:pPr>
      <w:r>
        <w:t>آپ لوگ صرف دو آدمی تھے۔</w:t>
      </w:r>
    </w:p>
    <w:p>
      <w:r>
        <w:rPr>
          <w:b/>
        </w:rPr>
        <w:t xml:space="preserve">[51:33] </w:t>
      </w:r>
      <w:r>
        <w:t>to un se aap ne kaha.</w:t>
      </w:r>
    </w:p>
    <w:p>
      <w:pPr>
        <w:jc w:val="right"/>
      </w:pPr>
      <w:r>
        <w:t>تو ان سے آپ نے کہا۔</w:t>
      </w:r>
    </w:p>
    <w:p>
      <w:r>
        <w:rPr>
          <w:b/>
        </w:rPr>
        <w:t xml:space="preserve">[51:35] </w:t>
      </w:r>
      <w:r>
        <w:t>to unhon ne nikala, yaani safar ki haalat mein jo bohat thi, yaani us waqt safar aasan kaam</w:t>
      </w:r>
    </w:p>
    <w:p>
      <w:pPr>
        <w:jc w:val="right"/>
      </w:pPr>
      <w:r>
        <w:t>تو انہوں نے نکالا، یعنی سفر کی حالت میں جو بہت تھی، یعنی اس وقت سفر آسان کام</w:t>
      </w:r>
    </w:p>
    <w:p>
      <w:r>
        <w:rPr>
          <w:b/>
        </w:rPr>
        <w:t xml:space="preserve">[51:43] </w:t>
      </w:r>
      <w:r>
        <w:t>nahi tha.</w:t>
      </w:r>
    </w:p>
    <w:p>
      <w:pPr>
        <w:jc w:val="right"/>
      </w:pPr>
      <w:r>
        <w:t>نہیں تھا۔</w:t>
      </w:r>
    </w:p>
    <w:p>
      <w:r>
        <w:rPr>
          <w:b/>
        </w:rPr>
        <w:t xml:space="preserve">[51:44] </w:t>
      </w:r>
      <w:r>
        <w:t>to un ke paas paper bhi tha aur pen bhi tha, jo us zamane mein hua karti thi,</w:t>
      </w:r>
    </w:p>
    <w:p>
      <w:pPr>
        <w:jc w:val="right"/>
      </w:pPr>
      <w:r>
        <w:t>تو ان کے پاس پیپر بھی تھا اور پین بھی تھا، جو اس زمانے میں ہوا کرتی تھی،</w:t>
      </w:r>
    </w:p>
    <w:p>
      <w:r>
        <w:rPr>
          <w:b/>
        </w:rPr>
        <w:t xml:space="preserve">[51:52] </w:t>
      </w:r>
      <w:r>
        <w:t>yaani ink pot, jis ko kehte hain dawa.</w:t>
      </w:r>
    </w:p>
    <w:p>
      <w:pPr>
        <w:jc w:val="right"/>
      </w:pPr>
      <w:r>
        <w:t>یعنی انک پاٹ، جس کو کہتے ہیں دوا۔</w:t>
      </w:r>
    </w:p>
    <w:p>
      <w:r>
        <w:rPr>
          <w:b/>
        </w:rPr>
        <w:t xml:space="preserve">[51:55] </w:t>
      </w:r>
      <w:r>
        <w:t>to ink pot hoti thi, pen hota tha aur paper, woh unhon ne rakhe hue the, woh apne</w:t>
      </w:r>
    </w:p>
    <w:p>
      <w:pPr>
        <w:jc w:val="right"/>
      </w:pPr>
      <w:r>
        <w:t>تو انک پاٹ ہوتی تھی، پین ہوتا تھا اور پیپر، وہ انہوں نے رکھے ہوئے تھے، وہ اپنے</w:t>
      </w:r>
    </w:p>
    <w:p>
      <w:r>
        <w:rPr>
          <w:b/>
        </w:rPr>
        <w:t xml:space="preserve">[52:03] </w:t>
      </w:r>
      <w:r>
        <w:t>paas.</w:t>
      </w:r>
    </w:p>
    <w:p>
      <w:pPr>
        <w:jc w:val="right"/>
      </w:pPr>
      <w:r>
        <w:t>پاس۔</w:t>
      </w:r>
    </w:p>
    <w:p>
      <w:r>
        <w:rPr>
          <w:b/>
        </w:rPr>
        <w:t xml:space="preserve">[52:05] </w:t>
      </w:r>
      <w:r>
        <w:t>to nikaal kar likha unhon ne.</w:t>
      </w:r>
    </w:p>
    <w:p>
      <w:pPr>
        <w:jc w:val="right"/>
      </w:pPr>
      <w:r>
        <w:t>تو نکال کر لکھا انہوں نے۔</w:t>
      </w:r>
    </w:p>
    <w:p>
      <w:r>
        <w:rPr>
          <w:b/>
        </w:rPr>
        <w:t xml:space="preserve">[52:07] </w:t>
      </w:r>
      <w:r>
        <w:t>to is tarah se sara quran 22, 23 saal ke andar qirtas par likh liya gaya.</w:t>
      </w:r>
    </w:p>
    <w:p>
      <w:pPr>
        <w:jc w:val="right"/>
      </w:pPr>
      <w:r>
        <w:t>تو اس طرح سے سارا قرآن 22، 23 سال کے اندر قرطاس پر لکھ لیا گیا۔</w:t>
      </w:r>
    </w:p>
    <w:p>
      <w:r>
        <w:rPr>
          <w:b/>
        </w:rPr>
        <w:t xml:space="preserve">[52:14] </w:t>
      </w:r>
      <w:r>
        <w:t>is ke baad kya hua? rasool Allah ki jab death hui, yaani 632 mein, to us waqt pehle</w:t>
      </w:r>
    </w:p>
    <w:p>
      <w:pPr>
        <w:jc w:val="right"/>
      </w:pPr>
      <w:r>
        <w:t>اس کے بعد کیا ہوا؟ رسول اللہ کی جب ڈیتھ ہوئی، یعنی 632 میں، تو اس وقت پہلے</w:t>
      </w:r>
    </w:p>
    <w:p>
      <w:r>
        <w:rPr>
          <w:b/>
        </w:rPr>
        <w:t xml:space="preserve">[52:22] </w:t>
      </w:r>
      <w:r>
        <w:t>jo khaleefa bane, woh abubakar siddiq the.</w:t>
      </w:r>
    </w:p>
    <w:p>
      <w:pPr>
        <w:jc w:val="right"/>
      </w:pPr>
      <w:r>
        <w:t>جو خلیفہ بنے، وہ ابوبکر صدیق تھے۔</w:t>
      </w:r>
    </w:p>
    <w:p>
      <w:r>
        <w:rPr>
          <w:b/>
        </w:rPr>
        <w:t xml:space="preserve">[52:25] </w:t>
      </w:r>
      <w:r>
        <w:t>to unhon ne saare paper ekatha kiye aur jo head, unhon ne ek ek ek ek woh banaya,</w:t>
      </w:r>
    </w:p>
    <w:p>
      <w:pPr>
        <w:jc w:val="right"/>
      </w:pPr>
      <w:r>
        <w:t>تو انہوں نے سارے پیپر اکٹھا کیے اور جو ہیڈ، انہوں نے ایک ایک ایک ایک وہ بنایا،</w:t>
      </w:r>
    </w:p>
    <w:p>
      <w:r>
        <w:rPr>
          <w:b/>
        </w:rPr>
        <w:t xml:space="preserve">[52:33] </w:t>
      </w:r>
      <w:r>
        <w:t>ek committee banai, jis ke head the zaid bin sabith ansari, jo us zamane ke lehaz se educated</w:t>
      </w:r>
    </w:p>
    <w:p>
      <w:pPr>
        <w:jc w:val="right"/>
      </w:pPr>
      <w:r>
        <w:t>ایک کمیٹی بنائی، جس کے ہیڈ تھے زید بن ثابت انصاری، جو اس زمانے کے لحاظ سے ایجوکیٹڈ</w:t>
      </w:r>
    </w:p>
    <w:p>
      <w:r>
        <w:rPr>
          <w:b/>
        </w:rPr>
        <w:t xml:space="preserve">[52:40] </w:t>
      </w:r>
      <w:r>
        <w:t>aadmi the.</w:t>
      </w:r>
    </w:p>
    <w:p>
      <w:pPr>
        <w:jc w:val="right"/>
      </w:pPr>
      <w:r>
        <w:t>آدمی تھے۔</w:t>
      </w:r>
    </w:p>
    <w:p>
      <w:r>
        <w:rPr>
          <w:b/>
        </w:rPr>
        <w:t xml:space="preserve">[52:42] </w:t>
      </w:r>
      <w:r>
        <w:t>wo kai language jante the, yani arabic, persian, sirac, hebrew, yeh jante the.</w:t>
      </w:r>
    </w:p>
    <w:p>
      <w:pPr>
        <w:jc w:val="right"/>
      </w:pPr>
      <w:r>
        <w:t>وہ کئی لینگویج جانتے تھے، یعنی عربک، پرشین، سرائک، ہیبریو، یہ جانتے تھے۔</w:t>
      </w:r>
    </w:p>
    <w:p>
      <w:r>
        <w:rPr>
          <w:b/>
        </w:rPr>
        <w:t xml:space="preserve">[52:47] </w:t>
      </w:r>
      <w:r>
        <w:t>wo to wo head the is committee ke, jis ko yeh kaam diya gaya ke wo likhein.</w:t>
      </w:r>
    </w:p>
    <w:p>
      <w:pPr>
        <w:jc w:val="right"/>
      </w:pPr>
      <w:r>
        <w:t>وہ تو وہ ہیڈ تھے اس کمیٹی کے، جس کو یہ کام دیا گیا کہ وہ لکھیں۔</w:t>
      </w:r>
    </w:p>
    <w:p>
      <w:r>
        <w:rPr>
          <w:b/>
        </w:rPr>
        <w:t xml:space="preserve">[52:55] </w:t>
      </w:r>
      <w:r>
        <w:t>to unhon ne sab logon se kaha ke aap log jis jis ke paas likha hua quran ho,</w:t>
      </w:r>
    </w:p>
    <w:p>
      <w:pPr>
        <w:jc w:val="right"/>
      </w:pPr>
      <w:r>
        <w:t>تو انہوں نے سب لوگوں سے کہا کہ آپ لوگ جس جس کے پاس لکھا ہوا قرآن ہو،</w:t>
      </w:r>
    </w:p>
    <w:p>
      <w:r>
        <w:rPr>
          <w:b/>
        </w:rPr>
        <w:t xml:space="preserve">[53:02] </w:t>
      </w:r>
      <w:r>
        <w:t>wo le aaein.</w:t>
      </w:r>
    </w:p>
    <w:p>
      <w:pPr>
        <w:jc w:val="right"/>
      </w:pPr>
      <w:r>
        <w:t>وہ لے آئیں۔</w:t>
      </w:r>
    </w:p>
    <w:p>
      <w:r>
        <w:rPr>
          <w:b/>
        </w:rPr>
        <w:t xml:space="preserve">[53:04] </w:t>
      </w:r>
      <w:r>
        <w:t>aur bohat se log the, hazaron ki tadad mein, jin ko poora poora quran yaad tha, yani memorize</w:t>
      </w:r>
    </w:p>
    <w:p>
      <w:pPr>
        <w:jc w:val="right"/>
      </w:pPr>
      <w:r>
        <w:t>اور بہت سے لوگ تھے، ہزاروں کی تعداد میں، جن کو پورا پورا قرآن یاد تھا، یعنی میمرائز</w:t>
      </w:r>
    </w:p>
    <w:p>
      <w:r>
        <w:rPr>
          <w:b/>
        </w:rPr>
        <w:t xml:space="preserve">[53:12] </w:t>
      </w:r>
      <w:r>
        <w:t>kar rakha tha unhon ne.</w:t>
      </w:r>
    </w:p>
    <w:p>
      <w:pPr>
        <w:jc w:val="right"/>
      </w:pPr>
      <w:r>
        <w:t>کر رکھا تھا انہوں نے۔</w:t>
      </w:r>
    </w:p>
    <w:p>
      <w:r>
        <w:rPr>
          <w:b/>
        </w:rPr>
        <w:t xml:space="preserve">[53:14] </w:t>
      </w:r>
      <w:r>
        <w:t>to ab unhon ne kiya kiya? unhon ne yeh kiya ke ek double checking system unhon ne banaya.</w:t>
      </w:r>
    </w:p>
    <w:p>
      <w:pPr>
        <w:jc w:val="right"/>
      </w:pPr>
      <w:r>
        <w:t>تو اب انہوں نے کیا کیا؟ انہوں نے یہ کیا کہ ایک ڈبل چیکنگ سسٹم انہوں نے بنایا۔</w:t>
      </w:r>
    </w:p>
    <w:p>
      <w:r>
        <w:rPr>
          <w:b/>
        </w:rPr>
        <w:t xml:space="preserve">[53:21] </w:t>
      </w:r>
      <w:r>
        <w:t>double checking system ka matlab yeh tha ke jo kisi ki memory mein tha, us ko unhon ne</w:t>
      </w:r>
    </w:p>
    <w:p>
      <w:pPr>
        <w:jc w:val="right"/>
      </w:pPr>
      <w:r>
        <w:t>ڈبل چیکنگ سسٹم کا مطلب یہ تھا کہ جو کسی کی میموری میں تھا، اس کو انہوں نے</w:t>
      </w:r>
    </w:p>
    <w:p>
      <w:r>
        <w:rPr>
          <w:b/>
        </w:rPr>
        <w:t xml:space="preserve">[53:29] </w:t>
      </w:r>
      <w:r>
        <w:t>paper se tele kiya aur jo jo paper pe likha hua tha, us ko memory se tele kiya.</w:t>
      </w:r>
    </w:p>
    <w:p>
      <w:pPr>
        <w:jc w:val="right"/>
      </w:pPr>
      <w:r>
        <w:t>پیپر سے ٹیلی کیا اور جو جو پیپر پہ لکھا ہوا تھا، اس کو میموری سے ٹیلی کیا۔</w:t>
      </w:r>
    </w:p>
    <w:p>
      <w:r>
        <w:rPr>
          <w:b/>
        </w:rPr>
        <w:t xml:space="preserve">[53:37] </w:t>
      </w:r>
      <w:r>
        <w:t>is tarah se double checking system ke ke se wo karte hue, verify karte hue, poora ek quran</w:t>
      </w:r>
    </w:p>
    <w:p>
      <w:pPr>
        <w:jc w:val="right"/>
      </w:pPr>
      <w:r>
        <w:t>اس طرح سے ڈبل چیکنگ سسٹم کے کے سے وہ کرتے ہوئے، ویریفائی کرتے ہوئے، پورا ایک قرآن</w:t>
      </w:r>
    </w:p>
    <w:p>
      <w:r>
        <w:rPr>
          <w:b/>
        </w:rPr>
        <w:t xml:space="preserve">[53:45] </w:t>
      </w:r>
      <w:r>
        <w:t>banaya book form mein.</w:t>
      </w:r>
    </w:p>
    <w:p>
      <w:pPr>
        <w:jc w:val="right"/>
      </w:pPr>
      <w:r>
        <w:t>بنایا بک فارم میں۔</w:t>
      </w:r>
    </w:p>
    <w:p>
      <w:r>
        <w:rPr>
          <w:b/>
        </w:rPr>
        <w:t xml:space="preserve">[53:46] </w:t>
      </w:r>
      <w:r>
        <w:t>us ko kaha jata tha Rawa.</w:t>
      </w:r>
    </w:p>
    <w:p>
      <w:pPr>
        <w:jc w:val="right"/>
      </w:pPr>
      <w:r>
        <w:t>اس کو کہا جاتا تھا روا۔</w:t>
      </w:r>
    </w:p>
    <w:p>
      <w:r>
        <w:rPr>
          <w:b/>
        </w:rPr>
        <w:t xml:space="preserve">[53:49] </w:t>
      </w:r>
      <w:r>
        <w:t>Rawa chuki chokor tha, square tha, wo Rawa mani chokor, square.</w:t>
      </w:r>
    </w:p>
    <w:p>
      <w:pPr>
        <w:jc w:val="right"/>
      </w:pPr>
      <w:r>
        <w:t>روا چونکہ چوکور تھا، اسکوئر تھا، وہ روا معنی چوکور، اسکوئر۔</w:t>
      </w:r>
    </w:p>
    <w:p>
      <w:r>
        <w:rPr>
          <w:b/>
        </w:rPr>
        <w:t xml:space="preserve">[53:54] </w:t>
      </w:r>
      <w:r>
        <w:t>to wo book thi chokor form mein, wo bind ki gayi aur wo rasool Allah ki ahliya theen</w:t>
      </w:r>
    </w:p>
    <w:p>
      <w:pPr>
        <w:jc w:val="right"/>
      </w:pPr>
      <w:r>
        <w:t>تو وہ بک تھی چوکور فارم میں، وہ بائنڈ کی گئی اور وہ رسول اللہ کی اہلیہ تھیں</w:t>
      </w:r>
    </w:p>
    <w:p>
      <w:r>
        <w:rPr>
          <w:b/>
        </w:rPr>
        <w:t xml:space="preserve">[54:01] </w:t>
      </w:r>
      <w:r>
        <w:t>Hafsa, un ke paas rakh diya gaya.</w:t>
      </w:r>
    </w:p>
    <w:p>
      <w:pPr>
        <w:jc w:val="right"/>
      </w:pPr>
      <w:r>
        <w:t>حفصہ، ان کے پاس رکھ دیا گیا۔</w:t>
      </w:r>
    </w:p>
    <w:p>
      <w:r>
        <w:rPr>
          <w:b/>
        </w:rPr>
        <w:t xml:space="preserve">[54:04] </w:t>
      </w:r>
      <w:r>
        <w:t>aur hazaron hazar log the jin ko quran poora ya poora yaad tha.</w:t>
      </w:r>
    </w:p>
    <w:p>
      <w:pPr>
        <w:jc w:val="right"/>
      </w:pPr>
      <w:r>
        <w:t>اور ہزاروں ہزار لوگ تھے جن کو قرآن پورا یا پورا یاد تھا۔</w:t>
      </w:r>
    </w:p>
    <w:p>
      <w:r>
        <w:rPr>
          <w:b/>
        </w:rPr>
        <w:t xml:space="preserve">[54:10] </w:t>
      </w:r>
      <w:r>
        <w:t>yeh bhi samajh lijiye ke printing press se pehle aam taur par logon ki memory bohat achhi hoti</w:t>
      </w:r>
    </w:p>
    <w:p>
      <w:pPr>
        <w:jc w:val="right"/>
      </w:pPr>
      <w:r>
        <w:t>یہ بھی سمجھ لیجئے کہ پرنٹنگ پریس سے پہلے عام طور پر لوگوں کی میموری بہت اچھی ہوتی</w:t>
      </w:r>
    </w:p>
    <w:p>
      <w:r>
        <w:rPr>
          <w:b/>
        </w:rPr>
        <w:t xml:space="preserve">[54:18] </w:t>
      </w:r>
      <w:r>
        <w:t>thi kyun ke memory ka istemal is zamane mein zyada hua karta tha.</w:t>
      </w:r>
    </w:p>
    <w:p>
      <w:pPr>
        <w:jc w:val="right"/>
      </w:pPr>
      <w:r>
        <w:t>تھی کیونکہ میموری کا استعمال اس زمانے میں زیادہ ہوا کرتا تھا۔</w:t>
      </w:r>
    </w:p>
    <w:p>
      <w:r>
        <w:rPr>
          <w:b/>
        </w:rPr>
        <w:t xml:space="preserve">[54:23] </w:t>
      </w:r>
      <w:r>
        <w:t>to Hazrat Usman, jo third caliph the, unhon ne yeh kiya ke Hafsa se wo original copy quran</w:t>
      </w:r>
    </w:p>
    <w:p>
      <w:pPr>
        <w:jc w:val="right"/>
      </w:pPr>
      <w:r>
        <w:t>تو حضرت عثمان، جو تھرڈ کیلیف تھے، انہوں نے یہ کیا کہ حفصہ سے وہ اوریجنل کاپی قرآن</w:t>
      </w:r>
    </w:p>
    <w:p>
      <w:r>
        <w:rPr>
          <w:b/>
        </w:rPr>
        <w:t xml:space="preserve">[54:30] </w:t>
      </w:r>
      <w:r>
        <w:t>ki mangwai.</w:t>
      </w:r>
    </w:p>
    <w:p>
      <w:pPr>
        <w:jc w:val="right"/>
      </w:pPr>
      <w:r>
        <w:t>کی منگوائی۔</w:t>
      </w:r>
    </w:p>
    <w:p>
      <w:r>
        <w:rPr>
          <w:b/>
        </w:rPr>
        <w:t xml:space="preserve">[54:32] </w:t>
      </w:r>
      <w:r>
        <w:t>original copy us se unhon ne copy karwaye.</w:t>
      </w:r>
    </w:p>
    <w:p>
      <w:pPr>
        <w:jc w:val="right"/>
      </w:pPr>
      <w:r>
        <w:t>اوریجنل کاپی اس سے انہوں نے کاپی کروائے۔</w:t>
      </w:r>
    </w:p>
    <w:p>
      <w:r>
        <w:rPr>
          <w:b/>
        </w:rPr>
        <w:t xml:space="preserve">[54:35] </w:t>
      </w:r>
      <w:r>
        <w:t>bohat sare, bohat se copy likhwa likhwa kar ke unhon ne us waqt Islam ka jo musalmanon ki</w:t>
      </w:r>
    </w:p>
    <w:p>
      <w:pPr>
        <w:jc w:val="right"/>
      </w:pPr>
      <w:r>
        <w:t>بہت سارے، بہت سے کاپی لکھوا لکھوا کر کے انہوں نے اس وقت اسلام کا جو مسلمانوں کی</w:t>
      </w:r>
    </w:p>
    <w:p>
      <w:r>
        <w:rPr>
          <w:b/>
        </w:rPr>
        <w:t xml:space="preserve">[54:43] </w:t>
      </w:r>
      <w:r>
        <w:t>jo empire thi, bohat badh chuki thi, to tamam bade bade shaharron mein, tamam bade bade cities mein</w:t>
      </w:r>
    </w:p>
    <w:p>
      <w:pPr>
        <w:jc w:val="right"/>
      </w:pPr>
      <w:r>
        <w:t>جو ایمپائر تھی، بہت بڑھ چکی تھی، تو تمام بڑے بڑے شہروں میں، تمام بڑے بڑے سٹیز میں</w:t>
      </w:r>
    </w:p>
    <w:p>
      <w:r>
        <w:rPr>
          <w:b/>
        </w:rPr>
        <w:t xml:space="preserve">[54:51] </w:t>
      </w:r>
      <w:r>
        <w:t>unhon ne bhej diya.</w:t>
      </w:r>
    </w:p>
    <w:p>
      <w:pPr>
        <w:jc w:val="right"/>
      </w:pPr>
      <w:r>
        <w:t>انہوں نے بھیج دیا۔</w:t>
      </w:r>
    </w:p>
    <w:p>
      <w:r>
        <w:rPr>
          <w:b/>
        </w:rPr>
        <w:t xml:space="preserve">[54:52] </w:t>
      </w:r>
      <w:r>
        <w:t>wahan ke jame masjido mein, har jagah ek quran likha hua jame masjido mein maujood ho gaya.</w:t>
      </w:r>
    </w:p>
    <w:p>
      <w:pPr>
        <w:jc w:val="right"/>
      </w:pPr>
      <w:r>
        <w:t>وہاں کے جامع مسجدوں میں، ہر جگہ ایک قرآن لکھا ہوا جامع مسجدوں میں موجود ہو گیا۔</w:t>
      </w:r>
    </w:p>
    <w:p>
      <w:r>
        <w:rPr>
          <w:b/>
        </w:rPr>
        <w:t xml:space="preserve">[55:00] </w:t>
      </w:r>
      <w:r>
        <w:t>is tarah se chalta raha, chalta raha, yahan tak ke yeh zamana aaya jis mein hum hum hum</w:t>
      </w:r>
    </w:p>
    <w:p>
      <w:pPr>
        <w:jc w:val="right"/>
      </w:pPr>
      <w:r>
        <w:t>اس طرح سے چلتا رہا، چلتا رہا، یہاں تک کہ یہ زمانہ آیا جس میں ہم ہم ہم</w:t>
      </w:r>
    </w:p>
    <w:p>
      <w:r>
        <w:rPr>
          <w:b/>
        </w:rPr>
        <w:t xml:space="preserve">[55:07] </w:t>
      </w:r>
      <w:r>
        <w:t>aap hain aur printing press ijad ho gaya.</w:t>
      </w:r>
    </w:p>
    <w:p>
      <w:pPr>
        <w:jc w:val="right"/>
      </w:pPr>
      <w:r>
        <w:t>آپ ہیں اور پرنٹنگ پریس ایجاد ہو گیا۔</w:t>
      </w:r>
    </w:p>
    <w:p>
      <w:r>
        <w:rPr>
          <w:b/>
        </w:rPr>
        <w:t xml:space="preserve">[55:11] </w:t>
      </w:r>
      <w:r>
        <w:t>to printing press mein quran ko chhap chhap kar ke million billion trillion duniya mein phaila diya gaya.</w:t>
      </w:r>
    </w:p>
    <w:p>
      <w:pPr>
        <w:jc w:val="right"/>
      </w:pPr>
      <w:r>
        <w:t>تو پرنٹنگ پریس میں قرآن کو چھاپ چھاپ کر کے ملین بلین ٹریلن دنیا میں پھیلا دیا گیا۔</w:t>
      </w:r>
    </w:p>
    <w:p>
      <w:r>
        <w:rPr>
          <w:b/>
        </w:rPr>
        <w:t xml:space="preserve">[55:19] </w:t>
      </w:r>
      <w:r>
        <w:t>is tarah se quran mehfooz raha.</w:t>
      </w:r>
    </w:p>
    <w:p>
      <w:pPr>
        <w:jc w:val="right"/>
      </w:pPr>
      <w:r>
        <w:t>اس طرح سے قرآن محفوظ رہا۔</w:t>
      </w:r>
    </w:p>
    <w:p>
      <w:r>
        <w:rPr>
          <w:b/>
        </w:rPr>
        <w:t xml:space="preserve">[55:21] </w:t>
      </w:r>
      <w:r>
        <w:t>to yeh kehna bilkul 100 fisad sahi hai ke quran ek preserved book hai, is mein koi badlao</w:t>
      </w:r>
    </w:p>
    <w:p>
      <w:pPr>
        <w:jc w:val="right"/>
      </w:pPr>
      <w:r>
        <w:t>تو یہ کہنا بالکل 100 فیصد صحیح ہے کہ قرآن ایک پریزروڈ بک ہے، اس میں کوئی بدلاؤ</w:t>
      </w:r>
    </w:p>
    <w:p>
      <w:r>
        <w:rPr>
          <w:b/>
        </w:rPr>
        <w:t xml:space="preserve">[55:29] </w:t>
      </w:r>
      <w:r>
        <w:t>nahin aaya hai.</w:t>
      </w:r>
    </w:p>
    <w:p>
      <w:pPr>
        <w:jc w:val="right"/>
      </w:pPr>
      <w:r>
        <w:t>نہیں آیا ہے۔</w:t>
      </w:r>
    </w:p>
    <w:p>
      <w:r>
        <w:rPr>
          <w:b/>
        </w:rPr>
        <w:t xml:space="preserve">[55:30] </w:t>
      </w:r>
      <w:r>
        <w:t>to jab aap quran parhte hain to aap samajhte hain ke authentic book of god parh rahe hain.</w:t>
      </w:r>
    </w:p>
    <w:p>
      <w:pPr>
        <w:jc w:val="right"/>
      </w:pPr>
      <w:r>
        <w:t>تو جب آپ قرآن پڑھتے ہیں تو آپ سمجھتے ہیں کہ اتھینٹک بک آف گاڈ پڑھ رہے ہیں۔</w:t>
      </w:r>
    </w:p>
    <w:p>
      <w:r>
        <w:rPr>
          <w:b/>
        </w:rPr>
        <w:t xml:space="preserve">[55:38] </w:t>
      </w:r>
      <w:r>
        <w:t>aap authentic book, book of god, aur is conviction se parhte hain ke is ke andar jo guidance</w:t>
      </w:r>
    </w:p>
    <w:p>
      <w:pPr>
        <w:jc w:val="right"/>
      </w:pPr>
      <w:r>
        <w:t>آپ اتھینٹک بک، بک آف گاڈ، اور اس کنوکشن سے پڑھتے ہیں کہ اس کے اندر جو گائیڈنس</w:t>
      </w:r>
    </w:p>
    <w:p>
      <w:r>
        <w:rPr>
          <w:b/>
        </w:rPr>
        <w:t xml:space="preserve">[55:46] </w:t>
      </w:r>
      <w:r>
        <w:t>hai, woh bilkul sahi guidance hai.</w:t>
      </w:r>
    </w:p>
    <w:p>
      <w:pPr>
        <w:jc w:val="right"/>
      </w:pPr>
      <w:r>
        <w:t>ہے، وہ بالکل صحیح گائیڈنس ہے۔</w:t>
      </w:r>
    </w:p>
    <w:p>
      <w:r>
        <w:rPr>
          <w:b/>
        </w:rPr>
        <w:t xml:space="preserve">[55:48] </w:t>
      </w:r>
      <w:r>
        <w:t>is par apni zindagi ko hum plan kar sakte hain.</w:t>
      </w:r>
    </w:p>
    <w:p>
      <w:pPr>
        <w:jc w:val="right"/>
      </w:pPr>
      <w:r>
        <w:t>اس پر اپنی زندگی کو ہم پلان کر سکتے ہیں۔</w:t>
      </w:r>
    </w:p>
    <w:p>
      <w:r>
        <w:rPr>
          <w:b/>
        </w:rPr>
        <w:t xml:space="preserve">[55:53] </w:t>
      </w:r>
      <w:r>
        <w:t>yeh hai quran.</w:t>
      </w:r>
    </w:p>
    <w:p>
      <w:pPr>
        <w:jc w:val="right"/>
      </w:pPr>
      <w:r>
        <w:t>یہ ہے قرآن۔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