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Islamic Ethics</w:t>
      </w:r>
    </w:p>
    <w:p>
      <w:r>
        <w:t>https://www.youtube.com/watch?v=ixmccyq9lpU</w:t>
      </w:r>
    </w:p>
    <w:p>
      <w:r>
        <w:rPr>
          <w:b/>
        </w:rPr>
        <w:t xml:space="preserve">[00:06] </w:t>
      </w:r>
      <w:r>
        <w:t>bismillah rahman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[00:07] </w:t>
      </w:r>
      <w:r>
        <w:t>aaj ka topic hai Islamic ethics, ya islami akhlaqiyat.</w:t>
      </w:r>
    </w:p>
    <w:p>
      <w:pPr>
        <w:jc w:val="right"/>
      </w:pPr>
      <w:r>
        <w:t>آج کا ٹاپک ہے Islamic ایتھکس، یا اسلامی اخلاقیات۔</w:t>
      </w:r>
    </w:p>
    <w:p>
      <w:r>
        <w:rPr>
          <w:b/>
        </w:rPr>
        <w:t xml:space="preserve">[00:11] </w:t>
      </w:r>
      <w:r>
        <w:t>aap jante hain ke ethical values ya moral values har system mein paaye jaate hain.</w:t>
      </w:r>
    </w:p>
    <w:p>
      <w:pPr>
        <w:jc w:val="right"/>
      </w:pPr>
      <w:r>
        <w:t>آپ جانتے ہیں کہ ایتھیکل ویلیوز یا مورل ویلیوز ہر سسٹم میں پائے جاتے ہیں۔</w:t>
      </w:r>
    </w:p>
    <w:p>
      <w:r>
        <w:rPr>
          <w:b/>
        </w:rPr>
        <w:t xml:space="preserve">[00:18] </w:t>
      </w:r>
      <w:r>
        <w:t>moral values ya akhlaqi aqdar ka matlab hai ke samaj mein hum kis tarah rahein ke achhe, ke</w:t>
      </w:r>
    </w:p>
    <w:p>
      <w:pPr>
        <w:jc w:val="right"/>
      </w:pPr>
      <w:r>
        <w:t>مورل ویلیوز یا اخلاقی اقدار کا مطلب ہے کہ سماج میں ہم کس طرح رہیں کہ اچھے، کہ</w:t>
      </w:r>
    </w:p>
    <w:p>
      <w:r>
        <w:rPr>
          <w:b/>
        </w:rPr>
        <w:t xml:space="preserve">[00:25] </w:t>
      </w:r>
      <w:r>
        <w:t>samaj ke achhe member ban saken.</w:t>
      </w:r>
    </w:p>
    <w:p>
      <w:pPr>
        <w:jc w:val="right"/>
      </w:pPr>
      <w:r>
        <w:t>سماج کے اچھے ممبر بن سکیں۔</w:t>
      </w:r>
    </w:p>
    <w:p>
      <w:r>
        <w:rPr>
          <w:b/>
        </w:rPr>
        <w:t xml:space="preserve">[00:28] </w:t>
      </w:r>
      <w:r>
        <w:t>kisi samaj ke achhe member ki hesiyat se rehna, yahi akhlaq ka ya ethics ka basic purpose hai.</w:t>
      </w:r>
    </w:p>
    <w:p>
      <w:pPr>
        <w:jc w:val="right"/>
      </w:pPr>
      <w:r>
        <w:t>کسی سماج کے اچھے ممبر کی حیثیت سے رہنا، یہی اخلاق کا یا Ethics کا بیسک پرپز ہے۔</w:t>
      </w:r>
    </w:p>
    <w:p>
      <w:r>
        <w:rPr>
          <w:b/>
        </w:rPr>
        <w:t xml:space="preserve">[00:36] </w:t>
      </w:r>
      <w:r>
        <w:t>to aap jante hain ke yeh har samaj ki zaroorat hai.</w:t>
      </w:r>
    </w:p>
    <w:p>
      <w:pPr>
        <w:jc w:val="right"/>
      </w:pPr>
      <w:r>
        <w:t>تو آپ جانتے ہیں کہ یہ ہر سماج کی ضرورت ہے۔</w:t>
      </w:r>
    </w:p>
    <w:p>
      <w:r>
        <w:rPr>
          <w:b/>
        </w:rPr>
        <w:t xml:space="preserve">[00:40] </w:t>
      </w:r>
      <w:r>
        <w:t>har samaj ko ethical values chahiye, isi liye har system mein, har mazhab mein is ke bare mein</w:t>
      </w:r>
    </w:p>
    <w:p>
      <w:pPr>
        <w:jc w:val="right"/>
      </w:pPr>
      <w:r>
        <w:t>ہر سماج کو ایتھیکل ویلیوز چاہییں، اسی لیے ہر سسٹم میں، ہر مذہب میں اس کے بارے میں</w:t>
      </w:r>
    </w:p>
    <w:p>
      <w:r>
        <w:rPr>
          <w:b/>
        </w:rPr>
        <w:t xml:space="preserve">[00:48] </w:t>
      </w:r>
      <w:r>
        <w:t>bataya jata hai.</w:t>
      </w:r>
    </w:p>
    <w:p>
      <w:pPr>
        <w:jc w:val="right"/>
      </w:pPr>
      <w:r>
        <w:t>بتایا جاتا ہے۔</w:t>
      </w:r>
    </w:p>
    <w:p>
      <w:r>
        <w:rPr>
          <w:b/>
        </w:rPr>
        <w:t xml:space="preserve">[00:49] </w:t>
      </w:r>
      <w:r>
        <w:t>jahan tak mein janta hoon, ek bahut hi basic teaching hai, moral teaching, jo sare hi mazhabon mein</w:t>
      </w:r>
    </w:p>
    <w:p>
      <w:pPr>
        <w:jc w:val="right"/>
      </w:pPr>
      <w:r>
        <w:t>جہاں تک میں جانتا ہوں، ایک بہت ہی بیسک ٹیچنگ ہے، مورل ٹیچنگ، جو سارے ہی مذہبوں میں</w:t>
      </w:r>
    </w:p>
    <w:p>
      <w:r>
        <w:rPr>
          <w:b/>
        </w:rPr>
        <w:t xml:space="preserve">[00:57] </w:t>
      </w:r>
      <w:r>
        <w:t>common hai, islam mein bhi.</w:t>
      </w:r>
    </w:p>
    <w:p>
      <w:pPr>
        <w:jc w:val="right"/>
      </w:pPr>
      <w:r>
        <w:t>کامن ہے، اسلام میں بھی۔</w:t>
      </w:r>
    </w:p>
    <w:p>
      <w:r>
        <w:rPr>
          <w:b/>
        </w:rPr>
        <w:t xml:space="preserve">[00:59] </w:t>
      </w:r>
      <w:r>
        <w:t>woh kya? woh ek bahut hi simple formula hai.</w:t>
      </w:r>
    </w:p>
    <w:p>
      <w:pPr>
        <w:jc w:val="right"/>
      </w:pPr>
      <w:r>
        <w:t>وہ کیا؟ وہ ایک بہت ہی سمپل فارمولا ہے۔</w:t>
      </w:r>
    </w:p>
    <w:p>
      <w:r>
        <w:rPr>
          <w:b/>
        </w:rPr>
        <w:t xml:space="preserve">[01:03] </w:t>
      </w:r>
      <w:r>
        <w:t>woh yeh hai ke samaj mein doosron ke sath is tarah raho jaisa ke tum chahte ho ke</w:t>
      </w:r>
    </w:p>
    <w:p>
      <w:pPr>
        <w:jc w:val="right"/>
      </w:pPr>
      <w:r>
        <w:t>وہ یہ ہے کہ سماج میں دوسروں کے ساتھ اس طرح رہو جیسا کہ تم چاہتے ہو کہ</w:t>
      </w:r>
    </w:p>
    <w:p>
      <w:r>
        <w:rPr>
          <w:b/>
        </w:rPr>
        <w:t xml:space="preserve">[01:11] </w:t>
      </w:r>
      <w:r>
        <w:t>doosre tumhare saath rahen.</w:t>
      </w:r>
    </w:p>
    <w:p>
      <w:pPr>
        <w:jc w:val="right"/>
      </w:pPr>
      <w:r>
        <w:t>دوسرے تمہارے ساتھ رہیں۔</w:t>
      </w:r>
    </w:p>
    <w:p>
      <w:r>
        <w:rPr>
          <w:b/>
        </w:rPr>
        <w:t xml:space="preserve">[01:13] </w:t>
      </w:r>
      <w:r>
        <w:t>yani jo tum ko acha nahi lagta woh tum doosron se na karo, aur jo tum ko, jo</w:t>
      </w:r>
    </w:p>
    <w:p>
      <w:pPr>
        <w:jc w:val="right"/>
      </w:pPr>
      <w:r>
        <w:t>یعنی جو تم کو اچھا نہیں لگتا وہ تم دوسروں سے نہ کرو، اور جو تم کو، جو</w:t>
      </w:r>
    </w:p>
    <w:p>
      <w:r>
        <w:rPr>
          <w:b/>
        </w:rPr>
        <w:t xml:space="preserve">[01:20] </w:t>
      </w:r>
      <w:r>
        <w:t>baat tum ko achi lagti hai woh tum doosron ke saath karo.</w:t>
      </w:r>
    </w:p>
    <w:p>
      <w:pPr>
        <w:jc w:val="right"/>
      </w:pPr>
      <w:r>
        <w:t>بات تم کو اچھی لگتی ہے وہ تم دوسروں کے ساتھ کرو۔</w:t>
      </w:r>
    </w:p>
    <w:p>
      <w:r>
        <w:rPr>
          <w:b/>
        </w:rPr>
        <w:t xml:space="preserve">[01:25] </w:t>
      </w:r>
      <w:r>
        <w:t>dekhen, bohat hi simple formula hai yeh.</w:t>
      </w:r>
    </w:p>
    <w:p>
      <w:pPr>
        <w:jc w:val="right"/>
      </w:pPr>
      <w:r>
        <w:t>دیکھیں، بہت ہی سمپل فارمولا ہے یہ۔</w:t>
      </w:r>
    </w:p>
    <w:p>
      <w:r>
        <w:rPr>
          <w:b/>
        </w:rPr>
        <w:t xml:space="preserve">[01:28] </w:t>
      </w:r>
      <w:r>
        <w:t>is liye ke koi bhi aadmi, chahe woh parha likha ho ya be parha likha ho, chahe woh</w:t>
      </w:r>
    </w:p>
    <w:p>
      <w:pPr>
        <w:jc w:val="right"/>
      </w:pPr>
      <w:r>
        <w:t>اس لیے کہ کوئی بھی آدمی، چاہے وہ پڑھا لکھا ہو یا بے پڑھا لکھا ہو، چاہے وہ</w:t>
      </w:r>
    </w:p>
    <w:p>
      <w:r>
        <w:rPr>
          <w:b/>
        </w:rPr>
        <w:t xml:space="preserve">[01:36] </w:t>
      </w:r>
      <w:r>
        <w:t>ameer ho ya ghareeb ho, sab yeh jante hain ke mujhe kya acha lagta hai, mujhe kya bura</w:t>
      </w:r>
    </w:p>
    <w:p>
      <w:pPr>
        <w:jc w:val="right"/>
      </w:pPr>
      <w:r>
        <w:t>امیر ہو یا غریب ہو، سب یہ جانتے ہیں کہ مجھے کیا اچھا لگتا ہے، مجھے کیا برا</w:t>
      </w:r>
    </w:p>
    <w:p>
      <w:r>
        <w:rPr>
          <w:b/>
        </w:rPr>
        <w:t xml:space="preserve">[01:44] </w:t>
      </w:r>
      <w:r>
        <w:t>lagta hai.</w:t>
      </w:r>
    </w:p>
    <w:p>
      <w:pPr>
        <w:jc w:val="right"/>
      </w:pPr>
      <w:r>
        <w:t>لگتا ہے۔</w:t>
      </w:r>
    </w:p>
    <w:p>
      <w:r>
        <w:rPr>
          <w:b/>
        </w:rPr>
        <w:t xml:space="preserve">[01:45] </w:t>
      </w:r>
      <w:r>
        <w:t>to bas yahi hai criterion.</w:t>
      </w:r>
    </w:p>
    <w:p>
      <w:pPr>
        <w:jc w:val="right"/>
      </w:pPr>
      <w:r>
        <w:t>تو بس یہی ہے کرائیٹیرین۔</w:t>
      </w:r>
    </w:p>
    <w:p>
      <w:r>
        <w:rPr>
          <w:b/>
        </w:rPr>
        <w:t xml:space="preserve">[01:47] </w:t>
      </w:r>
      <w:r>
        <w:t>jaise agar koi aap ko meetha bol bolay to aap ko acha lage ga, to aap bhi doosron</w:t>
      </w:r>
    </w:p>
    <w:p>
      <w:pPr>
        <w:jc w:val="right"/>
      </w:pPr>
      <w:r>
        <w:t>جیسے اگر کوئی آپ کو میٹھا بول بولے تو آپ کو اچھا لگے گا، تو آپ بھی دوسروں</w:t>
      </w:r>
    </w:p>
    <w:p>
      <w:r>
        <w:rPr>
          <w:b/>
        </w:rPr>
        <w:t xml:space="preserve">[01:55] </w:t>
      </w:r>
      <w:r>
        <w:t>ke saath meetha bol bolie.</w:t>
      </w:r>
    </w:p>
    <w:p>
      <w:pPr>
        <w:jc w:val="right"/>
      </w:pPr>
      <w:r>
        <w:t>کے ساتھ میٹھا بول بولیے۔</w:t>
      </w:r>
    </w:p>
    <w:p>
      <w:r>
        <w:rPr>
          <w:b/>
        </w:rPr>
        <w:t xml:space="preserve">[01:57] </w:t>
      </w:r>
      <w:r>
        <w:t>isi tarah agar koi karwa bol bolay, koi bura bol bolay to aap ko acha nahi lage ga,</w:t>
      </w:r>
    </w:p>
    <w:p>
      <w:pPr>
        <w:jc w:val="right"/>
      </w:pPr>
      <w:r>
        <w:t>اسی طرح اگر کوئی کڑوا بول بولے، کوئی برا بول بولے تو آپ کو اچھا نہیں لگے گا،</w:t>
      </w:r>
    </w:p>
    <w:p>
      <w:r>
        <w:rPr>
          <w:b/>
        </w:rPr>
        <w:t xml:space="preserve">[02:05] </w:t>
      </w:r>
      <w:r>
        <w:t>to aap bhi doosron ke saath karwa bol na bolen, buri baat doosron ke liye na kahen.</w:t>
      </w:r>
    </w:p>
    <w:p>
      <w:pPr>
        <w:jc w:val="right"/>
      </w:pPr>
      <w:r>
        <w:t>تو آپ بھی دوسروں کے ساتھ کڑوا بول نہ بولیں، بری بات دوسروں کے لیے نہ کہیں۔</w:t>
      </w:r>
    </w:p>
    <w:p>
      <w:r>
        <w:rPr>
          <w:b/>
        </w:rPr>
        <w:t xml:space="preserve">[02:12] </w:t>
      </w:r>
      <w:r>
        <w:t>yeh hai bohat hi simple formula, aur yeh hai ek universal formula, aur yeh hai ek natural formula.</w:t>
      </w:r>
    </w:p>
    <w:p>
      <w:pPr>
        <w:jc w:val="right"/>
      </w:pPr>
      <w:r>
        <w:t>یہ ہے بہت ہی سمپل فارمولا، اور یہ ہے ایک یونیورسل فارمولا، اور یہ ہے ایک نیچرل فارمولا۔</w:t>
      </w:r>
    </w:p>
    <w:p>
      <w:r>
        <w:rPr>
          <w:b/>
        </w:rPr>
        <w:t xml:space="preserve">[02:20] </w:t>
      </w:r>
      <w:r>
        <w:t>isi ek baat ko agar koi aurat ya mard pakar le to main samajhta hoon ke yahi ek</w:t>
      </w:r>
    </w:p>
    <w:p>
      <w:pPr>
        <w:jc w:val="right"/>
      </w:pPr>
      <w:r>
        <w:t>اسی ایک بات کو اگر کوئی عورت یا مرد پکڑ لے تو میں سمجھتا ہوں کہ یہی ایک</w:t>
      </w:r>
    </w:p>
    <w:p>
      <w:r>
        <w:rPr>
          <w:b/>
        </w:rPr>
        <w:t xml:space="preserve">[02:28] </w:t>
      </w:r>
      <w:r>
        <w:t>baat jo hai kafi ho jaye.</w:t>
      </w:r>
    </w:p>
    <w:p>
      <w:pPr>
        <w:jc w:val="right"/>
      </w:pPr>
      <w:r>
        <w:t>بات جو ہے کافی ہو جائے۔</w:t>
      </w:r>
    </w:p>
    <w:p>
      <w:r>
        <w:rPr>
          <w:b/>
        </w:rPr>
        <w:t xml:space="preserve">[02:30] </w:t>
      </w:r>
      <w:r>
        <w:t>is saare akhlaq ka, sari moral values ka isi mein khulasa aa gaya hai.</w:t>
      </w:r>
    </w:p>
    <w:p>
      <w:pPr>
        <w:jc w:val="right"/>
      </w:pPr>
      <w:r>
        <w:t>اس سارے اخلاق کا، ساری مورل ویلیوز کا اسی میں خلاصہ آ گیا ہے۔</w:t>
      </w:r>
    </w:p>
    <w:p>
      <w:r>
        <w:rPr>
          <w:b/>
        </w:rPr>
        <w:t xml:space="preserve">[02:36] </w:t>
      </w:r>
      <w:r>
        <w:t>islam mein dekhiye, jo moral teachings hain, us ke do barhe hisse hain.</w:t>
      </w:r>
    </w:p>
    <w:p>
      <w:pPr>
        <w:jc w:val="right"/>
      </w:pPr>
      <w:r>
        <w:t>اسلام میں دیکھیے، جو مورل ٹیچنگز ہیں، اس کے دو بڑے حصے ہیں۔</w:t>
      </w:r>
    </w:p>
    <w:p>
      <w:r>
        <w:rPr>
          <w:b/>
        </w:rPr>
        <w:t xml:space="preserve">[02:42] </w:t>
      </w:r>
      <w:r>
        <w:t>ek ko main kahoon ga moral sento—moral incentive.</w:t>
      </w:r>
    </w:p>
    <w:p>
      <w:pPr>
        <w:jc w:val="right"/>
      </w:pPr>
      <w:r>
        <w:t>ایک کو میں کہوں گا مورل سینٹو—مورل انسنٹیو۔</w:t>
      </w:r>
    </w:p>
    <w:p>
      <w:r>
        <w:rPr>
          <w:b/>
        </w:rPr>
        <w:t xml:space="preserve">[02:45] </w:t>
      </w:r>
      <w:r>
        <w:t>moral incentive.</w:t>
      </w:r>
    </w:p>
    <w:p>
      <w:pPr>
        <w:jc w:val="right"/>
      </w:pPr>
      <w:r>
        <w:t>مورل انسنٹیو۔</w:t>
      </w:r>
    </w:p>
    <w:p>
      <w:r>
        <w:rPr>
          <w:b/>
        </w:rPr>
        <w:t xml:space="preserve">[02:47] </w:t>
      </w:r>
      <w:r>
        <w:t>aur doosra moral teachings.</w:t>
      </w:r>
    </w:p>
    <w:p>
      <w:pPr>
        <w:jc w:val="right"/>
      </w:pPr>
      <w:r>
        <w:t>اور دوسرا مورل ٹیچنگز۔</w:t>
      </w:r>
    </w:p>
    <w:p>
      <w:r>
        <w:rPr>
          <w:b/>
        </w:rPr>
        <w:t xml:space="preserve">[02:49] </w:t>
      </w:r>
      <w:r>
        <w:t>yani yeh ke hum kin moral values ko apnaen, kin moral values ko hum follow karen, aur phir</w:t>
      </w:r>
    </w:p>
    <w:p>
      <w:pPr>
        <w:jc w:val="right"/>
      </w:pPr>
      <w:r>
        <w:t>یعنی یہ کہ ہم کن مورل ویلیوز کو اپنائیں، کن مورل ویلیوز کو ہم فالو کریں، اور پھر</w:t>
      </w:r>
    </w:p>
    <w:p>
      <w:r>
        <w:rPr>
          <w:b/>
        </w:rPr>
        <w:t xml:space="preserve">[02:56] </w:t>
      </w:r>
      <w:r>
        <w:t>yeh ke in moral values ko follow karne mein motivation kya hai, incentive kya hai, muharrik kya hai.</w:t>
      </w:r>
    </w:p>
    <w:p>
      <w:pPr>
        <w:jc w:val="right"/>
      </w:pPr>
      <w:r>
        <w:t>یہ کہ ان مورل ویلیوز کو فالو کرنے میں موٹیویشن کیا ہے، انسنٹیو کیا ہے، محرک کیا ہے۔</w:t>
      </w:r>
    </w:p>
    <w:p>
      <w:r>
        <w:rPr>
          <w:b/>
        </w:rPr>
        <w:t xml:space="preserve">[03:04] </w:t>
      </w:r>
      <w:r>
        <w:t>jaise dekhiye, ek bohat hi basic baat hai, woh hai justice.</w:t>
      </w:r>
    </w:p>
    <w:p>
      <w:pPr>
        <w:jc w:val="right"/>
      </w:pPr>
      <w:r>
        <w:t>جیسے دیکھیے، ایک بہت ہی بیسک بات ہے، وہ ہے جسٹس۔</w:t>
      </w:r>
    </w:p>
    <w:p>
      <w:r>
        <w:rPr>
          <w:b/>
        </w:rPr>
        <w:t xml:space="preserve">[03:09] </w:t>
      </w:r>
      <w:r>
        <w:t>adal.</w:t>
      </w:r>
    </w:p>
    <w:p>
      <w:pPr>
        <w:jc w:val="right"/>
      </w:pPr>
      <w:r>
        <w:t>عدل۔</w:t>
      </w:r>
    </w:p>
    <w:p>
      <w:r>
        <w:rPr>
          <w:b/>
        </w:rPr>
        <w:t xml:space="preserve">[03:10] </w:t>
      </w:r>
      <w:r>
        <w:t>yani hum doosron ke saath justice karen, adal karen, insaaf karen.</w:t>
      </w:r>
    </w:p>
    <w:p>
      <w:pPr>
        <w:jc w:val="right"/>
      </w:pPr>
      <w:r>
        <w:t>یعنی ہم دوسروں کے ساتھ جسٹس کریں، عدل کریں، انصاف کریں۔</w:t>
      </w:r>
    </w:p>
    <w:p>
      <w:r>
        <w:rPr>
          <w:b/>
        </w:rPr>
        <w:t xml:space="preserve">[03:15] </w:t>
      </w:r>
      <w:r>
        <w:t>to kai baar aisa hota hai ke doosron ke saath justice karne mein apna interest kill hota hai,</w:t>
      </w:r>
    </w:p>
    <w:p>
      <w:pPr>
        <w:jc w:val="right"/>
      </w:pPr>
      <w:r>
        <w:t>تو کئی بار ایسا ہوتا ہے کہ دوسروں کے ساتھ جسٹس کرنے میں اپنا انٹرسٹ کل ہوتا ہے،</w:t>
      </w:r>
    </w:p>
    <w:p>
      <w:r>
        <w:rPr>
          <w:b/>
        </w:rPr>
        <w:t xml:space="preserve">[03:23] </w:t>
      </w:r>
      <w:r>
        <w:t>apna kuch nuksaan ho raha hota hai.</w:t>
      </w:r>
    </w:p>
    <w:p>
      <w:pPr>
        <w:jc w:val="right"/>
      </w:pPr>
      <w:r>
        <w:t>اپنا کچھ نقصان ہو رہا ہوتا ہے۔</w:t>
      </w:r>
    </w:p>
    <w:p>
      <w:r>
        <w:rPr>
          <w:b/>
        </w:rPr>
        <w:t xml:space="preserve">[03:26] </w:t>
      </w:r>
      <w:r>
        <w:t>to wahan aadmi kyun justice kare? is ke liye koi incentive chahiye.</w:t>
      </w:r>
    </w:p>
    <w:p>
      <w:pPr>
        <w:jc w:val="right"/>
      </w:pPr>
      <w:r>
        <w:t>تو وہاں آپ آدمی کیوں جسٹس کرے؟ اس کے لیے کوئی انسنٹیو چاہیے۔</w:t>
      </w:r>
    </w:p>
    <w:p>
      <w:r>
        <w:rPr>
          <w:b/>
        </w:rPr>
        <w:t xml:space="preserve">[03:31] </w:t>
      </w:r>
      <w:r>
        <w:t>jaise ke kisi shakhs ki property hai, by chance woh aap ke qabze mein aa gayi.</w:t>
      </w:r>
    </w:p>
    <w:p>
      <w:pPr>
        <w:jc w:val="right"/>
      </w:pPr>
      <w:r>
        <w:t>جیسے کہ کسی شخص کی پراپرٹی ہے، بائی چانس وہ آپ کے قبضے میں آ گئی۔</w:t>
      </w:r>
    </w:p>
    <w:p>
      <w:r>
        <w:rPr>
          <w:b/>
        </w:rPr>
        <w:t xml:space="preserve">[03:38] </w:t>
      </w:r>
      <w:r>
        <w:t>kai baar aisa hota hai ke kisi wajah se, owner ki kisi bhool ki wajah se ek aur</w:t>
      </w:r>
    </w:p>
    <w:p>
      <w:pPr>
        <w:jc w:val="right"/>
      </w:pPr>
      <w:r>
        <w:t>کئی بار ایسا ہوتا ہے کہ کسی وجہ سے، اونر کی کسی بھول کی وجہ سے ایک اور</w:t>
      </w:r>
    </w:p>
    <w:p>
      <w:r>
        <w:rPr>
          <w:b/>
        </w:rPr>
        <w:t xml:space="preserve">[03:46] </w:t>
      </w:r>
      <w:r>
        <w:t>aadmi ke qabze mein us ki property aa jaati hai.</w:t>
      </w:r>
    </w:p>
    <w:p>
      <w:pPr>
        <w:jc w:val="right"/>
      </w:pPr>
      <w:r>
        <w:t>آدمی کے قبضے میں اس کی پراپرٹی آ جاتی ہے۔</w:t>
      </w:r>
    </w:p>
    <w:p>
      <w:r>
        <w:rPr>
          <w:b/>
        </w:rPr>
        <w:t xml:space="preserve">[03:50] </w:t>
      </w:r>
      <w:r>
        <w:t>ab justice kya hai? us ki property ko lotaya jaye, us ko wapas diya jaye.</w:t>
      </w:r>
    </w:p>
    <w:p>
      <w:pPr>
        <w:jc w:val="right"/>
      </w:pPr>
      <w:r>
        <w:t>اب جسٹس کیا ہے؟ اس کی پراپرٹی کو لوٹایا جائے، اس کو واپس دیا جائے۔</w:t>
      </w:r>
    </w:p>
    <w:p>
      <w:r>
        <w:rPr>
          <w:b/>
        </w:rPr>
        <w:t xml:space="preserve">[03:57] </w:t>
      </w:r>
      <w:r>
        <w:t>is mein aadmi ko apna nuksaan dikhai deta hai ke ek boli hui cheez ko doosre ko dena.</w:t>
      </w:r>
    </w:p>
    <w:p>
      <w:pPr>
        <w:jc w:val="right"/>
      </w:pPr>
      <w:r>
        <w:t>اس میں آدمی کو اپنا نقصان دکھائی دیتا ہے کہ ایک بلی ہوئی چیز کو دوسرے کو دینا۔</w:t>
      </w:r>
    </w:p>
    <w:p>
      <w:r>
        <w:rPr>
          <w:b/>
        </w:rPr>
        <w:t xml:space="preserve">[04:04] </w:t>
      </w:r>
      <w:r>
        <w:t>to kyun de woh? aap jaante hain ke is tarah ki baaton ko le kar muqadme, cases bante</w:t>
      </w:r>
    </w:p>
    <w:p>
      <w:pPr>
        <w:jc w:val="right"/>
      </w:pPr>
      <w:r>
        <w:t>تو کیوں دے وہ؟ آپ جانتے ہیں کہ اس طرح کی باتوں کو لے کر مقدمے، کیسز بنتے</w:t>
      </w:r>
    </w:p>
    <w:p>
      <w:r>
        <w:rPr>
          <w:b/>
        </w:rPr>
        <w:t xml:space="preserve">[04:12] </w:t>
      </w:r>
      <w:r>
        <w:t>hain.</w:t>
      </w:r>
    </w:p>
    <w:p>
      <w:pPr>
        <w:jc w:val="right"/>
      </w:pPr>
      <w:r>
        <w:t>ہیں۔</w:t>
      </w:r>
    </w:p>
    <w:p>
      <w:r>
        <w:rPr>
          <w:b/>
        </w:rPr>
        <w:t xml:space="preserve">[04:13] </w:t>
      </w:r>
      <w:r>
        <w:t>courts mein aap jayen to bohat cases is tarah ke honge.</w:t>
      </w:r>
    </w:p>
    <w:p>
      <w:pPr>
        <w:jc w:val="right"/>
      </w:pPr>
      <w:r>
        <w:t>کورٹوں میں آپ جائیں تو بہت کیسز اس طرح کے ہوں گے۔</w:t>
      </w:r>
    </w:p>
    <w:p>
      <w:r>
        <w:rPr>
          <w:b/>
        </w:rPr>
        <w:t xml:space="preserve">[04:19] </w:t>
      </w:r>
      <w:r>
        <w:t>kisi ne kisi ki property par qabza kar liya hoga.</w:t>
      </w:r>
    </w:p>
    <w:p>
      <w:pPr>
        <w:jc w:val="right"/>
      </w:pPr>
      <w:r>
        <w:t>کسی نے کسی کی پراپرٹی پر قبضہ کر لیا ہوگا۔</w:t>
      </w:r>
    </w:p>
    <w:p>
      <w:r>
        <w:rPr>
          <w:b/>
        </w:rPr>
        <w:t xml:space="preserve">[04:23] </w:t>
      </w:r>
      <w:r>
        <w:t>ab dono ke beech mein case chal raha hai.</w:t>
      </w:r>
    </w:p>
    <w:p>
      <w:pPr>
        <w:jc w:val="right"/>
      </w:pPr>
      <w:r>
        <w:t>اب دونوں کے بیچ میں کیس چل رہا ہے۔</w:t>
      </w:r>
    </w:p>
    <w:p>
      <w:r>
        <w:rPr>
          <w:b/>
        </w:rPr>
        <w:t xml:space="preserve">[04:27] </w:t>
      </w:r>
      <w:r>
        <w:t>woh chhodne ko tayyar nahin.</w:t>
      </w:r>
    </w:p>
    <w:p>
      <w:pPr>
        <w:jc w:val="right"/>
      </w:pPr>
      <w:r>
        <w:t>وہ چھوڑنے کو تیار نہیں۔</w:t>
      </w:r>
    </w:p>
    <w:p>
      <w:r>
        <w:rPr>
          <w:b/>
        </w:rPr>
        <w:t xml:space="preserve">[04:29] </w:t>
      </w:r>
      <w:r>
        <w:t>isi tarah kai baar aisa hoga ke aadmi, yaani moral values mein sab se ahem values hai sach</w:t>
      </w:r>
    </w:p>
    <w:p>
      <w:pPr>
        <w:jc w:val="right"/>
      </w:pPr>
      <w:r>
        <w:t>اسی طرح کئی بار ایسا ہوگا کہ آدمی، یعنی مورل ویلیوز میں سب سے اہم ویلیوز ہے سچ</w:t>
      </w:r>
    </w:p>
    <w:p>
      <w:r>
        <w:rPr>
          <w:b/>
        </w:rPr>
        <w:t xml:space="preserve">[04:37] </w:t>
      </w:r>
      <w:r>
        <w:t>bolna.</w:t>
      </w:r>
    </w:p>
    <w:p>
      <w:pPr>
        <w:jc w:val="right"/>
      </w:pPr>
      <w:r>
        <w:t>بولنا۔</w:t>
      </w:r>
    </w:p>
    <w:p>
      <w:r>
        <w:rPr>
          <w:b/>
        </w:rPr>
        <w:t xml:space="preserve">[04:38] </w:t>
      </w:r>
      <w:r>
        <w:t>sach bolna.</w:t>
      </w:r>
    </w:p>
    <w:p>
      <w:pPr>
        <w:jc w:val="right"/>
      </w:pPr>
      <w:r>
        <w:t>سچ بولنا۔</w:t>
      </w:r>
    </w:p>
    <w:p>
      <w:r>
        <w:rPr>
          <w:b/>
        </w:rPr>
        <w:t xml:space="preserve">[04:40] </w:t>
      </w:r>
      <w:r>
        <w:t>to kabhi aisa hota hai ke sach bolne mein apni baat bigadti hui dikhai deti hai.</w:t>
      </w:r>
    </w:p>
    <w:p>
      <w:pPr>
        <w:jc w:val="right"/>
      </w:pPr>
      <w:r>
        <w:t>تو کبھی ایسا ہوتا ہے کہ سچ بولنے میں اپنی بات بگڑتی ہوئی دکھائی دیتی ہے۔</w:t>
      </w:r>
    </w:p>
    <w:p>
      <w:r>
        <w:rPr>
          <w:b/>
        </w:rPr>
        <w:t xml:space="preserve">[04:46] </w:t>
      </w:r>
      <w:r>
        <w:t>to aadmi sach kyun bole? isi liye aksar log, majority logon ki aisi hai jo jhoot bol dete</w:t>
      </w:r>
    </w:p>
    <w:p>
      <w:pPr>
        <w:jc w:val="right"/>
      </w:pPr>
      <w:r>
        <w:t>تو آدمی سچ کیوں بولے؟ اسی لیے اکثر لوگ، میجورٹی لوگوں کی ایسی ہے جو جھوٹ بول دیتے</w:t>
      </w:r>
    </w:p>
    <w:p>
      <w:r>
        <w:rPr>
          <w:b/>
        </w:rPr>
        <w:t xml:space="preserve">[04:54] </w:t>
      </w:r>
      <w:r>
        <w:t>hain.</w:t>
      </w:r>
    </w:p>
    <w:p>
      <w:pPr>
        <w:jc w:val="right"/>
      </w:pPr>
      <w:r>
        <w:t>ہیں۔</w:t>
      </w:r>
    </w:p>
    <w:p>
      <w:r>
        <w:rPr>
          <w:b/>
        </w:rPr>
        <w:t xml:space="preserve">[04:56] </w:t>
      </w:r>
      <w:r>
        <w:t>koi jhoot bolta hai bilkul naked way mein, koi jhoot bolta hai hidden way mein.</w:t>
      </w:r>
    </w:p>
    <w:p>
      <w:pPr>
        <w:jc w:val="right"/>
      </w:pPr>
      <w:r>
        <w:t>کوئی جھوٹ بولتا ہے بالکل نیکڈ وے میں، کوئی جھوٹ بولتا ہے ہڈن وے میں۔</w:t>
      </w:r>
    </w:p>
    <w:p>
      <w:r>
        <w:rPr>
          <w:b/>
        </w:rPr>
        <w:t xml:space="preserve">[05:02] </w:t>
      </w:r>
      <w:r>
        <w:t>yaani ek dum khula khula jhoot koi bol deta hai, koi us ko chhupa kar ke, patch up</w:t>
      </w:r>
    </w:p>
    <w:p>
      <w:pPr>
        <w:jc w:val="right"/>
      </w:pPr>
      <w:r>
        <w:t>یعنی ایک دم کھلا کھلا جھوٹ کوئی بول دیتا ہے، کوئی اس کو چھپا کر کے، پیچ اپ</w:t>
      </w:r>
    </w:p>
    <w:p>
      <w:r>
        <w:rPr>
          <w:b/>
        </w:rPr>
        <w:t xml:space="preserve">[05:10] </w:t>
      </w:r>
      <w:r>
        <w:t>kar ke bolta hai, twist kar ke bolta hai.</w:t>
      </w:r>
    </w:p>
    <w:p>
      <w:pPr>
        <w:jc w:val="right"/>
      </w:pPr>
      <w:r>
        <w:t>کر کے بولتا ہے، ٹوسٹ کر کے بولتا ہے۔</w:t>
      </w:r>
    </w:p>
    <w:p>
      <w:r>
        <w:rPr>
          <w:b/>
        </w:rPr>
        <w:t xml:space="preserve">[05:14] </w:t>
      </w:r>
      <w:r>
        <w:t>lekin hai to dono jhoot.</w:t>
      </w:r>
    </w:p>
    <w:p>
      <w:pPr>
        <w:jc w:val="right"/>
      </w:pPr>
      <w:r>
        <w:t>لیکن ہے تو دونوں جھوٹ۔</w:t>
      </w:r>
    </w:p>
    <w:p>
      <w:r>
        <w:rPr>
          <w:b/>
        </w:rPr>
        <w:t xml:space="preserve">[05:16] </w:t>
      </w:r>
      <w:r>
        <w:t>to kyun aisa aadmi karta hai? kyunke us ko lagta hai ke faida us waqt jo hai us</w:t>
      </w:r>
    </w:p>
    <w:p>
      <w:pPr>
        <w:jc w:val="right"/>
      </w:pPr>
      <w:r>
        <w:t>تو کیوں ایسا آدمی کرتا ہے؟ کیونکہ اس کو لگتا ہے کہ فائدہ اس وقت جو ہے اس</w:t>
      </w:r>
    </w:p>
    <w:p>
      <w:r>
        <w:rPr>
          <w:b/>
        </w:rPr>
        <w:t xml:space="preserve">[05:24] </w:t>
      </w:r>
      <w:r>
        <w:t>mamle mein mera jhoot bolne mein hai.</w:t>
      </w:r>
    </w:p>
    <w:p>
      <w:pPr>
        <w:jc w:val="right"/>
      </w:pPr>
      <w:r>
        <w:t>معاملے میں میرا جھوٹ بولنے میں ہے۔</w:t>
      </w:r>
    </w:p>
    <w:p>
      <w:r>
        <w:rPr>
          <w:b/>
        </w:rPr>
        <w:t xml:space="preserve">[05:27] </w:t>
      </w:r>
      <w:r>
        <w:t>to aadmi kyon jhoot na bolay, kyon sach bolay? is ke liye koi bohat hi strong qism ka</w:t>
      </w:r>
    </w:p>
    <w:p>
      <w:pPr>
        <w:jc w:val="right"/>
      </w:pPr>
      <w:r>
        <w:t>تو آدمی کیوں جھوٹ نہ بولے، کیوں سچ بولے؟ اس کے لیے کوئی بہت ہی سٹرانگ قسم کا</w:t>
      </w:r>
    </w:p>
    <w:p>
      <w:r>
        <w:rPr>
          <w:b/>
        </w:rPr>
        <w:t xml:space="preserve">[05:34] </w:t>
      </w:r>
      <w:r>
        <w:t>incentive chahiye.</w:t>
      </w:r>
    </w:p>
    <w:p>
      <w:pPr>
        <w:jc w:val="right"/>
      </w:pPr>
      <w:r>
        <w:t>انسنٹیو چاہیے۔</w:t>
      </w:r>
    </w:p>
    <w:p>
      <w:r>
        <w:rPr>
          <w:b/>
        </w:rPr>
        <w:t xml:space="preserve">[05:36] </w:t>
      </w:r>
      <w:r>
        <w:t>koi bohat hi strong qism ka motivation chahiye.</w:t>
      </w:r>
    </w:p>
    <w:p>
      <w:pPr>
        <w:jc w:val="right"/>
      </w:pPr>
      <w:r>
        <w:t>کوئی بہت ہی سٹرانگ قسم کا موٹیویشن چاہیے۔</w:t>
      </w:r>
    </w:p>
    <w:p>
      <w:r>
        <w:rPr>
          <w:b/>
        </w:rPr>
        <w:t xml:space="preserve">[05:39] </w:t>
      </w:r>
      <w:r>
        <w:t>muharrik chahiye.</w:t>
      </w:r>
    </w:p>
    <w:p>
      <w:pPr>
        <w:jc w:val="right"/>
      </w:pPr>
      <w:r>
        <w:t>محرک چاہیے۔</w:t>
      </w:r>
    </w:p>
    <w:p>
      <w:r>
        <w:rPr>
          <w:b/>
        </w:rPr>
        <w:t xml:space="preserve">[05:41] </w:t>
      </w:r>
      <w:r>
        <w:t>tab woh aisa karega ke ignore karega woh apne faiday ko, aur har haal mein woh</w:t>
      </w:r>
    </w:p>
    <w:p>
      <w:pPr>
        <w:jc w:val="right"/>
      </w:pPr>
      <w:r>
        <w:t>تب وہ ایسا کرے گا کہ اگنور کرے گا وہ اپنے فائدے کو، اور ہر حال میں وہ</w:t>
      </w:r>
    </w:p>
    <w:p>
      <w:r>
        <w:rPr>
          <w:b/>
        </w:rPr>
        <w:t xml:space="preserve">[05:48] </w:t>
      </w:r>
      <w:r>
        <w:t>sach bolay ga.</w:t>
      </w:r>
    </w:p>
    <w:p>
      <w:pPr>
        <w:jc w:val="right"/>
      </w:pPr>
      <w:r>
        <w:t>سچ بولے گا۔</w:t>
      </w:r>
    </w:p>
    <w:p>
      <w:r>
        <w:rPr>
          <w:b/>
        </w:rPr>
        <w:t xml:space="preserve">[05:50] </w:t>
      </w:r>
      <w:r>
        <w:t>woh jhoot nahin bolay ga.</w:t>
      </w:r>
    </w:p>
    <w:p>
      <w:pPr>
        <w:jc w:val="right"/>
      </w:pPr>
      <w:r>
        <w:t>وہ جھوٹ نہیں بولے گا۔</w:t>
      </w:r>
    </w:p>
    <w:p>
      <w:r>
        <w:rPr>
          <w:b/>
        </w:rPr>
        <w:t xml:space="preserve">[05:52] </w:t>
      </w:r>
      <w:r>
        <w:t>isi tarah saaray moral values ka mamla hai.</w:t>
      </w:r>
    </w:p>
    <w:p>
      <w:pPr>
        <w:jc w:val="right"/>
      </w:pPr>
      <w:r>
        <w:t>اسی طرح سارے مورل ویلیوز کا معاملہ ہے۔</w:t>
      </w:r>
    </w:p>
    <w:p>
      <w:r>
        <w:rPr>
          <w:b/>
        </w:rPr>
        <w:t xml:space="preserve">[05:55] </w:t>
      </w:r>
      <w:r>
        <w:t>saaray moral values ka mamla hai.</w:t>
      </w:r>
    </w:p>
    <w:p>
      <w:pPr>
        <w:jc w:val="right"/>
      </w:pPr>
      <w:r>
        <w:t>سارے مورل ویلیوز کا معاملہ ہے۔</w:t>
      </w:r>
    </w:p>
    <w:p>
      <w:r>
        <w:rPr>
          <w:b/>
        </w:rPr>
        <w:t xml:space="preserve">[05:58] </w:t>
      </w:r>
      <w:r>
        <w:t>تو Prophet of Islam کے پاس ایک آدمی آیا۔</w:t>
      </w:r>
    </w:p>
    <w:p>
      <w:pPr>
        <w:jc w:val="right"/>
      </w:pPr>
      <w:r>
        <w:t>تو پرافرٹ آف اسلام کے پاس ایک آدمی آیا۔</w:t>
      </w:r>
    </w:p>
    <w:p>
      <w:r>
        <w:rPr>
          <w:b/>
        </w:rPr>
        <w:t xml:space="preserve">[06:02] </w:t>
      </w:r>
      <w:r>
        <w:t>us ne kaha ke main kai buraiyon mein phansa hua hoon.</w:t>
      </w:r>
    </w:p>
    <w:p>
      <w:pPr>
        <w:jc w:val="right"/>
      </w:pPr>
      <w:r>
        <w:t>اس نے کہا کہ میں کئی برائیوں میں پھنسا ہوا ہوں۔</w:t>
      </w:r>
    </w:p>
    <w:p>
      <w:r>
        <w:rPr>
          <w:b/>
        </w:rPr>
        <w:t xml:space="preserve">[06:07] </w:t>
      </w:r>
      <w:r>
        <w:t>kai buraiyon mein phansa hua tha.</w:t>
      </w:r>
    </w:p>
    <w:p>
      <w:pPr>
        <w:jc w:val="right"/>
      </w:pPr>
      <w:r>
        <w:t>کئی برائیوں میں پھنسا ہوا تھا۔</w:t>
      </w:r>
    </w:p>
    <w:p>
      <w:r>
        <w:rPr>
          <w:b/>
        </w:rPr>
        <w:t xml:space="preserve">[06:09] </w:t>
      </w:r>
      <w:r>
        <w:t>woh, jaise woh misaal ke taur par woh sharab peeta tha, aur bhi kai kaam aise karta tha</w:t>
      </w:r>
    </w:p>
    <w:p>
      <w:pPr>
        <w:jc w:val="right"/>
      </w:pPr>
      <w:r>
        <w:t>وہ، جیسے وہ مثال کے طور پر وہ شراب پیتا تھا، اور بھی کئی کام ایسے کرتا تھا</w:t>
      </w:r>
    </w:p>
    <w:p>
      <w:r>
        <w:rPr>
          <w:b/>
        </w:rPr>
        <w:t xml:space="preserve">[06:17] </w:t>
      </w:r>
      <w:r>
        <w:t>woh.</w:t>
      </w:r>
    </w:p>
    <w:p>
      <w:pPr>
        <w:jc w:val="right"/>
      </w:pPr>
      <w:r>
        <w:t>وہ۔</w:t>
      </w:r>
    </w:p>
    <w:p>
      <w:r>
        <w:rPr>
          <w:b/>
        </w:rPr>
        <w:t xml:space="preserve">[06:18] </w:t>
      </w:r>
      <w:r>
        <w:t>تو Prophet of Islam Muhammad sallallahu alaihi wasallam se usne kaha ke main kayi buraiyon mein</w:t>
      </w:r>
    </w:p>
    <w:p>
      <w:pPr>
        <w:jc w:val="right"/>
      </w:pPr>
      <w:r>
        <w:t>تو پرافرٹ آف اسلام محمد صلی اللہ علیہ وسلم سے اس نے کہا کہ میں کئی برائیوں میں</w:t>
      </w:r>
    </w:p>
    <w:p>
      <w:r>
        <w:rPr>
          <w:b/>
        </w:rPr>
        <w:t xml:space="preserve">[06:26] </w:t>
      </w:r>
      <w:r>
        <w:t>phansa hoon lekin, aur main chhodna bhi chahta hoon, lekin aik, aik saath sab ko nahin chhod sakta.</w:t>
      </w:r>
    </w:p>
    <w:p>
      <w:pPr>
        <w:jc w:val="right"/>
      </w:pPr>
      <w:r>
        <w:t>پھنسا ہوں لیکن، اور میں چھوڑنا بھی چاہتا ہوں، لیکن ایک، ایک ساتھ سب کو نہیں چھوڑ سکتا۔</w:t>
      </w:r>
    </w:p>
    <w:p>
      <w:r>
        <w:rPr>
          <w:b/>
        </w:rPr>
        <w:t xml:space="preserve">[06:34] </w:t>
      </w:r>
      <w:r>
        <w:t>to sab se pehle mujhe bataiye ke main kaun si burai ko chhodoon? aik baat bata dijiye mujhe</w:t>
      </w:r>
    </w:p>
    <w:p>
      <w:pPr>
        <w:jc w:val="right"/>
      </w:pPr>
      <w:r>
        <w:t>تو سب سے پہلے مجھے بتائیے کہ میں کون سی برائی کو چھوڑوں؟ ایک بات بتا دیجیے مجھے</w:t>
      </w:r>
    </w:p>
    <w:p>
      <w:r>
        <w:rPr>
          <w:b/>
        </w:rPr>
        <w:t xml:space="preserve">[06:42] </w:t>
      </w:r>
      <w:r>
        <w:t>aaj.</w:t>
      </w:r>
    </w:p>
    <w:p>
      <w:pPr>
        <w:jc w:val="right"/>
      </w:pPr>
      <w:r>
        <w:t>آج۔</w:t>
      </w:r>
    </w:p>
    <w:p>
      <w:r>
        <w:rPr>
          <w:b/>
        </w:rPr>
        <w:t xml:space="preserve">[06:43] </w:t>
      </w:r>
      <w:r>
        <w:t>to aap ne kaha ke tum jhoot bolna chhod do.</w:t>
      </w:r>
    </w:p>
    <w:p>
      <w:pPr>
        <w:jc w:val="right"/>
      </w:pPr>
      <w:r>
        <w:t>تو آپ نے کہا کہ تم جھوٹ بولنا چھوڑ دو۔</w:t>
      </w:r>
    </w:p>
    <w:p>
      <w:r>
        <w:rPr>
          <w:b/>
        </w:rPr>
        <w:t xml:space="preserve">[06:47] </w:t>
      </w:r>
      <w:r>
        <w:t>hamesha sach bolo, kabhi jhoot na bolo.</w:t>
      </w:r>
    </w:p>
    <w:p>
      <w:pPr>
        <w:jc w:val="right"/>
      </w:pPr>
      <w:r>
        <w:t>ہمیشہ سچ بولو، کبھی جھوٹ نہ بولو۔</w:t>
      </w:r>
    </w:p>
    <w:p>
      <w:r>
        <w:rPr>
          <w:b/>
        </w:rPr>
        <w:t xml:space="preserve">[06:50] </w:t>
      </w:r>
      <w:r>
        <w:t>to us ne kaha ke achha, main aise hi karunga.</w:t>
      </w:r>
    </w:p>
    <w:p>
      <w:pPr>
        <w:jc w:val="right"/>
      </w:pPr>
      <w:r>
        <w:t>تو اس نے کہا کہ اچھا، میں ایسے ہی کروں گا۔</w:t>
      </w:r>
    </w:p>
    <w:p>
      <w:r>
        <w:rPr>
          <w:b/>
        </w:rPr>
        <w:t xml:space="preserve">[06:55] </w:t>
      </w:r>
      <w:r>
        <w:t>yeh promise kar ke, yeh wada kar ke woh wapas chala gaya apne ghar.</w:t>
      </w:r>
    </w:p>
    <w:p>
      <w:pPr>
        <w:jc w:val="right"/>
      </w:pPr>
      <w:r>
        <w:t>یہ پرومس کر کے، یہ وعدہ کر کے وہ واپس چلا گیا اپنے گھر۔</w:t>
      </w:r>
    </w:p>
    <w:p>
      <w:r>
        <w:rPr>
          <w:b/>
        </w:rPr>
        <w:t xml:space="preserve">[07:01] </w:t>
      </w:r>
      <w:r>
        <w:t>ab jab wahan pahuncha to use laga ke doosri saari buraiyan jhoot se juri hui hain.</w:t>
      </w:r>
    </w:p>
    <w:p>
      <w:pPr>
        <w:jc w:val="right"/>
      </w:pPr>
      <w:r>
        <w:t>اب جب وہاں پہنچا تو اسے لگا کہ دوسری ساری برائیاں جھوٹ سے جڑی ہوئی ہیں۔</w:t>
      </w:r>
    </w:p>
    <w:p>
      <w:r>
        <w:rPr>
          <w:b/>
        </w:rPr>
        <w:t xml:space="preserve">[07:08] </w:t>
      </w:r>
      <w:r>
        <w:t>kyon ke aap jante hain ke aadmi apne ko achha banaye rakhne ke liye, jhoot, apne ko achha banaye</w:t>
      </w:r>
    </w:p>
    <w:p>
      <w:pPr>
        <w:jc w:val="right"/>
      </w:pPr>
      <w:r>
        <w:t>کیونکہ آپ جانتے ہیں کہ آدمی اپنے کو اچھا بنائے رکھنے کے لیے، جھوٹ، اپنے کو اچھا بنائے</w:t>
      </w:r>
    </w:p>
    <w:p>
      <w:r>
        <w:rPr>
          <w:b/>
        </w:rPr>
        <w:t xml:space="preserve">[07:16] </w:t>
      </w:r>
      <w:r>
        <w:t>rakhne ke liye chhip kar burai karta hai.</w:t>
      </w:r>
    </w:p>
    <w:p>
      <w:pPr>
        <w:jc w:val="right"/>
      </w:pPr>
      <w:r>
        <w:t>رکھنے کے لیے چھپ کر برائی کرتا ہے۔</w:t>
      </w:r>
    </w:p>
    <w:p>
      <w:r>
        <w:rPr>
          <w:b/>
        </w:rPr>
        <w:t xml:space="preserve">[07:19] </w:t>
      </w:r>
      <w:r>
        <w:t>aaj kal ke zamanay mein to aap jante hain ke khullam khulla hi burai ho rahi hai.</w:t>
      </w:r>
    </w:p>
    <w:p>
      <w:pPr>
        <w:jc w:val="right"/>
      </w:pPr>
      <w:r>
        <w:t>آج کل کے زمانے میں تو آپ جانتے ہیں کہ کھلم کھلا ہی برائی ہو رہی ہے۔</w:t>
      </w:r>
    </w:p>
    <w:p>
      <w:r>
        <w:rPr>
          <w:b/>
        </w:rPr>
        <w:t xml:space="preserve">[07:26] </w:t>
      </w:r>
      <w:r>
        <w:t>phir bhi kai burai aisi hoti hai ke is ko aadmi aaj bhi chhop kar karta hai.</w:t>
      </w:r>
    </w:p>
    <w:p>
      <w:pPr>
        <w:jc w:val="right"/>
      </w:pPr>
      <w:r>
        <w:t>پھر بھی کئی برائی ایسی ہوتی ہے کہ اس کو آدمی آج بھی چھپ کر کرتا ہے۔</w:t>
      </w:r>
    </w:p>
    <w:p>
      <w:r>
        <w:rPr>
          <w:b/>
        </w:rPr>
        <w:t xml:space="preserve">[07:34] </w:t>
      </w:r>
      <w:r>
        <w:t>to is chhop kar jo burai karta hai, us ko nibhane ke liye us ko jhoot bolna parta</w:t>
      </w:r>
    </w:p>
    <w:p>
      <w:pPr>
        <w:jc w:val="right"/>
      </w:pPr>
      <w:r>
        <w:t>تو اس چھپ کر جو برائی کرتا ہے، اس کو نبھانے کے لیے اس کو جھوٹ بولنا پڑتا</w:t>
      </w:r>
    </w:p>
    <w:p>
      <w:r>
        <w:rPr>
          <w:b/>
        </w:rPr>
        <w:t xml:space="preserve">[07:41]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[07:43] </w:t>
      </w:r>
      <w:r>
        <w:t>na jhoot bolay to kaisay nibhaye? samaj mein woh bura banne se bachna bhi chahta hai.</w:t>
      </w:r>
    </w:p>
    <w:p>
      <w:pPr>
        <w:jc w:val="right"/>
      </w:pPr>
      <w:r>
        <w:t>نہ جھوٹ بولے تو کیسے نبھائے؟ سماج میں وہ برا بننے سے بچنا بھی چاہتا ہے۔</w:t>
      </w:r>
    </w:p>
    <w:p>
      <w:r>
        <w:rPr>
          <w:b/>
        </w:rPr>
        <w:t xml:space="preserve">[07:50] </w:t>
      </w:r>
      <w:r>
        <w:t>ab burai mein bhi phansa hua hai.</w:t>
      </w:r>
    </w:p>
    <w:p>
      <w:pPr>
        <w:jc w:val="right"/>
      </w:pPr>
      <w:r>
        <w:t>اب برائی میں بھی پھنسا ہوا ہے۔</w:t>
      </w:r>
    </w:p>
    <w:p>
      <w:r>
        <w:rPr>
          <w:b/>
        </w:rPr>
        <w:t xml:space="preserve">[07:53] </w:t>
      </w:r>
      <w:r>
        <w:t>to ab aik aik kar ke is ne socha ke agar yeh burai mein karoon to kal mein</w:t>
      </w:r>
    </w:p>
    <w:p>
      <w:pPr>
        <w:jc w:val="right"/>
      </w:pPr>
      <w:r>
        <w:t>تو اب ایک ایک کر کے اس نے سوچا کہ اگر یہ برائی میں کروں تو کل میں</w:t>
      </w:r>
    </w:p>
    <w:p>
      <w:r>
        <w:rPr>
          <w:b/>
        </w:rPr>
        <w:t xml:space="preserve">[08:00] </w:t>
      </w:r>
      <w:r>
        <w:t>jhoot bolna paray ga mujhe.</w:t>
      </w:r>
    </w:p>
    <w:p>
      <w:pPr>
        <w:jc w:val="right"/>
      </w:pPr>
      <w:r>
        <w:t>جھوٹ بولنا پڑے گا مجھے۔</w:t>
      </w:r>
    </w:p>
    <w:p>
      <w:r>
        <w:rPr>
          <w:b/>
        </w:rPr>
        <w:t xml:space="preserve">[08:03] </w:t>
      </w:r>
      <w:r>
        <w:t>to laga ke har burai ke sath jura hua hai sach jhoot ka maamla.</w:t>
      </w:r>
    </w:p>
    <w:p>
      <w:pPr>
        <w:jc w:val="right"/>
      </w:pPr>
      <w:r>
        <w:t>تو لگا کہ ہر برائی کے ساتھ جڑا ہوا ہے سچ جھوٹ کا معاملہ۔</w:t>
      </w:r>
    </w:p>
    <w:p>
      <w:r>
        <w:rPr>
          <w:b/>
        </w:rPr>
        <w:t xml:space="preserve">[08:09] </w:t>
      </w:r>
      <w:r>
        <w:t>to is ne wada kiya tha sirf yeh ke woh sach bolay ga, jhoot nahi bolay ga.</w:t>
      </w:r>
    </w:p>
    <w:p>
      <w:pPr>
        <w:jc w:val="right"/>
      </w:pPr>
      <w:r>
        <w:t>تو اس نے وعدہ کیا تھا صرف یہ کہ وہ سچ بولے گا، جھوٹ نہیں بولے گا۔</w:t>
      </w:r>
    </w:p>
    <w:p>
      <w:r>
        <w:rPr>
          <w:b/>
        </w:rPr>
        <w:t xml:space="preserve">[08:16] </w:t>
      </w:r>
      <w:r>
        <w:t>lekin is ne jab socha to laga ke mujhe to sab buraiyon ko chhodna hai.</w:t>
      </w:r>
    </w:p>
    <w:p>
      <w:pPr>
        <w:jc w:val="right"/>
      </w:pPr>
      <w:r>
        <w:t>لیکن اس نے جب سوچا تو لگا کہ مجھے تو سب برائیوں کو چھوڑنا ہے۔</w:t>
      </w:r>
    </w:p>
    <w:p>
      <w:r>
        <w:rPr>
          <w:b/>
        </w:rPr>
        <w:t xml:space="preserve">[08:22] </w:t>
      </w:r>
      <w:r>
        <w:t>is tarah se is ne sab cheezon ko chhod diya.</w:t>
      </w:r>
    </w:p>
    <w:p>
      <w:pPr>
        <w:jc w:val="right"/>
      </w:pPr>
      <w:r>
        <w:t>اس طرح سے اس نے سب چیزوں کو چھوڑ دیا۔</w:t>
      </w:r>
    </w:p>
    <w:p>
      <w:r>
        <w:rPr>
          <w:b/>
        </w:rPr>
        <w:t xml:space="preserve">[08:27] </w:t>
      </w:r>
      <w:r>
        <w:t>yeh hai maamla moral teaching ka.</w:t>
      </w:r>
    </w:p>
    <w:p>
      <w:pPr>
        <w:jc w:val="right"/>
      </w:pPr>
      <w:r>
        <w:t>یہ ہے معاملہ مورل ٹیچنگ کا۔</w:t>
      </w:r>
    </w:p>
    <w:p>
      <w:r>
        <w:rPr>
          <w:b/>
        </w:rPr>
        <w:t xml:space="preserve">[08:29] </w:t>
      </w:r>
      <w:r>
        <w:t>to islam mein jo moral values hain, wohi hain jo universally accepted hain.</w:t>
      </w:r>
    </w:p>
    <w:p>
      <w:pPr>
        <w:jc w:val="right"/>
      </w:pPr>
      <w:r>
        <w:t>تو اسلام میں جو مورل ویلیوز ہیں، وہی ہیں جو یونیورسلی ایکسیپٹڈ ہیں۔</w:t>
      </w:r>
    </w:p>
    <w:p>
      <w:r>
        <w:rPr>
          <w:b/>
        </w:rPr>
        <w:t xml:space="preserve">[08:35] </w:t>
      </w:r>
      <w:r>
        <w:t>jaise honesty hai, aur sach bolna hai, peaceful tareeqay se rehna hai, tolerate karna hai, doosray ko</w:t>
      </w:r>
    </w:p>
    <w:p>
      <w:pPr>
        <w:jc w:val="right"/>
      </w:pPr>
      <w:r>
        <w:t>جیسے ہونیسٹی ہے، اور سچ بولنا ہے، پیس فل طریقے سے رہنا ہے، ٹولریٹ کرنا ہے، دوسرے کو</w:t>
      </w:r>
    </w:p>
    <w:p>
      <w:r>
        <w:rPr>
          <w:b/>
        </w:rPr>
        <w:t xml:space="preserve">[08:42] </w:t>
      </w:r>
      <w:r>
        <w:t>bura na chahna hai.</w:t>
      </w:r>
    </w:p>
    <w:p>
      <w:pPr>
        <w:jc w:val="right"/>
      </w:pPr>
      <w:r>
        <w:t>برا نہ چاہنا ہے۔</w:t>
      </w:r>
    </w:p>
    <w:p>
      <w:r>
        <w:rPr>
          <w:b/>
        </w:rPr>
        <w:t xml:space="preserve">[08:44] </w:t>
      </w:r>
      <w:r>
        <w:t>yeh sab cheezain hain.</w:t>
      </w:r>
    </w:p>
    <w:p>
      <w:pPr>
        <w:jc w:val="right"/>
      </w:pPr>
      <w:r>
        <w:t>یہ سب چیزیں ہیں۔</w:t>
      </w:r>
    </w:p>
    <w:p>
      <w:r>
        <w:rPr>
          <w:b/>
        </w:rPr>
        <w:t xml:space="preserve">[08:46] </w:t>
      </w:r>
      <w:r>
        <w:t>doosray ki gheebat nahi karna hai.</w:t>
      </w:r>
    </w:p>
    <w:p>
      <w:pPr>
        <w:jc w:val="right"/>
      </w:pPr>
      <w:r>
        <w:t>دوسرے کی غیبت نہیں کرنا ہے۔</w:t>
      </w:r>
    </w:p>
    <w:p>
      <w:r>
        <w:rPr>
          <w:b/>
        </w:rPr>
        <w:t xml:space="preserve">[08:48] </w:t>
      </w:r>
      <w:r>
        <w:t>yani koi anokha system nahi hai islam ka is maamlay mein.</w:t>
      </w:r>
    </w:p>
    <w:p>
      <w:pPr>
        <w:jc w:val="right"/>
      </w:pPr>
      <w:r>
        <w:t>یعنی کوئی انوکھا سسٹم نہیں ہے اسلام کا اس معاملے میں۔</w:t>
      </w:r>
    </w:p>
    <w:p>
      <w:r>
        <w:rPr>
          <w:b/>
        </w:rPr>
        <w:t xml:space="preserve">[08:53] </w:t>
      </w:r>
      <w:r>
        <w:t>akhlaq ke maamlay mein lag bhag sabhi mazhabon mein same teaching hai.</w:t>
      </w:r>
    </w:p>
    <w:p>
      <w:pPr>
        <w:jc w:val="right"/>
      </w:pPr>
      <w:r>
        <w:t>اخلاق کے معاملے میں لگ بھگ سبھی مذہبوں میں سیم ٹیچنگ ہے۔</w:t>
      </w:r>
    </w:p>
    <w:p>
      <w:r>
        <w:rPr>
          <w:b/>
        </w:rPr>
        <w:t xml:space="preserve">[08:58] </w:t>
      </w:r>
      <w:r>
        <w:t>islam mein bhi hai.</w:t>
      </w:r>
    </w:p>
    <w:p>
      <w:pPr>
        <w:jc w:val="right"/>
      </w:pPr>
      <w:r>
        <w:t>اسلام میں بھی ہے۔</w:t>
      </w:r>
    </w:p>
    <w:p>
      <w:r>
        <w:rPr>
          <w:b/>
        </w:rPr>
        <w:t xml:space="preserve">[09:00] </w:t>
      </w:r>
      <w:r>
        <w:t>lekin islam mein mein yeh kahoon ga ke aik baat yeh hai ke islam mein ethical system ke</w:t>
      </w:r>
    </w:p>
    <w:p>
      <w:pPr>
        <w:jc w:val="right"/>
      </w:pPr>
      <w:r>
        <w:t>لیکن اسلام میں میں یہ کہوں گا کہ ایک بات یہ ہے کہ اسلام میں ایتھیکل سسٹم کے</w:t>
      </w:r>
    </w:p>
    <w:p>
      <w:r>
        <w:rPr>
          <w:b/>
        </w:rPr>
        <w:t xml:space="preserve">[09:08] </w:t>
      </w:r>
      <w:r>
        <w:t>do aspect hain.</w:t>
      </w:r>
    </w:p>
    <w:p>
      <w:pPr>
        <w:jc w:val="right"/>
      </w:pPr>
      <w:r>
        <w:t>دو آسپیکٹ ہیں۔</w:t>
      </w:r>
    </w:p>
    <w:p>
      <w:r>
        <w:rPr>
          <w:b/>
        </w:rPr>
        <w:t xml:space="preserve">[09:09] </w:t>
      </w:r>
      <w:r>
        <w:t>aik hai moral incentive, aur doosra hai moral teachings.</w:t>
      </w:r>
    </w:p>
    <w:p>
      <w:pPr>
        <w:jc w:val="right"/>
      </w:pPr>
      <w:r>
        <w:t>ایک ہے مورل انسنٹیو، اور دوسرا ہے مورل ٹیچنگز۔</w:t>
      </w:r>
    </w:p>
    <w:p>
      <w:r>
        <w:rPr>
          <w:b/>
        </w:rPr>
        <w:t xml:space="preserve">[09:13] </w:t>
      </w:r>
      <w:r>
        <w:t>do aspect hain.</w:t>
      </w:r>
    </w:p>
    <w:p>
      <w:pPr>
        <w:jc w:val="right"/>
      </w:pPr>
      <w:r>
        <w:t>دو آسپیکٹ ہیں۔</w:t>
      </w:r>
    </w:p>
    <w:p>
      <w:r>
        <w:rPr>
          <w:b/>
        </w:rPr>
        <w:t xml:space="preserve">[09:14] </w:t>
      </w:r>
      <w:r>
        <w:t>yani hum moral values ko kyun apnayen? is ke liye incentive, muharrik.</w:t>
      </w:r>
    </w:p>
    <w:p>
      <w:pPr>
        <w:jc w:val="right"/>
      </w:pPr>
      <w:r>
        <w:t>یعنی ہم مورل ویلیوز کو کیوں اپنائیں؟ اس کے لیے انسنٹیو، محرک۔</w:t>
      </w:r>
    </w:p>
    <w:p>
      <w:r>
        <w:rPr>
          <w:b/>
        </w:rPr>
        <w:t xml:space="preserve">[09:20] </w:t>
      </w:r>
      <w:r>
        <w:t>dusre ke woh baatein jo talluq rakhti hain akhlaq se, un ko apnana.</w:t>
      </w:r>
    </w:p>
    <w:p>
      <w:pPr>
        <w:jc w:val="right"/>
      </w:pPr>
      <w:r>
        <w:t>دوسرے کہ وہ باتیں جو تعلق رکھتی ہیں اخلاق سے، ان کو اپنانا۔</w:t>
      </w:r>
    </w:p>
    <w:p>
      <w:r>
        <w:rPr>
          <w:b/>
        </w:rPr>
        <w:t xml:space="preserve">[09:25] </w:t>
      </w:r>
      <w:r>
        <w:t>to yeh Islam mein is tareeqe se do aspect ho jaate hain akhlaqiyat ke ya Ethics ke.</w:t>
      </w:r>
    </w:p>
    <w:p>
      <w:pPr>
        <w:jc w:val="right"/>
      </w:pPr>
      <w:r>
        <w:t>تو یہ اسلام میں اس طریقے سے دو آسپیکٹ ہو جاتے ہیں اخلاقیات کے یا Ethics کے۔</w:t>
      </w:r>
    </w:p>
    <w:p>
      <w:r>
        <w:rPr>
          <w:b/>
        </w:rPr>
        <w:t xml:space="preserve">[09:32] </w:t>
      </w:r>
      <w:r>
        <w:t>to kya hai woh? dekhein, Islam ka jo belief system hai, us mein, Islam ka jo belief system</w:t>
      </w:r>
    </w:p>
    <w:p>
      <w:pPr>
        <w:jc w:val="right"/>
      </w:pPr>
      <w:r>
        <w:t>تو کیا ہے وہ؟ دیکھیں، اسلام کا جو بیلیف سسٹم ہے، اس میں، اسلام کا جو بیلیف سسٹم</w:t>
      </w:r>
    </w:p>
    <w:p>
      <w:r>
        <w:rPr>
          <w:b/>
        </w:rPr>
        <w:t xml:space="preserve">[09:40] </w:t>
      </w:r>
      <w:r>
        <w:t>hai, us mein aaj ki yeh duniya jo hai, woh world hereafter se juri hui hai.</w:t>
      </w:r>
    </w:p>
    <w:p>
      <w:pPr>
        <w:jc w:val="right"/>
      </w:pPr>
      <w:r>
        <w:t>ہے، اس میں آج کی یہ دنیا جو ہے، وہ ورلڈ ہیر آفٹر سے جڑی ہوئی ہے۔</w:t>
      </w:r>
    </w:p>
    <w:p>
      <w:r>
        <w:rPr>
          <w:b/>
        </w:rPr>
        <w:t xml:space="preserve">[09:47] </w:t>
      </w:r>
      <w:r>
        <w:t>yaani aaj hum jaisa karein ge to marne ke baad jab hum pahunchein ge agli duniya mein to</w:t>
      </w:r>
    </w:p>
    <w:p>
      <w:pPr>
        <w:jc w:val="right"/>
      </w:pPr>
      <w:r>
        <w:t>یعنی آج ہم جیسا کریں گے تو مرنے کے بعد جب ہم پہنچیں گے اگلی دنیا میں تو</w:t>
      </w:r>
    </w:p>
    <w:p>
      <w:r>
        <w:rPr>
          <w:b/>
        </w:rPr>
        <w:t xml:space="preserve">[09:55] </w:t>
      </w:r>
      <w:r>
        <w:t>waise hi hum ko wahan punishment ya reward mile ga.</w:t>
      </w:r>
    </w:p>
    <w:p>
      <w:pPr>
        <w:jc w:val="right"/>
      </w:pPr>
      <w:r>
        <w:t>ویسے ہی ہم کو وہاں پنشمنٹ یا ریوارڈ ملے گا۔</w:t>
      </w:r>
    </w:p>
    <w:p>
      <w:r>
        <w:rPr>
          <w:b/>
        </w:rPr>
        <w:t xml:space="preserve">[09:59] </w:t>
      </w:r>
      <w:r>
        <w:t>to aaj ki duniya juri hui hai kal ki duniya se.</w:t>
      </w:r>
    </w:p>
    <w:p>
      <w:pPr>
        <w:jc w:val="right"/>
      </w:pPr>
      <w:r>
        <w:t>تو آج کی دنیا جڑی ہوئی ہے کل کی دنیا سے۔</w:t>
      </w:r>
    </w:p>
    <w:p>
      <w:r>
        <w:rPr>
          <w:b/>
        </w:rPr>
        <w:t xml:space="preserve">[10:04] </w:t>
      </w:r>
      <w:r>
        <w:t>kyun ke Islam mein yeh maana gaya hai ke insaan mar kar khatam nahi hota.</w:t>
      </w:r>
    </w:p>
    <w:p>
      <w:pPr>
        <w:jc w:val="right"/>
      </w:pPr>
      <w:r>
        <w:t>کیونکہ اسلام میں یہ مانا گیا ہے کہ انسان مر کر ختم نہیں ہوتا۔</w:t>
      </w:r>
    </w:p>
    <w:p>
      <w:r>
        <w:rPr>
          <w:b/>
        </w:rPr>
        <w:t xml:space="preserve">[10:10] </w:t>
      </w:r>
      <w:r>
        <w:t>mar kar sirf yeh hota hai ke woh is duniya se is duniya mein chala jata hai.</w:t>
      </w:r>
    </w:p>
    <w:p>
      <w:pPr>
        <w:jc w:val="right"/>
      </w:pPr>
      <w:r>
        <w:t>مر کر صرف یہ ہوتا ہے کہ وہ اس دنیا سے اس دنیا میں چلا جاتا ہے۔</w:t>
      </w:r>
    </w:p>
    <w:p>
      <w:r>
        <w:rPr>
          <w:b/>
        </w:rPr>
        <w:t xml:space="preserve">[10:17] </w:t>
      </w:r>
      <w:r>
        <w:t>bas.</w:t>
      </w:r>
    </w:p>
    <w:p>
      <w:pPr>
        <w:jc w:val="right"/>
      </w:pPr>
      <w:r>
        <w:t>بس۔</w:t>
      </w:r>
    </w:p>
    <w:p>
      <w:r>
        <w:rPr>
          <w:b/>
        </w:rPr>
        <w:t xml:space="preserve">[10:19] </w:t>
      </w:r>
      <w:r>
        <w:t>to Islam ke belief system ke mutabiq aaj jo kare ga aadmi, uska kal ki duniya mein</w:t>
      </w:r>
    </w:p>
    <w:p>
      <w:pPr>
        <w:jc w:val="right"/>
      </w:pPr>
      <w:r>
        <w:t>تو اسلام کے بیلیف سسٹم کے مطابق آج جو کرے گا آدمی، اس کا کل کی دنیا میں</w:t>
      </w:r>
    </w:p>
    <w:p>
      <w:r>
        <w:rPr>
          <w:b/>
        </w:rPr>
        <w:t xml:space="preserve">[10:27] </w:t>
      </w:r>
      <w:r>
        <w:t>ya to punishment mile ga ya reward mile ga.</w:t>
      </w:r>
    </w:p>
    <w:p>
      <w:pPr>
        <w:jc w:val="right"/>
      </w:pPr>
      <w:r>
        <w:t>یا تو پنشمنٹ ملے گا یا ریوارڈ ملے گا۔</w:t>
      </w:r>
    </w:p>
    <w:p>
      <w:r>
        <w:rPr>
          <w:b/>
        </w:rPr>
        <w:t xml:space="preserve">[10:31] </w:t>
      </w:r>
      <w:r>
        <w:t>yaani hell hai aur paradise hai.</w:t>
      </w:r>
    </w:p>
    <w:p>
      <w:pPr>
        <w:jc w:val="right"/>
      </w:pPr>
      <w:r>
        <w:t>یعنی ہیل ہے اور پارائیڈائز ہے۔</w:t>
      </w:r>
    </w:p>
    <w:p>
      <w:r>
        <w:rPr>
          <w:b/>
        </w:rPr>
        <w:t xml:space="preserve">[10:33] </w:t>
      </w:r>
      <w:r>
        <w:t>do cheezein.</w:t>
      </w:r>
    </w:p>
    <w:p>
      <w:pPr>
        <w:jc w:val="right"/>
      </w:pPr>
      <w:r>
        <w:t>دو چیزیں۔</w:t>
      </w:r>
    </w:p>
    <w:p>
      <w:r>
        <w:rPr>
          <w:b/>
        </w:rPr>
        <w:t xml:space="preserve">[10:35] </w:t>
      </w:r>
      <w:r>
        <w:t>to yeh hai incentive.</w:t>
      </w:r>
    </w:p>
    <w:p>
      <w:pPr>
        <w:jc w:val="right"/>
      </w:pPr>
      <w:r>
        <w:t>تو یہ ہے انسنٹیو۔</w:t>
      </w:r>
    </w:p>
    <w:p>
      <w:r>
        <w:rPr>
          <w:b/>
        </w:rPr>
        <w:t xml:space="preserve">[10:36] </w:t>
      </w:r>
      <w:r>
        <w:t>Rasool Allah Sal Allah ho Alaihe Wasallam ne kai, Rasool Allah Sal Allah ho Alaihe Wasallam ki kai baatein Hadees</w:t>
      </w:r>
    </w:p>
    <w:p>
      <w:pPr>
        <w:jc w:val="right"/>
      </w:pPr>
      <w:r>
        <w:t>رسول اللہ صلی اللہ علیہ وسلم نے کئی، رسول اللہ صلی اللہ علیہ وسلم کی کئی باتیں حدیث</w:t>
      </w:r>
    </w:p>
    <w:p>
      <w:r>
        <w:rPr>
          <w:b/>
        </w:rPr>
        <w:t xml:space="preserve">[10:44] </w:t>
      </w:r>
      <w:r>
        <w:t>ki kitabon mein aayi hain.</w:t>
      </w:r>
    </w:p>
    <w:p>
      <w:pPr>
        <w:jc w:val="right"/>
      </w:pPr>
      <w:r>
        <w:t>کی کتابوں میں آئی ہیں۔</w:t>
      </w:r>
    </w:p>
    <w:p>
      <w:r>
        <w:rPr>
          <w:b/>
        </w:rPr>
        <w:t xml:space="preserve">[10:46] </w:t>
      </w:r>
      <w:r>
        <w:t>jis ka khulasa yeh hai ke aap ne farmaya ke tum logon ke sath rehamdili ke sath raho</w:t>
      </w:r>
    </w:p>
    <w:p>
      <w:pPr>
        <w:jc w:val="right"/>
      </w:pPr>
      <w:r>
        <w:t>جس کا خلاصہ یہ ہے کہ آپ نے فرمایا کہ تم لوگوں کے ساتھ رحمدلی کے ساتھ رہو</w:t>
      </w:r>
    </w:p>
    <w:p>
      <w:r>
        <w:rPr>
          <w:b/>
        </w:rPr>
        <w:t xml:space="preserve">[10:54] </w:t>
      </w:r>
      <w:r>
        <w:t>to Khuda tumhare sath aakhirat mein reham farmaye ga.</w:t>
      </w:r>
    </w:p>
    <w:p>
      <w:pPr>
        <w:jc w:val="right"/>
      </w:pPr>
      <w:r>
        <w:t>تو خدا تمہارے ساتھ آخرت میں رحم فرمائے گا۔</w:t>
      </w:r>
    </w:p>
    <w:p>
      <w:r>
        <w:rPr>
          <w:b/>
        </w:rPr>
        <w:t xml:space="preserve">[10:58] </w:t>
      </w:r>
      <w:r>
        <w:t>yaani be merciful to others, God will be merciful to you.</w:t>
      </w:r>
    </w:p>
    <w:p>
      <w:pPr>
        <w:jc w:val="right"/>
      </w:pPr>
      <w:r>
        <w:t>یعنی بی مرسی فل ٹو ادرز، گاڈ ول بی مرسی فل ٹو یو۔</w:t>
      </w:r>
    </w:p>
    <w:p>
      <w:r>
        <w:rPr>
          <w:b/>
        </w:rPr>
        <w:t xml:space="preserve">[11:03] </w:t>
      </w:r>
      <w:r>
        <w:t>is mamle mein jo Paighambar Islam ne kaha, uska khulasa yeh hai ke be merciful to</w:t>
      </w:r>
    </w:p>
    <w:p>
      <w:pPr>
        <w:jc w:val="right"/>
      </w:pPr>
      <w:r>
        <w:t>اس معاملے میں جو پیغمبر اسلام نے کہا، اس کا خلاصہ یہ ہے کہ بی مرسی فل ٹو</w:t>
      </w:r>
    </w:p>
    <w:p>
      <w:r>
        <w:rPr>
          <w:b/>
        </w:rPr>
        <w:t xml:space="preserve">[11:11] </w:t>
      </w:r>
      <w:r>
        <w:t>others, and God will be merciful to you.</w:t>
      </w:r>
    </w:p>
    <w:p>
      <w:pPr>
        <w:jc w:val="right"/>
      </w:pPr>
      <w:r>
        <w:t>ادرز، اینڈ گاڈ ول بی مرسی فل ٹو یو۔</w:t>
      </w:r>
    </w:p>
    <w:p>
      <w:r>
        <w:rPr>
          <w:b/>
        </w:rPr>
        <w:t xml:space="preserve">[11:15] </w:t>
      </w:r>
      <w:r>
        <w:t>yaani kal hamein agar, agar hum kal ke din yeh chahte hain ke Khuda hamein punishment na de,</w:t>
      </w:r>
    </w:p>
    <w:p>
      <w:pPr>
        <w:jc w:val="right"/>
      </w:pPr>
      <w:r>
        <w:t>یعنی کل ہمیں اگر، اگر ہم کل کے دن یہ چاہتے ہیں کہ خدا ہمیں پنشمنٹ نہ دے،</w:t>
      </w:r>
    </w:p>
    <w:p>
      <w:r>
        <w:rPr>
          <w:b/>
        </w:rPr>
        <w:t xml:space="preserve">[11:23] </w:t>
      </w:r>
      <w:r>
        <w:t>Khuda hamein kal apni rehmat ke saaye mein le le, to aaj hamein wohi sulook insano se karna</w:t>
      </w:r>
    </w:p>
    <w:p>
      <w:pPr>
        <w:jc w:val="right"/>
      </w:pPr>
      <w:r>
        <w:t>خدا ہمیں کل اپنی رحمت کے سائے میں لے لے، تو آج ہمیں وہی سلوک انسانوں سے کرنا</w:t>
      </w:r>
    </w:p>
    <w:p>
      <w:r>
        <w:rPr>
          <w:b/>
        </w:rPr>
        <w:t xml:space="preserve">[11:30] </w:t>
      </w:r>
      <w:r>
        <w:t>hoga.</w:t>
      </w:r>
    </w:p>
    <w:p>
      <w:pPr>
        <w:jc w:val="right"/>
      </w:pPr>
      <w:r>
        <w:t>ہوگا۔</w:t>
      </w:r>
    </w:p>
    <w:p>
      <w:r>
        <w:rPr>
          <w:b/>
        </w:rPr>
        <w:t xml:space="preserve">[11:32] </w:t>
      </w:r>
      <w:r>
        <w:t>keh insanon ke liye hum acha sulook karein, un ke sath rehamdili ke sath pesh aaein, unhein takleef</w:t>
      </w:r>
    </w:p>
    <w:p>
      <w:pPr>
        <w:jc w:val="right"/>
      </w:pPr>
      <w:r>
        <w:t>کہ انسانوں کے لیے ہم اچھا سلوک کریں، ان کے ساتھ رحمدلی کے ساتھ پیش آئیں، انہیں تکلیف</w:t>
      </w:r>
    </w:p>
    <w:p>
      <w:r>
        <w:rPr>
          <w:b/>
        </w:rPr>
        <w:t xml:space="preserve">[11:40] </w:t>
      </w:r>
      <w:r>
        <w:t>na dein, unhein maaf kar dein.</w:t>
      </w:r>
    </w:p>
    <w:p>
      <w:pPr>
        <w:jc w:val="right"/>
      </w:pPr>
      <w:r>
        <w:t>نہ دیں، انہیں معاف کر دیں۔</w:t>
      </w:r>
    </w:p>
    <w:p>
      <w:r>
        <w:rPr>
          <w:b/>
        </w:rPr>
        <w:t xml:space="preserve">[11:42] </w:t>
      </w:r>
      <w:r>
        <w:t>aisa agar hum ne kiya aaj ki dunya mein to kal Khuda bhi hamare sath aise hi sulook</w:t>
      </w:r>
    </w:p>
    <w:p>
      <w:pPr>
        <w:jc w:val="right"/>
      </w:pPr>
      <w:r>
        <w:t>ایسا اگر ہم نے کیا آج کی دنیا میں تو کل خدا بھی ہمارے ساتھ ایسے ہی سلوک</w:t>
      </w:r>
    </w:p>
    <w:p>
      <w:r>
        <w:rPr>
          <w:b/>
        </w:rPr>
        <w:t xml:space="preserve">[11:50] </w:t>
      </w:r>
      <w:r>
        <w:t>karega.</w:t>
      </w:r>
    </w:p>
    <w:p>
      <w:pPr>
        <w:jc w:val="right"/>
      </w:pPr>
      <w:r>
        <w:t>کرے گا۔</w:t>
      </w:r>
    </w:p>
    <w:p>
      <w:r>
        <w:rPr>
          <w:b/>
        </w:rPr>
        <w:t xml:space="preserve">[11:51] </w:t>
      </w:r>
      <w:r>
        <w:t>yahan par dekhiye incentive diya gaya ke dunya mein moral values ke sath hum kyun rahein? kyun hum</w:t>
      </w:r>
    </w:p>
    <w:p>
      <w:pPr>
        <w:jc w:val="right"/>
      </w:pPr>
      <w:r>
        <w:t>یہاں پر دیکھیے انسنٹیو دیا گیا کہ دنیا میں مورل ویلیوز کے ساتھ ہم کیوں رہیں؟ کیوں ہم</w:t>
      </w:r>
    </w:p>
    <w:p>
      <w:r>
        <w:rPr>
          <w:b/>
        </w:rPr>
        <w:t xml:space="preserve">[11:59] </w:t>
      </w:r>
      <w:r>
        <w:t>sach bolein? kyun hum justice karein? kyun hum manse ke sath rahein? kyun hum doosre ko faida pahunchaein?</w:t>
      </w:r>
    </w:p>
    <w:p>
      <w:pPr>
        <w:jc w:val="right"/>
      </w:pPr>
      <w:r>
        <w:t>سچ بولیں؟ کیوں ہم جسٹس کریں؟ کیوں ہم مانسے کے ساتھ رہیں؟ کیوں ہم دوسرے کو فائدہ پہنچائیں؟</w:t>
      </w:r>
    </w:p>
    <w:p>
      <w:r>
        <w:rPr>
          <w:b/>
        </w:rPr>
        <w:t xml:space="preserve">[12:07] </w:t>
      </w:r>
      <w:r>
        <w:t>jo bhi moral teachings hain, us ko hum kyun apnaein? yahan par incentive diya gaya.</w:t>
      </w:r>
    </w:p>
    <w:p>
      <w:pPr>
        <w:jc w:val="right"/>
      </w:pPr>
      <w:r>
        <w:t>جو بھی مورل ٹیچنگز ہیں، اس کو ہم کیوں اپنائیں؟ یہاں پر انسنٹیو دیا گیا۔</w:t>
      </w:r>
    </w:p>
    <w:p>
      <w:r>
        <w:rPr>
          <w:b/>
        </w:rPr>
        <w:t xml:space="preserve">[12:13] </w:t>
      </w:r>
      <w:r>
        <w:t>is yeh bataya gaya ke is liye ke tum yahan se aakhir kar jaoge world hereafter</w:t>
      </w:r>
    </w:p>
    <w:p>
      <w:pPr>
        <w:jc w:val="right"/>
      </w:pPr>
      <w:r>
        <w:t>اس یہ بتایا گیا کہ اس لیے کہ تم یہاں سے آخر کار جاؤ گے ورلڈ ہیر آفٹر</w:t>
      </w:r>
    </w:p>
    <w:p>
      <w:r>
        <w:rPr>
          <w:b/>
        </w:rPr>
        <w:t xml:space="preserve">[12:21] </w:t>
      </w:r>
      <w:r>
        <w:t>mein, aakhirat mein Khuda ka samna hoga.</w:t>
      </w:r>
    </w:p>
    <w:p>
      <w:pPr>
        <w:jc w:val="right"/>
      </w:pPr>
      <w:r>
        <w:t>میں، آخرت میں خدا کا سامنا ہوگا۔</w:t>
      </w:r>
    </w:p>
    <w:p>
      <w:r>
        <w:rPr>
          <w:b/>
        </w:rPr>
        <w:t xml:space="preserve">[12:24] </w:t>
      </w:r>
      <w:r>
        <w:t>Khuda ke haan tum ko pesh hona hoga.</w:t>
      </w:r>
    </w:p>
    <w:p>
      <w:pPr>
        <w:jc w:val="right"/>
      </w:pPr>
      <w:r>
        <w:t>خدا کے ہاں تم کو پیش ہونا ہوگا۔</w:t>
      </w:r>
    </w:p>
    <w:p>
      <w:r>
        <w:rPr>
          <w:b/>
        </w:rPr>
        <w:t xml:space="preserve">[12:27] </w:t>
      </w:r>
      <w:r>
        <w:t>to agar tum ne aaj jin insanon ke beech mein tum reh rahe ho, tum ek samaj mein</w:t>
      </w:r>
    </w:p>
    <w:p>
      <w:pPr>
        <w:jc w:val="right"/>
      </w:pPr>
      <w:r>
        <w:t>تو اگر تم نے آج جن انسانوں کے بیچ میں تم رہ رہے ہو، تم ایک سماج میں</w:t>
      </w:r>
    </w:p>
    <w:p>
      <w:r>
        <w:rPr>
          <w:b/>
        </w:rPr>
        <w:t xml:space="preserve">[12:35] </w:t>
      </w:r>
      <w:r>
        <w:t>ho, ek society mein ho, kuch insanon ke beech mein ho, ghar ke andar, ghar ke bahar har</w:t>
      </w:r>
    </w:p>
    <w:p>
      <w:pPr>
        <w:jc w:val="right"/>
      </w:pPr>
      <w:r>
        <w:t>ہو، ایک سوسائٹی میں ہو، کچھ انسانوں کے بیچ میں ہو، گھر کے اندر، گھر کے باہر ہر</w:t>
      </w:r>
    </w:p>
    <w:p>
      <w:r>
        <w:rPr>
          <w:b/>
        </w:rPr>
        <w:t xml:space="preserve">[12:43] </w:t>
      </w:r>
      <w:r>
        <w:t>jagah, to agar tum aaj doosre insanon ke sath achhe dhang se rahoge, un ke sath reham</w:t>
      </w:r>
    </w:p>
    <w:p>
      <w:pPr>
        <w:jc w:val="right"/>
      </w:pPr>
      <w:r>
        <w:t>جگہ، تو اگر تم آج دوسرے انسانوں کے ساتھ اچھے ڈھنگ سے رہو گے، ان کے ساتھ رحم</w:t>
      </w:r>
    </w:p>
    <w:p>
      <w:r>
        <w:rPr>
          <w:b/>
        </w:rPr>
        <w:t xml:space="preserve">[12:50] </w:t>
      </w:r>
      <w:r>
        <w:t>karo ge, to Khuda tumhare sath reham karega.</w:t>
      </w:r>
    </w:p>
    <w:p>
      <w:pPr>
        <w:jc w:val="right"/>
      </w:pPr>
      <w:r>
        <w:t>کرو گے، تو خدا تمہارے ساتھ رحم کرے گا۔</w:t>
      </w:r>
    </w:p>
    <w:p>
      <w:r>
        <w:rPr>
          <w:b/>
        </w:rPr>
        <w:t xml:space="preserve">[12:54] </w:t>
      </w:r>
      <w:r>
        <w:t>تو یہ ہے کہ Be merciful to others, God will be merciful to you.</w:t>
      </w:r>
    </w:p>
    <w:p>
      <w:pPr>
        <w:jc w:val="right"/>
      </w:pPr>
      <w:r>
        <w:t>تو یہ ہے کہ بی مرسی فل ٹو ادرز، گاڈ ول بی مرسی فل ٹو یو۔</w:t>
      </w:r>
    </w:p>
    <w:p>
      <w:r>
        <w:rPr>
          <w:b/>
        </w:rPr>
        <w:t xml:space="preserve">[13:01] </w:t>
      </w:r>
      <w:r>
        <w:t>تو اس معاملے میں میں آپ کو Prophet کی چند sayings سناتا ہوں۔</w:t>
      </w:r>
    </w:p>
    <w:p>
      <w:pPr>
        <w:jc w:val="right"/>
      </w:pPr>
      <w:r>
        <w:t>تو اس معاملے میں میں آپ کو پرافرٹ کی چند سینگ سناتا ہوں۔</w:t>
      </w:r>
    </w:p>
    <w:p>
      <w:r>
        <w:rPr>
          <w:b/>
        </w:rPr>
        <w:t xml:space="preserve">[13:07] </w:t>
      </w:r>
      <w:r>
        <w:t>yani Rasool Allah Sal Allahu Alaihi Wasallam ke kuch sayings, jis ko hum hadith kehte hain.</w:t>
      </w:r>
    </w:p>
    <w:p>
      <w:pPr>
        <w:jc w:val="right"/>
      </w:pPr>
      <w:r>
        <w:t>یعنی رسول اللہ صلی اللہ علیہ وسلم کے کچھ سینگ، جس کو ہم حدیث کہتے ہیں۔</w:t>
      </w:r>
    </w:p>
    <w:p>
      <w:r>
        <w:rPr>
          <w:b/>
        </w:rPr>
        <w:t xml:space="preserve">[13:14] </w:t>
      </w:r>
      <w:r>
        <w:t>jaise aap ne farmaya, is tarah ki bohat si cheezein hadith ki kitabon mein aayi hain.</w:t>
      </w:r>
    </w:p>
    <w:p>
      <w:pPr>
        <w:jc w:val="right"/>
      </w:pPr>
      <w:r>
        <w:t>جیسے آپ نے فرمایا، اس طرح کی بہت سی چیزیں حدیث کی کتابوں میں آئی ہیں۔</w:t>
      </w:r>
    </w:p>
    <w:p>
      <w:r>
        <w:rPr>
          <w:b/>
        </w:rPr>
        <w:t xml:space="preserve">[13:20] </w:t>
      </w:r>
      <w:r>
        <w:t>to aap ne farmaya: "Ar-Rahimun Yarhamuhum Ar-Rahman".</w:t>
      </w:r>
    </w:p>
    <w:p>
      <w:pPr>
        <w:jc w:val="right"/>
      </w:pPr>
      <w:r>
        <w:t>تو آپ نے فرمایا: "الراحمون یرحمہم الرحمن"۔</w:t>
      </w:r>
    </w:p>
    <w:p>
      <w:r>
        <w:rPr>
          <w:b/>
        </w:rPr>
        <w:t xml:space="preserve">[13:23] </w:t>
      </w:r>
      <w:r>
        <w:t>reham karne walon ke sath Khuda reham karega.</w:t>
      </w:r>
    </w:p>
    <w:p>
      <w:pPr>
        <w:jc w:val="right"/>
      </w:pPr>
      <w:r>
        <w:t>رحم کرنے والوں کے ساتھ خدا رحم کرے گا۔</w:t>
      </w:r>
    </w:p>
    <w:p>
      <w:r>
        <w:rPr>
          <w:b/>
        </w:rPr>
        <w:t xml:space="preserve">[13:27] </w:t>
      </w:r>
      <w:r>
        <w:t>yani jo log is dunya mein reham kareinge insanon ke sath, to aakhirat mein, world hereafter</w:t>
      </w:r>
    </w:p>
    <w:p>
      <w:pPr>
        <w:jc w:val="right"/>
      </w:pPr>
      <w:r>
        <w:t>یعنی جو لوگ اس دنیا میں رحم کریں گے انسانوں کے ساتھ، تو آخرت میں، ورلڈ ہیر آفٹر</w:t>
      </w:r>
    </w:p>
    <w:p>
      <w:r>
        <w:rPr>
          <w:b/>
        </w:rPr>
        <w:t xml:space="preserve">[13:35] </w:t>
      </w:r>
      <w:r>
        <w:t>mein, Khuda un ke sath reham karega.</w:t>
      </w:r>
    </w:p>
    <w:p>
      <w:pPr>
        <w:jc w:val="right"/>
      </w:pPr>
      <w:r>
        <w:t>میں، خدا ان کے ساتھ رحم کرے گا۔</w:t>
      </w:r>
    </w:p>
    <w:p>
      <w:r>
        <w:rPr>
          <w:b/>
        </w:rPr>
        <w:t xml:space="preserve">[13:38] </w:t>
      </w:r>
      <w:r>
        <w:t>isi tarah se aap ne farmaya ke "Arham man fil ardh, yarhamkum man fis samaa".</w:t>
      </w:r>
    </w:p>
    <w:p>
      <w:pPr>
        <w:jc w:val="right"/>
      </w:pPr>
      <w:r>
        <w:t>اسی طرح سے آپ نے فرمایا کہ "ارحم من فی الارض، یرحمکم من فی السماء"۔</w:t>
      </w:r>
    </w:p>
    <w:p>
      <w:r>
        <w:rPr>
          <w:b/>
        </w:rPr>
        <w:t xml:space="preserve">[13:45] </w:t>
      </w:r>
      <w:r>
        <w:t>zameen walon ke sath tum reham karo, aasman wala tumhare sath reham karega.</w:t>
      </w:r>
    </w:p>
    <w:p>
      <w:pPr>
        <w:jc w:val="right"/>
      </w:pPr>
      <w:r>
        <w:t>زمین والوں کے ساتھ تم رحم کرو، آسمان والا تمہارے ساتھ رحم کرے گا۔</w:t>
      </w:r>
    </w:p>
    <w:p>
      <w:r>
        <w:rPr>
          <w:b/>
        </w:rPr>
        <w:t xml:space="preserve">[13:51] </w:t>
      </w:r>
      <w:r>
        <w:t>isi tarah se aap ne farmaya: "Arham tarham".</w:t>
      </w:r>
    </w:p>
    <w:p>
      <w:pPr>
        <w:jc w:val="right"/>
      </w:pPr>
      <w:r>
        <w:t>اسی طرح سے آپ نے فرمایا: "ارحم ترحم"۔</w:t>
      </w:r>
    </w:p>
    <w:p>
      <w:r>
        <w:rPr>
          <w:b/>
        </w:rPr>
        <w:t xml:space="preserve">[13:54] </w:t>
      </w:r>
      <w:r>
        <w:t>bohat hi simple formula: "Arham tarham".</w:t>
      </w:r>
    </w:p>
    <w:p>
      <w:pPr>
        <w:jc w:val="right"/>
      </w:pPr>
      <w:r>
        <w:t>بہت ہی سمپل فارمولا: "ارحم ترحم"۔</w:t>
      </w:r>
    </w:p>
    <w:p>
      <w:r>
        <w:rPr>
          <w:b/>
        </w:rPr>
        <w:t xml:space="preserve">[13:57] </w:t>
      </w:r>
      <w:r>
        <w:t>reham karo, tumhare sath reham kiya jayega.</w:t>
      </w:r>
    </w:p>
    <w:p>
      <w:pPr>
        <w:jc w:val="right"/>
      </w:pPr>
      <w:r>
        <w:t>رحم کرو، تمہارے ساتھ رحم کیا جائے گا۔</w:t>
      </w:r>
    </w:p>
    <w:p>
      <w:r>
        <w:rPr>
          <w:b/>
        </w:rPr>
        <w:t xml:space="preserve">[14:00] </w:t>
      </w:r>
      <w:r>
        <w:t>reham karo, tumhare sath reham kiya jayega.</w:t>
      </w:r>
    </w:p>
    <w:p>
      <w:pPr>
        <w:jc w:val="right"/>
      </w:pPr>
      <w:r>
        <w:t>رحم کرو، تمہارے ساتھ رحم کیا جائے گا۔</w:t>
      </w:r>
    </w:p>
    <w:p>
      <w:r>
        <w:rPr>
          <w:b/>
        </w:rPr>
        <w:t xml:space="preserve">[14:04] </w:t>
      </w:r>
      <w:r>
        <w:t>isi tarah aap ne farmaya: "man la yarham, la yurham".</w:t>
      </w:r>
    </w:p>
    <w:p>
      <w:pPr>
        <w:jc w:val="right"/>
      </w:pPr>
      <w:r>
        <w:t>اسی طرح آپ نے فرمایا: "من لا یرحم، لا یرحم"۔</w:t>
      </w:r>
    </w:p>
    <w:p>
      <w:r>
        <w:rPr>
          <w:b/>
        </w:rPr>
        <w:t xml:space="preserve">[14:08] </w:t>
      </w:r>
      <w:r>
        <w:t>jo reham nahi karta, us ke sath bhi reham nahi kiya jayega.</w:t>
      </w:r>
    </w:p>
    <w:p>
      <w:pPr>
        <w:jc w:val="right"/>
      </w:pPr>
      <w:r>
        <w:t>جو رحم نہیں کرتا، اس کے ساتھ بھی رحم نہیں کیا جائے گا۔</w:t>
      </w:r>
    </w:p>
    <w:p>
      <w:r>
        <w:rPr>
          <w:b/>
        </w:rPr>
        <w:t xml:space="preserve">[14:14] </w:t>
      </w:r>
      <w:r>
        <w:t>isi tarah se rasool Allah ne farmaya: "innama yarham Allah min ibadihi ar-ruhmaa".</w:t>
      </w:r>
    </w:p>
    <w:p>
      <w:pPr>
        <w:jc w:val="right"/>
      </w:pPr>
      <w:r>
        <w:t>اسی طرح سے رسول اللہ نے فرمایا: "انما یرحم اللہ من عبادہ الرحماء"۔</w:t>
      </w:r>
    </w:p>
    <w:p>
      <w:r>
        <w:rPr>
          <w:b/>
        </w:rPr>
        <w:t xml:space="preserve">[14:19] </w:t>
      </w:r>
      <w:r>
        <w:t>yani Allah reham karega apne un bando se jo rahmaa the, yani dusro ke sath rehamdili karne</w:t>
      </w:r>
    </w:p>
    <w:p>
      <w:pPr>
        <w:jc w:val="right"/>
      </w:pPr>
      <w:r>
        <w:t>یعنی اللہ رحم کرے گا اپنے ان بندوں سے جو رحماء تھے، یعنی دوسروں کے ساتھ رحمدلی کرنے</w:t>
      </w:r>
    </w:p>
    <w:p>
      <w:r>
        <w:rPr>
          <w:b/>
        </w:rPr>
        <w:t xml:space="preserve">[14:27] </w:t>
      </w:r>
      <w:r>
        <w:t>wale the.</w:t>
      </w:r>
    </w:p>
    <w:p>
      <w:pPr>
        <w:jc w:val="right"/>
      </w:pPr>
      <w:r>
        <w:t>والے تھے۔</w:t>
      </w:r>
    </w:p>
    <w:p>
      <w:r>
        <w:rPr>
          <w:b/>
        </w:rPr>
        <w:t xml:space="preserve">[14:28] </w:t>
      </w:r>
      <w:r>
        <w:t>isi tarah se aap ne farmaya: "man la yarham an-naas".</w:t>
      </w:r>
    </w:p>
    <w:p>
      <w:pPr>
        <w:jc w:val="right"/>
      </w:pPr>
      <w:r>
        <w:t>اسی طرح سے آپ نے فرمایا: "من لا یرحم الناس"۔</w:t>
      </w:r>
    </w:p>
    <w:p>
      <w:r>
        <w:rPr>
          <w:b/>
        </w:rPr>
        <w:t xml:space="preserve">[14:33] </w:t>
      </w:r>
      <w:r>
        <w:t>la farmaya ke: "la yarham Allah, man la yarham an-naas".</w:t>
      </w:r>
    </w:p>
    <w:p>
      <w:pPr>
        <w:jc w:val="right"/>
      </w:pPr>
      <w:r>
        <w:t>لا فرمایا کہ: "لا یرحم اللہ، من لا یرحم الناس"۔</w:t>
      </w:r>
    </w:p>
    <w:p>
      <w:r>
        <w:rPr>
          <w:b/>
        </w:rPr>
        <w:t xml:space="preserve">[14:37] </w:t>
      </w:r>
      <w:r>
        <w:t>la yarham Allah, man la yarham an-naas.</w:t>
      </w:r>
    </w:p>
    <w:p>
      <w:pPr>
        <w:jc w:val="right"/>
      </w:pPr>
      <w:r>
        <w:t>لا یرحم اللہ، من لا یرحم الناس۔</w:t>
      </w:r>
    </w:p>
    <w:p>
      <w:r>
        <w:rPr>
          <w:b/>
        </w:rPr>
        <w:t xml:space="preserve">[14:40] </w:t>
      </w:r>
      <w:r>
        <w:t>is ke sath Khuda reham nahi karega jo dusro ke sath reham na kare.</w:t>
      </w:r>
    </w:p>
    <w:p>
      <w:pPr>
        <w:jc w:val="right"/>
      </w:pPr>
      <w:r>
        <w:t>اس کے ساتھ خدا رحم نہیں کرے گا جو دوسروں کے ساتھ رحم نہ کرے۔</w:t>
      </w:r>
    </w:p>
    <w:p>
      <w:r>
        <w:rPr>
          <w:b/>
        </w:rPr>
        <w:t xml:space="preserve">[14:46] </w:t>
      </w:r>
      <w:r>
        <w:t>yeh jo rasool Allah ki sayings hain, aap ke jo aqwal hain jin ko hadith kaha jata hai,</w:t>
      </w:r>
    </w:p>
    <w:p>
      <w:pPr>
        <w:jc w:val="right"/>
      </w:pPr>
      <w:r>
        <w:t>یہ جو رسول اللہ کی سینگز ہیں، آپ کے جو اقوال ہیں جن کو حدیث کہا جاتا ہے،</w:t>
      </w:r>
    </w:p>
    <w:p>
      <w:r>
        <w:rPr>
          <w:b/>
        </w:rPr>
        <w:t xml:space="preserve">[14:54] </w:t>
      </w:r>
      <w:r>
        <w:t>ان میں ایک moral incentive، moral incentive ملتا ہے۔</w:t>
      </w:r>
    </w:p>
    <w:p>
      <w:pPr>
        <w:jc w:val="right"/>
      </w:pPr>
      <w:r>
        <w:t>ان میں ایک مورل سینٹیو، مورل انسنٹیو ملتا ہے۔</w:t>
      </w:r>
    </w:p>
    <w:p>
      <w:r>
        <w:rPr>
          <w:b/>
        </w:rPr>
        <w:t xml:space="preserve">[14:58] </w:t>
      </w:r>
      <w:r>
        <w:t>moral incentive.</w:t>
      </w:r>
    </w:p>
    <w:p>
      <w:pPr>
        <w:jc w:val="right"/>
      </w:pPr>
      <w:r>
        <w:t>مورل انسنٹیو۔</w:t>
      </w:r>
    </w:p>
    <w:p>
      <w:r>
        <w:rPr>
          <w:b/>
        </w:rPr>
        <w:t xml:space="preserve">[14:59] </w:t>
      </w:r>
      <w:r>
        <w:t>dekhen, yeh reham jo hai, reham, yeh rehmat, yeh rehamdili, yahi to sare akhlaq ka khulasa hai.</w:t>
      </w:r>
    </w:p>
    <w:p>
      <w:pPr>
        <w:jc w:val="right"/>
      </w:pPr>
      <w:r>
        <w:t>دیکھیں، یہ رحم جو ہے، رحم، یہ رحمت، یہ رحمدلی، یہی تو سارے اخلاق کا خلاصہ ہے۔</w:t>
      </w:r>
    </w:p>
    <w:p>
      <w:r>
        <w:rPr>
          <w:b/>
        </w:rPr>
        <w:t xml:space="preserve">[15:07] </w:t>
      </w:r>
      <w:r>
        <w:t>yeh dusro ke sath rehamdil hona, dusre ke liye welfare hona, dusro ke liye compassionate hona, yahi to</w:t>
      </w:r>
    </w:p>
    <w:p>
      <w:pPr>
        <w:jc w:val="right"/>
      </w:pPr>
      <w:r>
        <w:t>یہ دوسروں کے ساتھ رحمدل ہونا، دوسرے کے لیے ولشر ہونا، دوسروں کے لیے کمپیشنیٹ ہونا، یہی تو</w:t>
      </w:r>
    </w:p>
    <w:p>
      <w:r>
        <w:rPr>
          <w:b/>
        </w:rPr>
        <w:t xml:space="preserve">[15:14] </w:t>
      </w:r>
      <w:r>
        <w:t>sara khulasa hai akhlaq ka.</w:t>
      </w:r>
    </w:p>
    <w:p>
      <w:pPr>
        <w:jc w:val="right"/>
      </w:pPr>
      <w:r>
        <w:t>سارا خلاصہ ہے اخلاق کا۔</w:t>
      </w:r>
    </w:p>
    <w:p>
      <w:r>
        <w:rPr>
          <w:b/>
        </w:rPr>
        <w:t xml:space="preserve">[15:17] </w:t>
      </w:r>
      <w:r>
        <w:t>to farmaya ke jo aadmi dusro ke sath is tarah ka sulook karega, to aisa hi sulook</w:t>
      </w:r>
    </w:p>
    <w:p>
      <w:pPr>
        <w:jc w:val="right"/>
      </w:pPr>
      <w:r>
        <w:t>تو فرمایا کہ جو آدمی دوسروں کے ساتھ اس طرح کا سلوک کرے گا، تو ایسا ہی سلوک</w:t>
      </w:r>
    </w:p>
    <w:p>
      <w:r>
        <w:rPr>
          <w:b/>
        </w:rPr>
        <w:t xml:space="preserve">[15:24] </w:t>
      </w:r>
      <w:r>
        <w:t>wo Khuda se payega akhirat mein.</w:t>
      </w:r>
    </w:p>
    <w:p>
      <w:pPr>
        <w:jc w:val="right"/>
      </w:pPr>
      <w:r>
        <w:t>وہ خدا سے پائے گا آخرت میں۔</w:t>
      </w:r>
    </w:p>
    <w:p>
      <w:r>
        <w:rPr>
          <w:b/>
        </w:rPr>
        <w:t xml:space="preserve">[15:27] </w:t>
      </w:r>
      <w:r>
        <w:t>یہ کتنا کتنا سمپل ہے یہ فارمولا incentive کا۔</w:t>
      </w:r>
    </w:p>
    <w:p>
      <w:pPr>
        <w:jc w:val="right"/>
      </w:pPr>
      <w:r>
        <w:t>یہ کتنا کتنا سمپل ہے یہ فارمولا انسنٹیو کا۔</w:t>
      </w:r>
    </w:p>
    <w:p>
      <w:r>
        <w:rPr>
          <w:b/>
        </w:rPr>
        <w:t xml:space="preserve">[15:31] </w:t>
      </w:r>
      <w:r>
        <w:t>dekhen, yeh kehna to bohat acha hai ke yani sach bolo, justice karo, honesty ke sath raho, is</w:t>
      </w:r>
    </w:p>
    <w:p>
      <w:pPr>
        <w:jc w:val="right"/>
      </w:pPr>
      <w:r>
        <w:t>دیکھیں، یہ کہنا تو بہت اچھا ہے کہ یعنی سچ بولو، جسٹس کرو، ہونیسٹی کے ساتھ رہو، اس</w:t>
      </w:r>
    </w:p>
    <w:p>
      <w:r>
        <w:rPr>
          <w:b/>
        </w:rPr>
        <w:t xml:space="preserve">[15:39] </w:t>
      </w:r>
      <w:r>
        <w:t>tarah ki baaten.</w:t>
      </w:r>
    </w:p>
    <w:p>
      <w:pPr>
        <w:jc w:val="right"/>
      </w:pPr>
      <w:r>
        <w:t>طرح کی باتیں۔</w:t>
      </w:r>
    </w:p>
    <w:p>
      <w:r>
        <w:rPr>
          <w:b/>
        </w:rPr>
        <w:t xml:space="preserve">[15:40] </w:t>
      </w:r>
      <w:r>
        <w:t>لیکن آدمی کیوں ایسا کرے؟ کیوں ان in values کو فالو کرے؟ ایک incentive چاہیے اس کے لیے۔</w:t>
      </w:r>
    </w:p>
    <w:p>
      <w:pPr>
        <w:jc w:val="right"/>
      </w:pPr>
      <w:r>
        <w:t>لیکن آدمی کیوں ایسا کرے؟ کیوں ان ان ویلیوز کو فالو کرے؟ ایک انسنٹیو چاہیے اس کے لیے۔</w:t>
      </w:r>
    </w:p>
    <w:p>
      <w:r>
        <w:rPr>
          <w:b/>
        </w:rPr>
        <w:t xml:space="preserve">[15:48] </w:t>
      </w:r>
      <w:r>
        <w:t>to Islam mein incentive yeh diya gaya hai ke agar tum ne dunya walon ke sath, samaj mein</w:t>
      </w:r>
    </w:p>
    <w:p>
      <w:pPr>
        <w:jc w:val="right"/>
      </w:pPr>
      <w:r>
        <w:t>تو اسلام میں انسنٹیو یہ دیا گیا ہے کہ اگر تم نے دنیا والوں کے ساتھ، سماج میں</w:t>
      </w:r>
    </w:p>
    <w:p>
      <w:r>
        <w:rPr>
          <w:b/>
        </w:rPr>
        <w:t xml:space="preserve">[15:56] </w:t>
      </w:r>
      <w:r>
        <w:t>jin logo ke sath tum rehte ho, un ke sath acha sulook kiya, to akhirat mein Khuda tumhare</w:t>
      </w:r>
    </w:p>
    <w:p>
      <w:pPr>
        <w:jc w:val="right"/>
      </w:pPr>
      <w:r>
        <w:t>جن لوگوں کے ساتھ تم رہتے ہو، ان کے ساتھ اچھا سلوک کیا، تو آخرت میں خدا تمہارے</w:t>
      </w:r>
    </w:p>
    <w:p>
      <w:r>
        <w:rPr>
          <w:b/>
        </w:rPr>
        <w:t xml:space="preserve">[16:04] </w:t>
      </w:r>
      <w:r>
        <w:t>sath acha sulook karega.</w:t>
      </w:r>
    </w:p>
    <w:p>
      <w:pPr>
        <w:jc w:val="right"/>
      </w:pPr>
      <w:r>
        <w:t>ساتھ اچھا سلوک کرے گا۔</w:t>
      </w:r>
    </w:p>
    <w:p>
      <w:r>
        <w:rPr>
          <w:b/>
        </w:rPr>
        <w:t xml:space="preserve">[16:06] </w:t>
      </w:r>
      <w:r>
        <w:t>yani tum ko punishment nahi dega, tum ko paradise mein jagah dega.</w:t>
      </w:r>
    </w:p>
    <w:p>
      <w:pPr>
        <w:jc w:val="right"/>
      </w:pPr>
      <w:r>
        <w:t>یعنی تم کو پنشمنٹ نہیں دے گا، تم کو پارائیڈائز میں جگہ دے گا۔</w:t>
      </w:r>
    </w:p>
    <w:p>
      <w:r>
        <w:rPr>
          <w:b/>
        </w:rPr>
        <w:t xml:space="preserve">[16:12] </w:t>
      </w:r>
      <w:r>
        <w:t>hadith mein ek bohat chand shabdon mein, thore shabdon mein is ka khulasa is tarah bataya gaya hai</w:t>
      </w:r>
    </w:p>
    <w:p>
      <w:pPr>
        <w:jc w:val="right"/>
      </w:pPr>
      <w:r>
        <w:t>حدیث میں ایک بہت چند शब्दوں میں، تھوڑے शब्दوں میں اس کا خلاصہ اس طرح بتایا گیا ہے</w:t>
      </w:r>
    </w:p>
    <w:p>
      <w:r>
        <w:rPr>
          <w:b/>
        </w:rPr>
        <w:t xml:space="preserve">[16:19] </w:t>
      </w:r>
      <w:r>
        <w:t>Islam ki teachings ka ke: "ittaqi Allah, ittaqi Allah, haisu kunta wa khalleq an-naasa bi khuluqin hasanin".</w:t>
      </w:r>
    </w:p>
    <w:p>
      <w:pPr>
        <w:jc w:val="right"/>
      </w:pPr>
      <w:r>
        <w:t>اسلام کی ٹیچنگز کا کہ: "اتق اللہ، اتق اللہ، حی سما کنت و خالق الناس بخلق حسن"۔</w:t>
      </w:r>
    </w:p>
    <w:p>
      <w:r>
        <w:rPr>
          <w:b/>
        </w:rPr>
        <w:t xml:space="preserve">[16:27] </w:t>
      </w:r>
      <w:r>
        <w:t>yani tum jahan bhi raho, khule mein, chhupe mein, qareeb mein, door mein, jahan bhi raho, Allah.</w:t>
      </w:r>
    </w:p>
    <w:p>
      <w:pPr>
        <w:jc w:val="right"/>
      </w:pPr>
      <w:r>
        <w:t>یعنی تم جہاں بھی رہو، کھلے میں، چھپے میں، قریب میں، دور میں، جہاں بھی رہو، اللہ۔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