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Islam- Sunday 24 March 2011</w:t>
      </w:r>
    </w:p>
    <w:p>
      <w:r>
        <w:t>https://www.youtube.com/watch?v=HPiQHG7Pd3k</w:t>
      </w:r>
    </w:p>
    <w:p>
      <w:r>
        <w:rPr>
          <w:b/>
        </w:rPr>
        <w:t xml:space="preserve">[00:02] </w:t>
      </w:r>
      <w:r>
        <w:t>ar-rahman ir-rahim, wa salla allah ala n-nabi il-karim. rabb ishrah li sadri, wa yassir li amri, wahlu l-uqdatan min lisani, yafqahu qawli.</w:t>
      </w:r>
    </w:p>
    <w:p>
      <w:pPr>
        <w:jc w:val="right"/>
      </w:pPr>
      <w:r>
        <w:t>الرحمن الرحیم، وصلی اللہ علی النبی الکریم. رب اشرح لی صدری، ویسر لی امری، واحل العقدۃ من لسانی، یفقہ قولی.</w:t>
      </w:r>
    </w:p>
    <w:p>
      <w:r>
        <w:rPr>
          <w:b/>
        </w:rPr>
        <w:t xml:space="preserve">[00:28] </w:t>
      </w:r>
      <w:r>
        <w:t>aaj ki jo talk hai, is ki theme hai "Spirit of Islam", Islam ki rooh.</w:t>
      </w:r>
    </w:p>
    <w:p>
      <w:pPr>
        <w:jc w:val="right"/>
      </w:pPr>
      <w:r>
        <w:t>آج کی جو ٹاک ہے، اس کی تھیم ہے "Spirit of Islam"، اسلام کی روح.</w:t>
      </w:r>
    </w:p>
    <w:p>
      <w:r>
        <w:rPr>
          <w:b/>
        </w:rPr>
        <w:t xml:space="preserve">[00:39] </w:t>
      </w:r>
      <w:r>
        <w:t>aisa hua ke aaj mein ne subah ka jo urdu akhbar dekha, urdu akhbar jo hai woh musalmanon</w:t>
      </w:r>
    </w:p>
    <w:p>
      <w:pPr>
        <w:jc w:val="right"/>
      </w:pPr>
      <w:r>
        <w:t>ایسا ہوا کہ آج میں نے صبح کا جو اردو اخبار دیکھا، اردو اخبار جو ہے وہ مسلمانوں</w:t>
      </w:r>
    </w:p>
    <w:p>
      <w:r>
        <w:rPr>
          <w:b/>
        </w:rPr>
        <w:t xml:space="preserve">[00:50] </w:t>
      </w:r>
      <w:r>
        <w:t>ki activities ko janne ka zariya hai.</w:t>
      </w:r>
    </w:p>
    <w:p>
      <w:pPr>
        <w:jc w:val="right"/>
      </w:pPr>
      <w:r>
        <w:t>کی ایکٹیویٹیز کو جاننے کا ذریعہ ہے.</w:t>
      </w:r>
    </w:p>
    <w:p>
      <w:r>
        <w:rPr>
          <w:b/>
        </w:rPr>
        <w:t xml:space="preserve">[01:01] </w:t>
      </w:r>
      <w:r>
        <w:t>aur akhbaron mein bhi aati hain baatein lekin zyada detail ke sath urdu akhbaron mein aati hain.</w:t>
      </w:r>
    </w:p>
    <w:p>
      <w:pPr>
        <w:jc w:val="right"/>
      </w:pPr>
      <w:r>
        <w:t>اور اخباروں میں بھی آتی ہیں باتیں لیکن زیادہ ڈیٹیل کے ساتھ اردو اخباروں میں آتی ہیں.</w:t>
      </w:r>
    </w:p>
    <w:p>
      <w:r>
        <w:rPr>
          <w:b/>
        </w:rPr>
        <w:t xml:space="preserve">[01:13] </w:t>
      </w:r>
      <w:r>
        <w:t>to aaj ke urdu akhbar mein bohat zyada detail ke sath report hai karwan bedari ki. sare india ke musalmanon ke numainde aur rehnuma dilli pahunche, yahan unhon ne juloos nikala, taqreeren keen, nare lagaye.</w:t>
      </w:r>
    </w:p>
    <w:p>
      <w:pPr>
        <w:jc w:val="right"/>
      </w:pPr>
      <w:r>
        <w:t>تو آج کے اردو اخبار میں بہت زیادہ ڈیٹیل کے ساتھ رپورٹ ہے کاروان بیداری کی. سارے انڈیا کے مسلمانوں کے نمائندے اور رہنما دلی پہنچے، یہاں انہوں نے جلوس نکالا، تقریریں کیں، نعرے لگائے.</w:t>
      </w:r>
    </w:p>
    <w:p>
      <w:r>
        <w:rPr>
          <w:b/>
        </w:rPr>
        <w:t xml:space="preserve">[01:41] </w:t>
      </w:r>
      <w:r>
        <w:t>yeh kaam hua karwan bedari ke naam se. to mujhe yaad aaya ke ab se kam az kam sattar saal pehle, yani azadi se pehle, is tarah ki baatein main sunta tha aur padhta tha.</w:t>
      </w:r>
    </w:p>
    <w:p>
      <w:pPr>
        <w:jc w:val="right"/>
      </w:pPr>
      <w:r>
        <w:t>یہ کام ہوا کاروان بیداری کے نام سے. تو مجھے یاد آیا کہ اب سے کم از کم ستر سال پہلے، یعنی آزادی سے پہلے، اس طرح کی باتیں میں سنتا تھا اور پڑھتا تھا.</w:t>
      </w:r>
    </w:p>
    <w:p>
      <w:r>
        <w:rPr>
          <w:b/>
        </w:rPr>
        <w:t xml:space="preserve">[02:06] </w:t>
      </w:r>
      <w:r>
        <w:t>woh satar, assi saal pehle ki baatein hain yeh hain, jo ke mein ne khud dekha aur suna.</w:t>
      </w:r>
    </w:p>
    <w:p>
      <w:pPr>
        <w:jc w:val="right"/>
      </w:pPr>
      <w:r>
        <w:t>وہ ستر، اسی سال پہلے کی باتیں ہیں یہ ہیں، جو کہ میں نے خود دیکھا اور سنا.</w:t>
      </w:r>
    </w:p>
    <w:p>
      <w:r>
        <w:rPr>
          <w:b/>
        </w:rPr>
        <w:t xml:space="preserve">[02:15] </w:t>
      </w:r>
      <w:r>
        <w:t>to is zamane ka ek shayar ka mujhe ek sher yaad aaya: " ae carvan-e-millat, uth to bhi</w:t>
      </w:r>
    </w:p>
    <w:p>
      <w:pPr>
        <w:jc w:val="right"/>
      </w:pPr>
      <w:r>
        <w:t>تو اس زمانے کا ایک شاعر کا مجھے ایک شعر یاد آیا: "اے کاروان ملت، اٹھ تو بھی</w:t>
      </w:r>
    </w:p>
    <w:p>
      <w:r>
        <w:rPr>
          <w:b/>
        </w:rPr>
        <w:t xml:space="preserve">[02:25] </w:t>
      </w:r>
      <w:r>
        <w:t>gamzan ho, har simt se sadayen aati hain tarqqi ki." yaani ae muslim millat to bhi uth, jaag ja.</w:t>
      </w:r>
    </w:p>
    <w:p>
      <w:pPr>
        <w:jc w:val="right"/>
      </w:pPr>
      <w:r>
        <w:t>گامزن ہو، ہر سمت سے صدائیں آتی ہیں ترقو کی." یعنی اے مسلم ملت تو بھی اٹھ، جاگ جا.</w:t>
      </w:r>
    </w:p>
    <w:p>
      <w:r>
        <w:rPr>
          <w:b/>
        </w:rPr>
        <w:t xml:space="preserve">[02:35] </w:t>
      </w:r>
      <w:r>
        <w:t>kyun ke sab log jaage hue hain, sab log chal rahe hain.</w:t>
      </w:r>
    </w:p>
    <w:p>
      <w:pPr>
        <w:jc w:val="right"/>
      </w:pPr>
      <w:r>
        <w:t>کیونکہ سب لوگ جاگے ہوئے ہیں، سب لوگ چل رہے ہیں.</w:t>
      </w:r>
    </w:p>
    <w:p>
      <w:r>
        <w:rPr>
          <w:b/>
        </w:rPr>
        <w:t xml:space="preserve">[02:45] </w:t>
      </w:r>
      <w:r>
        <w:t>to yeh sab jo hai kam az kam sau saal ki history hai yahan se wahan tak, khas taur par jab se press ka daur aaya hai. har taraf hangame, sargharmiyan, akhbaron mein khabrein. musalman jaagein, musalman uth jayein, musalman bedar hon.</w:t>
      </w:r>
    </w:p>
    <w:p>
      <w:pPr>
        <w:jc w:val="right"/>
      </w:pPr>
      <w:r>
        <w:t>تو یہ سب جو ہے کم از کم سو سال کی ہسٹری ہے یہاں سے وہاں تک، خاص طور پر جب سے پریس کا دور آیا ہے. ہر طرف ہنگامے، سرگرمیاں، اخباروں میں خبریں. مسلمان جاگیں، مسلمان اٹھ جائیں، مسلمان بیدار ہوں.</w:t>
      </w:r>
    </w:p>
    <w:p>
      <w:r>
        <w:rPr>
          <w:b/>
        </w:rPr>
        <w:t xml:space="preserve">[03:07] </w:t>
      </w:r>
      <w:r>
        <w:t>to yeh koi aaj ki baat nahi hai, yeh sau saal ki tareekh hai jo bar bar repeat ki ja rahi hai. ab sawal yeh hai ke kya result kya nikla? aaj ke karwan bedari se bohat bada bedari aayi thi first world war ke zamane mein, khilafat-e-momin ke zariye se.</w:t>
      </w:r>
    </w:p>
    <w:p>
      <w:pPr>
        <w:jc w:val="right"/>
      </w:pPr>
      <w:r>
        <w:t>تو یہ کوئی آج کی بات نہیں ہے، یہ سو سال کی تاریخ ہے جو بار بار ریپیٹ کی جا رہی ہے. اب سوال یہ ہے کہ کیا رزلٹ کیا نکلا؟ آج کے کاروان بیداری سے بہت بڑا بیداری آئی تھی فرسٹ ورلڈ وار کے زمانے میں، خلافت مومن کے ذریعے سے.</w:t>
      </w:r>
    </w:p>
    <w:p>
      <w:r>
        <w:rPr>
          <w:b/>
        </w:rPr>
        <w:t xml:space="preserve">[03:33] </w:t>
      </w:r>
      <w:r>
        <w:t>kaha jata tha ke poora india dhul utha hai, poore india mein zalzala aa gaya hai. result kya hai? result kuch bhi nahi. Maulana Muhammad Ali is ke bohat bade leader the us zamane mein, First World War ke zamane mein. to bohat josheeli taqreeren karte the woh.</w:t>
      </w:r>
    </w:p>
    <w:p>
      <w:pPr>
        <w:jc w:val="right"/>
      </w:pPr>
      <w:r>
        <w:t>کہا جاتا تھا کہ پورا انڈیا دھل اٹھا ہے، پورے انڈیا میں زلزلہ آگیا ہے. رزلٹ کیا ہے؟ رزلٹ کچھ بھی نہیں. مولانا محمد علی اس کے بہت بڑے لیڈر تھے اس زمانے میں، فرسٹ ورلڈ وار کے زمانے میں. تو بہت جوشیلی تقریریں کرتے تھے وہ.</w:t>
      </w:r>
    </w:p>
    <w:p>
      <w:r>
        <w:rPr>
          <w:b/>
        </w:rPr>
        <w:t xml:space="preserve">[04:03] </w:t>
      </w:r>
      <w:r>
        <w:t>bohat josheeli taqreeren karte the woh. hamare ilake mein sarai-e-bir ke maidan mein ek jalsa hua tha us zamane mein. yeh baat hai jab ke main chhota tha, bachpan ka zamana tha, bohat pehle ki baat hai. to wahan bohat hi un ki taqreer hui, bohat hi ghan-gharaj ke sath.</w:t>
      </w:r>
    </w:p>
    <w:p>
      <w:pPr>
        <w:jc w:val="right"/>
      </w:pPr>
      <w:r>
        <w:t>بہت جوشیلی تقریریں کرتے تھے وہ. ہمارے علاقے میں سرائبیر کے میدان میں ایک جلسہ ہوا تھا اس زمانے میں. یہ بات ہے جب کہ میں چھوٹا تھا، بچپن کا زمانہ تھا، بہت پہلے کی بات ہے. تو وہاں بہت ہی ان کی تقریر ہوئی، بہت ہی گھن گرج کے ساتھ.</w:t>
      </w:r>
    </w:p>
    <w:p>
      <w:r>
        <w:rPr>
          <w:b/>
        </w:rPr>
        <w:t xml:space="preserve">[04:27] </w:t>
      </w:r>
      <w:r>
        <w:t>to taqreer ke baad ek boodha aadmi utha majme se, woh majme ko cheerta hua pahuncha. aur maulana muhammad ali ki peeth thapthapai aur kaha ke muhammad ali jab inteha ki hai kyun nahi ki hai? yeh dehati boli hai ke muhammad ali jo tu ne kiya kisi ne nahi kiya.</w:t>
      </w:r>
    </w:p>
    <w:p>
      <w:pPr>
        <w:jc w:val="right"/>
      </w:pPr>
      <w:r>
        <w:t>تو تقریر کے بعد ایک بوڑھا آدمی اٹھا مجمعے سے، وہ مجمعے کو چیرتا ہوا پہنچا. اور مولانا محمد علی کی پیٹھ تھپتھپائی اور کہا کہ محمد علی جب انتہا کی ہے کیوں نہیں کی ہے؟ یہ دیہاتی بولی ہے کہ محمد علی جو تو نے کیا کسی نے نہیں کیا.</w:t>
      </w:r>
    </w:p>
    <w:p>
      <w:r>
        <w:rPr>
          <w:b/>
        </w:rPr>
        <w:t xml:space="preserve">[04:57] </w:t>
      </w:r>
      <w:r>
        <w:t>lekin isi muhammad ali ka haal kya hua aakhri zamane mein? ke unhon ne angora fund aur pata nahi kya kya schemein chalayi thi, khoob paise diye logon ne. to ek jalse mein unhon ne taqreeren keen to auraton ne, yani mardon ne jeib ke paise nikal kar de diye, auraton ne zevar utar kar de diye.</w:t>
      </w:r>
    </w:p>
    <w:p>
      <w:pPr>
        <w:jc w:val="right"/>
      </w:pPr>
      <w:r>
        <w:t>لیکن اسی محمد علی کا حال کیا ہوا آخری زمانے میں؟ کہ انہوں نے انگورا فنڈ اور پتہ نہیں کیا کیا اسکیمیں چلائی تھیں، خوب پیسے دیے لوگوں نے. تو ایک جلسے میں انہوں نے تقریریں کیں تو عورتوں نے، یعنی مردوں نے جیب کے پیسے نکال کر دے دیے، عورتوں نے زیور اتار کر دے دیے.</w:t>
      </w:r>
    </w:p>
    <w:p>
      <w:r>
        <w:rPr>
          <w:b/>
        </w:rPr>
        <w:t xml:space="preserve">[05:24] </w:t>
      </w:r>
      <w:r>
        <w:t>to ek aurat ne apne kaan ki bali utar kar de di thi us fund mein, woh siyasat bedari ka jo fund tha. lekin muhammad ali ki zindagi mein sab flop ho gaya, kuch bhi nahi hua. to ek jalse mein aakhri zamane ka qissa hai, muhammad ali ne ek jalsa kiya.</w:t>
      </w:r>
    </w:p>
    <w:p>
      <w:pPr>
        <w:jc w:val="right"/>
      </w:pPr>
      <w:r>
        <w:t>تو ایک عورت نے اپنے کان کی بالی اتار کر دے دی تھی اس فنڈ میں، وہ سیاسی بیداری کا جو فنڈ تھا. لیکن محمد علی کی زندگی میں سب فلاپ ہو گیا، کچھ بھی نہیں ہوا. تو ایک جلسے میں آخری زمانے کا قصہ ہے، محمد علی نے ایک جلسہ کیا.</w:t>
      </w:r>
    </w:p>
    <w:p>
      <w:r>
        <w:rPr>
          <w:b/>
        </w:rPr>
        <w:t xml:space="preserve">[05:51] </w:t>
      </w:r>
      <w:r>
        <w:t>to woh aurat wahan maujood thi, woh uthi, us ne kaha ke muhammad ali mere kaan ki baliyan kahan hain? muhammad ali mere kaan ki baliyan kahan hain? matlab main ne sacrifice kiya tha to tum result batao is ka. wohi aaj bhi hai.</w:t>
      </w:r>
    </w:p>
    <w:p>
      <w:pPr>
        <w:jc w:val="right"/>
      </w:pPr>
      <w:r>
        <w:t>تو وہ عورت وہاں موجود تھی، وہ اٹھی، اس نے کہا کہ محمد علی میرے کان کی بالیاں کہاں ہیں؟ محمد علی میرے کان کی بالیاں کہاں ہیں؟ مطلب میں نے سیکریفائس کیا تھا تو تم رزلٹ بتاؤ اس کا. وہی آج بھی ہے.</w:t>
      </w:r>
    </w:p>
    <w:p>
      <w:r>
        <w:rPr>
          <w:b/>
        </w:rPr>
        <w:t xml:space="preserve">[06:19] </w:t>
      </w:r>
      <w:r>
        <w:t>to sau baras mein sau se zyada bar musalmanon ne bedari ke naam par hangame kiye. lekin bedari nahi aayi. kuch bhi nahi aaya balki ulta hota chala gaya. yani counter productive banti chali gayi hamari sari activities.</w:t>
      </w:r>
    </w:p>
    <w:p>
      <w:pPr>
        <w:jc w:val="right"/>
      </w:pPr>
      <w:r>
        <w:t>تو سو برس میں سو سے زیادہ بار مسلمانوں نے بیداری کے نام پر ہنگامے کیے. لیکن بیداری نہیں آئی. کچھ بھی نہیں آیا بلکہ الٹا ہوتا چلا گیا. یعنی کاؤنٹر پروڈکٹو بنتی چلی گئی ہماری ساری ایکٹیویٹیز.</w:t>
      </w:r>
    </w:p>
    <w:p>
      <w:r>
        <w:rPr>
          <w:b/>
        </w:rPr>
        <w:t xml:space="preserve">[06:47] </w:t>
      </w:r>
      <w:r>
        <w:t>pakistan banaya gaya aap dekhein, itni dhoom thi, mere zamane ki baat hai, ek hangama tha pakistan mein. pakistan ka matlab kya? la ilaha illallah. main jis ilake mein rehta tha to mera ghar wahan par island tha, jazeera. aas pas sab har taraf yahi tha, pakistan ka matlab kya? la ilaha illallah.</w:t>
      </w:r>
    </w:p>
    <w:p>
      <w:pPr>
        <w:jc w:val="right"/>
      </w:pPr>
      <w:r>
        <w:t>پاکستان بنایا گیا آپ دیکھیں، اتنی دھوم تھی، میرے زمانے کی بات ہے، ایک ہنگامہ تھا پاکستان میں. پاکستان کا مطلب کیا؟ لا الہ الا اللہ. میں جس علاقے میں رہتا تھا تو میرا گھر وہاں پر آئی لینڈ تھا، جزیرہ. آس پاس سب ہر طرف یہی تھا، پاکستان کا مطلب کیا؟ لا الہ الا اللہ.</w:t>
      </w:r>
    </w:p>
    <w:p>
      <w:r>
        <w:rPr>
          <w:b/>
        </w:rPr>
        <w:t xml:space="preserve">[07:10] </w:t>
      </w:r>
      <w:r>
        <w:t>hamari family jo thi to iqbal ahmed sohail sahab jo the woh bohat hi nationalist the, congressi the, woh mahatma gandhi ko manane wale the to woh is mein nahi shamil hue. lekin sare hi har taraf nare the meri aankhon ke samne. log jhande le kar chalte the, banner le kar chalte the, pakistan ka matlab kya? la ilaha illallah.</w:t>
      </w:r>
    </w:p>
    <w:p>
      <w:pPr>
        <w:jc w:val="right"/>
      </w:pPr>
      <w:r>
        <w:t>ہماری فیملی جو تھی تو اقبال احمد سہیل صاحب جو تھے وہ بہت ہی نیشنلسٹ تھے، کانگریسی تھے، وہ مہاتما گاندھی کو ماننے والے تھے تو وہ اس میں نہیں شامل ہوئے. لیکن سارے ہی ہر طرف نعرے تھے میری آنکھوں کے سامنے. لوگ جھنڈے لے کر چلتے تھے، بینر لے کر چلتے تھے، پاکستان کا مطلب کیا؟ لا الہ الا اللہ.</w:t>
      </w:r>
    </w:p>
    <w:p>
      <w:r>
        <w:rPr>
          <w:b/>
        </w:rPr>
        <w:t xml:space="preserve">[07:39] </w:t>
      </w:r>
      <w:r>
        <w:t>ab kya nikla? pakistan ka matlab kya hai? tabahi. kal parson main ne padha ke pakistan ke upar itna zyada qarz ho chuka hai aur is ko ada karne ke liye paise nahi hain. to kya international level par woh bankrupt declare kiya jane wala hai? to kya hua? bataiye kya hua? kuch bhi nahi hua. aapas mein ladai bhidai.</w:t>
      </w:r>
    </w:p>
    <w:p>
      <w:pPr>
        <w:jc w:val="right"/>
      </w:pPr>
      <w:r>
        <w:t>اب کیا نکلا؟ پاکستان کا مطلب کیا ہے؟ تباہی. کل پرسوں میں نے پڑھا کہ پاکستان کے اوپر اتنا زیادہ قرض ہو چکا ہے اور اس کو ادا کرنے کے لیے پیسے نہیں ہیں. تو کیا انٹرنیشنل لیول پر وہ بینکرپٹ ڈیکلیئر کیا جانے والا ہے؟ تو کیا ہوا؟ بتائیے کیا ہوا؟ کچھ بھی نہیں ہوا. آپس میں لڑائی بھڑائی.</w:t>
      </w:r>
    </w:p>
    <w:p>
      <w:r>
        <w:rPr>
          <w:b/>
        </w:rPr>
        <w:t xml:space="preserve">[08:08] </w:t>
      </w:r>
      <w:r>
        <w:t>yani pakistan mein peace nahi logon ko mila. apne apne hi desh mein peace nahi mila. yeh india ka haal hai. to ab jo waqt hai woh karwan bedari ka nahi hai, woh hai karwan muhasiba. muhasiba ke ma'ne hain introspection, reassessment.</w:t>
      </w:r>
    </w:p>
    <w:p>
      <w:pPr>
        <w:jc w:val="right"/>
      </w:pPr>
      <w:r>
        <w:t>یعنی پاکستان میں پیس نہیں لوگوں کو ملا. اپنے اپنے ہی دیش میں پیس نہیں ملا. یہ انڈیا کا حال ہے. تو اب جو وقت ہے وہ کاروان بیداری کا نہیں ہے، وہ ہے کاروان محاسبہ. محاسبہ کے معنی ہیں انٹراسپیکشن، ری اسیسمنٹ.</w:t>
      </w:r>
    </w:p>
    <w:p>
      <w:r>
        <w:rPr>
          <w:b/>
        </w:rPr>
        <w:t xml:space="preserve">[08:31] </w:t>
      </w:r>
      <w:r>
        <w:t>ab bedari kya? jalsay jaloos se bedari nahin aayi to is ko repeat kyun karte ho? ab to</w:t>
      </w:r>
    </w:p>
    <w:p>
      <w:pPr>
        <w:jc w:val="right"/>
      </w:pPr>
      <w:r>
        <w:t>اب بیداری کیا؟ جلسے جلوس سے بیداری نہیں آئی تو اس کو ریپیٹ کیوں کرتے ہو؟ اب تو</w:t>
      </w:r>
    </w:p>
    <w:p>
      <w:r>
        <w:rPr>
          <w:b/>
        </w:rPr>
        <w:t xml:space="preserve">[08:41] </w:t>
      </w:r>
      <w:r>
        <w:t>carvan-e-muhasiba nikalo, socho baith kar ke, re-assess karo ke jo kuch kiya hum ne ab is</w:t>
      </w:r>
    </w:p>
    <w:p>
      <w:pPr>
        <w:jc w:val="right"/>
      </w:pPr>
      <w:r>
        <w:t>کاروان محاسبہ نکالو، سوچو بیٹھ کر کے، ری اسیس کرو کہ جو کچھ کیا ہم نے اب اس</w:t>
      </w:r>
    </w:p>
    <w:p>
      <w:r>
        <w:rPr>
          <w:b/>
        </w:rPr>
        <w:t xml:space="preserve">[08:52] </w:t>
      </w:r>
      <w:r>
        <w:t>ko repeat karne se faida kya? ab to sochna hai ke kyun nahin result nikla, ab aur kya</w:t>
      </w:r>
    </w:p>
    <w:p>
      <w:pPr>
        <w:jc w:val="right"/>
      </w:pPr>
      <w:r>
        <w:t>کو ریپیٹ کرنے سے فائدہ کیا؟ اب تو سوچنا ہے کہ کیوں نہیں رزلٹ نکلا، اب اور کیا</w:t>
      </w:r>
    </w:p>
    <w:p>
      <w:r>
        <w:rPr>
          <w:b/>
        </w:rPr>
        <w:t xml:space="preserve">[09:02] </w:t>
      </w:r>
      <w:r>
        <w:t>karen? aur kya karen? to mein samajhta hoon ke asal baat kya hai? woh hai Spirit of Islam ghayab hai.</w:t>
      </w:r>
    </w:p>
    <w:p>
      <w:pPr>
        <w:jc w:val="right"/>
      </w:pPr>
      <w:r>
        <w:t>کریں؟ اور کیا کریں؟ تو میں سمجھتا ہوں کہ اصل بات کیا ہے؟ وہ ہے Spirit آف اسلام غائب ہے.</w:t>
      </w:r>
    </w:p>
    <w:p>
      <w:r>
        <w:rPr>
          <w:b/>
        </w:rPr>
        <w:t xml:space="preserve">[09:13] </w:t>
      </w:r>
      <w:r>
        <w:t>Spirit hi nahin hai to aap kya karenge? shor machate rahiye.</w:t>
      </w:r>
    </w:p>
    <w:p>
      <w:pPr>
        <w:jc w:val="right"/>
      </w:pPr>
      <w:r>
        <w:t>Spirit ہی نہیں ہے تو آپ کیا کریں گے؟ شور مچاتے رہیے.</w:t>
      </w:r>
    </w:p>
    <w:p>
      <w:r>
        <w:rPr>
          <w:b/>
        </w:rPr>
        <w:t xml:space="preserve">[09:18] </w:t>
      </w:r>
      <w:r>
        <w:t>Spirit na hone ki wajah se Pakistan Pakistan nahin bana.</w:t>
      </w:r>
    </w:p>
    <w:p>
      <w:pPr>
        <w:jc w:val="right"/>
      </w:pPr>
      <w:r>
        <w:t>Spirit نہ ہونے کی وجہ سے پاکستان پاکستان نہیں بنا.</w:t>
      </w:r>
    </w:p>
    <w:p>
      <w:r>
        <w:rPr>
          <w:b/>
        </w:rPr>
        <w:t xml:space="preserve">[09:23] </w:t>
      </w:r>
      <w:r>
        <w:t>Spirit na hone ki wajah se India mein dhoom ke bawajood kuch nahin hua.</w:t>
      </w:r>
    </w:p>
    <w:p>
      <w:pPr>
        <w:jc w:val="right"/>
      </w:pPr>
      <w:r>
        <w:t>Spirit نہ ہونے کی وجہ سے انڈیا میں دھوم کے باوجود کچھ نہیں ہوا.</w:t>
      </w:r>
    </w:p>
    <w:p>
      <w:r>
        <w:rPr>
          <w:b/>
        </w:rPr>
        <w:t xml:space="preserve">[09:29] </w:t>
      </w:r>
      <w:r>
        <w:t>aur sari dunya mein yahi haal hai, poori dunya mein.</w:t>
      </w:r>
    </w:p>
    <w:p>
      <w:pPr>
        <w:jc w:val="right"/>
      </w:pPr>
      <w:r>
        <w:t>اور ساری دنیا میں یہی حال ہے، پوری دنیا میں.</w:t>
      </w:r>
    </w:p>
    <w:p>
      <w:r>
        <w:rPr>
          <w:b/>
        </w:rPr>
        <w:t xml:space="preserve">[09:34] </w:t>
      </w:r>
      <w:r>
        <w:t>har taraf dhoom hi dhoom hai lekin result less.</w:t>
      </w:r>
    </w:p>
    <w:p>
      <w:pPr>
        <w:jc w:val="right"/>
      </w:pPr>
      <w:r>
        <w:t>ہر طرف دھوم ہی دھوم ہے لیکن رزلٹ لیس.</w:t>
      </w:r>
    </w:p>
    <w:p>
      <w:r>
        <w:rPr>
          <w:b/>
        </w:rPr>
        <w:t xml:space="preserve">[09:39] </w:t>
      </w:r>
      <w:r>
        <w:t>kyun hai? Spirit nahin hai.</w:t>
      </w:r>
    </w:p>
    <w:p>
      <w:pPr>
        <w:jc w:val="right"/>
      </w:pPr>
      <w:r>
        <w:t>کیوں ہے؟ Spirit نہیں ہے.</w:t>
      </w:r>
    </w:p>
    <w:p>
      <w:r>
        <w:rPr>
          <w:b/>
        </w:rPr>
        <w:t xml:space="preserve">[09:45] </w:t>
      </w:r>
      <w:r>
        <w:t>mein aap ko ek choti si misaal deta hoon.</w:t>
      </w:r>
    </w:p>
    <w:p>
      <w:pPr>
        <w:jc w:val="right"/>
      </w:pPr>
      <w:r>
        <w:t>میں آپ کو ایک چھوٹی سی مثال دیتا ہوں.</w:t>
      </w:r>
    </w:p>
    <w:p>
      <w:r>
        <w:rPr>
          <w:b/>
        </w:rPr>
        <w:t xml:space="preserve">[09:50] </w:t>
      </w:r>
      <w:r>
        <w:t>ek bar Hyderabad mein sare India ke ulama ka jalsa hua.</w:t>
      </w:r>
    </w:p>
    <w:p>
      <w:pPr>
        <w:jc w:val="right"/>
      </w:pPr>
      <w:r>
        <w:t>ایک بار حیدر آباد میں سارے انڈیا کے علماء کا جلسہ ہوا.</w:t>
      </w:r>
    </w:p>
    <w:p>
      <w:r>
        <w:rPr>
          <w:b/>
        </w:rPr>
        <w:t xml:space="preserve">[09:55] </w:t>
      </w:r>
      <w:r>
        <w:t>madaris ko le kar ke, madrasay ke sawal par.</w:t>
      </w:r>
    </w:p>
    <w:p>
      <w:pPr>
        <w:jc w:val="right"/>
      </w:pPr>
      <w:r>
        <w:t>مدارس کو لے کر کے، مدرسے کے سوال پر.</w:t>
      </w:r>
    </w:p>
    <w:p>
      <w:r>
        <w:rPr>
          <w:b/>
        </w:rPr>
        <w:t xml:space="preserve">[10:00] </w:t>
      </w:r>
      <w:r>
        <w:t>ke madaris ki koi aisi yaani wafaq banaya jaye, un ki aisi aapas mein mel jol barhe.</w:t>
      </w:r>
    </w:p>
    <w:p>
      <w:pPr>
        <w:jc w:val="right"/>
      </w:pPr>
      <w:r>
        <w:t>کہ مدارس کی کوئی ایسی یعنی وفاق بنایا جائے، ان کی ایسی آپس میں میل جول بڑھے.</w:t>
      </w:r>
    </w:p>
    <w:p>
      <w:r>
        <w:rPr>
          <w:b/>
        </w:rPr>
        <w:t xml:space="preserve">[10:05] </w:t>
      </w:r>
      <w:r>
        <w:t>to wahan kisi ek baat par bhi agreement nahi ho saka.</w:t>
      </w:r>
    </w:p>
    <w:p>
      <w:pPr>
        <w:jc w:val="right"/>
      </w:pPr>
      <w:r>
        <w:t>تو وہاں کسی ایک بات پر بھی ایگریمنٹ نہیں ہو سکا.</w:t>
      </w:r>
    </w:p>
    <w:p>
      <w:r>
        <w:rPr>
          <w:b/>
        </w:rPr>
        <w:t xml:space="preserve">[10:10] </w:t>
      </w:r>
      <w:r>
        <w:t>sab taqreerain karte thay, josheeli taqreerain.</w:t>
      </w:r>
    </w:p>
    <w:p>
      <w:pPr>
        <w:jc w:val="right"/>
      </w:pPr>
      <w:r>
        <w:t>سب تقریریں کرتے تھے، جوشیلی تقریریں.</w:t>
      </w:r>
    </w:p>
    <w:p>
      <w:r>
        <w:rPr>
          <w:b/>
        </w:rPr>
        <w:t xml:space="preserve">[10:16] </w:t>
      </w:r>
      <w:r>
        <w:t>aur agreement kisi baat par nahin. woh aise hi khatm ho gaya bas. to wahan bhi maine yahi baat kahi thi, Spirit to hai nahin, jalsay ke zariye chahte hain ke aap result nikalein. to pehle aap Spirit ko jagaiye, soch ko jagaiye. yeh soch ki bedari ka sawal hai yeh, yeh siyasi bedari ka sawal nahin hai.</w:t>
      </w:r>
    </w:p>
    <w:p>
      <w:pPr>
        <w:jc w:val="right"/>
      </w:pPr>
      <w:r>
        <w:t>اور ایگریمنٹ کسی بات پر نہیں. وہ ایسے ہی ختم ہو گیا بس. تو وہاں بھی میں نے یہی بات کہی تھی، Spirit تو ہے نہیں، جلسے کے ذریعے چاہتے ہیں کہ آپ رزلٹ نکالیں. تو پہلے آپ Spirit کو جگائیے، سوچ کو جگائیے. یہ سوچ کی بیداری کا سوال ہے یہ، یہ سیاسی بیداری کا سوال نہیں ہے.</w:t>
      </w:r>
    </w:p>
    <w:p>
      <w:r>
        <w:rPr>
          <w:b/>
        </w:rPr>
        <w:t xml:space="preserve">[10:46] </w:t>
      </w:r>
      <w:r>
        <w:t>siyasi bedari ka sawal nahin hai, soch ki bedari, soch lana. hadithon mein aap padhein to aql ke upar bahut sari hadithain hain. Quran mein bhi hai ke Islam ke base, Islam ki buniyad aql par hai.</w:t>
      </w:r>
    </w:p>
    <w:p>
      <w:pPr>
        <w:jc w:val="right"/>
      </w:pPr>
      <w:r>
        <w:t>سیاسی بیداری کا سوال نہیں ہے، سوچ کی بیداری، سوچ لانا. حدیثوں میں آپ پڑھیں تو عقل کے اوپر بہت ساری حدیثیں ہیں. قرآن میں بھی ہے کہ اسلام کے بیس، اسلام کی بنیاد عقل پر ہے.</w:t>
      </w:r>
    </w:p>
    <w:p>
      <w:r>
        <w:rPr>
          <w:b/>
        </w:rPr>
        <w:t xml:space="preserve">[11:10] </w:t>
      </w:r>
      <w:r>
        <w:t>ek hadith hai, rasool Allah sal Allah alaihi wasallam ne farmaya: "likulli shayin daamah wa daamah al momineen aqluhu fabiqadr</w:t>
      </w:r>
    </w:p>
    <w:p>
      <w:pPr>
        <w:jc w:val="right"/>
      </w:pPr>
      <w:r>
        <w:t>ایک حدیث ہے، رسول اللہ صلی اللہ علیہ وسلم نے فرمایا: "لکل شیئن دعامہ ودعامۃ المومنین عقله فبقدر</w:t>
      </w:r>
    </w:p>
    <w:p>
      <w:r>
        <w:rPr>
          <w:b/>
        </w:rPr>
        <w:t xml:space="preserve">[11:21] </w:t>
      </w:r>
      <w:r>
        <w:t>aqluhu takoon ibadat rabbuhu." yeh rasool Allah ke alfaaz hain, iska translation yeh hai: "har cheez ka</w:t>
      </w:r>
    </w:p>
    <w:p>
      <w:pPr>
        <w:jc w:val="right"/>
      </w:pPr>
      <w:r>
        <w:t>عقله تكون عبادت ربه." یہ رسول اللہ کے الفاظ ہیں، اس کا ٹرانسلیشن یہ ہے: "ہر چیز کا</w:t>
      </w:r>
    </w:p>
    <w:p>
      <w:r>
        <w:rPr>
          <w:b/>
        </w:rPr>
        <w:t xml:space="preserve">[11:33] </w:t>
      </w:r>
      <w:r>
        <w:t>ek sutoon hota hai." sutoon means pillar.</w:t>
      </w:r>
    </w:p>
    <w:p>
      <w:pPr>
        <w:jc w:val="right"/>
      </w:pPr>
      <w:r>
        <w:t>ایک ستون ہوتا ہے." ستون مینز پلر.</w:t>
      </w:r>
    </w:p>
    <w:p>
      <w:r>
        <w:rPr>
          <w:b/>
        </w:rPr>
        <w:t xml:space="preserve">[11:45] </w:t>
      </w:r>
      <w:r>
        <w:t>har cheez ka ek pillar hota hai, sutoon hota hai, khamba hota hai. aur momin ka khamba, momin ka pillar kya hai? aql hai. to aql ke بقدر hi, aql ke barabar hi usko Allah ki ibadat hasil hoti hai. yeh bilkul fitri baat hai.</w:t>
      </w:r>
    </w:p>
    <w:p>
      <w:pPr>
        <w:jc w:val="right"/>
      </w:pPr>
      <w:r>
        <w:t>ہر چیز کا ایک پلر ہوتا ہے، ستون ہوتا ہے، کھمبا ہوتا ہے. اور مومن کا کھمبا، مومن کا پلر کیا ہے؟ عقل ہے. تو عقل کے بقدر ہی، عقل کے برابر ہی اس کو اللہ کی عبادت حاصل ہوتی ہے. یہ بالکل فطری بات ہے.</w:t>
      </w:r>
    </w:p>
    <w:p>
      <w:r>
        <w:rPr>
          <w:b/>
        </w:rPr>
        <w:t xml:space="preserve">[12:14] </w:t>
      </w:r>
      <w:r>
        <w:t>insaan kya hai? mind hai.</w:t>
      </w:r>
    </w:p>
    <w:p>
      <w:pPr>
        <w:jc w:val="right"/>
      </w:pPr>
      <w:r>
        <w:t>انسان کیا ہے؟ مائنڈ ہے.</w:t>
      </w:r>
    </w:p>
    <w:p>
      <w:r>
        <w:rPr>
          <w:b/>
        </w:rPr>
        <w:t xml:space="preserve">[12:19] </w:t>
      </w:r>
      <w:r>
        <w:t>aap jante hain ek psychology hai, woh science of man ko psychology kaha jata hai.</w:t>
      </w:r>
    </w:p>
    <w:p>
      <w:pPr>
        <w:jc w:val="right"/>
      </w:pPr>
      <w:r>
        <w:t>آپ جانتے ہیں ایک سائیکالوجی ہے، وہ سائنس آف مین کو سائیکالوجی کہا جاتا ہے.</w:t>
      </w:r>
    </w:p>
    <w:p>
      <w:r>
        <w:rPr>
          <w:b/>
        </w:rPr>
        <w:t xml:space="preserve">[12:24] </w:t>
      </w:r>
      <w:r>
        <w:t>lekin science of man kya hai? mind ka mutala, science of mind.</w:t>
      </w:r>
    </w:p>
    <w:p>
      <w:pPr>
        <w:jc w:val="right"/>
      </w:pPr>
      <w:r>
        <w:t>لیکن سائنس آف مین کیا ہے؟ مائنڈ کا مطالعہ، سائنس آف مائنڈ.</w:t>
      </w:r>
    </w:p>
    <w:p>
      <w:r>
        <w:rPr>
          <w:b/>
        </w:rPr>
        <w:t xml:space="preserve">[12:29] </w:t>
      </w:r>
      <w:r>
        <w:t>to mind se poora govern hota hai.</w:t>
      </w:r>
    </w:p>
    <w:p>
      <w:pPr>
        <w:jc w:val="right"/>
      </w:pPr>
      <w:r>
        <w:t>تو مائنڈ سے پورا گورن ہوتا ہے.</w:t>
      </w:r>
    </w:p>
    <w:p>
      <w:r>
        <w:rPr>
          <w:b/>
        </w:rPr>
        <w:t xml:space="preserve">[12:34] </w:t>
      </w:r>
      <w:r>
        <w:t>to aql aur mind jo hai wahan se, starting point wahan hai.</w:t>
      </w:r>
    </w:p>
    <w:p>
      <w:pPr>
        <w:jc w:val="right"/>
      </w:pPr>
      <w:r>
        <w:t>تو عقل اور مائنڈ جو ہے وہاں سے، سٹارٹنگ پوائنٹ وہاں ہے.</w:t>
      </w:r>
    </w:p>
    <w:p>
      <w:r>
        <w:rPr>
          <w:b/>
        </w:rPr>
        <w:t xml:space="preserve">[12:39] </w:t>
      </w:r>
      <w:r>
        <w:t>jalsa jaloos starting point nahi hai.</w:t>
      </w:r>
    </w:p>
    <w:p>
      <w:pPr>
        <w:jc w:val="right"/>
      </w:pPr>
      <w:r>
        <w:t>جلسہ جلوس سٹارٹنگ پوائنٹ نہیں ہے.</w:t>
      </w:r>
    </w:p>
    <w:p>
      <w:r>
        <w:rPr>
          <w:b/>
        </w:rPr>
        <w:t xml:space="preserve">[12:45] </w:t>
      </w:r>
      <w:r>
        <w:t>to aap ne farmaya ke "everything has some pillar." yani pillar of momin is aql, reason. and he will be rewarded according to his aql.</w:t>
      </w:r>
    </w:p>
    <w:p>
      <w:pPr>
        <w:jc w:val="right"/>
      </w:pPr>
      <w:r>
        <w:t>تو آپ نے فرمایا کہ "ایوری تھنگ ہیز سم پلر." یعنی پلر آف مومن از عقل، ریزن. اینڈ ہی ویل بی ریوارڈڈ اکارڈنگ ٹو ہز عقل.</w:t>
      </w:r>
    </w:p>
    <w:p>
      <w:r>
        <w:rPr>
          <w:b/>
        </w:rPr>
        <w:t xml:space="preserve">[13:06] </w:t>
      </w:r>
      <w:r>
        <w:t>yani aql ki satah par jo cheez hoti hai usko hum keh sakte hain intellectual awakening.</w:t>
      </w:r>
    </w:p>
    <w:p>
      <w:pPr>
        <w:jc w:val="right"/>
      </w:pPr>
      <w:r>
        <w:t>یعنی عقل کی سطح پر جو چیز ہوتی ہے اس کو ہم کہہ سکتے ہیں انٹلیکچول اویکننگ.</w:t>
      </w:r>
    </w:p>
    <w:p>
      <w:r>
        <w:rPr>
          <w:b/>
        </w:rPr>
        <w:t xml:space="preserve">[13:12] </w:t>
      </w:r>
      <w:r>
        <w:t>to political bedari ka sawal nahi hai, intellectual bedari ka sawal hai, intellectual awakening ka sawal hai.</w:t>
      </w:r>
    </w:p>
    <w:p>
      <w:pPr>
        <w:jc w:val="right"/>
      </w:pPr>
      <w:r>
        <w:t>تو پولیٹیکل بیداری کا سوال نہیں ہے، انٹلیکچول بیداری کا سوال ہے، انٹلیکچول اویکننگ کا سوال ہے.</w:t>
      </w:r>
    </w:p>
    <w:p>
      <w:r>
        <w:rPr>
          <w:b/>
        </w:rPr>
        <w:t xml:space="preserve">[13:18] </w:t>
      </w:r>
      <w:r>
        <w:t>intellectual awakening ka sawal hai.</w:t>
      </w:r>
    </w:p>
    <w:p>
      <w:pPr>
        <w:jc w:val="right"/>
      </w:pPr>
      <w:r>
        <w:t>انٹلیکچول اویکننگ کا سوال ہے.</w:t>
      </w:r>
    </w:p>
    <w:p>
      <w:r>
        <w:rPr>
          <w:b/>
        </w:rPr>
        <w:t xml:space="preserve">[13:25] </w:t>
      </w:r>
      <w:r>
        <w:t>aap jante hain ke aap ko agar ghar banana hai tab bhi aql chahiye.</w:t>
      </w:r>
    </w:p>
    <w:p>
      <w:pPr>
        <w:jc w:val="right"/>
      </w:pPr>
      <w:r>
        <w:t>آپ جانتے ہیں کہ آپ کو اگر گھر بنانا ہے تب بھی عقل چاہیے.</w:t>
      </w:r>
    </w:p>
    <w:p>
      <w:r>
        <w:rPr>
          <w:b/>
        </w:rPr>
        <w:t xml:space="preserve">[13:31] </w:t>
      </w:r>
      <w:r>
        <w:t>aap ko business chalana hai tab bhi aql chahiye.</w:t>
      </w:r>
    </w:p>
    <w:p>
      <w:pPr>
        <w:jc w:val="right"/>
      </w:pPr>
      <w:r>
        <w:t>آپ کو بزنس چلانا ہے تب بھی عقل چاہیے.</w:t>
      </w:r>
    </w:p>
    <w:p>
      <w:r>
        <w:rPr>
          <w:b/>
        </w:rPr>
        <w:t xml:space="preserve">[13:38] </w:t>
      </w:r>
      <w:r>
        <w:t>aap ko job karna hai tab bhi aql chahiye. jaise kal mere paas ek telephone aaya ek sahab ka Bengal se. unhone kaha ke main multinational company mein kaam karta hoon. aur har waqt mujhe ek dar laga rehta hai ke ke mera job chala na jaye. yani fear of losing job.</w:t>
      </w:r>
    </w:p>
    <w:p>
      <w:pPr>
        <w:jc w:val="right"/>
      </w:pPr>
      <w:r>
        <w:t>آپ کو جاب کرنا ہے تب بھی عقل چاہیے. جیسے کل میرے پاس ایک ٹیلفون آیا ایک صاحب کا بنگال سے. انہوں نے کہا کہ میں ملٹی نیشنل کمپنی میں کام کرتا ہوں. اور ہر وقت مجھے ایک ڈر لگا رہتا ہے کہ کہ میرا جاب چلا نہ جائے. یعنی فیئر آف لوزنگ جاب.</w:t>
      </w:r>
    </w:p>
    <w:p>
      <w:r>
        <w:rPr>
          <w:b/>
        </w:rPr>
        <w:t xml:space="preserve">[14:05] </w:t>
      </w:r>
      <w:r>
        <w:t>kyunki aap jante hain ke yeh jo badi badi companies hain, in mein kya hai? hire and fire ka principle hai. main job par lagao, jab na aur jab chaho unko nikal lo. hire and fire. to is mein koi security nahin hoti job ki. jab tak chaho rakho, jab chaho nikal do. to woh dare hue the.</w:t>
      </w:r>
    </w:p>
    <w:p>
      <w:pPr>
        <w:jc w:val="right"/>
      </w:pPr>
      <w:r>
        <w:t>کیونکہ آپ جانتے ہیں کہ یہ جو بڑی بڑی کمپنیاں ہیں، ان میں کیا ہے؟ ہائر اینڈ فائر کا پرنسپل ہے. میں جاب پر لگاؤ، جب نہ اور جب چاہو ان کو نکال لو. ہائر اینڈ فائر. تو اس میں کوئی سیکیورٹی نہیں ہوتی جاب کی. جب تک چاہیں رکھیں، جب چاہیں نکال دیں. تو وہ ڈرے ہوئے تھے.</w:t>
      </w:r>
    </w:p>
    <w:p>
      <w:r>
        <w:rPr>
          <w:b/>
        </w:rPr>
        <w:t xml:space="preserve">[14:34] </w:t>
      </w:r>
      <w:r>
        <w:t>to maine kaha ke aap ke paas pen aur paper hai? unhone kaha ke haan, maine kaha likhiye. likhiye. yani woh soch rahe the boss ko le kar ke. maine unko bataya nature ko le kar ke, law of nature.</w:t>
      </w:r>
    </w:p>
    <w:p>
      <w:pPr>
        <w:jc w:val="right"/>
      </w:pPr>
      <w:r>
        <w:t>تو میں نے کہا کہ آپ کے پاس پین اور پیپر ہے؟ انہوں نے کہا کہ ہاں، میں نے کہا لکھیے. لکھیے. یعنی وہ سوچ رہے تھے باس کو لے کر کے. میں نے ان کو بتایا نیچر کو لے کر کے، لاء آف نیچر.</w:t>
      </w:r>
    </w:p>
    <w:p>
      <w:r>
        <w:rPr>
          <w:b/>
        </w:rPr>
        <w:t xml:space="preserve">[14:54] </w:t>
      </w:r>
      <w:r>
        <w:t>ek hai boss ke mind mein kya hai? ek hai Khuda ka creation plan kya hai? to woh</w:t>
      </w:r>
    </w:p>
    <w:p>
      <w:pPr>
        <w:jc w:val="right"/>
      </w:pPr>
      <w:r>
        <w:t>ایک ہے باس کے مائنڈ میں کیا ہے؟ ایک ہے خدا کا کریشن پلان کیا ہے؟ تو وہ</w:t>
      </w:r>
    </w:p>
    <w:p>
      <w:r>
        <w:rPr>
          <w:b/>
        </w:rPr>
        <w:t xml:space="preserve">[14:59] </w:t>
      </w:r>
      <w:r>
        <w:t>jo sahib ka telephone aaya tha unko sirf itna hi pata tha ke baap ke mind mein</w:t>
      </w:r>
    </w:p>
    <w:p>
      <w:pPr>
        <w:jc w:val="right"/>
      </w:pPr>
      <w:r>
        <w:t>جو صاحب کا ٹیلفون آیا تھا ان کو صرف اتنا ہی پتہ تھا کہ باپ کے مائنڈ میں</w:t>
      </w:r>
    </w:p>
    <w:p>
      <w:r>
        <w:rPr>
          <w:b/>
        </w:rPr>
        <w:t xml:space="preserve">[15:04] </w:t>
      </w:r>
      <w:r>
        <w:t>yeh hai ke hire and fire.</w:t>
      </w:r>
    </w:p>
    <w:p>
      <w:pPr>
        <w:jc w:val="right"/>
      </w:pPr>
      <w:r>
        <w:t>یہ ہے کہ ہائر اینڈ فائر.</w:t>
      </w:r>
    </w:p>
    <w:p>
      <w:r>
        <w:rPr>
          <w:b/>
        </w:rPr>
        <w:t xml:space="preserve">[15:09] </w:t>
      </w:r>
      <w:r>
        <w:t>lekin jo Khuda ka creation plan hai, Khuda ne jo duniya mein jo qaim qaim kar rakha hai</w:t>
      </w:r>
    </w:p>
    <w:p>
      <w:pPr>
        <w:jc w:val="right"/>
      </w:pPr>
      <w:r>
        <w:t>لیکن جو خدا کا کریشن پلان ہے، خدا نے جو دنیا میں جو قائم قائم کر رکھا ہے</w:t>
      </w:r>
    </w:p>
    <w:p>
      <w:r>
        <w:rPr>
          <w:b/>
        </w:rPr>
        <w:t xml:space="preserve">[15:14] </w:t>
      </w:r>
      <w:r>
        <w:t>woh kya hai? woh to us se barh kar hai.</w:t>
      </w:r>
    </w:p>
    <w:p>
      <w:pPr>
        <w:jc w:val="right"/>
      </w:pPr>
      <w:r>
        <w:t>وہ کیا ہے؟ وہ تو اس سے بڑھ کر ہے.</w:t>
      </w:r>
    </w:p>
    <w:p>
      <w:r>
        <w:rPr>
          <w:b/>
        </w:rPr>
        <w:t xml:space="preserve">[15:19] </w:t>
      </w:r>
      <w:r>
        <w:t>to maine kaha ke isko likhiye aap.</w:t>
      </w:r>
    </w:p>
    <w:p>
      <w:pPr>
        <w:jc w:val="right"/>
      </w:pPr>
      <w:r>
        <w:t>تو میں نے کہا کہ اس کو لکھیے آپ.</w:t>
      </w:r>
    </w:p>
    <w:p>
      <w:r>
        <w:rPr>
          <w:b/>
        </w:rPr>
        <w:t xml:space="preserve">[15:25] </w:t>
      </w:r>
      <w:r>
        <w:t>yeh Quran ki ayat ka matlab hai.</w:t>
      </w:r>
    </w:p>
    <w:p>
      <w:pPr>
        <w:jc w:val="right"/>
      </w:pPr>
      <w:r>
        <w:t>یہ قرآن کی آیت کا معنی ہے.</w:t>
      </w:r>
    </w:p>
    <w:p>
      <w:r>
        <w:rPr>
          <w:b/>
        </w:rPr>
        <w:t xml:space="preserve">[15:32] </w:t>
      </w:r>
      <w:r>
        <w:t>Quran mein aur hadith mein jo baat hai usko le kar ke maine ek formula diya.</w:t>
      </w:r>
    </w:p>
    <w:p>
      <w:pPr>
        <w:jc w:val="right"/>
      </w:pPr>
      <w:r>
        <w:t>قرآن میں اور حدیث میں جو بات ہے اس کو لے کر کے میں نے ایک فارمولا دیا.</w:t>
      </w:r>
    </w:p>
    <w:p>
      <w:r>
        <w:rPr>
          <w:b/>
        </w:rPr>
        <w:t xml:space="preserve">[15:40] </w:t>
      </w:r>
      <w:r>
        <w:t>کہ "One can take away your job but no one has the power to take away your destiny."</w:t>
      </w:r>
    </w:p>
    <w:p>
      <w:pPr>
        <w:jc w:val="right"/>
      </w:pPr>
      <w:r>
        <w:t>کہ "ون کین ٹیک اوے یور جاب بٹ نو ون ہیز دا پاور ٹو ٹیک اوے یور ڈیسٹینی."</w:t>
      </w:r>
    </w:p>
    <w:p>
      <w:r>
        <w:rPr>
          <w:b/>
        </w:rPr>
        <w:t xml:space="preserve">[15:48] </w:t>
      </w:r>
      <w:r>
        <w:t>ek aadmi aap ka job le sakta hai, aap ka muqaddar nahi le sakta hai.</w:t>
      </w:r>
    </w:p>
    <w:p>
      <w:pPr>
        <w:jc w:val="right"/>
      </w:pPr>
      <w:r>
        <w:t>ایک آدمی آپ کا جاب لے سکتا ہے، آپ کا مقدر نہیں لے سکتا ہے.</w:t>
      </w:r>
    </w:p>
    <w:p>
      <w:r>
        <w:rPr>
          <w:b/>
        </w:rPr>
        <w:t xml:space="preserve">[15:56] </w:t>
      </w:r>
      <w:r>
        <w:t>is mein kya baat chhupi hui hai? dekhen yeh koi mysterious baat nahi hai.</w:t>
      </w:r>
    </w:p>
    <w:p>
      <w:pPr>
        <w:jc w:val="right"/>
      </w:pPr>
      <w:r>
        <w:t>اس میں کیا بات چھپی ہوئی ہے؟ دیکھیں یہ کوئی مسٹیریس بات نہیں ہے.</w:t>
      </w:r>
    </w:p>
    <w:p>
      <w:r>
        <w:rPr>
          <w:b/>
        </w:rPr>
        <w:t xml:space="preserve">[16:02] </w:t>
      </w:r>
      <w:r>
        <w:t>yeh mysterious baat nahi hai yeh.</w:t>
      </w:r>
    </w:p>
    <w:p>
      <w:pPr>
        <w:jc w:val="right"/>
      </w:pPr>
      <w:r>
        <w:t>یہ مسٹیریس بات نہیں ہے یہ.</w:t>
      </w:r>
    </w:p>
    <w:p>
      <w:r>
        <w:rPr>
          <w:b/>
        </w:rPr>
        <w:t xml:space="preserve">[16:08] </w:t>
      </w:r>
      <w:r>
        <w:t>dekhen jab aap kaam kar rahe hain aur aap ko job se nikaal diya jaye to aap jante</w:t>
      </w:r>
    </w:p>
    <w:p>
      <w:pPr>
        <w:jc w:val="right"/>
      </w:pPr>
      <w:r>
        <w:t>دیکھیں جب آپ کام کر رہے ہیں اور آپ کو جاب سے نکال دیا جائے تو آپ جانتے</w:t>
      </w:r>
    </w:p>
    <w:p>
      <w:r>
        <w:rPr>
          <w:b/>
        </w:rPr>
        <w:t xml:space="preserve">[16:15] </w:t>
      </w:r>
      <w:r>
        <w:t>hain kya hota hai? ab tak aap ek insaan the, aap double insaan ban jate hain.</w:t>
      </w:r>
    </w:p>
    <w:p>
      <w:pPr>
        <w:jc w:val="right"/>
      </w:pPr>
      <w:r>
        <w:t>ہیں کیا ہوتا ہے؟ اب تک آپ ایک انسان تھے، آپ ڈبل انسان بن جاتے ہیں.</w:t>
      </w:r>
    </w:p>
    <w:p>
      <w:r>
        <w:rPr>
          <w:b/>
        </w:rPr>
        <w:t xml:space="preserve">[16:21] </w:t>
      </w:r>
      <w:r>
        <w:t>yeh simple baat nahi hai.</w:t>
      </w:r>
    </w:p>
    <w:p>
      <w:pPr>
        <w:jc w:val="right"/>
      </w:pPr>
      <w:r>
        <w:t>یہ سمپل بات نہیں ہے.</w:t>
      </w:r>
    </w:p>
    <w:p>
      <w:r>
        <w:rPr>
          <w:b/>
        </w:rPr>
        <w:t xml:space="preserve">[16:28] </w:t>
      </w:r>
      <w:r>
        <w:t>agar aap ko job se nikal liya jaye to aap double insan ban jate hain. double insan ke matlab kya hain? ek nayi awakening jaagti hai. ek naya courage aap ke andar aata hai. ek nayi, ek kaam karne ka naya hausla paida hota hai. pehle agar aap kaam karte the routine ke taur par, ab aap karenge ek sacrifice ke level par. to zyada bade kaam mein hazir karenge.</w:t>
      </w:r>
    </w:p>
    <w:p>
      <w:pPr>
        <w:jc w:val="right"/>
      </w:pPr>
      <w:r>
        <w:t>اگر آپ کو جاب سے نکال لیا جائے تو آپ ڈبل انسان بن جاتے ہیں. ڈبل انسان کے معنی کیا ہیں؟ ایک نئی اویکننگ جاگتی ہے. ایک نیا کریج آپ کے اندر آتا ہے. ایک نئی، ایک کام کرنے کا نیا حوصلہ پیدا ہوتا ہے. پہلے اگر آپ کام کرتے تھے روٹین کے طور پر، اب آپ کریں گے ایک سیکریفائس کے لیول پر. تو زیادہ بڑے کام میں حاضر کریں گے.</w:t>
      </w:r>
    </w:p>
    <w:p>
      <w:r>
        <w:rPr>
          <w:b/>
        </w:rPr>
        <w:t xml:space="preserve">[16:57] </w:t>
      </w:r>
      <w:r>
        <w:t>main bahut se logon ko jaanta hoon jin ko ke job se nikala gaya aur bahut bade uhde pahunche woh. jaise misaal ke taur par Dr. Har Gobind Khorana jinhone Nobel Prize mila tha. India ke ek university mein unhone job chaha tha, job diya nahin gaya unko. university mein job nahin mila unko, lecturer ka job, lecturer ka. Dr. Har Gobind Khorana ko. to America chale gaye.</w:t>
      </w:r>
    </w:p>
    <w:p>
      <w:pPr>
        <w:jc w:val="right"/>
      </w:pPr>
      <w:r>
        <w:t>میں بہت سے لوگوں کو جانتا ہوں جن کو کہ جاب سے نکالا گیا اور بہت بڑے عہدے پہنچے وہ. جیسے مثال کے طور پر ڈاکٹر ہربھرت گوبند کھورانہ جنہوں نے نوبل پرائز ملا تھا. انڈیا کے ایک یونیورسٹی میں انہوں نے جاب چاہا تھا، جاب دیا نہیں گیا ان کو. یونیورسٹی میں جاب نہیں ملا ان کو، لیکچرر کا جاب، لیکچرر کا. ڈاکٹر ہربھرت گوبند کھورانہ کو. تو امریکہ چلے گئے.</w:t>
      </w:r>
    </w:p>
    <w:p>
      <w:r>
        <w:rPr>
          <w:b/>
        </w:rPr>
        <w:t xml:space="preserve">[17:24] </w:t>
      </w:r>
      <w:r>
        <w:t>ab un ko ek naya, un ke andar ek nayi Spirit jaagi. mujhe kaise nahin tum aage nahin badhne doge? koi university mera muqaddar nahin le sakti hai. wahan andha dhund kaam kiya unhone. aur Nobel Prize winner ban gaye. to dekhiye jab aap se koi cheez chinti hai to aap ko woh double insan bana deti hai.</w:t>
      </w:r>
    </w:p>
    <w:p>
      <w:pPr>
        <w:jc w:val="right"/>
      </w:pPr>
      <w:r>
        <w:t>اب ان کو ایک نیا، ان کے اندر ایک نئی Spirit جاگی. مجھے کیسے نہیں تم آگے نہیں بڑھنے دو گے؟ کوئی یونیورسٹی میرا مقدر نہیں لے سکتی ہے. وہاں اندھا دھند کام کیا انہوں نے. اور نوبل پرائز ونر بن گئے. تو دیکھیں جب آپ سے کوئی چیز چھنتی ہے تو آپ کو وہ ڈبل انسان بنا دیتی ہے.</w:t>
      </w:r>
    </w:p>
    <w:p>
      <w:r>
        <w:rPr>
          <w:b/>
        </w:rPr>
        <w:t xml:space="preserve">[17:51] </w:t>
      </w:r>
      <w:r>
        <w:t>aap se job chhin jaye, aap se business chhin jaye, aap se ghar chhin jaye. aur zyada kab karte hain aap? ek taraf to aap Khuda se duaen karte hain aur doosri taraf aap nahak paon zyada marte hain.</w:t>
      </w:r>
    </w:p>
    <w:p>
      <w:pPr>
        <w:jc w:val="right"/>
      </w:pPr>
      <w:r>
        <w:t>آپ سے جاب چھن جائے، آپ سے بزنس چھن جائے، آپ سے گھر چھن جائے. اور زیادہ کب کرتے ہیں آپ؟ ایک طرف تو آپ خدا سے دعائیں کرتے ہیں اور دوسری طرف آپ ناحق پاؤں زیادہ مارتے ہیں.</w:t>
      </w:r>
    </w:p>
    <w:p>
      <w:r>
        <w:rPr>
          <w:b/>
        </w:rPr>
        <w:t xml:space="preserve">[18:11] </w:t>
      </w:r>
      <w:r>
        <w:t>mein khud apne bare mein kahoon, 1970, 1974 mein.</w:t>
      </w:r>
    </w:p>
    <w:p>
      <w:pPr>
        <w:jc w:val="right"/>
      </w:pPr>
      <w:r>
        <w:t>میں خود اپنے بارے میں کہوں، 1970، 1974 میں.</w:t>
      </w:r>
    </w:p>
    <w:p>
      <w:r>
        <w:rPr>
          <w:b/>
        </w:rPr>
        <w:t xml:space="preserve">[18:19] </w:t>
      </w:r>
      <w:r>
        <w:t>dilli mein mujhe ek kamra diya tha, kahin kisi akhbar mein tha mein us waqt.</w:t>
      </w:r>
    </w:p>
    <w:p>
      <w:pPr>
        <w:jc w:val="right"/>
      </w:pPr>
      <w:r>
        <w:t>دلی میں مجھے ایک کمرہ دیا تھا، کہیں کسی اخبار میں تھا میں اس وقت.</w:t>
      </w:r>
    </w:p>
    <w:p>
      <w:r>
        <w:rPr>
          <w:b/>
        </w:rPr>
        <w:t xml:space="preserve">[18:27] </w:t>
      </w:r>
      <w:r>
        <w:t>to achaanak unhon ne kaha ke kamra khaali kar do.</w:t>
      </w:r>
    </w:p>
    <w:p>
      <w:pPr>
        <w:jc w:val="right"/>
      </w:pPr>
      <w:r>
        <w:t>تو اچانک انہوں نے کہا کہ کمرہ خالی کر دو.</w:t>
      </w:r>
    </w:p>
    <w:p>
      <w:r>
        <w:rPr>
          <w:b/>
        </w:rPr>
        <w:t xml:space="preserve">[18:35] </w:t>
      </w:r>
      <w:r>
        <w:t>ab tum akhbar se koi ta'alluq nahi tumhara.</w:t>
      </w:r>
    </w:p>
    <w:p>
      <w:pPr>
        <w:jc w:val="right"/>
      </w:pPr>
      <w:r>
        <w:t>اب تم اخبار سے کوئی تعلق نہیں تمہارا.</w:t>
      </w:r>
    </w:p>
    <w:p>
      <w:r>
        <w:rPr>
          <w:b/>
        </w:rPr>
        <w:t xml:space="preserve">[18:43] </w:t>
      </w:r>
      <w:r>
        <w:t>yani achaanak main 1974 mein homeless ho gaya Delhi mein. beghar. penniless bhi aur homeless bhi. na mere paas koi aamdani thi, na mere paas koi ghar tha. homeless.</w:t>
      </w:r>
    </w:p>
    <w:p>
      <w:pPr>
        <w:jc w:val="right"/>
      </w:pPr>
      <w:r>
        <w:t>یعنی اچانک میں 1974 میں ہوم لیس ہو گیا دلی میں. بے گھر. پینی لیس بھی اور ہوم لیس بھی. نہ میرے پاس کوئی آمدنی تھی، نہ میرے پاس کوئی گھر تھا. ہوم لیس.</w:t>
      </w:r>
    </w:p>
    <w:p>
      <w:r>
        <w:rPr>
          <w:b/>
        </w:rPr>
        <w:t xml:space="preserve">[19:05] </w:t>
      </w:r>
      <w:r>
        <w:t>aaj ka aaj main samajhta hoon ke Delhi mein pachas aadmi aise hain ke agar main jaaoon un ke haan aur knock karoon, main un se kahoon ke aaj se main tumhare ghar mein rahoonga. mujhe yaqeen hai ke woh mera istiqbal karenge. isi Delhi mein. ke kisi ne mujhe 1974 mein homeless bana diya tha Delhi mein.</w:t>
      </w:r>
    </w:p>
    <w:p>
      <w:pPr>
        <w:jc w:val="right"/>
      </w:pPr>
      <w:r>
        <w:t>آج کا آج میں سمجھتا ہوں کہ دلی میں پچاس آدمی ایسے ہیں کہ اگر میں جاؤں ان کے ہاں اور ناک کروں، میں ان سے کہوں کہ آج سے میں تمہارے گھر میں رہوں گا. مجھے یقین ہے کہ وہ میرا استقبال کریں گے. اسی دلی میں. کہ کسی نے مجھے 1974 میں ہوم لیس بنا دیا تھا دلی میں.</w:t>
      </w:r>
    </w:p>
    <w:p>
      <w:r>
        <w:rPr>
          <w:b/>
        </w:rPr>
        <w:t xml:space="preserve">[19:30] </w:t>
      </w:r>
      <w:r>
        <w:t>aur yeh kaha tha ke mujhe to ghussa ho gaya tha mujh se woh ke kya karenge?</w:t>
      </w:r>
    </w:p>
    <w:p>
      <w:pPr>
        <w:jc w:val="right"/>
      </w:pPr>
      <w:r>
        <w:t>اور یہ کہا تھا کہ مجھے تو غصہ ہو گیا تھا مجھ سے وہ کہ کیا کریں گے؟</w:t>
      </w:r>
    </w:p>
    <w:p>
      <w:r>
        <w:rPr>
          <w:b/>
        </w:rPr>
        <w:t xml:space="preserve">[19:35] </w:t>
      </w:r>
      <w:r>
        <w:t>bhaag jayenge aap nahak, chale jayenge dilli mein, kaise rahenge? hum hum hum jab unhein</w:t>
      </w:r>
    </w:p>
    <w:p>
      <w:pPr>
        <w:jc w:val="right"/>
      </w:pPr>
      <w:r>
        <w:t>بھاگ جائیں گے آپ ناحق، چلے جائیں گے دلی میں، کیسے رہیں گے؟ ہم ہم ہم جب انہیں</w:t>
      </w:r>
    </w:p>
    <w:p>
      <w:r>
        <w:rPr>
          <w:b/>
        </w:rPr>
        <w:t xml:space="preserve">[19:41] </w:t>
      </w:r>
      <w:r>
        <w:t>ghar nahi denge to kaise rahenge woh? lekin mujhe yaqeen hai ke aaj dilli mein kam</w:t>
      </w:r>
    </w:p>
    <w:p>
      <w:pPr>
        <w:jc w:val="right"/>
      </w:pPr>
      <w:r>
        <w:t>گھر نہیں دیں گے تو کیسے رہیں گے وہ؟ لیکن مجھے یقین ہے کہ آج دلی میں کم</w:t>
      </w:r>
    </w:p>
    <w:p>
      <w:r>
        <w:rPr>
          <w:b/>
        </w:rPr>
        <w:t xml:space="preserve">[19:47] </w:t>
      </w:r>
      <w:r>
        <w:t>se kam pachas aadmi aise hain.</w:t>
      </w:r>
    </w:p>
    <w:p>
      <w:pPr>
        <w:jc w:val="right"/>
      </w:pPr>
      <w:r>
        <w:t>سے کم پچاس آدمی ایسے ہیں.</w:t>
      </w:r>
    </w:p>
    <w:p>
      <w:r>
        <w:rPr>
          <w:b/>
        </w:rPr>
        <w:t xml:space="preserve">[19:52] </w:t>
      </w:r>
      <w:r>
        <w:t>un ke paas jaaoon mein aur naak karoon, mein ne kaha aaj se mujhe aap ke ghar mein rehna hai.</w:t>
      </w:r>
    </w:p>
    <w:p>
      <w:pPr>
        <w:jc w:val="right"/>
      </w:pPr>
      <w:r>
        <w:t>ان کے پاس جاؤں میں اور ناک کروں، میں نے کہا آج سے مجھے آپ کے گھر میں رہنا ہے.</w:t>
      </w:r>
    </w:p>
    <w:p>
      <w:r>
        <w:rPr>
          <w:b/>
        </w:rPr>
        <w:t xml:space="preserve">[19:58] </w:t>
      </w:r>
      <w:r>
        <w:t>to khushi se apne ghar ka darwaza khol dega mere liye woh.</w:t>
      </w:r>
    </w:p>
    <w:p>
      <w:pPr>
        <w:jc w:val="right"/>
      </w:pPr>
      <w:r>
        <w:t>تو خوشی سے اپنے گھر کا دروازہ کھول دے گا میرے لیے وہ.</w:t>
      </w:r>
    </w:p>
    <w:p>
      <w:r>
        <w:rPr>
          <w:b/>
        </w:rPr>
        <w:t xml:space="preserve">[20:04] </w:t>
      </w:r>
      <w:r>
        <w:t>to yaad rakhiye yeh duniya kisi boss ne nahi banai hai.</w:t>
      </w:r>
    </w:p>
    <w:p>
      <w:pPr>
        <w:jc w:val="right"/>
      </w:pPr>
      <w:r>
        <w:t>تو یاد رکھیے یہ دنیا کسی باس نے نہیں بنائی ہے.</w:t>
      </w:r>
    </w:p>
    <w:p>
      <w:r>
        <w:rPr>
          <w:b/>
        </w:rPr>
        <w:t xml:space="preserve">[20:08] </w:t>
      </w:r>
      <w:r>
        <w:t>yeh duniya kisi super power ne nahi banai hai.</w:t>
      </w:r>
    </w:p>
    <w:p>
      <w:pPr>
        <w:jc w:val="right"/>
      </w:pPr>
      <w:r>
        <w:t>یہ دنیا کسی سپر پاور نے نہیں بنائی ہے.</w:t>
      </w:r>
    </w:p>
    <w:p>
      <w:r>
        <w:rPr>
          <w:b/>
        </w:rPr>
        <w:t xml:space="preserve">[20:12] </w:t>
      </w:r>
      <w:r>
        <w:t>khuda ne banai hai, khuda ne banai hai, khuda ne banai hai.</w:t>
      </w:r>
    </w:p>
    <w:p>
      <w:pPr>
        <w:jc w:val="right"/>
      </w:pPr>
      <w:r>
        <w:t>خدا نے بنائی ہے، خدا نے بنائی ہے، خدا نے بنائی ہے.</w:t>
      </w:r>
    </w:p>
    <w:p>
      <w:r>
        <w:rPr>
          <w:b/>
        </w:rPr>
        <w:t xml:space="preserve">[20:17] </w:t>
      </w:r>
      <w:r>
        <w:t>to sab se pehle aap creation plan ko janiye.</w:t>
      </w:r>
    </w:p>
    <w:p>
      <w:pPr>
        <w:jc w:val="right"/>
      </w:pPr>
      <w:r>
        <w:t>تو سب سے پہلے آپ کریشن پلان کو جانیے.</w:t>
      </w:r>
    </w:p>
    <w:p>
      <w:r>
        <w:rPr>
          <w:b/>
        </w:rPr>
        <w:t xml:space="preserve">[20:21] </w:t>
      </w:r>
      <w:r>
        <w:t>sab se pehle creation plan ko janiye.</w:t>
      </w:r>
    </w:p>
    <w:p>
      <w:pPr>
        <w:jc w:val="right"/>
      </w:pPr>
      <w:r>
        <w:t>سب سے پہلے کریشن پلان کو جانیے.</w:t>
      </w:r>
    </w:p>
    <w:p>
      <w:r>
        <w:rPr>
          <w:b/>
        </w:rPr>
        <w:t xml:space="preserve">[20:26] </w:t>
      </w:r>
      <w:r>
        <w:t>tab aap sahi planning kar sakte hain.</w:t>
      </w:r>
    </w:p>
    <w:p>
      <w:pPr>
        <w:jc w:val="right"/>
      </w:pPr>
      <w:r>
        <w:t>تب آپ صحیح پلاننگ کر سکتے ہیں.</w:t>
      </w:r>
    </w:p>
    <w:p>
      <w:r>
        <w:rPr>
          <w:b/>
        </w:rPr>
        <w:t xml:space="preserve">[20:30] </w:t>
      </w:r>
      <w:r>
        <w:t>tab aap sahi planning kar sakte hain.</w:t>
      </w:r>
    </w:p>
    <w:p>
      <w:pPr>
        <w:jc w:val="right"/>
      </w:pPr>
      <w:r>
        <w:t>تب آپ صحیح پلاننگ کر سکتے ہیں.</w:t>
      </w:r>
    </w:p>
    <w:p>
      <w:r>
        <w:rPr>
          <w:b/>
        </w:rPr>
        <w:t xml:space="preserve">[20:35] </w:t>
      </w:r>
      <w:r>
        <w:t>yeh jo Musalmanon ke leader hain, so called leader, unhein pata hi nahin ke Khuda ki planning kya hai. Khuda kehta hai ke starting point tumhara apna mind hai. woh kehte hain ke nahin, starting point jo hai woh state hai. state par ja kar hum demonstration dein, jalsa karein, taqreerein karein, nare lagayein. yani kaisi ajeeb baat hai.</w:t>
      </w:r>
    </w:p>
    <w:p>
      <w:pPr>
        <w:jc w:val="right"/>
      </w:pPr>
      <w:r>
        <w:t>یہ جو مسلمانوں کے لیڈر ہیں، سو کالڈ لیڈر، انہیں پتہ ہی نہیں کہ خدا کی پلاننگ کیا ہے. خدا کہتا ہے کہ سٹارٹنگ پوائنٹ تمہارا اپنا مائنڈ ہے. وہ کہتے ہیں کہ نہیں، سٹارٹنگ پوائنٹ جو ہے وہ اسٹیٹ ہے. اسٹیٹ پر جا کر ہم ڈیمونسٹریشن دیں، جلسہ کریں، تقریریں کریں، نعرے لگائیں. یعنی کیسی عجیب بات ہے.</w:t>
      </w:r>
    </w:p>
    <w:p>
      <w:r>
        <w:rPr>
          <w:b/>
        </w:rPr>
        <w:t xml:space="preserve">[21:03] </w:t>
      </w:r>
      <w:r>
        <w:t>Khuda keh raha hai ke starting point jo hai intellectual awakening hai. aql hai, reason hai, hamara mind hai. wahan wahan jaag lao, wahan bedari lao. aql ki satah par logon ko jagao. Rasool Allah ka jo shuru ka zamana hai. yani Mecca mein, tera saal jo the Mecca mein aap the.</w:t>
      </w:r>
    </w:p>
    <w:p>
      <w:pPr>
        <w:jc w:val="right"/>
      </w:pPr>
      <w:r>
        <w:t>خدا کہہ رہا ہے کہ سٹارٹنگ پوائنٹ جو ہے انٹلیکچول اویکننگ ہے. عقل ہے، ریزن ہے، ہمارا مائنڈ ہے. وہاں وہاں جاگ لاؤ، وہاں بیداری لاؤ. عقل کی سطح پر لوگوں کو جگاؤ. رسول اللہ کا جو شروع کا زمانہ ہے. یعنی مکہ میں، تیرہ سال جو تھے مکہ میں آپ تھے.</w:t>
      </w:r>
    </w:p>
    <w:p>
      <w:r>
        <w:rPr>
          <w:b/>
        </w:rPr>
        <w:t xml:space="preserve">[21:33] </w:t>
      </w:r>
      <w:r>
        <w:t>to do char aadmi the aap ke sath us waqt. ek aadmi aaya to wahan mashhoor kar rakha tha ke yeh to yeh to woh hain, kahan hain, shayar hain. un ke paas mat jao, galat aadmi hain. to ek aadmi aaya jo ek qabila tha, Sanwa, uska aadmi tha woh. log aate the ziyarat karne ke liye Kaba mein. kyunke but rakhe hue the.</w:t>
      </w:r>
    </w:p>
    <w:p>
      <w:pPr>
        <w:jc w:val="right"/>
      </w:pPr>
      <w:r>
        <w:t>تو دو چار آدمی تھے آپ کے ساتھ اس وقت. ایک آدمی آیا تو وہاں مشہور کر رکھا تھا کہ یہ تو یہ تو وہ ہیں، کاہن ہیں، شاعر ہیں. ان کے پاس مت جاؤ، غلط آدمی ہیں. تو ایک آدمی آیا جو ایک قبیلہ تھا، سنوا، اس کا آدمی تھا وہ. لوگ آتے تھے زیارت کرنے کے لیے کعبہ میں. کیونکہ بت رکھے ہوئے تھے.</w:t>
      </w:r>
    </w:p>
    <w:p>
      <w:r>
        <w:rPr>
          <w:b/>
        </w:rPr>
        <w:t xml:space="preserve">[22:01] </w:t>
      </w:r>
      <w:r>
        <w:t>jaise aaj kal jo jate hain ajmer ki ziyarat karne ke liye, aise wahan aaya karte the log kaba mein.</w:t>
      </w:r>
    </w:p>
    <w:p>
      <w:pPr>
        <w:jc w:val="right"/>
      </w:pPr>
      <w:r>
        <w:t>جیسے آج کل جو جاتے ہیں اجمیر کی زیارت کرنے کے لیے، ایسے وہاں آیا کرتے تھے لوگ کعبہ میں.</w:t>
      </w:r>
    </w:p>
    <w:p>
      <w:r>
        <w:rPr>
          <w:b/>
        </w:rPr>
        <w:t xml:space="preserve">[22:04] </w:t>
      </w:r>
      <w:r>
        <w:t>buton ki ziyarat karne ke liye.</w:t>
      </w:r>
    </w:p>
    <w:p>
      <w:pPr>
        <w:jc w:val="right"/>
      </w:pPr>
      <w:r>
        <w:t>بتوں کی زیارت کرنے کے لیے.</w:t>
      </w:r>
    </w:p>
    <w:p>
      <w:r>
        <w:rPr>
          <w:b/>
        </w:rPr>
        <w:t xml:space="preserve">[22:08] </w:t>
      </w:r>
      <w:r>
        <w:t>to woh aadmi aaya.</w:t>
      </w:r>
    </w:p>
    <w:p>
      <w:pPr>
        <w:jc w:val="right"/>
      </w:pPr>
      <w:r>
        <w:t>تو وہ آدمی آیا.</w:t>
      </w:r>
    </w:p>
    <w:p>
      <w:r>
        <w:rPr>
          <w:b/>
        </w:rPr>
        <w:t xml:space="preserve">[22:12] </w:t>
      </w:r>
      <w:r>
        <w:t>to is se makkah ke jo rasool Allah ke khilaf thay jo log, unhon ne keh diya ke</w:t>
      </w:r>
    </w:p>
    <w:p>
      <w:pPr>
        <w:jc w:val="right"/>
      </w:pPr>
      <w:r>
        <w:t>تو اس سے مکہ کے جو رسول اللہ کے خلاف تھے جو لوگ، انہوں نے کہہ دیا کہ</w:t>
      </w:r>
    </w:p>
    <w:p>
      <w:r>
        <w:rPr>
          <w:b/>
        </w:rPr>
        <w:t xml:space="preserve">[22:16] </w:t>
      </w:r>
      <w:r>
        <w:t>bhai is ke paas na jana.</w:t>
      </w:r>
    </w:p>
    <w:p>
      <w:pPr>
        <w:jc w:val="right"/>
      </w:pPr>
      <w:r>
        <w:t>بھئی اس کے پاس نہ جانا.</w:t>
      </w:r>
    </w:p>
    <w:p>
      <w:r>
        <w:rPr>
          <w:b/>
        </w:rPr>
        <w:t xml:space="preserve">[22:20] </w:t>
      </w:r>
      <w:r>
        <w:t>yeh aadmi sahih aadmi nahi hai.</w:t>
      </w:r>
    </w:p>
    <w:p>
      <w:pPr>
        <w:jc w:val="right"/>
      </w:pPr>
      <w:r>
        <w:t>یہ آدمی صحیح آدمی نہیں ہے.</w:t>
      </w:r>
    </w:p>
    <w:p>
      <w:r>
        <w:rPr>
          <w:b/>
        </w:rPr>
        <w:t xml:space="preserve">[22:24] </w:t>
      </w:r>
      <w:r>
        <w:t>to kitab mein aata hai ke unhon ne apne kaan mein cotton daal di, rooi.</w:t>
      </w:r>
    </w:p>
    <w:p>
      <w:pPr>
        <w:jc w:val="right"/>
      </w:pPr>
      <w:r>
        <w:t>تو کتاب میں آتا ہے کہ انہوں نے اپنے کان میں کاٹن ڈال دی، روئی.</w:t>
      </w:r>
    </w:p>
    <w:p>
      <w:r>
        <w:rPr>
          <w:b/>
        </w:rPr>
        <w:t xml:space="preserve">[22:28] </w:t>
      </w:r>
      <w:r>
        <w:t>jaate thay kaaba mein, rasool Allah wahan rehte thay.</w:t>
      </w:r>
    </w:p>
    <w:p>
      <w:pPr>
        <w:jc w:val="right"/>
      </w:pPr>
      <w:r>
        <w:t>جاتے تھے کعبہ میں، رسول اللہ وہاں رہتے تھے.</w:t>
      </w:r>
    </w:p>
    <w:p>
      <w:r>
        <w:rPr>
          <w:b/>
        </w:rPr>
        <w:t xml:space="preserve">[22:32] </w:t>
      </w:r>
      <w:r>
        <w:t>kuchh quran padhte the, kuchh bolte the. to vah chahte the ki main avaaz na sunoon. phir us ki samajh mein aaya ki bhai mere paas aql hai, samajh hai. tum yeh kya bewakoofi kar rahe ho ki kaan mein kaatan daale hue ho? suno us ki baat. us ke paas gaye. baat ki, kaha ki bhayi kya tumhara kya case hai? to rasool Allah ne surah fatiha padh di.</w:t>
      </w:r>
    </w:p>
    <w:p>
      <w:pPr>
        <w:jc w:val="right"/>
      </w:pPr>
      <w:r>
        <w:t>کچھ قرآن پڑھتے تھے، کچھ بولتے تھے. تو وہ چاہتے تھے کہ میں آواز نہ سنوں. پھر اس کی سمجھ میں آیا کہ بھائی میرے پاس عقل ہے، سمجھ ہے. تم یہ کیا بیوقوفی کر رہے ہو کہ کان میں کاٹن ڈالے ہوئے ہو؟ سنو اس کی بات. اس کے پاس گئے. بات کی، کہا کہ بھئی کیا تمہارا کیا کیس ہے؟ تو رسول اللہ نے سورہ فاتحہ پڑھ دی.</w:t>
      </w:r>
    </w:p>
    <w:p>
      <w:r>
        <w:rPr>
          <w:b/>
        </w:rPr>
        <w:t xml:space="preserve">[23:00] </w:t>
      </w:r>
      <w:r>
        <w:t>yahi surah fatiha hai jo hum rozana padhte hain namaz mein. bila samjhe bujhe. jo hum surah fatiha padhte hain bila samjhe bujhe, vah aap padh diya aap ne. to vah aadmi jo tha samajhdaar tha, arabi zabaan jaanta tha. us ki fitrat zinda thi. hazar naitchar vaz alaiv. hi vaz risiptiv.</w:t>
      </w:r>
    </w:p>
    <w:p>
      <w:pPr>
        <w:jc w:val="right"/>
      </w:pPr>
      <w:r>
        <w:t>یہی سورہ فاتحہ ہے جو ہم روزانہ پڑھتے ہیں نماز میں. بلا سمجھے بوجھے. جو ہم سورہ فاتحہ پڑھتے ہیں بلا سمجھے بوجھے، وہ آپ پڑھ دیا آپ نے. تو وہ آدمی جو تھا سمجھدار تھا، عربی زبان جانتا تھا. اس کی فطرت زندہ تھی. ہز نیچر واز الائیو. ہی واز ریسیپٹیو.</w:t>
      </w:r>
    </w:p>
    <w:p>
      <w:r>
        <w:rPr>
          <w:b/>
        </w:rPr>
        <w:t xml:space="preserve">[23:27] </w:t>
      </w:r>
      <w:r>
        <w:t>sunte hi us ne kaha ki in kalmaat ko phir se repeat kijiye. us ne to mujhe ocean mein daal diya hai. ocean of meaning. mani ke samundar mein daal diya mujhe. yeh tha mind ko address karna. rasool Allah jo the mind ko address karte the. rasool Allah ne kabhi bhi crowd ko address nahin kiya, kabhi koi juloos nahin nikala.</w:t>
      </w:r>
    </w:p>
    <w:p>
      <w:pPr>
        <w:jc w:val="right"/>
      </w:pPr>
      <w:r>
        <w:t>سنتے ہی اس نے کہا کہ ان کلمات کو پھر سے ریپیٹ کیجیے. اس نے تو مجھے اوشن میں ڈال دیا ہے. اوشن آف میننگ. معنی کے سمندر میں ڈال دیا مجھے. یہ تھا مائنڈ کو ایڈریس کرنا. رسول اللہ جو تھے مائنڈ کو ایڈریس کرتے تھے. رسول اللہ نے کبھی بھی کراؤڈ کو ایڈریس نہیں کیا، کبھی کوئی جلوس نہیں نکالا.</w:t>
      </w:r>
    </w:p>
    <w:p>
      <w:r>
        <w:rPr>
          <w:b/>
        </w:rPr>
        <w:t xml:space="preserve">[23:57] </w:t>
      </w:r>
      <w:r>
        <w:t>kabhi koi joota culture nahin chalaya, nauzubillah. kabhi naare nahin lagaye gaye Rasool Allah ki majlis mein. Aaj kal jo ho raha hai bid'ati ke naam par, vah to maut hai, maut. Case kya hai? Logon ne criterion kho diya hai. Aap ne har cheez ka ek criterion hota hai.</w:t>
      </w:r>
    </w:p>
    <w:p>
      <w:pPr>
        <w:jc w:val="right"/>
      </w:pPr>
      <w:r>
        <w:t>کبھی کوئی جوتا کلچر نہیں چلایا، نعوذ باللہ. کبھی نعرے نہیں لگائے گئے رسول اللہ کی مجلس میں. آج کل جو ہو رہا ہے بیداری کے نام پر، وہ تو موت ہے، موت. کیس کیا ہے؟ لوگوں نے کرائیٹیرین کھو دیا ہے. آپ نے ہر چیز کا ایک کرائیٹیرین ہوتا ہے.</w:t>
      </w:r>
    </w:p>
    <w:p>
      <w:r>
        <w:rPr>
          <w:b/>
        </w:rPr>
        <w:t xml:space="preserve">[24:26] </w:t>
      </w:r>
      <w:r>
        <w:t>misal ke taur par dekhiye hamare jo meter hai.</w:t>
      </w:r>
    </w:p>
    <w:p>
      <w:pPr>
        <w:jc w:val="right"/>
      </w:pPr>
      <w:r>
        <w:t>مثال کے طور پر دیکھیے ہمارے جو میٹر ہے.</w:t>
      </w:r>
    </w:p>
    <w:p>
      <w:r>
        <w:rPr>
          <w:b/>
        </w:rPr>
        <w:t xml:space="preserve">[24:30] </w:t>
      </w:r>
      <w:r>
        <w:t>ek criterion napne ka ek ek ek aala hai.</w:t>
      </w:r>
    </w:p>
    <w:p>
      <w:pPr>
        <w:jc w:val="right"/>
      </w:pPr>
      <w:r>
        <w:t>ایک کرائیٹیرین ناپنے کا ایک ایک ایک آلہ ہے.</w:t>
      </w:r>
    </w:p>
    <w:p>
      <w:r>
        <w:rPr>
          <w:b/>
        </w:rPr>
        <w:t xml:space="preserve">[24:35] </w:t>
      </w:r>
      <w:r>
        <w:t>to kaise hum ne jana ke yeh aala hai napne ka? to is ka ek Paris ke museum</w:t>
      </w:r>
    </w:p>
    <w:p>
      <w:pPr>
        <w:jc w:val="right"/>
      </w:pPr>
      <w:r>
        <w:t>تو کیسے ہم نے جانا کہ یہ آلہ ہے ناپنے کا؟ تو اس کا ایک پیرس کے میوزیم</w:t>
      </w:r>
    </w:p>
    <w:p>
      <w:r>
        <w:rPr>
          <w:b/>
        </w:rPr>
        <w:t xml:space="preserve">[24:39] </w:t>
      </w:r>
      <w:r>
        <w:t>mein rakha hua hai.</w:t>
      </w:r>
    </w:p>
    <w:p>
      <w:pPr>
        <w:jc w:val="right"/>
      </w:pPr>
      <w:r>
        <w:t>میں رکھا ہوا ہے.</w:t>
      </w:r>
    </w:p>
    <w:p>
      <w:r>
        <w:rPr>
          <w:b/>
        </w:rPr>
        <w:t xml:space="preserve">[24:44] </w:t>
      </w:r>
      <w:r>
        <w:t>ek banaya gaya ek meter.</w:t>
      </w:r>
    </w:p>
    <w:p>
      <w:pPr>
        <w:jc w:val="right"/>
      </w:pPr>
      <w:r>
        <w:t>ایک بنایا گیا ایک میٹر.</w:t>
      </w:r>
    </w:p>
    <w:p>
      <w:r>
        <w:rPr>
          <w:b/>
        </w:rPr>
        <w:t xml:space="preserve">[24:48] </w:t>
      </w:r>
      <w:r>
        <w:t>ke is se mutabiq hai to woh meter hai, nahi to nahi meter nahi hai.</w:t>
      </w:r>
    </w:p>
    <w:p>
      <w:pPr>
        <w:jc w:val="right"/>
      </w:pPr>
      <w:r>
        <w:t>کہ اس سے مطابق ہے تو وہ میٹر ہے، نہیں تو نہیں میٹر نہیں ہے.</w:t>
      </w:r>
    </w:p>
    <w:p>
      <w:r>
        <w:rPr>
          <w:b/>
        </w:rPr>
        <w:t xml:space="preserve">[24:53] </w:t>
      </w:r>
      <w:r>
        <w:t>aise har cheez ka criterion hota hai.</w:t>
      </w:r>
    </w:p>
    <w:p>
      <w:pPr>
        <w:jc w:val="right"/>
      </w:pPr>
      <w:r>
        <w:t>ایسے ہر چیز کا کرائیٹیرین ہوتا ہے.</w:t>
      </w:r>
    </w:p>
    <w:p>
      <w:r>
        <w:rPr>
          <w:b/>
        </w:rPr>
        <w:t xml:space="preserve">[24:58] </w:t>
      </w:r>
      <w:r>
        <w:t>to islam mein criterion kya hai? quran hai. yeh rasool Allah ki zindagi hai. to yeh saare log jo hain, vah jaante hi nahin ki criterion jo hai vah quran hai. ab kya ho raha hai? akhbaron mein padha koi khabar, ab josh mein aa gaye, khade ho gaye, chalo karobari ملت nikalna hai. ab ab daud rahe hain sadkon par.</w:t>
      </w:r>
    </w:p>
    <w:p>
      <w:pPr>
        <w:jc w:val="right"/>
      </w:pPr>
      <w:r>
        <w:t>تو اسلام میں کرائیٹیرین کیا ہے؟ قرآن ہے. یہ رسول اللہ کی زندگی ہے. تو یہ سارے لوگ جو ہیں، وہ جانتے ہی نہیں کہ کرائیٹیرین جو ہے وہ قرآن ہے. اب کیا ہو رہا ہے؟ اخباروں میں پڑھا کوئی خبر، اب جوش میں آگئے، کھڑے ہوگئے، چلو کاروباری ملت نکالنا ہے. اب اب دوڑ رہے ہیں سڑکوں پر.</w:t>
      </w:r>
    </w:p>
    <w:p>
      <w:r>
        <w:rPr>
          <w:b/>
        </w:rPr>
        <w:t xml:space="preserve">[25:25] </w:t>
      </w:r>
      <w:r>
        <w:t>yeh nahin kiya ki quran mein sochen ki bhai is tarah ki soorat-e-haal ho to kya karna chahiye? to ummat se, hamari qaum se criteria yaani mayaar kho gaya hai. kho gaya hai. kuchh bhi bol raha hai aadmi, kuchh bhi shayari kar raha hai, kuchh bhi khitabat kar raha hai, kuchh bhi jalse nikal raha hai, kuchh bhi naare laga raha hai.</w:t>
      </w:r>
    </w:p>
    <w:p>
      <w:pPr>
        <w:jc w:val="right"/>
      </w:pPr>
      <w:r>
        <w:t>یہ نہیں کیا کہ قرآن میں سوچیں کہ بھائی اس طرح کی صورتحال ہو تو کیا کرنا چاہیے؟ تو امت سے، ہماری قوم سے کرائیٹیرین یعنی معیار کھو گیا ہے. کھو گیا ہے. کچھ بھی بول رہا ہے آدمی، کچھ بھی شاعری کر رہا ہے، کچھ بھی خطابت کر رہا ہے، کچھ بھی جلسے نکال رہا ہے، کچھ بھی نعرے لگا رہا ہے.</w:t>
      </w:r>
    </w:p>
    <w:p>
      <w:r>
        <w:rPr>
          <w:b/>
        </w:rPr>
        <w:t xml:space="preserve">[25:55] </w:t>
      </w:r>
      <w:r>
        <w:t>ek sahab mere paas aaye to ek speaker ki badi tareef kar rahe the. ki bahut achhe speaker hain, bahut yeh hai, vah hai. to main ne un se poocha ki vahan par kya hota hai? kuchh bataiye. unhon ne kaha ki vahan bahut log khush hote hain aur taaliyan bajate hain. un ki taqreer sun kar ke logon ke andar josh paida hota hai, taaliyan bajti hain vahan par. unhon ne kaha aap bhi bajate hain? kaha haan hum bhi bajate hain.</w:t>
      </w:r>
    </w:p>
    <w:p>
      <w:pPr>
        <w:jc w:val="right"/>
      </w:pPr>
      <w:r>
        <w:t>ایک صاحب میرے پاس آئے تو ایک اسپیکر کی بڑی تعریف کر رہے تھے. کہ بہت اچھے اسپیکر ہیں، بہت یہ ہے، وہ ہے. تو میں نے ان سے پوچھا کہ وہاں پر کیا ہوتا ہے؟ کچھ بتائیے. انہوں نے کہا کہ وہاں بہت لوگ خوش ہوتے ہیں اور تالیاں بجاتے ہیں. ان کی تقریر سن کر کے لوگوں کے اندر جوش پیدا ہوتا ہے، تالیاں بجتی ہیں وہاں پر. انہوں نے کہا آپ بھی بجاتے ہیں؟ کہا ہاں ہم بھی بجاتے ہیں.</w:t>
      </w:r>
    </w:p>
    <w:p>
      <w:r>
        <w:rPr>
          <w:b/>
        </w:rPr>
        <w:t xml:space="preserve">[26:25] </w:t>
      </w:r>
      <w:r>
        <w:t>to main ne poocha ki yeh bataiye rasool Allah ke saath itne saare ashaab the. aakhir waqt mein to aap ke saath lagbhag dedh lakh ashaab the. aur hijjat al-wida mein aap ne bahut bade majme mein khitab kiya tha. to kaha vahan taaliyan baji thin. rasool Allah jab bolte the to makka mein ya madina mein ya hijjat al-wida mein kya sahaba ne taaliyan bajai thin? kaha nahin.</w:t>
      </w:r>
    </w:p>
    <w:p>
      <w:pPr>
        <w:jc w:val="right"/>
      </w:pPr>
      <w:r>
        <w:t>تو میں نے پوچھا کہ یہ بتائیے رسول اللہ کے ساتھ اتنے سارے اصحاب تھے. آخر وقت میں تو آپ کے ساتھ تقریباً ڈیڑھ لاکھ اصحاب تھے. اور حجۃ الوداع میں آپ نے بہت بڑے مجمعے میں خطاب کیا تھا. تو کہا وہاں تالیاں بجی تھیں. رسول اللہ جب بولتے تھے تو مکہ میں یا مدینہ میں یا حجۃ الوداع میں کیا صحابہ نے تالیاں بجائی تھیں؟ کہا نہیں.</w:t>
      </w:r>
    </w:p>
    <w:p>
      <w:r>
        <w:rPr>
          <w:b/>
        </w:rPr>
        <w:t xml:space="preserve">[26:53] </w:t>
      </w:r>
      <w:r>
        <w:t>to main ne kaha ki jis jalse mein taaliyan baji vah laanat hai vah. kyon rasool Allah ke partner se hata hua hai? jis jalse mein taaliyan baji vah jalsa kya hai? vah to laanat hai. kyonki hadith mein saaf saaf aaya hai ki jo mere raaste se hata vah vah bhatak gaya. us ko Khuda ki rehmat nahin milne wali hai.</w:t>
      </w:r>
    </w:p>
    <w:p>
      <w:pPr>
        <w:jc w:val="right"/>
      </w:pPr>
      <w:r>
        <w:t>تو میں نے کہا کہ جس جلسے میں تالیاں بجیں وہ لعنت ہے وہ. کیوں رسول اللہ کے پارٹنر سے ہٹا ہوا ہے؟ جس جلسے میں تالیاں بجیں وہ جلسہ کیا ہے؟ وہ تو لعنت ہے. کیونکہ حدیث میں صاف صاف آیا ہے کہ جو میرے راستے سے ہٹا وہ وہ بھٹک گیا. اس کو خدا کی رحمت نہیں ملنے والی ہے.</w:t>
      </w:r>
    </w:p>
    <w:p>
      <w:r>
        <w:rPr>
          <w:b/>
        </w:rPr>
        <w:t xml:space="preserve">[27:23] </w:t>
      </w:r>
      <w:r>
        <w:t>to aap criteria kaun se chhoot gaye hain? ki agar hum kisi masle ko saamna kar rahe hain to hamein kya karna chahiye? to kya hai criteria? to hamein dekhna chahiye rasool Allah ke namune ko, sahaba ke namune ko, quran mein kya bataya gaya hai is ko. phir hamein apni planning karni chahiye.</w:t>
      </w:r>
    </w:p>
    <w:p>
      <w:pPr>
        <w:jc w:val="right"/>
      </w:pPr>
      <w:r>
        <w:t>تو آپ کرائیٹیرین کون سے چھوٹ گئے ہیں؟ کہ اگر ہم کسی مسئلے کو سامنا کر رہے ہیں تو ہمیں کیا کرنا چاہیے؟ تو کیا ہے کرائیٹیرین؟ تو ہمیں دیکھنا چاہیے رسول اللہ کے نمونے کو، صحابہ کے نمونے کو، قرآن میں کیا بتایا گیا ہے اس کو. پھر ہمیں اپنی پلاننگ کرنی چاہیے.</w:t>
      </w:r>
    </w:p>
    <w:p>
      <w:r>
        <w:rPr>
          <w:b/>
        </w:rPr>
        <w:t xml:space="preserve">[27:53] </w:t>
      </w:r>
      <w:r>
        <w:t>ab kya hai? bas out of reaction saari hangame ho jate hain. out of reaction. jaise babri masjid thi. jab yeh khabar aayi ki babri masjid tod di gayi to saare india mein hangama khada ho gaya. bas. ab to us zamane mein chhuapte the article musalmanon ke parchon mein ki babri masjid nahin to musalman bhi nahin.</w:t>
      </w:r>
    </w:p>
    <w:p>
      <w:pPr>
        <w:jc w:val="right"/>
      </w:pPr>
      <w:r>
        <w:t>اب کیا ہے؟ بس آؤٹ آف ری ایکشن ساری ہنگامے ہو جاتے ہیں. آؤٹ آف ری ایکشن. جیسے بابری مسجد تھی. جب یہ خبر آئی کہ بابری مسجد توڑ دی گئی تو سارے انڈیا میں ہنگامہ کھڑا ہو گیا. بس. اب تو اس زمانے میں چھپتے تھے آرٹیکل مسلمانوں کے پرچوں میں کہ بابری مسجد نہیں تو مسلمان بھی نہیں.</w:t>
      </w:r>
    </w:p>
    <w:p>
      <w:r>
        <w:rPr>
          <w:b/>
        </w:rPr>
        <w:t xml:space="preserve">[28:22] </w:t>
      </w:r>
      <w:r>
        <w:t>yaani India mein Babri Masjid nahin to Musalman bhi nahin. yaani milli bedari ki kehte the ki milli bedari ki nishani hai Babri Masjid. nahin milli, milli zindagi ki nishani hai. to saare log mujh ko chhod kar kya kehte the? Masjid vahin banao, Masjid vahin banao, Masjid vahin banao.</w:t>
      </w:r>
    </w:p>
    <w:p>
      <w:pPr>
        <w:jc w:val="right"/>
      </w:pPr>
      <w:r>
        <w:t>یعنی انڈیا میں بابری مسجد نہیں تو مسلمان بھی نہیں. یعنی ملی بیداری کی کہتے تھے کہ ملی بیداری کی علامت ہے بابری مسجد. نہیں ملی، ملی زندگی کی علامت ہے. تو سارے لوگ مجھ کو چھوڑ کر کیا کہتے تھے؟ مسجد وہیں بناؤ، مسجد وہیں بناؤ، مسجد وہیں بناؤ.</w:t>
      </w:r>
    </w:p>
    <w:p>
      <w:r>
        <w:rPr>
          <w:b/>
        </w:rPr>
        <w:t xml:space="preserve">[28:47] </w:t>
      </w:r>
      <w:r>
        <w:t>main akela tha poore india mein jo kehta tha, poore india ke saare duniya mein log yahi bolte the ki masjid ko vahin banana padega. main ne kaha tha nahin ab aisa ho nahin sakta. history mein U-turn nahin hota yaad rakhiye. history mein kabhi U-turn nahin hota. ab yeh namumkin hai ki chhah december unnis sau banoove loot kar ke jaaye babar ke zamane mein, mir baki ke zamane mein.</w:t>
      </w:r>
    </w:p>
    <w:p>
      <w:pPr>
        <w:jc w:val="right"/>
      </w:pPr>
      <w:r>
        <w:t>میں اکیلا تھا پورے انڈیا میں جو کہتا تھا، پورے انڈیا کے سارے دنیا میں لوگ یہی بولتے تھے کہ مسجد کو وہیں بنانا پڑے گا. میں نے کہا تھا نہیں اب ایسا ہو نہیں سکتا. ہسٹری میں یو ٹرن نہیں ہوتا یاد رکھیے. ہسٹری میں کبھی یو ٹرن نہیں ہوتا. اب یہ ناممکن ہے کہ چھ دسمبر انیس سو بانوے لوٹ کر کے جائے بابر کے زمانے میں، میر باقی کے زمانے میں.</w:t>
      </w:r>
    </w:p>
    <w:p>
      <w:r>
        <w:rPr>
          <w:b/>
        </w:rPr>
        <w:t xml:space="preserve">[29:17] </w:t>
      </w:r>
      <w:r>
        <w:t>yeh namumkin hai. There is no U-turn in history. to logon ne hum ko kya kiya kaha? bahut bure bure hamare baare mein probande kiye gaye.</w:t>
      </w:r>
    </w:p>
    <w:p>
      <w:pPr>
        <w:jc w:val="right"/>
      </w:pPr>
      <w:r>
        <w:t>یہ ناممکن ہے. دیر از نو یو ٹرن ان ہسٹری. تو لوگوں نے ہم کو کیا کیا کہا؟ بہت برے برے ہمارے بارے میں پروبنڈے کیے گئے.</w:t>
      </w:r>
    </w:p>
    <w:p>
      <w:r>
        <w:rPr>
          <w:b/>
        </w:rPr>
        <w:t xml:space="preserve">[29:40] </w:t>
      </w:r>
      <w:r>
        <w:t>ab aaj dekhiye itne saal beet gaye hain kya masjid wahin banai gayi? kuch bhi nahi hua, ek</w:t>
      </w:r>
    </w:p>
    <w:p>
      <w:pPr>
        <w:jc w:val="right"/>
      </w:pPr>
      <w:r>
        <w:t>اب آج دیکھیے اتنے سال بیت گئے ہیں کیا مسجد وہیں بنائی گئی؟ کچھ بھی نہیں ہوا، ایک</w:t>
      </w:r>
    </w:p>
    <w:p>
      <w:r>
        <w:rPr>
          <w:b/>
        </w:rPr>
        <w:t xml:space="preserve">[29:47] </w:t>
      </w:r>
      <w:r>
        <w:t>eent bhi nahi rakhi ja saki.</w:t>
      </w:r>
    </w:p>
    <w:p>
      <w:pPr>
        <w:jc w:val="right"/>
      </w:pPr>
      <w:r>
        <w:t>اینٹ بھی نہیں رکھی جا سکی.</w:t>
      </w:r>
    </w:p>
    <w:p>
      <w:r>
        <w:rPr>
          <w:b/>
        </w:rPr>
        <w:t xml:space="preserve">[29:55] </w:t>
      </w:r>
      <w:r>
        <w:t>to dekhiye ek bohat ahem baat mein aap se kehna chahta hoon.</w:t>
      </w:r>
    </w:p>
    <w:p>
      <w:pPr>
        <w:jc w:val="right"/>
      </w:pPr>
      <w:r>
        <w:t>تو دیکھیے ایک بہت اہم بات میں آپ سے کہنا چاہتا ہوں.</w:t>
      </w:r>
    </w:p>
    <w:p>
      <w:r>
        <w:rPr>
          <w:b/>
        </w:rPr>
        <w:t xml:space="preserve">[30:03] </w:t>
      </w:r>
      <w:r>
        <w:t>ke is dunya mein hamesha haqeeqat ghalib aati hai.</w:t>
      </w:r>
    </w:p>
    <w:p>
      <w:pPr>
        <w:jc w:val="right"/>
      </w:pPr>
      <w:r>
        <w:t>کہ اس دنیا میں ہمیشہ حقیقت غالب آتی ہے.</w:t>
      </w:r>
    </w:p>
    <w:p>
      <w:r>
        <w:rPr>
          <w:b/>
        </w:rPr>
        <w:t xml:space="preserve">[30:11] </w:t>
      </w:r>
      <w:r>
        <w:t>Times of India ke upar likha aata hai ki let truth ghalib aae. Main kahunga let haqeeqat ghalib aaye. Jo jo haqeeqat hai vah ghalib aati hai. Hamesha yaad rakhiye. To ek hi approach yahan par karagar hai vah haqeeqat pasand approach.</w:t>
      </w:r>
    </w:p>
    <w:p>
      <w:pPr>
        <w:jc w:val="right"/>
      </w:pPr>
      <w:r>
        <w:t>ٹائمز آف انڈیا کے اوپر لکھا آتا ہے کہ لیٹ ٹروتھ غالب آئے. میں کہوں گا لیٹ حقیقت غالب آئے. جو جو حقیقت ہے وہ غالب آتی ہے. ہمیشہ یاد رکھیے. تو ایک ہی اپروچ یہاں پر کارآمد ہے وہ حقیقت پسند اپروچ.</w:t>
      </w:r>
    </w:p>
    <w:p>
      <w:r>
        <w:rPr>
          <w:b/>
        </w:rPr>
        <w:t xml:space="preserve">[30:35] </w:t>
      </w:r>
      <w:r>
        <w:t>agar aap aisa na karen to kya hoga? aap munafiq ban kar vahi karenge jo aap ne baatoor usool nahin kiya tha. us waqt main ne kaha tha ki aaj musalman agar baatoor usool mere fatima ko nahin maan rahe hain. to ek waqt ek waqt aayega jab ki munafiqana taur par is ko maanna padega unhein. yeh sab chupa hua hai. yeh chupa hua hai.</w:t>
      </w:r>
    </w:p>
    <w:p>
      <w:pPr>
        <w:jc w:val="right"/>
      </w:pPr>
      <w:r>
        <w:t>اگر آپ ایسا نہ کریں تو کیا ہوگا؟ آپ منافق بن کر وہی کریں گے جو آپ نے بطور اصول نہیں کیا تھا. اس وقت میں نے کہا تھا کہ آج مسلمان اگر بطور اصول میرے فاطمہ کو نہیں مان رہے ہیں. تو ایک وقت ایک وقت آئے گا جب کہ منافقانہ طور پر اس کو ماننا پڑے گا انہیں. یہ سب چھپا ہوا ہے. یہ چھپا ہوا ہے.</w:t>
      </w:r>
    </w:p>
    <w:p>
      <w:r>
        <w:rPr>
          <w:b/>
        </w:rPr>
        <w:t xml:space="preserve">[31:05] </w:t>
      </w:r>
      <w:r>
        <w:t>chhah december unnis sau banoove ko jab masjid todi gayi thi aur mere baare mein bada hangama khada gaya tha. main ne kaha ki jo main keh raha hoon. ki aap is maamle mein aap U-turn nahin le sakte. jo ho gaya vah ho gaya. ab to aage ki fikr karo aage ki. peeche ko chhod do sochna, bhula do.</w:t>
      </w:r>
    </w:p>
    <w:p>
      <w:pPr>
        <w:jc w:val="right"/>
      </w:pPr>
      <w:r>
        <w:t>چھ دسمبر انیس سو بانوے کو جب مسجد توڑی گئی تھی اور میرے بارے میں بڑا ہنگامہ کھڑا گیا تھا. میں نے کہا کہ جو میں کہہ رہا ہوں. کہ آپ اس معاملے میں آپ یو ٹرن نہیں لے سکتے. جو ہو گیا وہ ہو گیا. اب تو آگے کی فکر کرو آگے کی. پیچھے کو چھوڑ دو سوچنا، بھلا دو.</w:t>
      </w:r>
    </w:p>
    <w:p>
      <w:r>
        <w:rPr>
          <w:b/>
        </w:rPr>
        <w:t xml:space="preserve">[31:34] </w:t>
      </w:r>
      <w:r>
        <w:t>to main ne kaha agar yeh jo formula mera hai. main ne kaha tha ki musalman is mauzu par chup ho jayen. aur koi option nahin hai. to agar aap main ne kaha tha us waqt chupa hua hai. ki agar aap us waqt baatoor usool chup nahin hote hain. to ek waqt aayega ki aap munafiqana taur par chup ho jayenge. kyon? aap dekhenge ki hamari karobari zindagi tabah ho gayi. hamara job khatm ho gaya.</w:t>
      </w:r>
    </w:p>
    <w:p>
      <w:pPr>
        <w:jc w:val="right"/>
      </w:pPr>
      <w:r>
        <w:t>تو میں نے کہا اگر یہ جو فارمولا میرا ہے. میں نے کہا تھا کہ مسلمان اس موضوع پر چپ ہو جائیں. اور کوئی آپشن نہیں ہے. تو اگر آپ میں نے کہا تھا اس وقت چھپا ہوا ہے. کہ اگر آپ اس وقت بطور اصول چپ نہیں ہوتے ہیں. تو ایک وقت آئے گا کہ آپ منافقانہ طور پر چپ ہو جائیں گے. کیوں؟ آپ دیکھیں گے کہ ہماری کاروباری زندگی تباہ ہو گئی. ہمارا جاب ختم ہو گیا.</w:t>
      </w:r>
    </w:p>
    <w:p>
      <w:r>
        <w:rPr>
          <w:b/>
        </w:rPr>
        <w:t xml:space="preserve">[32:03] </w:t>
      </w:r>
      <w:r>
        <w:t>hamare bachchon ka mustaqbil kharab ho gaya. hamara ghar nahin bana. to bila aelan aap ab jo hai bina aelan ke, bina munh se bole hue hamare formula ko saare musalmanon ne pakad liya hai. ab chup chap hain. chup chap hain saare log.</w:t>
      </w:r>
    </w:p>
    <w:p>
      <w:pPr>
        <w:jc w:val="right"/>
      </w:pPr>
      <w:r>
        <w:t>ہمارے بچوں کا مستقبل خراب ہو گیا. ہمارا گھر نہیں بنا. تو بلا اعلان آپ اب جو ہے بغیر اعلان کے، بغیر منہ سے بولے ہوئے ہمارے فارمولے کو سارے مسلمانوں نے پکڑ لیا ہے. اب چپ چاپ ہیں. چپ چاپ ہیں سارے لوگ.</w:t>
      </w:r>
    </w:p>
    <w:p>
      <w:r>
        <w:rPr>
          <w:b/>
        </w:rPr>
        <w:t xml:space="preserve">[32:30] </w:t>
      </w:r>
      <w:r>
        <w:t>jis zamane mein Denmark ke cartoon ka bada hangama, saare duniya mein hangama ho raha tha. us waqt bhi main akela tha jab main keh raha tha ki kya yaani muzahikhaiz kaam kar rahe ho tum log. ek cartoon pe itna hangama? aur saari duniya mein fatwe diye gaye. ki vahan aap jaante hain Denmark mein jahan yeh cartoon chhaapa tha vahan vah dairy industries hain.</w:t>
      </w:r>
    </w:p>
    <w:p>
      <w:pPr>
        <w:jc w:val="right"/>
      </w:pPr>
      <w:r>
        <w:t>جس زمانے میں ڈنمارک کے کارٹون کا بڑا ہنگامہ، سارے دنیا میں ہنگامہ ہو رہا تھا. اس وقت بھی میں اکیلا تھا جب میں کہہ رہا تھا کہ کیا یعنی مضحکہ خیز کام کر رہے ہو تم لوگ. ایک کارٹون پہ اتنا ہنگامہ؟ اور ساری دنیا میں فتوے دیے گئے. کہ وہاں آپ جانتے ہیں ڈنمارک میں جہاں یہ کارٹون چھپا تھا وہاں وہ ڈیئری انڈسٹریز ہیں.</w:t>
      </w:r>
    </w:p>
    <w:p>
      <w:r>
        <w:rPr>
          <w:b/>
        </w:rPr>
        <w:t xml:space="preserve">[32:59] </w:t>
      </w:r>
      <w:r>
        <w:t>yaani doodh ki masnoo'aat vahan bante hain. doodh hai aur doodh se banne wali masnoo'aat hain. vah sab hote hain vahan par. yeh vahan ka kaam hai. vahan ka sab se zyada jo vahan par karobar hota hai vah vah isi ka hota hai. to fatwe diye gaye ki vahan ke masnoo'aat khareedo mat. istemal mat karo vahan ka mutton mat istemal karo. vahan ka doodh mat istemal karo. fatwe baqaida de diye gaye.</w:t>
      </w:r>
    </w:p>
    <w:p>
      <w:pPr>
        <w:jc w:val="right"/>
      </w:pPr>
      <w:r>
        <w:t>یعنی دودھ کی مصنوعات وہاں بنتے ہیں. دودھ ہے اور دودھ سے بننے والی مصنوعات ہیں. وہ سب ہوتے ہیں وہاں پر. یہ وہاں کا کام ہے. وہاں کا سب سے زیادہ جو وہاں پر کاروبار ہوتا ہے وہ وہ اسی کا ہوتا ہے. تو فتوے دیے گئے کہ وہاں کے مصنوعات خریدو مت. استعمال مت کرو وہاں کا مٹن مت استعمال کرو. وہاں کا دودھ مت استعمال کرو. فتوے باقاعدہ دے دیئے گئے.</w:t>
      </w:r>
    </w:p>
    <w:p>
      <w:r>
        <w:rPr>
          <w:b/>
        </w:rPr>
        <w:t xml:space="preserve">[33:28] </w:t>
      </w:r>
      <w:r>
        <w:t>main ne kaha yeh muzahikhaiz hai. muzahikhaiz. to jaante hain kya hua? Arab duniya tak bhi yeh hua, har jagah yahi hua. ki logon ne apne gharon mein doosre doodh aur doosre meat khareedne shuru kiye. to bachchon ne inkar kar diya. hum yeh yeh yeh meat nahin khayenge, yeh yeh doodh nahin khayenge. ab aap pareshan. to chupke se fatwe ko vapas le liya.</w:t>
      </w:r>
    </w:p>
    <w:p>
      <w:pPr>
        <w:jc w:val="right"/>
      </w:pPr>
      <w:r>
        <w:t>میں نے کہا یہ مضحکہ خیز ہے. مضحکہ خیز. تو جانتے ہیں کیا ہوا؟ عرب دنیا تک بھی یہ ہوا، ہر جگہ یہی ہوا. کہ لوگوں نے اپنے گھروں میں دوسرے دودھ اور دوسرے مٹن خریدنے شروع کیے. تو بچوں نے انکار کر دیا. ہم یہ یہ یہ مٹن نہیں کھائیں گے، یہ یہ دودھ نہیں کھائیں گے. اب آپ پریشان. تو چپکے سے فتوے کو واپس لے لیا.</w:t>
      </w:r>
    </w:p>
    <w:p>
      <w:r>
        <w:rPr>
          <w:b/>
        </w:rPr>
        <w:t xml:space="preserve">[33:56] </w:t>
      </w:r>
      <w:r>
        <w:t>yeh nahin kaha ki hum us waqt diwane the ki hum ne fatwe diye aise. ab sab log vahi Denmark ke jo bani hui cheezen kha rahe hain. vahin ka cheez, vahin ka maitan, vahin ka doodh. to yaad rakhiye is duniya mein ko Khuda ne haq par qaim kiya hai, haq par. yaani haqeeqat par.</w:t>
      </w:r>
    </w:p>
    <w:p>
      <w:pPr>
        <w:jc w:val="right"/>
      </w:pPr>
      <w:r>
        <w:t>یہ نہیں کہا کہ ہم اس وقت دیوانے تھے کہ ہم نے فتوے دیئے ایسے. اب سب لوگ وہی ڈنمارک کے جو بنی ہوئی چیزیں کھا رہے ہیں. وہیں کا چیز، وہیں کا مٹن، وہیں کا دودھ. تو یاد رکھیے اس دنیا میں کو خدا نے حق پر قائم کیا ہے، حق پر. یعنی حقیقت پر.</w:t>
      </w:r>
    </w:p>
    <w:p>
      <w:r>
        <w:rPr>
          <w:b/>
        </w:rPr>
        <w:t xml:space="preserve">[34:22] </w:t>
      </w:r>
      <w:r>
        <w:t>to aap ke liye aik hi option hai woh hai haqeeqat pasand approach. agar aap aisa nahi karenge to aap ko double standard banna padega, double standard. jis ko munafiq kaha jata hai. ke dil mein to samjhein ke yeh galat hai lekin wohi usi ko karein phir. wohi karte rahein.</w:t>
      </w:r>
    </w:p>
    <w:p>
      <w:pPr>
        <w:jc w:val="right"/>
      </w:pPr>
      <w:r>
        <w:t>تو آپ کے لیے ایک ہی آپشن ہے وہ ہے حقیقت پسند اپروچ. اگر آپ ایسا نہیں کریں گے تو آپ کو ڈبل اسٹینڈرڈ بننا پڑے گا، ڈبل اسٹینڈرڈ. جس کو منافق کہا جاتا ہے. کہ دل میں تو سمجھیں کہ یہ غلط ہے لیکن وہی اسی کو کریں پھر. وہی کرتے رہیں.</w:t>
      </w:r>
    </w:p>
    <w:p>
      <w:r>
        <w:rPr>
          <w:b/>
        </w:rPr>
        <w:t xml:space="preserve">[34:45] </w:t>
      </w:r>
      <w:r>
        <w:t>mein Pakistan, America mein jo aur Europe mein jo musalman rehte hain, muslim mulk, mulkon mein aa kar ke. mein aksar un se poochta hoon ke aap yahan kyun aaye? apne mulkon mein aap ki rozi nahi hai kya? yaani woh log yeh aik taraf yeh kehte hain ke Europe jo hai Islam dushman hai, America Islam dushman hai. aur wohin ja kar ke rehte hain. abhi aik sahib ko telephone aaya tha mere paas.</w:t>
      </w:r>
    </w:p>
    <w:p>
      <w:pPr>
        <w:jc w:val="right"/>
      </w:pPr>
      <w:r>
        <w:t>میں پاکستان، امریکہ میں جو اور یورپ میں جو مسلمان رہتے ہیں، مسلم ملک، ملکوں میں آ کر کے. میں اکثر ان سے پوچھتا ہوں کہ آپ یہاں کیوں آئے؟ اپنے ملکوں میں آپ کی روزی نہیں ہے کیا؟ یعنی وہ لوگ یہ ایک طرف یہ کہتے ہیں کہ یورپ جو ہے اسلام دشمن ہے، امریکہ اسلام دشمن ہے. اور وہیں جا کر کے رہتے ہیں. ابھی ایک صاحب کو ٹیلی فون آیا تھا میرے پاس.</w:t>
      </w:r>
    </w:p>
    <w:p>
      <w:r>
        <w:rPr>
          <w:b/>
        </w:rPr>
        <w:t xml:space="preserve">[35:15] </w:t>
      </w:r>
      <w:r>
        <w:t>to mein ne kaha ke aap log wahan rehte hain, yeh to aap logon ke haram hai woh haram. kaha woh kaise? aap kehte hain ke yeh yeh saare mulk jo hain Islam dushman hain. salibi jang ke baad se yeh dushman ban chuke hain. America dushman hai, Europe dushman hai. to dushman mulk se to hijrat farz ho jati hai. aap fiqh mein parh lijiye. agar aap yeh kahein ke yeh mulk dushman hai Islam ka.</w:t>
      </w:r>
    </w:p>
    <w:p>
      <w:pPr>
        <w:jc w:val="right"/>
      </w:pPr>
      <w:r>
        <w:t>تو میں نے کہا کہ آپ لوگ وہاں رہتے ہیں، یہ تو آپ لوگوں کے حرام ہے وہ حرام. کہا وہ کیسے؟ آپ کہتے ہیں کہ یہ یہ سارے ملک جو ہیں اسلام دشمن ہیں. صلیبی جنگ کے بعد سے یہ دشمن بن چکے ہیں. امریکہ دشمن ہے، یورپ دشمن ہے. تو دشمن ملک سے تو ہجرت فرض ہو جاتی ہے. آپ فقہ میں پڑھ لیجیے. اگر آپ یہ کہیں کہ یہ ملک دشمن ہے اسلام کا.</w:t>
      </w:r>
    </w:p>
    <w:p>
      <w:r>
        <w:rPr>
          <w:b/>
        </w:rPr>
        <w:t xml:space="preserve">[35:44] </w:t>
      </w:r>
      <w:r>
        <w:t>to aap par farz ho jata hai ke is se hijrat kar ke aap wapas jayein apne mulk mein. to aik taraf to yeh bhi kehte hain ke woh dushman hai. aur doosri taraf woh ja kar khate kamate bhi hain. isi ka naam munafqat hai, isi ka naam hai double standard, isi ka naam hai tajruba. to aap ko dealing karna padega.</w:t>
      </w:r>
    </w:p>
    <w:p>
      <w:pPr>
        <w:jc w:val="right"/>
      </w:pPr>
      <w:r>
        <w:t>تو آپ پر فرض ہو جاتا ہے کہ اس سے ہجرت کر کے آپ واپس جائیں اپنے ملک میں. تو ایک طرف تو یہ بھی کہتے ہیں کہ وہ دشمن ہے. اور دوسری طرف وہ جا کر کھاتے کماتے بھی ہیں. اسی کا نام منافقت ہے، اسی کا نام ہے ڈبل اسٹینڈرڈ، اسی کا نام ہے تجربہ. تو آپ کو ڈیلنگ کرنا پڑے گا.</w:t>
      </w:r>
    </w:p>
    <w:p>
      <w:r>
        <w:rPr>
          <w:b/>
        </w:rPr>
        <w:t xml:space="preserve">[36:11] </w:t>
      </w:r>
      <w:r>
        <w:t>abhi dekhiye Gujarat mein aik aik hua tha, abhi pichle mahine aik. vibrant Gujarat. vibrant Gujarat. to Gujarat ki leadership ne dawat di dunya bhar ke logon ko ke yahan سرمایہ کاری kijiye. yaani Gujarat mein woh chahte hain ke log سرمایہ کاری karein, wahan taraqqi ho. wahan ki maeeshat barhe.</w:t>
      </w:r>
    </w:p>
    <w:p>
      <w:pPr>
        <w:jc w:val="right"/>
      </w:pPr>
      <w:r>
        <w:t>ابھی دیکھیے گجرات میں ایک ایک ہوا تھا، ابھی پچھلے مہینے ایک. وائبرنٹ گجرات. وائبرنٹ گجرات. تو گجرات کی لیڈرشپ نے دعوت دی دنیا بھر کے لوگوں کو کہ یہاں سرمایہ کاری کیجیے. یعنی گجرات میں وہ چاہتے ہیں کہ لوگ سرمایہ کاری کریں، وہاں ترقی ہو. وہاں کی معیشت بڑھے.</w:t>
      </w:r>
    </w:p>
    <w:p>
      <w:r>
        <w:rPr>
          <w:b/>
        </w:rPr>
        <w:t xml:space="preserve">[36:40] </w:t>
      </w:r>
      <w:r>
        <w:t>to bohat se mulkon ke log aaye. Arab mulkon mein saat mulkon ke log aaye, saat. saat Arab mulkon ke log. to mein ne bohat se akhbaron mein parha. ke bohat sharm ki baat hai ke jahan firqa warana fasaad hue the, jahan musalmanon ko mara gaya tha. wahan aap ja kar ke is mein shareek ho rahe hain, yeh hai woh. dekhiye yeh bilkul deewanon ki baatein hain.</w:t>
      </w:r>
    </w:p>
    <w:p>
      <w:pPr>
        <w:jc w:val="right"/>
      </w:pPr>
      <w:r>
        <w:t>تو بہت سے ملکوں کے لوگ آئے. عرب ملکوں میں سات ملکوں کے لوگ آئے، سات. سات عرب ملکوں کے لوگ. تو میں نے بہت سے اخباروں میں پڑھا. کہ بہت شرم کی بات ہے کہ جہاں فرقہ وارانہ فساد ہوئے تھے، جہاں مسلمانوں کو مارا گیا تھا. وہاں آپ جا کر کے اس میں شریک ہو رہے ہیں، یہ ہے وہ. دیکھیے یہ بالکل دیوانوں کی باتیں ہیں.</w:t>
      </w:r>
    </w:p>
    <w:p>
      <w:r>
        <w:rPr>
          <w:b/>
        </w:rPr>
        <w:t xml:space="preserve">[37:10] </w:t>
      </w:r>
      <w:r>
        <w:t>aap ko dekhiye dealking policy ikhtiyar karni padegi. kyun ke haqeeqat pasandana policy yahi hai. ke maeeshat ke jo masail hain, eqtissadiyat ke jo masail hain, woh alag kijiye, aqeeday ko alag kijiye. aap ko dealking between aqeedah aur maeeshat. is ko jaiz najais mat chalaiye wahan par.</w:t>
      </w:r>
    </w:p>
    <w:p>
      <w:pPr>
        <w:jc w:val="right"/>
      </w:pPr>
      <w:r>
        <w:t>آپ کو دیکھیے ڈیلیکنگ پالیسی اختیار کرنی پڑے گی. کیونکہ حقیقت پسندانہ پالیسی یہی ہے. کہ معیشت کے جو مسائل ہیں، اقتصادیات کے جو مسائل ہیں، وہ الگ کیجیے، عقیدے کو الگ کیجیے. آپ کو ڈیلیک بٹوین عقیدہ اور معیشت. اس کو جائز ناجائز مت چلائیے وہاں پر.</w:t>
      </w:r>
    </w:p>
    <w:p>
      <w:r>
        <w:rPr>
          <w:b/>
        </w:rPr>
        <w:t xml:space="preserve">[37:38] </w:t>
      </w:r>
      <w:r>
        <w:t>mein ne kaha hoga ab aap ko munafiq banna padega. aik taraf aap kahein ke America jo hai Islam dushman hai. aap ka beta kahe ke mein to America jaunga. subah shaam shor machayega ghar ke andar. to maa kahegi bhai beta bohat chahta hai, us ko bhej do America. to aap America bhej denge.</w:t>
      </w:r>
    </w:p>
    <w:p>
      <w:pPr>
        <w:jc w:val="right"/>
      </w:pPr>
      <w:r>
        <w:t>میں نے کہا ہوگا اب آپ کو منافق بننا پڑے گا. ایک طرف آپ کہیں کہ امریکہ جو ہے اسلام دشمن ہے. آپ کا بیٹا کہے کہ میں تو امریکہ جاؤں گا. صبح شام شور مچائے گا گھر کے اندر. تو ماں کہے گی بھائی بیٹا بہت چاہتا ہے، اس کو بھیج دو امریکہ. تو آپ امریکہ بھیج دیں گے.</w:t>
      </w:r>
    </w:p>
    <w:p>
      <w:r>
        <w:rPr>
          <w:b/>
        </w:rPr>
        <w:t xml:space="preserve">[38:01] </w:t>
      </w:r>
      <w:r>
        <w:t>saari dunya mein yahi ho raha hai ke jin mulkon ko dushman qarar diye gaye hain, usi mulkon mein apne bete betiyon ko bhejte hain. apne bete damad ko wahan bhejte hain, kyun? aap afford nahi kar sakte aap apne bete ko se takrao ko. to yeh hai munafqat.</w:t>
      </w:r>
    </w:p>
    <w:p>
      <w:pPr>
        <w:jc w:val="right"/>
      </w:pPr>
      <w:r>
        <w:t>ساری دنیا میں یہی ہو رہا ہے کہ جن ملکوں کو دشمن قرار دیے گئے ہیں، اسی ملکوں میں اپنے بیٹے بیٹیوں کو بھیجتے ہیں. اپنے بیٹے داماد کو وہاں بھیجتے ہیں، کیوں؟ آپ افورڈ نہیں کر سکتے آپ اپنے بیٹے کو سے ٹکراؤ کو. تو یہ ہے منافقت.</w:t>
      </w:r>
    </w:p>
    <w:p>
      <w:r>
        <w:rPr>
          <w:b/>
        </w:rPr>
        <w:t xml:space="preserve">[38:26] </w:t>
      </w:r>
      <w:r>
        <w:t>to cheez kya hai? aql logon ne. abhi aik mera aik article chupa tha is mein. Bangalore ka aik parcha hai Islamic whites, is ka naam hai. to is mein mein ne aik qissa likha tha woh, is mein aap parh sakte hain. Hazrat Musa علیہ السلام jo the, Yahood mein aaye, Bani Israel mein aaye woh.</w:t>
      </w:r>
    </w:p>
    <w:p>
      <w:pPr>
        <w:jc w:val="right"/>
      </w:pPr>
      <w:r>
        <w:t>تو چیز کیا ہے؟ عقل لوگوں نے. ابھی ایک میرا ایک آرٹیکل چھپا تھا اس میں. بنگلور کا ایک پرچہ ہے اسلامک وائٹس، اس کا نام ہے. تو اس میں میں نے ایک قصہ لکھا تھا وہ، اس میں آپ پڑھ سکتے ہیں. حضرت موسیٰ علیہ السلام جو تھے، یہود میں آئے، بنی اسرائیل میں آئے وہ.</w:t>
      </w:r>
    </w:p>
    <w:p>
      <w:r>
        <w:rPr>
          <w:b/>
        </w:rPr>
        <w:t xml:space="preserve">[38:53] </w:t>
      </w:r>
      <w:r>
        <w:t>bohat baray paighambar the woh. to unhone mujh se dua ki Allah taala se, yeh Israeli riwayat mein likha hua hai Talboot mein. ke khuda ya meri qom se har cheez cheen lena magar aql mat cheenna. to Allah taala ne farmaya ke aye Musa. jab hum ko cheenna ho, jab hum ko kisi qom se cheenna hota hai to hum sab se pehle aql hi to cheente hain.</w:t>
      </w:r>
    </w:p>
    <w:p>
      <w:pPr>
        <w:jc w:val="right"/>
      </w:pPr>
      <w:r>
        <w:t>بہت بڑے پیغمبر تھے وہ. تو انہوں نے مجھ سے دعا کی اللہ تعالیٰ سے، یہ اسرائیلی روایات میں لکھا ہوا ہے طالبوط میں. کہ خدایا میری قوم سے ہر چیز چھین لینا مگر عقل مت چھیننا. تو اللہ تعالیٰ نے فرمایا کہ اے موسیٰ. جب ہم کو چھیننا ہو، جب ہم کو کسی قوم سے چھیننا ہوتا ہے تو ہم سب سے پہلے عقل ہی تو چھینتے ہیں.</w:t>
      </w:r>
    </w:p>
    <w:p>
      <w:r>
        <w:rPr>
          <w:b/>
        </w:rPr>
        <w:t xml:space="preserve">[39:23] </w:t>
      </w:r>
      <w:r>
        <w:t>logon se aql chheen gayi hai. log samajhte nahi ke aisa موقف lena jo mumkin hi na ho, jo qabil amal na ho. jis ki qabliyat na ho. to is ka kya hoga aakhir mein? aap munafiq ban jayenge aap. kyun jab aap ko dekhenge aap ke mera karobar nahi chal raha hai, mera job khatam ho raha hai. mere bachche chala rahe hain, mera ghar nahi ban raha hai.</w:t>
      </w:r>
    </w:p>
    <w:p>
      <w:pPr>
        <w:jc w:val="right"/>
      </w:pPr>
      <w:r>
        <w:t>لوگوں سے عقل چھن گئی ہے. لوگ سمجھتے نہیں کہ ایسا موقف لینا جو ممکن ہی نہ ہو، جو قابل عمل نہ ہو. جس کی قابلیت نہ ہو. تو اس کا کیا ہوگا آخر میں؟ آپ منافق بن جائیں گے آپ. کیوں جب آپ کو دیکھیں گے آپ کے میرا کاروبار نہیں چل رہا ہے، میرا جاب ختم ہو رہا ہے. میرے بچے چلا رہے ہیں، میرا گھر نہیں بن رہا ہے.</w:t>
      </w:r>
    </w:p>
    <w:p>
      <w:r>
        <w:rPr>
          <w:b/>
        </w:rPr>
        <w:t xml:space="preserve">[39:50] </w:t>
      </w:r>
      <w:r>
        <w:t>to aap us ko galat mante hue, haram mante hue phir wohi wohi karenge aap isi kaam ko. yahi saari dunya mein ho raha hai aaj kal. to kyun har cheez ko haram batate ho? yeh be aqli hai, be samjhi hai.</w:t>
      </w:r>
    </w:p>
    <w:p>
      <w:pPr>
        <w:jc w:val="right"/>
      </w:pPr>
      <w:r>
        <w:t>تو آپ اس کو غلط مانتے ہوئے، حرام مانتے ہوئے پھر وہی وہی کریں گے آپ اسی کام کو. یہی ساری دنیا میں ہو رہا ہے آج کل. تو کیوں ہر چیز کو حرام بتاتے ہو؟ یہ بے عقلی ہے، بے سمجھی ہے.</w:t>
      </w:r>
    </w:p>
    <w:p>
      <w:r>
        <w:rPr>
          <w:b/>
        </w:rPr>
        <w:t xml:space="preserve">[40:09] </w:t>
      </w:r>
      <w:r>
        <w:t>Islam mein dekhiye bohat bari aik aik bohat bari aik taleem hai jis ko mein kehta hoon dealking policy mein jis ko keh raha hoon yeh Islam ki taleem hai, bohat bari taleem hai. aap para am mein parhiye. do suratein. alam tara kaifa fa'ala rabbuka bi ashabil feel. alam yaj'al kahdahum fi tadleel. wa arsala 'alayhim tayran ababeel. tarmihim bi hijaratim min sijjeel. faja'alahum ka'asfim ma'kul.</w:t>
      </w:r>
    </w:p>
    <w:p>
      <w:pPr>
        <w:jc w:val="right"/>
      </w:pPr>
      <w:r>
        <w:t>اسلام میں دیکھیے بہت بڑی ایک ایک بہت بڑی ایک تعلیم ہے جس کو میں کہتا ہوں ڈیلینکنگ پالیسی میں جس کو کہہ رہا ہوں یہ اسلام کی تعلیم ہے، بہت بڑی تعلیم ہے. آپ پارہ اَم میں پڑھیے. دو سورتیں. علمت لک فالربک واصحاب الفیل. علم یجعل قدم فی تذلیل. وارسل علیہم تیرہ نوابیل. ترمہم بحجارت من سجیل. فجعلهم قاصف معقول.</w:t>
      </w:r>
    </w:p>
    <w:p>
      <w:r>
        <w:rPr>
          <w:b/>
        </w:rPr>
        <w:t xml:space="preserve">[40:39] </w:t>
      </w:r>
      <w:r>
        <w:t>is ke foran baad aati hai yeh surah. li'ilafi quraish. ilafihim rihlatash-shi'ta'i was-saif. faly'abudu rabba hadhal-bait. alladhi at'amahum min ju'in wa amana hum min khawf. is mein bataya gaya hai. ke Allah taala ne wahan aise halaat paida kiye ke Quraish ki tijarat chalti rahe. Quraish saal mein do baar safar karte the Sham ka. tijarti safar.</w:t>
      </w:r>
    </w:p>
    <w:p>
      <w:pPr>
        <w:jc w:val="right"/>
      </w:pPr>
      <w:r>
        <w:t>اس کے فوراً بعد آتی ہے یہ سورہ. لیلا فی قریش. الیٰ فہم رحلة الشتاء والصيف. فلیعبدوا ربہذا البیت. الذی اطعمہم من جو وآمنوا من خوف. اس میں بتایا گیا ہے. کہ اللہ تعالیٰ نے وہاں ایسے حالات پیدا کیے کہ قریش کی تجارت چلتی رہے. قریش سال میں دو بار سفر کرتے تھے شام کا. تجارتی سفر.</w:t>
      </w:r>
    </w:p>
    <w:p>
      <w:r>
        <w:rPr>
          <w:b/>
        </w:rPr>
        <w:t xml:space="preserve">[41:09] </w:t>
      </w:r>
      <w:r>
        <w:t>to yeh Quraish kaun the? Allah taala ne kaha ke hum ne tum ko aman diya, pes diya. aur Abrah ka lashkar ko khatam kiya. taake tumhara jo sargarmiyan hain karobar ki woh chalti rahein. yaani un par yeh ehsan jataya Allah taala ne.</w:t>
      </w:r>
    </w:p>
    <w:p>
      <w:pPr>
        <w:jc w:val="right"/>
      </w:pPr>
      <w:r>
        <w:t>تو یہ قریش کون تھے؟ اللہ تعالیٰ نے کہا کہ ہم نے تم کو امن دیا، پیس دیا. اور ابراہ کے لشکر کو ختم کیا. تاکہ تمہارا جو سرگرمیاں ہیں کاروبار کی وہ چلتی رہیں. یعنی ان پر یہ احسان جتایا اللہ تعالیٰ نے.</w:t>
      </w:r>
    </w:p>
    <w:p>
      <w:r>
        <w:rPr>
          <w:b/>
        </w:rPr>
        <w:t xml:space="preserve">[41:33] </w:t>
      </w:r>
      <w:r>
        <w:t>ke abrah ke lashkar ko hum ne khatm kiya taake tumhara jo sargarmian hain karobar ki aur tijarat ki.</w:t>
      </w:r>
    </w:p>
    <w:p>
      <w:pPr>
        <w:jc w:val="right"/>
      </w:pPr>
      <w:r>
        <w:t>کہ ابراہ کے لشکر کو ہم نے ختم کیا تاکہ تمہارا جو سرگرمیاں ہیں کاروبار کی اور تجارت کی.</w:t>
      </w:r>
    </w:p>
    <w:p>
      <w:r>
        <w:rPr>
          <w:b/>
        </w:rPr>
        <w:t xml:space="preserve">[41:38] </w:t>
      </w:r>
      <w:r>
        <w:t>woh is mein koi yani khalal na ho.</w:t>
      </w:r>
    </w:p>
    <w:p>
      <w:pPr>
        <w:jc w:val="right"/>
      </w:pPr>
      <w:r>
        <w:t>وہ اس میں کوئی یعنی خلل نہ ہو.</w:t>
      </w:r>
    </w:p>
    <w:p>
      <w:r>
        <w:rPr>
          <w:b/>
        </w:rPr>
        <w:t xml:space="preserve">[41:43] </w:t>
      </w:r>
      <w:r>
        <w:t>lekin yeh quraish kaun thay yeh? yeh quraish wohi thay jo but parasti raaij kar rakhi thi wahan</w:t>
      </w:r>
    </w:p>
    <w:p>
      <w:pPr>
        <w:jc w:val="right"/>
      </w:pPr>
      <w:r>
        <w:t>لیکن یہ قریش کون تھے یہ؟ یہ قریش وہی تھے جو بت پرستی رائج کر رکھی تھی وہاں</w:t>
      </w:r>
    </w:p>
    <w:p>
      <w:r>
        <w:rPr>
          <w:b/>
        </w:rPr>
        <w:t xml:space="preserve">[41:48] </w:t>
      </w:r>
      <w:r>
        <w:t>par unhon ne.</w:t>
      </w:r>
    </w:p>
    <w:p>
      <w:pPr>
        <w:jc w:val="right"/>
      </w:pPr>
      <w:r>
        <w:t>پر انہوں نے.</w:t>
      </w:r>
    </w:p>
    <w:p>
      <w:r>
        <w:rPr>
          <w:b/>
        </w:rPr>
        <w:t xml:space="preserve">[41:53] </w:t>
      </w:r>
      <w:r>
        <w:t>kaaba mein but rakh rakhe thay unhon ne.</w:t>
      </w:r>
    </w:p>
    <w:p>
      <w:pPr>
        <w:jc w:val="right"/>
      </w:pPr>
      <w:r>
        <w:t>کعبہ میں بت رکھ رکھے تھے انہوں نے.</w:t>
      </w:r>
    </w:p>
    <w:p>
      <w:r>
        <w:rPr>
          <w:b/>
        </w:rPr>
        <w:t xml:space="preserve">[41:58] </w:t>
      </w:r>
      <w:r>
        <w:t>yani but parasti ke imam bane hue thay woh.</w:t>
      </w:r>
    </w:p>
    <w:p>
      <w:pPr>
        <w:jc w:val="right"/>
      </w:pPr>
      <w:r>
        <w:t>یعنی بت پرستی کے امام بنے ہوئے تھے وہ.</w:t>
      </w:r>
    </w:p>
    <w:p>
      <w:r>
        <w:rPr>
          <w:b/>
        </w:rPr>
        <w:t xml:space="preserve">[42:04] </w:t>
      </w:r>
      <w:r>
        <w:t>aur yeh waqea hua hai jo yaani is se pehle, yaani Islamization se pehle hua yeh waqea. abhi Arab ka Islamization nahi hua tha. to is mani mein ke Allah taala ne dealing kiya. un ki un ke jo karobar ko alag kiya. un ki maeeshi sargarmiyon ko alag kiya. aur woh jo but parasti kar rahe the un ko alag kiya. to Islam mein yeh usool hai.</w:t>
      </w:r>
    </w:p>
    <w:p>
      <w:pPr>
        <w:jc w:val="right"/>
      </w:pPr>
      <w:r>
        <w:t>اور یہ واقعہ ہوا ہے جو یعنی اس سے پہلے، یعنی اسلامائزیشن سے پہلے ہوا یہ واقعہ. ابھی عرب کا اسلامائزیشن نہیں ہوا تھا. تو اس معنی میں کہ اللہ تعالیٰ نے ڈیلنگ کیا. ان کی ان کے جو کاروبار کو الگ کیا. ان کی معاشی سرگرمیوں کو الگ کیا. اور وہ جو بت پرستی کر رہے تھے ان کو الگ کیا. تو اسلام میں یہ اصول ہے.</w:t>
      </w:r>
    </w:p>
    <w:p>
      <w:r>
        <w:rPr>
          <w:b/>
        </w:rPr>
        <w:t xml:space="preserve">[42:34] </w:t>
      </w:r>
      <w:r>
        <w:t>ke aqeedah alag cheez hai, eqtissadiyat alag cheez hai. aqeedah alag cheez hai aur aur yeh karobar hai, sanat hai, yeh alag cheez hai. kyun alag kiya Allah taala ne? kyun alag? aap na karenge to aap munafiq ban jayenge. koi dunya mein aisa nahi hai. jo apni tijarat ko, apne karobar ko maar de. apni sanat ko tabah kare.</w:t>
      </w:r>
    </w:p>
    <w:p>
      <w:pPr>
        <w:jc w:val="right"/>
      </w:pPr>
      <w:r>
        <w:t>کہ عقیدہ الگ چیز ہے، اقتصادیات الگ چیز ہے. عقیدہ الگ چیز ہے اور اور یہ کاروبار ہے، صنعت ہے، یہ الگ چیز ہے. کیوں الگ کیا اللہ تعالیٰ نے؟ کیوں الگ؟ آپ نہ کریں گے تو آپ منافق بن جائیں گے. کوئی دنیا میں ایسا نہیں ہے. جو اپنی تجارت کو، اپنے کاروبار کو مار دے. اپنی صنعت کو تباہ کرے.</w:t>
      </w:r>
    </w:p>
    <w:p>
      <w:r>
        <w:rPr>
          <w:b/>
        </w:rPr>
        <w:t xml:space="preserve">[43:02] </w:t>
      </w:r>
      <w:r>
        <w:t>apni naukri ko khatm kar de.</w:t>
      </w:r>
    </w:p>
    <w:p>
      <w:pPr>
        <w:jc w:val="right"/>
      </w:pPr>
      <w:r>
        <w:t>اپنی نوکری کو ختم کر دے.</w:t>
      </w:r>
    </w:p>
    <w:p>
      <w:r>
        <w:rPr>
          <w:b/>
        </w:rPr>
        <w:t xml:space="preserve">[43:05] </w:t>
      </w:r>
      <w:r>
        <w:t>apne bachon ke mustaqbil ko tabah kar de, kaun aisa karega? is liye Allah taala ne is</w:t>
      </w:r>
    </w:p>
    <w:p>
      <w:pPr>
        <w:jc w:val="right"/>
      </w:pPr>
      <w:r>
        <w:t>اپنے بچوں کے مستقبل کو تباہ کر دے، کون ایسا کرے گا؟ اس لیے اللہ تعالیٰ نے اس</w:t>
      </w:r>
    </w:p>
    <w:p>
      <w:r>
        <w:rPr>
          <w:b/>
        </w:rPr>
        <w:t xml:space="preserve">[43:08] </w:t>
      </w:r>
      <w:r>
        <w:t>ko chhod diya.</w:t>
      </w:r>
    </w:p>
    <w:p>
      <w:pPr>
        <w:jc w:val="right"/>
      </w:pPr>
      <w:r>
        <w:t>کو چھوڑ دیا.</w:t>
      </w:r>
    </w:p>
    <w:p>
      <w:r>
        <w:rPr>
          <w:b/>
        </w:rPr>
        <w:t xml:space="preserve">[43:11] </w:t>
      </w:r>
      <w:r>
        <w:t>yani is par.</w:t>
      </w:r>
    </w:p>
    <w:p>
      <w:pPr>
        <w:jc w:val="right"/>
      </w:pPr>
      <w:r>
        <w:t>یعنی اس پر.</w:t>
      </w:r>
    </w:p>
    <w:p>
      <w:r>
        <w:rPr>
          <w:b/>
        </w:rPr>
        <w:t xml:space="preserve">[43:14] </w:t>
      </w:r>
      <w:r>
        <w:t>aadmi ke upar.</w:t>
      </w:r>
    </w:p>
    <w:p>
      <w:pPr>
        <w:jc w:val="right"/>
      </w:pPr>
      <w:r>
        <w:t>آدمی کے اوپر.</w:t>
      </w:r>
    </w:p>
    <w:p>
      <w:r>
        <w:rPr>
          <w:b/>
        </w:rPr>
        <w:t xml:space="preserve">[43:18] </w:t>
      </w:r>
      <w:r>
        <w:t>ke jismein tum ko faida ho aisa karo.</w:t>
      </w:r>
    </w:p>
    <w:p>
      <w:pPr>
        <w:jc w:val="right"/>
      </w:pPr>
      <w:r>
        <w:t>کہ جس میں تم کو فائدہ ہو ایسا کرو.</w:t>
      </w:r>
    </w:p>
    <w:p>
      <w:r>
        <w:rPr>
          <w:b/>
        </w:rPr>
        <w:t xml:space="preserve">[43:21] </w:t>
      </w:r>
      <w:r>
        <w:t>jismein tum ko faida ho aisa karo.</w:t>
      </w:r>
    </w:p>
    <w:p>
      <w:pPr>
        <w:jc w:val="right"/>
      </w:pPr>
      <w:r>
        <w:t>جس میں تم کو فائدہ ہو ایسا کرو.</w:t>
      </w:r>
    </w:p>
    <w:p>
      <w:r>
        <w:rPr>
          <w:b/>
        </w:rPr>
        <w:t xml:space="preserve">[43:24] </w:t>
      </w:r>
      <w:r>
        <w:t>lekin aqeeday ke maamle mein, ibadat ke maamle mein.</w:t>
      </w:r>
    </w:p>
    <w:p>
      <w:pPr>
        <w:jc w:val="right"/>
      </w:pPr>
      <w:r>
        <w:t>لیکن عقیدے کے معاملے میں، عبادت کے معاملے میں.</w:t>
      </w:r>
    </w:p>
    <w:p>
      <w:r>
        <w:rPr>
          <w:b/>
        </w:rPr>
        <w:t xml:space="preserve">[43:27] </w:t>
      </w:r>
      <w:r>
        <w:t>aur akhlaq ke maamle mein.</w:t>
      </w:r>
    </w:p>
    <w:p>
      <w:pPr>
        <w:jc w:val="right"/>
      </w:pPr>
      <w:r>
        <w:t>اور اخلاق کے معاملے میں.</w:t>
      </w:r>
    </w:p>
    <w:p>
      <w:r>
        <w:rPr>
          <w:b/>
        </w:rPr>
        <w:t xml:space="preserve">[43:30] </w:t>
      </w:r>
      <w:r>
        <w:t>pabandiyan laga di ke yahan tum ko maanna padega.</w:t>
      </w:r>
    </w:p>
    <w:p>
      <w:pPr>
        <w:jc w:val="right"/>
      </w:pPr>
      <w:r>
        <w:t>پابندیاں لگا دی کہ یہاں تم کو ماننا پڑے گا.</w:t>
      </w:r>
    </w:p>
    <w:p>
      <w:r>
        <w:rPr>
          <w:b/>
        </w:rPr>
        <w:t xml:space="preserve">[43:34] </w:t>
      </w:r>
      <w:r>
        <w:t>yaani aqeeday ke mamle mein dabao. aur. aur maeeshi sargarmiyon ke maeni mein azadi. yeh hai dealking policy. to ab Gujarat mein jo hua tha. is ka aqeeday se kya ta'alluq? ab Arabon ke paas bohat paisa hai. pehle woh apne paise lagate the America mein. wahan ke aap jante hain economy shutter ho rahi hai. to wahan سرمایہ کاری nahi karna chahte woh.</w:t>
      </w:r>
    </w:p>
    <w:p>
      <w:pPr>
        <w:jc w:val="right"/>
      </w:pPr>
      <w:r>
        <w:t>یعنی عقیدے کے معاملے میں دباؤ. اور. اور معاشی سرگرمیوں کے معنی میں آزادی. یہ ہے ڈیلینکنگ پالیسی. تو اب گجرات میں جو ہوا تھا. اس کا عقیدے سے کیا تعلق؟ اب عربوں کے پاس بہت پیسہ ہے. پہلے وہ اپنے پیسے لگاتے تھے امریکہ میں. وہاں کے آپ جانتے ہیں اکانومی شٹر ہو رہی ہے. تو وہاں سرمایہ کاری نہیں کرنا چاہتے وہ.</w:t>
      </w:r>
    </w:p>
    <w:p>
      <w:r>
        <w:rPr>
          <w:b/>
        </w:rPr>
        <w:t xml:space="preserve">[44:04] </w:t>
      </w:r>
      <w:r>
        <w:t>to aap kahan le jayein apne paise ko? un ke paas jo paisa hai kahin na kahin سرمایہ کاری karna hai un ko. aur wahan ki economy aap jante hain tabah hai. England ki economy bohat bura haal hai England ki economy ka. America ki economy ka bura haal hai to سرمایہ کاری kahan karein woh apne paise ka? to un ko dikhaya gaya ke Gujarat mein karein, India mein karein.</w:t>
      </w:r>
    </w:p>
    <w:p>
      <w:pPr>
        <w:jc w:val="right"/>
      </w:pPr>
      <w:r>
        <w:t>تو آپ کہاں لے جائیں اپنے پیسے کو؟ ان کے پاس جو پیسہ ہے کہیں نہ کہیں سرمایہ کاری کرنا ہے ان کو. اور وہاں کی اکانومی آپ جانتے ہیں تباہ ہے. انگلینڈ کی اکانومی بہت برا حال ہے انگلینڈ کی اکانومی کا. امریکہ کی اکانومی کا برا حال ہے تو سرمایہ کاری کہاں کریں وہ اپنے پیسے کا؟ تو ان کو دکھایا گیا کہ گجرات میں کریں، انڈیا میں کریں.</w:t>
      </w:r>
    </w:p>
    <w:p>
      <w:r>
        <w:rPr>
          <w:b/>
        </w:rPr>
        <w:t xml:space="preserve">[44:30] </w:t>
      </w:r>
      <w:r>
        <w:t>to is ko aap aqeeday ka masla kyun banate hain? baqayda aap ne dekha hoga hamare musalmanon ke akhbaron mein chupa hai. ke bohat sharmnak hai ke yahan musalman mulkon ke log aaye aur wahan par unhone is mein shareek hua. jahan ke Modi jis ka chief wazir-e-azam hai aur Modi ke khoon aur Modi ke haath ragahe hue hain. Modi chand saal ke liye hai. Gujarat to mustaqil rahega.</w:t>
      </w:r>
    </w:p>
    <w:p>
      <w:pPr>
        <w:jc w:val="right"/>
      </w:pPr>
      <w:r>
        <w:t>تو اس کو آپ عقیدے کا مسئلہ کیوں بناتے ہیں؟ باقاعدہ آپ نے دیکھا ہوگا ہمارے مسلمانوں کے اخباروں میں چھپا ہے. کہ بہت شرمناک ہے کہ یہاں مسلمان ملکوں کے لوگ آئے اور وہاں پر انہوں نے اس میں شریک ہوا. جہاں کے مودی جس کا چیف وزیر اعظم ہے اور مودی کے خون اور مودی کے ہاتھ رگڑے ہوئے ہیں. مودی چند سال کے لیے ہے. گجرات تو مستقل رہے گا.</w:t>
      </w:r>
    </w:p>
    <w:p>
      <w:r>
        <w:rPr>
          <w:b/>
        </w:rPr>
        <w:t xml:space="preserve">[44:58] </w:t>
      </w:r>
      <w:r>
        <w:t>is ka Modi se kya ta'alluq? jamhooriyat mein koi badshahat to hoti nahi. aaj hai kal nahi hai. to jo log aaye wahan se. saat Arab mulkon ke log. woh kisi hukoomat ke liye nahi aaye the woh Gujarat ke liye aaye the, India ke liye aaye the. to mein yeh kehta hoon. ke aap ko.</w:t>
      </w:r>
    </w:p>
    <w:p>
      <w:pPr>
        <w:jc w:val="right"/>
      </w:pPr>
      <w:r>
        <w:t>اس کا مودی سے کیا تعلق؟ جمہوریت میں کوئی بادشاہت تو ہوتی نہیں. آج ہے کل نہیں ہے. تو جو لوگ آئے وہاں سے. سات عرب ملکوں کے لوگ. وہ کسی حکومت کے لیے نہیں آئے تھے وہ گجرات کے لیے آئے تھے، انڈیا کے لیے آئے تھے. تو میں یہ کہتا ہوں. کہ آپ کو.</w:t>
      </w:r>
    </w:p>
    <w:p>
      <w:r>
        <w:rPr>
          <w:b/>
        </w:rPr>
        <w:t xml:space="preserve">[45:26] </w:t>
      </w:r>
      <w:r>
        <w:t>ya to aap dealking policy ikhtiyar karein. ya phir munafiq ban kar marein. yeh doosra option hai. to hamein sab se zyada bara jo kaam karna hai woh reassessment hai. sab se bara jo masla hai woh yeh hai. ke qurbani ki gayi.</w:t>
      </w:r>
    </w:p>
    <w:p>
      <w:pPr>
        <w:jc w:val="right"/>
      </w:pPr>
      <w:r>
        <w:t>یا تو آپ ڈیلینکنگ پالیسی اختیار کریں. یا پھر منافق بن کر مریں. یہ دوسرا آپشن ہے. تو ہمیں سب سے زیادہ بڑا جو کام کرنا ہے وہ ری ایسسمنٹ ہے. سب سے بڑا جو مسئلہ ہے وہ یہ ہے. کہ قربانی کی گئی.</w:t>
      </w:r>
    </w:p>
    <w:p>
      <w:r>
        <w:rPr>
          <w:b/>
        </w:rPr>
        <w:t xml:space="preserve">[45:54] </w:t>
      </w:r>
      <w:r>
        <w:t>arbon kharbon roopiya barbaad kiya gaya. lakhon log mar gaye pichhle so do so saal ke andar. aur nateeja kuch bhi nahin. ek feesad bhi koi nateeja nahin. to sab se bada re assessment ka masla hai. phir se sochne ka masla hai. dobara jaanchne ka masla hai. apna muhasba karne ka masla hai. khud ehtisabi karne ka masla hai.</w:t>
      </w:r>
    </w:p>
    <w:p>
      <w:pPr>
        <w:jc w:val="right"/>
      </w:pPr>
      <w:r>
        <w:t>اربوں کھربوں روپیہ برباد کیا گیا. لاکھوں لوگ مر گئے پچھلے سو دو سو سال کے اندر. اور نتیجہ کچھ بھی نہیں. ایک فیصد بھی کوئی نتیجہ نہیں. تو سب سے بڑا ری ایسسمنٹ کا مسئلہ ہے. پھر سے سوچنے کا مسئلہ ہے. دوبارہ جانچنے کا مسئلہ ہے. اپنا محاسبہ کرنے کا مسئلہ ہے. خود احتسابی کرنے کا مسئلہ ہے.</w:t>
      </w:r>
    </w:p>
    <w:p>
      <w:r>
        <w:rPr>
          <w:b/>
        </w:rPr>
        <w:t xml:space="preserve">[46:24] </w:t>
      </w:r>
      <w:r>
        <w:t>sahaba ke zamane mein ek tareeqa tha, sahaba aur tabeen ke zamane mein. ke quran mein hai ke fi zikrikum, quran mein tumhara zikr hai. quran tumhara zikr hai. to jab koi baat hoti thi to woh quran padhte the woh. dekha hai ke kahan hamara zikr hai. yaani hamare bare mein kahan koi baat kahi gayi hai. maine khuda ke fazl se khud kai baar aisa kiya hai.</w:t>
      </w:r>
    </w:p>
    <w:p>
      <w:pPr>
        <w:jc w:val="right"/>
      </w:pPr>
      <w:r>
        <w:t>صحابہ کے زمانے میں ایک طریقہ تھا، صحابہ اور تابعین کے زمانے میں. کہ قرآن میں ہے کہ فی الذکرکم، قرآن میں تمہارا ذکر ہے. قرآن تمہارا ذکر ہے. تو جب کوئی بات ہوتی تھی تو وہ قرآن پڑھتے تھے وہ. دیکھا ہے کہ کہاں ہمارا ذکر ہے. یعنی ہمارے بارے میں کہاں کوئی بات کہی گئی ہے. میں نے خدا کے فضل سے خود کئی بار ایسا کیا ہے.</w:t>
      </w:r>
    </w:p>
    <w:p>
      <w:r>
        <w:rPr>
          <w:b/>
        </w:rPr>
        <w:t xml:space="preserve">[46:50] </w:t>
      </w:r>
      <w:r>
        <w:t>ke quran padha is liye dhoondne ke liye ke ke jis sawal ka mujhe jawab paana hai woh</w:t>
      </w:r>
    </w:p>
    <w:p>
      <w:pPr>
        <w:jc w:val="right"/>
      </w:pPr>
      <w:r>
        <w:t>کہ قرآن پڑھا اس لیے ڈھونڈنے کے لیے کہ کہ جس سوال کا مجھے جواب پانا ہے وہ</w:t>
      </w:r>
    </w:p>
    <w:p>
      <w:r>
        <w:rPr>
          <w:b/>
        </w:rPr>
        <w:t xml:space="preserve">[46:54] </w:t>
      </w:r>
      <w:r>
        <w:t>woh kahan hai quran majeed mein.</w:t>
      </w:r>
    </w:p>
    <w:p>
      <w:pPr>
        <w:jc w:val="right"/>
      </w:pPr>
      <w:r>
        <w:t>وہ کہاں ہے قرآن مجید میں.</w:t>
      </w:r>
    </w:p>
    <w:p>
      <w:r>
        <w:rPr>
          <w:b/>
        </w:rPr>
        <w:t xml:space="preserve">[46:59] </w:t>
      </w:r>
      <w:r>
        <w:t>to fiz zikr kum, yani quran mein tumhara zikr hai.</w:t>
      </w:r>
    </w:p>
    <w:p>
      <w:pPr>
        <w:jc w:val="right"/>
      </w:pPr>
      <w:r>
        <w:t>تو فی الذکرکم، یعنی قرآن میں تمہارا ذکر ہے.</w:t>
      </w:r>
    </w:p>
    <w:p>
      <w:r>
        <w:rPr>
          <w:b/>
        </w:rPr>
        <w:t xml:space="preserve">[47:04] </w:t>
      </w:r>
      <w:r>
        <w:t>tumhari rehnumai hai, tum ko bataya gaya hai kya karna hai, kya nahi karna hai.</w:t>
      </w:r>
    </w:p>
    <w:p>
      <w:pPr>
        <w:jc w:val="right"/>
      </w:pPr>
      <w:r>
        <w:t>تمہاری رہنمائی ہے، تم کو بتایا گیا ہے کیا کرنا ہے، کیا نہیں کرنا ہے.</w:t>
      </w:r>
    </w:p>
    <w:p>
      <w:r>
        <w:rPr>
          <w:b/>
        </w:rPr>
        <w:t xml:space="preserve">[47:08] </w:t>
      </w:r>
      <w:r>
        <w:t>tumhare masle ka hal hai.</w:t>
      </w:r>
    </w:p>
    <w:p>
      <w:pPr>
        <w:jc w:val="right"/>
      </w:pPr>
      <w:r>
        <w:t>تمہارے مسئلے کا حل ہے.</w:t>
      </w:r>
    </w:p>
    <w:p>
      <w:r>
        <w:rPr>
          <w:b/>
        </w:rPr>
        <w:t xml:space="preserve">[47:13] </w:t>
      </w:r>
      <w:r>
        <w:t>to aaj kal musalman jo shikayat kar rahe hain.</w:t>
      </w:r>
    </w:p>
    <w:p>
      <w:pPr>
        <w:jc w:val="right"/>
      </w:pPr>
      <w:r>
        <w:t>تو آج کل مسلمان جو شکایت کر رہے ہیں.</w:t>
      </w:r>
    </w:p>
    <w:p>
      <w:r>
        <w:rPr>
          <w:b/>
        </w:rPr>
        <w:t xml:space="preserve">[47:18] </w:t>
      </w:r>
      <w:r>
        <w:t>jis masle ko le kar ke woh likhte aur bolte hain.</w:t>
      </w:r>
    </w:p>
    <w:p>
      <w:pPr>
        <w:jc w:val="right"/>
      </w:pPr>
      <w:r>
        <w:t>جس مسئلے کو لے کر کے وہ لکھتے اور بولتے ہیں.</w:t>
      </w:r>
    </w:p>
    <w:p>
      <w:r>
        <w:rPr>
          <w:b/>
        </w:rPr>
        <w:t xml:space="preserve">[47:23] </w:t>
      </w:r>
      <w:r>
        <w:t>ke hum hum ko yeh masla hai, woh masla hai. to sab se pehle aap ko chahiye quran ko padhein. ke log aap ke dushman ho gaye hain, log aap ke khilaf sazishien kar rahe hain. waghera. to sab se pehle aap ko chahiye ke quran ko shuru se aakhir tak padhein, aakhir tak. aur dhoondhein ke kahan quran majeed mein aap ke bare mein koi zikr hai. koi ayat hai, koi rehnumai hai.</w:t>
      </w:r>
    </w:p>
    <w:p>
      <w:pPr>
        <w:jc w:val="right"/>
      </w:pPr>
      <w:r>
        <w:t>کہ ہم ہم کو یہ مسئلہ ہے، وہ مسئلہ ہے. تو سب سے پہلے آپ کو چاہیے قرآن کو پڑھیں. کہ لوگ آپ کے دشمن ہو گئے ہیں، لوگ آپ کے خلاف سازشیں کر رہے ہیں. وغیرہ. تو سب سے پہلے آپ کو چاہیے کہ قرآن کو شروع سے آخر تک پڑھیں، آخر تک. اور ڈھونڈیں کہ کہاں قرآن مجید میں آپ کے بارے میں کوئی ذکر ہے. کوئی آیت ہے، کوئی رہنمائی ہے.</w:t>
      </w:r>
    </w:p>
    <w:p>
      <w:r>
        <w:rPr>
          <w:b/>
        </w:rPr>
        <w:t xml:space="preserve">[47:52] </w:t>
      </w:r>
      <w:r>
        <w:t>to maine khuda ke fazl se aisa kiya hai.</w:t>
      </w:r>
    </w:p>
    <w:p>
      <w:pPr>
        <w:jc w:val="right"/>
      </w:pPr>
      <w:r>
        <w:t>تو میں نے خدا کے فضل سے ایسا کیا ہے.</w:t>
      </w:r>
    </w:p>
    <w:p>
      <w:r>
        <w:rPr>
          <w:b/>
        </w:rPr>
        <w:t xml:space="preserve">[47:58] </w:t>
      </w:r>
      <w:r>
        <w:t>aur mujhe jo ayat milti hai woh ayat kya milti hai? woh ayat milti hai.</w:t>
      </w:r>
    </w:p>
    <w:p>
      <w:pPr>
        <w:jc w:val="right"/>
      </w:pPr>
      <w:r>
        <w:t>اور مجھے جو آیت ملتی ہے وہ آیت کیا ملتی ہے؟ وہ آیت ملتی ہے.</w:t>
      </w:r>
    </w:p>
    <w:p>
      <w:r>
        <w:rPr>
          <w:b/>
        </w:rPr>
        <w:t xml:space="preserve">[48:04] </w:t>
      </w:r>
      <w:r>
        <w:t>ya ayyuhal rasool balagh ma unzila ilaik min rabbika faalam tafal fa ma balaght risalatahu wallahu yaasimuka minan naas.</w:t>
      </w:r>
    </w:p>
    <w:p>
      <w:pPr>
        <w:jc w:val="right"/>
      </w:pPr>
      <w:r>
        <w:t>یا ایہا الرسول بلغ ما انزل الیک من ربک فاعلم تفعل فما بلغت رسالتہ واللہ یاسمک من الناس.</w:t>
      </w:r>
    </w:p>
    <w:p>
      <w:r>
        <w:rPr>
          <w:b/>
        </w:rPr>
        <w:t xml:space="preserve">[48:10] </w:t>
      </w:r>
      <w:r>
        <w:t>yani ismat minan naas ka raaz tabligh ma unzillallah mein hai.</w:t>
      </w:r>
    </w:p>
    <w:p>
      <w:pPr>
        <w:jc w:val="right"/>
      </w:pPr>
      <w:r>
        <w:t>یعنی عصمت من الناس کا راز تبلیغ ما انزل اللہ میں ہے.</w:t>
      </w:r>
    </w:p>
    <w:p>
      <w:r>
        <w:rPr>
          <w:b/>
        </w:rPr>
        <w:t xml:space="preserve">[48:16] </w:t>
      </w:r>
      <w:r>
        <w:t>agar logon ki taraf se tum ko masle aa rahe hain.</w:t>
      </w:r>
    </w:p>
    <w:p>
      <w:pPr>
        <w:jc w:val="right"/>
      </w:pPr>
      <w:r>
        <w:t>اگر لوگوں کی طرف سے تم کو مسئلے آ رہے ہیں.</w:t>
      </w:r>
    </w:p>
    <w:p>
      <w:r>
        <w:rPr>
          <w:b/>
        </w:rPr>
        <w:t xml:space="preserve">[48:23] </w:t>
      </w:r>
      <w:r>
        <w:t>logon ki taraf se tum ko manfi tajrubaat ho rahe hain. logon ki taraf se tumhara dostana ravaiyya nahin hai logon ka tumhare saath. to kya karo? da'wa o work karo. da'wa o work karo. yaani logon ke masle ko hal karne ka tareeqa kya hai? da'ee ban jao. to agar hum yeh quran mein dhoondhte hain.</w:t>
      </w:r>
    </w:p>
    <w:p>
      <w:pPr>
        <w:jc w:val="right"/>
      </w:pPr>
      <w:r>
        <w:t>لوگوں کی طرف سے تم کو منفی تجربات ہو رہے ہیں. لوگوں کی طرف سے تمہارا دوستانہ رویہ نہیں ہے لوگوں کا تمہارے ساتھ. تو کیا کرو؟ دعا و ورک کرو. دعا و ورک کرو. یعنی لوگوں کے مسئلے کو حل کرنے کا طریقہ کیا ہے؟ داعی بن جاؤ. تو اگر ہم یہ قرآن میں ڈھونڈتے ہیں.</w:t>
      </w:r>
    </w:p>
    <w:p>
      <w:r>
        <w:rPr>
          <w:b/>
        </w:rPr>
        <w:t xml:space="preserve">[48:51] </w:t>
      </w:r>
      <w:r>
        <w:t>to karrawai mein siyasat na nikalte, karrawai mein da'wat nikalte. aaj kal musalmanon ke jo juloos ho rahe hain. yaani siyasi juloos. aur siyasi karrawai aur siyasi taqreerein, siyasi stage, siyasi platform. is ke bajaye woh kehte hain ke sab log da'wat mein lag jao. sab log da'wa o work mein lag jao. sab log Allah ke paigham ko phailane mein lag jao.</w:t>
      </w:r>
    </w:p>
    <w:p>
      <w:pPr>
        <w:jc w:val="right"/>
      </w:pPr>
      <w:r>
        <w:t>تو کارروائی میں سیاست نہ نکالتے، کارروائی میں دعوت نکالتے. آج کل مسلمانوں کے جو جلوس ہو رہے ہیں. یعنی سیاسی جلوس. اور سیاسی کارروائی اور سیاسی تقریریں، سیاسی اسٹیج، سیاسی پلیٹ فارم. اس کے بجائے وہ کہتے ہیں کہ سب لوگ دعوت میں لگ جاؤ. سب لوگ دعا و ورک میں لگ جاؤ. سب لوگ اللہ کے پیغام کو پھیلانے میں لگ جاؤ.</w:t>
      </w:r>
    </w:p>
    <w:p>
      <w:r>
        <w:rPr>
          <w:b/>
        </w:rPr>
        <w:t xml:space="preserve">[49:20] </w:t>
      </w:r>
      <w:r>
        <w:t>lekin quran se rehnumai lete nahi hain.</w:t>
      </w:r>
    </w:p>
    <w:p>
      <w:pPr>
        <w:jc w:val="right"/>
      </w:pPr>
      <w:r>
        <w:t>لیکن قرآن سے رہنمائی لیتے نہیں ہیں.</w:t>
      </w:r>
    </w:p>
    <w:p>
      <w:r>
        <w:rPr>
          <w:b/>
        </w:rPr>
        <w:t xml:space="preserve">[49:27] </w:t>
      </w:r>
      <w:r>
        <w:t>Out of reaction سارا کام ہو رہا ہے.</w:t>
      </w:r>
    </w:p>
    <w:p>
      <w:pPr>
        <w:jc w:val="right"/>
      </w:pPr>
      <w:r>
        <w:t>آؤٹ آف ری ایکشن سارا کام ہو رہا ہے.</w:t>
      </w:r>
    </w:p>
    <w:p>
      <w:r>
        <w:rPr>
          <w:b/>
        </w:rPr>
        <w:t xml:space="preserve">[49:35] </w:t>
      </w:r>
      <w:r>
        <w:t>bas ghusse mein aa gaye aur bhadak uthe.</w:t>
      </w:r>
    </w:p>
    <w:p>
      <w:pPr>
        <w:jc w:val="right"/>
      </w:pPr>
      <w:r>
        <w:t>بس غصے میں آگئے اور بھڑک اٹھے.</w:t>
      </w:r>
    </w:p>
    <w:p>
      <w:r>
        <w:rPr>
          <w:b/>
        </w:rPr>
        <w:t xml:space="preserve">[49:43] </w:t>
      </w:r>
      <w:r>
        <w:t>aur khade ho gaye ek jalsa, juloos, naara, jhanda aur taaliyan aur ek is ka ek jangal ugane ke liye.</w:t>
      </w:r>
    </w:p>
    <w:p>
      <w:pPr>
        <w:jc w:val="right"/>
      </w:pPr>
      <w:r>
        <w:t>اور کھڑے ہوگئے ایک جلسہ، جلوس، نعرہ، جھنڈا اور تالیاں اور ایک اس کا ایک جنگل اگانے کے لیے.</w:t>
      </w:r>
    </w:p>
    <w:p>
      <w:r>
        <w:rPr>
          <w:b/>
        </w:rPr>
        <w:t xml:space="preserve">[49:51] </w:t>
      </w:r>
      <w:r>
        <w:t>to hamara jo mission hai main aap ko yahi kehta hoon ke aap log yeh bataein sab ko. ke sab se bada masla yeh hai ke hum ne mayar ko kho diya hai. main ek arab ke ek safar mein tha ek baar. to ek sahab, ek arab shaikh the. un se baat ho rahi thi to unhone kaha ke.</w:t>
      </w:r>
    </w:p>
    <w:p>
      <w:pPr>
        <w:jc w:val="right"/>
      </w:pPr>
      <w:r>
        <w:t>تو ہمارا جو مشن ہے میں آپ کو یہی کہتا ہوں کہ آپ لوگ یہ بتائیں سب کو. کہ سب سے بڑا مسئلہ یہ ہے کہ ہم نے معیار کو کھو دیا ہے. میں ایک عرب کے ایک سفر میں تھا ایک بار. تو ایک صاحب، ایک عرب شیخ تھے. ان سے بات ہو رہی تھی تو انہوں نے کہا کہ.</w:t>
      </w:r>
    </w:p>
    <w:p>
      <w:r>
        <w:rPr>
          <w:b/>
        </w:rPr>
        <w:t xml:space="preserve">[50:17] </w:t>
      </w:r>
      <w:r>
        <w:t>sab se pehla sawal yeh hai ke min ayna nabda? min ayna nabda? yaani from where to begin? shuru kahan se karein? sawal bada achha tha yeh sawal. bahut achha sawal tha lekin is sawal ka jawab yeh nahin hai ke aap jalsa, juloos ka aagah khada karein. yeh durust aaghaz nahin hai.</w:t>
      </w:r>
    </w:p>
    <w:p>
      <w:pPr>
        <w:jc w:val="right"/>
      </w:pPr>
      <w:r>
        <w:t>سب سے پہلا سوال یہ ہے کہ من أين نبدأ؟ من أين نبدأ؟ یعنی فرام ویر ٹو بیگن؟ شروع کہاں سے کریں؟ سوال بڑا اچھا تھا یہ سوال. بہت اچھا سوال تھا لیکن اس سوال کا جواب یہ نہیں ہے کہ آپ جلسہ، جلوس کا آگامہ کھڑا کریں. یہ درست آغاز نہیں ہے.</w:t>
      </w:r>
    </w:p>
    <w:p>
      <w:r>
        <w:rPr>
          <w:b/>
        </w:rPr>
        <w:t xml:space="preserve">[50:45] </w:t>
      </w:r>
      <w:r>
        <w:t>karrawai siyasat, karrawai bedari.</w:t>
      </w:r>
    </w:p>
    <w:p>
      <w:pPr>
        <w:jc w:val="right"/>
      </w:pPr>
      <w:r>
        <w:t>کارروائی سیاست، کارروائی بیداری.</w:t>
      </w:r>
    </w:p>
    <w:p>
      <w:r>
        <w:rPr>
          <w:b/>
        </w:rPr>
        <w:t xml:space="preserve">[50:48] </w:t>
      </w:r>
      <w:r>
        <w:t>karrawai ihtijaj, karrawai shikayat.</w:t>
      </w:r>
    </w:p>
    <w:p>
      <w:pPr>
        <w:jc w:val="right"/>
      </w:pPr>
      <w:r>
        <w:t>کارروائی احتجاج، کارروائی شکایت.</w:t>
      </w:r>
    </w:p>
    <w:p>
      <w:r>
        <w:rPr>
          <w:b/>
        </w:rPr>
        <w:t xml:space="preserve">[50:52] </w:t>
      </w:r>
      <w:r>
        <w:t>yeh aaghaz nahi hai.</w:t>
      </w:r>
    </w:p>
    <w:p>
      <w:pPr>
        <w:jc w:val="right"/>
      </w:pPr>
      <w:r>
        <w:t>یہ آغاز نہیں ہے.</w:t>
      </w:r>
    </w:p>
    <w:p>
      <w:r>
        <w:rPr>
          <w:b/>
        </w:rPr>
        <w:t xml:space="preserve">[50:56] </w:t>
      </w:r>
      <w:r>
        <w:t>to mun ayn nabda ka jawab aap quran mein dhoondhiye.</w:t>
      </w:r>
    </w:p>
    <w:p>
      <w:pPr>
        <w:jc w:val="right"/>
      </w:pPr>
      <w:r>
        <w:t>تو من أين نبدأ کا جواب آپ قرآن میں ڈھونڈیے.</w:t>
      </w:r>
    </w:p>
    <w:p>
      <w:r>
        <w:rPr>
          <w:b/>
        </w:rPr>
        <w:t xml:space="preserve">[51:00] </w:t>
      </w:r>
      <w:r>
        <w:t>to yahi milega ke dawat se aghaz.</w:t>
      </w:r>
    </w:p>
    <w:p>
      <w:pPr>
        <w:jc w:val="right"/>
      </w:pPr>
      <w:r>
        <w:t>تو یہی ملے گا کہ دعوت سے آغاز.</w:t>
      </w:r>
    </w:p>
    <w:p>
      <w:r>
        <w:rPr>
          <w:b/>
        </w:rPr>
        <w:t xml:space="preserve">[51:04] </w:t>
      </w:r>
      <w:r>
        <w:t>allah ke paigham ko le kar uthna.</w:t>
      </w:r>
    </w:p>
    <w:p>
      <w:pPr>
        <w:jc w:val="right"/>
      </w:pPr>
      <w:r>
        <w:t>اللہ کے پیغام کو لے کر اٹھنا.</w:t>
      </w:r>
    </w:p>
    <w:p>
      <w:r>
        <w:rPr>
          <w:b/>
        </w:rPr>
        <w:t xml:space="preserve">[51:08] </w:t>
      </w:r>
      <w:r>
        <w:t>allah ke paigham ko logon tak pahunchana.</w:t>
      </w:r>
    </w:p>
    <w:p>
      <w:pPr>
        <w:jc w:val="right"/>
      </w:pPr>
      <w:r>
        <w:t>اللہ کے پیغام کو لوگوں تک پہنچانا.</w:t>
      </w:r>
    </w:p>
    <w:p>
      <w:r>
        <w:rPr>
          <w:b/>
        </w:rPr>
        <w:t xml:space="preserve">[51:12] </w:t>
      </w:r>
      <w:r>
        <w:t>yeh hai aghaz.</w:t>
      </w:r>
    </w:p>
    <w:p>
      <w:pPr>
        <w:jc w:val="right"/>
      </w:pPr>
      <w:r>
        <w:t>یہ ہے آغاز.</w:t>
      </w:r>
    </w:p>
    <w:p>
      <w:r>
        <w:rPr>
          <w:b/>
        </w:rPr>
        <w:t xml:space="preserve">[51:16] </w:t>
      </w:r>
      <w:r>
        <w:t>is se kya hoga? yeh yeh yeh jo hai yeh saada baat nahin hai. yeh jis ko kehte hain is ki carrom board ki istilaah mein master stroke. aap ne dekha hoga carrom board par kya hota hai. bahut si got rakhi jaati hai. phir ek maarte hain is ko ek got se.</w:t>
      </w:r>
    </w:p>
    <w:p>
      <w:pPr>
        <w:jc w:val="right"/>
      </w:pPr>
      <w:r>
        <w:t>اس سے کیا ہوگا؟ یہ یہ یہ جو ہے یہ سادہ بات نہیں ہے. یہ جس کو کہتے ہیں اس کی کرم بورڈ کی اصطلاح میں ماسٹر اسٹروک. آپ نے دیکھا ہوگا کرم بورڈ پر کیا ہوتا ہے. بہت سی گوٹ رکھی جاتی ہے. پھر ایک مارتے ہیں اس کو ایک گوٹ سے.</w:t>
      </w:r>
    </w:p>
    <w:p>
      <w:r>
        <w:rPr>
          <w:b/>
        </w:rPr>
        <w:t xml:space="preserve">[51:45] </w:t>
      </w:r>
      <w:r>
        <w:t>agar woh is tarah got lagaye ke sari got bikhir jaye. hil jaye.</w:t>
      </w:r>
    </w:p>
    <w:p>
      <w:pPr>
        <w:jc w:val="right"/>
      </w:pPr>
      <w:r>
        <w:t>اگر وہ اس طرح گوٹ لگائے کہ ساری گوٹ بکھر جائے. ہل جائے.</w:t>
      </w:r>
    </w:p>
    <w:p>
      <w:r>
        <w:rPr>
          <w:b/>
        </w:rPr>
        <w:t xml:space="preserve">[51:50] </w:t>
      </w:r>
      <w:r>
        <w:t>apni jagah se to is ko kehte hain master stroke.</w:t>
      </w:r>
    </w:p>
    <w:p>
      <w:pPr>
        <w:jc w:val="right"/>
      </w:pPr>
      <w:r>
        <w:t>اپنی جگہ سے تو اس کو کہتے ہیں ماسٹر اسٹروک.</w:t>
      </w:r>
    </w:p>
    <w:p>
      <w:r>
        <w:rPr>
          <w:b/>
        </w:rPr>
        <w:t xml:space="preserve">[51:55] </w:t>
      </w:r>
      <w:r>
        <w:t>to master stroke kya hai? dawti zehan banana.</w:t>
      </w:r>
    </w:p>
    <w:p>
      <w:pPr>
        <w:jc w:val="right"/>
      </w:pPr>
      <w:r>
        <w:t>تو ماسٹر اسٹروک کیا ہے؟ دعوتی ذہن بنانا.</w:t>
      </w:r>
    </w:p>
    <w:p>
      <w:r>
        <w:rPr>
          <w:b/>
        </w:rPr>
        <w:t xml:space="preserve">[52:00] </w:t>
      </w:r>
      <w:r>
        <w:t>dawat ke logon ko uthana.</w:t>
      </w:r>
    </w:p>
    <w:p>
      <w:pPr>
        <w:jc w:val="right"/>
      </w:pPr>
      <w:r>
        <w:t>دعوت کے لوگوں کو اٹھانا.</w:t>
      </w:r>
    </w:p>
    <w:p>
      <w:r>
        <w:rPr>
          <w:b/>
        </w:rPr>
        <w:t xml:space="preserve">[52:05] </w:t>
      </w:r>
      <w:r>
        <w:t>dawat allah ke kaam mein logon ko bedar karna.</w:t>
      </w:r>
    </w:p>
    <w:p>
      <w:pPr>
        <w:jc w:val="right"/>
      </w:pPr>
      <w:r>
        <w:t>دعوت اللہ کے کام میں لوگوں کو بیدار کرنا.</w:t>
      </w:r>
    </w:p>
    <w:p>
      <w:r>
        <w:rPr>
          <w:b/>
        </w:rPr>
        <w:t xml:space="preserve">[52:10] </w:t>
      </w:r>
      <w:r>
        <w:t>is se kya hoga? is se bohat se faiday honge.</w:t>
      </w:r>
    </w:p>
    <w:p>
      <w:pPr>
        <w:jc w:val="right"/>
      </w:pPr>
      <w:r>
        <w:t>اس سے کیا ہوگا؟ اس سے بہت سے فائدے ہوں گے.</w:t>
      </w:r>
    </w:p>
    <w:p>
      <w:r>
        <w:rPr>
          <w:b/>
        </w:rPr>
        <w:t xml:space="preserve">[52:16] </w:t>
      </w:r>
      <w:r>
        <w:t>number ek. logon ke liye aap ke andar dostana ravaiyya paida hoga. jin insaanon ko aap dushman samjhe hue hain. aur samajhte hain ke woh sazish kar rahe hain. un ke bare mein aap ke andar aayega kya? khair khwahi. jaisa ke paighambar ne kaha tha ke min ayna lakumun naas? main tumhara khair khwah hoon.</w:t>
      </w:r>
    </w:p>
    <w:p>
      <w:pPr>
        <w:jc w:val="right"/>
      </w:pPr>
      <w:r>
        <w:t>نمبر ایک. لوگوں کے لیے آپ کے اندر دوستانہ رویہ پیدا ہوگا. جن انسانوں کو آپ دشمن سمجھے ہوئے ہیں. اور سمجھتے ہیں کہ وہ سازش کر رہے ہیں. ان کے بارے میں آپ کے اندر آئے گا کیا؟ خیر خواہی. جیسا کہ پیغمبر نے کہا تھا کہ من أين لکم الناس؟ میں تمہارا خیر خواہ ہوں.</w:t>
      </w:r>
    </w:p>
    <w:p>
      <w:r>
        <w:rPr>
          <w:b/>
        </w:rPr>
        <w:t xml:space="preserve">[52:45] </w:t>
      </w:r>
      <w:r>
        <w:t>yaani woh jazba aa jayega jo ek salesman ke andar hota hai. salesman jo hai apne customer ka khair khwahi hota hai. to pehla jo faida hoga da'wati program ko apnane ka. aap ke andar dostana ravaiyya aayega. aur dostana ravaiyya bahut hi.</w:t>
      </w:r>
    </w:p>
    <w:p>
      <w:pPr>
        <w:jc w:val="right"/>
      </w:pPr>
      <w:r>
        <w:t>یعنی وہ جذبہ آجائے گا جو ایک سیلز مین کے اندر ہوتا ہے. سیلز مین جو ہے اپنے کسٹمر کا خیر خواہی ہوتا ہے. تو پہلا جو فائدہ ہوگا دعوتی پروگرام کو اپنانے کا. آپ کے اندر دوستانہ رویہ آئے گا. اور دوستانہ رویہ بہت ہی.</w:t>
      </w:r>
    </w:p>
    <w:p>
      <w:r>
        <w:rPr>
          <w:b/>
        </w:rPr>
        <w:t xml:space="preserve">[53:09] </w:t>
      </w:r>
      <w:r>
        <w:t>yaani jis ke andar yeh baat aa jaye ke doosre log is ko samjhein ke yeh to hamara apna aadmi hai. hamara dost aadmi hai. hamare liye bahut achha aadmi hai. to aap is ko jeet lete hain. jab chahein aap tajruba ke liye apne ghar mein, apne muhalle mein. agar aap apna ravaiyya dostana bana lein.</w:t>
      </w:r>
    </w:p>
    <w:p>
      <w:pPr>
        <w:jc w:val="right"/>
      </w:pPr>
      <w:r>
        <w:t>یعنی جس کے اندر یہ بات آجائے کہ دوسرے لوگ اس کو سمجھیں کہ یہ تو ہمارا اپنا آدمی ہے. ہمارا دوست آدمی ہے. ہمارے لیے بہت اچھا آدمی ہے. تو آپ اس کو جیت لیتے ہیں. جب چاہیں آپ تجربہ کے لیے اپنے گھر میں، اپنے محلے میں. اگر آپ اپنا رویہ دوستانہ بنا لیں.</w:t>
      </w:r>
    </w:p>
    <w:p>
      <w:r>
        <w:rPr>
          <w:b/>
        </w:rPr>
        <w:t xml:space="preserve">[53:34] </w:t>
      </w:r>
      <w:r>
        <w:t>doosron ke liye aap ke andar dostiana mizaj ho, mohabbat ka mizaj ho, pyar ka mizaj ho.</w:t>
      </w:r>
    </w:p>
    <w:p>
      <w:pPr>
        <w:jc w:val="right"/>
      </w:pPr>
      <w:r>
        <w:t>دوسروں کے لیے آپ کے اندر دوستانہ مزاج ہو، محبت کا مزاج ہو، پیار کا مزاج ہو.</w:t>
      </w:r>
    </w:p>
    <w:p>
      <w:r>
        <w:rPr>
          <w:b/>
        </w:rPr>
        <w:t xml:space="preserve">[53:38] </w:t>
      </w:r>
      <w:r>
        <w:t>to sab ke liye aap jo hai woh markaz ban jayenge.</w:t>
      </w:r>
    </w:p>
    <w:p>
      <w:pPr>
        <w:jc w:val="right"/>
      </w:pPr>
      <w:r>
        <w:t>تو سب کے لیے آپ جو ہے وہ مرکز بن جائیں گے.</w:t>
      </w:r>
    </w:p>
    <w:p>
      <w:r>
        <w:rPr>
          <w:b/>
        </w:rPr>
        <w:t xml:space="preserve">[53:43] </w:t>
      </w:r>
      <w:r>
        <w:t>mohabbat fateh alam.</w:t>
      </w:r>
    </w:p>
    <w:p>
      <w:pPr>
        <w:jc w:val="right"/>
      </w:pPr>
      <w:r>
        <w:t>محبت فاتح عالم.</w:t>
      </w:r>
    </w:p>
    <w:p>
      <w:r>
        <w:rPr>
          <w:b/>
        </w:rPr>
        <w:t xml:space="preserve">[53:48] </w:t>
      </w:r>
      <w:r>
        <w:t>shayar ne kaha hai ke mohabbat fateh alam.</w:t>
      </w:r>
    </w:p>
    <w:p>
      <w:pPr>
        <w:jc w:val="right"/>
      </w:pPr>
      <w:r>
        <w:t>شاعر نے کہا ہے کہ محبت فاتح عالم.</w:t>
      </w:r>
    </w:p>
    <w:p>
      <w:r>
        <w:rPr>
          <w:b/>
        </w:rPr>
        <w:t xml:space="preserve">[53:53] </w:t>
      </w:r>
      <w:r>
        <w:t>ke mohabbat to fateh kar leti hai.</w:t>
      </w:r>
    </w:p>
    <w:p>
      <w:pPr>
        <w:jc w:val="right"/>
      </w:pPr>
      <w:r>
        <w:t>کہ محبت تو فتح کر لیتی ہے.</w:t>
      </w:r>
    </w:p>
    <w:p>
      <w:r>
        <w:rPr>
          <w:b/>
        </w:rPr>
        <w:t xml:space="preserve">[53:58] </w:t>
      </w:r>
      <w:r>
        <w:t>mohabbat fateh alam.</w:t>
      </w:r>
    </w:p>
    <w:p>
      <w:pPr>
        <w:jc w:val="right"/>
      </w:pPr>
      <w:r>
        <w:t>محبت فاتح عالم.</w:t>
      </w:r>
    </w:p>
    <w:p>
      <w:r>
        <w:rPr>
          <w:b/>
        </w:rPr>
        <w:t xml:space="preserve">[54:03] </w:t>
      </w:r>
      <w:r>
        <w:t>mohabbat jo hai kankar kar leti hai.</w:t>
      </w:r>
    </w:p>
    <w:p>
      <w:pPr>
        <w:jc w:val="right"/>
      </w:pPr>
      <w:r>
        <w:t>محبت جو ہے کانکر کر لیتی ہے.</w:t>
      </w:r>
    </w:p>
    <w:p>
      <w:r>
        <w:rPr>
          <w:b/>
        </w:rPr>
        <w:t xml:space="preserve">[54:08] </w:t>
      </w:r>
      <w:r>
        <w:t>doosron se aap ke andar mohabbat hai, pyar hai, mohabbat hai.</w:t>
      </w:r>
    </w:p>
    <w:p>
      <w:pPr>
        <w:jc w:val="right"/>
      </w:pPr>
      <w:r>
        <w:t>دوسروں سے آپ کے اندر محبت ہے، پیار ہے، محبت ہے.</w:t>
      </w:r>
    </w:p>
    <w:p>
      <w:r>
        <w:rPr>
          <w:b/>
        </w:rPr>
        <w:t xml:space="preserve">[54:12] </w:t>
      </w:r>
      <w:r>
        <w:t>تو اس کا معنی ہے کہ آپ ایک دوسروں سے conquer کرنے کی طاقت آپ کے اندر آگئی.</w:t>
      </w:r>
    </w:p>
    <w:p>
      <w:pPr>
        <w:jc w:val="right"/>
      </w:pPr>
      <w:r>
        <w:t>تو اس کا معنی ہے کہ آپ ایک دوسروں سے کانکر کرنے کی طاقت آپ کے اندر آگئی.</w:t>
      </w:r>
    </w:p>
    <w:p>
      <w:r>
        <w:rPr>
          <w:b/>
        </w:rPr>
        <w:t xml:space="preserve">[54:16] </w:t>
      </w:r>
      <w:r>
        <w:t>to pehli baat yeh hogi ke aap doosron ke liye khair khwah ban jayenge.</w:t>
      </w:r>
    </w:p>
    <w:p>
      <w:pPr>
        <w:jc w:val="right"/>
      </w:pPr>
      <w:r>
        <w:t>تو پہلی بات یہ ہوگی کہ آپ دوسروں کے لیے خیر خواہ بن جائیں گے.</w:t>
      </w:r>
    </w:p>
    <w:p>
      <w:r>
        <w:rPr>
          <w:b/>
        </w:rPr>
        <w:t xml:space="preserve">[54:21] </w:t>
      </w:r>
      <w:r>
        <w:t>aap ke andar dostiana ravaiyah paida hoga.</w:t>
      </w:r>
    </w:p>
    <w:p>
      <w:pPr>
        <w:jc w:val="right"/>
      </w:pPr>
      <w:r>
        <w:t>آپ کے اندر دوستانہ رویہ پیدا ہوگا.</w:t>
      </w:r>
    </w:p>
    <w:p>
      <w:r>
        <w:rPr>
          <w:b/>
        </w:rPr>
        <w:t xml:space="preserve">[54:25] </w:t>
      </w:r>
      <w:r>
        <w:t>kitni bari baat hai. number ek.</w:t>
      </w:r>
    </w:p>
    <w:p>
      <w:pPr>
        <w:jc w:val="right"/>
      </w:pPr>
      <w:r>
        <w:t>کتنی بڑی بات ہے. نمبر ایک.</w:t>
      </w:r>
    </w:p>
    <w:p>
      <w:r>
        <w:rPr>
          <w:b/>
        </w:rPr>
        <w:t xml:space="preserve">[54:30] </w:t>
      </w:r>
      <w:r>
        <w:t>number do kya hoga? rukawaton se niklenge.</w:t>
      </w:r>
    </w:p>
    <w:p>
      <w:pPr>
        <w:jc w:val="right"/>
      </w:pPr>
      <w:r>
        <w:t>نمبر دو کیا ہوگا؟ رکاوٹوں سے نکلیں گے.</w:t>
      </w:r>
    </w:p>
    <w:p>
      <w:r>
        <w:rPr>
          <w:b/>
        </w:rPr>
        <w:t xml:space="preserve">[54:34] </w:t>
      </w:r>
      <w:r>
        <w:t>interaction karenge aap.</w:t>
      </w:r>
    </w:p>
    <w:p>
      <w:pPr>
        <w:jc w:val="right"/>
      </w:pPr>
      <w:r>
        <w:t>انٹریکشن کریں گے آپ.</w:t>
      </w:r>
    </w:p>
    <w:p>
      <w:r>
        <w:rPr>
          <w:b/>
        </w:rPr>
        <w:t xml:space="preserve">[54:39] </w:t>
      </w:r>
      <w:r>
        <w:t>interaction se kya hota hai? ke aap seekhna barhti hai aap ki. aap ke andar duniya ko janne ka taqat aati hai. aap ke andar taraqqi aati hai. isi dilli mein jo musalman rehte hain. yaani apne jeeb mein. unhone zyada taraqqi nahin ki. jo musalman jeeb se nikal kar wahan base jahan ke hindu log rehte hain.</w:t>
      </w:r>
    </w:p>
    <w:p>
      <w:pPr>
        <w:jc w:val="right"/>
      </w:pPr>
      <w:r>
        <w:t>انٹریکشن سے کیا ہوتا ہے؟ کہ آپ سیکھنا بڑھتی ہے آپ کی. آپ کے اندر دنیا کو جاننے کا طاقت آتی ہے. آپ کے اندر ترقی آتی ہے. اسی دلی میں جو مسلمان رہتے ہیں. یعنی اپنے جیب میں. انہوں نے زیادہ ترقی نہیں کی. جو مسلمان جیب سے نکل کر وہاں بسے جہاں کہ ہندو لوگ رہتے ہیں.</w:t>
      </w:r>
    </w:p>
    <w:p>
      <w:r>
        <w:rPr>
          <w:b/>
        </w:rPr>
        <w:t xml:space="preserve">[55:09] </w:t>
      </w:r>
      <w:r>
        <w:t>un ko itna taraqqi ki unhon ne.</w:t>
      </w:r>
    </w:p>
    <w:p>
      <w:pPr>
        <w:jc w:val="right"/>
      </w:pPr>
      <w:r>
        <w:t>ان کو اتنا ترقی کی انہوں نے.</w:t>
      </w:r>
    </w:p>
    <w:p>
      <w:r>
        <w:rPr>
          <w:b/>
        </w:rPr>
        <w:t xml:space="preserve">[55:12] </w:t>
      </w:r>
      <w:r>
        <w:t>to interaction se taraqqi hoti hai.</w:t>
      </w:r>
    </w:p>
    <w:p>
      <w:pPr>
        <w:jc w:val="right"/>
      </w:pPr>
      <w:r>
        <w:t>تو انٹریکشن سے ترقی ہوتی ہے.</w:t>
      </w:r>
    </w:p>
    <w:p>
      <w:r>
        <w:rPr>
          <w:b/>
        </w:rPr>
        <w:t xml:space="preserve">[55:15] </w:t>
      </w:r>
      <w:r>
        <w:t>dusron se aap seekhte hain.</w:t>
      </w:r>
    </w:p>
    <w:p>
      <w:pPr>
        <w:jc w:val="right"/>
      </w:pPr>
      <w:r>
        <w:t>دوسروں سے آپ سیکھتے ہیں.</w:t>
      </w:r>
    </w:p>
    <w:p>
      <w:r>
        <w:rPr>
          <w:b/>
        </w:rPr>
        <w:t xml:space="preserve">[55:19] </w:t>
      </w:r>
      <w:r>
        <w:t>dusron se challenge aata hai is ka aap jawab dete hain, is se aap aage barhte hain.</w:t>
      </w:r>
    </w:p>
    <w:p>
      <w:pPr>
        <w:jc w:val="right"/>
      </w:pPr>
      <w:r>
        <w:t>دوسروں سے چیلنج آتا ہے اس کا آپ جواب دیتے ہیں، اس سے آپ آگے بڑھتے ہیں.</w:t>
      </w:r>
    </w:p>
    <w:p>
      <w:r>
        <w:rPr>
          <w:b/>
        </w:rPr>
        <w:t xml:space="preserve">[55:22] </w:t>
      </w:r>
      <w:r>
        <w:t>تو دوسرا فائدہ یہ ہوگا کہ آپ کے اندر interaction بڑھے گا.</w:t>
      </w:r>
    </w:p>
    <w:p>
      <w:pPr>
        <w:jc w:val="right"/>
      </w:pPr>
      <w:r>
        <w:t>تو دوسرا فائدہ یہ ہوگا کہ آپ کے اندر انٹریکشن بڑھے گا.</w:t>
      </w:r>
    </w:p>
    <w:p>
      <w:r>
        <w:rPr>
          <w:b/>
        </w:rPr>
        <w:t xml:space="preserve">[55:26] </w:t>
      </w:r>
      <w:r>
        <w:t>milna julna barhega.</w:t>
      </w:r>
    </w:p>
    <w:p>
      <w:pPr>
        <w:jc w:val="right"/>
      </w:pPr>
      <w:r>
        <w:t>ملنا جلنا بڑھے گا.</w:t>
      </w:r>
    </w:p>
    <w:p>
      <w:r>
        <w:rPr>
          <w:b/>
        </w:rPr>
        <w:t xml:space="preserve">[55:29] </w:t>
      </w:r>
      <w:r>
        <w:t>teesra faida yeh hoga ke aap jab dusron ke paas jayenge.</w:t>
      </w:r>
    </w:p>
    <w:p>
      <w:pPr>
        <w:jc w:val="right"/>
      </w:pPr>
      <w:r>
        <w:t>تیسرا فائدہ یہ ہوگا کہ آپ جب دوسروں کے پاس جائیں گے.</w:t>
      </w:r>
    </w:p>
    <w:p>
      <w:r>
        <w:rPr>
          <w:b/>
        </w:rPr>
        <w:t xml:space="preserve">[55:33] </w:t>
      </w:r>
      <w:r>
        <w:t>to aap zahir hai ke aap sochenge ke is ka zehn tez ho.</w:t>
      </w:r>
    </w:p>
    <w:p>
      <w:pPr>
        <w:jc w:val="right"/>
      </w:pPr>
      <w:r>
        <w:t>تو آپ ظاہر ہے کہ آپ سوچیں گے کہ اس کا ذہن تیز ہو.</w:t>
      </w:r>
    </w:p>
    <w:p>
      <w:r>
        <w:rPr>
          <w:b/>
        </w:rPr>
        <w:t xml:space="preserve">[55:36] </w:t>
      </w:r>
      <w:r>
        <w:t>woh meri baat ko maane.</w:t>
      </w:r>
    </w:p>
    <w:p>
      <w:pPr>
        <w:jc w:val="right"/>
      </w:pPr>
      <w:r>
        <w:t>وہ میری بات کو مانے.</w:t>
      </w:r>
    </w:p>
    <w:p>
      <w:r>
        <w:rPr>
          <w:b/>
        </w:rPr>
        <w:t xml:space="preserve">[55:40] </w:t>
      </w:r>
      <w:r>
        <w:t>jaise kal mere paas telephone aaya hai Hyderabad se ek sahab ka.</w:t>
      </w:r>
    </w:p>
    <w:p>
      <w:pPr>
        <w:jc w:val="right"/>
      </w:pPr>
      <w:r>
        <w:t>جیسے کل میرے پاس ٹیلی فون آیا ہے حیدرآباد سے ایک صاحب کا.</w:t>
      </w:r>
    </w:p>
    <w:p>
      <w:r>
        <w:rPr>
          <w:b/>
        </w:rPr>
        <w:t xml:space="preserve">[55:43] </w:t>
      </w:r>
      <w:r>
        <w:t>woh gaye ek meeting mein.</w:t>
      </w:r>
    </w:p>
    <w:p>
      <w:pPr>
        <w:jc w:val="right"/>
      </w:pPr>
      <w:r>
        <w:t>وہ گئے ایک میٹنگ میں.</w:t>
      </w:r>
    </w:p>
    <w:p>
      <w:r>
        <w:rPr>
          <w:b/>
        </w:rPr>
        <w:t xml:space="preserve">[55:46] </w:t>
      </w:r>
      <w:r>
        <w:t>un ka wahan lecture tha.</w:t>
      </w:r>
    </w:p>
    <w:p>
      <w:pPr>
        <w:jc w:val="right"/>
      </w:pPr>
      <w:r>
        <w:t>ان کا وہاں لیکچر تھا.</w:t>
      </w:r>
    </w:p>
    <w:p>
      <w:r>
        <w:rPr>
          <w:b/>
        </w:rPr>
        <w:t xml:space="preserve">[55:49] </w:t>
      </w:r>
      <w:r>
        <w:t>to kuch sawal kiye gaye un se.</w:t>
      </w:r>
    </w:p>
    <w:p>
      <w:pPr>
        <w:jc w:val="right"/>
      </w:pPr>
      <w:r>
        <w:t>تو کچھ سوال کیے گئے ان سے.</w:t>
      </w:r>
    </w:p>
    <w:p>
      <w:r>
        <w:rPr>
          <w:b/>
        </w:rPr>
        <w:t xml:space="preserve">[55:52] </w:t>
      </w:r>
      <w:r>
        <w:t>to sawal ka unhon ne kuch jawab diya.</w:t>
      </w:r>
    </w:p>
    <w:p>
      <w:pPr>
        <w:jc w:val="right"/>
      </w:pPr>
      <w:r>
        <w:t>تو سوال کا انہوں نے کچھ جواب دیا.</w:t>
      </w:r>
    </w:p>
    <w:p>
      <w:r>
        <w:rPr>
          <w:b/>
        </w:rPr>
        <w:t xml:space="preserve">[55:55] </w:t>
      </w:r>
      <w:r>
        <w:t>phir mujh se telephone kar ke poocha ke main ne aisa aisa bola wahan.</w:t>
      </w:r>
    </w:p>
    <w:p>
      <w:pPr>
        <w:jc w:val="right"/>
      </w:pPr>
      <w:r>
        <w:t>پھر مجھ سے ٹیلی فون کر کے پوچھا کہ میں نے ایسا ایسا بولا وہاں.</w:t>
      </w:r>
    </w:p>
    <w:p>
      <w:r>
        <w:rPr>
          <w:b/>
        </w:rPr>
        <w:t xml:space="preserve">[55:58] </w:t>
      </w:r>
      <w:r>
        <w:t>to main ne kaha ke nahi aisa nahi bolna chahiye tha aap ko.</w:t>
      </w:r>
    </w:p>
    <w:p>
      <w:pPr>
        <w:jc w:val="right"/>
      </w:pPr>
      <w:r>
        <w:t>تو میں نے کہا کہ نہیں ایسا نہیں بولنا چاہیے تھا آپ کو.</w:t>
      </w:r>
    </w:p>
    <w:p>
      <w:r>
        <w:rPr>
          <w:b/>
        </w:rPr>
        <w:t xml:space="preserve">[56:01] </w:t>
      </w:r>
      <w:r>
        <w:t>aisa nahi, aise bolna chahiye.</w:t>
      </w:r>
    </w:p>
    <w:p>
      <w:pPr>
        <w:jc w:val="right"/>
      </w:pPr>
      <w:r>
        <w:t>ایسا نہیں، ایسے بولنا چاہیے.</w:t>
      </w:r>
    </w:p>
    <w:p>
      <w:r>
        <w:rPr>
          <w:b/>
        </w:rPr>
        <w:t xml:space="preserve">[56:04] </w:t>
      </w:r>
      <w:r>
        <w:t>to is tarah se jab aap saamna karte hain logon ko.</w:t>
      </w:r>
    </w:p>
    <w:p>
      <w:pPr>
        <w:jc w:val="right"/>
      </w:pPr>
      <w:r>
        <w:t>تو اس طرح سے جب آپ سامنا کرتے ہیں لوگوں کو.</w:t>
      </w:r>
    </w:p>
    <w:p>
      <w:r>
        <w:rPr>
          <w:b/>
        </w:rPr>
        <w:t xml:space="preserve">[56:07] </w:t>
      </w:r>
      <w:r>
        <w:t>to apne andar aap zehni taraqqi late hain.</w:t>
      </w:r>
    </w:p>
    <w:p>
      <w:pPr>
        <w:jc w:val="right"/>
      </w:pPr>
      <w:r>
        <w:t>تو اپنے اندر آپ ذہنی ترقی لاتے ہیں.</w:t>
      </w:r>
    </w:p>
    <w:p>
      <w:r>
        <w:rPr>
          <w:b/>
        </w:rPr>
        <w:t xml:space="preserve">[56:11] </w:t>
      </w:r>
      <w:r>
        <w:t>zahir hai ke woh sawal karenge to aap ke zehan koi jawab dhoondega. woh koi baat kahenge to aap us ko sochenge us ke bare mein. aap kitabon ko padhenge, library mein jayenge, behas karenge. zehni tabadla karenge. to da'wat ka matlab kya hota hai? zehni taraqqi. jahan da'wat aayegi zehni taraqqi shuru ho jayegi.</w:t>
      </w:r>
    </w:p>
    <w:p>
      <w:pPr>
        <w:jc w:val="right"/>
      </w:pPr>
      <w:r>
        <w:t>ظاہر ہے کہ وہ سوال کریں گے تو آپ کے ذہن کوئی جواب ڈھونڈے گا. وہ کوئی بات کہیں گے تو آپ اس کو سوچیں گے اس کے بارے میں. آپ کتابوں کو پڑھیں گے، لائبریری میں جائیں گے، بحث کریں گے. ذہنی تبادلہ کریں گے. تو دعوت کا مطلب کیا ہوتا ہے؟ ذہنی ترقی. جہاں دعوت آئے گی ذہنی ترقی شروع ہو جائے گی.</w:t>
      </w:r>
    </w:p>
    <w:p>
      <w:r>
        <w:rPr>
          <w:b/>
        </w:rPr>
        <w:t xml:space="preserve">[56:37] </w:t>
      </w:r>
      <w:r>
        <w:t>phir kya hai? aap aman pasand ban jayenge. da'wat ka faida yeh hoga ke aap aman pasand ban jayenge. kyun? baghair aman ke koi da'wa o work nahin. rasool Allah sallallahu alaihi wasallam ne Hudaybiyah jo mu'ahida kiya tha woh aman mu'ahida tha. is mein yak tarafah adjustment kiya tha aap ne. yaani opposition party ki saari sharaait ko maan liya tha aap ne.</w:t>
      </w:r>
    </w:p>
    <w:p>
      <w:pPr>
        <w:jc w:val="right"/>
      </w:pPr>
      <w:r>
        <w:t>پھر کیا ہے؟ آپ امن پسند بن جائیں گے. دعوت کا فائدہ یہ ہوگا کہ آپ امن پسند بن جائیں گے. کیوں؟ بغیر امن کے کوئی دعا و ورک نہیں. رسول اللہ صلی اللہ علیہ وسلم نے حدیبیہ جو معاہدہ کیا تھا وہ امن معاہدہ تھا. اس میں یک طرفہ ایڈجسٹمنٹ کیا تھا آپ نے. یعنی اپوزیشن پارٹی کی ساری شرائط کو مان لیا تھا آپ نے.</w:t>
      </w:r>
    </w:p>
    <w:p>
      <w:r>
        <w:rPr>
          <w:b/>
        </w:rPr>
        <w:t xml:space="preserve">[57:06] </w:t>
      </w:r>
      <w:r>
        <w:t>yek tarfa. kyun? is se aman aata tha. aap jaante the ke aman aayega. to dawa aur work ke mawaqeh khulenge. to jab aap ke andar yani qaum ke andar, millat ke andar. dawat ka maza aa jayega. to lazman woh chaahenge aman ho, aman ho, aman ho. aur aman to aaj duniya bhooki hai aman ki. main jahan bhi jaata hoon.</w:t>
      </w:r>
    </w:p>
    <w:p>
      <w:pPr>
        <w:jc w:val="right"/>
      </w:pPr>
      <w:r>
        <w:t>یک طرفہ. کیوں؟ اس سے امن آتا تھا. آپ جانتے تھے کہ امن آئے گا. تو دعا و ورک کے مواقع کھلیں گے. تو جب آپ کے اندر یعنی قوم کے اندر، ملت کے اندر. دعوت کا مزہ آجائے گا. تو لازماً وہ چاہیں گے امن ہو، امن ہو، امن ہو. اور امن تو آج دنیا بھوکی ہے امن کی. میں جہاں بھی جاتا ہوں.</w:t>
      </w:r>
    </w:p>
    <w:p>
      <w:r>
        <w:rPr>
          <w:b/>
        </w:rPr>
        <w:t xml:space="preserve">[57:35] </w:t>
      </w:r>
      <w:r>
        <w:t>to jab main un ko batata hoon ke Islam ek mazhab hai aman ka to sab log meri baaton ko sunne lagte hain. kyunke sab chahte hain ke aman aaye. to agar yeh log da'wati da'wat ko apna mission banayein, mission. to zaroor aisa hoga ke woh aman pasand ban jayenge. woh janenge ke aman nahin hoga to hum da'wat kya karenge? aman ke hareess ban jayenge, hareess.</w:t>
      </w:r>
    </w:p>
    <w:p>
      <w:pPr>
        <w:jc w:val="right"/>
      </w:pPr>
      <w:r>
        <w:t>تو جب میں ان کو بتاتا ہوں کہ اسلام ایک مذہب ہے امن کا تو سب لوگ میری باتوں کو سننے لگتے ہیں. کیونکہ سب چاہتے ہیں کہ امن آئے. تو اگر یہ لوگ دعوتی دعوت کو اپنا مشن بنائیں، مشن. تو ضرور ایسا ہوگا کہ وہ امن پسند بن جائیں گے. وہ جانیں گے کہ امن نہیں ہوگا تو ہم دعوت کیا کریں گے؟ امن کے حریص بن جائیں گے، حریص.</w:t>
      </w:r>
    </w:p>
    <w:p>
      <w:r>
        <w:rPr>
          <w:b/>
        </w:rPr>
        <w:t xml:space="preserve">[58:05] </w:t>
      </w:r>
      <w:r>
        <w:t>yahan tak ke rasool Allah sallallahu alaihi wasallam ke tareeqe se woh chahenge. ke yak tarafah taur par doosron ki sharaait ko maan kar ke aman laya jaye. taake da'wat ke raaste khulein. aur sab se badi cheez jo aage hogi sab se badi cheez. woh hai Allah taala ki nasrat, Allah taala ki madad. kyunke quran mein bataya gaya hai ke da'wat ka kaam Khuda ka kaam hai.</w:t>
      </w:r>
    </w:p>
    <w:p>
      <w:pPr>
        <w:jc w:val="right"/>
      </w:pPr>
      <w:r>
        <w:t>یہاں تک کہ رسول اللہ صلی اللہ علیہ وسلم کے طریقے سے وہ چاہیں گے. کہ یک طرفہ طور پر دوسروں کی شرائط کو مان کر کے امن لایا جائے. تاکہ دعوت کے راستے کھلیں. اور سب سے بڑی چیز جو آگے ہوگی سب سے بڑی چیز. وہ ہے اللہ تعالیٰ کی نصرت، اللہ تعالیٰ کی مدد. کیونکہ قرآن میں بتایا گیا ہے کہ دعوت کا کام خدا کا کام ہے.</w:t>
      </w:r>
    </w:p>
    <w:p>
      <w:r>
        <w:rPr>
          <w:b/>
        </w:rPr>
        <w:t xml:space="preserve">[58:33] </w:t>
      </w:r>
      <w:r>
        <w:t>dawat ko Khuda ne apna kaam bataya hai.</w:t>
      </w:r>
    </w:p>
    <w:p>
      <w:pPr>
        <w:jc w:val="right"/>
      </w:pPr>
      <w:r>
        <w:t>دعوت کو خدا نے اپنا کام بتایا ہے.</w:t>
      </w:r>
    </w:p>
    <w:p>
      <w:r>
        <w:rPr>
          <w:b/>
        </w:rPr>
        <w:t xml:space="preserve">[58:36] </w:t>
      </w:r>
      <w:r>
        <w:t>yaani Allah ke paigham ko pahunchana.</w:t>
      </w:r>
    </w:p>
    <w:p>
      <w:pPr>
        <w:jc w:val="right"/>
      </w:pPr>
      <w:r>
        <w:t>یعنی اللہ کے پیغام کو پہنچانا.</w:t>
      </w:r>
    </w:p>
    <w:p>
      <w:r>
        <w:rPr>
          <w:b/>
        </w:rPr>
        <w:t xml:space="preserve">[58:40] </w:t>
      </w:r>
      <w:r>
        <w:t>yeh Khuda ka kaam hai.</w:t>
      </w:r>
    </w:p>
    <w:p>
      <w:pPr>
        <w:jc w:val="right"/>
      </w:pPr>
      <w:r>
        <w:t>یہ خدا کا کام ہے.</w:t>
      </w:r>
    </w:p>
    <w:p>
      <w:r>
        <w:rPr>
          <w:b/>
        </w:rPr>
        <w:t xml:space="preserve">[58:44] </w:t>
      </w:r>
      <w:r>
        <w:t>is ma'ne mein ke jo dawat o work karega Allah zaroor is ki madad karega.</w:t>
      </w:r>
    </w:p>
    <w:p>
      <w:pPr>
        <w:jc w:val="right"/>
      </w:pPr>
      <w:r>
        <w:t>اس معنی میں کہ جو دعا و ورک کرے گا اللہ ضرور اس کی مدد کرے گا.</w:t>
      </w:r>
    </w:p>
    <w:p>
      <w:r>
        <w:rPr>
          <w:b/>
        </w:rPr>
        <w:t xml:space="preserve">[58:48] </w:t>
      </w:r>
      <w:r>
        <w:t>kaisi ajeeb baat hai.</w:t>
      </w:r>
    </w:p>
    <w:p>
      <w:pPr>
        <w:jc w:val="right"/>
      </w:pPr>
      <w:r>
        <w:t>کیسی عجیب بات ہے.</w:t>
      </w:r>
    </w:p>
    <w:p>
      <w:r>
        <w:rPr>
          <w:b/>
        </w:rPr>
        <w:t xml:space="preserve">[58:52] </w:t>
      </w:r>
      <w:r>
        <w:t>is se bari baat koi ho sakti hai? ke Khawand-e-alam jo hai Rabb-us-samawati wal arz jo hai.</w:t>
      </w:r>
    </w:p>
    <w:p>
      <w:pPr>
        <w:jc w:val="right"/>
      </w:pPr>
      <w:r>
        <w:t>اس سے بڑی بات کوئی ہو سکتی ہے؟ کہ خداوند عالم جو ہے رب السماوات والارض جو ہے.</w:t>
      </w:r>
    </w:p>
    <w:p>
      <w:r>
        <w:rPr>
          <w:b/>
        </w:rPr>
        <w:t xml:space="preserve">[58:56] </w:t>
      </w:r>
      <w:r>
        <w:t>jis ke haath mein sab kuch hai, sab kuch hai, sab kuch hai.</w:t>
      </w:r>
    </w:p>
    <w:p>
      <w:pPr>
        <w:jc w:val="right"/>
      </w:pPr>
      <w:r>
        <w:t>جس کے ہاتھ میں سب کچھ ہے، سب کچھ ہے، سب کچھ ہے.</w:t>
      </w:r>
    </w:p>
    <w:p>
      <w:r>
        <w:rPr>
          <w:b/>
        </w:rPr>
        <w:t xml:space="preserve">[59:00] </w:t>
      </w:r>
      <w:r>
        <w:t>woh yeh kehe.</w:t>
      </w:r>
    </w:p>
    <w:p>
      <w:pPr>
        <w:jc w:val="right"/>
      </w:pPr>
      <w:r>
        <w:t>وہ یہ کہے.</w:t>
      </w:r>
    </w:p>
    <w:p>
      <w:r>
        <w:rPr>
          <w:b/>
        </w:rPr>
        <w:t xml:space="preserve">[59:04] </w:t>
      </w:r>
      <w:r>
        <w:t>ke tum dawat o work karoge to main tumhari madad par aa jaunga. is se bari koi baat ho sakti hai? allah yani jo dawat o work karega to zaroor allah taala us ki madad karega. zaroor us ko madad karega. zaroor us ko khuda ki barkat aayegi. kitni bari bari baatein hain.</w:t>
      </w:r>
    </w:p>
    <w:p>
      <w:pPr>
        <w:jc w:val="right"/>
      </w:pPr>
      <w:r>
        <w:t>کہ تم دعا و ورک کرو گے تو میں تمہاری مدد پر آ جاؤں گا. اس سے بڑی کوئی بات ہو سکتی ہے؟ اللہ یعنی جو دعا و ورک کرے گا تو ضرور اللہ تعالیٰ اس کی مدد کرے گا. ضرور اس کو مدد کرے گا. ضرور اس کو خدا کی برکت آئے گی. کتنی بڑی بڑی باتیں ہیں.</w:t>
      </w:r>
    </w:p>
    <w:p>
      <w:r>
        <w:rPr>
          <w:b/>
        </w:rPr>
        <w:t xml:space="preserve">[59:32] </w:t>
      </w:r>
      <w:r>
        <w:t>to logon ko chahiye ke woh dobara jaiza lein. dobara karein. phir se sochein. aur agar sochein ge to quran mein dhoondein ge woh. dhoondein ge to yahin pahunchein ge. ke jo cheez khoi gayi hai woh dawat hai. namazon ki dhoom hai, hajj ki dhoom hai, har cheez ki dhoom hai lekin dawat nahi hai. to jab dawat par aajayen ge to sab kuch aajayega.</w:t>
      </w:r>
    </w:p>
    <w:p>
      <w:pPr>
        <w:jc w:val="right"/>
      </w:pPr>
      <w:r>
        <w:t>تو لوگوں کو چاہیے کہ وہ دوبارہ جائزہ لیں. دوبارہ کریں. پھر سے سوچیں. اور اگر سوچیں گے تو قرآن میں ڈھونڈیں گے وہ. ڈھونڈیں گے تو یہیں پہنچیں گے. کہ جو چیز کھوئی گئی ہے وہ دعوت ہے. نمازوں کی دھوم ہے، حج کی دھوم ہے، ہر چیز کی دھوم ہے لیکن دعوت نہیں ہے. تو جب دعوت پر آجائیں گے تو سب کچھ آجائے گا.</w:t>
      </w:r>
    </w:p>
    <w:p>
      <w:r>
        <w:rPr>
          <w:b/>
        </w:rPr>
        <w:t xml:space="preserve">[1:00:01] </w:t>
      </w:r>
      <w:r>
        <w:t>tab bedari hogi. tab ek nayi zindagi milegi. tab mustaqbil roshan hoga. ek kitab likhi gayi thi bol rahi thi roshan apna mustaqbil hai azadi se pehle. aaj tak mustaqbil roshan nahi hua. kyun? mustaqbil roshan hoga dawat ke raste se. aur dawat ka rasta apnaya nahi gaya. aqool qawli haza wa astaghfirullaha li walakum ajmaeen.</w:t>
      </w:r>
    </w:p>
    <w:p>
      <w:pPr>
        <w:jc w:val="right"/>
      </w:pPr>
      <w:r>
        <w:t>تب بیداری ہوگی. تب ایک نئی زندگی ملے گی. تب مستقبل روشن ہوگا. ایک کتاب لکھی گئی تھی بول رہی تھی روشن اپنا مستقبل ہے آزادی سے پہلے. آج تک مستقبل روشن نہیں ہوا. کیوں؟ مستقبل روشن ہوگا دعوت کے راستے سے. اور دعوت کا راستہ اپنایا نہیں گیا.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