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in 21st Century - Sunday 3 April 2011</w:t>
      </w:r>
    </w:p>
    <w:p>
      <w:r>
        <w:t>https://www.youtube.com/watch?v=NpQanbKTOGg</w:t>
      </w:r>
    </w:p>
    <w:p>
      <w:r>
        <w:rPr>
          <w:b/>
        </w:rPr>
        <w:t xml:space="preserve">[00:02] </w:t>
      </w:r>
      <w:r>
        <w:t>bismillah-hir-rehman-nir-rahim, wa-sallallahu 'ala-n-nabiyyi-l-karim.</w:t>
      </w:r>
    </w:p>
    <w:p>
      <w:pPr>
        <w:jc w:val="right"/>
      </w:pPr>
      <w:r>
        <w:t>بسم اللہ الرحمن الرحیم، وصلی اللہ علی النبی الکریم۔</w:t>
      </w:r>
    </w:p>
    <w:p>
      <w:r>
        <w:rPr>
          <w:b/>
        </w:rPr>
        <w:t xml:space="preserve">[00:08] </w:t>
      </w:r>
      <w:r>
        <w:t>rab-bish-rah-li sadri, wa-yassir-li amri, wah-lul 'uqdatan-min lisani yafqahu qawli.</w:t>
      </w:r>
    </w:p>
    <w:p>
      <w:pPr>
        <w:jc w:val="right"/>
      </w:pPr>
      <w:r>
        <w:t>رب اشرح لی صدری، ویسر لی امری، واحل العقدۃ من لسانی یفقہ قولی۔</w:t>
      </w:r>
    </w:p>
    <w:p>
      <w:r>
        <w:rPr>
          <w:b/>
        </w:rPr>
        <w:t xml:space="preserve">[00:14] </w:t>
      </w:r>
      <w:r>
        <w:t>aaj ka topic hai: Islam in the 21st century.</w:t>
      </w:r>
    </w:p>
    <w:p>
      <w:pPr>
        <w:jc w:val="right"/>
      </w:pPr>
      <w:r>
        <w:t>آج کا ٹاپک ہے: اسلام in the 21st century۔</w:t>
      </w:r>
    </w:p>
    <w:p>
      <w:r>
        <w:rPr>
          <w:b/>
        </w:rPr>
        <w:t xml:space="preserve">[00:21] </w:t>
      </w:r>
      <w:r>
        <w:t>Islam akisween sadi mein.</w:t>
      </w:r>
    </w:p>
    <w:p>
      <w:pPr>
        <w:jc w:val="right"/>
      </w:pPr>
      <w:r>
        <w:t>اسلام اکیسویں صدی میں۔</w:t>
      </w:r>
    </w:p>
    <w:p>
      <w:r>
        <w:rPr>
          <w:b/>
        </w:rPr>
        <w:t xml:space="preserve">[00:27] </w:t>
      </w:r>
      <w:r>
        <w:t>yeh bohat zyada important baat hai, aur bohat ta'assub se pak ho kar jab socha jaye ga tab</w:t>
      </w:r>
    </w:p>
    <w:p>
      <w:pPr>
        <w:jc w:val="right"/>
      </w:pPr>
      <w:r>
        <w:t>یہ بہت زیادہ important بات ہے، اور بہت تعصب سے پاک ہو کر جب سوچا جائے گا تب</w:t>
      </w:r>
    </w:p>
    <w:p>
      <w:r>
        <w:rPr>
          <w:b/>
        </w:rPr>
        <w:t xml:space="preserve">[00:33] </w:t>
      </w:r>
      <w:r>
        <w:t>hi hum samajh payen ge is ka matlab.</w:t>
      </w:r>
    </w:p>
    <w:p>
      <w:pPr>
        <w:jc w:val="right"/>
      </w:pPr>
      <w:r>
        <w:t>ہی ہم سمجھ پائیں گے اس کا مطلب۔</w:t>
      </w:r>
    </w:p>
    <w:p>
      <w:r>
        <w:rPr>
          <w:b/>
        </w:rPr>
        <w:t xml:space="preserve">[00:40] </w:t>
      </w:r>
      <w:r>
        <w:t>hamesha dekhiye, ta'assubat, yani conditioning jo hai woh record ban jati hai aadmi ke liye sahi baat ko samajhne mein.</w:t>
      </w:r>
    </w:p>
    <w:p>
      <w:pPr>
        <w:jc w:val="right"/>
      </w:pPr>
      <w:r>
        <w:t>ہمیشہ دیکھیے، تعصبات، یعنی conditioning جو ہے وہ ریکارڈ بن جاتی ہے آدمی کے لیے صحیح بات کو سمجھنے میں۔</w:t>
      </w:r>
    </w:p>
    <w:p>
      <w:r>
        <w:rPr>
          <w:b/>
        </w:rPr>
        <w:t xml:space="preserve">[00:46] </w:t>
      </w:r>
      <w:r>
        <w:t>mujhe is topic ki taraf dhyan is tarah aya ke kal aap jante hain ke India cricket ke</w:t>
      </w:r>
    </w:p>
    <w:p>
      <w:pPr>
        <w:jc w:val="right"/>
      </w:pPr>
      <w:r>
        <w:t>مجھے اس ٹاپک کی طرف دھیان اس طرح آیا کہ کل آپ جانتے ہیں کہ انڈیا کرکٹ کے</w:t>
      </w:r>
    </w:p>
    <w:p>
      <w:r>
        <w:rPr>
          <w:b/>
        </w:rPr>
        <w:t xml:space="preserve">[00:52] </w:t>
      </w:r>
      <w:r>
        <w:t>muqable mein jeet gaya, aur Dhoni is ke hero thay.</w:t>
      </w:r>
    </w:p>
    <w:p>
      <w:pPr>
        <w:jc w:val="right"/>
      </w:pPr>
      <w:r>
        <w:t>مقابلے میں جیت گیا، اور دھونی اس کے ہیرو تھے۔</w:t>
      </w:r>
    </w:p>
    <w:p>
      <w:r>
        <w:rPr>
          <w:b/>
        </w:rPr>
        <w:t xml:space="preserve">[00:59] </w:t>
      </w:r>
      <w:r>
        <w:t>to TV par kai logon ne yeh nara lagaya ke "Dhoni ki mahima aparampaar".</w:t>
      </w:r>
    </w:p>
    <w:p>
      <w:pPr>
        <w:jc w:val="right"/>
      </w:pPr>
      <w:r>
        <w:t>تو ٹی وی پر کئی لوگوں نے یہ نعرہ لگایا کہ "دھونی کی مہما اپرم پار"۔</w:t>
      </w:r>
    </w:p>
    <w:p>
      <w:r>
        <w:rPr>
          <w:b/>
        </w:rPr>
        <w:t xml:space="preserve">[01:05] </w:t>
      </w:r>
      <w:r>
        <w:t>is se pehle kaha jata tha ke "Ram ki mahima aparampaar".</w:t>
      </w:r>
    </w:p>
    <w:p>
      <w:pPr>
        <w:jc w:val="right"/>
      </w:pPr>
      <w:r>
        <w:t>اس سے پہلے کہا جاتا تھا کہ "رام کی مہما اپرم پار"۔</w:t>
      </w:r>
    </w:p>
    <w:p>
      <w:r>
        <w:rPr>
          <w:b/>
        </w:rPr>
        <w:t xml:space="preserve">[01:11] </w:t>
      </w:r>
      <w:r>
        <w:t>ab yeh kaha gaya ke "Dhoni ki mahima aparampaar".</w:t>
      </w:r>
    </w:p>
    <w:p>
      <w:pPr>
        <w:jc w:val="right"/>
      </w:pPr>
      <w:r>
        <w:t>اب یہ کہا گیا کہ "دھونی کی مہما اپرم پار"۔</w:t>
      </w:r>
    </w:p>
    <w:p>
      <w:r>
        <w:rPr>
          <w:b/>
        </w:rPr>
        <w:t xml:space="preserve">[01:18] </w:t>
      </w:r>
      <w:r>
        <w:t>is par main sochta raha, sochta raha, sochta raha to mujhe ek bohat bari baat samajh mein ayi.</w:t>
      </w:r>
    </w:p>
    <w:p>
      <w:pPr>
        <w:jc w:val="right"/>
      </w:pPr>
      <w:r>
        <w:t>اس پر میں سوچتا رہا، سوچتا رہا، سوچتا رہا تو مجھے ایک بہت بڑی بات سمجھ میں آئی۔</w:t>
      </w:r>
    </w:p>
    <w:p>
      <w:r>
        <w:rPr>
          <w:b/>
        </w:rPr>
        <w:t xml:space="preserve">[01:24] </w:t>
      </w:r>
      <w:r>
        <w:t>dekhiye, is duniya ko, is sansar ko banaya Khuda ne.</w:t>
      </w:r>
    </w:p>
    <w:p>
      <w:pPr>
        <w:jc w:val="right"/>
      </w:pPr>
      <w:r>
        <w:t>دیکھیے، اس دنیا کو، اس سنسار کو بنایا خدا نے۔</w:t>
      </w:r>
    </w:p>
    <w:p>
      <w:r>
        <w:rPr>
          <w:b/>
        </w:rPr>
        <w:t xml:space="preserve">[01:30] </w:t>
      </w:r>
      <w:r>
        <w:t>sab kuch diya hua Khuda ka hai.</w:t>
      </w:r>
    </w:p>
    <w:p>
      <w:pPr>
        <w:jc w:val="right"/>
      </w:pPr>
      <w:r>
        <w:t>سب کچھ دیا ہوا خدا کا ہے۔</w:t>
      </w:r>
    </w:p>
    <w:p>
      <w:r>
        <w:rPr>
          <w:b/>
        </w:rPr>
        <w:t xml:space="preserve">[01:37] </w:t>
      </w:r>
      <w:r>
        <w:t>koi bhi cheez, chahe ek zara ho ya ek galaxy ho, ya hawa ho ya pani ho, sab</w:t>
      </w:r>
    </w:p>
    <w:p>
      <w:pPr>
        <w:jc w:val="right"/>
      </w:pPr>
      <w:r>
        <w:t>کوئی بھی چیز، چاہے ایک ذرہ ہو یا ایک galaxy ہو، یا ہوا ہو یا پانی ہو، سب</w:t>
      </w:r>
    </w:p>
    <w:p>
      <w:r>
        <w:rPr>
          <w:b/>
        </w:rPr>
        <w:t xml:space="preserve">[01:43] </w:t>
      </w:r>
      <w:r>
        <w:t>kuch Khuda ka diya hua hai.</w:t>
      </w:r>
    </w:p>
    <w:p>
      <w:pPr>
        <w:jc w:val="right"/>
      </w:pPr>
      <w:r>
        <w:t>کچھ خدا کا دیا ہوا ہے۔</w:t>
      </w:r>
    </w:p>
    <w:p>
      <w:r>
        <w:rPr>
          <w:b/>
        </w:rPr>
        <w:t xml:space="preserve">[01:49] </w:t>
      </w:r>
      <w:r>
        <w:t>to hona kya chahiye? Hona chahiye ke "God ki mahima aparampaar".</w:t>
      </w:r>
    </w:p>
    <w:p>
      <w:pPr>
        <w:jc w:val="right"/>
      </w:pPr>
      <w:r>
        <w:t>تو ہونا کیا چاہیے؟ ہونا چاہیے کہ "God کی مہما اپرم پار"۔</w:t>
      </w:r>
    </w:p>
    <w:p>
      <w:r>
        <w:rPr>
          <w:b/>
        </w:rPr>
        <w:t xml:space="preserve">[01:56] </w:t>
      </w:r>
      <w:r>
        <w:t>magar poori tareekh guzar gayi, aur kabhi bhi yeh culture duniya mein nahi develop hua.</w:t>
      </w:r>
    </w:p>
    <w:p>
      <w:pPr>
        <w:jc w:val="right"/>
      </w:pPr>
      <w:r>
        <w:t>مگر پوری تاریخ گزر گئی، اور کبھی بھی یہ culture دنیا میں نہیں develop ہوا۔</w:t>
      </w:r>
    </w:p>
    <w:p>
      <w:r>
        <w:rPr>
          <w:b/>
        </w:rPr>
        <w:t xml:space="preserve">[02:02] </w:t>
      </w:r>
      <w:r>
        <w:t>yani kuch individual aise paida hue jinhon ne Khuda ki badai ko discover kiya aur is ka aur</w:t>
      </w:r>
    </w:p>
    <w:p>
      <w:pPr>
        <w:jc w:val="right"/>
      </w:pPr>
      <w:r>
        <w:t>یعنی کچھ individual ایسے پیدا ہوئے جنہوں نے خدا کی بڑائی کو discover کیا اور اس کا اور</w:t>
      </w:r>
    </w:p>
    <w:p>
      <w:r>
        <w:rPr>
          <w:b/>
        </w:rPr>
        <w:t xml:space="preserve">[02:08] </w:t>
      </w:r>
      <w:r>
        <w:t>is ko acknowledge kiya.</w:t>
      </w:r>
    </w:p>
    <w:p>
      <w:pPr>
        <w:jc w:val="right"/>
      </w:pPr>
      <w:r>
        <w:t>اس کو acknowledge کیا۔</w:t>
      </w:r>
    </w:p>
    <w:p>
      <w:r>
        <w:rPr>
          <w:b/>
        </w:rPr>
        <w:t xml:space="preserve">[02:15] </w:t>
      </w:r>
      <w:r>
        <w:t>lekin culture ke taur par kabhi bhi aisa nahi hua ke log dil se aur zuban se yeh</w:t>
      </w:r>
    </w:p>
    <w:p>
      <w:pPr>
        <w:jc w:val="right"/>
      </w:pPr>
      <w:r>
        <w:t>لیکن culture کے طور پر کبھی بھی ایسا نہیں ہوا کہ لوگ دل سے اور زبان سے یہ</w:t>
      </w:r>
    </w:p>
    <w:p>
      <w:r>
        <w:rPr>
          <w:b/>
        </w:rPr>
        <w:t xml:space="preserve">[02:21] </w:t>
      </w:r>
      <w:r>
        <w:t>kehne lagen ke "God ki mahima aparampaar".</w:t>
      </w:r>
    </w:p>
    <w:p>
      <w:pPr>
        <w:jc w:val="right"/>
      </w:pPr>
      <w:r>
        <w:t>کہنے لگیں کہ "God کی مہما اپرم پار"۔</w:t>
      </w:r>
    </w:p>
    <w:p>
      <w:r>
        <w:rPr>
          <w:b/>
        </w:rPr>
        <w:t xml:space="preserve">[02:27] </w:t>
      </w:r>
      <w:r>
        <w:t>yahan tak ke jo log Allah-u-Akbar ka lafz bolte hain woh bhi lip service hota hai.</w:t>
      </w:r>
    </w:p>
    <w:p>
      <w:pPr>
        <w:jc w:val="right"/>
      </w:pPr>
      <w:r>
        <w:t>یہاں تک کہ جو لوگ اللہ اکبر کا لفظ بولتے ہیں وہ بھی lip service ہوتا ہے۔</w:t>
      </w:r>
    </w:p>
    <w:p>
      <w:r>
        <w:rPr>
          <w:b/>
        </w:rPr>
        <w:t xml:space="preserve">[02:34] </w:t>
      </w:r>
      <w:r>
        <w:t>Musalman rozana namaz mein kai sau bar Allah-u-Akbar kehte hain, lekin bas ek ritual ke taur par.</w:t>
      </w:r>
    </w:p>
    <w:p>
      <w:pPr>
        <w:jc w:val="right"/>
      </w:pPr>
      <w:r>
        <w:t>مسلمان روزانہ نماز میں کئی سو بار اللہ اکبر کہتے ہیں، لیکن بس ایک ritual کے طور پر۔</w:t>
      </w:r>
    </w:p>
    <w:p>
      <w:r>
        <w:rPr>
          <w:b/>
        </w:rPr>
        <w:t xml:space="preserve">[02:40] </w:t>
      </w:r>
      <w:r>
        <w:t>mujhe to koi misaal musalman nahi mila jo Allah Akbar kehne ka matlab yeh samjhe ke "God ki</w:t>
      </w:r>
    </w:p>
    <w:p>
      <w:pPr>
        <w:jc w:val="right"/>
      </w:pPr>
      <w:r>
        <w:t>مجھے تو کوئی مثال مسلمان نہیں ملا جو اللہ اکبر کہنے کا مطلب یہ سمجھے کہ "God کی</w:t>
      </w:r>
    </w:p>
    <w:p>
      <w:r>
        <w:rPr>
          <w:b/>
        </w:rPr>
        <w:t xml:space="preserve">[02:46] </w:t>
      </w:r>
      <w:r>
        <w:t>mehama aprm par".</w:t>
      </w:r>
    </w:p>
    <w:p>
      <w:pPr>
        <w:jc w:val="right"/>
      </w:pPr>
      <w:r>
        <w:t>مہما اپرم پار"۔</w:t>
      </w:r>
    </w:p>
    <w:p>
      <w:r>
        <w:rPr>
          <w:b/>
        </w:rPr>
        <w:t xml:space="preserve">[02:53] </w:t>
      </w:r>
      <w:r>
        <w:t>to yeh culture kabhi develop nahi hua.</w:t>
      </w:r>
    </w:p>
    <w:p>
      <w:pPr>
        <w:jc w:val="right"/>
      </w:pPr>
      <w:r>
        <w:t>تو یہ culture کبھی develop نہیں ہوا۔</w:t>
      </w:r>
    </w:p>
    <w:p>
      <w:r>
        <w:rPr>
          <w:b/>
        </w:rPr>
        <w:t xml:space="preserve">[02:59] </w:t>
      </w:r>
      <w:r>
        <w:t>Khuda ne peghambar isi liye bheje the ke dunya ko batayein ke asal glory kis ki hai? God</w:t>
      </w:r>
    </w:p>
    <w:p>
      <w:pPr>
        <w:jc w:val="right"/>
      </w:pPr>
      <w:r>
        <w:t>خدا نے پیغمبر اسی لیے بھیجے تھے کہ دنیا کو بتائیں کہ اصل glory کس کی ہے؟ God</w:t>
      </w:r>
    </w:p>
    <w:p>
      <w:r>
        <w:rPr>
          <w:b/>
        </w:rPr>
        <w:t xml:space="preserve">[03:05] </w:t>
      </w:r>
      <w:r>
        <w:t>ki hai, Khuda ki hai.</w:t>
      </w:r>
    </w:p>
    <w:p>
      <w:pPr>
        <w:jc w:val="right"/>
      </w:pPr>
      <w:r>
        <w:t>کی ہے، خدا کی ہے۔</w:t>
      </w:r>
    </w:p>
    <w:p>
      <w:r>
        <w:rPr>
          <w:b/>
        </w:rPr>
        <w:t xml:space="preserve">[03:12] </w:t>
      </w:r>
      <w:r>
        <w:t>yaani isi culture ko develop karne ke liye ke "God ki mehama aprm par" sare peghambar aaye.</w:t>
      </w:r>
    </w:p>
    <w:p>
      <w:pPr>
        <w:jc w:val="right"/>
      </w:pPr>
      <w:r>
        <w:t>یعنی اسی culture کو develop کرنے کے لیے کہ "God کی مہما اپرم پار" سارے پیغمبر آئے۔</w:t>
      </w:r>
    </w:p>
    <w:p>
      <w:r>
        <w:rPr>
          <w:b/>
        </w:rPr>
        <w:t xml:space="preserve">[03:18] </w:t>
      </w:r>
      <w:r>
        <w:t>lekin kuch individual aise paida hue.</w:t>
      </w:r>
    </w:p>
    <w:p>
      <w:pPr>
        <w:jc w:val="right"/>
      </w:pPr>
      <w:r>
        <w:t>لیکن کچھ individual ایسے پیدا ہوئے۔</w:t>
      </w:r>
    </w:p>
    <w:p>
      <w:r>
        <w:rPr>
          <w:b/>
        </w:rPr>
        <w:t xml:space="preserve">[03:24] </w:t>
      </w:r>
      <w:r>
        <w:t>baqi dunya ka sara karobar wahin chalta raha.</w:t>
      </w:r>
    </w:p>
    <w:p>
      <w:pPr>
        <w:jc w:val="right"/>
      </w:pPr>
      <w:r>
        <w:t>باقی دنیا کا سارا کاروبار وہیں چلتا رہا۔</w:t>
      </w:r>
    </w:p>
    <w:p>
      <w:r>
        <w:rPr>
          <w:b/>
        </w:rPr>
        <w:t xml:space="preserve">[03:31] </w:t>
      </w:r>
      <w:r>
        <w:t>to logon ne kya kiya? jo cheezein dikhai deti thi zyada bari, jaise suraj, chand, sitare, us ko</w:t>
      </w:r>
    </w:p>
    <w:p>
      <w:pPr>
        <w:jc w:val="right"/>
      </w:pPr>
      <w:r>
        <w:t>تو لوگوں نے کیا کیا؟ جو چیزیں دکھائی دیتی تھیں زیادہ بڑی، جیسے سورج، چاند، ستارے، اس کو</w:t>
      </w:r>
    </w:p>
    <w:p>
      <w:r>
        <w:rPr>
          <w:b/>
        </w:rPr>
        <w:t xml:space="preserve">[03:37] </w:t>
      </w:r>
      <w:r>
        <w:t>le ke poojne.</w:t>
      </w:r>
    </w:p>
    <w:p>
      <w:pPr>
        <w:jc w:val="right"/>
      </w:pPr>
      <w:r>
        <w:t>لے کے پوجنے۔</w:t>
      </w:r>
    </w:p>
    <w:p>
      <w:r>
        <w:rPr>
          <w:b/>
        </w:rPr>
        <w:t xml:space="preserve">[03:43] </w:t>
      </w:r>
      <w:r>
        <w:t>yaani hazaron saal tak insan poojta raha hai, yaani nature ko, mazahir-e-fitrat ko.</w:t>
      </w:r>
    </w:p>
    <w:p>
      <w:pPr>
        <w:jc w:val="right"/>
      </w:pPr>
      <w:r>
        <w:t>یعنی ہزاروں سال تک انسان پوجتا رہا ہے، یعنی nature کو، مظاہر فطرت کو۔</w:t>
      </w:r>
    </w:p>
    <w:p>
      <w:r>
        <w:rPr>
          <w:b/>
        </w:rPr>
        <w:t xml:space="preserve">[03:50] </w:t>
      </w:r>
      <w:r>
        <w:t>to goya ke woh kehta raha ke "suraj, chand ki mehama aprm par".</w:t>
      </w:r>
    </w:p>
    <w:p>
      <w:pPr>
        <w:jc w:val="right"/>
      </w:pPr>
      <w:r>
        <w:t>تو گویا کہ وہ کہتا رہا کہ "سورج، چاند کی مہما اپرم پار"۔</w:t>
      </w:r>
    </w:p>
    <w:p>
      <w:r>
        <w:rPr>
          <w:b/>
        </w:rPr>
        <w:t xml:space="preserve">[03:56] </w:t>
      </w:r>
      <w:r>
        <w:t>hazaron saal tak yahi jari raha.</w:t>
      </w:r>
    </w:p>
    <w:p>
      <w:pPr>
        <w:jc w:val="right"/>
      </w:pPr>
      <w:r>
        <w:t>ہزاروں سال تک یہی جاری رہا۔</w:t>
      </w:r>
    </w:p>
    <w:p>
      <w:r>
        <w:rPr>
          <w:b/>
        </w:rPr>
        <w:t xml:space="preserve">[04:02] </w:t>
      </w:r>
      <w:r>
        <w:t>peghambar aaye lekin kisi ne un ki baat, kuch individuals ne mani, baqi koi zyada log idhar mayel nahi hue.</w:t>
      </w:r>
    </w:p>
    <w:p>
      <w:pPr>
        <w:jc w:val="right"/>
      </w:pPr>
      <w:r>
        <w:t>پیغمبر آئے لیکن کسی نے ان کی بات، کچھ individuals نے مانی، باقی کوئی زیادہ لوگ ادھر مائل نہیں ہوئے۔</w:t>
      </w:r>
    </w:p>
    <w:p>
      <w:r>
        <w:rPr>
          <w:b/>
        </w:rPr>
        <w:t xml:space="preserve">[04:09] </w:t>
      </w:r>
      <w:r>
        <w:t>phir seventh century AD mein aakhri peghambar aaye, aur Allah ki khaas madad se aap ko yeh mauqa</w:t>
      </w:r>
    </w:p>
    <w:p>
      <w:pPr>
        <w:jc w:val="right"/>
      </w:pPr>
      <w:r>
        <w:t>پھر seventh century AD میں آخری پیغمبر آئے، اور اللہ کی خاص مدد سے آپ کو یہ موقع</w:t>
      </w:r>
    </w:p>
    <w:p>
      <w:r>
        <w:rPr>
          <w:b/>
        </w:rPr>
        <w:t xml:space="preserve">[04:15] </w:t>
      </w:r>
      <w:r>
        <w:t>mila ke aap ek team banayein, jin ko hum Ashab-e-Rasool kehte hain.</w:t>
      </w:r>
    </w:p>
    <w:p>
      <w:pPr>
        <w:jc w:val="right"/>
      </w:pPr>
      <w:r>
        <w:t>ملا کہ آپ ایک ٹیم بنائیں، جن کو ہم اصحاب رسول کہتے ہیں۔</w:t>
      </w:r>
    </w:p>
    <w:p>
      <w:r>
        <w:rPr>
          <w:b/>
        </w:rPr>
        <w:t xml:space="preserve">[04:21] </w:t>
      </w:r>
      <w:r>
        <w:t>to is team ne ek tareekh mein ek naya revolution paida kiya, inqilab.</w:t>
      </w:r>
    </w:p>
    <w:p>
      <w:pPr>
        <w:jc w:val="right"/>
      </w:pPr>
      <w:r>
        <w:t>تو اس ٹیم نے ایک تاریخ میں ایک نیا revolution پیدا کیا، انقلاب۔</w:t>
      </w:r>
    </w:p>
    <w:p>
      <w:r>
        <w:rPr>
          <w:b/>
        </w:rPr>
        <w:t xml:space="preserve">[04:28] </w:t>
      </w:r>
      <w:r>
        <w:t>is inqilab ka zikr kiya hai yaani historians ne.</w:t>
      </w:r>
    </w:p>
    <w:p>
      <w:pPr>
        <w:jc w:val="right"/>
      </w:pPr>
      <w:r>
        <w:t>اس انقلاب کا ذکر کیا ہے یعنی historians نے۔</w:t>
      </w:r>
    </w:p>
    <w:p>
      <w:r>
        <w:rPr>
          <w:b/>
        </w:rPr>
        <w:t xml:space="preserve">[04:34] </w:t>
      </w:r>
      <w:r>
        <w:t>misalan French historian jo hai, France ka historian Henri Prin, us inqilab ko batate hue kehta hai ke</w:t>
      </w:r>
    </w:p>
    <w:p>
      <w:pPr>
        <w:jc w:val="right"/>
      </w:pPr>
      <w:r>
        <w:t>مثلاً French historian جو ہے، فرانس کا historian Henri Prin، اس انقلاب کو بتاتے ہوئے کہتا ہے کہ</w:t>
      </w:r>
    </w:p>
    <w:p>
      <w:r>
        <w:rPr>
          <w:b/>
        </w:rPr>
        <w:t xml:space="preserve">[04:40] </w:t>
      </w:r>
      <w:r>
        <w:t>"Islam changed the face of the globe.</w:t>
      </w:r>
    </w:p>
    <w:p>
      <w:pPr>
        <w:jc w:val="right"/>
      </w:pPr>
      <w:r>
        <w:t>"Islam changed the face of the globe.</w:t>
      </w:r>
    </w:p>
    <w:p>
      <w:r>
        <w:rPr>
          <w:b/>
        </w:rPr>
        <w:t xml:space="preserve">[04:47] </w:t>
      </w:r>
      <w:r>
        <w:t>The traditional order of history was overthrown".</w:t>
      </w:r>
    </w:p>
    <w:p>
      <w:pPr>
        <w:jc w:val="right"/>
      </w:pPr>
      <w:r>
        <w:t>The traditional order of history was overthrown"۔</w:t>
      </w:r>
    </w:p>
    <w:p>
      <w:r>
        <w:rPr>
          <w:b/>
        </w:rPr>
        <w:t xml:space="preserve">[04:53] </w:t>
      </w:r>
      <w:r>
        <w:t>to kya hua? ek process naya.</w:t>
      </w:r>
    </w:p>
    <w:p>
      <w:pPr>
        <w:jc w:val="right"/>
      </w:pPr>
      <w:r>
        <w:t>تو کیا ہوا؟ ایک process نیا۔</w:t>
      </w:r>
    </w:p>
    <w:p>
      <w:r>
        <w:rPr>
          <w:b/>
        </w:rPr>
        <w:t xml:space="preserve">[04:59] </w:t>
      </w:r>
      <w:r>
        <w:t>dekhiye, koi bhi inqilab achaanak nahi hota do din mein.</w:t>
      </w:r>
    </w:p>
    <w:p>
      <w:pPr>
        <w:jc w:val="right"/>
      </w:pPr>
      <w:r>
        <w:t>دیکھیے، کوئی بھی انقلاب اچانک نہیں ہوتا دو دن میں۔</w:t>
      </w:r>
    </w:p>
    <w:p>
      <w:r>
        <w:rPr>
          <w:b/>
        </w:rPr>
        <w:t xml:space="preserve">[05:06] </w:t>
      </w:r>
      <w:r>
        <w:t>kabhi aisa nahi hota.</w:t>
      </w:r>
    </w:p>
    <w:p>
      <w:pPr>
        <w:jc w:val="right"/>
      </w:pPr>
      <w:r>
        <w:t>کبھی ایسا نہیں ہوتا۔</w:t>
      </w:r>
    </w:p>
    <w:p>
      <w:r>
        <w:rPr>
          <w:b/>
        </w:rPr>
        <w:t xml:space="preserve">[05:12] </w:t>
      </w:r>
      <w:r>
        <w:t>aap ko ek darakht ugna ho, ek sisam ka, ek oak ka, to do din mein ug sakta hai woh.</w:t>
      </w:r>
    </w:p>
    <w:p>
      <w:pPr>
        <w:jc w:val="right"/>
      </w:pPr>
      <w:r>
        <w:t>آپ کو ایک درخت اگانا ہو، ایک سیسم کا، ایک اوک کا، تو دو دن میں اگ سکتا ہے وہ۔</w:t>
      </w:r>
    </w:p>
    <w:p>
      <w:r>
        <w:rPr>
          <w:b/>
        </w:rPr>
        <w:t xml:space="preserve">[05:18] </w:t>
      </w:r>
      <w:r>
        <w:t>is ke liye to so saal lagen ge.</w:t>
      </w:r>
    </w:p>
    <w:p>
      <w:pPr>
        <w:jc w:val="right"/>
      </w:pPr>
      <w:r>
        <w:t>اس کے لیے تو سو سال لگیں گے۔</w:t>
      </w:r>
    </w:p>
    <w:p>
      <w:r>
        <w:rPr>
          <w:b/>
        </w:rPr>
        <w:t xml:space="preserve">[05:25] </w:t>
      </w:r>
      <w:r>
        <w:t>to tareekh mein koi inqilab laane ke liye ek lamba process chalata hai.</w:t>
      </w:r>
    </w:p>
    <w:p>
      <w:pPr>
        <w:jc w:val="right"/>
      </w:pPr>
      <w:r>
        <w:t>تو تاریخ میں کوئی انقلاب لانے کے لیے ایک لمبا process چلتا ہے۔</w:t>
      </w:r>
    </w:p>
    <w:p>
      <w:r>
        <w:rPr>
          <w:b/>
        </w:rPr>
        <w:t xml:space="preserve">[05:31] </w:t>
      </w:r>
      <w:r>
        <w:t>to seventh century AD mein ashaab-e-rasool ne jo inqilab barpa kiya, is ka matlab kya tha? ek</w:t>
      </w:r>
    </w:p>
    <w:p>
      <w:pPr>
        <w:jc w:val="right"/>
      </w:pPr>
      <w:r>
        <w:t>تو seventh century AD میں اصحاب رسول نے جو انقلاب برپا کیا، اس کا مطلب کیا تھا؟ ایک</w:t>
      </w:r>
    </w:p>
    <w:p>
      <w:r>
        <w:rPr>
          <w:b/>
        </w:rPr>
        <w:t xml:space="preserve">[05:37] </w:t>
      </w:r>
      <w:r>
        <w:t>process jaari hua. ek process.</w:t>
      </w:r>
    </w:p>
    <w:p>
      <w:pPr>
        <w:jc w:val="right"/>
      </w:pPr>
      <w:r>
        <w:t>process جاری ہوا۔ ایک process۔</w:t>
      </w:r>
    </w:p>
    <w:p>
      <w:r>
        <w:rPr>
          <w:b/>
        </w:rPr>
        <w:t xml:space="preserve">[05:44] </w:t>
      </w:r>
      <w:r>
        <w:t>is ka culmination tha jo Renaissance ki shakal mein Western Europe mein hua.</w:t>
      </w:r>
    </w:p>
    <w:p>
      <w:pPr>
        <w:jc w:val="right"/>
      </w:pPr>
      <w:r>
        <w:t>اس کا culmination تھا جو Renaissance کی شکل میں Western Europe میں ہوا۔</w:t>
      </w:r>
    </w:p>
    <w:p>
      <w:r>
        <w:rPr>
          <w:b/>
        </w:rPr>
        <w:t xml:space="preserve">[05:50] </w:t>
      </w:r>
      <w:r>
        <w:t>solahwin sadi, satrahwin sadi, atharahwin sadi, unniswin sadi, jo yeh zamana jo hai, yahan aa kar culmination hua.</w:t>
      </w:r>
    </w:p>
    <w:p>
      <w:pPr>
        <w:jc w:val="right"/>
      </w:pPr>
      <w:r>
        <w:t>سولہویں صدی، سترہویں صدی، اٹھارویں صدی، انیسویں صدی، جو یہ زمانہ جو ہے، یہاں آ کر culmination ہوا۔</w:t>
      </w:r>
    </w:p>
    <w:p>
      <w:r>
        <w:rPr>
          <w:b/>
        </w:rPr>
        <w:t xml:space="preserve">[05:56] </w:t>
      </w:r>
      <w:r>
        <w:t>magar Musalmanon ne is ko samjha nahin, ummat-e-muslima ne is ko samjha nahin.</w:t>
      </w:r>
    </w:p>
    <w:p>
      <w:pPr>
        <w:jc w:val="right"/>
      </w:pPr>
      <w:r>
        <w:t>مگر مسلمانوں نے اس کو سمجھا نہیں، امت مسلمہ نے اس کو سمجھا نہیں۔</w:t>
      </w:r>
    </w:p>
    <w:p>
      <w:r>
        <w:rPr>
          <w:b/>
        </w:rPr>
        <w:t xml:space="preserve">[06:03] </w:t>
      </w:r>
      <w:r>
        <w:t>kuch bhi nahin samjha.</w:t>
      </w:r>
    </w:p>
    <w:p>
      <w:pPr>
        <w:jc w:val="right"/>
      </w:pPr>
      <w:r>
        <w:t>کچھ بھی نہیں سمجھا۔</w:t>
      </w:r>
    </w:p>
    <w:p>
      <w:r>
        <w:rPr>
          <w:b/>
        </w:rPr>
        <w:t xml:space="preserve">[06:09] </w:t>
      </w:r>
      <w:r>
        <w:t>kuch bhi nahin samjha.</w:t>
      </w:r>
    </w:p>
    <w:p>
      <w:pPr>
        <w:jc w:val="right"/>
      </w:pPr>
      <w:r>
        <w:t>کچھ بھی نہیں سمجھا۔</w:t>
      </w:r>
    </w:p>
    <w:p>
      <w:r>
        <w:rPr>
          <w:b/>
        </w:rPr>
        <w:t xml:space="preserve">[06:15] </w:t>
      </w:r>
      <w:r>
        <w:t>aur khawamkhwah ladne lage.</w:t>
      </w:r>
    </w:p>
    <w:p>
      <w:pPr>
        <w:jc w:val="right"/>
      </w:pPr>
      <w:r>
        <w:t>اور خوامخواہ لڑنے لگے۔</w:t>
      </w:r>
    </w:p>
    <w:p>
      <w:r>
        <w:rPr>
          <w:b/>
        </w:rPr>
        <w:t xml:space="preserve">[06:22] </w:t>
      </w:r>
      <w:r>
        <w:t>dekhiye, main aap ko yaad dilana chahta hoon ek aayat.</w:t>
      </w:r>
    </w:p>
    <w:p>
      <w:pPr>
        <w:jc w:val="right"/>
      </w:pPr>
      <w:r>
        <w:t>دیکھیے، میں آپ کو یاد دلانا چاہتا ہوں ایک آیت۔</w:t>
      </w:r>
    </w:p>
    <w:p>
      <w:r>
        <w:rPr>
          <w:b/>
        </w:rPr>
        <w:t xml:space="preserve">[06:28] </w:t>
      </w:r>
      <w:r>
        <w:t>Quran ke chapter number forty-eight, is ka naam hai Al-Fath.</w:t>
      </w:r>
    </w:p>
    <w:p>
      <w:pPr>
        <w:jc w:val="right"/>
      </w:pPr>
      <w:r>
        <w:t>قرآن کے chapter number forty-eight، اس کا نام ہے الفتح۔</w:t>
      </w:r>
    </w:p>
    <w:p>
      <w:r>
        <w:rPr>
          <w:b/>
        </w:rPr>
        <w:t xml:space="preserve">[06:34] </w:t>
      </w:r>
      <w:r>
        <w:t>is ke aakhir mein yeh aayaten hain: Muhammad Rasool Allah wallazina ma'ahu ashidda'u 'alal kuffari ruhaama'u bainahum tarahum</w:t>
      </w:r>
    </w:p>
    <w:p>
      <w:pPr>
        <w:jc w:val="right"/>
      </w:pPr>
      <w:r>
        <w:t>اس کے آخر میں یہ آیتیں ہیں: محمد رسول اللہ والذین معہ اشداء علی الکفار رحماء بینہم تراہم</w:t>
      </w:r>
    </w:p>
    <w:p>
      <w:r>
        <w:rPr>
          <w:b/>
        </w:rPr>
        <w:t xml:space="preserve">[06:41] </w:t>
      </w:r>
      <w:r>
        <w:t>rukk'an sujjadanyabghoona fadlam min Allah wa ridwanan sayyahum fi wujoohim min athar-is-sujoodi zalika masaluhum fit tawrati wa</w:t>
      </w:r>
    </w:p>
    <w:p>
      <w:pPr>
        <w:jc w:val="right"/>
      </w:pPr>
      <w:r>
        <w:t>رکان سجدۃ یبقون فضلا من اللہ ورضوانا سیماہم فی وجوہ من سر سجود ذالک مثلہم فی التوراة یہ</w:t>
      </w:r>
    </w:p>
    <w:p>
      <w:r>
        <w:rPr>
          <w:b/>
        </w:rPr>
        <w:t xml:space="preserve">[06:47] </w:t>
      </w:r>
      <w:r>
        <w:t>ek hissa hua.</w:t>
      </w:r>
    </w:p>
    <w:p>
      <w:pPr>
        <w:jc w:val="right"/>
      </w:pPr>
      <w:r>
        <w:t>ایک حصہ ہوا۔</w:t>
      </w:r>
    </w:p>
    <w:p>
      <w:r>
        <w:rPr>
          <w:b/>
        </w:rPr>
        <w:t xml:space="preserve">[06:53] </w:t>
      </w:r>
      <w:r>
        <w:t>wa masaluhum fil injeeli kazar'atin akhraja shata'ahu fasta'azara fastaghallazha suqahu yoo'jibuth thurra 'ala ghayzhim bihimul kuffar. is surah mein</w:t>
      </w:r>
    </w:p>
    <w:p>
      <w:pPr>
        <w:jc w:val="right"/>
      </w:pPr>
      <w:r>
        <w:t>ومثلهم فی الانجیل كذرین اخرج شطہ فاضره فاستغلذا سوقه یوجب الذرى علی اغیظ بہم الکفار اس سورہ میں</w:t>
      </w:r>
    </w:p>
    <w:p>
      <w:r>
        <w:rPr>
          <w:b/>
        </w:rPr>
        <w:t xml:space="preserve">[07:00] </w:t>
      </w:r>
      <w:r>
        <w:t>ke aakhir mein jo aayaten hain, is mein do hisse hain.</w:t>
      </w:r>
    </w:p>
    <w:p>
      <w:pPr>
        <w:jc w:val="right"/>
      </w:pPr>
      <w:r>
        <w:t>کے آخر میں جو آیتیں ہیں، اس میں دو حصے ہیں۔</w:t>
      </w:r>
    </w:p>
    <w:p>
      <w:r>
        <w:rPr>
          <w:b/>
        </w:rPr>
        <w:t xml:space="preserve">[07:06] </w:t>
      </w:r>
      <w:r>
        <w:t>pehla hissa woh hai jis mein zikr kiya gaya ke Injeel mein, nahin, Tawrat mein pehla hissa woh</w:t>
      </w:r>
    </w:p>
    <w:p>
      <w:pPr>
        <w:jc w:val="right"/>
      </w:pPr>
      <w:r>
        <w:t>پہلا حصہ وہ ہے جس میں ذکر کیا گیا کہ انجیل میں، نہیں، تورات میں پہلا حصہ وہ</w:t>
      </w:r>
    </w:p>
    <w:p>
      <w:r>
        <w:rPr>
          <w:b/>
        </w:rPr>
        <w:t xml:space="preserve">[07:12] </w:t>
      </w:r>
      <w:r>
        <w:t>hai jis ke baray mein kaha gaya ke Tawrat mein as a prediction yeh baat batai ja chuki hai.</w:t>
      </w:r>
    </w:p>
    <w:p>
      <w:pPr>
        <w:jc w:val="right"/>
      </w:pPr>
      <w:r>
        <w:t>ہے جس کے بارے میں کہا گیا کہ تورات میں as a prediction یہ بات بتائی جا چکی ہے۔</w:t>
      </w:r>
    </w:p>
    <w:p>
      <w:r>
        <w:rPr>
          <w:b/>
        </w:rPr>
        <w:t xml:space="preserve">[07:19] </w:t>
      </w:r>
      <w:r>
        <w:t>aur doosra hissa woh hai jis ke baray mein kaha gaya ke as a prediction Injeel mein bataya gaya hai.</w:t>
      </w:r>
    </w:p>
    <w:p>
      <w:pPr>
        <w:jc w:val="right"/>
      </w:pPr>
      <w:r>
        <w:t>اور دوسرا حصہ وہ ہے جس کے بارے میں کہا گیا کہ as a prediction انجیل میں بتایا گیا ہے۔</w:t>
      </w:r>
    </w:p>
    <w:p>
      <w:r>
        <w:rPr>
          <w:b/>
        </w:rPr>
        <w:t xml:space="preserve">[07:25] </w:t>
      </w:r>
      <w:r>
        <w:t>to pehle hissay mein kya hai? ashaab-e-rasool ka seventh century mein, yani apne contemporary period mein jo</w:t>
      </w:r>
    </w:p>
    <w:p>
      <w:pPr>
        <w:jc w:val="right"/>
      </w:pPr>
      <w:r>
        <w:t>تو پہلے حصے میں کیا ہے؟ اصحاب رسول کا seventh century میں، یعنی اپنے contemporary period میں جو</w:t>
      </w:r>
    </w:p>
    <w:p>
      <w:r>
        <w:rPr>
          <w:b/>
        </w:rPr>
        <w:t xml:space="preserve">[07:31] </w:t>
      </w:r>
      <w:r>
        <w:t>hua, us ki taraf ishara hai.</w:t>
      </w:r>
    </w:p>
    <w:p>
      <w:pPr>
        <w:jc w:val="right"/>
      </w:pPr>
      <w:r>
        <w:t>ہوا، اس کی طرف اشارہ ہے۔</w:t>
      </w:r>
    </w:p>
    <w:p>
      <w:r>
        <w:rPr>
          <w:b/>
        </w:rPr>
        <w:t xml:space="preserve">[07:38] </w:t>
      </w:r>
      <w:r>
        <w:t>us waqt jo inqilab laye woh, seventh century mein jo inqilab laye, us ka zikr hai Tawrat mein,</w:t>
      </w:r>
    </w:p>
    <w:p>
      <w:pPr>
        <w:jc w:val="right"/>
      </w:pPr>
      <w:r>
        <w:t>اس وقت جو انقلاب لائے وہ، seventh century میں جو انقلاب لائے، اس کا ذکر ہے تورات میں،</w:t>
      </w:r>
    </w:p>
    <w:p>
      <w:r>
        <w:rPr>
          <w:b/>
        </w:rPr>
        <w:t xml:space="preserve">[07:44] </w:t>
      </w:r>
      <w:r>
        <w:t>Quran mein jo hawala diya gaya hai.</w:t>
      </w:r>
    </w:p>
    <w:p>
      <w:pPr>
        <w:jc w:val="right"/>
      </w:pPr>
      <w:r>
        <w:t>قرآن میں جو حوالہ دیا گیا ہے۔</w:t>
      </w:r>
    </w:p>
    <w:p>
      <w:r>
        <w:rPr>
          <w:b/>
        </w:rPr>
        <w:t xml:space="preserve">[07:50] </w:t>
      </w:r>
      <w:r>
        <w:t>aur Injeel mein jo hai, woh process ka zikr hai, process.</w:t>
      </w:r>
    </w:p>
    <w:p>
      <w:pPr>
        <w:jc w:val="right"/>
      </w:pPr>
      <w:r>
        <w:t>اور انجیل میں جو ہے، وہ process کا ذکر ہے، process۔</w:t>
      </w:r>
    </w:p>
    <w:p>
      <w:r>
        <w:rPr>
          <w:b/>
        </w:rPr>
        <w:t xml:space="preserve">[07:57] </w:t>
      </w:r>
      <w:r>
        <w:t>kyunke is mein bataya gaya hai ke ek poda zameen mein dala jata hai, agta hai, phir tana</w:t>
      </w:r>
    </w:p>
    <w:p>
      <w:pPr>
        <w:jc w:val="right"/>
      </w:pPr>
      <w:r>
        <w:t>کیونکہ اس میں بتایا گیا ہے کہ ایک پودا زمین میں ڈالا جاتا ہے، اگتا ہے، پھر تنا</w:t>
      </w:r>
    </w:p>
    <w:p>
      <w:r>
        <w:rPr>
          <w:b/>
        </w:rPr>
        <w:t xml:space="preserve">[08:03] </w:t>
      </w:r>
      <w:r>
        <w:t>is ka mazboot hota hai, phir branches nikalti hain, phir patiyan, phir phool, phir phal, yeh hai.</w:t>
      </w:r>
    </w:p>
    <w:p>
      <w:pPr>
        <w:jc w:val="right"/>
      </w:pPr>
      <w:r>
        <w:t>اس کا مضبوط ہوتا ہے، پھر branches نکلتی ہیں، پھر پتیاں، پھر پھول، پھر پھل، یہ ہے۔</w:t>
      </w:r>
    </w:p>
    <w:p>
      <w:r>
        <w:rPr>
          <w:b/>
        </w:rPr>
        <w:t xml:space="preserve">[08:10] </w:t>
      </w:r>
      <w:r>
        <w:t>kadhreen akhraj shatahu fashiraha fastaghlaatha ala suqihi yujibu dhura ala aghiz bihimul kuffar wa adalllahul ladheena amano minkum</w:t>
      </w:r>
    </w:p>
    <w:p>
      <w:pPr>
        <w:jc w:val="right"/>
      </w:pPr>
      <w:r>
        <w:t>كذرین اخرج شطه فاضره فاستغلذا علی سوقه یوجب الذرى علی اغیظ بہم الکفار وعد اللہ الذین آمنوا منکم</w:t>
      </w:r>
    </w:p>
    <w:p>
      <w:r>
        <w:rPr>
          <w:b/>
        </w:rPr>
        <w:t xml:space="preserve">[08:16] </w:t>
      </w:r>
      <w:r>
        <w:t>wa adu amano wa amilus salihate minkum magfiratan wa ajran azeema to yeh darakht jo hai, kya hai? Ek process ke</w:t>
      </w:r>
    </w:p>
    <w:p>
      <w:pPr>
        <w:jc w:val="right"/>
      </w:pPr>
      <w:r>
        <w:t>وعد آمنوا وعمل الصالحات منکم مغفرۃ واجرا عظیما تو یہ درخت جو ہے، کیا ہے؟ ایک process کے</w:t>
      </w:r>
    </w:p>
    <w:p>
      <w:r>
        <w:rPr>
          <w:b/>
        </w:rPr>
        <w:t xml:space="preserve">[08:22] </w:t>
      </w:r>
      <w:r>
        <w:t>roop mein aage badhta hai woh.</w:t>
      </w:r>
    </w:p>
    <w:p>
      <w:pPr>
        <w:jc w:val="right"/>
      </w:pPr>
      <w:r>
        <w:t>روپ میں آگے بڑھتا ہے وہ۔</w:t>
      </w:r>
    </w:p>
    <w:p>
      <w:r>
        <w:rPr>
          <w:b/>
        </w:rPr>
        <w:t xml:space="preserve">[08:29] </w:t>
      </w:r>
      <w:r>
        <w:t>achanak nahi badhta.</w:t>
      </w:r>
    </w:p>
    <w:p>
      <w:pPr>
        <w:jc w:val="right"/>
      </w:pPr>
      <w:r>
        <w:t>اچانک نہیں بڑھتا۔</w:t>
      </w:r>
    </w:p>
    <w:p>
      <w:r>
        <w:rPr>
          <w:b/>
        </w:rPr>
        <w:t xml:space="preserve">[08:35] </w:t>
      </w:r>
      <w:r>
        <w:t>darakht ki tamseel jo yahan par hai, darakht ki misaal, woh darasal process ko batane ke liye hai</w:t>
      </w:r>
    </w:p>
    <w:p>
      <w:pPr>
        <w:jc w:val="right"/>
      </w:pPr>
      <w:r>
        <w:t>درخت کی تمثیل جو یہاں پر ہے، درخت کی مثال، وہ دراصل process کو بتانے کے لیے ہے</w:t>
      </w:r>
    </w:p>
    <w:p>
      <w:r>
        <w:rPr>
          <w:b/>
        </w:rPr>
        <w:t xml:space="preserve">[08:41] </w:t>
      </w:r>
      <w:r>
        <w:t>ke ashaab-e-rasool ke zariye ek waqea woh hoga jo isi zamane mein ho jayega, yaani seventh</w:t>
      </w:r>
    </w:p>
    <w:p>
      <w:pPr>
        <w:jc w:val="right"/>
      </w:pPr>
      <w:r>
        <w:t>کہ اصحاب رسول کے ذریعے ایک واقعہ وہ ہوگا جو اسی زمانے میں ہو جائے گا، یعنی seventh</w:t>
      </w:r>
    </w:p>
    <w:p>
      <w:r>
        <w:rPr>
          <w:b/>
        </w:rPr>
        <w:t xml:space="preserve">[08:48] </w:t>
      </w:r>
      <w:r>
        <w:t>century mein ho jayega.</w:t>
      </w:r>
    </w:p>
    <w:p>
      <w:pPr>
        <w:jc w:val="right"/>
      </w:pPr>
      <w:r>
        <w:t>century میں ہو جائے گا۔</w:t>
      </w:r>
    </w:p>
    <w:p>
      <w:r>
        <w:rPr>
          <w:b/>
        </w:rPr>
        <w:t xml:space="preserve">[08:54] </w:t>
      </w:r>
      <w:r>
        <w:t>aur doosra waqea jo hai, woh process ke roop mein aage badhega, hota hote hote apne culmination</w:t>
      </w:r>
    </w:p>
    <w:p>
      <w:pPr>
        <w:jc w:val="right"/>
      </w:pPr>
      <w:r>
        <w:t>اور دوسرا واقعہ جو ہے، وہ process کے روپ میں آگے بڑھے گا، ہوتا ہوتے ہوتے اپنے culmination</w:t>
      </w:r>
    </w:p>
    <w:p>
      <w:r>
        <w:rPr>
          <w:b/>
        </w:rPr>
        <w:t xml:space="preserve">[09:00] </w:t>
      </w:r>
      <w:r>
        <w:t>ko pahunchega.</w:t>
      </w:r>
    </w:p>
    <w:p>
      <w:pPr>
        <w:jc w:val="right"/>
      </w:pPr>
      <w:r>
        <w:t>کو پہنچے گا۔</w:t>
      </w:r>
    </w:p>
    <w:p>
      <w:r>
        <w:rPr>
          <w:b/>
        </w:rPr>
        <w:t xml:space="preserve">[09:07] </w:t>
      </w:r>
      <w:r>
        <w:t>to darakht ki tamseel jo di gayi yahan par, woh darasal process ki tamseel hai.</w:t>
      </w:r>
    </w:p>
    <w:p>
      <w:pPr>
        <w:jc w:val="right"/>
      </w:pPr>
      <w:r>
        <w:t>تو درخت کی تمثیل جو دی گئی یہاں پر، وہ دراصل process کی تمثیل ہے۔</w:t>
      </w:r>
    </w:p>
    <w:p>
      <w:r>
        <w:rPr>
          <w:b/>
        </w:rPr>
        <w:t xml:space="preserve">[09:13] </w:t>
      </w:r>
      <w:r>
        <w:t>In terms of process to pehla jo hissa hai torat ke hawale se, woh hai in terms of</w:t>
      </w:r>
    </w:p>
    <w:p>
      <w:pPr>
        <w:jc w:val="right"/>
      </w:pPr>
      <w:r>
        <w:t>In terms of process تو پہلا جو حصہ ہے تورات کے حوالے سے، وہ ہے in terms of</w:t>
      </w:r>
    </w:p>
    <w:p>
      <w:r>
        <w:rPr>
          <w:b/>
        </w:rPr>
        <w:t xml:space="preserve">[09:19] </w:t>
      </w:r>
      <w:r>
        <w:t>immediate result ko bataya gaya hai.</w:t>
      </w:r>
    </w:p>
    <w:p>
      <w:pPr>
        <w:jc w:val="right"/>
      </w:pPr>
      <w:r>
        <w:t>immediate result کو بتایا گیا ہے۔</w:t>
      </w:r>
    </w:p>
    <w:p>
      <w:r>
        <w:rPr>
          <w:b/>
        </w:rPr>
        <w:t xml:space="preserve">[09:26] </w:t>
      </w:r>
      <w:r>
        <w:t>doosra hissa jo injeel ke hawale se hai, woh in terms of process ko bataya gaya hai.</w:t>
      </w:r>
    </w:p>
    <w:p>
      <w:pPr>
        <w:jc w:val="right"/>
      </w:pPr>
      <w:r>
        <w:t>دوسرا حصہ جو انجیل کے حوالے سے ہے، وہ in terms of process کو بتایا گیا ہے۔</w:t>
      </w:r>
    </w:p>
    <w:p>
      <w:r>
        <w:rPr>
          <w:b/>
        </w:rPr>
        <w:t xml:space="preserve">[09:32] </w:t>
      </w:r>
      <w:r>
        <w:t>to Quran mein ek aur ayat hai ke wa qaatiloo hatta la takuna fitnatun wa yakunad deenu kulluhu lillah in</w:t>
      </w:r>
    </w:p>
    <w:p>
      <w:pPr>
        <w:jc w:val="right"/>
      </w:pPr>
      <w:r>
        <w:t>تو قرآن میں ایک اور آیت ہے کہ وقاتلو متى لا تكون فتنہ ويكون الدين كله لله ان</w:t>
      </w:r>
    </w:p>
    <w:p>
      <w:r>
        <w:rPr>
          <w:b/>
        </w:rPr>
        <w:t xml:space="preserve">[09:38] </w:t>
      </w:r>
      <w:r>
        <w:t>se qital karo yahan tak ke fitna na rahe aur deen sab ka sab Allah ke liye ho jaye.</w:t>
      </w:r>
    </w:p>
    <w:p>
      <w:pPr>
        <w:jc w:val="right"/>
      </w:pPr>
      <w:r>
        <w:t>سے قتال کرو یہاں تک کہ فتنہ نہ رہے اور دین سب کا سب اللہ کے لیے ہو جائے۔</w:t>
      </w:r>
    </w:p>
    <w:p>
      <w:r>
        <w:rPr>
          <w:b/>
        </w:rPr>
        <w:t xml:space="preserve">[09:45] </w:t>
      </w:r>
      <w:r>
        <w:t>yahan fitna se mani saare mufassireen jo hain, shirk lete hain, shirk.</w:t>
      </w:r>
    </w:p>
    <w:p>
      <w:pPr>
        <w:jc w:val="right"/>
      </w:pPr>
      <w:r>
        <w:t>یہاں فتنہ سے معنی سارے مفسرین جو ہیں، شرک لیتے ہیں، شرک۔</w:t>
      </w:r>
    </w:p>
    <w:p>
      <w:r>
        <w:rPr>
          <w:b/>
        </w:rPr>
        <w:t xml:space="preserve">[09:51] </w:t>
      </w:r>
      <w:r>
        <w:t>fitna mani shirk.</w:t>
      </w:r>
    </w:p>
    <w:p>
      <w:pPr>
        <w:jc w:val="right"/>
      </w:pPr>
      <w:r>
        <w:t>فتنہ معنی شرک۔</w:t>
      </w:r>
    </w:p>
    <w:p>
      <w:r>
        <w:rPr>
          <w:b/>
        </w:rPr>
        <w:t xml:space="preserve">[09:57] </w:t>
      </w:r>
      <w:r>
        <w:t>lekin qital ka mani qital nahi hai, yaad rakhiye.</w:t>
      </w:r>
    </w:p>
    <w:p>
      <w:pPr>
        <w:jc w:val="right"/>
      </w:pPr>
      <w:r>
        <w:t>لیکن قتال کا معنی قتال نہیں ہے، یاد رکھیے۔</w:t>
      </w:r>
    </w:p>
    <w:p>
      <w:r>
        <w:rPr>
          <w:b/>
        </w:rPr>
        <w:t xml:space="preserve">[10:04] </w:t>
      </w:r>
      <w:r>
        <w:t>mufassireen is ko to samjhe ke fitna ka matlab shirk rahe, yeh sahi samjha unhone ke shirk</w:t>
      </w:r>
    </w:p>
    <w:p>
      <w:pPr>
        <w:jc w:val="right"/>
      </w:pPr>
      <w:r>
        <w:t>مفسرین اس کو تو سمجھے کہ فتنہ کا مطلب شرک رہے، یہ صحیح سمجھا انہوں نے کہ شرک</w:t>
      </w:r>
    </w:p>
    <w:p>
      <w:r>
        <w:rPr>
          <w:b/>
        </w:rPr>
        <w:t xml:space="preserve">[10:10] </w:t>
      </w:r>
      <w:r>
        <w:t>khatm ho jaye, yaani other than God ki mahima khatm ho jaye.</w:t>
      </w:r>
    </w:p>
    <w:p>
      <w:pPr>
        <w:jc w:val="right"/>
      </w:pPr>
      <w:r>
        <w:t>ختم ہو جائے، یعنی other than God کی مہما ختم ہو جائے۔</w:t>
      </w:r>
    </w:p>
    <w:p>
      <w:r>
        <w:rPr>
          <w:b/>
        </w:rPr>
        <w:t xml:space="preserve">[10:16] </w:t>
      </w:r>
      <w:r>
        <w:t>saari duniya mein God ki mahima upar par ka daur aaye, yeh hai.</w:t>
      </w:r>
    </w:p>
    <w:p>
      <w:pPr>
        <w:jc w:val="right"/>
      </w:pPr>
      <w:r>
        <w:t>ساری دنیا میں God کی مہما اپرم پار کا دور آئے، یہ ہے۔</w:t>
      </w:r>
    </w:p>
    <w:p>
      <w:r>
        <w:rPr>
          <w:b/>
        </w:rPr>
        <w:t xml:space="preserve">[10:23] </w:t>
      </w:r>
      <w:r>
        <w:t>lekin qital ka mani qital nahi hai.</w:t>
      </w:r>
    </w:p>
    <w:p>
      <w:pPr>
        <w:jc w:val="right"/>
      </w:pPr>
      <w:r>
        <w:t>لیکن قتال کا معنی قتال نہیں ہے۔</w:t>
      </w:r>
    </w:p>
    <w:p>
      <w:r>
        <w:rPr>
          <w:b/>
        </w:rPr>
        <w:t xml:space="preserve">[10:29] </w:t>
      </w:r>
      <w:r>
        <w:t>At most struggle ke mani hain.</w:t>
      </w:r>
    </w:p>
    <w:p>
      <w:pPr>
        <w:jc w:val="right"/>
      </w:pPr>
      <w:r>
        <w:t>At most struggle کے معنی ہیں۔</w:t>
      </w:r>
    </w:p>
    <w:p>
      <w:r>
        <w:rPr>
          <w:b/>
        </w:rPr>
        <w:t xml:space="preserve">[10:35] </w:t>
      </w:r>
      <w:r>
        <w:t>ji jaan se mehnat karna, is jud-o-jihad ke mani mein.</w:t>
      </w:r>
    </w:p>
    <w:p>
      <w:pPr>
        <w:jc w:val="right"/>
      </w:pPr>
      <w:r>
        <w:t>جی جان سے محنت کرنا، اس جدوجہد کے معنی میں۔</w:t>
      </w:r>
    </w:p>
    <w:p>
      <w:r>
        <w:rPr>
          <w:b/>
        </w:rPr>
        <w:t xml:space="preserve">[10:42] </w:t>
      </w:r>
      <w:r>
        <w:t>dekhiye, qital ke mani lafzi to ladai ke hain, lekin har zaban mein bola jata hai ladai ka</w:t>
      </w:r>
    </w:p>
    <w:p>
      <w:pPr>
        <w:jc w:val="right"/>
      </w:pPr>
      <w:r>
        <w:t>دیکھیے، قتال کے معنی لفظی تو لڑائی کے ہیں، لیکن ہر زبان میں بولا جاتا ہے لڑائی کا</w:t>
      </w:r>
    </w:p>
    <w:p>
      <w:r>
        <w:rPr>
          <w:b/>
        </w:rPr>
        <w:t xml:space="preserve">[10:48] </w:t>
      </w:r>
      <w:r>
        <w:t>lafz zabardast jud-o-jihad ke liye.</w:t>
      </w:r>
    </w:p>
    <w:p>
      <w:pPr>
        <w:jc w:val="right"/>
      </w:pPr>
      <w:r>
        <w:t>لفظ زبردست جدوجہد کے لیے۔</w:t>
      </w:r>
    </w:p>
    <w:p>
      <w:r>
        <w:rPr>
          <w:b/>
        </w:rPr>
        <w:t xml:space="preserve">[10:54] </w:t>
      </w:r>
      <w:r>
        <w:t>misalan hum apne mulk mein, apni zaban mein kehte hain: "hum ko kumlar taqaton se ladna hai.</w:t>
      </w:r>
    </w:p>
    <w:p>
      <w:pPr>
        <w:jc w:val="right"/>
      </w:pPr>
      <w:r>
        <w:t>مثلاً ہم اپنے દેશ میں، اپنی زبان میں کہتے ہیں: "ہم کو کملر طاقتوں سے لڑنا ہے۔</w:t>
      </w:r>
    </w:p>
    <w:p>
      <w:r>
        <w:rPr>
          <w:b/>
        </w:rPr>
        <w:t xml:space="preserve">[11:01] </w:t>
      </w:r>
      <w:r>
        <w:t>hum ko katruwad se ladna hai." to is ka matlab to yeh nahi ke hum ko army ke</w:t>
      </w:r>
    </w:p>
    <w:p>
      <w:pPr>
        <w:jc w:val="right"/>
      </w:pPr>
      <w:r>
        <w:t>ہم کو کٹرواد سے لڑنا ہے۔" تو اس کا مطلب تو یہ نہیں کہ ہم کو آرمی کے</w:t>
      </w:r>
    </w:p>
    <w:p>
      <w:r>
        <w:rPr>
          <w:b/>
        </w:rPr>
        <w:t xml:space="preserve">[11:07] </w:t>
      </w:r>
      <w:r>
        <w:t>zariye un se jang karna hai, yeh matlab nahi hota.</w:t>
      </w:r>
    </w:p>
    <w:p>
      <w:pPr>
        <w:jc w:val="right"/>
      </w:pPr>
      <w:r>
        <w:t>ذریعے ان سے جنگ کرنا ہے، یہ مطلب نہیں ہوتا۔</w:t>
      </w:r>
    </w:p>
    <w:p>
      <w:r>
        <w:rPr>
          <w:b/>
        </w:rPr>
        <w:t xml:space="preserve">[11:13] </w:t>
      </w:r>
      <w:r>
        <w:t>ladna ka lafz yahan par hota hai sirf zor dene ke liye ke zabardast koshish karna hai humein.</w:t>
      </w:r>
    </w:p>
    <w:p>
      <w:pPr>
        <w:jc w:val="right"/>
      </w:pPr>
      <w:r>
        <w:t>لڑنا کا لفظ یہاں پر ہوتا ہے صرف زور دینے کے لیے کہ زبردست کوشش کرنا ہے ہمیں۔</w:t>
      </w:r>
    </w:p>
    <w:p>
      <w:r>
        <w:rPr>
          <w:b/>
        </w:rPr>
        <w:t xml:space="preserve">[11:20] </w:t>
      </w:r>
      <w:r>
        <w:t>angrezi mein fight bolte hain: "hum ko fight karna hai.</w:t>
      </w:r>
    </w:p>
    <w:p>
      <w:pPr>
        <w:jc w:val="right"/>
      </w:pPr>
      <w:r>
        <w:t>انگریزی میں fight بولتے ہیں: "ہم کو fight کرنا ہے۔</w:t>
      </w:r>
    </w:p>
    <w:p>
      <w:r>
        <w:rPr>
          <w:b/>
        </w:rPr>
        <w:t xml:space="preserve">[11:26] </w:t>
      </w:r>
      <w:r>
        <w:t>hum kumlarin se fight karna hai." to is ka matlab yeh nahi hota ke banduq chalana hai.</w:t>
      </w:r>
    </w:p>
    <w:p>
      <w:pPr>
        <w:jc w:val="right"/>
      </w:pPr>
      <w:r>
        <w:t>ہم کملرین سے fight کرنا ہے۔" تو اس کا مطلب یہ نہیں ہوتا کہ بندوق چلانا ہے۔</w:t>
      </w:r>
    </w:p>
    <w:p>
      <w:r>
        <w:rPr>
          <w:b/>
        </w:rPr>
        <w:t xml:space="preserve">[11:32] </w:t>
      </w:r>
      <w:r>
        <w:t>to arabi mein qital, urdu mein ladna, english mein fight, yeh sab jo hai literal taur par bilashuba</w:t>
      </w:r>
    </w:p>
    <w:p>
      <w:pPr>
        <w:jc w:val="right"/>
      </w:pPr>
      <w:r>
        <w:t>تو عربی میں قتال، اردو میں لڑنا، انگلش میں fight، یہ سب جو ہے literal طور پر بلاشبہ</w:t>
      </w:r>
    </w:p>
    <w:p>
      <w:r>
        <w:rPr>
          <w:b/>
        </w:rPr>
        <w:t xml:space="preserve">[11:39] </w:t>
      </w:r>
      <w:r>
        <w:t>iske mani ladai ke hain.</w:t>
      </w:r>
    </w:p>
    <w:p>
      <w:pPr>
        <w:jc w:val="right"/>
      </w:pPr>
      <w:r>
        <w:t>اس کے معنی لڑائی کے ہیں۔</w:t>
      </w:r>
    </w:p>
    <w:p>
      <w:r>
        <w:rPr>
          <w:b/>
        </w:rPr>
        <w:t xml:space="preserve">[11:45] </w:t>
      </w:r>
      <w:r>
        <w:t>lekin istemal ke taur par har zaban mein yeh lafz bola jata hai zabardast koshish karne ke liye.</w:t>
      </w:r>
    </w:p>
    <w:p>
      <w:pPr>
        <w:jc w:val="right"/>
      </w:pPr>
      <w:r>
        <w:t>لیکن استعمال کے طور پر ہر زبان میں یہ لفظ بولا جاتا ہے زبردست کوشش کرنے کے لیے۔</w:t>
      </w:r>
    </w:p>
    <w:p>
      <w:r>
        <w:rPr>
          <w:b/>
        </w:rPr>
        <w:t xml:space="preserve">[11:51] </w:t>
      </w:r>
      <w:r>
        <w:t>wohi yahan bhi hai.</w:t>
      </w:r>
    </w:p>
    <w:p>
      <w:pPr>
        <w:jc w:val="right"/>
      </w:pPr>
      <w:r>
        <w:t>وہی یہاں بھی ہے۔</w:t>
      </w:r>
    </w:p>
    <w:p>
      <w:r>
        <w:rPr>
          <w:b/>
        </w:rPr>
        <w:t xml:space="preserve">[11:58] </w:t>
      </w:r>
      <w:r>
        <w:t>ke zabardast koshish karo, at most struggle karo, sari tawanaai laga do taake shirk khatm ho aur deen</w:t>
      </w:r>
    </w:p>
    <w:p>
      <w:pPr>
        <w:jc w:val="right"/>
      </w:pPr>
      <w:r>
        <w:t>کہ زبردست کوشش کرو، at most struggle کرو، ساری توانائی لگا دو تاکہ شرک ختم ہو اور دین</w:t>
      </w:r>
    </w:p>
    <w:p>
      <w:r>
        <w:rPr>
          <w:b/>
        </w:rPr>
        <w:t xml:space="preserve">[12:04] </w:t>
      </w:r>
      <w:r>
        <w:t>sab ka sab Allah ke liye ho jaye.</w:t>
      </w:r>
    </w:p>
    <w:p>
      <w:pPr>
        <w:jc w:val="right"/>
      </w:pPr>
      <w:r>
        <w:t>سب کا سب اللہ کے لیے ہو جائے۔</w:t>
      </w:r>
    </w:p>
    <w:p>
      <w:r>
        <w:rPr>
          <w:b/>
        </w:rPr>
        <w:t xml:space="preserve">[12:10] </w:t>
      </w:r>
      <w:r>
        <w:t>sab ke liye Allah ke liye mani kya hain? yahi hain.</w:t>
      </w:r>
    </w:p>
    <w:p>
      <w:pPr>
        <w:jc w:val="right"/>
      </w:pPr>
      <w:r>
        <w:t>سب کے لیے اللہ کے لیے معنی کیا ہیں؟ یہی ہیں۔</w:t>
      </w:r>
    </w:p>
    <w:p>
      <w:r>
        <w:rPr>
          <w:b/>
        </w:rPr>
        <w:t xml:space="preserve">[12:17] </w:t>
      </w:r>
      <w:r>
        <w:t>ke "God ki mahima aparampaar" ka daur aa jaye.</w:t>
      </w:r>
    </w:p>
    <w:p>
      <w:pPr>
        <w:jc w:val="right"/>
      </w:pPr>
      <w:r>
        <w:t>کہ "God کی مہما اپرم پار" کا دور آ جائے۔</w:t>
      </w:r>
    </w:p>
    <w:p>
      <w:r>
        <w:rPr>
          <w:b/>
        </w:rPr>
        <w:t xml:space="preserve">[12:23] </w:t>
      </w:r>
      <w:r>
        <w:t>Allah o Akbar ka daur aa jaye.</w:t>
      </w:r>
    </w:p>
    <w:p>
      <w:pPr>
        <w:jc w:val="right"/>
      </w:pPr>
      <w:r>
        <w:t>اللہ اکبر کا دور آ جائے۔</w:t>
      </w:r>
    </w:p>
    <w:p>
      <w:r>
        <w:rPr>
          <w:b/>
        </w:rPr>
        <w:t xml:space="preserve">[12:29] </w:t>
      </w:r>
      <w:r>
        <w:t>to ek ayat, ek hadith hai: la tanqadi ajaibuhu yani quran ke ajaib khatm nahi honge.</w:t>
      </w:r>
    </w:p>
    <w:p>
      <w:pPr>
        <w:jc w:val="right"/>
      </w:pPr>
      <w:r>
        <w:t>تو ایک آیت، ایک حدیث ہے: لا تنقضی عجائبه یعنی قرآن کے عجائب ختم نہیں ہوں گے۔</w:t>
      </w:r>
    </w:p>
    <w:p>
      <w:r>
        <w:rPr>
          <w:b/>
        </w:rPr>
        <w:t xml:space="preserve">[12:36] </w:t>
      </w:r>
      <w:r>
        <w:t>yahan bhi dekhiye, ajaib ke mani karishma ke nahi hain.</w:t>
      </w:r>
    </w:p>
    <w:p>
      <w:pPr>
        <w:jc w:val="right"/>
      </w:pPr>
      <w:r>
        <w:t>یہاں بھی دیکھیے، عجائب کے معنی کرشمہ کے نہیں ہیں۔</w:t>
      </w:r>
    </w:p>
    <w:p>
      <w:r>
        <w:rPr>
          <w:b/>
        </w:rPr>
        <w:t xml:space="preserve">[12:42] </w:t>
      </w:r>
      <w:r>
        <w:t>ajaib ke mani karishma ke nahi, ajaib ke mani hain ke quran ke kuch mani woh hain jo</w:t>
      </w:r>
    </w:p>
    <w:p>
      <w:pPr>
        <w:jc w:val="right"/>
      </w:pPr>
      <w:r>
        <w:t>عجائب کے معنی کرشمہ کے نہیں، عجائب کے معنی ہیں کہ قرآن کے کچھ معنی وہ ہیں جو</w:t>
      </w:r>
    </w:p>
    <w:p>
      <w:r>
        <w:rPr>
          <w:b/>
        </w:rPr>
        <w:t xml:space="preserve">[12:48] </w:t>
      </w:r>
      <w:r>
        <w:t>us waqt samajh mein aayenge jab utra tha quran.</w:t>
      </w:r>
    </w:p>
    <w:p>
      <w:pPr>
        <w:jc w:val="right"/>
      </w:pPr>
      <w:r>
        <w:t>اس وقت سمجھ میں آئیں گے جب اترا تھا قرآن۔</w:t>
      </w:r>
    </w:p>
    <w:p>
      <w:r>
        <w:rPr>
          <w:b/>
        </w:rPr>
        <w:t xml:space="preserve">[12:55] </w:t>
      </w:r>
      <w:r>
        <w:t>kuch aur pehlu hain jo baad ko khulenge, baad ke zamane mein.</w:t>
      </w:r>
    </w:p>
    <w:p>
      <w:pPr>
        <w:jc w:val="right"/>
      </w:pPr>
      <w:r>
        <w:t>کچھ اور پہلو ہیں جو بعد کو کھلیں گے، بعد کے زمانے میں۔</w:t>
      </w:r>
    </w:p>
    <w:p>
      <w:r>
        <w:rPr>
          <w:b/>
        </w:rPr>
        <w:t xml:space="preserve">[13:01] </w:t>
      </w:r>
      <w:r>
        <w:t>yani kuch cheezein quran ki present mein samajh mein aayengi.</w:t>
      </w:r>
    </w:p>
    <w:p>
      <w:pPr>
        <w:jc w:val="right"/>
      </w:pPr>
      <w:r>
        <w:t>یعنی کچھ چیزیں قرآن کی present میں سمجھ میں آئیں گی۔</w:t>
      </w:r>
    </w:p>
    <w:p>
      <w:r>
        <w:rPr>
          <w:b/>
        </w:rPr>
        <w:t xml:space="preserve">[13:07] </w:t>
      </w:r>
      <w:r>
        <w:t>kuch future mein samajh mein aayengi.</w:t>
      </w:r>
    </w:p>
    <w:p>
      <w:pPr>
        <w:jc w:val="right"/>
      </w:pPr>
      <w:r>
        <w:t>کچھ future میں سمجھ میں آئیں گی۔</w:t>
      </w:r>
    </w:p>
    <w:p>
      <w:r>
        <w:rPr>
          <w:b/>
        </w:rPr>
        <w:t xml:space="preserve">[13:14] </w:t>
      </w:r>
      <w:r>
        <w:t>yeh matlab hai is ka.</w:t>
      </w:r>
    </w:p>
    <w:p>
      <w:pPr>
        <w:jc w:val="right"/>
      </w:pPr>
      <w:r>
        <w:t>یہ مطلب ہے اس کا۔</w:t>
      </w:r>
    </w:p>
    <w:p>
      <w:r>
        <w:rPr>
          <w:b/>
        </w:rPr>
        <w:t xml:space="preserve">[13:20] </w:t>
      </w:r>
      <w:r>
        <w:t>to yeh jo mein keh raha hoon, is ka talluq isi se hai.</w:t>
      </w:r>
    </w:p>
    <w:p>
      <w:pPr>
        <w:jc w:val="right"/>
      </w:pPr>
      <w:r>
        <w:t>تو یہ جو میں کہہ رہا ہوں، اس کا تعلق اسی سے ہے۔</w:t>
      </w:r>
    </w:p>
    <w:p>
      <w:r>
        <w:rPr>
          <w:b/>
        </w:rPr>
        <w:t xml:space="preserve">[13:26] </w:t>
      </w:r>
      <w:r>
        <w:t>to jo inqilab laya gaya seventh century mein, is ka aik immediate result nikla jis ka peshgi zikr</w:t>
      </w:r>
    </w:p>
    <w:p>
      <w:pPr>
        <w:jc w:val="right"/>
      </w:pPr>
      <w:r>
        <w:t>تو جو انقلاب لایا گیا seventh century میں، اس کا ایک immediate result نکلا جس کا پیشگی ذکر</w:t>
      </w:r>
    </w:p>
    <w:p>
      <w:r>
        <w:rPr>
          <w:b/>
        </w:rPr>
        <w:t xml:space="preserve">[13:33] </w:t>
      </w:r>
      <w:r>
        <w:t>torat mein mojood tha.</w:t>
      </w:r>
    </w:p>
    <w:p>
      <w:pPr>
        <w:jc w:val="right"/>
      </w:pPr>
      <w:r>
        <w:t>تورات میں موجود تھا۔</w:t>
      </w:r>
    </w:p>
    <w:p>
      <w:r>
        <w:rPr>
          <w:b/>
        </w:rPr>
        <w:t xml:space="preserve">[13:39] </w:t>
      </w:r>
      <w:r>
        <w:t>phir is ka aik process ke roop mein aik chala jis ka result nikla taqreeban aik hazar saal baad.</w:t>
      </w:r>
    </w:p>
    <w:p>
      <w:pPr>
        <w:jc w:val="right"/>
      </w:pPr>
      <w:r>
        <w:t>پھر اس کا ایک process کے روپ میں ایک چلا جس کا result نکلا تقریباً ایک ہزار سال بعد۔</w:t>
      </w:r>
    </w:p>
    <w:p>
      <w:r>
        <w:rPr>
          <w:b/>
        </w:rPr>
        <w:t xml:space="preserve">[13:45] </w:t>
      </w:r>
      <w:r>
        <w:t>yeh result kya tha? yeh result tha science ka farogh, western civilization, nai tehqiqat, nai taraqqiyan.</w:t>
      </w:r>
    </w:p>
    <w:p>
      <w:pPr>
        <w:jc w:val="right"/>
      </w:pPr>
      <w:r>
        <w:t>یہ result کیا تھا؟ یہ result تھا سائنس کا فروغ، western civilization، نئی تحقیقات، نئی ترقیاں۔</w:t>
      </w:r>
    </w:p>
    <w:p>
      <w:r>
        <w:rPr>
          <w:b/>
        </w:rPr>
        <w:t xml:space="preserve">[13:52] </w:t>
      </w:r>
      <w:r>
        <w:t>pichla poora zamana jo tha, sirf traditional knowledge hua karti thi.</w:t>
      </w:r>
    </w:p>
    <w:p>
      <w:pPr>
        <w:jc w:val="right"/>
      </w:pPr>
      <w:r>
        <w:t>پچھلا پورا زمانہ جو تھا، صرف traditional knowledge ہوا کرتی تھی۔</w:t>
      </w:r>
    </w:p>
    <w:p>
      <w:r>
        <w:rPr>
          <w:b/>
        </w:rPr>
        <w:t xml:space="preserve">[13:58] </w:t>
      </w:r>
      <w:r>
        <w:t>Suppression hua karta tha is zamane mein.</w:t>
      </w:r>
    </w:p>
    <w:p>
      <w:pPr>
        <w:jc w:val="right"/>
      </w:pPr>
      <w:r>
        <w:t>Suppression ہوا کرتا تھا اس زمانے میں۔</w:t>
      </w:r>
    </w:p>
    <w:p>
      <w:r>
        <w:rPr>
          <w:b/>
        </w:rPr>
        <w:t xml:space="preserve">[14:04] </w:t>
      </w:r>
      <w:r>
        <w:t>jo uloom nature mein chhpe hue thay, woh insaan discover nahi kar pata tha.</w:t>
      </w:r>
    </w:p>
    <w:p>
      <w:pPr>
        <w:jc w:val="right"/>
      </w:pPr>
      <w:r>
        <w:t>جو علوم nature میں چھپے ہوئے تھے، وہ انسان discover نہیں کر پاتا تھا۔</w:t>
      </w:r>
    </w:p>
    <w:p>
      <w:r>
        <w:rPr>
          <w:b/>
        </w:rPr>
        <w:t xml:space="preserve">[14:11] </w:t>
      </w:r>
      <w:r>
        <w:t>is se bekhabar tha woh.</w:t>
      </w:r>
    </w:p>
    <w:p>
      <w:pPr>
        <w:jc w:val="right"/>
      </w:pPr>
      <w:r>
        <w:t>اس سے بے خبر تھا وہ۔</w:t>
      </w:r>
    </w:p>
    <w:p>
      <w:r>
        <w:rPr>
          <w:b/>
        </w:rPr>
        <w:t xml:space="preserve">[14:17] </w:t>
      </w:r>
      <w:r>
        <w:t>to yeh pehli baar sahi ma'non mein jo daryaften hui hain nature ki, woh Europe mein hui hain.</w:t>
      </w:r>
    </w:p>
    <w:p>
      <w:pPr>
        <w:jc w:val="right"/>
      </w:pPr>
      <w:r>
        <w:t>تو یہ پہلی بار صحیح معنوں میں جو دریافتیں ہوئی ہیں nature کی، وہ یورپ میں ہوئی ہیں۔</w:t>
      </w:r>
    </w:p>
    <w:p>
      <w:r>
        <w:rPr>
          <w:b/>
        </w:rPr>
        <w:t xml:space="preserve">[14:23] </w:t>
      </w:r>
      <w:r>
        <w:t>is ki wajah se deen-e-tauheed ke liye aik naya maidan khula, naye mawaqe khule.</w:t>
      </w:r>
    </w:p>
    <w:p>
      <w:pPr>
        <w:jc w:val="right"/>
      </w:pPr>
      <w:r>
        <w:t>اس کی وجہ سے دین توحید کے لیے ایک نیا میدان کھلا، نئے مواقع کھلے۔</w:t>
      </w:r>
    </w:p>
    <w:p>
      <w:r>
        <w:rPr>
          <w:b/>
        </w:rPr>
        <w:t xml:space="preserve">[14:30] </w:t>
      </w:r>
      <w:r>
        <w:t>teen cheezen khaas taur par saamne aaeen.</w:t>
      </w:r>
    </w:p>
    <w:p>
      <w:pPr>
        <w:jc w:val="right"/>
      </w:pPr>
      <w:r>
        <w:t>تین چیزیں خاص طور پر سامنے آئیں۔</w:t>
      </w:r>
    </w:p>
    <w:p>
      <w:r>
        <w:rPr>
          <w:b/>
        </w:rPr>
        <w:t xml:space="preserve">[14:36] </w:t>
      </w:r>
      <w:r>
        <w:t>Basically, number one, dekhiye, scientific evidence ya'ni tauheed ka jo deen hai, God based jo religion hai, is</w:t>
      </w:r>
    </w:p>
    <w:p>
      <w:pPr>
        <w:jc w:val="right"/>
      </w:pPr>
      <w:r>
        <w:t>Basically، number one، دیکھیے، scientific evidence یعنی توحید کا جو دین ہے، God based جو religion ہے، اس</w:t>
      </w:r>
    </w:p>
    <w:p>
      <w:r>
        <w:rPr>
          <w:b/>
        </w:rPr>
        <w:t xml:space="preserve">[14:42] </w:t>
      </w:r>
      <w:r>
        <w:t>ke haq mein scientific dalail, scientific evidence pehle mojood nahi thi kabhi bhi.</w:t>
      </w:r>
    </w:p>
    <w:p>
      <w:pPr>
        <w:jc w:val="right"/>
      </w:pPr>
      <w:r>
        <w:t>کے حق میں scientific دلائل، scientific evidence پہلے موجود نہیں تھی کبھی بھی۔</w:t>
      </w:r>
    </w:p>
    <w:p>
      <w:r>
        <w:rPr>
          <w:b/>
        </w:rPr>
        <w:t xml:space="preserve">[14:49] </w:t>
      </w:r>
      <w:r>
        <w:t>kabhi bhi mojood nahi thi.</w:t>
      </w:r>
    </w:p>
    <w:p>
      <w:pPr>
        <w:jc w:val="right"/>
      </w:pPr>
      <w:r>
        <w:t>کبھی بھی موجود نہیں تھی۔</w:t>
      </w:r>
    </w:p>
    <w:p>
      <w:r>
        <w:rPr>
          <w:b/>
        </w:rPr>
        <w:t xml:space="preserve">[14:55] </w:t>
      </w:r>
      <w:r>
        <w:t>yeh pehli baar hamare qabze mein aai hai scientific inqilab ke baad.</w:t>
      </w:r>
    </w:p>
    <w:p>
      <w:pPr>
        <w:jc w:val="right"/>
      </w:pPr>
      <w:r>
        <w:t>یہ پہلی بار ہمارے قبضے میں آئی ہے scientific انقلاب کے بعد۔</w:t>
      </w:r>
    </w:p>
    <w:p>
      <w:r>
        <w:rPr>
          <w:b/>
        </w:rPr>
        <w:t xml:space="preserve">[15:01] </w:t>
      </w:r>
      <w:r>
        <w:t>woh hua hai abhi teen sau, chaar sau saal ke darmiyan jis ka culmination tha twentieth century.</w:t>
      </w:r>
    </w:p>
    <w:p>
      <w:pPr>
        <w:jc w:val="right"/>
      </w:pPr>
      <w:r>
        <w:t>وہ ہوا ہے ابھی تین سو، چار سو سال کے درمیان جس کا culmination تھا twentieth century۔</w:t>
      </w:r>
    </w:p>
    <w:p>
      <w:r>
        <w:rPr>
          <w:b/>
        </w:rPr>
        <w:t xml:space="preserve">[15:08] </w:t>
      </w:r>
      <w:r>
        <w:t>beesveen sadi mein, solahween sadi mein yeh shuru hua, daryaften shuru huien.</w:t>
      </w:r>
    </w:p>
    <w:p>
      <w:pPr>
        <w:jc w:val="right"/>
      </w:pPr>
      <w:r>
        <w:t>بیسویں صدی میں، سولہویں صدی میں یہ شروع ہوا، دریافتیں شروع ہوئیں۔</w:t>
      </w:r>
    </w:p>
    <w:p>
      <w:r>
        <w:rPr>
          <w:b/>
        </w:rPr>
        <w:t xml:space="preserve">[15:14] </w:t>
      </w:r>
      <w:r>
        <w:t>satraween sadi mein jaari raheen, atharahween sadi mein jaari rahi, unneesween sadi mein jaari rahi.</w:t>
      </w:r>
    </w:p>
    <w:p>
      <w:pPr>
        <w:jc w:val="right"/>
      </w:pPr>
      <w:r>
        <w:t>سترہویں صدی میں جاری رہیں، اٹھارویں صدی میں جاری رہی، انیسویں صدی میں جاری رہی۔</w:t>
      </w:r>
    </w:p>
    <w:p>
      <w:r>
        <w:rPr>
          <w:b/>
        </w:rPr>
        <w:t xml:space="preserve">[15:20] </w:t>
      </w:r>
      <w:r>
        <w:t>yahan tak ke beesveen sadi mein saansani daryaften aakhri had tak pahunch gaee.</w:t>
      </w:r>
    </w:p>
    <w:p>
      <w:pPr>
        <w:jc w:val="right"/>
      </w:pPr>
      <w:r>
        <w:t>یہاں تک کہ بیسویں صدی میں سائنسی دریافتیں آخری حد تک پہنچ گئیں۔</w:t>
      </w:r>
    </w:p>
    <w:p>
      <w:r>
        <w:rPr>
          <w:b/>
        </w:rPr>
        <w:t xml:space="preserve">[15:27] </w:t>
      </w:r>
      <w:r>
        <w:t>is se deen-e-khudawandi ke haq mein, tauheed ke haq mein ya Islam ke haq mein scientific evidence</w:t>
      </w:r>
    </w:p>
    <w:p>
      <w:pPr>
        <w:jc w:val="right"/>
      </w:pPr>
      <w:r>
        <w:t>اس سے دین خداوندی کے حق میں، توحید کے حق میں یا اسلام کے حق میں scientific evidence</w:t>
      </w:r>
    </w:p>
    <w:p>
      <w:r>
        <w:rPr>
          <w:b/>
        </w:rPr>
        <w:t xml:space="preserve">[15:33] </w:t>
      </w:r>
      <w:r>
        <w:t>wojood mein aa gaya.</w:t>
      </w:r>
    </w:p>
    <w:p>
      <w:pPr>
        <w:jc w:val="right"/>
      </w:pPr>
      <w:r>
        <w:t>وجود میں آگیا۔</w:t>
      </w:r>
    </w:p>
    <w:p>
      <w:r>
        <w:rPr>
          <w:b/>
        </w:rPr>
        <w:t xml:space="preserve">[15:39] </w:t>
      </w:r>
      <w:r>
        <w:t>Scientific evidence, scientific evidence misaal ke taur par Big Bang ki daryaft hui.</w:t>
      </w:r>
    </w:p>
    <w:p>
      <w:pPr>
        <w:jc w:val="right"/>
      </w:pPr>
      <w:r>
        <w:t>Scientific evidence، scientific evidence مثال کے طور پر Big Bang کی دریافت ہوئی۔</w:t>
      </w:r>
    </w:p>
    <w:p>
      <w:r>
        <w:rPr>
          <w:b/>
        </w:rPr>
        <w:t xml:space="preserve">[15:46] </w:t>
      </w:r>
      <w:r>
        <w:t>phir yeh daryaft hui ke Big Bang jo hai, jab hua to is se rays nikleen aur aur</w:t>
      </w:r>
    </w:p>
    <w:p>
      <w:pPr>
        <w:jc w:val="right"/>
      </w:pPr>
      <w:r>
        <w:t>پھر یہ دریافت ہوئی کہ Big Bang جو ہے، جب ہوا تو اس سے rays نکلیں اور اور</w:t>
      </w:r>
    </w:p>
    <w:p>
      <w:r>
        <w:rPr>
          <w:b/>
        </w:rPr>
        <w:t xml:space="preserve">[15:52] </w:t>
      </w:r>
      <w:r>
        <w:t>space mein abhi bhi is ke baqi reh gaye hain, is ke kuch asraat jis ko ripples kehte hain.</w:t>
      </w:r>
    </w:p>
    <w:p>
      <w:pPr>
        <w:jc w:val="right"/>
      </w:pPr>
      <w:r>
        <w:t>space میں ابھی بھی اس کے باقی رہ گئے ہیں، اس کے کچھ اثرات جس کو ripples کہتے ہیں۔</w:t>
      </w:r>
    </w:p>
    <w:p>
      <w:r>
        <w:rPr>
          <w:b/>
        </w:rPr>
        <w:t xml:space="preserve">[15:59] </w:t>
      </w:r>
      <w:r>
        <w:t>to woh khaas tarah ki durbinon ke zariye se un ko photo liya gaya.</w:t>
      </w:r>
    </w:p>
    <w:p>
      <w:pPr>
        <w:jc w:val="right"/>
      </w:pPr>
      <w:r>
        <w:t>تو وہ خاص طرح کی دوربینوں کے ذریعے سے ان کو photo لیا گیا۔</w:t>
      </w:r>
    </w:p>
    <w:p>
      <w:r>
        <w:rPr>
          <w:b/>
        </w:rPr>
        <w:t xml:space="preserve">[16:05] </w:t>
      </w:r>
      <w:r>
        <w:t>to jab woh ripples dekha ek scientist ne to us ne kaha ke it is like seeing the</w:t>
      </w:r>
    </w:p>
    <w:p>
      <w:pPr>
        <w:jc w:val="right"/>
      </w:pPr>
      <w:r>
        <w:t>تو جب وہ ripples دیکھا ایک scientist نے تو اس نے کہا کہ it is like seeing the</w:t>
      </w:r>
    </w:p>
    <w:p>
      <w:r>
        <w:rPr>
          <w:b/>
        </w:rPr>
        <w:t xml:space="preserve">[16:11] </w:t>
      </w:r>
      <w:r>
        <w:t>handwriting of God it is like seeing the handwriting of God yeh pehle kab hua tha? kabhi pehle</w:t>
      </w:r>
    </w:p>
    <w:p>
      <w:pPr>
        <w:jc w:val="right"/>
      </w:pPr>
      <w:r>
        <w:t>handwriting of God it is like seeing the handwriting of God یہ پہلے کب ہوا تھا؟ کبھی پہلے</w:t>
      </w:r>
    </w:p>
    <w:p>
      <w:r>
        <w:rPr>
          <w:b/>
        </w:rPr>
        <w:t xml:space="preserve">[16:18] </w:t>
      </w:r>
      <w:r>
        <w:t>kabhi nahi hua tha.</w:t>
      </w:r>
    </w:p>
    <w:p>
      <w:pPr>
        <w:jc w:val="right"/>
      </w:pPr>
      <w:r>
        <w:t>کبھی نہیں ہوا تھا۔</w:t>
      </w:r>
    </w:p>
    <w:p>
      <w:r>
        <w:rPr>
          <w:b/>
        </w:rPr>
        <w:t xml:space="preserve">[16:24] </w:t>
      </w:r>
      <w:r>
        <w:t>aisi hazaron hazar daryaften jo science ke zariye wajood mein aain, is se tauheed ke haq mein, Islam</w:t>
      </w:r>
    </w:p>
    <w:p>
      <w:pPr>
        <w:jc w:val="right"/>
      </w:pPr>
      <w:r>
        <w:t>ایسی ہزاروں ہزار دریافتیں جو سائنس کے ذریعے وجود میں آئیں، اس سے توحید کے حق میں، اسلام</w:t>
      </w:r>
    </w:p>
    <w:p>
      <w:r>
        <w:rPr>
          <w:b/>
        </w:rPr>
        <w:t xml:space="preserve">[16:30] </w:t>
      </w:r>
      <w:r>
        <w:t>ke haq mein, God oriented religion ke haq mein scientific evidences wajood mein aagayin jo ke pehle maujood nahi theen.</w:t>
      </w:r>
    </w:p>
    <w:p>
      <w:pPr>
        <w:jc w:val="right"/>
      </w:pPr>
      <w:r>
        <w:t>کے حق میں، God oriented religion کے حق میں scientific evidences وجود میں آگئیں جو کہ پہلے موجود نہیں تھیں۔</w:t>
      </w:r>
    </w:p>
    <w:p>
      <w:r>
        <w:rPr>
          <w:b/>
        </w:rPr>
        <w:t xml:space="preserve">[16:37] </w:t>
      </w:r>
      <w:r>
        <w:t>to ek cheez mili scientific evidence.</w:t>
      </w:r>
    </w:p>
    <w:p>
      <w:pPr>
        <w:jc w:val="right"/>
      </w:pPr>
      <w:r>
        <w:t>تو ایک چیز ملی scientific evidence۔</w:t>
      </w:r>
    </w:p>
    <w:p>
      <w:r>
        <w:rPr>
          <w:b/>
        </w:rPr>
        <w:t xml:space="preserve">[16:43] </w:t>
      </w:r>
      <w:r>
        <w:t>dosri cheez kya mili? Religious freedom.</w:t>
      </w:r>
    </w:p>
    <w:p>
      <w:pPr>
        <w:jc w:val="right"/>
      </w:pPr>
      <w:r>
        <w:t>دوسری چیز کیا ملی؟ Religious freedom۔</w:t>
      </w:r>
    </w:p>
    <w:p>
      <w:r>
        <w:rPr>
          <w:b/>
        </w:rPr>
        <w:t xml:space="preserve">[16:49] </w:t>
      </w:r>
      <w:r>
        <w:t>tareekh mein kabhi bhi religious freedom nahi thi.</w:t>
      </w:r>
    </w:p>
    <w:p>
      <w:pPr>
        <w:jc w:val="right"/>
      </w:pPr>
      <w:r>
        <w:t>تاریخ میں کبھی بھی religious freedom نہیں تھی۔</w:t>
      </w:r>
    </w:p>
    <w:p>
      <w:r>
        <w:rPr>
          <w:b/>
        </w:rPr>
        <w:t xml:space="preserve">[16:56] </w:t>
      </w:r>
      <w:r>
        <w:t>kabhi bhi nahi thi.</w:t>
      </w:r>
    </w:p>
    <w:p>
      <w:pPr>
        <w:jc w:val="right"/>
      </w:pPr>
      <w:r>
        <w:t>کبھی بھی نہیں تھی۔</w:t>
      </w:r>
    </w:p>
    <w:p>
      <w:r>
        <w:rPr>
          <w:b/>
        </w:rPr>
        <w:t xml:space="preserve">[17:02] </w:t>
      </w:r>
      <w:r>
        <w:t>mazhabi azadi, openness.</w:t>
      </w:r>
    </w:p>
    <w:p>
      <w:pPr>
        <w:jc w:val="right"/>
      </w:pPr>
      <w:r>
        <w:t>مذہبی آزادی، openness۔</w:t>
      </w:r>
    </w:p>
    <w:p>
      <w:r>
        <w:rPr>
          <w:b/>
        </w:rPr>
        <w:t xml:space="preserve">[17:08] </w:t>
      </w:r>
      <w:r>
        <w:t>har aadmi ko haq hai ke woh jis mazhab ko chahe paane, jis mazhab ki chahe baatein kare,</w:t>
      </w:r>
    </w:p>
    <w:p>
      <w:pPr>
        <w:jc w:val="right"/>
      </w:pPr>
      <w:r>
        <w:t>ہر آدمی کو حق ہے کہ وہ جس مذہب کو چاہے پانے، جس مذہب کی چاہے باتیں کرے،</w:t>
      </w:r>
    </w:p>
    <w:p>
      <w:r>
        <w:rPr>
          <w:b/>
        </w:rPr>
        <w:t xml:space="preserve">[17:15] </w:t>
      </w:r>
      <w:r>
        <w:t>jis mazhab ko chahe policy kare, bashart ke peaceful rahe woh. Peaceful.</w:t>
      </w:r>
    </w:p>
    <w:p>
      <w:pPr>
        <w:jc w:val="right"/>
      </w:pPr>
      <w:r>
        <w:t>جس مذہب کو چاہے policy کرے، بشرطیکہ peaceful رہے وہ۔ Peaceful۔</w:t>
      </w:r>
    </w:p>
    <w:p>
      <w:r>
        <w:rPr>
          <w:b/>
        </w:rPr>
        <w:t xml:space="preserve">[17:21] </w:t>
      </w:r>
      <w:r>
        <w:t>to poori azadi.</w:t>
      </w:r>
    </w:p>
    <w:p>
      <w:pPr>
        <w:jc w:val="right"/>
      </w:pPr>
      <w:r>
        <w:t>تو پوری آزادی۔</w:t>
      </w:r>
    </w:p>
    <w:p>
      <w:r>
        <w:rPr>
          <w:b/>
        </w:rPr>
        <w:t xml:space="preserve">[17:27] </w:t>
      </w:r>
      <w:r>
        <w:t>yeh pehli baar is daur mein hua jis ko ke nineteen forty-eight mein United Nations ke charter mein</w:t>
      </w:r>
    </w:p>
    <w:p>
      <w:pPr>
        <w:jc w:val="right"/>
      </w:pPr>
      <w:r>
        <w:t>یہ پہلی بار اس دور میں ہوا جس کو کہ nineteen forty-eight میں United Nations کے charter میں</w:t>
      </w:r>
    </w:p>
    <w:p>
      <w:r>
        <w:rPr>
          <w:b/>
        </w:rPr>
        <w:t xml:space="preserve">[17:34] </w:t>
      </w:r>
      <w:r>
        <w:t>shamil kiya gaya aur sari dunya ke nations ne is par sign kiye.</w:t>
      </w:r>
    </w:p>
    <w:p>
      <w:pPr>
        <w:jc w:val="right"/>
      </w:pPr>
      <w:r>
        <w:t>شامل کیا گیا اور ساری دنیا کے nations نے اس پر sign کیے۔</w:t>
      </w:r>
    </w:p>
    <w:p>
      <w:r>
        <w:rPr>
          <w:b/>
        </w:rPr>
        <w:t xml:space="preserve">[17:40] </w:t>
      </w:r>
      <w:r>
        <w:t>to basically yeh teen cheezein hain.</w:t>
      </w:r>
    </w:p>
    <w:p>
      <w:pPr>
        <w:jc w:val="right"/>
      </w:pPr>
      <w:r>
        <w:t>تو basically یہ تین چیزیں ہیں۔</w:t>
      </w:r>
    </w:p>
    <w:p>
      <w:r>
        <w:rPr>
          <w:b/>
        </w:rPr>
        <w:t xml:space="preserve">[17:46] </w:t>
      </w:r>
      <w:r>
        <w:t>pehli cheez scientific evidence.</w:t>
      </w:r>
    </w:p>
    <w:p>
      <w:pPr>
        <w:jc w:val="right"/>
      </w:pPr>
      <w:r>
        <w:t>پہلی چیز scientific evidence۔</w:t>
      </w:r>
    </w:p>
    <w:p>
      <w:r>
        <w:rPr>
          <w:b/>
        </w:rPr>
        <w:t xml:space="preserve">[17:53] </w:t>
      </w:r>
      <w:r>
        <w:t>dosri cheez religious freedom.</w:t>
      </w:r>
    </w:p>
    <w:p>
      <w:pPr>
        <w:jc w:val="right"/>
      </w:pPr>
      <w:r>
        <w:t>دوسری چیز religious freedom۔</w:t>
      </w:r>
    </w:p>
    <w:p>
      <w:r>
        <w:rPr>
          <w:b/>
        </w:rPr>
        <w:t xml:space="preserve">[17:59] </w:t>
      </w:r>
      <w:r>
        <w:t>teesri cheez hai global communication.</w:t>
      </w:r>
    </w:p>
    <w:p>
      <w:pPr>
        <w:jc w:val="right"/>
      </w:pPr>
      <w:r>
        <w:t>تیسری چیز ہے global communication۔</w:t>
      </w:r>
    </w:p>
    <w:p>
      <w:r>
        <w:rPr>
          <w:b/>
        </w:rPr>
        <w:t xml:space="preserve">[18:05] </w:t>
      </w:r>
      <w:r>
        <w:t>Global communication jo aaj hai, woh kabhi bhi nahi tha.</w:t>
      </w:r>
    </w:p>
    <w:p>
      <w:pPr>
        <w:jc w:val="right"/>
      </w:pPr>
      <w:r>
        <w:t>Global communication جو آج ہے، وہ کبھی بھی نہیں تھا۔</w:t>
      </w:r>
    </w:p>
    <w:p>
      <w:r>
        <w:rPr>
          <w:b/>
        </w:rPr>
        <w:t xml:space="preserve">[18:12] </w:t>
      </w:r>
      <w:r>
        <w:t>sawariyan tez raftaar, aap ek jagah se doosri jagah puhanch sakte hain.</w:t>
      </w:r>
    </w:p>
    <w:p>
      <w:pPr>
        <w:jc w:val="right"/>
      </w:pPr>
      <w:r>
        <w:t>سواریاں تیز رفتار، آپ ایک جگہ سے دوسری جگہ پہنچ سکتے ہیں۔</w:t>
      </w:r>
    </w:p>
    <w:p>
      <w:r>
        <w:rPr>
          <w:b/>
        </w:rPr>
        <w:t xml:space="preserve">[18:18] </w:t>
      </w:r>
      <w:r>
        <w:t>Message bhejna bohat aasani se, aap telephone ke zariye message yahan se wahan bhejte hain.</w:t>
      </w:r>
    </w:p>
    <w:p>
      <w:pPr>
        <w:jc w:val="right"/>
      </w:pPr>
      <w:r>
        <w:t>Message بھیجنا بہت آسانی سے، آپ ٹیلی فون کے ذریعے message یہاں سے وہاں بھیجتے ہیں۔</w:t>
      </w:r>
    </w:p>
    <w:p>
      <w:r>
        <w:rPr>
          <w:b/>
        </w:rPr>
        <w:t xml:space="preserve">[18:24] </w:t>
      </w:r>
      <w:r>
        <w:t>Internet ke zariye se connection hota hai, bohat hi tezi ke sath.</w:t>
      </w:r>
    </w:p>
    <w:p>
      <w:pPr>
        <w:jc w:val="right"/>
      </w:pPr>
      <w:r>
        <w:t>Internet کے ذریعے سے connection ہوتا ہے، بہت ہی تیزی کے ساتھ۔</w:t>
      </w:r>
    </w:p>
    <w:p>
      <w:r>
        <w:rPr>
          <w:b/>
        </w:rPr>
        <w:t xml:space="preserve">[18:31] </w:t>
      </w:r>
      <w:r>
        <w:t>in sab cheezon ko kaha jata hai modern communication.</w:t>
      </w:r>
    </w:p>
    <w:p>
      <w:pPr>
        <w:jc w:val="right"/>
      </w:pPr>
      <w:r>
        <w:t>ان سب چیزوں کو کہا جاتا ہے modern communication۔</w:t>
      </w:r>
    </w:p>
    <w:p>
      <w:r>
        <w:rPr>
          <w:b/>
        </w:rPr>
        <w:t xml:space="preserve">[18:37] </w:t>
      </w:r>
      <w:r>
        <w:t>to yeh teen cheezen door jadeed mein paida huin.</w:t>
      </w:r>
    </w:p>
    <w:p>
      <w:pPr>
        <w:jc w:val="right"/>
      </w:pPr>
      <w:r>
        <w:t>تو یہ تین چیزیں دور جدید میں پیدا ہوئیں۔</w:t>
      </w:r>
    </w:p>
    <w:p>
      <w:r>
        <w:rPr>
          <w:b/>
        </w:rPr>
        <w:t xml:space="preserve">[18:43] </w:t>
      </w:r>
      <w:r>
        <w:t>Scientific evidence, religious freedom aur global communication.</w:t>
      </w:r>
    </w:p>
    <w:p>
      <w:pPr>
        <w:jc w:val="right"/>
      </w:pPr>
      <w:r>
        <w:t>Scientific evidence، religious freedom اور global communication۔</w:t>
      </w:r>
    </w:p>
    <w:p>
      <w:r>
        <w:rPr>
          <w:b/>
        </w:rPr>
        <w:t xml:space="preserve">[18:50] </w:t>
      </w:r>
      <w:r>
        <w:t>yeh bohat bari nemat thi deen toheed ke liye.</w:t>
      </w:r>
    </w:p>
    <w:p>
      <w:pPr>
        <w:jc w:val="right"/>
      </w:pPr>
      <w:r>
        <w:t>یہ بہت بڑی نعمت تھی دین توحید کے لیے۔</w:t>
      </w:r>
    </w:p>
    <w:p>
      <w:r>
        <w:rPr>
          <w:b/>
        </w:rPr>
        <w:t xml:space="preserve">[18:56] </w:t>
      </w:r>
      <w:r>
        <w:t>bohat bari nemat thi.</w:t>
      </w:r>
    </w:p>
    <w:p>
      <w:pPr>
        <w:jc w:val="right"/>
      </w:pPr>
      <w:r>
        <w:t>بہت بڑی نعمت تھی۔</w:t>
      </w:r>
    </w:p>
    <w:p>
      <w:r>
        <w:rPr>
          <w:b/>
        </w:rPr>
        <w:t xml:space="preserve">[19:02] </w:t>
      </w:r>
      <w:r>
        <w:t>pichhle zamane mein nabiyon ko hasil nahi tha yeh.</w:t>
      </w:r>
    </w:p>
    <w:p>
      <w:pPr>
        <w:jc w:val="right"/>
      </w:pPr>
      <w:r>
        <w:t>پچھلے زمانے میں نبیوں کو حاصل نہیں تھا یہ۔</w:t>
      </w:r>
    </w:p>
    <w:p>
      <w:r>
        <w:rPr>
          <w:b/>
        </w:rPr>
        <w:t xml:space="preserve">[19:09] </w:t>
      </w:r>
      <w:r>
        <w:t>ashab-e-rasool ko hasil nahi tha yeh.</w:t>
      </w:r>
    </w:p>
    <w:p>
      <w:pPr>
        <w:jc w:val="right"/>
      </w:pPr>
      <w:r>
        <w:t>اصحاب رسول کو حاصل نہیں تھا یہ۔</w:t>
      </w:r>
    </w:p>
    <w:p>
      <w:r>
        <w:rPr>
          <w:b/>
        </w:rPr>
        <w:t xml:space="preserve">[19:15] </w:t>
      </w:r>
      <w:r>
        <w:t>misal ke taur par kaha jata hai ke jab Iran mein jang ho rahi thi, Hazrat Umar is</w:t>
      </w:r>
    </w:p>
    <w:p>
      <w:pPr>
        <w:jc w:val="right"/>
      </w:pPr>
      <w:r>
        <w:t>مثال کے طور پر کہا جاتا ہے کہ جب ایران میں جنگ ہو رہی تھی، حضرت عمر اس</w:t>
      </w:r>
    </w:p>
    <w:p>
      <w:r>
        <w:rPr>
          <w:b/>
        </w:rPr>
        <w:t xml:space="preserve">[19:21] </w:t>
      </w:r>
      <w:r>
        <w:t>waqt khaleefa the, mimbar par woh khitab kar rahe the.</w:t>
      </w:r>
    </w:p>
    <w:p>
      <w:pPr>
        <w:jc w:val="right"/>
      </w:pPr>
      <w:r>
        <w:t>وقت خلیفہ تھے، ممبر پر وہ خطاب کر رہے تھے۔</w:t>
      </w:r>
    </w:p>
    <w:p>
      <w:r>
        <w:rPr>
          <w:b/>
        </w:rPr>
        <w:t xml:space="preserve">[19:28] </w:t>
      </w:r>
      <w:r>
        <w:t>achanak un ko ek vision aaya, vision.</w:t>
      </w:r>
    </w:p>
    <w:p>
      <w:pPr>
        <w:jc w:val="right"/>
      </w:pPr>
      <w:r>
        <w:t>اچانک ان کو ایک vision آیا، vision۔</w:t>
      </w:r>
    </w:p>
    <w:p>
      <w:r>
        <w:rPr>
          <w:b/>
        </w:rPr>
        <w:t xml:space="preserve">[19:34] </w:t>
      </w:r>
      <w:r>
        <w:t>ke wahan par jo fauj hai, Muslim fauj, jis ke general the Usama, Usama nahi, Usama nahi, Saariyah.</w:t>
      </w:r>
    </w:p>
    <w:p>
      <w:pPr>
        <w:jc w:val="right"/>
      </w:pPr>
      <w:r>
        <w:t>کہ وہاں پر جو فوج ہے، مسلم فوج، جس کے جنرل تھے اسامہ، اسامہ نہیں، اسامہ نہیں، ساریہ۔</w:t>
      </w:r>
    </w:p>
    <w:p>
      <w:r>
        <w:rPr>
          <w:b/>
        </w:rPr>
        <w:t xml:space="preserve">[19:40] </w:t>
      </w:r>
      <w:r>
        <w:t>general the Saariyah.</w:t>
      </w:r>
    </w:p>
    <w:p>
      <w:pPr>
        <w:jc w:val="right"/>
      </w:pPr>
      <w:r>
        <w:t>جنرل تھے ساریہ۔</w:t>
      </w:r>
    </w:p>
    <w:p>
      <w:r>
        <w:rPr>
          <w:b/>
        </w:rPr>
        <w:t xml:space="preserve">[19:47] </w:t>
      </w:r>
      <w:r>
        <w:t>ek vision ke roop mein dekha ke Saariyah jo hai, jo general hain, to ek ek ek ek</w:t>
      </w:r>
    </w:p>
    <w:p>
      <w:pPr>
        <w:jc w:val="right"/>
      </w:pPr>
      <w:r>
        <w:t>ایک vision کے روپ میں دیکھا کہ ساریہ جو ہے، جو جنرل ہیں، تو ایک ایک ایک ایک</w:t>
      </w:r>
    </w:p>
    <w:p>
      <w:r>
        <w:rPr>
          <w:b/>
        </w:rPr>
        <w:t xml:space="preserve">[19:53] </w:t>
      </w:r>
      <w:r>
        <w:t>fauj peechhe se aa rahi hai, pahaad ke peechhe se.</w:t>
      </w:r>
    </w:p>
    <w:p>
      <w:pPr>
        <w:jc w:val="right"/>
      </w:pPr>
      <w:r>
        <w:t>فوج پیچھے سے آ رہی ہے، پہاڑ کے پیچھے سے۔</w:t>
      </w:r>
    </w:p>
    <w:p>
      <w:r>
        <w:rPr>
          <w:b/>
        </w:rPr>
        <w:t xml:space="preserve">[19:59] </w:t>
      </w:r>
      <w:r>
        <w:t>aur peechhe se aa kar hamla kar, attack karne wali hai.</w:t>
      </w:r>
    </w:p>
    <w:p>
      <w:pPr>
        <w:jc w:val="right"/>
      </w:pPr>
      <w:r>
        <w:t>اور پیچھے سے آ کر حملہ کر، attack کرنے والی ہے۔</w:t>
      </w:r>
    </w:p>
    <w:p>
      <w:r>
        <w:rPr>
          <w:b/>
        </w:rPr>
        <w:t xml:space="preserve">[20:06] </w:t>
      </w:r>
      <w:r>
        <w:t>to ain jang, khutba dete hue un ki zuban se nikla: Ya Saariyah al-Jabal, aye Saariyah, pahaad ki taraf dekho.</w:t>
      </w:r>
    </w:p>
    <w:p>
      <w:pPr>
        <w:jc w:val="right"/>
      </w:pPr>
      <w:r>
        <w:t>تو عین جنگ، خطبہ دیتے ہوئے ان کی زبان سے نکلا: يا سارية الجبل اے ساریہ، پہاڑ کی طرف دیکھو۔</w:t>
      </w:r>
    </w:p>
    <w:p>
      <w:r>
        <w:rPr>
          <w:b/>
        </w:rPr>
        <w:t xml:space="preserve">[20:12] </w:t>
      </w:r>
      <w:r>
        <w:t>to isi ko shayar ne kaha ke Iran mein bhi sunai diya shor al-Jabal hajib hue nakuh biaban</w:t>
      </w:r>
    </w:p>
    <w:p>
      <w:pPr>
        <w:jc w:val="right"/>
      </w:pPr>
      <w:r>
        <w:t>تو اسی کو شاعر نے کہا کہ ایران میں بھی سنائی دیا شور الجبل حاجب ہوئے نکوح بیابان</w:t>
      </w:r>
    </w:p>
    <w:p>
      <w:r>
        <w:rPr>
          <w:b/>
        </w:rPr>
        <w:t xml:space="preserve">[20:18] </w:t>
      </w:r>
      <w:r>
        <w:t>kainat is waqt ek cheez hui thi, ek ittefaki taur par.</w:t>
      </w:r>
    </w:p>
    <w:p>
      <w:pPr>
        <w:jc w:val="right"/>
      </w:pPr>
      <w:r>
        <w:t>کائنات اس وقت ایک چیز ہوئی تھی، ایک اتفاقی طور پر۔</w:t>
      </w:r>
    </w:p>
    <w:p>
      <w:r>
        <w:rPr>
          <w:b/>
        </w:rPr>
        <w:t xml:space="preserve">[20:25] </w:t>
      </w:r>
      <w:r>
        <w:t>aaj to har aadmi ko hasil hai yeh.</w:t>
      </w:r>
    </w:p>
    <w:p>
      <w:pPr>
        <w:jc w:val="right"/>
      </w:pPr>
      <w:r>
        <w:t>آج تو ہر آدمی کو حاصل ہے یہ۔</w:t>
      </w:r>
    </w:p>
    <w:p>
      <w:r>
        <w:rPr>
          <w:b/>
        </w:rPr>
        <w:t xml:space="preserve">[20:31] </w:t>
      </w:r>
      <w:r>
        <w:t>har aadmi ki jeb mein mobile hai, dunya ke kisi hisse mein woh contact kar ke apna message</w:t>
      </w:r>
    </w:p>
    <w:p>
      <w:pPr>
        <w:jc w:val="right"/>
      </w:pPr>
      <w:r>
        <w:t>ہر آدمی کی جیب میں موبائل ہے، دنیا کے کسی حصے میں وہ contact کر کے اپنا message</w:t>
      </w:r>
    </w:p>
    <w:p>
      <w:r>
        <w:rPr>
          <w:b/>
        </w:rPr>
        <w:t xml:space="preserve">[20:37] </w:t>
      </w:r>
      <w:r>
        <w:t>bhej sakta hai. Aap bataiye.</w:t>
      </w:r>
    </w:p>
    <w:p>
      <w:pPr>
        <w:jc w:val="right"/>
      </w:pPr>
      <w:r>
        <w:t>بھیج سکتا ہے۔ آپ بتائیے۔</w:t>
      </w:r>
    </w:p>
    <w:p>
      <w:r>
        <w:rPr>
          <w:b/>
        </w:rPr>
        <w:t xml:space="preserve">[20:44] </w:t>
      </w:r>
      <w:r>
        <w:t>to us zamane mein jo Ya Saariyah al-Jabal ka jo waqea hua tha, us se hazaron guna zyada</w:t>
      </w:r>
    </w:p>
    <w:p>
      <w:pPr>
        <w:jc w:val="right"/>
      </w:pPr>
      <w:r>
        <w:t>تو اس زمانے میں جو یا ساریہ الجبل کا جو واقعہ ہوا تھا، اس سے ہزاروں گنا زیادہ</w:t>
      </w:r>
    </w:p>
    <w:p>
      <w:r>
        <w:rPr>
          <w:b/>
        </w:rPr>
        <w:t xml:space="preserve">[20:50] </w:t>
      </w:r>
      <w:r>
        <w:t>bada waqea aaj pesh aa chuka hai.</w:t>
      </w:r>
    </w:p>
    <w:p>
      <w:pPr>
        <w:jc w:val="right"/>
      </w:pPr>
      <w:r>
        <w:t>بڑا واقعہ آج پیش آ چکا ہے۔</w:t>
      </w:r>
    </w:p>
    <w:p>
      <w:r>
        <w:rPr>
          <w:b/>
        </w:rPr>
        <w:t xml:space="preserve">[20:56] </w:t>
      </w:r>
      <w:r>
        <w:t>Modern communication ke zariye se.</w:t>
      </w:r>
    </w:p>
    <w:p>
      <w:pPr>
        <w:jc w:val="right"/>
      </w:pPr>
      <w:r>
        <w:t>Modern communication کے ذریعے سے۔</w:t>
      </w:r>
    </w:p>
    <w:p>
      <w:r>
        <w:rPr>
          <w:b/>
        </w:rPr>
        <w:t xml:space="preserve">[21:03] </w:t>
      </w:r>
      <w:r>
        <w:t>yeh sab waqeat wajood mein aaye.</w:t>
      </w:r>
    </w:p>
    <w:p>
      <w:pPr>
        <w:jc w:val="right"/>
      </w:pPr>
      <w:r>
        <w:t>یہ سب واقعات وجود میں آئے۔</w:t>
      </w:r>
    </w:p>
    <w:p>
      <w:r>
        <w:rPr>
          <w:b/>
        </w:rPr>
        <w:t xml:space="preserve">[21:09] </w:t>
      </w:r>
      <w:r>
        <w:t>printing press wajood mein aaya.</w:t>
      </w:r>
    </w:p>
    <w:p>
      <w:pPr>
        <w:jc w:val="right"/>
      </w:pPr>
      <w:r>
        <w:t>Printing press وجود میں آیا۔</w:t>
      </w:r>
    </w:p>
    <w:p>
      <w:r>
        <w:rPr>
          <w:b/>
        </w:rPr>
        <w:t xml:space="preserve">[21:15] </w:t>
      </w:r>
      <w:r>
        <w:t>is tarah ki cheezein hain.</w:t>
      </w:r>
    </w:p>
    <w:p>
      <w:pPr>
        <w:jc w:val="right"/>
      </w:pPr>
      <w:r>
        <w:t>اس طرح کی چیزیں ہیں۔</w:t>
      </w:r>
    </w:p>
    <w:p>
      <w:r>
        <w:rPr>
          <w:b/>
        </w:rPr>
        <w:t xml:space="preserve">[21:22] </w:t>
      </w:r>
      <w:r>
        <w:t>basically yeh teen mein keh raha hoon, is teen ke peechay teen hazar cheezein shamil hain is mein.</w:t>
      </w:r>
    </w:p>
    <w:p>
      <w:pPr>
        <w:jc w:val="right"/>
      </w:pPr>
      <w:r>
        <w:t>Basically یہ تین میں کہہ رہا ہوں، اس تین کے پیچھے تین ہزار چیزیں شامل ہیں اس میں۔</w:t>
      </w:r>
    </w:p>
    <w:p>
      <w:r>
        <w:rPr>
          <w:b/>
        </w:rPr>
        <w:t xml:space="preserve">[21:28] </w:t>
      </w:r>
      <w:r>
        <w:t>jis ko aik lafz mein kahoon ga ke modern opportunities, jadeed mawaqe. Yeh aaye.</w:t>
      </w:r>
    </w:p>
    <w:p>
      <w:pPr>
        <w:jc w:val="right"/>
      </w:pPr>
      <w:r>
        <w:t>جس کو ایک لفظ میں کہوں گا کہ modern opportunities، جدید مواقع۔ یہ آئے۔</w:t>
      </w:r>
    </w:p>
    <w:p>
      <w:r>
        <w:rPr>
          <w:b/>
        </w:rPr>
        <w:t xml:space="preserve">[21:34] </w:t>
      </w:r>
      <w:r>
        <w:t>lekin dekhiye, Allah ki taraf se mawaqe aate hain to woh chala kar nahi aate, awaaz de kar nahi aate.</w:t>
      </w:r>
    </w:p>
    <w:p>
      <w:pPr>
        <w:jc w:val="right"/>
      </w:pPr>
      <w:r>
        <w:t>لیکن دیکھیے، اللہ کی طرف سے مواقع آتے ہیں تو وہ چلا کر نہیں آتے، آواز دے کر نہیں آتے۔</w:t>
      </w:r>
    </w:p>
    <w:p>
      <w:r>
        <w:rPr>
          <w:b/>
        </w:rPr>
        <w:t xml:space="preserve">[21:41] </w:t>
      </w:r>
      <w:r>
        <w:t>aap ko in mawaqe ko, in opportunities ko discover karna parta hai.</w:t>
      </w:r>
    </w:p>
    <w:p>
      <w:pPr>
        <w:jc w:val="right"/>
      </w:pPr>
      <w:r>
        <w:t>آپ کو ان مواقع کو، ان opportunities کو discover کرنا پڑتا ہے۔</w:t>
      </w:r>
    </w:p>
    <w:p>
      <w:r>
        <w:rPr>
          <w:b/>
        </w:rPr>
        <w:t xml:space="preserve">[21:47] </w:t>
      </w:r>
      <w:r>
        <w:t>misalan Allah ne barish barsai to kya saath saath farishta awaaz deta hai? Ke aey kisanon, tayyar ho</w:t>
      </w:r>
    </w:p>
    <w:p>
      <w:pPr>
        <w:jc w:val="right"/>
      </w:pPr>
      <w:r>
        <w:t>مثلاً اللہ نے بارش برسائی تو کیا ساتھ ساتھ فرشتہ آواز دیتا ہے؟ کہ اے کسانوں، تیار ہو</w:t>
      </w:r>
    </w:p>
    <w:p>
      <w:r>
        <w:rPr>
          <w:b/>
        </w:rPr>
        <w:t xml:space="preserve">[21:53] </w:t>
      </w:r>
      <w:r>
        <w:t>jao, apni fasal mein ghalla ugao.</w:t>
      </w:r>
    </w:p>
    <w:p>
      <w:pPr>
        <w:jc w:val="right"/>
      </w:pPr>
      <w:r>
        <w:t>جاؤ، اپنی فصل میں غلہ اگاؤ۔</w:t>
      </w:r>
    </w:p>
    <w:p>
      <w:r>
        <w:rPr>
          <w:b/>
        </w:rPr>
        <w:t xml:space="preserve">[22:00] </w:t>
      </w:r>
      <w:r>
        <w:t>koi awaaz nahi aati.</w:t>
      </w:r>
    </w:p>
    <w:p>
      <w:pPr>
        <w:jc w:val="right"/>
      </w:pPr>
      <w:r>
        <w:t>کوئی آواز نہیں آتی۔</w:t>
      </w:r>
    </w:p>
    <w:p>
      <w:r>
        <w:rPr>
          <w:b/>
        </w:rPr>
        <w:t xml:space="preserve">[22:06] </w:t>
      </w:r>
      <w:r>
        <w:t>barish hoti hai magar awaaz nahi aati.</w:t>
      </w:r>
    </w:p>
    <w:p>
      <w:pPr>
        <w:jc w:val="right"/>
      </w:pPr>
      <w:r>
        <w:t>بارش ہوتی ہے مگر آواز نہیں آتی۔</w:t>
      </w:r>
    </w:p>
    <w:p>
      <w:r>
        <w:rPr>
          <w:b/>
        </w:rPr>
        <w:t xml:space="preserve">[22:12] </w:t>
      </w:r>
      <w:r>
        <w:t>woh kisan ko khud se janna parta hai.</w:t>
      </w:r>
    </w:p>
    <w:p>
      <w:pPr>
        <w:jc w:val="right"/>
      </w:pPr>
      <w:r>
        <w:t>وہ کسان کو خود سے جاننا پڑتا ہے۔</w:t>
      </w:r>
    </w:p>
    <w:p>
      <w:r>
        <w:rPr>
          <w:b/>
        </w:rPr>
        <w:t xml:space="preserve">[22:19] </w:t>
      </w:r>
      <w:r>
        <w:t>jo log horticulture mein hain, jo log agriculture mein hain, unhein khud se discover karna parta hai ke waqt aa gaya.</w:t>
      </w:r>
    </w:p>
    <w:p>
      <w:pPr>
        <w:jc w:val="right"/>
      </w:pPr>
      <w:r>
        <w:t>جو لوگ horticulture میں ہیں، جو لوگ agriculture میں ہیں، انہیں خود سے discover کرنا پڑتا ہے کہ وقت آگیا۔</w:t>
      </w:r>
    </w:p>
    <w:p>
      <w:r>
        <w:rPr>
          <w:b/>
        </w:rPr>
        <w:t xml:space="preserve">[22:25] </w:t>
      </w:r>
      <w:r>
        <w:t>aisay yeh mawaqe jo aaye to is ke sath koi farishta awaaz nahi de raha tha.</w:t>
      </w:r>
    </w:p>
    <w:p>
      <w:pPr>
        <w:jc w:val="right"/>
      </w:pPr>
      <w:r>
        <w:t>ایسے یہ مواقع جو آئے تو اس کے ساتھ کوئی فرشتہ آواز نہیں دے رہا تھا۔</w:t>
      </w:r>
    </w:p>
    <w:p>
      <w:r>
        <w:rPr>
          <w:b/>
        </w:rPr>
        <w:t xml:space="preserve">[22:31] </w:t>
      </w:r>
      <w:r>
        <w:t>yeh Allah ki sunnat ke khilaf hai.</w:t>
      </w:r>
    </w:p>
    <w:p>
      <w:pPr>
        <w:jc w:val="right"/>
      </w:pPr>
      <w:r>
        <w:t>یہ اللہ کی سنت کے خلاف ہے۔</w:t>
      </w:r>
    </w:p>
    <w:p>
      <w:r>
        <w:rPr>
          <w:b/>
        </w:rPr>
        <w:t xml:space="preserve">[22:38] </w:t>
      </w:r>
      <w:r>
        <w:t>yeh law of nature ke khilaf hai.</w:t>
      </w:r>
    </w:p>
    <w:p>
      <w:pPr>
        <w:jc w:val="right"/>
      </w:pPr>
      <w:r>
        <w:t>یہ law of nature کے خلاف ہے۔</w:t>
      </w:r>
    </w:p>
    <w:p>
      <w:r>
        <w:rPr>
          <w:b/>
        </w:rPr>
        <w:t xml:space="preserve">[22:44] </w:t>
      </w:r>
      <w:r>
        <w:t>to mawaqe aaye lekin awaaz kisi ne nahi di.</w:t>
      </w:r>
    </w:p>
    <w:p>
      <w:pPr>
        <w:jc w:val="right"/>
      </w:pPr>
      <w:r>
        <w:t>تو مواقع آئے لیکن آواز کسی نے نہیں دی۔</w:t>
      </w:r>
    </w:p>
    <w:p>
      <w:r>
        <w:rPr>
          <w:b/>
        </w:rPr>
        <w:t xml:space="preserve">[22:50] </w:t>
      </w:r>
      <w:r>
        <w:t>to ummat e muslema jo hai, is ko khud se discover karna tha.</w:t>
      </w:r>
    </w:p>
    <w:p>
      <w:pPr>
        <w:jc w:val="right"/>
      </w:pPr>
      <w:r>
        <w:t>تو امت مسلمہ جو ہے، اس کو خود سے discover کرنا تھا۔</w:t>
      </w:r>
    </w:p>
    <w:p>
      <w:r>
        <w:rPr>
          <w:b/>
        </w:rPr>
        <w:t xml:space="preserve">[22:57] </w:t>
      </w:r>
      <w:r>
        <w:t>khud se discover karna tha.</w:t>
      </w:r>
    </w:p>
    <w:p>
      <w:pPr>
        <w:jc w:val="right"/>
      </w:pPr>
      <w:r>
        <w:t>خود سے discover کرنا تھا۔</w:t>
      </w:r>
    </w:p>
    <w:p>
      <w:r>
        <w:rPr>
          <w:b/>
        </w:rPr>
        <w:t xml:space="preserve">[23:03] </w:t>
      </w:r>
      <w:r>
        <w:t>lekin saaray hi musalman one to all sab fail ho gaye discover karne mein.</w:t>
      </w:r>
    </w:p>
    <w:p>
      <w:pPr>
        <w:jc w:val="right"/>
      </w:pPr>
      <w:r>
        <w:t>لیکن سارے ہی مسلمان one to all سب fail ہو گئے discover کرنے میں۔</w:t>
      </w:r>
    </w:p>
    <w:p>
      <w:r>
        <w:rPr>
          <w:b/>
        </w:rPr>
        <w:t xml:space="preserve">[23:09] </w:t>
      </w:r>
      <w:r>
        <w:t>kya karne lagay? Ladaai karne lagay.</w:t>
      </w:r>
    </w:p>
    <w:p>
      <w:pPr>
        <w:jc w:val="right"/>
      </w:pPr>
      <w:r>
        <w:t>کیا کرنے لگے؟ لڑائی کرنے لگے۔</w:t>
      </w:r>
    </w:p>
    <w:p>
      <w:r>
        <w:rPr>
          <w:b/>
        </w:rPr>
        <w:t xml:space="preserve">[23:16] </w:t>
      </w:r>
      <w:r>
        <w:t>one to all, one to all kam az kam do so saal se isi ladaai mein phansay hue hain woh.</w:t>
      </w:r>
    </w:p>
    <w:p>
      <w:pPr>
        <w:jc w:val="right"/>
      </w:pPr>
      <w:r>
        <w:t>One to all, one to all کم از کم دو سو سال سے اسی لڑائی میں پھنسے ہوئے ہیں وہ۔</w:t>
      </w:r>
    </w:p>
    <w:p>
      <w:r>
        <w:rPr>
          <w:b/>
        </w:rPr>
        <w:t xml:space="preserve">[23:22] </w:t>
      </w:r>
      <w:r>
        <w:t>saari duniya mein.</w:t>
      </w:r>
    </w:p>
    <w:p>
      <w:pPr>
        <w:jc w:val="right"/>
      </w:pPr>
      <w:r>
        <w:t>ساری دنیا میں۔</w:t>
      </w:r>
    </w:p>
    <w:p>
      <w:r>
        <w:rPr>
          <w:b/>
        </w:rPr>
        <w:t xml:space="preserve">[23:28] </w:t>
      </w:r>
      <w:r>
        <w:t>kyun? Dekhiye, jin qomon ne yeh discoveries ki theen, to saath saath is discovery ke nateejay mein kya</w:t>
      </w:r>
    </w:p>
    <w:p>
      <w:pPr>
        <w:jc w:val="right"/>
      </w:pPr>
      <w:r>
        <w:t>کیوں؟ دیکھیے، جن قوموں نے یہ discoveries کی تھیں، تو ساتھ ساتھ اس discovery کے نتیجے میں کیا</w:t>
      </w:r>
    </w:p>
    <w:p>
      <w:r>
        <w:rPr>
          <w:b/>
        </w:rPr>
        <w:t xml:space="preserve">[23:35] </w:t>
      </w:r>
      <w:r>
        <w:t>hua? Ke un ko aik dabdaba mil gaya.</w:t>
      </w:r>
    </w:p>
    <w:p>
      <w:pPr>
        <w:jc w:val="right"/>
      </w:pPr>
      <w:r>
        <w:t>ہوا؟ کہ ان کو ایک دبدبہ مل گیا۔</w:t>
      </w:r>
    </w:p>
    <w:p>
      <w:r>
        <w:rPr>
          <w:b/>
        </w:rPr>
        <w:t xml:space="preserve">[23:41] </w:t>
      </w:r>
      <w:r>
        <w:t>aik barhai mil gayi.</w:t>
      </w:r>
    </w:p>
    <w:p>
      <w:pPr>
        <w:jc w:val="right"/>
      </w:pPr>
      <w:r>
        <w:t>ایک بڑائی مل گئی۔</w:t>
      </w:r>
    </w:p>
    <w:p>
      <w:r>
        <w:rPr>
          <w:b/>
        </w:rPr>
        <w:t xml:space="preserve">[23:47] </w:t>
      </w:r>
      <w:r>
        <w:t>ek sehtara mil gaya.</w:t>
      </w:r>
    </w:p>
    <w:p>
      <w:pPr>
        <w:jc w:val="right"/>
      </w:pPr>
      <w:r>
        <w:t>ایک سہترہ مل گیا۔</w:t>
      </w:r>
    </w:p>
    <w:p>
      <w:r>
        <w:rPr>
          <w:b/>
        </w:rPr>
        <w:t xml:space="preserve">[23:54] </w:t>
      </w:r>
      <w:r>
        <w:t>to dunya mein phail gaye woh.</w:t>
      </w:r>
    </w:p>
    <w:p>
      <w:pPr>
        <w:jc w:val="right"/>
      </w:pPr>
      <w:r>
        <w:t>تو دنیا میں پھیل گئے وہ۔</w:t>
      </w:r>
    </w:p>
    <w:p>
      <w:r>
        <w:rPr>
          <w:b/>
        </w:rPr>
        <w:t xml:space="preserve">[24:00] </w:t>
      </w:r>
      <w:r>
        <w:t>dunya mein in ka dabdaba qaim ho gaya.</w:t>
      </w:r>
    </w:p>
    <w:p>
      <w:pPr>
        <w:jc w:val="right"/>
      </w:pPr>
      <w:r>
        <w:t>دنیا میں ان کا دبدبہ قائم ہو گیا۔</w:t>
      </w:r>
    </w:p>
    <w:p>
      <w:r>
        <w:rPr>
          <w:b/>
        </w:rPr>
        <w:t xml:space="preserve">[24:07] </w:t>
      </w:r>
      <w:r>
        <w:t>to yeh woh daur tha jab ke India mein Mughal Empire tha.</w:t>
      </w:r>
    </w:p>
    <w:p>
      <w:pPr>
        <w:jc w:val="right"/>
      </w:pPr>
      <w:r>
        <w:t>تو یہ وہ دور تھا جب کہ انڈیا میں مغل Empire تھا۔</w:t>
      </w:r>
    </w:p>
    <w:p>
      <w:r>
        <w:rPr>
          <w:b/>
        </w:rPr>
        <w:t xml:space="preserve">[24:13] </w:t>
      </w:r>
      <w:r>
        <w:t>Turkey mein Usmani khilafat thi.</w:t>
      </w:r>
    </w:p>
    <w:p>
      <w:pPr>
        <w:jc w:val="right"/>
      </w:pPr>
      <w:r>
        <w:t>ترکی میں عثمانی خلافت تھی۔</w:t>
      </w:r>
    </w:p>
    <w:p>
      <w:r>
        <w:rPr>
          <w:b/>
        </w:rPr>
        <w:t xml:space="preserve">[24:19] </w:t>
      </w:r>
      <w:r>
        <w:t>Misr mein Fatmi khilafat thi.</w:t>
      </w:r>
    </w:p>
    <w:p>
      <w:pPr>
        <w:jc w:val="right"/>
      </w:pPr>
      <w:r>
        <w:t>مصر میں فاطمی خلافت تھی۔</w:t>
      </w:r>
    </w:p>
    <w:p>
      <w:r>
        <w:rPr>
          <w:b/>
        </w:rPr>
        <w:t xml:space="preserve">[24:26] </w:t>
      </w:r>
      <w:r>
        <w:t>Spain mein Moresh khilafat thi.</w:t>
      </w:r>
    </w:p>
    <w:p>
      <w:pPr>
        <w:jc w:val="right"/>
      </w:pPr>
      <w:r>
        <w:t>اسپین میں مورش خلافت تھی۔</w:t>
      </w:r>
    </w:p>
    <w:p>
      <w:r>
        <w:rPr>
          <w:b/>
        </w:rPr>
        <w:t xml:space="preserve">[24:32] </w:t>
      </w:r>
      <w:r>
        <w:t>dunya ke yani Asia aur Africa, yahan tak ke Europe tak, ek bara raqba aisa tha jis mein</w:t>
      </w:r>
    </w:p>
    <w:p>
      <w:pPr>
        <w:jc w:val="right"/>
      </w:pPr>
      <w:r>
        <w:t>دنیا کے یعنی ایشیا اور افریقہ، یہاں تک کہ یورپ تک، ایک بڑا رقبہ ایسا تھا جس میں</w:t>
      </w:r>
    </w:p>
    <w:p>
      <w:r>
        <w:rPr>
          <w:b/>
        </w:rPr>
        <w:t xml:space="preserve">[24:38] </w:t>
      </w:r>
      <w:r>
        <w:t>Muslim rulers hukoomat kar rahe the.</w:t>
      </w:r>
    </w:p>
    <w:p>
      <w:pPr>
        <w:jc w:val="right"/>
      </w:pPr>
      <w:r>
        <w:t>مسلم rulers حکومت کر رہے تھے۔</w:t>
      </w:r>
    </w:p>
    <w:p>
      <w:r>
        <w:rPr>
          <w:b/>
        </w:rPr>
        <w:t xml:space="preserve">[24:45] </w:t>
      </w:r>
      <w:r>
        <w:t>chunaanche Abbasi daur ka khaleefa Haroon Rasheed ke baray mein kaha jata hai ke woh ek baar apni</w:t>
      </w:r>
    </w:p>
    <w:p>
      <w:pPr>
        <w:jc w:val="right"/>
      </w:pPr>
      <w:r>
        <w:t>چنانچہ عباسی دور کا خلیفہ ہارون رشید کے بارے میں کہا جاتا ہے کہ وہ ایک بار اپنی</w:t>
      </w:r>
    </w:p>
    <w:p>
      <w:r>
        <w:rPr>
          <w:b/>
        </w:rPr>
        <w:t xml:space="preserve">[24:51] </w:t>
      </w:r>
      <w:r>
        <w:t>malika ke sath apne mahal ki chhat par baitha hua tha.</w:t>
      </w:r>
    </w:p>
    <w:p>
      <w:pPr>
        <w:jc w:val="right"/>
      </w:pPr>
      <w:r>
        <w:t>ملکہ کے ساتھ اپنے محل کی چھت پر بیٹھا ہوا تھا۔</w:t>
      </w:r>
    </w:p>
    <w:p>
      <w:r>
        <w:rPr>
          <w:b/>
        </w:rPr>
        <w:t xml:space="preserve">[24:57] </w:t>
      </w:r>
      <w:r>
        <w:t>to badal ka ek tukra hawa ke zariye se idhar se urta hua dikhai diya.</w:t>
      </w:r>
    </w:p>
    <w:p>
      <w:pPr>
        <w:jc w:val="right"/>
      </w:pPr>
      <w:r>
        <w:t>تو بادل کا ایک ٹکڑا ہوا کے ذریعے سے ادھر سے اڑ جاتا ہوا دکھائی دیا۔</w:t>
      </w:r>
    </w:p>
    <w:p>
      <w:r>
        <w:rPr>
          <w:b/>
        </w:rPr>
        <w:t xml:space="preserve">[25:04] </w:t>
      </w:r>
      <w:r>
        <w:t>hawaein badal ke tukray urte hain hawa ke asar se.</w:t>
      </w:r>
    </w:p>
    <w:p>
      <w:pPr>
        <w:jc w:val="right"/>
      </w:pPr>
      <w:r>
        <w:t>ہوائیں بادل کے ٹکڑے اڑتے ہیں ہوا کے اثر سے۔</w:t>
      </w:r>
    </w:p>
    <w:p>
      <w:r>
        <w:rPr>
          <w:b/>
        </w:rPr>
        <w:t xml:space="preserve">[25:10] </w:t>
      </w:r>
      <w:r>
        <w:t>is ko dekh kar is ne kaha: in tri haith shait fasya'atini kharajak jahan chahe ja kar bars.</w:t>
      </w:r>
    </w:p>
    <w:p>
      <w:pPr>
        <w:jc w:val="right"/>
      </w:pPr>
      <w:r>
        <w:t>اس کو دیکھ کر اس نے کہا: إن تري حيث شئت فسيأتيني خراجك جہاں چاہے جا کر برس۔</w:t>
      </w:r>
    </w:p>
    <w:p>
      <w:r>
        <w:rPr>
          <w:b/>
        </w:rPr>
        <w:t xml:space="preserve">[25:16] </w:t>
      </w:r>
      <w:r>
        <w:t>tera kharaj mere hi paas aye ga.</w:t>
      </w:r>
    </w:p>
    <w:p>
      <w:pPr>
        <w:jc w:val="right"/>
      </w:pPr>
      <w:r>
        <w:t>تیرا خراج میرے ہی پاس آئے گا۔</w:t>
      </w:r>
    </w:p>
    <w:p>
      <w:r>
        <w:rPr>
          <w:b/>
        </w:rPr>
        <w:t xml:space="preserve">[25:23] </w:t>
      </w:r>
      <w:r>
        <w:t>to yeh jo saltanat musalmanon ki qaim thi, Empire, is Empire ko western nations ne tod diya.</w:t>
      </w:r>
    </w:p>
    <w:p>
      <w:pPr>
        <w:jc w:val="right"/>
      </w:pPr>
      <w:r>
        <w:t>تو یہ جو سلطنت مسلمانوں کی قائم تھی، Empire، اس Empire کو western nations نے توڑ دیا۔</w:t>
      </w:r>
    </w:p>
    <w:p>
      <w:r>
        <w:rPr>
          <w:b/>
        </w:rPr>
        <w:t xml:space="preserve">[25:29] </w:t>
      </w:r>
      <w:r>
        <w:t>yani colonial powers jo theen, is ko kaha jata hai colonialism.</w:t>
      </w:r>
    </w:p>
    <w:p>
      <w:pPr>
        <w:jc w:val="right"/>
      </w:pPr>
      <w:r>
        <w:t>یعنی colonial powers جو تھیں، اس کو کہا جاتا ہے colonialism۔</w:t>
      </w:r>
    </w:p>
    <w:p>
      <w:r>
        <w:rPr>
          <w:b/>
        </w:rPr>
        <w:t xml:space="preserve">[25:35] </w:t>
      </w:r>
      <w:r>
        <w:t>Colonialism kya hai? dekhiye, in logon ne jab discoveries keen to modern industry wajood mein aayi. Modern industry.</w:t>
      </w:r>
    </w:p>
    <w:p>
      <w:pPr>
        <w:jc w:val="right"/>
      </w:pPr>
      <w:r>
        <w:t>Colonialism کیا ہے؟ دیکھیے، ان لوگوں نے جب discoveries کیں تو modern industry وجود میں آئی۔ Modern industry۔</w:t>
      </w:r>
    </w:p>
    <w:p>
      <w:r>
        <w:rPr>
          <w:b/>
        </w:rPr>
        <w:t xml:space="preserve">[25:42] </w:t>
      </w:r>
      <w:r>
        <w:t>Modern industry ka matlab kya tha? is ka matlab tha jaise yeh yeh yeh glass hai.</w:t>
      </w:r>
    </w:p>
    <w:p>
      <w:pPr>
        <w:jc w:val="right"/>
      </w:pPr>
      <w:r>
        <w:t>Modern industry کا مطلب کیا تھا؟ اس کا مطلب تھا جیسے یہ یہ یہ گلاس ہے۔</w:t>
      </w:r>
    </w:p>
    <w:p>
      <w:r>
        <w:rPr>
          <w:b/>
        </w:rPr>
        <w:t xml:space="preserve">[25:48] </w:t>
      </w:r>
      <w:r>
        <w:t>hamare bachpan mein mitti ka glass hua karta tha.</w:t>
      </w:r>
    </w:p>
    <w:p>
      <w:pPr>
        <w:jc w:val="right"/>
      </w:pPr>
      <w:r>
        <w:t>ہمارے بچپن میں مٹی کا گلاس ہوا کرتا تھا۔</w:t>
      </w:r>
    </w:p>
    <w:p>
      <w:r>
        <w:rPr>
          <w:b/>
        </w:rPr>
        <w:t xml:space="preserve">[25:54] </w:t>
      </w:r>
      <w:r>
        <w:t>matlab mein gaon mein tha, abhi wahan par tehzeeb phaili pahunchi nahi thi.</w:t>
      </w:r>
    </w:p>
    <w:p>
      <w:pPr>
        <w:jc w:val="right"/>
      </w:pPr>
      <w:r>
        <w:t>مطلب میں گاؤں میں تھا، ابھی وہاں پر تہذیب پھیلی پہنچی نہیں تھی۔</w:t>
      </w:r>
    </w:p>
    <w:p>
      <w:r>
        <w:rPr>
          <w:b/>
        </w:rPr>
        <w:t xml:space="preserve">[26:01] </w:t>
      </w:r>
      <w:r>
        <w:t>to ek zamana tha ke mitti ke koozay bante the, us mein log pani piya karte the.</w:t>
      </w:r>
    </w:p>
    <w:p>
      <w:pPr>
        <w:jc w:val="right"/>
      </w:pPr>
      <w:r>
        <w:t>تو ایک زمانہ تھا کہ مٹی کے کودے بنتے تھے، اس میں لوگ پانی پیا کرتے تھے۔</w:t>
      </w:r>
    </w:p>
    <w:p>
      <w:r>
        <w:rPr>
          <w:b/>
        </w:rPr>
        <w:t xml:space="preserve">[26:07] </w:t>
      </w:r>
      <w:r>
        <w:t>to kumar din dafa mehnat kar ke do char koozay banata tha.</w:t>
      </w:r>
    </w:p>
    <w:p>
      <w:pPr>
        <w:jc w:val="right"/>
      </w:pPr>
      <w:r>
        <w:t>تو کمار دن دفعہ محنت کر کے دو چار کودے بناتا تھا۔</w:t>
      </w:r>
    </w:p>
    <w:p>
      <w:r>
        <w:rPr>
          <w:b/>
        </w:rPr>
        <w:t xml:space="preserve">[26:13] </w:t>
      </w:r>
      <w:r>
        <w:t>to jab industry lagi to industry mein is qism ke glass har din hazaron hazaron bne lagay.</w:t>
      </w:r>
    </w:p>
    <w:p>
      <w:pPr>
        <w:jc w:val="right"/>
      </w:pPr>
      <w:r>
        <w:t>تو جب industry لگی تو industry میں اس قسم کے گلاس ہر دن ہزاروں ہزاروں بننے لگے۔</w:t>
      </w:r>
    </w:p>
    <w:p>
      <w:r>
        <w:rPr>
          <w:b/>
        </w:rPr>
        <w:t xml:space="preserve">[26:20] </w:t>
      </w:r>
      <w:r>
        <w:t>jis ko kehte hain mass production.</w:t>
      </w:r>
    </w:p>
    <w:p>
      <w:pPr>
        <w:jc w:val="right"/>
      </w:pPr>
      <w:r>
        <w:t>جس کو کہتے ہیں mass production۔</w:t>
      </w:r>
    </w:p>
    <w:p>
      <w:r>
        <w:rPr>
          <w:b/>
        </w:rPr>
        <w:t xml:space="preserve">[26:26] </w:t>
      </w:r>
      <w:r>
        <w:t>Mass production yani modern industry ka phenomena tha mass production.</w:t>
      </w:r>
    </w:p>
    <w:p>
      <w:pPr>
        <w:jc w:val="right"/>
      </w:pPr>
      <w:r>
        <w:t>Mass production یعنی modern industry کا phenomena تھا mass production۔</w:t>
      </w:r>
    </w:p>
    <w:p>
      <w:r>
        <w:rPr>
          <w:b/>
        </w:rPr>
        <w:t xml:space="preserve">[26:32] </w:t>
      </w:r>
      <w:r>
        <w:t>To wo kahan khappe wo? Pehle jo koode bante the to wohin khap jate the aas paas.</w:t>
      </w:r>
    </w:p>
    <w:p>
      <w:pPr>
        <w:jc w:val="right"/>
      </w:pPr>
      <w:r>
        <w:t>تو وہ کہاں کھپے وہ؟ پہلے جو کودے بنتے تھے تو وہیں کھپ جاتے تھے آس پاس۔</w:t>
      </w:r>
    </w:p>
    <w:p>
      <w:r>
        <w:rPr>
          <w:b/>
        </w:rPr>
        <w:t xml:space="preserve">[26:39] </w:t>
      </w:r>
      <w:r>
        <w:t>Jo kumar jo banata tha.</w:t>
      </w:r>
    </w:p>
    <w:p>
      <w:pPr>
        <w:jc w:val="right"/>
      </w:pPr>
      <w:r>
        <w:t>جو کمار جو بناتا تھا۔</w:t>
      </w:r>
    </w:p>
    <w:p>
      <w:r>
        <w:rPr>
          <w:b/>
        </w:rPr>
        <w:t xml:space="preserve">[26:45] </w:t>
      </w:r>
      <w:r>
        <w:t>Lekin jo modern industry ne jo product nikala mass level par, us ko khapane ke liye to poori</w:t>
      </w:r>
    </w:p>
    <w:p>
      <w:pPr>
        <w:jc w:val="right"/>
      </w:pPr>
      <w:r>
        <w:t>لیکن جو modern industry نے جو product نکالا mass level پر، اس کو کھپانے کے لیے تو پوری</w:t>
      </w:r>
    </w:p>
    <w:p>
      <w:r>
        <w:rPr>
          <w:b/>
        </w:rPr>
        <w:t xml:space="preserve">[26:51] </w:t>
      </w:r>
      <w:r>
        <w:t>duniya chahiye thi.</w:t>
      </w:r>
    </w:p>
    <w:p>
      <w:pPr>
        <w:jc w:val="right"/>
      </w:pPr>
      <w:r>
        <w:t>دنیا چاہیے تھی۔</w:t>
      </w:r>
    </w:p>
    <w:p>
      <w:r>
        <w:rPr>
          <w:b/>
        </w:rPr>
        <w:t xml:space="preserve">[26:58] </w:t>
      </w:r>
      <w:r>
        <w:t>To wo nikle ye log.</w:t>
      </w:r>
    </w:p>
    <w:p>
      <w:pPr>
        <w:jc w:val="right"/>
      </w:pPr>
      <w:r>
        <w:t>تو وہ نکلے یہ لوگ۔</w:t>
      </w:r>
    </w:p>
    <w:p>
      <w:r>
        <w:rPr>
          <w:b/>
        </w:rPr>
        <w:t xml:space="preserve">[27:04] </w:t>
      </w:r>
      <w:r>
        <w:t>Apni colony banai unhon ne jagah jagah.</w:t>
      </w:r>
    </w:p>
    <w:p>
      <w:pPr>
        <w:jc w:val="right"/>
      </w:pPr>
      <w:r>
        <w:t>اپنی colony بنائی انہوں نے جگہ جگہ۔</w:t>
      </w:r>
    </w:p>
    <w:p>
      <w:r>
        <w:rPr>
          <w:b/>
        </w:rPr>
        <w:t xml:space="preserve">[27:10] </w:t>
      </w:r>
      <w:r>
        <w:t>Taake apne apne production ko wo market kar saken doosre countries mein.</w:t>
      </w:r>
    </w:p>
    <w:p>
      <w:pPr>
        <w:jc w:val="right"/>
      </w:pPr>
      <w:r>
        <w:t>تاکہ اپنے اپنے production کو وہ market کر سکیں دوسرے countries میں۔</w:t>
      </w:r>
    </w:p>
    <w:p>
      <w:r>
        <w:rPr>
          <w:b/>
        </w:rPr>
        <w:t xml:space="preserve">[27:17] </w:t>
      </w:r>
      <w:r>
        <w:t>Ye ek naya phenomena tha, isi ko kehte hain colonialism. Ye aaya.</w:t>
      </w:r>
    </w:p>
    <w:p>
      <w:pPr>
        <w:jc w:val="right"/>
      </w:pPr>
      <w:r>
        <w:t>یہ ایک نیا phenomena تھا، اسی کو کہتے ہیں colonialism۔ یہ آیا۔</w:t>
      </w:r>
    </w:p>
    <w:p>
      <w:r>
        <w:rPr>
          <w:b/>
        </w:rPr>
        <w:t xml:space="preserve">[27:23] </w:t>
      </w:r>
      <w:r>
        <w:t>To chunchke jab wo log aaye to us waqt Muslim Empire qaim tha.</w:t>
      </w:r>
    </w:p>
    <w:p>
      <w:pPr>
        <w:jc w:val="right"/>
      </w:pPr>
      <w:r>
        <w:t>تو چونکہ جب وہ لوگ آئے تو اس وقت مسلم Empire قائم تھا۔</w:t>
      </w:r>
    </w:p>
    <w:p>
      <w:r>
        <w:rPr>
          <w:b/>
        </w:rPr>
        <w:t xml:space="preserve">[27:29] </w:t>
      </w:r>
      <w:r>
        <w:t>Muslim Empire ke paas itni taqatein nahi thi.</w:t>
      </w:r>
    </w:p>
    <w:p>
      <w:pPr>
        <w:jc w:val="right"/>
      </w:pPr>
      <w:r>
        <w:t>مسلم Empire کے پاس اتنی طاقتیں نہیں تھیں۔</w:t>
      </w:r>
    </w:p>
    <w:p>
      <w:r>
        <w:rPr>
          <w:b/>
        </w:rPr>
        <w:t xml:space="preserve">[27:36] </w:t>
      </w:r>
      <w:r>
        <w:t>Muslim Empire jo tha, wo sirf talwar ke bal par qaim tha bas.</w:t>
      </w:r>
    </w:p>
    <w:p>
      <w:pPr>
        <w:jc w:val="right"/>
      </w:pPr>
      <w:r>
        <w:t>مسلم Empire جو تھا، وہ صرف تلوار کے بل پر قائم تھا بس۔</w:t>
      </w:r>
    </w:p>
    <w:p>
      <w:r>
        <w:rPr>
          <w:b/>
        </w:rPr>
        <w:t xml:space="preserve">[27:42] </w:t>
      </w:r>
      <w:r>
        <w:t>Muslim Empire jo tha, us ki wahid taqat talwar thi.</w:t>
      </w:r>
    </w:p>
    <w:p>
      <w:pPr>
        <w:jc w:val="right"/>
      </w:pPr>
      <w:r>
        <w:t>مسلم Empire جو تھا، اس کی واحد طاقت تلوار تھی۔</w:t>
      </w:r>
    </w:p>
    <w:p>
      <w:r>
        <w:rPr>
          <w:b/>
        </w:rPr>
        <w:t xml:space="preserve">[27:48] </w:t>
      </w:r>
      <w:r>
        <w:t>Us zamane mein shayar ne kaha tha: harak al-shamshir zarad sikka bana marshkhan matlab jo talwar chalta hai,</w:t>
      </w:r>
    </w:p>
    <w:p>
      <w:pPr>
        <w:jc w:val="right"/>
      </w:pPr>
      <w:r>
        <w:t>اس زمانے میں شاعر نے کہا تھا: هَرْكَ الشَّمْشِيرُ زَرَّدْ سِكَّةً بَنَى مَرْشْخَانٌ مطلب جو تلوار چلتا ہے،</w:t>
      </w:r>
    </w:p>
    <w:p>
      <w:r>
        <w:rPr>
          <w:b/>
        </w:rPr>
        <w:t xml:space="preserve">[27:55] </w:t>
      </w:r>
      <w:r>
        <w:t>wohi rule karta hai.</w:t>
      </w:r>
    </w:p>
    <w:p>
      <w:pPr>
        <w:jc w:val="right"/>
      </w:pPr>
      <w:r>
        <w:t>وہی rule کرتا ہے۔</w:t>
      </w:r>
    </w:p>
    <w:p>
      <w:r>
        <w:rPr>
          <w:b/>
        </w:rPr>
        <w:t xml:space="preserve">[28:01] </w:t>
      </w:r>
      <w:r>
        <w:t>Jo talwar chalata hai, wohi rule karta hai.</w:t>
      </w:r>
    </w:p>
    <w:p>
      <w:pPr>
        <w:jc w:val="right"/>
      </w:pPr>
      <w:r>
        <w:t>جو تلوار چلاتا ہے، وہی rule کرتا ہے۔</w:t>
      </w:r>
    </w:p>
    <w:p>
      <w:r>
        <w:rPr>
          <w:b/>
        </w:rPr>
        <w:t xml:space="preserve">[28:07] </w:t>
      </w:r>
      <w:r>
        <w:t>Wo daur tha wo.</w:t>
      </w:r>
    </w:p>
    <w:p>
      <w:pPr>
        <w:jc w:val="right"/>
      </w:pPr>
      <w:r>
        <w:t>وہ دور تھا وہ۔</w:t>
      </w:r>
    </w:p>
    <w:p>
      <w:r>
        <w:rPr>
          <w:b/>
        </w:rPr>
        <w:t xml:space="preserve">[28:14] </w:t>
      </w:r>
      <w:r>
        <w:t>harak al-shamshir zarad sikka bana marshkhan jis ghar mein talwar hoti hai, wohi rule karta hai.</w:t>
      </w:r>
    </w:p>
    <w:p>
      <w:pPr>
        <w:jc w:val="right"/>
      </w:pPr>
      <w:r>
        <w:t>هَرْكَ الشَّمْشِيرُ زَرَّدْ سِكَّةً بَنَى مَرْشْخَانٌ جس گھر میں تلوار ہوتی ہے، وہی rule کرتا ہے۔</w:t>
      </w:r>
    </w:p>
    <w:p>
      <w:r>
        <w:rPr>
          <w:b/>
        </w:rPr>
        <w:t xml:space="preserve">[28:20] </w:t>
      </w:r>
      <w:r>
        <w:t>Wo daur hi khatam ho gaya.</w:t>
      </w:r>
    </w:p>
    <w:p>
      <w:pPr>
        <w:jc w:val="right"/>
      </w:pPr>
      <w:r>
        <w:t>وہ دور ہی ختم ہو گیا۔</w:t>
      </w:r>
    </w:p>
    <w:p>
      <w:r>
        <w:rPr>
          <w:b/>
        </w:rPr>
        <w:t xml:space="preserve">[28:26] </w:t>
      </w:r>
      <w:r>
        <w:t>Ab logon ne nayi taqatein daryaft kien.</w:t>
      </w:r>
    </w:p>
    <w:p>
      <w:pPr>
        <w:jc w:val="right"/>
      </w:pPr>
      <w:r>
        <w:t>اب لوگوں نے نئی طاقتیں دریافت کیں۔</w:t>
      </w:r>
    </w:p>
    <w:p>
      <w:r>
        <w:rPr>
          <w:b/>
        </w:rPr>
        <w:t xml:space="preserve">[28:33] </w:t>
      </w:r>
      <w:r>
        <w:t>Naye hathiyar, nayi technology, nayi industry, nayi science.</w:t>
      </w:r>
    </w:p>
    <w:p>
      <w:pPr>
        <w:jc w:val="right"/>
      </w:pPr>
      <w:r>
        <w:t>نئے ہتھیار، نئی ٹیکنالوجی، نئی industry، نئی سائنس۔</w:t>
      </w:r>
    </w:p>
    <w:p>
      <w:r>
        <w:rPr>
          <w:b/>
        </w:rPr>
        <w:t xml:space="preserve">[28:39] </w:t>
      </w:r>
      <w:r>
        <w:t>To wo badh gaye, yani balance of power toot gaya.</w:t>
      </w:r>
    </w:p>
    <w:p>
      <w:pPr>
        <w:jc w:val="right"/>
      </w:pPr>
      <w:r>
        <w:t>تو وہ بڑھ گئے، یعنی balance of power ٹوٹ گیا۔</w:t>
      </w:r>
    </w:p>
    <w:p>
      <w:r>
        <w:rPr>
          <w:b/>
        </w:rPr>
        <w:t xml:space="preserve">[28:45] </w:t>
      </w:r>
      <w:r>
        <w:t>Balance of power jo tha pehle, wo toot gaya.</w:t>
      </w:r>
    </w:p>
    <w:p>
      <w:pPr>
        <w:jc w:val="right"/>
      </w:pPr>
      <w:r>
        <w:t>Balance of power جو تھا پہلے، وہ ٹوٹ گیا۔</w:t>
      </w:r>
    </w:p>
    <w:p>
      <w:r>
        <w:rPr>
          <w:b/>
        </w:rPr>
        <w:t xml:space="preserve">[28:52] </w:t>
      </w:r>
      <w:r>
        <w:t>It was but natural ke duniya mein wo chha jayen.</w:t>
      </w:r>
    </w:p>
    <w:p>
      <w:pPr>
        <w:jc w:val="right"/>
      </w:pPr>
      <w:r>
        <w:t>It was but natural کہ دنیا میں وہ چھا جائیں۔</w:t>
      </w:r>
    </w:p>
    <w:p>
      <w:r>
        <w:rPr>
          <w:b/>
        </w:rPr>
        <w:t xml:space="preserve">[28:58] </w:t>
      </w:r>
      <w:r>
        <w:t>To jitne bhi Muslim the, sari duniya ke Musalman, us ko samjhe nahi.</w:t>
      </w:r>
    </w:p>
    <w:p>
      <w:pPr>
        <w:jc w:val="right"/>
      </w:pPr>
      <w:r>
        <w:t>تو جتنے بھی مسلم تھے، ساری دنیا کے مسلمان، اس کو سمجھے نہیں۔</w:t>
      </w:r>
    </w:p>
    <w:p>
      <w:r>
        <w:rPr>
          <w:b/>
        </w:rPr>
        <w:t xml:space="preserve">[29:04] </w:t>
      </w:r>
      <w:r>
        <w:t>wo samjhe ke bas yeh ek attack ka mamla hai.</w:t>
      </w:r>
    </w:p>
    <w:p>
      <w:pPr>
        <w:jc w:val="right"/>
      </w:pPr>
      <w:r>
        <w:t>وہ سمجھے کہ بس یہ ایک attack کا معاملہ ہے۔</w:t>
      </w:r>
    </w:p>
    <w:p>
      <w:r>
        <w:rPr>
          <w:b/>
        </w:rPr>
        <w:t xml:space="preserve">[29:11] </w:t>
      </w:r>
      <w:r>
        <w:t>Attack kar diya, usay laro.</w:t>
      </w:r>
    </w:p>
    <w:p>
      <w:pPr>
        <w:jc w:val="right"/>
      </w:pPr>
      <w:r>
        <w:t>Attack کر دیا، اسے لڑو۔</w:t>
      </w:r>
    </w:p>
    <w:p>
      <w:r>
        <w:rPr>
          <w:b/>
        </w:rPr>
        <w:t xml:space="preserve">[29:17] </w:t>
      </w:r>
      <w:r>
        <w:t>aur larnay lagay.</w:t>
      </w:r>
    </w:p>
    <w:p>
      <w:pPr>
        <w:jc w:val="right"/>
      </w:pPr>
      <w:r>
        <w:t>اور لڑنے لگے۔</w:t>
      </w:r>
    </w:p>
    <w:p>
      <w:r>
        <w:rPr>
          <w:b/>
        </w:rPr>
        <w:t xml:space="preserve">[29:23] </w:t>
      </w:r>
      <w:r>
        <w:t>yani jihad ki dhoom macha di.</w:t>
      </w:r>
    </w:p>
    <w:p>
      <w:pPr>
        <w:jc w:val="right"/>
      </w:pPr>
      <w:r>
        <w:t>یعنی جہاد کی دھوم مچا دی۔</w:t>
      </w:r>
    </w:p>
    <w:p>
      <w:r>
        <w:rPr>
          <w:b/>
        </w:rPr>
        <w:t xml:space="preserve">[29:30] </w:t>
      </w:r>
      <w:r>
        <w:t>yani do so saal mein musalmanon ne is so-called jihad par itni qurbaniyan ki hain, jaan ka nuqsan,</w:t>
      </w:r>
    </w:p>
    <w:p>
      <w:pPr>
        <w:jc w:val="right"/>
      </w:pPr>
      <w:r>
        <w:t>یعنی دو سو سال میں مسلمانوں نے اس so-called جہاد پر اتنی قربانیاں کی ہیں، جان کا نقصان،</w:t>
      </w:r>
    </w:p>
    <w:p>
      <w:r>
        <w:rPr>
          <w:b/>
        </w:rPr>
        <w:t xml:space="preserve">[29:36] </w:t>
      </w:r>
      <w:r>
        <w:t>maal ka nuqsan, properties ka nuqsan ke pooray pooray muslim tareekh mein rasool Allah ke zamanay se le</w:t>
      </w:r>
    </w:p>
    <w:p>
      <w:pPr>
        <w:jc w:val="right"/>
      </w:pPr>
      <w:r>
        <w:t>مال کا نقصان، properties کا نقصان کہ پورے پورے مسلم تاریخ میں رسول اللہ کے زمانے سے لے</w:t>
      </w:r>
    </w:p>
    <w:p>
      <w:r>
        <w:rPr>
          <w:b/>
        </w:rPr>
        <w:t xml:space="preserve">[29:42] </w:t>
      </w:r>
      <w:r>
        <w:t>kar ab tak kabhi aisa nahi hua tha ke itna nuqsan.</w:t>
      </w:r>
    </w:p>
    <w:p>
      <w:pPr>
        <w:jc w:val="right"/>
      </w:pPr>
      <w:r>
        <w:t>کر اب تک کبھی ایسا نہیں ہوا تھا کہ اتنا نقصان۔</w:t>
      </w:r>
    </w:p>
    <w:p>
      <w:r>
        <w:rPr>
          <w:b/>
        </w:rPr>
        <w:t xml:space="preserve">[29:49] </w:t>
      </w:r>
      <w:r>
        <w:t>hazaron guna zyada qurbani, lekin nateeja صفر.</w:t>
      </w:r>
    </w:p>
    <w:p>
      <w:pPr>
        <w:jc w:val="right"/>
      </w:pPr>
      <w:r>
        <w:t>ہزاروں گنا زیادہ قربانی، لیکن نتیجہ صفر۔</w:t>
      </w:r>
    </w:p>
    <w:p>
      <w:r>
        <w:rPr>
          <w:b/>
        </w:rPr>
        <w:t xml:space="preserve">[29:55] </w:t>
      </w:r>
      <w:r>
        <w:t>nateeja zero, kuch bhi nahi hua.</w:t>
      </w:r>
    </w:p>
    <w:p>
      <w:pPr>
        <w:jc w:val="right"/>
      </w:pPr>
      <w:r>
        <w:t>نتیجہ zero، کچھ بھی نہیں ہوا۔</w:t>
      </w:r>
    </w:p>
    <w:p>
      <w:r>
        <w:rPr>
          <w:b/>
        </w:rPr>
        <w:t xml:space="preserve">[30:01] </w:t>
      </w:r>
      <w:r>
        <w:t>kuch bhi nahi hua.</w:t>
      </w:r>
    </w:p>
    <w:p>
      <w:pPr>
        <w:jc w:val="right"/>
      </w:pPr>
      <w:r>
        <w:t>کچھ بھی نہیں ہوا۔</w:t>
      </w:r>
    </w:p>
    <w:p>
      <w:r>
        <w:rPr>
          <w:b/>
        </w:rPr>
        <w:t xml:space="preserve">[30:08] </w:t>
      </w:r>
      <w:r>
        <w:t>yahan par ghalti kahan kiya hui hai, dekhiye.</w:t>
      </w:r>
    </w:p>
    <w:p>
      <w:pPr>
        <w:jc w:val="right"/>
      </w:pPr>
      <w:r>
        <w:t>یہاں پر غلطی کہاں کیا ہوئی ہے، دیکھیے۔</w:t>
      </w:r>
    </w:p>
    <w:p>
      <w:r>
        <w:rPr>
          <w:b/>
        </w:rPr>
        <w:t xml:space="preserve">[30:14] </w:t>
      </w:r>
      <w:r>
        <w:t>These Muslims failed to differentiate between the two do jo farq karna nahi seekha unhon ne.</w:t>
      </w:r>
    </w:p>
    <w:p>
      <w:pPr>
        <w:jc w:val="right"/>
      </w:pPr>
      <w:r>
        <w:t>These Muslims failed to differentiate between the two دو جو فرق کرنا نہیں سیکھا انہوں نے۔</w:t>
      </w:r>
    </w:p>
    <w:p>
      <w:r>
        <w:rPr>
          <w:b/>
        </w:rPr>
        <w:t xml:space="preserve">[30:20] </w:t>
      </w:r>
      <w:r>
        <w:t>yani yeh jo aaye thay, aap ko maloom hai ke woh is zamanay mein ek ek term use</w:t>
      </w:r>
    </w:p>
    <w:p>
      <w:pPr>
        <w:jc w:val="right"/>
      </w:pPr>
      <w:r>
        <w:t>یعنی یہ جو آئے تھے، آپ کو معلوم ہے کہ وہ اس زمانے میں ایک ایک term use</w:t>
      </w:r>
    </w:p>
    <w:p>
      <w:r>
        <w:rPr>
          <w:b/>
        </w:rPr>
        <w:t xml:space="preserve">[30:27] </w:t>
      </w:r>
      <w:r>
        <w:t>hota tha jab colonialism ka zamana tha.</w:t>
      </w:r>
    </w:p>
    <w:p>
      <w:pPr>
        <w:jc w:val="right"/>
      </w:pPr>
      <w:r>
        <w:t>ہوتا تھا جب colonialism کا زمانہ تھا۔</w:t>
      </w:r>
    </w:p>
    <w:p>
      <w:r>
        <w:rPr>
          <w:b/>
        </w:rPr>
        <w:t xml:space="preserve">[30:33] </w:t>
      </w:r>
      <w:r>
        <w:t>aur yeh western nations jo hain, afrique aur Asia mein phail gaye thay.</w:t>
      </w:r>
    </w:p>
    <w:p>
      <w:pPr>
        <w:jc w:val="right"/>
      </w:pPr>
      <w:r>
        <w:t>اور یہ western nations جو ہیں، افریقہ اور ایشیا میں پھیل گئے تھے۔</w:t>
      </w:r>
    </w:p>
    <w:p>
      <w:r>
        <w:rPr>
          <w:b/>
        </w:rPr>
        <w:t xml:space="preserve">[30:39] </w:t>
      </w:r>
      <w:r>
        <w:t>French company afrique mein phaili, British company India mein phaili.</w:t>
      </w:r>
    </w:p>
    <w:p>
      <w:pPr>
        <w:jc w:val="right"/>
      </w:pPr>
      <w:r>
        <w:t>French company افریقہ میں پھیلی، British company انڈیا میں پھیلی۔</w:t>
      </w:r>
    </w:p>
    <w:p>
      <w:r>
        <w:rPr>
          <w:b/>
        </w:rPr>
        <w:t xml:space="preserve">[30:46] </w:t>
      </w:r>
      <w:r>
        <w:t>to yeh log jo yeh jo phenomena tha, us ko explain karne ke liye Kipling ne, Kipling jo</w:t>
      </w:r>
    </w:p>
    <w:p>
      <w:pPr>
        <w:jc w:val="right"/>
      </w:pPr>
      <w:r>
        <w:t>تو یہ لوگ جو یہ جو phenomena تھا، اس کو explain کرنے کے لیے Kipling نے، Kipling جو</w:t>
      </w:r>
    </w:p>
    <w:p>
      <w:r>
        <w:rPr>
          <w:b/>
        </w:rPr>
        <w:t xml:space="preserve">[30:52] </w:t>
      </w:r>
      <w:r>
        <w:t>ek shayar tha, British shayar, ek word use kiya tha: white man's burden.</w:t>
      </w:r>
    </w:p>
    <w:p>
      <w:pPr>
        <w:jc w:val="right"/>
      </w:pPr>
      <w:r>
        <w:t>ایک شاعر تھا، British شاعر، ایک word use کیا تھا: white man's burden۔</w:t>
      </w:r>
    </w:p>
    <w:p>
      <w:r>
        <w:rPr>
          <w:b/>
        </w:rPr>
        <w:t xml:space="preserve">[30:58] </w:t>
      </w:r>
      <w:r>
        <w:t>safed form logon ki zimmedari.</w:t>
      </w:r>
    </w:p>
    <w:p>
      <w:pPr>
        <w:jc w:val="right"/>
      </w:pPr>
      <w:r>
        <w:t>سفید فارم لوگوں کی ذمہ داری۔</w:t>
      </w:r>
    </w:p>
    <w:p>
      <w:r>
        <w:rPr>
          <w:b/>
        </w:rPr>
        <w:t xml:space="preserve">[31:05] </w:t>
      </w:r>
      <w:r>
        <w:t>White man's burden yani safed form log, yani jo western log thay, yeh safed form thay.</w:t>
      </w:r>
    </w:p>
    <w:p>
      <w:pPr>
        <w:jc w:val="right"/>
      </w:pPr>
      <w:r>
        <w:t>White man's burden یعنی سفید فارم لوگ، یعنی جو western لوگ تھے، یہ سفید فارم تھے۔</w:t>
      </w:r>
    </w:p>
    <w:p>
      <w:r>
        <w:rPr>
          <w:b/>
        </w:rPr>
        <w:t xml:space="preserve">[31:11] </w:t>
      </w:r>
      <w:r>
        <w:t>Basically ek Caucasian nasal thi.</w:t>
      </w:r>
    </w:p>
    <w:p>
      <w:pPr>
        <w:jc w:val="right"/>
      </w:pPr>
      <w:r>
        <w:t>Basically ایک Caucasian نسل تھی۔</w:t>
      </w:r>
    </w:p>
    <w:p>
      <w:r>
        <w:rPr>
          <w:b/>
        </w:rPr>
        <w:t xml:space="preserve">[31:17] </w:t>
      </w:r>
      <w:r>
        <w:t>to unhon ne nai science daryaft ki hai, nai technology daryaft ki hai, nai industry daryaft ki hai.</w:t>
      </w:r>
    </w:p>
    <w:p>
      <w:pPr>
        <w:jc w:val="right"/>
      </w:pPr>
      <w:r>
        <w:t>تو انہوں نے نئی سائنس دریافت کی ہے، نئی ٹیکنالوجی دریافت کی ہے، نئی industry دریافت کی ہے۔</w:t>
      </w:r>
    </w:p>
    <w:p>
      <w:r>
        <w:rPr>
          <w:b/>
        </w:rPr>
        <w:t xml:space="preserve">[31:24] </w:t>
      </w:r>
      <w:r>
        <w:t>to un ki zimmedari hai ke dunya mein phailayen is ko.</w:t>
      </w:r>
    </w:p>
    <w:p>
      <w:pPr>
        <w:jc w:val="right"/>
      </w:pPr>
      <w:r>
        <w:t>تو ان کی ذمہ داری ہے کہ دنیا میں پھیلائیں اس کو۔</w:t>
      </w:r>
    </w:p>
    <w:p>
      <w:r>
        <w:rPr>
          <w:b/>
        </w:rPr>
        <w:t xml:space="preserve">[31:30] </w:t>
      </w:r>
      <w:r>
        <w:t>to agarche yeh lafz acha nahi lafz tha, main agar is ko kahoon to main badlunga is lafz ko.</w:t>
      </w:r>
    </w:p>
    <w:p>
      <w:pPr>
        <w:jc w:val="right"/>
      </w:pPr>
      <w:r>
        <w:t>تو اگرچہ یہ لفظ اچھا نہیں لفظ تھا، میں اگر اس کو کہوں تو میں بدلوں گا اس لفظ کو۔</w:t>
      </w:r>
    </w:p>
    <w:p>
      <w:r>
        <w:rPr>
          <w:b/>
        </w:rPr>
        <w:t xml:space="preserve">[31:36] </w:t>
      </w:r>
      <w:r>
        <w:t>White man's burden nahi, balkay main kahunga ke civilized man's burden.</w:t>
      </w:r>
    </w:p>
    <w:p>
      <w:pPr>
        <w:jc w:val="right"/>
      </w:pPr>
      <w:r>
        <w:t>White man's burden نہیں، بلکہ میں کہوں گا کہ civilized man's burden۔</w:t>
      </w:r>
    </w:p>
    <w:p>
      <w:r>
        <w:rPr>
          <w:b/>
        </w:rPr>
        <w:t xml:space="preserve">[31:43] </w:t>
      </w:r>
      <w:r>
        <w:t>Civilized man's burden yani mehzab insan ki zimmedari.</w:t>
      </w:r>
    </w:p>
    <w:p>
      <w:pPr>
        <w:jc w:val="right"/>
      </w:pPr>
      <w:r>
        <w:t>Civilized man's burden یعنی مہذب انسان کی ذمہ داری۔</w:t>
      </w:r>
    </w:p>
    <w:p>
      <w:r>
        <w:rPr>
          <w:b/>
        </w:rPr>
        <w:t xml:space="preserve">[31:49] </w:t>
      </w:r>
      <w:r>
        <w:t>To western Europe mein aik aik tehzeeb nai wajood mein aai jo phailte phailte dunya mein phail gai.</w:t>
      </w:r>
    </w:p>
    <w:p>
      <w:pPr>
        <w:jc w:val="right"/>
      </w:pPr>
      <w:r>
        <w:t>تو western Europe میں ایک ایک تہذیب نئی وجود میں آئی جو پھیلتے پھیلتے دنیا میں پھیل گئی۔</w:t>
      </w:r>
    </w:p>
    <w:p>
      <w:r>
        <w:rPr>
          <w:b/>
        </w:rPr>
        <w:t xml:space="preserve">[31:56] </w:t>
      </w:r>
      <w:r>
        <w:t>Jis ko hum kehte hain western civilization, modern civilization, scientific civilization.</w:t>
      </w:r>
    </w:p>
    <w:p>
      <w:pPr>
        <w:jc w:val="right"/>
      </w:pPr>
      <w:r>
        <w:t>جس کو ہم کہتے ہیں western civilization, modern civilization, scientific civilization۔</w:t>
      </w:r>
    </w:p>
    <w:p>
      <w:r>
        <w:rPr>
          <w:b/>
        </w:rPr>
        <w:t xml:space="preserve">[32:02] </w:t>
      </w:r>
      <w:r>
        <w:t>To white man's burden aik race ko batata hai, nasal ko.</w:t>
      </w:r>
    </w:p>
    <w:p>
      <w:pPr>
        <w:jc w:val="right"/>
      </w:pPr>
      <w:r>
        <w:t>تو white man's burden ایک race کو بتاتا ہے، نسل کو۔</w:t>
      </w:r>
    </w:p>
    <w:p>
      <w:r>
        <w:rPr>
          <w:b/>
        </w:rPr>
        <w:t xml:space="preserve">[32:08] </w:t>
      </w:r>
      <w:r>
        <w:t>To yeh Kipling ne jo banaya tha, yeh to mujhe agar banana hota to mein kehta ke civilized man's burden.</w:t>
      </w:r>
    </w:p>
    <w:p>
      <w:pPr>
        <w:jc w:val="right"/>
      </w:pPr>
      <w:r>
        <w:t>تو یہ Kipling نے جو بنایا تھا، یہ تو مجھے اگر بنانا ہوتا تو میں کہتا کہ civilized man's burden۔</w:t>
      </w:r>
    </w:p>
    <w:p>
      <w:r>
        <w:rPr>
          <w:b/>
        </w:rPr>
        <w:t xml:space="preserve">[32:15] </w:t>
      </w:r>
      <w:r>
        <w:t>Unhon ne jo civilization wajood mein laye hain, woh is civilization ko phailana hai.</w:t>
      </w:r>
    </w:p>
    <w:p>
      <w:pPr>
        <w:jc w:val="right"/>
      </w:pPr>
      <w:r>
        <w:t>انہوں نے جو civilization وجود میں لائے ہیں، وہ اس civilization کو پھیلانا ہے۔</w:t>
      </w:r>
    </w:p>
    <w:p>
      <w:r>
        <w:rPr>
          <w:b/>
        </w:rPr>
        <w:t xml:space="preserve">[32:21] </w:t>
      </w:r>
      <w:r>
        <w:t>To na to Kipling ne is ko sahi lafz mein ada kiya aur na hamare leaders samajh sake is ko.</w:t>
      </w:r>
    </w:p>
    <w:p>
      <w:pPr>
        <w:jc w:val="right"/>
      </w:pPr>
      <w:r>
        <w:t>تو نہ تو Kipling نے اس کو صحیح لفظ میں ادا کیا اور نہ ہمارے leaders سمجھ سکے اس کو۔</w:t>
      </w:r>
    </w:p>
    <w:p>
      <w:r>
        <w:rPr>
          <w:b/>
        </w:rPr>
        <w:t xml:space="preserve">[32:27] </w:t>
      </w:r>
      <w:r>
        <w:t>Hamare leaders ne kiya karna tha is waqt? Hamare leaders ko woh alag kar ke dekhte ke yeh</w:t>
      </w:r>
    </w:p>
    <w:p>
      <w:pPr>
        <w:jc w:val="right"/>
      </w:pPr>
      <w:r>
        <w:t>ہمارے leaders نے کیا کرنا تھا اس وقت؟ ہمارے leaders کو وہ الگ کر کے دیکھتے کہ یہ</w:t>
      </w:r>
    </w:p>
    <w:p>
      <w:r>
        <w:rPr>
          <w:b/>
        </w:rPr>
        <w:t xml:space="preserve">[32:34] </w:t>
      </w:r>
      <w:r>
        <w:t>log sirf attacker nahi hain, hamla awar nahi hain.</w:t>
      </w:r>
    </w:p>
    <w:p>
      <w:pPr>
        <w:jc w:val="right"/>
      </w:pPr>
      <w:r>
        <w:t>لوگ صرف attacker نہیں ہیں، حملہ آور نہیں ہیں۔</w:t>
      </w:r>
    </w:p>
    <w:p>
      <w:r>
        <w:rPr>
          <w:b/>
        </w:rPr>
        <w:t xml:space="preserve">[32:40] </w:t>
      </w:r>
      <w:r>
        <w:t>Woh aik nai dunya le ke aaye hain, nai civilization, nai taraqqiyan.</w:t>
      </w:r>
    </w:p>
    <w:p>
      <w:pPr>
        <w:jc w:val="right"/>
      </w:pPr>
      <w:r>
        <w:t>وہ ایک نئی دنیا لے کے آئے ہیں، نئی civilization، نئی ترقیاں۔</w:t>
      </w:r>
    </w:p>
    <w:p>
      <w:r>
        <w:rPr>
          <w:b/>
        </w:rPr>
        <w:t xml:space="preserve">[32:46] </w:t>
      </w:r>
      <w:r>
        <w:t>Yani modern education, modern science, modern technology, agriculture ke naye tareeqe, horticulture ke naye tareeqe, industry ke naye tareeqe.</w:t>
      </w:r>
    </w:p>
    <w:p>
      <w:pPr>
        <w:jc w:val="right"/>
      </w:pPr>
      <w:r>
        <w:t>یعنی modern education, modern science، modern technology، agriculture کے نئے طریقے، horticulture کے نئے طریقے، industry کے نئے طریقے۔</w:t>
      </w:r>
    </w:p>
    <w:p>
      <w:r>
        <w:rPr>
          <w:b/>
        </w:rPr>
        <w:t xml:space="preserve">[32:53] </w:t>
      </w:r>
      <w:r>
        <w:t>Is ko kehte hain civilization.</w:t>
      </w:r>
    </w:p>
    <w:p>
      <w:pPr>
        <w:jc w:val="right"/>
      </w:pPr>
      <w:r>
        <w:t>اس کو کہتے ہیں civilization۔</w:t>
      </w:r>
    </w:p>
    <w:p>
      <w:r>
        <w:rPr>
          <w:b/>
        </w:rPr>
        <w:t xml:space="preserve">[32:59] </w:t>
      </w:r>
      <w:r>
        <w:t>To woh alag kar ke dekhte.</w:t>
      </w:r>
    </w:p>
    <w:p>
      <w:pPr>
        <w:jc w:val="right"/>
      </w:pPr>
      <w:r>
        <w:t>تو وہ الگ کر کے دیکھتے۔</w:t>
      </w:r>
    </w:p>
    <w:p>
      <w:r>
        <w:rPr>
          <w:b/>
        </w:rPr>
        <w:t xml:space="preserve">[33:05] </w:t>
      </w:r>
      <w:r>
        <w:t>In ko simply attacker na samajhte.</w:t>
      </w:r>
    </w:p>
    <w:p>
      <w:pPr>
        <w:jc w:val="right"/>
      </w:pPr>
      <w:r>
        <w:t>ان کو simply attacker نہ سمجھتے۔</w:t>
      </w:r>
    </w:p>
    <w:p>
      <w:r>
        <w:rPr>
          <w:b/>
        </w:rPr>
        <w:t xml:space="preserve">[33:12] </w:t>
      </w:r>
      <w:r>
        <w:t>To unhein woh seekhte is se.</w:t>
      </w:r>
    </w:p>
    <w:p>
      <w:pPr>
        <w:jc w:val="right"/>
      </w:pPr>
      <w:r>
        <w:t>تو انہیں وہ سیکھتے اس سے۔</w:t>
      </w:r>
    </w:p>
    <w:p>
      <w:r>
        <w:rPr>
          <w:b/>
        </w:rPr>
        <w:t xml:space="preserve">[33:18] </w:t>
      </w:r>
      <w:r>
        <w:t>Is se seekhte.</w:t>
      </w:r>
    </w:p>
    <w:p>
      <w:pPr>
        <w:jc w:val="right"/>
      </w:pPr>
      <w:r>
        <w:t>اس سے سیکھتے۔</w:t>
      </w:r>
    </w:p>
    <w:p>
      <w:r>
        <w:rPr>
          <w:b/>
        </w:rPr>
        <w:t xml:space="preserve">[33:24] </w:t>
      </w:r>
      <w:r>
        <w:t>Woh kehte hain ke bhai woh jo pehlu hai ke dunya mein aa gaye hain, woh apna political sahtara</w:t>
      </w:r>
    </w:p>
    <w:p>
      <w:pPr>
        <w:jc w:val="right"/>
      </w:pPr>
      <w:r>
        <w:t>وہ کہتے ہیں کہ بھئی وہ جو پہلو ہے کہ دنیا میں آگئے ہیں، وہ اپنا political سہترہ</w:t>
      </w:r>
    </w:p>
    <w:p>
      <w:r>
        <w:rPr>
          <w:b/>
        </w:rPr>
        <w:t xml:space="preserve">[33:31] </w:t>
      </w:r>
      <w:r>
        <w:t>qaim kar liya hai, us ko chodo.</w:t>
      </w:r>
    </w:p>
    <w:p>
      <w:pPr>
        <w:jc w:val="right"/>
      </w:pPr>
      <w:r>
        <w:t>قائم کر لیا ہے، اس کو چھوڑو۔</w:t>
      </w:r>
    </w:p>
    <w:p>
      <w:r>
        <w:rPr>
          <w:b/>
        </w:rPr>
        <w:t xml:space="preserve">[33:37] </w:t>
      </w:r>
      <w:r>
        <w:t>In se seekhna hai humein.</w:t>
      </w:r>
    </w:p>
    <w:p>
      <w:pPr>
        <w:jc w:val="right"/>
      </w:pPr>
      <w:r>
        <w:t>ان سے سیکھنا ہے ہمیں۔</w:t>
      </w:r>
    </w:p>
    <w:p>
      <w:r>
        <w:rPr>
          <w:b/>
        </w:rPr>
        <w:t xml:space="preserve">[33:43] </w:t>
      </w:r>
      <w:r>
        <w:t>Modern science seekhna hai.</w:t>
      </w:r>
    </w:p>
    <w:p>
      <w:pPr>
        <w:jc w:val="right"/>
      </w:pPr>
      <w:r>
        <w:t>Modern science سیکھنا ہے۔</w:t>
      </w:r>
    </w:p>
    <w:p>
      <w:r>
        <w:rPr>
          <w:b/>
        </w:rPr>
        <w:t xml:space="preserve">[33:50] </w:t>
      </w:r>
      <w:r>
        <w:t>Kyunke yeh to ain hamare liye mufeed hai.</w:t>
      </w:r>
    </w:p>
    <w:p>
      <w:pPr>
        <w:jc w:val="right"/>
      </w:pPr>
      <w:r>
        <w:t>کیونکہ یہ تو عین ہمارے لیے مفید ہے۔</w:t>
      </w:r>
    </w:p>
    <w:p>
      <w:r>
        <w:rPr>
          <w:b/>
        </w:rPr>
        <w:t xml:space="preserve">[33:56] </w:t>
      </w:r>
      <w:r>
        <w:t>Dawat jo hamari zimmedari hai, woh dawat mein hamein istemal karna hai in cheezon ko.</w:t>
      </w:r>
    </w:p>
    <w:p>
      <w:pPr>
        <w:jc w:val="right"/>
      </w:pPr>
      <w:r>
        <w:t>دعوت جو ہماری ذمہ داری ہے، وہ دعوت میں ہمیں استعمال کرنا ہے ان چیزوں کو۔</w:t>
      </w:r>
    </w:p>
    <w:p>
      <w:r>
        <w:rPr>
          <w:b/>
        </w:rPr>
        <w:t xml:space="preserve">[34:02] </w:t>
      </w:r>
      <w:r>
        <w:t>To yeh dono ko alag kar ke nahi dekh saka.</w:t>
      </w:r>
    </w:p>
    <w:p>
      <w:pPr>
        <w:jc w:val="right"/>
      </w:pPr>
      <w:r>
        <w:t>تو یہ دونوں کو الگ کر کے نہیں دیکھ سکے۔</w:t>
      </w:r>
    </w:p>
    <w:p>
      <w:r>
        <w:rPr>
          <w:b/>
        </w:rPr>
        <w:t xml:space="preserve">[34:09] </w:t>
      </w:r>
      <w:r>
        <w:t>Is ko Quran mein kaha gaya hai Furqan.</w:t>
      </w:r>
    </w:p>
    <w:p>
      <w:pPr>
        <w:jc w:val="right"/>
      </w:pPr>
      <w:r>
        <w:t>اس کو قرآن میں کہا گیا ہے فرقان۔</w:t>
      </w:r>
    </w:p>
    <w:p>
      <w:r>
        <w:rPr>
          <w:b/>
        </w:rPr>
        <w:t xml:space="preserve">[34:15] </w:t>
      </w:r>
      <w:r>
        <w:t>Alag kar ke dekhna.</w:t>
      </w:r>
    </w:p>
    <w:p>
      <w:pPr>
        <w:jc w:val="right"/>
      </w:pPr>
      <w:r>
        <w:t>الگ کر کے دیکھنا۔</w:t>
      </w:r>
    </w:p>
    <w:p>
      <w:r>
        <w:rPr>
          <w:b/>
        </w:rPr>
        <w:t xml:space="preserve">[34:21] </w:t>
      </w:r>
      <w:r>
        <w:t>furqan ka matlab hai al-fasl bayn al-shayayn.</w:t>
      </w:r>
    </w:p>
    <w:p>
      <w:pPr>
        <w:jc w:val="right"/>
      </w:pPr>
      <w:r>
        <w:t>فرقان کا مطلب ہے الفصل بین الشیئین۔</w:t>
      </w:r>
    </w:p>
    <w:p>
      <w:r>
        <w:rPr>
          <w:b/>
        </w:rPr>
        <w:t xml:space="preserve">[34:28] </w:t>
      </w:r>
      <w:r>
        <w:t>do cheezon ko farq karna.</w:t>
      </w:r>
    </w:p>
    <w:p>
      <w:pPr>
        <w:jc w:val="right"/>
      </w:pPr>
      <w:r>
        <w:t>دو چیزوں کو فرق کرنا۔</w:t>
      </w:r>
    </w:p>
    <w:p>
      <w:r>
        <w:rPr>
          <w:b/>
        </w:rPr>
        <w:t xml:space="preserve">[34:34] </w:t>
      </w:r>
      <w:r>
        <w:t>yeh momin ki ek sifat hai ke farq kar ke dekh sake woh.</w:t>
      </w:r>
    </w:p>
    <w:p>
      <w:pPr>
        <w:jc w:val="right"/>
      </w:pPr>
      <w:r>
        <w:t>یہ مومن کی ایک صفت ہے کہ فرق کر کے دیکھ سکے وہ۔</w:t>
      </w:r>
    </w:p>
    <w:p>
      <w:r>
        <w:rPr>
          <w:b/>
        </w:rPr>
        <w:t xml:space="preserve">[34:40] </w:t>
      </w:r>
      <w:r>
        <w:t>furqan is ke andar ho.</w:t>
      </w:r>
    </w:p>
    <w:p>
      <w:pPr>
        <w:jc w:val="right"/>
      </w:pPr>
      <w:r>
        <w:t>فرقان اس کے اندر ہو۔</w:t>
      </w:r>
    </w:p>
    <w:p>
      <w:r>
        <w:rPr>
          <w:b/>
        </w:rPr>
        <w:t xml:space="preserve">[34:47] </w:t>
      </w:r>
      <w:r>
        <w:t>lekin hamare leaders mein ek bhi shakhs nahi jis ke andar furqan ho.</w:t>
      </w:r>
    </w:p>
    <w:p>
      <w:pPr>
        <w:jc w:val="right"/>
      </w:pPr>
      <w:r>
        <w:t>لیکن ہمارے leaders میں ایک بھی شخص نہیں جس کے اندر فرقان ہو۔</w:t>
      </w:r>
    </w:p>
    <w:p>
      <w:r>
        <w:rPr>
          <w:b/>
        </w:rPr>
        <w:t xml:space="preserve">[34:53] </w:t>
      </w:r>
      <w:r>
        <w:t>alag kar ke dekh sake.</w:t>
      </w:r>
    </w:p>
    <w:p>
      <w:pPr>
        <w:jc w:val="right"/>
      </w:pPr>
      <w:r>
        <w:t>الگ کر کے دیکھ سکے۔</w:t>
      </w:r>
    </w:p>
    <w:p>
      <w:r>
        <w:rPr>
          <w:b/>
        </w:rPr>
        <w:t xml:space="preserve">[34:59] </w:t>
      </w:r>
      <w:r>
        <w:t>sahaba mein yeh cheez maujood thi, mein batata hoon aap ko sahaba ki misaal.</w:t>
      </w:r>
    </w:p>
    <w:p>
      <w:pPr>
        <w:jc w:val="right"/>
      </w:pPr>
      <w:r>
        <w:t>صحابہ میں یہ چیز موجود تھی، میں بتاتا ہوں آپ کو صحابہ کی مثال۔</w:t>
      </w:r>
    </w:p>
    <w:p>
      <w:r>
        <w:rPr>
          <w:b/>
        </w:rPr>
        <w:t xml:space="preserve">[35:06] </w:t>
      </w:r>
      <w:r>
        <w:t>azmat-e-sahaba conference hoti hai yahan par aur jante bhi nahi ke sahaba kya cheez thay.</w:t>
      </w:r>
    </w:p>
    <w:p>
      <w:pPr>
        <w:jc w:val="right"/>
      </w:pPr>
      <w:r>
        <w:t>عظمت صحابہ conference ہوتی ہے یہاں پر اور جانتے بھی نہیں کہ صحابہ کیا چیز تھے۔</w:t>
      </w:r>
    </w:p>
    <w:p>
      <w:r>
        <w:rPr>
          <w:b/>
        </w:rPr>
        <w:t xml:space="preserve">[35:12] </w:t>
      </w:r>
      <w:r>
        <w:t>dhoom machi hui hai azmat-e-sahaba conference ki.</w:t>
      </w:r>
    </w:p>
    <w:p>
      <w:pPr>
        <w:jc w:val="right"/>
      </w:pPr>
      <w:r>
        <w:t>دھوم مچی ہوئی ہے عظمت صحابہ conference کی۔</w:t>
      </w:r>
    </w:p>
    <w:p>
      <w:r>
        <w:rPr>
          <w:b/>
        </w:rPr>
        <w:t xml:space="preserve">[35:18] </w:t>
      </w:r>
      <w:r>
        <w:t>aap kisi sahabi ka naam lein aur radiallahu taala anhu na kahein to kahein ge tum tum gustakh ho.</w:t>
      </w:r>
    </w:p>
    <w:p>
      <w:pPr>
        <w:jc w:val="right"/>
      </w:pPr>
      <w:r>
        <w:t>آپ کسی صحابی کا نام لیں اور رضی اللہ تعالی عنہ نہ کہیں تو کہیں گے تم تم گستاخ ہو۔</w:t>
      </w:r>
    </w:p>
    <w:p>
      <w:r>
        <w:rPr>
          <w:b/>
        </w:rPr>
        <w:t xml:space="preserve">[35:25] </w:t>
      </w:r>
      <w:r>
        <w:t>log kahein ge maarne hain aap ko.</w:t>
      </w:r>
    </w:p>
    <w:p>
      <w:pPr>
        <w:jc w:val="right"/>
      </w:pPr>
      <w:r>
        <w:t>لوگ کہیں گے مارنے ہیں آپ کو۔</w:t>
      </w:r>
    </w:p>
    <w:p>
      <w:r>
        <w:rPr>
          <w:b/>
        </w:rPr>
        <w:t xml:space="preserve">[35:31] </w:t>
      </w:r>
      <w:r>
        <w:t>lekin kuch bhi yeh log nahi jante ke sahaba kya cheez thay.</w:t>
      </w:r>
    </w:p>
    <w:p>
      <w:pPr>
        <w:jc w:val="right"/>
      </w:pPr>
      <w:r>
        <w:t>لیکن کچھ بھی یہ لوگ نہیں جانتے کہ صحابہ کیا چیز تھی۔</w:t>
      </w:r>
    </w:p>
    <w:p>
      <w:r>
        <w:rPr>
          <w:b/>
        </w:rPr>
        <w:t xml:space="preserve">[35:37] </w:t>
      </w:r>
      <w:r>
        <w:t>azmat-e-sahaba ki dhoom machane wale be-khabar hain azmat-e-sahaba se.</w:t>
      </w:r>
    </w:p>
    <w:p>
      <w:pPr>
        <w:jc w:val="right"/>
      </w:pPr>
      <w:r>
        <w:t>عظمت صحابہ کی دھوم مچانے والے بے خبر ہیں عظمت صحابہ سے۔</w:t>
      </w:r>
    </w:p>
    <w:p>
      <w:r>
        <w:rPr>
          <w:b/>
        </w:rPr>
        <w:t xml:space="preserve">[35:44] </w:t>
      </w:r>
      <w:r>
        <w:t>mein aap ko misaal deta hoon.</w:t>
      </w:r>
    </w:p>
    <w:p>
      <w:pPr>
        <w:jc w:val="right"/>
      </w:pPr>
      <w:r>
        <w:t>میں آپ کو مثال دیتا ہوں۔</w:t>
      </w:r>
    </w:p>
    <w:p>
      <w:r>
        <w:rPr>
          <w:b/>
        </w:rPr>
        <w:t xml:space="preserve">[35:50] </w:t>
      </w:r>
      <w:r>
        <w:t>yahi jo hai furqan al-fasl bayn al-shayayn.</w:t>
      </w:r>
    </w:p>
    <w:p>
      <w:pPr>
        <w:jc w:val="right"/>
      </w:pPr>
      <w:r>
        <w:t>یہی جو ہے فرقان الفصل بین الشیئین۔</w:t>
      </w:r>
    </w:p>
    <w:p>
      <w:r>
        <w:rPr>
          <w:b/>
        </w:rPr>
        <w:t xml:space="preserve">[35:56] </w:t>
      </w:r>
      <w:r>
        <w:t>kitna zabardast bashaoor thay woh log.</w:t>
      </w:r>
    </w:p>
    <w:p>
      <w:pPr>
        <w:jc w:val="right"/>
      </w:pPr>
      <w:r>
        <w:t>کتنا زبردست باشعور تھے وہ لوگ۔</w:t>
      </w:r>
    </w:p>
    <w:p>
      <w:r>
        <w:rPr>
          <w:b/>
        </w:rPr>
        <w:t xml:space="preserve">[36:03] </w:t>
      </w:r>
      <w:r>
        <w:t>dekhiye, ek misaal yeh hai.</w:t>
      </w:r>
    </w:p>
    <w:p>
      <w:pPr>
        <w:jc w:val="right"/>
      </w:pPr>
      <w:r>
        <w:t>دیکھیے، ایک مثال یہ ہے۔</w:t>
      </w:r>
    </w:p>
    <w:p>
      <w:r>
        <w:rPr>
          <w:b/>
        </w:rPr>
        <w:t xml:space="preserve">[36:09] </w:t>
      </w:r>
      <w:r>
        <w:t>yeh pehli misaal to khud rasool Allah sallallahu alayhi wasallam ki hai ke jab aap 610 AD</w:t>
      </w:r>
    </w:p>
    <w:p>
      <w:pPr>
        <w:jc w:val="right"/>
      </w:pPr>
      <w:r>
        <w:t>یہ پہلی مثال تو خود رسول اللہ صلی اللہ علیہ وسلم کی ہے کہ جب آپ 610 AD</w:t>
      </w:r>
    </w:p>
    <w:p>
      <w:r>
        <w:rPr>
          <w:b/>
        </w:rPr>
        <w:t xml:space="preserve">[36:15] </w:t>
      </w:r>
      <w:r>
        <w:t>mein jab aap ne makkah mein dawat shuru ki to kaaba markaz-e-tauheed ke taur par banaya gaya</w:t>
      </w:r>
    </w:p>
    <w:p>
      <w:pPr>
        <w:jc w:val="right"/>
      </w:pPr>
      <w:r>
        <w:t>میں جب آپ نے مکہ میں دعوت شروع کی تو کعبہ مرکز توحید کے طور پر بنایا گیا</w:t>
      </w:r>
    </w:p>
    <w:p>
      <w:r>
        <w:rPr>
          <w:b/>
        </w:rPr>
        <w:t xml:space="preserve">[36:22] </w:t>
      </w:r>
      <w:r>
        <w:t>tha, Hazrat Ibrahim ne banaya tha.</w:t>
      </w:r>
    </w:p>
    <w:p>
      <w:pPr>
        <w:jc w:val="right"/>
      </w:pPr>
      <w:r>
        <w:t>تھا، حضرت ابراہیم نے بنایا تھا۔</w:t>
      </w:r>
    </w:p>
    <w:p>
      <w:r>
        <w:rPr>
          <w:b/>
        </w:rPr>
        <w:t xml:space="preserve">[36:28] </w:t>
      </w:r>
      <w:r>
        <w:t>wahan par but bhare hue thay, sadkon par sankaron but.</w:t>
      </w:r>
    </w:p>
    <w:p>
      <w:pPr>
        <w:jc w:val="right"/>
      </w:pPr>
      <w:r>
        <w:t>وہاں پر بت بھرے ہوئے تھے، سڑکوں پر سینکڑوں بت۔</w:t>
      </w:r>
    </w:p>
    <w:p>
      <w:r>
        <w:rPr>
          <w:b/>
        </w:rPr>
        <w:t xml:space="preserve">[36:34] </w:t>
      </w:r>
      <w:r>
        <w:t>to aap ne alag kiya.</w:t>
      </w:r>
    </w:p>
    <w:p>
      <w:pPr>
        <w:jc w:val="right"/>
      </w:pPr>
      <w:r>
        <w:t>تو آپ نے الگ کیا۔</w:t>
      </w:r>
    </w:p>
    <w:p>
      <w:r>
        <w:rPr>
          <w:b/>
        </w:rPr>
        <w:t xml:space="preserve">[36:41] </w:t>
      </w:r>
      <w:r>
        <w:t>furqan ka tareeqa ikhtiyar kiya hai.</w:t>
      </w:r>
    </w:p>
    <w:p>
      <w:pPr>
        <w:jc w:val="right"/>
      </w:pPr>
      <w:r>
        <w:t>فرقان کا طریقہ اختیار کیا ہے۔</w:t>
      </w:r>
    </w:p>
    <w:p>
      <w:r>
        <w:rPr>
          <w:b/>
        </w:rPr>
        <w:t xml:space="preserve">[36:47] </w:t>
      </w:r>
      <w:r>
        <w:t>yani bonton ki presence ko alag dekha aur wahan jo rozana assembly hoti thi aur jo audience jama</w:t>
      </w:r>
    </w:p>
    <w:p>
      <w:pPr>
        <w:jc w:val="right"/>
      </w:pPr>
      <w:r>
        <w:t>یعنی بتوں کی presence کو الگ دیکھا اور وہاں جو روزانہ assembly ہوتی تھی اور جو audience جمع</w:t>
      </w:r>
    </w:p>
    <w:p>
      <w:r>
        <w:rPr>
          <w:b/>
        </w:rPr>
        <w:t xml:space="preserve">[36:53] </w:t>
      </w:r>
      <w:r>
        <w:t>hote thay log is ke bonton ke liye, us ko dekha.</w:t>
      </w:r>
    </w:p>
    <w:p>
      <w:pPr>
        <w:jc w:val="right"/>
      </w:pPr>
      <w:r>
        <w:t>ہوتے تھے لوگ اس کے بتوں کے لیے، اس کو دیکھا۔</w:t>
      </w:r>
    </w:p>
    <w:p>
      <w:r>
        <w:rPr>
          <w:b/>
        </w:rPr>
        <w:t xml:space="preserve">[37:00] </w:t>
      </w:r>
      <w:r>
        <w:t>to aap ne bton se kuch bhi chher chhar nahi ki.</w:t>
      </w:r>
    </w:p>
    <w:p>
      <w:pPr>
        <w:jc w:val="right"/>
      </w:pPr>
      <w:r>
        <w:t>تو آپ نے بتوں سے کچھ بھی چھیڑ چھاڑ نہیں کی۔</w:t>
      </w:r>
    </w:p>
    <w:p>
      <w:r>
        <w:rPr>
          <w:b/>
        </w:rPr>
        <w:t xml:space="preserve">[37:06] </w:t>
      </w:r>
      <w:r>
        <w:t>aur is assembly ko bator audience istemal kiya aur dawat dete rahe terah saal tak.</w:t>
      </w:r>
    </w:p>
    <w:p>
      <w:pPr>
        <w:jc w:val="right"/>
      </w:pPr>
      <w:r>
        <w:t>اور اس assembly کو بطور audience استعمال کیا اور دعوت دیتے رہے تیرہ سال تک۔</w:t>
      </w:r>
    </w:p>
    <w:p>
      <w:r>
        <w:rPr>
          <w:b/>
        </w:rPr>
        <w:t xml:space="preserve">[37:12] </w:t>
      </w:r>
      <w:r>
        <w:t>yani he was the prophet was able to differentiate between the two donon ko farq kar ke dekh sakte the.</w:t>
      </w:r>
    </w:p>
    <w:p>
      <w:pPr>
        <w:jc w:val="right"/>
      </w:pPr>
      <w:r>
        <w:t>یعنی he was the prophet was able to differentiate between the two دونوں کو فرق کر کے دیکھ سکتے تھے۔</w:t>
      </w:r>
    </w:p>
    <w:p>
      <w:r>
        <w:rPr>
          <w:b/>
        </w:rPr>
        <w:t xml:space="preserve">[37:19] </w:t>
      </w:r>
      <w:r>
        <w:t>is ke baad main ek misal dena chahunga sahaba ki.</w:t>
      </w:r>
    </w:p>
    <w:p>
      <w:pPr>
        <w:jc w:val="right"/>
      </w:pPr>
      <w:r>
        <w:t>اس کے بعد میں ایک مثال دینا چاہوں گا صحابہ کی۔</w:t>
      </w:r>
    </w:p>
    <w:p>
      <w:r>
        <w:rPr>
          <w:b/>
        </w:rPr>
        <w:t xml:space="preserve">[37:25] </w:t>
      </w:r>
      <w:r>
        <w:t>dekhiye, hazrat umar ke zamane mein jo second khaleefa the, to sahaba mein aur iraniyon mein jang chhid gayi.</w:t>
      </w:r>
    </w:p>
    <w:p>
      <w:pPr>
        <w:jc w:val="right"/>
      </w:pPr>
      <w:r>
        <w:t>دیکھیے، حضرت عمر کے زمانے میں جو سیکنڈ خلیفہ تھے، تو صحابہ میں اور ایرانیوں میں جنگ چھڑ گئی۔</w:t>
      </w:r>
    </w:p>
    <w:p>
      <w:r>
        <w:rPr>
          <w:b/>
        </w:rPr>
        <w:t xml:space="preserve">[37:31] </w:t>
      </w:r>
      <w:r>
        <w:t>to sahaba ki jamaat wahan dakhil ho gayi iran mein aur un ko kamyabi hui.</w:t>
      </w:r>
    </w:p>
    <w:p>
      <w:pPr>
        <w:jc w:val="right"/>
      </w:pPr>
      <w:r>
        <w:t>تو صحابہ کی جماعت وہاں داخل ہو گئی ایران میں اور ان کو کامیابی ہوئی۔</w:t>
      </w:r>
    </w:p>
    <w:p>
      <w:r>
        <w:rPr>
          <w:b/>
        </w:rPr>
        <w:t xml:space="preserve">[37:38] </w:t>
      </w:r>
      <w:r>
        <w:t>to aap jante hain, sahaba matlab arab log, arbon ke bare mein iraniyon ka tasawwur kya tha? bohat</w:t>
      </w:r>
    </w:p>
    <w:p>
      <w:pPr>
        <w:jc w:val="right"/>
      </w:pPr>
      <w:r>
        <w:t>تو آپ جانتے ہیں، صحابہ مطلب عرب لوگ، عربوں کے بارے میں ایرانیوں کا تصور کیا تھا؟ بہت</w:t>
      </w:r>
    </w:p>
    <w:p>
      <w:r>
        <w:rPr>
          <w:b/>
        </w:rPr>
        <w:t xml:space="preserve">[37:44] </w:t>
      </w:r>
      <w:r>
        <w:t>haqeer tasawwur tha.</w:t>
      </w:r>
    </w:p>
    <w:p>
      <w:pPr>
        <w:jc w:val="right"/>
      </w:pPr>
      <w:r>
        <w:t>حقیر تصور تھا۔</w:t>
      </w:r>
    </w:p>
    <w:p>
      <w:r>
        <w:rPr>
          <w:b/>
        </w:rPr>
        <w:t xml:space="preserve">[37:50] </w:t>
      </w:r>
      <w:r>
        <w:t>ferdowsi ka jo shahnameh hai, wo irani zehn ko batata hai.</w:t>
      </w:r>
    </w:p>
    <w:p>
      <w:pPr>
        <w:jc w:val="right"/>
      </w:pPr>
      <w:r>
        <w:t>فردوسی کا جو شاہنامہ ہے، وہ ایرانی ذہن کو بتاتا ہے۔</w:t>
      </w:r>
    </w:p>
    <w:p>
      <w:r>
        <w:rPr>
          <w:b/>
        </w:rPr>
        <w:t xml:space="preserve">[37:57] </w:t>
      </w:r>
      <w:r>
        <w:t>to is mein un logon ke bare mein jo iran mein dakhil hue the, jo arab log, un</w:t>
      </w:r>
    </w:p>
    <w:p>
      <w:pPr>
        <w:jc w:val="right"/>
      </w:pPr>
      <w:r>
        <w:t>تو اس میں ان لوگوں کے بارے میں جو ایران میں داخل ہوئے تھے، جو عرب لوگ، ان</w:t>
      </w:r>
    </w:p>
    <w:p>
      <w:r>
        <w:rPr>
          <w:b/>
        </w:rPr>
        <w:t xml:space="preserve">[38:03] </w:t>
      </w:r>
      <w:r>
        <w:t>ke bare mein wo kehta hai ke zseer o zseer shatar khardan o susmar arab ra bajaye rasid</w:t>
      </w:r>
    </w:p>
    <w:p>
      <w:pPr>
        <w:jc w:val="right"/>
      </w:pPr>
      <w:r>
        <w:t>کے بارے میں وہ کہتا ہے کہ زسیر و زسیر شتر خردن و سوسمار عرب را بجائے رسید</w:t>
      </w:r>
    </w:p>
    <w:p>
      <w:r>
        <w:rPr>
          <w:b/>
        </w:rPr>
        <w:t xml:space="preserve">[38:09] </w:t>
      </w:r>
      <w:r>
        <w:t>estkar ke takht e kiyan ra kund arazu tafu bar to charkh gardan tafu ke ye log jo arab</w:t>
      </w:r>
    </w:p>
    <w:p>
      <w:pPr>
        <w:jc w:val="right"/>
      </w:pPr>
      <w:r>
        <w:t>استکار کہ تخت کیان را کند آرزو تفو بر تو چرخ گرداں تفو کہ یہ لوگ جو عرب</w:t>
      </w:r>
    </w:p>
    <w:p>
      <w:r>
        <w:rPr>
          <w:b/>
        </w:rPr>
        <w:t xml:space="preserve">[38:16] </w:t>
      </w:r>
      <w:r>
        <w:t>ke log, jo oont ka doodh peete the aur goh khaye karte the, un ka itna hosla barh</w:t>
      </w:r>
    </w:p>
    <w:p>
      <w:pPr>
        <w:jc w:val="right"/>
      </w:pPr>
      <w:r>
        <w:t>کے لوگ، جو اونٹ کا دودھ پیتے تھے اور گوہ کھائے کرتے تھے، ان کا اتنا حوصلہ بڑھ</w:t>
      </w:r>
    </w:p>
    <w:p>
      <w:r>
        <w:rPr>
          <w:b/>
        </w:rPr>
        <w:t xml:space="preserve">[38:22] </w:t>
      </w:r>
      <w:r>
        <w:t>gaya hai ke irani Empire par wo khwab dekh rahe hain, wo is par qabza karne ka.</w:t>
      </w:r>
    </w:p>
    <w:p>
      <w:pPr>
        <w:jc w:val="right"/>
      </w:pPr>
      <w:r>
        <w:t>گیا ہے کہ ایرانی Empire پر وہ کا خواب دیکھ رہے ہیں، وہ اس پر قبضہ کرنے کا۔</w:t>
      </w:r>
    </w:p>
    <w:p>
      <w:r>
        <w:rPr>
          <w:b/>
        </w:rPr>
        <w:t xml:space="preserve">[38:28] </w:t>
      </w:r>
      <w:r>
        <w:t>lekin dekhiye, is waqt kya hua phir? jo wahan jo King tha, yezdgerd is ka naam tha, use</w:t>
      </w:r>
    </w:p>
    <w:p>
      <w:pPr>
        <w:jc w:val="right"/>
      </w:pPr>
      <w:r>
        <w:t>لیکن دیکھیے، اس وقت کیا ہوا پھر؟ جو وہاں جو King تھا، یزدگرد اس کا نام تھا، اسے</w:t>
      </w:r>
    </w:p>
    <w:p>
      <w:r>
        <w:rPr>
          <w:b/>
        </w:rPr>
        <w:t xml:space="preserve">[38:35] </w:t>
      </w:r>
      <w:r>
        <w:t>invite kiya negotiation ke liye.</w:t>
      </w:r>
    </w:p>
    <w:p>
      <w:pPr>
        <w:jc w:val="right"/>
      </w:pPr>
      <w:r>
        <w:t>invite کیا negotiation کے لیے۔</w:t>
      </w:r>
    </w:p>
    <w:p>
      <w:r>
        <w:rPr>
          <w:b/>
        </w:rPr>
        <w:t xml:space="preserve">[38:41] </w:t>
      </w:r>
      <w:r>
        <w:t>to yahan se gaye sahaba ki kuch jamaat.</w:t>
      </w:r>
    </w:p>
    <w:p>
      <w:pPr>
        <w:jc w:val="right"/>
      </w:pPr>
      <w:r>
        <w:t>تو یہاں سے گئے صحابہ کی کچھ جماعت۔</w:t>
      </w:r>
    </w:p>
    <w:p>
      <w:r>
        <w:rPr>
          <w:b/>
        </w:rPr>
        <w:t xml:space="preserve">[38:47] </w:t>
      </w:r>
      <w:r>
        <w:t>to King ne poocha ke tum hamare mulk mein kyun aaye ho? apne raho apne arab mein, iran</w:t>
      </w:r>
    </w:p>
    <w:p>
      <w:pPr>
        <w:jc w:val="right"/>
      </w:pPr>
      <w:r>
        <w:t>تو King نے پوچھا کہ تم ہمارے ملک میں کیوں آئے ہو؟ اپنے رہو اپنے عرب میں، ایران</w:t>
      </w:r>
    </w:p>
    <w:p>
      <w:r>
        <w:rPr>
          <w:b/>
        </w:rPr>
        <w:t xml:space="preserve">[38:54] </w:t>
      </w:r>
      <w:r>
        <w:t>mein kyun aa gaye tum log? to unhon ne jawab diya tha, wo tareekhon mein likha hua hai ke</w:t>
      </w:r>
    </w:p>
    <w:p>
      <w:pPr>
        <w:jc w:val="right"/>
      </w:pPr>
      <w:r>
        <w:t>میں کیوں آگئے تم لوگ؟ تو انہوں نے جواب دیا تھا، وہ تاریخوں میں لکھا ہوا ہے کہ</w:t>
      </w:r>
    </w:p>
    <w:p>
      <w:r>
        <w:rPr>
          <w:b/>
        </w:rPr>
        <w:t xml:space="preserve">[39:00] </w:t>
      </w:r>
      <w:r>
        <w:t>allah abtasna wallah jabna li nakhraj al ibad min ibad al ibad ila ibad allah hum ko khuda ne bheja hai</w:t>
      </w:r>
    </w:p>
    <w:p>
      <w:pPr>
        <w:jc w:val="right"/>
      </w:pPr>
      <w:r>
        <w:t>الله ابتاسنا والله جابنا لنخرج العباد من عباد العباد الى عباد الله ہم کو خدا نے بھیجا ہے</w:t>
      </w:r>
    </w:p>
    <w:p>
      <w:r>
        <w:rPr>
          <w:b/>
        </w:rPr>
        <w:t xml:space="preserve">[39:06] </w:t>
      </w:r>
      <w:r>
        <w:t>taake insaan ko bandon ki parastish se nikal kar khuda ki parastish mein le aayen.</w:t>
      </w:r>
    </w:p>
    <w:p>
      <w:pPr>
        <w:jc w:val="right"/>
      </w:pPr>
      <w:r>
        <w:t>تاکہ انسان کو بندوں کی پرستش سے نکال کر خدا کی پرستش میں لے آئیں۔</w:t>
      </w:r>
    </w:p>
    <w:p>
      <w:r>
        <w:rPr>
          <w:b/>
        </w:rPr>
        <w:t xml:space="preserve">[39:13] </w:t>
      </w:r>
      <w:r>
        <w:t>yahan par dekhiye, unhon ne alag kiya ke hum attacker nahi hain, hum hamla awar nahi hain.</w:t>
      </w:r>
    </w:p>
    <w:p>
      <w:pPr>
        <w:jc w:val="right"/>
      </w:pPr>
      <w:r>
        <w:t>یہاں پر دیکھیے، انہوں نے الگ کیا کہ ہم attacker نہیں ہیں، ہم حملہ آور نہیں ہیں۔</w:t>
      </w:r>
    </w:p>
    <w:p>
      <w:r>
        <w:rPr>
          <w:b/>
        </w:rPr>
        <w:t xml:space="preserve">[39:19] </w:t>
      </w:r>
      <w:r>
        <w:t>hum ek nai tehzeeb le kar aaye hain, tehzeeb tauheed.</w:t>
      </w:r>
    </w:p>
    <w:p>
      <w:pPr>
        <w:jc w:val="right"/>
      </w:pPr>
      <w:r>
        <w:t>ہم ایک نئی تہذیب لے کر آئے ہیں، تہذیب توحید۔</w:t>
      </w:r>
    </w:p>
    <w:p>
      <w:r>
        <w:rPr>
          <w:b/>
        </w:rPr>
        <w:t xml:space="preserve">[39:25] </w:t>
      </w:r>
      <w:r>
        <w:t>ye jo jawab tha un ka ke hum tauheed le kar aaye hain ke insaan khuda ko pooje,</w:t>
      </w:r>
    </w:p>
    <w:p>
      <w:pPr>
        <w:jc w:val="right"/>
      </w:pPr>
      <w:r>
        <w:t>یہ جو جواب تھا ان کا کہ ہم توحید لے کر آئے ہیں کہ انسان خدا کو پوجے،</w:t>
      </w:r>
    </w:p>
    <w:p>
      <w:r>
        <w:rPr>
          <w:b/>
        </w:rPr>
        <w:t xml:space="preserve">[39:32] </w:t>
      </w:r>
      <w:r>
        <w:t>khuda ki parastish kare, khuda ki worship kare, ghair khuda ki worship chhod de.</w:t>
      </w:r>
    </w:p>
    <w:p>
      <w:pPr>
        <w:jc w:val="right"/>
      </w:pPr>
      <w:r>
        <w:t>خدا کی پرستش کرے، خدا کی worship کرے، غیر خدا کی worship چھوڑ دے۔</w:t>
      </w:r>
    </w:p>
    <w:p>
      <w:r>
        <w:rPr>
          <w:b/>
        </w:rPr>
        <w:t xml:space="preserve">[39:38] </w:t>
      </w:r>
      <w:r>
        <w:t>kesi ajeeb baat hai!</w:t>
      </w:r>
    </w:p>
    <w:p>
      <w:pPr>
        <w:jc w:val="right"/>
      </w:pPr>
      <w:r>
        <w:t>کیسی عجیب بات ہے!</w:t>
      </w:r>
    </w:p>
    <w:p>
      <w:r>
        <w:rPr>
          <w:b/>
        </w:rPr>
        <w:t xml:space="preserve">[39:45] </w:t>
      </w:r>
      <w:r>
        <w:t>yani sahabi was able to differentiate between the two hum ko attacker mat samjho.</w:t>
      </w:r>
    </w:p>
    <w:p>
      <w:pPr>
        <w:jc w:val="right"/>
      </w:pPr>
      <w:r>
        <w:t>یعنی صحابی was able to differentiate between the two ہم کو attacker مت سمجھو۔</w:t>
      </w:r>
    </w:p>
    <w:p>
      <w:r>
        <w:rPr>
          <w:b/>
        </w:rPr>
        <w:t xml:space="preserve">[39:52] </w:t>
      </w:r>
      <w:r>
        <w:t>We are the harbinger of a new civilization hum aik nai tehzeeb ki khushkhabri le kar tumhare paas</w:t>
      </w:r>
    </w:p>
    <w:p>
      <w:pPr>
        <w:jc w:val="right"/>
      </w:pPr>
      <w:r>
        <w:t>We are the harbinger of a new civilization ہم ایک نئی تہذیب کی خوشخبری لے کر تمہارے پاس</w:t>
      </w:r>
    </w:p>
    <w:p>
      <w:r>
        <w:rPr>
          <w:b/>
        </w:rPr>
        <w:t xml:space="preserve">[40:00] </w:t>
      </w:r>
      <w:r>
        <w:t>aaye hain ke aey insaan, Khuda ki parastish kar, aey insaan, makhlooq ki parastish chhod de jis ne</w:t>
      </w:r>
    </w:p>
    <w:p>
      <w:pPr>
        <w:jc w:val="right"/>
      </w:pPr>
      <w:r>
        <w:t>آئے ہیں کہ اے انسان، خدا کی پرستش کر، اے انسان، مخلوق کی پرستش چھوڑ دے جس نے</w:t>
      </w:r>
    </w:p>
    <w:p>
      <w:r>
        <w:rPr>
          <w:b/>
        </w:rPr>
        <w:t xml:space="preserve">[40:08] </w:t>
      </w:r>
      <w:r>
        <w:t>tumhein paida kiya hai.</w:t>
      </w:r>
    </w:p>
    <w:p>
      <w:pPr>
        <w:jc w:val="right"/>
      </w:pPr>
      <w:r>
        <w:t>تمہیں پیدا کیا ہے۔</w:t>
      </w:r>
    </w:p>
    <w:p>
      <w:r>
        <w:rPr>
          <w:b/>
        </w:rPr>
        <w:t xml:space="preserve">[40:16] </w:t>
      </w:r>
      <w:r>
        <w:t>Yeh jo unhon ne kaha tha ke lanukhrij al-ibad min ibad al-ibad ila ibad Allah yani bando ko</w:t>
      </w:r>
    </w:p>
    <w:p>
      <w:pPr>
        <w:jc w:val="right"/>
      </w:pPr>
      <w:r>
        <w:t>یہ جو انہوں نے کہا تھا کہ لنخرج العباد من عباد العباد الى عباد الله یعنی بندوں کو</w:t>
      </w:r>
    </w:p>
    <w:p>
      <w:r>
        <w:rPr>
          <w:b/>
        </w:rPr>
        <w:t xml:space="preserve">[40:24] </w:t>
      </w:r>
      <w:r>
        <w:t>bando ki parastish se nikal kar Khuda ki parastish ke darmiyan layein, yeh koi siyasi kalma nahi tha.</w:t>
      </w:r>
    </w:p>
    <w:p>
      <w:pPr>
        <w:jc w:val="right"/>
      </w:pPr>
      <w:r>
        <w:t>بندوں کی پرستش سے نکال کر خدا کی پرستش کے درمیان لائیں، یہ کوئی سیاسی کلمہ نہیں تھا۔</w:t>
      </w:r>
    </w:p>
    <w:p>
      <w:r>
        <w:rPr>
          <w:b/>
        </w:rPr>
        <w:t xml:space="preserve">[40:32] </w:t>
      </w:r>
      <w:r>
        <w:t>Yeh aik nai tehzeeb, yani tehzeeb-e-tauheed ka ailaan tha.</w:t>
      </w:r>
    </w:p>
    <w:p>
      <w:pPr>
        <w:jc w:val="right"/>
      </w:pPr>
      <w:r>
        <w:t>یہ ایک نئی تہذیب، یعنی تہذیب توحید کا اعلان تھا۔</w:t>
      </w:r>
    </w:p>
    <w:p>
      <w:r>
        <w:rPr>
          <w:b/>
        </w:rPr>
        <w:t xml:space="preserve">[40:40] </w:t>
      </w:r>
      <w:r>
        <w:t>To doosre lafzon mein kahunga ke unhon ne yeh kaha we are not attacker we have no</w:t>
      </w:r>
    </w:p>
    <w:p>
      <w:pPr>
        <w:jc w:val="right"/>
      </w:pPr>
      <w:r>
        <w:t>تو دوسرے لفظوں میں کہوں گا کہ انہوں نے یہ کہا we are not attacker we have no</w:t>
      </w:r>
    </w:p>
    <w:p>
      <w:r>
        <w:rPr>
          <w:b/>
        </w:rPr>
        <w:t xml:space="preserve">[40:48] </w:t>
      </w:r>
      <w:r>
        <w:t>interest in your politics we have no interest in your government we have no interest in your empire</w:t>
      </w:r>
    </w:p>
    <w:p>
      <w:pPr>
        <w:jc w:val="right"/>
      </w:pPr>
      <w:r>
        <w:t>interest in your politics we have no interest in your government we have no interest in your empire</w:t>
      </w:r>
    </w:p>
    <w:p>
      <w:r>
        <w:rPr>
          <w:b/>
        </w:rPr>
        <w:t xml:space="preserve">[40:56] </w:t>
      </w:r>
      <w:r>
        <w:t>we are the harbinger of a new civilization civilization of tauheed kitni ajeeb o ghareeb yeh misaal hai!</w:t>
      </w:r>
    </w:p>
    <w:p>
      <w:pPr>
        <w:jc w:val="right"/>
      </w:pPr>
      <w:r>
        <w:t>we are the harbinger of a new civilization civilization of توحید کتنی عجیب و غریب یہ مثال ہے!</w:t>
      </w:r>
    </w:p>
    <w:p>
      <w:r>
        <w:rPr>
          <w:b/>
        </w:rPr>
        <w:t xml:space="preserve">[41:04] </w:t>
      </w:r>
      <w:r>
        <w:t>Wohi hamare Muslim leaders ko kehna chahiye tha ke yeh jo western log aaye hain jin ko hum</w:t>
      </w:r>
    </w:p>
    <w:p>
      <w:pPr>
        <w:jc w:val="right"/>
      </w:pPr>
      <w:r>
        <w:t>وہی ہمارے مسلم leaders کو کہنا چاہیے تھا کہ یہ جو western لوگ آئے ہیں جن کو ہم</w:t>
      </w:r>
    </w:p>
    <w:p>
      <w:r>
        <w:rPr>
          <w:b/>
        </w:rPr>
        <w:t xml:space="preserve">[41:11] </w:t>
      </w:r>
      <w:r>
        <w:t>colonial powers kehte hain, ke woh harbinger hain new is ke civilization ke, un ko attacker ke roop</w:t>
      </w:r>
    </w:p>
    <w:p>
      <w:pPr>
        <w:jc w:val="right"/>
      </w:pPr>
      <w:r>
        <w:t>colonial powers کہتے ہیں، کہ وہ harbinger ہیں new اس کے civilization کے، ان کو attacker کے روپ</w:t>
      </w:r>
    </w:p>
    <w:p>
      <w:r>
        <w:rPr>
          <w:b/>
        </w:rPr>
        <w:t xml:space="preserve">[41:18] </w:t>
      </w:r>
      <w:r>
        <w:t>mein mat lo.</w:t>
      </w:r>
    </w:p>
    <w:p>
      <w:pPr>
        <w:jc w:val="right"/>
      </w:pPr>
      <w:r>
        <w:t>میں مت لو۔</w:t>
      </w:r>
    </w:p>
    <w:p>
      <w:r>
        <w:rPr>
          <w:b/>
        </w:rPr>
        <w:t xml:space="preserve">[41:25] </w:t>
      </w:r>
      <w:r>
        <w:t>Attacker ke roop mein mat lo, woh aik nai tehzeeb ka nawayed le kar aaye hain.</w:t>
      </w:r>
    </w:p>
    <w:p>
      <w:pPr>
        <w:jc w:val="right"/>
      </w:pPr>
      <w:r>
        <w:t>attacker کے روپ میں مت لو، وہ ایک نئی تہذیب کا نوید لے کر آئے ہیں۔</w:t>
      </w:r>
    </w:p>
    <w:p>
      <w:r>
        <w:rPr>
          <w:b/>
        </w:rPr>
        <w:t xml:space="preserve">[41:33] </w:t>
      </w:r>
      <w:r>
        <w:t>Yeh yani is se pehle hum har riwayati daur mein thay, riwayati daur mein woh scieni daur mein</w:t>
      </w:r>
    </w:p>
    <w:p>
      <w:pPr>
        <w:jc w:val="right"/>
      </w:pPr>
      <w:r>
        <w:t>یہ یعنی اس سے پہلے ہم ہر روایتی دور میں تھے، روایتی دور میں وہ سائنسی دور میں</w:t>
      </w:r>
    </w:p>
    <w:p>
      <w:r>
        <w:rPr>
          <w:b/>
        </w:rPr>
        <w:t xml:space="preserve">[41:40] </w:t>
      </w:r>
      <w:r>
        <w:t>hamein laana chahte hain.</w:t>
      </w:r>
    </w:p>
    <w:p>
      <w:pPr>
        <w:jc w:val="right"/>
      </w:pPr>
      <w:r>
        <w:t>ہمیں لانا چاہتے ہیں۔</w:t>
      </w:r>
    </w:p>
    <w:p>
      <w:r>
        <w:rPr>
          <w:b/>
        </w:rPr>
        <w:t xml:space="preserve">[41:47] </w:t>
      </w:r>
      <w:r>
        <w:t>Education ka naya concept, history ka naya concept, technology ka naya concept, industry ka naya concept, yahan tak</w:t>
      </w:r>
    </w:p>
    <w:p>
      <w:pPr>
        <w:jc w:val="right"/>
      </w:pPr>
      <w:r>
        <w:t>Education کا نیا concept، history کا نیا concept، ٹیکنالوجی کا نیا concept، industry کا نیا concept، یہاں تک</w:t>
      </w:r>
    </w:p>
    <w:p>
      <w:r>
        <w:rPr>
          <w:b/>
        </w:rPr>
        <w:t xml:space="preserve">[41:55] </w:t>
      </w:r>
      <w:r>
        <w:t>ke politics ka bhi naya concept, democracy ke roop mein.</w:t>
      </w:r>
    </w:p>
    <w:p>
      <w:pPr>
        <w:jc w:val="right"/>
      </w:pPr>
      <w:r>
        <w:t>کہ politics کا بھی نیا concept، democracy کے روپ میں۔</w:t>
      </w:r>
    </w:p>
    <w:p>
      <w:r>
        <w:rPr>
          <w:b/>
        </w:rPr>
        <w:t xml:space="preserve">[42:02] </w:t>
      </w:r>
      <w:r>
        <w:t>To these westerners are the harbinger of new civilization don't take them simply as attacker as an attacker</w:t>
      </w:r>
    </w:p>
    <w:p>
      <w:pPr>
        <w:jc w:val="right"/>
      </w:pPr>
      <w:r>
        <w:t>تو these westerners are the harbinger of new civilization don't take them simply as attacker as an attacker</w:t>
      </w:r>
    </w:p>
    <w:p>
      <w:r>
        <w:rPr>
          <w:b/>
        </w:rPr>
        <w:t xml:space="preserve">[42:09] </w:t>
      </w:r>
      <w:r>
        <w:t>To kitna bara farq ho jata!</w:t>
      </w:r>
    </w:p>
    <w:p>
      <w:pPr>
        <w:jc w:val="right"/>
      </w:pPr>
      <w:r>
        <w:t>تو کتنا بڑا فرق ہو جاتا!</w:t>
      </w:r>
    </w:p>
    <w:p>
      <w:r>
        <w:rPr>
          <w:b/>
        </w:rPr>
        <w:t xml:space="preserve">[42:17] </w:t>
      </w:r>
      <w:r>
        <w:t>Tab yeh hota ke yeh Muslim rehnuma seekhte in se, modern science ko seekhte, modern discoveries ko janne</w:t>
      </w:r>
    </w:p>
    <w:p>
      <w:pPr>
        <w:jc w:val="right"/>
      </w:pPr>
      <w:r>
        <w:t>تب یہ ہوتا کہ یہ مسلم رہنما سیکھتے ان سے، modern science کو سیکھتے، modern discoveries کو جاننے</w:t>
      </w:r>
    </w:p>
    <w:p>
      <w:r>
        <w:rPr>
          <w:b/>
        </w:rPr>
        <w:t xml:space="preserve">[42:22] </w:t>
      </w:r>
      <w:r>
        <w:t>ki koshish karte.</w:t>
      </w:r>
    </w:p>
    <w:p>
      <w:pPr>
        <w:jc w:val="right"/>
      </w:pPr>
      <w:r>
        <w:t>کی کوشش کرتے۔</w:t>
      </w:r>
    </w:p>
    <w:p>
      <w:r>
        <w:rPr>
          <w:b/>
        </w:rPr>
        <w:t xml:space="preserve">[42:27] </w:t>
      </w:r>
      <w:r>
        <w:t>Aur phir yeh jo maine teen baatein kahin ke tareekh mein pehli baar yahi log thay jinhon</w:t>
      </w:r>
    </w:p>
    <w:p>
      <w:pPr>
        <w:jc w:val="right"/>
      </w:pPr>
      <w:r>
        <w:t>اور پھر یہ جو میں نے تین باتیں کہیں کہ تاریخ میں پہلی بار یہی لوگ تھے جنہوں</w:t>
      </w:r>
    </w:p>
    <w:p>
      <w:r>
        <w:rPr>
          <w:b/>
        </w:rPr>
        <w:t xml:space="preserve">[42:32] </w:t>
      </w:r>
      <w:r>
        <w:t>ne yeh teen baatein duniya mein paida keen, yani scientific evidence aur religious freedom aur global communication kabhi</w:t>
      </w:r>
    </w:p>
    <w:p>
      <w:pPr>
        <w:jc w:val="right"/>
      </w:pPr>
      <w:r>
        <w:t>نے یہ تین باتیں دنیا میں پیدا کیں، یعنی scientific evidence اور religious freedom اور global communication کبھی</w:t>
      </w:r>
    </w:p>
    <w:p>
      <w:r>
        <w:rPr>
          <w:b/>
        </w:rPr>
        <w:t xml:space="preserve">[42:38] </w:t>
      </w:r>
      <w:r>
        <w:t>tha hi nahin.</w:t>
      </w:r>
    </w:p>
    <w:p>
      <w:pPr>
        <w:jc w:val="right"/>
      </w:pPr>
      <w:r>
        <w:t>تھا ہی نہیں۔</w:t>
      </w:r>
    </w:p>
    <w:p>
      <w:r>
        <w:rPr>
          <w:b/>
        </w:rPr>
        <w:t xml:space="preserve">[42:43] </w:t>
      </w:r>
      <w:r>
        <w:t>yeh aap ghore kijiye ke banu ummiya ke zamane mein ek the uqba ibn nafe, woh afreeqa mein</w:t>
      </w:r>
    </w:p>
    <w:p>
      <w:pPr>
        <w:jc w:val="right"/>
      </w:pPr>
      <w:r>
        <w:t>یہ آپ غور کیجیے کہ بنو امیہ کے زمانے میں ایک تھے عقبہ ابن نافع، وہ افریقہ میں</w:t>
      </w:r>
    </w:p>
    <w:p>
      <w:r>
        <w:rPr>
          <w:b/>
        </w:rPr>
        <w:t xml:space="preserve">[42:48] </w:t>
      </w:r>
      <w:r>
        <w:t>dakhil hue aur chalte chalte pahunch gaye atlantic tak.</w:t>
      </w:r>
    </w:p>
    <w:p>
      <w:pPr>
        <w:jc w:val="right"/>
      </w:pPr>
      <w:r>
        <w:t>داخل ہوئے اور چلتے چلتے پہنچ گئے اٹلانٹک تک۔</w:t>
      </w:r>
    </w:p>
    <w:p>
      <w:r>
        <w:rPr>
          <w:b/>
        </w:rPr>
        <w:t xml:space="preserve">[42:53] </w:t>
      </w:r>
      <w:r>
        <w:t>aap jante hain ke afreeqa idhar hai, america idhar hai, beech mein atlantic hai.</w:t>
      </w:r>
    </w:p>
    <w:p>
      <w:pPr>
        <w:jc w:val="right"/>
      </w:pPr>
      <w:r>
        <w:t>آپ جانتے ہیں کہ افریقہ ادھر ہے، امریکہ ادھر ہے، بیچ میں اٹلانٹک ہے۔</w:t>
      </w:r>
    </w:p>
    <w:p>
      <w:r>
        <w:rPr>
          <w:b/>
        </w:rPr>
        <w:t xml:space="preserve">[42:59] </w:t>
      </w:r>
      <w:r>
        <w:t>to aakhri had par jab pahunche to wahan samandar tha, atlantic ka samandar.</w:t>
      </w:r>
    </w:p>
    <w:p>
      <w:pPr>
        <w:jc w:val="right"/>
      </w:pPr>
      <w:r>
        <w:t>تو آخری حد پر جب پہنچے تو وہاں سمندر تھا، اٹلانٹک کا سمندر۔</w:t>
      </w:r>
    </w:p>
    <w:p>
      <w:r>
        <w:rPr>
          <w:b/>
        </w:rPr>
        <w:t xml:space="preserve">[43:04] </w:t>
      </w:r>
      <w:r>
        <w:t>is ke idhar par kuch dikhai nahin deta tha.</w:t>
      </w:r>
    </w:p>
    <w:p>
      <w:pPr>
        <w:jc w:val="right"/>
      </w:pPr>
      <w:r>
        <w:t>اس کے ادھر پر کچھ دکھائی نہیں دیتا تھا۔</w:t>
      </w:r>
    </w:p>
    <w:p>
      <w:r>
        <w:rPr>
          <w:b/>
        </w:rPr>
        <w:t xml:space="preserve">[43:09] </w:t>
      </w:r>
      <w:r>
        <w:t>to unhon ne apna ghoda samandar mein daal diya.</w:t>
      </w:r>
    </w:p>
    <w:p>
      <w:pPr>
        <w:jc w:val="right"/>
      </w:pPr>
      <w:r>
        <w:t>تو انہوں نے اپنا گھوڑا سمندر میں ڈال دیا۔</w:t>
      </w:r>
    </w:p>
    <w:p>
      <w:r>
        <w:rPr>
          <w:b/>
        </w:rPr>
        <w:t xml:space="preserve">[43:14] </w:t>
      </w:r>
      <w:r>
        <w:t>unhon ne kaha ke khudaaya, agar main janta ke is samandar ke paar bhi koi dunya hai, idhar</w:t>
      </w:r>
    </w:p>
    <w:p>
      <w:pPr>
        <w:jc w:val="right"/>
      </w:pPr>
      <w:r>
        <w:t>انہوں نے کہا کہ خدایا، اگر میں جانتا کہ اس سمندر کے پار بھی کوئی دنیا ہے، ادھر</w:t>
      </w:r>
    </w:p>
    <w:p>
      <w:r>
        <w:rPr>
          <w:b/>
        </w:rPr>
        <w:t xml:space="preserve">[43:20] </w:t>
      </w:r>
      <w:r>
        <w:t>bhi koi insaan rehte hain to main ghus jata yahan tak ke main wahan pahunchun aur un ko</w:t>
      </w:r>
    </w:p>
    <w:p>
      <w:pPr>
        <w:jc w:val="right"/>
      </w:pPr>
      <w:r>
        <w:t>بھی کوئی انسان رہتے ہیں تو میں گھس جاتا یہاں تک کہ میں وہاں پہنچوں اور ان کو</w:t>
      </w:r>
    </w:p>
    <w:p>
      <w:r>
        <w:rPr>
          <w:b/>
        </w:rPr>
        <w:t xml:space="preserve">[43:25] </w:t>
      </w:r>
      <w:r>
        <w:t>allah ka paigham pahunchaun.</w:t>
      </w:r>
    </w:p>
    <w:p>
      <w:pPr>
        <w:jc w:val="right"/>
      </w:pPr>
      <w:r>
        <w:t>اللہ کا پیغام پہنچاؤں۔</w:t>
      </w:r>
    </w:p>
    <w:p>
      <w:r>
        <w:rPr>
          <w:b/>
        </w:rPr>
        <w:t xml:space="preserve">[43:30] </w:t>
      </w:r>
      <w:r>
        <w:t>is ka matlab kya hai? banu ummiya ke zamane mein logon ko yeh pata nahin tha ke america</w:t>
      </w:r>
    </w:p>
    <w:p>
      <w:pPr>
        <w:jc w:val="right"/>
      </w:pPr>
      <w:r>
        <w:t>اس کا مطلب کیا ہے؟ بنو امیہ کے زمانے میں لوگوں کو یہ پتہ نہیں تھا کہ امریکہ</w:t>
      </w:r>
    </w:p>
    <w:p>
      <w:r>
        <w:rPr>
          <w:b/>
        </w:rPr>
        <w:t xml:space="preserve">[43:35] </w:t>
      </w:r>
      <w:r>
        <w:t>bhi koi desh hai.</w:t>
      </w:r>
    </w:p>
    <w:p>
      <w:pPr>
        <w:jc w:val="right"/>
      </w:pPr>
      <w:r>
        <w:t>بھی کوئی દેશ ہے۔</w:t>
      </w:r>
    </w:p>
    <w:p>
      <w:r>
        <w:rPr>
          <w:b/>
        </w:rPr>
        <w:t xml:space="preserve">[43:41] </w:t>
      </w:r>
      <w:r>
        <w:t>kuch khabar nahin thi.</w:t>
      </w:r>
    </w:p>
    <w:p>
      <w:pPr>
        <w:jc w:val="right"/>
      </w:pPr>
      <w:r>
        <w:t>کچھ خبر نہیں تھی۔</w:t>
      </w:r>
    </w:p>
    <w:p>
      <w:r>
        <w:rPr>
          <w:b/>
        </w:rPr>
        <w:t xml:space="preserve">[43:46] </w:t>
      </w:r>
      <w:r>
        <w:t>america maujood tha lekin unhein khabar nahin thi.</w:t>
      </w:r>
    </w:p>
    <w:p>
      <w:pPr>
        <w:jc w:val="right"/>
      </w:pPr>
      <w:r>
        <w:t>امریکہ موجود تھا لیکن انہیں خبر نہیں تھی۔</w:t>
      </w:r>
    </w:p>
    <w:p>
      <w:r>
        <w:rPr>
          <w:b/>
        </w:rPr>
        <w:t xml:space="preserve">[43:51] </w:t>
      </w:r>
      <w:r>
        <w:t>aur communication ka wajood hi nahin tha.</w:t>
      </w:r>
    </w:p>
    <w:p>
      <w:pPr>
        <w:jc w:val="right"/>
      </w:pPr>
      <w:r>
        <w:t>اور communication کا وجود ہی نہیں تھا۔</w:t>
      </w:r>
    </w:p>
    <w:p>
      <w:r>
        <w:rPr>
          <w:b/>
        </w:rPr>
        <w:t xml:space="preserve">[43:56] </w:t>
      </w:r>
      <w:r>
        <w:t>yani ghode par samandar paar kar ke balfarz mumkin ho safar karna, tab pahunch sakte the wahan.</w:t>
      </w:r>
    </w:p>
    <w:p>
      <w:pPr>
        <w:jc w:val="right"/>
      </w:pPr>
      <w:r>
        <w:t>یعنی گھوڑے پر سمندر پار کر کے بالفرض ممکن ہو سفر کرنا، تب پہنچ سکتے تھے وہاں۔</w:t>
      </w:r>
    </w:p>
    <w:p>
      <w:r>
        <w:rPr>
          <w:b/>
        </w:rPr>
        <w:t xml:space="preserve">[44:02] </w:t>
      </w:r>
      <w:r>
        <w:t>ab america pahunchne ke liye aap kitabein bhejiye wahan, message bhejiye wahan, aap telephone par internet ke</w:t>
      </w:r>
    </w:p>
    <w:p>
      <w:pPr>
        <w:jc w:val="right"/>
      </w:pPr>
      <w:r>
        <w:t>اب امریکہ پہنچنے کے لیے آپ کتابیں بھیجیے وہاں، message بھیجیے وہاں، آپ ٹیلی فون پر internet کے</w:t>
      </w:r>
    </w:p>
    <w:p>
      <w:r>
        <w:rPr>
          <w:b/>
        </w:rPr>
        <w:t xml:space="preserve">[44:07] </w:t>
      </w:r>
      <w:r>
        <w:t>zariye contact kijiye wahan.</w:t>
      </w:r>
    </w:p>
    <w:p>
      <w:pPr>
        <w:jc w:val="right"/>
      </w:pPr>
      <w:r>
        <w:t>ذریعے contact کیجیے وہاں۔</w:t>
      </w:r>
    </w:p>
    <w:p>
      <w:r>
        <w:rPr>
          <w:b/>
        </w:rPr>
        <w:t xml:space="preserve">[44:12] </w:t>
      </w:r>
      <w:r>
        <w:t>ek ek second mein aap america tak apna message pahuncha sakte hain.</w:t>
      </w:r>
    </w:p>
    <w:p>
      <w:pPr>
        <w:jc w:val="right"/>
      </w:pPr>
      <w:r>
        <w:t>ایک ایک سیکنڈ میں آپ امریکہ تک اپنا message پہنچا سکتے ہیں۔</w:t>
      </w:r>
    </w:p>
    <w:p>
      <w:r>
        <w:rPr>
          <w:b/>
        </w:rPr>
        <w:t xml:space="preserve">[44:17] </w:t>
      </w:r>
      <w:r>
        <w:t>to dunya ko kitna zyada aage badha diya tha in westerners ne ke jo muslim woh tabai the,</w:t>
      </w:r>
    </w:p>
    <w:p>
      <w:pPr>
        <w:jc w:val="right"/>
      </w:pPr>
      <w:r>
        <w:t>تو دنیا کو کتنا زیادہ آگے بڑھا دیا تھا ان westerners نے کہ جو مسلم وہ تابعی تھے،</w:t>
      </w:r>
    </w:p>
    <w:p>
      <w:r>
        <w:rPr>
          <w:b/>
        </w:rPr>
        <w:t xml:space="preserve">[44:23] </w:t>
      </w:r>
      <w:r>
        <w:t>woh ke afreeqa par pahunch kar samajhte the hamari sarhad aa gayi, had aa gayi, hamari limit aa gayi, hamare is</w:t>
      </w:r>
    </w:p>
    <w:p>
      <w:pPr>
        <w:jc w:val="right"/>
      </w:pPr>
      <w:r>
        <w:t>وہ کہ افریقہ پر پہنچ کر سمجھتے تھے ہماری سرحد آگئی، حد آگئی، ہماری limit آگئی، ہمارے اس</w:t>
      </w:r>
    </w:p>
    <w:p>
      <w:r>
        <w:rPr>
          <w:b/>
        </w:rPr>
        <w:t xml:space="preserve">[44:28] </w:t>
      </w:r>
      <w:r>
        <w:t>ke aage kuch bhi nahin.</w:t>
      </w:r>
    </w:p>
    <w:p>
      <w:pPr>
        <w:jc w:val="right"/>
      </w:pPr>
      <w:r>
        <w:t>کے آگے کچھ بھی نہیں۔</w:t>
      </w:r>
    </w:p>
    <w:p>
      <w:r>
        <w:rPr>
          <w:b/>
        </w:rPr>
        <w:t xml:space="preserve">[44:33] </w:t>
      </w:r>
      <w:r>
        <w:t>is ke aage tak unhon ne pahunchne ka moqa de diya aap ko.</w:t>
      </w:r>
    </w:p>
    <w:p>
      <w:pPr>
        <w:jc w:val="right"/>
      </w:pPr>
      <w:r>
        <w:t>اس کے آگے تک انہوں نے پہنچنے کا موقع دے دیا آپ کو۔</w:t>
      </w:r>
    </w:p>
    <w:p>
      <w:r>
        <w:rPr>
          <w:b/>
        </w:rPr>
        <w:t xml:space="preserve">[44:38] </w:t>
      </w:r>
      <w:r>
        <w:t>samandar ko paar kar ke america tak pahuncho, ab australia tak pahuncho, shayad dunya mein apna message pahuncha do.</w:t>
      </w:r>
    </w:p>
    <w:p>
      <w:pPr>
        <w:jc w:val="right"/>
      </w:pPr>
      <w:r>
        <w:t>سمندر کو پار کر کے امریکہ تک پہنچو، اب آسٹریلیا تک پہنچو، شاید دنیا میں اپنا message پہنچا دو۔</w:t>
      </w:r>
    </w:p>
    <w:p>
      <w:r>
        <w:rPr>
          <w:b/>
        </w:rPr>
        <w:t xml:space="preserve">[44:44] </w:t>
      </w:r>
      <w:r>
        <w:t>aur azadi, puris azadi.</w:t>
      </w:r>
    </w:p>
    <w:p>
      <w:pPr>
        <w:jc w:val="right"/>
      </w:pPr>
      <w:r>
        <w:t>اور آزادی، پُرِس آزادی۔</w:t>
      </w:r>
    </w:p>
    <w:p>
      <w:r>
        <w:rPr>
          <w:b/>
        </w:rPr>
        <w:t xml:space="preserve">[44:49] </w:t>
      </w:r>
      <w:r>
        <w:t>yeh woh log hain tareekh mein pehli baar religious freedom laye hain.</w:t>
      </w:r>
    </w:p>
    <w:p>
      <w:pPr>
        <w:jc w:val="right"/>
      </w:pPr>
      <w:r>
        <w:t>یہ وہ لوگ ہیں تاریخ میں پہلی بار religious freedom لائے ہیں۔</w:t>
      </w:r>
    </w:p>
    <w:p>
      <w:r>
        <w:rPr>
          <w:b/>
        </w:rPr>
        <w:t xml:space="preserve">[44:54] </w:t>
      </w:r>
      <w:r>
        <w:t>toh aap dekhein kitni bari bari nematein le kar aaye thay.</w:t>
      </w:r>
    </w:p>
    <w:p>
      <w:pPr>
        <w:jc w:val="right"/>
      </w:pPr>
      <w:r>
        <w:t>تو آپ دیکھیں کتنی بڑی بڑی نعمتیں لے کر آئے تھے۔</w:t>
      </w:r>
    </w:p>
    <w:p>
      <w:r>
        <w:rPr>
          <w:b/>
        </w:rPr>
        <w:t xml:space="preserve">[44:59] </w:t>
      </w:r>
      <w:r>
        <w:t>un ka agar un ka, un ka yaani kuch political, yaani unhon ne kuch dabdaba qaim kiya toh</w:t>
      </w:r>
    </w:p>
    <w:p>
      <w:pPr>
        <w:jc w:val="right"/>
      </w:pPr>
      <w:r>
        <w:t>ان کا اگر ان کا، ان کا یعنی کچھ political، یعنی انہوں نے کچھ دبدبہ قائم کیا تو</w:t>
      </w:r>
    </w:p>
    <w:p>
      <w:r>
        <w:rPr>
          <w:b/>
        </w:rPr>
        <w:t xml:space="preserve">[45:05] </w:t>
      </w:r>
      <w:r>
        <w:t>woh toh bohat hi choti cheez thi.</w:t>
      </w:r>
    </w:p>
    <w:p>
      <w:pPr>
        <w:jc w:val="right"/>
      </w:pPr>
      <w:r>
        <w:t>وہ تو بہت ہی چھوٹی چیز تھی۔</w:t>
      </w:r>
    </w:p>
    <w:p>
      <w:r>
        <w:rPr>
          <w:b/>
        </w:rPr>
        <w:t xml:space="preserve">[45:10] </w:t>
      </w:r>
      <w:r>
        <w:t>jo ke arab mein un ka taaf hai.</w:t>
      </w:r>
    </w:p>
    <w:p>
      <w:pPr>
        <w:jc w:val="right"/>
      </w:pPr>
      <w:r>
        <w:t>جو کہ عرب میں ان کا طاف ہے۔</w:t>
      </w:r>
    </w:p>
    <w:p>
      <w:r>
        <w:rPr>
          <w:b/>
        </w:rPr>
        <w:t xml:space="preserve">[45:15] </w:t>
      </w:r>
      <w:r>
        <w:t>maamooli cheez thi ke political dabdaba qaim kar liya.</w:t>
      </w:r>
    </w:p>
    <w:p>
      <w:pPr>
        <w:jc w:val="right"/>
      </w:pPr>
      <w:r>
        <w:t>معمولی چیز تھی کہ political دبدبہ قائم کر لیا۔</w:t>
      </w:r>
    </w:p>
    <w:p>
      <w:r>
        <w:rPr>
          <w:b/>
        </w:rPr>
        <w:t xml:space="preserve">[45:20] </w:t>
      </w:r>
      <w:r>
        <w:t>is se hazaron guna bari cheez woh laye hue thay.</w:t>
      </w:r>
    </w:p>
    <w:p>
      <w:pPr>
        <w:jc w:val="right"/>
      </w:pPr>
      <w:r>
        <w:t>اس سے ہزاروں گنا بڑی چیز وہ لائے ہوئے تھے۔</w:t>
      </w:r>
    </w:p>
    <w:p>
      <w:r>
        <w:rPr>
          <w:b/>
        </w:rPr>
        <w:t xml:space="preserve">[45:26] </w:t>
      </w:r>
      <w:r>
        <w:t>ke religious freedom laye, global communication laye, scientific evidence laye.</w:t>
      </w:r>
    </w:p>
    <w:p>
      <w:pPr>
        <w:jc w:val="right"/>
      </w:pPr>
      <w:r>
        <w:t>کہ religious freedom لائے، global communication لائے، scientific evidence لائے۔</w:t>
      </w:r>
    </w:p>
    <w:p>
      <w:r>
        <w:rPr>
          <w:b/>
        </w:rPr>
        <w:t xml:space="preserve">[45:31] </w:t>
      </w:r>
      <w:r>
        <w:t>aap ghor kijiye ke is se pehle deen-e-tauheed ke paas sirf riwayati dalail thay, riwayati dalail.</w:t>
      </w:r>
    </w:p>
    <w:p>
      <w:pPr>
        <w:jc w:val="right"/>
      </w:pPr>
      <w:r>
        <w:t>آپ غور کیجیے کہ اس سے پہلے دین توحید کے پاس صرف روایتی دلائل تھے، روایتی دلائل۔</w:t>
      </w:r>
    </w:p>
    <w:p>
      <w:r>
        <w:rPr>
          <w:b/>
        </w:rPr>
        <w:t xml:space="preserve">[45:36] </w:t>
      </w:r>
      <w:r>
        <w:t>unhon ne pehli baar yeh mumkin banaya ke khud insaan ke apne accepted naare par, accepted base par</w:t>
      </w:r>
    </w:p>
    <w:p>
      <w:pPr>
        <w:jc w:val="right"/>
      </w:pPr>
      <w:r>
        <w:t>انہوں نے پہلی بار یہ ممکن بنایا کہ خود انسان کے اپنے accepted نعرے پر، accepted base پر</w:t>
      </w:r>
    </w:p>
    <w:p>
      <w:r>
        <w:rPr>
          <w:b/>
        </w:rPr>
        <w:t xml:space="preserve">[45:41] </w:t>
      </w:r>
      <w:r>
        <w:t>deen-e-tauheed ko saabit kiya ja sake.</w:t>
      </w:r>
    </w:p>
    <w:p>
      <w:pPr>
        <w:jc w:val="right"/>
      </w:pPr>
      <w:r>
        <w:t>دین توحید کو ثابت کیا سکے۔</w:t>
      </w:r>
    </w:p>
    <w:p>
      <w:r>
        <w:rPr>
          <w:b/>
        </w:rPr>
        <w:t xml:space="preserve">[45:47] </w:t>
      </w:r>
      <w:r>
        <w:t>kabhi tha hi nahi aisa.</w:t>
      </w:r>
    </w:p>
    <w:p>
      <w:pPr>
        <w:jc w:val="right"/>
      </w:pPr>
      <w:r>
        <w:t>کبھی تھا ہی نہیں ایسا۔</w:t>
      </w:r>
    </w:p>
    <w:p>
      <w:r>
        <w:rPr>
          <w:b/>
        </w:rPr>
        <w:t xml:space="preserve">[45:52] </w:t>
      </w:r>
      <w:r>
        <w:t>toh muslim hukmaran ko kya karna chahiye tha? woh jo sahabi ne kiya.</w:t>
      </w:r>
    </w:p>
    <w:p>
      <w:pPr>
        <w:jc w:val="right"/>
      </w:pPr>
      <w:r>
        <w:t>تو مسلم حکمران کو کیا کرنا چاہیے تھا؟ وہ جو صحابی نے کیا۔</w:t>
      </w:r>
    </w:p>
    <w:p>
      <w:r>
        <w:rPr>
          <w:b/>
        </w:rPr>
        <w:t xml:space="preserve">[45:57] </w:t>
      </w:r>
      <w:r>
        <w:t>woh kehte apne logon se ke these westerners are harbinger of a new civilization tum un ko bas</w:t>
      </w:r>
    </w:p>
    <w:p>
      <w:pPr>
        <w:jc w:val="right"/>
      </w:pPr>
      <w:r>
        <w:t>وہ کہتے اپنے لوگوں سے کہ these westerners are harbinger of a new civilization تم ان کو بس</w:t>
      </w:r>
    </w:p>
    <w:p>
      <w:r>
        <w:rPr>
          <w:b/>
        </w:rPr>
        <w:t xml:space="preserve">[46:03] </w:t>
      </w:r>
      <w:r>
        <w:t>attacker ke roop mein dekh rahe ho.</w:t>
      </w:r>
    </w:p>
    <w:p>
      <w:pPr>
        <w:jc w:val="right"/>
      </w:pPr>
      <w:r>
        <w:t>attacker کے روپ میں دیکھ رہے ہو۔</w:t>
      </w:r>
    </w:p>
    <w:p>
      <w:r>
        <w:rPr>
          <w:b/>
        </w:rPr>
        <w:t xml:space="preserve">[46:08] </w:t>
      </w:r>
      <w:r>
        <w:t>woh toh yaani one person se bhi kam hai.</w:t>
      </w:r>
    </w:p>
    <w:p>
      <w:pPr>
        <w:jc w:val="right"/>
      </w:pPr>
      <w:r>
        <w:t>وہ تو یعنی one person سے بھی کم ہے۔</w:t>
      </w:r>
    </w:p>
    <w:p>
      <w:r>
        <w:rPr>
          <w:b/>
        </w:rPr>
        <w:t xml:space="preserve">[46:13] </w:t>
      </w:r>
      <w:r>
        <w:t>more than ninety percent toh yeh hai ke woh aik aik civilization laye hain, opportunities laye hain, mawaqe</w:t>
      </w:r>
    </w:p>
    <w:p>
      <w:pPr>
        <w:jc w:val="right"/>
      </w:pPr>
      <w:r>
        <w:t>More than ninety percent تو یہ ہے کہ وہ ایک ایک civilization لائے ہیں، opportunities لائے ہیں، مواقع</w:t>
      </w:r>
    </w:p>
    <w:p>
      <w:r>
        <w:rPr>
          <w:b/>
        </w:rPr>
        <w:t xml:space="preserve">[46:18] </w:t>
      </w:r>
      <w:r>
        <w:t>dawat laye hain.</w:t>
      </w:r>
    </w:p>
    <w:p>
      <w:pPr>
        <w:jc w:val="right"/>
      </w:pPr>
      <w:r>
        <w:t>دعوت لائے ہیں۔</w:t>
      </w:r>
    </w:p>
    <w:p>
      <w:r>
        <w:rPr>
          <w:b/>
        </w:rPr>
        <w:t xml:space="preserve">[46:24] </w:t>
      </w:r>
      <w:r>
        <w:t>yaani un ka jo political domination hua muslim countries mein, woh sirf one percent hissa tha un ke</w:t>
      </w:r>
    </w:p>
    <w:p>
      <w:pPr>
        <w:jc w:val="right"/>
      </w:pPr>
      <w:r>
        <w:t>یعنی ان کا جو political domination ہوا مسلم countries میں، وہ صرف one percent حصہ تھا ان کے</w:t>
      </w:r>
    </w:p>
    <w:p>
      <w:r>
        <w:rPr>
          <w:b/>
        </w:rPr>
        <w:t xml:space="preserve">[46:29] </w:t>
      </w:r>
      <w:r>
        <w:t>poore kahani ka.</w:t>
      </w:r>
    </w:p>
    <w:p>
      <w:pPr>
        <w:jc w:val="right"/>
      </w:pPr>
      <w:r>
        <w:t>پورے کہانی کا۔</w:t>
      </w:r>
    </w:p>
    <w:p>
      <w:r>
        <w:rPr>
          <w:b/>
        </w:rPr>
        <w:t xml:space="preserve">[46:34] </w:t>
      </w:r>
      <w:r>
        <w:t>aur ninety-nine percent se zyada qissa jo tha, woh un ki taraqqiyan theen, un ka development tha, un</w:t>
      </w:r>
    </w:p>
    <w:p>
      <w:pPr>
        <w:jc w:val="right"/>
      </w:pPr>
      <w:r>
        <w:t>اور ninety-nine percent سے زیادہ قصہ جو تھا، وہ ان کی ترقیاں تھیں، ان کا development تھا، ان</w:t>
      </w:r>
    </w:p>
    <w:p>
      <w:r>
        <w:rPr>
          <w:b/>
        </w:rPr>
        <w:t xml:space="preserve">[46:39] </w:t>
      </w:r>
      <w:r>
        <w:t>ka un ki yeh saari cheezein theen jo poori tarah dawat-e-tauheed ke liye muwafiq theen.</w:t>
      </w:r>
    </w:p>
    <w:p>
      <w:pPr>
        <w:jc w:val="right"/>
      </w:pPr>
      <w:r>
        <w:t>کا ان کی یہ ساری چیزیں تھیں جو پوری طرح دعوت توحید کے لیے موافق تھیں۔</w:t>
      </w:r>
    </w:p>
    <w:p>
      <w:r>
        <w:rPr>
          <w:b/>
        </w:rPr>
        <w:t xml:space="preserve">[46:45] </w:t>
      </w:r>
      <w:r>
        <w:t>yaani pehli baar yeh mumkin hua tha ke Quran majeed mein hai ke Rasool Allah ko bheja Allah</w:t>
      </w:r>
    </w:p>
    <w:p>
      <w:pPr>
        <w:jc w:val="right"/>
      </w:pPr>
      <w:r>
        <w:t>یعنی پہلی بار یہ ممکن ہوا تھا کہ قرآن مجید میں ہے کہ رسول اللہ کو بھیجا اللہ</w:t>
      </w:r>
    </w:p>
    <w:p>
      <w:r>
        <w:rPr>
          <w:b/>
        </w:rPr>
        <w:t xml:space="preserve">[46:50] </w:t>
      </w:r>
      <w:r>
        <w:t>ta'ala ne li-yakuna lil-'alamina nadhira ke saare alam ke liye woh aagah karne wale banein.</w:t>
      </w:r>
    </w:p>
    <w:p>
      <w:pPr>
        <w:jc w:val="right"/>
      </w:pPr>
      <w:r>
        <w:t>تعالی نے ليكون للعالمين نذيرا کہ سارے عالم کے لیے وہ آگاہ کرنے والے بنیں۔</w:t>
      </w:r>
    </w:p>
    <w:p>
      <w:r>
        <w:rPr>
          <w:b/>
        </w:rPr>
        <w:t xml:space="preserve">[46:55] </w:t>
      </w:r>
      <w:r>
        <w:t>lekin mumkin nahi tha.</w:t>
      </w:r>
    </w:p>
    <w:p>
      <w:pPr>
        <w:jc w:val="right"/>
      </w:pPr>
      <w:r>
        <w:t>لیکن ممکن نہیں تھا۔</w:t>
      </w:r>
    </w:p>
    <w:p>
      <w:r>
        <w:rPr>
          <w:b/>
        </w:rPr>
        <w:t xml:space="preserve">[47:00] </w:t>
      </w:r>
      <w:r>
        <w:t>kyunke sare alam tak kaise pohnchte aap? na communication tha, na modern geography thi, na kuch, na pata tha.</w:t>
      </w:r>
    </w:p>
    <w:p>
      <w:pPr>
        <w:jc w:val="right"/>
      </w:pPr>
      <w:r>
        <w:t>کیونکہ سارے عالم تک کیسے پہنچتے آپ؟ نہ communication تھا، نہ modern geography تھی، نہ کچھ، نہ پتہ تھا۔</w:t>
      </w:r>
    </w:p>
    <w:p>
      <w:r>
        <w:rPr>
          <w:b/>
        </w:rPr>
        <w:t xml:space="preserve">[47:06] </w:t>
      </w:r>
      <w:r>
        <w:t>kuch pata nahi tha.</w:t>
      </w:r>
    </w:p>
    <w:p>
      <w:pPr>
        <w:jc w:val="right"/>
      </w:pPr>
      <w:r>
        <w:t>کچھ پتہ نہیں تھا۔</w:t>
      </w:r>
    </w:p>
    <w:p>
      <w:r>
        <w:rPr>
          <w:b/>
        </w:rPr>
        <w:t xml:space="preserve">[47:11] </w:t>
      </w:r>
      <w:r>
        <w:t>to target agarche yahi tha ke sare alam tak pohnch jaye message.</w:t>
      </w:r>
    </w:p>
    <w:p>
      <w:pPr>
        <w:jc w:val="right"/>
      </w:pPr>
      <w:r>
        <w:t>تو target اگرچہ یہی تھا کہ سارے عالم تک پہنچ جائے message۔</w:t>
      </w:r>
    </w:p>
    <w:p>
      <w:r>
        <w:rPr>
          <w:b/>
        </w:rPr>
        <w:t xml:space="preserve">[47:16] </w:t>
      </w:r>
      <w:r>
        <w:t>lekin sadhan nahi the, mawaqe nahi the, opportunities nahi thi.</w:t>
      </w:r>
    </w:p>
    <w:p>
      <w:pPr>
        <w:jc w:val="right"/>
      </w:pPr>
      <w:r>
        <w:t>لیکن سادھن نہیں تھے، مواقع نہیں تھے، opportunities نہیں تھیں۔</w:t>
      </w:r>
    </w:p>
    <w:p>
      <w:r>
        <w:rPr>
          <w:b/>
        </w:rPr>
        <w:t xml:space="preserve">[47:21] </w:t>
      </w:r>
      <w:r>
        <w:t>to pehli bar sadhan diya kis ne? westerners ne.</w:t>
      </w:r>
    </w:p>
    <w:p>
      <w:pPr>
        <w:jc w:val="right"/>
      </w:pPr>
      <w:r>
        <w:t>تو پہلی بار سادھن دیا کس نے؟ westerners نے۔</w:t>
      </w:r>
    </w:p>
    <w:p>
      <w:r>
        <w:rPr>
          <w:b/>
        </w:rPr>
        <w:t xml:space="preserve">[47:27] </w:t>
      </w:r>
      <w:r>
        <w:t>wo secular log the to is se kya hua? is se kya hua? rasool Allah ne Abdullah ibn</w:t>
      </w:r>
    </w:p>
    <w:p>
      <w:pPr>
        <w:jc w:val="right"/>
      </w:pPr>
      <w:r>
        <w:t>وہ secular لوگ تھے تو اس سے کیا ہوا؟ اس سے کیا ہوا؟ رسول اللہ نے عبداللہ ابن</w:t>
      </w:r>
    </w:p>
    <w:p>
      <w:r>
        <w:rPr>
          <w:b/>
        </w:rPr>
        <w:t xml:space="preserve">[47:32] </w:t>
      </w:r>
      <w:r>
        <w:t>Uraiqah jo mushrik tha, us ko apna guide banaya.</w:t>
      </w:r>
    </w:p>
    <w:p>
      <w:pPr>
        <w:jc w:val="right"/>
      </w:pPr>
      <w:r>
        <w:t>عریقہ جو مشرک تھا، اس کو اپنا guide بنایا۔</w:t>
      </w:r>
    </w:p>
    <w:p>
      <w:r>
        <w:rPr>
          <w:b/>
        </w:rPr>
        <w:t xml:space="preserve">[47:37] </w:t>
      </w:r>
      <w:r>
        <w:t>us ka mushrik hona ek alag cheez hai.</w:t>
      </w:r>
    </w:p>
    <w:p>
      <w:pPr>
        <w:jc w:val="right"/>
      </w:pPr>
      <w:r>
        <w:t>اس کا مشرک ہونا ایک الگ چیز ہے۔</w:t>
      </w:r>
    </w:p>
    <w:p>
      <w:r>
        <w:rPr>
          <w:b/>
        </w:rPr>
        <w:t xml:space="preserve">[47:42] </w:t>
      </w:r>
      <w:r>
        <w:t>rasool Allah ne yahan alag kiya dekhiye.</w:t>
      </w:r>
    </w:p>
    <w:p>
      <w:pPr>
        <w:jc w:val="right"/>
      </w:pPr>
      <w:r>
        <w:t>رسول اللہ نے یہاں الگ کیا دیکھیے۔</w:t>
      </w:r>
    </w:p>
    <w:p>
      <w:r>
        <w:rPr>
          <w:b/>
        </w:rPr>
        <w:t xml:space="preserve">[47:48] </w:t>
      </w:r>
      <w:r>
        <w:t>yani deal linking policy ikhtiyar ki rasool Allah sal Allahu alaihi wasallam ne.</w:t>
      </w:r>
    </w:p>
    <w:p>
      <w:pPr>
        <w:jc w:val="right"/>
      </w:pPr>
      <w:r>
        <w:t>یعنی deal linking policy اختیار کی رسول اللہ صلی اللہ علیہ وسلم نے۔</w:t>
      </w:r>
    </w:p>
    <w:p>
      <w:r>
        <w:rPr>
          <w:b/>
        </w:rPr>
        <w:t xml:space="preserve">[47:53] </w:t>
      </w:r>
      <w:r>
        <w:t>deal linking policy.</w:t>
      </w:r>
    </w:p>
    <w:p>
      <w:pPr>
        <w:jc w:val="right"/>
      </w:pPr>
      <w:r>
        <w:t>Deal linking policy۔</w:t>
      </w:r>
    </w:p>
    <w:p>
      <w:r>
        <w:rPr>
          <w:b/>
        </w:rPr>
        <w:t xml:space="preserve">[47:58] </w:t>
      </w:r>
      <w:r>
        <w:t>mushrik hai to hua kare.</w:t>
      </w:r>
    </w:p>
    <w:p>
      <w:pPr>
        <w:jc w:val="right"/>
      </w:pPr>
      <w:r>
        <w:t>مشرک ہے تو ہوا کرے۔</w:t>
      </w:r>
    </w:p>
    <w:p>
      <w:r>
        <w:rPr>
          <w:b/>
        </w:rPr>
        <w:t xml:space="preserve">[48:03] </w:t>
      </w:r>
      <w:r>
        <w:t>hum ko guide karega wo.</w:t>
      </w:r>
    </w:p>
    <w:p>
      <w:pPr>
        <w:jc w:val="right"/>
      </w:pPr>
      <w:r>
        <w:t>ہم کو guide کرے گا وہ۔</w:t>
      </w:r>
    </w:p>
    <w:p>
      <w:r>
        <w:rPr>
          <w:b/>
        </w:rPr>
        <w:t xml:space="preserve">[48:09] </w:t>
      </w:r>
      <w:r>
        <w:t>is se pehle ek aur peghambar ye misaal qaim kar chuke the Hazrat Yusuf alaihi salam.</w:t>
      </w:r>
    </w:p>
    <w:p>
      <w:pPr>
        <w:jc w:val="right"/>
      </w:pPr>
      <w:r>
        <w:t>اس سے پہلے ایک اور پیغمبر یہ مثال قائم کر چکے تھے حضرت یوسف علیہ السلام۔</w:t>
      </w:r>
    </w:p>
    <w:p>
      <w:r>
        <w:rPr>
          <w:b/>
        </w:rPr>
        <w:t xml:space="preserve">[48:14] </w:t>
      </w:r>
      <w:r>
        <w:t>un ke zamane mein Misr mein ek badshah tha.</w:t>
      </w:r>
    </w:p>
    <w:p>
      <w:pPr>
        <w:jc w:val="right"/>
      </w:pPr>
      <w:r>
        <w:t>ان کے زمانے میں مصر میں ایک بادشاہ تھا۔</w:t>
      </w:r>
    </w:p>
    <w:p>
      <w:r>
        <w:rPr>
          <w:b/>
        </w:rPr>
        <w:t xml:space="preserve">[48:19] </w:t>
      </w:r>
      <w:r>
        <w:t>to wo mushrik tha.</w:t>
      </w:r>
    </w:p>
    <w:p>
      <w:pPr>
        <w:jc w:val="right"/>
      </w:pPr>
      <w:r>
        <w:t>تو وہ مشرک تھا۔</w:t>
      </w:r>
    </w:p>
    <w:p>
      <w:r>
        <w:rPr>
          <w:b/>
        </w:rPr>
        <w:t xml:space="preserve">[48:24] </w:t>
      </w:r>
      <w:r>
        <w:t>mazeed ek wo sharab bhi peeta tha wo.</w:t>
      </w:r>
    </w:p>
    <w:p>
      <w:pPr>
        <w:jc w:val="right"/>
      </w:pPr>
      <w:r>
        <w:t>مزید ایک وہ شراب بھی پیتا تھا وہ۔</w:t>
      </w:r>
    </w:p>
    <w:p>
      <w:r>
        <w:rPr>
          <w:b/>
        </w:rPr>
        <w:t xml:space="preserve">[48:30] </w:t>
      </w:r>
      <w:r>
        <w:t>khud Quran se sabit hai.</w:t>
      </w:r>
    </w:p>
    <w:p>
      <w:pPr>
        <w:jc w:val="right"/>
      </w:pPr>
      <w:r>
        <w:t>خود قرآن سے ثابت ہے۔</w:t>
      </w:r>
    </w:p>
    <w:p>
      <w:r>
        <w:rPr>
          <w:b/>
        </w:rPr>
        <w:t xml:space="preserve">[48:35] </w:t>
      </w:r>
      <w:r>
        <w:t>lekin us ne ek bohat bara offer de diya Hazrat Yusuf ko.</w:t>
      </w:r>
    </w:p>
    <w:p>
      <w:pPr>
        <w:jc w:val="right"/>
      </w:pPr>
      <w:r>
        <w:t>لیکن اس نے ایک بہت بڑا آفر دے دیا حضرت یوسف کو۔</w:t>
      </w:r>
    </w:p>
    <w:p>
      <w:r>
        <w:rPr>
          <w:b/>
        </w:rPr>
        <w:t xml:space="preserve">[48:40] </w:t>
      </w:r>
      <w:r>
        <w:t>aaj kal ke zamane mein to yani wo goya ke food ministry thi ya ziraat ki ministry thi.</w:t>
      </w:r>
    </w:p>
    <w:p>
      <w:pPr>
        <w:jc w:val="right"/>
      </w:pPr>
      <w:r>
        <w:t>آج کل کے زمانے میں تو یعنی وہ گویا کہ food ministry تھی یا زراعت کی ministry تھی۔</w:t>
      </w:r>
    </w:p>
    <w:p>
      <w:r>
        <w:rPr>
          <w:b/>
        </w:rPr>
        <w:t xml:space="preserve">[48:45] </w:t>
      </w:r>
      <w:r>
        <w:t>lekin aap jante hain ke wo zamana jo tha, wo agricultural zamana tha.</w:t>
      </w:r>
    </w:p>
    <w:p>
      <w:pPr>
        <w:jc w:val="right"/>
      </w:pPr>
      <w:r>
        <w:t>لیکن آپ جانتے ہیں کہ وہ زمانہ جو تھا، وہ agricultural زمانہ تھا۔</w:t>
      </w:r>
    </w:p>
    <w:p>
      <w:r>
        <w:rPr>
          <w:b/>
        </w:rPr>
        <w:t xml:space="preserve">[48:51] </w:t>
      </w:r>
      <w:r>
        <w:t>sari economy base karti thi agriculture par.</w:t>
      </w:r>
    </w:p>
    <w:p>
      <w:pPr>
        <w:jc w:val="right"/>
      </w:pPr>
      <w:r>
        <w:t>ساری economy base کرتی تھی agriculture پر۔</w:t>
      </w:r>
    </w:p>
    <w:p>
      <w:r>
        <w:rPr>
          <w:b/>
        </w:rPr>
        <w:t xml:space="preserve">[48:56] </w:t>
      </w:r>
      <w:r>
        <w:t>aur to kuch tha nahi.</w:t>
      </w:r>
    </w:p>
    <w:p>
      <w:pPr>
        <w:jc w:val="right"/>
      </w:pPr>
      <w:r>
        <w:t>اور تو کچھ تھا نہیں۔</w:t>
      </w:r>
    </w:p>
    <w:p>
      <w:r>
        <w:rPr>
          <w:b/>
        </w:rPr>
        <w:t xml:space="preserve">[49:01] </w:t>
      </w:r>
      <w:r>
        <w:t>koi industry nahi, kuch bhi nahi, kuch bhi nahi.</w:t>
      </w:r>
    </w:p>
    <w:p>
      <w:pPr>
        <w:jc w:val="right"/>
      </w:pPr>
      <w:r>
        <w:t>کوئی industry نہیں، کچھ بھی نہیں، کچھ بھی نہیں۔</w:t>
      </w:r>
    </w:p>
    <w:p>
      <w:r>
        <w:rPr>
          <w:b/>
        </w:rPr>
        <w:t xml:space="preserve">[49:06] </w:t>
      </w:r>
      <w:r>
        <w:t>to sab kuch jo insan ke paas hota tha, wo agriculture.</w:t>
      </w:r>
    </w:p>
    <w:p>
      <w:pPr>
        <w:jc w:val="right"/>
      </w:pPr>
      <w:r>
        <w:t>تو سب کچھ جو انسان کے پاس ہوتا تھا، وہ agriculture۔</w:t>
      </w:r>
    </w:p>
    <w:p>
      <w:r>
        <w:rPr>
          <w:b/>
        </w:rPr>
        <w:t xml:space="preserve">[49:12] </w:t>
      </w:r>
      <w:r>
        <w:t>to agriculture ke maani the yaani sab kuch is ke ikhtiyar mein aa gaya.</w:t>
      </w:r>
    </w:p>
    <w:p>
      <w:pPr>
        <w:jc w:val="right"/>
      </w:pPr>
      <w:r>
        <w:t>تو agriculture کے معنی تھے یعنی سب کچھ اس کے اختیار میں آگیا۔</w:t>
      </w:r>
    </w:p>
    <w:p>
      <w:r>
        <w:rPr>
          <w:b/>
        </w:rPr>
        <w:t xml:space="preserve">[49:17] </w:t>
      </w:r>
      <w:r>
        <w:t>to goya ke Hazrat Yusuf alaihi assalam ki hesiyat prime minister ki thi.</w:t>
      </w:r>
    </w:p>
    <w:p>
      <w:pPr>
        <w:jc w:val="right"/>
      </w:pPr>
      <w:r>
        <w:t>تو گویا کہ حضرت یوسف علیہ السلام کی حیثیت prime minister کی تھی۔</w:t>
      </w:r>
    </w:p>
    <w:p>
      <w:r>
        <w:rPr>
          <w:b/>
        </w:rPr>
        <w:t xml:space="preserve">[49:22] </w:t>
      </w:r>
      <w:r>
        <w:t>baap woh badshah jo tha, woh ek figure head ke taur par tha bas, figure head ke taur par.</w:t>
      </w:r>
    </w:p>
    <w:p>
      <w:pPr>
        <w:jc w:val="right"/>
      </w:pPr>
      <w:r>
        <w:t>باپ وہ بادشاہ جو تھا، وہ ایک figure head کے طور پر تھا بس، figure head کے طور پر۔</w:t>
      </w:r>
    </w:p>
    <w:p>
      <w:r>
        <w:rPr>
          <w:b/>
        </w:rPr>
        <w:t xml:space="preserve">[49:27] </w:t>
      </w:r>
      <w:r>
        <w:t>to unhon ne kya? un ko alag kar ke dekha.</w:t>
      </w:r>
    </w:p>
    <w:p>
      <w:pPr>
        <w:jc w:val="right"/>
      </w:pPr>
      <w:r>
        <w:t>تو انہوں نے کیا؟ ان کو الگ کر کے دیکھا۔</w:t>
      </w:r>
    </w:p>
    <w:p>
      <w:r>
        <w:rPr>
          <w:b/>
        </w:rPr>
        <w:t xml:space="preserve">[49:33] </w:t>
      </w:r>
      <w:r>
        <w:t>he was able to differentiate between the two ke theek hai, woh mushrik hai to hua kare.</w:t>
      </w:r>
    </w:p>
    <w:p>
      <w:pPr>
        <w:jc w:val="right"/>
      </w:pPr>
      <w:r>
        <w:t>he was able to differentiate between the two کہ ٹھیک ہے، وہ مشرک ہے تو ہوا کرے۔</w:t>
      </w:r>
    </w:p>
    <w:p>
      <w:r>
        <w:rPr>
          <w:b/>
        </w:rPr>
        <w:t xml:space="preserve">[49:38] </w:t>
      </w:r>
      <w:r>
        <w:t>sharab peeta hai to is ki zaat mehel mein apni sharab pee raha hai.</w:t>
      </w:r>
    </w:p>
    <w:p>
      <w:pPr>
        <w:jc w:val="right"/>
      </w:pPr>
      <w:r>
        <w:t>شراب پیتا ہے تو اس کی ذات محل میں اپنی شراب پی رہا ہے۔</w:t>
      </w:r>
    </w:p>
    <w:p>
      <w:r>
        <w:rPr>
          <w:b/>
        </w:rPr>
        <w:t xml:space="preserve">[49:43] </w:t>
      </w:r>
      <w:r>
        <w:t>lekin sari duniya to hum ko de raha hai.</w:t>
      </w:r>
    </w:p>
    <w:p>
      <w:pPr>
        <w:jc w:val="right"/>
      </w:pPr>
      <w:r>
        <w:t>لیکن ساری دنیا تو ہم کو دے رہا ہے۔</w:t>
      </w:r>
    </w:p>
    <w:p>
      <w:r>
        <w:rPr>
          <w:b/>
        </w:rPr>
        <w:t xml:space="preserve">[49:49] </w:t>
      </w:r>
      <w:r>
        <w:t>sara misr hum ko de raha hai, kaho marriage karo tum.</w:t>
      </w:r>
    </w:p>
    <w:p>
      <w:pPr>
        <w:jc w:val="right"/>
      </w:pPr>
      <w:r>
        <w:t>سارا مصر ہم کو دے رہا ہے، کہو marriage کرو تم۔</w:t>
      </w:r>
    </w:p>
    <w:p>
      <w:r>
        <w:rPr>
          <w:b/>
        </w:rPr>
        <w:t xml:space="preserve">[49:54] </w:t>
      </w:r>
      <w:r>
        <w:t>to is ko accept kar liya is ko.</w:t>
      </w:r>
    </w:p>
    <w:p>
      <w:pPr>
        <w:jc w:val="right"/>
      </w:pPr>
      <w:r>
        <w:t>تو اس کو accept کر لیا اس کو۔</w:t>
      </w:r>
    </w:p>
    <w:p>
      <w:r>
        <w:rPr>
          <w:b/>
        </w:rPr>
        <w:t xml:space="preserve">[49:59] </w:t>
      </w:r>
      <w:r>
        <w:t>to yeh hai al faslu bain al shiy.</w:t>
      </w:r>
    </w:p>
    <w:p>
      <w:pPr>
        <w:jc w:val="right"/>
      </w:pPr>
      <w:r>
        <w:t>تو یہ ہے الفصل بین الشیع۔</w:t>
      </w:r>
    </w:p>
    <w:p>
      <w:r>
        <w:rPr>
          <w:b/>
        </w:rPr>
        <w:t xml:space="preserve">[50:04] </w:t>
      </w:r>
      <w:r>
        <w:t>تو اس زمانے میں جو علماء پیدا ہوئے، جو رہنما پیدا ہوئے، went to all sab ke sab</w:t>
      </w:r>
    </w:p>
    <w:p>
      <w:pPr>
        <w:jc w:val="right"/>
      </w:pPr>
      <w:r>
        <w:t>تو اس زمانے میں جو علماء پیدا ہوئے، جو رہنما پیدا ہوئے، went to all سب کے سب</w:t>
      </w:r>
    </w:p>
    <w:p>
      <w:r>
        <w:rPr>
          <w:b/>
        </w:rPr>
        <w:t xml:space="preserve">[50:10] </w:t>
      </w:r>
      <w:r>
        <w:t>without any exception fail ho gaye is wisdom ko samajhne mein.</w:t>
      </w:r>
    </w:p>
    <w:p>
      <w:pPr>
        <w:jc w:val="right"/>
      </w:pPr>
      <w:r>
        <w:t>without any exception fail ہو گئے اس wisdom کو سمجھنے میں۔</w:t>
      </w:r>
    </w:p>
    <w:p>
      <w:r>
        <w:rPr>
          <w:b/>
        </w:rPr>
        <w:t xml:space="preserve">[50:15] </w:t>
      </w:r>
      <w:r>
        <w:t>yeh wisdom ko samajhne mein.</w:t>
      </w:r>
    </w:p>
    <w:p>
      <w:pPr>
        <w:jc w:val="right"/>
      </w:pPr>
      <w:r>
        <w:t>یہ wisdom کو سمجھنے میں۔</w:t>
      </w:r>
    </w:p>
    <w:p>
      <w:r>
        <w:rPr>
          <w:b/>
        </w:rPr>
        <w:t xml:space="preserve">[50:20] </w:t>
      </w:r>
      <w:r>
        <w:t>kaisi ajeeb baat hai.</w:t>
      </w:r>
    </w:p>
    <w:p>
      <w:pPr>
        <w:jc w:val="right"/>
      </w:pPr>
      <w:r>
        <w:t>کیسی عجیب بات ہے۔</w:t>
      </w:r>
    </w:p>
    <w:p>
      <w:r>
        <w:rPr>
          <w:b/>
        </w:rPr>
        <w:t xml:space="preserve">[50:25] </w:t>
      </w:r>
      <w:r>
        <w:t>woh to kehti hain kya hua ke Islam ka jo ek daur aaya tha, woh avail nahi ho saka.</w:t>
      </w:r>
    </w:p>
    <w:p>
      <w:pPr>
        <w:jc w:val="right"/>
      </w:pPr>
      <w:r>
        <w:t>وہ تو کہتی ہیں کیا ہوا کہ اسلام کا جو ایک دور آیا تھا، وہ avail نہیں ہو سکا۔</w:t>
      </w:r>
    </w:p>
    <w:p>
      <w:r>
        <w:rPr>
          <w:b/>
        </w:rPr>
        <w:t xml:space="preserve">[50:31] </w:t>
      </w:r>
      <w:r>
        <w:t>ek naye mawaqe dawat aaye the, woh avail nahi ho sake.</w:t>
      </w:r>
    </w:p>
    <w:p>
      <w:pPr>
        <w:jc w:val="right"/>
      </w:pPr>
      <w:r>
        <w:t>ایک نئے مواقع دعوت آئے تھے، وہ avail نہیں ہو سکے۔</w:t>
      </w:r>
    </w:p>
    <w:p>
      <w:r>
        <w:rPr>
          <w:b/>
        </w:rPr>
        <w:t xml:space="preserve">[50:36] </w:t>
      </w:r>
      <w:r>
        <w:t>learn not bear now, learn not bear now, learn not bear now.</w:t>
      </w:r>
    </w:p>
    <w:p>
      <w:pPr>
        <w:jc w:val="right"/>
      </w:pPr>
      <w:r>
        <w:t>learn not bear nah, learn not bear nah, learn not bear nah.</w:t>
      </w:r>
    </w:p>
    <w:p>
      <w:r>
        <w:rPr>
          <w:b/>
        </w:rPr>
        <w:t xml:space="preserve">[50:41] </w:t>
      </w:r>
      <w:r>
        <w:t>kaisi ajeeb baat hai.</w:t>
      </w:r>
    </w:p>
    <w:p>
      <w:pPr>
        <w:jc w:val="right"/>
      </w:pPr>
      <w:r>
        <w:t>کیسی عجیب بات ہے۔</w:t>
      </w:r>
    </w:p>
    <w:p>
      <w:r>
        <w:rPr>
          <w:b/>
        </w:rPr>
        <w:t xml:space="preserve">[50:46] </w:t>
      </w:r>
      <w:r>
        <w:t>koi ek shakhs bhi nahi khada ho ke kehne wala utha ke bhai tum kyun ladte ho in</w:t>
      </w:r>
    </w:p>
    <w:p>
      <w:pPr>
        <w:jc w:val="right"/>
      </w:pPr>
      <w:r>
        <w:t>کوئی ایک شخص بھی نہیں کھڑا ہو کہ کہنے والا اٹھا کہ بھئی تم کیوں لڑتے ہو ان</w:t>
      </w:r>
    </w:p>
    <w:p>
      <w:r>
        <w:rPr>
          <w:b/>
        </w:rPr>
        <w:t xml:space="preserve">[50:52] </w:t>
      </w:r>
      <w:r>
        <w:t>ko? they are harbinger of new civilization.</w:t>
      </w:r>
    </w:p>
    <w:p>
      <w:pPr>
        <w:jc w:val="right"/>
      </w:pPr>
      <w:r>
        <w:t>کو؟ they are harbinger of new civilization.</w:t>
      </w:r>
    </w:p>
    <w:p>
      <w:r>
        <w:rPr>
          <w:b/>
        </w:rPr>
        <w:t xml:space="preserve">[50:57] </w:t>
      </w:r>
      <w:r>
        <w:t>woh to naye mawaqe laye hain, naye opportunities laye hain.</w:t>
      </w:r>
    </w:p>
    <w:p>
      <w:pPr>
        <w:jc w:val="right"/>
      </w:pPr>
      <w:r>
        <w:t>وہ تو نئے مواقع لائے ہیں، نئے opportunities لائے ہیں۔</w:t>
      </w:r>
    </w:p>
    <w:p>
      <w:r>
        <w:rPr>
          <w:b/>
        </w:rPr>
        <w:t xml:space="preserve">[51:02] </w:t>
      </w:r>
      <w:r>
        <w:t>woh khud hamare liye karamad cheezein laye hain, jo jis ko hum istemal karein Islam ke dawat ke liye.</w:t>
      </w:r>
    </w:p>
    <w:p>
      <w:pPr>
        <w:jc w:val="right"/>
      </w:pPr>
      <w:r>
        <w:t>وہ خود ہمارے لیے کارآمد چیزیں لائے ہیں، جو جس کو ہم استعمال کریں اسلام کے دعوت کے لیے۔</w:t>
      </w:r>
    </w:p>
    <w:p>
      <w:r>
        <w:rPr>
          <w:b/>
        </w:rPr>
        <w:t xml:space="preserve">[51:07] </w:t>
      </w:r>
      <w:r>
        <w:t>aur woh ayat yahan mukammal ho rahi hai.</w:t>
      </w:r>
    </w:p>
    <w:p>
      <w:pPr>
        <w:jc w:val="right"/>
      </w:pPr>
      <w:r>
        <w:t>اور وہ آیت یہاں مکمل ہو رہی ہے۔</w:t>
      </w:r>
    </w:p>
    <w:p>
      <w:r>
        <w:rPr>
          <w:b/>
        </w:rPr>
        <w:t xml:space="preserve">[51:13] </w:t>
      </w:r>
      <w:r>
        <w:t>wa qatiloo ma lam takufoo takufoo fadwa wa yakuna al dunya kullu li Allah yeh to inhi logon ke zariye se ho raha hai.</w:t>
      </w:r>
    </w:p>
    <w:p>
      <w:pPr>
        <w:jc w:val="right"/>
      </w:pPr>
      <w:r>
        <w:t>وقاتلوا متى لا تكوف تكون فدوا ويكون الدنيا كل لله یہ تو انہی لوگوں کے ذریعے سے ہو رہا ہے۔</w:t>
      </w:r>
    </w:p>
    <w:p>
      <w:r>
        <w:rPr>
          <w:b/>
        </w:rPr>
        <w:t xml:space="preserve">[51:18] </w:t>
      </w:r>
      <w:r>
        <w:t>yaani secular logon ke zariye se.</w:t>
      </w:r>
    </w:p>
    <w:p>
      <w:pPr>
        <w:jc w:val="right"/>
      </w:pPr>
      <w:r>
        <w:t>یعنی secular لوگوں کے ذریعے سے۔</w:t>
      </w:r>
    </w:p>
    <w:p>
      <w:r>
        <w:rPr>
          <w:b/>
        </w:rPr>
        <w:t xml:space="preserve">[51:23] </w:t>
      </w:r>
      <w:r>
        <w:t>aur mazeed yeh hai ke is ke peshin goi khud hadith mein maujood thi.</w:t>
      </w:r>
    </w:p>
    <w:p>
      <w:pPr>
        <w:jc w:val="right"/>
      </w:pPr>
      <w:r>
        <w:t>اور مزید یہ ہے کہ اس کے پیشین گوئی خود حدیث میں موجود تھی۔</w:t>
      </w:r>
    </w:p>
    <w:p>
      <w:r>
        <w:rPr>
          <w:b/>
        </w:rPr>
        <w:t xml:space="preserve">[51:28] </w:t>
      </w:r>
      <w:r>
        <w:t>Bukhari ki riwayat hai ke inna Allaha layu ayyidu hadha al deena bi al rajul al fujir yaani secular logon ke zariye Allah</w:t>
      </w:r>
    </w:p>
    <w:p>
      <w:pPr>
        <w:jc w:val="right"/>
      </w:pPr>
      <w:r>
        <w:t>بخاری کی روایت ہے کہ إن الله ليؤيد هذا الدين بالرجل الفاجر یعنی secular لوگوں کے ذریعے اللہ</w:t>
      </w:r>
    </w:p>
    <w:p>
      <w:r>
        <w:rPr>
          <w:b/>
        </w:rPr>
        <w:t xml:space="preserve">[51:34] </w:t>
      </w:r>
      <w:r>
        <w:t>ta'ala madad karega.</w:t>
      </w:r>
    </w:p>
    <w:p>
      <w:pPr>
        <w:jc w:val="right"/>
      </w:pPr>
      <w:r>
        <w:t>تعالی مدد کرے گا۔</w:t>
      </w:r>
    </w:p>
    <w:p>
      <w:r>
        <w:rPr>
          <w:b/>
        </w:rPr>
        <w:t xml:space="preserve">[51:39] </w:t>
      </w:r>
      <w:r>
        <w:t>yahi to to hain ye secular log.</w:t>
      </w:r>
    </w:p>
    <w:p>
      <w:pPr>
        <w:jc w:val="right"/>
      </w:pPr>
      <w:r>
        <w:t>یہی تو تو ہیں یہ secular لوگ۔</w:t>
      </w:r>
    </w:p>
    <w:p>
      <w:r>
        <w:rPr>
          <w:b/>
        </w:rPr>
        <w:t xml:space="preserve">[51:44] </w:t>
      </w:r>
      <w:r>
        <w:t>yahi to hain secular log.</w:t>
      </w:r>
    </w:p>
    <w:p>
      <w:pPr>
        <w:jc w:val="right"/>
      </w:pPr>
      <w:r>
        <w:t>یہی تو ہیں secular لوگ۔</w:t>
      </w:r>
    </w:p>
    <w:p>
      <w:r>
        <w:rPr>
          <w:b/>
        </w:rPr>
        <w:t xml:space="preserve">[51:49] </w:t>
      </w:r>
      <w:r>
        <w:t>to twenty-first century mein ye hai karna ka kaam.</w:t>
      </w:r>
    </w:p>
    <w:p>
      <w:pPr>
        <w:jc w:val="right"/>
      </w:pPr>
      <w:r>
        <w:t>تو twenty-first century میں یہ ہے کرنا کا کام۔</w:t>
      </w:r>
    </w:p>
    <w:p>
      <w:r>
        <w:rPr>
          <w:b/>
        </w:rPr>
        <w:t xml:space="preserve">[51:55] </w:t>
      </w:r>
      <w:r>
        <w:t>ke hum apni ghalti ka etiraf karen.</w:t>
      </w:r>
    </w:p>
    <w:p>
      <w:pPr>
        <w:jc w:val="right"/>
      </w:pPr>
      <w:r>
        <w:t>کہ ہم اپنی غلطی کا اعتراف کریں۔</w:t>
      </w:r>
    </w:p>
    <w:p>
      <w:r>
        <w:rPr>
          <w:b/>
        </w:rPr>
        <w:t xml:space="preserve">[52:00] </w:t>
      </w:r>
      <w:r>
        <w:t>jin rehnamaon ko bare bareلقب de rakhe hain, wo sab jhoote لقب hain.</w:t>
      </w:r>
    </w:p>
    <w:p>
      <w:pPr>
        <w:jc w:val="right"/>
      </w:pPr>
      <w:r>
        <w:t>جن رہنماؤں کو بڑے بڑے لقب دے رکھے ہیں، وہ سب جھوٹے لقب ہیں۔</w:t>
      </w:r>
    </w:p>
    <w:p>
      <w:r>
        <w:rPr>
          <w:b/>
        </w:rPr>
        <w:t xml:space="preserve">[52:05] </w:t>
      </w:r>
      <w:r>
        <w:t>bare bareلقب de rakhe hain.</w:t>
      </w:r>
    </w:p>
    <w:p>
      <w:pPr>
        <w:jc w:val="right"/>
      </w:pPr>
      <w:r>
        <w:t>بڑے بڑے القاب دے رکھے ہیں۔</w:t>
      </w:r>
    </w:p>
    <w:p>
      <w:r>
        <w:rPr>
          <w:b/>
        </w:rPr>
        <w:t xml:space="preserve">[52:10] </w:t>
      </w:r>
      <w:r>
        <w:t>koi mufakkir-e-azam hai, koi qaed-e-azam hai, koi pata nahin kya hai, kaun azam hai.</w:t>
      </w:r>
    </w:p>
    <w:p>
      <w:pPr>
        <w:jc w:val="right"/>
      </w:pPr>
      <w:r>
        <w:t>کوئی مفکر اعظم ہے، کوئی قائد اعظم ہے، کوئی پتہ نہیں کیا ہے، کون اعظم ہے۔</w:t>
      </w:r>
    </w:p>
    <w:p>
      <w:r>
        <w:rPr>
          <w:b/>
        </w:rPr>
        <w:t xml:space="preserve">[52:16] </w:t>
      </w:r>
      <w:r>
        <w:t>to ye sab bilkul darya mein phenk dijiye in alqab ko.</w:t>
      </w:r>
    </w:p>
    <w:p>
      <w:pPr>
        <w:jc w:val="right"/>
      </w:pPr>
      <w:r>
        <w:t>تو یہ سب بالکل دریا میں پھینک دیجیے ان القاب کو۔</w:t>
      </w:r>
    </w:p>
    <w:p>
      <w:r>
        <w:rPr>
          <w:b/>
        </w:rPr>
        <w:t xml:space="preserve">[52:21] </w:t>
      </w:r>
      <w:r>
        <w:t>apni ghalti ko maniye.</w:t>
      </w:r>
    </w:p>
    <w:p>
      <w:pPr>
        <w:jc w:val="right"/>
      </w:pPr>
      <w:r>
        <w:t>اپنی غلطی کو مانیے۔</w:t>
      </w:r>
    </w:p>
    <w:p>
      <w:r>
        <w:rPr>
          <w:b/>
        </w:rPr>
        <w:t xml:space="preserve">[52:26] </w:t>
      </w:r>
      <w:r>
        <w:t>aur jo mawaqe aa chuke hain, un ko janiye aur un ko avail kijiye.</w:t>
      </w:r>
    </w:p>
    <w:p>
      <w:pPr>
        <w:jc w:val="right"/>
      </w:pPr>
      <w:r>
        <w:t>اور جو مواقع آ چکے ہیں، ان کو جانیے اور ان کو avail کیجیے۔</w:t>
      </w:r>
    </w:p>
    <w:p>
      <w:r>
        <w:rPr>
          <w:b/>
        </w:rPr>
        <w:t xml:space="preserve">[52:31] </w:t>
      </w:r>
      <w:r>
        <w:t>taake wo daur aaye jo hadith mein aaye ke adkhulu al-kalimah fi kull al-buyut sare aalami, sare alam</w:t>
      </w:r>
    </w:p>
    <w:p>
      <w:pPr>
        <w:jc w:val="right"/>
      </w:pPr>
      <w:r>
        <w:t>تاکہ وہ دور آئے جو حدیث میں آئے کہ ادخلوا الكلمة في كل البيوت سارے عالمی، سارے عالم</w:t>
      </w:r>
    </w:p>
    <w:p>
      <w:r>
        <w:rPr>
          <w:b/>
        </w:rPr>
        <w:t xml:space="preserve">[52:37] </w:t>
      </w:r>
      <w:r>
        <w:t>mein, har ghar, har jahan bhi insan rehta hai, wahan par Allah ki baat pahunch jaye.</w:t>
      </w:r>
    </w:p>
    <w:p>
      <w:pPr>
        <w:jc w:val="right"/>
      </w:pPr>
      <w:r>
        <w:t>میں، ہر گھر، ہر جہاں بھی انسان رہتا ہے، وہاں پر اللہ کی بات پہنچ جائے۔</w:t>
      </w:r>
    </w:p>
    <w:p>
      <w:r>
        <w:rPr>
          <w:b/>
        </w:rPr>
        <w:t xml:space="preserve">[52:42] </w:t>
      </w:r>
      <w:r>
        <w:t>jo pehle mumkin nahin tha, ye to pehli bar mumkin hua hai.</w:t>
      </w:r>
    </w:p>
    <w:p>
      <w:pPr>
        <w:jc w:val="right"/>
      </w:pPr>
      <w:r>
        <w:t>جو پہلے ممکن نہیں تھا، یہ تو پہلی بار ممکن ہوا ہے۔</w:t>
      </w:r>
    </w:p>
    <w:p>
      <w:r>
        <w:rPr>
          <w:b/>
        </w:rPr>
        <w:t xml:space="preserve">[52:47] </w:t>
      </w:r>
      <w:r>
        <w:t>kisi bhi daur mein Hazrat Adam se le kar Rasool Allah tak kabhi mumkin hi nahin tha ke</w:t>
      </w:r>
    </w:p>
    <w:p>
      <w:pPr>
        <w:jc w:val="right"/>
      </w:pPr>
      <w:r>
        <w:t>کسی بھی دور میں حضرت آدم سے لے کر رسول اللہ تک کبھی ممکن ہی نہیں تھا کہ</w:t>
      </w:r>
    </w:p>
    <w:p>
      <w:r>
        <w:rPr>
          <w:b/>
        </w:rPr>
        <w:t xml:space="preserve">[52:52] </w:t>
      </w:r>
      <w:r>
        <w:t>sare alam ki satah par paigham rasani ki jaye.</w:t>
      </w:r>
    </w:p>
    <w:p>
      <w:pPr>
        <w:jc w:val="right"/>
      </w:pPr>
      <w:r>
        <w:t>سارے عالم کی سطح پر پیغام رسانی کی جائے۔</w:t>
      </w:r>
    </w:p>
    <w:p>
      <w:r>
        <w:rPr>
          <w:b/>
        </w:rPr>
        <w:t xml:space="preserve">[52:58] </w:t>
      </w:r>
      <w:r>
        <w:t>sadhan nahin the, resources nahin the, wo wo halaat nahin the.</w:t>
      </w:r>
    </w:p>
    <w:p>
      <w:pPr>
        <w:jc w:val="right"/>
      </w:pPr>
      <w:r>
        <w:t>سادھن نہیں تھے، resources نہیں تھے، وہ وہ حالات نہیں تھے۔</w:t>
      </w:r>
    </w:p>
    <w:p>
      <w:r>
        <w:rPr>
          <w:b/>
        </w:rPr>
        <w:t xml:space="preserve">[53:03] </w:t>
      </w:r>
      <w:r>
        <w:t>inhi logon ne, yani maujooda modern civilization jis ko kehte hain hum, jis ko ke mazak udate rahe.</w:t>
      </w:r>
    </w:p>
    <w:p>
      <w:pPr>
        <w:jc w:val="right"/>
      </w:pPr>
      <w:r>
        <w:t>انہی لوگوں نے، یعنی موجودہ modern civilization جس کو کہتے ہیں ہم، جس کو کہ مذاق اڑاتے رہے۔</w:t>
      </w:r>
    </w:p>
    <w:p>
      <w:r>
        <w:rPr>
          <w:b/>
        </w:rPr>
        <w:t xml:space="preserve">[53:08] </w:t>
      </w:r>
      <w:r>
        <w:t>yani hamare bare bare log mazak udate rahe.</w:t>
      </w:r>
    </w:p>
    <w:p>
      <w:pPr>
        <w:jc w:val="right"/>
      </w:pPr>
      <w:r>
        <w:t>یعنی ہمارے بڑے بڑے لوگ مذاق اڑاتے رہے۔</w:t>
      </w:r>
    </w:p>
    <w:p>
      <w:r>
        <w:rPr>
          <w:b/>
        </w:rPr>
        <w:t xml:space="preserve">[53:13] </w:t>
      </w:r>
      <w:r>
        <w:t>Iqbal jaisa aadmi jo Europe gaya, wo bhi mazak udata tha.</w:t>
      </w:r>
    </w:p>
    <w:p>
      <w:pPr>
        <w:jc w:val="right"/>
      </w:pPr>
      <w:r>
        <w:t>اقبال جیسا آدمی جو یورپ گیا، وہ بھی مذاق اڑاتا تھا۔</w:t>
      </w:r>
    </w:p>
    <w:p>
      <w:r>
        <w:rPr>
          <w:b/>
        </w:rPr>
        <w:t xml:space="preserve">[53:19] </w:t>
      </w:r>
      <w:r>
        <w:t>Iqbal, Akbar Ilahabadi, Syed Qutb, Jamaaluddin Afghani, sab maghrib ke tehzeeb ko mazak udate rahe.</w:t>
      </w:r>
    </w:p>
    <w:p>
      <w:pPr>
        <w:jc w:val="right"/>
      </w:pPr>
      <w:r>
        <w:t>اقبال، اکبر الہ آبادی، سید قطب، جماعت الدین افغانی، سب مغرب کے تہذیب کو مذاق اڑاتے رہے۔</w:t>
      </w:r>
    </w:p>
    <w:p>
      <w:r>
        <w:rPr>
          <w:b/>
        </w:rPr>
        <w:t xml:space="preserve">[53:24] </w:t>
      </w:r>
      <w:r>
        <w:t>kyun jana nahin unhon ne is ko? to ab to janiye.</w:t>
      </w:r>
    </w:p>
    <w:p>
      <w:pPr>
        <w:jc w:val="right"/>
      </w:pPr>
      <w:r>
        <w:t>کیوں جانا نہیں انہوں نے اس کو؟ تو اب تو جانیے۔</w:t>
      </w:r>
    </w:p>
    <w:p>
      <w:r>
        <w:rPr>
          <w:b/>
        </w:rPr>
        <w:t xml:space="preserve">[53:29] </w:t>
      </w:r>
      <w:r>
        <w:t>der aayat durust aayat.</w:t>
      </w:r>
    </w:p>
    <w:p>
      <w:pPr>
        <w:jc w:val="right"/>
      </w:pPr>
      <w:r>
        <w:t>دیر آیت درست آیت۔</w:t>
      </w:r>
    </w:p>
    <w:p>
      <w:r>
        <w:rPr>
          <w:b/>
        </w:rPr>
        <w:t xml:space="preserve">[53:35] </w:t>
      </w:r>
      <w:r>
        <w:t>yani ab se agar hum is baat ko daryaft karen.</w:t>
      </w:r>
    </w:p>
    <w:p>
      <w:pPr>
        <w:jc w:val="right"/>
      </w:pPr>
      <w:r>
        <w:t>یعنی اب سے اگر ہم اس بات کو دریافت کریں۔</w:t>
      </w:r>
    </w:p>
    <w:p>
      <w:r>
        <w:rPr>
          <w:b/>
        </w:rPr>
        <w:t xml:space="preserve">[53:40] </w:t>
      </w:r>
      <w:r>
        <w:t>lekin is ke liye kya karna hoga? apni ghalti ko manna hoga.</w:t>
      </w:r>
    </w:p>
    <w:p>
      <w:pPr>
        <w:jc w:val="right"/>
      </w:pPr>
      <w:r>
        <w:t>لیکن اس کے لیے کیا کرنا ہوگا؟ اپنی غلطی کو ماننا ہوگا۔</w:t>
      </w:r>
    </w:p>
    <w:p>
      <w:r>
        <w:rPr>
          <w:b/>
        </w:rPr>
        <w:t xml:space="preserve">[53:45] </w:t>
      </w:r>
      <w:r>
        <w:t>nafraton ko khatm karna hoga.</w:t>
      </w:r>
    </w:p>
    <w:p>
      <w:pPr>
        <w:jc w:val="right"/>
      </w:pPr>
      <w:r>
        <w:t>نفرتوں کو ختم کرنا ہوگا۔</w:t>
      </w:r>
    </w:p>
    <w:p>
      <w:r>
        <w:rPr>
          <w:b/>
        </w:rPr>
        <w:t xml:space="preserve">[53:50] </w:t>
      </w:r>
      <w:r>
        <w:t>hathiyar ko darya mein phenk dena hoga.</w:t>
      </w:r>
    </w:p>
    <w:p>
      <w:pPr>
        <w:jc w:val="right"/>
      </w:pPr>
      <w:r>
        <w:t>ہتھیار کو دریا میں پھینک دینا ہوگا۔</w:t>
      </w:r>
    </w:p>
    <w:p>
      <w:r>
        <w:rPr>
          <w:b/>
        </w:rPr>
        <w:t xml:space="preserve">[53:56] </w:t>
      </w:r>
      <w:r>
        <w:t>yeh jo jihad ka naam larai ho rahi hai, is ko haram samajhna parega.</w:t>
      </w:r>
    </w:p>
    <w:p>
      <w:pPr>
        <w:jc w:val="right"/>
      </w:pPr>
      <w:r>
        <w:t>یہ جو جہاد کا نام لڑائی ہو رہی ہے، اس کو حرام سمجھنا پڑے گا۔</w:t>
      </w:r>
    </w:p>
    <w:p>
      <w:r>
        <w:rPr>
          <w:b/>
        </w:rPr>
        <w:t xml:space="preserve">[54:01] </w:t>
      </w:r>
      <w:r>
        <w:t>chhod dena parega is ko.</w:t>
      </w:r>
    </w:p>
    <w:p>
      <w:pPr>
        <w:jc w:val="right"/>
      </w:pPr>
      <w:r>
        <w:t>چھوڑ دینا پڑے گا اس کو۔</w:t>
      </w:r>
    </w:p>
    <w:p>
      <w:r>
        <w:rPr>
          <w:b/>
        </w:rPr>
        <w:t xml:space="preserve">[54:06] </w:t>
      </w:r>
      <w:r>
        <w:t>puri tarah peaceful banna parega dil se. dil se.</w:t>
      </w:r>
    </w:p>
    <w:p>
      <w:pPr>
        <w:jc w:val="right"/>
      </w:pPr>
      <w:r>
        <w:t>پوری طرح peaceful بننا پڑے گا دل سے۔ دل سے۔</w:t>
      </w:r>
    </w:p>
    <w:p>
      <w:r>
        <w:rPr>
          <w:b/>
        </w:rPr>
        <w:t xml:space="preserve">[54:11] </w:t>
      </w:r>
      <w:r>
        <w:t>puri tarah peaceful.</w:t>
      </w:r>
    </w:p>
    <w:p>
      <w:pPr>
        <w:jc w:val="right"/>
      </w:pPr>
      <w:r>
        <w:t>پوری طرح peaceful۔</w:t>
      </w:r>
    </w:p>
    <w:p>
      <w:r>
        <w:rPr>
          <w:b/>
        </w:rPr>
        <w:t xml:space="preserve">[54:17] </w:t>
      </w:r>
      <w:r>
        <w:t>tab ja kar yeh mumkin hoga ke aap discover karein opportunities ko aur is ko avail kar sakein.</w:t>
      </w:r>
    </w:p>
    <w:p>
      <w:pPr>
        <w:jc w:val="right"/>
      </w:pPr>
      <w:r>
        <w:t>تب جا کر یہ ممکن ہوگا کہ آپ discover کریں opportunities کو اور اس کو avail کر سکیں۔</w:t>
      </w:r>
    </w:p>
    <w:p>
      <w:r>
        <w:rPr>
          <w:b/>
        </w:rPr>
        <w:t xml:space="preserve">[54:22] </w:t>
      </w:r>
      <w:r>
        <w:t>Allah ke paigham ko dunya mein pohnchaney ke liye.</w:t>
      </w:r>
    </w:p>
    <w:p>
      <w:pPr>
        <w:jc w:val="right"/>
      </w:pPr>
      <w:r>
        <w:t>اللہ کے پیغام کو دنیا میں پہنچانے کے لیے۔</w:t>
      </w:r>
    </w:p>
    <w:p>
      <w:r>
        <w:rPr>
          <w:b/>
        </w:rPr>
        <w:t xml:space="preserve">[54:27] </w:t>
      </w:r>
      <w:r>
        <w:t>to yeh hai twenty-first century ka message un logon ke liye.</w:t>
      </w:r>
    </w:p>
    <w:p>
      <w:pPr>
        <w:jc w:val="right"/>
      </w:pPr>
      <w:r>
        <w:t>تو یہ ہے twenty-first century کا message ان لوگوں کے لیے۔</w:t>
      </w:r>
    </w:p>
    <w:p>
      <w:r>
        <w:rPr>
          <w:b/>
        </w:rPr>
        <w:t xml:space="preserve">[54:32] </w:t>
      </w:r>
      <w:r>
        <w:t>aaj kal, abhi mein jaldi akhbar mein parha tha, farzandan-e-tauheed.</w:t>
      </w:r>
    </w:p>
    <w:p>
      <w:pPr>
        <w:jc w:val="right"/>
      </w:pPr>
      <w:r>
        <w:t>آج کل، ابھی میں جلدی اخبار میں پڑھا تھا، فرزندان توحید۔</w:t>
      </w:r>
    </w:p>
    <w:p>
      <w:r>
        <w:rPr>
          <w:b/>
        </w:rPr>
        <w:t xml:space="preserve">[54:38] </w:t>
      </w:r>
      <w:r>
        <w:t>kya farzandan-e-tauheed kya hoti hai? kya cheez hai? yani fakhr ka ek lafz nikal rakha hai, farzandan-e-tauheed.</w:t>
      </w:r>
    </w:p>
    <w:p>
      <w:pPr>
        <w:jc w:val="right"/>
      </w:pPr>
      <w:r>
        <w:t>کیا فرزندان توحید کیا ہوتی ہے؟ کیا چیز ہے؟ یعنی فخر کا ایک لفظ نکال رکھا ہے، فرزندان توحید۔</w:t>
      </w:r>
    </w:p>
    <w:p>
      <w:r>
        <w:rPr>
          <w:b/>
        </w:rPr>
        <w:t xml:space="preserve">[54:43] </w:t>
      </w:r>
      <w:r>
        <w:t>aur pata nahi kya kya ajeeb-o-ghareeb alfaaz.</w:t>
      </w:r>
    </w:p>
    <w:p>
      <w:pPr>
        <w:jc w:val="right"/>
      </w:pPr>
      <w:r>
        <w:t>اور پتہ نہیں کیا کیا عجیب و غریب الفاظ۔</w:t>
      </w:r>
    </w:p>
    <w:p>
      <w:r>
        <w:rPr>
          <w:b/>
        </w:rPr>
        <w:t xml:space="preserve">[54:48] </w:t>
      </w:r>
      <w:r>
        <w:t>aur sab log andhe bahre jee rahe hain.</w:t>
      </w:r>
    </w:p>
    <w:p>
      <w:pPr>
        <w:jc w:val="right"/>
      </w:pPr>
      <w:r>
        <w:t>اور سب لوگ اندھے بہرے جی رہے ہیں۔</w:t>
      </w:r>
    </w:p>
    <w:p>
      <w:r>
        <w:rPr>
          <w:b/>
        </w:rPr>
        <w:t xml:space="preserve">[54:53] </w:t>
      </w:r>
      <w:r>
        <w:t>koi khabar hi nahi kisi ko.</w:t>
      </w:r>
    </w:p>
    <w:p>
      <w:pPr>
        <w:jc w:val="right"/>
      </w:pPr>
      <w:r>
        <w:t>کوئی خبر ہی نہیں کسی کو۔</w:t>
      </w:r>
    </w:p>
    <w:p>
      <w:r>
        <w:rPr>
          <w:b/>
        </w:rPr>
        <w:t xml:space="preserve">[54:59] </w:t>
      </w:r>
      <w:r>
        <w:t>ke sahaba kya thay? tauheed ka matlab kya hai? Rasool Allah ka message kya hai? kuch khabar nahi,</w:t>
      </w:r>
    </w:p>
    <w:p>
      <w:pPr>
        <w:jc w:val="right"/>
      </w:pPr>
      <w:r>
        <w:t>کہ صحابہ کیا تھے؟ توحید کا مطلب کیا ہے؟ رسول اللہ کا message کیا ہے؟ کچھ خبر نہیں،</w:t>
      </w:r>
    </w:p>
    <w:p>
      <w:r>
        <w:rPr>
          <w:b/>
        </w:rPr>
        <w:t xml:space="preserve">[55:04] </w:t>
      </w:r>
      <w:r>
        <w:t>bas alfaaz bolte hain, bare bare fakhr ke alfaaz.</w:t>
      </w:r>
    </w:p>
    <w:p>
      <w:pPr>
        <w:jc w:val="right"/>
      </w:pPr>
      <w:r>
        <w:t>بس الفاظ بولتے ہیں، بڑے بڑے فخر کے الفاظ۔</w:t>
      </w:r>
    </w:p>
    <w:p>
      <w:r>
        <w:rPr>
          <w:b/>
        </w:rPr>
        <w:t xml:space="preserve">[55:09] </w:t>
      </w:r>
      <w:r>
        <w:t>to yeh baat hamein discover karni paregi ke Allah taala ke khaas khaas, yani tofeeq se, Allah</w:t>
      </w:r>
    </w:p>
    <w:p>
      <w:pPr>
        <w:jc w:val="right"/>
      </w:pPr>
      <w:r>
        <w:t>تو یہ بات ہمیں discover کرنی پڑے گی کہ اللہ تعالی کے خاص الخاص، یعنی توفیق سے، اللہ</w:t>
      </w:r>
    </w:p>
    <w:p>
      <w:r>
        <w:rPr>
          <w:b/>
        </w:rPr>
        <w:t xml:space="preserve">[55:14] </w:t>
      </w:r>
      <w:r>
        <w:t>taala ki madad se yeh hua ke tareekh mein ek process jari hua.</w:t>
      </w:r>
    </w:p>
    <w:p>
      <w:pPr>
        <w:jc w:val="right"/>
      </w:pPr>
      <w:r>
        <w:t>تعالی کی مدد سے یہ ہوا کہ تاریخ میں ایک process جاری ہوا۔</w:t>
      </w:r>
    </w:p>
    <w:p>
      <w:r>
        <w:rPr>
          <w:b/>
        </w:rPr>
        <w:t xml:space="preserve">[55:20] </w:t>
      </w:r>
      <w:r>
        <w:t>اس process کا culmination ہوا western یورپ میں۔</w:t>
      </w:r>
    </w:p>
    <w:p>
      <w:pPr>
        <w:jc w:val="right"/>
      </w:pPr>
      <w:r>
        <w:t>اس process کا کلمیشن ہوا western یورپ میں۔</w:t>
      </w:r>
    </w:p>
    <w:p>
      <w:r>
        <w:rPr>
          <w:b/>
        </w:rPr>
        <w:t xml:space="preserve">[55:25] </w:t>
      </w:r>
      <w:r>
        <w:t>is se ek civilization bani.</w:t>
      </w:r>
    </w:p>
    <w:p>
      <w:pPr>
        <w:jc w:val="right"/>
      </w:pPr>
      <w:r>
        <w:t>اس سے ایک civilization بنی۔</w:t>
      </w:r>
    </w:p>
    <w:p>
      <w:r>
        <w:rPr>
          <w:b/>
        </w:rPr>
        <w:t xml:space="preserve">[55:30] </w:t>
      </w:r>
      <w:r>
        <w:t>is civilization se naye mawaqe paida hue.</w:t>
      </w:r>
    </w:p>
    <w:p>
      <w:pPr>
        <w:jc w:val="right"/>
      </w:pPr>
      <w:r>
        <w:t>اس civilization سے نئے مواقع پیدا ہوئے۔</w:t>
      </w:r>
    </w:p>
    <w:p>
      <w:r>
        <w:rPr>
          <w:b/>
        </w:rPr>
        <w:t xml:space="preserve">[55:35] </w:t>
      </w:r>
      <w:r>
        <w:t>in terms of religious freedom in terms of modern communication in terms of scientific evidence lekin farishta koi</w:t>
      </w:r>
    </w:p>
    <w:p>
      <w:pPr>
        <w:jc w:val="right"/>
      </w:pPr>
      <w:r>
        <w:t>in terms of religious freedom in terms of modern communication in terms of scientific evidence لیکن فرشتہ کوئی</w:t>
      </w:r>
    </w:p>
    <w:p>
      <w:r>
        <w:rPr>
          <w:b/>
        </w:rPr>
        <w:t xml:space="preserve">[55:41] </w:t>
      </w:r>
      <w:r>
        <w:t>awaz dene wala nahi aayega.</w:t>
      </w:r>
    </w:p>
    <w:p>
      <w:pPr>
        <w:jc w:val="right"/>
      </w:pPr>
      <w:r>
        <w:t>آواز دینے والا نہیں آئے گا۔</w:t>
      </w:r>
    </w:p>
    <w:p>
      <w:r>
        <w:rPr>
          <w:b/>
        </w:rPr>
        <w:t xml:space="preserve">[55:46] </w:t>
      </w:r>
      <w:r>
        <w:t>woh aap ko daryaft karna parega.</w:t>
      </w:r>
    </w:p>
    <w:p>
      <w:pPr>
        <w:jc w:val="right"/>
      </w:pPr>
      <w:r>
        <w:t>وہ آپ کو دریافت کرنا پڑے گا۔</w:t>
      </w:r>
    </w:p>
    <w:p>
      <w:r>
        <w:rPr>
          <w:b/>
        </w:rPr>
        <w:t xml:space="preserve">[55:51] </w:t>
      </w:r>
      <w:r>
        <w:t>to aap daryaft karein un opportunities ko.</w:t>
      </w:r>
    </w:p>
    <w:p>
      <w:pPr>
        <w:jc w:val="right"/>
      </w:pPr>
      <w:r>
        <w:t>تو آپ دریافت کریں ان opportunities کو۔</w:t>
      </w:r>
    </w:p>
    <w:p>
      <w:r>
        <w:rPr>
          <w:b/>
        </w:rPr>
        <w:t xml:space="preserve">[55:56] </w:t>
      </w:r>
      <w:r>
        <w:t>aur phir ek ek bohat zabardast peaceful planning ke zariye se, peaceful planning ke zariye se is ko avail karein.</w:t>
      </w:r>
    </w:p>
    <w:p>
      <w:pPr>
        <w:jc w:val="right"/>
      </w:pPr>
      <w:r>
        <w:t>اور پھر ایک ایک بہت زبردست peaceful planning کے ذریعے سے، peaceful planning کے ذریعے سے اس کو avail کریں۔</w:t>
      </w:r>
    </w:p>
    <w:p>
      <w:r>
        <w:rPr>
          <w:b/>
        </w:rPr>
        <w:t xml:space="preserve">[56:02] </w:t>
      </w:r>
      <w:r>
        <w:t>kis ke liye? dawat ke kaam ke liye.</w:t>
      </w:r>
    </w:p>
    <w:p>
      <w:pPr>
        <w:jc w:val="right"/>
      </w:pPr>
      <w:r>
        <w:t>کس کے لیے؟ دعوت کے کام کے لیے۔</w:t>
      </w:r>
    </w:p>
    <w:p>
      <w:r>
        <w:rPr>
          <w:b/>
        </w:rPr>
        <w:t xml:space="preserve">[56:07] </w:t>
      </w:r>
      <w:r>
        <w:t>aik hi mission hai dekhiye. dawat.</w:t>
      </w:r>
    </w:p>
    <w:p>
      <w:pPr>
        <w:jc w:val="right"/>
      </w:pPr>
      <w:r>
        <w:t>ایک ہی mission ہے دیکھیے۔ دعوت۔</w:t>
      </w:r>
    </w:p>
    <w:p>
      <w:r>
        <w:rPr>
          <w:b/>
        </w:rPr>
        <w:t xml:space="preserve">[56:12] </w:t>
      </w:r>
      <w:r>
        <w:t>larai mission nahi hai.</w:t>
      </w:r>
    </w:p>
    <w:p>
      <w:pPr>
        <w:jc w:val="right"/>
      </w:pPr>
      <w:r>
        <w:t>لڑائی mission نہیں ہے۔</w:t>
      </w:r>
    </w:p>
    <w:p>
      <w:r>
        <w:rPr>
          <w:b/>
        </w:rPr>
        <w:t xml:space="preserve">[56:17] </w:t>
      </w:r>
      <w:r>
        <w:t>So called mili jo woh mili work, woh mission nahi hai.</w:t>
      </w:r>
    </w:p>
    <w:p>
      <w:pPr>
        <w:jc w:val="right"/>
      </w:pPr>
      <w:r>
        <w:t>So called ملی جو وہ ملی work، وہ mission نہیں ہے۔</w:t>
      </w:r>
    </w:p>
    <w:p>
      <w:r>
        <w:rPr>
          <w:b/>
        </w:rPr>
        <w:t xml:space="preserve">[56:23] </w:t>
      </w:r>
      <w:r>
        <w:t>yeh jitne bhi hain, social work, mili work aur political work, yeh sab kuch bhi nahi hai. Nothing.</w:t>
      </w:r>
    </w:p>
    <w:p>
      <w:pPr>
        <w:jc w:val="right"/>
      </w:pPr>
      <w:r>
        <w:t>یہ جتنے بھی ہیں، social work، ملی work اور political work، یہ سب کچھ بھی نہیں ہے۔ Nothing۔</w:t>
      </w:r>
    </w:p>
    <w:p>
      <w:r>
        <w:rPr>
          <w:b/>
        </w:rPr>
        <w:t xml:space="preserve">[56:28] </w:t>
      </w:r>
      <w:r>
        <w:t>aik hi kaam hai dawat.</w:t>
      </w:r>
    </w:p>
    <w:p>
      <w:pPr>
        <w:jc w:val="right"/>
      </w:pPr>
      <w:r>
        <w:t>ایک ہی کام ہے دعوت۔</w:t>
      </w:r>
    </w:p>
    <w:p>
      <w:r>
        <w:rPr>
          <w:b/>
        </w:rPr>
        <w:t xml:space="preserve">[56:33] </w:t>
      </w:r>
      <w:r>
        <w:t>yani Allah ke paigham ko, paigham mani creation plan of God se dunya ko ba-khabar karna.</w:t>
      </w:r>
    </w:p>
    <w:p>
      <w:pPr>
        <w:jc w:val="right"/>
      </w:pPr>
      <w:r>
        <w:t>یعنی اللہ کے پیغام کو، پیغام معنی creation plan of God سے دنیا کو باخبر کرنا۔</w:t>
      </w:r>
    </w:p>
    <w:p>
      <w:r>
        <w:rPr>
          <w:b/>
        </w:rPr>
        <w:t xml:space="preserve">[56:38] </w:t>
      </w:r>
      <w:r>
        <w:t>dawat yahi hai.</w:t>
      </w:r>
    </w:p>
    <w:p>
      <w:pPr>
        <w:jc w:val="right"/>
      </w:pPr>
      <w:r>
        <w:t>دعوت یہی ہے۔</w:t>
      </w:r>
    </w:p>
    <w:p>
      <w:r>
        <w:rPr>
          <w:b/>
        </w:rPr>
        <w:t xml:space="preserve">[56:44] </w:t>
      </w:r>
      <w:r>
        <w:t>to make people aware of creation plan of God logon ko batana ke Allah ka mansooba takhleeq kiya</w:t>
      </w:r>
    </w:p>
    <w:p>
      <w:pPr>
        <w:jc w:val="right"/>
      </w:pPr>
      <w:r>
        <w:t>to make people aware of creation plan of God لوگوں کو بتانا کہ اللہ کا منصوبہ تخلیق کیا</w:t>
      </w:r>
    </w:p>
    <w:p>
      <w:r>
        <w:rPr>
          <w:b/>
        </w:rPr>
        <w:t xml:space="preserve">[56:49] </w:t>
      </w:r>
      <w:r>
        <w:t>hai is dunya ke baray mein.</w:t>
      </w:r>
    </w:p>
    <w:p>
      <w:pPr>
        <w:jc w:val="right"/>
      </w:pPr>
      <w:r>
        <w:t>ہے اس دنیا کے بارے میں۔</w:t>
      </w:r>
    </w:p>
    <w:p>
      <w:r>
        <w:rPr>
          <w:b/>
        </w:rPr>
        <w:t xml:space="preserve">[56:54] </w:t>
      </w:r>
      <w:r>
        <w:t>yahi dawat hai.</w:t>
      </w:r>
    </w:p>
    <w:p>
      <w:pPr>
        <w:jc w:val="right"/>
      </w:pPr>
      <w:r>
        <w:t>یہی دعوت ہے۔</w:t>
      </w:r>
    </w:p>
    <w:p>
      <w:r>
        <w:rPr>
          <w:b/>
        </w:rPr>
        <w:t xml:space="preserve">[56:59] </w:t>
      </w:r>
      <w:r>
        <w:t>dawat koi hukoomat, dawat ka koi talluq na hukoomat se hai, na empire se hai, na yani mili</w:t>
      </w:r>
    </w:p>
    <w:p>
      <w:pPr>
        <w:jc w:val="right"/>
      </w:pPr>
      <w:r>
        <w:t>دعوت کوئی حکومت، دعوت کا کوئی تعلق نہ حکومت سے ہے، نہ empire سے ہے، نہ یعنی ملی</w:t>
      </w:r>
    </w:p>
    <w:p>
      <w:r>
        <w:rPr>
          <w:b/>
        </w:rPr>
        <w:t xml:space="preserve">[57:05] </w:t>
      </w:r>
      <w:r>
        <w:t>taraqqiyon se hai, kisi cheez se nahi hai.</w:t>
      </w:r>
    </w:p>
    <w:p>
      <w:pPr>
        <w:jc w:val="right"/>
      </w:pPr>
      <w:r>
        <w:t>ترقیوں سے ہے، کسی چیز سے نہیں ہے۔</w:t>
      </w:r>
    </w:p>
    <w:p>
      <w:r>
        <w:rPr>
          <w:b/>
        </w:rPr>
        <w:t xml:space="preserve">[57:10] </w:t>
      </w:r>
      <w:r>
        <w:t>yeh sab alag cheezein hain.</w:t>
      </w:r>
    </w:p>
    <w:p>
      <w:pPr>
        <w:jc w:val="right"/>
      </w:pPr>
      <w:r>
        <w:t>یہ سب الگ چیزیں ہیں۔</w:t>
      </w:r>
    </w:p>
    <w:p>
      <w:r>
        <w:rPr>
          <w:b/>
        </w:rPr>
        <w:t xml:space="preserve">[57:15] </w:t>
      </w:r>
      <w:r>
        <w:t>bilkul alag cheezein hain.</w:t>
      </w:r>
    </w:p>
    <w:p>
      <w:pPr>
        <w:jc w:val="right"/>
      </w:pPr>
      <w:r>
        <w:t>بالکل الگ چیزیں ہیں۔</w:t>
      </w:r>
    </w:p>
    <w:p>
      <w:r>
        <w:rPr>
          <w:b/>
        </w:rPr>
        <w:t xml:space="preserve">[57:21] </w:t>
      </w:r>
      <w:r>
        <w:t>dawat poori tarah aik peaceful struggle hai.</w:t>
      </w:r>
    </w:p>
    <w:p>
      <w:pPr>
        <w:jc w:val="right"/>
      </w:pPr>
      <w:r>
        <w:t>دعوت پوری طرح ایک peaceful struggle ہے۔</w:t>
      </w:r>
    </w:p>
    <w:p>
      <w:r>
        <w:rPr>
          <w:b/>
        </w:rPr>
        <w:t xml:space="preserve">[57:26] </w:t>
      </w:r>
      <w:r>
        <w:t>aur is struggle ka aik hi nuqta hai.</w:t>
      </w:r>
    </w:p>
    <w:p>
      <w:pPr>
        <w:jc w:val="right"/>
      </w:pPr>
      <w:r>
        <w:t>اور اس struggle کا ایک ہی نقطہ ہے۔</w:t>
      </w:r>
    </w:p>
    <w:p>
      <w:r>
        <w:rPr>
          <w:b/>
        </w:rPr>
        <w:t xml:space="preserve">[57:31] </w:t>
      </w:r>
      <w:r>
        <w:t>to make people aware of the creation plan of God .</w:t>
      </w:r>
    </w:p>
    <w:p>
      <w:pPr>
        <w:jc w:val="right"/>
      </w:pPr>
      <w:r>
        <w:t>to make people aware of the creation plan of God ۔</w:t>
      </w:r>
    </w:p>
    <w:p>
      <w:r>
        <w:rPr>
          <w:b/>
        </w:rPr>
        <w:t xml:space="preserve">[57:36] </w:t>
      </w:r>
      <w:r>
        <w:t>log jaan lein ke Khuda ne kyun paida kiya insan ko.</w:t>
      </w:r>
    </w:p>
    <w:p>
      <w:pPr>
        <w:jc w:val="right"/>
      </w:pPr>
      <w:r>
        <w:t>لوگ جان لیں کہ خدا نے کیوں پیدا کیا انسان کو۔</w:t>
      </w:r>
    </w:p>
    <w:p>
      <w:r>
        <w:rPr>
          <w:b/>
        </w:rPr>
        <w:t xml:space="preserve">[57:42] </w:t>
      </w:r>
      <w:r>
        <w:t>aur log jannat se ba-khabar ho jayein ke Allah ne un ke liye jannat bana rakhi hai.</w:t>
      </w:r>
    </w:p>
    <w:p>
      <w:pPr>
        <w:jc w:val="right"/>
      </w:pPr>
      <w:r>
        <w:t>اور لوگ جنت سے باخبر ہو جائیں کہ اللہ نے ان کے لیے جنت بنا رکھی ہے۔</w:t>
      </w:r>
    </w:p>
    <w:p>
      <w:r>
        <w:rPr>
          <w:b/>
        </w:rPr>
        <w:t xml:space="preserve">[57:47] </w:t>
      </w:r>
      <w:r>
        <w:t>is jannat ke liye apne aap ko deserving candidate banao apne aap ko.</w:t>
      </w:r>
    </w:p>
    <w:p>
      <w:pPr>
        <w:jc w:val="right"/>
      </w:pPr>
      <w:r>
        <w:t>اس جنت کے لیے اپنے آپ کو deserving candidate بناؤ اپنے آپ کو۔</w:t>
      </w:r>
    </w:p>
    <w:p>
      <w:r>
        <w:rPr>
          <w:b/>
        </w:rPr>
        <w:t xml:space="preserve">[57:52] </w:t>
      </w:r>
      <w:r>
        <w:t>taake maut ke baad tum wahan pahuncho.</w:t>
      </w:r>
    </w:p>
    <w:p>
      <w:pPr>
        <w:jc w:val="right"/>
      </w:pPr>
      <w:r>
        <w:t>تاکہ موت کے بعد تم وہاں پہنچو۔</w:t>
      </w:r>
    </w:p>
    <w:p>
      <w:r>
        <w:rPr>
          <w:b/>
        </w:rPr>
        <w:t xml:space="preserve">[57:57] </w:t>
      </w:r>
      <w:r>
        <w:t>tumhare jannat ke darwazay khole jayein.</w:t>
      </w:r>
    </w:p>
    <w:p>
      <w:pPr>
        <w:jc w:val="right"/>
      </w:pPr>
      <w:r>
        <w:t>تمہارے جنت کے دروازے کھولے جائیں۔</w:t>
      </w:r>
    </w:p>
    <w:p>
      <w:r>
        <w:rPr>
          <w:b/>
        </w:rPr>
        <w:t xml:space="preserve">[58:03] </w:t>
      </w:r>
      <w:r>
        <w:t>yeh sab baatein batana hai.</w:t>
      </w:r>
    </w:p>
    <w:p>
      <w:pPr>
        <w:jc w:val="right"/>
      </w:pPr>
      <w:r>
        <w:t>یہ سب باتیں بتانا ہے۔</w:t>
      </w:r>
    </w:p>
    <w:p>
      <w:r>
        <w:rPr>
          <w:b/>
        </w:rPr>
        <w:t xml:space="preserve">[58:08] </w:t>
      </w:r>
      <w:r>
        <w:t>is ka talluq hukoomat se nahi, siyasat se nahi, kuch nahi.</w:t>
      </w:r>
    </w:p>
    <w:p>
      <w:pPr>
        <w:jc w:val="right"/>
      </w:pPr>
      <w:r>
        <w:t>اس کا تعلق حکومت سے نہیں، سیاست سے نہیں، کچھ نہیں۔</w:t>
      </w:r>
    </w:p>
    <w:p>
      <w:r>
        <w:rPr>
          <w:b/>
        </w:rPr>
        <w:t xml:space="preserve">[58:13] </w:t>
      </w:r>
      <w:r>
        <w:t>woh sab alag cheezein hain.</w:t>
      </w:r>
    </w:p>
    <w:p>
      <w:pPr>
        <w:jc w:val="right"/>
      </w:pPr>
      <w:r>
        <w:t>وہ سب الگ چیزیں ہیں۔</w:t>
      </w:r>
    </w:p>
    <w:p>
      <w:r>
        <w:rPr>
          <w:b/>
        </w:rPr>
        <w:t xml:space="preserve">[58:18] </w:t>
      </w:r>
      <w:r>
        <w:t>yani khuda se waqif hon log.</w:t>
      </w:r>
    </w:p>
    <w:p>
      <w:pPr>
        <w:jc w:val="right"/>
      </w:pPr>
      <w:r>
        <w:t>یعنی خدا سے واقف ہوں لوگ۔</w:t>
      </w:r>
    </w:p>
    <w:p>
      <w:r>
        <w:rPr>
          <w:b/>
        </w:rPr>
        <w:t xml:space="preserve">[58:24] </w:t>
      </w:r>
      <w:r>
        <w:t>khuda ke scheme se waqif hon woh log.</w:t>
      </w:r>
    </w:p>
    <w:p>
      <w:pPr>
        <w:jc w:val="right"/>
      </w:pPr>
      <w:r>
        <w:t>خدا کے scheme سے واقف ہوں وہ لوگ۔</w:t>
      </w:r>
    </w:p>
    <w:p>
      <w:r>
        <w:rPr>
          <w:b/>
        </w:rPr>
        <w:t xml:space="preserve">[58:29] </w:t>
      </w:r>
      <w:r>
        <w:t>jannat se waqif hon log.</w:t>
      </w:r>
    </w:p>
    <w:p>
      <w:pPr>
        <w:jc w:val="right"/>
      </w:pPr>
      <w:r>
        <w:t>جنت سے واقف ہوں لوگ۔</w:t>
      </w:r>
    </w:p>
    <w:p>
      <w:r>
        <w:rPr>
          <w:b/>
        </w:rPr>
        <w:t xml:space="preserve">[58:34] </w:t>
      </w:r>
      <w:r>
        <w:t>yeh hai asal maqsad dawat ka.</w:t>
      </w:r>
    </w:p>
    <w:p>
      <w:pPr>
        <w:jc w:val="right"/>
      </w:pPr>
      <w:r>
        <w:t>یہ ہے اصل مقصد دعوت کا۔</w:t>
      </w:r>
    </w:p>
    <w:p>
      <w:r>
        <w:rPr>
          <w:b/>
        </w:rPr>
        <w:t xml:space="preserve">[58:39] </w:t>
      </w:r>
      <w:r>
        <w:t>to yeh log, main to samajhta hoon ke woh log blind ho gaye hain samajhne ke liye Allah</w:t>
      </w:r>
    </w:p>
    <w:p>
      <w:pPr>
        <w:jc w:val="right"/>
      </w:pPr>
      <w:r>
        <w:t>تو یہ لوگ، میں تو سمجھتا ہوں کہ وہ لوگ blind ہو گئے ہیں سمجھنے کے لیے اللہ</w:t>
      </w:r>
    </w:p>
    <w:p>
      <w:r>
        <w:rPr>
          <w:b/>
        </w:rPr>
        <w:t xml:space="preserve">[58:45] </w:t>
      </w:r>
      <w:r>
        <w:t>ke scheme ko.</w:t>
      </w:r>
    </w:p>
    <w:p>
      <w:pPr>
        <w:jc w:val="right"/>
      </w:pPr>
      <w:r>
        <w:t>کے scheme کو۔</w:t>
      </w:r>
    </w:p>
    <w:p>
      <w:r>
        <w:rPr>
          <w:b/>
        </w:rPr>
        <w:t xml:space="preserve">[58:50] </w:t>
      </w:r>
      <w:r>
        <w:t>Allah ke taraf se jo dunya kholi gayi hai, us ko dekhne ke liye blind ho gaye hain. Blind.</w:t>
      </w:r>
    </w:p>
    <w:p>
      <w:pPr>
        <w:jc w:val="right"/>
      </w:pPr>
      <w:r>
        <w:t>اللہ کے طرف سے جو دنیا کھولی گئی ہے، اس کو دیکھنے کے لیے blind ہو گئے ہیں۔ Blind۔</w:t>
      </w:r>
    </w:p>
    <w:p>
      <w:r>
        <w:rPr>
          <w:b/>
        </w:rPr>
        <w:t xml:space="preserve">[58:55] </w:t>
      </w:r>
      <w:r>
        <w:t>mujhe sakht andesha hai ke yeh logon ka hashar kya hoga? Man kan fi ahd ammah fahowa fi</w:t>
      </w:r>
    </w:p>
    <w:p>
      <w:pPr>
        <w:jc w:val="right"/>
      </w:pPr>
      <w:r>
        <w:t>مجھے سخت اندیشہ ہے کہ یہ لوگوں کا حشر کیا ہوگا؟ من کان فی عہد عامہ فہو فی</w:t>
      </w:r>
    </w:p>
    <w:p>
      <w:r>
        <w:rPr>
          <w:b/>
        </w:rPr>
        <w:t xml:space="preserve">[59:00] </w:t>
      </w:r>
      <w:r>
        <w:t>al-akhirah ammah yani Allah ne khola mawaqe ko, woh aap ko dikhai nahi deta? Apne dushman dikhaye the</w:t>
      </w:r>
    </w:p>
    <w:p>
      <w:pPr>
        <w:jc w:val="right"/>
      </w:pPr>
      <w:r>
        <w:t>الاخرة عامہ یعنی اللہ نے کھولا مواقع کو، وہ آپ کو دکھائی نہیں دیتا؟ اپنے دشمن دکھائے تھے</w:t>
      </w:r>
    </w:p>
    <w:p>
      <w:r>
        <w:rPr>
          <w:b/>
        </w:rPr>
        <w:t xml:space="preserve">[59:06] </w:t>
      </w:r>
      <w:r>
        <w:t>aap ko? Yani mawaqe rabbani dikhai nahi de rahe hain aur dushman dikhai de raha hai? Mawaqe rabbani</w:t>
      </w:r>
    </w:p>
    <w:p>
      <w:pPr>
        <w:jc w:val="right"/>
      </w:pPr>
      <w:r>
        <w:t>آپ کو؟ یعنی مواقع ربانی دکھائی نہیں دے رہے ہیں اور دشمن دکھائی دے رہا ہے؟ مواقع ربانی</w:t>
      </w:r>
    </w:p>
    <w:p>
      <w:r>
        <w:rPr>
          <w:b/>
        </w:rPr>
        <w:t xml:space="preserve">[59:11] </w:t>
      </w:r>
      <w:r>
        <w:t>ko dekhne se aap ki aankhein ajiz ho rahi hain.</w:t>
      </w:r>
    </w:p>
    <w:p>
      <w:pPr>
        <w:jc w:val="right"/>
      </w:pPr>
      <w:r>
        <w:t>کو دیکھنے سے آپ کی آنکھیں عاجز ہو رہی ہیں۔</w:t>
      </w:r>
    </w:p>
    <w:p>
      <w:r>
        <w:rPr>
          <w:b/>
        </w:rPr>
        <w:t xml:space="preserve">[59:16] </w:t>
      </w:r>
      <w:r>
        <w:t>aur dushman khoob dikhai de raha hai aap ko.</w:t>
      </w:r>
    </w:p>
    <w:p>
      <w:pPr>
        <w:jc w:val="right"/>
      </w:pPr>
      <w:r>
        <w:t>اور دشمن خوب دکھائی دے رہا ہے آپ کو۔</w:t>
      </w:r>
    </w:p>
    <w:p>
      <w:r>
        <w:rPr>
          <w:b/>
        </w:rPr>
        <w:t xml:space="preserve">[59:21] </w:t>
      </w:r>
      <w:r>
        <w:t>to aise log Allah ki nazar mein andhe hain.</w:t>
      </w:r>
    </w:p>
    <w:p>
      <w:pPr>
        <w:jc w:val="right"/>
      </w:pPr>
      <w:r>
        <w:t>تو ایسے لوگ اللہ کی نظر میں اندھے ہیں۔</w:t>
      </w:r>
    </w:p>
    <w:p>
      <w:r>
        <w:rPr>
          <w:b/>
        </w:rPr>
        <w:t xml:space="preserve">[59:27] </w:t>
      </w:r>
      <w:r>
        <w:t>aur mujhe sakht andesha hai ke in ka yeh anjam na ho ke man kan fi ahd ammah</w:t>
      </w:r>
    </w:p>
    <w:p>
      <w:pPr>
        <w:jc w:val="right"/>
      </w:pPr>
      <w:r>
        <w:t>اور مجھے سخت اندیشہ ہے کہ ان کا یہ انجام نہ ہو کہ من کان فی عہد عامہ</w:t>
      </w:r>
    </w:p>
    <w:p>
      <w:r>
        <w:rPr>
          <w:b/>
        </w:rPr>
        <w:t xml:space="preserve">[59:32] </w:t>
      </w:r>
      <w:r>
        <w:t>fahowa fi al-akhirah ammah .</w:t>
      </w:r>
    </w:p>
    <w:p>
      <w:pPr>
        <w:jc w:val="right"/>
      </w:pPr>
      <w:r>
        <w:t>فہو فی الاخرة عامہ ۔</w:t>
      </w:r>
    </w:p>
    <w:p>
      <w:r>
        <w:rPr>
          <w:b/>
        </w:rPr>
        <w:t xml:space="preserve">[59:37] </w:t>
      </w:r>
      <w:r>
        <w:t>to khulasa yeh hai ke bohat jitni jaldi mumkin hai, apne andhe pan ko khatam kijiye.</w:t>
      </w:r>
    </w:p>
    <w:p>
      <w:pPr>
        <w:jc w:val="right"/>
      </w:pPr>
      <w:r>
        <w:t>تو خلاصہ یہ ہے کہ بہت جتنی جلدی ممکن ہے، اپنے اندھے پن کو ختم کیجیے۔</w:t>
      </w:r>
    </w:p>
    <w:p>
      <w:r>
        <w:rPr>
          <w:b/>
        </w:rPr>
        <w:t xml:space="preserve">[59:42] </w:t>
      </w:r>
      <w:r>
        <w:t>Allah ke mawaqe khol ke, Allah ki scheme ko samjhiye.</w:t>
      </w:r>
    </w:p>
    <w:p>
      <w:pPr>
        <w:jc w:val="right"/>
      </w:pPr>
      <w:r>
        <w:t>اللہ کے مواقع کھول کے، اللہ کی scheme کو سمجھیے۔</w:t>
      </w:r>
    </w:p>
    <w:p>
      <w:r>
        <w:rPr>
          <w:b/>
        </w:rPr>
        <w:t xml:space="preserve">[59:48] </w:t>
      </w:r>
      <w:r>
        <w:t>Allah ne tareekh mein jo tabdiliyan paida keen, us ko janiye.</w:t>
      </w:r>
    </w:p>
    <w:p>
      <w:pPr>
        <w:jc w:val="right"/>
      </w:pPr>
      <w:r>
        <w:t>اللہ نے تاریخ میں جو تبدیلیاں پیدا کیں، اس کو جانیے۔</w:t>
      </w:r>
    </w:p>
    <w:p>
      <w:r>
        <w:rPr>
          <w:b/>
        </w:rPr>
        <w:t xml:space="preserve">[59:53] </w:t>
      </w:r>
      <w:r>
        <w:t>aur us ko islami dawat ke haq mein istemal kijiye.</w:t>
      </w:r>
    </w:p>
    <w:p>
      <w:pPr>
        <w:jc w:val="right"/>
      </w:pPr>
      <w:r>
        <w:t>اور اس کو اسلامی دعوت کے حق میں استعمال کیجیے۔</w:t>
      </w:r>
    </w:p>
    <w:p>
      <w:r>
        <w:rPr>
          <w:b/>
        </w:rPr>
        <w:t xml:space="preserve">[59:58] </w:t>
      </w:r>
      <w:r>
        <w:t>tauheed ki dawat ke haq mein istemal kijiye.</w:t>
      </w:r>
    </w:p>
    <w:p>
      <w:pPr>
        <w:jc w:val="right"/>
      </w:pPr>
      <w:r>
        <w:t>توحید کی دعوت کے حق میں استعمال کیجیے۔</w:t>
      </w:r>
    </w:p>
    <w:p>
      <w:r>
        <w:rPr>
          <w:b/>
        </w:rPr>
        <w:t xml:space="preserve">[1:00:03] </w:t>
      </w:r>
      <w:r>
        <w:t>yeh hi ek hi mission hai.</w:t>
      </w:r>
    </w:p>
    <w:p>
      <w:pPr>
        <w:jc w:val="right"/>
      </w:pPr>
      <w:r>
        <w:t>یہی ایک ہی mission ہے۔</w:t>
      </w:r>
    </w:p>
    <w:p>
      <w:r>
        <w:rPr>
          <w:b/>
        </w:rPr>
        <w:t xml:space="preserve">[1:00:09] </w:t>
      </w:r>
      <w:r>
        <w:t>ek hi concern hai.</w:t>
      </w:r>
    </w:p>
    <w:p>
      <w:pPr>
        <w:jc w:val="right"/>
      </w:pPr>
      <w:r>
        <w:t>ایک ہی concern ہے۔</w:t>
      </w:r>
    </w:p>
    <w:p>
      <w:r>
        <w:rPr>
          <w:b/>
        </w:rPr>
        <w:t xml:space="preserve">[1:00:14] </w:t>
      </w:r>
      <w:r>
        <w:t>woh kijiye jo aap ko nijat dene wali hai.</w:t>
      </w:r>
    </w:p>
    <w:p>
      <w:pPr>
        <w:jc w:val="right"/>
      </w:pPr>
      <w:r>
        <w:t>وہ کیجیے جو آپ کو نجات دینے والی ہے۔</w:t>
      </w:r>
    </w:p>
    <w:p>
      <w:r>
        <w:rPr>
          <w:b/>
        </w:rPr>
        <w:t xml:space="preserve">[1:00:19] </w:t>
      </w:r>
      <w:r>
        <w:t>aur sab jo hangame idhar udhar ho rahe hain, woh sab hangame to batil hangame hain.</w:t>
      </w:r>
    </w:p>
    <w:p>
      <w:pPr>
        <w:jc w:val="right"/>
      </w:pPr>
      <w:r>
        <w:t>اور سب جو ہنگامے ادھر ادھر ہو رہے ہیں، وہ سب ہنگامے تو باطل ہنگامے ہیں۔</w:t>
      </w:r>
    </w:p>
    <w:p>
      <w:r>
        <w:rPr>
          <w:b/>
        </w:rPr>
        <w:t xml:space="preserve">[1:00:24] </w:t>
      </w:r>
      <w:r>
        <w:t>jahiliyat ke hangame hain.</w:t>
      </w:r>
    </w:p>
    <w:p>
      <w:pPr>
        <w:jc w:val="right"/>
      </w:pPr>
      <w:r>
        <w:t>جاہلیت کے ہنگامے ہیں۔</w:t>
      </w:r>
    </w:p>
    <w:p>
      <w:r>
        <w:rPr>
          <w:b/>
        </w:rPr>
        <w:t xml:space="preserve">[1:00:30] </w:t>
      </w:r>
      <w:r>
        <w:t>jo stage activism hai, idhar udhar.</w:t>
      </w:r>
    </w:p>
    <w:p>
      <w:pPr>
        <w:jc w:val="right"/>
      </w:pPr>
      <w:r>
        <w:t>جو stage activism ہے، ادھر ادھر۔</w:t>
      </w:r>
    </w:p>
    <w:p>
      <w:r>
        <w:rPr>
          <w:b/>
        </w:rPr>
        <w:t xml:space="preserve">[1:00:35] </w:t>
      </w:r>
      <w:r>
        <w:t>aur jo tarah tarah ke street activism, aaj kal musalman kya hain? Stage activism, street activism.</w:t>
      </w:r>
    </w:p>
    <w:p>
      <w:pPr>
        <w:jc w:val="right"/>
      </w:pPr>
      <w:r>
        <w:t>اور جو طرح طرح کے street activism، آج کل مسلمان کیا ہیں؟ Stage activism، street activism۔</w:t>
      </w:r>
    </w:p>
    <w:p>
      <w:r>
        <w:rPr>
          <w:b/>
        </w:rPr>
        <w:t xml:space="preserve">[1:00:40] </w:t>
      </w:r>
      <w:r>
        <w:t>aur taqreerein karna idhar udhar.</w:t>
      </w:r>
    </w:p>
    <w:p>
      <w:pPr>
        <w:jc w:val="right"/>
      </w:pPr>
      <w:r>
        <w:t>اور تقریریں کرنا ادھر ادھر۔</w:t>
      </w:r>
    </w:p>
    <w:p>
      <w:r>
        <w:rPr>
          <w:b/>
        </w:rPr>
        <w:t xml:space="preserve">[1:00:45] </w:t>
      </w:r>
      <w:r>
        <w:t>bade bade taqreerein karna.</w:t>
      </w:r>
    </w:p>
    <w:p>
      <w:pPr>
        <w:jc w:val="right"/>
      </w:pPr>
      <w:r>
        <w:t>بڑے بڑے تقریریں کرنا۔</w:t>
      </w:r>
    </w:p>
    <w:p>
      <w:r>
        <w:rPr>
          <w:b/>
        </w:rPr>
        <w:t xml:space="preserve">[1:00:51] </w:t>
      </w:r>
      <w:r>
        <w:t>to main dua karta hoon ke Allah taala mujh ko aur aap ko tofeeq de ke hum samjhein.</w:t>
      </w:r>
    </w:p>
    <w:p>
      <w:pPr>
        <w:jc w:val="right"/>
      </w:pPr>
      <w:r>
        <w:t>تو میں دعا کرتا ہوں کہ اللہ تعالی مجھ کو اور آپ کو توفیق دے کہ ہم سمجھیں۔</w:t>
      </w:r>
    </w:p>
    <w:p>
      <w:r>
        <w:rPr>
          <w:b/>
        </w:rPr>
        <w:t xml:space="preserve">[1:00:56] </w:t>
      </w:r>
      <w:r>
        <w:t>aur Allah ki rehmat ke mustahiq qarar paayein.</w:t>
      </w:r>
    </w:p>
    <w:p>
      <w:pPr>
        <w:jc w:val="right"/>
      </w:pPr>
      <w:r>
        <w:t>اور اللہ کی رحمت کے مستحق قرار پائیں۔</w:t>
      </w:r>
    </w:p>
    <w:p>
      <w:r>
        <w:rPr>
          <w:b/>
        </w:rPr>
        <w:t xml:space="preserve">[1:01:01] </w:t>
      </w:r>
      <w:r>
        <w:t>aqool qawli hadha wa astaghfirullaha li walakum ajmaeen okay we will be starting with the question answer session now.</w:t>
      </w:r>
    </w:p>
    <w:p>
      <w:pPr>
        <w:jc w:val="right"/>
      </w:pPr>
      <w:r>
        <w:t>أقول قولي هذا وأستغفر الله لي ولكم أجمعين اوکے we will be starting with the question answer session now.</w:t>
      </w:r>
    </w:p>
    <w:p>
      <w:r>
        <w:rPr>
          <w:b/>
        </w:rPr>
        <w:t xml:space="preserve">[1:01:07] </w:t>
      </w:r>
      <w:r>
        <w:t>We request our online viewers to send in the questions on info@cpsglobal.org.</w:t>
      </w:r>
    </w:p>
    <w:p>
      <w:pPr>
        <w:jc w:val="right"/>
      </w:pPr>
      <w:r>
        <w:t>We request our online viewers to send in the questions on info@cpsglobal.org.</w:t>
      </w:r>
    </w:p>
    <w:p>
      <w:r>
        <w:rPr>
          <w:b/>
        </w:rPr>
        <w:t xml:space="preserve">[1:01:55] </w:t>
      </w:r>
      <w:r>
        <w:t>I repeat, info@cpsglobal.org.</w:t>
      </w:r>
    </w:p>
    <w:p>
      <w:pPr>
        <w:jc w:val="right"/>
      </w:pPr>
      <w:r>
        <w:t>I repeat, info@cpsglobal.org.</w:t>
      </w:r>
    </w:p>
    <w:p>
      <w:r>
        <w:rPr>
          <w:b/>
        </w:rPr>
        <w:t xml:space="preserve">[1:02:43] </w:t>
      </w:r>
      <w:r>
        <w:t>Maulana Mr. Sheri Nawaz, Sheri Dhara ne likha hai, un ki location nahin pata kahan se likha hai unhone. un ka sawal yeh aaya hai ke science has made it possible to prolong a person's lifespan. Does it indicate that science has become more powerful than religion?</w:t>
      </w:r>
    </w:p>
    <w:p>
      <w:pPr>
        <w:jc w:val="right"/>
      </w:pPr>
      <w:r>
        <w:t>مولانا مسٹر شیری نواز، شیری دھرا نے لکھا ہے، ان کی location نہیں پتا کہاں سے لکھا ہے انہوں نے۔ ان کا سوال یہ آیا ہے کہ science has made it possible to prolong a person's lifespan. Does it indicate that science has become more powerful than religion?</w:t>
      </w:r>
    </w:p>
    <w:p>
      <w:r>
        <w:rPr>
          <w:b/>
        </w:rPr>
        <w:t xml:space="preserve">[1:03:02] </w:t>
      </w:r>
      <w:r>
        <w:t>Kindly comment.</w:t>
      </w:r>
    </w:p>
    <w:p>
      <w:pPr>
        <w:jc w:val="right"/>
      </w:pPr>
      <w:r>
        <w:t>Kindly comment۔</w:t>
      </w:r>
    </w:p>
    <w:p>
      <w:r>
        <w:rPr>
          <w:b/>
        </w:rPr>
        <w:t xml:space="preserve">[1:03:06] </w:t>
      </w:r>
      <w:r>
        <w:t>nahi, yeh bilkul galat baat hai.</w:t>
      </w:r>
    </w:p>
    <w:p>
      <w:pPr>
        <w:jc w:val="right"/>
      </w:pPr>
      <w:r>
        <w:t>نہیں، یہ بالکل غلط بات ہے۔</w:t>
      </w:r>
    </w:p>
    <w:p>
      <w:r>
        <w:rPr>
          <w:b/>
        </w:rPr>
        <w:t xml:space="preserve">[1:03:11] </w:t>
      </w:r>
      <w:r>
        <w:t>science ne kuch bhi zindagi lambi nahi ki hai.</w:t>
      </w:r>
    </w:p>
    <w:p>
      <w:pPr>
        <w:jc w:val="right"/>
      </w:pPr>
      <w:r>
        <w:t>سائنس نے کچھ بھی زندگی لمبی نہیں کی ہے۔</w:t>
      </w:r>
    </w:p>
    <w:p>
      <w:r>
        <w:rPr>
          <w:b/>
        </w:rPr>
        <w:t xml:space="preserve">[1:03:15] </w:t>
      </w:r>
      <w:r>
        <w:t>sirf yeh ho raha hai ke woh aadmi ko, yani plant ke roop mein, kuch din aur zinda</w:t>
      </w:r>
    </w:p>
    <w:p>
      <w:pPr>
        <w:jc w:val="right"/>
      </w:pPr>
      <w:r>
        <w:t>صرف یہ ہو رہا ہے کہ وہ آدمی کو، یعنی plant کے روپ میں، کچھ دن اور زندہ</w:t>
      </w:r>
    </w:p>
    <w:p>
      <w:r>
        <w:rPr>
          <w:b/>
        </w:rPr>
        <w:t xml:space="preserve">[1:03:20] </w:t>
      </w:r>
      <w:r>
        <w:t>rakhte hain bas.</w:t>
      </w:r>
    </w:p>
    <w:p>
      <w:pPr>
        <w:jc w:val="right"/>
      </w:pPr>
      <w:r>
        <w:t>رکھتے ہیں بس۔</w:t>
      </w:r>
    </w:p>
    <w:p>
      <w:r>
        <w:rPr>
          <w:b/>
        </w:rPr>
        <w:t xml:space="preserve">[1:03:24] </w:t>
      </w:r>
      <w:r>
        <w:t>aur is ke baad aadmi mar jata hai.</w:t>
      </w:r>
    </w:p>
    <w:p>
      <w:pPr>
        <w:jc w:val="right"/>
      </w:pPr>
      <w:r>
        <w:t>اور اس کے بعد آدمی مر جاتا ہے۔</w:t>
      </w:r>
    </w:p>
    <w:p>
      <w:r>
        <w:rPr>
          <w:b/>
        </w:rPr>
        <w:t xml:space="preserve">[1:03:29] </w:t>
      </w:r>
      <w:r>
        <w:t>yeh to ek ek woh hai, industry hai yeh.</w:t>
      </w:r>
    </w:p>
    <w:p>
      <w:pPr>
        <w:jc w:val="right"/>
      </w:pPr>
      <w:r>
        <w:t>یہ تو ایک ایک وہ ہے، industry ہے یہ۔</w:t>
      </w:r>
    </w:p>
    <w:p>
      <w:r>
        <w:rPr>
          <w:b/>
        </w:rPr>
        <w:t xml:space="preserve">[1:03:33] </w:t>
      </w:r>
      <w:r>
        <w:t>is ka talluq, yani jo longevity hai, woh badi nahi hai.</w:t>
      </w:r>
    </w:p>
    <w:p>
      <w:pPr>
        <w:jc w:val="right"/>
      </w:pPr>
      <w:r>
        <w:t>اس کا تعلق، یعنی جو longevity ہے، وہ بڑی نہیں ہے۔</w:t>
      </w:r>
    </w:p>
    <w:p>
      <w:r>
        <w:rPr>
          <w:b/>
        </w:rPr>
        <w:t xml:space="preserve">[1:03:38] </w:t>
      </w:r>
      <w:r>
        <w:t>yeh galat tasawwur hai yeh.</w:t>
      </w:r>
    </w:p>
    <w:p>
      <w:pPr>
        <w:jc w:val="right"/>
      </w:pPr>
      <w:r>
        <w:t>یہ غلط تصور ہے یہ۔</w:t>
      </w:r>
    </w:p>
    <w:p>
      <w:r>
        <w:rPr>
          <w:b/>
        </w:rPr>
        <w:t xml:space="preserve">[1:03:43] </w:t>
      </w:r>
      <w:r>
        <w:t>Longevity ka tasawwur bilkul galat hai.</w:t>
      </w:r>
    </w:p>
    <w:p>
      <w:pPr>
        <w:jc w:val="right"/>
      </w:pPr>
      <w:r>
        <w:t>Longevity کا تصور بالکل غلط ہے۔</w:t>
      </w:r>
    </w:p>
    <w:p>
      <w:r>
        <w:rPr>
          <w:b/>
        </w:rPr>
        <w:t xml:space="preserve">[1:03:47] </w:t>
      </w:r>
      <w:r>
        <w:t>insaan pehle bhi kuch kuch bachpan mein marta tha, barhaape mein marta tha.</w:t>
      </w:r>
    </w:p>
    <w:p>
      <w:pPr>
        <w:jc w:val="right"/>
      </w:pPr>
      <w:r>
        <w:t>انسان پہلے بھی کچھ کچھ بچپن میں مرتا تھا، بڑھاپے میں مرتا تھا۔</w:t>
      </w:r>
    </w:p>
    <w:p>
      <w:r>
        <w:rPr>
          <w:b/>
        </w:rPr>
        <w:t xml:space="preserve">[1:03:52] </w:t>
      </w:r>
      <w:r>
        <w:t>koi lambi umar hoti thi, aise aaj bhi ho raha hai.</w:t>
      </w:r>
    </w:p>
    <w:p>
      <w:pPr>
        <w:jc w:val="right"/>
      </w:pPr>
      <w:r>
        <w:t>کوئی لمبی عمر ہوتی تھی، ایسے آج بھی ہو رہا ہے۔</w:t>
      </w:r>
    </w:p>
    <w:p>
      <w:r>
        <w:rPr>
          <w:b/>
        </w:rPr>
        <w:t xml:space="preserve">[1:03:56] </w:t>
      </w:r>
      <w:r>
        <w:t>lekin bas sau saal ke aas paas woh mar jaate hain.</w:t>
      </w:r>
    </w:p>
    <w:p>
      <w:pPr>
        <w:jc w:val="right"/>
      </w:pPr>
      <w:r>
        <w:t>لیکن بس سو سال کے آس پاس وہ مر جاتے ہیں۔</w:t>
      </w:r>
    </w:p>
    <w:p>
      <w:r>
        <w:rPr>
          <w:b/>
        </w:rPr>
        <w:t xml:space="preserve">[1:04:01] </w:t>
      </w:r>
      <w:r>
        <w:t>hazrat Ibrahim ki ek sau navay saal umar hui thi.</w:t>
      </w:r>
    </w:p>
    <w:p>
      <w:pPr>
        <w:jc w:val="right"/>
      </w:pPr>
      <w:r>
        <w:t>حضرت ابراہیم کی ایک سو نوے سال عمر ہوئی تھی۔</w:t>
      </w:r>
    </w:p>
    <w:p>
      <w:r>
        <w:rPr>
          <w:b/>
        </w:rPr>
        <w:t xml:space="preserve">[1:04:05] </w:t>
      </w:r>
      <w:r>
        <w:t>to longevity ka jo tasawwur hai, bilkul yani baseless hai.</w:t>
      </w:r>
    </w:p>
    <w:p>
      <w:pPr>
        <w:jc w:val="right"/>
      </w:pPr>
      <w:r>
        <w:t>تو longevity کا جو تصور ہے، بالکل یعنی baseless ہے۔</w:t>
      </w:r>
    </w:p>
    <w:p>
      <w:r>
        <w:rPr>
          <w:b/>
        </w:rPr>
        <w:t xml:space="preserve">[1:04:10] </w:t>
      </w:r>
      <w:r>
        <w:t>jo cheez hui hai, woh sirf yeh ke aadmi jab marne ke qareeb ho to us ko bilkul</w:t>
      </w:r>
    </w:p>
    <w:p>
      <w:pPr>
        <w:jc w:val="right"/>
      </w:pPr>
      <w:r>
        <w:t>جو چیز ہوئی ہے، وہ صرف یہ کہ آدمی جب مرنے کے قریب ہو تو اس کو بالکل</w:t>
      </w:r>
    </w:p>
    <w:p>
      <w:r>
        <w:rPr>
          <w:b/>
        </w:rPr>
        <w:t xml:space="preserve">[1:04:15] </w:t>
      </w:r>
      <w:r>
        <w:t>plant ke tareeqe se rakhe jaate hain hospitalon mein.</w:t>
      </w:r>
    </w:p>
    <w:p>
      <w:pPr>
        <w:jc w:val="right"/>
      </w:pPr>
      <w:r>
        <w:t>plant کے طریقے سے رکھے جاتے ہیں ہسپتالوں میں۔</w:t>
      </w:r>
    </w:p>
    <w:p>
      <w:r>
        <w:rPr>
          <w:b/>
        </w:rPr>
        <w:t xml:space="preserve">[1:04:19] </w:t>
      </w:r>
      <w:r>
        <w:t>paisa khoob wasool karte hain.</w:t>
      </w:r>
    </w:p>
    <w:p>
      <w:pPr>
        <w:jc w:val="right"/>
      </w:pPr>
      <w:r>
        <w:t>پیسہ خوب وصول کرتے ہیں۔</w:t>
      </w:r>
    </w:p>
    <w:p>
      <w:r>
        <w:rPr>
          <w:b/>
        </w:rPr>
        <w:t xml:space="preserve">[1:04:24] </w:t>
      </w:r>
      <w:r>
        <w:t>yeh to ek business hai, business.</w:t>
      </w:r>
    </w:p>
    <w:p>
      <w:pPr>
        <w:jc w:val="right"/>
      </w:pPr>
      <w:r>
        <w:t>یہ تو ایک business ہے، business۔</w:t>
      </w:r>
    </w:p>
    <w:p>
      <w:r>
        <w:rPr>
          <w:b/>
        </w:rPr>
        <w:t xml:space="preserve">[1:04:28] </w:t>
      </w:r>
      <w:r>
        <w:t>baqi umar Hazrat ki lambi nahi hui hai.</w:t>
      </w:r>
    </w:p>
    <w:p>
      <w:pPr>
        <w:jc w:val="right"/>
      </w:pPr>
      <w:r>
        <w:t>باقی عمر حضرت کی لمبی نہیں ہوئی ہے۔</w:t>
      </w:r>
    </w:p>
    <w:p>
      <w:r>
        <w:rPr>
          <w:b/>
        </w:rPr>
        <w:t xml:space="preserve">[1:04:33] </w:t>
      </w:r>
      <w:r>
        <w:t>yeh soch bilkul baseless hai ke science se koi talluq nahi is ka.</w:t>
      </w:r>
    </w:p>
    <w:p>
      <w:pPr>
        <w:jc w:val="right"/>
      </w:pPr>
      <w:r>
        <w:t>یہ سوچ بالکل baseless ہے کہ سائنس سے کوئی تعلق نہیں اس کا۔</w:t>
      </w:r>
    </w:p>
    <w:p>
      <w:r>
        <w:rPr>
          <w:b/>
        </w:rPr>
        <w:t xml:space="preserve">[1:04:37] </w:t>
      </w:r>
      <w:r>
        <w:t>yeh akhbar wale aisa likha karte hain.</w:t>
      </w:r>
    </w:p>
    <w:p>
      <w:pPr>
        <w:jc w:val="right"/>
      </w:pPr>
      <w:r>
        <w:t>یہ اخبار والے ایسا لکھا کرتے ہیں۔</w:t>
      </w:r>
    </w:p>
    <w:p>
      <w:r>
        <w:rPr>
          <w:b/>
        </w:rPr>
        <w:t xml:space="preserve">[1:04:42] </w:t>
      </w:r>
      <w:r>
        <w:t>kisi scientist ne aisa claim nahi kiya.</w:t>
      </w:r>
    </w:p>
    <w:p>
      <w:pPr>
        <w:jc w:val="right"/>
      </w:pPr>
      <w:r>
        <w:t>کسی scientist نے ایسا claim نہیں کیا۔</w:t>
      </w:r>
    </w:p>
    <w:p>
      <w:r>
        <w:rPr>
          <w:b/>
        </w:rPr>
        <w:t xml:space="preserve">[1:04:47] </w:t>
      </w:r>
      <w:r>
        <w:t>yeh akhbari khabar hai, yeh scientific statement nahi hai.</w:t>
      </w:r>
    </w:p>
    <w:p>
      <w:pPr>
        <w:jc w:val="right"/>
      </w:pPr>
      <w:r>
        <w:t>یہ اخباری خبر ہے، یہ scientific statement نہیں ہے۔</w:t>
      </w:r>
    </w:p>
    <w:p>
      <w:r>
        <w:rPr>
          <w:b/>
        </w:rPr>
        <w:t xml:space="preserve">[1:04:51] </w:t>
      </w:r>
      <w:r>
        <w:t>Mr. Surya Mukherjee ne sawal kiya hai Delhi se.</w:t>
      </w:r>
    </w:p>
    <w:p>
      <w:pPr>
        <w:jc w:val="right"/>
      </w:pPr>
      <w:r>
        <w:t>مسٹر سوریا مکھر جی نے سوال کیا ہے دلی سے۔</w:t>
      </w:r>
    </w:p>
    <w:p>
      <w:r>
        <w:rPr>
          <w:b/>
        </w:rPr>
        <w:t xml:space="preserve">[1:04:56] </w:t>
      </w:r>
      <w:r>
        <w:t>unhon ne likha hai: "Moulana please tell us how one can control his or her temptation." beech se</w:t>
      </w:r>
    </w:p>
    <w:p>
      <w:pPr>
        <w:jc w:val="right"/>
      </w:pPr>
      <w:r>
        <w:t>انہوں نے لکھا ہے: "Moulana please tell us how one can control his or her temptation." بیچ سے</w:t>
      </w:r>
    </w:p>
    <w:p>
      <w:r>
        <w:rPr>
          <w:b/>
        </w:rPr>
        <w:t xml:space="preserve">[1:05:00] </w:t>
      </w:r>
      <w:r>
        <w:t>zyada aasan to kuch bhi nahi.</w:t>
      </w:r>
    </w:p>
    <w:p>
      <w:pPr>
        <w:jc w:val="right"/>
      </w:pPr>
      <w:r>
        <w:t>زیادہ آسان تو کچھ بھی نہیں۔</w:t>
      </w:r>
    </w:p>
    <w:p>
      <w:r>
        <w:rPr>
          <w:b/>
        </w:rPr>
        <w:t xml:space="preserve">[1:05:05] </w:t>
      </w:r>
      <w:r>
        <w:t>yani yeh glass uthane ke liye mujhe taqat istemal karna hai.</w:t>
      </w:r>
    </w:p>
    <w:p>
      <w:pPr>
        <w:jc w:val="right"/>
      </w:pPr>
      <w:r>
        <w:t>یعنی یہ گلاس اٹھانے کے لیے مجھے طاقت استعمال کرنا ہے۔</w:t>
      </w:r>
    </w:p>
    <w:p>
      <w:r>
        <w:rPr>
          <w:b/>
        </w:rPr>
        <w:t xml:space="preserve">[1:05:09] </w:t>
      </w:r>
      <w:r>
        <w:t>mera hath jo hai, move kare, is mein pakadne ki taqat to main utha paunga.</w:t>
      </w:r>
    </w:p>
    <w:p>
      <w:pPr>
        <w:jc w:val="right"/>
      </w:pPr>
      <w:r>
        <w:t>میرا ہاتھ جو ہے، move کرے، اس میں پکڑنے کی طاقت تو میں اٹھا پاؤں گا۔</w:t>
      </w:r>
    </w:p>
    <w:p>
      <w:r>
        <w:rPr>
          <w:b/>
        </w:rPr>
        <w:t xml:space="preserve">[1:05:14] </w:t>
      </w:r>
      <w:r>
        <w:t>lekin sentiment control karne to kuch kuch hi nahi karna hai, siwaye is ke ke apne mind mein,</w:t>
      </w:r>
    </w:p>
    <w:p>
      <w:pPr>
        <w:jc w:val="right"/>
      </w:pPr>
      <w:r>
        <w:t>لیکن sentiment کنٹرول کرنے تو کچھ کچھ ہی نہیں کرنا ہے، سوائے اس کے کہ اپنے mind میں،</w:t>
      </w:r>
    </w:p>
    <w:p>
      <w:r>
        <w:rPr>
          <w:b/>
        </w:rPr>
        <w:t xml:space="preserve">[1:05:19] </w:t>
      </w:r>
      <w:r>
        <w:t>yani thought ko, thought process ko badal dena hai bas.</w:t>
      </w:r>
    </w:p>
    <w:p>
      <w:pPr>
        <w:jc w:val="right"/>
      </w:pPr>
      <w:r>
        <w:t>یعنی thought کو، thought process کو بدل دینا ہے بس۔</w:t>
      </w:r>
    </w:p>
    <w:p>
      <w:r>
        <w:rPr>
          <w:b/>
        </w:rPr>
        <w:t xml:space="preserve">[1:05:23] </w:t>
      </w:r>
      <w:r>
        <w:t>yani ek physical event ko zahoor bulane ke liye to taqat kharch karni padti hai.</w:t>
      </w:r>
    </w:p>
    <w:p>
      <w:pPr>
        <w:jc w:val="right"/>
      </w:pPr>
      <w:r>
        <w:t>یعنی ایک physical event کو ظہور بلانے کے لیے تو طاقت خرچ کرنی پڑتی ہے۔</w:t>
      </w:r>
    </w:p>
    <w:p>
      <w:r>
        <w:rPr>
          <w:b/>
        </w:rPr>
        <w:t xml:space="preserve">[1:05:28] </w:t>
      </w:r>
      <w:r>
        <w:t>lekin thought process ka woh to apne qabze mein hai.</w:t>
      </w:r>
    </w:p>
    <w:p>
      <w:pPr>
        <w:jc w:val="right"/>
      </w:pPr>
      <w:r>
        <w:t>لیکن thought process کا وہ تو اپنے قبضے میں ہے۔</w:t>
      </w:r>
    </w:p>
    <w:p>
      <w:r>
        <w:rPr>
          <w:b/>
        </w:rPr>
        <w:t xml:space="preserve">[1:05:32] </w:t>
      </w:r>
      <w:r>
        <w:t>mahirano ke log is ko mushkil kyun samajhte hain? Main to within second apne ko, apne apne thought</w:t>
      </w:r>
    </w:p>
    <w:p>
      <w:pPr>
        <w:jc w:val="right"/>
      </w:pPr>
      <w:r>
        <w:t>ماہران کے لوگ اس کو مشکل کیوں سمجھتے ہیں؟ میں تو within سیکنڈ اپنے کو، اپنے اپنے thought</w:t>
      </w:r>
    </w:p>
    <w:p>
      <w:r>
        <w:rPr>
          <w:b/>
        </w:rPr>
        <w:t xml:space="preserve">[1:05:37] </w:t>
      </w:r>
      <w:r>
        <w:t>ko control kar leta hoon. Within second.</w:t>
      </w:r>
    </w:p>
    <w:p>
      <w:pPr>
        <w:jc w:val="right"/>
      </w:pPr>
      <w:r>
        <w:t>کو کنٹرول کر لیتا ہوں۔ Within سیکنڈ۔</w:t>
      </w:r>
    </w:p>
    <w:p>
      <w:r>
        <w:rPr>
          <w:b/>
        </w:rPr>
        <w:t xml:space="preserve">[1:05:41] </w:t>
      </w:r>
      <w:r>
        <w:t>kyun ke is se aasan to koi cheez nahi.</w:t>
      </w:r>
    </w:p>
    <w:p>
      <w:pPr>
        <w:jc w:val="right"/>
      </w:pPr>
      <w:r>
        <w:t>کیونکہ اس سے آسان تو کوئی چیز نہیں۔</w:t>
      </w:r>
    </w:p>
    <w:p>
      <w:r>
        <w:rPr>
          <w:b/>
        </w:rPr>
        <w:t xml:space="preserve">[1:05:46] </w:t>
      </w:r>
      <w:r>
        <w:t>mujhe bhi ghussa aata hai, mujhe bhi hate paida hoti hai.</w:t>
      </w:r>
    </w:p>
    <w:p>
      <w:pPr>
        <w:jc w:val="right"/>
      </w:pPr>
      <w:r>
        <w:t>مجھے بھی غصہ آتا ہے، مجھے بھی hate پیدا ہوتی ہے۔</w:t>
      </w:r>
    </w:p>
    <w:p>
      <w:r>
        <w:rPr>
          <w:b/>
        </w:rPr>
        <w:t xml:space="preserve">[1:05:50] </w:t>
      </w:r>
      <w:r>
        <w:t>main within second is ko manage kar leta hoon.</w:t>
      </w:r>
    </w:p>
    <w:p>
      <w:pPr>
        <w:jc w:val="right"/>
      </w:pPr>
      <w:r>
        <w:t>میں within سیکنڈ اس کو manage کر لیتا ہوں۔</w:t>
      </w:r>
    </w:p>
    <w:p>
      <w:r>
        <w:rPr>
          <w:b/>
        </w:rPr>
        <w:t xml:space="preserve">[1:05:55] </w:t>
      </w:r>
      <w:r>
        <w:t>misal ke taur par dekhiye, main kya karta hoon.</w:t>
      </w:r>
    </w:p>
    <w:p>
      <w:pPr>
        <w:jc w:val="right"/>
      </w:pPr>
      <w:r>
        <w:t>مثال کے طور پر دیکھیے، میں کیا کرتا ہوں۔</w:t>
      </w:r>
    </w:p>
    <w:p>
      <w:r>
        <w:rPr>
          <w:b/>
        </w:rPr>
        <w:t xml:space="preserve">[1:06:00] </w:t>
      </w:r>
      <w:r>
        <w:t>main foran yeh yaad karta hoon ke yeh to subah ibadat ka mauqa aa gaya.</w:t>
      </w:r>
    </w:p>
    <w:p>
      <w:pPr>
        <w:jc w:val="right"/>
      </w:pPr>
      <w:r>
        <w:t>میں فوراً یہ یاد کرتا ہوں کہ یہ تو صبح عبادت کا موقع آگیا۔</w:t>
      </w:r>
    </w:p>
    <w:p>
      <w:r>
        <w:rPr>
          <w:b/>
        </w:rPr>
        <w:t xml:space="preserve">[1:06:04] </w:t>
      </w:r>
      <w:r>
        <w:t>agar main ghusse ko pi jaon to yeh ibadat hai.</w:t>
      </w:r>
    </w:p>
    <w:p>
      <w:pPr>
        <w:jc w:val="right"/>
      </w:pPr>
      <w:r>
        <w:t>اگر میں غصے کو پی جاؤں تو یہ عبادت ہے۔</w:t>
      </w:r>
    </w:p>
    <w:p>
      <w:r>
        <w:rPr>
          <w:b/>
        </w:rPr>
        <w:t xml:space="preserve">[1:06:09] </w:t>
      </w:r>
      <w:r>
        <w:t>agar main sabr kar loon to yeh ibadat hai.</w:t>
      </w:r>
    </w:p>
    <w:p>
      <w:pPr>
        <w:jc w:val="right"/>
      </w:pPr>
      <w:r>
        <w:t>اگر میں صبر کر لوں تو یہ عبادت ہے۔</w:t>
      </w:r>
    </w:p>
    <w:p>
      <w:r>
        <w:rPr>
          <w:b/>
        </w:rPr>
        <w:t xml:space="preserve">[1:06:13] </w:t>
      </w:r>
      <w:r>
        <w:t>nafrat ko khatam kar doon to yeh ibadat hai.</w:t>
      </w:r>
    </w:p>
    <w:p>
      <w:pPr>
        <w:jc w:val="right"/>
      </w:pPr>
      <w:r>
        <w:t>نفرت کو ختم کر دوں تو یہ عبادت ہے۔</w:t>
      </w:r>
    </w:p>
    <w:p>
      <w:r>
        <w:rPr>
          <w:b/>
        </w:rPr>
        <w:t xml:space="preserve">[1:06:18] </w:t>
      </w:r>
      <w:r>
        <w:t>to yeh to namaz, roze se bari ibadat hai yeh.</w:t>
      </w:r>
    </w:p>
    <w:p>
      <w:pPr>
        <w:jc w:val="right"/>
      </w:pPr>
      <w:r>
        <w:t>تو یہ تو نماز، روزے سے بڑی عبادت ہے یہ۔</w:t>
      </w:r>
    </w:p>
    <w:p>
      <w:r>
        <w:rPr>
          <w:b/>
        </w:rPr>
        <w:t xml:space="preserve">[1:06:22] </w:t>
      </w:r>
      <w:r>
        <w:t>to main sochta hoon ke main is aise mauqa khoon? I take it as a great opportunity.</w:t>
      </w:r>
    </w:p>
    <w:p>
      <w:pPr>
        <w:jc w:val="right"/>
      </w:pPr>
      <w:r>
        <w:t>تو میں سوچتا ہوں کہ میں اس ایسے موقع کھوؤں؟ I take it as a great opportunity.</w:t>
      </w:r>
    </w:p>
    <w:p>
      <w:r>
        <w:rPr>
          <w:b/>
        </w:rPr>
        <w:t xml:space="preserve">[1:06:27] </w:t>
      </w:r>
      <w:r>
        <w:t>yeh hai thought process.</w:t>
      </w:r>
    </w:p>
    <w:p>
      <w:pPr>
        <w:jc w:val="right"/>
      </w:pPr>
      <w:r>
        <w:t>یہ ہے thought process۔</w:t>
      </w:r>
    </w:p>
    <w:p>
      <w:r>
        <w:rPr>
          <w:b/>
        </w:rPr>
        <w:t xml:space="preserve">[1:06:32] </w:t>
      </w:r>
      <w:r>
        <w:t>yani jis cheez ko aam aadmi hate ke taur par leta hai, anger ke taur par leta hai,</w:t>
      </w:r>
    </w:p>
    <w:p>
      <w:pPr>
        <w:jc w:val="right"/>
      </w:pPr>
      <w:r>
        <w:t>یعنی جس چیز کو عام آدمی hate کے طور پر لیتا ہے، anger کے طور پر لیتا ہے،</w:t>
      </w:r>
    </w:p>
    <w:p>
      <w:r>
        <w:rPr>
          <w:b/>
        </w:rPr>
        <w:t xml:space="preserve">[1:06:36] </w:t>
      </w:r>
      <w:r>
        <w:t>main is ko ibadat ki aik opportunity ke taur par leta hoon.</w:t>
      </w:r>
    </w:p>
    <w:p>
      <w:pPr>
        <w:jc w:val="right"/>
      </w:pPr>
      <w:r>
        <w:t>میں اس کو عبادت کی ایک opportunity کے طور پر لیتا ہوں۔</w:t>
      </w:r>
    </w:p>
    <w:p>
      <w:r>
        <w:rPr>
          <w:b/>
        </w:rPr>
        <w:t xml:space="preserve">[1:06:41] </w:t>
      </w:r>
      <w:r>
        <w:t>to I always try to avail this opportunity. super ibadat.</w:t>
      </w:r>
    </w:p>
    <w:p>
      <w:pPr>
        <w:jc w:val="right"/>
      </w:pPr>
      <w:r>
        <w:t>تو I always try to avail this opportunity. سپر عبادت۔</w:t>
      </w:r>
    </w:p>
    <w:p>
      <w:r>
        <w:rPr>
          <w:b/>
        </w:rPr>
        <w:t xml:space="preserve">[1:06:45] </w:t>
      </w:r>
      <w:r>
        <w:t>kyun ke Quran se sabit hai ke sab se zyada sawab isi ko milta hai.</w:t>
      </w:r>
    </w:p>
    <w:p>
      <w:pPr>
        <w:jc w:val="right"/>
      </w:pPr>
      <w:r>
        <w:t>کیونکہ قرآن سے ثابت ہے کہ سب سے زیادہ ثواب اسی کو ملتا ہے۔</w:t>
      </w:r>
    </w:p>
    <w:p>
      <w:r>
        <w:rPr>
          <w:b/>
        </w:rPr>
        <w:t xml:space="preserve">[1:06:50] </w:t>
      </w:r>
      <w:r>
        <w:t>agar aap apne anger ko, apne ghusse ko andar andar control kar lein, apne hate ko khatam kar</w:t>
      </w:r>
    </w:p>
    <w:p>
      <w:pPr>
        <w:jc w:val="right"/>
      </w:pPr>
      <w:r>
        <w:t>اگر آپ اپنے anger کو، اپنے غصے کو اندر اندر کنٹرول کر لیں، اپنے hate کو ختم کر</w:t>
      </w:r>
    </w:p>
    <w:p>
      <w:r>
        <w:rPr>
          <w:b/>
        </w:rPr>
        <w:t xml:space="preserve">[1:06:54] </w:t>
      </w:r>
      <w:r>
        <w:t>dein, to is se bari koi ibadat nahi hai.</w:t>
      </w:r>
    </w:p>
    <w:p>
      <w:pPr>
        <w:jc w:val="right"/>
      </w:pPr>
      <w:r>
        <w:t>دیں، تو اس سے بڑی کوئی عبادت نہیں ہے۔</w:t>
      </w:r>
    </w:p>
    <w:p>
      <w:r>
        <w:rPr>
          <w:b/>
        </w:rPr>
        <w:t xml:space="preserve">[1:06:59] </w:t>
      </w:r>
      <w:r>
        <w:t>to main is waqt yeh sochne lagta hoon, yani apne thought process ko reset karne lagta hoon ke</w:t>
      </w:r>
    </w:p>
    <w:p>
      <w:pPr>
        <w:jc w:val="right"/>
      </w:pPr>
      <w:r>
        <w:t>تو میں اس وقت یہ سوچنے لگتا ہوں، یعنی اپنے thought process کو reset کرنے لگتا ہوں کہ</w:t>
      </w:r>
    </w:p>
    <w:p>
      <w:r>
        <w:rPr>
          <w:b/>
        </w:rPr>
        <w:t xml:space="preserve">[1:07:04] </w:t>
      </w:r>
      <w:r>
        <w:t>yeh to yeh mauqa aagya sab se bari ibadat karne ka.</w:t>
      </w:r>
    </w:p>
    <w:p>
      <w:pPr>
        <w:jc w:val="right"/>
      </w:pPr>
      <w:r>
        <w:t>یہ تو یہ موقع آگیا سب سے بڑی عبادت کرنے کا۔</w:t>
      </w:r>
    </w:p>
    <w:p>
      <w:r>
        <w:rPr>
          <w:b/>
        </w:rPr>
        <w:t xml:space="preserve">[1:07:08] </w:t>
      </w:r>
      <w:r>
        <w:t>to within second change hota hai.</w:t>
      </w:r>
    </w:p>
    <w:p>
      <w:pPr>
        <w:jc w:val="right"/>
      </w:pPr>
      <w:r>
        <w:t>تو within سیکنڈ change ہوتا ہے۔</w:t>
      </w:r>
    </w:p>
    <w:p>
      <w:r>
        <w:rPr>
          <w:b/>
        </w:rPr>
        <w:t xml:space="preserve">[1:07:13] </w:t>
      </w:r>
      <w:r>
        <w:t>to main to is ko sab se aasan samajhta hoon.</w:t>
      </w:r>
    </w:p>
    <w:p>
      <w:pPr>
        <w:jc w:val="right"/>
      </w:pPr>
      <w:r>
        <w:t>تو میں تو اس کو سب سے آسان سمجھتا ہوں۔</w:t>
      </w:r>
    </w:p>
    <w:p>
      <w:r>
        <w:rPr>
          <w:b/>
        </w:rPr>
        <w:t xml:space="preserve">[1:07:17] </w:t>
      </w:r>
      <w:r>
        <w:t>Thought process ko change karna kisi physical movement se hazaron guna aasan hai.</w:t>
      </w:r>
    </w:p>
    <w:p>
      <w:pPr>
        <w:jc w:val="right"/>
      </w:pPr>
      <w:r>
        <w:t>Thought process کو change کرنا کسی physical movement سے ہزاروں گنا آسان ہے۔</w:t>
      </w:r>
    </w:p>
    <w:p>
      <w:r>
        <w:rPr>
          <w:b/>
        </w:rPr>
        <w:t xml:space="preserve">[1:07:22] </w:t>
      </w:r>
      <w:r>
        <w:t>Physical movement mein, physical movement mein aap ko taqat, energy lagani parti hai.</w:t>
      </w:r>
    </w:p>
    <w:p>
      <w:pPr>
        <w:jc w:val="right"/>
      </w:pPr>
      <w:r>
        <w:t>Physical movement میں، physical movement میں آپ کو طاقت، energy لگانی پڑتی ہے۔</w:t>
      </w:r>
    </w:p>
    <w:p>
      <w:r>
        <w:rPr>
          <w:b/>
        </w:rPr>
        <w:t xml:space="preserve">[1:07:26] </w:t>
      </w:r>
      <w:r>
        <w:t>haath ko yahan se yahan le jayenge, paaon ko wahan se wahan le jayenge.</w:t>
      </w:r>
    </w:p>
    <w:p>
      <w:pPr>
        <w:jc w:val="right"/>
      </w:pPr>
      <w:r>
        <w:t>ہاتھ کو یہاں سے یہاں لے جائیں گے، پاؤں کو وہاں سے وہاں لے جائیں گے۔</w:t>
      </w:r>
    </w:p>
    <w:p>
      <w:r>
        <w:rPr>
          <w:b/>
        </w:rPr>
        <w:t xml:space="preserve">[1:07:31] </w:t>
      </w:r>
      <w:r>
        <w:t>lekin thought process mein change lane mein kiya mushkil hai? kuch bhi nahi.</w:t>
      </w:r>
    </w:p>
    <w:p>
      <w:pPr>
        <w:jc w:val="right"/>
      </w:pPr>
      <w:r>
        <w:t>لیکن thought process میں change لانے میں کیا مشکل ہے؟ کچھ بھی نہیں۔</w:t>
      </w:r>
    </w:p>
    <w:p>
      <w:r>
        <w:rPr>
          <w:b/>
        </w:rPr>
        <w:t xml:space="preserve">[1:07:36] </w:t>
      </w:r>
      <w:r>
        <w:t>Within second aap idhar se udhar kar dijiye.</w:t>
      </w:r>
    </w:p>
    <w:p>
      <w:pPr>
        <w:jc w:val="right"/>
      </w:pPr>
      <w:r>
        <w:t>Within سیکنڈ آپ ادھر سے ادھر کر دیجیے۔</w:t>
      </w:r>
    </w:p>
    <w:p>
      <w:r>
        <w:rPr>
          <w:b/>
        </w:rPr>
        <w:t xml:space="preserve">[1:07:40] </w:t>
      </w:r>
      <w:r>
        <w:t>aik martaba main gaya shayad Ahmedabad mein ke aik sahib mujhe le gaye apni aik factory mein.</w:t>
      </w:r>
    </w:p>
    <w:p>
      <w:pPr>
        <w:jc w:val="right"/>
      </w:pPr>
      <w:r>
        <w:t>ایک مرتبہ میں گیا شاید احمد آباد میں کہ ایک صاحب مجھے لے گئے اپنی ایک factory میں۔</w:t>
      </w:r>
    </w:p>
    <w:p>
      <w:r>
        <w:rPr>
          <w:b/>
        </w:rPr>
        <w:t xml:space="preserve">[1:07:45] </w:t>
      </w:r>
      <w:r>
        <w:t>us waqt aik naya engine lagaya tha unhon ne.</w:t>
      </w:r>
    </w:p>
    <w:p>
      <w:pPr>
        <w:jc w:val="right"/>
      </w:pPr>
      <w:r>
        <w:t>اس وقت ایک نیا انجن لگایا تھا انہوں نے۔</w:t>
      </w:r>
    </w:p>
    <w:p>
      <w:r>
        <w:rPr>
          <w:b/>
        </w:rPr>
        <w:t xml:space="preserve">[1:07:49] </w:t>
      </w:r>
      <w:r>
        <w:t>to us ne jo wheel jo hota hai, flying wheel jo kehte hain, bara sa flying wheel.</w:t>
      </w:r>
    </w:p>
    <w:p>
      <w:pPr>
        <w:jc w:val="right"/>
      </w:pPr>
      <w:r>
        <w:t>تو اس نے جو wheel جو ہوتا ہے، flying wheel جو کہتے ہیں، بڑا سا flying wheel۔</w:t>
      </w:r>
    </w:p>
    <w:p>
      <w:r>
        <w:rPr>
          <w:b/>
        </w:rPr>
        <w:t xml:space="preserve">[1:07:54] </w:t>
      </w:r>
      <w:r>
        <w:t>aik switch dabai unhon ne.</w:t>
      </w:r>
    </w:p>
    <w:p>
      <w:pPr>
        <w:jc w:val="right"/>
      </w:pPr>
      <w:r>
        <w:t>ایک switch دبائی انہوں نے۔</w:t>
      </w:r>
    </w:p>
    <w:p>
      <w:r>
        <w:rPr>
          <w:b/>
        </w:rPr>
        <w:t xml:space="preserve">[1:07:58] </w:t>
      </w:r>
      <w:r>
        <w:t>to flying wheel chalne laga.</w:t>
      </w:r>
    </w:p>
    <w:p>
      <w:pPr>
        <w:jc w:val="right"/>
      </w:pPr>
      <w:r>
        <w:t>تو flying wheel چلنے لگا۔</w:t>
      </w:r>
    </w:p>
    <w:p>
      <w:r>
        <w:rPr>
          <w:b/>
        </w:rPr>
        <w:t xml:space="preserve">[1:08:03] </w:t>
      </w:r>
      <w:r>
        <w:t>Within second is ne speed le liya.</w:t>
      </w:r>
    </w:p>
    <w:p>
      <w:pPr>
        <w:jc w:val="right"/>
      </w:pPr>
      <w:r>
        <w:t>Within سیکنڈ اس نے speed لے لیا۔</w:t>
      </w:r>
    </w:p>
    <w:p>
      <w:r>
        <w:rPr>
          <w:b/>
        </w:rPr>
        <w:t xml:space="preserve">[1:08:07] </w:t>
      </w:r>
      <w:r>
        <w:t>Phir unhon ne kaha ke dekhiye, abhi mein ek aur button dabata hoon.</w:t>
      </w:r>
    </w:p>
    <w:p>
      <w:pPr>
        <w:jc w:val="right"/>
      </w:pPr>
      <w:r>
        <w:t>پھر انہوں نے کہا کہ دیکھیے، ابھی میں ایک اور بٹن دباتا ہوں۔</w:t>
      </w:r>
    </w:p>
    <w:p>
      <w:r>
        <w:rPr>
          <w:b/>
        </w:rPr>
        <w:t xml:space="preserve">[1:08:12] </w:t>
      </w:r>
      <w:r>
        <w:t>Ek aur daba.</w:t>
      </w:r>
    </w:p>
    <w:p>
      <w:pPr>
        <w:jc w:val="right"/>
      </w:pPr>
      <w:r>
        <w:t>ایک اور دبا۔</w:t>
      </w:r>
    </w:p>
    <w:p>
      <w:r>
        <w:rPr>
          <w:b/>
        </w:rPr>
        <w:t xml:space="preserve">[1:08:17] </w:t>
      </w:r>
      <w:r>
        <w:t>Is ne direction change kar liya.</w:t>
      </w:r>
    </w:p>
    <w:p>
      <w:pPr>
        <w:jc w:val="right"/>
      </w:pPr>
      <w:r>
        <w:t>اس نے direction change کر لیا۔</w:t>
      </w:r>
    </w:p>
    <w:p>
      <w:r>
        <w:rPr>
          <w:b/>
        </w:rPr>
        <w:t xml:space="preserve">[1:08:21] </w:t>
      </w:r>
      <w:r>
        <w:t>Within second phir change kar ke idhar chalne laga.</w:t>
      </w:r>
    </w:p>
    <w:p>
      <w:pPr>
        <w:jc w:val="right"/>
      </w:pPr>
      <w:r>
        <w:t>Within سیکنڈ پھر change کر کے ادھر چلنے لگا۔</w:t>
      </w:r>
    </w:p>
    <w:p>
      <w:r>
        <w:rPr>
          <w:b/>
        </w:rPr>
        <w:t xml:space="preserve">[1:08:26] </w:t>
      </w:r>
      <w:r>
        <w:t>To jo kaam ek metal kar sakta hai, wo insaan kyun nahi kar sakta? Ek machine jo hai,</w:t>
      </w:r>
    </w:p>
    <w:p>
      <w:pPr>
        <w:jc w:val="right"/>
      </w:pPr>
      <w:r>
        <w:t>تو جو کام ایک metal کر سکتا ہے، وہ انسان کیوں نہیں کر سکتا؟ ایک machine جو ہے،</w:t>
      </w:r>
    </w:p>
    <w:p>
      <w:r>
        <w:rPr>
          <w:b/>
        </w:rPr>
        <w:t xml:space="preserve">[1:08:30] </w:t>
      </w:r>
      <w:r>
        <w:t>Ye kar sakti hai ke within second apni direction change kar le.</w:t>
      </w:r>
    </w:p>
    <w:p>
      <w:pPr>
        <w:jc w:val="right"/>
      </w:pPr>
      <w:r>
        <w:t>یہ کر سکتی ہے کہ within سیکنڈ اپنی direction change کر لے۔</w:t>
      </w:r>
    </w:p>
    <w:p>
      <w:r>
        <w:rPr>
          <w:b/>
        </w:rPr>
        <w:t xml:space="preserve">[1:08:35] </w:t>
      </w:r>
      <w:r>
        <w:t>To insaan to thousand nahi, billion time zyada powerful hai engine se.</w:t>
      </w:r>
    </w:p>
    <w:p>
      <w:pPr>
        <w:jc w:val="right"/>
      </w:pPr>
      <w:r>
        <w:t>تو انسان تو thousand نہیں، بلین ٹائم زیادہ powerful ہے engines سے۔</w:t>
      </w:r>
    </w:p>
    <w:p>
      <w:r>
        <w:rPr>
          <w:b/>
        </w:rPr>
        <w:t xml:space="preserve">[1:08:39] </w:t>
      </w:r>
      <w:r>
        <w:t>To aap kyun nahi kar sakte? Yaad rakhiye, ek engine jo hai, kitna hi bada engine ho, us</w:t>
      </w:r>
    </w:p>
    <w:p>
      <w:pPr>
        <w:jc w:val="right"/>
      </w:pPr>
      <w:r>
        <w:t>تو آپ کیوں نہیں کر سکتے؟ یاد رکھیے، ایک engine جو ہے، کتنا ہی بڑا engine ہو، اس</w:t>
      </w:r>
    </w:p>
    <w:p>
      <w:r>
        <w:rPr>
          <w:b/>
        </w:rPr>
        <w:t xml:space="preserve">[1:08:44] </w:t>
      </w:r>
      <w:r>
        <w:t>se mera dimagh billion time zyada taqatwar hai.</w:t>
      </w:r>
    </w:p>
    <w:p>
      <w:pPr>
        <w:jc w:val="right"/>
      </w:pPr>
      <w:r>
        <w:t>سے میرا دماغ بلین ٹائم زیادہ طاقتور ہے۔</w:t>
      </w:r>
    </w:p>
    <w:p>
      <w:r>
        <w:rPr>
          <w:b/>
        </w:rPr>
        <w:t xml:space="preserve">[1:08:49] </w:t>
      </w:r>
      <w:r>
        <w:t>Koi comparison nahi hai ek ek ek mind mein aur ek engine mein.</w:t>
      </w:r>
    </w:p>
    <w:p>
      <w:pPr>
        <w:jc w:val="right"/>
      </w:pPr>
      <w:r>
        <w:t>کوئی comparison نہیں ہے ایک ایک ایک mind میں اور ایک engine میں۔</w:t>
      </w:r>
    </w:p>
    <w:p>
      <w:r>
        <w:rPr>
          <w:b/>
        </w:rPr>
        <w:t xml:space="preserve">[1:08:53] </w:t>
      </w:r>
      <w:r>
        <w:t>To engine agar apni direction ko within second change kar sakta hai, to mera mind kyun nahi kar</w:t>
      </w:r>
    </w:p>
    <w:p>
      <w:pPr>
        <w:jc w:val="right"/>
      </w:pPr>
      <w:r>
        <w:t>تو engine اگر اپنی direction کو within سیکنڈ change کر سکتا ہے، تو میرا mind کیوں نہیں کر</w:t>
      </w:r>
    </w:p>
    <w:p>
      <w:r>
        <w:rPr>
          <w:b/>
        </w:rPr>
        <w:t xml:space="preserve">[1:08:58] </w:t>
      </w:r>
      <w:r>
        <w:t>sakta? To thought process ko change karna mein bohat zyada aasan samajhta hoon.</w:t>
      </w:r>
    </w:p>
    <w:p>
      <w:pPr>
        <w:jc w:val="right"/>
      </w:pPr>
      <w:r>
        <w:t>سکتا؟ تو thought process کو change کرنا میں بہت زیادہ آسان سمجھتا ہوں۔</w:t>
      </w:r>
    </w:p>
    <w:p>
      <w:r>
        <w:rPr>
          <w:b/>
        </w:rPr>
        <w:t xml:space="preserve">[1:09:02] </w:t>
      </w:r>
      <w:r>
        <w:t>To sirf sochne ki baat hai.</w:t>
      </w:r>
    </w:p>
    <w:p>
      <w:pPr>
        <w:jc w:val="right"/>
      </w:pPr>
      <w:r>
        <w:t>تو صرف سوچنے کی بات ہے۔</w:t>
      </w:r>
    </w:p>
    <w:p>
      <w:r>
        <w:rPr>
          <w:b/>
        </w:rPr>
        <w:t xml:space="preserve">[1:09:07] </w:t>
      </w:r>
      <w:r>
        <w:t>Art of thinking ki baat hai.</w:t>
      </w:r>
    </w:p>
    <w:p>
      <w:pPr>
        <w:jc w:val="right"/>
      </w:pPr>
      <w:r>
        <w:t>Art of thinking کی بات ہے۔</w:t>
      </w:r>
    </w:p>
    <w:p>
      <w:r>
        <w:rPr>
          <w:b/>
        </w:rPr>
        <w:t xml:space="preserve">[1:09:11] </w:t>
      </w:r>
      <w:r>
        <w:t>Maulana Iqbal Ahmed Umri ne Tamil Nadu se likha hai: "Musalmanon ne ab tak jaan ki qurbani di hai.</w:t>
      </w:r>
    </w:p>
    <w:p>
      <w:pPr>
        <w:jc w:val="right"/>
      </w:pPr>
      <w:r>
        <w:t>مولانا اقبال احمد عمری نے تمل ناڈو سے لکھا ہے: "مسلمانوں نے اب تک جان کی قربانی دی ہے۔</w:t>
      </w:r>
    </w:p>
    <w:p>
      <w:r>
        <w:rPr>
          <w:b/>
        </w:rPr>
        <w:t xml:space="preserve">[1:09:16] </w:t>
      </w:r>
      <w:r>
        <w:t>Ab kis tarah ki qurbani matloob hai? Is ke baray mein batayen." Jaan ki qurbani, jaan ko khoya hai kahiye.</w:t>
      </w:r>
    </w:p>
    <w:p>
      <w:pPr>
        <w:jc w:val="right"/>
      </w:pPr>
      <w:r>
        <w:t>اب کس طرح کی قربانی مطلوب ہے؟ اس کے بارے میں بتائیں۔" جان کی قربانی، جان کو کھویا ہے کہیے۔</w:t>
      </w:r>
    </w:p>
    <w:p>
      <w:r>
        <w:rPr>
          <w:b/>
        </w:rPr>
        <w:t xml:space="preserve">[1:09:21] </w:t>
      </w:r>
      <w:r>
        <w:t>Jisko kehte hain jaan ki qurbani, wo jaan ko waste kiya hai, jaan ko khoya hai.</w:t>
      </w:r>
    </w:p>
    <w:p>
      <w:pPr>
        <w:jc w:val="right"/>
      </w:pPr>
      <w:r>
        <w:t>جس کو کہتے ہیں جان کی قربانی، وہ جان کو waste کیا ہے، جان کو کھویا ہے۔</w:t>
      </w:r>
    </w:p>
    <w:p>
      <w:r>
        <w:rPr>
          <w:b/>
        </w:rPr>
        <w:t xml:space="preserve">[1:09:25] </w:t>
      </w:r>
      <w:r>
        <w:t>Khwamkhwah hi apne ko barbaad kiya hai.</w:t>
      </w:r>
    </w:p>
    <w:p>
      <w:pPr>
        <w:jc w:val="right"/>
      </w:pPr>
      <w:r>
        <w:t>خوامخواہ ہی اپنے کو برباد کیا ہے۔</w:t>
      </w:r>
    </w:p>
    <w:p>
      <w:r>
        <w:rPr>
          <w:b/>
        </w:rPr>
        <w:t xml:space="preserve">[1:09:30] </w:t>
      </w:r>
      <w:r>
        <w:t>Dekhiye, qurbani ek positive word hai.</w:t>
      </w:r>
    </w:p>
    <w:p>
      <w:pPr>
        <w:jc w:val="right"/>
      </w:pPr>
      <w:r>
        <w:t>دیکھیے، قربانی ایک positive word ہے۔</w:t>
      </w:r>
    </w:p>
    <w:p>
      <w:r>
        <w:rPr>
          <w:b/>
        </w:rPr>
        <w:t xml:space="preserve">[1:09:34] </w:t>
      </w:r>
      <w:r>
        <w:t>Positive word yani is ka koi result nikalna chahiye.</w:t>
      </w:r>
    </w:p>
    <w:p>
      <w:pPr>
        <w:jc w:val="right"/>
      </w:pPr>
      <w:r>
        <w:t>Positive word یعنی اس کا کوئی result نکلنا چاہیے۔</w:t>
      </w:r>
    </w:p>
    <w:p>
      <w:r>
        <w:rPr>
          <w:b/>
        </w:rPr>
        <w:t xml:space="preserve">[1:09:39] </w:t>
      </w:r>
      <w:r>
        <w:t>Jis qurbani ka result na nikle, wo aap ne khoya.</w:t>
      </w:r>
    </w:p>
    <w:p>
      <w:pPr>
        <w:jc w:val="right"/>
      </w:pPr>
      <w:r>
        <w:t>جس قربانی کا result نہ نکلے، وہ آپ نے کھویا۔</w:t>
      </w:r>
    </w:p>
    <w:p>
      <w:r>
        <w:rPr>
          <w:b/>
        </w:rPr>
        <w:t xml:space="preserve">[1:09:43] </w:t>
      </w:r>
      <w:r>
        <w:t>Apne ko tabah kiya, apne ko barbaad kiya.</w:t>
      </w:r>
    </w:p>
    <w:p>
      <w:pPr>
        <w:jc w:val="right"/>
      </w:pPr>
      <w:r>
        <w:t>اپنے کو تباہ کیا، اپنے کو برباد کیا۔</w:t>
      </w:r>
    </w:p>
    <w:p>
      <w:r>
        <w:rPr>
          <w:b/>
        </w:rPr>
        <w:t xml:space="preserve">[1:09:48] </w:t>
      </w:r>
      <w:r>
        <w:t>There is difference between qurbani and tabahi.</w:t>
      </w:r>
    </w:p>
    <w:p>
      <w:pPr>
        <w:jc w:val="right"/>
      </w:pPr>
      <w:r>
        <w:t>There is difference between قربانی and تباہی.</w:t>
      </w:r>
    </w:p>
    <w:p>
      <w:r>
        <w:rPr>
          <w:b/>
        </w:rPr>
        <w:t xml:space="preserve">[1:09:53] </w:t>
      </w:r>
      <w:r>
        <w:t>Yaad rakhiye, ye musalman kya karte hain? Tabahi ko qurbani ka naam de rakha hai unhon ne.</w:t>
      </w:r>
    </w:p>
    <w:p>
      <w:pPr>
        <w:jc w:val="right"/>
      </w:pPr>
      <w:r>
        <w:t>یاد رکھیے، یہ مسلمان کیا کرتے ہیں؟ تباہی کو قربانی کا نام دے رکھا ہے انہوں نے۔</w:t>
      </w:r>
    </w:p>
    <w:p>
      <w:r>
        <w:rPr>
          <w:b/>
        </w:rPr>
        <w:t xml:space="preserve">[1:09:57] </w:t>
      </w:r>
      <w:r>
        <w:t>yeh tabahi kar rahe hain apne musalman.</w:t>
      </w:r>
    </w:p>
    <w:p>
      <w:pPr>
        <w:jc w:val="right"/>
      </w:pPr>
      <w:r>
        <w:t>یہ تباہی کر رہے ہیں اپنے مسلمان۔</w:t>
      </w:r>
    </w:p>
    <w:p>
      <w:r>
        <w:rPr>
          <w:b/>
        </w:rPr>
        <w:t xml:space="preserve">[1:10:02] </w:t>
      </w:r>
      <w:r>
        <w:t>apni janon ko tabah kar rahe hain.</w:t>
      </w:r>
    </w:p>
    <w:p>
      <w:pPr>
        <w:jc w:val="right"/>
      </w:pPr>
      <w:r>
        <w:t>اپنی جانوں کو تباہ کر رہے ہیں۔</w:t>
      </w:r>
    </w:p>
    <w:p>
      <w:r>
        <w:rPr>
          <w:b/>
        </w:rPr>
        <w:t xml:space="preserve">[1:10:07] </w:t>
      </w:r>
      <w:r>
        <w:t>qurbani to ek misbat lafz hai, ek positive lafz hai.</w:t>
      </w:r>
    </w:p>
    <w:p>
      <w:pPr>
        <w:jc w:val="right"/>
      </w:pPr>
      <w:r>
        <w:t>قربانی تو ایک مثبت لفظ ہے، ایک positive لفظ ہے۔</w:t>
      </w:r>
    </w:p>
    <w:p>
      <w:r>
        <w:rPr>
          <w:b/>
        </w:rPr>
        <w:t xml:space="preserve">[1:10:12] </w:t>
      </w:r>
      <w:r>
        <w:t>main is ko qurbani nahin manta, main is ko tabahi manta hoon.</w:t>
      </w:r>
    </w:p>
    <w:p>
      <w:pPr>
        <w:jc w:val="right"/>
      </w:pPr>
      <w:r>
        <w:t>میں اس کو قربانی نہیں مانتا، میں اس کو تباہی مانتا ہوں۔</w:t>
      </w:r>
    </w:p>
    <w:p>
      <w:r>
        <w:rPr>
          <w:b/>
        </w:rPr>
        <w:t xml:space="preserve">[1:10:17] </w:t>
      </w:r>
      <w:r>
        <w:t>to pehli baat yeh hai ke musalman yeh samjhein ke hum ne tabah kiya aur woh khwamkhwah samajhte</w:t>
      </w:r>
    </w:p>
    <w:p>
      <w:pPr>
        <w:jc w:val="right"/>
      </w:pPr>
      <w:r>
        <w:t>تو پہلی بات یہ ہے کہ مسلمان یہ سمجھیں کہ ہم نے تباہ کیا اور وہ خوامخواہ سمجھتے</w:t>
      </w:r>
    </w:p>
    <w:p>
      <w:r>
        <w:rPr>
          <w:b/>
        </w:rPr>
        <w:t xml:space="preserve">[1:10:21] </w:t>
      </w:r>
      <w:r>
        <w:t>hain ke hum qurbani de rahe hain.</w:t>
      </w:r>
    </w:p>
    <w:p>
      <w:pPr>
        <w:jc w:val="right"/>
      </w:pPr>
      <w:r>
        <w:t>ہیں کہ ہم قربانی دے رہے ہیں۔</w:t>
      </w:r>
    </w:p>
    <w:p>
      <w:r>
        <w:rPr>
          <w:b/>
        </w:rPr>
        <w:t xml:space="preserve">[1:10:26] </w:t>
      </w:r>
      <w:r>
        <w:t>to mere ek saathi the, anwar azmi, madrasay mein.</w:t>
      </w:r>
    </w:p>
    <w:p>
      <w:pPr>
        <w:jc w:val="right"/>
      </w:pPr>
      <w:r>
        <w:t>تو میرے ایک ساتھی تھے، انور اعظمی، مدرسے میں۔</w:t>
      </w:r>
    </w:p>
    <w:p>
      <w:r>
        <w:rPr>
          <w:b/>
        </w:rPr>
        <w:t xml:space="preserve">[1:10:31] </w:t>
      </w:r>
      <w:r>
        <w:t>woh kaha karte the ke sab se bari qurbani rai ki qurbani hai.</w:t>
      </w:r>
    </w:p>
    <w:p>
      <w:pPr>
        <w:jc w:val="right"/>
      </w:pPr>
      <w:r>
        <w:t>وہ کہا کرتے تھے کہ سب سے بڑی قربانی رائے کی قربانی ہے۔</w:t>
      </w:r>
    </w:p>
    <w:p>
      <w:r>
        <w:rPr>
          <w:b/>
        </w:rPr>
        <w:t xml:space="preserve">[1:10:36] </w:t>
      </w:r>
      <w:r>
        <w:t>sab se bari qurbani rai ki qurbani hai.</w:t>
      </w:r>
    </w:p>
    <w:p>
      <w:pPr>
        <w:jc w:val="right"/>
      </w:pPr>
      <w:r>
        <w:t>سب سے بڑی قربانی رائے کی قربانی ہے۔</w:t>
      </w:r>
    </w:p>
    <w:p>
      <w:r>
        <w:rPr>
          <w:b/>
        </w:rPr>
        <w:t xml:space="preserve">[1:10:41] </w:t>
      </w:r>
      <w:r>
        <w:t>yeh waqt aa gaya hai ke musalman rai ki qurbani dein.</w:t>
      </w:r>
    </w:p>
    <w:p>
      <w:pPr>
        <w:jc w:val="right"/>
      </w:pPr>
      <w:r>
        <w:t>یہ وقت آگیا ہے کہ مسلمان رائے کی قربانی دیں۔</w:t>
      </w:r>
    </w:p>
    <w:p>
      <w:r>
        <w:rPr>
          <w:b/>
        </w:rPr>
        <w:t xml:space="preserve">[1:10:46] </w:t>
      </w:r>
      <w:r>
        <w:t>apni rai ko badlein, apni soch ko badlein.</w:t>
      </w:r>
    </w:p>
    <w:p>
      <w:pPr>
        <w:jc w:val="right"/>
      </w:pPr>
      <w:r>
        <w:t>اپنی رائے کو بدلیں، اپنی سوچ کو بدلیں۔</w:t>
      </w:r>
    </w:p>
    <w:p>
      <w:r>
        <w:rPr>
          <w:b/>
        </w:rPr>
        <w:t xml:space="preserve">[1:10:50] </w:t>
      </w:r>
      <w:r>
        <w:t>yeh waqt aa gaya hai.</w:t>
      </w:r>
    </w:p>
    <w:p>
      <w:pPr>
        <w:jc w:val="right"/>
      </w:pPr>
      <w:r>
        <w:t>یہ وقت آگیا ہے۔</w:t>
      </w:r>
    </w:p>
    <w:p>
      <w:r>
        <w:rPr>
          <w:b/>
        </w:rPr>
        <w:t xml:space="preserve">[1:10:55] </w:t>
      </w:r>
      <w:r>
        <w:t>yeh sab se bari un ke liye sacrifice hogi.</w:t>
      </w:r>
    </w:p>
    <w:p>
      <w:pPr>
        <w:jc w:val="right"/>
      </w:pPr>
      <w:r>
        <w:t>یہ سب سے بڑی ان کے لیے sacrifice ہوگی۔</w:t>
      </w:r>
    </w:p>
    <w:p>
      <w:r>
        <w:rPr>
          <w:b/>
        </w:rPr>
        <w:t xml:space="preserve">[1:11:00] </w:t>
      </w:r>
      <w:r>
        <w:t>ke jis cheez ko jihad samajhte hain, to kahein ke yeh jihad nahin hai.</w:t>
      </w:r>
    </w:p>
    <w:p>
      <w:pPr>
        <w:jc w:val="right"/>
      </w:pPr>
      <w:r>
        <w:t>کہ جس چیز کو جہاد سمجھتے ہیں، تو کہیں کہ یہ جہاد نہیں ہے۔</w:t>
      </w:r>
    </w:p>
    <w:p>
      <w:r>
        <w:rPr>
          <w:b/>
        </w:rPr>
        <w:t xml:space="preserve">[1:11:05] </w:t>
      </w:r>
      <w:r>
        <w:t>yeh bilkul, yani khud sakhta jihad tha yeh.</w:t>
      </w:r>
    </w:p>
    <w:p>
      <w:pPr>
        <w:jc w:val="right"/>
      </w:pPr>
      <w:r>
        <w:t>یہ بالکل، یعنی خود ساختہ جہاد تھا یہ۔</w:t>
      </w:r>
    </w:p>
    <w:p>
      <w:r>
        <w:rPr>
          <w:b/>
        </w:rPr>
        <w:t xml:space="preserve">[1:11:10] </w:t>
      </w:r>
      <w:r>
        <w:t>jis ko koi samajhte hain ke larai, woh larai nahin hai.</w:t>
      </w:r>
    </w:p>
    <w:p>
      <w:pPr>
        <w:jc w:val="right"/>
      </w:pPr>
      <w:r>
        <w:t>جس کو کوئی سمجھتے ہیں کہ لڑائی، وہ لڑائی نہیں ہے۔</w:t>
      </w:r>
    </w:p>
    <w:p>
      <w:r>
        <w:rPr>
          <w:b/>
        </w:rPr>
        <w:t xml:space="preserve">[1:11:15] </w:t>
      </w:r>
      <w:r>
        <w:t>apne ko tabah karna hai.</w:t>
      </w:r>
    </w:p>
    <w:p>
      <w:pPr>
        <w:jc w:val="right"/>
      </w:pPr>
      <w:r>
        <w:t>اپنے کو تباہ کرنا ہے۔</w:t>
      </w:r>
    </w:p>
    <w:p>
      <w:r>
        <w:rPr>
          <w:b/>
        </w:rPr>
        <w:t xml:space="preserve">[1:11:19] </w:t>
      </w:r>
      <w:r>
        <w:t>jis ko shahadat kehte hain, shahadat nahin hai woh.</w:t>
      </w:r>
    </w:p>
    <w:p>
      <w:pPr>
        <w:jc w:val="right"/>
      </w:pPr>
      <w:r>
        <w:t>جس کو شہادت کہتے ہیں، شہادت نہیں ہے وہ۔</w:t>
      </w:r>
    </w:p>
    <w:p>
      <w:r>
        <w:rPr>
          <w:b/>
        </w:rPr>
        <w:t xml:space="preserve">[1:11:24] </w:t>
      </w:r>
      <w:r>
        <w:t>apne ko marwana hai khwamkhwah.</w:t>
      </w:r>
    </w:p>
    <w:p>
      <w:pPr>
        <w:jc w:val="right"/>
      </w:pPr>
      <w:r>
        <w:t>اپنے کو مروانا ہے خوامخواہ۔</w:t>
      </w:r>
    </w:p>
    <w:p>
      <w:r>
        <w:rPr>
          <w:b/>
        </w:rPr>
        <w:t xml:space="preserve">[1:11:29] </w:t>
      </w:r>
      <w:r>
        <w:t>yeh hai rai ki qurbani.</w:t>
      </w:r>
    </w:p>
    <w:p>
      <w:pPr>
        <w:jc w:val="right"/>
      </w:pPr>
      <w:r>
        <w:t>یہ ہے رائے کی قربانی۔</w:t>
      </w:r>
    </w:p>
    <w:p>
      <w:r>
        <w:rPr>
          <w:b/>
        </w:rPr>
        <w:t xml:space="preserve">[1:11:34] </w:t>
      </w:r>
      <w:r>
        <w:t>apni rai ko badlein, apni soch ko badlein.</w:t>
      </w:r>
    </w:p>
    <w:p>
      <w:pPr>
        <w:jc w:val="right"/>
      </w:pPr>
      <w:r>
        <w:t>اپنی رائے کو بدلیں، اپنی سوچ کو بدلیں۔</w:t>
      </w:r>
    </w:p>
    <w:p>
      <w:r>
        <w:rPr>
          <w:b/>
        </w:rPr>
        <w:t xml:space="preserve">[1:11:39] </w:t>
      </w:r>
      <w:r>
        <w:t>is waqt jo qurbani darkar hai, woh yeh qurbani darkar hai.</w:t>
      </w:r>
    </w:p>
    <w:p>
      <w:pPr>
        <w:jc w:val="right"/>
      </w:pPr>
      <w:r>
        <w:t>اس وقت جو قربانی درکار ہے، وہ یہ قربانی درکار ہے۔</w:t>
      </w:r>
    </w:p>
    <w:p>
      <w:r>
        <w:rPr>
          <w:b/>
        </w:rPr>
        <w:t xml:space="preserve">[1:11:44] </w:t>
      </w:r>
      <w:r>
        <w:t>isi ko hadith mein kaha gaya tha ke rajana min al-jihad al-asghar ila al-jihad al-akbar yahi hai.</w:t>
      </w:r>
    </w:p>
    <w:p>
      <w:pPr>
        <w:jc w:val="right"/>
      </w:pPr>
      <w:r>
        <w:t>اسی کو حدیث میں کہا گیا تھا کہ رجانا من الجهاد الاصغر الى الجهاد الاکبر یہی ہے۔</w:t>
      </w:r>
    </w:p>
    <w:p>
      <w:r>
        <w:rPr>
          <w:b/>
        </w:rPr>
        <w:t xml:space="preserve">[1:11:48] </w:t>
      </w:r>
      <w:r>
        <w:t>ke larr kar mar jana yeh choti cheez hai.</w:t>
      </w:r>
    </w:p>
    <w:p>
      <w:pPr>
        <w:jc w:val="right"/>
      </w:pPr>
      <w:r>
        <w:t>کہ لڑ کر مر جانا یہ چھوٹی چیز ہے۔</w:t>
      </w:r>
    </w:p>
    <w:p>
      <w:r>
        <w:rPr>
          <w:b/>
        </w:rPr>
        <w:t xml:space="preserve">[1:11:53] </w:t>
      </w:r>
      <w:r>
        <w:t>lekin apne apne mind se larrna, apni soch se larrna, apne thinking process ko badalna, yeh zyada bari baat hai.</w:t>
      </w:r>
    </w:p>
    <w:p>
      <w:pPr>
        <w:jc w:val="right"/>
      </w:pPr>
      <w:r>
        <w:t>لیکن اپنے اپنے mind سے لڑنا، اپنی سوچ سے لڑنا، اپنے thinking process کو بدلنا، یہ زیادہ بڑی بات ہے۔</w:t>
      </w:r>
    </w:p>
    <w:p>
      <w:r>
        <w:rPr>
          <w:b/>
        </w:rPr>
        <w:t xml:space="preserve">[1:11:58] </w:t>
      </w:r>
      <w:r>
        <w:t>to mein samajhta hoon ke aaj musalmanon ko jo qurbani darkar hai, woh jaan o maal ki qurbani nahi hai.</w:t>
      </w:r>
    </w:p>
    <w:p>
      <w:pPr>
        <w:jc w:val="right"/>
      </w:pPr>
      <w:r>
        <w:t>تو میں سمجھتا ہوں کہ آج مسلمانوں کو جو قربانی درکار ہے، وہ جان و مال کی قربانی نہیں ہے۔</w:t>
      </w:r>
    </w:p>
    <w:p>
      <w:r>
        <w:rPr>
          <w:b/>
        </w:rPr>
        <w:t xml:space="preserve">[1:12:03] </w:t>
      </w:r>
      <w:r>
        <w:t>woh soch ki qurbani hai.</w:t>
      </w:r>
    </w:p>
    <w:p>
      <w:pPr>
        <w:jc w:val="right"/>
      </w:pPr>
      <w:r>
        <w:t>وہ سوچ کی قربانی ہے۔</w:t>
      </w:r>
    </w:p>
    <w:p>
      <w:r>
        <w:rPr>
          <w:b/>
        </w:rPr>
        <w:t xml:space="preserve">[1:12:08] </w:t>
      </w:r>
      <w:r>
        <w:t>woh rai ki qurbani hai.</w:t>
      </w:r>
    </w:p>
    <w:p>
      <w:pPr>
        <w:jc w:val="right"/>
      </w:pPr>
      <w:r>
        <w:t>وہ رائے کی قربانی ہے۔</w:t>
      </w:r>
    </w:p>
    <w:p>
      <w:r>
        <w:rPr>
          <w:b/>
        </w:rPr>
        <w:t xml:space="preserve">[1:12:13] </w:t>
      </w:r>
      <w:r>
        <w:t>yeh un ke liye aaj sab se ziyada matloob ibadat hai.</w:t>
      </w:r>
    </w:p>
    <w:p>
      <w:pPr>
        <w:jc w:val="right"/>
      </w:pPr>
      <w:r>
        <w:t>یہ ان کے لیے آج سب سے زیادہ مطلوب عبادت ہے۔</w:t>
      </w:r>
    </w:p>
    <w:p>
      <w:r>
        <w:rPr>
          <w:b/>
        </w:rPr>
        <w:t xml:space="preserve">[1:12:17] </w:t>
      </w:r>
      <w:r>
        <w:t>mr muhammad tauqeer alam ne muzaffarpur se likha hai: "ilm hasil karne ke liye quran ki sab se</w:t>
      </w:r>
    </w:p>
    <w:p>
      <w:pPr>
        <w:jc w:val="right"/>
      </w:pPr>
      <w:r>
        <w:t>مسٹر محمد توقیر عالم نے مظفرپور سے لکھا ہے: "علم حاصل کرنے کے لیے قرآن کی سب سے</w:t>
      </w:r>
    </w:p>
    <w:p>
      <w:r>
        <w:rPr>
          <w:b/>
        </w:rPr>
        <w:t xml:space="preserve">[1:12:22] </w:t>
      </w:r>
      <w:r>
        <w:t>acchi dua kya hai?" dekhiye, sirf dua se ilm nahi aata.</w:t>
      </w:r>
    </w:p>
    <w:p>
      <w:pPr>
        <w:jc w:val="right"/>
      </w:pPr>
      <w:r>
        <w:t>اچھی دعا کیا ہے؟" دیکھیے، صرف دعا سے علم نہیں آتا۔</w:t>
      </w:r>
    </w:p>
    <w:p>
      <w:r>
        <w:rPr>
          <w:b/>
        </w:rPr>
        <w:t xml:space="preserve">[1:12:27] </w:t>
      </w:r>
      <w:r>
        <w:t>aap dua karte rahen to ilm nahi aajayega.</w:t>
      </w:r>
    </w:p>
    <w:p>
      <w:pPr>
        <w:jc w:val="right"/>
      </w:pPr>
      <w:r>
        <w:t>آپ دعا کرتے رہیں تو علم نہیں آجائے گا۔</w:t>
      </w:r>
    </w:p>
    <w:p>
      <w:r>
        <w:rPr>
          <w:b/>
        </w:rPr>
        <w:t xml:space="preserve">[1:12:32] </w:t>
      </w:r>
      <w:r>
        <w:t>aap ko study karni paregi.</w:t>
      </w:r>
    </w:p>
    <w:p>
      <w:pPr>
        <w:jc w:val="right"/>
      </w:pPr>
      <w:r>
        <w:t>آپ کو study کرنی پڑے گی۔</w:t>
      </w:r>
    </w:p>
    <w:p>
      <w:r>
        <w:rPr>
          <w:b/>
        </w:rPr>
        <w:t xml:space="preserve">[1:12:37] </w:t>
      </w:r>
      <w:r>
        <w:t>aap ko mehnat karni paregi.</w:t>
      </w:r>
    </w:p>
    <w:p>
      <w:pPr>
        <w:jc w:val="right"/>
      </w:pPr>
      <w:r>
        <w:t>آپ کو محنت کرنی پڑے گی۔</w:t>
      </w:r>
    </w:p>
    <w:p>
      <w:r>
        <w:rPr>
          <w:b/>
        </w:rPr>
        <w:t xml:space="preserve">[1:12:41] </w:t>
      </w:r>
      <w:r>
        <w:t>aap ko tarz-e-sifat se apne ko pak karna parega.</w:t>
      </w:r>
    </w:p>
    <w:p>
      <w:pPr>
        <w:jc w:val="right"/>
      </w:pPr>
      <w:r>
        <w:t>آپ کو طرز صفات سے اپنے کو پاک کرنا پڑے گا۔</w:t>
      </w:r>
    </w:p>
    <w:p>
      <w:r>
        <w:rPr>
          <w:b/>
        </w:rPr>
        <w:t xml:space="preserve">[1:12:46] </w:t>
      </w:r>
      <w:r>
        <w:t>apni decoration karni paregi.</w:t>
      </w:r>
    </w:p>
    <w:p>
      <w:pPr>
        <w:jc w:val="right"/>
      </w:pPr>
      <w:r>
        <w:t>اپنی decoration کرنی پڑے گی۔</w:t>
      </w:r>
    </w:p>
    <w:p>
      <w:r>
        <w:rPr>
          <w:b/>
        </w:rPr>
        <w:t xml:space="preserve">[1:12:51] </w:t>
      </w:r>
      <w:r>
        <w:t>phir dua karna hai.</w:t>
      </w:r>
    </w:p>
    <w:p>
      <w:pPr>
        <w:jc w:val="right"/>
      </w:pPr>
      <w:r>
        <w:t>پھر دعا کرنا ہے۔</w:t>
      </w:r>
    </w:p>
    <w:p>
      <w:r>
        <w:rPr>
          <w:b/>
        </w:rPr>
        <w:t xml:space="preserve">[1:12:56] </w:t>
      </w:r>
      <w:r>
        <w:t>aur hadith mein aata hai ke iqla' ftawakkal oont ko pehle bandho.</w:t>
      </w:r>
    </w:p>
    <w:p>
      <w:pPr>
        <w:jc w:val="right"/>
      </w:pPr>
      <w:r>
        <w:t>اور حدیث میں آتا ہے کہ اقلع فتوکل اونٹ کو پہلے باندھو۔</w:t>
      </w:r>
    </w:p>
    <w:p>
      <w:r>
        <w:rPr>
          <w:b/>
        </w:rPr>
        <w:t xml:space="preserve">[1:13:01] </w:t>
      </w:r>
      <w:r>
        <w:t>phir allah se jo kehna hai, kaho.</w:t>
      </w:r>
    </w:p>
    <w:p>
      <w:pPr>
        <w:jc w:val="right"/>
      </w:pPr>
      <w:r>
        <w:t>پھر اللہ سے جو کہنا ہے، کہو۔</w:t>
      </w:r>
    </w:p>
    <w:p>
      <w:r>
        <w:rPr>
          <w:b/>
        </w:rPr>
        <w:t xml:space="preserve">[1:13:06] </w:t>
      </w:r>
      <w:r>
        <w:t>to ilm jo hai, yani kab hasil hota hai insaan ko? ek to khoob study kare, khoob mutala' kare.</w:t>
      </w:r>
    </w:p>
    <w:p>
      <w:pPr>
        <w:jc w:val="right"/>
      </w:pPr>
      <w:r>
        <w:t>تو علم جو ہے، یعنی کب حاصل ہوتا ہے انسان کو؟ ایک تو خوب study کرے، خوب مطالعہ کرے۔</w:t>
      </w:r>
    </w:p>
    <w:p>
      <w:r>
        <w:rPr>
          <w:b/>
        </w:rPr>
        <w:t xml:space="preserve">[1:13:10] </w:t>
      </w:r>
      <w:r>
        <w:t>logon se khoob seekhe, learning kare logon se.</w:t>
      </w:r>
    </w:p>
    <w:p>
      <w:pPr>
        <w:jc w:val="right"/>
      </w:pPr>
      <w:r>
        <w:t>لوگوں سے خوب سیکھے، learning کرے لوگوں سے۔</w:t>
      </w:r>
    </w:p>
    <w:p>
      <w:r>
        <w:rPr>
          <w:b/>
        </w:rPr>
        <w:t xml:space="preserve">[1:13:15] </w:t>
      </w:r>
      <w:r>
        <w:t>khoob achhe tareeqe se.</w:t>
      </w:r>
    </w:p>
    <w:p>
      <w:pPr>
        <w:jc w:val="right"/>
      </w:pPr>
      <w:r>
        <w:t>خوب اچھے طریقے سے۔</w:t>
      </w:r>
    </w:p>
    <w:p>
      <w:r>
        <w:rPr>
          <w:b/>
        </w:rPr>
        <w:t xml:space="preserve">[1:13:20] </w:t>
      </w:r>
      <w:r>
        <w:t>lekin yeh bhi zaroori hai ke tarz-e-sifat se pak kare aadmi apne aap ko.</w:t>
      </w:r>
    </w:p>
    <w:p>
      <w:pPr>
        <w:jc w:val="right"/>
      </w:pPr>
      <w:r>
        <w:t>لیکن یہ بھی ضروری ہے کہ طرز صفات سے پاک کرے آدمی اپنے آپ کو۔</w:t>
      </w:r>
    </w:p>
    <w:p>
      <w:r>
        <w:rPr>
          <w:b/>
        </w:rPr>
        <w:t xml:space="preserve">[1:13:25] </w:t>
      </w:r>
      <w:r>
        <w:t>yani apne ko, yani open mind banaye.</w:t>
      </w:r>
    </w:p>
    <w:p>
      <w:pPr>
        <w:jc w:val="right"/>
      </w:pPr>
      <w:r>
        <w:t>یعنی اپنے کو، یعنی open mind بنائے۔</w:t>
      </w:r>
    </w:p>
    <w:p>
      <w:r>
        <w:rPr>
          <w:b/>
        </w:rPr>
        <w:t xml:space="preserve">[1:13:30] </w:t>
      </w:r>
      <w:r>
        <w:t>warna parhega, parhega aur tarz-e-sifat hi mein jeeta rahega phir bhi woh.</w:t>
      </w:r>
    </w:p>
    <w:p>
      <w:pPr>
        <w:jc w:val="right"/>
      </w:pPr>
      <w:r>
        <w:t>ورنہ پڑھے گا، پڑھے گا اور طرز صفات ہی میں جیتا رہے گا پھر بھی وہ۔</w:t>
      </w:r>
    </w:p>
    <w:p>
      <w:r>
        <w:rPr>
          <w:b/>
        </w:rPr>
        <w:t xml:space="preserve">[1:13:35] </w:t>
      </w:r>
      <w:r>
        <w:t>tarz-e-sifat mein jeeta rahega.</w:t>
      </w:r>
    </w:p>
    <w:p>
      <w:pPr>
        <w:jc w:val="right"/>
      </w:pPr>
      <w:r>
        <w:t>طرز صفات میں جیتا رہے گا۔</w:t>
      </w:r>
    </w:p>
    <w:p>
      <w:r>
        <w:rPr>
          <w:b/>
        </w:rPr>
        <w:t xml:space="preserve">[1:13:39] </w:t>
      </w:r>
      <w:r>
        <w:t>aur phir dua.</w:t>
      </w:r>
    </w:p>
    <w:p>
      <w:pPr>
        <w:jc w:val="right"/>
      </w:pPr>
      <w:r>
        <w:t>اور پھر دعا۔</w:t>
      </w:r>
    </w:p>
    <w:p>
      <w:r>
        <w:rPr>
          <w:b/>
        </w:rPr>
        <w:t xml:space="preserve">[1:13:44] </w:t>
      </w:r>
      <w:r>
        <w:t>dua aap ki sincerity ko batati hai.</w:t>
      </w:r>
    </w:p>
    <w:p>
      <w:pPr>
        <w:jc w:val="right"/>
      </w:pPr>
      <w:r>
        <w:t>دعا آپ کی sincerity کو بتاتی ہے۔</w:t>
      </w:r>
    </w:p>
    <w:p>
      <w:r>
        <w:rPr>
          <w:b/>
        </w:rPr>
        <w:t xml:space="preserve">[1:13:49] </w:t>
      </w:r>
      <w:r>
        <w:t>aap ki spirit ko batati hai.</w:t>
      </w:r>
    </w:p>
    <w:p>
      <w:pPr>
        <w:jc w:val="right"/>
      </w:pPr>
      <w:r>
        <w:t>آپ کی spirit کو بتاتی ہے۔</w:t>
      </w:r>
    </w:p>
    <w:p>
      <w:r>
        <w:rPr>
          <w:b/>
        </w:rPr>
        <w:t xml:space="preserve">[1:13:54] </w:t>
      </w:r>
      <w:r>
        <w:t>jaiz baat ko batati hai ke aap, aap bharosa apne upar nahi, allah ke upar ab bharosa hai,</w:t>
      </w:r>
    </w:p>
    <w:p>
      <w:pPr>
        <w:jc w:val="right"/>
      </w:pPr>
      <w:r>
        <w:t>جائز بات کو بتاتی ہے کہ آپ، آپ بھروسہ اپنے اوپر نہیں، اللہ کے اوپر اب بھروسہ ہے،</w:t>
      </w:r>
    </w:p>
    <w:p>
      <w:r>
        <w:rPr>
          <w:b/>
        </w:rPr>
        <w:t xml:space="preserve">[1:13:59] </w:t>
      </w:r>
      <w:r>
        <w:t>is ko batati hai.</w:t>
      </w:r>
    </w:p>
    <w:p>
      <w:pPr>
        <w:jc w:val="right"/>
      </w:pPr>
      <w:r>
        <w:t>اس کو بتاتی ہے۔</w:t>
      </w:r>
    </w:p>
    <w:p>
      <w:r>
        <w:rPr>
          <w:b/>
        </w:rPr>
        <w:t xml:space="preserve">[1:14:04] </w:t>
      </w:r>
      <w:r>
        <w:t>jis se azm paida hota hai.</w:t>
      </w:r>
    </w:p>
    <w:p>
      <w:pPr>
        <w:jc w:val="right"/>
      </w:pPr>
      <w:r>
        <w:t>جس سے عزم پیدا ہوتا ہے۔</w:t>
      </w:r>
    </w:p>
    <w:p>
      <w:r>
        <w:rPr>
          <w:b/>
        </w:rPr>
        <w:t xml:space="preserve">[1:14:08] </w:t>
      </w:r>
      <w:r>
        <w:t>to dua bilashuba zaroori hai lekin hadith ke mutabiq pehle oont ko bandhna hai, phir dua karna hai.</w:t>
      </w:r>
    </w:p>
    <w:p>
      <w:pPr>
        <w:jc w:val="right"/>
      </w:pPr>
      <w:r>
        <w:t>تو دعا بلاشبہ ضروری ہے لیکن حدیث کے مطابق پہلے اونٹ کو باندھنا ہے، پھر دعا کرنا ہے۔</w:t>
      </w:r>
    </w:p>
    <w:p>
      <w:r>
        <w:rPr>
          <w:b/>
        </w:rPr>
        <w:t xml:space="preserve">[1:14:13] </w:t>
      </w:r>
      <w:r>
        <w:t>doctor farida khanum ne dilli se likha hai: "The real problem that we face today when we want</w:t>
      </w:r>
    </w:p>
    <w:p>
      <w:pPr>
        <w:jc w:val="right"/>
      </w:pPr>
      <w:r>
        <w:t>ڈاکٹر فریدہ خانم نے دلی سے لکھا ہے: "The real problem that we face today when we want</w:t>
      </w:r>
    </w:p>
    <w:p>
      <w:r>
        <w:rPr>
          <w:b/>
        </w:rPr>
        <w:t xml:space="preserve">[1:14:18] </w:t>
      </w:r>
      <w:r>
        <w:t>to draw people's attention to establish contact with God is that people's mindset has become totally world oriented.</w:t>
      </w:r>
    </w:p>
    <w:p>
      <w:pPr>
        <w:jc w:val="right"/>
      </w:pPr>
      <w:r>
        <w:t>to draw people's attention to establish contact with God is that people's mindset has become totally world oriented.</w:t>
      </w:r>
    </w:p>
    <w:p>
      <w:r>
        <w:rPr>
          <w:b/>
        </w:rPr>
        <w:t xml:space="preserve">[1:14:23] </w:t>
      </w:r>
      <w:r>
        <w:t>They do not pay any attention to the concerns of the hereafter.</w:t>
      </w:r>
    </w:p>
    <w:p>
      <w:pPr>
        <w:jc w:val="right"/>
      </w:pPr>
      <w:r>
        <w:t>They do not pay any attention to the concerns of the hereafter.</w:t>
      </w:r>
    </w:p>
    <w:p>
      <w:r>
        <w:rPr>
          <w:b/>
        </w:rPr>
        <w:t xml:space="preserve">[1:14:28] </w:t>
      </w:r>
      <w:r>
        <w:t>How to overcome this problem?</w:t>
      </w:r>
    </w:p>
    <w:p>
      <w:pPr>
        <w:jc w:val="right"/>
      </w:pPr>
      <w:r>
        <w:t>How to overcome this problem?</w:t>
      </w:r>
    </w:p>
    <w:p>
      <w:r>
        <w:rPr>
          <w:b/>
        </w:rPr>
        <w:t xml:space="preserve">[1:14:33] </w:t>
      </w:r>
      <w:r>
        <w:t>Please explain." dekhiye, world oriented mind to hamesha hi yeh tha.</w:t>
      </w:r>
    </w:p>
    <w:p>
      <w:pPr>
        <w:jc w:val="right"/>
      </w:pPr>
      <w:r>
        <w:t>Please explain." دیکھیے، world oriented mind تو ہمیشہ ہی یہ تھا۔</w:t>
      </w:r>
    </w:p>
    <w:p>
      <w:r>
        <w:rPr>
          <w:b/>
        </w:rPr>
        <w:t xml:space="preserve">[1:14:38] </w:t>
      </w:r>
      <w:r>
        <w:t>quran mein hai ke "إِلَيْكَ يَبْنُ الْعَاجِلَةِ وَاَذْرُوْنَ وَرَاهُمْ بِعُمْرٍ ثَقِيلَةٍ" farq jo hua, sirf magnitude mein hua hai.</w:t>
      </w:r>
    </w:p>
    <w:p>
      <w:pPr>
        <w:jc w:val="right"/>
      </w:pPr>
      <w:r>
        <w:t>قرآن میں ہے کہ "إِلَيْكَ يَبْنُ الْعَاجِلَةِ وَاَذْرُوْنَ وَرَاهُمْ بِعُمْرٍ ثَقِيلَةٍ" فرق جو ہوا، صرف magnitude میں ہوا ہے۔</w:t>
      </w:r>
    </w:p>
    <w:p>
      <w:r>
        <w:rPr>
          <w:b/>
        </w:rPr>
        <w:t xml:space="preserve">[1:14:43] </w:t>
      </w:r>
      <w:r>
        <w:t>kyunke pehle mawaqe bohat thore se thay.</w:t>
      </w:r>
    </w:p>
    <w:p>
      <w:pPr>
        <w:jc w:val="right"/>
      </w:pPr>
      <w:r>
        <w:t>کیونکہ پہلے مواقع بہت تھوڑے سے تھے۔</w:t>
      </w:r>
    </w:p>
    <w:p>
      <w:r>
        <w:rPr>
          <w:b/>
        </w:rPr>
        <w:t xml:space="preserve">[1:14:48] </w:t>
      </w:r>
      <w:r>
        <w:t>aaj mawaqe billion time barh chuke hain.</w:t>
      </w:r>
    </w:p>
    <w:p>
      <w:pPr>
        <w:jc w:val="right"/>
      </w:pPr>
      <w:r>
        <w:t>آج مواقع بلین ٹائم بڑھ چکے ہیں۔</w:t>
      </w:r>
    </w:p>
    <w:p>
      <w:r>
        <w:rPr>
          <w:b/>
        </w:rPr>
        <w:t xml:space="preserve">[1:14:53] </w:t>
      </w:r>
      <w:r>
        <w:t>aaj paise ka sailab hai.</w:t>
      </w:r>
    </w:p>
    <w:p>
      <w:pPr>
        <w:jc w:val="right"/>
      </w:pPr>
      <w:r>
        <w:t>آج پیسے کا سیلاب ہے۔</w:t>
      </w:r>
    </w:p>
    <w:p>
      <w:r>
        <w:rPr>
          <w:b/>
        </w:rPr>
        <w:t xml:space="preserve">[1:14:58] </w:t>
      </w:r>
      <w:r>
        <w:t>aur saman ka sailab hai.</w:t>
      </w:r>
    </w:p>
    <w:p>
      <w:pPr>
        <w:jc w:val="right"/>
      </w:pPr>
      <w:r>
        <w:t>اور سامان کا سیلاب ہے۔</w:t>
      </w:r>
    </w:p>
    <w:p>
      <w:r>
        <w:rPr>
          <w:b/>
        </w:rPr>
        <w:t xml:space="preserve">[1:15:03] </w:t>
      </w:r>
      <w:r>
        <w:t>shopping ka sailab hai, yani customer goods ka sailab hai.</w:t>
      </w:r>
    </w:p>
    <w:p>
      <w:pPr>
        <w:jc w:val="right"/>
      </w:pPr>
      <w:r>
        <w:t>شاپنگ کا سیلاب ہے، یعنی customer goods کا سیلاب ہے۔</w:t>
      </w:r>
    </w:p>
    <w:p>
      <w:r>
        <w:rPr>
          <w:b/>
        </w:rPr>
        <w:t xml:space="preserve">[1:15:08] </w:t>
      </w:r>
      <w:r>
        <w:t>to hamesha dunya mein yeh hua hai ke insaan jo hai, yani world oriented thinking is ki rahi hai.</w:t>
      </w:r>
    </w:p>
    <w:p>
      <w:pPr>
        <w:jc w:val="right"/>
      </w:pPr>
      <w:r>
        <w:t>تو ہمیشہ دنیا میں یہ ہوا ہے کہ انسان جو ہے، یعنی world oriented thinking اس کی رہی ہے۔</w:t>
      </w:r>
    </w:p>
    <w:p>
      <w:r>
        <w:rPr>
          <w:b/>
        </w:rPr>
        <w:t xml:space="preserve">[1:15:13] </w:t>
      </w:r>
      <w:r>
        <w:t>ab barh gayi hai, bas yeh kehna chahiye.</w:t>
      </w:r>
    </w:p>
    <w:p>
      <w:pPr>
        <w:jc w:val="right"/>
      </w:pPr>
      <w:r>
        <w:t>اب بڑھ گئی ہے، بس یہ کہنا چاہیے۔</w:t>
      </w:r>
    </w:p>
    <w:p>
      <w:r>
        <w:rPr>
          <w:b/>
        </w:rPr>
        <w:t xml:space="preserve">[1:15:18] </w:t>
      </w:r>
      <w:r>
        <w:t>to cheez kya hai? cheez yeh hai ke aadmi hamesha seen world mein uljha rehta hai.</w:t>
      </w:r>
    </w:p>
    <w:p>
      <w:pPr>
        <w:jc w:val="right"/>
      </w:pPr>
      <w:r>
        <w:t>تو چیز کیا ہے؟ چیز یہ ہے کہ آدمی ہمیشہ seen world میں الجھا رہتا ہے۔</w:t>
      </w:r>
    </w:p>
    <w:p>
      <w:r>
        <w:rPr>
          <w:b/>
        </w:rPr>
        <w:t xml:space="preserve">[1:15:23] </w:t>
      </w:r>
      <w:r>
        <w:t>unseen world ko samajh nahi pata woh.</w:t>
      </w:r>
    </w:p>
    <w:p>
      <w:pPr>
        <w:jc w:val="right"/>
      </w:pPr>
      <w:r>
        <w:t>Unseen world کو سمجھ نہیں پاتا وہ۔</w:t>
      </w:r>
    </w:p>
    <w:p>
      <w:r>
        <w:rPr>
          <w:b/>
        </w:rPr>
        <w:t xml:space="preserve">[1:15:28] </w:t>
      </w:r>
      <w:r>
        <w:t>khuda unseen hai, us ko samajh nahi pata.</w:t>
      </w:r>
    </w:p>
    <w:p>
      <w:pPr>
        <w:jc w:val="right"/>
      </w:pPr>
      <w:r>
        <w:t>خدا unseen ہے، اس کو سمجھ نہیں پاتا۔</w:t>
      </w:r>
    </w:p>
    <w:p>
      <w:r>
        <w:rPr>
          <w:b/>
        </w:rPr>
        <w:t xml:space="preserve">[1:15:33] </w:t>
      </w:r>
      <w:r>
        <w:t>aakhirat unseen hai, us ko samajh nahi pata.</w:t>
      </w:r>
    </w:p>
    <w:p>
      <w:pPr>
        <w:jc w:val="right"/>
      </w:pPr>
      <w:r>
        <w:t>آخرت unseen ہے، اس کو سمجھ نہیں پاتا۔</w:t>
      </w:r>
    </w:p>
    <w:p>
      <w:r>
        <w:rPr>
          <w:b/>
        </w:rPr>
        <w:t xml:space="preserve">[1:15:38] </w:t>
      </w:r>
      <w:r>
        <w:t>jannat unseen hai, us ko samajh nahi pata.</w:t>
      </w:r>
    </w:p>
    <w:p>
      <w:pPr>
        <w:jc w:val="right"/>
      </w:pPr>
      <w:r>
        <w:t>جنت unseen ہے، اس کو سمجھ نہیں پاتا۔</w:t>
      </w:r>
    </w:p>
    <w:p>
      <w:r>
        <w:rPr>
          <w:b/>
        </w:rPr>
        <w:t xml:space="preserve">[1:15:43] </w:t>
      </w:r>
      <w:r>
        <w:t>to seen mein uljha rehta hai.</w:t>
      </w:r>
    </w:p>
    <w:p>
      <w:pPr>
        <w:jc w:val="right"/>
      </w:pPr>
      <w:r>
        <w:t>تو seen میں الجھا رہتا ہے۔</w:t>
      </w:r>
    </w:p>
    <w:p>
      <w:r>
        <w:rPr>
          <w:b/>
        </w:rPr>
        <w:t xml:space="preserve">[1:15:48] </w:t>
      </w:r>
      <w:r>
        <w:t>to is ko, is ke shaoor ko hamein jagana hoga.</w:t>
      </w:r>
    </w:p>
    <w:p>
      <w:pPr>
        <w:jc w:val="right"/>
      </w:pPr>
      <w:r>
        <w:t>تو اس کو، اس کے شعور کو ہمیں جگانا ہوگا۔</w:t>
      </w:r>
    </w:p>
    <w:p>
      <w:r>
        <w:rPr>
          <w:b/>
        </w:rPr>
        <w:t xml:space="preserve">[1:15:53] </w:t>
      </w:r>
      <w:r>
        <w:t>yani intellectual awakening laani hogi.</w:t>
      </w:r>
    </w:p>
    <w:p>
      <w:pPr>
        <w:jc w:val="right"/>
      </w:pPr>
      <w:r>
        <w:t>یعنی intellectual awakening لانی ہوگی۔</w:t>
      </w:r>
    </w:p>
    <w:p>
      <w:r>
        <w:rPr>
          <w:b/>
        </w:rPr>
        <w:t xml:space="preserve">[1:15:58] </w:t>
      </w:r>
      <w:r>
        <w:t>is ko study karana hoga, yeh sab karana hoga.</w:t>
      </w:r>
    </w:p>
    <w:p>
      <w:pPr>
        <w:jc w:val="right"/>
      </w:pPr>
      <w:r>
        <w:t>اس کو study کرانا ہوگا، یہ سب کرانا ہوگا۔</w:t>
      </w:r>
    </w:p>
    <w:p>
      <w:r>
        <w:rPr>
          <w:b/>
        </w:rPr>
        <w:t xml:space="preserve">[1:16:03] </w:t>
      </w:r>
      <w:r>
        <w:t>jab tak is ka shaoor jo hai, develop na kare, tab tak yeh cheez badal nahi sakti.</w:t>
      </w:r>
    </w:p>
    <w:p>
      <w:pPr>
        <w:jc w:val="right"/>
      </w:pPr>
      <w:r>
        <w:t>جب تک اس کا شعور جو ہے، develop نہ کرے، تب تک یہ چیز بدل نہیں سکتی۔</w:t>
      </w:r>
    </w:p>
    <w:p>
      <w:r>
        <w:rPr>
          <w:b/>
        </w:rPr>
        <w:t xml:space="preserve">[1:16:08] </w:t>
      </w:r>
      <w:r>
        <w:t>shaoor ko develop karna parega.</w:t>
      </w:r>
    </w:p>
    <w:p>
      <w:pPr>
        <w:jc w:val="right"/>
      </w:pPr>
      <w:r>
        <w:t>شعور کو develop کرنا پڑے گا۔</w:t>
      </w:r>
    </w:p>
    <w:p>
      <w:r>
        <w:rPr>
          <w:b/>
        </w:rPr>
        <w:t xml:space="preserve">[1:16:13] </w:t>
      </w:r>
      <w:r>
        <w:t>taake aadmi jo seen mein uljha hua hai, woh unseen ko importance de.</w:t>
      </w:r>
    </w:p>
    <w:p>
      <w:pPr>
        <w:jc w:val="right"/>
      </w:pPr>
      <w:r>
        <w:t>تاکہ آدمی جو seen میں الجھا ہوا ہے، وہ unseen کو importance دے۔</w:t>
      </w:r>
    </w:p>
    <w:p>
      <w:r>
        <w:rPr>
          <w:b/>
        </w:rPr>
        <w:t xml:space="preserve">[1:16:18] </w:t>
      </w:r>
      <w:r>
        <w:t>kyunke unseen jo hai, woh zyada bari haqeeqat hai.</w:t>
      </w:r>
    </w:p>
    <w:p>
      <w:pPr>
        <w:jc w:val="right"/>
      </w:pPr>
      <w:r>
        <w:t>کیونکہ unseen جو ہے، وہ زیادہ بڑی حقیقت ہے۔</w:t>
      </w:r>
    </w:p>
    <w:p>
      <w:r>
        <w:rPr>
          <w:b/>
        </w:rPr>
        <w:t xml:space="preserve">[1:16:23] </w:t>
      </w:r>
      <w:r>
        <w:t>maulana, in ka ek aur sawal hai.</w:t>
      </w:r>
    </w:p>
    <w:p>
      <w:pPr>
        <w:jc w:val="right"/>
      </w:pPr>
      <w:r>
        <w:t>مولانا، ان کا ایک اور سوال ہے۔</w:t>
      </w:r>
    </w:p>
    <w:p>
      <w:r>
        <w:rPr>
          <w:b/>
        </w:rPr>
        <w:t xml:space="preserve">[1:16:28] </w:t>
      </w:r>
      <w:r>
        <w:t>inhon ne likha hai: "Why has entertainment industry become one of the most important industries today?</w:t>
      </w:r>
    </w:p>
    <w:p>
      <w:pPr>
        <w:jc w:val="right"/>
      </w:pPr>
      <w:r>
        <w:t>انہوں نے لکھا ہے: "Why has entertainment industry become one of the most important industries today?</w:t>
      </w:r>
    </w:p>
    <w:p>
      <w:r>
        <w:rPr>
          <w:b/>
        </w:rPr>
        <w:t xml:space="preserve">[1:16:34] </w:t>
      </w:r>
      <w:r>
        <w:t>What is your comment on this?</w:t>
      </w:r>
    </w:p>
    <w:p>
      <w:pPr>
        <w:jc w:val="right"/>
      </w:pPr>
      <w:r>
        <w:t>What is your comment on this?</w:t>
      </w:r>
    </w:p>
    <w:p>
      <w:r>
        <w:rPr>
          <w:b/>
        </w:rPr>
        <w:t xml:space="preserve">[1:16:38] </w:t>
      </w:r>
      <w:r>
        <w:t>" yeh bhi pehle bhi thi.</w:t>
      </w:r>
    </w:p>
    <w:p>
      <w:pPr>
        <w:jc w:val="right"/>
      </w:pPr>
      <w:r>
        <w:t>" یہ بھی پہلے بھی تھی۔</w:t>
      </w:r>
    </w:p>
    <w:p>
      <w:r>
        <w:rPr>
          <w:b/>
        </w:rPr>
        <w:t xml:space="preserve">[1:16:43] </w:t>
      </w:r>
      <w:r>
        <w:t>Entertainment ki taraf zyada insaan jo hai, lekin aaj jo hai, is mein item badh gaye, bohat zyada</w:t>
      </w:r>
    </w:p>
    <w:p>
      <w:pPr>
        <w:jc w:val="right"/>
      </w:pPr>
      <w:r>
        <w:t>Entertainment کی طرف زیادہ انسان جو ہے، لیکن آج جو ہے، اس میں item بڑھ گئے، بہت زیادہ</w:t>
      </w:r>
    </w:p>
    <w:p>
      <w:r>
        <w:rPr>
          <w:b/>
        </w:rPr>
        <w:t xml:space="preserve">[1:16:48] </w:t>
      </w:r>
      <w:r>
        <w:t>item badh gaye.</w:t>
      </w:r>
    </w:p>
    <w:p>
      <w:pPr>
        <w:jc w:val="right"/>
      </w:pPr>
      <w:r>
        <w:t>item بڑھ گئے۔</w:t>
      </w:r>
    </w:p>
    <w:p>
      <w:r>
        <w:rPr>
          <w:b/>
        </w:rPr>
        <w:t xml:space="preserve">[1:16:53] </w:t>
      </w:r>
      <w:r>
        <w:t>pehlay yeh tha ke mislan hamare bachpan mein hum log jo hai, bait baazi kiya karte thay.</w:t>
      </w:r>
    </w:p>
    <w:p>
      <w:pPr>
        <w:jc w:val="right"/>
      </w:pPr>
      <w:r>
        <w:t>پہلے یہ تھا کہ مثلاً ہمارے بچپن میں ہم لوگ جو ہے، بیعت بازی کیا کرتے تھے۔</w:t>
      </w:r>
    </w:p>
    <w:p>
      <w:r>
        <w:rPr>
          <w:b/>
        </w:rPr>
        <w:t xml:space="preserve">[1:16:58] </w:t>
      </w:r>
      <w:r>
        <w:t>ab woh entertainment tha, koi aur sada nahi tha.</w:t>
      </w:r>
    </w:p>
    <w:p>
      <w:pPr>
        <w:jc w:val="right"/>
      </w:pPr>
      <w:r>
        <w:t>اب وہ entertainment تھا، کوئی اور سادہ نہیں تھا۔</w:t>
      </w:r>
    </w:p>
    <w:p>
      <w:r>
        <w:rPr>
          <w:b/>
        </w:rPr>
        <w:t xml:space="preserve">[1:17:03] </w:t>
      </w:r>
      <w:r>
        <w:t>is zamanay mein baithe bait baazi kar rahay hain.</w:t>
      </w:r>
    </w:p>
    <w:p>
      <w:pPr>
        <w:jc w:val="right"/>
      </w:pPr>
      <w:r>
        <w:t>اس زمانے میں بیٹھے بیعت بازی کر رہے ہیں۔</w:t>
      </w:r>
    </w:p>
    <w:p>
      <w:r>
        <w:rPr>
          <w:b/>
        </w:rPr>
        <w:t xml:space="preserve">[1:17:08] </w:t>
      </w:r>
      <w:r>
        <w:t>badshahon ko tha ke woh janwaron ko larwatay thay, dekh dekh ke khush hotay thay.</w:t>
      </w:r>
    </w:p>
    <w:p>
      <w:pPr>
        <w:jc w:val="right"/>
      </w:pPr>
      <w:r>
        <w:t>بادشاہوں کو تھا کہ وہ جانوروں کو لڑواتے تھے، دیکھ دیکھ کے خوش ہوتے تھے۔</w:t>
      </w:r>
    </w:p>
    <w:p>
      <w:r>
        <w:rPr>
          <w:b/>
        </w:rPr>
        <w:t xml:space="preserve">[1:17:13] </w:t>
      </w:r>
      <w:r>
        <w:t>koi naach gana karwata tha, koi.</w:t>
      </w:r>
    </w:p>
    <w:p>
      <w:pPr>
        <w:jc w:val="right"/>
      </w:pPr>
      <w:r>
        <w:t>کوئی ناچ گانا کرواتا تھا، کوئی۔</w:t>
      </w:r>
    </w:p>
    <w:p>
      <w:r>
        <w:rPr>
          <w:b/>
        </w:rPr>
        <w:t xml:space="preserve">[1:17:18] </w:t>
      </w:r>
      <w:r>
        <w:t>ab woh bohat badh gaya, bohat badh gaya, bohat badh gaya.</w:t>
      </w:r>
    </w:p>
    <w:p>
      <w:pPr>
        <w:jc w:val="right"/>
      </w:pPr>
      <w:r>
        <w:t>اب وہ بہت بڑھ گیا، بہت بڑھ گیا، بہت بڑھ گیا۔</w:t>
      </w:r>
    </w:p>
    <w:p>
      <w:r>
        <w:rPr>
          <w:b/>
        </w:rPr>
        <w:t xml:space="preserve">[1:17:23] </w:t>
      </w:r>
      <w:r>
        <w:t>toh insaan hamesha se mizaj yahi raha insaan ka ke entertainment, yani khao kamao, is ke baad entertain karo.</w:t>
      </w:r>
    </w:p>
    <w:p>
      <w:pPr>
        <w:jc w:val="right"/>
      </w:pPr>
      <w:r>
        <w:t>تو انسان ہمیشہ سے مزاج یہی رہا انسان کا کہ entertainment، یعنی کھاؤ کماؤ، اس کے بعد entertain کرو۔</w:t>
      </w:r>
    </w:p>
    <w:p>
      <w:r>
        <w:rPr>
          <w:b/>
        </w:rPr>
        <w:t xml:space="preserve">[1:17:28] </w:t>
      </w:r>
      <w:r>
        <w:t>ab item badh gaye hain.</w:t>
      </w:r>
    </w:p>
    <w:p>
      <w:pPr>
        <w:jc w:val="right"/>
      </w:pPr>
      <w:r>
        <w:t>اب item بڑھ گئے ہیں۔</w:t>
      </w:r>
    </w:p>
    <w:p>
      <w:r>
        <w:rPr>
          <w:b/>
        </w:rPr>
        <w:t xml:space="preserve">[1:17:33] </w:t>
      </w:r>
      <w:r>
        <w:t>toh yahan bhi mein yahi kahunga ke shaoor ko develop karna hai.</w:t>
      </w:r>
    </w:p>
    <w:p>
      <w:pPr>
        <w:jc w:val="right"/>
      </w:pPr>
      <w:r>
        <w:t>تو یہاں بھی میں یہی کہوں گا کہ شعور کو develop کرنا ہے۔</w:t>
      </w:r>
    </w:p>
    <w:p>
      <w:r>
        <w:rPr>
          <w:b/>
        </w:rPr>
        <w:t xml:space="preserve">[1:17:38] </w:t>
      </w:r>
      <w:r>
        <w:t>Intellectual level ko badhana hai.</w:t>
      </w:r>
    </w:p>
    <w:p>
      <w:pPr>
        <w:jc w:val="right"/>
      </w:pPr>
      <w:r>
        <w:t>Intellectual level کو بڑھانا ہے۔</w:t>
      </w:r>
    </w:p>
    <w:p>
      <w:r>
        <w:rPr>
          <w:b/>
        </w:rPr>
        <w:t xml:space="preserve">[1:17:43] </w:t>
      </w:r>
      <w:r>
        <w:t>mein logon ko dekhta hoon ke woh kaan mein woh lagaye hue hain aur music sun rahay hain.</w:t>
      </w:r>
    </w:p>
    <w:p>
      <w:pPr>
        <w:jc w:val="right"/>
      </w:pPr>
      <w:r>
        <w:t>میں لوگوں کو دیکھتا ہوں کہ وہ کان میں وہ لگائے ہوئے ہیں اور music سن رہے ہیں۔</w:t>
      </w:r>
    </w:p>
    <w:p>
      <w:r>
        <w:rPr>
          <w:b/>
        </w:rPr>
        <w:t xml:space="preserve">[1:17:48] </w:t>
      </w:r>
      <w:r>
        <w:t>ab mein aap ko apna ek kal ka ek ehsaas share karta hoon.</w:t>
      </w:r>
    </w:p>
    <w:p>
      <w:pPr>
        <w:jc w:val="right"/>
      </w:pPr>
      <w:r>
        <w:t>اب میں آپ کو اپنا ایک کل کا ایک احساس share کرتا ہوں۔</w:t>
      </w:r>
    </w:p>
    <w:p>
      <w:r>
        <w:rPr>
          <w:b/>
        </w:rPr>
        <w:t xml:space="preserve">[1:17:53] </w:t>
      </w:r>
      <w:r>
        <w:t>mein apne ghar mein baitha hua tha barjay par.</w:t>
      </w:r>
    </w:p>
    <w:p>
      <w:pPr>
        <w:jc w:val="right"/>
      </w:pPr>
      <w:r>
        <w:t>میں اپنے گھر میں بیٹھا ہوا تھا بارجے پر۔</w:t>
      </w:r>
    </w:p>
    <w:p>
      <w:r>
        <w:rPr>
          <w:b/>
        </w:rPr>
        <w:t xml:space="preserve">[1:17:58] </w:t>
      </w:r>
      <w:r>
        <w:t>toh yahan par log yoga karte hain.</w:t>
      </w:r>
    </w:p>
    <w:p>
      <w:pPr>
        <w:jc w:val="right"/>
      </w:pPr>
      <w:r>
        <w:t>تو یہاں پر لوگ yoga کرتے ہیں۔</w:t>
      </w:r>
    </w:p>
    <w:p>
      <w:r>
        <w:rPr>
          <w:b/>
        </w:rPr>
        <w:t xml:space="preserve">[1:18:03] </w:t>
      </w:r>
      <w:r>
        <w:t>yoga karte hue woh music jalta rehta hai.</w:t>
      </w:r>
    </w:p>
    <w:p>
      <w:pPr>
        <w:jc w:val="right"/>
      </w:pPr>
      <w:r>
        <w:t>Yoga کرتے ہوئے وہ music جلتا رہتا ہے۔</w:t>
      </w:r>
    </w:p>
    <w:p>
      <w:r>
        <w:rPr>
          <w:b/>
        </w:rPr>
        <w:t xml:space="preserve">[1:18:08] </w:t>
      </w:r>
      <w:r>
        <w:t>wo music wahan tak awaz aati hai.</w:t>
      </w:r>
    </w:p>
    <w:p>
      <w:pPr>
        <w:jc w:val="right"/>
      </w:pPr>
      <w:r>
        <w:t>وہ music وہاں تک آواز آتی ہے۔</w:t>
      </w:r>
    </w:p>
    <w:p>
      <w:r>
        <w:rPr>
          <w:b/>
        </w:rPr>
        <w:t xml:space="preserve">[1:18:13] </w:t>
      </w:r>
      <w:r>
        <w:t>to music, yoga kar rahe hain, music sun rahe hain.</w:t>
      </w:r>
    </w:p>
    <w:p>
      <w:pPr>
        <w:jc w:val="right"/>
      </w:pPr>
      <w:r>
        <w:t>تو music، yoga کر رہے ہیں، music سن رہے ہیں۔</w:t>
      </w:r>
    </w:p>
    <w:p>
      <w:r>
        <w:rPr>
          <w:b/>
        </w:rPr>
        <w:t xml:space="preserve">[1:18:18] </w:t>
      </w:r>
      <w:r>
        <w:t>Yoga kar rahe hain, music sun rahe hain.</w:t>
      </w:r>
    </w:p>
    <w:p>
      <w:pPr>
        <w:jc w:val="right"/>
      </w:pPr>
      <w:r>
        <w:t>Yoga کر رہے ہیں، music سن رہے ہیں۔</w:t>
      </w:r>
    </w:p>
    <w:p>
      <w:r>
        <w:rPr>
          <w:b/>
        </w:rPr>
        <w:t xml:space="preserve">[1:18:23] </w:t>
      </w:r>
      <w:r>
        <w:t>to main ne socha ke kaise ajeeb log hain.</w:t>
      </w:r>
    </w:p>
    <w:p>
      <w:pPr>
        <w:jc w:val="right"/>
      </w:pPr>
      <w:r>
        <w:t>تو میں نے سوچا کہ کیسے عجیب لوگ ہیں۔</w:t>
      </w:r>
    </w:p>
    <w:p>
      <w:r>
        <w:rPr>
          <w:b/>
        </w:rPr>
        <w:t xml:space="preserve">[1:18:28] </w:t>
      </w:r>
      <w:r>
        <w:t>yani wo apne mind ko itna engage kiye rehte hain ke kisi aur cheez soch hi nahi sakte wo.</w:t>
      </w:r>
    </w:p>
    <w:p>
      <w:pPr>
        <w:jc w:val="right"/>
      </w:pPr>
      <w:r>
        <w:t>یعنی وہ اپنے mind کو اتنا engage کیے رہتے ہیں کہ کسی اور چیز سوچ ہی نہیں سکتے وہ۔</w:t>
      </w:r>
    </w:p>
    <w:p>
      <w:r>
        <w:rPr>
          <w:b/>
        </w:rPr>
        <w:t xml:space="preserve">[1:18:33] </w:t>
      </w:r>
      <w:r>
        <w:t>unhein yeh bhi pata nahi hai ke yeh khud yoga ke lehaz se sahi nahi hai.</w:t>
      </w:r>
    </w:p>
    <w:p>
      <w:pPr>
        <w:jc w:val="right"/>
      </w:pPr>
      <w:r>
        <w:t>انہیں یہ بھی پتہ نہیں ہے کہ یہ خود yoga کے لحاظ سے صحیح نہیں ہے۔</w:t>
      </w:r>
    </w:p>
    <w:p>
      <w:r>
        <w:rPr>
          <w:b/>
        </w:rPr>
        <w:t xml:space="preserve">[1:18:38] </w:t>
      </w:r>
      <w:r>
        <w:t>kyun ke aap, yani physical exercise kar rahe hain aur mind ko engage kiye hue hain music mein.</w:t>
      </w:r>
    </w:p>
    <w:p>
      <w:pPr>
        <w:jc w:val="right"/>
      </w:pPr>
      <w:r>
        <w:t>کیونکہ آپ، یعنی physical exercise کر رہے ہیں اور mind کو engage کیے ہوئے ہیں music میں۔</w:t>
      </w:r>
    </w:p>
    <w:p>
      <w:r>
        <w:rPr>
          <w:b/>
        </w:rPr>
        <w:t xml:space="preserve">[1:18:43] </w:t>
      </w:r>
      <w:r>
        <w:t>is mani ke aap, aap ki, aap ki jo hasti hai, wo sirf partially yoga se faida utha paye gi.</w:t>
      </w:r>
    </w:p>
    <w:p>
      <w:pPr>
        <w:jc w:val="right"/>
      </w:pPr>
      <w:r>
        <w:t>اس معنی کہ آپ، آپ کی، آپ کی جو ہستی ہے، وہ صرف partially yoga سے فائدہ اٹھا پائے گی۔</w:t>
      </w:r>
    </w:p>
    <w:p>
      <w:r>
        <w:rPr>
          <w:b/>
        </w:rPr>
        <w:t xml:space="preserve">[1:18:48] </w:t>
      </w:r>
      <w:r>
        <w:t>aap ko chahiye ke yoga mein apni, apni, apni physical body ke sath apne mind ko bhi engage rakhein.</w:t>
      </w:r>
    </w:p>
    <w:p>
      <w:pPr>
        <w:jc w:val="right"/>
      </w:pPr>
      <w:r>
        <w:t>آپ کو چاہیے کہ yoga میں اپنی، اپنی، اپنی physical body کے ساتھ اپنے mind کو بھی engage رکھیں۔</w:t>
      </w:r>
    </w:p>
    <w:p>
      <w:r>
        <w:rPr>
          <w:b/>
        </w:rPr>
        <w:t xml:space="preserve">[1:18:53] </w:t>
      </w:r>
      <w:r>
        <w:t>to aap ko double faida hoga.</w:t>
      </w:r>
    </w:p>
    <w:p>
      <w:pPr>
        <w:jc w:val="right"/>
      </w:pPr>
      <w:r>
        <w:t>تو آپ کو double فائدہ ہوگا۔</w:t>
      </w:r>
    </w:p>
    <w:p>
      <w:r>
        <w:rPr>
          <w:b/>
        </w:rPr>
        <w:t xml:space="preserve">[1:18:57] </w:t>
      </w:r>
      <w:r>
        <w:t>aur doosri cheez yeh hai ke aas pas yeh duniya hai, sar sabz duniya, nature.</w:t>
      </w:r>
    </w:p>
    <w:p>
      <w:pPr>
        <w:jc w:val="right"/>
      </w:pPr>
      <w:r>
        <w:t>اور دوسری چیز یہ ہے کہ آس پاس یہ دنیا ہے، سرسبز دنیا، nature۔</w:t>
      </w:r>
    </w:p>
    <w:p>
      <w:r>
        <w:rPr>
          <w:b/>
        </w:rPr>
        <w:t xml:space="preserve">[1:19:02] </w:t>
      </w:r>
      <w:r>
        <w:t>is se aadmi be khabar rehta hai.</w:t>
      </w:r>
    </w:p>
    <w:p>
      <w:pPr>
        <w:jc w:val="right"/>
      </w:pPr>
      <w:r>
        <w:t>اس سے آدمی بے خبر رہتا ہے۔</w:t>
      </w:r>
    </w:p>
    <w:p>
      <w:r>
        <w:rPr>
          <w:b/>
        </w:rPr>
        <w:t xml:space="preserve">[1:19:07] </w:t>
      </w:r>
      <w:r>
        <w:t>ab music ka lagaye hue kaan mein hai, music sun raha hai.</w:t>
      </w:r>
    </w:p>
    <w:p>
      <w:pPr>
        <w:jc w:val="right"/>
      </w:pPr>
      <w:r>
        <w:t>اب music کا لگائے ہوئے کان میں ہے، music سن رہا ہے۔</w:t>
      </w:r>
    </w:p>
    <w:p>
      <w:r>
        <w:rPr>
          <w:b/>
        </w:rPr>
        <w:t xml:space="preserve">[1:19:12] </w:t>
      </w:r>
      <w:r>
        <w:t>aur chiriyon ke chehchehe, hawaon ki sar sarahat aur darakhton ki sar sabzi, is se be khabar rehta hai wo.</w:t>
      </w:r>
    </w:p>
    <w:p>
      <w:pPr>
        <w:jc w:val="right"/>
      </w:pPr>
      <w:r>
        <w:t>اور چڑیوں کے چہچہے، ہواؤں کی سرسراہٹ اور درختوں کی سرسبزی، اس سے بے خبر رہتا ہے وہ۔</w:t>
      </w:r>
    </w:p>
    <w:p>
      <w:r>
        <w:rPr>
          <w:b/>
        </w:rPr>
        <w:t xml:space="preserve">[1:19:17] </w:t>
      </w:r>
      <w:r>
        <w:t>to kehte hain qabil e raham, mujhe yeh log bohat qabil e raham nazar aate hain, qabil e raham.</w:t>
      </w:r>
    </w:p>
    <w:p>
      <w:pPr>
        <w:jc w:val="right"/>
      </w:pPr>
      <w:r>
        <w:t>تو کہتے ہیں قابل رحم، مجھے یہ لوگ بہت قابل رحم نظر آتے ہیں، قابل رحم۔</w:t>
      </w:r>
    </w:p>
    <w:p>
      <w:r>
        <w:rPr>
          <w:b/>
        </w:rPr>
        <w:t xml:space="preserve">[1:19:22] </w:t>
      </w:r>
      <w:r>
        <w:t>to entertainment jo hai, is mein logon ko bataya jaye, main samajhta hoon ke entertainment jo hai, ek,</w:t>
      </w:r>
    </w:p>
    <w:p>
      <w:pPr>
        <w:jc w:val="right"/>
      </w:pPr>
      <w:r>
        <w:t>تو entertainment جو ہے، اس میں لوگوں کو بتایا جائے، میں سمجھتا ہوں کہ entertainment جو ہے، ایک،</w:t>
      </w:r>
    </w:p>
    <w:p>
      <w:r>
        <w:rPr>
          <w:b/>
        </w:rPr>
        <w:t xml:space="preserve">[1:19:27] </w:t>
      </w:r>
      <w:r>
        <w:t>ek bohat hi, yani, yani apne mind ko kisi bari cheez pa sakte hain, apne mind ko idhar</w:t>
      </w:r>
    </w:p>
    <w:p>
      <w:pPr>
        <w:jc w:val="right"/>
      </w:pPr>
      <w:r>
        <w:t>ایک بہت ہی، یعنی، یعنی اپنے mind کو کسی بڑی چیز پا سکتے ہیں، اپنے mind کو ادھر</w:t>
      </w:r>
    </w:p>
    <w:p>
      <w:r>
        <w:rPr>
          <w:b/>
        </w:rPr>
        <w:t xml:space="preserve">[1:19:32] </w:t>
      </w:r>
      <w:r>
        <w:t>istemal kar ke.</w:t>
      </w:r>
    </w:p>
    <w:p>
      <w:pPr>
        <w:jc w:val="right"/>
      </w:pPr>
      <w:r>
        <w:t>استعمال کر کے۔</w:t>
      </w:r>
    </w:p>
    <w:p>
      <w:r>
        <w:rPr>
          <w:b/>
        </w:rPr>
        <w:t xml:space="preserve">[1:19:37] </w:t>
      </w:r>
      <w:r>
        <w:t>choti cheez par qanaat karna hai.</w:t>
      </w:r>
    </w:p>
    <w:p>
      <w:pPr>
        <w:jc w:val="right"/>
      </w:pPr>
      <w:r>
        <w:t>چھوٹی چیز پر قناعت کرنا ہے۔</w:t>
      </w:r>
    </w:p>
    <w:p>
      <w:r>
        <w:rPr>
          <w:b/>
        </w:rPr>
        <w:t xml:space="preserve">[1:19:42] </w:t>
      </w:r>
      <w:r>
        <w:t>yeh under utilization hai.</w:t>
      </w:r>
    </w:p>
    <w:p>
      <w:pPr>
        <w:jc w:val="right"/>
      </w:pPr>
      <w:r>
        <w:t>یہ under utilization ہے۔</w:t>
      </w:r>
    </w:p>
    <w:p>
      <w:r>
        <w:rPr>
          <w:b/>
        </w:rPr>
        <w:t xml:space="preserve">[1:19:47] </w:t>
      </w:r>
      <w:r>
        <w:t>mujhe ek, ek, ek, ek, ek ladka tha, wo har waqt apne mind mein laga rehta tha, wahi</w:t>
      </w:r>
    </w:p>
    <w:p>
      <w:pPr>
        <w:jc w:val="right"/>
      </w:pPr>
      <w:r>
        <w:t>مجھے ایک، ایک، ایک، ایک، ایک لڑکا تھا، وہ ہر وقت اپنے mind میں لگا رہتا تھا، وہی</w:t>
      </w:r>
    </w:p>
    <w:p>
      <w:r>
        <w:rPr>
          <w:b/>
        </w:rPr>
        <w:t xml:space="preserve">[1:19:52] </w:t>
      </w:r>
      <w:r>
        <w:t>music ka kya kehte hain, us ko pata nahi kya lagaye rehte hain.</w:t>
      </w:r>
    </w:p>
    <w:p>
      <w:pPr>
        <w:jc w:val="right"/>
      </w:pPr>
      <w:r>
        <w:t>music کا کیا کہتے ہیں، اس کو پتہ نہیں کیا لگائے رہتے ہیں۔</w:t>
      </w:r>
    </w:p>
    <w:p>
      <w:r>
        <w:rPr>
          <w:b/>
        </w:rPr>
        <w:t xml:space="preserve">[1:19:57] </w:t>
      </w:r>
      <w:r>
        <w:t>aur jeeb mein wo recorder, ab wo music sun raha hai.</w:t>
      </w:r>
    </w:p>
    <w:p>
      <w:pPr>
        <w:jc w:val="right"/>
      </w:pPr>
      <w:r>
        <w:t>اور جیب میں وہ recorder، اب وہ music سن رہا ہے۔</w:t>
      </w:r>
    </w:p>
    <w:p>
      <w:r>
        <w:rPr>
          <w:b/>
        </w:rPr>
        <w:t xml:space="preserve">[1:20:02] </w:t>
      </w:r>
      <w:r>
        <w:t>to main ne us ko samjhaya ke tum under utilize kar rahe ho apne mind ko.</w:t>
      </w:r>
    </w:p>
    <w:p>
      <w:pPr>
        <w:jc w:val="right"/>
      </w:pPr>
      <w:r>
        <w:t>تو میں نے اس کو سمجھایا کہ تم under utilize کر رہے ہو اپنے mind کو۔</w:t>
      </w:r>
    </w:p>
    <w:p>
      <w:r>
        <w:rPr>
          <w:b/>
        </w:rPr>
        <w:t xml:space="preserve">[1:20:07] </w:t>
      </w:r>
      <w:r>
        <w:t>bhai, mind ek bohat bari cheez hai.</w:t>
      </w:r>
    </w:p>
    <w:p>
      <w:pPr>
        <w:jc w:val="right"/>
      </w:pPr>
      <w:r>
        <w:t>بھائی، mind ایک بہت بڑی چیز ہے۔</w:t>
      </w:r>
    </w:p>
    <w:p>
      <w:r>
        <w:rPr>
          <w:b/>
        </w:rPr>
        <w:t xml:space="preserve">[1:20:12] </w:t>
      </w:r>
      <w:r>
        <w:t>woh kisi goye ka recorded gana tum sun rahe ho.</w:t>
      </w:r>
    </w:p>
    <w:p>
      <w:pPr>
        <w:jc w:val="right"/>
      </w:pPr>
      <w:r>
        <w:t>وہ کسی گویے کا recorded گانا تم سن رہے ہو۔</w:t>
      </w:r>
    </w:p>
    <w:p>
      <w:r>
        <w:rPr>
          <w:b/>
        </w:rPr>
        <w:t xml:space="preserve">[1:20:17] </w:t>
      </w:r>
      <w:r>
        <w:t>aur nature mein itni bari cheez tum ko sochne ke liye hai.</w:t>
      </w:r>
    </w:p>
    <w:p>
      <w:pPr>
        <w:jc w:val="right"/>
      </w:pPr>
      <w:r>
        <w:t>اور nature میں اتنی بڑی چیز تم کو سوچنے کے لیے ہے۔</w:t>
      </w:r>
    </w:p>
    <w:p>
      <w:r>
        <w:rPr>
          <w:b/>
        </w:rPr>
        <w:t xml:space="preserve">[1:20:22] </w:t>
      </w:r>
      <w:r>
        <w:t>kitabon ki study karo, nature ko observe karo.</w:t>
      </w:r>
    </w:p>
    <w:p>
      <w:pPr>
        <w:jc w:val="right"/>
      </w:pPr>
      <w:r>
        <w:t>کتابوں کی study کرو، nature کو observe کرو۔</w:t>
      </w:r>
    </w:p>
    <w:p>
      <w:r>
        <w:rPr>
          <w:b/>
        </w:rPr>
        <w:t xml:space="preserve">[1:20:27] </w:t>
      </w:r>
      <w:r>
        <w:t>aur bari, bari tareekhi haqiqaton par dhyan do.</w:t>
      </w:r>
    </w:p>
    <w:p>
      <w:pPr>
        <w:jc w:val="right"/>
      </w:pPr>
      <w:r>
        <w:t>اور بڑی، بڑی تاریخی حقیقتوں پر دھیان دو۔</w:t>
      </w:r>
    </w:p>
    <w:p>
      <w:r>
        <w:rPr>
          <w:b/>
        </w:rPr>
        <w:t xml:space="preserve">[1:20:32] </w:t>
      </w:r>
      <w:r>
        <w:t>apne mind ko develop karo, yeh kya hai? toh ab woh samajh mein aa gaya, is ko chhod diya is ne.</w:t>
      </w:r>
    </w:p>
    <w:p>
      <w:pPr>
        <w:jc w:val="right"/>
      </w:pPr>
      <w:r>
        <w:t>اپنے mind کو develop کرو، یہ کیا ہے؟ تو اب وہ سمجھ میں آگیا، اس کو چھوڑ دیا اس نے۔</w:t>
      </w:r>
    </w:p>
    <w:p>
      <w:r>
        <w:rPr>
          <w:b/>
        </w:rPr>
        <w:t xml:space="preserve">[1:20:37] </w:t>
      </w:r>
      <w:r>
        <w:t>toh asal cheez yeh hai ke log jo hain, apni conditioning ki wajah se soch nahi paate.</w:t>
      </w:r>
    </w:p>
    <w:p>
      <w:pPr>
        <w:jc w:val="right"/>
      </w:pPr>
      <w:r>
        <w:t>تو اصل چیز یہ ہے کہ لوگ جو ہیں، اپنی conditioning کی وجہ سے سوچ نہیں پاتے۔</w:t>
      </w:r>
    </w:p>
    <w:p>
      <w:r>
        <w:rPr>
          <w:b/>
        </w:rPr>
        <w:t xml:space="preserve">[1:20:42] </w:t>
      </w:r>
      <w:r>
        <w:t>un ke soch ko develop karna hai.</w:t>
      </w:r>
    </w:p>
    <w:p>
      <w:pPr>
        <w:jc w:val="right"/>
      </w:pPr>
      <w:r>
        <w:t>ان کے سوچ کو develop کرنا ہے۔</w:t>
      </w:r>
    </w:p>
    <w:p>
      <w:r>
        <w:rPr>
          <w:b/>
        </w:rPr>
        <w:t xml:space="preserve">[1:20:47] </w:t>
      </w:r>
      <w:r>
        <w:t>yaani un ko, is ko kehte hain ke intellectual awakening lana hai.</w:t>
      </w:r>
    </w:p>
    <w:p>
      <w:pPr>
        <w:jc w:val="right"/>
      </w:pPr>
      <w:r>
        <w:t>یعنی ان کو، اس کو کہتے ہیں کہ intellectual awakening لانا ہے۔</w:t>
      </w:r>
    </w:p>
    <w:p>
      <w:r>
        <w:rPr>
          <w:b/>
        </w:rPr>
        <w:t xml:space="preserve">[1:20:52] </w:t>
      </w:r>
      <w:r>
        <w:t>ek hi formula hai. Intellectual awakening.</w:t>
      </w:r>
    </w:p>
    <w:p>
      <w:pPr>
        <w:jc w:val="right"/>
      </w:pPr>
      <w:r>
        <w:t>ایک ہی فارمولا ہے۔ Intellectual awakening۔</w:t>
      </w:r>
    </w:p>
    <w:p>
      <w:r>
        <w:rPr>
          <w:b/>
        </w:rPr>
        <w:t xml:space="preserve">[1:20:57] </w:t>
      </w:r>
      <w:r>
        <w:t>toh apne aap chhod denge woh log, un sab cheezon ko.</w:t>
      </w:r>
    </w:p>
    <w:p>
      <w:pPr>
        <w:jc w:val="right"/>
      </w:pPr>
      <w:r>
        <w:t>تو اپنے آپ چھوڑ دیں گے وہ لوگ، ان سب چیزوں کو۔</w:t>
      </w:r>
    </w:p>
    <w:p>
      <w:r>
        <w:rPr>
          <w:b/>
        </w:rPr>
        <w:t xml:space="preserve">[1:21:02] </w:t>
      </w:r>
      <w:r>
        <w:t>Miss Nagma Siddiqui ne Delhi se likha hai: "Molana, can you give us some advice on how we</w:t>
      </w:r>
    </w:p>
    <w:p>
      <w:pPr>
        <w:jc w:val="right"/>
      </w:pPr>
      <w:r>
        <w:t>Miss Nagma Siddiqui نے دلی سے لکھا ہے: "Molana, can you give us some advice on how we</w:t>
      </w:r>
    </w:p>
    <w:p>
      <w:r>
        <w:rPr>
          <w:b/>
        </w:rPr>
        <w:t xml:space="preserve">[1:21:07] </w:t>
      </w:r>
      <w:r>
        <w:t>can learn to use the law of differentiating between the two in our daily life?</w:t>
      </w:r>
    </w:p>
    <w:p>
      <w:pPr>
        <w:jc w:val="right"/>
      </w:pPr>
      <w:r>
        <w:t>can learn to use the law of differentiating between the two in our daily life?</w:t>
      </w:r>
    </w:p>
    <w:p>
      <w:r>
        <w:rPr>
          <w:b/>
        </w:rPr>
        <w:t xml:space="preserve">[1:21:12] </w:t>
      </w:r>
      <w:r>
        <w:t>" haan, dekhein, yeh jo principle hai, yeh bohat hi common hai, universal hai.</w:t>
      </w:r>
    </w:p>
    <w:p>
      <w:pPr>
        <w:jc w:val="right"/>
      </w:pPr>
      <w:r>
        <w:t>" ہاں، دیکھیں، یہ جو principle ہے، یہ بہت ہی common ہے، universal ہے۔</w:t>
      </w:r>
    </w:p>
    <w:p>
      <w:r>
        <w:rPr>
          <w:b/>
        </w:rPr>
        <w:t xml:space="preserve">[1:21:17] </w:t>
      </w:r>
      <w:r>
        <w:t>har waqt hamein is ki zaroorat padti hai.</w:t>
      </w:r>
    </w:p>
    <w:p>
      <w:pPr>
        <w:jc w:val="right"/>
      </w:pPr>
      <w:r>
        <w:t>ہر وقت ہمیں اس کی ضرورت پڑتی ہے۔</w:t>
      </w:r>
    </w:p>
    <w:p>
      <w:r>
        <w:rPr>
          <w:b/>
        </w:rPr>
        <w:t xml:space="preserve">[1:21:22] </w:t>
      </w:r>
      <w:r>
        <w:t>do cheezon ko alag kar ke dekhna.</w:t>
      </w:r>
    </w:p>
    <w:p>
      <w:pPr>
        <w:jc w:val="right"/>
      </w:pPr>
      <w:r>
        <w:t>دو چیزوں کو الگ کر کے دیکھنا۔</w:t>
      </w:r>
    </w:p>
    <w:p>
      <w:r>
        <w:rPr>
          <w:b/>
        </w:rPr>
        <w:t xml:space="preserve">[1:21:27] </w:t>
      </w:r>
      <w:r>
        <w:t>agar yeh na ho toh aadmi koi bari kamyabi hasil nahi kar sakta hai.</w:t>
      </w:r>
    </w:p>
    <w:p>
      <w:pPr>
        <w:jc w:val="right"/>
      </w:pPr>
      <w:r>
        <w:t>اگر یہ نہ ہو تو آدمی کوئی بڑی کامیابی حاصل نہیں کر سکتا ہے۔</w:t>
      </w:r>
    </w:p>
    <w:p>
      <w:r>
        <w:rPr>
          <w:b/>
        </w:rPr>
        <w:t xml:space="preserve">[1:21:32] </w:t>
      </w:r>
      <w:r>
        <w:t>toh is ki koi technique nahi hai.</w:t>
      </w:r>
    </w:p>
    <w:p>
      <w:pPr>
        <w:jc w:val="right"/>
      </w:pPr>
      <w:r>
        <w:t>تو اس کی کوئی technique نہیں ہے۔</w:t>
      </w:r>
    </w:p>
    <w:p>
      <w:r>
        <w:rPr>
          <w:b/>
        </w:rPr>
        <w:t xml:space="preserve">[1:21:37] </w:t>
      </w:r>
      <w:r>
        <w:t>apni soch ko develop karna hai, bas.</w:t>
      </w:r>
    </w:p>
    <w:p>
      <w:pPr>
        <w:jc w:val="right"/>
      </w:pPr>
      <w:r>
        <w:t>اپنی سوچ کو develop کرنا ہے، بس۔</w:t>
      </w:r>
    </w:p>
    <w:p>
      <w:r>
        <w:rPr>
          <w:b/>
        </w:rPr>
        <w:t xml:space="preserve">[1:21:42] </w:t>
      </w:r>
      <w:r>
        <w:t>apni soch ko develop karna hai.</w:t>
      </w:r>
    </w:p>
    <w:p>
      <w:pPr>
        <w:jc w:val="right"/>
      </w:pPr>
      <w:r>
        <w:t>اپنی سوچ کو develop کرنا ہے۔</w:t>
      </w:r>
    </w:p>
    <w:p>
      <w:r>
        <w:rPr>
          <w:b/>
        </w:rPr>
        <w:t xml:space="preserve">[1:21:47] </w:t>
      </w:r>
      <w:r>
        <w:t>koi technique aisi nahi ke hum technique bata dein toh aadmi is par amal kare aur woh dhara</w:t>
      </w:r>
    </w:p>
    <w:p>
      <w:pPr>
        <w:jc w:val="right"/>
      </w:pPr>
      <w:r>
        <w:t>کوئی technique ایسی نہیں کہ ہم technique بتا دیں تو آدمی اس پر عمل کرے اور وہ دھڑا</w:t>
      </w:r>
    </w:p>
    <w:p>
      <w:r>
        <w:rPr>
          <w:b/>
        </w:rPr>
        <w:t xml:space="preserve">[1:21:52] </w:t>
      </w:r>
      <w:r>
        <w:t>dhad ho jaye, aisa, aisa nahi ho sakta hai.</w:t>
      </w:r>
    </w:p>
    <w:p>
      <w:pPr>
        <w:jc w:val="right"/>
      </w:pPr>
      <w:r>
        <w:t>دھڑ ہو جائے، ایسا، ایسا نہیں ہو سکتا ہے۔</w:t>
      </w:r>
    </w:p>
    <w:p>
      <w:r>
        <w:rPr>
          <w:b/>
        </w:rPr>
        <w:t xml:space="preserve">[1:21:57] </w:t>
      </w:r>
      <w:r>
        <w:t>soch ko develop kar ke apne aap ko is satah par le jana padta hai ke aadmi har</w:t>
      </w:r>
    </w:p>
    <w:p>
      <w:pPr>
        <w:jc w:val="right"/>
      </w:pPr>
      <w:r>
        <w:t>سوچ کو develop کر کے اپنے آپ کو اس سطح پر لے جانا پڑتا ہے کہ آدمی ہر</w:t>
      </w:r>
    </w:p>
    <w:p>
      <w:r>
        <w:rPr>
          <w:b/>
        </w:rPr>
        <w:t xml:space="preserve">[1:22:03] </w:t>
      </w:r>
      <w:r>
        <w:t>mauqe par jaan sake ke yahan par mujhe kis tarah farq karna hai ek cheez doosri cheez mein.</w:t>
      </w:r>
    </w:p>
    <w:p>
      <w:pPr>
        <w:jc w:val="right"/>
      </w:pPr>
      <w:r>
        <w:t>موقع پر جان سکے کہ یہاں پر مجھے کس طرح فرق کرنا ہے ایک چیز دوسری چیز میں۔</w:t>
      </w:r>
    </w:p>
    <w:p>
      <w:r>
        <w:rPr>
          <w:b/>
        </w:rPr>
        <w:t xml:space="preserve">[1:22:08] </w:t>
      </w:r>
      <w:r>
        <w:t>yaani individual aur bari, bari qaumein sab isi mein phansi hui hain.</w:t>
      </w:r>
    </w:p>
    <w:p>
      <w:pPr>
        <w:jc w:val="right"/>
      </w:pPr>
      <w:r>
        <w:t>یعنی individual اور بڑی، بڑی قومیں سب اسی میں پھنسی ہوئی ہیں۔</w:t>
      </w:r>
    </w:p>
    <w:p>
      <w:r>
        <w:rPr>
          <w:b/>
        </w:rPr>
        <w:t xml:space="preserve">[1:22:13] </w:t>
      </w:r>
      <w:r>
        <w:t>jaise misaal ke taur par Pakistan ko lijiye.</w:t>
      </w:r>
    </w:p>
    <w:p>
      <w:pPr>
        <w:jc w:val="right"/>
      </w:pPr>
      <w:r>
        <w:t>جیسے مثال کے طور پر پاکستان کو لیجیے۔</w:t>
      </w:r>
    </w:p>
    <w:p>
      <w:r>
        <w:rPr>
          <w:b/>
        </w:rPr>
        <w:t xml:space="preserve">[1:22:18] </w:t>
      </w:r>
      <w:r>
        <w:t>saath saal zyada ho gaye, koi taraqqi wahan nahi hui.</w:t>
      </w:r>
    </w:p>
    <w:p>
      <w:pPr>
        <w:jc w:val="right"/>
      </w:pPr>
      <w:r>
        <w:t>ساٹھ سال زیادہ ہو گئے، کوئی ترقی وہاں نہیں ہوئی۔</w:t>
      </w:r>
    </w:p>
    <w:p>
      <w:r>
        <w:rPr>
          <w:b/>
        </w:rPr>
        <w:t xml:space="preserve">[1:22:23] </w:t>
      </w:r>
      <w:r>
        <w:t>kyun? is ko jante nahi woh.</w:t>
      </w:r>
    </w:p>
    <w:p>
      <w:pPr>
        <w:jc w:val="right"/>
      </w:pPr>
      <w:r>
        <w:t>کیوں؟ اس کو جانتے نہیں وہ۔</w:t>
      </w:r>
    </w:p>
    <w:p>
      <w:r>
        <w:rPr>
          <w:b/>
        </w:rPr>
        <w:t xml:space="preserve">[1:22:28] </w:t>
      </w:r>
      <w:r>
        <w:t>main ne in ke jo President the, Musharraf sahib, un ko khat likha tha ke "You have to</w:t>
      </w:r>
    </w:p>
    <w:p>
      <w:pPr>
        <w:jc w:val="right"/>
      </w:pPr>
      <w:r>
        <w:t>میں نے ان کے جو President تھے، مشرف صاحب، ان کو خط لکھا تھا کہ "You have to</w:t>
      </w:r>
    </w:p>
    <w:p>
      <w:r>
        <w:rPr>
          <w:b/>
        </w:rPr>
        <w:t xml:space="preserve">[1:22:33] </w:t>
      </w:r>
      <w:r>
        <w:t>adopt the policy of dealinking." yani India se aap ne jhagda chher rakha hai, political jhagda.</w:t>
      </w:r>
    </w:p>
    <w:p>
      <w:pPr>
        <w:jc w:val="right"/>
      </w:pPr>
      <w:r>
        <w:t>adopt the policy of dealinking." یعنی انڈیا سے آپ نے جھگڑا چھڑ رکھا ہے، political جھگڑا۔</w:t>
      </w:r>
    </w:p>
    <w:p>
      <w:r>
        <w:rPr>
          <w:b/>
        </w:rPr>
        <w:t xml:space="preserve">[1:22:38] </w:t>
      </w:r>
      <w:r>
        <w:t>to is ko negotiatable daal dijiye.</w:t>
      </w:r>
    </w:p>
    <w:p>
      <w:pPr>
        <w:jc w:val="right"/>
      </w:pPr>
      <w:r>
        <w:t>تو اس کو negotiatable ڈال دیجیے۔</w:t>
      </w:r>
    </w:p>
    <w:p>
      <w:r>
        <w:rPr>
          <w:b/>
        </w:rPr>
        <w:t xml:space="preserve">[1:22:43] </w:t>
      </w:r>
      <w:r>
        <w:t>guft o shuneed ki mez par.</w:t>
      </w:r>
    </w:p>
    <w:p>
      <w:pPr>
        <w:jc w:val="right"/>
      </w:pPr>
      <w:r>
        <w:t>گفت و شنید کی میز پر۔</w:t>
      </w:r>
    </w:p>
    <w:p>
      <w:r>
        <w:rPr>
          <w:b/>
        </w:rPr>
        <w:t xml:space="preserve">[1:22:49] </w:t>
      </w:r>
      <w:r>
        <w:t>aur jo mawaqe hain, itne zyada, is ko khol dijiye.</w:t>
      </w:r>
    </w:p>
    <w:p>
      <w:pPr>
        <w:jc w:val="right"/>
      </w:pPr>
      <w:r>
        <w:t>اور جو مواقع ہیں، اتنے زیادہ، اس کو کھول دیجیے۔</w:t>
      </w:r>
    </w:p>
    <w:p>
      <w:r>
        <w:rPr>
          <w:b/>
        </w:rPr>
        <w:t xml:space="preserve">[1:22:54] </w:t>
      </w:r>
      <w:r>
        <w:t>ke log aain jaain education ke liye, tourism ke liye, business ke liye.</w:t>
      </w:r>
    </w:p>
    <w:p>
      <w:pPr>
        <w:jc w:val="right"/>
      </w:pPr>
      <w:r>
        <w:t>کہ لوگ آئیں جائیں education کے لیے، tourism کے لیے، business کے لیے۔</w:t>
      </w:r>
    </w:p>
    <w:p>
      <w:r>
        <w:rPr>
          <w:b/>
        </w:rPr>
        <w:t xml:space="preserve">[1:22:59] </w:t>
      </w:r>
      <w:r>
        <w:t>saari cheezen jo hain, unavailed pari hui hain, unavailed.</w:t>
      </w:r>
    </w:p>
    <w:p>
      <w:pPr>
        <w:jc w:val="right"/>
      </w:pPr>
      <w:r>
        <w:t>ساری چیزیں جو ہیں، unavailed پڑی ہوئی ہیں، unavailed۔</w:t>
      </w:r>
    </w:p>
    <w:p>
      <w:r>
        <w:rPr>
          <w:b/>
        </w:rPr>
        <w:t xml:space="preserve">[1:23:04] </w:t>
      </w:r>
      <w:r>
        <w:t>sirf political jhagde ki wajah se.</w:t>
      </w:r>
    </w:p>
    <w:p>
      <w:pPr>
        <w:jc w:val="right"/>
      </w:pPr>
      <w:r>
        <w:t>صرف political جھگڑے کی وجہ سے۔</w:t>
      </w:r>
    </w:p>
    <w:p>
      <w:r>
        <w:rPr>
          <w:b/>
        </w:rPr>
        <w:t xml:space="preserve">[1:23:09] </w:t>
      </w:r>
      <w:r>
        <w:t>to ya to political jhagda khatam kar dijiye ya is ko dealing kijiye is se aur is se dono se.</w:t>
      </w:r>
    </w:p>
    <w:p>
      <w:pPr>
        <w:jc w:val="right"/>
      </w:pPr>
      <w:r>
        <w:t>تو یا تو political جھگڑا ختم کر دیجیے یا اس کو dealing کیجیے اس سے اور اس سے دونوں سے۔</w:t>
      </w:r>
    </w:p>
    <w:p>
      <w:r>
        <w:rPr>
          <w:b/>
        </w:rPr>
        <w:t xml:space="preserve">[1:23:14] </w:t>
      </w:r>
      <w:r>
        <w:t>dealing ki policy ikhtiyar kijiye.</w:t>
      </w:r>
    </w:p>
    <w:p>
      <w:pPr>
        <w:jc w:val="right"/>
      </w:pPr>
      <w:r>
        <w:t>Dealing کی policy اختیار کیجیے۔</w:t>
      </w:r>
    </w:p>
    <w:p>
      <w:r>
        <w:rPr>
          <w:b/>
        </w:rPr>
        <w:t xml:space="preserve">[1:23:19] </w:t>
      </w:r>
      <w:r>
        <w:t>lekin poori, poori qaum is ko ikhtiyar nahi kar saki.</w:t>
      </w:r>
    </w:p>
    <w:p>
      <w:pPr>
        <w:jc w:val="right"/>
      </w:pPr>
      <w:r>
        <w:t>لیکن پوری، پوری قوم اس کو اختیار نہیں کر سکی۔</w:t>
      </w:r>
    </w:p>
    <w:p>
      <w:r>
        <w:rPr>
          <w:b/>
        </w:rPr>
        <w:t xml:space="preserve">[1:23:24] </w:t>
      </w:r>
      <w:r>
        <w:t>to individual ke liye bhi aur qaum ke liye, dono ke liye zaroori hai ke woh ek cheez</w:t>
      </w:r>
    </w:p>
    <w:p>
      <w:pPr>
        <w:jc w:val="right"/>
      </w:pPr>
      <w:r>
        <w:t>تو individual کے لیے بھی اور قوم کے لیے، دونوں کے لیے ضروری ہے کہ وہ ایک چیز</w:t>
      </w:r>
    </w:p>
    <w:p>
      <w:r>
        <w:rPr>
          <w:b/>
        </w:rPr>
        <w:t xml:space="preserve">[1:23:29] </w:t>
      </w:r>
      <w:r>
        <w:t>doosri cheez par farq kare.</w:t>
      </w:r>
    </w:p>
    <w:p>
      <w:pPr>
        <w:jc w:val="right"/>
      </w:pPr>
      <w:r>
        <w:t>دوسری چیز پر فرق کرے۔</w:t>
      </w:r>
    </w:p>
    <w:p>
      <w:r>
        <w:rPr>
          <w:b/>
        </w:rPr>
        <w:t xml:space="preserve">[1:23:35] </w:t>
      </w:r>
      <w:r>
        <w:t>jaisa ke main ne arz kiya, Rasool Allah ke is ka misaal maujood hai, Sahaba ka misaal maujood hai.</w:t>
      </w:r>
    </w:p>
    <w:p>
      <w:pPr>
        <w:jc w:val="right"/>
      </w:pPr>
      <w:r>
        <w:t>جیسا کہ میں نے عرض کیا، رسول اللہ کے اس کا مثال موجود ہے، صحابہ کا مثال موجود ہے۔</w:t>
      </w:r>
    </w:p>
    <w:p>
      <w:r>
        <w:rPr>
          <w:b/>
        </w:rPr>
        <w:t xml:space="preserve">[1:23:40] </w:t>
      </w:r>
      <w:r>
        <w:t>lekin abhi bhi Musalman is se bekhabar hain.</w:t>
      </w:r>
    </w:p>
    <w:p>
      <w:pPr>
        <w:jc w:val="right"/>
      </w:pPr>
      <w:r>
        <w:t>لیکن ابھی بھی مسلمان اس سے بے خبر ہیں۔</w:t>
      </w:r>
    </w:p>
    <w:p>
      <w:r>
        <w:rPr>
          <w:b/>
        </w:rPr>
        <w:t xml:space="preserve">[1:23:45] </w:t>
      </w:r>
      <w:r>
        <w:t>kyun? Musalmanon mein intellectual development bohat kam hua.</w:t>
      </w:r>
    </w:p>
    <w:p>
      <w:pPr>
        <w:jc w:val="right"/>
      </w:pPr>
      <w:r>
        <w:t>کیوں؟ مسلمانوں میں intellectual development بہت کم ہوا۔</w:t>
      </w:r>
    </w:p>
    <w:p>
      <w:r>
        <w:rPr>
          <w:b/>
        </w:rPr>
        <w:t xml:space="preserve">[1:23:50] </w:t>
      </w:r>
      <w:r>
        <w:t>bohat kam hua.</w:t>
      </w:r>
    </w:p>
    <w:p>
      <w:pPr>
        <w:jc w:val="right"/>
      </w:pPr>
      <w:r>
        <w:t>بہت کم ہوا۔</w:t>
      </w:r>
    </w:p>
    <w:p>
      <w:r>
        <w:rPr>
          <w:b/>
        </w:rPr>
        <w:t xml:space="preserve">[1:23:55] </w:t>
      </w:r>
      <w:r>
        <w:t>to isi ki zaroorat hai ke logon ko, yani intellectual awakening laya jaye.</w:t>
      </w:r>
    </w:p>
    <w:p>
      <w:pPr>
        <w:jc w:val="right"/>
      </w:pPr>
      <w:r>
        <w:t>تو اسی کی ضرورت ہے کہ لوگوں کو، یعنی intellectual awakening لایا جائے۔</w:t>
      </w:r>
    </w:p>
    <w:p>
      <w:r>
        <w:rPr>
          <w:b/>
        </w:rPr>
        <w:t xml:space="preserve">[1:24:00] </w:t>
      </w:r>
      <w:r>
        <w:t>jab tak yeh nahi hoga, tab tak koi bara, koi bari baat nahi ho sakti hai. Mr.</w:t>
      </w:r>
    </w:p>
    <w:p>
      <w:pPr>
        <w:jc w:val="right"/>
      </w:pPr>
      <w:r>
        <w:t>جب تک یہ نہیں ہوگا، تب تک کوئی بڑا، کوئی بڑی بات نہیں ہو سکتی ہے۔ Mr.</w:t>
      </w:r>
    </w:p>
    <w:p>
      <w:r>
        <w:rPr>
          <w:b/>
        </w:rPr>
        <w:t xml:space="preserve">[1:24:05] </w:t>
      </w:r>
      <w:r>
        <w:t>Arif Jilani ne Kashmir se likha hai: "January al-Risala 2011 mein likha hai ke sirf ek hi qaum</w:t>
      </w:r>
    </w:p>
    <w:p>
      <w:pPr>
        <w:jc w:val="right"/>
      </w:pPr>
      <w:r>
        <w:t>Arif Jilani نے کشمیر سے لکھا ہے: "January al-Risala 2011 میں لکھا ہے کہ صرف ایک ہی قوم</w:t>
      </w:r>
    </w:p>
    <w:p>
      <w:r>
        <w:rPr>
          <w:b/>
        </w:rPr>
        <w:t xml:space="preserve">[1:24:10] </w:t>
      </w:r>
      <w:r>
        <w:t>ki taraf peghambar bhejhe gaye.</w:t>
      </w:r>
    </w:p>
    <w:p>
      <w:pPr>
        <w:jc w:val="right"/>
      </w:pPr>
      <w:r>
        <w:t>کی طرف پیغمبر بھیجے گئے۔</w:t>
      </w:r>
    </w:p>
    <w:p>
      <w:r>
        <w:rPr>
          <w:b/>
        </w:rPr>
        <w:t xml:space="preserve">[1:24:15] </w:t>
      </w:r>
      <w:r>
        <w:t>lekin Quran mein hai ke lil-kulli qaumin hadir is ki wazahat farmayein.</w:t>
      </w:r>
    </w:p>
    <w:p>
      <w:pPr>
        <w:jc w:val="right"/>
      </w:pPr>
      <w:r>
        <w:t>لیکن قرآن میں ہے کہ للكل قوم هاد اس کی وضاحت فرمائیں۔</w:t>
      </w:r>
    </w:p>
    <w:p>
      <w:r>
        <w:rPr>
          <w:b/>
        </w:rPr>
        <w:t xml:space="preserve">[1:24:21] </w:t>
      </w:r>
      <w:r>
        <w:t>wohi to hai ayat mein.</w:t>
      </w:r>
    </w:p>
    <w:p>
      <w:pPr>
        <w:jc w:val="right"/>
      </w:pPr>
      <w:r>
        <w:t>وہی تو ہے آیت میں۔</w:t>
      </w:r>
    </w:p>
    <w:p>
      <w:r>
        <w:rPr>
          <w:b/>
        </w:rPr>
        <w:t xml:space="preserve">[1:24:26] </w:t>
      </w:r>
      <w:r>
        <w:t>yani har qom ke liye peghambar aaye.</w:t>
      </w:r>
    </w:p>
    <w:p>
      <w:pPr>
        <w:jc w:val="right"/>
      </w:pPr>
      <w:r>
        <w:t>یعنی ہر قوم کے لیے پیغمبر آئے۔</w:t>
      </w:r>
    </w:p>
    <w:p>
      <w:r>
        <w:rPr>
          <w:b/>
        </w:rPr>
        <w:t xml:space="preserve">[1:24:31] </w:t>
      </w:r>
      <w:r>
        <w:t>yani ek hi peghambar sari dunya ko khitab kare.</w:t>
      </w:r>
    </w:p>
    <w:p>
      <w:pPr>
        <w:jc w:val="right"/>
      </w:pPr>
      <w:r>
        <w:t>یعنی ایک ہی پیغمبر ساری دنیا کو خطاب کرے۔</w:t>
      </w:r>
    </w:p>
    <w:p>
      <w:r>
        <w:rPr>
          <w:b/>
        </w:rPr>
        <w:t xml:space="preserve">[1:24:36] </w:t>
      </w:r>
      <w:r>
        <w:t>yeh practical nahi tha.</w:t>
      </w:r>
    </w:p>
    <w:p>
      <w:pPr>
        <w:jc w:val="right"/>
      </w:pPr>
      <w:r>
        <w:t>یہ practical نہیں تھا۔</w:t>
      </w:r>
    </w:p>
    <w:p>
      <w:r>
        <w:rPr>
          <w:b/>
        </w:rPr>
        <w:t xml:space="preserve">[1:24:41] </w:t>
      </w:r>
      <w:r>
        <w:t>yani local khitab hi mumkin tha is zamane mein.</w:t>
      </w:r>
    </w:p>
    <w:p>
      <w:pPr>
        <w:jc w:val="right"/>
      </w:pPr>
      <w:r>
        <w:t>یعنی local خطاب ہی ممکن تھا اس زمانے میں۔</w:t>
      </w:r>
    </w:p>
    <w:p>
      <w:r>
        <w:rPr>
          <w:b/>
        </w:rPr>
        <w:t xml:space="preserve">[1:24:46] </w:t>
      </w:r>
      <w:r>
        <w:t>global khitab mumkin nahi tha.</w:t>
      </w:r>
    </w:p>
    <w:p>
      <w:pPr>
        <w:jc w:val="right"/>
      </w:pPr>
      <w:r>
        <w:t>Global خطاب ممکن نہیں تھا۔</w:t>
      </w:r>
    </w:p>
    <w:p>
      <w:r>
        <w:rPr>
          <w:b/>
        </w:rPr>
        <w:t xml:space="preserve">[1:24:51] </w:t>
      </w:r>
      <w:r>
        <w:t>rasool Allah ke liye bhi mumkin nahi tha global khitab.</w:t>
      </w:r>
    </w:p>
    <w:p>
      <w:pPr>
        <w:jc w:val="right"/>
      </w:pPr>
      <w:r>
        <w:t>رسول اللہ کے لیے بھی ممکن نہیں تھا global خطاب۔</w:t>
      </w:r>
    </w:p>
    <w:p>
      <w:r>
        <w:rPr>
          <w:b/>
        </w:rPr>
        <w:t xml:space="preserve">[1:24:56] </w:t>
      </w:r>
      <w:r>
        <w:t>log samajhte nahi is baat ko.</w:t>
      </w:r>
    </w:p>
    <w:p>
      <w:pPr>
        <w:jc w:val="right"/>
      </w:pPr>
      <w:r>
        <w:t>لوگ سمجھتے نہیں اس بات کو۔</w:t>
      </w:r>
    </w:p>
    <w:p>
      <w:r>
        <w:rPr>
          <w:b/>
        </w:rPr>
        <w:t xml:space="preserve">[1:25:01] </w:t>
      </w:r>
      <w:r>
        <w:t>global khitab ke liye zaroori the sadhan.</w:t>
      </w:r>
    </w:p>
    <w:p>
      <w:pPr>
        <w:jc w:val="right"/>
      </w:pPr>
      <w:r>
        <w:t>Global خطاب کے لیے ضروری تھے سادھن۔</w:t>
      </w:r>
    </w:p>
    <w:p>
      <w:r>
        <w:rPr>
          <w:b/>
        </w:rPr>
        <w:t xml:space="preserve">[1:25:07] </w:t>
      </w:r>
      <w:r>
        <w:t>yani global communication.</w:t>
      </w:r>
    </w:p>
    <w:p>
      <w:pPr>
        <w:jc w:val="right"/>
      </w:pPr>
      <w:r>
        <w:t>یعنی global communication۔</w:t>
      </w:r>
    </w:p>
    <w:p>
      <w:r>
        <w:rPr>
          <w:b/>
        </w:rPr>
        <w:t xml:space="preserve">[1:25:12] </w:t>
      </w:r>
      <w:r>
        <w:t>toh woh toh aaj hua ja kar ke.</w:t>
      </w:r>
    </w:p>
    <w:p>
      <w:pPr>
        <w:jc w:val="right"/>
      </w:pPr>
      <w:r>
        <w:t>تو وہ تو آج ہوا جا کر کے۔</w:t>
      </w:r>
    </w:p>
    <w:p>
      <w:r>
        <w:rPr>
          <w:b/>
        </w:rPr>
        <w:t xml:space="preserve">[1:25:17] </w:t>
      </w:r>
      <w:r>
        <w:t>woh toh aaj ja kar ke hua hai.</w:t>
      </w:r>
    </w:p>
    <w:p>
      <w:pPr>
        <w:jc w:val="right"/>
      </w:pPr>
      <w:r>
        <w:t>وہ تو آج جا کر کے ہوا ہے۔</w:t>
      </w:r>
    </w:p>
    <w:p>
      <w:r>
        <w:rPr>
          <w:b/>
        </w:rPr>
        <w:t xml:space="preserve">[1:25:22] </w:t>
      </w:r>
      <w:r>
        <w:t>misal ke taur par rasool Allah sal Allah aleh wasallam ko chahte the ke madine walon ko paigham</w:t>
      </w:r>
    </w:p>
    <w:p>
      <w:pPr>
        <w:jc w:val="right"/>
      </w:pPr>
      <w:r>
        <w:t>مثال کے طور پر رسول اللہ صلی اللہ علیہ وسلم کو چاہتے تھے کہ مدینے والوں کو پیغام</w:t>
      </w:r>
    </w:p>
    <w:p>
      <w:r>
        <w:rPr>
          <w:b/>
        </w:rPr>
        <w:t xml:space="preserve">[1:25:27] </w:t>
      </w:r>
      <w:r>
        <w:t>deen, quran ka paigham.</w:t>
      </w:r>
    </w:p>
    <w:p>
      <w:pPr>
        <w:jc w:val="right"/>
      </w:pPr>
      <w:r>
        <w:t>دیں، قرآن کا پیغام۔</w:t>
      </w:r>
    </w:p>
    <w:p>
      <w:r>
        <w:rPr>
          <w:b/>
        </w:rPr>
        <w:t xml:space="preserve">[1:25:32] </w:t>
      </w:r>
      <w:r>
        <w:t>toh yeh aaj aap ko yeh mumkin hai ke aap makka mein ek ek tv station banayein</w:t>
      </w:r>
    </w:p>
    <w:p>
      <w:pPr>
        <w:jc w:val="right"/>
      </w:pPr>
      <w:r>
        <w:t>تو یہ آج آپ کو یہ ممکن ہے کہ آپ مکہ میں ایک ایک ٹی وی station بنائیں</w:t>
      </w:r>
    </w:p>
    <w:p>
      <w:r>
        <w:rPr>
          <w:b/>
        </w:rPr>
        <w:t xml:space="preserve">[1:25:37] </w:t>
      </w:r>
      <w:r>
        <w:t>aur is mein program nashar karein aur madine wale sunenge is ko? khoob sunenge subah sham.</w:t>
      </w:r>
    </w:p>
    <w:p>
      <w:pPr>
        <w:jc w:val="right"/>
      </w:pPr>
      <w:r>
        <w:t>اور اس میں program نشر کریں اور مدینہ والے سنیں گے اس کو؟ خوب سنیں گے صبح شام۔</w:t>
      </w:r>
    </w:p>
    <w:p>
      <w:r>
        <w:rPr>
          <w:b/>
        </w:rPr>
        <w:t xml:space="preserve">[1:25:42] </w:t>
      </w:r>
      <w:r>
        <w:t>lekin aap ne do aadmi bheje, do sahabi.</w:t>
      </w:r>
    </w:p>
    <w:p>
      <w:pPr>
        <w:jc w:val="right"/>
      </w:pPr>
      <w:r>
        <w:t>لیکن آپ نے دو آدمی بھیجے، دو صحابی۔</w:t>
      </w:r>
    </w:p>
    <w:p>
      <w:r>
        <w:rPr>
          <w:b/>
        </w:rPr>
        <w:t xml:space="preserve">[1:25:47] </w:t>
      </w:r>
      <w:r>
        <w:t>un ko muqri kaha jata tha.</w:t>
      </w:r>
    </w:p>
    <w:p>
      <w:pPr>
        <w:jc w:val="right"/>
      </w:pPr>
      <w:r>
        <w:t>ان کو مقری کہا جاتا تھا۔</w:t>
      </w:r>
    </w:p>
    <w:p>
      <w:r>
        <w:rPr>
          <w:b/>
        </w:rPr>
        <w:t xml:space="preserve">[1:25:53] </w:t>
      </w:r>
      <w:r>
        <w:t>yani makka se madina gaye aur woh do muqri wahan quran logon ko sunaya karte the.</w:t>
      </w:r>
    </w:p>
    <w:p>
      <w:pPr>
        <w:jc w:val="right"/>
      </w:pPr>
      <w:r>
        <w:t>یعنی مکہ سے مدینہ گئے اور وہ دو مقری وہاں قرآن لوگوں کو سنایا کرتے تھے۔</w:t>
      </w:r>
    </w:p>
    <w:p>
      <w:r>
        <w:rPr>
          <w:b/>
        </w:rPr>
        <w:t xml:space="preserve">[1:25:58] </w:t>
      </w:r>
      <w:r>
        <w:t>aaj aap makka mein ek ek ek tv station bana kar ke subah sham wahin baithe baithe</w:t>
      </w:r>
    </w:p>
    <w:p>
      <w:pPr>
        <w:jc w:val="right"/>
      </w:pPr>
      <w:r>
        <w:t>آج آپ مکہ میں ایک ایک ایک ٹی وی station بنا کر کے صبح شام وہیں بیٹھے بیٹھے</w:t>
      </w:r>
    </w:p>
    <w:p>
      <w:r>
        <w:rPr>
          <w:b/>
        </w:rPr>
        <w:t xml:space="preserve">[1:26:03] </w:t>
      </w:r>
      <w:r>
        <w:t>makka walon, makka se madina walon ko khabar bhi, woh program suna sakte hain.</w:t>
      </w:r>
    </w:p>
    <w:p>
      <w:pPr>
        <w:jc w:val="right"/>
      </w:pPr>
      <w:r>
        <w:t>مکہ والوں، مکہ سے مدینہ والوں کو خبر بھی، وہ program سنا سکتے ہیں۔</w:t>
      </w:r>
    </w:p>
    <w:p>
      <w:r>
        <w:rPr>
          <w:b/>
        </w:rPr>
        <w:t xml:space="preserve">[1:26:08] </w:t>
      </w:r>
      <w:r>
        <w:t>quran suna sakte hain, har cheez suna sakte hain.</w:t>
      </w:r>
    </w:p>
    <w:p>
      <w:pPr>
        <w:jc w:val="right"/>
      </w:pPr>
      <w:r>
        <w:t>قرآن سنا سکتے ہیں، ہر چیز سنا سکتے ہیں۔</w:t>
      </w:r>
    </w:p>
    <w:p>
      <w:r>
        <w:rPr>
          <w:b/>
        </w:rPr>
        <w:t xml:space="preserve">[1:26:13] </w:t>
      </w:r>
      <w:r>
        <w:t>toh yeh, yani har har peghambar khud rasool Allah bhi apne zamane mein maqami peghambar the woh.</w:t>
      </w:r>
    </w:p>
    <w:p>
      <w:pPr>
        <w:jc w:val="right"/>
      </w:pPr>
      <w:r>
        <w:t>تو یہ، یعنی ہر ہر پیغمبر خود رسول اللہ بھی اپنے زمانے میں مقامی پیغمبر تھے وہ۔</w:t>
      </w:r>
    </w:p>
    <w:p>
      <w:r>
        <w:rPr>
          <w:b/>
        </w:rPr>
        <w:t xml:space="preserve">[1:26:18] </w:t>
      </w:r>
      <w:r>
        <w:t>yeh mat samjhiye ke rasool Allah sare alam mein unhon ne awaz pohncha di.</w:t>
      </w:r>
    </w:p>
    <w:p>
      <w:pPr>
        <w:jc w:val="right"/>
      </w:pPr>
      <w:r>
        <w:t>یہ مت سمجھئے کہ رسول اللہ سارے عالم میں انہوں نے آواز پہنچا دی۔</w:t>
      </w:r>
    </w:p>
    <w:p>
      <w:r>
        <w:rPr>
          <w:b/>
        </w:rPr>
        <w:t xml:space="preserve">[1:26:23] </w:t>
      </w:r>
      <w:r>
        <w:t>woh woh ummat ko karna tha woh kaam.</w:t>
      </w:r>
    </w:p>
    <w:p>
      <w:pPr>
        <w:jc w:val="right"/>
      </w:pPr>
      <w:r>
        <w:t>وہ وہ امت کو کرنا تھا وہ کام۔</w:t>
      </w:r>
    </w:p>
    <w:p>
      <w:r>
        <w:rPr>
          <w:b/>
        </w:rPr>
        <w:t xml:space="preserve">[1:26:28] </w:t>
      </w:r>
      <w:r>
        <w:t>quran mein khud yeh hai ke, yeh quran majeed mein khud yeh ayat hai ke woh hawalha kiya</w:t>
      </w:r>
    </w:p>
    <w:p>
      <w:pPr>
        <w:jc w:val="right"/>
      </w:pPr>
      <w:r>
        <w:t>قرآن میں خود یہ ہے کہ، یہ قرآن مجید میں خود یہ آیت ہے کہ وہ حولها کیا</w:t>
      </w:r>
    </w:p>
    <w:p>
      <w:r>
        <w:rPr>
          <w:b/>
        </w:rPr>
        <w:t xml:space="preserve">[1:26:33] </w:t>
      </w:r>
      <w:r>
        <w:t>hai woh ayat? litanzir ummul qaraabi min hawlaha haan? litanzir ummul qaraabi wa man hawlaha litanzir ummul qaraabi min</w:t>
      </w:r>
    </w:p>
    <w:p>
      <w:pPr>
        <w:jc w:val="right"/>
      </w:pPr>
      <w:r>
        <w:t>ہے وہ آیت؟ لتنذر أم القرابى من حولها ہاں؟ لتنذر أم القرابى ومن حولها لتنذر أم القرابى من</w:t>
      </w:r>
    </w:p>
    <w:p>
      <w:r>
        <w:rPr>
          <w:b/>
        </w:rPr>
        <w:t xml:space="preserve">[1:26:39] </w:t>
      </w:r>
      <w:r>
        <w:t>hawlaha khud rasool Allah ke bare mein hai.</w:t>
      </w:r>
    </w:p>
    <w:p>
      <w:pPr>
        <w:jc w:val="right"/>
      </w:pPr>
      <w:r>
        <w:t>حولها خود رسول اللہ کے بارے میں ہے۔</w:t>
      </w:r>
    </w:p>
    <w:p>
      <w:r>
        <w:rPr>
          <w:b/>
        </w:rPr>
        <w:t xml:space="preserve">[1:26:44] </w:t>
      </w:r>
      <w:r>
        <w:t>ke makkah, makkah ke aas paas walon ko bata do.</w:t>
      </w:r>
    </w:p>
    <w:p>
      <w:pPr>
        <w:jc w:val="right"/>
      </w:pPr>
      <w:r>
        <w:t>کہ مکہ، مکہ کے آس پاس والوں کو بتا دو۔</w:t>
      </w:r>
    </w:p>
    <w:p>
      <w:r>
        <w:rPr>
          <w:b/>
        </w:rPr>
        <w:t xml:space="preserve">[1:26:49] </w:t>
      </w:r>
      <w:r>
        <w:t>to aap yeh na samjhiye ke rasool Allah wahan bolte the aur sara alam sunta tha.</w:t>
      </w:r>
    </w:p>
    <w:p>
      <w:pPr>
        <w:jc w:val="right"/>
      </w:pPr>
      <w:r>
        <w:t>تو آپ یہ نہ سمجھئے کہ رسول اللہ وہاں بولتے تھے اور سارا عالم سنتا تھا۔</w:t>
      </w:r>
    </w:p>
    <w:p>
      <w:r>
        <w:rPr>
          <w:b/>
        </w:rPr>
        <w:t xml:space="preserve">[1:26:54] </w:t>
      </w:r>
      <w:r>
        <w:t>aisa mumkin, mumkin nahi tha.</w:t>
      </w:r>
    </w:p>
    <w:p>
      <w:pPr>
        <w:jc w:val="right"/>
      </w:pPr>
      <w:r>
        <w:t>ایسا ممکن، ممکن نہیں تھا۔</w:t>
      </w:r>
    </w:p>
    <w:p>
      <w:r>
        <w:rPr>
          <w:b/>
        </w:rPr>
        <w:t xml:space="preserve">[1:26:59] </w:t>
      </w:r>
      <w:r>
        <w:t>litanzir ummul qaraabi min hawlaha to Allah taala ne ek inqilaab barpa kiya.</w:t>
      </w:r>
    </w:p>
    <w:p>
      <w:pPr>
        <w:jc w:val="right"/>
      </w:pPr>
      <w:r>
        <w:t>لتنذر أم القرابى من حولها تو اللہ تعالیٰ نے ایک انقلاب برپا کیا۔</w:t>
      </w:r>
    </w:p>
    <w:p>
      <w:r>
        <w:rPr>
          <w:b/>
        </w:rPr>
        <w:t xml:space="preserve">[1:27:04] </w:t>
      </w:r>
      <w:r>
        <w:t>ek process jaari kiya.</w:t>
      </w:r>
    </w:p>
    <w:p>
      <w:pPr>
        <w:jc w:val="right"/>
      </w:pPr>
      <w:r>
        <w:t>ایک process جاری کیا۔</w:t>
      </w:r>
    </w:p>
    <w:p>
      <w:r>
        <w:rPr>
          <w:b/>
        </w:rPr>
        <w:t xml:space="preserve">[1:27:09] </w:t>
      </w:r>
      <w:r>
        <w:t>taake modern communication ka zamana aaye.</w:t>
      </w:r>
    </w:p>
    <w:p>
      <w:pPr>
        <w:jc w:val="right"/>
      </w:pPr>
      <w:r>
        <w:t>تاکہ modern communication کا زمانہ آئے۔</w:t>
      </w:r>
    </w:p>
    <w:p>
      <w:r>
        <w:rPr>
          <w:b/>
        </w:rPr>
        <w:t xml:space="preserve">[1:27:14] </w:t>
      </w:r>
      <w:r>
        <w:t>aur phir ummat e muhammadi jo hai woh is kaam ko anjaam de.</w:t>
      </w:r>
    </w:p>
    <w:p>
      <w:pPr>
        <w:jc w:val="right"/>
      </w:pPr>
      <w:r>
        <w:t>اور پھر امت محمدی جو ہے وہ اس کام کو انجام دے۔</w:t>
      </w:r>
    </w:p>
    <w:p>
      <w:r>
        <w:rPr>
          <w:b/>
        </w:rPr>
        <w:t xml:space="preserve">[1:27:19] </w:t>
      </w:r>
      <w:r>
        <w:t>lekin ummat e muhammadi ke liye jab waqt aaya to ummat e muhammadi ladne lagi.</w:t>
      </w:r>
    </w:p>
    <w:p>
      <w:pPr>
        <w:jc w:val="right"/>
      </w:pPr>
      <w:r>
        <w:t>لیکن امت محمدی کے لیے جب وقت آیا تو امت محمدی لڑنے لگی۔</w:t>
      </w:r>
    </w:p>
    <w:p>
      <w:r>
        <w:rPr>
          <w:b/>
        </w:rPr>
        <w:t xml:space="preserve">[1:27:25] </w:t>
      </w:r>
      <w:r>
        <w:t>yaani jihad ke naam par jhooti ladai ladne lagi.</w:t>
      </w:r>
    </w:p>
    <w:p>
      <w:pPr>
        <w:jc w:val="right"/>
      </w:pPr>
      <w:r>
        <w:t>یعنی جہاد کے نام پر جھوٹی لڑائی لڑنے لگی۔</w:t>
      </w:r>
    </w:p>
    <w:p>
      <w:r>
        <w:rPr>
          <w:b/>
        </w:rPr>
        <w:t xml:space="preserve">[1:27:30] </w:t>
      </w:r>
      <w:r>
        <w:t>sab se badi jo ummat e muslema ne jo ghalti ki hai woh yahi hai.</w:t>
      </w:r>
    </w:p>
    <w:p>
      <w:pPr>
        <w:jc w:val="right"/>
      </w:pPr>
      <w:r>
        <w:t>سب سے بڑی جو امت مسلمہ نے جو غلطی کی ہے وہ یہی ہے۔</w:t>
      </w:r>
    </w:p>
    <w:p>
      <w:r>
        <w:rPr>
          <w:b/>
        </w:rPr>
        <w:t xml:space="preserve">[1:27:35] </w:t>
      </w:r>
      <w:r>
        <w:t>ke rasool Allah sallallahu alaihi wasallam ki nubowat ka izhaar jab aalami karne ka waqt aaya to</w:t>
      </w:r>
    </w:p>
    <w:p>
      <w:pPr>
        <w:jc w:val="right"/>
      </w:pPr>
      <w:r>
        <w:t>کہ رسول اللہ صلی اللہ علیہ وسلم کی نبوت کا اظہار جب عالمی کرنے کا وقت آیا تو</w:t>
      </w:r>
    </w:p>
    <w:p>
      <w:r>
        <w:rPr>
          <w:b/>
        </w:rPr>
        <w:t xml:space="preserve">[1:27:40] </w:t>
      </w:r>
      <w:r>
        <w:t>lage ladne woh.</w:t>
      </w:r>
    </w:p>
    <w:p>
      <w:pPr>
        <w:jc w:val="right"/>
      </w:pPr>
      <w:r>
        <w:t>لگے لڑنے وہ۔</w:t>
      </w:r>
    </w:p>
    <w:p>
      <w:r>
        <w:rPr>
          <w:b/>
        </w:rPr>
        <w:t xml:space="preserve">[1:27:45] </w:t>
      </w:r>
      <w:r>
        <w:t>yaani maudood se ladai chhod di woh.</w:t>
      </w:r>
    </w:p>
    <w:p>
      <w:pPr>
        <w:jc w:val="right"/>
      </w:pPr>
      <w:r>
        <w:t>یعنی مودود سے لڑائی چھوڑ دی وہ۔</w:t>
      </w:r>
    </w:p>
    <w:p>
      <w:r>
        <w:rPr>
          <w:b/>
        </w:rPr>
        <w:t xml:space="preserve">[1:27:50] </w:t>
      </w:r>
      <w:r>
        <w:t>maudood ko dushman pata hai ke is ne ladai chhod di.</w:t>
      </w:r>
    </w:p>
    <w:p>
      <w:pPr>
        <w:jc w:val="right"/>
      </w:pPr>
      <w:r>
        <w:t>مودود کو دشمن پتہ ہے کہ اس نے لڑائی چھوڑ دی۔</w:t>
      </w:r>
    </w:p>
    <w:p>
      <w:r>
        <w:rPr>
          <w:b/>
        </w:rPr>
        <w:t xml:space="preserve">[1:27:55] </w:t>
      </w:r>
      <w:r>
        <w:t>yeh to is se badi koi ghalti ho hi nahi sakti.</w:t>
      </w:r>
    </w:p>
    <w:p>
      <w:pPr>
        <w:jc w:val="right"/>
      </w:pPr>
      <w:r>
        <w:t>یہ تو اس سے بڑی کوئی غلطی ہو ہی نہیں سکتی۔</w:t>
      </w:r>
    </w:p>
    <w:p>
      <w:r>
        <w:rPr>
          <w:b/>
        </w:rPr>
        <w:t xml:space="preserve">[1:28:00] </w:t>
      </w:r>
      <w:r>
        <w:t>to rasool Allah, yeh mat samjhiye ke rasool Allah bolte the makkah mein aur sara alam sunta tha.</w:t>
      </w:r>
    </w:p>
    <w:p>
      <w:pPr>
        <w:jc w:val="right"/>
      </w:pPr>
      <w:r>
        <w:t>تو رسول اللہ، یہ مت سمجھئے کہ رسول اللہ بولتے تھے مکہ میں اور سارا عالم سنتا تھا۔</w:t>
      </w:r>
    </w:p>
    <w:p>
      <w:r>
        <w:rPr>
          <w:b/>
        </w:rPr>
        <w:t xml:space="preserve">[1:28:05] </w:t>
      </w:r>
      <w:r>
        <w:t>rasool Allah ne makkah mein aur aur aas paas ki duniya ko bataya aur ummat e muslema ki zimme</w:t>
      </w:r>
    </w:p>
    <w:p>
      <w:pPr>
        <w:jc w:val="right"/>
      </w:pPr>
      <w:r>
        <w:t>رسول اللہ نے مکہ میں اور اور آس پاس کی دنیا کو بتایا اور امت مسلمہ کی ذمہ</w:t>
      </w:r>
    </w:p>
    <w:p>
      <w:r>
        <w:rPr>
          <w:b/>
        </w:rPr>
        <w:t xml:space="preserve">[1:28:10] </w:t>
      </w:r>
      <w:r>
        <w:t>daari qarar paai ke woh sare alam ko aap ki taraf se niyabat mein, aap ki niyabat mein</w:t>
      </w:r>
    </w:p>
    <w:p>
      <w:pPr>
        <w:jc w:val="right"/>
      </w:pPr>
      <w:r>
        <w:t>داری قرار پائی کہ وہ سارے عالم کو آپ کی طرف سے نیابت میں، آپ کی نیابت میں</w:t>
      </w:r>
    </w:p>
    <w:p>
      <w:r>
        <w:rPr>
          <w:b/>
        </w:rPr>
        <w:t xml:space="preserve">[1:28:16] </w:t>
      </w:r>
      <w:r>
        <w:t>sare alam mein pahunchaye.</w:t>
      </w:r>
    </w:p>
    <w:p>
      <w:pPr>
        <w:jc w:val="right"/>
      </w:pPr>
      <w:r>
        <w:t>سارے عالم میں پہنچائے۔</w:t>
      </w:r>
    </w:p>
    <w:p>
      <w:r>
        <w:rPr>
          <w:b/>
        </w:rPr>
        <w:t xml:space="preserve">[1:28:21] </w:t>
      </w:r>
      <w:r>
        <w:t>isi ka to process tha yeh.</w:t>
      </w:r>
    </w:p>
    <w:p>
      <w:pPr>
        <w:jc w:val="right"/>
      </w:pPr>
      <w:r>
        <w:t>اسی کا تو process تھا یہ۔</w:t>
      </w:r>
    </w:p>
    <w:p>
      <w:r>
        <w:rPr>
          <w:b/>
        </w:rPr>
        <w:t xml:space="preserve">[1:28:26] </w:t>
      </w:r>
      <w:r>
        <w:t>isi culmination tha yeh ke modern communication wajood mein aaya.</w:t>
      </w:r>
    </w:p>
    <w:p>
      <w:pPr>
        <w:jc w:val="right"/>
      </w:pPr>
      <w:r>
        <w:t>اسی culmination تھا یہ کہ modern communication وجود میں آیا۔</w:t>
      </w:r>
    </w:p>
    <w:p>
      <w:r>
        <w:rPr>
          <w:b/>
        </w:rPr>
        <w:t xml:space="preserve">[1:28:31] </w:t>
      </w:r>
      <w:r>
        <w:t>lekin jab wajood mein aaya to musalman jo hain, kya kiya unhon ne? ke maudood ko dushman bana</w:t>
      </w:r>
    </w:p>
    <w:p>
      <w:pPr>
        <w:jc w:val="right"/>
      </w:pPr>
      <w:r>
        <w:t>لیکن جب وجود میں آیا تو مسلمان جو ہیں، کیا کیا انہوں نے؟ کہ مودود کو دشمن بنا</w:t>
      </w:r>
    </w:p>
    <w:p>
      <w:r>
        <w:rPr>
          <w:b/>
        </w:rPr>
        <w:t xml:space="preserve">[1:28:36] </w:t>
      </w:r>
      <w:r>
        <w:t>kar phir ladne lage.</w:t>
      </w:r>
    </w:p>
    <w:p>
      <w:pPr>
        <w:jc w:val="right"/>
      </w:pPr>
      <w:r>
        <w:t>کر پھر لڑنے لگے۔</w:t>
      </w:r>
    </w:p>
    <w:p>
      <w:r>
        <w:rPr>
          <w:b/>
        </w:rPr>
        <w:t xml:space="preserve">[1:28:41] </w:t>
      </w:r>
      <w:r>
        <w:t>is se zyada ghalat kaam koi nahi ho sakta.</w:t>
      </w:r>
    </w:p>
    <w:p>
      <w:pPr>
        <w:jc w:val="right"/>
      </w:pPr>
      <w:r>
        <w:t>اس سے زیادہ غلط کام کوئی نہیں ہو سکتا۔</w:t>
      </w:r>
    </w:p>
    <w:p>
      <w:r>
        <w:rPr>
          <w:b/>
        </w:rPr>
        <w:t xml:space="preserve">[1:28:46] </w:t>
      </w:r>
      <w:r>
        <w:t>Maulana Abdul Basit Umri ne Doha, Qatar se likha hai: "Maulana, Islam political power se phaila hai ya phir</w:t>
      </w:r>
    </w:p>
    <w:p>
      <w:pPr>
        <w:jc w:val="right"/>
      </w:pPr>
      <w:r>
        <w:t>مولانا عبدالباسط عمری نے دوحہ، قطر سے لکھا ہے: "مولانا، اسلام political power سے پھیلا ہے یا پھر</w:t>
      </w:r>
    </w:p>
    <w:p>
      <w:r>
        <w:rPr>
          <w:b/>
        </w:rPr>
        <w:t xml:space="preserve">[1:28:51] </w:t>
      </w:r>
      <w:r>
        <w:t>power of ideology se? Aur Islam ki asal taqat kya hai ke jis ko jaan kar hum sahi</w:t>
      </w:r>
    </w:p>
    <w:p>
      <w:pPr>
        <w:jc w:val="right"/>
      </w:pPr>
      <w:r>
        <w:t>power of ideology سے؟ اور اسلام کی اصل طاقت کیا ہے کہ جس کو جان کر ہم صحیح</w:t>
      </w:r>
    </w:p>
    <w:p>
      <w:r>
        <w:rPr>
          <w:b/>
        </w:rPr>
        <w:t xml:space="preserve">[1:28:56] </w:t>
      </w:r>
      <w:r>
        <w:t>munasba bandi karen, hum taake kabhi nakami ke ehsas se dochar na hon?" Is ke bare mein bataen.</w:t>
      </w:r>
    </w:p>
    <w:p>
      <w:pPr>
        <w:jc w:val="right"/>
      </w:pPr>
      <w:r>
        <w:t>منصوبہ بندی کریں، ہم تاکہ کبھی ناکامی کے احساس سے دوچار نہ ہوں؟" اس کے بارے میں بتائیں۔</w:t>
      </w:r>
    </w:p>
    <w:p>
      <w:r>
        <w:rPr>
          <w:b/>
        </w:rPr>
        <w:t xml:space="preserve">[1:29:02] </w:t>
      </w:r>
      <w:r>
        <w:t>Dekhen, political power se phaila hai Islam to yeh Islam ke khilaaf ek ilzaam.</w:t>
      </w:r>
    </w:p>
    <w:p>
      <w:pPr>
        <w:jc w:val="right"/>
      </w:pPr>
      <w:r>
        <w:t>دیکھیں، political power سے پھیلا ہے اسلام تو یہ اسلام کے خلاف ایک الزام۔</w:t>
      </w:r>
    </w:p>
    <w:p>
      <w:r>
        <w:rPr>
          <w:b/>
        </w:rPr>
        <w:t xml:space="preserve">[1:29:07] </w:t>
      </w:r>
      <w:r>
        <w:t>ke Islam mein khud, khud Islam mein koi nazriati kashish nahi hai.</w:t>
      </w:r>
    </w:p>
    <w:p>
      <w:pPr>
        <w:jc w:val="right"/>
      </w:pPr>
      <w:r>
        <w:t>کہ اسلام میں خود، خود اسلام میں کوئی نظریاتی کشش نہیں ہے۔</w:t>
      </w:r>
    </w:p>
    <w:p>
      <w:r>
        <w:rPr>
          <w:b/>
        </w:rPr>
        <w:t xml:space="preserve">[1:29:12] </w:t>
      </w:r>
      <w:r>
        <w:t>Is ka matlab yeh nahi hua.</w:t>
      </w:r>
    </w:p>
    <w:p>
      <w:pPr>
        <w:jc w:val="right"/>
      </w:pPr>
      <w:r>
        <w:t>اس کا مطلب یہ نہیں ہوا۔</w:t>
      </w:r>
    </w:p>
    <w:p>
      <w:r>
        <w:rPr>
          <w:b/>
        </w:rPr>
        <w:t xml:space="preserve">[1:29:17] </w:t>
      </w:r>
      <w:r>
        <w:t>Islam koi nazriya, is ka jo aqeedah hai, jis ki ideology hai, us mein koi kashish nahi hai.</w:t>
      </w:r>
    </w:p>
    <w:p>
      <w:pPr>
        <w:jc w:val="right"/>
      </w:pPr>
      <w:r>
        <w:t>اسلام کوئی نظریہ، اس کا جو عقیدہ ہے، جس کی ideology ہے، اس میں کوئی کشش نہیں ہے۔</w:t>
      </w:r>
    </w:p>
    <w:p>
      <w:r>
        <w:rPr>
          <w:b/>
        </w:rPr>
        <w:t xml:space="preserve">[1:29:22] </w:t>
      </w:r>
      <w:r>
        <w:t>Bas maar maar ke logon ko keh sakte hain ke maano is ko.</w:t>
      </w:r>
    </w:p>
    <w:p>
      <w:pPr>
        <w:jc w:val="right"/>
      </w:pPr>
      <w:r>
        <w:t>بس مار مار کے لوگوں کو کہہ سکتے ہیں کہ مانو اس کو۔</w:t>
      </w:r>
    </w:p>
    <w:p>
      <w:r>
        <w:rPr>
          <w:b/>
        </w:rPr>
        <w:t xml:space="preserve">[1:29:27] </w:t>
      </w:r>
      <w:r>
        <w:t>Yaani to yeh to Islam ke khilaaf defamation jo woh kehte hain.</w:t>
      </w:r>
    </w:p>
    <w:p>
      <w:pPr>
        <w:jc w:val="right"/>
      </w:pPr>
      <w:r>
        <w:t>یعنی تو یہ تو اسلام کے خلاف defamation جو وہ کہتے ہیں۔</w:t>
      </w:r>
    </w:p>
    <w:p>
      <w:r>
        <w:rPr>
          <w:b/>
        </w:rPr>
        <w:t xml:space="preserve">[1:29:32] </w:t>
      </w:r>
      <w:r>
        <w:t>Defamation case hai.</w:t>
      </w:r>
    </w:p>
    <w:p>
      <w:pPr>
        <w:jc w:val="right"/>
      </w:pPr>
      <w:r>
        <w:t>Defamation case ہے۔</w:t>
      </w:r>
    </w:p>
    <w:p>
      <w:r>
        <w:rPr>
          <w:b/>
        </w:rPr>
        <w:t xml:space="preserve">[1:29:37] </w:t>
      </w:r>
      <w:r>
        <w:t>ke Islam ka aqeedah itna kamzor hai.</w:t>
      </w:r>
    </w:p>
    <w:p>
      <w:pPr>
        <w:jc w:val="right"/>
      </w:pPr>
      <w:r>
        <w:t>کہ اسلام کا عقیدہ اتنا کمزور ہے۔</w:t>
      </w:r>
    </w:p>
    <w:p>
      <w:r>
        <w:rPr>
          <w:b/>
        </w:rPr>
        <w:t xml:space="preserve">[1:29:42] </w:t>
      </w:r>
      <w:r>
        <w:t>Islam ke nazariyaat itne kamzor hain.</w:t>
      </w:r>
    </w:p>
    <w:p>
      <w:pPr>
        <w:jc w:val="right"/>
      </w:pPr>
      <w:r>
        <w:t>اسلام کے نظریات اتنے کمزور ہیں۔</w:t>
      </w:r>
    </w:p>
    <w:p>
      <w:r>
        <w:rPr>
          <w:b/>
        </w:rPr>
        <w:t xml:space="preserve">[1:29:48] </w:t>
      </w:r>
      <w:r>
        <w:t>Islam ki ideology itni kamzor hai.</w:t>
      </w:r>
    </w:p>
    <w:p>
      <w:pPr>
        <w:jc w:val="right"/>
      </w:pPr>
      <w:r>
        <w:t>اسلام کی ideology اتنی کمزور ہے۔</w:t>
      </w:r>
    </w:p>
    <w:p>
      <w:r>
        <w:rPr>
          <w:b/>
        </w:rPr>
        <w:t xml:space="preserve">[1:29:53] </w:t>
      </w:r>
      <w:r>
        <w:t>ke daleel ke bal par woh logon ko mutasir nahi kar sakti.</w:t>
      </w:r>
    </w:p>
    <w:p>
      <w:pPr>
        <w:jc w:val="right"/>
      </w:pPr>
      <w:r>
        <w:t>کہ دلیل کے بل پر وہ لوگوں کو متاثر نہیں کر سکتی۔</w:t>
      </w:r>
    </w:p>
    <w:p>
      <w:r>
        <w:rPr>
          <w:b/>
        </w:rPr>
        <w:t xml:space="preserve">[1:29:58] </w:t>
      </w:r>
      <w:r>
        <w:t>Yeh to bilkul, main samajhta hoon ke is se zyada laghu baat koi nahi ho sakti.</w:t>
      </w:r>
    </w:p>
    <w:p>
      <w:pPr>
        <w:jc w:val="right"/>
      </w:pPr>
      <w:r>
        <w:t>یہ تو بالکل، میں سمجھتا ہوں کہ اس سے زیادہ لغو بات کوئی نہیں ہو سکتی۔</w:t>
      </w:r>
    </w:p>
    <w:p>
      <w:r>
        <w:rPr>
          <w:b/>
        </w:rPr>
        <w:t xml:space="preserve">[1:30:03] </w:t>
      </w:r>
      <w:r>
        <w:t>Ek haqeeqat hai ke Islam sirf peaceful persecution se phaila hai.</w:t>
      </w:r>
    </w:p>
    <w:p>
      <w:pPr>
        <w:jc w:val="right"/>
      </w:pPr>
      <w:r>
        <w:t>ایک حقیقت ہے کہ اسلام صرف peaceful persecution سے پھیلا ہے۔</w:t>
      </w:r>
    </w:p>
    <w:p>
      <w:r>
        <w:rPr>
          <w:b/>
        </w:rPr>
        <w:t xml:space="preserve">[1:30:08] </w:t>
      </w:r>
      <w:r>
        <w:t>Peaceful dawah work se phaila hai.</w:t>
      </w:r>
    </w:p>
    <w:p>
      <w:pPr>
        <w:jc w:val="right"/>
      </w:pPr>
      <w:r>
        <w:t>Peaceful dawah work سے پھیلا ہے۔</w:t>
      </w:r>
    </w:p>
    <w:p>
      <w:r>
        <w:rPr>
          <w:b/>
        </w:rPr>
        <w:t xml:space="preserve">[1:30:13] </w:t>
      </w:r>
      <w:r>
        <w:t>Magar ajeeb baat hai, kisi musalman ko tofeeq nahi hui ke is par kitaab likhe.</w:t>
      </w:r>
    </w:p>
    <w:p>
      <w:pPr>
        <w:jc w:val="right"/>
      </w:pPr>
      <w:r>
        <w:t>مگر عجیب بات ہے، کسی مسلمان کو توفیق نہیں ہوئی کہ اس پر کتاب لکھے۔</w:t>
      </w:r>
    </w:p>
    <w:p>
      <w:r>
        <w:rPr>
          <w:b/>
        </w:rPr>
        <w:t xml:space="preserve">[1:30:18] </w:t>
      </w:r>
      <w:r>
        <w:t>Kisi ek musalman ko nahi.</w:t>
      </w:r>
    </w:p>
    <w:p>
      <w:pPr>
        <w:jc w:val="right"/>
      </w:pPr>
      <w:r>
        <w:t>کسی ایک مسلمان کو نہیں۔</w:t>
      </w:r>
    </w:p>
    <w:p>
      <w:r>
        <w:rPr>
          <w:b/>
        </w:rPr>
        <w:t xml:space="preserve">[1:30:23] </w:t>
      </w:r>
      <w:r>
        <w:t>Puri tareekh mein pehli baar jis ne yeh kaam kiya, woh ek Christian scholar ne kiya hai.</w:t>
      </w:r>
    </w:p>
    <w:p>
      <w:pPr>
        <w:jc w:val="right"/>
      </w:pPr>
      <w:r>
        <w:t>پوری تاریخ میں پہلی بار جس نے یہ کام کیا، وہ ایک Christian scholar نے کیا ہے۔</w:t>
      </w:r>
    </w:p>
    <w:p>
      <w:r>
        <w:rPr>
          <w:b/>
        </w:rPr>
        <w:t xml:space="preserve">[1:30:28] </w:t>
      </w:r>
      <w:r>
        <w:t>Koi agar is ko shakk ho, kisi ko bataaye, mujhe is kitaab ka naam bataaye.</w:t>
      </w:r>
    </w:p>
    <w:p>
      <w:pPr>
        <w:jc w:val="right"/>
      </w:pPr>
      <w:r>
        <w:t>کوئی اگر اس کو شک ہو، کسی کو بتائے، مجھے اس کتاب کا نام بتائے۔</w:t>
      </w:r>
    </w:p>
    <w:p>
      <w:r>
        <w:rPr>
          <w:b/>
        </w:rPr>
        <w:t xml:space="preserve">[1:30:34] </w:t>
      </w:r>
      <w:r>
        <w:t>Is kitaab ka naam bataaye, kisi musalman ka jis ne yeh kaam kiya ho.</w:t>
      </w:r>
    </w:p>
    <w:p>
      <w:pPr>
        <w:jc w:val="right"/>
      </w:pPr>
      <w:r>
        <w:t>اس کتاب کا نام بتائے، کسی مسلمان کا جس نے یہ کام کیا ہو۔</w:t>
      </w:r>
    </w:p>
    <w:p>
      <w:r>
        <w:rPr>
          <w:b/>
        </w:rPr>
        <w:t xml:space="preserve">[1:30:39] </w:t>
      </w:r>
      <w:r>
        <w:t>Yaani unhon ne India ke aitbaar se unhon ne likha hai, yaani woh Swami Vivekanand ne ke it</w:t>
      </w:r>
    </w:p>
    <w:p>
      <w:pPr>
        <w:jc w:val="right"/>
      </w:pPr>
      <w:r>
        <w:t>یعنی انہوں نے انڈیا کے اعتبار سے انہوں نے لکھا ہے، یعنی وہ سوامی ویکانند نے کہ it</w:t>
      </w:r>
    </w:p>
    <w:p>
      <w:r>
        <w:rPr>
          <w:b/>
        </w:rPr>
        <w:t xml:space="preserve">[1:30:44] </w:t>
      </w:r>
      <w:r>
        <w:t>is nonsense to say that Hindus were converted to Islam by force aur aalmi satah par is ko.</w:t>
      </w:r>
    </w:p>
    <w:p>
      <w:pPr>
        <w:jc w:val="right"/>
      </w:pPr>
      <w:r>
        <w:t>is nonsense to say that Hindus were converted to Islam by force اور عالمی سطح پر اس کو۔</w:t>
      </w:r>
    </w:p>
    <w:p>
      <w:r>
        <w:rPr>
          <w:b/>
        </w:rPr>
        <w:t xml:space="preserve">[1:30:49] </w:t>
      </w:r>
      <w:r>
        <w:t>bahut tees saal ki mehnat ki gayi ek shakhs ne, un ka naam hai woh professor honorad, angrez thay woh.</w:t>
      </w:r>
    </w:p>
    <w:p>
      <w:pPr>
        <w:jc w:val="right"/>
      </w:pPr>
      <w:r>
        <w:t>بہت تیس سال کی محنت کی گئی ایک شخص نے، ان کا نام ہے وہ پروفیسر آنرڈ، انگریز تھے وہ۔</w:t>
      </w:r>
    </w:p>
    <w:p>
      <w:r>
        <w:rPr>
          <w:b/>
        </w:rPr>
        <w:t xml:space="preserve">[1:30:54] </w:t>
      </w:r>
      <w:r>
        <w:t>tees saal mehnat kar ke unhon ne sara chhan chhana islam.</w:t>
      </w:r>
    </w:p>
    <w:p>
      <w:pPr>
        <w:jc w:val="right"/>
      </w:pPr>
      <w:r>
        <w:t>تیس سال محنت کر کے انہوں نے سارا چھان چھانا اسلام۔</w:t>
      </w:r>
    </w:p>
    <w:p>
      <w:r>
        <w:rPr>
          <w:b/>
        </w:rPr>
        <w:t xml:space="preserve">[1:30:59] </w:t>
      </w:r>
      <w:r>
        <w:t>Literature mukhtalif zubanon, kai zubanen jante thay woh.</w:t>
      </w:r>
    </w:p>
    <w:p>
      <w:pPr>
        <w:jc w:val="right"/>
      </w:pPr>
      <w:r>
        <w:t>Literature مختلف زبانوں، کئی زبانیں جانتے تھے وہ۔</w:t>
      </w:r>
    </w:p>
    <w:p>
      <w:r>
        <w:rPr>
          <w:b/>
        </w:rPr>
        <w:t xml:space="preserve">[1:31:04] </w:t>
      </w:r>
      <w:r>
        <w:t>phir woh kitab likhi unhon ne.</w:t>
      </w:r>
    </w:p>
    <w:p>
      <w:pPr>
        <w:jc w:val="right"/>
      </w:pPr>
      <w:r>
        <w:t>پھر وہ کتاب لکھی انہوں نے۔</w:t>
      </w:r>
    </w:p>
    <w:p>
      <w:r>
        <w:rPr>
          <w:b/>
        </w:rPr>
        <w:t xml:space="preserve">[1:31:09] </w:t>
      </w:r>
      <w:r>
        <w:t>is ka naam tha "The Preaching of Islam".</w:t>
      </w:r>
    </w:p>
    <w:p>
      <w:pPr>
        <w:jc w:val="right"/>
      </w:pPr>
      <w:r>
        <w:t>اس کا نام تھا "The Preaching of Islam"۔</w:t>
      </w:r>
    </w:p>
    <w:p>
      <w:r>
        <w:rPr>
          <w:b/>
        </w:rPr>
        <w:t xml:space="preserve">[1:31:14] </w:t>
      </w:r>
      <w:r>
        <w:t>hamare haan aise good word se chupa hai, wahi kitab chhipi hai "The Spirit of Islam" ke naam se.</w:t>
      </w:r>
    </w:p>
    <w:p>
      <w:pPr>
        <w:jc w:val="right"/>
      </w:pPr>
      <w:r>
        <w:t>ہمارے ہاں ایسے good word سے چھپا ہے، وہی کتاب چھپی ہے "The Spirit of Islam" کے نام سے۔</w:t>
      </w:r>
    </w:p>
    <w:p>
      <w:r>
        <w:rPr>
          <w:b/>
        </w:rPr>
        <w:t xml:space="preserve">[1:31:20] </w:t>
      </w:r>
      <w:r>
        <w:t>moti si kitab hai, is mein almi jaiza hai lekin bataya hai ke islam jo hai peaceful tareeqe se phaila.</w:t>
      </w:r>
    </w:p>
    <w:p>
      <w:pPr>
        <w:jc w:val="right"/>
      </w:pPr>
      <w:r>
        <w:t>موٹی سی کتاب ہے، اس میں عالمی جائزہ ہے لیکن بتایا ہے کہ اسلام جو ہے peaceful طریقے سے پھیلا۔</w:t>
      </w:r>
    </w:p>
    <w:p>
      <w:r>
        <w:rPr>
          <w:b/>
        </w:rPr>
        <w:t xml:space="preserve">[1:31:25] </w:t>
      </w:r>
      <w:r>
        <w:t>lekin ajib baat hai, kisi ek musalman ko tofeeq nahi hui ke is mozu par kitab likhe.</w:t>
      </w:r>
    </w:p>
    <w:p>
      <w:pPr>
        <w:jc w:val="right"/>
      </w:pPr>
      <w:r>
        <w:t>لیکن عجیب بات ہے، کسی ایک مسلمان کو توفیق نہیں ہوئی کہ اس موضوع پر کتاب لکھے۔</w:t>
      </w:r>
    </w:p>
    <w:p>
      <w:r>
        <w:rPr>
          <w:b/>
        </w:rPr>
        <w:t xml:space="preserve">[1:31:30] </w:t>
      </w:r>
      <w:r>
        <w:t>is ne pehli bar yeh dikhaya dunya ko ke islam peaceful tareeqe se phaila hai.</w:t>
      </w:r>
    </w:p>
    <w:p>
      <w:pPr>
        <w:jc w:val="right"/>
      </w:pPr>
      <w:r>
        <w:t>اس نے پہلی بار یہ دکھایا دنیا کو کہ اسلام peaceful طریقے سے پھیلا ہے۔</w:t>
      </w:r>
    </w:p>
    <w:p>
      <w:r>
        <w:rPr>
          <w:b/>
        </w:rPr>
        <w:t xml:space="preserve">[1:31:35] </w:t>
      </w:r>
      <w:r>
        <w:t>aur aaj bhi islam ki dawat peaceful tareeqe se di jayegi, tab hi logon ko mutasir karegi.</w:t>
      </w:r>
    </w:p>
    <w:p>
      <w:pPr>
        <w:jc w:val="right"/>
      </w:pPr>
      <w:r>
        <w:t>اور آج بھی اسلام کی دعوت peaceful طریقے سے دی جائے گی، تب ہی لوگوں کو متاثر کرے گی۔</w:t>
      </w:r>
    </w:p>
    <w:p>
      <w:r>
        <w:rPr>
          <w:b/>
        </w:rPr>
        <w:t xml:space="preserve">[1:31:40] </w:t>
      </w:r>
      <w:r>
        <w:t>gun aur bomb ke zor par thori aap islam ko convince kar sakte hain logon ko islam ke bare mein. Mr. K. A.</w:t>
      </w:r>
    </w:p>
    <w:p>
      <w:pPr>
        <w:jc w:val="right"/>
      </w:pPr>
      <w:r>
        <w:t>گن اور بم کے زور پر تھوڑی آپ اسلام کو convince کر سکتے ہیں لوگوں کو اسلام کے بارے میں۔ Mr. K. A.</w:t>
      </w:r>
    </w:p>
    <w:p>
      <w:r>
        <w:rPr>
          <w:b/>
        </w:rPr>
        <w:t xml:space="preserve">[1:31:45] </w:t>
      </w:r>
      <w:r>
        <w:t>Hasan ne tamil nadu se likha hai: "daii ko khuda ki qurbat aur khuda ki marifat kaise hasil</w:t>
      </w:r>
    </w:p>
    <w:p>
      <w:pPr>
        <w:jc w:val="right"/>
      </w:pPr>
      <w:r>
        <w:t>Hasan نے تمل ناڈو سے لکھا ہے: "داعی کو خدا کی قربت اور خدا کی معرفت کیسے حاصل</w:t>
      </w:r>
    </w:p>
    <w:p>
      <w:r>
        <w:rPr>
          <w:b/>
        </w:rPr>
        <w:t xml:space="preserve">[1:31:50] </w:t>
      </w:r>
      <w:r>
        <w:t>ho, is ke bare mein batayen." ghair khuda se doori, distraction se apne ko bachana.</w:t>
      </w:r>
    </w:p>
    <w:p>
      <w:pPr>
        <w:jc w:val="right"/>
      </w:pPr>
      <w:r>
        <w:t>ہو، اس کے بارے میں بتائیں۔" غیر خدا سے دوری، distraction سے اپنے کو بچانا۔</w:t>
      </w:r>
    </w:p>
    <w:p>
      <w:r>
        <w:rPr>
          <w:b/>
        </w:rPr>
        <w:t xml:space="preserve">[1:31:55] </w:t>
      </w:r>
      <w:r>
        <w:t>sara mamla yeh hai ke log phanse rehte hain dhuyen chaudon mein.</w:t>
      </w:r>
    </w:p>
    <w:p>
      <w:pPr>
        <w:jc w:val="right"/>
      </w:pPr>
      <w:r>
        <w:t>سارا معاملہ یہ ہے کہ لوگ پھنسے رہتے ہیں دھوئیں چودوں میں۔</w:t>
      </w:r>
    </w:p>
    <w:p>
      <w:r>
        <w:rPr>
          <w:b/>
        </w:rPr>
        <w:t xml:space="preserve">[1:32:00] </w:t>
      </w:r>
      <w:r>
        <w:t>mein ek sahib ke haan gaya, kuch baat karne ke liye islam ke bare mein.</w:t>
      </w:r>
    </w:p>
    <w:p>
      <w:pPr>
        <w:jc w:val="right"/>
      </w:pPr>
      <w:r>
        <w:t>میں ایک صاحب کے ہاں گیا، کچھ بات کرنے کے لیے اسلام کے بارے میں۔</w:t>
      </w:r>
    </w:p>
    <w:p>
      <w:r>
        <w:rPr>
          <w:b/>
        </w:rPr>
        <w:t xml:space="preserve">[1:32:06] </w:t>
      </w:r>
      <w:r>
        <w:t>to un ka ek chhota bacha tha.</w:t>
      </w:r>
    </w:p>
    <w:p>
      <w:pPr>
        <w:jc w:val="right"/>
      </w:pPr>
      <w:r>
        <w:t>تو ان کا ایک چھوٹا بچہ تھا۔</w:t>
      </w:r>
    </w:p>
    <w:p>
      <w:r>
        <w:rPr>
          <w:b/>
        </w:rPr>
        <w:t xml:space="preserve">[1:32:11] </w:t>
      </w:r>
      <w:r>
        <w:t>mein ne dekha, aap bas apne bache ko liye baithe hain god mein.</w:t>
      </w:r>
    </w:p>
    <w:p>
      <w:pPr>
        <w:jc w:val="right"/>
      </w:pPr>
      <w:r>
        <w:t>میں نے دیکھا، آپ بس اپنے بچے کو لیے بیٹھے ہیں گود میں۔</w:t>
      </w:r>
    </w:p>
    <w:p>
      <w:r>
        <w:rPr>
          <w:b/>
        </w:rPr>
        <w:t xml:space="preserve">[1:32:16] </w:t>
      </w:r>
      <w:r>
        <w:t>har waqt isi ko dekh rahe hain, har jagah isi ko chho rahe hain.</w:t>
      </w:r>
    </w:p>
    <w:p>
      <w:pPr>
        <w:jc w:val="right"/>
      </w:pPr>
      <w:r>
        <w:t>ہر وقت اسی کو دیکھ رہے ہیں، ہر جگہ اسی کو چھو رہے ہیں۔</w:t>
      </w:r>
    </w:p>
    <w:p>
      <w:r>
        <w:rPr>
          <w:b/>
        </w:rPr>
        <w:t xml:space="preserve">[1:32:21] </w:t>
      </w:r>
      <w:r>
        <w:t>mujhe bahut ghusa aya.</w:t>
      </w:r>
    </w:p>
    <w:p>
      <w:pPr>
        <w:jc w:val="right"/>
      </w:pPr>
      <w:r>
        <w:t>مجھے بہت غصہ آیا۔</w:t>
      </w:r>
    </w:p>
    <w:p>
      <w:r>
        <w:rPr>
          <w:b/>
        </w:rPr>
        <w:t xml:space="preserve">[1:32:26] </w:t>
      </w:r>
      <w:r>
        <w:t>mein ne kaha ke aap se mein ne thoda waqt liya tha, us waqt bhi aap bache mein mashgool hain.</w:t>
      </w:r>
    </w:p>
    <w:p>
      <w:pPr>
        <w:jc w:val="right"/>
      </w:pPr>
      <w:r>
        <w:t>میں نے کہا کہ آپ سے میں نے تھوڑا وقت لیا تھا، اس وقت بھی آپ بچے میں مشغول ہیں۔</w:t>
      </w:r>
    </w:p>
    <w:p>
      <w:r>
        <w:rPr>
          <w:b/>
        </w:rPr>
        <w:t xml:space="preserve">[1:32:31] </w:t>
      </w:r>
      <w:r>
        <w:t>aap aadmi hain ke bakri, bhed bakri hai.</w:t>
      </w:r>
    </w:p>
    <w:p>
      <w:pPr>
        <w:jc w:val="right"/>
      </w:pPr>
      <w:r>
        <w:t>آپ آدمی ہیں کہ بکری، بھیڑ بکری ہے۔</w:t>
      </w:r>
    </w:p>
    <w:p>
      <w:r>
        <w:rPr>
          <w:b/>
        </w:rPr>
        <w:t xml:space="preserve">[1:32:36] </w:t>
      </w:r>
      <w:r>
        <w:t>bachon ko kehte hain ke maan ke paas bhejo, maan ke sipah le aao is ko.</w:t>
      </w:r>
    </w:p>
    <w:p>
      <w:pPr>
        <w:jc w:val="right"/>
      </w:pPr>
      <w:r>
        <w:t>بچوں کو کہتے ہیں کہ ماں کے پاس بھیجو، ماں کے سپاہ لے آؤ اس کو۔</w:t>
      </w:r>
    </w:p>
    <w:p>
      <w:r>
        <w:rPr>
          <w:b/>
        </w:rPr>
        <w:t xml:space="preserve">[1:32:41] </w:t>
      </w:r>
      <w:r>
        <w:t>aap kyun le ke baithe ho is bache ko? to log haan lijiyye.</w:t>
      </w:r>
    </w:p>
    <w:p>
      <w:pPr>
        <w:jc w:val="right"/>
      </w:pPr>
      <w:r>
        <w:t>آپ کیوں لے کے بیٹھے ہو اس بچے کو؟ تو لوگ ہاں لیجیے۔</w:t>
      </w:r>
    </w:p>
    <w:p>
      <w:r>
        <w:rPr>
          <w:b/>
        </w:rPr>
        <w:t xml:space="preserve">[1:32:46] </w:t>
      </w:r>
      <w:r>
        <w:t>ke log distract rehte hain barabar apne bachon mein, apni family mein, shopping mein, outing mein, hoohab mein, entertainment mein.</w:t>
      </w:r>
    </w:p>
    <w:p>
      <w:pPr>
        <w:jc w:val="right"/>
      </w:pPr>
      <w:r>
        <w:t>کہ لوگ distract رہتے ہیں برابر اپنے بچوں میں، اپنی family میں، shopping میں، outing میں، ہوہاب میں، entertainment میں۔</w:t>
      </w:r>
    </w:p>
    <w:p>
      <w:r>
        <w:rPr>
          <w:b/>
        </w:rPr>
        <w:t xml:space="preserve">[1:32:52] </w:t>
      </w:r>
      <w:r>
        <w:t>aur poochte hain ke sahib marifat? bhai marifat ki qeemat deni padegi, tab to marifat ho gi.</w:t>
      </w:r>
    </w:p>
    <w:p>
      <w:pPr>
        <w:jc w:val="right"/>
      </w:pPr>
      <w:r>
        <w:t>اور پوچھتے ہیں کہ صاحب معرفت؟ بھئی معرفت کی قیمت دینی پڑے گی، تب تو معرفت ہو گی۔</w:t>
      </w:r>
    </w:p>
    <w:p>
      <w:r>
        <w:rPr>
          <w:b/>
        </w:rPr>
        <w:t xml:space="preserve">[1:32:57] </w:t>
      </w:r>
      <w:r>
        <w:t>apne ko detach kijiye doosri cheezon se.</w:t>
      </w:r>
    </w:p>
    <w:p>
      <w:pPr>
        <w:jc w:val="right"/>
      </w:pPr>
      <w:r>
        <w:t>اپنے کو detach کیجیے دوسری چیزوں سے۔</w:t>
      </w:r>
    </w:p>
    <w:p>
      <w:r>
        <w:rPr>
          <w:b/>
        </w:rPr>
        <w:t xml:space="preserve">[1:33:02] </w:t>
      </w:r>
      <w:r>
        <w:t>Distraction se bachaiye apne aap ko.</w:t>
      </w:r>
    </w:p>
    <w:p>
      <w:pPr>
        <w:jc w:val="right"/>
      </w:pPr>
      <w:r>
        <w:t>Distraction سے بچائیے اپنے آپ کو۔</w:t>
      </w:r>
    </w:p>
    <w:p>
      <w:r>
        <w:rPr>
          <w:b/>
        </w:rPr>
        <w:t xml:space="preserve">[1:33:07] </w:t>
      </w:r>
      <w:r>
        <w:t>tab marifat ho gi.</w:t>
      </w:r>
    </w:p>
    <w:p>
      <w:pPr>
        <w:jc w:val="right"/>
      </w:pPr>
      <w:r>
        <w:t>تب معرفت ہو گی۔</w:t>
      </w:r>
    </w:p>
    <w:p>
      <w:r>
        <w:rPr>
          <w:b/>
        </w:rPr>
        <w:t xml:space="preserve">[1:33:12] </w:t>
      </w:r>
      <w:r>
        <w:t>yeh nahi ke woh bhi chle, woh bhi chle, yeh mumkin nahi hai.</w:t>
      </w:r>
    </w:p>
    <w:p>
      <w:pPr>
        <w:jc w:val="right"/>
      </w:pPr>
      <w:r>
        <w:t>یہ نہیں کہ وہ بھی چلے، وہ بھی چلے، یہ ممکن نہیں ہے۔</w:t>
      </w:r>
    </w:p>
    <w:p>
      <w:r>
        <w:rPr>
          <w:b/>
        </w:rPr>
        <w:t xml:space="preserve">[1:33:17] </w:t>
      </w:r>
      <w:r>
        <w:t>ghair Khuda mein dilchaspiyan bhi baqi rahen aur Khuda hi mil jaye to yeh khalisat o mukhlisat o junoon. Mr.</w:t>
      </w:r>
    </w:p>
    <w:p>
      <w:pPr>
        <w:jc w:val="right"/>
      </w:pPr>
      <w:r>
        <w:t>غیر خدا میں دلچسپیاں بھی باقی رہیں اور خدا ہی مل جائے تو یہ خالصت و مخلصت و جنون۔ Mr.</w:t>
      </w:r>
    </w:p>
    <w:p>
      <w:r>
        <w:rPr>
          <w:b/>
        </w:rPr>
        <w:t xml:space="preserve">[1:33:22] </w:t>
      </w:r>
      <w:r>
        <w:t>Zeeshan Yusuf ne Dilli se likha hai: "A SMS came to me after earthquake in Japan.</w:t>
      </w:r>
    </w:p>
    <w:p>
      <w:pPr>
        <w:jc w:val="right"/>
      </w:pPr>
      <w:r>
        <w:t>Zeeshan Yusuf نے دلی سے لکھا ہے: "A SMS came to me after earthquake in Japan.</w:t>
      </w:r>
    </w:p>
    <w:p>
      <w:r>
        <w:rPr>
          <w:b/>
        </w:rPr>
        <w:t xml:space="preserve">[1:33:27] </w:t>
      </w:r>
      <w:r>
        <w:t>The message said that the natural disaster was Allah ka qahar on Japan.</w:t>
      </w:r>
    </w:p>
    <w:p>
      <w:pPr>
        <w:jc w:val="right"/>
      </w:pPr>
      <w:r>
        <w:t>The message said that the natural disaster was اللہ کا قہر on Japan.</w:t>
      </w:r>
    </w:p>
    <w:p>
      <w:r>
        <w:rPr>
          <w:b/>
        </w:rPr>
        <w:t xml:space="preserve">[1:33:32] </w:t>
      </w:r>
      <w:r>
        <w:t>Whenever people transgress qahar comes, Japanese must have been involved in sinful activities.</w:t>
      </w:r>
    </w:p>
    <w:p>
      <w:pPr>
        <w:jc w:val="right"/>
      </w:pPr>
      <w:r>
        <w:t>Whenever people transgress قہر comes, Japanese must have been involved in sinful activities.</w:t>
      </w:r>
    </w:p>
    <w:p>
      <w:r>
        <w:rPr>
          <w:b/>
        </w:rPr>
        <w:t xml:space="preserve">[1:33:38] </w:t>
      </w:r>
      <w:r>
        <w:t>Please suggest if this SMS was right." nahi, yeh hundred percent jhooti baat thi.</w:t>
      </w:r>
    </w:p>
    <w:p>
      <w:pPr>
        <w:jc w:val="right"/>
      </w:pPr>
      <w:r>
        <w:t>Please suggest if this SMS was right." نہیں، یہ ہنڈرڈ پرسنٹ جھوٹ تھا۔</w:t>
      </w:r>
    </w:p>
    <w:p>
      <w:r>
        <w:rPr>
          <w:b/>
        </w:rPr>
        <w:t xml:space="preserve">[1:33:42] </w:t>
      </w:r>
      <w:r>
        <w:t>aise aise aise aise bohat logon ke paas gaya hai, yeh phir jhooti baat hai.</w:t>
      </w:r>
    </w:p>
    <w:p>
      <w:pPr>
        <w:jc w:val="right"/>
      </w:pPr>
      <w:r>
        <w:t>ایسے ایسے ایسے ایسے بہت لوگوں کے پاس گیا ہے، یہ پھر جھوٹی بات ہے۔</w:t>
      </w:r>
    </w:p>
    <w:p>
      <w:r>
        <w:rPr>
          <w:b/>
        </w:rPr>
        <w:t xml:space="preserve">[1:33:47] </w:t>
      </w:r>
      <w:r>
        <w:t>yeh kisi ko haq nahi hai, Allah qahar kehne ka.</w:t>
      </w:r>
    </w:p>
    <w:p>
      <w:pPr>
        <w:jc w:val="right"/>
      </w:pPr>
      <w:r>
        <w:t>یہ کسی کو حق نہیں ہے، اللہ قہر کہنے کا۔</w:t>
      </w:r>
    </w:p>
    <w:p>
      <w:r>
        <w:rPr>
          <w:b/>
        </w:rPr>
        <w:t xml:space="preserve">[1:33:52] </w:t>
      </w:r>
      <w:r>
        <w:t>isi par toot pare ga Allah qahar, jis ne aisa kaha hai.</w:t>
      </w:r>
    </w:p>
    <w:p>
      <w:pPr>
        <w:jc w:val="right"/>
      </w:pPr>
      <w:r>
        <w:t>اسی پر ٹوٹ پڑے گا اللہ قہر، جس نے ایسا کہا ہے۔</w:t>
      </w:r>
    </w:p>
    <w:p>
      <w:r>
        <w:rPr>
          <w:b/>
        </w:rPr>
        <w:t xml:space="preserve">[1:33:57] </w:t>
      </w:r>
      <w:r>
        <w:t>kis ko authorize kiya Allah taala ne ke woh ailaan kare ke Allah qahar hai yeh? Kis ko?</w:t>
      </w:r>
    </w:p>
    <w:p>
      <w:pPr>
        <w:jc w:val="right"/>
      </w:pPr>
      <w:r>
        <w:t>کس کو authorize کیا اللہ تعالیٰ نے کہ وہ اعلان کرے کہ اللہ قہر ہے یہ؟ کس کو؟</w:t>
      </w:r>
    </w:p>
    <w:p>
      <w:r>
        <w:rPr>
          <w:b/>
        </w:rPr>
        <w:t xml:space="preserve">[1:34:02] </w:t>
      </w:r>
      <w:r>
        <w:t>kya aap ke paas farishta aya hai? Allah ka paigham aya hai? Jo log aisi baaten kehte hain,</w:t>
      </w:r>
    </w:p>
    <w:p>
      <w:pPr>
        <w:jc w:val="right"/>
      </w:pPr>
      <w:r>
        <w:t>کیا آپ کے پاس فرشتہ آیا ہے؟ اللہ کا پیغام آیا ہے؟ جو لوگ ایسی باتیں کہتے ہیں،</w:t>
      </w:r>
    </w:p>
    <w:p>
      <w:r>
        <w:rPr>
          <w:b/>
        </w:rPr>
        <w:t xml:space="preserve">[1:34:07] </w:t>
      </w:r>
      <w:r>
        <w:t>inhin par kaun toot pare ga? Taajub nahi.</w:t>
      </w:r>
    </w:p>
    <w:p>
      <w:pPr>
        <w:jc w:val="right"/>
      </w:pPr>
      <w:r>
        <w:t>انہی پر کون ٹوٹ پڑے گا؟ تعجب نہیں۔</w:t>
      </w:r>
    </w:p>
    <w:p>
      <w:r>
        <w:rPr>
          <w:b/>
        </w:rPr>
        <w:t xml:space="preserve">[1:34:12] </w:t>
      </w:r>
      <w:r>
        <w:t>aur wahan toot para hai, mere khayal se.</w:t>
      </w:r>
    </w:p>
    <w:p>
      <w:pPr>
        <w:jc w:val="right"/>
      </w:pPr>
      <w:r>
        <w:t>اور وہاں ٹوٹ پڑا ہے، میرے خیال سے۔</w:t>
      </w:r>
    </w:p>
    <w:p>
      <w:r>
        <w:rPr>
          <w:b/>
        </w:rPr>
        <w:t xml:space="preserve">[1:34:17] </w:t>
      </w:r>
      <w:r>
        <w:t>Middle East mein, Muslim countries mein is waqt jo aapas mein lad rahe hain Musalman, woh woh is</w:t>
      </w:r>
    </w:p>
    <w:p>
      <w:pPr>
        <w:jc w:val="right"/>
      </w:pPr>
      <w:r>
        <w:t>Middle East میں، مسلم countries میں اس وقت جو آپس میں لڑ رہے ہیں مسلمان، وہ وہ اس</w:t>
      </w:r>
    </w:p>
    <w:p>
      <w:r>
        <w:rPr>
          <w:b/>
        </w:rPr>
        <w:t xml:space="preserve">[1:34:22] </w:t>
      </w:r>
      <w:r>
        <w:t>ko hum keh sakte hain.</w:t>
      </w:r>
    </w:p>
    <w:p>
      <w:pPr>
        <w:jc w:val="right"/>
      </w:pPr>
      <w:r>
        <w:t>کو ہم کہہ سکتے ہیں۔</w:t>
      </w:r>
    </w:p>
    <w:p>
      <w:r>
        <w:rPr>
          <w:b/>
        </w:rPr>
        <w:t xml:space="preserve">[1:34:27] </w:t>
      </w:r>
      <w:r>
        <w:t>bilkul jhooti baat hai ke Japan mein jo hua, woh Allah ka qahar tha.</w:t>
      </w:r>
    </w:p>
    <w:p>
      <w:pPr>
        <w:jc w:val="right"/>
      </w:pPr>
      <w:r>
        <w:t>بالکل جھوٹی بات ہے کہ جاپان میں جو ہوا، وہ اللہ کا قہر تھا۔</w:t>
      </w:r>
    </w:p>
    <w:p>
      <w:r>
        <w:rPr>
          <w:b/>
        </w:rPr>
        <w:t xml:space="preserve">[1:34:32] </w:t>
      </w:r>
      <w:r>
        <w:t>yeh Allah ki taraf se aate rehte hain, waqiyat hamesha aaye hain.</w:t>
      </w:r>
    </w:p>
    <w:p>
      <w:pPr>
        <w:jc w:val="right"/>
      </w:pPr>
      <w:r>
        <w:t>یہ اللہ کی طرف سے آتے رہتے ہیں، واقعات ہمیشہ آئے ہیں۔</w:t>
      </w:r>
    </w:p>
    <w:p>
      <w:r>
        <w:rPr>
          <w:b/>
        </w:rPr>
        <w:t xml:space="preserve">[1:34:37] </w:t>
      </w:r>
      <w:r>
        <w:t>hamesha aaye hain.</w:t>
      </w:r>
    </w:p>
    <w:p>
      <w:pPr>
        <w:jc w:val="right"/>
      </w:pPr>
      <w:r>
        <w:t>ہمیشہ آئے ہیں۔</w:t>
      </w:r>
    </w:p>
    <w:p>
      <w:r>
        <w:rPr>
          <w:b/>
        </w:rPr>
        <w:t xml:space="preserve">[1:34:42] </w:t>
      </w:r>
      <w:r>
        <w:t>Muslim countries mein bhi aaye hain, jagah jagah aaye hain.</w:t>
      </w:r>
    </w:p>
    <w:p>
      <w:pPr>
        <w:jc w:val="right"/>
      </w:pPr>
      <w:r>
        <w:t>مسلم countries میں بھی آئے ہیں، جگہ جگہ آئے ہیں۔</w:t>
      </w:r>
    </w:p>
    <w:p>
      <w:r>
        <w:rPr>
          <w:b/>
        </w:rPr>
        <w:t xml:space="preserve">[1:34:47] </w:t>
      </w:r>
      <w:r>
        <w:t>asal mein dekhiye, yeh yeh jo earthquake hai, yeh to rozana hi aata rehta hai sari duniya mein.</w:t>
      </w:r>
    </w:p>
    <w:p>
      <w:pPr>
        <w:jc w:val="right"/>
      </w:pPr>
      <w:r>
        <w:t>اصل میں دیکھیے، یہ یہ جو earthquake ہے، یہ تو روزانہ ہی آتا رہتا ہے ساری دنیا میں۔</w:t>
      </w:r>
    </w:p>
    <w:p>
      <w:r>
        <w:rPr>
          <w:b/>
        </w:rPr>
        <w:t xml:space="preserve">[1:34:52] </w:t>
      </w:r>
      <w:r>
        <w:t>kyunke zameen ke andar jo lava hai, us ki movement jo hoti hai, movement, us se zameen hilti hai.</w:t>
      </w:r>
    </w:p>
    <w:p>
      <w:pPr>
        <w:jc w:val="right"/>
      </w:pPr>
      <w:r>
        <w:t>کیونکہ زمین کے اندر جو لاوا ہے، اس کی movement جو ہوتی ہے، movement، اس سے زمین ہلتی ہے۔</w:t>
      </w:r>
    </w:p>
    <w:p>
      <w:r>
        <w:rPr>
          <w:b/>
        </w:rPr>
        <w:t xml:space="preserve">[1:34:57] </w:t>
      </w:r>
      <w:r>
        <w:t>yeh to hota hi rehta hai, hamesha.</w:t>
      </w:r>
    </w:p>
    <w:p>
      <w:pPr>
        <w:jc w:val="right"/>
      </w:pPr>
      <w:r>
        <w:t>یہ تو ہوتا ہی رہتا ہے، ہمیشہ۔</w:t>
      </w:r>
    </w:p>
    <w:p>
      <w:r>
        <w:rPr>
          <w:b/>
        </w:rPr>
        <w:t xml:space="preserve">[1:35:02] </w:t>
      </w:r>
      <w:r>
        <w:t>kabhi barh jata hai.</w:t>
      </w:r>
    </w:p>
    <w:p>
      <w:pPr>
        <w:jc w:val="right"/>
      </w:pPr>
      <w:r>
        <w:t>کبھی بڑھ جاتا ہے۔</w:t>
      </w:r>
    </w:p>
    <w:p>
      <w:r>
        <w:rPr>
          <w:b/>
        </w:rPr>
        <w:t xml:space="preserve">[1:35:07] </w:t>
      </w:r>
      <w:r>
        <w:t>jab barh jata hai to isi ko hum zalzala kehte hain.</w:t>
      </w:r>
    </w:p>
    <w:p>
      <w:pPr>
        <w:jc w:val="right"/>
      </w:pPr>
      <w:r>
        <w:t>جب بڑھ جاتا ہے تو اسی کو ہم زلزلہ کہتے ہیں۔</w:t>
      </w:r>
    </w:p>
    <w:p>
      <w:r>
        <w:rPr>
          <w:b/>
        </w:rPr>
        <w:t xml:space="preserve">[1:35:12] </w:t>
      </w:r>
      <w:r>
        <w:t>aam halat mein hum mehsoos nahi karte is ko.</w:t>
      </w:r>
    </w:p>
    <w:p>
      <w:pPr>
        <w:jc w:val="right"/>
      </w:pPr>
      <w:r>
        <w:t>عام حالت میں ہم محسوس نہیں کرتے اس کو۔</w:t>
      </w:r>
    </w:p>
    <w:p>
      <w:r>
        <w:rPr>
          <w:b/>
        </w:rPr>
        <w:t xml:space="preserve">[1:35:17] </w:t>
      </w:r>
      <w:r>
        <w:t>rectory scale par woh bohat hi kam rehta hai.</w:t>
      </w:r>
    </w:p>
    <w:p>
      <w:pPr>
        <w:jc w:val="right"/>
      </w:pPr>
      <w:r>
        <w:t>ریکٹریل scale پر وہ بہت ہی کم رہتا ہے۔</w:t>
      </w:r>
    </w:p>
    <w:p>
      <w:r>
        <w:rPr>
          <w:b/>
        </w:rPr>
        <w:t xml:space="preserve">[1:35:21] </w:t>
      </w:r>
      <w:r>
        <w:t>to zalzala to aik natural phenomena hai, woh hamesha raha hai, hamesha rahe ga.</w:t>
      </w:r>
    </w:p>
    <w:p>
      <w:pPr>
        <w:jc w:val="right"/>
      </w:pPr>
      <w:r>
        <w:t>تو زلزلہ تو ایک natural phenomena ہے، وہ ہمیشہ رہا ہے، ہمیشہ رہے گا۔</w:t>
      </w:r>
    </w:p>
    <w:p>
      <w:r>
        <w:rPr>
          <w:b/>
        </w:rPr>
        <w:t xml:space="preserve">[1:35:26] </w:t>
      </w:r>
      <w:r>
        <w:t>Allah ka qahar kehna, yeh bohat hi ziyada jasarat ki baat hai.</w:t>
      </w:r>
    </w:p>
    <w:p>
      <w:pPr>
        <w:jc w:val="right"/>
      </w:pPr>
      <w:r>
        <w:t>اللہ کا قہر کہنا، یہ بہت ہی زیادہ جسارت کی بات ہے۔</w:t>
      </w:r>
    </w:p>
    <w:p>
      <w:r>
        <w:rPr>
          <w:b/>
        </w:rPr>
        <w:t xml:space="preserve">[1:35:31] </w:t>
      </w:r>
      <w:r>
        <w:t>aur Allah ki taraf se bolne ka haq sirf peghambar ko hua karta tha.</w:t>
      </w:r>
    </w:p>
    <w:p>
      <w:pPr>
        <w:jc w:val="right"/>
      </w:pPr>
      <w:r>
        <w:t>اور اللہ کی طرف سے بولنے کا حق صرف پیغمبر کو ہوا کرتا تھا۔</w:t>
      </w:r>
    </w:p>
    <w:p>
      <w:r>
        <w:rPr>
          <w:b/>
        </w:rPr>
        <w:t xml:space="preserve">[1:35:36] </w:t>
      </w:r>
      <w:r>
        <w:t>kisi ko hai nahi.</w:t>
      </w:r>
    </w:p>
    <w:p>
      <w:pPr>
        <w:jc w:val="right"/>
      </w:pPr>
      <w:r>
        <w:t>کسی کو ہے نہیں۔</w:t>
      </w:r>
    </w:p>
    <w:p>
      <w:r>
        <w:rPr>
          <w:b/>
        </w:rPr>
        <w:t xml:space="preserve">[1:35:41] </w:t>
      </w:r>
      <w:r>
        <w:t>Allah ki taraf bolne ka haq.</w:t>
      </w:r>
    </w:p>
    <w:p>
      <w:pPr>
        <w:jc w:val="right"/>
      </w:pPr>
      <w:r>
        <w:t>اللہ کی طرف بولنے کا حق۔</w:t>
      </w:r>
    </w:p>
    <w:p>
      <w:r>
        <w:rPr>
          <w:b/>
        </w:rPr>
        <w:t xml:space="preserve">[1:35:46] </w:t>
      </w:r>
      <w:r>
        <w:t>jo bole, woh pakra jaye ga.</w:t>
      </w:r>
    </w:p>
    <w:p>
      <w:pPr>
        <w:jc w:val="right"/>
      </w:pPr>
      <w:r>
        <w:t>جو بولے، وہ پکڑا جائے گا۔</w:t>
      </w:r>
    </w:p>
    <w:p>
      <w:r>
        <w:rPr>
          <w:b/>
        </w:rPr>
        <w:t xml:space="preserve">[1:35:51] </w:t>
      </w:r>
      <w:r>
        <w:t>bilashuba is ki flagging ho gi, aise logon ki.</w:t>
      </w:r>
    </w:p>
    <w:p>
      <w:pPr>
        <w:jc w:val="right"/>
      </w:pPr>
      <w:r>
        <w:t>بلاشبہ اس کی flagging ہو گی، ایسے لوگوں کی۔</w:t>
      </w:r>
    </w:p>
    <w:p>
      <w:r>
        <w:rPr>
          <w:b/>
        </w:rPr>
        <w:t xml:space="preserve">[1:35:56] </w:t>
      </w:r>
      <w:r>
        <w:t>kis ko right diya Allah taala ne ke woh kahe ke Allah ki taraf qahar hai? kis ko</w:t>
      </w:r>
    </w:p>
    <w:p>
      <w:pPr>
        <w:jc w:val="right"/>
      </w:pPr>
      <w:r>
        <w:t>کس کو right دیا اللہ تعالیٰ نے کہ وہ کہے کہ اللہ کی طرف قہر ہے؟ کس کو</w:t>
      </w:r>
    </w:p>
    <w:p>
      <w:r>
        <w:rPr>
          <w:b/>
        </w:rPr>
        <w:t xml:space="preserve">[1:36:01] </w:t>
      </w:r>
      <w:r>
        <w:t>right diya Allah taala ne? jo log aisi awaz bolte hain, woh Allah ke khauf se khali hain.</w:t>
      </w:r>
    </w:p>
    <w:p>
      <w:pPr>
        <w:jc w:val="right"/>
      </w:pPr>
      <w:r>
        <w:t>right دیا اللہ تعالیٰ نے؟ جو لوگ ایسی آواز بولتے ہیں، وہ اللہ کے خوف سے خالی ہیں۔</w:t>
      </w:r>
    </w:p>
    <w:p>
      <w:r>
        <w:rPr>
          <w:b/>
        </w:rPr>
        <w:t xml:space="preserve">[1:36:06] </w:t>
      </w:r>
      <w:r>
        <w:t>Allah ki pakar ka koi andesha nahi hai in ko.</w:t>
      </w:r>
    </w:p>
    <w:p>
      <w:pPr>
        <w:jc w:val="right"/>
      </w:pPr>
      <w:r>
        <w:t>اللہ کی پکڑ کا کوئی اندیشہ نہیں ہے ان کو۔</w:t>
      </w:r>
    </w:p>
    <w:p>
      <w:r>
        <w:rPr>
          <w:b/>
        </w:rPr>
        <w:t xml:space="preserve">[1:36:11] </w:t>
      </w:r>
      <w:r>
        <w:t>in ko, yani bilkul hi Allah se nahi darte, aise log jo aisi baatein bolte hain.</w:t>
      </w:r>
    </w:p>
    <w:p>
      <w:pPr>
        <w:jc w:val="right"/>
      </w:pPr>
      <w:r>
        <w:t>ان کو، یعنی بالکل ہی اللہ سے نہیں ڈرتے، ایسے لوگ جو ایسی باتیں بولتے ہیں۔</w:t>
      </w:r>
    </w:p>
    <w:p>
      <w:r>
        <w:rPr>
          <w:b/>
        </w:rPr>
        <w:t xml:space="preserve">[1:36:16] </w:t>
      </w:r>
      <w:r>
        <w:t>mein to bohat hi sakht is muamle mein hoon.</w:t>
      </w:r>
    </w:p>
    <w:p>
      <w:pPr>
        <w:jc w:val="right"/>
      </w:pPr>
      <w:r>
        <w:t>میں تو بہت ہی سخت اس معاملے میں ہوں۔</w:t>
      </w:r>
    </w:p>
    <w:p>
      <w:r>
        <w:rPr>
          <w:b/>
        </w:rPr>
        <w:t xml:space="preserve">[1:36:21] </w:t>
      </w:r>
      <w:r>
        <w:t>aisi baatein jo woh log bolte hain, woh apne bare mein sabit karte hain ke hum Allah se darte nahi.</w:t>
      </w:r>
    </w:p>
    <w:p>
      <w:pPr>
        <w:jc w:val="right"/>
      </w:pPr>
      <w:r>
        <w:t>ایسی باتیں جو وہ لوگ بولتے ہیں، وہ اپنے بارے میں ثابت کرتے ہیں کہ ہم اللہ سے ڈرتے نہیں۔</w:t>
      </w:r>
    </w:p>
    <w:p>
      <w:r>
        <w:rPr>
          <w:b/>
        </w:rPr>
        <w:t xml:space="preserve">[1:36:26] </w:t>
      </w:r>
      <w:r>
        <w:t>kyun ke Allah ki taraf se aap ka koi paigham aya hai.</w:t>
      </w:r>
    </w:p>
    <w:p>
      <w:pPr>
        <w:jc w:val="right"/>
      </w:pPr>
      <w:r>
        <w:t>کیونکہ اللہ کی طرف سے آپ کا کوئی پیغام آیا ہے۔</w:t>
      </w:r>
    </w:p>
    <w:p>
      <w:r>
        <w:rPr>
          <w:b/>
        </w:rPr>
        <w:t xml:space="preserve">[1:36:31] </w:t>
      </w:r>
      <w:r>
        <w:t>kese aap aisa bol rahe hain ke Allah ka qahar hai yeh? bohat hi ziyada, yeh bohat ziyada</w:t>
      </w:r>
    </w:p>
    <w:p>
      <w:pPr>
        <w:jc w:val="right"/>
      </w:pPr>
      <w:r>
        <w:t>کیسے آپ ایسا بول رہے ہیں کہ اللہ کا قہر ہے یہ؟ بہت ہی زیادہ، یہ بہت زیادہ</w:t>
      </w:r>
    </w:p>
    <w:p>
      <w:r>
        <w:rPr>
          <w:b/>
        </w:rPr>
        <w:t xml:space="preserve">[1:36:36] </w:t>
      </w:r>
      <w:r>
        <w:t>serious baat hai mere nazdeek.</w:t>
      </w:r>
    </w:p>
    <w:p>
      <w:pPr>
        <w:jc w:val="right"/>
      </w:pPr>
      <w:r>
        <w:t>serious بات ہے میرے نزدیک۔</w:t>
      </w:r>
    </w:p>
    <w:p>
      <w:r>
        <w:rPr>
          <w:b/>
        </w:rPr>
        <w:t xml:space="preserve">[1:36:41] </w:t>
      </w:r>
      <w:r>
        <w:t>Maulana Shariq Hussain ne Delhi se likha hai: "hamare rehnuma do cheezon mein farq kar ke kyun nahi</w:t>
      </w:r>
    </w:p>
    <w:p>
      <w:pPr>
        <w:jc w:val="right"/>
      </w:pPr>
      <w:r>
        <w:t>مولانا شارق حسین نے دلی سے لکھا ہے: "ہمارے رہنما دو چیزوں میں فرق کر کے کیوں نہیں</w:t>
      </w:r>
    </w:p>
    <w:p>
      <w:r>
        <w:rPr>
          <w:b/>
        </w:rPr>
        <w:t xml:space="preserve">[1:36:46] </w:t>
      </w:r>
      <w:r>
        <w:t>dekh sake? jabke hadith mein bohat si misalein mojood hain ke Prophet aur aap ke ahbab do cheezon</w:t>
      </w:r>
    </w:p>
    <w:p>
      <w:pPr>
        <w:jc w:val="right"/>
      </w:pPr>
      <w:r>
        <w:t>دیکھ سکے؟ جبکہ حدیث میں بہت سی مثالیں موجود ہیں کہ Prophet اور آپ کے احباب دو چیزوں</w:t>
      </w:r>
    </w:p>
    <w:p>
      <w:r>
        <w:rPr>
          <w:b/>
        </w:rPr>
        <w:t xml:space="preserve">[1:36:51] </w:t>
      </w:r>
      <w:r>
        <w:t>mein farq ko jante the.</w:t>
      </w:r>
    </w:p>
    <w:p>
      <w:pPr>
        <w:jc w:val="right"/>
      </w:pPr>
      <w:r>
        <w:t>میں فرق کو جانتے تھے۔</w:t>
      </w:r>
    </w:p>
    <w:p>
      <w:r>
        <w:rPr>
          <w:b/>
        </w:rPr>
        <w:t xml:space="preserve">[1:36:56] </w:t>
      </w:r>
      <w:r>
        <w:t>is ki wajah kya hai?" is ki wajah to inhi se puchiye.</w:t>
      </w:r>
    </w:p>
    <w:p>
      <w:pPr>
        <w:jc w:val="right"/>
      </w:pPr>
      <w:r>
        <w:t>اس کی وجہ کیا ہے؟" اس کی وجہ تو انہی سے پوچھیے۔</w:t>
      </w:r>
    </w:p>
    <w:p>
      <w:r>
        <w:rPr>
          <w:b/>
        </w:rPr>
        <w:t xml:space="preserve">[1:37:00] </w:t>
      </w:r>
      <w:r>
        <w:t>aaj bhi sare ulma isi mein phanse hue hain.</w:t>
      </w:r>
    </w:p>
    <w:p>
      <w:pPr>
        <w:jc w:val="right"/>
      </w:pPr>
      <w:r>
        <w:t>آج بھی سارے علماء اسی میں پھنسے ہوئے ہیں۔</w:t>
      </w:r>
    </w:p>
    <w:p>
      <w:r>
        <w:rPr>
          <w:b/>
        </w:rPr>
        <w:t xml:space="preserve">[1:37:05] </w:t>
      </w:r>
      <w:r>
        <w:t>isi bekhabri mein.</w:t>
      </w:r>
    </w:p>
    <w:p>
      <w:pPr>
        <w:jc w:val="right"/>
      </w:pPr>
      <w:r>
        <w:t>اسی بے خبری میں۔</w:t>
      </w:r>
    </w:p>
    <w:p>
      <w:r>
        <w:rPr>
          <w:b/>
        </w:rPr>
        <w:t xml:space="preserve">[1:37:10] </w:t>
      </w:r>
      <w:r>
        <w:t>mera jo zaati jawab hai, woh bohat sakht hai.</w:t>
      </w:r>
    </w:p>
    <w:p>
      <w:pPr>
        <w:jc w:val="right"/>
      </w:pPr>
      <w:r>
        <w:t>میرا جو ذاتی جواب ہے، وہ بہت سخت ہے۔</w:t>
      </w:r>
    </w:p>
    <w:p>
      <w:r>
        <w:rPr>
          <w:b/>
        </w:rPr>
        <w:t xml:space="preserve">[1:37:15] </w:t>
      </w:r>
      <w:r>
        <w:t>bohat sakht hai.</w:t>
      </w:r>
    </w:p>
    <w:p>
      <w:pPr>
        <w:jc w:val="right"/>
      </w:pPr>
      <w:r>
        <w:t>بہت سخت ہے۔</w:t>
      </w:r>
    </w:p>
    <w:p>
      <w:r>
        <w:rPr>
          <w:b/>
        </w:rPr>
        <w:t xml:space="preserve">[1:37:20] </w:t>
      </w:r>
      <w:r>
        <w:t>میرے نزدیک جو ہے، فتح کا جو زمانہ آیا، that was a deal element in Islam فتح کیا</w:t>
      </w:r>
    </w:p>
    <w:p>
      <w:pPr>
        <w:jc w:val="right"/>
      </w:pPr>
      <w:r>
        <w:t>میرے نزدیک جو ہے، فخ کا جو زمانہ آیا، that was a deal element in Islam فخ کیا</w:t>
      </w:r>
    </w:p>
    <w:p>
      <w:r>
        <w:rPr>
          <w:b/>
        </w:rPr>
        <w:t xml:space="preserve">[1:37:25] </w:t>
      </w:r>
      <w:r>
        <w:t>hai? form par, masail par sari bahasein hone lagin.</w:t>
      </w:r>
    </w:p>
    <w:p>
      <w:pPr>
        <w:jc w:val="right"/>
      </w:pPr>
      <w:r>
        <w:t>ہے؟ فارم پر، مسائل پر ساری بحثیں ہونے لگیں۔</w:t>
      </w:r>
    </w:p>
    <w:p>
      <w:r>
        <w:rPr>
          <w:b/>
        </w:rPr>
        <w:t xml:space="preserve">[1:37:30] </w:t>
      </w:r>
      <w:r>
        <w:t>to spirit ghayab ho gayi.</w:t>
      </w:r>
    </w:p>
    <w:p>
      <w:pPr>
        <w:jc w:val="right"/>
      </w:pPr>
      <w:r>
        <w:t>تو spirit غائب ہو گئی۔</w:t>
      </w:r>
    </w:p>
    <w:p>
      <w:r>
        <w:rPr>
          <w:b/>
        </w:rPr>
        <w:t xml:space="preserve">[1:37:35] </w:t>
      </w:r>
      <w:r>
        <w:t>yani quality par bahs nahi hui, quantity par bahs hone lagi.</w:t>
      </w:r>
    </w:p>
    <w:p>
      <w:pPr>
        <w:jc w:val="right"/>
      </w:pPr>
      <w:r>
        <w:t>یعنی quality پر بحث نہیں ہوئی، quantity پر بحث ہونے لگی۔</w:t>
      </w:r>
    </w:p>
    <w:p>
      <w:r>
        <w:rPr>
          <w:b/>
        </w:rPr>
        <w:t xml:space="preserve">[1:37:40] </w:t>
      </w:r>
      <w:r>
        <w:t>تو میں سمجھتا ہوں کہ faith جو ہے، وہ ایک deal element تھا۔</w:t>
      </w:r>
    </w:p>
    <w:p>
      <w:pPr>
        <w:jc w:val="right"/>
      </w:pPr>
      <w:r>
        <w:t>تو میں سمجھتا ہوں کہ فخ جو ہے، وہ ایک deal element تھا۔</w:t>
      </w:r>
    </w:p>
    <w:p>
      <w:r>
        <w:rPr>
          <w:b/>
        </w:rPr>
        <w:t xml:space="preserve">[1:37:45] </w:t>
      </w:r>
      <w:r>
        <w:t>aur sari woh bahasein chal padin jin ka talluq form se tha.</w:t>
      </w:r>
    </w:p>
    <w:p>
      <w:pPr>
        <w:jc w:val="right"/>
      </w:pPr>
      <w:r>
        <w:t>اور ساری وہ بحثیں چل پڑی ہیں جن کا تعلق فارم سے تھا۔</w:t>
      </w:r>
    </w:p>
    <w:p>
      <w:r>
        <w:rPr>
          <w:b/>
        </w:rPr>
        <w:t xml:space="preserve">[1:37:50] </w:t>
      </w:r>
      <w:r>
        <w:t>aur jo spirit tha, woh ghayab ho gaya.</w:t>
      </w:r>
    </w:p>
    <w:p>
      <w:pPr>
        <w:jc w:val="right"/>
      </w:pPr>
      <w:r>
        <w:t>اور جو spirit تھا، وہ غائب ہو گیا۔</w:t>
      </w:r>
    </w:p>
    <w:p>
      <w:r>
        <w:rPr>
          <w:b/>
        </w:rPr>
        <w:t xml:space="preserve">[1:37:55] </w:t>
      </w:r>
      <w:r>
        <w:t>aur yani sufia ne spirit ko zinda karna chaha aur un ke liye doosri ghaltiyon mein mubtala ho gaye.</w:t>
      </w:r>
    </w:p>
    <w:p>
      <w:pPr>
        <w:jc w:val="right"/>
      </w:pPr>
      <w:r>
        <w:t>اور یعنی صوفیاء نے spirit کو زندہ کرنا چاہا اور ان کے لیے دوسری غلطیوں میں مبتلا ہو گئے۔</w:t>
      </w:r>
    </w:p>
    <w:p>
      <w:r>
        <w:rPr>
          <w:b/>
        </w:rPr>
        <w:t xml:space="preserve">[1:38:00] </w:t>
      </w:r>
      <w:r>
        <w:t>woh heart based spirit mein yaqeen karne lage.</w:t>
      </w:r>
    </w:p>
    <w:p>
      <w:pPr>
        <w:jc w:val="right"/>
      </w:pPr>
      <w:r>
        <w:t>وہ heart based spirit میں یقین کرنے لگے۔</w:t>
      </w:r>
    </w:p>
    <w:p>
      <w:r>
        <w:rPr>
          <w:b/>
        </w:rPr>
        <w:t xml:space="preserve">[1:38:05] </w:t>
      </w:r>
      <w:r>
        <w:t>halankeh heart mein kuch bhi nahi hai.</w:t>
      </w:r>
    </w:p>
    <w:p>
      <w:pPr>
        <w:jc w:val="right"/>
      </w:pPr>
      <w:r>
        <w:t>حالانکہ heart میں کچھ بھی نہیں ہے۔</w:t>
      </w:r>
    </w:p>
    <w:p>
      <w:r>
        <w:rPr>
          <w:b/>
        </w:rPr>
        <w:t xml:space="preserve">[1:38:10] </w:t>
      </w:r>
      <w:r>
        <w:t>mind based spirit se bekhabar the hamare sufia.</w:t>
      </w:r>
    </w:p>
    <w:p>
      <w:pPr>
        <w:jc w:val="right"/>
      </w:pPr>
      <w:r>
        <w:t>Mind based spirit سے بے خبر تھے ہمارے صوفیاء۔</w:t>
      </w:r>
    </w:p>
    <w:p>
      <w:r>
        <w:rPr>
          <w:b/>
        </w:rPr>
        <w:t xml:space="preserve">[1:38:15] </w:t>
      </w:r>
      <w:r>
        <w:t>to dono ne ek hi ghalti ki.</w:t>
      </w:r>
    </w:p>
    <w:p>
      <w:pPr>
        <w:jc w:val="right"/>
      </w:pPr>
      <w:r>
        <w:t>تو دونوں نے ایک ہی غلطی کی۔</w:t>
      </w:r>
    </w:p>
    <w:p>
      <w:r>
        <w:rPr>
          <w:b/>
        </w:rPr>
        <w:t xml:space="preserve">[1:38:20] </w:t>
      </w:r>
      <w:r>
        <w:t>woh ghalti abhi tak chali ja rahi hai.</w:t>
      </w:r>
    </w:p>
    <w:p>
      <w:pPr>
        <w:jc w:val="right"/>
      </w:pPr>
      <w:r>
        <w:t>وہ غلطی ابھی تک چلی جا رہی ہے۔</w:t>
      </w:r>
    </w:p>
    <w:p>
      <w:r>
        <w:rPr>
          <w:b/>
        </w:rPr>
        <w:t xml:space="preserve">[1:38:25] </w:t>
      </w:r>
      <w:r>
        <w:t>ab agar use bola hai, use kharab kehta hai to buzurgon ko kharab bolte ho? to kaha ke</w:t>
      </w:r>
    </w:p>
    <w:p>
      <w:pPr>
        <w:jc w:val="right"/>
      </w:pPr>
      <w:r>
        <w:t>اب اگر اسے بولا ہے، اسے خراب کہتا ہے تو بزرگوں کو خراب بولتے ہو؟ تو کہا کہ</w:t>
      </w:r>
    </w:p>
    <w:p>
      <w:r>
        <w:rPr>
          <w:b/>
        </w:rPr>
        <w:t xml:space="preserve">[1:38:30] </w:t>
      </w:r>
      <w:r>
        <w:t>woh ghalti ko mustamar chahte rahe, woh.</w:t>
      </w:r>
    </w:p>
    <w:p>
      <w:pPr>
        <w:jc w:val="right"/>
      </w:pPr>
      <w:r>
        <w:t>وہ غلطی کو مستمر چاہتے رہے، وہ۔</w:t>
      </w:r>
    </w:p>
    <w:p>
      <w:r>
        <w:rPr>
          <w:b/>
        </w:rPr>
        <w:t xml:space="preserve">[1:38:35] </w:t>
      </w:r>
      <w:r>
        <w:t>yeh musibat hai ke tanqeed ko taboo bana rakha hai. Taboo.</w:t>
      </w:r>
    </w:p>
    <w:p>
      <w:pPr>
        <w:jc w:val="right"/>
      </w:pPr>
      <w:r>
        <w:t>یہ مصیبت ہے کہ تنقید کو taboo بنا رکھا ہے۔ Taboo۔</w:t>
      </w:r>
    </w:p>
    <w:p>
      <w:r>
        <w:rPr>
          <w:b/>
        </w:rPr>
        <w:t xml:space="preserve">[1:38:39] </w:t>
      </w:r>
      <w:r>
        <w:t>agar aap bolen in fuqaha ke bare mein, in sufia ke bare mein to foran kahenge, dekhiye</w:t>
      </w:r>
    </w:p>
    <w:p>
      <w:pPr>
        <w:jc w:val="right"/>
      </w:pPr>
      <w:r>
        <w:t>اگر آپ بولیں ان فقہاء کے بارے میں، ان صوفیاء کے بارے میں تو فوراً کہیں گے، دیکھیے</w:t>
      </w:r>
    </w:p>
    <w:p>
      <w:r>
        <w:rPr>
          <w:b/>
        </w:rPr>
        <w:t xml:space="preserve">[1:38:44] </w:t>
      </w:r>
      <w:r>
        <w:t>hamare akabir ko.</w:t>
      </w:r>
    </w:p>
    <w:p>
      <w:pPr>
        <w:jc w:val="right"/>
      </w:pPr>
      <w:r>
        <w:t>ہمارے اکابر کو۔</w:t>
      </w:r>
    </w:p>
    <w:p>
      <w:r>
        <w:rPr>
          <w:b/>
        </w:rPr>
        <w:t xml:space="preserve">[1:38:49] </w:t>
      </w:r>
      <w:r>
        <w:t>yeh to wohi hai jo makkah mein jo log the, jo mushrik, rasool Allah par ilzam diya karte the.</w:t>
      </w:r>
    </w:p>
    <w:p>
      <w:pPr>
        <w:jc w:val="right"/>
      </w:pPr>
      <w:r>
        <w:t>یہ تو وہی ہے جو مکے میں جو لوگ تھے، جو مشرک، رسول اللہ پر الزام دیا کرتے تھے۔</w:t>
      </w:r>
    </w:p>
    <w:p>
      <w:r>
        <w:rPr>
          <w:b/>
        </w:rPr>
        <w:t xml:space="preserve">[1:38:54] </w:t>
      </w:r>
      <w:r>
        <w:t>ke woh tasfiya aaba karte hain, tasfiya aaba.</w:t>
      </w:r>
    </w:p>
    <w:p>
      <w:pPr>
        <w:jc w:val="right"/>
      </w:pPr>
      <w:r>
        <w:t>کہ وہ تصفیہ آباء کرتے ہیں، تصفیہ آباء۔</w:t>
      </w:r>
    </w:p>
    <w:p>
      <w:r>
        <w:rPr>
          <w:b/>
        </w:rPr>
        <w:t xml:space="preserve">[1:38:59] </w:t>
      </w:r>
      <w:r>
        <w:t>yani hamare buzurgon ko bewaqoof sabit karte hain.</w:t>
      </w:r>
    </w:p>
    <w:p>
      <w:pPr>
        <w:jc w:val="right"/>
      </w:pPr>
      <w:r>
        <w:t>یعنی ہمارے بزرگوں کو بیوقوف ثابت کرتے ہیں۔</w:t>
      </w:r>
    </w:p>
    <w:p>
      <w:r>
        <w:rPr>
          <w:b/>
        </w:rPr>
        <w:t xml:space="preserve">[1:39:04] </w:t>
      </w:r>
      <w:r>
        <w:t>man safa al-shakh bin munkar bin muqaddama kiya hai, woh safha hazrat rajul alladhi safha ahlamna hain? hazrat</w:t>
      </w:r>
    </w:p>
    <w:p>
      <w:pPr>
        <w:jc w:val="right"/>
      </w:pPr>
      <w:r>
        <w:t>من صفح الشاخ بن منکر بن منقدمضہ کیا ہے، وہ صفحہ حضرت رجل الذی صفح احلامنا ہیں؟ حضرت</w:t>
      </w:r>
    </w:p>
    <w:p>
      <w:r>
        <w:rPr>
          <w:b/>
        </w:rPr>
        <w:t xml:space="preserve">[1:39:09] </w:t>
      </w:r>
      <w:r>
        <w:t>rajul alladhi safha ahlamna kiya hai? hazrat rajul alladhi safha ahlamna haan, har hazrat rajul alladhi safha ahlamna al-shakhna.</w:t>
      </w:r>
    </w:p>
    <w:p>
      <w:pPr>
        <w:jc w:val="right"/>
      </w:pPr>
      <w:r>
        <w:t>رجل الذی صفح احلامنا کیا ہے؟ حضرت رجل الذی صفح احلامنا ہاں، ہر حضرت رجل الذی صفح احلامنا الشاخنا۔</w:t>
      </w:r>
    </w:p>
    <w:p>
      <w:r>
        <w:rPr>
          <w:b/>
        </w:rPr>
        <w:t xml:space="preserve">[1:39:14] </w:t>
      </w:r>
      <w:r>
        <w:t>yani yeh, yeh insan jo hai, yeh paighambar hamare buzurgon ko, baron ko, yani bekhabar batata hai,</w:t>
      </w:r>
    </w:p>
    <w:p>
      <w:pPr>
        <w:jc w:val="right"/>
      </w:pPr>
      <w:r>
        <w:t>یعنی یہ، یہ انسان جو ہے، یہ پیغمبر ہمارے بزرگوں کو، بڑوں کو، یعنی بے خبر بتاتا ہے،</w:t>
      </w:r>
    </w:p>
    <w:p>
      <w:r>
        <w:rPr>
          <w:b/>
        </w:rPr>
        <w:t xml:space="preserve">[1:39:19] </w:t>
      </w:r>
      <w:r>
        <w:t>nadan batata hai, safi batata hai.</w:t>
      </w:r>
    </w:p>
    <w:p>
      <w:pPr>
        <w:jc w:val="right"/>
      </w:pPr>
      <w:r>
        <w:t>نادان بتاتا ہے، صفی بتاتا ہے۔</w:t>
      </w:r>
    </w:p>
    <w:p>
      <w:r>
        <w:rPr>
          <w:b/>
        </w:rPr>
        <w:t xml:space="preserve">[1:39:24] </w:t>
      </w:r>
      <w:r>
        <w:t>wohi aaj hai.</w:t>
      </w:r>
    </w:p>
    <w:p>
      <w:pPr>
        <w:jc w:val="right"/>
      </w:pPr>
      <w:r>
        <w:t>وہی آج ہے۔</w:t>
      </w:r>
    </w:p>
    <w:p>
      <w:r>
        <w:rPr>
          <w:b/>
        </w:rPr>
        <w:t xml:space="preserve">[1:39:29] </w:t>
      </w:r>
      <w:r>
        <w:t>aap zyada tar un ke bare mein kitni daleel ke sath boliye, kitni daleel ke sath.</w:t>
      </w:r>
    </w:p>
    <w:p>
      <w:pPr>
        <w:jc w:val="right"/>
      </w:pPr>
      <w:r>
        <w:t>آپ زیادہ تر ان کے بارے میں کتنی دلیل کے ساتھ بولیے، کتنی دلیل کے ساتھ۔</w:t>
      </w:r>
    </w:p>
    <w:p>
      <w:r>
        <w:rPr>
          <w:b/>
        </w:rPr>
        <w:t xml:space="preserve">[1:39:34] </w:t>
      </w:r>
      <w:r>
        <w:t>foran kahenge, kya? sahi hai, yeh akabir ke khilaf bolte hain.</w:t>
      </w:r>
    </w:p>
    <w:p>
      <w:pPr>
        <w:jc w:val="right"/>
      </w:pPr>
      <w:r>
        <w:t>فوراً کہیں گے، کیا؟ صحیح ہے، یہ اکابر کے خلاف بولتے ہیں۔</w:t>
      </w:r>
    </w:p>
    <w:p>
      <w:r>
        <w:rPr>
          <w:b/>
        </w:rPr>
        <w:t xml:space="preserve">[1:39:39] </w:t>
      </w:r>
      <w:r>
        <w:t>akabir ko khuda bana rakha hai.</w:t>
      </w:r>
    </w:p>
    <w:p>
      <w:pPr>
        <w:jc w:val="right"/>
      </w:pPr>
      <w:r>
        <w:t>اکابر کو خدا بنا رکھا ہے۔</w:t>
      </w:r>
    </w:p>
    <w:p>
      <w:r>
        <w:rPr>
          <w:b/>
        </w:rPr>
        <w:t xml:space="preserve">[1:39:44] </w:t>
      </w:r>
      <w:r>
        <w:t>is wajah se musalmanon mein dekhiye, jo cheez nahi aa rahi hai, woh islaah, reassessment, revision.</w:t>
      </w:r>
    </w:p>
    <w:p>
      <w:pPr>
        <w:jc w:val="right"/>
      </w:pPr>
      <w:r>
        <w:t>اس وجہ سے مسلمانوں میں دیکھیے، جو چیز نہیں آ رہی ہے، وہ اصلاح، reassessment، revision۔</w:t>
      </w:r>
    </w:p>
    <w:p>
      <w:r>
        <w:rPr>
          <w:b/>
        </w:rPr>
        <w:t xml:space="preserve">[1:39:49] </w:t>
      </w:r>
      <w:r>
        <w:t>yani mazi par, mazi ko phir se jaiza le kar ke aur mustaqbil ke liye apne ko islaah karna.</w:t>
      </w:r>
    </w:p>
    <w:p>
      <w:pPr>
        <w:jc w:val="right"/>
      </w:pPr>
      <w:r>
        <w:t>یعنی ماضی پر، ماضی کو کو پھر سے جائزہ لے کر کے اور مستقبل کے لیے اپنے کو اصلاح کرنا۔</w:t>
      </w:r>
    </w:p>
    <w:p>
      <w:r>
        <w:rPr>
          <w:b/>
        </w:rPr>
        <w:t xml:space="preserve">[1:39:54] </w:t>
      </w:r>
      <w:r>
        <w:t>We have to reexamine our past lekin is ke liye tayyar nahi hain musalman. Mr.</w:t>
      </w:r>
    </w:p>
    <w:p>
      <w:pPr>
        <w:jc w:val="right"/>
      </w:pPr>
      <w:r>
        <w:t>We have to reexamine our past لیکن اس کے لیے تیار نہیں ہیں مسلمان۔ Mr.</w:t>
      </w:r>
    </w:p>
    <w:p>
      <w:r>
        <w:rPr>
          <w:b/>
        </w:rPr>
        <w:t xml:space="preserve">[1:39:59] </w:t>
      </w:r>
      <w:r>
        <w:t>to tanqeed ko taboo, yeh jo khatam, yeh zehn khatam karna parega ke tanqeed taboo hai.</w:t>
      </w:r>
    </w:p>
    <w:p>
      <w:pPr>
        <w:jc w:val="right"/>
      </w:pPr>
      <w:r>
        <w:t>تو تنقید کو taboo، یہ جو ختم، یہ ذہن ختم کرنا پڑے گا کہ تنقید taboo ہے۔</w:t>
      </w:r>
    </w:p>
    <w:p>
      <w:r>
        <w:rPr>
          <w:b/>
        </w:rPr>
        <w:t xml:space="preserve">[1:40:04] </w:t>
      </w:r>
      <w:r>
        <w:t>jab tak yeh zehn khatam na ho, koi naya process shuru nahi ho sakta. Mr. G.</w:t>
      </w:r>
    </w:p>
    <w:p>
      <w:pPr>
        <w:jc w:val="right"/>
      </w:pPr>
      <w:r>
        <w:t>جب تک یہ ذہن ختم نہ ہو، کوئی نیا process شروع نہیں ہو سکتا۔ Mr. G.</w:t>
      </w:r>
    </w:p>
    <w:p>
      <w:r>
        <w:rPr>
          <w:b/>
        </w:rPr>
        <w:t xml:space="preserve">[1:40:09] </w:t>
      </w:r>
      <w:r>
        <w:t>Musheer Ahmed ne likha hai: "Can a person join in the army?</w:t>
      </w:r>
    </w:p>
    <w:p>
      <w:pPr>
        <w:jc w:val="right"/>
      </w:pPr>
      <w:r>
        <w:t>Musheer Ahmed نے لکھا ہے: "Can a person join in the army?</w:t>
      </w:r>
    </w:p>
    <w:p>
      <w:r>
        <w:rPr>
          <w:b/>
        </w:rPr>
        <w:t xml:space="preserve">[1:40:14] </w:t>
      </w:r>
      <w:r>
        <w:t>Please comment." kya is mein poochne ki harj kya hai? kya is mein? kyun nahi join kar sakta</w:t>
      </w:r>
    </w:p>
    <w:p>
      <w:pPr>
        <w:jc w:val="right"/>
      </w:pPr>
      <w:r>
        <w:t>Please comment." کیا اس میں پوچھنے کی حرج کیا ہے؟ کیا اس میں؟ کیوں نہیں join کر سکتا</w:t>
      </w:r>
    </w:p>
    <w:p>
      <w:r>
        <w:rPr>
          <w:b/>
        </w:rPr>
        <w:t xml:space="preserve">[1:40:18] </w:t>
      </w:r>
      <w:r>
        <w:t>hai woh? is mein, is mein poochne ki baat to nahi samajhni hai yeh? Maulana, unhon ne ek</w:t>
      </w:r>
    </w:p>
    <w:p>
      <w:pPr>
        <w:jc w:val="right"/>
      </w:pPr>
      <w:r>
        <w:t>ہے وہ؟ اس میں، اس میں پوچھنے کی بات تو نہیں سمجھنی ہے یہ؟ مولانا، انہوں نے ایک</w:t>
      </w:r>
    </w:p>
    <w:p>
      <w:r>
        <w:rPr>
          <w:b/>
        </w:rPr>
        <w:t xml:space="preserve">[1:40:23] </w:t>
      </w:r>
      <w:r>
        <w:t>aur suggestion ke taur par ek cheez likhi hai ke hamein Khuda aur God ke lafz ki bajaye</w:t>
      </w:r>
    </w:p>
    <w:p>
      <w:pPr>
        <w:jc w:val="right"/>
      </w:pPr>
      <w:r>
        <w:t>اور suggestion کے طور پر ایک چیز لکھی ہے کہ ہمیں خدا اور God کے لفظ کی بجائے</w:t>
      </w:r>
    </w:p>
    <w:p>
      <w:r>
        <w:rPr>
          <w:b/>
        </w:rPr>
        <w:t xml:space="preserve">[1:40:27] </w:t>
      </w:r>
      <w:r>
        <w:t>Allah ka lafz istemal karna chahiye.</w:t>
      </w:r>
    </w:p>
    <w:p>
      <w:pPr>
        <w:jc w:val="right"/>
      </w:pPr>
      <w:r>
        <w:t>اللہ کا لفظ استعمال کرنا چاہیے۔</w:t>
      </w:r>
    </w:p>
    <w:p>
      <w:r>
        <w:rPr>
          <w:b/>
        </w:rPr>
        <w:t xml:space="preserve">[1:40:32] </w:t>
      </w:r>
      <w:r>
        <w:t>yeh sab jhoot Pakistan ne nikala hai, Pakistani culture hai.</w:t>
      </w:r>
    </w:p>
    <w:p>
      <w:pPr>
        <w:jc w:val="right"/>
      </w:pPr>
      <w:r>
        <w:t>یہ سب جھوٹ پاکستان نے نکالا ہے، پاکستانی کلچر ہے۔</w:t>
      </w:r>
    </w:p>
    <w:p>
      <w:r>
        <w:rPr>
          <w:b/>
        </w:rPr>
        <w:t xml:space="preserve">[1:40:36] </w:t>
      </w:r>
      <w:r>
        <w:t>mein is ke sakht khilaf hoon.</w:t>
      </w:r>
    </w:p>
    <w:p>
      <w:pPr>
        <w:jc w:val="right"/>
      </w:pPr>
      <w:r>
        <w:t>میں اس کے سخت خلاف ہوں۔</w:t>
      </w:r>
    </w:p>
    <w:p>
      <w:r>
        <w:rPr>
          <w:b/>
        </w:rPr>
        <w:t xml:space="preserve">[1:40:41] </w:t>
      </w:r>
      <w:r>
        <w:t>Allah ka lafz mushrik bolte the wahan par.</w:t>
      </w:r>
    </w:p>
    <w:p>
      <w:pPr>
        <w:jc w:val="right"/>
      </w:pPr>
      <w:r>
        <w:t>اللہ کا لفظ مشرک بولتے تھے وہاں پر۔</w:t>
      </w:r>
    </w:p>
    <w:p>
      <w:r>
        <w:rPr>
          <w:b/>
        </w:rPr>
        <w:t xml:space="preserve">[1:40:45] </w:t>
      </w:r>
      <w:r>
        <w:t>in logon ko pata nahi, in zalimon ko ke lafz Allah Rasool Allah ne thori nikala tha.</w:t>
      </w:r>
    </w:p>
    <w:p>
      <w:pPr>
        <w:jc w:val="right"/>
      </w:pPr>
      <w:r>
        <w:t>ان لوگوں کو پتہ نہیں، ان ظالموں کو کہ لفظ اللہ رسول اللہ نے تھوڑی نکالا تھا۔</w:t>
      </w:r>
    </w:p>
    <w:p>
      <w:r>
        <w:rPr>
          <w:b/>
        </w:rPr>
        <w:t xml:space="preserve">[1:40:50] </w:t>
      </w:r>
      <w:r>
        <w:t>Makkah ke mushrikeen, Arab ke mushrikeen, Allah to Allah bolte the.</w:t>
      </w:r>
    </w:p>
    <w:p>
      <w:pPr>
        <w:jc w:val="right"/>
      </w:pPr>
      <w:r>
        <w:t>مکہ کے مشرکین، عرب کے مشرکین، اللہ تو اللہ بولتے تھے۔</w:t>
      </w:r>
    </w:p>
    <w:p>
      <w:r>
        <w:rPr>
          <w:b/>
        </w:rPr>
        <w:t xml:space="preserve">[1:40:54] </w:t>
      </w:r>
      <w:r>
        <w:t>to bhi galat tha.</w:t>
      </w:r>
    </w:p>
    <w:p>
      <w:pPr>
        <w:jc w:val="right"/>
      </w:pPr>
      <w:r>
        <w:t>تو بھی غلط تھا۔</w:t>
      </w:r>
    </w:p>
    <w:p>
      <w:r>
        <w:rPr>
          <w:b/>
        </w:rPr>
        <w:t xml:space="preserve">[1:40:59] </w:t>
      </w:r>
      <w:r>
        <w:t>Rasool Allah ko koi aur ajeeb o ghareeb lafz nikalna chahiye tha kahin se.</w:t>
      </w:r>
    </w:p>
    <w:p>
      <w:pPr>
        <w:jc w:val="right"/>
      </w:pPr>
      <w:r>
        <w:t>رسول اللہ کو کوئی اور عجیب و غریب لفظ نکالنا چاہیے تھا کہیں سے۔</w:t>
      </w:r>
    </w:p>
    <w:p>
      <w:r>
        <w:rPr>
          <w:b/>
        </w:rPr>
        <w:t xml:space="preserve">[1:41:04] </w:t>
      </w:r>
      <w:r>
        <w:t>Allah hafiz nikala hai.</w:t>
      </w:r>
    </w:p>
    <w:p>
      <w:pPr>
        <w:jc w:val="right"/>
      </w:pPr>
      <w:r>
        <w:t>اللہ حافظ نکالا ہے۔</w:t>
      </w:r>
    </w:p>
    <w:p>
      <w:r>
        <w:rPr>
          <w:b/>
        </w:rPr>
        <w:t xml:space="preserve">[1:41:08] </w:t>
      </w:r>
      <w:r>
        <w:t>yeh sab bilkul, mein is ko bilkul hi ek qoumi culture samajhta hoon, qoumi culture.</w:t>
      </w:r>
    </w:p>
    <w:p>
      <w:pPr>
        <w:jc w:val="right"/>
      </w:pPr>
      <w:r>
        <w:t>یہ سب بالکل، میں اس کو بالکل ہی ایک قومی کلچر سمجھتا ہوں، قومی کلچر۔</w:t>
      </w:r>
    </w:p>
    <w:p>
      <w:r>
        <w:rPr>
          <w:b/>
        </w:rPr>
        <w:t xml:space="preserve">[1:41:13] </w:t>
      </w:r>
      <w:r>
        <w:t>jis ka Islam se koi talluq nahi hai.</w:t>
      </w:r>
    </w:p>
    <w:p>
      <w:pPr>
        <w:jc w:val="right"/>
      </w:pPr>
      <w:r>
        <w:t>جس کا اسلام سے کوئی تعلق نہیں ہے۔</w:t>
      </w:r>
    </w:p>
    <w:p>
      <w:r>
        <w:rPr>
          <w:b/>
        </w:rPr>
        <w:t xml:space="preserve">[1:41:17] </w:t>
      </w:r>
      <w:r>
        <w:t>musalmanon ne isi ko apni pehchan bana rakha hai.</w:t>
      </w:r>
    </w:p>
    <w:p>
      <w:pPr>
        <w:jc w:val="right"/>
      </w:pPr>
      <w:r>
        <w:t>مسلمانوں نے اسی کو اپنی پہچان بنا رکھا ہے۔</w:t>
      </w:r>
    </w:p>
    <w:p>
      <w:r>
        <w:rPr>
          <w:b/>
        </w:rPr>
        <w:t xml:space="preserve">[1:41:22] </w:t>
      </w:r>
      <w:r>
        <w:t>ke hamara yeh, hamari yeh culture hai.</w:t>
      </w:r>
    </w:p>
    <w:p>
      <w:pPr>
        <w:jc w:val="right"/>
      </w:pPr>
      <w:r>
        <w:t>کہ ہمارا یہ، ہماری یہ کلچر ہے۔</w:t>
      </w:r>
    </w:p>
    <w:p>
      <w:r>
        <w:rPr>
          <w:b/>
        </w:rPr>
        <w:t xml:space="preserve">[1:41:26] </w:t>
      </w:r>
      <w:r>
        <w:t>hum Allah Hafiz kehte hain.</w:t>
      </w:r>
    </w:p>
    <w:p>
      <w:pPr>
        <w:jc w:val="right"/>
      </w:pPr>
      <w:r>
        <w:t>ہم اللہ حافظ کہتے ہیں۔</w:t>
      </w:r>
    </w:p>
    <w:p>
      <w:r>
        <w:rPr>
          <w:b/>
        </w:rPr>
        <w:t xml:space="preserve">[1:41:31] </w:t>
      </w:r>
      <w:r>
        <w:t>Khuda Hafiz bilkul theek the.</w:t>
      </w:r>
    </w:p>
    <w:p>
      <w:pPr>
        <w:jc w:val="right"/>
      </w:pPr>
      <w:r>
        <w:t>خدا حافظ بالکل ٹھیک تھے۔</w:t>
      </w:r>
    </w:p>
    <w:p>
      <w:r>
        <w:rPr>
          <w:b/>
        </w:rPr>
        <w:t xml:space="preserve">[1:41:35] </w:t>
      </w:r>
      <w:r>
        <w:t>aur yeh kar rakha hai inhon ne.</w:t>
      </w:r>
    </w:p>
    <w:p>
      <w:pPr>
        <w:jc w:val="right"/>
      </w:pPr>
      <w:r>
        <w:t>اور یہ کر رکھا ہے انہوں نے۔</w:t>
      </w:r>
    </w:p>
    <w:p>
      <w:r>
        <w:rPr>
          <w:b/>
        </w:rPr>
        <w:t xml:space="preserve">[1:41:40] </w:t>
      </w:r>
      <w:r>
        <w:t>dekhiye, musalman jab, yani Arab mein mushrik jo the, woh Allah bolte the.</w:t>
      </w:r>
    </w:p>
    <w:p>
      <w:pPr>
        <w:jc w:val="right"/>
      </w:pPr>
      <w:r>
        <w:t>دیکھیے، مسلمان جب، یعنی عرب میں مشرک جو تھے، وہ اللہ بولتے تھے۔</w:t>
      </w:r>
    </w:p>
    <w:p>
      <w:r>
        <w:rPr>
          <w:b/>
        </w:rPr>
        <w:t xml:space="preserve">[1:41:45] </w:t>
      </w:r>
      <w:r>
        <w:t>Rasool Allah S.A.W. par Allah bole.</w:t>
      </w:r>
    </w:p>
    <w:p>
      <w:pPr>
        <w:jc w:val="right"/>
      </w:pPr>
      <w:r>
        <w:t>رسول اللہ صلی اللہ علیہ وسلم پر اللہ بولے۔</w:t>
      </w:r>
    </w:p>
    <w:p>
      <w:r>
        <w:rPr>
          <w:b/>
        </w:rPr>
        <w:t xml:space="preserve">[1:41:49] </w:t>
      </w:r>
      <w:r>
        <w:t>kyunke dono ki zaban ek thi.</w:t>
      </w:r>
    </w:p>
    <w:p>
      <w:pPr>
        <w:jc w:val="right"/>
      </w:pPr>
      <w:r>
        <w:t>کیونکہ دونوں کی زبان ایک تھی۔</w:t>
      </w:r>
    </w:p>
    <w:p>
      <w:r>
        <w:rPr>
          <w:b/>
        </w:rPr>
        <w:t xml:space="preserve">[1:41:54] </w:t>
      </w:r>
      <w:r>
        <w:t>phir yeh log jab Iran gaye, to Iran par wahan Khuda ka lafz chalta tha.</w:t>
      </w:r>
    </w:p>
    <w:p>
      <w:pPr>
        <w:jc w:val="right"/>
      </w:pPr>
      <w:r>
        <w:t>پھر یہ لوگ جب ایران گئے، تو ایران پر وہاں خدا کا لفظ چلتا تھا۔</w:t>
      </w:r>
    </w:p>
    <w:p>
      <w:r>
        <w:rPr>
          <w:b/>
        </w:rPr>
        <w:t xml:space="preserve">[1:41:58] </w:t>
      </w:r>
      <w:r>
        <w:t>to inhi musalmanon ne Khuda ka lafz istemal kiya.</w:t>
      </w:r>
    </w:p>
    <w:p>
      <w:pPr>
        <w:jc w:val="right"/>
      </w:pPr>
      <w:r>
        <w:t>تو انہی مسلمانوں نے خدا کا لفظ استعمال کیا۔</w:t>
      </w:r>
    </w:p>
    <w:p>
      <w:r>
        <w:rPr>
          <w:b/>
        </w:rPr>
        <w:t xml:space="preserve">[1:42:03] </w:t>
      </w:r>
      <w:r>
        <w:t>saara Persian literature bhara hua hai lafz Khuda se.</w:t>
      </w:r>
    </w:p>
    <w:p>
      <w:pPr>
        <w:jc w:val="right"/>
      </w:pPr>
      <w:r>
        <w:t>سارا پرشین literature بھرا ہوا ہے لفظ خدا سے۔</w:t>
      </w:r>
    </w:p>
    <w:p>
      <w:r>
        <w:rPr>
          <w:b/>
        </w:rPr>
        <w:t xml:space="preserve">[1:42:07] </w:t>
      </w:r>
      <w:r>
        <w:t>bare bare ulma, bare bare akabir ne kitaben likhin, is mein Khuda ka lafz istemal kiya inhon ne.</w:t>
      </w:r>
    </w:p>
    <w:p>
      <w:pPr>
        <w:jc w:val="right"/>
      </w:pPr>
      <w:r>
        <w:t>بڑے بڑے علماء، بڑے بڑے اکابر نے کتابیں لکھیں، اس میں خدا کا لفظ استعمال کیا انہوں نے۔</w:t>
      </w:r>
    </w:p>
    <w:p>
      <w:r>
        <w:rPr>
          <w:b/>
        </w:rPr>
        <w:t xml:space="preserve">[1:42:12] </w:t>
      </w:r>
      <w:r>
        <w:t>to kya yeh history ko, in cheezon mein phansaa rakha hai musalmanon ko? bari bari cheezen jo hain,</w:t>
      </w:r>
    </w:p>
    <w:p>
      <w:pPr>
        <w:jc w:val="right"/>
      </w:pPr>
      <w:r>
        <w:t>تو کیا یہ history کو، ان چیزوں میں پھنسا رکھا ہے مسلمانوں کو؟ بڑی بڑی چیزیں جو ہیں،</w:t>
      </w:r>
    </w:p>
    <w:p>
      <w:r>
        <w:rPr>
          <w:b/>
        </w:rPr>
        <w:t xml:space="preserve">[1:42:16] </w:t>
      </w:r>
      <w:r>
        <w:t>is mein use hatate hain.</w:t>
      </w:r>
    </w:p>
    <w:p>
      <w:pPr>
        <w:jc w:val="right"/>
      </w:pPr>
      <w:r>
        <w:t>اس میں اسے ہٹاتے ہیں۔</w:t>
      </w:r>
    </w:p>
    <w:p>
      <w:r>
        <w:rPr>
          <w:b/>
        </w:rPr>
        <w:t xml:space="preserve">[1:42:21] </w:t>
      </w:r>
      <w:r>
        <w:t>jo trivial matters mein phansaa rakha hai musalmanon ko.</w:t>
      </w:r>
    </w:p>
    <w:p>
      <w:pPr>
        <w:jc w:val="right"/>
      </w:pPr>
      <w:r>
        <w:t>جو trivial matters میں پھنسا رکھا ہے مسلمانوں کو۔</w:t>
      </w:r>
    </w:p>
    <w:p>
      <w:r>
        <w:rPr>
          <w:b/>
        </w:rPr>
        <w:t xml:space="preserve">[1:42:26] </w:t>
      </w:r>
      <w:r>
        <w:t>inhi logon ne.</w:t>
      </w:r>
    </w:p>
    <w:p>
      <w:pPr>
        <w:jc w:val="right"/>
      </w:pPr>
      <w:r>
        <w:t>انہی لوگوں نے۔</w:t>
      </w:r>
    </w:p>
    <w:p>
      <w:r>
        <w:rPr>
          <w:b/>
        </w:rPr>
        <w:t xml:space="preserve">[1:42:30] </w:t>
      </w:r>
      <w:r>
        <w:t>jo bari bari cheezen hain, jo sochne ki hain, us par nahin.</w:t>
      </w:r>
    </w:p>
    <w:p>
      <w:pPr>
        <w:jc w:val="right"/>
      </w:pPr>
      <w:r>
        <w:t>جو بڑی بڑی چیزیں ہیں، جو سوچنے کی ہیں، اس پر نہیں۔</w:t>
      </w:r>
    </w:p>
    <w:p>
      <w:r>
        <w:rPr>
          <w:b/>
        </w:rPr>
        <w:t xml:space="preserve">[1:42:35] </w:t>
      </w:r>
      <w:r>
        <w:t>us par nahin ke hum, hum Allah Hafiz hum kahen ge, hum God nahin istemal karen ge, hum</w:t>
      </w:r>
    </w:p>
    <w:p>
      <w:pPr>
        <w:jc w:val="right"/>
      </w:pPr>
      <w:r>
        <w:t>اس پر نہیں کہ ہم، ہم اللہ حافظ ہم کہیں گے، ہم God نہیں استعمال کریں گے، ہم</w:t>
      </w:r>
    </w:p>
    <w:p>
      <w:r>
        <w:rPr>
          <w:b/>
        </w:rPr>
        <w:t xml:space="preserve">[1:42:39] </w:t>
      </w:r>
      <w:r>
        <w:t>Allah kahen ge.</w:t>
      </w:r>
    </w:p>
    <w:p>
      <w:pPr>
        <w:jc w:val="right"/>
      </w:pPr>
      <w:r>
        <w:t>اللہ کہیں گے۔</w:t>
      </w:r>
    </w:p>
    <w:p>
      <w:r>
        <w:rPr>
          <w:b/>
        </w:rPr>
        <w:t xml:space="preserve">[1:42:44] </w:t>
      </w:r>
      <w:r>
        <w:t>yeh sab bilkul, yani trivial cheezon mein phansana hai musalmanon ko.</w:t>
      </w:r>
    </w:p>
    <w:p>
      <w:pPr>
        <w:jc w:val="right"/>
      </w:pPr>
      <w:r>
        <w:t>یہ سب بالکل، یعنی trivial چیزوں میں پھنسانا ہے مسلمانوں کو۔</w:t>
      </w:r>
    </w:p>
    <w:p>
      <w:r>
        <w:rPr>
          <w:b/>
        </w:rPr>
        <w:t xml:space="preserve">[1:42:48] </w:t>
      </w:r>
      <w:r>
        <w:t>aur bari bari baaten jo hain, us ki unhen khabar bhi nahin hai aur na musalmanon ko, us</w:t>
      </w:r>
    </w:p>
    <w:p>
      <w:pPr>
        <w:jc w:val="right"/>
      </w:pPr>
      <w:r>
        <w:t>اور بڑی بڑی باتیں جو ہیں، اس کی انہیں خبر بھی نہیں ہے اور نہ مسلمانوں کو، اس</w:t>
      </w:r>
    </w:p>
    <w:p>
      <w:r>
        <w:rPr>
          <w:b/>
        </w:rPr>
        <w:t xml:space="preserve">[1:42:53] </w:t>
      </w:r>
      <w:r>
        <w:t>ko soch paida karte hain musalmanon ke andar.</w:t>
      </w:r>
    </w:p>
    <w:p>
      <w:pPr>
        <w:jc w:val="right"/>
      </w:pPr>
      <w:r>
        <w:t>کو سوچ پیدا کرتے ہیں مسلمانوں کے اندر۔</w:t>
      </w:r>
    </w:p>
    <w:p>
      <w:r>
        <w:rPr>
          <w:b/>
        </w:rPr>
        <w:t xml:space="preserve">[1:42:57] </w:t>
      </w:r>
      <w:r>
        <w:t>aur mein is ke sakht khilaf hoon.</w:t>
      </w:r>
    </w:p>
    <w:p>
      <w:pPr>
        <w:jc w:val="right"/>
      </w:pPr>
      <w:r>
        <w:t>اور میں اس کے سخت خلاف ہوں۔</w:t>
      </w:r>
    </w:p>
    <w:p>
      <w:r>
        <w:rPr>
          <w:b/>
        </w:rPr>
        <w:t xml:space="preserve">[1:43:02] </w:t>
      </w:r>
      <w:r>
        <w:t>is, is, is zehan ke.</w:t>
      </w:r>
    </w:p>
    <w:p>
      <w:pPr>
        <w:jc w:val="right"/>
      </w:pPr>
      <w:r>
        <w:t>اس، اس، اس ذہن کے۔</w:t>
      </w:r>
    </w:p>
    <w:p>
      <w:r>
        <w:rPr>
          <w:b/>
        </w:rPr>
        <w:t xml:space="preserve">[1:43:07] </w:t>
      </w:r>
      <w:r>
        <w:t>is, is, is culture ke.</w:t>
      </w:r>
    </w:p>
    <w:p>
      <w:pPr>
        <w:jc w:val="right"/>
      </w:pPr>
      <w:r>
        <w:t>اس، اس، اس کلچر کے۔</w:t>
      </w:r>
    </w:p>
    <w:p>
      <w:r>
        <w:rPr>
          <w:b/>
        </w:rPr>
        <w:t xml:space="preserve">[1:43:11] </w:t>
      </w:r>
      <w:r>
        <w:t>yeh qaumi hai, yeh sarta ser aik qaumi phenomena hai.</w:t>
      </w:r>
    </w:p>
    <w:p>
      <w:pPr>
        <w:jc w:val="right"/>
      </w:pPr>
      <w:r>
        <w:t>یہ قومی ہے، یہ سرتاسر ایک قومی phenomena ہے۔</w:t>
      </w:r>
    </w:p>
    <w:p>
      <w:r>
        <w:rPr>
          <w:b/>
        </w:rPr>
        <w:t xml:space="preserve">[1:43:16] </w:t>
      </w:r>
      <w:r>
        <w:t>is ka Islam se koi talluq nahi hai.</w:t>
      </w:r>
    </w:p>
    <w:p>
      <w:pPr>
        <w:jc w:val="right"/>
      </w:pPr>
      <w:r>
        <w:t>اس کا اسلام سے کوئی تعلق نہیں ہے۔</w:t>
      </w:r>
    </w:p>
    <w:p>
      <w:r>
        <w:rPr>
          <w:b/>
        </w:rPr>
        <w:t xml:space="preserve">[1:43:20] </w:t>
      </w:r>
      <w:r>
        <w:t>yani in logon ko pata hi nahi ke Rasool Allah ne lafz Allah istemal kiya ya Quran ka</w:t>
      </w:r>
    </w:p>
    <w:p>
      <w:pPr>
        <w:jc w:val="right"/>
      </w:pPr>
      <w:r>
        <w:t>یعنی ان لوگوں کو پتہ ہی نہیں کہ رسول اللہ نے لفظ اللہ استعمال کیا یا قرآن کا</w:t>
      </w:r>
    </w:p>
    <w:p>
      <w:r>
        <w:rPr>
          <w:b/>
        </w:rPr>
        <w:t xml:space="preserve">[1:43:25] </w:t>
      </w:r>
      <w:r>
        <w:t>lafz Allah istemal hua.</w:t>
      </w:r>
    </w:p>
    <w:p>
      <w:pPr>
        <w:jc w:val="right"/>
      </w:pPr>
      <w:r>
        <w:t>لفظ اللہ استعمال ہوا۔</w:t>
      </w:r>
    </w:p>
    <w:p>
      <w:r>
        <w:rPr>
          <w:b/>
        </w:rPr>
        <w:t xml:space="preserve">[1:43:29] </w:t>
      </w:r>
      <w:r>
        <w:t>to yeh mushrik bhi pehle bolte the lafz Allah.</w:t>
      </w:r>
    </w:p>
    <w:p>
      <w:pPr>
        <w:jc w:val="right"/>
      </w:pPr>
      <w:r>
        <w:t>تو یہ مشرک بھی پہلے بولتے تھے لفظ اللہ۔</w:t>
      </w:r>
    </w:p>
    <w:p>
      <w:r>
        <w:rPr>
          <w:b/>
        </w:rPr>
        <w:t xml:space="preserve">[1:43:34] </w:t>
      </w:r>
      <w:r>
        <w:t>yeh thori ke woh jannat se yeh lafz aaya tha.</w:t>
      </w:r>
    </w:p>
    <w:p>
      <w:pPr>
        <w:jc w:val="right"/>
      </w:pPr>
      <w:r>
        <w:t>یہ تھوڑی کہ وہ جنت سے یہ لفظ آیا تھا۔</w:t>
      </w:r>
    </w:p>
    <w:p>
      <w:r>
        <w:rPr>
          <w:b/>
        </w:rPr>
        <w:t xml:space="preserve">[1:43:38] </w:t>
      </w:r>
      <w:r>
        <w:t>kese ajeeb o ghareeb log hain, yeh kuch jante nahi kuch baaton ko.</w:t>
      </w:r>
    </w:p>
    <w:p>
      <w:pPr>
        <w:jc w:val="right"/>
      </w:pPr>
      <w:r>
        <w:t>کیسے عجیب و غریب لوگ ہیں، یہ کچھ جانتے نہیں کچھ باتوں کو۔</w:t>
      </w:r>
    </w:p>
    <w:p>
      <w:r>
        <w:rPr>
          <w:b/>
        </w:rPr>
        <w:t xml:space="preserve">[1:43:43] </w:t>
      </w:r>
      <w:r>
        <w:t>khud Quran se sabit hai ke Allah ka bolte the woh.</w:t>
      </w:r>
    </w:p>
    <w:p>
      <w:pPr>
        <w:jc w:val="right"/>
      </w:pPr>
      <w:r>
        <w:t>خود قرآن سے ثابت ہے کہ اللہ کا بولتے تھے وہ۔</w:t>
      </w:r>
    </w:p>
    <w:p>
      <w:r>
        <w:rPr>
          <w:b/>
        </w:rPr>
        <w:t xml:space="preserve">[1:43:48] </w:t>
      </w:r>
      <w:r>
        <w:t>layqoolunnal laaha kya hai woh ayat hai? layqoolunnal laaha hain? wa lain salat'hum man khalaqas samawati wal arzi layqoolunnal laaha</w:t>
      </w:r>
    </w:p>
    <w:p>
      <w:pPr>
        <w:jc w:val="right"/>
      </w:pPr>
      <w:r>
        <w:t>لَيَقُولُنَّ اللَّهُ کیا ہے وہ آیت ہے؟ لَيَقُولُنَّ اللَّهُ ہیں؟ وَلَيْنْ سَالَتَهُمَّ مَنْ خَلَقَ السَّمٰوَاتِ وَالْأَرْضِ لَيَقُولُنَّ اللَّهُ</w:t>
      </w:r>
    </w:p>
    <w:p>
      <w:r>
        <w:rPr>
          <w:b/>
        </w:rPr>
        <w:t xml:space="preserve">[1:43:52] </w:t>
      </w:r>
      <w:r>
        <w:t>haan, kis surah mein hai woh? Surah Yunus mein.</w:t>
      </w:r>
    </w:p>
    <w:p>
      <w:pPr>
        <w:jc w:val="right"/>
      </w:pPr>
      <w:r>
        <w:t>ہاں، کس سورہ میں ہے وہ؟ سورہ یونس میں۔</w:t>
      </w:r>
    </w:p>
    <w:p>
      <w:r>
        <w:rPr>
          <w:b/>
        </w:rPr>
        <w:t xml:space="preserve">[1:43:57] </w:t>
      </w:r>
      <w:r>
        <w:t>Surah Yunus mein? ke agar un se poocho ke kis ne paida kiya zameen aasman ko to Allah kahenge.</w:t>
      </w:r>
    </w:p>
    <w:p>
      <w:pPr>
        <w:jc w:val="right"/>
      </w:pPr>
      <w:r>
        <w:t>سورہ یونس میں؟ کہ اگر ان سے پوچھو کہ کس نے پیدا کیا زمین آسمان کو تو اللہ کہیں گے۔</w:t>
      </w:r>
    </w:p>
    <w:p>
      <w:r>
        <w:rPr>
          <w:b/>
        </w:rPr>
        <w:t xml:space="preserve">[1:44:01] </w:t>
      </w:r>
      <w:r>
        <w:t>yeh mushrikeen ke bare mein aaya hai.</w:t>
      </w:r>
    </w:p>
    <w:p>
      <w:pPr>
        <w:jc w:val="right"/>
      </w:pPr>
      <w:r>
        <w:t>یہ مشرکین کے بارے میں آیا ہے۔</w:t>
      </w:r>
    </w:p>
    <w:p>
      <w:r>
        <w:rPr>
          <w:b/>
        </w:rPr>
        <w:t xml:space="preserve">[1:44:06] </w:t>
      </w:r>
      <w:r>
        <w:t>yeh bilkul yeh sab qaumi baatein hain.</w:t>
      </w:r>
    </w:p>
    <w:p>
      <w:pPr>
        <w:jc w:val="right"/>
      </w:pPr>
      <w:r>
        <w:t>یہ بالکل یہ سب قومی باتیں ہیں۔</w:t>
      </w:r>
    </w:p>
    <w:p>
      <w:r>
        <w:rPr>
          <w:b/>
        </w:rPr>
        <w:t xml:space="preserve">[1:44:10] </w:t>
      </w:r>
      <w:r>
        <w:t>humein is se bahir aa kar ke zyada se zyada baray baray masail is par sochna chahiye.</w:t>
      </w:r>
    </w:p>
    <w:p>
      <w:pPr>
        <w:jc w:val="right"/>
      </w:pPr>
      <w:r>
        <w:t>ہمیں اس سے باہر آ کر کے زیادہ سے زیادہ بڑے بڑے مسائل اس پر سوچنا چاہیے۔</w:t>
      </w:r>
    </w:p>
    <w:p>
      <w:r>
        <w:rPr>
          <w:b/>
        </w:rPr>
        <w:t xml:space="preserve">[1:44:15] </w:t>
      </w:r>
      <w:r>
        <w:t>Maulana Amanullah Riyazi ne Dilli se likha hai: "Al-Risala mission mein ulama faida kaise utha sakte hain?</w:t>
      </w:r>
    </w:p>
    <w:p>
      <w:pPr>
        <w:jc w:val="right"/>
      </w:pPr>
      <w:r>
        <w:t>مولانا امان اللہ ریاضی نے دلی سے لکھا ہے: "الرسالہ مشن میں علماء فائدہ کیسے اٹھا سکتے ہیں؟</w:t>
      </w:r>
    </w:p>
    <w:p>
      <w:r>
        <w:rPr>
          <w:b/>
        </w:rPr>
        <w:t xml:space="preserve">[1:44:19] </w:t>
      </w:r>
      <w:r>
        <w:t>is silsile mein aap ka mashwara kya hai?" parhein aur kya hai? parhein aur aik bar nahi, kai</w:t>
      </w:r>
    </w:p>
    <w:p>
      <w:pPr>
        <w:jc w:val="right"/>
      </w:pPr>
      <w:r>
        <w:t>اس سلسلے میں آپ کا مشورہ کیا ہے؟" پڑھیں اور کیا ہے؟ پڑھیں اور ایک بار نہیں، کئی</w:t>
      </w:r>
    </w:p>
    <w:p>
      <w:r>
        <w:rPr>
          <w:b/>
        </w:rPr>
        <w:t xml:space="preserve">[1:44:24] </w:t>
      </w:r>
      <w:r>
        <w:t>kai bar parhein aur kya, aur kya, aur kya karna hai? mein yeh dekhiye, yeh kahunga ke</w:t>
      </w:r>
    </w:p>
    <w:p>
      <w:pPr>
        <w:jc w:val="right"/>
      </w:pPr>
      <w:r>
        <w:t>کئی بار پڑھیں اور کیا، اور کیا، اور کیا کرنا ہے؟ میں یہ دیکھیے، یہ کہوں گا کہ</w:t>
      </w:r>
    </w:p>
    <w:p>
      <w:r>
        <w:rPr>
          <w:b/>
        </w:rPr>
        <w:t xml:space="preserve">[1:44:28] </w:t>
      </w:r>
      <w:r>
        <w:t>aik hadith hai, momin ki sifat batayi gayi hai ke an yakuna baseeran bizamanih woh zamane se ba khabar hota hai.</w:t>
      </w:r>
    </w:p>
    <w:p>
      <w:pPr>
        <w:jc w:val="right"/>
      </w:pPr>
      <w:r>
        <w:t>ایک حدیث ہے، مومن کی صفت بتائی گئی ہے کہ أَنْ يَكُونَ بَصِيرًا بِزَمَانِهِ وہ زمانے سے باخبر ہوتا ہے۔</w:t>
      </w:r>
    </w:p>
    <w:p>
      <w:r>
        <w:rPr>
          <w:b/>
        </w:rPr>
        <w:t xml:space="preserve">[1:44:33] </w:t>
      </w:r>
      <w:r>
        <w:t>to jo nisaab parhaya jata hai madaris mein, is ka talluq zamane se kuch bhi nahi hai.</w:t>
      </w:r>
    </w:p>
    <w:p>
      <w:pPr>
        <w:jc w:val="right"/>
      </w:pPr>
      <w:r>
        <w:t>تو جو نصاب پڑھایا جاتا ہے مدارس میں، اس کا تعلق زمانے سے کچھ بھی نہیں ہے۔</w:t>
      </w:r>
    </w:p>
    <w:p>
      <w:r>
        <w:rPr>
          <w:b/>
        </w:rPr>
        <w:t xml:space="preserve">[1:44:38] </w:t>
      </w:r>
      <w:r>
        <w:t>is ka talluq to kuch mutoon banaye gaye pehle, wahi parhaye jatay hain, usi ko parh kar ke</w:t>
      </w:r>
    </w:p>
    <w:p>
      <w:pPr>
        <w:jc w:val="right"/>
      </w:pPr>
      <w:r>
        <w:t>اس کا تعلق تو کچھ متون بنائے گئے پہلے، وہی پڑھائے جاتے ہیں، اسی کو پڑھ کر کے</w:t>
      </w:r>
    </w:p>
    <w:p>
      <w:r>
        <w:rPr>
          <w:b/>
        </w:rPr>
        <w:t xml:space="preserve">[1:44:42] </w:t>
      </w:r>
      <w:r>
        <w:t>woh in ko, in ko sandein milti hain.</w:t>
      </w:r>
    </w:p>
    <w:p>
      <w:pPr>
        <w:jc w:val="right"/>
      </w:pPr>
      <w:r>
        <w:t>وہ ان کو، ان کو سندیں ملتی ہیں۔</w:t>
      </w:r>
    </w:p>
    <w:p>
      <w:r>
        <w:rPr>
          <w:b/>
        </w:rPr>
        <w:t xml:space="preserve">[1:44:47] </w:t>
      </w:r>
      <w:r>
        <w:t>lekin aaj ka zamana jo hai, is se bilkul be khabar rehte hain woh.</w:t>
      </w:r>
    </w:p>
    <w:p>
      <w:pPr>
        <w:jc w:val="right"/>
      </w:pPr>
      <w:r>
        <w:t>لیکن آج کا زمانہ جو ہے، اس سے بالکل بے خبر رہتے ہیں وہ۔</w:t>
      </w:r>
    </w:p>
    <w:p>
      <w:r>
        <w:rPr>
          <w:b/>
        </w:rPr>
        <w:t xml:space="preserve">[1:44:51] </w:t>
      </w:r>
      <w:r>
        <w:t>to mein logon se kaha karta hoon ke aap deeni ilm seekhein madrasay mein aur baseer-e-zamana banne</w:t>
      </w:r>
    </w:p>
    <w:p>
      <w:pPr>
        <w:jc w:val="right"/>
      </w:pPr>
      <w:r>
        <w:t>تو میں لوگوں سے کہا کرتا ہوں کہ آپ دینی علم سیکھیں مدرسے میں اور بصیر زمانہ بننے</w:t>
      </w:r>
    </w:p>
    <w:p>
      <w:r>
        <w:rPr>
          <w:b/>
        </w:rPr>
        <w:t xml:space="preserve">[1:44:56] </w:t>
      </w:r>
      <w:r>
        <w:t>ke liye aur Risala ka mutala kijiye aap.</w:t>
      </w:r>
    </w:p>
    <w:p>
      <w:pPr>
        <w:jc w:val="right"/>
      </w:pPr>
      <w:r>
        <w:t>کے لیے اور رسالہ کا مطالعہ کیجیے آپ۔</w:t>
      </w:r>
    </w:p>
    <w:p>
      <w:r>
        <w:rPr>
          <w:b/>
        </w:rPr>
        <w:t xml:space="preserve">[1:45:00] </w:t>
      </w:r>
      <w:r>
        <w:t>deeni ilm seekhein madrasay mein, lekin hadith ke mutabiq baseer-e-zamana banne ke liye aap ko Risala ka</w:t>
      </w:r>
    </w:p>
    <w:p>
      <w:pPr>
        <w:jc w:val="right"/>
      </w:pPr>
      <w:r>
        <w:t>دینی علم سیکھیں مدرسے میں، لیکن حدیث کے مطابق بصیر زمانہ بننے کے لیے آپ کو رسالہ کا</w:t>
      </w:r>
    </w:p>
    <w:p>
      <w:r>
        <w:rPr>
          <w:b/>
        </w:rPr>
        <w:t xml:space="preserve">[1:45:05] </w:t>
      </w:r>
      <w:r>
        <w:t>mutaleah karna chahiye.</w:t>
      </w:r>
    </w:p>
    <w:p>
      <w:pPr>
        <w:jc w:val="right"/>
      </w:pPr>
      <w:r>
        <w:t>مطالعہ کرنا چاہیے۔</w:t>
      </w:r>
    </w:p>
    <w:p>
      <w:r>
        <w:rPr>
          <w:b/>
        </w:rPr>
        <w:t xml:space="preserve">[1:45:09] </w:t>
      </w:r>
      <w:r>
        <w:t>bohat pabandi ke sath, ehtimam ke sath, ek percha kai kai bar parhiye aap.</w:t>
      </w:r>
    </w:p>
    <w:p>
      <w:pPr>
        <w:jc w:val="right"/>
      </w:pPr>
      <w:r>
        <w:t>بہت پابندی کے ساتھ، اہتمام کے ساتھ، ایک پرچہ کئی کئی بار پڑھیے آپ۔</w:t>
      </w:r>
    </w:p>
    <w:p>
      <w:r>
        <w:rPr>
          <w:b/>
        </w:rPr>
        <w:t xml:space="preserve">[1:45:14] </w:t>
      </w:r>
      <w:r>
        <w:t>dekhiye, hamare madaris mein jo cheezen parhai jati hain, us ko do qism ke bataya jata hai: ulum</w:t>
      </w:r>
    </w:p>
    <w:p>
      <w:pPr>
        <w:jc w:val="right"/>
      </w:pPr>
      <w:r>
        <w:t>دیکھیے، ہمارے مدارس میں جو چیزیں پڑھائی جاتی ہیں، اس کو دو قسم کے بتایا جاتا ہے: علوم</w:t>
      </w:r>
    </w:p>
    <w:p>
      <w:r>
        <w:rPr>
          <w:b/>
        </w:rPr>
        <w:t xml:space="preserve">[1:45:19] </w:t>
      </w:r>
      <w:r>
        <w:t>aliya aur ulum aliya, yani ain aur alif.</w:t>
      </w:r>
    </w:p>
    <w:p>
      <w:pPr>
        <w:jc w:val="right"/>
      </w:pPr>
      <w:r>
        <w:t>عالیہ اور علوم عالیہ، یعنی عین اور الف۔</w:t>
      </w:r>
    </w:p>
    <w:p>
      <w:r>
        <w:rPr>
          <w:b/>
        </w:rPr>
        <w:t xml:space="preserve">[1:45:23] </w:t>
      </w:r>
      <w:r>
        <w:t>to ulum aliya to wahi ke wahi rahenge.</w:t>
      </w:r>
    </w:p>
    <w:p>
      <w:pPr>
        <w:jc w:val="right"/>
      </w:pPr>
      <w:r>
        <w:t>تو علوم عالیہ تو وہی کے وہی رہیں گے۔</w:t>
      </w:r>
    </w:p>
    <w:p>
      <w:r>
        <w:rPr>
          <w:b/>
        </w:rPr>
        <w:t xml:space="preserve">[1:45:28] </w:t>
      </w:r>
      <w:r>
        <w:t>ulum aliya badal jate hain.</w:t>
      </w:r>
    </w:p>
    <w:p>
      <w:pPr>
        <w:jc w:val="right"/>
      </w:pPr>
      <w:r>
        <w:t>علوم عالیہ بدل جاتے ہیں۔</w:t>
      </w:r>
    </w:p>
    <w:p>
      <w:r>
        <w:rPr>
          <w:b/>
        </w:rPr>
        <w:t xml:space="preserve">[1:45:32] </w:t>
      </w:r>
      <w:r>
        <w:t>alif se ulum aliya.</w:t>
      </w:r>
    </w:p>
    <w:p>
      <w:pPr>
        <w:jc w:val="right"/>
      </w:pPr>
      <w:r>
        <w:t>الف سے علوم عالیہ۔</w:t>
      </w:r>
    </w:p>
    <w:p>
      <w:r>
        <w:rPr>
          <w:b/>
        </w:rPr>
        <w:t xml:space="preserve">[1:45:37] </w:t>
      </w:r>
      <w:r>
        <w:t>ab badal chuke hain wo.</w:t>
      </w:r>
    </w:p>
    <w:p>
      <w:pPr>
        <w:jc w:val="right"/>
      </w:pPr>
      <w:r>
        <w:t>اب بدل چکے ہیں وہ۔</w:t>
      </w:r>
    </w:p>
    <w:p>
      <w:r>
        <w:rPr>
          <w:b/>
        </w:rPr>
        <w:t xml:space="preserve">[1:45:41] </w:t>
      </w:r>
      <w:r>
        <w:t>ab ulum aliya jo hai, risala hai.</w:t>
      </w:r>
    </w:p>
    <w:p>
      <w:pPr>
        <w:jc w:val="right"/>
      </w:pPr>
      <w:r>
        <w:t>اب علوم عالیہ جو ہے، رسالہ ہے۔</w:t>
      </w:r>
    </w:p>
    <w:p>
      <w:r>
        <w:rPr>
          <w:b/>
        </w:rPr>
        <w:t xml:space="preserve">[1:45:46] </w:t>
      </w:r>
      <w:r>
        <w:t>wo nahi hai jo aap parhte hain madarse ki kitabon mein.</w:t>
      </w:r>
    </w:p>
    <w:p>
      <w:pPr>
        <w:jc w:val="right"/>
      </w:pPr>
      <w:r>
        <w:t>وہ نہیں ہے جو آپ پڑھتے ہیں مدرسے کی کتابوں میں۔</w:t>
      </w:r>
    </w:p>
    <w:p>
      <w:r>
        <w:rPr>
          <w:b/>
        </w:rPr>
        <w:t xml:space="preserve">[1:45:50] </w:t>
      </w:r>
      <w:r>
        <w:t>kabhi wo ulum aliya rahe honge.</w:t>
      </w:r>
    </w:p>
    <w:p>
      <w:pPr>
        <w:jc w:val="right"/>
      </w:pPr>
      <w:r>
        <w:t>کبھی وہ علوم عالیہ رہے ہوں گے۔</w:t>
      </w:r>
    </w:p>
    <w:p>
      <w:r>
        <w:rPr>
          <w:b/>
        </w:rPr>
        <w:t xml:space="preserve">[1:45:55] </w:t>
      </w:r>
      <w:r>
        <w:t>ab wo ulum aliya nahi hain.</w:t>
      </w:r>
    </w:p>
    <w:p>
      <w:pPr>
        <w:jc w:val="right"/>
      </w:pPr>
      <w:r>
        <w:t>اب وہ علوم عالیہ نہیں ہیں۔</w:t>
      </w:r>
    </w:p>
    <w:p>
      <w:r>
        <w:rPr>
          <w:b/>
        </w:rPr>
        <w:t xml:space="preserve">[1:46:00] </w:t>
      </w:r>
      <w:r>
        <w:t>ab to tareekh ki pareena dastan hai wo.</w:t>
      </w:r>
    </w:p>
    <w:p>
      <w:pPr>
        <w:jc w:val="right"/>
      </w:pPr>
      <w:r>
        <w:t>اب تو تاریخ کی پارینہ داستان ہے وہ۔</w:t>
      </w:r>
    </w:p>
    <w:p>
      <w:r>
        <w:rPr>
          <w:b/>
        </w:rPr>
        <w:t xml:space="preserve">[1:46:04] </w:t>
      </w:r>
      <w:r>
        <w:t>to mein samajhta hoon ke bator ulum aliya ke, yani alif se aliya, ko logon ko risala shamil</w:t>
      </w:r>
    </w:p>
    <w:p>
      <w:pPr>
        <w:jc w:val="right"/>
      </w:pPr>
      <w:r>
        <w:t>تو میں سمجھتا ہوں کہ بطور علوم عالیہ کے، یعنی الف سے عالیہ، کو لوگوں کو رسالہ شامل</w:t>
      </w:r>
    </w:p>
    <w:p>
      <w:r>
        <w:rPr>
          <w:b/>
        </w:rPr>
        <w:t xml:space="preserve">[1:46:09] </w:t>
      </w:r>
      <w:r>
        <w:t>karna chahiye apne mutale mein.</w:t>
      </w:r>
    </w:p>
    <w:p>
      <w:pPr>
        <w:jc w:val="right"/>
      </w:pPr>
      <w:r>
        <w:t>کرنا چاہیے اپنے مطالعے میں۔</w:t>
      </w:r>
    </w:p>
    <w:p>
      <w:r>
        <w:rPr>
          <w:b/>
        </w:rPr>
        <w:t xml:space="preserve">[1:46:13] </w:t>
      </w:r>
      <w:r>
        <w:t>agar nisaab bane to mutale mein to lazman shamil karna chahiye.</w:t>
      </w:r>
    </w:p>
    <w:p>
      <w:pPr>
        <w:jc w:val="right"/>
      </w:pPr>
      <w:r>
        <w:t>اگر نصاب بنے تو مطالعے میں تو لازماً شامل کرنا چاہیے۔</w:t>
      </w:r>
    </w:p>
    <w:p>
      <w:r>
        <w:rPr>
          <w:b/>
        </w:rPr>
        <w:t xml:space="preserve">[1:46:18] </w:t>
      </w:r>
      <w:r>
        <w:t>warna baseer zamana nahi rahenge aur adhura un ka ilm rahega, adhura.</w:t>
      </w:r>
    </w:p>
    <w:p>
      <w:pPr>
        <w:jc w:val="right"/>
      </w:pPr>
      <w:r>
        <w:t>ورنہ بصیر زمانہ نہیں رہیں گے اور ادھورا ان کا علم رہے گا، ادھورا۔</w:t>
      </w:r>
    </w:p>
    <w:p>
      <w:r>
        <w:rPr>
          <w:b/>
        </w:rPr>
        <w:t xml:space="preserve">[1:46:22] </w:t>
      </w:r>
      <w:r>
        <w:t>maulana, un ka ek aur sawal hai.</w:t>
      </w:r>
    </w:p>
    <w:p>
      <w:pPr>
        <w:jc w:val="right"/>
      </w:pPr>
      <w:r>
        <w:t>مولانا، ان کا ایک اور سوال ہے۔</w:t>
      </w:r>
    </w:p>
    <w:p>
      <w:r>
        <w:rPr>
          <w:b/>
        </w:rPr>
        <w:t xml:space="preserve">[1:46:27] </w:t>
      </w:r>
      <w:r>
        <w:t>unhon ne likha hai ke ek sahib ne kaha ke "al-risala mission ek sacha mission hai.</w:t>
      </w:r>
    </w:p>
    <w:p>
      <w:pPr>
        <w:jc w:val="right"/>
      </w:pPr>
      <w:r>
        <w:t>انہوں نے لکھا ہے کہ ایک صاحب نے کہا کہ "الرسالہ مشن ایک سچا مشن ہے۔</w:t>
      </w:r>
    </w:p>
    <w:p>
      <w:r>
        <w:rPr>
          <w:b/>
        </w:rPr>
        <w:t xml:space="preserve">[1:46:31] </w:t>
      </w:r>
      <w:r>
        <w:t>lekin poori tarah is ka sath dene mein hum doosron se kat jayenge." Maulana, aise logon ke</w:t>
      </w:r>
    </w:p>
    <w:p>
      <w:pPr>
        <w:jc w:val="right"/>
      </w:pPr>
      <w:r>
        <w:t>لیکن پوری طرح اس کا ساتھ دینے میں ہم دوسروں سے کٹ جائیں گے۔" مولانا، ایسے لوگوں کے</w:t>
      </w:r>
    </w:p>
    <w:p>
      <w:r>
        <w:rPr>
          <w:b/>
        </w:rPr>
        <w:t xml:space="preserve">[1:46:36] </w:t>
      </w:r>
      <w:r>
        <w:t>bare mein aap kya kahenge? Ye sochen, khuda se judenge, khuda se kat jayenge.</w:t>
      </w:r>
    </w:p>
    <w:p>
      <w:pPr>
        <w:jc w:val="right"/>
      </w:pPr>
      <w:r>
        <w:t>بارے میں آپ کیا کہیں گے؟ یہ سوچیں، خدا سے جڑیں گے، خدا سے کٹ جائیں گے۔</w:t>
      </w:r>
    </w:p>
    <w:p>
      <w:r>
        <w:rPr>
          <w:b/>
        </w:rPr>
        <w:t xml:space="preserve">[1:46:41] </w:t>
      </w:r>
      <w:r>
        <w:t>logon se katna na katna, ye to koi sochne ki baat hi nahi hai.</w:t>
      </w:r>
    </w:p>
    <w:p>
      <w:pPr>
        <w:jc w:val="right"/>
      </w:pPr>
      <w:r>
        <w:t>لوگوں سے کٹنا نہ کٹنا، یہ تو کوئی سوچنے کی بات ہی نہیں ہے۔</w:t>
      </w:r>
    </w:p>
    <w:p>
      <w:r>
        <w:rPr>
          <w:b/>
        </w:rPr>
        <w:t xml:space="preserve">[1:46:45] </w:t>
      </w:r>
      <w:r>
        <w:t>agar aap khuda se jud jate hain to bas zayk al-anf ye soch hi galat hai ke hum</w:t>
      </w:r>
    </w:p>
    <w:p>
      <w:pPr>
        <w:jc w:val="right"/>
      </w:pPr>
      <w:r>
        <w:t>اگر آپ خدا سے جڑ جاتے ہیں تو بس ذَيْكُ الْعَنْفُ یہ سوچ ہی غلط ہے کہ ہم</w:t>
      </w:r>
    </w:p>
    <w:p>
      <w:r>
        <w:rPr>
          <w:b/>
        </w:rPr>
        <w:t xml:space="preserve">[1:46:50] </w:t>
      </w:r>
      <w:r>
        <w:t>logon se katenge ya nahi katenge.</w:t>
      </w:r>
    </w:p>
    <w:p>
      <w:pPr>
        <w:jc w:val="right"/>
      </w:pPr>
      <w:r>
        <w:t>لوگوں سے کٹیں گے یا نہیں کٹیں گے۔</w:t>
      </w:r>
    </w:p>
    <w:p>
      <w:r>
        <w:rPr>
          <w:b/>
        </w:rPr>
        <w:t xml:space="preserve">[1:46:54] </w:t>
      </w:r>
      <w:r>
        <w:t>asal cheez ye hai ke khuda se judenge ya nahi judenge.</w:t>
      </w:r>
    </w:p>
    <w:p>
      <w:pPr>
        <w:jc w:val="right"/>
      </w:pPr>
      <w:r>
        <w:t>اصل چیز یہ ہے کہ خدا سے جڑیں گے یا نہیں جڑیں گے۔</w:t>
      </w:r>
    </w:p>
    <w:p>
      <w:r>
        <w:rPr>
          <w:b/>
        </w:rPr>
        <w:t xml:space="preserve">[1:46:59] </w:t>
      </w:r>
      <w:r>
        <w:t>to risala mein sari baaten Khuda ki hoti hain.</w:t>
      </w:r>
    </w:p>
    <w:p>
      <w:pPr>
        <w:jc w:val="right"/>
      </w:pPr>
      <w:r>
        <w:t>تو رسالہ میں ساری باتیں خدا کی ہوتی ہیں۔</w:t>
      </w:r>
    </w:p>
    <w:p>
      <w:r>
        <w:rPr>
          <w:b/>
        </w:rPr>
        <w:t xml:space="preserve">[1:47:03] </w:t>
      </w:r>
      <w:r>
        <w:t>jis jis risale ko uthaiye, us mein Khuda ki baaten hongi.</w:t>
      </w:r>
    </w:p>
    <w:p>
      <w:pPr>
        <w:jc w:val="right"/>
      </w:pPr>
      <w:r>
        <w:t>جس جس رسالے کو اٹھائیے، اس میں خدا کی باتیں ہوں گی۔</w:t>
      </w:r>
    </w:p>
    <w:p>
      <w:r>
        <w:rPr>
          <w:b/>
        </w:rPr>
        <w:t xml:space="preserve">[1:47:08] </w:t>
      </w:r>
      <w:r>
        <w:t>to jo risala aap ko Khuda jodta ho, us mein sochana bhi nahin ke logon se kaaten ge</w:t>
      </w:r>
    </w:p>
    <w:p>
      <w:pPr>
        <w:jc w:val="right"/>
      </w:pPr>
      <w:r>
        <w:t>تو جو رسالہ آپ کو خدا جوڑتا ہو، اس میں سوچنا بھی نہیں کہ لوگوں سے کٹیں گے</w:t>
      </w:r>
    </w:p>
    <w:p>
      <w:r>
        <w:rPr>
          <w:b/>
        </w:rPr>
        <w:t xml:space="preserve">[1:47:12] </w:t>
      </w:r>
      <w:r>
        <w:t>ya nahin kaaten ge.</w:t>
      </w:r>
    </w:p>
    <w:p>
      <w:pPr>
        <w:jc w:val="right"/>
      </w:pPr>
      <w:r>
        <w:t>یا نہیں کٹیں گے۔</w:t>
      </w:r>
    </w:p>
    <w:p>
      <w:r>
        <w:rPr>
          <w:b/>
        </w:rPr>
        <w:t xml:space="preserve">[1:47:17] </w:t>
      </w:r>
      <w:r>
        <w:t>yeh to soch hi bilkul be salis hai, be buniyad hai aur is ki koi haqiqat nahin hai.</w:t>
      </w:r>
    </w:p>
    <w:p>
      <w:pPr>
        <w:jc w:val="right"/>
      </w:pPr>
      <w:r>
        <w:t>یہ تو سوچ ہی بالکل بے سلیس ہے، بے بنیاد ہے اور اس کی کوئی حقیقت نہیں ہے۔</w:t>
      </w:r>
    </w:p>
    <w:p>
      <w:r>
        <w:rPr>
          <w:b/>
        </w:rPr>
        <w:t xml:space="preserve">[1:47:22] </w:t>
      </w:r>
      <w:r>
        <w:t>yeh sochein zaroor ke kya waqeyat hain, Khuda ka tazkara hota hai risala mein? kya waqeyat hain, Khuda</w:t>
      </w:r>
    </w:p>
    <w:p>
      <w:pPr>
        <w:jc w:val="right"/>
      </w:pPr>
      <w:r>
        <w:t>یہ سوچیے ضرور کہ کیا واقعات ہیں، خدا کا تذکرہ ہوتا ہے رسالہ میں؟ کیا واقعات ہیں، خدا</w:t>
      </w:r>
    </w:p>
    <w:p>
      <w:r>
        <w:rPr>
          <w:b/>
        </w:rPr>
        <w:t xml:space="preserve">[1:47:26] </w:t>
      </w:r>
      <w:r>
        <w:t>ka bayan hota hai? kya waqea Khuda se jodta hai risala mein? bas agar aisa hai to phir theek hai.</w:t>
      </w:r>
    </w:p>
    <w:p>
      <w:pPr>
        <w:jc w:val="right"/>
      </w:pPr>
      <w:r>
        <w:t>کا بیان ہوتا ہے؟ کیا واقعہ خدا سے جوڑتا ہے رسالہ میں؟ بس اگر ایسا ہے تو پھر ٹھیک ہے۔</w:t>
      </w:r>
    </w:p>
    <w:p>
      <w:r>
        <w:rPr>
          <w:b/>
        </w:rPr>
        <w:t xml:space="preserve">[1:47:31] </w:t>
      </w:r>
      <w:r>
        <w:t>kuch aur sochana bhi nahin hai.</w:t>
      </w:r>
    </w:p>
    <w:p>
      <w:pPr>
        <w:jc w:val="right"/>
      </w:pPr>
      <w:r>
        <w:t>کچھ اور سوچنا بھی نہیں ہے۔</w:t>
      </w:r>
    </w:p>
    <w:p>
      <w:r>
        <w:rPr>
          <w:b/>
        </w:rPr>
        <w:t xml:space="preserve">[1:47:35] </w:t>
      </w:r>
      <w:r>
        <w:t>kuch aur ko Allah ke khane mein dal dena hai.</w:t>
      </w:r>
    </w:p>
    <w:p>
      <w:pPr>
        <w:jc w:val="right"/>
      </w:pPr>
      <w:r>
        <w:t>کچھ اور کو اللہ کے خانے میں ڈال دینا ہے۔</w:t>
      </w:r>
    </w:p>
    <w:p>
      <w:r>
        <w:rPr>
          <w:b/>
        </w:rPr>
        <w:t xml:space="preserve">[1:47:40] </w:t>
      </w:r>
      <w:r>
        <w:t>kuch aur ko Allah ke khane mein dal dena hai.</w:t>
      </w:r>
    </w:p>
    <w:p>
      <w:pPr>
        <w:jc w:val="right"/>
      </w:pPr>
      <w:r>
        <w:t>کچھ اور کو اللہ کے خانے میں ڈال دینا ہے۔</w:t>
      </w:r>
    </w:p>
    <w:p>
      <w:r>
        <w:rPr>
          <w:b/>
        </w:rPr>
        <w:t xml:space="preserve">[1:47:44] </w:t>
      </w:r>
      <w:r>
        <w:t>Allah se dua karna hai, bas.</w:t>
      </w:r>
    </w:p>
    <w:p>
      <w:pPr>
        <w:jc w:val="right"/>
      </w:pPr>
      <w:r>
        <w:t>اللہ سے دعا کرنا ہے، بس۔</w:t>
      </w:r>
    </w:p>
    <w:p>
      <w:r>
        <w:rPr>
          <w:b/>
        </w:rPr>
        <w:t xml:space="preserve">[1:47:49] </w:t>
      </w:r>
      <w:r>
        <w:t>Maulana Shariq Hussain ne Dilli se likha hai: "Musalmanon ne Westerners se nafrat ki, lekin woh New Civilization</w:t>
      </w:r>
    </w:p>
    <w:p>
      <w:pPr>
        <w:jc w:val="right"/>
      </w:pPr>
      <w:r>
        <w:t>مولانا شارق حسین نے دلی سے لکھا ہے: "مسلمانوں نے Westerners سے نفرت کی، لیکن وہ New Civilization</w:t>
      </w:r>
    </w:p>
    <w:p>
      <w:r>
        <w:rPr>
          <w:b/>
        </w:rPr>
        <w:t xml:space="preserve">[1:47:53] </w:t>
      </w:r>
      <w:r>
        <w:t>se material faida uthate rahe.</w:t>
      </w:r>
    </w:p>
    <w:p>
      <w:pPr>
        <w:jc w:val="right"/>
      </w:pPr>
      <w:r>
        <w:t>سے material فائدہ اٹھاتے رہے۔</w:t>
      </w:r>
    </w:p>
    <w:p>
      <w:r>
        <w:rPr>
          <w:b/>
        </w:rPr>
        <w:t xml:space="preserve">[1:47:58] </w:t>
      </w:r>
      <w:r>
        <w:t>lekin da'vati aitbar se unhon ne New Civilization se koi faida nahin uthaya.</w:t>
      </w:r>
    </w:p>
    <w:p>
      <w:pPr>
        <w:jc w:val="right"/>
      </w:pPr>
      <w:r>
        <w:t>لیکن دعوتی اعتبار سے انہوں نے New Civilization سے کوئی فائدہ نہیں اٹھایا۔</w:t>
      </w:r>
    </w:p>
    <w:p>
      <w:r>
        <w:rPr>
          <w:b/>
        </w:rPr>
        <w:t xml:space="preserve">[1:48:02] </w:t>
      </w:r>
      <w:r>
        <w:t>is ki kya wajah rahi?" yeh to aur zyada woh hai, yeh to munafiqat hai, yeh khuli hui</w:t>
      </w:r>
    </w:p>
    <w:p>
      <w:pPr>
        <w:jc w:val="right"/>
      </w:pPr>
      <w:r>
        <w:t>اس کی کیا وجہ رہی؟" یہ تو اور زیادہ وہ ہے، یہ تو منافقت ہے، یہ کھلی ہوئی</w:t>
      </w:r>
    </w:p>
    <w:p>
      <w:r>
        <w:rPr>
          <w:b/>
        </w:rPr>
        <w:t xml:space="preserve">[1:48:07] </w:t>
      </w:r>
      <w:r>
        <w:t>munafiqat hai yeh.</w:t>
      </w:r>
    </w:p>
    <w:p>
      <w:pPr>
        <w:jc w:val="right"/>
      </w:pPr>
      <w:r>
        <w:t>منافقت ہے یہ۔</w:t>
      </w:r>
    </w:p>
    <w:p>
      <w:r>
        <w:rPr>
          <w:b/>
        </w:rPr>
        <w:t xml:space="preserve">[1:48:12] </w:t>
      </w:r>
      <w:r>
        <w:t>ke zaati faida aap uthayen aur da'vati faida na uthayen.</w:t>
      </w:r>
    </w:p>
    <w:p>
      <w:pPr>
        <w:jc w:val="right"/>
      </w:pPr>
      <w:r>
        <w:t>کہ ذاتی فائدہ آپ اٹھائیں اور دعوتی فائدہ نہ اٹھائیں۔</w:t>
      </w:r>
    </w:p>
    <w:p>
      <w:r>
        <w:rPr>
          <w:b/>
        </w:rPr>
        <w:t xml:space="preserve">[1:48:16] </w:t>
      </w:r>
      <w:r>
        <w:t>Double standard hai yeh.</w:t>
      </w:r>
    </w:p>
    <w:p>
      <w:pPr>
        <w:jc w:val="right"/>
      </w:pPr>
      <w:r>
        <w:t>Double standard ہے یہ۔</w:t>
      </w:r>
    </w:p>
    <w:p>
      <w:r>
        <w:rPr>
          <w:b/>
        </w:rPr>
        <w:t xml:space="preserve">[1:48:21] </w:t>
      </w:r>
      <w:r>
        <w:t>Double standard ke naam munafiqat hai.</w:t>
      </w:r>
    </w:p>
    <w:p>
      <w:pPr>
        <w:jc w:val="right"/>
      </w:pPr>
      <w:r>
        <w:t>Double standard کے نام منافقت ہے۔</w:t>
      </w:r>
    </w:p>
    <w:p>
      <w:r>
        <w:rPr>
          <w:b/>
        </w:rPr>
        <w:t xml:space="preserve">[1:48:25] </w:t>
      </w:r>
      <w:r>
        <w:t>yeh bohat hi ajeeb o ghareeb baat hai ke Musalman jo hain, shuru shuru mein to unhon ne</w:t>
      </w:r>
    </w:p>
    <w:p>
      <w:pPr>
        <w:jc w:val="right"/>
      </w:pPr>
      <w:r>
        <w:t>یہ بہت ہی عجیب و غریب بات ہے کہ مسلمان جو ہیں، شروع شروع میں تو انہوں نے</w:t>
      </w:r>
    </w:p>
    <w:p>
      <w:r>
        <w:rPr>
          <w:b/>
        </w:rPr>
        <w:t xml:space="preserve">[1:48:30] </w:t>
      </w:r>
      <w:r>
        <w:t>yeh bhi nahin kiya tha, shuru shuru mein nuqsan uthate rahe.</w:t>
      </w:r>
    </w:p>
    <w:p>
      <w:pPr>
        <w:jc w:val="right"/>
      </w:pPr>
      <w:r>
        <w:t>یہ بھی نہیں کیا تھا، شروع شروع میں نقصان اٹھاتے رہے۔</w:t>
      </w:r>
    </w:p>
    <w:p>
      <w:r>
        <w:rPr>
          <w:b/>
        </w:rPr>
        <w:t xml:space="preserve">[1:48:34] </w:t>
      </w:r>
      <w:r>
        <w:t>ab unhon ne dekha ke taraqqi is mein hoti hai.</w:t>
      </w:r>
    </w:p>
    <w:p>
      <w:pPr>
        <w:jc w:val="right"/>
      </w:pPr>
      <w:r>
        <w:t>اب انہوں نے دیکھا کہ ترقی اس میں ہوتی ہے۔</w:t>
      </w:r>
    </w:p>
    <w:p>
      <w:r>
        <w:rPr>
          <w:b/>
        </w:rPr>
        <w:t xml:space="preserve">[1:48:39] </w:t>
      </w:r>
      <w:r>
        <w:t>apne bachchon ko dhoom se dal diya is mein.</w:t>
      </w:r>
    </w:p>
    <w:p>
      <w:pPr>
        <w:jc w:val="right"/>
      </w:pPr>
      <w:r>
        <w:t>اپنے بچوں کو دھوم سے ڈال دیا اس میں۔</w:t>
      </w:r>
    </w:p>
    <w:p>
      <w:r>
        <w:rPr>
          <w:b/>
        </w:rPr>
        <w:t xml:space="preserve">[1:48:43] </w:t>
      </w:r>
      <w:r>
        <w:t>to yeh to munafiqat hai.</w:t>
      </w:r>
    </w:p>
    <w:p>
      <w:pPr>
        <w:jc w:val="right"/>
      </w:pPr>
      <w:r>
        <w:t>تو یہ تو منافقت ہے۔</w:t>
      </w:r>
    </w:p>
    <w:p>
      <w:r>
        <w:rPr>
          <w:b/>
        </w:rPr>
        <w:t xml:space="preserve">[1:48:48] </w:t>
      </w:r>
      <w:r>
        <w:t>a'elan bhi nahin kiya ke hamare baap dada ghalati ki thi ke is se door rakha tha.</w:t>
      </w:r>
    </w:p>
    <w:p>
      <w:pPr>
        <w:jc w:val="right"/>
      </w:pPr>
      <w:r>
        <w:t>اعلان بھی نہیں کیا کہ ہمارے باپ دادا غلطی کی تھی کہ اس سے دور رکھا تھا۔</w:t>
      </w:r>
    </w:p>
    <w:p>
      <w:r>
        <w:rPr>
          <w:b/>
        </w:rPr>
        <w:t xml:space="preserve">[1:48:53] </w:t>
      </w:r>
      <w:r>
        <w:t>dhoom se apne bachchon ko padhate hain angrezi, Modern Science, bhonk dete hain un ko Europe, America padhne ke liye.</w:t>
      </w:r>
    </w:p>
    <w:p>
      <w:pPr>
        <w:jc w:val="right"/>
      </w:pPr>
      <w:r>
        <w:t>دھوم سے اپنے بچوں کو پڑھاتے ہیں انگریزی، Modern Science، بھونک دیتے ہیں ان کو یورپ، امریکہ پڑھنے کے لیے۔</w:t>
      </w:r>
    </w:p>
    <w:p>
      <w:r>
        <w:rPr>
          <w:b/>
        </w:rPr>
        <w:t xml:space="preserve">[1:48:57] </w:t>
      </w:r>
      <w:r>
        <w:t>lekin ailaan nahin kiya ke hum ghalati par thay jo hum ne usay boycott kiya.</w:t>
      </w:r>
    </w:p>
    <w:p>
      <w:pPr>
        <w:jc w:val="right"/>
      </w:pPr>
      <w:r>
        <w:t>لیکن اعلان نہیں کیا کہ ہم غلطی پر تھے جو ہم نے اسے boycott کیا۔</w:t>
      </w:r>
    </w:p>
    <w:p>
      <w:r>
        <w:rPr>
          <w:b/>
        </w:rPr>
        <w:t xml:space="preserve">[1:49:02] </w:t>
      </w:r>
      <w:r>
        <w:t>aur un mawaqe ko dawat ke liye istemal karna, yeh to bilkul, yaani yeh bilkul hi ghayab hai.</w:t>
      </w:r>
    </w:p>
    <w:p>
      <w:pPr>
        <w:jc w:val="right"/>
      </w:pPr>
      <w:r>
        <w:t>اور ان مواقع کو دعوت کے لیے استعمال کرنا، یہ تو بالکل، یعنی یہ بالکل ہی غائب ہے۔</w:t>
      </w:r>
    </w:p>
    <w:p>
      <w:r>
        <w:rPr>
          <w:b/>
        </w:rPr>
        <w:t xml:space="preserve">[1:49:06] </w:t>
      </w:r>
      <w:r>
        <w:t>kisi musalman ke andar yeh shaoor hi nahin hai ke un mawaqe ko dawat ke liye istemal kiya jaye.</w:t>
      </w:r>
    </w:p>
    <w:p>
      <w:pPr>
        <w:jc w:val="right"/>
      </w:pPr>
      <w:r>
        <w:t>کسی مسلمان کے اندر یہ شعور ہی نہیں ہے کہ ان مواقع کو دعوت کے لیے استعمال کیا جائے۔</w:t>
      </w:r>
    </w:p>
    <w:p>
      <w:r>
        <w:rPr>
          <w:b/>
        </w:rPr>
        <w:t xml:space="preserve">[1:49:11] </w:t>
      </w:r>
      <w:r>
        <w:t>to yeh to ghalati dar ghalati hai.</w:t>
      </w:r>
    </w:p>
    <w:p>
      <w:pPr>
        <w:jc w:val="right"/>
      </w:pPr>
      <w:r>
        <w:t>تو یہ تو غلطی در غلطی ہے۔</w:t>
      </w:r>
    </w:p>
    <w:p>
      <w:r>
        <w:rPr>
          <w:b/>
        </w:rPr>
        <w:t xml:space="preserve">[1:49:15] </w:t>
      </w:r>
      <w:r>
        <w:t>ab bohat ziyada sangin baat hai, bohat serious baat hai yeh.</w:t>
      </w:r>
    </w:p>
    <w:p>
      <w:pPr>
        <w:jc w:val="right"/>
      </w:pPr>
      <w:r>
        <w:t>اب بہت زیادہ سنگین بات ہے، بہت serious بات ہے یہ۔</w:t>
      </w:r>
    </w:p>
    <w:p>
      <w:r>
        <w:rPr>
          <w:b/>
        </w:rPr>
        <w:t xml:space="preserve">[1:49:20] </w:t>
      </w:r>
      <w:r>
        <w:t>ke bohat pakar ki baat hai yeh.</w:t>
      </w:r>
    </w:p>
    <w:p>
      <w:pPr>
        <w:jc w:val="right"/>
      </w:pPr>
      <w:r>
        <w:t>کہ بہت پکڑ کی بات ہے یہ۔</w:t>
      </w:r>
    </w:p>
    <w:p>
      <w:r>
        <w:rPr>
          <w:b/>
        </w:rPr>
        <w:t xml:space="preserve">[1:49:24] </w:t>
      </w:r>
      <w:r>
        <w:t>ke jis cheez ka faida aap ko apne bachchon ke liye nazar aa gaya, usi cheez ka faida</w:t>
      </w:r>
    </w:p>
    <w:p>
      <w:pPr>
        <w:jc w:val="right"/>
      </w:pPr>
      <w:r>
        <w:t>کہ جس چیز کا فائدہ آپ کو اپنے بچوں کے لیے نظر آ گیا، اسی چیز کا فائدہ</w:t>
      </w:r>
    </w:p>
    <w:p>
      <w:r>
        <w:rPr>
          <w:b/>
        </w:rPr>
        <w:t xml:space="preserve">[1:49:29] </w:t>
      </w:r>
      <w:r>
        <w:t>deen ke liye kyun nazar nahin aaya? Kya Khuda poochega nahin? Yakeenan poochega.</w:t>
      </w:r>
    </w:p>
    <w:p>
      <w:pPr>
        <w:jc w:val="right"/>
      </w:pPr>
      <w:r>
        <w:t>دین کے لیے کیوں نظر نہیں آیا؟ کیا خدا پوچھے گا نہیں؟ یقینا پوچھے گا۔</w:t>
      </w:r>
    </w:p>
    <w:p>
      <w:r>
        <w:rPr>
          <w:b/>
        </w:rPr>
        <w:t xml:space="preserve">[1:49:34] </w:t>
      </w:r>
      <w:r>
        <w:t>Maulana Amanullah Riyazi ne Dilli se likha hai: "Ek sahib se baat hui, unhon ne kaha ke</w:t>
      </w:r>
    </w:p>
    <w:p>
      <w:pPr>
        <w:jc w:val="right"/>
      </w:pPr>
      <w:r>
        <w:t>مولانا امان اللہ ریاضی نے دلی سے لکھا ہے: "ایک صاحب سے بات ہوئی، انہوں نے کہا کہ</w:t>
      </w:r>
    </w:p>
    <w:p>
      <w:r>
        <w:rPr>
          <w:b/>
        </w:rPr>
        <w:t xml:space="preserve">[1:49:38] </w:t>
      </w:r>
      <w:r>
        <w:t>wazifa padhne se bhi tazkiya hota hai aur ghore o fikr karne se bhi." Maulana, is baat ko clear kijiye.</w:t>
      </w:r>
    </w:p>
    <w:p>
      <w:pPr>
        <w:jc w:val="right"/>
      </w:pPr>
      <w:r>
        <w:t>وظیفہ پڑھنے سے بھی تزکیہ ہوتا ہے اور غور و فکر کرنے سے بھی۔" مولانا، اس بات کو clear کیجیے۔</w:t>
      </w:r>
    </w:p>
    <w:p>
      <w:r>
        <w:rPr>
          <w:b/>
        </w:rPr>
        <w:t xml:space="preserve">[1:49:43] </w:t>
      </w:r>
      <w:r>
        <w:t>mujhe yeh bataiye ke wazifa padhne ka tareeqa kis rasool se aur kahan saabit hai? Yeh to bidat hai.</w:t>
      </w:r>
    </w:p>
    <w:p>
      <w:pPr>
        <w:jc w:val="right"/>
      </w:pPr>
      <w:r>
        <w:t>مجھے یہ بتائیے کہ وظیفہ پڑھنے کا طریقہ کس رسول سے اور کہاں ثابت ہے؟ یہ تو بدعت ہے۔</w:t>
      </w:r>
    </w:p>
    <w:p>
      <w:r>
        <w:rPr>
          <w:b/>
        </w:rPr>
        <w:t xml:space="preserve">[1:49:47] </w:t>
      </w:r>
      <w:r>
        <w:t>masla yeh nahin hai.</w:t>
      </w:r>
    </w:p>
    <w:p>
      <w:pPr>
        <w:jc w:val="right"/>
      </w:pPr>
      <w:r>
        <w:t>مسئلہ یہ نہیں ہے۔</w:t>
      </w:r>
    </w:p>
    <w:p>
      <w:r>
        <w:rPr>
          <w:b/>
        </w:rPr>
        <w:t xml:space="preserve">[1:49:52] </w:t>
      </w:r>
      <w:r>
        <w:t>masla yeh hai ke koi yeh saabit kare ke Rasool Allah wazifa padhte thay, Sahaba wazifa padhte thay.</w:t>
      </w:r>
    </w:p>
    <w:p>
      <w:pPr>
        <w:jc w:val="right"/>
      </w:pPr>
      <w:r>
        <w:t>مسئلہ یہ ہے کہ کوئی یہ ثابت کرے کہ رسول اللہ وظیفہ پڑھتے تھے، صحابہ وظیفہ پڑھتے تھے۔</w:t>
      </w:r>
    </w:p>
    <w:p>
      <w:r>
        <w:rPr>
          <w:b/>
        </w:rPr>
        <w:t xml:space="preserve">[1:49:56] </w:t>
      </w:r>
      <w:r>
        <w:t>agar nahin hai to phir wohi hadith aap par mantiq hogi ke man adhas fi amri nahada ma</w:t>
      </w:r>
    </w:p>
    <w:p>
      <w:pPr>
        <w:jc w:val="right"/>
      </w:pPr>
      <w:r>
        <w:t>اگر نہیں ہے تو پھر وہی حدیث آپ پر منطبق ہوگی کہ مَنْ أَدْهَسَ فِي أَمْرِ نَهَاضَعَ مَا</w:t>
      </w:r>
    </w:p>
    <w:p>
      <w:r>
        <w:rPr>
          <w:b/>
        </w:rPr>
        <w:t xml:space="preserve">[1:50:01] </w:t>
      </w:r>
      <w:r>
        <w:t>la subbuh woh reject kar diya jayega.</w:t>
      </w:r>
    </w:p>
    <w:p>
      <w:pPr>
        <w:jc w:val="right"/>
      </w:pPr>
      <w:r>
        <w:t>لَا سُبْبٌ وہ reject کر دیا جائے گا۔</w:t>
      </w:r>
    </w:p>
    <w:p>
      <w:r>
        <w:rPr>
          <w:b/>
        </w:rPr>
        <w:t xml:space="preserve">[1:50:05] </w:t>
      </w:r>
      <w:r>
        <w:t>kisi ka kehna hai ke mujhe faida milta hai, yeh koi qabil e aitbaar baat nahin hai.</w:t>
      </w:r>
    </w:p>
    <w:p>
      <w:pPr>
        <w:jc w:val="right"/>
      </w:pPr>
      <w:r>
        <w:t>کسی کا کہنا ہے کہ مجھے فائدہ ملتا ہے، یہ کوئی قابل اعتبار بات نہیں ہے۔</w:t>
      </w:r>
    </w:p>
    <w:p>
      <w:r>
        <w:rPr>
          <w:b/>
        </w:rPr>
        <w:t xml:space="preserve">[1:50:10] </w:t>
      </w:r>
      <w:r>
        <w:t>aap ko faida milta hai, nahin milta, yeh ek aap jaaniye.</w:t>
      </w:r>
    </w:p>
    <w:p>
      <w:pPr>
        <w:jc w:val="right"/>
      </w:pPr>
      <w:r>
        <w:t>آپ کو فائدہ ملتا ہے، نہیں ملتا، یہ ایک آپ جانیے۔</w:t>
      </w:r>
    </w:p>
    <w:p>
      <w:r>
        <w:rPr>
          <w:b/>
        </w:rPr>
        <w:t xml:space="preserve">[1:50:15] </w:t>
      </w:r>
      <w:r>
        <w:t>aap ko yeh saabit karna padega ke Rasool Allah ke Quran mein aisa likha hua hai, Rasool</w:t>
      </w:r>
    </w:p>
    <w:p>
      <w:pPr>
        <w:jc w:val="right"/>
      </w:pPr>
      <w:r>
        <w:t>آپ کو یہ ثابت کرنا پڑے گا کہ رسول اللہ کے قرآن میں ایسا لکھا ہوا ہے، رسول</w:t>
      </w:r>
    </w:p>
    <w:p>
      <w:r>
        <w:rPr>
          <w:b/>
        </w:rPr>
        <w:t xml:space="preserve">[1:50:19] </w:t>
      </w:r>
      <w:r>
        <w:t>Allah ka yeh tareeqa tha, Sahaba aisa karte thay.</w:t>
      </w:r>
    </w:p>
    <w:p>
      <w:pPr>
        <w:jc w:val="right"/>
      </w:pPr>
      <w:r>
        <w:t>اللہ کا یہ طریقہ تھا، صحابہ ایسا کرتے تھے۔</w:t>
      </w:r>
    </w:p>
    <w:p>
      <w:r>
        <w:rPr>
          <w:b/>
        </w:rPr>
        <w:t xml:space="preserve">[1:50:24] </w:t>
      </w:r>
      <w:r>
        <w:t>to wahan se koi suboot nahin de sakta koi is ka.</w:t>
      </w:r>
    </w:p>
    <w:p>
      <w:pPr>
        <w:jc w:val="right"/>
      </w:pPr>
      <w:r>
        <w:t>تو وہاں سے کوئی ثبوت نہیں دے سکتا کوئی اس کا۔</w:t>
      </w:r>
    </w:p>
    <w:p>
      <w:r>
        <w:rPr>
          <w:b/>
        </w:rPr>
        <w:t xml:space="preserve">[1:50:28] </w:t>
      </w:r>
      <w:r>
        <w:t>yeh wazifa ka tareeqa hai to sirtasir bidat hai yeh.</w:t>
      </w:r>
    </w:p>
    <w:p>
      <w:pPr>
        <w:jc w:val="right"/>
      </w:pPr>
      <w:r>
        <w:t>یہ وظیفہ کا طریقہ ہے تو سرتاسر بدعت ہے یہ۔</w:t>
      </w:r>
    </w:p>
    <w:p>
      <w:r>
        <w:rPr>
          <w:b/>
        </w:rPr>
        <w:t xml:space="preserve">[1:50:33] </w:t>
      </w:r>
      <w:r>
        <w:t>iska koi taalluq shariyat se hai nahin, qatan nahin hai.</w:t>
      </w:r>
    </w:p>
    <w:p>
      <w:pPr>
        <w:jc w:val="right"/>
      </w:pPr>
      <w:r>
        <w:t>اس کا کوئی تعلق شریعت سے ہے نہیں، قطعاً نہیں ہے۔</w:t>
      </w:r>
    </w:p>
    <w:p>
      <w:r>
        <w:rPr>
          <w:b/>
        </w:rPr>
        <w:t xml:space="preserve">[1:50:37] </w:t>
      </w:r>
      <w:r>
        <w:t>ek bohat baray Sahabi thay, Abu Dardah.</w:t>
      </w:r>
    </w:p>
    <w:p>
      <w:pPr>
        <w:jc w:val="right"/>
      </w:pPr>
      <w:r>
        <w:t>ایک بہت بڑے صحابی تھے، ابو دردہ۔</w:t>
      </w:r>
    </w:p>
    <w:p>
      <w:r>
        <w:rPr>
          <w:b/>
        </w:rPr>
        <w:t xml:space="preserve">[1:50:42] </w:t>
      </w:r>
      <w:r>
        <w:t>to un ke mout ke baad ek shakhs gaya un ki biwi ke paas poochne ke liye.</w:t>
      </w:r>
    </w:p>
    <w:p>
      <w:pPr>
        <w:jc w:val="right"/>
      </w:pPr>
      <w:r>
        <w:t>تو ان کے موت کے بعد ایک شخص گیا ان کی بیوی کے پاس پوچھنے کے لیے۔</w:t>
      </w:r>
    </w:p>
    <w:p>
      <w:r>
        <w:rPr>
          <w:b/>
        </w:rPr>
        <w:t xml:space="preserve">[1:50:46] </w:t>
      </w:r>
      <w:r>
        <w:t>yahi puchne ke liye, un ka wazifa kya tha? yeh woh tabai tha, woh aadmi jo puchne gaya tha.</w:t>
      </w:r>
    </w:p>
    <w:p>
      <w:pPr>
        <w:jc w:val="right"/>
      </w:pPr>
      <w:r>
        <w:t>یہی پوچھنے کے لیے، ان کا وظیفہ کیا تھا؟ یہ وہ تابعی تھا، وہ آدمی جو پوچھنے گیا تھا۔</w:t>
      </w:r>
    </w:p>
    <w:p>
      <w:r>
        <w:rPr>
          <w:b/>
        </w:rPr>
        <w:t xml:space="preserve">[1:50:51] </w:t>
      </w:r>
      <w:r>
        <w:t>yani baad ke khayalat jab aa chuke the.</w:t>
      </w:r>
    </w:p>
    <w:p>
      <w:pPr>
        <w:jc w:val="right"/>
      </w:pPr>
      <w:r>
        <w:t>یعنی بعد کے خیالات جب آ چکے تھے۔</w:t>
      </w:r>
    </w:p>
    <w:p>
      <w:r>
        <w:rPr>
          <w:b/>
        </w:rPr>
        <w:t xml:space="preserve">[1:50:56] </w:t>
      </w:r>
      <w:r>
        <w:t>to unhon ne kaha al-tafakkur wal-i'tibar ghawr o fikr karna.</w:t>
      </w:r>
    </w:p>
    <w:p>
      <w:pPr>
        <w:jc w:val="right"/>
      </w:pPr>
      <w:r>
        <w:t>تو انہوں نے کہا التَّفَكُّرُ وَالْاِعْتَبَارُ غور و فکر کرنا۔</w:t>
      </w:r>
    </w:p>
    <w:p>
      <w:r>
        <w:rPr>
          <w:b/>
        </w:rPr>
        <w:t xml:space="preserve">[1:51:00] </w:t>
      </w:r>
      <w:r>
        <w:t>aur koi wazifa nahi tha un ka.</w:t>
      </w:r>
    </w:p>
    <w:p>
      <w:pPr>
        <w:jc w:val="right"/>
      </w:pPr>
      <w:r>
        <w:t>اور کوئی وظیفہ نہیں تھا ان کا۔</w:t>
      </w:r>
    </w:p>
    <w:p>
      <w:r>
        <w:rPr>
          <w:b/>
        </w:rPr>
        <w:t xml:space="preserve">[1:51:05] </w:t>
      </w:r>
      <w:r>
        <w:t>al-tafakkur wal-i'tibar i'tibar ka matlab hai 'ibrat pakadna, nasihat lena.</w:t>
      </w:r>
    </w:p>
    <w:p>
      <w:pPr>
        <w:jc w:val="right"/>
      </w:pPr>
      <w:r>
        <w:t>التَّفَكُّرُ وَالْاِعْتَبَارُ اعتبار کا مطلب ہے عبرت پکڑنا، نصیحت لینا۔</w:t>
      </w:r>
    </w:p>
    <w:p>
      <w:r>
        <w:rPr>
          <w:b/>
        </w:rPr>
        <w:t xml:space="preserve">[1:51:09] </w:t>
      </w:r>
      <w:r>
        <w:t>yani sochna aur nasihat pakadna.</w:t>
      </w:r>
    </w:p>
    <w:p>
      <w:pPr>
        <w:jc w:val="right"/>
      </w:pPr>
      <w:r>
        <w:t>یعنی سوچنا اور نصیحت پکڑنا۔</w:t>
      </w:r>
    </w:p>
    <w:p>
      <w:r>
        <w:rPr>
          <w:b/>
        </w:rPr>
        <w:t xml:space="preserve">[1:51:14] </w:t>
      </w:r>
      <w:r>
        <w:t>yeh tha un ka wazifa.</w:t>
      </w:r>
    </w:p>
    <w:p>
      <w:pPr>
        <w:jc w:val="right"/>
      </w:pPr>
      <w:r>
        <w:t>یہ تھا ان کا وظیفہ۔</w:t>
      </w:r>
    </w:p>
    <w:p>
      <w:r>
        <w:rPr>
          <w:b/>
        </w:rPr>
        <w:t xml:space="preserve">[1:51:18] </w:t>
      </w:r>
      <w:r>
        <w:t>ab jo wazife nikale gaye hain to koi sabit kare ke yeh quran o hadith mein hai, nahi</w:t>
      </w:r>
    </w:p>
    <w:p>
      <w:pPr>
        <w:jc w:val="right"/>
      </w:pPr>
      <w:r>
        <w:t>اب جو وظیفے نکالے گئے ہیں تو کوئی ثابت کرے کہ یہ قرآن و حدیث میں ہے، نہیں</w:t>
      </w:r>
    </w:p>
    <w:p>
      <w:r>
        <w:rPr>
          <w:b/>
        </w:rPr>
        <w:t xml:space="preserve">[1:51:23] </w:t>
      </w:r>
      <w:r>
        <w:t>hai to phir in ko foran ke fehrist mein daal diya jayega in ko.</w:t>
      </w:r>
    </w:p>
    <w:p>
      <w:pPr>
        <w:jc w:val="right"/>
      </w:pPr>
      <w:r>
        <w:t>ہے تو پھر ان کو فوراً کے فہرست میں ڈال دیا جائے گا ان کو۔</w:t>
      </w:r>
    </w:p>
    <w:p>
      <w:r>
        <w:rPr>
          <w:b/>
        </w:rPr>
        <w:t xml:space="preserve">[1:51:27] </w:t>
      </w:r>
      <w:r>
        <w:t>Miss Aisha Zikwan ne Dilli se likha hai: According to a hadith, one who does not thank people</w:t>
      </w:r>
    </w:p>
    <w:p>
      <w:pPr>
        <w:jc w:val="right"/>
      </w:pPr>
      <w:r>
        <w:t>Miss عائشہ زکوان نے دلی سے لکھا ہے: According to a hadith, one who does not thank people</w:t>
      </w:r>
    </w:p>
    <w:p>
      <w:r>
        <w:rPr>
          <w:b/>
        </w:rPr>
        <w:t xml:space="preserve">[1:51:32] </w:t>
      </w:r>
      <w:r>
        <w:t>does not thank God.</w:t>
      </w:r>
    </w:p>
    <w:p>
      <w:pPr>
        <w:jc w:val="right"/>
      </w:pPr>
      <w:r>
        <w:t>does not thank God.</w:t>
      </w:r>
    </w:p>
    <w:p>
      <w:r>
        <w:rPr>
          <w:b/>
        </w:rPr>
        <w:t xml:space="preserve">[1:51:37] </w:t>
      </w:r>
      <w:r>
        <w:t>molana, in this hadith, why is thanking people mentioned before thanking God?</w:t>
      </w:r>
    </w:p>
    <w:p>
      <w:pPr>
        <w:jc w:val="right"/>
      </w:pPr>
      <w:r>
        <w:t>مولانا، in this hadith, why is thanking people mentioned before thanking God?</w:t>
      </w:r>
    </w:p>
    <w:p>
      <w:r>
        <w:rPr>
          <w:b/>
        </w:rPr>
        <w:t xml:space="preserve">[1:51:42] </w:t>
      </w:r>
      <w:r>
        <w:t>malam afti'alna sabaqa fi Allah.</w:t>
      </w:r>
    </w:p>
    <w:p>
      <w:pPr>
        <w:jc w:val="right"/>
      </w:pPr>
      <w:r>
        <w:t>مَلَّمْ اَفْتِعِلْنَا سَبَقَ فِي اللَّهِ۔</w:t>
      </w:r>
    </w:p>
    <w:p>
      <w:r>
        <w:rPr>
          <w:b/>
        </w:rPr>
        <w:t xml:space="preserve">[1:51:44] </w:t>
      </w:r>
      <w:r>
        <w:t>pehla sabqa to insaan se parhta hai.</w:t>
      </w:r>
    </w:p>
    <w:p>
      <w:pPr>
        <w:jc w:val="right"/>
      </w:pPr>
      <w:r>
        <w:t>پہلا سابقہ تو انسان سے پڑھتا ہے۔</w:t>
      </w:r>
    </w:p>
    <w:p>
      <w:r>
        <w:rPr>
          <w:b/>
        </w:rPr>
        <w:t xml:space="preserve">[1:51:47] </w:t>
      </w:r>
      <w:r>
        <w:t>ghar mein, bahar, har waqt insaan sabqa parhta hai.</w:t>
      </w:r>
    </w:p>
    <w:p>
      <w:pPr>
        <w:jc w:val="right"/>
      </w:pPr>
      <w:r>
        <w:t>گھر میں، باہر، ہر وقت انسان سابقہ پڑھتا ہے۔</w:t>
      </w:r>
    </w:p>
    <w:p>
      <w:r>
        <w:rPr>
          <w:b/>
        </w:rPr>
        <w:t xml:space="preserve">[1:51:51] </w:t>
      </w:r>
      <w:r>
        <w:t>yani Khuda ke liye to aap sochenge tab aap ka Khuda se mind aap ke mind mein</w:t>
      </w:r>
    </w:p>
    <w:p>
      <w:pPr>
        <w:jc w:val="right"/>
      </w:pPr>
      <w:r>
        <w:t>یعنی خدا کے لیے تو آپ سوچیں گے تب آپ کا خدا سے mind آپ کے mind میں</w:t>
      </w:r>
    </w:p>
    <w:p>
      <w:r>
        <w:rPr>
          <w:b/>
        </w:rPr>
        <w:t xml:space="preserve">[1:51:58] </w:t>
      </w:r>
      <w:r>
        <w:t>aayega.</w:t>
      </w:r>
    </w:p>
    <w:p>
      <w:pPr>
        <w:jc w:val="right"/>
      </w:pPr>
      <w:r>
        <w:t>آئے گا۔</w:t>
      </w:r>
    </w:p>
    <w:p>
      <w:r>
        <w:rPr>
          <w:b/>
        </w:rPr>
        <w:t xml:space="preserve">[1:52:00] </w:t>
      </w:r>
      <w:r>
        <w:t>lekin insaan se to har waqt sabqa parhta hai.</w:t>
      </w:r>
    </w:p>
    <w:p>
      <w:pPr>
        <w:jc w:val="right"/>
      </w:pPr>
      <w:r>
        <w:t>لیکن انسان سے تو ہر وقت سابقہ پڑھتا ہے۔</w:t>
      </w:r>
    </w:p>
    <w:p>
      <w:r>
        <w:rPr>
          <w:b/>
        </w:rPr>
        <w:t xml:space="preserve">[1:52:04] </w:t>
      </w:r>
      <w:r>
        <w:t>to insaan jin se har waqt sabqa parhta hai, is sabqe ke dauran agar aap ke andar shukr</w:t>
      </w:r>
    </w:p>
    <w:p>
      <w:pPr>
        <w:jc w:val="right"/>
      </w:pPr>
      <w:r>
        <w:t>تو انسان جن سے ہر وقت سابقہ پڑھتا ہے، اس سابقے کے دوران اگر آپ کے اندر شکر</w:t>
      </w:r>
    </w:p>
    <w:p>
      <w:r>
        <w:rPr>
          <w:b/>
        </w:rPr>
        <w:t xml:space="preserve">[1:52:11] </w:t>
      </w:r>
      <w:r>
        <w:t>ke jazbaat ka izhaar nahi hua, is ka matlab hai ke aap is aitbaar se khaali hain.</w:t>
      </w:r>
    </w:p>
    <w:p>
      <w:pPr>
        <w:jc w:val="right"/>
      </w:pPr>
      <w:r>
        <w:t>کے جذبات کا اظہار نہیں ہوا، اس کا معنی ہے کہ آپ اس اعتبار سے خالی ہیں۔</w:t>
      </w:r>
    </w:p>
    <w:p>
      <w:r>
        <w:rPr>
          <w:b/>
        </w:rPr>
        <w:t xml:space="preserve">[1:52:19] </w:t>
      </w:r>
      <w:r>
        <w:t>yani har waqt insaanon se balle ke waqt is ka izhaar hota hai.</w:t>
      </w:r>
    </w:p>
    <w:p>
      <w:pPr>
        <w:jc w:val="right"/>
      </w:pPr>
      <w:r>
        <w:t>یعنی ہر وقت انسانوں سے بلے کے وقت اس کا اظہار ہوتا ہے۔</w:t>
      </w:r>
    </w:p>
    <w:p>
      <w:r>
        <w:rPr>
          <w:b/>
        </w:rPr>
        <w:t xml:space="preserve">[1:52:24] </w:t>
      </w:r>
      <w:r>
        <w:t>to insaanon se ke darmiyan jab shukr ke jazbaat zahir nahi hote to is ka matlab hai ke</w:t>
      </w:r>
    </w:p>
    <w:p>
      <w:pPr>
        <w:jc w:val="right"/>
      </w:pPr>
      <w:r>
        <w:t>تو انسانوں سے کے درمیان جب شکر کے جذبات ظاہر نہیں ہوتے تو اس کا معنی ہے کہ</w:t>
      </w:r>
    </w:p>
    <w:p>
      <w:r>
        <w:rPr>
          <w:b/>
        </w:rPr>
        <w:t xml:space="preserve">[1:52:32] </w:t>
      </w:r>
      <w:r>
        <w:t>aadmi khaali hai is se.</w:t>
      </w:r>
    </w:p>
    <w:p>
      <w:pPr>
        <w:jc w:val="right"/>
      </w:pPr>
      <w:r>
        <w:t>آدمی خالی ہے اس سے۔</w:t>
      </w:r>
    </w:p>
    <w:p>
      <w:r>
        <w:rPr>
          <w:b/>
        </w:rPr>
        <w:t xml:space="preserve">[1:52:34] </w:t>
      </w:r>
      <w:r>
        <w:t>jab khaali hai to Khuda ke saamne bhi khaali rahega woh.</w:t>
      </w:r>
    </w:p>
    <w:p>
      <w:pPr>
        <w:jc w:val="right"/>
      </w:pPr>
      <w:r>
        <w:t>جب خالی ہے تو خدا کے سامنے بھی خالی رہے گا وہ۔</w:t>
      </w:r>
    </w:p>
    <w:p>
      <w:r>
        <w:rPr>
          <w:b/>
        </w:rPr>
        <w:t xml:space="preserve">[1:52:39] </w:t>
      </w:r>
      <w:r>
        <w:t>to yeh to ek fitri baat hai.</w:t>
      </w:r>
    </w:p>
    <w:p>
      <w:pPr>
        <w:jc w:val="right"/>
      </w:pPr>
      <w:r>
        <w:t>تو یہ تو ایک فطری بات ہے۔</w:t>
      </w:r>
    </w:p>
    <w:p>
      <w:r>
        <w:rPr>
          <w:b/>
        </w:rPr>
        <w:t xml:space="preserve">[1:52:42] </w:t>
      </w:r>
      <w:r>
        <w:t>is mein koi yani koi mysterious baat nahi hai.</w:t>
      </w:r>
    </w:p>
    <w:p>
      <w:pPr>
        <w:jc w:val="right"/>
      </w:pPr>
      <w:r>
        <w:t>اس میں کوئی یعنی کوئی mysterious بات نہیں ہے۔</w:t>
      </w:r>
    </w:p>
    <w:p>
      <w:r>
        <w:rPr>
          <w:b/>
        </w:rPr>
        <w:t xml:space="preserve">[1:52:46] </w:t>
      </w:r>
      <w:r>
        <w:t>molana inayatullah umri ne Dilli se likha hai: Complex kya hai? Is ka nuksan kya hai? Aur</w:t>
      </w:r>
    </w:p>
    <w:p>
      <w:pPr>
        <w:jc w:val="right"/>
      </w:pPr>
      <w:r>
        <w:t>مولانا عنایت اللہ عمری نے دلی سے لکھا ہے: Complex کیا ہے؟ اس کا نقصان کیا ہے؟ اور</w:t>
      </w:r>
    </w:p>
    <w:p>
      <w:r>
        <w:rPr>
          <w:b/>
        </w:rPr>
        <w:t xml:space="preserve">[1:52:54] </w:t>
      </w:r>
      <w:r>
        <w:t>complex free hone ka formula kya hai? Complex bhai is ko kehte hain 'uqad nafsiy.</w:t>
      </w:r>
    </w:p>
    <w:p>
      <w:pPr>
        <w:jc w:val="right"/>
      </w:pPr>
      <w:r>
        <w:t>complex free ہونے کا فارمولا کیا ہے؟ Complex بھائی اس کو کہتے ہیں عُقَدَ نَفْسِي ۔</w:t>
      </w:r>
    </w:p>
    <w:p>
      <w:r>
        <w:rPr>
          <w:b/>
        </w:rPr>
        <w:t xml:space="preserve">[1:53:01] </w:t>
      </w:r>
      <w:r>
        <w:t>'uqad nafsiy yani aap ka jo mind hai, aap ka jo zehen hai, woh tarah tarah ke khayalaat</w:t>
      </w:r>
    </w:p>
    <w:p>
      <w:pPr>
        <w:jc w:val="right"/>
      </w:pPr>
      <w:r>
        <w:t>عُقَدَ نَفْسِی یعنی آپ کا جو mind ہے، آپ کا جو ذہن ہے، وہ طرح طرح کے خیالات</w:t>
      </w:r>
    </w:p>
    <w:p>
      <w:r>
        <w:rPr>
          <w:b/>
        </w:rPr>
        <w:t xml:space="preserve">[1:53:08] </w:t>
      </w:r>
      <w:r>
        <w:t>se mutasir hota hai.</w:t>
      </w:r>
    </w:p>
    <w:p>
      <w:pPr>
        <w:jc w:val="right"/>
      </w:pPr>
      <w:r>
        <w:t>سے متاثر ہوتا ہے۔</w:t>
      </w:r>
    </w:p>
    <w:p>
      <w:r>
        <w:rPr>
          <w:b/>
        </w:rPr>
        <w:t xml:space="preserve">[1:53:10] </w:t>
      </w:r>
      <w:r>
        <w:t>is se aap ke andar ta'assub aa jata hai, nafrat aa jati hai.</w:t>
      </w:r>
    </w:p>
    <w:p>
      <w:pPr>
        <w:jc w:val="right"/>
      </w:pPr>
      <w:r>
        <w:t>اس سے آپ کے اندر تعصب آ جاتا ہے، نفرت آ جاتی ہے۔</w:t>
      </w:r>
    </w:p>
    <w:p>
      <w:r>
        <w:rPr>
          <w:b/>
        </w:rPr>
        <w:t xml:space="preserve">[1:53:16] </w:t>
      </w:r>
      <w:r>
        <w:t>kahin se aap ke andar bughz paida ho jata hai.</w:t>
      </w:r>
    </w:p>
    <w:p>
      <w:pPr>
        <w:jc w:val="right"/>
      </w:pPr>
      <w:r>
        <w:t>کہیں سے آپ کے اندر بغض پیدا ہو جاتا ہے۔</w:t>
      </w:r>
    </w:p>
    <w:p>
      <w:r>
        <w:rPr>
          <w:b/>
        </w:rPr>
        <w:t xml:space="preserve">[1:53:20] </w:t>
      </w:r>
      <w:r>
        <w:t>tarah tarah ke negative jazbaat aa jate hain dimagh mein.</w:t>
      </w:r>
    </w:p>
    <w:p>
      <w:pPr>
        <w:jc w:val="right"/>
      </w:pPr>
      <w:r>
        <w:t>طرح طرح کے negative جذبات آ جاتے ہیں دماغ میں۔</w:t>
      </w:r>
    </w:p>
    <w:p>
      <w:r>
        <w:rPr>
          <w:b/>
        </w:rPr>
        <w:t xml:space="preserve">[1:53:24] </w:t>
      </w:r>
      <w:r>
        <w:t>yeh hai 'uqad nafsiy.</w:t>
      </w:r>
    </w:p>
    <w:p>
      <w:pPr>
        <w:jc w:val="right"/>
      </w:pPr>
      <w:r>
        <w:t>یہ ہے عُقَدَ نَفْسِی۔</w:t>
      </w:r>
    </w:p>
    <w:p>
      <w:r>
        <w:rPr>
          <w:b/>
        </w:rPr>
        <w:t xml:space="preserve">[1:53:26] </w:t>
      </w:r>
      <w:r>
        <w:t>isi se complex, isi ko complex kaha jata hai.</w:t>
      </w:r>
    </w:p>
    <w:p>
      <w:pPr>
        <w:jc w:val="right"/>
      </w:pPr>
      <w:r>
        <w:t>اسی سے complex، اسی کو complex کہا جاتا ہے۔</w:t>
      </w:r>
    </w:p>
    <w:p>
      <w:r>
        <w:rPr>
          <w:b/>
        </w:rPr>
        <w:t xml:space="preserve">[1:53:30] </w:t>
      </w:r>
      <w:r>
        <w:t>to apne aap ko in sab cheezon se nikalna.</w:t>
      </w:r>
    </w:p>
    <w:p>
      <w:pPr>
        <w:jc w:val="right"/>
      </w:pPr>
      <w:r>
        <w:t>تو اپنے آپ کو ان سب چیزوں سے نکالنا۔</w:t>
      </w:r>
    </w:p>
    <w:p>
      <w:r>
        <w:rPr>
          <w:b/>
        </w:rPr>
        <w:t xml:space="preserve">[1:53:34] </w:t>
      </w:r>
      <w:r>
        <w:t>matlab nafrat aaye to us ko khatm karna.</w:t>
      </w:r>
    </w:p>
    <w:p>
      <w:pPr>
        <w:jc w:val="right"/>
      </w:pPr>
      <w:r>
        <w:t>مطلب نفرت آئے تو اس کو ختم کرنا۔</w:t>
      </w:r>
    </w:p>
    <w:p>
      <w:r>
        <w:rPr>
          <w:b/>
        </w:rPr>
        <w:t xml:space="preserve">[1:53:37] </w:t>
      </w:r>
      <w:r>
        <w:t>inteqaam aaye to khatm karna.</w:t>
      </w:r>
    </w:p>
    <w:p>
      <w:pPr>
        <w:jc w:val="right"/>
      </w:pPr>
      <w:r>
        <w:t>انتقام آئے تو ختم کرنا۔</w:t>
      </w:r>
    </w:p>
    <w:p>
      <w:r>
        <w:rPr>
          <w:b/>
        </w:rPr>
        <w:t xml:space="preserve">[1:53:39] </w:t>
      </w:r>
      <w:r>
        <w:t>ghussa aaye to khatm karna.</w:t>
      </w:r>
    </w:p>
    <w:p>
      <w:pPr>
        <w:jc w:val="right"/>
      </w:pPr>
      <w:r>
        <w:t>غصہ آئے تو ختم کرنا۔</w:t>
      </w:r>
    </w:p>
    <w:p>
      <w:r>
        <w:rPr>
          <w:b/>
        </w:rPr>
        <w:t xml:space="preserve">[1:53:41] </w:t>
      </w:r>
      <w:r>
        <w:t>taassub aaye to khatm karna.</w:t>
      </w:r>
    </w:p>
    <w:p>
      <w:pPr>
        <w:jc w:val="right"/>
      </w:pPr>
      <w:r>
        <w:t>تعصب آئے تو ختم کرنا۔</w:t>
      </w:r>
    </w:p>
    <w:p>
      <w:r>
        <w:rPr>
          <w:b/>
        </w:rPr>
        <w:t xml:space="preserve">[1:53:44] </w:t>
      </w:r>
      <w:r>
        <w:t>khatm karte karte jab aap is se apne ko azaad kar lenge to wahi hoga complex free</w:t>
      </w:r>
    </w:p>
    <w:p>
      <w:pPr>
        <w:jc w:val="right"/>
      </w:pPr>
      <w:r>
        <w:t>ختم کرتے کرتے جب آپ اس سے اپنے کو آزاد کر لیں گے تو وہی ہوگا complex free</w:t>
      </w:r>
    </w:p>
    <w:p>
      <w:r>
        <w:rPr>
          <w:b/>
        </w:rPr>
        <w:t xml:space="preserve">[1:53:51] </w:t>
      </w:r>
      <w:r>
        <w:t>mind.</w:t>
      </w:r>
    </w:p>
    <w:p>
      <w:pPr>
        <w:jc w:val="right"/>
      </w:pPr>
      <w:r>
        <w:t>mind۔</w:t>
      </w:r>
    </w:p>
    <w:p>
      <w:r>
        <w:rPr>
          <w:b/>
        </w:rPr>
        <w:t xml:space="preserve">[1:53:53] </w:t>
      </w:r>
      <w:r>
        <w:t>yani uqda-e-nafsi se paak dimaag.</w:t>
      </w:r>
    </w:p>
    <w:p>
      <w:pPr>
        <w:jc w:val="right"/>
      </w:pPr>
      <w:r>
        <w:t>یعنی عُقَدَ نَفْسِی سے پاک دماغ۔</w:t>
      </w:r>
    </w:p>
    <w:p>
      <w:r>
        <w:rPr>
          <w:b/>
        </w:rPr>
        <w:t xml:space="preserve">[1:53:55] </w:t>
      </w:r>
      <w:r>
        <w:t>isi ko quran ke lafz mein kaha gaya an-nafs-ul-mutma'innah.</w:t>
      </w:r>
    </w:p>
    <w:p>
      <w:pPr>
        <w:jc w:val="right"/>
      </w:pPr>
      <w:r>
        <w:t>اسی کو قرآن کے لفظ میں کہا گیا النَّفْسُ الْمُطْمَئِنَّةَ ۔</w:t>
      </w:r>
    </w:p>
    <w:p>
      <w:r>
        <w:rPr>
          <w:b/>
        </w:rPr>
        <w:t xml:space="preserve">[1:54:00] </w:t>
      </w:r>
      <w:r>
        <w:t>an-nafs-ul-mutma'innah jo surah al-fajr mein hai, is ka matlab hai complex free soul.</w:t>
      </w:r>
    </w:p>
    <w:p>
      <w:pPr>
        <w:jc w:val="right"/>
      </w:pPr>
      <w:r>
        <w:t>النَّفْسُ الْمُطْمَئِنَّةَ جو سورہ الفجر میں ہے، اس کا مطلب ہے complex free soul۔</w:t>
      </w:r>
    </w:p>
    <w:p>
      <w:r>
        <w:rPr>
          <w:b/>
        </w:rPr>
        <w:t xml:space="preserve">[1:54:06] </w:t>
      </w:r>
      <w:r>
        <w:t>to quran ke mutabiq an-nafs-ul-mutma'innah ke liye jannat hai.</w:t>
      </w:r>
    </w:p>
    <w:p>
      <w:pPr>
        <w:jc w:val="right"/>
      </w:pPr>
      <w:r>
        <w:t>تو قرآن کے مطابق النَّفْسُ الْمُطْمَئِنَّةَ کے لیے جنت ہے۔</w:t>
      </w:r>
    </w:p>
    <w:p>
      <w:r>
        <w:rPr>
          <w:b/>
        </w:rPr>
        <w:t xml:space="preserve">[1:54:10] </w:t>
      </w:r>
      <w:r>
        <w:t>jise aap sab se sab se kam tay ka, is se andaaza hota hai ke complex free soul</w:t>
      </w:r>
    </w:p>
    <w:p>
      <w:pPr>
        <w:jc w:val="right"/>
      </w:pPr>
      <w:r>
        <w:t>جسے آپ سب سے سب سے کم طے کا، اس سے اندازہ ہوتا ہے کہ complex free soul</w:t>
      </w:r>
    </w:p>
    <w:p>
      <w:r>
        <w:rPr>
          <w:b/>
        </w:rPr>
        <w:t xml:space="preserve">[1:54:18] </w:t>
      </w:r>
      <w:r>
        <w:t>hona kitna zyada important hai.</w:t>
      </w:r>
    </w:p>
    <w:p>
      <w:pPr>
        <w:jc w:val="right"/>
      </w:pPr>
      <w:r>
        <w:t>ہونا کتنا زیادہ important ہے۔</w:t>
      </w:r>
    </w:p>
    <w:p>
      <w:r>
        <w:rPr>
          <w:b/>
        </w:rPr>
        <w:t xml:space="preserve">[1:54:20] </w:t>
      </w:r>
      <w:r>
        <w:t>is ke paas jannati mujtaba hai.</w:t>
      </w:r>
    </w:p>
    <w:p>
      <w:pPr>
        <w:jc w:val="right"/>
      </w:pPr>
      <w:r>
        <w:t>اس کے پاس جنتی مجتبیٰ ہے۔</w:t>
      </w:r>
    </w:p>
    <w:p>
      <w:r>
        <w:rPr>
          <w:b/>
        </w:rPr>
        <w:t xml:space="preserve">[1:54:23] </w:t>
      </w:r>
      <w:r>
        <w:t>to har qism ke negative sentiment, har qism ke manfi jazbaat se paak kar ke apne ko complex</w:t>
      </w:r>
    </w:p>
    <w:p>
      <w:pPr>
        <w:jc w:val="right"/>
      </w:pPr>
      <w:r>
        <w:t>تو ہر قسم کے negative sentiment، ہر قسم کے منفی جذبات سے پاک کر کے اپنے کو complex</w:t>
      </w:r>
    </w:p>
    <w:p>
      <w:r>
        <w:rPr>
          <w:b/>
        </w:rPr>
        <w:t xml:space="preserve">[1:54:30] </w:t>
      </w:r>
      <w:r>
        <w:t>free banana, complex free banana zaroori hai.</w:t>
      </w:r>
    </w:p>
    <w:p>
      <w:pPr>
        <w:jc w:val="right"/>
      </w:pPr>
      <w:r>
        <w:t>free بنانا، complex free بنانا ضروری ہے۔</w:t>
      </w:r>
    </w:p>
    <w:p>
      <w:r>
        <w:rPr>
          <w:b/>
        </w:rPr>
        <w:t xml:space="preserve">[1:54:33] </w:t>
      </w:r>
      <w:r>
        <w:t>kyun ke is ke baad jannat ka dakhla hi nahi milega.</w:t>
      </w:r>
    </w:p>
    <w:p>
      <w:pPr>
        <w:jc w:val="right"/>
      </w:pPr>
      <w:r>
        <w:t>کیونکہ اس کے بعد جنت کا داخلہ ہی نہیں ملے گا۔</w:t>
      </w:r>
    </w:p>
    <w:p>
      <w:r>
        <w:rPr>
          <w:b/>
        </w:rPr>
        <w:t xml:space="preserve">[1:54:38] </w:t>
      </w:r>
      <w:r>
        <w:t>maulana, unhon ne poocha tha is ka aur is ka formula kya hai? to is ke baray mein</w:t>
      </w:r>
    </w:p>
    <w:p>
      <w:pPr>
        <w:jc w:val="right"/>
      </w:pPr>
      <w:r>
        <w:t>مولانا، انہوں نے پوچھا تھا اس کا اور اس کا فارمولا کیا ہے؟ تو اس کے بارے میں</w:t>
      </w:r>
    </w:p>
    <w:p>
      <w:r>
        <w:rPr>
          <w:b/>
        </w:rPr>
        <w:t xml:space="preserve">[1:54:46] </w:t>
      </w:r>
      <w:r>
        <w:t>aap kya kahenge? formula? hmm, formula hai muhasabah.</w:t>
      </w:r>
    </w:p>
    <w:p>
      <w:pPr>
        <w:jc w:val="right"/>
      </w:pPr>
      <w:r>
        <w:t>آپ کیا کہیں گے؟ فارمولا؟ ہمم، فارمولا ہے محاسبہ۔</w:t>
      </w:r>
    </w:p>
    <w:p>
      <w:r>
        <w:rPr>
          <w:b/>
        </w:rPr>
        <w:t xml:space="preserve">[1:54:50] </w:t>
      </w:r>
      <w:r>
        <w:t>apne khilaaf sochna.</w:t>
      </w:r>
    </w:p>
    <w:p>
      <w:pPr>
        <w:jc w:val="right"/>
      </w:pPr>
      <w:r>
        <w:t>اپنے خلاف سوچنا۔</w:t>
      </w:r>
    </w:p>
    <w:p>
      <w:r>
        <w:rPr>
          <w:b/>
        </w:rPr>
        <w:t xml:space="preserve">[1:54:51] </w:t>
      </w:r>
      <w:r>
        <w:t>anti-self thinking.</w:t>
      </w:r>
    </w:p>
    <w:p>
      <w:pPr>
        <w:jc w:val="right"/>
      </w:pPr>
      <w:r>
        <w:t>Anti-self thinking.</w:t>
      </w:r>
    </w:p>
    <w:p>
      <w:r>
        <w:rPr>
          <w:b/>
        </w:rPr>
        <w:t xml:space="preserve">[1:54:53] </w:t>
      </w:r>
      <w:r>
        <w:t>anti-self thinking.</w:t>
      </w:r>
    </w:p>
    <w:p>
      <w:pPr>
        <w:jc w:val="right"/>
      </w:pPr>
      <w:r>
        <w:t>Anti-self thinking.</w:t>
      </w:r>
    </w:p>
    <w:p>
      <w:r>
        <w:rPr>
          <w:b/>
        </w:rPr>
        <w:t xml:space="preserve">[1:54:54] </w:t>
      </w:r>
      <w:r>
        <w:t>aur koi formula nahi hai.</w:t>
      </w:r>
    </w:p>
    <w:p>
      <w:pPr>
        <w:jc w:val="right"/>
      </w:pPr>
      <w:r>
        <w:t>اور کوئی فارمولا نہیں ہے۔</w:t>
      </w:r>
    </w:p>
    <w:p>
      <w:r>
        <w:rPr>
          <w:b/>
        </w:rPr>
        <w:t xml:space="preserve">[1:54:56] </w:t>
      </w:r>
      <w:r>
        <w:t>apne khilaaf sochne ki aadat daliye.</w:t>
      </w:r>
    </w:p>
    <w:p>
      <w:pPr>
        <w:jc w:val="right"/>
      </w:pPr>
      <w:r>
        <w:t>اپنے خلاف سوچنے کی عادت ڈالیے۔</w:t>
      </w:r>
    </w:p>
    <w:p>
      <w:r>
        <w:rPr>
          <w:b/>
        </w:rPr>
        <w:t xml:space="preserve">[1:54:59] </w:t>
      </w:r>
      <w:r>
        <w:t>apne, yani apna muhasabah karte rahiye barabar.</w:t>
      </w:r>
    </w:p>
    <w:p>
      <w:pPr>
        <w:jc w:val="right"/>
      </w:pPr>
      <w:r>
        <w:t>اپنے، یعنی اپنا محاسبہ کرتے رہیے برابر۔</w:t>
      </w:r>
    </w:p>
    <w:p>
      <w:r>
        <w:rPr>
          <w:b/>
        </w:rPr>
        <w:t xml:space="preserve">[1:55:02] </w:t>
      </w:r>
      <w:r>
        <w:t>jo hadith mein aata hai ke wa danoo qabl an tudanoo hasibo anfusakum qabl an tuhasabo.</w:t>
      </w:r>
    </w:p>
    <w:p>
      <w:pPr>
        <w:jc w:val="right"/>
      </w:pPr>
      <w:r>
        <w:t>جو حدیث میں آتا ہے کہ وَذَنُوا قَبْلَ أَنْ تُذَنُوا حَاسِبُوا أَنْفَسَكُمْ قَبْلَ أَنْ تُحَاسَبُوا ۔</w:t>
      </w:r>
    </w:p>
    <w:p>
      <w:r>
        <w:rPr>
          <w:b/>
        </w:rPr>
        <w:t xml:space="preserve">[1:55:09] </w:t>
      </w:r>
      <w:r>
        <w:t>wa danoo qabl an tudanoo.</w:t>
      </w:r>
    </w:p>
    <w:p>
      <w:pPr>
        <w:jc w:val="right"/>
      </w:pPr>
      <w:r>
        <w:t>وَذَنُوا قَبْلَ أَنْ تُذَنُوا ۔</w:t>
      </w:r>
    </w:p>
    <w:p>
      <w:r>
        <w:rPr>
          <w:b/>
        </w:rPr>
        <w:t xml:space="preserve">[1:55:11] </w:t>
      </w:r>
      <w:r>
        <w:t>yani apna muhasiba kar lo is se pehle ke Allah ka tumhara muhasiba kiya jaye.</w:t>
      </w:r>
    </w:p>
    <w:p>
      <w:pPr>
        <w:jc w:val="right"/>
      </w:pPr>
      <w:r>
        <w:t>یعنی اپنا محاسبہ کر لو اس سے پہلے کہ اللہ کا تمہارا محاسبہ کیا جائے۔</w:t>
      </w:r>
    </w:p>
    <w:p>
      <w:r>
        <w:rPr>
          <w:b/>
        </w:rPr>
        <w:t xml:space="preserve">[1:55:17] </w:t>
      </w:r>
      <w:r>
        <w:t>apne ko tol lo is se pehle ke tum ko wahan tol aa jaye.</w:t>
      </w:r>
    </w:p>
    <w:p>
      <w:pPr>
        <w:jc w:val="right"/>
      </w:pPr>
      <w:r>
        <w:t>اپنے کو تول لو اس سے پہلے کہ تم کو وہاں تول آ جائے۔</w:t>
      </w:r>
    </w:p>
    <w:p>
      <w:r>
        <w:rPr>
          <w:b/>
        </w:rPr>
        <w:t xml:space="preserve">[1:55:23] </w:t>
      </w:r>
      <w:r>
        <w:t>yahi formula hai.</w:t>
      </w:r>
    </w:p>
    <w:p>
      <w:pPr>
        <w:jc w:val="right"/>
      </w:pPr>
      <w:r>
        <w:t>یہی فارمولا ہے۔</w:t>
      </w:r>
    </w:p>
    <w:p>
      <w:r>
        <w:rPr>
          <w:b/>
        </w:rPr>
        <w:t xml:space="preserve">[1:55:25] </w:t>
      </w:r>
      <w:r>
        <w:t>aur koi doosra formula nahin.</w:t>
      </w:r>
    </w:p>
    <w:p>
      <w:pPr>
        <w:jc w:val="right"/>
      </w:pPr>
      <w:r>
        <w:t>اور کوئی دوسرا فارمولا نہیں۔</w:t>
      </w:r>
    </w:p>
    <w:p>
      <w:r>
        <w:rPr>
          <w:b/>
        </w:rPr>
        <w:t xml:space="preserve">[1:55:27] </w:t>
      </w:r>
      <w:r>
        <w:t>maulana ahsanullah ne calcutta se likha hai: "tazkiya ke liye tahajjud ki ahmiyat kya hai?" dekhen, tahajjud</w:t>
      </w:r>
    </w:p>
    <w:p>
      <w:pPr>
        <w:jc w:val="right"/>
      </w:pPr>
      <w:r>
        <w:t>مولانا احسن اللہ نے کلکتہ سے لکھا ہے: "تزکیہ کے لیے تہجد کی اہمیت کیا ہے؟" دیکھیں، تہجد</w:t>
      </w:r>
    </w:p>
    <w:p>
      <w:r>
        <w:rPr>
          <w:b/>
        </w:rPr>
        <w:t xml:space="preserve">[1:55:35] </w:t>
      </w:r>
      <w:r>
        <w:t>aaj kal jo hai, tahajjud, is ke koi, is ke mein dekhun to koi bhi, koi faida nahin.</w:t>
      </w:r>
    </w:p>
    <w:p>
      <w:pPr>
        <w:jc w:val="right"/>
      </w:pPr>
      <w:r>
        <w:t>آج کل جو ہے، تہجد، اس کے کوئی، اس کے میں دیکھوں تو کوئی بھی، کوئی فائدہ نہیں۔</w:t>
      </w:r>
    </w:p>
    <w:p>
      <w:r>
        <w:rPr>
          <w:b/>
        </w:rPr>
        <w:t xml:space="preserve">[1:55:42] </w:t>
      </w:r>
      <w:r>
        <w:t>logon ne tahajjud ko ek waqt khaas mein kuch rakatein parhne ka matlab samajh liya.</w:t>
      </w:r>
    </w:p>
    <w:p>
      <w:pPr>
        <w:jc w:val="right"/>
      </w:pPr>
      <w:r>
        <w:t>لوگوں نے تہجد کو ایک وقت خاص میں کچھ رکعتیں پڑھنے کا معنی سمجھ لیا۔</w:t>
      </w:r>
    </w:p>
    <w:p>
      <w:r>
        <w:rPr>
          <w:b/>
        </w:rPr>
        <w:t xml:space="preserve">[1:55:49] </w:t>
      </w:r>
      <w:r>
        <w:t>yani ek waqt hai fajar se pehle ka, us waqt aap uth kar ke kuch rakatein parh len.</w:t>
      </w:r>
    </w:p>
    <w:p>
      <w:pPr>
        <w:jc w:val="right"/>
      </w:pPr>
      <w:r>
        <w:t>یعنی ایک وقت ہے فجر سے پہلے کا، اس وقت آپ اٹھ کر کے کچھ رکعتیں پڑھ لیں۔</w:t>
      </w:r>
    </w:p>
    <w:p>
      <w:r>
        <w:rPr>
          <w:b/>
        </w:rPr>
        <w:t xml:space="preserve">[1:55:57] </w:t>
      </w:r>
      <w:r>
        <w:t>matlab is form ko dohra den.</w:t>
      </w:r>
    </w:p>
    <w:p>
      <w:pPr>
        <w:jc w:val="right"/>
      </w:pPr>
      <w:r>
        <w:t>مطلب اس فارم کو دہرا دیں۔</w:t>
      </w:r>
    </w:p>
    <w:p>
      <w:r>
        <w:rPr>
          <w:b/>
        </w:rPr>
        <w:t xml:space="preserve">[1:55:59] </w:t>
      </w:r>
      <w:r>
        <w:t>mein is ko tahajjud nahin samajhta, na is ko koi faida samajhta hoon.</w:t>
      </w:r>
    </w:p>
    <w:p>
      <w:pPr>
        <w:jc w:val="right"/>
      </w:pPr>
      <w:r>
        <w:t>میں اس کو تہجد نہیں سمجھتا، نہ اس کو کوئی فائدہ سمجھتا ہوں۔</w:t>
      </w:r>
    </w:p>
    <w:p>
      <w:r>
        <w:rPr>
          <w:b/>
        </w:rPr>
        <w:t xml:space="preserve">[1:56:05] </w:t>
      </w:r>
      <w:r>
        <w:t>tahajjud ki harkat hai ghaur o fikr.</w:t>
      </w:r>
    </w:p>
    <w:p>
      <w:pPr>
        <w:jc w:val="right"/>
      </w:pPr>
      <w:r>
        <w:t>تہجد کی حرکت ہے غور و فکر۔</w:t>
      </w:r>
    </w:p>
    <w:p>
      <w:r>
        <w:rPr>
          <w:b/>
        </w:rPr>
        <w:t xml:space="preserve">[1:56:08] </w:t>
      </w:r>
      <w:r>
        <w:t>dekhen, tahajjud yeh hai ke raat ko aap soen.</w:t>
      </w:r>
    </w:p>
    <w:p>
      <w:pPr>
        <w:jc w:val="right"/>
      </w:pPr>
      <w:r>
        <w:t>دیکھیں، تہجد یہ ہے کہ رات کو آپ سوئیں۔</w:t>
      </w:r>
    </w:p>
    <w:p>
      <w:r>
        <w:rPr>
          <w:b/>
        </w:rPr>
        <w:t xml:space="preserve">[1:56:12] </w:t>
      </w:r>
      <w:r>
        <w:t>jaise kal sham ko mein bohat thaka hua tha, bistar par leita to ek dam jaise sara body</w:t>
      </w:r>
    </w:p>
    <w:p>
      <w:pPr>
        <w:jc w:val="right"/>
      </w:pPr>
      <w:r>
        <w:t>جیسے کل شام کو میں بہت تھکا ہوا تھا، بستر پر لیٹا تو ایک دم جیسے سارا body</w:t>
      </w:r>
    </w:p>
    <w:p>
      <w:r>
        <w:rPr>
          <w:b/>
        </w:rPr>
        <w:t xml:space="preserve">[1:56:19] </w:t>
      </w:r>
      <w:r>
        <w:t>jo hai, chor chor ho raha tha.</w:t>
      </w:r>
    </w:p>
    <w:p>
      <w:pPr>
        <w:jc w:val="right"/>
      </w:pPr>
      <w:r>
        <w:t>جو ہے، چور چور ہو رہا تھا۔</w:t>
      </w:r>
    </w:p>
    <w:p>
      <w:r>
        <w:rPr>
          <w:b/>
        </w:rPr>
        <w:t xml:space="preserve">[1:56:22] </w:t>
      </w:r>
      <w:r>
        <w:t>ek dam jaise, yani exhaust, exhaust ho gaya hoon mein sham ko.</w:t>
      </w:r>
    </w:p>
    <w:p>
      <w:pPr>
        <w:jc w:val="right"/>
      </w:pPr>
      <w:r>
        <w:t>ایک دم جیسے، یعنی exhaust، exhaust ہو گیا ہوں میں شام کو۔</w:t>
      </w:r>
    </w:p>
    <w:p>
      <w:r>
        <w:rPr>
          <w:b/>
        </w:rPr>
        <w:t xml:space="preserve">[1:56:27] </w:t>
      </w:r>
      <w:r>
        <w:t>raat ko neend aa gayi.</w:t>
      </w:r>
    </w:p>
    <w:p>
      <w:pPr>
        <w:jc w:val="right"/>
      </w:pPr>
      <w:r>
        <w:t>رات کو نیند آ گئی۔</w:t>
      </w:r>
    </w:p>
    <w:p>
      <w:r>
        <w:rPr>
          <w:b/>
        </w:rPr>
        <w:t xml:space="preserve">[1:56:30] </w:t>
      </w:r>
      <w:r>
        <w:t>sota raha, sota raha, sota raha.</w:t>
      </w:r>
    </w:p>
    <w:p>
      <w:pPr>
        <w:jc w:val="right"/>
      </w:pPr>
      <w:r>
        <w:t>سوتا رہا، سوتا رہا، سوتا رہا۔</w:t>
      </w:r>
    </w:p>
    <w:p>
      <w:r>
        <w:rPr>
          <w:b/>
        </w:rPr>
        <w:t xml:space="preserve">[1:56:32] </w:t>
      </w:r>
      <w:r>
        <w:t>hata ke subah ko jab utha mein, fajar se kuch pehle to fresh ho chuka tha mein, fresh.</w:t>
      </w:r>
    </w:p>
    <w:p>
      <w:pPr>
        <w:jc w:val="right"/>
      </w:pPr>
      <w:r>
        <w:t>حتیٰ کہ صبح کو جب اٹھا میں، فجر سے کچھ پہلے تو fresh ہو چکا تھا میں، fresh۔</w:t>
      </w:r>
    </w:p>
    <w:p>
      <w:r>
        <w:rPr>
          <w:b/>
        </w:rPr>
        <w:t xml:space="preserve">[1:56:40] </w:t>
      </w:r>
      <w:r>
        <w:t>to kaisi ajeeb nemat hai.</w:t>
      </w:r>
    </w:p>
    <w:p>
      <w:pPr>
        <w:jc w:val="right"/>
      </w:pPr>
      <w:r>
        <w:t>تو کیسی عجیب نعمت ہے۔</w:t>
      </w:r>
    </w:p>
    <w:p>
      <w:r>
        <w:rPr>
          <w:b/>
        </w:rPr>
        <w:t xml:space="preserve">[1:56:42] </w:t>
      </w:r>
      <w:r>
        <w:t>to fajar se kuch pehle mein uth gaya.</w:t>
      </w:r>
    </w:p>
    <w:p>
      <w:pPr>
        <w:jc w:val="right"/>
      </w:pPr>
      <w:r>
        <w:t>تو فجر سے کچھ پہلے میں اٹھ گیا۔</w:t>
      </w:r>
    </w:p>
    <w:p>
      <w:r>
        <w:rPr>
          <w:b/>
        </w:rPr>
        <w:t xml:space="preserve">[1:56:45] </w:t>
      </w:r>
      <w:r>
        <w:t>aur bas yahi soch raha tha ke khudaaya tera kitna bara ehsan hai ke sham ko mein mera</w:t>
      </w:r>
    </w:p>
    <w:p>
      <w:pPr>
        <w:jc w:val="right"/>
      </w:pPr>
      <w:r>
        <w:t>اور بس یہی سوچ رہا تھا کہ خدایا تیرا کتنا بڑا احسان ہے کہ شام کو میں میرا</w:t>
      </w:r>
    </w:p>
    <w:p>
      <w:r>
        <w:rPr>
          <w:b/>
        </w:rPr>
        <w:t xml:space="preserve">[1:56:53] </w:t>
      </w:r>
      <w:r>
        <w:t>body chor chor ho raha tha.</w:t>
      </w:r>
    </w:p>
    <w:p>
      <w:pPr>
        <w:jc w:val="right"/>
      </w:pPr>
      <w:r>
        <w:t>body چور چور ہو رہا تھا۔</w:t>
      </w:r>
    </w:p>
    <w:p>
      <w:r>
        <w:rPr>
          <w:b/>
        </w:rPr>
        <w:t xml:space="preserve">[1:56:56] </w:t>
      </w:r>
      <w:r>
        <w:t>yeh sab se fresh hoon.</w:t>
      </w:r>
    </w:p>
    <w:p>
      <w:pPr>
        <w:jc w:val="right"/>
      </w:pPr>
      <w:r>
        <w:t>یہ سب سے fresh ہوں۔</w:t>
      </w:r>
    </w:p>
    <w:p>
      <w:r>
        <w:rPr>
          <w:b/>
        </w:rPr>
        <w:t xml:space="preserve">[1:56:58] </w:t>
      </w:r>
      <w:r>
        <w:t>is waqt jo aap parhte hain, ek do rak'at ya chand rak'at, jise ehsas-e-shukr kehte hain, isi</w:t>
      </w:r>
    </w:p>
    <w:p>
      <w:pPr>
        <w:jc w:val="right"/>
      </w:pPr>
      <w:r>
        <w:t>اس وقت جو آپ پڑھتے ہیں، ایک دو رکعت یا چند رکعت، جسے احساس شکر کہتے ہیں، اسی</w:t>
      </w:r>
    </w:p>
    <w:p>
      <w:r>
        <w:rPr>
          <w:b/>
        </w:rPr>
        <w:t xml:space="preserve">[1:57:06] </w:t>
      </w:r>
      <w:r>
        <w:t>ka naam tahajjud hai.</w:t>
      </w:r>
    </w:p>
    <w:p>
      <w:pPr>
        <w:jc w:val="right"/>
      </w:pPr>
      <w:r>
        <w:t>کا نام تہجد ہے۔</w:t>
      </w:r>
    </w:p>
    <w:p>
      <w:r>
        <w:rPr>
          <w:b/>
        </w:rPr>
        <w:t xml:space="preserve">[1:57:07] </w:t>
      </w:r>
      <w:r>
        <w:t>is waqt aap ka dimagh zyada mutawajjah rehta hai Allah ki taraf.</w:t>
      </w:r>
    </w:p>
    <w:p>
      <w:pPr>
        <w:jc w:val="right"/>
      </w:pPr>
      <w:r>
        <w:t>اس وقت آپ کا دماغ زیادہ متوجہ رہتا ہے اللہ کی طرف۔</w:t>
      </w:r>
    </w:p>
    <w:p>
      <w:r>
        <w:rPr>
          <w:b/>
        </w:rPr>
        <w:t xml:space="preserve">[1:57:12] </w:t>
      </w:r>
      <w:r>
        <w:t>is waqt zyada aap ko yaad aati hain Allah ki nematon.</w:t>
      </w:r>
    </w:p>
    <w:p>
      <w:pPr>
        <w:jc w:val="right"/>
      </w:pPr>
      <w:r>
        <w:t>اس وقت زیادہ آپ کو یاد آتی ہیں اللہ کی نعمتیں۔</w:t>
      </w:r>
    </w:p>
    <w:p>
      <w:r>
        <w:rPr>
          <w:b/>
        </w:rPr>
        <w:t xml:space="preserve">[1:57:17] </w:t>
      </w:r>
      <w:r>
        <w:t>is waqt zyada aap is position mein hote hain ke ghaur kar saken Allah ki ayaton par.</w:t>
      </w:r>
    </w:p>
    <w:p>
      <w:pPr>
        <w:jc w:val="right"/>
      </w:pPr>
      <w:r>
        <w:t>اس وقت زیادہ آپ اس position میں ہوتے ہیں کہ غور کر سکیں اللہ کی آیتوں پر۔</w:t>
      </w:r>
    </w:p>
    <w:p>
      <w:r>
        <w:rPr>
          <w:b/>
        </w:rPr>
        <w:t xml:space="preserve">[1:57:24] </w:t>
      </w:r>
      <w:r>
        <w:t>is is jazbe ke sath khare hote hain namaz parhne ke liye aap.</w:t>
      </w:r>
    </w:p>
    <w:p>
      <w:pPr>
        <w:jc w:val="right"/>
      </w:pPr>
      <w:r>
        <w:t>اس اس جذبے کے ساتھ کھڑے ہوتے ہیں نماز پڑھنے کے لیے آپ۔</w:t>
      </w:r>
    </w:p>
    <w:p>
      <w:r>
        <w:rPr>
          <w:b/>
        </w:rPr>
        <w:t xml:space="preserve">[1:57:30] </w:t>
      </w:r>
      <w:r>
        <w:t>chahe do hi rak'at parhen aap.</w:t>
      </w:r>
    </w:p>
    <w:p>
      <w:pPr>
        <w:jc w:val="right"/>
      </w:pPr>
      <w:r>
        <w:t>چاہے دو ہی رکعت پڑھیں آپ۔</w:t>
      </w:r>
    </w:p>
    <w:p>
      <w:r>
        <w:rPr>
          <w:b/>
        </w:rPr>
        <w:t xml:space="preserve">[1:57:33] </w:t>
      </w:r>
      <w:r>
        <w:t>is ki qadr hai ke aap bohat sari rak'aten parh dalen.</w:t>
      </w:r>
    </w:p>
    <w:p>
      <w:pPr>
        <w:jc w:val="right"/>
      </w:pPr>
      <w:r>
        <w:t>اس کی قدرتی کہ آپ بہت ساری رکعتیں پڑھ ڈالیں۔</w:t>
      </w:r>
    </w:p>
    <w:p>
      <w:r>
        <w:rPr>
          <w:b/>
        </w:rPr>
        <w:t xml:space="preserve">[1:57:37] </w:t>
      </w:r>
      <w:r>
        <w:t>main subah ko namaz parhta hoon lekin bohat sari rak'aten nahi parhta.</w:t>
      </w:r>
    </w:p>
    <w:p>
      <w:pPr>
        <w:jc w:val="right"/>
      </w:pPr>
      <w:r>
        <w:t>میں صبح کو نماز پڑھتا ہوں لیکن بہت ساری رکعتیں نہیں پڑھتا۔</w:t>
      </w:r>
    </w:p>
    <w:p>
      <w:r>
        <w:rPr>
          <w:b/>
        </w:rPr>
        <w:t xml:space="preserve">[1:57:42] </w:t>
      </w:r>
      <w:r>
        <w:t>main rak'aton ka qael nahi hoon.</w:t>
      </w:r>
    </w:p>
    <w:p>
      <w:pPr>
        <w:jc w:val="right"/>
      </w:pPr>
      <w:r>
        <w:t>میں رکعتوں کا قائل نہیں ہوں۔</w:t>
      </w:r>
    </w:p>
    <w:p>
      <w:r>
        <w:rPr>
          <w:b/>
        </w:rPr>
        <w:t xml:space="preserve">[1:57:45] </w:t>
      </w:r>
      <w:r>
        <w:t>qira'at lambi karta hoon main.</w:t>
      </w:r>
    </w:p>
    <w:p>
      <w:pPr>
        <w:jc w:val="right"/>
      </w:pPr>
      <w:r>
        <w:t>قرأت لمبی کرتا ہوں میں۔</w:t>
      </w:r>
    </w:p>
    <w:p>
      <w:r>
        <w:rPr>
          <w:b/>
        </w:rPr>
        <w:t xml:space="preserve">[1:57:47] </w:t>
      </w:r>
      <w:r>
        <w:t>qira'at karte hue sochna.</w:t>
      </w:r>
    </w:p>
    <w:p>
      <w:pPr>
        <w:jc w:val="right"/>
      </w:pPr>
      <w:r>
        <w:t>قرأت کرتے ہوئے سوچنا۔</w:t>
      </w:r>
    </w:p>
    <w:p>
      <w:r>
        <w:rPr>
          <w:b/>
        </w:rPr>
        <w:t xml:space="preserve">[1:57:48] </w:t>
      </w:r>
      <w:r>
        <w:t>qira'at karte hue sochna.</w:t>
      </w:r>
    </w:p>
    <w:p>
      <w:pPr>
        <w:jc w:val="right"/>
      </w:pPr>
      <w:r>
        <w:t>قرأت کرتے ہوئے سوچنا۔</w:t>
      </w:r>
    </w:p>
    <w:p>
      <w:r>
        <w:rPr>
          <w:b/>
        </w:rPr>
        <w:t xml:space="preserve">[1:57:50] </w:t>
      </w:r>
      <w:r>
        <w:t>jaise aaj maine parha inna fi khalqis samawati wal ardi wakhtilafu lailin wan nahari laaytil lil.</w:t>
      </w:r>
    </w:p>
    <w:p>
      <w:pPr>
        <w:jc w:val="right"/>
      </w:pPr>
      <w:r>
        <w:t>جیسے آج میں نے پڑھا إِنَّ فِي خَلْقِ السَّمٰوَاتِ وَاللَّرْضِ وَاخْتَرَ عَفْوِ اللَّهِ لَوَالنَّهَارِ لَا عَيَتِ الْلِيْلِ ۔</w:t>
      </w:r>
    </w:p>
    <w:p>
      <w:r>
        <w:rPr>
          <w:b/>
        </w:rPr>
        <w:t xml:space="preserve">[1:57:58] </w:t>
      </w:r>
      <w:r>
        <w:t>ab is mein dimagh bilkul is mein magan ho gaya.</w:t>
      </w:r>
    </w:p>
    <w:p>
      <w:pPr>
        <w:jc w:val="right"/>
      </w:pPr>
      <w:r>
        <w:t>اب اس میں دماغ بالکل اس میں مگن ہو گیا۔</w:t>
      </w:r>
    </w:p>
    <w:p>
      <w:r>
        <w:rPr>
          <w:b/>
        </w:rPr>
        <w:t xml:space="preserve">[1:58:02] </w:t>
      </w:r>
      <w:r>
        <w:t>to tahajjud jo hai, kisi waqt khaas mein ek form ko dohrane ka naam nahi hai.</w:t>
      </w:r>
    </w:p>
    <w:p>
      <w:pPr>
        <w:jc w:val="right"/>
      </w:pPr>
      <w:r>
        <w:t>تو تہجد جو ہے، کسی وقت خاص میں ایک فارم کو دہرانے کا نام نہیں ہے۔</w:t>
      </w:r>
    </w:p>
    <w:p>
      <w:r>
        <w:rPr>
          <w:b/>
        </w:rPr>
        <w:t xml:space="preserve">[1:58:09] </w:t>
      </w:r>
      <w:r>
        <w:t>tahajjud naam hai is baat ka ke aap fresh, jis waqt aap fresh ho jate hain, jis waqt</w:t>
      </w:r>
    </w:p>
    <w:p>
      <w:pPr>
        <w:jc w:val="right"/>
      </w:pPr>
      <w:r>
        <w:t>تہجد نام ہے اس بات کا کہ آپ fresh، جس وقت آپ fresh ہو جاتے ہیں، جس وقت</w:t>
      </w:r>
    </w:p>
    <w:p>
      <w:r>
        <w:rPr>
          <w:b/>
        </w:rPr>
        <w:t xml:space="preserve">[1:58:17] </w:t>
      </w:r>
      <w:r>
        <w:t>aap taro taza hote hain.</w:t>
      </w:r>
    </w:p>
    <w:p>
      <w:pPr>
        <w:jc w:val="right"/>
      </w:pPr>
      <w:r>
        <w:t>آپ ترو تازہ ہوتے ہیں۔</w:t>
      </w:r>
    </w:p>
    <w:p>
      <w:r>
        <w:rPr>
          <w:b/>
        </w:rPr>
        <w:t xml:space="preserve">[1:58:19] </w:t>
      </w:r>
      <w:r>
        <w:t>aur phir sukoon hota hai, plus sukoon.</w:t>
      </w:r>
    </w:p>
    <w:p>
      <w:pPr>
        <w:jc w:val="right"/>
      </w:pPr>
      <w:r>
        <w:t>اور پھر سکون ہوتا ہے، plus سکون۔</w:t>
      </w:r>
    </w:p>
    <w:p>
      <w:r>
        <w:rPr>
          <w:b/>
        </w:rPr>
        <w:t xml:space="preserve">[1:58:22] </w:t>
      </w:r>
      <w:r>
        <w:t>raat ko jo fajar se pehle ka waqt hota hai, is waqt sukoon zyada hota hai is waqt.</w:t>
      </w:r>
    </w:p>
    <w:p>
      <w:pPr>
        <w:jc w:val="right"/>
      </w:pPr>
      <w:r>
        <w:t>رات کو جو فجر سے پہلے کا وقت ہوتا ہے، اس وقت سکون زیادہ ہوتا ہے اس وقت۔</w:t>
      </w:r>
    </w:p>
    <w:p>
      <w:r>
        <w:rPr>
          <w:b/>
        </w:rPr>
        <w:t xml:space="preserve">[1:58:30] </w:t>
      </w:r>
      <w:r>
        <w:t>to is waqt mere ghar ke pas park hai to chidiyan chehchahati hain.</w:t>
      </w:r>
    </w:p>
    <w:p>
      <w:pPr>
        <w:jc w:val="right"/>
      </w:pPr>
      <w:r>
        <w:t>تو اس وقت میرے گھر کے پاس park ہے تو چڑیاں چہچہاتی ہیں۔</w:t>
      </w:r>
    </w:p>
    <w:p>
      <w:r>
        <w:rPr>
          <w:b/>
        </w:rPr>
        <w:t xml:space="preserve">[1:58:35] </w:t>
      </w:r>
      <w:r>
        <w:t>to jab main namaz parhne lagta hoon ke khudaaya main chidiyon ki awaz mein awaz mila raha hoon.</w:t>
      </w:r>
    </w:p>
    <w:p>
      <w:pPr>
        <w:jc w:val="right"/>
      </w:pPr>
      <w:r>
        <w:t>تو جب میں نماز پڑھنے لگتا ہوں کہ خدایا میں چڑوں کی آواز میں آواز ملا رہا ہوں۔</w:t>
      </w:r>
    </w:p>
    <w:p>
      <w:r>
        <w:rPr>
          <w:b/>
        </w:rPr>
        <w:t xml:space="preserve">[1:58:43] </w:t>
      </w:r>
      <w:r>
        <w:t>wo bhi ek chehchahana, mera bhi ek goya ke chehchahana hai wo.</w:t>
      </w:r>
    </w:p>
    <w:p>
      <w:pPr>
        <w:jc w:val="right"/>
      </w:pPr>
      <w:r>
        <w:t>وہ بھی ایک چہچہانا، میرا بھی ایک گویا کہ چہچہانا ہے وہ۔</w:t>
      </w:r>
    </w:p>
    <w:p>
      <w:r>
        <w:rPr>
          <w:b/>
        </w:rPr>
        <w:t xml:space="preserve">[1:58:48] </w:t>
      </w:r>
      <w:r>
        <w:t>chidiyan chehchaha rahi hain, Allah ke naghme ga rahi hain.</w:t>
      </w:r>
    </w:p>
    <w:p>
      <w:pPr>
        <w:jc w:val="right"/>
      </w:pPr>
      <w:r>
        <w:t>چڑیاں چہچہا رہی ہیں، اللہ کے نغمے گا رہی ہیں۔</w:t>
      </w:r>
    </w:p>
    <w:p>
      <w:r>
        <w:rPr>
          <w:b/>
        </w:rPr>
        <w:t xml:space="preserve">[1:58:52] </w:t>
      </w:r>
      <w:r>
        <w:t>to main is waqt sochta hoon khudaaya main insan ki zuban mein chehchaha raha hoon.</w:t>
      </w:r>
    </w:p>
    <w:p>
      <w:pPr>
        <w:jc w:val="right"/>
      </w:pPr>
      <w:r>
        <w:t>تو میں اس وقت سوچتا ہوں خدایا میں انسان کی زبان میں چہچہا رہا ہوں۔</w:t>
      </w:r>
    </w:p>
    <w:p>
      <w:r>
        <w:rPr>
          <w:b/>
        </w:rPr>
        <w:t xml:space="preserve">[1:58:59] </w:t>
      </w:r>
      <w:r>
        <w:t>to chidiya ke chehchahane ko qabool farma raha hai, mere is ko bhi qabool farma.</w:t>
      </w:r>
    </w:p>
    <w:p>
      <w:pPr>
        <w:jc w:val="right"/>
      </w:pPr>
      <w:r>
        <w:t>تو چڑیا کے چہچہانے کو قبول فرما رہا ہے، میرے اس کو بھی قبول فرما۔</w:t>
      </w:r>
    </w:p>
    <w:p>
      <w:r>
        <w:rPr>
          <w:b/>
        </w:rPr>
        <w:t xml:space="preserve">[1:59:05] </w:t>
      </w:r>
      <w:r>
        <w:t>to tehajjud ek kaifiyat ka naam hai, yaad rakhiye.</w:t>
      </w:r>
    </w:p>
    <w:p>
      <w:pPr>
        <w:jc w:val="right"/>
      </w:pPr>
      <w:r>
        <w:t>تو تہجد ایک کیفیت کا نام ہے، یاد رکھیے۔</w:t>
      </w:r>
    </w:p>
    <w:p>
      <w:r>
        <w:rPr>
          <w:b/>
        </w:rPr>
        <w:t xml:space="preserve">[1:59:09] </w:t>
      </w:r>
      <w:r>
        <w:t>form ka naam nahi hai.</w:t>
      </w:r>
    </w:p>
    <w:p>
      <w:pPr>
        <w:jc w:val="right"/>
      </w:pPr>
      <w:r>
        <w:t>فارم کا نام نہیں ہے۔</w:t>
      </w:r>
    </w:p>
    <w:p>
      <w:r>
        <w:rPr>
          <w:b/>
        </w:rPr>
        <w:t xml:space="preserve">[1:59:11] </w:t>
      </w:r>
      <w:r>
        <w:t>maulana ke a hasan ne tamil nadu se likha hai: "aap ke nazdeek al risala mission ke members ke</w:t>
      </w:r>
    </w:p>
    <w:p>
      <w:pPr>
        <w:jc w:val="right"/>
      </w:pPr>
      <w:r>
        <w:t>مولانا کے اے حسن نے تمل ناڈو سے لکھا ہے: "آپ کے نزدیک الرسالہ مشن کے members کے</w:t>
      </w:r>
    </w:p>
    <w:p>
      <w:r>
        <w:rPr>
          <w:b/>
        </w:rPr>
        <w:t xml:space="preserve">[1:59:19] </w:t>
      </w:r>
      <w:r>
        <w:t>liye tazkir al quran ke mutale ki importance kya hai?" main bas yahi kahunga ke ashab e kitab padhiye,</w:t>
      </w:r>
    </w:p>
    <w:p>
      <w:pPr>
        <w:jc w:val="right"/>
      </w:pPr>
      <w:r>
        <w:t>لیے تذکر القرآن کے مطالعے کی importance کیا ہے؟" میں بس یہی کہوں گا کہ اصحابِ کتاب پڑھیے،</w:t>
      </w:r>
    </w:p>
    <w:p>
      <w:r>
        <w:rPr>
          <w:b/>
        </w:rPr>
        <w:t xml:space="preserve">[1:59:27] </w:t>
      </w:r>
      <w:r>
        <w:t>tazkir al quran padhiye, sari kitabein padhiye.</w:t>
      </w:r>
    </w:p>
    <w:p>
      <w:pPr>
        <w:jc w:val="right"/>
      </w:pPr>
      <w:r>
        <w:t>تذکر القرآن پڑھیے، ساری کتابیں پڑھیے۔</w:t>
      </w:r>
    </w:p>
    <w:p>
      <w:r>
        <w:rPr>
          <w:b/>
        </w:rPr>
        <w:t xml:space="preserve">[1:59:29] </w:t>
      </w:r>
      <w:r>
        <w:t>mujh se puchne ka koi matlab hi nahi hai.</w:t>
      </w:r>
    </w:p>
    <w:p>
      <w:pPr>
        <w:jc w:val="right"/>
      </w:pPr>
      <w:r>
        <w:t>مجھ سے پوچھنے کا کوئی مطلب ہی نہیں ہے۔</w:t>
      </w:r>
    </w:p>
    <w:p>
      <w:r>
        <w:rPr>
          <w:b/>
        </w:rPr>
        <w:t xml:space="preserve">[1:59:33] </w:t>
      </w:r>
      <w:r>
        <w:t>kyunki main to zaroorat nahi samajhta to main likhta hi nahi hoon.</w:t>
      </w:r>
    </w:p>
    <w:p>
      <w:pPr>
        <w:jc w:val="right"/>
      </w:pPr>
      <w:r>
        <w:t>کیونکہ میں تو ضرورت نہیں سمجھتا تو میں لکھتا ہی نہیں ہوں۔</w:t>
      </w:r>
    </w:p>
    <w:p>
      <w:r>
        <w:rPr>
          <w:b/>
        </w:rPr>
        <w:t xml:space="preserve">[1:59:38] </w:t>
      </w:r>
      <w:r>
        <w:t>main koi ghair zaroori kaam nahi karta allah ke fazl se.</w:t>
      </w:r>
    </w:p>
    <w:p>
      <w:pPr>
        <w:jc w:val="right"/>
      </w:pPr>
      <w:r>
        <w:t>میں کوئی غیر ضروری کام نہیں کرتا اللہ کے فضل سے۔</w:t>
      </w:r>
    </w:p>
    <w:p>
      <w:r>
        <w:rPr>
          <w:b/>
        </w:rPr>
        <w:t xml:space="preserve">[1:59:43] </w:t>
      </w:r>
      <w:r>
        <w:t>main majlisen nahi likhta ke main ek kitab ka musannif ban jaon.</w:t>
      </w:r>
    </w:p>
    <w:p>
      <w:pPr>
        <w:jc w:val="right"/>
      </w:pPr>
      <w:r>
        <w:t>میں مجلسیں نہیں لکھتا کہ میں ایک کتاب کا مصنف بن جاؤں۔</w:t>
      </w:r>
    </w:p>
    <w:p>
      <w:r>
        <w:rPr>
          <w:b/>
        </w:rPr>
        <w:t xml:space="preserve">[1:59:48] </w:t>
      </w:r>
      <w:r>
        <w:t>jaise ek sahab ne seerat ki kitab likhi hai.</w:t>
      </w:r>
    </w:p>
    <w:p>
      <w:pPr>
        <w:jc w:val="right"/>
      </w:pPr>
      <w:r>
        <w:t>جیسے ایک صاحب نے سیرت کی کتاب لکھی ہے۔</w:t>
      </w:r>
    </w:p>
    <w:p>
      <w:r>
        <w:rPr>
          <w:b/>
        </w:rPr>
        <w:t xml:space="preserve">[1:59:52] </w:t>
      </w:r>
      <w:r>
        <w:t>seerat ki kitab.</w:t>
      </w:r>
    </w:p>
    <w:p>
      <w:pPr>
        <w:jc w:val="right"/>
      </w:pPr>
      <w:r>
        <w:t>سیرت کی کتاب۔</w:t>
      </w:r>
    </w:p>
    <w:p>
      <w:r>
        <w:rPr>
          <w:b/>
        </w:rPr>
        <w:t xml:space="preserve">[1:59:53] </w:t>
      </w:r>
      <w:r>
        <w:t>rasool allah sallallahu alaihi wasallam ki seerat.</w:t>
      </w:r>
    </w:p>
    <w:p>
      <w:pPr>
        <w:jc w:val="right"/>
      </w:pPr>
      <w:r>
        <w:t>رسول اللہ صلی اللہ علیہ وسلم کی سیرت۔</w:t>
      </w:r>
    </w:p>
    <w:p>
      <w:r>
        <w:rPr>
          <w:b/>
        </w:rPr>
        <w:t xml:space="preserve">[1:59:57] </w:t>
      </w:r>
      <w:r>
        <w:t>aur is mein diwajab likhte hain wo ke main, yani wo kya hai wo, sunhari farishte mein mera</w:t>
      </w:r>
    </w:p>
    <w:p>
      <w:pPr>
        <w:jc w:val="right"/>
      </w:pPr>
      <w:r>
        <w:t>اور اس میں دیواجب لکھتے ہیں وہ کہ میں، یعنی وہ کیا ہے وہ، سنہری فرشتے میں میرا</w:t>
      </w:r>
    </w:p>
    <w:p>
      <w:r>
        <w:rPr>
          <w:b/>
        </w:rPr>
        <w:t xml:space="preserve">[2:00:05] </w:t>
      </w:r>
      <w:r>
        <w:t>bhi naam shamil ho jaye.</w:t>
      </w:r>
    </w:p>
    <w:p>
      <w:pPr>
        <w:jc w:val="right"/>
      </w:pPr>
      <w:r>
        <w:t>بھی نام شامل ہو جائے۔</w:t>
      </w:r>
    </w:p>
    <w:p>
      <w:r>
        <w:rPr>
          <w:b/>
        </w:rPr>
        <w:t xml:space="preserve">[2:00:07] </w:t>
      </w:r>
      <w:r>
        <w:t>seerat nigaron ke sunhari farishte mein mera bhi naam shamil ho jaye.</w:t>
      </w:r>
    </w:p>
    <w:p>
      <w:pPr>
        <w:jc w:val="right"/>
      </w:pPr>
      <w:r>
        <w:t>سیرت نگاروں کے سنہری فرشتے میں میرا بھی نام شامل ہو جائے۔</w:t>
      </w:r>
    </w:p>
    <w:p>
      <w:r>
        <w:rPr>
          <w:b/>
        </w:rPr>
        <w:t xml:space="preserve">[2:00:12] </w:t>
      </w:r>
      <w:r>
        <w:t>yeh to main kitab mein nahi likha karta.</w:t>
      </w:r>
    </w:p>
    <w:p>
      <w:pPr>
        <w:jc w:val="right"/>
      </w:pPr>
      <w:r>
        <w:t>یہ تو میں کتاب میں نہیں لکھا کرتا۔</w:t>
      </w:r>
    </w:p>
    <w:p>
      <w:r>
        <w:rPr>
          <w:b/>
        </w:rPr>
        <w:t xml:space="preserve">[2:00:15] </w:t>
      </w:r>
      <w:r>
        <w:t>ek satr bhi agar likhta hoon to is liye ke wo log padhein is ko.</w:t>
      </w:r>
    </w:p>
    <w:p>
      <w:pPr>
        <w:jc w:val="right"/>
      </w:pPr>
      <w:r>
        <w:t>ایک سطر بھی اگر لکھتا ہوں تو اس لیے کہ وہ لوگ پڑھیں اس کو۔</w:t>
      </w:r>
    </w:p>
    <w:p>
      <w:r>
        <w:rPr>
          <w:b/>
        </w:rPr>
        <w:t xml:space="preserve">[2:00:22] </w:t>
      </w:r>
      <w:r>
        <w:t>to aap risale padhiye, tazkir al quran padhiye, doosri kitabein padhiye aur bar bar padhiye, main to yahi kahun</w:t>
      </w:r>
    </w:p>
    <w:p>
      <w:pPr>
        <w:jc w:val="right"/>
      </w:pPr>
      <w:r>
        <w:t>تو آپ رسالے پڑھیے، تذکر القرآن پڑھیے، دوسری کتابیں پڑھیے اور بار بار پڑھیے، میں تو یہی کہوں</w:t>
      </w:r>
    </w:p>
    <w:p>
      <w:r>
        <w:rPr>
          <w:b/>
        </w:rPr>
        <w:t xml:space="preserve">[2:00:29] </w:t>
      </w:r>
      <w:r>
        <w:t>ga.</w:t>
      </w:r>
    </w:p>
    <w:p>
      <w:pPr>
        <w:jc w:val="right"/>
      </w:pPr>
      <w:r>
        <w:t>گا۔</w:t>
      </w:r>
    </w:p>
    <w:p>
      <w:r>
        <w:rPr>
          <w:b/>
        </w:rPr>
        <w:t xml:space="preserve">[2:00:31] </w:t>
      </w:r>
      <w:r>
        <w:t>tazkir al quran angrezi mein bhi aa gayi hai maulana? hain? angrezi mein bhi aa gayi? haan dekhein tazkir</w:t>
      </w:r>
    </w:p>
    <w:p>
      <w:pPr>
        <w:jc w:val="right"/>
      </w:pPr>
      <w:r>
        <w:t>تذکر القرآن انگریزی میں بھی آ گئی ہے مولانا؟ ہیں؟ انگریزی میں بھی آ گئی؟ ہاں دیکھیں تذکر</w:t>
      </w:r>
    </w:p>
    <w:p>
      <w:r>
        <w:rPr>
          <w:b/>
        </w:rPr>
        <w:t xml:space="preserve">[2:00:39] </w:t>
      </w:r>
      <w:r>
        <w:t>al quran allah ke fazl se urdu mein likhi gayi, phir arabi mein chhap gayi wo, ab angrezi mein</w:t>
      </w:r>
    </w:p>
    <w:p>
      <w:pPr>
        <w:jc w:val="right"/>
      </w:pPr>
      <w:r>
        <w:t>القرآن اللہ کے فضل سے اردو میں لکھی گئی، پھر عربی میں چھپ گئی وہ، اب انگریزی میں</w:t>
      </w:r>
    </w:p>
    <w:p>
      <w:r>
        <w:rPr>
          <w:b/>
        </w:rPr>
        <w:t xml:space="preserve">[2:00:46] </w:t>
      </w:r>
      <w:r>
        <w:t>bhi chhap gayi hai wo.</w:t>
      </w:r>
    </w:p>
    <w:p>
      <w:pPr>
        <w:jc w:val="right"/>
      </w:pPr>
      <w:r>
        <w:t>بھی چھپ گئی ہے وہ۔</w:t>
      </w:r>
    </w:p>
    <w:p>
      <w:r>
        <w:rPr>
          <w:b/>
        </w:rPr>
        <w:t xml:space="preserve">[2:00:48] </w:t>
      </w:r>
      <w:r>
        <w:t>yeh dekhiye, yeh tazkir al quran ka angrezi edition hai.</w:t>
      </w:r>
    </w:p>
    <w:p>
      <w:pPr>
        <w:jc w:val="right"/>
      </w:pPr>
      <w:r>
        <w:t>یہ دیکھیے، یہ تذکر القرآن کا انگریزی edition ہے۔</w:t>
      </w:r>
    </w:p>
    <w:p>
      <w:r>
        <w:rPr>
          <w:b/>
        </w:rPr>
        <w:t xml:space="preserve">[2:00:52] </w:t>
      </w:r>
      <w:r>
        <w:t>ulta hai maulana, ulta.</w:t>
      </w:r>
    </w:p>
    <w:p>
      <w:pPr>
        <w:jc w:val="right"/>
      </w:pPr>
      <w:r>
        <w:t>الٹا ہے مولانا، الٹا۔</w:t>
      </w:r>
    </w:p>
    <w:p>
      <w:r>
        <w:rPr>
          <w:b/>
        </w:rPr>
        <w:t xml:space="preserve">[2:00:54] </w:t>
      </w:r>
      <w:r>
        <w:t>hain? ulta hai.</w:t>
      </w:r>
    </w:p>
    <w:p>
      <w:pPr>
        <w:jc w:val="right"/>
      </w:pPr>
      <w:r>
        <w:t>ہیں؟ الٹا ہے۔</w:t>
      </w:r>
    </w:p>
    <w:p>
      <w:r>
        <w:rPr>
          <w:b/>
        </w:rPr>
        <w:t xml:space="preserve">[2:00:56] </w:t>
      </w:r>
      <w:r>
        <w:t>yeh tazkiratul quran ka angrezi edition hai.</w:t>
      </w:r>
    </w:p>
    <w:p>
      <w:pPr>
        <w:jc w:val="right"/>
      </w:pPr>
      <w:r>
        <w:t>یہ تذکر القرآن کا انگریزی edition ہے۔</w:t>
      </w:r>
    </w:p>
    <w:p>
      <w:r>
        <w:rPr>
          <w:b/>
        </w:rPr>
        <w:t xml:space="preserve">[2:00:59] </w:t>
      </w:r>
      <w:r>
        <w:t>jab yeh chhap kar aai, mein ne dekha to aap tasawwur nahi kar sakte ke meri kefiyat kya</w:t>
      </w:r>
    </w:p>
    <w:p>
      <w:pPr>
        <w:jc w:val="right"/>
      </w:pPr>
      <w:r>
        <w:t>جب یہ چھپ کر آئی، میں نے دیکھا تو آپ تصور نہیں کر سکتے کہ میری کیفیت کیا</w:t>
      </w:r>
    </w:p>
    <w:p>
      <w:r>
        <w:rPr>
          <w:b/>
        </w:rPr>
        <w:t xml:space="preserve">[2:01:06] </w:t>
      </w:r>
      <w:r>
        <w:t>hui.</w:t>
      </w:r>
    </w:p>
    <w:p>
      <w:pPr>
        <w:jc w:val="right"/>
      </w:pPr>
      <w:r>
        <w:t>ہوئی۔</w:t>
      </w:r>
    </w:p>
    <w:p>
      <w:r>
        <w:rPr>
          <w:b/>
        </w:rPr>
        <w:t xml:space="preserve">[2:01:08] </w:t>
      </w:r>
      <w:r>
        <w:t>mein aise ahmaq, aisi soch ko hamakat samajhta hoon ke mein kahoon ke Allah ke haan yeh pesh</w:t>
      </w:r>
    </w:p>
    <w:p>
      <w:pPr>
        <w:jc w:val="right"/>
      </w:pPr>
      <w:r>
        <w:t>میں ایسے احمق، ایسی سوچ کو حماقت سمجھتا ہوں کہ میں کہوں کہ اللہ کے ہاں یہ پیش</w:t>
      </w:r>
    </w:p>
    <w:p>
      <w:r>
        <w:rPr>
          <w:b/>
        </w:rPr>
        <w:t xml:space="preserve">[2:01:15] </w:t>
      </w:r>
      <w:r>
        <w:t>kar doon ga yeh.</w:t>
      </w:r>
    </w:p>
    <w:p>
      <w:pPr>
        <w:jc w:val="right"/>
      </w:pPr>
      <w:r>
        <w:t>کر دوں گا یہ۔</w:t>
      </w:r>
    </w:p>
    <w:p>
      <w:r>
        <w:rPr>
          <w:b/>
        </w:rPr>
        <w:t xml:space="preserve">[2:01:17] </w:t>
      </w:r>
      <w:r>
        <w:t>aisi soch ko mein hamakat samajhta hoon.</w:t>
      </w:r>
    </w:p>
    <w:p>
      <w:pPr>
        <w:jc w:val="right"/>
      </w:pPr>
      <w:r>
        <w:t>ایسی سوچ کو میں حماقت سمجھتا ہوں۔</w:t>
      </w:r>
    </w:p>
    <w:p>
      <w:r>
        <w:rPr>
          <w:b/>
        </w:rPr>
        <w:t xml:space="preserve">[2:01:20] </w:t>
      </w:r>
      <w:r>
        <w:t>lekin mein ne kya socha ke kaisi nemmat hai Allah ta'ala ki ke is tarah ka printing dour</w:t>
      </w:r>
    </w:p>
    <w:p>
      <w:pPr>
        <w:jc w:val="right"/>
      </w:pPr>
      <w:r>
        <w:t>لیکن میں نے کیا سوچا کہ کیسی نعمت ہے اللہ تعالیٰ کی کہ اس طرح کا پرنٹنگ دور</w:t>
      </w:r>
    </w:p>
    <w:p>
      <w:r>
        <w:rPr>
          <w:b/>
        </w:rPr>
        <w:t xml:space="preserve">[2:01:28] </w:t>
      </w:r>
      <w:r>
        <w:t>duniya mein aaya.</w:t>
      </w:r>
    </w:p>
    <w:p>
      <w:pPr>
        <w:jc w:val="right"/>
      </w:pPr>
      <w:r>
        <w:t>دنیا میں آیا۔</w:t>
      </w:r>
    </w:p>
    <w:p>
      <w:r>
        <w:rPr>
          <w:b/>
        </w:rPr>
        <w:t xml:space="preserve">[2:01:29] </w:t>
      </w:r>
      <w:r>
        <w:t>to mein ne socha ke agar yeh is tarah ki chhapi hui kitab koi makkah mein lata, sahaba</w:t>
      </w:r>
    </w:p>
    <w:p>
      <w:pPr>
        <w:jc w:val="right"/>
      </w:pPr>
      <w:r>
        <w:t>تو میں نے سوچا کہ اگر یہ اس طرح کی چھپی ہوئی کتاب کوئی مکہ میں لاتا، صحابہ</w:t>
      </w:r>
    </w:p>
    <w:p>
      <w:r>
        <w:rPr>
          <w:b/>
        </w:rPr>
        <w:t xml:space="preserve">[2:01:37] </w:t>
      </w:r>
      <w:r>
        <w:t>ke zamane mein, to log us waqt daurte ke yeh to lagta hai ke mala-e-a'la ka edition</w:t>
      </w:r>
    </w:p>
    <w:p>
      <w:pPr>
        <w:jc w:val="right"/>
      </w:pPr>
      <w:r>
        <w:t>کے زمانے میں، تو لوگ اس وقت دوڑتے کہ یہ تو لگتا ہے کہ ملائے اعلیٰ کا edition</w:t>
      </w:r>
    </w:p>
    <w:p>
      <w:r>
        <w:rPr>
          <w:b/>
        </w:rPr>
        <w:t xml:space="preserve">[2:01:45] </w:t>
      </w:r>
      <w:r>
        <w:t>aa gaya hai kya? ke quran musalman yeh samajhte hain ke wahan mehfooz hai mala-e-a'la mein quran.</w:t>
      </w:r>
    </w:p>
    <w:p>
      <w:pPr>
        <w:jc w:val="right"/>
      </w:pPr>
      <w:r>
        <w:t>آ گیا ہے کیا؟ کہ قرآن مسلمان یہ سمجھتے ہیں کہ وہاں محفوظ ہے ملائے اعلیٰ میں قرآن۔</w:t>
      </w:r>
    </w:p>
    <w:p>
      <w:r>
        <w:rPr>
          <w:b/>
        </w:rPr>
        <w:t xml:space="preserve">[2:01:53] </w:t>
      </w:r>
      <w:r>
        <w:t>to woh mala-e-a'la ka edition jo hai quran ka, woh shayad aa gaya hai daurte dekhne ke</w:t>
      </w:r>
    </w:p>
    <w:p>
      <w:pPr>
        <w:jc w:val="right"/>
      </w:pPr>
      <w:r>
        <w:t>تو وہ ملائے اعلیٰ کا edition جو ہے قرآن کا، وہ شاید آ گیا ہے دوڑتے دیکھنے کے</w:t>
      </w:r>
    </w:p>
    <w:p>
      <w:r>
        <w:rPr>
          <w:b/>
        </w:rPr>
        <w:t xml:space="preserve">[2:02:00] </w:t>
      </w:r>
      <w:r>
        <w:t>liye is ko.</w:t>
      </w:r>
    </w:p>
    <w:p>
      <w:pPr>
        <w:jc w:val="right"/>
      </w:pPr>
      <w:r>
        <w:t>لیے اس کو۔</w:t>
      </w:r>
    </w:p>
    <w:p>
      <w:r>
        <w:rPr>
          <w:b/>
        </w:rPr>
        <w:t xml:space="preserve">[2:02:02] </w:t>
      </w:r>
      <w:r>
        <w:t>to shukr ka samandar mere andar aa gaya ke khudaaya itna bada tune ehsaan kiya ke woh</w:t>
      </w:r>
    </w:p>
    <w:p>
      <w:pPr>
        <w:jc w:val="right"/>
      </w:pPr>
      <w:r>
        <w:t>تو شکر کا سمندر میرے اندر آ گیا کہ خدایا اتنا بڑا تو نے احسان کیا کہ وہ</w:t>
      </w:r>
    </w:p>
    <w:p>
      <w:r>
        <w:rPr>
          <w:b/>
        </w:rPr>
        <w:t xml:space="preserve">[2:02:09] </w:t>
      </w:r>
      <w:r>
        <w:t>kitab jo pehle likhi aati thi hadiyon par, jhaliyon par, patiyon par, aap ghaur kijiye.</w:t>
      </w:r>
    </w:p>
    <w:p>
      <w:pPr>
        <w:jc w:val="right"/>
      </w:pPr>
      <w:r>
        <w:t>کتاب جو پہلے لکھی آتی تھی ہڈیوں پر، جھلیوں پر، پتیوں پر، آپ غور کیجیے۔</w:t>
      </w:r>
    </w:p>
    <w:p>
      <w:r>
        <w:rPr>
          <w:b/>
        </w:rPr>
        <w:t xml:space="preserve">[2:02:16] </w:t>
      </w:r>
      <w:r>
        <w:t>aap kitabein padh lijiye.</w:t>
      </w:r>
    </w:p>
    <w:p>
      <w:pPr>
        <w:jc w:val="right"/>
      </w:pPr>
      <w:r>
        <w:t>آپ کتابیں پڑھ لیجیے۔</w:t>
      </w:r>
    </w:p>
    <w:p>
      <w:r>
        <w:rPr>
          <w:b/>
        </w:rPr>
        <w:t xml:space="preserve">[2:02:18] </w:t>
      </w:r>
      <w:r>
        <w:t>ke kaise kaise quran likha jata tha is zamane mein.</w:t>
      </w:r>
    </w:p>
    <w:p>
      <w:pPr>
        <w:jc w:val="right"/>
      </w:pPr>
      <w:r>
        <w:t>کہ کیسے کیسے قرآن لکھا جاتا تھا اس زمانے میں۔</w:t>
      </w:r>
    </w:p>
    <w:p>
      <w:r>
        <w:rPr>
          <w:b/>
        </w:rPr>
        <w:t xml:space="preserve">[2:02:22] </w:t>
      </w:r>
      <w:r>
        <w:t>ke rasool Allah par jibril late the quran, rasool Allah is ko dohrate the to sahaba is ko</w:t>
      </w:r>
    </w:p>
    <w:p>
      <w:pPr>
        <w:jc w:val="right"/>
      </w:pPr>
      <w:r>
        <w:t>کہ رسول اللہ پر جبرائیل لاتے تھے قرآن، رسول اللہ اس کو دہراتے تھے تو صحابہ اس کو</w:t>
      </w:r>
    </w:p>
    <w:p>
      <w:r>
        <w:rPr>
          <w:b/>
        </w:rPr>
        <w:t xml:space="preserve">[2:02:30] </w:t>
      </w:r>
      <w:r>
        <w:t>likhte the jo jo jo kehte hain kutub-e-wahi jo the rasool Allah ke.</w:t>
      </w:r>
    </w:p>
    <w:p>
      <w:pPr>
        <w:jc w:val="right"/>
      </w:pPr>
      <w:r>
        <w:t>لکھتے تھے جو جو جو کہتے ہیں کتب وحی جو تھے رسول اللہ کے۔</w:t>
      </w:r>
    </w:p>
    <w:p>
      <w:r>
        <w:rPr>
          <w:b/>
        </w:rPr>
        <w:t xml:space="preserve">[2:02:36] </w:t>
      </w:r>
      <w:r>
        <w:t>un ke paas kaghaz to tha nahi is tarah ka.</w:t>
      </w:r>
    </w:p>
    <w:p>
      <w:pPr>
        <w:jc w:val="right"/>
      </w:pPr>
      <w:r>
        <w:t>ان کے پاس کاغذ تو تھا نہیں اس طرح کا۔</w:t>
      </w:r>
    </w:p>
    <w:p>
      <w:r>
        <w:rPr>
          <w:b/>
        </w:rPr>
        <w:t xml:space="preserve">[2:02:40] </w:t>
      </w:r>
      <w:r>
        <w:t>is zamane mein jo jhali aur pati is tarah ki cheezein thin, us pe likhte the woh.</w:t>
      </w:r>
    </w:p>
    <w:p>
      <w:pPr>
        <w:jc w:val="right"/>
      </w:pPr>
      <w:r>
        <w:t>اس زمانے میں جو جھلی اور پتی اس طرح کی چیزیں تھیں، اس پہ لکھتے تھے وہ۔</w:t>
      </w:r>
    </w:p>
    <w:p>
      <w:r>
        <w:rPr>
          <w:b/>
        </w:rPr>
        <w:t xml:space="preserve">[2:02:47] </w:t>
      </w:r>
      <w:r>
        <w:t>to aaj kitna aage Allah ta'ala ne pahuncha diya hai da'wati mawaqe ko.</w:t>
      </w:r>
    </w:p>
    <w:p>
      <w:pPr>
        <w:jc w:val="right"/>
      </w:pPr>
      <w:r>
        <w:t>تو آج کتنا آگے اللہ تعالیٰ نے پہنچا دیا ہے دعوتی مواقع کو۔</w:t>
      </w:r>
    </w:p>
    <w:p>
      <w:r>
        <w:rPr>
          <w:b/>
        </w:rPr>
        <w:t xml:space="preserve">[2:02:53] </w:t>
      </w:r>
      <w:r>
        <w:t>kitni shandar chhapi hui kitab.</w:t>
      </w:r>
    </w:p>
    <w:p>
      <w:pPr>
        <w:jc w:val="right"/>
      </w:pPr>
      <w:r>
        <w:t>کتنی شاندار چھپی ہوئی کتاب۔</w:t>
      </w:r>
    </w:p>
    <w:p>
      <w:r>
        <w:rPr>
          <w:b/>
        </w:rPr>
        <w:t xml:space="preserve">[2:02:55] </w:t>
      </w:r>
      <w:r>
        <w:t>zara ghaur kijiye.</w:t>
      </w:r>
    </w:p>
    <w:p>
      <w:pPr>
        <w:jc w:val="right"/>
      </w:pPr>
      <w:r>
        <w:t>ذرا غور کیجیے۔</w:t>
      </w:r>
    </w:p>
    <w:p>
      <w:r>
        <w:rPr>
          <w:b/>
        </w:rPr>
        <w:t xml:space="preserve">[2:02:56] </w:t>
      </w:r>
      <w:r>
        <w:t>to shukr ka samandar aap ko dohrana chahiye.</w:t>
      </w:r>
    </w:p>
    <w:p>
      <w:pPr>
        <w:jc w:val="right"/>
      </w:pPr>
      <w:r>
        <w:t>تو شکر کا سمندر آپ کو دہرانا چاہیے۔</w:t>
      </w:r>
    </w:p>
    <w:p>
      <w:r>
        <w:rPr>
          <w:b/>
        </w:rPr>
        <w:t xml:space="preserve">[2:03:00] </w:t>
      </w:r>
      <w:r>
        <w:t>aur aise dor mein hum musalman shikayatein karte hain, protest karte hain, ladaaiyan karte hain, jhagde karte hain.</w:t>
      </w:r>
    </w:p>
    <w:p>
      <w:pPr>
        <w:jc w:val="right"/>
      </w:pPr>
      <w:r>
        <w:t>اور ایسے دور میں ہم مسلمان شکایتیں کرتے ہیں، protest کرتے ہیں، لڑائیاں کرتے ہیں، جھگڑے کرتے ہیں۔</w:t>
      </w:r>
    </w:p>
    <w:p>
      <w:r>
        <w:rPr>
          <w:b/>
        </w:rPr>
        <w:t xml:space="preserve">[2:03:08] </w:t>
      </w:r>
      <w:r>
        <w:t>yani main arz karta hoon ke haram se bari bura kaam hai yeh.</w:t>
      </w:r>
    </w:p>
    <w:p>
      <w:pPr>
        <w:jc w:val="right"/>
      </w:pPr>
      <w:r>
        <w:t>یعنی میں عرض کرتا ہوں کہ حرام سے بری برا کام ہے یہ۔</w:t>
      </w:r>
    </w:p>
    <w:p>
      <w:r>
        <w:rPr>
          <w:b/>
        </w:rPr>
        <w:t xml:space="preserve">[2:03:13] </w:t>
      </w:r>
      <w:r>
        <w:t>aisa zamana jab ke Allah taala ne nematon ka anbaar khol diya.</w:t>
      </w:r>
    </w:p>
    <w:p>
      <w:pPr>
        <w:jc w:val="right"/>
      </w:pPr>
      <w:r>
        <w:t>ایسا زمانہ جب کہ اللہ تعالیٰ نے نعمتوں کا انبار کھول دیا۔</w:t>
      </w:r>
    </w:p>
    <w:p>
      <w:r>
        <w:rPr>
          <w:b/>
        </w:rPr>
        <w:t xml:space="preserve">[2:03:18] </w:t>
      </w:r>
      <w:r>
        <w:t>dawati mawaqe ka explosion ho gaya.</w:t>
      </w:r>
    </w:p>
    <w:p>
      <w:pPr>
        <w:jc w:val="right"/>
      </w:pPr>
      <w:r>
        <w:t>دعوتی مواقع کا کا explosion ہو گیا۔</w:t>
      </w:r>
    </w:p>
    <w:p>
      <w:r>
        <w:rPr>
          <w:b/>
        </w:rPr>
        <w:t xml:space="preserve">[2:03:21] </w:t>
      </w:r>
      <w:r>
        <w:t>aur yahan pe jalsay ho rahe hain, taqreerein ho rahi hain shikayat ki, protest ki, aur zulm ka</w:t>
      </w:r>
    </w:p>
    <w:p>
      <w:pPr>
        <w:jc w:val="right"/>
      </w:pPr>
      <w:r>
        <w:t>اور یہاں پہ جلسے ہو رہے ہیں، تقریریں ہو رہی ہیں شکایت کی، protest کی، اور ظلم کا</w:t>
      </w:r>
    </w:p>
    <w:p>
      <w:r>
        <w:rPr>
          <w:b/>
        </w:rPr>
        <w:t xml:space="preserve">[2:03:29] </w:t>
      </w:r>
      <w:r>
        <w:t>insaf kar rahe hain, size ka insaf kar rahe hain.</w:t>
      </w:r>
    </w:p>
    <w:p>
      <w:pPr>
        <w:jc w:val="right"/>
      </w:pPr>
      <w:r>
        <w:t>انصاف کر رہے ہیں، سائز کا انصاف کر رہے ہیں۔</w:t>
      </w:r>
    </w:p>
    <w:p>
      <w:r>
        <w:rPr>
          <w:b/>
        </w:rPr>
        <w:t xml:space="preserve">[2:03:33] </w:t>
      </w:r>
      <w:r>
        <w:t>yani kisi paighambar ke zamane mein mumkin nahi tha ke aisi kitaab chhapi jaye.</w:t>
      </w:r>
    </w:p>
    <w:p>
      <w:pPr>
        <w:jc w:val="right"/>
      </w:pPr>
      <w:r>
        <w:t>یعنی کسی پیغمبر کے زمانے میں ممکن نہیں تھا کہ ایسی کتاب چھاپی جائے۔</w:t>
      </w:r>
    </w:p>
    <w:p>
      <w:r>
        <w:rPr>
          <w:b/>
        </w:rPr>
        <w:t xml:space="preserve">[2:03:39] </w:t>
      </w:r>
      <w:r>
        <w:t>sahaba ke zamane mein mumkin tha aisi kitaab chhapi jaye.</w:t>
      </w:r>
    </w:p>
    <w:p>
      <w:pPr>
        <w:jc w:val="right"/>
      </w:pPr>
      <w:r>
        <w:t>صحابہ کے زمانے میں ممکن تھا ایسی کتاب چھاپی جائے۔</w:t>
      </w:r>
    </w:p>
    <w:p>
      <w:r>
        <w:rPr>
          <w:b/>
        </w:rPr>
        <w:t xml:space="preserve">[2:03:44] </w:t>
      </w:r>
      <w:r>
        <w:t>to aap shukr kyun nahi karte? aap shukr kyun nahi karte? yeh to shaitan ka kaam hai ke</w:t>
      </w:r>
    </w:p>
    <w:p>
      <w:pPr>
        <w:jc w:val="right"/>
      </w:pPr>
      <w:r>
        <w:t>تو آپ شکر کیوں نہیں کرتے؟ آپ شکر کیوں نہیں کرتے؟ یہ تو شیطان کا کام ہے کہ</w:t>
      </w:r>
    </w:p>
    <w:p>
      <w:r>
        <w:rPr>
          <w:b/>
        </w:rPr>
        <w:t xml:space="preserve">[2:03:51] </w:t>
      </w:r>
      <w:r>
        <w:t>nashukri, yani shukr ke anbaar mein nashukri karna.</w:t>
      </w:r>
    </w:p>
    <w:p>
      <w:pPr>
        <w:jc w:val="right"/>
      </w:pPr>
      <w:r>
        <w:t>ناشکری، یعنی شکر کے انبار میں ناشکری کرنا۔</w:t>
      </w:r>
    </w:p>
    <w:p>
      <w:r>
        <w:rPr>
          <w:b/>
        </w:rPr>
        <w:t xml:space="preserve">[2:03:55] </w:t>
      </w:r>
      <w:r>
        <w:t>shaitan ko bhi Allah taala ne nematein de rakhi theen.</w:t>
      </w:r>
    </w:p>
    <w:p>
      <w:pPr>
        <w:jc w:val="right"/>
      </w:pPr>
      <w:r>
        <w:t>شیطان کو بھی اللہ تعالیٰ نے نعمتیں دے رکھی تھیں۔</w:t>
      </w:r>
    </w:p>
    <w:p>
      <w:r>
        <w:rPr>
          <w:b/>
        </w:rPr>
        <w:t xml:space="preserve">[2:03:59] </w:t>
      </w:r>
      <w:r>
        <w:t>yani sultan ko Allah taala ne paida kiya, taqat di.</w:t>
      </w:r>
    </w:p>
    <w:p>
      <w:pPr>
        <w:jc w:val="right"/>
      </w:pPr>
      <w:r>
        <w:t>یعنی سلطان کو اللہ تعالیٰ نے پیدا کیا، طاقت دیا۔</w:t>
      </w:r>
    </w:p>
    <w:p>
      <w:r>
        <w:rPr>
          <w:b/>
        </w:rPr>
        <w:t xml:space="preserve">[2:04:03] </w:t>
      </w:r>
      <w:r>
        <w:t>nematein theen Allah taala ki is ke liye.</w:t>
      </w:r>
    </w:p>
    <w:p>
      <w:pPr>
        <w:jc w:val="right"/>
      </w:pPr>
      <w:r>
        <w:t>نعمتیں تھیں اللہ تعالیٰ کی اس کے لیے۔</w:t>
      </w:r>
    </w:p>
    <w:p>
      <w:r>
        <w:rPr>
          <w:b/>
        </w:rPr>
        <w:t xml:space="preserve">[2:04:07] </w:t>
      </w:r>
      <w:r>
        <w:t>ke woh bol sakta tha, chal sakta tha, aur is ka wajood zabardast wajood ke sath dunya mein</w:t>
      </w:r>
    </w:p>
    <w:p>
      <w:pPr>
        <w:jc w:val="right"/>
      </w:pPr>
      <w:r>
        <w:t>کہ وہ بول سکتا تھا، چل سکتا تھا، اور اس کا وجود زبردست وجود کے ساتھ دنیا میں</w:t>
      </w:r>
    </w:p>
    <w:p>
      <w:r>
        <w:rPr>
          <w:b/>
        </w:rPr>
        <w:t xml:space="preserve">[2:04:14] </w:t>
      </w:r>
      <w:r>
        <w:t>reh sakta tha.</w:t>
      </w:r>
    </w:p>
    <w:p>
      <w:pPr>
        <w:jc w:val="right"/>
      </w:pPr>
      <w:r>
        <w:t>رہ سکتا تھا۔</w:t>
      </w:r>
    </w:p>
    <w:p>
      <w:r>
        <w:rPr>
          <w:b/>
        </w:rPr>
        <w:t xml:space="preserve">[2:04:16] </w:t>
      </w:r>
      <w:r>
        <w:t>yeh sab to mila tha shaitan ko.</w:t>
      </w:r>
    </w:p>
    <w:p>
      <w:pPr>
        <w:jc w:val="right"/>
      </w:pPr>
      <w:r>
        <w:t>یہ سب تو ملا تھا شیطان کو۔</w:t>
      </w:r>
    </w:p>
    <w:p>
      <w:r>
        <w:rPr>
          <w:b/>
        </w:rPr>
        <w:t xml:space="preserve">[2:04:19] </w:t>
      </w:r>
      <w:r>
        <w:t>phir bhi nashukra ban gaya woh.</w:t>
      </w:r>
    </w:p>
    <w:p>
      <w:pPr>
        <w:jc w:val="right"/>
      </w:pPr>
      <w:r>
        <w:t>پھر بھی ناشکرا بن گیا وہ۔</w:t>
      </w:r>
    </w:p>
    <w:p>
      <w:r>
        <w:rPr>
          <w:b/>
        </w:rPr>
        <w:t xml:space="preserve">[2:04:21] </w:t>
      </w:r>
      <w:r>
        <w:t>to yeh shaitani shahadat hai ke itni nematon ke anbaar hain aur aap shikayatein karte hain aur kehte</w:t>
      </w:r>
    </w:p>
    <w:p>
      <w:pPr>
        <w:jc w:val="right"/>
      </w:pPr>
      <w:r>
        <w:t>تو یہ شیطانی شہادت ہے کہ اتنی نعمتوں کے انبار ہیں اور آپ شکایتیں کرتے ہیں اور کہتے</w:t>
      </w:r>
    </w:p>
    <w:p>
      <w:r>
        <w:rPr>
          <w:b/>
        </w:rPr>
        <w:t xml:space="preserve">[2:04:29] </w:t>
      </w:r>
      <w:r>
        <w:t>hain ke humein protest karne ka haq hai, hum protest kareinge.</w:t>
      </w:r>
    </w:p>
    <w:p>
      <w:pPr>
        <w:jc w:val="right"/>
      </w:pPr>
      <w:r>
        <w:t>ہیں کہ ہمیں protest کرنے کا حق ہے، ہم protest کریں گے۔</w:t>
      </w:r>
    </w:p>
    <w:p>
      <w:r>
        <w:rPr>
          <w:b/>
        </w:rPr>
        <w:t xml:space="preserve">[2:04:34] </w:t>
      </w:r>
      <w:r>
        <w:t>to behal main is tarah ki shikayaton ko, is tarah ke protest ko, aise jalsay jaloos ko, aisi</w:t>
      </w:r>
    </w:p>
    <w:p>
      <w:pPr>
        <w:jc w:val="right"/>
      </w:pPr>
      <w:r>
        <w:t>تو بہرحال میں اس طرح کی شکایتوں کو، اس طرح کے protest کو، ایسے جلسے جلوس کو، ایسی</w:t>
      </w:r>
    </w:p>
    <w:p>
      <w:r>
        <w:rPr>
          <w:b/>
        </w:rPr>
        <w:t xml:space="preserve">[2:04:42] </w:t>
      </w:r>
      <w:r>
        <w:t>taqreeron ko, aisi kitabon ko bilkul haram se kam nahi samajhta.</w:t>
      </w:r>
    </w:p>
    <w:p>
      <w:pPr>
        <w:jc w:val="right"/>
      </w:pPr>
      <w:r>
        <w:t>تقریروں کو، ایسی کتابوں کو بالکل حرام سے کم نہیں سمجھتا۔</w:t>
      </w:r>
    </w:p>
    <w:p>
      <w:r>
        <w:rPr>
          <w:b/>
        </w:rPr>
        <w:t xml:space="preserve">[2:04:47] </w:t>
      </w:r>
      <w:r>
        <w:t>ke nematon ke anbaar hain aur shikayatein kar rahe hain aap.</w:t>
      </w:r>
    </w:p>
    <w:p>
      <w:pPr>
        <w:jc w:val="right"/>
      </w:pPr>
      <w:r>
        <w:t>کہ نعمتوں کے انبار ہیں اور شکایتیں کر رہے ہیں آپ۔</w:t>
      </w:r>
    </w:p>
    <w:p>
      <w:r>
        <w:rPr>
          <w:b/>
        </w:rPr>
        <w:t xml:space="preserve">[2:04:51] </w:t>
      </w:r>
      <w:r>
        <w:t>bhai is ko avail kijiye is ko.</w:t>
      </w:r>
    </w:p>
    <w:p>
      <w:pPr>
        <w:jc w:val="right"/>
      </w:pPr>
      <w:r>
        <w:t>بھئی اس کو avail کیجیے اس کو۔</w:t>
      </w:r>
    </w:p>
    <w:p>
      <w:r>
        <w:rPr>
          <w:b/>
        </w:rPr>
        <w:t xml:space="preserve">[2:04:54] </w:t>
      </w:r>
      <w:r>
        <w:t>kitabein jo hain is tarah ki tayyar kar ke dunya bhar mein phailaiye.</w:t>
      </w:r>
    </w:p>
    <w:p>
      <w:pPr>
        <w:jc w:val="right"/>
      </w:pPr>
      <w:r>
        <w:t>کتابیں جو ہیں اس طرح کی تیار کر کے دنیا بھر میں پھیلائیے۔</w:t>
      </w:r>
    </w:p>
    <w:p>
      <w:r>
        <w:rPr>
          <w:b/>
        </w:rPr>
        <w:t xml:space="preserve">[2:05:00] </w:t>
      </w:r>
      <w:r>
        <w:t>to barhal yeh tazkirah al-quran ka yeh urdu edition pehle chapa tha, ab yeh angrezi bhasha mein chhap</w:t>
      </w:r>
    </w:p>
    <w:p>
      <w:pPr>
        <w:jc w:val="right"/>
      </w:pPr>
      <w:r>
        <w:t>تو بہرحال یہ تذکر القرآن کا یہ عربی edition پہلے چھپا تھا، اب یہ انگریزی भाषा میں چھپ</w:t>
      </w:r>
    </w:p>
    <w:p>
      <w:r>
        <w:rPr>
          <w:b/>
        </w:rPr>
        <w:t xml:space="preserve">[2:05:08] </w:t>
      </w:r>
      <w:r>
        <w:t>gaya hai.</w:t>
      </w:r>
    </w:p>
    <w:p>
      <w:pPr>
        <w:jc w:val="right"/>
      </w:pPr>
      <w:r>
        <w:t>گیا ہے۔</w:t>
      </w:r>
    </w:p>
    <w:p>
      <w:r>
        <w:rPr>
          <w:b/>
        </w:rPr>
        <w:t xml:space="preserve">[2:05:09] </w:t>
      </w:r>
      <w:r>
        <w:t>aur mein kahunga ke jo areezah log hain is ko parhein aur is ko pahunchayen in logon</w:t>
      </w:r>
    </w:p>
    <w:p>
      <w:pPr>
        <w:jc w:val="right"/>
      </w:pPr>
      <w:r>
        <w:t>اور میں کہوں گا کہ جو عریضہ لوگ ہیں اس کو پڑھیں اور اس کو پہنچائیں ان لوگوں</w:t>
      </w:r>
    </w:p>
    <w:p>
      <w:r>
        <w:rPr>
          <w:b/>
        </w:rPr>
        <w:t xml:space="preserve">[2:05:17] </w:t>
      </w:r>
      <w:r>
        <w:t>tak jo areezah hazraat hain.</w:t>
      </w:r>
    </w:p>
    <w:p>
      <w:pPr>
        <w:jc w:val="right"/>
      </w:pPr>
      <w:r>
        <w:t>تک جو عریضہ حضرات ہیں۔</w:t>
      </w:r>
    </w:p>
    <w:p>
      <w:r>
        <w:rPr>
          <w:b/>
        </w:rPr>
        <w:t xml:space="preserve">[2:05:19] </w:t>
      </w:r>
      <w:r>
        <w:t>ji haan.</w:t>
      </w:r>
    </w:p>
    <w:p>
      <w:pPr>
        <w:jc w:val="right"/>
      </w:pPr>
      <w:r>
        <w:t>جی ہاں۔</w:t>
      </w:r>
    </w:p>
    <w:p>
      <w:r>
        <w:rPr>
          <w:b/>
        </w:rPr>
        <w:t xml:space="preserve">[2:05:21] </w:t>
      </w:r>
      <w:r>
        <w:t>aur mein yeh kahun ke tazkirah al-quran jo hai, tafaseer to bohat likhi gayi hain, pachason tafaseer hain,</w:t>
      </w:r>
    </w:p>
    <w:p>
      <w:pPr>
        <w:jc w:val="right"/>
      </w:pPr>
      <w:r>
        <w:t>اور میں یہ کہوں کہ تذکر القرآن جو ہے، تفسیریں تو بہت لکھی گئی ہیں، پچاسوں تفسیریں ہیں،</w:t>
      </w:r>
    </w:p>
    <w:p>
      <w:r>
        <w:rPr>
          <w:b/>
        </w:rPr>
        <w:t xml:space="preserve">[2:05:28] </w:t>
      </w:r>
      <w:r>
        <w:t>sainkaron tafaseer hain.</w:t>
      </w:r>
    </w:p>
    <w:p>
      <w:pPr>
        <w:jc w:val="right"/>
      </w:pPr>
      <w:r>
        <w:t>سینکڑوں تفسیریں ہیں۔</w:t>
      </w:r>
    </w:p>
    <w:p>
      <w:r>
        <w:rPr>
          <w:b/>
        </w:rPr>
        <w:t xml:space="preserve">[2:05:30] </w:t>
      </w:r>
      <w:r>
        <w:t>lekin sab tafaseer فنی type ki tafaseer hain.</w:t>
      </w:r>
    </w:p>
    <w:p>
      <w:pPr>
        <w:jc w:val="right"/>
      </w:pPr>
      <w:r>
        <w:t>لیکن سب تفسیریں فنی type کی تفسیریں ہیں۔</w:t>
      </w:r>
    </w:p>
    <w:p>
      <w:r>
        <w:rPr>
          <w:b/>
        </w:rPr>
        <w:t xml:space="preserve">[2:05:33] </w:t>
      </w:r>
      <w:r>
        <w:t>yani akhirat aur dawat, yani aisi tafsir jis mein akhirat ko aur dawat ko buniyadi qarar de kar</w:t>
      </w:r>
    </w:p>
    <w:p>
      <w:pPr>
        <w:jc w:val="right"/>
      </w:pPr>
      <w:r>
        <w:t>یعنی آخرت اور دعوت، یعنی ایسی تفسیر جس میں آخرت کو اور دعوت کو بنیادی قرار دے کر</w:t>
      </w:r>
    </w:p>
    <w:p>
      <w:r>
        <w:rPr>
          <w:b/>
        </w:rPr>
        <w:t xml:space="preserve">[2:05:41] </w:t>
      </w:r>
      <w:r>
        <w:t>ke is ki buniyad par sharah ki gayi ho, yeh yeh wahid tafsir hai.</w:t>
      </w:r>
    </w:p>
    <w:p>
      <w:pPr>
        <w:jc w:val="right"/>
      </w:pPr>
      <w:r>
        <w:t>کے اس کی بنیاد پر شرح کی گئی ہو، یہ یہ واحد تفسیر ہے۔</w:t>
      </w:r>
    </w:p>
    <w:p>
      <w:r>
        <w:rPr>
          <w:b/>
        </w:rPr>
        <w:t xml:space="preserve">[2:05:47] </w:t>
      </w:r>
      <w:r>
        <w:t>tafaseer ke sainkaron kitaben hain is tafsir par.</w:t>
      </w:r>
    </w:p>
    <w:p>
      <w:pPr>
        <w:jc w:val="right"/>
      </w:pPr>
      <w:r>
        <w:t>تفسیروں کے سینکڑوں کتابیں ہیں اس تفسیر پر۔</w:t>
      </w:r>
    </w:p>
    <w:p>
      <w:r>
        <w:rPr>
          <w:b/>
        </w:rPr>
        <w:t xml:space="preserve">[2:05:50] </w:t>
      </w:r>
      <w:r>
        <w:t>lekin sari tafaseer mein aap parhiye ke shan-e-nazool ki baaten hain, kahin فنی baaten hain, kahin political</w:t>
      </w:r>
    </w:p>
    <w:p>
      <w:pPr>
        <w:jc w:val="right"/>
      </w:pPr>
      <w:r>
        <w:t>لیکن ساری تفسیروں میں آپ پڑھیے کہ شان نزول کی باتیں ہیں، کہیں فنی باتیں ہیں، کہیں political</w:t>
      </w:r>
    </w:p>
    <w:p>
      <w:r>
        <w:rPr>
          <w:b/>
        </w:rPr>
        <w:t xml:space="preserve">[2:05:58] </w:t>
      </w:r>
      <w:r>
        <w:t>baaten hain, kahin firqa firqon ki baaten hain, kahin fiqhi masail ki baaten hain.</w:t>
      </w:r>
    </w:p>
    <w:p>
      <w:pPr>
        <w:jc w:val="right"/>
      </w:pPr>
      <w:r>
        <w:t>باتیں ہیں، کہیں فرقہ فرقوں کی باتیں ہیں، کہیں فقہی مسائل کی باتیں ہیں۔</w:t>
      </w:r>
    </w:p>
    <w:p>
      <w:r>
        <w:rPr>
          <w:b/>
        </w:rPr>
        <w:t xml:space="preserve">[2:06:04] </w:t>
      </w:r>
      <w:r>
        <w:t>lekin akhirat aur dawat, yeh jo jo aham tareen mozuat hain Islam ke, is par koi tafsir likhi</w:t>
      </w:r>
    </w:p>
    <w:p>
      <w:pPr>
        <w:jc w:val="right"/>
      </w:pPr>
      <w:r>
        <w:t>لیکن آخرت اور دعوت، یہ جو جو اہم ترین موضوعات ہیں اسلام کے، اس پر کوئی تفسیر لکھی</w:t>
      </w:r>
    </w:p>
    <w:p>
      <w:r>
        <w:rPr>
          <w:b/>
        </w:rPr>
        <w:t xml:space="preserve">[2:06:12] </w:t>
      </w:r>
      <w:r>
        <w:t>hi nahi gayi.</w:t>
      </w:r>
    </w:p>
    <w:p>
      <w:pPr>
        <w:jc w:val="right"/>
      </w:pPr>
      <w:r>
        <w:t>ہی نہیں گئی۔</w:t>
      </w:r>
    </w:p>
    <w:p>
      <w:r>
        <w:rPr>
          <w:b/>
        </w:rPr>
        <w:t xml:space="preserve">[2:06:13] </w:t>
      </w:r>
      <w:r>
        <w:t>to yeh pehli tafsir hai jo is likhi gayi hai jis mein tauheed, akhirat, jannat aur dawat, is</w:t>
      </w:r>
    </w:p>
    <w:p>
      <w:pPr>
        <w:jc w:val="right"/>
      </w:pPr>
      <w:r>
        <w:t>تو یہ پہلی تفسیر ہے جو اس لکھی گئی ہے جس میں توحید، آخرت، جنت اور دعوت، اس</w:t>
      </w:r>
    </w:p>
    <w:p>
      <w:r>
        <w:rPr>
          <w:b/>
        </w:rPr>
        <w:t xml:space="preserve">[2:06:21] </w:t>
      </w:r>
      <w:r>
        <w:t>ko ahmiyat di gayi hai.</w:t>
      </w:r>
    </w:p>
    <w:p>
      <w:pPr>
        <w:jc w:val="right"/>
      </w:pPr>
      <w:r>
        <w:t>کو اہمیت دی گئی ہے۔</w:t>
      </w:r>
    </w:p>
    <w:p>
      <w:r>
        <w:rPr>
          <w:b/>
        </w:rPr>
        <w:t xml:space="preserve">[2:06:23] </w:t>
      </w:r>
      <w:r>
        <w:t>aur is ko ubhara gaya hai.</w:t>
      </w:r>
    </w:p>
    <w:p>
      <w:pPr>
        <w:jc w:val="right"/>
      </w:pPr>
      <w:r>
        <w:t>اور اس کو ابھارا گیا ہے۔</w:t>
      </w:r>
    </w:p>
    <w:p>
      <w:r>
        <w:rPr>
          <w:b/>
        </w:rPr>
        <w:t xml:space="preserve">[2:06:26] </w:t>
      </w:r>
      <w:r>
        <w:t>to mein samajhta hoon ke aap mein se har shakhs is ko parhna chahiye aur is ko phailana</w:t>
      </w:r>
    </w:p>
    <w:p>
      <w:pPr>
        <w:jc w:val="right"/>
      </w:pPr>
      <w:r>
        <w:t>تو میں سمجھتا ہوں کہ آپ میں سے ہر شخص اس کو پڑھنا چاہیے اور اس کو پھیلانا</w:t>
      </w:r>
    </w:p>
    <w:p>
      <w:r>
        <w:rPr>
          <w:b/>
        </w:rPr>
        <w:t xml:space="preserve">[2:06:33] </w:t>
      </w:r>
      <w:r>
        <w:t>chahiye.</w:t>
      </w:r>
    </w:p>
    <w:p>
      <w:pPr>
        <w:jc w:val="right"/>
      </w:pPr>
      <w:r>
        <w:t>چاہیے۔</w:t>
      </w:r>
    </w:p>
    <w:p>
      <w:r>
        <w:rPr>
          <w:b/>
        </w:rPr>
        <w:t xml:space="preserve">[2:06:35] </w:t>
      </w:r>
      <w:r>
        <w:t>maulana in ka ek aur sawal hai, unhon ne likha hai ke mere ek sathi mujh se bar</w:t>
      </w:r>
    </w:p>
    <w:p>
      <w:pPr>
        <w:jc w:val="right"/>
      </w:pPr>
      <w:r>
        <w:t>مولانا ان کا ایک اور سوال ہے، انہوں نے لکھا ہے کہ میرے ایک ساتھی مجھ سے بار</w:t>
      </w:r>
    </w:p>
    <w:p>
      <w:r>
        <w:rPr>
          <w:b/>
        </w:rPr>
        <w:t xml:space="preserve">[2:06:43] </w:t>
      </w:r>
      <w:r>
        <w:t>bar poochte hain ke al-risalah kitni tadad mein chhapta hai? mein un ko kya jawab doon? un ko</w:t>
      </w:r>
    </w:p>
    <w:p>
      <w:pPr>
        <w:jc w:val="right"/>
      </w:pPr>
      <w:r>
        <w:t>بار پوچھتے ہیں کہ الرسالہ کتنی تعداد میں چھپتا ہے؟ میں ان کو کیا جواب دوں؟ ان کو</w:t>
      </w:r>
    </w:p>
    <w:p>
      <w:r>
        <w:rPr>
          <w:b/>
        </w:rPr>
        <w:t xml:space="preserve">[2:06:50] </w:t>
      </w:r>
      <w:r>
        <w:t>jawab dein jitna aap dua kiye hue hote hain, aap chhapta hoga.</w:t>
      </w:r>
    </w:p>
    <w:p>
      <w:pPr>
        <w:jc w:val="right"/>
      </w:pPr>
      <w:r>
        <w:t>جواب دیں جتنا آپ دعا کیے ہوئے ہوتے ہیں، آپ چھپتا ہوگا۔</w:t>
      </w:r>
    </w:p>
    <w:p>
      <w:r>
        <w:rPr>
          <w:b/>
        </w:rPr>
        <w:t xml:space="preserve">[2:06:56] </w:t>
      </w:r>
      <w:r>
        <w:t>agar aap ko itna concern hai to dua kijiye is ko baith kar ke.</w:t>
      </w:r>
    </w:p>
    <w:p>
      <w:pPr>
        <w:jc w:val="right"/>
      </w:pPr>
      <w:r>
        <w:t>اگر آپ کو اتنا concern ہے تو دعا کیجیے اس کو بیٹھ کر کے۔</w:t>
      </w:r>
    </w:p>
    <w:p>
      <w:r>
        <w:rPr>
          <w:b/>
        </w:rPr>
        <w:t xml:space="preserve">[2:07:02] </w:t>
      </w:r>
      <w:r>
        <w:t>mujh se jo log poochte hain aisa bohat hi insincerity is sawal ke peechay hoti hai.</w:t>
      </w:r>
    </w:p>
    <w:p>
      <w:pPr>
        <w:jc w:val="right"/>
      </w:pPr>
      <w:r>
        <w:t>مجھ سے جو لوگ پوچھتے ہیں ایسا بہت ہی insincerity اس سوال کے پیچھے ہوتی ہے۔</w:t>
      </w:r>
    </w:p>
    <w:p>
      <w:r>
        <w:rPr>
          <w:b/>
        </w:rPr>
        <w:t xml:space="preserve">[2:07:08] </w:t>
      </w:r>
      <w:r>
        <w:t>bohat hi ghair sanjeeda log aisa sawal karte hain.</w:t>
      </w:r>
    </w:p>
    <w:p>
      <w:pPr>
        <w:jc w:val="right"/>
      </w:pPr>
      <w:r>
        <w:t>بہت ہی غیر سنجیدہ لوگ ایسا سوال کرتے ہیں۔</w:t>
      </w:r>
    </w:p>
    <w:p>
      <w:r>
        <w:rPr>
          <w:b/>
        </w:rPr>
        <w:t xml:space="preserve">[2:07:12] </w:t>
      </w:r>
      <w:r>
        <w:t>yani baaz auqat dunya mein bohat bura muamla hota hai ke kisi se aap poochein ke bhai tumhari</w:t>
      </w:r>
    </w:p>
    <w:p>
      <w:pPr>
        <w:jc w:val="right"/>
      </w:pPr>
      <w:r>
        <w:t>یعنی بعض اوقات دنیا میں بہت برا معاملہ ہوتا ہے کہ کسی سے آپ پوچھیں کہ بھئی تمہاری</w:t>
      </w:r>
    </w:p>
    <w:p>
      <w:r>
        <w:rPr>
          <w:b/>
        </w:rPr>
        <w:t xml:space="preserve">[2:07:20] </w:t>
      </w:r>
      <w:r>
        <w:t>tankhwah kitni hai? bohat bura sawal hai yeh.</w:t>
      </w:r>
    </w:p>
    <w:p>
      <w:pPr>
        <w:jc w:val="right"/>
      </w:pPr>
      <w:r>
        <w:t>تنخواہ کتنی ہے؟ بہت برا سوال ہے یہ۔</w:t>
      </w:r>
    </w:p>
    <w:p>
      <w:r>
        <w:rPr>
          <w:b/>
        </w:rPr>
        <w:t xml:space="preserve">[2:07:23] </w:t>
      </w:r>
      <w:r>
        <w:t>to aap yeh kyun pochte hain kitne tak chupta hai? aap ja ke masjid mein dua kijiye ke</w:t>
      </w:r>
    </w:p>
    <w:p>
      <w:pPr>
        <w:jc w:val="right"/>
      </w:pPr>
      <w:r>
        <w:t>تو آپ یہ کیوں پوچھتے ہیں کتنے تک چھپتا ہے؟ آپ جا کے مسجد میں دعا کیجیے کہ</w:t>
      </w:r>
    </w:p>
    <w:p>
      <w:r>
        <w:rPr>
          <w:b/>
        </w:rPr>
        <w:t xml:space="preserve">[2:07:31] </w:t>
      </w:r>
      <w:r>
        <w:t>saari dunya mein pohnchne lage ar risala.</w:t>
      </w:r>
    </w:p>
    <w:p>
      <w:pPr>
        <w:jc w:val="right"/>
      </w:pPr>
      <w:r>
        <w:t>ساری دنیا میں پہنچنے لگے الرسالہ۔</w:t>
      </w:r>
    </w:p>
    <w:p>
      <w:r>
        <w:rPr>
          <w:b/>
        </w:rPr>
        <w:t xml:space="preserve">[2:07:34] </w:t>
      </w:r>
      <w:r>
        <w:t>mujh se jab koi pochta hai to main kehta hoon ke aap ne jitni dua kiye hue hote</w:t>
      </w:r>
    </w:p>
    <w:p>
      <w:pPr>
        <w:jc w:val="right"/>
      </w:pPr>
      <w:r>
        <w:t>مجھ سے جب کوئی پوچھتا ہے تو میں کہتا ہوں کہ آپ نے جتنی دعا کیے ہوئے ہوتے</w:t>
      </w:r>
    </w:p>
    <w:p>
      <w:r>
        <w:rPr>
          <w:b/>
        </w:rPr>
        <w:t xml:space="preserve">[2:07:41] </w:t>
      </w:r>
      <w:r>
        <w:t>hain, chupta hoga.</w:t>
      </w:r>
    </w:p>
    <w:p>
      <w:pPr>
        <w:jc w:val="right"/>
      </w:pPr>
      <w:r>
        <w:t>ہیں، چھپتا ہوگا۔</w:t>
      </w:r>
    </w:p>
    <w:p>
      <w:r>
        <w:rPr>
          <w:b/>
        </w:rPr>
        <w:t xml:space="preserve">[2:07:43] </w:t>
      </w:r>
      <w:r>
        <w:t>apni dua se aap is ka andaza kar lijiye aap.</w:t>
      </w:r>
    </w:p>
    <w:p>
      <w:pPr>
        <w:jc w:val="right"/>
      </w:pPr>
      <w:r>
        <w:t>اپنی دعا سے آپ اس کا اندازہ کر لیجیے آپ۔</w:t>
      </w:r>
    </w:p>
    <w:p>
      <w:r>
        <w:rPr>
          <w:b/>
        </w:rPr>
        <w:t xml:space="preserve">[2:07:47] </w:t>
      </w:r>
      <w:r>
        <w:t>jo log aisa sawal karte hain, bilashuba ghair sanjeeda log hain aur bohat hi zyada, main is ko</w:t>
      </w:r>
    </w:p>
    <w:p>
      <w:pPr>
        <w:jc w:val="right"/>
      </w:pPr>
      <w:r>
        <w:t>جو لوگ ایسا سوال کرتے ہیں، بلاشبہ غیر سنجیدہ لوگ ہیں اور بہت ہی زیادہ، میں اس کو</w:t>
      </w:r>
    </w:p>
    <w:p>
      <w:r>
        <w:rPr>
          <w:b/>
        </w:rPr>
        <w:t xml:space="preserve">[2:07:55] </w:t>
      </w:r>
      <w:r>
        <w:t>yani saada nahi leta main is ko.</w:t>
      </w:r>
    </w:p>
    <w:p>
      <w:pPr>
        <w:jc w:val="right"/>
      </w:pPr>
      <w:r>
        <w:t>یعنی سادہ نہیں لیتا میں اس کو۔</w:t>
      </w:r>
    </w:p>
    <w:p>
      <w:r>
        <w:rPr>
          <w:b/>
        </w:rPr>
        <w:t xml:space="preserve">[2:07:58] </w:t>
      </w:r>
      <w:r>
        <w:t>is ko is mein shumar karta hoon jo ek sahabi ne kaha tha tabieen ke zamanay mein ke</w:t>
      </w:r>
    </w:p>
    <w:p>
      <w:pPr>
        <w:jc w:val="right"/>
      </w:pPr>
      <w:r>
        <w:t>اس کو اس میں شمار کرتا ہوں جو ایک صحابی نے کہا تھا تابعین کے زمانے میں کہ</w:t>
      </w:r>
    </w:p>
    <w:p>
      <w:r>
        <w:rPr>
          <w:b/>
        </w:rPr>
        <w:t xml:space="preserve">[2:08:06] </w:t>
      </w:r>
      <w:r>
        <w:t>tum jin cheezon ko bohat mamooli samajhte ho kunna na'dun marbuqatan yeh kis ka qaul hai sahib? ans</w:t>
      </w:r>
    </w:p>
    <w:p>
      <w:pPr>
        <w:jc w:val="right"/>
      </w:pPr>
      <w:r>
        <w:t>تم جن چیزوں کو بہت معمولی سمجھتے ہو كُنَّ نَعْدٌ مَرْبُوقَةٌ یہ کس کا قول ہے صاحب؟ انس</w:t>
      </w:r>
    </w:p>
    <w:p>
      <w:r>
        <w:rPr>
          <w:b/>
        </w:rPr>
        <w:t xml:space="preserve">[2:08:13] </w:t>
      </w:r>
      <w:r>
        <w:t>ibn malik.</w:t>
      </w:r>
    </w:p>
    <w:p>
      <w:pPr>
        <w:jc w:val="right"/>
      </w:pPr>
      <w:r>
        <w:t>ابن مالک۔</w:t>
      </w:r>
    </w:p>
    <w:p>
      <w:r>
        <w:rPr>
          <w:b/>
        </w:rPr>
        <w:t xml:space="preserve">[2:08:15] </w:t>
      </w:r>
      <w:r>
        <w:t>hazrat ans ibn malik ka qaul hai.</w:t>
      </w:r>
    </w:p>
    <w:p>
      <w:pPr>
        <w:jc w:val="right"/>
      </w:pPr>
      <w:r>
        <w:t>حضرت انس ابن مالک کا قول ہے۔</w:t>
      </w:r>
    </w:p>
    <w:p>
      <w:r>
        <w:rPr>
          <w:b/>
        </w:rPr>
        <w:t xml:space="preserve">[2:08:18] </w:t>
      </w:r>
      <w:r>
        <w:t>ke baad ke zamanay mein log choti choti baaton mein uljhe rehte thay woh.</w:t>
      </w:r>
    </w:p>
    <w:p>
      <w:pPr>
        <w:jc w:val="right"/>
      </w:pPr>
      <w:r>
        <w:t>کہ بعد کے زمانے میں لوگ چھوٹی چھوٹی باتوں میں الجھے رہتے تھے وہ۔</w:t>
      </w:r>
    </w:p>
    <w:p>
      <w:r>
        <w:rPr>
          <w:b/>
        </w:rPr>
        <w:t xml:space="preserve">[2:08:24] </w:t>
      </w:r>
      <w:r>
        <w:t>to unhon ne kaha ke yeh sahaba ka tareeqa nahi tha yeh.</w:t>
      </w:r>
    </w:p>
    <w:p>
      <w:pPr>
        <w:jc w:val="right"/>
      </w:pPr>
      <w:r>
        <w:t>تو انہوں نے کہا کہ یہ صحابہ کا طریقہ نہیں تھا یہ۔</w:t>
      </w:r>
    </w:p>
    <w:p>
      <w:r>
        <w:rPr>
          <w:b/>
        </w:rPr>
        <w:t xml:space="preserve">[2:08:29] </w:t>
      </w:r>
      <w:r>
        <w:t>rasool Allah ka yeh tareeqa nahi tha woh.</w:t>
      </w:r>
    </w:p>
    <w:p>
      <w:pPr>
        <w:jc w:val="right"/>
      </w:pPr>
      <w:r>
        <w:t>رسول اللہ کا یہ طریقہ نہیں تھا وہ۔</w:t>
      </w:r>
    </w:p>
    <w:p>
      <w:r>
        <w:rPr>
          <w:b/>
        </w:rPr>
        <w:t xml:space="preserve">[2:08:32] </w:t>
      </w:r>
      <w:r>
        <w:t>tum un ko mamooli samajhte ho.</w:t>
      </w:r>
    </w:p>
    <w:p>
      <w:pPr>
        <w:jc w:val="right"/>
      </w:pPr>
      <w:r>
        <w:t>تم ان کو معمولی سمجھتے ہو۔</w:t>
      </w:r>
    </w:p>
    <w:p>
      <w:r>
        <w:rPr>
          <w:b/>
        </w:rPr>
        <w:t xml:space="preserve">[2:08:35] </w:t>
      </w:r>
      <w:r>
        <w:t>lekin hum sahaba ke, rasool Allah ke zamanay mein is ko hum mubqatan samajhte hain, mulqatan samajhte hain,</w:t>
      </w:r>
    </w:p>
    <w:p>
      <w:pPr>
        <w:jc w:val="right"/>
      </w:pPr>
      <w:r>
        <w:t>لیکن ہم صحابہ کے، رسول اللہ کے زمانے میں اس کو ہم مُبِقَاة سمجھتے ہیں، مُلِقَاة سمجھتے ہیں،</w:t>
      </w:r>
    </w:p>
    <w:p>
      <w:r>
        <w:rPr>
          <w:b/>
        </w:rPr>
        <w:t xml:space="preserve">[2:08:43] </w:t>
      </w:r>
      <w:r>
        <w:t>halak karne wali cheez.</w:t>
      </w:r>
    </w:p>
    <w:p>
      <w:pPr>
        <w:jc w:val="right"/>
      </w:pPr>
      <w:r>
        <w:t>ہلاک کرنے والی چیز۔</w:t>
      </w:r>
    </w:p>
    <w:p>
      <w:r>
        <w:rPr>
          <w:b/>
        </w:rPr>
        <w:t xml:space="preserve">[2:08:44] </w:t>
      </w:r>
      <w:r>
        <w:t>kunna na'dun marbuqatan yahi hai yeh sab.</w:t>
      </w:r>
    </w:p>
    <w:p>
      <w:pPr>
        <w:jc w:val="right"/>
      </w:pPr>
      <w:r>
        <w:t>كُنَّ نَعْدٌ مَرْبُوقَةٌ یہی ہے یہ سب۔</w:t>
      </w:r>
    </w:p>
    <w:p>
      <w:r>
        <w:rPr>
          <w:b/>
        </w:rPr>
        <w:t xml:space="preserve">[2:08:47] </w:t>
      </w:r>
      <w:r>
        <w:t>yahi yahi sab hai.</w:t>
      </w:r>
    </w:p>
    <w:p>
      <w:pPr>
        <w:jc w:val="right"/>
      </w:pPr>
      <w:r>
        <w:t>یہی یہی سب ہے۔</w:t>
      </w:r>
    </w:p>
    <w:p>
      <w:r>
        <w:rPr>
          <w:b/>
        </w:rPr>
        <w:t xml:space="preserve">[2:08:49] </w:t>
      </w:r>
      <w:r>
        <w:t>yani risalat ko phailayen ge nahi, lekin chanda bhi nahi bhejenge.</w:t>
      </w:r>
    </w:p>
    <w:p>
      <w:pPr>
        <w:jc w:val="right"/>
      </w:pPr>
      <w:r>
        <w:t>یعنی رسالت کو پھیلائیں گے نہیں، لیکن چندہ بھی نہیں بھیجیں گے۔</w:t>
      </w:r>
    </w:p>
    <w:p>
      <w:r>
        <w:rPr>
          <w:b/>
        </w:rPr>
        <w:t xml:space="preserve">[2:08:54] </w:t>
      </w:r>
      <w:r>
        <w:t>aur yeh sawal kar rahe hain woh.</w:t>
      </w:r>
    </w:p>
    <w:p>
      <w:pPr>
        <w:jc w:val="right"/>
      </w:pPr>
      <w:r>
        <w:t>اور یہ سوال کر رہے ہیں وہ۔</w:t>
      </w:r>
    </w:p>
    <w:p>
      <w:r>
        <w:rPr>
          <w:b/>
        </w:rPr>
        <w:t xml:space="preserve">[2:08:57] </w:t>
      </w:r>
      <w:r>
        <w:t>bohat hi zyada sangin baat hai ke aap ke andar ghair sanjidgi ho aur aap ke andar yani</w:t>
      </w:r>
    </w:p>
    <w:p>
      <w:pPr>
        <w:jc w:val="right"/>
      </w:pPr>
      <w:r>
        <w:t>بہت ہی زیادہ سنگین بات ہے کہ آپ کے اندر غیر سنجیدگی ہو اور آپ کے اندر یعنی</w:t>
      </w:r>
    </w:p>
    <w:p>
      <w:r>
        <w:rPr>
          <w:b/>
        </w:rPr>
        <w:t xml:space="preserve">[2:09:05] </w:t>
      </w:r>
      <w:r>
        <w:t>choti choti baton mein uljhe rehne ka mizaj ho, yeh bohat zyada serious baat hai.</w:t>
      </w:r>
    </w:p>
    <w:p>
      <w:pPr>
        <w:jc w:val="right"/>
      </w:pPr>
      <w:r>
        <w:t>چھوٹی چھوٹی باتوں میں الجھے رہنے کا مزاج ہو، یہ بہت زیادہ serious بات ہے۔</w:t>
      </w:r>
    </w:p>
    <w:p>
      <w:r>
        <w:rPr>
          <w:b/>
        </w:rPr>
        <w:t xml:space="preserve">[2:09:11] </w:t>
      </w:r>
      <w:r>
        <w:t>Okay we will now have a short tea break.</w:t>
      </w:r>
    </w:p>
    <w:p>
      <w:pPr>
        <w:jc w:val="right"/>
      </w:pPr>
      <w:r>
        <w:t>Okay we will now have a short tea break.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