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Duties of Ummat-e-Wasat (The Middle Nation) September 25, 2022</w:t>
      </w:r>
    </w:p>
    <w:p>
      <w:r>
        <w:t>https://youtu.be/pIZGjyY5Zv4</w:t>
      </w:r>
    </w:p>
    <w:p>
      <w:r>
        <w:rPr>
          <w:b/>
        </w:rPr>
        <w:t xml:space="preserve">[00:11] </w:t>
      </w:r>
      <w:r>
        <w:t>assalam o alaikum. the topic for today conversation is "duties of ummah wasat". as we know that, ah, da'wah work is the principal mission for muslim ummah.</w:t>
      </w:r>
    </w:p>
    <w:p>
      <w:pPr>
        <w:jc w:val="right"/>
      </w:pPr>
      <w:r>
        <w:t>السلام علیکم۔ دی ٹاپک فار ٹوڈے کنورسیشن از "ڈیوٹیز آف امت وسط"۔ ایز وی نو دیٹ، اہ، دعویٰ ورک از دی پرنسپل مشن فار مسلم امہ۔</w:t>
      </w:r>
    </w:p>
    <w:p>
      <w:r>
        <w:rPr>
          <w:b/>
        </w:rPr>
        <w:t xml:space="preserve">[00:25] </w:t>
      </w:r>
      <w:r>
        <w:t>it is to convey god's message in a peaceful manner to entire humanity. to chaliye aaj hum baat cheet karenge farida apa ke saath isi subject par.</w:t>
      </w:r>
    </w:p>
    <w:p>
      <w:pPr>
        <w:jc w:val="right"/>
      </w:pPr>
      <w:r>
        <w:t>اٹ از ٹو کنوے گاڈز میسج ان ا پیس فل مینر ٹو انٹائر ہیومینٹی۔ تو چلیے آج ہم بات چیت کریں گے فریدہ آپا کے ساتھ اسی سبجیکٹ پر۔</w:t>
      </w:r>
    </w:p>
    <w:p>
      <w:r>
        <w:rPr>
          <w:b/>
        </w:rPr>
        <w:t xml:space="preserve">[00:38] </w:t>
      </w:r>
      <w:r>
        <w:t>ah, assalam o alaikum apa, ki</w:t>
      </w:r>
    </w:p>
    <w:p>
      <w:pPr>
        <w:jc w:val="right"/>
      </w:pPr>
      <w:r>
        <w:t>اہ، السلام علیکم آپا، کی</w:t>
      </w:r>
    </w:p>
    <w:p>
      <w:r>
        <w:rPr>
          <w:b/>
        </w:rPr>
        <w:t xml:space="preserve">[00:40] </w:t>
      </w:r>
      <w:r>
        <w:t>see hain aap? wa alaikum assalam. sab khairiyat se? ji, alhamdulillah. apa, ah, da'wah work as we know is an exalted task, and from the quran and hadith we get to know that, ah, all those people who are engaged in da'wah work, ah, will be given lofty position in paradise by god almighty.</w:t>
      </w:r>
    </w:p>
    <w:p>
      <w:pPr>
        <w:jc w:val="right"/>
      </w:pPr>
      <w:r>
        <w:t>سی ہیں آپ؟ وعلیکم السلام۔ سب خیریت سے؟ جی، الحمدللہ۔ آپا، اہ، دعویٰ ورک ایز وی نو از این ایگزالٹڈ ٹاسک، اینڈ فرام دی قرآن اینڈ حدیث وی گیٹ ٹو نو دیٹ، اہ، ال دوز پیپل ہو آر انگیجڈ ان دعویٰ ورک، اہ، ول بی گیون لافٹی پوزیشن ان پیراڈائز بائے گاڈ المائٹی۔</w:t>
      </w:r>
    </w:p>
    <w:p>
      <w:r>
        <w:rPr>
          <w:b/>
        </w:rPr>
        <w:t xml:space="preserve">[01:01] </w:t>
      </w:r>
      <w:r>
        <w:t>to sab se pehle jo sawal aata hai, aur hum sab janna chahenge, ah, ab is ko achhe se wazeh bhi karein ke da'wah ilallah kya</w:t>
      </w:r>
    </w:p>
    <w:p>
      <w:pPr>
        <w:jc w:val="right"/>
      </w:pPr>
      <w:r>
        <w:t>تو سب سے پہلے جو سوال آتا ہے، اور ہم سب جاننا چاہیں گے، اہ، اب اس کو اچھے سے واضح بھی کریں کہ دعویٰ الی اللہ کیا</w:t>
      </w:r>
    </w:p>
    <w:p>
      <w:r>
        <w:rPr>
          <w:b/>
        </w:rPr>
        <w:t xml:space="preserve">[01:09] </w:t>
      </w:r>
      <w:r>
        <w:t>hai, ah, is ke bare mein aap batayein. da'wah ilallah hai calling people to god, logon ko khuda ki taraf bulana.</w:t>
      </w:r>
    </w:p>
    <w:p>
      <w:pPr>
        <w:jc w:val="right"/>
      </w:pPr>
      <w:r>
        <w:t>ہے، اہ، اس کے بارے میں آپ بتائیں۔ دعویٰ الی اللہ ہے کالنگ پیپل ٹو گاڈ، لوگوں کو خدا کی طرف بلانا۔</w:t>
      </w:r>
    </w:p>
    <w:p>
      <w:r>
        <w:rPr>
          <w:b/>
        </w:rPr>
        <w:t xml:space="preserve">[01:19] </w:t>
      </w:r>
      <w:r>
        <w:t>to yeh asal mein creation plan se ta'alluq rakhta hai. insaan is duniya mein aata hai, lekin woh apne saath koi guide book le kar nahi aata.</w:t>
      </w:r>
    </w:p>
    <w:p>
      <w:pPr>
        <w:jc w:val="right"/>
      </w:pPr>
      <w:r>
        <w:t>تو یہ اصل میں کریشن پلان سے تعلق رکھتا ہے۔ انسان اس دنیا میں آتا ہے، لیکن وہ اپنے ساتھ کوئی گائیڈ بک لے کر نہیں آتا۔</w:t>
      </w:r>
    </w:p>
    <w:p>
      <w:r>
        <w:rPr>
          <w:b/>
        </w:rPr>
        <w:t xml:space="preserve">[01:29] </w:t>
      </w:r>
      <w:r>
        <w:t>is ko nahi maloom ke woh is duniya mein kis liye bheja gaya hai, is ki zindagi ka maqsad</w:t>
      </w:r>
    </w:p>
    <w:p>
      <w:pPr>
        <w:jc w:val="right"/>
      </w:pPr>
      <w:r>
        <w:t>اس کو نہیں معلوم کہ وہ اس دنیا میں کس لیے بھیجا گیا ہے، اس کی زندگی کا مقصد</w:t>
      </w:r>
    </w:p>
    <w:p>
      <w:r>
        <w:rPr>
          <w:b/>
        </w:rPr>
        <w:t xml:space="preserve">[01:35] </w:t>
      </w:r>
      <w:r>
        <w:t>kya hai, aur khaas taur par ke marne ke baad is ke saath kya hone wala hai. kya woh apne amal ke liye accountable hai, kis ke aage accountable hai.</w:t>
      </w:r>
    </w:p>
    <w:p>
      <w:pPr>
        <w:jc w:val="right"/>
      </w:pPr>
      <w:r>
        <w:t>کیا ہے، اور خاص طور پر کہ مرنے کے بعد اس کے ساتھ کیا ہونے والا ہے۔ کیا وہ اپنے عمل کے لیے اکاؤنٹیبل ہے، کس کے آگے اکاؤنٹیبل ہے۔</w:t>
      </w:r>
    </w:p>
    <w:p>
      <w:r>
        <w:rPr>
          <w:b/>
        </w:rPr>
        <w:t xml:space="preserve">[01:45] </w:t>
      </w:r>
      <w:r>
        <w:t>to yeh saari baatein hain jo da'wah work se related hain, da'wah ilallah se related hain. to is wajah se allah ta'ala ne ek dam shuru se hi intezaam kiya aap ko.</w:t>
      </w:r>
    </w:p>
    <w:p>
      <w:pPr>
        <w:jc w:val="right"/>
      </w:pPr>
      <w:r>
        <w:t>تو یہ ساری باتیں ہیں جو دعویٰ ورک سے ریلیٹڈ ہیں، دعویٰ الی اللہ سے ریلیٹڈ ہیں۔ تو اس وجہ سے اللہ تعالیٰ نے ایک دم شروع سے ہی انتظام کیا آپ کو۔</w:t>
      </w:r>
    </w:p>
    <w:p>
      <w:r>
        <w:rPr>
          <w:b/>
        </w:rPr>
        <w:t xml:space="preserve">[01:58] </w:t>
      </w:r>
      <w:r>
        <w:t>jaisa ke maloom hoga, hazrat adam alaihissalam pehle insaan bhi the aur pehle prophet bhi the.</w:t>
      </w:r>
    </w:p>
    <w:p>
      <w:pPr>
        <w:jc w:val="right"/>
      </w:pPr>
      <w:r>
        <w:t>جیسا کہ معلوم ہوگا، حضرت آدم علیہ السلام پہلے انسان بھی تھے اور پہلے پرافٹ بھی تھے۔</w:t>
      </w:r>
    </w:p>
    <w:p>
      <w:r>
        <w:rPr>
          <w:b/>
        </w:rPr>
        <w:t xml:space="preserve">[02:05] </w:t>
      </w:r>
      <w:r>
        <w:t>to allah ta'ala ne shuru se intezaam kar diya ke jo bhi insaan is duniya mein paida hon, un ko poori tareeqe se ba-khabar kar diya jaye ke is duniya mein aane ka un ke maqsad kya hai, un ka khaliq malik un se kya chahta hai.</w:t>
      </w:r>
    </w:p>
    <w:p>
      <w:pPr>
        <w:jc w:val="right"/>
      </w:pPr>
      <w:r>
        <w:t>تو اللہ تعالیٰ نے شروع سے انتظام کر دیا کہ جو بھی انسان اس دنیا میں پیدا ہوں، ان کو پوری طریقے سے باخبر کر دیا جائے کہ اس دنیا میں آنے کا ان کے مقصد کیا ہے، ان کا خالق مالک ان سے کیا چاہتا ہے۔</w:t>
      </w:r>
    </w:p>
    <w:p>
      <w:r>
        <w:rPr>
          <w:b/>
        </w:rPr>
        <w:t xml:space="preserve">[02:22] </w:t>
      </w:r>
      <w:r>
        <w:t>ab masla yeh hai ke, ke insaan, yeh to khuda ka kaam hai,</w:t>
      </w:r>
    </w:p>
    <w:p>
      <w:pPr>
        <w:jc w:val="right"/>
      </w:pPr>
      <w:r>
        <w:t>اب مسئلہ یہ ہے کہ، کہ انسان، یہ تو خدا کا کام ہے،</w:t>
      </w:r>
    </w:p>
    <w:p>
      <w:r>
        <w:rPr>
          <w:b/>
        </w:rPr>
        <w:t xml:space="preserve">[02:30] </w:t>
      </w:r>
      <w:r>
        <w:t>yeh jis ko inzar o taseer kehte hain, ke logon ko aakhirat ke bare mein batana to yeh khuda ka kaam hai, to insaanon se kyun karaya jata hai?</w:t>
      </w:r>
    </w:p>
    <w:p>
      <w:pPr>
        <w:jc w:val="right"/>
      </w:pPr>
      <w:r>
        <w:t>یہ جس کو انظار و تفسیر کہتے ہیں، کہ لوگوں کو آخرت کے بارے میں بتانا تو یہ خدا کا کام ہے، تو انسانوں سے کیوں کرایا جاتا ہے؟</w:t>
      </w:r>
    </w:p>
    <w:p>
      <w:r>
        <w:rPr>
          <w:b/>
        </w:rPr>
        <w:t xml:space="preserve">[02:41] </w:t>
      </w:r>
      <w:r>
        <w:t>to masla hai imtehaan ki maslehat ke allah ta'ala chahte hain ke har cheez jo hai, in khud allah bhi invisible hai aur tamam yeh haqiqatein bhi invisible rahein taake insaan ka khoob khoob test ho</w:t>
      </w:r>
    </w:p>
    <w:p>
      <w:pPr>
        <w:jc w:val="right"/>
      </w:pPr>
      <w:r>
        <w:t>تو مسئلہ ہے امتحان کی مصلحت کہ اللہ تعالیٰ چاہتے ہیں کہ ہر چیز جو ہے، ان خود اللہ بھی انویزیبل ہے اور تمام یہ حقیقتیں بھی انویزیبل رہیں تاکہ انسان کا خوب خوب ٹیسٹ ہو</w:t>
      </w:r>
    </w:p>
    <w:p>
      <w:r>
        <w:rPr>
          <w:b/>
        </w:rPr>
        <w:t xml:space="preserve">[03:00] </w:t>
      </w:r>
      <w:r>
        <w:t>۔ kyunke agar sab cheezein, saari haqiqatein bilkul saamne hongi to insaan to bilkul hi sahi sahi kaam karega,</w:t>
      </w:r>
    </w:p>
    <w:p>
      <w:pPr>
        <w:jc w:val="right"/>
      </w:pPr>
      <w:r>
        <w:t>۔ کیونکہ اگر سب چیزیں، ساری حقیقتیں بالکل سامنے ہوں گی تو انسان تو بالکل ہی صحیح صحیح کام کرے گا،</w:t>
      </w:r>
    </w:p>
    <w:p>
      <w:r>
        <w:rPr>
          <w:b/>
        </w:rPr>
        <w:t xml:space="preserve">[03:10] </w:t>
      </w:r>
      <w:r>
        <w:t>lekin khuda chhupp gaya hai, khuda invisible hai. aur agar allah khud yeh kaam karta creation plan ka, to farishton ke zariye karata ya koi aur tareeqa hota, to is mein yeh jo maslehat hai imtehaan ki ke har cheez ek parde mein hai, yeh khatm ho jati.</w:t>
      </w:r>
    </w:p>
    <w:p>
      <w:pPr>
        <w:jc w:val="right"/>
      </w:pPr>
      <w:r>
        <w:t>لیکن خدا چھپ گیا ہے، خدا انویزیبل ہے۔ اور اگر اللہ خود یہ کام کرتا کریشن پلان کا، تو فرشتوں کے ذریعے کراتا یا کوئی اور طریقہ ہوتا، تو اس میں یہ جو مصلحت ہے امتحان کی کہ ہر چیز ایک پردے میں ہے، یہ ختم ہو جاتی۔</w:t>
      </w:r>
    </w:p>
    <w:p>
      <w:r>
        <w:rPr>
          <w:b/>
        </w:rPr>
        <w:t xml:space="preserve">[03:30] </w:t>
      </w:r>
      <w:r>
        <w:t>to allah ta'ala ne ek veil of doubt yahan qaim kar rakha hai.</w:t>
      </w:r>
    </w:p>
    <w:p>
      <w:pPr>
        <w:jc w:val="right"/>
      </w:pPr>
      <w:r>
        <w:t>تو اللہ تعالیٰ نے ایک ویل آف ڈاؤٹ یہاں قائم کر رکھا ہے۔</w:t>
      </w:r>
    </w:p>
    <w:p>
      <w:r>
        <w:rPr>
          <w:b/>
        </w:rPr>
        <w:t xml:space="preserve">[03:36] </w:t>
      </w:r>
      <w:r>
        <w:t>to yeh isi liye hai ke insaan, ah, jo hai, ko sahi sahi pata chal jaye ke kaun insaan jo hai, ah, sahi amal karta hai, kaun insaan galat amal karta hai.</w:t>
      </w:r>
    </w:p>
    <w:p>
      <w:pPr>
        <w:jc w:val="right"/>
      </w:pPr>
      <w:r>
        <w:t>تو یہ اسی لیے ہے کہ انسان، اہ، جو ہے، کو صحیح صحیح پتہ چل جائے کہ کون انسان جو ہے، اہ، صحیح عمل کرتا ہے، کون انسان غلط عمل کرتا ہے۔</w:t>
      </w:r>
    </w:p>
    <w:p>
      <w:r>
        <w:rPr>
          <w:b/>
        </w:rPr>
        <w:t xml:space="preserve">[03:49] </w:t>
      </w:r>
      <w:r>
        <w:t>to kyonke dekhiye, tamam kainat jo hai, woh sab Khuda ki marzi ke aage surrender kiye hue hain, lekin in sabon ka surrender compulsory, compulsory surrender hai.</w:t>
      </w:r>
    </w:p>
    <w:p>
      <w:pPr>
        <w:jc w:val="right"/>
      </w:pPr>
      <w:r>
        <w:t>تو کیونکہ دیکھیے، تمام کائنات جو ہے، وہ سب خدا کی مرضی کے آگے سرینڈر کیے ہوئے ہیں، لیکن ان سبوں کا سرینڈر کمپلسری، کمپلسری سرینڈر ہے۔</w:t>
      </w:r>
    </w:p>
    <w:p>
      <w:r>
        <w:rPr>
          <w:b/>
        </w:rPr>
        <w:t xml:space="preserve">[04:01] </w:t>
      </w:r>
      <w:r>
        <w:t>insan ko voluntary tor par surrender karna hai,</w:t>
      </w:r>
    </w:p>
    <w:p>
      <w:pPr>
        <w:jc w:val="right"/>
      </w:pPr>
      <w:r>
        <w:t>انسان کو والنٹری طور پر سرینڈر کرنا ہے،</w:t>
      </w:r>
    </w:p>
    <w:p>
      <w:r>
        <w:rPr>
          <w:b/>
        </w:rPr>
        <w:t xml:space="preserve">[04:05] </w:t>
      </w:r>
      <w:r>
        <w:t>apni marzi se is ko surrender karna hai Khuda ke aagay. to yeh cheez hai jis ki wajah se yeh, yeh Allah taala ne yeh ikhtiyar kiya hai tareeqa ke insanon ke zariye se, ah, logon ko ba-khabar kiya jaye tamam haqiqaton ke baray mein.</w:t>
      </w:r>
    </w:p>
    <w:p>
      <w:pPr>
        <w:jc w:val="right"/>
      </w:pPr>
      <w:r>
        <w:t>اپنی مرضی سے اس کو سرینڈر کرنا ہے خدا کے آگے۔ تو یہ چیز ہے جس کی وجہ سے یہ، یہ اللہ تعالیٰ نے یہ اختیار کیا ہے طریقہ کہ انسانوں کے ذریعے سے، اہ، لوگوں کو باخبر کیا جائے تمام حقیقتوں کے بارے میں۔</w:t>
      </w:r>
    </w:p>
    <w:p>
      <w:r>
        <w:rPr>
          <w:b/>
        </w:rPr>
        <w:t xml:space="preserve">[04:23] </w:t>
      </w:r>
      <w:r>
        <w:t>to masla to yeh hai ke Allah taala rasool bhejta hai aur taqreeban ek lakh rasool aur nabi se bheje Allah ne</w:t>
      </w:r>
    </w:p>
    <w:p>
      <w:pPr>
        <w:jc w:val="right"/>
      </w:pPr>
      <w:r>
        <w:t>تو مسئلہ تو یہ ہے کہ اللہ تعالیٰ رسول بھیجتا ہے اور تقریباً ایک لاکھ رسول اور نبی سے بھیجے اللہ نے</w:t>
      </w:r>
    </w:p>
    <w:p>
      <w:r>
        <w:rPr>
          <w:b/>
        </w:rPr>
        <w:t xml:space="preserve">[04:34] </w:t>
      </w:r>
      <w:r>
        <w:t>۔ lekin ab jab aakhri nabi Allah taala ne bheja, Rasool Allah sal Allah alayhi wasallam ki shakal mein, to nabi ke baad yeh dawah work kaun kare?</w:t>
      </w:r>
    </w:p>
    <w:p>
      <w:pPr>
        <w:jc w:val="right"/>
      </w:pPr>
      <w:r>
        <w:t>۔ لیکن اب جب آخری نبی اللہ تعالیٰ نے بھیجا، رسول اللہ صلی اللہ علیہ وسلم کی شکل میں، تو نبی کے بعد یہ دعویٰ ورک کون کرے؟</w:t>
      </w:r>
    </w:p>
    <w:p>
      <w:r>
        <w:rPr>
          <w:b/>
        </w:rPr>
        <w:t xml:space="preserve">[04:45] </w:t>
      </w:r>
      <w:r>
        <w:t>kyonke insan ki nayi generation musalsal aati rehti hai, log marte rehte hain, naye log zinda hote rehte hain, aate rehte hain, naye log paida hote rehte hain.</w:t>
      </w:r>
    </w:p>
    <w:p>
      <w:pPr>
        <w:jc w:val="right"/>
      </w:pPr>
      <w:r>
        <w:t>کیونکہ انسان کی نئی جنریشن مسلسل آتی رہتی ہے، لوگ مرتے رہتے ہیں، نئے لوگ زندہ ہوتے رہتے ہیں، آتے رہتے ہیں، نئے لوگ پیدا ہوتے رہتے ہیں۔</w:t>
      </w:r>
    </w:p>
    <w:p>
      <w:r>
        <w:rPr>
          <w:b/>
        </w:rPr>
        <w:t xml:space="preserve">[04:54] </w:t>
      </w:r>
      <w:r>
        <w:t>to un ke sath yeh mamla kaise kiya jaye ke Khuda ke creation plan se un ko ba-khabar kiya jaye?</w:t>
      </w:r>
    </w:p>
    <w:p>
      <w:pPr>
        <w:jc w:val="right"/>
      </w:pPr>
      <w:r>
        <w:t>تو ان کے ساتھ یہ معاملہ کیسے کیا جائے کہ خدا کے کریشن پلان سے ان کو باخبر کیا جائے؟</w:t>
      </w:r>
    </w:p>
    <w:p>
      <w:r>
        <w:rPr>
          <w:b/>
        </w:rPr>
        <w:t xml:space="preserve">[05:03] </w:t>
      </w:r>
      <w:r>
        <w:t>to is ka hum ko ek hadith se yeh baat maloom hoti hai ke Rasool Allah sal Allah alayhi wasallam ne Sulah Hudaybiyah ke baad, jab Sulah Hudaybiyah ke baad halaat normalize ho gaye, peaceful conditions qaim ho gayin, tab Rasool Allah sal Allah alayhi wasallam ne sahaba ko mukhtalif ilaqon mein bheja aur us waqt aap ne un ko bataya ke dekho, Allah ne mujh ko tamam dunya ke liye rehmat bana kar bheja</w:t>
      </w:r>
    </w:p>
    <w:p>
      <w:pPr>
        <w:jc w:val="right"/>
      </w:pPr>
      <w:r>
        <w:t>تو اس کا ہم کو ایک حدیث سے یہ بات معلوم ہوتی ہے کہ رسول اللہ صلی اللہ علیہ وسلم نے صلح حدیبیہ کے بعد، جب صلح حدیبیہ کے بعد حالات نارملائز ہو گئے، پیس فل کنڈیشنز قائم ہو گئیں، تب رسول اللہ صلی اللہ علیہ وسلم نے صحابہ کو مختلف علاقوں میں بھیجا اور اس وقت آپ نے ان کو بتایا کہ دیکھو، اللہ نے مجھ کو تمام دنیا کے لیے رحمت بنا کر بھیجا</w:t>
      </w:r>
    </w:p>
    <w:p>
      <w:r>
        <w:rPr>
          <w:b/>
        </w:rPr>
        <w:t xml:space="preserve">[05:32] </w:t>
      </w:r>
      <w:r>
        <w:t>hai, pas tum meri taraf se is zimmedari ko ada karo, Allah tumhare upar reham farmaye. to Rasool Allah sal Allah alayhi wasallam sari dunya ke liye thay.</w:t>
      </w:r>
    </w:p>
    <w:p>
      <w:pPr>
        <w:jc w:val="right"/>
      </w:pPr>
      <w:r>
        <w:t>ہے، پس تم میری طرف سے اس ذمہ داری کو ادا کرو، اللہ تمہارے اوپر رحم فرمائے۔ تو رسول اللہ صلی اللہ علیہ وسلم ساری دنیا کے لیے تھے۔</w:t>
      </w:r>
    </w:p>
    <w:p>
      <w:r>
        <w:rPr>
          <w:b/>
        </w:rPr>
        <w:t xml:space="preserve">[05:41] </w:t>
      </w:r>
      <w:r>
        <w:t>to ab aap ko ek, ek, ek time aaya jab aap ko is dunya se rokhsat hona tha, to us ke baad aap ne is zimmedari ko sahaba ke ko muntaqil kiya.</w:t>
      </w:r>
    </w:p>
    <w:p>
      <w:pPr>
        <w:jc w:val="right"/>
      </w:pPr>
      <w:r>
        <w:t>تو اب آپ کو ایک، ایک، ایک ٹائم آیا جب آپ کو اس دنیا سے رخصت ہونا تھا، تو اس کے بعد آپ نے اس ذمہ داری کو صحابہ کے کو منتقل کیا۔</w:t>
      </w:r>
    </w:p>
    <w:p>
      <w:r>
        <w:rPr>
          <w:b/>
        </w:rPr>
        <w:t xml:space="preserve">[05:53] </w:t>
      </w:r>
      <w:r>
        <w:t>aur sahaba ke baad musalsal har generation mein jin ko ulama kaha jata hai, to un ka zimmedari hai.</w:t>
      </w:r>
    </w:p>
    <w:p>
      <w:pPr>
        <w:jc w:val="right"/>
      </w:pPr>
      <w:r>
        <w:t>اور صحابہ کے بعد مسلسل ہر جنریشن میں جن کو علماء کہا جاتا ہے، تو ان کا ذمہ داری ہے۔</w:t>
      </w:r>
    </w:p>
    <w:p>
      <w:r>
        <w:rPr>
          <w:b/>
        </w:rPr>
        <w:t xml:space="preserve">[06:01] </w:t>
      </w:r>
      <w:r>
        <w:t>balkay itni bari abadi hai, to jo bhi yeh kaam kar sake to woh kare, kyonke yeh bohat bara rewardable act hai.</w:t>
      </w:r>
    </w:p>
    <w:p>
      <w:pPr>
        <w:jc w:val="right"/>
      </w:pPr>
      <w:r>
        <w:t>بلکہ اتنی بڑی آبادی ہے، تو جو بھی یہ کام کر سکے تو وہ کرے، کیونکہ یہ بہت بڑا ریوارڈیبل ایکٹ ہے۔</w:t>
      </w:r>
    </w:p>
    <w:p>
      <w:r>
        <w:rPr>
          <w:b/>
        </w:rPr>
        <w:t xml:space="preserve">[06:12] </w:t>
      </w:r>
      <w:r>
        <w:t>to yeh kaam jo hai, har halat mein hamein karna hai. is liye yeh kaam zaroori hai ke kal aakhirat mein log yeh na Allah taala se kahein ke hamein to be-khabar rakha gaya, to hum to kuch jante hi nahi thay ke yahan par hamare amal ke mutabiq hamein jaza o saza milegi.</w:t>
      </w:r>
    </w:p>
    <w:p>
      <w:pPr>
        <w:jc w:val="right"/>
      </w:pPr>
      <w:r>
        <w:t>تو یہ کام جو ہے، ہر حالت میں ہمیں کرنا ہے۔ اس لیے یہ کام ضروری ہے کہ کل آخرت میں لوگ یہ نہ اللہ تعالیٰ سے کہیں کہ ہمیں تو بے خبر رکھا گیا، تو ہم تو کچھ جانتے ہی نہیں تھے کہ یہاں پر ہمارے عمل کے مطابق ہمیں جزا و سزا ملے گی۔</w:t>
      </w:r>
    </w:p>
    <w:p>
      <w:r>
        <w:rPr>
          <w:b/>
        </w:rPr>
        <w:t xml:space="preserve">[06:30] </w:t>
      </w:r>
      <w:r>
        <w:t>to</w:t>
      </w:r>
    </w:p>
    <w:p>
      <w:pPr>
        <w:jc w:val="right"/>
      </w:pPr>
      <w:r>
        <w:t>تو</w:t>
      </w:r>
    </w:p>
    <w:p>
      <w:r>
        <w:rPr>
          <w:b/>
        </w:rPr>
        <w:t xml:space="preserve">[06:31] </w:t>
      </w:r>
      <w:r>
        <w:t>is حجت ko Allah ke upar se uthana hai, yani Allah ke upar blame na aaye ke Allah ne un ko be-khabar rakha. to aakhirat mein, ah, hamare amal ke mutabiq hamein, ah, jagah di jayegi.</w:t>
      </w:r>
    </w:p>
    <w:p>
      <w:pPr>
        <w:jc w:val="right"/>
      </w:pPr>
      <w:r>
        <w:t>اس حجت کو اللہ کے اوپر سے اٹھانا ہے، یعنی اللہ کے اوپر بلیم نہ آئے کہ اللہ نے ان کو بے خبر رکھا۔ تو آخرت میں، اہ، ہمارے عمل کے مطابق ہمیں، اہ، جگہ دی جائے گی۔</w:t>
      </w:r>
    </w:p>
    <w:p>
      <w:r>
        <w:rPr>
          <w:b/>
        </w:rPr>
        <w:t xml:space="preserve">[06:47] </w:t>
      </w:r>
      <w:r>
        <w:t>jinhon ne naik amal kiya, un ko jannat mein jagah milegi, aur jinhon ne naik amal nahi kiya, evil acts kiye is dunya mein, to un ko aakhirat mein koi jagah nahi milegi.</w:t>
      </w:r>
    </w:p>
    <w:p>
      <w:pPr>
        <w:jc w:val="right"/>
      </w:pPr>
      <w:r>
        <w:t>جنہوں نے نیک عمل کیا، ان کو جنت میں جگہ ملے گی، اور جنہوں نے نیک عمل نہیں کیا، ایول ایکٹس کیے اس دنیا میں، تو ان کو آخرت میں کوئی جگہ نہیں ملے گی۔</w:t>
      </w:r>
    </w:p>
    <w:p>
      <w:r>
        <w:rPr>
          <w:b/>
        </w:rPr>
        <w:t xml:space="preserve">[06:59] </w:t>
      </w:r>
      <w:r>
        <w:t>ji,</w:t>
      </w:r>
    </w:p>
    <w:p>
      <w:pPr>
        <w:jc w:val="right"/>
      </w:pPr>
      <w:r>
        <w:t>جی،</w:t>
      </w:r>
    </w:p>
    <w:p>
      <w:r>
        <w:rPr>
          <w:b/>
        </w:rPr>
        <w:t xml:space="preserve">[07:00] </w:t>
      </w:r>
      <w:r>
        <w:t>aur jin logon ne yeh kaam kiya, rasoolon wala kaam, Khuda ka kaam, jis ko nusrat Khuda kaha gaya hai, to un ko bohat aala tareen aezazat se nawaza jayega.</w:t>
      </w:r>
    </w:p>
    <w:p>
      <w:pPr>
        <w:jc w:val="right"/>
      </w:pPr>
      <w:r>
        <w:t>اور جن لوگوں نے یہ کام کیا، رسولوں والا کام، خدا کا کام، جس کو نصرت خدا کہا گیا ہے، تو ان کو بہت اعلیٰ ترین اعزازات سے نوازا جائے گا۔</w:t>
      </w:r>
    </w:p>
    <w:p>
      <w:r>
        <w:rPr>
          <w:b/>
        </w:rPr>
        <w:t xml:space="preserve">[07:11] </w:t>
      </w:r>
      <w:r>
        <w:t>to aap yeh soch sakte hain ke kitni zabardast yeh kaam hai ke insan ko aisa mehsoos ho ke woh apne Rab ke kaam mein masroof hai.</w:t>
      </w:r>
    </w:p>
    <w:p>
      <w:pPr>
        <w:jc w:val="right"/>
      </w:pPr>
      <w:r>
        <w:t>تو آپ یہ سوچ سکتے ہیں کہ کتنی زبردست یہ کام ہے کہ انسان کو ایسا محسوس ہو کہ وہ اپنے رب کے کام میں مصروف ہے۔</w:t>
      </w:r>
    </w:p>
    <w:p>
      <w:r>
        <w:rPr>
          <w:b/>
        </w:rPr>
        <w:t xml:space="preserve">[07:21] </w:t>
      </w:r>
      <w:r>
        <w:t>to is mein jitna bhi ho sake, hamein koshish karna chahiye ke apne pure taqat ko is kaam mein laga dein.</w:t>
      </w:r>
    </w:p>
    <w:p>
      <w:pPr>
        <w:jc w:val="right"/>
      </w:pPr>
      <w:r>
        <w:t>تو اس میں جتنا بھی ہو سکے، ہمیں کوشش کرنا چاہیے کہ اپنے پورے طاقت کو اس کام میں لگا دیں۔</w:t>
      </w:r>
    </w:p>
    <w:p>
      <w:r>
        <w:rPr>
          <w:b/>
        </w:rPr>
        <w:t xml:space="preserve">[07:29] </w:t>
      </w:r>
      <w:r>
        <w:t>j</w:t>
      </w:r>
    </w:p>
    <w:p>
      <w:pPr>
        <w:jc w:val="right"/>
      </w:pPr>
      <w:r>
        <w:t>ج</w:t>
      </w:r>
    </w:p>
    <w:p>
      <w:r>
        <w:rPr>
          <w:b/>
        </w:rPr>
        <w:t xml:space="preserve">[07:30] </w:t>
      </w:r>
      <w:r>
        <w:t>y, yaqeenan. ah, apa aap ne abhi zikr bhi kiya ke the chain of prophethood has come to an end, but the prophetic mission as we know will continue in every age and generation till the last day of judgment.</w:t>
      </w:r>
    </w:p>
    <w:p>
      <w:pPr>
        <w:jc w:val="right"/>
      </w:pPr>
      <w:r>
        <w:t>ی، یقینا۔ اہ، آپا آپ نے ابھی ذکر بھی کیا کہ دا چین آف پرافٹ ہڈ ہیز کم ٹو این اینڈ، بٹ دا پروفیٹک مشن ایز وی نو ول کنٹینیو ان ایوری ایج اینڈ جنریشن ٹل دا لاسٹ ڈے آف ججمنٹ۔</w:t>
      </w:r>
    </w:p>
    <w:p>
      <w:r>
        <w:rPr>
          <w:b/>
        </w:rPr>
        <w:t xml:space="preserve">[07:46] </w:t>
      </w:r>
      <w:r>
        <w:t>aur yeh jo task hai to convey Gods creation plan, this has to be performed by ummah Muhammadi, that is the followers of prophet.</w:t>
      </w:r>
    </w:p>
    <w:p>
      <w:pPr>
        <w:jc w:val="right"/>
      </w:pPr>
      <w:r>
        <w:t>اور یہ جو ٹاسک ہے ٹو کنوے گاڈز کریشن پلان، دس ہیز ٹو بی پرفارم بائے امت محمدی، دیٹ از دا فالوورز آف پرافٹ۔</w:t>
      </w:r>
    </w:p>
    <w:p>
      <w:r>
        <w:rPr>
          <w:b/>
        </w:rPr>
        <w:t xml:space="preserve">[07:57] </w:t>
      </w:r>
      <w:r>
        <w:t>aur apa ummah Muhammadi ko bhi ummah wasat kaha gaya hai, yani middle community.</w:t>
      </w:r>
    </w:p>
    <w:p>
      <w:pPr>
        <w:jc w:val="right"/>
      </w:pPr>
      <w:r>
        <w:t>اور آپا امت محمدی کو بھی امت وسط کہا گیا ہے، یعنی مڈل کمیونٹی۔</w:t>
      </w:r>
    </w:p>
    <w:p>
      <w:r>
        <w:rPr>
          <w:b/>
        </w:rPr>
        <w:t xml:space="preserve">[08:03] </w:t>
      </w:r>
      <w:r>
        <w:t>yehi aaj ka hamara subject bhi hai. to is ke baray mein, ummah wasat ke baray mein aap hum sab ko batayein, is ko wazeh karein.</w:t>
      </w:r>
    </w:p>
    <w:p>
      <w:pPr>
        <w:jc w:val="right"/>
      </w:pPr>
      <w:r>
        <w:t>یہی آج کا ہمارا سبجیکٹ بھی ہے۔ تو اس کے بارے میں، امت وسط کے بارے میں آپ ہم سب کو بتائیں، اس کو واضح کریں۔</w:t>
      </w:r>
    </w:p>
    <w:p>
      <w:r>
        <w:rPr>
          <w:b/>
        </w:rPr>
        <w:t xml:space="preserve">[08:11] </w:t>
      </w:r>
      <w:r>
        <w:t>Ummat e wasat jaisa ke aap ne kaha, middle community. Middle community ka matlab hai ke hum Rasool Allah sal Allah alaihi wasallam se Khuda ka paigham lete hain aur is ko doosron tak, jin ko yeh paigham nahi pohncha, un ko pohnchate hain.</w:t>
      </w:r>
    </w:p>
    <w:p>
      <w:pPr>
        <w:jc w:val="right"/>
      </w:pPr>
      <w:r>
        <w:t>امت وسط جیسا کہ آپ نے کہا، مڈل کمیونٹی۔ مڈل کمیونٹی کا مطلب ہے کہ ہم رسول اللہ صلی اللہ علیہ وسلم سے خدا کا پیغام لیتے ہیں اور اس کو دوسروں تک، جن کو یہ پیغام نہیں پہنچا، ان کو پہنچاتے ہیں۔</w:t>
      </w:r>
    </w:p>
    <w:p>
      <w:r>
        <w:rPr>
          <w:b/>
        </w:rPr>
        <w:t xml:space="preserve">[08:28] </w:t>
      </w:r>
      <w:r>
        <w:t>To yeh hamein Quran se hi</w:t>
      </w:r>
    </w:p>
    <w:p>
      <w:pPr>
        <w:jc w:val="right"/>
      </w:pPr>
      <w:r>
        <w:t>تو یہ ہمیں قرآن سے ہی</w:t>
      </w:r>
    </w:p>
    <w:p>
      <w:r>
        <w:rPr>
          <w:b/>
        </w:rPr>
        <w:t xml:space="preserve">[08:30] </w:t>
      </w:r>
      <w:r>
        <w:t>maloom hota hai. Surah Al-Baqarah mein, chahe verse 143 mein aaya hai ke hum ne tum ko ummat e wasat bana diya taake tum logon ke oopar gawah bano aur Rasool tumhare oopar gawah ho.</w:t>
      </w:r>
    </w:p>
    <w:p>
      <w:pPr>
        <w:jc w:val="right"/>
      </w:pPr>
      <w:r>
        <w:t>معلوم ہوتا ہے۔ سورہ البقرہ میں، چاہے ورس 143 میں آیا ہے کہ ہم نے تم کو امت وسط بنا دیا تاکہ تم لوگوں کے اوپر گواہ بنو اور رسول تمہارے اوپر گواہ ہو۔</w:t>
      </w:r>
    </w:p>
    <w:p>
      <w:r>
        <w:rPr>
          <w:b/>
        </w:rPr>
        <w:t xml:space="preserve">[08:43] </w:t>
      </w:r>
      <w:r>
        <w:t>To yahan gawah ka matlab hai ke Khuda ke haan gawahi hogi ke hum ne Khuda ka paigham doosron tak pohncha diya tha.</w:t>
      </w:r>
    </w:p>
    <w:p>
      <w:pPr>
        <w:jc w:val="right"/>
      </w:pPr>
      <w:r>
        <w:t>تو یہاں گواہ کا مطلب ہے کہ خدا کے ہاں گواہی ہوگی کہ ہم نے خدا کا پیغام دوسروں تک پہنچا دیا تھا۔</w:t>
      </w:r>
    </w:p>
    <w:p>
      <w:r>
        <w:rPr>
          <w:b/>
        </w:rPr>
        <w:t xml:space="preserve">[08:52] </w:t>
      </w:r>
      <w:r>
        <w:t>To wasat ke maani hain beech ke hote hain. Aur ek Hajjaj bin Yusuf, jo Umavi governor tha, to us ne ek shehar banaya tha Wasit ke naam se, jo Kufa aur Basra ke beech mein tha.</w:t>
      </w:r>
    </w:p>
    <w:p>
      <w:pPr>
        <w:jc w:val="right"/>
      </w:pPr>
      <w:r>
        <w:t>تو وسط کے معنی ہیں بیچ کے ہوتے ہیں۔ اور ایک حجاج ابن یوسف، جو اموی گورنر تھا، تو اس نے ایک شہر بنایا تھا واسط کے نام سے، جو کوفہ اور بصرہ کے بیچ میں تھا۔</w:t>
      </w:r>
    </w:p>
    <w:p>
      <w:r>
        <w:rPr>
          <w:b/>
        </w:rPr>
        <w:t xml:space="preserve">[09:06] </w:t>
      </w:r>
      <w:r>
        <w:t>To yeh middle community, is ko kai log translations mein sahi tarjuma</w:t>
      </w:r>
    </w:p>
    <w:p>
      <w:pPr>
        <w:jc w:val="right"/>
      </w:pPr>
      <w:r>
        <w:t>تو یہ مڈل کمیونٹی، اس کو کئی لوگ ٹرانسلیشنز میں صحیح ترجمہ</w:t>
      </w:r>
    </w:p>
    <w:p>
      <w:r>
        <w:rPr>
          <w:b/>
        </w:rPr>
        <w:t xml:space="preserve">[09:12] </w:t>
      </w:r>
      <w:r>
        <w:t>nahi karte hain. Is ka matlab hai middle community, matlab paighambar se hum ko Khuda ka paigham le kar ke doosron logon tak, yani apne contemporaries ko pohnchana hai.</w:t>
      </w:r>
    </w:p>
    <w:p>
      <w:pPr>
        <w:jc w:val="right"/>
      </w:pPr>
      <w:r>
        <w:t>نہیں کرتے ہیں۔ اس کا مطلب ہے مڈل کمیونٹی، مطلب پیغمبر سے ہم کو خدا کا پیغام لے کر کے دوسروں لوگوں تک، یعنی اپنے کنٹمپرریز کو پہنچانا ہے۔</w:t>
      </w:r>
    </w:p>
    <w:p>
      <w:r>
        <w:rPr>
          <w:b/>
        </w:rPr>
        <w:t xml:space="preserve">[09:24] </w:t>
      </w:r>
      <w:r>
        <w:t>To ummat e Muhammadi jo hai, woh Nabi aur doosri qaumon ke darmiyan hai. To log is ko samajh lete hain koi fazilat hai, jaise Jews ne samajh liya ke hum chosen community hain.</w:t>
      </w:r>
    </w:p>
    <w:p>
      <w:pPr>
        <w:jc w:val="right"/>
      </w:pPr>
      <w:r>
        <w:t>تو امت محمدی جو ہے، وہ نبی اور دوسری قوموں کے درمیان ہے۔ تو لوگ اس کو سمجھ لیتے ہیں کوئی فضیلت ہے، جیسے جوز نے سمجھ لیا کہ ہم چوزن کمیونٹی ہیں۔</w:t>
      </w:r>
    </w:p>
    <w:p>
      <w:r>
        <w:rPr>
          <w:b/>
        </w:rPr>
        <w:t xml:space="preserve">[09:36] </w:t>
      </w:r>
      <w:r>
        <w:t>Yeh fazilat nahi hai, balke Maulana ne likha hai ke yeh bohat bhari zimmedari hai. To agar hum ne is zimmedari ko ada na kiya to hum ko saza milegi, aur is zimmedari ko ada karne par bohat bade bade inaamaat diye jayenge.</w:t>
      </w:r>
    </w:p>
    <w:p>
      <w:pPr>
        <w:jc w:val="right"/>
      </w:pPr>
      <w:r>
        <w:t>یہ فضیلت نہیں ہے، بلکہ مولانا نے لکھا ہے کہ یہ بہت بھاری ذمہ داری ہے۔ تو اگر ہم نے اس ذمہ داری کو ادا نہ کیا تو ہم کو سزا ملے گی، اور اس ذمہ داری کو ادا کرنے پر بہت بڑے بڑے انعامات دیے جائیں گے۔</w:t>
      </w:r>
    </w:p>
    <w:p>
      <w:r>
        <w:rPr>
          <w:b/>
        </w:rPr>
        <w:t xml:space="preserve">[09:52] </w:t>
      </w:r>
      <w:r>
        <w:t>To yeh hamari zimmedari hai ke hamein doosre logon ko Khuda ka paigham</w:t>
      </w:r>
    </w:p>
    <w:p>
      <w:pPr>
        <w:jc w:val="right"/>
      </w:pPr>
      <w:r>
        <w:t>تو یہ ہماری ذمہ داری ہے کہ ہمیں دوسرے لوگوں کو خدا کا پیغام</w:t>
      </w:r>
    </w:p>
    <w:p>
      <w:r>
        <w:rPr>
          <w:b/>
        </w:rPr>
        <w:t xml:space="preserve">[09:58] </w:t>
      </w:r>
      <w:r>
        <w:t>pohnchana hai, aur as it is pohnchana hai, jaisa ke hamein mila hai. Agar is mein hum ne kuch radobadal kiya, kuch changes kiya, to woh Khuda ka paigham pohnchana nahi hoga, balke is se aur hum Khuda ko naraz karenge.</w:t>
      </w:r>
    </w:p>
    <w:p>
      <w:pPr>
        <w:jc w:val="right"/>
      </w:pPr>
      <w:r>
        <w:t>پہنچانا ہے، اور ایز اٹ از پہنچانا ہے، جیسا کہ ہمیں ملا ہے۔ اگر اس میں ہم نے کچھ ردوبدل کیا، کچھ چینجز کیا، تو وہ خدا کا پیغام پہنچانا نہیں ہوگا، بلکہ اس سے اور ہم خدا کو ناراض کریں گے۔</w:t>
      </w:r>
    </w:p>
    <w:p>
      <w:r>
        <w:rPr>
          <w:b/>
        </w:rPr>
        <w:t xml:space="preserve">[10:14] </w:t>
      </w:r>
      <w:r>
        <w:t>Jee, apa abhi aap ne jaise kaha ke daawa work agar hum ne kiya to inaamaat hain, aur agar nahi kiya to saza hai.</w:t>
      </w:r>
    </w:p>
    <w:p>
      <w:pPr>
        <w:jc w:val="right"/>
      </w:pPr>
      <w:r>
        <w:t>جی، آپا ابھی آپ نے جیسے کہا کہ دعویٰ ورک اگر ہم نے کیا تو انعامات ہیں، اور اگر نہیں کیا تو سزا ہے۔</w:t>
      </w:r>
    </w:p>
    <w:p>
      <w:r>
        <w:rPr>
          <w:b/>
        </w:rPr>
        <w:t xml:space="preserve">[10:23] </w:t>
      </w:r>
      <w:r>
        <w:t>To</w:t>
      </w:r>
    </w:p>
    <w:p>
      <w:pPr>
        <w:jc w:val="right"/>
      </w:pPr>
      <w:r>
        <w:t>تو</w:t>
      </w:r>
    </w:p>
    <w:p>
      <w:r>
        <w:rPr>
          <w:b/>
        </w:rPr>
        <w:t xml:space="preserve">[10:24] </w:t>
      </w:r>
      <w:r>
        <w:t>daawa work actually mein hamara khud ka bhi ek masla hai. To main chahunga ke is ko thoda aur aap wazeh karen, aur is ko clear karen.</w:t>
      </w:r>
    </w:p>
    <w:p>
      <w:pPr>
        <w:jc w:val="right"/>
      </w:pPr>
      <w:r>
        <w:t>دعویٰ ورک ایکچولی میں ہمارا خود کا بھی ایک مسئلہ ہے۔ تو میں چاہوں گا کہ اس کو تھوڑا اور آپ واضح کریں، اور اس کو کلیئر کریں۔</w:t>
      </w:r>
    </w:p>
    <w:p>
      <w:r>
        <w:rPr>
          <w:b/>
        </w:rPr>
        <w:t xml:space="preserve">[10:35] </w:t>
      </w:r>
      <w:r>
        <w:t>Asal mein kya hai ke agar hum ne yeh kaam nahi kiya, yeh hamari waise hi bounden duty hai, jaise ke paighambar ki duty hoti thi ke apne contemporaries ko woh Khuda ka paigham pohnchayein.</w:t>
      </w:r>
    </w:p>
    <w:p>
      <w:pPr>
        <w:jc w:val="right"/>
      </w:pPr>
      <w:r>
        <w:t>اصل میں کیا ہے کہ اگر ہم نے یہ کام نہیں کیا، یہ ہماری ویسے ہی باؤنڈ ان ڈیوٹی ہے، جیسے کہ پیغمبر کی ڈیوٹی ہوتی تھی کہ اپنے کنٹمپرریز کو وہ خدا کا پیغام پہنچائیں۔</w:t>
      </w:r>
    </w:p>
    <w:p>
      <w:r>
        <w:rPr>
          <w:b/>
        </w:rPr>
        <w:t xml:space="preserve">[10:49] </w:t>
      </w:r>
      <w:r>
        <w:t>Aur is ke liye bohat zyada sacrifices kar ke paighambar Khuda ka paigham logon tak pohnchata tha. To waisi hi hamari duty, hum aaj samajh nahi rahe hain,</w:t>
      </w:r>
    </w:p>
    <w:p>
      <w:pPr>
        <w:jc w:val="right"/>
      </w:pPr>
      <w:r>
        <w:t>اور اس کے لیے بہت زیادہ سیکریفائسز کر کے پیغمبر خدا کا پیغام لوگوں تک پہنچاتا تھا۔ تو ویسی ہی ہماری ڈیوٹی، ہم آج سمجھ نہیں رہے ہیں،</w:t>
      </w:r>
    </w:p>
    <w:p>
      <w:r>
        <w:rPr>
          <w:b/>
        </w:rPr>
        <w:t xml:space="preserve">[11:00] </w:t>
      </w:r>
      <w:r>
        <w:t>lekin Maulana ne bohat zyada likha hai ke hamari isi tarah se hamari duty hai, jaisi ke Rasool ki duty hoti thi. Baqayda Quran mein aaya hai ke agar tum ne as it is baat ko na pohnchaya logon tak to tum ko dohra azaab milega.</w:t>
      </w:r>
    </w:p>
    <w:p>
      <w:pPr>
        <w:jc w:val="right"/>
      </w:pPr>
      <w:r>
        <w:t>لیکن مولانا نے بہت زیادہ لکھا ہے کہ ہماری اسی طرح سے ہماری ڈیوٹی ہے، جیسی کہ رسول کی ڈیوٹی ہوتی تھی۔ باقاعدہ قرآن میں آیا ہے کہ اگر تم نے ایز اٹ از بات کو نہ پہنچایا لوگوں تک تو تم کو دہرا عذاب ملے گا۔</w:t>
      </w:r>
    </w:p>
    <w:p>
      <w:r>
        <w:rPr>
          <w:b/>
        </w:rPr>
        <w:t xml:space="preserve">[11:17] </w:t>
      </w:r>
      <w:r>
        <w:t>Paighambar ke bare mein kaha gaya hai, to aap samajh sakte hain.</w:t>
      </w:r>
    </w:p>
    <w:p>
      <w:pPr>
        <w:jc w:val="right"/>
      </w:pPr>
      <w:r>
        <w:t>پیغمبر کے بارے میں کہا گیا ہے، تو آپ سمجھ سکتے ہیں۔</w:t>
      </w:r>
    </w:p>
    <w:p>
      <w:r>
        <w:rPr>
          <w:b/>
        </w:rPr>
        <w:t xml:space="preserve">[11:21] </w:t>
      </w:r>
      <w:r>
        <w:t>To hum ko as it is pohnchana hai logon tak, kyunke aakhirat mein jin logon ko Khuda ka paigham nahi pohncha hoga, woh kahenge ke hamein to Khuda ka paigham pohnchaya hi nahi gaya, to hamein kis baat ki saza di ja rahi hai?</w:t>
      </w:r>
    </w:p>
    <w:p>
      <w:pPr>
        <w:jc w:val="right"/>
      </w:pPr>
      <w:r>
        <w:t>تو ہم کو ایز اٹ از پہنچانا ہے لوگوں تک، کیونکہ آخرت میں جن لوگوں کو خدا کا پیغام نہیں پہنچا ہوگا، وہ کہیں گے کہ ہمیں تو خدا کا پیغام پہنچایا ہی نہیں گیا، تو ہمیں کس بات کی سزا دی جا رہی ہے؟</w:t>
      </w:r>
    </w:p>
    <w:p>
      <w:r>
        <w:rPr>
          <w:b/>
        </w:rPr>
        <w:t xml:space="preserve">[11:35] </w:t>
      </w:r>
      <w:r>
        <w:t>To us waqt yahi log jo hain, jin ko jo ummat e Muhammadi hain, inhi logon ko pakda jayega ke tum ne kyun nahi paigham pohnchaya.</w:t>
      </w:r>
    </w:p>
    <w:p>
      <w:pPr>
        <w:jc w:val="right"/>
      </w:pPr>
      <w:r>
        <w:t>تو اس وقت یہی لوگ جو ہیں، جن کو جو امت محمدی ہیں، انہی لوگوں کو پکڑا جائے گا کہ تم نے کیوں نہیں پیغام پہنچایا۔</w:t>
      </w:r>
    </w:p>
    <w:p>
      <w:r>
        <w:rPr>
          <w:b/>
        </w:rPr>
        <w:t xml:space="preserve">[11:45] </w:t>
      </w:r>
      <w:r>
        <w:t>To hamari jannat at stake hai.</w:t>
      </w:r>
    </w:p>
    <w:p>
      <w:pPr>
        <w:jc w:val="right"/>
      </w:pPr>
      <w:r>
        <w:t>تو ہماری جنت ایٹ سٹیک ہے۔</w:t>
      </w:r>
    </w:p>
    <w:p>
      <w:r>
        <w:rPr>
          <w:b/>
        </w:rPr>
        <w:t xml:space="preserve">[11:48] </w:t>
      </w:r>
      <w:r>
        <w:t>Hum ko is baat ko bohat zyada seriously lena hai. Jitna bhi hum kar saken, utna hum kaam karen. Kuch nahi kar sakte hain to hum dua karenge Allah taala is kaam ko hamare liye aasan kar dein.</w:t>
      </w:r>
    </w:p>
    <w:p>
      <w:pPr>
        <w:jc w:val="right"/>
      </w:pPr>
      <w:r>
        <w:t>ہم کو اس بات کو بہت زیادہ سیریسلی لینا ہے۔ جتنا بھی ہم کر سکیں، اتنا ہم کام کریں۔ کچھ نہیں کر سکتے ہیں تو ہم دعا کریں گے اللہ تعالیٰ اس کام کو ہمارے لیے آسان کر دیں۔</w:t>
      </w:r>
    </w:p>
    <w:p>
      <w:r>
        <w:rPr>
          <w:b/>
        </w:rPr>
        <w:t xml:space="preserve">[12:03] </w:t>
      </w:r>
      <w:r>
        <w:t>To yeh kaam aise hi nahi hota, balke is kaam ko karne ke liye bohat sare kaam chhodne padte hain. Misal ke taur par, har Musalman ajeeb ajeeb duniyavi masail mein lage hue hain,</w:t>
      </w:r>
    </w:p>
    <w:p>
      <w:pPr>
        <w:jc w:val="right"/>
      </w:pPr>
      <w:r>
        <w:t>تو یہ کام ایسے ہی نہیں ہوتا، بلکہ اس کام کو کرنے کے لیے بہت سارے کام چھوڑنے پڑتے ہیں۔ مثال کے طور پر، ہر مسلمان عجیب عجیب دنیاوی مسائل میں لگے ہوئے ہیں،</w:t>
      </w:r>
    </w:p>
    <w:p>
      <w:r>
        <w:rPr>
          <w:b/>
        </w:rPr>
        <w:t xml:space="preserve">[12:17] </w:t>
      </w:r>
      <w:r>
        <w:t>koi kisi ke political problem se, financial problem se, tarah tarah ke duniyavi masail mein ghire hue hain. To woh samajhte hain ke yahi kaam hai.</w:t>
      </w:r>
    </w:p>
    <w:p>
      <w:pPr>
        <w:jc w:val="right"/>
      </w:pPr>
      <w:r>
        <w:t>کوئی کسی کے پولیٹیکل پرابلم سے، فائنینشل پرابلم سے، طرح طرح کے دنیاوی مسائل میں گھرے ہوئے ہیں۔ تو وہ سمجھتے ہیں کہ یہی کام ہے۔</w:t>
      </w:r>
    </w:p>
    <w:p>
      <w:r>
        <w:rPr>
          <w:b/>
        </w:rPr>
        <w:t xml:space="preserve">[12:27] </w:t>
      </w:r>
      <w:r>
        <w:t>Bohat sare log samajhte hain ke tamam dunya mein Muslim rule qaim karna yeh kaam hai. To yeh sab kuch kaam nahi hai. Woh Allah taala jis ko chahta hai, us ko hukoomat deta hai, power deta hai.</w:t>
      </w:r>
    </w:p>
    <w:p>
      <w:pPr>
        <w:jc w:val="right"/>
      </w:pPr>
      <w:r>
        <w:t>بہت سارے لوگ سمجھتے ہیں کہ تمام دنیا میں مسلم رول قائم کرنا یہ کام ہے۔ تو یہ سب کچھ کام نہیں ہے۔ وہ اللہ تعالیٰ جس کو چاہتا ہے، اس کو حکومت دیتا ہے، پاور دیتا ہے۔</w:t>
      </w:r>
    </w:p>
    <w:p>
      <w:r>
        <w:rPr>
          <w:b/>
        </w:rPr>
        <w:t xml:space="preserve">[12:40] </w:t>
      </w:r>
      <w:r>
        <w:t>woh hamara kaam nahi hai. jab Allah taala samjhenge ke kis ko milna chahiye, to us ko mil jayega.</w:t>
      </w:r>
    </w:p>
    <w:p>
      <w:pPr>
        <w:jc w:val="right"/>
      </w:pPr>
      <w:r>
        <w:t>وہ ہمارا کام نہیں ہے۔ جب اللہ تعالیٰ سمجھیں گے کہ کس کو ملنا چاہیے، تو اس کو مل جائے گا۔</w:t>
      </w:r>
    </w:p>
    <w:p>
      <w:r>
        <w:rPr>
          <w:b/>
        </w:rPr>
        <w:t xml:space="preserve">[12:46] </w:t>
      </w:r>
      <w:r>
        <w:t>hamara kaam hai Khuda ke paigham ko as it is logon tak pahunchana. lekin jab hum doosron tak pahunchayenge to doosre log is ki mukhalifat karenge, kyunke koi bhi nayi baat kisi ko aap batayein to woh samajhta nahi hai.</w:t>
      </w:r>
    </w:p>
    <w:p>
      <w:pPr>
        <w:jc w:val="right"/>
      </w:pPr>
      <w:r>
        <w:t>ہمارا کام ہے خدا کے پیغام کو ایز اٹ از لوگوں تک پہنچانا۔ لیکن جب ہم دوسروں تک پہنچائیں گے تو دوسرے لوگ اس کی مخالفت کریں گے، کیونکہ کوئی بھی نئی بات کسی کو آپ بتائیں تو وہ سمجھتا نہیں ہے۔</w:t>
      </w:r>
    </w:p>
    <w:p>
      <w:r>
        <w:rPr>
          <w:b/>
        </w:rPr>
        <w:t xml:space="preserve">[13:02] </w:t>
      </w:r>
      <w:r>
        <w:t>zaroori nahi hai ke woh intentionally mukhalifat kar raha hai, woh samjhega nahi. is ki ek conditioning hoti hai, is ki apni ek soch hoti hai, to is ki wajah se woh mukhalifat karta</w:t>
      </w:r>
    </w:p>
    <w:p>
      <w:pPr>
        <w:jc w:val="right"/>
      </w:pPr>
      <w:r>
        <w:t>ضروری نہیں ہے کہ وہ انٹینشنلی مخالفت کر رہا ہے، وہ سمجھے گا نہیں۔ اس کی ایک کنڈیشننگ ہوتی ہے، اس کی اپنی ایک سوچ ہوتی ہے، تو اس کی وجہ سے وہ مخالفت کرتا</w:t>
      </w:r>
    </w:p>
    <w:p>
      <w:r>
        <w:rPr>
          <w:b/>
        </w:rPr>
        <w:t xml:space="preserve">[13:13] </w:t>
      </w:r>
      <w:r>
        <w:t>hai. agar hum mukhalifat ko bardasht na karein, araz na karein, avoid na karein, aur balkeh is se bhad jayein to phir halaat jo hain, woh kharab ho jayenge, aur daawa ke liye woh favorable conditions nahi rahengi ke hum daawa kar sakein.</w:t>
      </w:r>
    </w:p>
    <w:p>
      <w:pPr>
        <w:jc w:val="right"/>
      </w:pPr>
      <w:r>
        <w:t>ہے۔ اگر ہم مخالفت کو برداشت نہ کریں، اعراض نہ کریں، اوائڈ نہ کریں، اور بلکہ اس سے بھڑ جائیں تو پھر حالات جو ہیں، وہ خراب ہو جائیں گے، اور دعویٰ کے لیے وہ فیوریبل کنڈیشنز نہیں رہیں گی کہ ہم دعویٰ کر سکیں۔</w:t>
      </w:r>
    </w:p>
    <w:p>
      <w:r>
        <w:rPr>
          <w:b/>
        </w:rPr>
        <w:t xml:space="preserve">[13:29] </w:t>
      </w:r>
      <w:r>
        <w:t>to hamein har halat mein halaat ko normalize karna yeh hamari zimmedari hai.</w:t>
      </w:r>
    </w:p>
    <w:p>
      <w:pPr>
        <w:jc w:val="right"/>
      </w:pPr>
      <w:r>
        <w:t>تو ہمیں ہر حالت میں حالات کو نارملائز کرنا یہ ہماری ذمہ داری ہے۔</w:t>
      </w:r>
    </w:p>
    <w:p>
      <w:r>
        <w:rPr>
          <w:b/>
        </w:rPr>
        <w:t xml:space="preserve">[13:36] </w:t>
      </w:r>
      <w:r>
        <w:t>to bohat zyada hamein is mamle mein serious hona hai, aur hamara focus sirf daawa rahe. agar hamara focus kuch aur ho jayega ke woh hamari jo dunyavi mafadat pe logon ne,</w:t>
      </w:r>
    </w:p>
    <w:p>
      <w:pPr>
        <w:jc w:val="right"/>
      </w:pPr>
      <w:r>
        <w:t>تو بہت زیادہ ہمیں اس معاملے میں سیریس ہونا ہے، اور ہمارا فوکس صرف دعویٰ رہے۔ اگر ہمارا فوکس کچھ اور ہو جائے گا کہ وہ ہماری جو دنیاوی مفادات پہ لوگوں نے،</w:t>
      </w:r>
    </w:p>
    <w:p>
      <w:r>
        <w:rPr>
          <w:b/>
        </w:rPr>
        <w:t xml:space="preserve">[13:52] </w:t>
      </w:r>
      <w:r>
        <w:t>hum logon ne zulm kiya hua hai hamare upar, dunyavi wafadat jo hain, woh hamare liye jo zyada important hain, yeh sab cheezein agar hamare dimagh mein ayengi to hum daawa par focus nahi kar sakenge.</w:t>
      </w:r>
    </w:p>
    <w:p>
      <w:pPr>
        <w:jc w:val="right"/>
      </w:pPr>
      <w:r>
        <w:t>ہم لوگوں نے ظلم کیا ہوا ہے ہمارے اوپر، دنیاوی وفادات جو ہیں، وہ ہمارے لیے جو زیادہ امپورٹنٹ ہیں، یہ سب چیزیں اگر ہمارے دماغ میں آئیں گی تو ہم دعویٰ پر فوکس نہیں کر سکیں گے۔</w:t>
      </w:r>
    </w:p>
    <w:p>
      <w:r>
        <w:rPr>
          <w:b/>
        </w:rPr>
        <w:t xml:space="preserve">[14:06] </w:t>
      </w:r>
      <w:r>
        <w:t>to hamara focus jo hai, woh daawa rahe, tabhi is kaam ki zimmedari jo hai, hum poori tarah se nibha sakte hain. ji, acha apa ek cheez aur bhi aap ke jawab se nikal kar aati hai ke daawa work is not simply just an announcement, but it is necessary.</w:t>
      </w:r>
    </w:p>
    <w:p>
      <w:pPr>
        <w:jc w:val="right"/>
      </w:pPr>
      <w:r>
        <w:t>تو ہمارا فوکس جو ہے، وہ دعویٰ رہے، تبھی اس کام کی ذمہ داری جو ہے، ہم پوری طریقے سے نبھا سکتے ہیں۔ جی، اچھا آپا ایک چیز اور بھی آپ کے جواب سے نکل کر آتی ہے کہ دعویٰ ورک از ناٹ سمپلی جسٹ این اناؤنسمنٹ، بٹ اٹ از نیسیسری۔</w:t>
      </w:r>
    </w:p>
    <w:p>
      <w:r>
        <w:rPr>
          <w:b/>
        </w:rPr>
        <w:t xml:space="preserve">[14:26] </w:t>
      </w:r>
      <w:r>
        <w:t>rather it is very important that we must be able, that we must be able to address the mind of man</w:t>
      </w:r>
    </w:p>
    <w:p>
      <w:pPr>
        <w:jc w:val="right"/>
      </w:pPr>
      <w:r>
        <w:t>ریدر اٹ از ویری امپورٹنٹ دیٹ وی مسٹ بی ایبل، دائی مسٹ بی ایبل ٹو ایڈریس دی مائنڈ آف مد</w:t>
      </w:r>
    </w:p>
    <w:p>
      <w:r>
        <w:rPr>
          <w:b/>
        </w:rPr>
        <w:t xml:space="preserve">[14:34] </w:t>
      </w:r>
      <w:r>
        <w:t>wo. to ek d'ai aur mad'o ka jo relationship hai, woh bohat important ho jata hai. shahid aur mashhood ko le kar Quran mein reference bhi aya hai.</w:t>
      </w:r>
    </w:p>
    <w:p>
      <w:pPr>
        <w:jc w:val="right"/>
      </w:pPr>
      <w:r>
        <w:t>و۔ تو ایک دائی اور مدو کا جو ریلیشن شپ ہے، وہ بہت امپورٹنٹ ہو جاتا ہے۔ شاہد اور مشہود کو لے کر قرآن میں ریفرنس بھی آیا ہے۔</w:t>
      </w:r>
    </w:p>
    <w:p>
      <w:r>
        <w:rPr>
          <w:b/>
        </w:rPr>
        <w:t xml:space="preserve">[14:44] </w:t>
      </w:r>
      <w:r>
        <w:t>to is ke bare mein aap kya kahenge? woh bhi aap batayein hum sab ko. shahid aur mashhood wohi hain jo d'ai aur mad'o hain.</w:t>
      </w:r>
    </w:p>
    <w:p>
      <w:pPr>
        <w:jc w:val="right"/>
      </w:pPr>
      <w:r>
        <w:t>تو اس کے بارے میں آپ کیا کہیں گے؟ وہ بھی آپ بتائیں ہم سب کو۔ شاہد اور مشہود وہی ہیں جو دائی اور مدو ہیں۔</w:t>
      </w:r>
    </w:p>
    <w:p>
      <w:r>
        <w:rPr>
          <w:b/>
        </w:rPr>
        <w:t xml:space="preserve">[14:53] </w:t>
      </w:r>
      <w:r>
        <w:t>ji, to d'ai hai ya shahid hai, woh gawahi dene wala, aur mad'o ya mashhood jis ke upar gawahi di jaye.</w:t>
      </w:r>
    </w:p>
    <w:p>
      <w:pPr>
        <w:jc w:val="right"/>
      </w:pPr>
      <w:r>
        <w:t>جی، تو دائی ہے یا شاہد ہے، وہ گواہی دینے والا، اور مدو یا مشہود جس کے اوپر گواہی دی جائے۔</w:t>
      </w:r>
    </w:p>
    <w:p>
      <w:r>
        <w:rPr>
          <w:b/>
        </w:rPr>
        <w:t xml:space="preserve">[15:02] </w:t>
      </w:r>
      <w:r>
        <w:t>to yeh jo hain, hamare mukhatebeen hote hain, hamare contemporaries hote hain, to unhi ko hum Khuda ka paigham pahunchate hain. phir un ka kya response raha?</w:t>
      </w:r>
    </w:p>
    <w:p>
      <w:pPr>
        <w:jc w:val="right"/>
      </w:pPr>
      <w:r>
        <w:t>تو یہ جو ہیں، ہمارے مخاطبین ہوتے ہیں، ہمارے کنٹمپرریز ہوتے ہیں، تو انہی کو ہم خدا کا پیغام پہنچاتے ہیں۔ پھر ان کا کیا رسپانس رہا؟</w:t>
      </w:r>
    </w:p>
    <w:p>
      <w:r>
        <w:rPr>
          <w:b/>
        </w:rPr>
        <w:t xml:space="preserve">[15:12] </w:t>
      </w:r>
      <w:r>
        <w:t>un ka response chahe negative ho, positive ho, hamein hamesha positive rehna hai, jaisa ke hamein Quran se maloom hota hai, hamein prophet ki life se pata chalta hai.</w:t>
      </w:r>
    </w:p>
    <w:p>
      <w:pPr>
        <w:jc w:val="right"/>
      </w:pPr>
      <w:r>
        <w:t>ان کا رسپانس چاہے نیگیٹیو ہو، پازیٹیو ہو، ہمیں ہمیشہ پازیٹیو رہنا ہے، جیسا کہ ہمیں قرآن سے معلوم ہوتا ہے، ہمیں پرافٹ کی لائف سے پتہ چلتا ہے۔</w:t>
      </w:r>
    </w:p>
    <w:p>
      <w:r>
        <w:rPr>
          <w:b/>
        </w:rPr>
        <w:t xml:space="preserve">[15:22] </w:t>
      </w:r>
      <w:r>
        <w:t>to d'ai ko hamesha positive rehna hai, aur bilkul hi doosre ko rival nahi samajhna hai, is se achhe taluqat qaim karna hai.</w:t>
      </w:r>
    </w:p>
    <w:p>
      <w:pPr>
        <w:jc w:val="right"/>
      </w:pPr>
      <w:r>
        <w:t>تو دائی کو ہمیشہ پازیٹیو رہنا ہے، اور بالکل ہی دوسرے کو رائیول نہیں سمجھنا ہے، اس سے اچھے تعلقات قائم کرنا ہے۔</w:t>
      </w:r>
    </w:p>
    <w:p>
      <w:r>
        <w:rPr>
          <w:b/>
        </w:rPr>
        <w:t xml:space="preserve">[15:32] </w:t>
      </w:r>
      <w:r>
        <w:t>kyunke agar achhe taluqat nahi honge to woh hamari baat samajhne ki position mein hi nahi rahega, woh foran is ka mukhalif ban jayega. to hamein har tarah ki nizaaon se, confrontation se hamein bachna hai, aur is ke liye har tarah se avoid karna hai.</w:t>
      </w:r>
    </w:p>
    <w:p>
      <w:pPr>
        <w:jc w:val="right"/>
      </w:pPr>
      <w:r>
        <w:t>کیونکہ اگر اچھے تعلقات نہیں ہوں گے تو وہ ہماری بات سمجھنے کی پوزیشن میں ہی نہیں رہے گا، وہ فوراً اس کا مخالف بن جائے گا۔ تو ہمیں ہر طرح کی نزعات سے، کنفرنٹیشن سے ہمیں بچنا ہے، اور اس کے لیے ہر طرح سے اوائڈ کرنا ہے۔</w:t>
      </w:r>
    </w:p>
    <w:p>
      <w:r>
        <w:rPr>
          <w:b/>
        </w:rPr>
        <w:t xml:space="preserve">[15:50] </w:t>
      </w:r>
      <w:r>
        <w:t>hum ko bohat zyada is ke bare mein, hamein Rasool Allah Salallahu Alaihi Wasallam ki zindagi se pata chalta hai, aur hamein mad'o ka khair khwah hona</w:t>
      </w:r>
    </w:p>
    <w:p>
      <w:pPr>
        <w:jc w:val="right"/>
      </w:pPr>
      <w:r>
        <w:t>ہم کو بہت زیادہ اس کے بارے میں، ہمیں رسول اللہ صلی اللہ علیہ وسلم کی زندگی سے پتہ چلتا ہے، اور ہمیں مدو کا خیر خواب ہونا</w:t>
      </w:r>
    </w:p>
    <w:p>
      <w:r>
        <w:rPr>
          <w:b/>
        </w:rPr>
        <w:t xml:space="preserve">[15:59] </w:t>
      </w:r>
      <w:r>
        <w:t>hai, aur duniya ke mamle mein hamein naza nahi karni hai ke is ko zyada mila hua hai, hamein kam mila hua hai. jaise Musalmanon ne kaha tha ke reservation hamein milna chahiye, yeh sab duniya ke mamlaat hain.</w:t>
      </w:r>
    </w:p>
    <w:p>
      <w:pPr>
        <w:jc w:val="right"/>
      </w:pPr>
      <w:r>
        <w:t>ہے، اور دنیا کے معاملے میں ہمیں نزا نہیں کرنی ہے کہ اس کو زیادہ ملا ہوا ہے، ہمیں کم ملا ہوا ہے۔ جیسے مسلمانوں نے کہا تھا کہ ریزرویشن ہمیں ملنا چاہیے، یہ سب دنیا کے معاملات ہیں۔</w:t>
      </w:r>
    </w:p>
    <w:p>
      <w:r>
        <w:rPr>
          <w:b/>
        </w:rPr>
        <w:t xml:space="preserve">[16:11] </w:t>
      </w:r>
      <w:r>
        <w:t>duniya ke mamlaat mein hamein naza nahi karni hai, bas apni mehnat karna hai, apni koshish karna hai.</w:t>
      </w:r>
    </w:p>
    <w:p>
      <w:pPr>
        <w:jc w:val="right"/>
      </w:pPr>
      <w:r>
        <w:t>دنیا کے معاملات میں ہمیں نزا نہیں کرنی ہے، بس اپنی محنت کرنا ہے، اپنی کوشش کرنا ہے۔</w:t>
      </w:r>
    </w:p>
    <w:p>
      <w:r>
        <w:rPr>
          <w:b/>
        </w:rPr>
        <w:t xml:space="preserve">[16:17] </w:t>
      </w:r>
      <w:r>
        <w:t>jo likha hua hota hai, woh woh mil kar rahega. to hamein sirf aur sirf achhe taluqat banane ke liye poori koshish karna hai, kyunke jab tak achhe taluqat nahi honge, tab tak hum yeh kaam nahi kar sakte.</w:t>
      </w:r>
    </w:p>
    <w:p>
      <w:pPr>
        <w:jc w:val="right"/>
      </w:pPr>
      <w:r>
        <w:t>جو لکھا ہوا ہوتا ہے، وہ وہ مل کر رہے گا۔ تو ہمیں صرف اور صرف اچھے تعلقات بنانے کے لیے پوری کوشش کرنا ہے، کیونکہ جب تک اچھے تعلقات نہیں ہوں گے، تب تک ہم یہ کام نہیں کر سکتے۔</w:t>
      </w:r>
    </w:p>
    <w:p>
      <w:r>
        <w:rPr>
          <w:b/>
        </w:rPr>
        <w:t xml:space="preserve">[16:31] </w:t>
      </w:r>
      <w:r>
        <w:t>shahid aur mashhood is liye kaha gaya hai, jis ko shahadat al-nas bhi kaha gaya hai. ji, ke Allah taala ke haan shahadat hogi. to ab aap sochiye ke Allah ka darbar laga hua hoga, aur yeh d'ai logon ke liye, jis ko al-araf mein kaha, ek bohat ek ooncha stage hoga.</w:t>
      </w:r>
    </w:p>
    <w:p>
      <w:pPr>
        <w:jc w:val="right"/>
      </w:pPr>
      <w:r>
        <w:t>شاہد اور مشہود اس لیے کہا گیا ہے، جس کو شہادت الناس بھی کہا گیا ہے۔ جی، کہ اللہ تعالیٰ کے ہاں شہادت ہوگی۔ تو اب آپ سوچیے کہ اللہ کا دربار لگا ہوا ہوگا، اور یہ دائی لوگوں کے لیے، جس کو العراف میں کہا، ایک بہت ایک اونچا اسٹیج ہوگا۔</w:t>
      </w:r>
    </w:p>
    <w:p>
      <w:r>
        <w:rPr>
          <w:b/>
        </w:rPr>
        <w:t xml:space="preserve">[16:47] </w:t>
      </w:r>
      <w:r>
        <w:t>wahan par d'ai baithenge, un ko itna bada izaz milega, aur d'ai ke samne jitne bhi mad'o honge, jitne unhone, jitne logon par unhone kaam kiya hoga, to woh saare log wahan laye jayenge.</w:t>
      </w:r>
    </w:p>
    <w:p>
      <w:pPr>
        <w:jc w:val="right"/>
      </w:pPr>
      <w:r>
        <w:t>وہاں پر دائی بیٹھیں گے، ان کو اتنا بڑا اعزاز ملے گا، اور دائی کے سامنے جتنے بھی مدو ہوں گے، جتنے انہوں نے، جتنے لوگوں پر انہوں نے کام کیا ہوگا، تو وہ سارے لوگ وہاں لائے جائیں گے۔</w:t>
      </w:r>
    </w:p>
    <w:p>
      <w:r>
        <w:rPr>
          <w:b/>
        </w:rPr>
        <w:t xml:space="preserve">[17:00] </w:t>
      </w:r>
      <w:r>
        <w:t>to</w:t>
      </w:r>
    </w:p>
    <w:p>
      <w:pPr>
        <w:jc w:val="right"/>
      </w:pPr>
      <w:r>
        <w:t>تو</w:t>
      </w:r>
    </w:p>
    <w:p>
      <w:r>
        <w:rPr>
          <w:b/>
        </w:rPr>
        <w:t xml:space="preserve">[17:01] </w:t>
      </w:r>
      <w:r>
        <w:t>to d'ai kahega, is mein peghambar bhi is lehaz se d'ai hai, kyunke us ne bhi logon tak Khuda ka paigham pahunchaya.</w:t>
      </w:r>
    </w:p>
    <w:p>
      <w:pPr>
        <w:jc w:val="right"/>
      </w:pPr>
      <w:r>
        <w:t>دائی کہے گا، اس میں پیغمبر بھی اس لحاظ سے دائی ہے، کیونکہ اس نے بھی لوگوں تک خدا کا پیغام پہنچایا۔</w:t>
      </w:r>
    </w:p>
    <w:p>
      <w:r>
        <w:rPr>
          <w:b/>
        </w:rPr>
        <w:t xml:space="preserve">[17:10] </w:t>
      </w:r>
      <w:r>
        <w:t>to woh wahan par shahadat dega, woh ke hum ne in logon par Khuda ka paigham pahunchaya, aur is ki shahadat ke mutabiq is jannat aur jahannum ke faisle honge.</w:t>
      </w:r>
    </w:p>
    <w:p>
      <w:pPr>
        <w:jc w:val="right"/>
      </w:pPr>
      <w:r>
        <w:t>تو وہ وہاں پر شہادت دے گا، وہ کہ ہم نے ان لوگوں پر خدا کا پیغام پہنچایا، اور اس کی شہادت کے مطابق اس جنت اور جہنم کے فیصلے ہوں گ</w:t>
      </w:r>
    </w:p>
    <w:p>
      <w:r>
        <w:rPr>
          <w:b/>
        </w:rPr>
        <w:t xml:space="preserve">[17:22] </w:t>
      </w:r>
      <w:r>
        <w:t>e. to yeh bohat hi bari baat hai, bohat hi serious baat hai, aur woh jabhi hoga jab hum bilkul as it is Khuda ka paigham pohnchaen.</w:t>
      </w:r>
    </w:p>
    <w:p>
      <w:pPr>
        <w:jc w:val="right"/>
      </w:pPr>
      <w:r>
        <w:t>ے۔ تو یہ بہت ہی بڑی بات ہے، بہت ہی سیریس بات ہے، اور وہ جبھی ہوگا جب ہم بالکل ایز اٹ از خدا کا پیغام پہنچائیں۔</w:t>
      </w:r>
    </w:p>
    <w:p>
      <w:r>
        <w:rPr>
          <w:b/>
        </w:rPr>
        <w:t xml:space="preserve">[17:31] </w:t>
      </w:r>
      <w:r>
        <w:t>agar is mein kuch bhi addition aur deletion karen ge to woh Khuda ke haan woh acceptable nahi hoga. to aakhirat mein sara judgment to Khuda ke hath mein hota</w:t>
      </w:r>
    </w:p>
    <w:p>
      <w:pPr>
        <w:jc w:val="right"/>
      </w:pPr>
      <w:r>
        <w:t>اگر اس میں کچھ بھی ایڈیشن اور ڈیلیشن کریں گے تو وہ خدا کے ہاں وہ ایکسیپٹیبل نہیں ہوگا۔ تو آخرت میں سارا ججمنٹ تو خدا کے ہاتھ میں ہوتا</w:t>
      </w:r>
    </w:p>
    <w:p>
      <w:r>
        <w:rPr>
          <w:b/>
        </w:rPr>
        <w:t xml:space="preserve">[17:43] </w:t>
      </w:r>
      <w:r>
        <w:t>hai, hoga, lekin dai ko izaz dene ke liye wahan par aaraaf par stage par bithaya jayega, aur dai ke munh se yeh announce kiya jayega.</w:t>
      </w:r>
    </w:p>
    <w:p>
      <w:pPr>
        <w:jc w:val="right"/>
      </w:pPr>
      <w:r>
        <w:t>ہے، ہوگا، لیکن دائی کو اعزاز دینے کے لیے وہاں پر اعراف پر اسٹیج پر بیٹھایا جائے گا، اور دائی کے منہ سے یہ اناؤنس کیا جائے گا۔</w:t>
      </w:r>
    </w:p>
    <w:p>
      <w:r>
        <w:rPr>
          <w:b/>
        </w:rPr>
        <w:t xml:space="preserve">[17:55] </w:t>
      </w:r>
      <w:r>
        <w:t>jaise aap samajh sakte hain, koi program hota hai to ek judge bulaya jata hai, aur judge ke zariye se logon ko inaamaat taqseem kiye jate hain. to woh judge ka faisla nahi hota,</w:t>
      </w:r>
    </w:p>
    <w:p>
      <w:pPr>
        <w:jc w:val="right"/>
      </w:pPr>
      <w:r>
        <w:t>جیسے آپ سمجھ سکتے ہیں، کوئی پروگرام ہوتا ہے تو ایک جج بلایا جاتا ہے، اور جج کے ذریعے سے لوگوں کو انعامات تقسیم کیے جاتے ہیں۔ تو وہ جج کا فیصلہ نہیں ہوتا،</w:t>
      </w:r>
    </w:p>
    <w:p>
      <w:r>
        <w:rPr>
          <w:b/>
        </w:rPr>
        <w:t xml:space="preserve">[18:06] </w:t>
      </w:r>
      <w:r>
        <w:t>faisla to pehle kaam ho chuka hota hai, aur logon ke jo bhi intezam muntazim hote hain, faisla ho chuka hota hai. to judge ko izaz dene ke liye bulaya jata hai.</w:t>
      </w:r>
    </w:p>
    <w:p>
      <w:pPr>
        <w:jc w:val="right"/>
      </w:pPr>
      <w:r>
        <w:t>فیصلہ تو پہلے کام ہو چکا ہوتا ہے، اور لوگوں کے جو بھی انتظام منتظم ہوتے ہیں، فیصلہ ہو چکا ہوتا ہے۔ تو جج کو اعزاز دینے کے لیے بلایا جاتا ہے۔</w:t>
      </w:r>
    </w:p>
    <w:p>
      <w:r>
        <w:rPr>
          <w:b/>
        </w:rPr>
        <w:t xml:space="preserve">[18:16] </w:t>
      </w:r>
      <w:r>
        <w:t>to yahi samajh lijiye, dai ki hesiyat hogi un ko izaz dene ke liye, woh wahan bulaya jayega. woh sifarshi nahi honge, jaise bohat sare musalman samajhte hain ke woh sifarish karenge.</w:t>
      </w:r>
    </w:p>
    <w:p>
      <w:pPr>
        <w:jc w:val="right"/>
      </w:pPr>
      <w:r>
        <w:t>تو یہی سمجھ لیجئے، دائی کی حیثیت ہوگی ان کو اعزاز دینے کے لیے، وہ وہاں بلایا جائے گا۔ وہ سفارشی نہیں ہوں گے، جیسے بہت سارے مسلمان سمجھتے ہیں کہ وہ سفارش کریں گے۔</w:t>
      </w:r>
    </w:p>
    <w:p>
      <w:r>
        <w:rPr>
          <w:b/>
        </w:rPr>
        <w:t xml:space="preserve">[18:27] </w:t>
      </w:r>
      <w:r>
        <w:t>Khuda ke haan kisi ki sifarish nahi chalegi</w:t>
      </w:r>
    </w:p>
    <w:p>
      <w:pPr>
        <w:jc w:val="right"/>
      </w:pPr>
      <w:r>
        <w:t>خدا کے ہاں کسی کی سفارش نہیں چلے</w:t>
      </w:r>
    </w:p>
    <w:p>
      <w:r>
        <w:rPr>
          <w:b/>
        </w:rPr>
        <w:t xml:space="preserve">[18:30] </w:t>
      </w:r>
      <w:r>
        <w:t>gi, woh Khuda un ko izaz dene ke liye wahan stage par bithayega, aur un ke in in se yeh kahlayega ke hum ne in logon ko paigham aap ka pohnchaya tha, in logon ne mana, aur in logon ne nahi mana.</w:t>
      </w:r>
    </w:p>
    <w:p>
      <w:pPr>
        <w:jc w:val="right"/>
      </w:pPr>
      <w:r>
        <w:t>گی، وہ خدا ان کو اعزاز دینے کے لیے وہاں اسٹیج پر بیٹھائے گا، اور ان کے ان ان سے یہ کہلوائے گا کہ ہم نے ان لوگوں کو پیغام آپ کا پہنچایا تھا، ان لوگوں نے مانا، اور ان لوگوں نے نہیں مانا۔</w:t>
      </w:r>
    </w:p>
    <w:p>
      <w:r>
        <w:rPr>
          <w:b/>
        </w:rPr>
        <w:t xml:space="preserve">[18:44] </w:t>
      </w:r>
      <w:r>
        <w:t>to yeh hai bohat bara darja hai dai ka Allah taala ke haan. ji, jazak Allah apa, bohat achhe se aap ne is ko explain kiya.</w:t>
      </w:r>
    </w:p>
    <w:p>
      <w:pPr>
        <w:jc w:val="right"/>
      </w:pPr>
      <w:r>
        <w:t>تو یہ ہے بہت بڑا درجہ ہے دائی کا اللہ تعالیٰ کے ہاں۔ جی، جزاک اللہ آپا، بہت اچھے سے آپ نے اس کو ایکسپلین کیا۔</w:t>
      </w:r>
    </w:p>
    <w:p>
      <w:r>
        <w:rPr>
          <w:b/>
        </w:rPr>
        <w:t xml:space="preserve">[18:52] </w:t>
      </w:r>
      <w:r>
        <w:t>agar har koi dai is darbar ke manzar ko le kar soche to kitna motivation ek insan ke andar aa jayega ke itne bare level pe, matlab poori duniya, matlab poori jo entire humanity from the beginning till the end, is platform ko dekh rahi hai.</w:t>
      </w:r>
    </w:p>
    <w:p>
      <w:pPr>
        <w:jc w:val="right"/>
      </w:pPr>
      <w:r>
        <w:t>اگر ہر کوئی دائی اس دربار کے منظر کو لے کر سوچے تو کتنا موٹیویشن ایک انسان کے اندر آ جائے گا کہ اتنے بڑے لیول پہ، مطلب پوری دنیا، مطلب پوری جو انٹائر ہیومینٹی فرام دا بگننگ ٹل دی اینڈ، اس پلیٹ فارم کو دیکھ رہی ہے۔</w:t>
      </w:r>
    </w:p>
    <w:p>
      <w:r>
        <w:rPr>
          <w:b/>
        </w:rPr>
        <w:t xml:space="preserve">[19:13] </w:t>
      </w:r>
      <w:r>
        <w:t>to kitna amazing woh ek scene hoga.</w:t>
      </w:r>
    </w:p>
    <w:p>
      <w:pPr>
        <w:jc w:val="right"/>
      </w:pPr>
      <w:r>
        <w:t>تو کتنا امیزنگ وہ ایک سین ہوگا۔</w:t>
      </w:r>
    </w:p>
    <w:p>
      <w:r>
        <w:rPr>
          <w:b/>
        </w:rPr>
        <w:t xml:space="preserve">[19:17] </w:t>
      </w:r>
      <w:r>
        <w:t>apa, isi se related ek question bhi poochunga. bohat se log aap ke program ko dekh rahe hain, pasand kar rahe hain. do questions aaye hain, main poochna chahunga. woh doctor stuti malhotra ne sawal kiya hai ke "should we continue to do dawah work even if we do not get the desired result?" aur apa, yeh aksar na log yeh sawal zar</w:t>
      </w:r>
    </w:p>
    <w:p>
      <w:pPr>
        <w:jc w:val="right"/>
      </w:pPr>
      <w:r>
        <w:t>آپا، اسی سے ریلیٹڈ ایک کوئسچن بھی پوچھوں گا۔ بہت سے لوگ آپ کے پروگرام کو دیکھ رہے ہیں، پسند کر رہے ہیں۔ دو کوئسچنز آئے ہیں، میں پوچھنا چاہوں گا۔ وہ ڈاکٹر ستوتھی ملوترا نے سوال کیا ہے کہ "شوڈ وی کنٹینیو ٹو ڈو دعویٰ ورک ایون اف وی ڈو ناٹ گیٹ دی ڈیزائرڈ رزلٹ؟" اور آپا، یہ اکثر نا لوگ یہ سوال ضر</w:t>
      </w:r>
    </w:p>
    <w:p>
      <w:r>
        <w:rPr>
          <w:b/>
        </w:rPr>
        <w:t xml:space="preserve">[19:37] </w:t>
      </w:r>
      <w:r>
        <w:t>oor poochte hain. bohat se logon ke zehn mein rehta hai ke bhai hum baat karte hain Khuda ke bare mein, batate hain creation plan ke bare mein, batate hain literature dete hain, lekin woh woh response nahi milta, ya kabhi negative response aa jata hai,</w:t>
      </w:r>
    </w:p>
    <w:p>
      <w:pPr>
        <w:jc w:val="right"/>
      </w:pPr>
      <w:r>
        <w:t>ور پوچھتے ہیں۔ بہت سے لوگوں کے ذہن میں رہتا ہے کہ بھئی ہم بات کرتے ہیں خدا کے بارے میں، بتاتے ہیں کریشن پلان کے بارے میں، بتاتے ہیں لٹریچر دیتے ہیں، لیکن وہ وہ رسپانس نہیں ملتا، یا کبھی نیگیٹیو رسپانس آ جاتا ہے،</w:t>
      </w:r>
    </w:p>
    <w:p>
      <w:r>
        <w:rPr>
          <w:b/>
        </w:rPr>
        <w:t xml:space="preserve">[19:52] </w:t>
      </w:r>
      <w:r>
        <w:t>ya kabhi discouragement aa jati hai. to desired result jo ek logon ke mind mein rehta hai, woh samne nahi aata. to kya is ka jawab hoga?</w:t>
      </w:r>
    </w:p>
    <w:p>
      <w:pPr>
        <w:jc w:val="right"/>
      </w:pPr>
      <w:r>
        <w:t>یا کبھی ڈسکریجمنٹ آ جاتی ہے۔ تو ڈیزائرڈ رزلٹ جو ایک لوگوں کے مائنڈ میں رہتا ہے، وہ سامنے نہیں آتا۔ تو کیا اس کا جواب ہوگا؟</w:t>
      </w:r>
    </w:p>
    <w:p>
      <w:r>
        <w:rPr>
          <w:b/>
        </w:rPr>
        <w:t xml:space="preserve">[20:02] </w:t>
      </w:r>
      <w:r>
        <w:t>apa, aap kya advice karen gi ke kaise hamein is ko lena chahiye?</w:t>
      </w:r>
    </w:p>
    <w:p>
      <w:pPr>
        <w:jc w:val="right"/>
      </w:pPr>
      <w:r>
        <w:t>آپا، آپ کیا ایڈوائس کریں گی کہ کیسے ہمیں اس کو لینا چاہیے؟</w:t>
      </w:r>
    </w:p>
    <w:p>
      <w:r>
        <w:rPr>
          <w:b/>
        </w:rPr>
        <w:t xml:space="preserve">[20:08] </w:t>
      </w:r>
      <w:r>
        <w:t>hmm, bohat hi zaroori sawal hai yeh, kyunke bohat sare log kehte hain ke aap log dawah karte hain, is ka kya result hai? to hum is liye dawah nahi karte.</w:t>
      </w:r>
    </w:p>
    <w:p>
      <w:pPr>
        <w:jc w:val="right"/>
      </w:pPr>
      <w:r>
        <w:t>ہمم، بہت ہی ضروری سوال ہے یہ، کیونکہ بہت سارے لوگ کہتے ہیں کہ آپ لوگ دعویٰ کرتے ہیں، اس کا کیا رزلٹ ہے؟ تو ہم اس لیے دعویٰ نہیں کرتے۔</w:t>
      </w:r>
    </w:p>
    <w:p>
      <w:r>
        <w:rPr>
          <w:b/>
        </w:rPr>
        <w:t xml:space="preserve">[20:18] </w:t>
      </w:r>
      <w:r>
        <w:t>dekhiye, result har cheez ka Khuda ke hath mein hai. hum sirf is liye kehte hain ke logon ko Khuda ki baat pohncha di jaye. balagh, is ke liye balagh ka lafz aaya Quran mein.</w:t>
      </w:r>
    </w:p>
    <w:p>
      <w:pPr>
        <w:jc w:val="right"/>
      </w:pPr>
      <w:r>
        <w:t>دیکھیے، رزلٹ ہر چیز کا خدا کے ہاتھ میں ہے۔ ہم صرف اس لیے کہتے ہیں کہ لوگوں کو خدا کی بات پہنچا دی جائے۔ بلغ، اس کے لیے بلاغ کا لفظ آیا قرآن میں۔</w:t>
      </w:r>
    </w:p>
    <w:p>
      <w:r>
        <w:rPr>
          <w:b/>
        </w:rPr>
        <w:t xml:space="preserve">[20:30] </w:t>
      </w:r>
      <w:r>
        <w:t>to Khuda, hamara kaam hai pohnchana, aur Khuda ka kaam hai ke is ke dil mein woh baat parhe, woh is se mutasir ho, us ko accept kare.</w:t>
      </w:r>
    </w:p>
    <w:p>
      <w:pPr>
        <w:jc w:val="right"/>
      </w:pPr>
      <w:r>
        <w:t>تو خدا، ہمارا کام ہے پہنچانا، اور خدا کا کام ہے کہ اس کے دل میں وہ بات پڑھے، وہ اس سے متاثر ہو، اس کو ایکسیپٹ کرے۔</w:t>
      </w:r>
    </w:p>
    <w:p>
      <w:r>
        <w:rPr>
          <w:b/>
        </w:rPr>
        <w:t xml:space="preserve">[20:39] </w:t>
      </w:r>
      <w:r>
        <w:t>yeh Khuda ka kaam hai. to hamein pohnchana jo hai, yeh hamara farz hai. Rasool Allah salallahu alaihi wasallam bohat ziyada pareshan hote the ke log accept nahi kar rahe hain.</w:t>
      </w:r>
    </w:p>
    <w:p>
      <w:pPr>
        <w:jc w:val="right"/>
      </w:pPr>
      <w:r>
        <w:t>یہ خدا کا کام ہے۔ تو ہمیں پہنچانا جو ہے، یہ ہمارا فرض ہے۔ رسول اللہ صلی اللہ علیہ وسلم بہت زیادہ پریشان ہوتے تھے کہ لوگ ایکسیپٹ نہیں کر رہے ہیں۔</w:t>
      </w:r>
    </w:p>
    <w:p>
      <w:r>
        <w:rPr>
          <w:b/>
        </w:rPr>
        <w:t xml:space="preserve">[20:50] </w:t>
      </w:r>
      <w:r>
        <w:t>to Quran mein aaya hai ke tum koi faujdar nahi ho, tum ko sirf pohnchaney ka kaam diya gaya hai.</w:t>
      </w:r>
    </w:p>
    <w:p>
      <w:pPr>
        <w:jc w:val="right"/>
      </w:pPr>
      <w:r>
        <w:t>تو قرآن میں آیا ہے کہ تم کوئی فوجدار نہیں ہو، تم کو صرف پہنچانے کا کام دیا گیا ہے۔</w:t>
      </w:r>
    </w:p>
    <w:p>
      <w:r>
        <w:rPr>
          <w:b/>
        </w:rPr>
        <w:t xml:space="preserve">[20:55] </w:t>
      </w:r>
      <w:r>
        <w:t>to aap, aap samajh sakte hain ke hamara, is, is, is, is Quran ki is ayat se samajh sakte hain ke hamara bhi yahi kaam hai pohnchana.</w:t>
      </w:r>
    </w:p>
    <w:p>
      <w:pPr>
        <w:jc w:val="right"/>
      </w:pPr>
      <w:r>
        <w:t>تو آپ، آپ سمجھ سکتے ہیں کہ ہمارا، اس، اس، اس، اس قرآن کی اس آیت سے سمجھ سکتے ہیں کہ ہمارا بھی یہی کام ہے پہنچانا۔</w:t>
      </w:r>
    </w:p>
    <w:p>
      <w:r>
        <w:rPr>
          <w:b/>
        </w:rPr>
        <w:t xml:space="preserve">[21:05] </w:t>
      </w:r>
      <w:r>
        <w:t>to yeh jab Allah taala kisi ke dil mein dalega, tab woh Khuda ki tofeeq se is baat ko manega. to yeh hum Khuda ke hukum ki taameel hum kar rahe hain, Khuda ki numaindagi kar rahe hain.</w:t>
      </w:r>
    </w:p>
    <w:p>
      <w:pPr>
        <w:jc w:val="right"/>
      </w:pPr>
      <w:r>
        <w:t>تو یہ جب اللہ تعالیٰ کسی کے دل میں ڈالے گا، تب وہ خدا کی توفیق سے اس بات کو مانے گا۔ تو یہ ہم خدا کے حکم کی تعمیل ہم کر رہے ہیں، خدا کی نمائندگی کر رہے ہیں۔</w:t>
      </w:r>
    </w:p>
    <w:p>
      <w:r>
        <w:rPr>
          <w:b/>
        </w:rPr>
        <w:t xml:space="preserve">[21:20] </w:t>
      </w:r>
      <w:r>
        <w:t>to yeh hum ko har halat mein karna hai. jaise hum namaz parhte hain,</w:t>
      </w:r>
    </w:p>
    <w:p>
      <w:pPr>
        <w:jc w:val="right"/>
      </w:pPr>
      <w:r>
        <w:t>تو یہ ہم کو ہر حالت میں کرنا ہے۔ جیسے ہم نماز پڑھتے ہیں،</w:t>
      </w:r>
    </w:p>
    <w:p>
      <w:r>
        <w:rPr>
          <w:b/>
        </w:rPr>
        <w:t xml:space="preserve">[21:25] </w:t>
      </w:r>
      <w:r>
        <w:t>to kya hamein pata hai ke hamari namazein Khuda ke haan qabool ho gayi hain? to phir bhi namaz parhte hain. agar hum baithe rahenge jab tak hamein pata nahi chal jayega ke Khuda ne hamari namazein qabool kar li hain, tab tak hum doosri namaz nahi padhenge.</w:t>
      </w:r>
    </w:p>
    <w:p>
      <w:pPr>
        <w:jc w:val="right"/>
      </w:pPr>
      <w:r>
        <w:t>تو کیا ہمیں پتہ ہے کہ ہماری نمازیں خدا کے ہاں قبول ہو گئی ہیں؟ تو پھر بھی نماز پڑھتے ہیں۔ اگر ہم بیٹھے رہیں گے جب تک ہمیں پتہ نہیں چل جائے گا کہ خدا نے ہماری نمازیں قبول کر لی ہیں، تب تک ہم دوسری نماز نہیں پڑھیں گے۔</w:t>
      </w:r>
    </w:p>
    <w:p>
      <w:r>
        <w:rPr>
          <w:b/>
        </w:rPr>
        <w:t xml:space="preserve">[21:37] </w:t>
      </w:r>
      <w:r>
        <w:t>to aisa nahi hai. isi tarah se dawah bhi hai. har halat mein hamein dawah karna hai aur logon ko Khuda ki baat pohnchana hai. Rasool Allah salallahu alaihi wasallam ke haan sahaba aate the, kai baar door door se aate the, kuch thori si baatein sun kar chale jate the.</w:t>
      </w:r>
    </w:p>
    <w:p>
      <w:pPr>
        <w:jc w:val="right"/>
      </w:pPr>
      <w:r>
        <w:t>تو ایسا نہیں ہے۔ اسی طریقے سے دعویٰ بھی ہے۔ ہر حالت میں ہمیں دعویٰ کرنا ہے اور لوگوں کو خدا کی بات پہنچانا ہے۔ رسول اللہ صلی اللہ علیہ وسلم کے ہاں صحابہ آتے تھے، کئی بار دور دور سے آتے تھے، کچھ تھوڑی سی باتیں سن کر چلے جاتے تھے۔</w:t>
      </w:r>
    </w:p>
    <w:p>
      <w:r>
        <w:rPr>
          <w:b/>
        </w:rPr>
        <w:t xml:space="preserve">[21:53] </w:t>
      </w:r>
      <w:r>
        <w:t>quran to 23 saal mein utra hai na? ji, to ek kuch chand aayaten aap ne un ko batai, woh chalay gaye aur isi ko logon tak pohnchanay lagay.</w:t>
      </w:r>
    </w:p>
    <w:p>
      <w:pPr>
        <w:jc w:val="right"/>
      </w:pPr>
      <w:r>
        <w:t>قرآن تو 23 سال میں اترا ہے نا؟ جی، تو ایک کچھ چند آیتیں آپ نے ان کو بتائی، وہ چلے گئے اور اسی کو لوگوں تک پہنچانے لگے۔</w:t>
      </w:r>
    </w:p>
    <w:p>
      <w:r>
        <w:rPr>
          <w:b/>
        </w:rPr>
        <w:t xml:space="preserve">[22:02] </w:t>
      </w:r>
      <w:r>
        <w:t>aisa nahi ke intezar karte rahay ke jab tak ke poora quran nahi aa jayega, tab tak hum doosron ko nahi bata saktay. to is tareeqay se yeh khuda ki numaindagi hai, khuda ka kaam hai, aur humain har halat mein yeh kaam karna hai.</w:t>
      </w:r>
    </w:p>
    <w:p>
      <w:pPr>
        <w:jc w:val="right"/>
      </w:pPr>
      <w:r>
        <w:t>ایسا نہیں کہ انتظار کرتے رہے کہ جب تک کہ پورا قرآن نہیں آ جائے گا، تب تک ہم دوسروں کو نہیں بتا سکتے۔ تو اس طریقے سے یہ خدا کی نمائندگی ہے، خدا کا کام ہے، اور ہمیں ہر حالت میں یہ کام کرنا ہے۔</w:t>
      </w:r>
    </w:p>
    <w:p>
      <w:r>
        <w:rPr>
          <w:b/>
        </w:rPr>
        <w:t xml:space="preserve">[22:15] </w:t>
      </w:r>
      <w:r>
        <w:t>aur agar humain mukhalifat ho rahi hai to humain is se ghabrana nahi hai, humain is ke liye bad dua nahi kar</w:t>
      </w:r>
    </w:p>
    <w:p>
      <w:pPr>
        <w:jc w:val="right"/>
      </w:pPr>
      <w:r>
        <w:t>اور اگر ہمیں مخالفت ہو رہی ہے تو ہمیں اس سے گھبرانا نہیں ہے، ہمیں اس کے لیے بد دعا نہیں کر</w:t>
      </w:r>
    </w:p>
    <w:p>
      <w:r>
        <w:rPr>
          <w:b/>
        </w:rPr>
        <w:t xml:space="preserve">[22:22] </w:t>
      </w:r>
      <w:r>
        <w:t>ni hai, sirf is ke liye dua karni hai, aur poori khair khwahi ke sath is kaam mein apnay aakhri dam tak lagay rehna hai. ji, bohat bohat acha hai.</w:t>
      </w:r>
    </w:p>
    <w:p>
      <w:pPr>
        <w:jc w:val="right"/>
      </w:pPr>
      <w:r>
        <w:t>نی ہے، صرف اس کے لیے دعا کرنی ہے، اور پوری خیر خواہی کے ساتھ اس کام میں اپنے آخری دم تک لگے رہنا ہے۔ جی، بہت بہت اچھا ہے۔</w:t>
      </w:r>
    </w:p>
    <w:p>
      <w:r>
        <w:rPr>
          <w:b/>
        </w:rPr>
        <w:t xml:space="preserve">[22:31] </w:t>
      </w:r>
      <w:r>
        <w:t>apa, yeh isi se ek related ek aur question aaya hai, doctor naghma siddiqui ne bheja hai dilli se, aur apa, yeh bhi bohat aham sawal hai. unhon ne yeh likha hai ke "some people say that we need to first make our self good practicing muslims before we can start doing dawah work." to what is the islamic perspective?</w:t>
      </w:r>
    </w:p>
    <w:p>
      <w:pPr>
        <w:jc w:val="right"/>
      </w:pPr>
      <w:r>
        <w:t>آپا، یہ اسی سے ایک ریلیٹڈ ایک اور کوئسچن آیا ہے، ڈاکٹر نغمہ صدیقی نے بھیجا ہے دلی سے، اور آپا، یہ بھی بہت اہم سوال ہے۔ انہوں نے یہ لکھا ہے کہ "سم پیپل سے دیٹ وی نیڈ ٹو فرسٹ میک اور سیلف گڈ پریکٹسنگ مسلمز بیفور وی کین سٹارٹ ڈوئنگ دعویٰ ورک۔" تو واٹ از دی اسلامک پرسپیکٹو؟</w:t>
      </w:r>
    </w:p>
    <w:p>
      <w:r>
        <w:rPr>
          <w:b/>
        </w:rPr>
        <w:t xml:space="preserve">[22:52] </w:t>
      </w:r>
      <w:r>
        <w:t>aksar log yeh kehtay hain ke arey hum to abhi tayyar hi nahi hain, to hum kaisay dawah work karein? aur is wajah se woh un ke andar ek hesitation rehta hai, ek reluctance rehta hai.</w:t>
      </w:r>
    </w:p>
    <w:p>
      <w:pPr>
        <w:jc w:val="right"/>
      </w:pPr>
      <w:r>
        <w:t>اکثر لوگ یہ کہتے ہیں کہ ارے ہم تو ابھی تیار ہی نہیں ہیں، تو ہم کیسے دعویٰ ورک کریں؟ اور اس وجہ سے وہ ان کے اندر ایک ہیسیٹیشن رہتا ہے، ایک ریلکٹنس رہتا ہے۔</w:t>
      </w:r>
    </w:p>
    <w:p>
      <w:r>
        <w:rPr>
          <w:b/>
        </w:rPr>
        <w:t xml:space="preserve">[23:01] </w:t>
      </w:r>
      <w:r>
        <w:t>woh kharay hi nahi hotay, woh tayyar hi nahi hotay, kyunke woh kehtay hain pehlay hum apnay aap ko tayyar karein gay. to apa, yeh ek bohat bara jo ek rukawat hai zehan mein, is ko aap zaroor address karein.</w:t>
      </w:r>
    </w:p>
    <w:p>
      <w:pPr>
        <w:jc w:val="right"/>
      </w:pPr>
      <w:r>
        <w:t>وہ کھڑے ہی نہیں ہوتے، وہ تیار ہی نہیں ہوتے، کیونکہ وہ کہتے ہیں پہلے ہم اپنے آپ کو تیار کریں گے۔ تو آپا، یہ ایک بہت بڑا جو ایک رکاوٹ ہے ذہن میں، اس کو آپ ضرور ایڈریس کریں۔</w:t>
      </w:r>
    </w:p>
    <w:p>
      <w:r>
        <w:rPr>
          <w:b/>
        </w:rPr>
        <w:t xml:space="preserve">[23:15] </w:t>
      </w:r>
      <w:r>
        <w:t>to aisa to kabhi nahi hoga.</w:t>
      </w:r>
    </w:p>
    <w:p>
      <w:pPr>
        <w:jc w:val="right"/>
      </w:pPr>
      <w:r>
        <w:t>تو ایسا تو کبھی نہیں ہوگا۔</w:t>
      </w:r>
    </w:p>
    <w:p>
      <w:r>
        <w:rPr>
          <w:b/>
        </w:rPr>
        <w:t xml:space="preserve">[23:17] </w:t>
      </w:r>
      <w:r>
        <w:t>mere khayal mein koi bhi insan yeh kehne ki position mein nahi hai ke aaj se hum bilkul perfect ho gaye hain, hamaray andar koi kami nahi hai. yeh to kabhi hoga hi nahi.</w:t>
      </w:r>
    </w:p>
    <w:p>
      <w:pPr>
        <w:jc w:val="right"/>
      </w:pPr>
      <w:r>
        <w:t>میرے خیال میں کوئی بھی انسان یہ کہنے کی پوزیشن میں نہیں ہے کہ آج سے ہم بالکل پرفیکٹ ہو گئے ہیں، ہمارے اندر کوئی کمی نہیں ہے۔ یہ تو کبھی ہوگا ہی نہیں۔</w:t>
      </w:r>
    </w:p>
    <w:p>
      <w:r>
        <w:rPr>
          <w:b/>
        </w:rPr>
        <w:t xml:space="preserve">[23:27] </w:t>
      </w:r>
      <w:r>
        <w:t>ji, insan to ke andar bohat ziyada weaknesses hain, desires hain, aur tarah tarah ki is se aisi baatein zahir hoti hain ke jo abhi is ke andar bohat ziyada kami hai.</w:t>
      </w:r>
    </w:p>
    <w:p>
      <w:pPr>
        <w:jc w:val="right"/>
      </w:pPr>
      <w:r>
        <w:t>جی، انسان تو کے اندر بہت زیادہ ویکنسز ہیں، ڈیزائرز ہیں، اور طرح طرح کی اس سے اس ایسی باتیں ظاہر ہوتی ہیں کہ جو ابھی اس کے اندر بہت زیادہ کمی ہے۔</w:t>
      </w:r>
    </w:p>
    <w:p>
      <w:r>
        <w:rPr>
          <w:b/>
        </w:rPr>
        <w:t xml:space="preserve">[23:40] </w:t>
      </w:r>
      <w:r>
        <w:t>ab prophet se bhi ghaltiyan hui hain, to phir hamari kya hesiyat hai?</w:t>
      </w:r>
    </w:p>
    <w:p>
      <w:pPr>
        <w:jc w:val="right"/>
      </w:pPr>
      <w:r>
        <w:t>اب پرافٹ سے بھی غلطیاں ہوئی ہیں، تو پھر ہماری کیا حیثیت ہے؟</w:t>
      </w:r>
    </w:p>
    <w:p>
      <w:r>
        <w:rPr>
          <w:b/>
        </w:rPr>
        <w:t xml:space="preserve">[23:45] </w:t>
      </w:r>
      <w:r>
        <w:t>to yeh to kabhi nahi hoga ke hum poori tarah se perfect ho jayein aur phir dawah karein hum mar jayein ge, aur woh waqt kabhi nahi aye ga ke hum dawah karein.</w:t>
      </w:r>
    </w:p>
    <w:p>
      <w:pPr>
        <w:jc w:val="right"/>
      </w:pPr>
      <w:r>
        <w:t>تو یہ تو کبھی نہیں ہوگا کہ ہم پوری طریقے سے پرفیکٹ ہو جائیں اور پھر دعویٰ کریں ہم مر جائیں گے، اور وہ وقت کبھی نہیں آئے گا کہ ہم دعویٰ کریں۔</w:t>
      </w:r>
    </w:p>
    <w:p>
      <w:r>
        <w:rPr>
          <w:b/>
        </w:rPr>
        <w:t xml:space="preserve">[23:55] </w:t>
      </w:r>
      <w:r>
        <w:t>to yeh to is mein kai log aisa kehtay hain ke jab tak hum perfect na ho jayein, hum poore tarah se har cheez par amal na ho jayein, tab tak hum dawah nahi karna chahiye.</w:t>
      </w:r>
    </w:p>
    <w:p>
      <w:pPr>
        <w:jc w:val="right"/>
      </w:pPr>
      <w:r>
        <w:t>تو یہ تو اس میں کئی لوگ ایسا کہتے ہیں کہ جب تک ہم پرفیکٹ نہ ہو جائیں، ہم پورے طریقے سے ہر چیز پر عامل نہ ہو جائیں، تب تک ہم دعویٰ نہیں کرنا چاہیے۔</w:t>
      </w:r>
    </w:p>
    <w:p>
      <w:r>
        <w:rPr>
          <w:b/>
        </w:rPr>
        <w:t xml:space="preserve">[24:05] </w:t>
      </w:r>
      <w:r>
        <w:t>lekin hum ko har mamlay mein rasool Allah Salallaho Alaihe Wasallam ki zindagi se seekhna hai. rasool Allah Salallaho Alaihe Wasallam ke haan</w:t>
      </w:r>
    </w:p>
    <w:p>
      <w:pPr>
        <w:jc w:val="right"/>
      </w:pPr>
      <w:r>
        <w:t>لیکن ہم کو ہر معاملے میں رسول اللہ صلی اللہ علیہ وسلم کی زندگی سے سیکھنا ہے۔ رسول اللہ صلی اللہ علیہ وسلم کے ہاں</w:t>
      </w:r>
    </w:p>
    <w:p>
      <w:r>
        <w:rPr>
          <w:b/>
        </w:rPr>
        <w:t xml:space="preserve">[24:14] </w:t>
      </w:r>
      <w:r>
        <w:t>log atay thay, aur aap jo bhi suntay thay, do char aayaten hi sun letay thay, isi ko lay kar chalay jatay thay, phir apnay logon ko bata detay thay. kyunke dawah jo hai, intezar nahi karna hai ke kal doosra aadmi jo hai, woh khatam ho jaye.</w:t>
      </w:r>
    </w:p>
    <w:p>
      <w:pPr>
        <w:jc w:val="right"/>
      </w:pPr>
      <w:r>
        <w:t>لوگ آتے تھے، اور آپ جو بھی سنتے تھے، دو چار آیتیں ہی سن لیتے تھے، اسی کو لے کر چلے جاتے تھے، پھر اپنے لوگوں کو بتا دیتے تھے۔ کیونکہ دعویٰ جو ہے، انتظار نہیں کرنا ہے کہ کل دوسرا آدمی جو ہے، وہ ختم ہو جائے۔</w:t>
      </w:r>
    </w:p>
    <w:p>
      <w:r>
        <w:rPr>
          <w:b/>
        </w:rPr>
        <w:t xml:space="preserve">[24:29] </w:t>
      </w:r>
      <w:r>
        <w:t>to hum ko afsos hi reh jayega ke hum ne kaash ke hum ne yeh baat us ko bata di hoti</w:t>
      </w:r>
    </w:p>
    <w:p>
      <w:pPr>
        <w:jc w:val="right"/>
      </w:pPr>
      <w:r>
        <w:t>تو ہم کو افسوس ہی رہ جائے گا کہ ہم نے کاش کہ ہم نے یہ بات اس کو بتا دی ہوتی</w:t>
      </w:r>
    </w:p>
    <w:p>
      <w:r>
        <w:rPr>
          <w:b/>
        </w:rPr>
        <w:t xml:space="preserve">[24:34] </w:t>
      </w:r>
      <w:r>
        <w:t>. bilkul to humain baghair intezar kiye hue, humain yeh baat doosron ko batani hai, aur dawah work karne se hamara character bhi improve hoga.</w:t>
      </w:r>
    </w:p>
    <w:p>
      <w:pPr>
        <w:jc w:val="right"/>
      </w:pPr>
      <w:r>
        <w:t>۔ بالکل تو ہمیں بغیر انتظار کیے ہوئے، ہمیں یہ بات دوسروں کو بتانی ہے، اور دعویٰ ورک کرنے سے ہمارا کریکٹر بھی امپروو ہوگا۔</w:t>
      </w:r>
    </w:p>
    <w:p>
      <w:r>
        <w:rPr>
          <w:b/>
        </w:rPr>
        <w:t xml:space="preserve">[24:43] </w:t>
      </w:r>
      <w:r>
        <w:t>kyunke jab hum koi kaam mein engaged rehtay hain na, to isi ke mutabiq hamara character bhi banta hai. ji, to jo rasool Allah Salallaho Alaihe Wasallam ke baray mein aata hai ke woh 70 bar istighfar karte thay, to aisay to hum hum to kabhi bhi nahi hum kaam kar payein ge, kyunke hum to 700 bar bhi istighfar karein to kam hai.</w:t>
      </w:r>
    </w:p>
    <w:p>
      <w:pPr>
        <w:jc w:val="right"/>
      </w:pPr>
      <w:r>
        <w:t>کیونکہ جب ہم کوئی کام میں انگیجڈ رہتے ہیں نا، تو اسی کے مطابق ہمارا کریکٹر بھی بنتا ہے۔ جی، تو جو رسول اللہ صلی اللہ علیہ وسلم کے بارے میں آتا ہے کہ وہ 70 بار استغفار کرتے تھے، تو ایسے تو ہم ہم تو کبھی بھی نہیں ہم کام کر پائیں گے، کیونکہ ہم تو 700 بار بھی استغفار کریں تو کم ہے۔</w:t>
      </w:r>
    </w:p>
    <w:p>
      <w:r>
        <w:rPr>
          <w:b/>
        </w:rPr>
        <w:t xml:space="preserve">[25:04] </w:t>
      </w:r>
      <w:r>
        <w:t>ji, aur is ke baray mein Maulana ne likha hai apni kitab dawah haq mein ke ek saeed bin jubair ek sahabi thay, to unhon ne kaha ke agar hum intezar karein ke jab tak hum poori tarah amal na karein ge, to aisa phir hum kabhi bhi dawah work na kar sakein ge.</w:t>
      </w:r>
    </w:p>
    <w:p>
      <w:pPr>
        <w:jc w:val="right"/>
      </w:pPr>
      <w:r>
        <w:t>جی، اور اس کے بارے میں مولانا نے لکھا ہے اپنی کتاب دعوت حق میں کہ ایک سعید ابن جبیر ایک صحابی تھے، تو انہوں نے کہا کہ اگر ہم انتظار کریں کہ جب تک ہم پوری طرح عمل نہ کریں گے، تو ایسا پھر ہم کبھی بھی دعویٰ ورک نہ کر سکیں گے۔</w:t>
      </w:r>
    </w:p>
    <w:p>
      <w:r>
        <w:rPr>
          <w:b/>
        </w:rPr>
        <w:t xml:space="preserve">[25:22] </w:t>
      </w:r>
      <w:r>
        <w:t>to is tareeqay se humain har halat mein dawah work karna hai. humain sirf ek hi baat achi maloom hai, to humain isi ko bata dena</w:t>
      </w:r>
    </w:p>
    <w:p>
      <w:pPr>
        <w:jc w:val="right"/>
      </w:pPr>
      <w:r>
        <w:t>تو اس طریقے سے ہمیں ہر حالت میں دعویٰ ورک کرنا ہے۔ ہمیں صرف ایک ہی بات اچھی معلوم ہے، تو ہمیں اسی کو بتا دینا</w:t>
      </w:r>
    </w:p>
    <w:p>
      <w:r>
        <w:rPr>
          <w:b/>
        </w:rPr>
        <w:t xml:space="preserve">[25:31] </w:t>
      </w:r>
      <w:r>
        <w:t>hai doosron ko. ho sakta hai ke doosra jo hai, woh ziyada behtar tareeqay par is is par amal karne wala ban jaye. ji, bilkul apa, bohat important cheez aap ne wazeh kari.</w:t>
      </w:r>
    </w:p>
    <w:p>
      <w:pPr>
        <w:jc w:val="right"/>
      </w:pPr>
      <w:r>
        <w:t>ہے دوسروں کو۔ ہو سکتا ہے کہ دوسرا جو ہے، وہ زیادہ بہتر طریقے پر اس اس پر عمل کرنے والا بن جائے۔ جی، بالکل آپا، بہت امپورٹنٹ چیز آپ نے واضح کری۔</w:t>
      </w:r>
    </w:p>
    <w:p>
      <w:r>
        <w:rPr>
          <w:b/>
        </w:rPr>
        <w:t xml:space="preserve">[25:44] </w:t>
      </w:r>
      <w:r>
        <w:t>in fact, agar apa hum dekhein khud, agar hum apni zindagi mein introspection karein, to hum log working life ya professional life mein aisay thori kehtay hain ke pehlay hum kaam ko bahar seekhein ge, phir h</w:t>
      </w:r>
    </w:p>
    <w:p>
      <w:pPr>
        <w:jc w:val="right"/>
      </w:pPr>
      <w:r>
        <w:t>ان فیکٹ، اگر آپا ہم دیکھیں خود، اگر ہم اپنی زندگی میں انٹروسپیکشن کریں، تو ہم لوگ ورکنگ لائف یا پروفیشنل لائف میں ایسے تھوڑی کہتے ہیں کہ پہلے ہم کام کو باہر سیکھیں گے، پھر ہ</w:t>
      </w:r>
    </w:p>
    <w:p>
      <w:r>
        <w:rPr>
          <w:b/>
        </w:rPr>
        <w:t xml:space="preserve">[25:55] </w:t>
      </w:r>
      <w:r>
        <w:t>um job karein ge. to isi job mein rehtay hue, jo hai, har koi shakhs seekhta hai aur agay barhta hai.</w:t>
      </w:r>
    </w:p>
    <w:p>
      <w:pPr>
        <w:jc w:val="right"/>
      </w:pPr>
      <w:r>
        <w:t>م جاب کریں گے۔ تو اسی جاب میں رہتے ہوئے، جو ہے، ہر کوئی شخص سیکھتا ہے اور آگے بڑھتا ہے۔</w:t>
      </w:r>
    </w:p>
    <w:p>
      <w:r>
        <w:rPr>
          <w:b/>
        </w:rPr>
        <w:t xml:space="preserve">[26:03] </w:t>
      </w:r>
      <w:r>
        <w:t>Maulana Wahiduddin Khan sahib itna emphasize karte thay, kehtay thay har situation ko aap experience samjhiye, is se aap discourage mat huiye.</w:t>
      </w:r>
    </w:p>
    <w:p>
      <w:pPr>
        <w:jc w:val="right"/>
      </w:pPr>
      <w:r>
        <w:t>مولانا وحید الدین خان صاحب اتنا ایمفسائز کرتے تھے، کہتے تھے ہر سچوئیشن کو آپ ایکسپیرینس سمجھیے، اس سے آپ ڈسکریج مت ہوئیے۔</w:t>
      </w:r>
    </w:p>
    <w:p>
      <w:r>
        <w:rPr>
          <w:b/>
        </w:rPr>
        <w:t xml:space="preserve">[26:12] </w:t>
      </w:r>
      <w:r>
        <w:t>aur apa, doosri yeh bhi cheez hai ke is mein hum Allah Ta'ala ki madad ko underestimate kar rahay hain. jab</w:t>
      </w:r>
    </w:p>
    <w:p>
      <w:pPr>
        <w:jc w:val="right"/>
      </w:pPr>
      <w:r>
        <w:t>اور آپا، دوسری یہ بھی چیز ہے کہ اس میں ہم اللہ تعالیٰ کی مدد کو انڈر ایسٹیمیٹ کر رہے ہیں۔ جب</w:t>
      </w:r>
    </w:p>
    <w:p>
      <w:r>
        <w:rPr>
          <w:b/>
        </w:rPr>
        <w:t xml:space="preserve">[26:19] </w:t>
      </w:r>
      <w:r>
        <w:t>hum is allah ke kaam ke liye khade honge, to yaqeenan god send help aayegi, aur aise jagahon se aayegi jahan pe guman bhi nahi hoga.</w:t>
      </w:r>
    </w:p>
    <w:p>
      <w:pPr>
        <w:jc w:val="right"/>
      </w:pPr>
      <w:r>
        <w:t>ہم اس اللہ کے کام کے لیے کھڑے ہوں گے، تو یقینا گاڈ سینڈ ہیلپ آئے گی، اور ایسے جگہوں سے آئے گی جہاں پہ گمان بھی نہیں ہوگا۔</w:t>
      </w:r>
    </w:p>
    <w:p>
      <w:r>
        <w:rPr>
          <w:b/>
        </w:rPr>
        <w:t xml:space="preserve">[26:28] </w:t>
      </w:r>
      <w:r>
        <w:t>firishte madad ke liye toot padenge. to maulana to bahut kehte the ke bas bilkul deri mat kijiye, foran khade ho jaiye, aur angels ki fauj aap ki madad ke liye khadi hogi.</w:t>
      </w:r>
    </w:p>
    <w:p>
      <w:pPr>
        <w:jc w:val="right"/>
      </w:pPr>
      <w:r>
        <w:t>فرشتے مدد کے لیے ٹوٹ پڑیں گے۔ تو مولانا تو بہت کہتے تھے کہ بس بالکل دیری مت کیجئے، فوراً کھڑے ہو جائیے، اور اینجلز کی فوج آپ کی مدد کے لیے کھڑی ہوگی۔</w:t>
      </w:r>
    </w:p>
    <w:p>
      <w:r>
        <w:rPr>
          <w:b/>
        </w:rPr>
        <w:t xml:space="preserve">[26:41] </w:t>
      </w:r>
      <w:r>
        <w:t>to is liye yeh bahut hi, yeh dono sawal bahut aham sawal the. aap ne bahut acche se is ko wazeh kiya. apa, ek comment padhna chahunga, aur sawal bhi hai.</w:t>
      </w:r>
    </w:p>
    <w:p>
      <w:pPr>
        <w:jc w:val="right"/>
      </w:pPr>
      <w:r>
        <w:t>تو اس لیے یہ بہت ہی، یہ دونوں سوال بہت اہم سوال تھے۔ آپ نے بہت اچھے سے اس کو واضح کیا۔ آپا، ایک کمنٹ پڑھنا چاہوں گا، اور سوال بھی ہے۔</w:t>
      </w:r>
    </w:p>
    <w:p>
      <w:r>
        <w:rPr>
          <w:b/>
        </w:rPr>
        <w:t xml:space="preserve">[26:51] </w:t>
      </w:r>
      <w:r>
        <w:t>yeh dilli se imran ahmed sahab ne bheja hai. unhone likha hai: "mashallah, yeh bahut hi aham baat hai. muslim hona koi fazilat ya fakhr ki baat nahi</w:t>
      </w:r>
    </w:p>
    <w:p>
      <w:pPr>
        <w:jc w:val="right"/>
      </w:pPr>
      <w:r>
        <w:t>یہ دلی سے عمران احمد صاحب نے بھیجا ہے۔ انہوں نے لکھا ہے: "ماشاءاللہ، یہ بہت ہی اہم بات ہے۔ مسلم ہونا کوئی فضیلت یا فخر کی بات نہیں</w:t>
      </w:r>
    </w:p>
    <w:p>
      <w:r>
        <w:rPr>
          <w:b/>
        </w:rPr>
        <w:t xml:space="preserve">[27:01] </w:t>
      </w:r>
      <w:r>
        <w:t>hai. aaj kal musalmanon ka yeh mindset bana hua hai ke woh muslim hone ko fakhr ki baat samajhte hain." apa, yeh zehan musalmanon ka kaise bana?</w:t>
      </w:r>
    </w:p>
    <w:p>
      <w:pPr>
        <w:jc w:val="right"/>
      </w:pPr>
      <w:r>
        <w:t>ہے۔ آج کل مسلمانوں کا یہ مائنڈ سیٹ بنا ہوا ہے کہ وہ مسلم ہونے کو فخر کی بات سمجھتے ہیں۔" آپا، یہ ذہن مسلمانوں کا کیسے بنا؟</w:t>
      </w:r>
    </w:p>
    <w:p>
      <w:r>
        <w:rPr>
          <w:b/>
        </w:rPr>
        <w:t xml:space="preserve">[27:13] </w:t>
      </w:r>
      <w:r>
        <w:t>is ke bare mein aap hamein bataein. asal mein yeh mujhe aisa lagta hai ke wahi jews se bana. jews apne aap ko chosen community mante the.</w:t>
      </w:r>
    </w:p>
    <w:p>
      <w:pPr>
        <w:jc w:val="right"/>
      </w:pPr>
      <w:r>
        <w:t>اس کے بارے میں آپ ہمیں بتائیں۔ اصل میں یہ مجھے ایسا لگتا ہے کہ وہی جوس سے بنا۔ جوس اپنے آپ کو چوزن کمیونٹی مانتے تھے۔</w:t>
      </w:r>
    </w:p>
    <w:p>
      <w:r>
        <w:rPr>
          <w:b/>
        </w:rPr>
        <w:t xml:space="preserve">[27:25] </w:t>
      </w:r>
      <w:r>
        <w:t>asal mein ek ek jo bhi people of the book hote hain, un ko ek bahut badi zimmedari di jati hai. is ke hisab se un ki khud, un ke paas khuda ki khas madad aati hai.</w:t>
      </w:r>
    </w:p>
    <w:p>
      <w:pPr>
        <w:jc w:val="right"/>
      </w:pPr>
      <w:r>
        <w:t>اصل میں ایک ایک جو بھی پیپل آف دا بک ہوتے ہیں، ان کو ایک بہت بڑی ذمہ داری دی جاتی ہے۔ اس کے حساب سے ان کی خود، ان کے پاس خدا کی خاص مدد آتی ہے۔</w:t>
      </w:r>
    </w:p>
    <w:p>
      <w:r>
        <w:rPr>
          <w:b/>
        </w:rPr>
        <w:t xml:space="preserve">[27:37] </w:t>
      </w:r>
      <w:r>
        <w:t>to madad aati hai is basis par ke woh is paigham ko doosron tak pahanchate rahenge. ab yeh itna bada kaam hai, sari duniya ko paigham pahanchana hai.</w:t>
      </w:r>
    </w:p>
    <w:p>
      <w:pPr>
        <w:jc w:val="right"/>
      </w:pPr>
      <w:r>
        <w:t>تو مدد آتی ہے اس بیس پر کہ وہ اس پیغام کو دوسروں تک پہنچاتے رہیں گے۔ اب یہ اتنا بڑا کام ہے، ساری دنیا کو پیغام پہنچانا ہے۔</w:t>
      </w:r>
    </w:p>
    <w:p>
      <w:r>
        <w:rPr>
          <w:b/>
        </w:rPr>
        <w:t xml:space="preserve">[27:47] </w:t>
      </w:r>
      <w:r>
        <w:t>to agar khuda ki madad nahi hogi to insan kar nahi payega. to</w:t>
      </w:r>
    </w:p>
    <w:p>
      <w:pPr>
        <w:jc w:val="right"/>
      </w:pPr>
      <w:r>
        <w:t>تو اگر خدا کی مدد نہیں ہوگی تو انسان کر نہیں پائے گا۔ تو</w:t>
      </w:r>
    </w:p>
    <w:p>
      <w:r>
        <w:rPr>
          <w:b/>
        </w:rPr>
        <w:t xml:space="preserve">[27:51] </w:t>
      </w:r>
      <w:r>
        <w:t>is madad ko woh samajh lete hain ke hamare andar koi khas baat hai, hamari community mein koi khas baat hai, is wajah se madad aayi hai. halanke madad aati hai is duty ko jo unhein anjam dena hai, us ke liye aati hai.</w:t>
      </w:r>
    </w:p>
    <w:p>
      <w:pPr>
        <w:jc w:val="right"/>
      </w:pPr>
      <w:r>
        <w:t>اس مدد کو وہ سمجھ لیتے ہیں کہ ہمارے اندر کوئی خاص بات ہے، ہماری کمیونٹی میں کوئی خاص بات ہے، اس وجہ سے مدد آئی ہے۔ حالانکہ مدد آتی ہے اس ڈیوٹی کو جو انہیں انجام دینا ہے، اس کے لیے آتی ہے۔</w:t>
      </w:r>
    </w:p>
    <w:p>
      <w:r>
        <w:rPr>
          <w:b/>
        </w:rPr>
        <w:t xml:space="preserve">[28:04] </w:t>
      </w:r>
      <w:r>
        <w:t>to yahi chosen community ka tasawwur jo hai, woh har qaum mein hota hai, aur christianity mein bhi hai. to wahi tasawwur chuki ab log interaction bahut zyada hua, to logon ne ek doosre se yeh sab concepts jo hain, accept kar liye.</w:t>
      </w:r>
    </w:p>
    <w:p>
      <w:pPr>
        <w:jc w:val="right"/>
      </w:pPr>
      <w:r>
        <w:t>تو یہی چوزن کمیونٹی کا تصور جو ہے، وہ ہر قوم میں ہوتا ہے، اور کرسچینٹی میں بھی ہے۔ تو وہی تصور چونکہ اب لوگ انٹریکشن بہت زیادہ ہوا، تو لوگوں نے ایک دوسرے سے یہ سب کانسیپٹس جو ہیں، ایکسیپٹ کر لیے۔</w:t>
      </w:r>
    </w:p>
    <w:p>
      <w:r>
        <w:rPr>
          <w:b/>
        </w:rPr>
        <w:t xml:space="preserve">[28:20] </w:t>
      </w:r>
      <w:r>
        <w:t>to musalman bhi samajhne lage ke musalmanon ko political iqtidaar mila, to woh samajhne lage ke hum chosen community hain, allah ne hamein iqtidaar diya hai.</w:t>
      </w:r>
    </w:p>
    <w:p>
      <w:pPr>
        <w:jc w:val="right"/>
      </w:pPr>
      <w:r>
        <w:t>تو مسلمان بھی سمجھنے لگے کہ مسلمانوں کو پولیٹیکل اقتدار ملا، تو وہ سمجھنے لگے کہ ہم چوزن کمیونٹی ہیں، اللہ نے ہمیں اقتدار دیا ہے۔</w:t>
      </w:r>
    </w:p>
    <w:p>
      <w:r>
        <w:rPr>
          <w:b/>
        </w:rPr>
        <w:t xml:space="preserve">[28:28] </w:t>
      </w:r>
      <w:r>
        <w:t>to iqtidaar isi liye diya gaya tha taake quran mehfooz ho jaye, aur sari duniya mein khuda ke paigham pahanchne mein aasani ho. to unhone is ko galat mani pehna liye, aur woh samajhne lage ke hum koi special commu</w:t>
      </w:r>
    </w:p>
    <w:p>
      <w:pPr>
        <w:jc w:val="right"/>
      </w:pPr>
      <w:r>
        <w:t>تو اقتدار اسی لیے دیا گیا تھا تاکہ قرآن محفوظ ہو جائے، اور ساری دنیا میں خدا کا پیغام پہنچنے میں آسانی ہو۔ تو انہوں نے اس کو غلط معنی پہنا لیے، اور وہ سمجھنے لگے کہ ہم کوئی اسپیشل کمی</w:t>
      </w:r>
    </w:p>
    <w:p>
      <w:r>
        <w:rPr>
          <w:b/>
        </w:rPr>
        <w:t xml:space="preserve">[28:43] </w:t>
      </w:r>
      <w:r>
        <w:t>nity hain, is wajah se hamein allah taala ne political iqtidaar diya hai. aur aaj bhi woh isi political iqtidaar ke peeche jo hain, lage hue hain ke hamein woh milna chahiye.</w:t>
      </w:r>
    </w:p>
    <w:p>
      <w:pPr>
        <w:jc w:val="right"/>
      </w:pPr>
      <w:r>
        <w:t>ونٹی ہیں، اس وجہ سے ہمیں اللہ تعالیٰ نے پولیٹیکل اقتدار دیا ہے۔ اور آج بھی وہ اسی پولیٹیکل اقتدار کے پیچھے جو ہیں، لگے ہوئے ہیں کہ ہمیں وہ ملنا چاہیے۔</w:t>
      </w:r>
    </w:p>
    <w:p>
      <w:r>
        <w:rPr>
          <w:b/>
        </w:rPr>
        <w:t xml:space="preserve">[28:53] </w:t>
      </w:r>
      <w:r>
        <w:t>dekhiye, aaj aaj nahi mil raha hai, kyunke quran bhi mehfooz ho gaya, prophet ki life mehfooz ho gayi, sahaba ki zindagiyaan sab mehfooz ho gayin, aur press ka zamana aa gaya.</w:t>
      </w:r>
    </w:p>
    <w:p>
      <w:pPr>
        <w:jc w:val="right"/>
      </w:pPr>
      <w:r>
        <w:t>دیکھیے، آج آج نہیں مل رہا ہے، کیونکہ قرآن بھی محفوظ ہو گیا، پرافٹ کی لائف محفوظ ہو گئی، صحابہ کی زندگیاں سب محفوظ ہو گئیں، اور پریس کا زمانہ آ گیا۔</w:t>
      </w:r>
    </w:p>
    <w:p>
      <w:r>
        <w:rPr>
          <w:b/>
        </w:rPr>
        <w:t xml:space="preserve">[29:04] </w:t>
      </w:r>
      <w:r>
        <w:t>to ab political iqtidaar ki support ki zaroorat nahi rahi. to</w:t>
      </w:r>
    </w:p>
    <w:p>
      <w:pPr>
        <w:jc w:val="right"/>
      </w:pPr>
      <w:r>
        <w:t>تو اب پولیٹیکل اقتدار کی سپورٹ کی ضرورت نہیں رہی۔ تو</w:t>
      </w:r>
    </w:p>
    <w:p>
      <w:r>
        <w:rPr>
          <w:b/>
        </w:rPr>
        <w:t xml:space="preserve">[29:09] </w:t>
      </w:r>
      <w:r>
        <w:t>ab woh woh na samajhne ki wajah se aaj bhi political movements woh har jagah chala rahe hain. to yeh mujhe lagta hai ke wahi aaya hai concept jo hai, ek doosre se mutasir hote hain log, ek doosre ka concept aata rehta hai.</w:t>
      </w:r>
    </w:p>
    <w:p>
      <w:pPr>
        <w:jc w:val="right"/>
      </w:pPr>
      <w:r>
        <w:t>اب وہ وہ نہ سمجھنے کی وجہ سے آج بھی پولیٹیکل موومنٹس وہ ہر جگہ چلا رہے ہیں۔ تو یہ مجھے لگتا ہے کہ وہی آیا ہے کانسیپٹ جو ہے، ایک دوسرے سے متاثر ہوتے ہیں لوگ، ایک دوسرے کا کانسیپٹ آتا رہتا ہے۔</w:t>
      </w:r>
    </w:p>
    <w:p>
      <w:r>
        <w:rPr>
          <w:b/>
        </w:rPr>
        <w:t xml:space="preserve">[29:25] </w:t>
      </w:r>
      <w:r>
        <w:t>ab jab sari duniya mein musalmanon ka iqtidaar tha, to woh apne aap ko superior to samajhte hi the. to yeh concept ikhtiyar karna bahut aasan ho gaya un ke liye.</w:t>
      </w:r>
    </w:p>
    <w:p>
      <w:pPr>
        <w:jc w:val="right"/>
      </w:pPr>
      <w:r>
        <w:t>اب جب ساری دنیا میں مسلمانوں کا اقتدار تھا، تو وہ اپنے آپ کو سپیریئر تو سمجھتے ہی تھے۔ تو یہ کانسیپٹ اختیار کرنا بہت آسان ہو گیا ان کے لیے۔</w:t>
      </w:r>
    </w:p>
    <w:p>
      <w:r>
        <w:rPr>
          <w:b/>
        </w:rPr>
        <w:t xml:space="preserve">[29:35] </w:t>
      </w:r>
      <w:r>
        <w:t>ji,</w:t>
      </w:r>
    </w:p>
    <w:p>
      <w:pPr>
        <w:jc w:val="right"/>
      </w:pPr>
      <w:r>
        <w:t>جی،</w:t>
      </w:r>
    </w:p>
    <w:p>
      <w:r>
        <w:rPr>
          <w:b/>
        </w:rPr>
        <w:t xml:space="preserve">[29:36] </w:t>
      </w:r>
      <w:r>
        <w:t>accha, apa, quran mein daai ko khuda ka helper bataya gaya hai, aur maulana wahiduddin khan sahab bhi bahut nusrat khuda par emphasize karte the.</w:t>
      </w:r>
    </w:p>
    <w:p>
      <w:pPr>
        <w:jc w:val="right"/>
      </w:pPr>
      <w:r>
        <w:t>اچھا، آپا، قرآن میں داعی کو خدا کا ہیلپر بتایا گیا ہے، اور مولانا وحید الدین خان صاحب بھی بہت نصرت خدا پر ایمفسائز کرتے تھے۔</w:t>
      </w:r>
    </w:p>
    <w:p>
      <w:r>
        <w:rPr>
          <w:b/>
        </w:rPr>
        <w:t xml:space="preserve">[29:48] </w:t>
      </w:r>
      <w:r>
        <w:t>to is ke upar, is subject ke upar bhi aap kuch bataein hamein. wahi hai ke yeh jo kaam hai, logon ko khuda ke creation plan se ba khabar karna, yeh jo kaam hai na, yeh khuda ka kaam hai.</w:t>
      </w:r>
    </w:p>
    <w:p>
      <w:pPr>
        <w:jc w:val="right"/>
      </w:pPr>
      <w:r>
        <w:t>تو اس کے اوپر، اس سبجیکٹ کے اوپر بھی آپ کچھ بتائیں ہمیں۔ وہی ہے کہ یہ جو کام ہے، لوگوں کو خدا کے کریشن پلان سے باخبر کرنا، یہ جو کام ہے نا، یہ خدا کا کام ہے۔</w:t>
      </w:r>
    </w:p>
    <w:p>
      <w:r>
        <w:rPr>
          <w:b/>
        </w:rPr>
        <w:t xml:space="preserve">[30:05] </w:t>
      </w:r>
      <w:r>
        <w:t>to ab khuda imtehan ki maslehat se zahir nahi ho raha hai, na farishton ko bhej raha hai. to is kaam ke liye firishte invisible hain, matlab invisible hain, woh hamari madad kar rahe hain, lekin zahir mein nahi hain.</w:t>
      </w:r>
    </w:p>
    <w:p>
      <w:pPr>
        <w:jc w:val="right"/>
      </w:pPr>
      <w:r>
        <w:t>تو اب خدا امتحان کی مصلحت سے ظاہر نہیں ہو رہا ہے، نہ فرشتوں کو بھیج رہا ہے۔ تو اس کام کے لیے فرشتے انویزیبل ہیں، مطلب انویزیبل ہیں، وہ ہماری مدد کر رہے ہیں، لیکن ظاہر میں نہیں ہیں۔</w:t>
      </w:r>
    </w:p>
    <w:p>
      <w:r>
        <w:rPr>
          <w:b/>
        </w:rPr>
        <w:t xml:space="preserve">[30:21] </w:t>
      </w:r>
      <w:r>
        <w:t>to is wajah se yeh kaam jo hai, har insan ko karna pad raha hai. to yeh kaam kh</w:t>
      </w:r>
    </w:p>
    <w:p>
      <w:pPr>
        <w:jc w:val="right"/>
      </w:pPr>
      <w:r>
        <w:t>تو اس وجہ سے یہ کام جو ہے، ہر انسان کو کرنا پڑ رہا ہے۔ تو یہ کام خ</w:t>
      </w:r>
    </w:p>
    <w:p>
      <w:r>
        <w:rPr>
          <w:b/>
        </w:rPr>
        <w:t xml:space="preserve">[30:28] </w:t>
      </w:r>
      <w:r>
        <w:t>uda ka hai, khuda ne insanon ko paida kiya hai, aur isi ka kaam hai insanon ko ba khabar karna. to isi wajah se is ko nusrat khuda kaha gaya hai.</w:t>
      </w:r>
    </w:p>
    <w:p>
      <w:pPr>
        <w:jc w:val="right"/>
      </w:pPr>
      <w:r>
        <w:t>دا کا ہے، خدا نے انسانوں کو پیدا کیا ہے، اور اسی کا کام ہے انسانوں کو باخبر کرنا۔ تو اسی وجہ سے اس کو نصرت خدا کہا گیا ہے۔</w:t>
      </w:r>
    </w:p>
    <w:p>
      <w:r>
        <w:rPr>
          <w:b/>
        </w:rPr>
        <w:t xml:space="preserve">[30:37] </w:t>
      </w:r>
      <w:r>
        <w:t>koi doosra kaam jo hai, nusrat khuda nahi kaha gaya hai, kyunke har kaam insan apne liye karta hai. namaz, roza kar raha hai, ibadat kar raha hai, apne liye kar raha hai taake akhirat mein us ko is ka reward mile.</w:t>
      </w:r>
    </w:p>
    <w:p>
      <w:pPr>
        <w:jc w:val="right"/>
      </w:pPr>
      <w:r>
        <w:t>کوئی دوسرا کام جو ہے، نصرت خدا نہیں کہا گیا ہے، کیونکہ ہر کام انسان اپنے لیے کرتا ہے۔ نماز، روزہ کر رہا ہے، عبادت کر رہا ہے، اپنے لیے کر رہا ہے تاکہ آخرت میں اس کو اس کا ریوارڈ ملے۔</w:t>
      </w:r>
    </w:p>
    <w:p>
      <w:r>
        <w:rPr>
          <w:b/>
        </w:rPr>
        <w:t xml:space="preserve">[30:49] </w:t>
      </w:r>
      <w:r>
        <w:t>lekin yeh kaam khuda</w:t>
      </w:r>
    </w:p>
    <w:p>
      <w:pPr>
        <w:jc w:val="right"/>
      </w:pPr>
      <w:r>
        <w:t>لیکن یہ کام خدا</w:t>
      </w:r>
    </w:p>
    <w:p>
      <w:r>
        <w:rPr>
          <w:b/>
        </w:rPr>
        <w:t xml:space="preserve">[30:51] </w:t>
      </w:r>
      <w:r>
        <w:t>ka kaam hai, aur khuda ka kaam insaan kar raha hai, kyunke aakhirat mein Allah ke upar blame na aaye ke aap ne humein paida kar diya, aur humein bataya bhi nahi ke humari yahan accountability ka concept hi humein pata nahi ke yahan humein poocha jayega humare apne deeds ke bare mein.</w:t>
      </w:r>
    </w:p>
    <w:p>
      <w:pPr>
        <w:jc w:val="right"/>
      </w:pPr>
      <w:r>
        <w:t>کا کام ہے، اور خدا کا کام انسان کر رہا ہے، کیونکہ آخرت میں اللہ کے اوپر بلیم نہ آئے کہ آپ نے ہمیں پیدا کر دیا، اور ہمیں بتایا بھی نہیں کہ ہماری یہاں ہم اکاؤنٹیبلٹی کا کانسیپٹ ہی ہمیں پتہ نہیں کہ یہاں ہمیں پوچھا جائے گا ہمارے اپنے ڈیٹس کے بارے میں۔</w:t>
      </w:r>
    </w:p>
    <w:p>
      <w:r>
        <w:rPr>
          <w:b/>
        </w:rPr>
        <w:t xml:space="preserve">[31:11] </w:t>
      </w:r>
      <w:r>
        <w:t>to is wajah se yeh kaam jo hai, khuda ka kaam hai, aur jo is kaam ko karega, us ko bohat barhe ajr se nawaza jayega aakhirat mein.</w:t>
      </w:r>
    </w:p>
    <w:p>
      <w:pPr>
        <w:jc w:val="right"/>
      </w:pPr>
      <w:r>
        <w:t>تو اس وجہ سے یہ کام جو ہے، خدا کا کام ہے، اور جو اس کام کو کرے گا، اس کو بہت بڑے اجر سے نوازا جائے گا آخرت میں۔</w:t>
      </w:r>
    </w:p>
    <w:p>
      <w:r>
        <w:rPr>
          <w:b/>
        </w:rPr>
        <w:t xml:space="preserve">[31:24] </w:t>
      </w:r>
      <w:r>
        <w:t>ji, apa, ek ek do comment parhna chahunga. yeh comment bheja hai Kashmir Shia News, jahan se yeh dekha ja raha hai program.</w:t>
      </w:r>
    </w:p>
    <w:p>
      <w:pPr>
        <w:jc w:val="right"/>
      </w:pPr>
      <w:r>
        <w:t>جی، آپا، ایک ایک دو کمنٹ پڑھنا چاہوں گا۔ یہ کمنٹ بھیجا ہے کشمیر شیعہ نیوز، جہاں سے یہ دیکھا جا رہا ہے پروگرام۔</w:t>
      </w:r>
    </w:p>
    <w:p>
      <w:r>
        <w:rPr>
          <w:b/>
        </w:rPr>
        <w:t xml:space="preserve">[31:36] </w:t>
      </w:r>
      <w:r>
        <w:t>unhone likha hai ke da'wa parhezgari ka markaz hai. jab insaan aap ke kirdaar se mutasir hoga, woh khud ba khud aap ki baat par ghor karega.</w:t>
      </w:r>
    </w:p>
    <w:p>
      <w:pPr>
        <w:jc w:val="right"/>
      </w:pPr>
      <w:r>
        <w:t>انہوں نے لکھا ہے کہ دعویٰ پرہیزگاری کا مرکز ہے۔ جب انسان آپ کے کردار سے متاثر ہوگا، وہ خود بخود آپ کی بات پر غور کرے گا۔</w:t>
      </w:r>
    </w:p>
    <w:p>
      <w:r>
        <w:rPr>
          <w:b/>
        </w:rPr>
        <w:t xml:space="preserve">[31:50] </w:t>
      </w:r>
      <w:r>
        <w:t>yeh sawal Karachi Pakistan se Shahid Mahmood sahab ne likha hai.</w:t>
      </w:r>
    </w:p>
    <w:p>
      <w:pPr>
        <w:jc w:val="right"/>
      </w:pPr>
      <w:r>
        <w:t>یہ سوال کراچی پاکستان سے شاہید محمود صاحب نے لکھا ہے۔</w:t>
      </w:r>
    </w:p>
    <w:p>
      <w:r>
        <w:rPr>
          <w:b/>
        </w:rPr>
        <w:t xml:space="preserve">[31:55] </w:t>
      </w:r>
      <w:r>
        <w:t>unhone kaha hai ke "is work of da'wa can work of da'wa be started from at individual level and how can we start it?" I think is ka jawab aap de chuki hain abhi.</w:t>
      </w:r>
    </w:p>
    <w:p>
      <w:pPr>
        <w:jc w:val="right"/>
      </w:pPr>
      <w:r>
        <w:t>انہوں نے کہا ہے کہ "اس ورک آف دعویٰ کین ورک آف دعویٰ بی سٹارٹڈ فرام ایٹ انڈیویجول لیول اینڈ ہاؤ کین وی سٹارٹ اٹ؟" آئی تھنک اس کا جواب آپ دے چکی ہیں ابھی۔</w:t>
      </w:r>
    </w:p>
    <w:p>
      <w:r>
        <w:rPr>
          <w:b/>
        </w:rPr>
        <w:t xml:space="preserve">[32:10] </w:t>
      </w:r>
      <w:r>
        <w:t>woh pehle wala jo sawal tha, ji, comment tha pehle wala Kashmir wala, ji ji, is par mein kuch bolun? haan haan, zaroor apa bataiye, aap mein phir se parh doon aap ko</w:t>
      </w:r>
    </w:p>
    <w:p>
      <w:pPr>
        <w:jc w:val="right"/>
      </w:pPr>
      <w:r>
        <w:t>وہ پہلے والا جو سوال تھا، جی، کمنٹ تھا پہلے والا کشمیر والا، جی جی، اس پر میں کچھ بولوں؟ ہاں ہاں، ضرور آپا بتائیے، آپ میں پھر سے پڑھ دوں آپ کو</w:t>
      </w:r>
    </w:p>
    <w:p>
      <w:r>
        <w:rPr>
          <w:b/>
        </w:rPr>
        <w:t xml:space="preserve">[32:20] </w:t>
      </w:r>
      <w:r>
        <w:t>? haan, phir se parh dijiye. yeh Kashmir Shia News se comment aaya hai. unhone likha hai ke da'wa parhezgari ka markaz hai. jab insaan aap ke kirdaar se mutasir hoga, woh khud ba khud aap ki baat par ghor karega.</w:t>
      </w:r>
    </w:p>
    <w:p>
      <w:pPr>
        <w:jc w:val="right"/>
      </w:pPr>
      <w:r>
        <w:t>؟ ہاں، پھر سے پڑھ دیجئے۔ یہ کشمیر شیعہ نیوز سے کمنٹ آیا ہے۔ انہوں نے لکھا ہے کہ دعویٰ پرہیزگاری کا مرکز ہے۔ جب انسان آپ کے کردار سے متاثر ہوگا، وہ خود بخود آپ کی بات پر غور کرے گا۔</w:t>
      </w:r>
    </w:p>
    <w:p>
      <w:r>
        <w:rPr>
          <w:b/>
        </w:rPr>
        <w:t xml:space="preserve">[32:34] </w:t>
      </w:r>
      <w:r>
        <w:t>to yeh dekhiye, purey ma'ano mein yeh baat sahi nahi hai. kirdaar ek da'i ka acha hona chahiye, is mein bhi koi shubah nahi hai. lekin kya da'i ka kirdaar prophet se zyada acha ho sakta hai?</w:t>
      </w:r>
    </w:p>
    <w:p>
      <w:pPr>
        <w:jc w:val="right"/>
      </w:pPr>
      <w:r>
        <w:t>تو یہ دیکھیں، پورے معنی میں یہ بات صحیح نہیں ہے۔ کردار ایک داعی کا اچھا ہونا چاہیے، اس میں بھی کوئی شبہ نہیں ہے۔ لیکن کیا داعی کا کردار پرافٹ سے زیادہ اچھا ہو سکتا ہے؟</w:t>
      </w:r>
    </w:p>
    <w:p>
      <w:r>
        <w:rPr>
          <w:b/>
        </w:rPr>
        <w:t xml:space="preserve">[32:49] </w:t>
      </w:r>
      <w:r>
        <w:t>prophets ke sath bhi aisa nahi hua ke tamam log jo aap ko dekhte hon, woh sab ke sab aap ki baat ko accept kar lein. aisa to nahi hua.</w:t>
      </w:r>
    </w:p>
    <w:p>
      <w:pPr>
        <w:jc w:val="right"/>
      </w:pPr>
      <w:r>
        <w:t>پرافٹس کے ساتھ بھی ایسا نہیں ہوا کہ تمام لوگ جو آپ کو دیکھتے ہوں، وہ سب کے سب آپ کی بات کو ایکسیپٹ کر لیں۔ ایسا تو نہیں ہوا۔</w:t>
      </w:r>
    </w:p>
    <w:p>
      <w:r>
        <w:rPr>
          <w:b/>
        </w:rPr>
        <w:t xml:space="preserve">[32:58] </w:t>
      </w:r>
      <w:r>
        <w:t>prophet ke chacha Abu Talib itna qareeb se unhone dekha aap ko, aisa nahi hai. hum ko khuda ka paigham un ko pohanchana hai.</w:t>
      </w:r>
    </w:p>
    <w:p>
      <w:pPr>
        <w:jc w:val="right"/>
      </w:pPr>
      <w:r>
        <w:t>پرافٹ کے چچا ابو طالب اتنا قریب سے انہوں نے دیکھا آپ کو، ایسا نہیں ہے۔ ہم کو خدا کا پیغام ان کو پہنچانا ہے۔</w:t>
      </w:r>
    </w:p>
    <w:p>
      <w:r>
        <w:rPr>
          <w:b/>
        </w:rPr>
        <w:t xml:space="preserve">[33:07] </w:t>
      </w:r>
      <w:r>
        <w:t>khuda ke paigham se mutasir honge, kyunke jo khuda ka jo paigham hai na, woh humari fitrat hi ki awaz hai. to</w:t>
      </w:r>
    </w:p>
    <w:p>
      <w:pPr>
        <w:jc w:val="right"/>
      </w:pPr>
      <w:r>
        <w:t>خدا کے پیغام سے متاثر ہوں گے، کیونکہ جو خدا کا جو پیغام ہے نا، وہ ہماری فطرت ہی کی آواز ہے۔ تو</w:t>
      </w:r>
    </w:p>
    <w:p>
      <w:r>
        <w:rPr>
          <w:b/>
        </w:rPr>
        <w:t xml:space="preserve">[33:15] </w:t>
      </w:r>
      <w:r>
        <w:t>waqti tor par mukhalifat ho sakti hai, lekin aadmi kabhi na kabhi is ki fitrat jo hai, woh zor karegi. aur woh kyunke har insaan khalq ki talash mein hai, apne rab ki talash mein hai, kyunke insaan ke yeh andar hi yeh jazba hai, to us ko waqti tor par mukhalifat ho sakti hai is ki.</w:t>
      </w:r>
    </w:p>
    <w:p>
      <w:pPr>
        <w:jc w:val="right"/>
      </w:pPr>
      <w:r>
        <w:t>وقتی طور پر مخالفت ہو سکتی ہے، لیکن آدمی کبھی نہ کبھی اس کی فطرت جو ہے، وہ زور کرے گی۔ اور وہ کیونکہ ہر انسان خالق کی تلاش میں ہے، اپنے رب کی تلاش میں ہے، کیوں کہ انسان کے یہ اندر ہی یہ جذبہ ہے، تو اس کو وقتی طور پر مخالفت ہو سکتی ہے اس کی۔</w:t>
      </w:r>
    </w:p>
    <w:p>
      <w:r>
        <w:rPr>
          <w:b/>
        </w:rPr>
        <w:t xml:space="preserve">[33:35] </w:t>
      </w:r>
      <w:r>
        <w:t>lekin kabhi na kabhi us ko yeh baat samajh mein aa jayegi. to jab tak us ko khuda ka paigham nahi pohanchaya jayega, woh kaise samjhega?</w:t>
      </w:r>
    </w:p>
    <w:p>
      <w:pPr>
        <w:jc w:val="right"/>
      </w:pPr>
      <w:r>
        <w:t>لیکن کبھی نہ کبھی اس کو یہ بات سمجھ میں آ جائے گی۔ تو جب تک اس کو خدا کا پیغام نہیں پہنچایا جائے گا، وہ کیسے سمجھے گا؟</w:t>
      </w:r>
    </w:p>
    <w:p>
      <w:r>
        <w:rPr>
          <w:b/>
        </w:rPr>
        <w:t xml:space="preserve">[33:43] </w:t>
      </w:r>
      <w:r>
        <w:t>kyunke aise humara character sirf madad kar sakta hai is baat mein, lekin purey ma'ano mein yeh baat sahi nahi hai.</w:t>
      </w:r>
    </w:p>
    <w:p>
      <w:pPr>
        <w:jc w:val="right"/>
      </w:pPr>
      <w:r>
        <w:t>کیونکہ ایسے ہمارا کریکٹر صرف مدد کر سکتا ہے اس بات میں، لیکن پورے معنی میں یہ بات صحیح نہیں ہے۔</w:t>
      </w:r>
    </w:p>
    <w:p>
      <w:r>
        <w:rPr>
          <w:b/>
        </w:rPr>
        <w:t xml:space="preserve">[33:54] </w:t>
      </w:r>
      <w:r>
        <w:t>ji, apa, ek comment aur sawal hai. yeh Subah Nadeem sahab ne bheja hai Delhi</w:t>
      </w:r>
    </w:p>
    <w:p>
      <w:pPr>
        <w:jc w:val="right"/>
      </w:pPr>
      <w:r>
        <w:t>جی، آپا، ایک کمنٹ اور سوال ہے۔ یہ صبح ندیم صاحب نے بھیجا ہے دلی</w:t>
      </w:r>
    </w:p>
    <w:p>
      <w:r>
        <w:rPr>
          <w:b/>
        </w:rPr>
        <w:t xml:space="preserve">[34:00] </w:t>
      </w:r>
      <w:r>
        <w:t>se. yeh thoda sa clear nahi hai, lekin mein jo samajh pa raha hoon, woh yeh poochna cha rahe hain aap se ke jab hum da'wa work karte hain to woh hum personal level pe karte hain.</w:t>
      </w:r>
    </w:p>
    <w:p>
      <w:pPr>
        <w:jc w:val="right"/>
      </w:pPr>
      <w:r>
        <w:t>سے۔ یہ تھوڑا سا کلیئر نہیں ہے، لیکن میں جو سمجھ پا رہا ہوں، وہ یہ پوچھنا چاہ رہے ہیں آپ سے کہ جب ہم دعویٰ ورک کرتے ہیں تو وہ ہم پرسنل لیول پہ کرتے ہیں۔</w:t>
      </w:r>
    </w:p>
    <w:p>
      <w:r>
        <w:rPr>
          <w:b/>
        </w:rPr>
        <w:t xml:space="preserve">[34:11] </w:t>
      </w:r>
      <w:r>
        <w:t>lekin kya hota hai ke kai bar ego involve ho jati hai.</w:t>
      </w:r>
    </w:p>
    <w:p>
      <w:pPr>
        <w:jc w:val="right"/>
      </w:pPr>
      <w:r>
        <w:t>لیکن کیا ہوتا ہے کہ کئی بار ایگو انوالو ہو جاتی ہے۔</w:t>
      </w:r>
    </w:p>
    <w:p>
      <w:r>
        <w:rPr>
          <w:b/>
        </w:rPr>
        <w:t xml:space="preserve">[34:15] </w:t>
      </w:r>
      <w:r>
        <w:t>to jab hum agar message, da'wa ka message sirf for the sake of da'wa work karein ke humein Allah ka message aage pohanchana hai, aur is mein apni ego involve na karein, apni jo personal level pe jo ek ego aata hai,</w:t>
      </w:r>
    </w:p>
    <w:p>
      <w:pPr>
        <w:jc w:val="right"/>
      </w:pPr>
      <w:r>
        <w:t>تو جب ہم اگر میسج، دعویٰ کا میسج صرف فار دی سیک آف دعویٰ ورک کریں کہ ہمیں اللہ کا میسج آگے پہنچانا ہے، اور اس میں اپنی ایگو انوالو نہ کریں، اپنی جو پرسنل لیول پہ جو ایک ایگو آتا ہے،</w:t>
      </w:r>
    </w:p>
    <w:p>
      <w:r>
        <w:rPr>
          <w:b/>
        </w:rPr>
        <w:t xml:space="preserve">[34:31] </w:t>
      </w:r>
      <w:r>
        <w:t>to kya yahi aise hi humein karna chahiye? aise hi humein sochna chahiye? yeh woh poochna cha rahe hain. to ego to har haal mein galat hai, khali da'i ke liye nahi.</w:t>
      </w:r>
    </w:p>
    <w:p>
      <w:pPr>
        <w:jc w:val="right"/>
      </w:pPr>
      <w:r>
        <w:t>تو کیا یہی ایسے ہی ہمیں کرنا چاہیے؟ ایسے ہی ہمیں سوچنا چاہیے؟ یہ وہ پوچھنا چاہ رہے ہیں۔ تو ایگو تو ہر حال میں غلط ہے، خالی داعی کے لیے نہیں۔</w:t>
      </w:r>
    </w:p>
    <w:p>
      <w:r>
        <w:rPr>
          <w:b/>
        </w:rPr>
        <w:t xml:space="preserve">[34:42] </w:t>
      </w:r>
      <w:r>
        <w:t>ji, kyunke aap sochiye ke jo kuch bhi insaan ko mila hua hai, woh sab khuda ne diya hai. humara apna kya hai? jab chahta hai Allah Ta'ala us ko le leta hai.</w:t>
      </w:r>
    </w:p>
    <w:p>
      <w:pPr>
        <w:jc w:val="right"/>
      </w:pPr>
      <w:r>
        <w:t>جی، کیونکہ آپ سوچیے کہ جو کچھ بھی انسان کو ملا ہوا ہے، وہ سب خدا نے دیا ہے۔ ہمارا اپنا کیا ہے؟ جب چاہتا ہے اللہ تعالیٰ اس کو لے لیتا ہے۔</w:t>
      </w:r>
    </w:p>
    <w:p>
      <w:r>
        <w:rPr>
          <w:b/>
        </w:rPr>
        <w:t xml:space="preserve">[34:53] </w:t>
      </w:r>
      <w:r>
        <w:t>to ego to galat hai hi hai da'i ke liye, aur zyada galat hai. kyunke</w:t>
      </w:r>
    </w:p>
    <w:p>
      <w:pPr>
        <w:jc w:val="right"/>
      </w:pPr>
      <w:r>
        <w:t>تو ایگو تو غلط ہے ہی ہے داعی کے لیے، اور زیادہ غلط ہے۔ کیونکہ</w:t>
      </w:r>
    </w:p>
    <w:p>
      <w:r>
        <w:rPr>
          <w:b/>
        </w:rPr>
        <w:t xml:space="preserve">[34:58] </w:t>
      </w:r>
      <w:r>
        <w:t>jab ego samne aayega to doosra doosre ka bhi ego hai. to ego ego clash hoga, to baat jo hai, woh doosre tak pohanchana, us ko samjhana bohat mushkil ho jayega.</w:t>
      </w:r>
    </w:p>
    <w:p>
      <w:pPr>
        <w:jc w:val="right"/>
      </w:pPr>
      <w:r>
        <w:t>جب ایگو سامنے آئے گا تو دوسرا دوسرے کا بھی ایگو ہے۔ تو ایگو ایگو کلیش ہوگا، تو بات جو ہے، وہ دوسرے تک پہنچانا، اس کو سمجھانا بہت مشکل ہو جائے گا۔</w:t>
      </w:r>
    </w:p>
    <w:p>
      <w:r>
        <w:rPr>
          <w:b/>
        </w:rPr>
        <w:t xml:space="preserve">[35:09] </w:t>
      </w:r>
      <w:r>
        <w:t>to bilkul ego khatam kar ke, aur ek dam khuda ke aage apne aap ko bilkul surrender kar dein. jab aadmi khuda ke aage surrender kar dega, to us ki ego to khud ba khud khatam ho jayegi.</w:t>
      </w:r>
    </w:p>
    <w:p>
      <w:pPr>
        <w:jc w:val="right"/>
      </w:pPr>
      <w:r>
        <w:t>تو بالکل ایگو ختم کر کے، اور ایک دم خدا کے آگے اپنے آپ کو بالکل سرینڈر کر دیں۔ جب آدمی خدا کے آگے سرینڈر کر دے گا، تو اس کی ایگو تو خود بخود ختم ہو جائے گی۔</w:t>
      </w:r>
    </w:p>
    <w:p>
      <w:r>
        <w:rPr>
          <w:b/>
        </w:rPr>
        <w:t xml:space="preserve">[35:21] </w:t>
      </w:r>
      <w:r>
        <w:t>to ek ek confidence alag cheez hai, aur ego alag cheez hai.</w:t>
      </w:r>
    </w:p>
    <w:p>
      <w:pPr>
        <w:jc w:val="right"/>
      </w:pPr>
      <w:r>
        <w:t>تو ایک ایک کانفیڈنس الگ چیز ہے، اور ایگو الگ چیز ہے۔</w:t>
      </w:r>
    </w:p>
    <w:p>
      <w:r>
        <w:rPr>
          <w:b/>
        </w:rPr>
        <w:t xml:space="preserve">[35:26] </w:t>
      </w:r>
      <w:r>
        <w:t>ego galat hai, aur confidence sahi hai. ji, apa, isi se ek sawal aur bhi banta hai. talif-e-qalb aksar, i mean, Maulana Wahiduddin Khan sahib bohat emphasize karte thay, kehte thay ke "there is no limit to talif-e-qalb, softening of peoples hearts".</w:t>
      </w:r>
    </w:p>
    <w:p>
      <w:pPr>
        <w:jc w:val="right"/>
      </w:pPr>
      <w:r>
        <w:t>ایگو غلط ہے، اور کانفیڈنس صحیح ہے۔ جی، آپا، اسی سے ایک سوال اور بھی بنتا ہے۔ تالیف قلب اکثر، آئی مین، مولانا وحید الدین خان صاحب بہت ایمفسائز کرتے تھے، کہتے تھے کہ "دیر از نو لمٹ ٹو تالیف قلب، سافٹننگ آف پیپلز ہارٹس"۔</w:t>
      </w:r>
    </w:p>
    <w:p>
      <w:r>
        <w:rPr>
          <w:b/>
        </w:rPr>
        <w:t xml:space="preserve">[35:46] </w:t>
      </w:r>
      <w:r>
        <w:t>to is ke bare mein aap hum sab ko zaroor batayen.</w:t>
      </w:r>
    </w:p>
    <w:p>
      <w:pPr>
        <w:jc w:val="right"/>
      </w:pPr>
      <w:r>
        <w:t>تو اس کے بارے میں آپ ہم سب کو ضرور بتائیں۔</w:t>
      </w:r>
    </w:p>
    <w:p>
      <w:r>
        <w:rPr>
          <w:b/>
        </w:rPr>
        <w:t xml:space="preserve">[35:52] </w:t>
      </w:r>
      <w:r>
        <w:t>talif-e-qalb to sab se bari condition hai daawa work karne ke liye. ji, kyunke insaan, har insaan conditioning ka ek case hai,</w:t>
      </w:r>
    </w:p>
    <w:p>
      <w:pPr>
        <w:jc w:val="right"/>
      </w:pPr>
      <w:r>
        <w:t>تالیف قلب تو سب سے بڑی کنڈیشن ہے دعویٰ ورک کرنے کے لیے۔ جی، کیونکہ انسان، ہر انسان کنڈیشننگ کا ایک کیس ہے،</w:t>
      </w:r>
    </w:p>
    <w:p>
      <w:r>
        <w:rPr>
          <w:b/>
        </w:rPr>
        <w:t xml:space="preserve">[36:05] </w:t>
      </w:r>
      <w:r>
        <w:t>aur jab tak hum is ke sath narmi se pesh nahi ayenge, tab tak woh hamari baat ke liye woh receptive hi nahi hoga. woh to talif-e-qalb ke maani hote hain "softening of the heart".</w:t>
      </w:r>
    </w:p>
    <w:p>
      <w:pPr>
        <w:jc w:val="right"/>
      </w:pPr>
      <w:r>
        <w:t>اور جب تک ہم اس کے ساتھ نرمی سے پیش نہیں آئیں گے، تب تک وہ ہماری بات کے لیے وہ ریسیپٹیو ہی نہیں ہوگا۔ وہ تو تالیف قلب کے معنی ہوتے ہیں "سافٹننگ آف دی ہارٹ"۔</w:t>
      </w:r>
    </w:p>
    <w:p>
      <w:r>
        <w:rPr>
          <w:b/>
        </w:rPr>
        <w:t xml:space="preserve">[36:16] </w:t>
      </w:r>
      <w:r>
        <w:t>ji, dilon ko naram karna.</w:t>
      </w:r>
    </w:p>
    <w:p>
      <w:pPr>
        <w:jc w:val="right"/>
      </w:pPr>
      <w:r>
        <w:t>جی، دلوں کو نرم کرنا۔</w:t>
      </w:r>
    </w:p>
    <w:p>
      <w:r>
        <w:rPr>
          <w:b/>
        </w:rPr>
        <w:t xml:space="preserve">[36:19] </w:t>
      </w:r>
      <w:r>
        <w:t>ab aap dekhiye ke yeh kitni zyada important yeh baat hai, dilon ko naram karna ke jab Hazrat Musa aur Hazrat Haroon ko Allah taala ne Firon ke paas bheja, aise jabir aur zalim shakhs ke paas, kyunke koi bhi male child, jaisa ke abhi doctor sahib ne detail se bataya hai pichle program mein, ke koi bhi male child woh chhodta nahi tha Bani Israel ka</w:t>
      </w:r>
    </w:p>
    <w:p>
      <w:pPr>
        <w:jc w:val="right"/>
      </w:pPr>
      <w:r>
        <w:t>اب آپ دیکھیے کہ یہ کتنی زیادہ امپورٹنٹ یہ بات ہے، دلوں کو نرم کرنا کہ جب حضرت موسیٰ اور حضرت ہارون کو اللہ تعالیٰ نے فرعون کے پاس بھیجا، ایسے جابر اور ظالم شخص کے پاس، کیونکہ کوئی بھی میل چائلڈ، جیسا کہ ابھی ڈاکٹر صاحب نے ڈیٹیل سے بتایا ہے پچھلے پروگرام میں، کہ کوئی بھی میل چائلڈ وہ چھوڑتا نہیں تھا بنی اسرائیل کا</w:t>
      </w:r>
    </w:p>
    <w:p>
      <w:r>
        <w:rPr>
          <w:b/>
        </w:rPr>
        <w:t xml:space="preserve">[36:42] </w:t>
      </w:r>
      <w:r>
        <w:t>. to aisa jabir shakhs ke aage bhi jab Hazrat Musa ko bheja, to Quran mein aya hai ke "tum narmi se baat karna".</w:t>
      </w:r>
    </w:p>
    <w:p>
      <w:pPr>
        <w:jc w:val="right"/>
      </w:pPr>
      <w:r>
        <w:t>۔ تو ایسا جابر شخص کے آگے بھی جب حضرت موسیٰ کو بھیجا، تو قرآن میں آیا ہے کہ "تم نرمی سے بات کرنا"۔</w:t>
      </w:r>
    </w:p>
    <w:p>
      <w:r>
        <w:rPr>
          <w:b/>
        </w:rPr>
        <w:t xml:space="preserve">[36:53] </w:t>
      </w:r>
      <w:r>
        <w:t>ho sakta hai ke woh naseehat hasil kare. to jab us ke sath narmi se baat karni hai, to doosre logon ke sath to narmi se baat karni hi hai.</w:t>
      </w:r>
    </w:p>
    <w:p>
      <w:pPr>
        <w:jc w:val="right"/>
      </w:pPr>
      <w:r>
        <w:t>ہو سکتا ہے کہ وہ نصیحت حاصل کرے۔ تو جب اس کے ساتھ نرمی سے بات کرنی ہے، تو دوسرے لوگوں کے ساتھ تو نرمی سے بات کرنی ہی ہے۔</w:t>
      </w:r>
    </w:p>
    <w:p>
      <w:r>
        <w:rPr>
          <w:b/>
        </w:rPr>
        <w:t xml:space="preserve">[37:01] </w:t>
      </w:r>
      <w:r>
        <w:t>aur yahan par ek baat aur hai ke humein har paighambar, jo ke jis ki baat Quran mein ayi hai, woh sab humare liye namoona hai.</w:t>
      </w:r>
    </w:p>
    <w:p>
      <w:pPr>
        <w:jc w:val="right"/>
      </w:pPr>
      <w:r>
        <w:t>اور یہاں پر ایک بات اور ہے کہ ہمیں ہر پیغمبر، جو کہ جس کی بات قرآن میں آئی ہے، وہ سب ہمارے لیے نمونہ ہے۔</w:t>
      </w:r>
    </w:p>
    <w:p>
      <w:r>
        <w:rPr>
          <w:b/>
        </w:rPr>
        <w:t xml:space="preserve">[37:11] </w:t>
      </w:r>
      <w:r>
        <w:t>to humein is namoona ko ikhtiyar karna hai ke jab bhi humein baat karni ho, narmi se baat karen. chahe doosre ki taraf se mukhalifat hoga, doosre ki taraf se sakhti hogi, to us ko humein bilkul avoid karna hai.</w:t>
      </w:r>
    </w:p>
    <w:p>
      <w:pPr>
        <w:jc w:val="right"/>
      </w:pPr>
      <w:r>
        <w:t>تو ہمیں اس نمونے کو اختیار کرنا ہے کہ جب بھی ہمیں بات کرنی ہو، نرمی سے بات کریں۔ چاہے دوسرے کی طرف سے مخالفت ہوگا، دوسرے کی طرف سے سختی ہوگی، تو اس کو ہمیں بالکل اوائڈ کرنا ہے۔</w:t>
      </w:r>
    </w:p>
    <w:p>
      <w:r>
        <w:rPr>
          <w:b/>
        </w:rPr>
        <w:t xml:space="preserve">[37:25] </w:t>
      </w:r>
      <w:r>
        <w:t>aur is ki bhi misal</w:t>
      </w:r>
    </w:p>
    <w:p>
      <w:pPr>
        <w:jc w:val="right"/>
      </w:pPr>
      <w:r>
        <w:t>اور اس کی بھی مث</w:t>
      </w:r>
    </w:p>
    <w:p>
      <w:r>
        <w:rPr>
          <w:b/>
        </w:rPr>
        <w:t xml:space="preserve">[37:27] </w:t>
      </w:r>
      <w:r>
        <w:t>hai jab Firon ne bohat hi sakht sakht baat kahi, aur aur Hazrat Musa ko daawa point se hatane ki koshish ki, phir bhi Hazrat Musa ne araz kiya, aur us ki kisi bhi irrelevant baat ka jawab nahi diya.</w:t>
      </w:r>
    </w:p>
    <w:p>
      <w:pPr>
        <w:jc w:val="right"/>
      </w:pPr>
      <w:r>
        <w:t>ال ہے جب فرعون نے بہت ہی سخت سخت بات کہی، اور اور حضرت موسیٰ کو دعویٰ پوائنٹ سے ہٹانے کی کوشش کی، پھر بھی حضرت موسیٰ نے اعراض کیا، اور اس کی کسی بھی ارریلیونٹ بات کا جواب نہیں دیا۔</w:t>
      </w:r>
    </w:p>
    <w:p>
      <w:r>
        <w:rPr>
          <w:b/>
        </w:rPr>
        <w:t xml:space="preserve">[37:43] </w:t>
      </w:r>
      <w:r>
        <w:t>ji, ek hadith bhi hai: "tum aasani paida karne ke liye bheje gaye ho, na ke sakhti karne ke liye". to yeh is liye zaroori hai ke insaan jo hai, us ke ek mahaul mein rehta hai, us ki ek soch hoti hai.</w:t>
      </w:r>
    </w:p>
    <w:p>
      <w:pPr>
        <w:jc w:val="right"/>
      </w:pPr>
      <w:r>
        <w:t>جی، ایک حدیث بھی ہے: "تم آسانی پیدا کرنے کے لیے بھیجے گئے ہو، نہ کہ سختی کرنے کے لیے"۔ تو یہ اس لیے ضروری ہے کہ انسان جو ہے، اس کے ایک ماحول میں رہتا ہے، اس کی ایک سوچ ہوتی ہے۔</w:t>
      </w:r>
    </w:p>
    <w:p>
      <w:r>
        <w:rPr>
          <w:b/>
        </w:rPr>
        <w:t xml:space="preserve">[37:57] </w:t>
      </w:r>
      <w:r>
        <w:t>ab ek dam ek nayi soch ko woh kaise accept kar sakta hai? to sirf ek shayad Hazrat Abu Bakr Siddiq aur Hazrat Khadija shayad do hi misalein hain jo foran unhone accept kar liya, lekin aam taur par logon ko samajhne mein time laga.</w:t>
      </w:r>
    </w:p>
    <w:p>
      <w:pPr>
        <w:jc w:val="right"/>
      </w:pPr>
      <w:r>
        <w:t>اب ایک دم ایک نئی سوچ کو وہ کیسے ایکسیپٹ کر سکتا ہے؟ تو صرف ایک شاید حضرت ابوبکر صدیق اور حضرت خدیجہ شاید دو ہی مثالیں ہیں جو فوراً انہوں نے ایکسیپٹ کر لیا، لیکن عام طور پر لوگوں کو سمجھنے میں ٹائم لگا۔</w:t>
      </w:r>
    </w:p>
    <w:p>
      <w:r>
        <w:rPr>
          <w:b/>
        </w:rPr>
        <w:t xml:space="preserve">[38:12] </w:t>
      </w:r>
      <w:r>
        <w:t>to samajhne mein time lagta hai, to hum us ko time dein</w:t>
      </w:r>
    </w:p>
    <w:p>
      <w:pPr>
        <w:jc w:val="right"/>
      </w:pPr>
      <w:r>
        <w:t>تو سمجھنے میں ٹائم لگتا ہے، تو ہم اس کو ٹائم دیں</w:t>
      </w:r>
    </w:p>
    <w:p>
      <w:r>
        <w:rPr>
          <w:b/>
        </w:rPr>
        <w:t xml:space="preserve">[38:17] </w:t>
      </w:r>
      <w:r>
        <w:t>, jis ko kehte hain "by time". by time to hum us ko time dein, aur is beech mein agar hum us se narmi se baatein karte rahenge, narmi se us ko samjhate rahenge, aur us ki negativity ke bajaye bhi hum positivity hi dikhayenge us ko, to zaroor us ke upar asar hoga.</w:t>
      </w:r>
    </w:p>
    <w:p>
      <w:pPr>
        <w:jc w:val="right"/>
      </w:pPr>
      <w:r>
        <w:t>، جس کو کہتے ہیں "بائی ٹائم"۔ بائی ٹائم تو ہم اس کو ٹائم دیں، اور اس بیچ میں اگر ہم اس سے نرمی سے باتیں کرتے رہیں گے، نرمی سے اس کو سمجھاتے رہیں گے، اور اس کی نیگیٹیوٹی کے بجائے بھی ہم پازیٹیوٹی ہی دکھائیں گے اس کو، تو ضرور اس کے اوپر اثر ہوگا۔</w:t>
      </w:r>
    </w:p>
    <w:p>
      <w:r>
        <w:rPr>
          <w:b/>
        </w:rPr>
        <w:t xml:space="preserve">[38:35] </w:t>
      </w:r>
      <w:r>
        <w:t>kyunke har insaan ke andar consciousness hai, to woh consciousness uska awakened ho jata hai, aur woh baat ko samajhne ke qabil ho jata hai.</w:t>
      </w:r>
    </w:p>
    <w:p>
      <w:pPr>
        <w:jc w:val="right"/>
      </w:pPr>
      <w:r>
        <w:t>کیونکہ ہر انسان کے اندر کانشیس ہے، تو وہ کانشیس اس کا اویکنڈ ہو جاتا ہے، اور وہ بات کو سمجھنے کے قابل ہو جاتا ہے۔</w:t>
      </w:r>
    </w:p>
    <w:p>
      <w:r>
        <w:rPr>
          <w:b/>
        </w:rPr>
        <w:t xml:space="preserve">[38:45] </w:t>
      </w:r>
      <w:r>
        <w:t>ab Hazrat Khalid ko dekhiye ke kitna zabardast mukhalif thay woh. ji, jang-e-uhud mein kitna unhone nuksan pahunchaya tha. un ke andar bhi consciousness jaaga, aur woh bhi bohat jald woh Rasool Allah sallallahu alaihi wasallam ke follower ban gaye.</w:t>
      </w:r>
    </w:p>
    <w:p>
      <w:pPr>
        <w:jc w:val="right"/>
      </w:pPr>
      <w:r>
        <w:t>اب حضرت خالد کو دیکھیے کہ کتنا زبردست مخالف تھے وہ۔ جی، جنگ احد میں کتنا انہوں نے نقصان پہنچایا تھا۔ ان کے اندر بھی کانشیس جاگا، اور وہ بھی بہت جلد وہ رسول اللہ صلی اللہ علیہ وسلم کے فالوور بن گئے۔</w:t>
      </w:r>
    </w:p>
    <w:p>
      <w:r>
        <w:rPr>
          <w:b/>
        </w:rPr>
        <w:t xml:space="preserve">[39:00] </w:t>
      </w:r>
      <w:r>
        <w:t>to humein time</w:t>
      </w:r>
    </w:p>
    <w:p>
      <w:pPr>
        <w:jc w:val="right"/>
      </w:pPr>
      <w:r>
        <w:t>تو ہمیں ٹائ</w:t>
      </w:r>
    </w:p>
    <w:p>
      <w:r>
        <w:rPr>
          <w:b/>
        </w:rPr>
        <w:t xml:space="preserve">[39:01] </w:t>
      </w:r>
      <w:r>
        <w:t>dena hoga, chahe us ki taraf se kitni bhi mukhalifat ho rahi ho. humein hamesha poora umeed rehna hoga ke ho sakta hai yeh us ko kuch time lage, lekin woh kabhi na kabhi baat ko samjhega.</w:t>
      </w:r>
    </w:p>
    <w:p>
      <w:pPr>
        <w:jc w:val="right"/>
      </w:pPr>
      <w:r>
        <w:t>م دینا ہوگا، چاہے اس کی طرف سے کتنی بھی مخالفت ہو رہی ہو۔ ہمیں ہمیشہ پورا پرامید رہنا ہوگا کہ ہو سکتا ہے یہ اس کو کچھ ٹائم لگے، لیکن وہ کبھی نہ کبھی بات کو سمجھے گا۔</w:t>
      </w:r>
    </w:p>
    <w:p>
      <w:r>
        <w:rPr>
          <w:b/>
        </w:rPr>
        <w:t xml:space="preserve">[39:15] </w:t>
      </w:r>
      <w:r>
        <w:t>to is ke liye bohat zabardast khair khwahi ki zaroorat hai. ji, kyunke agar hum well-wisher nahi hon, jaise apne bachchon ka aadmi well-wisher hota hai, woh kitna bhi galat kaam kar lete hain, baat nahi mante hain</w:t>
      </w:r>
    </w:p>
    <w:p>
      <w:pPr>
        <w:jc w:val="right"/>
      </w:pPr>
      <w:r>
        <w:t>تو اس کے لیے بہت زبردست خیر خواہی کی ضرورت ہے۔ جی، کیونکہ اگر ہم ویل وشر نہیں ہوں، جیسے اپنے بچوں کا آدمی ویل وشر ہوتا ہے، وہ کتنا بھی غلط کام کر لیتے ہیں، بات نہیں مانتے ہیں</w:t>
      </w:r>
    </w:p>
    <w:p>
      <w:r>
        <w:rPr>
          <w:b/>
        </w:rPr>
        <w:t xml:space="preserve">[39:29] </w:t>
      </w:r>
      <w:r>
        <w:t>, phir bhi maa baap jo hain, un ko samjhate rehte hain narmi se. bilkul wahi samajh lijiye ke humein madhu ke sath karna hai ke woh kitna bhi un woh karen, mukhalifat karen, humein un ke muqable mein narmi baney rehna hai.</w:t>
      </w:r>
    </w:p>
    <w:p>
      <w:pPr>
        <w:jc w:val="right"/>
      </w:pPr>
      <w:r>
        <w:t>، پھر بھی ماں باپ جو ہیں، ان کو سمجھاتے رہتے ہیں نرمی سے۔ بالکل وہی سمجھ لیجئے کہ ہمیں مدھو کے ساتھ کرنا ہے کہ وہ کتنا بھی ان وہ کریں، مخالفت کریں، ہمیں ان کے مقابلے میں نرمی بنے رہنا ہے۔</w:t>
      </w:r>
    </w:p>
    <w:p>
      <w:r>
        <w:rPr>
          <w:b/>
        </w:rPr>
        <w:t xml:space="preserve">[39:45] </w:t>
      </w:r>
      <w:r>
        <w:t>to ho sakta hai kabhi na kabhi woh baat ko samajh lenge. ji, aur zyada tar yahi Arab Arab mein yahi hua.</w:t>
      </w:r>
    </w:p>
    <w:p>
      <w:pPr>
        <w:jc w:val="right"/>
      </w:pPr>
      <w:r>
        <w:t>تو ہو سکتا ہے کبھی نہ کبھی وہ بات کو سمجھ لیں گے۔ جی، اور زیادہ تر یہی عرب عرب میں یہی ہوا۔</w:t>
      </w:r>
    </w:p>
    <w:p>
      <w:r>
        <w:rPr>
          <w:b/>
        </w:rPr>
        <w:t xml:space="preserve">[39:52] </w:t>
      </w:r>
      <w:r>
        <w:t>ji, saare logon ne bohat jald jo itne sakht mukhalif thay, jang kar rahe thay, aur bohat jald woh log jo hain, isi talif-e-qalb ki wajah se aap ke follower ban gaye.</w:t>
      </w:r>
    </w:p>
    <w:p>
      <w:pPr>
        <w:jc w:val="right"/>
      </w:pPr>
      <w:r>
        <w:t>جی، سارے لوگوں نے بہت جلد جو اتنے سخت مخالف تھے، جنگ کر رہے تھے، اور بہت جلد وہ لوگ جو ہیں، اسی تالیف قلب کی وجہ سے آپ کے فالوور بن گئے۔</w:t>
      </w:r>
    </w:p>
    <w:p>
      <w:r>
        <w:rPr>
          <w:b/>
        </w:rPr>
        <w:t xml:space="preserve">[40:02] </w:t>
      </w:r>
      <w:r>
        <w:t>ji, apa, do comment padhna chahunga. ek comment mein sawal bhi hai. shahid hussain sahab ne sher nagar se likha hai: "thank you apa, you made the importance of dawah work clear.</w:t>
      </w:r>
    </w:p>
    <w:p>
      <w:pPr>
        <w:jc w:val="right"/>
      </w:pPr>
      <w:r>
        <w:t>جی، آپا، دو کمنٹ پڑھنا چاہوں گا۔ ایک کمنٹ میں سوال بھی ہے۔ شاہد حسین صاحب نے شیر نگر سے لکھا ہے: "تھینک یو آپا، یو میڈ دی امپورٹنس آف دعویٰ ورک کلیئر۔</w:t>
      </w:r>
    </w:p>
    <w:p>
      <w:r>
        <w:rPr>
          <w:b/>
        </w:rPr>
        <w:t xml:space="preserve">[40:14] </w:t>
      </w:r>
      <w:r>
        <w:t>many confusions have also been clear today."</w:t>
      </w:r>
    </w:p>
    <w:p>
      <w:pPr>
        <w:jc w:val="right"/>
      </w:pPr>
      <w:r>
        <w:t>مینی کنفیوژنز ہیو السو بین کلیئر ٹوڈے۔"</w:t>
      </w:r>
    </w:p>
    <w:p>
      <w:r>
        <w:rPr>
          <w:b/>
        </w:rPr>
        <w:t xml:space="preserve">[40:18] </w:t>
      </w:r>
      <w:r>
        <w:t>ek comment aur sawal amritsar se aaya hai, yeh rohit kumar ji ne bheja hai. unhone likha hai: "apa ji, aaj kal rajneeti mein bahut zyada log dab rahe hain.</w:t>
      </w:r>
    </w:p>
    <w:p>
      <w:pPr>
        <w:jc w:val="right"/>
      </w:pPr>
      <w:r>
        <w:t>ایک کمنٹ اور سوال امرت سر سے آیا ہے، یہ روہت کمار جی نے بھیجا ہے۔ انہوں نے لکھا ہے: "آپا جی، آج کل راجنیتی میں بہت زیادہ لوگ دب رہے ہیں۔</w:t>
      </w:r>
    </w:p>
    <w:p>
      <w:r>
        <w:rPr>
          <w:b/>
        </w:rPr>
        <w:t xml:space="preserve">[40:30] </w:t>
      </w:r>
      <w:r>
        <w:t>musalman bhi siyasat mein padh kar sab sahi galat mein fark nahi kar rahe hain, kyunke unhein party ke liye jo acha lag raha hai, wahi karna pad raha hai.</w:t>
      </w:r>
    </w:p>
    <w:p>
      <w:pPr>
        <w:jc w:val="right"/>
      </w:pPr>
      <w:r>
        <w:t>مسلمان بھی سیاست میں پڑھ کر سب صحیح غلط میں فرق نہیں کر رہے ہیں، کیونکہ انہیں پارٹی کے لیے جو اچھا لگ رہا ہے، وہی کرنا پڑ رہا ہے۔</w:t>
      </w:r>
    </w:p>
    <w:p>
      <w:r>
        <w:rPr>
          <w:b/>
        </w:rPr>
        <w:t xml:space="preserve">[40:42] </w:t>
      </w:r>
      <w:r>
        <w:t>party baazi mein padh kar woh deen ki dawah ka kaam bhi bhool gaye hain</w:t>
      </w:r>
    </w:p>
    <w:p>
      <w:pPr>
        <w:jc w:val="right"/>
      </w:pPr>
      <w:r>
        <w:t>پارٹی بازی میں پڑھ کر وہ دین کی دعوت کا کام بھی بھول گئے ہیں</w:t>
      </w:r>
    </w:p>
    <w:p>
      <w:r>
        <w:rPr>
          <w:b/>
        </w:rPr>
        <w:t xml:space="preserve">[40:46] </w:t>
      </w:r>
      <w:r>
        <w:t>, sirf party ke kaam karne mein lage hue hain." is ke bare mein aap kuch batayein. to basically wahi aap ab political cheezon mein lag gaye hain, aur jo asal main mission hai jo aap bata rahe the,</w:t>
      </w:r>
    </w:p>
    <w:p>
      <w:pPr>
        <w:jc w:val="right"/>
      </w:pPr>
      <w:r>
        <w:t>، صرف پارٹی کے کام کرنے میں لگے ہوئے ہیں۔" اس کے بارے میں آپ کچھ بتائیں۔ تو بیسکلی وہی آپ اب پولیٹیکل چیزوں میں لگ گئے ہیں، اور جو اصل مین مشن ہے جو آپ بتا رہے تھے،</w:t>
      </w:r>
    </w:p>
    <w:p>
      <w:r>
        <w:rPr>
          <w:b/>
        </w:rPr>
        <w:t xml:space="preserve">[41:03] </w:t>
      </w:r>
      <w:r>
        <w:t>is mein woh peeche reh gaye hain. to aap ka kya is mein opinion hai? asal mein creation plan hi logon ko samajhna</w:t>
      </w:r>
    </w:p>
    <w:p>
      <w:pPr>
        <w:jc w:val="right"/>
      </w:pPr>
      <w:r>
        <w:t>اس میں وہ پیچھے رہ گئے ہیں۔ تو آپ کا کیا اس میں اوپینین ہے؟ اصل میں کریشن پلان ہی لوگوں کو سمجھنا</w:t>
      </w:r>
    </w:p>
    <w:p>
      <w:r>
        <w:rPr>
          <w:b/>
        </w:rPr>
        <w:t xml:space="preserve">[41:14] </w:t>
      </w:r>
      <w:r>
        <w:t>hai. yeh chand dino ki yeh duniya hai, tamam log dekh rahe hain, ek ke baad ek ke baad ek log ja rahe hain, aur hamein jo bataya gaya hai ke insaan ek eternal creature hai.</w:t>
      </w:r>
    </w:p>
    <w:p>
      <w:pPr>
        <w:jc w:val="right"/>
      </w:pPr>
      <w:r>
        <w:t>ہے۔ یہ چند دنوں کی یہ دنیا ہے، تمام لوگ دیکھ رہے ہیں، ایک کے بعد ایک کے بعد ایک لوگ جا رہے ہیں، اور ہمیں جو بتایا گیا ہے کہ انسان ایک ایٹرنل کریچر ہے۔</w:t>
      </w:r>
    </w:p>
    <w:p>
      <w:r>
        <w:rPr>
          <w:b/>
        </w:rPr>
        <w:t xml:space="preserve">[41:27] </w:t>
      </w:r>
      <w:r>
        <w:t>to jaise ice berg hota hai, woh ek tip of the ice berg jo hai na, pani ke upar hota hai. to woh yeh tip of the ice berg hai jo hamari jo muddat hai is duniya mein rehne ki.</w:t>
      </w:r>
    </w:p>
    <w:p>
      <w:pPr>
        <w:jc w:val="right"/>
      </w:pPr>
      <w:r>
        <w:t>تو جیسے آئس برگ ہوتا ہے، وہ ایک ٹپ آف دا آئس برگ جو ہے نا، پانی کے اوپر ہوتا ہے۔ تو وہ یہ ٹپ آف دا آئس برگ ہے جو ہماری جو مدت ہے اس دنیا میں رہنے کی۔</w:t>
      </w:r>
    </w:p>
    <w:p>
      <w:r>
        <w:rPr>
          <w:b/>
        </w:rPr>
        <w:t xml:space="preserve">[41:39] </w:t>
      </w:r>
      <w:r>
        <w:t>to bas itna hi hai.</w:t>
      </w:r>
    </w:p>
    <w:p>
      <w:pPr>
        <w:jc w:val="right"/>
      </w:pPr>
      <w:r>
        <w:t>تو بس اتنا ہی ہے۔</w:t>
      </w:r>
    </w:p>
    <w:p>
      <w:r>
        <w:rPr>
          <w:b/>
        </w:rPr>
        <w:t xml:space="preserve">[41:41] </w:t>
      </w:r>
      <w:r>
        <w:t>wahan par agar hum is baat ko gehrai se realize kar lein ke hamesha hamesha ke liye akhirat mein ek achi zindagi mil sakti hai, to yeh duniya jo hai, itna touch ho jaye, duniya ki koi haqeeqat hi na rahe.</w:t>
      </w:r>
    </w:p>
    <w:p>
      <w:pPr>
        <w:jc w:val="right"/>
      </w:pPr>
      <w:r>
        <w:t>وہاں پر اگر ہم اس بات کو گہرائی سے ریلائز کر لیں کہ ہمیشہ ہمیشہ کے لیے ہمیں آخرت میں ایک اچھی زندگی مل سکتی ہے، تو یہ دنیا جو ہے، اتنا ٹچ ہو جائے، دنیا کی کوئی حقیقت ہی نہ رہے۔</w:t>
      </w:r>
    </w:p>
    <w:p>
      <w:r>
        <w:rPr>
          <w:b/>
        </w:rPr>
        <w:t xml:space="preserve">[41:57] </w:t>
      </w:r>
      <w:r>
        <w:t>sirf yeh hai ke hamari zarooriyat poori hoti rahein. aur political power to dekhiye, kabhi bhi ek jagah rehta hi nahi, kyunke khud quran mein aaya hai ke yeh yeh din jo hain, hum khud badalte rehte hain.</w:t>
      </w:r>
    </w:p>
    <w:p>
      <w:pPr>
        <w:jc w:val="right"/>
      </w:pPr>
      <w:r>
        <w:t>صرف یہ ہے کہ ہماری ضرورتیں پوری ہوتی رہیں۔ اور پولیٹیکل پاور تو دیکھیے، کبھی بھی ایک جگہ رہتا ہی نہیں، کیونکہ خود قرآن میں آیا ہے کہ یہ یہ دن جو ہیں، ہم خود بدلتے رہتے ہیں۔</w:t>
      </w:r>
    </w:p>
    <w:p>
      <w:r>
        <w:rPr>
          <w:b/>
        </w:rPr>
        <w:t xml:space="preserve">[42:09] </w:t>
      </w:r>
      <w:r>
        <w:t>yeh allah political power bhi ek test paper hai. is duniya mein jo kuch bhi kisi ko mila hua hai, woh test paper hai, aur us ke hisab se agar us lehaz se aap dekhiye to kabhi bhi political power jo hai, kisi ek ke paas nahi rehta, musalsal badalta rehta hai.</w:t>
      </w:r>
    </w:p>
    <w:p>
      <w:pPr>
        <w:jc w:val="right"/>
      </w:pPr>
      <w:r>
        <w:t>یہ اللہ پولیٹیکل پاور بھی ایک ٹیسٹ پیپر ہے۔ اس دنیا میں جو کچھ بھی کسی کو ملا ہوا ہے، وہ ٹیسٹ پیپر ہے، اور اس کے حساب سے اگر اس لحاظ سے آپ دیکھیے تو کبھی بھی پولیٹیکل پاور جو ہے، کسی ایک کے پاس نہیں رہتا، مسلسل بدلتا رہتا ہے۔</w:t>
      </w:r>
    </w:p>
    <w:p>
      <w:r>
        <w:rPr>
          <w:b/>
        </w:rPr>
        <w:t xml:space="preserve">[42:27] </w:t>
      </w:r>
      <w:r>
        <w:t>to is isi se pata chalta hai ke yeh khuda ki taraf se yeh intezam hai, aur zyada hungama machana, political tehreekein chalana, is se koi faida nahi hai.</w:t>
      </w:r>
    </w:p>
    <w:p>
      <w:pPr>
        <w:jc w:val="right"/>
      </w:pPr>
      <w:r>
        <w:t>تو اس اسی سے پتہ چلتا ہے کہ یہ خدا کی طرف سے یہ انتظام ہے، اور زیادہ ہنگامہ مچانا، پولیٹیکل تحریکیں چلانا، اس سے کوئی فائدہ نہیں ہے۔</w:t>
      </w:r>
    </w:p>
    <w:p>
      <w:r>
        <w:rPr>
          <w:b/>
        </w:rPr>
        <w:t xml:space="preserve">[42:38] </w:t>
      </w:r>
      <w:r>
        <w:t>khuda hi political power deta hai, khuda hi cheenta hai, aur doosre ko deta hai. to aur doosre yeh ke political power aur zyada sakht parche hai.</w:t>
      </w:r>
    </w:p>
    <w:p>
      <w:pPr>
        <w:jc w:val="right"/>
      </w:pPr>
      <w:r>
        <w:t>خدا ہی پولیٹیکل پاور دیتا ہے، خدا ہی چھینتا ہے، اور دوسرے کو دیتا ہے۔ تو اور دوسرے یہ کہ پولیٹیکل پاور اور زیادہ سخت پرچہ ہے۔</w:t>
      </w:r>
    </w:p>
    <w:p>
      <w:r>
        <w:rPr>
          <w:b/>
        </w:rPr>
        <w:t xml:space="preserve">[42:48] </w:t>
      </w:r>
      <w:r>
        <w:t>koi bhi nahi kahega ke hamein bahut mushkil parche de do imtehan mein. ji, har aadmi asaan parche chahta hai, lekin yahan na samajhne ki wajah se mushkil parche par sari focus lagaye hue hain.</w:t>
      </w:r>
    </w:p>
    <w:p>
      <w:pPr>
        <w:jc w:val="right"/>
      </w:pPr>
      <w:r>
        <w:t>کوئی بھی نہیں کہے گا کہ ہمیں بہت مشکل پرچہ دے دو امتحان میں۔ جی، ہر آدمی آسان پرچہ چاہتا ہے، لیکن یہاں نہ سمجھنے کی وجہ سے مشکل پرچے پر ساری فوکس لگائے ہوئے ہیں۔</w:t>
      </w:r>
    </w:p>
    <w:p>
      <w:r>
        <w:rPr>
          <w:b/>
        </w:rPr>
        <w:t xml:space="preserve">[43:00] </w:t>
      </w:r>
      <w:r>
        <w:t>ji, to yeh na samajhne ki</w:t>
      </w:r>
    </w:p>
    <w:p>
      <w:pPr>
        <w:jc w:val="right"/>
      </w:pPr>
      <w:r>
        <w:t>جی، تو یہ نہ سمجھنے کی</w:t>
      </w:r>
    </w:p>
    <w:p>
      <w:r>
        <w:rPr>
          <w:b/>
        </w:rPr>
        <w:t xml:space="preserve">[43:03] </w:t>
      </w:r>
      <w:r>
        <w:t>wajah se hai. isi wajah se hum koshish karte hain ke har program mein creation plan ke bare mein batayein ke is duniya mein aadmi chand roz ke liye aaya hai, aur yahan par yeh political jo interest hote hain, is mein koi political engagements ki koi faida nahi</w:t>
      </w:r>
    </w:p>
    <w:p>
      <w:pPr>
        <w:jc w:val="right"/>
      </w:pPr>
      <w:r>
        <w:t>وجہ سے ہے۔ اسی وجہ سے ہم کوشش کرتے ہیں کہ ہر پروگرام میں کریشن پلان کے بارے میں بتائیں کہ اس دنیا میں آدمی چند روز کے لیے آیا ہے، اور یہاں پر یہ پولیٹیکل جو انٹرسٹ ہوتے ہیں، اس میں کوئی پولیٹیکل انگیجمنٹس کی کوئی فائدہ نہیں</w:t>
      </w:r>
    </w:p>
    <w:p>
      <w:r>
        <w:rPr>
          <w:b/>
        </w:rPr>
        <w:t xml:space="preserve">[43:23] </w:t>
      </w:r>
      <w:r>
        <w:t>hai. balkeh hamein hum ko apna spiritual development karna chahiye, intellectual development karna chahiye, aur is ke baad jab hamein akhirat mein, jo isi ki wajah se hamein akhirat mein jannat mein hamesha hamesha ke liye jagah milegi, khuda ke neighborhood mein, to yahi baat logon ko samjhana hai.</w:t>
      </w:r>
    </w:p>
    <w:p>
      <w:pPr>
        <w:jc w:val="right"/>
      </w:pPr>
      <w:r>
        <w:t>ہے۔ بلکہ ہمیں ہم کو اپنا سپریچول ڈیویلپمنٹ کرنا چاہیے، انٹلیکچول ڈیویلپمنٹ کرنا چاہیے، اور اس کے بعد جب ہمیں آخرت میں، جو اسی کی وجہ سے ہمیں آخرت میں جنت میں ہمیشہ ہمیشہ کے لیے جگہ ملے گی، خدا کے نیبرہڈ میں، تو یہی بات لوگوں کو سمجھانا ہے۔</w:t>
      </w:r>
    </w:p>
    <w:p>
      <w:r>
        <w:rPr>
          <w:b/>
        </w:rPr>
        <w:t xml:space="preserve">[43:43] </w:t>
      </w:r>
      <w:r>
        <w:t>to is ke baad woh khud hi samajh lagenge. ji,</w:t>
      </w:r>
    </w:p>
    <w:p>
      <w:pPr>
        <w:jc w:val="right"/>
      </w:pPr>
      <w:r>
        <w:t>تو اس کے بعد وہ خود ہی سمجھ لیں گے۔ جی،</w:t>
      </w:r>
    </w:p>
    <w:p>
      <w:r>
        <w:rPr>
          <w:b/>
        </w:rPr>
        <w:t xml:space="preserve">[43:48] </w:t>
      </w:r>
      <w:r>
        <w:t>acha apa, quran mein dawah ko dawah work ko inzar aur tafsir kaha gaya hai. to is ke bare mein bhi aap is ko please explain karein.</w:t>
      </w:r>
    </w:p>
    <w:p>
      <w:pPr>
        <w:jc w:val="right"/>
      </w:pPr>
      <w:r>
        <w:t>اچھا آپا، قرآن میں دعویٰ کو دعویٰ ورک کو انظار اور تفسیر کہا گیا ہے۔ تو اس کے بارے میں بھی آپ اس کو پلیز ایکسپلین کریں۔</w:t>
      </w:r>
    </w:p>
    <w:p>
      <w:r>
        <w:rPr>
          <w:b/>
        </w:rPr>
        <w:t xml:space="preserve">[43:59] </w:t>
      </w:r>
      <w:r>
        <w:t>yeh chapter four, verse 165 mein yeh baat kahi gayi ke rasool khushkhabri dene wale aur darane wale hote hain.</w:t>
      </w:r>
    </w:p>
    <w:p>
      <w:pPr>
        <w:jc w:val="right"/>
      </w:pPr>
      <w:r>
        <w:t>یہ چیپٹر فور، ورس 165 میں یہ بات کہی گئی کہ رسول خوشخبری دینے والے اور ڈرانے والے ہوتے ہیں۔</w:t>
      </w:r>
    </w:p>
    <w:p>
      <w:r>
        <w:rPr>
          <w:b/>
        </w:rPr>
        <w:t xml:space="preserve">[44:09] </w:t>
      </w:r>
      <w:r>
        <w:t>khushkhabri dene wale ka matlab akhirat mein allah ki raza hasil karna, jannat mein jagah hasil karna, to yeh khushkhabri hai.</w:t>
      </w:r>
    </w:p>
    <w:p>
      <w:pPr>
        <w:jc w:val="right"/>
      </w:pPr>
      <w:r>
        <w:t>خوشخبری دینے والے کا مطلب آخرت میں اللہ کی رضا حاصل کرنا، جنت میں جگہ حاصل کرنا، تو یہ خوشخبری ہے۔</w:t>
      </w:r>
    </w:p>
    <w:p>
      <w:r>
        <w:rPr>
          <w:b/>
        </w:rPr>
        <w:t xml:space="preserve">[44:17] </w:t>
      </w:r>
      <w:r>
        <w:t>aur</w:t>
      </w:r>
    </w:p>
    <w:p>
      <w:pPr>
        <w:jc w:val="right"/>
      </w:pPr>
      <w:r>
        <w:t>اور</w:t>
      </w:r>
    </w:p>
    <w:p>
      <w:r>
        <w:rPr>
          <w:b/>
        </w:rPr>
        <w:t xml:space="preserve">[44:18] </w:t>
      </w:r>
      <w:r>
        <w:t>darana ka matlab agar hum khuda ki marzi ke mutabiq is duniya mein nahi rahenge to hamein akhirat mein kuch nahi milega. is ko maulana kehte the universal dust bin mein woh phenk diye jayenge.</w:t>
      </w:r>
    </w:p>
    <w:p>
      <w:pPr>
        <w:jc w:val="right"/>
      </w:pPr>
      <w:r>
        <w:t>ڈرانا کا مطلب اگر ہم خدا کی مرضی کے مطابق اس دنیا میں نہیں رہیں گے تو ہمیں آخرت میں کچھ نہیں ملے گا۔ اس کو مولانا کہتے تھے یونیورسل ڈسٹ بن میں وہ پھینک دیے جائیں گے۔</w:t>
      </w:r>
    </w:p>
    <w:p>
      <w:r>
        <w:rPr>
          <w:b/>
        </w:rPr>
        <w:t xml:space="preserve">[44:29] </w:t>
      </w:r>
      <w:r>
        <w:t>to yeh cheez jo hai inzar o tafseer, yeh yeh hota hai peghambar ka kaam, lekin ab hamein peghambar ke behap mein yeh kaam karna hai.</w:t>
      </w:r>
    </w:p>
    <w:p>
      <w:pPr>
        <w:jc w:val="right"/>
      </w:pPr>
      <w:r>
        <w:t>تو یہ چیز جو ہے انظار و تفسیر، یہ یہ ہوتا ہے پیغمبر کا کام، لیکن اب ہمیں پیغمبر کے بہاف میں یہ کام کرنا ہے۔</w:t>
      </w:r>
    </w:p>
    <w:p>
      <w:r>
        <w:rPr>
          <w:b/>
        </w:rPr>
        <w:t xml:space="preserve">[44:39] </w:t>
      </w:r>
      <w:r>
        <w:t>to</w:t>
      </w:r>
    </w:p>
    <w:p>
      <w:pPr>
        <w:jc w:val="right"/>
      </w:pPr>
      <w:r>
        <w:t>تو</w:t>
      </w:r>
    </w:p>
    <w:p>
      <w:r>
        <w:rPr>
          <w:b/>
        </w:rPr>
        <w:t xml:space="preserve">[44:40] </w:t>
      </w:r>
      <w:r>
        <w:t>daii jo hota hai, woh peghambar ke behap mein yeh kaam karta hai, aur hamein hamein is ko poori itmam e hujjath ki tarah ke tarah se karna parega.</w:t>
      </w:r>
    </w:p>
    <w:p>
      <w:pPr>
        <w:jc w:val="right"/>
      </w:pPr>
      <w:r>
        <w:t>داعی جو ہوتا ہے، وہ پیغمبر کے بہاف میں یہ کام کرتا ہے، اور ہمیں ہمیں اس کو پوری اتمام حجت کی طرح کے طرح سے کرنا پڑے گا۔</w:t>
      </w:r>
    </w:p>
    <w:p>
      <w:r>
        <w:rPr>
          <w:b/>
        </w:rPr>
        <w:t xml:space="preserve">[44:50] </w:t>
      </w:r>
      <w:r>
        <w:t>yani sachai ko is ke poore aadab se, aadab woh jo saare dalail hote hain, is ke hisab se, aur is ke jo sabr hai, i'raaz hai, hikmat hai, in sab cheezon ke saath jis ko aadab e dawah kehte hain</w:t>
      </w:r>
    </w:p>
    <w:p>
      <w:pPr>
        <w:jc w:val="right"/>
      </w:pPr>
      <w:r>
        <w:t>یعنی سچائی کو اس کے پورے آداب سے، آداب وہ جو سارے دلائل ہوتے ہیں، اس کے حساب سے، اور اس کے جو صبر ہے، اعراض ہے، حکمت ہے، ان سب چیزوں کے ساتھ جس کو آداب دعوت کہتے ہیں</w:t>
      </w:r>
    </w:p>
    <w:p>
      <w:r>
        <w:rPr>
          <w:b/>
        </w:rPr>
        <w:t xml:space="preserve">[45:06] </w:t>
      </w:r>
      <w:r>
        <w:t>, to in sab cheezon ke saath hamein logon tak sachai ko pahunchana hai. To yahi aur yahi isi wajah se hai ke kyunke is dunya mein jo Khuda ka jo qanoon e iltibas hai,</w:t>
      </w:r>
    </w:p>
    <w:p>
      <w:pPr>
        <w:jc w:val="right"/>
      </w:pPr>
      <w:r>
        <w:t>، تو ان سب چیزوں کے ساتھ ہمیں لوگوں تک سچائی کو پہنچانا ہے۔ تو یہی اور یہی اسی وجہ سے ہے کہ کیونکہ اس دنیا میں جو خدا کا جو قانون التباس ہے،</w:t>
      </w:r>
    </w:p>
    <w:p>
      <w:r>
        <w:rPr>
          <w:b/>
        </w:rPr>
        <w:t xml:space="preserve">[45:19] </w:t>
      </w:r>
      <w:r>
        <w:t>is ki wajah se har cheez parde mein hai, har cheez par veil of doubt hai. To insaan ko yeh kaam karna hai ke Khuda ki paigham ko logon tak pahunchana</w:t>
      </w:r>
    </w:p>
    <w:p>
      <w:pPr>
        <w:jc w:val="right"/>
      </w:pPr>
      <w:r>
        <w:t>اس کی وجہ سے ہر چیز پردے میں ہے، ہر چیز پر ویل آف ڈاؤٹ ہے۔ تو انسان کو یہ کام کرنا ہے کہ خدا کی پیغام کو لوگوں تک پہنچانا</w:t>
      </w:r>
    </w:p>
    <w:p>
      <w:r>
        <w:rPr>
          <w:b/>
        </w:rPr>
        <w:t xml:space="preserve">[45:30] </w:t>
      </w:r>
      <w:r>
        <w:t>hai, is parde ko phadna hai, aur poori baat logon ko itna, is itni narmi se, itni khair khwahi se samjhana hai ke is ko poori tarah samajh mein aajaye.</w:t>
      </w:r>
    </w:p>
    <w:p>
      <w:pPr>
        <w:jc w:val="right"/>
      </w:pPr>
      <w:r>
        <w:t>ہے، اس پردے کو پھاڑنا ہے، اور پوری بات لوگوں کو اتنا، اس اتنی نرمی سے، اتنی خیر خواہی سے سمجھانا ہے کہ اس کو پوری طرح سمجھ میں آجائے۔</w:t>
      </w:r>
    </w:p>
    <w:p>
      <w:r>
        <w:rPr>
          <w:b/>
        </w:rPr>
        <w:t xml:space="preserve">[45:42] </w:t>
      </w:r>
      <w:r>
        <w:t>woh khud keh pade ke tum ne poori baat ko hamein bata diya hai. Ab woh maane ya na maane, woh hamara kaam nahi hai, lekin is ko poori baat hamein bata dena hai taake aakhirat mein is ke paas koi uzr na reh</w:t>
      </w:r>
    </w:p>
    <w:p>
      <w:pPr>
        <w:jc w:val="right"/>
      </w:pPr>
      <w:r>
        <w:t>وہ خود کہہ پڑے کہ تم نے پوری بات کو ہمیں بتا دیا ہے۔ اب وہ مانے یا نہ مانے، وہ ہمارا کام نہیں ہے، لیکن اس کو پوری بات ہمیں بتا دینا ہے تاکہ آخرت میں اس کے پاس کوئی عذر نہ رہ</w:t>
      </w:r>
    </w:p>
    <w:p>
      <w:r>
        <w:rPr>
          <w:b/>
        </w:rPr>
        <w:t xml:space="preserve">[45:56] </w:t>
      </w:r>
      <w:r>
        <w:t>e. Kyunke agar is dunya mein is ko bataya nahi gaya to woh aakhirat mein ja ke kahega ke hamein to bataya nahi gaya. To is excuse ko hata dena hai taake Khuda ke haan is ka jo bhi faisla hai, woh faisla ho sake.</w:t>
      </w:r>
    </w:p>
    <w:p>
      <w:pPr>
        <w:jc w:val="right"/>
      </w:pPr>
      <w:r>
        <w:t>ے۔ کیونکہ اگر اس دنیا میں اس کو بتایا نہیں گیا تو وہ آخرت میں جا کے کہے گا کہ ہمیں تو بتایا نہیں گیا۔ تو اس ایکسکیوز کو ہٹا دینا ہے تاکہ خدا کے ہاں اس کا جو بھی فیصلہ ہے، وہ فیصلہ ہو سکے۔</w:t>
      </w:r>
    </w:p>
    <w:p>
      <w:r>
        <w:rPr>
          <w:b/>
        </w:rPr>
        <w:t xml:space="preserve">[46:11] </w:t>
      </w:r>
      <w:r>
        <w:t>Yeh na ho ke is ne is ko bataya hi nahi gaya tha to kis baat par faisla kiya ja raha hai. To dawah ka asal jo nishana hai, woh aakhirat ka masla hai.</w:t>
      </w:r>
    </w:p>
    <w:p>
      <w:pPr>
        <w:jc w:val="right"/>
      </w:pPr>
      <w:r>
        <w:t>یہ نہ ہو کہ اس نے اس کو بتایا ہی نہیں گیا تھا تو کس بات پر فیصلہ کیا جا رہا ہے۔ تو دعوت کا اصل جو نشانہ ہے، وہ آخرت کا مسئلہ ہے۔</w:t>
      </w:r>
    </w:p>
    <w:p>
      <w:r>
        <w:rPr>
          <w:b/>
        </w:rPr>
        <w:t xml:space="preserve">[46:22] </w:t>
      </w:r>
      <w:r>
        <w:t>Ji, dunya ka masla nahi hai. Ji, Ji,</w:t>
      </w:r>
    </w:p>
    <w:p>
      <w:pPr>
        <w:jc w:val="right"/>
      </w:pPr>
      <w:r>
        <w:t>جی، دنیا کا مسئلہ نہیں ہے۔ جی، جی،</w:t>
      </w:r>
    </w:p>
    <w:p>
      <w:r>
        <w:rPr>
          <w:b/>
        </w:rPr>
        <w:t xml:space="preserve">[46:24] </w:t>
      </w:r>
      <w:r>
        <w:t>Ji. Isi liye dekhiye, Maulana ne kabhi koi bhi interest kisi dunyawi cheezon mein nahi liya. Koi political interest, koi aur social work hota hai, kisi cheez mein unhon ne interest nahi liya.</w:t>
      </w:r>
    </w:p>
    <w:p>
      <w:pPr>
        <w:jc w:val="right"/>
      </w:pPr>
      <w:r>
        <w:t>جی۔ اسی لیے دیکھیے، مولانا نے کبھی کوئی بھی انٹرسٹ کسی دنیاوی چیزوں میں نہیں لیا۔ کوئی پولیٹیکل انٹرسٹ، کوئی اور سوشل ورک ہوتا ہے، کسی چیز میں انہوں نے انٹرسٹ نہیں لیا۔</w:t>
      </w:r>
    </w:p>
    <w:p>
      <w:r>
        <w:rPr>
          <w:b/>
        </w:rPr>
        <w:t xml:space="preserve">[46:35] </w:t>
      </w:r>
      <w:r>
        <w:t>Ji, sirf isi mein lage rahe ke Khuda ka paigham as it is logon tak pahunch jaye. Ji, apa, aap ne bohat khoob kaha ke dawah jo hai, woh aakhirat se related</w:t>
      </w:r>
    </w:p>
    <w:p>
      <w:pPr>
        <w:jc w:val="right"/>
      </w:pPr>
      <w:r>
        <w:t>جی، صرف اسی میں لگے رہے کہ خدا کا پیغام ایز اٹ از لوگوں تک پہنچ جائے۔ جی، آپا، آپ نے بہت خوب کہا کہ دعوت جو ہے، وہ آخرت سے ریلی</w:t>
      </w:r>
    </w:p>
    <w:p>
      <w:r>
        <w:rPr>
          <w:b/>
        </w:rPr>
        <w:t xml:space="preserve">[46:47] </w:t>
      </w:r>
      <w:r>
        <w:t>hai. Ah, ah, matlab dunya dunya ke lihaaz se nahi kiya jata, aakhirat ke lihaaz se kiya jata hai. Aur sab se, apa, is mein ek sawal bhi yeh banta hai ke sab se important cheez jo required hai from a da'i, it is patience.</w:t>
      </w:r>
    </w:p>
    <w:p>
      <w:pPr>
        <w:jc w:val="right"/>
      </w:pPr>
      <w:r>
        <w:t>ٹڈ ہے۔ اہ، اہ، مطلب دنیا دنیا کے لحاظ سے نہیں کیا جاتا، آخرت کے لحاظ سے کیا جاتا ہے۔ اور سب سے، آپا، اس میں ایک سوال بھی یہ بنتا ہے کہ سب سے امپورٹنٹ چیز جو ریکوائرڈ ہے فرام ا داعی، اٹ از پیشنس۔</w:t>
      </w:r>
    </w:p>
    <w:p>
      <w:r>
        <w:rPr>
          <w:b/>
        </w:rPr>
        <w:t xml:space="preserve">[47:03] </w:t>
      </w:r>
      <w:r>
        <w:t>and the arabic word for patience, as we know, is sabr. Sabr ke ma'ne hain ke apne aap ko rokna, to stop. A</w:t>
      </w:r>
    </w:p>
    <w:p>
      <w:pPr>
        <w:jc w:val="right"/>
      </w:pPr>
      <w:r>
        <w:t>اینڈ دی عربک ورڈ فار پیشنس، ایز وی نو، از صبر۔ صبر کے معنی ہیں کہ اپنے آپ کو روکنا، ٹو سٹاپ۔ ا</w:t>
      </w:r>
    </w:p>
    <w:p>
      <w:r>
        <w:rPr>
          <w:b/>
        </w:rPr>
        <w:t xml:space="preserve">[47:10] </w:t>
      </w:r>
      <w:r>
        <w:t>ha, to ek da'i, kyunke ek is is ka ek purpose hai life mein, ah, and both men and women have to perform this task of conveying God's message to entire humanity.</w:t>
      </w:r>
    </w:p>
    <w:p>
      <w:pPr>
        <w:jc w:val="right"/>
      </w:pPr>
      <w:r>
        <w:t>ہ، تو ایک داعی، کیونکہ ایک اس اس کا ایک پرپس ہے لائف میں، اہ، اینڈ بوتھ مین اینڈ وومن ہیو ٹو پرفارم دس ٹاسک اف کنوے گاڈز میسج ٹو انٹائر ہیومینٹی۔</w:t>
      </w:r>
    </w:p>
    <w:p>
      <w:r>
        <w:rPr>
          <w:b/>
        </w:rPr>
        <w:t xml:space="preserve">[47:21] </w:t>
      </w:r>
      <w:r>
        <w:t>to dawah work mein is ki ahmiyat bohat zyada hai. To main chahunga ke is ke bare mein bhi aap hum sab ko batayein, importance of sabr in dawah work.</w:t>
      </w:r>
    </w:p>
    <w:p>
      <w:pPr>
        <w:jc w:val="right"/>
      </w:pPr>
      <w:r>
        <w:t>تو دعویٰ ورک میں اس کی اہمیت بہت زیادہ ہے۔ تو میں چاہوں گا کہ اس کے بارے میں بھی آپ ہم سب کو بتائیں، امپورٹنس اف صبر ان دعویٰ ورک۔</w:t>
      </w:r>
    </w:p>
    <w:p>
      <w:r>
        <w:rPr>
          <w:b/>
        </w:rPr>
        <w:t xml:space="preserve">[47:33] </w:t>
      </w:r>
      <w:r>
        <w:t>Sabr ke baghair to koi dawah work ka ek step bhi aap nahi chal sakte, kyunke aap ki ek baat bilkul alag hoti hai, aur woh baat aap ko doosron tak pahunchani hai.</w:t>
      </w:r>
    </w:p>
    <w:p>
      <w:pPr>
        <w:jc w:val="right"/>
      </w:pPr>
      <w:r>
        <w:t>صبر کے بغیر تو کوئی دعویٰ ورک کا ایک سٹیپ بھی آپ نہیں چل سکتے، کیونکہ آپ کی ایک بات بالکل الگ ہوتی ہے، اور وہ بات آپ کو دوسروں تک پہنچانی ہے۔</w:t>
      </w:r>
    </w:p>
    <w:p>
      <w:r>
        <w:rPr>
          <w:b/>
        </w:rPr>
        <w:t xml:space="preserve">[47:45] </w:t>
      </w:r>
      <w:r>
        <w:t>To doosra samjhega nahi, to woh mukhalifat karega. To is ke liye sabr zaroori hai.</w:t>
      </w:r>
    </w:p>
    <w:p>
      <w:pPr>
        <w:jc w:val="right"/>
      </w:pPr>
      <w:r>
        <w:t>تو دوسرا سمجھے گا نہیں، تو وہ مخالفت کرے گا۔ تو اس کے لیے صبر ضروری ہے۔</w:t>
      </w:r>
    </w:p>
    <w:p>
      <w:r>
        <w:rPr>
          <w:b/>
        </w:rPr>
        <w:t xml:space="preserve">[47:51] </w:t>
      </w:r>
      <w:r>
        <w:t>To ek Quran ka jo chapter hai, Hameem Sajdah, to is ke verse 33 se 35 tak, is mein yeh baat bohat clear tareeqe se aayi hai ke bhalai aur burai barabar nahi.</w:t>
      </w:r>
    </w:p>
    <w:p>
      <w:pPr>
        <w:jc w:val="right"/>
      </w:pPr>
      <w:r>
        <w:t>تو ایک قرآن کا جو چیپٹر ہے، حامی مسجدہ، تو اس کے ورث 33 سے 35 تک، اس میں یہ بات بہت کلیئر طریقے سے آئی ہے کہ بھلائی اور برائی برابر نہیں۔</w:t>
      </w:r>
    </w:p>
    <w:p>
      <w:r>
        <w:rPr>
          <w:b/>
        </w:rPr>
        <w:t xml:space="preserve">[48:04] </w:t>
      </w:r>
      <w:r>
        <w:t>Tum jawab mein woh kaho jo is se behtar ho, phir tum dekhoge ke dushman tumhara dost ban jayega. Lekin yeh baat isi ko milti hai jo sabr karne wale hain.</w:t>
      </w:r>
    </w:p>
    <w:p>
      <w:pPr>
        <w:jc w:val="right"/>
      </w:pPr>
      <w:r>
        <w:t>تم جواب میں وہ کہو جو اس سے بہتر ہو، پھر تم دیکھو گے کہ دشمن تمہارا دوست بن جائے گا۔ لیکن یہ بات اسی کو ملتی ہے جو صبر کرنے والے ہیں۔</w:t>
      </w:r>
    </w:p>
    <w:p>
      <w:r>
        <w:rPr>
          <w:b/>
        </w:rPr>
        <w:t xml:space="preserve">[48:16] </w:t>
      </w:r>
      <w:r>
        <w:t>Yeh baat isi ko milti hai jo bara naseebay wala hai.</w:t>
      </w:r>
    </w:p>
    <w:p>
      <w:pPr>
        <w:jc w:val="right"/>
      </w:pPr>
      <w:r>
        <w:t>یہ بات اسی کو ملتی ہے جو بڑا نصیبے والا ہے۔</w:t>
      </w:r>
    </w:p>
    <w:p>
      <w:r>
        <w:rPr>
          <w:b/>
        </w:rPr>
        <w:t xml:space="preserve">[48:20] </w:t>
      </w:r>
      <w:r>
        <w:t>To bilkul clear tareeqe se bataya gaya hai ke sabr jo hai, woh zaroori hai. Dawah work mein kya har kaam ke liye sabr zaroori hai?</w:t>
      </w:r>
    </w:p>
    <w:p>
      <w:pPr>
        <w:jc w:val="right"/>
      </w:pPr>
      <w:r>
        <w:t>تو بالکل کلیئر طریقے سے بتایا گیا ہے کہ صبر جو ہے، وہ ضروری ہے۔ دعویٰ ورک میں کیا ہر کام کے لیے صبر ضروری ہے؟</w:t>
      </w:r>
    </w:p>
    <w:p>
      <w:r>
        <w:rPr>
          <w:b/>
        </w:rPr>
        <w:t xml:space="preserve">[48:29] </w:t>
      </w:r>
      <w:r>
        <w:t>Kyunke hamesha mukhalifat hoti hai, logon ko baat samajh mein nahi aati, aur bohat baar aisa hota hai ke logon ki khwahishat ke khilaaf woh baat hoti hai, to un ko samajh mein nahi aati hai.</w:t>
      </w:r>
    </w:p>
    <w:p>
      <w:pPr>
        <w:jc w:val="right"/>
      </w:pPr>
      <w:r>
        <w:t>کیونکہ ہمیشہ مخالفت ہوتی ہے، لوگوں کو بات سمجھ میں نہیں آتی، اور بہت بار ایسا ہوتا ہے کہ لوگوں کی خواہشات کے خلاف وہ بات ہوتی ہے، تو ان کو سمجھ میں نہیں آتی ہے۔</w:t>
      </w:r>
    </w:p>
    <w:p>
      <w:r>
        <w:rPr>
          <w:b/>
        </w:rPr>
        <w:t xml:space="preserve">[48:41] </w:t>
      </w:r>
      <w:r>
        <w:t>Lekin insaan jo hai, dekhiye, man is a thinking animal, sochta rehta hai, sochta</w:t>
      </w:r>
    </w:p>
    <w:p>
      <w:pPr>
        <w:jc w:val="right"/>
      </w:pPr>
      <w:r>
        <w:t>لیکن انسان جو ہے، دیکھیے، مین از ا تھنکنگ اینیمل، سوچتا رہتا ہے، سوچتا</w:t>
      </w:r>
    </w:p>
    <w:p>
      <w:r>
        <w:rPr>
          <w:b/>
        </w:rPr>
        <w:t xml:space="preserve">[48:46] </w:t>
      </w:r>
      <w:r>
        <w:t>rehta hai. to kabhi na kabhi is ko samajh mein aa jati hai ke yahi baat sahi hai aur aql ke mutabiq hai. to phir is mein bas time lagta hai.</w:t>
      </w:r>
    </w:p>
    <w:p>
      <w:pPr>
        <w:jc w:val="right"/>
      </w:pPr>
      <w:r>
        <w:t>رہتا ہے۔ تو کبھی نہ کبھی اس کو سمجھ میں آ جاتی ہے کہ یہی بات صحیح ہے اور عقل کے مطابق ہے۔ تو پھر اس میں بس ٹائم لگتا ہے۔</w:t>
      </w:r>
    </w:p>
    <w:p>
      <w:r>
        <w:rPr>
          <w:b/>
        </w:rPr>
        <w:t xml:space="preserve">[48:55] </w:t>
      </w:r>
      <w:r>
        <w:t>to agar woh negative ho raha hai, woh radd-e-amal ki nafsiyat mein hai, to hamein negative nahi hona hai. hamein sabr karna hai aur bohat hi hikmat ke sath kaam karna hai.</w:t>
      </w:r>
    </w:p>
    <w:p>
      <w:pPr>
        <w:jc w:val="right"/>
      </w:pPr>
      <w:r>
        <w:t>تو اگر وہ نیگیٹیو ہو رہا ہے، وہ رد عمل کی نفسیات میں ہے، تو ہمیں نیگیٹیو نہیں ہونا ہے۔ ہمیں صبر کرنا ہے اور بہت ہی حکمت کے ساتھ کام کرنا ہے۔</w:t>
      </w:r>
    </w:p>
    <w:p>
      <w:r>
        <w:rPr>
          <w:b/>
        </w:rPr>
        <w:t xml:space="preserve">[49:06] </w:t>
      </w:r>
      <w:r>
        <w:t>to jaise rasool Allah sal Allah alaihi wasallam ne har kaam hikmat ke sath kiya, to is ki wajah se hamare halaat sazgar ho j</w:t>
      </w:r>
    </w:p>
    <w:p>
      <w:pPr>
        <w:jc w:val="right"/>
      </w:pPr>
      <w:r>
        <w:t>تو جیسے رسول اللہ صلی اللہ علیہ وسلم نے ہر کام حکمت کے ساتھ کیا، تو اس کی وجہ سے ہمارے حالات سازگار ہو ج</w:t>
      </w:r>
    </w:p>
    <w:p>
      <w:r>
        <w:rPr>
          <w:b/>
        </w:rPr>
        <w:t xml:space="preserve">[49:14] </w:t>
      </w:r>
      <w:r>
        <w:t>ayenge, hamein Khuda ki madad milegi. aur is ke liye jo hai, kyunke sabr aur a'raz jo hain, woh aik mu'tadil fiza banate hain, hamwar karte hain hamare kaam ke liye.</w:t>
      </w:r>
    </w:p>
    <w:p>
      <w:pPr>
        <w:jc w:val="right"/>
      </w:pPr>
      <w:r>
        <w:t>ائیں گے، ہمیں خدا کی مدد ملے گی۔ اور اس کے لیے جو ہے، کیونکہ صبر اور اعراض جو ہیں، وہ ایک معتدل فضا بناتے ہیں، ہموار کرتے ہیں ہمارے کام کے لیے۔</w:t>
      </w:r>
    </w:p>
    <w:p>
      <w:r>
        <w:rPr>
          <w:b/>
        </w:rPr>
        <w:t xml:space="preserve">[49:29] </w:t>
      </w:r>
      <w:r>
        <w:t>to sabr jo bohat bari qurbani hai, lekin baghair sabr ke koi kaam ho nahi sakta, kyunke is qurbani ka ajar bohat bara hai.</w:t>
      </w:r>
    </w:p>
    <w:p>
      <w:pPr>
        <w:jc w:val="right"/>
      </w:pPr>
      <w:r>
        <w:t>تو صبر جو بہت بڑی قربانی ہے، لیکن بغیر صبر کے کوئی کام ہو نہیں سکتا، کیونکہ اس قربانی کا اجر بہت بڑا ہے۔</w:t>
      </w:r>
    </w:p>
    <w:p>
      <w:r>
        <w:rPr>
          <w:b/>
        </w:rPr>
        <w:t xml:space="preserve">[49:39] </w:t>
      </w:r>
      <w:r>
        <w:t>to aur yeh sabr to bilkul aik psychological qurbani hai. ab</w:t>
      </w:r>
    </w:p>
    <w:p>
      <w:pPr>
        <w:jc w:val="right"/>
      </w:pPr>
      <w:r>
        <w:t>تو اور یہ صبر تو بالکل ایک سائیکلوجیکل قربانی ہے۔ اب</w:t>
      </w:r>
    </w:p>
    <w:p>
      <w:r>
        <w:rPr>
          <w:b/>
        </w:rPr>
        <w:t xml:space="preserve">[49:44] </w:t>
      </w:r>
      <w:r>
        <w:t>pichhle logon ne to bohat bari bari physical qurbaniyan deen. Hazrat Hajra ko wahan sehra mein basa diya gaya. bataiye, aaj aik koi bhi aik din ke liye bhi wahan sehra mein is conditions mein nahi rehne ko tayyar?</w:t>
      </w:r>
    </w:p>
    <w:p>
      <w:pPr>
        <w:jc w:val="right"/>
      </w:pPr>
      <w:r>
        <w:t>پچھلے لوگوں نے تو بہت بڑی بڑی فزیکل قربانیاں دیں۔ حضرت ہاجرہ کو وہاں صحرا میں بسا دیا گیا۔ بتائیے، آج ایک کوئی بھی ایک دن کے لیے بھی وہاں صحرا میں اس کنڈیشنز میں نہیں رہنے کو تیار؟</w:t>
      </w:r>
    </w:p>
    <w:p>
      <w:r>
        <w:rPr>
          <w:b/>
        </w:rPr>
        <w:t xml:space="preserve">[49:57] </w:t>
      </w:r>
      <w:r>
        <w:t>lekin yeh to psychological qurbani hai. yeh to bohat asan hai. bas hum soch lein ke hamein sabr karna hai, hamein negative jawab nahi dena hai,</w:t>
      </w:r>
    </w:p>
    <w:p>
      <w:pPr>
        <w:jc w:val="right"/>
      </w:pPr>
      <w:r>
        <w:t>لیکن یہ تو سائیکلوجیکل قربانی ہے۔ یہ تو بہت آسان ہے۔ بس ہم سوچ لیں کہ ہمیں صبر کرنا ہے، ہمیں نیگیٹیو جواب نہیں دینا ہے،</w:t>
      </w:r>
    </w:p>
    <w:p>
      <w:r>
        <w:rPr>
          <w:b/>
        </w:rPr>
        <w:t xml:space="preserve">[50:07] </w:t>
      </w:r>
      <w:r>
        <w:t>hamein tit for tat nahi karna hai. to bohat jald woh waqt aa jayega ke log samjhenge ke yahi sachi baat hai, yahi hamare dil ki baat hai, aur yeh hamari bhale ki baat hai, dunya mein bhi aur akhirat mein bhi.</w:t>
      </w:r>
    </w:p>
    <w:p>
      <w:pPr>
        <w:jc w:val="right"/>
      </w:pPr>
      <w:r>
        <w:t>ہمیں ٹٹ فار ٹیٹ نہیں کرنا ہے۔ تو بہت جلد وہ وقت آ جائے گا کہ لوگ سمجھیں گے کہ یہی سچی بات ہے، یہی ہمارے دل کی بات ہے، اور یہ ہماری بھلے کی بات ہے، دنیا میں بھی اور آخرت میں بھی۔</w:t>
      </w:r>
    </w:p>
    <w:p>
      <w:r>
        <w:rPr>
          <w:b/>
        </w:rPr>
        <w:t xml:space="preserve">[50:22] </w:t>
      </w:r>
      <w:r>
        <w:t>apa, kai sawal aa rahe hain. hum sare to aaj nahi le payenge kyunke session bohat hi zyada lamba ho jayega.</w:t>
      </w:r>
    </w:p>
    <w:p>
      <w:pPr>
        <w:jc w:val="right"/>
      </w:pPr>
      <w:r>
        <w:t>آپا، کئی سوال آ رہے ہیں۔ ہم سارے تو آج نہیں لے پائیں گے کیونکہ سیشن بہت ہی زیادہ لمبا ہو جائے گا۔</w:t>
      </w:r>
    </w:p>
    <w:p>
      <w:r>
        <w:rPr>
          <w:b/>
        </w:rPr>
        <w:t xml:space="preserve">[50:28] </w:t>
      </w:r>
      <w:r>
        <w:t>ah, to kuch ah do teen sawal mein lena chahunga aur aik do comments hi parhna chahunga before we end the session and move on to the next part of the program today, which is the launch of a new book of Maulana Wahiduddin Khan sahib.</w:t>
      </w:r>
    </w:p>
    <w:p>
      <w:pPr>
        <w:jc w:val="right"/>
      </w:pPr>
      <w:r>
        <w:t>اہ، تو کچھ اہ دو تین سوال میں لینا چاہوں گا اور ایک دو کمنٹس ہی پڑھنا چاہوں گا بیفور وی اینڈ دا سیشن اینڈ موو ان ٹو دا نیکسٹ پارٹ اف دا پروگرام ٹوڈے، وچ از دا لانچ اف ا نیو بک اف مولانا وحید الدین خان صاحب۔</w:t>
      </w:r>
    </w:p>
    <w:p>
      <w:r>
        <w:rPr>
          <w:b/>
        </w:rPr>
        <w:t xml:space="preserve">[50:41] </w:t>
      </w:r>
      <w:r>
        <w:t>apa, sabr ke bare mein aap ne jaise bohat achhe se wazeh kiya, aik jo real life story Quran se hamein milti hai, ah prophet Yunus ke bare mein.</w:t>
      </w:r>
    </w:p>
    <w:p>
      <w:pPr>
        <w:jc w:val="right"/>
      </w:pPr>
      <w:r>
        <w:t>آپا، صبر کے بارے میں آپ نے جیسے بہت اچھے سے واضح کیا، ایک جو ریئل لائف سٹوری قرآن سے ہمیں ملتی ہے، اہ پرافٹ یونس کے بارے میں۔</w:t>
      </w:r>
    </w:p>
    <w:p>
      <w:r>
        <w:rPr>
          <w:b/>
        </w:rPr>
        <w:t xml:space="preserve">[50:51] </w:t>
      </w:r>
      <w:r>
        <w:t>ah, to mein chahunga ke is un ki zindagi se bhi hamein kya sabaq milta hai,</w:t>
      </w:r>
    </w:p>
    <w:p>
      <w:pPr>
        <w:jc w:val="right"/>
      </w:pPr>
      <w:r>
        <w:t>اہ، تو میں چاہوں گا کہ اس ان کی زندگی سے بھی ہمیں کیا سبق ملتا ہے،</w:t>
      </w:r>
    </w:p>
    <w:p>
      <w:r>
        <w:rPr>
          <w:b/>
        </w:rPr>
        <w:t xml:space="preserve">[50:57] </w:t>
      </w:r>
      <w:r>
        <w:t>is ke bare mein aap hum sab ko bataein.</w:t>
      </w:r>
    </w:p>
    <w:p>
      <w:pPr>
        <w:jc w:val="right"/>
      </w:pPr>
      <w:r>
        <w:t>اس کے بارے میں آپ ہم سب کو بتائیں۔</w:t>
      </w:r>
    </w:p>
    <w:p>
      <w:r>
        <w:rPr>
          <w:b/>
        </w:rPr>
        <w:t xml:space="preserve">[51:01] </w:t>
      </w:r>
      <w:r>
        <w:t>prophet Yunus jo hain, woh Nineveh ke aik ilaqe mein bheje gaye the aur unhone pure tareeqe se wahan da'wa work kiya, lekin sirf aik ijtihadi ghalti, ijtihadi ghalti kehte hain, error of judgment.</w:t>
      </w:r>
    </w:p>
    <w:p>
      <w:pPr>
        <w:jc w:val="right"/>
      </w:pPr>
      <w:r>
        <w:t>پرافٹ یونس جو ہیں، وہ نینوا کے ایک علاقے میں بھیجے گئے تھے اور انہوں نے پورے طریقے سے وہاں دعویٰ ورک کیا، لیکن صرف ایک اجتہادی غلطی، اجتہادی غلطی کہتے ہیں، ایرر آف ججمنٹ۔</w:t>
      </w:r>
    </w:p>
    <w:p>
      <w:r>
        <w:rPr>
          <w:b/>
        </w:rPr>
        <w:t xml:space="preserve">[51:17] </w:t>
      </w:r>
      <w:r>
        <w:t>to woh aik ijtihadi ghalti ho gayi un se aur is ke liye itni bari un ko saza mili. to aap samajh sakte hain ke hum log to jaan boojh kar da'wa work nahi kr</w:t>
      </w:r>
    </w:p>
    <w:p>
      <w:pPr>
        <w:jc w:val="right"/>
      </w:pPr>
      <w:r>
        <w:t>تو وہ ایک اجتہادی غلطی ہو گئی ان سے اور اس کے لیے اتنی بڑی ان کو سزا ملی۔ تو آپ سمجھ سکتے ہیں کہ ہم لوگ تو جان بوجھ کر دعویٰ ورک نہیں کر</w:t>
      </w:r>
    </w:p>
    <w:p>
      <w:r>
        <w:rPr>
          <w:b/>
        </w:rPr>
        <w:t xml:space="preserve">[51:26] </w:t>
      </w:r>
      <w:r>
        <w:t>rahe hain, to hum logon ka kya haal hoga? to woh apni qaum ko qabl az waqt unhone chhod diya tha. un ko aisa laga ke ab yeh log hamari baat nahi manenge.</w:t>
      </w:r>
    </w:p>
    <w:p>
      <w:pPr>
        <w:jc w:val="right"/>
      </w:pPr>
      <w:r>
        <w:t>رہے ہیں، تو ہم لوگوں کا کیا حال ہوگا؟ تو وہ اپنی قوم کو قبل از وقت انہوں نے چھوڑ دیا تھا۔ ان کو ایسا لگا کہ اب یہ لوگ ہماری بات نہیں مانیں گے۔</w:t>
      </w:r>
    </w:p>
    <w:p>
      <w:r>
        <w:rPr>
          <w:b/>
        </w:rPr>
        <w:t xml:space="preserve">[51:37] </w:t>
      </w:r>
      <w:r>
        <w:t>to phir unhone qaum ko chhod diya. to qaum ko chhod kar jab woh aik doosri jagah ja rahe the to koi darya thi raste mein, to aik kashti mein baithe.</w:t>
      </w:r>
    </w:p>
    <w:p>
      <w:pPr>
        <w:jc w:val="right"/>
      </w:pPr>
      <w:r>
        <w:t>تو پھر انہوں نے قوم کو چھوڑ دیا۔ تو قوم کو چھوڑ کر جب وہ ایک دوسری جگہ جا رہے تھے تو کوئی دریا تھی راستے میں، تو ایک کشتی میں بیٹھے۔</w:t>
      </w:r>
    </w:p>
    <w:p>
      <w:r>
        <w:rPr>
          <w:b/>
        </w:rPr>
        <w:t xml:space="preserve">[51:48] </w:t>
      </w:r>
      <w:r>
        <w:t>to us zamane mein kya hota tha ke kashti mein</w:t>
      </w:r>
    </w:p>
    <w:p>
      <w:pPr>
        <w:jc w:val="right"/>
      </w:pPr>
      <w:r>
        <w:t>تو اس زمانے میں کیا ہوتا تھا کہ کشتی میں</w:t>
      </w:r>
    </w:p>
    <w:p>
      <w:r>
        <w:rPr>
          <w:b/>
        </w:rPr>
        <w:t xml:space="preserve">[51:52] </w:t>
      </w:r>
      <w:r>
        <w:t>jab zyada log ho jate aur kashti doobne lagti to woh qura dalte ke kaun is mein koi papi aa gaya hai, koi sinner aa gaya hai, is ki wajah se kashti doob rahi hai.</w:t>
      </w:r>
    </w:p>
    <w:p>
      <w:pPr>
        <w:jc w:val="right"/>
      </w:pPr>
      <w:r>
        <w:t>جب زیادہ لوگ ہو جاتے اور کشتی ڈوبنے لگتی تو وہ کورا ڈالتے کہ کون اس میں کوئی پاپی آ گیا ہے، کوئی سنر آ گیا ہے، اس کی وجہ سے کشتی ڈوب رہی ہے۔</w:t>
      </w:r>
    </w:p>
    <w:p>
      <w:r>
        <w:rPr>
          <w:b/>
        </w:rPr>
        <w:t xml:space="preserve">[52:02] </w:t>
      </w:r>
      <w:r>
        <w:t>to jab qura dala gaya to woh Hazrat Yunus ka qura nikla. ab unhone un ko nikal ke pani mein dal diya. ab koi aur jagah to thi nahi.</w:t>
      </w:r>
    </w:p>
    <w:p>
      <w:pPr>
        <w:jc w:val="right"/>
      </w:pPr>
      <w:r>
        <w:t>تو جب کورا ڈالا گیا تو وہ حضرت یونس کا کورا نکلا۔ اب انہوں نے ان کو نکال کے پانی میں ڈال دیا۔ اب کوئی اور جگہ تو تھی نہیں۔</w:t>
      </w:r>
    </w:p>
    <w:p>
      <w:r>
        <w:rPr>
          <w:b/>
        </w:rPr>
        <w:t xml:space="preserve">[52:10] </w:t>
      </w:r>
      <w:r>
        <w:t>to wahan par aik whale machhli ne un ko nigal liya. ab un ko samajh mein aa gaya ke un se bohat bhari ghalti ho gayi. unhone qaum ko beech mein chhod diya.</w:t>
      </w:r>
    </w:p>
    <w:p>
      <w:pPr>
        <w:jc w:val="right"/>
      </w:pPr>
      <w:r>
        <w:t>تو وہاں پر ایک ویل مچھلی نے ان کو نگل لیا۔ اب ان کو سمجھ میں آگیا کہ ان سے بہت بھاری غلطی ہو گئی۔ انہوں نے قوم کو بیچ میں چھوڑ دیا۔</w:t>
      </w:r>
    </w:p>
    <w:p>
      <w:r>
        <w:rPr>
          <w:b/>
        </w:rPr>
        <w:t xml:space="preserve">[52:21] </w:t>
      </w:r>
      <w:r>
        <w:t>abhi Khuda ka hukum nahi aaya tha. kyunke Khuda ka hukum aata hai ke ab kaam tumhara poora ho gaya hai. tabhi woh jo hai, woh qaum ko aik paighambar chhod sakta hai.</w:t>
      </w:r>
    </w:p>
    <w:p>
      <w:pPr>
        <w:jc w:val="right"/>
      </w:pPr>
      <w:r>
        <w:t>ابھی خدا کا حکم آیا نہیں تھا۔ کیونکہ خدا کا حکم آتا ہے کہ اب کام تمہارا پورا ہو گیا ہے۔ تبھی وہ جو ہے، وہ قوم کو ایک پیغمبر چھوڑ سکتا ہے۔</w:t>
      </w:r>
    </w:p>
    <w:p>
      <w:r>
        <w:rPr>
          <w:b/>
        </w:rPr>
        <w:t xml:space="preserve">[52:32] </w:t>
      </w:r>
      <w:r>
        <w:t>to phir unhone bohat zyada Khuda se duaein keen</w:t>
      </w:r>
    </w:p>
    <w:p>
      <w:pPr>
        <w:jc w:val="right"/>
      </w:pPr>
      <w:r>
        <w:t>تو پھر انہوں نے بہت زیادہ خدا سے دعائیں کیں</w:t>
      </w:r>
    </w:p>
    <w:p>
      <w:r>
        <w:rPr>
          <w:b/>
        </w:rPr>
        <w:t xml:space="preserve">[52:35] </w:t>
      </w:r>
      <w:r>
        <w:t>aur phir Allah taala ne whale ko, machhli ko hukum diya. us ne un ko le ja kar ke samundar ke darya ke kinare chhod diya.</w:t>
      </w:r>
    </w:p>
    <w:p>
      <w:pPr>
        <w:jc w:val="right"/>
      </w:pPr>
      <w:r>
        <w:t>اور پھر اللہ تعالی نے ویل کو، مچھلی کو حکم دیا۔ اس نے ان کو لے جا کر کے سمندر کے دریا کے کنارے چھوڑ دیا۔</w:t>
      </w:r>
    </w:p>
    <w:p>
      <w:r>
        <w:rPr>
          <w:b/>
        </w:rPr>
        <w:t xml:space="preserve">[52:44] </w:t>
      </w:r>
      <w:r>
        <w:t>phir wahan woh kafi dinon tak rahay. bohat nidhāl ho gaye thay. phir wahan se phir dobara wapas aaye. to woh jab wapas aaye to un ke jo saaray log thay, woh un ka intazar kar rahay thay.</w:t>
      </w:r>
    </w:p>
    <w:p>
      <w:pPr>
        <w:jc w:val="right"/>
      </w:pPr>
      <w:r>
        <w:t>پھر وہاں وہ کافی دنوں تک رہے۔ بہت نڈھال ہو گئے تھے۔ پھر وہاں سے پھر دوبارہ واپس آئے۔ تو وہ جب واپس آئے تو ان کے جو سارے لوگ تھے، وہ ان کا انتظار کر رہے تھے۔</w:t>
      </w:r>
    </w:p>
    <w:p>
      <w:r>
        <w:rPr>
          <w:b/>
        </w:rPr>
        <w:t xml:space="preserve">[52:57] </w:t>
      </w:r>
      <w:r>
        <w:t>un ko samajh mein itna time ho gaya tha, woh aik adh mahina ho sakta hai ho gaya ho, un ki samajh mein aa gaya ke bohat buzurg aadmi, bohat achhay aadmi thay aur hum logon ne un ki baat nahi maani aur khafa ho gaye, hum se chalay gaye.</w:t>
      </w:r>
    </w:p>
    <w:p>
      <w:pPr>
        <w:jc w:val="right"/>
      </w:pPr>
      <w:r>
        <w:t>ان کو سمجھ میں اتنا ٹائم ہو گیا تھا، وہ ایک ادھ مہینہ ہو سکتا ہے ہو گیا ہو، ان کی سمجھ میں آگیا کہ بہت بزرگ آدمی، بہت اچھے آدمی تھے اور ہم لوگوں نے ان کی بات نہیں مانی اور خفا ہو گئے، ہم سے چلے گئے۔</w:t>
      </w:r>
    </w:p>
    <w:p>
      <w:r>
        <w:rPr>
          <w:b/>
        </w:rPr>
        <w:t xml:space="preserve">[53:09] </w:t>
      </w:r>
      <w:r>
        <w:t>to wahan aik tilay par kharay hue woh intazar karte rehtay thay un ka rozana. to jab woh aaye to saaray logon ne un ko</w:t>
      </w:r>
    </w:p>
    <w:p>
      <w:pPr>
        <w:jc w:val="right"/>
      </w:pPr>
      <w:r>
        <w:t>تو وہاں ایک ٹیلے پر کھڑے ہوئے وہ انتظار کرتے رہتے تھے ان کا روزانہ۔ تو جب وہ آئے تو سارے لوگوں نے ان کو</w:t>
      </w:r>
    </w:p>
    <w:p>
      <w:r>
        <w:rPr>
          <w:b/>
        </w:rPr>
        <w:t xml:space="preserve">[53:16] </w:t>
      </w:r>
      <w:r>
        <w:t>bohat hi ziyada welcome kiya aur un ki baat ko saaray logon ne, un ke sab un ke follower ban gaye. to yeh aik bohat achha, bhai, mein abhi bataya tha na ke tamam jo peghambar jin ka zikr Quran mein aaya hai, woh sab hamaray liye namona hain.</w:t>
      </w:r>
    </w:p>
    <w:p>
      <w:pPr>
        <w:jc w:val="right"/>
      </w:pPr>
      <w:r>
        <w:t>بہت ہی زیادہ ویلکم کیا اور ان کی بات کو سارے لوگوں نے، ان کے سب ان کے فالوور بن گئے۔ تو یہ ایک بہت اچھا، بھئی، میں ابھی بتایا تھا نا کہ تمام جو پیغمبر جن کا ذکر قرآن میں آیا ہے، وہ سب ہمارے لیے نمونہ ہیں۔</w:t>
      </w:r>
    </w:p>
    <w:p>
      <w:r>
        <w:rPr>
          <w:b/>
        </w:rPr>
        <w:t xml:space="preserve">[53:31] </w:t>
      </w:r>
      <w:r>
        <w:t>to hamein intezar karna hai aur har cheez ko intezar ke khane mein daal dena hai aur nermi ke sath apna kaam, mohabbat ke sath, nermi ke sath apne kaam karte rehna hai.</w:t>
      </w:r>
    </w:p>
    <w:p>
      <w:pPr>
        <w:jc w:val="right"/>
      </w:pPr>
      <w:r>
        <w:t>تو ہمیں ان انتظار کرنا ہے اور ہر چیز کو انتظار کے خانے میں ڈال دینا ہے اور نرمی کے ساتھ اپنا کام، محبت کے ساتھ، نرمی کے ساتھ اپنے کام کرتے رہنا ہے۔</w:t>
      </w:r>
    </w:p>
    <w:p>
      <w:r>
        <w:rPr>
          <w:b/>
        </w:rPr>
        <w:t xml:space="preserve">[53:43] </w:t>
      </w:r>
      <w:r>
        <w:t>kyun ke dekhiye, yeh aik bohat bara masla hai.</w:t>
      </w:r>
    </w:p>
    <w:p>
      <w:pPr>
        <w:jc w:val="right"/>
      </w:pPr>
      <w:r>
        <w:t>کیونکہ دیکھیے، یہ ایک بہت بڑا مسئلہ ہے۔</w:t>
      </w:r>
    </w:p>
    <w:p>
      <w:r>
        <w:rPr>
          <w:b/>
        </w:rPr>
        <w:t xml:space="preserve">[53:46] </w:t>
      </w:r>
      <w:r>
        <w:t>jaise aik fiqah mein masla hai ke koi blind man chal raha hai aur aagay ku'an hai, to us ko</w:t>
      </w:r>
    </w:p>
    <w:p>
      <w:pPr>
        <w:jc w:val="right"/>
      </w:pPr>
      <w:r>
        <w:t>جیسے ایک فقہ میں مسئلہ ہے کہ کوئی بلائنڈ مین چل رہا ہے اور آگے کنواں ہے، تو اس کو</w:t>
      </w:r>
    </w:p>
    <w:p>
      <w:r>
        <w:rPr>
          <w:b/>
        </w:rPr>
        <w:t xml:space="preserve">[53:56] </w:t>
      </w:r>
      <w:r>
        <w:t>foran batana hai ke ku'an ku'an, al-bir al-bir kehna hai. kyun ke agar hum der karein ge, un ka is ka naam lein ge, falan sahib kahein ge, aur dekhiye, idhar mat jaiyega, wahan ku'an hai, to itni der mein woh gir sakta hai.</w:t>
      </w:r>
    </w:p>
    <w:p>
      <w:pPr>
        <w:jc w:val="right"/>
      </w:pPr>
      <w:r>
        <w:t>فوراً بتانا ہے کہ کنواں کنواں، البیر البیر کہنا ہے۔ کیونکہ اگر ہم دیر کریں گے، ان کا اس کا نام لیں گے، فلاں صاحب کہیں گے، اور دیکھیے، ادھر مت جائیے گا، وہاں کنواں ہے، تو اتنی دیر میں وہ گر سکتا ہے۔</w:t>
      </w:r>
    </w:p>
    <w:p>
      <w:r>
        <w:rPr>
          <w:b/>
        </w:rPr>
        <w:t xml:space="preserve">[54:09] </w:t>
      </w:r>
      <w:r>
        <w:t>to sirf al-bir al-bir kahein ge.</w:t>
      </w:r>
    </w:p>
    <w:p>
      <w:pPr>
        <w:jc w:val="right"/>
      </w:pPr>
      <w:r>
        <w:t>تو صرف البیر البیر کہیں گے۔</w:t>
      </w:r>
    </w:p>
    <w:p>
      <w:r>
        <w:rPr>
          <w:b/>
        </w:rPr>
        <w:t xml:space="preserve">[54:12] </w:t>
      </w:r>
      <w:r>
        <w:t>to Maulana likhtay hain ke isi tarah poori insaniyat ku'an mein girnay ja rahi hai. hamein bata dena hai ke marne ke baad us ke sath kya hone wala hai.</w:t>
      </w:r>
    </w:p>
    <w:p>
      <w:pPr>
        <w:jc w:val="right"/>
      </w:pPr>
      <w:r>
        <w:t>تو مولانا لکھتے ہیں کہ اسی طریقے سے پوری انسانیت کنویں میں گرنے جا رہی ہے۔ ہمیں بتا دینا ہے کہ مرنے کے بعد اس کے ساتھ کیا ہونے والا ہے۔</w:t>
      </w:r>
    </w:p>
    <w:p>
      <w:r>
        <w:rPr>
          <w:b/>
        </w:rPr>
        <w:t xml:space="preserve">[54:21] </w:t>
      </w:r>
      <w:r>
        <w:t>ji ke woh apne amal ke liye Khuda ke haan accountable hai. Khuda ke haan judgment day aaye ga. Khuda ke haan jannat hai, jahannum hai. to yeh hamein bata dena hai aur bohat hi urgent basis par hamein is baat ko batana hai.</w:t>
      </w:r>
    </w:p>
    <w:p>
      <w:pPr>
        <w:jc w:val="right"/>
      </w:pPr>
      <w:r>
        <w:t>جی کہ وہ اپنے عمل کے لیے خدا کے ہاں اکاؤنٹیبل ہے۔ خدا کے ہاں ججمنٹ ڈے آئے گا۔ خدا کے ہاں جنت ہے، جہنم ہے۔ تو یہ ہمیں بتا دینا ہے اور بہت ہی ارجنٹ بیسز پر ہمیں اس بات کو بتانا ہے۔</w:t>
      </w:r>
    </w:p>
    <w:p>
      <w:r>
        <w:rPr>
          <w:b/>
        </w:rPr>
        <w:t xml:space="preserve">[54:35] </w:t>
      </w:r>
      <w:r>
        <w:t>ji, apa, kuch comment parhna chahoon ga. aakhri do sawal aap poochne se pehle. ah, Riyaz Bhatt sahib ne Srinagar se likha hai: "Taw spirit is exhibited when a da'i stands with a copy of divine message in crowd of thousands waiting for one seeker amongst them." ah, apa, is ke baray mein bhi aap hamein batayein.</w:t>
      </w:r>
    </w:p>
    <w:p>
      <w:pPr>
        <w:jc w:val="right"/>
      </w:pPr>
      <w:r>
        <w:t>جی، آپا، کچھ کمنٹ پڑھنا چاہوں گا۔ آخری دو سوال آپ پوچھنے سے پہلے۔ اہ، ریاض بھٹ صاحب نے سری نگر سے لکھا ہے: "تاو سپرٹ از ایگزیبیٹڈ وین ا دائی سٹینڈز ودا کاپی اف ڈیوائن میسج ان کراؤڈ اف تھاؤزنڈز ویٹنگ فار ون سیکر امنگز دیم۔" اہ، آپا، اس کے بارے میں بھی آپ ہمیں بتائیں۔</w:t>
      </w:r>
    </w:p>
    <w:p>
      <w:r>
        <w:rPr>
          <w:b/>
        </w:rPr>
        <w:t xml:space="preserve">[55:01] </w:t>
      </w:r>
      <w:r>
        <w:t>ah, yeh achha, yeh un ka sawal sawal bhi hai:</w:t>
      </w:r>
    </w:p>
    <w:p>
      <w:pPr>
        <w:jc w:val="right"/>
      </w:pPr>
      <w:r>
        <w:t>اہ، یہ اچھا، یہ ان کا سوال سوال بھی ہے:</w:t>
      </w:r>
    </w:p>
    <w:p>
      <w:r>
        <w:rPr>
          <w:b/>
        </w:rPr>
        <w:t xml:space="preserve">[55:06] </w:t>
      </w:r>
      <w:r>
        <w:t>"Taw spirit is exhibited when a da'i stands with a copy of divine message in crowd of thousands waiting for one seeker amongst them." to mere khayal se sahi.</w:t>
      </w:r>
    </w:p>
    <w:p>
      <w:pPr>
        <w:jc w:val="right"/>
      </w:pPr>
      <w:r>
        <w:t>"داو سپرٹ از ایگزیبیٹڈ وین ا دائی سٹینڈز ودا کاپی اف ڈیوائن میسج ان کراؤڈ اف تھاؤزنڈز ویٹنگ فار ون سیکر امنگز دیم۔" تو میرے خیال سے صحیح۔</w:t>
      </w:r>
    </w:p>
    <w:p>
      <w:r>
        <w:rPr>
          <w:b/>
        </w:rPr>
        <w:t xml:space="preserve">[55:17] </w:t>
      </w:r>
      <w:r>
        <w:t>yeh log to bohat zabardast kaam kar rahay hain. ji, aur rozana rozana woh le kar. matlab Kashmir mein jo team hai, aap woh woh keh rahi hain.</w:t>
      </w:r>
    </w:p>
    <w:p>
      <w:pPr>
        <w:jc w:val="right"/>
      </w:pPr>
      <w:r>
        <w:t>یہ لوگ تو بہت زبردست کام کر رہے ہیں۔ جی، اور روزانہ روزانہ وہ لے کر۔ مطلب کشمیر میں جو ٹیم ہے، آپ وہ وہ کہہ رہی ہیں۔</w:t>
      </w:r>
    </w:p>
    <w:p>
      <w:r>
        <w:rPr>
          <w:b/>
        </w:rPr>
        <w:t xml:space="preserve">[55:26] </w:t>
      </w:r>
      <w:r>
        <w:t>bohat zabardast kaam kar rahay hain. rozana woh jatay hain, kharay rehtay hain. isi mein un ko kuch seekers mil jatay hain. ji, ji, ji. to hamein talash karna hai seekers ki.</w:t>
      </w:r>
    </w:p>
    <w:p>
      <w:pPr>
        <w:jc w:val="right"/>
      </w:pPr>
      <w:r>
        <w:t>بہت زبردست کام کر رہے ہیں۔ روزانہ وہ جاتے ہیں، کھڑے رہتے ہیں۔ اسی میں ان کو کچھ سیکرز مل جاتے ہیں۔ جی، جی، جی۔ تو ہمیں تلاش کرنا ہے سیکرز کی۔</w:t>
      </w:r>
    </w:p>
    <w:p>
      <w:r>
        <w:rPr>
          <w:b/>
        </w:rPr>
        <w:t xml:space="preserve">[55:35] </w:t>
      </w:r>
      <w:r>
        <w:t>aur jab koi seeker milta hai to bohat khushi hoti hai ke hum ne us ko paigham Khuda ka pohancha diya. ji, ji. aur mein to kehti hoon, seekers hon ya na seekers hon,</w:t>
      </w:r>
    </w:p>
    <w:p>
      <w:pPr>
        <w:jc w:val="right"/>
      </w:pPr>
      <w:r>
        <w:t>اور جب کوئی سیکر ملتا ہے تو بہت خوشی ہوتی ہے کہ ہم نے اس کو پیغام خدا کا پہنچا دیا۔ جی، جی۔ اور میں تو کہتی ہوں، سیکرز ہوں یا نہ سیکرز ہوں،</w:t>
      </w:r>
    </w:p>
    <w:p>
      <w:r>
        <w:rPr>
          <w:b/>
        </w:rPr>
        <w:t xml:space="preserve">[55:45] </w:t>
      </w:r>
      <w:r>
        <w:t>jo bhi accept kare, us ko dena chahiye. ho sakta hai Allah taala us ka dil kal khol de, parson khol de, kabhi khol de us ka dil.</w:t>
      </w:r>
    </w:p>
    <w:p>
      <w:pPr>
        <w:jc w:val="right"/>
      </w:pPr>
      <w:r>
        <w:t>جو بھی ایکسیپٹ کرے، اس کو دینا چاہیے۔ ہو سکتا ہے اللہ تعالی اس کا دل کل کھول دے، پرسوں کھول دے، کبھی کھول دے اس کا دل۔</w:t>
      </w:r>
    </w:p>
    <w:p>
      <w:r>
        <w:rPr>
          <w:b/>
        </w:rPr>
        <w:t xml:space="preserve">[55:54] </w:t>
      </w:r>
      <w:r>
        <w:t>to yeh baat jo hai, bas woh har halat mein hamein logon tak Khuda ka paigham pohanchana hai. chahe aik hi baat ho, aik hi word ho, aur chahe aik chhota sa pamphlet ho, woh logon ko de dena hai.</w:t>
      </w:r>
    </w:p>
    <w:p>
      <w:pPr>
        <w:jc w:val="right"/>
      </w:pPr>
      <w:r>
        <w:t>تو یہ بات جو ہے، بس وہ ہر حالت میں ہمیں لوگوں تک خدا کا پیغام پہنچانا ہے۔ چاہے ایک ہی بات ہو، ایک ہی ورث ہو، اور چاہے ایک چھوٹا سا پیمفلیٹ ہو، وہ لوگوں کو دے دینا ہے۔</w:t>
      </w:r>
    </w:p>
    <w:p>
      <w:r>
        <w:rPr>
          <w:b/>
        </w:rPr>
        <w:t xml:space="preserve">[56:09] </w:t>
      </w:r>
      <w:r>
        <w:t>j</w:t>
      </w:r>
    </w:p>
    <w:p>
      <w:pPr>
        <w:jc w:val="right"/>
      </w:pPr>
      <w:r>
        <w:t>ج</w:t>
      </w:r>
    </w:p>
    <w:p>
      <w:r>
        <w:rPr>
          <w:b/>
        </w:rPr>
        <w:t xml:space="preserve">[56:10] </w:t>
      </w:r>
      <w:r>
        <w:t>y, to jo yeh bohat achha kaam ho raha hai, bohat saaray log hain yeh kaam kar rahay hain. aur jab in logon ko dekhtay hain ke log khushi khushi accept kar rahay hain, to bohat ziyada khushi hasil hoti hai.</w:t>
      </w:r>
    </w:p>
    <w:p>
      <w:pPr>
        <w:jc w:val="right"/>
      </w:pPr>
      <w:r>
        <w:t>ی، تو جو یہ بہت اچھا کام ہو رہا ہے، بہت سارے لوگ ہیں یہ کام کر رہے ہیں۔ اور جب ان لوگوں کو دیکھتے ہیں کہ لوگ خوشی خوشی ایکسیپٹ کر رہے ہیں، تو بہت زیادہ خوشی حاصل ہوتی ہے۔</w:t>
      </w:r>
    </w:p>
    <w:p>
      <w:r>
        <w:rPr>
          <w:b/>
        </w:rPr>
        <w:t xml:space="preserve">[56:28] </w:t>
      </w:r>
      <w:r>
        <w:t>ah, bilkul. kyun ke apa, unhon ne ah un ke samnay jo opportunity pesh aayi, jo CPS team hai, apa jinka zikr kar rahi hain, jaise Riyaz Bhatt sahib ne bheja hai, wahan pe bohat ah CPS ke members hain: Shahid Hussain sahib, Riyaz Bhatt sahib, Hamid Ullah</w:t>
      </w:r>
    </w:p>
    <w:p>
      <w:pPr>
        <w:jc w:val="right"/>
      </w:pPr>
      <w:r>
        <w:t>اہ، بالکل۔ کیونکہ آپا، انہوں نے اہ ان کے سامنے جو اپرچونیٹی پیش آئی، جو سی پی ایس ٹیم ہے، آپا جن کا ذکر کر رہی ہیں، جیسے ریاض بھٹ صاحب نے بھیجا ہے، وہاں پہ بہت اہ سی پی ایس کے ممبرز ہیں: شاہد حسین صاحب، ریاض بھٹ صاحب، حمید اللہ</w:t>
      </w:r>
    </w:p>
    <w:p>
      <w:r>
        <w:rPr>
          <w:b/>
        </w:rPr>
        <w:t xml:space="preserve">[56:42] </w:t>
      </w:r>
      <w:r>
        <w:t>Hamid sahib, Aamir Mori sahib, aur bohat se log. ah, tourist wahan pe bohat ziyada atay hain, to un un se interact karte hain. ah, un un un ko ah Quran as a spiritual gift dete hain.</w:t>
      </w:r>
    </w:p>
    <w:p>
      <w:pPr>
        <w:jc w:val="right"/>
      </w:pPr>
      <w:r>
        <w:t>حمید صاحب، عامر موری صاحب، اور بہت سے لوگ۔ اہ، ٹورسٹ وہاں پہ بہت زیادہ آتے ہیں، تو ان ان سے انٹریکٹ کرتے ہیں۔ اہ، ان ان ان کو اہ قرآن ایز ا سپرچول گفٹ دیتے ہیں۔</w:t>
      </w:r>
    </w:p>
    <w:p>
      <w:r>
        <w:rPr>
          <w:b/>
        </w:rPr>
        <w:t xml:space="preserve">[56:53] </w:t>
      </w:r>
      <w:r>
        <w:t>to aik opportunity capitalize ah ah woh daily basis pe kar rahay hain. aur Maulana sahib yahi kehtay thay ke aap hamesha apne sath carry karein apne bag mein.</w:t>
      </w:r>
    </w:p>
    <w:p>
      <w:pPr>
        <w:jc w:val="right"/>
      </w:pPr>
      <w:r>
        <w:t>تو ایک اپرچونیٹی کیپیٹلائز اہ اہ وہ ڈیلی بیسس پہ کر رہے ہیں۔ اور مولانا صاحب یہی کہتے تھے کہ آپ ہمیشہ اپنے ساتھ کیری کریں اپنے بیگ میں۔</w:t>
      </w:r>
    </w:p>
    <w:p>
      <w:r>
        <w:rPr>
          <w:b/>
        </w:rPr>
        <w:t xml:space="preserve">[57:03] </w:t>
      </w:r>
      <w:r>
        <w:t>because you don't know who you will meet on the way. so opportunity can come in various form</w:t>
      </w:r>
    </w:p>
    <w:p>
      <w:pPr>
        <w:jc w:val="right"/>
      </w:pPr>
      <w:r>
        <w:t>بیکاز یو ڈونٹ نو ہو یو ویل میٹ ان دا وے۔ سو اپرچونیٹی کین کم ان ویریس فار</w:t>
      </w:r>
    </w:p>
    <w:p>
      <w:r>
        <w:rPr>
          <w:b/>
        </w:rPr>
        <w:t xml:space="preserve">[57:10] </w:t>
      </w:r>
      <w:r>
        <w:t>muz. so one should be ready all the time. ah, apa, yeh ah aik comment aur sawal hai. syed haseeb shah naqvi sahib ne lahore se bheja hai.</w:t>
      </w:r>
    </w:p>
    <w:p>
      <w:pPr>
        <w:jc w:val="right"/>
      </w:pPr>
      <w:r>
        <w:t>مز۔ سو ون شوڈ بی ریڈی ال دا ٹائم۔ اہ، آپا، یہ اہ ایک کمنٹ اور سوال ہے۔ سید حسیب شاہ نقوی صاحب نے لاہور سے بھیجا ہے۔</w:t>
      </w:r>
    </w:p>
    <w:p>
      <w:r>
        <w:rPr>
          <w:b/>
        </w:rPr>
        <w:t xml:space="preserve">[57:20] </w:t>
      </w:r>
      <w:r>
        <w:t>unhon ne likha hai: "muslim aur momin mein kya farq hai? aur kya ah allah ki madad aur nasrat ah kis ke zyada qareeb hoti hai</w:t>
      </w:r>
    </w:p>
    <w:p>
      <w:pPr>
        <w:jc w:val="right"/>
      </w:pPr>
      <w:r>
        <w:t>انہوں نے لکھا ہے: "مسلم اور مومن میں کیا فرق ہے؟ اور کیا اہ اللہ کی مدد اور نصرت اہ کس کے زیادہ قریب ہوتی ہے</w:t>
      </w:r>
    </w:p>
    <w:p>
      <w:r>
        <w:rPr>
          <w:b/>
        </w:rPr>
        <w:t xml:space="preserve">[57:31] </w:t>
      </w:r>
      <w:r>
        <w:t>?" ah, is ke baray mein batayen. aur unhon ne comment bhi bheja hai ke allah ah ah aap aap ko, apa aap ko, aur cps ki team ko jaza de.</w:t>
      </w:r>
    </w:p>
    <w:p>
      <w:pPr>
        <w:jc w:val="right"/>
      </w:pPr>
      <w:r>
        <w:t>؟" اہ، اس کے بارے میں بتائیں۔ اور انہوں نے کمنٹ بھی بھیجا ہے کہ اللہ اہ اہ آپ آپ کو، آپا آپ کو، اور سی پی ایس کی ٹیم کو جزا دے۔</w:t>
      </w:r>
    </w:p>
    <w:p>
      <w:r>
        <w:rPr>
          <w:b/>
        </w:rPr>
        <w:t xml:space="preserve">[57:42] </w:t>
      </w:r>
      <w:r>
        <w:t>ameen. muslim ka literal maani to wahi hai: "one who has surrendered to god." literal maani to momin hi hai.</w:t>
      </w:r>
    </w:p>
    <w:p>
      <w:pPr>
        <w:jc w:val="right"/>
      </w:pPr>
      <w:r>
        <w:t>آمین۔ مسلم کا لٹرل معنی تو وہی ہے: "ون ہو ہیز سرینڈر ٹو گاڈ۔" لٹرل معنی تو مومن ہی ہے۔</w:t>
      </w:r>
    </w:p>
    <w:p>
      <w:r>
        <w:rPr>
          <w:b/>
        </w:rPr>
        <w:t xml:space="preserve">[57:51] </w:t>
      </w:r>
      <w:r>
        <w:t>ji,</w:t>
      </w:r>
    </w:p>
    <w:p>
      <w:pPr>
        <w:jc w:val="right"/>
      </w:pPr>
      <w:r>
        <w:t>جی،</w:t>
      </w:r>
    </w:p>
    <w:p>
      <w:r>
        <w:rPr>
          <w:b/>
        </w:rPr>
        <w:t xml:space="preserve">[57:52] </w:t>
      </w:r>
      <w:r>
        <w:t>lekin ab kya hai ke by birth har aadmi jo chahe woh surrender kiye hue hon, na kiye hue hon, lekin ab muslim ghar mein paida ho gaya to woh muslim hai.</w:t>
      </w:r>
    </w:p>
    <w:p>
      <w:pPr>
        <w:jc w:val="right"/>
      </w:pPr>
      <w:r>
        <w:t>لیکن اب کیا ہے کہ بائی برتھ ہر آدمی جو چاہے وہ سرینڈر کیے ہوئے ہوں، نہ کیے ہوئے ہوں، لیکن اب مسلم گھر میں پیدا ہو گیا تو وہ مسلم ہے۔</w:t>
      </w:r>
    </w:p>
    <w:p>
      <w:r>
        <w:rPr>
          <w:b/>
        </w:rPr>
        <w:t xml:space="preserve">[58:02] </w:t>
      </w:r>
      <w:r>
        <w:t>hmm, to isi liye quran mein bar bar momin ka lafz istemal hua hai. ji, muslim ka lafz wahin istemal hua jahan khuda ke surrender ke maani mein, submission ke maani mein mafhoom hai.</w:t>
      </w:r>
    </w:p>
    <w:p>
      <w:pPr>
        <w:jc w:val="right"/>
      </w:pPr>
      <w:r>
        <w:t>ہمم، تو اسی لیے قرآن میں بار بار مومن کا لفظ استعمال ہوا ہے۔ جی، مسلم کا لفظ وہیں استعمال ہوا جہاں خدا کے سرینڈر کے معنی میں، سبمیشن کے معنی میں مفہوم ہے۔</w:t>
      </w:r>
    </w:p>
    <w:p>
      <w:r>
        <w:rPr>
          <w:b/>
        </w:rPr>
        <w:t xml:space="preserve">[58:15] </w:t>
      </w:r>
      <w:r>
        <w:t>aur waise believer ka lafz istemal hua hai: momin.</w:t>
      </w:r>
    </w:p>
    <w:p>
      <w:pPr>
        <w:jc w:val="right"/>
      </w:pPr>
      <w:r>
        <w:t>اور ویسے بیلیور کا لفظ استعمال ہوا ہے: مومن۔</w:t>
      </w:r>
    </w:p>
    <w:p>
      <w:r>
        <w:rPr>
          <w:b/>
        </w:rPr>
        <w:t xml:space="preserve">[58:19] </w:t>
      </w:r>
      <w:r>
        <w:t>to hum paidaishi taur par musalman ho sakte hain, lekin humein real sense mein musalman hona hai. real sense mein wahi hai: "one who has surrendered, one who has submitted to god's will." to is sense mein to dono aik hi cheez hain.</w:t>
      </w:r>
    </w:p>
    <w:p>
      <w:pPr>
        <w:jc w:val="right"/>
      </w:pPr>
      <w:r>
        <w:t>تو ہم پیدائشی طور پر مسلمان ہو سکتے ہیں، لیکن ہمیں ریئل سینس میں مسلمان ہونا ہے۔ ریئل سینس میں وہی ہے: "ون ہو ہیز سرینڈرڈ، ون ہو ہیز سبمٹڈ ٹو گاڈز ول۔" تو اس سینس میں تو دونوں ایک ہی چیز ہیں۔</w:t>
      </w:r>
    </w:p>
    <w:p>
      <w:r>
        <w:rPr>
          <w:b/>
        </w:rPr>
        <w:t xml:space="preserve">[58:36] </w:t>
      </w:r>
      <w:r>
        <w:t>ji, balkay apa yeh yeh keh sakte hain, aur maulana ne is ka kahin zikr bhi kiya hai ke aik muslim ki identity is ke dawi hone par establish hoti hai.</w:t>
      </w:r>
    </w:p>
    <w:p>
      <w:pPr>
        <w:jc w:val="right"/>
      </w:pPr>
      <w:r>
        <w:t>جی، بلکہ آپا یہ یہ کہہ سکتے ہیں، اور مولانا نے اس کا کہیں ذکر بھی کیا ہے کہ ایک مسلم کی آئیڈینٹیٹی اس کے دائی ہونے پر اسٹیبلش ہوتی ہے۔</w:t>
      </w:r>
    </w:p>
    <w:p>
      <w:r>
        <w:rPr>
          <w:b/>
        </w:rPr>
        <w:t xml:space="preserve">[58:45] </w:t>
      </w:r>
      <w:r>
        <w:t>ah, agar aap ne aap dawi nahi ban paye to your case is a case of missed opportunity ke aik bohat bari inaamaat lene ki aik opportunity aayi ke aap kuch aisa kaam kar rahe hain jo allah ka kaam hai, aur is mein aap aagay nahi barh rahay.</w:t>
      </w:r>
    </w:p>
    <w:p>
      <w:pPr>
        <w:jc w:val="right"/>
      </w:pPr>
      <w:r>
        <w:t>اہ، اگر آپ نے آپ دائی نہیں بن پائے تو یور کیس از ا کیس اف مسڈ اپرچونیٹی کہ ایک بہت بڑی انعامات لینے کی ایک اپرچونیٹی آئی کہ آپ کچھ ایسا کام کر رہے ہیں جو اللہ کا کام ہے، اور اس میں آپ آگے نہیں بڑھ رہے۔</w:t>
      </w:r>
    </w:p>
    <w:p>
      <w:r>
        <w:rPr>
          <w:b/>
        </w:rPr>
        <w:t xml:space="preserve">[59:00] </w:t>
      </w:r>
      <w:r>
        <w:t>to yeh ah aik case of missed opportunity ban jata hai. apa, agla comment parhna chahunga. muhammad asif sahib ne lucknow se bheja</w:t>
      </w:r>
    </w:p>
    <w:p>
      <w:pPr>
        <w:jc w:val="right"/>
      </w:pPr>
      <w:r>
        <w:t>تو یہ اہ ایک کیس اف مسڈ اپرچونیٹی بن جاتا ہے۔ آپا، اگلا کمنٹ پڑھنا چاہوں گا۔ محمد اصف صاحب نے لکھنو سے بھیجا</w:t>
      </w:r>
    </w:p>
    <w:p>
      <w:r>
        <w:rPr>
          <w:b/>
        </w:rPr>
        <w:t xml:space="preserve">[59:09] </w:t>
      </w:r>
      <w:r>
        <w:t>hai. unhon ne likha hai: "bohat kuch apa ne aaj aham baat batai hai. logon se mohabbat karo aur naik kaam karte jao. aap ki apni zimmedari poori ho jati hai, aur sahi waqt aanay par log aap ki sahi niyat samajh hi jatay hain." bohat shukriya.</w:t>
      </w:r>
    </w:p>
    <w:p>
      <w:pPr>
        <w:jc w:val="right"/>
      </w:pPr>
      <w:r>
        <w:t>ہے۔ انہوں نے لکھا ہے: "بہت کچھ آپا نے آج اہم بات بتائی ہے۔ لوگوں سے محبت کرو اور نیک کام کرتے جاؤ۔ آپ کی اپنی ذمہ داری پوری ہو جاتی ہے، اور صحیح وقت آنے پر لوگ آپ کی صحیح نیت سمجھ ہی جاتے ہیں۔" بہت شکریہ۔</w:t>
      </w:r>
    </w:p>
    <w:p>
      <w:r>
        <w:rPr>
          <w:b/>
        </w:rPr>
        <w:t xml:space="preserve">[59:26] </w:t>
      </w:r>
      <w:r>
        <w:t>allah cps team ko taraqqi de. ah, ab aakhri sawal ki taraf rukh karte hain.</w:t>
      </w:r>
    </w:p>
    <w:p>
      <w:pPr>
        <w:jc w:val="right"/>
      </w:pPr>
      <w:r>
        <w:t>اللہ سی پی ایس ٹیم کو ترقی دے۔ اہ، اب آخری سوال کی طرف رخ کرتے ہیں۔</w:t>
      </w:r>
    </w:p>
    <w:p>
      <w:r>
        <w:rPr>
          <w:b/>
        </w:rPr>
        <w:t xml:space="preserve">[59:31] </w:t>
      </w:r>
      <w:r>
        <w:t>ah, jaisa ke hum jantay hain ke now prophetic mission is arrived in the twenty first century, and this is the age of reason. so it is important that we present the message of god by giving rational proof and logic, so that it addresses modern mind.</w:t>
      </w:r>
    </w:p>
    <w:p>
      <w:pPr>
        <w:jc w:val="right"/>
      </w:pPr>
      <w:r>
        <w:t>اہ، جیسا کہ ہم جانتے ہیں کہ ناو پرافیٹک مشن از ارائیوڈ ان دا ٹونٹی فرسٹ سینچری، اینڈ دس از دا ایج اف ریزن۔ سو اٹ از امپورٹنٹ دیٹ وی پریزنٹ دی میسج اف گاڈ بائی گیونگ ریشنل پروف اینڈ لاجک، سو دیٹ اٹ ایڈریسز ماڈرن مائنڈ۔</w:t>
      </w:r>
    </w:p>
    <w:p>
      <w:r>
        <w:rPr>
          <w:b/>
        </w:rPr>
        <w:t xml:space="preserve">[59:49] </w:t>
      </w:r>
      <w:r>
        <w:t>to apa, aik sawal jo saaray programs dekh rahe hain, ah, aur khas kar youngsters bhi hain, ah, jo janna chahtay hain ke kya method hona chahiye dawah work ka,</w:t>
      </w:r>
    </w:p>
    <w:p>
      <w:pPr>
        <w:jc w:val="right"/>
      </w:pPr>
      <w:r>
        <w:t>تو آپا، ایک سوال جو سارے پروگرامز دیکھ رہے ہیں، اہ، اور خاص کر جوینگسٹرز بھی ہیں، اہ، جو جاننا چاہتے ہیں کہ کیا میتھڈ ہونا چاہیے داؤ ورک کا،</w:t>
      </w:r>
    </w:p>
    <w:p>
      <w:r>
        <w:rPr>
          <w:b/>
        </w:rPr>
        <w:t xml:space="preserve">[1:00:01] </w:t>
      </w:r>
      <w:r>
        <w:t>ah, kaise karen, to is ke baray mein aap kuch batayen. is mein aik baat khas yeh hai ke hum ko arguments ke sath baat karni chahiye, rational argument, nah ke fazilat ke andaaz mein.</w:t>
      </w:r>
    </w:p>
    <w:p>
      <w:pPr>
        <w:jc w:val="right"/>
      </w:pPr>
      <w:r>
        <w:t>اہ، کیسے کریں، تو اس کے بارے میں آپ کچھ بتائیں۔ اس میں ایک بات خاص یہ ہے کہ ہم کو ارگومنٹس کے ساتھ بات کرنی چاہیے، ریشنل ارگومنٹ، نہ کہ فضیلت کے انداز میں۔</w:t>
      </w:r>
    </w:p>
    <w:p>
      <w:r>
        <w:rPr>
          <w:b/>
        </w:rPr>
        <w:t xml:space="preserve">[1:00:17] </w:t>
      </w:r>
      <w:r>
        <w:t>hamara yeh sab se afzal, hamara rasool sab se afzal, yeh sab nahi</w:t>
      </w:r>
    </w:p>
    <w:p>
      <w:pPr>
        <w:jc w:val="right"/>
      </w:pPr>
      <w:r>
        <w:t>ہمارا یہ سب سے افضل، ہمارا رسول سب سے افضل، یہ سب نہیں</w:t>
      </w:r>
    </w:p>
    <w:p>
      <w:r>
        <w:rPr>
          <w:b/>
        </w:rPr>
        <w:t xml:space="preserve">[1:00:23] </w:t>
      </w:r>
      <w:r>
        <w:t>۔ argument ke andaaz mein baat honi chahiye, tabhi logon ko baat samajh mein ayegi. aur is mein quran mein hai ke tum logon se aisi baat kaho jo un ke dilon mein utar jaye.</w:t>
      </w:r>
    </w:p>
    <w:p>
      <w:pPr>
        <w:jc w:val="right"/>
      </w:pPr>
      <w:r>
        <w:t>۔ ارگومنٹ کے انداز میں بات ہونی چاہیے، تبھی لوگوں کو بات سمجھ میں آئے گی۔ اور اس میں قرآن میں ہے کہ تم لوگوں سے ایسی بات کہو جو ان کے دلوں میں اتر جائے۔</w:t>
      </w:r>
    </w:p>
    <w:p>
      <w:r>
        <w:rPr>
          <w:b/>
        </w:rPr>
        <w:t xml:space="preserve">[1:00:35] </w:t>
      </w:r>
      <w:r>
        <w:t>to woh argument hi wali baat dilon mein utray gi, kyunke har insaan ke andar mind hai, rational thinking hai, to us ke hisab se us ko samajhna, samajhna, woh samajhna chahta hai ke us ke mind ko address karen, tabhi us ko samajh mein ayega.</w:t>
      </w:r>
    </w:p>
    <w:p>
      <w:pPr>
        <w:jc w:val="right"/>
      </w:pPr>
      <w:r>
        <w:t>تو وہ ارگومنٹ ہی والی بات دلوں میں اترے گی، کیونکہ ہر انسان کے اندر مائنڈ ہے، ریشنل تھنکنگ ہے، تو اس کے حساب سے اس کو سمجھنا، سمجھنا، وہ سمجھنا چاہتا ہے کہ اس کے مائنڈ کو ایڈریس کریں، تبھی اس کو سمجھ میں آئے گا۔</w:t>
      </w:r>
    </w:p>
    <w:p>
      <w:r>
        <w:rPr>
          <w:b/>
        </w:rPr>
        <w:t xml:space="preserve">[1:00:54] </w:t>
      </w:r>
      <w:r>
        <w:t>to koi bhi baat humein adab e dawah mein yeh hai ke humein prestige issue nahi banana chahiye kisi bhi baat ko. bilkul, bilkul normal andaaz mein baat karen, bilkul surrender khuda ke aagay apne aap ko surrender kar den, apni ego ko samnay nahi layen, aur jo hai dialogue ke andaaz mein baat karen.</w:t>
      </w:r>
    </w:p>
    <w:p>
      <w:pPr>
        <w:jc w:val="right"/>
      </w:pPr>
      <w:r>
        <w:t>تو کوئی بھی بات ہمیں اداب دعوت میں یہ ہے کہ ہمیں پریسٹیج ایشو نہیں بنانا چاہیے کسی بھی بات کو۔ بالکل، بالکل نارمل انداز میں بات کریں، بالکل سرینڈر خدا کے آگے اپنے آپ کو سرینڈر کر دیں، اپنی ایگو کو سامنے نہیں لائیں، اور جو ہے ڈائیلاگ کے انداز میں بات کریں۔</w:t>
      </w:r>
    </w:p>
    <w:p>
      <w:r>
        <w:rPr>
          <w:b/>
        </w:rPr>
        <w:t xml:space="preserve">[1:01:17] </w:t>
      </w:r>
      <w:r>
        <w:t>debate islam mein nahi hai. bar bar maulana ne likha hai ke debate nahi islam mein hai. islam mein dialogue hai.</w:t>
      </w:r>
    </w:p>
    <w:p>
      <w:pPr>
        <w:jc w:val="right"/>
      </w:pPr>
      <w:r>
        <w:t>ڈیبیٹ اسلام میں نہیں ہے۔ بار بار مولانا نے لکھا ہے کہ ڈیبیٹ نہیں اسلام میں ہے۔ اسلام میں ڈائیلاگ ہے۔</w:t>
      </w:r>
    </w:p>
    <w:p>
      <w:r>
        <w:rPr>
          <w:b/>
        </w:rPr>
        <w:t xml:space="preserve">[1:01:24] </w:t>
      </w:r>
      <w:r>
        <w:t>ji, baat cheet ke andaaz mein. haan, bohat important hai. aur hum doosray ki baat sunen, us us se apni jo hai learning karen, us se sharing sharing jo hota hai na andaaz ke us se hum kuch le rahe hain, woh hum se kuch le raha hai.</w:t>
      </w:r>
    </w:p>
    <w:p>
      <w:pPr>
        <w:jc w:val="right"/>
      </w:pPr>
      <w:r>
        <w:t>جی، بات چیت کے انداز میں۔ ہاں، بہت امپورٹنٹ ہے۔ اور ہم دوسرے کی بات سنیں، اس اس سے اپنی جو ہے لرننگ کریں، اس سے شیئر شیئرنگ جو ہوتا ہے نا انداز کہ اس سے ہم کچھ لے رہے ہیں، وہ ہم سے کچھ لے رہا ہے۔</w:t>
      </w:r>
    </w:p>
    <w:p>
      <w:r>
        <w:rPr>
          <w:b/>
        </w:rPr>
        <w:t xml:space="preserve">[1:01:41] </w:t>
      </w:r>
      <w:r>
        <w:t>to yeh andaaz jo hai, us se hamara intellectually hum apne aap ko develop karte hain. to dialogue se yahi hota hai, aik sharing ka mahol hota hai.</w:t>
      </w:r>
    </w:p>
    <w:p>
      <w:pPr>
        <w:jc w:val="right"/>
      </w:pPr>
      <w:r>
        <w:t>تو یہ انداز جو ہے، اس سے ہمارا انٹلیکچولی ہم اپنے آپ کو ڈیویلپ کرتے ہیں۔ تو ڈائیلاگ سے یہی ہوتا ہے، ایک شیئرنگ کا ماحول ہوتا ہے۔</w:t>
      </w:r>
    </w:p>
    <w:p>
      <w:r>
        <w:rPr>
          <w:b/>
        </w:rPr>
        <w:t xml:space="preserve">[1:01:51] </w:t>
      </w:r>
      <w:r>
        <w:t>to yeh aik doosray se faida humein lena chahiye, kyunke har jagah kuch achi baatein hoti hain. to har aik se humein achi baatein humein lete rehna hai aur grow karte rehna hai.</w:t>
      </w:r>
    </w:p>
    <w:p>
      <w:pPr>
        <w:jc w:val="right"/>
      </w:pPr>
      <w:r>
        <w:t>تو یہ ایک دوسرے سے فائدہ ہمیں لینا چاہیے، کیونکہ ہر جگہ کچھ اچھی باتیں ہوتی ہیں۔ تو ہر ایک سے ہمیں اچھی باتیں ہمیں لیتے رہنا ہے اور گرو کرتے رہنا ہے۔</w:t>
      </w:r>
    </w:p>
    <w:p>
      <w:r>
        <w:rPr>
          <w:b/>
        </w:rPr>
        <w:t xml:space="preserve">[1:02:03] </w:t>
      </w:r>
      <w:r>
        <w:t>ek misaal ek molana bataya tha na is ki swami vivekanand ki. ji ji, to ek baar swami vivekanand kahin gaye aur logon ne un ka test lena chaha ke yeh sach much hi swami hain ya aise hi bane hue hain.</w:t>
      </w:r>
    </w:p>
    <w:p>
      <w:pPr>
        <w:jc w:val="right"/>
      </w:pPr>
      <w:r>
        <w:t>ایک مثال ایک مولانا بتایا تھا نا اس کی سوامی ویکانند کی۔ جی جی، تو ایک بار سوامی ویکانند کہیں گئے اور لوگوں نے ان کا ٹیسٹ لینا چاہا کہ یہ سچ مچ ہی سوامی ہیں یا ایسے ہی بنے ہوئے ہیں۔</w:t>
      </w:r>
    </w:p>
    <w:p>
      <w:r>
        <w:rPr>
          <w:b/>
        </w:rPr>
        <w:t xml:space="preserve">[1:02:18] </w:t>
      </w:r>
      <w:r>
        <w:t>to matlab bhadak jayenge kisi baat pe ke nahi bhadkenge. to phir is ke baad unhone bohat sari kitabein rakh dein, to geeta ko sab se neeche rakha, bible ko sab se upar rakha.</w:t>
      </w:r>
    </w:p>
    <w:p>
      <w:pPr>
        <w:jc w:val="right"/>
      </w:pPr>
      <w:r>
        <w:t>تو مطلب بھڑک جائیں گے کسی بات پہ کہ نہیں بھڑکیں گے۔ تو پھر اس کے بعد انہوں نے بہت ساری کتابیں رکھ دیں، تو گیتا کو سب سے نیچے رکھا، بائبل کو سب سے اوپر رکھا۔</w:t>
      </w:r>
    </w:p>
    <w:p>
      <w:r>
        <w:rPr>
          <w:b/>
        </w:rPr>
        <w:t xml:space="preserve">[1:02:31] </w:t>
      </w:r>
      <w:r>
        <w:t>ji, woh samjhe ke ab yeh is pe bhadak jayenge ke tum ne hamari kitab ka inadar kiya hai. to swami ji ne jawab diya, dekh ke ek minute mein bilkul bilkul unhone negative nahi hue, unhone kaha ke the foundation is really good.</w:t>
      </w:r>
    </w:p>
    <w:p>
      <w:pPr>
        <w:jc w:val="right"/>
      </w:pPr>
      <w:r>
        <w:t>جی، وہ سمجھے کہ اب یہ اس پہ بھڑک جائیں گے کہ تم نے ہماری کتاب کا انادر کیا ہے۔ تو سوامی جی نے جواب دیا، دیکھ کے ایک منٹ میں بالکل بالکل انہوں نے نیگیٹیو نہیں ہوئے، انہوں نے کہا کہ دی فاؤنڈیشن از ریلی گڈ۔</w:t>
      </w:r>
    </w:p>
    <w:p>
      <w:r>
        <w:rPr>
          <w:b/>
        </w:rPr>
        <w:t xml:space="preserve">[1:02:45] </w:t>
      </w:r>
      <w:r>
        <w:t>ji,</w:t>
      </w:r>
    </w:p>
    <w:p>
      <w:pPr>
        <w:jc w:val="right"/>
      </w:pPr>
      <w:r>
        <w:t>جی،</w:t>
      </w:r>
    </w:p>
    <w:p>
      <w:r>
        <w:rPr>
          <w:b/>
        </w:rPr>
        <w:t xml:space="preserve">[1:02:46] </w:t>
      </w:r>
      <w:r>
        <w:t>to hamein har ek se learning karni hai, yahi dialogue ki spirit hai, aur well wishing hamein honi chahiye sab ke liye. to phir hum khud ba khud hum yeh learning wala jo concept hai, yeh hamare andar paida ho jayega,</w:t>
      </w:r>
    </w:p>
    <w:p>
      <w:pPr>
        <w:jc w:val="right"/>
      </w:pPr>
      <w:r>
        <w:t>تو ہمیں ہر ایک سے لرننگ کرنی ہے، یہی ڈائیلاگ کی سپرٹ ہے، اور ویل وشنگ ہمیں ہونی چاہیے سب کے لیے۔ تو پھر ہم خود بخود ہم یہ لرننگ والا جو کانسیپٹ ہے، یہ ہمارے اندر پیدا ہو جائے گا،</w:t>
      </w:r>
    </w:p>
    <w:p>
      <w:r>
        <w:rPr>
          <w:b/>
        </w:rPr>
        <w:t xml:space="preserve">[1:03:01] </w:t>
      </w:r>
      <w:r>
        <w:t>aur jo haq ki baat hogi to conditioning jaise khatam ho jayegi, to hamein khud ba khud hamein samajh mein aa jayega, kyunke har insan apne khaliq ki, apne sustainer ki, apne lord ki t</w:t>
      </w:r>
    </w:p>
    <w:p>
      <w:pPr>
        <w:jc w:val="right"/>
      </w:pPr>
      <w:r>
        <w:t>اور جو حق کی بات ہوگی تو کنڈیشننگ جیسے ختم ہو جائے گی، تو ہمیں خود بخود ہمیں سمجھ میں آ جائے گا، کیونکہ ہر انسان اپنے خالق کی، اپنے سسٹینر کی، اپنے لارڈ کی ت</w:t>
      </w:r>
    </w:p>
    <w:p>
      <w:r>
        <w:rPr>
          <w:b/>
        </w:rPr>
        <w:t xml:space="preserve">[1:03:14] </w:t>
      </w:r>
      <w:r>
        <w:t>lash mein hai. to yeh hamari human nature ka apna hi yeh requirement hai. ji, to agar hum bohat hi achhe tarike se narmi se aur bohat hi well wishing ke sath baat karenge to woh khud ba khud baaton ko samjhega.</w:t>
      </w:r>
    </w:p>
    <w:p>
      <w:pPr>
        <w:jc w:val="right"/>
      </w:pPr>
      <w:r>
        <w:t>لاش میں ہے۔ تو یہ ہماری ہیومن نیچر کا اپنا ہی یہ ریکوائرمنٹ ہے۔ جی، تو اگر ہم بہت ہی اچھے طریقے سے نرمی سے اور بہت ہی ویل وشنگ کے ساتھ بات کریں گے تو وہ خود بخود باتوں کو سمجھے گا۔</w:t>
      </w:r>
    </w:p>
    <w:p>
      <w:r>
        <w:rPr>
          <w:b/>
        </w:rPr>
        <w:t xml:space="preserve">[1:03:28] </w:t>
      </w:r>
      <w:r>
        <w:t>ji, bilkul theek hai. ji, juz</w:t>
      </w:r>
    </w:p>
    <w:p>
      <w:pPr>
        <w:jc w:val="right"/>
      </w:pPr>
      <w:r>
        <w:t>جی، بالکل ٹھیک ہے۔ جی، جز</w:t>
      </w:r>
    </w:p>
    <w:p>
      <w:r>
        <w:rPr>
          <w:b/>
        </w:rPr>
        <w:t xml:space="preserve">[1:03:31] </w:t>
      </w:r>
      <w:r>
        <w:t>ak allah aap ka. bohat hi aaj aap ne achhe andaaz mein, simple way mein, rational way mein aap ne aaj ka bohat hi important subject ko address kara, aur jaisa ke hum ne dekha bhi, logon ne bohat pasand kiya.</w:t>
      </w:r>
    </w:p>
    <w:p>
      <w:pPr>
        <w:jc w:val="right"/>
      </w:pPr>
      <w:r>
        <w:t>اک اللہ آپا۔ بہت ہی آج آپ نے اچھے انداز میں، سمپل وے میں، ریشنل وے میں آپ نے آج کا بہت ہی امپورٹنٹ سبجیکٹ کو ایڈریس کرا، اور جیسا کہ ہم نے دیکھا بھی، لوگوں نے بہت پسند کیا۔</w:t>
      </w:r>
    </w:p>
    <w:p>
      <w:r>
        <w:rPr>
          <w:b/>
        </w:rPr>
        <w:t xml:space="preserve">[1:03:45] </w:t>
      </w:r>
      <w:r>
        <w:t>we are very sorry, we could not take all the questions and comments, because ah ah session time is over.</w:t>
      </w:r>
    </w:p>
    <w:p>
      <w:pPr>
        <w:jc w:val="right"/>
      </w:pPr>
      <w:r>
        <w:t>وی آر ویری سوری، وی کڈ ناٹ ٹیک ال دا کوئسچنز اینڈ کمنٹس، بیکاز اہ اہ سیشن ٹائم از اوور۔</w:t>
      </w:r>
    </w:p>
    <w:p>
      <w:r>
        <w:rPr>
          <w:b/>
        </w:rPr>
        <w:t xml:space="preserve">[1:03:52] </w:t>
      </w:r>
      <w:r>
        <w:t>ah we already exceeded today session time, and before we end today session, there is an important book release of Maulana Wahiduddin Khan sahib.</w:t>
      </w:r>
    </w:p>
    <w:p>
      <w:pPr>
        <w:jc w:val="right"/>
      </w:pPr>
      <w:r>
        <w:t>اہ وی الریڈی ایکسیڈڈ ٹوڈے سیشن ٹائم، اینڈ بیفور وی اینڈ ٹوڈے سیشن، دیر از این امپورٹنٹ بک ریلیز اف مولانا وحید الدین خان صاحب۔</w:t>
      </w:r>
    </w:p>
    <w:p>
      <w:r>
        <w:rPr>
          <w:b/>
        </w:rPr>
        <w:t xml:space="preserve">[1:04:04] </w:t>
      </w:r>
      <w:r>
        <w:t>ah aaj hum nai kitab un ki release karne ja rahe hain, ah jis ka english title hai "Paradise The Final Destination of Man", aur yeh Maulana Wahiduddin Khan sahib ki urdu kitab "Insaan Ki Manzil" ka english translation hai, jo professor Fareeda Khanam ne kiya hai.</w:t>
      </w:r>
    </w:p>
    <w:p>
      <w:pPr>
        <w:jc w:val="right"/>
      </w:pPr>
      <w:r>
        <w:t>اہ آج ہم نئی کتاب ان کی ریلیز کرنے جا رہے ہیں، اہ جس کا انگلش ٹائٹل ہے "پیراڈائز دی فائنل ڈیسٹینیشن اف مین"، اور یہ مولانا وحید الدین خان صاحب کی اردو کتاب "انسان کی منزل" کا انگلش ٹرانسلیشن ہے، جو پروفیسر فریدہ خانم نے کیا ہے۔</w:t>
      </w:r>
    </w:p>
    <w:p>
      <w:r>
        <w:rPr>
          <w:b/>
        </w:rPr>
        <w:t xml:space="preserve">[1:04:26] </w:t>
      </w:r>
      <w:r>
        <w:t>ah to is ko release karne ke liye, launch karne ke liye, ah main doctor Sani Hasnain Khan sahib se request karunga ke is ko launch karein.</w:t>
      </w:r>
    </w:p>
    <w:p>
      <w:pPr>
        <w:jc w:val="right"/>
      </w:pPr>
      <w:r>
        <w:t>اہ تو اس کو ریلیز کرنے کے لیے، لانچ کرنے کے لیے، اہ میں ڈاکٹر ثانی حسنین خان صاحب سے ریکویسٹ کروں گا کہ اس کو لانچ کریں۔</w:t>
      </w:r>
    </w:p>
    <w:p>
      <w:r>
        <w:rPr>
          <w:b/>
        </w:rPr>
        <w:t xml:space="preserve">[1:04:34] </w:t>
      </w:r>
      <w:r>
        <w:t>yeh kitab ah aap CPS website se bhi is ko download kar sakte hain. so over to doctor Sani.</w:t>
      </w:r>
    </w:p>
    <w:p>
      <w:pPr>
        <w:jc w:val="right"/>
      </w:pPr>
      <w:r>
        <w:t>یہ کتاب اہ آپ سی پی ایس ویب سائٹ سے بھی اس کو ڈاؤن لوڈ کر سکتے ہیں۔ سو اوور ٹو ڈاکٹر ثانی۔</w:t>
      </w:r>
    </w:p>
    <w:p>
      <w:r>
        <w:rPr>
          <w:b/>
        </w:rPr>
        <w:t xml:space="preserve">[1:04:46] </w:t>
      </w:r>
      <w:r>
        <w:t>bismillah rahman rahim. ah mujhe behad khushi mehsoos ho rahi hai is aham kitab ko release karte hue "Paradise The Final Destination of Man", aur jaisa abhi doctor Rajat Malhotra ne bataya ke yeh Maulana ki kitab "Insaan Ki Manzil" ka english translation hai,</w:t>
      </w:r>
    </w:p>
    <w:p>
      <w:pPr>
        <w:jc w:val="right"/>
      </w:pPr>
      <w:r>
        <w:t>بسم اللہ الرحمن الرحیم۔ اہ مجھے بے حد خوشی محسوس ہو رہی ہے اس اہم کتاب کو ریلیز کرتے ہوئے "پیراڈائز دی فائنل ڈیسٹینیشن اف مین"، اور جیسا ابھی ڈاکٹر رجت ملوثرا نے بتایا کہ یہ مولانا کی کتاب "انسان کی منزل" کا انگلش ٹرانسلیشن ہے،</w:t>
      </w:r>
    </w:p>
    <w:p>
      <w:r>
        <w:rPr>
          <w:b/>
        </w:rPr>
        <w:t xml:space="preserve">[1:05:10] </w:t>
      </w:r>
      <w:r>
        <w:t>aur main abhi is ko dekh raha tha</w:t>
      </w:r>
    </w:p>
    <w:p>
      <w:pPr>
        <w:jc w:val="right"/>
      </w:pPr>
      <w:r>
        <w:t>اور میں ابھی اس کو دیکھ رہا تھا</w:t>
      </w:r>
    </w:p>
    <w:p>
      <w:r>
        <w:rPr>
          <w:b/>
        </w:rPr>
        <w:t xml:space="preserve">[1:05:13] </w:t>
      </w:r>
      <w:r>
        <w:t>to bohat hi aham subjects hain is ke. ah ah jannat ka jo tasawwur hai islam mein, aur mujhe ek hadith yaad aayi jis se andaza hota hai ke jannat ki kya ah qeemat hai.</w:t>
      </w:r>
    </w:p>
    <w:p>
      <w:pPr>
        <w:jc w:val="right"/>
      </w:pPr>
      <w:r>
        <w:t>تو بہت ہی اہم سبجیکٹس ہیں اس کے۔ اہ اہ جنت کا جو تصور ہے اسلام میں، اور مجھے ایک حدیث یاد آئی جس سے اندازہ ہوتا ہے کہ جنت کی کیا اہ قیمت ہے۔</w:t>
      </w:r>
    </w:p>
    <w:p>
      <w:r>
        <w:rPr>
          <w:b/>
        </w:rPr>
        <w:t xml:space="preserve">[1:05:34] </w:t>
      </w:r>
      <w:r>
        <w:t>hadith mein aata hai ke ek shakhs jab pahunchega ah maidan e hashr mein to sab ka hisab kitab ho chuka hoga,</w:t>
      </w:r>
    </w:p>
    <w:p>
      <w:pPr>
        <w:jc w:val="right"/>
      </w:pPr>
      <w:r>
        <w:t>حدیث میں آتا ہے کہ ایک شخص جب پہنچے گا اہ میدان حشر میں تو سب کا حساب کتاب ہو چکا ہوگا،</w:t>
      </w:r>
    </w:p>
    <w:p>
      <w:r>
        <w:rPr>
          <w:b/>
        </w:rPr>
        <w:t xml:space="preserve">[1:05:49] </w:t>
      </w:r>
      <w:r>
        <w:t>aur koi jannat mein chala jayega, baqi log jannat se deprived kar diye jayenge. to ek shakhs wahan khada rahega,</w:t>
      </w:r>
    </w:p>
    <w:p>
      <w:pPr>
        <w:jc w:val="right"/>
      </w:pPr>
      <w:r>
        <w:t>اور کوئی جنت میں چلا جائے گا، باقی لوگ جنت سے ڈیپرائیو کر دیے جائیں گے۔ تو ایک شخص وہاں کھڑا رہے گا،</w:t>
      </w:r>
    </w:p>
    <w:p>
      <w:r>
        <w:rPr>
          <w:b/>
        </w:rPr>
        <w:t xml:space="preserve">[1:05:58] </w:t>
      </w:r>
      <w:r>
        <w:t>us ka kuch aisa hisab o kitab tha ke woh na woh jannat mein jane ke liye mustahiq tha, na woh jahannum mein, yani taqreeban dara ho gaya is ka.</w:t>
      </w:r>
    </w:p>
    <w:p>
      <w:pPr>
        <w:jc w:val="right"/>
      </w:pPr>
      <w:r>
        <w:t>اس کا کچھ ایسا حساب و کتاب تھا کہ وہ نہ وہ جنت میں جانے کے لیے مستحق تھا، نہ وہ جہنم میں، یعنی تقریباً ڈرا ہو گیا اس کا۔</w:t>
      </w:r>
    </w:p>
    <w:p>
      <w:r>
        <w:rPr>
          <w:b/>
        </w:rPr>
        <w:t xml:space="preserve">[1:06:10] </w:t>
      </w:r>
      <w:r>
        <w:t>to woh Allah se kahega ke ya Rabbi, Allah se kahega ke ah aap ne mujhe jannat mein nahi dala.</w:t>
      </w:r>
    </w:p>
    <w:p>
      <w:pPr>
        <w:jc w:val="right"/>
      </w:pPr>
      <w:r>
        <w:t>تو وہ اللہ سے کہے گا کہ یا ربی، اللہ سے کہے گا کہ اہ آپ نے مجھے جنت میں نہیں ڈالا۔</w:t>
      </w:r>
    </w:p>
    <w:p>
      <w:r>
        <w:rPr>
          <w:b/>
        </w:rPr>
        <w:t xml:space="preserve">[1:06:20] </w:t>
      </w:r>
      <w:r>
        <w:t>ji, to jannat mujhe dikha dijiye. dikha dein. to Allah taala farishton se kahega ke is ko jannat dikha do.</w:t>
      </w:r>
    </w:p>
    <w:p>
      <w:pPr>
        <w:jc w:val="right"/>
      </w:pPr>
      <w:r>
        <w:t>جی، تو جنت مجھے دکھا دیجئے۔ دکھا دیں۔ تو اللہ تعالی فرشتوں سے کہے گا کہ اس کو جنت دکھا دو۔</w:t>
      </w:r>
    </w:p>
    <w:p>
      <w:r>
        <w:rPr>
          <w:b/>
        </w:rPr>
        <w:t xml:space="preserve">[1:06:28] </w:t>
      </w:r>
      <w:r>
        <w:t>to farishte le jayenge, jannat dikhayenge is ko. phir jab wapas aayega woh, phir woh kahega ke aye Allah, to ne mujhe jannat mein nahi dala,</w:t>
      </w:r>
    </w:p>
    <w:p>
      <w:pPr>
        <w:jc w:val="right"/>
      </w:pPr>
      <w:r>
        <w:t>تو فرشتے لے جائیں گے، جنت دکھائیں گے اس کو۔ پھر جب واپس آئے گا وہ، پھر وہ کہے گا کہ اے اللہ، تو نے مجھے جنت میں نہیں ڈالا،</w:t>
      </w:r>
    </w:p>
    <w:p>
      <w:r>
        <w:rPr>
          <w:b/>
        </w:rPr>
        <w:t xml:space="preserve">[1:06:43] </w:t>
      </w:r>
      <w:r>
        <w:t>jannat to ne mujhe dikha di, ab to mujhe jannat mein daal bhi de. ji, to Allah taala kahega ke aye mere bande, to mujh se jannat mat mang,</w:t>
      </w:r>
    </w:p>
    <w:p>
      <w:pPr>
        <w:jc w:val="right"/>
      </w:pPr>
      <w:r>
        <w:t>جنت تو نے مجھے دکھا دی، اب تو مجھے جنت میں ڈال بھی دے۔ جی، تو اللہ تعالی کہے گا کہ اے میرے بندے، تو مجھ سے جنت مت مانگ،</w:t>
      </w:r>
    </w:p>
    <w:p>
      <w:r>
        <w:rPr>
          <w:b/>
        </w:rPr>
        <w:t xml:space="preserve">[1:06:54] </w:t>
      </w:r>
      <w:r>
        <w:t>to jis duniya se aaya hai, woh duniya aur ek aur waisi duniya mein tujhe deta hoon. ji, do duniya hain. ji ji, do duniya. jis mein New York bhi hai, London bhi hai, Paris bhi hai.</w:t>
      </w:r>
    </w:p>
    <w:p>
      <w:pPr>
        <w:jc w:val="right"/>
      </w:pPr>
      <w:r>
        <w:t>تو جس دنیا سے آیا ہے، وہ دنیا اور ایک اور ویسی دنیا میں تجھے دیتا ہوں۔ جی، دو دنیا ہیں۔ جی جی، دو دنیا۔ جس میں نیویارک بھی ہے، لندن بھی ہے، پیرس بھی ہے۔</w:t>
      </w:r>
    </w:p>
    <w:p>
      <w:r>
        <w:rPr>
          <w:b/>
        </w:rPr>
        <w:t xml:space="preserve">[1:07:05] </w:t>
      </w:r>
      <w:r>
        <w:t>ji, sab kuch hai. to woh kehta hai ke ya rabbi, la taj'alni ashq khalqik ke aye mere rab, tu kyun mujhe apne bandon mein se sab se unfortunate banda banata hai?</w:t>
      </w:r>
    </w:p>
    <w:p>
      <w:pPr>
        <w:jc w:val="right"/>
      </w:pPr>
      <w:r>
        <w:t>جی، سب کچھ ہے۔ تو وہ کہتا ہے کہ یا ربی، لا تجعلنی عشق خلقک کہ اے میرے رب، تو کیوں مجھے اپنے بندوں میں سے سب سے انفارچونیٹ بندہ بناتا ہے؟</w:t>
      </w:r>
    </w:p>
    <w:p>
      <w:r>
        <w:rPr>
          <w:b/>
        </w:rPr>
        <w:t xml:space="preserve">[1:07:21] </w:t>
      </w:r>
      <w:r>
        <w:t>h</w:t>
      </w:r>
    </w:p>
    <w:p>
      <w:pPr>
        <w:jc w:val="right"/>
      </w:pPr>
      <w:r>
        <w:t>ہ</w:t>
      </w:r>
    </w:p>
    <w:p>
      <w:r>
        <w:rPr>
          <w:b/>
        </w:rPr>
        <w:t xml:space="preserve">[1:07:22] </w:t>
      </w:r>
      <w:r>
        <w:t>mm, to Allah taala ko hansi aa jati hai is pe. hmm, ji, to Allah hans parta hai aur us ko jannat mein daal deta hai. masha Allah, to is se pata chalta hai ke jannat kitni qeemti cheez hai.</w:t>
      </w:r>
    </w:p>
    <w:p>
      <w:pPr>
        <w:jc w:val="right"/>
      </w:pPr>
      <w:r>
        <w:t>مم، تو اللہ تعالی کو ہنسی آ جاتی ہے اس پہ۔ ہمم، جی، تو اللہ ہنس پڑتا ہے اور اس کو جنت میں ڈال دیتا ہے۔ ماشاءاللہ، تو اس سے پتہ چلتا ہے کہ جنت کتنی قیمتی چیز ہے۔</w:t>
      </w:r>
    </w:p>
    <w:p>
      <w:r>
        <w:rPr>
          <w:b/>
        </w:rPr>
        <w:t xml:space="preserve">[1:07:33] </w:t>
      </w:r>
      <w:r>
        <w:t>ji, aur insan jaise is book ka title hai "da final destination of man", "paradise the final destination of man", bohat hi sahi title hai ke yahi hamara final destination hai.</w:t>
      </w:r>
    </w:p>
    <w:p>
      <w:pPr>
        <w:jc w:val="right"/>
      </w:pPr>
      <w:r>
        <w:t>جی، اور انسان جیسے اس بک کا ٹائٹل ہے "دا فائنل ڈیسٹینیشن اف مین"، "پیراڈائز دی فائنل ڈیسٹینیشن اف مین"، بہت ہی صحیح ٹائٹل ہے کہ یہی ہمارا فائنل ڈیسٹینیشن ہے۔</w:t>
      </w:r>
    </w:p>
    <w:p>
      <w:r>
        <w:rPr>
          <w:b/>
        </w:rPr>
        <w:t xml:space="preserve">[1:07:45] </w:t>
      </w:r>
      <w:r>
        <w:t>aur ji, to mein Allah taala se dua karta hoon ke jin logon ne is ka translation kiya, aap ne translation kiya is ka, doctor Farida Khanum. j</w:t>
      </w:r>
    </w:p>
    <w:p>
      <w:pPr>
        <w:jc w:val="right"/>
      </w:pPr>
      <w:r>
        <w:t>اور جی، تو میں اللہ تعالی سے دعا کرتا ہوں کہ جن لوگوں نے اس کا ٹرانسلیشن کیا، آپ نے ٹرانسلیشن کیا اس کا، ڈاکٹر فریدہ خانم۔ ج</w:t>
      </w:r>
    </w:p>
    <w:p>
      <w:r>
        <w:rPr>
          <w:b/>
        </w:rPr>
        <w:t xml:space="preserve">[1:07:52] </w:t>
      </w:r>
      <w:r>
        <w:t>i, aur publish kiya, aur is ke liye editing aur is ke saare kaam jo kiye, designing and so on, Allah taala un ko ajr-e-azeem ata farmaye.</w:t>
      </w:r>
    </w:p>
    <w:p>
      <w:pPr>
        <w:jc w:val="right"/>
      </w:pPr>
      <w:r>
        <w:t>ی، اور پبلش کیا، اور اس کے لیے ایڈیٹنگ اور اس کے سارے کام جو کیے، ڈیزائننگ اینڈ سو ان، اللہ تعالی ان کو اجر عظیم عطا فرمائے۔</w:t>
      </w:r>
    </w:p>
    <w:p>
      <w:r>
        <w:rPr>
          <w:b/>
        </w:rPr>
        <w:t xml:space="preserve">[1:08:01] </w:t>
      </w:r>
      <w:r>
        <w:t>ameen. ameen. jazak Allah doctor sahib. ah, bohat achhe se aap ne ah book ko to launch kiya, lekin mein kahoon ga ke bohat curiosity bhi create kar di book ko parhne ke liye.</w:t>
      </w:r>
    </w:p>
    <w:p>
      <w:pPr>
        <w:jc w:val="right"/>
      </w:pPr>
      <w:r>
        <w:t>آمین۔ آمین۔ جزاک اللہ ڈاکٹر صاحب۔ اہ، بہت اچھے سے آپ نے اہ بک کو تو لانچ کیا، لیکن میں کہوں گا کہ بہت کریوسٹی بھی کریٹ کر دی بک کو پڑھنے کے لیے۔</w:t>
      </w:r>
    </w:p>
    <w:p>
      <w:r>
        <w:rPr>
          <w:b/>
        </w:rPr>
        <w:t xml:space="preserve">[1:08:11] </w:t>
      </w:r>
      <w:r>
        <w:t>ah, to aap is book ko download kar sakte hain aur aur logon ke sath share bhi kar sakte hain.</w:t>
      </w:r>
    </w:p>
    <w:p>
      <w:pPr>
        <w:jc w:val="right"/>
      </w:pPr>
      <w:r>
        <w:t>اہ، تو آپ اس بک کو ڈاؤن لوڈ کر سکتے ہیں اور اور لوگوں کے ساتھ شیئر بھی کر سکتے ہیں۔</w:t>
      </w:r>
    </w:p>
    <w:p>
      <w:r>
        <w:rPr>
          <w:b/>
        </w:rPr>
        <w:t xml:space="preserve">[1:08:17] </w:t>
      </w:r>
      <w:r>
        <w:t>you can get it from www.cpsglobal.org. ah, if you want to join CPS international or you want to participate in Quran drives, ah, then please write to us with your full details on info@cpsglobal.org.</w:t>
      </w:r>
    </w:p>
    <w:p>
      <w:pPr>
        <w:jc w:val="right"/>
      </w:pPr>
      <w:r>
        <w:t>یو کین گیٹ اٹ فرام ڈبلیو ڈبلیو ڈبلیو ڈاٹ سی پی ایس گلوبل ڈاٹ او آر جی۔ اہ، اف یو وانٹ ٹو جوائن سی پی ایس انٹرنیشنل اور یو وانٹ ٹو پارٹیسپیٹ ان قرآن ڈرائیوز، اہ، دین پلیز رائٹ ٹو اس ود یور فل ڈیٹیلز ان انفو ایٹ سی پی ایس گلوبل ڈاٹ او آر جی۔</w:t>
      </w:r>
    </w:p>
    <w:p>
      <w:r>
        <w:rPr>
          <w:b/>
        </w:rPr>
        <w:t xml:space="preserve">[1:08:36] </w:t>
      </w:r>
      <w:r>
        <w:t>hum aap ko hamare local chapter ya local team se ah insha Allah connect kar den ge. so, we will end session today. we will be back next Sunday 10:30 AM.</w:t>
      </w:r>
    </w:p>
    <w:p>
      <w:pPr>
        <w:jc w:val="right"/>
      </w:pPr>
      <w:r>
        <w:t>ہم آپ کو ہمارے لوکل چیپٹر یا لوکل ٹیم سے اہ انشاءاللہ کنیکٹ کر دیں گے۔ سو، وی ویل اینڈ سیشن ٹوڈے۔ وی ویل بی بیک نیکسٹ سنڈے 10:30 اے ایم۔</w:t>
      </w:r>
    </w:p>
    <w:p>
      <w:r>
        <w:rPr>
          <w:b/>
        </w:rPr>
        <w:t xml:space="preserve">[1:08:46] </w:t>
      </w:r>
      <w:r>
        <w:t>thank y</w:t>
      </w:r>
    </w:p>
    <w:p>
      <w:pPr>
        <w:jc w:val="right"/>
      </w:pPr>
      <w:r>
        <w:t>تھینک 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