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Divine Guidance- 9 April 2011</w:t>
      </w:r>
    </w:p>
    <w:p>
      <w:r>
        <w:t>https://www.youtube.com/watch?v=wS3oljUzivs</w:t>
      </w:r>
    </w:p>
    <w:p>
      <w:r>
        <w:rPr>
          <w:b/>
        </w:rPr>
        <w:t xml:space="preserve">[00:08] </w:t>
      </w:r>
      <w:r>
        <w:t>bismillah rehmane raheem, wa salli Allahu ala nabiyyil 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[00:11]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[00:17] </w:t>
      </w:r>
      <w:r>
        <w:t>is waqt mein divine guidance ke baray mein kuch kahunga, yani insan ke liye Khuda ne kya</w:t>
      </w:r>
    </w:p>
    <w:p>
      <w:pPr>
        <w:jc w:val="right"/>
      </w:pPr>
      <w:r>
        <w:t>اس وقت میں ڈیوائن گائیڈنس کے بارے میں کچھ کہوں گا، یعنی انسان کے لیے خدا نے کیا</w:t>
      </w:r>
    </w:p>
    <w:p>
      <w:r>
        <w:rPr>
          <w:b/>
        </w:rPr>
        <w:t xml:space="preserve">[00:25] </w:t>
      </w:r>
      <w:r>
        <w:t>guidance di hai.</w:t>
      </w:r>
    </w:p>
    <w:p>
      <w:pPr>
        <w:jc w:val="right"/>
      </w:pPr>
      <w:r>
        <w:t>گائیڈنس دی ہے۔</w:t>
      </w:r>
    </w:p>
    <w:p>
      <w:r>
        <w:rPr>
          <w:b/>
        </w:rPr>
        <w:t xml:space="preserve">[00:26] </w:t>
      </w:r>
      <w:r>
        <w:t>Quran mein hai ke: "inna alayna ilal huda", yani Khuda jo Khaliq hai, jo creator hai, to woh</w:t>
      </w:r>
    </w:p>
    <w:p>
      <w:pPr>
        <w:jc w:val="right"/>
      </w:pPr>
      <w:r>
        <w:t>قرآن میں ہے کہ: "إن علينا إلى الهدى"، یعنی خدا جو خالق ہے، جو کریٹر ہے، تو وہ</w:t>
      </w:r>
    </w:p>
    <w:p>
      <w:r>
        <w:rPr>
          <w:b/>
        </w:rPr>
        <w:t xml:space="preserve">[00:34] </w:t>
      </w:r>
      <w:r>
        <w:t>keh raha hai ke hum ne paida kiya hai to humare upar hai logon ko guidance dena, rehnumai</w:t>
      </w:r>
    </w:p>
    <w:p>
      <w:pPr>
        <w:jc w:val="right"/>
      </w:pPr>
      <w:r>
        <w:t>کہہ رہا ہے کہ ہم نے پیدا کیا ہے تو ہمارے اوپر ہے لوگوں کو گائیڈنس دینا، رہنمائی</w:t>
      </w:r>
    </w:p>
    <w:p>
      <w:r>
        <w:rPr>
          <w:b/>
        </w:rPr>
        <w:t xml:space="preserve">[00:42] </w:t>
      </w:r>
      <w:r>
        <w:t>dena.</w:t>
      </w:r>
    </w:p>
    <w:p>
      <w:pPr>
        <w:jc w:val="right"/>
      </w:pPr>
      <w:r>
        <w:t>دینا۔</w:t>
      </w:r>
    </w:p>
    <w:p>
      <w:r>
        <w:rPr>
          <w:b/>
        </w:rPr>
        <w:t xml:space="preserve">[00:43] </w:t>
      </w:r>
      <w:r>
        <w:t>to is ke baray mein mein kuch kahunga ke Khaliq ne, creator ne, humare liye kya guidance</w:t>
      </w:r>
    </w:p>
    <w:p>
      <w:pPr>
        <w:jc w:val="right"/>
      </w:pPr>
      <w:r>
        <w:t>تو اس کے بارے میں میں کچھ کہوں گا کہ خالق نے، کریٹر نے، ہمارے لیے کیا گائیڈنس</w:t>
      </w:r>
    </w:p>
    <w:p>
      <w:r>
        <w:rPr>
          <w:b/>
        </w:rPr>
        <w:t xml:space="preserve">[00:51] </w:t>
      </w:r>
      <w:r>
        <w:t>humari zindagi ke liye di hai.</w:t>
      </w:r>
    </w:p>
    <w:p>
      <w:pPr>
        <w:jc w:val="right"/>
      </w:pPr>
      <w:r>
        <w:t>ہماری زندگی کے لیے دی ہے۔</w:t>
      </w:r>
    </w:p>
    <w:p>
      <w:r>
        <w:rPr>
          <w:b/>
        </w:rPr>
        <w:t xml:space="preserve">[00:53] </w:t>
      </w:r>
      <w:r>
        <w:t>jahan tak mein samajhta hoon, is guidance ke teen level hain.</w:t>
      </w:r>
    </w:p>
    <w:p>
      <w:pPr>
        <w:jc w:val="right"/>
      </w:pPr>
      <w:r>
        <w:t>جہاں تک میں سمجھتا ہوں، اس گائیڈنس کے تین لیول ہیں۔</w:t>
      </w:r>
    </w:p>
    <w:p>
      <w:r>
        <w:rPr>
          <w:b/>
        </w:rPr>
        <w:t xml:space="preserve">[00:58] </w:t>
      </w:r>
      <w:r>
        <w:t>teen level par insan ko Khuda ne guidance di hai, yani rehnumai di hai zindagi ki.</w:t>
      </w:r>
    </w:p>
    <w:p>
      <w:pPr>
        <w:jc w:val="right"/>
      </w:pPr>
      <w:r>
        <w:t>تین لیول پر انسان کو خدا نے گائیڈنس دی ہے، یعنی رہنمائی دی ہے زندگی کی۔</w:t>
      </w:r>
    </w:p>
    <w:p>
      <w:r>
        <w:rPr>
          <w:b/>
        </w:rPr>
        <w:t xml:space="preserve">[01:05] </w:t>
      </w:r>
      <w:r>
        <w:t>dekhiye, pehla jo level hai guidance ka woh hai nature, yani woh duniya jis mein hum rehte hain.</w:t>
      </w:r>
    </w:p>
    <w:p>
      <w:pPr>
        <w:jc w:val="right"/>
      </w:pPr>
      <w:r>
        <w:t>دیکھیے، پہلا جو لیول ہے گائیڈنس کا وہ ہے نیچر، یعنی وہ دنیا جس میں ہم رہتے ہیں۔</w:t>
      </w:r>
    </w:p>
    <w:p>
      <w:r>
        <w:rPr>
          <w:b/>
        </w:rPr>
        <w:t xml:space="preserve">[01:13] </w:t>
      </w:r>
      <w:r>
        <w:t>dusra level hai insan ki apni fitrat.</w:t>
      </w:r>
    </w:p>
    <w:p>
      <w:pPr>
        <w:jc w:val="right"/>
      </w:pPr>
      <w:r>
        <w:t>دوسرا لیول ہے انسان کی اپنی فطرت۔</w:t>
      </w:r>
    </w:p>
    <w:p>
      <w:r>
        <w:rPr>
          <w:b/>
        </w:rPr>
        <w:t xml:space="preserve">[01:16] </w:t>
      </w:r>
      <w:r>
        <w:t>aur teesra level hai prophetic guidance, yani jo duniya humare aas pas hai woh hum ko batati hai</w:t>
      </w:r>
    </w:p>
    <w:p>
      <w:pPr>
        <w:jc w:val="right"/>
      </w:pPr>
      <w:r>
        <w:t>اور تیسرا لیول ہے پرافیٹک گائیڈنس، یعنی جو دنیا ہمارے آس پاس ہے وہ ہم کو بتاتی ہے</w:t>
      </w:r>
    </w:p>
    <w:p>
      <w:r>
        <w:rPr>
          <w:b/>
        </w:rPr>
        <w:t xml:space="preserve">[01:23] </w:t>
      </w:r>
      <w:r>
        <w:t>ke tum ko is duniya mein kis tarah rehna hai.</w:t>
      </w:r>
    </w:p>
    <w:p>
      <w:pPr>
        <w:jc w:val="right"/>
      </w:pPr>
      <w:r>
        <w:t>کہ تم کو اس دنیا میں کس طرح رہنا ہے۔</w:t>
      </w:r>
    </w:p>
    <w:p>
      <w:r>
        <w:rPr>
          <w:b/>
        </w:rPr>
        <w:t xml:space="preserve">[01:28] </w:t>
      </w:r>
      <w:r>
        <w:t>aur khud humari apni jo nature hai, humare andar, jo fitrat hai insan ki, us mein bhi Khuda</w:t>
      </w:r>
    </w:p>
    <w:p>
      <w:pPr>
        <w:jc w:val="right"/>
      </w:pPr>
      <w:r>
        <w:t>اور خود ہماری اپنی جو نیچر ہے، ہمارے اندر، جو فطرت ہے انسان کی، اس میں بھی خدا</w:t>
      </w:r>
    </w:p>
    <w:p>
      <w:r>
        <w:rPr>
          <w:b/>
        </w:rPr>
        <w:t xml:space="preserve">[01:35] </w:t>
      </w:r>
      <w:r>
        <w:t>ne, us mein bhi har cheez inter woven hai, woh bhi kafi hai janne ke liye.</w:t>
      </w:r>
    </w:p>
    <w:p>
      <w:pPr>
        <w:jc w:val="right"/>
      </w:pPr>
      <w:r>
        <w:t>نے، اس میں بھی ہر چیز انٹر وون ہے، وہ بھی کافی ہے جاننے کے لیے۔</w:t>
      </w:r>
    </w:p>
    <w:p>
      <w:r>
        <w:rPr>
          <w:b/>
        </w:rPr>
        <w:t xml:space="preserve">[01:42] </w:t>
      </w:r>
      <w:r>
        <w:t>aur teesri cheez hai prophetic guidance.</w:t>
      </w:r>
    </w:p>
    <w:p>
      <w:pPr>
        <w:jc w:val="right"/>
      </w:pPr>
      <w:r>
        <w:t>اور تیسری چیز ہے پرافیٹک گائیڈنس۔</w:t>
      </w:r>
    </w:p>
    <w:p>
      <w:r>
        <w:rPr>
          <w:b/>
        </w:rPr>
        <w:t xml:space="preserve">[01:45] </w:t>
      </w:r>
      <w:r>
        <w:t>ab sab se pehle lijiye jo humare aas pas ki duniya hai, the world around us, us mein</w:t>
      </w:r>
    </w:p>
    <w:p>
      <w:pPr>
        <w:jc w:val="right"/>
      </w:pPr>
      <w:r>
        <w:t>اب سب سے پہلے لیجیے جو ہمارے آس پاس کی دنیا ہے، دا ورلڈ اراؤنڈ اس، اس میں</w:t>
      </w:r>
    </w:p>
    <w:p>
      <w:r>
        <w:rPr>
          <w:b/>
        </w:rPr>
        <w:t xml:space="preserve">[01:52] </w:t>
      </w:r>
      <w:r>
        <w:t>kya guidance hai.</w:t>
      </w:r>
    </w:p>
    <w:p>
      <w:pPr>
        <w:jc w:val="right"/>
      </w:pPr>
      <w:r>
        <w:t>کیا گائیڈنس ہے۔</w:t>
      </w:r>
    </w:p>
    <w:p>
      <w:r>
        <w:rPr>
          <w:b/>
        </w:rPr>
        <w:t xml:space="preserve">[01:54] </w:t>
      </w:r>
      <w:r>
        <w:t>دیکھیے، یہ پوری دنیا جو خدا نے بنائی ہے وہ ہمارے لیے ایک قسم کا un-spoken rule</w:t>
      </w:r>
    </w:p>
    <w:p>
      <w:pPr>
        <w:jc w:val="right"/>
      </w:pPr>
      <w:r>
        <w:t>دیکھیے، یہ پوری دنیا جو خدا نے بنائی ہے وہ ہمارے لیے ایک قسم کا ان اسپوکن رول</w:t>
      </w:r>
    </w:p>
    <w:p>
      <w:r>
        <w:rPr>
          <w:b/>
        </w:rPr>
        <w:t xml:space="preserve">[02:02] </w:t>
      </w:r>
      <w:r>
        <w:t>model hai, yani yeh duniya bol nahi rahi hai, loud speaker par woh humein kuch address nahi kar</w:t>
      </w:r>
    </w:p>
    <w:p>
      <w:pPr>
        <w:jc w:val="right"/>
      </w:pPr>
      <w:r>
        <w:t>ماڈل ہے، یعنی یہ دنیا بول نہیں رہی ہے، لاؤڈ سپیکر پر وہ ہمیں کچھ ایڈریس نہیں کر</w:t>
      </w:r>
    </w:p>
    <w:p>
      <w:r>
        <w:rPr>
          <w:b/>
        </w:rPr>
        <w:t xml:space="preserve">[02:09] </w:t>
      </w:r>
      <w:r>
        <w:t>rahi hai, lekin bana bole hue woh humein bata rahi hai ke humein is duniya mein kaise rehna</w:t>
      </w:r>
    </w:p>
    <w:p>
      <w:pPr>
        <w:jc w:val="right"/>
      </w:pPr>
      <w:r>
        <w:t>رہی ہے، لیکن بنا بولے ہوئے وہ ہمیں بتا رہی ہے کہ ہمیں اس دنیا میں کیسے رہنا</w:t>
      </w:r>
    </w:p>
    <w:p>
      <w:r>
        <w:rPr>
          <w:b/>
        </w:rPr>
        <w:t xml:space="preserve">[02:17]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[02:19] </w:t>
      </w:r>
      <w:r>
        <w:t>isi ko main keh raha hoon ke in spoken guidance.</w:t>
      </w:r>
    </w:p>
    <w:p>
      <w:pPr>
        <w:jc w:val="right"/>
      </w:pPr>
      <w:r>
        <w:t>اسی کو میں کہہ رہا ہوں کہ ان اسپوکن گائیڈنس۔</w:t>
      </w:r>
    </w:p>
    <w:p>
      <w:r>
        <w:rPr>
          <w:b/>
        </w:rPr>
        <w:t xml:space="preserve">[02:23] </w:t>
      </w:r>
      <w:r>
        <w:t>aap dekhiye, har shaam ko suraj, har shaam ko aap jante hain ke sun set hota hai, suraj</w:t>
      </w:r>
    </w:p>
    <w:p>
      <w:pPr>
        <w:jc w:val="right"/>
      </w:pPr>
      <w:r>
        <w:t>آپ دیکھیے، ہر شام کو سورج، ہر شام کو آپ جانتے ہیں کہ سن سیٹ ہوتا ہے، سورج</w:t>
      </w:r>
    </w:p>
    <w:p>
      <w:r>
        <w:rPr>
          <w:b/>
        </w:rPr>
        <w:t xml:space="preserve">[02:31] </w:t>
      </w:r>
      <w:r>
        <w:t>doobta hai, lekin hum poore conviction ke saath keh sakte hain ke kal subah ko phir suraj nikle</w:t>
      </w:r>
    </w:p>
    <w:p>
      <w:pPr>
        <w:jc w:val="right"/>
      </w:pPr>
      <w:r>
        <w:t>ڈوبتا ہے، لیکن ہم پورے کنوکشن کے ساتھ کہہ سکتے ہیں کہ کل صبح کو پھر سورج نکلے</w:t>
      </w:r>
    </w:p>
    <w:p>
      <w:r>
        <w:rPr>
          <w:b/>
        </w:rPr>
        <w:t xml:space="preserve">[02:38]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[02:40] </w:t>
      </w:r>
      <w:r>
        <w:t>har sun set ke baad aik sun rise hai, theek time par.</w:t>
      </w:r>
    </w:p>
    <w:p>
      <w:pPr>
        <w:jc w:val="right"/>
      </w:pPr>
      <w:r>
        <w:t>ہر سن سیٹ کے بعد ایک سن رائز ہے، ٹھیک ٹائم پر۔</w:t>
      </w:r>
    </w:p>
    <w:p>
      <w:r>
        <w:rPr>
          <w:b/>
        </w:rPr>
        <w:t xml:space="preserve">[02:45] </w:t>
      </w:r>
      <w:r>
        <w:t>iska matlab kya hua? iska matlab yeh hua ke yeh duniya jo hai, yeh iska</w:t>
      </w:r>
    </w:p>
    <w:p>
      <w:pPr>
        <w:jc w:val="right"/>
      </w:pPr>
      <w:r>
        <w:t>اس کا مطلب کیا ہوا؟ اس کا مطلب یہ ہوا کہ یہ دنیا جو ہے، یہ اس کا</w:t>
      </w:r>
    </w:p>
    <w:p>
      <w:r>
        <w:rPr>
          <w:b/>
        </w:rPr>
        <w:t xml:space="preserve">[02:53] </w:t>
      </w:r>
      <w:r>
        <w:t>character, predictable character hai.</w:t>
      </w:r>
    </w:p>
    <w:p>
      <w:pPr>
        <w:jc w:val="right"/>
      </w:pPr>
      <w:r>
        <w:t>کریکٹر، پریڈکٹیبل کریکٹر ہے۔</w:t>
      </w:r>
    </w:p>
    <w:p>
      <w:r>
        <w:rPr>
          <w:b/>
        </w:rPr>
        <w:t xml:space="preserve">[02:54] </w:t>
      </w:r>
      <w:r>
        <w:t>aap pehle se predict kar sakte hain.</w:t>
      </w:r>
    </w:p>
    <w:p>
      <w:pPr>
        <w:jc w:val="right"/>
      </w:pPr>
      <w:r>
        <w:t>آپ پہلے سے پریڈکٹ کر سکتے ہیں۔</w:t>
      </w:r>
    </w:p>
    <w:p>
      <w:r>
        <w:rPr>
          <w:b/>
        </w:rPr>
        <w:t xml:space="preserve">[02:57] </w:t>
      </w:r>
      <w:r>
        <w:t>quran mein lohe ki example diya gaya hai ke lohe ke andar karapan hai, taqat hai.</w:t>
      </w:r>
    </w:p>
    <w:p>
      <w:pPr>
        <w:jc w:val="right"/>
      </w:pPr>
      <w:r>
        <w:t>قرآن میں لوہے کی ایگزامپل دیا گیا ہے کہ لوہے کے اندر کڑاپن ہے، طاقت ہے۔</w:t>
      </w:r>
    </w:p>
    <w:p>
      <w:r>
        <w:rPr>
          <w:b/>
        </w:rPr>
        <w:t xml:space="preserve">[03:04] </w:t>
      </w:r>
      <w:r>
        <w:t>to aap jab lohe par koi building banate hain, aik bridge banate hain, to aap pehle se yeh</w:t>
      </w:r>
    </w:p>
    <w:p>
      <w:pPr>
        <w:jc w:val="right"/>
      </w:pPr>
      <w:r>
        <w:t>تو آپ جب لوہے پر کوئی بلڈنگ بناتے ہیں، ایک برج بناتے ہیں، تو آپ پہلے سے یہ</w:t>
      </w:r>
    </w:p>
    <w:p>
      <w:r>
        <w:rPr>
          <w:b/>
        </w:rPr>
        <w:t xml:space="preserve">[03:12] </w:t>
      </w:r>
      <w:r>
        <w:t>believe kar sakte hain, yaqeen kar sakte hain ke yeh hamare trust ko poora karega.</w:t>
      </w:r>
    </w:p>
    <w:p>
      <w:pPr>
        <w:jc w:val="right"/>
      </w:pPr>
      <w:r>
        <w:t>بیلیو کر سکتے ہیں، یقین کر سکتے ہیں کہ یہ ہمارے ٹرسٹ کو پورا کرے گا۔</w:t>
      </w:r>
    </w:p>
    <w:p>
      <w:r>
        <w:rPr>
          <w:b/>
        </w:rPr>
        <w:t xml:space="preserve">[03:19] </w:t>
      </w:r>
      <w:r>
        <w:t>aisa nahi ke building banayein aur woh aise hi dhal jaye, lohe par banayein, pul banayein aur aise</w:t>
      </w:r>
    </w:p>
    <w:p>
      <w:pPr>
        <w:jc w:val="right"/>
      </w:pPr>
      <w:r>
        <w:t>ایسا نہیں کہ بلڈنگ بنائیں اور وہ ایسے ہی ڈھہ جائے، لوہے پر بنائیں، پل بنائیں اور ایسے</w:t>
      </w:r>
    </w:p>
    <w:p>
      <w:r>
        <w:rPr>
          <w:b/>
        </w:rPr>
        <w:t xml:space="preserve">[03:27] </w:t>
      </w:r>
      <w:r>
        <w:t>hi woh gir pade.</w:t>
      </w:r>
    </w:p>
    <w:p>
      <w:pPr>
        <w:jc w:val="right"/>
      </w:pPr>
      <w:r>
        <w:t>ہی وہ گر پڑے۔</w:t>
      </w:r>
    </w:p>
    <w:p>
      <w:r>
        <w:rPr>
          <w:b/>
        </w:rPr>
        <w:t xml:space="preserve">[03:28] </w:t>
      </w:r>
      <w:r>
        <w:t>to loha jo hai, quran mein bataya gaya hai ke loha is baat ki aik, is baat ko,</w:t>
      </w:r>
    </w:p>
    <w:p>
      <w:pPr>
        <w:jc w:val="right"/>
      </w:pPr>
      <w:r>
        <w:t>تو لوہا جو ہے، قرآن میں بتایا گیا ہے کہ لوہا اس بات کی ایک، اس بات کو،</w:t>
      </w:r>
    </w:p>
    <w:p>
      <w:r>
        <w:rPr>
          <w:b/>
        </w:rPr>
        <w:t xml:space="preserve">[03:36] </w:t>
      </w:r>
      <w:r>
        <w:t>yani symbolize kar raha hai ke tumhare andar bohat hi strong character hona chahiye, strong character.</w:t>
      </w:r>
    </w:p>
    <w:p>
      <w:pPr>
        <w:jc w:val="right"/>
      </w:pPr>
      <w:r>
        <w:t>یعنی سمبلائز کر رہا ہے کہ تمہارے اندر بہت ہی سٹرانگ کریکٹر ہونا چاہیے، سٹرانگ کریکٹر۔</w:t>
      </w:r>
    </w:p>
    <w:p>
      <w:r>
        <w:rPr>
          <w:b/>
        </w:rPr>
        <w:t xml:space="preserve">[03:43] </w:t>
      </w:r>
      <w:r>
        <w:t>aise hi dekhiye, space mein in gint, countless stars hain.</w:t>
      </w:r>
    </w:p>
    <w:p>
      <w:pPr>
        <w:jc w:val="right"/>
      </w:pPr>
      <w:r>
        <w:t>ایسے ہی دیکھیے، اسپیس میں ان گنت، کاؤنٹ لیس سٹارز ہیں۔</w:t>
      </w:r>
    </w:p>
    <w:p>
      <w:r>
        <w:rPr>
          <w:b/>
        </w:rPr>
        <w:t xml:space="preserve">[03:48] </w:t>
      </w:r>
      <w:r>
        <w:t>solar system hai, galaxy hai, aur sab ke sab rotate kar rahe hain.</w:t>
      </w:r>
    </w:p>
    <w:p>
      <w:pPr>
        <w:jc w:val="right"/>
      </w:pPr>
      <w:r>
        <w:t>سولر سسٹم ہے، گلیکسی ہے، اور سب کے سب روٹیٹ کر رہے ہیں۔</w:t>
      </w:r>
    </w:p>
    <w:p>
      <w:r>
        <w:rPr>
          <w:b/>
        </w:rPr>
        <w:t xml:space="preserve">[03:53] </w:t>
      </w:r>
      <w:r>
        <w:t>yani countless stars hain, sab rotate kar rahe hain.</w:t>
      </w:r>
    </w:p>
    <w:p>
      <w:pPr>
        <w:jc w:val="right"/>
      </w:pPr>
      <w:r>
        <w:t>یعنی کاؤنٹ لیس سٹارز ہیں، سب روٹیٹ کر رہے ہیں۔</w:t>
      </w:r>
    </w:p>
    <w:p>
      <w:r>
        <w:rPr>
          <w:b/>
        </w:rPr>
        <w:t xml:space="preserve">[03:57] </w:t>
      </w:r>
      <w:r>
        <w:t>koi stationary nahi hai.</w:t>
      </w:r>
    </w:p>
    <w:p>
      <w:pPr>
        <w:jc w:val="right"/>
      </w:pPr>
      <w:r>
        <w:t>کوئی اسٹیشنری نہیں ہے۔</w:t>
      </w:r>
    </w:p>
    <w:p>
      <w:r>
        <w:rPr>
          <w:b/>
        </w:rPr>
        <w:t xml:space="preserve">[03:59] </w:t>
      </w:r>
      <w:r>
        <w:t>lekin aap dekhiye, in mein koi clash nahi hota.</w:t>
      </w:r>
    </w:p>
    <w:p>
      <w:pPr>
        <w:jc w:val="right"/>
      </w:pPr>
      <w:r>
        <w:t>لیکن آپ دیکھیے، ان میں کوئی کلیش نہیں ہوتا۔</w:t>
      </w:r>
    </w:p>
    <w:p>
      <w:r>
        <w:rPr>
          <w:b/>
        </w:rPr>
        <w:t xml:space="preserve">[04:03] </w:t>
      </w:r>
      <w:r>
        <w:t>hamare road par gadiyan chalti hain, har din accident hota hai, aap jante hain, gadiyan tootti hain, insan</w:t>
      </w:r>
    </w:p>
    <w:p>
      <w:pPr>
        <w:jc w:val="right"/>
      </w:pPr>
      <w:r>
        <w:t>ہمارے روڈ پر گاڑیاں چلتی ہیں، ہر دن ایکسیڈنٹ ہوتا ہے، آپ جانتے ہیں، گاڑیاں ٹوٹتی ہیں، انسان</w:t>
      </w:r>
    </w:p>
    <w:p>
      <w:r>
        <w:rPr>
          <w:b/>
        </w:rPr>
        <w:t xml:space="preserve">[04:11] </w:t>
      </w:r>
      <w:r>
        <w:t>marte hain.</w:t>
      </w:r>
    </w:p>
    <w:p>
      <w:pPr>
        <w:jc w:val="right"/>
      </w:pPr>
      <w:r>
        <w:t>مرتے ہیں۔</w:t>
      </w:r>
    </w:p>
    <w:p>
      <w:r>
        <w:rPr>
          <w:b/>
        </w:rPr>
        <w:t xml:space="preserve">[04:12] </w:t>
      </w:r>
      <w:r>
        <w:t>lekin space mein itna bara, bara space hai, is mein countless stars har waqt daud rahe hain.</w:t>
      </w:r>
    </w:p>
    <w:p>
      <w:pPr>
        <w:jc w:val="right"/>
      </w:pPr>
      <w:r>
        <w:t>لیکن اسپیس میں اتنا بڑا، بڑا اسپیس ہے، اس میں کاؤنٹ لیس سٹارز ہر وقت دوڑ رہے ہیں۔</w:t>
      </w:r>
    </w:p>
    <w:p>
      <w:r>
        <w:rPr>
          <w:b/>
        </w:rPr>
        <w:t xml:space="preserve">[04:20] </w:t>
      </w:r>
      <w:r>
        <w:t>koi in mein takrao nahi hai, koi clash nahi.</w:t>
      </w:r>
    </w:p>
    <w:p>
      <w:pPr>
        <w:jc w:val="right"/>
      </w:pPr>
      <w:r>
        <w:t>کوئی ان میں ٹکراؤ نہیں ہے، کوئی کلیش نہیں۔</w:t>
      </w:r>
    </w:p>
    <w:p>
      <w:r>
        <w:rPr>
          <w:b/>
        </w:rPr>
        <w:t xml:space="preserve">[04:24] </w:t>
      </w:r>
      <w:r>
        <w:t>aap jante hain ke jis ko hum kehte hain galaxy, galaxy jo hai woh kya hai? millions and</w:t>
      </w:r>
    </w:p>
    <w:p>
      <w:pPr>
        <w:jc w:val="right"/>
      </w:pPr>
      <w:r>
        <w:t>آپ جانتے ہیں کہ جس کو ہم کہتے ہیں گلیکسی، گلیکسی جو ہے وہ کیا ہے؟ ملینز اینڈ</w:t>
      </w:r>
    </w:p>
    <w:p>
      <w:r>
        <w:rPr>
          <w:b/>
        </w:rPr>
        <w:t xml:space="preserve">[04:32] </w:t>
      </w:r>
      <w:r>
        <w:t>milions stars ka aik jumpt hai, aur sab movement kar rahe hain.</w:t>
      </w:r>
    </w:p>
    <w:p>
      <w:pPr>
        <w:jc w:val="right"/>
      </w:pPr>
      <w:r>
        <w:t>ملینز سٹارز کا ایک جمپٹ ہے، اور سب موومنٹ کر رہے ہیں۔</w:t>
      </w:r>
    </w:p>
    <w:p>
      <w:r>
        <w:rPr>
          <w:b/>
        </w:rPr>
        <w:t xml:space="preserve">[04:37] </w:t>
      </w:r>
      <w:r>
        <w:t>to maine aik kitab mein parha ke kabhi aisa hota hai ke aik galaxy rotate karti hui,</w:t>
      </w:r>
    </w:p>
    <w:p>
      <w:pPr>
        <w:jc w:val="right"/>
      </w:pPr>
      <w:r>
        <w:t>تو میں نے ایک کتاب میں پڑھا کہ کبھی ایسا ہوتا ہے کہ ایک گلیکسی روٹیٹ کرتی ہوئی،</w:t>
      </w:r>
    </w:p>
    <w:p>
      <w:r>
        <w:rPr>
          <w:b/>
        </w:rPr>
        <w:t xml:space="preserve">[04:44] </w:t>
      </w:r>
      <w:r>
        <w:t>ghoomti hui, doosri galaxy ke andar enter hoti hai, aur phir woh nikal jati hai.</w:t>
      </w:r>
    </w:p>
    <w:p>
      <w:pPr>
        <w:jc w:val="right"/>
      </w:pPr>
      <w:r>
        <w:t>گھومتی ہوئی، دوسری گلیکسی کے اندر انٹر ہوتی ہے، اور پھر وہ نکل جاتی ہے۔</w:t>
      </w:r>
    </w:p>
    <w:p>
      <w:r>
        <w:rPr>
          <w:b/>
        </w:rPr>
        <w:t xml:space="preserve">[04:51] </w:t>
      </w:r>
      <w:r>
        <w:t>yani aik galaxy yeh hai, aik galaxy yeh hai, ab woh chal rahi hai, is mein enter hui,</w:t>
      </w:r>
    </w:p>
    <w:p>
      <w:pPr>
        <w:jc w:val="right"/>
      </w:pPr>
      <w:r>
        <w:t>یعنی ایک گلیکسی یہ ہے، ایک گلیکسی یہ ہے، اب وہ چل رہی ہے، اس میں انٹر ہوئی،</w:t>
      </w:r>
    </w:p>
    <w:p>
      <w:r>
        <w:rPr>
          <w:b/>
        </w:rPr>
        <w:t xml:space="preserve">[04:59] </w:t>
      </w:r>
      <w:r>
        <w:t>aur bina takrao ke nikal ke idhar chali gayi.</w:t>
      </w:r>
    </w:p>
    <w:p>
      <w:pPr>
        <w:jc w:val="right"/>
      </w:pPr>
      <w:r>
        <w:t>اور بنا ٹکراؤ کے نکل کے ادھر چلی گئی۔</w:t>
      </w:r>
    </w:p>
    <w:p>
      <w:r>
        <w:rPr>
          <w:b/>
        </w:rPr>
        <w:t xml:space="preserve">[05:02] </w:t>
      </w:r>
      <w:r>
        <w:t>kitni anokhi baat hai.</w:t>
      </w:r>
    </w:p>
    <w:p>
      <w:pPr>
        <w:jc w:val="right"/>
      </w:pPr>
      <w:r>
        <w:t>کتنی انوکھی بات ہے۔</w:t>
      </w:r>
    </w:p>
    <w:p>
      <w:r>
        <w:rPr>
          <w:b/>
        </w:rPr>
        <w:t xml:space="preserve">[05:04] </w:t>
      </w:r>
      <w:r>
        <w:t>to quran mein isi ko kaha gaya hai: "kul fi falaki yasbahun", yani jitne bhi bodies hain space</w:t>
      </w:r>
    </w:p>
    <w:p>
      <w:pPr>
        <w:jc w:val="right"/>
      </w:pPr>
      <w:r>
        <w:t>تو قرآن میں اسی کو کہا گیا ہے: "کل فی فلکی اسبہون"، یعنی جتنے بھی باڈیز ہیں اسپیس</w:t>
      </w:r>
    </w:p>
    <w:p>
      <w:r>
        <w:rPr>
          <w:b/>
        </w:rPr>
        <w:t xml:space="preserve">[05:12] </w:t>
      </w:r>
      <w:r>
        <w:t>mein, woh apne apne orbit par ghoom rahe hain.</w:t>
      </w:r>
    </w:p>
    <w:p>
      <w:pPr>
        <w:jc w:val="right"/>
      </w:pPr>
      <w:r>
        <w:t>میں، وہ اپنے اپنے آربٹ پر گھوم رہے ہیں۔</w:t>
      </w:r>
    </w:p>
    <w:p>
      <w:r>
        <w:rPr>
          <w:b/>
        </w:rPr>
        <w:t xml:space="preserve">[05:16] </w:t>
      </w:r>
      <w:r>
        <w:t>koi doosre orbit mein enter nahi hota.</w:t>
      </w:r>
    </w:p>
    <w:p>
      <w:pPr>
        <w:jc w:val="right"/>
      </w:pPr>
      <w:r>
        <w:t>کوئی دوسرے آربٹ میں انٹر نہیں ہوتا۔</w:t>
      </w:r>
    </w:p>
    <w:p>
      <w:r>
        <w:rPr>
          <w:b/>
        </w:rPr>
        <w:t xml:space="preserve">[05:19] </w:t>
      </w:r>
      <w:r>
        <w:t>chunki apne apne orbit par ghoomte hain, koi trespassing nahi hoti wahan par, is liye takrao nahi</w:t>
      </w:r>
    </w:p>
    <w:p>
      <w:pPr>
        <w:jc w:val="right"/>
      </w:pPr>
      <w:r>
        <w:t>چونکہ اپنے اپنے آربٹ پر گھومتے ہیں، کوئی ٹریس پاسنگ نہیں ہوتی وہاں پر، اس لیے ٹکراؤ نہیں</w:t>
      </w:r>
    </w:p>
    <w:p>
      <w:r>
        <w:rPr>
          <w:b/>
        </w:rPr>
        <w:t xml:space="preserve">[05:26] </w:t>
      </w:r>
      <w:r>
        <w:t>hota.</w:t>
      </w:r>
    </w:p>
    <w:p>
      <w:pPr>
        <w:jc w:val="right"/>
      </w:pPr>
      <w:r>
        <w:t>ہوتا۔</w:t>
      </w:r>
    </w:p>
    <w:p>
      <w:r>
        <w:rPr>
          <w:b/>
        </w:rPr>
        <w:t xml:space="preserve">[05:28] </w:t>
      </w:r>
      <w:r>
        <w:t>yeh kya hai? yeh bataya ja raha hai ke insaan ko bhi isi tarah bina takrao ke apni</w:t>
      </w:r>
    </w:p>
    <w:p>
      <w:pPr>
        <w:jc w:val="right"/>
      </w:pPr>
      <w:r>
        <w:t>یہ کیا ہے؟ یہ بتایا جا رہا ہے کہ انسان کو بھی اسی طرح بنا ٹکراؤ کے اپنی</w:t>
      </w:r>
    </w:p>
    <w:p>
      <w:r>
        <w:rPr>
          <w:b/>
        </w:rPr>
        <w:t xml:space="preserve">[05:36] </w:t>
      </w:r>
      <w:r>
        <w:t>activities ko chalana hai, bina takrao ke.</w:t>
      </w:r>
    </w:p>
    <w:p>
      <w:pPr>
        <w:jc w:val="right"/>
      </w:pPr>
      <w:r>
        <w:t>ایکٹیویٹیز کو چلانا ہے، بنا ٹکراؤ کے۔</w:t>
      </w:r>
    </w:p>
    <w:p>
      <w:r>
        <w:rPr>
          <w:b/>
        </w:rPr>
        <w:t xml:space="preserve">[05:39] </w:t>
      </w:r>
      <w:r>
        <w:t>jis tarah se, yani vast universe mein cheezein bina takrao ke move kar rahi hain, aise hi insaan</w:t>
      </w:r>
    </w:p>
    <w:p>
      <w:pPr>
        <w:jc w:val="right"/>
      </w:pPr>
      <w:r>
        <w:t>جس طرح سے، یعنی واسٹ یونیورس میں چیزیں بنا ٹکراؤ کے موو کر رہی ہیں، ایسے ہی انسان</w:t>
      </w:r>
    </w:p>
    <w:p>
      <w:r>
        <w:rPr>
          <w:b/>
        </w:rPr>
        <w:t xml:space="preserve">[05:46] </w:t>
      </w:r>
      <w:r>
        <w:t>ko bhi bina takrao ke, bina clash ke, apni apni activities ko karna chahiye.</w:t>
      </w:r>
    </w:p>
    <w:p>
      <w:pPr>
        <w:jc w:val="right"/>
      </w:pPr>
      <w:r>
        <w:t>کو بھی بنا ٹکراؤ کے، بنا کلیش کے، اپنی اپنی ایکٹیویٹیز کو کرنا چاہیے۔</w:t>
      </w:r>
    </w:p>
    <w:p>
      <w:r>
        <w:rPr>
          <w:b/>
        </w:rPr>
        <w:t xml:space="preserve">[05:52] </w:t>
      </w:r>
      <w:r>
        <w:t>yeh space mein aik example dikhaya gaya ke kis tarah aik ki activities doosre ko problem create na</w:t>
      </w:r>
    </w:p>
    <w:p>
      <w:pPr>
        <w:jc w:val="right"/>
      </w:pPr>
      <w:r>
        <w:t>یہ اسپیس میں ایک ایگزامپل دکھایا گیا کہ کس طرح ایک کی ایکٹیویٹیز دوسرے کو پرابلم کریٹ نہ</w:t>
      </w:r>
    </w:p>
    <w:p>
      <w:r>
        <w:rPr>
          <w:b/>
        </w:rPr>
        <w:t xml:space="preserve">[06:00] </w:t>
      </w:r>
      <w:r>
        <w:t>karein.</w:t>
      </w:r>
    </w:p>
    <w:p>
      <w:pPr>
        <w:jc w:val="right"/>
      </w:pPr>
      <w:r>
        <w:t>کریں۔</w:t>
      </w:r>
    </w:p>
    <w:p>
      <w:r>
        <w:rPr>
          <w:b/>
        </w:rPr>
        <w:t xml:space="preserve">[06:02] </w:t>
      </w:r>
      <w:r>
        <w:t>is tarah rehna hai insaan ko.</w:t>
      </w:r>
    </w:p>
    <w:p>
      <w:pPr>
        <w:jc w:val="right"/>
      </w:pPr>
      <w:r>
        <w:t>اس طرح رہنا ہے انسان کو۔</w:t>
      </w:r>
    </w:p>
    <w:p>
      <w:r>
        <w:rPr>
          <w:b/>
        </w:rPr>
        <w:t xml:space="preserve">[06:04] </w:t>
      </w:r>
      <w:r>
        <w:t>aise hi aik hadith mein hai ke prophet of islam aik bar aik khuli jagah the, to wahan</w:t>
      </w:r>
    </w:p>
    <w:p>
      <w:pPr>
        <w:jc w:val="right"/>
      </w:pPr>
      <w:r>
        <w:t>ایسے ہی ایک حدیث میں ہے کہ پرافیٹ آف اسلام ایک بار ایک کھلی جگہ تھے، تو وہاں</w:t>
      </w:r>
    </w:p>
    <w:p>
      <w:r>
        <w:rPr>
          <w:b/>
        </w:rPr>
        <w:t xml:space="preserve">[06:12] </w:t>
      </w:r>
      <w:r>
        <w:t>par aik plant tha, nar plant.</w:t>
      </w:r>
    </w:p>
    <w:p>
      <w:pPr>
        <w:jc w:val="right"/>
      </w:pPr>
      <w:r>
        <w:t>پر ایک پلانٹ تھا، نر پلانٹ۔</w:t>
      </w:r>
    </w:p>
    <w:p>
      <w:r>
        <w:rPr>
          <w:b/>
        </w:rPr>
        <w:t xml:space="preserve">[06:14] </w:t>
      </w:r>
      <w:r>
        <w:t>to hawa chali, to idhar se hawa chali to idhar jhuk gaya, hawa chali gayi to khara ho</w:t>
      </w:r>
    </w:p>
    <w:p>
      <w:pPr>
        <w:jc w:val="right"/>
      </w:pPr>
      <w:r>
        <w:t>تو ہوا چلی، تو ادھر سے ہوا چلی تو ادھر جھک گیا، ہوا چلی گئی تو کھڑا ہو</w:t>
      </w:r>
    </w:p>
    <w:p>
      <w:r>
        <w:rPr>
          <w:b/>
        </w:rPr>
        <w:t xml:space="preserve">[06:22] </w:t>
      </w:r>
      <w:r>
        <w:t>gaya.</w:t>
      </w:r>
    </w:p>
    <w:p>
      <w:pPr>
        <w:jc w:val="right"/>
      </w:pPr>
      <w:r>
        <w:t>گیا۔</w:t>
      </w:r>
    </w:p>
    <w:p>
      <w:r>
        <w:rPr>
          <w:b/>
        </w:rPr>
        <w:t xml:space="preserve">[06:24] </w:t>
      </w:r>
      <w:r>
        <w:t>to aap ne kaha ke: "misal al momin kal khama", yani khuda ka sacha believer jo hai woh bhi</w:t>
      </w:r>
    </w:p>
    <w:p>
      <w:pPr>
        <w:jc w:val="right"/>
      </w:pPr>
      <w:r>
        <w:t>تو آپ نے کہا کہ: "مثل المومن کمل الخامہ"، یعنی خدا کا سچا بیلیور جو ہے وہ بھی</w:t>
      </w:r>
    </w:p>
    <w:p>
      <w:r>
        <w:rPr>
          <w:b/>
        </w:rPr>
        <w:t xml:space="preserve">[06:31] </w:t>
      </w:r>
      <w:r>
        <w:t>isi tarah naram pode ki tarah hota hai.</w:t>
      </w:r>
    </w:p>
    <w:p>
      <w:pPr>
        <w:jc w:val="right"/>
      </w:pPr>
      <w:r>
        <w:t>اسی طرح نرم پودے کی طرح ہوتا ہے۔</w:t>
      </w:r>
    </w:p>
    <w:p>
      <w:r>
        <w:rPr>
          <w:b/>
        </w:rPr>
        <w:t xml:space="preserve">[06:35] </w:t>
      </w:r>
      <w:r>
        <w:t>yani koi jhonka aata hai to takrata nahi is se, akkar nahi dikhata, woh jhuk jata hai.</w:t>
      </w:r>
    </w:p>
    <w:p>
      <w:pPr>
        <w:jc w:val="right"/>
      </w:pPr>
      <w:r>
        <w:t>یعنی کوئی جھوکا آتا ہے تو ٹکراتا نہیں اس سے، اکڑ نہیں دکھاتا، وہ جھک جاتا ہے۔</w:t>
      </w:r>
    </w:p>
    <w:p>
      <w:r>
        <w:rPr>
          <w:b/>
        </w:rPr>
        <w:t xml:space="preserve">[06:42] </w:t>
      </w:r>
      <w:r>
        <w:t>yeh hai modesty, submission.</w:t>
      </w:r>
    </w:p>
    <w:p>
      <w:pPr>
        <w:jc w:val="right"/>
      </w:pPr>
      <w:r>
        <w:t>یہ ہے ماڈسٹی، سبمیشن۔</w:t>
      </w:r>
    </w:p>
    <w:p>
      <w:r>
        <w:rPr>
          <w:b/>
        </w:rPr>
        <w:t xml:space="preserve">[06:44] </w:t>
      </w:r>
      <w:r>
        <w:t>to gaya ke yeh dunya mein hum reh rahe hain, wahan par yeh bataya gaya ke tum ko,</w:t>
      </w:r>
    </w:p>
    <w:p>
      <w:pPr>
        <w:jc w:val="right"/>
      </w:pPr>
      <w:r>
        <w:t>تو گیا کہ یہ دنیا میں ہم رہ رہے ہیں، وہاں پر یہ بتایا گیا کہ تم کو،</w:t>
      </w:r>
    </w:p>
    <w:p>
      <w:r>
        <w:rPr>
          <w:b/>
        </w:rPr>
        <w:t xml:space="preserve">[06:51] </w:t>
      </w:r>
      <w:r>
        <w:t>tum society mein rehte ho, tum ko bar bar logon se tumhari dealings hoti hai, tumhara mamla parta</w:t>
      </w:r>
    </w:p>
    <w:p>
      <w:pPr>
        <w:jc w:val="right"/>
      </w:pPr>
      <w:r>
        <w:t>تم سوسائٹی میں رہتے ہو، تم کو بار بار لوگوں سے تمہاری ڈیلنگ ہوتی ہے، تمہارا معاملہ پڑتا</w:t>
      </w:r>
    </w:p>
    <w:p>
      <w:r>
        <w:rPr>
          <w:b/>
        </w:rPr>
        <w:t xml:space="preserve">[06:59]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[07:01] </w:t>
      </w:r>
      <w:r>
        <w:t>to tum ko kya karna hai? tum ko modesty ke sath rehna hai, submission ke sath rehna hai.</w:t>
      </w:r>
    </w:p>
    <w:p>
      <w:pPr>
        <w:jc w:val="right"/>
      </w:pPr>
      <w:r>
        <w:t>تو تم کو کیا کرنا ہے؟ تم کو ماڈسٹی کے ساتھ رہنا ہے، سبمیشن کے ساتھ رہنا ہے۔</w:t>
      </w:r>
    </w:p>
    <w:p>
      <w:r>
        <w:rPr>
          <w:b/>
        </w:rPr>
        <w:t xml:space="preserve">[07:08] </w:t>
      </w:r>
      <w:r>
        <w:t>yani jhukne wala character tumhara hona chahiye, akadne wala character tumhara nahi hona chahiye.</w:t>
      </w:r>
    </w:p>
    <w:p>
      <w:pPr>
        <w:jc w:val="right"/>
      </w:pPr>
      <w:r>
        <w:t>یعنی جھکنے والا کریکٹر تمہارا ہونا چاہیے، اکڑنے والا کریکٹر تمہارا نہیں ہونا چاہیے۔</w:t>
      </w:r>
    </w:p>
    <w:p>
      <w:r>
        <w:rPr>
          <w:b/>
        </w:rPr>
        <w:t xml:space="preserve">[07:14] </w:t>
      </w:r>
      <w:r>
        <w:t>yeh bataya gaya hum ko.</w:t>
      </w:r>
    </w:p>
    <w:p>
      <w:pPr>
        <w:jc w:val="right"/>
      </w:pPr>
      <w:r>
        <w:t>یہ بتایا گیا ہم کو۔</w:t>
      </w:r>
    </w:p>
    <w:p>
      <w:r>
        <w:rPr>
          <w:b/>
        </w:rPr>
        <w:t xml:space="preserve">[07:17] </w:t>
      </w:r>
      <w:r>
        <w:t>isi tarah se Quran mein ek misaal di gayi hai drakht ki.</w:t>
      </w:r>
    </w:p>
    <w:p>
      <w:pPr>
        <w:jc w:val="right"/>
      </w:pPr>
      <w:r>
        <w:t>اسی طرح سے قرآن میں ایک مثال دی گئی ہے درخت کی۔</w:t>
      </w:r>
    </w:p>
    <w:p>
      <w:r>
        <w:rPr>
          <w:b/>
        </w:rPr>
        <w:t xml:space="preserve">[07:22] </w:t>
      </w:r>
      <w:r>
        <w:t>yani drakht, yani tree ki.</w:t>
      </w:r>
    </w:p>
    <w:p>
      <w:pPr>
        <w:jc w:val="right"/>
      </w:pPr>
      <w:r>
        <w:t>یعنی درخت، یعنی ٹری کی۔</w:t>
      </w:r>
    </w:p>
    <w:p>
      <w:r>
        <w:rPr>
          <w:b/>
        </w:rPr>
        <w:t xml:space="preserve">[07:24] </w:t>
      </w:r>
      <w:r>
        <w:t>tree kya hai? Quran mein bataya gaya hai ke drakht jo hai woh sache believer ki misaal hota</w:t>
      </w:r>
    </w:p>
    <w:p>
      <w:pPr>
        <w:jc w:val="right"/>
      </w:pPr>
      <w:r>
        <w:t>ٹری کیا ہے؟ قرآن میں بتایا گیا ہے کہ درخت جو ہے وہ سچے بیلیور کی مثال ہوتا</w:t>
      </w:r>
    </w:p>
    <w:p>
      <w:r>
        <w:rPr>
          <w:b/>
        </w:rPr>
        <w:t xml:space="preserve">[07:32] </w:t>
      </w:r>
      <w:r>
        <w:t>hai, sacha insan, Khuda ko manane wala kaisa hota hai? to drakht ko dekh lo, drakht mein kya</w:t>
      </w:r>
    </w:p>
    <w:p>
      <w:pPr>
        <w:jc w:val="right"/>
      </w:pPr>
      <w:r>
        <w:t>ہے، سچا انسان، خدا کو ماننے والا کیسا ہوتا ہے؟ تو درخت کو دیکھ لو، درخت میں کیا</w:t>
      </w:r>
    </w:p>
    <w:p>
      <w:r>
        <w:rPr>
          <w:b/>
        </w:rPr>
        <w:t xml:space="preserve">[07:39] </w:t>
      </w:r>
      <w:r>
        <w:t>baat hai? to bataya gaya hai ke woh hamesha doosron ke liye faida pohanchata hai.</w:t>
      </w:r>
    </w:p>
    <w:p>
      <w:pPr>
        <w:jc w:val="right"/>
      </w:pPr>
      <w:r>
        <w:t>بات ہے؟ تو بتایا گیا ہے کہ وہ ہمیشہ دوسروں کے لیے فائدہ پہنچاتا ہے۔</w:t>
      </w:r>
    </w:p>
    <w:p>
      <w:r>
        <w:rPr>
          <w:b/>
        </w:rPr>
        <w:t xml:space="preserve">[07:46] </w:t>
      </w:r>
      <w:r>
        <w:t>yani is hamari dunya ka ek giver member hai woh, taker member nahi.</w:t>
      </w:r>
    </w:p>
    <w:p>
      <w:pPr>
        <w:jc w:val="right"/>
      </w:pPr>
      <w:r>
        <w:t>یعنی اس ہماری دنیا کا ایک گیور ممبر ہے وہ، ٹیکر ممبر نہیں۔</w:t>
      </w:r>
    </w:p>
    <w:p>
      <w:r>
        <w:rPr>
          <w:b/>
        </w:rPr>
        <w:t xml:space="preserve">[07:51] </w:t>
      </w:r>
      <w:r>
        <w:t>drakht hum ko shadow deta hai, drakht hum ko lakri deta hai, drakht hum ko phal deta hai,</w:t>
      </w:r>
    </w:p>
    <w:p>
      <w:pPr>
        <w:jc w:val="right"/>
      </w:pPr>
      <w:r>
        <w:t>درخت ہم کو شیڈو دیتا ہے، درخت ہم کو لکڑی دیتا ہے، درخت ہم کو پھل دیتا ہے،</w:t>
      </w:r>
    </w:p>
    <w:p>
      <w:r>
        <w:rPr>
          <w:b/>
        </w:rPr>
        <w:t xml:space="preserve">[07:59] </w:t>
      </w:r>
      <w:r>
        <w:t>drakht hum ko oxygen deta hai.</w:t>
      </w:r>
    </w:p>
    <w:p>
      <w:pPr>
        <w:jc w:val="right"/>
      </w:pPr>
      <w:r>
        <w:t>درخت ہم کو آکسیجن دیتا ہے۔</w:t>
      </w:r>
    </w:p>
    <w:p>
      <w:r>
        <w:rPr>
          <w:b/>
        </w:rPr>
        <w:t xml:space="preserve">[08:02] </w:t>
      </w:r>
      <w:r>
        <w:t>kya kya cheezein deta hai? bohat sari cheezein.</w:t>
      </w:r>
    </w:p>
    <w:p>
      <w:pPr>
        <w:jc w:val="right"/>
      </w:pPr>
      <w:r>
        <w:t>کیا کیا چیزیں دیتا ہے؟ بہت ساری چیزیں۔</w:t>
      </w:r>
    </w:p>
    <w:p>
      <w:r>
        <w:rPr>
          <w:b/>
        </w:rPr>
        <w:t xml:space="preserve">[08:05] </w:t>
      </w:r>
      <w:r>
        <w:t>lekin kisi ke liye woh kabhi apna bill nahi bhejta, kabhi uska bill nahi aata hamare paas.</w:t>
      </w:r>
    </w:p>
    <w:p>
      <w:pPr>
        <w:jc w:val="right"/>
      </w:pPr>
      <w:r>
        <w:t>لیکن کسی کے لیے وہ کبھی اپنا بل نہیں بھیجتا، کبھی اس کا بل نہیں آتا ہمارے پاس۔</w:t>
      </w:r>
    </w:p>
    <w:p>
      <w:r>
        <w:rPr>
          <w:b/>
        </w:rPr>
        <w:t xml:space="preserve">[08:13] </w:t>
      </w:r>
      <w:r>
        <w:t>yani unilateral tor par woh hum ko faida pohanchata rehta hai.</w:t>
      </w:r>
    </w:p>
    <w:p>
      <w:pPr>
        <w:jc w:val="right"/>
      </w:pPr>
      <w:r>
        <w:t>یعنی یونی لیٹرل طور پر وہ ہم کو فائدہ پہنچاتا رہتا ہے۔</w:t>
      </w:r>
    </w:p>
    <w:p>
      <w:r>
        <w:rPr>
          <w:b/>
        </w:rPr>
        <w:t xml:space="preserve">[08:18] </w:t>
      </w:r>
      <w:r>
        <w:t>to is mein kya bataya gaya? hum bhi isi tarah society mein is ka giver member ban kar</w:t>
      </w:r>
    </w:p>
    <w:p>
      <w:pPr>
        <w:jc w:val="right"/>
      </w:pPr>
      <w:r>
        <w:t>تو اس میں کیا بتایا گیا؟ ہم بھی اسی طرح سوسائٹی میں اس کا گیور ممبر بن کر</w:t>
      </w:r>
    </w:p>
    <w:p>
      <w:r>
        <w:rPr>
          <w:b/>
        </w:rPr>
        <w:t xml:space="preserve">[08:26] </w:t>
      </w:r>
      <w:r>
        <w:t>rahein.</w:t>
      </w:r>
    </w:p>
    <w:p>
      <w:pPr>
        <w:jc w:val="right"/>
      </w:pPr>
      <w:r>
        <w:t>رہیں۔</w:t>
      </w:r>
    </w:p>
    <w:p>
      <w:r>
        <w:rPr>
          <w:b/>
        </w:rPr>
        <w:t xml:space="preserve">[08:27] </w:t>
      </w:r>
      <w:r>
        <w:t>society ka taker member ban kar rehna yeh universal culture nahi hai.</w:t>
      </w:r>
    </w:p>
    <w:p>
      <w:pPr>
        <w:jc w:val="right"/>
      </w:pPr>
      <w:r>
        <w:t>سوسائٹی کا ٹیکر ممبر بن کر رہنا یہ یونیورسل کلچر نہیں ہے۔</w:t>
      </w:r>
    </w:p>
    <w:p>
      <w:r>
        <w:rPr>
          <w:b/>
        </w:rPr>
        <w:t xml:space="preserve">[08:32] </w:t>
      </w:r>
      <w:r>
        <w:t>jo universal culture hai yahan par woh kya hai? do doosron ko, doosron ko de kar raho, le</w:t>
      </w:r>
    </w:p>
    <w:p>
      <w:pPr>
        <w:jc w:val="right"/>
      </w:pPr>
      <w:r>
        <w:t>جو یونیورسل کلچر ہے یہاں پر وہ کیا ہے؟ دو دوسروں کو، دوسروں کو دے کر رہو، لے</w:t>
      </w:r>
    </w:p>
    <w:p>
      <w:r>
        <w:rPr>
          <w:b/>
        </w:rPr>
        <w:t xml:space="preserve">[08:40] </w:t>
      </w:r>
      <w:r>
        <w:t>kar nahi.</w:t>
      </w:r>
    </w:p>
    <w:p>
      <w:pPr>
        <w:jc w:val="right"/>
      </w:pPr>
      <w:r>
        <w:t>کر نہیں۔</w:t>
      </w:r>
    </w:p>
    <w:p>
      <w:r>
        <w:rPr>
          <w:b/>
        </w:rPr>
        <w:t xml:space="preserve">[08:41] </w:t>
      </w:r>
      <w:r>
        <w:t>puri yeh jo hamare aas paas jo dunya hai, jo Khuda ne banai hai, is mein har cheez</w:t>
      </w:r>
    </w:p>
    <w:p>
      <w:pPr>
        <w:jc w:val="right"/>
      </w:pPr>
      <w:r>
        <w:t>پوری یہ جو ہمارے آس پاس جو دنیا ہے، جو خدا نے بنائی ہے، اس میں ہر چیز</w:t>
      </w:r>
    </w:p>
    <w:p>
      <w:r>
        <w:rPr>
          <w:b/>
        </w:rPr>
        <w:t xml:space="preserve">[08:49] </w:t>
      </w:r>
      <w:r>
        <w:t>mein sabaq hai, har cheez mein lesson hai.</w:t>
      </w:r>
    </w:p>
    <w:p>
      <w:pPr>
        <w:jc w:val="right"/>
      </w:pPr>
      <w:r>
        <w:t>میں سبق ہے، ہر چیز میں لیسن ہے۔</w:t>
      </w:r>
    </w:p>
    <w:p>
      <w:r>
        <w:rPr>
          <w:b/>
        </w:rPr>
        <w:t xml:space="preserve">[08:53] </w:t>
      </w:r>
      <w:r>
        <w:t>jaise aap dekhiye, gulab ka pēṛ dekhiye, yaani roz plant ko dekhiye aap.</w:t>
      </w:r>
    </w:p>
    <w:p>
      <w:pPr>
        <w:jc w:val="right"/>
      </w:pPr>
      <w:r>
        <w:t>جیسے آپ دیکھیے، گلاب کا پیڑ دیکھیے، یعنی روز پلانٹ کو دیکھیے آپ۔</w:t>
      </w:r>
    </w:p>
    <w:p>
      <w:r>
        <w:rPr>
          <w:b/>
        </w:rPr>
        <w:t xml:space="preserve">[08:58] </w:t>
      </w:r>
      <w:r>
        <w:t>aap dekh rahe hain ke ek hi branch par phool hai, aur usi branch mein kanta bhi hai.</w:t>
      </w:r>
    </w:p>
    <w:p>
      <w:pPr>
        <w:jc w:val="right"/>
      </w:pPr>
      <w:r>
        <w:t>آپ دیکھ رہے ہیں کہ ایک ہی برانچ پر پھول ہے، اور اسی برانچ میں کانٹا بھی ہے۔</w:t>
      </w:r>
    </w:p>
    <w:p>
      <w:r>
        <w:rPr>
          <w:b/>
        </w:rPr>
        <w:t xml:space="preserve">[09:06] </w:t>
      </w:r>
      <w:r>
        <w:t>yaani ek hi shakh par phool bhi hai, usi shakh par kanta bhi hai.</w:t>
      </w:r>
    </w:p>
    <w:p>
      <w:pPr>
        <w:jc w:val="right"/>
      </w:pPr>
      <w:r>
        <w:t>یعنی ایک ہی شاخ پر پھول بھی ہے، اسی شاخ پر کانٹا بھی ہے۔</w:t>
      </w:r>
    </w:p>
    <w:p>
      <w:r>
        <w:rPr>
          <w:b/>
        </w:rPr>
        <w:t xml:space="preserve">[09:12] </w:t>
      </w:r>
      <w:r>
        <w:t>yaani flower aur thorn, both, in donon mein koi takraao nahin hota.</w:t>
      </w:r>
    </w:p>
    <w:p>
      <w:pPr>
        <w:jc w:val="right"/>
      </w:pPr>
      <w:r>
        <w:t>یعنی فلاور اور تھورن، بوتھ، ان دونوں میں کوئی ٹکراؤ نہیں ہوتا۔</w:t>
      </w:r>
    </w:p>
    <w:p>
      <w:r>
        <w:rPr>
          <w:b/>
        </w:rPr>
        <w:t xml:space="preserve">[09:17] </w:t>
      </w:r>
      <w:r>
        <w:t>yaani flower kabhi yeh koshish nahin karta ke woh jis branch par khila hua hai, jis shakh par</w:t>
      </w:r>
    </w:p>
    <w:p>
      <w:pPr>
        <w:jc w:val="right"/>
      </w:pPr>
      <w:r>
        <w:t>یعنی فلاور کبھی یہ کوشش نہیں کرتا کہ وہ جس برانچ پر کھلا ہوا ہے، جس شاخ پر</w:t>
      </w:r>
    </w:p>
    <w:p>
      <w:r>
        <w:rPr>
          <w:b/>
        </w:rPr>
        <w:t xml:space="preserve">[09:25] </w:t>
      </w:r>
      <w:r>
        <w:t>woh khila hua hai, woh thorn less ho jaye, be kante ki ho jaye.</w:t>
      </w:r>
    </w:p>
    <w:p>
      <w:pPr>
        <w:jc w:val="right"/>
      </w:pPr>
      <w:r>
        <w:t>وہ کھلا ہوا ہے، وہ تھورن لیس ہو جائے، بے کانٹے کی ہو جائے۔</w:t>
      </w:r>
    </w:p>
    <w:p>
      <w:r>
        <w:rPr>
          <w:b/>
        </w:rPr>
        <w:t xml:space="preserve">[09:31] </w:t>
      </w:r>
      <w:r>
        <w:t>isko is se koi lena dena nahin hai.</w:t>
      </w:r>
    </w:p>
    <w:p>
      <w:pPr>
        <w:jc w:val="right"/>
      </w:pPr>
      <w:r>
        <w:t>اس کو اس سے کوئی لینا دینا نہیں ہے۔</w:t>
      </w:r>
    </w:p>
    <w:p>
      <w:r>
        <w:rPr>
          <w:b/>
        </w:rPr>
        <w:t xml:space="preserve">[09:35] </w:t>
      </w:r>
      <w:r>
        <w:t>kanta apni jagah par, aur flower apni jagah par.</w:t>
      </w:r>
    </w:p>
    <w:p>
      <w:pPr>
        <w:jc w:val="right"/>
      </w:pPr>
      <w:r>
        <w:t>کانٹا اپنی جگہ پر، اور فلاور اپنی جگہ پر۔</w:t>
      </w:r>
    </w:p>
    <w:p>
      <w:r>
        <w:rPr>
          <w:b/>
        </w:rPr>
        <w:t xml:space="preserve">[09:38] </w:t>
      </w:r>
      <w:r>
        <w:t>yeh bhi ek lesson ki baat hai, ek model hai yeh bhi.</w:t>
      </w:r>
    </w:p>
    <w:p>
      <w:pPr>
        <w:jc w:val="right"/>
      </w:pPr>
      <w:r>
        <w:t>یہ بھی ایک لیسن کی بات ہے، ایک ماڈل ہے یہ بھی۔</w:t>
      </w:r>
    </w:p>
    <w:p>
      <w:r>
        <w:rPr>
          <w:b/>
        </w:rPr>
        <w:t xml:space="preserve">[09:44] </w:t>
      </w:r>
      <w:r>
        <w:t>yeh bhi ek model hai ke aap jab samaj mein rahenge, jab society mein rahenge to</w:t>
      </w:r>
    </w:p>
    <w:p>
      <w:pPr>
        <w:jc w:val="right"/>
      </w:pPr>
      <w:r>
        <w:t>یہ بھی ایک ماڈل ہے کہ آپ جب سماج میں رہیں گے، جب سوسائٹی میں رہیں گے تو</w:t>
      </w:r>
    </w:p>
    <w:p>
      <w:r>
        <w:rPr>
          <w:b/>
        </w:rPr>
        <w:t xml:space="preserve">[09:51] </w:t>
      </w:r>
      <w:r>
        <w:t>kai dhang ke log honge wahan par.</w:t>
      </w:r>
    </w:p>
    <w:p>
      <w:pPr>
        <w:jc w:val="right"/>
      </w:pPr>
      <w:r>
        <w:t>کئی ڈھنگ کے لوگ ہوں گے وہاں پر۔</w:t>
      </w:r>
    </w:p>
    <w:p>
      <w:r>
        <w:rPr>
          <w:b/>
        </w:rPr>
        <w:t xml:space="preserve">[09:55] </w:t>
      </w:r>
      <w:r>
        <w:t>koi kante jaisa bhi hoga, aisa hoga jo aap ke liye museebat paida karega.</w:t>
      </w:r>
    </w:p>
    <w:p>
      <w:pPr>
        <w:jc w:val="right"/>
      </w:pPr>
      <w:r>
        <w:t>کوئی کانٹے جیسا بھی ہوگا، ایسا ہوگا جو آپ کے لیے مصیبت پیدا کرے گا۔</w:t>
      </w:r>
    </w:p>
    <w:p>
      <w:r>
        <w:rPr>
          <w:b/>
        </w:rPr>
        <w:t xml:space="preserve">[10:01] </w:t>
      </w:r>
      <w:r>
        <w:t>tab bhi aap ka farz yeh hai ke aap us ke sath normal tareeqe se rahen, normal tareeqe</w:t>
      </w:r>
    </w:p>
    <w:p>
      <w:pPr>
        <w:jc w:val="right"/>
      </w:pPr>
      <w:r>
        <w:t>تب بھی آپ کا فرض یہ ہے کہ آپ اس کے ساتھ نارمل طریقے سے رہیں، نارمل طریقے</w:t>
      </w:r>
    </w:p>
    <w:p>
      <w:r>
        <w:rPr>
          <w:b/>
        </w:rPr>
        <w:t xml:space="preserve">[10:09] </w:t>
      </w:r>
      <w:r>
        <w:t>se.</w:t>
      </w:r>
    </w:p>
    <w:p>
      <w:pPr>
        <w:jc w:val="right"/>
      </w:pPr>
      <w:r>
        <w:t>سے۔</w:t>
      </w:r>
    </w:p>
    <w:p>
      <w:r>
        <w:rPr>
          <w:b/>
        </w:rPr>
        <w:t xml:space="preserve">[10:10] </w:t>
      </w:r>
      <w:r>
        <w:t>jis tarah se phool kante ke sath normal tareeqe se rehta hai, yeh aap ko sabak diya gaya.</w:t>
      </w:r>
    </w:p>
    <w:p>
      <w:pPr>
        <w:jc w:val="right"/>
      </w:pPr>
      <w:r>
        <w:t>جس طرح سے پھول کانٹے کے ساتھ نارمل طریقے سے رہتا ہے، یہ آپ کو سبق دیا گیا۔</w:t>
      </w:r>
    </w:p>
    <w:p>
      <w:r>
        <w:rPr>
          <w:b/>
        </w:rPr>
        <w:t xml:space="preserve">[10:18] </w:t>
      </w:r>
      <w:r>
        <w:t>aise hi dekhiye, aap gaaye ko dekhiye.</w:t>
      </w:r>
    </w:p>
    <w:p>
      <w:pPr>
        <w:jc w:val="right"/>
      </w:pPr>
      <w:r>
        <w:t>ایسے ہی دیکھیے، آپ گائے کو دیکھیے۔</w:t>
      </w:r>
    </w:p>
    <w:p>
      <w:r>
        <w:rPr>
          <w:b/>
        </w:rPr>
        <w:t xml:space="preserve">[10:21] </w:t>
      </w:r>
      <w:r>
        <w:t>gaaye kya hai? gaaye ko aap khilate hain ghaas, aur woh kya deti hai aap ko? woh doodh</w:t>
      </w:r>
    </w:p>
    <w:p>
      <w:pPr>
        <w:jc w:val="right"/>
      </w:pPr>
      <w:r>
        <w:t>گائے کیا ہے؟ گائے کو آپ کھلاتے ہیں گھاس، اور وہ کیا دیتی ہے آپ کو؟ وہ دودھ</w:t>
      </w:r>
    </w:p>
    <w:p>
      <w:r>
        <w:rPr>
          <w:b/>
        </w:rPr>
        <w:t xml:space="preserve">[10:29] </w:t>
      </w:r>
      <w:r>
        <w:t>deti hai.</w:t>
      </w:r>
    </w:p>
    <w:p>
      <w:pPr>
        <w:jc w:val="right"/>
      </w:pPr>
      <w:r>
        <w:t>دیتی ہے۔</w:t>
      </w:r>
    </w:p>
    <w:p>
      <w:r>
        <w:rPr>
          <w:b/>
        </w:rPr>
        <w:t xml:space="preserve">[10:30] </w:t>
      </w:r>
      <w:r>
        <w:t>yaani aap se milta hai is ko ghaas, aap ko lotati hai woh doodh, milk.</w:t>
      </w:r>
    </w:p>
    <w:p>
      <w:pPr>
        <w:jc w:val="right"/>
      </w:pPr>
      <w:r>
        <w:t>یعنی آپ سے ملتا ہے اس کو گھاس، آپ کو لوٹاتی ہے وہ دودھ، ملک۔</w:t>
      </w:r>
    </w:p>
    <w:p>
      <w:r>
        <w:rPr>
          <w:b/>
        </w:rPr>
        <w:t xml:space="preserve">[10:37] </w:t>
      </w:r>
      <w:r>
        <w:t>iska matlab kya hua? iska matlab yeh hai ke aap ke andar positive character hona chahiye.</w:t>
      </w:r>
    </w:p>
    <w:p>
      <w:pPr>
        <w:jc w:val="right"/>
      </w:pPr>
      <w:r>
        <w:t>اس کا مطلب کیا ہوا؟ اس کا مطلب یہ ہے کہ آپ کے اندر پازیٹیو کریکٹر ہونا چاہیے۔</w:t>
      </w:r>
    </w:p>
    <w:p>
      <w:r>
        <w:rPr>
          <w:b/>
        </w:rPr>
        <w:t xml:space="preserve">[10:44] </w:t>
      </w:r>
      <w:r>
        <w:t>positive character hona chahiye.</w:t>
      </w:r>
    </w:p>
    <w:p>
      <w:pPr>
        <w:jc w:val="right"/>
      </w:pPr>
      <w:r>
        <w:t>پازیٹیو کریکٹر ہونا چاہیے۔</w:t>
      </w:r>
    </w:p>
    <w:p>
      <w:r>
        <w:rPr>
          <w:b/>
        </w:rPr>
        <w:t xml:space="preserve">[10:46] </w:t>
      </w:r>
      <w:r>
        <w:t>Even in negative situation, chahe koi aap ko provoke kare, tab bhi aap us ke muqable mein positivity</w:t>
      </w:r>
    </w:p>
    <w:p>
      <w:pPr>
        <w:jc w:val="right"/>
      </w:pPr>
      <w:r>
        <w:t>ایون ان نیگیٹیو سچویشن، چاہے کوئی آپ کو پرووک کرے، تب بھی آپ اس کے مقابلے میں پازیٹیوٹی</w:t>
      </w:r>
    </w:p>
    <w:p>
      <w:r>
        <w:rPr>
          <w:b/>
        </w:rPr>
        <w:t xml:space="preserve">[10:54] </w:t>
      </w:r>
      <w:r>
        <w:t>ko na chhoden.</w:t>
      </w:r>
    </w:p>
    <w:p>
      <w:pPr>
        <w:jc w:val="right"/>
      </w:pPr>
      <w:r>
        <w:t>کو نہ چھوڑیں۔</w:t>
      </w:r>
    </w:p>
    <w:p>
      <w:r>
        <w:rPr>
          <w:b/>
        </w:rPr>
        <w:t xml:space="preserve">[10:55] </w:t>
      </w:r>
      <w:r>
        <w:t>yaani negative, koi aap se negative behaviour kare to aap ki taraf se us ko positive behaviour milay.</w:t>
      </w:r>
    </w:p>
    <w:p>
      <w:pPr>
        <w:jc w:val="right"/>
      </w:pPr>
      <w:r>
        <w:t>یعنی نیگیٹیو، کوئی آپ سے نیگیٹیو بیہیویئر کرے تو آپ کی طرف سے اس کو پازیٹیو بیہیویئر ملے۔</w:t>
      </w:r>
    </w:p>
    <w:p>
      <w:r>
        <w:rPr>
          <w:b/>
        </w:rPr>
        <w:t xml:space="preserve">[11:03] </w:t>
      </w:r>
      <w:r>
        <w:t>yeh sabak de raha hai.</w:t>
      </w:r>
    </w:p>
    <w:p>
      <w:pPr>
        <w:jc w:val="right"/>
      </w:pPr>
      <w:r>
        <w:t>یہ سبق دے رہا ہے۔</w:t>
      </w:r>
    </w:p>
    <w:p>
      <w:r>
        <w:rPr>
          <w:b/>
        </w:rPr>
        <w:t xml:space="preserve">[11:05] </w:t>
      </w:r>
      <w:r>
        <w:t>yeh jis ko aap gaaye kehte hain, woh aap ko sabak de rahi hai aisa.</w:t>
      </w:r>
    </w:p>
    <w:p>
      <w:pPr>
        <w:jc w:val="right"/>
      </w:pPr>
      <w:r>
        <w:t>یہ جس کو آپ گائے کہتے ہیں، وہ آپ کو سبق دے رہی ہے ایسا۔</w:t>
      </w:r>
    </w:p>
    <w:p>
      <w:r>
        <w:rPr>
          <w:b/>
        </w:rPr>
        <w:t xml:space="preserve">[11:12] </w:t>
      </w:r>
      <w:r>
        <w:t>yani behio positively even in negative situation.</w:t>
      </w:r>
    </w:p>
    <w:p>
      <w:pPr>
        <w:jc w:val="right"/>
      </w:pPr>
      <w:r>
        <w:t>یعنی بیہیو پازیٹیولی ایون ان نیگیٹیو سچویشن۔</w:t>
      </w:r>
    </w:p>
    <w:p>
      <w:r>
        <w:rPr>
          <w:b/>
        </w:rPr>
        <w:t xml:space="preserve">[11:15] </w:t>
      </w:r>
      <w:r>
        <w:t>is tarah poori duniya mein jo bhi cheezein hain, yani space se le kar ke earth tak, aur</w:t>
      </w:r>
    </w:p>
    <w:p>
      <w:pPr>
        <w:jc w:val="right"/>
      </w:pPr>
      <w:r>
        <w:t>اس طرح پوری دنیا میں جو بھی چیزیں ہیں، یعنی اسپیس سے لے کر کے ارتھ تک، اور</w:t>
      </w:r>
    </w:p>
    <w:p>
      <w:r>
        <w:rPr>
          <w:b/>
        </w:rPr>
        <w:t xml:space="preserve">[11:22] </w:t>
      </w:r>
      <w:r>
        <w:t>mountain se le kar ke ocean tak, jitni cheezein hain, sab mein kuch na kuch lesson hai.</w:t>
      </w:r>
    </w:p>
    <w:p>
      <w:pPr>
        <w:jc w:val="right"/>
      </w:pPr>
      <w:r>
        <w:t>ماؤنٹین سے لے کر کے اوشن تک، جتنی چیزیں ہیں، سب میں کچھ نہ کچھ لیسن ہے۔</w:t>
      </w:r>
    </w:p>
    <w:p>
      <w:r>
        <w:rPr>
          <w:b/>
        </w:rPr>
        <w:t xml:space="preserve">[11:30] </w:t>
      </w:r>
      <w:r>
        <w:t>woh lesson jo hai, woh loud speaker par bol kar nahi kehta ke yahan par yeh lesson hai,</w:t>
      </w:r>
    </w:p>
    <w:p>
      <w:pPr>
        <w:jc w:val="right"/>
      </w:pPr>
      <w:r>
        <w:t>وہ لیسن جو ہے، وہ لاؤڈ سپیکر پر بول کر نہیں کہتا کہ یہاں پر یہ لیسن ہے،</w:t>
      </w:r>
    </w:p>
    <w:p>
      <w:r>
        <w:rPr>
          <w:b/>
        </w:rPr>
        <w:t xml:space="preserve">[11:37] </w:t>
      </w:r>
      <w:r>
        <w:t>woh aap ko soch kar pata chalta hai.</w:t>
      </w:r>
    </w:p>
    <w:p>
      <w:pPr>
        <w:jc w:val="right"/>
      </w:pPr>
      <w:r>
        <w:t>وہ آپ کو سوچ کر پتہ چلتا ہے۔</w:t>
      </w:r>
    </w:p>
    <w:p>
      <w:r>
        <w:rPr>
          <w:b/>
        </w:rPr>
        <w:t xml:space="preserve">[11:41] </w:t>
      </w:r>
      <w:r>
        <w:t>yani Khuda ne aap ko di hai, aap ko diya hai mind, yani thinking capacity.</w:t>
      </w:r>
    </w:p>
    <w:p>
      <w:pPr>
        <w:jc w:val="right"/>
      </w:pPr>
      <w:r>
        <w:t>یعنی خدا نے آپ کو دی ہے، آپ کو دیا ہے مائنڈ، یعنی تھنکنگ کیپیسٹی۔</w:t>
      </w:r>
    </w:p>
    <w:p>
      <w:r>
        <w:rPr>
          <w:b/>
        </w:rPr>
        <w:t xml:space="preserve">[11:47] </w:t>
      </w:r>
      <w:r>
        <w:t>to is cheez ko aap soch kar jaan sakte hain.</w:t>
      </w:r>
    </w:p>
    <w:p>
      <w:pPr>
        <w:jc w:val="right"/>
      </w:pPr>
      <w:r>
        <w:t>تو اس چیز کو آپ سوچ کر جان سکتے ہیں۔</w:t>
      </w:r>
    </w:p>
    <w:p>
      <w:r>
        <w:rPr>
          <w:b/>
        </w:rPr>
        <w:t xml:space="preserve">[11:51] </w:t>
      </w:r>
      <w:r>
        <w:t>in unspoken language mein har ek koi na koi lesson de raha hai.</w:t>
      </w:r>
    </w:p>
    <w:p>
      <w:pPr>
        <w:jc w:val="right"/>
      </w:pPr>
      <w:r>
        <w:t>ان اسپوکن لینگویج میں ہر ایک کوئی نہ کوئی لیسن دے رہا ہے۔</w:t>
      </w:r>
    </w:p>
    <w:p>
      <w:r>
        <w:rPr>
          <w:b/>
        </w:rPr>
        <w:t xml:space="preserve">[11:57] </w:t>
      </w:r>
      <w:r>
        <w:t>in unspoken language mein har ek koi na koi lesson de raha hai.</w:t>
      </w:r>
    </w:p>
    <w:p>
      <w:pPr>
        <w:jc w:val="right"/>
      </w:pPr>
      <w:r>
        <w:t>ان اسپوکن لینگویج میں ہر ایک کوئی نہ کوئی لیسن دے رہا ہے۔</w:t>
      </w:r>
    </w:p>
    <w:p>
      <w:r>
        <w:rPr>
          <w:b/>
        </w:rPr>
        <w:t xml:space="preserve">[12:03] </w:t>
      </w:r>
      <w:r>
        <w:t>to is lesson ko lijiye aap.</w:t>
      </w:r>
    </w:p>
    <w:p>
      <w:pPr>
        <w:jc w:val="right"/>
      </w:pPr>
      <w:r>
        <w:t>تو اس لیسن کو لیجیے آپ۔</w:t>
      </w:r>
    </w:p>
    <w:p>
      <w:r>
        <w:rPr>
          <w:b/>
        </w:rPr>
        <w:t xml:space="preserve">[12:05] </w:t>
      </w:r>
      <w:r>
        <w:t>yeh hai ek level jahan Khuda ne aap ko guidance provide ki hai.</w:t>
      </w:r>
    </w:p>
    <w:p>
      <w:pPr>
        <w:jc w:val="right"/>
      </w:pPr>
      <w:r>
        <w:t>یہ ہے ایک لیول جہاں خدا نے آپ کو گائیڈنس پرووائیڈ کی ہے۔</w:t>
      </w:r>
    </w:p>
    <w:p>
      <w:r>
        <w:rPr>
          <w:b/>
        </w:rPr>
        <w:t xml:space="preserve">[12:11] </w:t>
      </w:r>
      <w:r>
        <w:t>yeh ek level hua.</w:t>
      </w:r>
    </w:p>
    <w:p>
      <w:pPr>
        <w:jc w:val="right"/>
      </w:pPr>
      <w:r>
        <w:t>یہ ایک لیول ہوا۔</w:t>
      </w:r>
    </w:p>
    <w:p>
      <w:r>
        <w:rPr>
          <w:b/>
        </w:rPr>
        <w:t xml:space="preserve">[12:12] </w:t>
      </w:r>
      <w:r>
        <w:t>ab doosra level dekhiye, woh aap ka apna nature hai.</w:t>
      </w:r>
    </w:p>
    <w:p>
      <w:pPr>
        <w:jc w:val="right"/>
      </w:pPr>
      <w:r>
        <w:t>اب دوسرا لیول دیکھیے، وہ آپ کا اپنا نیچر ہے۔</w:t>
      </w:r>
    </w:p>
    <w:p>
      <w:r>
        <w:rPr>
          <w:b/>
        </w:rPr>
        <w:t xml:space="preserve">[12:17] </w:t>
      </w:r>
      <w:r>
        <w:t>aap ke andar jo consciousness hai, aap ka apna jo nature hai, aap ki jo apni personality hai,</w:t>
      </w:r>
    </w:p>
    <w:p>
      <w:pPr>
        <w:jc w:val="right"/>
      </w:pPr>
      <w:r>
        <w:t>آپ کے اندر جو کانشینس ہے، آپ کا اپنا جو نیچر ہے، آپ کی جو اپنی پرسنیلٹی ہے،</w:t>
      </w:r>
    </w:p>
    <w:p>
      <w:r>
        <w:rPr>
          <w:b/>
        </w:rPr>
        <w:t xml:space="preserve">[12:24] </w:t>
      </w:r>
      <w:r>
        <w:t>us mein bhi yahi cheez introven hai.</w:t>
      </w:r>
    </w:p>
    <w:p>
      <w:pPr>
        <w:jc w:val="right"/>
      </w:pPr>
      <w:r>
        <w:t>اس میں بھی یہی چیز انٹروون ہے۔</w:t>
      </w:r>
    </w:p>
    <w:p>
      <w:r>
        <w:rPr>
          <w:b/>
        </w:rPr>
        <w:t xml:space="preserve">[12:27] </w:t>
      </w:r>
      <w:r>
        <w:t>paida hone ke sath sath aap ko yeh sari cheezein unconsciously aap ke andar daal di gayi hain.</w:t>
      </w:r>
    </w:p>
    <w:p>
      <w:pPr>
        <w:jc w:val="right"/>
      </w:pPr>
      <w:r>
        <w:t>پیدا ہونے کے ساتھ ساتھ آپ کو یہ ساری چیزیں انکانسیسلی آپ کے اندر ڈال دی گئی ہیں۔</w:t>
      </w:r>
    </w:p>
    <w:p>
      <w:r>
        <w:rPr>
          <w:b/>
        </w:rPr>
        <w:t xml:space="preserve">[12:35] </w:t>
      </w:r>
      <w:r>
        <w:t>Quran mein hai ke: "fa-alhamaha fujooraha wa taqwaha" yani insan by nature yeh janta hai ke yeh bura</w:t>
      </w:r>
    </w:p>
    <w:p>
      <w:pPr>
        <w:jc w:val="right"/>
      </w:pPr>
      <w:r>
        <w:t>قرآن میں ہے کہ: "فَعَلْهَمْ هَا فُجُورًا وَتَقْوَى" یعنی انسان بائی نیچر یہ جانتا ہے کہ یہ برا</w:t>
      </w:r>
    </w:p>
    <w:p>
      <w:r>
        <w:rPr>
          <w:b/>
        </w:rPr>
        <w:t xml:space="preserve">[12:43] </w:t>
      </w:r>
      <w:r>
        <w:t>hai ya acha hai, yeh harmful hai ya harmless hai.</w:t>
      </w:r>
    </w:p>
    <w:p>
      <w:pPr>
        <w:jc w:val="right"/>
      </w:pPr>
      <w:r>
        <w:t>ہے یا اچھا ہے، یہ ہارم فل ہے یا ہارم لیس ہے۔</w:t>
      </w:r>
    </w:p>
    <w:p>
      <w:r>
        <w:rPr>
          <w:b/>
        </w:rPr>
        <w:t xml:space="preserve">[12:48] </w:t>
      </w:r>
      <w:r>
        <w:t>us mein yeh violence ka tareeqa hai, yeh peace ka tareeqa hai.</w:t>
      </w:r>
    </w:p>
    <w:p>
      <w:pPr>
        <w:jc w:val="right"/>
      </w:pPr>
      <w:r>
        <w:t>اس میں یہ وائلنس کا طریقہ ہے، یہ پیس کا طریقہ ہے۔</w:t>
      </w:r>
    </w:p>
    <w:p>
      <w:r>
        <w:rPr>
          <w:b/>
        </w:rPr>
        <w:t xml:space="preserve">[12:53] </w:t>
      </w:r>
      <w:r>
        <w:t>yeh sari cheezein insan ke andar by nature maujood rehti hain.</w:t>
      </w:r>
    </w:p>
    <w:p>
      <w:pPr>
        <w:jc w:val="right"/>
      </w:pPr>
      <w:r>
        <w:t>یہ ساری چیزیں انسان کے اندر بائی نیچر موجود رہتی ہیں۔</w:t>
      </w:r>
    </w:p>
    <w:p>
      <w:r>
        <w:rPr>
          <w:b/>
        </w:rPr>
        <w:t xml:space="preserve">[12:58] </w:t>
      </w:r>
      <w:r>
        <w:t>aur yeh jo consciousness hai, consciousness bhi unspoken language mein aap ko batata rehta hai.</w:t>
      </w:r>
    </w:p>
    <w:p>
      <w:pPr>
        <w:jc w:val="right"/>
      </w:pPr>
      <w:r>
        <w:t>اور یہ جو کانشینس ہے، کانشینس بھی ان اسپوکن لینگویج میں آپ کو بتاتا رہتا ہے۔</w:t>
      </w:r>
    </w:p>
    <w:p>
      <w:r>
        <w:rPr>
          <w:b/>
        </w:rPr>
        <w:t xml:space="preserve">[13:05] </w:t>
      </w:r>
      <w:r>
        <w:t>in unspoken language mein.</w:t>
      </w:r>
    </w:p>
    <w:p>
      <w:pPr>
        <w:jc w:val="right"/>
      </w:pPr>
      <w:r>
        <w:t>ان اسپوکن لینگویج میں۔</w:t>
      </w:r>
    </w:p>
    <w:p>
      <w:r>
        <w:rPr>
          <w:b/>
        </w:rPr>
        <w:t xml:space="preserve">[13:06] </w:t>
      </w:r>
      <w:r>
        <w:t>to aap wohi kijiye.</w:t>
      </w:r>
    </w:p>
    <w:p>
      <w:pPr>
        <w:jc w:val="right"/>
      </w:pPr>
      <w:r>
        <w:t>تو آپ وہی کیجیے۔</w:t>
      </w:r>
    </w:p>
    <w:p>
      <w:r>
        <w:rPr>
          <w:b/>
        </w:rPr>
        <w:t xml:space="preserve">[13:08] </w:t>
      </w:r>
      <w:r>
        <w:t>jaise aap mein example deta hoon aap ko.</w:t>
      </w:r>
    </w:p>
    <w:p>
      <w:pPr>
        <w:jc w:val="right"/>
      </w:pPr>
      <w:r>
        <w:t>جیسے آپ میں ایگزامپل دیتا ہوں آپ کو۔</w:t>
      </w:r>
    </w:p>
    <w:p>
      <w:r>
        <w:rPr>
          <w:b/>
        </w:rPr>
        <w:t xml:space="preserve">[13:12] </w:t>
      </w:r>
      <w:r>
        <w:t>agar aap kisi par ghussa ho jayen aur us ko maarne lagen, us ko pathar marien, to agar</w:t>
      </w:r>
    </w:p>
    <w:p>
      <w:pPr>
        <w:jc w:val="right"/>
      </w:pPr>
      <w:r>
        <w:t>اگر آپ کسی پر غصہ ہو جائیں اور اس کو مارنے لگیں، اس کو پتھر ماریں، تو اگر</w:t>
      </w:r>
    </w:p>
    <w:p>
      <w:r>
        <w:rPr>
          <w:b/>
        </w:rPr>
        <w:t xml:space="preserve">[13:19] </w:t>
      </w:r>
      <w:r>
        <w:t>aap dhyan dein apne dil ki taraf, apne consciousness ki taraf, to andar se woh keh raha hoga</w:t>
      </w:r>
    </w:p>
    <w:p>
      <w:pPr>
        <w:jc w:val="right"/>
      </w:pPr>
      <w:r>
        <w:t>آپ دھیان دیں اپنے دل کی طرف، اپنے کانشینس کی طرف، تو اندر سے وہ کہہ رہا ہوگا</w:t>
      </w:r>
    </w:p>
    <w:p>
      <w:r>
        <w:rPr>
          <w:b/>
        </w:rPr>
        <w:t xml:space="preserve">[13:27] </w:t>
      </w:r>
      <w:r>
        <w:t>keh is ne to tum ko gaali di thi aur tum ko pathar maar rahe ho.</w:t>
      </w:r>
    </w:p>
    <w:p>
      <w:pPr>
        <w:jc w:val="right"/>
      </w:pPr>
      <w:r>
        <w:t>کہ اس نے تو تم کو گالی دی تھی اور تم کو پتھر مار رہے ہو۔</w:t>
      </w:r>
    </w:p>
    <w:p>
      <w:r>
        <w:rPr>
          <w:b/>
        </w:rPr>
        <w:t xml:space="preserve">[13:34] </w:t>
      </w:r>
      <w:r>
        <w:t>aap ka dil andar se bol raha hoga keh is ne aap ko gaali di, aap logon ke</w:t>
      </w:r>
    </w:p>
    <w:p>
      <w:pPr>
        <w:jc w:val="right"/>
      </w:pPr>
      <w:r>
        <w:t>آپ کا دل اندر سے بول رہا ہوگا کہ اس نے آپ کو گالی دی، آپ لوگوں کے</w:t>
      </w:r>
    </w:p>
    <w:p>
      <w:r>
        <w:rPr>
          <w:b/>
        </w:rPr>
        <w:t xml:space="preserve">[13:42] </w:t>
      </w:r>
      <w:r>
        <w:t>pathar maarne hain is ko.</w:t>
      </w:r>
    </w:p>
    <w:p>
      <w:pPr>
        <w:jc w:val="right"/>
      </w:pPr>
      <w:r>
        <w:t>پتھر مارنے ہیں اس کو۔</w:t>
      </w:r>
    </w:p>
    <w:p>
      <w:r>
        <w:rPr>
          <w:b/>
        </w:rPr>
        <w:t xml:space="preserve">[13:44] </w:t>
      </w:r>
      <w:r>
        <w:t>yeh kaun sa, kaun sa insani behavior hai yeh? to jab bhi aap, jaise aap se koi baat</w:t>
      </w:r>
    </w:p>
    <w:p>
      <w:pPr>
        <w:jc w:val="right"/>
      </w:pPr>
      <w:r>
        <w:t>یہ کون سا، کون سا انسانی بیہیویئر ہے یہ؟ تو جب بھی آپ، جیسے آپ سے کوئی بات</w:t>
      </w:r>
    </w:p>
    <w:p>
      <w:r>
        <w:rPr>
          <w:b/>
        </w:rPr>
        <w:t xml:space="preserve">[13:51] </w:t>
      </w:r>
      <w:r>
        <w:t>poochta hai, aap us ko chhipane ke liye jhoot bol dete hain.</w:t>
      </w:r>
    </w:p>
    <w:p>
      <w:pPr>
        <w:jc w:val="right"/>
      </w:pPr>
      <w:r>
        <w:t>پوچھتا ہے، آپ اس کو چھپانے کے لیے جھوٹ بول دیتے ہیں۔</w:t>
      </w:r>
    </w:p>
    <w:p>
      <w:r>
        <w:rPr>
          <w:b/>
        </w:rPr>
        <w:t xml:space="preserve">[13:57] </w:t>
      </w:r>
      <w:r>
        <w:t>to aap jab jhoot bol rahe hote hain, us waqt aap ka consciousness andar se keh raha hota</w:t>
      </w:r>
    </w:p>
    <w:p>
      <w:pPr>
        <w:jc w:val="right"/>
      </w:pPr>
      <w:r>
        <w:t>تو آپ جب جھوٹ بول رہے ہوتے ہیں، اس وقت آپ کا کانشینس اندر سے کہہ رہا ہوتا</w:t>
      </w:r>
    </w:p>
    <w:p>
      <w:r>
        <w:rPr>
          <w:b/>
        </w:rPr>
        <w:t xml:space="preserve">[14:04] </w:t>
      </w:r>
      <w:r>
        <w:t>hai keh baat to kuch hai aur tum apne munh se kuch aur bol rahe ho.</w:t>
      </w:r>
    </w:p>
    <w:p>
      <w:pPr>
        <w:jc w:val="right"/>
      </w:pPr>
      <w:r>
        <w:t>ہے کہ بات تو کچھ ہے اور تم اپنے منہ سے کچھ اور بول رہے ہو۔</w:t>
      </w:r>
    </w:p>
    <w:p>
      <w:r>
        <w:rPr>
          <w:b/>
        </w:rPr>
        <w:t xml:space="preserve">[14:11] </w:t>
      </w:r>
      <w:r>
        <w:t>yeh kya hai? aise hi dekhiye, agar kisi ne aap ke mazhab ke khilaaf ek book likh di</w:t>
      </w:r>
    </w:p>
    <w:p>
      <w:pPr>
        <w:jc w:val="right"/>
      </w:pPr>
      <w:r>
        <w:t>یہ کیا ہے؟ ایسے ہی دیکھیے، اگر کسی نے آپ کے مذہب کے خلاف ایک بک لکھ دی</w:t>
      </w:r>
    </w:p>
    <w:p>
      <w:r>
        <w:rPr>
          <w:b/>
        </w:rPr>
        <w:t xml:space="preserve">[14:19] </w:t>
      </w:r>
      <w:r>
        <w:t>hai, ek kitaab chhaap di hai, aur aap lage hain is kitaab ko jalaane, us ko qatl</w:t>
      </w:r>
    </w:p>
    <w:p>
      <w:pPr>
        <w:jc w:val="right"/>
      </w:pPr>
      <w:r>
        <w:t>ہے، ایک کتاب چھاپ دی ہے، اور آپ لگے ہیں اس کتاب کو جلانے، اس کو گن لے</w:t>
      </w:r>
    </w:p>
    <w:p>
      <w:r>
        <w:rPr>
          <w:b/>
        </w:rPr>
        <w:t xml:space="preserve">[14:27] </w:t>
      </w:r>
      <w:r>
        <w:t>kar ke niklein keh main is ko to maar daalunga, to agar aap sochein, thori der dhyan dein,</w:t>
      </w:r>
    </w:p>
    <w:p>
      <w:pPr>
        <w:jc w:val="right"/>
      </w:pPr>
      <w:r>
        <w:t>کر نکلیں کہ میں اس کو تو مار ڈالوں گا، تو اگر آپ سوچیں، تھوڑی دیر دھیان دیں،</w:t>
      </w:r>
    </w:p>
    <w:p>
      <w:r>
        <w:rPr>
          <w:b/>
        </w:rPr>
        <w:t xml:space="preserve">[14:34] </w:t>
      </w:r>
      <w:r>
        <w:t>to aap ka consciousness andar se yeh keh raha hoga keh is ne to kitaab likhi thi aur</w:t>
      </w:r>
    </w:p>
    <w:p>
      <w:pPr>
        <w:jc w:val="right"/>
      </w:pPr>
      <w:r>
        <w:t>تو آپ کا کانشینس اندر سے یہ کہہ رہا ہوگا کہ اس نے تو کتاب لکھی تھی اور</w:t>
      </w:r>
    </w:p>
    <w:p>
      <w:r>
        <w:rPr>
          <w:b/>
        </w:rPr>
        <w:t xml:space="preserve">[14:42] </w:t>
      </w:r>
      <w:r>
        <w:t>tum us ko qatl karna chahte ho, us ko jalaana chahte ho, tum bhi kitaab likh sakte ho,</w:t>
      </w:r>
    </w:p>
    <w:p>
      <w:pPr>
        <w:jc w:val="right"/>
      </w:pPr>
      <w:r>
        <w:t>تم اس کو کل کرنا چاہتے ہو، اس کو جلانا چاہتے ہو، تم بھی کتاب لکھ سکتے ہو،</w:t>
      </w:r>
    </w:p>
    <w:p>
      <w:r>
        <w:rPr>
          <w:b/>
        </w:rPr>
        <w:t xml:space="preserve">[14:50] </w:t>
      </w:r>
      <w:r>
        <w:t>tum bhi kitaab likho.</w:t>
      </w:r>
    </w:p>
    <w:p>
      <w:pPr>
        <w:jc w:val="right"/>
      </w:pPr>
      <w:r>
        <w:t>تم بھی کتاب لکھو۔</w:t>
      </w:r>
    </w:p>
    <w:p>
      <w:r>
        <w:rPr>
          <w:b/>
        </w:rPr>
        <w:t xml:space="preserve">[14:51] </w:t>
      </w:r>
      <w:r>
        <w:t>to dekhiye, fitrat ki awaaz ya consciousness ki awaaz ke saath koi loud speaker laga hua nahin hai,</w:t>
      </w:r>
    </w:p>
    <w:p>
      <w:pPr>
        <w:jc w:val="right"/>
      </w:pPr>
      <w:r>
        <w:t>تو دیکھیے، فطرت کی آواز یا کانشینس کی آواز کے ساتھ کوئی لاؤڈ سپیکر لگا ہوا نہیں ہے،</w:t>
      </w:r>
    </w:p>
    <w:p>
      <w:r>
        <w:rPr>
          <w:b/>
        </w:rPr>
        <w:t xml:space="preserve">[14:59] </w:t>
      </w:r>
      <w:r>
        <w:t>lekin andar se woh bolta hai.</w:t>
      </w:r>
    </w:p>
    <w:p>
      <w:pPr>
        <w:jc w:val="right"/>
      </w:pPr>
      <w:r>
        <w:t>لیکن اندر سے وہ بولتا ہے۔</w:t>
      </w:r>
    </w:p>
    <w:p>
      <w:r>
        <w:rPr>
          <w:b/>
        </w:rPr>
        <w:t xml:space="preserve">[15:02] </w:t>
      </w:r>
      <w:r>
        <w:t>aur woh bol hamein sunai deti hai, agar hum dhyan dein.</w:t>
      </w:r>
    </w:p>
    <w:p>
      <w:pPr>
        <w:jc w:val="right"/>
      </w:pPr>
      <w:r>
        <w:t>اور وہ بول ہمیں سنائی دیتی ہے، اگر ہم دھیان دیں۔</w:t>
      </w:r>
    </w:p>
    <w:p>
      <w:r>
        <w:rPr>
          <w:b/>
        </w:rPr>
        <w:t xml:space="preserve">[15:06] </w:t>
      </w:r>
      <w:r>
        <w:t>aap is ka ek jab chahein experiment kar lijie.</w:t>
      </w:r>
    </w:p>
    <w:p>
      <w:pPr>
        <w:jc w:val="right"/>
      </w:pPr>
      <w:r>
        <w:t>آپ اس کا ایک جب چاہیں ایکسپیریمنٹ کر لیجیے۔</w:t>
      </w:r>
    </w:p>
    <w:p>
      <w:r>
        <w:rPr>
          <w:b/>
        </w:rPr>
        <w:t xml:space="preserve">[15:10] </w:t>
      </w:r>
      <w:r>
        <w:t>jaise ek aadmi lijie jo kisi baat par aap se ghussa ho gaya aur laga aap ko bura</w:t>
      </w:r>
    </w:p>
    <w:p>
      <w:pPr>
        <w:jc w:val="right"/>
      </w:pPr>
      <w:r>
        <w:t>جیسے ایک آدمی لیجیے جو کسی بات پر آپ سے غصہ ہو گیا اور لگا آپ کو برا</w:t>
      </w:r>
    </w:p>
    <w:p>
      <w:r>
        <w:rPr>
          <w:b/>
        </w:rPr>
        <w:t xml:space="preserve">[15:18] </w:t>
      </w:r>
      <w:r>
        <w:t>bhala kehne, aap ko gaali dene.</w:t>
      </w:r>
    </w:p>
    <w:p>
      <w:pPr>
        <w:jc w:val="right"/>
      </w:pPr>
      <w:r>
        <w:t>بھلا کہنے، آپ کو گالی دینے۔</w:t>
      </w:r>
    </w:p>
    <w:p>
      <w:r>
        <w:rPr>
          <w:b/>
        </w:rPr>
        <w:t xml:space="preserve">[15:21] </w:t>
      </w:r>
      <w:r>
        <w:t>aap bilkul chup ho jaiye, kuch bhi na boliye, us ke saamne chup chaap khade rahiye.</w:t>
      </w:r>
    </w:p>
    <w:p>
      <w:pPr>
        <w:jc w:val="right"/>
      </w:pPr>
      <w:r>
        <w:t>آپ بالکل چپ ہو جائیے، کچھ بھی نہ بولیے، اس کے سامنے چپ چاپ کھڑے رہیے۔</w:t>
      </w:r>
    </w:p>
    <w:p>
      <w:r>
        <w:rPr>
          <w:b/>
        </w:rPr>
        <w:t xml:space="preserve">[15:27] </w:t>
      </w:r>
      <w:r>
        <w:t>to aap dekhenge kuch der ke baad dheere dheere jaise balloon mein hawa nikalne lagti hai, aur</w:t>
      </w:r>
    </w:p>
    <w:p>
      <w:pPr>
        <w:jc w:val="right"/>
      </w:pPr>
      <w:r>
        <w:t>تو آپ دیکھیں گے کچھ دیر کے بعد دھیرے دھیرے جیسے بلون میں ہوا نکلنے لگتی ہے، اور</w:t>
      </w:r>
    </w:p>
    <w:p>
      <w:r>
        <w:rPr>
          <w:b/>
        </w:rPr>
        <w:t xml:space="preserve">[15:35] </w:t>
      </w:r>
      <w:r>
        <w:t>phir nikalte nikalte woh khatm ho jaata hai.</w:t>
      </w:r>
    </w:p>
    <w:p>
      <w:pPr>
        <w:jc w:val="right"/>
      </w:pPr>
      <w:r>
        <w:t>پھر نکلتے نکلتے وہ ختم ہو جاتا ہے۔</w:t>
      </w:r>
    </w:p>
    <w:p>
      <w:r>
        <w:rPr>
          <w:b/>
        </w:rPr>
        <w:t xml:space="preserve">[15:39] </w:t>
      </w:r>
      <w:r>
        <w:t>vaise hi haal ho jaayega is ka.</w:t>
      </w:r>
    </w:p>
    <w:p>
      <w:pPr>
        <w:jc w:val="right"/>
      </w:pPr>
      <w:r>
        <w:t>ویسے ہی حال ہو جائے گا اس کا۔</w:t>
      </w:r>
    </w:p>
    <w:p>
      <w:r>
        <w:rPr>
          <w:b/>
        </w:rPr>
        <w:t xml:space="preserve">[15:42] </w:t>
      </w:r>
      <w:r>
        <w:t>yaani is ka jo ghubaara hai, is ka jo balloon hai, apne aap is ki hawa nikalne lage</w:t>
      </w:r>
    </w:p>
    <w:p>
      <w:pPr>
        <w:jc w:val="right"/>
      </w:pPr>
      <w:r>
        <w:t>یعنی اس کا جو غبارہ ہے، اس کا جو بلون ہے، اپنے آپ اس کی ہوا نکلنے لگے</w:t>
      </w:r>
    </w:p>
    <w:p>
      <w:r>
        <w:rPr>
          <w:b/>
        </w:rPr>
        <w:t xml:space="preserve">[15:50] </w:t>
      </w:r>
      <w:r>
        <w:t>gi.</w:t>
      </w:r>
    </w:p>
    <w:p>
      <w:pPr>
        <w:jc w:val="right"/>
      </w:pPr>
      <w:r>
        <w:t>گی۔</w:t>
      </w:r>
    </w:p>
    <w:p>
      <w:r>
        <w:rPr>
          <w:b/>
        </w:rPr>
        <w:t xml:space="preserve">[15:51] </w:t>
      </w:r>
      <w:r>
        <w:t>aur dheere dheere woh chup ho jayega.</w:t>
      </w:r>
    </w:p>
    <w:p>
      <w:pPr>
        <w:jc w:val="right"/>
      </w:pPr>
      <w:r>
        <w:t>اور دھیرے دھیرے وہ چپ ہو جائے گا۔</w:t>
      </w:r>
    </w:p>
    <w:p>
      <w:r>
        <w:rPr>
          <w:b/>
        </w:rPr>
        <w:t xml:space="preserve">[15:55] </w:t>
      </w:r>
      <w:r>
        <w:t>mujhe to kai baar aisa hua hai ke koi aadmi ghussa ho gaya, laga bolne idhar udhar ki</w:t>
      </w:r>
    </w:p>
    <w:p>
      <w:pPr>
        <w:jc w:val="right"/>
      </w:pPr>
      <w:r>
        <w:t>مجھے تو کئی بار ایسا ہوا ہے کہ کوئی آدمی غصہ ہو گیا، لگا بولنے ادھر ادھر کی</w:t>
      </w:r>
    </w:p>
    <w:p>
      <w:r>
        <w:rPr>
          <w:b/>
        </w:rPr>
        <w:t xml:space="preserve">[16:02] </w:t>
      </w:r>
      <w:r>
        <w:t>baatein.</w:t>
      </w:r>
    </w:p>
    <w:p>
      <w:pPr>
        <w:jc w:val="right"/>
      </w:pPr>
      <w:r>
        <w:t>باتیں۔</w:t>
      </w:r>
    </w:p>
    <w:p>
      <w:r>
        <w:rPr>
          <w:b/>
        </w:rPr>
        <w:t xml:space="preserve">[16:04] </w:t>
      </w:r>
      <w:r>
        <w:t>aisi baat hai jis se aadmi ko jawab mein us ko ghussa aa jaye, woh bhi lage kuch</w:t>
      </w:r>
    </w:p>
    <w:p>
      <w:pPr>
        <w:jc w:val="right"/>
      </w:pPr>
      <w:r>
        <w:t>ایسی بات ہے جس سے آدمی کو جواب میں اس کو غصہ آ جائے، وہ بھی لگے کچھ</w:t>
      </w:r>
    </w:p>
    <w:p>
      <w:r>
        <w:rPr>
          <w:b/>
        </w:rPr>
        <w:t xml:space="preserve">[16:12] </w:t>
      </w:r>
      <w:r>
        <w:t>bohat violence karne.</w:t>
      </w:r>
    </w:p>
    <w:p>
      <w:pPr>
        <w:jc w:val="right"/>
      </w:pPr>
      <w:r>
        <w:t>بہت وائلنس کرنے۔</w:t>
      </w:r>
    </w:p>
    <w:p>
      <w:r>
        <w:rPr>
          <w:b/>
        </w:rPr>
        <w:t xml:space="preserve">[16:13] </w:t>
      </w:r>
      <w:r>
        <w:t>to maine kya kiya? ek dum chup aise baith gaya, kuch nahi kaha.</w:t>
      </w:r>
    </w:p>
    <w:p>
      <w:pPr>
        <w:jc w:val="right"/>
      </w:pPr>
      <w:r>
        <w:t>تو میں نے کیا کیا؟ ایک دم چپ ایسے بیٹھ گیا، کچھ نہیں کہا۔</w:t>
      </w:r>
    </w:p>
    <w:p>
      <w:r>
        <w:rPr>
          <w:b/>
        </w:rPr>
        <w:t xml:space="preserve">[16:19] </w:t>
      </w:r>
      <w:r>
        <w:t>to dheere dheere woh apne aap chup ho gaya.</w:t>
      </w:r>
    </w:p>
    <w:p>
      <w:pPr>
        <w:jc w:val="right"/>
      </w:pPr>
      <w:r>
        <w:t>تو دھیرے دھیرے وہ اپنے آپ چپ ہو گیا۔</w:t>
      </w:r>
    </w:p>
    <w:p>
      <w:r>
        <w:rPr>
          <w:b/>
        </w:rPr>
        <w:t xml:space="preserve">[16:23] </w:t>
      </w:r>
      <w:r>
        <w:t>yeh kya hai? jab main nahi bola to uska consciousness bola.</w:t>
      </w:r>
    </w:p>
    <w:p>
      <w:pPr>
        <w:jc w:val="right"/>
      </w:pPr>
      <w:r>
        <w:t>یہ کیا ہے؟ جب میں نہیں بولا تو اس کا کانشینس بولا۔</w:t>
      </w:r>
    </w:p>
    <w:p>
      <w:r>
        <w:rPr>
          <w:b/>
        </w:rPr>
        <w:t xml:space="preserve">[16:28] </w:t>
      </w:r>
      <w:r>
        <w:t>jab main nahi bola to uska consciousness bola ke kya kar rahe ho tum? ek aadmi kuch</w:t>
      </w:r>
    </w:p>
    <w:p>
      <w:pPr>
        <w:jc w:val="right"/>
      </w:pPr>
      <w:r>
        <w:t>جب میں نہیں بولا تو اس کا کانشینس بولا کہ کیا کر رہے ہو تم؟ ایک آدمی کچھ</w:t>
      </w:r>
    </w:p>
    <w:p>
      <w:r>
        <w:rPr>
          <w:b/>
        </w:rPr>
        <w:t xml:space="preserve">[16:36] </w:t>
      </w:r>
      <w:r>
        <w:t>chup chaap hai, woh kuch tum ko keh bhi nahi raha hai, phir bhi tum us ko ulta</w:t>
      </w:r>
    </w:p>
    <w:p>
      <w:pPr>
        <w:jc w:val="right"/>
      </w:pPr>
      <w:r>
        <w:t>چپ چاپ ہے، وہ کچھ تم کو کہہ بھی نہیں رہا ہے، پھر بھی تم اس کو الٹا</w:t>
      </w:r>
    </w:p>
    <w:p>
      <w:r>
        <w:rPr>
          <w:b/>
        </w:rPr>
        <w:t xml:space="preserve">[16:43] </w:t>
      </w:r>
      <w:r>
        <w:t>seedha suna rahe ho.</w:t>
      </w:r>
    </w:p>
    <w:p>
      <w:pPr>
        <w:jc w:val="right"/>
      </w:pPr>
      <w:r>
        <w:t>سیدھا سنا رہے ہو۔</w:t>
      </w:r>
    </w:p>
    <w:p>
      <w:r>
        <w:rPr>
          <w:b/>
        </w:rPr>
        <w:t xml:space="preserve">[16:45] </w:t>
      </w:r>
      <w:r>
        <w:t>invariably آپ اس کا تجربہ کر سکتے ہیں۔</w:t>
      </w:r>
    </w:p>
    <w:p>
      <w:pPr>
        <w:jc w:val="right"/>
      </w:pPr>
      <w:r>
        <w:t>ان ویریبلی آپ اس کا تجربہ کر سکتے ہیں۔</w:t>
      </w:r>
    </w:p>
    <w:p>
      <w:r>
        <w:rPr>
          <w:b/>
        </w:rPr>
        <w:t xml:space="preserve">[16:49] </w:t>
      </w:r>
      <w:r>
        <w:t>to har mauqe par mujhe ek ek wakeel sahab mile jo pachees saal se woh kar rahe the,</w:t>
      </w:r>
    </w:p>
    <w:p>
      <w:pPr>
        <w:jc w:val="right"/>
      </w:pPr>
      <w:r>
        <w:t>تو ہر موقع پر مجھے ایک ایک وکیل صاحب ملے جو پچیس سال سے وہ کر رہے تھے،</w:t>
      </w:r>
    </w:p>
    <w:p>
      <w:r>
        <w:rPr>
          <w:b/>
        </w:rPr>
        <w:t xml:space="preserve">[16:57] </w:t>
      </w:r>
      <w:r>
        <w:t>yaani foujdari case kar kar kar rahe the, yaani murder ke case jo hote the, us ki vakalat</w:t>
      </w:r>
    </w:p>
    <w:p>
      <w:pPr>
        <w:jc w:val="right"/>
      </w:pPr>
      <w:r>
        <w:t>یعنی فوجداری کیس کر کر کر رہے تھے، یعنی مرڈر کے کیس جو ہوتے تھے، اس کی وکالت</w:t>
      </w:r>
    </w:p>
    <w:p>
      <w:r>
        <w:rPr>
          <w:b/>
        </w:rPr>
        <w:t xml:space="preserve">[17:04] </w:t>
      </w:r>
      <w:r>
        <w:t>karte the woh court mein.</w:t>
      </w:r>
    </w:p>
    <w:p>
      <w:pPr>
        <w:jc w:val="right"/>
      </w:pPr>
      <w:r>
        <w:t>کرتے تھے وہ کورٹ میں۔</w:t>
      </w:r>
    </w:p>
    <w:p>
      <w:r>
        <w:rPr>
          <w:b/>
        </w:rPr>
        <w:t xml:space="preserve">[17:07] </w:t>
      </w:r>
      <w:r>
        <w:t>to unhone mujh se kaha ke main pachees saal se vakalat kar raha hoon, yaani law ka</w:t>
      </w:r>
    </w:p>
    <w:p>
      <w:pPr>
        <w:jc w:val="right"/>
      </w:pPr>
      <w:r>
        <w:t>تو انہوں نے مجھ سے کہا کہ میں پچیس سال سے وکالت کر رہا ہوں، یعنی لاء کا</w:t>
      </w:r>
    </w:p>
    <w:p>
      <w:r>
        <w:rPr>
          <w:b/>
        </w:rPr>
        <w:t xml:space="preserve">[17:14] </w:t>
      </w:r>
      <w:r>
        <w:t>profession mera hai.</w:t>
      </w:r>
    </w:p>
    <w:p>
      <w:pPr>
        <w:jc w:val="right"/>
      </w:pPr>
      <w:r>
        <w:t>پروفیشن میرا ہے۔</w:t>
      </w:r>
    </w:p>
    <w:p>
      <w:r>
        <w:rPr>
          <w:b/>
        </w:rPr>
        <w:t xml:space="preserve">[17:16] </w:t>
      </w:r>
      <w:r>
        <w:t>aur mere paas wahi log aate hain jo murder kar kar ke phir chahte hain ke bachein.</w:t>
      </w:r>
    </w:p>
    <w:p>
      <w:pPr>
        <w:jc w:val="right"/>
      </w:pPr>
      <w:r>
        <w:t>اور میرے پاس وہی لوگ آتے ہیں جو مرڈر کر کر کے پھر چاہتے ہیں کہ بچیں۔</w:t>
      </w:r>
    </w:p>
    <w:p>
      <w:r>
        <w:rPr>
          <w:b/>
        </w:rPr>
        <w:t xml:space="preserve">[17:23] </w:t>
      </w:r>
      <w:r>
        <w:t>to kaha ke maine jitne bhi mere paas aaye, sab ko maine dekha ke kisi jazbe</w:t>
      </w:r>
    </w:p>
    <w:p>
      <w:pPr>
        <w:jc w:val="right"/>
      </w:pPr>
      <w:r>
        <w:t>تو کہا کہ میں نے جتنے بھی میرے پاس آئے، سب کو میں نے دیکھا کہ کسی جذبے</w:t>
      </w:r>
    </w:p>
    <w:p>
      <w:r>
        <w:rPr>
          <w:b/>
        </w:rPr>
        <w:t xml:space="preserve">[17:31] </w:t>
      </w:r>
      <w:r>
        <w:t>mein aa kar, kisi wajah se provoke ho kar, unhone ek aadmi ko maar dala.</w:t>
      </w:r>
    </w:p>
    <w:p>
      <w:pPr>
        <w:jc w:val="right"/>
      </w:pPr>
      <w:r>
        <w:t>میں آ کر، کسی وجہ سے پرووک ہو کر، انہوں نے ایک آدمی کو مار ڈالا۔</w:t>
      </w:r>
    </w:p>
    <w:p>
      <w:r>
        <w:rPr>
          <w:b/>
        </w:rPr>
        <w:t xml:space="preserve">[17:38] </w:t>
      </w:r>
      <w:r>
        <w:t>lekin baad ko unhein repentance hua.</w:t>
      </w:r>
    </w:p>
    <w:p>
      <w:pPr>
        <w:jc w:val="right"/>
      </w:pPr>
      <w:r>
        <w:t>لیکن بعد کو انہیں ریپنٹنس ہوا۔</w:t>
      </w:r>
    </w:p>
    <w:p>
      <w:r>
        <w:rPr>
          <w:b/>
        </w:rPr>
        <w:t xml:space="preserve">[17:40] </w:t>
      </w:r>
      <w:r>
        <w:t>unhone kaha ke maine kisi bhi aadmi ko nahi dekha jis mein repentance na aaya ho.</w:t>
      </w:r>
    </w:p>
    <w:p>
      <w:pPr>
        <w:jc w:val="right"/>
      </w:pPr>
      <w:r>
        <w:t>انہوں نے کہا کہ میں نے کسی بھی آدمی کو نہیں دیکھا جس میں ریپنٹنس نہ آیا ہو۔</w:t>
      </w:r>
    </w:p>
    <w:p>
      <w:r>
        <w:rPr>
          <w:b/>
        </w:rPr>
        <w:t xml:space="preserve">[17:48] </w:t>
      </w:r>
      <w:r>
        <w:t>yeh repentance kya hai? yeh consciousness ki awaaz hai.</w:t>
      </w:r>
    </w:p>
    <w:p>
      <w:pPr>
        <w:jc w:val="right"/>
      </w:pPr>
      <w:r>
        <w:t>یہ ریپنٹنس کیا ہے؟ یہ کانشینس کی آواز ہے۔</w:t>
      </w:r>
    </w:p>
    <w:p>
      <w:r>
        <w:rPr>
          <w:b/>
        </w:rPr>
        <w:t xml:space="preserve">[17:52] </w:t>
      </w:r>
      <w:r>
        <w:t>isi tarah se aap dekhiye, ek aadmi jaade ka zamana hai, us ko thanda lag raha hai, road</w:t>
      </w:r>
    </w:p>
    <w:p>
      <w:pPr>
        <w:jc w:val="right"/>
      </w:pPr>
      <w:r>
        <w:t>اسی طرح سے آپ دیکھیے، ایک آدمی جاڑے کا زمانہ ہے، اس کو ٹھنڈا لگ رہا ہے، روڈ</w:t>
      </w:r>
    </w:p>
    <w:p>
      <w:r>
        <w:rPr>
          <w:b/>
        </w:rPr>
        <w:t xml:space="preserve">[18:00] </w:t>
      </w:r>
      <w:r>
        <w:t>par pada hua hai.</w:t>
      </w:r>
    </w:p>
    <w:p>
      <w:pPr>
        <w:jc w:val="right"/>
      </w:pPr>
      <w:r>
        <w:t>پر پڑا ہوا ہے۔</w:t>
      </w:r>
    </w:p>
    <w:p>
      <w:r>
        <w:rPr>
          <w:b/>
        </w:rPr>
        <w:t xml:space="preserve">[18:01] </w:t>
      </w:r>
      <w:r>
        <w:t>ab aap is ko aik kambal orha dein, woh aaram se so jae.</w:t>
      </w:r>
    </w:p>
    <w:p>
      <w:pPr>
        <w:jc w:val="right"/>
      </w:pPr>
      <w:r>
        <w:t>اب آپ اس کو ایک کمبل اڑھا دیں، وہ آرام سے سو جائے۔</w:t>
      </w:r>
    </w:p>
    <w:p>
      <w:r>
        <w:rPr>
          <w:b/>
        </w:rPr>
        <w:t xml:space="preserve">[18:07] </w:t>
      </w:r>
      <w:r>
        <w:t>to jab woh ghar pohnchen ge to aap ko aik ajab qism ka santosh aap ke dil mein</w:t>
      </w:r>
    </w:p>
    <w:p>
      <w:pPr>
        <w:jc w:val="right"/>
      </w:pPr>
      <w:r>
        <w:t>تو جب وہ گھر پہنچیں گے تو آپ کو ایک عجب قسم کا سنتوش آپ کے دل میں</w:t>
      </w:r>
    </w:p>
    <w:p>
      <w:r>
        <w:rPr>
          <w:b/>
        </w:rPr>
        <w:t xml:space="preserve">[18:15] </w:t>
      </w:r>
      <w:r>
        <w:t>hoga.</w:t>
      </w:r>
    </w:p>
    <w:p>
      <w:pPr>
        <w:jc w:val="right"/>
      </w:pPr>
      <w:r>
        <w:t>ہوگا۔</w:t>
      </w:r>
    </w:p>
    <w:p>
      <w:r>
        <w:rPr>
          <w:b/>
        </w:rPr>
        <w:t xml:space="preserve">[18:16] </w:t>
      </w:r>
      <w:r>
        <w:t>یہ بڑا ہی peace peace ہوگا، جیسے کہ میں نے آج کچھ کام کیا ہے۔</w:t>
      </w:r>
    </w:p>
    <w:p>
      <w:pPr>
        <w:jc w:val="right"/>
      </w:pPr>
      <w:r>
        <w:t>یہ بڑا ہی پیس پیس ہوگا، جیسے کہ میں نے آج کچھ کام کیا ہے۔</w:t>
      </w:r>
    </w:p>
    <w:p>
      <w:r>
        <w:rPr>
          <w:b/>
        </w:rPr>
        <w:t xml:space="preserve">[18:22] </w:t>
      </w:r>
      <w:r>
        <w:t>aise hi kisi bhooke ko aap khana khila dein, koi bhi neki ka kaam kar dein, koi bhi</w:t>
      </w:r>
    </w:p>
    <w:p>
      <w:pPr>
        <w:jc w:val="right"/>
      </w:pPr>
      <w:r>
        <w:t>ایسے ہی کسی بھوکے کو آپ کھانا کھلا دیں، کوئی بھی نیکی کا کام کر دیں، کوئی بھی</w:t>
      </w:r>
    </w:p>
    <w:p>
      <w:r>
        <w:rPr>
          <w:b/>
        </w:rPr>
        <w:t xml:space="preserve">[18:30] </w:t>
      </w:r>
      <w:r>
        <w:t>virtue.</w:t>
      </w:r>
    </w:p>
    <w:p>
      <w:pPr>
        <w:jc w:val="right"/>
      </w:pPr>
      <w:r>
        <w:t>ورچو۔</w:t>
      </w:r>
    </w:p>
    <w:p>
      <w:r>
        <w:rPr>
          <w:b/>
        </w:rPr>
        <w:t xml:space="preserve">[18:32] </w:t>
      </w:r>
      <w:r>
        <w:t>تو آپ دیکھیں کہ اس کے بعد آپ کے دل میں ایک بہت ہی خاص قسم کا solace</w:t>
      </w:r>
    </w:p>
    <w:p>
      <w:pPr>
        <w:jc w:val="right"/>
      </w:pPr>
      <w:r>
        <w:t>تو آپ دیکھیں کہ اس کے بعد آپ کے دل میں ایک بہت ہی خاص قسم کا سولس</w:t>
      </w:r>
    </w:p>
    <w:p>
      <w:r>
        <w:rPr>
          <w:b/>
        </w:rPr>
        <w:t xml:space="preserve">[18:39] </w:t>
      </w:r>
      <w:r>
        <w:t>آ جائے گا، ایک peace آ جائے گا، ایک سکون آ جائے گا۔</w:t>
      </w:r>
    </w:p>
    <w:p>
      <w:pPr>
        <w:jc w:val="right"/>
      </w:pPr>
      <w:r>
        <w:t>آ جائے گا، ایک پیس آ جائے گا، ایک سکون آ جائے گا۔</w:t>
      </w:r>
    </w:p>
    <w:p>
      <w:r>
        <w:rPr>
          <w:b/>
        </w:rPr>
        <w:t xml:space="preserve">[18:45] </w:t>
      </w:r>
      <w:r>
        <w:t>yeh kya hai? yeh bhi consciousness ki baat hai.</w:t>
      </w:r>
    </w:p>
    <w:p>
      <w:pPr>
        <w:jc w:val="right"/>
      </w:pPr>
      <w:r>
        <w:t>یہ کیا ہے؟ یہ بھی کانشینس کی بات ہے۔</w:t>
      </w:r>
    </w:p>
    <w:p>
      <w:r>
        <w:rPr>
          <w:b/>
        </w:rPr>
        <w:t xml:space="preserve">[18:49] </w:t>
      </w:r>
      <w:r>
        <w:t>to hamara jo consciousness hai, hamara jo andar ka nature hai, woh buri baaton par hum ko, yani</w:t>
      </w:r>
    </w:p>
    <w:p>
      <w:pPr>
        <w:jc w:val="right"/>
      </w:pPr>
      <w:r>
        <w:t>تو ہمارا جو کانشینس ہے، ہمارا جو اندر کا نیچر ہے، وہ بری باتوں پر ہم کو، یعنی</w:t>
      </w:r>
    </w:p>
    <w:p>
      <w:r>
        <w:rPr>
          <w:b/>
        </w:rPr>
        <w:t xml:space="preserve">[18:57] </w:t>
      </w:r>
      <w:r>
        <w:t>andar se bol raha hai, bolta hai ke tum ne galat kaam kiya tum ne.</w:t>
      </w:r>
    </w:p>
    <w:p>
      <w:pPr>
        <w:jc w:val="right"/>
      </w:pPr>
      <w:r>
        <w:t>اندر سے بول رہا ہے، بولتا ہے کہ تم نے غلط کام کیا تم نے۔</w:t>
      </w:r>
    </w:p>
    <w:p>
      <w:r>
        <w:rPr>
          <w:b/>
        </w:rPr>
        <w:t xml:space="preserve">[19:03] </w:t>
      </w:r>
      <w:r>
        <w:t>aur agar hum koi acha kaam kar dein to andar se woh bolta hai ke tum ne bohat</w:t>
      </w:r>
    </w:p>
    <w:p>
      <w:pPr>
        <w:jc w:val="right"/>
      </w:pPr>
      <w:r>
        <w:t>اور اگر ہم کوئی اچھا کام کر دیں تو اندر سے وہ بولتا ہے کہ تم نے بہت</w:t>
      </w:r>
    </w:p>
    <w:p>
      <w:r>
        <w:rPr>
          <w:b/>
        </w:rPr>
        <w:t xml:space="preserve">[19:11] </w:t>
      </w:r>
      <w:r>
        <w:t>acha kaam kiya.</w:t>
      </w:r>
    </w:p>
    <w:p>
      <w:pPr>
        <w:jc w:val="right"/>
      </w:pPr>
      <w:r>
        <w:t>اچھا کام کیا۔</w:t>
      </w:r>
    </w:p>
    <w:p>
      <w:r>
        <w:rPr>
          <w:b/>
        </w:rPr>
        <w:t xml:space="preserve">[19:12] </w:t>
      </w:r>
      <w:r>
        <w:t>isi ko quran mein kaha gaya hai ke: "فَعَلْهَمْ هَا فُجُورًا وَتَقْوَى" yani khuda ne insan ke nature</w:t>
      </w:r>
    </w:p>
    <w:p>
      <w:pPr>
        <w:jc w:val="right"/>
      </w:pPr>
      <w:r>
        <w:t>اسی کو قرآن میں کہا گیا ہے کہ: "فَعَلْهَمْ هَا فُجُورًا وَتَقْوَى" یعنی خدا نے انسان کے نیچر</w:t>
      </w:r>
    </w:p>
    <w:p>
      <w:r>
        <w:rPr>
          <w:b/>
        </w:rPr>
        <w:t xml:space="preserve">[19:20] </w:t>
      </w:r>
      <w:r>
        <w:t>mein woh rakh diya hai, yani tameez rakh di hai, pehchan rakh di hai.</w:t>
      </w:r>
    </w:p>
    <w:p>
      <w:pPr>
        <w:jc w:val="right"/>
      </w:pPr>
      <w:r>
        <w:t>میں وہ رکھ دیا ہے، یعنی تمیز رکھ دی ہے، پہچان رکھ دی ہے۔</w:t>
      </w:r>
    </w:p>
    <w:p>
      <w:r>
        <w:rPr>
          <w:b/>
        </w:rPr>
        <w:t xml:space="preserve">[19:26] </w:t>
      </w:r>
      <w:r>
        <w:t>buri baat ki pehchan bhi, o aur achi baat ki pehchan bhi.</w:t>
      </w:r>
    </w:p>
    <w:p>
      <w:pPr>
        <w:jc w:val="right"/>
      </w:pPr>
      <w:r>
        <w:t>بری بات کی پہچان بھی، او اور اچھی بات کی پہچان بھی۔</w:t>
      </w:r>
    </w:p>
    <w:p>
      <w:r>
        <w:rPr>
          <w:b/>
        </w:rPr>
        <w:t xml:space="preserve">[19:31] </w:t>
      </w:r>
      <w:r>
        <w:t>to yeh doosra level hai.</w:t>
      </w:r>
    </w:p>
    <w:p>
      <w:pPr>
        <w:jc w:val="right"/>
      </w:pPr>
      <w:r>
        <w:t>تو یہ دوسرا لیول ہے۔</w:t>
      </w:r>
    </w:p>
    <w:p>
      <w:r>
        <w:rPr>
          <w:b/>
        </w:rPr>
        <w:t xml:space="preserve">[19:33] </w:t>
      </w:r>
      <w:r>
        <w:t>pehla level guidance ka jo khuda ne ya rakha hai is duniya mein, woh to material world hai.</w:t>
      </w:r>
    </w:p>
    <w:p>
      <w:pPr>
        <w:jc w:val="right"/>
      </w:pPr>
      <w:r>
        <w:t>پہلا لیول گائیڈنس کا جو خدا نے یا رکھا ہے اس دنیا میں، وہ تو مٹیریل ورلڈ ہے۔</w:t>
      </w:r>
    </w:p>
    <w:p>
      <w:r>
        <w:rPr>
          <w:b/>
        </w:rPr>
        <w:t xml:space="preserve">[19:41] </w:t>
      </w:r>
      <w:r>
        <w:t>material world mein har cheez aap jante hain ke bohat hi perfect tareeqe se kaam karti hai.</w:t>
      </w:r>
    </w:p>
    <w:p>
      <w:pPr>
        <w:jc w:val="right"/>
      </w:pPr>
      <w:r>
        <w:t>مٹیریل ورلڈ میں ہر چیز آپ جانتے ہیں کہ بہت ہی پرفیکٹ طریقے سے کام کرتی ہے۔</w:t>
      </w:r>
    </w:p>
    <w:p>
      <w:r>
        <w:rPr>
          <w:b/>
        </w:rPr>
        <w:t xml:space="preserve">[19:48] </w:t>
      </w:r>
      <w:r>
        <w:t>poore poore nature ka, poore poore world ka jo character hai, woh predictable character hai.</w:t>
      </w:r>
    </w:p>
    <w:p>
      <w:pPr>
        <w:jc w:val="right"/>
      </w:pPr>
      <w:r>
        <w:t>پورے پورے نیچر کا، پورے پورے ورلڈ کا جو کریکٹر ہے، وہ پریڈکٹیبل کریکٹر ہے۔</w:t>
      </w:r>
    </w:p>
    <w:p>
      <w:r>
        <w:rPr>
          <w:b/>
        </w:rPr>
        <w:t xml:space="preserve">[19:55] </w:t>
      </w:r>
      <w:r>
        <w:t>to woh bata raha hai ke aap ke andar, aap apne andar predictable character paida kijiye.</w:t>
      </w:r>
    </w:p>
    <w:p>
      <w:pPr>
        <w:jc w:val="right"/>
      </w:pPr>
      <w:r>
        <w:t>تو وہ بتا رہا ہے کہ آپ کے اندر، آپ اپنے اندر پریڈکٹیبل کریکٹر پیدا کیجیے۔</w:t>
      </w:r>
    </w:p>
    <w:p>
      <w:r>
        <w:rPr>
          <w:b/>
        </w:rPr>
        <w:t xml:space="preserve">[20:01] </w:t>
      </w:r>
      <w:r>
        <w:t>aap jab wada karein to aadmi pake yaqeen ke sath yeh jaan sake ke aap zaroor is ko</w:t>
      </w:r>
    </w:p>
    <w:p>
      <w:pPr>
        <w:jc w:val="right"/>
      </w:pPr>
      <w:r>
        <w:t>آپ جب وعدہ کریں تو آدمی پکے یقین کے ساتھ یہ جان سکے کہ آپ ضرور اس کو</w:t>
      </w:r>
    </w:p>
    <w:p>
      <w:r>
        <w:rPr>
          <w:b/>
        </w:rPr>
        <w:t xml:space="preserve">[20:09] </w:t>
      </w:r>
      <w:r>
        <w:t>poora karein ge wada.</w:t>
      </w:r>
    </w:p>
    <w:p>
      <w:pPr>
        <w:jc w:val="right"/>
      </w:pPr>
      <w:r>
        <w:t>پورا کریں گے وعدہ۔</w:t>
      </w:r>
    </w:p>
    <w:p>
      <w:r>
        <w:rPr>
          <w:b/>
        </w:rPr>
        <w:t xml:space="preserve">[20:11] </w:t>
      </w:r>
      <w:r>
        <w:t>koi mamla ho, koi witness dena ho to aadmi poore in advance yeh yaqeen kar le ke aap</w:t>
      </w:r>
    </w:p>
    <w:p>
      <w:pPr>
        <w:jc w:val="right"/>
      </w:pPr>
      <w:r>
        <w:t>کوئی معاملہ ہو، کوئی وٹنس دینا ہو تو آدمی پورے ان ایڈوانس یہ یقین کر لے کہ آپ</w:t>
      </w:r>
    </w:p>
    <w:p>
      <w:r>
        <w:rPr>
          <w:b/>
        </w:rPr>
        <w:t xml:space="preserve">[20:19] </w:t>
      </w:r>
      <w:r>
        <w:t>jhoot nahi bolein ge.</w:t>
      </w:r>
    </w:p>
    <w:p>
      <w:pPr>
        <w:jc w:val="right"/>
      </w:pPr>
      <w:r>
        <w:t>جھوٹ نہیں بولیں گے۔</w:t>
      </w:r>
    </w:p>
    <w:p>
      <w:r>
        <w:rPr>
          <w:b/>
        </w:rPr>
        <w:t xml:space="preserve">[20:20] </w:t>
      </w:r>
      <w:r>
        <w:t>aap kisi se mamla karein, kisi se mamla ho aap ka to uska pake yaqeen ho ke</w:t>
      </w:r>
    </w:p>
    <w:p>
      <w:pPr>
        <w:jc w:val="right"/>
      </w:pPr>
      <w:r>
        <w:t>آپ کسی سے معاملہ کریں، کسی سے معاملہ ہو آپ کا تو اس کا پکا یقین ہو کہ</w:t>
      </w:r>
    </w:p>
    <w:p>
      <w:r>
        <w:rPr>
          <w:b/>
        </w:rPr>
        <w:t xml:space="preserve">[20:28] </w:t>
      </w:r>
      <w:r>
        <w:t>aap lein dein mein gadbad nahi karein ge.</w:t>
      </w:r>
    </w:p>
    <w:p>
      <w:pPr>
        <w:jc w:val="right"/>
      </w:pPr>
      <w:r>
        <w:t>آپ لین دین میں گڑبڑ نہیں کریں گے۔</w:t>
      </w:r>
    </w:p>
    <w:p>
      <w:r>
        <w:rPr>
          <w:b/>
        </w:rPr>
        <w:t xml:space="preserve">[20:31] </w:t>
      </w:r>
      <w:r>
        <w:t>yeh hai predictable character.</w:t>
      </w:r>
    </w:p>
    <w:p>
      <w:pPr>
        <w:jc w:val="right"/>
      </w:pPr>
      <w:r>
        <w:t>یہ ہے پریڈکٹیبل کریکٹر۔</w:t>
      </w:r>
    </w:p>
    <w:p>
      <w:r>
        <w:rPr>
          <w:b/>
        </w:rPr>
        <w:t xml:space="preserve">[20:33] </w:t>
      </w:r>
      <w:r>
        <w:t>samajhta hoon ke jo material world hai, poora ka poora us ke andar yahi baat hai ke woh</w:t>
      </w:r>
    </w:p>
    <w:p>
      <w:pPr>
        <w:jc w:val="right"/>
      </w:pPr>
      <w:r>
        <w:t>سمجھتا ہوں کہ جو مٹیریل ورلڈ ہے، پورا کا پورا اس کے اندر یہی بات ہے کہ وہ</w:t>
      </w:r>
    </w:p>
    <w:p>
      <w:r>
        <w:rPr>
          <w:b/>
        </w:rPr>
        <w:t xml:space="preserve">[20:41] </w:t>
      </w:r>
      <w:r>
        <w:t>predictable character hai.</w:t>
      </w:r>
    </w:p>
    <w:p>
      <w:pPr>
        <w:jc w:val="right"/>
      </w:pPr>
      <w:r>
        <w:t>پریڈکٹیبل کریکٹر ہے۔</w:t>
      </w:r>
    </w:p>
    <w:p>
      <w:r>
        <w:rPr>
          <w:b/>
        </w:rPr>
        <w:t xml:space="preserve">[20:42] </w:t>
      </w:r>
      <w:r>
        <w:t>us ke andar har cheez mein, yaani chote se le kar galaxy tak, har ek ka predictable character</w:t>
      </w:r>
    </w:p>
    <w:p>
      <w:pPr>
        <w:jc w:val="right"/>
      </w:pPr>
      <w:r>
        <w:t>اس کے اندر ہر چیز میں، یعنی چھوٹے سے لے کر گلیکسی تک، ہر ایک کا پریڈکٹیبل کریکٹر</w:t>
      </w:r>
    </w:p>
    <w:p>
      <w:r>
        <w:rPr>
          <w:b/>
        </w:rPr>
        <w:t xml:space="preserve">[20:50]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[20:52] </w:t>
      </w:r>
      <w:r>
        <w:t>toh yeh Khuda aap ek level yeh hai, ek level yeh hai jahan Khuda aap ko bata raha</w:t>
      </w:r>
    </w:p>
    <w:p>
      <w:pPr>
        <w:jc w:val="right"/>
      </w:pPr>
      <w:r>
        <w:t>تو یہ خدا آپ ایک لیول یہ ہے، ایک لیول یہ ہے جہاں خدا آپ کو بتا رہا</w:t>
      </w:r>
    </w:p>
    <w:p>
      <w:r>
        <w:rPr>
          <w:b/>
        </w:rPr>
        <w:t xml:space="preserve">[20:59] </w:t>
      </w:r>
      <w:r>
        <w:t>hai ke tum is duniya mein kaise raho, yaani "how to live in this world", "how to, how</w:t>
      </w:r>
    </w:p>
    <w:p>
      <w:pPr>
        <w:jc w:val="right"/>
      </w:pPr>
      <w:r>
        <w:t>ہے کہ تم اس دنیا میں کیسے رہو، یعنی "ہاؤ ٹو لیو ان دس ورلڈ"، "ہاؤ ٹو، ہاؤ</w:t>
      </w:r>
    </w:p>
    <w:p>
      <w:r>
        <w:rPr>
          <w:b/>
        </w:rPr>
        <w:t xml:space="preserve">[21:07] </w:t>
      </w:r>
      <w:r>
        <w:t>to behave with other people" yeh bata raha hai.</w:t>
      </w:r>
    </w:p>
    <w:p>
      <w:pPr>
        <w:jc w:val="right"/>
      </w:pPr>
      <w:r>
        <w:t>ٹو بیہیو ود ادر پیپل" یہ بتا رہا ہے۔</w:t>
      </w:r>
    </w:p>
    <w:p>
      <w:r>
        <w:rPr>
          <w:b/>
        </w:rPr>
        <w:t xml:space="preserve">[21:11] </w:t>
      </w:r>
      <w:r>
        <w:t>aur doosri cheez jo maine arz ki, woh yeh ke aap ka apna conscience, aap ki apni</w:t>
      </w:r>
    </w:p>
    <w:p>
      <w:pPr>
        <w:jc w:val="right"/>
      </w:pPr>
      <w:r>
        <w:t>اور دوسری چیز جو میں نے عرض کی، وہ یہ کہ آپ کا اپنا کانشینس، آپ کی اپنی</w:t>
      </w:r>
    </w:p>
    <w:p>
      <w:r>
        <w:rPr>
          <w:b/>
        </w:rPr>
        <w:t xml:space="preserve">[21:19] </w:t>
      </w:r>
      <w:r>
        <w:t>fitrat andar se bolti rehti hai, loud speaker ki zubaan mein nahin, khamosh zubaan mein, in spoken language</w:t>
      </w:r>
    </w:p>
    <w:p>
      <w:pPr>
        <w:jc w:val="right"/>
      </w:pPr>
      <w:r>
        <w:t>فطرت اندر سے بولتی رہتی ہے، لاؤڈ سپیکر کی زبان میں نہیں، خاموش زبان میں، ان اسپوکن لینگویج</w:t>
      </w:r>
    </w:p>
    <w:p>
      <w:r>
        <w:rPr>
          <w:b/>
        </w:rPr>
        <w:t xml:space="preserve">[21:26] </w:t>
      </w:r>
      <w:r>
        <w:t>mein.</w:t>
      </w:r>
    </w:p>
    <w:p>
      <w:pPr>
        <w:jc w:val="right"/>
      </w:pPr>
      <w:r>
        <w:t>میں۔</w:t>
      </w:r>
    </w:p>
    <w:p>
      <w:r>
        <w:rPr>
          <w:b/>
        </w:rPr>
        <w:t xml:space="preserve">[21:28] </w:t>
      </w:r>
      <w:r>
        <w:t>aap ke andar dekhiye, ek taraf conscience hai, doosri taraf ego hai.</w:t>
      </w:r>
    </w:p>
    <w:p>
      <w:pPr>
        <w:jc w:val="right"/>
      </w:pPr>
      <w:r>
        <w:t>آپ کے اندر دیکھیے، ایک طرف کانشینس ہے، دوسری طرف ایگو ہے۔</w:t>
      </w:r>
    </w:p>
    <w:p>
      <w:r>
        <w:rPr>
          <w:b/>
        </w:rPr>
        <w:t xml:space="preserve">[21:33] </w:t>
      </w:r>
      <w:r>
        <w:t>toh yeh conscience jo aap ke andar hai, woh har waqt batata hai ke yeh tum ne galat</w:t>
      </w:r>
    </w:p>
    <w:p>
      <w:pPr>
        <w:jc w:val="right"/>
      </w:pPr>
      <w:r>
        <w:t>تو یہ کانشینس جو آپ کے اندر ہے، وہ ہر وقت بتاتا ہے کہ یہ تم نے غلط</w:t>
      </w:r>
    </w:p>
    <w:p>
      <w:r>
        <w:rPr>
          <w:b/>
        </w:rPr>
        <w:t xml:space="preserve">[21:41] </w:t>
      </w:r>
      <w:r>
        <w:t>kaam kiya.</w:t>
      </w:r>
    </w:p>
    <w:p>
      <w:pPr>
        <w:jc w:val="right"/>
      </w:pPr>
      <w:r>
        <w:t>کام کیا۔</w:t>
      </w:r>
    </w:p>
    <w:p>
      <w:r>
        <w:rPr>
          <w:b/>
        </w:rPr>
        <w:t xml:space="preserve">[21:42] </w:t>
      </w:r>
      <w:r>
        <w:t>yaani ego agar bhadak uthe, aap ne koi galat kaam kiya toh conscience wahan batayega ke yeh</w:t>
      </w:r>
    </w:p>
    <w:p>
      <w:pPr>
        <w:jc w:val="right"/>
      </w:pPr>
      <w:r>
        <w:t>یعنی ایگو اگر بھڑک اٹھے، آپ نے کوئی غلط کام کیا تو کانشینس وہاں بتائے گا کہ یہ</w:t>
      </w:r>
    </w:p>
    <w:p>
      <w:r>
        <w:rPr>
          <w:b/>
        </w:rPr>
        <w:t xml:space="preserve">[21:50] </w:t>
      </w:r>
      <w:r>
        <w:t>toh theek hi nahin kiya tum ne, yeh toh galat kaam kiya.</w:t>
      </w:r>
    </w:p>
    <w:p>
      <w:pPr>
        <w:jc w:val="right"/>
      </w:pPr>
      <w:r>
        <w:t>تو ٹھیک ہی نہیں کیا تم نے، یہ تو غلط کام کیا۔</w:t>
      </w:r>
    </w:p>
    <w:p>
      <w:r>
        <w:rPr>
          <w:b/>
        </w:rPr>
        <w:t xml:space="preserve">[21:55] </w:t>
      </w:r>
      <w:r>
        <w:t>toh ek level yeh hai, yaani aap ke andar khud ek Khuda ki kitaab hai, khud aap ke</w:t>
      </w:r>
    </w:p>
    <w:p>
      <w:pPr>
        <w:jc w:val="right"/>
      </w:pPr>
      <w:r>
        <w:t>تو ایک لیول یہ ہے، یعنی آپ کے اندر خود ایک خدا کی کتاب ہے، خود آپ کے</w:t>
      </w:r>
    </w:p>
    <w:p>
      <w:r>
        <w:rPr>
          <w:b/>
        </w:rPr>
        <w:t xml:space="preserve">[22:03] </w:t>
      </w:r>
      <w:r>
        <w:t>andar Khuda ki ek book maujood hai, "book of nature", "book of conscience".</w:t>
      </w:r>
    </w:p>
    <w:p>
      <w:pPr>
        <w:jc w:val="right"/>
      </w:pPr>
      <w:r>
        <w:t>اندر خدا کی ایک بک موجود ہے، "بک آف نیچر"، "بک آف کانشینس"۔</w:t>
      </w:r>
    </w:p>
    <w:p>
      <w:r>
        <w:rPr>
          <w:b/>
        </w:rPr>
        <w:t xml:space="preserve">[22:08] </w:t>
      </w:r>
      <w:r>
        <w:t>aur yeh kabhi bhi aisa nahin hota ke woh aap ko guide na kare.</w:t>
      </w:r>
    </w:p>
    <w:p>
      <w:pPr>
        <w:jc w:val="right"/>
      </w:pPr>
      <w:r>
        <w:t>اور یہ کبھی بھی ایسا نہیں ہوتا کہ وہ آپ کو گائیڈ نہ کرے۔</w:t>
      </w:r>
    </w:p>
    <w:p>
      <w:r>
        <w:rPr>
          <w:b/>
        </w:rPr>
        <w:t xml:space="preserve">[22:14] </w:t>
      </w:r>
      <w:r>
        <w:t>hamesha woh batayegi ke mere ko yeh acha hai, tumhare karne ka kaam hai, yeh bura hai,</w:t>
      </w:r>
    </w:p>
    <w:p>
      <w:pPr>
        <w:jc w:val="right"/>
      </w:pPr>
      <w:r>
        <w:t>ہمیشہ وہ بتائے گی کہ میرے کو یہ اچھا ہے، تمہارے کرنے کا کام ہے، یہ برا ہے،</w:t>
      </w:r>
    </w:p>
    <w:p>
      <w:r>
        <w:rPr>
          <w:b/>
        </w:rPr>
        <w:t xml:space="preserve">[22:22] </w:t>
      </w:r>
      <w:r>
        <w:t>is se tum apne aap ko bachao.</w:t>
      </w:r>
    </w:p>
    <w:p>
      <w:pPr>
        <w:jc w:val="right"/>
      </w:pPr>
      <w:r>
        <w:t>اس سے تم اپنے آپ کو بچاؤ۔</w:t>
      </w:r>
    </w:p>
    <w:p>
      <w:r>
        <w:rPr>
          <w:b/>
        </w:rPr>
        <w:t xml:space="preserve">[22:25] </w:t>
      </w:r>
      <w:r>
        <w:t>toh agar aadmi apne conscience ki awaaz ko sunta rahe, sunta rahe, sunta rahe toh kabhi bhi woh</w:t>
      </w:r>
    </w:p>
    <w:p>
      <w:pPr>
        <w:jc w:val="right"/>
      </w:pPr>
      <w:r>
        <w:t>تو اگر آدمی اپنے کانشینس کی آواز کو سنتا رہے، سنتا رہے، سنتا رہے تو کبھی بھی وہ</w:t>
      </w:r>
    </w:p>
    <w:p>
      <w:r>
        <w:rPr>
          <w:b/>
        </w:rPr>
        <w:t xml:space="preserve">[22:33] </w:t>
      </w:r>
      <w:r>
        <w:t>bhatkega nahin, kabhi bhi woh sachay rastay se hatay ga nahin.</w:t>
      </w:r>
    </w:p>
    <w:p>
      <w:pPr>
        <w:jc w:val="right"/>
      </w:pPr>
      <w:r>
        <w:t>بھٹکے گا نہیں، کبھی بھی وہ سچے راستے سے ہٹے گا نہیں۔</w:t>
      </w:r>
    </w:p>
    <w:p>
      <w:r>
        <w:rPr>
          <w:b/>
        </w:rPr>
        <w:t xml:space="preserve">[22:38] </w:t>
      </w:r>
      <w:r>
        <w:t>toh yeh ek doosra level hai.</w:t>
      </w:r>
    </w:p>
    <w:p>
      <w:pPr>
        <w:jc w:val="right"/>
      </w:pPr>
      <w:r>
        <w:t>تو یہ ایک دوسرا لیول ہے۔</w:t>
      </w:r>
    </w:p>
    <w:p>
      <w:r>
        <w:rPr>
          <w:b/>
        </w:rPr>
        <w:t xml:space="preserve">[22:41] </w:t>
      </w:r>
      <w:r>
        <w:t>ab teesra level ko maine kaha hai ke woh prophetic guidance hai.</w:t>
      </w:r>
    </w:p>
    <w:p>
      <w:pPr>
        <w:jc w:val="right"/>
      </w:pPr>
      <w:r>
        <w:t>اب تیسرا لیول کو میں نے کہا ہے کہ وہ پرافیٹک گائیڈنس ہے۔</w:t>
      </w:r>
    </w:p>
    <w:p>
      <w:r>
        <w:rPr>
          <w:b/>
        </w:rPr>
        <w:t xml:space="preserve">[22:46] </w:t>
      </w:r>
      <w:r>
        <w:t>yahan par hai spoken language.</w:t>
      </w:r>
    </w:p>
    <w:p>
      <w:pPr>
        <w:jc w:val="right"/>
      </w:pPr>
      <w:r>
        <w:t>یہاں پر ہے اسپوکن لینگویج۔</w:t>
      </w:r>
    </w:p>
    <w:p>
      <w:r>
        <w:rPr>
          <w:b/>
        </w:rPr>
        <w:t xml:space="preserve">[22:48] </w:t>
      </w:r>
      <w:r>
        <w:t>pehlay do jo layers theen, woh wahan par spoken language nahi thi, in spoken language thi.</w:t>
      </w:r>
    </w:p>
    <w:p>
      <w:pPr>
        <w:jc w:val="right"/>
      </w:pPr>
      <w:r>
        <w:t>پہلے دو جو لیئرز تھیں، وہ وہاں پر اسپوکن لینگویج نہیں تھی، ان اسپوکن لینگویج تھی۔</w:t>
      </w:r>
    </w:p>
    <w:p>
      <w:r>
        <w:rPr>
          <w:b/>
        </w:rPr>
        <w:t xml:space="preserve">[22:55] </w:t>
      </w:r>
      <w:r>
        <w:t>is ko hum soch kar jaan sakte thay, is ko hum discover kar ke jaan sakte thay, is</w:t>
      </w:r>
    </w:p>
    <w:p>
      <w:pPr>
        <w:jc w:val="right"/>
      </w:pPr>
      <w:r>
        <w:t>اس کو ہم سوچ کر جان سکتے تھے، اس کو ہم ڈسکور کر کے جان سکتے تھے، اس</w:t>
      </w:r>
    </w:p>
    <w:p>
      <w:r>
        <w:rPr>
          <w:b/>
        </w:rPr>
        <w:t xml:space="preserve">[23:03] </w:t>
      </w:r>
      <w:r>
        <w:t>ko hum ghhor kar ke realize kar sakte thay.</w:t>
      </w:r>
    </w:p>
    <w:p>
      <w:pPr>
        <w:jc w:val="right"/>
      </w:pPr>
      <w:r>
        <w:t>کو ہم غور کر کے ریلائز کر سکتے تھے۔</w:t>
      </w:r>
    </w:p>
    <w:p>
      <w:r>
        <w:rPr>
          <w:b/>
        </w:rPr>
        <w:t xml:space="preserve">[23:07] </w:t>
      </w:r>
      <w:r>
        <w:t>lekin jo teesra layer hai, prophet wala, woh to khud bolta hai.</w:t>
      </w:r>
    </w:p>
    <w:p>
      <w:pPr>
        <w:jc w:val="right"/>
      </w:pPr>
      <w:r>
        <w:t>لیکن جو تیسرا لیئر ہے، پرافیٹ والا، وہ تو خود بولتا ہے۔</w:t>
      </w:r>
    </w:p>
    <w:p>
      <w:r>
        <w:rPr>
          <w:b/>
        </w:rPr>
        <w:t xml:space="preserve">[23:12] </w:t>
      </w:r>
      <w:r>
        <w:t>jaise rasool Allah ko jab peghambari mili to aap kya karte thay? wahan par, yani arab mein, yeh</w:t>
      </w:r>
    </w:p>
    <w:p>
      <w:pPr>
        <w:jc w:val="right"/>
      </w:pPr>
      <w:r>
        <w:t>جیسے رسول اللہ کو جب پیغمبری ملی تو آپ کیا کرتے تھے؟ وہاں پر، یعنی عرب میں، یہ</w:t>
      </w:r>
    </w:p>
    <w:p>
      <w:r>
        <w:rPr>
          <w:b/>
        </w:rPr>
        <w:t xml:space="preserve">[23:20] </w:t>
      </w:r>
      <w:r>
        <w:t>baat hai seven century ke first quarter ki.</w:t>
      </w:r>
    </w:p>
    <w:p>
      <w:pPr>
        <w:jc w:val="right"/>
      </w:pPr>
      <w:r>
        <w:t>بات ہے سیون سینچری کے فرسٹ کوارٹر کی۔</w:t>
      </w:r>
    </w:p>
    <w:p>
      <w:r>
        <w:rPr>
          <w:b/>
        </w:rPr>
        <w:t xml:space="preserve">[23:23] </w:t>
      </w:r>
      <w:r>
        <w:t>to aap logon ke paas jatay, jahan aap dekhte ke kuch log bethe hue hain, kuch jahan par</w:t>
      </w:r>
    </w:p>
    <w:p>
      <w:pPr>
        <w:jc w:val="right"/>
      </w:pPr>
      <w:r>
        <w:t>تو آپ لوگوں کے پاس جاتے، جہاں آپ دیکھتے کہ کچھ لوگ بیٹھے ہوئے ہیں، کچھ جہاں پر</w:t>
      </w:r>
    </w:p>
    <w:p>
      <w:r>
        <w:rPr>
          <w:b/>
        </w:rPr>
        <w:t xml:space="preserve">[23:31] </w:t>
      </w:r>
      <w:r>
        <w:t>dekhtay, kuch akhatta hain, kuch log.</w:t>
      </w:r>
    </w:p>
    <w:p>
      <w:pPr>
        <w:jc w:val="right"/>
      </w:pPr>
      <w:r>
        <w:t>دیکھتے، کچھ اکٹھا ہیں، کچھ لوگ۔</w:t>
      </w:r>
    </w:p>
    <w:p>
      <w:r>
        <w:rPr>
          <w:b/>
        </w:rPr>
        <w:t xml:space="preserve">[23:33] </w:t>
      </w:r>
      <w:r>
        <w:t>to wahan aap jatay, aap kehtay ke "qoolu ayyuha al-nas la ilaha illallah tuflihu".</w:t>
      </w:r>
    </w:p>
    <w:p>
      <w:pPr>
        <w:jc w:val="right"/>
      </w:pPr>
      <w:r>
        <w:t>تو وہاں آپ جاتے، آپ کہتے کہ "قولو ایہا الناس لا الہ الا اللہ تفلحو"۔</w:t>
      </w:r>
    </w:p>
    <w:p>
      <w:r>
        <w:rPr>
          <w:b/>
        </w:rPr>
        <w:t xml:space="preserve">[23:40] </w:t>
      </w:r>
      <w:r>
        <w:t>"Ayyuha al-nas qoolu la ilaha illallah tuflihu" yeh kaha gaya bol kar ke batana, spoken language mein</w:t>
      </w:r>
    </w:p>
    <w:p>
      <w:pPr>
        <w:jc w:val="right"/>
      </w:pPr>
      <w:r>
        <w:t>"ایہا الناس قولو لا الہ الا اللہ تفلحو" یہ کہا گیا بول کر کے بتانا، اسپوکن لینگویج میں</w:t>
      </w:r>
    </w:p>
    <w:p>
      <w:r>
        <w:rPr>
          <w:b/>
        </w:rPr>
        <w:t xml:space="preserve">[23:47] </w:t>
      </w:r>
      <w:r>
        <w:t>batana.</w:t>
      </w:r>
    </w:p>
    <w:p>
      <w:pPr>
        <w:jc w:val="right"/>
      </w:pPr>
      <w:r>
        <w:t>بتانا۔</w:t>
      </w:r>
    </w:p>
    <w:p>
      <w:r>
        <w:rPr>
          <w:b/>
        </w:rPr>
        <w:t xml:space="preserve">[23:49] </w:t>
      </w:r>
      <w:r>
        <w:t>to is tarah se aap logon ko batatay thay ke dekho, tum ko Khuda ne paida kiya hai,</w:t>
      </w:r>
    </w:p>
    <w:p>
      <w:pPr>
        <w:jc w:val="right"/>
      </w:pPr>
      <w:r>
        <w:t>تو اس طرح سے آپ لوگوں کو بتاتے تھے کہ دیکھو، تم کو خدا نے پیدا کیا ہے،</w:t>
      </w:r>
    </w:p>
    <w:p>
      <w:r>
        <w:rPr>
          <w:b/>
        </w:rPr>
        <w:t xml:space="preserve">[23:57] </w:t>
      </w:r>
      <w:r>
        <w:t>to tum ko Khuda ko, tum ko Khuda ke agay surrender karna hai, tum ko Khuda ke hukumon</w:t>
      </w:r>
    </w:p>
    <w:p>
      <w:pPr>
        <w:jc w:val="right"/>
      </w:pPr>
      <w:r>
        <w:t>تو تم کو خدا کو، تم کو خدا کے آگے سرینڈر کرنا ہے، تم کو خدا کے حکموں</w:t>
      </w:r>
    </w:p>
    <w:p>
      <w:r>
        <w:rPr>
          <w:b/>
        </w:rPr>
        <w:t xml:space="preserve">[24:04] </w:t>
      </w:r>
      <w:r>
        <w:t>ko follow karna hai.</w:t>
      </w:r>
    </w:p>
    <w:p>
      <w:pPr>
        <w:jc w:val="right"/>
      </w:pPr>
      <w:r>
        <w:t>کو فالو کرنا ہے۔</w:t>
      </w:r>
    </w:p>
    <w:p>
      <w:r>
        <w:rPr>
          <w:b/>
        </w:rPr>
        <w:t xml:space="preserve">[24:06] </w:t>
      </w:r>
      <w:r>
        <w:t>aur aap yeh batatay thay ke tum jo dunya mein rakhe gaye ho, tujhe eternally nahi hai.</w:t>
      </w:r>
    </w:p>
    <w:p>
      <w:pPr>
        <w:jc w:val="right"/>
      </w:pPr>
      <w:r>
        <w:t>اور آپ یہ بتاتے تھے کہ تم جو دنیا میں رکھے گئے ہو، تجھے ایٹرنلی نہیں ہے۔</w:t>
      </w:r>
    </w:p>
    <w:p>
      <w:r>
        <w:rPr>
          <w:b/>
        </w:rPr>
        <w:t xml:space="preserve">[24:13] </w:t>
      </w:r>
      <w:r>
        <w:t>aisa nahi ke hazaron hazar saal tak tum aisay hi raho gay, bohat hi limited period ke liye</w:t>
      </w:r>
    </w:p>
    <w:p>
      <w:pPr>
        <w:jc w:val="right"/>
      </w:pPr>
      <w:r>
        <w:t>ایسا نہیں کہ ہزاروں ہزار سال تک تم ایسے ہی رہو گے، بہت ہی لمیٹڈ پیریڈ کے لیے</w:t>
      </w:r>
    </w:p>
    <w:p>
      <w:r>
        <w:rPr>
          <w:b/>
        </w:rPr>
        <w:t xml:space="preserve">[24:21] </w:t>
      </w:r>
      <w:r>
        <w:t>hai, pachaas saal, 60 saal, 70 saal, so saal ke andar andar tum mar jatay ho yahan se.</w:t>
      </w:r>
    </w:p>
    <w:p>
      <w:pPr>
        <w:jc w:val="right"/>
      </w:pPr>
      <w:r>
        <w:t>ہے، پچاس سال، 60 سال، 70 سال، سو سال کے اندر اندر تم مر جاتے ہو یہاں سے۔</w:t>
      </w:r>
    </w:p>
    <w:p>
      <w:r>
        <w:rPr>
          <w:b/>
        </w:rPr>
        <w:t xml:space="preserve">[24:29] </w:t>
      </w:r>
      <w:r>
        <w:t>to phir kya hota hai? to aap ne misaal di ke jaise tum din bhar kaam kiya, shaam</w:t>
      </w:r>
    </w:p>
    <w:p>
      <w:pPr>
        <w:jc w:val="right"/>
      </w:pPr>
      <w:r>
        <w:t>تو پھر کیا ہوتا ہے؟ تو آپ نے مثال دی کہ جیسے تم دن بھر کام کیا، شام</w:t>
      </w:r>
    </w:p>
    <w:p>
      <w:r>
        <w:rPr>
          <w:b/>
        </w:rPr>
        <w:t xml:space="preserve">[24:36] </w:t>
      </w:r>
      <w:r>
        <w:t>ko bistar gaye aur so gaye.</w:t>
      </w:r>
    </w:p>
    <w:p>
      <w:pPr>
        <w:jc w:val="right"/>
      </w:pPr>
      <w:r>
        <w:t>کو بستر گئے اور سو گئے۔</w:t>
      </w:r>
    </w:p>
    <w:p>
      <w:r>
        <w:rPr>
          <w:b/>
        </w:rPr>
        <w:t xml:space="preserve">[24:39] </w:t>
      </w:r>
      <w:r>
        <w:t>so gaye to kya hai? ke sona symbolize kar raha hai death ko.</w:t>
      </w:r>
    </w:p>
    <w:p>
      <w:pPr>
        <w:jc w:val="right"/>
      </w:pPr>
      <w:r>
        <w:t>سو گئے تو کیا ہے؟ کہ سونا سمبلائز کر رہا ہے ڈیتھ کو۔</w:t>
      </w:r>
    </w:p>
    <w:p>
      <w:r>
        <w:rPr>
          <w:b/>
        </w:rPr>
        <w:t xml:space="preserve">[24:45] </w:t>
      </w:r>
      <w:r>
        <w:t>jab raat ko aap be khabar ho kar so jatay hain to yeh jo sona hai, yeh death</w:t>
      </w:r>
    </w:p>
    <w:p>
      <w:pPr>
        <w:jc w:val="right"/>
      </w:pPr>
      <w:r>
        <w:t>جب رات کو آپ بے خبر ہو کر سو جاتے ہیں تو یہ جو سونا ہے، یہ ڈیتھ</w:t>
      </w:r>
    </w:p>
    <w:p>
      <w:r>
        <w:rPr>
          <w:b/>
        </w:rPr>
        <w:t xml:space="preserve">[24:52] </w:t>
      </w:r>
      <w:r>
        <w:t>ko symbolize kar raha hota hai.</w:t>
      </w:r>
    </w:p>
    <w:p>
      <w:pPr>
        <w:jc w:val="right"/>
      </w:pPr>
      <w:r>
        <w:t>کو سمبلائز کر رہا ہوتا ہے۔</w:t>
      </w:r>
    </w:p>
    <w:p>
      <w:r>
        <w:rPr>
          <w:b/>
        </w:rPr>
        <w:t xml:space="preserve">[24:55] </w:t>
      </w:r>
      <w:r>
        <w:t>yani aadmi marta hai, mar kar ke khatam ho jata hai, lekin aglay din aap phir jaagtay hain</w:t>
      </w:r>
    </w:p>
    <w:p>
      <w:pPr>
        <w:jc w:val="right"/>
      </w:pPr>
      <w:r>
        <w:t>یعنی آدمی مرتا ہے، مر کر کے ختم ہو جاتا ہے، لیکن اگلے دن آپ پھر جاگتے ہیں</w:t>
      </w:r>
    </w:p>
    <w:p>
      <w:r>
        <w:rPr>
          <w:b/>
        </w:rPr>
        <w:t xml:space="preserve">[25:03] </w:t>
      </w:r>
      <w:r>
        <w:t>so kar ke.</w:t>
      </w:r>
    </w:p>
    <w:p>
      <w:pPr>
        <w:jc w:val="right"/>
      </w:pPr>
      <w:r>
        <w:t>سو کر کے۔</w:t>
      </w:r>
    </w:p>
    <w:p>
      <w:r>
        <w:rPr>
          <w:b/>
        </w:rPr>
        <w:t xml:space="preserve">[25:04] </w:t>
      </w:r>
      <w:r>
        <w:t>wo dobara symbolize kar raha hai ke phir tum ko Khuda zinda karega.</w:t>
      </w:r>
    </w:p>
    <w:p>
      <w:pPr>
        <w:jc w:val="right"/>
      </w:pPr>
      <w:r>
        <w:t>وہ دوبارہ سمبلائز کر رہا ہے کہ کہ پھر تم کو خدا زندہ کرے گا۔</w:t>
      </w:r>
    </w:p>
    <w:p>
      <w:r>
        <w:rPr>
          <w:b/>
        </w:rPr>
        <w:t xml:space="preserve">[25:11] </w:t>
      </w:r>
      <w:r>
        <w:t>yeh maut ke baad khuda phir tum ko zinda karega.</w:t>
      </w:r>
    </w:p>
    <w:p>
      <w:pPr>
        <w:jc w:val="right"/>
      </w:pPr>
      <w:r>
        <w:t>یہ موت کے بعد خدا پھر تم کو زندہ کرے گا۔</w:t>
      </w:r>
    </w:p>
    <w:p>
      <w:r>
        <w:rPr>
          <w:b/>
        </w:rPr>
        <w:t xml:space="preserve">[25:15] </w:t>
      </w:r>
      <w:r>
        <w:t>to sham ko sona death ko symbolize kar raha hai aur subah ko jaagna is baat ko symbolise</w:t>
      </w:r>
    </w:p>
    <w:p>
      <w:pPr>
        <w:jc w:val="right"/>
      </w:pPr>
      <w:r>
        <w:t>تو شام کو سونا ڈیتھ کو سمبلائز کر رہا ہے اور صبح کو جاگنا اس بات کو سمبلائز</w:t>
      </w:r>
    </w:p>
    <w:p>
      <w:r>
        <w:rPr>
          <w:b/>
        </w:rPr>
        <w:t xml:space="preserve">[25:23] </w:t>
      </w:r>
      <w:r>
        <w:t>kar raha hai ke tum akhirat mein phir paida kiye jaoge, wahan par tumhara hisab kitab hoga,</w:t>
      </w:r>
    </w:p>
    <w:p>
      <w:pPr>
        <w:jc w:val="right"/>
      </w:pPr>
      <w:r>
        <w:t>کر رہا ہے کہ تم آخرت میں پھر پیدا کیے جاؤ گے، وہاں پر تمہارا حساب کتاب ہوگا،</w:t>
      </w:r>
    </w:p>
    <w:p>
      <w:r>
        <w:rPr>
          <w:b/>
        </w:rPr>
        <w:t xml:space="preserve">[25:31] </w:t>
      </w:r>
      <w:r>
        <w:t>wahan par jannat hai aur jahannum hai.</w:t>
      </w:r>
    </w:p>
    <w:p>
      <w:pPr>
        <w:jc w:val="right"/>
      </w:pPr>
      <w:r>
        <w:t>وہاں پر جنت ہے اور جہنم ہے۔</w:t>
      </w:r>
    </w:p>
    <w:p>
      <w:r>
        <w:rPr>
          <w:b/>
        </w:rPr>
        <w:t xml:space="preserve">[25:34] </w:t>
      </w:r>
      <w:r>
        <w:t>is tarah se sari baatein aap bata dete hain.</w:t>
      </w:r>
    </w:p>
    <w:p>
      <w:pPr>
        <w:jc w:val="right"/>
      </w:pPr>
      <w:r>
        <w:t>اس طرح سے ساری باتیں آپ بتا دیتے ہیں۔</w:t>
      </w:r>
    </w:p>
    <w:p>
      <w:r>
        <w:rPr>
          <w:b/>
        </w:rPr>
        <w:t xml:space="preserve">[25:38] </w:t>
      </w:r>
      <w:r>
        <w:t>to prophet is liye aata hai ke woh spoken language mein logon ko khuda ki sab baatein bata</w:t>
      </w:r>
    </w:p>
    <w:p>
      <w:pPr>
        <w:jc w:val="right"/>
      </w:pPr>
      <w:r>
        <w:t>تو پرافیٹ اس لیے آتا ہے کہ وہ اسپوکن لینگویج میں لوگوں کو خدا کی سب باتیں بتا</w:t>
      </w:r>
    </w:p>
    <w:p>
      <w:r>
        <w:rPr>
          <w:b/>
        </w:rPr>
        <w:t xml:space="preserve">[25:45] </w:t>
      </w:r>
      <w:r>
        <w:t>de.</w:t>
      </w:r>
    </w:p>
    <w:p>
      <w:pPr>
        <w:jc w:val="right"/>
      </w:pPr>
      <w:r>
        <w:t>دے۔</w:t>
      </w:r>
    </w:p>
    <w:p>
      <w:r>
        <w:rPr>
          <w:b/>
        </w:rPr>
        <w:t xml:space="preserve">[25:47] </w:t>
      </w:r>
      <w:r>
        <w:t>phir prophet ka ek kaam yeh bhi hota hai ke kar ke dikhaye, yaani ek living example, living</w:t>
      </w:r>
    </w:p>
    <w:p>
      <w:pPr>
        <w:jc w:val="right"/>
      </w:pPr>
      <w:r>
        <w:t>پھر پرافیٹ کا ایک کام یہ بھی ہوتا ہے کہ کر کے دکھائے، یعنی ایک لیونگ ایگزیمپل، لیونگ</w:t>
      </w:r>
    </w:p>
    <w:p>
      <w:r>
        <w:rPr>
          <w:b/>
        </w:rPr>
        <w:t xml:space="preserve">[25:54] </w:t>
      </w:r>
      <w:r>
        <w:t>example har cheez ka, yaani khuda ki worship kaise karein, uska ek living example hota hai.</w:t>
      </w:r>
    </w:p>
    <w:p>
      <w:pPr>
        <w:jc w:val="right"/>
      </w:pPr>
      <w:r>
        <w:t>ایگزیمپل ہر چیز کا، یعنی خدا کی ورشپ کیسے کریں، اس کا ایک لیونگ ایگزیمپل ہوتا ہے۔</w:t>
      </w:r>
    </w:p>
    <w:p>
      <w:r>
        <w:rPr>
          <w:b/>
        </w:rPr>
        <w:t xml:space="preserve">[26:02] </w:t>
      </w:r>
      <w:r>
        <w:t>woh society mein kaise rahein, uska bhi woh ek living example hota hai.</w:t>
      </w:r>
    </w:p>
    <w:p>
      <w:pPr>
        <w:jc w:val="right"/>
      </w:pPr>
      <w:r>
        <w:t>وہ سوسائٹی میں کیسے رہیں، اس کا بھی وہ ایک لیونگ ایگزیمپل ہوتا ہے۔</w:t>
      </w:r>
    </w:p>
    <w:p>
      <w:r>
        <w:rPr>
          <w:b/>
        </w:rPr>
        <w:t xml:space="preserve">[26:08] </w:t>
      </w:r>
      <w:r>
        <w:t>doosron ke sath dealing kaise ho aap ki, to uska bhi prophet jo hai, ek ek living</w:t>
      </w:r>
    </w:p>
    <w:p>
      <w:pPr>
        <w:jc w:val="right"/>
      </w:pPr>
      <w:r>
        <w:t>دوسروں کے ساتھ ڈیلنگ کیسے ہو آپ کی، تو اس کا بھی پرافیٹ جو ہے، ایک ایک لیونگ</w:t>
      </w:r>
    </w:p>
    <w:p>
      <w:r>
        <w:rPr>
          <w:b/>
        </w:rPr>
        <w:t xml:space="preserve">[26:15] </w:t>
      </w:r>
      <w:r>
        <w:t>example hota hai.</w:t>
      </w:r>
    </w:p>
    <w:p>
      <w:pPr>
        <w:jc w:val="right"/>
      </w:pPr>
      <w:r>
        <w:t>ایگزیمپل ہوتا ہے۔</w:t>
      </w:r>
    </w:p>
    <w:p>
      <w:r>
        <w:rPr>
          <w:b/>
        </w:rPr>
        <w:t xml:space="preserve">[26:17] </w:t>
      </w:r>
      <w:r>
        <w:t>aap agar aap ke paas maal ho tab kaise aap rahein, aur maal na ho tab kaise rahein,</w:t>
      </w:r>
    </w:p>
    <w:p>
      <w:pPr>
        <w:jc w:val="right"/>
      </w:pPr>
      <w:r>
        <w:t>آپ اگر آپ کے پاس مال ہو تب کیسے آپ رہیں، اور مال نہ ہو تب کیسے رہیں،</w:t>
      </w:r>
    </w:p>
    <w:p>
      <w:r>
        <w:rPr>
          <w:b/>
        </w:rPr>
        <w:t xml:space="preserve">[26:25] </w:t>
      </w:r>
      <w:r>
        <w:t>yeh bhi prophet ki zindagi mein uska example hota hai.</w:t>
      </w:r>
    </w:p>
    <w:p>
      <w:pPr>
        <w:jc w:val="right"/>
      </w:pPr>
      <w:r>
        <w:t>یہ بھی پرافیٹ کی زندگی میں اس کا ایگزیمپل ہوتا ہے۔</w:t>
      </w:r>
    </w:p>
    <w:p>
      <w:r>
        <w:rPr>
          <w:b/>
        </w:rPr>
        <w:t xml:space="preserve">[26:29] </w:t>
      </w:r>
      <w:r>
        <w:t>to prophet jo hai, woh hamare jaisa insan hota hai.</w:t>
      </w:r>
    </w:p>
    <w:p>
      <w:pPr>
        <w:jc w:val="right"/>
      </w:pPr>
      <w:r>
        <w:t>تو پرافیٹ جو ہے، وہ ہمارے جیسا انسان ہوتا ہے۔</w:t>
      </w:r>
    </w:p>
    <w:p>
      <w:r>
        <w:rPr>
          <w:b/>
        </w:rPr>
        <w:t xml:space="preserve">[26:34] </w:t>
      </w:r>
      <w:r>
        <w:t>woh koi, woh koi aisa nahi hota ke tarr jaisa insan ho ya uske sar par sing</w:t>
      </w:r>
    </w:p>
    <w:p>
      <w:pPr>
        <w:jc w:val="right"/>
      </w:pPr>
      <w:r>
        <w:t>وہ کوئی، وہ کوئی ایسا نہیں ہوتا کہ تار جیسا انسان ہو یا اس کے سر پر سینگ</w:t>
      </w:r>
    </w:p>
    <w:p>
      <w:r>
        <w:rPr>
          <w:b/>
        </w:rPr>
        <w:t xml:space="preserve">[26:41] </w:t>
      </w:r>
      <w:r>
        <w:t>ho, aisa kuch bhi nahi hota.</w:t>
      </w:r>
    </w:p>
    <w:p>
      <w:pPr>
        <w:jc w:val="right"/>
      </w:pPr>
      <w:r>
        <w:t>ہو، ایسا کچھ بھی نہیں ہوتا۔</w:t>
      </w:r>
    </w:p>
    <w:p>
      <w:r>
        <w:rPr>
          <w:b/>
        </w:rPr>
        <w:t xml:space="preserve">[26:44] </w:t>
      </w:r>
      <w:r>
        <w:t>"qul hal kuntu illa bashar rasoolah" yaani woh aam insano ki tarah ek insan hota hai.</w:t>
      </w:r>
    </w:p>
    <w:p>
      <w:pPr>
        <w:jc w:val="right"/>
      </w:pPr>
      <w:r>
        <w:t>"قل ھل کنت الا بشر رسولہ" یعنی وہ عام انسانوں کی طرح ایک انسان ہوتا ہے۔</w:t>
      </w:r>
    </w:p>
    <w:p>
      <w:r>
        <w:rPr>
          <w:b/>
        </w:rPr>
        <w:t xml:space="preserve">[26:51] </w:t>
      </w:r>
      <w:r>
        <w:t>bas yeh hai ke khuda usko select kar leta hai ke woh logon ke liye message pahunchane</w:t>
      </w:r>
    </w:p>
    <w:p>
      <w:pPr>
        <w:jc w:val="right"/>
      </w:pPr>
      <w:r>
        <w:t>بس یہ ہے کہ خدا اس کو سلیکٹ کر لیتا ہے کہ وہ لوگوں کے لیے میسج پہنچانے</w:t>
      </w:r>
    </w:p>
    <w:p>
      <w:r>
        <w:rPr>
          <w:b/>
        </w:rPr>
        <w:t xml:space="preserve">[26:59] </w:t>
      </w:r>
      <w:r>
        <w:t>ka zariya bane aur logon ke andar ek living example ke taur par zindagi guzare, kyunke uska</w:t>
      </w:r>
    </w:p>
    <w:p>
      <w:pPr>
        <w:jc w:val="right"/>
      </w:pPr>
      <w:r>
        <w:t>کا ذریعہ بنے اور لوگوں کے اندر ایک لیونگ ایگزیمپل کے طور پر زندگی گزارے، کیونکہ اس کا</w:t>
      </w:r>
    </w:p>
    <w:p>
      <w:r>
        <w:rPr>
          <w:b/>
        </w:rPr>
        <w:t xml:space="preserve">[27:06] </w:t>
      </w:r>
      <w:r>
        <w:t>demonstration bhi de.</w:t>
      </w:r>
    </w:p>
    <w:p>
      <w:pPr>
        <w:jc w:val="right"/>
      </w:pPr>
      <w:r>
        <w:t>ڈائمنسٹریشن بھی دے۔</w:t>
      </w:r>
    </w:p>
    <w:p>
      <w:r>
        <w:rPr>
          <w:b/>
        </w:rPr>
        <w:t xml:space="preserve">[27:08] </w:t>
      </w:r>
      <w:r>
        <w:t>woh yeh hota hai prophet ka role.</w:t>
      </w:r>
    </w:p>
    <w:p>
      <w:pPr>
        <w:jc w:val="right"/>
      </w:pPr>
      <w:r>
        <w:t>وہ یہ ہوتا ہے پرافیٹ کا رول۔</w:t>
      </w:r>
    </w:p>
    <w:p>
      <w:r>
        <w:rPr>
          <w:b/>
        </w:rPr>
        <w:t xml:space="preserve">[27:11] </w:t>
      </w:r>
      <w:r>
        <w:t>ab dekhiye, ab aaj hamare paas koi living prophet nahi hai.</w:t>
      </w:r>
    </w:p>
    <w:p>
      <w:pPr>
        <w:jc w:val="right"/>
      </w:pPr>
      <w:r>
        <w:t>اب دیکھیے، اب آج ہمارے پاس کوئی لیونگ پرافیٹ نہیں ہے۔</w:t>
      </w:r>
    </w:p>
    <w:p>
      <w:r>
        <w:rPr>
          <w:b/>
        </w:rPr>
        <w:t xml:space="preserve">[27:15] </w:t>
      </w:r>
      <w:r>
        <w:t>pehle hazaron saal tak aisa hota tha ke living example hua karta tha prophet ka.</w:t>
      </w:r>
    </w:p>
    <w:p>
      <w:pPr>
        <w:jc w:val="right"/>
      </w:pPr>
      <w:r>
        <w:t>پہلے ہزاروں سال تک ایسا ہوتا تھا کہ لیونگ ایگزیمپل ہوا کرتا تھا پرافیٹ کا۔</w:t>
      </w:r>
    </w:p>
    <w:p>
      <w:r>
        <w:rPr>
          <w:b/>
        </w:rPr>
        <w:t xml:space="preserve">[27:22] </w:t>
      </w:r>
      <w:r>
        <w:t>to aisa kyun hua? is liye ke pehle zamane mein printing ka tareeqa nahi aaya tha, kitabein likhi</w:t>
      </w:r>
    </w:p>
    <w:p>
      <w:pPr>
        <w:jc w:val="right"/>
      </w:pPr>
      <w:r>
        <w:t>تو ایسا کیوں ہوا؟ اس لیے کہ پہلے زمانے میں پرنٹنگ کا طریقہ نہیں آیا تھا، کتابیں لکھی</w:t>
      </w:r>
    </w:p>
    <w:p>
      <w:r>
        <w:rPr>
          <w:b/>
        </w:rPr>
        <w:t xml:space="preserve">[27:30] </w:t>
      </w:r>
      <w:r>
        <w:t>jayen aur chhapi jayen, aisa nahi hota tha.</w:t>
      </w:r>
    </w:p>
    <w:p>
      <w:pPr>
        <w:jc w:val="right"/>
      </w:pPr>
      <w:r>
        <w:t>جائیں اور چھاپی جائیں، ایسا نہیں ہوتا تھا۔</w:t>
      </w:r>
    </w:p>
    <w:p>
      <w:r>
        <w:rPr>
          <w:b/>
        </w:rPr>
        <w:t xml:space="preserve">[27:33] </w:t>
      </w:r>
      <w:r>
        <w:t>is waqt aadmi is tarah ka kaam karta tha ke ek bole, doosra sune.</w:t>
      </w:r>
    </w:p>
    <w:p>
      <w:pPr>
        <w:jc w:val="right"/>
      </w:pPr>
      <w:r>
        <w:t>اس وقت آدمی اس طرح کا کام کرتا تھا کہ ایک بولے، دوسرا سنے۔</w:t>
      </w:r>
    </w:p>
    <w:p>
      <w:r>
        <w:rPr>
          <w:b/>
        </w:rPr>
        <w:t xml:space="preserve">[27:39] </w:t>
      </w:r>
      <w:r>
        <w:t>bas communication ka zamana nahi aaya tha.</w:t>
      </w:r>
    </w:p>
    <w:p>
      <w:pPr>
        <w:jc w:val="right"/>
      </w:pPr>
      <w:r>
        <w:t>بس کمیونیکیشن کا زمانہ نہیں آیا تھا۔</w:t>
      </w:r>
    </w:p>
    <w:p>
      <w:r>
        <w:rPr>
          <w:b/>
        </w:rPr>
        <w:t xml:space="preserve">[27:42] </w:t>
      </w:r>
      <w:r>
        <w:t>to is zamane mein kya hua? jo paighambar aaye, wo jab tak zinda rahe, tab tak unhon ne</w:t>
      </w:r>
    </w:p>
    <w:p>
      <w:pPr>
        <w:jc w:val="right"/>
      </w:pPr>
      <w:r>
        <w:t>تو اس زمانے میں کیا ہوا؟ جو پیغمبر آئے، وہ جب تک زندہ رہے، تب تک انہوں نے</w:t>
      </w:r>
    </w:p>
    <w:p>
      <w:r>
        <w:rPr>
          <w:b/>
        </w:rPr>
        <w:t xml:space="preserve">[27:50] </w:t>
      </w:r>
      <w:r>
        <w:t>apni zindagi se, apni activities se, apni speech se logon ko bataya, logon ko bataya, guidance di logon</w:t>
      </w:r>
    </w:p>
    <w:p>
      <w:pPr>
        <w:jc w:val="right"/>
      </w:pPr>
      <w:r>
        <w:t>اپنی زندگی سے، اپنی ایکٹیویٹیز سے، اپنی سپیچ سے لوگوں کو بتایا، لوگوں کو بتایا، گائیڈنس دی لوگوں</w:t>
      </w:r>
    </w:p>
    <w:p>
      <w:r>
        <w:rPr>
          <w:b/>
        </w:rPr>
        <w:t xml:space="preserve">[27:57] </w:t>
      </w:r>
      <w:r>
        <w:t>ko.</w:t>
      </w:r>
    </w:p>
    <w:p>
      <w:pPr>
        <w:jc w:val="right"/>
      </w:pPr>
      <w:r>
        <w:t>کو۔</w:t>
      </w:r>
    </w:p>
    <w:p>
      <w:r>
        <w:rPr>
          <w:b/>
        </w:rPr>
        <w:t xml:space="preserve">[27:59] </w:t>
      </w:r>
      <w:r>
        <w:t>aur jab un ki death ho gayi to wo phir khatm ho gaya.</w:t>
      </w:r>
    </w:p>
    <w:p>
      <w:pPr>
        <w:jc w:val="right"/>
      </w:pPr>
      <w:r>
        <w:t>اور جب ان کی ڈیتھ ہو گئی تو وہ پھر ختم ہو گیا۔</w:t>
      </w:r>
    </w:p>
    <w:p>
      <w:r>
        <w:rPr>
          <w:b/>
        </w:rPr>
        <w:t xml:space="preserve">[28:05] </w:t>
      </w:r>
      <w:r>
        <w:t>un ka, un ki jo guidance thi, un ki jo book thi, wo preserve na reh saki, kyunke</w:t>
      </w:r>
    </w:p>
    <w:p>
      <w:pPr>
        <w:jc w:val="right"/>
      </w:pPr>
      <w:r>
        <w:t>ان کا، ان کی جو گائیڈنس تھی، ان کی جو بک تھی، وہ پریزرو نہ رہ سکی، کیونکہ</w:t>
      </w:r>
    </w:p>
    <w:p>
      <w:r>
        <w:rPr>
          <w:b/>
        </w:rPr>
        <w:t xml:space="preserve">[28:12] </w:t>
      </w:r>
      <w:r>
        <w:t>preserve rakhne ka sab se zyada acha tareeqa jo hai, wo kya hai? ke wo book form mein</w:t>
      </w:r>
    </w:p>
    <w:p>
      <w:pPr>
        <w:jc w:val="right"/>
      </w:pPr>
      <w:r>
        <w:t>پریزرو رکھنے کا سب سے زیادہ اچھا طریقہ جو ہے، وہ کیا ہے؟ کہ وہ بک فارم میں</w:t>
      </w:r>
    </w:p>
    <w:p>
      <w:r>
        <w:rPr>
          <w:b/>
        </w:rPr>
        <w:t xml:space="preserve">[28:20] </w:t>
      </w:r>
      <w:r>
        <w:t>isko compile kiya jaye aur isko chhaap diya jaye.</w:t>
      </w:r>
    </w:p>
    <w:p>
      <w:pPr>
        <w:jc w:val="right"/>
      </w:pPr>
      <w:r>
        <w:t>اس کو کمپائل کیا جائے اور اس کو چھاپ دیا جائے۔</w:t>
      </w:r>
    </w:p>
    <w:p>
      <w:r>
        <w:rPr>
          <w:b/>
        </w:rPr>
        <w:t xml:space="preserve">[28:25] </w:t>
      </w:r>
      <w:r>
        <w:t>ye to tha nahi is zamane mein, memory mein hota tha, paper nahi tha, printing press nahi tha.</w:t>
      </w:r>
    </w:p>
    <w:p>
      <w:pPr>
        <w:jc w:val="right"/>
      </w:pPr>
      <w:r>
        <w:t>یہ تو تھا نہیں اس زمانے میں، میموری میں ہوتا تھا، پیپر نہیں تھا، پرنٹنگ پریس نہیں تھا۔</w:t>
      </w:r>
    </w:p>
    <w:p>
      <w:r>
        <w:rPr>
          <w:b/>
        </w:rPr>
        <w:t xml:space="preserve">[28:32] </w:t>
      </w:r>
      <w:r>
        <w:t>to is zamane mein, yani jo hua, wo ye hua ke prophet ka jo guidance late the, wo</w:t>
      </w:r>
    </w:p>
    <w:p>
      <w:pPr>
        <w:jc w:val="right"/>
      </w:pPr>
      <w:r>
        <w:t>تو اس زمانے میں، یعنی جو ہوا، وہ یہ ہوا کہ پرافیٹ کا جو گائیڈنس لاتے تھے، وہ</w:t>
      </w:r>
    </w:p>
    <w:p>
      <w:r>
        <w:rPr>
          <w:b/>
        </w:rPr>
        <w:t xml:space="preserve">[28:40] </w:t>
      </w:r>
      <w:r>
        <w:t>un ki jo book late the, wo wo preserve nahi reh saki.</w:t>
      </w:r>
    </w:p>
    <w:p>
      <w:pPr>
        <w:jc w:val="right"/>
      </w:pPr>
      <w:r>
        <w:t>ان کی جو بک لاتے تھے، وہ وہ پریزرو نہیں رہ سکی۔</w:t>
      </w:r>
    </w:p>
    <w:p>
      <w:r>
        <w:rPr>
          <w:b/>
        </w:rPr>
        <w:t xml:space="preserve">[28:45] </w:t>
      </w:r>
      <w:r>
        <w:t>un ki zindagi ke jo halaat the, wo preserve nahi reh sake.</w:t>
      </w:r>
    </w:p>
    <w:p>
      <w:pPr>
        <w:jc w:val="right"/>
      </w:pPr>
      <w:r>
        <w:t>ان کی زندگی کے جو حالات تھے، وہ پریزرو نہیں رہ سکے۔</w:t>
      </w:r>
    </w:p>
    <w:p>
      <w:r>
        <w:rPr>
          <w:b/>
        </w:rPr>
        <w:t xml:space="preserve">[28:50] </w:t>
      </w:r>
      <w:r>
        <w:t>to baad walon ke liye wo source nahi rahe.</w:t>
      </w:r>
    </w:p>
    <w:p>
      <w:pPr>
        <w:jc w:val="right"/>
      </w:pPr>
      <w:r>
        <w:t>تو بعد والوں کے لیے وہ سورس نہیں رہے۔</w:t>
      </w:r>
    </w:p>
    <w:p>
      <w:r>
        <w:rPr>
          <w:b/>
        </w:rPr>
        <w:t xml:space="preserve">[28:54] </w:t>
      </w:r>
      <w:r>
        <w:t>lekin prophet ab Islam ka zamana jo hai, sab se baad ka hai.</w:t>
      </w:r>
    </w:p>
    <w:p>
      <w:pPr>
        <w:jc w:val="right"/>
      </w:pPr>
      <w:r>
        <w:t>لیکن پرافیٹ اب اسلام کا زمانہ جو ہے، سب سے بعد کا ہے۔</w:t>
      </w:r>
    </w:p>
    <w:p>
      <w:r>
        <w:rPr>
          <w:b/>
        </w:rPr>
        <w:t xml:space="preserve">[29:00] </w:t>
      </w:r>
      <w:r>
        <w:t>jab aap aaye to duniya mein paper ban chuka tha, paper ban chuka tha, book likhi jati thi</w:t>
      </w:r>
    </w:p>
    <w:p>
      <w:pPr>
        <w:jc w:val="right"/>
      </w:pPr>
      <w:r>
        <w:t>جب آپ آئے تو دنیا میں پیپر بن چکا تھا، پیپر بن چکا تھا، بک لکھی جاتی تھی</w:t>
      </w:r>
    </w:p>
    <w:p>
      <w:r>
        <w:rPr>
          <w:b/>
        </w:rPr>
        <w:t xml:space="preserve">[29:08] </w:t>
      </w:r>
      <w:r>
        <w:t>haath se.</w:t>
      </w:r>
    </w:p>
    <w:p>
      <w:pPr>
        <w:jc w:val="right"/>
      </w:pPr>
      <w:r>
        <w:t>ہاتھ سے۔</w:t>
      </w:r>
    </w:p>
    <w:p>
      <w:r>
        <w:rPr>
          <w:b/>
        </w:rPr>
        <w:t xml:space="preserve">[29:09] </w:t>
      </w:r>
      <w:r>
        <w:t>is zamane mein bohat sare libraries thin duniya mein, haath se likhi hui kitabon ki.</w:t>
      </w:r>
    </w:p>
    <w:p>
      <w:pPr>
        <w:jc w:val="right"/>
      </w:pPr>
      <w:r>
        <w:t>اس زمانے میں بہت سارے لائبریریز تھیں دنیا میں، ہاتھ سے لکھی ہوئی کتابوں کی۔</w:t>
      </w:r>
    </w:p>
    <w:p>
      <w:r>
        <w:rPr>
          <w:b/>
        </w:rPr>
        <w:t xml:space="preserve">[29:15] </w:t>
      </w:r>
      <w:r>
        <w:t>to ye tha preservation ka daur, preservation ka age.</w:t>
      </w:r>
    </w:p>
    <w:p>
      <w:pPr>
        <w:jc w:val="right"/>
      </w:pPr>
      <w:r>
        <w:t>تو یہ تھا پریزرویشن کا دور، پریزرویشن کا ایج۔</w:t>
      </w:r>
    </w:p>
    <w:p>
      <w:r>
        <w:rPr>
          <w:b/>
        </w:rPr>
        <w:t xml:space="preserve">[29:19] </w:t>
      </w:r>
      <w:r>
        <w:t>to ek hai, main keh sakta hoon ke ek hai pre preservation age aur doosra hai post preservation</w:t>
      </w:r>
    </w:p>
    <w:p>
      <w:pPr>
        <w:jc w:val="right"/>
      </w:pPr>
      <w:r>
        <w:t>تو ایک ہے، میں کہہ سکتا ہوں کہ ایک ہے پری پریزرویشن ایج اور دوسرا ہے پوسٹ پریزرویشن</w:t>
      </w:r>
    </w:p>
    <w:p>
      <w:r>
        <w:rPr>
          <w:b/>
        </w:rPr>
        <w:t xml:space="preserve">[29:27] </w:t>
      </w:r>
      <w:r>
        <w:t>age.</w:t>
      </w:r>
    </w:p>
    <w:p>
      <w:pPr>
        <w:jc w:val="right"/>
      </w:pPr>
      <w:r>
        <w:t>ایج۔</w:t>
      </w:r>
    </w:p>
    <w:p>
      <w:r>
        <w:rPr>
          <w:b/>
        </w:rPr>
        <w:t xml:space="preserve">[29:29] </w:t>
      </w:r>
      <w:r>
        <w:t>to jitne bhi prophet aaye, prophet Ibrahim aleh salam ko chhod kar, wo pre preservation age mein aaye</w:t>
      </w:r>
    </w:p>
    <w:p>
      <w:pPr>
        <w:jc w:val="right"/>
      </w:pPr>
      <w:r>
        <w:t>تو جتنے بھی پرافیٹ آئے، پرافیٹ ابراہیم علیہ السلام کو چھوڑ کر، وہ پری پریزرویشن ایج میں آئے</w:t>
      </w:r>
    </w:p>
    <w:p>
      <w:r>
        <w:rPr>
          <w:b/>
        </w:rPr>
        <w:t xml:space="preserve">[29:36] </w:t>
      </w:r>
      <w:r>
        <w:t>to un ki jo books thin, jo un ki guidance thi, wo wo maujood nahi rahi.</w:t>
      </w:r>
    </w:p>
    <w:p>
      <w:pPr>
        <w:jc w:val="right"/>
      </w:pPr>
      <w:r>
        <w:t>تو ان کی جو بکس تھیں، جو ان کی گائیڈنس تھی، وہ وہ موجود نہیں رہی۔</w:t>
      </w:r>
    </w:p>
    <w:p>
      <w:r>
        <w:rPr>
          <w:b/>
        </w:rPr>
        <w:t xml:space="preserve">[29:43] </w:t>
      </w:r>
      <w:r>
        <w:t>rasool Allah ke zamane mein, yani prophet Ibrahim aleh salam ke zamane mein, chuki likhna padhna ho chuka</w:t>
      </w:r>
    </w:p>
    <w:p>
      <w:pPr>
        <w:jc w:val="right"/>
      </w:pPr>
      <w:r>
        <w:t>رسول اللہ کے زمانے میں، یعنی پرافیٹ ابراہیم علیہ السلام کے زمانے میں، چونکہ لکھنا پڑھنا ہو چکا</w:t>
      </w:r>
    </w:p>
    <w:p>
      <w:r>
        <w:rPr>
          <w:b/>
        </w:rPr>
        <w:t xml:space="preserve">[29:51] </w:t>
      </w:r>
      <w:r>
        <w:t>tha, paper ban chuka tha, kitabein tayyar hoti theen, sirf yeh ke chapti nahi theen, haath se likh</w:t>
      </w:r>
    </w:p>
    <w:p>
      <w:pPr>
        <w:jc w:val="right"/>
      </w:pPr>
      <w:r>
        <w:t>تھا، پیپر بن چکا تھا، کتابیں تیار ہوتی تھیں، صرف یہ کہ چھپتی نہیں تھیں، ہاتھ سے لکھ</w:t>
      </w:r>
    </w:p>
    <w:p>
      <w:r>
        <w:rPr>
          <w:b/>
        </w:rPr>
        <w:t xml:space="preserve">[29:59] </w:t>
      </w:r>
      <w:r>
        <w:t>kar ke kitabein banai jati theen.</w:t>
      </w:r>
    </w:p>
    <w:p>
      <w:pPr>
        <w:jc w:val="right"/>
      </w:pPr>
      <w:r>
        <w:t>کر کے کتابیں بنائی جاتی تھیں۔</w:t>
      </w:r>
    </w:p>
    <w:p>
      <w:r>
        <w:rPr>
          <w:b/>
        </w:rPr>
        <w:t xml:space="preserve">[30:01] </w:t>
      </w:r>
      <w:r>
        <w:t>Is zamane mein jo libraries theen, jaise Iskandaria mein library thi, to us mein jo kitabein theen, woh</w:t>
      </w:r>
    </w:p>
    <w:p>
      <w:pPr>
        <w:jc w:val="right"/>
      </w:pPr>
      <w:r>
        <w:t>اس زمانے میں جو لائبریریز تھیں، جیسے اسکندریہ میں لائبریری تھی، تو اس میں جو کتابیں تھیں، وہ</w:t>
      </w:r>
    </w:p>
    <w:p>
      <w:r>
        <w:rPr>
          <w:b/>
        </w:rPr>
        <w:t xml:space="preserve">[30:09] </w:t>
      </w:r>
      <w:r>
        <w:t>sab likhi hui theen, haath se likhi hui.</w:t>
      </w:r>
    </w:p>
    <w:p>
      <w:pPr>
        <w:jc w:val="right"/>
      </w:pPr>
      <w:r>
        <w:t>سب لکھی ہوئی تھیں، ہاتھ سے لکھی ہوئی۔</w:t>
      </w:r>
    </w:p>
    <w:p>
      <w:r>
        <w:rPr>
          <w:b/>
        </w:rPr>
        <w:t xml:space="preserve">[30:12] </w:t>
      </w:r>
      <w:r>
        <w:t>To Rasool Allah aaye to yeh zamana aa chuka tha.</w:t>
      </w:r>
    </w:p>
    <w:p>
      <w:pPr>
        <w:jc w:val="right"/>
      </w:pPr>
      <w:r>
        <w:t>تو رسول اللہ آئے تو یہ زمانہ آ چکا تھا۔</w:t>
      </w:r>
    </w:p>
    <w:p>
      <w:r>
        <w:rPr>
          <w:b/>
        </w:rPr>
        <w:t xml:space="preserve">[30:17] </w:t>
      </w:r>
      <w:r>
        <w:t>To aap ne kya kiya? Ke aap ki baaton ko sirf sun kar ke logon ne nahi yaad</w:t>
      </w:r>
    </w:p>
    <w:p>
      <w:pPr>
        <w:jc w:val="right"/>
      </w:pPr>
      <w:r>
        <w:t>تو آپ نے کیا کیا؟ کہ آپ کی باتوں کو صرف سن کر کے لوگوں نے نہیں یاد</w:t>
      </w:r>
    </w:p>
    <w:p>
      <w:r>
        <w:rPr>
          <w:b/>
        </w:rPr>
        <w:t xml:space="preserve">[30:24] </w:t>
      </w:r>
      <w:r>
        <w:t>kar liya, saath saath likha.</w:t>
      </w:r>
    </w:p>
    <w:p>
      <w:pPr>
        <w:jc w:val="right"/>
      </w:pPr>
      <w:r>
        <w:t>کر لیا، ساتھ ساتھ لکھا۔</w:t>
      </w:r>
    </w:p>
    <w:p>
      <w:r>
        <w:rPr>
          <w:b/>
        </w:rPr>
        <w:t xml:space="preserve">[30:26] </w:t>
      </w:r>
      <w:r>
        <w:t>Aap paighambar ki hesiyat se duniya mein 23 years tak rahe, 23 saal tak seven century AD</w:t>
      </w:r>
    </w:p>
    <w:p>
      <w:pPr>
        <w:jc w:val="right"/>
      </w:pPr>
      <w:r>
        <w:t>آپ پیغمبر کی حیثیت سے دنیا میں 23 ایئرز تک رہے، 23 سال تک سیون سینچری اے ڈی</w:t>
      </w:r>
    </w:p>
    <w:p>
      <w:r>
        <w:rPr>
          <w:b/>
        </w:rPr>
        <w:t xml:space="preserve">[30:34] </w:t>
      </w:r>
      <w:r>
        <w:t>mein.</w:t>
      </w:r>
    </w:p>
    <w:p>
      <w:pPr>
        <w:jc w:val="right"/>
      </w:pPr>
      <w:r>
        <w:t>میں۔</w:t>
      </w:r>
    </w:p>
    <w:p>
      <w:r>
        <w:rPr>
          <w:b/>
        </w:rPr>
        <w:t xml:space="preserve">[30:36] </w:t>
      </w:r>
      <w:r>
        <w:t>To wahan par ek tareeqa tha ke jab bhi aap par koi Khuda ki baat aati, koi word</w:t>
      </w:r>
    </w:p>
    <w:p>
      <w:pPr>
        <w:jc w:val="right"/>
      </w:pPr>
      <w:r>
        <w:t>تو وہاں پر ایک طریقہ تھا کہ جب بھی آپ پر کوئی خدا کی بات آتی، کوئی ورڈ</w:t>
      </w:r>
    </w:p>
    <w:p>
      <w:r>
        <w:rPr>
          <w:b/>
        </w:rPr>
        <w:t xml:space="preserve">[30:43] </w:t>
      </w:r>
      <w:r>
        <w:t>of God aata aap ke paas, angel le kar ke, to usi waqt aap us ko bol kar</w:t>
      </w:r>
    </w:p>
    <w:p>
      <w:pPr>
        <w:jc w:val="right"/>
      </w:pPr>
      <w:r>
        <w:t>آف گاڈ آتا آپ کے پاس، اینجل لے کر کے، تو اسی وقت آپ اس کو بول کر</w:t>
      </w:r>
    </w:p>
    <w:p>
      <w:r>
        <w:rPr>
          <w:b/>
        </w:rPr>
        <w:t xml:space="preserve">[30:51] </w:t>
      </w:r>
      <w:r>
        <w:t>likhwate the, jo us zamane mein jo paper available tha, us par.</w:t>
      </w:r>
    </w:p>
    <w:p>
      <w:pPr>
        <w:jc w:val="right"/>
      </w:pPr>
      <w:r>
        <w:t>لکھواتے تھے، جو اس زمانے میں جو پیپر اویلیبل تھا، اس پر۔</w:t>
      </w:r>
    </w:p>
    <w:p>
      <w:r>
        <w:rPr>
          <w:b/>
        </w:rPr>
        <w:t xml:space="preserve">[30:56] </w:t>
      </w:r>
      <w:r>
        <w:t>To sari cheezein jo Khuda ki taraf se aap ke upar aayin, woh aap ki death ke waqt</w:t>
      </w:r>
    </w:p>
    <w:p>
      <w:pPr>
        <w:jc w:val="right"/>
      </w:pPr>
      <w:r>
        <w:t>تو ساری چیزیں جو خدا کی طرف سے آپ کے اوپر آئیں، وہ آپ کی ڈیتھ کے وقت</w:t>
      </w:r>
    </w:p>
    <w:p>
      <w:r>
        <w:rPr>
          <w:b/>
        </w:rPr>
        <w:t xml:space="preserve">[31:04] </w:t>
      </w:r>
      <w:r>
        <w:t>sab likhi hui preserve ho chuki theen, jis ko hum kehte hain Quran.</w:t>
      </w:r>
    </w:p>
    <w:p>
      <w:pPr>
        <w:jc w:val="right"/>
      </w:pPr>
      <w:r>
        <w:t>سب لکھی ہوئی پریزرو ہو چکی تھیں، جس کو ہم کہتے ہیں قرآن۔</w:t>
      </w:r>
    </w:p>
    <w:p>
      <w:r>
        <w:rPr>
          <w:b/>
        </w:rPr>
        <w:t xml:space="preserve">[31:09] </w:t>
      </w:r>
      <w:r>
        <w:t>Quran mein aap jante hain ke 114 chapters hain, taqreeban saadey che hazar verses hain.</w:t>
      </w:r>
    </w:p>
    <w:p>
      <w:pPr>
        <w:jc w:val="right"/>
      </w:pPr>
      <w:r>
        <w:t>قرآن میں آپ جانتے ہیں کہ 114 چیپٹرز ہیں، تقریباً ساڑھے چھ ہزار ورسز ہیں۔</w:t>
      </w:r>
    </w:p>
    <w:p>
      <w:r>
        <w:rPr>
          <w:b/>
        </w:rPr>
        <w:t xml:space="preserve">[31:16] </w:t>
      </w:r>
      <w:r>
        <w:t>To aap ki death ke baad yeh sab likh kar ke aur compile kar ke book form mein</w:t>
      </w:r>
    </w:p>
    <w:p>
      <w:pPr>
        <w:jc w:val="right"/>
      </w:pPr>
      <w:r>
        <w:t>تو آپ کی ڈیتھ کے بعد یہ سب لکھ کر کے اور کمپائل کر کے بک فارم میں</w:t>
      </w:r>
    </w:p>
    <w:p>
      <w:r>
        <w:rPr>
          <w:b/>
        </w:rPr>
        <w:t xml:space="preserve">[31:24] </w:t>
      </w:r>
      <w:r>
        <w:t>ikhatta ho chuka tha, jaisa ke history se maloom hota hai.</w:t>
      </w:r>
    </w:p>
    <w:p>
      <w:pPr>
        <w:jc w:val="right"/>
      </w:pPr>
      <w:r>
        <w:t>اکٹھا ہو چکا تھا، جیسا کہ ہسٹری سے معلوم ہوتا ہے۔</w:t>
      </w:r>
    </w:p>
    <w:p>
      <w:r>
        <w:rPr>
          <w:b/>
        </w:rPr>
        <w:t xml:space="preserve">[31:28] </w:t>
      </w:r>
      <w:r>
        <w:t>To hazaron hazar log yaad kiye hue the, kyunke us zamane mein dekhiye, jab printing press ka zamana</w:t>
      </w:r>
    </w:p>
    <w:p>
      <w:pPr>
        <w:jc w:val="right"/>
      </w:pPr>
      <w:r>
        <w:t>تو ہزاروں ہزار لوگ یاد کیے ہوئے تھے، کیونکہ اس زمانے میں دیکھیے، جب پرنٹنگ پریس کا زمانہ</w:t>
      </w:r>
    </w:p>
    <w:p>
      <w:r>
        <w:rPr>
          <w:b/>
        </w:rPr>
        <w:t xml:space="preserve">[31:36] </w:t>
      </w:r>
      <w:r>
        <w:t>nahi aaya tha, kitabein jab nahi hua karti theen, to sari duniya mein logon ki memory bohat achhi</w:t>
      </w:r>
    </w:p>
    <w:p>
      <w:pPr>
        <w:jc w:val="right"/>
      </w:pPr>
      <w:r>
        <w:t>نہیں آیا تھا، کتابیں جب نہیں ہوا کرتی تھیں، تو ساری دنیا میں لوگوں کی میموری بہت اچھی</w:t>
      </w:r>
    </w:p>
    <w:p>
      <w:r>
        <w:rPr>
          <w:b/>
        </w:rPr>
        <w:t xml:space="preserve">[31:44] </w:t>
      </w:r>
      <w:r>
        <w:t>hoti thi.</w:t>
      </w:r>
    </w:p>
    <w:p>
      <w:pPr>
        <w:jc w:val="right"/>
      </w:pPr>
      <w:r>
        <w:t>ہوتی تھی۔</w:t>
      </w:r>
    </w:p>
    <w:p>
      <w:r>
        <w:rPr>
          <w:b/>
        </w:rPr>
        <w:t xml:space="preserve">[31:45] </w:t>
      </w:r>
      <w:r>
        <w:t>Aap jante hain ke body ke jis hissay ko aap kam use karein, to woh inactive ho</w:t>
      </w:r>
    </w:p>
    <w:p>
      <w:pPr>
        <w:jc w:val="right"/>
      </w:pPr>
      <w:r>
        <w:t>آپ جانتے ہیں کہ باڈی کے جس حصے کو آپ کم یوز کریں، تو وہ ان ایکٹیو ہو</w:t>
      </w:r>
    </w:p>
    <w:p>
      <w:r>
        <w:rPr>
          <w:b/>
        </w:rPr>
        <w:t xml:space="preserve">[31:53] </w:t>
      </w:r>
      <w:r>
        <w:t>jayega, aur jis hissay ko zyada use karein, woh active ho jayega.</w:t>
      </w:r>
    </w:p>
    <w:p>
      <w:pPr>
        <w:jc w:val="right"/>
      </w:pPr>
      <w:r>
        <w:t>جائے گا، اور جس حصے کو زیادہ یوز کریں، وہ ایکٹیو ہو جائے گا۔</w:t>
      </w:r>
    </w:p>
    <w:p>
      <w:r>
        <w:rPr>
          <w:b/>
        </w:rPr>
        <w:t xml:space="preserve">[31:59] </w:t>
      </w:r>
      <w:r>
        <w:t>To chunke us zamane mein memory ko bohat zyada use kiya jata tha, to bohat aasani se log</w:t>
      </w:r>
    </w:p>
    <w:p>
      <w:pPr>
        <w:jc w:val="right"/>
      </w:pPr>
      <w:r>
        <w:t>تو چونکہ اس زمانے میں میموری کو بہت زیادہ یوز کیا جاتا تھا، تو بہت آسانی سے لوگ</w:t>
      </w:r>
    </w:p>
    <w:p>
      <w:r>
        <w:rPr>
          <w:b/>
        </w:rPr>
        <w:t xml:space="preserve">[32:07] </w:t>
      </w:r>
      <w:r>
        <w:t>bade bade cheezein yaad kar lete the.</w:t>
      </w:r>
    </w:p>
    <w:p>
      <w:pPr>
        <w:jc w:val="right"/>
      </w:pPr>
      <w:r>
        <w:t>بڑے بڑے چیزیں یاد کر لیتے تھے۔</w:t>
      </w:r>
    </w:p>
    <w:p>
      <w:r>
        <w:rPr>
          <w:b/>
        </w:rPr>
        <w:t xml:space="preserve">[32:10] </w:t>
      </w:r>
      <w:r>
        <w:t>To Rasool Allah ki jab death hui to sara Quran hazaron hazar logon ko poora ka poora yaad</w:t>
      </w:r>
    </w:p>
    <w:p>
      <w:pPr>
        <w:jc w:val="right"/>
      </w:pPr>
      <w:r>
        <w:t>تو رسول اللہ کی جب ڈیتھ ہوئی تو سارا قرآن ہزاروں ہزار لوگوں کو پورا کا پورا یاد</w:t>
      </w:r>
    </w:p>
    <w:p>
      <w:r>
        <w:rPr>
          <w:b/>
        </w:rPr>
        <w:t xml:space="preserve">[32:17] </w:t>
      </w:r>
      <w:r>
        <w:t>tha, lekin sath ساتھ woh likha hua bhi tha, woh likha hua bhi tha.</w:t>
      </w:r>
    </w:p>
    <w:p>
      <w:pPr>
        <w:jc w:val="right"/>
      </w:pPr>
      <w:r>
        <w:t>تھا، لیکن ساتھ ساتھ وہ لکھا ہوا بھی تھا، وہ لکھا ہوا بھی تھا۔</w:t>
      </w:r>
    </w:p>
    <w:p>
      <w:r>
        <w:rPr>
          <w:b/>
        </w:rPr>
        <w:t xml:space="preserve">[32:23] </w:t>
      </w:r>
      <w:r>
        <w:t>to rasool Allah ke zamane mein binding nahi hui thi.</w:t>
      </w:r>
    </w:p>
    <w:p>
      <w:pPr>
        <w:jc w:val="right"/>
      </w:pPr>
      <w:r>
        <w:t>تو رسول اللہ کے زمانے میں بائنڈنگ نہیں ہوئی تھی۔</w:t>
      </w:r>
    </w:p>
    <w:p>
      <w:r>
        <w:rPr>
          <w:b/>
        </w:rPr>
        <w:t xml:space="preserve">[32:28] </w:t>
      </w:r>
      <w:r>
        <w:t>aap ke baad jo first caliph hue, abubakar siddiq, unhon ne kya kiya? ke sare jo, yani logon</w:t>
      </w:r>
    </w:p>
    <w:p>
      <w:pPr>
        <w:jc w:val="right"/>
      </w:pPr>
      <w:r>
        <w:t>آپ کے بعد جو فرسٹ کیلیف ہوئے، ابوبکر صدیق، انہوں نے کیا کیا؟ کہ سارے جو، یعنی لوگوں</w:t>
      </w:r>
    </w:p>
    <w:p>
      <w:r>
        <w:rPr>
          <w:b/>
        </w:rPr>
        <w:t xml:space="preserve">[32:35] </w:t>
      </w:r>
      <w:r>
        <w:t>ke paas likhe hue pages the, un sab ko ikattha kiya.</w:t>
      </w:r>
    </w:p>
    <w:p>
      <w:pPr>
        <w:jc w:val="right"/>
      </w:pPr>
      <w:r>
        <w:t>کے پاس لکھے ہوئے پیجز تھے، ان سب کو اکٹھا کیا۔</w:t>
      </w:r>
    </w:p>
    <w:p>
      <w:r>
        <w:rPr>
          <w:b/>
        </w:rPr>
        <w:t xml:space="preserve">[32:40] </w:t>
      </w:r>
      <w:r>
        <w:t>aur is zamane mein ek aadmi jo bohat acha likhna parhna jante the, zaid bin sabith al-ansari, zaid</w:t>
      </w:r>
    </w:p>
    <w:p>
      <w:pPr>
        <w:jc w:val="right"/>
      </w:pPr>
      <w:r>
        <w:t>اور اس زمانے میں ایک آدمی جو بہت اچھا لکھنا پڑھنا جانتے تھے، زید بن ثابت الانصاری، زید</w:t>
      </w:r>
    </w:p>
    <w:p>
      <w:r>
        <w:rPr>
          <w:b/>
        </w:rPr>
        <w:t xml:space="preserve">[32:48] </w:t>
      </w:r>
      <w:r>
        <w:t>bin sabith al-ansari, un se kaha ke tum is ko likho.</w:t>
      </w:r>
    </w:p>
    <w:p>
      <w:pPr>
        <w:jc w:val="right"/>
      </w:pPr>
      <w:r>
        <w:t>بن ثابت الانصاری، ان سے کہا کہ تم اس کو لکھو۔</w:t>
      </w:r>
    </w:p>
    <w:p>
      <w:r>
        <w:rPr>
          <w:b/>
        </w:rPr>
        <w:t xml:space="preserve">[32:53] </w:t>
      </w:r>
      <w:r>
        <w:t>to unhon ne poori book, yani quran, woh likha, is ko bind kiya.</w:t>
      </w:r>
    </w:p>
    <w:p>
      <w:pPr>
        <w:jc w:val="right"/>
      </w:pPr>
      <w:r>
        <w:t>تو انہوں نے پوری بک، یعنی قرآن، وہ لکھا، اس کو بائنڈ کیا۔</w:t>
      </w:r>
    </w:p>
    <w:p>
      <w:r>
        <w:rPr>
          <w:b/>
        </w:rPr>
        <w:t xml:space="preserve">[32:58] </w:t>
      </w:r>
      <w:r>
        <w:t>is ka naam hota tha is zamane mein raba.</w:t>
      </w:r>
    </w:p>
    <w:p>
      <w:pPr>
        <w:jc w:val="right"/>
      </w:pPr>
      <w:r>
        <w:t>اس کا نام ہوتا تھا اس زمانے میں ربا۔</w:t>
      </w:r>
    </w:p>
    <w:p>
      <w:r>
        <w:rPr>
          <w:b/>
        </w:rPr>
        <w:t xml:space="preserve">[33:02] </w:t>
      </w:r>
      <w:r>
        <w:t>raba muno ka matlab hota hai square, chokor.</w:t>
      </w:r>
    </w:p>
    <w:p>
      <w:pPr>
        <w:jc w:val="right"/>
      </w:pPr>
      <w:r>
        <w:t>ربا منو کا مطلب ہوتا ہے اسکوئر، چوکور۔</w:t>
      </w:r>
    </w:p>
    <w:p>
      <w:r>
        <w:rPr>
          <w:b/>
        </w:rPr>
        <w:t xml:space="preserve">[33:05] </w:t>
      </w:r>
      <w:r>
        <w:t>to woh chuki chokor shakal mein tha, woh is liye is ko raba kaha gaya.</w:t>
      </w:r>
    </w:p>
    <w:p>
      <w:pPr>
        <w:jc w:val="right"/>
      </w:pPr>
      <w:r>
        <w:t>تو وہ چونکہ چوکور شکل میں تھا، وہ اس لیے اس کو ربا کہا گیا۔</w:t>
      </w:r>
    </w:p>
    <w:p>
      <w:r>
        <w:rPr>
          <w:b/>
        </w:rPr>
        <w:t xml:space="preserve">[33:12] </w:t>
      </w:r>
      <w:r>
        <w:t>jo pehla tha, yani quran ka pehla, pehli copy, jo quran ki pehli copy thi, yani binding ke</w:t>
      </w:r>
    </w:p>
    <w:p>
      <w:pPr>
        <w:jc w:val="right"/>
      </w:pPr>
      <w:r>
        <w:t>جو پہلا تھا، یعنی قرآن کا پہلا، پہلی کاپی، جو قرآن کی پہلی کاپی تھی، یعنی بائنڈنگ کے</w:t>
      </w:r>
    </w:p>
    <w:p>
      <w:r>
        <w:rPr>
          <w:b/>
        </w:rPr>
        <w:t xml:space="preserve">[33:20] </w:t>
      </w:r>
      <w:r>
        <w:t>roop mein, jo first caliph ke zamane mein banai gayi, to is ko rakh diya gaya.</w:t>
      </w:r>
    </w:p>
    <w:p>
      <w:pPr>
        <w:jc w:val="right"/>
      </w:pPr>
      <w:r>
        <w:t>روپ میں، جو فرسٹ کیلیف کے زمانے میں بنائی گئی، تو اس کو رکھ دیا گیا۔</w:t>
      </w:r>
    </w:p>
    <w:p>
      <w:r>
        <w:rPr>
          <w:b/>
        </w:rPr>
        <w:t xml:space="preserve">[33:26] </w:t>
      </w:r>
      <w:r>
        <w:t>rasool Allah ki ek wife thin, hafsa, hafsa ke paas rakh diya gaya.</w:t>
      </w:r>
    </w:p>
    <w:p>
      <w:pPr>
        <w:jc w:val="right"/>
      </w:pPr>
      <w:r>
        <w:t>رسول اللہ کی ایک وائف تھیں، حفصہ، حفصہ کے پاس رکھ دیا گیا۔</w:t>
      </w:r>
    </w:p>
    <w:p>
      <w:r>
        <w:rPr>
          <w:b/>
        </w:rPr>
        <w:t xml:space="preserve">[33:32] </w:t>
      </w:r>
      <w:r>
        <w:t>to is ke baad second caliph hue umar farooq, tab tak isi tarah raha.</w:t>
      </w:r>
    </w:p>
    <w:p>
      <w:pPr>
        <w:jc w:val="right"/>
      </w:pPr>
      <w:r>
        <w:t>تو اس کے بعد سیکنڈ کیلیف ہوئے عمر فاروق، تب تک اسی طرح رہا۔</w:t>
      </w:r>
    </w:p>
    <w:p>
      <w:r>
        <w:rPr>
          <w:b/>
        </w:rPr>
        <w:t xml:space="preserve">[33:38] </w:t>
      </w:r>
      <w:r>
        <w:t>woh phir jo third caliph the, usman, to un ke zamane mein islam bohat zyada phail chuka tha.</w:t>
      </w:r>
    </w:p>
    <w:p>
      <w:pPr>
        <w:jc w:val="right"/>
      </w:pPr>
      <w:r>
        <w:t>وہ پھر جو تھرڈ کیلیف تھے، عثمان، تو ان کے زمانے میں اسلام بہت زیادہ پھیل چکا تھا۔</w:t>
      </w:r>
    </w:p>
    <w:p>
      <w:r>
        <w:rPr>
          <w:b/>
        </w:rPr>
        <w:t xml:space="preserve">[33:46] </w:t>
      </w:r>
      <w:r>
        <w:t>to unhon ne hafsa se kaha ke tum mujhe woh copy do, mujhe woh quran do jo likha</w:t>
      </w:r>
    </w:p>
    <w:p>
      <w:pPr>
        <w:jc w:val="right"/>
      </w:pPr>
      <w:r>
        <w:t>تو انہوں نے حفصہ سے کہا کہ تم مجھے وہ کاپی دو، مجھے وہ قرآن دو جو لکھا</w:t>
      </w:r>
    </w:p>
    <w:p>
      <w:r>
        <w:rPr>
          <w:b/>
        </w:rPr>
        <w:t xml:space="preserve">[33:53] </w:t>
      </w:r>
      <w:r>
        <w:t>gaya tha, is ki mein bohat sari copies banwaunga.</w:t>
      </w:r>
    </w:p>
    <w:p>
      <w:pPr>
        <w:jc w:val="right"/>
      </w:pPr>
      <w:r>
        <w:t>گیا تھا، اس کی میں بہت ساری کاپیاں بنواؤں گا۔</w:t>
      </w:r>
    </w:p>
    <w:p>
      <w:r>
        <w:rPr>
          <w:b/>
        </w:rPr>
        <w:t xml:space="preserve">[33:58] </w:t>
      </w:r>
      <w:r>
        <w:t>to woh quran hafsa ne diya un ko.</w:t>
      </w:r>
    </w:p>
    <w:p>
      <w:pPr>
        <w:jc w:val="right"/>
      </w:pPr>
      <w:r>
        <w:t>تو وہ قرآن حفصہ نے دیا ان کو۔</w:t>
      </w:r>
    </w:p>
    <w:p>
      <w:r>
        <w:rPr>
          <w:b/>
        </w:rPr>
        <w:t xml:space="preserve">[34:01] </w:t>
      </w:r>
      <w:r>
        <w:t>to caliph ne, third caliph ne, is ko copy karwai aur bohat si copies tayyar kin.</w:t>
      </w:r>
    </w:p>
    <w:p>
      <w:pPr>
        <w:jc w:val="right"/>
      </w:pPr>
      <w:r>
        <w:t>تو خلیفہ نے، تھرڈ کیلیف نے، اس کو کاپی کروائی اور بہت سی کاپیاں تیار کیں۔</w:t>
      </w:r>
    </w:p>
    <w:p>
      <w:r>
        <w:rPr>
          <w:b/>
        </w:rPr>
        <w:t xml:space="preserve">[34:08] </w:t>
      </w:r>
      <w:r>
        <w:t>unhon ne to different places par jo shehar the, jo jahan masjidain thin, wahan par bhej diya ke</w:t>
      </w:r>
    </w:p>
    <w:p>
      <w:pPr>
        <w:jc w:val="right"/>
      </w:pPr>
      <w:r>
        <w:t>انہوں نے تو ڈفرنٹ پلیسز پر جو شہر تھے، جو جہاں مسجدیں تھیں، وہاں پر بھیج دیا کہ</w:t>
      </w:r>
    </w:p>
    <w:p>
      <w:r>
        <w:rPr>
          <w:b/>
        </w:rPr>
        <w:t xml:space="preserve">[34:16] </w:t>
      </w:r>
      <w:r>
        <w:t>yeh authentic copy hai quran ki, is se log len, is se le kar copy karen.</w:t>
      </w:r>
    </w:p>
    <w:p>
      <w:pPr>
        <w:jc w:val="right"/>
      </w:pPr>
      <w:r>
        <w:t>یہ اتھینٹک کاپی ہے قرآن کی، اس سے لوگ لیں، اس سے لے کر کاپی کریں۔</w:t>
      </w:r>
    </w:p>
    <w:p>
      <w:r>
        <w:rPr>
          <w:b/>
        </w:rPr>
        <w:t xml:space="preserve">[34:23] </w:t>
      </w:r>
      <w:r>
        <w:t>yeh chalta raha qareeb qareeb hazar saal tak ke log is ko dekh kar log copy karte rahe</w:t>
      </w:r>
    </w:p>
    <w:p>
      <w:pPr>
        <w:jc w:val="right"/>
      </w:pPr>
      <w:r>
        <w:t>یہ چلتا رہا قریب قریب ہزار سال تک کہ لوگ اس کو دیکھ کر لوگ کاپی کرتے رہے</w:t>
      </w:r>
    </w:p>
    <w:p>
      <w:r>
        <w:rPr>
          <w:b/>
        </w:rPr>
        <w:t xml:space="preserve">[34:30] </w:t>
      </w:r>
      <w:r>
        <w:t>aur phailta raha, phailta raha, phailta raha.</w:t>
      </w:r>
    </w:p>
    <w:p>
      <w:pPr>
        <w:jc w:val="right"/>
      </w:pPr>
      <w:r>
        <w:t>اور پھیلتا رہا، پھیلتا رہا، پھیلتا رہا۔</w:t>
      </w:r>
    </w:p>
    <w:p>
      <w:r>
        <w:rPr>
          <w:b/>
        </w:rPr>
        <w:t xml:space="preserve">[34:33] </w:t>
      </w:r>
      <w:r>
        <w:t>haath se likhe hue quran ki copies abhi bhi aap dekh sakte hain different libraries mein, dilli mein</w:t>
      </w:r>
    </w:p>
    <w:p>
      <w:pPr>
        <w:jc w:val="right"/>
      </w:pPr>
      <w:r>
        <w:t>ہاتھ سے لکھے ہوئے قرآن کی کاپیاں ابھی بھی آپ دیکھ سکتے ہیں ڈفرنٹ لائبریریز میں، دلی میں</w:t>
      </w:r>
    </w:p>
    <w:p>
      <w:r>
        <w:rPr>
          <w:b/>
        </w:rPr>
        <w:t xml:space="preserve">[34:41] </w:t>
      </w:r>
      <w:r>
        <w:t>aap dekh sakte hain, jamia hamdard mein, har jagah dekh sakte hain ke quran ki haath se likhi</w:t>
      </w:r>
    </w:p>
    <w:p>
      <w:pPr>
        <w:jc w:val="right"/>
      </w:pPr>
      <w:r>
        <w:t>آپ دیکھ سکتے ہیں، جامعہ ہمدرد میں، ہر جگہ دیکھ سکتے ہیں کہ قرآن کی ہاتھ سے لکھی</w:t>
      </w:r>
    </w:p>
    <w:p>
      <w:r>
        <w:rPr>
          <w:b/>
        </w:rPr>
        <w:t xml:space="preserve">[34:49] </w:t>
      </w:r>
      <w:r>
        <w:t>hui copyan jo pehle tayyar ki jati theen, woh maujood hain.</w:t>
      </w:r>
    </w:p>
    <w:p>
      <w:pPr>
        <w:jc w:val="right"/>
      </w:pPr>
      <w:r>
        <w:t>ہوئی کاپیاں جو پہلے تیار کی جاتی تھیں، وہ موجود ہیں۔</w:t>
      </w:r>
    </w:p>
    <w:p>
      <w:r>
        <w:rPr>
          <w:b/>
        </w:rPr>
        <w:t xml:space="preserve">[34:53] </w:t>
      </w:r>
      <w:r>
        <w:t>phir jab printing press aaya to kya hua? quran ka ek nuskha liya gaya, ek copy li gayi,</w:t>
      </w:r>
    </w:p>
    <w:p>
      <w:pPr>
        <w:jc w:val="right"/>
      </w:pPr>
      <w:r>
        <w:t>پھر جب پرنٹنگ پریس آیا تو کیا ہوا؟ قرآن کا ایک نسخہ لیا گیا، ایک کاپی لی گئی،</w:t>
      </w:r>
    </w:p>
    <w:p>
      <w:r>
        <w:rPr>
          <w:b/>
        </w:rPr>
        <w:t xml:space="preserve">[35:01] </w:t>
      </w:r>
      <w:r>
        <w:t>is se likhwaya gaya poora quran.</w:t>
      </w:r>
    </w:p>
    <w:p>
      <w:pPr>
        <w:jc w:val="right"/>
      </w:pPr>
      <w:r>
        <w:t>اس سے لکھوایا گیا پورا قرآن۔</w:t>
      </w:r>
    </w:p>
    <w:p>
      <w:r>
        <w:rPr>
          <w:b/>
        </w:rPr>
        <w:t xml:space="preserve">[35:04] </w:t>
      </w:r>
      <w:r>
        <w:t>is poore quran ko bohat se hafizon ne, bohat se qariyon ne, bohat se aalimon ne check kiya,</w:t>
      </w:r>
    </w:p>
    <w:p>
      <w:pPr>
        <w:jc w:val="right"/>
      </w:pPr>
      <w:r>
        <w:t>اس پورے قرآن کو بہت سے حافظوں نے، بہت سے قاریوں نے، بہت سے عالموں نے چیک کیا،</w:t>
      </w:r>
    </w:p>
    <w:p>
      <w:r>
        <w:rPr>
          <w:b/>
        </w:rPr>
        <w:t xml:space="preserve">[35:11] </w:t>
      </w:r>
      <w:r>
        <w:t>yani taqreeban sau aalimon ne check kiya.</w:t>
      </w:r>
    </w:p>
    <w:p>
      <w:pPr>
        <w:jc w:val="right"/>
      </w:pPr>
      <w:r>
        <w:t>یعنی تقریباً سو عالموں نے چیک کیا۔</w:t>
      </w:r>
    </w:p>
    <w:p>
      <w:r>
        <w:rPr>
          <w:b/>
        </w:rPr>
        <w:t xml:space="preserve">[35:14] </w:t>
      </w:r>
      <w:r>
        <w:t>aur jab woh pakka yaqeen ho gaya ke is mein koi ayat ke barabar bhi koi ghalati nahi</w:t>
      </w:r>
    </w:p>
    <w:p>
      <w:pPr>
        <w:jc w:val="right"/>
      </w:pPr>
      <w:r>
        <w:t>اور جب وہ پکا یقین ہو گیا کہ اس میں کوئی آیت کے برابر بھی کوئی غلطی نہیں</w:t>
      </w:r>
    </w:p>
    <w:p>
      <w:r>
        <w:rPr>
          <w:b/>
        </w:rPr>
        <w:t xml:space="preserve">[35:22] </w:t>
      </w:r>
      <w:r>
        <w:t>hai, koi farq nahi hai, jab pakka sab ko yaqeen ho gaya ke is ko memory se milaya,</w:t>
      </w:r>
    </w:p>
    <w:p>
      <w:pPr>
        <w:jc w:val="right"/>
      </w:pPr>
      <w:r>
        <w:t>ہے، کوئی فرق نہیں ہے، جب پکا سب کو یقین ہو گیا کہ اس کو میموری سے ملایا،</w:t>
      </w:r>
    </w:p>
    <w:p>
      <w:r>
        <w:rPr>
          <w:b/>
        </w:rPr>
        <w:t xml:space="preserve">[35:30] </w:t>
      </w:r>
      <w:r>
        <w:t>jo hath se likhi hui jo copyan theen, is ko is se milaya.</w:t>
      </w:r>
    </w:p>
    <w:p>
      <w:pPr>
        <w:jc w:val="right"/>
      </w:pPr>
      <w:r>
        <w:t>جو ہاتھ سے لکھی ہوئی جو کاپیاں تھیں، اس کو اس سے ملایا۔</w:t>
      </w:r>
    </w:p>
    <w:p>
      <w:r>
        <w:rPr>
          <w:b/>
        </w:rPr>
        <w:t xml:space="preserve">[35:35] </w:t>
      </w:r>
      <w:r>
        <w:t>is tarah se ek authentic copy quran ki tayyar ki gayi, is ko press se chhapa gaya.</w:t>
      </w:r>
    </w:p>
    <w:p>
      <w:pPr>
        <w:jc w:val="right"/>
      </w:pPr>
      <w:r>
        <w:t>اس طرح سے ایک اتھینٹک کاپی قرآن کی تیار کی گئی، اس کو پریس سے چھاپا گیا۔</w:t>
      </w:r>
    </w:p>
    <w:p>
      <w:r>
        <w:rPr>
          <w:b/>
        </w:rPr>
        <w:t xml:space="preserve">[35:43] </w:t>
      </w:r>
      <w:r>
        <w:t>ab press mein aap jante hain ke woh ek authentic copy ke hazaron lakhon copyan ban gayeen.</w:t>
      </w:r>
    </w:p>
    <w:p>
      <w:pPr>
        <w:jc w:val="right"/>
      </w:pPr>
      <w:r>
        <w:t>اب پریس میں آپ جانتے ہیں کہ وہ ایک اتھینٹک کاپی کہ ہزاروں لاکھوں کاپیاں بن گئیں۔</w:t>
      </w:r>
    </w:p>
    <w:p>
      <w:r>
        <w:rPr>
          <w:b/>
        </w:rPr>
        <w:t xml:space="preserve">[35:50] </w:t>
      </w:r>
      <w:r>
        <w:t>to pehle ek kaam hua tha jab aaya tha litho press, jis ko kehte the, litho press se</w:t>
      </w:r>
    </w:p>
    <w:p>
      <w:pPr>
        <w:jc w:val="right"/>
      </w:pPr>
      <w:r>
        <w:t>تو پہلے ایک کام ہوا تھا جب آیا تھا لیتھو پریس، جس کو کہتے تھے، لیتھو پریس سے</w:t>
      </w:r>
    </w:p>
    <w:p>
      <w:r>
        <w:rPr>
          <w:b/>
        </w:rPr>
        <w:t xml:space="preserve">[35:58] </w:t>
      </w:r>
      <w:r>
        <w:t>chhapa.</w:t>
      </w:r>
    </w:p>
    <w:p>
      <w:pPr>
        <w:jc w:val="right"/>
      </w:pPr>
      <w:r>
        <w:t>چھپا۔</w:t>
      </w:r>
    </w:p>
    <w:p>
      <w:r>
        <w:rPr>
          <w:b/>
        </w:rPr>
        <w:t xml:space="preserve">[35:59] </w:t>
      </w:r>
      <w:r>
        <w:t>hum apne bachpan mein jo quran padhte the, woh litho press mein chhapa hua hota tha.</w:t>
      </w:r>
    </w:p>
    <w:p>
      <w:pPr>
        <w:jc w:val="right"/>
      </w:pPr>
      <w:r>
        <w:t>ہم اپنے بچپن میں جو قرآن پڑھتے تھے، وہ لیتھو پریس میں چھپا ہوا ہوتا تھا۔</w:t>
      </w:r>
    </w:p>
    <w:p>
      <w:r>
        <w:rPr>
          <w:b/>
        </w:rPr>
        <w:t xml:space="preserve">[36:06] </w:t>
      </w:r>
      <w:r>
        <w:t>phir is ke baad aaya offset printing.</w:t>
      </w:r>
    </w:p>
    <w:p>
      <w:pPr>
        <w:jc w:val="right"/>
      </w:pPr>
      <w:r>
        <w:t>پھر اس کے بعد آیا اف سیٹ پرنٹنگ۔</w:t>
      </w:r>
    </w:p>
    <w:p>
      <w:r>
        <w:rPr>
          <w:b/>
        </w:rPr>
        <w:t xml:space="preserve">[36:09] </w:t>
      </w:r>
      <w:r>
        <w:t>offset printing mein bohat ziyada beautiful tareeqe se chhapne laga.</w:t>
      </w:r>
    </w:p>
    <w:p>
      <w:pPr>
        <w:jc w:val="right"/>
      </w:pPr>
      <w:r>
        <w:t>اف سیٹ پرنٹنگ میں بہت زیادہ بیوٹی فل طریقے سے چھپنے لگا۔</w:t>
      </w:r>
    </w:p>
    <w:p>
      <w:r>
        <w:rPr>
          <w:b/>
        </w:rPr>
        <w:t xml:space="preserve">[36:15] </w:t>
      </w:r>
      <w:r>
        <w:t>ab digital technique aa gayi hai, ab aur bhi acha chhapta hai.</w:t>
      </w:r>
    </w:p>
    <w:p>
      <w:pPr>
        <w:jc w:val="right"/>
      </w:pPr>
      <w:r>
        <w:t>اب ڈینی ٹیکنیک آ گئی ہے، اب اور بھی اچھا چھپتا ہے۔</w:t>
      </w:r>
    </w:p>
    <w:p>
      <w:r>
        <w:rPr>
          <w:b/>
        </w:rPr>
        <w:t xml:space="preserve">[36:20] </w:t>
      </w:r>
      <w:r>
        <w:t>is tarah se dunya mein billion nahi, billion copy quran ki phail gayi.</w:t>
      </w:r>
    </w:p>
    <w:p>
      <w:pPr>
        <w:jc w:val="right"/>
      </w:pPr>
      <w:r>
        <w:t>اس طرح سے دنیا میں بلین نہیں، بلین کاپی قرآن کی پھیل گئی۔</w:t>
      </w:r>
    </w:p>
    <w:p>
      <w:r>
        <w:rPr>
          <w:b/>
        </w:rPr>
        <w:t xml:space="preserve">[36:25] </w:t>
      </w:r>
      <w:r>
        <w:t>yani pehle yeh hota tha ke har copy ko alag se likha jata tha, to ek ek copy</w:t>
      </w:r>
    </w:p>
    <w:p>
      <w:pPr>
        <w:jc w:val="right"/>
      </w:pPr>
      <w:r>
        <w:t>یعنی پہلے یہ ہوتا تھا کہ ہر کاپی کو الگ سے لکھا جاتا تھا، تو ایک ایک کاپی</w:t>
      </w:r>
    </w:p>
    <w:p>
      <w:r>
        <w:rPr>
          <w:b/>
        </w:rPr>
        <w:t xml:space="preserve">[36:33] </w:t>
      </w:r>
      <w:r>
        <w:t>ko check karna padta tha, har ek copy ko check karna padta tha.</w:t>
      </w:r>
    </w:p>
    <w:p>
      <w:pPr>
        <w:jc w:val="right"/>
      </w:pPr>
      <w:r>
        <w:t>کو چیک کرنا پڑتا تھا، ہر ایک کاپی کو چیک کرنا پڑتا تھا۔</w:t>
      </w:r>
    </w:p>
    <w:p>
      <w:r>
        <w:rPr>
          <w:b/>
        </w:rPr>
        <w:t xml:space="preserve">[36:39] </w:t>
      </w:r>
      <w:r>
        <w:t>ab kya hai? ek copy quran ki aap tayyar karein, khoob check karein, is ko khoob check karein,</w:t>
      </w:r>
    </w:p>
    <w:p>
      <w:pPr>
        <w:jc w:val="right"/>
      </w:pPr>
      <w:r>
        <w:t>اب کیا ہے؟ ایک کاپی قرآن کی آپ تیار کریں، خوب چیک کریں، اس کو خوب چیک کریں،</w:t>
      </w:r>
    </w:p>
    <w:p>
      <w:r>
        <w:rPr>
          <w:b/>
        </w:rPr>
        <w:t xml:space="preserve">[36:46] </w:t>
      </w:r>
      <w:r>
        <w:t>is ko aap chhapwa dein to wahi ek bilkul jo true copy hogi, jo bilkul jis mein koi</w:t>
      </w:r>
    </w:p>
    <w:p>
      <w:pPr>
        <w:jc w:val="right"/>
      </w:pPr>
      <w:r>
        <w:t>اس کو آپ چھپوا دیں تو وہی ایک بالکل جو ٹرو کاپی ہوگی، جو بالکل جس میں کوئی</w:t>
      </w:r>
    </w:p>
    <w:p>
      <w:r>
        <w:rPr>
          <w:b/>
        </w:rPr>
        <w:t xml:space="preserve">[36:54] </w:t>
      </w:r>
      <w:r>
        <w:t>ghalati nahi hogi, usi ki billion billion copyan tayyar ho jayengi.</w:t>
      </w:r>
    </w:p>
    <w:p>
      <w:pPr>
        <w:jc w:val="right"/>
      </w:pPr>
      <w:r>
        <w:t>غلطی نہیں ہوگی، اسی کی بلین بلین کاپیاں تیار ہو جائیں گی۔</w:t>
      </w:r>
    </w:p>
    <w:p>
      <w:r>
        <w:rPr>
          <w:b/>
        </w:rPr>
        <w:t xml:space="preserve">[36:59] </w:t>
      </w:r>
      <w:r>
        <w:t>ab har quran, ab quran ki har copy ko alag se alag likhne ki zaroorat nahi hai.</w:t>
      </w:r>
    </w:p>
    <w:p>
      <w:pPr>
        <w:jc w:val="right"/>
      </w:pPr>
      <w:r>
        <w:t>اب ہر قرآن، اب قرآن کی ہر کاپی کو الگ سے الگ الگ لکھنے کی ضرورت نہیں ہے۔</w:t>
      </w:r>
    </w:p>
    <w:p>
      <w:r>
        <w:rPr>
          <w:b/>
        </w:rPr>
        <w:t xml:space="preserve">[37:07] </w:t>
      </w:r>
      <w:r>
        <w:t>is tarah quran sari dunya mein phail gaya.</w:t>
      </w:r>
    </w:p>
    <w:p>
      <w:pPr>
        <w:jc w:val="right"/>
      </w:pPr>
      <w:r>
        <w:t>اس طرح قرآن ساری دنیا میں پھیل گیا۔</w:t>
      </w:r>
    </w:p>
    <w:p>
      <w:r>
        <w:rPr>
          <w:b/>
        </w:rPr>
        <w:t xml:space="preserve">[37:10] </w:t>
      </w:r>
      <w:r>
        <w:t>dekhein, yeh baat maine thori detail ke sath is liye batai ke ab jo peghambar nahi aa</w:t>
      </w:r>
    </w:p>
    <w:p>
      <w:pPr>
        <w:jc w:val="right"/>
      </w:pPr>
      <w:r>
        <w:t>دیکھیں، یہ بات میں نے تھوڑی ڈیٹیل کے ساتھ اس لیے بتائی کہ اب جو پیغمبر نہیں آ</w:t>
      </w:r>
    </w:p>
    <w:p>
      <w:r>
        <w:rPr>
          <w:b/>
        </w:rPr>
        <w:t xml:space="preserve">[37:18] </w:t>
      </w:r>
      <w:r>
        <w:t>rahe hain, ab jo profit nahin aa rahe hain, to kyon? ab hamare paas profit ka alternative maujood</w:t>
      </w:r>
    </w:p>
    <w:p>
      <w:pPr>
        <w:jc w:val="right"/>
      </w:pPr>
      <w:r>
        <w:t>رہے ہیں، اب جو پرافٹ نہیں آ رہے ہیں، تو کیوں؟ اب ہمارے پاس پرافٹ کا الٹرنیٹو موجود</w:t>
      </w:r>
    </w:p>
    <w:p>
      <w:r>
        <w:rPr>
          <w:b/>
        </w:rPr>
        <w:t xml:space="preserve">[37:26] </w:t>
      </w:r>
      <w:r>
        <w:t>ho gaya.</w:t>
      </w:r>
    </w:p>
    <w:p>
      <w:pPr>
        <w:jc w:val="right"/>
      </w:pPr>
      <w:r>
        <w:t>ہو گیا۔</w:t>
      </w:r>
    </w:p>
    <w:p>
      <w:r>
        <w:rPr>
          <w:b/>
        </w:rPr>
        <w:t xml:space="preserve">[37:27] </w:t>
      </w:r>
      <w:r>
        <w:t>pehle profit ka alternative nahin hua karta tha, yani profit ko janne ke liye ke woh kaise unhon</w:t>
      </w:r>
    </w:p>
    <w:p>
      <w:pPr>
        <w:jc w:val="right"/>
      </w:pPr>
      <w:r>
        <w:t>پہلے پرافٹ کا الٹرنیٹو نہیں ہوا کرتا تھا، یعنی پرافٹ کو جاننے کے لیے کہ وہ کیسے انہوں</w:t>
      </w:r>
    </w:p>
    <w:p>
      <w:r>
        <w:rPr>
          <w:b/>
        </w:rPr>
        <w:t xml:space="preserve">[37:35] </w:t>
      </w:r>
      <w:r>
        <w:t>ne zindagi guzari, kaun sa quran un par utra tha, un ki daily life kya thi, different situation</w:t>
      </w:r>
    </w:p>
    <w:p>
      <w:pPr>
        <w:jc w:val="right"/>
      </w:pPr>
      <w:r>
        <w:t>نے زندگی گزاری، کون سا قرآن ان پر اترا تھا، ان کی ڈیلی لائف کیا تھی، ڈفرنٹ سچویشن</w:t>
      </w:r>
    </w:p>
    <w:p>
      <w:r>
        <w:rPr>
          <w:b/>
        </w:rPr>
        <w:t xml:space="preserve">[37:43] </w:t>
      </w:r>
      <w:r>
        <w:t>mein unhon ne kis tarah behave kiya, sab kuch maujood hai.</w:t>
      </w:r>
    </w:p>
    <w:p>
      <w:pPr>
        <w:jc w:val="right"/>
      </w:pPr>
      <w:r>
        <w:t>میں انہوں نے کس طرح بیہیو کیا، سب کچھ موجود ہے۔</w:t>
      </w:r>
    </w:p>
    <w:p>
      <w:r>
        <w:rPr>
          <w:b/>
        </w:rPr>
        <w:t xml:space="preserve">[37:47] </w:t>
      </w:r>
      <w:r>
        <w:t>abhi maine quran ki baat kahi, is wajah se kitaben likhi gayeen, aap ki life likhi gayi,</w:t>
      </w:r>
    </w:p>
    <w:p>
      <w:pPr>
        <w:jc w:val="right"/>
      </w:pPr>
      <w:r>
        <w:t>ابھی میں نے قرآن کی بات کہی، اس وجہ سے کتابیں لکھی گئیں، آپ کی لائف لکھی گئی،</w:t>
      </w:r>
    </w:p>
    <w:p>
      <w:r>
        <w:rPr>
          <w:b/>
        </w:rPr>
        <w:t xml:space="preserve">[37:55] </w:t>
      </w:r>
      <w:r>
        <w:t>history likhi gayi, har aspect par kitaben likhi gayeen, hadithain sab ikatha ki gayeen.</w:t>
      </w:r>
    </w:p>
    <w:p>
      <w:pPr>
        <w:jc w:val="right"/>
      </w:pPr>
      <w:r>
        <w:t>ہسٹری لکھی گئی، ہر اسپیکٹ پر کتابیں لکھی گئیں، حدیثیں سب اکٹھا کی گئیں۔</w:t>
      </w:r>
    </w:p>
    <w:p>
      <w:r>
        <w:rPr>
          <w:b/>
        </w:rPr>
        <w:t xml:space="preserve">[38:01] </w:t>
      </w:r>
      <w:r>
        <w:t>to ab kya hua? ke word of god ko janna hai aap ko, to aap quran ko parhiye.</w:t>
      </w:r>
    </w:p>
    <w:p>
      <w:pPr>
        <w:jc w:val="right"/>
      </w:pPr>
      <w:r>
        <w:t>تو اب کیا ہوا؟ کہ ورڈ آف گاڈ کو جاننا ہے آپ کو، تو آپ قرآن کو پڑھیے۔</w:t>
      </w:r>
    </w:p>
    <w:p>
      <w:r>
        <w:rPr>
          <w:b/>
        </w:rPr>
        <w:t xml:space="preserve">[38:09] </w:t>
      </w:r>
      <w:r>
        <w:t>aap ko yeh janna ho ke profit kaise the, kya the, un ki history janna ho, to aap</w:t>
      </w:r>
    </w:p>
    <w:p>
      <w:pPr>
        <w:jc w:val="right"/>
      </w:pPr>
      <w:r>
        <w:t>آپ کو یہ جاننا ہو کہ پرافٹ کیسے تھے، کیا تھے، ان کی ہسٹری جاننا ہو، تو آپ</w:t>
      </w:r>
    </w:p>
    <w:p>
      <w:r>
        <w:rPr>
          <w:b/>
        </w:rPr>
        <w:t xml:space="preserve">[38:17] </w:t>
      </w:r>
      <w:r>
        <w:t>un ki life parhiye.</w:t>
      </w:r>
    </w:p>
    <w:p>
      <w:pPr>
        <w:jc w:val="right"/>
      </w:pPr>
      <w:r>
        <w:t>ان کی لائف پڑھیے۔</w:t>
      </w:r>
    </w:p>
    <w:p>
      <w:r>
        <w:rPr>
          <w:b/>
        </w:rPr>
        <w:t xml:space="preserve">[38:18] </w:t>
      </w:r>
      <w:r>
        <w:t>aap ko yeh janna ho ke profit ne kya kaha, yani quran ko dene ke ilawa unhon ne</w:t>
      </w:r>
    </w:p>
    <w:p>
      <w:pPr>
        <w:jc w:val="right"/>
      </w:pPr>
      <w:r>
        <w:t>آپ کو یہ جاننا ہو کہ پرافٹ نے کیا کہا، یعنی قرآن کو دینے کے علاوہ انہوں نے</w:t>
      </w:r>
    </w:p>
    <w:p>
      <w:r>
        <w:rPr>
          <w:b/>
        </w:rPr>
        <w:t xml:space="preserve">[38:26] </w:t>
      </w:r>
      <w:r>
        <w:t>khud se kya kya baaten kahin, to aap hadith parhiye.</w:t>
      </w:r>
    </w:p>
    <w:p>
      <w:pPr>
        <w:jc w:val="right"/>
      </w:pPr>
      <w:r>
        <w:t>خود سے کیا کیا باتیں کہیں، تو آپ حدیث پڑھیے۔</w:t>
      </w:r>
    </w:p>
    <w:p>
      <w:r>
        <w:rPr>
          <w:b/>
        </w:rPr>
        <w:t xml:space="preserve">[38:30] </w:t>
      </w:r>
      <w:r>
        <w:t>hadith ki kitaben bahut sari maujood hain.</w:t>
      </w:r>
    </w:p>
    <w:p>
      <w:pPr>
        <w:jc w:val="right"/>
      </w:pPr>
      <w:r>
        <w:t>حدیث کی کتابیں بہت ساری موجود ہیں۔</w:t>
      </w:r>
    </w:p>
    <w:p>
      <w:r>
        <w:rPr>
          <w:b/>
        </w:rPr>
        <w:t xml:space="preserve">[38:33] </w:t>
      </w:r>
      <w:r>
        <w:t>aap ne jo aap ka aaya, jo inqilab aaya, jo jo revolution aaya, jo history bani, woh kya</w:t>
      </w:r>
    </w:p>
    <w:p>
      <w:pPr>
        <w:jc w:val="right"/>
      </w:pPr>
      <w:r>
        <w:t>آپ نے جو آپ کا آیا، جو انقلاب آیا، جو جو ریولوشن آیا، جو ہسٹری بنی، وہ کیا</w:t>
      </w:r>
    </w:p>
    <w:p>
      <w:r>
        <w:rPr>
          <w:b/>
        </w:rPr>
        <w:t xml:space="preserve">[38:41] </w:t>
      </w:r>
      <w:r>
        <w:t>thi? to bahut sari books is ki bhi hain, history ki, islamic history, is ko aap parhiye.</w:t>
      </w:r>
    </w:p>
    <w:p>
      <w:pPr>
        <w:jc w:val="right"/>
      </w:pPr>
      <w:r>
        <w:t>تھی؟ تو بہت ساری بکس اس کی بھی ہیں، ہسٹری کی، اسلامک ہسٹری، اس کو آپ پڑھیے۔</w:t>
      </w:r>
    </w:p>
    <w:p>
      <w:r>
        <w:rPr>
          <w:b/>
        </w:rPr>
        <w:t xml:space="preserve">[38:48] </w:t>
      </w:r>
      <w:r>
        <w:t>to ab living profit ki zaroorat nahin rahi, kyunke living profit ka alternative, is ka substitute hamare paas</w:t>
      </w:r>
    </w:p>
    <w:p>
      <w:pPr>
        <w:jc w:val="right"/>
      </w:pPr>
      <w:r>
        <w:t>تو اب لیونگ پرافٹ کی ضرورت نہیں رہی، کیونکہ لیونگ پرافٹ کا الٹرنیٹو، اس کا سبسٹیٹیوٹ ہمارے پاس</w:t>
      </w:r>
    </w:p>
    <w:p>
      <w:r>
        <w:rPr>
          <w:b/>
        </w:rPr>
        <w:t xml:space="preserve">[38:56] </w:t>
      </w:r>
      <w:r>
        <w:t>maujood hai.</w:t>
      </w:r>
    </w:p>
    <w:p>
      <w:pPr>
        <w:jc w:val="right"/>
      </w:pPr>
      <w:r>
        <w:t>موجود ہے۔</w:t>
      </w:r>
    </w:p>
    <w:p>
      <w:r>
        <w:rPr>
          <w:b/>
        </w:rPr>
        <w:t xml:space="preserve">[38:57] </w:t>
      </w:r>
      <w:r>
        <w:t>sab kuch aap jaan sakte hain, sab kuch aap jaan sakte hain, ek ek cheez detail ke sath</w:t>
      </w:r>
    </w:p>
    <w:p>
      <w:pPr>
        <w:jc w:val="right"/>
      </w:pPr>
      <w:r>
        <w:t>سب کچھ آپ جان سکتے ہیں، سب کچھ آپ جان سکتے ہیں، ایک ایک چیز ڈیٹیل کے ساتھ</w:t>
      </w:r>
    </w:p>
    <w:p>
      <w:r>
        <w:rPr>
          <w:b/>
        </w:rPr>
        <w:t xml:space="preserve">[39:05] </w:t>
      </w:r>
      <w:r>
        <w:t>jaan sakte hain, balkeh shayad kuch zyada hi jaan sakte hain.</w:t>
      </w:r>
    </w:p>
    <w:p>
      <w:pPr>
        <w:jc w:val="right"/>
      </w:pPr>
      <w:r>
        <w:t>جان سکتے ہیں، بلکہ شاید کچھ زیادہ ہی جان سکتے ہیں۔</w:t>
      </w:r>
    </w:p>
    <w:p>
      <w:r>
        <w:rPr>
          <w:b/>
        </w:rPr>
        <w:t xml:space="preserve">[39:10] </w:t>
      </w:r>
      <w:r>
        <w:t>jaise misaal ke taur par dekhiye, prophet of islam jo the, woh 13 saal tak makka mein rahe,</w:t>
      </w:r>
    </w:p>
    <w:p>
      <w:pPr>
        <w:jc w:val="right"/>
      </w:pPr>
      <w:r>
        <w:t>جیسے مثال کے طور پر دیکھیے، پرافٹ آف اسلام جو تھے، وہ 13 سال تک مکہ میں رہے،</w:t>
      </w:r>
    </w:p>
    <w:p>
      <w:r>
        <w:rPr>
          <w:b/>
        </w:rPr>
        <w:t xml:space="preserve">[39:18] </w:t>
      </w:r>
      <w:r>
        <w:t>us ke baad das saal tak madine mein rahe.</w:t>
      </w:r>
    </w:p>
    <w:p>
      <w:pPr>
        <w:jc w:val="right"/>
      </w:pPr>
      <w:r>
        <w:t>اس کے بعد دس سال تک مدینے میں رہے۔</w:t>
      </w:r>
    </w:p>
    <w:p>
      <w:r>
        <w:rPr>
          <w:b/>
        </w:rPr>
        <w:t xml:space="preserve">[39:21] </w:t>
      </w:r>
      <w:r>
        <w:t>to is poori muddat mein aap ka farz kijiye, kisi ne aap ko makka mein dekha ho, to</w:t>
      </w:r>
    </w:p>
    <w:p>
      <w:pPr>
        <w:jc w:val="right"/>
      </w:pPr>
      <w:r>
        <w:t>تو اس پوری مدت میں آپ کا فرض کیجیے، کسی نے آپ کو مکہ میں دیکھا ہو، تو</w:t>
      </w:r>
    </w:p>
    <w:p>
      <w:r>
        <w:rPr>
          <w:b/>
        </w:rPr>
        <w:t xml:space="preserve">[39:29] </w:t>
      </w:r>
      <w:r>
        <w:t>madine mein aap kaise rahe, woh to nahin jaane ga.</w:t>
      </w:r>
    </w:p>
    <w:p>
      <w:pPr>
        <w:jc w:val="right"/>
      </w:pPr>
      <w:r>
        <w:t>مدینے میں آپ کیسے رہے، وہ تو نہیں جانے گا۔</w:t>
      </w:r>
    </w:p>
    <w:p>
      <w:r>
        <w:rPr>
          <w:b/>
        </w:rPr>
        <w:t xml:space="preserve">[39:33] </w:t>
      </w:r>
      <w:r>
        <w:t>kisi ne aap ko madine mein dekha ho, to us ko pata nahin hoga ke makke mein aap</w:t>
      </w:r>
    </w:p>
    <w:p>
      <w:pPr>
        <w:jc w:val="right"/>
      </w:pPr>
      <w:r>
        <w:t>کسی نے آپ کو مدینے میں دیکھا ہو، تو اس کو پتہ نہیں ہوگا کہ مکے میں آپ</w:t>
      </w:r>
    </w:p>
    <w:p>
      <w:r>
        <w:rPr>
          <w:b/>
        </w:rPr>
        <w:t xml:space="preserve">[39:41] </w:t>
      </w:r>
      <w:r>
        <w:t>kaise rehte the.</w:t>
      </w:r>
    </w:p>
    <w:p>
      <w:pPr>
        <w:jc w:val="right"/>
      </w:pPr>
      <w:r>
        <w:t>کیسے رہتے تھے۔</w:t>
      </w:r>
    </w:p>
    <w:p>
      <w:r>
        <w:rPr>
          <w:b/>
        </w:rPr>
        <w:t xml:space="preserve">[39:43] </w:t>
      </w:r>
      <w:r>
        <w:t>aaj aap ek library mein baith jaiye aur sab kuch wohin par aap ko mil jayega, sab</w:t>
      </w:r>
    </w:p>
    <w:p>
      <w:pPr>
        <w:jc w:val="right"/>
      </w:pPr>
      <w:r>
        <w:t>آج آپ ایک لائبریری میں بیٹھ جائیے اور سب کچھ وہیں پر آپ کو مل جائے گا، سب</w:t>
      </w:r>
    </w:p>
    <w:p>
      <w:r>
        <w:rPr>
          <w:b/>
        </w:rPr>
        <w:t xml:space="preserve">[39:50] </w:t>
      </w:r>
      <w:r>
        <w:t>kuch mil jayega aap ko.</w:t>
      </w:r>
    </w:p>
    <w:p>
      <w:pPr>
        <w:jc w:val="right"/>
      </w:pPr>
      <w:r>
        <w:t>کچھ مل جائے گا آپ کو۔</w:t>
      </w:r>
    </w:p>
    <w:p>
      <w:r>
        <w:rPr>
          <w:b/>
        </w:rPr>
        <w:t xml:space="preserve">[39:53] </w:t>
      </w:r>
      <w:r>
        <w:t>to aaj hum poori tarah is position mein hain, yaani printing press ke zamane mein ke hum agar</w:t>
      </w:r>
    </w:p>
    <w:p>
      <w:pPr>
        <w:jc w:val="right"/>
      </w:pPr>
      <w:r>
        <w:t>تو آج ہم پوری طرح اس پوزیشن میں ہیں، یعنی پرنٹنگ پریس کے زمانے میں کہ ہم اگر</w:t>
      </w:r>
    </w:p>
    <w:p>
      <w:r>
        <w:rPr>
          <w:b/>
        </w:rPr>
        <w:t xml:space="preserve">[40:01] </w:t>
      </w:r>
      <w:r>
        <w:t>hum sach much seekh rahe hain, agar hum seriously janna chahte hain, to sab kuch hamare paas maujood hai</w:t>
      </w:r>
    </w:p>
    <w:p>
      <w:pPr>
        <w:jc w:val="right"/>
      </w:pPr>
      <w:r>
        <w:t>ہم سچ مچ سیکھر ہیں، اگر ہم سیریسلی جاننا چاہتے ہیں، تو سب کچھ ہمارے پاس موجود ہے</w:t>
      </w:r>
    </w:p>
    <w:p>
      <w:r>
        <w:rPr>
          <w:b/>
        </w:rPr>
        <w:t xml:space="preserve">[40:08] </w:t>
      </w:r>
      <w:r>
        <w:t>janne ke liye.</w:t>
      </w:r>
    </w:p>
    <w:p>
      <w:pPr>
        <w:jc w:val="right"/>
      </w:pPr>
      <w:r>
        <w:t>جاننے کے لیے۔</w:t>
      </w:r>
    </w:p>
    <w:p>
      <w:r>
        <w:rPr>
          <w:b/>
        </w:rPr>
        <w:t xml:space="preserve">[40:10] </w:t>
      </w:r>
      <w:r>
        <w:t>to yeh hai Quran ka message, yeh hai Rasool Allah ka message.</w:t>
      </w:r>
    </w:p>
    <w:p>
      <w:pPr>
        <w:jc w:val="right"/>
      </w:pPr>
      <w:r>
        <w:t>تو یہ ہے قرآن کا میسج، یہ ہے رسول اللہ کا میسج۔</w:t>
      </w:r>
    </w:p>
    <w:p>
      <w:r>
        <w:rPr>
          <w:b/>
        </w:rPr>
        <w:t xml:space="preserve">[40:15] </w:t>
      </w:r>
      <w:r>
        <w:t>yaani is se aap samajh sakte hain ke Khuda ne aap ko jo paida kiya, yeh duniya mein</w:t>
      </w:r>
    </w:p>
    <w:p>
      <w:pPr>
        <w:jc w:val="right"/>
      </w:pPr>
      <w:r>
        <w:t>یعنی اس سے آپ سمجھ سکتے ہیں کہ خدا نے آپ کو جو پیدا کیا، یہ دنیا میں</w:t>
      </w:r>
    </w:p>
    <w:p>
      <w:r>
        <w:rPr>
          <w:b/>
        </w:rPr>
        <w:t xml:space="preserve">[40:23] </w:t>
      </w:r>
      <w:r>
        <w:t>rakha.</w:t>
      </w:r>
    </w:p>
    <w:p>
      <w:pPr>
        <w:jc w:val="right"/>
      </w:pPr>
      <w:r>
        <w:t>رکھا۔</w:t>
      </w:r>
    </w:p>
    <w:p>
      <w:r>
        <w:rPr>
          <w:b/>
        </w:rPr>
        <w:t xml:space="preserve">[40:24] </w:t>
      </w:r>
      <w:r>
        <w:t>تو ہر آدمی جاننا چاہتا ہے کہ میں میں کیا ہوں، who am I, what is the purpose</w:t>
      </w:r>
    </w:p>
    <w:p>
      <w:pPr>
        <w:jc w:val="right"/>
      </w:pPr>
      <w:r>
        <w:t>تو ہر آدمی جاننا چاہتا ہے کہ میں میں کیا ہوں، ہو ایم آئی، واٹ از دا پرپس</w:t>
      </w:r>
    </w:p>
    <w:p>
      <w:r>
        <w:rPr>
          <w:b/>
        </w:rPr>
        <w:t xml:space="preserve">[40:32] </w:t>
      </w:r>
      <w:r>
        <w:t>of life, what is what is what is death, sab kuch janna chahta hai aadmi.</w:t>
      </w:r>
    </w:p>
    <w:p>
      <w:pPr>
        <w:jc w:val="right"/>
      </w:pPr>
      <w:r>
        <w:t>آف لائف، واٹ از واٹ از واٹ از ڈیتھ، سب کچھ جاننا چاہتا ہے آدمی۔</w:t>
      </w:r>
    </w:p>
    <w:p>
      <w:r>
        <w:rPr>
          <w:b/>
        </w:rPr>
        <w:t xml:space="preserve">[40:38] </w:t>
      </w:r>
      <w:r>
        <w:t>yeh aadmi ke andar yeh question saare ubharte hain, to is ka answer kya hai? Is ka answer</w:t>
      </w:r>
    </w:p>
    <w:p>
      <w:pPr>
        <w:jc w:val="right"/>
      </w:pPr>
      <w:r>
        <w:t>یہ آدمی کے اندر یہ کوئسچن سارے ابھرتے ہیں، تو اس کا انسر کیا ہے؟ اس کا انسر</w:t>
      </w:r>
    </w:p>
    <w:p>
      <w:r>
        <w:rPr>
          <w:b/>
        </w:rPr>
        <w:t xml:space="preserve">[40:46] </w:t>
      </w:r>
      <w:r>
        <w:t>maine bataya.</w:t>
      </w:r>
    </w:p>
    <w:p>
      <w:pPr>
        <w:jc w:val="right"/>
      </w:pPr>
      <w:r>
        <w:t>میں نے بتایا۔</w:t>
      </w:r>
    </w:p>
    <w:p>
      <w:r>
        <w:rPr>
          <w:b/>
        </w:rPr>
        <w:t xml:space="preserve">[40:48] </w:t>
      </w:r>
      <w:r>
        <w:t>to Quran hi mein yeh baat bhi batai gayi hai ke spoken language mein to prophet ke zariye</w:t>
      </w:r>
    </w:p>
    <w:p>
      <w:pPr>
        <w:jc w:val="right"/>
      </w:pPr>
      <w:r>
        <w:t>تو قرآن ہی میں یہ بات بھی بتائی گئی ہے کہ اسپوکن لینگویج میں تو پرافٹ کے ذریعے</w:t>
      </w:r>
    </w:p>
    <w:p>
      <w:r>
        <w:rPr>
          <w:b/>
        </w:rPr>
        <w:t xml:space="preserve">[40:55] </w:t>
      </w:r>
      <w:r>
        <w:t>se hum ne guidance bheji, lekin is ke siwa do aur layer hain, woh bhi tum ko guide</w:t>
      </w:r>
    </w:p>
    <w:p>
      <w:pPr>
        <w:jc w:val="right"/>
      </w:pPr>
      <w:r>
        <w:t>سے ہم نے گائیڈنس بھیجی، لیکن اس کے سوا دو اور لیئر ہیں، وہ بھی تم کو گائیڈ</w:t>
      </w:r>
    </w:p>
    <w:p>
      <w:r>
        <w:rPr>
          <w:b/>
        </w:rPr>
        <w:t xml:space="preserve">[41:03] </w:t>
      </w:r>
      <w:r>
        <w:t>kar rahe hain.</w:t>
      </w:r>
    </w:p>
    <w:p>
      <w:pPr>
        <w:jc w:val="right"/>
      </w:pPr>
      <w:r>
        <w:t>کر رہے ہیں۔</w:t>
      </w:r>
    </w:p>
    <w:p>
      <w:r>
        <w:rPr>
          <w:b/>
        </w:rPr>
        <w:t xml:space="preserve">[41:05] </w:t>
      </w:r>
      <w:r>
        <w:t>ek to hai material world, jo goya ke iqtidaar ka manifestation hai, woh manifest kar rahi hai in</w:t>
      </w:r>
    </w:p>
    <w:p>
      <w:pPr>
        <w:jc w:val="right"/>
      </w:pPr>
      <w:r>
        <w:t>ایک تو ہے مٹیریل ورلڈ، جو گویا کہ اقتدار کا مینیفیسٹیشن ہے، وہ مینیفیسٹ کر رہی ہے ان</w:t>
      </w:r>
    </w:p>
    <w:p>
      <w:r>
        <w:rPr>
          <w:b/>
        </w:rPr>
        <w:t xml:space="preserve">[41:12] </w:t>
      </w:r>
      <w:r>
        <w:t>baaton ko jo Khuda ki baatein hain.</w:t>
      </w:r>
    </w:p>
    <w:p>
      <w:pPr>
        <w:jc w:val="right"/>
      </w:pPr>
      <w:r>
        <w:t>باتوں کو جو خدا کی باتیں ہیں۔</w:t>
      </w:r>
    </w:p>
    <w:p>
      <w:r>
        <w:rPr>
          <w:b/>
        </w:rPr>
        <w:t xml:space="preserve">[41:15] </w:t>
      </w:r>
      <w:r>
        <w:t>phir doosra tumhara apna andar ka nature hai, tumhari inner voice hai.</w:t>
      </w:r>
    </w:p>
    <w:p>
      <w:pPr>
        <w:jc w:val="right"/>
      </w:pPr>
      <w:r>
        <w:t>پھر دوسرا تمہارا اپنا اندر کا نیچر ہے، تمہاری انر وائس ہے۔</w:t>
      </w:r>
    </w:p>
    <w:p>
      <w:r>
        <w:rPr>
          <w:b/>
        </w:rPr>
        <w:t xml:space="preserve">[41:20] </w:t>
      </w:r>
      <w:r>
        <w:t>har aadmi ke andar ek inner voice chupi hui hai, woh inner voice har waqt bolti rehti hai,</w:t>
      </w:r>
    </w:p>
    <w:p>
      <w:pPr>
        <w:jc w:val="right"/>
      </w:pPr>
      <w:r>
        <w:t>ہر آدمی کے اندر ایک انر وائس چھپی ہوئی ہے، وہ انر وائس ہر وقت بولتی رہتی ہے،</w:t>
      </w:r>
    </w:p>
    <w:p>
      <w:r>
        <w:rPr>
          <w:b/>
        </w:rPr>
        <w:t xml:space="preserve">[41:28] </w:t>
      </w:r>
      <w:r>
        <w:t>har waqt 24 ghante woh active rehti hai.</w:t>
      </w:r>
    </w:p>
    <w:p>
      <w:pPr>
        <w:jc w:val="right"/>
      </w:pPr>
      <w:r>
        <w:t>ہر وقت 24 گھنٹہ وہ ایکٹیو رہتی ہے۔</w:t>
      </w:r>
    </w:p>
    <w:p>
      <w:r>
        <w:rPr>
          <w:b/>
        </w:rPr>
        <w:t xml:space="preserve">[41:32] </w:t>
      </w:r>
      <w:r>
        <w:t>inner voice jo hamare andar hai, hamare nature mein, woh 24 ghante active rehti hai, yahan tak ke</w:t>
      </w:r>
    </w:p>
    <w:p>
      <w:pPr>
        <w:jc w:val="right"/>
      </w:pPr>
      <w:r>
        <w:t>انر وائس جو ہمارے اندر ہے، ہمارے نیچر میں، وہ 24 گھنٹہ ایکٹیو رہتی ہے، یہاں تک کہ</w:t>
      </w:r>
    </w:p>
    <w:p>
      <w:r>
        <w:rPr>
          <w:b/>
        </w:rPr>
        <w:t xml:space="preserve">[41:39] </w:t>
      </w:r>
      <w:r>
        <w:t>sote waqt bhi.</w:t>
      </w:r>
    </w:p>
    <w:p>
      <w:pPr>
        <w:jc w:val="right"/>
      </w:pPr>
      <w:r>
        <w:t>سوتے وقت بھی۔</w:t>
      </w:r>
    </w:p>
    <w:p>
      <w:r>
        <w:rPr>
          <w:b/>
        </w:rPr>
        <w:t xml:space="preserve">[41:41] </w:t>
      </w:r>
      <w:r>
        <w:t>kai baar dekhiye, aap so rahe hote hain, aap ko ek dream aata hai, woh dream aap ko</w:t>
      </w:r>
    </w:p>
    <w:p>
      <w:pPr>
        <w:jc w:val="right"/>
      </w:pPr>
      <w:r>
        <w:t>کئی بار دیکھیے، آپ سو رہے ہوتے ہیں، آپ کو ایک ڈریم آتا ہے، وہ ڈریم آپ کو</w:t>
      </w:r>
    </w:p>
    <w:p>
      <w:r>
        <w:rPr>
          <w:b/>
        </w:rPr>
        <w:t xml:space="preserve">[41:48] </w:t>
      </w:r>
      <w:r>
        <w:t>kai baar aisa chaukana karta hai kisi baat par.</w:t>
      </w:r>
    </w:p>
    <w:p>
      <w:pPr>
        <w:jc w:val="right"/>
      </w:pPr>
      <w:r>
        <w:t>کئی بار ایسا چوکنہ کرتا ہے کسی بات پر۔</w:t>
      </w:r>
    </w:p>
    <w:p>
      <w:r>
        <w:rPr>
          <w:b/>
        </w:rPr>
        <w:t xml:space="preserve">[41:52] </w:t>
      </w:r>
      <w:r>
        <w:t>woh kya hai? Ke sote waqt bhi aap ki inner voice active thi, us ne dream ke roop</w:t>
      </w:r>
    </w:p>
    <w:p>
      <w:pPr>
        <w:jc w:val="right"/>
      </w:pPr>
      <w:r>
        <w:t>وہ کیا ہے؟ کہ سوتے وقت بھی آپ کی انر وائس ایکٹیو تھی، اس نے ڈریم کے روپ</w:t>
      </w:r>
    </w:p>
    <w:p>
      <w:r>
        <w:rPr>
          <w:b/>
        </w:rPr>
        <w:t xml:space="preserve">[42:00] </w:t>
      </w:r>
      <w:r>
        <w:t>mein aap ko bataya ke bas aisa karo, aisa na karo.</w:t>
      </w:r>
    </w:p>
    <w:p>
      <w:pPr>
        <w:jc w:val="right"/>
      </w:pPr>
      <w:r>
        <w:t>میں آپ کو بتایا کہ بس ایسا کرو، ایسا نہ کرو۔</w:t>
      </w:r>
    </w:p>
    <w:p>
      <w:r>
        <w:rPr>
          <w:b/>
        </w:rPr>
        <w:t xml:space="preserve">[42:05] </w:t>
      </w:r>
      <w:r>
        <w:t>to ab ab yeh poora aap dekhiye ke Khuda ki jo planning hai, kitni kitni complete planning hai,</w:t>
      </w:r>
    </w:p>
    <w:p>
      <w:pPr>
        <w:jc w:val="right"/>
      </w:pPr>
      <w:r>
        <w:t>تو اب اب یہ پورا آپ دیکھیے کہ خدا کی جو پلاننگ ہے، کتنی کتنی کمپلیٹ پلاننگ ہے،</w:t>
      </w:r>
    </w:p>
    <w:p>
      <w:r>
        <w:rPr>
          <w:b/>
        </w:rPr>
        <w:t xml:space="preserve">[42:12] </w:t>
      </w:r>
      <w:r>
        <w:t>is mein kahin bhi koi dekhiye, aap ko koi is mein kami dikhai nahi degi, koi kami</w:t>
      </w:r>
    </w:p>
    <w:p>
      <w:pPr>
        <w:jc w:val="right"/>
      </w:pPr>
      <w:r>
        <w:t>اس میں کہیں بھی کوئی دیکھیے، آپ کو کوئی اس میں کمی دکھائی نہیں دے گی، کوئی کمی</w:t>
      </w:r>
    </w:p>
    <w:p>
      <w:r>
        <w:rPr>
          <w:b/>
        </w:rPr>
        <w:t xml:space="preserve">[42:20] </w:t>
      </w:r>
      <w:r>
        <w:t>dikhai nahi degi.</w:t>
      </w:r>
    </w:p>
    <w:p>
      <w:pPr>
        <w:jc w:val="right"/>
      </w:pPr>
      <w:r>
        <w:t>دکھائی نہیں دے گی۔</w:t>
      </w:r>
    </w:p>
    <w:p>
      <w:r>
        <w:rPr>
          <w:b/>
        </w:rPr>
        <w:t xml:space="preserve">[42:22] </w:t>
      </w:r>
      <w:r>
        <w:t>aap rasta chal rahe hain to is aas paas ki dunya aap ko bata rahi hai, aap akele baithe</w:t>
      </w:r>
    </w:p>
    <w:p>
      <w:pPr>
        <w:jc w:val="right"/>
      </w:pPr>
      <w:r>
        <w:t>آپ راستہ چل رہے ہیں تو اس پاس کی دنیا آپ کو بتا رہی ہے، آپ اکیلے بیٹھے</w:t>
      </w:r>
    </w:p>
    <w:p>
      <w:r>
        <w:rPr>
          <w:b/>
        </w:rPr>
        <w:t xml:space="preserve">[42:30] </w:t>
      </w:r>
      <w:r>
        <w:t>hain to aap conscious aap ko bol raha hai, aap khuda ki book parh rahe hain to is</w:t>
      </w:r>
    </w:p>
    <w:p>
      <w:pPr>
        <w:jc w:val="right"/>
      </w:pPr>
      <w:r>
        <w:t>ہیں تو آپ کانشیس آپ کو بول رہا ہے، آپ خدا کی بک پڑھ رہے ہیں تو اس</w:t>
      </w:r>
    </w:p>
    <w:p>
      <w:r>
        <w:rPr>
          <w:b/>
        </w:rPr>
        <w:t xml:space="preserve">[42:37] </w:t>
      </w:r>
      <w:r>
        <w:t>mein aap ko spoken language mein sachai ka message mil raha hai.</w:t>
      </w:r>
    </w:p>
    <w:p>
      <w:pPr>
        <w:jc w:val="right"/>
      </w:pPr>
      <w:r>
        <w:t>میں آپ کو اسپوکن لینگویج میں سچائی کا میسج مل رہا ہے۔</w:t>
      </w:r>
    </w:p>
    <w:p>
      <w:r>
        <w:rPr>
          <w:b/>
        </w:rPr>
        <w:t xml:space="preserve">[42:42] </w:t>
      </w:r>
      <w:r>
        <w:t>to khuda ne kitna complete intizam kiya hai aap ke liye guidance ka.</w:t>
      </w:r>
    </w:p>
    <w:p>
      <w:pPr>
        <w:jc w:val="right"/>
      </w:pPr>
      <w:r>
        <w:t>تو خدا نے کتنا کمپلیٹ انتظام کیا ہے آپ کے لیے گائیڈنس کا۔</w:t>
      </w:r>
    </w:p>
    <w:p>
      <w:r>
        <w:rPr>
          <w:b/>
        </w:rPr>
        <w:t xml:space="preserve">[42:48] </w:t>
      </w:r>
      <w:r>
        <w:t>ab dekhiye, is ko sochiye, is ke baad insan ke paas kya excuse hai? koi excuse nahi hai.</w:t>
      </w:r>
    </w:p>
    <w:p>
      <w:pPr>
        <w:jc w:val="right"/>
      </w:pPr>
      <w:r>
        <w:t>اب دیکھیے، اس کو سوچیے، اس کے بعد انسان کے پاس کیا ایکسکیوز ہے؟ کوئی ایکسکیوز نہیں ہے۔</w:t>
      </w:r>
    </w:p>
    <w:p>
      <w:r>
        <w:rPr>
          <w:b/>
        </w:rPr>
        <w:t xml:space="preserve">[42:56] </w:t>
      </w:r>
      <w:r>
        <w:t>quran majeed mein aaya hai ke quran mein hai: "kal nafs ala nafs, kal insan ala nafs baseerah,</w:t>
      </w:r>
    </w:p>
    <w:p>
      <w:pPr>
        <w:jc w:val="right"/>
      </w:pPr>
      <w:r>
        <w:t>قرآن مجید میں آیا ہے کہ قرآن میں ہے: "کل نفس علی نفس، کل انسان علی نفس بصیرہ،</w:t>
      </w:r>
    </w:p>
    <w:p>
      <w:r>
        <w:rPr>
          <w:b/>
        </w:rPr>
        <w:t xml:space="preserve">[43:03] </w:t>
      </w:r>
      <w:r>
        <w:t>walo al qaa ma'aazeera".</w:t>
      </w:r>
    </w:p>
    <w:p>
      <w:pPr>
        <w:jc w:val="right"/>
      </w:pPr>
      <w:r>
        <w:t>ولو القا معاذیرا"۔</w:t>
      </w:r>
    </w:p>
    <w:p>
      <w:r>
        <w:rPr>
          <w:b/>
        </w:rPr>
        <w:t xml:space="preserve">[43:05] </w:t>
      </w:r>
      <w:r>
        <w:t>ہر انسان اپنے آپ پر witness ہے، چاہے کتنا ہی excuse پیش کرے۔</w:t>
      </w:r>
    </w:p>
    <w:p>
      <w:pPr>
        <w:jc w:val="right"/>
      </w:pPr>
      <w:r>
        <w:t>ہر انسان اپنے آپ پر وٹنس ہے، چاہے کتنا ہی ایکسکیوز پیش کرے۔</w:t>
      </w:r>
    </w:p>
    <w:p>
      <w:r>
        <w:rPr>
          <w:b/>
        </w:rPr>
        <w:t xml:space="preserve">[43:11] </w:t>
      </w:r>
      <w:r>
        <w:t>ہر انسان اپنے آپ میں witness ہے، چاہے وہ کتنا ہی excuse پیش کرے۔</w:t>
      </w:r>
    </w:p>
    <w:p>
      <w:pPr>
        <w:jc w:val="right"/>
      </w:pPr>
      <w:r>
        <w:t>ہر انسان اپنے آپ میں وٹنس ہے، چاہے وہ کتنا ہی ایکسکیوز پیش کرے۔</w:t>
      </w:r>
    </w:p>
    <w:p>
      <w:r>
        <w:rPr>
          <w:b/>
        </w:rPr>
        <w:t xml:space="preserve">[43:17] </w:t>
      </w:r>
      <w:r>
        <w:t>to itna complete allah taala ne intizam kiya hai guidance ka ke ab kisi ke liye excuse nahi</w:t>
      </w:r>
    </w:p>
    <w:p>
      <w:pPr>
        <w:jc w:val="right"/>
      </w:pPr>
      <w:r>
        <w:t>تو اتنا کمپلیٹ اللہ تعالی نے انتظام کیا ہے گائیڈنس کا کہ اب کسی کے لیے ایکسکیوز نہیں</w:t>
      </w:r>
    </w:p>
    <w:p>
      <w:r>
        <w:rPr>
          <w:b/>
        </w:rPr>
        <w:t xml:space="preserve">[43:24] </w:t>
      </w:r>
      <w:r>
        <w:t>raha, excuse nahi raha kisi ke liye.</w:t>
      </w:r>
    </w:p>
    <w:p>
      <w:pPr>
        <w:jc w:val="right"/>
      </w:pPr>
      <w:r>
        <w:t>رہا، ایکسکیوز نہیں رہا کسی کے لیے۔</w:t>
      </w:r>
    </w:p>
    <w:p>
      <w:r>
        <w:rPr>
          <w:b/>
        </w:rPr>
        <w:t xml:space="preserve">[43:27] </w:t>
      </w:r>
      <w:r>
        <w:t>isi liye punishment ka usool hai aur reward ka usool hai.</w:t>
      </w:r>
    </w:p>
    <w:p>
      <w:pPr>
        <w:jc w:val="right"/>
      </w:pPr>
      <w:r>
        <w:t>اسی لیے پنشمنٹ کا اصول ہے اور ریوارڈ کا اصول ہے۔</w:t>
      </w:r>
    </w:p>
    <w:p>
      <w:r>
        <w:rPr>
          <w:b/>
        </w:rPr>
        <w:t xml:space="preserve">[43:32] </w:t>
      </w:r>
      <w:r>
        <w:t>jis ne is guidance se faida uthaya aur is dunya mein is tarah raha jaisa ke khuda chahta</w:t>
      </w:r>
    </w:p>
    <w:p>
      <w:pPr>
        <w:jc w:val="right"/>
      </w:pPr>
      <w:r>
        <w:t>جس نے اس گائیڈنس سے فائدہ اٹھایا اور اس دنیا میں اس طرح رہا جیسا کہ خدا چاہتا</w:t>
      </w:r>
    </w:p>
    <w:p>
      <w:r>
        <w:rPr>
          <w:b/>
        </w:rPr>
        <w:t xml:space="preserve">[43:40] </w:t>
      </w:r>
      <w:r>
        <w:t>hai ke wo rahe, to is ke liye bohat bara reward hai.</w:t>
      </w:r>
    </w:p>
    <w:p>
      <w:pPr>
        <w:jc w:val="right"/>
      </w:pPr>
      <w:r>
        <w:t>ہے کہ وہ رہے، تو اس کے لیے بہت بڑا ریوارڈ ہے۔</w:t>
      </w:r>
    </w:p>
    <w:p>
      <w:r>
        <w:rPr>
          <w:b/>
        </w:rPr>
        <w:t xml:space="preserve">[43:45] </w:t>
      </w:r>
      <w:r>
        <w:t>lekin jo aadmi khuda ke batayi hui baton ko follow na kare, to phir is ke liye punishment</w:t>
      </w:r>
    </w:p>
    <w:p>
      <w:pPr>
        <w:jc w:val="right"/>
      </w:pPr>
      <w:r>
        <w:t>لیکن جو آدمی خدا کے بتائی ہوئی باتوں کو فالو نہ کرے، تو پھر اس کے لیے پنشمنٹ</w:t>
      </w:r>
    </w:p>
    <w:p>
      <w:r>
        <w:rPr>
          <w:b/>
        </w:rPr>
        <w:t xml:space="preserve">[43:53]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[43:54] </w:t>
      </w:r>
      <w:r>
        <w:t>reward bhi eternal hai aur punishment bhi eternal hai.</w:t>
      </w:r>
    </w:p>
    <w:p>
      <w:pPr>
        <w:jc w:val="right"/>
      </w:pPr>
      <w:r>
        <w:t>ریوارڈ بھی ایٹرنل ہے اور پنشمنٹ بھی ایٹرنل ہے۔</w:t>
      </w:r>
    </w:p>
    <w:p>
      <w:r>
        <w:rPr>
          <w:b/>
        </w:rPr>
        <w:t xml:space="preserve">[43:58] </w:t>
      </w:r>
      <w:r>
        <w:t>khuda hamein bachaye punishment se aur khuda hum ko reward de aur jannat mein jagah de.</w:t>
      </w:r>
    </w:p>
    <w:p>
      <w:pPr>
        <w:jc w:val="right"/>
      </w:pPr>
      <w:r>
        <w:t>خدا ہمیں بچائے پنشمنٹ سے اور خدا ہم کو ریوارڈ دے اور جنت میں جگہ دے۔</w:t>
      </w:r>
    </w:p>
    <w:p>
      <w:r>
        <w:rPr>
          <w:b/>
        </w:rPr>
        <w:t xml:space="preserve">[44:05] </w:t>
      </w:r>
      <w:r>
        <w:t>yehi mein dua karta hoon apne liye aur aap ke liye.</w:t>
      </w:r>
    </w:p>
    <w:p>
      <w:pPr>
        <w:jc w:val="right"/>
      </w:pPr>
      <w:r>
        <w:t>یہی میں دعا کرتا ہوں اپنے لیے اور آپ کے لیے۔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