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Importance of Peace in Life- 14 April 2011</w:t>
      </w:r>
    </w:p>
    <w:p>
      <w:r>
        <w:t>https://www.youtube.com/watch?v=BH8ZcQ8KBCI</w:t>
      </w:r>
    </w:p>
    <w:p>
      <w:r>
        <w:rPr>
          <w:b/>
        </w:rPr>
        <w:t xml:space="preserve">[00:09] </w:t>
      </w:r>
      <w:r>
        <w:t>bismillah hir rahman nir rahim, wa salla allah ala 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[00:12] </w:t>
      </w:r>
      <w:r>
        <w:t>rabbi ishrah li sadri, wa yassir li amri, wahlul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[00:18] </w:t>
      </w:r>
      <w:r>
        <w:t>aaj ki jo baat hai, is ka topic hai "The Importance of Peace in Life".</w:t>
      </w:r>
    </w:p>
    <w:p>
      <w:pPr>
        <w:jc w:val="right"/>
      </w:pPr>
      <w:r>
        <w:t>آج کی جو بات ہے، اس کا ٹاپک ہے "The Importance of Peace in Life"۔</w:t>
      </w:r>
    </w:p>
    <w:p>
      <w:r>
        <w:rPr>
          <w:b/>
        </w:rPr>
        <w:t xml:space="preserve">[00:24] </w:t>
      </w:r>
      <w:r>
        <w:t>insani zindagi mein aman ki ahmiyat.</w:t>
      </w:r>
    </w:p>
    <w:p>
      <w:pPr>
        <w:jc w:val="right"/>
      </w:pPr>
      <w:r>
        <w:t>انسانی زندگی میں امن کی اہمیت۔</w:t>
      </w:r>
    </w:p>
    <w:p>
      <w:r>
        <w:rPr>
          <w:b/>
        </w:rPr>
        <w:t xml:space="preserve">[00:27] </w:t>
      </w:r>
      <w:r>
        <w:t>abhi jab mein yahan studio mein aaya to jab mein yahan enter hua to kisi ne kaha "assalam</w:t>
      </w:r>
    </w:p>
    <w:p>
      <w:pPr>
        <w:jc w:val="right"/>
      </w:pPr>
      <w:r>
        <w:t>ابھی جب میں یہاں اسٹوڈیو میں آیا تو جب میں یہاں انٹر ہوا تو کسی نے کہا "السلام</w:t>
      </w:r>
    </w:p>
    <w:p>
      <w:r>
        <w:rPr>
          <w:b/>
        </w:rPr>
        <w:t xml:space="preserve">[00:35] </w:t>
      </w:r>
      <w:r>
        <w:t>ualikum".</w:t>
      </w:r>
    </w:p>
    <w:p>
      <w:pPr>
        <w:jc w:val="right"/>
      </w:pPr>
      <w:r>
        <w:t>علیکم"۔</w:t>
      </w:r>
    </w:p>
    <w:p>
      <w:r>
        <w:rPr>
          <w:b/>
        </w:rPr>
        <w:t xml:space="preserve">[00:36] </w:t>
      </w:r>
      <w:r>
        <w:t>main ne kaha ke "walekum assalam".</w:t>
      </w:r>
    </w:p>
    <w:p>
      <w:pPr>
        <w:jc w:val="right"/>
      </w:pPr>
      <w:r>
        <w:t>میں نے کہا کہ "وعلیکم السلام"۔</w:t>
      </w:r>
    </w:p>
    <w:p>
      <w:r>
        <w:rPr>
          <w:b/>
        </w:rPr>
        <w:t xml:space="preserve">[00:39] </w:t>
      </w:r>
      <w:r>
        <w:t>اس سے میرے mind میں ایک سوال آگیا کہ یہ کیا چیز ہے، السلام علیکم کیا چیز ہے۔</w:t>
      </w:r>
    </w:p>
    <w:p>
      <w:pPr>
        <w:jc w:val="right"/>
      </w:pPr>
      <w:r>
        <w:t>اس سے میرے مائنڈ میں ایک سوال آگیا کہ یہ کیا چیز ہے، السلام علیکم کیا چیز ہے۔</w:t>
      </w:r>
    </w:p>
    <w:p>
      <w:r>
        <w:rPr>
          <w:b/>
        </w:rPr>
        <w:t xml:space="preserve">[00:46] </w:t>
      </w:r>
      <w:r>
        <w:t>mere soch ne mujhe bataya ke yeh ek culture hai.</w:t>
      </w:r>
    </w:p>
    <w:p>
      <w:pPr>
        <w:jc w:val="right"/>
      </w:pPr>
      <w:r>
        <w:t>میرے سوچ نے مجھے بتایا کہ یہ ایک کلچر ہے۔</w:t>
      </w:r>
    </w:p>
    <w:p>
      <w:r>
        <w:rPr>
          <w:b/>
        </w:rPr>
        <w:t xml:space="preserve">[00:51] </w:t>
      </w:r>
      <w:r>
        <w:t>assalam o alaikum koi rasam nahi, koi ritual nahi, koi formal cheez nahi.</w:t>
      </w:r>
    </w:p>
    <w:p>
      <w:pPr>
        <w:jc w:val="right"/>
      </w:pPr>
      <w:r>
        <w:t>السلام علیکم کوئی رسم نہیں، کوئی ریچول نہیں، کوئی فارمل چیز نہیں۔</w:t>
      </w:r>
    </w:p>
    <w:p>
      <w:r>
        <w:rPr>
          <w:b/>
        </w:rPr>
        <w:t xml:space="preserve">[00:56] </w:t>
      </w:r>
      <w:r>
        <w:t>yeh ek bohat gehri baat hai, aur woh hai peace culture.</w:t>
      </w:r>
    </w:p>
    <w:p>
      <w:pPr>
        <w:jc w:val="right"/>
      </w:pPr>
      <w:r>
        <w:t>یہ ایک بہت گہری بات ہے، اور وہ ہے پیس کلچر۔</w:t>
      </w:r>
    </w:p>
    <w:p>
      <w:r>
        <w:rPr>
          <w:b/>
        </w:rPr>
        <w:t xml:space="preserve">[01:01] </w:t>
      </w:r>
      <w:r>
        <w:t>peace culture.</w:t>
      </w:r>
    </w:p>
    <w:p>
      <w:pPr>
        <w:jc w:val="right"/>
      </w:pPr>
      <w:r>
        <w:t>پیس کلچر۔</w:t>
      </w:r>
    </w:p>
    <w:p>
      <w:r>
        <w:rPr>
          <w:b/>
        </w:rPr>
        <w:t xml:space="preserve">[01:02] </w:t>
      </w:r>
      <w:r>
        <w:t>yani islam mein peace ko itna zyada importance di gayi hai ke main samajhta hoon ke agar main</w:t>
      </w:r>
    </w:p>
    <w:p>
      <w:pPr>
        <w:jc w:val="right"/>
      </w:pPr>
      <w:r>
        <w:t>یعنی اسلام میں پیس کو اتنا زیادہ امپورٹنس دی گئی ہے کہ میں سمجھتا ہوں کہ اگر میں</w:t>
      </w:r>
    </w:p>
    <w:p>
      <w:r>
        <w:rPr>
          <w:b/>
        </w:rPr>
        <w:t xml:space="preserve">[01:10] </w:t>
      </w:r>
      <w:r>
        <w:t>yeh kahoon ke islam mein peace greatest good ki hesiyat rakhta hai in terms of social good ya</w:t>
      </w:r>
    </w:p>
    <w:p>
      <w:pPr>
        <w:jc w:val="right"/>
      </w:pPr>
      <w:r>
        <w:t>یہ کہوں کہ اسلام میں پیس گریٹسٹ گڈ کی حیثیت رکھتا ہے in terms of social good یا</w:t>
      </w:r>
    </w:p>
    <w:p>
      <w:r>
        <w:rPr>
          <w:b/>
        </w:rPr>
        <w:t xml:space="preserve">[01:18] </w:t>
      </w:r>
      <w:r>
        <w:t>summum bonum, to yeh bilkul sahi hoga.</w:t>
      </w:r>
    </w:p>
    <w:p>
      <w:pPr>
        <w:jc w:val="right"/>
      </w:pPr>
      <w:r>
        <w:t>summum bonum، تو یہ بالکل صحیح ہوگا۔</w:t>
      </w:r>
    </w:p>
    <w:p>
      <w:r>
        <w:rPr>
          <w:b/>
        </w:rPr>
        <w:t xml:space="preserve">[01:21] </w:t>
      </w:r>
      <w:r>
        <w:t>islam mein peace ko bohat zyada importance diya gaya hai.</w:t>
      </w:r>
    </w:p>
    <w:p>
      <w:pPr>
        <w:jc w:val="right"/>
      </w:pPr>
      <w:r>
        <w:t>اسلام میں پیس کو بہت زیادہ امپورٹنس دیا گیا ہے۔</w:t>
      </w:r>
    </w:p>
    <w:p>
      <w:r>
        <w:rPr>
          <w:b/>
        </w:rPr>
        <w:t xml:space="preserve">[01:25] </w:t>
      </w:r>
      <w:r>
        <w:t>kyunke society mein jahan hum jeete hain, jahan bohat se log rehte hain, wahan par hamare liye ek</w:t>
      </w:r>
    </w:p>
    <w:p>
      <w:pPr>
        <w:jc w:val="right"/>
      </w:pPr>
      <w:r>
        <w:t>کیونکہ سوسائٹی میں جہاں ہم جیتے ہیں، جہاں بہت سے لوگ رہتے ہیں، وہاں پر ہمارے لیے ایک</w:t>
      </w:r>
    </w:p>
    <w:p>
      <w:r>
        <w:rPr>
          <w:b/>
        </w:rPr>
        <w:t xml:space="preserve">[01:33] </w:t>
      </w:r>
      <w:r>
        <w:t>hi option hai, aur woh hai peace ka option.</w:t>
      </w:r>
    </w:p>
    <w:p>
      <w:pPr>
        <w:jc w:val="right"/>
      </w:pPr>
      <w:r>
        <w:t>ہی آپشن ہے، اور وہ ہے پیس کا آپشن۔</w:t>
      </w:r>
    </w:p>
    <w:p>
      <w:r>
        <w:rPr>
          <w:b/>
        </w:rPr>
        <w:t xml:space="preserve">[01:36] </w:t>
      </w:r>
      <w:r>
        <w:t>peaceful coexistence is the only way of existence in a society.</w:t>
      </w:r>
    </w:p>
    <w:p>
      <w:pPr>
        <w:jc w:val="right"/>
      </w:pPr>
      <w:r>
        <w:t>Peaceful coexistence is the only way of existence in a society۔</w:t>
      </w:r>
    </w:p>
    <w:p>
      <w:r>
        <w:rPr>
          <w:b/>
        </w:rPr>
        <w:t xml:space="preserve">[01:41] </w:t>
      </w:r>
      <w:r>
        <w:t>to yeh ek law of nature hai, sirf islam ki baat nahi hai, yeh ek law of nature</w:t>
      </w:r>
    </w:p>
    <w:p>
      <w:pPr>
        <w:jc w:val="right"/>
      </w:pPr>
      <w:r>
        <w:t>تو یہ ایک Law of Nature ہے، صرف اسلام کی بات نہیں ہے، یہ ایک Law of Nature</w:t>
      </w:r>
    </w:p>
    <w:p>
      <w:r>
        <w:rPr>
          <w:b/>
        </w:rPr>
        <w:t xml:space="preserve">[01:49]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[01:50] </w:t>
      </w:r>
      <w:r>
        <w:t>islam khud bhi ek religion of nature hai.</w:t>
      </w:r>
    </w:p>
    <w:p>
      <w:pPr>
        <w:jc w:val="right"/>
      </w:pPr>
      <w:r>
        <w:t>اسلام خود بھی ایک Religion of Nature ہے۔</w:t>
      </w:r>
    </w:p>
    <w:p>
      <w:r>
        <w:rPr>
          <w:b/>
        </w:rPr>
        <w:t xml:space="preserve">[01:54] </w:t>
      </w:r>
      <w:r>
        <w:t>to khuda ka jo creation plan hai, is duniya mein jis escape ke tehat hamein rakha gaya hai,</w:t>
      </w:r>
    </w:p>
    <w:p>
      <w:pPr>
        <w:jc w:val="right"/>
      </w:pPr>
      <w:r>
        <w:t>تو خدا کا جو Creation Plan ہے، اس دنیا میں جس اسکیپ کے تحت ہمیں رکھا گیا ہے،</w:t>
      </w:r>
    </w:p>
    <w:p>
      <w:r>
        <w:rPr>
          <w:b/>
        </w:rPr>
        <w:t xml:space="preserve">[02:01] </w:t>
      </w:r>
      <w:r>
        <w:t>اس میں peace جو ہے وہ summum bonum ہے۔</w:t>
      </w:r>
    </w:p>
    <w:p>
      <w:pPr>
        <w:jc w:val="right"/>
      </w:pPr>
      <w:r>
        <w:t>اس میں پیس جو ہے وہ summum bonum ہے۔</w:t>
      </w:r>
    </w:p>
    <w:p>
      <w:r>
        <w:rPr>
          <w:b/>
        </w:rPr>
        <w:t xml:space="preserve">[02:05] </w:t>
      </w:r>
      <w:r>
        <w:t>yani practical sense mein.</w:t>
      </w:r>
    </w:p>
    <w:p>
      <w:pPr>
        <w:jc w:val="right"/>
      </w:pPr>
      <w:r>
        <w:t>یعنی پریکٹیکل سینس میں۔</w:t>
      </w:r>
    </w:p>
    <w:p>
      <w:r>
        <w:rPr>
          <w:b/>
        </w:rPr>
        <w:t xml:space="preserve">[02:07] </w:t>
      </w:r>
      <w:r>
        <w:t>agar peace hogi society mein, tab bhi wahan har qism ki positive activities pai jayengi, warna nahi.</w:t>
      </w:r>
    </w:p>
    <w:p>
      <w:pPr>
        <w:jc w:val="right"/>
      </w:pPr>
      <w:r>
        <w:t>اگر پیس ہوگی سوسائٹی میں، تب بھی وہاں ہر قسم کی پازیٹیو ایکٹیویٹیز پائی جائیں گی، ورنہ نہیں۔</w:t>
      </w:r>
    </w:p>
    <w:p>
      <w:r>
        <w:rPr>
          <w:b/>
        </w:rPr>
        <w:t xml:space="preserve">[02:15] </w:t>
      </w:r>
      <w:r>
        <w:t>to yeh hai aaj ki theme, is par main kuch kehna chahta hoon.</w:t>
      </w:r>
    </w:p>
    <w:p>
      <w:pPr>
        <w:jc w:val="right"/>
      </w:pPr>
      <w:r>
        <w:t>تو یہ ہے آج کی تھیم، اس پر میں کچھ کہنا چاہتا ہوں۔</w:t>
      </w:r>
    </w:p>
    <w:p>
      <w:r>
        <w:rPr>
          <w:b/>
        </w:rPr>
        <w:t xml:space="preserve">[02:20] </w:t>
      </w:r>
      <w:r>
        <w:t>ab dekhen, islam mein agar quran ko padhen aap to aap dekhenge ke assalam bhi khuda ka</w:t>
      </w:r>
    </w:p>
    <w:p>
      <w:pPr>
        <w:jc w:val="right"/>
      </w:pPr>
      <w:r>
        <w:t>اب دیکھیں، اسلام میں اگر قرآن کو پڑھیں آپ تو آپ دیکھیں گے کہ السلام بھی خدا کا</w:t>
      </w:r>
    </w:p>
    <w:p>
      <w:r>
        <w:rPr>
          <w:b/>
        </w:rPr>
        <w:t xml:space="preserve">[02:28] </w:t>
      </w:r>
      <w:r>
        <w:t>ek naam hai.</w:t>
      </w:r>
    </w:p>
    <w:p>
      <w:pPr>
        <w:jc w:val="right"/>
      </w:pPr>
      <w:r>
        <w:t>ایک نام ہے۔</w:t>
      </w:r>
    </w:p>
    <w:p>
      <w:r>
        <w:rPr>
          <w:b/>
        </w:rPr>
        <w:t xml:space="preserve">[02:30] </w:t>
      </w:r>
      <w:r>
        <w:t>assalam means peace.</w:t>
      </w:r>
    </w:p>
    <w:p>
      <w:pPr>
        <w:jc w:val="right"/>
      </w:pPr>
      <w:r>
        <w:t>السلام means peace۔</w:t>
      </w:r>
    </w:p>
    <w:p>
      <w:r>
        <w:rPr>
          <w:b/>
        </w:rPr>
        <w:t xml:space="preserve">[02:31] </w:t>
      </w:r>
      <w:r>
        <w:t>so khuda himself is a peace.</w:t>
      </w:r>
    </w:p>
    <w:p>
      <w:pPr>
        <w:jc w:val="right"/>
      </w:pPr>
      <w:r>
        <w:t>So خدا himself is a peace۔</w:t>
      </w:r>
    </w:p>
    <w:p>
      <w:r>
        <w:rPr>
          <w:b/>
        </w:rPr>
        <w:t xml:space="preserve">[02:34] </w:t>
      </w:r>
      <w:r>
        <w:t>assalam khuda ke bohat se naam hain, naam matlab uske attributes hain.</w:t>
      </w:r>
    </w:p>
    <w:p>
      <w:pPr>
        <w:jc w:val="right"/>
      </w:pPr>
      <w:r>
        <w:t>السلام خدا کے بہت سے نام ہیں، نام مطلب اس کے attributes ہیں۔</w:t>
      </w:r>
    </w:p>
    <w:p>
      <w:r>
        <w:rPr>
          <w:b/>
        </w:rPr>
        <w:t xml:space="preserve">[02:39] </w:t>
      </w:r>
      <w:r>
        <w:t>to bohat se attributes mein ek hai assalam.</w:t>
      </w:r>
    </w:p>
    <w:p>
      <w:pPr>
        <w:jc w:val="right"/>
      </w:pPr>
      <w:r>
        <w:t>تو بہت سے attributes میں ایک ہے السلام۔</w:t>
      </w:r>
    </w:p>
    <w:p>
      <w:r>
        <w:rPr>
          <w:b/>
        </w:rPr>
        <w:t xml:space="preserve">[02:43] </w:t>
      </w:r>
      <w:r>
        <w:t>Peace, aman, salmati.</w:t>
      </w:r>
    </w:p>
    <w:p>
      <w:pPr>
        <w:jc w:val="right"/>
      </w:pPr>
      <w:r>
        <w:t>Peace، امن، سلامتی۔</w:t>
      </w:r>
    </w:p>
    <w:p>
      <w:r>
        <w:rPr>
          <w:b/>
        </w:rPr>
        <w:t xml:space="preserve">[02:44] </w:t>
      </w:r>
      <w:r>
        <w:t>Ab is se bari aur baat kya ho sakti hai ke Khuda ne khud apni sifat, apni aik</w:t>
      </w:r>
    </w:p>
    <w:p>
      <w:pPr>
        <w:jc w:val="right"/>
      </w:pPr>
      <w:r>
        <w:t>اب اس سے بڑی اور بات کیا ہو سکتی ہے کہ خدا نے خود اپنی صفت، اپنی ایک</w:t>
      </w:r>
    </w:p>
    <w:p>
      <w:r>
        <w:rPr>
          <w:b/>
        </w:rPr>
        <w:t xml:space="preserve">[02:52] </w:t>
      </w:r>
      <w:r>
        <w:t>attribute ke taur par Quran mein bataya hai ke Khuda ka aik naam Assalam hai.</w:t>
      </w:r>
    </w:p>
    <w:p>
      <w:pPr>
        <w:jc w:val="right"/>
      </w:pPr>
      <w:r>
        <w:t>attribute کے طور پر قرآن میں بتایا ہے کہ خدا کا ایک نام السلام ہے۔</w:t>
      </w:r>
    </w:p>
    <w:p>
      <w:r>
        <w:rPr>
          <w:b/>
        </w:rPr>
        <w:t xml:space="preserve">[02:58] </w:t>
      </w:r>
      <w:r>
        <w:t>Phir aap dekhiye, Prophet ke bare mein hai ke wa ma arsalnaka illa rahmatan lil alameen.</w:t>
      </w:r>
    </w:p>
    <w:p>
      <w:pPr>
        <w:jc w:val="right"/>
      </w:pPr>
      <w:r>
        <w:t>پھر آپ دیکھیے، Prophet کے بارے میں ہے کہ وما أرسلناك إلا رحمة للعالمين.</w:t>
      </w:r>
    </w:p>
    <w:p>
      <w:r>
        <w:rPr>
          <w:b/>
        </w:rPr>
        <w:t xml:space="preserve">[03:04] </w:t>
      </w:r>
      <w:r>
        <w:t>It means the Prophet of Islam is also a Prophet of Peace.</w:t>
      </w:r>
    </w:p>
    <w:p>
      <w:pPr>
        <w:jc w:val="right"/>
      </w:pPr>
      <w:r>
        <w:t>It means the Prophet of Islam is also a Prophet of Peace۔</w:t>
      </w:r>
    </w:p>
    <w:p>
      <w:r>
        <w:rPr>
          <w:b/>
        </w:rPr>
        <w:t xml:space="preserve">[03:09] </w:t>
      </w:r>
      <w:r>
        <w:t>Rasool Allah ko Khuda ki taraf se yeh bataya gaya ke tum ko har haal mein peaceful rehna</w:t>
      </w:r>
    </w:p>
    <w:p>
      <w:pPr>
        <w:jc w:val="right"/>
      </w:pPr>
      <w:r>
        <w:t>رسول اللہ کو خدا کی طرف سے یہ بتایا گیا کہ تم کو ہر حال میں peaceful رہنا</w:t>
      </w:r>
    </w:p>
    <w:p>
      <w:r>
        <w:rPr>
          <w:b/>
        </w:rPr>
        <w:t xml:space="preserve">[03:17] </w:t>
      </w:r>
      <w:r>
        <w:t>hai, warna mission chalega nahi.</w:t>
      </w:r>
    </w:p>
    <w:p>
      <w:pPr>
        <w:jc w:val="right"/>
      </w:pPr>
      <w:r>
        <w:t>ہے، ورنہ مشن چلے گا نہیں۔</w:t>
      </w:r>
    </w:p>
    <w:p>
      <w:r>
        <w:rPr>
          <w:b/>
        </w:rPr>
        <w:t xml:space="preserve">[03:20] </w:t>
      </w:r>
      <w:r>
        <w:t>Jo mission diya gaya tha Rasool Allah ko, tauheed ka mission, to is ko chalne ke liye asbhoot,</w:t>
      </w:r>
    </w:p>
    <w:p>
      <w:pPr>
        <w:jc w:val="right"/>
      </w:pPr>
      <w:r>
        <w:t>جو مشن دیا گیا تھا رسول اللہ کو، توحید کا مشن، تو اس کو چلنے کے لیے اثبوت،</w:t>
      </w:r>
    </w:p>
    <w:p>
      <w:r>
        <w:rPr>
          <w:b/>
        </w:rPr>
        <w:t xml:space="preserve">[03:27] </w:t>
      </w:r>
      <w:r>
        <w:t>condition chahiye, cooperative atmosphere chahiye, favorable situation chahiye.</w:t>
      </w:r>
    </w:p>
    <w:p>
      <w:pPr>
        <w:jc w:val="right"/>
      </w:pPr>
      <w:r>
        <w:t>کنڈیشن چاہیے، cooperative atmosphere چاہیے، favorable situation چاہیے۔</w:t>
      </w:r>
    </w:p>
    <w:p>
      <w:r>
        <w:rPr>
          <w:b/>
        </w:rPr>
        <w:t xml:space="preserve">[03:31] </w:t>
      </w:r>
      <w:r>
        <w:t>To woh peace se hoti hai.</w:t>
      </w:r>
    </w:p>
    <w:p>
      <w:pPr>
        <w:jc w:val="right"/>
      </w:pPr>
      <w:r>
        <w:t>تو وہ peace سے ہوتی ہے۔</w:t>
      </w:r>
    </w:p>
    <w:p>
      <w:r>
        <w:rPr>
          <w:b/>
        </w:rPr>
        <w:t xml:space="preserve">[03:33] </w:t>
      </w:r>
      <w:r>
        <w:t>Peace nahi to woh muwafiq halat hi nahi jahan koi mission chalaya ja sake.</w:t>
      </w:r>
    </w:p>
    <w:p>
      <w:pPr>
        <w:jc w:val="right"/>
      </w:pPr>
      <w:r>
        <w:t>Peace نہیں تو وہ موافق حالات ہی نہیں جہاں کوئی مشن چلایا جا سکے۔</w:t>
      </w:r>
    </w:p>
    <w:p>
      <w:r>
        <w:rPr>
          <w:b/>
        </w:rPr>
        <w:t xml:space="preserve">[03:39] </w:t>
      </w:r>
      <w:r>
        <w:t>Isi tarah aap dekhiye, Islam ke naqshe mein sab se bari cheez jo hai woh jannat hai, Paradise.</w:t>
      </w:r>
    </w:p>
    <w:p>
      <w:pPr>
        <w:jc w:val="right"/>
      </w:pPr>
      <w:r>
        <w:t>اسی طرح آپ دیکھیے، اسلام کے نقشے میں سب سے بڑی چیز جو ہے وہ جنت ہے، Paradise۔</w:t>
      </w:r>
    </w:p>
    <w:p>
      <w:r>
        <w:rPr>
          <w:b/>
        </w:rPr>
        <w:t xml:space="preserve">[03:47] </w:t>
      </w:r>
      <w:r>
        <w:t>Yaani kisi insan ka jo goal hona chahiye woh yeh ke is ko Khuda Paradise ke liye select</w:t>
      </w:r>
    </w:p>
    <w:p>
      <w:pPr>
        <w:jc w:val="right"/>
      </w:pPr>
      <w:r>
        <w:t>یعنی کسی انسان کا جو goal ہونا چاہیے وہ یہ کہ اس کو خدا Paradise کے لیے select</w:t>
      </w:r>
    </w:p>
    <w:p>
      <w:r>
        <w:rPr>
          <w:b/>
        </w:rPr>
        <w:t xml:space="preserve">[03:55] </w:t>
      </w:r>
      <w:r>
        <w:t>kare.</w:t>
      </w:r>
    </w:p>
    <w:p>
      <w:pPr>
        <w:jc w:val="right"/>
      </w:pPr>
      <w:r>
        <w:t>کرے۔</w:t>
      </w:r>
    </w:p>
    <w:p>
      <w:r>
        <w:rPr>
          <w:b/>
        </w:rPr>
        <w:t xml:space="preserve">[03:56] </w:t>
      </w:r>
      <w:r>
        <w:t>To ab Paradise kya hai? Quran mein is ko bhi peace kaha gaya.</w:t>
      </w:r>
    </w:p>
    <w:p>
      <w:pPr>
        <w:jc w:val="right"/>
      </w:pPr>
      <w:r>
        <w:t>تو اب Paradise کیا ہے؟ قرآن میں اس کو بھی peace کہا گیا۔</w:t>
      </w:r>
    </w:p>
    <w:p>
      <w:r>
        <w:rPr>
          <w:b/>
        </w:rPr>
        <w:t xml:space="preserve">[04:02] </w:t>
      </w:r>
      <w:r>
        <w:t>God and God wallahu yad'u ila daris-salam and God calls to the home of peace.</w:t>
      </w:r>
    </w:p>
    <w:p>
      <w:pPr>
        <w:jc w:val="right"/>
      </w:pPr>
      <w:r>
        <w:t>God and God واللہ یدعو الی دار السلام and God calls to the home of peace۔</w:t>
      </w:r>
    </w:p>
    <w:p>
      <w:r>
        <w:rPr>
          <w:b/>
        </w:rPr>
        <w:t xml:space="preserve">[04:09] </w:t>
      </w:r>
      <w:r>
        <w:t>Khuda bulata hai tum ko aman ke ghar ki taraf.</w:t>
      </w:r>
    </w:p>
    <w:p>
      <w:pPr>
        <w:jc w:val="right"/>
      </w:pPr>
      <w:r>
        <w:t>خدا بلاتا ہے تم کو امن کے گھر کی طرف۔</w:t>
      </w:r>
    </w:p>
    <w:p>
      <w:r>
        <w:rPr>
          <w:b/>
        </w:rPr>
        <w:t xml:space="preserve">[04:13] </w:t>
      </w:r>
      <w:r>
        <w:t>Jannat ko Khuda ne yahan par aman ka ghar kaha.</w:t>
      </w:r>
    </w:p>
    <w:p>
      <w:pPr>
        <w:jc w:val="right"/>
      </w:pPr>
      <w:r>
        <w:t>جنت کو خدا نے یہاں پر امن کا گھر کہا۔</w:t>
      </w:r>
    </w:p>
    <w:p>
      <w:r>
        <w:rPr>
          <w:b/>
        </w:rPr>
        <w:t xml:space="preserve">[04:17] </w:t>
      </w:r>
      <w:r>
        <w:t>Dekhiye, aman yahan par bohat hi wider sense mein hai.</w:t>
      </w:r>
    </w:p>
    <w:p>
      <w:pPr>
        <w:jc w:val="right"/>
      </w:pPr>
      <w:r>
        <w:t>دیکھیے، امن یہاں پر بہت ہی wider sense میں ہے۔</w:t>
      </w:r>
    </w:p>
    <w:p>
      <w:r>
        <w:rPr>
          <w:b/>
        </w:rPr>
        <w:t xml:space="preserve">[04:22] </w:t>
      </w:r>
      <w:r>
        <w:t>Yaani khali yeh nahi ke wahan par wireless nahi hoga.</w:t>
      </w:r>
    </w:p>
    <w:p>
      <w:pPr>
        <w:jc w:val="right"/>
      </w:pPr>
      <w:r>
        <w:t>یعنی خالی یہ نہیں کہ وہاں پر wireless نہیں ہوگا۔</w:t>
      </w:r>
    </w:p>
    <w:p>
      <w:r>
        <w:rPr>
          <w:b/>
        </w:rPr>
        <w:t xml:space="preserve">[04:26] </w:t>
      </w:r>
      <w:r>
        <w:t>Sirf yeh baat nahi hai.</w:t>
      </w:r>
    </w:p>
    <w:p>
      <w:pPr>
        <w:jc w:val="right"/>
      </w:pPr>
      <w:r>
        <w:t>صرف یہ بات نہیں ہے۔</w:t>
      </w:r>
    </w:p>
    <w:p>
      <w:r>
        <w:rPr>
          <w:b/>
        </w:rPr>
        <w:t xml:space="preserve">[04:28] </w:t>
      </w:r>
      <w:r>
        <w:t>Jannat Darussalam hai, aman ka ghar hai, home of peace hai.</w:t>
      </w:r>
    </w:p>
    <w:p>
      <w:pPr>
        <w:jc w:val="right"/>
      </w:pPr>
      <w:r>
        <w:t>جنت دارالسلام ہے، امن کا گھر ہے، home of peace ہے۔</w:t>
      </w:r>
    </w:p>
    <w:p>
      <w:r>
        <w:rPr>
          <w:b/>
        </w:rPr>
        <w:t xml:space="preserve">[04:33] </w:t>
      </w:r>
      <w:r>
        <w:t>Kis sense mein? Wahan wireless nahi hoga, wahan hate nahi hogi, wahan intolerance nahi hoga, wahan negative thinking</w:t>
      </w:r>
    </w:p>
    <w:p>
      <w:pPr>
        <w:jc w:val="right"/>
      </w:pPr>
      <w:r>
        <w:t>کس sense میں؟ وہاں wireless نہیں ہوگا، وہاں hate نہیں ہوگی، وہاں intolerance نہیں ہوگا، وہاں negative thinking</w:t>
      </w:r>
    </w:p>
    <w:p>
      <w:r>
        <w:rPr>
          <w:b/>
        </w:rPr>
        <w:t xml:space="preserve">[04:40] </w:t>
      </w:r>
      <w:r>
        <w:t>nahi hogi, wahan malice nahi hoga, wahan hasad, jalan jaisi cheez nahi pai jayegi, wahan arrogance nahi</w:t>
      </w:r>
    </w:p>
    <w:p>
      <w:pPr>
        <w:jc w:val="right"/>
      </w:pPr>
      <w:r>
        <w:t>نہیں ہوگی، وہاں malice نہیں ہوگا، وہاں حسد، جلن جیسی چیز نہیں پائی جائے گی، وہاں arrogance نہیں</w:t>
      </w:r>
    </w:p>
    <w:p>
      <w:r>
        <w:rPr>
          <w:b/>
        </w:rPr>
        <w:t xml:space="preserve">[04:48] </w:t>
      </w:r>
      <w:r>
        <w:t>hoga, wahan egoism nahi hoga.</w:t>
      </w:r>
    </w:p>
    <w:p>
      <w:pPr>
        <w:jc w:val="right"/>
      </w:pPr>
      <w:r>
        <w:t>ہوگا، وہاں egoism نہیں ہوگا۔</w:t>
      </w:r>
    </w:p>
    <w:p>
      <w:r>
        <w:rPr>
          <w:b/>
        </w:rPr>
        <w:t xml:space="preserve">[04:50] </w:t>
      </w:r>
      <w:r>
        <w:t>woh sari cheezen jin ko hum kehte hain negative thought, un mein se koi bhi cheez wahan nahi</w:t>
      </w:r>
    </w:p>
    <w:p>
      <w:pPr>
        <w:jc w:val="right"/>
      </w:pPr>
      <w:r>
        <w:t>وہ ساری چیزیں جن کو ہم کہتے ہیں negative thought، ان میں سے کوئی بھی چیز وہاں نہیں</w:t>
      </w:r>
    </w:p>
    <w:p>
      <w:r>
        <w:rPr>
          <w:b/>
        </w:rPr>
        <w:t xml:space="preserve">[04:58] </w:t>
      </w:r>
      <w:r>
        <w:t>paai jayegi.</w:t>
      </w:r>
    </w:p>
    <w:p>
      <w:pPr>
        <w:jc w:val="right"/>
      </w:pPr>
      <w:r>
        <w:t>پائی جائے گی۔</w:t>
      </w:r>
    </w:p>
    <w:p>
      <w:r>
        <w:rPr>
          <w:b/>
        </w:rPr>
        <w:t xml:space="preserve">[05:00] </w:t>
      </w:r>
      <w:r>
        <w:t>is ko kehte hain home of peace.</w:t>
      </w:r>
    </w:p>
    <w:p>
      <w:pPr>
        <w:jc w:val="right"/>
      </w:pPr>
      <w:r>
        <w:t>اس کو کہتے ہیں home of peace۔</w:t>
      </w:r>
    </w:p>
    <w:p>
      <w:r>
        <w:rPr>
          <w:b/>
        </w:rPr>
        <w:t xml:space="preserve">[05:03] </w:t>
      </w:r>
      <w:r>
        <w:t>to itna bara, itni bari, itni ziyada importance hai peace ko ke Khuda ne jannat ko home of</w:t>
      </w:r>
    </w:p>
    <w:p>
      <w:pPr>
        <w:jc w:val="right"/>
      </w:pPr>
      <w:r>
        <w:t>تو اتنا بڑا، اتنی بڑی، اتنی زیادہ importance ہے peace کو کہ خدا نے جنت کو home of</w:t>
      </w:r>
    </w:p>
    <w:p>
      <w:r>
        <w:rPr>
          <w:b/>
        </w:rPr>
        <w:t xml:space="preserve">[05:10] </w:t>
      </w:r>
      <w:r>
        <w:t>peace keh diya.</w:t>
      </w:r>
    </w:p>
    <w:p>
      <w:pPr>
        <w:jc w:val="right"/>
      </w:pPr>
      <w:r>
        <w:t>peace کہہ دیا۔</w:t>
      </w:r>
    </w:p>
    <w:p>
      <w:r>
        <w:rPr>
          <w:b/>
        </w:rPr>
        <w:t xml:space="preserve">[05:12] </w:t>
      </w:r>
      <w:r>
        <w:t>wallahu yad'u ila daris-salam.</w:t>
      </w:r>
    </w:p>
    <w:p>
      <w:pPr>
        <w:jc w:val="right"/>
      </w:pPr>
      <w:r>
        <w:t>واللہ یدعو الی دار السلام۔</w:t>
      </w:r>
    </w:p>
    <w:p>
      <w:r>
        <w:rPr>
          <w:b/>
        </w:rPr>
        <w:t xml:space="preserve">[05:14] </w:t>
      </w:r>
      <w:r>
        <w:t>aap ki ek dua thi Rasool Allah ki ke Allahumma antas-salam wa minkas-salam, wa ilaika yad'us-salam, hayyina</w:t>
      </w:r>
    </w:p>
    <w:p>
      <w:pPr>
        <w:jc w:val="right"/>
      </w:pPr>
      <w:r>
        <w:t>آپ کی ایک دعا تھی رسول اللہ کی کہ اللہم انت السلام ومنک السلام، والیک یدعو السلام، حینا</w:t>
      </w:r>
    </w:p>
    <w:p>
      <w:r>
        <w:rPr>
          <w:b/>
        </w:rPr>
        <w:t xml:space="preserve">[05:22] </w:t>
      </w:r>
      <w:r>
        <w:t>rabbana bis-salam, wadkhilna daraka daras-salam, tabarakta rabbana wa ta'alaita ya dhal-jalali wal-ikram.</w:t>
      </w:r>
    </w:p>
    <w:p>
      <w:pPr>
        <w:jc w:val="right"/>
      </w:pPr>
      <w:r>
        <w:t>ربنا بالسلام، وادخلنا دارک دار السلام، تبارکت ربنا و تعالی یا ذوالجلال والاکرام۔</w:t>
      </w:r>
    </w:p>
    <w:p>
      <w:r>
        <w:rPr>
          <w:b/>
        </w:rPr>
        <w:t xml:space="preserve">[05:27] </w:t>
      </w:r>
      <w:r>
        <w:t>yeh Prophet of Islam ki ek dua hai.</w:t>
      </w:r>
    </w:p>
    <w:p>
      <w:pPr>
        <w:jc w:val="right"/>
      </w:pPr>
      <w:r>
        <w:t>یہ Prophet of Islam کی ایک دعا ہے۔</w:t>
      </w:r>
    </w:p>
    <w:p>
      <w:r>
        <w:rPr>
          <w:b/>
        </w:rPr>
        <w:t xml:space="preserve">[05:31] </w:t>
      </w:r>
      <w:r>
        <w:t>is ka matlab yeh hai ke aye Khuda, tu peace hai, tujh hi se peace hai, peace teri</w:t>
      </w:r>
    </w:p>
    <w:p>
      <w:pPr>
        <w:jc w:val="right"/>
      </w:pPr>
      <w:r>
        <w:t>اس کا مطلب یہ ہے کہ اے خدا، تو peace ہے، تجھ ہی سے peace ہے، peace تیری</w:t>
      </w:r>
    </w:p>
    <w:p>
      <w:r>
        <w:rPr>
          <w:b/>
        </w:rPr>
        <w:t xml:space="preserve">[05:38] </w:t>
      </w:r>
      <w:r>
        <w:t>taraf lot'ti hai, tujh hi se peace milti hai.</w:t>
      </w:r>
    </w:p>
    <w:p>
      <w:pPr>
        <w:jc w:val="right"/>
      </w:pPr>
      <w:r>
        <w:t>طرف لوٹتی ہے، تجھ ہی سے peace ملتی ہے۔</w:t>
      </w:r>
    </w:p>
    <w:p>
      <w:r>
        <w:rPr>
          <w:b/>
        </w:rPr>
        <w:t xml:space="preserve">[05:42] </w:t>
      </w:r>
      <w:r>
        <w:t>hum ko peace mein rehne ki tofeeq de.</w:t>
      </w:r>
    </w:p>
    <w:p>
      <w:pPr>
        <w:jc w:val="right"/>
      </w:pPr>
      <w:r>
        <w:t>ہم کو peace میں رہنے کی توفیق دے۔</w:t>
      </w:r>
    </w:p>
    <w:p>
      <w:r>
        <w:rPr>
          <w:b/>
        </w:rPr>
        <w:t xml:space="preserve">[05:46] </w:t>
      </w:r>
      <w:r>
        <w:t>is qism ki dua hoti thi aap ki.</w:t>
      </w:r>
    </w:p>
    <w:p>
      <w:pPr>
        <w:jc w:val="right"/>
      </w:pPr>
      <w:r>
        <w:t>اس قسم کی دعا ہوتی تھی آپ کی۔</w:t>
      </w:r>
    </w:p>
    <w:p>
      <w:r>
        <w:rPr>
          <w:b/>
        </w:rPr>
        <w:t xml:space="preserve">[05:49] </w:t>
      </w:r>
      <w:r>
        <w:t>aur yeh ke aye Khuda, hum ko peace wale ghar mein dakhil kar, yani Paradise mein.</w:t>
      </w:r>
    </w:p>
    <w:p>
      <w:pPr>
        <w:jc w:val="right"/>
      </w:pPr>
      <w:r>
        <w:t>اور یہ کہ اے خدا، ہم کو peace والے گھر میں داخل کر، یعنی Paradise میں۔</w:t>
      </w:r>
    </w:p>
    <w:p>
      <w:r>
        <w:rPr>
          <w:b/>
        </w:rPr>
        <w:t xml:space="preserve">[05:56] </w:t>
      </w:r>
      <w:r>
        <w:t>yeh aap ki dua hoti thi.</w:t>
      </w:r>
    </w:p>
    <w:p>
      <w:pPr>
        <w:jc w:val="right"/>
      </w:pPr>
      <w:r>
        <w:t>یہ آپ کی دعا ہوتی تھی۔</w:t>
      </w:r>
    </w:p>
    <w:p>
      <w:r>
        <w:rPr>
          <w:b/>
        </w:rPr>
        <w:t xml:space="preserve">[05:58] </w:t>
      </w:r>
      <w:r>
        <w:t>agar aap Quran ko is nazar se parhein to main yeh keh sakta hoon ke tauheed ke baad,</w:t>
      </w:r>
    </w:p>
    <w:p>
      <w:pPr>
        <w:jc w:val="right"/>
      </w:pPr>
      <w:r>
        <w:t>اگر آپ قرآن کو اس نظر سے پڑھیں تو میں یہ کہہ سکتا ہوں کہ توحید کے بعد،</w:t>
      </w:r>
    </w:p>
    <w:p>
      <w:r>
        <w:rPr>
          <w:b/>
        </w:rPr>
        <w:t xml:space="preserve">[06:06] </w:t>
      </w:r>
      <w:r>
        <w:t>tauheed aur akhirat jo Islam ki ideology hai, tauheed aur akhirat ke baad aap payenge ke jitni</w:t>
      </w:r>
    </w:p>
    <w:p>
      <w:pPr>
        <w:jc w:val="right"/>
      </w:pPr>
      <w:r>
        <w:t>توحید اور آخرت جو اسلام کی ideology ہے، توحید اور آخرت کے بعد آپ پائیں گے کہ جتنی</w:t>
      </w:r>
    </w:p>
    <w:p>
      <w:r>
        <w:rPr>
          <w:b/>
        </w:rPr>
        <w:t xml:space="preserve">[06:14] </w:t>
      </w:r>
      <w:r>
        <w:t>bhi teaching hain Quran ki, woh sab direct ya indirect peace par base karti hain.</w:t>
      </w:r>
    </w:p>
    <w:p>
      <w:pPr>
        <w:jc w:val="right"/>
      </w:pPr>
      <w:r>
        <w:t>بھی teaching ہیں قرآن کی، وہ سب direct یا indirect peace پر base کرتی ہیں۔</w:t>
      </w:r>
    </w:p>
    <w:p>
      <w:r>
        <w:rPr>
          <w:b/>
        </w:rPr>
        <w:t xml:space="preserve">[06:20] </w:t>
      </w:r>
      <w:r>
        <w:t>peace par base karti hain.</w:t>
      </w:r>
    </w:p>
    <w:p>
      <w:pPr>
        <w:jc w:val="right"/>
      </w:pPr>
      <w:r>
        <w:t>Peace پر base کرتی ہیں۔</w:t>
      </w:r>
    </w:p>
    <w:p>
      <w:r>
        <w:rPr>
          <w:b/>
        </w:rPr>
        <w:t xml:space="preserve">[06:22] </w:t>
      </w:r>
      <w:r>
        <w:t>jaise aap dekhiye, Quran ki pehli verse ko lijiye aap.</w:t>
      </w:r>
    </w:p>
    <w:p>
      <w:pPr>
        <w:jc w:val="right"/>
      </w:pPr>
      <w:r>
        <w:t>جیسے آپ دیکھیے، قرآن کی پہلی verse کو لیجیے آپ۔</w:t>
      </w:r>
    </w:p>
    <w:p>
      <w:r>
        <w:rPr>
          <w:b/>
        </w:rPr>
        <w:t xml:space="preserve">[06:27] </w:t>
      </w:r>
      <w:r>
        <w:t>pehli verse ko.</w:t>
      </w:r>
    </w:p>
    <w:p>
      <w:pPr>
        <w:jc w:val="right"/>
      </w:pPr>
      <w:r>
        <w:t>پہلی verse کو۔</w:t>
      </w:r>
    </w:p>
    <w:p>
      <w:r>
        <w:rPr>
          <w:b/>
        </w:rPr>
        <w:t xml:space="preserve">[06:28] </w:t>
      </w:r>
      <w:r>
        <w:t>alhamdulillah rabbil-alamin.</w:t>
      </w:r>
    </w:p>
    <w:p>
      <w:pPr>
        <w:jc w:val="right"/>
      </w:pPr>
      <w:r>
        <w:t>الحمدللہ رب العالمین۔</w:t>
      </w:r>
    </w:p>
    <w:p>
      <w:r>
        <w:rPr>
          <w:b/>
        </w:rPr>
        <w:t xml:space="preserve">[06:30] </w:t>
      </w:r>
      <w:r>
        <w:t>yani sari tareef, all praise, sara shukr hai kis ke liye? Rabbil-alamin ke liye.</w:t>
      </w:r>
    </w:p>
    <w:p>
      <w:pPr>
        <w:jc w:val="right"/>
      </w:pPr>
      <w:r>
        <w:t>یعنی ساری تعریف، all praise، سارا شکر ہے کس کے لیے؟ رب العالمین کے لیے۔</w:t>
      </w:r>
    </w:p>
    <w:p>
      <w:r>
        <w:rPr>
          <w:b/>
        </w:rPr>
        <w:t xml:space="preserve">[06:36] </w:t>
      </w:r>
      <w:r>
        <w:t>yeh zahir hai ke lip service to hai nahi.</w:t>
      </w:r>
    </w:p>
    <w:p>
      <w:pPr>
        <w:jc w:val="right"/>
      </w:pPr>
      <w:r>
        <w:t>یہ ظاہر ہے کہ lip service تو ہے نہیں۔</w:t>
      </w:r>
    </w:p>
    <w:p>
      <w:r>
        <w:rPr>
          <w:b/>
        </w:rPr>
        <w:t xml:space="preserve">[06:40] </w:t>
      </w:r>
      <w:r>
        <w:t>yeh to dil ke andar se ek spirit varnay ka naam hai.</w:t>
      </w:r>
    </w:p>
    <w:p>
      <w:pPr>
        <w:jc w:val="right"/>
      </w:pPr>
      <w:r>
        <w:t>یہ تو دل کے اندر سے ایک spirit ورنے کا نام ہے۔</w:t>
      </w:r>
    </w:p>
    <w:p>
      <w:r>
        <w:rPr>
          <w:b/>
        </w:rPr>
        <w:t xml:space="preserve">[06:45] </w:t>
      </w:r>
      <w:r>
        <w:t>to aap ke dil mein yeh jazbaat ke khuda hi qabil-e-tareef hai, khuda hi ka shukr kab</w:t>
      </w:r>
    </w:p>
    <w:p>
      <w:pPr>
        <w:jc w:val="right"/>
      </w:pPr>
      <w:r>
        <w:t>تو آپ کے دل میں یہ جذبات کہ خدا ہی قابل تعریف ہے، خدا ہی کا شکر کب</w:t>
      </w:r>
    </w:p>
    <w:p>
      <w:r>
        <w:rPr>
          <w:b/>
        </w:rPr>
        <w:t xml:space="preserve">[06:53] </w:t>
      </w:r>
      <w:r>
        <w:t>aayenge? ab sochiye ke agar aap jee rahe hon complaint mein ke is ne mujhe bura keh</w:t>
      </w:r>
    </w:p>
    <w:p>
      <w:pPr>
        <w:jc w:val="right"/>
      </w:pPr>
      <w:r>
        <w:t>آئیں گے؟ اب سوچیے کہ اگر آپ جی رہے ہوں complaint میں کہ اس نے مجھے برا کہہ</w:t>
      </w:r>
    </w:p>
    <w:p>
      <w:r>
        <w:rPr>
          <w:b/>
        </w:rPr>
        <w:t xml:space="preserve">[07:01] </w:t>
      </w:r>
      <w:r>
        <w:t>diya, is ne mujhe nuqsaan pahunchaya.</w:t>
      </w:r>
    </w:p>
    <w:p>
      <w:pPr>
        <w:jc w:val="right"/>
      </w:pPr>
      <w:r>
        <w:t>دیا، اس نے مجھے نقصان پہنچایا۔</w:t>
      </w:r>
    </w:p>
    <w:p>
      <w:r>
        <w:rPr>
          <w:b/>
        </w:rPr>
        <w:t xml:space="preserve">[07:03] </w:t>
      </w:r>
      <w:r>
        <w:t>to agar aap jee rahe hon shikaayat mein, complaint mein, doosron ke khilaaf hate mein, to aap kabhi</w:t>
      </w:r>
    </w:p>
    <w:p>
      <w:pPr>
        <w:jc w:val="right"/>
      </w:pPr>
      <w:r>
        <w:t>تو اگر آپ جی رہے ہوں شکایت میں، complaint میں، دوسروں کے خلاف hate میں، تو آپ کبھی</w:t>
      </w:r>
    </w:p>
    <w:p>
      <w:r>
        <w:rPr>
          <w:b/>
        </w:rPr>
        <w:t xml:space="preserve">[07:11] </w:t>
      </w:r>
      <w:r>
        <w:t>bhi sahi taur par yeh keh nahin sakte.</w:t>
      </w:r>
    </w:p>
    <w:p>
      <w:pPr>
        <w:jc w:val="right"/>
      </w:pPr>
      <w:r>
        <w:t>بھی صحیح طور پر یہ کہہ نہیں سکتے۔</w:t>
      </w:r>
    </w:p>
    <w:p>
      <w:r>
        <w:rPr>
          <w:b/>
        </w:rPr>
        <w:t xml:space="preserve">[07:14] </w:t>
      </w:r>
      <w:r>
        <w:t>agar kahenge to woh lip service ke taur par kahenge aap.</w:t>
      </w:r>
    </w:p>
    <w:p>
      <w:pPr>
        <w:jc w:val="right"/>
      </w:pPr>
      <w:r>
        <w:t>اگر کہیں گے تو وہ lip service کے طور پر کہیں گے آپ۔</w:t>
      </w:r>
    </w:p>
    <w:p>
      <w:r>
        <w:rPr>
          <w:b/>
        </w:rPr>
        <w:t xml:space="preserve">[07:20] </w:t>
      </w:r>
      <w:r>
        <w:t>jab dil aap ka poori tarah khaali hoga in sab baaton se ke koi mujhe zulm kar raha</w:t>
      </w:r>
    </w:p>
    <w:p>
      <w:pPr>
        <w:jc w:val="right"/>
      </w:pPr>
      <w:r>
        <w:t>جب دل آپ کا پوری طرح خالی ہوگا ان سب باتوں سے کہ کوئی مجھے ظلم کر رہا</w:t>
      </w:r>
    </w:p>
    <w:p>
      <w:r>
        <w:rPr>
          <w:b/>
        </w:rPr>
        <w:t xml:space="preserve">[07:28] </w:t>
      </w:r>
      <w:r>
        <w:t>hai, koi mujh par conspiracy kar raha hai, kisi ne mujhe nuqsaan pahunchaya hai, kisi ne mujhe bura</w:t>
      </w:r>
    </w:p>
    <w:p>
      <w:pPr>
        <w:jc w:val="right"/>
      </w:pPr>
      <w:r>
        <w:t>ہے، کوئی مجھ پر conspiracy کر رہا ہے، کسی نے مجھے نقصان پہنچایا ہے، کسی نے مجھے برا</w:t>
      </w:r>
    </w:p>
    <w:p>
      <w:r>
        <w:rPr>
          <w:b/>
        </w:rPr>
        <w:t xml:space="preserve">[07:35] </w:t>
      </w:r>
      <w:r>
        <w:t>kaha hai, kisi ne meri land chheeni hai, kisi ne mera political rule chheen liya hai, kisi ne</w:t>
      </w:r>
    </w:p>
    <w:p>
      <w:pPr>
        <w:jc w:val="right"/>
      </w:pPr>
      <w:r>
        <w:t>کہا ہے، کسی نے میری land چھینی ہے، کسی نے میرا political rule چھین لیا ہے، کسی نے</w:t>
      </w:r>
    </w:p>
    <w:p>
      <w:r>
        <w:rPr>
          <w:b/>
        </w:rPr>
        <w:t xml:space="preserve">[07:43] </w:t>
      </w:r>
      <w:r>
        <w:t>mujh ko be-izzat kiya hai, kisi ne mujh par attack kar diya hai.</w:t>
      </w:r>
    </w:p>
    <w:p>
      <w:pPr>
        <w:jc w:val="right"/>
      </w:pPr>
      <w:r>
        <w:t>مجھ کو بے عزت کیا ہے، کسی نے مجھ پر attack کر دیا ہے۔</w:t>
      </w:r>
    </w:p>
    <w:p>
      <w:r>
        <w:rPr>
          <w:b/>
        </w:rPr>
        <w:t xml:space="preserve">[07:49] </w:t>
      </w:r>
      <w:r>
        <w:t>yeh saari cheezein is duniya mein hoti hi rehti hain.</w:t>
      </w:r>
    </w:p>
    <w:p>
      <w:pPr>
        <w:jc w:val="right"/>
      </w:pPr>
      <w:r>
        <w:t>یہ ساری چیزیں اس دنیا میں ہوتی ہی رہتی ہیں۔</w:t>
      </w:r>
    </w:p>
    <w:p>
      <w:r>
        <w:rPr>
          <w:b/>
        </w:rPr>
        <w:t xml:space="preserve">[07:53] </w:t>
      </w:r>
      <w:r>
        <w:t>Adam ke do beton mein aap jaante hain ke ladai ho gayi.</w:t>
      </w:r>
    </w:p>
    <w:p>
      <w:pPr>
        <w:jc w:val="right"/>
      </w:pPr>
      <w:r>
        <w:t>آدم کے دو بیٹوں میں آپ جانتے ہیں کہ لڑائی ہو گئی۔</w:t>
      </w:r>
    </w:p>
    <w:p>
      <w:r>
        <w:rPr>
          <w:b/>
        </w:rPr>
        <w:t xml:space="preserve">[07:58] </w:t>
      </w:r>
      <w:r>
        <w:t>ek bete ne doosre bete ko maar daala.</w:t>
      </w:r>
    </w:p>
    <w:p>
      <w:pPr>
        <w:jc w:val="right"/>
      </w:pPr>
      <w:r>
        <w:t>ایک بیٹے نے دوسرے بیٹے کو مار ڈالا۔</w:t>
      </w:r>
    </w:p>
    <w:p>
      <w:r>
        <w:rPr>
          <w:b/>
        </w:rPr>
        <w:t xml:space="preserve">[08:02] </w:t>
      </w:r>
      <w:r>
        <w:t>to violence to pehle hi din se shuru ho gaya.</w:t>
      </w:r>
    </w:p>
    <w:p>
      <w:pPr>
        <w:jc w:val="right"/>
      </w:pPr>
      <w:r>
        <w:t>تو violence تو پہلے ہی دن سے شروع ہوگیا۔</w:t>
      </w:r>
    </w:p>
    <w:p>
      <w:r>
        <w:rPr>
          <w:b/>
        </w:rPr>
        <w:t xml:space="preserve">[08:06] </w:t>
      </w:r>
      <w:r>
        <w:t>to violence shuru hua aur poori history mein jaari raha.</w:t>
      </w:r>
    </w:p>
    <w:p>
      <w:pPr>
        <w:jc w:val="right"/>
      </w:pPr>
      <w:r>
        <w:t>تو violence شروع ہوا اور پوری history میں جاری رہا۔</w:t>
      </w:r>
    </w:p>
    <w:p>
      <w:r>
        <w:rPr>
          <w:b/>
        </w:rPr>
        <w:t xml:space="preserve">[08:10] </w:t>
      </w:r>
      <w:r>
        <w:t>to violence ko le kar ke ya doosron ki hostilities hain, conspiracy hain, enmity hain, un ko le</w:t>
      </w:r>
    </w:p>
    <w:p>
      <w:pPr>
        <w:jc w:val="right"/>
      </w:pPr>
      <w:r>
        <w:t>تو violence کو لے کر کے یا دوسروں کی hostilities ہیں، conspiracy ہیں، enmity ہیں، ان کو لے</w:t>
      </w:r>
    </w:p>
    <w:p>
      <w:r>
        <w:rPr>
          <w:b/>
        </w:rPr>
        <w:t xml:space="preserve">[08:18] </w:t>
      </w:r>
      <w:r>
        <w:t>kar ke aap agar hate mein pade hue hon, aap mein jhijhlaahat ho, ghussa ho, complaint ho, protest</w:t>
      </w:r>
    </w:p>
    <w:p>
      <w:pPr>
        <w:jc w:val="right"/>
      </w:pPr>
      <w:r>
        <w:t>کر کے آپ اگر hate میں پڑے ہوئے ہوں، آپ میں جھجلاہٹ ہو، غصہ ہو، complaint ہو، protest</w:t>
      </w:r>
    </w:p>
    <w:p>
      <w:r>
        <w:rPr>
          <w:b/>
        </w:rPr>
        <w:t xml:space="preserve">[08:25] </w:t>
      </w:r>
      <w:r>
        <w:t>ho, tab kya hai? matlab ke aap ne woh woh capability hi kho di hai ke aap keh</w:t>
      </w:r>
    </w:p>
    <w:p>
      <w:pPr>
        <w:jc w:val="right"/>
      </w:pPr>
      <w:r>
        <w:t>ہو، تب کیا ہے؟ مطلب کہ آپ نے وہ وہ capability ہی کھو دی ہے کہ آپ کہہ</w:t>
      </w:r>
    </w:p>
    <w:p>
      <w:r>
        <w:rPr>
          <w:b/>
        </w:rPr>
        <w:t xml:space="preserve">[08:33] </w:t>
      </w:r>
      <w:r>
        <w:t>sakein ke khudaaya tera shukr hai, khudaaya teri tareef hai.</w:t>
      </w:r>
    </w:p>
    <w:p>
      <w:pPr>
        <w:jc w:val="right"/>
      </w:pPr>
      <w:r>
        <w:t>سکیں کہ خدایا تیرا شکر ہے، خدایا تیری تعریف ہے۔</w:t>
      </w:r>
    </w:p>
    <w:p>
      <w:r>
        <w:rPr>
          <w:b/>
        </w:rPr>
        <w:t xml:space="preserve">[08:37] </w:t>
      </w:r>
      <w:r>
        <w:t>shikayati zehan ke saath koi shakhs Khuda ka shukr ada nahin kar sakta hai.</w:t>
      </w:r>
    </w:p>
    <w:p>
      <w:pPr>
        <w:jc w:val="right"/>
      </w:pPr>
      <w:r>
        <w:t>شکایتی ذہن کے ساتھ کوئی شخص خدا کا شکر ادا نہیں کر سکتا ہے۔</w:t>
      </w:r>
    </w:p>
    <w:p>
      <w:r>
        <w:rPr>
          <w:b/>
        </w:rPr>
        <w:t xml:space="preserve">[08:43] </w:t>
      </w:r>
      <w:r>
        <w:t>pehley shikaayat wala mind khatam hota hai.</w:t>
      </w:r>
    </w:p>
    <w:p>
      <w:pPr>
        <w:jc w:val="right"/>
      </w:pPr>
      <w:r>
        <w:t>پہلے شکایت والا mind ختم ہوتا ہے۔</w:t>
      </w:r>
    </w:p>
    <w:p>
      <w:r>
        <w:rPr>
          <w:b/>
        </w:rPr>
        <w:t xml:space="preserve">[08:46] </w:t>
      </w:r>
      <w:r>
        <w:t>Complaint wala mind khatam hota hai.</w:t>
      </w:r>
    </w:p>
    <w:p>
      <w:pPr>
        <w:jc w:val="right"/>
      </w:pPr>
      <w:r>
        <w:t>Complaint والا mind ختم ہوتا ہے۔</w:t>
      </w:r>
    </w:p>
    <w:p>
      <w:r>
        <w:rPr>
          <w:b/>
        </w:rPr>
        <w:t xml:space="preserve">[08:49] </w:t>
      </w:r>
      <w:r>
        <w:t>tab ja kar insaan ki zubaan se sachcha hamd nikalta hai, sachcha hamd.</w:t>
      </w:r>
    </w:p>
    <w:p>
      <w:pPr>
        <w:jc w:val="right"/>
      </w:pPr>
      <w:r>
        <w:t>تب جا کر انسان کی زبان سے سچا حمد نکلتا ہے، سچا حمد۔</w:t>
      </w:r>
    </w:p>
    <w:p>
      <w:r>
        <w:rPr>
          <w:b/>
        </w:rPr>
        <w:t xml:space="preserve">[08:55] </w:t>
      </w:r>
      <w:r>
        <w:t>to aap dekhiye ke Alhamdulillah Rabb-ul-aalameen se bhi juda hua hai peace ka concept.</w:t>
      </w:r>
    </w:p>
    <w:p>
      <w:pPr>
        <w:jc w:val="right"/>
      </w:pPr>
      <w:r>
        <w:t>تو آپ دیکھیے کہ الحمدللہ رب العالمین سے بھی جڑا ہوا ہے peace کا concept۔</w:t>
      </w:r>
    </w:p>
    <w:p>
      <w:r>
        <w:rPr>
          <w:b/>
        </w:rPr>
        <w:t xml:space="preserve">[09:01] </w:t>
      </w:r>
      <w:r>
        <w:t>aap ko namaz padhna hai.</w:t>
      </w:r>
    </w:p>
    <w:p>
      <w:pPr>
        <w:jc w:val="right"/>
      </w:pPr>
      <w:r>
        <w:t>آپ کو نماز پڑھنا ہے۔</w:t>
      </w:r>
    </w:p>
    <w:p>
      <w:r>
        <w:rPr>
          <w:b/>
        </w:rPr>
        <w:t xml:space="preserve">[09:03] </w:t>
      </w:r>
      <w:r>
        <w:t>ab dekhen har taraf shor, hangama, maar kaat jari hai.</w:t>
      </w:r>
    </w:p>
    <w:p>
      <w:pPr>
        <w:jc w:val="right"/>
      </w:pPr>
      <w:r>
        <w:t>اب دیکھیں ہر طرف شور، ہنگامہ، مار کاٹ جاری ہے۔</w:t>
      </w:r>
    </w:p>
    <w:p>
      <w:r>
        <w:rPr>
          <w:b/>
        </w:rPr>
        <w:t xml:space="preserve">[09:07] </w:t>
      </w:r>
      <w:r>
        <w:t>to aap namaz kaise padhenge? aap ke dil hi mein agar jari hai toofan doosron ke khilaf.</w:t>
      </w:r>
    </w:p>
    <w:p>
      <w:pPr>
        <w:jc w:val="right"/>
      </w:pPr>
      <w:r>
        <w:t>تو آپ نماز کیسے پڑھیں گے؟ آپ کے دل ہی میں اگر جاری ہے طوفان دوسروں کے خلاف۔</w:t>
      </w:r>
    </w:p>
    <w:p>
      <w:r>
        <w:rPr>
          <w:b/>
        </w:rPr>
        <w:t xml:space="preserve">[09:15] </w:t>
      </w:r>
      <w:r>
        <w:t>ek to yeh ke aas paas idhar udhar koi ladai jhagda ho raha hai, atmosphere bigad gaya hai.</w:t>
      </w:r>
    </w:p>
    <w:p>
      <w:pPr>
        <w:jc w:val="right"/>
      </w:pPr>
      <w:r>
        <w:t>ایک تو یہ کہ آس پاس ادھر ادھر کوئی لڑائی جھگڑا ہو رہا ہے، atmosphere بگڑ گیا ہے۔</w:t>
      </w:r>
    </w:p>
    <w:p>
      <w:r>
        <w:rPr>
          <w:b/>
        </w:rPr>
        <w:t xml:space="preserve">[09:23] </w:t>
      </w:r>
      <w:r>
        <w:t>doosra ek aap ke dil hi mein khud bhari hui hai hate aur violence, shikayat.</w:t>
      </w:r>
    </w:p>
    <w:p>
      <w:pPr>
        <w:jc w:val="right"/>
      </w:pPr>
      <w:r>
        <w:t>دوسرا ایک آپ کے دل ہی میں خود بھری ہوئی ہے hate اور violence، شکایت۔</w:t>
      </w:r>
    </w:p>
    <w:p>
      <w:r>
        <w:rPr>
          <w:b/>
        </w:rPr>
        <w:t xml:space="preserve">[09:29] </w:t>
      </w:r>
      <w:r>
        <w:t>tab bhi aap namaz kya padhenge? aap uth baith kar lenge bas? to jitni bhi cheezen</w:t>
      </w:r>
    </w:p>
    <w:p>
      <w:pPr>
        <w:jc w:val="right"/>
      </w:pPr>
      <w:r>
        <w:t>تب بھی آپ نماز کیا پڑھیں گے؟ آپ اٹھ بیٹھ کر لیں گے بس؟ تو جتنی بھی چیزیں</w:t>
      </w:r>
    </w:p>
    <w:p>
      <w:r>
        <w:rPr>
          <w:b/>
        </w:rPr>
        <w:t xml:space="preserve">[09:37] </w:t>
      </w:r>
      <w:r>
        <w:t>hain, yani sirf moral teachings nahin.</w:t>
      </w:r>
    </w:p>
    <w:p>
      <w:pPr>
        <w:jc w:val="right"/>
      </w:pPr>
      <w:r>
        <w:t>ہیں، یعنی صرف moral teachings نہیں۔</w:t>
      </w:r>
    </w:p>
    <w:p>
      <w:r>
        <w:rPr>
          <w:b/>
        </w:rPr>
        <w:t xml:space="preserve">[09:40] </w:t>
      </w:r>
      <w:r>
        <w:t>Moral teachings to juri hui hain, peace zahir hai khuli baat hai.</w:t>
      </w:r>
    </w:p>
    <w:p>
      <w:pPr>
        <w:jc w:val="right"/>
      </w:pPr>
      <w:r>
        <w:t>Moral teachings تو جڑی ہوئی ہیں، peace ظاہر ہے کھلی بات ہے۔</w:t>
      </w:r>
    </w:p>
    <w:p>
      <w:r>
        <w:rPr>
          <w:b/>
        </w:rPr>
        <w:t xml:space="preserve">[09:45] </w:t>
      </w:r>
      <w:r>
        <w:t>lekin doosri doosri jo cheezen hain, un mein se bhi juda hua hai yeh peace ka concept.</w:t>
      </w:r>
    </w:p>
    <w:p>
      <w:pPr>
        <w:jc w:val="right"/>
      </w:pPr>
      <w:r>
        <w:t>لیکن دوسری دوسری جو چیزیں ہیں، ان میں سے بھی جڑا ہوا ہے یہ peace کا concept۔</w:t>
      </w:r>
    </w:p>
    <w:p>
      <w:r>
        <w:rPr>
          <w:b/>
        </w:rPr>
        <w:t xml:space="preserve">[09:52] </w:t>
      </w:r>
      <w:r>
        <w:t>isi sense mein main yeh keh raha hoon ke quran ki tamam teaching directly ya indirectly woh is</w:t>
      </w:r>
    </w:p>
    <w:p>
      <w:pPr>
        <w:jc w:val="right"/>
      </w:pPr>
      <w:r>
        <w:t>اسی sense میں میں یہ کہہ رہا ہوں کہ قرآن کی تمام teaching directly یا indirectly وہ اس</w:t>
      </w:r>
    </w:p>
    <w:p>
      <w:r>
        <w:rPr>
          <w:b/>
        </w:rPr>
        <w:t xml:space="preserve">[10:00] </w:t>
      </w:r>
      <w:r>
        <w:t>peace se juri hui hain.</w:t>
      </w:r>
    </w:p>
    <w:p>
      <w:pPr>
        <w:jc w:val="right"/>
      </w:pPr>
      <w:r>
        <w:t>peace سے جڑی ہوئی ہیں۔</w:t>
      </w:r>
    </w:p>
    <w:p>
      <w:r>
        <w:rPr>
          <w:b/>
        </w:rPr>
        <w:t xml:space="preserve">[10:02] </w:t>
      </w:r>
      <w:r>
        <w:t>Peace nahin to aap quran ko na samajh sakte, na quran par amal kar sakte hain.</w:t>
      </w:r>
    </w:p>
    <w:p>
      <w:pPr>
        <w:jc w:val="right"/>
      </w:pPr>
      <w:r>
        <w:t>Peace نہیں تو آپ قرآن کو نہ سمجھ سکتے، نہ قرآن پر عمل کر سکتے ہیں۔</w:t>
      </w:r>
    </w:p>
    <w:p>
      <w:r>
        <w:rPr>
          <w:b/>
        </w:rPr>
        <w:t xml:space="preserve">[10:09] </w:t>
      </w:r>
      <w:r>
        <w:t>Peace ko agar wider sense mein len, wider sense mein to ek individual ka case aur poori nation</w:t>
      </w:r>
    </w:p>
    <w:p>
      <w:pPr>
        <w:jc w:val="right"/>
      </w:pPr>
      <w:r>
        <w:t>Peace کو اگر wider sense میں لیں، wider sense میں تو ایک individual کا case اور پوری nation</w:t>
      </w:r>
    </w:p>
    <w:p>
      <w:r>
        <w:rPr>
          <w:b/>
        </w:rPr>
        <w:t xml:space="preserve">[10:16] </w:t>
      </w:r>
      <w:r>
        <w:t>case sab isi ke andar aa jata hai.</w:t>
      </w:r>
    </w:p>
    <w:p>
      <w:pPr>
        <w:jc w:val="right"/>
      </w:pPr>
      <w:r>
        <w:t>case سب اسی کے اندر آ جاتا ہے۔</w:t>
      </w:r>
    </w:p>
    <w:p>
      <w:r>
        <w:rPr>
          <w:b/>
        </w:rPr>
        <w:t xml:space="preserve">[10:20] </w:t>
      </w:r>
      <w:r>
        <w:t>jaise ke ek ek student hai, woh exam mein baitha, ab woh us ke number achhe nahin aaye</w:t>
      </w:r>
    </w:p>
    <w:p>
      <w:pPr>
        <w:jc w:val="right"/>
      </w:pPr>
      <w:r>
        <w:t>جیسے کہ ایک ایک student ہے، وہ exam میں بیٹھا، اب وہ اس کے نمبر اچھے نہیں آئے</w:t>
      </w:r>
    </w:p>
    <w:p>
      <w:r>
        <w:rPr>
          <w:b/>
        </w:rPr>
        <w:t xml:space="preserve">[10:28] </w:t>
      </w:r>
      <w:r>
        <w:t>ya woh fail ho gaya.</w:t>
      </w:r>
    </w:p>
    <w:p>
      <w:pPr>
        <w:jc w:val="right"/>
      </w:pPr>
      <w:r>
        <w:t>یا وہ fail ہو گیا۔</w:t>
      </w:r>
    </w:p>
    <w:p>
      <w:r>
        <w:rPr>
          <w:b/>
        </w:rPr>
        <w:t xml:space="preserve">[10:30] </w:t>
      </w:r>
      <w:r>
        <w:t>ab us ke dil mein aa gaya ke main to fail hoonga.</w:t>
      </w:r>
    </w:p>
    <w:p>
      <w:pPr>
        <w:jc w:val="right"/>
      </w:pPr>
      <w:r>
        <w:t>اب اس کے دل میں آگیا کہ میں تو fail ہوگا۔</w:t>
      </w:r>
    </w:p>
    <w:p>
      <w:r>
        <w:rPr>
          <w:b/>
        </w:rPr>
        <w:t xml:space="preserve">[10:34] </w:t>
      </w:r>
      <w:r>
        <w:t>Frustration mein pad gaya woh, shikayat mein pad gaya woh.</w:t>
      </w:r>
    </w:p>
    <w:p>
      <w:pPr>
        <w:jc w:val="right"/>
      </w:pPr>
      <w:r>
        <w:t>Frustration میں پڑ گیا وہ، شکایت میں پڑ گیا وہ۔</w:t>
      </w:r>
    </w:p>
    <w:p>
      <w:r>
        <w:rPr>
          <w:b/>
        </w:rPr>
        <w:t xml:space="preserve">[10:39] </w:t>
      </w:r>
      <w:r>
        <w:t>to is ka matlab kya hua? aage ke liye us ne courage kho di.</w:t>
      </w:r>
    </w:p>
    <w:p>
      <w:pPr>
        <w:jc w:val="right"/>
      </w:pPr>
      <w:r>
        <w:t>تو اس کا مطلب کیا ہوا؟ آگے کے لیے اس نے courage کھو دی۔</w:t>
      </w:r>
    </w:p>
    <w:p>
      <w:r>
        <w:rPr>
          <w:b/>
        </w:rPr>
        <w:t xml:space="preserve">[10:45] </w:t>
      </w:r>
      <w:r>
        <w:t>jo khoya gaya, pichhla kal to khoya gaya.</w:t>
      </w:r>
    </w:p>
    <w:p>
      <w:pPr>
        <w:jc w:val="right"/>
      </w:pPr>
      <w:r>
        <w:t>جو کھویا گیا، پچھلا کل تو کھویا گیا۔</w:t>
      </w:r>
    </w:p>
    <w:p>
      <w:r>
        <w:rPr>
          <w:b/>
        </w:rPr>
        <w:t xml:space="preserve">[10:48] </w:t>
      </w:r>
      <w:r>
        <w:t>lekin agla kal jo hai abhi baqi, us ko avail nahin kar sakega.</w:t>
      </w:r>
    </w:p>
    <w:p>
      <w:pPr>
        <w:jc w:val="right"/>
      </w:pPr>
      <w:r>
        <w:t>لیکن اگلا کل جو ہے ابھی باقی، اس کو avail نہیں کر سکے گا۔</w:t>
      </w:r>
    </w:p>
    <w:p>
      <w:r>
        <w:rPr>
          <w:b/>
        </w:rPr>
        <w:t xml:space="preserve">[10:54] </w:t>
      </w:r>
      <w:r>
        <w:t>yani first chance us ne kho diya tha.</w:t>
      </w:r>
    </w:p>
    <w:p>
      <w:pPr>
        <w:jc w:val="right"/>
      </w:pPr>
      <w:r>
        <w:t>یعنی first chance اس نے کھو دیا تھا۔</w:t>
      </w:r>
    </w:p>
    <w:p>
      <w:r>
        <w:rPr>
          <w:b/>
        </w:rPr>
        <w:t xml:space="preserve">[10:58] </w:t>
      </w:r>
      <w:r>
        <w:t>to second chance bhi woh kho dega.</w:t>
      </w:r>
    </w:p>
    <w:p>
      <w:pPr>
        <w:jc w:val="right"/>
      </w:pPr>
      <w:r>
        <w:t>تو second chance بھی وہ کھو دے گا۔</w:t>
      </w:r>
    </w:p>
    <w:p>
      <w:r>
        <w:rPr>
          <w:b/>
        </w:rPr>
        <w:t xml:space="preserve">[11:01] </w:t>
      </w:r>
      <w:r>
        <w:t>kyon? woh us ke dil mein courage nahin hai, positivity nahin hai.</w:t>
      </w:r>
    </w:p>
    <w:p>
      <w:pPr>
        <w:jc w:val="right"/>
      </w:pPr>
      <w:r>
        <w:t>کیوں؟ وہ اس کے دل میں courage نہیں ہے، positivity نہیں ہے۔</w:t>
      </w:r>
    </w:p>
    <w:p>
      <w:r>
        <w:rPr>
          <w:b/>
        </w:rPr>
        <w:t xml:space="preserve">[11:06] </w:t>
      </w:r>
      <w:r>
        <w:t>to first chance bhi khoya gaya aur second chance bhi khoya gaya.</w:t>
      </w:r>
    </w:p>
    <w:p>
      <w:pPr>
        <w:jc w:val="right"/>
      </w:pPr>
      <w:r>
        <w:t>تو first chance بھی کھویا گیا اور second chance بھی کھویا گیا۔</w:t>
      </w:r>
    </w:p>
    <w:p>
      <w:r>
        <w:rPr>
          <w:b/>
        </w:rPr>
        <w:t xml:space="preserve">[11:11] </w:t>
      </w:r>
      <w:r>
        <w:t>is liye ek student ko bhi chahiye ke woh peace mein rahe.</w:t>
      </w:r>
    </w:p>
    <w:p>
      <w:pPr>
        <w:jc w:val="right"/>
      </w:pPr>
      <w:r>
        <w:t>اس لیے ایک student کو بھی چاہیے کہ وہ peace میں رہے۔</w:t>
      </w:r>
    </w:p>
    <w:p>
      <w:r>
        <w:rPr>
          <w:b/>
        </w:rPr>
        <w:t xml:space="preserve">[11:16] </w:t>
      </w:r>
      <w:r>
        <w:t>Peace ka matlab yahi hai ke irrespective of all those situations, all those negative situations, you have to</w:t>
      </w:r>
    </w:p>
    <w:p>
      <w:pPr>
        <w:jc w:val="right"/>
      </w:pPr>
      <w:r>
        <w:t>Peace کا مطلب یہی ہے کہ irrespective of all those situations, all those negative situations, you have to</w:t>
      </w:r>
    </w:p>
    <w:p>
      <w:r>
        <w:rPr>
          <w:b/>
        </w:rPr>
        <w:t xml:space="preserve">[11:24] </w:t>
      </w:r>
      <w:r>
        <w:t>be positive.</w:t>
      </w:r>
    </w:p>
    <w:p>
      <w:pPr>
        <w:jc w:val="right"/>
      </w:pPr>
      <w:r>
        <w:t>be positive۔</w:t>
      </w:r>
    </w:p>
    <w:p>
      <w:r>
        <w:rPr>
          <w:b/>
        </w:rPr>
        <w:t xml:space="preserve">[11:26] </w:t>
      </w:r>
      <w:r>
        <w:t>tab aisa hoga ke agar aap first chance kho dein to second chance ko avail karne ke qabil</w:t>
      </w:r>
    </w:p>
    <w:p>
      <w:pPr>
        <w:jc w:val="right"/>
      </w:pPr>
      <w:r>
        <w:t>تب ایسا ہوگا کہ اگر آپ first chance کھو دیں تو second chance کو avail کرنے کے قابل</w:t>
      </w:r>
    </w:p>
    <w:p>
      <w:r>
        <w:rPr>
          <w:b/>
        </w:rPr>
        <w:t xml:space="preserve">[11:33] </w:t>
      </w:r>
      <w:r>
        <w:t>rahenge aap.</w:t>
      </w:r>
    </w:p>
    <w:p>
      <w:pPr>
        <w:jc w:val="right"/>
      </w:pPr>
      <w:r>
        <w:t>رہیں گے آپ۔</w:t>
      </w:r>
    </w:p>
    <w:p>
      <w:r>
        <w:rPr>
          <w:b/>
        </w:rPr>
        <w:t xml:space="preserve">[11:35] </w:t>
      </w:r>
      <w:r>
        <w:t>Second chance ko avail kar payenge aap.</w:t>
      </w:r>
    </w:p>
    <w:p>
      <w:pPr>
        <w:jc w:val="right"/>
      </w:pPr>
      <w:r>
        <w:t>Second chance کو avail کر پائیں گے آپ۔</w:t>
      </w:r>
    </w:p>
    <w:p>
      <w:r>
        <w:rPr>
          <w:b/>
        </w:rPr>
        <w:t xml:space="preserve">[11:38] </w:t>
      </w:r>
      <w:r>
        <w:t>nahin to kuch nahin.</w:t>
      </w:r>
    </w:p>
    <w:p>
      <w:pPr>
        <w:jc w:val="right"/>
      </w:pPr>
      <w:r>
        <w:t>نہیں تو کچھ نہیں۔</w:t>
      </w:r>
    </w:p>
    <w:p>
      <w:r>
        <w:rPr>
          <w:b/>
        </w:rPr>
        <w:t xml:space="preserve">[11:40] </w:t>
      </w:r>
      <w:r>
        <w:t>aap ko jana hai kahin, train se.</w:t>
      </w:r>
    </w:p>
    <w:p>
      <w:pPr>
        <w:jc w:val="right"/>
      </w:pPr>
      <w:r>
        <w:t>آپ کو جانا ہے کہیں، train سے۔</w:t>
      </w:r>
    </w:p>
    <w:p>
      <w:r>
        <w:rPr>
          <w:b/>
        </w:rPr>
        <w:t xml:space="preserve">[11:43] </w:t>
      </w:r>
      <w:r>
        <w:t>ab kisi wajah se aap late ho gaye aur train chhoot gayi.</w:t>
      </w:r>
    </w:p>
    <w:p>
      <w:pPr>
        <w:jc w:val="right"/>
      </w:pPr>
      <w:r>
        <w:t>اب کسی وجہ سے آپ late ہو گئے اور train چھوٹ گئی۔</w:t>
      </w:r>
    </w:p>
    <w:p>
      <w:r>
        <w:rPr>
          <w:b/>
        </w:rPr>
        <w:t xml:space="preserve">[11:48] </w:t>
      </w:r>
      <w:r>
        <w:t>ab aap haaye waaye kiye baithe hain.</w:t>
      </w:r>
    </w:p>
    <w:p>
      <w:pPr>
        <w:jc w:val="right"/>
      </w:pPr>
      <w:r>
        <w:t>اب آپ ہائے وائے کیے بیٹھے ہیں۔</w:t>
      </w:r>
    </w:p>
    <w:p>
      <w:r>
        <w:rPr>
          <w:b/>
        </w:rPr>
        <w:t xml:space="preserve">[11:51] </w:t>
      </w:r>
      <w:r>
        <w:t>ab kya hoga? to is matlab mein ke aap ne peace kho diya.</w:t>
      </w:r>
    </w:p>
    <w:p>
      <w:pPr>
        <w:jc w:val="right"/>
      </w:pPr>
      <w:r>
        <w:t>اب کیا ہوگا؟ تو اس معنی میں کہ آپ نے peace کھو دیا۔</w:t>
      </w:r>
    </w:p>
    <w:p>
      <w:r>
        <w:rPr>
          <w:b/>
        </w:rPr>
        <w:t xml:space="preserve">[11:57] </w:t>
      </w:r>
      <w:r>
        <w:t>lekin agar aap haaye waaye mein na paden, gham mein na paden, kahin ke theek koi baat nahin.</w:t>
      </w:r>
    </w:p>
    <w:p>
      <w:pPr>
        <w:jc w:val="right"/>
      </w:pPr>
      <w:r>
        <w:t>لیکن اگر آپ ہائے وائے میں نہ پڑیں، غم میں نہ پڑیں، کہیں کہ ٹھیک کوئی بات نہیں۔</w:t>
      </w:r>
    </w:p>
    <w:p>
      <w:r>
        <w:rPr>
          <w:b/>
        </w:rPr>
        <w:t xml:space="preserve">[12:04] </w:t>
      </w:r>
      <w:r>
        <w:t>pehli train chhoot gayi to kya hai? doosri train milegi? teesri train milegi mujhe? to is</w:t>
      </w:r>
    </w:p>
    <w:p>
      <w:pPr>
        <w:jc w:val="right"/>
      </w:pPr>
      <w:r>
        <w:t>پہلی train چھوٹ گئی تو کیا ہے؟ دوسری ٹرین ملے گی؟ تیسری ٹرین ملے گی مجھے؟ تو اس</w:t>
      </w:r>
    </w:p>
    <w:p>
      <w:r>
        <w:rPr>
          <w:b/>
        </w:rPr>
        <w:t xml:space="preserve">[12:12] </w:t>
      </w:r>
      <w:r>
        <w:t>matlab mein ke aap ne apne peace ko maintain rakha.</w:t>
      </w:r>
    </w:p>
    <w:p>
      <w:pPr>
        <w:jc w:val="right"/>
      </w:pPr>
      <w:r>
        <w:t>معنی میں کہ آپ نے اپنے peace کو maintain رکھا۔</w:t>
      </w:r>
    </w:p>
    <w:p>
      <w:r>
        <w:rPr>
          <w:b/>
        </w:rPr>
        <w:t xml:space="preserve">[12:16] </w:t>
      </w:r>
      <w:r>
        <w:t>Peace ko aap ne bhang nahin hone diya.</w:t>
      </w:r>
    </w:p>
    <w:p>
      <w:pPr>
        <w:jc w:val="right"/>
      </w:pPr>
      <w:r>
        <w:t>Peace کو آپ نے بھنگ نہیں ہونے دیا۔</w:t>
      </w:r>
    </w:p>
    <w:p>
      <w:r>
        <w:rPr>
          <w:b/>
        </w:rPr>
        <w:t xml:space="preserve">[12:20] </w:t>
      </w:r>
      <w:r>
        <w:t>to peace ka talluq jo hai zindagi ke saare mamlaat se hai, individual ke mamlaat se bhi aur</w:t>
      </w:r>
    </w:p>
    <w:p>
      <w:pPr>
        <w:jc w:val="right"/>
      </w:pPr>
      <w:r>
        <w:t>تو peace کا تعلق جو ہے زندگی کے سارے معاملات سے ہے، individual کے معاملات سے بھی اور</w:t>
      </w:r>
    </w:p>
    <w:p>
      <w:r>
        <w:rPr>
          <w:b/>
        </w:rPr>
        <w:t xml:space="preserve">[12:28] </w:t>
      </w:r>
      <w:r>
        <w:t>poori community ke mamlaat se, poori nation ke mamlaat se.</w:t>
      </w:r>
    </w:p>
    <w:p>
      <w:pPr>
        <w:jc w:val="right"/>
      </w:pPr>
      <w:r>
        <w:t>پوری community کے معاملات سے، پوری nation کے معاملات سے۔</w:t>
      </w:r>
    </w:p>
    <w:p>
      <w:r>
        <w:rPr>
          <w:b/>
        </w:rPr>
        <w:t xml:space="preserve">[12:32] </w:t>
      </w:r>
      <w:r>
        <w:t>yahan tak ke super power ke maamle se bhi.</w:t>
      </w:r>
    </w:p>
    <w:p>
      <w:pPr>
        <w:jc w:val="right"/>
      </w:pPr>
      <w:r>
        <w:t>یہاں تک کہ super power کے معاملے سے بھی۔</w:t>
      </w:r>
    </w:p>
    <w:p>
      <w:r>
        <w:rPr>
          <w:b/>
        </w:rPr>
        <w:t xml:space="preserve">[12:36] </w:t>
      </w:r>
      <w:r>
        <w:t>Peace har ek ko chahiye.</w:t>
      </w:r>
    </w:p>
    <w:p>
      <w:pPr>
        <w:jc w:val="right"/>
      </w:pPr>
      <w:r>
        <w:t>Peace ہر ایک کو چاہیے۔</w:t>
      </w:r>
    </w:p>
    <w:p>
      <w:r>
        <w:rPr>
          <w:b/>
        </w:rPr>
        <w:t xml:space="preserve">[12:38] </w:t>
      </w:r>
      <w:r>
        <w:t>aaj ke newspaper mein maine padha ke United States jo hai, America, woh space science mein, yani</w:t>
      </w:r>
    </w:p>
    <w:p>
      <w:pPr>
        <w:jc w:val="right"/>
      </w:pPr>
      <w:r>
        <w:t>آج کے newspaper میں میں نے پڑھا کہ United States جو ہے، امریکہ، وہ space science میں، یعنی</w:t>
      </w:r>
    </w:p>
    <w:p>
      <w:r>
        <w:rPr>
          <w:b/>
        </w:rPr>
        <w:t xml:space="preserve">[12:46] </w:t>
      </w:r>
      <w:r>
        <w:t>peechhe space science mein woh secondary position par ja raha hai.</w:t>
      </w:r>
    </w:p>
    <w:p>
      <w:pPr>
        <w:jc w:val="right"/>
      </w:pPr>
      <w:r>
        <w:t>پیچھے space science میں وہ secondary position پر جا رہا ہے۔</w:t>
      </w:r>
    </w:p>
    <w:p>
      <w:r>
        <w:rPr>
          <w:b/>
        </w:rPr>
        <w:t xml:space="preserve">[12:50] </w:t>
      </w:r>
      <w:r>
        <w:t>aap jante hain ke bahut dinon se America jo tha, space science mein number ek par tha.</w:t>
      </w:r>
    </w:p>
    <w:p>
      <w:pPr>
        <w:jc w:val="right"/>
      </w:pPr>
      <w:r>
        <w:t>آپ جانتے ہیں کہ بہت دنوں سے امریکہ جو تھا، space science میں نمبر ایک پر تھا۔</w:t>
      </w:r>
    </w:p>
    <w:p>
      <w:r>
        <w:rPr>
          <w:b/>
        </w:rPr>
        <w:t xml:space="preserve">[12:58] </w:t>
      </w:r>
      <w:r>
        <w:t>aaj ke newspaper mein maine padha ke woh secondary position mein ja raha hai.</w:t>
      </w:r>
    </w:p>
    <w:p>
      <w:pPr>
        <w:jc w:val="right"/>
      </w:pPr>
      <w:r>
        <w:t>آج کے newspaper میں میں نے پڑھا کہ وہ secondary position میں جا رہا ہے۔</w:t>
      </w:r>
    </w:p>
    <w:p>
      <w:r>
        <w:rPr>
          <w:b/>
        </w:rPr>
        <w:t xml:space="preserve">[13:04] </w:t>
      </w:r>
      <w:r>
        <w:t>aur Russia aur China aage badh rahe hain.</w:t>
      </w:r>
    </w:p>
    <w:p>
      <w:pPr>
        <w:jc w:val="right"/>
      </w:pPr>
      <w:r>
        <w:t>اور Russia اور China آگے بڑھ رہے ہیں۔</w:t>
      </w:r>
    </w:p>
    <w:p>
      <w:r>
        <w:rPr>
          <w:b/>
        </w:rPr>
        <w:t xml:space="preserve">[13:07] </w:t>
      </w:r>
      <w:r>
        <w:t>yeh kyun? isse bataya gaya tha ke is liye ke Iraq war mein jo America uljha, jis mein</w:t>
      </w:r>
    </w:p>
    <w:p>
      <w:pPr>
        <w:jc w:val="right"/>
      </w:pPr>
      <w:r>
        <w:t>یہ کیوں؟ اسے بتایا گیا تھا کہ اس لیے کہ عراق war میں جو امریکہ الجھا، جس میں</w:t>
      </w:r>
    </w:p>
    <w:p>
      <w:r>
        <w:rPr>
          <w:b/>
        </w:rPr>
        <w:t xml:space="preserve">[13:15] </w:t>
      </w:r>
      <w:r>
        <w:t>uske five trillion dollar kharch kara liye usne.</w:t>
      </w:r>
    </w:p>
    <w:p>
      <w:pPr>
        <w:jc w:val="right"/>
      </w:pPr>
      <w:r>
        <w:t>اس کے five trillion ڈالر خرچ کرا لیے اس نے۔</w:t>
      </w:r>
    </w:p>
    <w:p>
      <w:r>
        <w:rPr>
          <w:b/>
        </w:rPr>
        <w:t xml:space="preserve">[13:19] </w:t>
      </w:r>
      <w:r>
        <w:t>Five trillion dollar.</w:t>
      </w:r>
    </w:p>
    <w:p>
      <w:pPr>
        <w:jc w:val="right"/>
      </w:pPr>
      <w:r>
        <w:t>Five trillion ڈالر۔</w:t>
      </w:r>
    </w:p>
    <w:p>
      <w:r>
        <w:rPr>
          <w:b/>
        </w:rPr>
        <w:t xml:space="preserve">[13:21] </w:t>
      </w:r>
      <w:r>
        <w:t>It was a five trillion dollar war.</w:t>
      </w:r>
    </w:p>
    <w:p>
      <w:pPr>
        <w:jc w:val="right"/>
      </w:pPr>
      <w:r>
        <w:t>It was a five trillion ڈالر war۔</w:t>
      </w:r>
    </w:p>
    <w:p>
      <w:r>
        <w:rPr>
          <w:b/>
        </w:rPr>
        <w:t xml:space="preserve">[13:24] </w:t>
      </w:r>
      <w:r>
        <w:t>Aur abhi bhi Iraq ki larai khatam nahi hui.</w:t>
      </w:r>
    </w:p>
    <w:p>
      <w:pPr>
        <w:jc w:val="right"/>
      </w:pPr>
      <w:r>
        <w:t>اور ابھی بھی عراق کی لڑائی ختم نہیں ہوئی۔</w:t>
      </w:r>
    </w:p>
    <w:p>
      <w:r>
        <w:rPr>
          <w:b/>
        </w:rPr>
        <w:t xml:space="preserve">[13:28] </w:t>
      </w:r>
      <w:r>
        <w:t>Daily wahan American maare ja rahe hain.</w:t>
      </w:r>
    </w:p>
    <w:p>
      <w:pPr>
        <w:jc w:val="right"/>
      </w:pPr>
      <w:r>
        <w:t>Daily وہاں امریکن مارے جا رہے ہیں۔</w:t>
      </w:r>
    </w:p>
    <w:p>
      <w:r>
        <w:rPr>
          <w:b/>
        </w:rPr>
        <w:t xml:space="preserve">[13:31] </w:t>
      </w:r>
      <w:r>
        <w:t>Daily wahan par un ko dollar kharch karna pad raha hai.</w:t>
      </w:r>
    </w:p>
    <w:p>
      <w:pPr>
        <w:jc w:val="right"/>
      </w:pPr>
      <w:r>
        <w:t>Daily وہاں پر ان کو ڈالر خرچ کرنا پڑ رہا ہے۔</w:t>
      </w:r>
    </w:p>
    <w:p>
      <w:r>
        <w:rPr>
          <w:b/>
        </w:rPr>
        <w:t xml:space="preserve">[13:35] </w:t>
      </w:r>
      <w:r>
        <w:t>Aur result kuch nahi mil raha hai.</w:t>
      </w:r>
    </w:p>
    <w:p>
      <w:pPr>
        <w:jc w:val="right"/>
      </w:pPr>
      <w:r>
        <w:t>اور result کچھ نہیں مل رہا ہے۔</w:t>
      </w:r>
    </w:p>
    <w:p>
      <w:r>
        <w:rPr>
          <w:b/>
        </w:rPr>
        <w:t xml:space="preserve">[13:38] </w:t>
      </w:r>
      <w:r>
        <w:t>Nateeja kya hua? Is mein likha tha ke space research mein un ki funding bohat kam ho gayi.</w:t>
      </w:r>
    </w:p>
    <w:p>
      <w:pPr>
        <w:jc w:val="right"/>
      </w:pPr>
      <w:r>
        <w:t>نتیجہ کیا ہوا؟ اس میں لکھا تھا کہ space research میں ان کی funding بہت کم ہو گئی۔</w:t>
      </w:r>
    </w:p>
    <w:p>
      <w:r>
        <w:rPr>
          <w:b/>
        </w:rPr>
        <w:t xml:space="preserve">[13:46] </w:t>
      </w:r>
      <w:r>
        <w:t>Pehle jitni funding karta tha America space research mein, ab utni nahi kar pa raha hai.</w:t>
      </w:r>
    </w:p>
    <w:p>
      <w:pPr>
        <w:jc w:val="right"/>
      </w:pPr>
      <w:r>
        <w:t>پہلے جتنی funding کرتا تھا امریکہ space research میں، اب اتنی نہیں کر پا رہا ہے۔</w:t>
      </w:r>
    </w:p>
    <w:p>
      <w:r>
        <w:rPr>
          <w:b/>
        </w:rPr>
        <w:t xml:space="preserve">[13:53] </w:t>
      </w:r>
      <w:r>
        <w:t>Itne problem barh gaye, economic problem.</w:t>
      </w:r>
    </w:p>
    <w:p>
      <w:pPr>
        <w:jc w:val="right"/>
      </w:pPr>
      <w:r>
        <w:t>اتنے problem بڑھ گئے، economic problem۔</w:t>
      </w:r>
    </w:p>
    <w:p>
      <w:r>
        <w:rPr>
          <w:b/>
        </w:rPr>
        <w:t xml:space="preserve">[13:56] </w:t>
      </w:r>
      <w:r>
        <w:t>To is ka andesha paida ho gaya hai ke America jo hai, space science mein secondary position par</w:t>
      </w:r>
    </w:p>
    <w:p>
      <w:pPr>
        <w:jc w:val="right"/>
      </w:pPr>
      <w:r>
        <w:t>تو اس کا اندیشہ پیدا ہو گیا ہے کہ امریکہ جو ہے، space science میں secondary position پر</w:t>
      </w:r>
    </w:p>
    <w:p>
      <w:r>
        <w:rPr>
          <w:b/>
        </w:rPr>
        <w:t xml:space="preserve">[14:03] </w:t>
      </w:r>
      <w:r>
        <w:t>chala jayega.</w:t>
      </w:r>
    </w:p>
    <w:p>
      <w:pPr>
        <w:jc w:val="right"/>
      </w:pPr>
      <w:r>
        <w:t>چلا جائے گا۔</w:t>
      </w:r>
    </w:p>
    <w:p>
      <w:r>
        <w:rPr>
          <w:b/>
        </w:rPr>
        <w:t xml:space="preserve">[14:05] </w:t>
      </w:r>
      <w:r>
        <w:t>Yeh kyun hua aisa? Ke America peace par na reh saka.</w:t>
      </w:r>
    </w:p>
    <w:p>
      <w:pPr>
        <w:jc w:val="right"/>
      </w:pPr>
      <w:r>
        <w:t>یہ کیوں ہوا ایسا؟ کہ امریکہ peace پر نہ رہ سکا۔</w:t>
      </w:r>
    </w:p>
    <w:p>
      <w:r>
        <w:rPr>
          <w:b/>
        </w:rPr>
        <w:t xml:space="preserve">[14:10] </w:t>
      </w:r>
      <w:r>
        <w:t>Yaani is ko kuch shikayat hui Saddam Hussain se, jo us waqt Iraq ke President thay.</w:t>
      </w:r>
    </w:p>
    <w:p>
      <w:pPr>
        <w:jc w:val="right"/>
      </w:pPr>
      <w:r>
        <w:t>یعنی اس کو کچھ شکایت ہوئی صدام حسین سے، جو اس وقت عراق کے President تھے۔</w:t>
      </w:r>
    </w:p>
    <w:p>
      <w:r>
        <w:rPr>
          <w:b/>
        </w:rPr>
        <w:t xml:space="preserve">[14:16] </w:t>
      </w:r>
      <w:r>
        <w:t>To theek hai, shikayat hui.</w:t>
      </w:r>
    </w:p>
    <w:p>
      <w:pPr>
        <w:jc w:val="right"/>
      </w:pPr>
      <w:r>
        <w:t>تو ٹھیک ہے، شکایت ہوئی۔</w:t>
      </w:r>
    </w:p>
    <w:p>
      <w:r>
        <w:rPr>
          <w:b/>
        </w:rPr>
        <w:t xml:space="preserve">[14:19] </w:t>
      </w:r>
      <w:r>
        <w:t>To shikayat ko peaceful negotiation se solve karna chahiye.</w:t>
      </w:r>
    </w:p>
    <w:p>
      <w:pPr>
        <w:jc w:val="right"/>
      </w:pPr>
      <w:r>
        <w:t>تو شکایت کو peaceful negotiation سے solve کرنا چاہیے۔</w:t>
      </w:r>
    </w:p>
    <w:p>
      <w:r>
        <w:rPr>
          <w:b/>
        </w:rPr>
        <w:t xml:space="preserve">[14:22] </w:t>
      </w:r>
      <w:r>
        <w:t>War se nahi.</w:t>
      </w:r>
    </w:p>
    <w:p>
      <w:pPr>
        <w:jc w:val="right"/>
      </w:pPr>
      <w:r>
        <w:t>War سے نہیں۔</w:t>
      </w:r>
    </w:p>
    <w:p>
      <w:r>
        <w:rPr>
          <w:b/>
        </w:rPr>
        <w:t xml:space="preserve">[14:24] </w:t>
      </w:r>
      <w:r>
        <w:t>To Saddam Hussain se ya kisi aur se agar shikayat hui.</w:t>
      </w:r>
    </w:p>
    <w:p>
      <w:pPr>
        <w:jc w:val="right"/>
      </w:pPr>
      <w:r>
        <w:t>تو صدام حسین سے یا کسی اور سے اگر شکایت ہوئی۔</w:t>
      </w:r>
    </w:p>
    <w:p>
      <w:r>
        <w:rPr>
          <w:b/>
        </w:rPr>
        <w:t xml:space="preserve">[14:29] </w:t>
      </w:r>
      <w:r>
        <w:t>To agar America sirf peaceful negotiation karta, parman baatcheet karta, to is ki sari taqat intact rehti.</w:t>
      </w:r>
    </w:p>
    <w:p>
      <w:pPr>
        <w:jc w:val="right"/>
      </w:pPr>
      <w:r>
        <w:t>تو اگر امریکہ صرف peaceful negotiation کرتا، پرامن بات چیت کرتا، تو اس کی ساری طاقت intact رہتی۔</w:t>
      </w:r>
    </w:p>
    <w:p>
      <w:r>
        <w:rPr>
          <w:b/>
        </w:rPr>
        <w:t xml:space="preserve">[14:36] </w:t>
      </w:r>
      <w:r>
        <w:t>Lekin woh jump kar ke kood pada war mein.</w:t>
      </w:r>
    </w:p>
    <w:p>
      <w:pPr>
        <w:jc w:val="right"/>
      </w:pPr>
      <w:r>
        <w:t>لیکن وہ جمپ کر کے کود پڑا war میں۔</w:t>
      </w:r>
    </w:p>
    <w:p>
      <w:r>
        <w:rPr>
          <w:b/>
        </w:rPr>
        <w:t xml:space="preserve">[14:40] </w:t>
      </w:r>
      <w:r>
        <w:t>Yaani negotiation table ko chhod kar ke war mein jump karna pada.</w:t>
      </w:r>
    </w:p>
    <w:p>
      <w:pPr>
        <w:jc w:val="right"/>
      </w:pPr>
      <w:r>
        <w:t>یعنی negotiation table کو چھوڑ کر کے war میں جمپ کرنا پڑا۔</w:t>
      </w:r>
    </w:p>
    <w:p>
      <w:r>
        <w:rPr>
          <w:b/>
        </w:rPr>
        <w:t xml:space="preserve">[14:45] </w:t>
      </w:r>
      <w:r>
        <w:t>Larai mein kood gaya.</w:t>
      </w:r>
    </w:p>
    <w:p>
      <w:pPr>
        <w:jc w:val="right"/>
      </w:pPr>
      <w:r>
        <w:t>لڑائی میں کود گیا۔</w:t>
      </w:r>
    </w:p>
    <w:p>
      <w:r>
        <w:rPr>
          <w:b/>
        </w:rPr>
        <w:t xml:space="preserve">[14:47] </w:t>
      </w:r>
      <w:r>
        <w:t>To kya hua? Five trillion dollar is ke kharch hue.</w:t>
      </w:r>
    </w:p>
    <w:p>
      <w:pPr>
        <w:jc w:val="right"/>
      </w:pPr>
      <w:r>
        <w:t>تو کیا ہوا؟ Five trillion ڈالر اس کے خرچ ہوئے۔</w:t>
      </w:r>
    </w:p>
    <w:p>
      <w:r>
        <w:rPr>
          <w:b/>
        </w:rPr>
        <w:t xml:space="preserve">[14:51] </w:t>
      </w:r>
      <w:r>
        <w:t>Abhi bhi kharch hue chale ja rahe hain.</w:t>
      </w:r>
    </w:p>
    <w:p>
      <w:pPr>
        <w:jc w:val="right"/>
      </w:pPr>
      <w:r>
        <w:t>ابھی بھی خرچ ہوئے چلے جا رہے ہیں۔</w:t>
      </w:r>
    </w:p>
    <w:p>
      <w:r>
        <w:rPr>
          <w:b/>
        </w:rPr>
        <w:t xml:space="preserve">[14:55] </w:t>
      </w:r>
      <w:r>
        <w:t>Aur abhi tak koi door door ka koi dikhai nahi padta ke wahan is ko kuch jeet hone</w:t>
      </w:r>
    </w:p>
    <w:p>
      <w:pPr>
        <w:jc w:val="right"/>
      </w:pPr>
      <w:r>
        <w:t>اور ابھی تک کوئی دور دور کا کوئی دکھائی نہیں پڑتا کہ وہاں اس کو کچھ جیت ہونے</w:t>
      </w:r>
    </w:p>
    <w:p>
      <w:r>
        <w:rPr>
          <w:b/>
        </w:rPr>
        <w:t xml:space="preserve">[15:02] </w:t>
      </w:r>
      <w:r>
        <w:t>wali hai.</w:t>
      </w:r>
    </w:p>
    <w:p>
      <w:pPr>
        <w:jc w:val="right"/>
      </w:pPr>
      <w:r>
        <w:t>والی ہے۔</w:t>
      </w:r>
    </w:p>
    <w:p>
      <w:r>
        <w:rPr>
          <w:b/>
        </w:rPr>
        <w:t xml:space="preserve">[15:04] </w:t>
      </w:r>
      <w:r>
        <w:t>to aap jante hain ke resources to limited hote hain har aik ke.</w:t>
      </w:r>
    </w:p>
    <w:p>
      <w:pPr>
        <w:jc w:val="right"/>
      </w:pPr>
      <w:r>
        <w:t>تو آپ جانتے ہیں کہ resources تو limited ہوتے ہیں ہر ایک کے۔</w:t>
      </w:r>
    </w:p>
    <w:p>
      <w:r>
        <w:rPr>
          <w:b/>
        </w:rPr>
        <w:t xml:space="preserve">[15:10] </w:t>
      </w:r>
      <w:r>
        <w:t>Unlimited resource to kisi ke paas nahi hota hai.</w:t>
      </w:r>
    </w:p>
    <w:p>
      <w:pPr>
        <w:jc w:val="right"/>
      </w:pPr>
      <w:r>
        <w:t>Unlimited resource تو کسی کے پاس نہیں ہوتا ہے۔</w:t>
      </w:r>
    </w:p>
    <w:p>
      <w:r>
        <w:rPr>
          <w:b/>
        </w:rPr>
        <w:t xml:space="preserve">[15:13] </w:t>
      </w:r>
      <w:r>
        <w:t>to amreeka ki funding jo thi pehle space science mein woh kam ho gai.</w:t>
      </w:r>
    </w:p>
    <w:p>
      <w:pPr>
        <w:jc w:val="right"/>
      </w:pPr>
      <w:r>
        <w:t>تو امریکہ کی funding جو تھی پہلے space science میں وہ کم ہو گئی۔</w:t>
      </w:r>
    </w:p>
    <w:p>
      <w:r>
        <w:rPr>
          <w:b/>
        </w:rPr>
        <w:t xml:space="preserve">[15:19] </w:t>
      </w:r>
      <w:r>
        <w:t>to peaceful behavior ko maintain na karne ki yeh price deni pari amreeka ko.</w:t>
      </w:r>
    </w:p>
    <w:p>
      <w:pPr>
        <w:jc w:val="right"/>
      </w:pPr>
      <w:r>
        <w:t>تو peaceful behavior کو maintain نہ کرنے کی یہ price دینی پڑی امریکہ کو۔</w:t>
      </w:r>
    </w:p>
    <w:p>
      <w:r>
        <w:rPr>
          <w:b/>
        </w:rPr>
        <w:t xml:space="preserve">[15:25] </w:t>
      </w:r>
      <w:r>
        <w:t>to koi bhi afford nahi kar sakta ke peace se bahar jae.</w:t>
      </w:r>
    </w:p>
    <w:p>
      <w:pPr>
        <w:jc w:val="right"/>
      </w:pPr>
      <w:r>
        <w:t>تو کوئی بھی afford نہیں کر سکتا کہ peace سے باہر جائے۔</w:t>
      </w:r>
    </w:p>
    <w:p>
      <w:r>
        <w:rPr>
          <w:b/>
        </w:rPr>
        <w:t xml:space="preserve">[15:31] </w:t>
      </w:r>
      <w:r>
        <w:t>You have to maintain peace at any cost.</w:t>
      </w:r>
    </w:p>
    <w:p>
      <w:pPr>
        <w:jc w:val="right"/>
      </w:pPr>
      <w:r>
        <w:t>You have to maintain peace at any cost۔</w:t>
      </w:r>
    </w:p>
    <w:p>
      <w:r>
        <w:rPr>
          <w:b/>
        </w:rPr>
        <w:t xml:space="preserve">[15:34] </w:t>
      </w:r>
      <w:r>
        <w:t>In every situation.</w:t>
      </w:r>
    </w:p>
    <w:p>
      <w:pPr>
        <w:jc w:val="right"/>
      </w:pPr>
      <w:r>
        <w:t>In every situation۔</w:t>
      </w:r>
    </w:p>
    <w:p>
      <w:r>
        <w:rPr>
          <w:b/>
        </w:rPr>
        <w:t xml:space="preserve">[15:35] </w:t>
      </w:r>
      <w:r>
        <w:t>No excuse whatsoever.</w:t>
      </w:r>
    </w:p>
    <w:p>
      <w:pPr>
        <w:jc w:val="right"/>
      </w:pPr>
      <w:r>
        <w:t>No excuse whatsoever۔</w:t>
      </w:r>
    </w:p>
    <w:p>
      <w:r>
        <w:rPr>
          <w:b/>
        </w:rPr>
        <w:t xml:space="preserve">[15:37] </w:t>
      </w:r>
      <w:r>
        <w:t>kuch bhi idhar ho to aap ko is idhar ko nahi rehna hai.</w:t>
      </w:r>
    </w:p>
    <w:p>
      <w:pPr>
        <w:jc w:val="right"/>
      </w:pPr>
      <w:r>
        <w:t>کچھ بھی ادھر ہو تو آپ کو اس ادھر کو نہیں رہنا ہے۔</w:t>
      </w:r>
    </w:p>
    <w:p>
      <w:r>
        <w:rPr>
          <w:b/>
        </w:rPr>
        <w:t xml:space="preserve">[15:43] </w:t>
      </w:r>
      <w:r>
        <w:t>Peace par to qaim hi rehna hai, chahe kuch bhi hota rahe.</w:t>
      </w:r>
    </w:p>
    <w:p>
      <w:pPr>
        <w:jc w:val="right"/>
      </w:pPr>
      <w:r>
        <w:t>Peace پر تو قائم ہی رہنا ہے، چاہے کچھ بھی ہوتا رہے۔</w:t>
      </w:r>
    </w:p>
    <w:p>
      <w:r>
        <w:rPr>
          <w:b/>
        </w:rPr>
        <w:t xml:space="preserve">[15:48] </w:t>
      </w:r>
      <w:r>
        <w:t>to kya hoga? dekhiye, peace par qaim rehne ka faida kya hota hai? aap ki energy intact rehti</w:t>
      </w:r>
    </w:p>
    <w:p>
      <w:pPr>
        <w:jc w:val="right"/>
      </w:pPr>
      <w:r>
        <w:t>تو کیا ہوگا؟ دیکھیے، peace پر قائم رہنے کا فائدہ کیا ہوتا ہے؟ آپ کی energy intact رہتی</w:t>
      </w:r>
    </w:p>
    <w:p>
      <w:r>
        <w:rPr>
          <w:b/>
        </w:rPr>
        <w:t xml:space="preserve">[15:55]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[15:57] </w:t>
      </w:r>
      <w:r>
        <w:t>aur sab se bara jo kaam hai ke opportunity ko avail karna.</w:t>
      </w:r>
    </w:p>
    <w:p>
      <w:pPr>
        <w:jc w:val="right"/>
      </w:pPr>
      <w:r>
        <w:t>اور سب سے بڑا جو کام ہے کہ opportunity کو avail کرنا۔</w:t>
      </w:r>
    </w:p>
    <w:p>
      <w:r>
        <w:rPr>
          <w:b/>
        </w:rPr>
        <w:t xml:space="preserve">[16:02] </w:t>
      </w:r>
      <w:r>
        <w:t>to aap opportunity ko avail karne ka jo process hai, woh continue rehta hai.</w:t>
      </w:r>
    </w:p>
    <w:p>
      <w:pPr>
        <w:jc w:val="right"/>
      </w:pPr>
      <w:r>
        <w:t>تو آپ opportunity کو avail کرنے کا جو process ہے، وہ continue رہتا ہے۔</w:t>
      </w:r>
    </w:p>
    <w:p>
      <w:r>
        <w:rPr>
          <w:b/>
        </w:rPr>
        <w:t xml:space="preserve">[16:08] </w:t>
      </w:r>
      <w:r>
        <w:t>yaad rakhiye, sab se bara faida peace ko maintain karne ka yeh hai ke opportunity ko avail karne</w:t>
      </w:r>
    </w:p>
    <w:p>
      <w:pPr>
        <w:jc w:val="right"/>
      </w:pPr>
      <w:r>
        <w:t>یاد رکھیے، سب سے بڑا فائدہ peace کو maintain کرنے کا یہ ہے کہ opportunity کو avail کرنے</w:t>
      </w:r>
    </w:p>
    <w:p>
      <w:r>
        <w:rPr>
          <w:b/>
        </w:rPr>
        <w:t xml:space="preserve">[16:16] </w:t>
      </w:r>
      <w:r>
        <w:t>ka process chalta rahe.</w:t>
      </w:r>
    </w:p>
    <w:p>
      <w:pPr>
        <w:jc w:val="right"/>
      </w:pPr>
      <w:r>
        <w:t>کا process چلتا رہے۔</w:t>
      </w:r>
    </w:p>
    <w:p>
      <w:r>
        <w:rPr>
          <w:b/>
        </w:rPr>
        <w:t xml:space="preserve">[16:17] </w:t>
      </w:r>
      <w:r>
        <w:t>har jaise amreeka hai, agar woh peace ko maintain karta to opportunity ko avail karne ka jo process</w:t>
      </w:r>
    </w:p>
    <w:p>
      <w:pPr>
        <w:jc w:val="right"/>
      </w:pPr>
      <w:r>
        <w:t>ہر جیسے امریکہ ہے، اگر وہ peace کو maintain کرتا تو opportunity کو avail کرنے کا جو process</w:t>
      </w:r>
    </w:p>
    <w:p>
      <w:r>
        <w:rPr>
          <w:b/>
        </w:rPr>
        <w:t xml:space="preserve">[16:25] </w:t>
      </w:r>
      <w:r>
        <w:t>tha, chalta rehta woh.</w:t>
      </w:r>
    </w:p>
    <w:p>
      <w:pPr>
        <w:jc w:val="right"/>
      </w:pPr>
      <w:r>
        <w:t>تھا، چلتا رہتا وہ۔</w:t>
      </w:r>
    </w:p>
    <w:p>
      <w:r>
        <w:rPr>
          <w:b/>
        </w:rPr>
        <w:t xml:space="preserve">[16:27] </w:t>
      </w:r>
      <w:r>
        <w:t>Space mein nai nai cheezen us ko discover karni theen.</w:t>
      </w:r>
    </w:p>
    <w:p>
      <w:pPr>
        <w:jc w:val="right"/>
      </w:pPr>
      <w:r>
        <w:t>Space میں نئی نئی چیزیں اس کو discover کرنی تھیں۔</w:t>
      </w:r>
    </w:p>
    <w:p>
      <w:r>
        <w:rPr>
          <w:b/>
        </w:rPr>
        <w:t xml:space="preserve">[16:31] </w:t>
      </w:r>
      <w:r>
        <w:t>woh opportunity thi us ki ke ke space ki cheezon ko discover kar ke woh apni leadership ko</w:t>
      </w:r>
    </w:p>
    <w:p>
      <w:pPr>
        <w:jc w:val="right"/>
      </w:pPr>
      <w:r>
        <w:t>وہ opportunity تھی اس کی کہ کہ space کی چیزوں کو discover کر کے وہ اپنی leadership کو</w:t>
      </w:r>
    </w:p>
    <w:p>
      <w:r>
        <w:rPr>
          <w:b/>
        </w:rPr>
        <w:t xml:space="preserve">[16:39] </w:t>
      </w:r>
      <w:r>
        <w:t>maintain kare.</w:t>
      </w:r>
    </w:p>
    <w:p>
      <w:pPr>
        <w:jc w:val="right"/>
      </w:pPr>
      <w:r>
        <w:t>maintain کرے۔</w:t>
      </w:r>
    </w:p>
    <w:p>
      <w:r>
        <w:rPr>
          <w:b/>
        </w:rPr>
        <w:t xml:space="preserve">[16:40] </w:t>
      </w:r>
      <w:r>
        <w:t>to peace ka sab se bara faida jo hota hai, woh yeh hota hai ke aap is position</w:t>
      </w:r>
    </w:p>
    <w:p>
      <w:pPr>
        <w:jc w:val="right"/>
      </w:pPr>
      <w:r>
        <w:t>تو peace کا سب سے بڑا فائدہ جو ہوتا ہے، وہ یہ ہوتا ہے کہ آپ اس position</w:t>
      </w:r>
    </w:p>
    <w:p>
      <w:r>
        <w:rPr>
          <w:b/>
        </w:rPr>
        <w:t xml:space="preserve">[16:48] </w:t>
      </w:r>
      <w:r>
        <w:t>mein ho jaate hain ke is waqt, yani kisi bhi given situation mein yaad rakhiye, hamesha opportunities baqi</w:t>
      </w:r>
    </w:p>
    <w:p>
      <w:pPr>
        <w:jc w:val="right"/>
      </w:pPr>
      <w:r>
        <w:t>میں ہو جاتے ہیں کہ اس وقت، یعنی کسی بھی given situation میں یاد رکھیے، ہمیشہ opportunities باقی</w:t>
      </w:r>
    </w:p>
    <w:p>
      <w:r>
        <w:rPr>
          <w:b/>
        </w:rPr>
        <w:t xml:space="preserve">[16:56] </w:t>
      </w:r>
      <w:r>
        <w:t>rehti hain.</w:t>
      </w:r>
    </w:p>
    <w:p>
      <w:pPr>
        <w:jc w:val="right"/>
      </w:pPr>
      <w:r>
        <w:t>رہتی ہیں۔</w:t>
      </w:r>
    </w:p>
    <w:p>
      <w:r>
        <w:rPr>
          <w:b/>
        </w:rPr>
        <w:t xml:space="preserve">[16:57] </w:t>
      </w:r>
      <w:r>
        <w:t>kabhi aisa nahi ho sakta ke opportunities maujood na hon.</w:t>
      </w:r>
    </w:p>
    <w:p>
      <w:pPr>
        <w:jc w:val="right"/>
      </w:pPr>
      <w:r>
        <w:t>کبھی ایسا نہیں ہو سکتا کہ opportunities موجود نہ ہوں۔</w:t>
      </w:r>
    </w:p>
    <w:p>
      <w:r>
        <w:rPr>
          <w:b/>
        </w:rPr>
        <w:t xml:space="preserve">[17:02] </w:t>
      </w:r>
      <w:r>
        <w:t>to jab aap war ka option lete hain to to kya hota hai? Opportunities ko avail karna jo</w:t>
      </w:r>
    </w:p>
    <w:p>
      <w:pPr>
        <w:jc w:val="right"/>
      </w:pPr>
      <w:r>
        <w:t>تو جب آپ war کا option لیتے ہیں تو تو کیا ہوتا ہے؟ Opportunities کو avail کرنا جو</w:t>
      </w:r>
    </w:p>
    <w:p>
      <w:r>
        <w:rPr>
          <w:b/>
        </w:rPr>
        <w:t xml:space="preserve">[17:09] </w:t>
      </w:r>
      <w:r>
        <w:t>hai, woh stop ho jata hai, band ho jata hai.</w:t>
      </w:r>
    </w:p>
    <w:p>
      <w:pPr>
        <w:jc w:val="right"/>
      </w:pPr>
      <w:r>
        <w:t>ہے، وہ stop ہو جاتا ہے، بند ہو جاتا ہے۔</w:t>
      </w:r>
    </w:p>
    <w:p>
      <w:r>
        <w:rPr>
          <w:b/>
        </w:rPr>
        <w:t xml:space="preserve">[17:14] </w:t>
      </w:r>
      <w:r>
        <w:t>aur jab peace ka option lete hain to opportunities ko avail karne ka process chalta rehta hai.</w:t>
      </w:r>
    </w:p>
    <w:p>
      <w:pPr>
        <w:jc w:val="right"/>
      </w:pPr>
      <w:r>
        <w:t>اور جب peace کا option لیتے ہیں تو opportunities کو avail کرنے کا process چلتا رہتا ہے۔</w:t>
      </w:r>
    </w:p>
    <w:p>
      <w:r>
        <w:rPr>
          <w:b/>
        </w:rPr>
        <w:t xml:space="preserve">[17:21] </w:t>
      </w:r>
      <w:r>
        <w:t>isi liye hadith mein hai ke "in allaha yu'ti al-rifqa ma la yu'ti al-dif'a".</w:t>
      </w:r>
    </w:p>
    <w:p>
      <w:pPr>
        <w:jc w:val="right"/>
      </w:pPr>
      <w:r>
        <w:t>اسی لیے حدیث میں ہے کہ "إن الله يعطي الرفق ما لا يعطي الضعف"۔</w:t>
      </w:r>
    </w:p>
    <w:p>
      <w:r>
        <w:rPr>
          <w:b/>
        </w:rPr>
        <w:t xml:space="preserve">[17:27] </w:t>
      </w:r>
      <w:r>
        <w:t>God grants to non-violence what He does not grant to violence.</w:t>
      </w:r>
    </w:p>
    <w:p>
      <w:pPr>
        <w:jc w:val="right"/>
      </w:pPr>
      <w:r>
        <w:t>God grants to non-violence what He does not grant to violence۔</w:t>
      </w:r>
    </w:p>
    <w:p>
      <w:r>
        <w:rPr>
          <w:b/>
        </w:rPr>
        <w:t xml:space="preserve">[17:32] </w:t>
      </w:r>
      <w:r>
        <w:t>yani khuda aman par woh cheez deta hai jo woh tashaddud par nahi deta.</w:t>
      </w:r>
    </w:p>
    <w:p>
      <w:pPr>
        <w:jc w:val="right"/>
      </w:pPr>
      <w:r>
        <w:t>یعنی خدا امن پر وہ چیز دیتا ہے جو وہ تشدد پر نہیں دیتا۔</w:t>
      </w:r>
    </w:p>
    <w:p>
      <w:r>
        <w:rPr>
          <w:b/>
        </w:rPr>
        <w:t xml:space="preserve">[17:38] </w:t>
      </w:r>
      <w:r>
        <w:t>yani aap aman par behavior par qaim rahen.</w:t>
      </w:r>
    </w:p>
    <w:p>
      <w:pPr>
        <w:jc w:val="right"/>
      </w:pPr>
      <w:r>
        <w:t>یعنی آپ پرامن behavior پر قائم رہیں۔</w:t>
      </w:r>
    </w:p>
    <w:p>
      <w:r>
        <w:rPr>
          <w:b/>
        </w:rPr>
        <w:t xml:space="preserve">[17:41] </w:t>
      </w:r>
      <w:r>
        <w:t>is se woh faida milega aap ko jo tashaddud ke behavior par jaane se aap ko nahi</w:t>
      </w:r>
    </w:p>
    <w:p>
      <w:pPr>
        <w:jc w:val="right"/>
      </w:pPr>
      <w:r>
        <w:t>اس سے وہ فائدہ ملے گا آپ کو جو تشدد کے behavior پر جانے سے آپ کو نہیں</w:t>
      </w:r>
    </w:p>
    <w:p>
      <w:r>
        <w:rPr>
          <w:b/>
        </w:rPr>
        <w:t xml:space="preserve">[17:48] </w:t>
      </w:r>
      <w:r>
        <w:t>milega.</w:t>
      </w:r>
    </w:p>
    <w:p>
      <w:pPr>
        <w:jc w:val="right"/>
      </w:pPr>
      <w:r>
        <w:t>ملے گا۔</w:t>
      </w:r>
    </w:p>
    <w:p>
      <w:r>
        <w:rPr>
          <w:b/>
        </w:rPr>
        <w:t xml:space="preserve">[17:50] </w:t>
      </w:r>
      <w:r>
        <w:t>God grants to non-violence what He does not grant to violence.</w:t>
      </w:r>
    </w:p>
    <w:p>
      <w:pPr>
        <w:jc w:val="right"/>
      </w:pPr>
      <w:r>
        <w:t>God grants to non-violence what He does not grant to violence۔</w:t>
      </w:r>
    </w:p>
    <w:p>
      <w:r>
        <w:rPr>
          <w:b/>
        </w:rPr>
        <w:t xml:space="preserve">[17:55] </w:t>
      </w:r>
      <w:r>
        <w:t>isi liye kaha gaya hai.</w:t>
      </w:r>
    </w:p>
    <w:p>
      <w:pPr>
        <w:jc w:val="right"/>
      </w:pPr>
      <w:r>
        <w:t>اسی لیے کہا گیا ہے۔</w:t>
      </w:r>
    </w:p>
    <w:p>
      <w:r>
        <w:rPr>
          <w:b/>
        </w:rPr>
        <w:t xml:space="preserve">[17:57] </w:t>
      </w:r>
      <w:r>
        <w:t>is ka matlab yahi hai ke jab aap peaceful rahenge to aap is position mein honge</w:t>
      </w:r>
    </w:p>
    <w:p>
      <w:pPr>
        <w:jc w:val="right"/>
      </w:pPr>
      <w:r>
        <w:t>اس کا مطلب یہی ہے کہ جب آپ peaceful رہیں گے تو آپ اس position میں ہوں گے</w:t>
      </w:r>
    </w:p>
    <w:p>
      <w:r>
        <w:rPr>
          <w:b/>
        </w:rPr>
        <w:t xml:space="preserve">[18:04] </w:t>
      </w:r>
      <w:r>
        <w:t>ke opportunities ko avail kar saken.</w:t>
      </w:r>
    </w:p>
    <w:p>
      <w:pPr>
        <w:jc w:val="right"/>
      </w:pPr>
      <w:r>
        <w:t>کہ opportunities کو avail کر سکیں۔</w:t>
      </w:r>
    </w:p>
    <w:p>
      <w:r>
        <w:rPr>
          <w:b/>
        </w:rPr>
        <w:t xml:space="preserve">[18:07] </w:t>
      </w:r>
      <w:r>
        <w:t>aur jab aap ne violence ka option liya to is ka matlab kya hoga? Ke aap ke haan</w:t>
      </w:r>
    </w:p>
    <w:p>
      <w:pPr>
        <w:jc w:val="right"/>
      </w:pPr>
      <w:r>
        <w:t>اور جب آپ نے violence کا option لیا تو اس کا مطلب کیا ہوگا؟ کہ آپ کے ہاں</w:t>
      </w:r>
    </w:p>
    <w:p>
      <w:r>
        <w:rPr>
          <w:b/>
        </w:rPr>
        <w:t xml:space="preserve">[18:15] </w:t>
      </w:r>
      <w:r>
        <w:t>opportunities ko avail karne ka jo process hai, wahi ruk gaya.</w:t>
      </w:r>
    </w:p>
    <w:p>
      <w:pPr>
        <w:jc w:val="right"/>
      </w:pPr>
      <w:r>
        <w:t>opportunities کو avail کرنے کا جو process ہے، وہی رک گیا۔</w:t>
      </w:r>
    </w:p>
    <w:p>
      <w:r>
        <w:rPr>
          <w:b/>
        </w:rPr>
        <w:t xml:space="preserve">[18:19] </w:t>
      </w:r>
      <w:r>
        <w:t>to sab se bara yaad rakhiye, is dunya mein sab se bara nuqsan yahi hai ke koi aadmi</w:t>
      </w:r>
    </w:p>
    <w:p>
      <w:pPr>
        <w:jc w:val="right"/>
      </w:pPr>
      <w:r>
        <w:t>تو سب سے بڑا یاد رکھیے، اس دنیا میں سب سے بڑا نقصان یہی ہے کہ کوئی آدمی</w:t>
      </w:r>
    </w:p>
    <w:p>
      <w:r>
        <w:rPr>
          <w:b/>
        </w:rPr>
        <w:t xml:space="preserve">[18:27] </w:t>
      </w:r>
      <w:r>
        <w:t>apne ko is position mein na rakhe ke woh opportunities ko avail na kar sake.</w:t>
      </w:r>
    </w:p>
    <w:p>
      <w:pPr>
        <w:jc w:val="right"/>
      </w:pPr>
      <w:r>
        <w:t>اپنے کو اس position میں نہ رکھے کہ وہ opportunities کو avail نہ کر سکے۔</w:t>
      </w:r>
    </w:p>
    <w:p>
      <w:r>
        <w:rPr>
          <w:b/>
        </w:rPr>
        <w:t xml:space="preserve">[18:34] </w:t>
      </w:r>
      <w:r>
        <w:t>to yaad rakhiye, violence, ladai, ghussa, nafrat, inteqam aur jitni bhi negative cheezen hain is qism ki, un</w:t>
      </w:r>
    </w:p>
    <w:p>
      <w:pPr>
        <w:jc w:val="right"/>
      </w:pPr>
      <w:r>
        <w:t>تو یاد رکھیے، violence، لڑائی، غصہ، نفرت، انتقام اور جتنی بھی negative چیزیں ہیں اس قسم کی، ان</w:t>
      </w:r>
    </w:p>
    <w:p>
      <w:r>
        <w:rPr>
          <w:b/>
        </w:rPr>
        <w:t xml:space="preserve">[18:41] </w:t>
      </w:r>
      <w:r>
        <w:t>sab ka yeh nuqsan hota hai ke aap jo opportunities hain, un ko avail nahi kar paate.</w:t>
      </w:r>
    </w:p>
    <w:p>
      <w:pPr>
        <w:jc w:val="right"/>
      </w:pPr>
      <w:r>
        <w:t>سب کا یہ نقصان ہوتا ہے کہ آپ جو opportunities ہیں، ان کو avail نہیں کر پاتے۔</w:t>
      </w:r>
    </w:p>
    <w:p>
      <w:r>
        <w:rPr>
          <w:b/>
        </w:rPr>
        <w:t xml:space="preserve">[18:49] </w:t>
      </w:r>
      <w:r>
        <w:t>sab se bara nuqsan yeh hota hai.</w:t>
      </w:r>
    </w:p>
    <w:p>
      <w:pPr>
        <w:jc w:val="right"/>
      </w:pPr>
      <w:r>
        <w:t>سب سے بڑا نقصان یہ ہوتا ہے۔</w:t>
      </w:r>
    </w:p>
    <w:p>
      <w:r>
        <w:rPr>
          <w:b/>
        </w:rPr>
        <w:t xml:space="preserve">[18:52] </w:t>
      </w:r>
      <w:r>
        <w:t>aur yaad rakhiye, aaj jo opportunity thi aap ke liye, agar aap ne is ko avail nahi kiya</w:t>
      </w:r>
    </w:p>
    <w:p>
      <w:pPr>
        <w:jc w:val="right"/>
      </w:pPr>
      <w:r>
        <w:t>اور یاد رکھیے، آج جو opportunity تھی آپ کے لیے، اگر آپ نے اس کو avail نہیں کیا</w:t>
      </w:r>
    </w:p>
    <w:p>
      <w:r>
        <w:rPr>
          <w:b/>
        </w:rPr>
        <w:t xml:space="preserve">[18:59] </w:t>
      </w:r>
      <w:r>
        <w:t>to kal dobara woh opportunity aap ke paas nahi aane wali hai.</w:t>
      </w:r>
    </w:p>
    <w:p>
      <w:pPr>
        <w:jc w:val="right"/>
      </w:pPr>
      <w:r>
        <w:t>تو کل دوبارہ وہ opportunity آپ کے پاس نہیں آنے والی ہے۔</w:t>
      </w:r>
    </w:p>
    <w:p>
      <w:r>
        <w:rPr>
          <w:b/>
        </w:rPr>
        <w:t xml:space="preserve">[19:04] </w:t>
      </w:r>
      <w:r>
        <w:t>aaj ka din aaj ke liye hai, kal ke liye nahi hai.</w:t>
      </w:r>
    </w:p>
    <w:p>
      <w:pPr>
        <w:jc w:val="right"/>
      </w:pPr>
      <w:r>
        <w:t>آج کا دن آج کے لیے ہے، کل کے لیے نہیں ہے۔</w:t>
      </w:r>
    </w:p>
    <w:p>
      <w:r>
        <w:rPr>
          <w:b/>
        </w:rPr>
        <w:t xml:space="preserve">[19:10] </w:t>
      </w:r>
      <w:r>
        <w:t>agar aap aaj ka din ko kho den to kal ka din jo aayega, woh aaj ko</w:t>
      </w:r>
    </w:p>
    <w:p>
      <w:pPr>
        <w:jc w:val="right"/>
      </w:pPr>
      <w:r>
        <w:t>اگر آپ آج کا دن کو کھو دیں تو کل کا دن جو آئے گا، وہ آج کو</w:t>
      </w:r>
    </w:p>
    <w:p>
      <w:r>
        <w:rPr>
          <w:b/>
        </w:rPr>
        <w:t xml:space="preserve">[19:17] </w:t>
      </w:r>
      <w:r>
        <w:t>le kar nahi aayega.</w:t>
      </w:r>
    </w:p>
    <w:p>
      <w:pPr>
        <w:jc w:val="right"/>
      </w:pPr>
      <w:r>
        <w:t>لے کر نہیں آئے گا۔</w:t>
      </w:r>
    </w:p>
    <w:p>
      <w:r>
        <w:rPr>
          <w:b/>
        </w:rPr>
        <w:t xml:space="preserve">[19:19] </w:t>
      </w:r>
      <w:r>
        <w:t>aaj ke baghair aaye ga.</w:t>
      </w:r>
    </w:p>
    <w:p>
      <w:pPr>
        <w:jc w:val="right"/>
      </w:pPr>
      <w:r>
        <w:t>آج کے بغیر آئے گا۔</w:t>
      </w:r>
    </w:p>
    <w:p>
      <w:r>
        <w:rPr>
          <w:b/>
        </w:rPr>
        <w:t xml:space="preserve">[19:22] </w:t>
      </w:r>
      <w:r>
        <w:t>bohat hi ziyada sochne ki baat hai.</w:t>
      </w:r>
    </w:p>
    <w:p>
      <w:pPr>
        <w:jc w:val="right"/>
      </w:pPr>
      <w:r>
        <w:t>بہت ہی زیادہ سوچنے کی بات ہے۔</w:t>
      </w:r>
    </w:p>
    <w:p>
      <w:r>
        <w:rPr>
          <w:b/>
        </w:rPr>
        <w:t xml:space="preserve">[19:25] </w:t>
      </w:r>
      <w:r>
        <w:t>yani aaj ka din agar aap ne kho diya to kal ka din jo aaye ga, woh aaj</w:t>
      </w:r>
    </w:p>
    <w:p>
      <w:pPr>
        <w:jc w:val="right"/>
      </w:pPr>
      <w:r>
        <w:t>یعنی آج کا دن اگر آپ نے کھو دیا تو کل کا دن جو آئے گا، وہ آج</w:t>
      </w:r>
    </w:p>
    <w:p>
      <w:r>
        <w:rPr>
          <w:b/>
        </w:rPr>
        <w:t xml:space="preserve">[19:32] </w:t>
      </w:r>
      <w:r>
        <w:t>ke din ko le kar nahi aaye ga.</w:t>
      </w:r>
    </w:p>
    <w:p>
      <w:pPr>
        <w:jc w:val="right"/>
      </w:pPr>
      <w:r>
        <w:t>کے دن کو لے کر نہیں آئے گا۔</w:t>
      </w:r>
    </w:p>
    <w:p>
      <w:r>
        <w:rPr>
          <w:b/>
        </w:rPr>
        <w:t xml:space="preserve">[19:36] </w:t>
      </w:r>
      <w:r>
        <w:t>woh aaj ke din ke baghair aaye ga.</w:t>
      </w:r>
    </w:p>
    <w:p>
      <w:pPr>
        <w:jc w:val="right"/>
      </w:pPr>
      <w:r>
        <w:t>وہ آج کے دن کے بغیر آئے گا۔</w:t>
      </w:r>
    </w:p>
    <w:p>
      <w:r>
        <w:rPr>
          <w:b/>
        </w:rPr>
        <w:t xml:space="preserve">[19:39] </w:t>
      </w:r>
      <w:r>
        <w:t>woh aap sochiye ke agar hum aaj ko kho diya to kabhi bhi nahi milne wala hai woh.</w:t>
      </w:r>
    </w:p>
    <w:p>
      <w:pPr>
        <w:jc w:val="right"/>
      </w:pPr>
      <w:r>
        <w:t>وہ آپ سوچیے کہ اگر ہم آج کو کھو دیا تو کبھی بھی نہیں ملنے والا ہے وہ۔</w:t>
      </w:r>
    </w:p>
    <w:p>
      <w:r>
        <w:rPr>
          <w:b/>
        </w:rPr>
        <w:t xml:space="preserve">[19:47] </w:t>
      </w:r>
      <w:r>
        <w:t>yani aaj jo opportunity ko avail karne ka jo kaam mein kar sakta tha, us ko mein nahi</w:t>
      </w:r>
    </w:p>
    <w:p>
      <w:pPr>
        <w:jc w:val="right"/>
      </w:pPr>
      <w:r>
        <w:t>یعنی آج جو opportunity کو avail کرنے کا جو کام میں کر سکتا تھا، اس کو میں نہیں</w:t>
      </w:r>
    </w:p>
    <w:p>
      <w:r>
        <w:rPr>
          <w:b/>
        </w:rPr>
        <w:t xml:space="preserve">[19:55] </w:t>
      </w:r>
      <w:r>
        <w:t>kar saka.</w:t>
      </w:r>
    </w:p>
    <w:p>
      <w:pPr>
        <w:jc w:val="right"/>
      </w:pPr>
      <w:r>
        <w:t>کر سکا۔</w:t>
      </w:r>
    </w:p>
    <w:p>
      <w:r>
        <w:rPr>
          <w:b/>
        </w:rPr>
        <w:t xml:space="preserve">[19:56] </w:t>
      </w:r>
      <w:r>
        <w:t>to phir sari life khatm ho jaye gi.</w:t>
      </w:r>
    </w:p>
    <w:p>
      <w:pPr>
        <w:jc w:val="right"/>
      </w:pPr>
      <w:r>
        <w:t>تو پھر ساری life ختم ہو جائے گی۔</w:t>
      </w:r>
    </w:p>
    <w:p>
      <w:r>
        <w:rPr>
          <w:b/>
        </w:rPr>
        <w:t xml:space="preserve">[19:59] </w:t>
      </w:r>
      <w:r>
        <w:t>aur dobara mein is position mein nahi hou ga ke aaj wali kami ko, aaj wale nuqsan ko</w:t>
      </w:r>
    </w:p>
    <w:p>
      <w:pPr>
        <w:jc w:val="right"/>
      </w:pPr>
      <w:r>
        <w:t>اور دوبارہ میں اس position میں نہیں ہوں گا کہ آج والی کمی کو، آج والے نقصان کو</w:t>
      </w:r>
    </w:p>
    <w:p>
      <w:r>
        <w:rPr>
          <w:b/>
        </w:rPr>
        <w:t xml:space="preserve">[20:07] </w:t>
      </w:r>
      <w:r>
        <w:t>phir mein poora kar sakoon.</w:t>
      </w:r>
    </w:p>
    <w:p>
      <w:pPr>
        <w:jc w:val="right"/>
      </w:pPr>
      <w:r>
        <w:t>پھر میں پورا کر سکوں۔</w:t>
      </w:r>
    </w:p>
    <w:p>
      <w:r>
        <w:rPr>
          <w:b/>
        </w:rPr>
        <w:t xml:space="preserve">[20:09] </w:t>
      </w:r>
      <w:r>
        <w:t>jo khoya, woh khoya gaya hamesha ke liye, forever.</w:t>
      </w:r>
    </w:p>
    <w:p>
      <w:pPr>
        <w:jc w:val="right"/>
      </w:pPr>
      <w:r>
        <w:t>جو کھویا، وہ کھویا گیا ہمیشہ کے لیے، forever۔</w:t>
      </w:r>
    </w:p>
    <w:p>
      <w:r>
        <w:rPr>
          <w:b/>
        </w:rPr>
        <w:t xml:space="preserve">[20:13] </w:t>
      </w:r>
      <w:r>
        <w:t>yahan mein ek baat add karna chahoon ga, woh yeh ke peace ki importance itni ziyada hai, itni</w:t>
      </w:r>
    </w:p>
    <w:p>
      <w:pPr>
        <w:jc w:val="right"/>
      </w:pPr>
      <w:r>
        <w:t>یہاں میں ایک بات add کرنا چاہوں گا، وہ یہ کہ peace کی importance اتنی زیادہ ہے، اتنی</w:t>
      </w:r>
    </w:p>
    <w:p>
      <w:r>
        <w:rPr>
          <w:b/>
        </w:rPr>
        <w:t xml:space="preserve">[20:21] </w:t>
      </w:r>
      <w:r>
        <w:t>ziyada hai, itni ziyada hai ke shayad is se ziyada importance kisi aur cheez ki nahi.</w:t>
      </w:r>
    </w:p>
    <w:p>
      <w:pPr>
        <w:jc w:val="right"/>
      </w:pPr>
      <w:r>
        <w:t>زیادہ ہے، اتنی زیادہ ہے کہ شاید اس سے زیادہ importance کسی اور چیز کی نہیں۔</w:t>
      </w:r>
    </w:p>
    <w:p>
      <w:r>
        <w:rPr>
          <w:b/>
        </w:rPr>
        <w:t xml:space="preserve">[20:28] </w:t>
      </w:r>
      <w:r>
        <w:t>is ka ek proof yeh hai ke agar aap apni free will se apne option, khud apne yani</w:t>
      </w:r>
    </w:p>
    <w:p>
      <w:pPr>
        <w:jc w:val="right"/>
      </w:pPr>
      <w:r>
        <w:t>اس کا ایک proof یہ ہے کہ اگر آپ اپنی free will سے اپنے option، خود اپنے یعنی</w:t>
      </w:r>
    </w:p>
    <w:p>
      <w:r>
        <w:rPr>
          <w:b/>
        </w:rPr>
        <w:t xml:space="preserve">[20:35] </w:t>
      </w:r>
      <w:r>
        <w:t>free option se choice lein peace ka, khud aap soch kar ke azadi ke sath peace ka option</w:t>
      </w:r>
    </w:p>
    <w:p>
      <w:pPr>
        <w:jc w:val="right"/>
      </w:pPr>
      <w:r>
        <w:t>free option سے choice لیں peace کا، خود آپ سوچ کر کے آزادی کے ساتھ peace کا option</w:t>
      </w:r>
    </w:p>
    <w:p>
      <w:r>
        <w:rPr>
          <w:b/>
        </w:rPr>
        <w:t xml:space="preserve">[20:43] </w:t>
      </w:r>
      <w:r>
        <w:t>lein, tab bhi faida hai.</w:t>
      </w:r>
    </w:p>
    <w:p>
      <w:pPr>
        <w:jc w:val="right"/>
      </w:pPr>
      <w:r>
        <w:t>لیں، تب بھی فائدہ ہے۔</w:t>
      </w:r>
    </w:p>
    <w:p>
      <w:r>
        <w:rPr>
          <w:b/>
        </w:rPr>
        <w:t xml:space="preserve">[20:45] </w:t>
      </w:r>
      <w:r>
        <w:t>aur agar compulsively aap ne peace ko, peace ka option liya ho, tab bhi faida hai.</w:t>
      </w:r>
    </w:p>
    <w:p>
      <w:pPr>
        <w:jc w:val="right"/>
      </w:pPr>
      <w:r>
        <w:t>اور اگر compulsively آپ نے peace کو، peace کا option لیا ہو، تب بھی فائدہ ہے۔</w:t>
      </w:r>
    </w:p>
    <w:p>
      <w:r>
        <w:rPr>
          <w:b/>
        </w:rPr>
        <w:t xml:space="preserve">[20:52] </w:t>
      </w:r>
      <w:r>
        <w:t>Peace aisi ajeeb o ghareeb cheez hai ke agar aap khud se is ka option lein, tab bhi</w:t>
      </w:r>
    </w:p>
    <w:p>
      <w:pPr>
        <w:jc w:val="right"/>
      </w:pPr>
      <w:r>
        <w:t>Peace ایسی عجیب و غریب چیز ہے کہ اگر آپ خود سے اس کا option لیں، تب بھی</w:t>
      </w:r>
    </w:p>
    <w:p>
      <w:r>
        <w:rPr>
          <w:b/>
        </w:rPr>
        <w:t xml:space="preserve">[21:00] </w:t>
      </w:r>
      <w:r>
        <w:t>faida hai.</w:t>
      </w:r>
    </w:p>
    <w:p>
      <w:pPr>
        <w:jc w:val="right"/>
      </w:pPr>
      <w:r>
        <w:t>فائدہ ہے۔</w:t>
      </w:r>
    </w:p>
    <w:p>
      <w:r>
        <w:rPr>
          <w:b/>
        </w:rPr>
        <w:t xml:space="preserve">[21:01] </w:t>
      </w:r>
      <w:r>
        <w:t>aur compulsively agar aap ko option lena para ho, tab bhi is ka faida hai.</w:t>
      </w:r>
    </w:p>
    <w:p>
      <w:pPr>
        <w:jc w:val="right"/>
      </w:pPr>
      <w:r>
        <w:t>اور compulsively اگر آپ کو option لینا پڑا ہو، تب بھی اس کا فائدہ ہے۔</w:t>
      </w:r>
    </w:p>
    <w:p>
      <w:r>
        <w:rPr>
          <w:b/>
        </w:rPr>
        <w:t xml:space="preserve">[21:08] </w:t>
      </w:r>
      <w:r>
        <w:t>har haal mein yeh bari ajeeb sifat hai peace mein.</w:t>
      </w:r>
    </w:p>
    <w:p>
      <w:pPr>
        <w:jc w:val="right"/>
      </w:pPr>
      <w:r>
        <w:t>ہر حال میں یہ بڑی عجیب صفت ہے peace میں۔</w:t>
      </w:r>
    </w:p>
    <w:p>
      <w:r>
        <w:rPr>
          <w:b/>
        </w:rPr>
        <w:t xml:space="preserve">[21:12] </w:t>
      </w:r>
      <w:r>
        <w:t>mein aap ko dono ka example deta hoon.</w:t>
      </w:r>
    </w:p>
    <w:p>
      <w:pPr>
        <w:jc w:val="right"/>
      </w:pPr>
      <w:r>
        <w:t>میں آپ کو دونوں کا example دیتا ہوں۔</w:t>
      </w:r>
    </w:p>
    <w:p>
      <w:r>
        <w:rPr>
          <w:b/>
        </w:rPr>
        <w:t xml:space="preserve">[21:16] </w:t>
      </w:r>
      <w:r>
        <w:t>Prophet of Islam ki zindagi mein ek waqea hua, us ko kehte hain Hudaybiyyah.</w:t>
      </w:r>
    </w:p>
    <w:p>
      <w:pPr>
        <w:jc w:val="right"/>
      </w:pPr>
      <w:r>
        <w:t>Prophet of Islam کی زندگی میں ایک واقعہ ہوا، اس کو کہتے ہیں حدیبیہ۔</w:t>
      </w:r>
    </w:p>
    <w:p>
      <w:r>
        <w:rPr>
          <w:b/>
        </w:rPr>
        <w:t xml:space="preserve">[21:22] </w:t>
      </w:r>
      <w:r>
        <w:t>Hudaybiyyah.</w:t>
      </w:r>
    </w:p>
    <w:p>
      <w:pPr>
        <w:jc w:val="right"/>
      </w:pPr>
      <w:r>
        <w:t>حدیبیہ۔</w:t>
      </w:r>
    </w:p>
    <w:p>
      <w:r>
        <w:rPr>
          <w:b/>
        </w:rPr>
        <w:t xml:space="preserve">[21:23] </w:t>
      </w:r>
      <w:r>
        <w:t>to hudaybiyah mein yeh tha ke rasool Allah ka samna hua jo aap ka jo hostile group tha,</w:t>
      </w:r>
    </w:p>
    <w:p>
      <w:pPr>
        <w:jc w:val="right"/>
      </w:pPr>
      <w:r>
        <w:t>تو حدیبیہ میں یہ تھا کہ رسول اللہ کا سامنا ہوا جو آپ کا جو hostile گروپ تھا،</w:t>
      </w:r>
    </w:p>
    <w:p>
      <w:r>
        <w:rPr>
          <w:b/>
        </w:rPr>
        <w:t xml:space="preserve">[21:31] </w:t>
      </w:r>
      <w:r>
        <w:t>is se.</w:t>
      </w:r>
    </w:p>
    <w:p>
      <w:pPr>
        <w:jc w:val="right"/>
      </w:pPr>
      <w:r>
        <w:t>اس سے۔</w:t>
      </w:r>
    </w:p>
    <w:p>
      <w:r>
        <w:rPr>
          <w:b/>
        </w:rPr>
        <w:t xml:space="preserve">[21:32] </w:t>
      </w:r>
      <w:r>
        <w:t>yani makkah walay jo log thay, us waqt woh aap ke hostile, hostile ban gaye thay.</w:t>
      </w:r>
    </w:p>
    <w:p>
      <w:pPr>
        <w:jc w:val="right"/>
      </w:pPr>
      <w:r>
        <w:t>یعنی مکہ والے جو لوگ تھے، اس وقت وہ آپ کے hostile، hostile بن گئے تھے۔</w:t>
      </w:r>
    </w:p>
    <w:p>
      <w:r>
        <w:rPr>
          <w:b/>
        </w:rPr>
        <w:t xml:space="preserve">[21:39] </w:t>
      </w:r>
      <w:r>
        <w:t>to yeh jo hostile group tha, woh chahta tha aap se larna.</w:t>
      </w:r>
    </w:p>
    <w:p>
      <w:pPr>
        <w:jc w:val="right"/>
      </w:pPr>
      <w:r>
        <w:t>تو یہ جو hostile گروپ تھا، وہ چاہتا تھا آپ سے لڑنا۔</w:t>
      </w:r>
    </w:p>
    <w:p>
      <w:r>
        <w:rPr>
          <w:b/>
        </w:rPr>
        <w:t xml:space="preserve">[21:44] </w:t>
      </w:r>
      <w:r>
        <w:t>aap chahtay thay larnay, larai ko avoid karain.</w:t>
      </w:r>
    </w:p>
    <w:p>
      <w:pPr>
        <w:jc w:val="right"/>
      </w:pPr>
      <w:r>
        <w:t>آپ چاہتے تھے لڑنے، لڑائی کو avoid کریں۔</w:t>
      </w:r>
    </w:p>
    <w:p>
      <w:r>
        <w:rPr>
          <w:b/>
        </w:rPr>
        <w:t xml:space="preserve">[21:48] </w:t>
      </w:r>
      <w:r>
        <w:t>lekin itni situation itni ziyada bigri hui thi ke war ko avoid karne ke liye aap ko aik</w:t>
      </w:r>
    </w:p>
    <w:p>
      <w:pPr>
        <w:jc w:val="right"/>
      </w:pPr>
      <w:r>
        <w:t>لیکن اتنی situation اتنی زیادہ بگڑی ہوئی تھی کہ war کو avoid کرنے کے لیے آپ کو ایک</w:t>
      </w:r>
    </w:p>
    <w:p>
      <w:r>
        <w:rPr>
          <w:b/>
        </w:rPr>
        <w:t xml:space="preserve">[21:55] </w:t>
      </w:r>
      <w:r>
        <w:t>bhaari price deni pari.</w:t>
      </w:r>
    </w:p>
    <w:p>
      <w:pPr>
        <w:jc w:val="right"/>
      </w:pPr>
      <w:r>
        <w:t>بھاری price دینی پڑی۔</w:t>
      </w:r>
    </w:p>
    <w:p>
      <w:r>
        <w:rPr>
          <w:b/>
        </w:rPr>
        <w:t xml:space="preserve">[21:57] </w:t>
      </w:r>
      <w:r>
        <w:t>price yeh deni pari aap ko ke other party ke unilateral conditions ko manna para aap ko.</w:t>
      </w:r>
    </w:p>
    <w:p>
      <w:pPr>
        <w:jc w:val="right"/>
      </w:pPr>
      <w:r>
        <w:t>Price یہ دینی پڑی آپ کو کہ other party کے unilateral conditions کو ماننا پڑا آپ کو۔</w:t>
      </w:r>
    </w:p>
    <w:p>
      <w:r>
        <w:rPr>
          <w:b/>
        </w:rPr>
        <w:t xml:space="preserve">[22:04] </w:t>
      </w:r>
      <w:r>
        <w:t>unilateral condition par aap ne un se peace treaty kiya tha hudaybiyah ke mauqay par.</w:t>
      </w:r>
    </w:p>
    <w:p>
      <w:pPr>
        <w:jc w:val="right"/>
      </w:pPr>
      <w:r>
        <w:t>Unilateral condition پر آپ نے ان سے peace treaty کیا تھا حدیبیہ کے موقع پر۔</w:t>
      </w:r>
    </w:p>
    <w:p>
      <w:r>
        <w:rPr>
          <w:b/>
        </w:rPr>
        <w:t xml:space="preserve">[22:11] </w:t>
      </w:r>
      <w:r>
        <w:t>to yeh aap ne apne choice se aisa kiya, apni azadana intikhab ke tehat aap ne aisa kiya.</w:t>
      </w:r>
    </w:p>
    <w:p>
      <w:pPr>
        <w:jc w:val="right"/>
      </w:pPr>
      <w:r>
        <w:t>تو یہ آپ نے اپنے choice سے ایسا کیا، اپنی آزادانہ انتخاب کے تحت آپ نے ایسا کیا۔</w:t>
      </w:r>
    </w:p>
    <w:p>
      <w:r>
        <w:rPr>
          <w:b/>
        </w:rPr>
        <w:t xml:space="preserve">[22:19] </w:t>
      </w:r>
      <w:r>
        <w:t>is mein koi compulsion nahi tha doosray ka.</w:t>
      </w:r>
    </w:p>
    <w:p>
      <w:pPr>
        <w:jc w:val="right"/>
      </w:pPr>
      <w:r>
        <w:t>اس میں کوئی compulsion نہیں تھا دوسرے کا۔</w:t>
      </w:r>
    </w:p>
    <w:p>
      <w:r>
        <w:rPr>
          <w:b/>
        </w:rPr>
        <w:t xml:space="preserve">[22:22] </w:t>
      </w:r>
      <w:r>
        <w:t>aap ne khud socha ke is waqt yahi mere liye acha hai ke mein kisi na kisi tarah</w:t>
      </w:r>
    </w:p>
    <w:p>
      <w:pPr>
        <w:jc w:val="right"/>
      </w:pPr>
      <w:r>
        <w:t>آپ نے خود سوچا کہ اس وقت یہی میرے لیے اچھا ہے کہ میں کسی نہ کسی طرح</w:t>
      </w:r>
    </w:p>
    <w:p>
      <w:r>
        <w:rPr>
          <w:b/>
        </w:rPr>
        <w:t xml:space="preserve">[22:30] </w:t>
      </w:r>
      <w:r>
        <w:t>se larai ko avoid karoon.</w:t>
      </w:r>
    </w:p>
    <w:p>
      <w:pPr>
        <w:jc w:val="right"/>
      </w:pPr>
      <w:r>
        <w:t>سے لڑائی کو avoid کروں۔</w:t>
      </w:r>
    </w:p>
    <w:p>
      <w:r>
        <w:rPr>
          <w:b/>
        </w:rPr>
        <w:t xml:space="preserve">[22:32] </w:t>
      </w:r>
      <w:r>
        <w:t>chahay mujhe un ki condition ko manna paray.</w:t>
      </w:r>
    </w:p>
    <w:p>
      <w:pPr>
        <w:jc w:val="right"/>
      </w:pPr>
      <w:r>
        <w:t>چاہے مجھے ان کی condition کو ماننا پڑے۔</w:t>
      </w:r>
    </w:p>
    <w:p>
      <w:r>
        <w:rPr>
          <w:b/>
        </w:rPr>
        <w:t xml:space="preserve">[22:35] </w:t>
      </w:r>
      <w:r>
        <w:t>yani hostile group ki condition ko manna paray mujhe, tab bhi mujhe peace ko maintain karna chahiye.</w:t>
      </w:r>
    </w:p>
    <w:p>
      <w:pPr>
        <w:jc w:val="right"/>
      </w:pPr>
      <w:r>
        <w:t>یعنی hostile گروپ کی condition کو ماننا پڑے مجھے، تب بھی مجھے peace کو maintain کرنا چاہیے۔</w:t>
      </w:r>
    </w:p>
    <w:p>
      <w:r>
        <w:rPr>
          <w:b/>
        </w:rPr>
        <w:t xml:space="preserve">[22:43] </w:t>
      </w:r>
      <w:r>
        <w:t>yeh aap ne soch kar ke yeh faisla kiya.</w:t>
      </w:r>
    </w:p>
    <w:p>
      <w:pPr>
        <w:jc w:val="right"/>
      </w:pPr>
      <w:r>
        <w:t>یہ آپ نے سوچ کر کے یہ فیصلہ کیا۔</w:t>
      </w:r>
    </w:p>
    <w:p>
      <w:r>
        <w:rPr>
          <w:b/>
        </w:rPr>
        <w:t xml:space="preserve">[22:46] </w:t>
      </w:r>
      <w:r>
        <w:t>chunaanchah peace treaty hua.</w:t>
      </w:r>
    </w:p>
    <w:p>
      <w:pPr>
        <w:jc w:val="right"/>
      </w:pPr>
      <w:r>
        <w:t>چنانچہ peace treaty ہوا۔</w:t>
      </w:r>
    </w:p>
    <w:p>
      <w:r>
        <w:rPr>
          <w:b/>
        </w:rPr>
        <w:t xml:space="preserve">[22:48] </w:t>
      </w:r>
      <w:r>
        <w:t>yani hudaybiyah agreement hua.</w:t>
      </w:r>
    </w:p>
    <w:p>
      <w:pPr>
        <w:jc w:val="right"/>
      </w:pPr>
      <w:r>
        <w:t>یعنی حدیبیہ agreement ہوا۔</w:t>
      </w:r>
    </w:p>
    <w:p>
      <w:r>
        <w:rPr>
          <w:b/>
        </w:rPr>
        <w:t xml:space="preserve">[22:50] </w:t>
      </w:r>
      <w:r>
        <w:t>is ko aap parhiye kitabon mein.</w:t>
      </w:r>
    </w:p>
    <w:p>
      <w:pPr>
        <w:jc w:val="right"/>
      </w:pPr>
      <w:r>
        <w:t>اس کو آپ پڑھیے کتابوں میں۔</w:t>
      </w:r>
    </w:p>
    <w:p>
      <w:r>
        <w:rPr>
          <w:b/>
        </w:rPr>
        <w:t xml:space="preserve">[22:52] </w:t>
      </w:r>
      <w:r>
        <w:t>hudaybiyah agreement basically no war pact tha.</w:t>
      </w:r>
    </w:p>
    <w:p>
      <w:pPr>
        <w:jc w:val="right"/>
      </w:pPr>
      <w:r>
        <w:t>حدیبیہ agreement basically no war pact تھا۔</w:t>
      </w:r>
    </w:p>
    <w:p>
      <w:r>
        <w:rPr>
          <w:b/>
        </w:rPr>
        <w:t xml:space="preserve">[22:55] </w:t>
      </w:r>
      <w:r>
        <w:t>ke hamaray aur aap ke darmiyan larai nahi hogi.</w:t>
      </w:r>
    </w:p>
    <w:p>
      <w:pPr>
        <w:jc w:val="right"/>
      </w:pPr>
      <w:r>
        <w:t>کہ ہمارے اور آپ کے درمیان لڑائی نہیں ہوگی۔</w:t>
      </w:r>
    </w:p>
    <w:p>
      <w:r>
        <w:rPr>
          <w:b/>
        </w:rPr>
        <w:t xml:space="preserve">[22:59] </w:t>
      </w:r>
      <w:r>
        <w:t>hudaybiyah se pehle dono ke dono aik doosray ke khilaf at war thay.</w:t>
      </w:r>
    </w:p>
    <w:p>
      <w:pPr>
        <w:jc w:val="right"/>
      </w:pPr>
      <w:r>
        <w:t>حدیبیہ سے پہلے دونوں کے دونوں ایک دوسرے کے خلاف at war تھے۔</w:t>
      </w:r>
    </w:p>
    <w:p>
      <w:r>
        <w:rPr>
          <w:b/>
        </w:rPr>
        <w:t xml:space="preserve">[23:05] </w:t>
      </w:r>
      <w:r>
        <w:t>hudaybiyah se pehle yani migration ke baad aur hudaybiyah tak ka jo period hai, hijrat ke baad se</w:t>
      </w:r>
    </w:p>
    <w:p>
      <w:pPr>
        <w:jc w:val="right"/>
      </w:pPr>
      <w:r>
        <w:t>حدیبیہ سے پہلے یعنی migration کے بعد اور حدیبیہ تک کا جو period ہے، ہجرت کے بعد سے</w:t>
      </w:r>
    </w:p>
    <w:p>
      <w:r>
        <w:rPr>
          <w:b/>
        </w:rPr>
        <w:t xml:space="preserve">[23:13] </w:t>
      </w:r>
      <w:r>
        <w:t>le kar hudaybiyah tak ka jo period hai, is mein rasool Allah aur doosra jo group tha, dono</w:t>
      </w:r>
    </w:p>
    <w:p>
      <w:pPr>
        <w:jc w:val="right"/>
      </w:pPr>
      <w:r>
        <w:t>لے کر حدیبیہ تک کا جو period ہے، اس میں رسول اللہ اور دوسرا جو گروپ تھا، دونوں</w:t>
      </w:r>
    </w:p>
    <w:p>
      <w:r>
        <w:rPr>
          <w:b/>
        </w:rPr>
        <w:t xml:space="preserve">[23:20] </w:t>
      </w:r>
      <w:r>
        <w:t>at war thay.</w:t>
      </w:r>
    </w:p>
    <w:p>
      <w:pPr>
        <w:jc w:val="right"/>
      </w:pPr>
      <w:r>
        <w:t>at war تھے۔</w:t>
      </w:r>
    </w:p>
    <w:p>
      <w:r>
        <w:rPr>
          <w:b/>
        </w:rPr>
        <w:t xml:space="preserve">[23:22] </w:t>
      </w:r>
      <w:r>
        <w:t xml:space="preserve">to hudaybiya ke mauqe par aap ne chaha ke yeh khatm ho. </w:t>
      </w:r>
    </w:p>
    <w:p>
      <w:pPr>
        <w:jc w:val="right"/>
      </w:pPr>
      <w:r>
        <w:t>تو حدیبیہ کے موقع پر آپ نے چاہا کہ یہ ختم ہو۔</w:t>
      </w:r>
    </w:p>
    <w:p>
      <w:r>
        <w:rPr>
          <w:b/>
        </w:rPr>
        <w:t xml:space="preserve">[23:27] </w:t>
      </w:r>
      <w:r>
        <w:t xml:space="preserve">War ki situation khatm ho. </w:t>
      </w:r>
    </w:p>
    <w:p>
      <w:pPr>
        <w:jc w:val="right"/>
      </w:pPr>
      <w:r>
        <w:t>War کی situation ختم ہو۔</w:t>
      </w:r>
    </w:p>
    <w:p>
      <w:r>
        <w:rPr>
          <w:b/>
        </w:rPr>
        <w:t xml:space="preserve">[23:29] </w:t>
      </w:r>
      <w:r>
        <w:t xml:space="preserve">Peace ki situation aa jaye. </w:t>
      </w:r>
    </w:p>
    <w:p>
      <w:pPr>
        <w:jc w:val="right"/>
      </w:pPr>
      <w:r>
        <w:t>Peace کی situation آ جائے۔</w:t>
      </w:r>
    </w:p>
    <w:p>
      <w:r>
        <w:rPr>
          <w:b/>
        </w:rPr>
        <w:t xml:space="preserve">[23:31] </w:t>
      </w:r>
      <w:r>
        <w:t xml:space="preserve">magar unhon ne insist kiya ke aap ko yeh aur yeh aur yeh condition manni pare gi. </w:t>
      </w:r>
    </w:p>
    <w:p>
      <w:pPr>
        <w:jc w:val="right"/>
      </w:pPr>
      <w:r>
        <w:t>مگر انہوں نے insist کیا کہ آپ کو یہ اور یہ اور یہ condition ماننی پڑے گی۔</w:t>
      </w:r>
    </w:p>
    <w:p>
      <w:r>
        <w:rPr>
          <w:b/>
        </w:rPr>
        <w:t xml:space="preserve">[23:38] </w:t>
      </w:r>
      <w:r>
        <w:t xml:space="preserve">unhi ki apni, unhi condition. </w:t>
      </w:r>
    </w:p>
    <w:p>
      <w:pPr>
        <w:jc w:val="right"/>
      </w:pPr>
      <w:r>
        <w:t>انہی کی اپنی، انہی condition۔</w:t>
      </w:r>
    </w:p>
    <w:p>
      <w:r>
        <w:rPr>
          <w:b/>
        </w:rPr>
        <w:t xml:space="preserve">[23:41] </w:t>
      </w:r>
      <w:r>
        <w:t xml:space="preserve">misal ke taur par ek mein misal deta hoon ke kya condition thi un ki, kis qism ki? </w:t>
      </w:r>
    </w:p>
    <w:p>
      <w:pPr>
        <w:jc w:val="right"/>
      </w:pPr>
      <w:r>
        <w:t>مثال کے طور پر ایک میں مثال دیتا ہوں کہ کیا condition تھی ان کی، کس قسم کی؟</w:t>
      </w:r>
    </w:p>
    <w:p>
      <w:r>
        <w:rPr>
          <w:b/>
        </w:rPr>
        <w:t xml:space="preserve">[23:48] </w:t>
      </w:r>
      <w:r>
        <w:t xml:space="preserve">sab ki sab aisi hi thi ke agar hum aap ka aadmi hum pa jayen, pakad len, yani </w:t>
      </w:r>
    </w:p>
    <w:p>
      <w:pPr>
        <w:jc w:val="right"/>
      </w:pPr>
      <w:r>
        <w:t>سب کی سب ایسی ہی تھی کہ اگر ہم آپ کا آدمی ہم پا جائیں، پکڑ لیں، یعنی</w:t>
      </w:r>
    </w:p>
    <w:p>
      <w:r>
        <w:rPr>
          <w:b/>
        </w:rPr>
        <w:t xml:space="preserve">[23:56] </w:t>
      </w:r>
      <w:r>
        <w:t xml:space="preserve">koi Muslim, to hum us ko makka mein band kar len ge, hum chhoden ge nahin us ko. </w:t>
      </w:r>
    </w:p>
    <w:p>
      <w:pPr>
        <w:jc w:val="right"/>
      </w:pPr>
      <w:r>
        <w:t>کوئی مسلم، تو ہم اس کو مکہ میں بند کر لیں گے، ہم چھوڑیں گے نہیں اس کو۔</w:t>
      </w:r>
    </w:p>
    <w:p>
      <w:r>
        <w:rPr>
          <w:b/>
        </w:rPr>
        <w:t xml:space="preserve">[24:04] </w:t>
      </w:r>
      <w:r>
        <w:t xml:space="preserve">aur agar hamara koi aadmi aap ki taraf chala jaye, yani aap aap ka deen qabul kar ke, </w:t>
      </w:r>
    </w:p>
    <w:p>
      <w:pPr>
        <w:jc w:val="right"/>
      </w:pPr>
      <w:r>
        <w:t>اور اگر ہمارا کوئی آدمی آپ کی طرف چلا جائے، یعنی آپ آپ کا دین قبول کر کے،</w:t>
      </w:r>
    </w:p>
    <w:p>
      <w:r>
        <w:rPr>
          <w:b/>
        </w:rPr>
        <w:t xml:space="preserve">[24:11] </w:t>
      </w:r>
      <w:r>
        <w:t xml:space="preserve">yani koi shakhs jis ne ke aap ke deen ko qabul kiya hai, makke ka koi aadmi, agar </w:t>
      </w:r>
    </w:p>
    <w:p>
      <w:pPr>
        <w:jc w:val="right"/>
      </w:pPr>
      <w:r>
        <w:t>یعنی کوئی شخص جس نے کہ آپ کے دین کو قبول کیا ہے، مکے کا کوئی آدمی، اگر</w:t>
      </w:r>
    </w:p>
    <w:p>
      <w:r>
        <w:rPr>
          <w:b/>
        </w:rPr>
        <w:t xml:space="preserve">[24:19] </w:t>
      </w:r>
      <w:r>
        <w:t xml:space="preserve">hamari pakad mein aa jaye to hum us ko apne haan band kar den ge. </w:t>
      </w:r>
    </w:p>
    <w:p>
      <w:pPr>
        <w:jc w:val="right"/>
      </w:pPr>
      <w:r>
        <w:t>ہماری پکڑ میں آ جائے تو ہم اس کو اپنے ہاں بند کر دیں گے۔</w:t>
      </w:r>
    </w:p>
    <w:p>
      <w:r>
        <w:rPr>
          <w:b/>
        </w:rPr>
        <w:t xml:space="preserve">[24:26] </w:t>
      </w:r>
      <w:r>
        <w:t xml:space="preserve">dobara dobara us ko madine lautane nahin den ge. </w:t>
      </w:r>
    </w:p>
    <w:p>
      <w:pPr>
        <w:jc w:val="right"/>
      </w:pPr>
      <w:r>
        <w:t>دوبارہ دوبارہ اس کو مدینے لوٹنے نہیں دیں گے۔</w:t>
      </w:r>
    </w:p>
    <w:p>
      <w:r>
        <w:rPr>
          <w:b/>
        </w:rPr>
        <w:t xml:space="preserve">[24:29] </w:t>
      </w:r>
      <w:r>
        <w:t xml:space="preserve">aur hamara aadmi koi aur aap ka aadmi koi jis ne aap ke deen ko ikhtiyar kiya hai, </w:t>
      </w:r>
    </w:p>
    <w:p>
      <w:pPr>
        <w:jc w:val="right"/>
      </w:pPr>
      <w:r>
        <w:t>اور ہمارا آدمی کوئی اور آپ کا آدمی کوئی جس نے آپ کے دین کو اختیار کیا ہے،</w:t>
      </w:r>
    </w:p>
    <w:p>
      <w:r>
        <w:rPr>
          <w:b/>
        </w:rPr>
        <w:t xml:space="preserve">[24:37] </w:t>
      </w:r>
      <w:r>
        <w:t xml:space="preserve">us ko hum pa jayen. </w:t>
      </w:r>
    </w:p>
    <w:p>
      <w:pPr>
        <w:jc w:val="right"/>
      </w:pPr>
      <w:r>
        <w:t>اس کو ہم پا جائیں۔</w:t>
      </w:r>
    </w:p>
    <w:p>
      <w:r>
        <w:rPr>
          <w:b/>
        </w:rPr>
        <w:t xml:space="preserve">[24:39] </w:t>
      </w:r>
      <w:r>
        <w:t xml:space="preserve">haan, yeh shart yeh thi ke aap ka aadmi agar humein mil jaye to hum makke mein band </w:t>
      </w:r>
    </w:p>
    <w:p>
      <w:pPr>
        <w:jc w:val="right"/>
      </w:pPr>
      <w:r>
        <w:t>ہاں، یہ شرط یہ تھی کہ آپ کا آدمی اگر ہمیں مل جائے تو ہم مکے میں بند</w:t>
      </w:r>
    </w:p>
    <w:p>
      <w:r>
        <w:rPr>
          <w:b/>
        </w:rPr>
        <w:t xml:space="preserve">[24:47] </w:t>
      </w:r>
      <w:r>
        <w:t xml:space="preserve">kar den ge us ko. </w:t>
      </w:r>
    </w:p>
    <w:p>
      <w:pPr>
        <w:jc w:val="right"/>
      </w:pPr>
      <w:r>
        <w:t>کر دیں گے اس کو۔</w:t>
      </w:r>
    </w:p>
    <w:p>
      <w:r>
        <w:rPr>
          <w:b/>
        </w:rPr>
        <w:t xml:space="preserve">[24:49] </w:t>
      </w:r>
      <w:r>
        <w:t xml:space="preserve">hamara aadmi koi mil jaye aap ko to aap ko lotana pare ga. </w:t>
      </w:r>
    </w:p>
    <w:p>
      <w:pPr>
        <w:jc w:val="right"/>
      </w:pPr>
      <w:r>
        <w:t>ہمارا آدمی کوئی مل جائے آپ کو تو آپ کو لوٹانا پڑے گا۔</w:t>
      </w:r>
    </w:p>
    <w:p>
      <w:r>
        <w:rPr>
          <w:b/>
        </w:rPr>
        <w:t xml:space="preserve">[24:55] </w:t>
      </w:r>
      <w:r>
        <w:t xml:space="preserve">ab dekhiye, kitni yeh unilateral condition thi yeh. </w:t>
      </w:r>
    </w:p>
    <w:p>
      <w:pPr>
        <w:jc w:val="right"/>
      </w:pPr>
      <w:r>
        <w:t>اب دیکھیے، کتنی یہ unilateral condition تھی یہ۔</w:t>
      </w:r>
    </w:p>
    <w:p>
      <w:r>
        <w:rPr>
          <w:b/>
        </w:rPr>
        <w:t xml:space="preserve">[24:58] </w:t>
      </w:r>
      <w:r>
        <w:t xml:space="preserve">isi tarah ki unilateral condition par unhon ne is tarah insist kiya. </w:t>
      </w:r>
    </w:p>
    <w:p>
      <w:pPr>
        <w:jc w:val="right"/>
      </w:pPr>
      <w:r>
        <w:t>اسی طرح کی unilateral condition پر انہوں نے اس طرح insist کیا۔</w:t>
      </w:r>
    </w:p>
    <w:p>
      <w:r>
        <w:rPr>
          <w:b/>
        </w:rPr>
        <w:t xml:space="preserve">[25:03] </w:t>
      </w:r>
      <w:r>
        <w:t xml:space="preserve">aap ne un ki sari conditions ko maan liya. </w:t>
      </w:r>
    </w:p>
    <w:p>
      <w:pPr>
        <w:jc w:val="right"/>
      </w:pPr>
      <w:r>
        <w:t>آپ نے ان کی ساری conditions کو مان لیا۔</w:t>
      </w:r>
    </w:p>
    <w:p>
      <w:r>
        <w:rPr>
          <w:b/>
        </w:rPr>
        <w:t xml:space="preserve">[25:07] </w:t>
      </w:r>
      <w:r>
        <w:t xml:space="preserve">sirf is liye ke das saal ka no war pact un se karna tha aap ko. </w:t>
      </w:r>
    </w:p>
    <w:p>
      <w:pPr>
        <w:jc w:val="right"/>
      </w:pPr>
      <w:r>
        <w:t>صرف اس لیے کہ دس سال کا no war pact ان سے کرنا تھا آپ کو۔</w:t>
      </w:r>
    </w:p>
    <w:p>
      <w:r>
        <w:rPr>
          <w:b/>
        </w:rPr>
        <w:t xml:space="preserve">[25:14] </w:t>
      </w:r>
      <w:r>
        <w:t xml:space="preserve">yahan tak ke ajeeb baat hai ke jab woh likha ja raha tha, yani agreement paper par likha </w:t>
      </w:r>
    </w:p>
    <w:p>
      <w:pPr>
        <w:jc w:val="right"/>
      </w:pPr>
      <w:r>
        <w:t>یہاں تک کہ عجیب بات ہے کہ جب وہ لکھا جا رہا تھا، یعنی agreement paper پر لکھا</w:t>
      </w:r>
    </w:p>
    <w:p>
      <w:r>
        <w:rPr>
          <w:b/>
        </w:rPr>
        <w:t xml:space="preserve">[25:22] </w:t>
      </w:r>
      <w:r>
        <w:t xml:space="preserve">ja raha tha, to us par likha gaya ke Muhammad Rasool Allah. </w:t>
      </w:r>
    </w:p>
    <w:p>
      <w:pPr>
        <w:jc w:val="right"/>
      </w:pPr>
      <w:r>
        <w:t>جا رہا تھا، تو اس پر لکھا گیا کہ محمد رسول اللہ۔</w:t>
      </w:r>
    </w:p>
    <w:p>
      <w:r>
        <w:rPr>
          <w:b/>
        </w:rPr>
        <w:t xml:space="preserve">[25:27] </w:t>
      </w:r>
      <w:r>
        <w:t xml:space="preserve">un ki party ka naam likha gaya, idhar ka naam likha gaya Muhammad Rasool Allah. </w:t>
      </w:r>
    </w:p>
    <w:p>
      <w:pPr>
        <w:jc w:val="right"/>
      </w:pPr>
      <w:r>
        <w:t>ان کی party کا نام لکھا گیا، ادھر کا نام لکھا گیا محمد رسول اللہ۔</w:t>
      </w:r>
    </w:p>
    <w:p>
      <w:r>
        <w:rPr>
          <w:b/>
        </w:rPr>
        <w:t xml:space="preserve">[25:33] </w:t>
      </w:r>
      <w:r>
        <w:t xml:space="preserve">to unhon ne kaha ke hum koi Rasool mante, hum to aap ko Rasool mante nahin. </w:t>
      </w:r>
    </w:p>
    <w:p>
      <w:pPr>
        <w:jc w:val="right"/>
      </w:pPr>
      <w:r>
        <w:t>تو انہوں نے کہا کہ ہم کوئی رسول مانتے، ہم تو آپ کو رسول مانتے نہیں۔</w:t>
      </w:r>
    </w:p>
    <w:p>
      <w:r>
        <w:rPr>
          <w:b/>
        </w:rPr>
        <w:t xml:space="preserve">[25:40] </w:t>
      </w:r>
      <w:r>
        <w:t>aap ne kyon likh diya rasool Allah? kyon likh diya aap ne? aap likhiye Muhammad bin Abdullah.</w:t>
      </w:r>
    </w:p>
    <w:p>
      <w:pPr>
        <w:jc w:val="right"/>
      </w:pPr>
      <w:r>
        <w:t>آپ نے کیوں لکھ دیا رسول اللہ؟ کیوں لکھ دیا آپ نے؟ آپ لکھیے محمد بن عبداللہ۔</w:t>
      </w:r>
    </w:p>
    <w:p>
      <w:r>
        <w:rPr>
          <w:b/>
        </w:rPr>
        <w:t xml:space="preserve">[25:47] </w:t>
      </w:r>
      <w:r>
        <w:t>yani simply apna naam likhiye bas.</w:t>
      </w:r>
    </w:p>
    <w:p>
      <w:pPr>
        <w:jc w:val="right"/>
      </w:pPr>
      <w:r>
        <w:t>یعنی simply اپنا نام لکھیے بس۔</w:t>
      </w:r>
    </w:p>
    <w:p>
      <w:r>
        <w:rPr>
          <w:b/>
        </w:rPr>
        <w:t xml:space="preserve">[25:50] </w:t>
      </w:r>
      <w:r>
        <w:t>hazrat Ali likh rahe the, hazrat Ali jo the woh agreement ko likh rahe the, to unhon ne</w:t>
      </w:r>
    </w:p>
    <w:p>
      <w:pPr>
        <w:jc w:val="right"/>
      </w:pPr>
      <w:r>
        <w:t>حضرت علی لکھ رہے تھے، حضرت علی جو تھے وہ agreement کو لکھ رہے تھے، تو انہوں نے</w:t>
      </w:r>
    </w:p>
    <w:p>
      <w:r>
        <w:rPr>
          <w:b/>
        </w:rPr>
        <w:t xml:space="preserve">[25:58] </w:t>
      </w:r>
      <w:r>
        <w:t>likh diya Muhammad rasool Allah.</w:t>
      </w:r>
    </w:p>
    <w:p>
      <w:pPr>
        <w:jc w:val="right"/>
      </w:pPr>
      <w:r>
        <w:t>لکھ دیا محمد رسول اللہ۔</w:t>
      </w:r>
    </w:p>
    <w:p>
      <w:r>
        <w:rPr>
          <w:b/>
        </w:rPr>
        <w:t xml:space="preserve">[26:00] </w:t>
      </w:r>
      <w:r>
        <w:t>unhon ne kaha ke nahin, aap mitaiye, rasool Allah ko mitaiye.</w:t>
      </w:r>
    </w:p>
    <w:p>
      <w:pPr>
        <w:jc w:val="right"/>
      </w:pPr>
      <w:r>
        <w:t>انہوں نے کہا کہ نہیں، آپ مٹائیے، رسول اللہ کو مٹائیے۔</w:t>
      </w:r>
    </w:p>
    <w:p>
      <w:r>
        <w:rPr>
          <w:b/>
        </w:rPr>
        <w:t xml:space="preserve">[26:05] </w:t>
      </w:r>
      <w:r>
        <w:t>aap likhiye Muhammad bin Abdullah.</w:t>
      </w:r>
    </w:p>
    <w:p>
      <w:pPr>
        <w:jc w:val="right"/>
      </w:pPr>
      <w:r>
        <w:t>آپ لکھیے محمد بن عبداللہ۔</w:t>
      </w:r>
    </w:p>
    <w:p>
      <w:r>
        <w:rPr>
          <w:b/>
        </w:rPr>
        <w:t xml:space="preserve">[26:07] </w:t>
      </w:r>
      <w:r>
        <w:t>ab bataiye ke aap ki yahi asal thi aap ki hesiyat ke aap rasool Allah the, aap Khuda</w:t>
      </w:r>
    </w:p>
    <w:p>
      <w:pPr>
        <w:jc w:val="right"/>
      </w:pPr>
      <w:r>
        <w:t>اب بتائیے کہ آپ کی یہی اصل تھی آپ کی حیثیت کہ آپ رسول اللہ تھے، آپ خدا</w:t>
      </w:r>
    </w:p>
    <w:p>
      <w:r>
        <w:rPr>
          <w:b/>
        </w:rPr>
        <w:t xml:space="preserve">[26:15] </w:t>
      </w:r>
      <w:r>
        <w:t>ke prophet the.</w:t>
      </w:r>
    </w:p>
    <w:p>
      <w:pPr>
        <w:jc w:val="right"/>
      </w:pPr>
      <w:r>
        <w:t>کے prophet تھے۔</w:t>
      </w:r>
    </w:p>
    <w:p>
      <w:r>
        <w:rPr>
          <w:b/>
        </w:rPr>
        <w:t xml:space="preserve">[26:16] </w:t>
      </w:r>
      <w:r>
        <w:t>is ko bhi mita diya aap ne ke chalo bhai mita dete hain paper par.</w:t>
      </w:r>
    </w:p>
    <w:p>
      <w:pPr>
        <w:jc w:val="right"/>
      </w:pPr>
      <w:r>
        <w:t>اس کو بھی مٹا دیا آپ نے کہ چلو بھئی مٹا دیتے ہیں paper پر۔</w:t>
      </w:r>
    </w:p>
    <w:p>
      <w:r>
        <w:rPr>
          <w:b/>
        </w:rPr>
        <w:t xml:space="preserve">[26:22] </w:t>
      </w:r>
      <w:r>
        <w:t>paper ke bahar to meri position wahi hai, magar paper par jab kehte ho to hum mita dete</w:t>
      </w:r>
    </w:p>
    <w:p>
      <w:pPr>
        <w:jc w:val="right"/>
      </w:pPr>
      <w:r>
        <w:t>Paper کے باہر تو میری position وہی ہے، مگر paper پر جب کہتے ہو تو ہم مٹا دیتے</w:t>
      </w:r>
    </w:p>
    <w:p>
      <w:r>
        <w:rPr>
          <w:b/>
        </w:rPr>
        <w:t xml:space="preserve">[26:30]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[26:32] </w:t>
      </w:r>
      <w:r>
        <w:t>is tarah se unilateral condition par aap ne Hudaybiyah agreement kiya.</w:t>
      </w:r>
    </w:p>
    <w:p>
      <w:pPr>
        <w:jc w:val="right"/>
      </w:pPr>
      <w:r>
        <w:t>اس طرح سے unilateral condition پر آپ نے حدیبیہ agreement کیا۔</w:t>
      </w:r>
    </w:p>
    <w:p>
      <w:r>
        <w:rPr>
          <w:b/>
        </w:rPr>
        <w:t xml:space="preserve">[26:36] </w:t>
      </w:r>
      <w:r>
        <w:t>yeh tha peace agreement by choice.</w:t>
      </w:r>
    </w:p>
    <w:p>
      <w:pPr>
        <w:jc w:val="right"/>
      </w:pPr>
      <w:r>
        <w:t>یہ تھا peace agreement by choice۔</w:t>
      </w:r>
    </w:p>
    <w:p>
      <w:r>
        <w:rPr>
          <w:b/>
        </w:rPr>
        <w:t xml:space="preserve">[26:39] </w:t>
      </w:r>
      <w:r>
        <w:t>yeh rasool Allah ke liye tha peace agreement by choice.</w:t>
      </w:r>
    </w:p>
    <w:p>
      <w:pPr>
        <w:jc w:val="right"/>
      </w:pPr>
      <w:r>
        <w:t>یہ رسول اللہ کے لیے تھا peace agreement by choice۔</w:t>
      </w:r>
    </w:p>
    <w:p>
      <w:r>
        <w:rPr>
          <w:b/>
        </w:rPr>
        <w:t xml:space="preserve">[26:43] </w:t>
      </w:r>
      <w:r>
        <w:t>is ka itna faida hua ke do saal ke andar andar itne saare log Islam mein dakhil ho</w:t>
      </w:r>
    </w:p>
    <w:p>
      <w:pPr>
        <w:jc w:val="right"/>
      </w:pPr>
      <w:r>
        <w:t>اس کا اتنا فائدہ ہوا کہ دو سال کے اندر اندر اتنے سارے لوگ اسلام میں داخل ہو</w:t>
      </w:r>
    </w:p>
    <w:p>
      <w:r>
        <w:rPr>
          <w:b/>
        </w:rPr>
        <w:t xml:space="preserve">[26:51] </w:t>
      </w:r>
      <w:r>
        <w:t>gaye ke is waqt the kal dedh hazar aadmi, dedh hazar, aur do saal ke andar ten thousand</w:t>
      </w:r>
    </w:p>
    <w:p>
      <w:pPr>
        <w:jc w:val="right"/>
      </w:pPr>
      <w:r>
        <w:t>گئے کہ اس وقت تھے کل ڈیڑھ ہزار آدمی، ڈیڑھ ہزار، اور دو سال کے اندر ten thousand</w:t>
      </w:r>
    </w:p>
    <w:p>
      <w:r>
        <w:rPr>
          <w:b/>
        </w:rPr>
        <w:t xml:space="preserve">[26:59] </w:t>
      </w:r>
      <w:r>
        <w:t>ho gaye.</w:t>
      </w:r>
    </w:p>
    <w:p>
      <w:pPr>
        <w:jc w:val="right"/>
      </w:pPr>
      <w:r>
        <w:t>ہو گئے۔</w:t>
      </w:r>
    </w:p>
    <w:p>
      <w:r>
        <w:rPr>
          <w:b/>
        </w:rPr>
        <w:t xml:space="preserve">[27:00] </w:t>
      </w:r>
      <w:r>
        <w:t>to number itna badh gaya ke number hi kafi ho gaya aap ko jeetne ke liye, baghair ladai</w:t>
      </w:r>
    </w:p>
    <w:p>
      <w:pPr>
        <w:jc w:val="right"/>
      </w:pPr>
      <w:r>
        <w:t>تو نمبر اتنا بڑھ گیا کہ نمبر ہی کافی ہو گیا آپ کو جیتنے کے لیے، بغیر لڑائی</w:t>
      </w:r>
    </w:p>
    <w:p>
      <w:r>
        <w:rPr>
          <w:b/>
        </w:rPr>
        <w:t xml:space="preserve">[27:08] </w:t>
      </w:r>
      <w:r>
        <w:t>ke.</w:t>
      </w:r>
    </w:p>
    <w:p>
      <w:pPr>
        <w:jc w:val="right"/>
      </w:pPr>
      <w:r>
        <w:t>کے۔</w:t>
      </w:r>
    </w:p>
    <w:p>
      <w:r>
        <w:rPr>
          <w:b/>
        </w:rPr>
        <w:t xml:space="preserve">[27:09] </w:t>
      </w:r>
      <w:r>
        <w:t>baghair ladai ke.</w:t>
      </w:r>
    </w:p>
    <w:p>
      <w:pPr>
        <w:jc w:val="right"/>
      </w:pPr>
      <w:r>
        <w:t>بغیر لڑائی کے۔</w:t>
      </w:r>
    </w:p>
    <w:p>
      <w:r>
        <w:rPr>
          <w:b/>
        </w:rPr>
        <w:t xml:space="preserve">[27:11] </w:t>
      </w:r>
      <w:r>
        <w:t>ab dekhiye, yeh to tha peace by choice ka yani result.</w:t>
      </w:r>
    </w:p>
    <w:p>
      <w:pPr>
        <w:jc w:val="right"/>
      </w:pPr>
      <w:r>
        <w:t>اب دیکھیے، یہ تو تھا peace by choice کا یعنی result۔</w:t>
      </w:r>
    </w:p>
    <w:p>
      <w:r>
        <w:rPr>
          <w:b/>
        </w:rPr>
        <w:t xml:space="preserve">[27:16] </w:t>
      </w:r>
      <w:r>
        <w:t>peace by choice.</w:t>
      </w:r>
    </w:p>
    <w:p>
      <w:pPr>
        <w:jc w:val="right"/>
      </w:pPr>
      <w:r>
        <w:t>Peace by choice۔</w:t>
      </w:r>
    </w:p>
    <w:p>
      <w:r>
        <w:rPr>
          <w:b/>
        </w:rPr>
        <w:t xml:space="preserve">[27:17] </w:t>
      </w:r>
      <w:r>
        <w:t>ab peace by compulsion ki misaal lijiye aap.</w:t>
      </w:r>
    </w:p>
    <w:p>
      <w:pPr>
        <w:jc w:val="right"/>
      </w:pPr>
      <w:r>
        <w:t>اب peace by compulsion کی مثال لیجیے آپ۔</w:t>
      </w:r>
    </w:p>
    <w:p>
      <w:r>
        <w:rPr>
          <w:b/>
        </w:rPr>
        <w:t xml:space="preserve">[27:21] </w:t>
      </w:r>
      <w:r>
        <w:t>thirteen century mein aap jante hain ke Tatariyon ne attack kiya.</w:t>
      </w:r>
    </w:p>
    <w:p>
      <w:pPr>
        <w:jc w:val="right"/>
      </w:pPr>
      <w:r>
        <w:t>تھرٹین سینچری میں آپ جانتے ہیں کہ تاتاریوں نے attack کیا۔</w:t>
      </w:r>
    </w:p>
    <w:p>
      <w:r>
        <w:rPr>
          <w:b/>
        </w:rPr>
        <w:t xml:space="preserve">[27:25] </w:t>
      </w:r>
      <w:r>
        <w:t>is waqt Umayyad khilafat thi aur bahut bada raqba tha.</w:t>
      </w:r>
    </w:p>
    <w:p>
      <w:pPr>
        <w:jc w:val="right"/>
      </w:pPr>
      <w:r>
        <w:t>اس وقت امیہ خلافت تھی اور بہت بڑا رقبہ تھا۔</w:t>
      </w:r>
    </w:p>
    <w:p>
      <w:r>
        <w:rPr>
          <w:b/>
        </w:rPr>
        <w:t xml:space="preserve">[27:30] </w:t>
      </w:r>
      <w:r>
        <w:t>bohat sare mulk the woh Asia aur Africa ke.</w:t>
      </w:r>
    </w:p>
    <w:p>
      <w:pPr>
        <w:jc w:val="right"/>
      </w:pPr>
      <w:r>
        <w:t>بہت سارے ملک تھے وہ ایشیا اور افریقہ کے۔</w:t>
      </w:r>
    </w:p>
    <w:p>
      <w:r>
        <w:rPr>
          <w:b/>
        </w:rPr>
        <w:t xml:space="preserve">[27:33] </w:t>
      </w:r>
      <w:r>
        <w:t>to is waqt Baghdad jo tha woh rajdhani tha, Baghdad capital tha.</w:t>
      </w:r>
    </w:p>
    <w:p>
      <w:pPr>
        <w:jc w:val="right"/>
      </w:pPr>
      <w:r>
        <w:t>تو اس وقت بغداد جو تھا وہ راجدھانی تھا، بغداد capital تھا۔</w:t>
      </w:r>
    </w:p>
    <w:p>
      <w:r>
        <w:rPr>
          <w:b/>
        </w:rPr>
        <w:t xml:space="preserve">[27:39] </w:t>
      </w:r>
      <w:r>
        <w:t>to unhon ne attack kiya.</w:t>
      </w:r>
    </w:p>
    <w:p>
      <w:pPr>
        <w:jc w:val="right"/>
      </w:pPr>
      <w:r>
        <w:t>تو انہوں نے attack کیا۔</w:t>
      </w:r>
    </w:p>
    <w:p>
      <w:r>
        <w:rPr>
          <w:b/>
        </w:rPr>
        <w:t xml:space="preserve">[27:41] </w:t>
      </w:r>
      <w:r>
        <w:t>barah hazar ke bohat hi wahshi qism ke log the woh.</w:t>
      </w:r>
    </w:p>
    <w:p>
      <w:pPr>
        <w:jc w:val="right"/>
      </w:pPr>
      <w:r>
        <w:t>بارہ ہزار کے بہت ہی وحشی قسم کے لوگ تھے وہ۔</w:t>
      </w:r>
    </w:p>
    <w:p>
      <w:r>
        <w:rPr>
          <w:b/>
        </w:rPr>
        <w:t xml:space="preserve">[27:45] </w:t>
      </w:r>
      <w:r>
        <w:t>bohat maar kaat wale log the woh.</w:t>
      </w:r>
    </w:p>
    <w:p>
      <w:pPr>
        <w:jc w:val="right"/>
      </w:pPr>
      <w:r>
        <w:t>بہت مار کاٹ والے لوگ تھے وہ۔</w:t>
      </w:r>
    </w:p>
    <w:p>
      <w:r>
        <w:rPr>
          <w:b/>
        </w:rPr>
        <w:t xml:space="preserve">[27:48] </w:t>
      </w:r>
      <w:r>
        <w:t>aur unhon ne sara yahan se Samarkand se le kar ke Samarkand se le kar ke Baghdad tak</w:t>
      </w:r>
    </w:p>
    <w:p>
      <w:pPr>
        <w:jc w:val="right"/>
      </w:pPr>
      <w:r>
        <w:t>اور انہوں نے سارا یہاں سے سمرقند سے لے کر کے سمرقند سے لے کر کے بغداد تک</w:t>
      </w:r>
    </w:p>
    <w:p>
      <w:r>
        <w:rPr>
          <w:b/>
        </w:rPr>
        <w:t xml:space="preserve">[27:56] </w:t>
      </w:r>
      <w:r>
        <w:t>sab tabah kar diya.</w:t>
      </w:r>
    </w:p>
    <w:p>
      <w:pPr>
        <w:jc w:val="right"/>
      </w:pPr>
      <w:r>
        <w:t>سب تباہ کر دیا۔</w:t>
      </w:r>
    </w:p>
    <w:p>
      <w:r>
        <w:rPr>
          <w:b/>
        </w:rPr>
        <w:t xml:space="preserve">[27:58] </w:t>
      </w:r>
      <w:r>
        <w:t>Abu Salman ko bohat zyada defeat hui.</w:t>
      </w:r>
    </w:p>
    <w:p>
      <w:pPr>
        <w:jc w:val="right"/>
      </w:pPr>
      <w:r>
        <w:t>ابو سلمان کو بہت زیادہ defeat ہوئی۔</w:t>
      </w:r>
    </w:p>
    <w:p>
      <w:r>
        <w:rPr>
          <w:b/>
        </w:rPr>
        <w:t xml:space="preserve">[28:01] </w:t>
      </w:r>
      <w:r>
        <w:t>itni zyada defeat hui ke is zuban mein kaha jaane laga ke yani yeh ek saying ban gayi</w:t>
      </w:r>
    </w:p>
    <w:p>
      <w:pPr>
        <w:jc w:val="right"/>
      </w:pPr>
      <w:r>
        <w:t>اتنی زیادہ defeat ہوئی کہ اس زبان میں کہا جانے لگا کہ یعنی یہ ایک saying بن گئی</w:t>
      </w:r>
    </w:p>
    <w:p>
      <w:r>
        <w:rPr>
          <w:b/>
        </w:rPr>
        <w:t xml:space="preserve">[28:09] </w:t>
      </w:r>
      <w:r>
        <w:t>ke agar yeh kaha jaye ke Tatari, Tatariyon ko defeat hui hogi to manna mat.</w:t>
      </w:r>
    </w:p>
    <w:p>
      <w:pPr>
        <w:jc w:val="right"/>
      </w:pPr>
      <w:r>
        <w:t>کہ اگر یہ کہا جائے کہ تاتاری، تاتاریوں کو defeat ہوئی ہوگی تو ماننا مت۔</w:t>
      </w:r>
    </w:p>
    <w:p>
      <w:r>
        <w:rPr>
          <w:b/>
        </w:rPr>
        <w:t xml:space="preserve">[28:15] </w:t>
      </w:r>
      <w:r>
        <w:t>kyun ke woh un ko defeat nahi de sakte hum log.</w:t>
      </w:r>
    </w:p>
    <w:p>
      <w:pPr>
        <w:jc w:val="right"/>
      </w:pPr>
      <w:r>
        <w:t>کیونکہ وہ ان کو defeat نہیں دے سکتے ہم لوگ۔</w:t>
      </w:r>
    </w:p>
    <w:p>
      <w:r>
        <w:rPr>
          <w:b/>
        </w:rPr>
        <w:t xml:space="preserve">[28:19] </w:t>
      </w:r>
      <w:r>
        <w:t>yahan tak baat ho gayi thi.</w:t>
      </w:r>
    </w:p>
    <w:p>
      <w:pPr>
        <w:jc w:val="right"/>
      </w:pPr>
      <w:r>
        <w:t>یہاں تک بات ہو گئی تھی۔</w:t>
      </w:r>
    </w:p>
    <w:p>
      <w:r>
        <w:rPr>
          <w:b/>
        </w:rPr>
        <w:t xml:space="preserve">[28:22] </w:t>
      </w:r>
      <w:r>
        <w:t>to musalman majboor ho gaye ke peace by compulsion ka tareeqa ikhtiyar karein.</w:t>
      </w:r>
    </w:p>
    <w:p>
      <w:pPr>
        <w:jc w:val="right"/>
      </w:pPr>
      <w:r>
        <w:t>تو مسلمان مجبور ہو گئے کہ peace by compulsion کا طریقہ اختیار کریں۔</w:t>
      </w:r>
    </w:p>
    <w:p>
      <w:r>
        <w:rPr>
          <w:b/>
        </w:rPr>
        <w:t xml:space="preserve">[28:27] </w:t>
      </w:r>
      <w:r>
        <w:t>bhai lad sakte hain yeh to chup chap ho ke baith jana pada inhein.</w:t>
      </w:r>
    </w:p>
    <w:p>
      <w:pPr>
        <w:jc w:val="right"/>
      </w:pPr>
      <w:r>
        <w:t>بھئی لڑ سکتے ہیں یہ تو چپ چاپ ہو کے بیٹھ جانا پڑا انہیں۔</w:t>
      </w:r>
    </w:p>
    <w:p>
      <w:r>
        <w:rPr>
          <w:b/>
        </w:rPr>
        <w:t xml:space="preserve">[28:33] </w:t>
      </w:r>
      <w:r>
        <w:t>That was a peace by compulsion.</w:t>
      </w:r>
    </w:p>
    <w:p>
      <w:pPr>
        <w:jc w:val="right"/>
      </w:pPr>
      <w:r>
        <w:t>That was a peace by compulsion۔</w:t>
      </w:r>
    </w:p>
    <w:p>
      <w:r>
        <w:rPr>
          <w:b/>
        </w:rPr>
        <w:t xml:space="preserve">[28:36] </w:t>
      </w:r>
      <w:r>
        <w:t>yani in ke aur Tatariyon ke darmiyan ladai bhadai band ho gayi.</w:t>
      </w:r>
    </w:p>
    <w:p>
      <w:pPr>
        <w:jc w:val="right"/>
      </w:pPr>
      <w:r>
        <w:t>یعنی ان کے اور تاتاریوں کے درمیان لڑائی بھڑائی بند ہو گئی۔</w:t>
      </w:r>
    </w:p>
    <w:p>
      <w:r>
        <w:rPr>
          <w:b/>
        </w:rPr>
        <w:t xml:space="preserve">[28:41] </w:t>
      </w:r>
      <w:r>
        <w:t>Interaction barh gaya.</w:t>
      </w:r>
    </w:p>
    <w:p>
      <w:pPr>
        <w:jc w:val="right"/>
      </w:pPr>
      <w:r>
        <w:t>Interaction بڑھ گیا۔</w:t>
      </w:r>
    </w:p>
    <w:p>
      <w:r>
        <w:rPr>
          <w:b/>
        </w:rPr>
        <w:t xml:space="preserve">[28:43] </w:t>
      </w:r>
      <w:r>
        <w:t>kyun ke rehte the isi mein Muslim bastiyon mein.</w:t>
      </w:r>
    </w:p>
    <w:p>
      <w:pPr>
        <w:jc w:val="right"/>
      </w:pPr>
      <w:r>
        <w:t>کیونکہ رہتے تھے اسی میں مسلم بستیوں میں۔</w:t>
      </w:r>
    </w:p>
    <w:p>
      <w:r>
        <w:rPr>
          <w:b/>
        </w:rPr>
        <w:t xml:space="preserve">[28:46] </w:t>
      </w:r>
      <w:r>
        <w:t>Interaction yani peaceful yani ladai to nahi hui lekin by compulsion peace qaim ho gaya.</w:t>
      </w:r>
    </w:p>
    <w:p>
      <w:pPr>
        <w:jc w:val="right"/>
      </w:pPr>
      <w:r>
        <w:t>Interaction یعنی peaceful یعنی لڑائی تو نہیں ہوئی لیکن by compulsion peace قائم ہو گیا۔</w:t>
      </w:r>
    </w:p>
    <w:p>
      <w:r>
        <w:rPr>
          <w:b/>
        </w:rPr>
        <w:t xml:space="preserve">[28:52] </w:t>
      </w:r>
      <w:r>
        <w:t>Peaceful interaction shuru ho gaya.</w:t>
      </w:r>
    </w:p>
    <w:p>
      <w:pPr>
        <w:jc w:val="right"/>
      </w:pPr>
      <w:r>
        <w:t>Peaceful interaction شروع ہو گیا۔</w:t>
      </w:r>
    </w:p>
    <w:p>
      <w:r>
        <w:rPr>
          <w:b/>
        </w:rPr>
        <w:t xml:space="preserve">[28:55] </w:t>
      </w:r>
      <w:r>
        <w:t>Peaceful negotiation hone laga.</w:t>
      </w:r>
    </w:p>
    <w:p>
      <w:pPr>
        <w:jc w:val="right"/>
      </w:pPr>
      <w:r>
        <w:t>Peaceful negotiation ہونے لگا۔</w:t>
      </w:r>
    </w:p>
    <w:p>
      <w:r>
        <w:rPr>
          <w:b/>
        </w:rPr>
        <w:t xml:space="preserve">[28:56] </w:t>
      </w:r>
      <w:r>
        <w:t>Peaceful dialogue hone laga.</w:t>
      </w:r>
    </w:p>
    <w:p>
      <w:pPr>
        <w:jc w:val="right"/>
      </w:pPr>
      <w:r>
        <w:t>Peaceful dialogue ہونے لگا۔</w:t>
      </w:r>
    </w:p>
    <w:p>
      <w:r>
        <w:rPr>
          <w:b/>
        </w:rPr>
        <w:t xml:space="preserve">[28:58] </w:t>
      </w:r>
      <w:r>
        <w:t>jaise misal ke taur par ek musalman ne pani ka glass liya aur Bismillah Rehman ur Rahim keh</w:t>
      </w:r>
    </w:p>
    <w:p>
      <w:pPr>
        <w:jc w:val="right"/>
      </w:pPr>
      <w:r>
        <w:t>جیسے مثال کے طور پر ایک مسلمان نے پانی کا گلاس لیا اور بسم اللہ الرحمن الرحیم کہہ</w:t>
      </w:r>
    </w:p>
    <w:p>
      <w:r>
        <w:rPr>
          <w:b/>
        </w:rPr>
        <w:t xml:space="preserve">[29:06] </w:t>
      </w:r>
      <w:r>
        <w:t>kar us ko peene laga.</w:t>
      </w:r>
    </w:p>
    <w:p>
      <w:pPr>
        <w:jc w:val="right"/>
      </w:pPr>
      <w:r>
        <w:t>کر اس کو پینے لگا۔</w:t>
      </w:r>
    </w:p>
    <w:p>
      <w:r>
        <w:rPr>
          <w:b/>
        </w:rPr>
        <w:t xml:space="preserve">[29:08] </w:t>
      </w:r>
      <w:r>
        <w:t>ab woh woh log jo the woh yeh sab jante nahi the is culture ko.</w:t>
      </w:r>
    </w:p>
    <w:p>
      <w:pPr>
        <w:jc w:val="right"/>
      </w:pPr>
      <w:r>
        <w:t>اب وہ وہ لوگ جو تھے وہ یہ سب جانتے نہیں تھے اس کلچر کو۔</w:t>
      </w:r>
    </w:p>
    <w:p>
      <w:r>
        <w:rPr>
          <w:b/>
        </w:rPr>
        <w:t xml:space="preserve">[29:14] </w:t>
      </w:r>
      <w:r>
        <w:t>unhon ne poocha ke bhai yeh bismillah al-rahman al-rahim kya cheez hai jo tum ne parha? kyon</w:t>
      </w:r>
    </w:p>
    <w:p>
      <w:pPr>
        <w:jc w:val="right"/>
      </w:pPr>
      <w:r>
        <w:t>انہوں نے پوچھا کہ بھئی یہ بسم اللہ الرحمن الرحیم کیا چیز ہے جو تم نے پڑھا؟ کیوں</w:t>
      </w:r>
    </w:p>
    <w:p>
      <w:r>
        <w:rPr>
          <w:b/>
        </w:rPr>
        <w:t xml:space="preserve">[29:22] </w:t>
      </w:r>
      <w:r>
        <w:t>tum ne kaha bismillah al-rahman al-rahim? ab is ne bataya ke is ka yeh matlab hai.</w:t>
      </w:r>
    </w:p>
    <w:p>
      <w:pPr>
        <w:jc w:val="right"/>
      </w:pPr>
      <w:r>
        <w:t>تم نے کہا بسم اللہ الرحمن الرحیم؟ اب اس نے بتایا کہ اس کا یہ مطلب ہے۔</w:t>
      </w:r>
    </w:p>
    <w:p>
      <w:r>
        <w:rPr>
          <w:b/>
        </w:rPr>
        <w:t xml:space="preserve">[29:29] </w:t>
      </w:r>
      <w:r>
        <w:t>is ka yeh matlab hai.</w:t>
      </w:r>
    </w:p>
    <w:p>
      <w:pPr>
        <w:jc w:val="right"/>
      </w:pPr>
      <w:r>
        <w:t>اس کا یہ مطلب ہے۔</w:t>
      </w:r>
    </w:p>
    <w:p>
      <w:r>
        <w:rPr>
          <w:b/>
        </w:rPr>
        <w:t xml:space="preserve">[29:31] </w:t>
      </w:r>
      <w:r>
        <w:t>to interaction ke through apne aap daawa work hone laga.</w:t>
      </w:r>
    </w:p>
    <w:p>
      <w:pPr>
        <w:jc w:val="right"/>
      </w:pPr>
      <w:r>
        <w:t>تو interaction کے through اپنے آپ دعویٰ work ہونے لگا۔</w:t>
      </w:r>
    </w:p>
    <w:p>
      <w:r>
        <w:rPr>
          <w:b/>
        </w:rPr>
        <w:t xml:space="preserve">[29:36] </w:t>
      </w:r>
      <w:r>
        <w:t>ab dekhiye ke wahan tha peace by option.</w:t>
      </w:r>
    </w:p>
    <w:p>
      <w:pPr>
        <w:jc w:val="right"/>
      </w:pPr>
      <w:r>
        <w:t>اب دیکھیے کہ وہاں تھا peace by option۔</w:t>
      </w:r>
    </w:p>
    <w:p>
      <w:r>
        <w:rPr>
          <w:b/>
        </w:rPr>
        <w:t xml:space="preserve">[29:39] </w:t>
      </w:r>
      <w:r>
        <w:t>is ka faida mila.</w:t>
      </w:r>
    </w:p>
    <w:p>
      <w:pPr>
        <w:jc w:val="right"/>
      </w:pPr>
      <w:r>
        <w:t>اس کا فائدہ ملا۔</w:t>
      </w:r>
    </w:p>
    <w:p>
      <w:r>
        <w:rPr>
          <w:b/>
        </w:rPr>
        <w:t xml:space="preserve">[29:41] </w:t>
      </w:r>
      <w:r>
        <w:t>wahan bhi daawa work hua.</w:t>
      </w:r>
    </w:p>
    <w:p>
      <w:pPr>
        <w:jc w:val="right"/>
      </w:pPr>
      <w:r>
        <w:t>وہاں بھی دعویٰ work ہوا۔</w:t>
      </w:r>
    </w:p>
    <w:p>
      <w:r>
        <w:rPr>
          <w:b/>
        </w:rPr>
        <w:t xml:space="preserve">[29:43] </w:t>
      </w:r>
      <w:r>
        <w:t>yani peace by option ka jo mahaul tha wahan par makka madine mein wahan bhi daawa work hua.</w:t>
      </w:r>
    </w:p>
    <w:p>
      <w:pPr>
        <w:jc w:val="right"/>
      </w:pPr>
      <w:r>
        <w:t>یعنی peace by option کا جو ماحول تھا وہاں پر مکہ مدینے میں وہاں بھی دعویٰ work ہوا۔</w:t>
      </w:r>
    </w:p>
    <w:p>
      <w:r>
        <w:rPr>
          <w:b/>
        </w:rPr>
        <w:t xml:space="preserve">[29:51] </w:t>
      </w:r>
      <w:r>
        <w:t>daawa work se log dedh hazar se barh kar ten thousand ho gaye do saal mein.</w:t>
      </w:r>
    </w:p>
    <w:p>
      <w:pPr>
        <w:jc w:val="right"/>
      </w:pPr>
      <w:r>
        <w:t>دعویٰ work سے لوگ ڈیڑھ ہزار سے بڑھ کر ten thousand ہو گئے دو سال میں۔</w:t>
      </w:r>
    </w:p>
    <w:p>
      <w:r>
        <w:rPr>
          <w:b/>
        </w:rPr>
        <w:t xml:space="preserve">[29:58] </w:t>
      </w:r>
      <w:r>
        <w:t>yahan bhi daawa work hua.</w:t>
      </w:r>
    </w:p>
    <w:p>
      <w:pPr>
        <w:jc w:val="right"/>
      </w:pPr>
      <w:r>
        <w:t>یہاں بھی دعویٰ work ہوا۔</w:t>
      </w:r>
    </w:p>
    <w:p>
      <w:r>
        <w:rPr>
          <w:b/>
        </w:rPr>
        <w:t xml:space="preserve">[30:00] </w:t>
      </w:r>
      <w:r>
        <w:t>peace by compulsion.</w:t>
      </w:r>
    </w:p>
    <w:p>
      <w:pPr>
        <w:jc w:val="right"/>
      </w:pPr>
      <w:r>
        <w:t>Peace by compulsion۔</w:t>
      </w:r>
    </w:p>
    <w:p>
      <w:r>
        <w:rPr>
          <w:b/>
        </w:rPr>
        <w:t xml:space="preserve">[30:01] </w:t>
      </w:r>
      <w:r>
        <w:t>larai nahi hai, wires nahi hain, takrao nahi hai, talwarein nahi chal rahi hain to kya hai? milen</w:t>
      </w:r>
    </w:p>
    <w:p>
      <w:pPr>
        <w:jc w:val="right"/>
      </w:pPr>
      <w:r>
        <w:t>لڑائی نہیں ہے، wires نہیں ہیں، ٹکراؤ نہیں ہے، تلواریں نہیں چل رہی ہیں تو کیا ہے؟ ملیں</w:t>
      </w:r>
    </w:p>
    <w:p>
      <w:r>
        <w:rPr>
          <w:b/>
        </w:rPr>
        <w:t xml:space="preserve">[30:09] </w:t>
      </w:r>
      <w:r>
        <w:t>ge aapas mein, baat cheet karein ge.</w:t>
      </w:r>
    </w:p>
    <w:p>
      <w:pPr>
        <w:jc w:val="right"/>
      </w:pPr>
      <w:r>
        <w:t>گے آپس میں، بات چیت کریں گے۔</w:t>
      </w:r>
    </w:p>
    <w:p>
      <w:r>
        <w:rPr>
          <w:b/>
        </w:rPr>
        <w:t xml:space="preserve">[30:12] </w:t>
      </w:r>
      <w:r>
        <w:t>interaction karein ge, dialogue karein ge.</w:t>
      </w:r>
    </w:p>
    <w:p>
      <w:pPr>
        <w:jc w:val="right"/>
      </w:pPr>
      <w:r>
        <w:t>Interaction کریں گے، dialogue کریں گے۔</w:t>
      </w:r>
    </w:p>
    <w:p>
      <w:r>
        <w:rPr>
          <w:b/>
        </w:rPr>
        <w:t xml:space="preserve">[30:15] </w:t>
      </w:r>
      <w:r>
        <w:t>wo hone laga.</w:t>
      </w:r>
    </w:p>
    <w:p>
      <w:pPr>
        <w:jc w:val="right"/>
      </w:pPr>
      <w:r>
        <w:t>وہ ہونے لگا۔</w:t>
      </w:r>
    </w:p>
    <w:p>
      <w:r>
        <w:rPr>
          <w:b/>
        </w:rPr>
        <w:t xml:space="preserve">[30:16] </w:t>
      </w:r>
      <w:r>
        <w:t>natija kya hua ke tatariyon ki majority jo hai islam mein aa gayi.</w:t>
      </w:r>
    </w:p>
    <w:p>
      <w:pPr>
        <w:jc w:val="right"/>
      </w:pPr>
      <w:r>
        <w:t>نتیجہ کیا ہوا کہ تاتاریوں کی majority جو ہے اسلام میں آ گئی۔</w:t>
      </w:r>
    </w:p>
    <w:p>
      <w:r>
        <w:rPr>
          <w:b/>
        </w:rPr>
        <w:t xml:space="preserve">[30:22] </w:t>
      </w:r>
      <w:r>
        <w:t>majority.</w:t>
      </w:r>
    </w:p>
    <w:p>
      <w:pPr>
        <w:jc w:val="right"/>
      </w:pPr>
      <w:r>
        <w:t>Majority۔</w:t>
      </w:r>
    </w:p>
    <w:p>
      <w:r>
        <w:rPr>
          <w:b/>
        </w:rPr>
        <w:t xml:space="preserve">[30:23] </w:t>
      </w:r>
      <w:r>
        <w:t>yehahan tak ke jo prince aur king the wo bhi islam mein aa gaye.</w:t>
      </w:r>
    </w:p>
    <w:p>
      <w:pPr>
        <w:jc w:val="right"/>
      </w:pPr>
      <w:r>
        <w:t>یہاں تک کہ جو prince اور king تھے وہ بھی اسلام میں آ گئے۔</w:t>
      </w:r>
    </w:p>
    <w:p>
      <w:r>
        <w:rPr>
          <w:b/>
        </w:rPr>
        <w:t xml:space="preserve">[30:29] </w:t>
      </w:r>
      <w:r>
        <w:t>to majority un ki islam mein aa gayi.</w:t>
      </w:r>
    </w:p>
    <w:p>
      <w:pPr>
        <w:jc w:val="right"/>
      </w:pPr>
      <w:r>
        <w:t>تو majority ان کی اسلام میں آ گئی۔</w:t>
      </w:r>
    </w:p>
    <w:p>
      <w:r>
        <w:rPr>
          <w:b/>
        </w:rPr>
        <w:t xml:space="preserve">[30:33] </w:t>
      </w:r>
      <w:r>
        <w:t>ab wo yani isi ko kisi ne kaha hai ke kisi ne kaha hai ke jahan islam ki</w:t>
      </w:r>
    </w:p>
    <w:p>
      <w:pPr>
        <w:jc w:val="right"/>
      </w:pPr>
      <w:r>
        <w:t>اب وہ یعنی اسی کو کسی نے کہا ہے کہ کسی نے کہا ہے کہ جہاں اسلام کی</w:t>
      </w:r>
    </w:p>
    <w:p>
      <w:r>
        <w:rPr>
          <w:b/>
        </w:rPr>
        <w:t xml:space="preserve">[30:40] </w:t>
      </w:r>
      <w:r>
        <w:t>talwar fail ho gayi thi wahan islam ka religion jo hai us ne logon ko conquer kar diya.</w:t>
      </w:r>
    </w:p>
    <w:p>
      <w:pPr>
        <w:jc w:val="right"/>
      </w:pPr>
      <w:r>
        <w:t>تلوار fail ہو گئی تھی وہاں اسلام کا religion جو ہے اس نے لوگوں کو کانکر کر دیا۔</w:t>
      </w:r>
    </w:p>
    <w:p>
      <w:r>
        <w:rPr>
          <w:b/>
        </w:rPr>
        <w:t xml:space="preserve">[30:48] </w:t>
      </w:r>
      <w:r>
        <w:t>the religion of muslims have conquered where their arms have failed.</w:t>
      </w:r>
    </w:p>
    <w:p>
      <w:pPr>
        <w:jc w:val="right"/>
      </w:pPr>
      <w:r>
        <w:t>The religion of Muslims have conquered where their arms have failed.</w:t>
      </w:r>
    </w:p>
    <w:p>
      <w:r>
        <w:rPr>
          <w:b/>
        </w:rPr>
        <w:t xml:space="preserve">[30:53] </w:t>
      </w:r>
      <w:r>
        <w:t>the religion of muslims have conquered where their arms had failed.</w:t>
      </w:r>
    </w:p>
    <w:p>
      <w:pPr>
        <w:jc w:val="right"/>
      </w:pPr>
      <w:r>
        <w:t>The religion of Muslims have conquered where their arms had failed.</w:t>
      </w:r>
    </w:p>
    <w:p>
      <w:r>
        <w:rPr>
          <w:b/>
        </w:rPr>
        <w:t xml:space="preserve">[30:57] </w:t>
      </w:r>
      <w:r>
        <w:t>to do misalein mein ne dein.</w:t>
      </w:r>
    </w:p>
    <w:p>
      <w:pPr>
        <w:jc w:val="right"/>
      </w:pPr>
      <w:r>
        <w:t>تو دو مثالیں میں نے دیں۔</w:t>
      </w:r>
    </w:p>
    <w:p>
      <w:r>
        <w:rPr>
          <w:b/>
        </w:rPr>
        <w:t xml:space="preserve">[31:00] </w:t>
      </w:r>
      <w:r>
        <w:t>ek tha peace by option ka, doosra peace by compulsion ka.</w:t>
      </w:r>
    </w:p>
    <w:p>
      <w:pPr>
        <w:jc w:val="right"/>
      </w:pPr>
      <w:r>
        <w:t>ایک تھا peace by option کا، دوسرا peace by compulsion کا۔</w:t>
      </w:r>
    </w:p>
    <w:p>
      <w:r>
        <w:rPr>
          <w:b/>
        </w:rPr>
        <w:t xml:space="preserve">[31:05] </w:t>
      </w:r>
      <w:r>
        <w:t>to jis tarah se misaal ke taur par pani hai.</w:t>
      </w:r>
    </w:p>
    <w:p>
      <w:pPr>
        <w:jc w:val="right"/>
      </w:pPr>
      <w:r>
        <w:t>تو جس طرح سے مثال کے طور پر پانی ہے۔</w:t>
      </w:r>
    </w:p>
    <w:p>
      <w:r>
        <w:rPr>
          <w:b/>
        </w:rPr>
        <w:t xml:space="preserve">[31:09] </w:t>
      </w:r>
      <w:r>
        <w:t>agar koi aadmi pani na piye to us ko dehydration ho jayega.</w:t>
      </w:r>
    </w:p>
    <w:p>
      <w:pPr>
        <w:jc w:val="right"/>
      </w:pPr>
      <w:r>
        <w:t>اگر کوئی آدمی پانی نہ پیئے تو اس کو dehydration ہو جائے گا۔</w:t>
      </w:r>
    </w:p>
    <w:p>
      <w:r>
        <w:rPr>
          <w:b/>
        </w:rPr>
        <w:t xml:space="preserve">[31:15] </w:t>
      </w:r>
      <w:r>
        <w:t>aap jante hain.</w:t>
      </w:r>
    </w:p>
    <w:p>
      <w:pPr>
        <w:jc w:val="right"/>
      </w:pPr>
      <w:r>
        <w:t>آپ جانتے ہیں۔</w:t>
      </w:r>
    </w:p>
    <w:p>
      <w:r>
        <w:rPr>
          <w:b/>
        </w:rPr>
        <w:t xml:space="preserve">[31:16] </w:t>
      </w:r>
      <w:r>
        <w:t>body mein pani ki kami ho jayegi.</w:t>
      </w:r>
    </w:p>
    <w:p>
      <w:pPr>
        <w:jc w:val="right"/>
      </w:pPr>
      <w:r>
        <w:t>Body میں پانی کی کمی ہو جائے گی۔</w:t>
      </w:r>
    </w:p>
    <w:p>
      <w:r>
        <w:rPr>
          <w:b/>
        </w:rPr>
        <w:t xml:space="preserve">[31:19] </w:t>
      </w:r>
      <w:r>
        <w:t>kyun ke body mein to more than eighty percent pani hai.</w:t>
      </w:r>
    </w:p>
    <w:p>
      <w:pPr>
        <w:jc w:val="right"/>
      </w:pPr>
      <w:r>
        <w:t>کیونکہ body میں تو more than eighty percent پانی ہے۔</w:t>
      </w:r>
    </w:p>
    <w:p>
      <w:r>
        <w:rPr>
          <w:b/>
        </w:rPr>
        <w:t xml:space="preserve">[31:24] </w:t>
      </w:r>
      <w:r>
        <w:t>ab koi pani na piye kisi wajah se to dehydration ho jayega.</w:t>
      </w:r>
    </w:p>
    <w:p>
      <w:pPr>
        <w:jc w:val="right"/>
      </w:pPr>
      <w:r>
        <w:t>اب کوئی پانی نہ پیئے کسی وجہ سے تو dehydration ہو جائے گا۔</w:t>
      </w:r>
    </w:p>
    <w:p>
      <w:r>
        <w:rPr>
          <w:b/>
        </w:rPr>
        <w:t xml:space="preserve">[31:29] </w:t>
      </w:r>
      <w:r>
        <w:t>bimar pad jayega.</w:t>
      </w:r>
    </w:p>
    <w:p>
      <w:pPr>
        <w:jc w:val="right"/>
      </w:pPr>
      <w:r>
        <w:t>بیمار پڑ جائے گا۔</w:t>
      </w:r>
    </w:p>
    <w:p>
      <w:r>
        <w:rPr>
          <w:b/>
        </w:rPr>
        <w:t xml:space="preserve">[31:31] </w:t>
      </w:r>
      <w:r>
        <w:t>to hospital mein us ko compulsively pani us ko nalki ke zariye dala jata hai.</w:t>
      </w:r>
    </w:p>
    <w:p>
      <w:pPr>
        <w:jc w:val="right"/>
      </w:pPr>
      <w:r>
        <w:t>تو hospital میں اس کو compulsively پانی اس کو نلکی کے ذریعے ڈالا جاتا ہے۔</w:t>
      </w:r>
    </w:p>
    <w:p>
      <w:r>
        <w:rPr>
          <w:b/>
        </w:rPr>
        <w:t xml:space="preserve">[31:37] </w:t>
      </w:r>
      <w:r>
        <w:t>yeh to pani mein pi raha hoon by option lekin aap hospital mein ja kar dekhen to is</w:t>
      </w:r>
    </w:p>
    <w:p>
      <w:pPr>
        <w:jc w:val="right"/>
      </w:pPr>
      <w:r>
        <w:t>یہ تو پانی میں پی رہا ہوں by option لیکن آپ hospital میں جا کر دیکھیں تو اس</w:t>
      </w:r>
    </w:p>
    <w:p>
      <w:r>
        <w:rPr>
          <w:b/>
        </w:rPr>
        <w:t xml:space="preserve">[31:45] </w:t>
      </w:r>
      <w:r>
        <w:t>aadmi ko bed pe lita dete hain aur aur nalki laga dete hain aur pani utarte hain is</w:t>
      </w:r>
    </w:p>
    <w:p>
      <w:pPr>
        <w:jc w:val="right"/>
      </w:pPr>
      <w:r>
        <w:t>آدمی کو bed پہ لٹا دیتے ہیں اور اور نلکی لگا دیتے ہیں اور پانی اتارتے ہیں اس</w:t>
      </w:r>
    </w:p>
    <w:p>
      <w:r>
        <w:rPr>
          <w:b/>
        </w:rPr>
        <w:t xml:space="preserve">[31:53] </w:t>
      </w:r>
      <w:r>
        <w:t>ke body mein.</w:t>
      </w:r>
    </w:p>
    <w:p>
      <w:pPr>
        <w:jc w:val="right"/>
      </w:pPr>
      <w:r>
        <w:t>کے body میں۔</w:t>
      </w:r>
    </w:p>
    <w:p>
      <w:r>
        <w:rPr>
          <w:b/>
        </w:rPr>
        <w:t xml:space="preserve">[31:54] </w:t>
      </w:r>
      <w:r>
        <w:t>to woh gaya ke by compulsion us ko pani pilaya jata hai.</w:t>
      </w:r>
    </w:p>
    <w:p>
      <w:pPr>
        <w:jc w:val="right"/>
      </w:pPr>
      <w:r>
        <w:t>تو وہ گیا کہ by compulsion اس کو پانی پلایا جاتا ہے۔</w:t>
      </w:r>
    </w:p>
    <w:p>
      <w:r>
        <w:rPr>
          <w:b/>
        </w:rPr>
        <w:t xml:space="preserve">[32:00] </w:t>
      </w:r>
      <w:r>
        <w:t>اور یہ میں پی رہا ہوں by option.</w:t>
      </w:r>
    </w:p>
    <w:p>
      <w:pPr>
        <w:jc w:val="right"/>
      </w:pPr>
      <w:r>
        <w:t>اور یہ میں پی رہا ہوں by option۔</w:t>
      </w:r>
    </w:p>
    <w:p>
      <w:r>
        <w:rPr>
          <w:b/>
        </w:rPr>
        <w:t xml:space="preserve">[32:03] </w:t>
      </w:r>
      <w:r>
        <w:t>faida dono ko milta hai.</w:t>
      </w:r>
    </w:p>
    <w:p>
      <w:pPr>
        <w:jc w:val="right"/>
      </w:pPr>
      <w:r>
        <w:t>فائدہ دونوں کو ملتا ہے۔</w:t>
      </w:r>
    </w:p>
    <w:p>
      <w:r>
        <w:rPr>
          <w:b/>
        </w:rPr>
        <w:t xml:space="preserve">[32:05] </w:t>
      </w:r>
      <w:r>
        <w:t>By option pani piya aap ne tab bhi faayda hai.</w:t>
      </w:r>
    </w:p>
    <w:p>
      <w:pPr>
        <w:jc w:val="right"/>
      </w:pPr>
      <w:r>
        <w:t>By option پانی پیا آپ نے تب بھی فائدہ ہے۔</w:t>
      </w:r>
    </w:p>
    <w:p>
      <w:r>
        <w:rPr>
          <w:b/>
        </w:rPr>
        <w:t xml:space="preserve">[32:09] </w:t>
      </w:r>
      <w:r>
        <w:t>aur by compulsion aap ke pani aap ke body mein dala gaya tab bhi faida hai.</w:t>
      </w:r>
    </w:p>
    <w:p>
      <w:pPr>
        <w:jc w:val="right"/>
      </w:pPr>
      <w:r>
        <w:t>اور by compulsion آپ کے پانی آپ کے body میں ڈالا گیا تب بھی فائدہ ہے۔</w:t>
      </w:r>
    </w:p>
    <w:p>
      <w:r>
        <w:rPr>
          <w:b/>
        </w:rPr>
        <w:t xml:space="preserve">[32:16] </w:t>
      </w:r>
      <w:r>
        <w:t>aise hi muamla peace ka hai.</w:t>
      </w:r>
    </w:p>
    <w:p>
      <w:pPr>
        <w:jc w:val="right"/>
      </w:pPr>
      <w:r>
        <w:t>ایسے ہی معاملہ peace کا ہے۔</w:t>
      </w:r>
    </w:p>
    <w:p>
      <w:r>
        <w:rPr>
          <w:b/>
        </w:rPr>
        <w:t xml:space="preserve">[32:19] </w:t>
      </w:r>
      <w:r>
        <w:t>peace itna zyada achhi cheez hai.</w:t>
      </w:r>
    </w:p>
    <w:p>
      <w:pPr>
        <w:jc w:val="right"/>
      </w:pPr>
      <w:r>
        <w:t>Peace اتنا زیادہ اچھی چیز ہے۔</w:t>
      </w:r>
    </w:p>
    <w:p>
      <w:r>
        <w:rPr>
          <w:b/>
        </w:rPr>
        <w:t xml:space="preserve">[32:21] </w:t>
      </w:r>
      <w:r>
        <w:t>peace itna bara good hai ke kaise bhi peace aa jaye society mein to is ka faida hi</w:t>
      </w:r>
    </w:p>
    <w:p>
      <w:pPr>
        <w:jc w:val="right"/>
      </w:pPr>
      <w:r>
        <w:t>Peace اتنا بڑا good ہے کہ کیسے بھی peace آ جائے society میں تو اس کا فائدہ ہی</w:t>
      </w:r>
    </w:p>
    <w:p>
      <w:r>
        <w:rPr>
          <w:b/>
        </w:rPr>
        <w:t xml:space="preserve">[32:29] </w:t>
      </w:r>
      <w:r>
        <w:t>faida hoga.</w:t>
      </w:r>
    </w:p>
    <w:p>
      <w:pPr>
        <w:jc w:val="right"/>
      </w:pPr>
      <w:r>
        <w:t>فائدہ ہوگا۔</w:t>
      </w:r>
    </w:p>
    <w:p>
      <w:r>
        <w:rPr>
          <w:b/>
        </w:rPr>
        <w:t xml:space="preserve">[32:31] </w:t>
      </w:r>
      <w:r>
        <w:t>faida hi faida hoga lekin peace ka word jo bol raha hoon mein to kisi ne definition di</w:t>
      </w:r>
    </w:p>
    <w:p>
      <w:pPr>
        <w:jc w:val="right"/>
      </w:pPr>
      <w:r>
        <w:t>فائدہ ہی فائدہ ہوگا لیکن peace کا word جو بول رہا ہوں میں تو کسی نے definition دی</w:t>
      </w:r>
    </w:p>
    <w:p>
      <w:r>
        <w:rPr>
          <w:b/>
        </w:rPr>
        <w:t xml:space="preserve">[32:38] </w:t>
      </w:r>
      <w:r>
        <w:t>hai peace ki ke absence of war.</w:t>
      </w:r>
    </w:p>
    <w:p>
      <w:pPr>
        <w:jc w:val="right"/>
      </w:pPr>
      <w:r>
        <w:t>ہے peace کی کہ absence of war۔</w:t>
      </w:r>
    </w:p>
    <w:p>
      <w:r>
        <w:rPr>
          <w:b/>
        </w:rPr>
        <w:t xml:space="preserve">[32:41] </w:t>
      </w:r>
      <w:r>
        <w:t>peace means absence of violence.</w:t>
      </w:r>
    </w:p>
    <w:p>
      <w:pPr>
        <w:jc w:val="right"/>
      </w:pPr>
      <w:r>
        <w:t>Peace means absence of violence۔</w:t>
      </w:r>
    </w:p>
    <w:p>
      <w:r>
        <w:rPr>
          <w:b/>
        </w:rPr>
        <w:t xml:space="preserve">[32:43] </w:t>
      </w:r>
      <w:r>
        <w:t>peace means absence of violence.</w:t>
      </w:r>
    </w:p>
    <w:p>
      <w:pPr>
        <w:jc w:val="right"/>
      </w:pPr>
      <w:r>
        <w:t>Peace means absence of violence۔</w:t>
      </w:r>
    </w:p>
    <w:p>
      <w:r>
        <w:rPr>
          <w:b/>
        </w:rPr>
        <w:t xml:space="preserve">[32:46] </w:t>
      </w:r>
      <w:r>
        <w:t>yeh peace ki bohat hi yani limited definition hai.</w:t>
      </w:r>
    </w:p>
    <w:p>
      <w:pPr>
        <w:jc w:val="right"/>
      </w:pPr>
      <w:r>
        <w:t>یہ peace کی بہت ہی یعنی limited definition ہے۔</w:t>
      </w:r>
    </w:p>
    <w:p>
      <w:r>
        <w:rPr>
          <w:b/>
        </w:rPr>
        <w:t xml:space="preserve">[32:49] </w:t>
      </w:r>
      <w:r>
        <w:t>dekhiye peace jo hai sab se pehle is ka taluq hota hai aap ke dil se, aap ke</w:t>
      </w:r>
    </w:p>
    <w:p>
      <w:pPr>
        <w:jc w:val="right"/>
      </w:pPr>
      <w:r>
        <w:t>دیکھیے peace جو ہے سب سے پہلے اس کا تعلق ہوتا ہے آپ کے دل سے، آپ کے</w:t>
      </w:r>
    </w:p>
    <w:p>
      <w:r>
        <w:rPr>
          <w:b/>
        </w:rPr>
        <w:t xml:space="preserve">[32:57] </w:t>
      </w:r>
      <w:r>
        <w:t>mind se.</w:t>
      </w:r>
    </w:p>
    <w:p>
      <w:pPr>
        <w:jc w:val="right"/>
      </w:pPr>
      <w:r>
        <w:t>mind سے۔</w:t>
      </w:r>
    </w:p>
    <w:p>
      <w:r>
        <w:rPr>
          <w:b/>
        </w:rPr>
        <w:t xml:space="preserve">[32:59] </w:t>
      </w:r>
      <w:r>
        <w:t>unesco mein is ka jo hai motto is mein hai ke war begins from mind.</w:t>
      </w:r>
    </w:p>
    <w:p>
      <w:pPr>
        <w:jc w:val="right"/>
      </w:pPr>
      <w:r>
        <w:t>UNESCO میں اس کا جو ہے motto اس میں ہے کہ war begins from mind۔</w:t>
      </w:r>
    </w:p>
    <w:p>
      <w:r>
        <w:rPr>
          <w:b/>
        </w:rPr>
        <w:t xml:space="preserve">[33:05] </w:t>
      </w:r>
      <w:r>
        <w:t>violence begins from mind.</w:t>
      </w:r>
    </w:p>
    <w:p>
      <w:pPr>
        <w:jc w:val="right"/>
      </w:pPr>
      <w:r>
        <w:t>Violence begins from mind۔</w:t>
      </w:r>
    </w:p>
    <w:p>
      <w:r>
        <w:rPr>
          <w:b/>
        </w:rPr>
        <w:t xml:space="preserve">[33:07] </w:t>
      </w:r>
      <w:r>
        <w:t>to aik woh violence hai jo bahir hota hai, battle field mein hota hai.</w:t>
      </w:r>
    </w:p>
    <w:p>
      <w:pPr>
        <w:jc w:val="right"/>
      </w:pPr>
      <w:r>
        <w:t>تو ایک وہ violence ہے جو باہر ہوتا ہے، battle field میں ہوتا ہے۔</w:t>
      </w:r>
    </w:p>
    <w:p>
      <w:r>
        <w:rPr>
          <w:b/>
        </w:rPr>
        <w:t xml:space="preserve">[33:13] </w:t>
      </w:r>
      <w:r>
        <w:t>aik aur violence hai jo mere dil mein hota hai.</w:t>
      </w:r>
    </w:p>
    <w:p>
      <w:pPr>
        <w:jc w:val="right"/>
      </w:pPr>
      <w:r>
        <w:t>ایک اور violence ہے جو میرے دل میں ہوتا ہے۔</w:t>
      </w:r>
    </w:p>
    <w:p>
      <w:r>
        <w:rPr>
          <w:b/>
        </w:rPr>
        <w:t xml:space="preserve">[33:17] </w:t>
      </w:r>
      <w:r>
        <w:t>donon yani equally woh hain nuksan wali cheezen hain.</w:t>
      </w:r>
    </w:p>
    <w:p>
      <w:pPr>
        <w:jc w:val="right"/>
      </w:pPr>
      <w:r>
        <w:t>دونوں یعنی equally وہ ہیں نقصان والی چیزیں ہیں۔</w:t>
      </w:r>
    </w:p>
    <w:p>
      <w:r>
        <w:rPr>
          <w:b/>
        </w:rPr>
        <w:t xml:space="preserve">[33:21] </w:t>
      </w:r>
      <w:r>
        <w:t>donon ke donon.</w:t>
      </w:r>
    </w:p>
    <w:p>
      <w:pPr>
        <w:jc w:val="right"/>
      </w:pPr>
      <w:r>
        <w:t>دونوں کے دونوں۔</w:t>
      </w:r>
    </w:p>
    <w:p>
      <w:r>
        <w:rPr>
          <w:b/>
        </w:rPr>
        <w:t xml:space="preserve">[33:22] </w:t>
      </w:r>
      <w:r>
        <w:t>yani peace woh violence sirf yeh nahi ke bahir hamare bahir larai ho rahi hai.</w:t>
      </w:r>
    </w:p>
    <w:p>
      <w:pPr>
        <w:jc w:val="right"/>
      </w:pPr>
      <w:r>
        <w:t>یعنی peace وہ violence صرف یہ نہیں کہ باہر ہمارے باہر لڑائی ہو رہی ہے۔</w:t>
      </w:r>
    </w:p>
    <w:p>
      <w:r>
        <w:rPr>
          <w:b/>
        </w:rPr>
        <w:t xml:space="preserve">[33:29] </w:t>
      </w:r>
      <w:r>
        <w:t>violence yeh bhi hai ke mere dil mein negative thought bhar gaye, complaint bhar gaya, protest bhar gaya,</w:t>
      </w:r>
    </w:p>
    <w:p>
      <w:pPr>
        <w:jc w:val="right"/>
      </w:pPr>
      <w:r>
        <w:t>Violence یہ بھی ہے کہ میرے دل میں negative thought بھر گئے، complaint بھر گیا، protest بھر گیا،</w:t>
      </w:r>
    </w:p>
    <w:p>
      <w:r>
        <w:rPr>
          <w:b/>
        </w:rPr>
        <w:t xml:space="preserve">[33:37] </w:t>
      </w:r>
      <w:r>
        <w:t>intolerance bhar gaya.</w:t>
      </w:r>
    </w:p>
    <w:p>
      <w:pPr>
        <w:jc w:val="right"/>
      </w:pPr>
      <w:r>
        <w:t>intolerance بھر گیا۔</w:t>
      </w:r>
    </w:p>
    <w:p>
      <w:r>
        <w:rPr>
          <w:b/>
        </w:rPr>
        <w:t xml:space="preserve">[33:38] </w:t>
      </w:r>
      <w:r>
        <w:t>woh bhi wohi cheez hai.</w:t>
      </w:r>
    </w:p>
    <w:p>
      <w:pPr>
        <w:jc w:val="right"/>
      </w:pPr>
      <w:r>
        <w:t>وہ بھی وہی چیز ہے۔</w:t>
      </w:r>
    </w:p>
    <w:p>
      <w:r>
        <w:rPr>
          <w:b/>
        </w:rPr>
        <w:t xml:space="preserve">[33:40] </w:t>
      </w:r>
      <w:r>
        <w:t>to complete jo mein peace ka word jo hai mein bohat hi comprehensive sense mein bol raha hoon.</w:t>
      </w:r>
    </w:p>
    <w:p>
      <w:pPr>
        <w:jc w:val="right"/>
      </w:pPr>
      <w:r>
        <w:t>تو complete جو میں peace کا word جو ہے میں بہت ہی comprehensive sense میں بول رہا ہوں۔</w:t>
      </w:r>
    </w:p>
    <w:p>
      <w:r>
        <w:rPr>
          <w:b/>
        </w:rPr>
        <w:t xml:space="preserve">[33:48] </w:t>
      </w:r>
      <w:r>
        <w:t>sirf absence of war ke sense mein nahi bol raha hoon.</w:t>
      </w:r>
    </w:p>
    <w:p>
      <w:pPr>
        <w:jc w:val="right"/>
      </w:pPr>
      <w:r>
        <w:t>صرف absence of war کے sense میں نہیں بول رہا ہوں۔</w:t>
      </w:r>
    </w:p>
    <w:p>
      <w:r>
        <w:rPr>
          <w:b/>
        </w:rPr>
        <w:t xml:space="preserve">[33:53] </w:t>
      </w:r>
      <w:r>
        <w:t>to is qism ka peace jo peace ka mein arz kar raha hoon is sense mein peace kahin</w:t>
      </w:r>
    </w:p>
    <w:p>
      <w:pPr>
        <w:jc w:val="right"/>
      </w:pPr>
      <w:r>
        <w:t>تو اس قسم کا peace جو peace کا میں عرض کر رہا ہوں اس sense میں peace کہیں</w:t>
      </w:r>
    </w:p>
    <w:p>
      <w:r>
        <w:rPr>
          <w:b/>
        </w:rPr>
        <w:t xml:space="preserve">[34:00] </w:t>
      </w:r>
      <w:r>
        <w:t>ho, kahin woh prevail kare to chahay jaisay bhi peace aai ho, haar kar aai ho, jeet kar</w:t>
      </w:r>
    </w:p>
    <w:p>
      <w:pPr>
        <w:jc w:val="right"/>
      </w:pPr>
      <w:r>
        <w:t>ہو، کہیں وہ prevail کرے تو چاہے جیسے بھی peace آئی ہو، ہار کر آئی ہو، جیت کر</w:t>
      </w:r>
    </w:p>
    <w:p>
      <w:r>
        <w:rPr>
          <w:b/>
        </w:rPr>
        <w:t xml:space="preserve">[34:08] </w:t>
      </w:r>
      <w:r>
        <w:t>aai ho, compulsively aai ho, by option aai ho, kisi bhi tareeqay se peace agar aa gaya hai</w:t>
      </w:r>
    </w:p>
    <w:p>
      <w:pPr>
        <w:jc w:val="right"/>
      </w:pPr>
      <w:r>
        <w:t>آئی ہو، compulsively آئی ہو، by option آئی ہو، کسی بھی طریقے سے peace اگر آ گیا ہے</w:t>
      </w:r>
    </w:p>
    <w:p>
      <w:r>
        <w:rPr>
          <w:b/>
        </w:rPr>
        <w:t xml:space="preserve">[34:16] </w:t>
      </w:r>
      <w:r>
        <w:t>to is ka faida hi faida hai.</w:t>
      </w:r>
    </w:p>
    <w:p>
      <w:pPr>
        <w:jc w:val="right"/>
      </w:pPr>
      <w:r>
        <w:t>تو اس کا فائدہ ہی فائدہ ہے۔</w:t>
      </w:r>
    </w:p>
    <w:p>
      <w:r>
        <w:rPr>
          <w:b/>
        </w:rPr>
        <w:t xml:space="preserve">[34:19] </w:t>
      </w:r>
      <w:r>
        <w:t>har haal mein is ka faida hai.</w:t>
      </w:r>
    </w:p>
    <w:p>
      <w:pPr>
        <w:jc w:val="right"/>
      </w:pPr>
      <w:r>
        <w:t>ہر حال میں اس کا فائدہ ہے۔</w:t>
      </w:r>
    </w:p>
    <w:p>
      <w:r>
        <w:rPr>
          <w:b/>
        </w:rPr>
        <w:t xml:space="preserve">[34:22] </w:t>
      </w:r>
      <w:r>
        <w:t>jahan peace rahay gi wahan education barhay gi, constructive activities wahan barhain gi.</w:t>
      </w:r>
    </w:p>
    <w:p>
      <w:pPr>
        <w:jc w:val="right"/>
      </w:pPr>
      <w:r>
        <w:t>جہاں peace رہے گی وہاں education بڑھے گی، constructive activities وہاں بڑھیں گی۔</w:t>
      </w:r>
    </w:p>
    <w:p>
      <w:r>
        <w:rPr>
          <w:b/>
        </w:rPr>
        <w:t xml:space="preserve">[34:27] </w:t>
      </w:r>
      <w:r>
        <w:t>jo bachay hain, jo naujawan log hain woh apnay kaam mein lagen ge, wahan job karen ge, parhay</w:t>
      </w:r>
    </w:p>
    <w:p>
      <w:pPr>
        <w:jc w:val="right"/>
      </w:pPr>
      <w:r>
        <w:t>جو بچے ہیں، جو نوجوان لوگ ہیں وہ اپنے کام میں لگیں گے، وہاں job کریں گے، پڑھے</w:t>
      </w:r>
    </w:p>
    <w:p>
      <w:r>
        <w:rPr>
          <w:b/>
        </w:rPr>
        <w:t xml:space="preserve">[34:35] </w:t>
      </w:r>
      <w:r>
        <w:t>likhen ge.</w:t>
      </w:r>
    </w:p>
    <w:p>
      <w:pPr>
        <w:jc w:val="right"/>
      </w:pPr>
      <w:r>
        <w:t>لکھیں گے۔</w:t>
      </w:r>
    </w:p>
    <w:p>
      <w:r>
        <w:rPr>
          <w:b/>
        </w:rPr>
        <w:t xml:space="preserve">[34:37] </w:t>
      </w:r>
      <w:r>
        <w:t>logon ke andar positive thinking aye gi.</w:t>
      </w:r>
    </w:p>
    <w:p>
      <w:pPr>
        <w:jc w:val="right"/>
      </w:pPr>
      <w:r>
        <w:t>لوگوں کے اندر positive thinking آئے گی۔</w:t>
      </w:r>
    </w:p>
    <w:p>
      <w:r>
        <w:rPr>
          <w:b/>
        </w:rPr>
        <w:t xml:space="preserve">[34:40] </w:t>
      </w:r>
      <w:r>
        <w:t>opportunities ko talash karen ge.</w:t>
      </w:r>
    </w:p>
    <w:p>
      <w:pPr>
        <w:jc w:val="right"/>
      </w:pPr>
      <w:r>
        <w:t>Opportunities کو تلاش کریں گے۔</w:t>
      </w:r>
    </w:p>
    <w:p>
      <w:r>
        <w:rPr>
          <w:b/>
        </w:rPr>
        <w:t xml:space="preserve">[34:42] </w:t>
      </w:r>
      <w:r>
        <w:t>dekhiye jis mind mein violence bhara hua ho, hate bhara hua ho to woh opportunity ko nahi talash</w:t>
      </w:r>
    </w:p>
    <w:p>
      <w:pPr>
        <w:jc w:val="right"/>
      </w:pPr>
      <w:r>
        <w:t>دیکھیے جس mind میں violence بھرا ہوا ہو، hate بھرا ہوا ہو تو وہ opportunity کو نہیں تلاش</w:t>
      </w:r>
    </w:p>
    <w:p>
      <w:r>
        <w:rPr>
          <w:b/>
        </w:rPr>
        <w:t xml:space="preserve">[34:49] </w:t>
      </w:r>
      <w:r>
        <w:t>karta.</w:t>
      </w:r>
    </w:p>
    <w:p>
      <w:pPr>
        <w:jc w:val="right"/>
      </w:pPr>
      <w:r>
        <w:t>کرتا۔</w:t>
      </w:r>
    </w:p>
    <w:p>
      <w:r>
        <w:rPr>
          <w:b/>
        </w:rPr>
        <w:t xml:space="preserve">[34:51] </w:t>
      </w:r>
      <w:r>
        <w:t>woh to apnay enemy ko talash kare ga.</w:t>
      </w:r>
    </w:p>
    <w:p>
      <w:pPr>
        <w:jc w:val="right"/>
      </w:pPr>
      <w:r>
        <w:t>وہ تو اپنے enemy کو تلاش کرے گا۔</w:t>
      </w:r>
    </w:p>
    <w:p>
      <w:r>
        <w:rPr>
          <w:b/>
        </w:rPr>
        <w:t xml:space="preserve">[34:54] </w:t>
      </w:r>
      <w:r>
        <w:t>Enemy hai is ko maro.</w:t>
      </w:r>
    </w:p>
    <w:p>
      <w:pPr>
        <w:jc w:val="right"/>
      </w:pPr>
      <w:r>
        <w:t>Enemy ہے اس کو مارو۔</w:t>
      </w:r>
    </w:p>
    <w:p>
      <w:r>
        <w:rPr>
          <w:b/>
        </w:rPr>
        <w:t xml:space="preserve">[34:57] </w:t>
      </w:r>
      <w:r>
        <w:t>Opportunity ko talash karne ka kaam wahi karega jis ke mind mein hate na ho, violence na</w:t>
      </w:r>
    </w:p>
    <w:p>
      <w:pPr>
        <w:jc w:val="right"/>
      </w:pPr>
      <w:r>
        <w:t>Opportunity کو تلاش کرنے کا کام وہی کرے گا جس کے mind میں hate نہ ہو، violence نہ</w:t>
      </w:r>
    </w:p>
    <w:p>
      <w:r>
        <w:rPr>
          <w:b/>
        </w:rPr>
        <w:t xml:space="preserve">[35:04]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[35:06] </w:t>
      </w:r>
      <w:r>
        <w:t>To kitna bara faide ki cheez hai peace.</w:t>
      </w:r>
    </w:p>
    <w:p>
      <w:pPr>
        <w:jc w:val="right"/>
      </w:pPr>
      <w:r>
        <w:t>تو کتنا بڑا فائدے کی چیز ہے peace۔</w:t>
      </w:r>
    </w:p>
    <w:p>
      <w:r>
        <w:rPr>
          <w:b/>
        </w:rPr>
        <w:t xml:space="preserve">[35:09] </w:t>
      </w:r>
      <w:r>
        <w:t>Ke aap ke mind mein agar peace hai to aap normal hon ge.</w:t>
      </w:r>
    </w:p>
    <w:p>
      <w:pPr>
        <w:jc w:val="right"/>
      </w:pPr>
      <w:r>
        <w:t>کہ آپ کے mind میں اگر peace ہے تو آپ normal ہوں گے۔</w:t>
      </w:r>
    </w:p>
    <w:p>
      <w:r>
        <w:rPr>
          <w:b/>
        </w:rPr>
        <w:t xml:space="preserve">[35:15] </w:t>
      </w:r>
      <w:r>
        <w:t>Jab normal aap hon ge to aas paas dekhen ge kon si opportunity hai is ko mein avail</w:t>
      </w:r>
    </w:p>
    <w:p>
      <w:pPr>
        <w:jc w:val="right"/>
      </w:pPr>
      <w:r>
        <w:t>جب normal آپ ہوں گے تو آس پاس دیکھیں گے کون سی opportunity ہے اس کو میں avail</w:t>
      </w:r>
    </w:p>
    <w:p>
      <w:r>
        <w:rPr>
          <w:b/>
        </w:rPr>
        <w:t xml:space="preserve">[35:22] </w:t>
      </w:r>
      <w:r>
        <w:t>karoon.</w:t>
      </w:r>
    </w:p>
    <w:p>
      <w:pPr>
        <w:jc w:val="right"/>
      </w:pPr>
      <w:r>
        <w:t>کروں۔</w:t>
      </w:r>
    </w:p>
    <w:p>
      <w:r>
        <w:rPr>
          <w:b/>
        </w:rPr>
        <w:t xml:space="preserve">[35:24] </w:t>
      </w:r>
      <w:r>
        <w:t>Kese mein aage barhoon.</w:t>
      </w:r>
    </w:p>
    <w:p>
      <w:pPr>
        <w:jc w:val="right"/>
      </w:pPr>
      <w:r>
        <w:t>کیسے میں آگے بڑھوں۔</w:t>
      </w:r>
    </w:p>
    <w:p>
      <w:r>
        <w:rPr>
          <w:b/>
        </w:rPr>
        <w:t xml:space="preserve">[35:26] </w:t>
      </w:r>
      <w:r>
        <w:t>Dekhiye ek ek ek nature ki baat mein arz karoon.</w:t>
      </w:r>
    </w:p>
    <w:p>
      <w:pPr>
        <w:jc w:val="right"/>
      </w:pPr>
      <w:r>
        <w:t>دیکھیے ایک ایک ایک nature کی بات میں عرض کروں۔</w:t>
      </w:r>
    </w:p>
    <w:p>
      <w:r>
        <w:rPr>
          <w:b/>
        </w:rPr>
        <w:t xml:space="preserve">[35:30] </w:t>
      </w:r>
      <w:r>
        <w:t>Nature.</w:t>
      </w:r>
    </w:p>
    <w:p>
      <w:pPr>
        <w:jc w:val="right"/>
      </w:pPr>
      <w:r>
        <w:t>Nature۔</w:t>
      </w:r>
    </w:p>
    <w:p>
      <w:r>
        <w:rPr>
          <w:b/>
        </w:rPr>
        <w:t xml:space="preserve">[35:31] </w:t>
      </w:r>
      <w:r>
        <w:t>Har aadmi ka nature jo hai wo chahta hai aage barhna, taraqqi karna.</w:t>
      </w:r>
    </w:p>
    <w:p>
      <w:pPr>
        <w:jc w:val="right"/>
      </w:pPr>
      <w:r>
        <w:t>ہر آدمی کا nature جو ہے وہ چاہتا ہے آگے بڑھنا، ترقی کرنا۔</w:t>
      </w:r>
    </w:p>
    <w:p>
      <w:r>
        <w:rPr>
          <w:b/>
        </w:rPr>
        <w:t xml:space="preserve">[35:37] </w:t>
      </w:r>
      <w:r>
        <w:t>Ye insaan ke nature mein interwoven hai.</w:t>
      </w:r>
    </w:p>
    <w:p>
      <w:pPr>
        <w:jc w:val="right"/>
      </w:pPr>
      <w:r>
        <w:t>یہ انسان کے nature میں interwoven ہے۔</w:t>
      </w:r>
    </w:p>
    <w:p>
      <w:r>
        <w:rPr>
          <w:b/>
        </w:rPr>
        <w:t xml:space="preserve">[35:40] </w:t>
      </w:r>
      <w:r>
        <w:t>Yaad rakhiye insaan ke nature mein ye cheez interwoven hai wahi aage barhna chahiye.</w:t>
      </w:r>
    </w:p>
    <w:p>
      <w:pPr>
        <w:jc w:val="right"/>
      </w:pPr>
      <w:r>
        <w:t>یاد رکھیے انسان کے nature میں یہ چیز interwoven ہے وہی آگے بڑھنا چاہیے۔</w:t>
      </w:r>
    </w:p>
    <w:p>
      <w:r>
        <w:rPr>
          <w:b/>
        </w:rPr>
        <w:t xml:space="preserve">[35:46] </w:t>
      </w:r>
      <w:r>
        <w:t>Mujhe taraqqi karna chahiye.</w:t>
      </w:r>
    </w:p>
    <w:p>
      <w:pPr>
        <w:jc w:val="right"/>
      </w:pPr>
      <w:r>
        <w:t>مجھے ترقی کرنا چاہیے۔</w:t>
      </w:r>
    </w:p>
    <w:p>
      <w:r>
        <w:rPr>
          <w:b/>
        </w:rPr>
        <w:t xml:space="preserve">[35:48] </w:t>
      </w:r>
      <w:r>
        <w:t>Mujhe progress karna chahiye.</w:t>
      </w:r>
    </w:p>
    <w:p>
      <w:pPr>
        <w:jc w:val="right"/>
      </w:pPr>
      <w:r>
        <w:t>مجھے progress کرنا چاہیے۔</w:t>
      </w:r>
    </w:p>
    <w:p>
      <w:r>
        <w:rPr>
          <w:b/>
        </w:rPr>
        <w:t xml:space="preserve">[35:49] </w:t>
      </w:r>
      <w:r>
        <w:t>It is part of nature of every human being.</w:t>
      </w:r>
    </w:p>
    <w:p>
      <w:pPr>
        <w:jc w:val="right"/>
      </w:pPr>
      <w:r>
        <w:t>It is part of nature of every human being۔</w:t>
      </w:r>
    </w:p>
    <w:p>
      <w:r>
        <w:rPr>
          <w:b/>
        </w:rPr>
        <w:t xml:space="preserve">[35:53] </w:t>
      </w:r>
      <w:r>
        <w:t>To jab ye nature mein hai zahir hai ke aadmi dhoonde ga opportunity ko.</w:t>
      </w:r>
    </w:p>
    <w:p>
      <w:pPr>
        <w:jc w:val="right"/>
      </w:pPr>
      <w:r>
        <w:t>تو جب یہ nature میں ہے ظاہر ہے کہ آدمی ڈھونڈے گا opportunity کو۔</w:t>
      </w:r>
    </w:p>
    <w:p>
      <w:r>
        <w:rPr>
          <w:b/>
        </w:rPr>
        <w:t xml:space="preserve">[35:59] </w:t>
      </w:r>
      <w:r>
        <w:t>Yaani is ke liye kuch motivate karna nahi hai is ko.</w:t>
      </w:r>
    </w:p>
    <w:p>
      <w:pPr>
        <w:jc w:val="right"/>
      </w:pPr>
      <w:r>
        <w:t>یعنی اس کے لیے کچھ motivate کرنا نہیں ہے اس کو۔</w:t>
      </w:r>
    </w:p>
    <w:p>
      <w:r>
        <w:rPr>
          <w:b/>
        </w:rPr>
        <w:t xml:space="preserve">[36:04] </w:t>
      </w:r>
      <w:r>
        <w:t>Apne aap hi dhoonde ga wo.</w:t>
      </w:r>
    </w:p>
    <w:p>
      <w:pPr>
        <w:jc w:val="right"/>
      </w:pPr>
      <w:r>
        <w:t>اپنے آپ ہی ڈھونڈے گا وہ۔</w:t>
      </w:r>
    </w:p>
    <w:p>
      <w:r>
        <w:rPr>
          <w:b/>
        </w:rPr>
        <w:t xml:space="preserve">[36:07] </w:t>
      </w:r>
      <w:r>
        <w:t>Aap ko kehne ki zaroorat nahi hai.</w:t>
      </w:r>
    </w:p>
    <w:p>
      <w:pPr>
        <w:jc w:val="right"/>
      </w:pPr>
      <w:r>
        <w:t>آپ کو کہنے کی ضرورت نہیں ہے۔</w:t>
      </w:r>
    </w:p>
    <w:p>
      <w:r>
        <w:rPr>
          <w:b/>
        </w:rPr>
        <w:t xml:space="preserve">[36:10] </w:t>
      </w:r>
      <w:r>
        <w:t>Wo khud hi dhoonde ga.</w:t>
      </w:r>
    </w:p>
    <w:p>
      <w:pPr>
        <w:jc w:val="right"/>
      </w:pPr>
      <w:r>
        <w:t>وہ خود ہی ڈھونڈے گا۔</w:t>
      </w:r>
    </w:p>
    <w:p>
      <w:r>
        <w:rPr>
          <w:b/>
        </w:rPr>
        <w:t xml:space="preserve">[36:12] </w:t>
      </w:r>
      <w:r>
        <w:t>Lekin agar is ka mind negative ho gaya hai to nahi dhoonde ga phir wo.</w:t>
      </w:r>
    </w:p>
    <w:p>
      <w:pPr>
        <w:jc w:val="right"/>
      </w:pPr>
      <w:r>
        <w:t>لیکن اگر اس کا mind negative ہو گیا ہے تو نہیں ڈھونڈے گا پھر وہ۔</w:t>
      </w:r>
    </w:p>
    <w:p>
      <w:r>
        <w:rPr>
          <w:b/>
        </w:rPr>
        <w:t xml:space="preserve">[36:18] </w:t>
      </w:r>
      <w:r>
        <w:t>Phir to is ka direction badal gaya.</w:t>
      </w:r>
    </w:p>
    <w:p>
      <w:pPr>
        <w:jc w:val="right"/>
      </w:pPr>
      <w:r>
        <w:t>پھر تو اس کا direction بدل گیا۔</w:t>
      </w:r>
    </w:p>
    <w:p>
      <w:r>
        <w:rPr>
          <w:b/>
        </w:rPr>
        <w:t xml:space="preserve">[36:21] </w:t>
      </w:r>
      <w:r>
        <w:t>Agar kisi ka mind negative ho jaye, is ke mind mein ghussa bhar jaye, hate bhar jaye, is</w:t>
      </w:r>
    </w:p>
    <w:p>
      <w:pPr>
        <w:jc w:val="right"/>
      </w:pPr>
      <w:r>
        <w:t>اگر کسی کا mind negative ہو جائے، اس کے mind میں غصہ بھر جائے، hate بھر جائے، اس</w:t>
      </w:r>
    </w:p>
    <w:p>
      <w:r>
        <w:rPr>
          <w:b/>
        </w:rPr>
        <w:t xml:space="preserve">[36:29] </w:t>
      </w:r>
      <w:r>
        <w:t>ka matlab kya hai? Is ka focus hi badal gaya hai.</w:t>
      </w:r>
    </w:p>
    <w:p>
      <w:pPr>
        <w:jc w:val="right"/>
      </w:pPr>
      <w:r>
        <w:t>کا مطلب کیا ہے؟ اس کا focus ہی بدل گیا ہے۔</w:t>
      </w:r>
    </w:p>
    <w:p>
      <w:r>
        <w:rPr>
          <w:b/>
        </w:rPr>
        <w:t xml:space="preserve">[36:34] </w:t>
      </w:r>
      <w:r>
        <w:t>to woh kuch nahi dhoondega siwaye is ke ke woh is ko kill karay.</w:t>
      </w:r>
    </w:p>
    <w:p>
      <w:pPr>
        <w:jc w:val="right"/>
      </w:pPr>
      <w:r>
        <w:t>تو وہ کچھ نہیں ڈھونڈے گا سوائے اس کے کہ وہ اس کو kill کرے۔</w:t>
      </w:r>
    </w:p>
    <w:p>
      <w:r>
        <w:rPr>
          <w:b/>
        </w:rPr>
        <w:t xml:space="preserve">[36:40] </w:t>
      </w:r>
      <w:r>
        <w:t>agar woh physically kill nahi kar sakta hai to usi ko bura bhala kahay ga, us ki character</w:t>
      </w:r>
    </w:p>
    <w:p>
      <w:pPr>
        <w:jc w:val="right"/>
      </w:pPr>
      <w:r>
        <w:t>اگر وہ physically kill نہیں کر سکتا ہے تو اسی کو برا بھلا کہے گا، اس کی character</w:t>
      </w:r>
    </w:p>
    <w:p>
      <w:r>
        <w:rPr>
          <w:b/>
        </w:rPr>
        <w:t xml:space="preserve">[36:48] </w:t>
      </w:r>
      <w:r>
        <w:t>assassination karay ga.</w:t>
      </w:r>
    </w:p>
    <w:p>
      <w:pPr>
        <w:jc w:val="right"/>
      </w:pPr>
      <w:r>
        <w:t>assassination کرے گا۔</w:t>
      </w:r>
    </w:p>
    <w:p>
      <w:r>
        <w:rPr>
          <w:b/>
        </w:rPr>
        <w:t xml:space="preserve">[36:49] </w:t>
      </w:r>
      <w:r>
        <w:t>yani physical assassination agar nahi possible hai.</w:t>
      </w:r>
    </w:p>
    <w:p>
      <w:pPr>
        <w:jc w:val="right"/>
      </w:pPr>
      <w:r>
        <w:t>یعنی physical assassination اگر نہیں possible ہے۔</w:t>
      </w:r>
    </w:p>
    <w:p>
      <w:r>
        <w:rPr>
          <w:b/>
        </w:rPr>
        <w:t xml:space="preserve">[36:52] </w:t>
      </w:r>
      <w:r>
        <w:t>agar apni jis ko enemy suppose kar liya us ne to agar woh physical assassination nahi kar pa</w:t>
      </w:r>
    </w:p>
    <w:p>
      <w:pPr>
        <w:jc w:val="right"/>
      </w:pPr>
      <w:r>
        <w:t>اگر اپنی جس کو enemy suppose کر لیا اس نے تو اگر وہ physical assassination نہیں کر پا</w:t>
      </w:r>
    </w:p>
    <w:p>
      <w:r>
        <w:rPr>
          <w:b/>
        </w:rPr>
        <w:t xml:space="preserve">[37:00] </w:t>
      </w:r>
      <w:r>
        <w:t>raha hai to character assassination karay ga us ka.</w:t>
      </w:r>
    </w:p>
    <w:p>
      <w:pPr>
        <w:jc w:val="right"/>
      </w:pPr>
      <w:r>
        <w:t>رہا ہے تو character assassination کرے گا اس کا۔</w:t>
      </w:r>
    </w:p>
    <w:p>
      <w:r>
        <w:rPr>
          <w:b/>
        </w:rPr>
        <w:t xml:space="preserve">[37:04] </w:t>
      </w:r>
      <w:r>
        <w:t>kirdar kashi karay ga us ki.</w:t>
      </w:r>
    </w:p>
    <w:p>
      <w:pPr>
        <w:jc w:val="right"/>
      </w:pPr>
      <w:r>
        <w:t>کردار کشی کرے گا اس کی۔</w:t>
      </w:r>
    </w:p>
    <w:p>
      <w:r>
        <w:rPr>
          <w:b/>
        </w:rPr>
        <w:t xml:space="preserve">[37:06] </w:t>
      </w:r>
      <w:r>
        <w:t>to ab batayein us ko us ko us ke paas kahan yeh time hai ke woh dhoonde opportunities</w:t>
      </w:r>
    </w:p>
    <w:p>
      <w:pPr>
        <w:jc w:val="right"/>
      </w:pPr>
      <w:r>
        <w:t>تو اب بتائیں اس کو اس کو اس کے پاس کہاں یہ ٹائم ہے کہ وہ ڈھونڈے opportunities</w:t>
      </w:r>
    </w:p>
    <w:p>
      <w:r>
        <w:rPr>
          <w:b/>
        </w:rPr>
        <w:t xml:space="preserve">[37:14] </w:t>
      </w:r>
      <w:r>
        <w:t>ko.</w:t>
      </w:r>
    </w:p>
    <w:p>
      <w:pPr>
        <w:jc w:val="right"/>
      </w:pPr>
      <w:r>
        <w:t>کو۔</w:t>
      </w:r>
    </w:p>
    <w:p>
      <w:r>
        <w:rPr>
          <w:b/>
        </w:rPr>
        <w:t xml:space="preserve">[37:16] </w:t>
      </w:r>
      <w:r>
        <w:t>yani abundantly hongi opportunities us ke aas paas lekin woh unaware rahay ga, bekhabar rahay ga</w:t>
      </w:r>
    </w:p>
    <w:p>
      <w:pPr>
        <w:jc w:val="right"/>
      </w:pPr>
      <w:r>
        <w:t>یعنی abundantly ہوں گی opportunities اس کے آس پاس لیکن وہ unaware رہے گا، بے خبر رہے گا</w:t>
      </w:r>
    </w:p>
    <w:p>
      <w:r>
        <w:rPr>
          <w:b/>
        </w:rPr>
        <w:t xml:space="preserve">[37:23] </w:t>
      </w:r>
      <w:r>
        <w:t>us se.</w:t>
      </w:r>
    </w:p>
    <w:p>
      <w:pPr>
        <w:jc w:val="right"/>
      </w:pPr>
      <w:r>
        <w:t>اس سے۔</w:t>
      </w:r>
    </w:p>
    <w:p>
      <w:r>
        <w:rPr>
          <w:b/>
        </w:rPr>
        <w:t xml:space="preserve">[37:25] </w:t>
      </w:r>
      <w:r>
        <w:t>Peace ke is importance ko zyada yani gehrai ke sath liya hai soofi logon ne.</w:t>
      </w:r>
    </w:p>
    <w:p>
      <w:pPr>
        <w:jc w:val="right"/>
      </w:pPr>
      <w:r>
        <w:t>Peace کے اس importance کو زیادہ یعنی گہرائی کے ساتھ لیا ہے صوفی لوگوں نے۔</w:t>
      </w:r>
    </w:p>
    <w:p>
      <w:r>
        <w:rPr>
          <w:b/>
        </w:rPr>
        <w:t xml:space="preserve">[37:31] </w:t>
      </w:r>
      <w:r>
        <w:t>soofi culture kya tha? Peace culture tha.</w:t>
      </w:r>
    </w:p>
    <w:p>
      <w:pPr>
        <w:jc w:val="right"/>
      </w:pPr>
      <w:r>
        <w:t>صوفی کلچر کیا تھا؟ Peace کلچر تھا۔</w:t>
      </w:r>
    </w:p>
    <w:p>
      <w:r>
        <w:rPr>
          <w:b/>
        </w:rPr>
        <w:t xml:space="preserve">[37:34] </w:t>
      </w:r>
      <w:r>
        <w:t>aap jante hain ke jitna kaam soofi logon ne kiya hai utna kaam king ne nahi kiya.</w:t>
      </w:r>
    </w:p>
    <w:p>
      <w:pPr>
        <w:jc w:val="right"/>
      </w:pPr>
      <w:r>
        <w:t>آپ جانتے ہیں کہ جتنا کام صوفی لوگوں نے کیا ہے اتنا کام king نے نہیں کیا۔</w:t>
      </w:r>
    </w:p>
    <w:p>
      <w:r>
        <w:rPr>
          <w:b/>
        </w:rPr>
        <w:t xml:space="preserve">[37:42] </w:t>
      </w:r>
      <w:r>
        <w:t>king ne nahi kiya jitna kaam soofi logon ne kiya hai.</w:t>
      </w:r>
    </w:p>
    <w:p>
      <w:pPr>
        <w:jc w:val="right"/>
      </w:pPr>
      <w:r>
        <w:t>King نے نہیں کیا جتنا کام صوفی لوگوں نے کیا ہے۔</w:t>
      </w:r>
    </w:p>
    <w:p>
      <w:r>
        <w:rPr>
          <w:b/>
        </w:rPr>
        <w:t xml:space="preserve">[37:46] </w:t>
      </w:r>
      <w:r>
        <w:t>to soofi culture kya tha? Peace culture tha.</w:t>
      </w:r>
    </w:p>
    <w:p>
      <w:pPr>
        <w:jc w:val="right"/>
      </w:pPr>
      <w:r>
        <w:t>تو صوفی کلچر کیا تھا؟ Peace کلچر تھا۔</w:t>
      </w:r>
    </w:p>
    <w:p>
      <w:r>
        <w:rPr>
          <w:b/>
        </w:rPr>
        <w:t xml:space="preserve">[37:50] </w:t>
      </w:r>
      <w:r>
        <w:t>soofiyon ka yeh aap jante hain ke un ka yeh jo formula tha woh yeh tha ke peace</w:t>
      </w:r>
    </w:p>
    <w:p>
      <w:pPr>
        <w:jc w:val="right"/>
      </w:pPr>
      <w:r>
        <w:t>صوفیوں کا یہ آپ جانتے ہیں کہ ان کا یہ جو فارمولا تھا وہ یہ تھا کہ peace</w:t>
      </w:r>
    </w:p>
    <w:p>
      <w:r>
        <w:rPr>
          <w:b/>
        </w:rPr>
        <w:t xml:space="preserve">[37:57] </w:t>
      </w:r>
      <w:r>
        <w:t>un ka formula tha ke sulah kul.</w:t>
      </w:r>
    </w:p>
    <w:p>
      <w:pPr>
        <w:jc w:val="right"/>
      </w:pPr>
      <w:r>
        <w:t>ان کا فارمولا تھا کہ صلح کل۔</w:t>
      </w:r>
    </w:p>
    <w:p>
      <w:r>
        <w:rPr>
          <w:b/>
        </w:rPr>
        <w:t xml:space="preserve">[38:00] </w:t>
      </w:r>
      <w:r>
        <w:t>yeh formula drive kiya tha unhon ne Quran se.</w:t>
      </w:r>
    </w:p>
    <w:p>
      <w:pPr>
        <w:jc w:val="right"/>
      </w:pPr>
      <w:r>
        <w:t>یہ فارمولا drive کیا تھا انہوں نے قرآن سے۔</w:t>
      </w:r>
    </w:p>
    <w:p>
      <w:r>
        <w:rPr>
          <w:b/>
        </w:rPr>
        <w:t xml:space="preserve">[38:04] </w:t>
      </w:r>
      <w:r>
        <w:t>Quran mein hai al sulah khair.</w:t>
      </w:r>
    </w:p>
    <w:p>
      <w:pPr>
        <w:jc w:val="right"/>
      </w:pPr>
      <w:r>
        <w:t>قرآن میں ہے الصلح خیر۔</w:t>
      </w:r>
    </w:p>
    <w:p>
      <w:r>
        <w:rPr>
          <w:b/>
        </w:rPr>
        <w:t xml:space="preserve">[38:06] </w:t>
      </w:r>
      <w:r>
        <w:t>Peace is the best.</w:t>
      </w:r>
    </w:p>
    <w:p>
      <w:pPr>
        <w:jc w:val="right"/>
      </w:pPr>
      <w:r>
        <w:t>Peace is the best۔</w:t>
      </w:r>
    </w:p>
    <w:p>
      <w:r>
        <w:rPr>
          <w:b/>
        </w:rPr>
        <w:t xml:space="preserve">[38:08] </w:t>
      </w:r>
      <w:r>
        <w:t>al sulah khair means peace is the best.</w:t>
      </w:r>
    </w:p>
    <w:p>
      <w:pPr>
        <w:jc w:val="right"/>
      </w:pPr>
      <w:r>
        <w:t>الصلح خیر means peace is the best۔</w:t>
      </w:r>
    </w:p>
    <w:p>
      <w:r>
        <w:rPr>
          <w:b/>
        </w:rPr>
        <w:t xml:space="preserve">[38:11] </w:t>
      </w:r>
      <w:r>
        <w:t>is se unhon ne banaya sulah kul.</w:t>
      </w:r>
    </w:p>
    <w:p>
      <w:pPr>
        <w:jc w:val="right"/>
      </w:pPr>
      <w:r>
        <w:t>اس سے انہوں نے بنایا صلح کل۔</w:t>
      </w:r>
    </w:p>
    <w:p>
      <w:r>
        <w:rPr>
          <w:b/>
        </w:rPr>
        <w:t xml:space="preserve">[38:14] </w:t>
      </w:r>
      <w:r>
        <w:t>yani peace with all.</w:t>
      </w:r>
    </w:p>
    <w:p>
      <w:pPr>
        <w:jc w:val="right"/>
      </w:pPr>
      <w:r>
        <w:t>یعنی peace with all۔</w:t>
      </w:r>
    </w:p>
    <w:p>
      <w:r>
        <w:rPr>
          <w:b/>
        </w:rPr>
        <w:t xml:space="preserve">[38:16] </w:t>
      </w:r>
      <w:r>
        <w:t>Peace with all.</w:t>
      </w:r>
    </w:p>
    <w:p>
      <w:pPr>
        <w:jc w:val="right"/>
      </w:pPr>
      <w:r>
        <w:t>Peace with all۔</w:t>
      </w:r>
    </w:p>
    <w:p>
      <w:r>
        <w:rPr>
          <w:b/>
        </w:rPr>
        <w:t xml:space="preserve">[38:17] </w:t>
      </w:r>
      <w:r>
        <w:t>isi ko yani aik woh kisi ne bare ma'ne mein le kar ke kabhi aap jante hain kisi</w:t>
      </w:r>
    </w:p>
    <w:p>
      <w:pPr>
        <w:jc w:val="right"/>
      </w:pPr>
      <w:r>
        <w:t>اسی کو یعنی ایک وہ کسی نے برے معنی میں لے کر کے کبھی آپ جانتے ہیں کسی</w:t>
      </w:r>
    </w:p>
    <w:p>
      <w:r>
        <w:rPr>
          <w:b/>
        </w:rPr>
        <w:t xml:space="preserve">[38:25] </w:t>
      </w:r>
      <w:r>
        <w:t>cheez ko bare ma'ne mein le kar ke us ko ulte tareeqe se kaha jata hai.</w:t>
      </w:r>
    </w:p>
    <w:p>
      <w:pPr>
        <w:jc w:val="right"/>
      </w:pPr>
      <w:r>
        <w:t>چیز کو برے معنی میں لے کر کے اس کو الٹے طریقے سے کہا جاتا ہے۔</w:t>
      </w:r>
    </w:p>
    <w:p>
      <w:r>
        <w:rPr>
          <w:b/>
        </w:rPr>
        <w:t xml:space="preserve">[38:32] </w:t>
      </w:r>
      <w:r>
        <w:t>to soofiyon ka mazaq urane ke liye kisi ne kaha tha ke ba musalman Allah Allah ba brahman</w:t>
      </w:r>
    </w:p>
    <w:p>
      <w:pPr>
        <w:jc w:val="right"/>
      </w:pPr>
      <w:r>
        <w:t>تو صوفیوں کا مذاق اڑانے کے لیے کسی نے کہا تھا کہ با مسلماں اللہ اللہ با برہمن</w:t>
      </w:r>
    </w:p>
    <w:p>
      <w:r>
        <w:rPr>
          <w:b/>
        </w:rPr>
        <w:t xml:space="preserve">[38:40] </w:t>
      </w:r>
      <w:r>
        <w:t>Ram Ram.</w:t>
      </w:r>
    </w:p>
    <w:p>
      <w:pPr>
        <w:jc w:val="right"/>
      </w:pPr>
      <w:r>
        <w:t>رام رام۔</w:t>
      </w:r>
    </w:p>
    <w:p>
      <w:r>
        <w:rPr>
          <w:b/>
        </w:rPr>
        <w:t xml:space="preserve">[38:41] </w:t>
      </w:r>
      <w:r>
        <w:t>yeh log jo hain musalmanon se Allah Allah karte hain aur brahman se Ram Ram karte hain.</w:t>
      </w:r>
    </w:p>
    <w:p>
      <w:pPr>
        <w:jc w:val="right"/>
      </w:pPr>
      <w:r>
        <w:t>یہ لوگ جو ہیں مسلمانوں سے اللہ اللہ کرتے ہیں اور برہمن سے رام رام کرتے ہیں۔</w:t>
      </w:r>
    </w:p>
    <w:p>
      <w:r>
        <w:rPr>
          <w:b/>
        </w:rPr>
        <w:t xml:space="preserve">[38:48] </w:t>
      </w:r>
      <w:r>
        <w:t>aisa tha nahin.</w:t>
      </w:r>
    </w:p>
    <w:p>
      <w:pPr>
        <w:jc w:val="right"/>
      </w:pPr>
      <w:r>
        <w:t>ایسا تھا نہیں۔</w:t>
      </w:r>
    </w:p>
    <w:p>
      <w:r>
        <w:rPr>
          <w:b/>
        </w:rPr>
        <w:t xml:space="preserve">[38:50] </w:t>
      </w:r>
      <w:r>
        <w:t>aisa tha nahin.</w:t>
      </w:r>
    </w:p>
    <w:p>
      <w:pPr>
        <w:jc w:val="right"/>
      </w:pPr>
      <w:r>
        <w:t>ایسا تھا نہیں۔</w:t>
      </w:r>
    </w:p>
    <w:p>
      <w:r>
        <w:rPr>
          <w:b/>
        </w:rPr>
        <w:t xml:space="preserve">[38:51] </w:t>
      </w:r>
      <w:r>
        <w:t>bas sirf yeh tha ke woh dono se un ka acha meil milap hota tha.</w:t>
      </w:r>
    </w:p>
    <w:p>
      <w:pPr>
        <w:jc w:val="right"/>
      </w:pPr>
      <w:r>
        <w:t>بس صرف یہ تھا کہ وہ دونوں سے ان کا اچھا میل ملاپ ہوتا تھا۔</w:t>
      </w:r>
    </w:p>
    <w:p>
      <w:r>
        <w:rPr>
          <w:b/>
        </w:rPr>
        <w:t xml:space="preserve">[38:58] </w:t>
      </w:r>
      <w:r>
        <w:t>sab se woh peace ke sath rehte the.</w:t>
      </w:r>
    </w:p>
    <w:p>
      <w:pPr>
        <w:jc w:val="right"/>
      </w:pPr>
      <w:r>
        <w:t>سب سے وہ peace کے ساتھ رہتے تھے۔</w:t>
      </w:r>
    </w:p>
    <w:p>
      <w:r>
        <w:rPr>
          <w:b/>
        </w:rPr>
        <w:t xml:space="preserve">[39:01] </w:t>
      </w:r>
      <w:r>
        <w:t>sab se woh normal tareeqe se rehte the.</w:t>
      </w:r>
    </w:p>
    <w:p>
      <w:pPr>
        <w:jc w:val="right"/>
      </w:pPr>
      <w:r>
        <w:t>سب سے وہ normal طریقے سے رہتے تھے۔</w:t>
      </w:r>
    </w:p>
    <w:p>
      <w:r>
        <w:rPr>
          <w:b/>
        </w:rPr>
        <w:t xml:space="preserve">[39:05] </w:t>
      </w:r>
      <w:r>
        <w:t>baat sirf itni thi ke sab se rehte the woh normal tareeqe se.</w:t>
      </w:r>
    </w:p>
    <w:p>
      <w:pPr>
        <w:jc w:val="right"/>
      </w:pPr>
      <w:r>
        <w:t>بات صرف اتنی تھی کہ سب سے رہتے تھے وہ normal طریقے سے۔</w:t>
      </w:r>
    </w:p>
    <w:p>
      <w:r>
        <w:rPr>
          <w:b/>
        </w:rPr>
        <w:t xml:space="preserve">[39:10] </w:t>
      </w:r>
      <w:r>
        <w:t>to us ko kisi ne keh diya yani aik aik aik bura aik bura woh naam laga kar</w:t>
      </w:r>
    </w:p>
    <w:p>
      <w:pPr>
        <w:jc w:val="right"/>
      </w:pPr>
      <w:r>
        <w:t>تو اس کو کسی نے کہہ دیا یعنی ایک ایک ایک برا ایک برا وہ نام لگا کر</w:t>
      </w:r>
    </w:p>
    <w:p>
      <w:r>
        <w:rPr>
          <w:b/>
        </w:rPr>
        <w:t xml:space="preserve">[39:18] </w:t>
      </w:r>
      <w:r>
        <w:t>ke ke ba brahman Allah Allah ba musalman Allah Allah ba brahman Ram Ram.</w:t>
      </w:r>
    </w:p>
    <w:p>
      <w:pPr>
        <w:jc w:val="right"/>
      </w:pPr>
      <w:r>
        <w:t>کے کہ با برہمن اللہ اللہ با مسلماں اللہ اللہ با برہمن رام رام۔</w:t>
      </w:r>
    </w:p>
    <w:p>
      <w:r>
        <w:rPr>
          <w:b/>
        </w:rPr>
        <w:t xml:space="preserve">[39:24] </w:t>
      </w:r>
      <w:r>
        <w:t>aisa tha nahin.</w:t>
      </w:r>
    </w:p>
    <w:p>
      <w:pPr>
        <w:jc w:val="right"/>
      </w:pPr>
      <w:r>
        <w:t>ایسا تھا نہیں۔</w:t>
      </w:r>
    </w:p>
    <w:p>
      <w:r>
        <w:rPr>
          <w:b/>
        </w:rPr>
        <w:t xml:space="preserve">[39:25] </w:t>
      </w:r>
      <w:r>
        <w:t>kisi koi soofi aisa nahin tha.</w:t>
      </w:r>
    </w:p>
    <w:p>
      <w:pPr>
        <w:jc w:val="right"/>
      </w:pPr>
      <w:r>
        <w:t>کسی کوئی صوفی ایسا نہیں تھا۔</w:t>
      </w:r>
    </w:p>
    <w:p>
      <w:r>
        <w:rPr>
          <w:b/>
        </w:rPr>
        <w:t xml:space="preserve">[39:28] </w:t>
      </w:r>
      <w:r>
        <w:t>lekin soofiyon ko yani bura naam dene ke liye unhon ne kuch kuch logon ne aisa kiya.</w:t>
      </w:r>
    </w:p>
    <w:p>
      <w:pPr>
        <w:jc w:val="right"/>
      </w:pPr>
      <w:r>
        <w:t>لیکن صوفیوں کو یعنی برا نام دینے کے لیے انہوں نے کچھ کچھ لوگوں نے ایسا کیا۔</w:t>
      </w:r>
    </w:p>
    <w:p>
      <w:r>
        <w:rPr>
          <w:b/>
        </w:rPr>
        <w:t xml:space="preserve">[39:35] </w:t>
      </w:r>
      <w:r>
        <w:t>to sab se un ka manna kiya tha ke dushman se bhi dushman ko bhi dost rakho.</w:t>
      </w:r>
    </w:p>
    <w:p>
      <w:pPr>
        <w:jc w:val="right"/>
      </w:pPr>
      <w:r>
        <w:t>تو سب سے ان کا ماننا کیا تھا کہ دشمن سے بھی دشمن کو بھی دوست رکھو۔</w:t>
      </w:r>
    </w:p>
    <w:p>
      <w:r>
        <w:rPr>
          <w:b/>
        </w:rPr>
        <w:t xml:space="preserve">[39:43] </w:t>
      </w:r>
      <w:r>
        <w:t>dost to tumhara dost hai hi.</w:t>
      </w:r>
    </w:p>
    <w:p>
      <w:pPr>
        <w:jc w:val="right"/>
      </w:pPr>
      <w:r>
        <w:t>دوست تو تمہارا دوست ہے ہی۔</w:t>
      </w:r>
    </w:p>
    <w:p>
      <w:r>
        <w:rPr>
          <w:b/>
        </w:rPr>
        <w:t xml:space="preserve">[39:45] </w:t>
      </w:r>
      <w:r>
        <w:t>dushman ko bhi apna dost samjho tum.</w:t>
      </w:r>
    </w:p>
    <w:p>
      <w:pPr>
        <w:jc w:val="right"/>
      </w:pPr>
      <w:r>
        <w:t>دشمن کو بھی اپنا دوست سمجھو تم۔</w:t>
      </w:r>
    </w:p>
    <w:p>
      <w:r>
        <w:rPr>
          <w:b/>
        </w:rPr>
        <w:t xml:space="preserve">[39:48] </w:t>
      </w:r>
      <w:r>
        <w:t>sab ko aap apna samjho.</w:t>
      </w:r>
    </w:p>
    <w:p>
      <w:pPr>
        <w:jc w:val="right"/>
      </w:pPr>
      <w:r>
        <w:t>سب کو آپ اپنا سمجھو۔</w:t>
      </w:r>
    </w:p>
    <w:p>
      <w:r>
        <w:rPr>
          <w:b/>
        </w:rPr>
        <w:t xml:space="preserve">[39:50] </w:t>
      </w:r>
      <w:r>
        <w:t>kisi soofi ne kaha tha ke maa qissa sikandar o dara na khadain to azma wajood hikayat mehr</w:t>
      </w:r>
    </w:p>
    <w:p>
      <w:pPr>
        <w:jc w:val="right"/>
      </w:pPr>
      <w:r>
        <w:t>کسی صوفی نے کہا تھا کہ ماں قصہ سکندر و دارا نہ خادائیں تو ازما وجود حکایت مہر</w:t>
      </w:r>
    </w:p>
    <w:p>
      <w:r>
        <w:rPr>
          <w:b/>
        </w:rPr>
        <w:t xml:space="preserve">[39:58] </w:t>
      </w:r>
      <w:r>
        <w:t>wafa o purs.</w:t>
      </w:r>
    </w:p>
    <w:p>
      <w:pPr>
        <w:jc w:val="right"/>
      </w:pPr>
      <w:r>
        <w:t>وفا و پرس۔</w:t>
      </w:r>
    </w:p>
    <w:p>
      <w:r>
        <w:rPr>
          <w:b/>
        </w:rPr>
        <w:t xml:space="preserve">[40:00] </w:t>
      </w:r>
      <w:r>
        <w:t>yani we don't know the stories of kings.</w:t>
      </w:r>
    </w:p>
    <w:p>
      <w:pPr>
        <w:jc w:val="right"/>
      </w:pPr>
      <w:r>
        <w:t>یعنی we don't know the stories of kings۔</w:t>
      </w:r>
    </w:p>
    <w:p>
      <w:r>
        <w:rPr>
          <w:b/>
        </w:rPr>
        <w:t xml:space="preserve">[40:03] </w:t>
      </w:r>
      <w:r>
        <w:t>We don't know the stories of kings.</w:t>
      </w:r>
    </w:p>
    <w:p>
      <w:pPr>
        <w:jc w:val="right"/>
      </w:pPr>
      <w:r>
        <w:t>We don't know the stories of kings۔</w:t>
      </w:r>
    </w:p>
    <w:p>
      <w:r>
        <w:rPr>
          <w:b/>
        </w:rPr>
        <w:t xml:space="preserve">[40:06] </w:t>
      </w:r>
      <w:r>
        <w:t>We know only the stories of love.</w:t>
      </w:r>
    </w:p>
    <w:p>
      <w:pPr>
        <w:jc w:val="right"/>
      </w:pPr>
      <w:r>
        <w:t>We know only the stories of love۔</w:t>
      </w:r>
    </w:p>
    <w:p>
      <w:r>
        <w:rPr>
          <w:b/>
        </w:rPr>
        <w:t xml:space="preserve">[40:09] </w:t>
      </w:r>
      <w:r>
        <w:t>hum to pyar ki baatein jante hain.</w:t>
      </w:r>
    </w:p>
    <w:p>
      <w:pPr>
        <w:jc w:val="right"/>
      </w:pPr>
      <w:r>
        <w:t>ہم تو پیار کی باتیں جانتے ہیں۔</w:t>
      </w:r>
    </w:p>
    <w:p>
      <w:r>
        <w:rPr>
          <w:b/>
        </w:rPr>
        <w:t xml:space="preserve">[40:12] </w:t>
      </w:r>
      <w:r>
        <w:t>humein badshahon ki baaton ka pata nahin.</w:t>
      </w:r>
    </w:p>
    <w:p>
      <w:pPr>
        <w:jc w:val="right"/>
      </w:pPr>
      <w:r>
        <w:t>ہمیں بادشاہوں کی باتوں کا پتہ نہیں۔</w:t>
      </w:r>
    </w:p>
    <w:p>
      <w:r>
        <w:rPr>
          <w:b/>
        </w:rPr>
        <w:t xml:space="preserve">[40:15] </w:t>
      </w:r>
      <w:r>
        <w:t>badshah violence karte hain, badshah larai chherte hain, badshah kisi ko dushman declare karte hain.</w:t>
      </w:r>
    </w:p>
    <w:p>
      <w:pPr>
        <w:jc w:val="right"/>
      </w:pPr>
      <w:r>
        <w:t>بادشاہ violence کرتے ہیں، بادشاہ لڑائی چھیڑتے ہیں، بادشاہ کسی کو دشمن declare کرتے ہیں۔</w:t>
      </w:r>
    </w:p>
    <w:p>
      <w:r>
        <w:rPr>
          <w:b/>
        </w:rPr>
        <w:t xml:space="preserve">[40:21] </w:t>
      </w:r>
      <w:r>
        <w:t>to yeh hamara tareeqa nahin hai.</w:t>
      </w:r>
    </w:p>
    <w:p>
      <w:pPr>
        <w:jc w:val="right"/>
      </w:pPr>
      <w:r>
        <w:t>تو یہ ہمارا طریقہ نہیں ہے۔</w:t>
      </w:r>
    </w:p>
    <w:p>
      <w:r>
        <w:rPr>
          <w:b/>
        </w:rPr>
        <w:t xml:space="preserve">[40:24] </w:t>
      </w:r>
      <w:r>
        <w:t>hamara tareeqa hai sab hamara apna hai.</w:t>
      </w:r>
    </w:p>
    <w:p>
      <w:pPr>
        <w:jc w:val="right"/>
      </w:pPr>
      <w:r>
        <w:t>ہمارا طریقہ ہے سب ہمارا اپنا ہے۔</w:t>
      </w:r>
    </w:p>
    <w:p>
      <w:r>
        <w:rPr>
          <w:b/>
        </w:rPr>
        <w:t xml:space="preserve">[40:27] </w:t>
      </w:r>
      <w:r>
        <w:t>sab hamara dost hai.</w:t>
      </w:r>
    </w:p>
    <w:p>
      <w:pPr>
        <w:jc w:val="right"/>
      </w:pPr>
      <w:r>
        <w:t>سب ہمارا دوست ہے۔</w:t>
      </w:r>
    </w:p>
    <w:p>
      <w:r>
        <w:rPr>
          <w:b/>
        </w:rPr>
        <w:t xml:space="preserve">[40:29] </w:t>
      </w:r>
      <w:r>
        <w:t>yeh kaha tha unhon ne.</w:t>
      </w:r>
    </w:p>
    <w:p>
      <w:pPr>
        <w:jc w:val="right"/>
      </w:pPr>
      <w:r>
        <w:t>یہ کہا تھا انہوں نے۔</w:t>
      </w:r>
    </w:p>
    <w:p>
      <w:r>
        <w:rPr>
          <w:b/>
        </w:rPr>
        <w:t xml:space="preserve">[40:31] </w:t>
      </w:r>
      <w:r>
        <w:t>to sufi culture means peace culture.</w:t>
      </w:r>
    </w:p>
    <w:p>
      <w:pPr>
        <w:jc w:val="right"/>
      </w:pPr>
      <w:r>
        <w:t>تو صوفی کلچر means peace کلچر۔</w:t>
      </w:r>
    </w:p>
    <w:p>
      <w:r>
        <w:rPr>
          <w:b/>
        </w:rPr>
        <w:t xml:space="preserve">[40:33] </w:t>
      </w:r>
      <w:r>
        <w:t>aman culture, shanti culture.</w:t>
      </w:r>
    </w:p>
    <w:p>
      <w:pPr>
        <w:jc w:val="right"/>
      </w:pPr>
      <w:r>
        <w:t>امن کلچر، شانتی کلچر۔</w:t>
      </w:r>
    </w:p>
    <w:p>
      <w:r>
        <w:rPr>
          <w:b/>
        </w:rPr>
        <w:t xml:space="preserve">[40:35] </w:t>
      </w:r>
      <w:r>
        <w:t>ab mein samajhta hoon ke spirit of Islam yahi hai.</w:t>
      </w:r>
    </w:p>
    <w:p>
      <w:pPr>
        <w:jc w:val="right"/>
      </w:pPr>
      <w:r>
        <w:t>اب میں سمجھتا ہوں کہ spirit of اسلام یہی ہے۔</w:t>
      </w:r>
    </w:p>
    <w:p>
      <w:r>
        <w:rPr>
          <w:b/>
        </w:rPr>
        <w:t xml:space="preserve">[40:39] </w:t>
      </w:r>
      <w:r>
        <w:t>agar mein yeh kahoon to yeh galat nahin hoga ke Islam ka jo basic teaching hai woh do</w:t>
      </w:r>
    </w:p>
    <w:p>
      <w:pPr>
        <w:jc w:val="right"/>
      </w:pPr>
      <w:r>
        <w:t>اگر میں یہ کہوں تو یہ غلط نہیں ہوگا کہ اسلام کا جو basic teaching ہے وہ دو</w:t>
      </w:r>
    </w:p>
    <w:p>
      <w:r>
        <w:rPr>
          <w:b/>
        </w:rPr>
        <w:t xml:space="preserve">[40:47] </w:t>
      </w:r>
      <w:r>
        <w:t>cheezon par base karti hai.</w:t>
      </w:r>
    </w:p>
    <w:p>
      <w:pPr>
        <w:jc w:val="right"/>
      </w:pPr>
      <w:r>
        <w:t>چیزوں پر base کرتی ہے۔</w:t>
      </w:r>
    </w:p>
    <w:p>
      <w:r>
        <w:rPr>
          <w:b/>
        </w:rPr>
        <w:t xml:space="preserve">[40:49] </w:t>
      </w:r>
      <w:r>
        <w:t>basically do points par base karti hai.</w:t>
      </w:r>
    </w:p>
    <w:p>
      <w:pPr>
        <w:jc w:val="right"/>
      </w:pPr>
      <w:r>
        <w:t>Basically دو points پر base کرتی ہے۔</w:t>
      </w:r>
    </w:p>
    <w:p>
      <w:r>
        <w:rPr>
          <w:b/>
        </w:rPr>
        <w:t xml:space="preserve">[40:52] </w:t>
      </w:r>
      <w:r>
        <w:t>tauheed aur peace.</w:t>
      </w:r>
    </w:p>
    <w:p>
      <w:pPr>
        <w:jc w:val="right"/>
      </w:pPr>
      <w:r>
        <w:t>توحید اور peace۔</w:t>
      </w:r>
    </w:p>
    <w:p>
      <w:r>
        <w:rPr>
          <w:b/>
        </w:rPr>
        <w:t xml:space="preserve">[40:54] </w:t>
      </w:r>
      <w:r>
        <w:t>yani oneness of God ek to yeh hai, doosre ek peaceful tareeqe se logon ke beech mein rehna.</w:t>
      </w:r>
    </w:p>
    <w:p>
      <w:pPr>
        <w:jc w:val="right"/>
      </w:pPr>
      <w:r>
        <w:t>یعنی oneness of God ایک تو یہ ہے، دوسرے ایک peaceful طریقے سے لوگوں کے بیچ میں رہنا۔</w:t>
      </w:r>
    </w:p>
    <w:p>
      <w:r>
        <w:rPr>
          <w:b/>
        </w:rPr>
        <w:t xml:space="preserve">[41:01] </w:t>
      </w:r>
      <w:r>
        <w:t>tauheed aur aman.</w:t>
      </w:r>
    </w:p>
    <w:p>
      <w:pPr>
        <w:jc w:val="right"/>
      </w:pPr>
      <w:r>
        <w:t>توحید اور امن۔</w:t>
      </w:r>
    </w:p>
    <w:p>
      <w:r>
        <w:rPr>
          <w:b/>
        </w:rPr>
        <w:t xml:space="preserve">[41:03] </w:t>
      </w:r>
      <w:r>
        <w:t>yani in terms of ideology tauheed.</w:t>
      </w:r>
    </w:p>
    <w:p>
      <w:pPr>
        <w:jc w:val="right"/>
      </w:pPr>
      <w:r>
        <w:t>یعنی in terms of ideology توحید۔</w:t>
      </w:r>
    </w:p>
    <w:p>
      <w:r>
        <w:rPr>
          <w:b/>
        </w:rPr>
        <w:t xml:space="preserve">[41:06] </w:t>
      </w:r>
      <w:r>
        <w:t>internal of social behavior peace.</w:t>
      </w:r>
    </w:p>
    <w:p>
      <w:pPr>
        <w:jc w:val="right"/>
      </w:pPr>
      <w:r>
        <w:t>Internal of social behavior peace۔</w:t>
      </w:r>
    </w:p>
    <w:p>
      <w:r>
        <w:rPr>
          <w:b/>
        </w:rPr>
        <w:t xml:space="preserve">[41:08] </w:t>
      </w:r>
      <w:r>
        <w:t>yeh hai Islam ka khulasa.</w:t>
      </w:r>
    </w:p>
    <w:p>
      <w:pPr>
        <w:jc w:val="right"/>
      </w:pPr>
      <w:r>
        <w:t>یہ ہے اسلام کا خلاصہ۔</w:t>
      </w:r>
    </w:p>
    <w:p>
      <w:r>
        <w:rPr>
          <w:b/>
        </w:rPr>
        <w:t xml:space="preserve">[41:10] </w:t>
      </w:r>
      <w:r>
        <w:t>yeh Islam ka gist hai, yeh Islam ka khulasa hai.</w:t>
      </w:r>
    </w:p>
    <w:p>
      <w:pPr>
        <w:jc w:val="right"/>
      </w:pPr>
      <w:r>
        <w:t>یہ اسلام کا gist ہے، یہ اسلام کا خلاصہ ہے۔</w:t>
      </w:r>
    </w:p>
    <w:p>
      <w:r>
        <w:rPr>
          <w:b/>
        </w:rPr>
        <w:t xml:space="preserve">[41:14] </w:t>
      </w:r>
      <w:r>
        <w:t>ise mein aap soch ke agar ghor kijiye to baqi sari cheezein isi mein aa jati hain.</w:t>
      </w:r>
    </w:p>
    <w:p>
      <w:pPr>
        <w:jc w:val="right"/>
      </w:pPr>
      <w:r>
        <w:t>اسے میں آپ سوچ کے اگر غور کیجیے تو باقی ساری چیزیں اسی میں آ جاتی ہیں۔</w:t>
      </w:r>
    </w:p>
    <w:p>
      <w:r>
        <w:rPr>
          <w:b/>
        </w:rPr>
        <w:t xml:space="preserve">[41:21] </w:t>
      </w:r>
      <w:r>
        <w:t>sab cheez isi mein aa jati hain.</w:t>
      </w:r>
    </w:p>
    <w:p>
      <w:pPr>
        <w:jc w:val="right"/>
      </w:pPr>
      <w:r>
        <w:t>سب چیز اسی میں آ جاتی ہیں۔</w:t>
      </w:r>
    </w:p>
    <w:p>
      <w:r>
        <w:rPr>
          <w:b/>
        </w:rPr>
        <w:t xml:space="preserve">[41:24] </w:t>
      </w:r>
      <w:r>
        <w:t>koi cheez is se chhoot'ti nahin hai.</w:t>
      </w:r>
    </w:p>
    <w:p>
      <w:pPr>
        <w:jc w:val="right"/>
      </w:pPr>
      <w:r>
        <w:t>کوئی چیز اس سے چھوٹتی نہیں ہے۔</w:t>
      </w:r>
    </w:p>
    <w:p>
      <w:r>
        <w:rPr>
          <w:b/>
        </w:rPr>
        <w:t xml:space="preserve">[41:27] </w:t>
      </w:r>
      <w:r>
        <w:t>koi cheez is se chhoot'ti nahin hai.</w:t>
      </w:r>
    </w:p>
    <w:p>
      <w:pPr>
        <w:jc w:val="right"/>
      </w:pPr>
      <w:r>
        <w:t>کوئی چیز اس سے چھوٹتی نہیں ہے۔</w:t>
      </w:r>
    </w:p>
    <w:p>
      <w:r>
        <w:rPr>
          <w:b/>
        </w:rPr>
        <w:t xml:space="preserve">[41:30] </w:t>
      </w:r>
      <w:r>
        <w:t>yani Islam ka ek hissa woh hai jo sab ka sab tauheed ke andar mein aa gaya.</w:t>
      </w:r>
    </w:p>
    <w:p>
      <w:pPr>
        <w:jc w:val="right"/>
      </w:pPr>
      <w:r>
        <w:t>یعنی اسلام کا ایک حصہ وہ ہے جو سب کا سب توحید کے اندر میں آ گیا۔</w:t>
      </w:r>
    </w:p>
    <w:p>
      <w:r>
        <w:rPr>
          <w:b/>
        </w:rPr>
        <w:t xml:space="preserve">[41:38] </w:t>
      </w:r>
      <w:r>
        <w:t>islam ka doosra hissa woh hai jo sab ka sab peace ke andar mein aa gaya.</w:t>
      </w:r>
    </w:p>
    <w:p>
      <w:pPr>
        <w:jc w:val="right"/>
      </w:pPr>
      <w:r>
        <w:t>اسلام کا دوسرا حصہ وہ ہے جو سب کا سب peace کے اندر میں آ گیا۔</w:t>
      </w:r>
    </w:p>
    <w:p>
      <w:r>
        <w:rPr>
          <w:b/>
        </w:rPr>
        <w:t xml:space="preserve">[41:45] </w:t>
      </w:r>
      <w:r>
        <w:t>toh jo aadmi sachi spirit ke saath dil se wholeheartedly in do points ko maan le, yeh two</w:t>
      </w:r>
    </w:p>
    <w:p>
      <w:pPr>
        <w:jc w:val="right"/>
      </w:pPr>
      <w:r>
        <w:t>تو جو آدمی سچی spirit کے ساتھ دل سے wholeheartedly ان دو points کو مان لے، یہ two</w:t>
      </w:r>
    </w:p>
    <w:p>
      <w:r>
        <w:rPr>
          <w:b/>
        </w:rPr>
        <w:t xml:space="preserve">[41:52] </w:t>
      </w:r>
      <w:r>
        <w:t>points formula is ko maan le, is ka matlab hai ke is ne saare islam ko maan liya.</w:t>
      </w:r>
    </w:p>
    <w:p>
      <w:pPr>
        <w:jc w:val="right"/>
      </w:pPr>
      <w:r>
        <w:t>points فارمولا اس کو مان لے، اس کا مطلب ہے کہ اس نے سارے اسلام کو مان لیا۔</w:t>
      </w:r>
    </w:p>
    <w:p>
      <w:r>
        <w:rPr>
          <w:b/>
        </w:rPr>
        <w:t xml:space="preserve">[42:00] </w:t>
      </w:r>
      <w:r>
        <w:t>saare islam ko is ne maan liya.</w:t>
      </w:r>
    </w:p>
    <w:p>
      <w:pPr>
        <w:jc w:val="right"/>
      </w:pPr>
      <w:r>
        <w:t>سارے اسلام کو اس نے مان لیا۔</w:t>
      </w:r>
    </w:p>
    <w:p>
      <w:r>
        <w:rPr>
          <w:b/>
        </w:rPr>
        <w:t xml:space="preserve">[42:03] </w:t>
      </w:r>
      <w:r>
        <w:t>koi bhi baat phir is se choti nahi rahe gi.</w:t>
      </w:r>
    </w:p>
    <w:p>
      <w:pPr>
        <w:jc w:val="right"/>
      </w:pPr>
      <w:r>
        <w:t>کوئی بھی بات پھر اس سے چھوٹی نہیں رہے گی۔</w:t>
      </w:r>
    </w:p>
    <w:p>
      <w:r>
        <w:rPr>
          <w:b/>
        </w:rPr>
        <w:t xml:space="preserve">[42:07] </w:t>
      </w:r>
      <w:r>
        <w:t>koi baat is se choti nahi rahe gi.</w:t>
      </w:r>
    </w:p>
    <w:p>
      <w:pPr>
        <w:jc w:val="right"/>
      </w:pPr>
      <w:r>
        <w:t>کوئی بات اس سے چھوٹی نہیں رہے گی۔</w:t>
      </w:r>
    </w:p>
    <w:p>
      <w:r>
        <w:rPr>
          <w:b/>
        </w:rPr>
        <w:t xml:space="preserve">[42:11] </w:t>
      </w:r>
      <w:r>
        <w:t>lekin sachi spirit ke saath mein keh raha hoon.</w:t>
      </w:r>
    </w:p>
    <w:p>
      <w:pPr>
        <w:jc w:val="right"/>
      </w:pPr>
      <w:r>
        <w:t>لیکن سچی spirit کے ساتھ میں کہہ رہا ہوں۔</w:t>
      </w:r>
    </w:p>
    <w:p>
      <w:r>
        <w:rPr>
          <w:b/>
        </w:rPr>
        <w:t xml:space="preserve">[42:15] </w:t>
      </w:r>
      <w:r>
        <w:t>sachi spirit ke saath.</w:t>
      </w:r>
    </w:p>
    <w:p>
      <w:pPr>
        <w:jc w:val="right"/>
      </w:pPr>
      <w:r>
        <w:t>سچی spirit کے ساتھ۔</w:t>
      </w:r>
    </w:p>
    <w:p>
      <w:r>
        <w:rPr>
          <w:b/>
        </w:rPr>
        <w:t xml:space="preserve">[42:16] </w:t>
      </w:r>
      <w:r>
        <w:t>phir koi baat aisi nahi rahe gi jo is mein yaani included na ho.</w:t>
      </w:r>
    </w:p>
    <w:p>
      <w:pPr>
        <w:jc w:val="right"/>
      </w:pPr>
      <w:r>
        <w:t>پھر کوئی بات ایسی نہیں رہے گی جو اس میں یعنی included نہ ہو۔</w:t>
      </w:r>
    </w:p>
    <w:p>
      <w:r>
        <w:rPr>
          <w:b/>
        </w:rPr>
        <w:t xml:space="preserve">[42:22] </w:t>
      </w:r>
      <w:r>
        <w:t>is mein mein yeh bhi add karoon ga ke ek hamara do concern hain.</w:t>
      </w:r>
    </w:p>
    <w:p>
      <w:pPr>
        <w:jc w:val="right"/>
      </w:pPr>
      <w:r>
        <w:t>اس میں میں یہ بھی add کروں گا کہ ایک ہمارا دو concern ہیں۔</w:t>
      </w:r>
    </w:p>
    <w:p>
      <w:r>
        <w:rPr>
          <w:b/>
        </w:rPr>
        <w:t xml:space="preserve">[42:28] </w:t>
      </w:r>
      <w:r>
        <w:t>ek yeh hai ke dunya mein hum jo hamari economic activities hain woh is boot se chalti rahen.</w:t>
      </w:r>
    </w:p>
    <w:p>
      <w:pPr>
        <w:jc w:val="right"/>
      </w:pPr>
      <w:r>
        <w:t>ایک یہ ہے کہ دنیا میں ہم جو ہماری economic activities ہیں وہ اسبوت سے چلتی رہیں۔</w:t>
      </w:r>
    </w:p>
    <w:p>
      <w:r>
        <w:rPr>
          <w:b/>
        </w:rPr>
        <w:t xml:space="preserve">[42:36] </w:t>
      </w:r>
      <w:r>
        <w:t>doosra yeh ke dua work is boot se chalta rahe.</w:t>
      </w:r>
    </w:p>
    <w:p>
      <w:pPr>
        <w:jc w:val="right"/>
      </w:pPr>
      <w:r>
        <w:t>دوسرا یہ کہ دعا work اسبوت سے چلتا رہے۔</w:t>
      </w:r>
    </w:p>
    <w:p>
      <w:r>
        <w:rPr>
          <w:b/>
        </w:rPr>
        <w:t xml:space="preserve">[42:39] </w:t>
      </w:r>
      <w:r>
        <w:t>do do hamare concern hain is dunya mein.</w:t>
      </w:r>
    </w:p>
    <w:p>
      <w:pPr>
        <w:jc w:val="right"/>
      </w:pPr>
      <w:r>
        <w:t>دو دو ہمارے concern ہیں اس دنیا میں۔</w:t>
      </w:r>
    </w:p>
    <w:p>
      <w:r>
        <w:rPr>
          <w:b/>
        </w:rPr>
        <w:t xml:space="preserve">[42:43] </w:t>
      </w:r>
      <w:r>
        <w:t>Economic activities چلتی رہیں smoothly.</w:t>
      </w:r>
    </w:p>
    <w:p>
      <w:pPr>
        <w:jc w:val="right"/>
      </w:pPr>
      <w:r>
        <w:t>Economic activities چلتی رہیں اسبوتلی۔</w:t>
      </w:r>
    </w:p>
    <w:p>
      <w:r>
        <w:rPr>
          <w:b/>
        </w:rPr>
        <w:t xml:space="preserve">[42:45] </w:t>
      </w:r>
      <w:r>
        <w:t>aur doosre dua work chalta rahe is butli.</w:t>
      </w:r>
    </w:p>
    <w:p>
      <w:pPr>
        <w:jc w:val="right"/>
      </w:pPr>
      <w:r>
        <w:t>اور دوسرے دعا work چلتا رہے اسبوتلی۔</w:t>
      </w:r>
    </w:p>
    <w:p>
      <w:r>
        <w:rPr>
          <w:b/>
        </w:rPr>
        <w:t xml:space="preserve">[42:48] </w:t>
      </w:r>
      <w:r>
        <w:t>Economic activities se kya hota hai? Hamari jo material need hai woh poori hoti hai.</w:t>
      </w:r>
    </w:p>
    <w:p>
      <w:pPr>
        <w:jc w:val="right"/>
      </w:pPr>
      <w:r>
        <w:t>Economic activities سے کیا ہوتا ہے؟ ہماری جو material need ہے وہ پوری ہوتی ہے۔</w:t>
      </w:r>
    </w:p>
    <w:p>
      <w:r>
        <w:rPr>
          <w:b/>
        </w:rPr>
        <w:t xml:space="preserve">[42:54] </w:t>
      </w:r>
      <w:r>
        <w:t>hamari jo maadi zarooraten hain woh poori hoti hain.</w:t>
      </w:r>
    </w:p>
    <w:p>
      <w:pPr>
        <w:jc w:val="right"/>
      </w:pPr>
      <w:r>
        <w:t>ہماری جو مادی ضرورتیں ہیں وہ پوری ہوتی ہیں۔</w:t>
      </w:r>
    </w:p>
    <w:p>
      <w:r>
        <w:rPr>
          <w:b/>
        </w:rPr>
        <w:t xml:space="preserve">[42:58] </w:t>
      </w:r>
      <w:r>
        <w:t>aur daawa activities se kya hota hai? Ke khuda ki taraf se jo hamara hamari responsibility hai woh</w:t>
      </w:r>
    </w:p>
    <w:p>
      <w:pPr>
        <w:jc w:val="right"/>
      </w:pPr>
      <w:r>
        <w:t>اور دعویٰ activities سے کیا ہوتا ہے؟ کہ خدا کی طرف سے جو ہمارا ہماری responsibility ہے وہ</w:t>
      </w:r>
    </w:p>
    <w:p>
      <w:r>
        <w:rPr>
          <w:b/>
        </w:rPr>
        <w:t xml:space="preserve">[43:06] </w:t>
      </w:r>
      <w:r>
        <w:t>hum poora kar paate hain.</w:t>
      </w:r>
    </w:p>
    <w:p>
      <w:pPr>
        <w:jc w:val="right"/>
      </w:pPr>
      <w:r>
        <w:t>ہم پورا کر پاتے ہیں۔</w:t>
      </w:r>
    </w:p>
    <w:p>
      <w:r>
        <w:rPr>
          <w:b/>
        </w:rPr>
        <w:t xml:space="preserve">[43:08] </w:t>
      </w:r>
      <w:r>
        <w:t>khuda ki taraf se jo hum par duty daali gayi hai, duty is ko hum poora kar paate</w:t>
      </w:r>
    </w:p>
    <w:p>
      <w:pPr>
        <w:jc w:val="right"/>
      </w:pPr>
      <w:r>
        <w:t>خدا کی طرف سے جو ہم پر duty ڈالی گئی ہے، duty اس کو ہم پورا کر پاتے</w:t>
      </w:r>
    </w:p>
    <w:p>
      <w:r>
        <w:rPr>
          <w:b/>
        </w:rPr>
        <w:t xml:space="preserve">[43:16]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[43:17] </w:t>
      </w:r>
      <w:r>
        <w:t>toh dono ke liye peace chahiye.</w:t>
      </w:r>
    </w:p>
    <w:p>
      <w:pPr>
        <w:jc w:val="right"/>
      </w:pPr>
      <w:r>
        <w:t>تو دونوں کے لیے peace چاہیے۔</w:t>
      </w:r>
    </w:p>
    <w:p>
      <w:r>
        <w:rPr>
          <w:b/>
        </w:rPr>
        <w:t xml:space="preserve">[43:20] </w:t>
      </w:r>
      <w:r>
        <w:t>Economic activities ke liye bhi peace chahiye.</w:t>
      </w:r>
    </w:p>
    <w:p>
      <w:pPr>
        <w:jc w:val="right"/>
      </w:pPr>
      <w:r>
        <w:t>Economic activities کے لیے بھی peace چاہیے۔</w:t>
      </w:r>
    </w:p>
    <w:p>
      <w:r>
        <w:rPr>
          <w:b/>
        </w:rPr>
        <w:t xml:space="preserve">[43:23] </w:t>
      </w:r>
      <w:r>
        <w:t>aur daawa activities ke liye bhi peace chahiye.</w:t>
      </w:r>
    </w:p>
    <w:p>
      <w:pPr>
        <w:jc w:val="right"/>
      </w:pPr>
      <w:r>
        <w:t>اور دعویٰ activities کے لیے بھی peace چاہیے۔</w:t>
      </w:r>
    </w:p>
    <w:p>
      <w:r>
        <w:rPr>
          <w:b/>
        </w:rPr>
        <w:t xml:space="preserve">[43:26] </w:t>
      </w:r>
      <w:r>
        <w:t>Peace ke baghair na yeh kaam hoga na woh kaam hoga.</w:t>
      </w:r>
    </w:p>
    <w:p>
      <w:pPr>
        <w:jc w:val="right"/>
      </w:pPr>
      <w:r>
        <w:t>Peace کے بغیر نہ یہ کام ہوگا نہ وہ کام ہوگا۔</w:t>
      </w:r>
    </w:p>
    <w:p>
      <w:r>
        <w:rPr>
          <w:b/>
        </w:rPr>
        <w:t xml:space="preserve">[43:31] </w:t>
      </w:r>
      <w:r>
        <w:t>lekin yaad rakhiye is dunya mein har cheez ki ek qeemat hai.</w:t>
      </w:r>
    </w:p>
    <w:p>
      <w:pPr>
        <w:jc w:val="right"/>
      </w:pPr>
      <w:r>
        <w:t>لیکن یاد رکھیے اس دنیا میں ہر چیز کی ایک قیمت ہے۔</w:t>
      </w:r>
    </w:p>
    <w:p>
      <w:r>
        <w:rPr>
          <w:b/>
        </w:rPr>
        <w:t xml:space="preserve">[43:36] </w:t>
      </w:r>
      <w:r>
        <w:t>is dunya mein yaad rakhiye is dunya mein koi bhi cheez price diye baghair nahi milti.</w:t>
      </w:r>
    </w:p>
    <w:p>
      <w:pPr>
        <w:jc w:val="right"/>
      </w:pPr>
      <w:r>
        <w:t>اس دنیا میں یاد رکھیے اس دنیا میں کوئی بھی چیز price دیے بغیر نہیں ملتی۔</w:t>
      </w:r>
    </w:p>
    <w:p>
      <w:r>
        <w:rPr>
          <w:b/>
        </w:rPr>
        <w:t xml:space="preserve">[43:43] </w:t>
      </w:r>
      <w:r>
        <w:t>chahe ek sui ho, chahe ek motor car ho, chahe ek jhonpdi ho ya ek badi building ho.</w:t>
      </w:r>
    </w:p>
    <w:p>
      <w:pPr>
        <w:jc w:val="right"/>
      </w:pPr>
      <w:r>
        <w:t>چاہے ایک سوئی ہو، چاہے ایک موٹر کار ہو، چاہے ایک جھونپڑی ہو یا ایک بڑی بلڈنگ ہو۔</w:t>
      </w:r>
    </w:p>
    <w:p>
      <w:r>
        <w:rPr>
          <w:b/>
        </w:rPr>
        <w:t xml:space="preserve">[43:51] </w:t>
      </w:r>
      <w:r>
        <w:t>kuch bhi, kuch bhi, kuch bhi jo aap chahte hain uski price deni padti hai.</w:t>
      </w:r>
    </w:p>
    <w:p>
      <w:pPr>
        <w:jc w:val="right"/>
      </w:pPr>
      <w:r>
        <w:t>کچھ بھی، کچھ بھی، کچھ بھی جو آپ چاہتے ہیں اس کی price دینی پڑتی ہے۔</w:t>
      </w:r>
    </w:p>
    <w:p>
      <w:r>
        <w:rPr>
          <w:b/>
        </w:rPr>
        <w:t xml:space="preserve">[43:58] </w:t>
      </w:r>
      <w:r>
        <w:t>price nahi denge to wo cheez milegi bhi nahi aap ko.</w:t>
      </w:r>
    </w:p>
    <w:p>
      <w:pPr>
        <w:jc w:val="right"/>
      </w:pPr>
      <w:r>
        <w:t>Price نہیں دیں گے تو وہ چیز ملے گی بھی نہیں آپ کو۔</w:t>
      </w:r>
    </w:p>
    <w:p>
      <w:r>
        <w:rPr>
          <w:b/>
        </w:rPr>
        <w:t xml:space="preserve">[44:03] </w:t>
      </w:r>
      <w:r>
        <w:t>ab aap dekhiye ye do points maine bataye is par socheye.</w:t>
      </w:r>
    </w:p>
    <w:p>
      <w:pPr>
        <w:jc w:val="right"/>
      </w:pPr>
      <w:r>
        <w:t>اب آپ دیکھیے یہ دو points میں نے بتائے اس پر سوچیے۔</w:t>
      </w:r>
    </w:p>
    <w:p>
      <w:r>
        <w:rPr>
          <w:b/>
        </w:rPr>
        <w:t xml:space="preserve">[44:08] </w:t>
      </w:r>
      <w:r>
        <w:t>economic activities kab chalengi? jab aap iski price dene par tayyar hon.</w:t>
      </w:r>
    </w:p>
    <w:p>
      <w:pPr>
        <w:jc w:val="right"/>
      </w:pPr>
      <w:r>
        <w:t>Economic activities کب چلیں گی؟ جب آپ اس کی price دینے پر تیار ہوں۔</w:t>
      </w:r>
    </w:p>
    <w:p>
      <w:r>
        <w:rPr>
          <w:b/>
        </w:rPr>
        <w:t xml:space="preserve">[44:14] </w:t>
      </w:r>
      <w:r>
        <w:t>price kya hai? kisi bhi excuse ko le kar ke violent na banna.</w:t>
      </w:r>
    </w:p>
    <w:p>
      <w:pPr>
        <w:jc w:val="right"/>
      </w:pPr>
      <w:r>
        <w:t>Price کیا ہے؟ کسی بھی excuse کو لے کر کے violent نہ بننا۔</w:t>
      </w:r>
    </w:p>
    <w:p>
      <w:r>
        <w:rPr>
          <w:b/>
        </w:rPr>
        <w:t xml:space="preserve">[44:20] </w:t>
      </w:r>
      <w:r>
        <w:t>jaise kai jagah aisa hua kamre riot ho gaye.</w:t>
      </w:r>
    </w:p>
    <w:p>
      <w:pPr>
        <w:jc w:val="right"/>
      </w:pPr>
      <w:r>
        <w:t>جیسے کئی جگہ ایسا ہوا کمرے riot ہو گئے۔</w:t>
      </w:r>
    </w:p>
    <w:p>
      <w:r>
        <w:rPr>
          <w:b/>
        </w:rPr>
        <w:t xml:space="preserve">[44:24] </w:t>
      </w:r>
      <w:r>
        <w:t>ab koi baat hui usko le kar ke log ladne ke liye khade ho gaye.</w:t>
      </w:r>
    </w:p>
    <w:p>
      <w:pPr>
        <w:jc w:val="right"/>
      </w:pPr>
      <w:r>
        <w:t>اب کوئی بات ہوئی اس کو لے کر کے لوگ لڑنے کے لیے کھڑے ہو گئے۔</w:t>
      </w:r>
    </w:p>
    <w:p>
      <w:r>
        <w:rPr>
          <w:b/>
        </w:rPr>
        <w:t xml:space="preserve">[44:31] </w:t>
      </w:r>
      <w:r>
        <w:t>ab wahan riot hua, maare kaate gaye, police aayi aur ek so chawalis wahan laga waghera.</w:t>
      </w:r>
    </w:p>
    <w:p>
      <w:pPr>
        <w:jc w:val="right"/>
      </w:pPr>
      <w:r>
        <w:t>اب وہاں riot ہوا، مارے کاٹے گئے، پولیس آئی اور ایک سو چوالیس وہاں لگا وغیرہ۔</w:t>
      </w:r>
    </w:p>
    <w:p>
      <w:r>
        <w:rPr>
          <w:b/>
        </w:rPr>
        <w:t xml:space="preserve">[44:37] </w:t>
      </w:r>
      <w:r>
        <w:t>to kya hua? economic activities jo hain wo sab tabah ho gayeen.</w:t>
      </w:r>
    </w:p>
    <w:p>
      <w:pPr>
        <w:jc w:val="right"/>
      </w:pPr>
      <w:r>
        <w:t>تو کیا ہوا؟ Economic activities جو ہیں وہ سب تباہ ہو گئیں۔</w:t>
      </w:r>
    </w:p>
    <w:p>
      <w:r>
        <w:rPr>
          <w:b/>
        </w:rPr>
        <w:t xml:space="preserve">[44:43] </w:t>
      </w:r>
      <w:r>
        <w:t>aisi peace agar na ho to daawa activities nahi chalegi.</w:t>
      </w:r>
    </w:p>
    <w:p>
      <w:pPr>
        <w:jc w:val="right"/>
      </w:pPr>
      <w:r>
        <w:t>ایسی peace اگر نہ ہو تو دعویٰ activities نہیں چلیں گی۔</w:t>
      </w:r>
    </w:p>
    <w:p>
      <w:r>
        <w:rPr>
          <w:b/>
        </w:rPr>
        <w:t xml:space="preserve">[44:47] </w:t>
      </w:r>
      <w:r>
        <w:t>kyunki daawa activities hoti hain do ke beech mein.</w:t>
      </w:r>
    </w:p>
    <w:p>
      <w:pPr>
        <w:jc w:val="right"/>
      </w:pPr>
      <w:r>
        <w:t>کیونکہ دعویٰ activities ہوتی ہیں دو کے بیچ میں۔</w:t>
      </w:r>
    </w:p>
    <w:p>
      <w:r>
        <w:rPr>
          <w:b/>
        </w:rPr>
        <w:t xml:space="preserve">[44:51] </w:t>
      </w:r>
      <w:r>
        <w:t>daayi aur madu.</w:t>
      </w:r>
    </w:p>
    <w:p>
      <w:pPr>
        <w:jc w:val="right"/>
      </w:pPr>
      <w:r>
        <w:t>داعی اور مدعو۔</w:t>
      </w:r>
    </w:p>
    <w:p>
      <w:r>
        <w:rPr>
          <w:b/>
        </w:rPr>
        <w:t xml:space="preserve">[44:53] </w:t>
      </w:r>
      <w:r>
        <w:t>daayi aur madu ke beech mein agar normal taluq ho tabhi to aap kuch kahenge aur wo</w:t>
      </w:r>
    </w:p>
    <w:p>
      <w:pPr>
        <w:jc w:val="right"/>
      </w:pPr>
      <w:r>
        <w:t>داعی اور مدعو کے بیچ میں اگر normal تعلق ہو تبھی تو آپ کچھ کہیں گے اور وہ</w:t>
      </w:r>
    </w:p>
    <w:p>
      <w:r>
        <w:rPr>
          <w:b/>
        </w:rPr>
        <w:t xml:space="preserve">[45:00] </w:t>
      </w:r>
      <w:r>
        <w:t>sunega.</w:t>
      </w:r>
    </w:p>
    <w:p>
      <w:pPr>
        <w:jc w:val="right"/>
      </w:pPr>
      <w:r>
        <w:t>سنے گا۔</w:t>
      </w:r>
    </w:p>
    <w:p>
      <w:r>
        <w:rPr>
          <w:b/>
        </w:rPr>
        <w:t xml:space="preserve">[45:02] </w:t>
      </w:r>
      <w:r>
        <w:t>daayi aur madu ke beech mein agar violence ho raha ho, hate ka mahaul ho aur land ke</w:t>
      </w:r>
    </w:p>
    <w:p>
      <w:pPr>
        <w:jc w:val="right"/>
      </w:pPr>
      <w:r>
        <w:t>داعی اور مدعو کے بیچ میں اگر violence ہو رہا ہو، hate کا ماحول ہو اور land کے</w:t>
      </w:r>
    </w:p>
    <w:p>
      <w:r>
        <w:rPr>
          <w:b/>
        </w:rPr>
        <w:t xml:space="preserve">[45:10] </w:t>
      </w:r>
      <w:r>
        <w:t>liye jhagda ho, material cheezon ke liye jhagda ho to dawat kahan chalegi? na koi sunne wala</w:t>
      </w:r>
    </w:p>
    <w:p>
      <w:pPr>
        <w:jc w:val="right"/>
      </w:pPr>
      <w:r>
        <w:t>لیے جھگڑا ہو، material چیزوں کے لیے جھگڑا ہو تو دعوت کہاں چلے گی؟ نہ کوئی سننے والا</w:t>
      </w:r>
    </w:p>
    <w:p>
      <w:r>
        <w:rPr>
          <w:b/>
        </w:rPr>
        <w:t xml:space="preserve">[45:17] </w:t>
      </w:r>
      <w:r>
        <w:t>hoga na sunne wala hoga.</w:t>
      </w:r>
    </w:p>
    <w:p>
      <w:pPr>
        <w:jc w:val="right"/>
      </w:pPr>
      <w:r>
        <w:t>ہوگا نہ سننے والا ہوگا۔</w:t>
      </w:r>
    </w:p>
    <w:p>
      <w:r>
        <w:rPr>
          <w:b/>
        </w:rPr>
        <w:t xml:space="preserve">[45:19] </w:t>
      </w:r>
      <w:r>
        <w:t>to economic development ke liye bhi aap ko chahiye peace aur daawa process ke liye bhi aap ko</w:t>
      </w:r>
    </w:p>
    <w:p>
      <w:pPr>
        <w:jc w:val="right"/>
      </w:pPr>
      <w:r>
        <w:t>تو economic development کے لیے بھی آپ کو چاہیے peace اور دعویٰ process کے لیے بھی آپ کو</w:t>
      </w:r>
    </w:p>
    <w:p>
      <w:r>
        <w:rPr>
          <w:b/>
        </w:rPr>
        <w:t xml:space="preserve">[45:27] </w:t>
      </w:r>
      <w:r>
        <w:t>chahiye peace.</w:t>
      </w:r>
    </w:p>
    <w:p>
      <w:pPr>
        <w:jc w:val="right"/>
      </w:pPr>
      <w:r>
        <w:t>چاہیے peace۔</w:t>
      </w:r>
    </w:p>
    <w:p>
      <w:r>
        <w:rPr>
          <w:b/>
        </w:rPr>
        <w:t xml:space="preserve">[45:29] </w:t>
      </w:r>
      <w:r>
        <w:t>ye do basic cheezein hain.</w:t>
      </w:r>
    </w:p>
    <w:p>
      <w:pPr>
        <w:jc w:val="right"/>
      </w:pPr>
      <w:r>
        <w:t>یہ دو basic چیزیں ہیں۔</w:t>
      </w:r>
    </w:p>
    <w:p>
      <w:r>
        <w:rPr>
          <w:b/>
        </w:rPr>
        <w:t xml:space="preserve">[45:31] </w:t>
      </w:r>
      <w:r>
        <w:t>economic development aur daawa work.</w:t>
      </w:r>
    </w:p>
    <w:p>
      <w:pPr>
        <w:jc w:val="right"/>
      </w:pPr>
      <w:r>
        <w:t>Economic development اور دعویٰ work۔</w:t>
      </w:r>
    </w:p>
    <w:p>
      <w:r>
        <w:rPr>
          <w:b/>
        </w:rPr>
        <w:t xml:space="preserve">[45:33] </w:t>
      </w:r>
      <w:r>
        <w:t>aur dono ke liye chahiye peace.</w:t>
      </w:r>
    </w:p>
    <w:p>
      <w:pPr>
        <w:jc w:val="right"/>
      </w:pPr>
      <w:r>
        <w:t>اور دونوں کے لیے چاہیے peace۔</w:t>
      </w:r>
    </w:p>
    <w:p>
      <w:r>
        <w:rPr>
          <w:b/>
        </w:rPr>
        <w:t xml:space="preserve">[45:36] </w:t>
      </w:r>
      <w:r>
        <w:t>peaceful mahaul.</w:t>
      </w:r>
    </w:p>
    <w:p>
      <w:pPr>
        <w:jc w:val="right"/>
      </w:pPr>
      <w:r>
        <w:t>Peaceful ماحول۔</w:t>
      </w:r>
    </w:p>
    <w:p>
      <w:r>
        <w:rPr>
          <w:b/>
        </w:rPr>
        <w:t xml:space="preserve">[45:37] </w:t>
      </w:r>
      <w:r>
        <w:t>to is wajah se kisi bhi price ko de kar ke kisi bhi qeemat par hamein peace ko</w:t>
      </w:r>
    </w:p>
    <w:p>
      <w:pPr>
        <w:jc w:val="right"/>
      </w:pPr>
      <w:r>
        <w:t>تو اس وجہ سے کسی بھی price کو دے کر کے کسی بھی قیمت پر ہمیں peace کو</w:t>
      </w:r>
    </w:p>
    <w:p>
      <w:r>
        <w:rPr>
          <w:b/>
        </w:rPr>
        <w:t xml:space="preserve">[45:45] </w:t>
      </w:r>
      <w:r>
        <w:t>maintain karna hai, peace ko bahar rakhna hai.</w:t>
      </w:r>
    </w:p>
    <w:p>
      <w:pPr>
        <w:jc w:val="right"/>
      </w:pPr>
      <w:r>
        <w:t>maintain کرنا ہے، peace کو باہر رکھنا ہے۔</w:t>
      </w:r>
    </w:p>
    <w:p>
      <w:r>
        <w:rPr>
          <w:b/>
        </w:rPr>
        <w:t xml:space="preserve">[45:48] </w:t>
      </w:r>
      <w:r>
        <w:t>koi bhi excuse nahi lena hai is ke liye.</w:t>
      </w:r>
    </w:p>
    <w:p>
      <w:pPr>
        <w:jc w:val="right"/>
      </w:pPr>
      <w:r>
        <w:t>کوئی بھی excuse نہیں لینا ہے اس کے لیے۔</w:t>
      </w:r>
    </w:p>
    <w:p>
      <w:r>
        <w:rPr>
          <w:b/>
        </w:rPr>
        <w:t xml:space="preserve">[45:52] </w:t>
      </w:r>
      <w:r>
        <w:t>kyun ke dunya dekhiye excuse de kar hi to baat bigadti hai.</w:t>
      </w:r>
    </w:p>
    <w:p>
      <w:pPr>
        <w:jc w:val="right"/>
      </w:pPr>
      <w:r>
        <w:t>کیونکہ دنیا دیکھیے excuse دے کر ہی تو بات بگڑتی ہے۔</w:t>
      </w:r>
    </w:p>
    <w:p>
      <w:r>
        <w:rPr>
          <w:b/>
        </w:rPr>
        <w:t xml:space="preserve">[45:57] </w:t>
      </w:r>
      <w:r>
        <w:t>to is maamle mein hamara formula yeh hona chahiye ke if you have a good excuse don't use</w:t>
      </w:r>
    </w:p>
    <w:p>
      <w:pPr>
        <w:jc w:val="right"/>
      </w:pPr>
      <w:r>
        <w:t>تو اس معاملے میں ہمارا فارمولا یہ ہونا چاہیے کہ if you have a good excuse don't use</w:t>
      </w:r>
    </w:p>
    <w:p>
      <w:r>
        <w:rPr>
          <w:b/>
        </w:rPr>
        <w:t xml:space="preserve">[46:04] </w:t>
      </w:r>
      <w:r>
        <w:t>it.</w:t>
      </w:r>
    </w:p>
    <w:p>
      <w:pPr>
        <w:jc w:val="right"/>
      </w:pPr>
      <w:r>
        <w:t>it۔</w:t>
      </w:r>
    </w:p>
    <w:p>
      <w:r>
        <w:rPr>
          <w:b/>
        </w:rPr>
        <w:t xml:space="preserve">[46:06] </w:t>
      </w:r>
      <w:r>
        <w:t>If you have a good excuse don't use it.</w:t>
      </w:r>
    </w:p>
    <w:p>
      <w:pPr>
        <w:jc w:val="right"/>
      </w:pPr>
      <w:r>
        <w:t>If you have a good excuse don't use it۔</w:t>
      </w:r>
    </w:p>
    <w:p>
      <w:r>
        <w:rPr>
          <w:b/>
        </w:rPr>
        <w:t xml:space="preserve">[46:10] </w:t>
      </w:r>
      <w:r>
        <w:t>to mein yahi kahunga ke is dunya mein chahe maadi taraqqi ka maamla ho ya deen ki</w:t>
      </w:r>
    </w:p>
    <w:p>
      <w:pPr>
        <w:jc w:val="right"/>
      </w:pPr>
      <w:r>
        <w:t>تو میں یہی کہوں گا کہ اس دنیا میں چاہے مادی ترقی کا معاملہ ہو یا دین کی</w:t>
      </w:r>
    </w:p>
    <w:p>
      <w:r>
        <w:rPr>
          <w:b/>
        </w:rPr>
        <w:t xml:space="preserve">[46:18] </w:t>
      </w:r>
      <w:r>
        <w:t>zimmedariyon ko ada karne ka maamla ho dono pehlu se aap ko yeh karna hai.</w:t>
      </w:r>
    </w:p>
    <w:p>
      <w:pPr>
        <w:jc w:val="right"/>
      </w:pPr>
      <w:r>
        <w:t>ذمہ داریوں کو ادا کرنے کا معاملہ ہو دونوں پہلو سے آپ کو یہ کرنا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