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An Introduction to Islam 11th March 2012</w:t>
      </w:r>
    </w:p>
    <w:p>
      <w:r>
        <w:t>https://www.youtube.com/watch?v=ZGy2sGZcrxI</w:t>
      </w:r>
    </w:p>
    <w:p>
      <w:r>
        <w:rPr>
          <w:b/>
        </w:rPr>
        <w:t xml:space="preserve">[00:12] </w:t>
      </w:r>
      <w:r>
        <w:t>bismillah al-rahman al-rahim, wa salla Allahu 'ala al-nabi al-karim.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[00:18] </w:t>
      </w:r>
      <w:r>
        <w:t>rab ishrah li sadri, wa yassir li amri, wahlu 'uqdatan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[00:24] </w:t>
      </w:r>
      <w:r>
        <w:t>aaj ka topic hai: "An Introduction to Islam", yani Islam ka ta'aruf.</w:t>
      </w:r>
    </w:p>
    <w:p>
      <w:pPr>
        <w:jc w:val="right"/>
      </w:pPr>
      <w:r>
        <w:t>آج کا ٹاپک ہے: "An Introduction to Islam"، یعنی اسلام کا تعارف۔</w:t>
      </w:r>
    </w:p>
    <w:p>
      <w:r>
        <w:rPr>
          <w:b/>
        </w:rPr>
        <w:t xml:space="preserve">[00:30] </w:t>
      </w:r>
      <w:r>
        <w:t>Islam ke bare mein aam taur par jis tarah ta'aruf kiya jata hai, woh nihayat baseless type ka hota hai.</w:t>
      </w:r>
    </w:p>
    <w:p>
      <w:pPr>
        <w:jc w:val="right"/>
      </w:pPr>
      <w:r>
        <w:t>اسلام کے بارے میں عام طور پر جس طرح تعارف کیا جاتا ہے، وہ نہایت baseless type کا ہوتا ہے۔</w:t>
      </w:r>
    </w:p>
    <w:p>
      <w:r>
        <w:rPr>
          <w:b/>
        </w:rPr>
        <w:t xml:space="preserve">[00:36] </w:t>
      </w:r>
      <w:r>
        <w:t>yani quran o hadith se is ka koi ta'alluq nahi.</w:t>
      </w:r>
    </w:p>
    <w:p>
      <w:pPr>
        <w:jc w:val="right"/>
      </w:pPr>
      <w:r>
        <w:t>یعنی قرآن و حدیث سے اس کا کوئی تعلق نہیں۔</w:t>
      </w:r>
    </w:p>
    <w:p>
      <w:r>
        <w:rPr>
          <w:b/>
        </w:rPr>
        <w:t xml:space="preserve">[00:43] </w:t>
      </w:r>
      <w:r>
        <w:t>misal ke taur par abhi mein ek article padh raha tha, us mein tha ke "Islam is a unique religion".</w:t>
      </w:r>
    </w:p>
    <w:p>
      <w:pPr>
        <w:jc w:val="right"/>
      </w:pPr>
      <w:r>
        <w:t>مثلاً ابھی میں ایک آرٹیکل پڑھ رہا تھا، اس میں تھا کہ "Islam is a unique religion"۔</w:t>
      </w:r>
    </w:p>
    <w:p>
      <w:r>
        <w:rPr>
          <w:b/>
        </w:rPr>
        <w:t xml:space="preserve">[00:49] </w:t>
      </w:r>
      <w:r>
        <w:t>yeh ek, mere aqiqe mein, bilkul galat baat hai.</w:t>
      </w:r>
    </w:p>
    <w:p>
      <w:pPr>
        <w:jc w:val="right"/>
      </w:pPr>
      <w:r>
        <w:t>یہ ایک، میرے عقیقے میں، بالکل غلط بات ہے۔</w:t>
      </w:r>
    </w:p>
    <w:p>
      <w:r>
        <w:rPr>
          <w:b/>
        </w:rPr>
        <w:t xml:space="preserve">[00:55] </w:t>
      </w:r>
      <w:r>
        <w:t>Islam koi unique religion nahi hai.</w:t>
      </w:r>
    </w:p>
    <w:p>
      <w:pPr>
        <w:jc w:val="right"/>
      </w:pPr>
      <w:r>
        <w:t>اسلام کوئی unique religion نہیں ہے۔</w:t>
      </w:r>
    </w:p>
    <w:p>
      <w:r>
        <w:rPr>
          <w:b/>
        </w:rPr>
        <w:t xml:space="preserve">[01:01] </w:t>
      </w:r>
      <w:r>
        <w:t>wohi same religion hai jo Hazrat Adam se shuru hua, Rasool Allah tak jari raha.</w:t>
      </w:r>
    </w:p>
    <w:p>
      <w:pPr>
        <w:jc w:val="right"/>
      </w:pPr>
      <w:r>
        <w:t>وہی same religion ہے جو حضرت آدم سے شروع ہوا، رسول اللہ تک جاری رہا۔</w:t>
      </w:r>
    </w:p>
    <w:p>
      <w:r>
        <w:rPr>
          <w:b/>
        </w:rPr>
        <w:t xml:space="preserve">[01:07] </w:t>
      </w:r>
      <w:r>
        <w:t>aise hi kuch log kehte hain ke Islam ek superior religion hai.</w:t>
      </w:r>
    </w:p>
    <w:p>
      <w:pPr>
        <w:jc w:val="right"/>
      </w:pPr>
      <w:r>
        <w:t>ایسے ہی کچھ لوگ کہتے ہیں کہ اسلام ایک superior religion ہے۔</w:t>
      </w:r>
    </w:p>
    <w:p>
      <w:r>
        <w:rPr>
          <w:b/>
        </w:rPr>
        <w:t xml:space="preserve">[01:14] </w:t>
      </w:r>
      <w:r>
        <w:t>koi kehta hai ke Islam ek afzal religion hai.</w:t>
      </w:r>
    </w:p>
    <w:p>
      <w:pPr>
        <w:jc w:val="right"/>
      </w:pPr>
      <w:r>
        <w:t>کوئی کہتا ہے کہ اسلام ایک افضل religion ہے۔</w:t>
      </w:r>
    </w:p>
    <w:p>
      <w:r>
        <w:rPr>
          <w:b/>
        </w:rPr>
        <w:t xml:space="preserve">[01:20] </w:t>
      </w:r>
      <w:r>
        <w:t>koi kehta hai ke Islam mukammal mazhab hai.</w:t>
      </w:r>
    </w:p>
    <w:p>
      <w:pPr>
        <w:jc w:val="right"/>
      </w:pPr>
      <w:r>
        <w:t>کوئی کہتا ہے کہ اسلام مکمل مذہب ہے۔</w:t>
      </w:r>
    </w:p>
    <w:p>
      <w:r>
        <w:rPr>
          <w:b/>
        </w:rPr>
        <w:t xml:space="preserve">[01:26] </w:t>
      </w:r>
      <w:r>
        <w:t>yeh sari baatein woh hain jin ka quran o hadith se koi ta'alluq nahi hai.</w:t>
      </w:r>
    </w:p>
    <w:p>
      <w:pPr>
        <w:jc w:val="right"/>
      </w:pPr>
      <w:r>
        <w:t>یہ ساری باتیں وہ ہیں جن کا قرآن و حدیث سے کوئی تعلق نہیں ہے۔</w:t>
      </w:r>
    </w:p>
    <w:p>
      <w:r>
        <w:rPr>
          <w:b/>
        </w:rPr>
        <w:t xml:space="preserve">[01:32] </w:t>
      </w:r>
      <w:r>
        <w:t>khud quran o hadith mein Islam ko kya hasiyat di gayi hai, woh yeh hai ke sari tareekh</w:t>
      </w:r>
    </w:p>
    <w:p>
      <w:pPr>
        <w:jc w:val="right"/>
      </w:pPr>
      <w:r>
        <w:t>خود قرآن و حدیث میں اسلام کو کیا حیثیت دی گئی ہے، وہ یہ ہے کہ ساری تاریخ</w:t>
      </w:r>
    </w:p>
    <w:p>
      <w:r>
        <w:rPr>
          <w:b/>
        </w:rPr>
        <w:t xml:space="preserve">[01:39] </w:t>
      </w:r>
      <w:r>
        <w:t>mein allah taala ne paighambar bheje apne paigham ko pohnchanay ke liye.</w:t>
      </w:r>
    </w:p>
    <w:p>
      <w:pPr>
        <w:jc w:val="right"/>
      </w:pPr>
      <w:r>
        <w:t>میں اللہ تعالیٰ نے پیغمبر بھیجے اپنے پیغام کو پہنچانے کے لیے۔</w:t>
      </w:r>
    </w:p>
    <w:p>
      <w:r>
        <w:rPr>
          <w:b/>
        </w:rPr>
        <w:t xml:space="preserve">[01:45] </w:t>
      </w:r>
      <w:r>
        <w:t>aik hi paigham tha, aur isi aik paigham ko le kar tamam paighambar aaye.</w:t>
      </w:r>
    </w:p>
    <w:p>
      <w:pPr>
        <w:jc w:val="right"/>
      </w:pPr>
      <w:r>
        <w:t>ایک ہی پیغام تھا، اور اسی ایک پیغام کو لے کر تمام پیغمبر آئے۔</w:t>
      </w:r>
    </w:p>
    <w:p>
      <w:r>
        <w:rPr>
          <w:b/>
        </w:rPr>
        <w:t xml:space="preserve">[01:51] </w:t>
      </w:r>
      <w:r>
        <w:t>aakhir mein muhammad sallallahu alaihi wasallam aaye.</w:t>
      </w:r>
    </w:p>
    <w:p>
      <w:pPr>
        <w:jc w:val="right"/>
      </w:pPr>
      <w:r>
        <w:t>آخر میں محمد صلی اللہ علیہ وسلم آئے۔</w:t>
      </w:r>
    </w:p>
    <w:p>
      <w:r>
        <w:rPr>
          <w:b/>
        </w:rPr>
        <w:t xml:space="preserve">[01:57] </w:t>
      </w:r>
      <w:r>
        <w:t>lekin sab ka aik hi deen tha.</w:t>
      </w:r>
    </w:p>
    <w:p>
      <w:pPr>
        <w:jc w:val="right"/>
      </w:pPr>
      <w:r>
        <w:t>لیکن سب کا ایک ہی دین تھا۔</w:t>
      </w:r>
    </w:p>
    <w:p>
      <w:r>
        <w:rPr>
          <w:b/>
        </w:rPr>
        <w:t xml:space="preserve">[02:03] </w:t>
      </w:r>
      <w:r>
        <w:t>koi naqis, kamil nahi tha.</w:t>
      </w:r>
    </w:p>
    <w:p>
      <w:pPr>
        <w:jc w:val="right"/>
      </w:pPr>
      <w:r>
        <w:t>کوئی ناقص، کامل نہیں تھا۔</w:t>
      </w:r>
    </w:p>
    <w:p>
      <w:r>
        <w:rPr>
          <w:b/>
        </w:rPr>
        <w:t xml:space="preserve">[02:10] </w:t>
      </w:r>
      <w:r>
        <w:t>koi inferior, superior nahi tha.</w:t>
      </w:r>
    </w:p>
    <w:p>
      <w:pPr>
        <w:jc w:val="right"/>
      </w:pPr>
      <w:r>
        <w:t>کوئی inferior، superior نہیں تھا۔</w:t>
      </w:r>
    </w:p>
    <w:p>
      <w:r>
        <w:rPr>
          <w:b/>
        </w:rPr>
        <w:t xml:space="preserve">[02:16] </w:t>
      </w:r>
      <w:r>
        <w:t>sirf farq sirf aik hai, woh hai: "nahnu nazzalnal zikra wa inna lahu lahaafizoon".</w:t>
      </w:r>
    </w:p>
    <w:p>
      <w:pPr>
        <w:jc w:val="right"/>
      </w:pPr>
      <w:r>
        <w:t>صرف فرق صرف ایک ہے، وہ ہے: "نحن نزلنا الذکر وانا له الحافظون"۔</w:t>
      </w:r>
    </w:p>
    <w:p>
      <w:r>
        <w:rPr>
          <w:b/>
        </w:rPr>
        <w:t xml:space="preserve">[02:22] </w:t>
      </w:r>
      <w:r>
        <w:t>yani yeh jo quran hai, wohi same deen is mein bhi bataya gaya hai.</w:t>
      </w:r>
    </w:p>
    <w:p>
      <w:pPr>
        <w:jc w:val="right"/>
      </w:pPr>
      <w:r>
        <w:t>یعنی یہ جو قرآن ہے، وہی same دین اس میں بھی بتایا گیا ہے۔</w:t>
      </w:r>
    </w:p>
    <w:p>
      <w:r>
        <w:rPr>
          <w:b/>
        </w:rPr>
        <w:t xml:space="preserve">[02:28] </w:t>
      </w:r>
      <w:r>
        <w:t>farq sirf yeh hai ke yeh aik mehfooz kitaab hai, preserved book hai.</w:t>
      </w:r>
    </w:p>
    <w:p>
      <w:pPr>
        <w:jc w:val="right"/>
      </w:pPr>
      <w:r>
        <w:t>فرق صرف یہ ہے کہ یہ ایک محفوظ کتاب ہے، preserved book ہے۔</w:t>
      </w:r>
    </w:p>
    <w:p>
      <w:r>
        <w:rPr>
          <w:b/>
        </w:rPr>
        <w:t xml:space="preserve">[02:35] </w:t>
      </w:r>
      <w:r>
        <w:t>aik hi wahid cheez hai jo alag hai doosre mazhab se, is ka mehfooz hona.</w:t>
      </w:r>
    </w:p>
    <w:p>
      <w:pPr>
        <w:jc w:val="right"/>
      </w:pPr>
      <w:r>
        <w:t>ایک ہی واحد چیز ہے جو الگ ہے دوسرے مذہب سے، اس کا محفوظ ہونا۔</w:t>
      </w:r>
    </w:p>
    <w:p>
      <w:r>
        <w:rPr>
          <w:b/>
        </w:rPr>
        <w:t xml:space="preserve">[02:41] </w:t>
      </w:r>
      <w:r>
        <w:t>aur koi farq nahi hai.</w:t>
      </w:r>
    </w:p>
    <w:p>
      <w:pPr>
        <w:jc w:val="right"/>
      </w:pPr>
      <w:r>
        <w:t>اور کوئی فرق نہیں ہے۔</w:t>
      </w:r>
    </w:p>
    <w:p>
      <w:r>
        <w:rPr>
          <w:b/>
        </w:rPr>
        <w:t xml:space="preserve">[02:47] </w:t>
      </w:r>
      <w:r>
        <w:t>doosra farq jo batate hain woh log, woh un ki qaumi zabaan hoti hai, woh quran o hadees</w:t>
      </w:r>
    </w:p>
    <w:p>
      <w:pPr>
        <w:jc w:val="right"/>
      </w:pPr>
      <w:r>
        <w:t>دوسرا فرق جو بتاتے ہیں وہ لوگ، وہ ان کی قومی زبان ہوتی ہے، وہ قرآن و حدیث</w:t>
      </w:r>
    </w:p>
    <w:p>
      <w:r>
        <w:rPr>
          <w:b/>
        </w:rPr>
        <w:t xml:space="preserve">[02:53] </w:t>
      </w:r>
      <w:r>
        <w:t>ki zabaan nahi hoti hai.</w:t>
      </w:r>
    </w:p>
    <w:p>
      <w:pPr>
        <w:jc w:val="right"/>
      </w:pPr>
      <w:r>
        <w:t>کی زبان نہیں ہوتی ہے۔</w:t>
      </w:r>
    </w:p>
    <w:p>
      <w:r>
        <w:rPr>
          <w:b/>
        </w:rPr>
        <w:t xml:space="preserve">[02:59] </w:t>
      </w:r>
      <w:r>
        <w:t>ab doosra sawal yeh hai ke quran ya doosri jo kitabein allah ki taraf se aayin, un ka</w:t>
      </w:r>
    </w:p>
    <w:p>
      <w:pPr>
        <w:jc w:val="right"/>
      </w:pPr>
      <w:r>
        <w:t>اب دوسرا سوال یہ ہے کہ قرآن یا دوسری جو کتابیں اللہ کی طرف سے آئیں، ان کا</w:t>
      </w:r>
    </w:p>
    <w:p>
      <w:r>
        <w:rPr>
          <w:b/>
        </w:rPr>
        <w:t xml:space="preserve">[03:06] </w:t>
      </w:r>
      <w:r>
        <w:t>maqsad kya tha? un ka maqsad sirf aik tha, woh tha allah taala ka jo creation plan hai,</w:t>
      </w:r>
    </w:p>
    <w:p>
      <w:pPr>
        <w:jc w:val="right"/>
      </w:pPr>
      <w:r>
        <w:t>مقصد کیا تھا؟ ان کا مقصد صرف ایک تھا، وہ تھا اللہ تعالیٰ کا جو creation plan ہے،</w:t>
      </w:r>
    </w:p>
    <w:p>
      <w:r>
        <w:rPr>
          <w:b/>
        </w:rPr>
        <w:t xml:space="preserve">[03:12] </w:t>
      </w:r>
      <w:r>
        <w:t>is se logon ko ba-khabar karna.</w:t>
      </w:r>
    </w:p>
    <w:p>
      <w:pPr>
        <w:jc w:val="right"/>
      </w:pPr>
      <w:r>
        <w:t>اس سے لوگوں کو باخبر کرنا۔</w:t>
      </w:r>
    </w:p>
    <w:p>
      <w:r>
        <w:rPr>
          <w:b/>
        </w:rPr>
        <w:t xml:space="preserve">[03:18] </w:t>
      </w:r>
      <w:r>
        <w:t>insaan jab duniya mein aata hai to apne saath koi book nahi lata.</w:t>
      </w:r>
    </w:p>
    <w:p>
      <w:pPr>
        <w:jc w:val="right"/>
      </w:pPr>
      <w:r>
        <w:t>انسان جب دنیا میں آتا ہے تو اپنے ساتھ کوئی book نہیں لاتا۔</w:t>
      </w:r>
    </w:p>
    <w:p>
      <w:r>
        <w:rPr>
          <w:b/>
        </w:rPr>
        <w:t xml:space="preserve">[03:24] </w:t>
      </w:r>
      <w:r>
        <w:t>kisi pahaad ki choti par koi likha hua nahi hai ke kya hai duniya, kya hai insaan, kya</w:t>
      </w:r>
    </w:p>
    <w:p>
      <w:pPr>
        <w:jc w:val="right"/>
      </w:pPr>
      <w:r>
        <w:t>کسی پہاڑ کی چوٹی پر کوئی لکھا ہوا نہیں ہے کہ کیا ہے دنیا، کیا ہے انسان، کیا</w:t>
      </w:r>
    </w:p>
    <w:p>
      <w:r>
        <w:rPr>
          <w:b/>
        </w:rPr>
        <w:t xml:space="preserve">[03:30] </w:t>
      </w:r>
      <w:r>
        <w:t>hai maut, kya hai zindagi.</w:t>
      </w:r>
    </w:p>
    <w:p>
      <w:pPr>
        <w:jc w:val="right"/>
      </w:pPr>
      <w:r>
        <w:t>ہے موت، کیا ہے زندگی۔</w:t>
      </w:r>
    </w:p>
    <w:p>
      <w:r>
        <w:rPr>
          <w:b/>
        </w:rPr>
        <w:t xml:space="preserve">[03:37] </w:t>
      </w:r>
      <w:r>
        <w:t>to yeh jo masla hai insaan ka, har insaan ka, aur aurat aur mard ka, is ko batane</w:t>
      </w:r>
    </w:p>
    <w:p>
      <w:pPr>
        <w:jc w:val="right"/>
      </w:pPr>
      <w:r>
        <w:t>تو یہ جو مسئلہ ہے انسان کا، ہر انسان کا، اور عورت اور مرد کا، اس کو بتانے</w:t>
      </w:r>
    </w:p>
    <w:p>
      <w:r>
        <w:rPr>
          <w:b/>
        </w:rPr>
        <w:t xml:space="preserve">[03:43] </w:t>
      </w:r>
      <w:r>
        <w:t>ke liye allah ne anbiya bheje.</w:t>
      </w:r>
    </w:p>
    <w:p>
      <w:pPr>
        <w:jc w:val="right"/>
      </w:pPr>
      <w:r>
        <w:t>کے لیے اللہ نے انبیاء بھیجے۔</w:t>
      </w:r>
    </w:p>
    <w:p>
      <w:r>
        <w:rPr>
          <w:b/>
        </w:rPr>
        <w:t xml:space="preserve">[03:49] </w:t>
      </w:r>
      <w:r>
        <w:t>aur isi ko batane ke liye quran ko mehfooz kar diya.</w:t>
      </w:r>
    </w:p>
    <w:p>
      <w:pPr>
        <w:jc w:val="right"/>
      </w:pPr>
      <w:r>
        <w:t>اور اسی کو بتانے کے لیے قرآن کو محفوظ کر دیا۔</w:t>
      </w:r>
    </w:p>
    <w:p>
      <w:r>
        <w:rPr>
          <w:b/>
        </w:rPr>
        <w:t xml:space="preserve">[03:55] </w:t>
      </w:r>
      <w:r>
        <w:t>is ka khulasa dekhein surah ash shura mein aaya hai ke quran ko kyun utara? to is mein yahi</w:t>
      </w:r>
    </w:p>
    <w:p>
      <w:pPr>
        <w:jc w:val="right"/>
      </w:pPr>
      <w:r>
        <w:t>اس کا خلاصہ دیکھیں سورۃ الشوریٰ میں آیا ہے کہ قرآن کو کیوں اتارا؟ تو اس میں یہی</w:t>
      </w:r>
    </w:p>
    <w:p>
      <w:r>
        <w:rPr>
          <w:b/>
        </w:rPr>
        <w:t xml:space="preserve">[04:02] </w:t>
      </w:r>
      <w:r>
        <w:t>hai ke yeh batane ke liye, is haqeeqat se logon ko ba-khabar karne ke liye, is mein yeh</w:t>
      </w:r>
    </w:p>
    <w:p>
      <w:pPr>
        <w:jc w:val="right"/>
      </w:pPr>
      <w:r>
        <w:t>ہے کہ یہ بتانے کے لیے، اس حقیقت سے لوگوں کو باخبر کرنے کے لیے، اس میں یہ</w:t>
      </w:r>
    </w:p>
    <w:p>
      <w:r>
        <w:rPr>
          <w:b/>
        </w:rPr>
        <w:t xml:space="preserve">[04:08] </w:t>
      </w:r>
      <w:r>
        <w:t>alfaaz hain: litunzira yawmal jam'i la raiba feehi fareequn fil jannati wa fareequn fis sa'eer logon ko bata de</w:t>
      </w:r>
    </w:p>
    <w:p>
      <w:pPr>
        <w:jc w:val="right"/>
      </w:pPr>
      <w:r>
        <w:t>الفاظ ہیں: لتنذر يوم الجمع لا ره فيه فريق فی الجنة وفریق فی السیر لوگوں کو بتا دے</w:t>
      </w:r>
    </w:p>
    <w:p>
      <w:r>
        <w:rPr>
          <w:b/>
        </w:rPr>
        <w:t xml:space="preserve">[04:14] </w:t>
      </w:r>
      <w:r>
        <w:t>yom al jumma ke bare mein ke ek din aayega jab sare hi paida kiye hue insan hashar</w:t>
      </w:r>
    </w:p>
    <w:p>
      <w:pPr>
        <w:jc w:val="right"/>
      </w:pPr>
      <w:r>
        <w:t>یوم الجمع کے بارے میں کہ ایک دن آئے گا جب سارے ہی پیدا کیے ہوئے انسان حشر</w:t>
      </w:r>
    </w:p>
    <w:p>
      <w:r>
        <w:rPr>
          <w:b/>
        </w:rPr>
        <w:t xml:space="preserve">[04:20] </w:t>
      </w:r>
      <w:r>
        <w:t>ke maidan mein ikattha honge.</w:t>
      </w:r>
    </w:p>
    <w:p>
      <w:pPr>
        <w:jc w:val="right"/>
      </w:pPr>
      <w:r>
        <w:t>کے میدان میں اکٹھا ہوں گے۔</w:t>
      </w:r>
    </w:p>
    <w:p>
      <w:r>
        <w:rPr>
          <w:b/>
        </w:rPr>
        <w:t xml:space="preserve">[04:26] </w:t>
      </w:r>
      <w:r>
        <w:t>is ke baad logon ke record ke mutabiq un ke eternal future ka faisla kiya jayega, abadi mustaqbil ka.</w:t>
      </w:r>
    </w:p>
    <w:p>
      <w:pPr>
        <w:jc w:val="right"/>
      </w:pPr>
      <w:r>
        <w:t>اس کے بعد لوگوں کے ریکارڈ کے مطابق ان کے eternal future کا فیصلہ کیا جائے گا، ابدی مستقبل کا۔</w:t>
      </w:r>
    </w:p>
    <w:p>
      <w:r>
        <w:rPr>
          <w:b/>
        </w:rPr>
        <w:t xml:space="preserve">[04:33] </w:t>
      </w:r>
      <w:r>
        <w:t>aur is ke baad kya hoga? fareeq fil jannah wa fareeq fis saeer ek group jannat mein hoga, paradise</w:t>
      </w:r>
    </w:p>
    <w:p>
      <w:pPr>
        <w:jc w:val="right"/>
      </w:pPr>
      <w:r>
        <w:t>اور اس کے بعد کیا ہوگا؟ فريق فی الجنة وفريق فی السیر ایک گروپ جنت میں ہوگا، paradise</w:t>
      </w:r>
    </w:p>
    <w:p>
      <w:r>
        <w:rPr>
          <w:b/>
        </w:rPr>
        <w:t xml:space="preserve">[04:39] </w:t>
      </w:r>
      <w:r>
        <w:t>mein, aur doosra group aag mein hoga, yaani hell mein.</w:t>
      </w:r>
    </w:p>
    <w:p>
      <w:pPr>
        <w:jc w:val="right"/>
      </w:pPr>
      <w:r>
        <w:t>میں، اور دوسرا گروپ آگ میں ہوگا، یعنی hell میں۔</w:t>
      </w:r>
    </w:p>
    <w:p>
      <w:r>
        <w:rPr>
          <w:b/>
        </w:rPr>
        <w:t xml:space="preserve">[04:45] </w:t>
      </w:r>
      <w:r>
        <w:t>yeh baat hai aham tareen Allah ki nazar mein jis se logon ko ba khabar karna maqsood hai.</w:t>
      </w:r>
    </w:p>
    <w:p>
      <w:pPr>
        <w:jc w:val="right"/>
      </w:pPr>
      <w:r>
        <w:t>یہ بات ہے اہم ترین اللہ کی نظر میں جس سے لوگوں کو باخبر کرنا مقصود ہے۔</w:t>
      </w:r>
    </w:p>
    <w:p>
      <w:r>
        <w:rPr>
          <w:b/>
        </w:rPr>
        <w:t xml:space="preserve">[04:51] </w:t>
      </w:r>
      <w:r>
        <w:t>aaj mein akhbar padh raha tha to Lucknow ki deadline ke sath ek report thi.</w:t>
      </w:r>
    </w:p>
    <w:p>
      <w:pPr>
        <w:jc w:val="right"/>
      </w:pPr>
      <w:r>
        <w:t>آج میں اخبار پڑھ رہا تھا تو لکھنو کی ڈیڈ لائن کے ساتھ ایک رپورٹ تھی۔</w:t>
      </w:r>
    </w:p>
    <w:p>
      <w:r>
        <w:rPr>
          <w:b/>
        </w:rPr>
        <w:t xml:space="preserve">[04:58] </w:t>
      </w:r>
      <w:r>
        <w:t>aap jante hain ke Lucknow mein abhi election hua hai, is mein ek party haar gayi, doosri party jeet gayi.</w:t>
      </w:r>
    </w:p>
    <w:p>
      <w:pPr>
        <w:jc w:val="right"/>
      </w:pPr>
      <w:r>
        <w:t>آپ جانتے ہیں کہ لکھنو میں ابھی election ہوا ہے، اس میں ایک party ہار گئی، دوسری party جیت گئی۔</w:t>
      </w:r>
    </w:p>
    <w:p>
      <w:r>
        <w:rPr>
          <w:b/>
        </w:rPr>
        <w:t xml:space="preserve">[05:04] </w:t>
      </w:r>
      <w:r>
        <w:t>to Lucknow ki deadline ke sath jo report thi us mein yeh tha ke haari hui party</w:t>
      </w:r>
    </w:p>
    <w:p>
      <w:pPr>
        <w:jc w:val="right"/>
      </w:pPr>
      <w:r>
        <w:t>تو لکھنو کی ڈیڈ لائن کے ساتھ جو رپورٹ تھی اس میں یہ تھا کہ ہاری ہوئی party</w:t>
      </w:r>
    </w:p>
    <w:p>
      <w:r>
        <w:rPr>
          <w:b/>
        </w:rPr>
        <w:t xml:space="preserve">[05:10] </w:t>
      </w:r>
      <w:r>
        <w:t>ke kheme mein har taraf udasi chhayi hui hai.</w:t>
      </w:r>
    </w:p>
    <w:p>
      <w:pPr>
        <w:jc w:val="right"/>
      </w:pPr>
      <w:r>
        <w:t>کے خیمے میں ہر طرف اداسی چھائی ہوئی ہے۔</w:t>
      </w:r>
    </w:p>
    <w:p>
      <w:r>
        <w:rPr>
          <w:b/>
        </w:rPr>
        <w:t xml:space="preserve">[05:16] </w:t>
      </w:r>
      <w:r>
        <w:t>aur jeeti hui party ka jo khema hai, us mein har taraf khushi ka manzar hai.</w:t>
      </w:r>
    </w:p>
    <w:p>
      <w:pPr>
        <w:jc w:val="right"/>
      </w:pPr>
      <w:r>
        <w:t>اور جیتی ہوئی party کا جو خیمہ ہے، اس میں ہر طرف خوشی کا منظر ہے۔</w:t>
      </w:r>
    </w:p>
    <w:p>
      <w:r>
        <w:rPr>
          <w:b/>
        </w:rPr>
        <w:t xml:space="preserve">[05:22] </w:t>
      </w:r>
      <w:r>
        <w:t>yahi hai: fareeq fil jannah wa fareeq fis saeer ek waqt aane wala hai jab kuch haare hue insan</w:t>
      </w:r>
    </w:p>
    <w:p>
      <w:pPr>
        <w:jc w:val="right"/>
      </w:pPr>
      <w:r>
        <w:t>یہی ہے: فريق فی الجنة وفريق فی السیر ایک وقت آنے والا ہے جب کچھ ہارے ہوئے انسان</w:t>
      </w:r>
    </w:p>
    <w:p>
      <w:r>
        <w:rPr>
          <w:b/>
        </w:rPr>
        <w:t xml:space="preserve">[05:29] </w:t>
      </w:r>
      <w:r>
        <w:t>honge, kuch jeete hue insan honge.</w:t>
      </w:r>
    </w:p>
    <w:p>
      <w:pPr>
        <w:jc w:val="right"/>
      </w:pPr>
      <w:r>
        <w:t>ہوں گے، کچھ جیتے ہوئے انسان ہوں گے۔</w:t>
      </w:r>
    </w:p>
    <w:p>
      <w:r>
        <w:rPr>
          <w:b/>
        </w:rPr>
        <w:t xml:space="preserve">[05:35] </w:t>
      </w:r>
      <w:r>
        <w:t>kaisa ajeeb din aane wala hai.</w:t>
      </w:r>
    </w:p>
    <w:p>
      <w:pPr>
        <w:jc w:val="right"/>
      </w:pPr>
      <w:r>
        <w:t>کیسا عجیب دن آنے والا ہے۔</w:t>
      </w:r>
    </w:p>
    <w:p>
      <w:r>
        <w:rPr>
          <w:b/>
        </w:rPr>
        <w:t xml:space="preserve">[05:41] </w:t>
      </w:r>
      <w:r>
        <w:t>is aane wale din ko koi rok nahi sakta hai.</w:t>
      </w:r>
    </w:p>
    <w:p>
      <w:pPr>
        <w:jc w:val="right"/>
      </w:pPr>
      <w:r>
        <w:t>اس آنے والے دن کو کوئی روک نہیں سکتا ہے۔</w:t>
      </w:r>
    </w:p>
    <w:p>
      <w:r>
        <w:rPr>
          <w:b/>
        </w:rPr>
        <w:t xml:space="preserve">[05:47] </w:t>
      </w:r>
      <w:r>
        <w:t>koi bhi nahi.</w:t>
      </w:r>
    </w:p>
    <w:p>
      <w:pPr>
        <w:jc w:val="right"/>
      </w:pPr>
      <w:r>
        <w:t>کوئی بھی نہیں۔</w:t>
      </w:r>
    </w:p>
    <w:p>
      <w:r>
        <w:rPr>
          <w:b/>
        </w:rPr>
        <w:t xml:space="preserve">[05:54] </w:t>
      </w:r>
      <w:r>
        <w:t>na koi badshah, na koi daulatmand, na koi power wala aadmi, na koi powerless aadmi.</w:t>
      </w:r>
    </w:p>
    <w:p>
      <w:pPr>
        <w:jc w:val="right"/>
      </w:pPr>
      <w:r>
        <w:t>نہ کوئی بادشاہ، نہ کوئی دولت مند، نہ کوئی power والا آدمی، نہ کوئی powerless آدمی۔</w:t>
      </w:r>
    </w:p>
    <w:p>
      <w:r>
        <w:rPr>
          <w:b/>
        </w:rPr>
        <w:t xml:space="preserve">[06:00] </w:t>
      </w:r>
      <w:r>
        <w:t>yeh inaam sab ke liye aane hi aana hai.</w:t>
      </w:r>
    </w:p>
    <w:p>
      <w:pPr>
        <w:jc w:val="right"/>
      </w:pPr>
      <w:r>
        <w:t>یہ انعام سب کے لیے آنے ہی آنا ہے۔</w:t>
      </w:r>
    </w:p>
    <w:p>
      <w:r>
        <w:rPr>
          <w:b/>
        </w:rPr>
        <w:t xml:space="preserve">[06:06] </w:t>
      </w:r>
      <w:r>
        <w:t>sab ke liye aane aana hai.</w:t>
      </w:r>
    </w:p>
    <w:p>
      <w:pPr>
        <w:jc w:val="right"/>
      </w:pPr>
      <w:r>
        <w:t>سب کے لیے آنے آنا ہے۔</w:t>
      </w:r>
    </w:p>
    <w:p>
      <w:r>
        <w:rPr>
          <w:b/>
        </w:rPr>
        <w:t xml:space="preserve">[06:12] </w:t>
      </w:r>
      <w:r>
        <w:t>ab dekhen ke Quran kya paigham deta hai, yaani Allah ki jo kitab hai, woh kya paigham deti hai.</w:t>
      </w:r>
    </w:p>
    <w:p>
      <w:pPr>
        <w:jc w:val="right"/>
      </w:pPr>
      <w:r>
        <w:t>اب دیکھیں کہ قرآن کیا پیغام دیتا ہے، یعنی اللہ کی جو کتاب ہے، وہ کیا پیغام دیتی ہے۔</w:t>
      </w:r>
    </w:p>
    <w:p>
      <w:r>
        <w:rPr>
          <w:b/>
        </w:rPr>
        <w:t xml:space="preserve">[06:18] </w:t>
      </w:r>
      <w:r>
        <w:t>to yahan bhi mein ek akhbar, yaani ek hawala doonga aaj ka.</w:t>
      </w:r>
    </w:p>
    <w:p>
      <w:pPr>
        <w:jc w:val="right"/>
      </w:pPr>
      <w:r>
        <w:t>تو یہاں بھی میں ایک اخبار، یعنی ایک حوالہ دوں گا آج کا۔</w:t>
      </w:r>
    </w:p>
    <w:p>
      <w:r>
        <w:rPr>
          <w:b/>
        </w:rPr>
        <w:t xml:space="preserve">[06:25] </w:t>
      </w:r>
      <w:r>
        <w:t>aaj subah mein All India Radio sun raha tha, aaj subah.</w:t>
      </w:r>
    </w:p>
    <w:p>
      <w:pPr>
        <w:jc w:val="right"/>
      </w:pPr>
      <w:r>
        <w:t>آج صبح میں آل انڈیا ریڈیو سن رہا تھا، آج صبح۔</w:t>
      </w:r>
    </w:p>
    <w:p>
      <w:r>
        <w:rPr>
          <w:b/>
        </w:rPr>
        <w:t xml:space="preserve">[06:31] </w:t>
      </w:r>
      <w:r>
        <w:t>to Sunday ke din un ka ek program hai, ek khaas interview nashr karte hain woh.</w:t>
      </w:r>
    </w:p>
    <w:p>
      <w:pPr>
        <w:jc w:val="right"/>
      </w:pPr>
      <w:r>
        <w:t>تو Sunday کے دن ان کا ایک program ہے، ایک خاص interview نشر کرتے ہیں وہ۔</w:t>
      </w:r>
    </w:p>
    <w:p>
      <w:r>
        <w:rPr>
          <w:b/>
        </w:rPr>
        <w:t xml:space="preserve">[06:37] </w:t>
      </w:r>
      <w:r>
        <w:t>to aaj jo interview tha, woh election commissioner Mr. Qureshi ka tha.</w:t>
      </w:r>
    </w:p>
    <w:p>
      <w:pPr>
        <w:jc w:val="right"/>
      </w:pPr>
      <w:r>
        <w:t>تو آج جو interview تھا، وہ election کمشنر مسٹر قریشی کا تھا۔</w:t>
      </w:r>
    </w:p>
    <w:p>
      <w:r>
        <w:rPr>
          <w:b/>
        </w:rPr>
        <w:t xml:space="preserve">[06:43] </w:t>
      </w:r>
      <w:r>
        <w:t>to aap ko maloom hai ke abhi jo riyasaton mein election hue hain, to is bar kai nayi baatein huin.</w:t>
      </w:r>
    </w:p>
    <w:p>
      <w:pPr>
        <w:jc w:val="right"/>
      </w:pPr>
      <w:r>
        <w:t>تو آپ کو معلوم ہے کہ ابھی جو ریاستوں میں election ہوئے ہیں، تو اس بار کئی نئی باتیں ہوئیں۔</w:t>
      </w:r>
    </w:p>
    <w:p>
      <w:r>
        <w:rPr>
          <w:b/>
        </w:rPr>
        <w:t xml:space="preserve">[06:49] </w:t>
      </w:r>
      <w:r>
        <w:t>misalan yeh keh ziyada voteron ne vote diya, yani voteron ka turnout pichhle record se ziyada tha.</w:t>
      </w:r>
    </w:p>
    <w:p>
      <w:pPr>
        <w:jc w:val="right"/>
      </w:pPr>
      <w:r>
        <w:t>مثلاً یہ کہ زیادہ ووٹروں نے ووٹ دیا، یعنی ووٹروں کا turnout پچھلے ریکارڈ سے زیادہ تھا۔</w:t>
      </w:r>
    </w:p>
    <w:p>
      <w:r>
        <w:rPr>
          <w:b/>
        </w:rPr>
        <w:t xml:space="preserve">[06:56] </w:t>
      </w:r>
      <w:r>
        <w:t>kafi logon ne vote diya.</w:t>
      </w:r>
    </w:p>
    <w:p>
      <w:pPr>
        <w:jc w:val="right"/>
      </w:pPr>
      <w:r>
        <w:t>کافی لوگوں نے ووٹ دیا۔</w:t>
      </w:r>
    </w:p>
    <w:p>
      <w:r>
        <w:rPr>
          <w:b/>
        </w:rPr>
        <w:t xml:space="preserve">[07:02] </w:t>
      </w:r>
      <w:r>
        <w:t>ek naya pattern tha election ka.</w:t>
      </w:r>
    </w:p>
    <w:p>
      <w:pPr>
        <w:jc w:val="right"/>
      </w:pPr>
      <w:r>
        <w:t>ایک نیا pattern تھا election کا۔</w:t>
      </w:r>
    </w:p>
    <w:p>
      <w:r>
        <w:rPr>
          <w:b/>
        </w:rPr>
        <w:t xml:space="preserve">[07:08] </w:t>
      </w:r>
      <w:r>
        <w:t>to interviewer ne poocha mister qureshi se, jo election commissioner hain, keh yeh kaise hasil hua? kyunkeh is</w:t>
      </w:r>
    </w:p>
    <w:p>
      <w:pPr>
        <w:jc w:val="right"/>
      </w:pPr>
      <w:r>
        <w:t>تو interviewer نے پوچھا مسٹر قریشی سے، جو election کمشنر ہیں، کہ یہ کیسے حاصل ہوا؟ کیونکہ اس</w:t>
      </w:r>
    </w:p>
    <w:p>
      <w:r>
        <w:rPr>
          <w:b/>
        </w:rPr>
        <w:t xml:space="preserve">[07:14] </w:t>
      </w:r>
      <w:r>
        <w:t>se pehle yeh mashhoor tha keh voter aate nahin, woh apne ghar mein rehte hain.</w:t>
      </w:r>
    </w:p>
    <w:p>
      <w:pPr>
        <w:jc w:val="right"/>
      </w:pPr>
      <w:r>
        <w:t>سے پہلے یہ مشہور تھا کہ ووٹر آتے نہیں، وہ اپنے گھر میں رہتے ہیں۔</w:t>
      </w:r>
    </w:p>
    <w:p>
      <w:r>
        <w:rPr>
          <w:b/>
        </w:rPr>
        <w:t xml:space="preserve">[07:21] </w:t>
      </w:r>
      <w:r>
        <w:t>bahut thode log aate hain vote dene ke liye.</w:t>
      </w:r>
    </w:p>
    <w:p>
      <w:pPr>
        <w:jc w:val="right"/>
      </w:pPr>
      <w:r>
        <w:t>بہت تھوڑے لوگ آتے ہیں ووٹ دینے کے لیے۔</w:t>
      </w:r>
    </w:p>
    <w:p>
      <w:r>
        <w:rPr>
          <w:b/>
        </w:rPr>
        <w:t xml:space="preserve">[07:27] </w:t>
      </w:r>
      <w:r>
        <w:t>to kaise hua keh log aaye? to unhon ne ek lafz istemal kiya: voter education.</w:t>
      </w:r>
    </w:p>
    <w:p>
      <w:pPr>
        <w:jc w:val="right"/>
      </w:pPr>
      <w:r>
        <w:t>تو کیسے ہوا کہ لوگ آئے؟ تو انہوں نے ایک لفظ استعمال کیا: ووٹر education۔</w:t>
      </w:r>
    </w:p>
    <w:p>
      <w:r>
        <w:rPr>
          <w:b/>
        </w:rPr>
        <w:t xml:space="preserve">[07:33] </w:t>
      </w:r>
      <w:r>
        <w:t>keh hum ne voter education ka program chalaya jagah jagah, gaon gaon, town town.</w:t>
      </w:r>
    </w:p>
    <w:p>
      <w:pPr>
        <w:jc w:val="right"/>
      </w:pPr>
      <w:r>
        <w:t>کہ ہم نے ووٹر education کا program چلایا جگہ جگہ، گاؤں گاؤں، ٹاؤن ٹاؤن۔</w:t>
      </w:r>
    </w:p>
    <w:p>
      <w:r>
        <w:rPr>
          <w:b/>
        </w:rPr>
        <w:t xml:space="preserve">[07:39] </w:t>
      </w:r>
      <w:r>
        <w:t>logon ko educate kiya.</w:t>
      </w:r>
    </w:p>
    <w:p>
      <w:pPr>
        <w:jc w:val="right"/>
      </w:pPr>
      <w:r>
        <w:t>لوگوں کو educate کیا۔</w:t>
      </w:r>
    </w:p>
    <w:p>
      <w:r>
        <w:rPr>
          <w:b/>
        </w:rPr>
        <w:t xml:space="preserve">[07:45] </w:t>
      </w:r>
      <w:r>
        <w:t>to voter education ke lafz se mera khayal hai muntaqil hua keh quran ka maqsad bhi hai human education.</w:t>
      </w:r>
    </w:p>
    <w:p>
      <w:pPr>
        <w:jc w:val="right"/>
      </w:pPr>
      <w:r>
        <w:t>تو ووٹر education کے لفظ سے میرا خیال ہے منتقل ہوا کہ قرآن کا مقصد بھی ہے human education۔</w:t>
      </w:r>
    </w:p>
    <w:p>
      <w:r>
        <w:rPr>
          <w:b/>
        </w:rPr>
        <w:t xml:space="preserve">[07:52] </w:t>
      </w:r>
      <w:r>
        <w:t>human education, yani insaan ko tayyar karna, insaan ko educate karna keh woh aanewale din ka samna kar sake.</w:t>
      </w:r>
    </w:p>
    <w:p>
      <w:pPr>
        <w:jc w:val="right"/>
      </w:pPr>
      <w:r>
        <w:t>Human education، یعنی انسان کو تیار کرنا، انسان کو educate کرنا کہ وہ آنے والے دن کا سامنا کر سکے۔</w:t>
      </w:r>
    </w:p>
    <w:p>
      <w:r>
        <w:rPr>
          <w:b/>
        </w:rPr>
        <w:t xml:space="preserve">[07:58] </w:t>
      </w:r>
      <w:r>
        <w:t>aanewale din mein woh achhe mustaqbil ko pa le.</w:t>
      </w:r>
    </w:p>
    <w:p>
      <w:pPr>
        <w:jc w:val="right"/>
      </w:pPr>
      <w:r>
        <w:t>آنے والے دن میں وہ اچھے مستقبل کو پا لے۔</w:t>
      </w:r>
    </w:p>
    <w:p>
      <w:r>
        <w:rPr>
          <w:b/>
        </w:rPr>
        <w:t xml:space="preserve">[08:04] </w:t>
      </w:r>
      <w:r>
        <w:t>aanewale din mein iska thikana jannat ho. yeh hai.</w:t>
      </w:r>
    </w:p>
    <w:p>
      <w:pPr>
        <w:jc w:val="right"/>
      </w:pPr>
      <w:r>
        <w:t>آنے والے دن میں اس کا ٹھکانہ جنت ہو۔ یہ ہے۔</w:t>
      </w:r>
    </w:p>
    <w:p>
      <w:r>
        <w:rPr>
          <w:b/>
        </w:rPr>
        <w:t xml:space="preserve">[08:10] </w:t>
      </w:r>
      <w:r>
        <w:t>to kaha human education hai quran ka tareeqa.</w:t>
      </w:r>
    </w:p>
    <w:p>
      <w:pPr>
        <w:jc w:val="right"/>
      </w:pPr>
      <w:r>
        <w:t>تو کہا human education ہے قرآن کا طریقہ۔</w:t>
      </w:r>
    </w:p>
    <w:p>
      <w:r>
        <w:rPr>
          <w:b/>
        </w:rPr>
        <w:t xml:space="preserve">[08:17] </w:t>
      </w:r>
      <w:r>
        <w:t>ab dekhen keh iske kya kya baatein hain human education mein jo quran bata raha hai hum ko.</w:t>
      </w:r>
    </w:p>
    <w:p>
      <w:pPr>
        <w:jc w:val="right"/>
      </w:pPr>
      <w:r>
        <w:t>اب دیکھیں کہ اس کے کیا کیا باتیں ہیں human education میں جو قرآن بتا رہا ہے ہم کو۔</w:t>
      </w:r>
    </w:p>
    <w:p>
      <w:r>
        <w:rPr>
          <w:b/>
        </w:rPr>
        <w:t xml:space="preserve">[08:23] </w:t>
      </w:r>
      <w:r>
        <w:t>is silsile mein ek ayat yeh hai quran majeed mein keh khalaqal mauta wal hayata liyuwakkim ayyukum ahsan amala</w:t>
      </w:r>
    </w:p>
    <w:p>
      <w:pPr>
        <w:jc w:val="right"/>
      </w:pPr>
      <w:r>
        <w:t>اس سلسلے میں ایک آیت یہ ہے قرآن مجید میں کہ خَلَقَ الْمَوْتَ وَالْحَيَاةَ لِيَوْلُوْكُمْ أَيُّكُمْ أَحْسَنُ عَمَلًا</w:t>
      </w:r>
    </w:p>
    <w:p>
      <w:r>
        <w:rPr>
          <w:b/>
        </w:rPr>
        <w:t xml:space="preserve">[08:29] </w:t>
      </w:r>
      <w:r>
        <w:t>allah ne paida ki maut aur zindagi taake woh jaanch kar yeh dekhe keh tum mein se kaun</w:t>
      </w:r>
    </w:p>
    <w:p>
      <w:pPr>
        <w:jc w:val="right"/>
      </w:pPr>
      <w:r>
        <w:t>اللہ نے پیدا کی موت اور زندگی تاکہ وہ جانچ کر یہ دیکھے کہ تم میں سے کون</w:t>
      </w:r>
    </w:p>
    <w:p>
      <w:r>
        <w:rPr>
          <w:b/>
        </w:rPr>
        <w:t xml:space="preserve">[08:35] </w:t>
      </w:r>
      <w:r>
        <w:t>best conduct wala hai, achhe amal wala hai. yeh hai.</w:t>
      </w:r>
    </w:p>
    <w:p>
      <w:pPr>
        <w:jc w:val="right"/>
      </w:pPr>
      <w:r>
        <w:t>best conduct والا ہے، اچھے عمل والا ہے۔ یہ ہے۔</w:t>
      </w:r>
    </w:p>
    <w:p>
      <w:r>
        <w:rPr>
          <w:b/>
        </w:rPr>
        <w:t xml:space="preserve">[08:41] </w:t>
      </w:r>
      <w:r>
        <w:t>is se kya maloom hua? is se maloom hua keh yeh jo duniya hai, yeh jo planet earth</w:t>
      </w:r>
    </w:p>
    <w:p>
      <w:pPr>
        <w:jc w:val="right"/>
      </w:pPr>
      <w:r>
        <w:t>اس سے کیا معلوم ہوا؟ اس سے معلوم ہوا کہ یہ جو دنیا ہے، یہ جو planet earth</w:t>
      </w:r>
    </w:p>
    <w:p>
      <w:r>
        <w:rPr>
          <w:b/>
        </w:rPr>
        <w:t xml:space="preserve">[08:48] </w:t>
      </w:r>
      <w:r>
        <w:t>hai, jahan insaan basaya gaya hai, yeh hai selection ground.</w:t>
      </w:r>
    </w:p>
    <w:p>
      <w:pPr>
        <w:jc w:val="right"/>
      </w:pPr>
      <w:r>
        <w:t>ہے، جہاں انسان بسایا گیا ہے، یہ ہے selection ground۔</w:t>
      </w:r>
    </w:p>
    <w:p>
      <w:r>
        <w:rPr>
          <w:b/>
        </w:rPr>
        <w:t xml:space="preserve">[08:54] </w:t>
      </w:r>
      <w:r>
        <w:t>selection ground, yani intikhabi maidan.</w:t>
      </w:r>
    </w:p>
    <w:p>
      <w:pPr>
        <w:jc w:val="right"/>
      </w:pPr>
      <w:r>
        <w:t>Selection ground، یعنی انتخابی میدان۔</w:t>
      </w:r>
    </w:p>
    <w:p>
      <w:r>
        <w:rPr>
          <w:b/>
        </w:rPr>
        <w:t xml:space="preserve">[09:00] </w:t>
      </w:r>
      <w:r>
        <w:t>yahan log chune ja rahe hain.</w:t>
      </w:r>
    </w:p>
    <w:p>
      <w:pPr>
        <w:jc w:val="right"/>
      </w:pPr>
      <w:r>
        <w:t>یہاں لوگ چنے جا رہے ہیں۔</w:t>
      </w:r>
    </w:p>
    <w:p>
      <w:r>
        <w:rPr>
          <w:b/>
        </w:rPr>
        <w:t xml:space="preserve">[09:06] </w:t>
      </w:r>
      <w:r>
        <w:t>ek ek individual ka chunao ho raha hai.</w:t>
      </w:r>
    </w:p>
    <w:p>
      <w:pPr>
        <w:jc w:val="right"/>
      </w:pPr>
      <w:r>
        <w:t>ایک ایک individual کا چناؤ ہو رہا ہے۔</w:t>
      </w:r>
    </w:p>
    <w:p>
      <w:r>
        <w:rPr>
          <w:b/>
        </w:rPr>
        <w:t xml:space="preserve">[09:12] </w:t>
      </w:r>
      <w:r>
        <w:t>yeh chunao individual wise hota hai, group wise nahin hota hai.</w:t>
      </w:r>
    </w:p>
    <w:p>
      <w:pPr>
        <w:jc w:val="right"/>
      </w:pPr>
      <w:r>
        <w:t>یہ چناؤ individual wise ہوتا ہے، گروپ wise نہیں ہوتا ہے۔</w:t>
      </w:r>
    </w:p>
    <w:p>
      <w:r>
        <w:rPr>
          <w:b/>
        </w:rPr>
        <w:t xml:space="preserve">[09:19] </w:t>
      </w:r>
      <w:r>
        <w:t>kyunki dekhen salvation jo hai woh group wise nahin hai.</w:t>
      </w:r>
    </w:p>
    <w:p>
      <w:pPr>
        <w:jc w:val="right"/>
      </w:pPr>
      <w:r>
        <w:t>کیونکہ دیکھیں salvation جو ہے وہ گروپ wise نہیں ہے۔</w:t>
      </w:r>
    </w:p>
    <w:p>
      <w:r>
        <w:rPr>
          <w:b/>
        </w:rPr>
        <w:t xml:space="preserve">[09:25] </w:t>
      </w:r>
      <w:r>
        <w:t>woh individual wise hai.</w:t>
      </w:r>
    </w:p>
    <w:p>
      <w:pPr>
        <w:jc w:val="right"/>
      </w:pPr>
      <w:r>
        <w:t>وہ individual wise ہے۔</w:t>
      </w:r>
    </w:p>
    <w:p>
      <w:r>
        <w:rPr>
          <w:b/>
        </w:rPr>
        <w:t xml:space="preserve">[09:31] </w:t>
      </w:r>
      <w:r>
        <w:t>aik aik fard ke hisab se hai.</w:t>
      </w:r>
    </w:p>
    <w:p>
      <w:pPr>
        <w:jc w:val="right"/>
      </w:pPr>
      <w:r>
        <w:t>ایک ایک فرد کے حساب سے ہے۔</w:t>
      </w:r>
    </w:p>
    <w:p>
      <w:r>
        <w:rPr>
          <w:b/>
        </w:rPr>
        <w:t xml:space="preserve">[09:37] </w:t>
      </w:r>
      <w:r>
        <w:t>to is dunya ka jo behtareen lafz hai quran ke mutabiq woh yeh hai ke yeh selection ground hai.</w:t>
      </w:r>
    </w:p>
    <w:p>
      <w:pPr>
        <w:jc w:val="right"/>
      </w:pPr>
      <w:r>
        <w:t>تو اس دنیا کا جو بہترین لفظ ہے قرآن کے مطابق وہ یہ ہے کہ یہ selection ground ہے۔</w:t>
      </w:r>
    </w:p>
    <w:p>
      <w:r>
        <w:rPr>
          <w:b/>
        </w:rPr>
        <w:t xml:space="preserve">[09:44] </w:t>
      </w:r>
      <w:r>
        <w:t>yahan insan chune ja rahe hain.</w:t>
      </w:r>
    </w:p>
    <w:p>
      <w:pPr>
        <w:jc w:val="right"/>
      </w:pPr>
      <w:r>
        <w:t>یہاں انسان چنے جا رہے ہیں۔</w:t>
      </w:r>
    </w:p>
    <w:p>
      <w:r>
        <w:rPr>
          <w:b/>
        </w:rPr>
        <w:t xml:space="preserve">[09:50] </w:t>
      </w:r>
      <w:r>
        <w:t>yani achhe aur bure ki sorting ho rahi hai.</w:t>
      </w:r>
    </w:p>
    <w:p>
      <w:pPr>
        <w:jc w:val="right"/>
      </w:pPr>
      <w:r>
        <w:t>یعنی اچھے اور برے کی sorting ہو رہی ہے۔</w:t>
      </w:r>
    </w:p>
    <w:p>
      <w:r>
        <w:rPr>
          <w:b/>
        </w:rPr>
        <w:t xml:space="preserve">[09:56] </w:t>
      </w:r>
      <w:r>
        <w:t>chhante ja rahe hain.</w:t>
      </w:r>
    </w:p>
    <w:p>
      <w:pPr>
        <w:jc w:val="right"/>
      </w:pPr>
      <w:r>
        <w:t>چھانٹے جا رہے ہیں۔</w:t>
      </w:r>
    </w:p>
    <w:p>
      <w:r>
        <w:rPr>
          <w:b/>
        </w:rPr>
        <w:t xml:space="preserve">[10:02] </w:t>
      </w:r>
      <w:r>
        <w:t>ab aap dekhen ke quran mein kya bataya gaya hai, criterion.</w:t>
      </w:r>
    </w:p>
    <w:p>
      <w:pPr>
        <w:jc w:val="right"/>
      </w:pPr>
      <w:r>
        <w:t>اب آپ دیکھیں کہ قرآن میں کیا بتایا گیا ہے، criterion۔</w:t>
      </w:r>
    </w:p>
    <w:p>
      <w:r>
        <w:rPr>
          <w:b/>
        </w:rPr>
        <w:t xml:space="preserve">[10:08] </w:t>
      </w:r>
      <w:r>
        <w:t>quran mein aik ayat yeh hai ke Allah ne, aik is se maloom hota hai ke Allah ne</w:t>
      </w:r>
    </w:p>
    <w:p>
      <w:pPr>
        <w:jc w:val="right"/>
      </w:pPr>
      <w:r>
        <w:t>قرآن میں ایک آیت یہ ہے کہ اللہ نے، ایک اس سے معلوم ہوتا ہے کہ اللہ نے</w:t>
      </w:r>
    </w:p>
    <w:p>
      <w:r>
        <w:rPr>
          <w:b/>
        </w:rPr>
        <w:t xml:space="preserve">[10:15] </w:t>
      </w:r>
      <w:r>
        <w:t>puri kainat ko, puri kainat ka aik hi deen muqarrar kiya hai.</w:t>
      </w:r>
    </w:p>
    <w:p>
      <w:pPr>
        <w:jc w:val="right"/>
      </w:pPr>
      <w:r>
        <w:t>پوری کائنات کو، پوری کائنات کا ایک ہی دین مقرر کیا ہے۔</w:t>
      </w:r>
    </w:p>
    <w:p>
      <w:r>
        <w:rPr>
          <w:b/>
        </w:rPr>
        <w:t xml:space="preserve">[10:21] </w:t>
      </w:r>
      <w:r>
        <w:t>woh deen hai submission, yani Islam.</w:t>
      </w:r>
    </w:p>
    <w:p>
      <w:pPr>
        <w:jc w:val="right"/>
      </w:pPr>
      <w:r>
        <w:t>وہ دین ہے submission، یعنی اسلام۔</w:t>
      </w:r>
    </w:p>
    <w:p>
      <w:r>
        <w:rPr>
          <w:b/>
        </w:rPr>
        <w:t xml:space="preserve">[10:27] </w:t>
      </w:r>
      <w:r>
        <w:t>Islam ka matlab hai submission.</w:t>
      </w:r>
    </w:p>
    <w:p>
      <w:pPr>
        <w:jc w:val="right"/>
      </w:pPr>
      <w:r>
        <w:t>اسلام کا مطلب ہے submission۔</w:t>
      </w:r>
    </w:p>
    <w:p>
      <w:r>
        <w:rPr>
          <w:b/>
        </w:rPr>
        <w:t xml:space="preserve">[10:33] </w:t>
      </w:r>
      <w:r>
        <w:t>to puri kainat ka deen submission hai, wohi deen insan se matloob hai.</w:t>
      </w:r>
    </w:p>
    <w:p>
      <w:pPr>
        <w:jc w:val="right"/>
      </w:pPr>
      <w:r>
        <w:t>تو پوری کائنات کا دین submission ہے، وہی دین انسان سے مطلوب ہے۔</w:t>
      </w:r>
    </w:p>
    <w:p>
      <w:r>
        <w:rPr>
          <w:b/>
        </w:rPr>
        <w:t xml:space="preserve">[10:40] </w:t>
      </w:r>
      <w:r>
        <w:t>isi par mein ne aik to article aik likha tha, us mein mein ne likha tha ke Submission</w:t>
      </w:r>
    </w:p>
    <w:p>
      <w:pPr>
        <w:jc w:val="right"/>
      </w:pPr>
      <w:r>
        <w:t>اسی پر میں نے ایک تو آرٹیکل ایک لکھا تھا، اس میں میں نے لکھا تھا کہ Submission</w:t>
      </w:r>
    </w:p>
    <w:p>
      <w:r>
        <w:rPr>
          <w:b/>
        </w:rPr>
        <w:t xml:space="preserve">[10:46] </w:t>
      </w:r>
      <w:r>
        <w:t>is the only religion for both man and the universe.</w:t>
      </w:r>
    </w:p>
    <w:p>
      <w:pPr>
        <w:jc w:val="right"/>
      </w:pPr>
      <w:r>
        <w:t>is the only religion for both man and the universe.</w:t>
      </w:r>
    </w:p>
    <w:p>
      <w:r>
        <w:rPr>
          <w:b/>
        </w:rPr>
        <w:t xml:space="preserve">[10:52] </w:t>
      </w:r>
      <w:r>
        <w:t>Submission is the only religion for both man and the universe.</w:t>
      </w:r>
    </w:p>
    <w:p>
      <w:pPr>
        <w:jc w:val="right"/>
      </w:pPr>
      <w:r>
        <w:t>Submission is the only religion for both man and the universe.</w:t>
      </w:r>
    </w:p>
    <w:p>
      <w:r>
        <w:rPr>
          <w:b/>
        </w:rPr>
        <w:t xml:space="preserve">[10:58] </w:t>
      </w:r>
      <w:r>
        <w:t>yeh concept mein ne is ayat se liya tha ke afaghayra deenillahi yabghuna walahu aslumun man fi</w:t>
      </w:r>
    </w:p>
    <w:p>
      <w:pPr>
        <w:jc w:val="right"/>
      </w:pPr>
      <w:r>
        <w:t>یہ concept میں نے اس آیت سے لیا تھا کہ أفَغَيْرَ دِينِ اللَّهِ يَبْغُونَ وَلَهُ أَصْلُمُ مَنْ فِي</w:t>
      </w:r>
    </w:p>
    <w:p>
      <w:r>
        <w:rPr>
          <w:b/>
        </w:rPr>
        <w:t xml:space="preserve">[11:04] </w:t>
      </w:r>
      <w:r>
        <w:t>assmavati walataoomoo karhan walahi yarjioon yani sari kainat jo hai itni bari, jis ki abhi tak pemaish</w:t>
      </w:r>
    </w:p>
    <w:p>
      <w:pPr>
        <w:jc w:val="right"/>
      </w:pPr>
      <w:r>
        <w:t>السَّمَاوَاتِ وَلَا تَعُوْمُوا كَرْهَا وَلَهِ يَرْجَعُونَ یعنی ساری کائنات جو ہے اتنی بڑی، جس کی ابھی تک پیمائش</w:t>
      </w:r>
    </w:p>
    <w:p>
      <w:r>
        <w:rPr>
          <w:b/>
        </w:rPr>
        <w:t xml:space="preserve">[11:11] </w:t>
      </w:r>
      <w:r>
        <w:t>nahi ho chuki.</w:t>
      </w:r>
    </w:p>
    <w:p>
      <w:pPr>
        <w:jc w:val="right"/>
      </w:pPr>
      <w:r>
        <w:t>نہیں ہو چکی۔</w:t>
      </w:r>
    </w:p>
    <w:p>
      <w:r>
        <w:rPr>
          <w:b/>
        </w:rPr>
        <w:t xml:space="preserve">[11:17] </w:t>
      </w:r>
      <w:r>
        <w:t>ghor kijiye, kainat itni bari hai, itni bari hai ke pandrah billion saal pehle yeh wajood mein aayi.</w:t>
      </w:r>
    </w:p>
    <w:p>
      <w:pPr>
        <w:jc w:val="right"/>
      </w:pPr>
      <w:r>
        <w:t>غور کیجیے، کائنات اتنی بڑی ہے، اتنی بڑی ہے کہ پندرہ بلین سال پہلے یہ وجود میں آئی۔</w:t>
      </w:r>
    </w:p>
    <w:p>
      <w:r>
        <w:rPr>
          <w:b/>
        </w:rPr>
        <w:t xml:space="preserve">[11:23] </w:t>
      </w:r>
      <w:r>
        <w:t>aur jo modern, jo bohat hi zyada taqat wali durbinain hain, un se pata kiya gaya to maloom</w:t>
      </w:r>
    </w:p>
    <w:p>
      <w:pPr>
        <w:jc w:val="right"/>
      </w:pPr>
      <w:r>
        <w:t>اور جو modern، جو بہت ہی زیادہ طاقت والی دوربینیں ہیں، ان سے پتہ کیا گیا تو معلوم</w:t>
      </w:r>
    </w:p>
    <w:p>
      <w:r>
        <w:rPr>
          <w:b/>
        </w:rPr>
        <w:t xml:space="preserve">[11:29] </w:t>
      </w:r>
      <w:r>
        <w:t>hua ke kuch sitare itni doori par hain, itni doori par hain ke light years se un ki</w:t>
      </w:r>
    </w:p>
    <w:p>
      <w:pPr>
        <w:jc w:val="right"/>
      </w:pPr>
      <w:r>
        <w:t>ہوا کہ کچھ ستارے اتنی دوری پر ہیں، اتنی دوری پر ہیں کہ light years سے ان کی</w:t>
      </w:r>
    </w:p>
    <w:p>
      <w:r>
        <w:rPr>
          <w:b/>
        </w:rPr>
        <w:t xml:space="preserve">[11:36] </w:t>
      </w:r>
      <w:r>
        <w:t>roshni safar kar rahi hai.</w:t>
      </w:r>
    </w:p>
    <w:p>
      <w:pPr>
        <w:jc w:val="right"/>
      </w:pPr>
      <w:r>
        <w:t>روشنی سفر کر رہی ہے۔</w:t>
      </w:r>
    </w:p>
    <w:p>
      <w:r>
        <w:rPr>
          <w:b/>
        </w:rPr>
        <w:t xml:space="preserve">[11:42] </w:t>
      </w:r>
      <w:r>
        <w:t>yani aik lakh chiyasi hazar meel fi second ki raftaar se.</w:t>
      </w:r>
    </w:p>
    <w:p>
      <w:pPr>
        <w:jc w:val="right"/>
      </w:pPr>
      <w:r>
        <w:t>یعنی ایک لاکھ چھیاسی ہزار میل فی سیکنڈ کی رفتار سے۔</w:t>
      </w:r>
    </w:p>
    <w:p>
      <w:r>
        <w:rPr>
          <w:b/>
        </w:rPr>
        <w:t xml:space="preserve">[11:48] </w:t>
      </w:r>
      <w:r>
        <w:t>aur aaj tak hum tak nahi pahunchi.</w:t>
      </w:r>
    </w:p>
    <w:p>
      <w:pPr>
        <w:jc w:val="right"/>
      </w:pPr>
      <w:r>
        <w:t>اور آج تک ہم تک نہیں پہنچی۔</w:t>
      </w:r>
    </w:p>
    <w:p>
      <w:r>
        <w:rPr>
          <w:b/>
        </w:rPr>
        <w:t xml:space="preserve">[11:54] </w:t>
      </w:r>
      <w:r>
        <w:t>kitni bari kainat hai.</w:t>
      </w:r>
    </w:p>
    <w:p>
      <w:pPr>
        <w:jc w:val="right"/>
      </w:pPr>
      <w:r>
        <w:t>کتنی بڑی کائنات ہے۔</w:t>
      </w:r>
    </w:p>
    <w:p>
      <w:r>
        <w:rPr>
          <w:b/>
        </w:rPr>
        <w:t xml:space="preserve">[12:00] </w:t>
      </w:r>
      <w:r>
        <w:t>beshumar sitare, beshumar galaxies, beshumar planets.</w:t>
      </w:r>
    </w:p>
    <w:p>
      <w:pPr>
        <w:jc w:val="right"/>
      </w:pPr>
      <w:r>
        <w:t>بے شمار ستارے، بے شمار galaxies، بے شمار planets۔</w:t>
      </w:r>
    </w:p>
    <w:p>
      <w:r>
        <w:rPr>
          <w:b/>
        </w:rPr>
        <w:t xml:space="preserve">[12:07] </w:t>
      </w:r>
      <w:r>
        <w:t>to yeh poori poori dunya Allah ke qanoon ki bohat hi, bohat zyada paband hai.</w:t>
      </w:r>
    </w:p>
    <w:p>
      <w:pPr>
        <w:jc w:val="right"/>
      </w:pPr>
      <w:r>
        <w:t>تو یہ پوری پوری دنیا اللہ کے قانون کی بہت ہی، بہت زیادہ پابند ہے۔</w:t>
      </w:r>
    </w:p>
    <w:p>
      <w:r>
        <w:rPr>
          <w:b/>
        </w:rPr>
        <w:t xml:space="preserve">[12:13] </w:t>
      </w:r>
      <w:r>
        <w:t>mukammal taur par paband hai.</w:t>
      </w:r>
    </w:p>
    <w:p>
      <w:pPr>
        <w:jc w:val="right"/>
      </w:pPr>
      <w:r>
        <w:t>مکمل طور پر پابند ہے۔</w:t>
      </w:r>
    </w:p>
    <w:p>
      <w:r>
        <w:rPr>
          <w:b/>
        </w:rPr>
        <w:t xml:space="preserve">[12:19] </w:t>
      </w:r>
      <w:r>
        <w:t>is mein ek zara barabar bhi farq nahi hota.</w:t>
      </w:r>
    </w:p>
    <w:p>
      <w:pPr>
        <w:jc w:val="right"/>
      </w:pPr>
      <w:r>
        <w:t>اس میں ایک ذرہ برابر بھی فرق نہیں ہوتا۔</w:t>
      </w:r>
    </w:p>
    <w:p>
      <w:r>
        <w:rPr>
          <w:b/>
        </w:rPr>
        <w:t xml:space="preserve">[12:25] </w:t>
      </w:r>
      <w:r>
        <w:t>yani suraj ki harkat mein, zameen ki speed mein, sitaron ki raftaar mein zara bhi farq nahi hota.</w:t>
      </w:r>
    </w:p>
    <w:p>
      <w:pPr>
        <w:jc w:val="right"/>
      </w:pPr>
      <w:r>
        <w:t>یعنی سورج کی حرکت میں، زمین کی speed میں، ستاروں کی رفتار میں ذرا بھی فرق نہیں ہوتا۔</w:t>
      </w:r>
    </w:p>
    <w:p>
      <w:r>
        <w:rPr>
          <w:b/>
        </w:rPr>
        <w:t xml:space="preserve">[12:31] </w:t>
      </w:r>
      <w:r>
        <w:t>jo Allah ne muqarrar kar diya hai, usi ke mutabiq poori kainat chal rahi hai.</w:t>
      </w:r>
    </w:p>
    <w:p>
      <w:pPr>
        <w:jc w:val="right"/>
      </w:pPr>
      <w:r>
        <w:t>جو اللہ نے مقرر کر دیا ہے، اسی کے مطابق پوری کائنات چل رہی ہے۔</w:t>
      </w:r>
    </w:p>
    <w:p>
      <w:r>
        <w:rPr>
          <w:b/>
        </w:rPr>
        <w:t xml:space="preserve">[12:38] </w:t>
      </w:r>
      <w:r>
        <w:t>usi ko kaha gaya ke kainat ka deen jo hai submission hai, Islam hai.</w:t>
      </w:r>
    </w:p>
    <w:p>
      <w:pPr>
        <w:jc w:val="right"/>
      </w:pPr>
      <w:r>
        <w:t>اسی کو کہا گیا کہ کائنات کا دین جو ہے submission ہے، اسلام ہے۔</w:t>
      </w:r>
    </w:p>
    <w:p>
      <w:r>
        <w:rPr>
          <w:b/>
        </w:rPr>
        <w:t xml:space="preserve">[12:44] </w:t>
      </w:r>
      <w:r>
        <w:t>yahi submission insaan se matloob hai.</w:t>
      </w:r>
    </w:p>
    <w:p>
      <w:pPr>
        <w:jc w:val="right"/>
      </w:pPr>
      <w:r>
        <w:t>یہی submission انسان سے مطلوب ہے۔</w:t>
      </w:r>
    </w:p>
    <w:p>
      <w:r>
        <w:rPr>
          <w:b/>
        </w:rPr>
        <w:t xml:space="preserve">[12:50] </w:t>
      </w:r>
      <w:r>
        <w:t>yani religion of submission.</w:t>
      </w:r>
    </w:p>
    <w:p>
      <w:pPr>
        <w:jc w:val="right"/>
      </w:pPr>
      <w:r>
        <w:t>یعنی religion of submission۔</w:t>
      </w:r>
    </w:p>
    <w:p>
      <w:r>
        <w:rPr>
          <w:b/>
        </w:rPr>
        <w:t xml:space="preserve">[12:56] </w:t>
      </w:r>
      <w:r>
        <w:t>lekin ek farq hai.</w:t>
      </w:r>
    </w:p>
    <w:p>
      <w:pPr>
        <w:jc w:val="right"/>
      </w:pPr>
      <w:r>
        <w:t>لیکن ایک فرق ہے۔</w:t>
      </w:r>
    </w:p>
    <w:p>
      <w:r>
        <w:rPr>
          <w:b/>
        </w:rPr>
        <w:t xml:space="preserve">[13:03] </w:t>
      </w:r>
      <w:r>
        <w:t>woh farq yeh hai ke jo jo rest of the universe hai, jo baqiya kainat hai, woh under</w:t>
      </w:r>
    </w:p>
    <w:p>
      <w:pPr>
        <w:jc w:val="right"/>
      </w:pPr>
      <w:r>
        <w:t>وہ فرق یہ ہے کہ جو جو rest of the universe ہے، جو بقیہ کائنات ہے، وہ under</w:t>
      </w:r>
    </w:p>
    <w:p>
      <w:r>
        <w:rPr>
          <w:b/>
        </w:rPr>
        <w:t xml:space="preserve">[13:09] </w:t>
      </w:r>
      <w:r>
        <w:t>compression Allah ke qanoon ko follow kar rahi hai. Under compression.</w:t>
      </w:r>
    </w:p>
    <w:p>
      <w:pPr>
        <w:jc w:val="right"/>
      </w:pPr>
      <w:r>
        <w:t>compression اللہ کے قانون کو follow کر رہی ہے۔ Under compression۔</w:t>
      </w:r>
    </w:p>
    <w:p>
      <w:r>
        <w:rPr>
          <w:b/>
        </w:rPr>
        <w:t xml:space="preserve">[13:15] </w:t>
      </w:r>
      <w:r>
        <w:t>lekin insaan ko Allah ne diya hai freedom of choice.</w:t>
      </w:r>
    </w:p>
    <w:p>
      <w:pPr>
        <w:jc w:val="right"/>
      </w:pPr>
      <w:r>
        <w:t>لیکن انسان کو اللہ نے دیا ہے freedom of choice۔</w:t>
      </w:r>
    </w:p>
    <w:p>
      <w:r>
        <w:rPr>
          <w:b/>
        </w:rPr>
        <w:t xml:space="preserve">[13:21] </w:t>
      </w:r>
      <w:r>
        <w:t>khud apne faisle se, apne irade se, khud apni planning se woh Allah ki itaat karta hai.</w:t>
      </w:r>
    </w:p>
    <w:p>
      <w:pPr>
        <w:jc w:val="right"/>
      </w:pPr>
      <w:r>
        <w:t>خود اپنے فیصلے سے، اپنے ارادے سے، خود اپنی planning سے وہ اللہ کی اطاعت کرتا ہے۔</w:t>
      </w:r>
    </w:p>
    <w:p>
      <w:r>
        <w:rPr>
          <w:b/>
        </w:rPr>
        <w:t xml:space="preserve">[13:27] </w:t>
      </w:r>
      <w:r>
        <w:t>bas yahi farq hai.</w:t>
      </w:r>
    </w:p>
    <w:p>
      <w:pPr>
        <w:jc w:val="right"/>
      </w:pPr>
      <w:r>
        <w:t>بس یہی فرق ہے۔</w:t>
      </w:r>
    </w:p>
    <w:p>
      <w:r>
        <w:rPr>
          <w:b/>
        </w:rPr>
        <w:t xml:space="preserve">[13:34] </w:t>
      </w:r>
      <w:r>
        <w:t>to dono ka religion ek hai.</w:t>
      </w:r>
    </w:p>
    <w:p>
      <w:pPr>
        <w:jc w:val="right"/>
      </w:pPr>
      <w:r>
        <w:t>تو دونوں کا religion ایک ہے۔</w:t>
      </w:r>
    </w:p>
    <w:p>
      <w:r>
        <w:rPr>
          <w:b/>
        </w:rPr>
        <w:t xml:space="preserve">[13:40] </w:t>
      </w:r>
      <w:r>
        <w:t>yani material world aur human world ka.</w:t>
      </w:r>
    </w:p>
    <w:p>
      <w:pPr>
        <w:jc w:val="right"/>
      </w:pPr>
      <w:r>
        <w:t>یعنی material world اور human world کا۔</w:t>
      </w:r>
    </w:p>
    <w:p>
      <w:r>
        <w:rPr>
          <w:b/>
        </w:rPr>
        <w:t xml:space="preserve">[13:46] </w:t>
      </w:r>
      <w:r>
        <w:t>lekin material world mein woh religion jo hai Allah ne direct taur par under compression qaim kar rakha hai.</w:t>
      </w:r>
    </w:p>
    <w:p>
      <w:pPr>
        <w:jc w:val="right"/>
      </w:pPr>
      <w:r>
        <w:t>لیکن material world میں وہ religion جو ہے اللہ نے direct طور پر under compression قائم کر رکھا ہے۔</w:t>
      </w:r>
    </w:p>
    <w:p>
      <w:r>
        <w:rPr>
          <w:b/>
        </w:rPr>
        <w:t xml:space="preserve">[13:52] </w:t>
      </w:r>
      <w:r>
        <w:t>aur human world mein isi ko insaan se chaha gaya hai ke woh khud apni choice se, apni</w:t>
      </w:r>
    </w:p>
    <w:p>
      <w:pPr>
        <w:jc w:val="right"/>
      </w:pPr>
      <w:r>
        <w:t>اور human world میں اسی کو انسان سے چاہا گیا ہے کہ وہ خود اپنی choice سے، اپنی</w:t>
      </w:r>
    </w:p>
    <w:p>
      <w:r>
        <w:rPr>
          <w:b/>
        </w:rPr>
        <w:t xml:space="preserve">[13:59] </w:t>
      </w:r>
      <w:r>
        <w:t>azaadi se is ko ikhtiyar kare.</w:t>
      </w:r>
    </w:p>
    <w:p>
      <w:pPr>
        <w:jc w:val="right"/>
      </w:pPr>
      <w:r>
        <w:t>آزادی سے اس کو اختیار کرے۔</w:t>
      </w:r>
    </w:p>
    <w:p>
      <w:r>
        <w:rPr>
          <w:b/>
        </w:rPr>
        <w:t xml:space="preserve">[14:05] </w:t>
      </w:r>
      <w:r>
        <w:t>to yeh hai Quran ka message.</w:t>
      </w:r>
    </w:p>
    <w:p>
      <w:pPr>
        <w:jc w:val="right"/>
      </w:pPr>
      <w:r>
        <w:t>تو یہ ہے قرآن کا message۔</w:t>
      </w:r>
    </w:p>
    <w:p>
      <w:r>
        <w:rPr>
          <w:b/>
        </w:rPr>
        <w:t xml:space="preserve">[14:11] </w:t>
      </w:r>
      <w:r>
        <w:t>ke is mein koi, yani yeh jo concept hai itna clear hai ke is mein koi, woh tasawwuri</w:t>
      </w:r>
    </w:p>
    <w:p>
      <w:pPr>
        <w:jc w:val="right"/>
      </w:pPr>
      <w:r>
        <w:t>کہ اس میں کوئی، یعنی یہ جو concept ہے اتنا clear ہے کہ اس میں کوئی، وہ تصوری</w:t>
      </w:r>
    </w:p>
    <w:p>
      <w:r>
        <w:rPr>
          <w:b/>
        </w:rPr>
        <w:t xml:space="preserve">[14:17] </w:t>
      </w:r>
      <w:r>
        <w:t>bilkul yani baseless ban jata hai ke koi mazhab afzal hai, koi mazhab ghair afzal hai.</w:t>
      </w:r>
    </w:p>
    <w:p>
      <w:pPr>
        <w:jc w:val="right"/>
      </w:pPr>
      <w:r>
        <w:t>بالکل یعنی baseless بن جاتا ہے کہ کوئی مذہب افضل ہے، کوئی مذہب غیر افضل ہے۔</w:t>
      </w:r>
    </w:p>
    <w:p>
      <w:r>
        <w:rPr>
          <w:b/>
        </w:rPr>
        <w:t xml:space="preserve">[14:23] </w:t>
      </w:r>
      <w:r>
        <w:t>mazhab se murad hai Allah ki taraf se aaya hua mazhab.</w:t>
      </w:r>
    </w:p>
    <w:p>
      <w:pPr>
        <w:jc w:val="right"/>
      </w:pPr>
      <w:r>
        <w:t>مذہب سے مراد ہے اللہ کی طرف سے آیا ہوا مذہب۔</w:t>
      </w:r>
    </w:p>
    <w:p>
      <w:r>
        <w:rPr>
          <w:b/>
        </w:rPr>
        <w:t xml:space="preserve">[14:30] </w:t>
      </w:r>
      <w:r>
        <w:t>yani revealed mazhab.</w:t>
      </w:r>
    </w:p>
    <w:p>
      <w:pPr>
        <w:jc w:val="right"/>
      </w:pPr>
      <w:r>
        <w:t>یعنی revealed مذہب۔</w:t>
      </w:r>
    </w:p>
    <w:p>
      <w:r>
        <w:rPr>
          <w:b/>
        </w:rPr>
        <w:t xml:space="preserve">[14:36] </w:t>
      </w:r>
      <w:r>
        <w:t>jab mazhab ka lafz mein bolta hoon to is se murad hoti hai revealed mazhab. Revealed book.</w:t>
      </w:r>
    </w:p>
    <w:p>
      <w:pPr>
        <w:jc w:val="right"/>
      </w:pPr>
      <w:r>
        <w:t>جب مذہب کا لفظ میں بولتا ہوں تو اس سے مراد ہوتی ہے revealed مذہب۔ Revealed book۔</w:t>
      </w:r>
    </w:p>
    <w:p>
      <w:r>
        <w:rPr>
          <w:b/>
        </w:rPr>
        <w:t xml:space="preserve">[14:42] </w:t>
      </w:r>
      <w:r>
        <w:t>to har revealed religion, har revealed book ka message yahi tha, ek hi paigham tha.</w:t>
      </w:r>
    </w:p>
    <w:p>
      <w:pPr>
        <w:jc w:val="right"/>
      </w:pPr>
      <w:r>
        <w:t>تو ہر revealed religion، ہر revealed book کا message یہی تھا، ایک ہی پیغام تھا۔</w:t>
      </w:r>
    </w:p>
    <w:p>
      <w:r>
        <w:rPr>
          <w:b/>
        </w:rPr>
        <w:t xml:space="preserve">[14:48] </w:t>
      </w:r>
      <w:r>
        <w:t>lekin pichhli kitabein jo hain wo mehfooz nahi rahin.</w:t>
      </w:r>
    </w:p>
    <w:p>
      <w:pPr>
        <w:jc w:val="right"/>
      </w:pPr>
      <w:r>
        <w:t>لیکن پچھلی کتابیں جو ہیں وہ محفوظ نہیں رہیں۔</w:t>
      </w:r>
    </w:p>
    <w:p>
      <w:r>
        <w:rPr>
          <w:b/>
        </w:rPr>
        <w:t xml:space="preserve">[14:55] </w:t>
      </w:r>
      <w:r>
        <w:t>to Allah ne Quran ko authentic book bana diya Allah ke mazhab ko janne ke liye.</w:t>
      </w:r>
    </w:p>
    <w:p>
      <w:pPr>
        <w:jc w:val="right"/>
      </w:pPr>
      <w:r>
        <w:t>تو اللہ نے قرآن کو authentic book بنا دیا اللہ کے مذہب کو جاننے کے لیے۔</w:t>
      </w:r>
    </w:p>
    <w:p>
      <w:r>
        <w:rPr>
          <w:b/>
        </w:rPr>
        <w:t xml:space="preserve">[15:01] </w:t>
      </w:r>
      <w:r>
        <w:t>Allah ki marzi ko janne ke liye.</w:t>
      </w:r>
    </w:p>
    <w:p>
      <w:pPr>
        <w:jc w:val="right"/>
      </w:pPr>
      <w:r>
        <w:t>اللہ کی مرضی کو جاننے کے لیے۔</w:t>
      </w:r>
    </w:p>
    <w:p>
      <w:r>
        <w:rPr>
          <w:b/>
        </w:rPr>
        <w:t xml:space="preserve">[15:07] </w:t>
      </w:r>
      <w:r>
        <w:t>ab jo hai, ab jo naslein aa rahi hain qayamat tak, un ke liye Allah ki marzi ko</w:t>
      </w:r>
    </w:p>
    <w:p>
      <w:pPr>
        <w:jc w:val="right"/>
      </w:pPr>
      <w:r>
        <w:t>اب جو ہے، اب جو نسلیں آ رہی ہیں قیامت تک، ان کے لیے اللہ کی مرضی کو</w:t>
      </w:r>
    </w:p>
    <w:p>
      <w:r>
        <w:rPr>
          <w:b/>
        </w:rPr>
        <w:t xml:space="preserve">[15:13] </w:t>
      </w:r>
      <w:r>
        <w:t>janne ka authentic source sirf ek hai.</w:t>
      </w:r>
    </w:p>
    <w:p>
      <w:pPr>
        <w:jc w:val="right"/>
      </w:pPr>
      <w:r>
        <w:t>جاننے کا authentic source صرف ایک ہے۔</w:t>
      </w:r>
    </w:p>
    <w:p>
      <w:r>
        <w:rPr>
          <w:b/>
        </w:rPr>
        <w:t xml:space="preserve">[15:19] </w:t>
      </w:r>
      <w:r>
        <w:t>aur wo hai Quran.</w:t>
      </w:r>
    </w:p>
    <w:p>
      <w:pPr>
        <w:jc w:val="right"/>
      </w:pPr>
      <w:r>
        <w:t>اور وہ ہے قرآن۔</w:t>
      </w:r>
    </w:p>
    <w:p>
      <w:r>
        <w:rPr>
          <w:b/>
        </w:rPr>
        <w:t xml:space="preserve">[15:26] </w:t>
      </w:r>
      <w:r>
        <w:t>is mani mein nahi ke wo superior hai.</w:t>
      </w:r>
    </w:p>
    <w:p>
      <w:pPr>
        <w:jc w:val="right"/>
      </w:pPr>
      <w:r>
        <w:t>اس معنی میں نہیں کہ وہ superior ہے۔</w:t>
      </w:r>
    </w:p>
    <w:p>
      <w:r>
        <w:rPr>
          <w:b/>
        </w:rPr>
        <w:t xml:space="preserve">[15:32] </w:t>
      </w:r>
      <w:r>
        <w:t>is mani mein ke sirf is mani mein ke wo preserve hai, mehfooz hai.</w:t>
      </w:r>
    </w:p>
    <w:p>
      <w:pPr>
        <w:jc w:val="right"/>
      </w:pPr>
      <w:r>
        <w:t>اس معنی میں کہ صرف اس معنی میں کہ وہ preserve ہے، محفوظ ہے۔</w:t>
      </w:r>
    </w:p>
    <w:p>
      <w:r>
        <w:rPr>
          <w:b/>
        </w:rPr>
        <w:t xml:space="preserve">[15:38] </w:t>
      </w:r>
      <w:r>
        <w:t>yeh hai wo cheez.</w:t>
      </w:r>
    </w:p>
    <w:p>
      <w:pPr>
        <w:jc w:val="right"/>
      </w:pPr>
      <w:r>
        <w:t>یہ ہے وہ چیز۔</w:t>
      </w:r>
    </w:p>
    <w:p>
      <w:r>
        <w:rPr>
          <w:b/>
        </w:rPr>
        <w:t xml:space="preserve">[15:44] </w:t>
      </w:r>
      <w:r>
        <w:t>ab mein aap ko chand cheezein arz karna chahunga jo matloob hain insan se.</w:t>
      </w:r>
    </w:p>
    <w:p>
      <w:pPr>
        <w:jc w:val="right"/>
      </w:pPr>
      <w:r>
        <w:t>اب میں آپ کو چند چیزیں عرض کرنا چاہوں گا جو مطلوب ہیں انسان سے۔</w:t>
      </w:r>
    </w:p>
    <w:p>
      <w:r>
        <w:rPr>
          <w:b/>
        </w:rPr>
        <w:t xml:space="preserve">[15:50] </w:t>
      </w:r>
      <w:r>
        <w:t>ek ayat Quran mein yeh aayi hai ke wa la takhfu ma laysa laka bai'un ilmin inna assama wal basara</w:t>
      </w:r>
    </w:p>
    <w:p>
      <w:pPr>
        <w:jc w:val="right"/>
      </w:pPr>
      <w:r>
        <w:t>ایک آیت قرآن میں یہ آئی ہے کہ وَلَا تَخْفُوا مَا لَيْسَ لَكَ بَيْعُ عِلْمٍ إِنَّ السَّمَعَ وَالْبَصَرَ</w:t>
      </w:r>
    </w:p>
    <w:p>
      <w:r>
        <w:rPr>
          <w:b/>
        </w:rPr>
        <w:t xml:space="preserve">[15:57] </w:t>
      </w:r>
      <w:r>
        <w:t>wal fawaadi kullu ulaika kana anhum as'hulun ke ilm ke baghair koi baat na kaho.</w:t>
      </w:r>
    </w:p>
    <w:p>
      <w:pPr>
        <w:jc w:val="right"/>
      </w:pPr>
      <w:r>
        <w:t>وَالْفُوَاضِ كُلُّ أُولَائِكَ كَانَ عَنْهُمْ أَسْهُولًا کہ علم کے بغیر کوئی بات نہ کہو۔</w:t>
      </w:r>
    </w:p>
    <w:p>
      <w:r>
        <w:rPr>
          <w:b/>
        </w:rPr>
        <w:t xml:space="preserve">[16:03] </w:t>
      </w:r>
      <w:r>
        <w:t>kyunki yeh kaan aur aankh aur dimagh har cheez ki poochh hogi.</w:t>
      </w:r>
    </w:p>
    <w:p>
      <w:pPr>
        <w:jc w:val="right"/>
      </w:pPr>
      <w:r>
        <w:t>کیونکہ یہ کان اور آنکھ اور دماغ ہر چیز کی پوچھ ہوگی۔</w:t>
      </w:r>
    </w:p>
    <w:p>
      <w:r>
        <w:rPr>
          <w:b/>
        </w:rPr>
        <w:t xml:space="preserve">[16:09] </w:t>
      </w:r>
      <w:r>
        <w:t>yani tum poori tarah Allah ke aage accountable ho.</w:t>
      </w:r>
    </w:p>
    <w:p>
      <w:pPr>
        <w:jc w:val="right"/>
      </w:pPr>
      <w:r>
        <w:t>یعنی تم پوری طرح اللہ کے آگے accountable ہو۔</w:t>
      </w:r>
    </w:p>
    <w:p>
      <w:r>
        <w:rPr>
          <w:b/>
        </w:rPr>
        <w:t xml:space="preserve">[16:15] </w:t>
      </w:r>
      <w:r>
        <w:t>iska matlab kya hua? Yani agar mein lafz badal kar kahoon to iska matlab yeh hai</w:t>
      </w:r>
    </w:p>
    <w:p>
      <w:pPr>
        <w:jc w:val="right"/>
      </w:pPr>
      <w:r>
        <w:t>اس کا مطلب کیا ہوا؟ یعنی اگر میں لفظ بدل کر کہوں تو اس کا مطلب یہ ہے</w:t>
      </w:r>
    </w:p>
    <w:p>
      <w:r>
        <w:rPr>
          <w:b/>
        </w:rPr>
        <w:t xml:space="preserve">[16:22] </w:t>
      </w:r>
      <w:r>
        <w:t>ke aadmi ke apne andar right thinking paida karna chahiye.</w:t>
      </w:r>
    </w:p>
    <w:p>
      <w:pPr>
        <w:jc w:val="right"/>
      </w:pPr>
      <w:r>
        <w:t>کہ آدمی کے اپنے اندر right thinking پیدا کرنا چاہیے۔</w:t>
      </w:r>
    </w:p>
    <w:p>
      <w:r>
        <w:rPr>
          <w:b/>
        </w:rPr>
        <w:t xml:space="preserve">[16:28] </w:t>
      </w:r>
      <w:r>
        <w:t>sahi soch, right thinking.</w:t>
      </w:r>
    </w:p>
    <w:p>
      <w:pPr>
        <w:jc w:val="right"/>
      </w:pPr>
      <w:r>
        <w:t>صحیح سوچ، right thinking۔</w:t>
      </w:r>
    </w:p>
    <w:p>
      <w:r>
        <w:rPr>
          <w:b/>
        </w:rPr>
        <w:t xml:space="preserve">[16:34] </w:t>
      </w:r>
      <w:r>
        <w:t>yani hamara jo freedom of choice hai, jo ikhtiyar hai, us ko poori tarah istemal kar ke, poori</w:t>
      </w:r>
    </w:p>
    <w:p>
      <w:pPr>
        <w:jc w:val="right"/>
      </w:pPr>
      <w:r>
        <w:t>یعنی ہمارا جو freedom of choice ہے، جو اختیار ہے، اس کو پوری طرح استعمال کر کے، پوری</w:t>
      </w:r>
    </w:p>
    <w:p>
      <w:r>
        <w:rPr>
          <w:b/>
        </w:rPr>
        <w:t xml:space="preserve">[16:40] </w:t>
      </w:r>
      <w:r>
        <w:t>tarah istemal kar ke hum right thinking ki taraf pahunchein.</w:t>
      </w:r>
    </w:p>
    <w:p>
      <w:pPr>
        <w:jc w:val="right"/>
      </w:pPr>
      <w:r>
        <w:t>طرح استعمال کر کے ہم right thinking کی طرف پہنچیں۔</w:t>
      </w:r>
    </w:p>
    <w:p>
      <w:r>
        <w:rPr>
          <w:b/>
        </w:rPr>
        <w:t xml:space="preserve">[16:46] </w:t>
      </w:r>
      <w:r>
        <w:t>yani hamare kaan, yani hamare sunne ki taqat, dekhne ki taqat, sochne ki taqat, bolne ki taqat, sari</w:t>
      </w:r>
    </w:p>
    <w:p>
      <w:pPr>
        <w:jc w:val="right"/>
      </w:pPr>
      <w:r>
        <w:t>یعنی ہمارے کان، یعنی ہمارے سننے کی طاقت، دیکھنے کی طاقت، سوچنے کی طاقت، بولنے کی طاقت، ساری</w:t>
      </w:r>
    </w:p>
    <w:p>
      <w:r>
        <w:rPr>
          <w:b/>
        </w:rPr>
        <w:t xml:space="preserve">[16:53] </w:t>
      </w:r>
      <w:r>
        <w:t>taqaton ko istemal kar ke hum yeh janne ki koshish karein ke what is right thinking is duniya mein.</w:t>
      </w:r>
    </w:p>
    <w:p>
      <w:pPr>
        <w:jc w:val="right"/>
      </w:pPr>
      <w:r>
        <w:t>طاقتوں کو استعمال کر کے ہم یہ جاننے کی کوشش کریں کہ what is right thinking اس دنیا میں۔</w:t>
      </w:r>
    </w:p>
    <w:p>
      <w:r>
        <w:rPr>
          <w:b/>
        </w:rPr>
        <w:t xml:space="preserve">[16:59] </w:t>
      </w:r>
      <w:r>
        <w:t>dekhein right thinking kya hai, iska definition kya hai.</w:t>
      </w:r>
    </w:p>
    <w:p>
      <w:pPr>
        <w:jc w:val="right"/>
      </w:pPr>
      <w:r>
        <w:t>دیکھیں right thinking کیا ہے، اس کا definition کیا ہے۔</w:t>
      </w:r>
    </w:p>
    <w:p>
      <w:r>
        <w:rPr>
          <w:b/>
        </w:rPr>
        <w:t xml:space="preserve">[17:05] </w:t>
      </w:r>
      <w:r>
        <w:t>Right thinking ka matlab hai haqeeqat ke mutabiq thinking.</w:t>
      </w:r>
    </w:p>
    <w:p>
      <w:pPr>
        <w:jc w:val="right"/>
      </w:pPr>
      <w:r>
        <w:t>Right thinking کا مطلب ہے حقیقت کے مطابق thinking۔</w:t>
      </w:r>
    </w:p>
    <w:p>
      <w:r>
        <w:rPr>
          <w:b/>
        </w:rPr>
        <w:t xml:space="preserve">[17:11] </w:t>
      </w:r>
      <w:r>
        <w:t>yani jo haqeeqat waqe hai hamare bahir, Allah ne jo qaim kar rakhi hai is dunya mein, is</w:t>
      </w:r>
    </w:p>
    <w:p>
      <w:pPr>
        <w:jc w:val="right"/>
      </w:pPr>
      <w:r>
        <w:t>یعنی جو حقیقت واقع ہے ہمارے باہر، اللہ نے جو قائم کر رکھی ہے اس دنیا میں، اس</w:t>
      </w:r>
    </w:p>
    <w:p>
      <w:r>
        <w:rPr>
          <w:b/>
        </w:rPr>
        <w:t xml:space="preserve">[17:18] </w:t>
      </w:r>
      <w:r>
        <w:t>haqeeqat waqe ke mutabiq socho.</w:t>
      </w:r>
    </w:p>
    <w:p>
      <w:pPr>
        <w:jc w:val="right"/>
      </w:pPr>
      <w:r>
        <w:t>حقیقت واقع کے مطابق سوچ۔</w:t>
      </w:r>
    </w:p>
    <w:p>
      <w:r>
        <w:rPr>
          <w:b/>
        </w:rPr>
        <w:t xml:space="preserve">[17:24] </w:t>
      </w:r>
      <w:r>
        <w:t>Haqeeqat waqe woh hai jo Allah ne qaim kar rakha hai.</w:t>
      </w:r>
    </w:p>
    <w:p>
      <w:pPr>
        <w:jc w:val="right"/>
      </w:pPr>
      <w:r>
        <w:t>حقیقت واقع وہ ہے جو اللہ نے قائم کر رکھا ہے۔</w:t>
      </w:r>
    </w:p>
    <w:p>
      <w:r>
        <w:rPr>
          <w:b/>
        </w:rPr>
        <w:t xml:space="preserve">[17:30] </w:t>
      </w:r>
      <w:r>
        <w:t>Jo Allah ne jis ko haqeeqat ka darja diya, wohi haqeeqat hai.</w:t>
      </w:r>
    </w:p>
    <w:p>
      <w:pPr>
        <w:jc w:val="right"/>
      </w:pPr>
      <w:r>
        <w:t>جو اللہ نے جس کو حقیقت کا درجہ دیا، وہی حقیقت ہے۔</w:t>
      </w:r>
    </w:p>
    <w:p>
      <w:r>
        <w:rPr>
          <w:b/>
        </w:rPr>
        <w:t xml:space="preserve">[17:36] </w:t>
      </w:r>
      <w:r>
        <w:t>Is ke sath koi haqeeqat nahin.</w:t>
      </w:r>
    </w:p>
    <w:p>
      <w:pPr>
        <w:jc w:val="right"/>
      </w:pPr>
      <w:r>
        <w:t>اس کے ساتھ کوئی حقیقت نہیں۔</w:t>
      </w:r>
    </w:p>
    <w:p>
      <w:r>
        <w:rPr>
          <w:b/>
        </w:rPr>
        <w:t xml:space="preserve">[17:42] </w:t>
      </w:r>
      <w:r>
        <w:t>Misal ke tor par dekhiye, yeh itni bari jo universe hai, is mein beshumar stars aur planets</w:t>
      </w:r>
    </w:p>
    <w:p>
      <w:pPr>
        <w:jc w:val="right"/>
      </w:pPr>
      <w:r>
        <w:t>مثال کے طور پر دیکھیے، یہ اتنی بڑی جو universe ہے، اس میں بے شمار stars اور planets</w:t>
      </w:r>
    </w:p>
    <w:p>
      <w:r>
        <w:rPr>
          <w:b/>
        </w:rPr>
        <w:t xml:space="preserve">[17:49] </w:t>
      </w:r>
      <w:r>
        <w:t>hain aur sab musalsal ghoom rahe hain.</w:t>
      </w:r>
    </w:p>
    <w:p>
      <w:pPr>
        <w:jc w:val="right"/>
      </w:pPr>
      <w:r>
        <w:t>ہیں اور سب مسلسل گھوم رہے ہیں۔</w:t>
      </w:r>
    </w:p>
    <w:p>
      <w:r>
        <w:rPr>
          <w:b/>
        </w:rPr>
        <w:t xml:space="preserve">[17:55] </w:t>
      </w:r>
      <w:r>
        <w:t>Koi bhi thehra hua nahin hai.</w:t>
      </w:r>
    </w:p>
    <w:p>
      <w:pPr>
        <w:jc w:val="right"/>
      </w:pPr>
      <w:r>
        <w:t>کوئی بھی ٹھہرا ہوا نہیں ہے۔</w:t>
      </w:r>
    </w:p>
    <w:p>
      <w:r>
        <w:rPr>
          <w:b/>
        </w:rPr>
        <w:t xml:space="preserve">[18:01] </w:t>
      </w:r>
      <w:r>
        <w:t>Chobis ghante har lamha ghoom rahe hain, ghoom rahe hain.</w:t>
      </w:r>
    </w:p>
    <w:p>
      <w:pPr>
        <w:jc w:val="right"/>
      </w:pPr>
      <w:r>
        <w:t>چوبیس گھنٹے ہر لمحہ گھوم رہے ہیں، گھوم رہے ہیں۔</w:t>
      </w:r>
    </w:p>
    <w:p>
      <w:r>
        <w:rPr>
          <w:b/>
        </w:rPr>
        <w:t xml:space="preserve">[18:07] </w:t>
      </w:r>
      <w:r>
        <w:t>Lekin har aik strictly apne apne orbit ko follow karta hai.</w:t>
      </w:r>
    </w:p>
    <w:p>
      <w:pPr>
        <w:jc w:val="right"/>
      </w:pPr>
      <w:r>
        <w:t>لیکن ہر ایک strictly اپنے اپنے orbit کو follow کرتا ہے۔</w:t>
      </w:r>
    </w:p>
    <w:p>
      <w:r>
        <w:rPr>
          <w:b/>
        </w:rPr>
        <w:t xml:space="preserve">[18:13] </w:t>
      </w:r>
      <w:r>
        <w:t>Jo is ka orbit hai, woh kulun fi falakiyyin yabuhun to jo orbit Allah ne muqarrar kar diya,</w:t>
      </w:r>
    </w:p>
    <w:p>
      <w:pPr>
        <w:jc w:val="right"/>
      </w:pPr>
      <w:r>
        <w:t>جو اس کا orbit ہے، وہ كُلٌّ فِي فَلَكِيَّةٍ بَهُولٍ تو جو orbit اللہ نے مقرر کر دیا،</w:t>
      </w:r>
    </w:p>
    <w:p>
      <w:r>
        <w:rPr>
          <w:b/>
        </w:rPr>
        <w:t xml:space="preserve">[18:20] </w:t>
      </w:r>
      <w:r>
        <w:t>is orbit se zara bhai na idhar hota, na udhar hota.</w:t>
      </w:r>
    </w:p>
    <w:p>
      <w:pPr>
        <w:jc w:val="right"/>
      </w:pPr>
      <w:r>
        <w:t>اس orbit سے ذرا بھائی نہ ادھر ہوتا، نہ ادھر ہوتا۔</w:t>
      </w:r>
    </w:p>
    <w:p>
      <w:r>
        <w:rPr>
          <w:b/>
        </w:rPr>
        <w:t xml:space="preserve">[18:26] </w:t>
      </w:r>
      <w:r>
        <w:t>Bohat hi ziyada discipline ke sath apne orbit par woh chalta hai.</w:t>
      </w:r>
    </w:p>
    <w:p>
      <w:pPr>
        <w:jc w:val="right"/>
      </w:pPr>
      <w:r>
        <w:t>بہت ہی زیادہ discipline کے ساتھ اپنے orbit پر وہ چلتا ہے۔</w:t>
      </w:r>
    </w:p>
    <w:p>
      <w:r>
        <w:rPr>
          <w:b/>
        </w:rPr>
        <w:t xml:space="preserve">[18:32] </w:t>
      </w:r>
      <w:r>
        <w:t>Is ka matlab kya hua? Ke haqeeqat waqe hamare bahir kya hai? Ke apne orbit par raho, apne</w:t>
      </w:r>
    </w:p>
    <w:p>
      <w:pPr>
        <w:jc w:val="right"/>
      </w:pPr>
      <w:r>
        <w:t>اس کا مطلب کیا ہوا؟ کہ حقیقت واقع ہمارے باہر کیا ہے؟ کہ اپنے orbit پر رہو، اپنے</w:t>
      </w:r>
    </w:p>
    <w:p>
      <w:r>
        <w:rPr>
          <w:b/>
        </w:rPr>
        <w:t xml:space="preserve">[18:38] </w:t>
      </w:r>
      <w:r>
        <w:t>orbit se bahir mat jao.</w:t>
      </w:r>
    </w:p>
    <w:p>
      <w:pPr>
        <w:jc w:val="right"/>
      </w:pPr>
      <w:r>
        <w:t>orbit سے باہر مت جاؤ۔</w:t>
      </w:r>
    </w:p>
    <w:p>
      <w:r>
        <w:rPr>
          <w:b/>
        </w:rPr>
        <w:t xml:space="preserve">[18:45] </w:t>
      </w:r>
      <w:r>
        <w:t>Apne daira mein raho, apne daira se bahir mat jao.</w:t>
      </w:r>
    </w:p>
    <w:p>
      <w:pPr>
        <w:jc w:val="right"/>
      </w:pPr>
      <w:r>
        <w:t>اپنے دائرے میں رہو، اپنے دائرے سے باہر مت جاؤ۔</w:t>
      </w:r>
    </w:p>
    <w:p>
      <w:r>
        <w:rPr>
          <w:b/>
        </w:rPr>
        <w:t xml:space="preserve">[18:51] </w:t>
      </w:r>
      <w:r>
        <w:t>Jo apna daira hai, strictly usi ko follow karo.</w:t>
      </w:r>
    </w:p>
    <w:p>
      <w:pPr>
        <w:jc w:val="right"/>
      </w:pPr>
      <w:r>
        <w:t>جو اپنا دائرہ ہے، strictly اسی کو follow کرو۔</w:t>
      </w:r>
    </w:p>
    <w:p>
      <w:r>
        <w:rPr>
          <w:b/>
        </w:rPr>
        <w:t xml:space="preserve">[18:57] </w:t>
      </w:r>
      <w:r>
        <w:t>Is ka matlab kya hua? Aik hadith mein kaha gaya hai ke kullul muslimi alaihil ilmi sihram lidamhi</w:t>
      </w:r>
    </w:p>
    <w:p>
      <w:pPr>
        <w:jc w:val="right"/>
      </w:pPr>
      <w:r>
        <w:t>اس کا مطلب کیا ہوا؟ ایک حدیث میں کہا گیا ہے کہ كُلُّ الْمُسْلِمَ عَلَيْهِ الْعِلْمُ سِّهَرَامٌ لِدَمْهُ</w:t>
      </w:r>
    </w:p>
    <w:p>
      <w:r>
        <w:rPr>
          <w:b/>
        </w:rPr>
        <w:t xml:space="preserve">[19:03] </w:t>
      </w:r>
      <w:r>
        <w:t>wa malahu wa irthuhu yani har insan par doosre insan ki teen cheezein haram hain.</w:t>
      </w:r>
    </w:p>
    <w:p>
      <w:pPr>
        <w:jc w:val="right"/>
      </w:pPr>
      <w:r>
        <w:t>وَمَالَهُ وَإِرْثُهُ یعنی ہر انسان پر دوسرے انسان کی تین چیزیں حرام ہیں۔</w:t>
      </w:r>
    </w:p>
    <w:p>
      <w:r>
        <w:rPr>
          <w:b/>
        </w:rPr>
        <w:t xml:space="preserve">[19:09] </w:t>
      </w:r>
      <w:r>
        <w:t>Har insan par, yahan lafz muslim alamati lafz hai, is ka matlab hai insan.</w:t>
      </w:r>
    </w:p>
    <w:p>
      <w:pPr>
        <w:jc w:val="right"/>
      </w:pPr>
      <w:r>
        <w:t>ہر انسان پر، یہاں لفظ مسلم علامتی لفظ ہے، اس کا مطلب ہے انسان۔</w:t>
      </w:r>
    </w:p>
    <w:p>
      <w:r>
        <w:rPr>
          <w:b/>
        </w:rPr>
        <w:t xml:space="preserve">[19:16] </w:t>
      </w:r>
      <w:r>
        <w:t>Har insan par doosre insan ki teen cheezein haram hain.</w:t>
      </w:r>
    </w:p>
    <w:p>
      <w:pPr>
        <w:jc w:val="right"/>
      </w:pPr>
      <w:r>
        <w:t>ہر انسان پر دوسرے انسان کی تین چیزیں حرام ہیں۔</w:t>
      </w:r>
    </w:p>
    <w:p>
      <w:r>
        <w:rPr>
          <w:b/>
        </w:rPr>
        <w:t xml:space="preserve">[19:22] </w:t>
      </w:r>
      <w:r>
        <w:t>Is ka khoon, is ka maal aur is ki izzat haram hai.</w:t>
      </w:r>
    </w:p>
    <w:p>
      <w:pPr>
        <w:jc w:val="right"/>
      </w:pPr>
      <w:r>
        <w:t>اس کا خون، اس کا مال اور اس کی عزت حرام ہے۔</w:t>
      </w:r>
    </w:p>
    <w:p>
      <w:r>
        <w:rPr>
          <w:b/>
        </w:rPr>
        <w:t xml:space="preserve">[19:28] </w:t>
      </w:r>
      <w:r>
        <w:t>Yani doosre insan ki izzat nahin le sakte aap.</w:t>
      </w:r>
    </w:p>
    <w:p>
      <w:pPr>
        <w:jc w:val="right"/>
      </w:pPr>
      <w:r>
        <w:t>یعنی دوسرے انسان کی عزت نہیں لے سکتے آپ۔</w:t>
      </w:r>
    </w:p>
    <w:p>
      <w:r>
        <w:rPr>
          <w:b/>
        </w:rPr>
        <w:t xml:space="preserve">[19:34] </w:t>
      </w:r>
      <w:r>
        <w:t>Doosre insan ka maal nahin le sakte aap.</w:t>
      </w:r>
    </w:p>
    <w:p>
      <w:pPr>
        <w:jc w:val="right"/>
      </w:pPr>
      <w:r>
        <w:t>دوسرے انسان کا مال نہیں لے سکتے آپ۔</w:t>
      </w:r>
    </w:p>
    <w:p>
      <w:r>
        <w:rPr>
          <w:b/>
        </w:rPr>
        <w:t xml:space="preserve">[19:41] </w:t>
      </w:r>
      <w:r>
        <w:t>Doosre insan ki jaan nahin le sakte aap.</w:t>
      </w:r>
    </w:p>
    <w:p>
      <w:pPr>
        <w:jc w:val="right"/>
      </w:pPr>
      <w:r>
        <w:t>دوسرے انسان کی جان نہیں لے سکتے آپ۔</w:t>
      </w:r>
    </w:p>
    <w:p>
      <w:r>
        <w:rPr>
          <w:b/>
        </w:rPr>
        <w:t xml:space="preserve">[19:47] </w:t>
      </w:r>
      <w:r>
        <w:t>yeh hai woh, yeh hai woh restriction jo qaim hota hai is dunya mein Allah ki taraf se.</w:t>
      </w:r>
    </w:p>
    <w:p>
      <w:pPr>
        <w:jc w:val="right"/>
      </w:pPr>
      <w:r>
        <w:t>یہ ہے وہ، یہ ہے وہ restriction جو قائم ہوتا ہے اس دنیا میں اللہ کی طرف سے۔</w:t>
      </w:r>
    </w:p>
    <w:p>
      <w:r>
        <w:rPr>
          <w:b/>
        </w:rPr>
        <w:t xml:space="preserve">[19:53] </w:t>
      </w:r>
      <w:r>
        <w:t>to jis tarah se sitare, sayare aur sari kainat theek apne had ke andar chalti hai, to insan</w:t>
      </w:r>
    </w:p>
    <w:p>
      <w:pPr>
        <w:jc w:val="right"/>
      </w:pPr>
      <w:r>
        <w:t>تو جس طرح سے ستارے، سیارے اور ساری کائنات ٹھیک اپنے حد کے اندر چلتی ہے، تو انسان</w:t>
      </w:r>
    </w:p>
    <w:p>
      <w:r>
        <w:rPr>
          <w:b/>
        </w:rPr>
        <w:t xml:space="preserve">[19:59] </w:t>
      </w:r>
      <w:r>
        <w:t>ko bhi apne had mein chalna hai.</w:t>
      </w:r>
    </w:p>
    <w:p>
      <w:pPr>
        <w:jc w:val="right"/>
      </w:pPr>
      <w:r>
        <w:t>کو بھی اپنے حد میں چلنا ہے۔</w:t>
      </w:r>
    </w:p>
    <w:p>
      <w:r>
        <w:rPr>
          <w:b/>
        </w:rPr>
        <w:t xml:space="preserve">[20:05] </w:t>
      </w:r>
      <w:r>
        <w:t>had mein chalne ka matlab yahi hai ke kisi ko aisa kaam nahi karna hai, aisa koi step</w:t>
      </w:r>
    </w:p>
    <w:p>
      <w:pPr>
        <w:jc w:val="right"/>
      </w:pPr>
      <w:r>
        <w:t>حد میں چلنے کا مطلب یہی ہے کہ کسی کو ایسا کام نہیں کرنا ہے، ایسا کوئی step</w:t>
      </w:r>
    </w:p>
    <w:p>
      <w:r>
        <w:rPr>
          <w:b/>
        </w:rPr>
        <w:t xml:space="preserve">[20:12] </w:t>
      </w:r>
      <w:r>
        <w:t>nahi lena hai, aisi bol nahi bolna hai.</w:t>
      </w:r>
    </w:p>
    <w:p>
      <w:pPr>
        <w:jc w:val="right"/>
      </w:pPr>
      <w:r>
        <w:t>نہیں لینا ہے، ایسی بول نہیں بولنا ہے۔</w:t>
      </w:r>
    </w:p>
    <w:p>
      <w:r>
        <w:rPr>
          <w:b/>
        </w:rPr>
        <w:t xml:space="preserve">[20:18] </w:t>
      </w:r>
      <w:r>
        <w:t>hata ke sochna bhi nahi hai aisi baat.</w:t>
      </w:r>
    </w:p>
    <w:p>
      <w:pPr>
        <w:jc w:val="right"/>
      </w:pPr>
      <w:r>
        <w:t>حتیٰ کہ سوچنا بھی نہیں ہے ایسی بات۔</w:t>
      </w:r>
    </w:p>
    <w:p>
      <w:r>
        <w:rPr>
          <w:b/>
        </w:rPr>
        <w:t xml:space="preserve">[20:24] </w:t>
      </w:r>
      <w:r>
        <w:t>aisi planning bhi nahi karna hai.</w:t>
      </w:r>
    </w:p>
    <w:p>
      <w:pPr>
        <w:jc w:val="right"/>
      </w:pPr>
      <w:r>
        <w:t>ایسی planning بھی نہیں کرنا ہے۔</w:t>
      </w:r>
    </w:p>
    <w:p>
      <w:r>
        <w:rPr>
          <w:b/>
        </w:rPr>
        <w:t xml:space="preserve">[20:30] </w:t>
      </w:r>
      <w:r>
        <w:t>na planning aisi karna hai, na sochna hai, na bolna hai, na aise kaam karna hai, na aisa</w:t>
      </w:r>
    </w:p>
    <w:p>
      <w:pPr>
        <w:jc w:val="right"/>
      </w:pPr>
      <w:r>
        <w:t>نہ planning ایسی کرنا ہے، نہ سوچنا ہے، نہ بولنا ہے، نہ ایسے کام کرنا ہے، نہ ایسا</w:t>
      </w:r>
    </w:p>
    <w:p>
      <w:r>
        <w:rPr>
          <w:b/>
        </w:rPr>
        <w:t xml:space="preserve">[20:37] </w:t>
      </w:r>
      <w:r>
        <w:t>koi action lena, mein apne ko malool karna hai.</w:t>
      </w:r>
    </w:p>
    <w:p>
      <w:pPr>
        <w:jc w:val="right"/>
      </w:pPr>
      <w:r>
        <w:t>کوئی action لینا، میں اپنے کو ملوث کرنا ہے۔</w:t>
      </w:r>
    </w:p>
    <w:p>
      <w:r>
        <w:rPr>
          <w:b/>
        </w:rPr>
        <w:t xml:space="preserve">[20:43] </w:t>
      </w:r>
      <w:r>
        <w:t>jiska nateeja yeh ho ke aap doosre ki jaan lene ka sabab ban jayen.</w:t>
      </w:r>
    </w:p>
    <w:p>
      <w:pPr>
        <w:jc w:val="right"/>
      </w:pPr>
      <w:r>
        <w:t>جس کا نتیجہ یہ ہو کہ آپ دوسرے کی جان لینے کا سبب بن جائیں۔</w:t>
      </w:r>
    </w:p>
    <w:p>
      <w:r>
        <w:rPr>
          <w:b/>
        </w:rPr>
        <w:t xml:space="preserve">[20:49] </w:t>
      </w:r>
      <w:r>
        <w:t>doosre ka maal lene ka sabab ban jayen aap.</w:t>
      </w:r>
    </w:p>
    <w:p>
      <w:pPr>
        <w:jc w:val="right"/>
      </w:pPr>
      <w:r>
        <w:t>دوسرے کا مال لینے کا سبب بن جائیں آپ۔</w:t>
      </w:r>
    </w:p>
    <w:p>
      <w:r>
        <w:rPr>
          <w:b/>
        </w:rPr>
        <w:t xml:space="preserve">[20:55] </w:t>
      </w:r>
      <w:r>
        <w:t>doosre ki izzat o aabro aap ki wajah se, yaani usko badnaam karne ka sabab ban jayen aap.</w:t>
      </w:r>
    </w:p>
    <w:p>
      <w:pPr>
        <w:jc w:val="right"/>
      </w:pPr>
      <w:r>
        <w:t>دوسرے کی عزت و آبرو آپ کی وجہ سے، یعنی اس کو بدنام کرنے کا سبب بن جائیں آپ۔</w:t>
      </w:r>
    </w:p>
    <w:p>
      <w:r>
        <w:rPr>
          <w:b/>
        </w:rPr>
        <w:t xml:space="preserve">[21:01] </w:t>
      </w:r>
      <w:r>
        <w:t>to yeh, yeh hai limitations, yeh had bandi.</w:t>
      </w:r>
    </w:p>
    <w:p>
      <w:pPr>
        <w:jc w:val="right"/>
      </w:pPr>
      <w:r>
        <w:t>تو یہ، یہ ہے limitations، یہ حد بندی۔</w:t>
      </w:r>
    </w:p>
    <w:p>
      <w:r>
        <w:rPr>
          <w:b/>
        </w:rPr>
        <w:t xml:space="preserve">[21:08] </w:t>
      </w:r>
      <w:r>
        <w:t>yeh had bandi hai.</w:t>
      </w:r>
    </w:p>
    <w:p>
      <w:pPr>
        <w:jc w:val="right"/>
      </w:pPr>
      <w:r>
        <w:t>یہ حد بندی ہے۔</w:t>
      </w:r>
    </w:p>
    <w:p>
      <w:r>
        <w:rPr>
          <w:b/>
        </w:rPr>
        <w:t xml:space="preserve">[21:14] </w:t>
      </w:r>
      <w:r>
        <w:t>isi ko hadith mein is tarah kaha gaya hai ke momin ki misaal aisi hai jaise ke khunti</w:t>
      </w:r>
    </w:p>
    <w:p>
      <w:pPr>
        <w:jc w:val="right"/>
      </w:pPr>
      <w:r>
        <w:t>اسی کو حدیث میں اس طرح کہا گیا ہے کہ مومن کی مثال ایسی ہے جیسے کہ کھوٹی</w:t>
      </w:r>
    </w:p>
    <w:p>
      <w:r>
        <w:rPr>
          <w:b/>
        </w:rPr>
        <w:t xml:space="preserve">[21:20] </w:t>
      </w:r>
      <w:r>
        <w:t>se bandha hua ghoda.</w:t>
      </w:r>
    </w:p>
    <w:p>
      <w:pPr>
        <w:jc w:val="right"/>
      </w:pPr>
      <w:r>
        <w:t>سے بندھا ہوا گھوڑا۔</w:t>
      </w:r>
    </w:p>
    <w:p>
      <w:r>
        <w:rPr>
          <w:b/>
        </w:rPr>
        <w:t xml:space="preserve">[21:26] </w:t>
      </w:r>
      <w:r>
        <w:t>ek khunti hai, ek lassi hai, is mein ghoda bandha hua hai.</w:t>
      </w:r>
    </w:p>
    <w:p>
      <w:pPr>
        <w:jc w:val="right"/>
      </w:pPr>
      <w:r>
        <w:t>ایک کھوٹی ہے، ایک لسی ہے، اس میں گھوڑا بندھا ہوا ہے۔</w:t>
      </w:r>
    </w:p>
    <w:p>
      <w:r>
        <w:rPr>
          <w:b/>
        </w:rPr>
        <w:t xml:space="preserve">[21:32] </w:t>
      </w:r>
      <w:r>
        <w:t>to jitni lambi lassi hai, utni door tak ghoomega.</w:t>
      </w:r>
    </w:p>
    <w:p>
      <w:pPr>
        <w:jc w:val="right"/>
      </w:pPr>
      <w:r>
        <w:t>تو جتنی لمبی لسی ہے، اتنی دور تک گھومے گا۔</w:t>
      </w:r>
    </w:p>
    <w:p>
      <w:r>
        <w:rPr>
          <w:b/>
        </w:rPr>
        <w:t xml:space="preserve">[21:39] </w:t>
      </w:r>
      <w:r>
        <w:t>is se aage nahi ja sakta.</w:t>
      </w:r>
    </w:p>
    <w:p>
      <w:pPr>
        <w:jc w:val="right"/>
      </w:pPr>
      <w:r>
        <w:t>اس سے آگے نہیں جا سکتا۔</w:t>
      </w:r>
    </w:p>
    <w:p>
      <w:r>
        <w:rPr>
          <w:b/>
        </w:rPr>
        <w:t xml:space="preserve">[21:45] </w:t>
      </w:r>
      <w:r>
        <w:t>to insan ko chahiye ke woh is dunya mein bandhe hue ghode ki tarah rahe.</w:t>
      </w:r>
    </w:p>
    <w:p>
      <w:pPr>
        <w:jc w:val="right"/>
      </w:pPr>
      <w:r>
        <w:t>تو انسان کو چاہیے کہ وہ اس دنیا میں بندھے ہوئے گھوڑے کی طرح رہے۔</w:t>
      </w:r>
    </w:p>
    <w:p>
      <w:r>
        <w:rPr>
          <w:b/>
        </w:rPr>
        <w:t xml:space="preserve">[21:51] </w:t>
      </w:r>
      <w:r>
        <w:t>yaani disciplined way mein zindagi guzare.</w:t>
      </w:r>
    </w:p>
    <w:p>
      <w:pPr>
        <w:jc w:val="right"/>
      </w:pPr>
      <w:r>
        <w:t>یعنی disciplined way میں زندگی گزارے۔</w:t>
      </w:r>
    </w:p>
    <w:p>
      <w:r>
        <w:rPr>
          <w:b/>
        </w:rPr>
        <w:t xml:space="preserve">[21:57] </w:t>
      </w:r>
      <w:r>
        <w:t>woh azaad, is azaad hai lekin is azaadi ki limitations hain.</w:t>
      </w:r>
    </w:p>
    <w:p>
      <w:pPr>
        <w:jc w:val="right"/>
      </w:pPr>
      <w:r>
        <w:t>وہ آزاد، اس آزاد ہے لیکن اس آزادی کی limitations ہیں۔</w:t>
      </w:r>
    </w:p>
    <w:p>
      <w:r>
        <w:rPr>
          <w:b/>
        </w:rPr>
        <w:t xml:space="preserve">[22:04] </w:t>
      </w:r>
      <w:r>
        <w:t>azaadi ki limitations hain.</w:t>
      </w:r>
    </w:p>
    <w:p>
      <w:pPr>
        <w:jc w:val="right"/>
      </w:pPr>
      <w:r>
        <w:t>آزادی کی limitations ہیں۔</w:t>
      </w:r>
    </w:p>
    <w:p>
      <w:r>
        <w:rPr>
          <w:b/>
        </w:rPr>
        <w:t xml:space="preserve">[22:10] </w:t>
      </w:r>
      <w:r>
        <w:t>to yeh, yeh ek uska ek usool hai.</w:t>
      </w:r>
    </w:p>
    <w:p>
      <w:pPr>
        <w:jc w:val="right"/>
      </w:pPr>
      <w:r>
        <w:t>تو یہ، یہ ایک اس کا ایک اصول ہے۔</w:t>
      </w:r>
    </w:p>
    <w:p>
      <w:r>
        <w:rPr>
          <w:b/>
        </w:rPr>
        <w:t xml:space="preserve">[22:16] </w:t>
      </w:r>
      <w:r>
        <w:t>is, yaani jo Allah taala ki taraf se insan se jo zindagi matloob hai, uska ek usool yeh hai.</w:t>
      </w:r>
    </w:p>
    <w:p>
      <w:pPr>
        <w:jc w:val="right"/>
      </w:pPr>
      <w:r>
        <w:t>اس، یعنی جو اللہ تعالیٰ کی طرف سے انسان سے جو زندگی مطلوب ہے، اس کا ایک اصول یہ ہے۔</w:t>
      </w:r>
    </w:p>
    <w:p>
      <w:r>
        <w:rPr>
          <w:b/>
        </w:rPr>
        <w:t xml:space="preserve">[22:22] </w:t>
      </w:r>
      <w:r>
        <w:t>is se isi tarah insan par dekhiye, ek farz yeh hai ibadat.</w:t>
      </w:r>
    </w:p>
    <w:p>
      <w:pPr>
        <w:jc w:val="right"/>
      </w:pPr>
      <w:r>
        <w:t>اس سے اسی طرح انسان پر دیکھیے، ایک فرض یہ ہے عبادت۔</w:t>
      </w:r>
    </w:p>
    <w:p>
      <w:r>
        <w:rPr>
          <w:b/>
        </w:rPr>
        <w:t xml:space="preserve">[22:28] </w:t>
      </w:r>
      <w:r>
        <w:t>insan ko chahiye ke woh Allah ki ibadat kare.</w:t>
      </w:r>
    </w:p>
    <w:p>
      <w:pPr>
        <w:jc w:val="right"/>
      </w:pPr>
      <w:r>
        <w:t>انسان کو چاہیے کہ وہ اللہ کی عبادت کرے۔</w:t>
      </w:r>
    </w:p>
    <w:p>
      <w:r>
        <w:rPr>
          <w:b/>
        </w:rPr>
        <w:t xml:space="preserve">[22:35] </w:t>
      </w:r>
      <w:r>
        <w:t>ibadat kya hai? ibadat bhi ek qism ka woh hai, ek alamati waqia hai.</w:t>
      </w:r>
    </w:p>
    <w:p>
      <w:pPr>
        <w:jc w:val="right"/>
      </w:pPr>
      <w:r>
        <w:t>عبادت کیا ہے؟ عبادت بھی ایک قسم کا وہ ہے، ایک علامتی واقعہ ہے۔</w:t>
      </w:r>
    </w:p>
    <w:p>
      <w:r>
        <w:rPr>
          <w:b/>
        </w:rPr>
        <w:t xml:space="preserve">[22:41] </w:t>
      </w:r>
      <w:r>
        <w:t>rozana aap Allah ke aage jhukte hain, Allah ke aage sajda karte hain.</w:t>
      </w:r>
    </w:p>
    <w:p>
      <w:pPr>
        <w:jc w:val="right"/>
      </w:pPr>
      <w:r>
        <w:t>روزانہ آپ اللہ کے آگے جھکتے ہیں، اللہ کے آگے سجدہ کرتے ہیں۔</w:t>
      </w:r>
    </w:p>
    <w:p>
      <w:r>
        <w:rPr>
          <w:b/>
        </w:rPr>
        <w:t xml:space="preserve">[22:47] </w:t>
      </w:r>
      <w:r>
        <w:t>to alamati taur par yeh ahad karte hain ke main is duniya mein baghi ban kar nahi rahunga.</w:t>
      </w:r>
    </w:p>
    <w:p>
      <w:pPr>
        <w:jc w:val="right"/>
      </w:pPr>
      <w:r>
        <w:t>تو علامتی طور پر یہ عہد کرتے ہیں کہ میں اس دنیا میں باغی بن کر نہیں رہوں گا۔</w:t>
      </w:r>
    </w:p>
    <w:p>
      <w:r>
        <w:rPr>
          <w:b/>
        </w:rPr>
        <w:t xml:space="preserve">[22:53] </w:t>
      </w:r>
      <w:r>
        <w:t>is duniya mein baghi ban kar nahi rahunga, balkeh Allah ke qanoon ka follower ban kar rahunga.</w:t>
      </w:r>
    </w:p>
    <w:p>
      <w:pPr>
        <w:jc w:val="right"/>
      </w:pPr>
      <w:r>
        <w:t>اس دنیا میں باغی بن کر نہیں رہوں گا، بلکہ اللہ کے قانون کا follower بن کر رہوں گا۔</w:t>
      </w:r>
    </w:p>
    <w:p>
      <w:r>
        <w:rPr>
          <w:b/>
        </w:rPr>
        <w:t xml:space="preserve">[23:00] </w:t>
      </w:r>
      <w:r>
        <w:t>is baat ka ahad karte hain aap.</w:t>
      </w:r>
    </w:p>
    <w:p>
      <w:pPr>
        <w:jc w:val="right"/>
      </w:pPr>
      <w:r>
        <w:t>اس بات کا عہد کرتے ہیں آپ۔</w:t>
      </w:r>
    </w:p>
    <w:p>
      <w:r>
        <w:rPr>
          <w:b/>
        </w:rPr>
        <w:t xml:space="preserve">[23:06] </w:t>
      </w:r>
      <w:r>
        <w:t>to yeh, yeh ek rozana, rozana, rozana aap is ka ahad karte hain aap.</w:t>
      </w:r>
    </w:p>
    <w:p>
      <w:pPr>
        <w:jc w:val="right"/>
      </w:pPr>
      <w:r>
        <w:t>تو یہ، یہ ایک روزانہ، روزانہ، روزانہ آپ اس کا عہد کرتے ہیں آپ۔</w:t>
      </w:r>
    </w:p>
    <w:p>
      <w:r>
        <w:rPr>
          <w:b/>
        </w:rPr>
        <w:t xml:space="preserve">[23:12] </w:t>
      </w:r>
      <w:r>
        <w:t>to is ahad ke mutabiq jis ne zindagi guzari, us ka ek anjam hoga.</w:t>
      </w:r>
    </w:p>
    <w:p>
      <w:pPr>
        <w:jc w:val="right"/>
      </w:pPr>
      <w:r>
        <w:t>تو اس عہد کے مطابق جس نے زندگی گزاری، اس کا ایک انجام ہوگا۔</w:t>
      </w:r>
    </w:p>
    <w:p>
      <w:r>
        <w:rPr>
          <w:b/>
        </w:rPr>
        <w:t xml:space="preserve">[23:18] </w:t>
      </w:r>
      <w:r>
        <w:t>yeh jo is ahad ke khilaf gaya, us ka doosra anjam hoga.</w:t>
      </w:r>
    </w:p>
    <w:p>
      <w:pPr>
        <w:jc w:val="right"/>
      </w:pPr>
      <w:r>
        <w:t>یہ جو اس عہد کے خلاف گیا، اس کا دوسرا انجام ہوگا۔</w:t>
      </w:r>
    </w:p>
    <w:p>
      <w:r>
        <w:rPr>
          <w:b/>
        </w:rPr>
        <w:t xml:space="preserve">[23:24] </w:t>
      </w:r>
      <w:r>
        <w:t>to isi cheezon ko batane ke liye yeh nabi aaye aur yeh Allah ki taraf se kitabein aayin</w:t>
      </w:r>
    </w:p>
    <w:p>
      <w:pPr>
        <w:jc w:val="right"/>
      </w:pPr>
      <w:r>
        <w:t>تو اسی چیزوں کو بتانے کے لیے یہ نبی آئے اور یہ اللہ کی طرف سے کتابیں آئیں</w:t>
      </w:r>
    </w:p>
    <w:p>
      <w:r>
        <w:rPr>
          <w:b/>
        </w:rPr>
        <w:t xml:space="preserve">[23:31] </w:t>
      </w:r>
      <w:r>
        <w:t>aur yeh quran mehfooz kiya gaya.</w:t>
      </w:r>
    </w:p>
    <w:p>
      <w:pPr>
        <w:jc w:val="right"/>
      </w:pPr>
      <w:r>
        <w:t>اور یہ قرآن محفوظ کیا گیا۔</w:t>
      </w:r>
    </w:p>
    <w:p>
      <w:r>
        <w:rPr>
          <w:b/>
        </w:rPr>
        <w:t xml:space="preserve">[23:37] </w:t>
      </w:r>
      <w:r>
        <w:t>inhi baaton ko hamein janna hai.</w:t>
      </w:r>
    </w:p>
    <w:p>
      <w:pPr>
        <w:jc w:val="right"/>
      </w:pPr>
      <w:r>
        <w:t>انہی باتوں کو ہمیں جاننا ہے۔</w:t>
      </w:r>
    </w:p>
    <w:p>
      <w:r>
        <w:rPr>
          <w:b/>
        </w:rPr>
        <w:t xml:space="preserve">[23:43] </w:t>
      </w:r>
      <w:r>
        <w:t>kyunke insan ko dekhiye, Allah ne kisi, kisi Allah ko par koi pabandi nahi qaim nahi ki.</w:t>
      </w:r>
    </w:p>
    <w:p>
      <w:pPr>
        <w:jc w:val="right"/>
      </w:pPr>
      <w:r>
        <w:t>کیونکہ انسان کو دیکھیے، اللہ نے کسی، کسی اللہ کو پر کوئی پابندی نہیں قائم نہیں کی۔</w:t>
      </w:r>
    </w:p>
    <w:p>
      <w:r>
        <w:rPr>
          <w:b/>
        </w:rPr>
        <w:t xml:space="preserve">[23:49] </w:t>
      </w:r>
      <w:r>
        <w:t>balkeh is ko azadi di.</w:t>
      </w:r>
    </w:p>
    <w:p>
      <w:pPr>
        <w:jc w:val="right"/>
      </w:pPr>
      <w:r>
        <w:t>بلکہ اس کو آزادی دی۔</w:t>
      </w:r>
    </w:p>
    <w:p>
      <w:r>
        <w:rPr>
          <w:b/>
        </w:rPr>
        <w:t xml:space="preserve">[23:56] </w:t>
      </w:r>
      <w:r>
        <w:t>azadi di is ko taake woh khud apne irade se wohi rahe jo jo Allah chahta hai.</w:t>
      </w:r>
    </w:p>
    <w:p>
      <w:pPr>
        <w:jc w:val="right"/>
      </w:pPr>
      <w:r>
        <w:t>آزادی دی اس کو تاکہ وہ خود اپنے ارادے سے وہی رہے جو جو اللہ چاہتا ہے۔</w:t>
      </w:r>
    </w:p>
    <w:p>
      <w:r>
        <w:rPr>
          <w:b/>
        </w:rPr>
        <w:t xml:space="preserve">[24:02] </w:t>
      </w:r>
      <w:r>
        <w:t>to aap, aap yani apne irade se jo aadmi kaam kare, us ka is se pabandi hoti hai</w:t>
      </w:r>
    </w:p>
    <w:p>
      <w:pPr>
        <w:jc w:val="right"/>
      </w:pPr>
      <w:r>
        <w:t>تو آپ، آپ یعنی اپنے ارادے سے جو آدمی کام کرے، اس کا اس سے پابندی ہوتی ہے</w:t>
      </w:r>
    </w:p>
    <w:p>
      <w:r>
        <w:rPr>
          <w:b/>
        </w:rPr>
        <w:t xml:space="preserve">[24:08] </w:t>
      </w:r>
      <w:r>
        <w:t>jo ke pabandi ke tehat kare aadmi.</w:t>
      </w:r>
    </w:p>
    <w:p>
      <w:pPr>
        <w:jc w:val="right"/>
      </w:pPr>
      <w:r>
        <w:t>جو کہ پابندی کے تحت کرے آدمی۔</w:t>
      </w:r>
    </w:p>
    <w:p>
      <w:r>
        <w:rPr>
          <w:b/>
        </w:rPr>
        <w:t xml:space="preserve">[24:14] </w:t>
      </w:r>
      <w:r>
        <w:t>to is baqiya kainat to pabandi ke sath kar hi rahi hai.</w:t>
      </w:r>
    </w:p>
    <w:p>
      <w:pPr>
        <w:jc w:val="right"/>
      </w:pPr>
      <w:r>
        <w:t>تو اس بقیہ کائنات تو پابندی کے ساتھ کر ہی رہی ہے۔</w:t>
      </w:r>
    </w:p>
    <w:p>
      <w:r>
        <w:rPr>
          <w:b/>
        </w:rPr>
        <w:t xml:space="preserve">[24:20] </w:t>
      </w:r>
      <w:r>
        <w:t>aap se jo matlab hai woh yeh hai ke aap khud apne irade se karein.</w:t>
      </w:r>
    </w:p>
    <w:p>
      <w:pPr>
        <w:jc w:val="right"/>
      </w:pPr>
      <w:r>
        <w:t>آپ سے جو مطلوب ہے وہ یہ ہے کہ آپ خود اپنے ارادے سے کریں۔</w:t>
      </w:r>
    </w:p>
    <w:p>
      <w:r>
        <w:rPr>
          <w:b/>
        </w:rPr>
        <w:t xml:space="preserve">[24:27] </w:t>
      </w:r>
      <w:r>
        <w:t>misalan dekhiye, quran mein hai ke wa izaa ma ghadaboo hum yaghfiroon jab unhein ghussa aata hai to woh</w:t>
      </w:r>
    </w:p>
    <w:p>
      <w:pPr>
        <w:jc w:val="right"/>
      </w:pPr>
      <w:r>
        <w:t>مثلاً دیکھیے، قرآن میں ہے کہ وَإِذَا مَا غَضَبُوا هُمْ يَغْفِرُونَ جب انہیں غصہ آتا ہے تو وہ</w:t>
      </w:r>
    </w:p>
    <w:p>
      <w:r>
        <w:rPr>
          <w:b/>
        </w:rPr>
        <w:t xml:space="preserve">[24:33] </w:t>
      </w:r>
      <w:r>
        <w:t>maaf kar dete hain.</w:t>
      </w:r>
    </w:p>
    <w:p>
      <w:pPr>
        <w:jc w:val="right"/>
      </w:pPr>
      <w:r>
        <w:t>معاف کر دیتے ہیں۔</w:t>
      </w:r>
    </w:p>
    <w:p>
      <w:r>
        <w:rPr>
          <w:b/>
        </w:rPr>
        <w:t xml:space="preserve">[24:39] </w:t>
      </w:r>
      <w:r>
        <w:t>ab yahan bhi dekhiye, aap ko kisi ne ghussa dila diya, kisi ne aap ko provoke kar diya.</w:t>
      </w:r>
    </w:p>
    <w:p>
      <w:pPr>
        <w:jc w:val="right"/>
      </w:pPr>
      <w:r>
        <w:t>اب یہاں بھی دیکھیے، آپ کو کسی نے غصہ دلا دیا، کسی نے آپ کو provoke کر دیا۔</w:t>
      </w:r>
    </w:p>
    <w:p>
      <w:r>
        <w:rPr>
          <w:b/>
        </w:rPr>
        <w:t xml:space="preserve">[24:45] </w:t>
      </w:r>
      <w:r>
        <w:t>to us waqt aap ke do option hote hain.</w:t>
      </w:r>
    </w:p>
    <w:p>
      <w:pPr>
        <w:jc w:val="right"/>
      </w:pPr>
      <w:r>
        <w:t>تو اس وقت آپ کے دو option ہوتے ہیں۔</w:t>
      </w:r>
    </w:p>
    <w:p>
      <w:r>
        <w:rPr>
          <w:b/>
        </w:rPr>
        <w:t xml:space="preserve">[24:51] </w:t>
      </w:r>
      <w:r>
        <w:t>ghussa aaya to aap ghussa utarein is ke upar.</w:t>
      </w:r>
    </w:p>
    <w:p>
      <w:pPr>
        <w:jc w:val="right"/>
      </w:pPr>
      <w:r>
        <w:t>غصہ آیا تو آپ غصہ اتاریں اس کے اوپر۔</w:t>
      </w:r>
    </w:p>
    <w:p>
      <w:r>
        <w:rPr>
          <w:b/>
        </w:rPr>
        <w:t xml:space="preserve">[24:58] </w:t>
      </w:r>
      <w:r>
        <w:t>is se badla len.</w:t>
      </w:r>
    </w:p>
    <w:p>
      <w:pPr>
        <w:jc w:val="right"/>
      </w:pPr>
      <w:r>
        <w:t>اس سے بدلہ لیں۔</w:t>
      </w:r>
    </w:p>
    <w:p>
      <w:r>
        <w:rPr>
          <w:b/>
        </w:rPr>
        <w:t xml:space="preserve">[25:04] </w:t>
      </w:r>
      <w:r>
        <w:t>is ko down karen.</w:t>
      </w:r>
    </w:p>
    <w:p>
      <w:pPr>
        <w:jc w:val="right"/>
      </w:pPr>
      <w:r>
        <w:t>اس کو down کریں۔</w:t>
      </w:r>
    </w:p>
    <w:p>
      <w:r>
        <w:rPr>
          <w:b/>
        </w:rPr>
        <w:t xml:space="preserve">[25:10] </w:t>
      </w:r>
      <w:r>
        <w:t>is ko badnaam karen.</w:t>
      </w:r>
    </w:p>
    <w:p>
      <w:pPr>
        <w:jc w:val="right"/>
      </w:pPr>
      <w:r>
        <w:t>اس کو بدنام کریں۔</w:t>
      </w:r>
    </w:p>
    <w:p>
      <w:r>
        <w:rPr>
          <w:b/>
        </w:rPr>
        <w:t xml:space="preserve">[25:16] </w:t>
      </w:r>
      <w:r>
        <w:t>is par jhoote ilzaam lagayen.</w:t>
      </w:r>
    </w:p>
    <w:p>
      <w:pPr>
        <w:jc w:val="right"/>
      </w:pPr>
      <w:r>
        <w:t>اس پر جھوٹے الزام لگائیں۔</w:t>
      </w:r>
    </w:p>
    <w:p>
      <w:r>
        <w:rPr>
          <w:b/>
        </w:rPr>
        <w:t xml:space="preserve">[25:23] </w:t>
      </w:r>
      <w:r>
        <w:t>lekin ghussa aane ke baad aap jante hain ke aadmi sab kuch karta hai, karne lagta hai.</w:t>
      </w:r>
    </w:p>
    <w:p>
      <w:pPr>
        <w:jc w:val="right"/>
      </w:pPr>
      <w:r>
        <w:t>لیکن غصہ آنے کے بعد آپ جانتے ہیں کہ آدمی سب کچھ کرتا ہے، کرنے لگتا ہے۔</w:t>
      </w:r>
    </w:p>
    <w:p>
      <w:r>
        <w:rPr>
          <w:b/>
        </w:rPr>
        <w:t xml:space="preserve">[25:29] </w:t>
      </w:r>
      <w:r>
        <w:t>agar woh physical harm pohnchanay ki position mein ho to physical harm pohnchata hai.</w:t>
      </w:r>
    </w:p>
    <w:p>
      <w:pPr>
        <w:jc w:val="right"/>
      </w:pPr>
      <w:r>
        <w:t>اگر وہ physical harm پہنچانے کی position میں ہو تو physical harm پہنچاتا ہے۔</w:t>
      </w:r>
    </w:p>
    <w:p>
      <w:r>
        <w:rPr>
          <w:b/>
        </w:rPr>
        <w:t xml:space="preserve">[25:35] </w:t>
      </w:r>
      <w:r>
        <w:t>nahi to kam se kam yeh yeh karta hai ke is se nafrat karta hai.</w:t>
      </w:r>
    </w:p>
    <w:p>
      <w:pPr>
        <w:jc w:val="right"/>
      </w:pPr>
      <w:r>
        <w:t>نہیں تو کم سے کم یہ یہ کرتا ہے کہ اس سے نفرت کرتا ہے۔</w:t>
      </w:r>
    </w:p>
    <w:p>
      <w:r>
        <w:rPr>
          <w:b/>
        </w:rPr>
        <w:t xml:space="preserve">[25:41] </w:t>
      </w:r>
      <w:r>
        <w:t>is ko badnaam karta hai.</w:t>
      </w:r>
    </w:p>
    <w:p>
      <w:pPr>
        <w:jc w:val="right"/>
      </w:pPr>
      <w:r>
        <w:t>اس کو بدنام کرتا ہے۔</w:t>
      </w:r>
    </w:p>
    <w:p>
      <w:r>
        <w:rPr>
          <w:b/>
        </w:rPr>
        <w:t xml:space="preserve">[25:47] </w:t>
      </w:r>
      <w:r>
        <w:t>is ke khilaaf jhoote ilzaam lagata hai.</w:t>
      </w:r>
    </w:p>
    <w:p>
      <w:pPr>
        <w:jc w:val="right"/>
      </w:pPr>
      <w:r>
        <w:t>اس کے خلاف جھوٹے الزام لگاتا ہے۔</w:t>
      </w:r>
    </w:p>
    <w:p>
      <w:r>
        <w:rPr>
          <w:b/>
        </w:rPr>
        <w:t xml:space="preserve">[25:54] </w:t>
      </w:r>
      <w:r>
        <w:t>is ke khilaaf propaganda karta hai.</w:t>
      </w:r>
    </w:p>
    <w:p>
      <w:pPr>
        <w:jc w:val="right"/>
      </w:pPr>
      <w:r>
        <w:t>اس کے خلاف پروپیگنڈا کرتا ہے۔</w:t>
      </w:r>
    </w:p>
    <w:p>
      <w:r>
        <w:rPr>
          <w:b/>
        </w:rPr>
        <w:t xml:space="preserve">[26:00] </w:t>
      </w:r>
      <w:r>
        <w:t>yeh karta hai woh.</w:t>
      </w:r>
    </w:p>
    <w:p>
      <w:pPr>
        <w:jc w:val="right"/>
      </w:pPr>
      <w:r>
        <w:t>یہ کرتا ہے وہ۔</w:t>
      </w:r>
    </w:p>
    <w:p>
      <w:r>
        <w:rPr>
          <w:b/>
        </w:rPr>
        <w:t xml:space="preserve">[26:06] </w:t>
      </w:r>
      <w:r>
        <w:t>yeh sab ghusse ke, yaani ghussa aane ke baad yeh sab karte hain log.</w:t>
      </w:r>
    </w:p>
    <w:p>
      <w:pPr>
        <w:jc w:val="right"/>
      </w:pPr>
      <w:r>
        <w:t>یہ سب غصے کے، یعنی غصہ آنے کے بعد یہ سب کرتے ہیں لوگ۔</w:t>
      </w:r>
    </w:p>
    <w:p>
      <w:r>
        <w:rPr>
          <w:b/>
        </w:rPr>
        <w:t xml:space="preserve">[26:12] </w:t>
      </w:r>
      <w:r>
        <w:t>is se yeh, yeh, yeh Allah ke scheme ke khilaaf hai.</w:t>
      </w:r>
    </w:p>
    <w:p>
      <w:pPr>
        <w:jc w:val="right"/>
      </w:pPr>
      <w:r>
        <w:t>اس سے یہ، یہ، یہ اللہ کے scheme کے خلاف ہے۔</w:t>
      </w:r>
    </w:p>
    <w:p>
      <w:r>
        <w:rPr>
          <w:b/>
        </w:rPr>
        <w:t xml:space="preserve">[26:19] </w:t>
      </w:r>
      <w:r>
        <w:t>Allah ke scheme ke khilaaf hai.</w:t>
      </w:r>
    </w:p>
    <w:p>
      <w:pPr>
        <w:jc w:val="right"/>
      </w:pPr>
      <w:r>
        <w:t>اللہ کے scheme کے خلاف ہے۔</w:t>
      </w:r>
    </w:p>
    <w:p>
      <w:r>
        <w:rPr>
          <w:b/>
        </w:rPr>
        <w:t xml:space="preserve">[26:25] </w:t>
      </w:r>
      <w:r>
        <w:t>to is se jo bacha, bacha, bacha le apne aap ko.</w:t>
      </w:r>
    </w:p>
    <w:p>
      <w:pPr>
        <w:jc w:val="right"/>
      </w:pPr>
      <w:r>
        <w:t>تو اس سے جو بچا، بچا، بچا لے اپنے آپ کو۔</w:t>
      </w:r>
    </w:p>
    <w:p>
      <w:r>
        <w:rPr>
          <w:b/>
        </w:rPr>
        <w:t xml:space="preserve">[26:31] </w:t>
      </w:r>
      <w:r>
        <w:t>wa izaa ma ghadaboo hum yaghfuroon yaani ghussa aaya lekin un sab cheezon se bachaye apne aap ko.</w:t>
      </w:r>
    </w:p>
    <w:p>
      <w:pPr>
        <w:jc w:val="right"/>
      </w:pPr>
      <w:r>
        <w:t>وَإِذَا مَا غَضَبُوا هُمْ يَغْفِرُونَ یعنی غصہ آیا لیکن ان سب چیزوں سے بچائے اپنے آپ کو۔</w:t>
      </w:r>
    </w:p>
    <w:p>
      <w:r>
        <w:rPr>
          <w:b/>
        </w:rPr>
        <w:t xml:space="preserve">[26:37] </w:t>
      </w:r>
      <w:r>
        <w:t>ghussa aane ke bawajood apne ko bachaye ke in sab shakalon mein is ka ghussa dunya mein zahir ho.</w:t>
      </w:r>
    </w:p>
    <w:p>
      <w:pPr>
        <w:jc w:val="right"/>
      </w:pPr>
      <w:r>
        <w:t>غصہ آنے کے باوجود اپنے کو بچائے کہ ان سب شکلوں میں اس کا غصہ دنیا میں ظاہر ہو۔</w:t>
      </w:r>
    </w:p>
    <w:p>
      <w:r>
        <w:rPr>
          <w:b/>
        </w:rPr>
        <w:t xml:space="preserve">[26:43] </w:t>
      </w:r>
      <w:r>
        <w:t>to yeh aik, yeh aik dafa hai Khuda ke ne jo zindagi ka naqsha bataya hai insaan ko</w:t>
      </w:r>
    </w:p>
    <w:p>
      <w:pPr>
        <w:jc w:val="right"/>
      </w:pPr>
      <w:r>
        <w:t>تو یہ ایک، یہ ایک دفعہ ہے خدا کے نے جو زندگی کا نقشہ بتایا ہے انسان کو</w:t>
      </w:r>
    </w:p>
    <w:p>
      <w:r>
        <w:rPr>
          <w:b/>
        </w:rPr>
        <w:t xml:space="preserve">[26:50] </w:t>
      </w:r>
      <w:r>
        <w:t>dunya mein, is ke mutabiq jeenay ke liye.</w:t>
      </w:r>
    </w:p>
    <w:p>
      <w:pPr>
        <w:jc w:val="right"/>
      </w:pPr>
      <w:r>
        <w:t>دنیا میں، اس کے مطابق جینے کے لیے۔</w:t>
      </w:r>
    </w:p>
    <w:p>
      <w:r>
        <w:rPr>
          <w:b/>
        </w:rPr>
        <w:t xml:space="preserve">[26:56] </w:t>
      </w:r>
      <w:r>
        <w:t>aise hi dekhiye, Quran mein hai ke wal lazeena aamano ashadd hubban lillahi jo ahl-e-imaan hain, jo faithful</w:t>
      </w:r>
    </w:p>
    <w:p>
      <w:pPr>
        <w:jc w:val="right"/>
      </w:pPr>
      <w:r>
        <w:t>ایسے ہی دیکھیے، قرآن میں ہے کہ وَالَّذِينَ آمَنُوا أَشَدُّ حُبًّا لِلَّهِ جو اہل ایمان ہیں، جو faithful</w:t>
      </w:r>
    </w:p>
    <w:p>
      <w:r>
        <w:rPr>
          <w:b/>
        </w:rPr>
        <w:t xml:space="preserve">[27:02] </w:t>
      </w:r>
      <w:r>
        <w:t>log hain, woh sab se ziyada mohabbat Allah se karte hain.</w:t>
      </w:r>
    </w:p>
    <w:p>
      <w:pPr>
        <w:jc w:val="right"/>
      </w:pPr>
      <w:r>
        <w:t>لوگ ہیں، وہ سب سے زیادہ محبت اللہ سے کرتے ہیں۔</w:t>
      </w:r>
    </w:p>
    <w:p>
      <w:r>
        <w:rPr>
          <w:b/>
        </w:rPr>
        <w:t xml:space="preserve">[27:08] </w:t>
      </w:r>
      <w:r>
        <w:t>is ka matlab kya hua? Aap zindagi ko, apni zindagi jo samaan-e-hayaat mila hua ho, us ko</w:t>
      </w:r>
    </w:p>
    <w:p>
      <w:pPr>
        <w:jc w:val="right"/>
      </w:pPr>
      <w:r>
        <w:t>اس کا مطلب کیا ہوا؟ آپ زندگی کو، اپنی زندگی جو سامان حیات ملا ہوا ہو، اس کو</w:t>
      </w:r>
    </w:p>
    <w:p>
      <w:r>
        <w:rPr>
          <w:b/>
        </w:rPr>
        <w:t xml:space="preserve">[27:14] </w:t>
      </w:r>
      <w:r>
        <w:t>is tarah discover karen ke denay walay ke liye aap ke andar bohat strong affection aa jaye.</w:t>
      </w:r>
    </w:p>
    <w:p>
      <w:pPr>
        <w:jc w:val="right"/>
      </w:pPr>
      <w:r>
        <w:t>اس طرح discover کریں کہ دینے والے کے لیے آپ کے اندر بہت strong affection آجائے۔</w:t>
      </w:r>
    </w:p>
    <w:p>
      <w:r>
        <w:rPr>
          <w:b/>
        </w:rPr>
        <w:t xml:space="preserve">[27:21] </w:t>
      </w:r>
      <w:r>
        <w:t>bohat hi mohabbat ke jazbaat aa jayen.</w:t>
      </w:r>
    </w:p>
    <w:p>
      <w:pPr>
        <w:jc w:val="right"/>
      </w:pPr>
      <w:r>
        <w:t>بہت ہی محبت کے جذبات آجائیں۔</w:t>
      </w:r>
    </w:p>
    <w:p>
      <w:r>
        <w:rPr>
          <w:b/>
        </w:rPr>
        <w:t xml:space="preserve">[27:27] </w:t>
      </w:r>
      <w:r>
        <w:t>kyun ke aap jante hain ke koi aap ko de koi bari cheez, bohat bari cheez de to us</w:t>
      </w:r>
    </w:p>
    <w:p>
      <w:pPr>
        <w:jc w:val="right"/>
      </w:pPr>
      <w:r>
        <w:t>کیونکہ آپ جانتے ہیں کہ کوئی آپ کو دے کوئی بڑی چیز، بہت بڑی چیز دے تو اس</w:t>
      </w:r>
    </w:p>
    <w:p>
      <w:r>
        <w:rPr>
          <w:b/>
        </w:rPr>
        <w:t xml:space="preserve">[27:33] </w:t>
      </w:r>
      <w:r>
        <w:t>ke liye aap ke dil mein bohat ziyada jazba mohabbat ka aata hai.</w:t>
      </w:r>
    </w:p>
    <w:p>
      <w:pPr>
        <w:jc w:val="right"/>
      </w:pPr>
      <w:r>
        <w:t>کے لیے آپ کے دل میں بہت زیادہ جذبہ محبت کا آتا ہے۔</w:t>
      </w:r>
    </w:p>
    <w:p>
      <w:r>
        <w:rPr>
          <w:b/>
        </w:rPr>
        <w:t xml:space="preserve">[27:39] </w:t>
      </w:r>
      <w:r>
        <w:t>to jab aap yeh daryaft kareinge ke Khuda ne mujhe paida kiya jabke mein, mera koi wajood</w:t>
      </w:r>
    </w:p>
    <w:p>
      <w:pPr>
        <w:jc w:val="right"/>
      </w:pPr>
      <w:r>
        <w:t>تو جب آپ یہ دریافت کریں گے کہ خدا نے مجھے پیدا کیا جبکہ میں، میرا کوئی وجود</w:t>
      </w:r>
    </w:p>
    <w:p>
      <w:r>
        <w:rPr>
          <w:b/>
        </w:rPr>
        <w:t xml:space="preserve">[27:46] </w:t>
      </w:r>
      <w:r>
        <w:t>nahin tha, phir mujhe aankh, kaan, naak, dimaagh, har cheez di to aap ko bohat ajeeb lagega.</w:t>
      </w:r>
    </w:p>
    <w:p>
      <w:pPr>
        <w:jc w:val="right"/>
      </w:pPr>
      <w:r>
        <w:t>نہیں تھا، پھر مجھے آنکھ، کان، ناک، دماغ، ہر چیز دی تو آپ کو بہت عجیب لگے گا۔</w:t>
      </w:r>
    </w:p>
    <w:p>
      <w:r>
        <w:rPr>
          <w:b/>
        </w:rPr>
        <w:t xml:space="preserve">[27:52] </w:t>
      </w:r>
      <w:r>
        <w:t>mein kal apni office mein baitha hua tha to maine achaanak apni aankh band kar li.</w:t>
      </w:r>
    </w:p>
    <w:p>
      <w:pPr>
        <w:jc w:val="right"/>
      </w:pPr>
      <w:r>
        <w:t>میں کل اپنی آفس میں بیٹھا ہوا تھا تو میں نے اچانک اپنی آنکھ بند کر لی۔</w:t>
      </w:r>
    </w:p>
    <w:p>
      <w:r>
        <w:rPr>
          <w:b/>
        </w:rPr>
        <w:t xml:space="preserve">[27:58] </w:t>
      </w:r>
      <w:r>
        <w:t>aankh band kar ke sochne laga ke ab duniya kya hai mere liye? to sab duniya andheri thi.</w:t>
      </w:r>
    </w:p>
    <w:p>
      <w:pPr>
        <w:jc w:val="right"/>
      </w:pPr>
      <w:r>
        <w:t>آنکھ بند کر کے سوچنے لگا کہ اب دنیا کیا ہے میرے لیے؟ تو سب دنیا اندھیری تھی۔</w:t>
      </w:r>
    </w:p>
    <w:p>
      <w:r>
        <w:rPr>
          <w:b/>
        </w:rPr>
        <w:t xml:space="preserve">[28:04] </w:t>
      </w:r>
      <w:r>
        <w:t>kuch bhi dikhai nahin deta tha.</w:t>
      </w:r>
    </w:p>
    <w:p>
      <w:pPr>
        <w:jc w:val="right"/>
      </w:pPr>
      <w:r>
        <w:t>کچھ بھی دکھائی نہیں دیتا تھا۔</w:t>
      </w:r>
    </w:p>
    <w:p>
      <w:r>
        <w:rPr>
          <w:b/>
        </w:rPr>
        <w:t xml:space="preserve">[28:10] </w:t>
      </w:r>
      <w:r>
        <w:t>to maine socha ke agar aankh le le Allah taala ne meri aankh to kya hoga mera</w:t>
      </w:r>
    </w:p>
    <w:p>
      <w:pPr>
        <w:jc w:val="right"/>
      </w:pPr>
      <w:r>
        <w:t>تو میں نے سوچا کہ اگر آنکھ لے لے اللہ تعالیٰ نے میری آنکھ تو کیا ہوگا میرا</w:t>
      </w:r>
    </w:p>
    <w:p>
      <w:r>
        <w:rPr>
          <w:b/>
        </w:rPr>
        <w:t xml:space="preserve">[28:17] </w:t>
      </w:r>
      <w:r>
        <w:t>haal? duniya mein mein bhatkoonga jaise ke koi paagal bhatakte hain idhar udhar.</w:t>
      </w:r>
    </w:p>
    <w:p>
      <w:pPr>
        <w:jc w:val="right"/>
      </w:pPr>
      <w:r>
        <w:t>حال؟ دنیا میں میں بھٹکوں گا جیسے کہ کوئی پاگل بھٹکتے ہیں ادھر ادھر۔</w:t>
      </w:r>
    </w:p>
    <w:p>
      <w:r>
        <w:rPr>
          <w:b/>
        </w:rPr>
        <w:t xml:space="preserve">[28:23] </w:t>
      </w:r>
      <w:r>
        <w:t>to ek ek cheez aise hi hai.</w:t>
      </w:r>
    </w:p>
    <w:p>
      <w:pPr>
        <w:jc w:val="right"/>
      </w:pPr>
      <w:r>
        <w:t>تو ایک ایک چیز ایسے ہی ہے۔</w:t>
      </w:r>
    </w:p>
    <w:p>
      <w:r>
        <w:rPr>
          <w:b/>
        </w:rPr>
        <w:t xml:space="preserve">[28:29] </w:t>
      </w:r>
      <w:r>
        <w:t>aise hi ek ek cheez.</w:t>
      </w:r>
    </w:p>
    <w:p>
      <w:pPr>
        <w:jc w:val="right"/>
      </w:pPr>
      <w:r>
        <w:t>ایسے ہی ایک ایک چیز۔</w:t>
      </w:r>
    </w:p>
    <w:p>
      <w:r>
        <w:rPr>
          <w:b/>
        </w:rPr>
        <w:t xml:space="preserve">[28:35] </w:t>
      </w:r>
      <w:r>
        <w:t>to apne wajood ko jab daryaft kareinge aap to aap ko shukr, bohat shukr aayega.</w:t>
      </w:r>
    </w:p>
    <w:p>
      <w:pPr>
        <w:jc w:val="right"/>
      </w:pPr>
      <w:r>
        <w:t>تو اپنے وجود کو جب دریافت کریں گے آپ تو آپ کو شکر، بہت شکر آئے گا۔</w:t>
      </w:r>
    </w:p>
    <w:p>
      <w:r>
        <w:rPr>
          <w:b/>
        </w:rPr>
        <w:t xml:space="preserve">[28:42] </w:t>
      </w:r>
      <w:r>
        <w:t>bohat Allah se mohabbat aayegi.</w:t>
      </w:r>
    </w:p>
    <w:p>
      <w:pPr>
        <w:jc w:val="right"/>
      </w:pPr>
      <w:r>
        <w:t>بہت اللہ سے محبت آئے گی۔</w:t>
      </w:r>
    </w:p>
    <w:p>
      <w:r>
        <w:rPr>
          <w:b/>
        </w:rPr>
        <w:t xml:space="preserve">[28:48] </w:t>
      </w:r>
      <w:r>
        <w:t>aise hi aap jab socheinge ke duniya mein aaya mein to mere muwafiq ka ek ek planet</w:t>
      </w:r>
    </w:p>
    <w:p>
      <w:pPr>
        <w:jc w:val="right"/>
      </w:pPr>
      <w:r>
        <w:t>ایسے ہی آپ جب سوچیں گے کہ دنیا میں آیا میں تو میرے موافق کا ایک ایک planet</w:t>
      </w:r>
    </w:p>
    <w:p>
      <w:r>
        <w:rPr>
          <w:b/>
        </w:rPr>
        <w:t xml:space="preserve">[28:54] </w:t>
      </w:r>
      <w:r>
        <w:t>Earth yahan maujood tha.</w:t>
      </w:r>
    </w:p>
    <w:p>
      <w:pPr>
        <w:jc w:val="right"/>
      </w:pPr>
      <w:r>
        <w:t>Earth یہاں موجود تھا۔</w:t>
      </w:r>
    </w:p>
    <w:p>
      <w:r>
        <w:rPr>
          <w:b/>
        </w:rPr>
        <w:t xml:space="preserve">[29:00] </w:t>
      </w:r>
      <w:r>
        <w:t>mere muwafiq life support system maujood tha.</w:t>
      </w:r>
    </w:p>
    <w:p>
      <w:pPr>
        <w:jc w:val="right"/>
      </w:pPr>
      <w:r>
        <w:t>میرے موافق life support system موجود تھا۔</w:t>
      </w:r>
    </w:p>
    <w:p>
      <w:r>
        <w:rPr>
          <w:b/>
        </w:rPr>
        <w:t xml:space="preserve">[29:06] </w:t>
      </w:r>
      <w:r>
        <w:t>itni saari cheezein meri, mujhe matloob theen, woh sab yahan maujood theen.</w:t>
      </w:r>
    </w:p>
    <w:p>
      <w:pPr>
        <w:jc w:val="right"/>
      </w:pPr>
      <w:r>
        <w:t>اتنی ساری چیزیں میری، مجھے مطلوب تھیں، وہ سب یہاں موجود تھیں۔</w:t>
      </w:r>
    </w:p>
    <w:p>
      <w:r>
        <w:rPr>
          <w:b/>
        </w:rPr>
        <w:t xml:space="preserve">[29:13] </w:t>
      </w:r>
      <w:r>
        <w:t>jo zaahir hai ke maine khud nahin banaya, woh Allah ki taraf se diya gaya.</w:t>
      </w:r>
    </w:p>
    <w:p>
      <w:pPr>
        <w:jc w:val="right"/>
      </w:pPr>
      <w:r>
        <w:t>جو ظاہر ہے کہ میں نے خود نہیں بنایا، وہ اللہ کی طرف سے دیا گیا۔</w:t>
      </w:r>
    </w:p>
    <w:p>
      <w:r>
        <w:rPr>
          <w:b/>
        </w:rPr>
        <w:t xml:space="preserve">[29:19] </w:t>
      </w:r>
      <w:r>
        <w:t>to yeh saare jo bounties hain, jo saare gifts hain, yeh saara jo life support system hai, is</w:t>
      </w:r>
    </w:p>
    <w:p>
      <w:pPr>
        <w:jc w:val="right"/>
      </w:pPr>
      <w:r>
        <w:t>تو یہ سارے جو bounties ہیں، جو سارے gifts ہیں، یہ سارا جو life support system ہے، اس</w:t>
      </w:r>
    </w:p>
    <w:p>
      <w:r>
        <w:rPr>
          <w:b/>
        </w:rPr>
        <w:t xml:space="preserve">[29:25] </w:t>
      </w:r>
      <w:r>
        <w:t>ko socheinge aap to wahi کیفیت hogi ke وَالَّذِينَ آمَنُوا أَشَدُّ حُبًّا لِلَّهِ Allah ke liye strong</w:t>
      </w:r>
    </w:p>
    <w:p>
      <w:pPr>
        <w:jc w:val="right"/>
      </w:pPr>
      <w:r>
        <w:t>کو سوچیں گے آپ تو وہی کیفیت ہوگی کہ وَالَّذِينَ آمَنُوا أَشَدُّ حُبًّا لِلَّهِ اللہ کے لیے strong</w:t>
      </w:r>
    </w:p>
    <w:p>
      <w:r>
        <w:rPr>
          <w:b/>
        </w:rPr>
        <w:t xml:space="preserve">[29:31] </w:t>
      </w:r>
      <w:r>
        <w:t>affection, Allah ke liye bepanah mohabbat.</w:t>
      </w:r>
    </w:p>
    <w:p>
      <w:pPr>
        <w:jc w:val="right"/>
      </w:pPr>
      <w:r>
        <w:t>affection، اللہ کے لیے بے پناہ محبت۔</w:t>
      </w:r>
    </w:p>
    <w:p>
      <w:r>
        <w:rPr>
          <w:b/>
        </w:rPr>
        <w:t xml:space="preserve">[29:38] </w:t>
      </w:r>
      <w:r>
        <w:t>yeh hai aap ka ek test paper.</w:t>
      </w:r>
    </w:p>
    <w:p>
      <w:pPr>
        <w:jc w:val="right"/>
      </w:pPr>
      <w:r>
        <w:t>یہ ہے آپ کا ایک test paper۔</w:t>
      </w:r>
    </w:p>
    <w:p>
      <w:r>
        <w:rPr>
          <w:b/>
        </w:rPr>
        <w:t xml:space="preserve">[29:44] </w:t>
      </w:r>
      <w:r>
        <w:t>aise hi dekhiye, duniya mein aadmi ko Surah Al-Fajr mein ek bohat badi baat kahi gayi hai.</w:t>
      </w:r>
    </w:p>
    <w:p>
      <w:pPr>
        <w:jc w:val="right"/>
      </w:pPr>
      <w:r>
        <w:t>ایسے ہی دیکھیے، دنیا میں آدمی کو سورہ الفجر میں ایک بہت بڑی بات کہی گئی ہے۔</w:t>
      </w:r>
    </w:p>
    <w:p>
      <w:r>
        <w:rPr>
          <w:b/>
        </w:rPr>
        <w:t xml:space="preserve">[29:50] </w:t>
      </w:r>
      <w:r>
        <w:t>duniya mein aadmi par do qism ke tajrube guzarte hain.</w:t>
      </w:r>
    </w:p>
    <w:p>
      <w:pPr>
        <w:jc w:val="right"/>
      </w:pPr>
      <w:r>
        <w:t>دنیا میں آدمی پر دو قسم کے تجربے گزرتے ہیں۔</w:t>
      </w:r>
    </w:p>
    <w:p>
      <w:r>
        <w:rPr>
          <w:b/>
        </w:rPr>
        <w:t xml:space="preserve">[29:56] </w:t>
      </w:r>
      <w:r>
        <w:t>kabhi pleasant, kabhi unpleasant.</w:t>
      </w:r>
    </w:p>
    <w:p>
      <w:pPr>
        <w:jc w:val="right"/>
      </w:pPr>
      <w:r>
        <w:t>کبھی pleasant، کبھی unpleasant۔</w:t>
      </w:r>
    </w:p>
    <w:p>
      <w:r>
        <w:rPr>
          <w:b/>
        </w:rPr>
        <w:t xml:space="preserve">[30:02] </w:t>
      </w:r>
      <w:r>
        <w:t>kabhi is ko koi cheez, koi cheez kho deta hai aadmi, kabhi koi cheez paata hai aadmi.</w:t>
      </w:r>
    </w:p>
    <w:p>
      <w:pPr>
        <w:jc w:val="right"/>
      </w:pPr>
      <w:r>
        <w:t>کبھی اس کو کوئی چیز، کوئی چیز کھو دیتا ہے آدمی، کبھی کوئی چیز پاتا ہے آدمی۔</w:t>
      </w:r>
    </w:p>
    <w:p>
      <w:r>
        <w:rPr>
          <w:b/>
        </w:rPr>
        <w:t xml:space="preserve">[30:09] </w:t>
      </w:r>
      <w:r>
        <w:t>yeh do qism ke tajrubay is ko bar bar hotay hain.</w:t>
      </w:r>
    </w:p>
    <w:p>
      <w:pPr>
        <w:jc w:val="right"/>
      </w:pPr>
      <w:r>
        <w:t>یہ دو قسم کے تجربے اس کو بار بار ہوتے ہیں۔</w:t>
      </w:r>
    </w:p>
    <w:p>
      <w:r>
        <w:rPr>
          <w:b/>
        </w:rPr>
        <w:t xml:space="preserve">[30:15] </w:t>
      </w:r>
      <w:r>
        <w:t>to quran mein kaha gaya hai ke surah alfajr mein ke jab insan ko allah koi cheez deta</w:t>
      </w:r>
    </w:p>
    <w:p>
      <w:pPr>
        <w:jc w:val="right"/>
      </w:pPr>
      <w:r>
        <w:t>تو قرآن میں کہا گیا ہے کہ سورہ الفجر میں کہ جب انسان کو اللہ کوئی چیز دیتا</w:t>
      </w:r>
    </w:p>
    <w:p>
      <w:r>
        <w:rPr>
          <w:b/>
        </w:rPr>
        <w:t xml:space="preserve">[30:21] </w:t>
      </w:r>
      <w:r>
        <w:t>hai, is ko koi dunya ki nemat to kehta hai ke akraman allah ne mujhe izzat daar banaya.</w:t>
      </w:r>
    </w:p>
    <w:p>
      <w:pPr>
        <w:jc w:val="right"/>
      </w:pPr>
      <w:r>
        <w:t>ہے، اس کو کوئی دنیا کی نعمت تو کہتا ہے کہ أَكْرَمًا اللہ نے مجھے عزت دار بنایا۔</w:t>
      </w:r>
    </w:p>
    <w:p>
      <w:r>
        <w:rPr>
          <w:b/>
        </w:rPr>
        <w:t xml:space="preserve">[30:27] </w:t>
      </w:r>
      <w:r>
        <w:t>yani woh jo achievement jo hai, us achievement se woh kya leta hai? Arrogance.</w:t>
      </w:r>
    </w:p>
    <w:p>
      <w:pPr>
        <w:jc w:val="right"/>
      </w:pPr>
      <w:r>
        <w:t>یعنی وہ جو achievement جو ہے، اس achievement سے وہ کیا لیتا ہے؟ Arrogance۔</w:t>
      </w:r>
    </w:p>
    <w:p>
      <w:r>
        <w:rPr>
          <w:b/>
        </w:rPr>
        <w:t xml:space="preserve">[30:33] </w:t>
      </w:r>
      <w:r>
        <w:t>apne ko superior samajhna.</w:t>
      </w:r>
    </w:p>
    <w:p>
      <w:pPr>
        <w:jc w:val="right"/>
      </w:pPr>
      <w:r>
        <w:t>اپنے کو superior سمجھنا۔</w:t>
      </w:r>
    </w:p>
    <w:p>
      <w:r>
        <w:rPr>
          <w:b/>
        </w:rPr>
        <w:t xml:space="preserve">[30:40] </w:t>
      </w:r>
      <w:r>
        <w:t>halankay shukr hona chahiye.</w:t>
      </w:r>
    </w:p>
    <w:p>
      <w:pPr>
        <w:jc w:val="right"/>
      </w:pPr>
      <w:r>
        <w:t>حالانکہ شکر ہونا چاہیے۔</w:t>
      </w:r>
    </w:p>
    <w:p>
      <w:r>
        <w:rPr>
          <w:b/>
        </w:rPr>
        <w:t xml:space="preserve">[30:46] </w:t>
      </w:r>
      <w:r>
        <w:t>yani jo achievement dunya mein hua, us se kya is ne ghiza liya? Woh ghiza liya is ne</w:t>
      </w:r>
    </w:p>
    <w:p>
      <w:pPr>
        <w:jc w:val="right"/>
      </w:pPr>
      <w:r>
        <w:t>یعنی جو achievement دنیا میں ہوا، اس سے کیا اس نے غذا لیا؟ وہ غذا لیا اس نے</w:t>
      </w:r>
    </w:p>
    <w:p>
      <w:r>
        <w:rPr>
          <w:b/>
        </w:rPr>
        <w:t xml:space="preserve">[30:52] </w:t>
      </w:r>
      <w:r>
        <w:t>fakhar ki aur kibr ki, arrogance ki, superiority ki.</w:t>
      </w:r>
    </w:p>
    <w:p>
      <w:pPr>
        <w:jc w:val="right"/>
      </w:pPr>
      <w:r>
        <w:t>فخر کی اور کبر کی، arrogance کی، superiority کی۔</w:t>
      </w:r>
    </w:p>
    <w:p>
      <w:r>
        <w:rPr>
          <w:b/>
        </w:rPr>
        <w:t xml:space="preserve">[30:58] </w:t>
      </w:r>
      <w:r>
        <w:t>yeh is insan ka haal hai jis ko kuch achievement milta hai.</w:t>
      </w:r>
    </w:p>
    <w:p>
      <w:pPr>
        <w:jc w:val="right"/>
      </w:pPr>
      <w:r>
        <w:t>یہ اس انسان کا حال ہے جس کو کچھ achievement ملتا ہے۔</w:t>
      </w:r>
    </w:p>
    <w:p>
      <w:r>
        <w:rPr>
          <w:b/>
        </w:rPr>
        <w:t xml:space="preserve">[31:05] </w:t>
      </w:r>
      <w:r>
        <w:t>allah ki taraf se kuch diya jata hai is ko, achi cheezein.</w:t>
      </w:r>
    </w:p>
    <w:p>
      <w:pPr>
        <w:jc w:val="right"/>
      </w:pPr>
      <w:r>
        <w:t>اللہ کی طرف سے کچھ دیا جاتا ہے اس کو، اچھی چیزیں۔</w:t>
      </w:r>
    </w:p>
    <w:p>
      <w:r>
        <w:rPr>
          <w:b/>
        </w:rPr>
        <w:t xml:space="preserve">[31:11] </w:t>
      </w:r>
      <w:r>
        <w:t>dosri taraf isi surah mein bataya gaya hai ke agar insan ko kuch bure halaat pesh atay hain,</w:t>
      </w:r>
    </w:p>
    <w:p>
      <w:pPr>
        <w:jc w:val="right"/>
      </w:pPr>
      <w:r>
        <w:t>دوسری طرف اسی سورہ میں بتایا گیا ہے کہ اگر انسان کو کچھ برے حالات پیش آتے ہیں،</w:t>
      </w:r>
    </w:p>
    <w:p>
      <w:r>
        <w:rPr>
          <w:b/>
        </w:rPr>
        <w:t xml:space="preserve">[31:17] </w:t>
      </w:r>
      <w:r>
        <w:t>woh mehroom ho jata hai to kya kehta hai? Mere rab ne, kehta hai: "mere rab ne meri,</w:t>
      </w:r>
    </w:p>
    <w:p>
      <w:pPr>
        <w:jc w:val="right"/>
      </w:pPr>
      <w:r>
        <w:t>وہ محروم ہو جاتا ہے تو کیا کہتا ہے؟ میرے رب نے، کہتا ہے: "میرے رب نے میری،</w:t>
      </w:r>
    </w:p>
    <w:p>
      <w:r>
        <w:rPr>
          <w:b/>
        </w:rPr>
        <w:t xml:space="preserve">[31:23] </w:t>
      </w:r>
      <w:r>
        <w:t>میری اہانت کی۔" یعنی inferiority complex سے پڑھایا جاتا ہے وہ۔</w:t>
      </w:r>
    </w:p>
    <w:p>
      <w:pPr>
        <w:jc w:val="right"/>
      </w:pPr>
      <w:r>
        <w:t>میری اہانت کی۔" یعنی inferiority compass سے پڑھایا جاتا ہے وہ۔</w:t>
      </w:r>
    </w:p>
    <w:p>
      <w:r>
        <w:rPr>
          <w:b/>
        </w:rPr>
        <w:t xml:space="preserve">[31:29] </w:t>
      </w:r>
      <w:r>
        <w:t>yani agar pata hai to superiority compass aur agar khota hai to inferiority compass.</w:t>
      </w:r>
    </w:p>
    <w:p>
      <w:pPr>
        <w:jc w:val="right"/>
      </w:pPr>
      <w:r>
        <w:t>یعنی اگر پاتا ہے تو superiority compass اور اگر کھوتا ہے تو inferiority compass۔</w:t>
      </w:r>
    </w:p>
    <w:p>
      <w:r>
        <w:rPr>
          <w:b/>
        </w:rPr>
        <w:t xml:space="preserve">[31:36] </w:t>
      </w:r>
      <w:r>
        <w:t>yeh dono galat hain.</w:t>
      </w:r>
    </w:p>
    <w:p>
      <w:pPr>
        <w:jc w:val="right"/>
      </w:pPr>
      <w:r>
        <w:t>یہ دونوں غلط ہیں۔</w:t>
      </w:r>
    </w:p>
    <w:p>
      <w:r>
        <w:rPr>
          <w:b/>
        </w:rPr>
        <w:t xml:space="preserve">[31:42] </w:t>
      </w:r>
      <w:r>
        <w:t>dono galat hain.</w:t>
      </w:r>
    </w:p>
    <w:p>
      <w:pPr>
        <w:jc w:val="right"/>
      </w:pPr>
      <w:r>
        <w:t>دونوں غلط ہیں۔</w:t>
      </w:r>
    </w:p>
    <w:p>
      <w:r>
        <w:rPr>
          <w:b/>
        </w:rPr>
        <w:t xml:space="preserve">[31:48] </w:t>
      </w:r>
      <w:r>
        <w:t>sahi, sahi baat yeh hai ke aadmi agar paye to shukr kare.</w:t>
      </w:r>
    </w:p>
    <w:p>
      <w:pPr>
        <w:jc w:val="right"/>
      </w:pPr>
      <w:r>
        <w:t>صحیح، صحیح بات یہ ہے کہ آدمی اگر پائے تو شکر کرے۔</w:t>
      </w:r>
    </w:p>
    <w:p>
      <w:r>
        <w:rPr>
          <w:b/>
        </w:rPr>
        <w:t xml:space="preserve">[31:54] </w:t>
      </w:r>
      <w:r>
        <w:t>agar bil farz woh na paye to sabr kare.</w:t>
      </w:r>
    </w:p>
    <w:p>
      <w:pPr>
        <w:jc w:val="right"/>
      </w:pPr>
      <w:r>
        <w:t>اگر بالفرض وہ نہ پائے تو صبر کرے۔</w:t>
      </w:r>
    </w:p>
    <w:p>
      <w:r>
        <w:rPr>
          <w:b/>
        </w:rPr>
        <w:t xml:space="preserve">[32:01] </w:t>
      </w:r>
      <w:r>
        <w:t>sabr ka matlab kya hai? Qanaat karna, contentment, us par raazi hona.</w:t>
      </w:r>
    </w:p>
    <w:p>
      <w:pPr>
        <w:jc w:val="right"/>
      </w:pPr>
      <w:r>
        <w:t>صبر کا معنی کیا ہے؟ قناعت کرنا، contentment، اس پر راضی ہونا۔</w:t>
      </w:r>
    </w:p>
    <w:p>
      <w:r>
        <w:rPr>
          <w:b/>
        </w:rPr>
        <w:t xml:space="preserve">[32:07] </w:t>
      </w:r>
      <w:r>
        <w:t>to isi surah mein phir bataya ke sahi insan kon hai? Sahi insan ko bataya ke woh hai</w:t>
      </w:r>
    </w:p>
    <w:p>
      <w:pPr>
        <w:jc w:val="right"/>
      </w:pPr>
      <w:r>
        <w:t>تو اسی سورہ میں پھر بتایا کہ صحیح انسان کون ہے؟ صحیح انسان کو بتایا کہ وہ ہے</w:t>
      </w:r>
    </w:p>
    <w:p>
      <w:r>
        <w:rPr>
          <w:b/>
        </w:rPr>
        <w:t xml:space="preserve">[32:13] </w:t>
      </w:r>
      <w:r>
        <w:t>jo an nasful mutma'innah ho.</w:t>
      </w:r>
    </w:p>
    <w:p>
      <w:pPr>
        <w:jc w:val="right"/>
      </w:pPr>
      <w:r>
        <w:t>جو أَنْ نَسْفُلْ مُطْمَئِنَّةً ہو۔</w:t>
      </w:r>
    </w:p>
    <w:p>
      <w:r>
        <w:rPr>
          <w:b/>
        </w:rPr>
        <w:t xml:space="preserve">[32:19] </w:t>
      </w:r>
      <w:r>
        <w:t>أَنْ نَفْسُلْ مُطْمَئِنَّةً yani complex-free soul. Complex-free soul.</w:t>
      </w:r>
    </w:p>
    <w:p>
      <w:pPr>
        <w:jc w:val="right"/>
      </w:pPr>
      <w:r>
        <w:t>أَنْ نَفْسُلْ مُطْمَئِنَّةً یعنی complex-free soul. Complex-free soul.</w:t>
      </w:r>
    </w:p>
    <w:p>
      <w:r>
        <w:rPr>
          <w:b/>
        </w:rPr>
        <w:t xml:space="preserve">[32:25] </w:t>
      </w:r>
      <w:r>
        <w:t>yani woh na to is ke andar arrogance ho, na pride ho.</w:t>
      </w:r>
    </w:p>
    <w:p>
      <w:pPr>
        <w:jc w:val="right"/>
      </w:pPr>
      <w:r>
        <w:t>یعنی وہ نہ تو اس کے اندر arrogance ہو، نہ pride ہو۔</w:t>
      </w:r>
    </w:p>
    <w:p>
      <w:r>
        <w:rPr>
          <w:b/>
        </w:rPr>
        <w:t xml:space="preserve">[32:32] </w:t>
      </w:r>
      <w:r>
        <w:t>aur dosri taraf is ke andar na to inferiority complex ho.</w:t>
      </w:r>
    </w:p>
    <w:p>
      <w:pPr>
        <w:jc w:val="right"/>
      </w:pPr>
      <w:r>
        <w:t>اور دوسری طرف اس کے اندر نہ تو inferiority complex ہو۔</w:t>
      </w:r>
    </w:p>
    <w:p>
      <w:r>
        <w:rPr>
          <w:b/>
        </w:rPr>
        <w:t xml:space="preserve">[32:38] </w:t>
      </w:r>
      <w:r>
        <w:t>manfi, yani jo manfi ikhlaqiyat hoti hain, us se bhi woh pak ho.</w:t>
      </w:r>
    </w:p>
    <w:p>
      <w:pPr>
        <w:jc w:val="right"/>
      </w:pPr>
      <w:r>
        <w:t>منفی، یعنی جو منفی اخلاقیات ہوتی ہیں، اس سے بھی وہ پاک ہو۔</w:t>
      </w:r>
    </w:p>
    <w:p>
      <w:r>
        <w:rPr>
          <w:b/>
        </w:rPr>
        <w:t xml:space="preserve">[32:44] </w:t>
      </w:r>
      <w:r>
        <w:t>woh hai an nafsul mutma'innah complex-free soul.</w:t>
      </w:r>
    </w:p>
    <w:p>
      <w:pPr>
        <w:jc w:val="right"/>
      </w:pPr>
      <w:r>
        <w:t>وہ ہے أَنْ نَفْسُلْ مُطْمَئِنَّةً complex-free soul۔</w:t>
      </w:r>
    </w:p>
    <w:p>
      <w:r>
        <w:rPr>
          <w:b/>
        </w:rPr>
        <w:t xml:space="preserve">[32:50] </w:t>
      </w:r>
      <w:r>
        <w:t>toh farmaya ke ya ayyuhal nafsul mutma'innah irji'i ila rabbiki radiyatan mardiyyatan fadkhuli fi 'ibadi wadkhuli jannati aye nafs-e-mutma'innah!</w:t>
      </w:r>
    </w:p>
    <w:p>
      <w:pPr>
        <w:jc w:val="right"/>
      </w:pPr>
      <w:r>
        <w:t>تو فرمایا کہ يَا أَيَهَا النَّفْسُ الْمُطْمَئِنَّةُ اِرْجَعِي إِلَى رَبِّكِ رَاضِيَةً مَرْضِيًّا فَادْخُلِي فِي عِبَادِي وَادْخُلِي جَنَّتِي اے نفس مطمئنہ!</w:t>
      </w:r>
    </w:p>
    <w:p>
      <w:r>
        <w:rPr>
          <w:b/>
        </w:rPr>
        <w:t xml:space="preserve">[32:57] </w:t>
      </w:r>
      <w:r>
        <w:t>is ko aakhirat mein kaha jaye ke tum dakhil ho jao jannat mein.</w:t>
      </w:r>
    </w:p>
    <w:p>
      <w:pPr>
        <w:jc w:val="right"/>
      </w:pPr>
      <w:r>
        <w:t>اس کو آخرت میں کہا جائے کہ تم داخل ہو جاؤ جنت میں۔</w:t>
      </w:r>
    </w:p>
    <w:p>
      <w:r>
        <w:rPr>
          <w:b/>
        </w:rPr>
        <w:t xml:space="preserve">[33:02] </w:t>
      </w:r>
      <w:r>
        <w:t>kyunke tum razi ho gaye Allah ke faisle par.</w:t>
      </w:r>
    </w:p>
    <w:p>
      <w:pPr>
        <w:jc w:val="right"/>
      </w:pPr>
      <w:r>
        <w:t>کیونکہ تم راضی ہو گئے اللہ کے فیصلے پر۔</w:t>
      </w:r>
    </w:p>
    <w:p>
      <w:r>
        <w:rPr>
          <w:b/>
        </w:rPr>
        <w:t xml:space="preserve">[33:08] </w:t>
      </w:r>
      <w:r>
        <w:t>to ab Allah razi ho ga tumhare upar.</w:t>
      </w:r>
    </w:p>
    <w:p>
      <w:pPr>
        <w:jc w:val="right"/>
      </w:pPr>
      <w:r>
        <w:t>تو اب اللہ راضی ہو گا تمہارے اوپر۔</w:t>
      </w:r>
    </w:p>
    <w:p>
      <w:r>
        <w:rPr>
          <w:b/>
        </w:rPr>
        <w:t xml:space="preserve">[33:14] </w:t>
      </w:r>
      <w:r>
        <w:t>ab tum ko Allah taala ne inaam ki taur par jannat ka faisla kar diya.</w:t>
      </w:r>
    </w:p>
    <w:p>
      <w:pPr>
        <w:jc w:val="right"/>
      </w:pPr>
      <w:r>
        <w:t>اب تم کو اللہ تعالیٰ نے انعام کی طور پر جنت کا فیصلہ کر دیا۔</w:t>
      </w:r>
    </w:p>
    <w:p>
      <w:r>
        <w:rPr>
          <w:b/>
        </w:rPr>
        <w:t xml:space="preserve">[33:20] </w:t>
      </w:r>
      <w:r>
        <w:t>fadhkhuli fi ibadi wadkhuli jannati jannat mein dakhil ho jao aur mere bando ke sath raho.</w:t>
      </w:r>
    </w:p>
    <w:p>
      <w:pPr>
        <w:jc w:val="right"/>
      </w:pPr>
      <w:r>
        <w:t>فَادْخُلِي فِي عِبَادِي وَادْخُلِي جَنَّتِي جنت میں داخل ہو جاؤ اور میرے بندوں کے ساتھ رہو۔</w:t>
      </w:r>
    </w:p>
    <w:p>
      <w:r>
        <w:rPr>
          <w:b/>
        </w:rPr>
        <w:t xml:space="preserve">[33:26] </w:t>
      </w:r>
      <w:r>
        <w:t>yeh bara thrilling was, bohat thrilling.</w:t>
      </w:r>
    </w:p>
    <w:p>
      <w:pPr>
        <w:jc w:val="right"/>
      </w:pPr>
      <w:r>
        <w:t>یہ بڑا thrilling was، بہت thrilling۔</w:t>
      </w:r>
    </w:p>
    <w:p>
      <w:r>
        <w:rPr>
          <w:b/>
        </w:rPr>
        <w:t xml:space="preserve">[33:32] </w:t>
      </w:r>
      <w:r>
        <w:t>dekhiye, is dunya mein jin khushiyon ka tajurba karte hain aap, un mein aik bohat bari khushi yeh</w:t>
      </w:r>
    </w:p>
    <w:p>
      <w:pPr>
        <w:jc w:val="right"/>
      </w:pPr>
      <w:r>
        <w:t>دیکھیے، اس دنیا میں جن خوشیوں کا تجربہ کرتے ہیں آپ، ان میں ایک بہت بڑی خوشی یہ</w:t>
      </w:r>
    </w:p>
    <w:p>
      <w:r>
        <w:rPr>
          <w:b/>
        </w:rPr>
        <w:t xml:space="preserve">[33:37] </w:t>
      </w:r>
      <w:r>
        <w:t>hoti hai ke aap aise logon se milein jin ka wavelength aik ho.</w:t>
      </w:r>
    </w:p>
    <w:p>
      <w:pPr>
        <w:jc w:val="right"/>
      </w:pPr>
      <w:r>
        <w:t>ہوتی ہے کہ آپ ایسے لوگوں سے ملیں جن کا wavelength ایک ہو۔</w:t>
      </w:r>
    </w:p>
    <w:p>
      <w:r>
        <w:rPr>
          <w:b/>
        </w:rPr>
        <w:t xml:space="preserve">[33:43] </w:t>
      </w:r>
      <w:r>
        <w:t>aik wavelength wale, aik taste wale, hum mazak.</w:t>
      </w:r>
    </w:p>
    <w:p>
      <w:pPr>
        <w:jc w:val="right"/>
      </w:pPr>
      <w:r>
        <w:t>ایک wavelength والے، ایک taste والے، ہم مذاق۔</w:t>
      </w:r>
    </w:p>
    <w:p>
      <w:r>
        <w:rPr>
          <w:b/>
        </w:rPr>
        <w:t xml:space="preserve">[33:49] </w:t>
      </w:r>
      <w:r>
        <w:t>to bohat hi khushi hoti hai un mein.</w:t>
      </w:r>
    </w:p>
    <w:p>
      <w:pPr>
        <w:jc w:val="right"/>
      </w:pPr>
      <w:r>
        <w:t>تو بہت ہی خوشی ہوتی ہے ان میں۔</w:t>
      </w:r>
    </w:p>
    <w:p>
      <w:r>
        <w:rPr>
          <w:b/>
        </w:rPr>
        <w:t xml:space="preserve">[33:55] </w:t>
      </w:r>
      <w:r>
        <w:t>un ke sath baithein, un ke sath khayein piyein, un ke sath baat cheet karein.</w:t>
      </w:r>
    </w:p>
    <w:p>
      <w:pPr>
        <w:jc w:val="right"/>
      </w:pPr>
      <w:r>
        <w:t>ان کے ساتھ بیٹھیں، ان کے ساتھ کھائیں پیئیں، ان کے ساتھ بات چیت کریں۔</w:t>
      </w:r>
    </w:p>
    <w:p>
      <w:r>
        <w:rPr>
          <w:b/>
        </w:rPr>
        <w:t xml:space="preserve">[34:01] </w:t>
      </w:r>
      <w:r>
        <w:t>un ke sath aap baghon mein chalein aur aur sadkon par sair karein to bohat hi acha lagta hai.</w:t>
      </w:r>
    </w:p>
    <w:p>
      <w:pPr>
        <w:jc w:val="right"/>
      </w:pPr>
      <w:r>
        <w:t>ان کے ساتھ آپ باغوں میں چلیں اور اور سڑکوں پر سیر کریں تو بہت ہی اچھا لگتا ہے۔</w:t>
      </w:r>
    </w:p>
    <w:p>
      <w:r>
        <w:rPr>
          <w:b/>
        </w:rPr>
        <w:t xml:space="preserve">[34:07] </w:t>
      </w:r>
      <w:r>
        <w:t>to jannat woh maqam hai jahan aap selected logon ke sath rahe ga. Selected log.</w:t>
      </w:r>
    </w:p>
    <w:p>
      <w:pPr>
        <w:jc w:val="right"/>
      </w:pPr>
      <w:r>
        <w:t>تو جنت وہ مقام ہے جہاں آپ selected لوگوں کے ساتھ رہیں گے۔ Selected لوگ۔</w:t>
      </w:r>
    </w:p>
    <w:p>
      <w:r>
        <w:rPr>
          <w:b/>
        </w:rPr>
        <w:t xml:space="preserve">[34:13] </w:t>
      </w:r>
      <w:r>
        <w:t>yani poori poori poori jo, yani poori poori jo tareekh hai, poori tareekh mein jo billion train log</w:t>
      </w:r>
    </w:p>
    <w:p>
      <w:pPr>
        <w:jc w:val="right"/>
      </w:pPr>
      <w:r>
        <w:t>یعنی پوری پوری پوری جو، یعنی پوری پوری جو تاریخ ہے، پوری تاریخ میں جو billion train لوگ</w:t>
      </w:r>
    </w:p>
    <w:p>
      <w:r>
        <w:rPr>
          <w:b/>
        </w:rPr>
        <w:t xml:space="preserve">[34:18] </w:t>
      </w:r>
      <w:r>
        <w:t>paida hue, un sab mein se chuna jaye ga.</w:t>
      </w:r>
    </w:p>
    <w:p>
      <w:pPr>
        <w:jc w:val="right"/>
      </w:pPr>
      <w:r>
        <w:t>پیدا ہوئے، ان سب میں سے چنا جائے گا۔</w:t>
      </w:r>
    </w:p>
    <w:p>
      <w:r>
        <w:rPr>
          <w:b/>
        </w:rPr>
        <w:t xml:space="preserve">[34:24] </w:t>
      </w:r>
      <w:r>
        <w:t>un logon ko jin ke andar right thinking thi, jin ke andar good conduct tha, jo Allah se</w:t>
      </w:r>
    </w:p>
    <w:p>
      <w:pPr>
        <w:jc w:val="right"/>
      </w:pPr>
      <w:r>
        <w:t>ان لوگوں کو جن کے اندر right thinking تھی، جن کے اندر good conduct تھا، جو اللہ سے</w:t>
      </w:r>
    </w:p>
    <w:p>
      <w:r>
        <w:rPr>
          <w:b/>
        </w:rPr>
        <w:t xml:space="preserve">[34:30] </w:t>
      </w:r>
      <w:r>
        <w:t>darnay wale the, Allah se mohabbat karne wale the.</w:t>
      </w:r>
    </w:p>
    <w:p>
      <w:pPr>
        <w:jc w:val="right"/>
      </w:pPr>
      <w:r>
        <w:t>ڈرنے والے تھے، اللہ سے محبت کرنے والے تھے۔</w:t>
      </w:r>
    </w:p>
    <w:p>
      <w:r>
        <w:rPr>
          <w:b/>
        </w:rPr>
        <w:t xml:space="preserve">[34:36] </w:t>
      </w:r>
      <w:r>
        <w:t>jo well-wisher the, jo peace mein jeete the, jo hate se free, hate se khali the.</w:t>
      </w:r>
    </w:p>
    <w:p>
      <w:pPr>
        <w:jc w:val="right"/>
      </w:pPr>
      <w:r>
        <w:t>جو well-wisher تھے، جو peace میں جیتے تھے، جو hate سے free، hate سے خالی تھے۔</w:t>
      </w:r>
    </w:p>
    <w:p>
      <w:r>
        <w:rPr>
          <w:b/>
        </w:rPr>
        <w:t xml:space="preserve">[34:42] </w:t>
      </w:r>
      <w:r>
        <w:t>jin ke andar positive thinking thi.</w:t>
      </w:r>
    </w:p>
    <w:p>
      <w:pPr>
        <w:jc w:val="right"/>
      </w:pPr>
      <w:r>
        <w:t>جن کے اندر positive thinking تھی۔</w:t>
      </w:r>
    </w:p>
    <w:p>
      <w:r>
        <w:rPr>
          <w:b/>
        </w:rPr>
        <w:t xml:space="preserve">[34:48] </w:t>
      </w:r>
      <w:r>
        <w:t>yeh sare jo awsaf, jo jo positive awsaf hain, woh un jo jinho ne saboot diya dunya mein,</w:t>
      </w:r>
    </w:p>
    <w:p>
      <w:pPr>
        <w:jc w:val="right"/>
      </w:pPr>
      <w:r>
        <w:t>یہ سارے جو اوصاف، جو جو positive اوصاف ہیں، وہ ان جو جنہوں نے ثبوت دیا دنیا میں،</w:t>
      </w:r>
    </w:p>
    <w:p>
      <w:r>
        <w:rPr>
          <w:b/>
        </w:rPr>
        <w:t xml:space="preserve">[34:53] </w:t>
      </w:r>
      <w:r>
        <w:t>is qism ke awsaf ka, woh sab chun kar ke, chun kar ke jannat mein ikatha kiye jayen ga.</w:t>
      </w:r>
    </w:p>
    <w:p>
      <w:pPr>
        <w:jc w:val="right"/>
      </w:pPr>
      <w:r>
        <w:t>اس قسم کے اوصاف کا، وہ سب چن کر کے، چن کر کے جنت میں اکٹھا کیے جائیں گے۔</w:t>
      </w:r>
    </w:p>
    <w:p>
      <w:r>
        <w:rPr>
          <w:b/>
        </w:rPr>
        <w:t xml:space="preserve">[34:59] </w:t>
      </w:r>
      <w:r>
        <w:t>ab ghor kijiye, aise logon ke sath rehna hai.</w:t>
      </w:r>
    </w:p>
    <w:p>
      <w:pPr>
        <w:jc w:val="right"/>
      </w:pPr>
      <w:r>
        <w:t>اب غور کیجیے، ایسے لوگوں کے ساتھ رہنا ہے۔</w:t>
      </w:r>
    </w:p>
    <w:p>
      <w:r>
        <w:rPr>
          <w:b/>
        </w:rPr>
        <w:t xml:space="preserve">[35:05] </w:t>
      </w:r>
      <w:r>
        <w:t>kitna ajeeb, kitna ajeeb woh, yani is mein joyful ho ga woh.</w:t>
      </w:r>
    </w:p>
    <w:p>
      <w:pPr>
        <w:jc w:val="right"/>
      </w:pPr>
      <w:r>
        <w:t>کتنا عجیب، کتنا عجیب وہ، یعنی اس میں joyful ہو گا وہ۔</w:t>
      </w:r>
    </w:p>
    <w:p>
      <w:r>
        <w:rPr>
          <w:b/>
        </w:rPr>
        <w:t xml:space="preserve">[35:11] </w:t>
      </w:r>
      <w:r>
        <w:t>kitna ajeeb joyful ho ga.</w:t>
      </w:r>
    </w:p>
    <w:p>
      <w:pPr>
        <w:jc w:val="right"/>
      </w:pPr>
      <w:r>
        <w:t>کتنا عجیب joyful ہو گا۔</w:t>
      </w:r>
    </w:p>
    <w:p>
      <w:r>
        <w:rPr>
          <w:b/>
        </w:rPr>
        <w:t xml:space="preserve">[35:17] </w:t>
      </w:r>
      <w:r>
        <w:t>zauq aik shayar the jo, yani badshah zafar ke zamane mein.</w:t>
      </w:r>
    </w:p>
    <w:p>
      <w:pPr>
        <w:jc w:val="right"/>
      </w:pPr>
      <w:r>
        <w:t>ذوق ایک شاعر تھے جو، یعنی بادشاہ ظفر کے زمانے میں۔</w:t>
      </w:r>
    </w:p>
    <w:p>
      <w:r>
        <w:rPr>
          <w:b/>
        </w:rPr>
        <w:t xml:space="preserve">[35:23] </w:t>
      </w:r>
      <w:r>
        <w:t>to unhon ne ek sher kaha tha ke: "ae zauq!</w:t>
      </w:r>
    </w:p>
    <w:p>
      <w:pPr>
        <w:jc w:val="right"/>
      </w:pPr>
      <w:r>
        <w:t>تو انہوں نے ایک شعر کہا تھا کہ: "اے ذوق!</w:t>
      </w:r>
    </w:p>
    <w:p>
      <w:r>
        <w:rPr>
          <w:b/>
        </w:rPr>
        <w:t xml:space="preserve">[35:29] </w:t>
      </w:r>
      <w:r>
        <w:t>kisi hamdam-e-derine se milna behtar hai mulaqat-e-maseeha o khizr se." jis mein insaan ke ek, ek</w:t>
      </w:r>
    </w:p>
    <w:p>
      <w:pPr>
        <w:jc w:val="right"/>
      </w:pPr>
      <w:r>
        <w:t>کسی ہمدمِ دیرینے سے ملنا بہتر ہے ملاقاتِ مسیحا و خضر سے۔" جس میں انسان کے ایک، ایک</w:t>
      </w:r>
    </w:p>
    <w:p>
      <w:r>
        <w:rPr>
          <w:b/>
        </w:rPr>
        <w:t xml:space="preserve">[35:34] </w:t>
      </w:r>
      <w:r>
        <w:t>insaan ke ek, ek insaan ke ek mizaj ko bataya gaya hai ke insaan jo hai apne ham</w:t>
      </w:r>
    </w:p>
    <w:p>
      <w:pPr>
        <w:jc w:val="right"/>
      </w:pPr>
      <w:r>
        <w:t>انسان کے ایک، ایک انسان کے ایک مزاج کو بتایا گیا ہے کہ انسان جو ہے اپنے ہم</w:t>
      </w:r>
    </w:p>
    <w:p>
      <w:r>
        <w:rPr>
          <w:b/>
        </w:rPr>
        <w:t xml:space="preserve">[35:40] </w:t>
      </w:r>
      <w:r>
        <w:t>mashrab logon ke sath milne mein, apne ham mazaq logon ke sath milne mein, is ko bohat khushi</w:t>
      </w:r>
    </w:p>
    <w:p>
      <w:pPr>
        <w:jc w:val="right"/>
      </w:pPr>
      <w:r>
        <w:t>مشرب لوگوں کے ساتھ ملنے میں، اپنے ہم مذاق لوگوں کے ساتھ ملنے میں، اس کو بہت خوشی</w:t>
      </w:r>
    </w:p>
    <w:p>
      <w:r>
        <w:rPr>
          <w:b/>
        </w:rPr>
        <w:t xml:space="preserve">[35:46] </w:t>
      </w:r>
      <w:r>
        <w:t>milti hai is ko.</w:t>
      </w:r>
    </w:p>
    <w:p>
      <w:pPr>
        <w:jc w:val="right"/>
      </w:pPr>
      <w:r>
        <w:t>ملتی ہے اس کو۔</w:t>
      </w:r>
    </w:p>
    <w:p>
      <w:r>
        <w:rPr>
          <w:b/>
        </w:rPr>
        <w:t xml:space="preserve">[35:52] </w:t>
      </w:r>
      <w:r>
        <w:t>to jahan poori poori tareekh se chun kar ke woh log ikattha kiye jayen, jo sachche insaan the,</w:t>
      </w:r>
    </w:p>
    <w:p>
      <w:pPr>
        <w:jc w:val="right"/>
      </w:pPr>
      <w:r>
        <w:t>تو جہاں پوری پوری تاریخ سے چن کر کے وہ لوگ اکٹھا کیے جائیں، جو سچے انسان تھے،</w:t>
      </w:r>
    </w:p>
    <w:p>
      <w:r>
        <w:rPr>
          <w:b/>
        </w:rPr>
        <w:t xml:space="preserve">[35:58] </w:t>
      </w:r>
      <w:r>
        <w:t>sachche insaan jinhon ne sachcha tareeqa ikhtiyar kiya zindagi guzarnay ka, to kaisa ajeeb woh, woh jagah ho gi.</w:t>
      </w:r>
    </w:p>
    <w:p>
      <w:pPr>
        <w:jc w:val="right"/>
      </w:pPr>
      <w:r>
        <w:t>سچے انسان جنہوں نے سچا طریقہ اختیار کیا زندگی گزارنے کا، تو کیسا عجیب وہ، وہ جگہ ہو گی۔</w:t>
      </w:r>
    </w:p>
    <w:p>
      <w:r>
        <w:rPr>
          <w:b/>
        </w:rPr>
        <w:t xml:space="preserve">[36:04] </w:t>
      </w:r>
      <w:r>
        <w:t>kaisi ajeeb jagah ho gi.</w:t>
      </w:r>
    </w:p>
    <w:p>
      <w:pPr>
        <w:jc w:val="right"/>
      </w:pPr>
      <w:r>
        <w:t>کیسی عجیب جگہ ہو گی۔</w:t>
      </w:r>
    </w:p>
    <w:p>
      <w:r>
        <w:rPr>
          <w:b/>
        </w:rPr>
        <w:t xml:space="preserve">[36:10] </w:t>
      </w:r>
      <w:r>
        <w:t>to wahan jagah panay ke liye aap is dunya mein aadmi ko apne aap ko sabit karna parta</w:t>
      </w:r>
    </w:p>
    <w:p>
      <w:pPr>
        <w:jc w:val="right"/>
      </w:pPr>
      <w:r>
        <w:t>تو وہاں جگہ پانے کے لیے آپ اس دنیا میں آدمی کو اپنے آپ کو ثابت کرنا پڑتا</w:t>
      </w:r>
    </w:p>
    <w:p>
      <w:r>
        <w:rPr>
          <w:b/>
        </w:rPr>
        <w:t xml:space="preserve">[36:16] </w:t>
      </w:r>
      <w:r>
        <w:t>hai ke woh is ka deserving candidate hai.</w:t>
      </w:r>
    </w:p>
    <w:p>
      <w:pPr>
        <w:jc w:val="right"/>
      </w:pPr>
      <w:r>
        <w:t>ہے کہ وہ اس کا deserving candidate ہے۔</w:t>
      </w:r>
    </w:p>
    <w:p>
      <w:r>
        <w:rPr>
          <w:b/>
        </w:rPr>
        <w:t xml:space="preserve">[36:22] </w:t>
      </w:r>
      <w:r>
        <w:t>is ka woh deserving candidate hai.</w:t>
      </w:r>
    </w:p>
    <w:p>
      <w:pPr>
        <w:jc w:val="right"/>
      </w:pPr>
      <w:r>
        <w:t>اس کا وہ deserving candidate ہے۔</w:t>
      </w:r>
    </w:p>
    <w:p>
      <w:r>
        <w:rPr>
          <w:b/>
        </w:rPr>
        <w:t xml:space="preserve">[36:28] </w:t>
      </w:r>
      <w:r>
        <w:t>yeh hai sara maamla.</w:t>
      </w:r>
    </w:p>
    <w:p>
      <w:pPr>
        <w:jc w:val="right"/>
      </w:pPr>
      <w:r>
        <w:t>یہ ہے سارا معاملہ۔</w:t>
      </w:r>
    </w:p>
    <w:p>
      <w:r>
        <w:rPr>
          <w:b/>
        </w:rPr>
        <w:t xml:space="preserve">[36:34] </w:t>
      </w:r>
      <w:r>
        <w:t>aisa nahi hai ke koi, koi ek qaum hai, poori poori qaum ko jannat mein dakhil kar do.</w:t>
      </w:r>
    </w:p>
    <w:p>
      <w:pPr>
        <w:jc w:val="right"/>
      </w:pPr>
      <w:r>
        <w:t>ایسا نہیں ہے کہ کوئی، کوئی ایک قوم ہے، پوری پوری قوم کو جنت میں داخل کر دو۔</w:t>
      </w:r>
    </w:p>
    <w:p>
      <w:r>
        <w:rPr>
          <w:b/>
        </w:rPr>
        <w:t xml:space="preserve">[36:39] </w:t>
      </w:r>
      <w:r>
        <w:t>ya kuch buzurg hain, un ka daman thaam lo.</w:t>
      </w:r>
    </w:p>
    <w:p>
      <w:pPr>
        <w:jc w:val="right"/>
      </w:pPr>
      <w:r>
        <w:t>یا کچھ بزرگ ہیں، ان کا دامن تھام لو۔</w:t>
      </w:r>
    </w:p>
    <w:p>
      <w:r>
        <w:rPr>
          <w:b/>
        </w:rPr>
        <w:t xml:space="preserve">[36:45] </w:t>
      </w:r>
      <w:r>
        <w:t>ya kuch aur mysterious qism ke aamal kar lo.</w:t>
      </w:r>
    </w:p>
    <w:p>
      <w:pPr>
        <w:jc w:val="right"/>
      </w:pPr>
      <w:r>
        <w:t>یا کچھ اور mysterious قسم کے اعمال کر لو۔</w:t>
      </w:r>
    </w:p>
    <w:p>
      <w:r>
        <w:rPr>
          <w:b/>
        </w:rPr>
        <w:t xml:space="preserve">[36:51] </w:t>
      </w:r>
      <w:r>
        <w:t>yeh sab harghiz nahi hai.</w:t>
      </w:r>
    </w:p>
    <w:p>
      <w:pPr>
        <w:jc w:val="right"/>
      </w:pPr>
      <w:r>
        <w:t>یہ سب ہرگز نہیں ہے۔</w:t>
      </w:r>
    </w:p>
    <w:p>
      <w:r>
        <w:rPr>
          <w:b/>
        </w:rPr>
        <w:t xml:space="preserve">[36:57] </w:t>
      </w:r>
      <w:r>
        <w:t>sara maamla hai ke aap ne is dunya mein kaisi personality banai.</w:t>
      </w:r>
    </w:p>
    <w:p>
      <w:pPr>
        <w:jc w:val="right"/>
      </w:pPr>
      <w:r>
        <w:t>سارا معاملہ ہے کہ آپ نے اس دنیا میں کیسی personality بنائی۔</w:t>
      </w:r>
    </w:p>
    <w:p>
      <w:r>
        <w:rPr>
          <w:b/>
        </w:rPr>
        <w:t xml:space="preserve">[37:03] </w:t>
      </w:r>
      <w:r>
        <w:t>zalika jaza'u man tazakkara yani jannat un logon ke liye hai jinhon ne apne andar purified soul develop kiya. Purified soul.</w:t>
      </w:r>
    </w:p>
    <w:p>
      <w:pPr>
        <w:jc w:val="right"/>
      </w:pPr>
      <w:r>
        <w:t>ذٰلِكَ جَزَاءُ مَنْ تَذَكَّرَ یعنی جنت ان لوگوں کے لیے ہے جنہوں نے اپنے اندر purified soul develop کیا۔ Purified soul۔</w:t>
      </w:r>
    </w:p>
    <w:p>
      <w:r>
        <w:rPr>
          <w:b/>
        </w:rPr>
        <w:t xml:space="preserve">[37:09] </w:t>
      </w:r>
      <w:r>
        <w:t>yani apni thinking ke aitbar se, apne intention ke aitbar se, apni speech ke aitbar se, apne action</w:t>
      </w:r>
    </w:p>
    <w:p>
      <w:pPr>
        <w:jc w:val="right"/>
      </w:pPr>
      <w:r>
        <w:t>یعنی اپنی thinking کے اعتبار سے، اپنے intention کے اعتبار سے، اپنی speech کے اعتبار سے، اپنے action</w:t>
      </w:r>
    </w:p>
    <w:p>
      <w:r>
        <w:rPr>
          <w:b/>
        </w:rPr>
        <w:t xml:space="preserve">[37:15] </w:t>
      </w:r>
      <w:r>
        <w:t>ke aitbar se, apni activities ke aitbar se, jinhon ne apne aap ko is standard ka sabit kiya</w:t>
      </w:r>
    </w:p>
    <w:p>
      <w:pPr>
        <w:jc w:val="right"/>
      </w:pPr>
      <w:r>
        <w:t>کے اعتبار سے، اپنی activities کے اعتبار سے، جنہوں نے اپنے آپ کو اس standard کا ثابت کیا</w:t>
      </w:r>
    </w:p>
    <w:p>
      <w:r>
        <w:rPr>
          <w:b/>
        </w:rPr>
        <w:t xml:space="preserve">[37:21] </w:t>
      </w:r>
      <w:r>
        <w:t>jo jannat ka standard hai.</w:t>
      </w:r>
    </w:p>
    <w:p>
      <w:pPr>
        <w:jc w:val="right"/>
      </w:pPr>
      <w:r>
        <w:t>جو جنت کا standard ہے۔</w:t>
      </w:r>
    </w:p>
    <w:p>
      <w:r>
        <w:rPr>
          <w:b/>
        </w:rPr>
        <w:t xml:space="preserve">[37:27] </w:t>
      </w:r>
      <w:r>
        <w:t>to woh wahan basaye jayen ge.</w:t>
      </w:r>
    </w:p>
    <w:p>
      <w:pPr>
        <w:jc w:val="right"/>
      </w:pPr>
      <w:r>
        <w:t>تو وہ وہاں بسائے جائیں گے۔</w:t>
      </w:r>
    </w:p>
    <w:p>
      <w:r>
        <w:rPr>
          <w:b/>
        </w:rPr>
        <w:t xml:space="preserve">[37:33] </w:t>
      </w:r>
      <w:r>
        <w:t>is ki khabar denay ke liye quran utara gaya ke is ki tayyari karo. Ae logon!</w:t>
      </w:r>
    </w:p>
    <w:p>
      <w:pPr>
        <w:jc w:val="right"/>
      </w:pPr>
      <w:r>
        <w:t>اس کی خبر دینے کے لیے قرآن اتارا گیا کہ اس کی تیاری کرو۔ اے لوگوں!</w:t>
      </w:r>
    </w:p>
    <w:p>
      <w:r>
        <w:rPr>
          <w:b/>
        </w:rPr>
        <w:t xml:space="preserve">[37:39] </w:t>
      </w:r>
      <w:r>
        <w:t>is ki tayyari karo.</w:t>
      </w:r>
    </w:p>
    <w:p>
      <w:pPr>
        <w:jc w:val="right"/>
      </w:pPr>
      <w:r>
        <w:t>اس کی تیاری کرو۔</w:t>
      </w:r>
    </w:p>
    <w:p>
      <w:r>
        <w:rPr>
          <w:b/>
        </w:rPr>
        <w:t xml:space="preserve">[37:40] </w:t>
      </w:r>
      <w:r>
        <w:t>libasilha fa lyamalina la amaloona to logon ko chahiye ke is ki tayyari karein, is ki taraf daudein.</w:t>
      </w:r>
    </w:p>
    <w:p>
      <w:pPr>
        <w:jc w:val="right"/>
      </w:pPr>
      <w:r>
        <w:t>لِبِاسْلِهَا ذَا فَلْيَعْمِلِينَ لَا عَمَلُونَ تو لوگوں کو چاہیے کہ اس کی تیاری کریں، اس کی طرف دوڑیں۔</w:t>
      </w:r>
    </w:p>
    <w:p>
      <w:r>
        <w:rPr>
          <w:b/>
        </w:rPr>
        <w:t xml:space="preserve">[37:48] </w:t>
      </w:r>
      <w:r>
        <w:t>aur is mein dakhla paane ka hareese ho.</w:t>
      </w:r>
    </w:p>
    <w:p>
      <w:pPr>
        <w:jc w:val="right"/>
      </w:pPr>
      <w:r>
        <w:t>اور اس میں داخلہ پانے کا حریص ہوں۔</w:t>
      </w:r>
    </w:p>
    <w:p>
      <w:r>
        <w:rPr>
          <w:b/>
        </w:rPr>
        <w:t xml:space="preserve">[37:51] </w:t>
      </w:r>
      <w:r>
        <w:t>yeh hai Islam.</w:t>
      </w:r>
    </w:p>
    <w:p>
      <w:pPr>
        <w:jc w:val="right"/>
      </w:pPr>
      <w:r>
        <w:t>یہ ہے اسلام۔</w:t>
      </w:r>
    </w:p>
    <w:p>
      <w:r>
        <w:rPr>
          <w:b/>
        </w:rPr>
        <w:t xml:space="preserve">[37:53] </w:t>
      </w:r>
      <w:r>
        <w:t>Islam na to koi qaumi mazhab hai, na koi superior mazhab hai, na woh kisi ka pride hai.</w:t>
      </w:r>
    </w:p>
    <w:p>
      <w:pPr>
        <w:jc w:val="right"/>
      </w:pPr>
      <w:r>
        <w:t>اسلام نہ تو کوئی قومی مذہب ہے، نہ کوئی superior مذہب ہے، نہ وہ کسی کا pride ہے۔</w:t>
      </w:r>
    </w:p>
    <w:p>
      <w:r>
        <w:rPr>
          <w:b/>
        </w:rPr>
        <w:t xml:space="preserve">[38:01] </w:t>
      </w:r>
      <w:r>
        <w:t>yeh sab baatein jo hain qaumi zabaan mein, yeh sab qaumi zabaanein hain.</w:t>
      </w:r>
    </w:p>
    <w:p>
      <w:pPr>
        <w:jc w:val="right"/>
      </w:pPr>
      <w:r>
        <w:t>یہ سب باتیں جو ہیں قومی زبان میں، یہ سب قومی زبانیں ہیں۔</w:t>
      </w:r>
    </w:p>
    <w:p>
      <w:r>
        <w:rPr>
          <w:b/>
        </w:rPr>
        <w:t xml:space="preserve">[38:06] </w:t>
      </w:r>
      <w:r>
        <w:t>yeh Khuda ki zabaan nahi hai.</w:t>
      </w:r>
    </w:p>
    <w:p>
      <w:pPr>
        <w:jc w:val="right"/>
      </w:pPr>
      <w:r>
        <w:t>یہ خدا کی زبان نہیں ہے۔</w:t>
      </w:r>
    </w:p>
    <w:p>
      <w:r>
        <w:rPr>
          <w:b/>
        </w:rPr>
        <w:t xml:space="preserve">[38:09] </w:t>
      </w:r>
      <w:r>
        <w:t>aap agar jaanna chahte hain, yaani Khuda ke mutabiq Islam kya hai, to woh aap ko Quran mein</w:t>
      </w:r>
    </w:p>
    <w:p>
      <w:pPr>
        <w:jc w:val="right"/>
      </w:pPr>
      <w:r>
        <w:t>آپ اگر جاننا چاہتے ہیں، یعنی خدا کے مطابق اسلام کیا ہے، تو وہ آپ کو قرآن میں</w:t>
      </w:r>
    </w:p>
    <w:p>
      <w:r>
        <w:rPr>
          <w:b/>
        </w:rPr>
        <w:t xml:space="preserve">[38:16] </w:t>
      </w:r>
      <w:r>
        <w:t>milega, hadith mein milega, Rasool Allah ki sunnat mein milega.</w:t>
      </w:r>
    </w:p>
    <w:p>
      <w:pPr>
        <w:jc w:val="right"/>
      </w:pPr>
      <w:r>
        <w:t>ملے گا، حدیث میں ملے گا، رسول اللہ کی سنت میں ملے گا۔</w:t>
      </w:r>
    </w:p>
    <w:p>
      <w:r>
        <w:rPr>
          <w:b/>
        </w:rPr>
        <w:t xml:space="preserve">[38:22] </w:t>
      </w:r>
      <w:r>
        <w:t>to yeh hai sara maamla.</w:t>
      </w:r>
    </w:p>
    <w:p>
      <w:pPr>
        <w:jc w:val="right"/>
      </w:pPr>
      <w:r>
        <w:t>تو یہ ہے سارا معاملہ۔</w:t>
      </w:r>
    </w:p>
    <w:p>
      <w:r>
        <w:rPr>
          <w:b/>
        </w:rPr>
        <w:t xml:space="preserve">[38:24] </w:t>
      </w:r>
      <w:r>
        <w:t>to is mein farmaya Quran majeed ne ke, ke woh ayat hai ke: wa yabtaghi ghair al-islami deenan falann</w:t>
      </w:r>
    </w:p>
    <w:p>
      <w:pPr>
        <w:jc w:val="right"/>
      </w:pPr>
      <w:r>
        <w:t>تو اس میں فرمایا قرآن مجید نے کہ، کہ وہ آیت ہے کہ: وَيَبْتَغِيْ غَيْرَ الْإِسْلَامِ دِينًا فَلَنْ</w:t>
      </w:r>
    </w:p>
    <w:p>
      <w:r>
        <w:rPr>
          <w:b/>
        </w:rPr>
        <w:t xml:space="preserve">[38:32] </w:t>
      </w:r>
      <w:r>
        <w:t>yuqbala minhu wa fi al-akhira ban al-khasireen hamein yabtagi ghair al-islami deenan falann yuqbala minhu wa fi al-akhira ban al-khasireen.</w:t>
      </w:r>
    </w:p>
    <w:p>
      <w:pPr>
        <w:jc w:val="right"/>
      </w:pPr>
      <w:r>
        <w:t>يُقْبَلَ مِنْهُ وَفِي الْآخِرَةِ بَنَ الْخَاسِرِينَ ہمیں یبتغِی غَیْرَ الْإِسْلَامِ دِينًا فَلَنْ يُقْبَلَ مِنْهُ وَفِي الْآخِرَةِ بَنَ الْخَاسِرِينَ۔</w:t>
      </w:r>
    </w:p>
    <w:p>
      <w:r>
        <w:rPr>
          <w:b/>
        </w:rPr>
        <w:t xml:space="preserve">[38:40] </w:t>
      </w:r>
      <w:r>
        <w:t>yaani yeh jo submission hai, yeh jo bataya gaya hai Quran mein, aur Rasool Allah salallahu alaihi</w:t>
      </w:r>
    </w:p>
    <w:p>
      <w:pPr>
        <w:jc w:val="right"/>
      </w:pPr>
      <w:r>
        <w:t>یعنی یہ جو submission ہے، یہ جو بتایا گیا ہے قرآن میں، اور رسول اللہ صلی اللہ علیہ</w:t>
      </w:r>
    </w:p>
    <w:p>
      <w:r>
        <w:rPr>
          <w:b/>
        </w:rPr>
        <w:t xml:space="preserve">[38:47] </w:t>
      </w:r>
      <w:r>
        <w:t>wasallam ne is ka model pesh kiya hai, is ke siwa jo chahega koi doosra tareeqa, koi</w:t>
      </w:r>
    </w:p>
    <w:p>
      <w:pPr>
        <w:jc w:val="right"/>
      </w:pPr>
      <w:r>
        <w:t>وسلم نے اس کا model پیش کیا ہے، اس کے سوا جو چاہے گا کوئی دوسرا طریقہ، کوئی</w:t>
      </w:r>
    </w:p>
    <w:p>
      <w:r>
        <w:rPr>
          <w:b/>
        </w:rPr>
        <w:t xml:space="preserve">[38:55] </w:t>
      </w:r>
      <w:r>
        <w:t>doosra nazariya, to woh Allah ka qabool nahi hoga.</w:t>
      </w:r>
    </w:p>
    <w:p>
      <w:pPr>
        <w:jc w:val="right"/>
      </w:pPr>
      <w:r>
        <w:t>دوسرا نظریہ، تو وہ اللہ کا قبول نہیں ہو گا۔</w:t>
      </w:r>
    </w:p>
    <w:p>
      <w:r>
        <w:rPr>
          <w:b/>
        </w:rPr>
        <w:t xml:space="preserve">[38:59] </w:t>
      </w:r>
      <w:r>
        <w:t>aur woh ghaate mein, ghaata uthane walon mein se hoga.</w:t>
      </w:r>
    </w:p>
    <w:p>
      <w:pPr>
        <w:jc w:val="right"/>
      </w:pPr>
      <w:r>
        <w:t>اور وہ گھاٹے میں، گھاٹا اٹھانے والوں میں سے ہو گا۔</w:t>
      </w:r>
    </w:p>
    <w:p>
      <w:r>
        <w:rPr>
          <w:b/>
        </w:rPr>
        <w:t xml:space="preserve">[39:04] </w:t>
      </w:r>
      <w:r>
        <w:t>to is ka matlab yeh hai ke aadmi ko bohat hi zyada sincere hona chahiye is maamle mein.</w:t>
      </w:r>
    </w:p>
    <w:p>
      <w:pPr>
        <w:jc w:val="right"/>
      </w:pPr>
      <w:r>
        <w:t>تو اس کا مطلب یہ ہے کہ آدمی کو بہت ہی زیادہ sincere ہونا چاہیے اس معاملے میں۔</w:t>
      </w:r>
    </w:p>
    <w:p>
      <w:r>
        <w:rPr>
          <w:b/>
        </w:rPr>
        <w:t xml:space="preserve">[39:12] </w:t>
      </w:r>
      <w:r>
        <w:t>apni zindagi ke maamle mein.</w:t>
      </w:r>
    </w:p>
    <w:p>
      <w:pPr>
        <w:jc w:val="right"/>
      </w:pPr>
      <w:r>
        <w:t>اپنی زندگی کے معاملے میں۔</w:t>
      </w:r>
    </w:p>
    <w:p>
      <w:r>
        <w:rPr>
          <w:b/>
        </w:rPr>
        <w:t xml:space="preserve">[39:14] </w:t>
      </w:r>
      <w:r>
        <w:t>bohat zyada sincere.</w:t>
      </w:r>
    </w:p>
    <w:p>
      <w:pPr>
        <w:jc w:val="right"/>
      </w:pPr>
      <w:r>
        <w:t>بہت زیادہ sincere۔</w:t>
      </w:r>
    </w:p>
    <w:p>
      <w:r>
        <w:rPr>
          <w:b/>
        </w:rPr>
        <w:t xml:space="preserve">[39:15] </w:t>
      </w:r>
      <w:r>
        <w:t>bohat zyada sincere.</w:t>
      </w:r>
    </w:p>
    <w:p>
      <w:pPr>
        <w:jc w:val="right"/>
      </w:pPr>
      <w:r>
        <w:t>بہت زیادہ sincere۔</w:t>
      </w:r>
    </w:p>
    <w:p>
      <w:r>
        <w:rPr>
          <w:b/>
        </w:rPr>
        <w:t xml:space="preserve">[39:17] </w:t>
      </w:r>
      <w:r>
        <w:t>mein is maamle mein itna hassas hoon ke aaj subah mein apne bahar jab khara tha aur mere</w:t>
      </w:r>
    </w:p>
    <w:p>
      <w:pPr>
        <w:jc w:val="right"/>
      </w:pPr>
      <w:r>
        <w:t>میں اس معاملے میں اتنا حساس ہوں کہ آج صبح میں اپنے باہر جب کھڑا تھا اور میرے</w:t>
      </w:r>
    </w:p>
    <w:p>
      <w:r>
        <w:rPr>
          <w:b/>
        </w:rPr>
        <w:t xml:space="preserve">[39:25] </w:t>
      </w:r>
      <w:r>
        <w:t>saamne jo road hai, us par saari, yani har tarah ke log guzarte hain, to un ko dekh</w:t>
      </w:r>
    </w:p>
    <w:p>
      <w:pPr>
        <w:jc w:val="right"/>
      </w:pPr>
      <w:r>
        <w:t>سامنے جو road ہے، اس پر ساری، یعنی ہر طرح کے لوگ گزرتے ہیں، تو ان کو دیکھ</w:t>
      </w:r>
    </w:p>
    <w:p>
      <w:r>
        <w:rPr>
          <w:b/>
        </w:rPr>
        <w:t xml:space="preserve">[39:32] </w:t>
      </w:r>
      <w:r>
        <w:t>kar, yani mehsoos karta hoon mein ke insaan kya kar raha hai, insaan ki tajassusiyan kya hain.</w:t>
      </w:r>
    </w:p>
    <w:p>
      <w:pPr>
        <w:jc w:val="right"/>
      </w:pPr>
      <w:r>
        <w:t>کر، یعنی محسوس کرتا ہوں میں کہ انسان کیا کر رہا ہے، انسان کی تجسسیاں کیا ہیں۔</w:t>
      </w:r>
    </w:p>
    <w:p>
      <w:r>
        <w:rPr>
          <w:b/>
        </w:rPr>
        <w:t xml:space="preserve">[39:40] </w:t>
      </w:r>
      <w:r>
        <w:t>to ek ajeeb ehsaas bhara hua.</w:t>
      </w:r>
    </w:p>
    <w:p>
      <w:pPr>
        <w:jc w:val="right"/>
      </w:pPr>
      <w:r>
        <w:t>تو ایک عجیب احساس بھرا ہوا۔</w:t>
      </w:r>
    </w:p>
    <w:p>
      <w:r>
        <w:rPr>
          <w:b/>
        </w:rPr>
        <w:t xml:space="preserve">[39:42] </w:t>
      </w:r>
      <w:r>
        <w:t>ek ajeeb ehsaas sochte sochte insaanon ki jo sar-garmiyan hain saari duniya mein, woh mere zehen mein aa</w:t>
      </w:r>
    </w:p>
    <w:p>
      <w:pPr>
        <w:jc w:val="right"/>
      </w:pPr>
      <w:r>
        <w:t>ایک عجیب احساس سوچتے سوچتے انسانوں کی جو سرگرمیاں ہیں ساری دنیا میں، وہ میرے ذہن میں آ</w:t>
      </w:r>
    </w:p>
    <w:p>
      <w:r>
        <w:rPr>
          <w:b/>
        </w:rPr>
        <w:t xml:space="preserve">[39:50] </w:t>
      </w:r>
      <w:r>
        <w:t>gaeen.</w:t>
      </w:r>
    </w:p>
    <w:p>
      <w:pPr>
        <w:jc w:val="right"/>
      </w:pPr>
      <w:r>
        <w:t>گئیں۔</w:t>
      </w:r>
    </w:p>
    <w:p>
      <w:r>
        <w:rPr>
          <w:b/>
        </w:rPr>
        <w:t xml:space="preserve">[39:51] </w:t>
      </w:r>
      <w:r>
        <w:t>to meri zubaan se ek jumla nikla ke aaj saari duniya mein ek hi culture chal raha hai.</w:t>
      </w:r>
    </w:p>
    <w:p>
      <w:pPr>
        <w:jc w:val="right"/>
      </w:pPr>
      <w:r>
        <w:t>تو میری زبان سے ایک جملہ نکلا کہ آج ساری دنیا میں ایک ہی culture چل رہا ہے۔</w:t>
      </w:r>
    </w:p>
    <w:p>
      <w:r>
        <w:rPr>
          <w:b/>
        </w:rPr>
        <w:t xml:space="preserve">[39:59] </w:t>
      </w:r>
      <w:r>
        <w:t>ek hi culture.</w:t>
      </w:r>
    </w:p>
    <w:p>
      <w:pPr>
        <w:jc w:val="right"/>
      </w:pPr>
      <w:r>
        <w:t>ایک ہی culture۔</w:t>
      </w:r>
    </w:p>
    <w:p>
      <w:r>
        <w:rPr>
          <w:b/>
        </w:rPr>
        <w:t xml:space="preserve">[40:01] </w:t>
      </w:r>
      <w:r>
        <w:t>saari duniya mein.</w:t>
      </w:r>
    </w:p>
    <w:p>
      <w:pPr>
        <w:jc w:val="right"/>
      </w:pPr>
      <w:r>
        <w:t>ساری دنیا میں۔</w:t>
      </w:r>
    </w:p>
    <w:p>
      <w:r>
        <w:rPr>
          <w:b/>
        </w:rPr>
        <w:t xml:space="preserve">[40:02] </w:t>
      </w:r>
      <w:r>
        <w:t>yahan se le kar America tak.</w:t>
      </w:r>
    </w:p>
    <w:p>
      <w:pPr>
        <w:jc w:val="right"/>
      </w:pPr>
      <w:r>
        <w:t>یہاں سے لے کر امریکہ تک۔</w:t>
      </w:r>
    </w:p>
    <w:p>
      <w:r>
        <w:rPr>
          <w:b/>
        </w:rPr>
        <w:t xml:space="preserve">[40:05] </w:t>
      </w:r>
      <w:r>
        <w:t>woh culture kya hai? Animal ki tarah kamana aur shaitan ki tarah kharch karna.</w:t>
      </w:r>
    </w:p>
    <w:p>
      <w:pPr>
        <w:jc w:val="right"/>
      </w:pPr>
      <w:r>
        <w:t>وہ culture کیا ہے؟ Animal کی طرح کمانا اور شیطان کی طرح خرچ کرنا۔</w:t>
      </w:r>
    </w:p>
    <w:p>
      <w:r>
        <w:rPr>
          <w:b/>
        </w:rPr>
        <w:t xml:space="preserve">[40:11] </w:t>
      </w:r>
      <w:r>
        <w:t>yeh bohat zabardast ehsaas paida hua mere andar ke kya haal hai logon ka.</w:t>
      </w:r>
    </w:p>
    <w:p>
      <w:pPr>
        <w:jc w:val="right"/>
      </w:pPr>
      <w:r>
        <w:t>یہ بہت زبردست احساس پیدا ہوا میرے اندر کہ کیا حال ہے لوگوں کا۔</w:t>
      </w:r>
    </w:p>
    <w:p>
      <w:r>
        <w:rPr>
          <w:b/>
        </w:rPr>
        <w:t xml:space="preserve">[40:17] </w:t>
      </w:r>
      <w:r>
        <w:t>ke haivan ban kar kamate hain aur shaitan ban kar kharch karte hain.</w:t>
      </w:r>
    </w:p>
    <w:p>
      <w:pPr>
        <w:jc w:val="right"/>
      </w:pPr>
      <w:r>
        <w:t>کہ حیوان بن کر کماتے ہیں اور شیطان بن کر خرچ کرتے ہیں۔</w:t>
      </w:r>
    </w:p>
    <w:p>
      <w:r>
        <w:rPr>
          <w:b/>
        </w:rPr>
        <w:t xml:space="preserve">[40:22] </w:t>
      </w:r>
      <w:r>
        <w:t>shadiyon mein, taqreebat mein, fazool tajassusiyon mein, is mein is mein paise ko barbaad karte hain.</w:t>
      </w:r>
    </w:p>
    <w:p>
      <w:pPr>
        <w:jc w:val="right"/>
      </w:pPr>
      <w:r>
        <w:t>شادیوں میں، تقریبات میں، فضول تجسسیوں میں، اس میں اس میں پیسے کو برباد کرتے ہیں۔</w:t>
      </w:r>
    </w:p>
    <w:p>
      <w:r>
        <w:rPr>
          <w:b/>
        </w:rPr>
        <w:t xml:space="preserve">[40:29] </w:t>
      </w:r>
      <w:r>
        <w:t>to meri zubaan se nikla ke aaj saari duniya mein ek hi culture chal raha hai.</w:t>
      </w:r>
    </w:p>
    <w:p>
      <w:pPr>
        <w:jc w:val="right"/>
      </w:pPr>
      <w:r>
        <w:t>تو میری زبان سے نکلا کہ آج ساری دنیا میں ایک ہی culture چل رہا ہے۔</w:t>
      </w:r>
    </w:p>
    <w:p>
      <w:r>
        <w:rPr>
          <w:b/>
        </w:rPr>
        <w:t xml:space="preserve">[40:36] </w:t>
      </w:r>
      <w:r>
        <w:t>woh culture hai haivan ki tarah kamana aur shaitan ki tarah kharch karna.</w:t>
      </w:r>
    </w:p>
    <w:p>
      <w:pPr>
        <w:jc w:val="right"/>
      </w:pPr>
      <w:r>
        <w:t>وہ culture ہے حیوان کی طرح کمانا اور شیطان کی طرح خرچ کرنا۔</w:t>
      </w:r>
    </w:p>
    <w:p>
      <w:r>
        <w:rPr>
          <w:b/>
        </w:rPr>
        <w:t xml:space="preserve">[40:42] </w:t>
      </w:r>
      <w:r>
        <w:t>haivan ban kar kamana aur shaitan ban kar kharch karna.</w:t>
      </w:r>
    </w:p>
    <w:p>
      <w:pPr>
        <w:jc w:val="right"/>
      </w:pPr>
      <w:r>
        <w:t>حیوان بن کر کمانا اور شیطان بن کر خرچ کرنا۔</w:t>
      </w:r>
    </w:p>
    <w:p>
      <w:r>
        <w:rPr>
          <w:b/>
        </w:rPr>
        <w:t xml:space="preserve">[40:46] </w:t>
      </w:r>
      <w:r>
        <w:t>kyun ke Quran mein hai dekhiye, yeh baatein jo hain Quran mein batai gayi hain.</w:t>
      </w:r>
    </w:p>
    <w:p>
      <w:pPr>
        <w:jc w:val="right"/>
      </w:pPr>
      <w:r>
        <w:t>کیوں کہ قرآن میں ہے دیکھیے، یہ باتیں جو ہیں قرآن میں بتائی گئی ہیں۔</w:t>
      </w:r>
    </w:p>
    <w:p>
      <w:r>
        <w:rPr>
          <w:b/>
        </w:rPr>
        <w:t xml:space="preserve">[40:52] </w:t>
      </w:r>
      <w:r>
        <w:t>ke Quran mein bataya hai ke jo log Allah ke raaste par na chal rahe hon, un ka</w:t>
      </w:r>
    </w:p>
    <w:p>
      <w:pPr>
        <w:jc w:val="right"/>
      </w:pPr>
      <w:r>
        <w:t>کہ قرآن میں بتایا ہے کہ جو لوگ اللہ کے راستے پر نہ چل رہے ہوں، ان کا</w:t>
      </w:r>
    </w:p>
    <w:p>
      <w:r>
        <w:rPr>
          <w:b/>
        </w:rPr>
        <w:t xml:space="preserve">[41:00] </w:t>
      </w:r>
      <w:r>
        <w:t>maamla bilkul haivan jaisa maamla hai.</w:t>
      </w:r>
    </w:p>
    <w:p>
      <w:pPr>
        <w:jc w:val="right"/>
      </w:pPr>
      <w:r>
        <w:t>معاملہ بالکل حیوان جیسا معاملہ ہے۔</w:t>
      </w:r>
    </w:p>
    <w:p>
      <w:r>
        <w:rPr>
          <w:b/>
        </w:rPr>
        <w:t xml:space="preserve">[41:03] </w:t>
      </w:r>
      <w:r>
        <w:t>kama takaalu al-anaam jis tarah haivan khata hai, is tarah yeh bhi kha pee rahe hain.</w:t>
      </w:r>
    </w:p>
    <w:p>
      <w:pPr>
        <w:jc w:val="right"/>
      </w:pPr>
      <w:r>
        <w:t>كَمَا تَآكُلُوا الْأَنَامَ جس طرح حیوان کھاتا ہے، اس طرح یہ بھی کھا پی رہے ہیں۔</w:t>
      </w:r>
    </w:p>
    <w:p>
      <w:r>
        <w:rPr>
          <w:b/>
        </w:rPr>
        <w:t xml:space="preserve">[41:09] </w:t>
      </w:r>
      <w:r>
        <w:t>aur aur jo kamai hui daulat ko jo bekar zaya karte hain, idhar udhar fazooliyat mein, un ke</w:t>
      </w:r>
    </w:p>
    <w:p>
      <w:pPr>
        <w:jc w:val="right"/>
      </w:pPr>
      <w:r>
        <w:t>اور اور جو کمائی ہوئی دولت کو جو بیکار ضائع کرتے ہیں، ادھر ادھر فضولیات میں، ان کے</w:t>
      </w:r>
    </w:p>
    <w:p>
      <w:r>
        <w:rPr>
          <w:b/>
        </w:rPr>
        <w:t xml:space="preserve">[41:17] </w:t>
      </w:r>
      <w:r>
        <w:t>bare mein hai ke woh shaitan ke bhai hain.</w:t>
      </w:r>
    </w:p>
    <w:p>
      <w:pPr>
        <w:jc w:val="right"/>
      </w:pPr>
      <w:r>
        <w:t>بارے میں ہے کہ وہ شیطان کے بھائی ہیں۔</w:t>
      </w:r>
    </w:p>
    <w:p>
      <w:r>
        <w:rPr>
          <w:b/>
        </w:rPr>
        <w:t xml:space="preserve">[41:21] </w:t>
      </w:r>
      <w:r>
        <w:t>ek khoonkhar shaitan hain woh.</w:t>
      </w:r>
    </w:p>
    <w:p>
      <w:pPr>
        <w:jc w:val="right"/>
      </w:pPr>
      <w:r>
        <w:t>ایک خونخوار شیطان ہیں وہ۔</w:t>
      </w:r>
    </w:p>
    <w:p>
      <w:r>
        <w:rPr>
          <w:b/>
        </w:rPr>
        <w:t xml:space="preserve">[41:23] </w:t>
      </w:r>
      <w:r>
        <w:t>to yahi idea le kar mere zehen mein aya hai ke aaj insan ka haal yeh hai ke</w:t>
      </w:r>
    </w:p>
    <w:p>
      <w:pPr>
        <w:jc w:val="right"/>
      </w:pPr>
      <w:r>
        <w:t>تو یہی idea لے کر میرے ذہن میں آیا ہے کہ آج انسان کا حال یہ ہے کہ</w:t>
      </w:r>
    </w:p>
    <w:p>
      <w:r>
        <w:rPr>
          <w:b/>
        </w:rPr>
        <w:t xml:space="preserve">[41:31] </w:t>
      </w:r>
      <w:r>
        <w:t>animal ban kar kamana aur shaitan ban kar kharch karna.</w:t>
      </w:r>
    </w:p>
    <w:p>
      <w:pPr>
        <w:jc w:val="right"/>
      </w:pPr>
      <w:r>
        <w:t>animal بن کر کمانا اور شیطان بن کر خرچ کرنا۔</w:t>
      </w:r>
    </w:p>
    <w:p>
      <w:r>
        <w:rPr>
          <w:b/>
        </w:rPr>
        <w:t xml:space="preserve">[41:35] </w:t>
      </w:r>
      <w:r>
        <w:t>to hamein is se bachna hai.</w:t>
      </w:r>
    </w:p>
    <w:p>
      <w:pPr>
        <w:jc w:val="right"/>
      </w:pPr>
      <w:r>
        <w:t>تو ہمیں اس سے بچنا ہے۔</w:t>
      </w:r>
    </w:p>
    <w:p>
      <w:r>
        <w:rPr>
          <w:b/>
        </w:rPr>
        <w:t xml:space="preserve">[41:38] </w:t>
      </w:r>
      <w:r>
        <w:t>kyunke dekhiye, koi bhi aadmi apne aap ko maut se nahi bacha sakta hai.</w:t>
      </w:r>
    </w:p>
    <w:p>
      <w:pPr>
        <w:jc w:val="right"/>
      </w:pPr>
      <w:r>
        <w:t>کیونکہ دیکھیے، کوئی بھی آدمی اپنے آپ کو موت سے نہیں بچا سکتا ہے۔</w:t>
      </w:r>
    </w:p>
    <w:p>
      <w:r>
        <w:rPr>
          <w:b/>
        </w:rPr>
        <w:t xml:space="preserve">[41:44] </w:t>
      </w:r>
      <w:r>
        <w:t>maut baharhal aye gi.</w:t>
      </w:r>
    </w:p>
    <w:p>
      <w:pPr>
        <w:jc w:val="right"/>
      </w:pPr>
      <w:r>
        <w:t>موت بہرحال آئے گی۔</w:t>
      </w:r>
    </w:p>
    <w:p>
      <w:r>
        <w:rPr>
          <w:b/>
        </w:rPr>
        <w:t xml:space="preserve">[41:45] </w:t>
      </w:r>
      <w:r>
        <w:t>maut se koi bhi insan apne aap ko bacha nahi sakta hai.</w:t>
      </w:r>
    </w:p>
    <w:p>
      <w:pPr>
        <w:jc w:val="right"/>
      </w:pPr>
      <w:r>
        <w:t>موت سے کوئی بھی انسان اپنے آپ کو بچا نہیں سکتا ہے۔</w:t>
      </w:r>
    </w:p>
    <w:p>
      <w:r>
        <w:rPr>
          <w:b/>
        </w:rPr>
        <w:t xml:space="preserve">[41:51] </w:t>
      </w:r>
      <w:r>
        <w:t>aur maut ke baad maut ati hai hamesha point of no return par.</w:t>
      </w:r>
    </w:p>
    <w:p>
      <w:pPr>
        <w:jc w:val="right"/>
      </w:pPr>
      <w:r>
        <w:t>اور موت کے بعد موت آتی ہے ہمیشہ point of no return پر۔</w:t>
      </w:r>
    </w:p>
    <w:p>
      <w:r>
        <w:rPr>
          <w:b/>
        </w:rPr>
        <w:t xml:space="preserve">[41:56] </w:t>
      </w:r>
      <w:r>
        <w:t>maut ayi to bas is dunya se aap chale gaye, agli dunya mein pahunch gaye jahan aap ko</w:t>
      </w:r>
    </w:p>
    <w:p>
      <w:pPr>
        <w:jc w:val="right"/>
      </w:pPr>
      <w:r>
        <w:t>موت آئی تو بس اس دنیا سے آپ چلے گئے، اگلی دنیا میں پہنچ گئے جہاں آپ کو</w:t>
      </w:r>
    </w:p>
    <w:p>
      <w:r>
        <w:rPr>
          <w:b/>
        </w:rPr>
        <w:t xml:space="preserve">[42:04] </w:t>
      </w:r>
      <w:r>
        <w:t>Allah ke samne apne hisab kitab dena hai.</w:t>
      </w:r>
    </w:p>
    <w:p>
      <w:pPr>
        <w:jc w:val="right"/>
      </w:pPr>
      <w:r>
        <w:t>اللہ کے سامنے اپنے حساب کتاب دینا ہے۔</w:t>
      </w:r>
    </w:p>
    <w:p>
      <w:r>
        <w:rPr>
          <w:b/>
        </w:rPr>
        <w:t xml:space="preserve">[42:07] </w:t>
      </w:r>
      <w:r>
        <w:t>yeh sari baatein Quran mein bar bar batai gayi hain, bar bar batai gayi hain.</w:t>
      </w:r>
    </w:p>
    <w:p>
      <w:pPr>
        <w:jc w:val="right"/>
      </w:pPr>
      <w:r>
        <w:t>یہ ساری باتیں قرآن میں بار بار بتائی گئی ہیں، بار بار بتائی گئی ہیں۔</w:t>
      </w:r>
    </w:p>
    <w:p>
      <w:r>
        <w:rPr>
          <w:b/>
        </w:rPr>
        <w:t xml:space="preserve">[42:14] </w:t>
      </w:r>
      <w:r>
        <w:t>yahi mauzu hai Quran ka.</w:t>
      </w:r>
    </w:p>
    <w:p>
      <w:pPr>
        <w:jc w:val="right"/>
      </w:pPr>
      <w:r>
        <w:t>یہی موضوع ہے قرآن کا۔</w:t>
      </w:r>
    </w:p>
    <w:p>
      <w:r>
        <w:rPr>
          <w:b/>
        </w:rPr>
        <w:t xml:space="preserve">[42:16] </w:t>
      </w:r>
      <w:r>
        <w:t>Quran ka koi doosra mauzu nahi hai.</w:t>
      </w:r>
    </w:p>
    <w:p>
      <w:pPr>
        <w:jc w:val="right"/>
      </w:pPr>
      <w:r>
        <w:t>قرآن کا کوئی دوسرا موضوع نہیں ہے۔</w:t>
      </w:r>
    </w:p>
    <w:p>
      <w:r>
        <w:rPr>
          <w:b/>
        </w:rPr>
        <w:t xml:space="preserve">[42:19] </w:t>
      </w:r>
      <w:r>
        <w:t>ek kitab maine parhi to us mein ajib o gharib kitab thi woh, ek musalman ki.</w:t>
      </w:r>
    </w:p>
    <w:p>
      <w:pPr>
        <w:jc w:val="right"/>
      </w:pPr>
      <w:r>
        <w:t>ایک کتاب میں نے پڑھی تو اس میں عجیب و غریب کتاب تھی وہ، ایک مسلمان کی۔</w:t>
      </w:r>
    </w:p>
    <w:p>
      <w:r>
        <w:rPr>
          <w:b/>
        </w:rPr>
        <w:t xml:space="preserve">[42:26] </w:t>
      </w:r>
      <w:r>
        <w:t>us mein unhon ne bataya tha ke Quran mein sari industries ke formulay bayan kiye gaye hain.</w:t>
      </w:r>
    </w:p>
    <w:p>
      <w:pPr>
        <w:jc w:val="right"/>
      </w:pPr>
      <w:r>
        <w:t>اس میں انہوں نے بتایا تھا کہ قرآن میں ساری industries کے فارمولے بیان کیے گئے ہیں۔</w:t>
      </w:r>
    </w:p>
    <w:p>
      <w:r>
        <w:rPr>
          <w:b/>
        </w:rPr>
        <w:t xml:space="preserve">[42:33] </w:t>
      </w:r>
      <w:r>
        <w:t>sari industries.</w:t>
      </w:r>
    </w:p>
    <w:p>
      <w:pPr>
        <w:jc w:val="right"/>
      </w:pPr>
      <w:r>
        <w:t>ساری industries۔</w:t>
      </w:r>
    </w:p>
    <w:p>
      <w:r>
        <w:rPr>
          <w:b/>
        </w:rPr>
        <w:t xml:space="preserve">[42:35] </w:t>
      </w:r>
      <w:r>
        <w:t>aur ajib o gharib tor par nikala tha unhon ne sari industries ke formulay.</w:t>
      </w:r>
    </w:p>
    <w:p>
      <w:pPr>
        <w:jc w:val="right"/>
      </w:pPr>
      <w:r>
        <w:t>اور عجیب و غریب طور پر نکالا تھا انہوں نے ساری industries کے فارمولے۔</w:t>
      </w:r>
    </w:p>
    <w:p>
      <w:r>
        <w:rPr>
          <w:b/>
        </w:rPr>
        <w:t xml:space="preserve">[42:41] </w:t>
      </w:r>
      <w:r>
        <w:t>maslan service industry ka formula nikala tha unhon ne.</w:t>
      </w:r>
    </w:p>
    <w:p>
      <w:pPr>
        <w:jc w:val="right"/>
      </w:pPr>
      <w:r>
        <w:t>مثلاً servic industry کا فارمولا نکالا تھا انہوں نے۔</w:t>
      </w:r>
    </w:p>
    <w:p>
      <w:r>
        <w:rPr>
          <w:b/>
        </w:rPr>
        <w:t xml:space="preserve">[42:45] </w:t>
      </w:r>
      <w:r>
        <w:t>Service industry.</w:t>
      </w:r>
    </w:p>
    <w:p>
      <w:pPr>
        <w:jc w:val="right"/>
      </w:pPr>
      <w:r>
        <w:t>Servic industry۔</w:t>
      </w:r>
    </w:p>
    <w:p>
      <w:r>
        <w:rPr>
          <w:b/>
        </w:rPr>
        <w:t xml:space="preserve">[42:46] </w:t>
      </w:r>
      <w:r>
        <w:t>to woh jo ayat Quran mein hai ke woh ek badshah ne kaha tha apne wazir se ke</w:t>
      </w:r>
    </w:p>
    <w:p>
      <w:pPr>
        <w:jc w:val="right"/>
      </w:pPr>
      <w:r>
        <w:t>تو وہ جو آیت قرآن میں ہے کہ وہ ایک بادشاہ نے کہا تھا اپنے وزیر سے کہ</w:t>
      </w:r>
    </w:p>
    <w:p>
      <w:r>
        <w:rPr>
          <w:b/>
        </w:rPr>
        <w:t xml:space="preserve">[42:54] </w:t>
      </w:r>
      <w:r>
        <w:t>mere liye mahal bana.</w:t>
      </w:r>
    </w:p>
    <w:p>
      <w:pPr>
        <w:jc w:val="right"/>
      </w:pPr>
      <w:r>
        <w:t>میرے لیے محل بنا۔</w:t>
      </w:r>
    </w:p>
    <w:p>
      <w:r>
        <w:rPr>
          <w:b/>
        </w:rPr>
        <w:t xml:space="preserve">[42:56] </w:t>
      </w:r>
      <w:r>
        <w:t>aur woh hai us ke liye ente tayaar kar.</w:t>
      </w:r>
    </w:p>
    <w:p>
      <w:pPr>
        <w:jc w:val="right"/>
      </w:pPr>
      <w:r>
        <w:t>اور وہ ہے اس کے لیے اینٹیں تیار کر۔</w:t>
      </w:r>
    </w:p>
    <w:p>
      <w:r>
        <w:rPr>
          <w:b/>
        </w:rPr>
        <w:t xml:space="preserve">[43:00] </w:t>
      </w:r>
      <w:r>
        <w:t>to ente tayaar karne ki jo baat ayi hai, us mein is se unhon ne nikal liya ke</w:t>
      </w:r>
    </w:p>
    <w:p>
      <w:pPr>
        <w:jc w:val="right"/>
      </w:pPr>
      <w:r>
        <w:t>تو اینٹیں تیار کرنے کی جو بات آئی ہے، اس میں اس سے انہوں نے نکال لیا کہ</w:t>
      </w:r>
    </w:p>
    <w:p>
      <w:r>
        <w:rPr>
          <w:b/>
        </w:rPr>
        <w:t xml:space="preserve">[43:07] </w:t>
      </w:r>
      <w:r>
        <w:t>service industries.</w:t>
      </w:r>
    </w:p>
    <w:p>
      <w:pPr>
        <w:jc w:val="right"/>
      </w:pPr>
      <w:r>
        <w:t>servic industries۔</w:t>
      </w:r>
    </w:p>
    <w:p>
      <w:r>
        <w:rPr>
          <w:b/>
        </w:rPr>
        <w:t xml:space="preserve">[43:09] </w:t>
      </w:r>
      <w:r>
        <w:t>aisi ajeeb o ghareeb tor par is mein nikaal rakha tha unhon ne ke quran jo hai har</w:t>
      </w:r>
    </w:p>
    <w:p>
      <w:pPr>
        <w:jc w:val="right"/>
      </w:pPr>
      <w:r>
        <w:t>ایسی عجیب و غریب طور پر اس میں نکال رکھا تھا انہوں نے کہ قرآن جو ہے ہر</w:t>
      </w:r>
    </w:p>
    <w:p>
      <w:r>
        <w:rPr>
          <w:b/>
        </w:rPr>
        <w:t xml:space="preserve">[43:16] </w:t>
      </w:r>
      <w:r>
        <w:t>qism ki industries ke formulay is mein bataye gaye hain.</w:t>
      </w:r>
    </w:p>
    <w:p>
      <w:pPr>
        <w:jc w:val="right"/>
      </w:pPr>
      <w:r>
        <w:t>قسم کی industries کے فارمولے اس میں بتائے گئے ہیں۔</w:t>
      </w:r>
    </w:p>
    <w:p>
      <w:r>
        <w:rPr>
          <w:b/>
        </w:rPr>
        <w:t xml:space="preserve">[43:21] </w:t>
      </w:r>
      <w:r>
        <w:t>yeh bilkul lagw hai, bilkul baseless hai.</w:t>
      </w:r>
    </w:p>
    <w:p>
      <w:pPr>
        <w:jc w:val="right"/>
      </w:pPr>
      <w:r>
        <w:t>یہ بالکل لغو ہے، بالکل baseless ہے۔</w:t>
      </w:r>
    </w:p>
    <w:p>
      <w:r>
        <w:rPr>
          <w:b/>
        </w:rPr>
        <w:t xml:space="preserve">[43:24] </w:t>
      </w:r>
      <w:r>
        <w:t>quran mein formula bataya gaya hai eternal life mein kamyabi ka.</w:t>
      </w:r>
    </w:p>
    <w:p>
      <w:pPr>
        <w:jc w:val="right"/>
      </w:pPr>
      <w:r>
        <w:t>قرآن میں فارمولا بتایا گیا ہے eternal life میں کامیابی کا۔</w:t>
      </w:r>
    </w:p>
    <w:p>
      <w:r>
        <w:rPr>
          <w:b/>
        </w:rPr>
        <w:t xml:space="preserve">[43:28] </w:t>
      </w:r>
      <w:r>
        <w:t>yaani is dunya mein hum aarzi tor par rahen, is ke baad hum jayen ge ek abadi dunya</w:t>
      </w:r>
    </w:p>
    <w:p>
      <w:pPr>
        <w:jc w:val="right"/>
      </w:pPr>
      <w:r>
        <w:t>یعنی اس دنیا میں ہم عارضی طور پر رہیں، اس کے بعد ہم جائیں گے ایک ابدی دنیا</w:t>
      </w:r>
    </w:p>
    <w:p>
      <w:r>
        <w:rPr>
          <w:b/>
        </w:rPr>
        <w:t xml:space="preserve">[43:36]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[43:38] </w:t>
      </w:r>
      <w:r>
        <w:t>is abadi dunya mein kaise hum kamyab hon, is ka formula bataya gaya hai.</w:t>
      </w:r>
    </w:p>
    <w:p>
      <w:pPr>
        <w:jc w:val="right"/>
      </w:pPr>
      <w:r>
        <w:t>اس ابدی دنیا میں کیسے ہم کامیاب ہوں، اس کا فارمولا بتایا گیا ہے۔</w:t>
      </w:r>
    </w:p>
    <w:p>
      <w:r>
        <w:rPr>
          <w:b/>
        </w:rPr>
        <w:t xml:space="preserve">[43:44] </w:t>
      </w:r>
      <w:r>
        <w:t>bas yeh hai quran ka mozu.</w:t>
      </w:r>
    </w:p>
    <w:p>
      <w:pPr>
        <w:jc w:val="right"/>
      </w:pPr>
      <w:r>
        <w:t>بس یہ ہے قرآن کا موضوع۔</w:t>
      </w:r>
    </w:p>
    <w:p>
      <w:r>
        <w:rPr>
          <w:b/>
        </w:rPr>
        <w:t xml:space="preserve">[43:46] </w:t>
      </w:r>
      <w:r>
        <w:t>to humein bohat hi zyada sanjeedgi ke sath yeh janna chahiye ke jis khuda ne hum ko paida</w:t>
      </w:r>
    </w:p>
    <w:p>
      <w:pPr>
        <w:jc w:val="right"/>
      </w:pPr>
      <w:r>
        <w:t>تو ہمیں بہت ہی زیادہ سنجیدگی کے ساتھ یہ جاننا چاہیے کہ جس خدا نے ہم کو پیدا</w:t>
      </w:r>
    </w:p>
    <w:p>
      <w:r>
        <w:rPr>
          <w:b/>
        </w:rPr>
        <w:t xml:space="preserve">[43:54] </w:t>
      </w:r>
      <w:r>
        <w:t>kiya hai, us khuda ka mansha kya hai mere bare mein.</w:t>
      </w:r>
    </w:p>
    <w:p>
      <w:pPr>
        <w:jc w:val="right"/>
      </w:pPr>
      <w:r>
        <w:t>کیا ہے، اس خدا کا منشا کیا ہے میرے بارے میں۔</w:t>
      </w:r>
    </w:p>
    <w:p>
      <w:r>
        <w:rPr>
          <w:b/>
        </w:rPr>
        <w:t xml:space="preserve">[43:59] </w:t>
      </w:r>
      <w:r>
        <w:t>zahair hai ke mein apne aap ko mein ne khud nahi bana liya.</w:t>
      </w:r>
    </w:p>
    <w:p>
      <w:pPr>
        <w:jc w:val="right"/>
      </w:pPr>
      <w:r>
        <w:t>ظاہر ہے کہ میں اپنے آپ کو میں نے خود نہیں بنا لیا۔</w:t>
      </w:r>
    </w:p>
    <w:p>
      <w:r>
        <w:rPr>
          <w:b/>
        </w:rPr>
        <w:t xml:space="preserve">[44:04] </w:t>
      </w:r>
      <w:r>
        <w:t>mere maa baap ne bhi mujhe nahi banaya.</w:t>
      </w:r>
    </w:p>
    <w:p>
      <w:pPr>
        <w:jc w:val="right"/>
      </w:pPr>
      <w:r>
        <w:t>میرے ماں باپ نے بھی مجھے نہیں بنایا۔</w:t>
      </w:r>
    </w:p>
    <w:p>
      <w:r>
        <w:rPr>
          <w:b/>
        </w:rPr>
        <w:t xml:space="preserve">[44:08] </w:t>
      </w:r>
      <w:r>
        <w:t>mera paida karne wala Allah taala hai.</w:t>
      </w:r>
    </w:p>
    <w:p>
      <w:pPr>
        <w:jc w:val="right"/>
      </w:pPr>
      <w:r>
        <w:t>میرا پیدا کرنے والا اللہ تعالیٰ ہے۔</w:t>
      </w:r>
    </w:p>
    <w:p>
      <w:r>
        <w:rPr>
          <w:b/>
        </w:rPr>
        <w:t xml:space="preserve">[44:11] </w:t>
      </w:r>
      <w:r>
        <w:t>to Allah ki marzi kya hai jis ne mujhe paida kiya, mere bare mein.</w:t>
      </w:r>
    </w:p>
    <w:p>
      <w:pPr>
        <w:jc w:val="right"/>
      </w:pPr>
      <w:r>
        <w:t>تو اللہ کی مرضی کیا ہے جس نے مجھے پیدا کیا، میرے بارے میں۔</w:t>
      </w:r>
    </w:p>
    <w:p>
      <w:r>
        <w:rPr>
          <w:b/>
        </w:rPr>
        <w:t xml:space="preserve">[44:17] </w:t>
      </w:r>
      <w:r>
        <w:t>is ko janne ke liye aadmi ko, har har aurat ko, har mard ko kya karna chahiye? bohat</w:t>
      </w:r>
    </w:p>
    <w:p>
      <w:pPr>
        <w:jc w:val="right"/>
      </w:pPr>
      <w:r>
        <w:t>اس کو جاننے کے لیے آدمی کو، ہر ہر عورت کو، ہر مرد کو کیا کرنا چاہیے؟ بہت</w:t>
      </w:r>
    </w:p>
    <w:p>
      <w:r>
        <w:rPr>
          <w:b/>
        </w:rPr>
        <w:t xml:space="preserve">[44:24] </w:t>
      </w:r>
      <w:r>
        <w:t>hi zyada sanjeedgi ke sath, bohat hi sincerely aur bohat hi seriously is ko quran ka mutalia karna</w:t>
      </w:r>
    </w:p>
    <w:p>
      <w:pPr>
        <w:jc w:val="right"/>
      </w:pPr>
      <w:r>
        <w:t>ہی زیادہ سنجیدگی کے ساتھ، بہت ہی sincerely اور بہت ہی seriously اس کو قرآن کا مطالعہ کرنا</w:t>
      </w:r>
    </w:p>
    <w:p>
      <w:r>
        <w:rPr>
          <w:b/>
        </w:rPr>
        <w:t xml:space="preserve">[44:32] </w:t>
      </w:r>
      <w:r>
        <w:t>chahiye.</w:t>
      </w:r>
    </w:p>
    <w:p>
      <w:pPr>
        <w:jc w:val="right"/>
      </w:pPr>
      <w:r>
        <w:t>چاہیے۔</w:t>
      </w:r>
    </w:p>
    <w:p>
      <w:r>
        <w:rPr>
          <w:b/>
        </w:rPr>
        <w:t xml:space="preserve">[44:34] </w:t>
      </w:r>
      <w:r>
        <w:t>ek sahib se mein mila ek bar, ek musalman se.</w:t>
      </w:r>
    </w:p>
    <w:p>
      <w:pPr>
        <w:jc w:val="right"/>
      </w:pPr>
      <w:r>
        <w:t>ایک صاحب سے میں ملا ایک بار، ایک مسلمان سے۔</w:t>
      </w:r>
    </w:p>
    <w:p>
      <w:r>
        <w:rPr>
          <w:b/>
        </w:rPr>
        <w:t xml:space="preserve">[44:38] </w:t>
      </w:r>
      <w:r>
        <w:t>to un ke sath mein chand din raha tha.</w:t>
      </w:r>
    </w:p>
    <w:p>
      <w:pPr>
        <w:jc w:val="right"/>
      </w:pPr>
      <w:r>
        <w:t>تو ان کے ساتھ میں چند دن رہا تھا۔</w:t>
      </w:r>
    </w:p>
    <w:p>
      <w:r>
        <w:rPr>
          <w:b/>
        </w:rPr>
        <w:t xml:space="preserve">[44:42] </w:t>
      </w:r>
      <w:r>
        <w:t>to rozana woh quran ki tilawat bohat ihtimam se kiya karte the.</w:t>
      </w:r>
    </w:p>
    <w:p>
      <w:pPr>
        <w:jc w:val="right"/>
      </w:pPr>
      <w:r>
        <w:t>تو روزانہ وہ قرآن کی تلاوت بہت اہتمام سے کیا کرتے تھے۔</w:t>
      </w:r>
    </w:p>
    <w:p>
      <w:r>
        <w:rPr>
          <w:b/>
        </w:rPr>
        <w:t xml:space="preserve">[44:47] </w:t>
      </w:r>
      <w:r>
        <w:t>to unhon ne bataya ke mein har din do para parta hoon.</w:t>
      </w:r>
    </w:p>
    <w:p>
      <w:pPr>
        <w:jc w:val="right"/>
      </w:pPr>
      <w:r>
        <w:t>تو انہوں نے بتایا کہ میں ہر دن دو پارہ پڑھتا ہوں۔</w:t>
      </w:r>
    </w:p>
    <w:p>
      <w:r>
        <w:rPr>
          <w:b/>
        </w:rPr>
        <w:t xml:space="preserve">[44:52] </w:t>
      </w:r>
      <w:r>
        <w:t>do para.</w:t>
      </w:r>
    </w:p>
    <w:p>
      <w:pPr>
        <w:jc w:val="right"/>
      </w:pPr>
      <w:r>
        <w:t>دو پارہ۔</w:t>
      </w:r>
    </w:p>
    <w:p>
      <w:r>
        <w:rPr>
          <w:b/>
        </w:rPr>
        <w:t xml:space="preserve">[44:54] </w:t>
      </w:r>
      <w:r>
        <w:t>aur pandrah din mein poora quran khatam karta hoon.</w:t>
      </w:r>
    </w:p>
    <w:p>
      <w:pPr>
        <w:jc w:val="right"/>
      </w:pPr>
      <w:r>
        <w:t>اور پندرہ دن میں پورا قرآن ختم کرتا ہوں۔</w:t>
      </w:r>
    </w:p>
    <w:p>
      <w:r>
        <w:rPr>
          <w:b/>
        </w:rPr>
        <w:t xml:space="preserve">[44:57] </w:t>
      </w:r>
      <w:r>
        <w:t>poori zindagi mera yeh mamool hai.</w:t>
      </w:r>
    </w:p>
    <w:p>
      <w:pPr>
        <w:jc w:val="right"/>
      </w:pPr>
      <w:r>
        <w:t>پوری زندگی میرا یہ معمول ہے۔</w:t>
      </w:r>
    </w:p>
    <w:p>
      <w:r>
        <w:rPr>
          <w:b/>
        </w:rPr>
        <w:t xml:space="preserve">[45:00] </w:t>
      </w:r>
      <w:r>
        <w:t>har din do para aur pandrah din mein poora quran.</w:t>
      </w:r>
    </w:p>
    <w:p>
      <w:pPr>
        <w:jc w:val="right"/>
      </w:pPr>
      <w:r>
        <w:t>ہر دن دو پارہ اور پندرہ دن میں پورا قرآن۔</w:t>
      </w:r>
    </w:p>
    <w:p>
      <w:r>
        <w:rPr>
          <w:b/>
        </w:rPr>
        <w:t xml:space="preserve">[45:04] </w:t>
      </w:r>
      <w:r>
        <w:t>to mein ne un se poocha ke quran se aap ne zindagi ka kya formula daryaft kiya? mein</w:t>
      </w:r>
    </w:p>
    <w:p>
      <w:pPr>
        <w:jc w:val="right"/>
      </w:pPr>
      <w:r>
        <w:t>تو میں نے ان سے پوچھا کہ قرآن سے آپ نے زندگی کا کیا فارمولا دریافت کیا؟ میں</w:t>
      </w:r>
    </w:p>
    <w:p>
      <w:r>
        <w:rPr>
          <w:b/>
        </w:rPr>
        <w:t xml:space="preserve">[45:12] </w:t>
      </w:r>
      <w:r>
        <w:t>ne un se bohat hi sanjeedgi se poocha ke itna zyada aap parhte hain quran ko, to aap</w:t>
      </w:r>
    </w:p>
    <w:p>
      <w:pPr>
        <w:jc w:val="right"/>
      </w:pPr>
      <w:r>
        <w:t>نے ان سے بہت ہی سنجیدگی سے پوچھا کہ اتنا زیادہ آپ پڑھتے ہیں قرآن کو، تو آپ</w:t>
      </w:r>
    </w:p>
    <w:p>
      <w:r>
        <w:rPr>
          <w:b/>
        </w:rPr>
        <w:t xml:space="preserve">[45:20] </w:t>
      </w:r>
      <w:r>
        <w:t>ne is se zindagi ka formula kya daryaft kiya? yaani quran ne kya bataya aap ko ke is</w:t>
      </w:r>
    </w:p>
    <w:p>
      <w:pPr>
        <w:jc w:val="right"/>
      </w:pPr>
      <w:r>
        <w:t>نے اس سے زندگی کا فارمولا کیا دریافت کیا؟ یعنی قرآن نے کیا بتایا آپ کو کہ اس</w:t>
      </w:r>
    </w:p>
    <w:p>
      <w:r>
        <w:rPr>
          <w:b/>
        </w:rPr>
        <w:t xml:space="preserve">[45:27] </w:t>
      </w:r>
      <w:r>
        <w:t>tarah raho dunya mein, kamyab zindagi paane ke liye.</w:t>
      </w:r>
    </w:p>
    <w:p>
      <w:pPr>
        <w:jc w:val="right"/>
      </w:pPr>
      <w:r>
        <w:t>طرح رہو دنیا میں، کامیاب زندگی پانے کے لیے۔</w:t>
      </w:r>
    </w:p>
    <w:p>
      <w:r>
        <w:rPr>
          <w:b/>
        </w:rPr>
        <w:t xml:space="preserve">[45:31] </w:t>
      </w:r>
      <w:r>
        <w:t>to bohat taajjub mujhe hua ke unhon ne kaha ke is aitbaar se hum ne socha nahin.</w:t>
      </w:r>
    </w:p>
    <w:p>
      <w:pPr>
        <w:jc w:val="right"/>
      </w:pPr>
      <w:r>
        <w:t>تو بہت تعجب مجھے ہوا کہ انہوں نے کہا کہ اس اعتبار سے ہم نے سوچا نہیں۔</w:t>
      </w:r>
    </w:p>
    <w:p>
      <w:r>
        <w:rPr>
          <w:b/>
        </w:rPr>
        <w:t xml:space="preserve">[45:39] </w:t>
      </w:r>
      <w:r>
        <w:t>to mein ne poocha ke phir kis liye parhte hain aap? unhon ne kaha hum to parhte hain</w:t>
      </w:r>
    </w:p>
    <w:p>
      <w:pPr>
        <w:jc w:val="right"/>
      </w:pPr>
      <w:r>
        <w:t>تو میں نے پوچھا کہ پھر کس لیے پڑھتے ہیں آپ؟ انہوں نے کہا ہم تو پڑھتے ہیں</w:t>
      </w:r>
    </w:p>
    <w:p>
      <w:r>
        <w:rPr>
          <w:b/>
        </w:rPr>
        <w:t xml:space="preserve">[45:46] </w:t>
      </w:r>
      <w:r>
        <w:t>sawab ke liye.</w:t>
      </w:r>
    </w:p>
    <w:p>
      <w:pPr>
        <w:jc w:val="right"/>
      </w:pPr>
      <w:r>
        <w:t>ثواب کے لیے۔</w:t>
      </w:r>
    </w:p>
    <w:p>
      <w:r>
        <w:rPr>
          <w:b/>
        </w:rPr>
        <w:t xml:space="preserve">[45:48] </w:t>
      </w:r>
      <w:r>
        <w:t>ghor kijiye, sawab ka lafz jo hai ek bilkul purasrar lafz bana hua hai musalmanon mein.</w:t>
      </w:r>
    </w:p>
    <w:p>
      <w:pPr>
        <w:jc w:val="right"/>
      </w:pPr>
      <w:r>
        <w:t>غور کیجیے، ثواب کا لفظ جو ہے ایک بالکل پراسرار لفظ بنا ہوا ہے مسلمانوں میں۔</w:t>
      </w:r>
    </w:p>
    <w:p>
      <w:r>
        <w:rPr>
          <w:b/>
        </w:rPr>
        <w:t xml:space="preserve">[45:55] </w:t>
      </w:r>
      <w:r>
        <w:t>Mysterious lafz.</w:t>
      </w:r>
    </w:p>
    <w:p>
      <w:pPr>
        <w:jc w:val="right"/>
      </w:pPr>
      <w:r>
        <w:t>Mysterious لفظ۔</w:t>
      </w:r>
    </w:p>
    <w:p>
      <w:r>
        <w:rPr>
          <w:b/>
        </w:rPr>
        <w:t xml:space="preserve">[45:56] </w:t>
      </w:r>
      <w:r>
        <w:t>ek Mysterious lafz.</w:t>
      </w:r>
    </w:p>
    <w:p>
      <w:pPr>
        <w:jc w:val="right"/>
      </w:pPr>
      <w:r>
        <w:t>ایک Mysterious لفظ۔</w:t>
      </w:r>
    </w:p>
    <w:p>
      <w:r>
        <w:rPr>
          <w:b/>
        </w:rPr>
        <w:t xml:space="preserve">[45:58] </w:t>
      </w:r>
      <w:r>
        <w:t>yaani woh parhte hain quran ko ek Mysterious, ek majhool cheez ke liye.</w:t>
      </w:r>
    </w:p>
    <w:p>
      <w:pPr>
        <w:jc w:val="right"/>
      </w:pPr>
      <w:r>
        <w:t>یعنی وہ پڑھتے ہیں قرآن کو ایک Mysterious، ایک مجہول چیز کے لیے۔</w:t>
      </w:r>
    </w:p>
    <w:p>
      <w:r>
        <w:rPr>
          <w:b/>
        </w:rPr>
        <w:t xml:space="preserve">[46:03] </w:t>
      </w:r>
      <w:r>
        <w:t>yeh quran ko parhna nahin hai.</w:t>
      </w:r>
    </w:p>
    <w:p>
      <w:pPr>
        <w:jc w:val="right"/>
      </w:pPr>
      <w:r>
        <w:t>یہ قرآن کو پڑھنا نہیں ہے۔</w:t>
      </w:r>
    </w:p>
    <w:p>
      <w:r>
        <w:rPr>
          <w:b/>
        </w:rPr>
        <w:t xml:space="preserve">[46:06] </w:t>
      </w:r>
      <w:r>
        <w:t>aise logon ke baray mein Hazrat Aisha ne kaha tha ke unhon ne parha magar unhon ne nahin</w:t>
      </w:r>
    </w:p>
    <w:p>
      <w:pPr>
        <w:jc w:val="right"/>
      </w:pPr>
      <w:r>
        <w:t>ایسے لوگوں کے بارے میں حضرت عائشہ نے کہا تھا کہ انہوں نے پڑھا مگر انہوں نے نہیں</w:t>
      </w:r>
    </w:p>
    <w:p>
      <w:r>
        <w:rPr>
          <w:b/>
        </w:rPr>
        <w:t xml:space="preserve">[46:13] </w:t>
      </w:r>
      <w:r>
        <w:t>parha.</w:t>
      </w:r>
    </w:p>
    <w:p>
      <w:pPr>
        <w:jc w:val="right"/>
      </w:pPr>
      <w:r>
        <w:t>پڑھا۔</w:t>
      </w:r>
    </w:p>
    <w:p>
      <w:r>
        <w:rPr>
          <w:b/>
        </w:rPr>
        <w:t xml:space="preserve">[46:15] </w:t>
      </w:r>
      <w:r>
        <w:t>kyun ke quran utara gaya hai tadabbur ke liye, sochne ke liye.</w:t>
      </w:r>
    </w:p>
    <w:p>
      <w:pPr>
        <w:jc w:val="right"/>
      </w:pPr>
      <w:r>
        <w:t>کیونکہ قرآن اتارا گیا ہے تدبر کے لیے، سوچنے کے لیے۔</w:t>
      </w:r>
    </w:p>
    <w:p>
      <w:r>
        <w:rPr>
          <w:b/>
        </w:rPr>
        <w:t xml:space="preserve">[46:20] </w:t>
      </w:r>
      <w:r>
        <w:t>tadabbur ka matlab kya hai? ke is se aap daryaft karen ke Khuda ki marzi mere baray mein</w:t>
      </w:r>
    </w:p>
    <w:p>
      <w:pPr>
        <w:jc w:val="right"/>
      </w:pPr>
      <w:r>
        <w:t>تدبر کا مطلب کیا ہے؟ کہ اس سے آپ دریافت کریں کہ خدا کی مرضی میرے بارے میں</w:t>
      </w:r>
    </w:p>
    <w:p>
      <w:r>
        <w:rPr>
          <w:b/>
        </w:rPr>
        <w:t xml:space="preserve">[46:27] </w:t>
      </w:r>
      <w:r>
        <w:t>kya hai? Khuda mujh se kya chahta hai? yeh sab se bara farz hai har insaan ke upar.</w:t>
      </w:r>
    </w:p>
    <w:p>
      <w:pPr>
        <w:jc w:val="right"/>
      </w:pPr>
      <w:r>
        <w:t>کیا ہے؟ خدا مجھ سے کیا چاہتا ہے؟ یہ سب سے بڑا فرض ہے ہر انسان کے اوپر۔</w:t>
      </w:r>
    </w:p>
    <w:p>
      <w:r>
        <w:rPr>
          <w:b/>
        </w:rPr>
        <w:t xml:space="preserve">[46:35] </w:t>
      </w:r>
      <w:r>
        <w:t>har insaan ke upar.</w:t>
      </w:r>
    </w:p>
    <w:p>
      <w:pPr>
        <w:jc w:val="right"/>
      </w:pPr>
      <w:r>
        <w:t>ہر انسان کے اوپر۔</w:t>
      </w:r>
    </w:p>
    <w:p>
      <w:r>
        <w:rPr>
          <w:b/>
        </w:rPr>
        <w:t xml:space="preserve">[46:37] </w:t>
      </w:r>
      <w:r>
        <w:t>sirf musalmanon ke upar nahin ke woh quran utara gaya sare insanon ke liye.</w:t>
      </w:r>
    </w:p>
    <w:p>
      <w:pPr>
        <w:jc w:val="right"/>
      </w:pPr>
      <w:r>
        <w:t>صرف مسلمانوں کے اوپر نہیں کہ وہ قرآن اتارا گیا سارے انسانوں کے لیے۔</w:t>
      </w:r>
    </w:p>
    <w:p>
      <w:r>
        <w:rPr>
          <w:b/>
        </w:rPr>
        <w:t xml:space="preserve">[46:43] </w:t>
      </w:r>
      <w:r>
        <w:t>liyakoon lil'alameen nazeera isi liye mein samajhta hoon ke musalmanon ka farz do do cheezen musalmanon par farz</w:t>
      </w:r>
    </w:p>
    <w:p>
      <w:pPr>
        <w:jc w:val="right"/>
      </w:pPr>
      <w:r>
        <w:t>لِيَكُونَ لِلْعَالَمِينَ نَذِيرًا اسی لیے میں سمجھتا ہوں کہ مسلمانوں کا فرض دو دو چیزیں مسلمانوں پر فرض</w:t>
      </w:r>
    </w:p>
    <w:p>
      <w:r>
        <w:rPr>
          <w:b/>
        </w:rPr>
        <w:t xml:space="preserve">[46:51]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[46:52] </w:t>
      </w:r>
      <w:r>
        <w:t>sab se bara farz.</w:t>
      </w:r>
    </w:p>
    <w:p>
      <w:pPr>
        <w:jc w:val="right"/>
      </w:pPr>
      <w:r>
        <w:t>سب سے بڑا فرض۔</w:t>
      </w:r>
    </w:p>
    <w:p>
      <w:r>
        <w:rPr>
          <w:b/>
        </w:rPr>
        <w:t xml:space="preserve">[46:54] </w:t>
      </w:r>
      <w:r>
        <w:t>sare farzon se bara farz.</w:t>
      </w:r>
    </w:p>
    <w:p>
      <w:pPr>
        <w:jc w:val="right"/>
      </w:pPr>
      <w:r>
        <w:t>سارے فرضوں سے بڑا فرض۔</w:t>
      </w:r>
    </w:p>
    <w:p>
      <w:r>
        <w:rPr>
          <w:b/>
        </w:rPr>
        <w:t xml:space="preserve">[46:56] </w:t>
      </w:r>
      <w:r>
        <w:t>ek yeh hai ke woh khud quran ko parh kar jaane ke Khuda is se kya chahta hai.</w:t>
      </w:r>
    </w:p>
    <w:p>
      <w:pPr>
        <w:jc w:val="right"/>
      </w:pPr>
      <w:r>
        <w:t>ایک یہ ہے کہ وہ خود قرآن کو پڑھ کر جانے کہ خدا اس سے کیا چاہتا ہے۔</w:t>
      </w:r>
    </w:p>
    <w:p>
      <w:r>
        <w:rPr>
          <w:b/>
        </w:rPr>
        <w:t xml:space="preserve">[47:04] </w:t>
      </w:r>
      <w:r>
        <w:t>doosra yeh hai ke doosre insanon tak quran pohanchaye.</w:t>
      </w:r>
    </w:p>
    <w:p>
      <w:pPr>
        <w:jc w:val="right"/>
      </w:pPr>
      <w:r>
        <w:t>دوسرا یہ ہے کہ دوسرے انسانوں تک قرآن پہنچائے۔</w:t>
      </w:r>
    </w:p>
    <w:p>
      <w:r>
        <w:rPr>
          <w:b/>
        </w:rPr>
        <w:t xml:space="preserve">[47:07] </w:t>
      </w:r>
      <w:r>
        <w:t>khud quran ko parhna aur doosron tak quran ko pohanchana.</w:t>
      </w:r>
    </w:p>
    <w:p>
      <w:pPr>
        <w:jc w:val="right"/>
      </w:pPr>
      <w:r>
        <w:t>خود قرآن کو پڑھنا اور دوسروں تک قرآن کو پہنچانا۔</w:t>
      </w:r>
    </w:p>
    <w:p>
      <w:r>
        <w:rPr>
          <w:b/>
        </w:rPr>
        <w:t xml:space="preserve">[47:12] </w:t>
      </w:r>
      <w:r>
        <w:t>yeh two point formula hai har musalman ka.</w:t>
      </w:r>
    </w:p>
    <w:p>
      <w:pPr>
        <w:jc w:val="right"/>
      </w:pPr>
      <w:r>
        <w:t>یہ two point فارمولا ہے ہر مسلمان کا۔</w:t>
      </w:r>
    </w:p>
    <w:p>
      <w:r>
        <w:rPr>
          <w:b/>
        </w:rPr>
        <w:t xml:space="preserve">[47:15] </w:t>
      </w:r>
      <w:r>
        <w:t>yani is mein koi kami mumkin hi nahi hai.</w:t>
      </w:r>
    </w:p>
    <w:p>
      <w:pPr>
        <w:jc w:val="right"/>
      </w:pPr>
      <w:r>
        <w:t>یعنی اس میں کوئی کمی ممکن ہی نہیں ہے۔</w:t>
      </w:r>
    </w:p>
    <w:p>
      <w:r>
        <w:rPr>
          <w:b/>
        </w:rPr>
        <w:t xml:space="preserve">[47:19] </w:t>
      </w:r>
      <w:r>
        <w:t>har har musalman par farz hai, har musalman par.</w:t>
      </w:r>
    </w:p>
    <w:p>
      <w:pPr>
        <w:jc w:val="right"/>
      </w:pPr>
      <w:r>
        <w:t>ہر ہر مسلمان پر فرض ہے، ہر مسلمان پر۔</w:t>
      </w:r>
    </w:p>
    <w:p>
      <w:r>
        <w:rPr>
          <w:b/>
        </w:rPr>
        <w:t xml:space="preserve">[47:23] </w:t>
      </w:r>
      <w:r>
        <w:t>keh woh khud quran ko parh kar jaane aur phir doosre har aurat aur mard tak quran ko</w:t>
      </w:r>
    </w:p>
    <w:p>
      <w:pPr>
        <w:jc w:val="right"/>
      </w:pPr>
      <w:r>
        <w:t>کہ وہ خود قرآن کو پڑھ کر جانے اور پھر دوسرے ہر عورت اور مرد تک قرآن کو</w:t>
      </w:r>
    </w:p>
    <w:p>
      <w:r>
        <w:rPr>
          <w:b/>
        </w:rPr>
        <w:t xml:space="preserve">[47:31] </w:t>
      </w:r>
      <w:r>
        <w:t>pohanchaye.</w:t>
      </w:r>
    </w:p>
    <w:p>
      <w:pPr>
        <w:jc w:val="right"/>
      </w:pPr>
      <w:r>
        <w:t>پہنچائے۔</w:t>
      </w:r>
    </w:p>
    <w:p>
      <w:r>
        <w:rPr>
          <w:b/>
        </w:rPr>
        <w:t xml:space="preserve">[47:32] </w:t>
      </w:r>
      <w:r>
        <w:t>is se bara koi farz hi nahi hai.</w:t>
      </w:r>
    </w:p>
    <w:p>
      <w:pPr>
        <w:jc w:val="right"/>
      </w:pPr>
      <w:r>
        <w:t>اس سے بڑا کوئی فرض ہی نہیں ہے۔</w:t>
      </w:r>
    </w:p>
    <w:p>
      <w:r>
        <w:rPr>
          <w:b/>
        </w:rPr>
        <w:t xml:space="preserve">[47:36] </w:t>
      </w:r>
      <w:r>
        <w:t>lekin bohat ajeeb baat hai keh na to log khud parhte quran ko yeh janne ke liye keh</w:t>
      </w:r>
    </w:p>
    <w:p>
      <w:pPr>
        <w:jc w:val="right"/>
      </w:pPr>
      <w:r>
        <w:t>لیکن بہت عجیب بات ہے کہ نہ تو لوگ خود پڑھتے قرآن کو یہ جاننے کے لیے کہ</w:t>
      </w:r>
    </w:p>
    <w:p>
      <w:r>
        <w:rPr>
          <w:b/>
        </w:rPr>
        <w:t xml:space="preserve">[47:43] </w:t>
      </w:r>
      <w:r>
        <w:t>quran mein kya hai un ke liye aur na un ke andar yeh jazba paida hota keh quran</w:t>
      </w:r>
    </w:p>
    <w:p>
      <w:pPr>
        <w:jc w:val="right"/>
      </w:pPr>
      <w:r>
        <w:t>قرآن میں کیا ہے ان کے لیے اور نہ ان کے اندر یہ جذبہ پیدا ہوتا کہ قرآن</w:t>
      </w:r>
    </w:p>
    <w:p>
      <w:r>
        <w:rPr>
          <w:b/>
        </w:rPr>
        <w:t xml:space="preserve">[47:51] </w:t>
      </w:r>
      <w:r>
        <w:t>ko doosron tak pohanchayein.</w:t>
      </w:r>
    </w:p>
    <w:p>
      <w:pPr>
        <w:jc w:val="right"/>
      </w:pPr>
      <w:r>
        <w:t>کو دوسروں تک پہنچائیں۔</w:t>
      </w:r>
    </w:p>
    <w:p>
      <w:r>
        <w:rPr>
          <w:b/>
        </w:rPr>
        <w:t xml:space="preserve">[47:53] </w:t>
      </w:r>
      <w:r>
        <w:t>bohat hi ajeeb baat hai.</w:t>
      </w:r>
    </w:p>
    <w:p>
      <w:pPr>
        <w:jc w:val="right"/>
      </w:pPr>
      <w:r>
        <w:t>بہت ہی عجیب بات ہے۔</w:t>
      </w:r>
    </w:p>
    <w:p>
      <w:r>
        <w:rPr>
          <w:b/>
        </w:rPr>
        <w:t xml:space="preserve">[47:55] </w:t>
      </w:r>
      <w:r>
        <w:t>to islam ko musalmanon ne bana liya apna liye fakhr.</w:t>
      </w:r>
    </w:p>
    <w:p>
      <w:pPr>
        <w:jc w:val="right"/>
      </w:pPr>
      <w:r>
        <w:t>تو اسلام کو مسلمانوں نے بنا لیا اپنا لیے فخر۔</w:t>
      </w:r>
    </w:p>
    <w:p>
      <w:r>
        <w:rPr>
          <w:b/>
        </w:rPr>
        <w:t xml:space="preserve">[47:59] </w:t>
      </w:r>
      <w:r>
        <w:t>islam ko musalmanon ne quran islam ko ya quran ko bana liya apne liye fakhr.</w:t>
      </w:r>
    </w:p>
    <w:p>
      <w:pPr>
        <w:jc w:val="right"/>
      </w:pPr>
      <w:r>
        <w:t>اسلام کو مسلمانوں نے قرآن اسلام کو یا قرآن کو بنا لیا اپنے لیے فخر۔</w:t>
      </w:r>
    </w:p>
    <w:p>
      <w:r>
        <w:rPr>
          <w:b/>
        </w:rPr>
        <w:t xml:space="preserve">[48:06] </w:t>
      </w:r>
      <w:r>
        <w:t>halankeh yeh bilkul baseless baat hai.</w:t>
      </w:r>
    </w:p>
    <w:p>
      <w:pPr>
        <w:jc w:val="right"/>
      </w:pPr>
      <w:r>
        <w:t>حالانکہ یہ بالکل baseless بات ہے۔</w:t>
      </w:r>
    </w:p>
    <w:p>
      <w:r>
        <w:rPr>
          <w:b/>
        </w:rPr>
        <w:t xml:space="preserve">[48:08] </w:t>
      </w:r>
      <w:r>
        <w:t>islam musalmanon ka fakhr nahi hai.</w:t>
      </w:r>
    </w:p>
    <w:p>
      <w:pPr>
        <w:jc w:val="right"/>
      </w:pPr>
      <w:r>
        <w:t>اسلام مسلمانوں کا فخر نہیں ہے۔</w:t>
      </w:r>
    </w:p>
    <w:p>
      <w:r>
        <w:rPr>
          <w:b/>
        </w:rPr>
        <w:t xml:space="preserve">[48:11] </w:t>
      </w:r>
      <w:r>
        <w:t>islam musalmanon ke liye hidayat nama hai aur doosron ke liye dawat ki kitab hai.</w:t>
      </w:r>
    </w:p>
    <w:p>
      <w:pPr>
        <w:jc w:val="right"/>
      </w:pPr>
      <w:r>
        <w:t>اسلام مسلمانوں کے لیے ہدایت نامہ ہے اور دوسروں کے لیے دعوت کی کتاب ہے۔</w:t>
      </w:r>
    </w:p>
    <w:p>
      <w:r>
        <w:rPr>
          <w:b/>
        </w:rPr>
        <w:t xml:space="preserve">[48:17] </w:t>
      </w:r>
      <w:r>
        <w:t>musalmanon ke liye dawat hidayat nama hai yani is se woh daryaft karein apne liye tareeqa zindagi.</w:t>
      </w:r>
    </w:p>
    <w:p>
      <w:pPr>
        <w:jc w:val="right"/>
      </w:pPr>
      <w:r>
        <w:t>مسلمانوں کے لیے دعوت ہدایت نامہ ہے یعنی اس سے وہ دریافت کریں اپنے لیے طریقہ زندگی۔</w:t>
      </w:r>
    </w:p>
    <w:p>
      <w:r>
        <w:rPr>
          <w:b/>
        </w:rPr>
        <w:t xml:space="preserve">[48:24] </w:t>
      </w:r>
      <w:r>
        <w:t>aur doosron ko pohanchayein taakeh woh bhi jaanein keh Allah ki marzi kya un ke baray mein hai.</w:t>
      </w:r>
    </w:p>
    <w:p>
      <w:pPr>
        <w:jc w:val="right"/>
      </w:pPr>
      <w:r>
        <w:t>اور دوسروں کو پہنچائیں تاکہ وہ بھی جانیں کہ اللہ کی مرضی کیا ان کے بارے میں ہے۔</w:t>
      </w:r>
    </w:p>
    <w:p>
      <w:r>
        <w:rPr>
          <w:b/>
        </w:rPr>
        <w:t xml:space="preserve">[48:32] </w:t>
      </w:r>
      <w:r>
        <w:t>aur jo log quran ke naam par hangame karte hain, woh bhi un ka bhi is quran se</w:t>
      </w:r>
    </w:p>
    <w:p>
      <w:pPr>
        <w:jc w:val="right"/>
      </w:pPr>
      <w:r>
        <w:t>اور جو لوگ قرآن کے نام پر ہنگامے کرتے ہیں، وہ بھی ان کا بھی اس قرآن سے</w:t>
      </w:r>
    </w:p>
    <w:p>
      <w:r>
        <w:rPr>
          <w:b/>
        </w:rPr>
        <w:t xml:space="preserve">[48:40] </w:t>
      </w:r>
      <w:r>
        <w:t>koi ta'alluq nahi.</w:t>
      </w:r>
    </w:p>
    <w:p>
      <w:pPr>
        <w:jc w:val="right"/>
      </w:pPr>
      <w:r>
        <w:t>کوئی تعلق نہیں۔</w:t>
      </w:r>
    </w:p>
    <w:p>
      <w:r>
        <w:rPr>
          <w:b/>
        </w:rPr>
        <w:t xml:space="preserve">[48:41] </w:t>
      </w:r>
      <w:r>
        <w:t>islam se koi ta'alluq nahi.</w:t>
      </w:r>
    </w:p>
    <w:p>
      <w:pPr>
        <w:jc w:val="right"/>
      </w:pPr>
      <w:r>
        <w:t>اسلام سے کوئی تعلق نہیں۔</w:t>
      </w:r>
    </w:p>
    <w:p>
      <w:r>
        <w:rPr>
          <w:b/>
        </w:rPr>
        <w:t xml:space="preserve">[48:43] </w:t>
      </w:r>
      <w:r>
        <w:t>abhi dekhiye, abhi isi hafte ki baat hai, india ke ek shehar mein ek waqea hua.</w:t>
      </w:r>
    </w:p>
    <w:p>
      <w:pPr>
        <w:jc w:val="right"/>
      </w:pPr>
      <w:r>
        <w:t>ابھی دیکھیے، ابھی اسی ہفتے کی بات ہے، انڈیا کے ایک شہر میں ایک واقعہ ہوا۔</w:t>
      </w:r>
    </w:p>
    <w:p>
      <w:r>
        <w:rPr>
          <w:b/>
        </w:rPr>
        <w:t xml:space="preserve">[48:50] </w:t>
      </w:r>
      <w:r>
        <w:t>woh yeh keh ek ek inteha pasand hindu leader wahan pohanche, unhone ek taqreer ki.</w:t>
      </w:r>
    </w:p>
    <w:p>
      <w:pPr>
        <w:jc w:val="right"/>
      </w:pPr>
      <w:r>
        <w:t>وہ یہ کہ ایک ایک انتہا پسند ہندو لیڈر وہاں پہنچے، انہوں نے ایک تقریر کی۔</w:t>
      </w:r>
    </w:p>
    <w:p>
      <w:r>
        <w:rPr>
          <w:b/>
        </w:rPr>
        <w:t xml:space="preserve">[48:57] </w:t>
      </w:r>
      <w:r>
        <w:t>abhi isi hafte ki baat hai.</w:t>
      </w:r>
    </w:p>
    <w:p>
      <w:pPr>
        <w:jc w:val="right"/>
      </w:pPr>
      <w:r>
        <w:t>ابھی اسی ہفتے کی بات ہے۔</w:t>
      </w:r>
    </w:p>
    <w:p>
      <w:r>
        <w:rPr>
          <w:b/>
        </w:rPr>
        <w:t xml:space="preserve">[49:00] </w:t>
      </w:r>
      <w:r>
        <w:t>to unhone apni taqreer mein yeh kaha keh makkah mein jo kaaba hai, woh kaaba ek mandir</w:t>
      </w:r>
    </w:p>
    <w:p>
      <w:pPr>
        <w:jc w:val="right"/>
      </w:pPr>
      <w:r>
        <w:t>تو انہوں نے اپنی تقریر میں یہ کہا کہ مکہ میں جو کعبہ ہے، وہ کعبہ ایک مندر</w:t>
      </w:r>
    </w:p>
    <w:p>
      <w:r>
        <w:rPr>
          <w:b/>
        </w:rPr>
        <w:t xml:space="preserve">[49:07] </w:t>
      </w:r>
      <w:r>
        <w:t>tha jis mein sainkaron but rakhe hue the.</w:t>
      </w:r>
    </w:p>
    <w:p>
      <w:pPr>
        <w:jc w:val="right"/>
      </w:pPr>
      <w:r>
        <w:t>تھا جس میں سینکڑوں بت رکھے ہوئے تھے۔</w:t>
      </w:r>
    </w:p>
    <w:p>
      <w:r>
        <w:rPr>
          <w:b/>
        </w:rPr>
        <w:t xml:space="preserve">[49:11] </w:t>
      </w:r>
      <w:r>
        <w:t>musalmanon ne is par zabardasti qabza kar liya.</w:t>
      </w:r>
    </w:p>
    <w:p>
      <w:pPr>
        <w:jc w:val="right"/>
      </w:pPr>
      <w:r>
        <w:t>مسلمانوں نے اس پر زبردستی قبضہ کر لیا۔</w:t>
      </w:r>
    </w:p>
    <w:p>
      <w:r>
        <w:rPr>
          <w:b/>
        </w:rPr>
        <w:t xml:space="preserve">[49:14] </w:t>
      </w:r>
      <w:r>
        <w:t>is par wahan par musalmanon ne jaloos nikala, hangama hua, lathi charge hua aur kal sham tak ki</w:t>
      </w:r>
    </w:p>
    <w:p>
      <w:pPr>
        <w:jc w:val="right"/>
      </w:pPr>
      <w:r>
        <w:t>اس پر وہاں پر مسلمانوں نے جلوس نکالا، ہنگامہ ہوا، لاٹھی charge ہوا اور کل شام تک کی</w:t>
      </w:r>
    </w:p>
    <w:p>
      <w:r>
        <w:rPr>
          <w:b/>
        </w:rPr>
        <w:t xml:space="preserve">[49:22] </w:t>
      </w:r>
      <w:r>
        <w:t>khabar yeh hai ke wahan par curfew laga hua hai.</w:t>
      </w:r>
    </w:p>
    <w:p>
      <w:pPr>
        <w:jc w:val="right"/>
      </w:pPr>
      <w:r>
        <w:t>خبر یہ ہے کہ وہاں پر کرفو لگا ہوا ہے۔</w:t>
      </w:r>
    </w:p>
    <w:p>
      <w:r>
        <w:rPr>
          <w:b/>
        </w:rPr>
        <w:t xml:space="preserve">[49:26] </w:t>
      </w:r>
      <w:r>
        <w:t>ho sakta hai ke aaj bhi curfew laga hua ho.</w:t>
      </w:r>
    </w:p>
    <w:p>
      <w:pPr>
        <w:jc w:val="right"/>
      </w:pPr>
      <w:r>
        <w:t>ہو سکتا ہے کہ آج بھی کرفو لگا ہوا ہو۔</w:t>
      </w:r>
    </w:p>
    <w:p>
      <w:r>
        <w:rPr>
          <w:b/>
        </w:rPr>
        <w:t xml:space="preserve">[49:31] </w:t>
      </w:r>
      <w:r>
        <w:t>kal sham tak to tha curfew.</w:t>
      </w:r>
    </w:p>
    <w:p>
      <w:pPr>
        <w:jc w:val="right"/>
      </w:pPr>
      <w:r>
        <w:t>کل شام تک تو تھا کرفو۔</w:t>
      </w:r>
    </w:p>
    <w:p>
      <w:r>
        <w:rPr>
          <w:b/>
        </w:rPr>
        <w:t xml:space="preserve">[49:33] </w:t>
      </w:r>
      <w:r>
        <w:t>jab yeh khabar mein ne parhi to mein ne socha ke ek bohat ajeeb baat meri samajh mein</w:t>
      </w:r>
    </w:p>
    <w:p>
      <w:pPr>
        <w:jc w:val="right"/>
      </w:pPr>
      <w:r>
        <w:t>جب یہ خبر میں نے پڑھی تو میں نے سوچا کہ ایک بہت عجیب بات میری سمجھ میں</w:t>
      </w:r>
    </w:p>
    <w:p>
      <w:r>
        <w:rPr>
          <w:b/>
        </w:rPr>
        <w:t xml:space="preserve">[49:41] </w:t>
      </w:r>
      <w:r>
        <w:t>aai ke rasool Allah ke zamanay mein rasool Allah salallaho alaihi wasallam ne apna mission shuru kiya</w:t>
      </w:r>
    </w:p>
    <w:p>
      <w:pPr>
        <w:jc w:val="right"/>
      </w:pPr>
      <w:r>
        <w:t>آئی کہ رسول اللہ کے زمانے میں رسول اللہ صلی اللہ علیہ وسلم نے اپنا مشن شروع کیا</w:t>
      </w:r>
    </w:p>
    <w:p>
      <w:r>
        <w:rPr>
          <w:b/>
        </w:rPr>
        <w:t xml:space="preserve">[49:49] </w:t>
      </w:r>
      <w:r>
        <w:t>تھا 7th century کے first quarter میں۔</w:t>
      </w:r>
    </w:p>
    <w:p>
      <w:pPr>
        <w:jc w:val="right"/>
      </w:pPr>
      <w:r>
        <w:t>تھا seven century کے first quarter میں۔</w:t>
      </w:r>
    </w:p>
    <w:p>
      <w:r>
        <w:rPr>
          <w:b/>
        </w:rPr>
        <w:t xml:space="preserve">[49:52] </w:t>
      </w:r>
      <w:r>
        <w:t>is waqt to aisa tha ke waqeatan wahan par but rakhe hue the kaba mein teen so saath</w:t>
      </w:r>
    </w:p>
    <w:p>
      <w:pPr>
        <w:jc w:val="right"/>
      </w:pPr>
      <w:r>
        <w:t>اس وقت تو ایسا تھا کہ واقعتا وہاں پر بت رکھے ہوئے تھے کعبہ میں تین سو ساٹھ</w:t>
      </w:r>
    </w:p>
    <w:p>
      <w:r>
        <w:rPr>
          <w:b/>
        </w:rPr>
        <w:t xml:space="preserve">[49:59] </w:t>
      </w:r>
      <w:r>
        <w:t>but.</w:t>
      </w:r>
    </w:p>
    <w:p>
      <w:pPr>
        <w:jc w:val="right"/>
      </w:pPr>
      <w:r>
        <w:t>بت۔</w:t>
      </w:r>
    </w:p>
    <w:p>
      <w:r>
        <w:rPr>
          <w:b/>
        </w:rPr>
        <w:t xml:space="preserve">[50:01] </w:t>
      </w:r>
      <w:r>
        <w:t>bil-fi'l rakhe hue the, waqeatan.</w:t>
      </w:r>
    </w:p>
    <w:p>
      <w:pPr>
        <w:jc w:val="right"/>
      </w:pPr>
      <w:r>
        <w:t>بالفعل رکھے ہوئے تھے، واقعتا۔</w:t>
      </w:r>
    </w:p>
    <w:p>
      <w:r>
        <w:rPr>
          <w:b/>
        </w:rPr>
        <w:t xml:space="preserve">[50:03] </w:t>
      </w:r>
      <w:r>
        <w:t>rasool Allah is ko dekhte the.</w:t>
      </w:r>
    </w:p>
    <w:p>
      <w:pPr>
        <w:jc w:val="right"/>
      </w:pPr>
      <w:r>
        <w:t>رسول اللہ اس کو دیکھتے تھے۔</w:t>
      </w:r>
    </w:p>
    <w:p>
      <w:r>
        <w:rPr>
          <w:b/>
        </w:rPr>
        <w:t xml:space="preserve">[50:06] </w:t>
      </w:r>
      <w:r>
        <w:t>aap ne kuch bhi na protest kiya, na koi hangama kiya, kuch bhi nahin.</w:t>
      </w:r>
    </w:p>
    <w:p>
      <w:pPr>
        <w:jc w:val="right"/>
      </w:pPr>
      <w:r>
        <w:t>آپ نے کچھ بھی نہ protest کیا، نہ کوئی ہنگامہ کیا، کچھ بھی نہیں۔</w:t>
      </w:r>
    </w:p>
    <w:p>
      <w:r>
        <w:rPr>
          <w:b/>
        </w:rPr>
        <w:t xml:space="preserve">[50:12] </w:t>
      </w:r>
      <w:r>
        <w:t>to jab waqeatan but rakhe hue the aur rasool Allah ne dekha, is ko sahaba ne dekha, is</w:t>
      </w:r>
    </w:p>
    <w:p>
      <w:pPr>
        <w:jc w:val="right"/>
      </w:pPr>
      <w:r>
        <w:t>تو جب واقعتا بت رکھے ہوئے تھے اور رسول اللہ نے دیکھا، اس کو صحابہ نے دیکھا، اس</w:t>
      </w:r>
    </w:p>
    <w:p>
      <w:r>
        <w:rPr>
          <w:b/>
        </w:rPr>
        <w:t xml:space="preserve">[50:19] </w:t>
      </w:r>
      <w:r>
        <w:t>ko tab to kuch nahin kiya.</w:t>
      </w:r>
    </w:p>
    <w:p>
      <w:pPr>
        <w:jc w:val="right"/>
      </w:pPr>
      <w:r>
        <w:t>کو تب تو کچھ نہیں کیا۔</w:t>
      </w:r>
    </w:p>
    <w:p>
      <w:r>
        <w:rPr>
          <w:b/>
        </w:rPr>
        <w:t xml:space="preserve">[50:22] </w:t>
      </w:r>
      <w:r>
        <w:t>ab jab ke woh but safaya ho chuka hai, but ek past ki cheez ban chuke hain, is</w:t>
      </w:r>
    </w:p>
    <w:p>
      <w:pPr>
        <w:jc w:val="right"/>
      </w:pPr>
      <w:r>
        <w:t>اب جب کہ وہ بت صفایا ہو چکا ہے، بت ایک past کی چیز بن چکے ہیں، اس</w:t>
      </w:r>
    </w:p>
    <w:p>
      <w:r>
        <w:rPr>
          <w:b/>
        </w:rPr>
        <w:t xml:space="preserve">[50:30] </w:t>
      </w:r>
      <w:r>
        <w:t>ka kisi ne zikr kar diya, is par hangama ho raha hai.</w:t>
      </w:r>
    </w:p>
    <w:p>
      <w:pPr>
        <w:jc w:val="right"/>
      </w:pPr>
      <w:r>
        <w:t>کا کسی نے ذکر کر دیا، اس پر ہنگامہ ہو رہا ہے۔</w:t>
      </w:r>
    </w:p>
    <w:p>
      <w:r>
        <w:rPr>
          <w:b/>
        </w:rPr>
        <w:t xml:space="preserve">[50:35] </w:t>
      </w:r>
      <w:r>
        <w:t>kisi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[50:36] </w:t>
      </w:r>
      <w:r>
        <w:t>yeh mazi ki ek khabar kisi ne, mazi ka ek waqea kisi ne dohraya apni taqreer mein, is</w:t>
      </w:r>
    </w:p>
    <w:p>
      <w:pPr>
        <w:jc w:val="right"/>
      </w:pPr>
      <w:r>
        <w:t>یہ ماضی کی ایک خبر کسی نے، ماضی کا ایک واقعہ کسی نے دہرایا اپنی تقریر میں، اس</w:t>
      </w:r>
    </w:p>
    <w:p>
      <w:r>
        <w:rPr>
          <w:b/>
        </w:rPr>
        <w:t xml:space="preserve">[50:44] </w:t>
      </w:r>
      <w:r>
        <w:t>par hangama ho gaya.</w:t>
      </w:r>
    </w:p>
    <w:p>
      <w:pPr>
        <w:jc w:val="right"/>
      </w:pPr>
      <w:r>
        <w:t>پر ہنگامہ ہو گیا۔</w:t>
      </w:r>
    </w:p>
    <w:p>
      <w:r>
        <w:rPr>
          <w:b/>
        </w:rPr>
        <w:t xml:space="preserve">[50:46] </w:t>
      </w:r>
      <w:r>
        <w:t>aur jab waqeatan woh mazi haal tha, jab waqeatan wahan par but rakhe hue the aur rasool Allah</w:t>
      </w:r>
    </w:p>
    <w:p>
      <w:pPr>
        <w:jc w:val="right"/>
      </w:pPr>
      <w:r>
        <w:t>اور جب واقعتا وہ ماضی حال تھا، جب واقعتا وہاں پر بت رکھے ہوئے تھے اور رسول اللہ</w:t>
      </w:r>
    </w:p>
    <w:p>
      <w:r>
        <w:rPr>
          <w:b/>
        </w:rPr>
        <w:t xml:space="preserve">[50:54] </w:t>
      </w:r>
      <w:r>
        <w:t>aur ashaab, aap ke ashaab dekhte the is ko to kuch bhi nahin kiya aap ne.</w:t>
      </w:r>
    </w:p>
    <w:p>
      <w:pPr>
        <w:jc w:val="right"/>
      </w:pPr>
      <w:r>
        <w:t>اور اصحاب، آپ کے اصحاب دیکھتے تھے اس کو تو کچھ بھی نہیں کیا آپ نے۔</w:t>
      </w:r>
    </w:p>
    <w:p>
      <w:r>
        <w:rPr>
          <w:b/>
        </w:rPr>
        <w:t xml:space="preserve">[51:00] </w:t>
      </w:r>
      <w:r>
        <w:t>kyun? is ki wajah kya hai? is ki wajah yeh hai ke rasool Allah salallaho alaihi wasallam</w:t>
      </w:r>
    </w:p>
    <w:p>
      <w:pPr>
        <w:jc w:val="right"/>
      </w:pPr>
      <w:r>
        <w:t>کیوں؟ اس کی وجہ کیا ہے؟ اس کی وجہ یہ ہے کہ رسول اللہ صلی اللہ علیہ وسلم</w:t>
      </w:r>
    </w:p>
    <w:p>
      <w:r>
        <w:rPr>
          <w:b/>
        </w:rPr>
        <w:t xml:space="preserve">[51:08] </w:t>
      </w:r>
      <w:r>
        <w:t>aur aap ke ashaab mukammal taur par positive thinking walay log thay.</w:t>
      </w:r>
    </w:p>
    <w:p>
      <w:pPr>
        <w:jc w:val="right"/>
      </w:pPr>
      <w:r>
        <w:t>اور آپ کے اصحاب مکمل طور پر positive thinking والے لوگ تھے۔</w:t>
      </w:r>
    </w:p>
    <w:p>
      <w:r>
        <w:rPr>
          <w:b/>
        </w:rPr>
        <w:t xml:space="preserve">[51:13] </w:t>
      </w:r>
      <w:r>
        <w:t>musbat soch walay log.</w:t>
      </w:r>
    </w:p>
    <w:p>
      <w:pPr>
        <w:jc w:val="right"/>
      </w:pPr>
      <w:r>
        <w:t>مثبت سوچ والے لوگ۔</w:t>
      </w:r>
    </w:p>
    <w:p>
      <w:r>
        <w:rPr>
          <w:b/>
        </w:rPr>
        <w:t xml:space="preserve">[51:15] </w:t>
      </w:r>
      <w:r>
        <w:t>yani woh hamesha manfi waqe mein musbat pehlu talash karte the.</w:t>
      </w:r>
    </w:p>
    <w:p>
      <w:pPr>
        <w:jc w:val="right"/>
      </w:pPr>
      <w:r>
        <w:t>یعنی وہ ہمیشہ منفی واقعے میں مثبت پہلو تلاش کرتے تھے۔</w:t>
      </w:r>
    </w:p>
    <w:p>
      <w:r>
        <w:rPr>
          <w:b/>
        </w:rPr>
        <w:t xml:space="preserve">[51:20] </w:t>
      </w:r>
      <w:r>
        <w:t>yani agar wahan par, yani agar mein ek misaal doon, jaise ke farz kijiye ke ek bahut sara</w:t>
      </w:r>
    </w:p>
    <w:p>
      <w:pPr>
        <w:jc w:val="right"/>
      </w:pPr>
      <w:r>
        <w:t>یعنی اگر وہاں پر، یعنی اگر میں ایک مثال دوں، جیسے کہ فرض کیجیے کہ ایک بہت سارا</w:t>
      </w:r>
    </w:p>
    <w:p>
      <w:r>
        <w:rPr>
          <w:b/>
        </w:rPr>
        <w:t xml:space="preserve">[51:27] </w:t>
      </w:r>
      <w:r>
        <w:t>ek ek ek ek anbaar hai pathron ka.</w:t>
      </w:r>
    </w:p>
    <w:p>
      <w:pPr>
        <w:jc w:val="right"/>
      </w:pPr>
      <w:r>
        <w:t>ایک ایک ایک ایک انبار ہے پتھروں کا۔</w:t>
      </w:r>
    </w:p>
    <w:p>
      <w:r>
        <w:rPr>
          <w:b/>
        </w:rPr>
        <w:t xml:space="preserve">[51:31] </w:t>
      </w:r>
      <w:r>
        <w:t>ab wahan par thori si chot, thori si shakal rakhi hui hai.</w:t>
      </w:r>
    </w:p>
    <w:p>
      <w:pPr>
        <w:jc w:val="right"/>
      </w:pPr>
      <w:r>
        <w:t>اب وہاں پر تھوڑی سی چوٹ، تھوڑی سی شکل رکھی ہوئی ہے۔</w:t>
      </w:r>
    </w:p>
    <w:p>
      <w:r>
        <w:rPr>
          <w:b/>
        </w:rPr>
        <w:t xml:space="preserve">[51:36] </w:t>
      </w:r>
      <w:r>
        <w:t>ab choti agar aayegi to us ko us anbaar se koi matlab nahin.</w:t>
      </w:r>
    </w:p>
    <w:p>
      <w:pPr>
        <w:jc w:val="right"/>
      </w:pPr>
      <w:r>
        <w:t>اب چوٹی اگر آئے گی تو اس کو اس انبار سے کوئی مطلب نہیں۔</w:t>
      </w:r>
    </w:p>
    <w:p>
      <w:r>
        <w:rPr>
          <w:b/>
        </w:rPr>
        <w:t xml:space="preserve">[51:42] </w:t>
      </w:r>
      <w:r>
        <w:t>anbaar ko woh ignore karegi.</w:t>
      </w:r>
    </w:p>
    <w:p>
      <w:pPr>
        <w:jc w:val="right"/>
      </w:pPr>
      <w:r>
        <w:t>انبار کو وہ ignore کرے گی۔</w:t>
      </w:r>
    </w:p>
    <w:p>
      <w:r>
        <w:rPr>
          <w:b/>
        </w:rPr>
        <w:t xml:space="preserve">[51:45] </w:t>
      </w:r>
      <w:r>
        <w:t>us shakal ko le legi woh.</w:t>
      </w:r>
    </w:p>
    <w:p>
      <w:pPr>
        <w:jc w:val="right"/>
      </w:pPr>
      <w:r>
        <w:t>اس شکل کو لے لے گی وہ۔</w:t>
      </w:r>
    </w:p>
    <w:p>
      <w:r>
        <w:rPr>
          <w:b/>
        </w:rPr>
        <w:t xml:space="preserve">[51:48] </w:t>
      </w:r>
      <w:r>
        <w:t>yeh hai positive thinking.</w:t>
      </w:r>
    </w:p>
    <w:p>
      <w:pPr>
        <w:jc w:val="right"/>
      </w:pPr>
      <w:r>
        <w:t>یہ ہے positive thinking۔</w:t>
      </w:r>
    </w:p>
    <w:p>
      <w:r>
        <w:rPr>
          <w:b/>
        </w:rPr>
        <w:t xml:space="preserve">[51:49] </w:t>
      </w:r>
      <w:r>
        <w:t>yani ghair mutalliq cheez ko chhodna, mutalliq cheez ko le lena.</w:t>
      </w:r>
    </w:p>
    <w:p>
      <w:pPr>
        <w:jc w:val="right"/>
      </w:pPr>
      <w:r>
        <w:t>یعنی غیر متعلق چیز کو چھوڑنا، متعلق چیز کو لے لینا۔</w:t>
      </w:r>
    </w:p>
    <w:p>
      <w:r>
        <w:rPr>
          <w:b/>
        </w:rPr>
        <w:t xml:space="preserve">[51:54] </w:t>
      </w:r>
      <w:r>
        <w:t>to choti ka mizaj jo hai woh yahi hai ke woh namak ka pahad hai to namak se</w:t>
      </w:r>
    </w:p>
    <w:p>
      <w:pPr>
        <w:jc w:val="right"/>
      </w:pPr>
      <w:r>
        <w:t>تو چوٹی کا مزاج جو ہے وہ یہی ہے کہ وہ نمک کا پہاڑ ہے تو نمک سے</w:t>
      </w:r>
    </w:p>
    <w:p>
      <w:r>
        <w:rPr>
          <w:b/>
        </w:rPr>
        <w:t xml:space="preserve">[52:02] </w:t>
      </w:r>
      <w:r>
        <w:t>us ko matlab nahin.</w:t>
      </w:r>
    </w:p>
    <w:p>
      <w:pPr>
        <w:jc w:val="right"/>
      </w:pPr>
      <w:r>
        <w:t>اس کو مطلب نہیں۔</w:t>
      </w:r>
    </w:p>
    <w:p>
      <w:r>
        <w:rPr>
          <w:b/>
        </w:rPr>
        <w:t xml:space="preserve">[52:03] </w:t>
      </w:r>
      <w:r>
        <w:t>is mein chand shakar ke daane hain to is is shakar ko le leti hai woh.</w:t>
      </w:r>
    </w:p>
    <w:p>
      <w:pPr>
        <w:jc w:val="right"/>
      </w:pPr>
      <w:r>
        <w:t>اس میں چند شکر کے دانے ہیں تو اس اس شکر کو لے لیتی ہے وہ۔</w:t>
      </w:r>
    </w:p>
    <w:p>
      <w:r>
        <w:rPr>
          <w:b/>
        </w:rPr>
        <w:t xml:space="preserve">[52:10] </w:t>
      </w:r>
      <w:r>
        <w:t>yahi haal momin ka hai ke ke woh manfi baaton ka jangal wahan hai to us se koi</w:t>
      </w:r>
    </w:p>
    <w:p>
      <w:pPr>
        <w:jc w:val="right"/>
      </w:pPr>
      <w:r>
        <w:t>یہی حال مومن کا ہے کہ کہ وہ منفی باتوں کا جنگل وہاں ہے تو اس سے کوئی</w:t>
      </w:r>
    </w:p>
    <w:p>
      <w:r>
        <w:rPr>
          <w:b/>
        </w:rPr>
        <w:t xml:space="preserve">[52:18] </w:t>
      </w:r>
      <w:r>
        <w:t>matlab us ko nahin hai.</w:t>
      </w:r>
    </w:p>
    <w:p>
      <w:pPr>
        <w:jc w:val="right"/>
      </w:pPr>
      <w:r>
        <w:t>مطلب اس کو نہیں ہے۔</w:t>
      </w:r>
    </w:p>
    <w:p>
      <w:r>
        <w:rPr>
          <w:b/>
        </w:rPr>
        <w:t xml:space="preserve">[52:20] </w:t>
      </w:r>
      <w:r>
        <w:t>musbat jo item wahan hai us se us ko matlab hota hai.</w:t>
      </w:r>
    </w:p>
    <w:p>
      <w:pPr>
        <w:jc w:val="right"/>
      </w:pPr>
      <w:r>
        <w:t>مثبت جو item وہاں ہے اس سے اس کو مطلب ہوتا ہے۔</w:t>
      </w:r>
    </w:p>
    <w:p>
      <w:r>
        <w:rPr>
          <w:b/>
        </w:rPr>
        <w:t xml:space="preserve">[52:25] </w:t>
      </w:r>
      <w:r>
        <w:t>to rasool Allah sal Allah alaihi wasallam aur aap ke ashaab kya karte the? ke wahan par jo</w:t>
      </w:r>
    </w:p>
    <w:p>
      <w:pPr>
        <w:jc w:val="right"/>
      </w:pPr>
      <w:r>
        <w:t>تو رسول اللہ صلی اللہ علیہ وسلم اور آپ کے اصحاب کیا کرتے تھے؟ کہ وہاں پر جو</w:t>
      </w:r>
    </w:p>
    <w:p>
      <w:r>
        <w:rPr>
          <w:b/>
        </w:rPr>
        <w:t xml:space="preserve">[52:33] </w:t>
      </w:r>
      <w:r>
        <w:t>log aate the, woh bonton ki ziyarat karne ke liye, un par ja ke dawat pahuncha dete the</w:t>
      </w:r>
    </w:p>
    <w:p>
      <w:pPr>
        <w:jc w:val="right"/>
      </w:pPr>
      <w:r>
        <w:t>لوگ آتے تھے، وہ بتوں کی زیارت کرنے کے لیے، ان پر جا کے دعوت پہنچا دیتے تھے</w:t>
      </w:r>
    </w:p>
    <w:p>
      <w:r>
        <w:rPr>
          <w:b/>
        </w:rPr>
        <w:t xml:space="preserve">[52:41] </w:t>
      </w:r>
      <w:r>
        <w:t>woh.</w:t>
      </w:r>
    </w:p>
    <w:p>
      <w:pPr>
        <w:jc w:val="right"/>
      </w:pPr>
      <w:r>
        <w:t>وہ۔</w:t>
      </w:r>
    </w:p>
    <w:p>
      <w:r>
        <w:rPr>
          <w:b/>
        </w:rPr>
        <w:t xml:space="preserve">[52:42] </w:t>
      </w:r>
      <w:r>
        <w:t>yani unhon ne ignore kiya bonton ke presence ko aur jo aate the, jo log, jo insan, un</w:t>
      </w:r>
    </w:p>
    <w:p>
      <w:pPr>
        <w:jc w:val="right"/>
      </w:pPr>
      <w:r>
        <w:t>یعنی انہوں نے ignore کیا بتوں کے presence کو اور جو آتے تھے، جو لوگ، جو انسان، ان</w:t>
      </w:r>
    </w:p>
    <w:p>
      <w:r>
        <w:rPr>
          <w:b/>
        </w:rPr>
        <w:t xml:space="preserve">[52:50] </w:t>
      </w:r>
      <w:r>
        <w:t>ko bator opportunity ke istemal kiya, un ko dawat dete rahe.</w:t>
      </w:r>
    </w:p>
    <w:p>
      <w:pPr>
        <w:jc w:val="right"/>
      </w:pPr>
      <w:r>
        <w:t>کو بطور opportunity کے استعمال کیا، ان کو دعوت دیتے رہے۔</w:t>
      </w:r>
    </w:p>
    <w:p>
      <w:r>
        <w:rPr>
          <w:b/>
        </w:rPr>
        <w:t xml:space="preserve">[52:55] </w:t>
      </w:r>
      <w:r>
        <w:t>aaj ka musalmanon ka muamla ulta hai.</w:t>
      </w:r>
    </w:p>
    <w:p>
      <w:pPr>
        <w:jc w:val="right"/>
      </w:pPr>
      <w:r>
        <w:t>آج کا مسلمانوں کا معاملہ الٹا ہے۔</w:t>
      </w:r>
    </w:p>
    <w:p>
      <w:r>
        <w:rPr>
          <w:b/>
        </w:rPr>
        <w:t xml:space="preserve">[52:58] </w:t>
      </w:r>
      <w:r>
        <w:t>aaj ka musalmanon ka muamla ulta hai.</w:t>
      </w:r>
    </w:p>
    <w:p>
      <w:pPr>
        <w:jc w:val="right"/>
      </w:pPr>
      <w:r>
        <w:t>آج کا مسلمانوں کا معاملہ الٹا ہے۔</w:t>
      </w:r>
    </w:p>
    <w:p>
      <w:r>
        <w:rPr>
          <w:b/>
        </w:rPr>
        <w:t xml:space="preserve">[53:01] </w:t>
      </w:r>
      <w:r>
        <w:t>misal par jahan woh jis shahar mein yeh taqreer unhon ne ki thi, us shahar mein bhi do</w:t>
      </w:r>
    </w:p>
    <w:p>
      <w:pPr>
        <w:jc w:val="right"/>
      </w:pPr>
      <w:r>
        <w:t>مثال پر جہاں وہ جس شہر میں یہ تقریر انہوں نے کی تھی، اس شہر میں بھی دو</w:t>
      </w:r>
    </w:p>
    <w:p>
      <w:r>
        <w:rPr>
          <w:b/>
        </w:rPr>
        <w:t xml:space="preserve">[53:08] </w:t>
      </w:r>
      <w:r>
        <w:t>imkan tha.</w:t>
      </w:r>
    </w:p>
    <w:p>
      <w:pPr>
        <w:jc w:val="right"/>
      </w:pPr>
      <w:r>
        <w:t>امکان تھا۔</w:t>
      </w:r>
    </w:p>
    <w:p>
      <w:r>
        <w:rPr>
          <w:b/>
        </w:rPr>
        <w:t xml:space="preserve">[53:10] </w:t>
      </w:r>
      <w:r>
        <w:t>ek ke is aadmi ki manfi taqreer, manfi taqreer.</w:t>
      </w:r>
    </w:p>
    <w:p>
      <w:pPr>
        <w:jc w:val="right"/>
      </w:pPr>
      <w:r>
        <w:t>ایک کہ اس آدمی کی منفی تقریر، منفی تقریر۔</w:t>
      </w:r>
    </w:p>
    <w:p>
      <w:r>
        <w:rPr>
          <w:b/>
        </w:rPr>
        <w:t xml:space="preserve">[53:14] </w:t>
      </w:r>
      <w:r>
        <w:t>doosri taraf bohat saare ikattha hue wahan hazaron log.</w:t>
      </w:r>
    </w:p>
    <w:p>
      <w:pPr>
        <w:jc w:val="right"/>
      </w:pPr>
      <w:r>
        <w:t>دوسری طرف بہت سارے اکٹھا ہوئے وہاں ہزاروں لوگ۔</w:t>
      </w:r>
    </w:p>
    <w:p>
      <w:r>
        <w:rPr>
          <w:b/>
        </w:rPr>
        <w:t xml:space="preserve">[53:18] </w:t>
      </w:r>
      <w:r>
        <w:t>hazaron log jo thay woh madu thay.</w:t>
      </w:r>
    </w:p>
    <w:p>
      <w:pPr>
        <w:jc w:val="right"/>
      </w:pPr>
      <w:r>
        <w:t>ہزاروں لوگ جو تھے وہ مدعو تھے۔</w:t>
      </w:r>
    </w:p>
    <w:p>
      <w:r>
        <w:rPr>
          <w:b/>
        </w:rPr>
        <w:t xml:space="preserve">[53:21] </w:t>
      </w:r>
      <w:r>
        <w:t>woh musbat imkan de tha wahan par.</w:t>
      </w:r>
    </w:p>
    <w:p>
      <w:pPr>
        <w:jc w:val="right"/>
      </w:pPr>
      <w:r>
        <w:t>وہ مثبت امکان دے تھا وہاں پر۔</w:t>
      </w:r>
    </w:p>
    <w:p>
      <w:r>
        <w:rPr>
          <w:b/>
        </w:rPr>
        <w:t xml:space="preserve">[53:24] </w:t>
      </w:r>
      <w:r>
        <w:t>wahan par aap ke sath quran in ko taqseem karein, in ko islam ki kitabein baantein.</w:t>
      </w:r>
    </w:p>
    <w:p>
      <w:pPr>
        <w:jc w:val="right"/>
      </w:pPr>
      <w:r>
        <w:t>وہاں پر آپ کے ساتھ قرآن ان کو تقسیم کریں، ان کو اسلام کی کتابیں بانٹیں۔</w:t>
      </w:r>
    </w:p>
    <w:p>
      <w:r>
        <w:rPr>
          <w:b/>
        </w:rPr>
        <w:t xml:space="preserve">[53:30] </w:t>
      </w:r>
      <w:r>
        <w:t>yeh moqa tha wahan par.</w:t>
      </w:r>
    </w:p>
    <w:p>
      <w:pPr>
        <w:jc w:val="right"/>
      </w:pPr>
      <w:r>
        <w:t>یہ موقع تھا وہاں پر۔</w:t>
      </w:r>
    </w:p>
    <w:p>
      <w:r>
        <w:rPr>
          <w:b/>
        </w:rPr>
        <w:t xml:space="preserve">[53:33] </w:t>
      </w:r>
      <w:r>
        <w:t>to ab dekhiye, ulta zehan hai.</w:t>
      </w:r>
    </w:p>
    <w:p>
      <w:pPr>
        <w:jc w:val="right"/>
      </w:pPr>
      <w:r>
        <w:t>تو اب دیکھیے، الٹا ذہن ہے۔</w:t>
      </w:r>
    </w:p>
    <w:p>
      <w:r>
        <w:rPr>
          <w:b/>
        </w:rPr>
        <w:t xml:space="preserve">[53:35] </w:t>
      </w:r>
      <w:r>
        <w:t>ke taqreer par hangama aur jo wahan majma ikattha hua, us ko dawat pohanchane par koi koi shauq</w:t>
      </w:r>
    </w:p>
    <w:p>
      <w:pPr>
        <w:jc w:val="right"/>
      </w:pPr>
      <w:r>
        <w:t>کہ تقریر پر ہنگامہ اور جو وہاں مجمع اکٹھا ہوا، اس کو دعوت پہنچانے پر کوئی کوئی شوق</w:t>
      </w:r>
    </w:p>
    <w:p>
      <w:r>
        <w:rPr>
          <w:b/>
        </w:rPr>
        <w:t xml:space="preserve">[53:43] </w:t>
      </w:r>
      <w:r>
        <w:t>nahi, koi jazba nahi.</w:t>
      </w:r>
    </w:p>
    <w:p>
      <w:pPr>
        <w:jc w:val="right"/>
      </w:pPr>
      <w:r>
        <w:t>نہیں، کوئی جذبہ نہیں۔</w:t>
      </w:r>
    </w:p>
    <w:p>
      <w:r>
        <w:rPr>
          <w:b/>
        </w:rPr>
        <w:t xml:space="preserve">[53:45] </w:t>
      </w:r>
      <w:r>
        <w:t>to pehla, pehle daur mein sara focus hota tha musbat pehlu par.</w:t>
      </w:r>
    </w:p>
    <w:p>
      <w:pPr>
        <w:jc w:val="right"/>
      </w:pPr>
      <w:r>
        <w:t>تو پہلا، پہلے دور میں سارا focus ہوتا تھا مثبت پہلو پر۔</w:t>
      </w:r>
    </w:p>
    <w:p>
      <w:r>
        <w:rPr>
          <w:b/>
        </w:rPr>
        <w:t xml:space="preserve">[53:50] </w:t>
      </w:r>
      <w:r>
        <w:t>ab focus chala gaya kya? manfi pehlu par.</w:t>
      </w:r>
    </w:p>
    <w:p>
      <w:pPr>
        <w:jc w:val="right"/>
      </w:pPr>
      <w:r>
        <w:t>اب focus چلا گیا کیا؟ منفی پہلو پر۔</w:t>
      </w:r>
    </w:p>
    <w:p>
      <w:r>
        <w:rPr>
          <w:b/>
        </w:rPr>
        <w:t xml:space="preserve">[53:53] </w:t>
      </w:r>
      <w:r>
        <w:t>kaisi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[53:55] </w:t>
      </w:r>
      <w:r>
        <w:t>aur phir bhi hum samajhte hain ke hum hum jannaton mein dakhil honge.</w:t>
      </w:r>
    </w:p>
    <w:p>
      <w:pPr>
        <w:jc w:val="right"/>
      </w:pPr>
      <w:r>
        <w:t>اور پھر بھی ہم سمجھتے ہیں کہ ہم ہم جنتوں میں داخل ہوں گے۔</w:t>
      </w:r>
    </w:p>
    <w:p>
      <w:r>
        <w:rPr>
          <w:b/>
        </w:rPr>
        <w:t xml:space="preserve">[54:01] </w:t>
      </w:r>
      <w:r>
        <w:t>jannat mein dakhil hoga woh aadmi jo rasool Allah ke namune ko follow kare.</w:t>
      </w:r>
    </w:p>
    <w:p>
      <w:pPr>
        <w:jc w:val="right"/>
      </w:pPr>
      <w:r>
        <w:t>جنت میں داخل ہوگا وہ آدمی جو رسول اللہ کے نمونے کو follow کرے۔</w:t>
      </w:r>
    </w:p>
    <w:p>
      <w:r>
        <w:rPr>
          <w:b/>
        </w:rPr>
        <w:t xml:space="preserve">[54:07] </w:t>
      </w:r>
      <w:r>
        <w:t>un ka ulta chala to kaise jannat mein chala jayega woh? kaisi ajeeb baat hai yeh.</w:t>
      </w:r>
    </w:p>
    <w:p>
      <w:pPr>
        <w:jc w:val="right"/>
      </w:pPr>
      <w:r>
        <w:t>ان کا الٹا چلا تو کیسے جنت میں چلا جائے گا وہ؟ کیسی عجیب بات ہے یہ۔</w:t>
      </w:r>
    </w:p>
    <w:p>
      <w:r>
        <w:rPr>
          <w:b/>
        </w:rPr>
        <w:t xml:space="preserve">[54:14] </w:t>
      </w:r>
      <w:r>
        <w:t>rasool Allah ka jo model hai, ashaab rasool ka jo model hai, is mein yeh tha ke manfi</w:t>
      </w:r>
    </w:p>
    <w:p>
      <w:pPr>
        <w:jc w:val="right"/>
      </w:pPr>
      <w:r>
        <w:t>رسول اللہ کا جو ماڈل ہے، اصحاب رسول کا جو ماڈل ہے، اس میں یہ تھا کہ منفی</w:t>
      </w:r>
    </w:p>
    <w:p>
      <w:r>
        <w:rPr>
          <w:b/>
        </w:rPr>
        <w:t xml:space="preserve">[54:22] </w:t>
      </w:r>
      <w:r>
        <w:t>pehluon ko nazar andaz karo, musbat pehluon ko le lo.</w:t>
      </w:r>
    </w:p>
    <w:p>
      <w:pPr>
        <w:jc w:val="right"/>
      </w:pPr>
      <w:r>
        <w:t>پہلوؤں کو نظر انداز کرو، مثبت پہلوؤں کو لے لو۔</w:t>
      </w:r>
    </w:p>
    <w:p>
      <w:r>
        <w:rPr>
          <w:b/>
        </w:rPr>
        <w:t xml:space="preserve">[54:26] </w:t>
      </w:r>
      <w:r>
        <w:t>yani buton ka present jo hai woh manfi pehlu tha wahan.</w:t>
      </w:r>
    </w:p>
    <w:p>
      <w:pPr>
        <w:jc w:val="right"/>
      </w:pPr>
      <w:r>
        <w:t>یعنی بتوں کا present جو ہے وہ منفی پہلو تھا وہاں۔</w:t>
      </w:r>
    </w:p>
    <w:p>
      <w:r>
        <w:rPr>
          <w:b/>
        </w:rPr>
        <w:t xml:space="preserve">[54:31] </w:t>
      </w:r>
      <w:r>
        <w:t>aur jo aate thay wahan zaireen, woh musbat pehlu tha.</w:t>
      </w:r>
    </w:p>
    <w:p>
      <w:pPr>
        <w:jc w:val="right"/>
      </w:pPr>
      <w:r>
        <w:t>اور جو آتے تھے وہاں زائرین، وہ مثبت پہلو تھا۔</w:t>
      </w:r>
    </w:p>
    <w:p>
      <w:r>
        <w:rPr>
          <w:b/>
        </w:rPr>
        <w:t xml:space="preserve">[54:35] </w:t>
      </w:r>
      <w:r>
        <w:t>to buton ko nazar andaz kar ke in ko bator madu istemal karo, in mein quran ka paigham</w:t>
      </w:r>
    </w:p>
    <w:p>
      <w:pPr>
        <w:jc w:val="right"/>
      </w:pPr>
      <w:r>
        <w:t>تو بتوں کو نظر انداز کر کے ان کو بطور مدعو استعمال کرو، ان میں قرآن کا پیغام</w:t>
      </w:r>
    </w:p>
    <w:p>
      <w:r>
        <w:rPr>
          <w:b/>
        </w:rPr>
        <w:t xml:space="preserve">[54:43] </w:t>
      </w:r>
      <w:r>
        <w:t>pohanchao.</w:t>
      </w:r>
    </w:p>
    <w:p>
      <w:pPr>
        <w:jc w:val="right"/>
      </w:pPr>
      <w:r>
        <w:t>پہنچاؤ۔</w:t>
      </w:r>
    </w:p>
    <w:p>
      <w:r>
        <w:rPr>
          <w:b/>
        </w:rPr>
        <w:t xml:space="preserve">[54:44] </w:t>
      </w:r>
      <w:r>
        <w:t>to ab wahan par zahir hai jahan taqreer hui thi us aadmi ki, wahan hazaron log ikattha hue</w:t>
      </w:r>
    </w:p>
    <w:p>
      <w:pPr>
        <w:jc w:val="right"/>
      </w:pPr>
      <w:r>
        <w:t>تو اب وہاں پر ظاہر ہے جہاں تقریر ہوئی تھی اس آدمی کی، وہاں ہزاروں لوگ اکٹھا ہوئے</w:t>
      </w:r>
    </w:p>
    <w:p>
      <w:r>
        <w:rPr>
          <w:b/>
        </w:rPr>
        <w:t xml:space="preserve">[54:52]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[54:54] </w:t>
      </w:r>
      <w:r>
        <w:t>woh hazaron log madu thay.</w:t>
      </w:r>
    </w:p>
    <w:p>
      <w:pPr>
        <w:jc w:val="right"/>
      </w:pPr>
      <w:r>
        <w:t>وہ ہزاروں لوگ مدعو تھے۔</w:t>
      </w:r>
    </w:p>
    <w:p>
      <w:r>
        <w:rPr>
          <w:b/>
        </w:rPr>
        <w:t xml:space="preserve">[54:56] </w:t>
      </w:r>
      <w:r>
        <w:t>to musalmanon ko chahiye tha ke woh is ki taqreer ko nazar andaz karte.</w:t>
      </w:r>
    </w:p>
    <w:p>
      <w:pPr>
        <w:jc w:val="right"/>
      </w:pPr>
      <w:r>
        <w:t>تو مسلمانوں کو چاہیے تھا کہ وہ اس کی تقریر کو نظر انداز کرتے۔</w:t>
      </w:r>
    </w:p>
    <w:p>
      <w:r>
        <w:rPr>
          <w:b/>
        </w:rPr>
        <w:t xml:space="preserve">[55:02] </w:t>
      </w:r>
      <w:r>
        <w:t>taqreer ko nazar andaz kar ke is is is woh jo majma tha, us mein Allah ka paigham</w:t>
      </w:r>
    </w:p>
    <w:p>
      <w:pPr>
        <w:jc w:val="right"/>
      </w:pPr>
      <w:r>
        <w:t>تقریر کو نظر انداز کر کے اس اس اس وہ جو مجمع تھا، اس میں اللہ کا پیغام</w:t>
      </w:r>
    </w:p>
    <w:p>
      <w:r>
        <w:rPr>
          <w:b/>
        </w:rPr>
        <w:t xml:space="preserve">[55:09] </w:t>
      </w:r>
      <w:r>
        <w:t>pohanchatey.</w:t>
      </w:r>
    </w:p>
    <w:p>
      <w:pPr>
        <w:jc w:val="right"/>
      </w:pPr>
      <w:r>
        <w:t>پہنچاتے۔</w:t>
      </w:r>
    </w:p>
    <w:p>
      <w:r>
        <w:rPr>
          <w:b/>
        </w:rPr>
        <w:t xml:space="preserve">[55:11] </w:t>
      </w:r>
      <w:r>
        <w:t>quran distribute kartey, quran ki nuskhay distribute kartey aur islami literature dete un ko.</w:t>
      </w:r>
    </w:p>
    <w:p>
      <w:pPr>
        <w:jc w:val="right"/>
      </w:pPr>
      <w:r>
        <w:t>قرآن distribute کرتے، قرآن کی نسخہ distribute کرتے اور اسلامی literature دیتے ان کو۔</w:t>
      </w:r>
    </w:p>
    <w:p>
      <w:r>
        <w:rPr>
          <w:b/>
        </w:rPr>
        <w:t xml:space="preserve">[55:17] </w:t>
      </w:r>
      <w:r>
        <w:t>kaisa ajeeb farq hai.</w:t>
      </w:r>
    </w:p>
    <w:p>
      <w:pPr>
        <w:jc w:val="right"/>
      </w:pPr>
      <w:r>
        <w:t>کیسا عجیب فرق ہے۔</w:t>
      </w:r>
    </w:p>
    <w:p>
      <w:r>
        <w:rPr>
          <w:b/>
        </w:rPr>
        <w:t xml:space="preserve">[55:19] </w:t>
      </w:r>
      <w:r>
        <w:t>kaisa ajeeb farq hai.</w:t>
      </w:r>
    </w:p>
    <w:p>
      <w:pPr>
        <w:jc w:val="right"/>
      </w:pPr>
      <w:r>
        <w:t>کیسا عجیب فرق ہے۔</w:t>
      </w:r>
    </w:p>
    <w:p>
      <w:r>
        <w:rPr>
          <w:b/>
        </w:rPr>
        <w:t xml:space="preserve">[55:20] </w:t>
      </w:r>
      <w:r>
        <w:t>to yeh hai woh cheez jis ki ke musalmanon ko hamein batana hai aur musalmanon ke andar aik</w:t>
      </w:r>
    </w:p>
    <w:p>
      <w:pPr>
        <w:jc w:val="right"/>
      </w:pPr>
      <w:r>
        <w:t>تو یہ ہے وہ چیز جس کی کہ مسلمانوں کو ہمیں بتانا ہے اور مسلمانوں کے اندر ایک</w:t>
      </w:r>
    </w:p>
    <w:p>
      <w:r>
        <w:rPr>
          <w:b/>
        </w:rPr>
        <w:t xml:space="preserve">[55:28] </w:t>
      </w:r>
      <w:r>
        <w:t>aik aik nayi tabdeeli lana hai.</w:t>
      </w:r>
    </w:p>
    <w:p>
      <w:pPr>
        <w:jc w:val="right"/>
      </w:pPr>
      <w:r>
        <w:t>ایک ایک نئی تبدیلی لانا ہے۔</w:t>
      </w:r>
    </w:p>
    <w:p>
      <w:r>
        <w:rPr>
          <w:b/>
        </w:rPr>
        <w:t xml:space="preserve">[55:31] </w:t>
      </w:r>
      <w:r>
        <w:t>is ke siwa koi bhi aisi cheez nahi hai jo musalmanon ki jis mein falah milay, un ko</w:t>
      </w:r>
    </w:p>
    <w:p>
      <w:pPr>
        <w:jc w:val="right"/>
      </w:pPr>
      <w:r>
        <w:t>اس کے سوا کوئی بھی ایسی چیز نہیں ہے جو مسلمانوں کی جس میں فلاح ملے، ان کو</w:t>
      </w:r>
    </w:p>
    <w:p>
      <w:r>
        <w:rPr>
          <w:b/>
        </w:rPr>
        <w:t xml:space="preserve">[55:38] </w:t>
      </w:r>
      <w:r>
        <w:t>kamyabi milay.</w:t>
      </w:r>
    </w:p>
    <w:p>
      <w:pPr>
        <w:jc w:val="right"/>
      </w:pPr>
      <w:r>
        <w:t>کامیابی ملے۔</w:t>
      </w:r>
    </w:p>
    <w:p>
      <w:r>
        <w:rPr>
          <w:b/>
        </w:rPr>
        <w:t xml:space="preserve">[55:40] </w:t>
      </w:r>
      <w:r>
        <w:t>kyun ke jo jo usool, jo zindagi ka usool quran mein bataya gaya hai aur jis ka model rasool</w:t>
      </w:r>
    </w:p>
    <w:p>
      <w:pPr>
        <w:jc w:val="right"/>
      </w:pPr>
      <w:r>
        <w:t>کیونکہ جو جو اصول، جو زندگی کا اصول قرآن میں بتایا گیا ہے اور جس کا ماڈل رسول</w:t>
      </w:r>
    </w:p>
    <w:p>
      <w:r>
        <w:rPr>
          <w:b/>
        </w:rPr>
        <w:t xml:space="preserve">[55:48] </w:t>
      </w:r>
      <w:r>
        <w:t>ullah ne pesh kiya apni zindagi mein, is ko follow karne mein kamyabi hai.</w:t>
      </w:r>
    </w:p>
    <w:p>
      <w:pPr>
        <w:jc w:val="right"/>
      </w:pPr>
      <w:r>
        <w:t>اللہ نے پیش کیا اپنی زندگی میں، اس کو follow کرنے میں کامیابی ہے۔</w:t>
      </w:r>
    </w:p>
    <w:p>
      <w:r>
        <w:rPr>
          <w:b/>
        </w:rPr>
        <w:t xml:space="preserve">[55:54] </w:t>
      </w:r>
      <w:r>
        <w:t>jo is ko na follow karey, jo hat jaye, to is ke liye to siwaye ghaate ke aur</w:t>
      </w:r>
    </w:p>
    <w:p>
      <w:pPr>
        <w:jc w:val="right"/>
      </w:pPr>
      <w:r>
        <w:t>جو اس کو نہ follow کرے، جو ہٹ جائے، تو اس کے لیے تو سوائے گھاٹے کے اور</w:t>
      </w:r>
    </w:p>
    <w:p>
      <w:r>
        <w:rPr>
          <w:b/>
        </w:rPr>
        <w:t xml:space="preserve">[56:01] </w:t>
      </w:r>
      <w:r>
        <w:t>kuch bhi nahi.</w:t>
      </w:r>
    </w:p>
    <w:p>
      <w:pPr>
        <w:jc w:val="right"/>
      </w:pPr>
      <w:r>
        <w:t>کچھ بھی نہیں۔</w:t>
      </w:r>
    </w:p>
    <w:p>
      <w:r>
        <w:rPr>
          <w:b/>
        </w:rPr>
        <w:t xml:space="preserve">[56:03] </w:t>
      </w:r>
      <w:r>
        <w:t>isi ko mein kaha karta hoon aksar ke aaj musalmanon ko yeh karna hai ke woh islam ko</w:t>
      </w:r>
    </w:p>
    <w:p>
      <w:pPr>
        <w:jc w:val="right"/>
      </w:pPr>
      <w:r>
        <w:t>اسی کو میں کہا کرتا ہوں اکثر کہ آج مسلمانوں کو یہ کرنا ہے کہ وہ اسلام کو</w:t>
      </w:r>
    </w:p>
    <w:p>
      <w:r>
        <w:rPr>
          <w:b/>
        </w:rPr>
        <w:t xml:space="preserve">[56:10] </w:t>
      </w:r>
      <w:r>
        <w:t>rediscover karein.</w:t>
      </w:r>
    </w:p>
    <w:p>
      <w:pPr>
        <w:jc w:val="right"/>
      </w:pPr>
      <w:r>
        <w:t>rediscover کریں۔</w:t>
      </w:r>
    </w:p>
    <w:p>
      <w:r>
        <w:rPr>
          <w:b/>
        </w:rPr>
        <w:t xml:space="preserve">[56:12] </w:t>
      </w:r>
      <w:r>
        <w:t>yani musalmanon ko yeh karna hai ke woh islam ko rediscover karein.</w:t>
      </w:r>
    </w:p>
    <w:p>
      <w:pPr>
        <w:jc w:val="right"/>
      </w:pPr>
      <w:r>
        <w:t>یعنی مسلمانوں کو یہ کرنا ہے کہ وہ اسلام کو rediscover کریں۔</w:t>
      </w:r>
    </w:p>
    <w:p>
      <w:r>
        <w:rPr>
          <w:b/>
        </w:rPr>
        <w:t xml:space="preserve">[56:17] </w:t>
      </w:r>
      <w:r>
        <w:t>aur doosron ko yeh karna hai ke woh unhein, yani un ke liye islam ko discovery banayein un</w:t>
      </w:r>
    </w:p>
    <w:p>
      <w:pPr>
        <w:jc w:val="right"/>
      </w:pPr>
      <w:r>
        <w:t>اور دوسروں کو یہ کرنا ہے کہ وہ انہیں، یعنی ان کے لیے اسلام کو discovery بنائیں ان</w:t>
      </w:r>
    </w:p>
    <w:p>
      <w:r>
        <w:rPr>
          <w:b/>
        </w:rPr>
        <w:t xml:space="preserve">[56:25] </w:t>
      </w:r>
      <w:r>
        <w:t>ki.</w:t>
      </w:r>
    </w:p>
    <w:p>
      <w:pPr>
        <w:jc w:val="right"/>
      </w:pPr>
      <w:r>
        <w:t>کی۔</w:t>
      </w:r>
    </w:p>
    <w:p>
      <w:r>
        <w:rPr>
          <w:b/>
        </w:rPr>
        <w:t xml:space="preserve">[56:26] </w:t>
      </w:r>
      <w:r>
        <w:t>yani jo dawati koshish hamari hai, is dawati koshish mein kai do pehlu hain.</w:t>
      </w:r>
    </w:p>
    <w:p>
      <w:pPr>
        <w:jc w:val="right"/>
      </w:pPr>
      <w:r>
        <w:t>یعنی جو دعوتی کوشش ہماری ہے، اس دعوتی کوشش میں کئی دو پہلو ہیں۔</w:t>
      </w:r>
    </w:p>
    <w:p>
      <w:r>
        <w:rPr>
          <w:b/>
        </w:rPr>
        <w:t xml:space="preserve">[56:32] </w:t>
      </w:r>
      <w:r>
        <w:t>musalmanon ke liye islam ko un ki discovery banana.</w:t>
      </w:r>
    </w:p>
    <w:p>
      <w:pPr>
        <w:jc w:val="right"/>
      </w:pPr>
      <w:r>
        <w:t>مسلمانوں کے لیے اسلام کو ان کی discovery بنانا۔</w:t>
      </w:r>
    </w:p>
    <w:p>
      <w:r>
        <w:rPr>
          <w:b/>
        </w:rPr>
        <w:t xml:space="preserve">[56:36] </w:t>
      </w:r>
      <w:r>
        <w:t>musalmanon ke liye un ki rediscovery.</w:t>
      </w:r>
    </w:p>
    <w:p>
      <w:pPr>
        <w:jc w:val="right"/>
      </w:pPr>
      <w:r>
        <w:t>مسلمانوں کے لیے ان کی rediscovery۔</w:t>
      </w:r>
    </w:p>
    <w:p>
      <w:r>
        <w:rPr>
          <w:b/>
        </w:rPr>
        <w:t xml:space="preserve">[56:39] </w:t>
      </w:r>
      <w:r>
        <w:t>musalmanon ko rediscovery kara raha hai islam ka.</w:t>
      </w:r>
    </w:p>
    <w:p>
      <w:pPr>
        <w:jc w:val="right"/>
      </w:pPr>
      <w:r>
        <w:t>مسلمانوں کو rediscovery کرا رہا ہے اسلام کا۔</w:t>
      </w:r>
    </w:p>
    <w:p>
      <w:r>
        <w:rPr>
          <w:b/>
        </w:rPr>
        <w:t xml:space="preserve">[56:42] </w:t>
      </w:r>
      <w:r>
        <w:t>aur doosre logon ke liye islam ko un ki discovery banana.</w:t>
      </w:r>
    </w:p>
    <w:p>
      <w:pPr>
        <w:jc w:val="right"/>
      </w:pPr>
      <w:r>
        <w:t>اور دوسرے لوگوں کے لیے اسلام کو ان کی discovery بنانا۔</w:t>
      </w:r>
    </w:p>
    <w:p>
      <w:r>
        <w:rPr>
          <w:b/>
        </w:rPr>
        <w:t xml:space="preserve">[56:47] </w:t>
      </w:r>
      <w:r>
        <w:t>kyun ke jitna bekhabar doosre log hain, utne bekhabar musalman bhi hain.</w:t>
      </w:r>
    </w:p>
    <w:p>
      <w:pPr>
        <w:jc w:val="right"/>
      </w:pPr>
      <w:r>
        <w:t>کیونکہ جتنا بے خبر دوسرے لوگ ہیں، اتنے بے خبر مسلمان بھی ہیں۔</w:t>
      </w:r>
    </w:p>
    <w:p>
      <w:r>
        <w:rPr>
          <w:b/>
        </w:rPr>
        <w:t xml:space="preserve">[56:52] </w:t>
      </w:r>
      <w:r>
        <w:t>yani naam lene wale bhi hotey hain, bekhabar hain jitna ke is ka jo log naam nahi</w:t>
      </w:r>
    </w:p>
    <w:p>
      <w:pPr>
        <w:jc w:val="right"/>
      </w:pPr>
      <w:r>
        <w:t>یعنی نام لینے والے بھی ہوتے ہیں، بے خبر ہیں جتنا کہ اس کا جو لوگ نام نہیں</w:t>
      </w:r>
    </w:p>
    <w:p>
      <w:r>
        <w:rPr>
          <w:b/>
        </w:rPr>
        <w:t xml:space="preserve">[57:00] </w:t>
      </w:r>
      <w:r>
        <w:t>letey is ka.</w:t>
      </w:r>
    </w:p>
    <w:p>
      <w:pPr>
        <w:jc w:val="right"/>
      </w:pPr>
      <w:r>
        <w:t>لیتے اس کا۔</w:t>
      </w:r>
    </w:p>
    <w:p>
      <w:r>
        <w:rPr>
          <w:b/>
        </w:rPr>
        <w:t xml:space="preserve">[57:02] </w:t>
      </w:r>
      <w:r>
        <w:t>to behrahal yeh hamara mission hai.</w:t>
      </w:r>
    </w:p>
    <w:p>
      <w:pPr>
        <w:jc w:val="right"/>
      </w:pPr>
      <w:r>
        <w:t>تو بہرحال یہ ہمارا مشن ہے۔</w:t>
      </w:r>
    </w:p>
    <w:p>
      <w:r>
        <w:rPr>
          <w:b/>
        </w:rPr>
        <w:t xml:space="preserve">[57:04] </w:t>
      </w:r>
      <w:r>
        <w:t>hamare jo sathi hain, woh isi mission ke liye uthe hain.</w:t>
      </w:r>
    </w:p>
    <w:p>
      <w:pPr>
        <w:jc w:val="right"/>
      </w:pPr>
      <w:r>
        <w:t>ہمارے جو ساتھی ہیں، وہ اسی مشن کے لیے اٹھے ہیں۔</w:t>
      </w:r>
    </w:p>
    <w:p>
      <w:r>
        <w:rPr>
          <w:b/>
        </w:rPr>
        <w:t xml:space="preserve">[57:09] </w:t>
      </w:r>
      <w:r>
        <w:t>hamara mission wahi hai jo quran ka aur sunnat ka mission hai.</w:t>
      </w:r>
    </w:p>
    <w:p>
      <w:pPr>
        <w:jc w:val="right"/>
      </w:pPr>
      <w:r>
        <w:t>ہمارا مشن وہی ہے جو قرآن کا اور سنت کا مشن ہے۔</w:t>
      </w:r>
    </w:p>
    <w:p>
      <w:r>
        <w:rPr>
          <w:b/>
        </w:rPr>
        <w:t xml:space="preserve">[57:14] </w:t>
      </w:r>
      <w:r>
        <w:t>jisko le kar rasool Allah sal Allah alaihi wasallam dunya mein aaye aur jisko sahaba kiram</w:t>
      </w:r>
    </w:p>
    <w:p>
      <w:pPr>
        <w:jc w:val="right"/>
      </w:pPr>
      <w:r>
        <w:t>جس کو لے کر رسول اللہ صلی اللہ علیہ وسلم دنیا میں آئے اور جس کو صحابہ کرام</w:t>
      </w:r>
    </w:p>
    <w:p>
      <w:r>
        <w:rPr>
          <w:b/>
        </w:rPr>
        <w:t xml:space="preserve">[57:22] </w:t>
      </w:r>
      <w:r>
        <w:t>ne aap ke baad dunya mein chalaya.</w:t>
      </w:r>
    </w:p>
    <w:p>
      <w:pPr>
        <w:jc w:val="right"/>
      </w:pPr>
      <w:r>
        <w:t>نے آپ کے بعد دنیا میں چلایا۔</w:t>
      </w:r>
    </w:p>
    <w:p>
      <w:r>
        <w:rPr>
          <w:b/>
        </w:rPr>
        <w:t xml:space="preserve">[57:25] </w:t>
      </w:r>
      <w:r>
        <w:t>wahi hamara mission hai.</w:t>
      </w:r>
    </w:p>
    <w:p>
      <w:pPr>
        <w:jc w:val="right"/>
      </w:pPr>
      <w:r>
        <w:t>وہی ہمارا مشن ہے۔</w:t>
      </w:r>
    </w:p>
    <w:p>
      <w:r>
        <w:rPr>
          <w:b/>
        </w:rPr>
        <w:t xml:space="preserve">[57:27] </w:t>
      </w:r>
      <w:r>
        <w:t>kal mere paas ek telephone aaya ke jaise kuch kuch log hain jo bohat mukhalifat kar rahe</w:t>
      </w:r>
    </w:p>
    <w:p>
      <w:pPr>
        <w:jc w:val="right"/>
      </w:pPr>
      <w:r>
        <w:t>کل میرے پاس ایک ٹیلی فون آیا کہ جیسے کچھ کچھ لوگ ہیں جو بہت مخالفت کر رہے</w:t>
      </w:r>
    </w:p>
    <w:p>
      <w:r>
        <w:rPr>
          <w:b/>
        </w:rPr>
        <w:t xml:space="preserve">[57:34] </w:t>
      </w:r>
      <w:r>
        <w:t>hain is mission ki.</w:t>
      </w:r>
    </w:p>
    <w:p>
      <w:pPr>
        <w:jc w:val="right"/>
      </w:pPr>
      <w:r>
        <w:t>ہیں اس مشن کی۔</w:t>
      </w:r>
    </w:p>
    <w:p>
      <w:r>
        <w:rPr>
          <w:b/>
        </w:rPr>
        <w:t xml:space="preserve">[57:36] </w:t>
      </w:r>
      <w:r>
        <w:t>to main ne un se kaha ke un se kahiye ke hamare mission ko janchana hai, woh sirf</w:t>
      </w:r>
    </w:p>
    <w:p>
      <w:pPr>
        <w:jc w:val="right"/>
      </w:pPr>
      <w:r>
        <w:t>تو میں نے ان سے کہا کہ ان سے کہیے کہ ہمارے مشن کو جانچنا ہے، وہ صرف</w:t>
      </w:r>
    </w:p>
    <w:p>
      <w:r>
        <w:rPr>
          <w:b/>
        </w:rPr>
        <w:t xml:space="preserve">[57:44] </w:t>
      </w:r>
      <w:r>
        <w:t>quran aur sunnat par.</w:t>
      </w:r>
    </w:p>
    <w:p>
      <w:pPr>
        <w:jc w:val="right"/>
      </w:pPr>
      <w:r>
        <w:t>قرآن اور سنت پر۔</w:t>
      </w:r>
    </w:p>
    <w:p>
      <w:r>
        <w:rPr>
          <w:b/>
        </w:rPr>
        <w:t xml:space="preserve">[57:45] </w:t>
      </w:r>
      <w:r>
        <w:t>koi doosra criterion ya koi doosra ya strict le kar ke us ko janchenge to ghalati karenge</w:t>
      </w:r>
    </w:p>
    <w:p>
      <w:pPr>
        <w:jc w:val="right"/>
      </w:pPr>
      <w:r>
        <w:t>کوئی دوسرا criterion یا کوئی دوسرا یا strict لے کر کے اس کو جانچیں گے تو غلطی کریں</w:t>
      </w:r>
    </w:p>
    <w:p>
      <w:r>
        <w:rPr>
          <w:b/>
        </w:rPr>
        <w:t xml:space="preserve">[57:53] </w:t>
      </w:r>
      <w:r>
        <w:t>woh.</w:t>
      </w:r>
    </w:p>
    <w:p>
      <w:pPr>
        <w:jc w:val="right"/>
      </w:pPr>
      <w:r>
        <w:t>گے وہ۔</w:t>
      </w:r>
    </w:p>
    <w:p>
      <w:r>
        <w:rPr>
          <w:b/>
        </w:rPr>
        <w:t xml:space="preserve">[57:55] </w:t>
      </w:r>
      <w:r>
        <w:t>yeh mission rasool Allah ke mission ko zinda karne ka mission hai.</w:t>
      </w:r>
    </w:p>
    <w:p>
      <w:pPr>
        <w:jc w:val="right"/>
      </w:pPr>
      <w:r>
        <w:t>یہ مشن رسول اللہ کے مشن کو زندہ کرنے کا مشن ہے۔</w:t>
      </w:r>
    </w:p>
    <w:p>
      <w:r>
        <w:rPr>
          <w:b/>
        </w:rPr>
        <w:t xml:space="preserve">[58:00] </w:t>
      </w:r>
      <w:r>
        <w:t>aur koi doosra maqsad hamare samne nahi hai.</w:t>
      </w:r>
    </w:p>
    <w:p>
      <w:pPr>
        <w:jc w:val="right"/>
      </w:pPr>
      <w:r>
        <w:t>اور کوئی دوسرا مقصد ہمارے سامنے نہیں ہے۔</w:t>
      </w:r>
    </w:p>
    <w:p>
      <w:r>
        <w:rPr>
          <w:b/>
        </w:rPr>
        <w:t xml:space="preserve">[58:03] </w:t>
      </w:r>
      <w:r>
        <w:t>na koi doosra aadmi kisi aur ya ya strict se jaan sakta hai hamare mission ko.</w:t>
      </w:r>
    </w:p>
    <w:p>
      <w:pPr>
        <w:jc w:val="right"/>
      </w:pPr>
      <w:r>
        <w:t>نہ کوئی دوسرا آدمی کسی اور یا یا strict سے جانچ سکتا ہے ہمارے مشن کو۔</w:t>
      </w:r>
    </w:p>
    <w:p>
      <w:r>
        <w:rPr>
          <w:b/>
        </w:rPr>
        <w:t xml:space="preserve">[58:10] </w:t>
      </w:r>
      <w:r>
        <w:t>to yeh bohat hi zaroori hai ke yeh jaane ke yeh mission ka nature kya hai, is ki</w:t>
      </w:r>
    </w:p>
    <w:p>
      <w:pPr>
        <w:jc w:val="right"/>
      </w:pPr>
      <w:r>
        <w:t>تو یہ بہت ہی ضروری ہے کہ یہ جانے کہ یہ مشن کا nature کیا ہے، اس کی</w:t>
      </w:r>
    </w:p>
    <w:p>
      <w:r>
        <w:rPr>
          <w:b/>
        </w:rPr>
        <w:t xml:space="preserve">[58:18] </w:t>
      </w:r>
      <w:r>
        <w:t>nauiyat kya hai aur hamein kis aitbar se janchana hai logon ko.</w:t>
      </w:r>
    </w:p>
    <w:p>
      <w:pPr>
        <w:jc w:val="right"/>
      </w:pPr>
      <w:r>
        <w:t>نوعیت کیا ہے اور ہمیں کس اعتبار سے جانچنا ہے لوگوں کو۔</w:t>
      </w:r>
    </w:p>
    <w:p>
      <w:r>
        <w:rPr>
          <w:b/>
        </w:rPr>
        <w:t xml:space="preserve">[58:23] </w:t>
      </w:r>
      <w:r>
        <w:t>kisi aur miyar ko le kar ke aap janchenge to aap hi ghalat qarar payenge.</w:t>
      </w:r>
    </w:p>
    <w:p>
      <w:pPr>
        <w:jc w:val="right"/>
      </w:pPr>
      <w:r>
        <w:t>کسی اور معیار کو لے کر کے آپ جانچیں گے تو آپ ہی غلط قرار پائیں گے۔</w:t>
      </w:r>
    </w:p>
    <w:p>
      <w:r>
        <w:rPr>
          <w:b/>
        </w:rPr>
        <w:t xml:space="preserve">[58:30] </w:t>
      </w:r>
      <w:r>
        <w:t>hamara mission is se ghalat sabit nahi ho sakta hai.</w:t>
      </w:r>
    </w:p>
    <w:p>
      <w:pPr>
        <w:jc w:val="right"/>
      </w:pPr>
      <w:r>
        <w:t>ہمارا مشن اس سے غلط ثابت نہیں ہو سکتا ہے۔</w:t>
      </w:r>
    </w:p>
    <w:p>
      <w:r>
        <w:rPr>
          <w:b/>
        </w:rPr>
        <w:t xml:space="preserve">[58:34] </w:t>
      </w:r>
      <w:r>
        <w:t>kyun ke jo hamara dawah hai, usi ke lehaz se aap ko janchana chahiye.</w:t>
      </w:r>
    </w:p>
    <w:p>
      <w:pPr>
        <w:jc w:val="right"/>
      </w:pPr>
      <w:r>
        <w:t>کیونکہ جو ہمارا دعویٰ ہے، اسی کے لحاظ سے آپ کو جانچنا چاہیے۔</w:t>
      </w:r>
    </w:p>
    <w:p>
      <w:r>
        <w:rPr>
          <w:b/>
        </w:rPr>
        <w:t xml:space="preserve">[58:40] </w:t>
      </w:r>
      <w:r>
        <w:t>hamara dawah hai ke hum quran aur sunnat ke liye uthe hain, usi aitbar se janciye.</w:t>
      </w:r>
    </w:p>
    <w:p>
      <w:pPr>
        <w:jc w:val="right"/>
      </w:pPr>
      <w:r>
        <w:t>ہمارا دعویٰ ہے کہ ہم قرآن اور سنت کے لیے اٹھے ہیں، اسی اعتبار سے جانچیے۔</w:t>
      </w:r>
    </w:p>
    <w:p>
      <w:r>
        <w:rPr>
          <w:b/>
        </w:rPr>
        <w:t xml:space="preserve">[58:47] </w:t>
      </w:r>
      <w:r>
        <w:t>to main ne un se kaha ke un ko yahi baat kahiye ke ke Hazrat Imam Abu Hanifa</w:t>
      </w:r>
    </w:p>
    <w:p>
      <w:pPr>
        <w:jc w:val="right"/>
      </w:pPr>
      <w:r>
        <w:t>تو میں نے ان سے کہا کہ ان کو یہی بات کہیے کہ کہ حضرت امام ابو حنیفہ</w:t>
      </w:r>
    </w:p>
    <w:p>
      <w:r>
        <w:rPr>
          <w:b/>
        </w:rPr>
        <w:t xml:space="preserve">[58:55] </w:t>
      </w:r>
      <w:r>
        <w:t>ke yeh qoul dohraiye un ko ke ke agar aap ko hamare upar aitraz hai to quran ki</w:t>
      </w:r>
    </w:p>
    <w:p>
      <w:pPr>
        <w:jc w:val="right"/>
      </w:pPr>
      <w:r>
        <w:t>کے یہ قول دہرائیے ان کو کہ کہ اگر آپ کو ہمارے اوپر اعتراض ہے تو قرآن کی</w:t>
      </w:r>
    </w:p>
    <w:p>
      <w:r>
        <w:rPr>
          <w:b/>
        </w:rPr>
        <w:t xml:space="preserve">[59:02] </w:t>
      </w:r>
      <w:r>
        <w:t>ayat laiye.</w:t>
      </w:r>
    </w:p>
    <w:p>
      <w:pPr>
        <w:jc w:val="right"/>
      </w:pPr>
      <w:r>
        <w:t>آیت لائیے۔</w:t>
      </w:r>
    </w:p>
    <w:p>
      <w:r>
        <w:rPr>
          <w:b/>
        </w:rPr>
        <w:t xml:space="preserve">[59:04] </w:t>
      </w:r>
      <w:r>
        <w:t>aur koi doosra hawala, koi doosra aitraz aage karte hain aap to hamare liye is ki value nahi</w:t>
      </w:r>
    </w:p>
    <w:p>
      <w:pPr>
        <w:jc w:val="right"/>
      </w:pPr>
      <w:r>
        <w:t>اور کوئی دوسرا حوالہ، کوئی دوسرا اعتراض آگے کرتے ہیں آپ تو ہمارے لیے اس کی ویلیو نہیں</w:t>
      </w:r>
    </w:p>
    <w:p>
      <w:r>
        <w:rPr>
          <w:b/>
        </w:rPr>
        <w:t xml:space="preserve">[59:12] </w:t>
      </w:r>
      <w:r>
        <w:t>hogi.</w:t>
      </w:r>
    </w:p>
    <w:p>
      <w:pPr>
        <w:jc w:val="right"/>
      </w:pPr>
      <w:r>
        <w:t>ہوگی۔</w:t>
      </w:r>
    </w:p>
    <w:p>
      <w:r>
        <w:rPr>
          <w:b/>
        </w:rPr>
        <w:t xml:space="preserve">[59:13] </w:t>
      </w:r>
      <w:r>
        <w:t>to yeh hai chand baatein, mein dua karta hoon ke Allah taala mujh ko aur aap ko tofeeq</w:t>
      </w:r>
    </w:p>
    <w:p>
      <w:pPr>
        <w:jc w:val="right"/>
      </w:pPr>
      <w:r>
        <w:t>تو یہ ہے چند باتیں، میں دعا کرتا ہوں کہ اللہ تعالیٰ مجھ کو اور آپ کو توفیق</w:t>
      </w:r>
    </w:p>
    <w:p>
      <w:r>
        <w:rPr>
          <w:b/>
        </w:rPr>
        <w:t xml:space="preserve">[59:21] </w:t>
      </w:r>
      <w:r>
        <w:t>de ke hum khud Allah ke deen par qaim hon aur dunya ko Allah ke deen se ba-khabar</w:t>
      </w:r>
    </w:p>
    <w:p>
      <w:pPr>
        <w:jc w:val="right"/>
      </w:pPr>
      <w:r>
        <w:t>دے کہ ہم خود اللہ کے دین پر قائم ہوں اور دنیا کو اللہ کے دین سے باخبر</w:t>
      </w:r>
    </w:p>
    <w:p>
      <w:r>
        <w:rPr>
          <w:b/>
        </w:rPr>
        <w:t xml:space="preserve">[59:28] </w:t>
      </w:r>
      <w:r>
        <w:t>kar saken.</w:t>
      </w:r>
    </w:p>
    <w:p>
      <w:pPr>
        <w:jc w:val="right"/>
      </w:pPr>
      <w:r>
        <w:t>کر سکیں۔</w:t>
      </w:r>
    </w:p>
    <w:p>
      <w:r>
        <w:rPr>
          <w:b/>
        </w:rPr>
        <w:t xml:space="preserve">[59:30] </w:t>
      </w:r>
      <w:r>
        <w:t>aqool qawli hadha wa astaghfirullah li wa lakum ajmaeen.</w:t>
      </w:r>
    </w:p>
    <w:p>
      <w:pPr>
        <w:jc w:val="right"/>
      </w:pPr>
      <w:r>
        <w:t>أقول قولي هذا واستغفرالله لي ولكم اجمعين.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