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Purpose of Creation- 29 March 2011</w:t>
      </w:r>
    </w:p>
    <w:p>
      <w:r>
        <w:t>https://www.youtube.com/watch?v=KIfwzFLIc5o</w:t>
      </w:r>
    </w:p>
    <w:p>
      <w:r>
        <w:rPr>
          <w:b/>
        </w:rPr>
        <w:t xml:space="preserve">[00:02] </w:t>
      </w:r>
      <w:r>
        <w:t>bismillah rahman rahim, wasalli allah ala nabiyyil karim. rab ishrah li sadri, wa yassir li amri, wah lul uqdatan min lisani, yafqahu qawli.</w:t>
      </w:r>
    </w:p>
    <w:p>
      <w:pPr>
        <w:jc w:val="right"/>
      </w:pPr>
      <w:r>
        <w:t>بسم اللہ الرحمن الرحیم، وصلی اللہ علی النبی الکریم. رب اشرح لی صدری، ویسر لی امری، واحل العقدۃ من لسانی، یفقہ قولی.</w:t>
      </w:r>
    </w:p>
    <w:p>
      <w:r>
        <w:rPr>
          <w:b/>
        </w:rPr>
        <w:t xml:space="preserve">[00:28] </w:t>
      </w:r>
      <w:r>
        <w:t>aaj ki talk ke liye jo theme hai woh hai "The Purpose of Creation", yaani takhleeq ka maqsad.</w:t>
      </w:r>
    </w:p>
    <w:p>
      <w:pPr>
        <w:jc w:val="right"/>
      </w:pPr>
      <w:r>
        <w:t>آج کی ٹاک کے لیے جو تھیم ہے وہ ہے "The Purpose of Creation"، یعنی تخلیق کا مقصد.</w:t>
      </w:r>
    </w:p>
    <w:p>
      <w:r>
        <w:rPr>
          <w:b/>
        </w:rPr>
        <w:t xml:space="preserve">[00:35] </w:t>
      </w:r>
      <w:r>
        <w:t>aap jante hain ke Khuda ne insaan ko banaya.</w:t>
      </w:r>
    </w:p>
    <w:p>
      <w:pPr>
        <w:jc w:val="right"/>
      </w:pPr>
      <w:r>
        <w:t>آپ جانتے ہیں کہ خدا نے انسان کو بنایا۔</w:t>
      </w:r>
    </w:p>
    <w:p>
      <w:r>
        <w:rPr>
          <w:b/>
        </w:rPr>
        <w:t xml:space="preserve">[00:39] </w:t>
      </w:r>
      <w:r>
        <w:t>Khuda sari cheezon ka Creator hai.</w:t>
      </w:r>
    </w:p>
    <w:p>
      <w:pPr>
        <w:jc w:val="right"/>
      </w:pPr>
      <w:r>
        <w:t>خدا ساری چیزوں کا Creator ہے۔</w:t>
      </w:r>
    </w:p>
    <w:p>
      <w:r>
        <w:rPr>
          <w:b/>
        </w:rPr>
        <w:t xml:space="preserve">[00:42] </w:t>
      </w:r>
      <w:r>
        <w:t>aaj subah mein radio sun raha tha to ek ajeeb experience hua.</w:t>
      </w:r>
    </w:p>
    <w:p>
      <w:pPr>
        <w:jc w:val="right"/>
      </w:pPr>
      <w:r>
        <w:t>آج صبح میں ریڈیو سن رہا تھا تو ایک عجیب ایکسپیرینس ہوا۔</w:t>
      </w:r>
    </w:p>
    <w:p>
      <w:r>
        <w:rPr>
          <w:b/>
        </w:rPr>
        <w:t xml:space="preserve">[00:47] </w:t>
      </w:r>
      <w:r>
        <w:t>yeh is tarah ka experience tha jis ko aap shabdon mein bayan nahi kar sakte.</w:t>
      </w:r>
    </w:p>
    <w:p>
      <w:pPr>
        <w:jc w:val="right"/>
      </w:pPr>
      <w:r>
        <w:t>یہ اس طرح کا ایکسپیرینس تھا جس کو آپ शब्दوں میں بیان نہیں کر سکتے۔</w:t>
      </w:r>
    </w:p>
    <w:p>
      <w:r>
        <w:rPr>
          <w:b/>
        </w:rPr>
        <w:t xml:space="preserve">[00:53] </w:t>
      </w:r>
      <w:r>
        <w:t>woh yeh tha ke radio mein unhon ne bataya ke tata company, jo hamare mulk ki bohat bari</w:t>
      </w:r>
    </w:p>
    <w:p>
      <w:pPr>
        <w:jc w:val="right"/>
      </w:pPr>
      <w:r>
        <w:t>وہ یہ تھا کہ ریڈیو میں انہوں نے بتایا کہ ٹاٹا کمپنی، جو ہمارے ملک کی بہت بڑی</w:t>
      </w:r>
    </w:p>
    <w:p>
      <w:r>
        <w:rPr>
          <w:b/>
        </w:rPr>
        <w:t xml:space="preserve">[01:01] </w:t>
      </w:r>
      <w:r>
        <w:t>company hai, tata company ne motor ki line mein dunya ki sab se bari achievement ki hai.</w:t>
      </w:r>
    </w:p>
    <w:p>
      <w:pPr>
        <w:jc w:val="right"/>
      </w:pPr>
      <w:r>
        <w:t>کمپنی ہے، ٹاٹا کمپنی نے موٹر کی لائن میں دنیا کی سب سے بڑی Achievement کی ہے۔</w:t>
      </w:r>
    </w:p>
    <w:p>
      <w:r>
        <w:rPr>
          <w:b/>
        </w:rPr>
        <w:t xml:space="preserve">[01:08] </w:t>
      </w:r>
      <w:r>
        <w:t>yani ek taraf is ne sab se choti car banai jis ka daam sirf ek lakh rupay hai,</w:t>
      </w:r>
    </w:p>
    <w:p>
      <w:pPr>
        <w:jc w:val="right"/>
      </w:pPr>
      <w:r>
        <w:t>یعنی ایک طرف اس نے سب سے چھوٹی کار بنائی جس کا دام صرف ایک لاکھ روپے ہے،</w:t>
      </w:r>
    </w:p>
    <w:p>
      <w:r>
        <w:rPr>
          <w:b/>
        </w:rPr>
        <w:t xml:space="preserve">[01:16] </w:t>
      </w:r>
      <w:r>
        <w:t>dosri taraf woh ab ek aisi car bana raha hai jis ka daam ek crore rupay hoga.</w:t>
      </w:r>
    </w:p>
    <w:p>
      <w:pPr>
        <w:jc w:val="right"/>
      </w:pPr>
      <w:r>
        <w:t>دوسری طرف وہ اب ایک ایسی کار بنا رہا ہے جس کا دام ایک کروڑ روپے ہوگا۔</w:t>
      </w:r>
    </w:p>
    <w:p>
      <w:r>
        <w:rPr>
          <w:b/>
        </w:rPr>
        <w:t xml:space="preserve">[01:23] </w:t>
      </w:r>
      <w:r>
        <w:t>is ki tafseel batate hue unhon ne kaha ke yeh samjha ja raha hai ke bohat jald tata</w:t>
      </w:r>
    </w:p>
    <w:p>
      <w:pPr>
        <w:jc w:val="right"/>
      </w:pPr>
      <w:r>
        <w:t>اس کی تفصیل بتاتے ہوئے انہوں نے کہا کہ یہ سمجھا جا رہا ہے کہ بہت جلد ٹاٹا</w:t>
      </w:r>
    </w:p>
    <w:p>
      <w:r>
        <w:rPr>
          <w:b/>
        </w:rPr>
        <w:t xml:space="preserve">[01:31] </w:t>
      </w:r>
      <w:r>
        <w:t>dunya ki sab se bari jo car banane wali company hai, ford motor company, us ko take over</w:t>
      </w:r>
    </w:p>
    <w:p>
      <w:pPr>
        <w:jc w:val="right"/>
      </w:pPr>
      <w:r>
        <w:t>دنیا کی سب سے بڑی جو کار بنانے والی کمپنی ہے، فورڈ موٹر کمپنی، اس کو take over</w:t>
      </w:r>
    </w:p>
    <w:p>
      <w:r>
        <w:rPr>
          <w:b/>
        </w:rPr>
        <w:t xml:space="preserve">[01:39] </w:t>
      </w:r>
      <w:r>
        <w:t>kar le ga.</w:t>
      </w:r>
    </w:p>
    <w:p>
      <w:pPr>
        <w:jc w:val="right"/>
      </w:pPr>
      <w:r>
        <w:t>کر لے گا۔</w:t>
      </w:r>
    </w:p>
    <w:p>
      <w:r>
        <w:rPr>
          <w:b/>
        </w:rPr>
        <w:t xml:space="preserve">[01:40] </w:t>
      </w:r>
      <w:r>
        <w:t>us ko take over kar le ga.</w:t>
      </w:r>
    </w:p>
    <w:p>
      <w:pPr>
        <w:jc w:val="right"/>
      </w:pPr>
      <w:r>
        <w:t>اس کو take over کر لے گا۔</w:t>
      </w:r>
    </w:p>
    <w:p>
      <w:r>
        <w:rPr>
          <w:b/>
        </w:rPr>
        <w:t xml:space="preserve">[01:43] </w:t>
      </w:r>
      <w:r>
        <w:t>main ne socha ke is tarah ka waqia pehle possible nahi tha.</w:t>
      </w:r>
    </w:p>
    <w:p>
      <w:pPr>
        <w:jc w:val="right"/>
      </w:pPr>
      <w:r>
        <w:t>میں نے سوچا کہ اس طرح کا واقعہ پہلے possible نہیں تھا۔</w:t>
      </w:r>
    </w:p>
    <w:p>
      <w:r>
        <w:rPr>
          <w:b/>
        </w:rPr>
        <w:t xml:space="preserve">[01:48] </w:t>
      </w:r>
      <w:r>
        <w:t>ek company jis ka headquarter india mein ho, poori poori dunya mein apna infrastructure phaila sake, poori poori</w:t>
      </w:r>
    </w:p>
    <w:p>
      <w:pPr>
        <w:jc w:val="right"/>
      </w:pPr>
      <w:r>
        <w:t>ایک کمپنی جس کا ہیڈکوارٹر انڈیا میں ہو، پوری پوری دنیا میں اپنا infrastructure پھیلا سکے، پوری پوری</w:t>
      </w:r>
    </w:p>
    <w:p>
      <w:r>
        <w:rPr>
          <w:b/>
        </w:rPr>
        <w:t xml:space="preserve">[01:56] </w:t>
      </w:r>
      <w:r>
        <w:t>dunya mein apna domination qaim kar sake, to yeh aaj ki jo technique hai, aaj ki jo communication</w:t>
      </w:r>
    </w:p>
    <w:p>
      <w:pPr>
        <w:jc w:val="right"/>
      </w:pPr>
      <w:r>
        <w:t>دنیا میں اپنا domination قائم کر سکے، تو یہ آج کی جو technique ہے، آج کی جو communication</w:t>
      </w:r>
    </w:p>
    <w:p>
      <w:r>
        <w:rPr>
          <w:b/>
        </w:rPr>
        <w:t xml:space="preserve">[02:04] </w:t>
      </w:r>
      <w:r>
        <w:t>hai, is ki wajah se yeh possible hua hai.</w:t>
      </w:r>
    </w:p>
    <w:p>
      <w:pPr>
        <w:jc w:val="right"/>
      </w:pPr>
      <w:r>
        <w:t>ہے، اس کی وجہ سے یہ possible ہوا ہے۔</w:t>
      </w:r>
    </w:p>
    <w:p>
      <w:r>
        <w:rPr>
          <w:b/>
        </w:rPr>
        <w:t xml:space="preserve">[02:08] </w:t>
      </w:r>
      <w:r>
        <w:t>yani international management ko insan pehle nahi janta tha.</w:t>
      </w:r>
    </w:p>
    <w:p>
      <w:pPr>
        <w:jc w:val="right"/>
      </w:pPr>
      <w:r>
        <w:t>یعنی international management کو انسان پہلے نہیں جانتا تھا۔</w:t>
      </w:r>
    </w:p>
    <w:p>
      <w:r>
        <w:rPr>
          <w:b/>
        </w:rPr>
        <w:t xml:space="preserve">[02:11] </w:t>
      </w:r>
      <w:r>
        <w:t>koi business international level par manage kiya sakta hai, yeh insan pehle nahi janta tha.</w:t>
      </w:r>
    </w:p>
    <w:p>
      <w:pPr>
        <w:jc w:val="right"/>
      </w:pPr>
      <w:r>
        <w:t>کوئی business international level پر manage کیا سکتا ہے، یہ انسان پہلے نہیں جانتا تھا۔</w:t>
      </w:r>
    </w:p>
    <w:p>
      <w:r>
        <w:rPr>
          <w:b/>
        </w:rPr>
        <w:t xml:space="preserve">[02:18] </w:t>
      </w:r>
      <w:r>
        <w:t>to main ne socha ke khuda ne apni greatness ko batane ke liye ek choti si glimpse dikhai</w:t>
      </w:r>
    </w:p>
    <w:p>
      <w:pPr>
        <w:jc w:val="right"/>
      </w:pPr>
      <w:r>
        <w:t>تو میں نے سوچا کہ خدا نے اپنی greatness کو بتانے کے لیے ایک چھوٹی سی glimpse دکھائی</w:t>
      </w:r>
    </w:p>
    <w:p>
      <w:r>
        <w:rPr>
          <w:b/>
        </w:rPr>
        <w:t xml:space="preserve">[02:26] </w:t>
      </w:r>
      <w:r>
        <w:t>hai hamein ke jis tarah insan international level par affairs ko manage kar raha hai, usi tarah khuda</w:t>
      </w:r>
    </w:p>
    <w:p>
      <w:pPr>
        <w:jc w:val="right"/>
      </w:pPr>
      <w:r>
        <w:t>ہے ہمیں کہ جس طرح انسان international level پر affairs کو manage کر رہا ہے، اسی طرح خدا</w:t>
      </w:r>
    </w:p>
    <w:p>
      <w:r>
        <w:rPr>
          <w:b/>
        </w:rPr>
        <w:t xml:space="preserve">[02:33] </w:t>
      </w:r>
      <w:r>
        <w:t>universal level par affairs ko manage kar raha hai.</w:t>
      </w:r>
    </w:p>
    <w:p>
      <w:pPr>
        <w:jc w:val="right"/>
      </w:pPr>
      <w:r>
        <w:t>universal level پر affairs کو manage کر رہا ہے۔</w:t>
      </w:r>
    </w:p>
    <w:p>
      <w:r>
        <w:rPr>
          <w:b/>
        </w:rPr>
        <w:t xml:space="preserve">[02:37] </w:t>
      </w:r>
      <w:r>
        <w:t>to tata phenomena makes us aware to understand how it is possible to manage a universal infrastructure.</w:t>
      </w:r>
    </w:p>
    <w:p>
      <w:pPr>
        <w:jc w:val="right"/>
      </w:pPr>
      <w:r>
        <w:t>تو ٹاٹا phenomena makes us aware to understand how it is possible to manage a universal infrastructure۔</w:t>
      </w:r>
    </w:p>
    <w:p>
      <w:r>
        <w:rPr>
          <w:b/>
        </w:rPr>
        <w:t xml:space="preserve">[02:44] </w:t>
      </w:r>
      <w:r>
        <w:t>insan agar international infrastructure ko manage kar sakta hai to jo creator hai, jo khaliq hai, woh universal</w:t>
      </w:r>
    </w:p>
    <w:p>
      <w:pPr>
        <w:jc w:val="right"/>
      </w:pPr>
      <w:r>
        <w:t>انسان اگر international infrastructure کو manage کر سکتا ہے تو جو Creator ہے، جو خالق ہے، وہ universal</w:t>
      </w:r>
    </w:p>
    <w:p>
      <w:r>
        <w:rPr>
          <w:b/>
        </w:rPr>
        <w:t xml:space="preserve">[02:52] </w:t>
      </w:r>
      <w:r>
        <w:t>infrastructure ko bhi manage kar sakta hai.</w:t>
      </w:r>
    </w:p>
    <w:p>
      <w:pPr>
        <w:jc w:val="right"/>
      </w:pPr>
      <w:r>
        <w:t>infrastructure کو بھی manage کر سکتا ہے۔</w:t>
      </w:r>
    </w:p>
    <w:p>
      <w:r>
        <w:rPr>
          <w:b/>
        </w:rPr>
        <w:t xml:space="preserve">[02:55] </w:t>
      </w:r>
      <w:r>
        <w:t>yeh soch kar bilkul tharthari aa gayi mere body mein.</w:t>
      </w:r>
    </w:p>
    <w:p>
      <w:pPr>
        <w:jc w:val="right"/>
      </w:pPr>
      <w:r>
        <w:t>یہ سوچ کر بالکل تھرتھری آ گئی میرے body میں۔</w:t>
      </w:r>
    </w:p>
    <w:p>
      <w:r>
        <w:rPr>
          <w:b/>
        </w:rPr>
        <w:t xml:space="preserve">[02:59] </w:t>
      </w:r>
      <w:r>
        <w:t>literally main kanpne laga.</w:t>
      </w:r>
    </w:p>
    <w:p>
      <w:pPr>
        <w:jc w:val="right"/>
      </w:pPr>
      <w:r>
        <w:t>Literally میں کانپنے لگا۔</w:t>
      </w:r>
    </w:p>
    <w:p>
      <w:r>
        <w:rPr>
          <w:b/>
        </w:rPr>
        <w:t xml:space="preserve">[03:01] </w:t>
      </w:r>
      <w:r>
        <w:t>main samajhta hoon ke aaj ke zamane mein khuda ne woh nishaniyan, woh signs aakhri tor par khol</w:t>
      </w:r>
    </w:p>
    <w:p>
      <w:pPr>
        <w:jc w:val="right"/>
      </w:pPr>
      <w:r>
        <w:t>میں سمجھتا ہوں کہ آج کے زمانے میں خدا نے وہ نشانیاں، وہ signs آخری طور پر کھول</w:t>
      </w:r>
    </w:p>
    <w:p>
      <w:r>
        <w:rPr>
          <w:b/>
        </w:rPr>
        <w:t xml:space="preserve">[03:09] </w:t>
      </w:r>
      <w:r>
        <w:t>di hain jis se aap khuda ko samajh saken.</w:t>
      </w:r>
    </w:p>
    <w:p>
      <w:pPr>
        <w:jc w:val="right"/>
      </w:pPr>
      <w:r>
        <w:t>دی ہیں جس سے آپ خدا کو سمجھ سکیں۔</w:t>
      </w:r>
    </w:p>
    <w:p>
      <w:r>
        <w:rPr>
          <w:b/>
        </w:rPr>
        <w:t xml:space="preserve">[03:13] </w:t>
      </w:r>
      <w:r>
        <w:t>khuda ki greatness ko understandable banane ke liye sab tarqqiyan hui hain.</w:t>
      </w:r>
    </w:p>
    <w:p>
      <w:pPr>
        <w:jc w:val="right"/>
      </w:pPr>
      <w:r>
        <w:t>خدا کی greatness کو understandable بنانے کے لیے سب ترقیاں ہوئی ہیں۔</w:t>
      </w:r>
    </w:p>
    <w:p>
      <w:r>
        <w:rPr>
          <w:b/>
        </w:rPr>
        <w:t xml:space="preserve">[03:18] </w:t>
      </w:r>
      <w:r>
        <w:t>yeh jo taraqqiyan is zamane mein hui hain, in ka jo material aspect hai, woh to bohat hi</w:t>
      </w:r>
    </w:p>
    <w:p>
      <w:pPr>
        <w:jc w:val="right"/>
      </w:pPr>
      <w:r>
        <w:t>یہ جو ترقیاں اس زمانے میں ہوئی ہیں، ان کا جو material aspect ہے، وہ تو بہت ہی</w:t>
      </w:r>
    </w:p>
    <w:p>
      <w:r>
        <w:rPr>
          <w:b/>
        </w:rPr>
        <w:t xml:space="preserve">[03:26] </w:t>
      </w:r>
      <w:r>
        <w:t>chhota aspect hai.</w:t>
      </w:r>
    </w:p>
    <w:p>
      <w:pPr>
        <w:jc w:val="right"/>
      </w:pPr>
      <w:r>
        <w:t>چھوٹا aspect ہے۔</w:t>
      </w:r>
    </w:p>
    <w:p>
      <w:r>
        <w:rPr>
          <w:b/>
        </w:rPr>
        <w:t xml:space="preserve">[03:27] </w:t>
      </w:r>
      <w:r>
        <w:t>zyada bada aspect woh hai jis ko main kahunga ke spiritual aspect.</w:t>
      </w:r>
    </w:p>
    <w:p>
      <w:pPr>
        <w:jc w:val="right"/>
      </w:pPr>
      <w:r>
        <w:t>زیادہ بڑا aspect وہ ہے جس کو میں کہوں گا کہ spiritual aspect۔</w:t>
      </w:r>
    </w:p>
    <w:p>
      <w:r>
        <w:rPr>
          <w:b/>
        </w:rPr>
        <w:t xml:space="preserve">[03:33] </w:t>
      </w:r>
      <w:r>
        <w:t>yani Khuda ko understand karna, Khuda ki greatness ko mehsoos kar sakna.</w:t>
      </w:r>
    </w:p>
    <w:p>
      <w:pPr>
        <w:jc w:val="right"/>
      </w:pPr>
      <w:r>
        <w:t>یعنی خدا کو understand کرنا، خدا کی greatness کو محسوس کر سکنا۔</w:t>
      </w:r>
    </w:p>
    <w:p>
      <w:r>
        <w:rPr>
          <w:b/>
        </w:rPr>
        <w:t xml:space="preserve">[03:38] </w:t>
      </w:r>
      <w:r>
        <w:t>to yeh hai Khuda jis ki ek bohat hi chhoti si glimpse hum science ke miracles mein aaj</w:t>
      </w:r>
    </w:p>
    <w:p>
      <w:pPr>
        <w:jc w:val="right"/>
      </w:pPr>
      <w:r>
        <w:t>تو یہ ہے خدا جس کی ایک بہت ہی چھوٹی سی glimpse ہم سائنس کے miracles میں آج</w:t>
      </w:r>
    </w:p>
    <w:p>
      <w:r>
        <w:rPr>
          <w:b/>
        </w:rPr>
        <w:t xml:space="preserve">[03:46] </w:t>
      </w:r>
      <w:r>
        <w:t>dekh sakte hain.</w:t>
      </w:r>
    </w:p>
    <w:p>
      <w:pPr>
        <w:jc w:val="right"/>
      </w:pPr>
      <w:r>
        <w:t>دیکھ سکتے ہیں۔</w:t>
      </w:r>
    </w:p>
    <w:p>
      <w:r>
        <w:rPr>
          <w:b/>
        </w:rPr>
        <w:t xml:space="preserve">[03:47] </w:t>
      </w:r>
      <w:r>
        <w:t>to is Khuda ne yeh duniya banai, insan ko yahan basaya.</w:t>
      </w:r>
    </w:p>
    <w:p>
      <w:pPr>
        <w:jc w:val="right"/>
      </w:pPr>
      <w:r>
        <w:t>تو اس خدا نے یہ دنیا بنائی، انسان کو یہاں بسایا۔</w:t>
      </w:r>
    </w:p>
    <w:p>
      <w:r>
        <w:rPr>
          <w:b/>
        </w:rPr>
        <w:t xml:space="preserve">[03:52] </w:t>
      </w:r>
      <w:r>
        <w:t>saare insan equal basis par Khuda ke banaye hue hain.</w:t>
      </w:r>
    </w:p>
    <w:p>
      <w:pPr>
        <w:jc w:val="right"/>
      </w:pPr>
      <w:r>
        <w:t>سارے انسان equal basis پر خدا کے بنائے ہوئے ہیں۔</w:t>
      </w:r>
    </w:p>
    <w:p>
      <w:r>
        <w:rPr>
          <w:b/>
        </w:rPr>
        <w:t xml:space="preserve">[03:56] </w:t>
      </w:r>
      <w:r>
        <w:t>is aitbar se insan aur insan mein koi farq nahin.</w:t>
      </w:r>
    </w:p>
    <w:p>
      <w:pPr>
        <w:jc w:val="right"/>
      </w:pPr>
      <w:r>
        <w:t>اس اعتبار سے انسان اور انسان میں کوئی فرق نہیں۔</w:t>
      </w:r>
    </w:p>
    <w:p>
      <w:r>
        <w:rPr>
          <w:b/>
        </w:rPr>
        <w:t xml:space="preserve">[04:00] </w:t>
      </w:r>
      <w:r>
        <w:t>lekin ek farq hota hai jo real farq hai, real difference hai, woh hai believer aur unbeliever ka</w:t>
      </w:r>
    </w:p>
    <w:p>
      <w:pPr>
        <w:jc w:val="right"/>
      </w:pPr>
      <w:r>
        <w:t>لیکن ایک فرق ہوتا ہے جو real فرق ہے، real difference ہے، وہ ہے believer اور unbeliever کا</w:t>
      </w:r>
    </w:p>
    <w:p>
      <w:r>
        <w:rPr>
          <w:b/>
        </w:rPr>
        <w:t xml:space="preserve">[04:08] </w:t>
      </w:r>
      <w:r>
        <w:t>farq.</w:t>
      </w:r>
    </w:p>
    <w:p>
      <w:pPr>
        <w:jc w:val="right"/>
      </w:pPr>
      <w:r>
        <w:t>فرق۔</w:t>
      </w:r>
    </w:p>
    <w:p>
      <w:r>
        <w:rPr>
          <w:b/>
        </w:rPr>
        <w:t xml:space="preserve">[04:10] </w:t>
      </w:r>
      <w:r>
        <w:t>yani ek aitbar se yeh saari duniya daralinsaan hai.</w:t>
      </w:r>
    </w:p>
    <w:p>
      <w:pPr>
        <w:jc w:val="right"/>
      </w:pPr>
      <w:r>
        <w:t>یعنی ایک اعتبار سے یہ ساری دنیا دارالانسان ہے۔</w:t>
      </w:r>
    </w:p>
    <w:p>
      <w:r>
        <w:rPr>
          <w:b/>
        </w:rPr>
        <w:t xml:space="preserve">[04:13] </w:t>
      </w:r>
      <w:r>
        <w:t>sab ke sab log.</w:t>
      </w:r>
    </w:p>
    <w:p>
      <w:pPr>
        <w:jc w:val="right"/>
      </w:pPr>
      <w:r>
        <w:t>سب کے سب لوگ۔</w:t>
      </w:r>
    </w:p>
    <w:p>
      <w:r>
        <w:rPr>
          <w:b/>
        </w:rPr>
        <w:t xml:space="preserve">[04:15] </w:t>
      </w:r>
      <w:r>
        <w:t>yeh daralinsaan hai.</w:t>
      </w:r>
    </w:p>
    <w:p>
      <w:pPr>
        <w:jc w:val="right"/>
      </w:pPr>
      <w:r>
        <w:t>یہ دارالانسان ہے۔</w:t>
      </w:r>
    </w:p>
    <w:p>
      <w:r>
        <w:rPr>
          <w:b/>
        </w:rPr>
        <w:t xml:space="preserve">[04:17] </w:t>
      </w:r>
      <w:r>
        <w:t>lekin ek aur aitbar se ek insan aur doosre insan mein difference ho jata hai, woh hai belief</w:t>
      </w:r>
    </w:p>
    <w:p>
      <w:pPr>
        <w:jc w:val="right"/>
      </w:pPr>
      <w:r>
        <w:t>لیکن ایک اور اعتبار سے ایک انسان اور دوسرے انسان میں difference ہو جاتا ہے، وہ ہے belief</w:t>
      </w:r>
    </w:p>
    <w:p>
      <w:r>
        <w:rPr>
          <w:b/>
        </w:rPr>
        <w:t xml:space="preserve">[04:24] </w:t>
      </w:r>
      <w:r>
        <w:t>system.</w:t>
      </w:r>
    </w:p>
    <w:p>
      <w:pPr>
        <w:jc w:val="right"/>
      </w:pPr>
      <w:r>
        <w:t>system۔</w:t>
      </w:r>
    </w:p>
    <w:p>
      <w:r>
        <w:rPr>
          <w:b/>
        </w:rPr>
        <w:t xml:space="preserve">[04:26] </w:t>
      </w:r>
      <w:r>
        <w:t>Khuda ko manna.</w:t>
      </w:r>
    </w:p>
    <w:p>
      <w:pPr>
        <w:jc w:val="right"/>
      </w:pPr>
      <w:r>
        <w:t>خدا کو ماننا۔</w:t>
      </w:r>
    </w:p>
    <w:p>
      <w:r>
        <w:rPr>
          <w:b/>
        </w:rPr>
        <w:t xml:space="preserve">[04:27] </w:t>
      </w:r>
      <w:r>
        <w:t>is aitbar se farq ho jata hai.</w:t>
      </w:r>
    </w:p>
    <w:p>
      <w:pPr>
        <w:jc w:val="right"/>
      </w:pPr>
      <w:r>
        <w:t>اس اعتبار سے فرق ہو جاتا ہے۔</w:t>
      </w:r>
    </w:p>
    <w:p>
      <w:r>
        <w:rPr>
          <w:b/>
        </w:rPr>
        <w:t xml:space="preserve">[04:30] </w:t>
      </w:r>
      <w:r>
        <w:t>kuch believer hote hain, kuch unbeliever hote hain.</w:t>
      </w:r>
    </w:p>
    <w:p>
      <w:pPr>
        <w:jc w:val="right"/>
      </w:pPr>
      <w:r>
        <w:t>کچھ believer ہوتے ہیں، کچھ unbeliever ہوتے ہیں۔</w:t>
      </w:r>
    </w:p>
    <w:p>
      <w:r>
        <w:rPr>
          <w:b/>
        </w:rPr>
        <w:t xml:space="preserve">[04:34] </w:t>
      </w:r>
      <w:r>
        <w:t>hamare ulama ne Abbasi daur mein duniya ko kai is mein bhagon mein taqseem kiya.</w:t>
      </w:r>
    </w:p>
    <w:p>
      <w:pPr>
        <w:jc w:val="right"/>
      </w:pPr>
      <w:r>
        <w:t>ہمارے علماء نے عباسی دور میں دنیا کو کئی اس میں بھاگوں میں تقسیم کیا۔</w:t>
      </w:r>
    </w:p>
    <w:p>
      <w:r>
        <w:rPr>
          <w:b/>
        </w:rPr>
        <w:t xml:space="preserve">[04:40] </w:t>
      </w:r>
      <w:r>
        <w:t>Darul Islam, Darul Harb, Darul Kufar.</w:t>
      </w:r>
    </w:p>
    <w:p>
      <w:pPr>
        <w:jc w:val="right"/>
      </w:pPr>
      <w:r>
        <w:t>دارالاسلام، دارالحرب، دارالکفر۔</w:t>
      </w:r>
    </w:p>
    <w:p>
      <w:r>
        <w:rPr>
          <w:b/>
        </w:rPr>
        <w:t xml:space="preserve">[04:42] </w:t>
      </w:r>
      <w:r>
        <w:t>yeh real taqseem nahin hai.</w:t>
      </w:r>
    </w:p>
    <w:p>
      <w:pPr>
        <w:jc w:val="right"/>
      </w:pPr>
      <w:r>
        <w:t>یہ real تقسیم نہیں ہے۔</w:t>
      </w:r>
    </w:p>
    <w:p>
      <w:r>
        <w:rPr>
          <w:b/>
        </w:rPr>
        <w:t xml:space="preserve">[04:44] </w:t>
      </w:r>
      <w:r>
        <w:t>unhon ne dekhiye, main samajhta hoon ke yeh ghalati hai ke aap yeh sab in terms of land</w:t>
      </w:r>
    </w:p>
    <w:p>
      <w:pPr>
        <w:jc w:val="right"/>
      </w:pPr>
      <w:r>
        <w:t>انہوں نے دیکھیے، میں سمجھتا ہوں کہ یہ غلطی ہے کہ آپ یہ سب in terms of land</w:t>
      </w:r>
    </w:p>
    <w:p>
      <w:r>
        <w:rPr>
          <w:b/>
        </w:rPr>
        <w:t xml:space="preserve">[04:52] </w:t>
      </w:r>
      <w:r>
        <w:t>aap ne divide kiya.</w:t>
      </w:r>
    </w:p>
    <w:p>
      <w:pPr>
        <w:jc w:val="right"/>
      </w:pPr>
      <w:r>
        <w:t>آپ نے divide کیا۔</w:t>
      </w:r>
    </w:p>
    <w:p>
      <w:r>
        <w:rPr>
          <w:b/>
        </w:rPr>
        <w:t xml:space="preserve">[04:53] </w:t>
      </w:r>
      <w:r>
        <w:t>In terms of land.</w:t>
      </w:r>
    </w:p>
    <w:p>
      <w:pPr>
        <w:jc w:val="right"/>
      </w:pPr>
      <w:r>
        <w:t>In terms of land۔</w:t>
      </w:r>
    </w:p>
    <w:p>
      <w:r>
        <w:rPr>
          <w:b/>
        </w:rPr>
        <w:t xml:space="preserve">[04:55] </w:t>
      </w:r>
      <w:r>
        <w:t>In terms of land divide karna yeh koi division nahi hai.</w:t>
      </w:r>
    </w:p>
    <w:p>
      <w:pPr>
        <w:jc w:val="right"/>
      </w:pPr>
      <w:r>
        <w:t>In terms of land divide کرنا یہ کوئی division نہیں ہے۔</w:t>
      </w:r>
    </w:p>
    <w:p>
      <w:r>
        <w:rPr>
          <w:b/>
        </w:rPr>
        <w:t xml:space="preserve">[05:00] </w:t>
      </w:r>
      <w:r>
        <w:t>Yeh aap ka apna self-styled division hai.</w:t>
      </w:r>
    </w:p>
    <w:p>
      <w:pPr>
        <w:jc w:val="right"/>
      </w:pPr>
      <w:r>
        <w:t>یہ آپ کا اپنا self-styled division ہے۔</w:t>
      </w:r>
    </w:p>
    <w:p>
      <w:r>
        <w:rPr>
          <w:b/>
        </w:rPr>
        <w:t xml:space="preserve">[05:03] </w:t>
      </w:r>
      <w:r>
        <w:t>Khuda ka jo hai woh in terms of man.</w:t>
      </w:r>
    </w:p>
    <w:p>
      <w:pPr>
        <w:jc w:val="right"/>
      </w:pPr>
      <w:r>
        <w:t>خدا کا جو ہے وہ in terms of man۔</w:t>
      </w:r>
    </w:p>
    <w:p>
      <w:r>
        <w:rPr>
          <w:b/>
        </w:rPr>
        <w:t xml:space="preserve">[05:07] </w:t>
      </w:r>
      <w:r>
        <w:t>Rasool Allah ke zamane mein, Sahaba ke zamane mein yeh shabd nahi bole jate the.</w:t>
      </w:r>
    </w:p>
    <w:p>
      <w:pPr>
        <w:jc w:val="right"/>
      </w:pPr>
      <w:r>
        <w:t>رسول اللہ کے زمانے میں، صحابہ کے زمانے میں یہ शब्द نہیں بولے جاتے تھے۔</w:t>
      </w:r>
    </w:p>
    <w:p>
      <w:r>
        <w:rPr>
          <w:b/>
        </w:rPr>
        <w:t xml:space="preserve">[05:13] </w:t>
      </w:r>
      <w:r>
        <w:t>Darul Islam, Darul Harb, Darul Kufr.</w:t>
      </w:r>
    </w:p>
    <w:p>
      <w:pPr>
        <w:jc w:val="right"/>
      </w:pPr>
      <w:r>
        <w:t>دارالاسلام، دارالحرب، دارالکفر۔</w:t>
      </w:r>
    </w:p>
    <w:p>
      <w:r>
        <w:rPr>
          <w:b/>
        </w:rPr>
        <w:t xml:space="preserve">[05:14] </w:t>
      </w:r>
      <w:r>
        <w:t>Yeh sab baad ko banaye gaye hain.</w:t>
      </w:r>
    </w:p>
    <w:p>
      <w:pPr>
        <w:jc w:val="right"/>
      </w:pPr>
      <w:r>
        <w:t>یہ سب بعد کو بنائے گئے ہیں۔</w:t>
      </w:r>
    </w:p>
    <w:p>
      <w:r>
        <w:rPr>
          <w:b/>
        </w:rPr>
        <w:t xml:space="preserve">[05:17] </w:t>
      </w:r>
      <w:r>
        <w:t>Yeh in terms of land logon ko baantate hain.</w:t>
      </w:r>
    </w:p>
    <w:p>
      <w:pPr>
        <w:jc w:val="right"/>
      </w:pPr>
      <w:r>
        <w:t>یہ in terms of land لوگوں کو بانٹتے ہیں۔</w:t>
      </w:r>
    </w:p>
    <w:p>
      <w:r>
        <w:rPr>
          <w:b/>
        </w:rPr>
        <w:t xml:space="preserve">[05:21] </w:t>
      </w:r>
      <w:r>
        <w:t>Yeh batwara artificial hai.</w:t>
      </w:r>
    </w:p>
    <w:p>
      <w:pPr>
        <w:jc w:val="right"/>
      </w:pPr>
      <w:r>
        <w:t>یہ بٹوارہ artificial ہے۔</w:t>
      </w:r>
    </w:p>
    <w:p>
      <w:r>
        <w:rPr>
          <w:b/>
        </w:rPr>
        <w:t xml:space="preserve">[05:23] </w:t>
      </w:r>
      <w:r>
        <w:t>Real batwara woh hai jo in terms of man ho.</w:t>
      </w:r>
    </w:p>
    <w:p>
      <w:pPr>
        <w:jc w:val="right"/>
      </w:pPr>
      <w:r>
        <w:t>Real بٹوارہ وہ ہے جو in terms of man ہو۔</w:t>
      </w:r>
    </w:p>
    <w:p>
      <w:r>
        <w:rPr>
          <w:b/>
        </w:rPr>
        <w:t xml:space="preserve">[05:27] </w:t>
      </w:r>
      <w:r>
        <w:t>Yaani kuch log woh hain jo Khuda ko manne wale hon ya reality ko manne wale hon.</w:t>
      </w:r>
    </w:p>
    <w:p>
      <w:pPr>
        <w:jc w:val="right"/>
      </w:pPr>
      <w:r>
        <w:t>یعنی کچھ لوگ وہ ہیں جو خدا کو ماننے والے ہوں یا reality کو ماننے والے ہوں۔</w:t>
      </w:r>
    </w:p>
    <w:p>
      <w:r>
        <w:rPr>
          <w:b/>
        </w:rPr>
        <w:t xml:space="preserve">[05:35] </w:t>
      </w:r>
      <w:r>
        <w:t>Khuda ko manna kya hai? Reality ko manna, sachai ko manna.</w:t>
      </w:r>
    </w:p>
    <w:p>
      <w:pPr>
        <w:jc w:val="right"/>
      </w:pPr>
      <w:r>
        <w:t>خدا کو ماننا کیا ہے؟ Reality کو ماننا، سچائی کو ماننا۔</w:t>
      </w:r>
    </w:p>
    <w:p>
      <w:r>
        <w:rPr>
          <w:b/>
        </w:rPr>
        <w:t xml:space="preserve">[05:39] </w:t>
      </w:r>
      <w:r>
        <w:t>Aur Khuda ko na manna kya hai? Reality ka inkar karna, sachai ka inkar karna.</w:t>
      </w:r>
    </w:p>
    <w:p>
      <w:pPr>
        <w:jc w:val="right"/>
      </w:pPr>
      <w:r>
        <w:t>اور خدا کو نہ ماننا کیا ہے؟ Reality کا انکار کرنا، سچائی کا انکار کرنا۔</w:t>
      </w:r>
    </w:p>
    <w:p>
      <w:r>
        <w:rPr>
          <w:b/>
        </w:rPr>
        <w:t xml:space="preserve">[05:46] </w:t>
      </w:r>
      <w:r>
        <w:t>Kyunke Khuda hi sab se bari sachai hai, sab se bari reality hai jo ke Creator hai.</w:t>
      </w:r>
    </w:p>
    <w:p>
      <w:pPr>
        <w:jc w:val="right"/>
      </w:pPr>
      <w:r>
        <w:t>کیونکہ خدا ہی سب سے بڑی سچائی ہے، سب سے بڑی reality ہے جو کہ Creator ہے۔</w:t>
      </w:r>
    </w:p>
    <w:p>
      <w:r>
        <w:rPr>
          <w:b/>
        </w:rPr>
        <w:t xml:space="preserve">[05:53] </w:t>
      </w:r>
      <w:r>
        <w:t>Toh main samajhta hoon ke yeh hamari tareekh mein ek ghalti thi ke in terms of land cheezon</w:t>
      </w:r>
    </w:p>
    <w:p>
      <w:pPr>
        <w:jc w:val="right"/>
      </w:pPr>
      <w:r>
        <w:t>تو میں سمجھتا ہوں کہ یہ ہماری تاریخ میں ایک غلطی تھی کہ in terms of land چیزوں</w:t>
      </w:r>
    </w:p>
    <w:p>
      <w:r>
        <w:rPr>
          <w:b/>
        </w:rPr>
        <w:t xml:space="preserve">[06:01] </w:t>
      </w:r>
      <w:r>
        <w:t>ko baanta gaya.</w:t>
      </w:r>
    </w:p>
    <w:p>
      <w:pPr>
        <w:jc w:val="right"/>
      </w:pPr>
      <w:r>
        <w:t>کو بانٹا گیا۔</w:t>
      </w:r>
    </w:p>
    <w:p>
      <w:r>
        <w:rPr>
          <w:b/>
        </w:rPr>
        <w:t xml:space="preserve">[06:02] </w:t>
      </w:r>
      <w:r>
        <w:t>Darul Insan, Darul Kufr.</w:t>
      </w:r>
    </w:p>
    <w:p>
      <w:pPr>
        <w:jc w:val="right"/>
      </w:pPr>
      <w:r>
        <w:t>دارالانسان، دارالکفر۔</w:t>
      </w:r>
    </w:p>
    <w:p>
      <w:r>
        <w:rPr>
          <w:b/>
        </w:rPr>
        <w:t xml:space="preserve">[06:04] </w:t>
      </w:r>
      <w:r>
        <w:t>Asal cheez hai Darul Insan.</w:t>
      </w:r>
    </w:p>
    <w:p>
      <w:pPr>
        <w:jc w:val="right"/>
      </w:pPr>
      <w:r>
        <w:t>اصل چیز ہے دارالانسان۔</w:t>
      </w:r>
    </w:p>
    <w:p>
      <w:r>
        <w:rPr>
          <w:b/>
        </w:rPr>
        <w:t xml:space="preserve">[06:05] </w:t>
      </w:r>
      <w:r>
        <w:t>Yeh sab artificial taqseemat hain ke Darul Islam, Darul Kufr, Darul Harb.</w:t>
      </w:r>
    </w:p>
    <w:p>
      <w:pPr>
        <w:jc w:val="right"/>
      </w:pPr>
      <w:r>
        <w:t>یہ سب artificial تقسیمات ہیں کہ دارالاسلام، دارالکفر، دارالحرب۔</w:t>
      </w:r>
    </w:p>
    <w:p>
      <w:r>
        <w:rPr>
          <w:b/>
        </w:rPr>
        <w:t xml:space="preserve">[06:09] </w:t>
      </w:r>
      <w:r>
        <w:t>Is ke baad jo real taqseem hai woh yeh hai believer aur unbeliever ki.</w:t>
      </w:r>
    </w:p>
    <w:p>
      <w:pPr>
        <w:jc w:val="right"/>
      </w:pPr>
      <w:r>
        <w:t>اس کے بعد جو real تقسیم ہے وہ یہ ہے believer اور unbeliever کی۔</w:t>
      </w:r>
    </w:p>
    <w:p>
      <w:r>
        <w:rPr>
          <w:b/>
        </w:rPr>
        <w:t xml:space="preserve">[06:15] </w:t>
      </w:r>
      <w:r>
        <w:t>Yahi main samajhta hoon ke sahi taqseem hai.</w:t>
      </w:r>
    </w:p>
    <w:p>
      <w:pPr>
        <w:jc w:val="right"/>
      </w:pPr>
      <w:r>
        <w:t>یہی میں سمجھتا ہوں کہ صحیح تقسیم ہے۔</w:t>
      </w:r>
    </w:p>
    <w:p>
      <w:r>
        <w:rPr>
          <w:b/>
        </w:rPr>
        <w:t xml:space="preserve">[06:19] </w:t>
      </w:r>
      <w:r>
        <w:t>Prophet of Islam ke zamane mein jo division tha woh tha yahi.</w:t>
      </w:r>
    </w:p>
    <w:p>
      <w:pPr>
        <w:jc w:val="right"/>
      </w:pPr>
      <w:r>
        <w:t>Prophet of Islam کے زمانے میں جو division تھا وہ تھا یہی۔</w:t>
      </w:r>
    </w:p>
    <w:p>
      <w:r>
        <w:rPr>
          <w:b/>
        </w:rPr>
        <w:t xml:space="preserve">[06:24] </w:t>
      </w:r>
      <w:r>
        <w:t>Is mein ek plus tha.</w:t>
      </w:r>
    </w:p>
    <w:p>
      <w:pPr>
        <w:jc w:val="right"/>
      </w:pPr>
      <w:r>
        <w:t>اس میں ایک plus تھا۔</w:t>
      </w:r>
    </w:p>
    <w:p>
      <w:r>
        <w:rPr>
          <w:b/>
        </w:rPr>
        <w:t xml:space="preserve">[06:26] </w:t>
      </w:r>
      <w:r>
        <w:t>Ek aur jo zimmedari thi believers ki woh thi shahadat, gawahi.</w:t>
      </w:r>
    </w:p>
    <w:p>
      <w:pPr>
        <w:jc w:val="right"/>
      </w:pPr>
      <w:r>
        <w:t>ایک اور جو ذمہ داری تھی believers کی وہ تھی شہادت، گواہی۔</w:t>
      </w:r>
    </w:p>
    <w:p>
      <w:r>
        <w:rPr>
          <w:b/>
        </w:rPr>
        <w:t xml:space="preserve">[06:31] </w:t>
      </w:r>
      <w:r>
        <w:t>Jisko hum dawat o tablegh kehte hain.</w:t>
      </w:r>
    </w:p>
    <w:p>
      <w:pPr>
        <w:jc w:val="right"/>
      </w:pPr>
      <w:r>
        <w:t>جس کو ہم دعوت و تبلیغ کہتے ہیں۔</w:t>
      </w:r>
    </w:p>
    <w:p>
      <w:r>
        <w:rPr>
          <w:b/>
        </w:rPr>
        <w:t xml:space="preserve">[06:35] </w:t>
      </w:r>
      <w:r>
        <w:t>Is aitbar se ek division banta hai.</w:t>
      </w:r>
    </w:p>
    <w:p>
      <w:pPr>
        <w:jc w:val="right"/>
      </w:pPr>
      <w:r>
        <w:t>اس اعتبار سے ایک division بنتا ہے۔</w:t>
      </w:r>
    </w:p>
    <w:p>
      <w:r>
        <w:rPr>
          <w:b/>
        </w:rPr>
        <w:t xml:space="preserve">[06:38] </w:t>
      </w:r>
      <w:r>
        <w:t>jis ko main kahoon ke equation, ek equation banta hai.</w:t>
      </w:r>
    </w:p>
    <w:p>
      <w:pPr>
        <w:jc w:val="right"/>
      </w:pPr>
      <w:r>
        <w:t>جس کو میں کہوں کہ equation، ایک equation بنتا ہے۔</w:t>
      </w:r>
    </w:p>
    <w:p>
      <w:r>
        <w:rPr>
          <w:b/>
        </w:rPr>
        <w:t xml:space="preserve">[06:42] </w:t>
      </w:r>
      <w:r>
        <w:t>woh hai shahid aur mashhood ka equation.</w:t>
      </w:r>
    </w:p>
    <w:p>
      <w:pPr>
        <w:jc w:val="right"/>
      </w:pPr>
      <w:r>
        <w:t>وہ ہے شاہد اور مشہود کا equation۔</w:t>
      </w:r>
    </w:p>
    <w:p>
      <w:r>
        <w:rPr>
          <w:b/>
        </w:rPr>
        <w:t xml:space="preserve">[06:45] </w:t>
      </w:r>
      <w:r>
        <w:t>quran mein hai ke wa shahidu wa mashhood.</w:t>
      </w:r>
    </w:p>
    <w:p>
      <w:pPr>
        <w:jc w:val="right"/>
      </w:pPr>
      <w:r>
        <w:t>قرآن میں ہے کہ وَشَاهِدُوا وَمَشْهُودُوا۔</w:t>
      </w:r>
    </w:p>
    <w:p>
      <w:r>
        <w:rPr>
          <w:b/>
        </w:rPr>
        <w:t xml:space="preserve">[06:47] </w:t>
      </w:r>
      <w:r>
        <w:t>yani witness aur witnessed.</w:t>
      </w:r>
    </w:p>
    <w:p>
      <w:pPr>
        <w:jc w:val="right"/>
      </w:pPr>
      <w:r>
        <w:t>یعنی witness اور witnessed۔</w:t>
      </w:r>
    </w:p>
    <w:p>
      <w:r>
        <w:rPr>
          <w:b/>
        </w:rPr>
        <w:t xml:space="preserve">[06:49] </w:t>
      </w:r>
      <w:r>
        <w:t>gawahi dene wala aur woh jis par gawahi di jaye.</w:t>
      </w:r>
    </w:p>
    <w:p>
      <w:pPr>
        <w:jc w:val="right"/>
      </w:pPr>
      <w:r>
        <w:t>گواہی دینے والا اور وہ جس پر گواہی دی جائے۔</w:t>
      </w:r>
    </w:p>
    <w:p>
      <w:r>
        <w:rPr>
          <w:b/>
        </w:rPr>
        <w:t xml:space="preserve">[06:53] </w:t>
      </w:r>
      <w:r>
        <w:t>to rasool allah ke zamane mein yahi equation tha ke jo believers hain woh thay shahid yani witnessed</w:t>
      </w:r>
    </w:p>
    <w:p>
      <w:pPr>
        <w:jc w:val="right"/>
      </w:pPr>
      <w:r>
        <w:t>تو رسول اللہ کے زمانے میں یہی equation تھا کہ جو believers ہیں وہ تھے شاہد یعنی witnessed</w:t>
      </w:r>
    </w:p>
    <w:p>
      <w:r>
        <w:rPr>
          <w:b/>
        </w:rPr>
        <w:t xml:space="preserve">[07:01] </w:t>
      </w:r>
      <w:r>
        <w:t>thay.</w:t>
      </w:r>
    </w:p>
    <w:p>
      <w:pPr>
        <w:jc w:val="right"/>
      </w:pPr>
      <w:r>
        <w:t>تھے۔</w:t>
      </w:r>
    </w:p>
    <w:p>
      <w:r>
        <w:rPr>
          <w:b/>
        </w:rPr>
        <w:t xml:space="preserve">[07:03] </w:t>
      </w:r>
      <w:r>
        <w:t>dusre log jo thay woh witnessed thay.</w:t>
      </w:r>
    </w:p>
    <w:p>
      <w:pPr>
        <w:jc w:val="right"/>
      </w:pPr>
      <w:r>
        <w:t>دوسرے لوگ جو تھے وہ witnessed تھے۔</w:t>
      </w:r>
    </w:p>
    <w:p>
      <w:r>
        <w:rPr>
          <w:b/>
        </w:rPr>
        <w:t xml:space="preserve">[07:06] </w:t>
      </w:r>
      <w:r>
        <w:t>un par gawahi di gayi thi.</w:t>
      </w:r>
    </w:p>
    <w:p>
      <w:pPr>
        <w:jc w:val="right"/>
      </w:pPr>
      <w:r>
        <w:t>ان پر گواہی دی گئی تھی۔</w:t>
      </w:r>
    </w:p>
    <w:p>
      <w:r>
        <w:rPr>
          <w:b/>
        </w:rPr>
        <w:t xml:space="preserve">[07:08] </w:t>
      </w:r>
      <w:r>
        <w:t>main samajhta hoon ke believer aur non-believer ki taqseem ke baad jo doosri taqseem banti hai woh yahi</w:t>
      </w:r>
    </w:p>
    <w:p>
      <w:pPr>
        <w:jc w:val="right"/>
      </w:pPr>
      <w:r>
        <w:t>میں سمجھتا ہوں کہ believer اور non-believer کی تقسیم کے بعد جو دوسری تقسیم بنتی ہے وہ یہی</w:t>
      </w:r>
    </w:p>
    <w:p>
      <w:r>
        <w:rPr>
          <w:b/>
        </w:rPr>
        <w:t xml:space="preserve">[07:16]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[07:17] </w:t>
      </w:r>
      <w:r>
        <w:t>witness aur witnessed ki.</w:t>
      </w:r>
    </w:p>
    <w:p>
      <w:pPr>
        <w:jc w:val="right"/>
      </w:pPr>
      <w:r>
        <w:t>Witness اور witnessed کی۔</w:t>
      </w:r>
    </w:p>
    <w:p>
      <w:r>
        <w:rPr>
          <w:b/>
        </w:rPr>
        <w:t xml:space="preserve">[07:19] </w:t>
      </w:r>
      <w:r>
        <w:t>ab aap tareekh ko parhiye to yahi equation chalta raha.</w:t>
      </w:r>
    </w:p>
    <w:p>
      <w:pPr>
        <w:jc w:val="right"/>
      </w:pPr>
      <w:r>
        <w:t>اب آپ تاریخ کو پڑھیے تو یہی equation چلتا رہا۔</w:t>
      </w:r>
    </w:p>
    <w:p>
      <w:r>
        <w:rPr>
          <w:b/>
        </w:rPr>
        <w:t xml:space="preserve">[07:23] </w:t>
      </w:r>
      <w:r>
        <w:t>rasool allah ke zamane mein, sahaba ke zamane mein, yahan tak ke bano umiya tak ke zamane mein.</w:t>
      </w:r>
    </w:p>
    <w:p>
      <w:pPr>
        <w:jc w:val="right"/>
      </w:pPr>
      <w:r>
        <w:t>رسول اللہ کے زمانے میں، صحابہ کے زمانے میں، یہاں تک کہ بنو امیہ تک کے زمانے میں۔</w:t>
      </w:r>
    </w:p>
    <w:p>
      <w:r>
        <w:rPr>
          <w:b/>
        </w:rPr>
        <w:t xml:space="preserve">[07:31] </w:t>
      </w:r>
      <w:r>
        <w:t>abbasi daur mein equation badalta hai.</w:t>
      </w:r>
    </w:p>
    <w:p>
      <w:pPr>
        <w:jc w:val="right"/>
      </w:pPr>
      <w:r>
        <w:t>عباسی دور میں equation بدلتا ہے۔</w:t>
      </w:r>
    </w:p>
    <w:p>
      <w:r>
        <w:rPr>
          <w:b/>
        </w:rPr>
        <w:t xml:space="preserve">[07:34] </w:t>
      </w:r>
      <w:r>
        <w:t>kyunke us waqt empire qaim ho gayi.</w:t>
      </w:r>
    </w:p>
    <w:p>
      <w:pPr>
        <w:jc w:val="right"/>
      </w:pPr>
      <w:r>
        <w:t>کیونکہ اس وقت empire قائم ہو گئی۔</w:t>
      </w:r>
    </w:p>
    <w:p>
      <w:r>
        <w:rPr>
          <w:b/>
        </w:rPr>
        <w:t xml:space="preserve">[07:37] </w:t>
      </w:r>
      <w:r>
        <w:t>jab empire qaim ho gayi to ek naya equation samne aaya.</w:t>
      </w:r>
    </w:p>
    <w:p>
      <w:pPr>
        <w:jc w:val="right"/>
      </w:pPr>
      <w:r>
        <w:t>جب empire قائم ہو گئی تو ایک نیا equation سامنے آیا۔</w:t>
      </w:r>
    </w:p>
    <w:p>
      <w:r>
        <w:rPr>
          <w:b/>
        </w:rPr>
        <w:t xml:space="preserve">[07:41] </w:t>
      </w:r>
      <w:r>
        <w:t>woh tha hakim aur mahkoom ka.</w:t>
      </w:r>
    </w:p>
    <w:p>
      <w:pPr>
        <w:jc w:val="right"/>
      </w:pPr>
      <w:r>
        <w:t>وہ تھا حاکم اور محکوم کا۔</w:t>
      </w:r>
    </w:p>
    <w:p>
      <w:r>
        <w:rPr>
          <w:b/>
        </w:rPr>
        <w:t xml:space="preserve">[07:44] </w:t>
      </w:r>
      <w:r>
        <w:t>ruler and ruled.</w:t>
      </w:r>
    </w:p>
    <w:p>
      <w:pPr>
        <w:jc w:val="right"/>
      </w:pPr>
      <w:r>
        <w:t>Ruler and ruled۔</w:t>
      </w:r>
    </w:p>
    <w:p>
      <w:r>
        <w:rPr>
          <w:b/>
        </w:rPr>
        <w:t xml:space="preserve">[07:46] </w:t>
      </w:r>
      <w:r>
        <w:t>hakim aur mahkoom.</w:t>
      </w:r>
    </w:p>
    <w:p>
      <w:pPr>
        <w:jc w:val="right"/>
      </w:pPr>
      <w:r>
        <w:t>حاکم اور محکوم۔</w:t>
      </w:r>
    </w:p>
    <w:p>
      <w:r>
        <w:rPr>
          <w:b/>
        </w:rPr>
        <w:t xml:space="preserve">[07:47] </w:t>
      </w:r>
      <w:r>
        <w:t>ruler and ruled.</w:t>
      </w:r>
    </w:p>
    <w:p>
      <w:pPr>
        <w:jc w:val="right"/>
      </w:pPr>
      <w:r>
        <w:t>Ruler and ruled۔</w:t>
      </w:r>
    </w:p>
    <w:p>
      <w:r>
        <w:rPr>
          <w:b/>
        </w:rPr>
        <w:t xml:space="preserve">[07:49] </w:t>
      </w:r>
      <w:r>
        <w:t>yeh islami equation nahi hai.</w:t>
      </w:r>
    </w:p>
    <w:p>
      <w:pPr>
        <w:jc w:val="right"/>
      </w:pPr>
      <w:r>
        <w:t>یہ اسلامی equation نہیں ہے۔</w:t>
      </w:r>
    </w:p>
    <w:p>
      <w:r>
        <w:rPr>
          <w:b/>
        </w:rPr>
        <w:t xml:space="preserve">[07:51] </w:t>
      </w:r>
      <w:r>
        <w:t>islam ke mutabiq jo equation hai woh shahid aur mashhood ka hai.</w:t>
      </w:r>
    </w:p>
    <w:p>
      <w:pPr>
        <w:jc w:val="right"/>
      </w:pPr>
      <w:r>
        <w:t>اسلام کے مطابق جو equation ہے وہ شاہد اور مشہود کا ہے۔</w:t>
      </w:r>
    </w:p>
    <w:p>
      <w:r>
        <w:rPr>
          <w:b/>
        </w:rPr>
        <w:t xml:space="preserve">[07:56] </w:t>
      </w:r>
      <w:r>
        <w:t>yani dawat dene wala aur dawat pane wala.</w:t>
      </w:r>
    </w:p>
    <w:p>
      <w:pPr>
        <w:jc w:val="right"/>
      </w:pPr>
      <w:r>
        <w:t>یعنی دعوت دینے والا اور دعوت پانے والا۔</w:t>
      </w:r>
    </w:p>
    <w:p>
      <w:r>
        <w:rPr>
          <w:b/>
        </w:rPr>
        <w:t xml:space="preserve">[07:59] </w:t>
      </w:r>
      <w:r>
        <w:t>witness aur witnessed.</w:t>
      </w:r>
    </w:p>
    <w:p>
      <w:pPr>
        <w:jc w:val="right"/>
      </w:pPr>
      <w:r>
        <w:t>Witness اور witnessed۔</w:t>
      </w:r>
    </w:p>
    <w:p>
      <w:r>
        <w:rPr>
          <w:b/>
        </w:rPr>
        <w:t xml:space="preserve">[08:01] </w:t>
      </w:r>
      <w:r>
        <w:t>yeh jo hakim aur mahkoom ka equation hai yeh to political equation hai.</w:t>
      </w:r>
    </w:p>
    <w:p>
      <w:pPr>
        <w:jc w:val="right"/>
      </w:pPr>
      <w:r>
        <w:t>یہ جو حاکم اور محکوم کا equation ہے یہ تو political equation ہے۔</w:t>
      </w:r>
    </w:p>
    <w:p>
      <w:r>
        <w:rPr>
          <w:b/>
        </w:rPr>
        <w:t xml:space="preserve">[08:06] </w:t>
      </w:r>
      <w:r>
        <w:t>lekin isi ki basis par jo isi ke basis par thought ka development hua.</w:t>
      </w:r>
    </w:p>
    <w:p>
      <w:pPr>
        <w:jc w:val="right"/>
      </w:pPr>
      <w:r>
        <w:t>لیکن اسی کی basis پر جو اسی کے basis پر thought کا development ہوا۔</w:t>
      </w:r>
    </w:p>
    <w:p>
      <w:r>
        <w:rPr>
          <w:b/>
        </w:rPr>
        <w:t xml:space="preserve">[08:12] </w:t>
      </w:r>
      <w:r>
        <w:t>isi ke basis par darulharb, islam darulharb, darulkuffar ke yeh sab terminology bani.</w:t>
      </w:r>
    </w:p>
    <w:p>
      <w:pPr>
        <w:jc w:val="right"/>
      </w:pPr>
      <w:r>
        <w:t>اسی کے basis پر دارالحرب، اسلام دارالحرب، دارالکفر کے یہ سب terminology بنی۔</w:t>
      </w:r>
    </w:p>
    <w:p>
      <w:r>
        <w:rPr>
          <w:b/>
        </w:rPr>
        <w:t xml:space="preserve">[08:18] </w:t>
      </w:r>
      <w:r>
        <w:t>to tareekh batati hai ke taqreeban ek hazar saal tak hakim aur mahkoom ka equation chalta raha.</w:t>
      </w:r>
    </w:p>
    <w:p>
      <w:pPr>
        <w:jc w:val="right"/>
      </w:pPr>
      <w:r>
        <w:t>تو تاریخ بتاتی ہے کہ تقریباً ایک ہزار سال تک حاکم اور محکوم کا equation چلتا رہا۔</w:t>
      </w:r>
    </w:p>
    <w:p>
      <w:r>
        <w:rPr>
          <w:b/>
        </w:rPr>
        <w:t xml:space="preserve">[08:25] </w:t>
      </w:r>
      <w:r>
        <w:t>jab tak musalmanon ki empire qaim thi.</w:t>
      </w:r>
    </w:p>
    <w:p>
      <w:pPr>
        <w:jc w:val="right"/>
      </w:pPr>
      <w:r>
        <w:t>جب تک مسلمانوں کی empire قائم تھی۔</w:t>
      </w:r>
    </w:p>
    <w:p>
      <w:r>
        <w:rPr>
          <w:b/>
        </w:rPr>
        <w:t xml:space="preserve">[08:28] </w:t>
      </w:r>
      <w:r>
        <w:t>jab tak musalmanon ki empire qaim thi jo ke asia aur africa se guzar ke europe tak pohanch</w:t>
      </w:r>
    </w:p>
    <w:p>
      <w:pPr>
        <w:jc w:val="right"/>
      </w:pPr>
      <w:r>
        <w:t>جب تک مسلمانوں کی empire قائم تھی جو کہ ایشیا اور افریقہ سے گزر کے یورپ تک پہنچ</w:t>
      </w:r>
    </w:p>
    <w:p>
      <w:r>
        <w:rPr>
          <w:b/>
        </w:rPr>
        <w:t xml:space="preserve">[08:36] </w:t>
      </w:r>
      <w:r>
        <w:t>gayi to sara literature aur sari soch bani isi buniyad par ke koi hakim hai, koi mahkoom hai.</w:t>
      </w:r>
    </w:p>
    <w:p>
      <w:pPr>
        <w:jc w:val="right"/>
      </w:pPr>
      <w:r>
        <w:t>گئی تو سارا literature اور ساری سوچ بنی اسی بنیاد پر کہ کوئی حاکم ہے، کوئی محکوم ہے۔</w:t>
      </w:r>
    </w:p>
    <w:p>
      <w:r>
        <w:rPr>
          <w:b/>
        </w:rPr>
        <w:t xml:space="preserve">[08:44] </w:t>
      </w:r>
      <w:r>
        <w:t>isi zamane mein yeh nazariya bana ke musalman jo hain woh khalifatullah fil arz hain.</w:t>
      </w:r>
    </w:p>
    <w:p>
      <w:pPr>
        <w:jc w:val="right"/>
      </w:pPr>
      <w:r>
        <w:t>اسی زمانے میں یہ نظریہ بنا کہ مسلمان جو ہیں وہ خلیفۃ اللہ فی الارض ہیں۔</w:t>
      </w:r>
    </w:p>
    <w:p>
      <w:r>
        <w:rPr>
          <w:b/>
        </w:rPr>
        <w:t xml:space="preserve">[08:50] </w:t>
      </w:r>
      <w:r>
        <w:t>abhi ek bohat hi interesting qissa hua.</w:t>
      </w:r>
    </w:p>
    <w:p>
      <w:pPr>
        <w:jc w:val="right"/>
      </w:pPr>
      <w:r>
        <w:t>ابھی ایک بہت ہی interesting قصہ ہوا۔</w:t>
      </w:r>
    </w:p>
    <w:p>
      <w:r>
        <w:rPr>
          <w:b/>
        </w:rPr>
        <w:t xml:space="preserve">[08:53] </w:t>
      </w:r>
      <w:r>
        <w:t>ek sahab south africa se aaye to unhone kaha ke hum hamara jo mission hai woh hai</w:t>
      </w:r>
    </w:p>
    <w:p>
      <w:pPr>
        <w:jc w:val="right"/>
      </w:pPr>
      <w:r>
        <w:t>ایک صاحب ساؤتھ افریقہ سے آئے تو انہوں نے کہا کہ ہم ہمارا جو mission ہے وہ ہے</w:t>
      </w:r>
    </w:p>
    <w:p>
      <w:r>
        <w:rPr>
          <w:b/>
        </w:rPr>
        <w:t xml:space="preserve">[09:01] </w:t>
      </w:r>
      <w:r>
        <w:t>khilafat ka mission.</w:t>
      </w:r>
    </w:p>
    <w:p>
      <w:pPr>
        <w:jc w:val="right"/>
      </w:pPr>
      <w:r>
        <w:t>خلافت کا mission۔</w:t>
      </w:r>
    </w:p>
    <w:p>
      <w:r>
        <w:rPr>
          <w:b/>
        </w:rPr>
        <w:t xml:space="preserve">[09:03] </w:t>
      </w:r>
      <w:r>
        <w:t>khilafat ka mission.</w:t>
      </w:r>
    </w:p>
    <w:p>
      <w:pPr>
        <w:jc w:val="right"/>
      </w:pPr>
      <w:r>
        <w:t>خلافت کا mission۔</w:t>
      </w:r>
    </w:p>
    <w:p>
      <w:r>
        <w:rPr>
          <w:b/>
        </w:rPr>
        <w:t xml:space="preserve">[09:04] </w:t>
      </w:r>
      <w:r>
        <w:t>yani khilafat qaim karna.</w:t>
      </w:r>
    </w:p>
    <w:p>
      <w:pPr>
        <w:jc w:val="right"/>
      </w:pPr>
      <w:r>
        <w:t>یعنی خلافت قائم کرنا۔</w:t>
      </w:r>
    </w:p>
    <w:p>
      <w:r>
        <w:rPr>
          <w:b/>
        </w:rPr>
        <w:t xml:space="preserve">[09:06] </w:t>
      </w:r>
      <w:r>
        <w:t>musalmanon ki khilafat.</w:t>
      </w:r>
    </w:p>
    <w:p>
      <w:pPr>
        <w:jc w:val="right"/>
      </w:pPr>
      <w:r>
        <w:t>مسلمانوں کی خلافت۔</w:t>
      </w:r>
    </w:p>
    <w:p>
      <w:r>
        <w:rPr>
          <w:b/>
        </w:rPr>
        <w:t xml:space="preserve">[09:07] </w:t>
      </w:r>
      <w:r>
        <w:t>to hamare sath ek sahab baithe hue the.</w:t>
      </w:r>
    </w:p>
    <w:p>
      <w:pPr>
        <w:jc w:val="right"/>
      </w:pPr>
      <w:r>
        <w:t>تو ہمارے ساتھ ایک صاحب بیٹھے ہوئے تھے۔</w:t>
      </w:r>
    </w:p>
    <w:p>
      <w:r>
        <w:rPr>
          <w:b/>
        </w:rPr>
        <w:t xml:space="preserve">[09:11] </w:t>
      </w:r>
      <w:r>
        <w:t>unhone poocha ke south africa mein kitna percentage hai musalmanon ka? to unhone kaha ke five</w:t>
      </w:r>
    </w:p>
    <w:p>
      <w:pPr>
        <w:jc w:val="right"/>
      </w:pPr>
      <w:r>
        <w:t>انہوں نے پوچھا کہ ساؤتھ افریقہ میں کتنا percentage ہے مسلمانوں کا؟ تو انہوں نے کہا کہ five</w:t>
      </w:r>
    </w:p>
    <w:p>
      <w:r>
        <w:rPr>
          <w:b/>
        </w:rPr>
        <w:t xml:space="preserve">[09:19] </w:t>
      </w:r>
      <w:r>
        <w:t>or six percent.</w:t>
      </w:r>
    </w:p>
    <w:p>
      <w:pPr>
        <w:jc w:val="right"/>
      </w:pPr>
      <w:r>
        <w:t>or six percent۔</w:t>
      </w:r>
    </w:p>
    <w:p>
      <w:r>
        <w:rPr>
          <w:b/>
        </w:rPr>
        <w:t xml:space="preserve">[09:20] </w:t>
      </w:r>
      <w:r>
        <w:t>to unhone kaha ke jab aap sirf panch percent ya chhe percent hain to how you can</w:t>
      </w:r>
    </w:p>
    <w:p>
      <w:pPr>
        <w:jc w:val="right"/>
      </w:pPr>
      <w:r>
        <w:t>تو انہوں نے کہا کہ جب آپ صرف پانچ percent یا چھ percent ہیں تو how you can</w:t>
      </w:r>
    </w:p>
    <w:p>
      <w:r>
        <w:rPr>
          <w:b/>
        </w:rPr>
        <w:t xml:space="preserve">[09:28] </w:t>
      </w:r>
      <w:r>
        <w:t>establish khilafat in south africa? itni tiny minority mein hote hue aap wahan par musalmanon ki khilafat kaise</w:t>
      </w:r>
    </w:p>
    <w:p>
      <w:pPr>
        <w:jc w:val="right"/>
      </w:pPr>
      <w:r>
        <w:t>establish خلافت in ساؤتھ افریقہ؟ اتنی tiny minority میں ہوتے ہوئے آپ وہاں پر مسلمانوں کی خلافت کیسے</w:t>
      </w:r>
    </w:p>
    <w:p>
      <w:r>
        <w:rPr>
          <w:b/>
        </w:rPr>
        <w:t xml:space="preserve">[09:35] </w:t>
      </w:r>
      <w:r>
        <w:t>qaim karenge? to iske baad ek purjosh taqreer ki unhone jo main to samjha nahi</w:t>
      </w:r>
    </w:p>
    <w:p>
      <w:pPr>
        <w:jc w:val="right"/>
      </w:pPr>
      <w:r>
        <w:t>قائم کریں گے؟ تو اس کے بعد ایک پرجوش تقریر کی انہوں نے جو میں تو سمجھا نہیں</w:t>
      </w:r>
    </w:p>
    <w:p>
      <w:r>
        <w:rPr>
          <w:b/>
        </w:rPr>
        <w:t xml:space="preserve">[09:43] </w:t>
      </w:r>
      <w:r>
        <w:t>ke kya keh rahe hain woh.</w:t>
      </w:r>
    </w:p>
    <w:p>
      <w:pPr>
        <w:jc w:val="right"/>
      </w:pPr>
      <w:r>
        <w:t>کہ کیا کہہ رہے ہیں وہ۔</w:t>
      </w:r>
    </w:p>
    <w:p>
      <w:r>
        <w:rPr>
          <w:b/>
        </w:rPr>
        <w:t xml:space="preserve">[09:46] </w:t>
      </w:r>
      <w:r>
        <w:t>kaise possible ho jayega? to cheez kya hai? framework jo bana hakim aur mahkoom ka equation</w:t>
      </w:r>
    </w:p>
    <w:p>
      <w:pPr>
        <w:jc w:val="right"/>
      </w:pPr>
      <w:r>
        <w:t>کیسے possible ہو جائے گا؟ تو چیز کیا ہے؟ فریم ورک جو بنا حاکم اور محکوم کا equation</w:t>
      </w:r>
    </w:p>
    <w:p>
      <w:r>
        <w:rPr>
          <w:b/>
        </w:rPr>
        <w:t xml:space="preserve">[09:53] </w:t>
      </w:r>
      <w:r>
        <w:t>ke base par woh aaj tak continue kar raha hai.</w:t>
      </w:r>
    </w:p>
    <w:p>
      <w:pPr>
        <w:jc w:val="right"/>
      </w:pPr>
      <w:r>
        <w:t>کے base پر وہ آج تک continue کر رہا ہے۔</w:t>
      </w:r>
    </w:p>
    <w:p>
      <w:r>
        <w:rPr>
          <w:b/>
        </w:rPr>
        <w:t xml:space="preserve">[09:58] </w:t>
      </w:r>
      <w:r>
        <w:t>abhi tak woh badla nahi.</w:t>
      </w:r>
    </w:p>
    <w:p>
      <w:pPr>
        <w:jc w:val="right"/>
      </w:pPr>
      <w:r>
        <w:t>ابھی تک وہ بدلا نہیں۔</w:t>
      </w:r>
    </w:p>
    <w:p>
      <w:r>
        <w:rPr>
          <w:b/>
        </w:rPr>
        <w:t xml:space="preserve">[10:00] </w:t>
      </w:r>
      <w:r>
        <w:t>yeh hai sab se bari museebat.</w:t>
      </w:r>
    </w:p>
    <w:p>
      <w:pPr>
        <w:jc w:val="right"/>
      </w:pPr>
      <w:r>
        <w:t>یہ ہے سب سے بڑی مصیبت۔</w:t>
      </w:r>
    </w:p>
    <w:p>
      <w:r>
        <w:rPr>
          <w:b/>
        </w:rPr>
        <w:t xml:space="preserve">[10:02] </w:t>
      </w:r>
      <w:r>
        <w:t>dekhiye hazar saal ke baad nineteenth century mein aisa hua ke colonialism aaya.</w:t>
      </w:r>
    </w:p>
    <w:p>
      <w:pPr>
        <w:jc w:val="right"/>
      </w:pPr>
      <w:r>
        <w:t>دیکھیے ہزار سال کے بعد nineteenth century میں ایسا ہوا کہ colonialism آیا۔</w:t>
      </w:r>
    </w:p>
    <w:p>
      <w:r>
        <w:rPr>
          <w:b/>
        </w:rPr>
        <w:t xml:space="preserve">[10:08] </w:t>
      </w:r>
      <w:r>
        <w:t>European nations ubhren.</w:t>
      </w:r>
    </w:p>
    <w:p>
      <w:pPr>
        <w:jc w:val="right"/>
      </w:pPr>
      <w:r>
        <w:t>European nations ابھریں۔</w:t>
      </w:r>
    </w:p>
    <w:p>
      <w:r>
        <w:rPr>
          <w:b/>
        </w:rPr>
        <w:t xml:space="preserve">[10:09] </w:t>
      </w:r>
      <w:r>
        <w:t>Modern technology se, modern science aur modern organization ke bal par woh Muslim empire ko unhon ne khatm</w:t>
      </w:r>
    </w:p>
    <w:p>
      <w:pPr>
        <w:jc w:val="right"/>
      </w:pPr>
      <w:r>
        <w:t>Modern ٹیکنالوجی سے، modern سائنس اور modern organization کے بل پر وہ مسلم empire کو انہوں نے ختم</w:t>
      </w:r>
    </w:p>
    <w:p>
      <w:r>
        <w:rPr>
          <w:b/>
        </w:rPr>
        <w:t xml:space="preserve">[10:17] </w:t>
      </w:r>
      <w:r>
        <w:t>kar diya.</w:t>
      </w:r>
    </w:p>
    <w:p>
      <w:pPr>
        <w:jc w:val="right"/>
      </w:pPr>
      <w:r>
        <w:t>کر دیا۔</w:t>
      </w:r>
    </w:p>
    <w:p>
      <w:r>
        <w:rPr>
          <w:b/>
        </w:rPr>
        <w:t xml:space="preserve">[10:19] </w:t>
      </w:r>
      <w:r>
        <w:t>Ab ek naya zamana tha musalmanon ke upar.</w:t>
      </w:r>
    </w:p>
    <w:p>
      <w:pPr>
        <w:jc w:val="right"/>
      </w:pPr>
      <w:r>
        <w:t>اب ایک نیا زمانہ تھا مسلمانوں کے اوپر۔</w:t>
      </w:r>
    </w:p>
    <w:p>
      <w:r>
        <w:rPr>
          <w:b/>
        </w:rPr>
        <w:t xml:space="preserve">[10:22] </w:t>
      </w:r>
      <w:r>
        <w:t>Hakim aur mahkoom ka jo equation tha woh toot gaya.</w:t>
      </w:r>
    </w:p>
    <w:p>
      <w:pPr>
        <w:jc w:val="right"/>
      </w:pPr>
      <w:r>
        <w:t>حاکم اور محکوم کا جو equation تھا وہ ٹوٹ گیا۔</w:t>
      </w:r>
    </w:p>
    <w:p>
      <w:r>
        <w:rPr>
          <w:b/>
        </w:rPr>
        <w:t xml:space="preserve">[10:26] </w:t>
      </w:r>
      <w:r>
        <w:t>Lekin unhon ne accept nahi kiya is ko to kya hua? Ab un ki soch yeh bani ke</w:t>
      </w:r>
    </w:p>
    <w:p>
      <w:pPr>
        <w:jc w:val="right"/>
      </w:pPr>
      <w:r>
        <w:t>لیکن انہوں نے accept نہیں کیا اس کو تو کیا ہوا؟ اب ان کی سوچ یہ بنی کہ</w:t>
      </w:r>
    </w:p>
    <w:p>
      <w:r>
        <w:rPr>
          <w:b/>
        </w:rPr>
        <w:t xml:space="preserve">[10:34] </w:t>
      </w:r>
      <w:r>
        <w:t>friend aur enemy ka equation matlab koi hamara dost hai, musalman jo hain woh hamare dost hain, Muslim</w:t>
      </w:r>
    </w:p>
    <w:p>
      <w:pPr>
        <w:jc w:val="right"/>
      </w:pPr>
      <w:r>
        <w:t>friend اور enemy کا equation مطلب کوئی ہمارا دوست ہے، مسلمان جو ہیں وہ ہمارے دوست ہیں، مسلم</w:t>
      </w:r>
    </w:p>
    <w:p>
      <w:r>
        <w:rPr>
          <w:b/>
        </w:rPr>
        <w:t xml:space="preserve">[10:42] </w:t>
      </w:r>
      <w:r>
        <w:t>community baqi sab dushman hain.</w:t>
      </w:r>
    </w:p>
    <w:p>
      <w:pPr>
        <w:jc w:val="right"/>
      </w:pPr>
      <w:r>
        <w:t>community باقی سب دشمن ہیں۔</w:t>
      </w:r>
    </w:p>
    <w:p>
      <w:r>
        <w:rPr>
          <w:b/>
        </w:rPr>
        <w:t xml:space="preserve">[10:44] </w:t>
      </w:r>
      <w:r>
        <w:t>Yeh zehn itna barha, itna barha ke sari duniya hi musalmanon ko apna dushman dikhai dene lagi.</w:t>
      </w:r>
    </w:p>
    <w:p>
      <w:pPr>
        <w:jc w:val="right"/>
      </w:pPr>
      <w:r>
        <w:t>یہ ذہن اتنا بڑھا، اتنا بڑھا کہ ساری دنیا ہی مسلمانوں کو اپنا دشمن دکھائی دینے لگی۔</w:t>
      </w:r>
    </w:p>
    <w:p>
      <w:r>
        <w:rPr>
          <w:b/>
        </w:rPr>
        <w:t xml:space="preserve">[10:51] </w:t>
      </w:r>
      <w:r>
        <w:t>Yaani yahood aur hanood, European aur American yaani sab ke sab, sab ke sab.</w:t>
      </w:r>
    </w:p>
    <w:p>
      <w:pPr>
        <w:jc w:val="right"/>
      </w:pPr>
      <w:r>
        <w:t>یعنی یہود اور ہنود، European اور American یعنی سب کے سب، سب کے سب۔</w:t>
      </w:r>
    </w:p>
    <w:p>
      <w:r>
        <w:rPr>
          <w:b/>
        </w:rPr>
        <w:t xml:space="preserve">[10:57] </w:t>
      </w:r>
      <w:r>
        <w:t>Is cheez ka nuqsan kya hua? Is cheez ka nuqsan yeh hua.</w:t>
      </w:r>
    </w:p>
    <w:p>
      <w:pPr>
        <w:jc w:val="right"/>
      </w:pPr>
      <w:r>
        <w:t>اس چیز کا نقصان کیا ہوا؟ اس چیز کا نقصان یہ ہوا۔</w:t>
      </w:r>
    </w:p>
    <w:p>
      <w:r>
        <w:rPr>
          <w:b/>
        </w:rPr>
        <w:t xml:space="preserve">[11:02] </w:t>
      </w:r>
      <w:r>
        <w:t>Dekhiye jab bhi aap ke andar negative thought aaye to kya hota hai? Positive thinking khatm ho jati</w:t>
      </w:r>
    </w:p>
    <w:p>
      <w:pPr>
        <w:jc w:val="right"/>
      </w:pPr>
      <w:r>
        <w:t>دیکھیے جب بھی آپ کے اندر negative thought آئے تو کیا ہوتا ہے؟ Positive thinking ختم ہو جاتی</w:t>
      </w:r>
    </w:p>
    <w:p>
      <w:r>
        <w:rPr>
          <w:b/>
        </w:rPr>
        <w:t xml:space="preserve">[11:10]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[11:12] </w:t>
      </w:r>
      <w:r>
        <w:t>Aap jo opportunities hain un ko dekh nahi paate.</w:t>
      </w:r>
    </w:p>
    <w:p>
      <w:pPr>
        <w:jc w:val="right"/>
      </w:pPr>
      <w:r>
        <w:t>آپ جو opportunities ہیں ان کو دیکھ نہیں پاتے۔</w:t>
      </w:r>
    </w:p>
    <w:p>
      <w:r>
        <w:rPr>
          <w:b/>
        </w:rPr>
        <w:t xml:space="preserve">[11:15] </w:t>
      </w:r>
      <w:r>
        <w:t>Negative mind kabhi bhi opportunities ko nahi dekh sakta.</w:t>
      </w:r>
    </w:p>
    <w:p>
      <w:pPr>
        <w:jc w:val="right"/>
      </w:pPr>
      <w:r>
        <w:t>Negative mind کبھی بھی opportunities کو نہیں دیکھ سکتا۔</w:t>
      </w:r>
    </w:p>
    <w:p>
      <w:r>
        <w:rPr>
          <w:b/>
        </w:rPr>
        <w:t xml:space="preserve">[11:19] </w:t>
      </w:r>
      <w:r>
        <w:t>Woh to apni negativity mein jeeta hai.</w:t>
      </w:r>
    </w:p>
    <w:p>
      <w:pPr>
        <w:jc w:val="right"/>
      </w:pPr>
      <w:r>
        <w:t>وہ تو اپنی negativity میں جیتا ہے۔</w:t>
      </w:r>
    </w:p>
    <w:p>
      <w:r>
        <w:rPr>
          <w:b/>
        </w:rPr>
        <w:t xml:space="preserve">[11:22] </w:t>
      </w:r>
      <w:r>
        <w:t>To duniya mein pichhle do so saal ke andar ek naya revolution aaya tha.</w:t>
      </w:r>
    </w:p>
    <w:p>
      <w:pPr>
        <w:jc w:val="right"/>
      </w:pPr>
      <w:r>
        <w:t>تو دنیا میں پچھلے دو سو سال کے اندر ایک نیا revolution آیا تھا۔</w:t>
      </w:r>
    </w:p>
    <w:p>
      <w:r>
        <w:rPr>
          <w:b/>
        </w:rPr>
        <w:t xml:space="preserve">[11:28] </w:t>
      </w:r>
      <w:r>
        <w:t>Woh revolution kya tha? Political power jo hai reduce ho kar reh gayi.</w:t>
      </w:r>
    </w:p>
    <w:p>
      <w:pPr>
        <w:jc w:val="right"/>
      </w:pPr>
      <w:r>
        <w:t>وہ revolution کیا تھا؟ Political power جو ہے reduce ہو کر رہ گئی۔</w:t>
      </w:r>
    </w:p>
    <w:p>
      <w:r>
        <w:rPr>
          <w:b/>
        </w:rPr>
        <w:t xml:space="preserve">[11:34] </w:t>
      </w:r>
      <w:r>
        <w:t>Economic power jo hai number one par aa gayi.</w:t>
      </w:r>
    </w:p>
    <w:p>
      <w:pPr>
        <w:jc w:val="right"/>
      </w:pPr>
      <w:r>
        <w:t>Economic power جو ہے نمبر one پر آ گئی۔</w:t>
      </w:r>
    </w:p>
    <w:p>
      <w:r>
        <w:rPr>
          <w:b/>
        </w:rPr>
        <w:t xml:space="preserve">[11:38] </w:t>
      </w:r>
      <w:r>
        <w:t>Pehle zamane mein jab hakim aur mahkoom ka equation bana tha to political power hi number ek par</w:t>
      </w:r>
    </w:p>
    <w:p>
      <w:pPr>
        <w:jc w:val="right"/>
      </w:pPr>
      <w:r>
        <w:t>پہلے زمانے میں جب حاکم اور محکوم کا equation بنا تھا تو political power ہی نمبر ایک پر</w:t>
      </w:r>
    </w:p>
    <w:p>
      <w:r>
        <w:rPr>
          <w:b/>
        </w:rPr>
        <w:t xml:space="preserve">[11:45] </w:t>
      </w:r>
      <w:r>
        <w:t>thi.</w:t>
      </w:r>
    </w:p>
    <w:p>
      <w:pPr>
        <w:jc w:val="right"/>
      </w:pPr>
      <w:r>
        <w:t>تھی۔</w:t>
      </w:r>
    </w:p>
    <w:p>
      <w:r>
        <w:rPr>
          <w:b/>
        </w:rPr>
        <w:t xml:space="preserve">[11:47] </w:t>
      </w:r>
      <w:r>
        <w:t>Lekin modern revolution jo hua is mein bohat bara change yeh tha ke political power secondary ban gayi.</w:t>
      </w:r>
    </w:p>
    <w:p>
      <w:pPr>
        <w:jc w:val="right"/>
      </w:pPr>
      <w:r>
        <w:t>لیکن modern revolution جو ہوا اس میں بہت بڑا change یہ تھا کہ political power secondary بن گئی۔</w:t>
      </w:r>
    </w:p>
    <w:p>
      <w:r>
        <w:rPr>
          <w:b/>
        </w:rPr>
        <w:t xml:space="preserve">[11:55] </w:t>
      </w:r>
      <w:r>
        <w:t>Aur primary ban gayi economic power.</w:t>
      </w:r>
    </w:p>
    <w:p>
      <w:pPr>
        <w:jc w:val="right"/>
      </w:pPr>
      <w:r>
        <w:t>اور primary بن گئی economic power۔</w:t>
      </w:r>
    </w:p>
    <w:p>
      <w:r>
        <w:rPr>
          <w:b/>
        </w:rPr>
        <w:t xml:space="preserve">[11:57] </w:t>
      </w:r>
      <w:r>
        <w:t>Chunancha America is ko aap kehte hain ke political power haqeeqat mein political power nahi hai woh.</w:t>
      </w:r>
    </w:p>
    <w:p>
      <w:pPr>
        <w:jc w:val="right"/>
      </w:pPr>
      <w:r>
        <w:t>چنانچہ امریکہ اس کو آپ کہتے ہیں کہ political power حقیقت میں political power نہیں ہے وہ۔</w:t>
      </w:r>
    </w:p>
    <w:p>
      <w:r>
        <w:rPr>
          <w:b/>
        </w:rPr>
        <w:t xml:space="preserve">[12:05] </w:t>
      </w:r>
      <w:r>
        <w:t>woh aik woh hai economic power.</w:t>
      </w:r>
    </w:p>
    <w:p>
      <w:pPr>
        <w:jc w:val="right"/>
      </w:pPr>
      <w:r>
        <w:t>وہ ایک وہ ہے اقتصادی power۔</w:t>
      </w:r>
    </w:p>
    <w:p>
      <w:r>
        <w:rPr>
          <w:b/>
        </w:rPr>
        <w:t xml:space="preserve">[12:07] </w:t>
      </w:r>
      <w:r>
        <w:t>chunaancha kaha jaata hai ke the business of America is business.</w:t>
      </w:r>
    </w:p>
    <w:p>
      <w:pPr>
        <w:jc w:val="right"/>
      </w:pPr>
      <w:r>
        <w:t>چنانچہ کہا جاتا ہے کہ the business of America is business۔</w:t>
      </w:r>
    </w:p>
    <w:p>
      <w:r>
        <w:rPr>
          <w:b/>
        </w:rPr>
        <w:t xml:space="preserve">[12:12] </w:t>
      </w:r>
      <w:r>
        <w:t>toh America ke business ne is ki commercial activities ne is ko itna taaqatwar banaya hai.</w:t>
      </w:r>
    </w:p>
    <w:p>
      <w:pPr>
        <w:jc w:val="right"/>
      </w:pPr>
      <w:r>
        <w:t>تو امریکہ کے business نے اس کی commercial activities نے اس کو اتنا طاقتور بنایا ہے۔</w:t>
      </w:r>
    </w:p>
    <w:p>
      <w:r>
        <w:rPr>
          <w:b/>
        </w:rPr>
        <w:t xml:space="preserve">[12:19] </w:t>
      </w:r>
      <w:r>
        <w:t>lekin Musalman is change ko samajh nahi sake.</w:t>
      </w:r>
    </w:p>
    <w:p>
      <w:pPr>
        <w:jc w:val="right"/>
      </w:pPr>
      <w:r>
        <w:t>لیکن مسلمان اس change کو سمجھ نہیں سکے۔</w:t>
      </w:r>
    </w:p>
    <w:p>
      <w:r>
        <w:rPr>
          <w:b/>
        </w:rPr>
        <w:t xml:space="preserve">[12:22] </w:t>
      </w:r>
      <w:r>
        <w:t>woh economic main stream mein shaamil hi nahi hue.</w:t>
      </w:r>
    </w:p>
    <w:p>
      <w:pPr>
        <w:jc w:val="right"/>
      </w:pPr>
      <w:r>
        <w:t>وہ economic main stream میں شامل ہی نہیں ہوئے۔</w:t>
      </w:r>
    </w:p>
    <w:p>
      <w:r>
        <w:rPr>
          <w:b/>
        </w:rPr>
        <w:t xml:space="preserve">[12:26] </w:t>
      </w:r>
      <w:r>
        <w:t>bari anokhi baat hai yeh.</w:t>
      </w:r>
    </w:p>
    <w:p>
      <w:pPr>
        <w:jc w:val="right"/>
      </w:pPr>
      <w:r>
        <w:t>بڑی انوکھی بات ہے یہ۔</w:t>
      </w:r>
    </w:p>
    <w:p>
      <w:r>
        <w:rPr>
          <w:b/>
        </w:rPr>
        <w:t xml:space="preserve">[12:28] </w:t>
      </w:r>
      <w:r>
        <w:t>is ka nuqsaan kya hua? is ka do nuqsaan hua.</w:t>
      </w:r>
    </w:p>
    <w:p>
      <w:pPr>
        <w:jc w:val="right"/>
      </w:pPr>
      <w:r>
        <w:t>اس کا نقصان کیا ہوا؟ اس کا دو نقصان ہوا۔</w:t>
      </w:r>
    </w:p>
    <w:p>
      <w:r>
        <w:rPr>
          <w:b/>
        </w:rPr>
        <w:t xml:space="preserve">[12:32] </w:t>
      </w:r>
      <w:r>
        <w:t>number one yaani economic backwardness.</w:t>
      </w:r>
    </w:p>
    <w:p>
      <w:pPr>
        <w:jc w:val="right"/>
      </w:pPr>
      <w:r>
        <w:t>نمبر one یعنی economic backwardness۔</w:t>
      </w:r>
    </w:p>
    <w:p>
      <w:r>
        <w:rPr>
          <w:b/>
        </w:rPr>
        <w:t xml:space="preserve">[12:35] </w:t>
      </w:r>
      <w:r>
        <w:t>lekin is se bhi bara aik nuqsaan hua woh hai hypocrisy, double standard.</w:t>
      </w:r>
    </w:p>
    <w:p>
      <w:pPr>
        <w:jc w:val="right"/>
      </w:pPr>
      <w:r>
        <w:t>لیکن اس سے بھی بڑا ایک نقصان ہوا وہ ہے hypocrisy، double standard۔</w:t>
      </w:r>
    </w:p>
    <w:p>
      <w:r>
        <w:rPr>
          <w:b/>
        </w:rPr>
        <w:t xml:space="preserve">[12:40] </w:t>
      </w:r>
      <w:r>
        <w:t>kyun? Muslim mind yeh tha ke sab ke sab dushman hain, sab ke sab enemy hain.</w:t>
      </w:r>
    </w:p>
    <w:p>
      <w:pPr>
        <w:jc w:val="right"/>
      </w:pPr>
      <w:r>
        <w:t>کیوں؟ مسلم mind یہ تھا کہ سب کے سب دشمن ہیں، سب کے سب enemy ہیں۔</w:t>
      </w:r>
    </w:p>
    <w:p>
      <w:r>
        <w:rPr>
          <w:b/>
        </w:rPr>
        <w:t xml:space="preserve">[12:47] </w:t>
      </w:r>
      <w:r>
        <w:t>sab ke sab hamare khilaaf conspiracy kar rahe hain.</w:t>
      </w:r>
    </w:p>
    <w:p>
      <w:pPr>
        <w:jc w:val="right"/>
      </w:pPr>
      <w:r>
        <w:t>سب کے سب ہمارے خلاف conspiracy کر رہے ہیں۔</w:t>
      </w:r>
    </w:p>
    <w:p>
      <w:r>
        <w:rPr>
          <w:b/>
        </w:rPr>
        <w:t xml:space="preserve">[12:51] </w:t>
      </w:r>
      <w:r>
        <w:t>lekin yahi log modern world mein chha gaye the.</w:t>
      </w:r>
    </w:p>
    <w:p>
      <w:pPr>
        <w:jc w:val="right"/>
      </w:pPr>
      <w:r>
        <w:t>لیکن یہی لوگ modern world میں چھا گئے تھے۔</w:t>
      </w:r>
    </w:p>
    <w:p>
      <w:r>
        <w:rPr>
          <w:b/>
        </w:rPr>
        <w:t xml:space="preserve">[12:55] </w:t>
      </w:r>
      <w:r>
        <w:t>Business un ke haath mein, industry un ke haath mein, organization un ke haath mein, education un ke</w:t>
      </w:r>
    </w:p>
    <w:p>
      <w:pPr>
        <w:jc w:val="right"/>
      </w:pPr>
      <w:r>
        <w:t>Business ان کے ہاتھ میں، industry ان کے ہاتھ میں، organization ان کے ہاتھ میں، education ان کے</w:t>
      </w:r>
    </w:p>
    <w:p>
      <w:r>
        <w:rPr>
          <w:b/>
        </w:rPr>
        <w:t xml:space="preserve">[13:02] </w:t>
      </w:r>
      <w:r>
        <w:t>haath mein.</w:t>
      </w:r>
    </w:p>
    <w:p>
      <w:pPr>
        <w:jc w:val="right"/>
      </w:pPr>
      <w:r>
        <w:t>ہاتھ میں۔</w:t>
      </w:r>
    </w:p>
    <w:p>
      <w:r>
        <w:rPr>
          <w:b/>
        </w:rPr>
        <w:t xml:space="preserve">[13:04] </w:t>
      </w:r>
      <w:r>
        <w:t>sab kuch.</w:t>
      </w:r>
    </w:p>
    <w:p>
      <w:pPr>
        <w:jc w:val="right"/>
      </w:pPr>
      <w:r>
        <w:t>سب کچھ۔</w:t>
      </w:r>
    </w:p>
    <w:p>
      <w:r>
        <w:rPr>
          <w:b/>
        </w:rPr>
        <w:t xml:space="preserve">[13:05] </w:t>
      </w:r>
      <w:r>
        <w:t>wohi log jin ko aap dushman bata rahe hain apna.</w:t>
      </w:r>
    </w:p>
    <w:p>
      <w:pPr>
        <w:jc w:val="right"/>
      </w:pPr>
      <w:r>
        <w:t>وہی لوگ جن کو آپ دشمن بتا رہے ہیں اپنا۔</w:t>
      </w:r>
    </w:p>
    <w:p>
      <w:r>
        <w:rPr>
          <w:b/>
        </w:rPr>
        <w:t xml:space="preserve">[13:10] </w:t>
      </w:r>
      <w:r>
        <w:t>toh aap kya ho? kya apne bachon ko woh ghareeb chhoden? un ko dunya ki taraqqi mein na</w:t>
      </w:r>
    </w:p>
    <w:p>
      <w:pPr>
        <w:jc w:val="right"/>
      </w:pPr>
      <w:r>
        <w:t>تو آپ کیا ہو؟ کیا اپنے بچوں کو وہ غریب چھوڑیں؟ ان کو دنیا کی ترقی میں نہ</w:t>
      </w:r>
    </w:p>
    <w:p>
      <w:r>
        <w:rPr>
          <w:b/>
        </w:rPr>
        <w:t xml:space="preserve">[13:17] </w:t>
      </w:r>
      <w:r>
        <w:t>pehunchayen? toh yeh kaun afford kar sakta hai is ko? agarche woh samajhte the yeh dunya hamari enemy</w:t>
      </w:r>
    </w:p>
    <w:p>
      <w:pPr>
        <w:jc w:val="right"/>
      </w:pPr>
      <w:r>
        <w:t>پہنچائیں؟ تو یہ کون afford کر سکتا ہے اس کو؟ اگرچہ وہ سمجھتے تھے یہ دنیا ہماری enemy</w:t>
      </w:r>
    </w:p>
    <w:p>
      <w:r>
        <w:rPr>
          <w:b/>
        </w:rPr>
        <w:t xml:space="preserve">[13:25] </w:t>
      </w:r>
      <w:r>
        <w:t>hai, yeh dushman hai sab ke sab.</w:t>
      </w:r>
    </w:p>
    <w:p>
      <w:pPr>
        <w:jc w:val="right"/>
      </w:pPr>
      <w:r>
        <w:t>ہے، یہ دشمن ہے سب کے سب۔</w:t>
      </w:r>
    </w:p>
    <w:p>
      <w:r>
        <w:rPr>
          <w:b/>
        </w:rPr>
        <w:t xml:space="preserve">[13:28] </w:t>
      </w:r>
      <w:r>
        <w:t>lekin worldly interest ke liye phir unhone is ke compromise kiya.</w:t>
      </w:r>
    </w:p>
    <w:p>
      <w:pPr>
        <w:jc w:val="right"/>
      </w:pPr>
      <w:r>
        <w:t>لیکن worldly interest کے لیے پھر انہوں نے اس کے compromise کیا۔</w:t>
      </w:r>
    </w:p>
    <w:p>
      <w:r>
        <w:rPr>
          <w:b/>
        </w:rPr>
        <w:t xml:space="preserve">[13:33] </w:t>
      </w:r>
      <w:r>
        <w:t>andar toh negative thought tha.</w:t>
      </w:r>
    </w:p>
    <w:p>
      <w:pPr>
        <w:jc w:val="right"/>
      </w:pPr>
      <w:r>
        <w:t>اندر تو negative thought تھا۔</w:t>
      </w:r>
    </w:p>
    <w:p>
      <w:r>
        <w:rPr>
          <w:b/>
        </w:rPr>
        <w:t xml:space="preserve">[13:35] </w:t>
      </w:r>
      <w:r>
        <w:t>andar toh yeh tha ke sab ke sab conspiracy kar rahe hain.</w:t>
      </w:r>
    </w:p>
    <w:p>
      <w:pPr>
        <w:jc w:val="right"/>
      </w:pPr>
      <w:r>
        <w:t>اندر تو یہ تھا کہ سب کے سب conspiracy کر رہے ہیں۔</w:t>
      </w:r>
    </w:p>
    <w:p>
      <w:r>
        <w:rPr>
          <w:b/>
        </w:rPr>
        <w:t xml:space="preserve">[13:41] </w:t>
      </w:r>
      <w:r>
        <w:t>sab ke sab hamare enemy hain.</w:t>
      </w:r>
    </w:p>
    <w:p>
      <w:pPr>
        <w:jc w:val="right"/>
      </w:pPr>
      <w:r>
        <w:t>سب کے سب ہمارے enemy ہیں۔</w:t>
      </w:r>
    </w:p>
    <w:p>
      <w:r>
        <w:rPr>
          <w:b/>
        </w:rPr>
        <w:t xml:space="preserve">[13:43] </w:t>
      </w:r>
      <w:r>
        <w:t>lekin apne interest ko jo kill ho raha tha us ko bachane ke liye unhone use compromise</w:t>
      </w:r>
    </w:p>
    <w:p>
      <w:pPr>
        <w:jc w:val="right"/>
      </w:pPr>
      <w:r>
        <w:t>لیکن اپنے interest کو جو kill ہو رہا تھا اس کو بچانے کے لیے انہوں نے اسے compromise</w:t>
      </w:r>
    </w:p>
    <w:p>
      <w:r>
        <w:rPr>
          <w:b/>
        </w:rPr>
        <w:t xml:space="preserve">[13:51] </w:t>
      </w:r>
      <w:r>
        <w:t>kar liya.</w:t>
      </w:r>
    </w:p>
    <w:p>
      <w:pPr>
        <w:jc w:val="right"/>
      </w:pPr>
      <w:r>
        <w:t>کر لیا۔</w:t>
      </w:r>
    </w:p>
    <w:p>
      <w:r>
        <w:rPr>
          <w:b/>
        </w:rPr>
        <w:t xml:space="preserve">[13:52] </w:t>
      </w:r>
      <w:r>
        <w:t>yeh tha hypocrisy.</w:t>
      </w:r>
    </w:p>
    <w:p>
      <w:pPr>
        <w:jc w:val="right"/>
      </w:pPr>
      <w:r>
        <w:t>یہ تھا hypocrisy۔</w:t>
      </w:r>
    </w:p>
    <w:p>
      <w:r>
        <w:rPr>
          <w:b/>
        </w:rPr>
        <w:t xml:space="preserve">[13:54] </w:t>
      </w:r>
      <w:r>
        <w:t>jis se jis ko aap samjhein ke woh mera dushman hai usi se aap compromise karein apne material</w:t>
      </w:r>
    </w:p>
    <w:p>
      <w:pPr>
        <w:jc w:val="right"/>
      </w:pPr>
      <w:r>
        <w:t>جس سے جس کو آپ سمجھیں کہ وہ میرا دشمن ہے اسی سے آپ compromise کریں اپنے material</w:t>
      </w:r>
    </w:p>
    <w:p>
      <w:r>
        <w:rPr>
          <w:b/>
        </w:rPr>
        <w:t xml:space="preserve">[14:02] </w:t>
      </w:r>
      <w:r>
        <w:t>interest ke liye usi ka naam hai hypocrisy, double standard.</w:t>
      </w:r>
    </w:p>
    <w:p>
      <w:pPr>
        <w:jc w:val="right"/>
      </w:pPr>
      <w:r>
        <w:t>interest کے لیے اسی کا نام ہے hypocrisy، double standard۔</w:t>
      </w:r>
    </w:p>
    <w:p>
      <w:r>
        <w:rPr>
          <w:b/>
        </w:rPr>
        <w:t xml:space="preserve">[14:06] </w:t>
      </w:r>
      <w:r>
        <w:t>poori poori duniya jo hai woh ho gayi double standard.</w:t>
      </w:r>
    </w:p>
    <w:p>
      <w:pPr>
        <w:jc w:val="right"/>
      </w:pPr>
      <w:r>
        <w:t>پوری پوری دنیا جو ہے وہ ہو گئی double standard۔</w:t>
      </w:r>
    </w:p>
    <w:p>
      <w:r>
        <w:rPr>
          <w:b/>
        </w:rPr>
        <w:t xml:space="preserve">[14:10] </w:t>
      </w:r>
      <w:r>
        <w:t>mein jahan bhi jata hoon musalmanon ko pata hoon ke sab negative thinking mein jee rahe hain.</w:t>
      </w:r>
    </w:p>
    <w:p>
      <w:pPr>
        <w:jc w:val="right"/>
      </w:pPr>
      <w:r>
        <w:t>میں جہاں بھی جاتا ہوں مسلمانوں کو پاتا ہوں کہ سب negative thinking میں جی رہے ہیں۔</w:t>
      </w:r>
    </w:p>
    <w:p>
      <w:r>
        <w:rPr>
          <w:b/>
        </w:rPr>
        <w:t xml:space="preserve">[14:17] </w:t>
      </w:r>
      <w:r>
        <w:t>aur sath sath woh worldly cheezon mein inhi se apna compromise kiye hue hain.</w:t>
      </w:r>
    </w:p>
    <w:p>
      <w:pPr>
        <w:jc w:val="right"/>
      </w:pPr>
      <w:r>
        <w:t>اور ساتھ ساتھ وہ worldly چیزوں میں انہی سے اپنا compromise کیے ہوئے ہیں۔</w:t>
      </w:r>
    </w:p>
    <w:p>
      <w:r>
        <w:rPr>
          <w:b/>
        </w:rPr>
        <w:t xml:space="preserve">[14:23] </w:t>
      </w:r>
      <w:r>
        <w:t>ek sahab jo dilli mein thay hum se bohat baatein karte thay woh aur yahudiyon ke khilaf bohat</w:t>
      </w:r>
    </w:p>
    <w:p>
      <w:pPr>
        <w:jc w:val="right"/>
      </w:pPr>
      <w:r>
        <w:t>ایک صاحب جو دلی میں تھے ہم سے بہت باتیں کرتے تھے وہ اور یہودیوں کے خلاف بہت</w:t>
      </w:r>
    </w:p>
    <w:p>
      <w:r>
        <w:rPr>
          <w:b/>
        </w:rPr>
        <w:t xml:space="preserve">[14:31] </w:t>
      </w:r>
      <w:r>
        <w:t>taqreer karte thay.</w:t>
      </w:r>
    </w:p>
    <w:p>
      <w:pPr>
        <w:jc w:val="right"/>
      </w:pPr>
      <w:r>
        <w:t>تقریر کرتے تھے۔</w:t>
      </w:r>
    </w:p>
    <w:p>
      <w:r>
        <w:rPr>
          <w:b/>
        </w:rPr>
        <w:t xml:space="preserve">[14:33] </w:t>
      </w:r>
      <w:r>
        <w:t>bohat.</w:t>
      </w:r>
    </w:p>
    <w:p>
      <w:pPr>
        <w:jc w:val="right"/>
      </w:pPr>
      <w:r>
        <w:t>بہت۔</w:t>
      </w:r>
    </w:p>
    <w:p>
      <w:r>
        <w:rPr>
          <w:b/>
        </w:rPr>
        <w:t xml:space="preserve">[14:34] </w:t>
      </w:r>
      <w:r>
        <w:t>yahudi aise kharab hain, yahudi kharab hain.</w:t>
      </w:r>
    </w:p>
    <w:p>
      <w:pPr>
        <w:jc w:val="right"/>
      </w:pPr>
      <w:r>
        <w:t>یہودی ایسے خراب ہیں، یہودی خراب ہیں۔</w:t>
      </w:r>
    </w:p>
    <w:p>
      <w:r>
        <w:rPr>
          <w:b/>
        </w:rPr>
        <w:t xml:space="preserve">[14:37] </w:t>
      </w:r>
      <w:r>
        <w:t>woh gaye education ke liye amreeka.</w:t>
      </w:r>
    </w:p>
    <w:p>
      <w:pPr>
        <w:jc w:val="right"/>
      </w:pPr>
      <w:r>
        <w:t>وہ گئے education کے لیے امریکہ۔</w:t>
      </w:r>
    </w:p>
    <w:p>
      <w:r>
        <w:rPr>
          <w:b/>
        </w:rPr>
        <w:t xml:space="preserve">[14:40] </w:t>
      </w:r>
      <w:r>
        <w:t>us waqt amreeka hi mein hain woh.</w:t>
      </w:r>
    </w:p>
    <w:p>
      <w:pPr>
        <w:jc w:val="right"/>
      </w:pPr>
      <w:r>
        <w:t>اس وقت امریکہ ہی میں ہیں وہ۔</w:t>
      </w:r>
    </w:p>
    <w:p>
      <w:r>
        <w:rPr>
          <w:b/>
        </w:rPr>
        <w:t xml:space="preserve">[14:43] </w:t>
      </w:r>
      <w:r>
        <w:t>wahan pohanche to wahan ek Jewish college mein unhon ne admission liya.</w:t>
      </w:r>
    </w:p>
    <w:p>
      <w:pPr>
        <w:jc w:val="right"/>
      </w:pPr>
      <w:r>
        <w:t>وہاں پہنچے تو وہاں ایک Jewish college میں انہوں نے admission لیا۔</w:t>
      </w:r>
    </w:p>
    <w:p>
      <w:r>
        <w:rPr>
          <w:b/>
        </w:rPr>
        <w:t xml:space="preserve">[14:48] </w:t>
      </w:r>
      <w:r>
        <w:t>kyun? Better education wahin mil rahi thi un ko.</w:t>
      </w:r>
    </w:p>
    <w:p>
      <w:pPr>
        <w:jc w:val="right"/>
      </w:pPr>
      <w:r>
        <w:t>کیوں؟ Better education وہیں مل رہی تھی ان کو۔</w:t>
      </w:r>
    </w:p>
    <w:p>
      <w:r>
        <w:rPr>
          <w:b/>
        </w:rPr>
        <w:t xml:space="preserve">[14:52] </w:t>
      </w:r>
      <w:r>
        <w:t>jin Jews ke baray mein negative thought un ke andar tha usi se achi education lene ke liye</w:t>
      </w:r>
    </w:p>
    <w:p>
      <w:pPr>
        <w:jc w:val="right"/>
      </w:pPr>
      <w:r>
        <w:t>جن Jews کے بارے میں negative thought ان کے اندر تھا اسی سے اچھی education لینے کے لیے</w:t>
      </w:r>
    </w:p>
    <w:p>
      <w:r>
        <w:rPr>
          <w:b/>
        </w:rPr>
        <w:t xml:space="preserve">[14:59] </w:t>
      </w:r>
      <w:r>
        <w:t>wahan par unhon ne admission le li.</w:t>
      </w:r>
    </w:p>
    <w:p>
      <w:pPr>
        <w:jc w:val="right"/>
      </w:pPr>
      <w:r>
        <w:t>وہاں پر انہوں نے admission لے لی۔</w:t>
      </w:r>
    </w:p>
    <w:p>
      <w:r>
        <w:rPr>
          <w:b/>
        </w:rPr>
        <w:t xml:space="preserve">[15:02] </w:t>
      </w:r>
      <w:r>
        <w:t>usi ko mein keh raha hoon ke hypocrisy hai, double standard.</w:t>
      </w:r>
    </w:p>
    <w:p>
      <w:pPr>
        <w:jc w:val="right"/>
      </w:pPr>
      <w:r>
        <w:t>اسی کو میں کہہ رہا ہوں کہ hypocrisy ہے، double standard۔</w:t>
      </w:r>
    </w:p>
    <w:p>
      <w:r>
        <w:rPr>
          <w:b/>
        </w:rPr>
        <w:t xml:space="preserve">[15:07] </w:t>
      </w:r>
      <w:r>
        <w:t>jis ko bhi andar se gree diye to kya niklta hai? Andar se negative thought.</w:t>
      </w:r>
    </w:p>
    <w:p>
      <w:pPr>
        <w:jc w:val="right"/>
      </w:pPr>
      <w:r>
        <w:t>جس کو بھی اندر سے گری دیے تو کیا نکلتا ہے؟ اندر سے negative thought۔</w:t>
      </w:r>
    </w:p>
    <w:p>
      <w:r>
        <w:rPr>
          <w:b/>
        </w:rPr>
        <w:t xml:space="preserve">[15:14] </w:t>
      </w:r>
      <w:r>
        <w:t>sab ke khilaf.</w:t>
      </w:r>
    </w:p>
    <w:p>
      <w:pPr>
        <w:jc w:val="right"/>
      </w:pPr>
      <w:r>
        <w:t>سب کے خلاف۔</w:t>
      </w:r>
    </w:p>
    <w:p>
      <w:r>
        <w:rPr>
          <w:b/>
        </w:rPr>
        <w:t xml:space="preserve">[15:15] </w:t>
      </w:r>
      <w:r>
        <w:t>lekin ain usi waqt woh doosron ke sath compromise kar ke faida bhi utha raha hai.</w:t>
      </w:r>
    </w:p>
    <w:p>
      <w:pPr>
        <w:jc w:val="right"/>
      </w:pPr>
      <w:r>
        <w:t>لیکن عین اسی وقت وہ دوسروں کے ساتھ compromise کر کے فائدہ بھی اٹھا رہا ہے۔</w:t>
      </w:r>
    </w:p>
    <w:p>
      <w:r>
        <w:rPr>
          <w:b/>
        </w:rPr>
        <w:t xml:space="preserve">[15:22] </w:t>
      </w:r>
      <w:r>
        <w:t>inhi ki company mein job karega, inhi ke sath business karega waghera waghera.</w:t>
      </w:r>
    </w:p>
    <w:p>
      <w:pPr>
        <w:jc w:val="right"/>
      </w:pPr>
      <w:r>
        <w:t>انہی کی کمپنی میں جاب کرے گا، انہی کے ساتھ business کرے گا وغیرہ وغیرہ۔</w:t>
      </w:r>
    </w:p>
    <w:p>
      <w:r>
        <w:rPr>
          <w:b/>
        </w:rPr>
        <w:t xml:space="preserve">[15:28] </w:t>
      </w:r>
      <w:r>
        <w:t>to chounke naye halaat mein jo naya equation bana tha us se log musalmanon ne adjust nahi kiya</w:t>
      </w:r>
    </w:p>
    <w:p>
      <w:pPr>
        <w:jc w:val="right"/>
      </w:pPr>
      <w:r>
        <w:t>تو چونکہ نئے حالات میں جو نیا equation بنا تھا اس سے لوگ مسلمانوں نے adjust نہیں کیا</w:t>
      </w:r>
    </w:p>
    <w:p>
      <w:r>
        <w:rPr>
          <w:b/>
        </w:rPr>
        <w:t xml:space="preserve">[15:36] </w:t>
      </w:r>
      <w:r>
        <w:t>to poori poori muslim community jo hai woh hypocrite ban kar reh gayi.</w:t>
      </w:r>
    </w:p>
    <w:p>
      <w:pPr>
        <w:jc w:val="right"/>
      </w:pPr>
      <w:r>
        <w:t>تو پوری پوری مسلم community جو ہے وہ hypocrite بن کر رہ گئی۔</w:t>
      </w:r>
    </w:p>
    <w:p>
      <w:r>
        <w:rPr>
          <w:b/>
        </w:rPr>
        <w:t xml:space="preserve">[15:42] </w:t>
      </w:r>
      <w:r>
        <w:t>mein samajhta hoon ke is se bara nuksan aur koi nahi ho sakta.</w:t>
      </w:r>
    </w:p>
    <w:p>
      <w:pPr>
        <w:jc w:val="right"/>
      </w:pPr>
      <w:r>
        <w:t>میں سمجھتا ہوں کہ اس سے بڑا نقصان اور کوئی نہیں ہو سکتا۔</w:t>
      </w:r>
    </w:p>
    <w:p>
      <w:r>
        <w:rPr>
          <w:b/>
        </w:rPr>
        <w:t xml:space="preserve">[15:47] </w:t>
      </w:r>
      <w:r>
        <w:t>jo jo log hamare mission se jure hue hain mein samajhta hoon ke sir wahi exception hain ke</w:t>
      </w:r>
    </w:p>
    <w:p>
      <w:pPr>
        <w:jc w:val="right"/>
      </w:pPr>
      <w:r>
        <w:t>جو جو لوگ ہمارے mission سے جڑے ہوئے ہیں میں سمجھتا ہوں کہ سر وہی exception ہیں کہ</w:t>
      </w:r>
    </w:p>
    <w:p>
      <w:r>
        <w:rPr>
          <w:b/>
        </w:rPr>
        <w:t xml:space="preserve">[15:55] </w:t>
      </w:r>
      <w:r>
        <w:t>woh is is hypocrisy se bache hue hain woh.</w:t>
      </w:r>
    </w:p>
    <w:p>
      <w:pPr>
        <w:jc w:val="right"/>
      </w:pPr>
      <w:r>
        <w:t>وہ اس اس hypocrisy سے بچے ہوئے ہیں وہ۔</w:t>
      </w:r>
    </w:p>
    <w:p>
      <w:r>
        <w:rPr>
          <w:b/>
        </w:rPr>
        <w:t xml:space="preserve">[15:59] </w:t>
      </w:r>
      <w:r>
        <w:t>mujhe apne mission ke bahar koi dikhai nahi parta jo is is se bacha hua ho is hypocrisy</w:t>
      </w:r>
    </w:p>
    <w:p>
      <w:pPr>
        <w:jc w:val="right"/>
      </w:pPr>
      <w:r>
        <w:t>مجھے اپنے mission کے باہر کوئی دکھائی نہیں پڑتا جو اس اس سے بچا ہوا ہو اس hypocrisy</w:t>
      </w:r>
    </w:p>
    <w:p>
      <w:r>
        <w:rPr>
          <w:b/>
        </w:rPr>
        <w:t xml:space="preserve">[16:06] </w:t>
      </w:r>
      <w:r>
        <w:t>se.</w:t>
      </w:r>
    </w:p>
    <w:p>
      <w:pPr>
        <w:jc w:val="right"/>
      </w:pPr>
      <w:r>
        <w:t>سے۔</w:t>
      </w:r>
    </w:p>
    <w:p>
      <w:r>
        <w:rPr>
          <w:b/>
        </w:rPr>
        <w:t xml:space="preserve">[16:08] </w:t>
      </w:r>
      <w:r>
        <w:t>ke jis ko bura batayenge usi se faida uthayenge.</w:t>
      </w:r>
    </w:p>
    <w:p>
      <w:pPr>
        <w:jc w:val="right"/>
      </w:pPr>
      <w:r>
        <w:t>کہ جس کو برا بتائیں گے اسی سے فائدہ اٹھائیں گے۔</w:t>
      </w:r>
    </w:p>
    <w:p>
      <w:r>
        <w:rPr>
          <w:b/>
        </w:rPr>
        <w:t xml:space="preserve">[16:13] </w:t>
      </w:r>
      <w:r>
        <w:t>hamare ek saathi ne bataya india ke baad ek shehar mein ek saahab the ek musalman toh woh</w:t>
      </w:r>
    </w:p>
    <w:p>
      <w:pPr>
        <w:jc w:val="right"/>
      </w:pPr>
      <w:r>
        <w:t>ہمارے ایک ساتھی نے بتایا انڈیا کے بعد ایک شہر میں ایک صاحب تھے ایک مسلمان تو وہ</w:t>
      </w:r>
    </w:p>
    <w:p>
      <w:r>
        <w:rPr>
          <w:b/>
        </w:rPr>
        <w:t xml:space="preserve">[16:20] </w:t>
      </w:r>
      <w:r>
        <w:t>jo india mein jo extremist hindu hain un ke khilaaf bohat bolte the woh.</w:t>
      </w:r>
    </w:p>
    <w:p>
      <w:pPr>
        <w:jc w:val="right"/>
      </w:pPr>
      <w:r>
        <w:t>جو انڈیا میں جو extremist ہندو ہیں ان کے خلاف بہت بولتے تھے وہ۔</w:t>
      </w:r>
    </w:p>
    <w:p>
      <w:r>
        <w:rPr>
          <w:b/>
        </w:rPr>
        <w:t xml:space="preserve">[16:26] </w:t>
      </w:r>
      <w:r>
        <w:t>bohat.</w:t>
      </w:r>
    </w:p>
    <w:p>
      <w:pPr>
        <w:jc w:val="right"/>
      </w:pPr>
      <w:r>
        <w:t>بہت۔</w:t>
      </w:r>
    </w:p>
    <w:p>
      <w:r>
        <w:rPr>
          <w:b/>
        </w:rPr>
        <w:t xml:space="preserve">[16:28] </w:t>
      </w:r>
      <w:r>
        <w:t>toh ek din wahan baithe hue the un ke paas nahi wahi extremist leader ek extremist party jo</w:t>
      </w:r>
    </w:p>
    <w:p>
      <w:pPr>
        <w:jc w:val="right"/>
      </w:pPr>
      <w:r>
        <w:t>تو ایک دن وہاں بیٹھے ہوئے تھے ان کے پاس نہیں وہی extremist leader ایک extremist party جو</w:t>
      </w:r>
    </w:p>
    <w:p>
      <w:r>
        <w:rPr>
          <w:b/>
        </w:rPr>
        <w:t xml:space="preserve">[16:36] </w:t>
      </w:r>
      <w:r>
        <w:t>india mein hai hinduo ki usi ke ek leader ke haan woh gaye ek din milne ke liye</w:t>
      </w:r>
    </w:p>
    <w:p>
      <w:pPr>
        <w:jc w:val="right"/>
      </w:pPr>
      <w:r>
        <w:t>انڈیا میں ہے ہندوؤں کی اسی کے ایک leader کے ہاں وہ گئے ایک دن ملنے کے لیے</w:t>
      </w:r>
    </w:p>
    <w:p>
      <w:r>
        <w:rPr>
          <w:b/>
        </w:rPr>
        <w:t xml:space="preserve">[16:43] </w:t>
      </w:r>
      <w:r>
        <w:t>toh wahi saahab wahan baithe hue the jo keh rahe the ke sab dushman hain islam ke, hum</w:t>
      </w:r>
    </w:p>
    <w:p>
      <w:pPr>
        <w:jc w:val="right"/>
      </w:pPr>
      <w:r>
        <w:t>تو وہی صاحب وہاں بیٹھے ہوئے تھے جو کہہ رہے تھے کہ سب دشمن ہیں اسلام کے، ہم</w:t>
      </w:r>
    </w:p>
    <w:p>
      <w:r>
        <w:rPr>
          <w:b/>
        </w:rPr>
        <w:t xml:space="preserve">[16:51] </w:t>
      </w:r>
      <w:r>
        <w:t>musalmano ke dushman hain.</w:t>
      </w:r>
    </w:p>
    <w:p>
      <w:pPr>
        <w:jc w:val="right"/>
      </w:pPr>
      <w:r>
        <w:t>مسلمانوں کے دشمن ہیں۔</w:t>
      </w:r>
    </w:p>
    <w:p>
      <w:r>
        <w:rPr>
          <w:b/>
        </w:rPr>
        <w:t xml:space="preserve">[16:53] </w:t>
      </w:r>
      <w:r>
        <w:t>woh pehle se un se milne ke liye gaye the, wahan maujood the woh.</w:t>
      </w:r>
    </w:p>
    <w:p>
      <w:pPr>
        <w:jc w:val="right"/>
      </w:pPr>
      <w:r>
        <w:t>وہ پہلے سے ان سے ملنے کے لیے گئے تھے، وہاں موجود تھے وہ۔</w:t>
      </w:r>
    </w:p>
    <w:p>
      <w:r>
        <w:rPr>
          <w:b/>
        </w:rPr>
        <w:t xml:space="preserve">[16:59] </w:t>
      </w:r>
      <w:r>
        <w:t>toh unhone jab dekha un ko toh unhone kaha ke tum toh in ke bare bare</w:t>
      </w:r>
    </w:p>
    <w:p>
      <w:pPr>
        <w:jc w:val="right"/>
      </w:pPr>
      <w:r>
        <w:t>تو انہوں نے جب دیکھا ان کو تو انہوں نے کہا کہ تم تو ان کے بڑے بڑے</w:t>
      </w:r>
    </w:p>
    <w:p>
      <w:r>
        <w:rPr>
          <w:b/>
        </w:rPr>
        <w:t xml:space="preserve">[17:06] </w:t>
      </w:r>
      <w:r>
        <w:t>khilaaf ho.</w:t>
      </w:r>
    </w:p>
    <w:p>
      <w:pPr>
        <w:jc w:val="right"/>
      </w:pPr>
      <w:r>
        <w:t>خلاف ہو۔</w:t>
      </w:r>
    </w:p>
    <w:p>
      <w:r>
        <w:rPr>
          <w:b/>
        </w:rPr>
        <w:t xml:space="preserve">[17:08] </w:t>
      </w:r>
      <w:r>
        <w:t>yahan kaise baithe hue ho tum? Kaha hai woh ek kaam tha is liye aana hua.</w:t>
      </w:r>
    </w:p>
    <w:p>
      <w:pPr>
        <w:jc w:val="right"/>
      </w:pPr>
      <w:r>
        <w:t>یہاں کیسے بیٹھے ہوئے ہو تم؟ کہا ہے وہ ایک کام تھا اس لیے آنا ہوا۔</w:t>
      </w:r>
    </w:p>
    <w:p>
      <w:r>
        <w:rPr>
          <w:b/>
        </w:rPr>
        <w:t xml:space="preserve">[17:15] </w:t>
      </w:r>
      <w:r>
        <w:t>yaani kaam ke liye toh aap ne un ke sath compromise kar liya.</w:t>
      </w:r>
    </w:p>
    <w:p>
      <w:pPr>
        <w:jc w:val="right"/>
      </w:pPr>
      <w:r>
        <w:t>یعنی کام کے لیے تو آپ نے ان کے ساتھ compromise کر لیا۔</w:t>
      </w:r>
    </w:p>
    <w:p>
      <w:r>
        <w:rPr>
          <w:b/>
        </w:rPr>
        <w:t xml:space="preserve">[17:20] </w:t>
      </w:r>
      <w:r>
        <w:t>aur dil mein kya baitha hua hai ke yeh dushman hain.</w:t>
      </w:r>
    </w:p>
    <w:p>
      <w:pPr>
        <w:jc w:val="right"/>
      </w:pPr>
      <w:r>
        <w:t>اور دل میں کیا بیٹھا ہوا ہے کہ یہ دشمن ہیں۔</w:t>
      </w:r>
    </w:p>
    <w:p>
      <w:r>
        <w:rPr>
          <w:b/>
        </w:rPr>
        <w:t xml:space="preserve">[17:25] </w:t>
      </w:r>
      <w:r>
        <w:t>america mein mein tera baar gaya hoon, bohat logo se mulaqatein hui hain.</w:t>
      </w:r>
    </w:p>
    <w:p>
      <w:pPr>
        <w:jc w:val="right"/>
      </w:pPr>
      <w:r>
        <w:t>امریکہ میں میں تیرہ بار گیا ہوں، بہت لوگوں سے ملاقاتیں ہوئی ہیں۔</w:t>
      </w:r>
    </w:p>
    <w:p>
      <w:r>
        <w:rPr>
          <w:b/>
        </w:rPr>
        <w:t xml:space="preserve">[17:31] </w:t>
      </w:r>
      <w:r>
        <w:t>sab america ke khilaaf jazbaat dil mein liye hue hain.</w:t>
      </w:r>
    </w:p>
    <w:p>
      <w:pPr>
        <w:jc w:val="right"/>
      </w:pPr>
      <w:r>
        <w:t>سب امریکہ کے خلاف جذبات دل میں لیے ہوئے ہیں۔</w:t>
      </w:r>
    </w:p>
    <w:p>
      <w:r>
        <w:rPr>
          <w:b/>
        </w:rPr>
        <w:t xml:space="preserve">[17:35] </w:t>
      </w:r>
      <w:r>
        <w:t>maine ek saahab se poocha jo pakistan se aaye the ke aap toh itna bura bura bhala</w:t>
      </w:r>
    </w:p>
    <w:p>
      <w:pPr>
        <w:jc w:val="right"/>
      </w:pPr>
      <w:r>
        <w:t>میں نے ایک صاحب سے پوچھا جو پاکستان سے آئے تھے کہ آپ تو اتنا برا برا بھلا</w:t>
      </w:r>
    </w:p>
    <w:p>
      <w:r>
        <w:rPr>
          <w:b/>
        </w:rPr>
        <w:t xml:space="preserve">[17:43] </w:t>
      </w:r>
      <w:r>
        <w:t>kehte hain america ko phir yahan aayein kamane ke liye aap toh kya kehte hain? Toh woh rizq</w:t>
      </w:r>
    </w:p>
    <w:p>
      <w:pPr>
        <w:jc w:val="right"/>
      </w:pPr>
      <w:r>
        <w:t>کہتے ہیں امریکہ کو پھر یہاں آئیں کمانے کے لیے آپ تو کیا کہتے ہیں؟ تو وہ رزق</w:t>
      </w:r>
    </w:p>
    <w:p>
      <w:r>
        <w:rPr>
          <w:b/>
        </w:rPr>
        <w:t xml:space="preserve">[17:50] </w:t>
      </w:r>
      <w:r>
        <w:t>toh khuda ki taraf se hai, jahan likha rahega wohin jayega aadmi.</w:t>
      </w:r>
    </w:p>
    <w:p>
      <w:pPr>
        <w:jc w:val="right"/>
      </w:pPr>
      <w:r>
        <w:t>تو خدا کی طرف سے ہے، جہاں لکھا رہے گا وہیں جائے گا آدمی۔</w:t>
      </w:r>
    </w:p>
    <w:p>
      <w:r>
        <w:rPr>
          <w:b/>
        </w:rPr>
        <w:t xml:space="preserve">[17:56] </w:t>
      </w:r>
      <w:r>
        <w:t>toh maine kaha ke pak land mein rizq nahi tha aap ka, napak land mein rizq likha</w:t>
      </w:r>
    </w:p>
    <w:p>
      <w:pPr>
        <w:jc w:val="right"/>
      </w:pPr>
      <w:r>
        <w:t>تو میں نے کہا کہ پاک لینڈ میں رزق نہیں تھا آپ کا، ناپاک لینڈ میں رزق لکھا</w:t>
      </w:r>
    </w:p>
    <w:p>
      <w:r>
        <w:rPr>
          <w:b/>
        </w:rPr>
        <w:t xml:space="preserve">[18:04] </w:t>
      </w:r>
      <w:r>
        <w:t>hua tha aap ka.</w:t>
      </w:r>
    </w:p>
    <w:p>
      <w:pPr>
        <w:jc w:val="right"/>
      </w:pPr>
      <w:r>
        <w:t>ہوا تھا آپ کا۔</w:t>
      </w:r>
    </w:p>
    <w:p>
      <w:r>
        <w:rPr>
          <w:b/>
        </w:rPr>
        <w:t xml:space="preserve">[18:06] </w:t>
      </w:r>
      <w:r>
        <w:t>kaisa khuda hoga woh? Pakistan toh pak land hai.</w:t>
      </w:r>
    </w:p>
    <w:p>
      <w:pPr>
        <w:jc w:val="right"/>
      </w:pPr>
      <w:r>
        <w:t>کیسا خدا ہوگا وہ؟ پاکستان تو پاک لینڈ ہے۔</w:t>
      </w:r>
    </w:p>
    <w:p>
      <w:r>
        <w:rPr>
          <w:b/>
        </w:rPr>
        <w:t xml:space="preserve">[18:10] </w:t>
      </w:r>
      <w:r>
        <w:t>america napak land hai.</w:t>
      </w:r>
    </w:p>
    <w:p>
      <w:pPr>
        <w:jc w:val="right"/>
      </w:pPr>
      <w:r>
        <w:t>امریکہ ناپاک لینڈ ہے۔</w:t>
      </w:r>
    </w:p>
    <w:p>
      <w:r>
        <w:rPr>
          <w:b/>
        </w:rPr>
        <w:t xml:space="preserve">[18:11] </w:t>
      </w:r>
      <w:r>
        <w:t>to aap ko yahoodi yahan likh diya khuda ne.</w:t>
      </w:r>
    </w:p>
    <w:p>
      <w:pPr>
        <w:jc w:val="right"/>
      </w:pPr>
      <w:r>
        <w:t>تو آپ کو یہودی یہاں لکھ دیا خدا نے۔</w:t>
      </w:r>
    </w:p>
    <w:p>
      <w:r>
        <w:rPr>
          <w:b/>
        </w:rPr>
        <w:t xml:space="preserve">[18:15] </w:t>
      </w:r>
      <w:r>
        <w:t>kitna bara nuqsan hai yeh ke poori poori muslim community jo hai hypocrisy mein pari hui hai.</w:t>
      </w:r>
    </w:p>
    <w:p>
      <w:pPr>
        <w:jc w:val="right"/>
      </w:pPr>
      <w:r>
        <w:t>کتنا بڑا نقصان ہے یہ کہ پوری پوری مسلم community جو ہے hypocrisy میں پڑی ہوئی ہے۔</w:t>
      </w:r>
    </w:p>
    <w:p>
      <w:r>
        <w:rPr>
          <w:b/>
        </w:rPr>
        <w:t xml:space="preserve">[18:23] </w:t>
      </w:r>
      <w:r>
        <w:t>mere apne experience ke mutabiq main kahunga ke khuda ke fazal se hamara jo mission hai woh</w:t>
      </w:r>
    </w:p>
    <w:p>
      <w:pPr>
        <w:jc w:val="right"/>
      </w:pPr>
      <w:r>
        <w:t>میرے اپنے experience کے مطابق میں کہوں گا کہ خدا کے فضل سے ہمارا جو mission ہے وہ</w:t>
      </w:r>
    </w:p>
    <w:p>
      <w:r>
        <w:rPr>
          <w:b/>
        </w:rPr>
        <w:t xml:space="preserve">[18:30] </w:t>
      </w:r>
      <w:r>
        <w:t>kisi qisam ki negativity ko khara nahi hua.</w:t>
      </w:r>
    </w:p>
    <w:p>
      <w:pPr>
        <w:jc w:val="right"/>
      </w:pPr>
      <w:r>
        <w:t>کسی قسم کی negativity کو کھڑا نہیں ہوا۔</w:t>
      </w:r>
    </w:p>
    <w:p>
      <w:r>
        <w:rPr>
          <w:b/>
        </w:rPr>
        <w:t xml:space="preserve">[18:34] </w:t>
      </w:r>
      <w:r>
        <w:t>hum kisi ko dushman nahi samajhte apna except Saturn ko.</w:t>
      </w:r>
    </w:p>
    <w:p>
      <w:pPr>
        <w:jc w:val="right"/>
      </w:pPr>
      <w:r>
        <w:t>ہم کسی کو دشمن نہیں سمجھتے اپنا except Saturn کو۔</w:t>
      </w:r>
    </w:p>
    <w:p>
      <w:r>
        <w:rPr>
          <w:b/>
        </w:rPr>
        <w:t xml:space="preserve">[18:38] </w:t>
      </w:r>
      <w:r>
        <w:t>hum sirf Saturn ko dushman samajhte hain.</w:t>
      </w:r>
    </w:p>
    <w:p>
      <w:pPr>
        <w:jc w:val="right"/>
      </w:pPr>
      <w:r>
        <w:t>ہم صرف Saturn کو دشمن سمجھتے ہیں۔</w:t>
      </w:r>
    </w:p>
    <w:p>
      <w:r>
        <w:rPr>
          <w:b/>
        </w:rPr>
        <w:t xml:space="preserve">[18:41] </w:t>
      </w:r>
      <w:r>
        <w:t>baqi kisi ko dushman nahi samajhte.</w:t>
      </w:r>
    </w:p>
    <w:p>
      <w:pPr>
        <w:jc w:val="right"/>
      </w:pPr>
      <w:r>
        <w:t>باقی کسی کو دشمن نہیں سمجھتے۔</w:t>
      </w:r>
    </w:p>
    <w:p>
      <w:r>
        <w:rPr>
          <w:b/>
        </w:rPr>
        <w:t xml:space="preserve">[18:44] </w:t>
      </w:r>
      <w:r>
        <w:t>to main hamare missions jo jure hue hain woh is hypocrisy se pak hain.</w:t>
      </w:r>
    </w:p>
    <w:p>
      <w:pPr>
        <w:jc w:val="right"/>
      </w:pPr>
      <w:r>
        <w:t>تو میں ہمارے missions جو جڑے ہوئے ہیں وہ اس hypocrisy سے پاک ہیں۔</w:t>
      </w:r>
    </w:p>
    <w:p>
      <w:r>
        <w:rPr>
          <w:b/>
        </w:rPr>
        <w:t xml:space="preserve">[18:50] </w:t>
      </w:r>
      <w:r>
        <w:t>ab main yeh kahunga ke dekhiye yeh jo equation toota hakim aur mahkoom ka aur ab jo</w:t>
      </w:r>
    </w:p>
    <w:p>
      <w:pPr>
        <w:jc w:val="right"/>
      </w:pPr>
      <w:r>
        <w:t>اب میں یہ کہوں گا کہ دیکھیے یہ جو equation ٹوٹا حاکم اور محکوم کا اور اب جو</w:t>
      </w:r>
    </w:p>
    <w:p>
      <w:r>
        <w:rPr>
          <w:b/>
        </w:rPr>
        <w:t xml:space="preserve">[18:57] </w:t>
      </w:r>
      <w:r>
        <w:t>musalman dushman aur dost ke equation mein jee rahe hain to sahi kya hai? sahi yeh hai ke</w:t>
      </w:r>
    </w:p>
    <w:p>
      <w:pPr>
        <w:jc w:val="right"/>
      </w:pPr>
      <w:r>
        <w:t>مسلمان دشمن اور دوست کے equation میں جی رہے ہیں تو صحیح کیا ہے؟ صحیح یہ ہے کہ</w:t>
      </w:r>
    </w:p>
    <w:p>
      <w:r>
        <w:rPr>
          <w:b/>
        </w:rPr>
        <w:t xml:space="preserve">[19:05] </w:t>
      </w:r>
      <w:r>
        <w:t>hum loten peechay ki taraf.</w:t>
      </w:r>
    </w:p>
    <w:p>
      <w:pPr>
        <w:jc w:val="right"/>
      </w:pPr>
      <w:r>
        <w:t>ہم لوٹیں پیچھے کی طرف۔</w:t>
      </w:r>
    </w:p>
    <w:p>
      <w:r>
        <w:rPr>
          <w:b/>
        </w:rPr>
        <w:t xml:space="preserve">[19:07] </w:t>
      </w:r>
      <w:r>
        <w:t>yani dobara wahi shahid mashhood ka equation duniya mein wapas lana hai hum ko.</w:t>
      </w:r>
    </w:p>
    <w:p>
      <w:pPr>
        <w:jc w:val="right"/>
      </w:pPr>
      <w:r>
        <w:t>یعنی دوبارہ وہی شاہد مشہود کا equation دنیا میں واپس لانا ہے ہم کو۔</w:t>
      </w:r>
    </w:p>
    <w:p>
      <w:r>
        <w:rPr>
          <w:b/>
        </w:rPr>
        <w:t xml:space="preserve">[19:13] </w:t>
      </w:r>
      <w:r>
        <w:t>isi ki hum koshish kar rahe hain.</w:t>
      </w:r>
    </w:p>
    <w:p>
      <w:pPr>
        <w:jc w:val="right"/>
      </w:pPr>
      <w:r>
        <w:t>اسی کی ہم کوشش کر رہے ہیں۔</w:t>
      </w:r>
    </w:p>
    <w:p>
      <w:r>
        <w:rPr>
          <w:b/>
        </w:rPr>
        <w:t xml:space="preserve">[19:16] </w:t>
      </w:r>
      <w:r>
        <w:t>hamari koshish isi ke liye hai ke muslim jo hai ek aitbar se woh believer hai apne lihaaz</w:t>
      </w:r>
    </w:p>
    <w:p>
      <w:pPr>
        <w:jc w:val="right"/>
      </w:pPr>
      <w:r>
        <w:t>ہماری کوشش اسی کے لیے ہے کہ مسلم جو ہے ایک اعتبار سے وہ believer ہے اپنے لحاظ</w:t>
      </w:r>
    </w:p>
    <w:p>
      <w:r>
        <w:rPr>
          <w:b/>
        </w:rPr>
        <w:t xml:space="preserve">[19:24] </w:t>
      </w:r>
      <w:r>
        <w:t>se doosron ke lihaaz se woh witness hai, woh daai hai.</w:t>
      </w:r>
    </w:p>
    <w:p>
      <w:pPr>
        <w:jc w:val="right"/>
      </w:pPr>
      <w:r>
        <w:t>سے دوسروں کے لحاظ سے وہ witness ہے، وہ داعی ہے۔</w:t>
      </w:r>
    </w:p>
    <w:p>
      <w:r>
        <w:rPr>
          <w:b/>
        </w:rPr>
        <w:t xml:space="preserve">[19:29] </w:t>
      </w:r>
      <w:r>
        <w:t>to jo sahi equation is zamane mein hai woh daai aur madu ka equation hai.</w:t>
      </w:r>
    </w:p>
    <w:p>
      <w:pPr>
        <w:jc w:val="right"/>
      </w:pPr>
      <w:r>
        <w:t>تو جو صحیح equation اس زمانے میں ہے وہ داعی اور مدعو کا equation ہے۔</w:t>
      </w:r>
    </w:p>
    <w:p>
      <w:r>
        <w:rPr>
          <w:b/>
        </w:rPr>
        <w:t xml:space="preserve">[19:35] </w:t>
      </w:r>
      <w:r>
        <w:t>daai aur madu hum bolte hain isi sense mein jo quran mein shahid aur mashhood aaya hai.</w:t>
      </w:r>
    </w:p>
    <w:p>
      <w:pPr>
        <w:jc w:val="right"/>
      </w:pPr>
      <w:r>
        <w:t>داعی اور مدعو ہم بولتے ہیں اسی sense میں جو قرآن میں شاہد اور مشہود آیا ہے۔</w:t>
      </w:r>
    </w:p>
    <w:p>
      <w:r>
        <w:rPr>
          <w:b/>
        </w:rPr>
        <w:t xml:space="preserve">[19:42] </w:t>
      </w:r>
      <w:r>
        <w:t>quran mein is ke liye jo lafz aaya hai woh shahid mashhood.</w:t>
      </w:r>
    </w:p>
    <w:p>
      <w:pPr>
        <w:jc w:val="right"/>
      </w:pPr>
      <w:r>
        <w:t>قرآن میں اس کے لیے جو لفظ آیا ہے وہ شاہد مشہود۔</w:t>
      </w:r>
    </w:p>
    <w:p>
      <w:r>
        <w:rPr>
          <w:b/>
        </w:rPr>
        <w:t xml:space="preserve">[19:47] </w:t>
      </w:r>
      <w:r>
        <w:t>wa sawwal az zati al buruj wal yawm al mashhood wa shahid wa mashhood.</w:t>
      </w:r>
    </w:p>
    <w:p>
      <w:pPr>
        <w:jc w:val="right"/>
      </w:pPr>
      <w:r>
        <w:t>و سوائے ذات البروج والیوم المشہود وشاہد و مشہود۔</w:t>
      </w:r>
    </w:p>
    <w:p>
      <w:r>
        <w:rPr>
          <w:b/>
        </w:rPr>
        <w:t xml:space="preserve">[19:51] </w:t>
      </w:r>
      <w:r>
        <w:t>to quran mein jo bataya gaya equation woh hai shahid aur mashhood ka.</w:t>
      </w:r>
    </w:p>
    <w:p>
      <w:pPr>
        <w:jc w:val="right"/>
      </w:pPr>
      <w:r>
        <w:t>تو قرآن میں جو بتایا گیا equation وہ ہے شاہد اور مشہود کا۔</w:t>
      </w:r>
    </w:p>
    <w:p>
      <w:r>
        <w:rPr>
          <w:b/>
        </w:rPr>
        <w:t xml:space="preserve">[19:57] </w:t>
      </w:r>
      <w:r>
        <w:t>witness and witnessed ka.</w:t>
      </w:r>
    </w:p>
    <w:p>
      <w:pPr>
        <w:jc w:val="right"/>
      </w:pPr>
      <w:r>
        <w:t>witness and witnessed کا۔</w:t>
      </w:r>
    </w:p>
    <w:p>
      <w:r>
        <w:rPr>
          <w:b/>
        </w:rPr>
        <w:t xml:space="preserve">[19:59] </w:t>
      </w:r>
      <w:r>
        <w:t>isi ko zyada aasan ya qabil-e-fehm banane ke liye hum bolte hain daai aur madu ka equation.</w:t>
      </w:r>
    </w:p>
    <w:p>
      <w:pPr>
        <w:jc w:val="right"/>
      </w:pPr>
      <w:r>
        <w:t>اسی کو زیادہ آسان یا قابل فہم بنانے کے لیے ہم بولتے ہیں داعی اور مدعو کا equation۔</w:t>
      </w:r>
    </w:p>
    <w:p>
      <w:r>
        <w:rPr>
          <w:b/>
        </w:rPr>
        <w:t xml:space="preserve">[20:06] </w:t>
      </w:r>
      <w:r>
        <w:t>yani addresser aur addressy.</w:t>
      </w:r>
    </w:p>
    <w:p>
      <w:pPr>
        <w:jc w:val="right"/>
      </w:pPr>
      <w:r>
        <w:t>یعنی addresser اور addressy۔</w:t>
      </w:r>
    </w:p>
    <w:p>
      <w:r>
        <w:rPr>
          <w:b/>
        </w:rPr>
        <w:t xml:space="preserve">[20:08] </w:t>
      </w:r>
      <w:r>
        <w:t>jo bataye woh daai hai, jo sune woh madu hai.</w:t>
      </w:r>
    </w:p>
    <w:p>
      <w:pPr>
        <w:jc w:val="right"/>
      </w:pPr>
      <w:r>
        <w:t>جو بتائے وہ داعی ہے، جو سنے وہ مدعو ہے۔</w:t>
      </w:r>
    </w:p>
    <w:p>
      <w:r>
        <w:rPr>
          <w:b/>
        </w:rPr>
        <w:t xml:space="preserve">[20:12] </w:t>
      </w:r>
      <w:r>
        <w:t>yeh hai sahi equation.</w:t>
      </w:r>
    </w:p>
    <w:p>
      <w:pPr>
        <w:jc w:val="right"/>
      </w:pPr>
      <w:r>
        <w:t>یہ ہے صحیح equation۔</w:t>
      </w:r>
    </w:p>
    <w:p>
      <w:r>
        <w:rPr>
          <w:b/>
        </w:rPr>
        <w:t xml:space="preserve">[20:14] </w:t>
      </w:r>
      <w:r>
        <w:t>is ko apnane se kya hota hai ke aap poori tarah positive thinking par aa jate hain.</w:t>
      </w:r>
    </w:p>
    <w:p>
      <w:pPr>
        <w:jc w:val="right"/>
      </w:pPr>
      <w:r>
        <w:t>اس کو اپنانے سے کیا ہوتا ہے کہ آپ پوری طرح positive thinking پر آ جاتے ہیں۔</w:t>
      </w:r>
    </w:p>
    <w:p>
      <w:r>
        <w:rPr>
          <w:b/>
        </w:rPr>
        <w:t xml:space="preserve">[20:21] </w:t>
      </w:r>
      <w:r>
        <w:t>conspiracy aur enmity ka ki theory khatm ho jati hai.</w:t>
      </w:r>
    </w:p>
    <w:p>
      <w:pPr>
        <w:jc w:val="right"/>
      </w:pPr>
      <w:r>
        <w:t>conspiracy اور enmity کا کی تھیوری ختم ہو جاتی ہے۔</w:t>
      </w:r>
    </w:p>
    <w:p>
      <w:r>
        <w:rPr>
          <w:b/>
        </w:rPr>
        <w:t xml:space="preserve">[20:26] </w:t>
      </w:r>
      <w:r>
        <w:t>sari dunya aap ke liye equal basis par insan ban jati hai.</w:t>
      </w:r>
    </w:p>
    <w:p>
      <w:pPr>
        <w:jc w:val="right"/>
      </w:pPr>
      <w:r>
        <w:t>ساری دنیا آپ کے لیے equal basis پر انسان بن جاتی ہے۔</w:t>
      </w:r>
    </w:p>
    <w:p>
      <w:r>
        <w:rPr>
          <w:b/>
        </w:rPr>
        <w:t xml:space="preserve">[20:31] </w:t>
      </w:r>
      <w:r>
        <w:t>sab ke aap well wisher ban jate hain.</w:t>
      </w:r>
    </w:p>
    <w:p>
      <w:pPr>
        <w:jc w:val="right"/>
      </w:pPr>
      <w:r>
        <w:t>سب کے آپ well wisher بن جاتے ہیں۔</w:t>
      </w:r>
    </w:p>
    <w:p>
      <w:r>
        <w:rPr>
          <w:b/>
        </w:rPr>
        <w:t xml:space="preserve">[20:34] </w:t>
      </w:r>
      <w:r>
        <w:t>sab ko aap apna paigham pohanchana chahne lagte hain.</w:t>
      </w:r>
    </w:p>
    <w:p>
      <w:pPr>
        <w:jc w:val="right"/>
      </w:pPr>
      <w:r>
        <w:t>سب کو آپ اپنا پیغام پہنچانا چاہنے لگتے ہیں۔</w:t>
      </w:r>
    </w:p>
    <w:p>
      <w:r>
        <w:rPr>
          <w:b/>
        </w:rPr>
        <w:t xml:space="preserve">[20:38] </w:t>
      </w:r>
      <w:r>
        <w:t>yeh hai hamara mission.</w:t>
      </w:r>
    </w:p>
    <w:p>
      <w:pPr>
        <w:jc w:val="right"/>
      </w:pPr>
      <w:r>
        <w:t>یہ ہے ہمارا mission۔</w:t>
      </w:r>
    </w:p>
    <w:p>
      <w:r>
        <w:rPr>
          <w:b/>
        </w:rPr>
        <w:t xml:space="preserve">[20:40] </w:t>
      </w:r>
      <w:r>
        <w:t>ke is equation ko phir tareekh mein wapas lana jo rasool Allah ke zamane mein shahid aur mashhood</w:t>
      </w:r>
    </w:p>
    <w:p>
      <w:pPr>
        <w:jc w:val="right"/>
      </w:pPr>
      <w:r>
        <w:t>کہ اس equation کو پھر تاریخ میں واپس لانا جو رسول اللہ کے زمانے میں شاہد اور مشہود</w:t>
      </w:r>
    </w:p>
    <w:p>
      <w:r>
        <w:rPr>
          <w:b/>
        </w:rPr>
        <w:t xml:space="preserve">[20:47] </w:t>
      </w:r>
      <w:r>
        <w:t>ke taur par tha ab hum isi ko keh rahe hain daai aur madu ke taur par.</w:t>
      </w:r>
    </w:p>
    <w:p>
      <w:pPr>
        <w:jc w:val="right"/>
      </w:pPr>
      <w:r>
        <w:t>کے طور پر تھا اب ہم اسی کو کہہ رہے ہیں داعی اور مدعو کے طور پر۔</w:t>
      </w:r>
    </w:p>
    <w:p>
      <w:r>
        <w:rPr>
          <w:b/>
        </w:rPr>
        <w:t xml:space="preserve">[20:55] </w:t>
      </w:r>
      <w:r>
        <w:t>ke hum apne ko daai samjhein aur doosron ko madu samjhein.</w:t>
      </w:r>
    </w:p>
    <w:p>
      <w:pPr>
        <w:jc w:val="right"/>
      </w:pPr>
      <w:r>
        <w:t>کہ ہم اپنے کو داعی سمجھیں اور دوسروں کو مدعو سمجھیں۔</w:t>
      </w:r>
    </w:p>
    <w:p>
      <w:r>
        <w:rPr>
          <w:b/>
        </w:rPr>
        <w:t xml:space="preserve">[20:59] </w:t>
      </w:r>
      <w:r>
        <w:t>isi mein hamari aap ki nijat hai dunya ke aitbar se bhi isi mein hamari aap ki nijat</w:t>
      </w:r>
    </w:p>
    <w:p>
      <w:pPr>
        <w:jc w:val="right"/>
      </w:pPr>
      <w:r>
        <w:t>اسی میں ہماری آپ کی نجات ہے دنیا کے اعتبار سے بھی اسی میں ہماری آپ کی نجات</w:t>
      </w:r>
    </w:p>
    <w:p>
      <w:r>
        <w:rPr>
          <w:b/>
        </w:rPr>
        <w:t xml:space="preserve">[21:07] </w:t>
      </w:r>
      <w:r>
        <w:t>hai akhirat ke aitbar se bhi.</w:t>
      </w:r>
    </w:p>
    <w:p>
      <w:pPr>
        <w:jc w:val="right"/>
      </w:pPr>
      <w:r>
        <w:t>ہے آخرت کے اعتبار سے بھی۔</w:t>
      </w:r>
    </w:p>
    <w:p>
      <w:r>
        <w:rPr>
          <w:b/>
        </w:rPr>
        <w:t xml:space="preserve">[21:10] </w:t>
      </w:r>
      <w:r>
        <w:t>is ke siwa aur koi doosra tareeqa nahi.</w:t>
      </w:r>
    </w:p>
    <w:p>
      <w:pPr>
        <w:jc w:val="right"/>
      </w:pPr>
      <w:r>
        <w:t>اس کے سوا اور کوئی دوسرا طریقہ نہیں۔</w:t>
      </w:r>
    </w:p>
    <w:p>
      <w:r>
        <w:rPr>
          <w:b/>
        </w:rPr>
        <w:t xml:space="preserve">[21:13] </w:t>
      </w:r>
      <w:r>
        <w:t>koi bhi doosra tareeqa nahi.</w:t>
      </w:r>
    </w:p>
    <w:p>
      <w:pPr>
        <w:jc w:val="right"/>
      </w:pPr>
      <w:r>
        <w:t>کوئی بھی دوسرا طریقہ نہیں۔</w:t>
      </w:r>
    </w:p>
    <w:p>
      <w:r>
        <w:rPr>
          <w:b/>
        </w:rPr>
        <w:t xml:space="preserve">[21:15] </w:t>
      </w:r>
      <w:r>
        <w:t>ab mein ek baat yeh kahunga ke dawat jo hai sirf announcement ka naam nahi hai.</w:t>
      </w:r>
    </w:p>
    <w:p>
      <w:pPr>
        <w:jc w:val="right"/>
      </w:pPr>
      <w:r>
        <w:t>اب میں ایک بات یہ کہوں گا کہ دعوت جو ہے صرف announcement کا نام نہیں ہے۔</w:t>
      </w:r>
    </w:p>
    <w:p>
      <w:r>
        <w:rPr>
          <w:b/>
        </w:rPr>
        <w:t xml:space="preserve">[21:23] </w:t>
      </w:r>
      <w:r>
        <w:t>aap park mein jayen ek aadmi ko pakrein kahin ke dekho tum ko kalma yaad hai aur kahin</w:t>
      </w:r>
    </w:p>
    <w:p>
      <w:pPr>
        <w:jc w:val="right"/>
      </w:pPr>
      <w:r>
        <w:t>آپ park میں جائیں ایک آدمی کو پکڑیں کہیں کہ دیکھو تم کو کلمہ یاد ہے اور کہیں</w:t>
      </w:r>
    </w:p>
    <w:p>
      <w:r>
        <w:rPr>
          <w:b/>
        </w:rPr>
        <w:t xml:space="preserve">[21:30] </w:t>
      </w:r>
      <w:r>
        <w:t>kalma parho aur kuch galat parh de to us ko sahi karein.</w:t>
      </w:r>
    </w:p>
    <w:p>
      <w:pPr>
        <w:jc w:val="right"/>
      </w:pPr>
      <w:r>
        <w:t>کلمہ پڑھو اور کچھ غلط پڑھ دے تو اس کو صحیح کریں۔</w:t>
      </w:r>
    </w:p>
    <w:p>
      <w:r>
        <w:rPr>
          <w:b/>
        </w:rPr>
        <w:t xml:space="preserve">[21:35] </w:t>
      </w:r>
      <w:r>
        <w:t>yeh dawat nahi hai.</w:t>
      </w:r>
    </w:p>
    <w:p>
      <w:pPr>
        <w:jc w:val="right"/>
      </w:pPr>
      <w:r>
        <w:t>یہ دعوت نہیں ہے۔</w:t>
      </w:r>
    </w:p>
    <w:p>
      <w:r>
        <w:rPr>
          <w:b/>
        </w:rPr>
        <w:t xml:space="preserve">[21:37] </w:t>
      </w:r>
      <w:r>
        <w:t>dawat ke liye aap ko ek poori ideology develop karni paregi.</w:t>
      </w:r>
    </w:p>
    <w:p>
      <w:pPr>
        <w:jc w:val="right"/>
      </w:pPr>
      <w:r>
        <w:t>دعوت کے لیے آپ کو ایک پوری ideology develop کرنی پڑے گی۔</w:t>
      </w:r>
    </w:p>
    <w:p>
      <w:r>
        <w:rPr>
          <w:b/>
        </w:rPr>
        <w:t xml:space="preserve">[21:42] </w:t>
      </w:r>
      <w:r>
        <w:t>dawat ke liye aap ko ek poori ideology develop karni paregi.</w:t>
      </w:r>
    </w:p>
    <w:p>
      <w:pPr>
        <w:jc w:val="right"/>
      </w:pPr>
      <w:r>
        <w:t>دعوت کے لیے آپ کو ایک پوری ideology develop کرنی پڑے گی۔</w:t>
      </w:r>
    </w:p>
    <w:p>
      <w:r>
        <w:rPr>
          <w:b/>
        </w:rPr>
        <w:t xml:space="preserve">[21:47] </w:t>
      </w:r>
      <w:r>
        <w:t>is ke sare detail banane padenge.</w:t>
      </w:r>
    </w:p>
    <w:p>
      <w:pPr>
        <w:jc w:val="right"/>
      </w:pPr>
      <w:r>
        <w:t>اس کے سارے detail بنانے پڑیں گے۔</w:t>
      </w:r>
    </w:p>
    <w:p>
      <w:r>
        <w:rPr>
          <w:b/>
        </w:rPr>
        <w:t xml:space="preserve">[21:50] </w:t>
      </w:r>
      <w:r>
        <w:t>aur phir us ko aaj ke medium mein batana padega.</w:t>
      </w:r>
    </w:p>
    <w:p>
      <w:pPr>
        <w:jc w:val="right"/>
      </w:pPr>
      <w:r>
        <w:t>اور پھر اس کو آج کے میڈیم میں بتانا پڑے گا۔</w:t>
      </w:r>
    </w:p>
    <w:p>
      <w:r>
        <w:rPr>
          <w:b/>
        </w:rPr>
        <w:t xml:space="preserve">[21:55] </w:t>
      </w:r>
      <w:r>
        <w:t>aaj ka insan jo hai jab tak us ko aap ek ideology ke taur par na bata sakein</w:t>
      </w:r>
    </w:p>
    <w:p>
      <w:pPr>
        <w:jc w:val="right"/>
      </w:pPr>
      <w:r>
        <w:t>آج کا انسان جو ہے جب تک اس کو آپ ایک ideology کے طور پر نہ بتا سکیں</w:t>
      </w:r>
    </w:p>
    <w:p>
      <w:r>
        <w:rPr>
          <w:b/>
        </w:rPr>
        <w:t xml:space="preserve">[22:03] </w:t>
      </w:r>
      <w:r>
        <w:t>us ko rational basis na de sakein tab tak woh samjhega hi nahi kuch.</w:t>
      </w:r>
    </w:p>
    <w:p>
      <w:pPr>
        <w:jc w:val="right"/>
      </w:pPr>
      <w:r>
        <w:t>اس کو rational basis نہ دے سکیں تب تک وہ سمجھے گا ہی نہیں کچھ۔</w:t>
      </w:r>
    </w:p>
    <w:p>
      <w:r>
        <w:rPr>
          <w:b/>
        </w:rPr>
        <w:t xml:space="preserve">[22:09] </w:t>
      </w:r>
      <w:r>
        <w:t>to aaj ka jo scientific zamana hai us ke lehaz se hamein is ki ideology develop karni padegi</w:t>
      </w:r>
    </w:p>
    <w:p>
      <w:pPr>
        <w:jc w:val="right"/>
      </w:pPr>
      <w:r>
        <w:t>تو آج کا جو scientific زمانہ ہے اس کے لحاظ سے ہمیں اس کی ideology develop کرنی پڑے</w:t>
      </w:r>
    </w:p>
    <w:p>
      <w:r>
        <w:rPr>
          <w:b/>
        </w:rPr>
        <w:t xml:space="preserve">[22:17] </w:t>
      </w:r>
      <w:r>
        <w:t>gi.</w:t>
      </w:r>
    </w:p>
    <w:p>
      <w:pPr>
        <w:jc w:val="right"/>
      </w:pPr>
      <w:r>
        <w:t>گی۔</w:t>
      </w:r>
    </w:p>
    <w:p>
      <w:r>
        <w:rPr>
          <w:b/>
        </w:rPr>
        <w:t xml:space="preserve">[22:19] </w:t>
      </w:r>
      <w:r>
        <w:t>dekhiye pehle zamane mein jo traditional zamana tha us mein kya tha? us mein yeh tha ke aap</w:t>
      </w:r>
    </w:p>
    <w:p>
      <w:pPr>
        <w:jc w:val="right"/>
      </w:pPr>
      <w:r>
        <w:t>دیکھیے پہلے زمانے میں جو traditional زمانہ تھا اس میں کیا تھا؟ اس میں یہ تھا کہ آپ</w:t>
      </w:r>
    </w:p>
    <w:p>
      <w:r>
        <w:rPr>
          <w:b/>
        </w:rPr>
        <w:t xml:space="preserve">[22:26] </w:t>
      </w:r>
      <w:r>
        <w:t>aik aik allegory pesh kar dein aik metaphor pesh kar dein to hi baat samajhte ke baat ho</w:t>
      </w:r>
    </w:p>
    <w:p>
      <w:pPr>
        <w:jc w:val="right"/>
      </w:pPr>
      <w:r>
        <w:t>ایک ایک allegory پیش کر دیں ایک metaphor پیش کر دیں تو ہی بات سمجھتے کہ بات ہو</w:t>
      </w:r>
    </w:p>
    <w:p>
      <w:r>
        <w:rPr>
          <w:b/>
        </w:rPr>
        <w:t xml:space="preserve">[22:34] </w:t>
      </w:r>
      <w:r>
        <w:t>gayi log samajhte the.</w:t>
      </w:r>
    </w:p>
    <w:p>
      <w:pPr>
        <w:jc w:val="right"/>
      </w:pPr>
      <w:r>
        <w:t>گئی لوگ سمجھتے تھے۔</w:t>
      </w:r>
    </w:p>
    <w:p>
      <w:r>
        <w:rPr>
          <w:b/>
        </w:rPr>
        <w:t xml:space="preserve">[22:36] </w:t>
      </w:r>
      <w:r>
        <w:t>poem mein kuch keh dein tab bhi baat ho gayi.</w:t>
      </w:r>
    </w:p>
    <w:p>
      <w:pPr>
        <w:jc w:val="right"/>
      </w:pPr>
      <w:r>
        <w:t>poem میں کچھ کہہ دیں تب بھی بات ہو گئی۔</w:t>
      </w:r>
    </w:p>
    <w:p>
      <w:r>
        <w:rPr>
          <w:b/>
        </w:rPr>
        <w:t xml:space="preserve">[22:40] </w:t>
      </w:r>
      <w:r>
        <w:t>aik story bata dein tab bhi baat samajhte the ke ho gayi.</w:t>
      </w:r>
    </w:p>
    <w:p>
      <w:pPr>
        <w:jc w:val="right"/>
      </w:pPr>
      <w:r>
        <w:t>ایک story بتا دیں تب بھی بات سمجھتے تھے کہ ہو گئی۔</w:t>
      </w:r>
    </w:p>
    <w:p>
      <w:r>
        <w:rPr>
          <w:b/>
        </w:rPr>
        <w:t xml:space="preserve">[22:45] </w:t>
      </w:r>
      <w:r>
        <w:t>isi liye mythological jo literature tha woh chalta raha hazaron saal tak chalta raha log samajhte the ke</w:t>
      </w:r>
    </w:p>
    <w:p>
      <w:pPr>
        <w:jc w:val="right"/>
      </w:pPr>
      <w:r>
        <w:t>اسی لیے mythological جو literature تھا وہ چلتا رہا ہزاروں سال تک چلتا رہا لوگ سمجھتے تھے کہ</w:t>
      </w:r>
    </w:p>
    <w:p>
      <w:r>
        <w:rPr>
          <w:b/>
        </w:rPr>
        <w:t xml:space="preserve">[22:53] </w:t>
      </w:r>
      <w:r>
        <w:t>yeh bhi koi tareeqa hai kehne ka.</w:t>
      </w:r>
    </w:p>
    <w:p>
      <w:pPr>
        <w:jc w:val="right"/>
      </w:pPr>
      <w:r>
        <w:t>یہ بھی کوئی طریقہ ہے کہنے کا۔</w:t>
      </w:r>
    </w:p>
    <w:p>
      <w:r>
        <w:rPr>
          <w:b/>
        </w:rPr>
        <w:t xml:space="preserve">[22:56] </w:t>
      </w:r>
      <w:r>
        <w:t>ab scientific zamana aaya hai is zamane mein yeh sab discard ho gaya hai yeh sara.</w:t>
      </w:r>
    </w:p>
    <w:p>
      <w:pPr>
        <w:jc w:val="right"/>
      </w:pPr>
      <w:r>
        <w:t>اب scientific زمانہ آیا ہے اس زمانے میں یہ سب discard ہو گیا ہے یہ سارا۔</w:t>
      </w:r>
    </w:p>
    <w:p>
      <w:r>
        <w:rPr>
          <w:b/>
        </w:rPr>
        <w:t xml:space="preserve">[23:03] </w:t>
      </w:r>
      <w:r>
        <w:t>woh woh woh woh woh traditional idiom discard ho chuka hai.</w:t>
      </w:r>
    </w:p>
    <w:p>
      <w:pPr>
        <w:jc w:val="right"/>
      </w:pPr>
      <w:r>
        <w:t>وہ وہ وہ وہ وہ traditional idiom discard ہو چکا ہے۔</w:t>
      </w:r>
    </w:p>
    <w:p>
      <w:r>
        <w:rPr>
          <w:b/>
        </w:rPr>
        <w:t xml:space="preserve">[23:07] </w:t>
      </w:r>
      <w:r>
        <w:t>ab modern idiom jo hai woh base karta hai reason par, logic par, scientific analysis par.</w:t>
      </w:r>
    </w:p>
    <w:p>
      <w:pPr>
        <w:jc w:val="right"/>
      </w:pPr>
      <w:r>
        <w:t>اب modern idiom جو ہے وہ base کرتا ہے reason پر، logic پر، scientific analysis پر۔</w:t>
      </w:r>
    </w:p>
    <w:p>
      <w:r>
        <w:rPr>
          <w:b/>
        </w:rPr>
        <w:t xml:space="preserve">[23:14] </w:t>
      </w:r>
      <w:r>
        <w:t>is par hamein pesh karna padega dawat ko, us ki ideology ko taake aaj ka insan samajh</w:t>
      </w:r>
    </w:p>
    <w:p>
      <w:pPr>
        <w:jc w:val="right"/>
      </w:pPr>
      <w:r>
        <w:t>اس پر ہمیں پیش کرنا پڑے گا دعوت کو، اس کی ideology کو تاکہ آج کا انسان سمجھ</w:t>
      </w:r>
    </w:p>
    <w:p>
      <w:r>
        <w:rPr>
          <w:b/>
        </w:rPr>
        <w:t xml:space="preserve">[23:22] </w:t>
      </w:r>
      <w:r>
        <w:t>paaye.</w:t>
      </w:r>
    </w:p>
    <w:p>
      <w:pPr>
        <w:jc w:val="right"/>
      </w:pPr>
      <w:r>
        <w:t>پائے۔</w:t>
      </w:r>
    </w:p>
    <w:p>
      <w:r>
        <w:rPr>
          <w:b/>
        </w:rPr>
        <w:t xml:space="preserve">[23:23] </w:t>
      </w:r>
      <w:r>
        <w:t>dekhiye modern idiom koi koi mysterious cheez nahi hai.</w:t>
      </w:r>
    </w:p>
    <w:p>
      <w:pPr>
        <w:jc w:val="right"/>
      </w:pPr>
      <w:r>
        <w:t>دیکھیے modern idiom کوئی کوئی mysterious چیز نہیں ہے۔</w:t>
      </w:r>
    </w:p>
    <w:p>
      <w:r>
        <w:rPr>
          <w:b/>
        </w:rPr>
        <w:t xml:space="preserve">[23:27] </w:t>
      </w:r>
      <w:r>
        <w:t>aaj hi mein kisi se keh raha tha ke dekhiye quran mein hai ke ya ayyuhal lazeena aamanoo</w:t>
      </w:r>
    </w:p>
    <w:p>
      <w:pPr>
        <w:jc w:val="right"/>
      </w:pPr>
      <w:r>
        <w:t>آج ہی میں کسی سے کہہ رہا تھا کہ دیکھیے قرآن میں ہے کہ یا ایہا الذین آمنوا</w:t>
      </w:r>
    </w:p>
    <w:p>
      <w:r>
        <w:rPr>
          <w:b/>
        </w:rPr>
        <w:t xml:space="preserve">[23:35] </w:t>
      </w:r>
      <w:r>
        <w:t>aamanoo.</w:t>
      </w:r>
    </w:p>
    <w:p>
      <w:pPr>
        <w:jc w:val="right"/>
      </w:pPr>
      <w:r>
        <w:t>آمنوا۔</w:t>
      </w:r>
    </w:p>
    <w:p>
      <w:r>
        <w:rPr>
          <w:b/>
        </w:rPr>
        <w:t xml:space="preserve">[23:37] </w:t>
      </w:r>
      <w:r>
        <w:t>mein aik choti si misaal deta hoon ke kya cheez hai modern idiom.</w:t>
      </w:r>
    </w:p>
    <w:p>
      <w:pPr>
        <w:jc w:val="right"/>
      </w:pPr>
      <w:r>
        <w:t>میں ایک چھوٹی سی مثال دیتا ہوں کہ کیا چیز ہے modern idiom۔</w:t>
      </w:r>
    </w:p>
    <w:p>
      <w:r>
        <w:rPr>
          <w:b/>
        </w:rPr>
        <w:t xml:space="preserve">[23:42] </w:t>
      </w:r>
      <w:r>
        <w:t>log samajhte hain ke modern idiom ka matlab hai ke hum hawai jahaz aur rocket ki zaban bolen.</w:t>
      </w:r>
    </w:p>
    <w:p>
      <w:pPr>
        <w:jc w:val="right"/>
      </w:pPr>
      <w:r>
        <w:t>لوگ سمجھتے ہیں کہ modern idiom کا مطلب ہے کہ ہم ہوائی جہاز اور راکٹ کی زبان بولیں۔</w:t>
      </w:r>
    </w:p>
    <w:p>
      <w:r>
        <w:rPr>
          <w:b/>
        </w:rPr>
        <w:t xml:space="preserve">[23:50] </w:t>
      </w:r>
      <w:r>
        <w:t>yeh matlab nahi hai.</w:t>
      </w:r>
    </w:p>
    <w:p>
      <w:pPr>
        <w:jc w:val="right"/>
      </w:pPr>
      <w:r>
        <w:t>یہ مطلب نہیں ہے۔</w:t>
      </w:r>
    </w:p>
    <w:p>
      <w:r>
        <w:rPr>
          <w:b/>
        </w:rPr>
        <w:t xml:space="preserve">[23:52] </w:t>
      </w:r>
      <w:r>
        <w:t>to quran mein hai ke ya ayyuhal lazeena aamanoo aamanoo.</w:t>
      </w:r>
    </w:p>
    <w:p>
      <w:pPr>
        <w:jc w:val="right"/>
      </w:pPr>
      <w:r>
        <w:t>تو قرآن میں ہے کہ یا ایہا الذین آمنوا آمنوا۔</w:t>
      </w:r>
    </w:p>
    <w:p>
      <w:r>
        <w:rPr>
          <w:b/>
        </w:rPr>
        <w:t xml:space="preserve">[23:56] </w:t>
      </w:r>
      <w:r>
        <w:t>ae iman lane walon iman lao.</w:t>
      </w:r>
    </w:p>
    <w:p>
      <w:pPr>
        <w:jc w:val="right"/>
      </w:pPr>
      <w:r>
        <w:t>اے ایمان لانے والو ایمان لاؤ۔</w:t>
      </w:r>
    </w:p>
    <w:p>
      <w:r>
        <w:rPr>
          <w:b/>
        </w:rPr>
        <w:t xml:space="preserve">[23:58] </w:t>
      </w:r>
      <w:r>
        <w:t>to mein ne kaha ke dekhiye yeh traditional andaaz hua ke ae iman lane walon iman lao.</w:t>
      </w:r>
    </w:p>
    <w:p>
      <w:pPr>
        <w:jc w:val="right"/>
      </w:pPr>
      <w:r>
        <w:t>تو میں نے کہا کہ دیکھیے یہ traditional انداز ہوا کہ اے ایمان لانے والو ایمان لاؤ۔</w:t>
      </w:r>
    </w:p>
    <w:p>
      <w:r>
        <w:rPr>
          <w:b/>
        </w:rPr>
        <w:t xml:space="preserve">[24:06] </w:t>
      </w:r>
      <w:r>
        <w:t>ab aaj ki idiom mein agar badlen aap is ko to kya kahenge? woh yeh kahenge</w:t>
      </w:r>
    </w:p>
    <w:p>
      <w:pPr>
        <w:jc w:val="right"/>
      </w:pPr>
      <w:r>
        <w:t>اب آج کی idiom میں اگر بدلیں آپ اس کو تو کیا کہیں گے؟ وہ یہ کہیں گے</w:t>
      </w:r>
    </w:p>
    <w:p>
      <w:r>
        <w:rPr>
          <w:b/>
        </w:rPr>
        <w:t xml:space="preserve">[24:13] </w:t>
      </w:r>
      <w:r>
        <w:t>ke ae iman lane walon tum iman ko rediscovery banao apne liye.</w:t>
      </w:r>
    </w:p>
    <w:p>
      <w:pPr>
        <w:jc w:val="right"/>
      </w:pPr>
      <w:r>
        <w:t>کہ اے ایمان لانے والو تم ایمان کو rediscovery بناؤ اپنے لیے۔</w:t>
      </w:r>
    </w:p>
    <w:p>
      <w:r>
        <w:rPr>
          <w:b/>
        </w:rPr>
        <w:t xml:space="preserve">[24:19] </w:t>
      </w:r>
      <w:r>
        <w:t>to aaj ka mind foran address ho jayega.</w:t>
      </w:r>
    </w:p>
    <w:p>
      <w:pPr>
        <w:jc w:val="right"/>
      </w:pPr>
      <w:r>
        <w:t>تو آج کا mind فوراً address ہو جائے گا۔</w:t>
      </w:r>
    </w:p>
    <w:p>
      <w:r>
        <w:rPr>
          <w:b/>
        </w:rPr>
        <w:t xml:space="preserve">[24:22] </w:t>
      </w:r>
      <w:r>
        <w:t>jab aap is tarah kahengay to is ke samnay sirf aap translation bataen ke quran mein hai</w:t>
      </w:r>
    </w:p>
    <w:p>
      <w:pPr>
        <w:jc w:val="right"/>
      </w:pPr>
      <w:r>
        <w:t>جب آپ اس طرح کہیں گے تو اس کے سامنے صرف آپ translation بتائیں کہ قرآن میں ہے</w:t>
      </w:r>
    </w:p>
    <w:p>
      <w:r>
        <w:rPr>
          <w:b/>
        </w:rPr>
        <w:t xml:space="preserve">[24:30] </w:t>
      </w:r>
      <w:r>
        <w:t>ke aey eman lanay walon eman lao.</w:t>
      </w:r>
    </w:p>
    <w:p>
      <w:pPr>
        <w:jc w:val="right"/>
      </w:pPr>
      <w:r>
        <w:t>کہ اے ایمان لانے والو ایمان لاؤ۔</w:t>
      </w:r>
    </w:p>
    <w:p>
      <w:r>
        <w:rPr>
          <w:b/>
        </w:rPr>
        <w:t xml:space="preserve">[24:33] </w:t>
      </w:r>
      <w:r>
        <w:t>to aaj ka mind address nahi hoga.</w:t>
      </w:r>
    </w:p>
    <w:p>
      <w:pPr>
        <w:jc w:val="right"/>
      </w:pPr>
      <w:r>
        <w:t>تو آج کا mind address نہیں ہوگا۔</w:t>
      </w:r>
    </w:p>
    <w:p>
      <w:r>
        <w:rPr>
          <w:b/>
        </w:rPr>
        <w:t xml:space="preserve">[24:36] </w:t>
      </w:r>
      <w:r>
        <w:t>is waja se is ko convert karna parta hai.</w:t>
      </w:r>
    </w:p>
    <w:p>
      <w:pPr>
        <w:jc w:val="right"/>
      </w:pPr>
      <w:r>
        <w:t>اس وجہ سے اس کو convert کرنا پڑتا ہے۔</w:t>
      </w:r>
    </w:p>
    <w:p>
      <w:r>
        <w:rPr>
          <w:b/>
        </w:rPr>
        <w:t xml:space="preserve">[24:40] </w:t>
      </w:r>
      <w:r>
        <w:t>jab aap is ko yeh kahen ke aey eman lanay walon islam ko apni rediscovery banao.</w:t>
      </w:r>
    </w:p>
    <w:p>
      <w:pPr>
        <w:jc w:val="right"/>
      </w:pPr>
      <w:r>
        <w:t>جب آپ اس کو یہ کہیں کہ اے ایمان لانے والو اسلام کو اپنی rediscovery بناؤ۔</w:t>
      </w:r>
    </w:p>
    <w:p>
      <w:r>
        <w:rPr>
          <w:b/>
        </w:rPr>
        <w:t xml:space="preserve">[24:47] </w:t>
      </w:r>
      <w:r>
        <w:t>to foran woh samajh jata hai phir woh.</w:t>
      </w:r>
    </w:p>
    <w:p>
      <w:pPr>
        <w:jc w:val="right"/>
      </w:pPr>
      <w:r>
        <w:t>تو فوراً وہ سمجھ جاتا ہے پھر وہ۔</w:t>
      </w:r>
    </w:p>
    <w:p>
      <w:r>
        <w:rPr>
          <w:b/>
        </w:rPr>
        <w:t xml:space="preserve">[24:50] </w:t>
      </w:r>
      <w:r>
        <w:t>yeh hai modern idiom mein pesh karna.</w:t>
      </w:r>
    </w:p>
    <w:p>
      <w:pPr>
        <w:jc w:val="right"/>
      </w:pPr>
      <w:r>
        <w:t>یہ ہے modern idiom میں پیش کرنا۔</w:t>
      </w:r>
    </w:p>
    <w:p>
      <w:r>
        <w:rPr>
          <w:b/>
        </w:rPr>
        <w:t xml:space="preserve">[24:53] </w:t>
      </w:r>
      <w:r>
        <w:t>kisi ne bohat pehle likha tha ek article is mein us ne kaha tha ke quran has to</w:t>
      </w:r>
    </w:p>
    <w:p>
      <w:pPr>
        <w:jc w:val="right"/>
      </w:pPr>
      <w:r>
        <w:t>کسی نے بہت پہلے لکھا تھا ایک آرٹیکل اس میں اس نے کہا تھا کہ قرآن has to</w:t>
      </w:r>
    </w:p>
    <w:p>
      <w:r>
        <w:rPr>
          <w:b/>
        </w:rPr>
        <w:t xml:space="preserve">[25:01] </w:t>
      </w:r>
      <w:r>
        <w:t>be re-revealed today.</w:t>
      </w:r>
    </w:p>
    <w:p>
      <w:pPr>
        <w:jc w:val="right"/>
      </w:pPr>
      <w:r>
        <w:t>be re-revealed today۔</w:t>
      </w:r>
    </w:p>
    <w:p>
      <w:r>
        <w:rPr>
          <w:b/>
        </w:rPr>
        <w:t xml:space="preserve">[25:02] </w:t>
      </w:r>
      <w:r>
        <w:t>mein samajhta hoon ke yeh baat sahi nahi hai.</w:t>
      </w:r>
    </w:p>
    <w:p>
      <w:pPr>
        <w:jc w:val="right"/>
      </w:pPr>
      <w:r>
        <w:t>میں سمجھتا ہوں کہ یہ بات صحیح نہیں ہے۔</w:t>
      </w:r>
    </w:p>
    <w:p>
      <w:r>
        <w:rPr>
          <w:b/>
        </w:rPr>
        <w:t xml:space="preserve">[25:06] </w:t>
      </w:r>
      <w:r>
        <w:t>quran has to be re-defined today.</w:t>
      </w:r>
    </w:p>
    <w:p>
      <w:pPr>
        <w:jc w:val="right"/>
      </w:pPr>
      <w:r>
        <w:t>قرآن has to be re-defined today۔</w:t>
      </w:r>
    </w:p>
    <w:p>
      <w:r>
        <w:rPr>
          <w:b/>
        </w:rPr>
        <w:t xml:space="preserve">[25:09] </w:t>
      </w:r>
      <w:r>
        <w:t>humein re-definition ki zaroorat hai is ki zaroorat nahi ke re-revelation ki zaroorat nahi hai.</w:t>
      </w:r>
    </w:p>
    <w:p>
      <w:pPr>
        <w:jc w:val="right"/>
      </w:pPr>
      <w:r>
        <w:t>ہمیں re-definition کی ضرورت ہے اس کی ضرورت نہیں کہ re-revelation کی ضرورت نہیں ہے۔</w:t>
      </w:r>
    </w:p>
    <w:p>
      <w:r>
        <w:rPr>
          <w:b/>
        </w:rPr>
        <w:t xml:space="preserve">[25:15] </w:t>
      </w:r>
      <w:r>
        <w:t>to quran ko islam ki taleemat ko humein re-define karna hai.</w:t>
      </w:r>
    </w:p>
    <w:p>
      <w:pPr>
        <w:jc w:val="right"/>
      </w:pPr>
      <w:r>
        <w:t>تو قرآن کو اسلام کی تعلیمات کو ہمیں re-define کرنا ہے۔</w:t>
      </w:r>
    </w:p>
    <w:p>
      <w:r>
        <w:rPr>
          <w:b/>
        </w:rPr>
        <w:t xml:space="preserve">[25:20] </w:t>
      </w:r>
      <w:r>
        <w:t>phir se un logon ko usay understandable banana hai.</w:t>
      </w:r>
    </w:p>
    <w:p>
      <w:pPr>
        <w:jc w:val="right"/>
      </w:pPr>
      <w:r>
        <w:t>پھر سے ان لوگوں کو اسے understandable بنانا ہے۔</w:t>
      </w:r>
    </w:p>
    <w:p>
      <w:r>
        <w:rPr>
          <w:b/>
        </w:rPr>
        <w:t xml:space="preserve">[25:24] </w:t>
      </w:r>
      <w:r>
        <w:t>re-definition ka matlab hai ke aaj ka jo mind hai aaj ki jo soch hai us ke lehaz</w:t>
      </w:r>
    </w:p>
    <w:p>
      <w:pPr>
        <w:jc w:val="right"/>
      </w:pPr>
      <w:r>
        <w:t>re-definition کا مطلب ہے کہ آج کا جو mind ہے آج کی جو سوچ ہے اس کے لحاظ</w:t>
      </w:r>
    </w:p>
    <w:p>
      <w:r>
        <w:rPr>
          <w:b/>
        </w:rPr>
        <w:t xml:space="preserve">[25:32] </w:t>
      </w:r>
      <w:r>
        <w:t>se aap is ke liye us ko understandable banaen.</w:t>
      </w:r>
    </w:p>
    <w:p>
      <w:pPr>
        <w:jc w:val="right"/>
      </w:pPr>
      <w:r>
        <w:t>سے آپ اس کے لیے اس کو understandable بنائیں۔</w:t>
      </w:r>
    </w:p>
    <w:p>
      <w:r>
        <w:rPr>
          <w:b/>
        </w:rPr>
        <w:t xml:space="preserve">[25:35] </w:t>
      </w:r>
      <w:r>
        <w:t>yeh hai hamari aaj ki zaroorat.</w:t>
      </w:r>
    </w:p>
    <w:p>
      <w:pPr>
        <w:jc w:val="right"/>
      </w:pPr>
      <w:r>
        <w:t>یہ ہے ہماری آج کی ضرورت۔</w:t>
      </w:r>
    </w:p>
    <w:p>
      <w:r>
        <w:rPr>
          <w:b/>
        </w:rPr>
        <w:t xml:space="preserve">[25:38] </w:t>
      </w:r>
      <w:r>
        <w:t>to daai aur madu ka jo equation hai us ko revive karne ke liye zaroorat hai ke dawat</w:t>
      </w:r>
    </w:p>
    <w:p>
      <w:pPr>
        <w:jc w:val="right"/>
      </w:pPr>
      <w:r>
        <w:t>تو داعی اور مدعو کا جو equation ہے اس کو revive کرنے کے لیے ضرورت ہے کہ دعوت</w:t>
      </w:r>
    </w:p>
    <w:p>
      <w:r>
        <w:rPr>
          <w:b/>
        </w:rPr>
        <w:t xml:space="preserve">[25:46] </w:t>
      </w:r>
      <w:r>
        <w:t>ko ek ideology ke roop mein develop kiya jae.</w:t>
      </w:r>
    </w:p>
    <w:p>
      <w:pPr>
        <w:jc w:val="right"/>
      </w:pPr>
      <w:r>
        <w:t>کو ایک ideology کے روپ میں develop کیا جائے۔</w:t>
      </w:r>
    </w:p>
    <w:p>
      <w:r>
        <w:rPr>
          <w:b/>
        </w:rPr>
        <w:t xml:space="preserve">[25:50] </w:t>
      </w:r>
      <w:r>
        <w:t>modern idiom mein sari teaching ko bayan kiya jae.</w:t>
      </w:r>
    </w:p>
    <w:p>
      <w:pPr>
        <w:jc w:val="right"/>
      </w:pPr>
      <w:r>
        <w:t>modern idiom میں ساری teaching کو بیان کیا جائے۔</w:t>
      </w:r>
    </w:p>
    <w:p>
      <w:r>
        <w:rPr>
          <w:b/>
        </w:rPr>
        <w:t xml:space="preserve">[25:53] </w:t>
      </w:r>
      <w:r>
        <w:t>quran o hadith ki baton ko rational basis par bayan kiya jae.</w:t>
      </w:r>
    </w:p>
    <w:p>
      <w:pPr>
        <w:jc w:val="right"/>
      </w:pPr>
      <w:r>
        <w:t>قرآن و حدیث کی باتوں کو rational basis پر بیان کیا جائے۔</w:t>
      </w:r>
    </w:p>
    <w:p>
      <w:r>
        <w:rPr>
          <w:b/>
        </w:rPr>
        <w:t xml:space="preserve">[25:59] </w:t>
      </w:r>
      <w:r>
        <w:t>baat ko badle baghair.</w:t>
      </w:r>
    </w:p>
    <w:p>
      <w:pPr>
        <w:jc w:val="right"/>
      </w:pPr>
      <w:r>
        <w:t>بات کو بدلے بغیر۔</w:t>
      </w:r>
    </w:p>
    <w:p>
      <w:r>
        <w:rPr>
          <w:b/>
        </w:rPr>
        <w:t xml:space="preserve">[26:00] </w:t>
      </w:r>
      <w:r>
        <w:t>isi liye mein re-definition ka word use kar raha hoon.</w:t>
      </w:r>
    </w:p>
    <w:p>
      <w:pPr>
        <w:jc w:val="right"/>
      </w:pPr>
      <w:r>
        <w:t>اسی لیے میں re-definition کا word use کر رہا ہوں۔</w:t>
      </w:r>
    </w:p>
    <w:p>
      <w:r>
        <w:rPr>
          <w:b/>
        </w:rPr>
        <w:t xml:space="preserve">[26:05] </w:t>
      </w:r>
      <w:r>
        <w:t>dekhen kuch log baat karte hain revision ki ya reform ki to humein reform aur revision nahi karna</w:t>
      </w:r>
    </w:p>
    <w:p>
      <w:pPr>
        <w:jc w:val="right"/>
      </w:pPr>
      <w:r>
        <w:t>دیکھیں کچھ لوگ بات کرتے ہیں revision کی یا reform کی تو ہمیں reform اور revision نہیں کرنا</w:t>
      </w:r>
    </w:p>
    <w:p>
      <w:r>
        <w:rPr>
          <w:b/>
        </w:rPr>
        <w:t xml:space="preserve">[26:12]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[26:14] </w:t>
      </w:r>
      <w:r>
        <w:t>reform aur revision mein jo connotation hai woh yeh hai ke aap pichhle ko badlen.</w:t>
      </w:r>
    </w:p>
    <w:p>
      <w:pPr>
        <w:jc w:val="right"/>
      </w:pPr>
      <w:r>
        <w:t>reform اور revision میں جو connotation ہے وہ یہ ہے کہ آپ پچھلے کو بدلیں۔</w:t>
      </w:r>
    </w:p>
    <w:p>
      <w:r>
        <w:rPr>
          <w:b/>
        </w:rPr>
        <w:t xml:space="preserve">[26:20] </w:t>
      </w:r>
      <w:r>
        <w:t>badal kar ke naye halaat ke lehaz se us ko banaen.</w:t>
      </w:r>
    </w:p>
    <w:p>
      <w:pPr>
        <w:jc w:val="right"/>
      </w:pPr>
      <w:r>
        <w:t>بدل کر کے نئے حالات کے لحاظ سے اس کو بنائیں۔</w:t>
      </w:r>
    </w:p>
    <w:p>
      <w:r>
        <w:rPr>
          <w:b/>
        </w:rPr>
        <w:t xml:space="preserve">[26:25] </w:t>
      </w:r>
      <w:r>
        <w:t>yeh matlab nahin hai.</w:t>
      </w:r>
    </w:p>
    <w:p>
      <w:pPr>
        <w:jc w:val="right"/>
      </w:pPr>
      <w:r>
        <w:t>یہ مطلب نہیں ہے۔</w:t>
      </w:r>
    </w:p>
    <w:p>
      <w:r>
        <w:rPr>
          <w:b/>
        </w:rPr>
        <w:t xml:space="preserve">[26:27] </w:t>
      </w:r>
      <w:r>
        <w:t>lekin re-definition ka matlab yeh hai ke wohi ka wohi baat jo hai usi ko aap phir se</w:t>
      </w:r>
    </w:p>
    <w:p>
      <w:pPr>
        <w:jc w:val="right"/>
      </w:pPr>
      <w:r>
        <w:t>لیکن re-definition کا مطلب یہ ہے کہ وہی کا وہی بات جو ہے اسی کو آپ پھر سے</w:t>
      </w:r>
    </w:p>
    <w:p>
      <w:r>
        <w:rPr>
          <w:b/>
        </w:rPr>
        <w:t xml:space="preserve">[26:34] </w:t>
      </w:r>
      <w:r>
        <w:t>insan ke liye understandable banaen.</w:t>
      </w:r>
    </w:p>
    <w:p>
      <w:pPr>
        <w:jc w:val="right"/>
      </w:pPr>
      <w:r>
        <w:t>انسان کے لیے understandable بنائیں۔</w:t>
      </w:r>
    </w:p>
    <w:p>
      <w:r>
        <w:rPr>
          <w:b/>
        </w:rPr>
        <w:t xml:space="preserve">[26:37] </w:t>
      </w:r>
      <w:r>
        <w:t>toh hamein jis ki zaroorat hai woh toh na toh reform hai na revision hai.</w:t>
      </w:r>
    </w:p>
    <w:p>
      <w:pPr>
        <w:jc w:val="right"/>
      </w:pPr>
      <w:r>
        <w:t>تو ہمیں جس کی ضرورت ہے وہ تو نہ تو reform ہے نہ revision ہے۔</w:t>
      </w:r>
    </w:p>
    <w:p>
      <w:r>
        <w:rPr>
          <w:b/>
        </w:rPr>
        <w:t xml:space="preserve">[26:43] </w:t>
      </w:r>
      <w:r>
        <w:t>balkeh hai woh hai re-definition.</w:t>
      </w:r>
    </w:p>
    <w:p>
      <w:pPr>
        <w:jc w:val="right"/>
      </w:pPr>
      <w:r>
        <w:t>بلکہ ہے وہ ہے re-definition۔</w:t>
      </w:r>
    </w:p>
    <w:p>
      <w:r>
        <w:rPr>
          <w:b/>
        </w:rPr>
        <w:t xml:space="preserve">[26:45] </w:t>
      </w:r>
      <w:r>
        <w:t>phir se us ko define karna.</w:t>
      </w:r>
    </w:p>
    <w:p>
      <w:pPr>
        <w:jc w:val="right"/>
      </w:pPr>
      <w:r>
        <w:t>پھر سے اس کو define کرنا۔</w:t>
      </w:r>
    </w:p>
    <w:p>
      <w:r>
        <w:rPr>
          <w:b/>
        </w:rPr>
        <w:t xml:space="preserve">[26:48] </w:t>
      </w:r>
      <w:r>
        <w:t>jaise maine is se pehle aap samne yeh baat kahi thi ke hamari khawateen jo gender equality</w:t>
      </w:r>
    </w:p>
    <w:p>
      <w:pPr>
        <w:jc w:val="right"/>
      </w:pPr>
      <w:r>
        <w:t>جیسے میں نے اس سے پہلے آپ سامنے یہ بات کہی تھی کہ ہماری خواتین جو gender equality</w:t>
      </w:r>
    </w:p>
    <w:p>
      <w:r>
        <w:rPr>
          <w:b/>
        </w:rPr>
        <w:t xml:space="preserve">[26:55] </w:t>
      </w:r>
      <w:r>
        <w:t>se bohat zyada obsessed hain toh woh kehti hain ke Quran mein hai ke rajal qawwam ala nisa.</w:t>
      </w:r>
    </w:p>
    <w:p>
      <w:pPr>
        <w:jc w:val="right"/>
      </w:pPr>
      <w:r>
        <w:t>سے بہت زیادہ obsessed ہیں تو وہ کہتی ہیں کہ قرآن میں ہے کہ الرجال قوام علی النساء۔</w:t>
      </w:r>
    </w:p>
    <w:p>
      <w:r>
        <w:rPr>
          <w:b/>
        </w:rPr>
        <w:t xml:space="preserve">[27:03] </w:t>
      </w:r>
      <w:r>
        <w:t>aurat mard ke upar ah aurat ke upar mard jo hai woh qawwam hai.</w:t>
      </w:r>
    </w:p>
    <w:p>
      <w:pPr>
        <w:jc w:val="right"/>
      </w:pPr>
      <w:r>
        <w:t>عورت مرد کے اوپر آہ عورت کے اوپر مرد جو ہے وہ قوام ہے۔</w:t>
      </w:r>
    </w:p>
    <w:p>
      <w:r>
        <w:rPr>
          <w:b/>
        </w:rPr>
        <w:t xml:space="preserve">[27:09] </w:t>
      </w:r>
      <w:r>
        <w:t>toh un ki samajh mein nahin aata.</w:t>
      </w:r>
    </w:p>
    <w:p>
      <w:pPr>
        <w:jc w:val="right"/>
      </w:pPr>
      <w:r>
        <w:t>تو ان کی سمجھ میں نہیں آتا۔</w:t>
      </w:r>
    </w:p>
    <w:p>
      <w:r>
        <w:rPr>
          <w:b/>
        </w:rPr>
        <w:t xml:space="preserve">[27:12] </w:t>
      </w:r>
      <w:r>
        <w:t>lekin jab unhein yeh bataya jaye isi baat ko modern idiom mein bataya jaye toh mera tajurba hai</w:t>
      </w:r>
    </w:p>
    <w:p>
      <w:pPr>
        <w:jc w:val="right"/>
      </w:pPr>
      <w:r>
        <w:t>لیکن جب انہیں یہ بتایا جائے اسی بات کو modern idiom میں بتایا جائے تو میرا تجربہ ہے</w:t>
      </w:r>
    </w:p>
    <w:p>
      <w:r>
        <w:rPr>
          <w:b/>
        </w:rPr>
        <w:t xml:space="preserve">[27:20] </w:t>
      </w:r>
      <w:r>
        <w:t>ke sab foran maan lete hain is ko.</w:t>
      </w:r>
    </w:p>
    <w:p>
      <w:pPr>
        <w:jc w:val="right"/>
      </w:pPr>
      <w:r>
        <w:t>کہ سب فوراً مان لیتے ہیں اس کو۔</w:t>
      </w:r>
    </w:p>
    <w:p>
      <w:r>
        <w:rPr>
          <w:b/>
        </w:rPr>
        <w:t xml:space="preserve">[27:23] </w:t>
      </w:r>
      <w:r>
        <w:t>woh kya? maine kaha ke dekhiye yeh jo bosses ka principle hai isi ki baat kahi gayi</w:t>
      </w:r>
    </w:p>
    <w:p>
      <w:pPr>
        <w:jc w:val="right"/>
      </w:pPr>
      <w:r>
        <w:t>وہ کیا؟ میں نے کہا کہ دیکھیے یہ جو bosses کا principle ہے اسی کی بات کہی گئی</w:t>
      </w:r>
    </w:p>
    <w:p>
      <w:r>
        <w:rPr>
          <w:b/>
        </w:rPr>
        <w:t xml:space="preserve">[27:31] </w:t>
      </w:r>
      <w:r>
        <w:t>hai Quran mein.</w:t>
      </w:r>
    </w:p>
    <w:p>
      <w:pPr>
        <w:jc w:val="right"/>
      </w:pPr>
      <w:r>
        <w:t>ہے قرآن میں۔</w:t>
      </w:r>
    </w:p>
    <w:p>
      <w:r>
        <w:rPr>
          <w:b/>
        </w:rPr>
        <w:t xml:space="preserve">[27:32] </w:t>
      </w:r>
      <w:r>
        <w:t>Principle of bosses is a universal principle.</w:t>
      </w:r>
    </w:p>
    <w:p>
      <w:pPr>
        <w:jc w:val="right"/>
      </w:pPr>
      <w:r>
        <w:t>Principle of bosses is a universal principle۔</w:t>
      </w:r>
    </w:p>
    <w:p>
      <w:r>
        <w:rPr>
          <w:b/>
        </w:rPr>
        <w:t xml:space="preserve">[27:35] </w:t>
      </w:r>
      <w:r>
        <w:t>aap har company mein ek boss rehta hai.</w:t>
      </w:r>
    </w:p>
    <w:p>
      <w:pPr>
        <w:jc w:val="right"/>
      </w:pPr>
      <w:r>
        <w:t>آپ ہر کمپنی میں ایک boss رہتا ہے۔</w:t>
      </w:r>
    </w:p>
    <w:p>
      <w:r>
        <w:rPr>
          <w:b/>
        </w:rPr>
        <w:t xml:space="preserve">[27:39] </w:t>
      </w:r>
      <w:r>
        <w:t>har government mein ek boss hota hai.</w:t>
      </w:r>
    </w:p>
    <w:p>
      <w:pPr>
        <w:jc w:val="right"/>
      </w:pPr>
      <w:r>
        <w:t>ہر government میں ایک boss ہوتا ہے۔</w:t>
      </w:r>
    </w:p>
    <w:p>
      <w:r>
        <w:rPr>
          <w:b/>
        </w:rPr>
        <w:t xml:space="preserve">[27:42] </w:t>
      </w:r>
      <w:r>
        <w:t>har army mein ek boss hota hai.</w:t>
      </w:r>
    </w:p>
    <w:p>
      <w:pPr>
        <w:jc w:val="right"/>
      </w:pPr>
      <w:r>
        <w:t>ہر آرمی میں ایک boss ہوتا ہے۔</w:t>
      </w:r>
    </w:p>
    <w:p>
      <w:r>
        <w:rPr>
          <w:b/>
        </w:rPr>
        <w:t xml:space="preserve">[27:45] </w:t>
      </w:r>
      <w:r>
        <w:t>boss ke baghair koi organization chal nahin sakti hai.</w:t>
      </w:r>
    </w:p>
    <w:p>
      <w:pPr>
        <w:jc w:val="right"/>
      </w:pPr>
      <w:r>
        <w:t>Boss کے بغیر کوئی organization چل نہیں سکتی ہے۔</w:t>
      </w:r>
    </w:p>
    <w:p>
      <w:r>
        <w:rPr>
          <w:b/>
        </w:rPr>
        <w:t xml:space="preserve">[27:49] </w:t>
      </w:r>
      <w:r>
        <w:t>koi bhi kaam organized way mein jab karna hota hai toh uska ek boss banaya jata hai.</w:t>
      </w:r>
    </w:p>
    <w:p>
      <w:pPr>
        <w:jc w:val="right"/>
      </w:pPr>
      <w:r>
        <w:t>کوئی بھی کام organized way میں جب کرنا ہوتا ہے تو اس کا ایک boss بنایا جاتا ہے۔</w:t>
      </w:r>
    </w:p>
    <w:p>
      <w:r>
        <w:rPr>
          <w:b/>
        </w:rPr>
        <w:t xml:space="preserve">[27:56] </w:t>
      </w:r>
      <w:r>
        <w:t>aur yeh kehta hai ke boss is always right.</w:t>
      </w:r>
    </w:p>
    <w:p>
      <w:pPr>
        <w:jc w:val="right"/>
      </w:pPr>
      <w:r>
        <w:t>اور یہ کہتا ہے کہ boss is always right۔</w:t>
      </w:r>
    </w:p>
    <w:p>
      <w:r>
        <w:rPr>
          <w:b/>
        </w:rPr>
        <w:t xml:space="preserve">[28:00] </w:t>
      </w:r>
      <w:r>
        <w:t>dekhiye boss is always right ka matlab yeh nahin ke woh hamesha truth par hota hai, haq par</w:t>
      </w:r>
    </w:p>
    <w:p>
      <w:pPr>
        <w:jc w:val="right"/>
      </w:pPr>
      <w:r>
        <w:t>دیکھیے boss is always right کا مطلب یہ نہیں کہ وہ ہمیشہ truth پر ہوتا ہے، حق پر</w:t>
      </w:r>
    </w:p>
    <w:p>
      <w:r>
        <w:rPr>
          <w:b/>
        </w:rPr>
        <w:t xml:space="preserve">[28:08] </w:t>
      </w:r>
      <w:r>
        <w:t>hota hai.</w:t>
      </w:r>
    </w:p>
    <w:p>
      <w:pPr>
        <w:jc w:val="right"/>
      </w:pPr>
      <w:r>
        <w:t>ہوتا ہے۔</w:t>
      </w:r>
    </w:p>
    <w:p>
      <w:r>
        <w:rPr>
          <w:b/>
        </w:rPr>
        <w:t xml:space="preserve">[28:10] </w:t>
      </w:r>
      <w:r>
        <w:t>yeh matlab nahi hai.</w:t>
      </w:r>
    </w:p>
    <w:p>
      <w:pPr>
        <w:jc w:val="right"/>
      </w:pPr>
      <w:r>
        <w:t>یہ مطلب نہیں ہے۔</w:t>
      </w:r>
    </w:p>
    <w:p>
      <w:r>
        <w:rPr>
          <w:b/>
        </w:rPr>
        <w:t xml:space="preserve">[28:11] </w:t>
      </w:r>
      <w:r>
        <w:t>yeh aik practical zaroorat hai.</w:t>
      </w:r>
    </w:p>
    <w:p>
      <w:pPr>
        <w:jc w:val="right"/>
      </w:pPr>
      <w:r>
        <w:t>یہ ایک practical ضرورت ہے۔</w:t>
      </w:r>
    </w:p>
    <w:p>
      <w:r>
        <w:rPr>
          <w:b/>
        </w:rPr>
        <w:t xml:space="preserve">[28:13] </w:t>
      </w:r>
      <w:r>
        <w:t>Practical zaroorat hai.</w:t>
      </w:r>
    </w:p>
    <w:p>
      <w:pPr>
        <w:jc w:val="right"/>
      </w:pPr>
      <w:r>
        <w:t>Practical ضرورت ہے۔</w:t>
      </w:r>
    </w:p>
    <w:p>
      <w:r>
        <w:rPr>
          <w:b/>
        </w:rPr>
        <w:t xml:space="preserve">[28:15] </w:t>
      </w:r>
      <w:r>
        <w:t>jaise hum namaz parhte hain to aik aadmi ko hum imam banate hain.</w:t>
      </w:r>
    </w:p>
    <w:p>
      <w:pPr>
        <w:jc w:val="right"/>
      </w:pPr>
      <w:r>
        <w:t>جیسے ہم نماز پڑھتے ہیں تو ایک آدمی کو ہم امام بناتے ہیں۔</w:t>
      </w:r>
    </w:p>
    <w:p>
      <w:r>
        <w:rPr>
          <w:b/>
        </w:rPr>
        <w:t xml:space="preserve">[28:20] </w:t>
      </w:r>
      <w:r>
        <w:t>aur isi ko follow karte hain.</w:t>
      </w:r>
    </w:p>
    <w:p>
      <w:pPr>
        <w:jc w:val="right"/>
      </w:pPr>
      <w:r>
        <w:t>اور اسی کو follow کرتے ہیں۔</w:t>
      </w:r>
    </w:p>
    <w:p>
      <w:r>
        <w:rPr>
          <w:b/>
        </w:rPr>
        <w:t xml:space="preserve">[28:23] </w:t>
      </w:r>
      <w:r>
        <w:t>is ka matlab nahi ke imam ki namaz hum se zyada achi namaz hai.</w:t>
      </w:r>
    </w:p>
    <w:p>
      <w:pPr>
        <w:jc w:val="right"/>
      </w:pPr>
      <w:r>
        <w:t>اس کا مطلب نہیں کہ امام کی نماز ہم سے زیادہ اچھی نماز ہے۔</w:t>
      </w:r>
    </w:p>
    <w:p>
      <w:r>
        <w:rPr>
          <w:b/>
        </w:rPr>
        <w:t xml:space="preserve">[28:29] </w:t>
      </w:r>
      <w:r>
        <w:t>ke imam koi angel hai aisa matlab nahi hai.</w:t>
      </w:r>
    </w:p>
    <w:p>
      <w:pPr>
        <w:jc w:val="right"/>
      </w:pPr>
      <w:r>
        <w:t>کہ امام کوئی angel ہے ایسا مطلب نہیں ہے۔</w:t>
      </w:r>
    </w:p>
    <w:p>
      <w:r>
        <w:rPr>
          <w:b/>
        </w:rPr>
        <w:t xml:space="preserve">[28:33] </w:t>
      </w:r>
      <w:r>
        <w:t>yeh organization ki aik practical zaroorat hai.</w:t>
      </w:r>
    </w:p>
    <w:p>
      <w:pPr>
        <w:jc w:val="right"/>
      </w:pPr>
      <w:r>
        <w:t>یہ organization کی ایک practical ضرورت ہے۔</w:t>
      </w:r>
    </w:p>
    <w:p>
      <w:r>
        <w:rPr>
          <w:b/>
        </w:rPr>
        <w:t xml:space="preserve">[28:36] </w:t>
      </w:r>
      <w:r>
        <w:t>koi bhi organization aik boss chahti hai.</w:t>
      </w:r>
    </w:p>
    <w:p>
      <w:pPr>
        <w:jc w:val="right"/>
      </w:pPr>
      <w:r>
        <w:t>کوئی بھی organization ایک boss چاہتی ہے۔</w:t>
      </w:r>
    </w:p>
    <w:p>
      <w:r>
        <w:rPr>
          <w:b/>
        </w:rPr>
        <w:t xml:space="preserve">[28:39] </w:t>
      </w:r>
      <w:r>
        <w:t>Boss nahi to organization nahi.</w:t>
      </w:r>
    </w:p>
    <w:p>
      <w:pPr>
        <w:jc w:val="right"/>
      </w:pPr>
      <w:r>
        <w:t>Boss نہیں تو organization نہیں۔</w:t>
      </w:r>
    </w:p>
    <w:p>
      <w:r>
        <w:rPr>
          <w:b/>
        </w:rPr>
        <w:t xml:space="preserve">[28:41] </w:t>
      </w:r>
      <w:r>
        <w:t>isi tareeqe se ghar bhi aik organization hai.</w:t>
      </w:r>
    </w:p>
    <w:p>
      <w:pPr>
        <w:jc w:val="right"/>
      </w:pPr>
      <w:r>
        <w:t>اسی طریقے سے گھر بھی ایک organization ہے۔</w:t>
      </w:r>
    </w:p>
    <w:p>
      <w:r>
        <w:rPr>
          <w:b/>
        </w:rPr>
        <w:t xml:space="preserve">[28:44] </w:t>
      </w:r>
      <w:r>
        <w:t>to home ke front par bhi aap ko aik boss chahiye.</w:t>
      </w:r>
    </w:p>
    <w:p>
      <w:pPr>
        <w:jc w:val="right"/>
      </w:pPr>
      <w:r>
        <w:t>تو home کے front پر بھی آپ کو ایک boss چاہیے۔</w:t>
      </w:r>
    </w:p>
    <w:p>
      <w:r>
        <w:rPr>
          <w:b/>
        </w:rPr>
        <w:t xml:space="preserve">[28:49] </w:t>
      </w:r>
      <w:r>
        <w:t>Home ke front par bhi aap ko aik boss chahiye.</w:t>
      </w:r>
    </w:p>
    <w:p>
      <w:pPr>
        <w:jc w:val="right"/>
      </w:pPr>
      <w:r>
        <w:t>Home کے front پر بھی آپ کو ایک boss چاہیے۔</w:t>
      </w:r>
    </w:p>
    <w:p>
      <w:r>
        <w:rPr>
          <w:b/>
        </w:rPr>
        <w:t xml:space="preserve">[28:53] </w:t>
      </w:r>
      <w:r>
        <w:t>to yeh sirf is ka matlab yeh hai ke home ke front par mard ko apna boss banao.</w:t>
      </w:r>
    </w:p>
    <w:p>
      <w:pPr>
        <w:jc w:val="right"/>
      </w:pPr>
      <w:r>
        <w:t>تو یہ صرف اس کا مطلب یہ ہے کہ home کے front پر مرد کو اپنا boss بناؤ۔</w:t>
      </w:r>
    </w:p>
    <w:p>
      <w:r>
        <w:rPr>
          <w:b/>
        </w:rPr>
        <w:t xml:space="preserve">[29:01] </w:t>
      </w:r>
      <w:r>
        <w:t>taake woh achhe tareeqe se ghar ka jo organization hai woh chal sake.</w:t>
      </w:r>
    </w:p>
    <w:p>
      <w:pPr>
        <w:jc w:val="right"/>
      </w:pPr>
      <w:r>
        <w:t>تاکہ وہ اچھے طریقے سے گھر کا جو organization ہے وہ چل سکے۔</w:t>
      </w:r>
    </w:p>
    <w:p>
      <w:r>
        <w:rPr>
          <w:b/>
        </w:rPr>
        <w:t xml:space="preserve">[29:07] </w:t>
      </w:r>
      <w:r>
        <w:t>bas.</w:t>
      </w:r>
    </w:p>
    <w:p>
      <w:pPr>
        <w:jc w:val="right"/>
      </w:pPr>
      <w:r>
        <w:t>بس۔</w:t>
      </w:r>
    </w:p>
    <w:p>
      <w:r>
        <w:rPr>
          <w:b/>
        </w:rPr>
        <w:t xml:space="preserve">[29:08] </w:t>
      </w:r>
      <w:r>
        <w:t>is mein na to yeh hai ke woh superior hai.</w:t>
      </w:r>
    </w:p>
    <w:p>
      <w:pPr>
        <w:jc w:val="right"/>
      </w:pPr>
      <w:r>
        <w:t>اس میں نہ تو یہ ہے کہ وہ superior ہے۔</w:t>
      </w:r>
    </w:p>
    <w:p>
      <w:r>
        <w:rPr>
          <w:b/>
        </w:rPr>
        <w:t xml:space="preserve">[29:13] </w:t>
      </w:r>
      <w:r>
        <w:t>na to is ka matlab yeh hai ke woh superior hai.</w:t>
      </w:r>
    </w:p>
    <w:p>
      <w:pPr>
        <w:jc w:val="right"/>
      </w:pPr>
      <w:r>
        <w:t>نہ تو اس کا مطلب یہ ہے کہ وہ superior ہے۔</w:t>
      </w:r>
    </w:p>
    <w:p>
      <w:r>
        <w:rPr>
          <w:b/>
        </w:rPr>
        <w:t xml:space="preserve">[29:17] </w:t>
      </w:r>
      <w:r>
        <w:t>na is ka matlab yeh hai ke woh zyada yani better hai.</w:t>
      </w:r>
    </w:p>
    <w:p>
      <w:pPr>
        <w:jc w:val="right"/>
      </w:pPr>
      <w:r>
        <w:t>نہ اس کا مطلب یہ ہے کہ وہ زیادہ یعنی better ہے۔</w:t>
      </w:r>
    </w:p>
    <w:p>
      <w:r>
        <w:rPr>
          <w:b/>
        </w:rPr>
        <w:t xml:space="preserve">[29:22] </w:t>
      </w:r>
      <w:r>
        <w:t>yeh sab kuch bhi nahi.</w:t>
      </w:r>
    </w:p>
    <w:p>
      <w:pPr>
        <w:jc w:val="right"/>
      </w:pPr>
      <w:r>
        <w:t>یہ سب کچھ بھی نہیں۔</w:t>
      </w:r>
    </w:p>
    <w:p>
      <w:r>
        <w:rPr>
          <w:b/>
        </w:rPr>
        <w:t xml:space="preserve">[29:25] </w:t>
      </w:r>
      <w:r>
        <w:t>yeh sirf organization ko chalane ke liye aik practical arrangement hai bas.</w:t>
      </w:r>
    </w:p>
    <w:p>
      <w:pPr>
        <w:jc w:val="right"/>
      </w:pPr>
      <w:r>
        <w:t>یہ صرف organization کو چلانے کے لیے ایک practical arrangement ہے بس۔</w:t>
      </w:r>
    </w:p>
    <w:p>
      <w:r>
        <w:rPr>
          <w:b/>
        </w:rPr>
        <w:t xml:space="preserve">[29:30] </w:t>
      </w:r>
      <w:r>
        <w:t>is se zyada aur kuch bhi nahi.</w:t>
      </w:r>
    </w:p>
    <w:p>
      <w:pPr>
        <w:jc w:val="right"/>
      </w:pPr>
      <w:r>
        <w:t>اس سے زیادہ اور کچھ بھی نہیں۔</w:t>
      </w:r>
    </w:p>
    <w:p>
      <w:r>
        <w:rPr>
          <w:b/>
        </w:rPr>
        <w:t xml:space="preserve">[29:33] </w:t>
      </w:r>
      <w:r>
        <w:t>to mera tajurba hai ke sab log maan lete hain.</w:t>
      </w:r>
    </w:p>
    <w:p>
      <w:pPr>
        <w:jc w:val="right"/>
      </w:pPr>
      <w:r>
        <w:t>تو میرا تجربہ ہے کہ سب لوگ مان لیتے ہیں۔</w:t>
      </w:r>
    </w:p>
    <w:p>
      <w:r>
        <w:rPr>
          <w:b/>
        </w:rPr>
        <w:t xml:space="preserve">[29:37] </w:t>
      </w:r>
      <w:r>
        <w:t>sab aurtein maan leti hain is ko.</w:t>
      </w:r>
    </w:p>
    <w:p>
      <w:pPr>
        <w:jc w:val="right"/>
      </w:pPr>
      <w:r>
        <w:t>سب عورتیں مان لیتی ہیں اس کو۔</w:t>
      </w:r>
    </w:p>
    <w:p>
      <w:r>
        <w:rPr>
          <w:b/>
        </w:rPr>
        <w:t xml:space="preserve">[29:40] </w:t>
      </w:r>
      <w:r>
        <w:t>to yeh hai baat ko modern idiom mein kehna.</w:t>
      </w:r>
    </w:p>
    <w:p>
      <w:pPr>
        <w:jc w:val="right"/>
      </w:pPr>
      <w:r>
        <w:t>تو یہ ہے بات کو modern idiom میں کہنا۔</w:t>
      </w:r>
    </w:p>
    <w:p>
      <w:r>
        <w:rPr>
          <w:b/>
        </w:rPr>
        <w:t xml:space="preserve">[29:44] </w:t>
      </w:r>
      <w:r>
        <w:t>is zamane mein dekhiye kai aise problem aaye hain jo bohat zyada yaani masla paida kar rahe hain.</w:t>
      </w:r>
    </w:p>
    <w:p>
      <w:pPr>
        <w:jc w:val="right"/>
      </w:pPr>
      <w:r>
        <w:t>اس زمانے میں دیکھیے کئی ایسے problem آئے ہیں جو بہت زیادہ یعنی مسئلہ پیدا کر رہے ہیں۔</w:t>
      </w:r>
    </w:p>
    <w:p>
      <w:r>
        <w:rPr>
          <w:b/>
        </w:rPr>
        <w:t xml:space="preserve">[29:52] </w:t>
      </w:r>
      <w:r>
        <w:t>jaise democracy, secularism.</w:t>
      </w:r>
    </w:p>
    <w:p>
      <w:pPr>
        <w:jc w:val="right"/>
      </w:pPr>
      <w:r>
        <w:t>جیسے democracy، secularism۔</w:t>
      </w:r>
    </w:p>
    <w:p>
      <w:r>
        <w:rPr>
          <w:b/>
        </w:rPr>
        <w:t xml:space="preserve">[29:53] </w:t>
      </w:r>
      <w:r>
        <w:t>is tarah ki cheezen.</w:t>
      </w:r>
    </w:p>
    <w:p>
      <w:pPr>
        <w:jc w:val="right"/>
      </w:pPr>
      <w:r>
        <w:t>اس طرح کی چیزیں۔</w:t>
      </w:r>
    </w:p>
    <w:p>
      <w:r>
        <w:rPr>
          <w:b/>
        </w:rPr>
        <w:t xml:space="preserve">[29:55] </w:t>
      </w:r>
      <w:r>
        <w:t>to yahan par musalman apne ko unfit mehsoos karte hain.</w:t>
      </w:r>
    </w:p>
    <w:p>
      <w:pPr>
        <w:jc w:val="right"/>
      </w:pPr>
      <w:r>
        <w:t>تو یہاں پر مسلمان اپنے کو unfit محسوس کرتے ہیں۔</w:t>
      </w:r>
    </w:p>
    <w:p>
      <w:r>
        <w:rPr>
          <w:b/>
        </w:rPr>
        <w:t xml:space="preserve">[29:59] </w:t>
      </w:r>
      <w:r>
        <w:t>wo samajhte hain ke sab unislamic ideas hain.</w:t>
      </w:r>
    </w:p>
    <w:p>
      <w:pPr>
        <w:jc w:val="right"/>
      </w:pPr>
      <w:r>
        <w:t>وہ سمجھتے ہیں کہ سب unislamic ideas ہیں۔</w:t>
      </w:r>
    </w:p>
    <w:p>
      <w:r>
        <w:rPr>
          <w:b/>
        </w:rPr>
        <w:t xml:space="preserve">[30:02] </w:t>
      </w:r>
      <w:r>
        <w:t>Democracy unislamic hai.</w:t>
      </w:r>
    </w:p>
    <w:p>
      <w:pPr>
        <w:jc w:val="right"/>
      </w:pPr>
      <w:r>
        <w:t>Democracy unislamic ہے۔</w:t>
      </w:r>
    </w:p>
    <w:p>
      <w:r>
        <w:rPr>
          <w:b/>
        </w:rPr>
        <w:t xml:space="preserve">[30:04] </w:t>
      </w:r>
      <w:r>
        <w:t>Secularism unislamic hai.</w:t>
      </w:r>
    </w:p>
    <w:p>
      <w:pPr>
        <w:jc w:val="right"/>
      </w:pPr>
      <w:r>
        <w:t>Secularism unislamic ہے۔</w:t>
      </w:r>
    </w:p>
    <w:p>
      <w:r>
        <w:rPr>
          <w:b/>
        </w:rPr>
        <w:t xml:space="preserve">[30:05] </w:t>
      </w:r>
      <w:r>
        <w:t>aur freedom of expression unislamic hai.</w:t>
      </w:r>
    </w:p>
    <w:p>
      <w:pPr>
        <w:jc w:val="right"/>
      </w:pPr>
      <w:r>
        <w:t>اور freedom of expression unislamic ہے۔</w:t>
      </w:r>
    </w:p>
    <w:p>
      <w:r>
        <w:rPr>
          <w:b/>
        </w:rPr>
        <w:t xml:space="preserve">[30:08] </w:t>
      </w:r>
      <w:r>
        <w:t>is ki wajah se dunya mein kuch apne ko unfit mehsoos karte hain wo.</w:t>
      </w:r>
    </w:p>
    <w:p>
      <w:pPr>
        <w:jc w:val="right"/>
      </w:pPr>
      <w:r>
        <w:t>اس کی وجہ سے دنیا میں کچھ اپنے کو unfit محسوس کرتے ہیں وہ۔</w:t>
      </w:r>
    </w:p>
    <w:p>
      <w:r>
        <w:rPr>
          <w:b/>
        </w:rPr>
        <w:t xml:space="preserve">[30:14] </w:t>
      </w:r>
      <w:r>
        <w:t>misal ke taur par agar kahin rasool Allah ke khilaf koi kuch statement de de.</w:t>
      </w:r>
    </w:p>
    <w:p>
      <w:pPr>
        <w:jc w:val="right"/>
      </w:pPr>
      <w:r>
        <w:t>مثال کے طور پر اگر کہیں رسول اللہ کے خلاف کوئی کچھ statement دے دے۔</w:t>
      </w:r>
    </w:p>
    <w:p>
      <w:r>
        <w:rPr>
          <w:b/>
        </w:rPr>
        <w:t xml:space="preserve">[30:20] </w:t>
      </w:r>
      <w:r>
        <w:t>koi cartoon chhap jaye.</w:t>
      </w:r>
    </w:p>
    <w:p>
      <w:pPr>
        <w:jc w:val="right"/>
      </w:pPr>
      <w:r>
        <w:t>کوئی کارٹون چھپ جائے۔</w:t>
      </w:r>
    </w:p>
    <w:p>
      <w:r>
        <w:rPr>
          <w:b/>
        </w:rPr>
        <w:t xml:space="preserve">[30:22] </w:t>
      </w:r>
      <w:r>
        <w:t>koi kitab chhap jaye.</w:t>
      </w:r>
    </w:p>
    <w:p>
      <w:pPr>
        <w:jc w:val="right"/>
      </w:pPr>
      <w:r>
        <w:t>کوئی کتاب چھپ جائے۔</w:t>
      </w:r>
    </w:p>
    <w:p>
      <w:r>
        <w:rPr>
          <w:b/>
        </w:rPr>
        <w:t xml:space="preserve">[30:24] </w:t>
      </w:r>
      <w:r>
        <w:t>to ek hangama khada hota hai ke rasool Allah ki shan mein gustakhi ho rahi hai.</w:t>
      </w:r>
    </w:p>
    <w:p>
      <w:pPr>
        <w:jc w:val="right"/>
      </w:pPr>
      <w:r>
        <w:t>تو ایک ہنگامہ کھڑا ہوتا ہے کہ رسول اللہ کی شان میں گستاخی ہو رہی ہے۔</w:t>
      </w:r>
    </w:p>
    <w:p>
      <w:r>
        <w:rPr>
          <w:b/>
        </w:rPr>
        <w:t xml:space="preserve">[30:31] </w:t>
      </w:r>
      <w:r>
        <w:t>aur jalate phoonkte hain, marte kaatte hain, qatl ka fatwa dete hain.</w:t>
      </w:r>
    </w:p>
    <w:p>
      <w:pPr>
        <w:jc w:val="right"/>
      </w:pPr>
      <w:r>
        <w:t>اور جلاتے پھونکتے ہیں، مارتے کاٹتے ہیں، قتل کا فتویٰ دیتے ہیں۔</w:t>
      </w:r>
    </w:p>
    <w:p>
      <w:r>
        <w:rPr>
          <w:b/>
        </w:rPr>
        <w:t xml:space="preserve">[30:36] </w:t>
      </w:r>
      <w:r>
        <w:t>in cheezon ne logon ko ek impression diya hai ke Islam jo hai wo aaj ka religion nahi</w:t>
      </w:r>
    </w:p>
    <w:p>
      <w:pPr>
        <w:jc w:val="right"/>
      </w:pPr>
      <w:r>
        <w:t>ان چیزوں نے لوگوں کو ایک impression دیا ہے کہ اسلام جو ہے وہ آج کا religion نہیں</w:t>
      </w:r>
    </w:p>
    <w:p>
      <w:r>
        <w:rPr>
          <w:b/>
        </w:rPr>
        <w:t xml:space="preserve">[30:44] </w:t>
      </w:r>
      <w:r>
        <w:t>ho sakta hai.</w:t>
      </w:r>
    </w:p>
    <w:p>
      <w:pPr>
        <w:jc w:val="right"/>
      </w:pPr>
      <w:r>
        <w:t>ہو سکتا ہے۔</w:t>
      </w:r>
    </w:p>
    <w:p>
      <w:r>
        <w:rPr>
          <w:b/>
        </w:rPr>
        <w:t xml:space="preserve">[30:45] </w:t>
      </w:r>
      <w:r>
        <w:t>kyun ke aap jante hain ke aaj ka jo jo modern civilization hai wo freedom ko summum bonum samajhta</w:t>
      </w:r>
    </w:p>
    <w:p>
      <w:pPr>
        <w:jc w:val="right"/>
      </w:pPr>
      <w:r>
        <w:t>کیونکہ آپ جانتے ہیں کہ آج کا جو جو modern civilization ہے وہ freedom کو summum bonum سمجھتا</w:t>
      </w:r>
    </w:p>
    <w:p>
      <w:r>
        <w:rPr>
          <w:b/>
        </w:rPr>
        <w:t xml:space="preserve">[30:53]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[30:54] </w:t>
      </w:r>
      <w:r>
        <w:t>Freedom of expression ko har ek ka right samajhta hai.</w:t>
      </w:r>
    </w:p>
    <w:p>
      <w:pPr>
        <w:jc w:val="right"/>
      </w:pPr>
      <w:r>
        <w:t>Freedom of expression کو ہر ایک کا right سمجھتا ہے۔</w:t>
      </w:r>
    </w:p>
    <w:p>
      <w:r>
        <w:rPr>
          <w:b/>
        </w:rPr>
        <w:t xml:space="preserve">[30:59] </w:t>
      </w:r>
      <w:r>
        <w:t>ye aaj established fact maani jati hai ke har aadmi ko ye right hai ke wo jo chahe</w:t>
      </w:r>
    </w:p>
    <w:p>
      <w:pPr>
        <w:jc w:val="right"/>
      </w:pPr>
      <w:r>
        <w:t>یہ آج established fact مانی جاتی ہے کہ ہر آدمی کو یہ right ہے کہ وہ جو چاہے</w:t>
      </w:r>
    </w:p>
    <w:p>
      <w:r>
        <w:rPr>
          <w:b/>
        </w:rPr>
        <w:t xml:space="preserve">[31:06] </w:t>
      </w:r>
      <w:r>
        <w:t>wo bole, jo chahe wo likhe.</w:t>
      </w:r>
    </w:p>
    <w:p>
      <w:pPr>
        <w:jc w:val="right"/>
      </w:pPr>
      <w:r>
        <w:t>وہ بولے، جو چاہے وہ لکھے۔</w:t>
      </w:r>
    </w:p>
    <w:p>
      <w:r>
        <w:rPr>
          <w:b/>
        </w:rPr>
        <w:t xml:space="preserve">[31:09] </w:t>
      </w:r>
      <w:r>
        <w:t>is pe koi rok nahi nahi lagai sakti.</w:t>
      </w:r>
    </w:p>
    <w:p>
      <w:pPr>
        <w:jc w:val="right"/>
      </w:pPr>
      <w:r>
        <w:t>اس پہ کوئی روک نہیں نہیں لگائی سکتی۔</w:t>
      </w:r>
    </w:p>
    <w:p>
      <w:r>
        <w:rPr>
          <w:b/>
        </w:rPr>
        <w:t xml:space="preserve">[31:12] </w:t>
      </w:r>
      <w:r>
        <w:t>ab aap kehte hain ke nahi, agar tum hamare rasool ke khilaf karoge to hum tumhe qatl</w:t>
      </w:r>
    </w:p>
    <w:p>
      <w:pPr>
        <w:jc w:val="right"/>
      </w:pPr>
      <w:r>
        <w:t>اب آپ کہتے ہیں کہ نہیں، اگر تم ہمارے رسول کے خلاف کرو گے تو ہم تمہیں قتل</w:t>
      </w:r>
    </w:p>
    <w:p>
      <w:r>
        <w:rPr>
          <w:b/>
        </w:rPr>
        <w:t xml:space="preserve">[31:20] </w:t>
      </w:r>
      <w:r>
        <w:t>karenge, tum ko.</w:t>
      </w:r>
    </w:p>
    <w:p>
      <w:pPr>
        <w:jc w:val="right"/>
      </w:pPr>
      <w:r>
        <w:t>کریں گے، تم کو۔</w:t>
      </w:r>
    </w:p>
    <w:p>
      <w:r>
        <w:rPr>
          <w:b/>
        </w:rPr>
        <w:t xml:space="preserve">[31:22] </w:t>
      </w:r>
      <w:r>
        <w:t>tum ko maar dalenge.</w:t>
      </w:r>
    </w:p>
    <w:p>
      <w:pPr>
        <w:jc w:val="right"/>
      </w:pPr>
      <w:r>
        <w:t>تم کو مار ڈالیں گے۔</w:t>
      </w:r>
    </w:p>
    <w:p>
      <w:r>
        <w:rPr>
          <w:b/>
        </w:rPr>
        <w:t xml:space="preserve">[31:24] </w:t>
      </w:r>
      <w:r>
        <w:t>to aaj ka jo modern mind hai us ki samajh mein nahi aati yeh baat.</w:t>
      </w:r>
    </w:p>
    <w:p>
      <w:pPr>
        <w:jc w:val="right"/>
      </w:pPr>
      <w:r>
        <w:t>تو آج کا جو modern mind ہے اس کی سمجھ میں نہیں آتی یہ بات۔</w:t>
      </w:r>
    </w:p>
    <w:p>
      <w:r>
        <w:rPr>
          <w:b/>
        </w:rPr>
        <w:t xml:space="preserve">[31:30] </w:t>
      </w:r>
      <w:r>
        <w:t>kyun? is ke mind mein to yeh baitha hua hai ke freedom of expression jo hai woh to</w:t>
      </w:r>
    </w:p>
    <w:p>
      <w:pPr>
        <w:jc w:val="right"/>
      </w:pPr>
      <w:r>
        <w:t>کیوں؟ اس کے mind میں تو یہ بیٹھا ہوا ہے کہ freedom of expression جو ہے وہ تو</w:t>
      </w:r>
    </w:p>
    <w:p>
      <w:r>
        <w:rPr>
          <w:b/>
        </w:rPr>
        <w:t xml:space="preserve">[31:38] </w:t>
      </w:r>
      <w:r>
        <w:t>aik right hai aadmi ka.</w:t>
      </w:r>
    </w:p>
    <w:p>
      <w:pPr>
        <w:jc w:val="right"/>
      </w:pPr>
      <w:r>
        <w:t>ایک right ہے آدمی کا۔</w:t>
      </w:r>
    </w:p>
    <w:p>
      <w:r>
        <w:rPr>
          <w:b/>
        </w:rPr>
        <w:t xml:space="preserve">[31:40] </w:t>
      </w:r>
      <w:r>
        <w:t>Absolute sense mein right hai.</w:t>
      </w:r>
    </w:p>
    <w:p>
      <w:pPr>
        <w:jc w:val="right"/>
      </w:pPr>
      <w:r>
        <w:t>Absolute sense میں right ہے۔</w:t>
      </w:r>
    </w:p>
    <w:p>
      <w:r>
        <w:rPr>
          <w:b/>
        </w:rPr>
        <w:t xml:space="preserve">[31:42] </w:t>
      </w:r>
      <w:r>
        <w:t>to yeh log kehte hain ke nahi.</w:t>
      </w:r>
    </w:p>
    <w:p>
      <w:pPr>
        <w:jc w:val="right"/>
      </w:pPr>
      <w:r>
        <w:t>تو یہ لوگ کہتے ہیں کہ نہیں۔</w:t>
      </w:r>
    </w:p>
    <w:p>
      <w:r>
        <w:rPr>
          <w:b/>
        </w:rPr>
        <w:t xml:space="preserve">[31:45] </w:t>
      </w:r>
      <w:r>
        <w:t>ab sawal yeh paida hota hai ke aise logon ke liye Islam ko kis tarah se understandable banaya</w:t>
      </w:r>
    </w:p>
    <w:p>
      <w:pPr>
        <w:jc w:val="right"/>
      </w:pPr>
      <w:r>
        <w:t>اب سوال یہ پیدا ہوتا ہے کہ ایسے لوگوں کے لیے اسلام کو کس طرح سے understandable بنایا</w:t>
      </w:r>
    </w:p>
    <w:p>
      <w:r>
        <w:rPr>
          <w:b/>
        </w:rPr>
        <w:t xml:space="preserve">[31:53] </w:t>
      </w:r>
      <w:r>
        <w:t>jaye.</w:t>
      </w:r>
    </w:p>
    <w:p>
      <w:pPr>
        <w:jc w:val="right"/>
      </w:pPr>
      <w:r>
        <w:t>جائے۔</w:t>
      </w:r>
    </w:p>
    <w:p>
      <w:r>
        <w:rPr>
          <w:b/>
        </w:rPr>
        <w:t xml:space="preserve">[31:55] </w:t>
      </w:r>
      <w:r>
        <w:t>to mein yeh kahunga ke is par phir se aap Sochiye.</w:t>
      </w:r>
    </w:p>
    <w:p>
      <w:pPr>
        <w:jc w:val="right"/>
      </w:pPr>
      <w:r>
        <w:t>تو میں یہ کہوں گا کہ اس پر پھر سے آپ سوچیے۔</w:t>
      </w:r>
    </w:p>
    <w:p>
      <w:r>
        <w:rPr>
          <w:b/>
        </w:rPr>
        <w:t xml:space="preserve">[32:00] </w:t>
      </w:r>
      <w:r>
        <w:t>duniya bhar ke musalman sochein.</w:t>
      </w:r>
    </w:p>
    <w:p>
      <w:pPr>
        <w:jc w:val="right"/>
      </w:pPr>
      <w:r>
        <w:t>دنیا بھر کے مسلمان سوچیں۔</w:t>
      </w:r>
    </w:p>
    <w:p>
      <w:r>
        <w:rPr>
          <w:b/>
        </w:rPr>
        <w:t xml:space="preserve">[32:02] </w:t>
      </w:r>
      <w:r>
        <w:t>mein do baatein kahunga is silsile mein.</w:t>
      </w:r>
    </w:p>
    <w:p>
      <w:pPr>
        <w:jc w:val="right"/>
      </w:pPr>
      <w:r>
        <w:t>میں دو باتیں کہوں گا اس سلسلے میں۔</w:t>
      </w:r>
    </w:p>
    <w:p>
      <w:r>
        <w:rPr>
          <w:b/>
        </w:rPr>
        <w:t xml:space="preserve">[32:05] </w:t>
      </w:r>
      <w:r>
        <w:t>pehli baat yeh hai ke yeh jo law hai ya yeh jo jo banaya gaya hai yeh tareeqa</w:t>
      </w:r>
    </w:p>
    <w:p>
      <w:pPr>
        <w:jc w:val="right"/>
      </w:pPr>
      <w:r>
        <w:t>پہلی بات یہ ہے کہ یہ جو law ہے یا یہ جو جو بنایا گیا ہے یہ طریقہ</w:t>
      </w:r>
    </w:p>
    <w:p>
      <w:r>
        <w:rPr>
          <w:b/>
        </w:rPr>
        <w:t xml:space="preserve">[32:13] </w:t>
      </w:r>
      <w:r>
        <w:t>ke jo gustakhi kare rasool Allah ki, us ko maar dalo, yeh apne aap mein bhi baseless hai.</w:t>
      </w:r>
    </w:p>
    <w:p>
      <w:pPr>
        <w:jc w:val="right"/>
      </w:pPr>
      <w:r>
        <w:t>کہ جو گستاخی کرے رسول اللہ کی، اس کو مار ڈالو، یہ اپنے آپ میں بھی baseless ہے۔</w:t>
      </w:r>
    </w:p>
    <w:p>
      <w:r>
        <w:rPr>
          <w:b/>
        </w:rPr>
        <w:t xml:space="preserve">[32:21] </w:t>
      </w:r>
      <w:r>
        <w:t>Quran mein ya hadith mein aisa koi bhi nahi hai qanoon.</w:t>
      </w:r>
    </w:p>
    <w:p>
      <w:pPr>
        <w:jc w:val="right"/>
      </w:pPr>
      <w:r>
        <w:t>قرآن میں یا حدیث میں ایسا کوئی بھی نہیں ہے قانون۔</w:t>
      </w:r>
    </w:p>
    <w:p>
      <w:r>
        <w:rPr>
          <w:b/>
        </w:rPr>
        <w:t xml:space="preserve">[32:25] </w:t>
      </w:r>
      <w:r>
        <w:t>misalan kahin hadith mein yeh nahi aaya hai ke man shatama rasool ko faqatluho.</w:t>
      </w:r>
    </w:p>
    <w:p>
      <w:pPr>
        <w:jc w:val="right"/>
      </w:pPr>
      <w:r>
        <w:t>مثلاً کہیں حدیث میں یہ نہیں آیا ہے کہ من شتم رسول کو فقتلوہ۔</w:t>
      </w:r>
    </w:p>
    <w:p>
      <w:r>
        <w:rPr>
          <w:b/>
        </w:rPr>
        <w:t xml:space="preserve">[32:31] </w:t>
      </w:r>
      <w:r>
        <w:t>jo tumhare paighambar ki gustakhi kare, us ko maar dalo.</w:t>
      </w:r>
    </w:p>
    <w:p>
      <w:pPr>
        <w:jc w:val="right"/>
      </w:pPr>
      <w:r>
        <w:t>جو تمہارے پیغمبر کی گستاخی کرے، اس کو مار ڈالو۔</w:t>
      </w:r>
    </w:p>
    <w:p>
      <w:r>
        <w:rPr>
          <w:b/>
        </w:rPr>
        <w:t xml:space="preserve">[32:36] </w:t>
      </w:r>
      <w:r>
        <w:t>aisa to kahin bhi nahi hai.</w:t>
      </w:r>
    </w:p>
    <w:p>
      <w:pPr>
        <w:jc w:val="right"/>
      </w:pPr>
      <w:r>
        <w:t>ایسا تو کہیں بھی نہیں ہے۔</w:t>
      </w:r>
    </w:p>
    <w:p>
      <w:r>
        <w:rPr>
          <w:b/>
        </w:rPr>
        <w:t xml:space="preserve">[32:38] </w:t>
      </w:r>
      <w:r>
        <w:t>kai kitabein likhi gayi hain isi isi par.</w:t>
      </w:r>
    </w:p>
    <w:p>
      <w:pPr>
        <w:jc w:val="right"/>
      </w:pPr>
      <w:r>
        <w:t>کئی کتابیں لکھی گئی ہیں اسی اسی پر۔</w:t>
      </w:r>
    </w:p>
    <w:p>
      <w:r>
        <w:rPr>
          <w:b/>
        </w:rPr>
        <w:t xml:space="preserve">[32:42] </w:t>
      </w:r>
      <w:r>
        <w:t>jaise Ibn Taymiyyah ki mashhoor kitab hai Al-Sarim Al-Maslul ala Shatim Al-Rasul.</w:t>
      </w:r>
    </w:p>
    <w:p>
      <w:pPr>
        <w:jc w:val="right"/>
      </w:pPr>
      <w:r>
        <w:t>جیسے ابن تیمیہ کی مشہور کتاب ہے السارب المسلول علی شاطب الرسول۔</w:t>
      </w:r>
    </w:p>
    <w:p>
      <w:r>
        <w:rPr>
          <w:b/>
        </w:rPr>
        <w:t xml:space="preserve">[32:47] </w:t>
      </w:r>
      <w:r>
        <w:t>aur bhi kai kitabein.</w:t>
      </w:r>
    </w:p>
    <w:p>
      <w:pPr>
        <w:jc w:val="right"/>
      </w:pPr>
      <w:r>
        <w:t>اور بھی کئی کتابیں۔</w:t>
      </w:r>
    </w:p>
    <w:p>
      <w:r>
        <w:rPr>
          <w:b/>
        </w:rPr>
        <w:t xml:space="preserve">[32:49] </w:t>
      </w:r>
      <w:r>
        <w:t>in kitabon mein koi aik bhi reference Quran o hadith ka nahi hai.</w:t>
      </w:r>
    </w:p>
    <w:p>
      <w:pPr>
        <w:jc w:val="right"/>
      </w:pPr>
      <w:r>
        <w:t>ان کتابوں میں کوئی ایک بھی reference قرآن و حدیث کا نہیں ہے۔</w:t>
      </w:r>
    </w:p>
    <w:p>
      <w:r>
        <w:rPr>
          <w:b/>
        </w:rPr>
        <w:t xml:space="preserve">[32:54] </w:t>
      </w:r>
      <w:r>
        <w:t>mein poore aitmad ke sath keh sakta hoon ke in kitabon mein aik bhi reference nahi hai.</w:t>
      </w:r>
    </w:p>
    <w:p>
      <w:pPr>
        <w:jc w:val="right"/>
      </w:pPr>
      <w:r>
        <w:t>میں پورے اعتماد کے ساتھ کہہ سکتا ہوں کہ ان کتابوں میں ایک بھی reference نہیں ہے۔</w:t>
      </w:r>
    </w:p>
    <w:p>
      <w:r>
        <w:rPr>
          <w:b/>
        </w:rPr>
        <w:t xml:space="preserve">[33:01] </w:t>
      </w:r>
      <w:r>
        <w:t>saare daleelain in ki jo hain woh sab woh hain inferential hain.</w:t>
      </w:r>
    </w:p>
    <w:p>
      <w:pPr>
        <w:jc w:val="right"/>
      </w:pPr>
      <w:r>
        <w:t>سارے دلیلیں ان کی جو ہیں وہ سب وہ ہیں inferential ہیں۔</w:t>
      </w:r>
    </w:p>
    <w:p>
      <w:r>
        <w:rPr>
          <w:b/>
        </w:rPr>
        <w:t xml:space="preserve">[33:07] </w:t>
      </w:r>
      <w:r>
        <w:t>Inferential daleelain hain.</w:t>
      </w:r>
    </w:p>
    <w:p>
      <w:pPr>
        <w:jc w:val="right"/>
      </w:pPr>
      <w:r>
        <w:t>Inferential دلیلیں ہیں۔</w:t>
      </w:r>
    </w:p>
    <w:p>
      <w:r>
        <w:rPr>
          <w:b/>
        </w:rPr>
        <w:t xml:space="preserve">[33:08] </w:t>
      </w:r>
      <w:r>
        <w:t>in ki reasoning jo hai woh is inference par base karti hai.</w:t>
      </w:r>
    </w:p>
    <w:p>
      <w:pPr>
        <w:jc w:val="right"/>
      </w:pPr>
      <w:r>
        <w:t>ان کی reasoning جو ہے وہ اس inference پر base کرتی ہے۔</w:t>
      </w:r>
    </w:p>
    <w:p>
      <w:r>
        <w:rPr>
          <w:b/>
        </w:rPr>
        <w:t xml:space="preserve">[33:13] </w:t>
      </w:r>
      <w:r>
        <w:t>to mein yeh kahunga ke itna bara, itni bari baat ke jo gustakhi kare, us ki gardan</w:t>
      </w:r>
    </w:p>
    <w:p>
      <w:pPr>
        <w:jc w:val="right"/>
      </w:pPr>
      <w:r>
        <w:t>تو میں یہ کہوں گا کہ اتنا بڑا، اتنی بڑی بات کہ جو گستاخی کرے، اس کی گردن</w:t>
      </w:r>
    </w:p>
    <w:p>
      <w:r>
        <w:rPr>
          <w:b/>
        </w:rPr>
        <w:t xml:space="preserve">[33:21] </w:t>
      </w:r>
      <w:r>
        <w:t>maar dalo, yeh kabhi bhi inference nahi nahi nikal sakte aap is ko.</w:t>
      </w:r>
    </w:p>
    <w:p>
      <w:pPr>
        <w:jc w:val="right"/>
      </w:pPr>
      <w:r>
        <w:t>مار ڈالو، یہ کبھی بھی inference نہیں نہیں نکال سکتے آپ اس کو۔</w:t>
      </w:r>
    </w:p>
    <w:p>
      <w:r>
        <w:rPr>
          <w:b/>
        </w:rPr>
        <w:t xml:space="preserve">[33:26] </w:t>
      </w:r>
      <w:r>
        <w:t>itna bara hukum.</w:t>
      </w:r>
    </w:p>
    <w:p>
      <w:pPr>
        <w:jc w:val="right"/>
      </w:pPr>
      <w:r>
        <w:t>اتنا بڑا حکم۔</w:t>
      </w:r>
    </w:p>
    <w:p>
      <w:r>
        <w:rPr>
          <w:b/>
        </w:rPr>
        <w:t xml:space="preserve">[33:28] </w:t>
      </w:r>
      <w:r>
        <w:t>is ke liye aap ko text chahiye, text chahiye.</w:t>
      </w:r>
    </w:p>
    <w:p>
      <w:pPr>
        <w:jc w:val="right"/>
      </w:pPr>
      <w:r>
        <w:t>اس کے لیے آپ کو نس چاہیے، text چاہیے۔</w:t>
      </w:r>
    </w:p>
    <w:p>
      <w:r>
        <w:rPr>
          <w:b/>
        </w:rPr>
        <w:t xml:space="preserve">[33:32] </w:t>
      </w:r>
      <w:r>
        <w:t>Direct text.</w:t>
      </w:r>
    </w:p>
    <w:p>
      <w:pPr>
        <w:jc w:val="right"/>
      </w:pPr>
      <w:r>
        <w:t>Direct text۔</w:t>
      </w:r>
    </w:p>
    <w:p>
      <w:r>
        <w:rPr>
          <w:b/>
        </w:rPr>
        <w:t xml:space="preserve">[33:33] </w:t>
      </w:r>
      <w:r>
        <w:t>warna kaha jayega yeh yeh hai nahi, islam mein baseless baat hai yeh.</w:t>
      </w:r>
    </w:p>
    <w:p>
      <w:pPr>
        <w:jc w:val="right"/>
      </w:pPr>
      <w:r>
        <w:t>ورنہ کہا جائے گا یہ یہ ہے نہیں، اسلام میں baseless بات ہے یہ۔</w:t>
      </w:r>
    </w:p>
    <w:p>
      <w:r>
        <w:rPr>
          <w:b/>
        </w:rPr>
        <w:t xml:space="preserve">[33:39] </w:t>
      </w:r>
      <w:r>
        <w:t>to mein do baatein kehna chahunga.</w:t>
      </w:r>
    </w:p>
    <w:p>
      <w:pPr>
        <w:jc w:val="right"/>
      </w:pPr>
      <w:r>
        <w:t>تو میں دو باتیں کہنا چاہوں گا۔</w:t>
      </w:r>
    </w:p>
    <w:p>
      <w:r>
        <w:rPr>
          <w:b/>
        </w:rPr>
        <w:t xml:space="preserve">[33:42] </w:t>
      </w:r>
      <w:r>
        <w:t>number one, jahan tak very study hai, jahan tak maine padha hai, mein poore conviction ke sath</w:t>
      </w:r>
    </w:p>
    <w:p>
      <w:pPr>
        <w:jc w:val="right"/>
      </w:pPr>
      <w:r>
        <w:t>نمبر ون، جہاں تک very study ہے، جہاں تک میں نے پڑھا ہے، میں پورے conviction کے ساتھ</w:t>
      </w:r>
    </w:p>
    <w:p>
      <w:r>
        <w:rPr>
          <w:b/>
        </w:rPr>
        <w:t xml:space="preserve">[33:50] </w:t>
      </w:r>
      <w:r>
        <w:t>keh sakta hoon ke shatme rasool ka ka jo masla hai woh baseless hai.</w:t>
      </w:r>
    </w:p>
    <w:p>
      <w:pPr>
        <w:jc w:val="right"/>
      </w:pPr>
      <w:r>
        <w:t>کہہ سکتا ہوں کہ شتم رسول کا کا جو مسئلہ ہے وہ baseless ہے۔</w:t>
      </w:r>
    </w:p>
    <w:p>
      <w:r>
        <w:rPr>
          <w:b/>
        </w:rPr>
        <w:t xml:space="preserve">[33:56] </w:t>
      </w:r>
      <w:r>
        <w:t>woh islam mein aisa koi bhi qanoon nahi hai ke shatib ko maar dalo.</w:t>
      </w:r>
    </w:p>
    <w:p>
      <w:pPr>
        <w:jc w:val="right"/>
      </w:pPr>
      <w:r>
        <w:t>وہ اسلام میں ایسا کوئی بھی قانون نہیں ہے کہ شاطب کو مار ڈالو۔</w:t>
      </w:r>
    </w:p>
    <w:p>
      <w:r>
        <w:rPr>
          <w:b/>
        </w:rPr>
        <w:t xml:space="preserve">[34:02] </w:t>
      </w:r>
      <w:r>
        <w:t>jo rasool Allah ke khilaf gustakhi kare, us ko maar dalo.</w:t>
      </w:r>
    </w:p>
    <w:p>
      <w:pPr>
        <w:jc w:val="right"/>
      </w:pPr>
      <w:r>
        <w:t>جو رسول اللہ کے خلاف گستاخی کرے، اس کو مار ڈالو۔</w:t>
      </w:r>
    </w:p>
    <w:p>
      <w:r>
        <w:rPr>
          <w:b/>
        </w:rPr>
        <w:t xml:space="preserve">[34:07] </w:t>
      </w:r>
      <w:r>
        <w:t>yeh bilkul baseless qanoon hai.</w:t>
      </w:r>
    </w:p>
    <w:p>
      <w:pPr>
        <w:jc w:val="right"/>
      </w:pPr>
      <w:r>
        <w:t>یہ بالکل baseless قانون ہے۔</w:t>
      </w:r>
    </w:p>
    <w:p>
      <w:r>
        <w:rPr>
          <w:b/>
        </w:rPr>
        <w:t xml:space="preserve">[34:09] </w:t>
      </w:r>
      <w:r>
        <w:t>is ko repeal karne ki zaroorat hai.</w:t>
      </w:r>
    </w:p>
    <w:p>
      <w:pPr>
        <w:jc w:val="right"/>
      </w:pPr>
      <w:r>
        <w:t>اس کو repeal کرنے کی ضرورت ہے۔</w:t>
      </w:r>
    </w:p>
    <w:p>
      <w:r>
        <w:rPr>
          <w:b/>
        </w:rPr>
        <w:t xml:space="preserve">[34:12] </w:t>
      </w:r>
      <w:r>
        <w:t>acha, suppose aisa mein kahunga ke jo log is ko na manen, aap is ko aap nahi</w:t>
      </w:r>
    </w:p>
    <w:p>
      <w:pPr>
        <w:jc w:val="right"/>
      </w:pPr>
      <w:r>
        <w:t>اچھا، suppose ایسا میں کہوں گا کہ جو لوگ اس کو نہ مانیں، آپ اس کو آپ نہیں</w:t>
      </w:r>
    </w:p>
    <w:p>
      <w:r>
        <w:rPr>
          <w:b/>
        </w:rPr>
        <w:t xml:space="preserve">[34:20] </w:t>
      </w:r>
      <w:r>
        <w:t>mantey, is ko aap samajhte hain ke aap ke paas koi hai aisa koi reference jo mujhe nahi</w:t>
      </w:r>
    </w:p>
    <w:p>
      <w:pPr>
        <w:jc w:val="right"/>
      </w:pPr>
      <w:r>
        <w:t>مانتے، اس کو آپ سمجھتے ہیں کہ آپ کے پاس کوئی ہے ایسا کوئی reference جو مجھے نہیں</w:t>
      </w:r>
    </w:p>
    <w:p>
      <w:r>
        <w:rPr>
          <w:b/>
        </w:rPr>
        <w:t xml:space="preserve">[34:27] </w:t>
      </w:r>
      <w:r>
        <w:t>maloom, to mein yeh kahunga ke tab bhi aap ko yeh chahiye ke aap yahan law of</w:t>
      </w:r>
    </w:p>
    <w:p>
      <w:pPr>
        <w:jc w:val="right"/>
      </w:pPr>
      <w:r>
        <w:t>معلوم، تو میں یہ کہوں گا کہ تب بھی آپ کو یہ چاہیے کہ آپ یہاں law of</w:t>
      </w:r>
    </w:p>
    <w:p>
      <w:r>
        <w:rPr>
          <w:b/>
        </w:rPr>
        <w:t xml:space="preserve">[34:35] </w:t>
      </w:r>
      <w:r>
        <w:t>necessity ko apply karen.</w:t>
      </w:r>
    </w:p>
    <w:p>
      <w:pPr>
        <w:jc w:val="right"/>
      </w:pPr>
      <w:r>
        <w:t>necessity کو اپلائی کریں۔</w:t>
      </w:r>
    </w:p>
    <w:p>
      <w:r>
        <w:rPr>
          <w:b/>
        </w:rPr>
        <w:t xml:space="preserve">[34:37] </w:t>
      </w:r>
      <w:r>
        <w:t>dekhen, tamam fuqaha mante hain ke al-zarurat tubuh al-mahzurat.</w:t>
      </w:r>
    </w:p>
    <w:p>
      <w:pPr>
        <w:jc w:val="right"/>
      </w:pPr>
      <w:r>
        <w:t>دیکھیں، تمام فقہاء مانتے ہیں کہ الضرورات تبوہ المہدورات۔</w:t>
      </w:r>
    </w:p>
    <w:p>
      <w:r>
        <w:rPr>
          <w:b/>
        </w:rPr>
        <w:t xml:space="preserve">[34:41] </w:t>
      </w:r>
      <w:r>
        <w:t>al-zarurat tubuh al-mahzurat.</w:t>
      </w:r>
    </w:p>
    <w:p>
      <w:pPr>
        <w:jc w:val="right"/>
      </w:pPr>
      <w:r>
        <w:t>الضرورات تبوہ المہدورات۔</w:t>
      </w:r>
    </w:p>
    <w:p>
      <w:r>
        <w:rPr>
          <w:b/>
        </w:rPr>
        <w:t xml:space="preserve">[34:42] </w:t>
      </w:r>
      <w:r>
        <w:t>yani zaroorat jo hai woh haram ko halal bana deti hai.</w:t>
      </w:r>
    </w:p>
    <w:p>
      <w:pPr>
        <w:jc w:val="right"/>
      </w:pPr>
      <w:r>
        <w:t>یعنی ضرورت جو ہے وہ حرام کو حلال بنا دیتی ہے۔</w:t>
      </w:r>
    </w:p>
    <w:p>
      <w:r>
        <w:rPr>
          <w:b/>
        </w:rPr>
        <w:t xml:space="preserve">[34:47] </w:t>
      </w:r>
      <w:r>
        <w:t>yani aap bhook se mar rahe hon to aap khinzir jaiz ho jayega khane ke liye aap</w:t>
      </w:r>
    </w:p>
    <w:p>
      <w:pPr>
        <w:jc w:val="right"/>
      </w:pPr>
      <w:r>
        <w:t>یعنی آپ بھوک سے مر رہے ہوں تو آپ خنزیر جائز ہو جائے گا کھانے کے لیے آپ</w:t>
      </w:r>
    </w:p>
    <w:p>
      <w:r>
        <w:rPr>
          <w:b/>
        </w:rPr>
        <w:t xml:space="preserve">[34:55] </w:t>
      </w:r>
      <w:r>
        <w:t>ko, jo ke haram hai.</w:t>
      </w:r>
    </w:p>
    <w:p>
      <w:pPr>
        <w:jc w:val="right"/>
      </w:pPr>
      <w:r>
        <w:t>کو، جو کہ حرام ہے۔</w:t>
      </w:r>
    </w:p>
    <w:p>
      <w:r>
        <w:rPr>
          <w:b/>
        </w:rPr>
        <w:t xml:space="preserve">[34:57] </w:t>
      </w:r>
      <w:r>
        <w:t>to is usool ko aap apply kijiye yahan par.</w:t>
      </w:r>
    </w:p>
    <w:p>
      <w:pPr>
        <w:jc w:val="right"/>
      </w:pPr>
      <w:r>
        <w:t>تو اس اصول کو آپ اپلائی کیجیے یہاں پر۔</w:t>
      </w:r>
    </w:p>
    <w:p>
      <w:r>
        <w:rPr>
          <w:b/>
        </w:rPr>
        <w:t xml:space="preserve">[35:01] </w:t>
      </w:r>
      <w:r>
        <w:t>yani agar aap mere kehne ko manen to yeh to ek baseless qanoon hai, is ko yeh repeal</w:t>
      </w:r>
    </w:p>
    <w:p>
      <w:pPr>
        <w:jc w:val="right"/>
      </w:pPr>
      <w:r>
        <w:t>یعنی اگر آپ میرے کہنے کو مانیں تو یہ تو ایک baseless قانون ہے، اس کو یہ repeal</w:t>
      </w:r>
    </w:p>
    <w:p>
      <w:r>
        <w:rPr>
          <w:b/>
        </w:rPr>
        <w:t xml:space="preserve">[35:08] </w:t>
      </w:r>
      <w:r>
        <w:t>kar dijiye, bilkul khatam hi kar dijiye.</w:t>
      </w:r>
    </w:p>
    <w:p>
      <w:pPr>
        <w:jc w:val="right"/>
      </w:pPr>
      <w:r>
        <w:t>کر دیجیے، بالکل ختم ہی کر دیجیے۔</w:t>
      </w:r>
    </w:p>
    <w:p>
      <w:r>
        <w:rPr>
          <w:b/>
        </w:rPr>
        <w:t xml:space="preserve">[35:11] </w:t>
      </w:r>
      <w:r>
        <w:t>aur agar aap is ko na mantey hon, tab bhi zamaney ki zaroorat ko samne rakhte hue aap</w:t>
      </w:r>
    </w:p>
    <w:p>
      <w:pPr>
        <w:jc w:val="right"/>
      </w:pPr>
      <w:r>
        <w:t>اور اگر آپ اس کو نہ مانتے ہوں، تب بھی زمانے کی ضرورت کو سامنے رکھتے ہوئے آپ</w:t>
      </w:r>
    </w:p>
    <w:p>
      <w:r>
        <w:rPr>
          <w:b/>
        </w:rPr>
        <w:t xml:space="preserve">[35:19] </w:t>
      </w:r>
      <w:r>
        <w:t>ko is ab is usool ko apply karna chahiye jis ko kehte hain law of necessity.</w:t>
      </w:r>
    </w:p>
    <w:p>
      <w:pPr>
        <w:jc w:val="right"/>
      </w:pPr>
      <w:r>
        <w:t>کو اس اب اس اصول کو اپلائی کرنا چاہیے جس کو کہتے ہیں law of necessity۔</w:t>
      </w:r>
    </w:p>
    <w:p>
      <w:r>
        <w:rPr>
          <w:b/>
        </w:rPr>
        <w:t xml:space="preserve">[35:26] </w:t>
      </w:r>
      <w:r>
        <w:t>aur is ko kam az kam aaj ke lehaz se saaqit karna chahiye.</w:t>
      </w:r>
    </w:p>
    <w:p>
      <w:pPr>
        <w:jc w:val="right"/>
      </w:pPr>
      <w:r>
        <w:t>اور اس کو کم از کم آج کے لحاظ سے ساقط کرنا چاہیے۔</w:t>
      </w:r>
    </w:p>
    <w:p>
      <w:r>
        <w:rPr>
          <w:b/>
        </w:rPr>
        <w:t xml:space="preserve">[35:31] </w:t>
      </w:r>
      <w:r>
        <w:t>suspend kar dena chahiye aaj ke lehaz se.</w:t>
      </w:r>
    </w:p>
    <w:p>
      <w:pPr>
        <w:jc w:val="right"/>
      </w:pPr>
      <w:r>
        <w:t>سسپینڈ کر دینا چاہیے آج کے لحاظ سے۔</w:t>
      </w:r>
    </w:p>
    <w:p>
      <w:r>
        <w:rPr>
          <w:b/>
        </w:rPr>
        <w:t xml:space="preserve">[35:35] </w:t>
      </w:r>
      <w:r>
        <w:t>kyun? is ki wajah se Islam ki image kharab ho gayi hai.</w:t>
      </w:r>
    </w:p>
    <w:p>
      <w:pPr>
        <w:jc w:val="right"/>
      </w:pPr>
      <w:r>
        <w:t>کیوں؟ اس کی وجہ سے اسلام کی image خراب ہو گئی ہے۔</w:t>
      </w:r>
    </w:p>
    <w:p>
      <w:r>
        <w:rPr>
          <w:b/>
        </w:rPr>
        <w:t xml:space="preserve">[35:40] </w:t>
      </w:r>
      <w:r>
        <w:t>log samajhte hain ke Islam aaj ka mazhab nahi hai.</w:t>
      </w:r>
    </w:p>
    <w:p>
      <w:pPr>
        <w:jc w:val="right"/>
      </w:pPr>
      <w:r>
        <w:t>لوگ سمجھتے ہیں کہ اسلام آج کا مذہب نہیں ہے۔</w:t>
      </w:r>
    </w:p>
    <w:p>
      <w:r>
        <w:rPr>
          <w:b/>
        </w:rPr>
        <w:t xml:space="preserve">[35:44] </w:t>
      </w:r>
      <w:r>
        <w:t>aaj ke insaan ke liye woh acceptable nahi hai.</w:t>
      </w:r>
    </w:p>
    <w:p>
      <w:pPr>
        <w:jc w:val="right"/>
      </w:pPr>
      <w:r>
        <w:t>آج کے انسان کے لیے وہ acceptable نہیں ہے۔</w:t>
      </w:r>
    </w:p>
    <w:p>
      <w:r>
        <w:rPr>
          <w:b/>
        </w:rPr>
        <w:t xml:space="preserve">[35:48] </w:t>
      </w:r>
      <w:r>
        <w:t>yeh tasawwur itna well established hai, yaad rakhiye.</w:t>
      </w:r>
    </w:p>
    <w:p>
      <w:pPr>
        <w:jc w:val="right"/>
      </w:pPr>
      <w:r>
        <w:t>یہ تصور اتنا well established ہے، یاد رکھیے۔</w:t>
      </w:r>
    </w:p>
    <w:p>
      <w:r>
        <w:rPr>
          <w:b/>
        </w:rPr>
        <w:t xml:space="preserve">[35:52] </w:t>
      </w:r>
      <w:r>
        <w:t>freedom of expression ka jo concept hai woh itna established hai ke saare musalman mil kar bhi is</w:t>
      </w:r>
    </w:p>
    <w:p>
      <w:pPr>
        <w:jc w:val="right"/>
      </w:pPr>
      <w:r>
        <w:t>Freedom of expression کا جو concept ہے وہ اتنا established ہے کہ سارے مسلمان مل کر بھی اس</w:t>
      </w:r>
    </w:p>
    <w:p>
      <w:r>
        <w:rPr>
          <w:b/>
        </w:rPr>
        <w:t xml:space="preserve">[35:59] </w:t>
      </w:r>
      <w:r>
        <w:t>ko khatam nahi kar sakte.</w:t>
      </w:r>
    </w:p>
    <w:p>
      <w:pPr>
        <w:jc w:val="right"/>
      </w:pPr>
      <w:r>
        <w:t>کو ختم نہیں کر سکتے۔</w:t>
      </w:r>
    </w:p>
    <w:p>
      <w:r>
        <w:rPr>
          <w:b/>
        </w:rPr>
        <w:t xml:space="preserve">[36:01] </w:t>
      </w:r>
      <w:r>
        <w:t>ek billion musalman is ke khilaaf jihad kare to is ko khatam nahi kar sakte aap.</w:t>
      </w:r>
    </w:p>
    <w:p>
      <w:pPr>
        <w:jc w:val="right"/>
      </w:pPr>
      <w:r>
        <w:t>ایک بلین مسلمان اس کے خلاف جہاد کرے تو اس کو ختم نہیں کر سکتے آپ۔</w:t>
      </w:r>
    </w:p>
    <w:p>
      <w:r>
        <w:rPr>
          <w:b/>
        </w:rPr>
        <w:t xml:space="preserve">[36:08] </w:t>
      </w:r>
      <w:r>
        <w:t>aur jihad kar hi rahe hain.</w:t>
      </w:r>
    </w:p>
    <w:p>
      <w:pPr>
        <w:jc w:val="right"/>
      </w:pPr>
      <w:r>
        <w:t>اور جہاد کر ہی رہے ہیں۔</w:t>
      </w:r>
    </w:p>
    <w:p>
      <w:r>
        <w:rPr>
          <w:b/>
        </w:rPr>
        <w:t xml:space="preserve">[36:11] </w:t>
      </w:r>
      <w:r>
        <w:t>jihad kar rahe hain.</w:t>
      </w:r>
    </w:p>
    <w:p>
      <w:pPr>
        <w:jc w:val="right"/>
      </w:pPr>
      <w:r>
        <w:t>جہاد کر رہے ہیں۔</w:t>
      </w:r>
    </w:p>
    <w:p>
      <w:r>
        <w:rPr>
          <w:b/>
        </w:rPr>
        <w:t xml:space="preserve">[36:13] </w:t>
      </w:r>
      <w:r>
        <w:t>poori poori dunya ke musalmanon ne fatwa diya ke Salman Rushdie ko maar dalo.</w:t>
      </w:r>
    </w:p>
    <w:p>
      <w:pPr>
        <w:jc w:val="right"/>
      </w:pPr>
      <w:r>
        <w:t>پوری پوری دنیا کے مسلمانوں نے فتویٰ دیا کہ سلمان رشدی کو مار ڈالو۔</w:t>
      </w:r>
    </w:p>
    <w:p>
      <w:r>
        <w:rPr>
          <w:b/>
        </w:rPr>
        <w:t xml:space="preserve">[36:19] </w:t>
      </w:r>
      <w:r>
        <w:t>poori poori dunya ke musalmanon ne, except myself, sirf akela mein is ke khilaaf tha.</w:t>
      </w:r>
    </w:p>
    <w:p>
      <w:pPr>
        <w:jc w:val="right"/>
      </w:pPr>
      <w:r>
        <w:t>پوری پوری دنیا کے مسلمانوں نے، except myself، صرف اکیلا میں اس کے خلاف تھا۔</w:t>
      </w:r>
    </w:p>
    <w:p>
      <w:r>
        <w:rPr>
          <w:b/>
        </w:rPr>
        <w:t xml:space="preserve">[36:25] </w:t>
      </w:r>
      <w:r>
        <w:t>sab ne is ko fatwa diya ke is ko maar dalo.</w:t>
      </w:r>
    </w:p>
    <w:p>
      <w:pPr>
        <w:jc w:val="right"/>
      </w:pPr>
      <w:r>
        <w:t>سب نے اس کو فتویٰ دیا کہ اس کو مار ڈالو۔</w:t>
      </w:r>
    </w:p>
    <w:p>
      <w:r>
        <w:rPr>
          <w:b/>
        </w:rPr>
        <w:t xml:space="preserve">[36:30] </w:t>
      </w:r>
      <w:r>
        <w:t>lekin kya aap maar maar paaye is ko? aap maar nahi paaye.</w:t>
      </w:r>
    </w:p>
    <w:p>
      <w:pPr>
        <w:jc w:val="right"/>
      </w:pPr>
      <w:r>
        <w:t>لیکن کیا آپ مار مار پائے اس کو؟ آپ مار نہیں پائے۔</w:t>
      </w:r>
    </w:p>
    <w:p>
      <w:r>
        <w:rPr>
          <w:b/>
        </w:rPr>
        <w:t xml:space="preserve">[36:35] </w:t>
      </w:r>
      <w:r>
        <w:t>kyun? poora western civilization, poora jo modern mind hai, is ki is ki help par aa gaya, is</w:t>
      </w:r>
    </w:p>
    <w:p>
      <w:pPr>
        <w:jc w:val="right"/>
      </w:pPr>
      <w:r>
        <w:t>کیوں؟ پورا western civilization، پورا جو modern mind ہے، اس کی اس کی help پر آ گیا، اس</w:t>
      </w:r>
    </w:p>
    <w:p>
      <w:r>
        <w:rPr>
          <w:b/>
        </w:rPr>
        <w:t xml:space="preserve">[36:43] </w:t>
      </w:r>
      <w:r>
        <w:t>ki support par aa gaya.</w:t>
      </w:r>
    </w:p>
    <w:p>
      <w:pPr>
        <w:jc w:val="right"/>
      </w:pPr>
      <w:r>
        <w:t>کی support پر آ گیا۔</w:t>
      </w:r>
    </w:p>
    <w:p>
      <w:r>
        <w:rPr>
          <w:b/>
        </w:rPr>
        <w:t xml:space="preserve">[36:45] </w:t>
      </w:r>
      <w:r>
        <w:t>modern jo culture hai, modern jo civilization hai, is ki support par Salman Rushdie zinda hai aur flourish</w:t>
      </w:r>
    </w:p>
    <w:p>
      <w:pPr>
        <w:jc w:val="right"/>
      </w:pPr>
      <w:r>
        <w:t>Modern جو کلچر ہے، modern جو civilization ہے، اس کی support پر سلمان رشدی زندہ ہے اور flourish</w:t>
      </w:r>
    </w:p>
    <w:p>
      <w:r>
        <w:rPr>
          <w:b/>
        </w:rPr>
        <w:t xml:space="preserve">[36:52] </w:t>
      </w:r>
      <w:r>
        <w:t>kar raha hai.</w:t>
      </w:r>
    </w:p>
    <w:p>
      <w:pPr>
        <w:jc w:val="right"/>
      </w:pPr>
      <w:r>
        <w:t>کر رہا ہے۔</w:t>
      </w:r>
    </w:p>
    <w:p>
      <w:r>
        <w:rPr>
          <w:b/>
        </w:rPr>
        <w:t xml:space="preserve">[36:54] </w:t>
      </w:r>
      <w:r>
        <w:t>to ek example aap dekh sakte hain ke poori poori muslim dunya mil kar bhi ek insaan ko</w:t>
      </w:r>
    </w:p>
    <w:p>
      <w:pPr>
        <w:jc w:val="right"/>
      </w:pPr>
      <w:r>
        <w:t>تو ایک example آپ دیکھ سکتے ہیں کہ پوری پوری مسلم دنیا مل کر بھی ایک انسان کو</w:t>
      </w:r>
    </w:p>
    <w:p>
      <w:r>
        <w:rPr>
          <w:b/>
        </w:rPr>
        <w:t xml:space="preserve">[37:02] </w:t>
      </w:r>
      <w:r>
        <w:t>qatal nahi kar saki.</w:t>
      </w:r>
    </w:p>
    <w:p>
      <w:pPr>
        <w:jc w:val="right"/>
      </w:pPr>
      <w:r>
        <w:t>قتل نہیں کر سکی۔</w:t>
      </w:r>
    </w:p>
    <w:p>
      <w:r>
        <w:rPr>
          <w:b/>
        </w:rPr>
        <w:t xml:space="preserve">[37:03] </w:t>
      </w:r>
      <w:r>
        <w:t>to aap kaise badal dalenge aaj ke zamane ke halaat ko? is wajah se agar aap is</w:t>
      </w:r>
    </w:p>
    <w:p>
      <w:pPr>
        <w:jc w:val="right"/>
      </w:pPr>
      <w:r>
        <w:t>تو آپ کیسے بدل ڈالیں گے آج کے زمانے کے حالات کو؟ اس وجہ سے اگر آپ اس</w:t>
      </w:r>
    </w:p>
    <w:p>
      <w:r>
        <w:rPr>
          <w:b/>
        </w:rPr>
        <w:t xml:space="preserve">[37:11] </w:t>
      </w:r>
      <w:r>
        <w:t>ko na maanein jo mein keh raha hoon ke yeh baseless hai yeh qanoon, to aap ko phir</w:t>
      </w:r>
    </w:p>
    <w:p>
      <w:pPr>
        <w:jc w:val="right"/>
      </w:pPr>
      <w:r>
        <w:t>کو نہ مانیں جو میں کہہ رہا ہوں کہ یہ baseless ہے یہ قانون، تو آپ کو پھر</w:t>
      </w:r>
    </w:p>
    <w:p>
      <w:r>
        <w:rPr>
          <w:b/>
        </w:rPr>
        <w:t xml:space="preserve">[37:19] </w:t>
      </w:r>
      <w:r>
        <w:t>law of necessity ko apply karte hue is ko saaqit karna chahiye.</w:t>
      </w:r>
    </w:p>
    <w:p>
      <w:pPr>
        <w:jc w:val="right"/>
      </w:pPr>
      <w:r>
        <w:t>law of necessity کو اپلائی کرتے ہوئے اس کو ساقط کرنا چاہیے۔</w:t>
      </w:r>
    </w:p>
    <w:p>
      <w:r>
        <w:rPr>
          <w:b/>
        </w:rPr>
        <w:t xml:space="preserve">[37:24] </w:t>
      </w:r>
      <w:r>
        <w:t>aaj ke lehaz se is ko suspend karna chahiye aaj ke lehaz se.</w:t>
      </w:r>
    </w:p>
    <w:p>
      <w:pPr>
        <w:jc w:val="right"/>
      </w:pPr>
      <w:r>
        <w:t>آج کے لحاظ سے اس کو suspend کرنا چاہیے آج کے لحاظ سے۔</w:t>
      </w:r>
    </w:p>
    <w:p>
      <w:r>
        <w:rPr>
          <w:b/>
        </w:rPr>
        <w:t xml:space="preserve">[37:29] </w:t>
      </w:r>
      <w:r>
        <w:t>taake islam ki image jo hai durust ho.</w:t>
      </w:r>
    </w:p>
    <w:p>
      <w:pPr>
        <w:jc w:val="right"/>
      </w:pPr>
      <w:r>
        <w:t>تاکہ اسلام کی image جو ہے درست ہو۔</w:t>
      </w:r>
    </w:p>
    <w:p>
      <w:r>
        <w:rPr>
          <w:b/>
        </w:rPr>
        <w:t xml:space="preserve">[37:33] </w:t>
      </w:r>
      <w:r>
        <w:t>taake islam ka dawat ka rasta khule.</w:t>
      </w:r>
    </w:p>
    <w:p>
      <w:pPr>
        <w:jc w:val="right"/>
      </w:pPr>
      <w:r>
        <w:t>تاکہ اسلام کا دعوت کا راستہ کھلے۔</w:t>
      </w:r>
    </w:p>
    <w:p>
      <w:r>
        <w:rPr>
          <w:b/>
        </w:rPr>
        <w:t xml:space="preserve">[37:36] </w:t>
      </w:r>
      <w:r>
        <w:t>دعوت کے راستے میں جو ایک ایک blind alley آ گئی ہے۔</w:t>
      </w:r>
    </w:p>
    <w:p>
      <w:pPr>
        <w:jc w:val="right"/>
      </w:pPr>
      <w:r>
        <w:t>دعوت کے راستے میں جو ایک ایک blind علی آ گئی ہے۔</w:t>
      </w:r>
    </w:p>
    <w:p>
      <w:r>
        <w:rPr>
          <w:b/>
        </w:rPr>
        <w:t xml:space="preserve">[37:41] </w:t>
      </w:r>
      <w:r>
        <w:t>ek rukawat aa gayi hai ke log bharkte hain islam se.</w:t>
      </w:r>
    </w:p>
    <w:p>
      <w:pPr>
        <w:jc w:val="right"/>
      </w:pPr>
      <w:r>
        <w:t>ایک رکاوٹ آ گئی ہے کہ لوگ بھڑکتے ہیں اسلام سے۔</w:t>
      </w:r>
    </w:p>
    <w:p>
      <w:r>
        <w:rPr>
          <w:b/>
        </w:rPr>
        <w:t xml:space="preserve">[37:46] </w:t>
      </w:r>
      <w:r>
        <w:t>ke islam aaya to freedom of expression khatm ho jayega.</w:t>
      </w:r>
    </w:p>
    <w:p>
      <w:pPr>
        <w:jc w:val="right"/>
      </w:pPr>
      <w:r>
        <w:t>کہ اسلام آیا تو freedom of expression ختم ہو جائے گا۔</w:t>
      </w:r>
    </w:p>
    <w:p>
      <w:r>
        <w:rPr>
          <w:b/>
        </w:rPr>
        <w:t xml:space="preserve">[37:50] </w:t>
      </w:r>
      <w:r>
        <w:t>to is liye dekhiye, koi hamare paas doosra option nahi hai ke ya to is is is is</w:t>
      </w:r>
    </w:p>
    <w:p>
      <w:pPr>
        <w:jc w:val="right"/>
      </w:pPr>
      <w:r>
        <w:t>تو اس لیے دیکھیے، کوئی ہمارے پاس دوسرا option نہیں ہے کہ یا تو اس اس اس اس</w:t>
      </w:r>
    </w:p>
    <w:p>
      <w:r>
        <w:rPr>
          <w:b/>
        </w:rPr>
        <w:t xml:space="preserve">[37:58] </w:t>
      </w:r>
      <w:r>
        <w:t>قانون کو آپ کہیں کہ یہ baseless قانون ہے یا پھر اس کو temporary طور پر suspend کر</w:t>
      </w:r>
    </w:p>
    <w:p>
      <w:pPr>
        <w:jc w:val="right"/>
      </w:pPr>
      <w:r>
        <w:t>قانونی کو آپ کہیں کہ یہ baseless قانون ہے یا پھر اس کو temporary طور پر suspend کر</w:t>
      </w:r>
    </w:p>
    <w:p>
      <w:r>
        <w:rPr>
          <w:b/>
        </w:rPr>
        <w:t xml:space="preserve">[38:06] </w:t>
      </w:r>
      <w:r>
        <w:t>deen.</w:t>
      </w:r>
    </w:p>
    <w:p>
      <w:pPr>
        <w:jc w:val="right"/>
      </w:pPr>
      <w:r>
        <w:t>دیں۔</w:t>
      </w:r>
    </w:p>
    <w:p>
      <w:r>
        <w:rPr>
          <w:b/>
        </w:rPr>
        <w:t xml:space="preserve">[38:07] </w:t>
      </w:r>
      <w:r>
        <w:t>There is no third option for you in this regard.</w:t>
      </w:r>
    </w:p>
    <w:p>
      <w:pPr>
        <w:jc w:val="right"/>
      </w:pPr>
      <w:r>
        <w:t>There is no third option for you in this regard۔</w:t>
      </w:r>
    </w:p>
    <w:p>
      <w:r>
        <w:rPr>
          <w:b/>
        </w:rPr>
        <w:t xml:space="preserve">[38:12] </w:t>
      </w:r>
      <w:r>
        <w:t>aise hi dekhiye, secularism ka zamana aaya to sari duniya ke musalman bharke is ke upar.</w:t>
      </w:r>
    </w:p>
    <w:p>
      <w:pPr>
        <w:jc w:val="right"/>
      </w:pPr>
      <w:r>
        <w:t>ایسے ہی دیکھیے، secularism کا زمانہ آیا تو ساری دنیا کے مسلمان بھڑکے اس کے اوپر۔</w:t>
      </w:r>
    </w:p>
    <w:p>
      <w:r>
        <w:rPr>
          <w:b/>
        </w:rPr>
        <w:t xml:space="preserve">[38:19] </w:t>
      </w:r>
      <w:r>
        <w:t>is mein bhi shayad meri exception tha.</w:t>
      </w:r>
    </w:p>
    <w:p>
      <w:pPr>
        <w:jc w:val="right"/>
      </w:pPr>
      <w:r>
        <w:t>اس میں بھی شاید میری exception تھا۔</w:t>
      </w:r>
    </w:p>
    <w:p>
      <w:r>
        <w:rPr>
          <w:b/>
        </w:rPr>
        <w:t xml:space="preserve">[38:22] </w:t>
      </w:r>
      <w:r>
        <w:t>halanke secularism mein kya hai? kya burai kya hai secularism mein? yeh koi burai nahi hai.</w:t>
      </w:r>
    </w:p>
    <w:p>
      <w:pPr>
        <w:jc w:val="right"/>
      </w:pPr>
      <w:r>
        <w:t>حالانکہ secularism میں کیا ہے؟ کیا برائی کیا ہے secularism میں؟ یہ کوئی برائی نہیں ہے۔</w:t>
      </w:r>
    </w:p>
    <w:p>
      <w:r>
        <w:rPr>
          <w:b/>
        </w:rPr>
        <w:t xml:space="preserve">[38:28] </w:t>
      </w:r>
      <w:r>
        <w:t>log asal mein secularism ek baat mein arz karna chahta hoon ke har cheez ke kuch extremist, har</w:t>
      </w:r>
    </w:p>
    <w:p>
      <w:pPr>
        <w:jc w:val="right"/>
      </w:pPr>
      <w:r>
        <w:t>لوگ اصل میں secularism ایک بات میں عرض کرنا چاہتا ہوں کہ ہر چیز کے کچھ extremist، ہر</w:t>
      </w:r>
    </w:p>
    <w:p>
      <w:r>
        <w:rPr>
          <w:b/>
        </w:rPr>
        <w:t xml:space="preserve">[38:36] </w:t>
      </w:r>
      <w:r>
        <w:t>har system mein kuch extremist log hote hain.</w:t>
      </w:r>
    </w:p>
    <w:p>
      <w:pPr>
        <w:jc w:val="right"/>
      </w:pPr>
      <w:r>
        <w:t>ہر سسٹم میں کچھ extremist لوگ ہوتے ہیں۔</w:t>
      </w:r>
    </w:p>
    <w:p>
      <w:r>
        <w:rPr>
          <w:b/>
        </w:rPr>
        <w:t xml:space="preserve">[38:40] </w:t>
      </w:r>
      <w:r>
        <w:t>to kuch extremist logon ne secularism ki ek extreme definition diya, extreme.</w:t>
      </w:r>
    </w:p>
    <w:p>
      <w:pPr>
        <w:jc w:val="right"/>
      </w:pPr>
      <w:r>
        <w:t>تو کچھ extremist لوگوں نے secularism کی ایک extreme definition دیا، extreme۔</w:t>
      </w:r>
    </w:p>
    <w:p>
      <w:r>
        <w:rPr>
          <w:b/>
        </w:rPr>
        <w:t xml:space="preserve">[38:45] </w:t>
      </w:r>
      <w:r>
        <w:t>lekin yeh woh sahi nahi thi.</w:t>
      </w:r>
    </w:p>
    <w:p>
      <w:pPr>
        <w:jc w:val="right"/>
      </w:pPr>
      <w:r>
        <w:t>لیکن یہ وہ صحیح نہیں تھی۔</w:t>
      </w:r>
    </w:p>
    <w:p>
      <w:r>
        <w:rPr>
          <w:b/>
        </w:rPr>
        <w:t xml:space="preserve">[38:47] </w:t>
      </w:r>
      <w:r>
        <w:t>woh jo right definition secularism ki hai, woh islam ke is mein koi takrao nahi hai.</w:t>
      </w:r>
    </w:p>
    <w:p>
      <w:pPr>
        <w:jc w:val="right"/>
      </w:pPr>
      <w:r>
        <w:t>وہ جو right definition secularism کی ہے، وہ اسلام کے اس میں کوئی ٹکراؤ نہیں ہے۔</w:t>
      </w:r>
    </w:p>
    <w:p>
      <w:r>
        <w:rPr>
          <w:b/>
        </w:rPr>
        <w:t xml:space="preserve">[38:54] </w:t>
      </w:r>
      <w:r>
        <w:t>is mein kisi ko janna ho is mamle mein to encyclopedia of religion and ethics ko padhein.</w:t>
      </w:r>
    </w:p>
    <w:p>
      <w:pPr>
        <w:jc w:val="right"/>
      </w:pPr>
      <w:r>
        <w:t>اس میں کسی کو جاننا ہو اس معاملے میں تو انسائیکلوپیڈیا آف religion and ethics کو پڑھیں۔</w:t>
      </w:r>
    </w:p>
    <w:p>
      <w:r>
        <w:rPr>
          <w:b/>
        </w:rPr>
        <w:t xml:space="preserve">[39:01] </w:t>
      </w:r>
      <w:r>
        <w:t>is mein ghaliban twenty pages ka ek article hai isi par.</w:t>
      </w:r>
    </w:p>
    <w:p>
      <w:pPr>
        <w:jc w:val="right"/>
      </w:pPr>
      <w:r>
        <w:t>اس میں غالباً twenty pages کا ایک آرٹیکل ہے اسی پر۔</w:t>
      </w:r>
    </w:p>
    <w:p>
      <w:r>
        <w:rPr>
          <w:b/>
        </w:rPr>
        <w:t xml:space="preserve">[39:06] </w:t>
      </w:r>
      <w:r>
        <w:t>Secularism par.</w:t>
      </w:r>
    </w:p>
    <w:p>
      <w:pPr>
        <w:jc w:val="right"/>
      </w:pPr>
      <w:r>
        <w:t>Secularism پر۔</w:t>
      </w:r>
    </w:p>
    <w:p>
      <w:r>
        <w:rPr>
          <w:b/>
        </w:rPr>
        <w:t xml:space="preserve">[39:08] </w:t>
      </w:r>
      <w:r>
        <w:t>is ka aakhri conclusion kya hai? woh yeh hai ke secularism jo hai, woh sahi maano mein non-interference</w:t>
      </w:r>
    </w:p>
    <w:p>
      <w:pPr>
        <w:jc w:val="right"/>
      </w:pPr>
      <w:r>
        <w:t>اس کا آخری conclusion کیا ہے؟ وہ یہ ہے کہ secularism جو ہے، وہ صحیح معنوں میں non-interference</w:t>
      </w:r>
    </w:p>
    <w:p>
      <w:r>
        <w:rPr>
          <w:b/>
        </w:rPr>
        <w:t xml:space="preserve">[39:15] </w:t>
      </w:r>
      <w:r>
        <w:t>ki policy, yani koi state ya apne aap ko is baat ka paband kar le ke religious cheezon</w:t>
      </w:r>
    </w:p>
    <w:p>
      <w:pPr>
        <w:jc w:val="right"/>
      </w:pPr>
      <w:r>
        <w:t>کی پالیسی، یعنی کوئی state یا اپنے آپ کو اس بات کا پابند کر لے کہ religious چیزوں</w:t>
      </w:r>
    </w:p>
    <w:p>
      <w:r>
        <w:rPr>
          <w:b/>
        </w:rPr>
        <w:t xml:space="preserve">[39:23] </w:t>
      </w:r>
      <w:r>
        <w:t>mein woh interference nahi karegi.</w:t>
      </w:r>
    </w:p>
    <w:p>
      <w:pPr>
        <w:jc w:val="right"/>
      </w:pPr>
      <w:r>
        <w:t>میں وہ interference نہیں کرے گی۔</w:t>
      </w:r>
    </w:p>
    <w:p>
      <w:r>
        <w:rPr>
          <w:b/>
        </w:rPr>
        <w:t xml:space="preserve">[39:26] </w:t>
      </w:r>
      <w:r>
        <w:t>ek society jaisa kai religion ke log hain.</w:t>
      </w:r>
    </w:p>
    <w:p>
      <w:pPr>
        <w:jc w:val="right"/>
      </w:pPr>
      <w:r>
        <w:t>ایک society جیسا کئی religion کے لوگ ہیں۔</w:t>
      </w:r>
    </w:p>
    <w:p>
      <w:r>
        <w:rPr>
          <w:b/>
        </w:rPr>
        <w:t xml:space="preserve">[39:29] </w:t>
      </w:r>
      <w:r>
        <w:t>to state jo hai, woh to initial organization hoti hai.</w:t>
      </w:r>
    </w:p>
    <w:p>
      <w:pPr>
        <w:jc w:val="right"/>
      </w:pPr>
      <w:r>
        <w:t>تو state جو ہے، وہ تو initial organization ہوتی ہے۔</w:t>
      </w:r>
    </w:p>
    <w:p>
      <w:r>
        <w:rPr>
          <w:b/>
        </w:rPr>
        <w:t xml:space="preserve">[39:33] </w:t>
      </w:r>
      <w:r>
        <w:t>to state apne ko is baat ke liye paband kar le ke woh religious affairs mein non-interference ki</w:t>
      </w:r>
    </w:p>
    <w:p>
      <w:pPr>
        <w:jc w:val="right"/>
      </w:pPr>
      <w:r>
        <w:t>تو state اپنے کو اس بات کے لیے پابند کر لے کہ وہ religious affairs میں non-interference کی</w:t>
      </w:r>
    </w:p>
    <w:p>
      <w:r>
        <w:rPr>
          <w:b/>
        </w:rPr>
        <w:t xml:space="preserve">[39:41] </w:t>
      </w:r>
      <w:r>
        <w:t>policy chalegi.</w:t>
      </w:r>
    </w:p>
    <w:p>
      <w:pPr>
        <w:jc w:val="right"/>
      </w:pPr>
      <w:r>
        <w:t>پالیسی چلے گی۔</w:t>
      </w:r>
    </w:p>
    <w:p>
      <w:r>
        <w:rPr>
          <w:b/>
        </w:rPr>
        <w:t xml:space="preserve">[39:43] </w:t>
      </w:r>
      <w:r>
        <w:t>isi ka naam hai secularism.</w:t>
      </w:r>
    </w:p>
    <w:p>
      <w:pPr>
        <w:jc w:val="right"/>
      </w:pPr>
      <w:r>
        <w:t>اسی کا نام ہے secularism۔</w:t>
      </w:r>
    </w:p>
    <w:p>
      <w:r>
        <w:rPr>
          <w:b/>
        </w:rPr>
        <w:t xml:space="preserve">[39:45] </w:t>
      </w:r>
      <w:r>
        <w:t>yani har ek ko aap ne room de diya, har ek ko mauqa de diya.</w:t>
      </w:r>
    </w:p>
    <w:p>
      <w:pPr>
        <w:jc w:val="right"/>
      </w:pPr>
      <w:r>
        <w:t>یعنی ہر ایک کو آپ نے room دے دیا، ہر ایک کو موقع دے دیا۔</w:t>
      </w:r>
    </w:p>
    <w:p>
      <w:r>
        <w:rPr>
          <w:b/>
        </w:rPr>
        <w:t xml:space="preserve">[39:51] </w:t>
      </w:r>
      <w:r>
        <w:t>to yeh to yani islam ke mutabiq hai.</w:t>
      </w:r>
    </w:p>
    <w:p>
      <w:pPr>
        <w:jc w:val="right"/>
      </w:pPr>
      <w:r>
        <w:t>تو یہ تو یعنی اسلام کے مطابق ہے۔</w:t>
      </w:r>
    </w:p>
    <w:p>
      <w:r>
        <w:rPr>
          <w:b/>
        </w:rPr>
        <w:t xml:space="preserve">[39:55] </w:t>
      </w:r>
      <w:r>
        <w:t>ab main samajhta hoon ke rasool Allah sal Allah alaihi wasallam ki jab hijrat hui thi, jab aap</w:t>
      </w:r>
    </w:p>
    <w:p>
      <w:pPr>
        <w:jc w:val="right"/>
      </w:pPr>
      <w:r>
        <w:t>اب میں سمجھتا ہوں کہ رسول اللہ صلی اللہ علیہ وسلم کی جب ہجرت ہوئی تھی، جب آپ</w:t>
      </w:r>
    </w:p>
    <w:p>
      <w:r>
        <w:rPr>
          <w:b/>
        </w:rPr>
        <w:t xml:space="preserve">[40:02] </w:t>
      </w:r>
      <w:r>
        <w:t>madina gaye the hijrat kar ke, to wahan par us waqt teen mazhab ke log the.</w:t>
      </w:r>
    </w:p>
    <w:p>
      <w:pPr>
        <w:jc w:val="right"/>
      </w:pPr>
      <w:r>
        <w:t>مدینہ گئے تھے ہجرت کر کے، تو وہاں پر اس وقت تین مذہب کے لوگ تھے۔</w:t>
      </w:r>
    </w:p>
    <w:p>
      <w:r>
        <w:rPr>
          <w:b/>
        </w:rPr>
        <w:t xml:space="preserve">[40:09] </w:t>
      </w:r>
      <w:r>
        <w:t>yani muslim aur jo aur mushrik.</w:t>
      </w:r>
    </w:p>
    <w:p>
      <w:pPr>
        <w:jc w:val="right"/>
      </w:pPr>
      <w:r>
        <w:t>یعنی مسلم اور جو اور مشرک۔</w:t>
      </w:r>
    </w:p>
    <w:p>
      <w:r>
        <w:rPr>
          <w:b/>
        </w:rPr>
        <w:t xml:space="preserve">[40:12] </w:t>
      </w:r>
      <w:r>
        <w:t>teen qism ke log the.</w:t>
      </w:r>
    </w:p>
    <w:p>
      <w:pPr>
        <w:jc w:val="right"/>
      </w:pPr>
      <w:r>
        <w:t>تین قسم کے لوگ تھے۔</w:t>
      </w:r>
    </w:p>
    <w:p>
      <w:r>
        <w:rPr>
          <w:b/>
        </w:rPr>
        <w:t xml:space="preserve">[40:14] </w:t>
      </w:r>
      <w:r>
        <w:t>wahan pahunch kar aap ne ek ek ek jari kiya tha declaration jis ko history mein kaha jata</w:t>
      </w:r>
    </w:p>
    <w:p>
      <w:pPr>
        <w:jc w:val="right"/>
      </w:pPr>
      <w:r>
        <w:t>وہاں پہنچ کر آپ نے ایک ایک ایک جاری کیا تھا declaration جس کو history میں کہا جاتا</w:t>
      </w:r>
    </w:p>
    <w:p>
      <w:r>
        <w:rPr>
          <w:b/>
        </w:rPr>
        <w:t xml:space="preserve">[40:22] </w:t>
      </w:r>
      <w:r>
        <w:t>hai sahiifa-e-madina yani madina declaration.</w:t>
      </w:r>
    </w:p>
    <w:p>
      <w:pPr>
        <w:jc w:val="right"/>
      </w:pPr>
      <w:r>
        <w:t>ہے صحیفۃ المدینہ یعنی مدینہ declaration۔</w:t>
      </w:r>
    </w:p>
    <w:p>
      <w:r>
        <w:rPr>
          <w:b/>
        </w:rPr>
        <w:t xml:space="preserve">[40:24] </w:t>
      </w:r>
      <w:r>
        <w:t>is mein likha gaya tha ke lil yahood deenohum walil muslimeen deenohum yani yahood ke liye un ka deen, musalmanon</w:t>
      </w:r>
    </w:p>
    <w:p>
      <w:pPr>
        <w:jc w:val="right"/>
      </w:pPr>
      <w:r>
        <w:t>اس میں لکھا گیا تھا کہ للہود دینہم وللمسلمین دینہم یعنی یہود کے لیے ان کا دین، مسلمانوں</w:t>
      </w:r>
    </w:p>
    <w:p>
      <w:r>
        <w:rPr>
          <w:b/>
        </w:rPr>
        <w:t xml:space="preserve">[40:32] </w:t>
      </w:r>
      <w:r>
        <w:t>ke liye un ka deen.</w:t>
      </w:r>
    </w:p>
    <w:p>
      <w:pPr>
        <w:jc w:val="right"/>
      </w:pPr>
      <w:r>
        <w:t>کے لیے ان کا دین۔</w:t>
      </w:r>
    </w:p>
    <w:p>
      <w:r>
        <w:rPr>
          <w:b/>
        </w:rPr>
        <w:t xml:space="preserve">[40:34] </w:t>
      </w:r>
      <w:r>
        <w:t>yani har ek ke liye apna deen.</w:t>
      </w:r>
    </w:p>
    <w:p>
      <w:pPr>
        <w:jc w:val="right"/>
      </w:pPr>
      <w:r>
        <w:t>یعنی ہر ایک کے لیے اپنا دین۔</w:t>
      </w:r>
    </w:p>
    <w:p>
      <w:r>
        <w:rPr>
          <w:b/>
        </w:rPr>
        <w:t xml:space="preserve">[40:37] </w:t>
      </w:r>
      <w:r>
        <w:t>jo state policy aap ki jo thi wahan par madina mein, woh yeh thi.</w:t>
      </w:r>
    </w:p>
    <w:p>
      <w:pPr>
        <w:jc w:val="right"/>
      </w:pPr>
      <w:r>
        <w:t>جو state policy آپ کی جو تھی وہاں پر مدینہ میں، وہ یہ تھی۔</w:t>
      </w:r>
    </w:p>
    <w:p>
      <w:r>
        <w:rPr>
          <w:b/>
        </w:rPr>
        <w:t xml:space="preserve">[40:43] </w:t>
      </w:r>
      <w:r>
        <w:t>woh wahi thi jo jis ko aap secular policy kehte hain.</w:t>
      </w:r>
    </w:p>
    <w:p>
      <w:pPr>
        <w:jc w:val="right"/>
      </w:pPr>
      <w:r>
        <w:t>وہ وہی تھی جو جس کو آپ secular policy کہتے ہیں۔</w:t>
      </w:r>
    </w:p>
    <w:p>
      <w:r>
        <w:rPr>
          <w:b/>
        </w:rPr>
        <w:t xml:space="preserve">[40:48] </w:t>
      </w:r>
      <w:r>
        <w:t>jaise india mein secular policy hai, hum ko aap ko mauqa hai ke yahan par aap ne quran</w:t>
      </w:r>
    </w:p>
    <w:p>
      <w:pPr>
        <w:jc w:val="right"/>
      </w:pPr>
      <w:r>
        <w:t>جیسے انڈیا میں secular policy ہے، ہم کو آپ کو موقع ہے کہ یہاں پر آپ نے قرآن</w:t>
      </w:r>
    </w:p>
    <w:p>
      <w:r>
        <w:rPr>
          <w:b/>
        </w:rPr>
        <w:t xml:space="preserve">[40:55] </w:t>
      </w:r>
      <w:r>
        <w:t>o hadith ki baat bolen.</w:t>
      </w:r>
    </w:p>
    <w:p>
      <w:pPr>
        <w:jc w:val="right"/>
      </w:pPr>
      <w:r>
        <w:t>و حدیث کی بات بولیں۔</w:t>
      </w:r>
    </w:p>
    <w:p>
      <w:r>
        <w:rPr>
          <w:b/>
        </w:rPr>
        <w:t xml:space="preserve">[40:58] </w:t>
      </w:r>
      <w:r>
        <w:t>koi humein pakadne nahi aata.</w:t>
      </w:r>
    </w:p>
    <w:p>
      <w:pPr>
        <w:jc w:val="right"/>
      </w:pPr>
      <w:r>
        <w:t>کوئی ہمیں پکڑنے نہیں آتا۔</w:t>
      </w:r>
    </w:p>
    <w:p>
      <w:r>
        <w:rPr>
          <w:b/>
        </w:rPr>
        <w:t xml:space="preserve">[41:00] </w:t>
      </w:r>
      <w:r>
        <w:t>yani hum is mulk mein kisi bhi shahar mein ja kar ke bolte hain quran o hadith par.</w:t>
      </w:r>
    </w:p>
    <w:p>
      <w:pPr>
        <w:jc w:val="right"/>
      </w:pPr>
      <w:r>
        <w:t>یعنی ہم اس ملک میں کسی بھی شہر میں جا کر کے بولتے ہیں قرآن و حدیث پر۔</w:t>
      </w:r>
    </w:p>
    <w:p>
      <w:r>
        <w:rPr>
          <w:b/>
        </w:rPr>
        <w:t xml:space="preserve">[41:07] </w:t>
      </w:r>
      <w:r>
        <w:t>abhi kal mujhe bulaya gaya tha yahin confident club mein.</w:t>
      </w:r>
    </w:p>
    <w:p>
      <w:pPr>
        <w:jc w:val="right"/>
      </w:pPr>
      <w:r>
        <w:t>ابھی کل مجھے بلایا گیا تھا یہیں کانفیڈنٹ کلب میں۔</w:t>
      </w:r>
    </w:p>
    <w:p>
      <w:r>
        <w:rPr>
          <w:b/>
        </w:rPr>
        <w:t xml:space="preserve">[41:12] </w:t>
      </w:r>
      <w:r>
        <w:t>woh sab hindu log the, christian log the, sab log the.</w:t>
      </w:r>
    </w:p>
    <w:p>
      <w:pPr>
        <w:jc w:val="right"/>
      </w:pPr>
      <w:r>
        <w:t>وہ سب ہندو لوگ تھے، کرسچن لوگ تھے، سب لوگ تھے۔</w:t>
      </w:r>
    </w:p>
    <w:p>
      <w:r>
        <w:rPr>
          <w:b/>
        </w:rPr>
        <w:t xml:space="preserve">[41:16] </w:t>
      </w:r>
      <w:r>
        <w:t>main ja nahi saka kisi wajah se.</w:t>
      </w:r>
    </w:p>
    <w:p>
      <w:pPr>
        <w:jc w:val="right"/>
      </w:pPr>
      <w:r>
        <w:t>میں جا نہیں سکا کسی وجہ سے۔</w:t>
      </w:r>
    </w:p>
    <w:p>
      <w:r>
        <w:rPr>
          <w:b/>
        </w:rPr>
        <w:t xml:space="preserve">[41:19] </w:t>
      </w:r>
      <w:r>
        <w:t>main program mera tha is mein.</w:t>
      </w:r>
    </w:p>
    <w:p>
      <w:pPr>
        <w:jc w:val="right"/>
      </w:pPr>
      <w:r>
        <w:t>میں program میرا تھا اس میں۔</w:t>
      </w:r>
    </w:p>
    <w:p>
      <w:r>
        <w:rPr>
          <w:b/>
        </w:rPr>
        <w:t xml:space="preserve">[41:22] </w:t>
      </w:r>
      <w:r>
        <w:t>to mujhe islam par bolne ke liye kaha gaya tha.</w:t>
      </w:r>
    </w:p>
    <w:p>
      <w:pPr>
        <w:jc w:val="right"/>
      </w:pPr>
      <w:r>
        <w:t>تو مجھے اسلام پر بولنے کے لیے کہا گیا تھا۔</w:t>
      </w:r>
    </w:p>
    <w:p>
      <w:r>
        <w:rPr>
          <w:b/>
        </w:rPr>
        <w:t xml:space="preserve">[41:26] </w:t>
      </w:r>
      <w:r>
        <w:t>koi rukawat nahi, koi pabandi nahi hai.</w:t>
      </w:r>
    </w:p>
    <w:p>
      <w:pPr>
        <w:jc w:val="right"/>
      </w:pPr>
      <w:r>
        <w:t>کوئی رکاوٹ نہیں، کوئی پابندی نہیں ہے۔</w:t>
      </w:r>
    </w:p>
    <w:p>
      <w:r>
        <w:rPr>
          <w:b/>
        </w:rPr>
        <w:t xml:space="preserve">[41:29] </w:t>
      </w:r>
      <w:r>
        <w:t>kisi bhi city mein jaiye, kisi bhi town mein jaiye, aap quran o hadees par boliye.</w:t>
      </w:r>
    </w:p>
    <w:p>
      <w:pPr>
        <w:jc w:val="right"/>
      </w:pPr>
      <w:r>
        <w:t>کسی بھی city میں جائیے، کسی بھی ٹاؤن میں جائیے، آپ قرآن و حدیث پر بولیے۔</w:t>
      </w:r>
    </w:p>
    <w:p>
      <w:r>
        <w:rPr>
          <w:b/>
        </w:rPr>
        <w:t xml:space="preserve">[41:36] </w:t>
      </w:r>
      <w:r>
        <w:t>koi pakadta nahin.</w:t>
      </w:r>
    </w:p>
    <w:p>
      <w:pPr>
        <w:jc w:val="right"/>
      </w:pPr>
      <w:r>
        <w:t>کوئی پکڑتا نہیں۔</w:t>
      </w:r>
    </w:p>
    <w:p>
      <w:r>
        <w:rPr>
          <w:b/>
        </w:rPr>
        <w:t xml:space="preserve">[41:38] </w:t>
      </w:r>
      <w:r>
        <w:t>kyun? india mein secularism ka principle chal raha hai.</w:t>
      </w:r>
    </w:p>
    <w:p>
      <w:pPr>
        <w:jc w:val="right"/>
      </w:pPr>
      <w:r>
        <w:t>کیوں؟ انڈیا میں secularism کا principle چل رہا ہے۔</w:t>
      </w:r>
    </w:p>
    <w:p>
      <w:r>
        <w:rPr>
          <w:b/>
        </w:rPr>
        <w:t xml:space="preserve">[41:41] </w:t>
      </w:r>
      <w:r>
        <w:t>yahan ek government secular government hai.</w:t>
      </w:r>
    </w:p>
    <w:p>
      <w:pPr>
        <w:jc w:val="right"/>
      </w:pPr>
      <w:r>
        <w:t>یہاں ایک government secular government ہے۔</w:t>
      </w:r>
    </w:p>
    <w:p>
      <w:r>
        <w:rPr>
          <w:b/>
        </w:rPr>
        <w:t xml:space="preserve">[41:44] </w:t>
      </w:r>
      <w:r>
        <w:t>to national affairs mein woh apni policy chalati hai jaise irrigation hai, power supply hai, city planning hai</w:t>
      </w:r>
    </w:p>
    <w:p>
      <w:pPr>
        <w:jc w:val="right"/>
      </w:pPr>
      <w:r>
        <w:t>تو national affairs میں وہ اپنی policy چلاتی ہے جیسے irrigation ہے، power supply ہے، city planning ہے</w:t>
      </w:r>
    </w:p>
    <w:p>
      <w:r>
        <w:rPr>
          <w:b/>
        </w:rPr>
        <w:t xml:space="preserve">[41:52] </w:t>
      </w:r>
      <w:r>
        <w:t>aur is tarah ki doosri cheezein jo hain, is mein woh state policy hoti hai.</w:t>
      </w:r>
    </w:p>
    <w:p>
      <w:pPr>
        <w:jc w:val="right"/>
      </w:pPr>
      <w:r>
        <w:t>اور اس طرح کی دوسری چیزیں جو ہیں، اس میں وہ state policy ہوتی ہے۔</w:t>
      </w:r>
    </w:p>
    <w:p>
      <w:r>
        <w:rPr>
          <w:b/>
        </w:rPr>
        <w:t xml:space="preserve">[41:58] </w:t>
      </w:r>
      <w:r>
        <w:t>jo sab ka problem hai.</w:t>
      </w:r>
    </w:p>
    <w:p>
      <w:pPr>
        <w:jc w:val="right"/>
      </w:pPr>
      <w:r>
        <w:t>جو سب کا problem ہے۔</w:t>
      </w:r>
    </w:p>
    <w:p>
      <w:r>
        <w:rPr>
          <w:b/>
        </w:rPr>
        <w:t xml:space="preserve">[42:00] </w:t>
      </w:r>
      <w:r>
        <w:t>lekin jo religious affairs hain, to un mein hindu ko apni aazadi hai, musalman ko apni aazadi hai,</w:t>
      </w:r>
    </w:p>
    <w:p>
      <w:pPr>
        <w:jc w:val="right"/>
      </w:pPr>
      <w:r>
        <w:t>لیکن جو religious affairs ہیں، تو ان میں ہندو کو اپنی آزادی ہے، مسلمان کو اپنی آزادی ہے،</w:t>
      </w:r>
    </w:p>
    <w:p>
      <w:r>
        <w:rPr>
          <w:b/>
        </w:rPr>
        <w:t xml:space="preserve">[42:08] </w:t>
      </w:r>
      <w:r>
        <w:t>parsi, yahudi sab ko aazadi hai.</w:t>
      </w:r>
    </w:p>
    <w:p>
      <w:pPr>
        <w:jc w:val="right"/>
      </w:pPr>
      <w:r>
        <w:t>پارسی، یہودی سب کو آزادی ہے۔</w:t>
      </w:r>
    </w:p>
    <w:p>
      <w:r>
        <w:rPr>
          <w:b/>
        </w:rPr>
        <w:t xml:space="preserve">[42:11] </w:t>
      </w:r>
      <w:r>
        <w:t>yahi secularism hai.</w:t>
      </w:r>
    </w:p>
    <w:p>
      <w:pPr>
        <w:jc w:val="right"/>
      </w:pPr>
      <w:r>
        <w:t>یہی secularism ہے۔</w:t>
      </w:r>
    </w:p>
    <w:p>
      <w:r>
        <w:rPr>
          <w:b/>
        </w:rPr>
        <w:t xml:space="preserve">[42:12] </w:t>
      </w:r>
      <w:r>
        <w:t>yeh to kitna acha hai yeh.</w:t>
      </w:r>
    </w:p>
    <w:p>
      <w:pPr>
        <w:jc w:val="right"/>
      </w:pPr>
      <w:r>
        <w:t>یہ تو کتنا اچھا ہے یہ۔</w:t>
      </w:r>
    </w:p>
    <w:p>
      <w:r>
        <w:rPr>
          <w:b/>
        </w:rPr>
        <w:t xml:space="preserve">[42:15] </w:t>
      </w:r>
      <w:r>
        <w:t>yeh to isi ka jo madina mein rasool Allah ne ikhtiyar kiya tha, isi ka ek modern religious</w:t>
      </w:r>
    </w:p>
    <w:p>
      <w:pPr>
        <w:jc w:val="right"/>
      </w:pPr>
      <w:r>
        <w:t>یہ تو اسی کا جو مدینہ میں رسول اللہ نے اختیار کیا تھا، اسی کا ایک modern religious</w:t>
      </w:r>
    </w:p>
    <w:p>
      <w:r>
        <w:rPr>
          <w:b/>
        </w:rPr>
        <w:t xml:space="preserve">[42:22] </w:t>
      </w:r>
      <w:r>
        <w:t>edition hai yeh.</w:t>
      </w:r>
    </w:p>
    <w:p>
      <w:pPr>
        <w:jc w:val="right"/>
      </w:pPr>
      <w:r>
        <w:t>edition ہے یہ۔</w:t>
      </w:r>
    </w:p>
    <w:p>
      <w:r>
        <w:rPr>
          <w:b/>
        </w:rPr>
        <w:t xml:space="preserve">[42:24] </w:t>
      </w:r>
      <w:r>
        <w:t>jo policy rasool Allah sal Allah alayh wasallam ne صحیfa e madina yaani madina declaration ke zariye madine ke</w:t>
      </w:r>
    </w:p>
    <w:p>
      <w:pPr>
        <w:jc w:val="right"/>
      </w:pPr>
      <w:r>
        <w:t>جو policy رسول اللہ صلی اللہ علیہ وسلم نے صحیفۃ المدینہ یعنی مدینہ declaration کے ذریعے مدینے کے</w:t>
      </w:r>
    </w:p>
    <w:p>
      <w:r>
        <w:rPr>
          <w:b/>
        </w:rPr>
        <w:t xml:space="preserve">[42:32] </w:t>
      </w:r>
      <w:r>
        <w:t>state jo bani thi, pehli state wahan ikhtiyar ki thi, isi ka yeh modern version hai.</w:t>
      </w:r>
    </w:p>
    <w:p>
      <w:pPr>
        <w:jc w:val="right"/>
      </w:pPr>
      <w:r>
        <w:t>state جو بنی تھی، پہلی state وہاں اختیار کی تھی، اسی کا یہ modern version ہے۔</w:t>
      </w:r>
    </w:p>
    <w:p>
      <w:r>
        <w:rPr>
          <w:b/>
        </w:rPr>
        <w:t xml:space="preserve">[42:38] </w:t>
      </w:r>
      <w:r>
        <w:t>to yeh bhadakne ki kya zaroorat hai? yeh to koi bhadakne ki baat hi nahin hai.</w:t>
      </w:r>
    </w:p>
    <w:p>
      <w:pPr>
        <w:jc w:val="right"/>
      </w:pPr>
      <w:r>
        <w:t>تو یہ بھڑکنے کی کیا ضرورت ہے؟ یہ تو کوئی بھڑکنے کی بات ہی نہیں ہے۔</w:t>
      </w:r>
    </w:p>
    <w:p>
      <w:r>
        <w:rPr>
          <w:b/>
        </w:rPr>
        <w:t xml:space="preserve">[42:45] </w:t>
      </w:r>
      <w:r>
        <w:t>acha, yahan democracy bhadak bhadakte hain.</w:t>
      </w:r>
    </w:p>
    <w:p>
      <w:pPr>
        <w:jc w:val="right"/>
      </w:pPr>
      <w:r>
        <w:t>اچھا، یہاں democracy بھڑک بھڑکتے ہیں۔</w:t>
      </w:r>
    </w:p>
    <w:p>
      <w:r>
        <w:rPr>
          <w:b/>
        </w:rPr>
        <w:t xml:space="preserve">[42:48] </w:t>
      </w:r>
      <w:r>
        <w:t>main ne bohat hi top ke muslim leaders ke parhe jo democracy ko kehte the, woh unislamic.</w:t>
      </w:r>
    </w:p>
    <w:p>
      <w:pPr>
        <w:jc w:val="right"/>
      </w:pPr>
      <w:r>
        <w:t>میں نے بہت ہی ٹاپ کے مسلم leaders کے پڑھے جو democracy کو کہتے تھے، وہ unislamic۔</w:t>
      </w:r>
    </w:p>
    <w:p>
      <w:r>
        <w:rPr>
          <w:b/>
        </w:rPr>
        <w:t xml:space="preserve">[42:55] </w:t>
      </w:r>
      <w:r>
        <w:t>kyun? unhon ne yeh nazariya banaya ke law giver jo hai, woh khuda hai.</w:t>
      </w:r>
    </w:p>
    <w:p>
      <w:pPr>
        <w:jc w:val="right"/>
      </w:pPr>
      <w:r>
        <w:t>کیوں؟ انہوں نے یہ نظریہ بنایا کہ law giver جو ہے، وہ خدا ہے۔</w:t>
      </w:r>
    </w:p>
    <w:p>
      <w:r>
        <w:rPr>
          <w:b/>
        </w:rPr>
        <w:t xml:space="preserve">[43:01] </w:t>
      </w:r>
      <w:r>
        <w:t>aur democracy mein people ko law giver maan liya jata hai.</w:t>
      </w:r>
    </w:p>
    <w:p>
      <w:pPr>
        <w:jc w:val="right"/>
      </w:pPr>
      <w:r>
        <w:t>اور democracy میں people کو law giver مان لیا جاتا ہے۔</w:t>
      </w:r>
    </w:p>
    <w:p>
      <w:r>
        <w:rPr>
          <w:b/>
        </w:rPr>
        <w:t xml:space="preserve">[43:06] </w:t>
      </w:r>
      <w:r>
        <w:t>kyun ke aap jante hain ke democracy ka principle hai government of the people by the people for the</w:t>
      </w:r>
    </w:p>
    <w:p>
      <w:pPr>
        <w:jc w:val="right"/>
      </w:pPr>
      <w:r>
        <w:t>کیونکہ آپ جانتے ہیں کہ democracy کا principle ہے government of the people by the people for the</w:t>
      </w:r>
    </w:p>
    <w:p>
      <w:r>
        <w:rPr>
          <w:b/>
        </w:rPr>
        <w:t xml:space="preserve">[43:14] </w:t>
      </w:r>
      <w:r>
        <w:t>people.</w:t>
      </w:r>
    </w:p>
    <w:p>
      <w:pPr>
        <w:jc w:val="right"/>
      </w:pPr>
      <w:r>
        <w:t>people۔</w:t>
      </w:r>
    </w:p>
    <w:p>
      <w:r>
        <w:rPr>
          <w:b/>
        </w:rPr>
        <w:t xml:space="preserve">[43:15] </w:t>
      </w:r>
      <w:r>
        <w:t>to is liye woh islam ke khilaf ho gaya.</w:t>
      </w:r>
    </w:p>
    <w:p>
      <w:pPr>
        <w:jc w:val="right"/>
      </w:pPr>
      <w:r>
        <w:t>تو اس لیے وہ اسلام کے خلاف ہو گیا۔</w:t>
      </w:r>
    </w:p>
    <w:p>
      <w:r>
        <w:rPr>
          <w:b/>
        </w:rPr>
        <w:t xml:space="preserve">[43:19] </w:t>
      </w:r>
      <w:r>
        <w:t>yeh false argument hai.</w:t>
      </w:r>
    </w:p>
    <w:p>
      <w:pPr>
        <w:jc w:val="right"/>
      </w:pPr>
      <w:r>
        <w:t>یہ false argument ہے۔</w:t>
      </w:r>
    </w:p>
    <w:p>
      <w:r>
        <w:rPr>
          <w:b/>
        </w:rPr>
        <w:t xml:space="preserve">[43:21] </w:t>
      </w:r>
      <w:r>
        <w:t>false argument hai.</w:t>
      </w:r>
    </w:p>
    <w:p>
      <w:pPr>
        <w:jc w:val="right"/>
      </w:pPr>
      <w:r>
        <w:t>False argument ہے۔</w:t>
      </w:r>
    </w:p>
    <w:p>
      <w:r>
        <w:rPr>
          <w:b/>
        </w:rPr>
        <w:t xml:space="preserve">[43:22] </w:t>
      </w:r>
      <w:r>
        <w:t>dekhiye, basically kya hai? woh yeh hai ke yeh bhi quran hadith ke mutabiq hai.</w:t>
      </w:r>
    </w:p>
    <w:p>
      <w:pPr>
        <w:jc w:val="right"/>
      </w:pPr>
      <w:r>
        <w:t>دیکھیے، basically کیا ہے؟ وہ یہ ہے کہ یہ بھی قرآن حدیث کے مطابق ہے۔</w:t>
      </w:r>
    </w:p>
    <w:p>
      <w:r>
        <w:rPr>
          <w:b/>
        </w:rPr>
        <w:t xml:space="preserve">[43:29] </w:t>
      </w:r>
      <w:r>
        <w:t>ek hadith mein hai ke kama taquloon kadhalak yool alaikum.</w:t>
      </w:r>
    </w:p>
    <w:p>
      <w:pPr>
        <w:jc w:val="right"/>
      </w:pPr>
      <w:r>
        <w:t>ایک حدیث میں ہے کہ کما تقولون کذالک یول علیکم۔</w:t>
      </w:r>
    </w:p>
    <w:p>
      <w:r>
        <w:rPr>
          <w:b/>
        </w:rPr>
        <w:t xml:space="preserve">[43:33] </w:t>
      </w:r>
      <w:r>
        <w:t>yeh hadith hai prophet of islam ki hadith hai kama taquloon kadhalak yool alaikum yani yeh jaise tum</w:t>
      </w:r>
    </w:p>
    <w:p>
      <w:pPr>
        <w:jc w:val="right"/>
      </w:pPr>
      <w:r>
        <w:t>یہ حدیث ہے prophet of اسلام کی حدیث ہے کما تقولون کذالک یول علیکم یعنی یہ جیسے تم</w:t>
      </w:r>
    </w:p>
    <w:p>
      <w:r>
        <w:rPr>
          <w:b/>
        </w:rPr>
        <w:t xml:space="preserve">[43:41] </w:t>
      </w:r>
      <w:r>
        <w:t>waise tumhare hukmaran.</w:t>
      </w:r>
    </w:p>
    <w:p>
      <w:pPr>
        <w:jc w:val="right"/>
      </w:pPr>
      <w:r>
        <w:t>ویسے تمہارے حکمران۔</w:t>
      </w:r>
    </w:p>
    <w:p>
      <w:r>
        <w:rPr>
          <w:b/>
        </w:rPr>
        <w:t xml:space="preserve">[43:42] </w:t>
      </w:r>
      <w:r>
        <w:t>jaise tum waise tumhare ruler matlab jaise people waise hi hukumat.</w:t>
      </w:r>
    </w:p>
    <w:p>
      <w:pPr>
        <w:jc w:val="right"/>
      </w:pPr>
      <w:r>
        <w:t>جیسے تم ویسے تمہارے ruler مطلب جیسے people ویسے ہی حکومت۔</w:t>
      </w:r>
    </w:p>
    <w:p>
      <w:r>
        <w:rPr>
          <w:b/>
        </w:rPr>
        <w:t xml:space="preserve">[43:47] </w:t>
      </w:r>
      <w:r>
        <w:t>toh democracy yahi toh hai democracy jaise people waise hi hukumat.</w:t>
      </w:r>
    </w:p>
    <w:p>
      <w:pPr>
        <w:jc w:val="right"/>
      </w:pPr>
      <w:r>
        <w:t>تو democracy یہی تو ہے democracy جیسے people ویسے ہی حکومت۔</w:t>
      </w:r>
    </w:p>
    <w:p>
      <w:r>
        <w:rPr>
          <w:b/>
        </w:rPr>
        <w:t xml:space="preserve">[43:52] </w:t>
      </w:r>
      <w:r>
        <w:t>government of the people by the people for the people.</w:t>
      </w:r>
    </w:p>
    <w:p>
      <w:pPr>
        <w:jc w:val="right"/>
      </w:pPr>
      <w:r>
        <w:t>government of the people by the people for the people۔</w:t>
      </w:r>
    </w:p>
    <w:p>
      <w:r>
        <w:rPr>
          <w:b/>
        </w:rPr>
        <w:t xml:space="preserve">[43:56] </w:t>
      </w:r>
      <w:r>
        <w:t>toh people ka belief system kya hai? people ki kya mante hain, kya nahi mante? isi par depend</w:t>
      </w:r>
    </w:p>
    <w:p>
      <w:pPr>
        <w:jc w:val="right"/>
      </w:pPr>
      <w:r>
        <w:t>تو people کا belief system کیا ہے؟ people کی کیا مانتے ہیں، کیا نہیں مانتے؟ اسی پر depend</w:t>
      </w:r>
    </w:p>
    <w:p>
      <w:r>
        <w:rPr>
          <w:b/>
        </w:rPr>
        <w:t xml:space="preserve">[44:04] </w:t>
      </w:r>
      <w:r>
        <w:t>karta hai ke unke darmiyan konsa rule banega, konsi government banegi.</w:t>
      </w:r>
    </w:p>
    <w:p>
      <w:pPr>
        <w:jc w:val="right"/>
      </w:pPr>
      <w:r>
        <w:t>کرتا ہے کہ ان کے درمیان کون سا rule بنے گا، کون سی government بنے گی۔</w:t>
      </w:r>
    </w:p>
    <w:p>
      <w:r>
        <w:rPr>
          <w:b/>
        </w:rPr>
        <w:t xml:space="preserve">[44:10] </w:t>
      </w:r>
      <w:r>
        <w:t>toh aap people mein kaam ki jiye ya doosre log kaam karte hain.</w:t>
      </w:r>
    </w:p>
    <w:p>
      <w:pPr>
        <w:jc w:val="right"/>
      </w:pPr>
      <w:r>
        <w:t>تو آپ people میں کام کیجیے یا دوسرے لوگ کام کرتے ہیں۔</w:t>
      </w:r>
    </w:p>
    <w:p>
      <w:r>
        <w:rPr>
          <w:b/>
        </w:rPr>
        <w:t xml:space="preserve">[44:16] </w:t>
      </w:r>
      <w:r>
        <w:t>masses mein aap kaam kijiye.</w:t>
      </w:r>
    </w:p>
    <w:p>
      <w:pPr>
        <w:jc w:val="right"/>
      </w:pPr>
      <w:r>
        <w:t>masses میں آپ کام کیجیے۔</w:t>
      </w:r>
    </w:p>
    <w:p>
      <w:r>
        <w:rPr>
          <w:b/>
        </w:rPr>
        <w:t xml:space="preserve">[44:18] </w:t>
      </w:r>
      <w:r>
        <w:t>masses ko agar aap badal lenge toh government badal jayegi.</w:t>
      </w:r>
    </w:p>
    <w:p>
      <w:pPr>
        <w:jc w:val="right"/>
      </w:pPr>
      <w:r>
        <w:t>masses کو اگر آپ بدل لیں گے تو government بدل جائے گی۔</w:t>
      </w:r>
    </w:p>
    <w:p>
      <w:r>
        <w:rPr>
          <w:b/>
        </w:rPr>
        <w:t xml:space="preserve">[44:23] </w:t>
      </w:r>
      <w:r>
        <w:t>is mein bhadakne ki kya zaroorat hai? bataiye.</w:t>
      </w:r>
    </w:p>
    <w:p>
      <w:pPr>
        <w:jc w:val="right"/>
      </w:pPr>
      <w:r>
        <w:t>اس میں بھڑکنے کی کیا ضرورت ہے؟ بتائیے۔</w:t>
      </w:r>
    </w:p>
    <w:p>
      <w:r>
        <w:rPr>
          <w:b/>
        </w:rPr>
        <w:t xml:space="preserve">[44:26] </w:t>
      </w:r>
      <w:r>
        <w:t>toh democracy toh ain hamare yani wohi hai jo khud islam ka principle hai ke awam ko badlo</w:t>
      </w:r>
    </w:p>
    <w:p>
      <w:pPr>
        <w:jc w:val="right"/>
      </w:pPr>
      <w:r>
        <w:t>تو democracy تو عین ہمارے یعنی وہی ہے جو خود اسلام کا principle ہے کہ عوام کو بدلو</w:t>
      </w:r>
    </w:p>
    <w:p>
      <w:r>
        <w:rPr>
          <w:b/>
        </w:rPr>
        <w:t xml:space="preserve">[44:34] </w:t>
      </w:r>
      <w:r>
        <w:t>aur government badal jayegi kama taquloon kadhalak yool alaikum.</w:t>
      </w:r>
    </w:p>
    <w:p>
      <w:pPr>
        <w:jc w:val="right"/>
      </w:pPr>
      <w:r>
        <w:t>اور government بدل جائے گی کما تقولون کذالک یول علیکم۔</w:t>
      </w:r>
    </w:p>
    <w:p>
      <w:r>
        <w:rPr>
          <w:b/>
        </w:rPr>
        <w:t xml:space="preserve">[44:38] </w:t>
      </w:r>
      <w:r>
        <w:t>toh jin cheezon se musalman bhadakte hain, woh unka apna banaya hua tareeqa hai, woh islam ki</w:t>
      </w:r>
    </w:p>
    <w:p>
      <w:pPr>
        <w:jc w:val="right"/>
      </w:pPr>
      <w:r>
        <w:t>تو جن چیزوں سے مسلمان بھڑکتے ہیں، وہ ان کا اپنا بنایا ہوا طریقہ ہے، وہ اسلام کی</w:t>
      </w:r>
    </w:p>
    <w:p>
      <w:r>
        <w:rPr>
          <w:b/>
        </w:rPr>
        <w:t xml:space="preserve">[44:46] </w:t>
      </w:r>
      <w:r>
        <w:t>ki teaching nahi hai.</w:t>
      </w:r>
    </w:p>
    <w:p>
      <w:pPr>
        <w:jc w:val="right"/>
      </w:pPr>
      <w:r>
        <w:t>کی teaching نہیں ہے۔</w:t>
      </w:r>
    </w:p>
    <w:p>
      <w:r>
        <w:rPr>
          <w:b/>
        </w:rPr>
        <w:t xml:space="preserve">[44:48] </w:t>
      </w:r>
      <w:r>
        <w:t>woh toh is zamane mein jo jo nikla hai yeh yani jis ki wajah se musalman samajhte hain</w:t>
      </w:r>
    </w:p>
    <w:p>
      <w:pPr>
        <w:jc w:val="right"/>
      </w:pPr>
      <w:r>
        <w:t>وہ تو اس زمانے میں جو جو نکلا ہے یہ یعنی جس کی وجہ سے مسلمان سمجھتے ہیں</w:t>
      </w:r>
    </w:p>
    <w:p>
      <w:r>
        <w:rPr>
          <w:b/>
        </w:rPr>
        <w:t xml:space="preserve">[44:55] </w:t>
      </w:r>
      <w:r>
        <w:t>ke sab hamare enemy hain, sab hamare sath conspiracy karte hain hamare khilaf, woh sab false reasoning par</w:t>
      </w:r>
    </w:p>
    <w:p>
      <w:pPr>
        <w:jc w:val="right"/>
      </w:pPr>
      <w:r>
        <w:t>کہ سب ہمارے enemy ہیں، سب ہمارے ساتھ conspiracy کرتے ہیں ہمارے خلاف، وہ سب false reasoning پر</w:t>
      </w:r>
    </w:p>
    <w:p>
      <w:r>
        <w:rPr>
          <w:b/>
        </w:rPr>
        <w:t xml:space="preserve">[45:03] </w:t>
      </w:r>
      <w:r>
        <w:t>qaim hai.</w:t>
      </w:r>
    </w:p>
    <w:p>
      <w:pPr>
        <w:jc w:val="right"/>
      </w:pPr>
      <w:r>
        <w:t>قائم ہے۔</w:t>
      </w:r>
    </w:p>
    <w:p>
      <w:r>
        <w:rPr>
          <w:b/>
        </w:rPr>
        <w:t xml:space="preserve">[45:05] </w:t>
      </w:r>
      <w:r>
        <w:t>false basis par qaim hai.</w:t>
      </w:r>
    </w:p>
    <w:p>
      <w:pPr>
        <w:jc w:val="right"/>
      </w:pPr>
      <w:r>
        <w:t>False basis پر قائم ہے۔</w:t>
      </w:r>
    </w:p>
    <w:p>
      <w:r>
        <w:rPr>
          <w:b/>
        </w:rPr>
        <w:t xml:space="preserve">[45:07] </w:t>
      </w:r>
      <w:r>
        <w:t>purana ek misl hai arabi mein ke al-nasu adaa'u ma jahaloo.</w:t>
      </w:r>
    </w:p>
    <w:p>
      <w:pPr>
        <w:jc w:val="right"/>
      </w:pPr>
      <w:r>
        <w:t>پرانا ایک مثل ہے عربی میں کہ الناس وعداء ما جہلو۔</w:t>
      </w:r>
    </w:p>
    <w:p>
      <w:r>
        <w:rPr>
          <w:b/>
        </w:rPr>
        <w:t xml:space="preserve">[45:11] </w:t>
      </w:r>
      <w:r>
        <w:t>al-nasu adaa'u ma jahaloo.</w:t>
      </w:r>
    </w:p>
    <w:p>
      <w:pPr>
        <w:jc w:val="right"/>
      </w:pPr>
      <w:r>
        <w:t>الناس وعداء ما جہلو۔</w:t>
      </w:r>
    </w:p>
    <w:p>
      <w:r>
        <w:rPr>
          <w:b/>
        </w:rPr>
        <w:t xml:space="preserve">[45:13] </w:t>
      </w:r>
      <w:r>
        <w:t>log us cheez ke dushman ban jate hain jis ko woh na jante hon.</w:t>
      </w:r>
    </w:p>
    <w:p>
      <w:pPr>
        <w:jc w:val="right"/>
      </w:pPr>
      <w:r>
        <w:t>لوگ اس چیز کے دشمن بن جاتے ہیں جس کو وہ نہ جانتے ہوں۔</w:t>
      </w:r>
    </w:p>
    <w:p>
      <w:r>
        <w:rPr>
          <w:b/>
        </w:rPr>
        <w:t xml:space="preserve">[45:19] </w:t>
      </w:r>
      <w:r>
        <w:t>log us cheez ke dushman ban jate hain jis ko woh na jante hon.</w:t>
      </w:r>
    </w:p>
    <w:p>
      <w:pPr>
        <w:jc w:val="right"/>
      </w:pPr>
      <w:r>
        <w:t>لوگ اس چیز کے دشمن بن جاتے ہیں جس کو وہ نہ جانتے ہوں۔</w:t>
      </w:r>
    </w:p>
    <w:p>
      <w:r>
        <w:rPr>
          <w:b/>
        </w:rPr>
        <w:t xml:space="preserve">[45:25] </w:t>
      </w:r>
      <w:r>
        <w:t>mein samajhta hoon ke is zamane mein har taraf musalmanon ne na janne ki wajah se yeh kiya</w:t>
      </w:r>
    </w:p>
    <w:p>
      <w:pPr>
        <w:jc w:val="right"/>
      </w:pPr>
      <w:r>
        <w:t>میں سمجھتا ہوں کہ اس زمانے میں ہر طرف مسلمانوں نے نہ جاننے کی وجہ سے یہ کیا</w:t>
      </w:r>
    </w:p>
    <w:p>
      <w:r>
        <w:rPr>
          <w:b/>
        </w:rPr>
        <w:t xml:space="preserve">[45:33] </w:t>
      </w:r>
      <w:r>
        <w:t>ke har cheez ke dushman ban gaye woh.</w:t>
      </w:r>
    </w:p>
    <w:p>
      <w:pPr>
        <w:jc w:val="right"/>
      </w:pPr>
      <w:r>
        <w:t>کہ ہر چیز کے دشمن بن گئے وہ۔</w:t>
      </w:r>
    </w:p>
    <w:p>
      <w:r>
        <w:rPr>
          <w:b/>
        </w:rPr>
        <w:t xml:space="preserve">[45:36] </w:t>
      </w:r>
      <w:r>
        <w:t>yahan tak ke hamare naujawani ke umar mein mein dekhta tha ke log science ko atheism samajhte thay.</w:t>
      </w:r>
    </w:p>
    <w:p>
      <w:pPr>
        <w:jc w:val="right"/>
      </w:pPr>
      <w:r>
        <w:t>یہاں تک کہ ہمارے نوجوانی کے عمر میں میں دیکھتا تھا کہ لوگ سائنس کو atheism سمجھتے تھے۔</w:t>
      </w:r>
    </w:p>
    <w:p>
      <w:r>
        <w:rPr>
          <w:b/>
        </w:rPr>
        <w:t xml:space="preserve">[45:44] </w:t>
      </w:r>
      <w:r>
        <w:t>is zamane mein yeh concept tha ke science means atheism yani ilhad.</w:t>
      </w:r>
    </w:p>
    <w:p>
      <w:pPr>
        <w:jc w:val="right"/>
      </w:pPr>
      <w:r>
        <w:t>اس زمانے میں یہ concept تھا کہ سائنس means atheism یعنی الحاد۔</w:t>
      </w:r>
    </w:p>
    <w:p>
      <w:r>
        <w:rPr>
          <w:b/>
        </w:rPr>
        <w:t xml:space="preserve">[45:49] </w:t>
      </w:r>
      <w:r>
        <w:t>yani science aur ilhad dono ko ek samajhte thay woh.</w:t>
      </w:r>
    </w:p>
    <w:p>
      <w:pPr>
        <w:jc w:val="right"/>
      </w:pPr>
      <w:r>
        <w:t>یعنی سائنس اور الحاد دونوں کو ایک سمجھتے تھے وہ۔</w:t>
      </w:r>
    </w:p>
    <w:p>
      <w:r>
        <w:rPr>
          <w:b/>
        </w:rPr>
        <w:t xml:space="preserve">[45:53] </w:t>
      </w:r>
      <w:r>
        <w:t>halankay science jo hai, woh kya hai? science to wohi hai jis ko quran mein kaha gaya ayat</w:t>
      </w:r>
    </w:p>
    <w:p>
      <w:pPr>
        <w:jc w:val="right"/>
      </w:pPr>
      <w:r>
        <w:t>حالانکہ سائنس جو ہے، وہ کیا ہے؟ سائنس تو وہی ہے جس کو قرآن میں کہا گیا آیات</w:t>
      </w:r>
    </w:p>
    <w:p>
      <w:r>
        <w:rPr>
          <w:b/>
        </w:rPr>
        <w:t xml:space="preserve">[46:01] </w:t>
      </w:r>
      <w:r>
        <w:t>anfus aur afaq anfus mein ki ayat ki jo nishaniyan hain, us ka zahoor.</w:t>
      </w:r>
    </w:p>
    <w:p>
      <w:pPr>
        <w:jc w:val="right"/>
      </w:pPr>
      <w:r>
        <w:t>انفس اور آفاق انفس میں کی آیات کی جو نشانیاں ہیں، اس کا ظہور۔</w:t>
      </w:r>
    </w:p>
    <w:p>
      <w:r>
        <w:rPr>
          <w:b/>
        </w:rPr>
        <w:t xml:space="preserve">[46:07] </w:t>
      </w:r>
      <w:r>
        <w:t>science kya hai? science to nature ko explore karna, nature mein jo law hai, us ko daryaft karna</w:t>
      </w:r>
    </w:p>
    <w:p>
      <w:pPr>
        <w:jc w:val="right"/>
      </w:pPr>
      <w:r>
        <w:t>سائنس کیا ہے؟ سائنس تو nature کو explore کرنا، nature میں جو law ہے، اس کو دریافت کرنا</w:t>
      </w:r>
    </w:p>
    <w:p>
      <w:r>
        <w:rPr>
          <w:b/>
        </w:rPr>
        <w:t xml:space="preserve">[46:15] </w:t>
      </w:r>
      <w:r>
        <w:t>hai, us ko batana hai.</w:t>
      </w:r>
    </w:p>
    <w:p>
      <w:pPr>
        <w:jc w:val="right"/>
      </w:pPr>
      <w:r>
        <w:t>ہے، اس کو بتانا ہے۔</w:t>
      </w:r>
    </w:p>
    <w:p>
      <w:r>
        <w:rPr>
          <w:b/>
        </w:rPr>
        <w:t xml:space="preserve">[46:17] </w:t>
      </w:r>
      <w:r>
        <w:t>isi ka naam science hai.</w:t>
      </w:r>
    </w:p>
    <w:p>
      <w:pPr>
        <w:jc w:val="right"/>
      </w:pPr>
      <w:r>
        <w:t>اسی کا نام سائنس ہے۔</w:t>
      </w:r>
    </w:p>
    <w:p>
      <w:r>
        <w:rPr>
          <w:b/>
        </w:rPr>
        <w:t xml:space="preserve">[46:19] </w:t>
      </w:r>
      <w:r>
        <w:t>science means science of nature.</w:t>
      </w:r>
    </w:p>
    <w:p>
      <w:pPr>
        <w:jc w:val="right"/>
      </w:pPr>
      <w:r>
        <w:t>سائنس means سائنس آف نیچر۔</w:t>
      </w:r>
    </w:p>
    <w:p>
      <w:r>
        <w:rPr>
          <w:b/>
        </w:rPr>
        <w:t xml:space="preserve">[46:21] </w:t>
      </w:r>
      <w:r>
        <w:t>to is zamane mein dekhiye, sab se bari musibat yeh pesh aai hai ke log al-nas wa adaa' ma</w:t>
      </w:r>
    </w:p>
    <w:p>
      <w:pPr>
        <w:jc w:val="right"/>
      </w:pPr>
      <w:r>
        <w:t>تو اس زمانے میں دیکھیے، سب سے بڑی مصیبت یہ پیش آئی ہے کہ لوگ الناس وعداء ما</w:t>
      </w:r>
    </w:p>
    <w:p>
      <w:r>
        <w:rPr>
          <w:b/>
        </w:rPr>
        <w:t xml:space="preserve">[46:29] </w:t>
      </w:r>
      <w:r>
        <w:t>jahlu ka shikar ho gaye.</w:t>
      </w:r>
    </w:p>
    <w:p>
      <w:pPr>
        <w:jc w:val="right"/>
      </w:pPr>
      <w:r>
        <w:t>جہلو کا شکار ہو گئے۔</w:t>
      </w:r>
    </w:p>
    <w:p>
      <w:r>
        <w:rPr>
          <w:b/>
        </w:rPr>
        <w:t xml:space="preserve">[46:31] </w:t>
      </w:r>
      <w:r>
        <w:t>na janne ki wajah se har cheez ke dushman ban gaye ke science hamare dushman hai, technology hamare</w:t>
      </w:r>
    </w:p>
    <w:p>
      <w:pPr>
        <w:jc w:val="right"/>
      </w:pPr>
      <w:r>
        <w:t>نہ جاننے کی وجہ سے ہر چیز کے دشمن بن گئے کہ سائنس ہمارے دشمن ہے، ٹیکنالوجی ہمارے</w:t>
      </w:r>
    </w:p>
    <w:p>
      <w:r>
        <w:rPr>
          <w:b/>
        </w:rPr>
        <w:t xml:space="preserve">[46:39] </w:t>
      </w:r>
      <w:r>
        <w:t>dushman hai, secularism hamare khilaf hai, democracy hamare khilaf hai, freedom of expression ka nazariya hamare khilaf hai.</w:t>
      </w:r>
    </w:p>
    <w:p>
      <w:pPr>
        <w:jc w:val="right"/>
      </w:pPr>
      <w:r>
        <w:t>دشمن ہے، secularism ہمارے خلاف ہے، democracy ہمارے خلاف ہے، freedom of expression کا نظریہ ہمارے خلاف ہے۔</w:t>
      </w:r>
    </w:p>
    <w:p>
      <w:r>
        <w:rPr>
          <w:b/>
        </w:rPr>
        <w:t xml:space="preserve">[46:47] </w:t>
      </w:r>
      <w:r>
        <w:t>yeh kitni bari bhool hai.</w:t>
      </w:r>
    </w:p>
    <w:p>
      <w:pPr>
        <w:jc w:val="right"/>
      </w:pPr>
      <w:r>
        <w:t>یہ کتنی بڑی بھول ہے۔</w:t>
      </w:r>
    </w:p>
    <w:p>
      <w:r>
        <w:rPr>
          <w:b/>
        </w:rPr>
        <w:t xml:space="preserve">[46:49] </w:t>
      </w:r>
      <w:r>
        <w:t>dekhiye, pichle zamanon mein kabhi bhi insan ko yeh hasil nahi tha, yeh jis ko hum kehte hain</w:t>
      </w:r>
    </w:p>
    <w:p>
      <w:pPr>
        <w:jc w:val="right"/>
      </w:pPr>
      <w:r>
        <w:t>دیکھیے، پچھلے زمانوں میں کبھی بھی انسان کو یہ حاصل نہیں تھا، یہ جس کو ہم کہتے ہیں</w:t>
      </w:r>
    </w:p>
    <w:p>
      <w:r>
        <w:rPr>
          <w:b/>
        </w:rPr>
        <w:t xml:space="preserve">[46:56] </w:t>
      </w:r>
      <w:r>
        <w:t>freedom of expression.</w:t>
      </w:r>
    </w:p>
    <w:p>
      <w:pPr>
        <w:jc w:val="right"/>
      </w:pPr>
      <w:r>
        <w:t>freedom of expression۔</w:t>
      </w:r>
    </w:p>
    <w:p>
      <w:r>
        <w:rPr>
          <w:b/>
        </w:rPr>
        <w:t xml:space="preserve">[46:58] </w:t>
      </w:r>
      <w:r>
        <w:t>is zamane mein jab freedom of expression ka zamana aaya to hamare bhi to freedom mili, hum ko</w:t>
      </w:r>
    </w:p>
    <w:p>
      <w:pPr>
        <w:jc w:val="right"/>
      </w:pPr>
      <w:r>
        <w:t>اس زمانے میں جب freedom of expression کا زمانہ آیا تو ہمارے بھی تو freedom ملی، ہم کو</w:t>
      </w:r>
    </w:p>
    <w:p>
      <w:r>
        <w:rPr>
          <w:b/>
        </w:rPr>
        <w:t xml:space="preserve">[47:06] </w:t>
      </w:r>
      <w:r>
        <w:t>bhi.</w:t>
      </w:r>
    </w:p>
    <w:p>
      <w:pPr>
        <w:jc w:val="right"/>
      </w:pPr>
      <w:r>
        <w:t>بھی۔</w:t>
      </w:r>
    </w:p>
    <w:p>
      <w:r>
        <w:rPr>
          <w:b/>
        </w:rPr>
        <w:t xml:space="preserve">[47:07] </w:t>
      </w:r>
      <w:r>
        <w:t>yeh to yeh ke doosron ko mili, hum ko nahi mili.</w:t>
      </w:r>
    </w:p>
    <w:p>
      <w:pPr>
        <w:jc w:val="right"/>
      </w:pPr>
      <w:r>
        <w:t>یہ تو یہ کہ دوسروں کو ملی، ہم کو نہیں ملی۔</w:t>
      </w:r>
    </w:p>
    <w:p>
      <w:r>
        <w:rPr>
          <w:b/>
        </w:rPr>
        <w:t xml:space="preserve">[47:12] </w:t>
      </w:r>
      <w:r>
        <w:t>pehlay zamane mein to kisi ko freedom nahi hua karti, siwaye badshah ke.</w:t>
      </w:r>
    </w:p>
    <w:p>
      <w:pPr>
        <w:jc w:val="right"/>
      </w:pPr>
      <w:r>
        <w:t>پہلے زمانے میں تو کسی کو freedom نہیں ہوا کرتی، سوائے بادشاہ کے۔</w:t>
      </w:r>
    </w:p>
    <w:p>
      <w:r>
        <w:rPr>
          <w:b/>
        </w:rPr>
        <w:t xml:space="preserve">[47:17] </w:t>
      </w:r>
      <w:r>
        <w:t>sirf king jo tha, usi ko freedom mili hoti thi pehlay zamane mein.</w:t>
      </w:r>
    </w:p>
    <w:p>
      <w:pPr>
        <w:jc w:val="right"/>
      </w:pPr>
      <w:r>
        <w:t>صرف king جو تھا، اسی کو freedom ملی ہوتی تھی پہلے زمانے میں۔</w:t>
      </w:r>
    </w:p>
    <w:p>
      <w:r>
        <w:rPr>
          <w:b/>
        </w:rPr>
        <w:t xml:space="preserve">[47:23] </w:t>
      </w:r>
      <w:r>
        <w:t>baqi sab subject hotay thay, subject.</w:t>
      </w:r>
    </w:p>
    <w:p>
      <w:pPr>
        <w:jc w:val="right"/>
      </w:pPr>
      <w:r>
        <w:t>باقی سب سبجیکٹ ہوتے تھے، سبجیکٹ۔</w:t>
      </w:r>
    </w:p>
    <w:p>
      <w:r>
        <w:rPr>
          <w:b/>
        </w:rPr>
        <w:t xml:space="preserve">[47:26] </w:t>
      </w:r>
      <w:r>
        <w:t>ab jab freedom aai hai to sab ke liye aai hai, hamare liye bhi aai hai.</w:t>
      </w:r>
    </w:p>
    <w:p>
      <w:pPr>
        <w:jc w:val="right"/>
      </w:pPr>
      <w:r>
        <w:t>اب جب freedom آئی ہے تو سب کے لیے آئی ہے، ہمارے لیے بھی آئی ہے۔</w:t>
      </w:r>
    </w:p>
    <w:p>
      <w:r>
        <w:rPr>
          <w:b/>
        </w:rPr>
        <w:t xml:space="preserve">[47:32] </w:t>
      </w:r>
      <w:r>
        <w:t>to aap is mein bharkte kyun hain? doosre log agar apne views ko kitabon mein likh kar chhaap</w:t>
      </w:r>
    </w:p>
    <w:p>
      <w:pPr>
        <w:jc w:val="right"/>
      </w:pPr>
      <w:r>
        <w:t>تو آپ اس میں بھڑکتے کیوں ہیں؟ دوسرے لوگ اگر اپنے views کو کتابوں میں لکھ کر چھاپ</w:t>
      </w:r>
    </w:p>
    <w:p>
      <w:r>
        <w:rPr>
          <w:b/>
        </w:rPr>
        <w:t xml:space="preserve">[47:40] </w:t>
      </w:r>
      <w:r>
        <w:t>rahe hain to unhein chhaapne dijiye.</w:t>
      </w:r>
    </w:p>
    <w:p>
      <w:pPr>
        <w:jc w:val="right"/>
      </w:pPr>
      <w:r>
        <w:t>رہے ہیں تو انہیں چھاپنے دیجیے۔</w:t>
      </w:r>
    </w:p>
    <w:p>
      <w:r>
        <w:rPr>
          <w:b/>
        </w:rPr>
        <w:t xml:space="preserve">[47:43] </w:t>
      </w:r>
      <w:r>
        <w:t>aap apne views ko likhiye aur chhaapiye.</w:t>
      </w:r>
    </w:p>
    <w:p>
      <w:pPr>
        <w:jc w:val="right"/>
      </w:pPr>
      <w:r>
        <w:t>آپ اپنے views کو لکھیے اور چھاپیے۔</w:t>
      </w:r>
    </w:p>
    <w:p>
      <w:r>
        <w:rPr>
          <w:b/>
        </w:rPr>
        <w:t xml:space="preserve">[47:46] </w:t>
      </w:r>
      <w:r>
        <w:t>aap ke views agar zyada strong honge, in mein zyada logic hogi, zyada reason hogi to log</w:t>
      </w:r>
    </w:p>
    <w:p>
      <w:pPr>
        <w:jc w:val="right"/>
      </w:pPr>
      <w:r>
        <w:t>آپ کے views اگر زیادہ strong ہوں گے، ان میں زیادہ logic ہوگی، زیادہ reason ہوگی تو لوگ</w:t>
      </w:r>
    </w:p>
    <w:p>
      <w:r>
        <w:rPr>
          <w:b/>
        </w:rPr>
        <w:t xml:space="preserve">[47:53] </w:t>
      </w:r>
      <w:r>
        <w:t>isi ko maan lenge.</w:t>
      </w:r>
    </w:p>
    <w:p>
      <w:pPr>
        <w:jc w:val="right"/>
      </w:pPr>
      <w:r>
        <w:t>اسی کو مان لیں گے۔</w:t>
      </w:r>
    </w:p>
    <w:p>
      <w:r>
        <w:rPr>
          <w:b/>
        </w:rPr>
        <w:t xml:space="preserve">[47:56] </w:t>
      </w:r>
      <w:r>
        <w:t>to main samajhta hoon ke modern world jo hai, is mein koi bhi aisi cheez nahin hai jo</w:t>
      </w:r>
    </w:p>
    <w:p>
      <w:pPr>
        <w:jc w:val="right"/>
      </w:pPr>
      <w:r>
        <w:t>تو میں سمجھتا ہوں کہ modern world جو ہے، اس میں کوئی بھی ایسی چیز نہیں ہے جو</w:t>
      </w:r>
    </w:p>
    <w:p>
      <w:r>
        <w:rPr>
          <w:b/>
        </w:rPr>
        <w:t xml:space="preserve">[48:03] </w:t>
      </w:r>
      <w:r>
        <w:t>jo hamare khilaaf ho.</w:t>
      </w:r>
    </w:p>
    <w:p>
      <w:pPr>
        <w:jc w:val="right"/>
      </w:pPr>
      <w:r>
        <w:t>جو ہمارے خلاف ہو۔</w:t>
      </w:r>
    </w:p>
    <w:p>
      <w:r>
        <w:rPr>
          <w:b/>
        </w:rPr>
        <w:t xml:space="preserve">[48:05] </w:t>
      </w:r>
      <w:r>
        <w:t>sirf ek cheez jis ko log bhadakte hain, woh is ka woh modern world se koi ta'alluq is</w:t>
      </w:r>
    </w:p>
    <w:p>
      <w:pPr>
        <w:jc w:val="right"/>
      </w:pPr>
      <w:r>
        <w:t>صرف ایک چیز جس کو لوگ بھڑکتے ہیں، وہ اس کا وہ modern world سے کوئی تعلق اس</w:t>
      </w:r>
    </w:p>
    <w:p>
      <w:r>
        <w:rPr>
          <w:b/>
        </w:rPr>
        <w:t xml:space="preserve">[48:13] </w:t>
      </w:r>
      <w:r>
        <w:t>ka nahin hai.</w:t>
      </w:r>
    </w:p>
    <w:p>
      <w:pPr>
        <w:jc w:val="right"/>
      </w:pPr>
      <w:r>
        <w:t>کا نہیں ہے۔</w:t>
      </w:r>
    </w:p>
    <w:p>
      <w:r>
        <w:rPr>
          <w:b/>
        </w:rPr>
        <w:t xml:space="preserve">[48:14] </w:t>
      </w:r>
      <w:r>
        <w:t>woh hai nudity.</w:t>
      </w:r>
    </w:p>
    <w:p>
      <w:pPr>
        <w:jc w:val="right"/>
      </w:pPr>
      <w:r>
        <w:t>وہ ہے nudity۔</w:t>
      </w:r>
    </w:p>
    <w:p>
      <w:r>
        <w:rPr>
          <w:b/>
        </w:rPr>
        <w:t xml:space="preserve">[48:16] </w:t>
      </w:r>
      <w:r>
        <w:t>is ke khilaaf hai nudity ya is qism ki jo cheezein hain, woh is ka ta'alluq science se</w:t>
      </w:r>
    </w:p>
    <w:p>
      <w:pPr>
        <w:jc w:val="right"/>
      </w:pPr>
      <w:r>
        <w:t>اس کے خلاف ہے nudity یا اس قسم کی جو چیزیں ہیں، وہ اس کا تعلق سائنس سے</w:t>
      </w:r>
    </w:p>
    <w:p>
      <w:r>
        <w:rPr>
          <w:b/>
        </w:rPr>
        <w:t xml:space="preserve">[48:23] </w:t>
      </w:r>
      <w:r>
        <w:t>nahin hai.</w:t>
      </w:r>
    </w:p>
    <w:p>
      <w:pPr>
        <w:jc w:val="right"/>
      </w:pPr>
      <w:r>
        <w:t>نہیں ہے۔</w:t>
      </w:r>
    </w:p>
    <w:p>
      <w:r>
        <w:rPr>
          <w:b/>
        </w:rPr>
        <w:t xml:space="preserve">[48:25] </w:t>
      </w:r>
      <w:r>
        <w:t>science nahin kehti ke aap nange ho jaiye, kapra mat pehniye, yehova culture chalaieye.</w:t>
      </w:r>
    </w:p>
    <w:p>
      <w:pPr>
        <w:jc w:val="right"/>
      </w:pPr>
      <w:r>
        <w:t>سائنس نہیں کہتی کہ آپ ننگے ہو جائیے، کپڑا مت پہنیے، یہووا کلچر چلائیے۔</w:t>
      </w:r>
    </w:p>
    <w:p>
      <w:r>
        <w:rPr>
          <w:b/>
        </w:rPr>
        <w:t xml:space="preserve">[48:31] </w:t>
      </w:r>
      <w:r>
        <w:t>is ka ta'alluq science se nahin hai.</w:t>
      </w:r>
    </w:p>
    <w:p>
      <w:pPr>
        <w:jc w:val="right"/>
      </w:pPr>
      <w:r>
        <w:t>اس کا تعلق سائنس سے نہیں ہے۔</w:t>
      </w:r>
    </w:p>
    <w:p>
      <w:r>
        <w:rPr>
          <w:b/>
        </w:rPr>
        <w:t xml:space="preserve">[48:34] </w:t>
      </w:r>
      <w:r>
        <w:t>is ka ta'alluq science se nahin hai, woh ek alag cheez hai.</w:t>
      </w:r>
    </w:p>
    <w:p>
      <w:pPr>
        <w:jc w:val="right"/>
      </w:pPr>
      <w:r>
        <w:t>اس کا تعلق سائنس سے نہیں ہے، وہ ایک الگ چیز ہے۔</w:t>
      </w:r>
    </w:p>
    <w:p>
      <w:r>
        <w:rPr>
          <w:b/>
        </w:rPr>
        <w:t xml:space="preserve">[48:39] </w:t>
      </w:r>
      <w:r>
        <w:t>is ko main galat samajhta hoon jo jo cultural part hai western world ka.</w:t>
      </w:r>
    </w:p>
    <w:p>
      <w:pPr>
        <w:jc w:val="right"/>
      </w:pPr>
      <w:r>
        <w:t>اس کو میں غلط سمجھتا ہوں جو جو cultural part ہے western world کا۔</w:t>
      </w:r>
    </w:p>
    <w:p>
      <w:r>
        <w:rPr>
          <w:b/>
        </w:rPr>
        <w:t xml:space="preserve">[48:45] </w:t>
      </w:r>
      <w:r>
        <w:t>lekin jo science hai, is mein to koi nahin, na Islam hai na ghair Islam, woh to sab</w:t>
      </w:r>
    </w:p>
    <w:p>
      <w:pPr>
        <w:jc w:val="right"/>
      </w:pPr>
      <w:r>
        <w:t>لیکن جو سائنس ہے، اس میں تو کوئی نہیں، نہ اسلام ہے نہ غیر اسلام، وہ تو سب</w:t>
      </w:r>
    </w:p>
    <w:p>
      <w:r>
        <w:rPr>
          <w:b/>
        </w:rPr>
        <w:t xml:space="preserve">[48:53] </w:t>
      </w:r>
      <w:r>
        <w:t>ke liye hai.</w:t>
      </w:r>
    </w:p>
    <w:p>
      <w:pPr>
        <w:jc w:val="right"/>
      </w:pPr>
      <w:r>
        <w:t>کے لیے ہے۔</w:t>
      </w:r>
    </w:p>
    <w:p>
      <w:r>
        <w:rPr>
          <w:b/>
        </w:rPr>
        <w:t xml:space="preserve">[48:54] </w:t>
      </w:r>
      <w:r>
        <w:t>to modern world basically scientific world ka naam hai.</w:t>
      </w:r>
    </w:p>
    <w:p>
      <w:pPr>
        <w:jc w:val="right"/>
      </w:pPr>
      <w:r>
        <w:t>تو modern world basically scientific world کا نام ہے۔</w:t>
      </w:r>
    </w:p>
    <w:p>
      <w:r>
        <w:rPr>
          <w:b/>
        </w:rPr>
        <w:t xml:space="preserve">[48:58] </w:t>
      </w:r>
      <w:r>
        <w:t>aur scientific world mein koi aisi cheez nahin jis ko hum kehte keh sakein ke yeh Islam unislamic</w:t>
      </w:r>
    </w:p>
    <w:p>
      <w:pPr>
        <w:jc w:val="right"/>
      </w:pPr>
      <w:r>
        <w:t>اور scientific world میں کوئی ایسی چیز نہیں جس کو ہم کہتے کہہ سکیں کہ یہ اسلام unislamic</w:t>
      </w:r>
    </w:p>
    <w:p>
      <w:r>
        <w:rPr>
          <w:b/>
        </w:rPr>
        <w:t xml:space="preserve">[49:06] </w:t>
      </w:r>
      <w:r>
        <w:t>hai ya Islamic hai.</w:t>
      </w:r>
    </w:p>
    <w:p>
      <w:pPr>
        <w:jc w:val="right"/>
      </w:pPr>
      <w:r>
        <w:t>ہے یا اسلامic ہے۔</w:t>
      </w:r>
    </w:p>
    <w:p>
      <w:r>
        <w:rPr>
          <w:b/>
        </w:rPr>
        <w:t xml:space="preserve">[49:08] </w:t>
      </w:r>
      <w:r>
        <w:t>woh to waise hi jaise suraj aur chaand, waise hi jaise zameen aur aasman, is mein koi Islamic</w:t>
      </w:r>
    </w:p>
    <w:p>
      <w:pPr>
        <w:jc w:val="right"/>
      </w:pPr>
      <w:r>
        <w:t>وہ تو ویسے ہی جیسے سورج اور چاند، ویسے ہی جیسے زمین اور آسمان، اس میں کوئی اسلامic</w:t>
      </w:r>
    </w:p>
    <w:p>
      <w:r>
        <w:rPr>
          <w:b/>
        </w:rPr>
        <w:t xml:space="preserve">[49:15] </w:t>
      </w:r>
      <w:r>
        <w:t>aur unislamic nahin hai.</w:t>
      </w:r>
    </w:p>
    <w:p>
      <w:pPr>
        <w:jc w:val="right"/>
      </w:pPr>
      <w:r>
        <w:t>اور unislamic نہیں ہے۔</w:t>
      </w:r>
    </w:p>
    <w:p>
      <w:r>
        <w:rPr>
          <w:b/>
        </w:rPr>
        <w:t xml:space="preserve">[49:17] </w:t>
      </w:r>
      <w:r>
        <w:t>yeh thinking agar aa jaye musalmanon mein to sab se bari cheez jo milegi, woh hai ke</w:t>
      </w:r>
    </w:p>
    <w:p>
      <w:pPr>
        <w:jc w:val="right"/>
      </w:pPr>
      <w:r>
        <w:t>یہ thinking اگر آ جائے مسلمانوں میں تو سب سے بڑی چیز جو ملے گی، وہ ہے کہ</w:t>
      </w:r>
    </w:p>
    <w:p>
      <w:r>
        <w:rPr>
          <w:b/>
        </w:rPr>
        <w:t xml:space="preserve">[49:25] </w:t>
      </w:r>
      <w:r>
        <w:t>positivity aa jayegi.</w:t>
      </w:r>
    </w:p>
    <w:p>
      <w:pPr>
        <w:jc w:val="right"/>
      </w:pPr>
      <w:r>
        <w:t>positivity آ جائے گی۔</w:t>
      </w:r>
    </w:p>
    <w:p>
      <w:r>
        <w:rPr>
          <w:b/>
        </w:rPr>
        <w:t xml:space="preserve">[49:26] </w:t>
      </w:r>
      <w:r>
        <w:t>sab se bari cheez jo is ko is zamane ke musalmanon ne khoya hai, woh hai positive mind,</w:t>
      </w:r>
    </w:p>
    <w:p>
      <w:pPr>
        <w:jc w:val="right"/>
      </w:pPr>
      <w:r>
        <w:t>سب سے بڑی چیز جو اس کو اس زمانے کے مسلمانوں نے کھویا ہے، وہ ہے positive mind،</w:t>
      </w:r>
    </w:p>
    <w:p>
      <w:r>
        <w:rPr>
          <w:b/>
        </w:rPr>
        <w:t xml:space="preserve">[49:34] </w:t>
      </w:r>
      <w:r>
        <w:t>positive soch.</w:t>
      </w:r>
    </w:p>
    <w:p>
      <w:pPr>
        <w:jc w:val="right"/>
      </w:pPr>
      <w:r>
        <w:t>positive سوچ۔</w:t>
      </w:r>
    </w:p>
    <w:p>
      <w:r>
        <w:rPr>
          <w:b/>
        </w:rPr>
        <w:t xml:space="preserve">[49:36] </w:t>
      </w:r>
      <w:r>
        <w:t>Positive soch har qism ki development ke liye positive thinking zaroori hai.</w:t>
      </w:r>
    </w:p>
    <w:p>
      <w:pPr>
        <w:jc w:val="right"/>
      </w:pPr>
      <w:r>
        <w:t>Positive سوچ ہر قسم کی development کے لیے positive thinking ضروری ہے۔</w:t>
      </w:r>
    </w:p>
    <w:p>
      <w:r>
        <w:rPr>
          <w:b/>
        </w:rPr>
        <w:t xml:space="preserve">[49:41] </w:t>
      </w:r>
      <w:r>
        <w:t>aur yeh jo main arz kiya, maine jo ideology, is ideology ko apnane ke baad jo sab</w:t>
      </w:r>
    </w:p>
    <w:p>
      <w:pPr>
        <w:jc w:val="right"/>
      </w:pPr>
      <w:r>
        <w:t>اور یہ جو میں عرض کیا، میں نے جو ideology، اس ideology کو اپنانے کے بعد جو سب</w:t>
      </w:r>
    </w:p>
    <w:p>
      <w:r>
        <w:rPr>
          <w:b/>
        </w:rPr>
        <w:t xml:space="preserve">[49:49] </w:t>
      </w:r>
      <w:r>
        <w:t>se bara faida milta hai, woh kya hai ke aadmi positive thinker ban jata hai.</w:t>
      </w:r>
    </w:p>
    <w:p>
      <w:pPr>
        <w:jc w:val="right"/>
      </w:pPr>
      <w:r>
        <w:t>سے بڑا فائدہ ملتا ہے، وہ کیا ہے کہ آدمی positive thinker بن جاتا ہے۔</w:t>
      </w:r>
    </w:p>
    <w:p>
      <w:r>
        <w:rPr>
          <w:b/>
        </w:rPr>
        <w:t xml:space="preserve">[49:55] </w:t>
      </w:r>
      <w:r>
        <w:t>aur positive thinker banna har qism ki taraqqi ka darwaza khol deta hai.</w:t>
      </w:r>
    </w:p>
    <w:p>
      <w:pPr>
        <w:jc w:val="right"/>
      </w:pPr>
      <w:r>
        <w:t>اور positive thinker بننا ہر قسم کی ترقی کا دروازہ کھول دیتا ہے۔</w:t>
      </w:r>
    </w:p>
    <w:p>
      <w:r>
        <w:rPr>
          <w:b/>
        </w:rPr>
        <w:t xml:space="preserve">[50:01] </w:t>
      </w:r>
      <w:r>
        <w:t>phir dunya mein aap ko koi enemy nahi dikhai deta.</w:t>
      </w:r>
    </w:p>
    <w:p>
      <w:pPr>
        <w:jc w:val="right"/>
      </w:pPr>
      <w:r>
        <w:t>پھر دنیا میں آپ کو کوئی enemy نہیں دکھائی دیتا۔</w:t>
      </w:r>
    </w:p>
    <w:p>
      <w:r>
        <w:rPr>
          <w:b/>
        </w:rPr>
        <w:t xml:space="preserve">[50:05] </w:t>
      </w:r>
      <w:r>
        <w:t>to main samajhta hoon ke taraqqi ka sab se bara raaz hai ke aap ke andar positive thinking</w:t>
      </w:r>
    </w:p>
    <w:p>
      <w:pPr>
        <w:jc w:val="right"/>
      </w:pPr>
      <w:r>
        <w:t>تو میں سمجھتا ہوں کہ ترقی کا سب سے بڑا راز ہے کہ آپ کے اندر positive thinking</w:t>
      </w:r>
    </w:p>
    <w:p>
      <w:r>
        <w:rPr>
          <w:b/>
        </w:rPr>
        <w:t xml:space="preserve">[50:13] </w:t>
      </w:r>
      <w:r>
        <w:t>aaye.</w:t>
      </w:r>
    </w:p>
    <w:p>
      <w:pPr>
        <w:jc w:val="right"/>
      </w:pPr>
      <w:r>
        <w:t>آئے۔</w:t>
      </w:r>
    </w:p>
    <w:p>
      <w:r>
        <w:rPr>
          <w:b/>
        </w:rPr>
        <w:t xml:space="preserve">[50:14] </w:t>
      </w:r>
      <w:r>
        <w:t>yeh soch khatam ho jaye ke dunya mein koi aap ka enemy hai.</w:t>
      </w:r>
    </w:p>
    <w:p>
      <w:pPr>
        <w:jc w:val="right"/>
      </w:pPr>
      <w:r>
        <w:t>یہ سوچ ختم ہو جائے کہ دنیا میں کوئی آپ کا enemy ہے۔</w:t>
      </w:r>
    </w:p>
    <w:p>
      <w:r>
        <w:rPr>
          <w:b/>
        </w:rPr>
        <w:t xml:space="preserve">[50:20] </w:t>
      </w:r>
      <w:r>
        <w:t>shayad dunya aap ko apna friend dikhai de.</w:t>
      </w:r>
    </w:p>
    <w:p>
      <w:pPr>
        <w:jc w:val="right"/>
      </w:pPr>
      <w:r>
        <w:t>شاید دنیا آپ کو اپنا friend دکھائی دے۔</w:t>
      </w:r>
    </w:p>
    <w:p>
      <w:r>
        <w:rPr>
          <w:b/>
        </w:rPr>
        <w:t xml:space="preserve">[50:23] </w:t>
      </w:r>
      <w:r>
        <w:t>We and they concept khatam ho jaye.</w:t>
      </w:r>
    </w:p>
    <w:p>
      <w:pPr>
        <w:jc w:val="right"/>
      </w:pPr>
      <w:r>
        <w:t>We and they concept ختم ہو جائے۔</w:t>
      </w:r>
    </w:p>
    <w:p>
      <w:r>
        <w:rPr>
          <w:b/>
        </w:rPr>
        <w:t xml:space="preserve">[50:26] </w:t>
      </w:r>
      <w:r>
        <w:t>isi waqt dawat ka band door khulta hai, isi waqt dawah work jari hota hai.</w:t>
      </w:r>
    </w:p>
    <w:p>
      <w:pPr>
        <w:jc w:val="right"/>
      </w:pPr>
      <w:r>
        <w:t>اسی وقت دعوت کا بند ڈور کھلتا ہے، اسی وقت دعویٰ work جاری ہوتا ہے۔</w:t>
      </w:r>
    </w:p>
    <w:p>
      <w:r>
        <w:rPr>
          <w:b/>
        </w:rPr>
        <w:t xml:space="preserve">[50:32] </w:t>
      </w:r>
      <w:r>
        <w:t>aqool qawli haza wastaghfirullah li walakum ajmaeen.</w:t>
      </w:r>
    </w:p>
    <w:p>
      <w:pPr>
        <w:jc w:val="right"/>
      </w:pPr>
      <w:r>
        <w:t>أقول قولي هذا واستغفراللہ لي ولكم اجمعین۔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