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Aaj Saware, on Doordarshan</w:t>
      </w:r>
    </w:p>
    <w:p>
      <w:r>
        <w:t>https://www.youtube.com/watch?v=o0aC0fW3Pfk</w:t>
      </w:r>
    </w:p>
    <w:p>
      <w:r>
        <w:rPr>
          <w:b/>
        </w:rPr>
        <w:t xml:space="preserve">[00:52] </w:t>
      </w:r>
      <w:r>
        <w:t>Hello and welcome to our program. Religion, for most of us, is a construct, a structure of values and beliefs that helps us live our lives. But how we view religion is a matter of understanding and of interpretation. The challenge arises when we start stereotyping religion, when we start confusing the belief with the believer, when we start using the believer to try and judge the belief.</w:t>
      </w:r>
    </w:p>
    <w:p>
      <w:pPr>
        <w:jc w:val="right"/>
      </w:pPr>
      <w:r>
        <w:t>Hello and welcome to our program. Religion, for most of us, is a construct, a structure of values and beliefs that helps us live our lives. But how we view religion is a matter of understanding and of interpretation. The challenge arises when we start stereotyping religion, when we start confusing the belief with the believer, when we start using the believer to try and judge the belief.</w:t>
      </w:r>
    </w:p>
    <w:p>
      <w:r>
        <w:rPr>
          <w:b/>
        </w:rPr>
        <w:t xml:space="preserve">[01:21] </w:t>
      </w:r>
      <w:r>
        <w:t>That's when understanding takes a big hit. Well, today's program is dedicated to greater understanding because our guest is a repository of wisdom and learning. One of the most eminent scholars of Islam, he has not only dedicated his life to understanding his faith, but is also a very keen proponent of the ideology of peace.</w:t>
      </w:r>
    </w:p>
    <w:p>
      <w:pPr>
        <w:jc w:val="right"/>
      </w:pPr>
      <w:r>
        <w:t>That's when understanding takes a big hit. Well, today's program is dedicated to greater understanding because our guest is a repository of wisdom and learning. One of the most eminent scholars of Islam, he has not only dedicated his life to understanding his faith, but is also a very keen proponent of the ideology of peace.</w:t>
      </w:r>
    </w:p>
    <w:p>
      <w:r>
        <w:rPr>
          <w:b/>
        </w:rPr>
        <w:t xml:space="preserve">[01:46] </w:t>
      </w:r>
      <w:r>
        <w:t>Please welcome Maulana Wahiduddin Khan. Maulana Sahib, welcome to our show. Thank you. You know, you have a kitab written by Maulana Sahib, which is "The Prophet of Peace." Why did you decide to write this book?</w:t>
      </w:r>
    </w:p>
    <w:p>
      <w:pPr>
        <w:jc w:val="right"/>
      </w:pPr>
      <w:r>
        <w:t>Please welcome Maulana Wahiduddin Khan. Maulana Sahib, welcome to our show. Thank you. You know, you have a kitab written by Maulana Sahib, which is "The Prophet of Peace." Why did you decide to write this book?</w:t>
      </w:r>
    </w:p>
    <w:p>
      <w:r>
        <w:rPr>
          <w:b/>
        </w:rPr>
        <w:t xml:space="preserve">[02:02] </w:t>
      </w:r>
      <w:r>
        <w:t>dekhiye, meri lifetime study ka yeh result hai.</w:t>
      </w:r>
    </w:p>
    <w:p>
      <w:pPr>
        <w:jc w:val="right"/>
      </w:pPr>
      <w:r>
        <w:t>देखिए, मेरी लाइफटाइम स्टडी का ये रिजल्ट है।</w:t>
      </w:r>
    </w:p>
    <w:p>
      <w:r>
        <w:rPr>
          <w:b/>
        </w:rPr>
        <w:t xml:space="preserve">[02:08] </w:t>
      </w:r>
      <w:r>
        <w:t>main bachpan se pacifist raha hoon, chote pan se.</w:t>
      </w:r>
    </w:p>
    <w:p>
      <w:pPr>
        <w:jc w:val="right"/>
      </w:pPr>
      <w:r>
        <w:t>मैं बचपन से pacifist रहा हूँ, छोटेपन से।</w:t>
      </w:r>
    </w:p>
    <w:p>
      <w:r>
        <w:rPr>
          <w:b/>
        </w:rPr>
        <w:t xml:space="preserve">[02:15] </w:t>
      </w:r>
      <w:r>
        <w:t>mere bhai, jo mere, unse main inspire hua, bade bhai, jo bahut zabardast congressi the, to wo kaha</w:t>
      </w:r>
    </w:p>
    <w:p>
      <w:pPr>
        <w:jc w:val="right"/>
      </w:pPr>
      <w:r>
        <w:t>मेरे भाई, जो मेरे, उनसे मैं inspire हुआ, बड़े भाई, जो बहुत जबरदस्त कांग्रेसी थे, तो वो कहा</w:t>
      </w:r>
    </w:p>
    <w:p>
      <w:r>
        <w:rPr>
          <w:b/>
        </w:rPr>
        <w:t xml:space="preserve">[02:22] </w:t>
      </w:r>
      <w:r>
        <w:t>karte the ke mahatma gandhi ka jo satyagrah hai, wo quran mein is tarike se hai ke</w:t>
      </w:r>
    </w:p>
    <w:p>
      <w:pPr>
        <w:jc w:val="right"/>
      </w:pPr>
      <w:r>
        <w:t>करते थे कि महात्मा गांधी का जो सत्य ग्रह है, वो कुरान में इस तरीके से है कि</w:t>
      </w:r>
    </w:p>
    <w:p>
      <w:r>
        <w:rPr>
          <w:b/>
        </w:rPr>
        <w:t xml:space="preserve">[02:29] </w:t>
      </w:r>
      <w:r>
        <w:t>wa tawaso bis sabri wa tawaso bil haqq wa tawaso bis sabri usi ka translation hai yeh.</w:t>
      </w:r>
    </w:p>
    <w:p>
      <w:pPr>
        <w:jc w:val="right"/>
      </w:pPr>
      <w:r>
        <w:t>وَتَوَاصَوَ بِالصَّبْرِ وَتَوَاصَوَ بِالْحَقِّ وَتَوَاصَوَ بِالصَّبْرِ उसी का ट्रांसलेशन है ये।</w:t>
      </w:r>
    </w:p>
    <w:p>
      <w:r>
        <w:rPr>
          <w:b/>
        </w:rPr>
        <w:t xml:space="preserve">[02:35] </w:t>
      </w:r>
      <w:r>
        <w:t>to main wahan se sochta tha ke dekhiye, islam koi alag cheez nahi hai.</w:t>
      </w:r>
    </w:p>
    <w:p>
      <w:pPr>
        <w:jc w:val="right"/>
      </w:pPr>
      <w:r>
        <w:t>तो मैं वहाँ से सोचता था कि देखिए, इस्लाम कोई अलग चीज़ नहीं है।</w:t>
      </w:r>
    </w:p>
    <w:p>
      <w:r>
        <w:rPr>
          <w:b/>
        </w:rPr>
        <w:t xml:space="preserve">[02:42] </w:t>
      </w:r>
      <w:r>
        <w:t>islam universal values ko educate karta hai, jo har jagah pai jati hain.</w:t>
      </w:r>
    </w:p>
    <w:p>
      <w:pPr>
        <w:jc w:val="right"/>
      </w:pPr>
      <w:r>
        <w:t>इस्लाम universal values को educate करता है, जो हर जगह पाई जाती है।</w:t>
      </w:r>
    </w:p>
    <w:p>
      <w:r>
        <w:rPr>
          <w:b/>
        </w:rPr>
        <w:t xml:space="preserve">[02:49] </w:t>
      </w:r>
      <w:r>
        <w:t>to phir main isko padhta raha, padhta raha, padhta raha, yahan tak ke maine discover kiya ke peace</w:t>
      </w:r>
    </w:p>
    <w:p>
      <w:pPr>
        <w:jc w:val="right"/>
      </w:pPr>
      <w:r>
        <w:t>तो फिर मैं इसको पढ़ता रहा, पढ़ता रहा, पढ़ता रहा, यहाँ तक कि मैंने discover किया कि peace</w:t>
      </w:r>
    </w:p>
    <w:p>
      <w:r>
        <w:rPr>
          <w:b/>
        </w:rPr>
        <w:t xml:space="preserve">[02:56] </w:t>
      </w:r>
      <w:r>
        <w:t>जो है, वो इस्लाम में peace is the sum of born in Islam.</w:t>
      </w:r>
    </w:p>
    <w:p>
      <w:pPr>
        <w:jc w:val="right"/>
      </w:pPr>
      <w:r>
        <w:t>जो है, वो इस्लाम में peace is the sum of borneum in Islam.</w:t>
      </w:r>
    </w:p>
    <w:p>
      <w:r>
        <w:rPr>
          <w:b/>
        </w:rPr>
        <w:t xml:space="preserve">[03:03] </w:t>
      </w:r>
      <w:r>
        <w:t>Peace is the supreme value in Islam.</w:t>
      </w:r>
    </w:p>
    <w:p>
      <w:pPr>
        <w:jc w:val="right"/>
      </w:pPr>
      <w:r>
        <w:t>Peace is the sum of borneum in Islam.</w:t>
      </w:r>
    </w:p>
    <w:p>
      <w:r>
        <w:rPr>
          <w:b/>
        </w:rPr>
        <w:t xml:space="preserve">[03:06] </w:t>
      </w:r>
      <w:r>
        <w:t>to usko lekar ke maine padha.</w:t>
      </w:r>
    </w:p>
    <w:p>
      <w:pPr>
        <w:jc w:val="right"/>
      </w:pPr>
      <w:r>
        <w:t>तो उसको लेकर के मैंने पढ़ा।</w:t>
      </w:r>
    </w:p>
    <w:p>
      <w:r>
        <w:rPr>
          <w:b/>
        </w:rPr>
        <w:t xml:space="preserve">[03:10] </w:t>
      </w:r>
      <w:r>
        <w:t>तो पूरा जो Islam ki jo methodology hai, jo Prophet ki jo life hai, uss se explain ho gayi.</w:t>
      </w:r>
    </w:p>
    <w:p>
      <w:pPr>
        <w:jc w:val="right"/>
      </w:pPr>
      <w:r>
        <w:t>तो पूरा जो इस्लाम की जो methodology है, जो prophet की जो life है, उससे explain हो गई।</w:t>
      </w:r>
    </w:p>
    <w:p>
      <w:r>
        <w:rPr>
          <w:b/>
        </w:rPr>
        <w:t xml:space="preserve">[03:14] </w:t>
      </w:r>
      <w:r>
        <w:t>to phir maine yeh kitab likhi.</w:t>
      </w:r>
    </w:p>
    <w:p>
      <w:pPr>
        <w:jc w:val="right"/>
      </w:pPr>
      <w:r>
        <w:t>तो फिर मैंने ये किताब लिखी।</w:t>
      </w:r>
    </w:p>
    <w:p>
      <w:r>
        <w:rPr>
          <w:b/>
        </w:rPr>
        <w:t xml:space="preserve">[03:18] </w:t>
      </w:r>
      <w:r>
        <w:t>is kitab mein aapne, Maulana Sahib, bahut aham mudde address kare hain aur kitni misunderstandings hain, aapne clear</w:t>
      </w:r>
    </w:p>
    <w:p>
      <w:pPr>
        <w:jc w:val="right"/>
      </w:pPr>
      <w:r>
        <w:t>इस किताब में आपने, Maulana Sahib, बहुत अहम मुद्दे address करे हैं और कितनी misunderstandings हैं, आपने clear</w:t>
      </w:r>
    </w:p>
    <w:p>
      <w:r>
        <w:rPr>
          <w:b/>
        </w:rPr>
        <w:t xml:space="preserve">[03:22] </w:t>
      </w:r>
      <w:r>
        <w:t>karne ki koshish kari hai.</w:t>
      </w:r>
    </w:p>
    <w:p>
      <w:pPr>
        <w:jc w:val="right"/>
      </w:pPr>
      <w:r>
        <w:t>करने की कोशिश करी है।</w:t>
      </w:r>
    </w:p>
    <w:p>
      <w:r>
        <w:rPr>
          <w:b/>
        </w:rPr>
        <w:t xml:space="preserve">[03:26] </w:t>
      </w:r>
      <w:r>
        <w:t>to, aur aap yeh bhi kehte hain ke islam is based on the ideology of peace.</w:t>
      </w:r>
    </w:p>
    <w:p>
      <w:pPr>
        <w:jc w:val="right"/>
      </w:pPr>
      <w:r>
        <w:t>तो, और आप ये भी कहते हैं कि इस्लाम is based on the ideology of peace।</w:t>
      </w:r>
    </w:p>
    <w:p>
      <w:r>
        <w:rPr>
          <w:b/>
        </w:rPr>
        <w:t xml:space="preserve">[03:30] </w:t>
      </w:r>
      <w:r>
        <w:t>to phir itni misunderstanding kyun?</w:t>
      </w:r>
    </w:p>
    <w:p>
      <w:pPr>
        <w:jc w:val="right"/>
      </w:pPr>
      <w:r>
        <w:t>तो फिर इतनी misunderstanding क्यों?</w:t>
      </w:r>
    </w:p>
    <w:p>
      <w:r>
        <w:rPr>
          <w:b/>
        </w:rPr>
        <w:t xml:space="preserve">[03:34] </w:t>
      </w:r>
      <w:r>
        <w:t>misunderstanding jo scripture se nahi aati, wo aati hai zamane se, halaat se.</w:t>
      </w:r>
    </w:p>
    <w:p>
      <w:pPr>
        <w:jc w:val="right"/>
      </w:pPr>
      <w:r>
        <w:t>Misunderstanding जो scripture से नहीं आती, वो आती है ज़माने से, हालात से।</w:t>
      </w:r>
    </w:p>
    <w:p>
      <w:r>
        <w:rPr>
          <w:b/>
        </w:rPr>
        <w:t xml:space="preserve">[03:42] </w:t>
      </w:r>
      <w:r>
        <w:t>scripture mein wo to eternal cheezein hoti hain.</w:t>
      </w:r>
    </w:p>
    <w:p>
      <w:pPr>
        <w:jc w:val="right"/>
      </w:pPr>
      <w:r>
        <w:t>scripture में वो तो eternal चीज़ें होती हैं।</w:t>
      </w:r>
    </w:p>
    <w:p>
      <w:r>
        <w:rPr>
          <w:b/>
        </w:rPr>
        <w:t xml:space="preserve">[03:50] </w:t>
      </w:r>
      <w:r>
        <w:t>musalman jab naye zamane mein aaye aur unhein challenge samne aaya, is western civilization se aur doosre jo</w:t>
      </w:r>
    </w:p>
    <w:p>
      <w:pPr>
        <w:jc w:val="right"/>
      </w:pPr>
      <w:r>
        <w:t>मुसलमान जब नए ज़माने में आए और उन्हें challenge सामने आया, इस Western civilization से और दूसरे जो</w:t>
      </w:r>
    </w:p>
    <w:p>
      <w:r>
        <w:rPr>
          <w:b/>
        </w:rPr>
        <w:t xml:space="preserve">[03:58] </w:t>
      </w:r>
      <w:r>
        <w:t>nai powers thin, ubhri, to unhone samjha ke isse, yaani is challenge ko compete karne ka tareeka kya hai?</w:t>
      </w:r>
    </w:p>
    <w:p>
      <w:pPr>
        <w:jc w:val="right"/>
      </w:pPr>
      <w:r>
        <w:t>नई powers थीं, उभरीं, तो उन्होंने समझा कि इससे, यानी इस challenge को compete करने का तरीका क्या है?</w:t>
      </w:r>
    </w:p>
    <w:p>
      <w:r>
        <w:rPr>
          <w:b/>
        </w:rPr>
        <w:t xml:space="preserve">[04:06] </w:t>
      </w:r>
      <w:r>
        <w:t>jihad.</w:t>
      </w:r>
    </w:p>
    <w:p>
      <w:pPr>
        <w:jc w:val="right"/>
      </w:pPr>
      <w:r>
        <w:t>जिहाद।</w:t>
      </w:r>
    </w:p>
    <w:p>
      <w:r>
        <w:rPr>
          <w:b/>
        </w:rPr>
        <w:t xml:space="preserve">[04:10] </w:t>
      </w:r>
      <w:r>
        <w:t>aur wo lag gaye jihad mein.</w:t>
      </w:r>
    </w:p>
    <w:p>
      <w:pPr>
        <w:jc w:val="right"/>
      </w:pPr>
      <w:r>
        <w:t>और वो लग गए जिहाद में।</w:t>
      </w:r>
    </w:p>
    <w:p>
      <w:r>
        <w:rPr>
          <w:b/>
        </w:rPr>
        <w:t xml:space="preserve">[04:14] </w:t>
      </w:r>
      <w:r>
        <w:t>aur usko interpretation kiya islam ko lekar ke.</w:t>
      </w:r>
    </w:p>
    <w:p>
      <w:pPr>
        <w:jc w:val="right"/>
      </w:pPr>
      <w:r>
        <w:t>और उसको interpretation किया इस्लाम को लेकर के।</w:t>
      </w:r>
    </w:p>
    <w:p>
      <w:r>
        <w:rPr>
          <w:b/>
        </w:rPr>
        <w:t xml:space="preserve">[04:18] </w:t>
      </w:r>
      <w:r>
        <w:t>main isko bahut gehrai se maine padha, to maine socha ke yeh jo challenge tha, wo sirf peace</w:t>
      </w:r>
    </w:p>
    <w:p>
      <w:pPr>
        <w:jc w:val="right"/>
      </w:pPr>
      <w:r>
        <w:t>मैं इसको बहुत गहराई से मैंने पढ़ा, तो मैंने सोचा कि ये जो challenge था, वो सिर्फ peace</w:t>
      </w:r>
    </w:p>
    <w:p>
      <w:r>
        <w:rPr>
          <w:b/>
        </w:rPr>
        <w:t xml:space="preserve">[04:22] </w:t>
      </w:r>
      <w:r>
        <w:t>ke zariye se usko hum meet kar sakte the.</w:t>
      </w:r>
    </w:p>
    <w:p>
      <w:pPr>
        <w:jc w:val="right"/>
      </w:pPr>
      <w:r>
        <w:t>के ज़रिए से उसको हम meet कर सकते थे।</w:t>
      </w:r>
    </w:p>
    <w:p>
      <w:r>
        <w:rPr>
          <w:b/>
        </w:rPr>
        <w:t xml:space="preserve">[04:26] </w:t>
      </w:r>
      <w:r>
        <w:t>ladne ka koi masla hi nahi tha.</w:t>
      </w:r>
    </w:p>
    <w:p>
      <w:pPr>
        <w:jc w:val="right"/>
      </w:pPr>
      <w:r>
        <w:t>लड़ने का कोई मसला ही नहीं था।</w:t>
      </w:r>
    </w:p>
    <w:p>
      <w:r>
        <w:rPr>
          <w:b/>
        </w:rPr>
        <w:t xml:space="preserve">[04:30] </w:t>
      </w:r>
      <w:r>
        <w:t>yani modern civilization jo thi, naye thought, nai technology, nai science lekar aayi thi.</w:t>
      </w:r>
    </w:p>
    <w:p>
      <w:pPr>
        <w:jc w:val="right"/>
      </w:pPr>
      <w:r>
        <w:t>यानी modern civilization जो थी, नए thought, नई technology, नई science लेकर आई थी।</w:t>
      </w:r>
    </w:p>
    <w:p>
      <w:r>
        <w:rPr>
          <w:b/>
        </w:rPr>
        <w:t xml:space="preserve">[04:34] </w:t>
      </w:r>
      <w:r>
        <w:t>poora ka poora ek peaceful, main samajhta hoon ki modern civilization jo hai, peace par base karti thi,</w:t>
      </w:r>
    </w:p>
    <w:p>
      <w:pPr>
        <w:jc w:val="right"/>
      </w:pPr>
      <w:r>
        <w:t>पूरा का पूरा एक peaceful, मैं समझता हूँ कि modern civilization जो है, peace पर base करती थी,</w:t>
      </w:r>
    </w:p>
    <w:p>
      <w:r>
        <w:rPr>
          <w:b/>
        </w:rPr>
        <w:t xml:space="preserve">[04:38] </w:t>
      </w:r>
      <w:r>
        <w:t>violence par nahi.</w:t>
      </w:r>
    </w:p>
    <w:p>
      <w:pPr>
        <w:jc w:val="right"/>
      </w:pPr>
      <w:r>
        <w:t>violence पर नहीं।</w:t>
      </w:r>
    </w:p>
    <w:p>
      <w:r>
        <w:rPr>
          <w:b/>
        </w:rPr>
        <w:t xml:space="preserve">[04:42] </w:t>
      </w:r>
      <w:r>
        <w:t>to yahan par logon ne samjha ki hamein ladkar isko meet karna hai isse.</w:t>
      </w:r>
    </w:p>
    <w:p>
      <w:pPr>
        <w:jc w:val="right"/>
      </w:pPr>
      <w:r>
        <w:t>तो यहाँ पर लोगों ने समझा कि हमें लड़कर इसको meet करना है इससे।</w:t>
      </w:r>
    </w:p>
    <w:p>
      <w:r>
        <w:rPr>
          <w:b/>
        </w:rPr>
        <w:t xml:space="preserve">[04:46] </w:t>
      </w:r>
      <w:r>
        <w:t>yahan se derailment ho gaya.</w:t>
      </w:r>
    </w:p>
    <w:p>
      <w:pPr>
        <w:jc w:val="right"/>
      </w:pPr>
      <w:r>
        <w:t>यहाँ से derailment हो गया।</w:t>
      </w:r>
    </w:p>
    <w:p>
      <w:r>
        <w:rPr>
          <w:b/>
        </w:rPr>
        <w:t xml:space="preserve">[04:50] </w:t>
      </w:r>
      <w:r>
        <w:t>us derailment ko maine phir koshish ki hai ismein right track par lane ki.</w:t>
      </w:r>
    </w:p>
    <w:p>
      <w:pPr>
        <w:jc w:val="right"/>
      </w:pPr>
      <w:r>
        <w:t>उस derailment को मैंने फिर कोशिश की है इसमें right track पर लाने की।</w:t>
      </w:r>
    </w:p>
    <w:p>
      <w:r>
        <w:rPr>
          <w:b/>
        </w:rPr>
        <w:t xml:space="preserve">[04:55] </w:t>
      </w:r>
      <w:r>
        <w:t>aapne jihad shabd istemal kiya.</w:t>
      </w:r>
    </w:p>
    <w:p>
      <w:pPr>
        <w:jc w:val="right"/>
      </w:pPr>
      <w:r>
        <w:t>आपने जिहाद शब्द इस्तेमाल किया।</w:t>
      </w:r>
    </w:p>
    <w:p>
      <w:r>
        <w:rPr>
          <w:b/>
        </w:rPr>
        <w:t xml:space="preserve">[04:59] </w:t>
      </w:r>
      <w:r>
        <w:t>jihad ka matlab kya hai?</w:t>
      </w:r>
    </w:p>
    <w:p>
      <w:pPr>
        <w:jc w:val="right"/>
      </w:pPr>
      <w:r>
        <w:t>जिहाद का मतलब क्या है?</w:t>
      </w:r>
    </w:p>
    <w:p>
      <w:r>
        <w:rPr>
          <w:b/>
        </w:rPr>
        <w:t xml:space="preserve">[05:04] </w:t>
      </w:r>
      <w:r>
        <w:t>dekhiye, literal meaning jihad ki hai to strive, to struggle.</w:t>
      </w:r>
    </w:p>
    <w:p>
      <w:pPr>
        <w:jc w:val="right"/>
      </w:pPr>
      <w:r>
        <w:t>देखिए, literal meaning जिहाद की है to strive, to struggle.</w:t>
      </w:r>
    </w:p>
    <w:p>
      <w:r>
        <w:rPr>
          <w:b/>
        </w:rPr>
        <w:t xml:space="preserve">[05:09] </w:t>
      </w:r>
      <w:r>
        <w:t>yani kisi noble cause ke liye peaceful struggle, that is jihad.</w:t>
      </w:r>
    </w:p>
    <w:p>
      <w:pPr>
        <w:jc w:val="right"/>
      </w:pPr>
      <w:r>
        <w:t>यानी किसी noble cause के लिए peaceful struggle, that is जिहाद।</w:t>
      </w:r>
    </w:p>
    <w:p>
      <w:r>
        <w:rPr>
          <w:b/>
        </w:rPr>
        <w:t xml:space="preserve">[05:14] </w:t>
      </w:r>
      <w:r>
        <w:t>ye misinterpretation ki wajah se logon ne jihad ko le liya war ke maane.</w:t>
      </w:r>
    </w:p>
    <w:p>
      <w:pPr>
        <w:jc w:val="right"/>
      </w:pPr>
      <w:r>
        <w:t>ये misinterpretation की वजह से लोगों ने जिहाद को ले लिया war के माने।</w:t>
      </w:r>
    </w:p>
    <w:p>
      <w:r>
        <w:rPr>
          <w:b/>
        </w:rPr>
        <w:t xml:space="preserve">[05:19] </w:t>
      </w:r>
      <w:r>
        <w:t>kyunki aap dictionary ko consult karein, to aap paayenge ki jihad ke maane wahi hain jo koshish ke maane hain.</w:t>
      </w:r>
    </w:p>
    <w:p>
      <w:pPr>
        <w:jc w:val="right"/>
      </w:pPr>
      <w:r>
        <w:t>क्योंकि आप dictionary को consult करें, तो आप पाएँगे कि जिहाद के माने वही हैं जो कोशिश के माने हैं।</w:t>
      </w:r>
    </w:p>
    <w:p>
      <w:r>
        <w:rPr>
          <w:b/>
        </w:rPr>
        <w:t xml:space="preserve">[05:24] </w:t>
      </w:r>
      <w:r>
        <w:t>koshish, struggle jo hai, wahi jihad hai.</w:t>
      </w:r>
    </w:p>
    <w:p>
      <w:pPr>
        <w:jc w:val="right"/>
      </w:pPr>
      <w:r>
        <w:t>कोशिश, struggle जो है, वही जिहाद है।</w:t>
      </w:r>
    </w:p>
    <w:p>
      <w:r>
        <w:rPr>
          <w:b/>
        </w:rPr>
        <w:t xml:space="preserve">[05:29] </w:t>
      </w:r>
      <w:r>
        <w:t>to yahan par jo jihad chahiye tha, wo ye tha ki musalman education mein aage badhein, science mein</w:t>
      </w:r>
    </w:p>
    <w:p>
      <w:pPr>
        <w:jc w:val="right"/>
      </w:pPr>
      <w:r>
        <w:t>तो यहाँ पर जो जिहाद चाहिए था, वो ये था कि मुसलमान education में आगे बढ़ें, science में</w:t>
      </w:r>
    </w:p>
    <w:p>
      <w:r>
        <w:rPr>
          <w:b/>
        </w:rPr>
        <w:t xml:space="preserve">[05:34] </w:t>
      </w:r>
      <w:r>
        <w:t>aage badhein, technology mein aage badhein, industry mein aage badhein.</w:t>
      </w:r>
    </w:p>
    <w:p>
      <w:pPr>
        <w:jc w:val="right"/>
      </w:pPr>
      <w:r>
        <w:t>आगे बढ़ें, technology में आगे बढ़ें, industry में आगे बढ़ें।</w:t>
      </w:r>
    </w:p>
    <w:p>
      <w:r>
        <w:rPr>
          <w:b/>
        </w:rPr>
        <w:t xml:space="preserve">[05:39] </w:t>
      </w:r>
      <w:r>
        <w:t>lekin unhone kya kiya ki, yani usko ladne lage.</w:t>
      </w:r>
    </w:p>
    <w:p>
      <w:pPr>
        <w:jc w:val="right"/>
      </w:pPr>
      <w:r>
        <w:t>लेकिन उन्होंने क्या किया कि, यानी उसको लड़ने लगे।</w:t>
      </w:r>
    </w:p>
    <w:p>
      <w:r>
        <w:rPr>
          <w:b/>
        </w:rPr>
        <w:t xml:space="preserve">[05:44] </w:t>
      </w:r>
      <w:r>
        <w:t>to that was a derailment from the right path of Islam.</w:t>
      </w:r>
    </w:p>
    <w:p>
      <w:pPr>
        <w:jc w:val="right"/>
      </w:pPr>
      <w:r>
        <w:t>तो that was a derailment from the right path of Islam.</w:t>
      </w:r>
    </w:p>
    <w:p>
      <w:r>
        <w:rPr>
          <w:b/>
        </w:rPr>
        <w:t xml:space="preserve">[05:49] </w:t>
      </w:r>
      <w:r>
        <w:t>to maine meri poori zindagi isi mein laga di maine ki is derailment ko dobara right track par laoon. to iska matlab hai ki rozmarra ki zindagi mein hum log jo daily struggle karte hain, apne jeevan ko behtar karna ya koi achhe kaam ke liye apni spirituality ko jagane ke liye, ye bhi ek jihad hua?</w:t>
      </w:r>
    </w:p>
    <w:p>
      <w:pPr>
        <w:jc w:val="right"/>
      </w:pPr>
      <w:r>
        <w:t>तो मैंने मेरी पूरी ज़िंदगी इसी में लगा दी मैंने कि इस derailment को दोबारा right track पर लाऊँ। तो इसका मतलब है कि रोज़मर्रा की ज़िंदगी में हम लोग जो daily struggle करते हैं, अपने जीवन को बेहतर करना या कोई अच्छे काम के लिए अपनी spirituality को जगाने के लिए, ये भी एक जिहाद हुआ?</w:t>
      </w:r>
    </w:p>
    <w:p>
      <w:r>
        <w:rPr>
          <w:b/>
        </w:rPr>
        <w:t xml:space="preserve">[06:13] </w:t>
      </w:r>
      <w:r>
        <w:t>isko prophet ne bada jihad kaha hai. jihad-e-akbar kaha hai isko. yaani apne desire se ladna, apne jo vim tarah-tarah ki hoti hain, usse ladna, aur apne aap ko negativity se ladna, aur apne aap ko positive thinking par baqi rakhna, isko prophet ne kaha sabse bada jihad hai.</w:t>
      </w:r>
    </w:p>
    <w:p>
      <w:pPr>
        <w:jc w:val="right"/>
      </w:pPr>
      <w:r>
        <w:t>इसको prophet ने बड़ा जिहाद कहा है। जिहाद-ए-अकबर कहा है इसको। यानी अपने desire से लड़ना, अपने जो vim तरह-तरह की होती हैं, उससे लड़ना, और अपने आप को negativity से लड़ना, और अपने आप को positive thinking पर बाकी रखना, इसको prophet ने कहा सबसे बड़ा जिहाद है।</w:t>
      </w:r>
    </w:p>
    <w:p>
      <w:r>
        <w:rPr>
          <w:b/>
        </w:rPr>
        <w:t xml:space="preserve">[06:36] </w:t>
      </w:r>
      <w:r>
        <w:t>aapne, Maulana Sahib, negativity ki baat ki. iske bare mein bataiye. dekhiye, aaj ab rozmarra ki zindagi mein aate hain. chahe insaan kisi bhi level par kaam kar raha ho, kisi bhi umr ka ho, negativity jeevan mein aa hi jaati hai. iska saamna kaise karein?</w:t>
      </w:r>
    </w:p>
    <w:p>
      <w:pPr>
        <w:jc w:val="right"/>
      </w:pPr>
      <w:r>
        <w:t>आपने, Maulana Sahib, negativity की बात की। इसके बारे में बताइए। देखिए, आज अब रोज़मर्रा की ज़िंदगी में आते हैं। चाहे इंसान किसी भी level पर काम कर रहा हो, किसी भी उम्र का हो, negativity जीवन में आ ही जाती है। इसका सामना कैसे करें?</w:t>
      </w:r>
    </w:p>
    <w:p>
      <w:r>
        <w:rPr>
          <w:b/>
        </w:rPr>
        <w:t xml:space="preserve">[06:56] </w:t>
      </w:r>
      <w:r>
        <w:t>dekhiye, quran ko maine is tarah se kai baar padha hoon, samajhne ke liye.</w:t>
      </w:r>
    </w:p>
    <w:p>
      <w:pPr>
        <w:jc w:val="right"/>
      </w:pPr>
      <w:r>
        <w:t>देखिए, कुरान को मैंने इस तरह से कई बार पढ़ा हूँ, समझने के लिए।</w:t>
      </w:r>
    </w:p>
    <w:p>
      <w:r>
        <w:rPr>
          <w:b/>
        </w:rPr>
        <w:t xml:space="preserve">[07:00] </w:t>
      </w:r>
      <w:r>
        <w:t>quran mein bataya gaya hai ki insaan ko khuda ne is duniya mein freedom di hai, freedom. Total freedom.</w:t>
      </w:r>
    </w:p>
    <w:p>
      <w:pPr>
        <w:jc w:val="right"/>
      </w:pPr>
      <w:r>
        <w:t>कुरान में बताया गया है कि इंसान को खुदा ने इस दुनिया में freedom दी है, freedom। Total freedom।</w:t>
      </w:r>
    </w:p>
    <w:p>
      <w:r>
        <w:rPr>
          <w:b/>
        </w:rPr>
        <w:t xml:space="preserve">[07:04] </w:t>
      </w:r>
      <w:r>
        <w:t>har aadmi ko.</w:t>
      </w:r>
    </w:p>
    <w:p>
      <w:pPr>
        <w:jc w:val="right"/>
      </w:pPr>
      <w:r>
        <w:t>हर आदमी को।</w:t>
      </w:r>
    </w:p>
    <w:p>
      <w:r>
        <w:rPr>
          <w:b/>
        </w:rPr>
        <w:t xml:space="preserve">[07:08] </w:t>
      </w:r>
      <w:r>
        <w:t>sirf mujhko nahi, aapko bhi, har ek ko.</w:t>
      </w:r>
    </w:p>
    <w:p>
      <w:pPr>
        <w:jc w:val="right"/>
      </w:pPr>
      <w:r>
        <w:t>सिर्फ मुझको नहीं, आपको भी, हर एक को।</w:t>
      </w:r>
    </w:p>
    <w:p>
      <w:r>
        <w:rPr>
          <w:b/>
        </w:rPr>
        <w:t xml:space="preserve">[07:13] </w:t>
      </w:r>
      <w:r>
        <w:t>तो जब आदमी अपनी freedom کو استعمال کرے گا، تو کبھی misuse بھی کرے گا۔</w:t>
      </w:r>
    </w:p>
    <w:p>
      <w:pPr>
        <w:jc w:val="right"/>
      </w:pPr>
      <w:r>
        <w:t>तो जब आदमी अपनी freedom को इस्तेमाल करेगा, तो कभी misuse भी करेगा।</w:t>
      </w:r>
    </w:p>
    <w:p>
      <w:r>
        <w:rPr>
          <w:b/>
        </w:rPr>
        <w:t xml:space="preserve">[07:17] </w:t>
      </w:r>
      <w:r>
        <w:t>to ye jo negativity hai, sirf isliye hoti hai ki koi aadmi freedom ko misuse karta hai, humko</w:t>
      </w:r>
    </w:p>
    <w:p>
      <w:pPr>
        <w:jc w:val="right"/>
      </w:pPr>
      <w:r>
        <w:t>तो ये जो negativity है, सिर्फ इसलिए होती है कि कोई आदमी freedom को misuse करता है, हमको</w:t>
      </w:r>
    </w:p>
    <w:p>
      <w:r>
        <w:rPr>
          <w:b/>
        </w:rPr>
        <w:t xml:space="preserve">[07:21] </w:t>
      </w:r>
      <w:r>
        <w:t>us se kuch shak lagta hai, hum negative ho jaate hain.</w:t>
      </w:r>
    </w:p>
    <w:p>
      <w:pPr>
        <w:jc w:val="right"/>
      </w:pPr>
      <w:r>
        <w:t>उससे कुछ शक लगता है, हम negative हो जाते हैं।</w:t>
      </w:r>
    </w:p>
    <w:p>
      <w:r>
        <w:rPr>
          <w:b/>
        </w:rPr>
        <w:t xml:space="preserve">[07:25] </w:t>
      </w:r>
      <w:r>
        <w:t>to quran mein bataya gaya hai ki ye jo hai, agar tum negative ho jao, to tum khuda</w:t>
      </w:r>
    </w:p>
    <w:p>
      <w:pPr>
        <w:jc w:val="right"/>
      </w:pPr>
      <w:r>
        <w:t>तो कुरान में बताया गया है कि ये जो है, अगर तुम negative हो जाओ, तो तुम खुदा</w:t>
      </w:r>
    </w:p>
    <w:p>
      <w:r>
        <w:rPr>
          <w:b/>
        </w:rPr>
        <w:t xml:space="preserve">[07:30] </w:t>
      </w:r>
      <w:r>
        <w:t>ke khilaf negative hote ho.</w:t>
      </w:r>
    </w:p>
    <w:p>
      <w:pPr>
        <w:jc w:val="right"/>
      </w:pPr>
      <w:r>
        <w:t>के खिलाफ negative होते हो।</w:t>
      </w:r>
    </w:p>
    <w:p>
      <w:r>
        <w:rPr>
          <w:b/>
        </w:rPr>
        <w:t xml:space="preserve">[07:34] </w:t>
      </w:r>
      <w:r>
        <w:t>kyunke wo aadmi jo misuse kar raha hai, is liye kar raha hai ke khuda ne usko aazadi di hai.</w:t>
      </w:r>
    </w:p>
    <w:p>
      <w:pPr>
        <w:jc w:val="right"/>
      </w:pPr>
      <w:r>
        <w:t>क्योंकि वो आदमी जो misuse कर रहा है, इसलिए कर रहा है कि खुदा ने उसको आज़ादी दी है।</w:t>
      </w:r>
    </w:p>
    <w:p>
      <w:r>
        <w:rPr>
          <w:b/>
        </w:rPr>
        <w:t xml:space="preserve">[07:38] </w:t>
      </w:r>
      <w:r>
        <w:t>to aazadi kyun di hai?</w:t>
      </w:r>
    </w:p>
    <w:p>
      <w:pPr>
        <w:jc w:val="right"/>
      </w:pPr>
      <w:r>
        <w:t>तो आज़ादी क्यों दी है?</w:t>
      </w:r>
    </w:p>
    <w:p>
      <w:r>
        <w:rPr>
          <w:b/>
        </w:rPr>
        <w:t xml:space="preserve">[07:43] </w:t>
      </w:r>
      <w:r>
        <w:t>khuda ne is duniya ka nizam jo banaya hai, wo challenge ke us par banaya hai, challenge.</w:t>
      </w:r>
    </w:p>
    <w:p>
      <w:pPr>
        <w:jc w:val="right"/>
      </w:pPr>
      <w:r>
        <w:t>खुदा ने इस दुनिया का निज़ाम जो बनाया है, वो challenge के उस पर बनाया है, challenge।</w:t>
      </w:r>
    </w:p>
    <w:p>
      <w:r>
        <w:rPr>
          <w:b/>
        </w:rPr>
        <w:t xml:space="preserve">[07:47] </w:t>
      </w:r>
      <w:r>
        <w:t>Challenge and competition.</w:t>
      </w:r>
    </w:p>
    <w:p>
      <w:pPr>
        <w:jc w:val="right"/>
      </w:pPr>
      <w:r>
        <w:t>Challenge and competition।</w:t>
      </w:r>
    </w:p>
    <w:p>
      <w:r>
        <w:rPr>
          <w:b/>
        </w:rPr>
        <w:t xml:space="preserve">[07:51] </w:t>
      </w:r>
      <w:r>
        <w:t>to challenge aur competition bagair aazadi ka ho nahi sakta hai.</w:t>
      </w:r>
    </w:p>
    <w:p>
      <w:pPr>
        <w:jc w:val="right"/>
      </w:pPr>
      <w:r>
        <w:t>तो challenge और competition बगैर आज़ादी का हो नहीं सकता है।</w:t>
      </w:r>
    </w:p>
    <w:p>
      <w:r>
        <w:rPr>
          <w:b/>
        </w:rPr>
        <w:t xml:space="preserve">[07:55] </w:t>
      </w:r>
      <w:r>
        <w:t>to log aazad hon taake khoob, yaani har aadmi daud lagaye, to us se doosron ko challenge pesh aayega.</w:t>
      </w:r>
    </w:p>
    <w:p>
      <w:pPr>
        <w:jc w:val="right"/>
      </w:pPr>
      <w:r>
        <w:t>तो लोग आज़ाद हों ताकि खूब, यानी हर आदमी दौड़ लगाए, तो उससे दूसरों को challenge पेश आएगा।</w:t>
      </w:r>
    </w:p>
    <w:p>
      <w:r>
        <w:rPr>
          <w:b/>
        </w:rPr>
        <w:t xml:space="preserve">[07:59] </w:t>
      </w:r>
      <w:r>
        <w:t>to aap peaceful tareeqe se us challenge ka saamna kijiye.</w:t>
      </w:r>
    </w:p>
    <w:p>
      <w:pPr>
        <w:jc w:val="right"/>
      </w:pPr>
      <w:r>
        <w:t>तो आप peaceful तरीके से उस challenge का सामना कीजिए।</w:t>
      </w:r>
    </w:p>
    <w:p>
      <w:r>
        <w:rPr>
          <w:b/>
        </w:rPr>
        <w:t xml:space="preserve">[08:03] </w:t>
      </w:r>
      <w:r>
        <w:t>aap negative mat hoiye.</w:t>
      </w:r>
    </w:p>
    <w:p>
      <w:pPr>
        <w:jc w:val="right"/>
      </w:pPr>
      <w:r>
        <w:t>आप negative मत होइए।</w:t>
      </w:r>
    </w:p>
    <w:p>
      <w:r>
        <w:rPr>
          <w:b/>
        </w:rPr>
        <w:t xml:space="preserve">[08:07] </w:t>
      </w:r>
      <w:r>
        <w:t>Negative honge to aap us khuda ke khilaf negative ho rahe hain.</w:t>
      </w:r>
    </w:p>
    <w:p>
      <w:pPr>
        <w:jc w:val="right"/>
      </w:pPr>
      <w:r>
        <w:t>Negative होंगे तो आप उस खुदा के खिलाफ negative हो रहे हैं।</w:t>
      </w:r>
    </w:p>
    <w:p>
      <w:r>
        <w:rPr>
          <w:b/>
        </w:rPr>
        <w:t xml:space="preserve">[08:11] </w:t>
      </w:r>
      <w:r>
        <w:t>kyunke khuda ka jo creation plan hai, wo to base karta hai challenge par, competition par.</w:t>
      </w:r>
    </w:p>
    <w:p>
      <w:pPr>
        <w:jc w:val="right"/>
      </w:pPr>
      <w:r>
        <w:t>क्योंकि खुदा का जो creation plan है, वो तो base करता है challenge पर, competition पर।</w:t>
      </w:r>
    </w:p>
    <w:p>
      <w:r>
        <w:rPr>
          <w:b/>
        </w:rPr>
        <w:t xml:space="preserve">[08:15] </w:t>
      </w:r>
      <w:r>
        <w:t>to aap kya karenge?</w:t>
      </w:r>
    </w:p>
    <w:p>
      <w:pPr>
        <w:jc w:val="right"/>
      </w:pPr>
      <w:r>
        <w:t>तो आप क्या करेंगे?</w:t>
      </w:r>
    </w:p>
    <w:p>
      <w:r>
        <w:rPr>
          <w:b/>
        </w:rPr>
        <w:t xml:space="preserve">[08:20] </w:t>
      </w:r>
      <w:r>
        <w:t>aap badal nahi sakte. to is wajah se quran mein ek bahut badi baat mujhe milti hai ki negativity ko bajaye iske ki tum don't try to eliminate the negativity, but face it with positive thinking. ye mujhe milta hai quran-e-beed mein. aur isi ko main lekar ke main chal raha hoon.</w:t>
      </w:r>
    </w:p>
    <w:p>
      <w:pPr>
        <w:jc w:val="right"/>
      </w:pPr>
      <w:r>
        <w:t>आप बदल नहीं सकते। तो इस वजह से कुरान में एक बहुत बड़ी बात मुझे मिलती है कि negativity को बजाय इसके कि तुम don't try to eliminate the negativity, but face it with positive thinking. ये मुझे मिलता है कुरान-ए-बीद में। और इसी को मैं लेकर के मैं चल रहा हूँ।</w:t>
      </w:r>
    </w:p>
    <w:p>
      <w:r>
        <w:rPr>
          <w:b/>
        </w:rPr>
        <w:t xml:space="preserve">[08:44] </w:t>
      </w:r>
      <w:r>
        <w:t>jab hum mazhab ki baat karte hain, koi bhi mazhab ya koi bhi religion le lijiye, usmein wo jo dar ka factor hota hai na, fear ka factor. hum bade hote hain, sunte hain bhagwan se daro, allah se daro. be scared of god, fear god. we never think, why don't we love god? bhagwan se pyaar karo. to kaisi hamari conditioning hoti hai?</w:t>
      </w:r>
    </w:p>
    <w:p>
      <w:pPr>
        <w:jc w:val="right"/>
      </w:pPr>
      <w:r>
        <w:t>जब हम मज़हब की बात करते हैं, कोई भी मज़हब या कोई भी religion ले लीजिए, उसमें वो जो डर का factor होता है ना, fear का factor। हम बड़े होते हैं, सुनते हैं भगवान से डरो, अल्लाह से डरो। Be scared of God, fear God. We never think, why don't we love God? भगवान से प्यार करो। तो कैसी हमारी conditioning होती है?</w:t>
      </w:r>
    </w:p>
    <w:p>
      <w:r>
        <w:rPr>
          <w:b/>
        </w:rPr>
        <w:t xml:space="preserve">[09:06] </w:t>
      </w:r>
      <w:r>
        <w:t>haan, isko bhi maine bahut padha, janne ki koshish ki. dekhiye, islam mein dar jo hai, wo secondary cheez hai. asli cheez to love hi hai. dekhiye, pehli verse jo quran-e-beed mein hai, pehli verse, alhamdulillah rabbil alameen. ki iska matlab hai ki i am grateful to god. to grateful kis baat ke liye hoge aap?</w:t>
      </w:r>
    </w:p>
    <w:p>
      <w:pPr>
        <w:jc w:val="right"/>
      </w:pPr>
      <w:r>
        <w:t>हाँ, इसको भी मैंने बहुत पढ़ा, जानने की कोशिश की। देखिए, इस्लाम में डर जो है, वो secondary चीज़ है। असली चीज़ तो love ही है। देखिए, पहली वर्स जो कुरान-ए-बीद में है, पहली वर्स, अल्हम्दुलिल्लाह रब्बिल आलमीन। कि इसका मतलब है कि I am grateful to God. तो grateful किस बात के लिए होगे आप?</w:t>
      </w:r>
    </w:p>
    <w:p>
      <w:r>
        <w:rPr>
          <w:b/>
        </w:rPr>
        <w:t xml:space="preserve">[09:28] </w:t>
      </w:r>
      <w:r>
        <w:t>koi mila tab to honge. yaani pehli sentence jo quran-e-beed mein hai, wo ye hai ki insaan khuda ke liye shukr kare, usko acknowledge kare, uske bare mein thankful ho. to kyun quran mein baar-baar bataya gaya hai ki khuda ne tumko itni sari boundaries di hain?</w:t>
      </w:r>
    </w:p>
    <w:p>
      <w:pPr>
        <w:jc w:val="right"/>
      </w:pPr>
      <w:r>
        <w:t>कोई मिला तब तो होंगे। यानी पहली sentence जो कुरान-ए-बीद में है, वो ये है कि इंसान खुदा के लिए शुक्र करे, उसको acknowledge करे, उसके बारे में thankful हो। तो क्यों कुरान में बार-बार बताया गया है कि खुदा ने तुमको इतनी सारी boundaries दी हैं?</w:t>
      </w:r>
    </w:p>
    <w:p>
      <w:r>
        <w:rPr>
          <w:b/>
        </w:rPr>
        <w:t xml:space="preserve">[09:47] </w:t>
      </w:r>
      <w:r>
        <w:t>life support system, ye planet earth, ye suraj, ye chand, ye sab tumhare liye khuda ki boundaries hain. to shukr karo. aur yaani dar jo hai, wo secondary cheez hai. wo pehli baat, pehli cheez nahi hai islam mein. to love khuda se, love insaan se, ye islam ki bahut hi primary teaching hai.</w:t>
      </w:r>
    </w:p>
    <w:p>
      <w:pPr>
        <w:jc w:val="right"/>
      </w:pPr>
      <w:r>
        <w:t>Life support system, ये planet Earth, ये सूरज, ये चाँद, ये सब तुम्हारे लिए खुदा की boundaries हैं। तो शुक्र करो। और यानी डर जो है, वो secondary चीज़ है। वो पहली बात, पहली चीज़ नहीं है इस्लाम में। तो love खुदा से, love इंसान से, ये इस्लाम की बहुत ही primary teaching है।</w:t>
      </w:r>
    </w:p>
    <w:p>
      <w:r>
        <w:rPr>
          <w:b/>
        </w:rPr>
        <w:t xml:space="preserve">[10:12] </w:t>
      </w:r>
      <w:r>
        <w:t>Maulana Sahib, jab hum teaching ki baat karte hain, to chahe structured way of teaching hai of religion</w:t>
      </w:r>
    </w:p>
    <w:p>
      <w:pPr>
        <w:jc w:val="right"/>
      </w:pPr>
      <w:r>
        <w:t>Maulana Sahib, जब हम teaching की बात करते हैं, तो चाहे structured way of teaching है of religion</w:t>
      </w:r>
    </w:p>
    <w:p>
      <w:r>
        <w:rPr>
          <w:b/>
        </w:rPr>
        <w:t xml:space="preserve">[10:16] </w:t>
      </w:r>
      <w:r>
        <w:t>or spirituality, chahe non-structured ho.</w:t>
      </w:r>
    </w:p>
    <w:p>
      <w:pPr>
        <w:jc w:val="right"/>
      </w:pPr>
      <w:r>
        <w:t>or spirituality, चाहे non-structured हो।</w:t>
      </w:r>
    </w:p>
    <w:p>
      <w:r>
        <w:rPr>
          <w:b/>
        </w:rPr>
        <w:t xml:space="preserve">[10:20] </w:t>
      </w:r>
      <w:r>
        <w:t>kuch log bolte hain hamara bhagwan ya khuda mein vishwas nahi hai, we are atheists.</w:t>
      </w:r>
    </w:p>
    <w:p>
      <w:pPr>
        <w:jc w:val="right"/>
      </w:pPr>
      <w:r>
        <w:t>कुछ लोग बोलते हैं हमारा भगवान या खुदा में विश्वास नहीं है, we are atheists.</w:t>
      </w:r>
    </w:p>
    <w:p>
      <w:r>
        <w:rPr>
          <w:b/>
        </w:rPr>
        <w:t xml:space="preserve">[10:25] </w:t>
      </w:r>
      <w:r>
        <w:t>kuch bhi ho.</w:t>
      </w:r>
    </w:p>
    <w:p>
      <w:pPr>
        <w:jc w:val="right"/>
      </w:pPr>
      <w:r>
        <w:t>कुछ भी हो।</w:t>
      </w:r>
    </w:p>
    <w:p>
      <w:r>
        <w:rPr>
          <w:b/>
        </w:rPr>
        <w:t xml:space="preserve">[10:29] </w:t>
      </w:r>
      <w:r>
        <w:t>par kuch to niyam hain jinki buniyad par hum log apna jeevan jeete hain ya apni values ya</w:t>
      </w:r>
    </w:p>
    <w:p>
      <w:pPr>
        <w:jc w:val="right"/>
      </w:pPr>
      <w:r>
        <w:t>पर कुछ तो नियम हैं जिनकी बुनियाद पर हम लोग अपना जीवन जीते हैं या अपनी values या</w:t>
      </w:r>
    </w:p>
    <w:p>
      <w:r>
        <w:rPr>
          <w:b/>
        </w:rPr>
        <w:t xml:space="preserve">[10:33] </w:t>
      </w:r>
      <w:r>
        <w:t>ideology base karte hain.</w:t>
      </w:r>
    </w:p>
    <w:p>
      <w:pPr>
        <w:jc w:val="right"/>
      </w:pPr>
      <w:r>
        <w:t>ideology base करते हैं।</w:t>
      </w:r>
    </w:p>
    <w:p>
      <w:r>
        <w:rPr>
          <w:b/>
        </w:rPr>
        <w:t xml:space="preserve">[10:38] </w:t>
      </w:r>
      <w:r>
        <w:t>jab hum bachchon ki baat karte hain, to kaise ek aisa atmosphere create kiya jaye jisse bachche freedom,</w:t>
      </w:r>
    </w:p>
    <w:p>
      <w:pPr>
        <w:jc w:val="right"/>
      </w:pPr>
      <w:r>
        <w:t>जब हम बच्चों की बात करते हैं, तो कैसे एक ऐसा atmosphere create किया जाए जिससे बच्चे freedom,</w:t>
      </w:r>
    </w:p>
    <w:p>
      <w:r>
        <w:rPr>
          <w:b/>
        </w:rPr>
        <w:t xml:space="preserve">[10:42] </w:t>
      </w:r>
      <w:r>
        <w:t>equality aur understanding ki values ke saath bade hon?</w:t>
      </w:r>
    </w:p>
    <w:p>
      <w:pPr>
        <w:jc w:val="right"/>
      </w:pPr>
      <w:r>
        <w:t>equality और understanding की values के साथ बड़े हों?</w:t>
      </w:r>
    </w:p>
    <w:p>
      <w:r>
        <w:rPr>
          <w:b/>
        </w:rPr>
        <w:t xml:space="preserve">[10:47] </w:t>
      </w:r>
      <w:r>
        <w:t>dekhiye, bachchon ke bare mein jo maine padha hai, wo ye hai ki prophet ne kaha ki har burd yulad ala al-fitra har bachcha nature mein paida hota hai. nature. har bachcha jo nature mein paida hota hai, baat ko wo badalta hai. to nature kya hai?</w:t>
      </w:r>
    </w:p>
    <w:p>
      <w:pPr>
        <w:jc w:val="right"/>
      </w:pPr>
      <w:r>
        <w:t>देखिए, बच्चों के बारे में जो मैंने पढ़ा है, वो ये है कि prophet ने कहा कि كُلُّ بُرْدٍ يُلَدُ عَلَى الْفِطْرَةِ हर बच्चा nature में पैदा होता है। Nature। हर बच्चा जो nature में पैदा होता है, बात को वो बदलता है। तो nature क्या है?</w:t>
      </w:r>
    </w:p>
    <w:p>
      <w:r>
        <w:rPr>
          <w:b/>
        </w:rPr>
        <w:t xml:space="preserve">[11:03] </w:t>
      </w:r>
      <w:r>
        <w:t>Nature yahi hai love, compassion, tolerance, ek-doosre ke liye helpful hona.</w:t>
      </w:r>
    </w:p>
    <w:p>
      <w:pPr>
        <w:jc w:val="right"/>
      </w:pPr>
      <w:r>
        <w:t>Nature यही है love, compassion, tolerance, एक-दूसरे के लिए helpful होना।</w:t>
      </w:r>
    </w:p>
    <w:p>
      <w:r>
        <w:rPr>
          <w:b/>
        </w:rPr>
        <w:t xml:space="preserve">[11:07] </w:t>
      </w:r>
      <w:r>
        <w:t>yahi to nature hai.</w:t>
      </w:r>
    </w:p>
    <w:p>
      <w:pPr>
        <w:jc w:val="right"/>
      </w:pPr>
      <w:r>
        <w:t>यही तो nature है।</w:t>
      </w:r>
    </w:p>
    <w:p>
      <w:r>
        <w:rPr>
          <w:b/>
        </w:rPr>
        <w:t xml:space="preserve">[11:12] </w:t>
      </w:r>
      <w:r>
        <w:t>to har bachcha positive, ek positive thinker hi ke roop mein paida hota hai.</w:t>
      </w:r>
    </w:p>
    <w:p>
      <w:pPr>
        <w:jc w:val="right"/>
      </w:pPr>
      <w:r>
        <w:t>तो हर बच्चा positive, एक positive thinker ही के रूप में पैदा होता है।</w:t>
      </w:r>
    </w:p>
    <w:p>
      <w:r>
        <w:rPr>
          <w:b/>
        </w:rPr>
        <w:t xml:space="preserve">[11:17] </w:t>
      </w:r>
      <w:r>
        <w:t>Environment mein aane ke baad us mein badlav aata hai.</w:t>
      </w:r>
    </w:p>
    <w:p>
      <w:pPr>
        <w:jc w:val="right"/>
      </w:pPr>
      <w:r>
        <w:t>Environment में आने के बाद उसमें बदलाव आता है।</w:t>
      </w:r>
    </w:p>
    <w:p>
      <w:r>
        <w:rPr>
          <w:b/>
        </w:rPr>
        <w:t xml:space="preserve">[11:21] </w:t>
      </w:r>
      <w:r>
        <w:t>main chahta hoon ki maa-baap jo hain, wo isko jaanein ki unka kaam bachche ko, bachche ko koi</w:t>
      </w:r>
    </w:p>
    <w:p>
      <w:pPr>
        <w:jc w:val="right"/>
      </w:pPr>
      <w:r>
        <w:t>मैं चाहता हूँ कि माँ-बाप जो हैं, वो इसको जानें कि उनका काम बच्चे को, बच्चे को कोई</w:t>
      </w:r>
    </w:p>
    <w:p>
      <w:r>
        <w:rPr>
          <w:b/>
        </w:rPr>
        <w:t xml:space="preserve">[11:26] </w:t>
      </w:r>
      <w:r>
        <w:t>order dena nahi hai.</w:t>
      </w:r>
    </w:p>
    <w:p>
      <w:pPr>
        <w:jc w:val="right"/>
      </w:pPr>
      <w:r>
        <w:t>order देना नहीं है।</w:t>
      </w:r>
    </w:p>
    <w:p>
      <w:r>
        <w:rPr>
          <w:b/>
        </w:rPr>
        <w:t xml:space="preserve">[11:31] </w:t>
      </w:r>
      <w:r>
        <w:t>unke potential ko actual banana hai.</w:t>
      </w:r>
    </w:p>
    <w:p>
      <w:pPr>
        <w:jc w:val="right"/>
      </w:pPr>
      <w:r>
        <w:t>उनके potential को actual बनाना है।</w:t>
      </w:r>
    </w:p>
    <w:p>
      <w:r>
        <w:rPr>
          <w:b/>
        </w:rPr>
        <w:t xml:space="preserve">[11:35] </w:t>
      </w:r>
      <w:r>
        <w:t>unke potential ko padhiye aur usko actual banane ki koshish kijiye.</w:t>
      </w:r>
    </w:p>
    <w:p>
      <w:pPr>
        <w:jc w:val="right"/>
      </w:pPr>
      <w:r>
        <w:t>उनके potential को पढ़िए और उसको actual बनाने की कोशिश कीजिए।</w:t>
      </w:r>
    </w:p>
    <w:p>
      <w:r>
        <w:rPr>
          <w:b/>
        </w:rPr>
        <w:t xml:space="preserve">[11:40] </w:t>
      </w:r>
      <w:r>
        <w:t>aur ek baat ye bhi maine samjhi hai ki har bachche ke andar khuda koi special quality deta hai. Special quality.</w:t>
      </w:r>
    </w:p>
    <w:p>
      <w:pPr>
        <w:jc w:val="right"/>
      </w:pPr>
      <w:r>
        <w:t>और एक बात ये भी मैंने समझी है कि हर बच्चे के अंदर खुदा कोई special quality देता है। Special quality।</w:t>
      </w:r>
    </w:p>
    <w:p>
      <w:r>
        <w:rPr>
          <w:b/>
        </w:rPr>
        <w:t xml:space="preserve">[11:45] </w:t>
      </w:r>
      <w:r>
        <w:t>har aadmi unique hota hai.</w:t>
      </w:r>
    </w:p>
    <w:p>
      <w:pPr>
        <w:jc w:val="right"/>
      </w:pPr>
      <w:r>
        <w:t>हर आदमी unique होता है।</w:t>
      </w:r>
    </w:p>
    <w:p>
      <w:r>
        <w:rPr>
          <w:b/>
        </w:rPr>
        <w:t xml:space="preserve">[11:50] </w:t>
      </w:r>
      <w:r>
        <w:t>to maa-baap ko chahiye ki uski uniqueness ko padhein.</w:t>
      </w:r>
    </w:p>
    <w:p>
      <w:pPr>
        <w:jc w:val="right"/>
      </w:pPr>
      <w:r>
        <w:t>तो माँ-बाप को चाहिए कि उसकी uniqueness को पढ़ें।</w:t>
      </w:r>
    </w:p>
    <w:p>
      <w:r>
        <w:rPr>
          <w:b/>
        </w:rPr>
        <w:t xml:space="preserve">[11:54] </w:t>
      </w:r>
      <w:r>
        <w:t>apne mind mein ek lekar ke use gadhna chahte hain maa-baap, isse reaction aata hai.</w:t>
      </w:r>
    </w:p>
    <w:p>
      <w:pPr>
        <w:jc w:val="right"/>
      </w:pPr>
      <w:r>
        <w:t>अपने mind में एक लेकर के उसे गढ़ना चाहते हैं माँ-बाप, इससे reaction आता है।</w:t>
      </w:r>
    </w:p>
    <w:p>
      <w:r>
        <w:rPr>
          <w:b/>
        </w:rPr>
        <w:t xml:space="preserve">[11:59] </w:t>
      </w:r>
      <w:r>
        <w:t>to main isko manta hoon ki har bachcha nature par janam leta hai, positivity ke saath paida hota hai.</w:t>
      </w:r>
    </w:p>
    <w:p>
      <w:pPr>
        <w:jc w:val="right"/>
      </w:pPr>
      <w:r>
        <w:t>तो मैं इसको मानता हूँ कि हर बच्चा nature पर जन्म लेता है, positivity के साथ पैदा होता है।</w:t>
      </w:r>
    </w:p>
    <w:p>
      <w:r>
        <w:rPr>
          <w:b/>
        </w:rPr>
        <w:t xml:space="preserve">[12:04] </w:t>
      </w:r>
      <w:r>
        <w:t>plus har aadmi, har bachcha jo hai, koi special quality lekar paida hota hai.</w:t>
      </w:r>
    </w:p>
    <w:p>
      <w:pPr>
        <w:jc w:val="right"/>
      </w:pPr>
      <w:r>
        <w:t>Plus हर आदमी, हर बच्चा जो है, कोई special quality लेकर पैदा होता है।</w:t>
      </w:r>
    </w:p>
    <w:p>
      <w:r>
        <w:rPr>
          <w:b/>
        </w:rPr>
        <w:t xml:space="preserve">[12:08] </w:t>
      </w:r>
      <w:r>
        <w:t>usko aap padhiye aur usko aap actual banane ki koshish kijiye.</w:t>
      </w:r>
    </w:p>
    <w:p>
      <w:pPr>
        <w:jc w:val="right"/>
      </w:pPr>
      <w:r>
        <w:t>उसको आप पढ़िए और उसको आप actual बनाने की कोशिश कीजिए।</w:t>
      </w:r>
    </w:p>
    <w:p>
      <w:r>
        <w:rPr>
          <w:b/>
        </w:rPr>
        <w:t xml:space="preserve">[12:13] </w:t>
      </w:r>
      <w:r>
        <w:t>ye maa-baap ko karna hai.</w:t>
      </w:r>
    </w:p>
    <w:p>
      <w:pPr>
        <w:jc w:val="right"/>
      </w:pPr>
      <w:r>
        <w:t>ये माँ-बाप को करना है।</w:t>
      </w:r>
    </w:p>
    <w:p>
      <w:r>
        <w:rPr>
          <w:b/>
        </w:rPr>
        <w:t xml:space="preserve">[12:18] </w:t>
      </w:r>
      <w:r>
        <w:t>maa-baap ka agar apne mind ko chahte hain thopen bachche ke upar.</w:t>
      </w:r>
    </w:p>
    <w:p>
      <w:pPr>
        <w:jc w:val="right"/>
      </w:pPr>
      <w:r>
        <w:t>माँ-बाप का अगर अपने mind को चाहते हैं थोपें बच्चे के ऊपर।</w:t>
      </w:r>
    </w:p>
    <w:p>
      <w:r>
        <w:rPr>
          <w:b/>
        </w:rPr>
        <w:t xml:space="preserve">[12:23] </w:t>
      </w:r>
      <w:r>
        <w:t>jabardasti nahi karna. usse uska zaroor ram. Maulana Sahib, kehte hain umeed par duniya kayam hai. magar umeed karna hi dukhon ka sabse bada karan hai. to is dilemma ko kaise solve kiya jaye? duniya umeed hi ki jagah hai. shuru se a se z tak umeed hi umeed hai. kaise?</w:t>
      </w:r>
    </w:p>
    <w:p>
      <w:pPr>
        <w:jc w:val="right"/>
      </w:pPr>
      <w:r>
        <w:t>जबरदस्ती नहीं करना। उससे उसका जरूर राम। Maulana Sahib, कहते हैं उम्मीद पर दुनिया कायम है। मगर उम्मीद करना ही दुखों का सबसे बड़ा कारण है। तो इस dilemma को कैसे solve किया जाए? दुनिया उम्मीद ही की जगह है। शुरू से A से Z तक उम्मीद ही उम्मीद है। कैसे?</w:t>
      </w:r>
    </w:p>
    <w:p>
      <w:r>
        <w:rPr>
          <w:b/>
        </w:rPr>
        <w:t xml:space="preserve">[12:45] </w:t>
      </w:r>
      <w:r>
        <w:t>hum chahte hain ki duniya hamare mind ke mutabik rahe. aisa nahi ho sakta hai. duniya ekdam hamare mindset ke mutabik nahi rahegi. duniya apni disha par chalegi. to hum cheezon ko jo hum jab saamna karein, to jaisa ki maine kaha ki problem ko hum problem na samjhein, challenge samjhein. aur iska, iska fayda kya hoga?</w:t>
      </w:r>
    </w:p>
    <w:p>
      <w:pPr>
        <w:jc w:val="right"/>
      </w:pPr>
      <w:r>
        <w:t>हम चाहते हैं कि दुनिया हमारे mind के मुताबिक रहे। ऐसा नहीं हो सकता है। दुनिया एकदम हमारे mindset के मुताबिक नहीं रहेगी। दुनिया अपनी दिशा पर चलेगी। तो हम चीज़ों को जो हम जब सामना करें, तो जैसा कि मैंने कहा कि problem को हम problem न समझें, challenge समझें। और इसका, इसका फायदा क्या होगा?</w:t>
      </w:r>
    </w:p>
    <w:p>
      <w:r>
        <w:rPr>
          <w:b/>
        </w:rPr>
        <w:t xml:space="preserve">[13:11] </w:t>
      </w:r>
      <w:r>
        <w:t>ki dekhiye, basically differences par ye sab baatein aati hain. differences par. to difference ko you have to learn the art of difference management.</w:t>
      </w:r>
    </w:p>
    <w:p>
      <w:pPr>
        <w:jc w:val="right"/>
      </w:pPr>
      <w:r>
        <w:t>कि देखिए, basically differences पर ये सब बातें आती हैं। Differences पर। तो difference को you have to learn the art of difference management.</w:t>
      </w:r>
    </w:p>
    <w:p>
      <w:r>
        <w:rPr>
          <w:b/>
        </w:rPr>
        <w:t xml:space="preserve">[13:21] </w:t>
      </w:r>
      <w:r>
        <w:t>don't try to eliminate the differences. kyunki difference nahi to intellectual development nahi. difference se decision hota hai, difference se dialogue hota hai. aur difference hi ki wajah se aisa hota hai ki ideas mein exchange hota hai. phir development hota hai. to difference is the only way to reach the goal of intellectual development.</w:t>
      </w:r>
    </w:p>
    <w:p>
      <w:pPr>
        <w:jc w:val="right"/>
      </w:pPr>
      <w:r>
        <w:t>Don't try to eliminate the differences. क्योंकि difference नहीं तो intellectual development नहीं। Difference से decision होता है, difference से dialogue होता है। और difference ही की वजह से ऐसा होता है कि ideas में exchange होता है। फिर development होता है। तो difference is the only way to reach the goal of intellectual development.</w:t>
      </w:r>
    </w:p>
    <w:p>
      <w:r>
        <w:rPr>
          <w:b/>
        </w:rPr>
        <w:t xml:space="preserve">[13:43] </w:t>
      </w:r>
      <w:r>
        <w:t>to main to difference ko invite karta hoon. aur kabhi main difference ko problem nahi samajhta. to is wajah se main 100% aashawadi hoon. meri zindagi mein niraasha koi jagah nahi hai. ki jo cheez aati hai saamne, usko main try karta hoon ki negativity ko positivity mein convert karoon. aur jab niraasha aati hai, to usko ek side mein karke phir aage chalte hain.</w:t>
      </w:r>
    </w:p>
    <w:p>
      <w:pPr>
        <w:jc w:val="right"/>
      </w:pPr>
      <w:r>
        <w:t>तो मैं तो difference को invite करता हूँ। और कभी मैं difference को problem नहीं समझता। तो इस वजह से मैं 100% आशावादी हूँ। मेरी ज़िंदगी में निराशा कोई जगह नहीं है। कि जो चीज़ आती है सामने, उसको मैं try करता हूँ कि negativity को positivity में convert करूँ। और जब निराशा आती है, तो उसको एक side में करके फिर आगे चलते हैं।</w:t>
      </w:r>
    </w:p>
    <w:p>
      <w:r>
        <w:rPr>
          <w:b/>
        </w:rPr>
        <w:t xml:space="preserve">[14:08] </w:t>
      </w:r>
      <w:r>
        <w:t>us niraasha mein dekhiye, ek challenge hota hai hamare liye. us challenge ko agar hum saamna karein, to hum dekhein ki ek development ho gaya. hamara mind jo hai, usko ek naya, ek, ek, ek, ek naya door mil gaya tarakki ka. mera to zindagi bhar ka hi tajurba hai.</w:t>
      </w:r>
    </w:p>
    <w:p>
      <w:pPr>
        <w:jc w:val="right"/>
      </w:pPr>
      <w:r>
        <w:t>उस निराशा में देखिए, एक challenge होता है हमारे लिए। उस challenge को अगर हम सामना करें, तो हम देखें कि एक development हो गया। हमारा mind जो है, उसको एक नया, एक, एक, एक, एक नया door मिल गया तरक्की का। मेरा तो ज़िंदगी भर का ही تجربा है।</w:t>
      </w:r>
    </w:p>
    <w:p>
      <w:r>
        <w:rPr>
          <w:b/>
        </w:rPr>
        <w:t xml:space="preserve">[14:26] </w:t>
      </w:r>
      <w:r>
        <w:t>apne aap ko center karna. rozmarra ki zindagi mein hum sab involved hain. chahe koi father hai, brother hai, worker hai, son hai. itne sare husband hain, itne sare roles ek insaan play karta hai. to is sab bhagadaudi mein aap apne, hum apne aap ko kho dete hain. us apne aap ko kaise talashein?</w:t>
      </w:r>
    </w:p>
    <w:p>
      <w:pPr>
        <w:jc w:val="right"/>
      </w:pPr>
      <w:r>
        <w:t>अपने आप को center करना। रोज़मर्रा की ज़िंदगी में हम सब involved हैं। चाहे कोई father है, brother है, worker है, son है। इतने सारे husband हैं, इतने सारे roles एक इंसान play करता है। तो इस सब भागादौड़ी में आप अपने, हम अपने आप को खो देते हैं। उस अपने आप को कैसे तलाशें?</w:t>
      </w:r>
    </w:p>
    <w:p>
      <w:r>
        <w:rPr>
          <w:b/>
        </w:rPr>
        <w:t xml:space="preserve">[14:50] </w:t>
      </w:r>
      <w:r>
        <w:t>ye to pehla question hai. first of all, you have to discover yourself. ab jaise main kya karta hoon? mere ghar ke paas park hai. yaani ghar jo hai, park ko face kar raha hai. wahan baithta hoon. har waqt sochta hoon to main kab kya karta hoon?</w:t>
      </w:r>
    </w:p>
    <w:p>
      <w:pPr>
        <w:jc w:val="right"/>
      </w:pPr>
      <w:r>
        <w:t>ये तो पहला question है। First of all, you have to discover yourself. अब जैसे मैं क्या करता हूँ? मेरे घर के पास park है। यानी घर जो है, park को face कर रहा है। वहाँ बैठता हूँ। हर वक्त सोचता हूँ तो मैं कब क्या करता हूँ?</w:t>
      </w:r>
    </w:p>
    <w:p>
      <w:r>
        <w:rPr>
          <w:b/>
        </w:rPr>
        <w:t xml:space="preserve">[15:08] </w:t>
      </w:r>
      <w:r>
        <w:t>main sochta hoon ki is ped mere saamne hai, usse zyada mere andar capacity hai. ye jo suraj chamak raha hai, wo bol nahi sakta, main bol raha hoon. ye chidiya ud rahi hain, usse zyada mere andar shakti hai. to main apne ko discover karta hoon ki main ek unique being hoon. to main kabhi, negativity kabhi aati nahi hai. main poori universe mein apne ko mehsoos karta hoon ki main ek unique creation hoon. to phir negativity kis liye?</w:t>
      </w:r>
    </w:p>
    <w:p>
      <w:pPr>
        <w:jc w:val="right"/>
      </w:pPr>
      <w:r>
        <w:t>मैं सोचता हूँ कि इस पेड़ मेरे सामने है, उससे ज्यादा मेरे अंदर capacity है। ये जो सूरज चमक रहा है, वो बोल नहीं सकता, मैं बोल रहा हूँ। ये चिड़िया उड़ रही हैं, उससे ज्यादा मेरे अंदर शक्ति है। तो मैं अपने को discover करता हूँ कि मैं एक unique being हूँ। तो मैं कभी, negativity कभी आती नहीं है। मैं पूरी universe में अपने को महसूस करता हूँ कि मैं एक unique creation हूँ। तो फिर negativity किस लिए?</w:t>
      </w:r>
    </w:p>
    <w:p>
      <w:r>
        <w:rPr>
          <w:b/>
        </w:rPr>
        <w:t xml:space="preserve">[15:37] </w:t>
      </w:r>
      <w:r>
        <w:t>ab jo problem aate hain, wo problem to hamare, yaani mind ke liye challenge hote hain. aur sirf isliye hote hain ki hum intellectual development ho hamara. ye jo mind hai, Maulana ji, bolta jaata hai, chup nahi hota. you know, aap, main aapse baat kar rahi hoon, magar dimag ek-do-teen jagah dishaon mein khinchta hai. so this mind is constantly chattering. how do you still or how do you bring peace to the mind?</w:t>
      </w:r>
    </w:p>
    <w:p>
      <w:pPr>
        <w:jc w:val="right"/>
      </w:pPr>
      <w:r>
        <w:t>अब जो problem आते हैं, वो problem तो हमारे, यानी mind के लिए challenge होते हैं। और सिर्फ इसलिए होते हैं कि हम intellectual development हो हमारा। ये जो mind है, Maulana जी, बोलता जाता है, चुप नहीं होता। You know, आप, मैं आपसे बात कर रही हूँ, मगर दिमाग एक-दो-तीन जगह दिशाओं में खींचता है। So this mind is constantly chattering. How do you still or how do you bring peace to the mind?</w:t>
      </w:r>
    </w:p>
    <w:p>
      <w:r>
        <w:rPr>
          <w:b/>
        </w:rPr>
        <w:t xml:space="preserve">[16:05] </w:t>
      </w:r>
      <w:r>
        <w:t>haan, dekhiye, ye ek problem hai.</w:t>
      </w:r>
    </w:p>
    <w:p>
      <w:pPr>
        <w:jc w:val="right"/>
      </w:pPr>
      <w:r>
        <w:t>हाँ, देखिए, ये एक problem है।</w:t>
      </w:r>
    </w:p>
    <w:p>
      <w:r>
        <w:rPr>
          <w:b/>
        </w:rPr>
        <w:t xml:space="preserve">[16:08] </w:t>
      </w:r>
      <w:r>
        <w:t>aur ye hai, isko main kehta hoon problem of distraction.</w:t>
      </w:r>
    </w:p>
    <w:p>
      <w:pPr>
        <w:jc w:val="right"/>
      </w:pPr>
      <w:r>
        <w:t>और ये है, इसको मैं कहता हूँ problem of distraction।</w:t>
      </w:r>
    </w:p>
    <w:p>
      <w:r>
        <w:rPr>
          <w:b/>
        </w:rPr>
        <w:t xml:space="preserve">[16:12] </w:t>
      </w:r>
      <w:r>
        <w:t>mind baar-baar distract hota hai.</w:t>
      </w:r>
    </w:p>
    <w:p>
      <w:pPr>
        <w:jc w:val="right"/>
      </w:pPr>
      <w:r>
        <w:t>Mind बार-बार distract होता है।</w:t>
      </w:r>
    </w:p>
    <w:p>
      <w:r>
        <w:rPr>
          <w:b/>
        </w:rPr>
        <w:t xml:space="preserve">[16:16] </w:t>
      </w:r>
      <w:r>
        <w:t>main sochta hoon ki ye raaz-e-hayaat hai ki aap apne mind ko distract na hone dein.</w:t>
      </w:r>
    </w:p>
    <w:p>
      <w:pPr>
        <w:jc w:val="right"/>
      </w:pPr>
      <w:r>
        <w:t>मैं सोचता हूँ कि ये राज-ए-हयात है कि आप अपने mind को distract न होने दें।</w:t>
      </w:r>
    </w:p>
    <w:p>
      <w:r>
        <w:rPr>
          <w:b/>
        </w:rPr>
        <w:t xml:space="preserve">[16:20] </w:t>
      </w:r>
      <w:r>
        <w:t>distraction hi se sab baat bigadti hai.</w:t>
      </w:r>
    </w:p>
    <w:p>
      <w:pPr>
        <w:jc w:val="right"/>
      </w:pPr>
      <w:r>
        <w:t>Distraction ही से सब बात बिगड़ती है।</w:t>
      </w:r>
    </w:p>
    <w:p>
      <w:r>
        <w:rPr>
          <w:b/>
        </w:rPr>
        <w:t xml:space="preserve">[16:24] </w:t>
      </w:r>
      <w:r>
        <w:t>yaani hamara focus hatata hai.</w:t>
      </w:r>
    </w:p>
    <w:p>
      <w:pPr>
        <w:jc w:val="right"/>
      </w:pPr>
      <w:r>
        <w:t>यानी हमारा focus हटता है।</w:t>
      </w:r>
    </w:p>
    <w:p>
      <w:r>
        <w:rPr>
          <w:b/>
        </w:rPr>
        <w:t xml:space="preserve">[16:27] </w:t>
      </w:r>
      <w:r>
        <w:t>intellectual development nahi ho pata.</w:t>
      </w:r>
    </w:p>
    <w:p>
      <w:pPr>
        <w:jc w:val="right"/>
      </w:pPr>
      <w:r>
        <w:t>Intellectual development नहीं हो पाता।</w:t>
      </w:r>
    </w:p>
    <w:p>
      <w:r>
        <w:rPr>
          <w:b/>
        </w:rPr>
        <w:t xml:space="preserve">[16:31] </w:t>
      </w:r>
      <w:r>
        <w:t>to sabse badi cheez jo spiritual development ke liye, intellectual development ke liye chahiye, wo ye hai ki</w:t>
      </w:r>
    </w:p>
    <w:p>
      <w:pPr>
        <w:jc w:val="right"/>
      </w:pPr>
      <w:r>
        <w:t>तो सबसे बड़ी चीज़ जो spiritual development के लिए, intellectual development के लिए चाहिए, वो ये है कि</w:t>
      </w:r>
    </w:p>
    <w:p>
      <w:r>
        <w:rPr>
          <w:b/>
        </w:rPr>
        <w:t xml:space="preserve">[16:35] </w:t>
      </w:r>
      <w:r>
        <w:t>ہم اپنے آپ کو you have to save all kinds of distraction.</w:t>
      </w:r>
    </w:p>
    <w:p>
      <w:pPr>
        <w:jc w:val="right"/>
      </w:pPr>
      <w:r>
        <w:t>हम अपने आप को you have to safe all kinds of distraction.</w:t>
      </w:r>
    </w:p>
    <w:p>
      <w:r>
        <w:rPr>
          <w:b/>
        </w:rPr>
        <w:t xml:space="preserve">[16:39] </w:t>
      </w:r>
      <w:r>
        <w:t>ye bahut zaroori hai.</w:t>
      </w:r>
    </w:p>
    <w:p>
      <w:pPr>
        <w:jc w:val="right"/>
      </w:pPr>
      <w:r>
        <w:t>ये बहुत जरूरी है।</w:t>
      </w:r>
    </w:p>
    <w:p>
      <w:r>
        <w:rPr>
          <w:b/>
        </w:rPr>
        <w:t xml:space="preserve">[16:43] </w:t>
      </w:r>
      <w:r>
        <w:t>to inke koi khaas tareeqe jo hum apni rozmarra ki zindagi mein la sakte hain? bas activity of the mind. dekhiye, insaan ke mein badlav laane ke liye koi technique nahi hua karti. it is mind that governs all your activities.</w:t>
      </w:r>
    </w:p>
    <w:p>
      <w:pPr>
        <w:jc w:val="right"/>
      </w:pPr>
      <w:r>
        <w:t>तो इनके कोई खास तरीके जो हम अपनी रोज़मर्रा की ज़िंदगी में ला सकते हैं? बस activity of the mind। देखिए, इंसान के में बदलाव लाने के लिए कोई technique नहीं हुआ करती। It is mind that governs all your activities.</w:t>
      </w:r>
    </w:p>
    <w:p>
      <w:r>
        <w:rPr>
          <w:b/>
        </w:rPr>
        <w:t xml:space="preserve">[17:02] </w:t>
      </w:r>
      <w:r>
        <w:t>apne mind ko activate kijiye, mind ko train kijiye.</w:t>
      </w:r>
    </w:p>
    <w:p>
      <w:pPr>
        <w:jc w:val="right"/>
      </w:pPr>
      <w:r>
        <w:t>अपने mind को activate कीजिए, mind को train कीजिए।</w:t>
      </w:r>
    </w:p>
    <w:p>
      <w:r>
        <w:rPr>
          <w:b/>
        </w:rPr>
        <w:t xml:space="preserve">[17:06] </w:t>
      </w:r>
      <w:r>
        <w:t>aur jaise hi distraction ho, fauran usko, yaani mind aisa ho ki jaan le ki yahan distraction ho raha hai.</w:t>
      </w:r>
    </w:p>
    <w:p>
      <w:pPr>
        <w:jc w:val="right"/>
      </w:pPr>
      <w:r>
        <w:t>और जैसे ही distraction हो, फौरन उसको, यानी mind ऐसा हो कि जान ले कि यहाँ distraction हो रहा है।</w:t>
      </w:r>
    </w:p>
    <w:p>
      <w:r>
        <w:rPr>
          <w:b/>
        </w:rPr>
        <w:t xml:space="preserve">[17:10] </w:t>
      </w:r>
      <w:r>
        <w:t>aur jaldi se aap lautein right path ki taraf.</w:t>
      </w:r>
    </w:p>
    <w:p>
      <w:pPr>
        <w:jc w:val="right"/>
      </w:pPr>
      <w:r>
        <w:t>और जल्दी से आप लौटें right path की तरफ।</w:t>
      </w:r>
    </w:p>
    <w:p>
      <w:r>
        <w:rPr>
          <w:b/>
        </w:rPr>
        <w:t xml:space="preserve">[17:15] </w:t>
      </w:r>
      <w:r>
        <w:t>koi bhi technique nahi.</w:t>
      </w:r>
    </w:p>
    <w:p>
      <w:pPr>
        <w:jc w:val="right"/>
      </w:pPr>
      <w:r>
        <w:t>कोई भी technique नहीं।</w:t>
      </w:r>
    </w:p>
    <w:p>
      <w:r>
        <w:rPr>
          <w:b/>
        </w:rPr>
        <w:t xml:space="preserve">[17:19] </w:t>
      </w:r>
      <w:r>
        <w:t>jo log technique batate hain, main usmein believe nahin karta.</w:t>
      </w:r>
    </w:p>
    <w:p>
      <w:pPr>
        <w:jc w:val="right"/>
      </w:pPr>
      <w:r>
        <w:t>जो लोग technique बताते हैं, मैं उसमें believe नहीं करता।</w:t>
      </w:r>
    </w:p>
    <w:p>
      <w:r>
        <w:rPr>
          <w:b/>
        </w:rPr>
        <w:t xml:space="preserve">[17:23] </w:t>
      </w:r>
      <w:r>
        <w:t>achha, mera manna hai ki mind ko activate kijiye.</w:t>
      </w:r>
    </w:p>
    <w:p>
      <w:pPr>
        <w:jc w:val="right"/>
      </w:pPr>
      <w:r>
        <w:t>अच्छा, मेरा मानना है कि mind को activate कीजिए।</w:t>
      </w:r>
    </w:p>
    <w:p>
      <w:r>
        <w:rPr>
          <w:b/>
        </w:rPr>
        <w:t xml:space="preserve">[17:28] </w:t>
      </w:r>
      <w:r>
        <w:t>aur wo aap ek, ek, ek, jisko kehte hain intellectual awakening.</w:t>
      </w:r>
    </w:p>
    <w:p>
      <w:pPr>
        <w:jc w:val="right"/>
      </w:pPr>
      <w:r>
        <w:t>और वो आप एक, एक, एक, जिसको कहते हैं intellectual awakening।</w:t>
      </w:r>
    </w:p>
    <w:p>
      <w:r>
        <w:rPr>
          <w:b/>
        </w:rPr>
        <w:t xml:space="preserve">[17:32] </w:t>
      </w:r>
      <w:r>
        <w:t>ji, intellectual awakening sabse badi technique hai.</w:t>
      </w:r>
    </w:p>
    <w:p>
      <w:pPr>
        <w:jc w:val="right"/>
      </w:pPr>
      <w:r>
        <w:t>जी, intellectual awakening सबसे बड़ी technique है।</w:t>
      </w:r>
    </w:p>
    <w:p>
      <w:r>
        <w:rPr>
          <w:b/>
        </w:rPr>
        <w:t xml:space="preserve">[17:36] </w:t>
      </w:r>
      <w:r>
        <w:t>We're in conversation with eminent scholar of Islam, Maulana Wahiduddin Khan Sahib.</w:t>
      </w:r>
    </w:p>
    <w:p>
      <w:pPr>
        <w:jc w:val="right"/>
      </w:pPr>
      <w:r>
        <w:t>We're in conversation with eminent scholar of Islam, Maulana Wahiduddin Khan Sahib.</w:t>
      </w:r>
    </w:p>
    <w:p>
      <w:r>
        <w:rPr>
          <w:b/>
        </w:rPr>
        <w:t xml:space="preserve">[17:41] </w:t>
      </w:r>
      <w:r>
        <w:t>Maulana ji, Center for Peace and Spirituality, ye kaisi sanstha hai? what kind of an organization is this?</w:t>
      </w:r>
    </w:p>
    <w:p>
      <w:pPr>
        <w:jc w:val="right"/>
      </w:pPr>
      <w:r>
        <w:t>Maulana जी, Center for Peace and Spirituality, ये कैसी संस्था है? What kind of an organization is this?</w:t>
      </w:r>
    </w:p>
    <w:p>
      <w:r>
        <w:rPr>
          <w:b/>
        </w:rPr>
        <w:t xml:space="preserve">[17:49] </w:t>
      </w:r>
      <w:r>
        <w:t>iska idea to mujhe aaj se nahin, 1950 se tha, 1950 se.</w:t>
      </w:r>
    </w:p>
    <w:p>
      <w:pPr>
        <w:jc w:val="right"/>
      </w:pPr>
      <w:r>
        <w:t>इसका idea तो मुझे आज से नहीं, 1950 से था, 1950 से।</w:t>
      </w:r>
    </w:p>
    <w:p>
      <w:r>
        <w:rPr>
          <w:b/>
        </w:rPr>
        <w:t xml:space="preserve">[17:55] </w:t>
      </w:r>
      <w:r>
        <w:t>lekin organization ke roop mein usko banaya maine January 2001 mein.</w:t>
      </w:r>
    </w:p>
    <w:p>
      <w:pPr>
        <w:jc w:val="right"/>
      </w:pPr>
      <w:r>
        <w:t>लेकिन organization के रूप में उसको बनाया मैंने जनवरी 2001 में।</w:t>
      </w:r>
    </w:p>
    <w:p>
      <w:r>
        <w:rPr>
          <w:b/>
        </w:rPr>
        <w:t xml:space="preserve">[18:01] </w:t>
      </w:r>
      <w:r>
        <w:t>to us waqt se, yaani 2000, 1950 se mere mind mein tha ki sabse badi cheez peace hai.</w:t>
      </w:r>
    </w:p>
    <w:p>
      <w:pPr>
        <w:jc w:val="right"/>
      </w:pPr>
      <w:r>
        <w:t>तो उस वक्त से, यानी 2000, 1950 से मेरे mind में था कि सबसे बड़ी चीज़ peace है।</w:t>
      </w:r>
    </w:p>
    <w:p>
      <w:r>
        <w:rPr>
          <w:b/>
        </w:rPr>
        <w:t xml:space="preserve">[18:08] </w:t>
      </w:r>
      <w:r>
        <w:t>to kahan main dhoondha, maine to ek mujhe verse mili.</w:t>
      </w:r>
    </w:p>
    <w:p>
      <w:pPr>
        <w:jc w:val="right"/>
      </w:pPr>
      <w:r>
        <w:t>तो कहाँ मैं ढूँढा, मैंने तो एक मुझे वर्स मिली।</w:t>
      </w:r>
    </w:p>
    <w:p>
      <w:r>
        <w:rPr>
          <w:b/>
        </w:rPr>
        <w:t xml:space="preserve">[18:14] </w:t>
      </w:r>
      <w:r>
        <w:t>والله يدعو إلى دار السلام iska translation hai and God calls to the home of peace.</w:t>
      </w:r>
    </w:p>
    <w:p>
      <w:pPr>
        <w:jc w:val="right"/>
      </w:pPr>
      <w:r>
        <w:t>والله يدعو إلى دار السلام इसका translation है and God calls to the home of peace.</w:t>
      </w:r>
    </w:p>
    <w:p>
      <w:r>
        <w:rPr>
          <w:b/>
        </w:rPr>
        <w:t xml:space="preserve">[18:21] </w:t>
      </w:r>
      <w:r>
        <w:t>yaani Khuda kehta hai ki ek peaceful society banao. peaceful home banao. peaceful atmosphere banao. to wo wahan par exhibition tha, wo to main Aadamgarh mein tha. to exhibition mein maine ek stall lagaya. ek bahut bada signboard tha, uske upar bhi yahi likha hua tha. and God calls to the home of peace.</w:t>
      </w:r>
    </w:p>
    <w:p>
      <w:pPr>
        <w:jc w:val="right"/>
      </w:pPr>
      <w:r>
        <w:t>यानी खुदा कहता है कि एक peaceful society बनाओ। Peaceful home बनाओ। Peaceful atmosphere बनाओ। तो वो वहाँ पर exhibition था, वो तो मैं आदमगढ़ में था। तो exhibition में मैंने एक स्टाल लगाया। एक बहुत बड़ा signboard था, उसके ऊपर भी यही लिखा हुआ था। and God calls to the home of peace.</w:t>
      </w:r>
    </w:p>
    <w:p>
      <w:r>
        <w:rPr>
          <w:b/>
        </w:rPr>
        <w:t xml:space="preserve">[18:43] </w:t>
      </w:r>
      <w:r>
        <w:t>to ye meri, yahan se meri beginning hui 1950 se. aur main isi ka ambassador ban gaya, advocate ban gaya. ki bhaiyon, peace sabse badi cheez hai. peace is the sum of all. ghar mein, society mein, mahaul mein, nation mein, international level par har jagah. tab se aaj tak main peace hi ko liye hoon. usi, usi par qayam hoon.</w:t>
      </w:r>
    </w:p>
    <w:p>
      <w:pPr>
        <w:jc w:val="right"/>
      </w:pPr>
      <w:r>
        <w:t>तो ये मेरी, यहाँ से मेरी beginning हुई 1950 से। और मैं इसी का ambassador बन गया, advocate बन गया। कि भाइयों, peace सबसे बड़ी चीज़ है। Peace is the sum of all. घर में, society में, माहौल में, nation में, international level पर हर जगह। तब से आज तक मैं peace ही को लिए हूँ। उसी, उसी पर कायम हूँ।</w:t>
      </w:r>
    </w:p>
    <w:p>
      <w:r>
        <w:rPr>
          <w:b/>
        </w:rPr>
        <w:t xml:space="preserve">[19:06] </w:t>
      </w:r>
      <w:r>
        <w:t>aap jaise hum baat kar rahe the ki ye jo center hai, CPS, ye peace pe kya-kya kaam aap seminars karte hain, kya-kya karte hain?</w:t>
      </w:r>
    </w:p>
    <w:p>
      <w:pPr>
        <w:jc w:val="right"/>
      </w:pPr>
      <w:r>
        <w:t>आप जैसे हम बात कर रहे थे कि ये जो center है, CPS, ये peace पे क्या-क्या काम आप seminars करते हैं, क्या-क्या करते हैं?</w:t>
      </w:r>
    </w:p>
    <w:p>
      <w:r>
        <w:rPr>
          <w:b/>
        </w:rPr>
        <w:t xml:space="preserve">[19:14] </w:t>
      </w:r>
      <w:r>
        <w:t>asal mein yahan par mamla methodology ka hai.</w:t>
      </w:r>
    </w:p>
    <w:p>
      <w:pPr>
        <w:jc w:val="right"/>
      </w:pPr>
      <w:r>
        <w:t>असल में यहाँ पर मामला methodology का है।</w:t>
      </w:r>
    </w:p>
    <w:p>
      <w:r>
        <w:rPr>
          <w:b/>
        </w:rPr>
        <w:t xml:space="preserve">[19:19] </w:t>
      </w:r>
      <w:r>
        <w:t>log aam taur par peace ka matlab samajhte hain ki jalsa karo, stage sajao, seminar karo.</w:t>
      </w:r>
    </w:p>
    <w:p>
      <w:pPr>
        <w:jc w:val="right"/>
      </w:pPr>
      <w:r>
        <w:t>लोग आमतौर पर peace का मतलब समझते हैं कि जलसा करो, stage सजाओ, seminar करो।</w:t>
      </w:r>
    </w:p>
    <w:p>
      <w:r>
        <w:rPr>
          <w:b/>
        </w:rPr>
        <w:t xml:space="preserve">[19:24] </w:t>
      </w:r>
      <w:r>
        <w:t>main is tareeqe mein believe nahin karta.</w:t>
      </w:r>
    </w:p>
    <w:p>
      <w:pPr>
        <w:jc w:val="right"/>
      </w:pPr>
      <w:r>
        <w:t>मैं इस तरीके में believe नहीं करता।</w:t>
      </w:r>
    </w:p>
    <w:p>
      <w:r>
        <w:rPr>
          <w:b/>
        </w:rPr>
        <w:t xml:space="preserve">[19:29] </w:t>
      </w:r>
      <w:r>
        <w:t>yaani stage activism, street activism se mere adhik peace duniya mein nahin aata.</w:t>
      </w:r>
    </w:p>
    <w:p>
      <w:pPr>
        <w:jc w:val="right"/>
      </w:pPr>
      <w:r>
        <w:t>यानी stage activism, street activism से मेरे अधिक peace दुनिया में नहीं आता।</w:t>
      </w:r>
    </w:p>
    <w:p>
      <w:r>
        <w:rPr>
          <w:b/>
        </w:rPr>
        <w:t xml:space="preserve">[19:34] </w:t>
      </w:r>
      <w:r>
        <w:t>mera mind, mera jo manna hai, wo hai re-engineering of mind.</w:t>
      </w:r>
    </w:p>
    <w:p>
      <w:pPr>
        <w:jc w:val="right"/>
      </w:pPr>
      <w:r>
        <w:t>मेरा mind, मेरा जो मानना है, वो है re-engineering of mind।</w:t>
      </w:r>
    </w:p>
    <w:p>
      <w:r>
        <w:rPr>
          <w:b/>
        </w:rPr>
        <w:t xml:space="preserve">[19:39] </w:t>
      </w:r>
      <w:r>
        <w:t>mind ko aisa banao ki uske andar soch aaye, peace wali.</w:t>
      </w:r>
    </w:p>
    <w:p>
      <w:pPr>
        <w:jc w:val="right"/>
      </w:pPr>
      <w:r>
        <w:t>Mind को ऐसा बनाओ कि उसके अंदर सोच आए, peace वाली।</w:t>
      </w:r>
    </w:p>
    <w:p>
      <w:r>
        <w:rPr>
          <w:b/>
        </w:rPr>
        <w:t xml:space="preserve">[19:44] </w:t>
      </w:r>
      <w:r>
        <w:t>UNESCO ka formula aap jante honge ki violence begins from mind.</w:t>
      </w:r>
    </w:p>
    <w:p>
      <w:pPr>
        <w:jc w:val="right"/>
      </w:pPr>
      <w:r>
        <w:t>UNESCO का formula आप जानते होंगे कि violence begins from mind.</w:t>
      </w:r>
    </w:p>
    <w:p>
      <w:r>
        <w:rPr>
          <w:b/>
        </w:rPr>
        <w:t xml:space="preserve">[19:50] </w:t>
      </w:r>
      <w:r>
        <w:t>to mind se violence shuru hota hai, wahin se peace bhi la sakte hain aap.</w:t>
      </w:r>
    </w:p>
    <w:p>
      <w:pPr>
        <w:jc w:val="right"/>
      </w:pPr>
      <w:r>
        <w:t>तो mind से violence शुरू होता है, वहीं से peace भी ला सकते हैं आप।</w:t>
      </w:r>
    </w:p>
    <w:p>
      <w:r>
        <w:rPr>
          <w:b/>
        </w:rPr>
        <w:t xml:space="preserve">[19:54] </w:t>
      </w:r>
      <w:r>
        <w:t>to main believe karta hoon in mind ki engineering par.</w:t>
      </w:r>
    </w:p>
    <w:p>
      <w:pPr>
        <w:jc w:val="right"/>
      </w:pPr>
      <w:r>
        <w:t>तो मैं believe करता हूँ in mind की engineering पर।</w:t>
      </w:r>
    </w:p>
    <w:p>
      <w:r>
        <w:rPr>
          <w:b/>
        </w:rPr>
        <w:t xml:space="preserve">[19:58] </w:t>
      </w:r>
      <w:r>
        <w:t>mind ko badalne par, thinking ko badalne par.</w:t>
      </w:r>
    </w:p>
    <w:p>
      <w:pPr>
        <w:jc w:val="right"/>
      </w:pPr>
      <w:r>
        <w:t>Mind को बदलने पर, thinking को बदलने पर।</w:t>
      </w:r>
    </w:p>
    <w:p>
      <w:r>
        <w:rPr>
          <w:b/>
        </w:rPr>
        <w:t xml:space="preserve">[20:02] </w:t>
      </w:r>
      <w:r>
        <w:t>ye stage activism aur street activism aur ye jalsa juloos, ye mera tareeqa nahin hai.</w:t>
      </w:r>
    </w:p>
    <w:p>
      <w:pPr>
        <w:jc w:val="right"/>
      </w:pPr>
      <w:r>
        <w:t>ये stage activism और street activism और ये जलसा जुलूस, ये मेरा तरीका नहीं है।</w:t>
      </w:r>
    </w:p>
    <w:p>
      <w:r>
        <w:rPr>
          <w:b/>
        </w:rPr>
        <w:t xml:space="preserve">[20:07] </w:t>
      </w:r>
      <w:r>
        <w:t>to mere paas 200,000 literature hai, kitabein hain har language mein.</w:t>
      </w:r>
    </w:p>
    <w:p>
      <w:pPr>
        <w:jc w:val="right"/>
      </w:pPr>
      <w:r>
        <w:t>तो मेरे पास 200,000 literature है, किताबें हैं हर language में।</w:t>
      </w:r>
    </w:p>
    <w:p>
      <w:r>
        <w:rPr>
          <w:b/>
        </w:rPr>
        <w:t xml:space="preserve">[20:11] </w:t>
      </w:r>
      <w:r>
        <w:t>aur website hai.</w:t>
      </w:r>
    </w:p>
    <w:p>
      <w:pPr>
        <w:jc w:val="right"/>
      </w:pPr>
      <w:r>
        <w:t>और website है।</w:t>
      </w:r>
    </w:p>
    <w:p>
      <w:r>
        <w:rPr>
          <w:b/>
        </w:rPr>
        <w:t xml:space="preserve">[20:15] </w:t>
      </w:r>
      <w:r>
        <w:t>mera lecture hota hai barabar.</w:t>
      </w:r>
    </w:p>
    <w:p>
      <w:pPr>
        <w:jc w:val="right"/>
      </w:pPr>
      <w:r>
        <w:t>मेरा lecture होता है बराबर।</w:t>
      </w:r>
    </w:p>
    <w:p>
      <w:r>
        <w:rPr>
          <w:b/>
        </w:rPr>
        <w:t xml:space="preserve">[20:19] </w:t>
      </w:r>
      <w:r>
        <w:t>live telecast bhi hota hai.</w:t>
      </w:r>
    </w:p>
    <w:p>
      <w:pPr>
        <w:jc w:val="right"/>
      </w:pPr>
      <w:r>
        <w:t>Live telecast भी होता है।</w:t>
      </w:r>
    </w:p>
    <w:p>
      <w:r>
        <w:rPr>
          <w:b/>
        </w:rPr>
        <w:t xml:space="preserve">[20:24] </w:t>
      </w:r>
      <w:r>
        <w:t>to poori duniya mein hamara mission jo hai, modern communication ko istemal karke hum chala rahe hain.</w:t>
      </w:r>
    </w:p>
    <w:p>
      <w:pPr>
        <w:jc w:val="right"/>
      </w:pPr>
      <w:r>
        <w:t>तो पूरी दुनिया में हमारा mission जो है, modern communication को इस्तेमाल करके हम चला रहे हैं।</w:t>
      </w:r>
    </w:p>
    <w:p>
      <w:r>
        <w:rPr>
          <w:b/>
        </w:rPr>
        <w:t xml:space="preserve">[20:28] </w:t>
      </w:r>
      <w:r>
        <w:t>aur hamare saath har jagah, har almost in every country, there are some supporters of my mission.</w:t>
      </w:r>
    </w:p>
    <w:p>
      <w:pPr>
        <w:jc w:val="right"/>
      </w:pPr>
      <w:r>
        <w:t>और हमारे साथ हर जगह, हर almost in every country, there are some supporters of my mission।</w:t>
      </w:r>
    </w:p>
    <w:p>
      <w:r>
        <w:rPr>
          <w:b/>
        </w:rPr>
        <w:t xml:space="preserve">[20:32] </w:t>
      </w:r>
      <w:r>
        <w:t>lekin ye bahut hi khamosh andaaz mein kaam ho raha hai.</w:t>
      </w:r>
    </w:p>
    <w:p>
      <w:pPr>
        <w:jc w:val="right"/>
      </w:pPr>
      <w:r>
        <w:t>लेकिन ये बहुत ही खामोश अंदाज़ में काम हो रहा है।</w:t>
      </w:r>
    </w:p>
    <w:p>
      <w:r>
        <w:rPr>
          <w:b/>
        </w:rPr>
        <w:t xml:space="preserve">[20:36] </w:t>
      </w:r>
      <w:r>
        <w:t>isme bheedbhaad, crowd, ye sab usme nahi hai.</w:t>
      </w:r>
    </w:p>
    <w:p>
      <w:pPr>
        <w:jc w:val="right"/>
      </w:pPr>
      <w:r>
        <w:t>इसमें भीड़भाड़, crowd, ये सब उसमें नहीं है।</w:t>
      </w:r>
    </w:p>
    <w:p>
      <w:r>
        <w:rPr>
          <w:b/>
        </w:rPr>
        <w:t xml:space="preserve">[20:41] </w:t>
      </w:r>
      <w:r>
        <w:t>aapka mission kya hai?</w:t>
      </w:r>
    </w:p>
    <w:p>
      <w:pPr>
        <w:jc w:val="right"/>
      </w:pPr>
      <w:r>
        <w:t>आपका mission क्या है?</w:t>
      </w:r>
    </w:p>
    <w:p>
      <w:r>
        <w:rPr>
          <w:b/>
        </w:rPr>
        <w:t xml:space="preserve">[20:44] </w:t>
      </w:r>
      <w:r>
        <w:t>mission aadmi ko peaceful tareeqe se sochna.</w:t>
      </w:r>
    </w:p>
    <w:p>
      <w:pPr>
        <w:jc w:val="right"/>
      </w:pPr>
      <w:r>
        <w:t>Mission आदमी को peaceful तरीके से सोचना।</w:t>
      </w:r>
    </w:p>
    <w:p>
      <w:r>
        <w:rPr>
          <w:b/>
        </w:rPr>
        <w:t xml:space="preserve">[20:47] </w:t>
      </w:r>
      <w:r>
        <w:t>jaise kal mere paas telephone aaya ek USA se.</w:t>
      </w:r>
    </w:p>
    <w:p>
      <w:pPr>
        <w:jc w:val="right"/>
      </w:pPr>
      <w:r>
        <w:t>जैसे कल मेरे पास telephone आया एक USA से।</w:t>
      </w:r>
    </w:p>
    <w:p>
      <w:r>
        <w:rPr>
          <w:b/>
        </w:rPr>
        <w:t xml:space="preserve">[20:50] </w:t>
      </w:r>
      <w:r>
        <w:t>USA mein ek saahab rehte hain.</w:t>
      </w:r>
    </w:p>
    <w:p>
      <w:pPr>
        <w:jc w:val="right"/>
      </w:pPr>
      <w:r>
        <w:t>USA में एक साहब रहते हैं।</w:t>
      </w:r>
    </w:p>
    <w:p>
      <w:r>
        <w:rPr>
          <w:b/>
        </w:rPr>
        <w:t xml:space="preserve">[20:53] </w:t>
      </w:r>
      <w:r>
        <w:t>to unka telephone aaya ki main pehle bahut negative tha.</w:t>
      </w:r>
    </w:p>
    <w:p>
      <w:pPr>
        <w:jc w:val="right"/>
      </w:pPr>
      <w:r>
        <w:t>तो उनका telephone आया कि मैं पहले बहुत negative था।</w:t>
      </w:r>
    </w:p>
    <w:p>
      <w:r>
        <w:rPr>
          <w:b/>
        </w:rPr>
        <w:t xml:space="preserve">[20:56] </w:t>
      </w:r>
      <w:r>
        <w:t>yaani jo idhar-udhar jo vidaah hoti thin ki Palestine mein, Iraq mein, Afghanistan mein lekar negative tha.</w:t>
      </w:r>
    </w:p>
    <w:p>
      <w:pPr>
        <w:jc w:val="right"/>
      </w:pPr>
      <w:r>
        <w:t>यानी जो इधर-उधर जो विदाह होती थीं कि Palestine में, Iraq में, Afghanistan में लेकर negative था।</w:t>
      </w:r>
    </w:p>
    <w:p>
      <w:r>
        <w:rPr>
          <w:b/>
        </w:rPr>
        <w:t xml:space="preserve">[20:59] </w:t>
      </w:r>
      <w:r>
        <w:t>America ko bura samajhta tha.</w:t>
      </w:r>
    </w:p>
    <w:p>
      <w:pPr>
        <w:jc w:val="right"/>
      </w:pPr>
      <w:r>
        <w:t>अमेरिका को बुरा समझता था।</w:t>
      </w:r>
    </w:p>
    <w:p>
      <w:r>
        <w:rPr>
          <w:b/>
        </w:rPr>
        <w:t xml:space="preserve">[21:02] </w:t>
      </w:r>
      <w:r>
        <w:t>British Union ko bura samajhta tha.</w:t>
      </w:r>
    </w:p>
    <w:p>
      <w:pPr>
        <w:jc w:val="right"/>
      </w:pPr>
      <w:r>
        <w:t>British Union को बुरा समझता था।</w:t>
      </w:r>
    </w:p>
    <w:p>
      <w:r>
        <w:rPr>
          <w:b/>
        </w:rPr>
        <w:t xml:space="preserve">[21:05] </w:t>
      </w:r>
      <w:r>
        <w:t>aapki books padhi maine.</w:t>
      </w:r>
    </w:p>
    <w:p>
      <w:pPr>
        <w:jc w:val="right"/>
      </w:pPr>
      <w:r>
        <w:t>आपकी books पढ़ी मैंने।</w:t>
      </w:r>
    </w:p>
    <w:p>
      <w:r>
        <w:rPr>
          <w:b/>
        </w:rPr>
        <w:t xml:space="preserve">[21:08] </w:t>
      </w:r>
      <w:r>
        <w:t>jaise ye kitaab maine padhi.</w:t>
      </w:r>
    </w:p>
    <w:p>
      <w:pPr>
        <w:jc w:val="right"/>
      </w:pPr>
      <w:r>
        <w:t>जैसे ये किताब मैंने पढ़ी।</w:t>
      </w:r>
    </w:p>
    <w:p>
      <w:r>
        <w:rPr>
          <w:b/>
        </w:rPr>
        <w:t xml:space="preserve">[21:11] </w:t>
      </w:r>
      <w:r>
        <w:t>to achha, ekdam mera mind badal gaya.</w:t>
      </w:r>
    </w:p>
    <w:p>
      <w:pPr>
        <w:jc w:val="right"/>
      </w:pPr>
      <w:r>
        <w:t>तो अच्छा, एकदम मेरा mind बदल गया।</w:t>
      </w:r>
    </w:p>
    <w:p>
      <w:r>
        <w:rPr>
          <w:b/>
        </w:rPr>
        <w:t xml:space="preserve">[21:14] </w:t>
      </w:r>
      <w:r>
        <w:t>ab main prachar karne laga hoon peace ka.</w:t>
      </w:r>
    </w:p>
    <w:p>
      <w:pPr>
        <w:jc w:val="right"/>
      </w:pPr>
      <w:r>
        <w:t>अब मैं प्रचार करने लगा हूँ peace का।</w:t>
      </w:r>
    </w:p>
    <w:p>
      <w:r>
        <w:rPr>
          <w:b/>
        </w:rPr>
        <w:t xml:space="preserve">[21:17] </w:t>
      </w:r>
      <w:r>
        <w:t>to ek individual ko badalkar ke aap ek, ek bahut bada worker pa lete hain.</w:t>
      </w:r>
    </w:p>
    <w:p>
      <w:pPr>
        <w:jc w:val="right"/>
      </w:pPr>
      <w:r>
        <w:t>तो एक individual को बदल करके आप एक, एक बहुत बड़ा worker पा लेते हैं।</w:t>
      </w:r>
    </w:p>
    <w:p>
      <w:r>
        <w:rPr>
          <w:b/>
        </w:rPr>
        <w:t xml:space="preserve">[21:20] </w:t>
      </w:r>
      <w:r>
        <w:t>phir wo worker jab kaam karta hai, to phir ek group milta hai, ek society milti hai.</w:t>
      </w:r>
    </w:p>
    <w:p>
      <w:pPr>
        <w:jc w:val="right"/>
      </w:pPr>
      <w:r>
        <w:t>फिर वो worker जब काम करता है, तो फिर एक group मिलता है, एक society मिलती है।</w:t>
      </w:r>
    </w:p>
    <w:p>
      <w:r>
        <w:rPr>
          <w:b/>
        </w:rPr>
        <w:t xml:space="preserve">[21:23] </w:t>
      </w:r>
      <w:r>
        <w:t>to mera kaam tareeqa ye hai ki individual se beginning karo.</w:t>
      </w:r>
    </w:p>
    <w:p>
      <w:pPr>
        <w:jc w:val="right"/>
      </w:pPr>
      <w:r>
        <w:t>तो मेरा काम तरीका ये है कि individual से beginning करो।</w:t>
      </w:r>
    </w:p>
    <w:p>
      <w:r>
        <w:rPr>
          <w:b/>
        </w:rPr>
        <w:t xml:space="preserve">[21:26] </w:t>
      </w:r>
      <w:r>
        <w:t>phir dheere-dheere pahuncho society tak.</w:t>
      </w:r>
    </w:p>
    <w:p>
      <w:pPr>
        <w:jc w:val="right"/>
      </w:pPr>
      <w:r>
        <w:t>फिर धीरे-धीरे पहुँचो society तक।</w:t>
      </w:r>
    </w:p>
    <w:p>
      <w:r>
        <w:rPr>
          <w:b/>
        </w:rPr>
        <w:t xml:space="preserve">[21:29] </w:t>
      </w:r>
      <w:r>
        <w:t>ye hamara tareeqa hai kaam karne ka.</w:t>
      </w:r>
    </w:p>
    <w:p>
      <w:pPr>
        <w:jc w:val="right"/>
      </w:pPr>
      <w:r>
        <w:t>ये हमारा तरीका है काम करने का।</w:t>
      </w:r>
    </w:p>
    <w:p>
      <w:r>
        <w:rPr>
          <w:b/>
        </w:rPr>
        <w:t xml:space="preserve">[21:33] </w:t>
      </w:r>
      <w:r>
        <w:t>samaj mein itna manthan ho raha hai. progress is happening at such a fast pace. there are so many problems also within the world of equity. you know, some nations are very rich, some nations are still struggling. aaj ka aham mudda kya hai? what is the most important issue today?</w:t>
      </w:r>
    </w:p>
    <w:p>
      <w:pPr>
        <w:jc w:val="right"/>
      </w:pPr>
      <w:r>
        <w:t>समाज में इतना मंथन हो रहा है। Progress is happening at such a fast pace. There are so many problems also within the world of equity. You know, some nations are very rich, some nations are still struggling. आज का अहम मुद्दा क्या है? What is the most important issue today?</w:t>
      </w:r>
    </w:p>
    <w:p>
      <w:r>
        <w:rPr>
          <w:b/>
        </w:rPr>
        <w:t xml:space="preserve">[21:51] </w:t>
      </w:r>
      <w:r>
        <w:t>bhai, main to yahi samajhta hoon ki sabse bada mudda peace hi hai.</w:t>
      </w:r>
    </w:p>
    <w:p>
      <w:pPr>
        <w:jc w:val="right"/>
      </w:pPr>
      <w:r>
        <w:t>भाई, मैं तो यही समझता हूँ कि सबसे बड़ा मुद्दा peace ही है।</w:t>
      </w:r>
    </w:p>
    <w:p>
      <w:r>
        <w:rPr>
          <w:b/>
        </w:rPr>
        <w:t xml:space="preserve">[21:53] </w:t>
      </w:r>
      <w:r>
        <w:t>log ye bhool gaye hain ki koi bhi cheez aap achieve kar sakte hain peaceful tareeqe se.</w:t>
      </w:r>
    </w:p>
    <w:p>
      <w:pPr>
        <w:jc w:val="right"/>
      </w:pPr>
      <w:r>
        <w:t>लोग ये भूल गए हैं कि कोई भी चीज़ आप achieve कर सकते हैं peaceful तरीके से।</w:t>
      </w:r>
    </w:p>
    <w:p>
      <w:r>
        <w:rPr>
          <w:b/>
        </w:rPr>
        <w:t xml:space="preserve">[21:56] </w:t>
      </w:r>
      <w:r>
        <w:t>violence se kuch achieve nahi kar sakte.</w:t>
      </w:r>
    </w:p>
    <w:p>
      <w:pPr>
        <w:jc w:val="right"/>
      </w:pPr>
      <w:r>
        <w:t>Violence से कुछ achieve नहीं कर सकते।</w:t>
      </w:r>
    </w:p>
    <w:p>
      <w:r>
        <w:rPr>
          <w:b/>
        </w:rPr>
        <w:t xml:space="preserve">[21:59] </w:t>
      </w:r>
      <w:r>
        <w:t>recently aapne dekha, kai countries mein violence hua.</w:t>
      </w:r>
    </w:p>
    <w:p>
      <w:pPr>
        <w:jc w:val="right"/>
      </w:pPr>
      <w:r>
        <w:t>Recently आपने देखा, कई countries में violence हुआ।</w:t>
      </w:r>
    </w:p>
    <w:p>
      <w:r>
        <w:rPr>
          <w:b/>
        </w:rPr>
        <w:t xml:space="preserve">[22:02] </w:t>
      </w:r>
      <w:r>
        <w:t>phir kuch bhi woh achieve nahi kar paye.</w:t>
      </w:r>
    </w:p>
    <w:p>
      <w:pPr>
        <w:jc w:val="right"/>
      </w:pPr>
      <w:r>
        <w:t>फिर कुछ भी वो achieve नहीं कर पाए।</w:t>
      </w:r>
    </w:p>
    <w:p>
      <w:r>
        <w:rPr>
          <w:b/>
        </w:rPr>
        <w:t xml:space="preserve">[22:05] </w:t>
      </w:r>
      <w:r>
        <w:t>toh log jo hain, peace ki value ko bhool gaye hain.</w:t>
      </w:r>
    </w:p>
    <w:p>
      <w:pPr>
        <w:jc w:val="right"/>
      </w:pPr>
      <w:r>
        <w:t>तो लोग जो हैं, peace की value को भूल गए हैं।</w:t>
      </w:r>
    </w:p>
    <w:p>
      <w:r>
        <w:rPr>
          <w:b/>
        </w:rPr>
        <w:t xml:space="preserve">[22:08] </w:t>
      </w:r>
      <w:r>
        <w:t>woh power ki value ko samajhte hain.</w:t>
      </w:r>
    </w:p>
    <w:p>
      <w:pPr>
        <w:jc w:val="right"/>
      </w:pPr>
      <w:r>
        <w:t>वो power की value को समझते हैं।</w:t>
      </w:r>
    </w:p>
    <w:p>
      <w:r>
        <w:rPr>
          <w:b/>
        </w:rPr>
        <w:t xml:space="preserve">[22:11] </w:t>
      </w:r>
      <w:r>
        <w:t>money ki value ko samajhte hain.</w:t>
      </w:r>
    </w:p>
    <w:p>
      <w:pPr>
        <w:jc w:val="right"/>
      </w:pPr>
      <w:r>
        <w:t>Money की value को समझते हैं।</w:t>
      </w:r>
    </w:p>
    <w:p>
      <w:r>
        <w:rPr>
          <w:b/>
        </w:rPr>
        <w:t xml:space="preserve">[22:14] </w:t>
      </w:r>
      <w:r>
        <w:t>aur war ki value ko samajhte hain.</w:t>
      </w:r>
    </w:p>
    <w:p>
      <w:pPr>
        <w:jc w:val="right"/>
      </w:pPr>
      <w:r>
        <w:t>और war की value को समझते हैं।</w:t>
      </w:r>
    </w:p>
    <w:p>
      <w:r>
        <w:rPr>
          <w:b/>
        </w:rPr>
        <w:t xml:space="preserve">[22:17] </w:t>
      </w:r>
      <w:r>
        <w:t>bombardment ki value ko samajhte hain.</w:t>
      </w:r>
    </w:p>
    <w:p>
      <w:pPr>
        <w:jc w:val="right"/>
      </w:pPr>
      <w:r>
        <w:t>Bombardment की value को समझते हैं।</w:t>
      </w:r>
    </w:p>
    <w:p>
      <w:r>
        <w:rPr>
          <w:b/>
        </w:rPr>
        <w:t xml:space="preserve">[22:20] </w:t>
      </w:r>
      <w:r>
        <w:t>لیکن یہ نہیں سمجھتے کہ you have to see the result.</w:t>
      </w:r>
    </w:p>
    <w:p>
      <w:pPr>
        <w:jc w:val="right"/>
      </w:pPr>
      <w:r>
        <w:t>लेकिन ये नहीं समझते कि you have to see the result.</w:t>
      </w:r>
    </w:p>
    <w:p>
      <w:r>
        <w:rPr>
          <w:b/>
        </w:rPr>
        <w:t xml:space="preserve">[22:23] </w:t>
      </w:r>
      <w:r>
        <w:t>main kehna chahta hoon logon se ki har cheez mein aap result ko dekhiye.</w:t>
      </w:r>
    </w:p>
    <w:p>
      <w:pPr>
        <w:jc w:val="right"/>
      </w:pPr>
      <w:r>
        <w:t>मैं कहना चाहता हूँ लोगों से कि हर चीज़ में आप result को देखिए।</w:t>
      </w:r>
    </w:p>
    <w:p>
      <w:r>
        <w:rPr>
          <w:b/>
        </w:rPr>
        <w:t xml:space="preserve">[22:27] </w:t>
      </w:r>
      <w:r>
        <w:t>result agar achha hai, toh cheez achhi hai.</w:t>
      </w:r>
    </w:p>
    <w:p>
      <w:pPr>
        <w:jc w:val="right"/>
      </w:pPr>
      <w:r>
        <w:t>Result अगर अच्छा है, तो चीज़ अच्छी है।</w:t>
      </w:r>
    </w:p>
    <w:p>
      <w:r>
        <w:rPr>
          <w:b/>
        </w:rPr>
        <w:t xml:space="preserve">[22:31] </w:t>
      </w:r>
      <w:r>
        <w:t>nahi toh achhi nahi hai.</w:t>
      </w:r>
    </w:p>
    <w:p>
      <w:pPr>
        <w:jc w:val="right"/>
      </w:pPr>
      <w:r>
        <w:t>नहीं तो अच्छी नहीं है।</w:t>
      </w:r>
    </w:p>
    <w:p>
      <w:r>
        <w:rPr>
          <w:b/>
        </w:rPr>
        <w:t xml:space="preserve">[22:36] </w:t>
      </w:r>
      <w:r>
        <w:t>toh main ye manta hoon ki sabse powerful cheez jo hai, peace hai.</w:t>
      </w:r>
    </w:p>
    <w:p>
      <w:pPr>
        <w:jc w:val="right"/>
      </w:pPr>
      <w:r>
        <w:t>तो मैं ये मानता हूँ कि सबसे powerful चीज़ जो है, peace है।</w:t>
      </w:r>
    </w:p>
    <w:p>
      <w:r>
        <w:rPr>
          <w:b/>
        </w:rPr>
        <w:t xml:space="preserve">[22:40] </w:t>
      </w:r>
      <w:r>
        <w:t>quran majeed mein hai ki asal khair ki peace jo hai, sabse powerful cheez hai tumhare paas.</w:t>
      </w:r>
    </w:p>
    <w:p>
      <w:pPr>
        <w:jc w:val="right"/>
      </w:pPr>
      <w:r>
        <w:t>कुरान मजीद में है कि أصل الخير कि peace जो है, सबसे powerful चीज़ है तुम्हारे पास।</w:t>
      </w:r>
    </w:p>
    <w:p>
      <w:r>
        <w:rPr>
          <w:b/>
        </w:rPr>
        <w:t xml:space="preserve">[22:44] </w:t>
      </w:r>
      <w:r>
        <w:t>peace de do, har cheez pa sakte ho.</w:t>
      </w:r>
    </w:p>
    <w:p>
      <w:pPr>
        <w:jc w:val="right"/>
      </w:pPr>
      <w:r>
        <w:t>Peace दे दो, हर चीज़ पा सकते हो।</w:t>
      </w:r>
    </w:p>
    <w:p>
      <w:r>
        <w:rPr>
          <w:b/>
        </w:rPr>
        <w:t xml:space="preserve">[22:49] </w:t>
      </w:r>
      <w:r>
        <w:t>ek bahut hi anokha, ek anokhi hadees hai ki innalaha yu'tiu al-unfa ma la yu'tiu al-unfa iska</w:t>
      </w:r>
    </w:p>
    <w:p>
      <w:pPr>
        <w:jc w:val="right"/>
      </w:pPr>
      <w:r>
        <w:t>एक बहुत ही अनोखा, एक अनोखी हदीस है कि إن الله يعطي العنف ما لا يعطيه العنف इसका</w:t>
      </w:r>
    </w:p>
    <w:p>
      <w:r>
        <w:rPr>
          <w:b/>
        </w:rPr>
        <w:t xml:space="preserve">[22:53] </w:t>
      </w:r>
      <w:r>
        <w:t>matlab ye hai ki god grants to non-violence.</w:t>
      </w:r>
    </w:p>
    <w:p>
      <w:pPr>
        <w:jc w:val="right"/>
      </w:pPr>
      <w:r>
        <w:t>मतलब ये है कि God grants to non-violence.</w:t>
      </w:r>
    </w:p>
    <w:p>
      <w:r>
        <w:rPr>
          <w:b/>
        </w:rPr>
        <w:t xml:space="preserve">[22:58] </w:t>
      </w:r>
      <w:r>
        <w:t>what he does not grant to violence.</w:t>
      </w:r>
    </w:p>
    <w:p>
      <w:pPr>
        <w:jc w:val="right"/>
      </w:pPr>
      <w:r>
        <w:t>What He does not grant to violence.</w:t>
      </w:r>
    </w:p>
    <w:p>
      <w:r>
        <w:rPr>
          <w:b/>
        </w:rPr>
        <w:t xml:space="preserve">[23:01] </w:t>
      </w:r>
      <w:r>
        <w:t>toh duniya ka jo banaya hai, banane wale ne, ye dhang par banaya hai ki yahan par aap</w:t>
      </w:r>
    </w:p>
    <w:p>
      <w:pPr>
        <w:jc w:val="right"/>
      </w:pPr>
      <w:r>
        <w:t>तो दुनिया का जो बनाया है, बनाने वाले ने, ये ढंग पर बनाया है कि यहाँ पर आप</w:t>
      </w:r>
    </w:p>
    <w:p>
      <w:r>
        <w:rPr>
          <w:b/>
        </w:rPr>
        <w:t xml:space="preserve">[23:04] </w:t>
      </w:r>
      <w:r>
        <w:t>badi-badi, badi se badi cheez bhi peace ke through pa sakte hain.</w:t>
      </w:r>
    </w:p>
    <w:p>
      <w:pPr>
        <w:jc w:val="right"/>
      </w:pPr>
      <w:r>
        <w:t>बड़ी-बड़ी, बड़ी से बड़ी चीज़ भी peace के through पा सकते हैं।</w:t>
      </w:r>
    </w:p>
    <w:p>
      <w:r>
        <w:rPr>
          <w:b/>
        </w:rPr>
        <w:t xml:space="preserve">[23:07] </w:t>
      </w:r>
      <w:r>
        <w:t>aur violence ke through kuch nahi payenge aap.</w:t>
      </w:r>
    </w:p>
    <w:p>
      <w:pPr>
        <w:jc w:val="right"/>
      </w:pPr>
      <w:r>
        <w:t>और violence के through कुछ नहीं पाएंगे आप।</w:t>
      </w:r>
    </w:p>
    <w:p>
      <w:r>
        <w:rPr>
          <w:b/>
        </w:rPr>
        <w:t xml:space="preserve">[23:11] </w:t>
      </w:r>
      <w:r>
        <w:t>duniya mein aap dekhiye, first war se, first war hui, usse kaamyaab insaan ko.</w:t>
      </w:r>
    </w:p>
    <w:p>
      <w:pPr>
        <w:jc w:val="right"/>
      </w:pPr>
      <w:r>
        <w:t>दुनिया में आप देखिए, First War से, First War हुई, उससे कामयाब इंसान को।</w:t>
      </w:r>
    </w:p>
    <w:p>
      <w:r>
        <w:rPr>
          <w:b/>
        </w:rPr>
        <w:t xml:space="preserve">[23:14] </w:t>
      </w:r>
      <w:r>
        <w:t>second war hui, kaamyaab insaan ko.</w:t>
      </w:r>
    </w:p>
    <w:p>
      <w:pPr>
        <w:jc w:val="right"/>
      </w:pPr>
      <w:r>
        <w:t>Second War हुई, कामयाब इंसान को।</w:t>
      </w:r>
    </w:p>
    <w:p>
      <w:r>
        <w:rPr>
          <w:b/>
        </w:rPr>
        <w:t xml:space="preserve">[23:17] </w:t>
      </w:r>
      <w:r>
        <w:t>kitni war hoti rehti hain duniya mein.</w:t>
      </w:r>
    </w:p>
    <w:p>
      <w:pPr>
        <w:jc w:val="right"/>
      </w:pPr>
      <w:r>
        <w:t>कितनी वार होती रहती हैं दुनिया में।</w:t>
      </w:r>
    </w:p>
    <w:p>
      <w:r>
        <w:rPr>
          <w:b/>
        </w:rPr>
        <w:t xml:space="preserve">[23:21] </w:t>
      </w:r>
      <w:r>
        <w:t>milta kuch bhi nahi.</w:t>
      </w:r>
    </w:p>
    <w:p>
      <w:pPr>
        <w:jc w:val="right"/>
      </w:pPr>
      <w:r>
        <w:t>मिलता कुछ भी नहीं।</w:t>
      </w:r>
    </w:p>
    <w:p>
      <w:r>
        <w:rPr>
          <w:b/>
        </w:rPr>
        <w:t xml:space="preserve">[23:24] </w:t>
      </w:r>
      <w:r>
        <w:t>aur peace ke zariye dekhiye, sari jo taraqqiyan hui hain, science ki taraqqiyan, industry ki taraqqiyan, sirf peaceful</w:t>
      </w:r>
    </w:p>
    <w:p>
      <w:pPr>
        <w:jc w:val="right"/>
      </w:pPr>
      <w:r>
        <w:t>और peace के जरिए देखिए, सारी जो तरक्कियाँ हुई हैं, science की तरक्कियाँ, industry की तरक्कियाँ, सिर्फ peaceful</w:t>
      </w:r>
    </w:p>
    <w:p>
      <w:r>
        <w:rPr>
          <w:b/>
        </w:rPr>
        <w:t xml:space="preserve">[23:27] </w:t>
      </w:r>
      <w:r>
        <w:t>activities se hi hui hain.</w:t>
      </w:r>
    </w:p>
    <w:p>
      <w:pPr>
        <w:jc w:val="right"/>
      </w:pPr>
      <w:r>
        <w:t>activities से ही हुई हैं।</w:t>
      </w:r>
    </w:p>
    <w:p>
      <w:r>
        <w:rPr>
          <w:b/>
        </w:rPr>
        <w:t xml:space="preserve">[23:31] </w:t>
      </w:r>
      <w:r>
        <w:t>to ye koi area ya koi case nahi hai jahan violence justify ho sakta hai? haan, mera manna yahi hai. violence ko manage kijiye. violence se takraiye nahi. violence ko manage kijiye. violence se takraiye nahi. negate karein.</w:t>
      </w:r>
    </w:p>
    <w:p>
      <w:pPr>
        <w:jc w:val="right"/>
      </w:pPr>
      <w:r>
        <w:t>तो ये कोई area या कोई case नहीं है जहाँ violence justify हो सकता है? हाँ, मेरा मानना यही है। Violence को manage कीजिए। Violence से टकराइए नहीं। Violence को manage कीजिए। Violence से टकराइए नहीं। Negate करें।</w:t>
      </w:r>
    </w:p>
    <w:p>
      <w:r>
        <w:rPr>
          <w:b/>
        </w:rPr>
        <w:t xml:space="preserve">[23:44] </w:t>
      </w:r>
      <w:r>
        <w:t>haan.</w:t>
      </w:r>
    </w:p>
    <w:p>
      <w:pPr>
        <w:jc w:val="right"/>
      </w:pPr>
      <w:r>
        <w:t>हाँ।</w:t>
      </w:r>
    </w:p>
    <w:p>
      <w:r>
        <w:rPr>
          <w:b/>
        </w:rPr>
        <w:t xml:space="preserve">[23:47] </w:t>
      </w:r>
      <w:r>
        <w:t>maine manage karna jo hai, main bohat hi, main baar baar iska tajurba karta hoon.</w:t>
      </w:r>
    </w:p>
    <w:p>
      <w:pPr>
        <w:jc w:val="right"/>
      </w:pPr>
      <w:r>
        <w:t>मैंने manage करना जो है, मैं बहुत ही, मैं बार-बार इसका تجربा करता हूँ।</w:t>
      </w:r>
    </w:p>
    <w:p>
      <w:r>
        <w:rPr>
          <w:b/>
        </w:rPr>
        <w:t xml:space="preserve">[23:50] </w:t>
      </w:r>
      <w:r>
        <w:t>Manage karna, jaise main ek baat, ek misaal deta hoon.</w:t>
      </w:r>
    </w:p>
    <w:p>
      <w:pPr>
        <w:jc w:val="right"/>
      </w:pPr>
      <w:r>
        <w:t>Manage करना, जैसे मैं एक बात, एक मिसाल देता हूँ।</w:t>
      </w:r>
    </w:p>
    <w:p>
      <w:r>
        <w:rPr>
          <w:b/>
        </w:rPr>
        <w:t xml:space="preserve">[23:53] </w:t>
      </w:r>
      <w:r>
        <w:t>ki sabse bada factor jo hai, ladai ka anger hai.</w:t>
      </w:r>
    </w:p>
    <w:p>
      <w:pPr>
        <w:jc w:val="right"/>
      </w:pPr>
      <w:r>
        <w:t>कि सबसे बड़ा factor जो है, लड़ाई का anger है।</w:t>
      </w:r>
    </w:p>
    <w:p>
      <w:r>
        <w:rPr>
          <w:b/>
        </w:rPr>
        <w:t xml:space="preserve">[23:56] </w:t>
      </w:r>
      <w:r>
        <w:t>ji, log anger se lad jaate hain.</w:t>
      </w:r>
    </w:p>
    <w:p>
      <w:pPr>
        <w:jc w:val="right"/>
      </w:pPr>
      <w:r>
        <w:t>जी, लोग anger से लड़ जाते हैं।</w:t>
      </w:r>
    </w:p>
    <w:p>
      <w:r>
        <w:rPr>
          <w:b/>
        </w:rPr>
        <w:t xml:space="preserve">[23:59] </w:t>
      </w:r>
      <w:r>
        <w:t>chahe individual ho, chahe nation ho.</w:t>
      </w:r>
    </w:p>
    <w:p>
      <w:pPr>
        <w:jc w:val="right"/>
      </w:pPr>
      <w:r>
        <w:t>चाहे individual हो, चाहे nation हो।</w:t>
      </w:r>
    </w:p>
    <w:p>
      <w:r>
        <w:rPr>
          <w:b/>
        </w:rPr>
        <w:t xml:space="preserve">[24:02] </w:t>
      </w:r>
      <w:r>
        <w:t>gusse mein aaye to lad gaye.</w:t>
      </w:r>
    </w:p>
    <w:p>
      <w:pPr>
        <w:jc w:val="right"/>
      </w:pPr>
      <w:r>
        <w:t>गुस्से में आए तो लड़ गए।</w:t>
      </w:r>
    </w:p>
    <w:p>
      <w:r>
        <w:rPr>
          <w:b/>
        </w:rPr>
        <w:t xml:space="preserve">[24:05] </w:t>
      </w:r>
      <w:r>
        <w:t>achha, anger ka maamla ye hai ki psychological studies batati hain ki anger is a matter of thirty seconds.</w:t>
      </w:r>
    </w:p>
    <w:p>
      <w:pPr>
        <w:jc w:val="right"/>
      </w:pPr>
      <w:r>
        <w:t>अच्छा, anger का मामला ये है कि psychological studies बताती हैं कि anger is a matter of thirty seconds.</w:t>
      </w:r>
    </w:p>
    <w:p>
      <w:r>
        <w:rPr>
          <w:b/>
        </w:rPr>
        <w:t xml:space="preserve">[24:08] </w:t>
      </w:r>
      <w:r>
        <w:t>jab aapko gussa aaya, to tees minute chup rahiye.</w:t>
      </w:r>
    </w:p>
    <w:p>
      <w:pPr>
        <w:jc w:val="right"/>
      </w:pPr>
      <w:r>
        <w:t>जब आपको गुस्सा आया, तो तीस मिनट चुप रहिए।</w:t>
      </w:r>
    </w:p>
    <w:p>
      <w:r>
        <w:rPr>
          <w:b/>
        </w:rPr>
        <w:t xml:space="preserve">[24:11] </w:t>
      </w:r>
      <w:r>
        <w:t>to tees minute ke baad kya hoga?</w:t>
      </w:r>
    </w:p>
    <w:p>
      <w:pPr>
        <w:jc w:val="right"/>
      </w:pPr>
      <w:r>
        <w:t>तो तीस मिनट के बाद क्या होगा?</w:t>
      </w:r>
    </w:p>
    <w:p>
      <w:r>
        <w:rPr>
          <w:b/>
        </w:rPr>
        <w:t xml:space="preserve">[24:15] </w:t>
      </w:r>
      <w:r>
        <w:t>anger thanda hone lagta hai. tees tak ginti karo. thirty seconds. thirty seconds mein cooling process shuru hota hai. cooling process. pehle to anger bahut bhadkega. agar ekdum chup ho jayein aap, thirty seconds, to cooling process shuru hota hai. aur kuch der baad apne aap khatam. to main yahi karta hoon. mujhe bhi gussa aata hai. aapko aata hai gussa?</w:t>
      </w:r>
    </w:p>
    <w:p>
      <w:pPr>
        <w:jc w:val="right"/>
      </w:pPr>
      <w:r>
        <w:t>Anger ठंडा होने लगता है। तीस तक गिनती करो। Thirty seconds. Thirty seconds में cooling process शुरू होता है। Cooling process। पहले तो anger बहुत भड़केगा। अगर एकदम चुप हो जाएँ आप, thirty seconds, तो cooling process शुरू होता है। और कुछ देर बाद अपने आप खत्म। तो मैं यही करता हूँ। मुझे भी गुस्सा आता है। आपको आता है गुस्सा?</w:t>
      </w:r>
    </w:p>
    <w:p>
      <w:r>
        <w:rPr>
          <w:b/>
        </w:rPr>
        <w:t xml:space="preserve">[24:33] </w:t>
      </w:r>
      <w:r>
        <w:t>gussa aata hai, main chup ho jata hoon. gussa bas chup hote hi bas dheere-dheere-dheere khatam ho jata hai. pacify kar leta hoon main apne gusse ko. dekhiye, gussa to insaan ke nature mein hai. you have to manage your anger. to sabse bada jo formula hai, you have to learn the art of management. managing your anger. haan. sabse bada formula ye hai.</w:t>
      </w:r>
    </w:p>
    <w:p>
      <w:pPr>
        <w:jc w:val="right"/>
      </w:pPr>
      <w:r>
        <w:t>गुस्सा आता है, मैं चुप हो जाता हूँ। गुस्सा बस चुप होते ही बस धीरे-धीरे-धीरे खत्म हो जाता है। Pacify कर लेता हूँ मैं अपने गुस्से को। देखिए, गुस्सा तो इंसान के nature में है। You have to manage your anger. तो सबसे बड़ा जो formula है, you have to learn the art of management. Managing your anger. हाँ। सबसे बड़ा formula ये है।</w:t>
      </w:r>
    </w:p>
    <w:p>
      <w:r>
        <w:rPr>
          <w:b/>
        </w:rPr>
        <w:t xml:space="preserve">[24:58] </w:t>
      </w:r>
      <w:r>
        <w:t>ye sab baatein, Maulana sahab, aapke saath main shaant ek vatavaran mein baith ke sun rahi hoon. to bahut meaning rakhti hain. par jab kisi pe situation ya koi situation ke andar hota hai, aur us waqt koi bole aapko ki "try and manage it." iske liye jaise aapne bola, mind ko train karna padta hai. to wo mind ki training kaise hoti hai?</w:t>
      </w:r>
    </w:p>
    <w:p>
      <w:pPr>
        <w:jc w:val="right"/>
      </w:pPr>
      <w:r>
        <w:t>ये सब बातें, Maulana साहब, आपके साथ मैं शांत एक वातावरण में बैठ के सुन रही हूँ। तो बहुत meaning रखती हैं। पर जब किसी पे situation या कोई situation के अंदर होता है, और उस वक्त कोई बोले आपको कि "try and manage it." इसके लिए जैसे आपने बोला, mind को train करना पड़ता है। तो वो mind की training कैसे होती है?</w:t>
      </w:r>
    </w:p>
    <w:p>
      <w:r>
        <w:rPr>
          <w:b/>
        </w:rPr>
        <w:t xml:space="preserve">[25:23] </w:t>
      </w:r>
      <w:r>
        <w:t>hum jo sikhate hain apne saathiyon ko, wo sirf ek hi formula hai ki hamesha result lekar socho. result ko lekar socho. jab bhi anger aata hai, jab bhi hate aati hai, jab bhi koi negative thought aate hain, aapko action, ek action lena chahte hain aap. socho ki uska result kya niklega. always you have to see the result.</w:t>
      </w:r>
    </w:p>
    <w:p>
      <w:pPr>
        <w:jc w:val="right"/>
      </w:pPr>
      <w:r>
        <w:t>हम जो सिखाते हैं अपने साथियों को, वो सिर्फ एक ही formula है कि हमेशा result लेकर सोचो। Result को लेकर सोचो। जब भी anger आता है, जब भी hate आती है, जब भी कोई negative thought आते हैं, आपको action, एक action लेना चाहते हैं आप। सोचो कि उसका result क्या निकलेगा। Always you have to see the result.</w:t>
      </w:r>
    </w:p>
    <w:p>
      <w:r>
        <w:rPr>
          <w:b/>
        </w:rPr>
        <w:t xml:space="preserve">[25:45] </w:t>
      </w:r>
      <w:r>
        <w:t>jaise hi aap result ko lekar sochenge, to aapka mind kahega ki bhai, isse to kuch milne wala nahi hai. pehle peaceful tareeqe se isko manage karo. hum sab saathiyon ko is formula ko batate hain ki always you have to see the result. pehle result socho, phir action. phir koi action lena hai, to action lo. result sochne se pehle action mat lo.</w:t>
      </w:r>
    </w:p>
    <w:p>
      <w:pPr>
        <w:jc w:val="right"/>
      </w:pPr>
      <w:r>
        <w:t>जैसे ही आप result को लेकर सोचेंगे, तो आपका mind कहेगा कि भाई, इससे तो कुछ मिलने वाला नहीं है। पहले peaceful तरीके से इसको manage करो। हम सब साथियों को इस formula को बताते हैं कि always you have to see the result. पहले result सोचो, फिर action. फिर कोई action लेना है, तो action लो। Result सोचने से पहले action मत लो।</w:t>
      </w:r>
    </w:p>
    <w:p>
      <w:r>
        <w:rPr>
          <w:b/>
        </w:rPr>
        <w:t xml:space="preserve">[26:07] </w:t>
      </w:r>
      <w:r>
        <w:t>ek sawal Maulana sahab, relationships pe, rishton pe. hum sabke jeevan alag-alag rishton mein bandhe hue hain. to rishton ko manage kaise karna chahiye?</w:t>
      </w:r>
    </w:p>
    <w:p>
      <w:pPr>
        <w:jc w:val="right"/>
      </w:pPr>
      <w:r>
        <w:t>एक सवाल Maulana साहब, relationships पे, रिश्तों पे। हम सबके जीवन अलग-अलग रिश्तों में बंधे हुए हैं। तो रिश्तों को manage कैसे करना चाहिए?</w:t>
      </w:r>
    </w:p>
    <w:p>
      <w:r>
        <w:rPr>
          <w:b/>
        </w:rPr>
        <w:t xml:space="preserve">[26:20] </w:t>
      </w:r>
      <w:r>
        <w:t>Toleration.</w:t>
      </w:r>
    </w:p>
    <w:p>
      <w:pPr>
        <w:jc w:val="right"/>
      </w:pPr>
      <w:r>
        <w:t>Toleration.</w:t>
      </w:r>
    </w:p>
    <w:p>
      <w:r>
        <w:rPr>
          <w:b/>
        </w:rPr>
        <w:t xml:space="preserve">[26:23] </w:t>
      </w:r>
      <w:r>
        <w:t>dekhiye, rishton mein zaroor aisa hoga, kuch complaint hoga.</w:t>
      </w:r>
    </w:p>
    <w:p>
      <w:pPr>
        <w:jc w:val="right"/>
      </w:pPr>
      <w:r>
        <w:t>देखिए, रिश्तों में ज़रूर ऐसा होगा, कुछ complaint होगा।</w:t>
      </w:r>
    </w:p>
    <w:p>
      <w:r>
        <w:rPr>
          <w:b/>
        </w:rPr>
        <w:t xml:space="preserve">[26:27] </w:t>
      </w:r>
      <w:r>
        <w:t>kuch na kuch ek-doosre ko, yaani baat bigad jayegi.</w:t>
      </w:r>
    </w:p>
    <w:p>
      <w:pPr>
        <w:jc w:val="right"/>
      </w:pPr>
      <w:r>
        <w:t>कुछ न कुछ एक-दूसरे को, यानी बात बिगड़ जाएगी।</w:t>
      </w:r>
    </w:p>
    <w:p>
      <w:r>
        <w:rPr>
          <w:b/>
        </w:rPr>
        <w:t xml:space="preserve">[26:30] </w:t>
      </w:r>
      <w:r>
        <w:t>kuch na kuch aisa hoga.</w:t>
      </w:r>
    </w:p>
    <w:p>
      <w:pPr>
        <w:jc w:val="right"/>
      </w:pPr>
      <w:r>
        <w:t>कुछ न कुछ ऐसा होगा।</w:t>
      </w:r>
    </w:p>
    <w:p>
      <w:r>
        <w:rPr>
          <w:b/>
        </w:rPr>
        <w:t xml:space="preserve">[26:34] </w:t>
      </w:r>
      <w:r>
        <w:t>ji, to doosra koi option nahin isse siway ki hum tolerate karein.</w:t>
      </w:r>
    </w:p>
    <w:p>
      <w:pPr>
        <w:jc w:val="right"/>
      </w:pPr>
      <w:r>
        <w:t>जी, तो दूसरा कोई option नहीं इससे सिवाय कि हम tolerate करें।</w:t>
      </w:r>
    </w:p>
    <w:p>
      <w:r>
        <w:rPr>
          <w:b/>
        </w:rPr>
        <w:t xml:space="preserve">[26:37] </w:t>
      </w:r>
      <w:r>
        <w:t>koi option nahin.</w:t>
      </w:r>
    </w:p>
    <w:p>
      <w:pPr>
        <w:jc w:val="right"/>
      </w:pPr>
      <w:r>
        <w:t>कोई option नहीं।</w:t>
      </w:r>
    </w:p>
    <w:p>
      <w:r>
        <w:rPr>
          <w:b/>
        </w:rPr>
        <w:t xml:space="preserve">[26:41] </w:t>
      </w:r>
      <w:r>
        <w:t>hum khud subah-shaam tolerate karte hain.</w:t>
      </w:r>
    </w:p>
    <w:p>
      <w:pPr>
        <w:jc w:val="right"/>
      </w:pPr>
      <w:r>
        <w:t>हम खुद सुबह-शाम tolerate करते हैं।</w:t>
      </w:r>
    </w:p>
    <w:p>
      <w:r>
        <w:rPr>
          <w:b/>
        </w:rPr>
        <w:t xml:space="preserve">[26:45] </w:t>
      </w:r>
      <w:r>
        <w:t>log kya karte hain ki koi baat bigdi, to jaldi se usko bohat hi seriously le lete hain.</w:t>
      </w:r>
    </w:p>
    <w:p>
      <w:pPr>
        <w:jc w:val="right"/>
      </w:pPr>
      <w:r>
        <w:t>लोग क्या करते हैं कि कोई बात बिगड़ी, तो जल्दी से उसको बहुत ही seriously ले लेते हैं।</w:t>
      </w:r>
    </w:p>
    <w:p>
      <w:r>
        <w:rPr>
          <w:b/>
        </w:rPr>
        <w:t xml:space="preserve">[26:48] </w:t>
      </w:r>
      <w:r>
        <w:t>main apne saathiyon se kehta hoon, seriously mat lo.</w:t>
      </w:r>
    </w:p>
    <w:p>
      <w:pPr>
        <w:jc w:val="right"/>
      </w:pPr>
      <w:r>
        <w:t>मैं अपने साथियों से कहता हूँ, seriously मत लो।</w:t>
      </w:r>
    </w:p>
    <w:p>
      <w:r>
        <w:rPr>
          <w:b/>
        </w:rPr>
        <w:t xml:space="preserve">[26:52] </w:t>
      </w:r>
      <w:r>
        <w:t>isko seriously lete ho.</w:t>
      </w:r>
    </w:p>
    <w:p>
      <w:pPr>
        <w:jc w:val="right"/>
      </w:pPr>
      <w:r>
        <w:t>इसको seriously लेते हो।</w:t>
      </w:r>
    </w:p>
    <w:p>
      <w:r>
        <w:rPr>
          <w:b/>
        </w:rPr>
        <w:t xml:space="preserve">[26:55] </w:t>
      </w:r>
      <w:r>
        <w:t>usko bohat achha, uska ek saying hai Barta Narsha ki.</w:t>
      </w:r>
    </w:p>
    <w:p>
      <w:pPr>
        <w:jc w:val="right"/>
      </w:pPr>
      <w:r>
        <w:t>उसको बहुत अच्छा, उसका एक saying है Barta Narsha की।</w:t>
      </w:r>
    </w:p>
    <w:p>
      <w:r>
        <w:rPr>
          <w:b/>
        </w:rPr>
        <w:t xml:space="preserve">[26:59] </w:t>
      </w:r>
      <w:r>
        <w:t>ji, usne kaha ki "The most uneducated person is one who has nothing to forget." to aapke paas</w:t>
      </w:r>
    </w:p>
    <w:p>
      <w:pPr>
        <w:jc w:val="right"/>
      </w:pPr>
      <w:r>
        <w:t>जी, उसने कहा कि "The most uneducated person is one who has nothing to forget." तो आपके पास</w:t>
      </w:r>
    </w:p>
    <w:p>
      <w:r>
        <w:rPr>
          <w:b/>
        </w:rPr>
        <w:t xml:space="preserve">[27:02] </w:t>
      </w:r>
      <w:r>
        <w:t>kuch bhulane ko hona chahiye, bhulane ko.</w:t>
      </w:r>
    </w:p>
    <w:p>
      <w:pPr>
        <w:jc w:val="right"/>
      </w:pPr>
      <w:r>
        <w:t>कुछ भुलाने को होना चाहिए, भुलाने को।</w:t>
      </w:r>
    </w:p>
    <w:p>
      <w:r>
        <w:rPr>
          <w:b/>
        </w:rPr>
        <w:t xml:space="preserve">[27:06] </w:t>
      </w:r>
      <w:r>
        <w:t>kuch baat kahin se ho gayi, to bhula dijiye usko.</w:t>
      </w:r>
    </w:p>
    <w:p>
      <w:pPr>
        <w:jc w:val="right"/>
      </w:pPr>
      <w:r>
        <w:t>कुछ बात कहीं से हो गई, तो भुला दीजिए उसको।</w:t>
      </w:r>
    </w:p>
    <w:p>
      <w:r>
        <w:rPr>
          <w:b/>
        </w:rPr>
        <w:t xml:space="preserve">[27:10] </w:t>
      </w:r>
      <w:r>
        <w:t>kuch baat ho gayi, to bhula dijiye.</w:t>
      </w:r>
    </w:p>
    <w:p>
      <w:pPr>
        <w:jc w:val="right"/>
      </w:pPr>
      <w:r>
        <w:t>कुछ बात हो गई, तो भुला दीजिए।</w:t>
      </w:r>
    </w:p>
    <w:p>
      <w:r>
        <w:rPr>
          <w:b/>
        </w:rPr>
        <w:t xml:space="preserve">[27:13] </w:t>
      </w:r>
      <w:r>
        <w:t>bhula karke hi hum duniya mein peaceful tareeke se jee sakte hain.</w:t>
      </w:r>
    </w:p>
    <w:p>
      <w:pPr>
        <w:jc w:val="right"/>
      </w:pPr>
      <w:r>
        <w:t>भुला करके ही हम दुनिया में peaceful तरीके से जी सकते हैं।</w:t>
      </w:r>
    </w:p>
    <w:p>
      <w:r>
        <w:rPr>
          <w:b/>
        </w:rPr>
        <w:t xml:space="preserve">[27:17] </w:t>
      </w:r>
      <w:r>
        <w:t>agar na bhulaen, to khamakha tension, har waqt tension.</w:t>
      </w:r>
    </w:p>
    <w:p>
      <w:pPr>
        <w:jc w:val="right"/>
      </w:pPr>
      <w:r>
        <w:t>अगर न भुलाएँ, तो खामखा tension, हर वक्त tension।</w:t>
      </w:r>
    </w:p>
    <w:p>
      <w:r>
        <w:rPr>
          <w:b/>
        </w:rPr>
        <w:t xml:space="preserve">[27:20] </w:t>
      </w:r>
      <w:r>
        <w:t>to tension se, ab tension free hone ka jo formula hum batate hain apne sathiyon ko, wo hai</w:t>
      </w:r>
    </w:p>
    <w:p>
      <w:pPr>
        <w:jc w:val="right"/>
      </w:pPr>
      <w:r>
        <w:t>तो tension से, अब tension free होने का जो formula हम बताते हैं अपने साथियों को, वो है</w:t>
      </w:r>
    </w:p>
    <w:p>
      <w:r>
        <w:rPr>
          <w:b/>
        </w:rPr>
        <w:t xml:space="preserve">[27:24] </w:t>
      </w:r>
      <w:r>
        <w:t>ki bhulao, bhulao, bhulao, bhulao.</w:t>
      </w:r>
    </w:p>
    <w:p>
      <w:pPr>
        <w:jc w:val="right"/>
      </w:pPr>
      <w:r>
        <w:t>कि भुलाओ, भुलाओ, भुलाओ, भुलाओ।</w:t>
      </w:r>
    </w:p>
    <w:p>
      <w:r>
        <w:rPr>
          <w:b/>
        </w:rPr>
        <w:t xml:space="preserve">[27:28] </w:t>
      </w:r>
      <w:r>
        <w:t>jo bhi negative cheez hai, usko bhula do. haan, bhulao.</w:t>
      </w:r>
    </w:p>
    <w:p>
      <w:pPr>
        <w:jc w:val="right"/>
      </w:pPr>
      <w:r>
        <w:t>जो भी negative चीज़ है, उसको भुला दो। हाँ, भुलाओ।</w:t>
      </w:r>
    </w:p>
    <w:p>
      <w:r>
        <w:rPr>
          <w:b/>
        </w:rPr>
        <w:t xml:space="preserve">[27:32] </w:t>
      </w:r>
      <w:r>
        <w:t>کیونکہ اس سے you have to escape from negativity.</w:t>
      </w:r>
    </w:p>
    <w:p>
      <w:pPr>
        <w:jc w:val="right"/>
      </w:pPr>
      <w:r>
        <w:t>क्योंकि उससे you have to escape from negativity.</w:t>
      </w:r>
    </w:p>
    <w:p>
      <w:r>
        <w:rPr>
          <w:b/>
        </w:rPr>
        <w:t xml:space="preserve">[27:36] </w:t>
      </w:r>
      <w:r>
        <w:t>jo cheez dekhiye, mera manna ye hai ki jis tarah gulab ke phool pe kanta rahega, rahega.</w:t>
      </w:r>
    </w:p>
    <w:p>
      <w:pPr>
        <w:jc w:val="right"/>
      </w:pPr>
      <w:r>
        <w:t>जो चीज़ देखिए, मेरा मानना ये है कि जिस तरह गुलाब के फूल पे काँटा रहेगा, रहेगा।</w:t>
      </w:r>
    </w:p>
    <w:p>
      <w:r>
        <w:rPr>
          <w:b/>
        </w:rPr>
        <w:t xml:space="preserve">[27:41] </w:t>
      </w:r>
      <w:r>
        <w:t>aisi creation, plan jo hai khuda ka, usme challenge, problem, complication rahega, rahega.</w:t>
      </w:r>
    </w:p>
    <w:p>
      <w:pPr>
        <w:jc w:val="right"/>
      </w:pPr>
      <w:r>
        <w:t>ऐसी creation, plan जो है खुदा का, उसमें challenge, problem, complication रहेगा, रहेगा।</w:t>
      </w:r>
    </w:p>
    <w:p>
      <w:r>
        <w:rPr>
          <w:b/>
        </w:rPr>
        <w:t xml:space="preserve">[27:45] </w:t>
      </w:r>
      <w:r>
        <w:t>to kuch na kuch aisi baaten ho jaayengi jo aapko achhi na lagen.</w:t>
      </w:r>
    </w:p>
    <w:p>
      <w:pPr>
        <w:jc w:val="right"/>
      </w:pPr>
      <w:r>
        <w:t>तो कुछ न कुछ ऐसी बातें हो जाएँगी जो आपको अच्छी न लगें।</w:t>
      </w:r>
    </w:p>
    <w:p>
      <w:r>
        <w:rPr>
          <w:b/>
        </w:rPr>
        <w:t xml:space="preserve">[27:49] </w:t>
      </w:r>
      <w:r>
        <w:t>to usko manage kijiye.</w:t>
      </w:r>
    </w:p>
    <w:p>
      <w:pPr>
        <w:jc w:val="right"/>
      </w:pPr>
      <w:r>
        <w:t>तो उसको manage कीजिए।</w:t>
      </w:r>
    </w:p>
    <w:p>
      <w:r>
        <w:rPr>
          <w:b/>
        </w:rPr>
        <w:t xml:space="preserve">[27:54] </w:t>
      </w:r>
      <w:r>
        <w:t>usko tolerate kijiye. use bhulaie.</w:t>
      </w:r>
    </w:p>
    <w:p>
      <w:pPr>
        <w:jc w:val="right"/>
      </w:pPr>
      <w:r>
        <w:t>उसको tolerate कीजिए। उसे भुलाइए।</w:t>
      </w:r>
    </w:p>
    <w:p>
      <w:r>
        <w:rPr>
          <w:b/>
        </w:rPr>
        <w:t xml:space="preserve">[27:58] </w:t>
      </w:r>
      <w:r>
        <w:t>There is no other option. True.</w:t>
      </w:r>
    </w:p>
    <w:p>
      <w:pPr>
        <w:jc w:val="right"/>
      </w:pPr>
      <w:r>
        <w:t>There is no other option. True.</w:t>
      </w:r>
    </w:p>
    <w:p>
      <w:r>
        <w:rPr>
          <w:b/>
        </w:rPr>
        <w:t xml:space="preserve">[28:03] </w:t>
      </w:r>
      <w:r>
        <w:t>ek sawal again uthta hai criticism pe. koi ninda kare aapki. to kuch log to criticism ko mante hain ke feedback hai, mere ko improve karna hai. par adhiktar criticism ghaav karti hai dil pe. How does one handle criticism? haan, dekhiye, USA mein bahut baar gaya hoon. to ek baar maine wahan ek professor se poocha ke USA ki tarakki ka raaz kya hai?</w:t>
      </w:r>
    </w:p>
    <w:p>
      <w:pPr>
        <w:jc w:val="right"/>
      </w:pPr>
      <w:r>
        <w:t>एक सवाल again उठता है criticism पे। कोई निंदा करे आपकी। तो कुछ लोग तो criticism को मानते हैं कि feedback है, मेरे को improve करना है। पर अधिकतर criticism घाव करती है दिल पे। How does one handle criticism? हाँ, देखिए, USA में बहुत बार गया हूँ। तो एक बार मैंने वहाँ एक professor से पूछा कि USA की तरक्की का राज़ क्या है?</w:t>
      </w:r>
    </w:p>
    <w:p>
      <w:r>
        <w:rPr>
          <w:b/>
        </w:rPr>
        <w:t xml:space="preserve">[28:27] </w:t>
      </w:r>
      <w:r>
        <w:t>ji, usne kaha ki hum dissent ko bahut zyada, yaani pasand karte hain.</w:t>
      </w:r>
    </w:p>
    <w:p>
      <w:pPr>
        <w:jc w:val="right"/>
      </w:pPr>
      <w:r>
        <w:t>जी, उसने कहा कि हम dissent को बहुत ज्यादा, यानी पसंद करते हैं।</w:t>
      </w:r>
    </w:p>
    <w:p>
      <w:r>
        <w:rPr>
          <w:b/>
        </w:rPr>
        <w:t xml:space="preserve">[28:31] </w:t>
      </w:r>
      <w:r>
        <w:t>koi, koi, koi criticize kare, koi apna dissent show kare, to hum usko bahut pasand karte hain.</w:t>
      </w:r>
    </w:p>
    <w:p>
      <w:pPr>
        <w:jc w:val="right"/>
      </w:pPr>
      <w:r>
        <w:t>कोई, कोई, कोई criticize करे, कोई अपना dissent show करे, तो हम उसको बहुत पसंद करते हैं।</w:t>
      </w:r>
    </w:p>
    <w:p>
      <w:r>
        <w:rPr>
          <w:b/>
        </w:rPr>
        <w:t xml:space="preserve">[28:36] </w:t>
      </w:r>
      <w:r>
        <w:t>kyunki usse ek naya darwaza khulta hai.</w:t>
      </w:r>
    </w:p>
    <w:p>
      <w:pPr>
        <w:jc w:val="right"/>
      </w:pPr>
      <w:r>
        <w:t>क्योंकि उससे एक नया दरवाज़ा खुलता है।</w:t>
      </w:r>
    </w:p>
    <w:p>
      <w:r>
        <w:rPr>
          <w:b/>
        </w:rPr>
        <w:t xml:space="preserve">[28:41] </w:t>
      </w:r>
      <w:r>
        <w:t>usse creativity aati hai.</w:t>
      </w:r>
    </w:p>
    <w:p>
      <w:pPr>
        <w:jc w:val="right"/>
      </w:pPr>
      <w:r>
        <w:t>उससे creativity आती है।</w:t>
      </w:r>
    </w:p>
    <w:p>
      <w:r>
        <w:rPr>
          <w:b/>
        </w:rPr>
        <w:t xml:space="preserve">[28:45] </w:t>
      </w:r>
      <w:r>
        <w:t>hum log kya hain, criticism ko foreign negative sense mein le lete hain.</w:t>
      </w:r>
    </w:p>
    <w:p>
      <w:pPr>
        <w:jc w:val="right"/>
      </w:pPr>
      <w:r>
        <w:t>हम लोग क्या हैं, criticism को foreign negative sense में ले लेते हैं।</w:t>
      </w:r>
    </w:p>
    <w:p>
      <w:r>
        <w:rPr>
          <w:b/>
        </w:rPr>
        <w:t xml:space="preserve">[28:50] </w:t>
      </w:r>
      <w:r>
        <w:t>dekhiye, criticism ka positive sense mile, baat khatm ho jaati hai.</w:t>
      </w:r>
    </w:p>
    <w:p>
      <w:pPr>
        <w:jc w:val="right"/>
      </w:pPr>
      <w:r>
        <w:t>देखिए, criticism का positive sense मिले, बात खत्म हो जाती है।</w:t>
      </w:r>
    </w:p>
    <w:p>
      <w:r>
        <w:rPr>
          <w:b/>
        </w:rPr>
        <w:t xml:space="preserve">[28:55] </w:t>
      </w:r>
      <w:r>
        <w:t>jaise ki agar main logon se kaha karta hoon ki aap mirror ko dekha aapne.</w:t>
      </w:r>
    </w:p>
    <w:p>
      <w:pPr>
        <w:jc w:val="right"/>
      </w:pPr>
      <w:r>
        <w:t>जैसे कि अगर मैं लोगों से कहा करता हूँ कि आप mirror को देखा आपने।</w:t>
      </w:r>
    </w:p>
    <w:p>
      <w:r>
        <w:rPr>
          <w:b/>
        </w:rPr>
        <w:t xml:space="preserve">[28:59] </w:t>
      </w:r>
      <w:r>
        <w:t>aapke face par ek dhabba koi hai.</w:t>
      </w:r>
    </w:p>
    <w:p>
      <w:pPr>
        <w:jc w:val="right"/>
      </w:pPr>
      <w:r>
        <w:t>आपके face पर एक धब्बा कोई है।</w:t>
      </w:r>
    </w:p>
    <w:p>
      <w:r>
        <w:rPr>
          <w:b/>
        </w:rPr>
        <w:t xml:space="preserve">[29:04] </w:t>
      </w:r>
      <w:r>
        <w:t>Mirror ne bataya, to aap gussa nahi hote.</w:t>
      </w:r>
    </w:p>
    <w:p>
      <w:pPr>
        <w:jc w:val="right"/>
      </w:pPr>
      <w:r>
        <w:t>Mirror ने बताया, तो आप गुस्सा नहीं होते।</w:t>
      </w:r>
    </w:p>
    <w:p>
      <w:r>
        <w:rPr>
          <w:b/>
        </w:rPr>
        <w:t xml:space="preserve">[29:09] </w:t>
      </w:r>
      <w:r>
        <w:t>to koi bhi critique jo hai, aapke ek dhabbe ko batata hai, to gussa hone ki kya zarurat hai?</w:t>
      </w:r>
    </w:p>
    <w:p>
      <w:pPr>
        <w:jc w:val="right"/>
      </w:pPr>
      <w:r>
        <w:t>तो कोई भी critique जो है, आपके एक धब्बे को बताता है, तो गुस्सा होने की क्या जरूरत है?</w:t>
      </w:r>
    </w:p>
    <w:p>
      <w:r>
        <w:rPr>
          <w:b/>
        </w:rPr>
        <w:t xml:space="preserve">[29:14] </w:t>
      </w:r>
      <w:r>
        <w:t>usko aap positive sense mein lijiye. aur samjhiye ke wo aapka bahut bada, yaani well-wisher hai. dissent is the sense of progress. i think that's what a lot of people believe in, which is also true. you know, this is a very philosophical question. and i don't think there's anybody better than you to answer it, maulana sahab. what is the purpose of life? purpose of life? mean, purpose of life. academy to islam?</w:t>
      </w:r>
    </w:p>
    <w:p>
      <w:pPr>
        <w:jc w:val="right"/>
      </w:pPr>
      <w:r>
        <w:t>उसको आप positive sense में लीजिए। और समझिए कि वो आपका बहुत बड़ा, यानी well-wisher है। Dissent is the sense of progress. I think that's what a lot of people believe in, which is also true. You know, this is a very philosophical question. And I don't think there's anybody better than you to answer it, Maulana साहब. What is the purpose of life? Purpose of life? Mean, purpose of life. अकादमी टू इस्लाम?</w:t>
      </w:r>
    </w:p>
    <w:p>
      <w:r>
        <w:rPr>
          <w:b/>
        </w:rPr>
        <w:t xml:space="preserve">[29:44] </w:t>
      </w:r>
      <w:r>
        <w:t>aap academy to Islam jaana chahenge? ji, bilkul.</w:t>
      </w:r>
    </w:p>
    <w:p>
      <w:pPr>
        <w:jc w:val="right"/>
      </w:pPr>
      <w:r>
        <w:t>आप अकादमी टू इस्लाम जाना चाहेंगे? जी, बिलकुल।</w:t>
      </w:r>
    </w:p>
    <w:p>
      <w:r>
        <w:rPr>
          <w:b/>
        </w:rPr>
        <w:t xml:space="preserve">[29:48] </w:t>
      </w:r>
      <w:r>
        <w:t>dekhiye, Islam ko ke jo scriptures hain, sari zindagi main usko padhta raha hoon.</w:t>
      </w:r>
    </w:p>
    <w:p>
      <w:pPr>
        <w:jc w:val="right"/>
      </w:pPr>
      <w:r>
        <w:t>देखिए, इस्लाम को के जो scriptures हैं, सारी ज़िंदगी मैं उसको पढ़ता रहा हूँ।</w:t>
      </w:r>
    </w:p>
    <w:p>
      <w:r>
        <w:rPr>
          <w:b/>
        </w:rPr>
        <w:t xml:space="preserve">[29:53] </w:t>
      </w:r>
      <w:r>
        <w:t>jo aur bahut sari kitaben padhta raha hoon.</w:t>
      </w:r>
    </w:p>
    <w:p>
      <w:pPr>
        <w:jc w:val="right"/>
      </w:pPr>
      <w:r>
        <w:t>जो और बहुत सारी किताबें पढ़ता रहा हूँ।</w:t>
      </w:r>
    </w:p>
    <w:p>
      <w:r>
        <w:rPr>
          <w:b/>
        </w:rPr>
        <w:t xml:space="preserve">[29:57] </w:t>
      </w:r>
      <w:r>
        <w:t>har religion ko padha hai maine.</w:t>
      </w:r>
    </w:p>
    <w:p>
      <w:pPr>
        <w:jc w:val="right"/>
      </w:pPr>
      <w:r>
        <w:t>हर religion को पढ़ा है मैंने।</w:t>
      </w:r>
    </w:p>
    <w:p>
      <w:r>
        <w:rPr>
          <w:b/>
        </w:rPr>
        <w:t xml:space="preserve">[30:02] </w:t>
      </w:r>
      <w:r>
        <w:t>Islam mein jo bataya gaya hai, wo ye hai ki khuda ne ek bahut hi beautiful duniya banai.</w:t>
      </w:r>
    </w:p>
    <w:p>
      <w:pPr>
        <w:jc w:val="right"/>
      </w:pPr>
      <w:r>
        <w:t>इस्लाम में जो बताया गया है, वो ये है कि खुदा ने एक बहुत ही beautiful दुनिया बनाई।</w:t>
      </w:r>
    </w:p>
    <w:p>
      <w:r>
        <w:rPr>
          <w:b/>
        </w:rPr>
        <w:t xml:space="preserve">[30:06] </w:t>
      </w:r>
      <w:r>
        <w:t>wo hai paradise.</w:t>
      </w:r>
    </w:p>
    <w:p>
      <w:pPr>
        <w:jc w:val="right"/>
      </w:pPr>
      <w:r>
        <w:t>वो है paradise।</w:t>
      </w:r>
    </w:p>
    <w:p>
      <w:r>
        <w:rPr>
          <w:b/>
        </w:rPr>
        <w:t xml:space="preserve">[30:11] </w:t>
      </w:r>
      <w:r>
        <w:t>ab khuda ko us paradise mein basane ke liye candidate chahiye. Deserving candidate.</w:t>
      </w:r>
    </w:p>
    <w:p>
      <w:pPr>
        <w:jc w:val="right"/>
      </w:pPr>
      <w:r>
        <w:t>अब खुदा को उस paradise में बसाने के लिए candidate चाहिए। Deserving candidate।</w:t>
      </w:r>
    </w:p>
    <w:p>
      <w:r>
        <w:rPr>
          <w:b/>
        </w:rPr>
        <w:t xml:space="preserve">[30:15] </w:t>
      </w:r>
      <w:r>
        <w:t>ye duniya khuda ne isliye banai ki yahan par wo selection karna chahta hai.</w:t>
      </w:r>
    </w:p>
    <w:p>
      <w:pPr>
        <w:jc w:val="right"/>
      </w:pPr>
      <w:r>
        <w:t>ये दुनिया खुदा ने इसलिए बनाई कि यहाँ पर वो selection करना चाहता है।</w:t>
      </w:r>
    </w:p>
    <w:p>
      <w:r>
        <w:rPr>
          <w:b/>
        </w:rPr>
        <w:t xml:space="preserve">[30:20] </w:t>
      </w:r>
      <w:r>
        <w:t>achha, to hum aap jo hain, yahan par khuda ki nigrani mein hain.</w:t>
      </w:r>
    </w:p>
    <w:p>
      <w:pPr>
        <w:jc w:val="right"/>
      </w:pPr>
      <w:r>
        <w:t>अच्छा, तो हम आप जो हैं, यहाँ पर खुदा की निगरानी में हैं।</w:t>
      </w:r>
    </w:p>
    <w:p>
      <w:r>
        <w:rPr>
          <w:b/>
        </w:rPr>
        <w:t xml:space="preserve">[30:24] </w:t>
      </w:r>
      <w:r>
        <w:t>aur khuda select kar raha hai aapko, kaun wahan par is qabil hai ki wahan basaya jaye.</w:t>
      </w:r>
    </w:p>
    <w:p>
      <w:pPr>
        <w:jc w:val="right"/>
      </w:pPr>
      <w:r>
        <w:t>और खुदा select कर रहा है आपको, कौन वहाँ पर इस काबिल है कि वहाँ बसाया जाए।</w:t>
      </w:r>
    </w:p>
    <w:p>
      <w:r>
        <w:rPr>
          <w:b/>
        </w:rPr>
        <w:t xml:space="preserve">[30:29] </w:t>
      </w:r>
      <w:r>
        <w:t>Who is the deserving candidate for that paradise?</w:t>
      </w:r>
    </w:p>
    <w:p>
      <w:pPr>
        <w:jc w:val="right"/>
      </w:pPr>
      <w:r>
        <w:t>Who is the deserving candidate for that paradise?</w:t>
      </w:r>
    </w:p>
    <w:p>
      <w:r>
        <w:rPr>
          <w:b/>
        </w:rPr>
        <w:t xml:space="preserve">[30:34] </w:t>
      </w:r>
      <w:r>
        <w:t>aur usmein sabse zyada important jo baat hai, wo peace hi hai.</w:t>
      </w:r>
    </w:p>
    <w:p>
      <w:pPr>
        <w:jc w:val="right"/>
      </w:pPr>
      <w:r>
        <w:t>और उसमें सबसे ज्यादा important जो बात है, वो peace ही है।</w:t>
      </w:r>
    </w:p>
    <w:p>
      <w:r>
        <w:rPr>
          <w:b/>
        </w:rPr>
        <w:t xml:space="preserve">[30:37] </w:t>
      </w:r>
      <w:r>
        <w:t>illa qilan salaman salama quran majeed mein hai.</w:t>
      </w:r>
    </w:p>
    <w:p>
      <w:pPr>
        <w:jc w:val="right"/>
      </w:pPr>
      <w:r>
        <w:t>إلا قيلا سلاما سلاما कुरान मजीद में है।</w:t>
      </w:r>
    </w:p>
    <w:p>
      <w:r>
        <w:rPr>
          <w:b/>
        </w:rPr>
        <w:t xml:space="preserve">[30:41] </w:t>
      </w:r>
      <w:r>
        <w:t>ki wahan log peaceful tareeqe se rahenge.</w:t>
      </w:r>
    </w:p>
    <w:p>
      <w:pPr>
        <w:jc w:val="right"/>
      </w:pPr>
      <w:r>
        <w:t>कि वहाँ लोग peaceful तरीके से रहेंगे।</w:t>
      </w:r>
    </w:p>
    <w:p>
      <w:r>
        <w:rPr>
          <w:b/>
        </w:rPr>
        <w:t xml:space="preserve">[30:45] </w:t>
      </w:r>
      <w:r>
        <w:t>kisi ke dil mein koi negative thought nahi.</w:t>
      </w:r>
    </w:p>
    <w:p>
      <w:pPr>
        <w:jc w:val="right"/>
      </w:pPr>
      <w:r>
        <w:t>किसी के दिल में कोई negative thought नहीं।</w:t>
      </w:r>
    </w:p>
    <w:p>
      <w:r>
        <w:rPr>
          <w:b/>
        </w:rPr>
        <w:t xml:space="preserve">[30:48] </w:t>
      </w:r>
      <w:r>
        <w:t>kisi ki kisi se ladai nahi.</w:t>
      </w:r>
    </w:p>
    <w:p>
      <w:pPr>
        <w:jc w:val="right"/>
      </w:pPr>
      <w:r>
        <w:t>किसी की किसी से लड़ाई नहीं।</w:t>
      </w:r>
    </w:p>
    <w:p>
      <w:r>
        <w:rPr>
          <w:b/>
        </w:rPr>
        <w:t xml:space="preserve">[30:52] </w:t>
      </w:r>
      <w:r>
        <w:t>kisi se ladna-jhagadhna nahi.</w:t>
      </w:r>
    </w:p>
    <w:p>
      <w:pPr>
        <w:jc w:val="right"/>
      </w:pPr>
      <w:r>
        <w:t>किसी से लड़ना-झगड़ना नहीं।</w:t>
      </w:r>
    </w:p>
    <w:p>
      <w:r>
        <w:rPr>
          <w:b/>
        </w:rPr>
        <w:t xml:space="preserve">[30:56] </w:t>
      </w:r>
      <w:r>
        <w:t>to yahan par jo aadmi ye prove kar raha hai ki main wo insaan hoon, jo social life</w:t>
      </w:r>
    </w:p>
    <w:p>
      <w:pPr>
        <w:jc w:val="right"/>
      </w:pPr>
      <w:r>
        <w:t>तो यहाँ पर जो आदमी ये prove कर रहा है कि मैं वो इंसान हूँ, जो social life</w:t>
      </w:r>
    </w:p>
    <w:p>
      <w:r>
        <w:rPr>
          <w:b/>
        </w:rPr>
        <w:t xml:space="preserve">[30:59] </w:t>
      </w:r>
      <w:r>
        <w:t>mein peaceful tareeqe se reh sakta hai, to usi ko select kiya jayega us duniya mein rehne ke liye.</w:t>
      </w:r>
    </w:p>
    <w:p>
      <w:pPr>
        <w:jc w:val="right"/>
      </w:pPr>
      <w:r>
        <w:t>में peaceful तरीके से रह सकता है, तो उसी को select किया जाएगा उस दुनिया में रहने के लिए।</w:t>
      </w:r>
    </w:p>
    <w:p>
      <w:r>
        <w:rPr>
          <w:b/>
        </w:rPr>
        <w:t xml:space="preserve">[31:03] </w:t>
      </w:r>
      <w:r>
        <w:t>to bahut hi beautiful, yani ye purpose hai life ka ki hum is duniya mein thode din ke</w:t>
      </w:r>
    </w:p>
    <w:p>
      <w:pPr>
        <w:jc w:val="right"/>
      </w:pPr>
      <w:r>
        <w:t>तो बहुत ही beautiful, यानी ये purpose है life का कि हम इस दुनिया में थोड़े दिन के</w:t>
      </w:r>
    </w:p>
    <w:p>
      <w:r>
        <w:rPr>
          <w:b/>
        </w:rPr>
        <w:t xml:space="preserve">[31:07] </w:t>
      </w:r>
      <w:r>
        <w:t>liye, yani pre-death period mein hum apne ko prove kar dein ki hum wo insaan hain, jo spirituality</w:t>
      </w:r>
    </w:p>
    <w:p>
      <w:pPr>
        <w:jc w:val="right"/>
      </w:pPr>
      <w:r>
        <w:t>लिए, यानी pre-death period में हम अपने को prove कर दें कि हम वो इंसान हैं, जो spirituality</w:t>
      </w:r>
    </w:p>
    <w:p>
      <w:r>
        <w:rPr>
          <w:b/>
        </w:rPr>
        <w:t xml:space="preserve">[31:10] </w:t>
      </w:r>
      <w:r>
        <w:t>ke saath reh sakte hain.</w:t>
      </w:r>
    </w:p>
    <w:p>
      <w:pPr>
        <w:jc w:val="right"/>
      </w:pPr>
      <w:r>
        <w:t>के साथ रह सकते हैं।</w:t>
      </w:r>
    </w:p>
    <w:p>
      <w:r>
        <w:rPr>
          <w:b/>
        </w:rPr>
        <w:t xml:space="preserve">[31:14] </w:t>
      </w:r>
      <w:r>
        <w:t>Peaceful tareeqe se reh sakte hain.</w:t>
      </w:r>
    </w:p>
    <w:p>
      <w:pPr>
        <w:jc w:val="right"/>
      </w:pPr>
      <w:r>
        <w:t>Peaceful तरीके से रह सकते हैं।</w:t>
      </w:r>
    </w:p>
    <w:p>
      <w:r>
        <w:rPr>
          <w:b/>
        </w:rPr>
        <w:t xml:space="preserve">[31:18] </w:t>
      </w:r>
      <w:r>
        <w:t>Love ke saath reh sakte hain.</w:t>
      </w:r>
    </w:p>
    <w:p>
      <w:pPr>
        <w:jc w:val="right"/>
      </w:pPr>
      <w:r>
        <w:t>Love के साथ रह सकते हैं।</w:t>
      </w:r>
    </w:p>
    <w:p>
      <w:r>
        <w:rPr>
          <w:b/>
        </w:rPr>
        <w:t xml:space="preserve">[31:21] </w:t>
      </w:r>
      <w:r>
        <w:t>Hate nahi hamare dil mein hai.</w:t>
      </w:r>
    </w:p>
    <w:p>
      <w:pPr>
        <w:jc w:val="right"/>
      </w:pPr>
      <w:r>
        <w:t>Hate नहीं हमारे दिल में है।</w:t>
      </w:r>
    </w:p>
    <w:p>
      <w:r>
        <w:rPr>
          <w:b/>
        </w:rPr>
        <w:t xml:space="preserve">[31:25] </w:t>
      </w:r>
      <w:r>
        <w:t>to isko maane ki post-death period mein hum, yani select kiye jayenge paradise mein basane ke liye.</w:t>
      </w:r>
    </w:p>
    <w:p>
      <w:pPr>
        <w:jc w:val="right"/>
      </w:pPr>
      <w:r>
        <w:t>तो इसको माने कि post-death period में हम, यानी select किए जाएंगे paradise में बसाने के लिए।</w:t>
      </w:r>
    </w:p>
    <w:p>
      <w:r>
        <w:rPr>
          <w:b/>
        </w:rPr>
        <w:t xml:space="preserve">[31:29] </w:t>
      </w:r>
      <w:r>
        <w:t>ye hai islam ka concept.</w:t>
      </w:r>
    </w:p>
    <w:p>
      <w:pPr>
        <w:jc w:val="right"/>
      </w:pPr>
      <w:r>
        <w:t>ये है इस्लाम का concept।</w:t>
      </w:r>
    </w:p>
    <w:p>
      <w:r>
        <w:rPr>
          <w:b/>
        </w:rPr>
        <w:t xml:space="preserve">[31:33] </w:t>
      </w:r>
      <w:r>
        <w:t>aapke maayne mein kya hai purpose of life? bhai, dekhiye, mera, mera to mamla ye hai ke main ye keh sakta hoon ke main sabse zyada mohabbat main apne khuda se karta hoon, jisne mujhe paida kiya. main aksar akele mein sochta hoon ke ye mera haath, ye paon, ye mind, ye kaan, ye kaan kisne diya mujhko?</w:t>
      </w:r>
    </w:p>
    <w:p>
      <w:pPr>
        <w:jc w:val="right"/>
      </w:pPr>
      <w:r>
        <w:t>आपके मायने में क्या है purpose of life? भाई, देखिए, मेरा, मेरा तो मामला ये है कि मैं ये कह सकता हूँ कि मैं सबसे ज्यादा मोहब्बत मैं अपने खुदा से करता हूँ, जिसने मुझे पैदा किया। मैं अक्सर अकेले में सोचता हूँ कि ये मेरा हाथ, ये पांव, ये mind, ये कान, ये कान किसने दिया मुझको?</w:t>
      </w:r>
    </w:p>
    <w:p>
      <w:r>
        <w:rPr>
          <w:b/>
        </w:rPr>
        <w:t xml:space="preserve">[31:52] </w:t>
      </w:r>
      <w:r>
        <w:t>main compare karta hoon ke ye pahaad ke paas nahi hai. ye samundar ke paas nahi hai. ye suraj, chand ke paas nahi hai. mere paas hai. to mere dil mein bahut zyada khuda ke liye pyaar aata hai ke khuda, tu kitna achha hai ke mujhko ye sab cheezein de di. lovely. ye, yehi meri zindagi ka sabse bada asset hai. khuda se pyaar karna. so does islam also believe that there is only one path or there can be many paths?</w:t>
      </w:r>
    </w:p>
    <w:p>
      <w:pPr>
        <w:jc w:val="right"/>
      </w:pPr>
      <w:r>
        <w:t>मैं compare करता हूँ कि ये पहाड़ के पास नहीं है। ये समुद्र के पास नहीं है। ये सूरज, चाँद के पास नहीं है। मेरे पास है। तो मेरे दिल में बहुत ज्यादा खुदा के लिए प्यार आता है कि खुदा, तू कितना अच्छा है कि मुझको ये सब चीज़ें दे दीं। Lovely. ये, यही मेरी ज़िंदगी का सबसे बड़ा asset है। खुदा से प्यार करना। So does Islam also believe that there is only one path or there can be many paths?</w:t>
      </w:r>
    </w:p>
    <w:p>
      <w:r>
        <w:rPr>
          <w:b/>
        </w:rPr>
        <w:t xml:space="preserve">[32:17] </w:t>
      </w:r>
      <w:r>
        <w:t>haan, dekhiye, ismein, ismein jo islam ka jo concept hai, wo ye hai ke har aadmi mr. different hai. har lady, mrs. different hai. yaani koi do aadmi ek jaise nahi hain. to ye duniya bhari hui hai mr. different se aur mrs. different se. ji.</w:t>
      </w:r>
    </w:p>
    <w:p>
      <w:pPr>
        <w:jc w:val="right"/>
      </w:pPr>
      <w:r>
        <w:t>हाँ, देखिए, इसमें, इसमें जो इस्लाम का जो concept है, वो ये है कि हर आदमी Mr. Different है। हर lady, Mrs. Different है। यानी कोई दो आदमी एक जैसे नहीं हैं। तो ये दुनिया भरी हुई है Mr. Different से और Mrs. Different से। जी।</w:t>
      </w:r>
    </w:p>
    <w:p>
      <w:r>
        <w:rPr>
          <w:b/>
        </w:rPr>
        <w:t xml:space="preserve">[32:37] </w:t>
      </w:r>
      <w:r>
        <w:t>to, to, to jab aisa hai, to aapas mein ikhtilaf bhi hoga. aapas mein, yaani ek-doosre ki kharab baatein bhi hongi. to wo kya hai, wo isliye ke wo usko aap point of discussion banaiye. yaani agar duniya mein aisa ho ke sab bilkul ek hi dhang ke hon, to kis baat par hum baat, kis subject par baat karenge hum? bahut boring ho jayega. life bilkul boring ho jayegi. bilkul.</w:t>
      </w:r>
    </w:p>
    <w:p>
      <w:pPr>
        <w:jc w:val="right"/>
      </w:pPr>
      <w:r>
        <w:t>तो, तो, तो जब ऐसा है, तो आपस में اختلاف भी होगा। आपस में, यानी एक-दूसरे की खराब बातें भी होंगी। तो वो क्या है, वो इसलिए कि वो उसको आप point of discussion बनाइए। यानी अगर दुनिया में ऐसा हो कि सब बिलकुल एक ही ढंग के हों, तो किस बात पर हम बात, किस subject पर बात करेंगे हम? बहुत boring हो जाएगा। Life बिलकुल boring हो जाएगी। बिलकुल।</w:t>
      </w:r>
    </w:p>
    <w:p>
      <w:r>
        <w:rPr>
          <w:b/>
        </w:rPr>
        <w:t xml:space="preserve">[33:04] </w:t>
      </w:r>
      <w:r>
        <w:t>jaise kisi ne kaha hai ke when all things alike, no one thinks very much. to sab ek tarah se sochenge, to, to, to kya hoga? intellectual development hi nahi, nahi hoga. no growth. very true. to main usko positive sense mein leta hoon ke differences hain. differences na hon, to hum kaise aage badhenge? koi bhi tarakki jo hai, spiritual development, intellectual development, yahan tak ke scientific development bhi nahi ho sakta agar differences na hon.</w:t>
      </w:r>
    </w:p>
    <w:p>
      <w:pPr>
        <w:jc w:val="right"/>
      </w:pPr>
      <w:r>
        <w:t>जैसे किसी ने कहा है कि when all things alike, no one thinks very much. तो सब एक तरह से सोचेंगे, तो, तो, तो क्या होगा? Intellectual development ही नहीं, नहीं होगा। No growth. Very true. तो मैं उसको positive sense में लेता हूँ कि differences हैं। Differences न हों, तो हम कैसे आगे बढ़ेंगे? कोई भी तरक्की जो है, spiritual development, intellectual development, यहाँ तक कि scientific development भी नहीं हो सकता अगर differences न हों।</w:t>
      </w:r>
    </w:p>
    <w:p>
      <w:r>
        <w:rPr>
          <w:b/>
        </w:rPr>
        <w:t xml:space="preserve">[33:33] </w:t>
      </w:r>
      <w:r>
        <w:t>Differences honge to path bhi alag honge. Magar final.</w:t>
      </w:r>
    </w:p>
    <w:p>
      <w:pPr>
        <w:jc w:val="right"/>
      </w:pPr>
      <w:r>
        <w:t>Differences होंगे तो path भी अलग होंगे। मगर final।</w:t>
      </w:r>
    </w:p>
    <w:p>
      <w:r>
        <w:rPr>
          <w:b/>
        </w:rPr>
        <w:t xml:space="preserve">[33:36] </w:t>
      </w:r>
      <w:r>
        <w:t>dekhiye, path jo hai, hum koi absolute sense mein nahi janta ki path kaun sa, path kya hai.</w:t>
      </w:r>
    </w:p>
    <w:p>
      <w:pPr>
        <w:jc w:val="right"/>
      </w:pPr>
      <w:r>
        <w:t>देखिए, path जो है, हम कोई absolute sense में नहीं जानता कि path कौन सा, path क्या है।</w:t>
      </w:r>
    </w:p>
    <w:p>
      <w:r>
        <w:rPr>
          <w:b/>
        </w:rPr>
        <w:t xml:space="preserve">[33:39] </w:t>
      </w:r>
      <w:r>
        <w:t>Absolute sense mein kisi ko pata nahi.</w:t>
      </w:r>
    </w:p>
    <w:p>
      <w:pPr>
        <w:jc w:val="right"/>
      </w:pPr>
      <w:r>
        <w:t>Absolute sense में किसी को पता नहीं।</w:t>
      </w:r>
    </w:p>
    <w:p>
      <w:r>
        <w:rPr>
          <w:b/>
        </w:rPr>
        <w:t xml:space="preserve">[33:43] </w:t>
      </w:r>
      <w:r>
        <w:t>jo path mujhe achha lagta hai, wo mera, wahi mera ideal hai.</w:t>
      </w:r>
    </w:p>
    <w:p>
      <w:pPr>
        <w:jc w:val="right"/>
      </w:pPr>
      <w:r>
        <w:t>जो path मुझे अच्छा लगता है, वो मेरा, वही मेरा ideal है।</w:t>
      </w:r>
    </w:p>
    <w:p>
      <w:r>
        <w:rPr>
          <w:b/>
        </w:rPr>
        <w:t xml:space="preserve">[33:46] </w:t>
      </w:r>
      <w:r>
        <w:t>baqi absolute sense mein kya ideal hai, wo to khuda hi janta hoga.</w:t>
      </w:r>
    </w:p>
    <w:p>
      <w:pPr>
        <w:jc w:val="right"/>
      </w:pPr>
      <w:r>
        <w:t>बाकी absolute sense में क्या ideal है, वो तो खुदा ही जानता होगा।</w:t>
      </w:r>
    </w:p>
    <w:p>
      <w:r>
        <w:rPr>
          <w:b/>
        </w:rPr>
        <w:t xml:space="preserve">[33:50] </w:t>
      </w:r>
      <w:r>
        <w:t>to main, mera manna ye hai ki main zindagi bhar padhta raha hoon.</w:t>
      </w:r>
    </w:p>
    <w:p>
      <w:pPr>
        <w:jc w:val="right"/>
      </w:pPr>
      <w:r>
        <w:t>तो मैं, मेरा मानना ये है कि मैं ज़िंदगी भर पढ़ता रहा हूँ।</w:t>
      </w:r>
    </w:p>
    <w:p>
      <w:r>
        <w:rPr>
          <w:b/>
        </w:rPr>
        <w:t xml:space="preserve">[33:53] </w:t>
      </w:r>
      <w:r>
        <w:t>Study karta raha hoon.</w:t>
      </w:r>
    </w:p>
    <w:p>
      <w:pPr>
        <w:jc w:val="right"/>
      </w:pPr>
      <w:r>
        <w:t>Study करता रहा हूँ।</w:t>
      </w:r>
    </w:p>
    <w:p>
      <w:r>
        <w:rPr>
          <w:b/>
        </w:rPr>
        <w:t xml:space="preserve">[33:57] </w:t>
      </w:r>
      <w:r>
        <w:t>har mazhab ko, har usko.</w:t>
      </w:r>
    </w:p>
    <w:p>
      <w:pPr>
        <w:jc w:val="right"/>
      </w:pPr>
      <w:r>
        <w:t>हर मजहब को, हर उसको।</w:t>
      </w:r>
    </w:p>
    <w:p>
      <w:r>
        <w:rPr>
          <w:b/>
        </w:rPr>
        <w:t xml:space="preserve">[34:00] </w:t>
      </w:r>
      <w:r>
        <w:t>to maine paya ki har insan ko conviction mein jeena hai. Conviction mein.</w:t>
      </w:r>
    </w:p>
    <w:p>
      <w:pPr>
        <w:jc w:val="right"/>
      </w:pPr>
      <w:r>
        <w:t>तो मैंने पाया कि हर इंसान को conviction में जीना है। Conviction में।</w:t>
      </w:r>
    </w:p>
    <w:p>
      <w:r>
        <w:rPr>
          <w:b/>
        </w:rPr>
        <w:t xml:space="preserve">[34:04] </w:t>
      </w:r>
      <w:r>
        <w:t>yakeen mein jeena hai.</w:t>
      </w:r>
    </w:p>
    <w:p>
      <w:pPr>
        <w:jc w:val="right"/>
      </w:pPr>
      <w:r>
        <w:t>यकीन में जीना है।</w:t>
      </w:r>
    </w:p>
    <w:p>
      <w:r>
        <w:rPr>
          <w:b/>
        </w:rPr>
        <w:t xml:space="preserve">[34:07] </w:t>
      </w:r>
      <w:r>
        <w:t>to conviction kab hoga?</w:t>
      </w:r>
    </w:p>
    <w:p>
      <w:pPr>
        <w:jc w:val="right"/>
      </w:pPr>
      <w:r>
        <w:t>तो conviction कब होगा?</w:t>
      </w:r>
    </w:p>
    <w:p>
      <w:r>
        <w:rPr>
          <w:b/>
        </w:rPr>
        <w:t xml:space="preserve">[34:11] </w:t>
      </w:r>
      <w:r>
        <w:t>jab main apne soche hue raaste par hoon. to jo cheez mujhe lagti hai ke ye sachchai hai, us par qayam ho jata hoon. aur doosre ko main tolerate karta hoon. har aadmi ko right deta hoon main ke wo jis cheez par chahe yakeen kare. aur main usko. to islam ka formula maine ye paya hai ke لَكُمْ دِينُكُمْ وَلَيَ دِينٍ yaani follow one and respect all. islam ka formula hai. follow one and respect all.</w:t>
      </w:r>
    </w:p>
    <w:p>
      <w:pPr>
        <w:jc w:val="right"/>
      </w:pPr>
      <w:r>
        <w:t>जब मैं अपने सोचे हुए रास्ते पर हूँ। तो जो चीज़ मुझे लगती है कि ये सच्चाई है, उस पर कायम हो जाता हूँ। और दूसरे को मैं tolerate करता हूँ। हर आदमी को right देता हूँ मैं कि वो जिस चीज़ पर चाहे यकीन करे। और मैं उसको। तो इस्लाम का formula मैंने ये पाया है कि لَكُمْ دِينُكُمْ وَلَيَ دِينٍ यानी Follow one and respect all. इस्लाम का formula है। Follow one and respect all.</w:t>
      </w:r>
    </w:p>
    <w:p>
      <w:r>
        <w:rPr>
          <w:b/>
        </w:rPr>
        <w:t xml:space="preserve">[34:37] </w:t>
      </w:r>
      <w:r>
        <w:t>main sabko haq deta hoon ke wo jis cheez ko sachchai samjhein, us par poore yakeen ke saath qayam ho jayein. kyunke duniya mein agar main yakeen nahi paya maine, to phir maine kuch bhi nahi paya. lekin yakeen ke saath-saath zaroori hai ke main doosre ka respect karna janoon. aur main apni baat bata sakta hoon ke main kisi ke khilaf bhi hate nahi. ji, main bilkul empty mind hokar ke kisi ki baat sun sakta hoon. bilkul chahe mere against ho tab bhi wo.</w:t>
      </w:r>
    </w:p>
    <w:p>
      <w:pPr>
        <w:jc w:val="right"/>
      </w:pPr>
      <w:r>
        <w:t>मैं सबको हक़ देता हूँ कि वो जिस चीज़ को सच्चाई समझें, उस पर पूरे यकीन के साथ कायम हो जाएँ। क्योंकि दुनिया में अगर मैं यकीन नहीं पाया मैंने, तो फिर मैंने कुछ भी नहीं पाया। लेकिन यकीन के साथ-साथ ज़रूरी है कि मैं दूसरे का respect करना जानूँ। और मैं अपनी बात बता सकता हूँ कि मैं किसी के खिलाफ भी hate नहीं। जी, मैं बिलकुल empty mind होकर के किसी की बात सुन सकता हूँ। बिलकुल चाहे मेरे against हो तब भी वो।</w:t>
      </w:r>
    </w:p>
    <w:p>
      <w:r>
        <w:rPr>
          <w:b/>
        </w:rPr>
        <w:t xml:space="preserve">[35:04] </w:t>
      </w:r>
      <w:r>
        <w:t>jab bhi hum kisi se baat karte hain, maulana ji, apni zindagi mein, ghar pe, kaam pe, to ek hamare andar do-teen insaan hote hain. aur ek wo hai jo judgment pe baithta hai. jo cheezon ko assess karta hai. ek filter ki tarah. aur usmein se kafi emotions aati hain. love, hate, respect, anger, pass, fail. to ye filter ko kaise hatayein taake hum totally accepting ho jayein?</w:t>
      </w:r>
    </w:p>
    <w:p>
      <w:pPr>
        <w:jc w:val="right"/>
      </w:pPr>
      <w:r>
        <w:t>जब भी हम किसी से बात करते हैं, Maulana जी, अपनी ज़िंदगी में, घर पे, काम पे, तो एक हमारे अंदर दो-तीन इंसान होते हैं। और एक वो है जो judgment पे बैठता है। जो चीज़ों को assess करता है। एक filter की तरह। और उसमें से काफी emotions आती हैं। Love, hate, respect, anger, pass, fail। तो ये filter को कैसे हटाएं ताकि हम totally accepting हो जाएँ?</w:t>
      </w:r>
    </w:p>
    <w:p>
      <w:r>
        <w:rPr>
          <w:b/>
        </w:rPr>
        <w:t xml:space="preserve">[35:30] </w:t>
      </w:r>
      <w:r>
        <w:t>ye koi desired cheez nahi hai.</w:t>
      </w:r>
    </w:p>
    <w:p>
      <w:pPr>
        <w:jc w:val="right"/>
      </w:pPr>
      <w:r>
        <w:t>ये कोई desired चीज़ नहीं है।</w:t>
      </w:r>
    </w:p>
    <w:p>
      <w:r>
        <w:rPr>
          <w:b/>
        </w:rPr>
        <w:t xml:space="preserve">[35:33] </w:t>
      </w:r>
      <w:r>
        <w:t>isme ye peeche chhupa hua hai ki aap chahen ki bilkul har cheez normal ho jaye.</w:t>
      </w:r>
    </w:p>
    <w:p>
      <w:pPr>
        <w:jc w:val="right"/>
      </w:pPr>
      <w:r>
        <w:t>इसमें ये पीछे छुपा हुआ है कि आप चाहें कि बिलकुल हर चीज़ normal हो जाए।</w:t>
      </w:r>
    </w:p>
    <w:p>
      <w:r>
        <w:rPr>
          <w:b/>
        </w:rPr>
        <w:t xml:space="preserve">[35:36] </w:t>
      </w:r>
      <w:r>
        <w:t>aur koi differences na hon.</w:t>
      </w:r>
    </w:p>
    <w:p>
      <w:pPr>
        <w:jc w:val="right"/>
      </w:pPr>
      <w:r>
        <w:t>और कोई differences न हों।</w:t>
      </w:r>
    </w:p>
    <w:p>
      <w:r>
        <w:rPr>
          <w:b/>
        </w:rPr>
        <w:t xml:space="preserve">[35:40] </w:t>
      </w:r>
      <w:r>
        <w:t>sab ek hi dhang ke ho jayen.</w:t>
      </w:r>
    </w:p>
    <w:p>
      <w:pPr>
        <w:jc w:val="right"/>
      </w:pPr>
      <w:r>
        <w:t>सब एक ही ढंग के हो जाएँ।</w:t>
      </w:r>
    </w:p>
    <w:p>
      <w:r>
        <w:rPr>
          <w:b/>
        </w:rPr>
        <w:t xml:space="preserve">[35:43] </w:t>
      </w:r>
      <w:r>
        <w:t>Emotions mein difference na ho.</w:t>
      </w:r>
    </w:p>
    <w:p>
      <w:pPr>
        <w:jc w:val="right"/>
      </w:pPr>
      <w:r>
        <w:t>Emotions में difference न हो।</w:t>
      </w:r>
    </w:p>
    <w:p>
      <w:r>
        <w:rPr>
          <w:b/>
        </w:rPr>
        <w:t xml:space="preserve">[35:46] </w:t>
      </w:r>
      <w:r>
        <w:t>soch mein difference na ho.</w:t>
      </w:r>
    </w:p>
    <w:p>
      <w:pPr>
        <w:jc w:val="right"/>
      </w:pPr>
      <w:r>
        <w:t>सोच में difference न हो।</w:t>
      </w:r>
    </w:p>
    <w:p>
      <w:r>
        <w:rPr>
          <w:b/>
        </w:rPr>
        <w:t xml:space="preserve">[35:50] </w:t>
      </w:r>
      <w:r>
        <w:t>to wo koi desired cheez nahi hai mere nazdeek.</w:t>
      </w:r>
    </w:p>
    <w:p>
      <w:pPr>
        <w:jc w:val="right"/>
      </w:pPr>
      <w:r>
        <w:t>तो वो कोई desired चीज़ नहीं है मेरे नज़दीक।</w:t>
      </w:r>
    </w:p>
    <w:p>
      <w:r>
        <w:rPr>
          <w:b/>
        </w:rPr>
        <w:t xml:space="preserve">[35:53] </w:t>
      </w:r>
      <w:r>
        <w:t>main to difference hi ko samajhta hoon ki sahi hai.</w:t>
      </w:r>
    </w:p>
    <w:p>
      <w:pPr>
        <w:jc w:val="right"/>
      </w:pPr>
      <w:r>
        <w:t>मैं तो difference ही को समझता हूँ कि सही है।</w:t>
      </w:r>
    </w:p>
    <w:p>
      <w:r>
        <w:rPr>
          <w:b/>
        </w:rPr>
        <w:t xml:space="preserve">[35:56] </w:t>
      </w:r>
      <w:r>
        <w:t>ek wo, wo ek bahut bade scholar ne kaha tha ki Nature abhors uniformity.</w:t>
      </w:r>
    </w:p>
    <w:p>
      <w:pPr>
        <w:jc w:val="right"/>
      </w:pPr>
      <w:r>
        <w:t>एक वो, वो एक बहुत बड़े scholar ने कहा था कि Nature abhors uniformity.</w:t>
      </w:r>
    </w:p>
    <w:p>
      <w:r>
        <w:rPr>
          <w:b/>
        </w:rPr>
        <w:t xml:space="preserve">[36:00] </w:t>
      </w:r>
      <w:r>
        <w:t>Uniformity nature ki scheme mein hi nahi hai.</w:t>
      </w:r>
    </w:p>
    <w:p>
      <w:pPr>
        <w:jc w:val="right"/>
      </w:pPr>
      <w:r>
        <w:t>Uniformity nature की scheme में ही नहीं है।</w:t>
      </w:r>
    </w:p>
    <w:p>
      <w:r>
        <w:rPr>
          <w:b/>
        </w:rPr>
        <w:t xml:space="preserve">[36:03] </w:t>
      </w:r>
      <w:r>
        <w:t>to bhaiya, aisi koi cheez isme nahi hai ki sab log ke emotions ek hon.</w:t>
      </w:r>
    </w:p>
    <w:p>
      <w:pPr>
        <w:jc w:val="right"/>
      </w:pPr>
      <w:r>
        <w:t>तो भैया, ऐसी कोई चीज़ इसमें नहीं है कि सब लोग के emotions एक हों।</w:t>
      </w:r>
    </w:p>
    <w:p>
      <w:r>
        <w:rPr>
          <w:b/>
        </w:rPr>
        <w:t xml:space="preserve">[36:06] </w:t>
      </w:r>
      <w:r>
        <w:t>sab logon ki thinking ek ho.</w:t>
      </w:r>
    </w:p>
    <w:p>
      <w:pPr>
        <w:jc w:val="right"/>
      </w:pPr>
      <w:r>
        <w:t>सब लोगों की thinking एक हो।</w:t>
      </w:r>
    </w:p>
    <w:p>
      <w:r>
        <w:rPr>
          <w:b/>
        </w:rPr>
        <w:t xml:space="preserve">[36:10] </w:t>
      </w:r>
      <w:r>
        <w:t>main to chahta hoon ki differences hon.</w:t>
      </w:r>
    </w:p>
    <w:p>
      <w:pPr>
        <w:jc w:val="right"/>
      </w:pPr>
      <w:r>
        <w:t>मैं तो चाहता हूँ कि differences हों।</w:t>
      </w:r>
    </w:p>
    <w:p>
      <w:r>
        <w:rPr>
          <w:b/>
        </w:rPr>
        <w:t xml:space="preserve">[36:13] </w:t>
      </w:r>
      <w:r>
        <w:t>taki mujhko point of discussion mile.</w:t>
      </w:r>
    </w:p>
    <w:p>
      <w:pPr>
        <w:jc w:val="right"/>
      </w:pPr>
      <w:r>
        <w:t>ताकि मुझको point of discussion मिले।</w:t>
      </w:r>
    </w:p>
    <w:p>
      <w:r>
        <w:rPr>
          <w:b/>
        </w:rPr>
        <w:t xml:space="preserve">[36:17] </w:t>
      </w:r>
      <w:r>
        <w:t>jaise conflict is not bad. how we resolve conflict and how we take the process, as you said, that is very important. aur difference milenge to usse growth hogi. dekhiye, conflict koi negative cheez nahi hai. wo positive cheez hai. conflict ko main negative maayne mein leta nahi hoon. conflict na ho to kaise sochenge? ji, aur, aur soch, aur soch, aur soch kahan se aayegi?</w:t>
      </w:r>
    </w:p>
    <w:p>
      <w:pPr>
        <w:jc w:val="right"/>
      </w:pPr>
      <w:r>
        <w:t>जैसे conflict is not bad. How we resolve conflict and how we take the process, as you said, that is very important. और difference मिलेंगे तो उससे growth होगी। देखिए, conflict कोई negative चीज़ नहीं है। वो positive चीज़ है। Conflict को मैं negative मायने में लेता नहीं हूँ। Conflict न हो तो कैसे सोचेंगे? जी, और, और सोच, और सोच, और सोच कहाँ से आएगी?</w:t>
      </w:r>
    </w:p>
    <w:p>
      <w:r>
        <w:rPr>
          <w:b/>
        </w:rPr>
        <w:t xml:space="preserve">[36:42] </w:t>
      </w:r>
      <w:r>
        <w:t>to conflict ko main sochta hoon ke ek bahut hi positive phenomena hai ye. aur wo stepping stone hai aur tarakki ke liye. ek aur rishta hai jo hum log, hum sab apne-apne tareeqe se bigaad rahe hain aaspaas. kudrat ka rishta hamare saath. environment ko leke, i don't think hardly any of us are really responsible as being responsible towards the environment. we are responsible for the destruction of the environment.</w:t>
      </w:r>
    </w:p>
    <w:p>
      <w:pPr>
        <w:jc w:val="right"/>
      </w:pPr>
      <w:r>
        <w:t>तो conflict को मैं सोचता हूँ कि एक बहुत ही positive phenomena है ये। और वो stepping stone है और तरक्की के लिए। एक और रिश्ता है जो हम लोग, हम सब अपने-अपने तरीके से बिगाड़ रहे हैं आसपास। कुदरत का रिश्ता हमारे साथ। Environment को लेके, I don't think hardly any of us are really responsible as being responsible towards the environment. We are responsible for the destruction of the environment.</w:t>
      </w:r>
    </w:p>
    <w:p>
      <w:r>
        <w:rPr>
          <w:b/>
        </w:rPr>
        <w:t xml:space="preserve">[37:11] </w:t>
      </w:r>
      <w:r>
        <w:t>to kudrat ke sath hamara kaisa rishta hona chahiye?</w:t>
      </w:r>
    </w:p>
    <w:p>
      <w:pPr>
        <w:jc w:val="right"/>
      </w:pPr>
      <w:r>
        <w:t>तो कुदरत के साथ हमारा कैसा रिश्ता होना चाहिए?</w:t>
      </w:r>
    </w:p>
    <w:p>
      <w:r>
        <w:rPr>
          <w:b/>
        </w:rPr>
        <w:t xml:space="preserve">[37:15] </w:t>
      </w:r>
      <w:r>
        <w:t>dekhiye, Quran majeed mein is bare mein jo formula diya gaya, wo ye hai ki aqṣadū fī l-arḍi</w:t>
      </w:r>
    </w:p>
    <w:p>
      <w:pPr>
        <w:jc w:val="right"/>
      </w:pPr>
      <w:r>
        <w:t>देखिए, कुरान मजीद में इस बारे में जो formula दिया गया, वो ये है कि أَقْصَدُوا فِي الْأَرْضِ</w:t>
      </w:r>
    </w:p>
    <w:p>
      <w:r>
        <w:rPr>
          <w:b/>
        </w:rPr>
        <w:t xml:space="preserve">[37:19] </w:t>
      </w:r>
      <w:r>
        <w:t>wa l-isḥāqi samjhiye, ye jo ye planet earth ke bare mein ye hai.</w:t>
      </w:r>
    </w:p>
    <w:p>
      <w:pPr>
        <w:jc w:val="right"/>
      </w:pPr>
      <w:r>
        <w:t>وَالْإِسْحَاقِ समझिए, ये जो ये planet earth के बारे में ये है।</w:t>
      </w:r>
    </w:p>
    <w:p>
      <w:r>
        <w:rPr>
          <w:b/>
        </w:rPr>
        <w:t xml:space="preserve">[37:23] </w:t>
      </w:r>
      <w:r>
        <w:t>Planet earth jo hai, is mein har cheez bohat hi balance mein rakhi gayi hai.</w:t>
      </w:r>
    </w:p>
    <w:p>
      <w:pPr>
        <w:jc w:val="right"/>
      </w:pPr>
      <w:r>
        <w:t>Planet earth जो है, इसमें हर चीज़ बहुत ही balance में रखी गई है।</w:t>
      </w:r>
    </w:p>
    <w:p>
      <w:r>
        <w:rPr>
          <w:b/>
        </w:rPr>
        <w:t xml:space="preserve">[37:27] </w:t>
      </w:r>
      <w:r>
        <w:t>Yaani water hai, air hai, soil hai, har cheez.</w:t>
      </w:r>
    </w:p>
    <w:p>
      <w:pPr>
        <w:jc w:val="right"/>
      </w:pPr>
      <w:r>
        <w:t>यानी water है, air है, soil है, हर चीज़।</w:t>
      </w:r>
    </w:p>
    <w:p>
      <w:r>
        <w:rPr>
          <w:b/>
        </w:rPr>
        <w:t xml:space="preserve">[37:31] </w:t>
      </w:r>
      <w:r>
        <w:t>To uske as it is, usko baqi rakho.</w:t>
      </w:r>
    </w:p>
    <w:p>
      <w:pPr>
        <w:jc w:val="right"/>
      </w:pPr>
      <w:r>
        <w:t>तो उसके as it is, उसको बाक़ी रखो।</w:t>
      </w:r>
    </w:p>
    <w:p>
      <w:r>
        <w:rPr>
          <w:b/>
        </w:rPr>
        <w:t xml:space="preserve">[37:35] </w:t>
      </w:r>
      <w:r>
        <w:t>Is mein, is mein corruption na lao.</w:t>
      </w:r>
    </w:p>
    <w:p>
      <w:pPr>
        <w:jc w:val="right"/>
      </w:pPr>
      <w:r>
        <w:t>उसमें, उसमें corruption न लाओ।</w:t>
      </w:r>
    </w:p>
    <w:p>
      <w:r>
        <w:rPr>
          <w:b/>
        </w:rPr>
        <w:t xml:space="preserve">[37:39] </w:t>
      </w:r>
      <w:r>
        <w:t>Yaani tum usko istemal to kar sakte ho.</w:t>
      </w:r>
    </w:p>
    <w:p>
      <w:pPr>
        <w:jc w:val="right"/>
      </w:pPr>
      <w:r>
        <w:t>यानी तुम उसको इस्तेमाल तो कर सकते हो।</w:t>
      </w:r>
    </w:p>
    <w:p>
      <w:r>
        <w:rPr>
          <w:b/>
        </w:rPr>
        <w:t xml:space="preserve">[37:43] </w:t>
      </w:r>
      <w:r>
        <w:t>Ji, wo corrupt nahi kar sakte.</w:t>
      </w:r>
    </w:p>
    <w:p>
      <w:pPr>
        <w:jc w:val="right"/>
      </w:pPr>
      <w:r>
        <w:t>जी, वो corrupt नहीं कर सकते।</w:t>
      </w:r>
    </w:p>
    <w:p>
      <w:r>
        <w:rPr>
          <w:b/>
        </w:rPr>
        <w:t xml:space="preserve">[37:47] </w:t>
      </w:r>
      <w:r>
        <w:t>Maslan, water ko pollute karna hamein jaiz nahi hai.</w:t>
      </w:r>
    </w:p>
    <w:p>
      <w:pPr>
        <w:jc w:val="right"/>
      </w:pPr>
      <w:r>
        <w:t>मसलन, water को pollute करना हमें जायज़ नहीं है।</w:t>
      </w:r>
    </w:p>
    <w:p>
      <w:r>
        <w:rPr>
          <w:b/>
        </w:rPr>
        <w:t xml:space="preserve">[37:51] </w:t>
      </w:r>
      <w:r>
        <w:t>Air ko pollute karna hamein jaiz nahi hai.</w:t>
      </w:r>
    </w:p>
    <w:p>
      <w:pPr>
        <w:jc w:val="right"/>
      </w:pPr>
      <w:r>
        <w:t>Air को pollute करना हमें जायज़ नहीं है।</w:t>
      </w:r>
    </w:p>
    <w:p>
      <w:r>
        <w:rPr>
          <w:b/>
        </w:rPr>
        <w:t xml:space="preserve">[37:55] </w:t>
      </w:r>
      <w:r>
        <w:t>Noise pollution create کرنا ہمیں جائز نہیں ہے۔</w:t>
      </w:r>
    </w:p>
    <w:p>
      <w:pPr>
        <w:jc w:val="right"/>
      </w:pPr>
      <w:r>
        <w:t>Noz pollution create करना हमें जायज़ नहीं है।</w:t>
      </w:r>
    </w:p>
    <w:p>
      <w:r>
        <w:rPr>
          <w:b/>
        </w:rPr>
        <w:t xml:space="preserve">[37:59] </w:t>
      </w:r>
      <w:r>
        <w:t>Jaise ke aap sarkon par, aap yaani car chalate hain, aap shor karein. Horn bajayein.</w:t>
      </w:r>
    </w:p>
    <w:p>
      <w:pPr>
        <w:jc w:val="right"/>
      </w:pPr>
      <w:r>
        <w:t>जैसे कि आप सड़कों पर, आप यानी कार चलाते हैं, आप शोर करें। हार्न बजाएं।</w:t>
      </w:r>
    </w:p>
    <w:p>
      <w:r>
        <w:rPr>
          <w:b/>
        </w:rPr>
        <w:t xml:space="preserve">[38:03] </w:t>
      </w:r>
      <w:r>
        <w:t>Ye, ye hamein, ye kya hai, maine nature ne hamein right nahi diya hai.</w:t>
      </w:r>
    </w:p>
    <w:p>
      <w:pPr>
        <w:jc w:val="right"/>
      </w:pPr>
      <w:r>
        <w:t>ये, ये हमें, ये क्या है, मैंने nature ने हमें right नहीं दिया है।</w:t>
      </w:r>
    </w:p>
    <w:p>
      <w:r>
        <w:rPr>
          <w:b/>
        </w:rPr>
        <w:t xml:space="preserve">[38:07] </w:t>
      </w:r>
      <w:r>
        <w:t>To har cheez well balanced hai.</w:t>
      </w:r>
    </w:p>
    <w:p>
      <w:pPr>
        <w:jc w:val="right"/>
      </w:pPr>
      <w:r>
        <w:t>तो हर चीज़ well balanced है।</w:t>
      </w:r>
    </w:p>
    <w:p>
      <w:r>
        <w:rPr>
          <w:b/>
        </w:rPr>
        <w:t xml:space="preserve">[38:11] </w:t>
      </w:r>
      <w:r>
        <w:t>Yaani Khuda ne jab paida kiya hai, to har cheez well balanced hai.</w:t>
      </w:r>
    </w:p>
    <w:p>
      <w:pPr>
        <w:jc w:val="right"/>
      </w:pPr>
      <w:r>
        <w:t>यानी खुदा ने जब पैदा किया है, तो हर चीज़ well balanced है।</w:t>
      </w:r>
    </w:p>
    <w:p>
      <w:r>
        <w:rPr>
          <w:b/>
        </w:rPr>
        <w:t xml:space="preserve">[38:15] </w:t>
      </w:r>
      <w:r>
        <w:t>Us balance ko mat todo.</w:t>
      </w:r>
    </w:p>
    <w:p>
      <w:pPr>
        <w:jc w:val="right"/>
      </w:pPr>
      <w:r>
        <w:t>उस balance को मत तोड़ो।</w:t>
      </w:r>
    </w:p>
    <w:p>
      <w:r>
        <w:rPr>
          <w:b/>
        </w:rPr>
        <w:t xml:space="preserve">[38:19] </w:t>
      </w:r>
      <w:r>
        <w:t>Uske baqi rakho.</w:t>
      </w:r>
    </w:p>
    <w:p>
      <w:pPr>
        <w:jc w:val="right"/>
      </w:pPr>
      <w:r>
        <w:t>उसको बाक़ी रखो।</w:t>
      </w:r>
    </w:p>
    <w:p>
      <w:r>
        <w:rPr>
          <w:b/>
        </w:rPr>
        <w:t xml:space="preserve">[38:23] </w:t>
      </w:r>
      <w:r>
        <w:t>Agar aadmi aisa kare, to water pollution, air pollution, koi bhi paida nahi hoga.</w:t>
      </w:r>
    </w:p>
    <w:p>
      <w:pPr>
        <w:jc w:val="right"/>
      </w:pPr>
      <w:r>
        <w:t>अगर आदमी ऐसा करे, तो water pollution, air pollution, कोई भी पैदा नहीं होगा।</w:t>
      </w:r>
    </w:p>
    <w:p>
      <w:r>
        <w:rPr>
          <w:b/>
        </w:rPr>
        <w:t xml:space="preserve">[38:27] </w:t>
      </w:r>
      <w:r>
        <w:t>Sab bilkul ecological system jo hai, bilkul sahi kaam karega.</w:t>
      </w:r>
    </w:p>
    <w:p>
      <w:pPr>
        <w:jc w:val="right"/>
      </w:pPr>
      <w:r>
        <w:t>सब बिलकुल ecological system जो है, बिलकुल सही काम करेगा।</w:t>
      </w:r>
    </w:p>
    <w:p>
      <w:r>
        <w:rPr>
          <w:b/>
        </w:rPr>
        <w:t xml:space="preserve">[38:31] </w:t>
      </w:r>
      <w:r>
        <w:t>aap balance ki baat karte hain. kudrat mein to hai. there is a natural beautiful balance. apni zindagi mein hum balance, maulana sahab, nahi la paate. kahan need khatam hoti hai, kahan greed shuru hoti hai. maulana ji, need aur greed, inmein hum kaise apna fark, apni zindagi mein inka fark samjhein aur kaise laayein? dekhiye, mera formula kya hai?</w:t>
      </w:r>
    </w:p>
    <w:p>
      <w:pPr>
        <w:jc w:val="right"/>
      </w:pPr>
      <w:r>
        <w:t>आप balance की बात करते हैं। कुदरत में तो है। There is a natural beautiful balance. अपनी ज़िंदगी में हम balance, Maulana साहब, नहीं ला पाते। कहाँ need खत्म होती है, कहाँ greed शुरू होती है। Maulana जी, need और greed, इनमें हम कैसे अपना फर्क, अपनी ज़िंदगी में इनका फर्क समझें और कैसे लाएं? देखिए, मेरा formula क्या है?</w:t>
      </w:r>
    </w:p>
    <w:p>
      <w:r>
        <w:rPr>
          <w:b/>
        </w:rPr>
        <w:t xml:space="preserve">[38:54] </w:t>
      </w:r>
      <w:r>
        <w:t>Bohat hi chota sa formula hai.</w:t>
      </w:r>
    </w:p>
    <w:p>
      <w:pPr>
        <w:jc w:val="right"/>
      </w:pPr>
      <w:r>
        <w:t>बहुत ही छोटा सा formula है।</w:t>
      </w:r>
    </w:p>
    <w:p>
      <w:r>
        <w:rPr>
          <w:b/>
        </w:rPr>
        <w:t xml:space="preserve">[38:56] </w:t>
      </w:r>
      <w:r>
        <w:t>Where simple living, high thinking.</w:t>
      </w:r>
    </w:p>
    <w:p>
      <w:pPr>
        <w:jc w:val="right"/>
      </w:pPr>
      <w:r>
        <w:t>Where simple living, high thinking.</w:t>
      </w:r>
    </w:p>
    <w:p>
      <w:r>
        <w:rPr>
          <w:b/>
        </w:rPr>
        <w:t xml:space="preserve">[38:59] </w:t>
      </w:r>
      <w:r>
        <w:t>Ye mera formula hai.</w:t>
      </w:r>
    </w:p>
    <w:p>
      <w:pPr>
        <w:jc w:val="right"/>
      </w:pPr>
      <w:r>
        <w:t>ये मेरा formula है।</w:t>
      </w:r>
    </w:p>
    <w:p>
      <w:r>
        <w:rPr>
          <w:b/>
        </w:rPr>
        <w:t xml:space="preserve">[39:02] </w:t>
      </w:r>
      <w:r>
        <w:t>Dekhiye, peace jo hai aur change jo hai, wo sirf simplicity mein hota hai.</w:t>
      </w:r>
    </w:p>
    <w:p>
      <w:pPr>
        <w:jc w:val="right"/>
      </w:pPr>
      <w:r>
        <w:t>देखिए, peace जो है और change जो है, वो सिर्फ simplicity में होता है।</w:t>
      </w:r>
    </w:p>
    <w:p>
      <w:r>
        <w:rPr>
          <w:b/>
        </w:rPr>
        <w:t xml:space="preserve">[39:05] </w:t>
      </w:r>
      <w:r>
        <w:t>Jitna aap greed barhate hain, utni tension aati hai.</w:t>
      </w:r>
    </w:p>
    <w:p>
      <w:pPr>
        <w:jc w:val="right"/>
      </w:pPr>
      <w:r>
        <w:t>जितना आप greed बढ़ाते हैं, उतनी tension आती है।</w:t>
      </w:r>
    </w:p>
    <w:p>
      <w:r>
        <w:rPr>
          <w:b/>
        </w:rPr>
        <w:t xml:space="preserve">[39:08] </w:t>
      </w:r>
      <w:r>
        <w:t>Utni problem aati hain.</w:t>
      </w:r>
    </w:p>
    <w:p>
      <w:pPr>
        <w:jc w:val="right"/>
      </w:pPr>
      <w:r>
        <w:t>उतनी problem आती हैं।</w:t>
      </w:r>
    </w:p>
    <w:p>
      <w:r>
        <w:rPr>
          <w:b/>
        </w:rPr>
        <w:t xml:space="preserve">[39:11] </w:t>
      </w:r>
      <w:r>
        <w:t>Jaise aaj hi dekhiye, mujhe ek saath se baat hui.</w:t>
      </w:r>
    </w:p>
    <w:p>
      <w:pPr>
        <w:jc w:val="right"/>
      </w:pPr>
      <w:r>
        <w:t>जैसे आज ही देखिए, मुझे एक साथ से बात हुई।</w:t>
      </w:r>
    </w:p>
    <w:p>
      <w:r>
        <w:rPr>
          <w:b/>
        </w:rPr>
        <w:t xml:space="preserve">[39:14] </w:t>
      </w:r>
      <w:r>
        <w:t>Ji, unhone bataya ke wo, wo Ooty gaye.</w:t>
      </w:r>
    </w:p>
    <w:p>
      <w:pPr>
        <w:jc w:val="right"/>
      </w:pPr>
      <w:r>
        <w:t>जी, उन्होंने बताया कि वो, वो ऊटी गए।</w:t>
      </w:r>
    </w:p>
    <w:p>
      <w:r>
        <w:rPr>
          <w:b/>
        </w:rPr>
        <w:t xml:space="preserve">[39:17] </w:t>
      </w:r>
      <w:r>
        <w:t>Ooty mein ek Bengali family wahan par thi.</w:t>
      </w:r>
    </w:p>
    <w:p>
      <w:pPr>
        <w:jc w:val="right"/>
      </w:pPr>
      <w:r>
        <w:t>ऊटी में एक बंगाली family वहाँ पर थी।</w:t>
      </w:r>
    </w:p>
    <w:p>
      <w:r>
        <w:rPr>
          <w:b/>
        </w:rPr>
        <w:t xml:space="preserve">[39:20] </w:t>
      </w:r>
      <w:r>
        <w:t>to uske log bohat healthy thay.</w:t>
      </w:r>
    </w:p>
    <w:p>
      <w:pPr>
        <w:jc w:val="right"/>
      </w:pPr>
      <w:r>
        <w:t>तो उसके लोग बहुत healthy थे।</w:t>
      </w:r>
    </w:p>
    <w:p>
      <w:r>
        <w:rPr>
          <w:b/>
        </w:rPr>
        <w:t xml:space="preserve">[39:23] </w:t>
      </w:r>
      <w:r>
        <w:t>yaani unke mard, beeviyan, auratein, bachche sab bohat healthy.</w:t>
      </w:r>
    </w:p>
    <w:p>
      <w:pPr>
        <w:jc w:val="right"/>
      </w:pPr>
      <w:r>
        <w:t>यानी उनके मर्द, बीवियाँ, औरतें, बच्चे सब बहुत healthy।</w:t>
      </w:r>
    </w:p>
    <w:p>
      <w:r>
        <w:rPr>
          <w:b/>
        </w:rPr>
        <w:t xml:space="preserve">[39:26] </w:t>
      </w:r>
      <w:r>
        <w:t>to unhone jaanna chaha ke aakhir inki health ka raaz kya hai.</w:t>
      </w:r>
    </w:p>
    <w:p>
      <w:pPr>
        <w:jc w:val="right"/>
      </w:pPr>
      <w:r>
        <w:t>तो उन्होंने जानना चाहा कि आखिर इनकी health का राज़ क्या है।</w:t>
      </w:r>
    </w:p>
    <w:p>
      <w:r>
        <w:rPr>
          <w:b/>
        </w:rPr>
        <w:t xml:space="preserve">[39:29] </w:t>
      </w:r>
      <w:r>
        <w:t>to unhone kaha ke hamara chulha nahi hota.</w:t>
      </w:r>
    </w:p>
    <w:p>
      <w:pPr>
        <w:jc w:val="right"/>
      </w:pPr>
      <w:r>
        <w:t>तो उन्होंने कहा कि हमारा चूल्हा नहीं होता।</w:t>
      </w:r>
    </w:p>
    <w:p>
      <w:r>
        <w:rPr>
          <w:b/>
        </w:rPr>
        <w:t xml:space="preserve">[39:32] </w:t>
      </w:r>
      <w:r>
        <w:t>hum log phal khaate hain.</w:t>
      </w:r>
    </w:p>
    <w:p>
      <w:pPr>
        <w:jc w:val="right"/>
      </w:pPr>
      <w:r>
        <w:t>हम लोग फल खाते हैं।</w:t>
      </w:r>
    </w:p>
    <w:p>
      <w:r>
        <w:rPr>
          <w:b/>
        </w:rPr>
        <w:t xml:space="preserve">[39:35] </w:t>
      </w:r>
      <w:r>
        <w:t>sabzi khaate hain.</w:t>
      </w:r>
    </w:p>
    <w:p>
      <w:pPr>
        <w:jc w:val="right"/>
      </w:pPr>
      <w:r>
        <w:t>सब्ज़ी खाते हैं।</w:t>
      </w:r>
    </w:p>
    <w:p>
      <w:r>
        <w:rPr>
          <w:b/>
        </w:rPr>
        <w:t xml:space="preserve">[39:38] </w:t>
      </w:r>
      <w:r>
        <w:t>doodh peete hain.</w:t>
      </w:r>
    </w:p>
    <w:p>
      <w:pPr>
        <w:jc w:val="right"/>
      </w:pPr>
      <w:r>
        <w:t>दूध पीते हैं।</w:t>
      </w:r>
    </w:p>
    <w:p>
      <w:r>
        <w:rPr>
          <w:b/>
        </w:rPr>
        <w:t xml:space="preserve">[39:41] </w:t>
      </w:r>
      <w:r>
        <w:t>bas ye hamare tareeqa hai.</w:t>
      </w:r>
    </w:p>
    <w:p>
      <w:pPr>
        <w:jc w:val="right"/>
      </w:pPr>
      <w:r>
        <w:t>बस ये हमारे तरीका है।</w:t>
      </w:r>
    </w:p>
    <w:p>
      <w:r>
        <w:rPr>
          <w:b/>
        </w:rPr>
        <w:t xml:space="preserve">[39:44] </w:t>
      </w:r>
      <w:r>
        <w:t>to main ye nahi kehta ke har aadmi ye kare.</w:t>
      </w:r>
    </w:p>
    <w:p>
      <w:pPr>
        <w:jc w:val="right"/>
      </w:pPr>
      <w:r>
        <w:t>तो मैं ये नहीं कहता कि हर आदमी ये करे।</w:t>
      </w:r>
    </w:p>
    <w:p>
      <w:r>
        <w:rPr>
          <w:b/>
        </w:rPr>
        <w:t xml:space="preserve">[39:47] </w:t>
      </w:r>
      <w:r>
        <w:t>lekin ek simple life ka ek formula ye hai.</w:t>
      </w:r>
    </w:p>
    <w:p>
      <w:pPr>
        <w:jc w:val="right"/>
      </w:pPr>
      <w:r>
        <w:t>लेकिन एक simple life का एक formula ये है।</w:t>
      </w:r>
    </w:p>
    <w:p>
      <w:r>
        <w:rPr>
          <w:b/>
        </w:rPr>
        <w:t xml:space="preserve">[39:50] </w:t>
      </w:r>
      <w:r>
        <w:t>achha, simple life kya karta hai aapko?</w:t>
      </w:r>
    </w:p>
    <w:p>
      <w:pPr>
        <w:jc w:val="right"/>
      </w:pPr>
      <w:r>
        <w:t>अच्छा, simple life क्या करता है आपको?</w:t>
      </w:r>
    </w:p>
    <w:p>
      <w:r>
        <w:rPr>
          <w:b/>
        </w:rPr>
        <w:t xml:space="preserve">[39:53] </w:t>
      </w:r>
      <w:r>
        <w:t>simple life aapko distraction se bachata hai. sabse zyada badi cheez jo hai zindagi mein, wo hai ke aap apne ko distraction se bacha sakein. without simple life, you cannot save yourself from distraction. tab simple life hogi, to high thinking aayegi. ji, high quality zindagi ki aayegi. har cheez mein tarakki hoti chali jayegi.</w:t>
      </w:r>
    </w:p>
    <w:p>
      <w:pPr>
        <w:jc w:val="right"/>
      </w:pPr>
      <w:r>
        <w:t>Simple life आपको distraction से बचाता है। सबसे ज्यादा बड़ी चीज़ जो है ज़िंदगी में, वो है कि आप अपने को distraction से बचा सकें। Without simple life, you cannot save yourself from distraction. तब simple life होगी, तो high thinking आएगी। जी, high quality ज़िंदगी की आएगी। हर चीज़ में तरक्की होती चली जाएगी।</w:t>
      </w:r>
    </w:p>
    <w:p>
      <w:r>
        <w:rPr>
          <w:b/>
        </w:rPr>
        <w:t xml:space="preserve">[40:19] </w:t>
      </w:r>
      <w:r>
        <w:t>aapne pehle kaha ke competition is, ye duniya ki buniyad is competition. aur magar competition ko hum log jaise samajhte hain, uski wajah se kitni kashmakash jeevan mein laate hain. aur wahin kahan rukein? mere ko ye bangla chahiye, phir itni gaadi chahiye, phir bachchon ke liye jahan jana hai, bachchon ko bahar jana hai. so, kahan hum apni need ko aage karke greed ko usmein samettein? to ye competition bhi iska ek karan hai?</w:t>
      </w:r>
    </w:p>
    <w:p>
      <w:pPr>
        <w:jc w:val="right"/>
      </w:pPr>
      <w:r>
        <w:t>आपने पहले कहा कि competition is, ये दुनिया की बुनियाद is competition। और मगर competition को हम लोग जैसे समझते हैं, उसकी वजह से कितनी कशमकश जीवन में लाते हैं। और वहीं कहाँ रुकें? मेरे को ये बंगला चाहिए, फिर इतनी गाड़ी चाहिए, फिर बच्चों के लिए जहाँ जाना है, बच्चों को बाहर जाना है। सो, कहाँ हम अपनी need को आगे करके greed को उसमें समेटते हैं? तो ये competition भी इसका एक कारण है?</w:t>
      </w:r>
    </w:p>
    <w:p>
      <w:r>
        <w:rPr>
          <w:b/>
        </w:rPr>
        <w:t xml:space="preserve">[40:49] </w:t>
      </w:r>
      <w:r>
        <w:t>yahan bhi main yahi kahunga ke agar log sochein ke greed jo hai, usse mil kya raha hai aapko? result kya mil raha hai? jin logon ko more and more ka maine paya hai, sab tension mein jeete hain. jaise main hoon, meri itni zyada umr ho chuki hai. late eighties mein hoon. aur science sleep leta hoon. sound sleep. aur maine apne family mein, apne family ko bahar dekha hai ke log, unko neend nahi aati. aur wo unka. goli khakar neend aati hai.</w:t>
      </w:r>
    </w:p>
    <w:p>
      <w:pPr>
        <w:jc w:val="right"/>
      </w:pPr>
      <w:r>
        <w:t>यहाँ भी मैं यही कहूँगा कि अगर लोग सोचें कि greed जो है, उससे मिल क्या रहा है आपको? Result क्या मिल रहा है? जिन लोगों को more and more का मैंने पाया है, सब tension में जीते हैं। जैसे मैं हूँ, मेरी इतनी ज्यादा उम्र हो चुकी है। Late eighties में हूँ। और science sleep लेता हूँ। Sound sleep। और मैंने अपने family में, अपने family को बाहर देखा है कि लोग, उनको नींद नहीं आती। और वो उनका। गोली खाकर नींद आती है।</w:t>
      </w:r>
    </w:p>
    <w:p>
      <w:r>
        <w:rPr>
          <w:b/>
        </w:rPr>
        <w:t xml:space="preserve">[41:19] </w:t>
      </w:r>
      <w:r>
        <w:t>goli khakar neend aati hai. aur kya-kya problem hote hain. maine kabhi goli nahi khai. to kyun simple living? to log jo hain, apne saaman jo badhate hain, greed karte hain. to result nahi sochte ke result kya mila hamein. jitna badhaya, utni tension. jitna badhaya, utna stress. jitna badhaya, utni depression. to fayda kya hai?</w:t>
      </w:r>
    </w:p>
    <w:p>
      <w:pPr>
        <w:jc w:val="right"/>
      </w:pPr>
      <w:r>
        <w:t>गोली खाकर नींद आती है। और क्या-क्या problem होते हैं। मैंने कभी गोली नहीं खाई। तो क्यों simple living? तो लोग जो हैं, अपने सामान जो बढ़ाते हैं, greed करते हैं। तो result नहीं सोचते कि result क्या मिला हमें। जितना बढ़ाया, उतनी tension। जितना बढ़ाया, उतना stress। जितना बढ़ाया, उतनी depression। तो फायदा क्या है?</w:t>
      </w:r>
    </w:p>
    <w:p>
      <w:r>
        <w:rPr>
          <w:b/>
        </w:rPr>
        <w:t xml:space="preserve">[41:41] </w:t>
      </w:r>
      <w:r>
        <w:t>asli cheez to main hoon. agar main apne khud hoon, to caron aur bangalon ka, yaani bahut sara ambaar, kya fayda mujhe mila? asli cheez to main hoon. to main bahut hi, zindagi bhar ka mera tajurba ye hai ke jo aadmi ye chahta hai ke usko tension-free life ho. peaceful zindagi ho. to simple life apnaaye. simplicity is the best formula.</w:t>
      </w:r>
    </w:p>
    <w:p>
      <w:pPr>
        <w:jc w:val="right"/>
      </w:pPr>
      <w:r>
        <w:t>असली चीज़ तो मैं हूँ। अगर मैं अपने खुद हूँ, तो कारों और बंगलों का, यानी बहुत सारा अंबार, क्या फायदा मुझे मिला? असली चीज़ तो मैं हूँ। तो मैं बहुत ही, ज़िंदगी भर का मेरा तजुर्बा ये है कि जो आदमी ये चाहता है कि उसको tension-free life हो। Peaceful ज़िंदगी हो। तो simple life अपनाए। Simplicity is the best formula.</w:t>
      </w:r>
    </w:p>
    <w:p>
      <w:r>
        <w:rPr>
          <w:b/>
        </w:rPr>
        <w:t xml:space="preserve">[42:07] </w:t>
      </w:r>
      <w:r>
        <w:t>Maulana sahib, kuch aap ke jeevan se kuch nichod ya kuch gun jo aap share karna chahenge hamare viewers ke saath, jiski wajah se hamari quality of life can really improve?</w:t>
      </w:r>
    </w:p>
    <w:p>
      <w:pPr>
        <w:jc w:val="right"/>
      </w:pPr>
      <w:r>
        <w:t>Maulana साहब, कुछ आपके जीवन से कुछ निचोड़ या कुछ गुण जो आप share करना चाहेंगे हमारे viewers के साथ, जिसकी वजह से हमारी quality of life can really improve?</w:t>
      </w:r>
    </w:p>
    <w:p>
      <w:r>
        <w:rPr>
          <w:b/>
        </w:rPr>
        <w:t xml:space="preserve">[42:20] </w:t>
      </w:r>
      <w:r>
        <w:t>dekhiye, main ye kahunga ke sabse pehle to aap apne ko discover kijiye.</w:t>
      </w:r>
    </w:p>
    <w:p>
      <w:pPr>
        <w:jc w:val="right"/>
      </w:pPr>
      <w:r>
        <w:t>देखिए, मैं ये कहूँगा कि सबसे पहले तो आप अपने को discover कीजिए।</w:t>
      </w:r>
    </w:p>
    <w:p>
      <w:r>
        <w:rPr>
          <w:b/>
        </w:rPr>
        <w:t xml:space="preserve">[42:24] </w:t>
      </w:r>
      <w:r>
        <w:t>ye discover kijiye ke aapko paida karne wale ne aapko kaun si special quality di hai.</w:t>
      </w:r>
    </w:p>
    <w:p>
      <w:pPr>
        <w:jc w:val="right"/>
      </w:pPr>
      <w:r>
        <w:t>ये discover कीजिए कि आपको पैदा करने वाले ने आपको कौन सी special quality दी है।</w:t>
      </w:r>
    </w:p>
    <w:p>
      <w:r>
        <w:rPr>
          <w:b/>
        </w:rPr>
        <w:t xml:space="preserve">[42:28] </w:t>
      </w:r>
      <w:r>
        <w:t>us special quality ko develop kijiye aap.</w:t>
      </w:r>
    </w:p>
    <w:p>
      <w:pPr>
        <w:jc w:val="right"/>
      </w:pPr>
      <w:r>
        <w:t>उस special quality को develop कीजिए आप।</w:t>
      </w:r>
    </w:p>
    <w:p>
      <w:r>
        <w:rPr>
          <w:b/>
        </w:rPr>
        <w:t xml:space="preserve">[42:32] </w:t>
      </w:r>
      <w:r>
        <w:t>ye bohat hi zaroori hai.</w:t>
      </w:r>
    </w:p>
    <w:p>
      <w:pPr>
        <w:jc w:val="right"/>
      </w:pPr>
      <w:r>
        <w:t>ये बहुत ही ज़रूरी है।</w:t>
      </w:r>
    </w:p>
    <w:p>
      <w:r>
        <w:rPr>
          <w:b/>
        </w:rPr>
        <w:t xml:space="preserve">[42:36] </w:t>
      </w:r>
      <w:r>
        <w:t>log kya karte hain ke kisi aur cheez mein apna dhyan laga dete hain aur tarakki nahi kar</w:t>
      </w:r>
    </w:p>
    <w:p>
      <w:pPr>
        <w:jc w:val="right"/>
      </w:pPr>
      <w:r>
        <w:t>लोग क्या करते हैं कि किसी और चीज़ में अपना ध्यान लगा देते हैं और तरक्की नहीं कर</w:t>
      </w:r>
    </w:p>
    <w:p>
      <w:r>
        <w:rPr>
          <w:b/>
        </w:rPr>
        <w:t xml:space="preserve">[42:40] </w:t>
      </w:r>
      <w:r>
        <w:t>paate zindagi mein.</w:t>
      </w:r>
    </w:p>
    <w:p>
      <w:pPr>
        <w:jc w:val="right"/>
      </w:pPr>
      <w:r>
        <w:t>पाते ज़िंदगी में।</w:t>
      </w:r>
    </w:p>
    <w:p>
      <w:r>
        <w:rPr>
          <w:b/>
        </w:rPr>
        <w:t xml:space="preserve">[42:44] </w:t>
      </w:r>
      <w:r>
        <w:t>usi special quality ko jaankar ke usko develop karna. Number one.</w:t>
      </w:r>
    </w:p>
    <w:p>
      <w:pPr>
        <w:jc w:val="right"/>
      </w:pPr>
      <w:r>
        <w:t>उसी special quality को जानकर के उसको develop करना। Number one.</w:t>
      </w:r>
    </w:p>
    <w:p>
      <w:r>
        <w:rPr>
          <w:b/>
        </w:rPr>
        <w:t xml:space="preserve">[42:48] </w:t>
      </w:r>
      <w:r>
        <w:t>Number two, simple life.</w:t>
      </w:r>
    </w:p>
    <w:p>
      <w:pPr>
        <w:jc w:val="right"/>
      </w:pPr>
      <w:r>
        <w:t>Number two, simple life.</w:t>
      </w:r>
    </w:p>
    <w:p>
      <w:r>
        <w:rPr>
          <w:b/>
        </w:rPr>
        <w:t xml:space="preserve">[42:52] </w:t>
      </w:r>
      <w:r>
        <w:t>kyunki simple life jo hai, aapko bachati hai time ko waste.</w:t>
      </w:r>
    </w:p>
    <w:p>
      <w:pPr>
        <w:jc w:val="right"/>
      </w:pPr>
      <w:r>
        <w:t>क्योंकि simple life जो है, आपको बचाती है time को waste।</w:t>
      </w:r>
    </w:p>
    <w:p>
      <w:r>
        <w:rPr>
          <w:b/>
        </w:rPr>
        <w:t xml:space="preserve">[42:56] </w:t>
      </w:r>
      <w:r>
        <w:t>waste of time se bachati hai.</w:t>
      </w:r>
    </w:p>
    <w:p>
      <w:pPr>
        <w:jc w:val="right"/>
      </w:pPr>
      <w:r>
        <w:t>Waste of time से बचाती है।</w:t>
      </w:r>
    </w:p>
    <w:p>
      <w:r>
        <w:rPr>
          <w:b/>
        </w:rPr>
        <w:t xml:space="preserve">[43:00] </w:t>
      </w:r>
      <w:r>
        <w:t>aur waste of money se bachati hai.</w:t>
      </w:r>
    </w:p>
    <w:p>
      <w:pPr>
        <w:jc w:val="right"/>
      </w:pPr>
      <w:r>
        <w:t>और waste of money से बचाती है।</w:t>
      </w:r>
    </w:p>
    <w:p>
      <w:r>
        <w:rPr>
          <w:b/>
        </w:rPr>
        <w:t xml:space="preserve">[43:04] </w:t>
      </w:r>
      <w:r>
        <w:t>har cheez se bachati hai.</w:t>
      </w:r>
    </w:p>
    <w:p>
      <w:pPr>
        <w:jc w:val="right"/>
      </w:pPr>
      <w:r>
        <w:t>हर चीज़ से बचाती है।</w:t>
      </w:r>
    </w:p>
    <w:p>
      <w:r>
        <w:rPr>
          <w:b/>
        </w:rPr>
        <w:t xml:space="preserve">[43:08] </w:t>
      </w:r>
      <w:r>
        <w:t>distraction se bachati hai.</w:t>
      </w:r>
    </w:p>
    <w:p>
      <w:pPr>
        <w:jc w:val="right"/>
      </w:pPr>
      <w:r>
        <w:t>Distraction से बचाती है।</w:t>
      </w:r>
    </w:p>
    <w:p>
      <w:r>
        <w:rPr>
          <w:b/>
        </w:rPr>
        <w:t xml:space="preserve">[43:12] </w:t>
      </w:r>
      <w:r>
        <w:t>to simple life, second formula.</w:t>
      </w:r>
    </w:p>
    <w:p>
      <w:pPr>
        <w:jc w:val="right"/>
      </w:pPr>
      <w:r>
        <w:t>तो simple life, second formula।</w:t>
      </w:r>
    </w:p>
    <w:p>
      <w:r>
        <w:rPr>
          <w:b/>
        </w:rPr>
        <w:t xml:space="preserve">[43:16] </w:t>
      </w:r>
      <w:r>
        <w:t>doosri cheez ye, teesri cheez main ye kahunga ke negativity ko kabhi paas aane na dijiye.</w:t>
      </w:r>
    </w:p>
    <w:p>
      <w:pPr>
        <w:jc w:val="right"/>
      </w:pPr>
      <w:r>
        <w:t>दूसरी चीज़ ये, तीसरी चीज़ मैं ये कहूँगा कि negativity को कभी पास आने न दीजिए।</w:t>
      </w:r>
    </w:p>
    <w:p>
      <w:r>
        <w:rPr>
          <w:b/>
        </w:rPr>
        <w:t xml:space="preserve">[43:20] </w:t>
      </w:r>
      <w:r>
        <w:t>har negativity ko manage kijiye.</w:t>
      </w:r>
    </w:p>
    <w:p>
      <w:pPr>
        <w:jc w:val="right"/>
      </w:pPr>
      <w:r>
        <w:t>हर negativity को manage कीजिए।</w:t>
      </w:r>
    </w:p>
    <w:p>
      <w:r>
        <w:rPr>
          <w:b/>
        </w:rPr>
        <w:t xml:space="preserve">[43:24] </w:t>
      </w:r>
      <w:r>
        <w:t>har negativity ko manage karke usko positivity mein convert kijiye.</w:t>
      </w:r>
    </w:p>
    <w:p>
      <w:pPr>
        <w:jc w:val="right"/>
      </w:pPr>
      <w:r>
        <w:t>हर negativity को manage करके उसको positivity में convert कीजिए।</w:t>
      </w:r>
    </w:p>
    <w:p>
      <w:r>
        <w:rPr>
          <w:b/>
        </w:rPr>
        <w:t xml:space="preserve">[43:28] </w:t>
      </w:r>
      <w:r>
        <w:t>chauthi cheez main ye kahunga ke duniya jo hai, wo intezar kar rahi hai ke aap koi usko contribute karein.</w:t>
      </w:r>
    </w:p>
    <w:p>
      <w:pPr>
        <w:jc w:val="right"/>
      </w:pPr>
      <w:r>
        <w:t>चौथी चीज़ मैं ये कहूँगा कि दुनिया जो है, वो इंतज़ार कर रही है कि आप कोई उसको contribute करें।</w:t>
      </w:r>
    </w:p>
    <w:p>
      <w:r>
        <w:rPr>
          <w:b/>
        </w:rPr>
        <w:t xml:space="preserve">[43:32] </w:t>
      </w:r>
      <w:r>
        <w:t>to aapko accept kare wo.</w:t>
      </w:r>
    </w:p>
    <w:p>
      <w:pPr>
        <w:jc w:val="right"/>
      </w:pPr>
      <w:r>
        <w:t>तो आपको accept करे वो।</w:t>
      </w:r>
    </w:p>
    <w:p>
      <w:r>
        <w:rPr>
          <w:b/>
        </w:rPr>
        <w:t xml:space="preserve">[43:36] </w:t>
      </w:r>
      <w:r>
        <w:t>magar iske ke aap usko duniya ko kuch dein, duniya aapko degi nahi.</w:t>
      </w:r>
    </w:p>
    <w:p>
      <w:pPr>
        <w:jc w:val="right"/>
      </w:pPr>
      <w:r>
        <w:t>मगर इसके कि आप उसको दुनिया को कुछ दें, दुनिया आपको देगी नहीं।</w:t>
      </w:r>
    </w:p>
    <w:p>
      <w:r>
        <w:rPr>
          <w:b/>
        </w:rPr>
        <w:t xml:space="preserve">[43:40] </w:t>
      </w:r>
      <w:r>
        <w:t>In living that we receive.</w:t>
      </w:r>
    </w:p>
    <w:p>
      <w:pPr>
        <w:jc w:val="right"/>
      </w:pPr>
      <w:r>
        <w:t>In living that we receive.</w:t>
      </w:r>
    </w:p>
    <w:p>
      <w:r>
        <w:rPr>
          <w:b/>
        </w:rPr>
        <w:t xml:space="preserve">[43:44] </w:t>
      </w:r>
      <w:r>
        <w:t>Okay, to Islam ke fourth caliph jo the, unhone kaha tha ke value of a person is what they do well.</w:t>
      </w:r>
    </w:p>
    <w:p>
      <w:pPr>
        <w:jc w:val="right"/>
      </w:pPr>
      <w:r>
        <w:t>ओके, तो इस्लाम के fourth caliph जो थे, उन्होंने कहा था कि قيمة المرء مایوس.</w:t>
      </w:r>
    </w:p>
    <w:p>
      <w:r>
        <w:rPr>
          <w:b/>
        </w:rPr>
        <w:t xml:space="preserve">[43:49] </w:t>
      </w:r>
      <w:r>
        <w:t>To iska English mein kaha jayega ki The value of a person lies in excellence. To excellent baniye. Wahi, wahi baat hai ismein jo kaha jata hai ki There is always room at the top.</w:t>
      </w:r>
    </w:p>
    <w:p>
      <w:pPr>
        <w:jc w:val="right"/>
      </w:pPr>
      <w:r>
        <w:t>तो इसका English में कहा जाएगा कि The value of a person lies in excellence. तो excellent बनिए। वही, वही बात है इसमें जो कहा जाता है कि There is always room at the top.</w:t>
      </w:r>
    </w:p>
    <w:p>
      <w:r>
        <w:rPr>
          <w:b/>
        </w:rPr>
        <w:t xml:space="preserve">[44:04] </w:t>
      </w:r>
      <w:r>
        <w:t>To agar aap chahte hain duniya mein aapko koi jagah mile, to kuch aapko dena padega. Tab duniya aapko kuch degi aapko. Magar diye hue, yaani giver baniye aap. Taker banne ki koshish karenge, to aap sirf complaint mein jeete rahenge. Complaint mein. To isko agar sum up karoon main, to peace aur spirituality do hi basic cheezein hain. Ji, peace kya hai? Peace external spirituality ka naam hai. Spirituality kya hai?</w:t>
      </w:r>
    </w:p>
    <w:p>
      <w:pPr>
        <w:jc w:val="right"/>
      </w:pPr>
      <w:r>
        <w:t>तो अगर आप चाहते हैं दुनिया में आपको कोई जगह मिले, तो कुछ आपको देना पड़ेगा। तब दुनिया आपको कुछ देगी आपको। मगर दिए हुए, यानी giver बनिए आप। Taker बनने की कोशिश करेंगे, तो आप सिर्फ complaint में जीते रहेंगे। Complaint में। तो इसको अगर सम अप करूँ मैं, तो peace और spirituality दो ही basic चीज़ें हैं। जी, peace क्या है? Peace external spirituality का नाम है। Spirituality क्या है?</w:t>
      </w:r>
    </w:p>
    <w:p>
      <w:r>
        <w:rPr>
          <w:b/>
        </w:rPr>
        <w:t xml:space="preserve">[44:33] </w:t>
      </w:r>
      <w:r>
        <w:t>Inner peace ka naam hai. Do hi shabdon mein saari baat aa jati hai. Yaani peace ka jo inner, andar lana chahein, peace to usi ka naam spirituality hota hai. Ji, spirituality ko jab aap external world mein lana chahein, to usi ka naam peace hota hai. Ye mera zindagi bhar ka tajurba hai. Wonderfully put.</w:t>
      </w:r>
    </w:p>
    <w:p>
      <w:pPr>
        <w:jc w:val="right"/>
      </w:pPr>
      <w:r>
        <w:t>Inner peace का नाम है। दो ही शब्द में सारी बात आ जाती है। यानी peace का जो inner, अंदर लाना चाहें, peace तो उसी का नाम spirituality होता है। जी, spirituality को जब आप external world में लाना चाहें, तो उसी का नाम peace होता है। ये मेरा ज़िंदगी भर का तजुर्बा है। Wonderfully put.</w:t>
      </w:r>
    </w:p>
    <w:p>
      <w:r>
        <w:rPr>
          <w:b/>
        </w:rPr>
        <w:t xml:space="preserve">[44:52] </w:t>
      </w:r>
      <w:r>
        <w:t>That means peace and spirituality they complete each other. And that forms the totality. Maulana sahib, it is in giving that we receive. You gave your time. We received a lot of learning. Aapka shukriya main ada karna chahungi. Thank you so much for coming to our program. Bahut kuch jaana aapse baat karke. Shukriya.</w:t>
      </w:r>
    </w:p>
    <w:p>
      <w:pPr>
        <w:jc w:val="right"/>
      </w:pPr>
      <w:r>
        <w:t>That means peace and spirituality they complete each other. And that forms the totality. Maulana साहब, it is in giving that we receive. You gave your time. We received a lot of learning. आपका शुक्रिया मैं अदा करना चाहूँगी। Thank you so much for coming to our program. बहुत कुछ जाना आपसे बात करके। शुक्रिया।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