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Purpose Of Human Life -12th Feb. '12</w:t>
      </w:r>
    </w:p>
    <w:p>
      <w:r>
        <w:t>https://www.youtube.com/watch?v=TCGYvGJHf7w</w:t>
      </w:r>
    </w:p>
    <w:p>
      <w:r>
        <w:rPr>
          <w:b/>
        </w:rPr>
        <w:t xml:space="preserve">[00:00] </w:t>
      </w:r>
      <w:r>
        <w:t>ar-rahim, wa-sallallahu 'ala an-nabiyyil karim.</w:t>
      </w:r>
    </w:p>
    <w:p>
      <w:pPr>
        <w:jc w:val="right"/>
      </w:pPr>
      <w:r>
        <w:t>الرحیم، وصلی اللہ علی النبی الکریم۔</w:t>
      </w:r>
    </w:p>
    <w:p>
      <w:r>
        <w:rPr>
          <w:b/>
        </w:rPr>
        <w:t xml:space="preserve">[00:06] </w:t>
      </w:r>
      <w:r>
        <w:t>Rabishrah li sadri, wa yassir li amri, wahlul uqdatan min lisani yafqahu qawli.</w:t>
      </w:r>
    </w:p>
    <w:p>
      <w:pPr>
        <w:jc w:val="right"/>
      </w:pPr>
      <w:r>
        <w:t>رب اشرح لی صدری، ویسر لی امری، واحل العقدۃ من لسانی یفقہ قولی۔</w:t>
      </w:r>
    </w:p>
    <w:p>
      <w:r>
        <w:rPr>
          <w:b/>
        </w:rPr>
        <w:t xml:space="preserve">[00:13] </w:t>
      </w:r>
      <w:r>
        <w:t>aaj ka topic hai "Purpose of Human Life".</w:t>
      </w:r>
    </w:p>
    <w:p>
      <w:pPr>
        <w:jc w:val="right"/>
      </w:pPr>
      <w:r>
        <w:t>آج کا ٹاپک ہے "Purpose of Human Life"۔</w:t>
      </w:r>
    </w:p>
    <w:p>
      <w:r>
        <w:rPr>
          <w:b/>
        </w:rPr>
        <w:t xml:space="preserve">[00:20] </w:t>
      </w:r>
      <w:r>
        <w:t>insan ki zindagi ka maqsad.</w:t>
      </w:r>
    </w:p>
    <w:p>
      <w:pPr>
        <w:jc w:val="right"/>
      </w:pPr>
      <w:r>
        <w:t>انسان کی زندگی کا مقصد۔</w:t>
      </w:r>
    </w:p>
    <w:p>
      <w:r>
        <w:rPr>
          <w:b/>
        </w:rPr>
        <w:t xml:space="preserve">[00:26] </w:t>
      </w:r>
      <w:r>
        <w:t>Purpose of Human Life.</w:t>
      </w:r>
    </w:p>
    <w:p>
      <w:pPr>
        <w:jc w:val="right"/>
      </w:pPr>
      <w:r>
        <w:t>Purpose of Human Life۔</w:t>
      </w:r>
    </w:p>
    <w:p>
      <w:r>
        <w:rPr>
          <w:b/>
        </w:rPr>
        <w:t xml:space="preserve">[00:33] </w:t>
      </w:r>
      <w:r>
        <w:t>dekhein ye jo sawal hai, ye poori tareekh mein logon par chhaya raha hai.</w:t>
      </w:r>
    </w:p>
    <w:p>
      <w:pPr>
        <w:jc w:val="right"/>
      </w:pPr>
      <w:r>
        <w:t>دیکھیں یہ جو سوال ہے، یہ پوری تاریخ میں لوگوں پر چھایا رہا ہے۔</w:t>
      </w:r>
    </w:p>
    <w:p>
      <w:r>
        <w:rPr>
          <w:b/>
        </w:rPr>
        <w:t xml:space="preserve">[00:40] </w:t>
      </w:r>
      <w:r>
        <w:t>tamam philosophers, tamam thinkers, tamam writers, jo novel likhe gaye, jo kahaniyan likhi gayi, har mein direct ya</w:t>
      </w:r>
    </w:p>
    <w:p>
      <w:pPr>
        <w:jc w:val="right"/>
      </w:pPr>
      <w:r>
        <w:t>تمام فلاسفرز، تمام تھنکرز، تمام رائٹرز، جو ناول لکھے گئے، جو کہانیاں لکھیں گی، ہر میں ڈائریکٹ یا</w:t>
      </w:r>
    </w:p>
    <w:p>
      <w:r>
        <w:rPr>
          <w:b/>
        </w:rPr>
        <w:t xml:space="preserve">[00:47] </w:t>
      </w:r>
      <w:r>
        <w:t>indirect ye sawal chhaya raha hai.</w:t>
      </w:r>
    </w:p>
    <w:p>
      <w:pPr>
        <w:jc w:val="right"/>
      </w:pPr>
      <w:r>
        <w:t>ان ڈائریکٹ یہ سوال چھایا رہا ہے۔</w:t>
      </w:r>
    </w:p>
    <w:p>
      <w:r>
        <w:rPr>
          <w:b/>
        </w:rPr>
        <w:t xml:space="preserve">[00:53] </w:t>
      </w:r>
      <w:r>
        <w:t>shairi mein, kahani mein, har jagah.</w:t>
      </w:r>
    </w:p>
    <w:p>
      <w:pPr>
        <w:jc w:val="right"/>
      </w:pPr>
      <w:r>
        <w:t>شاعری میں، کہانی میں، ہر جگہ۔</w:t>
      </w:r>
    </w:p>
    <w:p>
      <w:r>
        <w:rPr>
          <w:b/>
        </w:rPr>
        <w:t xml:space="preserve">[01:00] </w:t>
      </w:r>
      <w:r>
        <w:t>tamam jo philosophers the wo sab buniyadi taur par isi etraz mein the ke insan ki zindagi ka</w:t>
      </w:r>
    </w:p>
    <w:p>
      <w:pPr>
        <w:jc w:val="right"/>
      </w:pPr>
      <w:r>
        <w:t>تمام جو فلاسفرز تھے وہ سب بنیادی طور پر اسی اعتراض میں تھے کہ انسان کی زندگی کا</w:t>
      </w:r>
    </w:p>
    <w:p>
      <w:r>
        <w:rPr>
          <w:b/>
        </w:rPr>
        <w:t xml:space="preserve">[01:07] </w:t>
      </w:r>
      <w:r>
        <w:t>maqsad kya hai.</w:t>
      </w:r>
    </w:p>
    <w:p>
      <w:pPr>
        <w:jc w:val="right"/>
      </w:pPr>
      <w:r>
        <w:t>مقصد کیا ہے۔</w:t>
      </w:r>
    </w:p>
    <w:p>
      <w:r>
        <w:rPr>
          <w:b/>
        </w:rPr>
        <w:t xml:space="preserve">[01:14] </w:t>
      </w:r>
      <w:r>
        <w:t>lekin aaj tak, yaani ye log chahte the ke Khuda ke wahi ke baghair maqsad maloom kar lein,</w:t>
      </w:r>
    </w:p>
    <w:p>
      <w:pPr>
        <w:jc w:val="right"/>
      </w:pPr>
      <w:r>
        <w:t>لیکن آج تک، یعنی یہ لوگ چاہتے تھے کہ خدا کے وحی کے بغیر مقصد معلوم کر لیں،</w:t>
      </w:r>
    </w:p>
    <w:p>
      <w:r>
        <w:rPr>
          <w:b/>
        </w:rPr>
        <w:t xml:space="preserve">[01:20] </w:t>
      </w:r>
      <w:r>
        <w:t>to aaj tak wo maqsad maloom nahi kar sake.</w:t>
      </w:r>
    </w:p>
    <w:p>
      <w:pPr>
        <w:jc w:val="right"/>
      </w:pPr>
      <w:r>
        <w:t>تو آج تک وہ مقصد معلوم نہیں کر سکے۔</w:t>
      </w:r>
    </w:p>
    <w:p>
      <w:r>
        <w:rPr>
          <w:b/>
        </w:rPr>
        <w:t xml:space="preserve">[01:27] </w:t>
      </w:r>
      <w:r>
        <w:t>ek bahut ajeeb kahani hai, yaani ek Yunani philosopher tha, pehle zamane ki baat hai, yaani before Christianity,</w:t>
      </w:r>
    </w:p>
    <w:p>
      <w:pPr>
        <w:jc w:val="right"/>
      </w:pPr>
      <w:r>
        <w:t>ایک بہت عجیب کہانی ہے، یعنی ایک یونانی فلاسفر تھا، پہلے زمانے کی بات ہے، یعنی before Christianity،</w:t>
      </w:r>
    </w:p>
    <w:p>
      <w:r>
        <w:rPr>
          <w:b/>
        </w:rPr>
        <w:t xml:space="preserve">[01:34] </w:t>
      </w:r>
      <w:r>
        <w:t>to wo isi sawal se dochar tha.</w:t>
      </w:r>
    </w:p>
    <w:p>
      <w:pPr>
        <w:jc w:val="right"/>
      </w:pPr>
      <w:r>
        <w:t>تو وہ اسی سوال سے دوچار تھا۔</w:t>
      </w:r>
    </w:p>
    <w:p>
      <w:r>
        <w:rPr>
          <w:b/>
        </w:rPr>
        <w:t xml:space="preserve">[01:40] </w:t>
      </w:r>
      <w:r>
        <w:t>to ek din kisi ne dekha usko ke wo ek peed ke upar baitha hua hai.</w:t>
      </w:r>
    </w:p>
    <w:p>
      <w:pPr>
        <w:jc w:val="right"/>
      </w:pPr>
      <w:r>
        <w:t>تو ایک دن کسی نے دیکھا اس کو کہ وہ ایک پیڑ کے اوپر بیٹھا ہوا ہے۔</w:t>
      </w:r>
    </w:p>
    <w:p>
      <w:r>
        <w:rPr>
          <w:b/>
        </w:rPr>
        <w:t xml:space="preserve">[01:47] </w:t>
      </w:r>
      <w:r>
        <w:t>to us se poocha ke tum kaun ho jo peed ke upar baithe hue ho? to us ne</w:t>
      </w:r>
    </w:p>
    <w:p>
      <w:pPr>
        <w:jc w:val="right"/>
      </w:pPr>
      <w:r>
        <w:t>تو اس سے پوچھا کہ تم کون ہو جو پیڑ کے اوپر بیٹھے ہوئے ہو؟ تو اس نے</w:t>
      </w:r>
    </w:p>
    <w:p>
      <w:r>
        <w:rPr>
          <w:b/>
        </w:rPr>
        <w:t xml:space="preserve">[01:54] </w:t>
      </w:r>
      <w:r>
        <w:t>kaha yahi to mujhe ane walon ko keh main kaun hoon, isi liye main aa ke yahan baith gaya hoon.</w:t>
      </w:r>
    </w:p>
    <w:p>
      <w:pPr>
        <w:jc w:val="right"/>
      </w:pPr>
      <w:r>
        <w:t>کہا یہی تو مجھے انے والوں کو کہ میں کون ہوں، اسی لیے میں آ کے یہاں بیٹھ گیا ہوں۔</w:t>
      </w:r>
    </w:p>
    <w:p>
      <w:r>
        <w:rPr>
          <w:b/>
        </w:rPr>
        <w:t xml:space="preserve">[02:01] </w:t>
      </w:r>
      <w:r>
        <w:t>to ghraz yeh keh sari zindagi, sari tareekh mein insan is sawal se dochar raha hai, lekin is</w:t>
      </w:r>
    </w:p>
    <w:p>
      <w:pPr>
        <w:jc w:val="right"/>
      </w:pPr>
      <w:r>
        <w:t>تو غرض یہ کہ ساری زندگی، ساری تاریخ میں انسان اس سوال سے دوچار رہا ہے، لیکن اس</w:t>
      </w:r>
    </w:p>
    <w:p>
      <w:r>
        <w:rPr>
          <w:b/>
        </w:rPr>
        <w:t xml:space="preserve">[02:07] </w:t>
      </w:r>
      <w:r>
        <w:t>ne chaha keh wahi, khodawandi ke baghair is ka jawab pa le.</w:t>
      </w:r>
    </w:p>
    <w:p>
      <w:pPr>
        <w:jc w:val="right"/>
      </w:pPr>
      <w:r>
        <w:t>نے چاہا کہ وحی، خداوندی کے بغیر اس کا جواب پا لے۔</w:t>
      </w:r>
    </w:p>
    <w:p>
      <w:r>
        <w:rPr>
          <w:b/>
        </w:rPr>
        <w:t xml:space="preserve">[02:14] </w:t>
      </w:r>
      <w:r>
        <w:t>to kabhi is ka jawab koi pa nahin saka.</w:t>
      </w:r>
    </w:p>
    <w:p>
      <w:pPr>
        <w:jc w:val="right"/>
      </w:pPr>
      <w:r>
        <w:t>تو کبھی اس کا جواب کوئی پا نہیں سکا۔</w:t>
      </w:r>
    </w:p>
    <w:p>
      <w:r>
        <w:rPr>
          <w:b/>
        </w:rPr>
        <w:t xml:space="preserve">[02:21] </w:t>
      </w:r>
      <w:r>
        <w:t>main khud isi sawal se dochar hua, bachpan hi se, keh mujhe kisi aur cheez se koi dilchaspi</w:t>
      </w:r>
    </w:p>
    <w:p>
      <w:pPr>
        <w:jc w:val="right"/>
      </w:pPr>
      <w:r>
        <w:t>میں خود اسی سوال سے دوچار ہوا، بچپن ہی سے، کہ مجھے کسی اور چیز سے کوئی دلچسپی</w:t>
      </w:r>
    </w:p>
    <w:p>
      <w:r>
        <w:rPr>
          <w:b/>
        </w:rPr>
        <w:t xml:space="preserve">[02:28] </w:t>
      </w:r>
      <w:r>
        <w:t>nahin thi siwaye is ke keh zindagi ka maqsad maloom karoon.</w:t>
      </w:r>
    </w:p>
    <w:p>
      <w:pPr>
        <w:jc w:val="right"/>
      </w:pPr>
      <w:r>
        <w:t>نہیں تھی سوائے اس کے کہ زندگی کا مقصد معلوم کروں۔</w:t>
      </w:r>
    </w:p>
    <w:p>
      <w:r>
        <w:rPr>
          <w:b/>
        </w:rPr>
        <w:t xml:space="preserve">[02:34] </w:t>
      </w:r>
      <w:r>
        <w:t>to lambi jahad ke baad mujhe aakhir kar quran ki is ayat se is ka jawab mila.</w:t>
      </w:r>
    </w:p>
    <w:p>
      <w:pPr>
        <w:jc w:val="right"/>
      </w:pPr>
      <w:r>
        <w:t>تو لمبی جدوجہد کے بعد مجھے آخر کار قرآن کی اس آیت سے اس کا جواب ملا۔</w:t>
      </w:r>
    </w:p>
    <w:p>
      <w:r>
        <w:rPr>
          <w:b/>
        </w:rPr>
        <w:t xml:space="preserve">[02:41] </w:t>
      </w:r>
      <w:r>
        <w:t>woh yeh hai: afahasibtum annama khalaqnakum awbatan wa annakum ilayna la turjaoon is ayat ka lafzi tarjuma to yeh</w:t>
      </w:r>
    </w:p>
    <w:p>
      <w:pPr>
        <w:jc w:val="right"/>
      </w:pPr>
      <w:r>
        <w:t>وہ یہ ہے: أَفَحَاسِبْتُمْ أَنَّمَا خَلَقْنَاكُمْ عَوْبَةً وَأَنَّكُمْ إِلَيْنَا لَا تُرْجَعُونَ اس آیت کا لفظی ترجمہ تو یہ</w:t>
      </w:r>
    </w:p>
    <w:p>
      <w:r>
        <w:rPr>
          <w:b/>
        </w:rPr>
        <w:t xml:space="preserve">[02:48] </w:t>
      </w:r>
      <w:r>
        <w:t>hai keh kya tum ne samjha hai keh hum ne tum ko be maqsad paida kiya hai? Purposeless?</w:t>
      </w:r>
    </w:p>
    <w:p>
      <w:pPr>
        <w:jc w:val="right"/>
      </w:pPr>
      <w:r>
        <w:t>ہے کہ کیا تم نے سمجھا ہے کہ ہم نے تم کو بے مقصد پیدا کیا ہے؟ Purposeless؟</w:t>
      </w:r>
    </w:p>
    <w:p>
      <w:r>
        <w:rPr>
          <w:b/>
        </w:rPr>
        <w:t xml:space="preserve">[02:54] </w:t>
      </w:r>
      <w:r>
        <w:t>aur tum hamari taraf lotaye nahin jaoge? Is ayat mein aap kuch aur lafzon ka izafa kijiye</w:t>
      </w:r>
    </w:p>
    <w:p>
      <w:pPr>
        <w:jc w:val="right"/>
      </w:pPr>
      <w:r>
        <w:t>اور تم ہماری طرف لوٹائے نہیں جاؤ گے؟ اس آیت میں آپ کچھ اور لفظوں کا اضافہ کیجیے</w:t>
      </w:r>
    </w:p>
    <w:p>
      <w:r>
        <w:rPr>
          <w:b/>
        </w:rPr>
        <w:t xml:space="preserve">[03:01] </w:t>
      </w:r>
      <w:r>
        <w:t>tab baat wazeh hoti hai.</w:t>
      </w:r>
    </w:p>
    <w:p>
      <w:pPr>
        <w:jc w:val="right"/>
      </w:pPr>
      <w:r>
        <w:t>تب بات واضح ہوتی ہے۔</w:t>
      </w:r>
    </w:p>
    <w:p>
      <w:r>
        <w:rPr>
          <w:b/>
        </w:rPr>
        <w:t xml:space="preserve">[03:08] </w:t>
      </w:r>
      <w:r>
        <w:t>kyun keh dekhiye yeh jo hai tum ko paida kiya, ek insan ek mukhtalif qism ki makhlooq hai, ek</w:t>
      </w:r>
    </w:p>
    <w:p>
      <w:pPr>
        <w:jc w:val="right"/>
      </w:pPr>
      <w:r>
        <w:t>کیونکہ دیکھیے یہ جو ہے تم کو پیدا کیا، ایک انسان ایک مختلف قسم کی مخلوق ہے، ایک</w:t>
      </w:r>
    </w:p>
    <w:p>
      <w:r>
        <w:rPr>
          <w:b/>
        </w:rPr>
        <w:t xml:space="preserve">[03:15] </w:t>
      </w:r>
      <w:r>
        <w:t>mukhtalif being hai, jo sari kainaat mein se alag hai yeh.</w:t>
      </w:r>
    </w:p>
    <w:p>
      <w:pPr>
        <w:jc w:val="right"/>
      </w:pPr>
      <w:r>
        <w:t>مختلف being ہے، جو ساری کائنات میں سے الگ ہے یہ۔</w:t>
      </w:r>
    </w:p>
    <w:p>
      <w:r>
        <w:rPr>
          <w:b/>
        </w:rPr>
        <w:t xml:space="preserve">[03:21] </w:t>
      </w:r>
      <w:r>
        <w:t>to ayat ka matlab yeh hai keh insan ko Allah taala ne ek mukhtalif makhlooq, ek mukhtalif being</w:t>
      </w:r>
    </w:p>
    <w:p>
      <w:pPr>
        <w:jc w:val="right"/>
      </w:pPr>
      <w:r>
        <w:t>تو آیت کا مطلب یہ ہے کہ انسان کو اللہ تعالیٰ نے ایک مختلف مخلوق، ایک مختلف being</w:t>
      </w:r>
    </w:p>
    <w:p>
      <w:r>
        <w:rPr>
          <w:b/>
        </w:rPr>
        <w:t xml:space="preserve">[03:28] </w:t>
      </w:r>
      <w:r>
        <w:t>ki taraf paida kiya hai.</w:t>
      </w:r>
    </w:p>
    <w:p>
      <w:pPr>
        <w:jc w:val="right"/>
      </w:pPr>
      <w:r>
        <w:t>کی طرف پیدا کیا ہے۔</w:t>
      </w:r>
    </w:p>
    <w:p>
      <w:r>
        <w:rPr>
          <w:b/>
        </w:rPr>
        <w:t xml:space="preserve">[03:35] </w:t>
      </w:r>
      <w:r>
        <w:t>to zaroori hai keh is ka ek mukhtalif kirdaar ho, is ka ek mukhtalif maqsad ho, aur phir</w:t>
      </w:r>
    </w:p>
    <w:p>
      <w:pPr>
        <w:jc w:val="right"/>
      </w:pPr>
      <w:r>
        <w:t>تو ضروری ہے کہ اس کا ایک مختلف کردار ہو، اس کا ایک مختلف مقصد ہو، اور پھر</w:t>
      </w:r>
    </w:p>
    <w:p>
      <w:r>
        <w:rPr>
          <w:b/>
        </w:rPr>
        <w:t xml:space="preserve">[03:42] </w:t>
      </w:r>
      <w:r>
        <w:t>is ka ek mukhtalif anjam ho.</w:t>
      </w:r>
    </w:p>
    <w:p>
      <w:pPr>
        <w:jc w:val="right"/>
      </w:pPr>
      <w:r>
        <w:t>اس کا ایک مختلف انجام ہو۔</w:t>
      </w:r>
    </w:p>
    <w:p>
      <w:r>
        <w:rPr>
          <w:b/>
        </w:rPr>
        <w:t xml:space="preserve">[03:48] </w:t>
      </w:r>
      <w:r>
        <w:t>yeh is mein chupa hua hai.</w:t>
      </w:r>
    </w:p>
    <w:p>
      <w:pPr>
        <w:jc w:val="right"/>
      </w:pPr>
      <w:r>
        <w:t>یہ اس میں چھپا ہوا ہے۔</w:t>
      </w:r>
    </w:p>
    <w:p>
      <w:r>
        <w:rPr>
          <w:b/>
        </w:rPr>
        <w:t xml:space="preserve">[03:55] </w:t>
      </w:r>
      <w:r>
        <w:t>aisa na manna goya keh khuda ki takhleeq ko ek abas, ek bekar cheez qarar dena hai, jo</w:t>
      </w:r>
    </w:p>
    <w:p>
      <w:pPr>
        <w:jc w:val="right"/>
      </w:pPr>
      <w:r>
        <w:t>ایسا نہ ماننا گویا کہ خدا کی تخلیق کو ایک عبث، ایک بیکار چیز قرار دینا ہے، جو</w:t>
      </w:r>
    </w:p>
    <w:p>
      <w:r>
        <w:rPr>
          <w:b/>
        </w:rPr>
        <w:t xml:space="preserve">[04:02] </w:t>
      </w:r>
      <w:r>
        <w:t>ho nahin sakta.</w:t>
      </w:r>
    </w:p>
    <w:p>
      <w:pPr>
        <w:jc w:val="right"/>
      </w:pPr>
      <w:r>
        <w:t>ہو نہیں سکتا۔</w:t>
      </w:r>
    </w:p>
    <w:p>
      <w:r>
        <w:rPr>
          <w:b/>
        </w:rPr>
        <w:t xml:space="preserve">[04:08] </w:t>
      </w:r>
      <w:r>
        <w:t>to yahi woh mozu hai jis ko aaj main bahs karna chahta hoon.</w:t>
      </w:r>
    </w:p>
    <w:p>
      <w:pPr>
        <w:jc w:val="right"/>
      </w:pPr>
      <w:r>
        <w:t>تو یہی وہ موضوع ہے جس کو آج میں بحث کرنا چاہتا ہوں۔</w:t>
      </w:r>
    </w:p>
    <w:p>
      <w:r>
        <w:rPr>
          <w:b/>
        </w:rPr>
        <w:t xml:space="preserve">[04:15] </w:t>
      </w:r>
      <w:r>
        <w:t>aur main is ka aghaz karunga khud apni zindagi se.</w:t>
      </w:r>
    </w:p>
    <w:p>
      <w:pPr>
        <w:jc w:val="right"/>
      </w:pPr>
      <w:r>
        <w:t>اور میں اس کا آغاز کروں گا خود اپنی زندگی سے۔</w:t>
      </w:r>
    </w:p>
    <w:p>
      <w:r>
        <w:rPr>
          <w:b/>
        </w:rPr>
        <w:t xml:space="preserve">[04:22] </w:t>
      </w:r>
      <w:r>
        <w:t>dekhiye main paida hua UP ke ek bohat hi door daraz gaon mein.</w:t>
      </w:r>
    </w:p>
    <w:p>
      <w:pPr>
        <w:jc w:val="right"/>
      </w:pPr>
      <w:r>
        <w:t>دیکھیے میں پیدا ہوا یو پی کے ایک بہت ہی دور دراز گاؤں میں۔</w:t>
      </w:r>
    </w:p>
    <w:p>
      <w:r>
        <w:rPr>
          <w:b/>
        </w:rPr>
        <w:t xml:space="preserve">[04:29] </w:t>
      </w:r>
      <w:r>
        <w:t>chota sa gaon tha, wahan koi taraqqi nahin thi.</w:t>
      </w:r>
    </w:p>
    <w:p>
      <w:pPr>
        <w:jc w:val="right"/>
      </w:pPr>
      <w:r>
        <w:t>چھوٹا سا گاؤں تھا، وہاں کوئی ترقی نہیں تھی۔</w:t>
      </w:r>
    </w:p>
    <w:p>
      <w:r>
        <w:rPr>
          <w:b/>
        </w:rPr>
        <w:t xml:space="preserve">[04:35] </w:t>
      </w:r>
      <w:r>
        <w:t>to kya mujhe wahan par hamare gaon se bahar mili hui ek naddi hai, kaur naddi, us ke</w:t>
      </w:r>
    </w:p>
    <w:p>
      <w:pPr>
        <w:jc w:val="right"/>
      </w:pPr>
      <w:r>
        <w:t>تو کیا مجھے وہاں پر ہمارے گاؤں سے باہر ملی ہوئی ایک ندی ہے، کور ندی، اس کے</w:t>
      </w:r>
    </w:p>
    <w:p>
      <w:r>
        <w:rPr>
          <w:b/>
        </w:rPr>
        <w:t xml:space="preserve">[04:42] </w:t>
      </w:r>
      <w:r>
        <w:t>upar aik pul hai.</w:t>
      </w:r>
    </w:p>
    <w:p>
      <w:pPr>
        <w:jc w:val="right"/>
      </w:pPr>
      <w:r>
        <w:t>اوپر ایک پل ہے۔</w:t>
      </w:r>
    </w:p>
    <w:p>
      <w:r>
        <w:rPr>
          <w:b/>
        </w:rPr>
        <w:t xml:space="preserve">[04:49] </w:t>
      </w:r>
      <w:r>
        <w:t>to mein aisa karta tha apni naujawani ko, naujawani ko mein saalon yeh kiya mein ne ke wahan</w:t>
      </w:r>
    </w:p>
    <w:p>
      <w:pPr>
        <w:jc w:val="right"/>
      </w:pPr>
      <w:r>
        <w:t>تو میں ایسا کرتا تھا اپنی نوجوانی کو، نوجوانی کو میں سالوں یہ کیا میں نے کہ وہاں</w:t>
      </w:r>
    </w:p>
    <w:p>
      <w:r>
        <w:rPr>
          <w:b/>
        </w:rPr>
        <w:t xml:space="preserve">[04:56] </w:t>
      </w:r>
      <w:r>
        <w:t>ja kar pul par baith jata tha mein.</w:t>
      </w:r>
    </w:p>
    <w:p>
      <w:pPr>
        <w:jc w:val="right"/>
      </w:pPr>
      <w:r>
        <w:t>جا کر پل پر بیٹھ جاتا تھا میں۔</w:t>
      </w:r>
    </w:p>
    <w:p>
      <w:r>
        <w:rPr>
          <w:b/>
        </w:rPr>
        <w:t xml:space="preserve">[05:02] </w:t>
      </w:r>
      <w:r>
        <w:t>is waqt wahan bilkul sunata hota tha.</w:t>
      </w:r>
    </w:p>
    <w:p>
      <w:pPr>
        <w:jc w:val="right"/>
      </w:pPr>
      <w:r>
        <w:t>اس وقت وہاں بالکل سناٹا ہوتا تھا۔</w:t>
      </w:r>
    </w:p>
    <w:p>
      <w:r>
        <w:rPr>
          <w:b/>
        </w:rPr>
        <w:t xml:space="preserve">[05:09] </w:t>
      </w:r>
      <w:r>
        <w:t>ab to zamana badal gaya hai, ab wahan raunaq hai, log aate jate hain.</w:t>
      </w:r>
    </w:p>
    <w:p>
      <w:pPr>
        <w:jc w:val="right"/>
      </w:pPr>
      <w:r>
        <w:t>اب تو زمانہ بدل گیا ہے، اب وہاں رونق ہے، لوگ آتے جاتے ہیں۔</w:t>
      </w:r>
    </w:p>
    <w:p>
      <w:r>
        <w:rPr>
          <w:b/>
        </w:rPr>
        <w:t xml:space="preserve">[05:16] </w:t>
      </w:r>
      <w:r>
        <w:t>is waqt bas mein akela pul ke oopar baitha hua hoon.</w:t>
      </w:r>
    </w:p>
    <w:p>
      <w:pPr>
        <w:jc w:val="right"/>
      </w:pPr>
      <w:r>
        <w:t>اس وقت بس میں اکیلا پل کے اوپر بیٹھا ہوا ہوں۔</w:t>
      </w:r>
    </w:p>
    <w:p>
      <w:r>
        <w:rPr>
          <w:b/>
        </w:rPr>
        <w:t xml:space="preserve">[05:23] </w:t>
      </w:r>
      <w:r>
        <w:t>charon taraf koi aur insan dikhai nahi deta.</w:t>
      </w:r>
    </w:p>
    <w:p>
      <w:pPr>
        <w:jc w:val="right"/>
      </w:pPr>
      <w:r>
        <w:t>چاروں طرف کوئی اور انسان دکھائی نہیں دیتا۔</w:t>
      </w:r>
    </w:p>
    <w:p>
      <w:r>
        <w:rPr>
          <w:b/>
        </w:rPr>
        <w:t xml:space="preserve">[05:29] </w:t>
      </w:r>
      <w:r>
        <w:t>mein neeche darya beh rahi hai, dayen bayen drakht khare hue hain, khet hain, upar aasman hai, chidiyan</w:t>
      </w:r>
    </w:p>
    <w:p>
      <w:pPr>
        <w:jc w:val="right"/>
      </w:pPr>
      <w:r>
        <w:t>میں نیچے دریا بہہ رہی ہے، دائیں بائیں درخت کھڑے ہوئے ہیں، کھیت ہیں، اوپر آسمان ہے، چڑیاں</w:t>
      </w:r>
    </w:p>
    <w:p>
      <w:r>
        <w:rPr>
          <w:b/>
        </w:rPr>
        <w:t xml:space="preserve">[05:36] </w:t>
      </w:r>
      <w:r>
        <w:t>ud rahi hain.</w:t>
      </w:r>
    </w:p>
    <w:p>
      <w:pPr>
        <w:jc w:val="right"/>
      </w:pPr>
      <w:r>
        <w:t>اڑ رہی ہیں۔</w:t>
      </w:r>
    </w:p>
    <w:p>
      <w:r>
        <w:rPr>
          <w:b/>
        </w:rPr>
        <w:t xml:space="preserve">[05:43] </w:t>
      </w:r>
      <w:r>
        <w:t>in sab ke beech mein mein der der tak baitha rehta tha, taqreeban rozana.</w:t>
      </w:r>
    </w:p>
    <w:p>
      <w:pPr>
        <w:jc w:val="right"/>
      </w:pPr>
      <w:r>
        <w:t>ان سب کے بیچ میں میں دیر دیر تک بیٹھا رہتا تھا، تقریباً روزانہ۔</w:t>
      </w:r>
    </w:p>
    <w:p>
      <w:r>
        <w:rPr>
          <w:b/>
        </w:rPr>
        <w:t xml:space="preserve">[05:49] </w:t>
      </w:r>
      <w:r>
        <w:t>to ab mein sochta hoon, to us waqt zahir hai ke mein baligh nahi hua tha.</w:t>
      </w:r>
    </w:p>
    <w:p>
      <w:pPr>
        <w:jc w:val="right"/>
      </w:pPr>
      <w:r>
        <w:t>تو اب میں سوچتا ہوں، تو اس وقت ظاہر ہے کہ میں بالغ نہیں ہوا تھا۔</w:t>
      </w:r>
    </w:p>
    <w:p>
      <w:r>
        <w:rPr>
          <w:b/>
        </w:rPr>
        <w:t xml:space="preserve">[05:56] </w:t>
      </w:r>
      <w:r>
        <w:t>yeh baligh khayalat ate the is zamane mein.</w:t>
      </w:r>
    </w:p>
    <w:p>
      <w:pPr>
        <w:jc w:val="right"/>
      </w:pPr>
      <w:r>
        <w:t>یہ بالغ خیالات آتے تھے اس زمانے میں۔</w:t>
      </w:r>
    </w:p>
    <w:p>
      <w:r>
        <w:rPr>
          <w:b/>
        </w:rPr>
        <w:t xml:space="preserve">[06:03] </w:t>
      </w:r>
      <w:r>
        <w:t>ab mein sochta hoon to woh kya khayalat the mere? us waqt jo hai us ko mein aik</w:t>
      </w:r>
    </w:p>
    <w:p>
      <w:pPr>
        <w:jc w:val="right"/>
      </w:pPr>
      <w:r>
        <w:t>اب میں سوچتا ہوں تو وہ کیا خیالات تھے میرے؟ اس وقت جو ہے اس کو میں ایک</w:t>
      </w:r>
    </w:p>
    <w:p>
      <w:r>
        <w:rPr>
          <w:b/>
        </w:rPr>
        <w:t xml:space="preserve">[06:10] </w:t>
      </w:r>
      <w:r>
        <w:t>lafz mein kahoon ga ke kaise mein aik mukhtalif being hoon.</w:t>
      </w:r>
    </w:p>
    <w:p>
      <w:pPr>
        <w:jc w:val="right"/>
      </w:pPr>
      <w:r>
        <w:t>لفظ میں کہوں گا کہ کیسے میں ایک مختلف being ہوں۔</w:t>
      </w:r>
    </w:p>
    <w:p>
      <w:r>
        <w:rPr>
          <w:b/>
        </w:rPr>
        <w:t xml:space="preserve">[06:16] </w:t>
      </w:r>
      <w:r>
        <w:t>kaise mein aik alag makhlooq hoon.</w:t>
      </w:r>
    </w:p>
    <w:p>
      <w:pPr>
        <w:jc w:val="right"/>
      </w:pPr>
      <w:r>
        <w:t>کیسے میں ایک الگ مخلوق ہوں۔</w:t>
      </w:r>
    </w:p>
    <w:p>
      <w:r>
        <w:rPr>
          <w:b/>
        </w:rPr>
        <w:t xml:space="preserve">[06:23] </w:t>
      </w:r>
      <w:r>
        <w:t>kyun ke darya jo hai mere jaisa nahi, pul jo hai woh mere jaisa nahi, chidiyan mere jaisi nahi,</w:t>
      </w:r>
    </w:p>
    <w:p>
      <w:pPr>
        <w:jc w:val="right"/>
      </w:pPr>
      <w:r>
        <w:t>کیونکہ دریا جو ہے میرے جیسا نہیں، پل جو ہے وہ میرے جیسا نہیں، چڑیاں میرے جیسی نہیں،</w:t>
      </w:r>
    </w:p>
    <w:p>
      <w:r>
        <w:rPr>
          <w:b/>
        </w:rPr>
        <w:t xml:space="preserve">[06:30] </w:t>
      </w:r>
      <w:r>
        <w:t>drakht aur khet mere jaise nahi, aasman mere jaisa nahi, suraj aur chand mere jaise nahi.</w:t>
      </w:r>
    </w:p>
    <w:p>
      <w:pPr>
        <w:jc w:val="right"/>
      </w:pPr>
      <w:r>
        <w:t>درخت اور کھیت میرے جیسے نہیں، آسمان میرے جیسا نہیں، سورج اور چاند میرے جیسے نہیں۔</w:t>
      </w:r>
    </w:p>
    <w:p>
      <w:r>
        <w:rPr>
          <w:b/>
        </w:rPr>
        <w:t xml:space="preserve">[06:37] </w:t>
      </w:r>
      <w:r>
        <w:t>to yeh aik bohat ajeeb baat thi ke mein aik mukhtalif being hoon.</w:t>
      </w:r>
    </w:p>
    <w:p>
      <w:pPr>
        <w:jc w:val="right"/>
      </w:pPr>
      <w:r>
        <w:t>تو یہ ایک بہت عجیب بات تھی کہ میں ایک مختلف being ہوں۔</w:t>
      </w:r>
    </w:p>
    <w:p>
      <w:r>
        <w:rPr>
          <w:b/>
        </w:rPr>
        <w:t xml:space="preserve">[06:43] </w:t>
      </w:r>
      <w:r>
        <w:t>aik mukhtalif makhlooq hoon.</w:t>
      </w:r>
    </w:p>
    <w:p>
      <w:pPr>
        <w:jc w:val="right"/>
      </w:pPr>
      <w:r>
        <w:t>ایک مختلف مخلوق ہوں۔</w:t>
      </w:r>
    </w:p>
    <w:p>
      <w:r>
        <w:rPr>
          <w:b/>
        </w:rPr>
        <w:t xml:space="preserve">[06:50] </w:t>
      </w:r>
      <w:r>
        <w:t>is cheez ne mujhe bilkul aik talash mein daal rakha tha.</w:t>
      </w:r>
    </w:p>
    <w:p>
      <w:pPr>
        <w:jc w:val="right"/>
      </w:pPr>
      <w:r>
        <w:t>اس چیز نے مجھے بالکل ایک تلاش میں ڈال رکھا تھا۔</w:t>
      </w:r>
    </w:p>
    <w:p>
      <w:r>
        <w:rPr>
          <w:b/>
        </w:rPr>
        <w:t xml:space="preserve">[06:57] </w:t>
      </w:r>
      <w:r>
        <w:t>phir kya hai mein mukhtalif hoon to kya hai yeh? ajeeb baat hai ke mujhe koi dilchaspi na</w:t>
      </w:r>
    </w:p>
    <w:p>
      <w:pPr>
        <w:jc w:val="right"/>
      </w:pPr>
      <w:r>
        <w:t>پھر کیا ہے میں مختلف ہوں تو کیا ہے یہ؟ عجیب بات ہے کہ مجھے کوئی دلچسپی نہ</w:t>
      </w:r>
    </w:p>
    <w:p>
      <w:r>
        <w:rPr>
          <w:b/>
        </w:rPr>
        <w:t xml:space="preserve">[07:03] </w:t>
      </w:r>
      <w:r>
        <w:t>to khandan mein thi, na kisi job mein, na business mein, kisi bhi cheez mein nahi.</w:t>
      </w:r>
    </w:p>
    <w:p>
      <w:pPr>
        <w:jc w:val="right"/>
      </w:pPr>
      <w:r>
        <w:t>تو خاندان میں تھی، نہ کسی جاب میں، نہ بزنس میں، کسی بھی چیز میں نہیں۔</w:t>
      </w:r>
    </w:p>
    <w:p>
      <w:r>
        <w:rPr>
          <w:b/>
        </w:rPr>
        <w:t xml:space="preserve">[07:10] </w:t>
      </w:r>
      <w:r>
        <w:t>bas bohat tanha baithta tha wahan ja kar ke.</w:t>
      </w:r>
    </w:p>
    <w:p>
      <w:pPr>
        <w:jc w:val="right"/>
      </w:pPr>
      <w:r>
        <w:t>بس بہت تنہا بیٹھتا تھا وہاں جا کر کے۔</w:t>
      </w:r>
    </w:p>
    <w:p>
      <w:r>
        <w:rPr>
          <w:b/>
        </w:rPr>
        <w:t xml:space="preserve">[07:17] </w:t>
      </w:r>
      <w:r>
        <w:t>khas tor par subah ko aur sham ko.</w:t>
      </w:r>
    </w:p>
    <w:p>
      <w:pPr>
        <w:jc w:val="right"/>
      </w:pPr>
      <w:r>
        <w:t>خاص طور پر صبح کو اور شام کو۔</w:t>
      </w:r>
    </w:p>
    <w:p>
      <w:r>
        <w:rPr>
          <w:b/>
        </w:rPr>
        <w:t xml:space="preserve">[07:24] </w:t>
      </w:r>
      <w:r>
        <w:t>to yeh meri talash ka pehla marhala tha.</w:t>
      </w:r>
    </w:p>
    <w:p>
      <w:pPr>
        <w:jc w:val="right"/>
      </w:pPr>
      <w:r>
        <w:t>تو یہ میری تلاش کا پہلا مرحلہ تھا۔</w:t>
      </w:r>
    </w:p>
    <w:p>
      <w:r>
        <w:rPr>
          <w:b/>
        </w:rPr>
        <w:t xml:space="preserve">[07:30] </w:t>
      </w:r>
      <w:r>
        <w:t>jab mein ne apne aap ko shayad la-shaoori tor par yeh daryaft kiya ke aaya mein aik mukhtalif</w:t>
      </w:r>
    </w:p>
    <w:p>
      <w:pPr>
        <w:jc w:val="right"/>
      </w:pPr>
      <w:r>
        <w:t>جب میں نے اپنے آپ کو شاید لاشعوری طور پر یہ دریافت کیا کہ آیا میں ایک مختلف</w:t>
      </w:r>
    </w:p>
    <w:p>
      <w:r>
        <w:rPr>
          <w:b/>
        </w:rPr>
        <w:t xml:space="preserve">[07:37] </w:t>
      </w:r>
      <w:r>
        <w:t>being hoon? mein aik mukhtalif makhlooq hoon.</w:t>
      </w:r>
    </w:p>
    <w:p>
      <w:pPr>
        <w:jc w:val="right"/>
      </w:pPr>
      <w:r>
        <w:t>being ہوں؟ میں ایک مختلف مخلوق ہوں۔</w:t>
      </w:r>
    </w:p>
    <w:p>
      <w:r>
        <w:rPr>
          <w:b/>
        </w:rPr>
        <w:t xml:space="preserve">[07:44] </w:t>
      </w:r>
      <w:r>
        <w:t>mere jaisa aaj dunya mein koi nahin.</w:t>
      </w:r>
    </w:p>
    <w:p>
      <w:pPr>
        <w:jc w:val="right"/>
      </w:pPr>
      <w:r>
        <w:t>میرے جیسا آج دنیا میں کوئی نہیں۔</w:t>
      </w:r>
    </w:p>
    <w:p>
      <w:r>
        <w:rPr>
          <w:b/>
        </w:rPr>
        <w:t xml:space="preserve">[07:51] </w:t>
      </w:r>
      <w:r>
        <w:t>phir yeh talash chalti rahi, chalti rahi yahan tak ke woh waqt aaya jab ke maine saensifi</w:t>
      </w:r>
    </w:p>
    <w:p>
      <w:pPr>
        <w:jc w:val="right"/>
      </w:pPr>
      <w:r>
        <w:t>پھر یہ تلاش چلتی رہی، چلتی رہی یہاں تک کہ وہ وقت آیا جب کہ میں نے سائنسی</w:t>
      </w:r>
    </w:p>
    <w:p>
      <w:r>
        <w:rPr>
          <w:b/>
        </w:rPr>
        <w:t xml:space="preserve">[07:57] </w:t>
      </w:r>
      <w:r>
        <w:t>kitabon ka mutalia kiya.</w:t>
      </w:r>
    </w:p>
    <w:p>
      <w:pPr>
        <w:jc w:val="right"/>
      </w:pPr>
      <w:r>
        <w:t>کتابوں کا مطالعہ کیا۔</w:t>
      </w:r>
    </w:p>
    <w:p>
      <w:r>
        <w:rPr>
          <w:b/>
        </w:rPr>
        <w:t xml:space="preserve">[08:04] </w:t>
      </w:r>
      <w:r>
        <w:t>bohat barson tak.</w:t>
      </w:r>
    </w:p>
    <w:p>
      <w:pPr>
        <w:jc w:val="right"/>
      </w:pPr>
      <w:r>
        <w:t>بہت برسوں تک۔</w:t>
      </w:r>
    </w:p>
    <w:p>
      <w:r>
        <w:rPr>
          <w:b/>
        </w:rPr>
        <w:t xml:space="preserve">[08:11] </w:t>
      </w:r>
      <w:r>
        <w:t>is waqt aik aur is mein expanded version shamil hua.</w:t>
      </w:r>
    </w:p>
    <w:p>
      <w:pPr>
        <w:jc w:val="right"/>
      </w:pPr>
      <w:r>
        <w:t>اس وقت ایک اور اس میں ایکسپینڈڈ ورژن شامل ہوا۔</w:t>
      </w:r>
    </w:p>
    <w:p>
      <w:r>
        <w:rPr>
          <w:b/>
        </w:rPr>
        <w:t xml:space="preserve">[08:17] </w:t>
      </w:r>
      <w:r>
        <w:t>kyun ke science ne jo dunya daryaft ki hai, micro world aur macro world dono, wahan kahin bhi insan</w:t>
      </w:r>
    </w:p>
    <w:p>
      <w:pPr>
        <w:jc w:val="right"/>
      </w:pPr>
      <w:r>
        <w:t>کیونکہ سائنس نے جو دنیا دریافت کی ہے، مائیکرو ورلڈ اور مائیکرو ورلڈ دونوں، وہاں کہیں بھی انسان</w:t>
      </w:r>
    </w:p>
    <w:p>
      <w:r>
        <w:rPr>
          <w:b/>
        </w:rPr>
        <w:t xml:space="preserve">[08:24] </w:t>
      </w:r>
      <w:r>
        <w:t>jaisi koi makhlooq nahin.</w:t>
      </w:r>
    </w:p>
    <w:p>
      <w:pPr>
        <w:jc w:val="right"/>
      </w:pPr>
      <w:r>
        <w:t>جیسی کوئی مخلوق نہیں۔</w:t>
      </w:r>
    </w:p>
    <w:p>
      <w:r>
        <w:rPr>
          <w:b/>
        </w:rPr>
        <w:t xml:space="preserve">[08:31] </w:t>
      </w:r>
      <w:r>
        <w:t>yani pehle maine apne gaon ki satah par apne mukhtalif hone ko daryaft kiya tha.</w:t>
      </w:r>
    </w:p>
    <w:p>
      <w:pPr>
        <w:jc w:val="right"/>
      </w:pPr>
      <w:r>
        <w:t>یعنی پہلے میں نے اپنے گاؤں کی سطح پر اپنے مختلف ہونے کو دریافت کیا تھا۔</w:t>
      </w:r>
    </w:p>
    <w:p>
      <w:r>
        <w:rPr>
          <w:b/>
        </w:rPr>
        <w:t xml:space="preserve">[08:38] </w:t>
      </w:r>
      <w:r>
        <w:t>ab poori kainat ki satah par maloom hua ke mein aik mukhtalif insan hoon.</w:t>
      </w:r>
    </w:p>
    <w:p>
      <w:pPr>
        <w:jc w:val="right"/>
      </w:pPr>
      <w:r>
        <w:t>اب پوری کائنات کی سطح پر معلوم ہوا کہ میں ایک مختلف انسان ہوں۔</w:t>
      </w:r>
    </w:p>
    <w:p>
      <w:r>
        <w:rPr>
          <w:b/>
        </w:rPr>
        <w:t xml:space="preserve">[08:44] </w:t>
      </w:r>
      <w:r>
        <w:t>mera mizaj hai apne aap ko zaati banana.</w:t>
      </w:r>
    </w:p>
    <w:p>
      <w:pPr>
        <w:jc w:val="right"/>
      </w:pPr>
      <w:r>
        <w:t>میرا مزاج ہے اپنے آپ کو ذاتی بنانا۔</w:t>
      </w:r>
    </w:p>
    <w:p>
      <w:r>
        <w:rPr>
          <w:b/>
        </w:rPr>
        <w:t xml:space="preserve">[08:51] </w:t>
      </w:r>
      <w:r>
        <w:t>yani yeh masla saare insanon ka tha lekin maine is ko zaati banaya.</w:t>
      </w:r>
    </w:p>
    <w:p>
      <w:pPr>
        <w:jc w:val="right"/>
      </w:pPr>
      <w:r>
        <w:t>یعنی یہ مسئلہ سارے انسانوں کا تھا لیکن میں نے اس کو ذاتی بنایا۔</w:t>
      </w:r>
    </w:p>
    <w:p>
      <w:r>
        <w:rPr>
          <w:b/>
        </w:rPr>
        <w:t xml:space="preserve">[08:58] </w:t>
      </w:r>
      <w:r>
        <w:t>apna masla banaya.</w:t>
      </w:r>
    </w:p>
    <w:p>
      <w:pPr>
        <w:jc w:val="right"/>
      </w:pPr>
      <w:r>
        <w:t>اپنا مسئلہ بنایا۔</w:t>
      </w:r>
    </w:p>
    <w:p>
      <w:r>
        <w:rPr>
          <w:b/>
        </w:rPr>
        <w:t xml:space="preserve">[09:05] </w:t>
      </w:r>
      <w:r>
        <w:t>yeh jo sawal tha yeh saare insanon ka sawal tha.</w:t>
      </w:r>
    </w:p>
    <w:p>
      <w:pPr>
        <w:jc w:val="right"/>
      </w:pPr>
      <w:r>
        <w:t>یہ جو سوال تھا یہ سارے انسانوں کا سوال تھا۔</w:t>
      </w:r>
    </w:p>
    <w:p>
      <w:r>
        <w:rPr>
          <w:b/>
        </w:rPr>
        <w:t xml:space="preserve">[09:11] </w:t>
      </w:r>
      <w:r>
        <w:t>lekin mera mizaj jo hai yeh saare falsafiyon ka mizaj yeh hota hai.</w:t>
      </w:r>
    </w:p>
    <w:p>
      <w:pPr>
        <w:jc w:val="right"/>
      </w:pPr>
      <w:r>
        <w:t>لیکن میرا مزاج جو ہے یہ سارے فلسفیوں کا مزاج یہ ہوتا ہے۔</w:t>
      </w:r>
    </w:p>
    <w:p>
      <w:r>
        <w:rPr>
          <w:b/>
        </w:rPr>
        <w:t xml:space="preserve">[09:18] </w:t>
      </w:r>
      <w:r>
        <w:t>har falsafi ka mizaj yeh hota hai cheezon ko zaati banane ka.</w:t>
      </w:r>
    </w:p>
    <w:p>
      <w:pPr>
        <w:jc w:val="right"/>
      </w:pPr>
      <w:r>
        <w:t>ہر فلسفی کا مزاج یہ ہوتا ہے چیزوں کو ذاتی بنانے کا۔</w:t>
      </w:r>
    </w:p>
    <w:p>
      <w:r>
        <w:rPr>
          <w:b/>
        </w:rPr>
        <w:t xml:space="preserve">[09:25] </w:t>
      </w:r>
      <w:r>
        <w:t>yeh mera mizaj bachpan se tha.</w:t>
      </w:r>
    </w:p>
    <w:p>
      <w:pPr>
        <w:jc w:val="right"/>
      </w:pPr>
      <w:r>
        <w:t>یہ میرا مزاج بچپن سے تھا۔</w:t>
      </w:r>
    </w:p>
    <w:p>
      <w:r>
        <w:rPr>
          <w:b/>
        </w:rPr>
        <w:t xml:space="preserve">[09:31] </w:t>
      </w:r>
      <w:r>
        <w:t>dekhiye baat yeh hai ke jab tak aap zaati na karein aap bohat ziyada sochne wale nahin bante.</w:t>
      </w:r>
    </w:p>
    <w:p>
      <w:pPr>
        <w:jc w:val="right"/>
      </w:pPr>
      <w:r>
        <w:t>دیکھیے بات یہ ہے کہ جب تک آپ ذاتی نہ کریں آپ بہت زیادہ سوچنے والے نہیں بنتے۔</w:t>
      </w:r>
    </w:p>
    <w:p>
      <w:r>
        <w:rPr>
          <w:b/>
        </w:rPr>
        <w:t xml:space="preserve">[09:38] </w:t>
      </w:r>
      <w:r>
        <w:t>apni soch ko agar aap poori insaniyat par phaila dein to tawajjuh phail jayegi.</w:t>
      </w:r>
    </w:p>
    <w:p>
      <w:pPr>
        <w:jc w:val="right"/>
      </w:pPr>
      <w:r>
        <w:t>اپنی سوچ کو اگر آپ پوری انسانیت پر پھیلا دیں تو توجہ پھیل جائے گی۔</w:t>
      </w:r>
    </w:p>
    <w:p>
      <w:r>
        <w:rPr>
          <w:b/>
        </w:rPr>
        <w:t xml:space="preserve">[09:45] </w:t>
      </w:r>
      <w:r>
        <w:t>aap ne kabhi tajruba kiya hoga jo pehle zamanay mein torch hua karti thi.</w:t>
      </w:r>
    </w:p>
    <w:p>
      <w:pPr>
        <w:jc w:val="right"/>
      </w:pPr>
      <w:r>
        <w:t>آپ نے کبھی تجربہ کیا ہوگا جو پہلے زمانے میں ٹارچ ہوا کرتی تھی۔</w:t>
      </w:r>
    </w:p>
    <w:p>
      <w:r>
        <w:rPr>
          <w:b/>
        </w:rPr>
        <w:t xml:space="preserve">[09:52] </w:t>
      </w:r>
      <w:r>
        <w:t>jis mein battery lagai jati thi.</w:t>
      </w:r>
    </w:p>
    <w:p>
      <w:pPr>
        <w:jc w:val="right"/>
      </w:pPr>
      <w:r>
        <w:t>جس میں بیٹری لگائی جاتی تھی۔</w:t>
      </w:r>
    </w:p>
    <w:p>
      <w:r>
        <w:rPr>
          <w:b/>
        </w:rPr>
        <w:t xml:space="preserve">[09:58] </w:t>
      </w:r>
      <w:r>
        <w:t>to is mein tawajjuh ghatane barhane ka hota tha.</w:t>
      </w:r>
    </w:p>
    <w:p>
      <w:pPr>
        <w:jc w:val="right"/>
      </w:pPr>
      <w:r>
        <w:t>تو اس میں توجہ گھٹانے بڑھانے کا ہوتا تھا۔</w:t>
      </w:r>
    </w:p>
    <w:p>
      <w:r>
        <w:rPr>
          <w:b/>
        </w:rPr>
        <w:t xml:space="preserve">[10:05] </w:t>
      </w:r>
      <w:r>
        <w:t>to tawajjuh ghata dein tab cheez bohat wazeh dikhai degi.</w:t>
      </w:r>
    </w:p>
    <w:p>
      <w:pPr>
        <w:jc w:val="right"/>
      </w:pPr>
      <w:r>
        <w:t>تو توجہ گھٹا دیے تب چیز بہت واضح دکھائی دے گی۔</w:t>
      </w:r>
    </w:p>
    <w:p>
      <w:r>
        <w:rPr>
          <w:b/>
        </w:rPr>
        <w:t xml:space="preserve">[10:12] </w:t>
      </w:r>
      <w:r>
        <w:t>tawajjuh barha dein to kuch dikhai nahin deta.</w:t>
      </w:r>
    </w:p>
    <w:p>
      <w:pPr>
        <w:jc w:val="right"/>
      </w:pPr>
      <w:r>
        <w:t>توجہ بڑھا دیے تو کچھ دکھائی نہیں دیتا۔</w:t>
      </w:r>
    </w:p>
    <w:p>
      <w:r>
        <w:rPr>
          <w:b/>
        </w:rPr>
        <w:t xml:space="preserve">[10:19] </w:t>
      </w:r>
      <w:r>
        <w:t>saaf tareeqay say.</w:t>
      </w:r>
    </w:p>
    <w:p>
      <w:pPr>
        <w:jc w:val="right"/>
      </w:pPr>
      <w:r>
        <w:t>صاف طریقے سے۔</w:t>
      </w:r>
    </w:p>
    <w:p>
      <w:r>
        <w:rPr>
          <w:b/>
        </w:rPr>
        <w:t xml:space="preserve">[10:25] </w:t>
      </w:r>
      <w:r>
        <w:t>to jab aap saaray insaan ko lay kar sochtay hain to falsafi aisa nahi karta.</w:t>
      </w:r>
    </w:p>
    <w:p>
      <w:pPr>
        <w:jc w:val="right"/>
      </w:pPr>
      <w:r>
        <w:t>تو جب آپ سارے انسان کو لے کر سوچتے ہیں تو فلسفی ایسا نہیں کرتا۔</w:t>
      </w:r>
    </w:p>
    <w:p>
      <w:r>
        <w:rPr>
          <w:b/>
        </w:rPr>
        <w:t xml:space="preserve">[10:32] </w:t>
      </w:r>
      <w:r>
        <w:t>kyunkay falsafi apnay tawajjuh ghatata hai.</w:t>
      </w:r>
    </w:p>
    <w:p>
      <w:pPr>
        <w:jc w:val="right"/>
      </w:pPr>
      <w:r>
        <w:t>کیونکہ فلسفی اپنے توجہ گھٹاتا ہے۔</w:t>
      </w:r>
    </w:p>
    <w:p>
      <w:r>
        <w:rPr>
          <w:b/>
        </w:rPr>
        <w:t xml:space="preserve">[10:39] </w:t>
      </w:r>
      <w:r>
        <w:t>woh yeh sochta hai kay main kaun hoon? Who am I?</w:t>
      </w:r>
    </w:p>
    <w:p>
      <w:pPr>
        <w:jc w:val="right"/>
      </w:pPr>
      <w:r>
        <w:t>وہ یہ سوچتا ہے کہ میں کون ہوں؟ Who am I?</w:t>
      </w:r>
    </w:p>
    <w:p>
      <w:r>
        <w:rPr>
          <w:b/>
        </w:rPr>
        <w:t xml:space="preserve">[10:46] </w:t>
      </w:r>
      <w:r>
        <w:t>tab woh shiddat say us kay andar sawal paida hota hai kay insaan ki zindagi ka maqsad daryaft karay.</w:t>
      </w:r>
    </w:p>
    <w:p>
      <w:pPr>
        <w:jc w:val="right"/>
      </w:pPr>
      <w:r>
        <w:t>تب وہ شدت سے اس کے اندر سوال پیدا ہوتا ہے کہ انسان کی زندگی کا مقصد دریافت کرے۔</w:t>
      </w:r>
    </w:p>
    <w:p>
      <w:r>
        <w:rPr>
          <w:b/>
        </w:rPr>
        <w:t xml:space="preserve">[10:51] </w:t>
      </w:r>
      <w:r>
        <w:t>yeh mera mizaj bachpan say tha.</w:t>
      </w:r>
    </w:p>
    <w:p>
      <w:pPr>
        <w:jc w:val="right"/>
      </w:pPr>
      <w:r>
        <w:t>یہ میرا مزاج بچپن سے تھا۔</w:t>
      </w:r>
    </w:p>
    <w:p>
      <w:r>
        <w:rPr>
          <w:b/>
        </w:rPr>
        <w:t xml:space="preserve">[10:56] </w:t>
      </w:r>
      <w:r>
        <w:t>kay main cheezon ko zaati bananay ka dekhta tha.</w:t>
      </w:r>
    </w:p>
    <w:p>
      <w:pPr>
        <w:jc w:val="right"/>
      </w:pPr>
      <w:r>
        <w:t>کہ میں چیزوں کو ذاتی بنانے کا دیکھتا تھا۔</w:t>
      </w:r>
    </w:p>
    <w:p>
      <w:r>
        <w:rPr>
          <w:b/>
        </w:rPr>
        <w:t xml:space="preserve">[11:02] </w:t>
      </w:r>
      <w:r>
        <w:t>to saara sawal us par simat aaya tha kay main kaun hoon? To gaon ki satah par main</w:t>
      </w:r>
    </w:p>
    <w:p>
      <w:pPr>
        <w:jc w:val="right"/>
      </w:pPr>
      <w:r>
        <w:t>تو سارا سوال اس پر سمٹ آیا تھا کہ میں کون ہوں؟ تو گاؤں کی سطح پر میں</w:t>
      </w:r>
    </w:p>
    <w:p>
      <w:r>
        <w:rPr>
          <w:b/>
        </w:rPr>
        <w:t xml:space="preserve">[11:07] </w:t>
      </w:r>
      <w:r>
        <w:t>nay daryaft kiya tha kay main aik mukhtalif being hoon.</w:t>
      </w:r>
    </w:p>
    <w:p>
      <w:pPr>
        <w:jc w:val="right"/>
      </w:pPr>
      <w:r>
        <w:t>نے دریافت کیا تھا کہ میں ایک مختلف being ہوں۔</w:t>
      </w:r>
    </w:p>
    <w:p>
      <w:r>
        <w:rPr>
          <w:b/>
        </w:rPr>
        <w:t xml:space="preserve">[11:12] </w:t>
      </w:r>
      <w:r>
        <w:t>aik mukhtalif makhlooq hoon.</w:t>
      </w:r>
    </w:p>
    <w:p>
      <w:pPr>
        <w:jc w:val="right"/>
      </w:pPr>
      <w:r>
        <w:t>ایک مختلف مخلوق ہوں۔</w:t>
      </w:r>
    </w:p>
    <w:p>
      <w:r>
        <w:rPr>
          <w:b/>
        </w:rPr>
        <w:t xml:space="preserve">[11:18] </w:t>
      </w:r>
      <w:r>
        <w:t>ab jab science ka mutalia kiya to maloom hua kay poori kainaat mein aik alag makhlooq hoon.</w:t>
      </w:r>
    </w:p>
    <w:p>
      <w:pPr>
        <w:jc w:val="right"/>
      </w:pPr>
      <w:r>
        <w:t>اب جب سائنس کا مطالعہ کیا تو معلوم ہوا کہ پوری کائنات میں ایک الگ مخلوق ہوں۔</w:t>
      </w:r>
    </w:p>
    <w:p>
      <w:r>
        <w:rPr>
          <w:b/>
        </w:rPr>
        <w:t xml:space="preserve">[11:23] </w:t>
      </w:r>
      <w:r>
        <w:t>poori kainaat mein dekhiye itnay saaray sitaray hain, kahkashan hain, suraj hai, chand hai, sayaray hain.</w:t>
      </w:r>
    </w:p>
    <w:p>
      <w:pPr>
        <w:jc w:val="right"/>
      </w:pPr>
      <w:r>
        <w:t>پوری کائنات میں دیکھیے اتنے سارے ستارے ہیں، کہکشائیں ہیں، سورج ہے، چاند ہے، سیارے ہیں۔</w:t>
      </w:r>
    </w:p>
    <w:p>
      <w:r>
        <w:rPr>
          <w:b/>
        </w:rPr>
        <w:t xml:space="preserve">[11:28] </w:t>
      </w:r>
      <w:r>
        <w:t>bohat hi wasee hai kainaat.</w:t>
      </w:r>
    </w:p>
    <w:p>
      <w:pPr>
        <w:jc w:val="right"/>
      </w:pPr>
      <w:r>
        <w:t>بہت ہی وسیع ہے کائنات۔</w:t>
      </w:r>
    </w:p>
    <w:p>
      <w:r>
        <w:rPr>
          <w:b/>
        </w:rPr>
        <w:t xml:space="preserve">[11:34] </w:t>
      </w:r>
      <w:r>
        <w:t>aur hamari jo aaj kay jo telescope hain is nay bohat door tak kainaat ko dekha hai.</w:t>
      </w:r>
    </w:p>
    <w:p>
      <w:pPr>
        <w:jc w:val="right"/>
      </w:pPr>
      <w:r>
        <w:t>اور ہماری جو آج کے جو ٹیلیسکوپ ہیں اس نے بہت دور تک کائنات کو دیکھا ہے۔</w:t>
      </w:r>
    </w:p>
    <w:p>
      <w:r>
        <w:rPr>
          <w:b/>
        </w:rPr>
        <w:t xml:space="preserve">[11:39] </w:t>
      </w:r>
      <w:r>
        <w:t>khala mein ja kar dekha hai.</w:t>
      </w:r>
    </w:p>
    <w:p>
      <w:pPr>
        <w:jc w:val="right"/>
      </w:pPr>
      <w:r>
        <w:t>خلا میں جا کر دیکھا ہے۔</w:t>
      </w:r>
    </w:p>
    <w:p>
      <w:r>
        <w:rPr>
          <w:b/>
        </w:rPr>
        <w:t xml:space="preserve">[11:44] </w:t>
      </w:r>
      <w:r>
        <w:t>lekan kahin bhi kisi bhi goshe mein is nay yeh khabar nahi di kay kahin insaan jaisi aik makhlooq hai.</w:t>
      </w:r>
    </w:p>
    <w:p>
      <w:pPr>
        <w:jc w:val="right"/>
      </w:pPr>
      <w:r>
        <w:t>لیکن کہیں بھی کسی بھی گوشے میں اس نے یہ خبر نہیں دی کہ کہیں انسان جیسی ایک مخلوق ہے۔</w:t>
      </w:r>
    </w:p>
    <w:p>
      <w:r>
        <w:rPr>
          <w:b/>
        </w:rPr>
        <w:t xml:space="preserve">[11:50] </w:t>
      </w:r>
      <w:r>
        <w:t>yeh hai sab say bara sawal.</w:t>
      </w:r>
    </w:p>
    <w:p>
      <w:pPr>
        <w:jc w:val="right"/>
      </w:pPr>
      <w:r>
        <w:t>یہ ہے سب سے بڑا سوال۔</w:t>
      </w:r>
    </w:p>
    <w:p>
      <w:r>
        <w:rPr>
          <w:b/>
        </w:rPr>
        <w:t xml:space="preserve">[11:55] </w:t>
      </w:r>
      <w:r>
        <w:t>dekhiye yeh sawal saada nahi hai.</w:t>
      </w:r>
    </w:p>
    <w:p>
      <w:pPr>
        <w:jc w:val="right"/>
      </w:pPr>
      <w:r>
        <w:t>دیکھیے یہ سوال سادہ نہیں ہے۔</w:t>
      </w:r>
    </w:p>
    <w:p>
      <w:r>
        <w:rPr>
          <w:b/>
        </w:rPr>
        <w:t xml:space="preserve">[12:00] </w:t>
      </w:r>
      <w:r>
        <w:t>yeh sawal saada nahi hai.</w:t>
      </w:r>
    </w:p>
    <w:p>
      <w:pPr>
        <w:jc w:val="right"/>
      </w:pPr>
      <w:r>
        <w:t>یہ سوال سادہ نہیں ہے۔</w:t>
      </w:r>
    </w:p>
    <w:p>
      <w:r>
        <w:rPr>
          <w:b/>
        </w:rPr>
        <w:t xml:space="preserve">[12:06] </w:t>
      </w:r>
      <w:r>
        <w:t>jaisa kay main nay arz kiya kay is sawal say aur sawalat juray huay hain.</w:t>
      </w:r>
    </w:p>
    <w:p>
      <w:pPr>
        <w:jc w:val="right"/>
      </w:pPr>
      <w:r>
        <w:t>جیسا کہ میں نے عرض کیا کہ اس سوال سے اور سوالات جڑے ہوئے ہیں۔</w:t>
      </w:r>
    </w:p>
    <w:p>
      <w:r>
        <w:rPr>
          <w:b/>
        </w:rPr>
        <w:t xml:space="preserve">[12:11] </w:t>
      </w:r>
      <w:r>
        <w:t>jab main aik mukhtalif being hoon to zaroori hai kay mera koi mukhtalif maqsad ho.</w:t>
      </w:r>
    </w:p>
    <w:p>
      <w:pPr>
        <w:jc w:val="right"/>
      </w:pPr>
      <w:r>
        <w:t>جب میں ایک مختلف being ہوں تو ضروری ہے کہ میرا کوئی مختلف مقصد ہو۔</w:t>
      </w:r>
    </w:p>
    <w:p>
      <w:r>
        <w:rPr>
          <w:b/>
        </w:rPr>
        <w:t xml:space="preserve">[12:16] </w:t>
      </w:r>
      <w:r>
        <w:t>zaroori hai kay mera koi mukhtalif kirdaar ho.</w:t>
      </w:r>
    </w:p>
    <w:p>
      <w:pPr>
        <w:jc w:val="right"/>
      </w:pPr>
      <w:r>
        <w:t>ضروری ہے کہ میرا کوئی مختلف کردار ہو۔</w:t>
      </w:r>
    </w:p>
    <w:p>
      <w:r>
        <w:rPr>
          <w:b/>
        </w:rPr>
        <w:t xml:space="preserve">[12:22] </w:t>
      </w:r>
      <w:r>
        <w:t>aur yeh bhi zaroori hai kay mera koi mukhtalif anjaam ho.</w:t>
      </w:r>
    </w:p>
    <w:p>
      <w:pPr>
        <w:jc w:val="right"/>
      </w:pPr>
      <w:r>
        <w:t>اور یہ بھی ضروری ہے کہ میرا کوئی مختلف انجام ہو۔</w:t>
      </w:r>
    </w:p>
    <w:p>
      <w:r>
        <w:rPr>
          <w:b/>
        </w:rPr>
        <w:t xml:space="preserve">[12:27] </w:t>
      </w:r>
      <w:r>
        <w:t>yeh sab is say juray huay hain.</w:t>
      </w:r>
    </w:p>
    <w:p>
      <w:pPr>
        <w:jc w:val="right"/>
      </w:pPr>
      <w:r>
        <w:t>یہ سب اس سے جڑے ہوئے ہیں۔</w:t>
      </w:r>
    </w:p>
    <w:p>
      <w:r>
        <w:rPr>
          <w:b/>
        </w:rPr>
        <w:t xml:space="preserve">[12:32] </w:t>
      </w:r>
      <w:r>
        <w:t>phir jab main nay Quran ko parha, aik to Quran ko parha tha main nay madrasay mein.</w:t>
      </w:r>
    </w:p>
    <w:p>
      <w:pPr>
        <w:jc w:val="right"/>
      </w:pPr>
      <w:r>
        <w:t>پھر جب میں نے قرآن کو پڑھا، ایک تو قرآن کو پڑھا تھا میں نے مدرسے میں۔</w:t>
      </w:r>
    </w:p>
    <w:p>
      <w:r>
        <w:rPr>
          <w:b/>
        </w:rPr>
        <w:t xml:space="preserve">[12:38] </w:t>
      </w:r>
      <w:r>
        <w:t>madrase ki parhai se to bas aadmi ko sirf sand milti hai, digree milti hai.</w:t>
      </w:r>
    </w:p>
    <w:p>
      <w:pPr>
        <w:jc w:val="right"/>
      </w:pPr>
      <w:r>
        <w:t>مدرسے کی پڑھائی سے تو بس آدمی کو صرف سند ملتی ہے، ڈگری ملتی ہے۔</w:t>
      </w:r>
    </w:p>
    <w:p>
      <w:r>
        <w:rPr>
          <w:b/>
        </w:rPr>
        <w:t xml:space="preserve">[12:43] </w:t>
      </w:r>
      <w:r>
        <w:t>baad ko jab maine parhai ki quran ki aur hadith ki aur sari jo cheezen hain islam</w:t>
      </w:r>
    </w:p>
    <w:p>
      <w:pPr>
        <w:jc w:val="right"/>
      </w:pPr>
      <w:r>
        <w:t>بعد کو جب میں نے پڑھائی کی قرآن کی اور حدیث کی اور ساری جو چیزیں ہیں اسلام</w:t>
      </w:r>
    </w:p>
    <w:p>
      <w:r>
        <w:rPr>
          <w:b/>
        </w:rPr>
        <w:t xml:space="preserve">[12:48] </w:t>
      </w:r>
      <w:r>
        <w:t>se mutalliq, tab maloom hua ke zindagi kya cheez hai.</w:t>
      </w:r>
    </w:p>
    <w:p>
      <w:pPr>
        <w:jc w:val="right"/>
      </w:pPr>
      <w:r>
        <w:t>سے متعلق، تب معلوم ہوا کہ زندگی کیا چیز ہے۔</w:t>
      </w:r>
    </w:p>
    <w:p>
      <w:r>
        <w:rPr>
          <w:b/>
        </w:rPr>
        <w:t xml:space="preserve">[12:54] </w:t>
      </w:r>
      <w:r>
        <w:t>zindagi ka maqsad kya hai? aur zindagi ka.</w:t>
      </w:r>
    </w:p>
    <w:p>
      <w:pPr>
        <w:jc w:val="right"/>
      </w:pPr>
      <w:r>
        <w:t>زندگی کا مقصد کیا ہے؟ اور زندگی کا۔</w:t>
      </w:r>
    </w:p>
    <w:p>
      <w:r>
        <w:rPr>
          <w:b/>
        </w:rPr>
        <w:t xml:space="preserve">[12:59] </w:t>
      </w:r>
      <w:r>
        <w:t>isi waqt phir main is aayat ko bhi samajh saka.</w:t>
      </w:r>
    </w:p>
    <w:p>
      <w:pPr>
        <w:jc w:val="right"/>
      </w:pPr>
      <w:r>
        <w:t>اسی وقت پھر میں اس آیت کو بھی سمجھ سکا۔</w:t>
      </w:r>
    </w:p>
    <w:p>
      <w:r>
        <w:rPr>
          <w:b/>
        </w:rPr>
        <w:t xml:space="preserve">[13:04] </w:t>
      </w:r>
      <w:r>
        <w:t>afahasibtum annama khalaqnakum 'aubatan wa annakum ilayna la turja'un is aayat ko bhi aap tafseeron mein parhen to mubham</w:t>
      </w:r>
    </w:p>
    <w:p>
      <w:pPr>
        <w:jc w:val="right"/>
      </w:pPr>
      <w:r>
        <w:t>أَفَحَاسِبْتُمْ أَنَّمَا خَلَقْنَاكُمْ عَوْبَةً وَأَنَّكُمْ إِلَيْنَا لَا تُرْجَعُونَ اس آیت کو بھی آپ تفسیروں میں پڑھیں تو مبہم</w:t>
      </w:r>
    </w:p>
    <w:p>
      <w:r>
        <w:rPr>
          <w:b/>
        </w:rPr>
        <w:t xml:space="preserve">[13:10] </w:t>
      </w:r>
      <w:r>
        <w:t>tafseeren milengi.</w:t>
      </w:r>
    </w:p>
    <w:p>
      <w:pPr>
        <w:jc w:val="right"/>
      </w:pPr>
      <w:r>
        <w:t>تفسیریں ملیں گی۔</w:t>
      </w:r>
    </w:p>
    <w:p>
      <w:r>
        <w:rPr>
          <w:b/>
        </w:rPr>
        <w:t xml:space="preserve">[13:15] </w:t>
      </w:r>
      <w:r>
        <w:t>koi wazeh baat nahi milegi.</w:t>
      </w:r>
    </w:p>
    <w:p>
      <w:pPr>
        <w:jc w:val="right"/>
      </w:pPr>
      <w:r>
        <w:t>کوئی واضح بات نہیں ملے گی۔</w:t>
      </w:r>
    </w:p>
    <w:p>
      <w:r>
        <w:rPr>
          <w:b/>
        </w:rPr>
        <w:t xml:space="preserve">[13:20] </w:t>
      </w:r>
      <w:r>
        <w:t>kisi bhi tafseer mein aap ko wazeh baat nahi milegi.</w:t>
      </w:r>
    </w:p>
    <w:p>
      <w:pPr>
        <w:jc w:val="right"/>
      </w:pPr>
      <w:r>
        <w:t>کسی بھی تفسیر میں آپ کو واضح بات نہیں ملے گی۔</w:t>
      </w:r>
    </w:p>
    <w:p>
      <w:r>
        <w:rPr>
          <w:b/>
        </w:rPr>
        <w:t xml:space="preserve">[13:26] </w:t>
      </w:r>
      <w:r>
        <w:t>halankeh yeh bohat bari aayat hai yeh.</w:t>
      </w:r>
    </w:p>
    <w:p>
      <w:pPr>
        <w:jc w:val="right"/>
      </w:pPr>
      <w:r>
        <w:t>حالانکہ یہ بہت بڑی آیت ہے یہ۔</w:t>
      </w:r>
    </w:p>
    <w:p>
      <w:r>
        <w:rPr>
          <w:b/>
        </w:rPr>
        <w:t xml:space="preserve">[13:31] </w:t>
      </w:r>
      <w:r>
        <w:t>aap parh daliye sari tafseeron ko.</w:t>
      </w:r>
    </w:p>
    <w:p>
      <w:pPr>
        <w:jc w:val="right"/>
      </w:pPr>
      <w:r>
        <w:t>آپ پڑھ ڈالیے ساری تفسیروں کو۔</w:t>
      </w:r>
    </w:p>
    <w:p>
      <w:r>
        <w:rPr>
          <w:b/>
        </w:rPr>
        <w:t xml:space="preserve">[13:36] </w:t>
      </w:r>
      <w:r>
        <w:t>kyunke ek pas manzar chahiye samajhne ke liye.</w:t>
      </w:r>
    </w:p>
    <w:p>
      <w:pPr>
        <w:jc w:val="right"/>
      </w:pPr>
      <w:r>
        <w:t>کیونکہ ایک پس منظر چاہیے سمجھنے کے لیے۔</w:t>
      </w:r>
    </w:p>
    <w:p>
      <w:r>
        <w:rPr>
          <w:b/>
        </w:rPr>
        <w:t xml:space="preserve">[13:42] </w:t>
      </w:r>
      <w:r>
        <w:t>mera jo pas manzar bana tha ek lambi talash ke nateeje mein, tab main samjha ke is aayat</w:t>
      </w:r>
    </w:p>
    <w:p>
      <w:pPr>
        <w:jc w:val="right"/>
      </w:pPr>
      <w:r>
        <w:t>میرا جو پس منظر بنا تھا ایک لمبی تلاش کے نتیجے میں، تب میں سمجھا کہ اس آیت</w:t>
      </w:r>
    </w:p>
    <w:p>
      <w:r>
        <w:rPr>
          <w:b/>
        </w:rPr>
        <w:t xml:space="preserve">[13:47] </w:t>
      </w:r>
      <w:r>
        <w:t>mein kya baat kahi gayi hai.</w:t>
      </w:r>
    </w:p>
    <w:p>
      <w:pPr>
        <w:jc w:val="right"/>
      </w:pPr>
      <w:r>
        <w:t>میں کیا بات کہی گئی ہے۔</w:t>
      </w:r>
    </w:p>
    <w:p>
      <w:r>
        <w:rPr>
          <w:b/>
        </w:rPr>
        <w:t xml:space="preserve">[13:52] </w:t>
      </w:r>
      <w:r>
        <w:t>dekhiye quran ke bare mein hai ke li kulli aayatin minha zahr wa batr yani is waqt kuch cheezen aisi</w:t>
      </w:r>
    </w:p>
    <w:p>
      <w:pPr>
        <w:jc w:val="right"/>
      </w:pPr>
      <w:r>
        <w:t>دیکھیے قرآن کے بارے میں ہے کہ لِكُلِّ آَيَةٍ مِنْهَا ظَهْرٌ وَبَطْرٌ یعنی اس وقت کچھ چیزیں ایسی</w:t>
      </w:r>
    </w:p>
    <w:p>
      <w:r>
        <w:rPr>
          <w:b/>
        </w:rPr>
        <w:t xml:space="preserve">[13:58] </w:t>
      </w:r>
      <w:r>
        <w:t>hoti hain jo sochne se samajh mein aati hain.</w:t>
      </w:r>
    </w:p>
    <w:p>
      <w:pPr>
        <w:jc w:val="right"/>
      </w:pPr>
      <w:r>
        <w:t>ہوتی ہیں جو سوچنے سے سمجھ میں آتی ہیں۔</w:t>
      </w:r>
    </w:p>
    <w:p>
      <w:r>
        <w:rPr>
          <w:b/>
        </w:rPr>
        <w:t xml:space="preserve">[14:03] </w:t>
      </w:r>
      <w:r>
        <w:t>woh samjhi jati hain.</w:t>
      </w:r>
    </w:p>
    <w:p>
      <w:pPr>
        <w:jc w:val="right"/>
      </w:pPr>
      <w:r>
        <w:t>وہ سمجھی جاتی ہیں۔</w:t>
      </w:r>
    </w:p>
    <w:p>
      <w:r>
        <w:rPr>
          <w:b/>
        </w:rPr>
        <w:t xml:space="preserve">[14:08] </w:t>
      </w:r>
      <w:r>
        <w:t>to is aayat ka jis ki lafzi tarjuma to yeh hai ke kya tum ne yeh samjha hai</w:t>
      </w:r>
    </w:p>
    <w:p>
      <w:pPr>
        <w:jc w:val="right"/>
      </w:pPr>
      <w:r>
        <w:t>تو اس آیت کا جس کی لفظی ترجمہ تو یہ ہے کہ کیا تم نے یہ سمجھا ہے</w:t>
      </w:r>
    </w:p>
    <w:p>
      <w:r>
        <w:rPr>
          <w:b/>
        </w:rPr>
        <w:t xml:space="preserve">[14:14] </w:t>
      </w:r>
      <w:r>
        <w:t>ke hum ne tum ko paida kiya hai 'abath? yani baghair kisi maqsad ke? aur tum hamari taraf</w:t>
      </w:r>
    </w:p>
    <w:p>
      <w:pPr>
        <w:jc w:val="right"/>
      </w:pPr>
      <w:r>
        <w:t>کہ ہم نے تم کو پیدا کیا ہے عبث؟ یعنی بغیر کسی مقصد کے؟ اور تم ہماری طرف</w:t>
      </w:r>
    </w:p>
    <w:p>
      <w:r>
        <w:rPr>
          <w:b/>
        </w:rPr>
        <w:t xml:space="preserve">[14:19] </w:t>
      </w:r>
      <w:r>
        <w:t>nahi lautaye jaoge.</w:t>
      </w:r>
    </w:p>
    <w:p>
      <w:pPr>
        <w:jc w:val="right"/>
      </w:pPr>
      <w:r>
        <w:t>نہیں لوٹائے جاؤ گے۔</w:t>
      </w:r>
    </w:p>
    <w:p>
      <w:r>
        <w:rPr>
          <w:b/>
        </w:rPr>
        <w:t xml:space="preserve">[14:24] </w:t>
      </w:r>
      <w:r>
        <w:t>kuch baaten is mein zimni hain.</w:t>
      </w:r>
    </w:p>
    <w:p>
      <w:pPr>
        <w:jc w:val="right"/>
      </w:pPr>
      <w:r>
        <w:t>کچھ باتیں اس میں ضمنی ہیں۔</w:t>
      </w:r>
    </w:p>
    <w:p>
      <w:r>
        <w:rPr>
          <w:b/>
        </w:rPr>
        <w:t xml:space="preserve">[14:30] </w:t>
      </w:r>
      <w:r>
        <w:t>woh yeh hain ke is ka matlab is ko shamil karenge tab matlab wazeh hoga.</w:t>
      </w:r>
    </w:p>
    <w:p>
      <w:pPr>
        <w:jc w:val="right"/>
      </w:pPr>
      <w:r>
        <w:t>وہ یہ ہیں کہ اس کا مطلب اس کو شامل کریں گے تب مطلب واضح ہوگا۔</w:t>
      </w:r>
    </w:p>
    <w:p>
      <w:r>
        <w:rPr>
          <w:b/>
        </w:rPr>
        <w:t xml:space="preserve">[14:35] </w:t>
      </w:r>
      <w:r>
        <w:t>woh yeh hai ke insaan ko paida kiya Allah taala ne ek mukhtalif being ke taur par.</w:t>
      </w:r>
    </w:p>
    <w:p>
      <w:pPr>
        <w:jc w:val="right"/>
      </w:pPr>
      <w:r>
        <w:t>وہ یہ ہے کہ انسان کو پیدا کیا اللہ تعالیٰ نے ایک مختلف being کے طور پر۔</w:t>
      </w:r>
    </w:p>
    <w:p>
      <w:r>
        <w:rPr>
          <w:b/>
        </w:rPr>
        <w:t xml:space="preserve">[14:40] </w:t>
      </w:r>
      <w:r>
        <w:t>jab mukhtalif being hai to zaroori hai ke is ka mukhtalif maqsad ho, mukhtalif kirdaar ho, mukhtalif anjam ho.</w:t>
      </w:r>
    </w:p>
    <w:p>
      <w:pPr>
        <w:jc w:val="right"/>
      </w:pPr>
      <w:r>
        <w:t>جب مختلف being ہے تو ضروری ہے کہ اس کا مختلف مقصد ہو، مختلف کردار ہو، مختلف انجام ہو۔</w:t>
      </w:r>
    </w:p>
    <w:p>
      <w:r>
        <w:rPr>
          <w:b/>
        </w:rPr>
        <w:t xml:space="preserve">[14:46] </w:t>
      </w:r>
      <w:r>
        <w:t>to yeh sab kuch jo naujawan hai woh andha jiye ga, andha mare ga.</w:t>
      </w:r>
    </w:p>
    <w:p>
      <w:pPr>
        <w:jc w:val="right"/>
      </w:pPr>
      <w:r>
        <w:t>تو یہ سب کچھ جو نوجوان ہے وہ اندھا جیئے گا، اندھا مرے گا۔</w:t>
      </w:r>
    </w:p>
    <w:p>
      <w:r>
        <w:rPr>
          <w:b/>
        </w:rPr>
        <w:t xml:space="preserve">[14:51] </w:t>
      </w:r>
      <w:r>
        <w:t>andha jiye ga, andha mare ga.</w:t>
      </w:r>
    </w:p>
    <w:p>
      <w:pPr>
        <w:jc w:val="right"/>
      </w:pPr>
      <w:r>
        <w:t>اندھا جیئے گا، اندھا مرے گا۔</w:t>
      </w:r>
    </w:p>
    <w:p>
      <w:r>
        <w:rPr>
          <w:b/>
        </w:rPr>
        <w:t xml:space="preserve">[14:56] </w:t>
      </w:r>
      <w:r>
        <w:t>tu yeh hai yaani sachai ki daryaft ka pehla marhala.</w:t>
      </w:r>
    </w:p>
    <w:p>
      <w:pPr>
        <w:jc w:val="right"/>
      </w:pPr>
      <w:r>
        <w:t>تو یہ ہے یعنی سچائی کی دریافت کا پہلا مرحلہ۔</w:t>
      </w:r>
    </w:p>
    <w:p>
      <w:r>
        <w:rPr>
          <w:b/>
        </w:rPr>
        <w:t xml:space="preserve">[15:02] </w:t>
      </w:r>
      <w:r>
        <w:t>na sirf mere liye balkeh har insaan ke liye.</w:t>
      </w:r>
    </w:p>
    <w:p>
      <w:pPr>
        <w:jc w:val="right"/>
      </w:pPr>
      <w:r>
        <w:t>نہ صرف میرے لیے بلکہ ہر انسان کے لیے۔</w:t>
      </w:r>
    </w:p>
    <w:p>
      <w:r>
        <w:rPr>
          <w:b/>
        </w:rPr>
        <w:t xml:space="preserve">[15:07] </w:t>
      </w:r>
      <w:r>
        <w:t>jo is marhale se na guzre mein samajhta hoon ke woh bohat kam baaton ko samajh paye ga.</w:t>
      </w:r>
    </w:p>
    <w:p>
      <w:pPr>
        <w:jc w:val="right"/>
      </w:pPr>
      <w:r>
        <w:t>جو اس مرحلے سے نہ گزرے میں سمجھتا ہوں کہ وہ بہت کم باتوں کو سمجھ پائے گا۔</w:t>
      </w:r>
    </w:p>
    <w:p>
      <w:r>
        <w:rPr>
          <w:b/>
        </w:rPr>
        <w:t xml:space="preserve">[15:12] </w:t>
      </w:r>
      <w:r>
        <w:t>ab dekhiye doosri cheez jo maine daryaft ki.</w:t>
      </w:r>
    </w:p>
    <w:p>
      <w:pPr>
        <w:jc w:val="right"/>
      </w:pPr>
      <w:r>
        <w:t>اب دیکھیے دوسری چیز جو میں نے دریافت کی۔</w:t>
      </w:r>
    </w:p>
    <w:p>
      <w:r>
        <w:rPr>
          <w:b/>
        </w:rPr>
        <w:t xml:space="preserve">[15:18] </w:t>
      </w:r>
      <w:r>
        <w:t>aur har falsafi daryaft karta hai lekin us ki daryaft adhuri reh jati hai.</w:t>
      </w:r>
    </w:p>
    <w:p>
      <w:pPr>
        <w:jc w:val="right"/>
      </w:pPr>
      <w:r>
        <w:t>اور ہر فلسفی دریافت کرتا ہے لیکن اس کی دریافت ادھوری رہ جاتی ہے۔</w:t>
      </w:r>
    </w:p>
    <w:p>
      <w:r>
        <w:rPr>
          <w:b/>
        </w:rPr>
        <w:t xml:space="preserve">[15:23] </w:t>
      </w:r>
      <w:r>
        <w:t>kyun ke wahi ke baghair janna chahta hai woh baaton ko.</w:t>
      </w:r>
    </w:p>
    <w:p>
      <w:pPr>
        <w:jc w:val="right"/>
      </w:pPr>
      <w:r>
        <w:t>کیونکہ وحی کے بغیر جاننا چاہتا ہے وہ باتوں کو۔</w:t>
      </w:r>
    </w:p>
    <w:p>
      <w:r>
        <w:rPr>
          <w:b/>
        </w:rPr>
        <w:t xml:space="preserve">[15:28] </w:t>
      </w:r>
      <w:r>
        <w:t>aap wahi ko shamil karein tab baat ko samajh payein ge.</w:t>
      </w:r>
    </w:p>
    <w:p>
      <w:pPr>
        <w:jc w:val="right"/>
      </w:pPr>
      <w:r>
        <w:t>آپ وحی کو شامل کریں تب بات کو سمجھ پائیں گے۔</w:t>
      </w:r>
    </w:p>
    <w:p>
      <w:r>
        <w:rPr>
          <w:b/>
        </w:rPr>
        <w:t xml:space="preserve">[15:34] </w:t>
      </w:r>
      <w:r>
        <w:t>quran mein hai ke وَمَا أُوتِيتُمْ مِنَ الْعِلْمِ إِلَّا قَلِيلًا science ne is ko mana hai ke science</w:t>
      </w:r>
    </w:p>
    <w:p>
      <w:pPr>
        <w:jc w:val="right"/>
      </w:pPr>
      <w:r>
        <w:t>قرآن میں ہے کہ وَمَا أُوتِيتُمْ مِنَ الْعِلْمِ إِلَّا قَلِيلًا سائنس نے اس کو مانا ہے کہ science</w:t>
      </w:r>
    </w:p>
    <w:p>
      <w:r>
        <w:rPr>
          <w:b/>
        </w:rPr>
        <w:t xml:space="preserve">[15:39] </w:t>
      </w:r>
      <w:r>
        <w:t>gives us but a partial of reality.</w:t>
      </w:r>
    </w:p>
    <w:p>
      <w:pPr>
        <w:jc w:val="right"/>
      </w:pPr>
      <w:r>
        <w:t>gives us but a partial of reality.</w:t>
      </w:r>
    </w:p>
    <w:p>
      <w:r>
        <w:rPr>
          <w:b/>
        </w:rPr>
        <w:t xml:space="preserve">[15:44] </w:t>
      </w:r>
      <w:r>
        <w:t>Partial knowledge of reality.</w:t>
      </w:r>
    </w:p>
    <w:p>
      <w:pPr>
        <w:jc w:val="right"/>
      </w:pPr>
      <w:r>
        <w:t>Partial knowledge of reality.</w:t>
      </w:r>
    </w:p>
    <w:p>
      <w:r>
        <w:rPr>
          <w:b/>
        </w:rPr>
        <w:t xml:space="preserve">[15:50] </w:t>
      </w:r>
      <w:r>
        <w:t>tu insaan 50% tak pohanch sakta hai.</w:t>
      </w:r>
    </w:p>
    <w:p>
      <w:pPr>
        <w:jc w:val="right"/>
      </w:pPr>
      <w:r>
        <w:t>تو انسان 50% تک پہنچ سکتا ہے۔</w:t>
      </w:r>
    </w:p>
    <w:p>
      <w:r>
        <w:rPr>
          <w:b/>
        </w:rPr>
        <w:t xml:space="preserve">[15:55] </w:t>
      </w:r>
      <w:r>
        <w:t>baqi 50% ke liye is ko chahiye wahi.</w:t>
      </w:r>
    </w:p>
    <w:p>
      <w:pPr>
        <w:jc w:val="right"/>
      </w:pPr>
      <w:r>
        <w:t>بقیہ 50% کے لیے اس کو چاہیے وحی۔</w:t>
      </w:r>
    </w:p>
    <w:p>
      <w:r>
        <w:rPr>
          <w:b/>
        </w:rPr>
        <w:t xml:space="preserve">[16:00] </w:t>
      </w:r>
      <w:r>
        <w:t>Allah ki hidayat.</w:t>
      </w:r>
    </w:p>
    <w:p>
      <w:pPr>
        <w:jc w:val="right"/>
      </w:pPr>
      <w:r>
        <w:t>اللہ کی ہدایت۔</w:t>
      </w:r>
    </w:p>
    <w:p>
      <w:r>
        <w:rPr>
          <w:b/>
        </w:rPr>
        <w:t xml:space="preserve">[16:06] </w:t>
      </w:r>
      <w:r>
        <w:t>jo aaj quran ki shakal mein mehfooz hai, mehfooz hai.</w:t>
      </w:r>
    </w:p>
    <w:p>
      <w:pPr>
        <w:jc w:val="right"/>
      </w:pPr>
      <w:r>
        <w:t>جو آج قرآن کی شکل میں محفوظ ہے، محفوظ ہے۔</w:t>
      </w:r>
    </w:p>
    <w:p>
      <w:r>
        <w:rPr>
          <w:b/>
        </w:rPr>
        <w:t xml:space="preserve">[16:11] </w:t>
      </w:r>
      <w:r>
        <w:t>tu ab dekhiye is ka khulasa mein arz karunga.</w:t>
      </w:r>
    </w:p>
    <w:p>
      <w:pPr>
        <w:jc w:val="right"/>
      </w:pPr>
      <w:r>
        <w:t>تو اب دیکھیے اس کا خلاصہ میں عرض کروں گا۔</w:t>
      </w:r>
    </w:p>
    <w:p>
      <w:r>
        <w:rPr>
          <w:b/>
        </w:rPr>
        <w:t xml:space="preserve">[16:16] </w:t>
      </w:r>
      <w:r>
        <w:t>ab insaan ko ghor kijiye aap.</w:t>
      </w:r>
    </w:p>
    <w:p>
      <w:pPr>
        <w:jc w:val="right"/>
      </w:pPr>
      <w:r>
        <w:t>اب انسان کو غور کیجیے آپ۔</w:t>
      </w:r>
    </w:p>
    <w:p>
      <w:r>
        <w:rPr>
          <w:b/>
        </w:rPr>
        <w:t xml:space="preserve">[16:22] </w:t>
      </w:r>
      <w:r>
        <w:t>insaan ke andar do bohat ajeeb cheezein hain jo poori kainat mein nahi hain.</w:t>
      </w:r>
    </w:p>
    <w:p>
      <w:pPr>
        <w:jc w:val="right"/>
      </w:pPr>
      <w:r>
        <w:t>انسان کے اندر دو بہت عجیب چیزیں ہیں جو پوری کائنات میں نہیں ہیں۔</w:t>
      </w:r>
    </w:p>
    <w:p>
      <w:r>
        <w:rPr>
          <w:b/>
        </w:rPr>
        <w:t xml:space="preserve">[16:27] </w:t>
      </w:r>
      <w:r>
        <w:t>ek hai zehn.</w:t>
      </w:r>
    </w:p>
    <w:p>
      <w:pPr>
        <w:jc w:val="right"/>
      </w:pPr>
      <w:r>
        <w:t>ایک ہے ذہن۔</w:t>
      </w:r>
    </w:p>
    <w:p>
      <w:r>
        <w:rPr>
          <w:b/>
        </w:rPr>
        <w:t xml:space="preserve">[16:32] </w:t>
      </w:r>
      <w:r>
        <w:t>zehn jo hai jo sochta hai.</w:t>
      </w:r>
    </w:p>
    <w:p>
      <w:pPr>
        <w:jc w:val="right"/>
      </w:pPr>
      <w:r>
        <w:t>ذہن جو ہے جو سوچتا ہے۔</w:t>
      </w:r>
    </w:p>
    <w:p>
      <w:r>
        <w:rPr>
          <w:b/>
        </w:rPr>
        <w:t xml:space="preserve">[16:38] </w:t>
      </w:r>
      <w:r>
        <w:t>sochne wala zehn jo hai yeh poori kainat mein kahin bhi nahi hai.</w:t>
      </w:r>
    </w:p>
    <w:p>
      <w:pPr>
        <w:jc w:val="right"/>
      </w:pPr>
      <w:r>
        <w:t>سوچنے والا ذہن جو ہے یہ پوری کائنات میں کہیں بھی نہیں ہے۔</w:t>
      </w:r>
    </w:p>
    <w:p>
      <w:r>
        <w:rPr>
          <w:b/>
        </w:rPr>
        <w:t xml:space="preserve">[16:43] </w:t>
      </w:r>
      <w:r>
        <w:t>koi sitara nahi sochta, koi sayara nahi sochta.</w:t>
      </w:r>
    </w:p>
    <w:p>
      <w:pPr>
        <w:jc w:val="right"/>
      </w:pPr>
      <w:r>
        <w:t>کوئی ستارہ نہیں سوچتا، کوئی سیارہ نہیں سوچتا۔</w:t>
      </w:r>
    </w:p>
    <w:p>
      <w:r>
        <w:rPr>
          <w:b/>
        </w:rPr>
        <w:t xml:space="preserve">[16:48] </w:t>
      </w:r>
      <w:r>
        <w:t>kisi suraj, kisi chand mein sochne ki salahiyat nahi hai.</w:t>
      </w:r>
    </w:p>
    <w:p>
      <w:pPr>
        <w:jc w:val="right"/>
      </w:pPr>
      <w:r>
        <w:t>کسی سورج، کسی چاند میں سوچنے کی صلاحیت نہیں ہے۔</w:t>
      </w:r>
    </w:p>
    <w:p>
      <w:r>
        <w:rPr>
          <w:b/>
        </w:rPr>
        <w:t xml:space="preserve">[16:54] </w:t>
      </w:r>
      <w:r>
        <w:t>koi pahar, koi samandar, koi darakht sochne par qadir nahi.</w:t>
      </w:r>
    </w:p>
    <w:p>
      <w:pPr>
        <w:jc w:val="right"/>
      </w:pPr>
      <w:r>
        <w:t>کوئی پہاڑ، کوئی سمندر، کوئی درخت سوچنے پر قادر نہیں۔</w:t>
      </w:r>
    </w:p>
    <w:p>
      <w:r>
        <w:rPr>
          <w:b/>
        </w:rPr>
        <w:t xml:space="preserve">[16:59] </w:t>
      </w:r>
      <w:r>
        <w:t>yahan tak ke jo janwar hain, janwar woh bohat hi mehdood daire mein un ki soch chalti hai.</w:t>
      </w:r>
    </w:p>
    <w:p>
      <w:pPr>
        <w:jc w:val="right"/>
      </w:pPr>
      <w:r>
        <w:t>یہاں تک کہ جو جانور ہیں، جانور وہ بہت ہی محدود دائرے میں ان کی سوچ چلتی ہے۔</w:t>
      </w:r>
    </w:p>
    <w:p>
      <w:r>
        <w:rPr>
          <w:b/>
        </w:rPr>
        <w:t xml:space="preserve">[17:04] </w:t>
      </w:r>
      <w:r>
        <w:t>bohat hi ziyada mehdood.</w:t>
      </w:r>
    </w:p>
    <w:p>
      <w:pPr>
        <w:jc w:val="right"/>
      </w:pPr>
      <w:r>
        <w:t>بہت ہی زیادہ محدود۔</w:t>
      </w:r>
    </w:p>
    <w:p>
      <w:r>
        <w:rPr>
          <w:b/>
        </w:rPr>
        <w:t xml:space="preserve">[17:10] </w:t>
      </w:r>
      <w:r>
        <w:t>insan ki soch se koi is ka mawazna nahi hai.</w:t>
      </w:r>
    </w:p>
    <w:p>
      <w:pPr>
        <w:jc w:val="right"/>
      </w:pPr>
      <w:r>
        <w:t>انسان کی سوچ سے کوئی اس کا موازنہ نہیں ہے۔</w:t>
      </w:r>
    </w:p>
    <w:p>
      <w:r>
        <w:rPr>
          <w:b/>
        </w:rPr>
        <w:t xml:space="preserve">[17:15] </w:t>
      </w:r>
      <w:r>
        <w:t>janwaron ka jo mutalia kiya gaya hai to is mein maloom hua hai ke sirf do cheezen un</w:t>
      </w:r>
    </w:p>
    <w:p>
      <w:pPr>
        <w:jc w:val="right"/>
      </w:pPr>
      <w:r>
        <w:t>جانوروں کا جو مطالعہ کیا گیا ہے تو اس میں معلوم ہوا ہے کہ صرف دو چیزیں ان</w:t>
      </w:r>
    </w:p>
    <w:p>
      <w:r>
        <w:rPr>
          <w:b/>
        </w:rPr>
        <w:t xml:space="preserve">[17:20] </w:t>
      </w:r>
      <w:r>
        <w:t>ka mutaliq hoti hain.</w:t>
      </w:r>
    </w:p>
    <w:p>
      <w:pPr>
        <w:jc w:val="right"/>
      </w:pPr>
      <w:r>
        <w:t>کا متعلق ہوتی ہیں۔</w:t>
      </w:r>
    </w:p>
    <w:p>
      <w:r>
        <w:rPr>
          <w:b/>
        </w:rPr>
        <w:t xml:space="preserve">[17:26] </w:t>
      </w:r>
      <w:r>
        <w:t>khurak aur hifazat. bas.</w:t>
      </w:r>
    </w:p>
    <w:p>
      <w:pPr>
        <w:jc w:val="right"/>
      </w:pPr>
      <w:r>
        <w:t>خوراک اور حفاظت۔ بس۔</w:t>
      </w:r>
    </w:p>
    <w:p>
      <w:r>
        <w:rPr>
          <w:b/>
        </w:rPr>
        <w:t xml:space="preserve">[17:31] </w:t>
      </w:r>
      <w:r>
        <w:t>aur kuch nahi.</w:t>
      </w:r>
    </w:p>
    <w:p>
      <w:pPr>
        <w:jc w:val="right"/>
      </w:pPr>
      <w:r>
        <w:t>اور کچھ نہیں۔</w:t>
      </w:r>
    </w:p>
    <w:p>
      <w:r>
        <w:rPr>
          <w:b/>
        </w:rPr>
        <w:t xml:space="preserve">[17:36] </w:t>
      </w:r>
      <w:r>
        <w:t>to insan ke andar jo yeh sochne wala zehn diya gaya hai kis liye hai? is par sochte</w:t>
      </w:r>
    </w:p>
    <w:p>
      <w:pPr>
        <w:jc w:val="right"/>
      </w:pPr>
      <w:r>
        <w:t>تو انسان کے اندر جو یہ سوچنے والا ذہن دیا گیا ہے کس لیے ہے؟ اس پر سوچتے</w:t>
      </w:r>
    </w:p>
    <w:p>
      <w:r>
        <w:rPr>
          <w:b/>
        </w:rPr>
        <w:t xml:space="preserve">[17:42] </w:t>
      </w:r>
      <w:r>
        <w:t>sochte mein pohancha yahan par ke Allah taala ne quran mein kya bataya hai maqsad takhleeq.</w:t>
      </w:r>
    </w:p>
    <w:p>
      <w:pPr>
        <w:jc w:val="right"/>
      </w:pPr>
      <w:r>
        <w:t>سوچتے میں پہنچا یہاں پر کہ اللہ تعالیٰ نے قرآن میں کیا بتایا ہے مقصد تخلیق۔</w:t>
      </w:r>
    </w:p>
    <w:p>
      <w:r>
        <w:rPr>
          <w:b/>
        </w:rPr>
        <w:t xml:space="preserve">[17:47] </w:t>
      </w:r>
      <w:r>
        <w:t>quran mein hai ke wa ma khalaqtul jinna wal insa illa li ya'budoon li'abudoon ki tafseer ki gayi hai li ya'rifoon.</w:t>
      </w:r>
    </w:p>
    <w:p>
      <w:pPr>
        <w:jc w:val="right"/>
      </w:pPr>
      <w:r>
        <w:t>قرآن میں ہے کہ وَمَا خَلَقْتُ الْجَنَّ وَالْإِنْسَ إِلَّا لِيَعْبُدُونَ لِعَبُدُونَ کی تفسیر کی گئی ہے لِيَعْرِفُونَ۔</w:t>
      </w:r>
    </w:p>
    <w:p>
      <w:r>
        <w:rPr>
          <w:b/>
        </w:rPr>
        <w:t xml:space="preserve">[17:52] </w:t>
      </w:r>
      <w:r>
        <w:t>yani jin ko aur ins ko, jin ko aur insan ko Allah ne paida kiya hai marifat ke liye.</w:t>
      </w:r>
    </w:p>
    <w:p>
      <w:pPr>
        <w:jc w:val="right"/>
      </w:pPr>
      <w:r>
        <w:t>یعنی جن کو اور انس کو، جن کو اور انسان کو اللہ نے پیدا کیا ہے معرفت کے لیے۔</w:t>
      </w:r>
    </w:p>
    <w:p>
      <w:r>
        <w:rPr>
          <w:b/>
        </w:rPr>
        <w:t xml:space="preserve">[17:58] </w:t>
      </w:r>
      <w:r>
        <w:t>marifat ka matlab kya hai? ek aur ayat se yeh baat wazeh hoti hai.</w:t>
      </w:r>
    </w:p>
    <w:p>
      <w:pPr>
        <w:jc w:val="right"/>
      </w:pPr>
      <w:r>
        <w:t>معرفت کا مطلب کیا ہے؟ ایک اور آیت سے یہ بات واضح ہوتی ہے۔</w:t>
      </w:r>
    </w:p>
    <w:p>
      <w:r>
        <w:rPr>
          <w:b/>
        </w:rPr>
        <w:t xml:space="preserve">[18:03] </w:t>
      </w:r>
      <w:r>
        <w:t>quran mein surat rehman hai.</w:t>
      </w:r>
    </w:p>
    <w:p>
      <w:pPr>
        <w:jc w:val="right"/>
      </w:pPr>
      <w:r>
        <w:t>قرآن میں سورۃ الرحمن ہے۔</w:t>
      </w:r>
    </w:p>
    <w:p>
      <w:r>
        <w:rPr>
          <w:b/>
        </w:rPr>
        <w:t xml:space="preserve">[18:08] </w:t>
      </w:r>
      <w:r>
        <w:t>rehman mein yeh ayat 30 bar se ziyada aayi hai.</w:t>
      </w:r>
    </w:p>
    <w:p>
      <w:pPr>
        <w:jc w:val="right"/>
      </w:pPr>
      <w:r>
        <w:t>الرحمن میں یہ آیت 30 بار سے زیادہ آئی ہے۔</w:t>
      </w:r>
    </w:p>
    <w:p>
      <w:r>
        <w:rPr>
          <w:b/>
        </w:rPr>
        <w:t xml:space="preserve">[18:14] </w:t>
      </w:r>
      <w:r>
        <w:t>More than 30 times.</w:t>
      </w:r>
    </w:p>
    <w:p>
      <w:pPr>
        <w:jc w:val="right"/>
      </w:pPr>
      <w:r>
        <w:t>More than 30 times.</w:t>
      </w:r>
    </w:p>
    <w:p>
      <w:r>
        <w:rPr>
          <w:b/>
        </w:rPr>
        <w:t xml:space="preserve">[18:19] </w:t>
      </w:r>
      <w:r>
        <w:t>jin aur ins dono ko khitab kar ke kaha gaya quran mein.</w:t>
      </w:r>
    </w:p>
    <w:p>
      <w:pPr>
        <w:jc w:val="right"/>
      </w:pPr>
      <w:r>
        <w:t>جن اور انس دونوں کو خطاب کر کے کہا گیا قرآن میں۔</w:t>
      </w:r>
    </w:p>
    <w:p>
      <w:r>
        <w:rPr>
          <w:b/>
        </w:rPr>
        <w:t xml:space="preserve">[18:24] </w:t>
      </w:r>
      <w:r>
        <w:t>fabayyi ala rabikuma tukazziboon tum dono Allah ke kin kin aala ko jhutlao ge? aala ka matlab hai</w:t>
      </w:r>
    </w:p>
    <w:p>
      <w:pPr>
        <w:jc w:val="right"/>
      </w:pPr>
      <w:r>
        <w:t>فَبَيِّ عَلَىٰ رَبِّكُمَا تُكَذَّبُونَ تم دونوں اللہ کے کن کن اعلیٰ کو جھٹلاؤ گے؟ اعلیٰ کا مطلب ہے</w:t>
      </w:r>
    </w:p>
    <w:p>
      <w:r>
        <w:rPr>
          <w:b/>
        </w:rPr>
        <w:t xml:space="preserve">[18:30] </w:t>
      </w:r>
      <w:r>
        <w:t>wohi jis ko hum angrezi mein kehte hain moajze.</w:t>
      </w:r>
    </w:p>
    <w:p>
      <w:pPr>
        <w:jc w:val="right"/>
      </w:pPr>
      <w:r>
        <w:t>وہی جس کو ہم انگریزی میں کہتے ہیں معجزے۔</w:t>
      </w:r>
    </w:p>
    <w:p>
      <w:r>
        <w:rPr>
          <w:b/>
        </w:rPr>
        <w:t xml:space="preserve">[18:35] </w:t>
      </w:r>
      <w:r>
        <w:t>tum Khuda ke kis kis moajzon ko inkar karoge? yeh moajze hain jin ko hamein daryaft karna hai.</w:t>
      </w:r>
    </w:p>
    <w:p>
      <w:pPr>
        <w:jc w:val="right"/>
      </w:pPr>
      <w:r>
        <w:t>تم خدا کے کس کس معجزوں کو انکار کرو گے؟ یہ معجزے ہیں جن کو ہمیں دریافت کرنا ہے۔</w:t>
      </w:r>
    </w:p>
    <w:p>
      <w:r>
        <w:rPr>
          <w:b/>
        </w:rPr>
        <w:t xml:space="preserve">[18:40] </w:t>
      </w:r>
      <w:r>
        <w:t>isi moajze ke daryaft ka naam marifat hai.</w:t>
      </w:r>
    </w:p>
    <w:p>
      <w:pPr>
        <w:jc w:val="right"/>
      </w:pPr>
      <w:r>
        <w:t>اسی معجزے کے دریافت کا نام معرفت ہے۔</w:t>
      </w:r>
    </w:p>
    <w:p>
      <w:r>
        <w:rPr>
          <w:b/>
        </w:rPr>
        <w:t xml:space="preserve">[18:46] </w:t>
      </w:r>
      <w:r>
        <w:t>yani aala Allah, kalmat Allah, ayat Allah yeh sab alfaaz quran mein aaye hain.</w:t>
      </w:r>
    </w:p>
    <w:p>
      <w:pPr>
        <w:jc w:val="right"/>
      </w:pPr>
      <w:r>
        <w:t>یعنی اعلیٰ اللہ، کلمات اللہ، آیات اللہ یہ سب الفاظ قرآن میں آئے ہیں۔</w:t>
      </w:r>
    </w:p>
    <w:p>
      <w:r>
        <w:rPr>
          <w:b/>
        </w:rPr>
        <w:t xml:space="preserve">[18:51] </w:t>
      </w:r>
      <w:r>
        <w:t>woh chhupe hue roop mein hain kainat mein.</w:t>
      </w:r>
    </w:p>
    <w:p>
      <w:pPr>
        <w:jc w:val="right"/>
      </w:pPr>
      <w:r>
        <w:t>وہ چھپے ہوئے روپ میں ہیں کائنات میں۔</w:t>
      </w:r>
    </w:p>
    <w:p>
      <w:r>
        <w:rPr>
          <w:b/>
        </w:rPr>
        <w:t xml:space="preserve">[18:56] </w:t>
      </w:r>
      <w:r>
        <w:t>potential ke taur par hain.</w:t>
      </w:r>
    </w:p>
    <w:p>
      <w:pPr>
        <w:jc w:val="right"/>
      </w:pPr>
      <w:r>
        <w:t>پوٹینشل کے طور پر ہیں۔</w:t>
      </w:r>
    </w:p>
    <w:p>
      <w:r>
        <w:rPr>
          <w:b/>
        </w:rPr>
        <w:t xml:space="preserve">[19:02] </w:t>
      </w:r>
      <w:r>
        <w:t>is potential ko kholna yahi insan ka kirdar hai.</w:t>
      </w:r>
    </w:p>
    <w:p>
      <w:pPr>
        <w:jc w:val="right"/>
      </w:pPr>
      <w:r>
        <w:t>اس پوٹینشل کو کھولنا یہی انسان کا کردار ہے۔</w:t>
      </w:r>
    </w:p>
    <w:p>
      <w:r>
        <w:rPr>
          <w:b/>
        </w:rPr>
        <w:t xml:space="preserve">[19:07] </w:t>
      </w:r>
      <w:r>
        <w:t>aur isi ka naam marifat hai.</w:t>
      </w:r>
    </w:p>
    <w:p>
      <w:pPr>
        <w:jc w:val="right"/>
      </w:pPr>
      <w:r>
        <w:t>اور اسی کا نام معرفت ہے۔</w:t>
      </w:r>
    </w:p>
    <w:p>
      <w:r>
        <w:rPr>
          <w:b/>
        </w:rPr>
        <w:t xml:space="preserve">[19:12] </w:t>
      </w:r>
      <w:r>
        <w:t>to insan ko paida kiya Allah taala ne is liye yeh is ko kirdar diya.</w:t>
      </w:r>
    </w:p>
    <w:p>
      <w:pPr>
        <w:jc w:val="right"/>
      </w:pPr>
      <w:r>
        <w:t>تو انسان کو پیدا کیا اللہ تعالیٰ نے اس لیے یہ اس کو کردار دیا۔</w:t>
      </w:r>
    </w:p>
    <w:p>
      <w:r>
        <w:rPr>
          <w:b/>
        </w:rPr>
        <w:t xml:space="preserve">[19:18] </w:t>
      </w:r>
      <w:r>
        <w:t>keh is kainaat mein jo chhupi hui moajze hain.</w:t>
      </w:r>
    </w:p>
    <w:p>
      <w:pPr>
        <w:jc w:val="right"/>
      </w:pPr>
      <w:r>
        <w:t>کہ اس کائنات میں جو چھپی ہوئی معجزے ہیں۔</w:t>
      </w:r>
    </w:p>
    <w:p>
      <w:r>
        <w:rPr>
          <w:b/>
        </w:rPr>
        <w:t xml:space="preserve">[19:23] </w:t>
      </w:r>
      <w:r>
        <w:t>jo chhpe hue marfat ke item hain.</w:t>
      </w:r>
    </w:p>
    <w:p>
      <w:pPr>
        <w:jc w:val="right"/>
      </w:pPr>
      <w:r>
        <w:t>جو چھپے ہوئے معرفت کے آئٹم ہیں۔</w:t>
      </w:r>
    </w:p>
    <w:p>
      <w:r>
        <w:rPr>
          <w:b/>
        </w:rPr>
        <w:t xml:space="preserve">[19:28] </w:t>
      </w:r>
      <w:r>
        <w:t>un ko woh daryaft kare.</w:t>
      </w:r>
    </w:p>
    <w:p>
      <w:pPr>
        <w:jc w:val="right"/>
      </w:pPr>
      <w:r>
        <w:t>ان کو وہ دریافت کرے۔</w:t>
      </w:r>
    </w:p>
    <w:p>
      <w:r>
        <w:rPr>
          <w:b/>
        </w:rPr>
        <w:t xml:space="preserve">[19:34] </w:t>
      </w:r>
      <w:r>
        <w:t>un ko khole.</w:t>
      </w:r>
    </w:p>
    <w:p>
      <w:pPr>
        <w:jc w:val="right"/>
      </w:pPr>
      <w:r>
        <w:t>ان کو کھولے۔</w:t>
      </w:r>
    </w:p>
    <w:p>
      <w:r>
        <w:rPr>
          <w:b/>
        </w:rPr>
        <w:t xml:space="preserve">[19:39] </w:t>
      </w:r>
      <w:r>
        <w:t>aur un ko marfat banaye.</w:t>
      </w:r>
    </w:p>
    <w:p>
      <w:pPr>
        <w:jc w:val="right"/>
      </w:pPr>
      <w:r>
        <w:t>اور ان کو معرفت بنائے۔</w:t>
      </w:r>
    </w:p>
    <w:p>
      <w:r>
        <w:rPr>
          <w:b/>
        </w:rPr>
        <w:t xml:space="preserve">[19:44] </w:t>
      </w:r>
      <w:r>
        <w:t>isi marfat ki qeemat hai jannat, jannat.</w:t>
      </w:r>
    </w:p>
    <w:p>
      <w:pPr>
        <w:jc w:val="right"/>
      </w:pPr>
      <w:r>
        <w:t>اسی معرفت کی قیمت ہے جنت، جنت۔</w:t>
      </w:r>
    </w:p>
    <w:p>
      <w:r>
        <w:rPr>
          <w:b/>
        </w:rPr>
        <w:t xml:space="preserve">[19:50] </w:t>
      </w:r>
      <w:r>
        <w:t>to doosri cheez jo insaan ke andar hai dekhiye sochne ke baad woh hai enjoy karne ki salahiyat.</w:t>
      </w:r>
    </w:p>
    <w:p>
      <w:pPr>
        <w:jc w:val="right"/>
      </w:pPr>
      <w:r>
        <w:t>تو دوسری چیز جو انسان کے اندر ہے دیکھیے سوچنے کے بعد وہ ہے انجوائے کرنے کی صلاحیت۔</w:t>
      </w:r>
    </w:p>
    <w:p>
      <w:r>
        <w:rPr>
          <w:b/>
        </w:rPr>
        <w:t xml:space="preserve">[19:55] </w:t>
      </w:r>
      <w:r>
        <w:t>enjoy karne ki salahiyat kisi mein bhi nahi hai.</w:t>
      </w:r>
    </w:p>
    <w:p>
      <w:pPr>
        <w:jc w:val="right"/>
      </w:pPr>
      <w:r>
        <w:t>انجوائے کرنے کی صلاحیت کسی میں بھی نہیں ہے۔</w:t>
      </w:r>
    </w:p>
    <w:p>
      <w:r>
        <w:rPr>
          <w:b/>
        </w:rPr>
        <w:t xml:space="preserve">[20:00] </w:t>
      </w:r>
      <w:r>
        <w:t>na suraj mein, na chand mein, na darya mein, na pahad mein.</w:t>
      </w:r>
    </w:p>
    <w:p>
      <w:pPr>
        <w:jc w:val="right"/>
      </w:pPr>
      <w:r>
        <w:t>نہ سورج میں، نہ چاند میں، نہ دریا میں، نہ پہاڑ میں۔</w:t>
      </w:r>
    </w:p>
    <w:p>
      <w:r>
        <w:rPr>
          <w:b/>
        </w:rPr>
        <w:t xml:space="preserve">[20:06] </w:t>
      </w:r>
      <w:r>
        <w:t>hata ke janwaron mein bhi enjoy karne ki salahiyat nahi hai.</w:t>
      </w:r>
    </w:p>
    <w:p>
      <w:pPr>
        <w:jc w:val="right"/>
      </w:pPr>
      <w:r>
        <w:t>حتیٰ کہ جانوروں میں بھی انجوائے کرنے کی صلاحیت نہیں ہے۔</w:t>
      </w:r>
    </w:p>
    <w:p>
      <w:r>
        <w:rPr>
          <w:b/>
        </w:rPr>
        <w:t xml:space="preserve">[20:11] </w:t>
      </w:r>
      <w:r>
        <w:t>wo enjoy nahi karte.</w:t>
      </w:r>
    </w:p>
    <w:p>
      <w:pPr>
        <w:jc w:val="right"/>
      </w:pPr>
      <w:r>
        <w:t>وہ انجوائے نہیں کرتے۔</w:t>
      </w:r>
    </w:p>
    <w:p>
      <w:r>
        <w:rPr>
          <w:b/>
        </w:rPr>
        <w:t xml:space="preserve">[20:16] </w:t>
      </w:r>
      <w:r>
        <w:t>wo to sirf ghaas phans kha lete hain.</w:t>
      </w:r>
    </w:p>
    <w:p>
      <w:pPr>
        <w:jc w:val="right"/>
      </w:pPr>
      <w:r>
        <w:t>وہ تو صرف گھاس پھانس کھا لیتے ہیں۔</w:t>
      </w:r>
    </w:p>
    <w:p>
      <w:r>
        <w:rPr>
          <w:b/>
        </w:rPr>
        <w:t xml:space="preserve">[20:22] </w:t>
      </w:r>
      <w:r>
        <w:t>un ke zaiqe nahi hain woh jo insaan ke andar hain.</w:t>
      </w:r>
    </w:p>
    <w:p>
      <w:pPr>
        <w:jc w:val="right"/>
      </w:pPr>
      <w:r>
        <w:t>ان کے ذائقے نہیں ہیں وہ جو انسان کے اندر ہیں۔</w:t>
      </w:r>
    </w:p>
    <w:p>
      <w:r>
        <w:rPr>
          <w:b/>
        </w:rPr>
        <w:t xml:space="preserve">[20:27] </w:t>
      </w:r>
      <w:r>
        <w:t>hamare andar jo hawaas hain har cheez mein lazzat hai aap ghor kijiye.</w:t>
      </w:r>
    </w:p>
    <w:p>
      <w:pPr>
        <w:jc w:val="right"/>
      </w:pPr>
      <w:r>
        <w:t>ہمارے اندر جو حواس ہیں ہر چیز میں لذت ہے آپ غور کیجیے۔</w:t>
      </w:r>
    </w:p>
    <w:p>
      <w:r>
        <w:rPr>
          <w:b/>
        </w:rPr>
        <w:t xml:space="preserve">[20:32] </w:t>
      </w:r>
      <w:r>
        <w:t>ek khoobsurat manzar ko dekh kar aankhon ko lazzat milti hai.</w:t>
      </w:r>
    </w:p>
    <w:p>
      <w:pPr>
        <w:jc w:val="right"/>
      </w:pPr>
      <w:r>
        <w:t>ایک خوبصورت منظر کو دیکھ کر آنکھوں کو لذت ملتی ہے۔</w:t>
      </w:r>
    </w:p>
    <w:p>
      <w:r>
        <w:rPr>
          <w:b/>
        </w:rPr>
        <w:t xml:space="preserve">[20:38] </w:t>
      </w:r>
      <w:r>
        <w:t>ek acha naghma sun kar kaanon ko saroor milta hai.</w:t>
      </w:r>
    </w:p>
    <w:p>
      <w:pPr>
        <w:jc w:val="right"/>
      </w:pPr>
      <w:r>
        <w:t>ایک اچھا نغمہ سن کر کانوں کو سرور ملتا ہے۔</w:t>
      </w:r>
    </w:p>
    <w:p>
      <w:r>
        <w:rPr>
          <w:b/>
        </w:rPr>
        <w:t xml:space="preserve">[20:43] </w:t>
      </w:r>
      <w:r>
        <w:t>ek achi cheez kha kar zabaan ko ek ajeeb zaeqa milta hai.</w:t>
      </w:r>
    </w:p>
    <w:p>
      <w:pPr>
        <w:jc w:val="right"/>
      </w:pPr>
      <w:r>
        <w:t>ایک اچھی چیز کھا کر زبان کو ایک عجیب ذائقہ ملتا ہے۔</w:t>
      </w:r>
    </w:p>
    <w:p>
      <w:r>
        <w:rPr>
          <w:b/>
        </w:rPr>
        <w:t xml:space="preserve">[20:48] </w:t>
      </w:r>
      <w:r>
        <w:t>hata ke aap ghaas par chalte hain agar khule paon.</w:t>
      </w:r>
    </w:p>
    <w:p>
      <w:pPr>
        <w:jc w:val="right"/>
      </w:pPr>
      <w:r>
        <w:t>حتیٰ کہ آپ گھاس پر چلتے ہیں اگر کھلے پاؤں۔</w:t>
      </w:r>
    </w:p>
    <w:p>
      <w:r>
        <w:rPr>
          <w:b/>
        </w:rPr>
        <w:t xml:space="preserve">[20:54] </w:t>
      </w:r>
      <w:r>
        <w:t>to ghaas par chalne mein bhi aap ko jo chhoo hota hai us mein bhi lazzat milti hai aap ko.</w:t>
      </w:r>
    </w:p>
    <w:p>
      <w:pPr>
        <w:jc w:val="right"/>
      </w:pPr>
      <w:r>
        <w:t>تو گھاس پر چلنے میں بھی آپ کو جو چھو ہوتا ہے اس میں بھی لذت ملتی ہے آپ کو۔</w:t>
      </w:r>
    </w:p>
    <w:p>
      <w:r>
        <w:rPr>
          <w:b/>
        </w:rPr>
        <w:t xml:space="preserve">[20:59] </w:t>
      </w:r>
      <w:r>
        <w:t>har cheez mein hass lazzat rakha hua hai.</w:t>
      </w:r>
    </w:p>
    <w:p>
      <w:pPr>
        <w:jc w:val="right"/>
      </w:pPr>
      <w:r>
        <w:t>ہر چیز میں حس لذت رکھا ہوا ہے۔</w:t>
      </w:r>
    </w:p>
    <w:p>
      <w:r>
        <w:rPr>
          <w:b/>
        </w:rPr>
        <w:t xml:space="preserve">[21:04] </w:t>
      </w:r>
      <w:r>
        <w:t>wo kis liye hai? wo ek khabar hai peshgi tor par keh aye bande!</w:t>
      </w:r>
    </w:p>
    <w:p>
      <w:pPr>
        <w:jc w:val="right"/>
      </w:pPr>
      <w:r>
        <w:t>وہ کس لیے ہے؟ وہ ایک خبر ہے پیشگی طور پر کہ اے بندے!</w:t>
      </w:r>
    </w:p>
    <w:p>
      <w:r>
        <w:rPr>
          <w:b/>
        </w:rPr>
        <w:t xml:space="preserve">[21:10] </w:t>
      </w:r>
      <w:r>
        <w:t>agar tu apne zehan ko istemal karega aur Khuda ki marfat ko kholega to tere liye</w:t>
      </w:r>
    </w:p>
    <w:p>
      <w:pPr>
        <w:jc w:val="right"/>
      </w:pPr>
      <w:r>
        <w:t>اگر تو اپنے ذہن کو استعمال کرے گا اور خدا کی معرفت کو کھولے گا تو تیرے لیے</w:t>
      </w:r>
    </w:p>
    <w:p>
      <w:r>
        <w:rPr>
          <w:b/>
        </w:rPr>
        <w:t xml:space="preserve">[21:15] </w:t>
      </w:r>
      <w:r>
        <w:t>ek be panah jagah hai jahan tu apne har yani poore maano mein enjoy kar sake ga.</w:t>
      </w:r>
    </w:p>
    <w:p>
      <w:pPr>
        <w:jc w:val="right"/>
      </w:pPr>
      <w:r>
        <w:t>ایک بے پناہ جگہ ہے جہاں تو اپنے ہر یعنی پورے معنوں میں انجوائے کر سکے گا۔</w:t>
      </w:r>
    </w:p>
    <w:p>
      <w:r>
        <w:rPr>
          <w:b/>
        </w:rPr>
        <w:t xml:space="preserve">[21:21] </w:t>
      </w:r>
      <w:r>
        <w:t>wlakm fiha ma tashtahina fusqkm jannat ke bare mein hai ke jannat mein woh sab kuch hoga jo</w:t>
      </w:r>
    </w:p>
    <w:p>
      <w:pPr>
        <w:jc w:val="right"/>
      </w:pPr>
      <w:r>
        <w:t>وَلَكُمْ فِيهَا مَا تَشْتَهِيَنْ فُسُقُكُمْ جنت کے بارے میں ہے کہ جنت میں وہ سب کچھ ہوگا جو</w:t>
      </w:r>
    </w:p>
    <w:p>
      <w:r>
        <w:rPr>
          <w:b/>
        </w:rPr>
        <w:t xml:space="preserve">[21:27] </w:t>
      </w:r>
      <w:r>
        <w:t>tum chahte ho.</w:t>
      </w:r>
    </w:p>
    <w:p>
      <w:pPr>
        <w:jc w:val="right"/>
      </w:pPr>
      <w:r>
        <w:t>تم چاہتے ہو۔</w:t>
      </w:r>
    </w:p>
    <w:p>
      <w:r>
        <w:rPr>
          <w:b/>
        </w:rPr>
        <w:t xml:space="preserve">[21:33] </w:t>
      </w:r>
      <w:r>
        <w:t>yeh jo tumhare andar khwahishein chhupi hui hain.</w:t>
      </w:r>
    </w:p>
    <w:p>
      <w:pPr>
        <w:jc w:val="right"/>
      </w:pPr>
      <w:r>
        <w:t>یہ جو تمہارے اندر خواہشیں چھپی ہوئی ہیں۔</w:t>
      </w:r>
    </w:p>
    <w:p>
      <w:r>
        <w:rPr>
          <w:b/>
        </w:rPr>
        <w:t xml:space="preserve">[21:39] </w:t>
      </w:r>
      <w:r>
        <w:t>main aksar sunta hoon ke insaan ke andar ajeeb o ghareeb qism ki khwahishein hain.</w:t>
      </w:r>
    </w:p>
    <w:p>
      <w:pPr>
        <w:jc w:val="right"/>
      </w:pPr>
      <w:r>
        <w:t>میں اکثر سنتا ہوں کہ انسان کے اندر عجیب و غریب قسم کی خواہشیں ہیں۔</w:t>
      </w:r>
    </w:p>
    <w:p>
      <w:r>
        <w:rPr>
          <w:b/>
        </w:rPr>
        <w:t xml:space="preserve">[21:45] </w:t>
      </w:r>
      <w:r>
        <w:t>ajeeb qism ki tamannaein hain.</w:t>
      </w:r>
    </w:p>
    <w:p>
      <w:pPr>
        <w:jc w:val="right"/>
      </w:pPr>
      <w:r>
        <w:t>عجیب قسم کی تمنائیں ہیں۔</w:t>
      </w:r>
    </w:p>
    <w:p>
      <w:r>
        <w:rPr>
          <w:b/>
        </w:rPr>
        <w:t xml:space="preserve">[21:51] </w:t>
      </w:r>
      <w:r>
        <w:t>ajeeb o ghareeb qism ki khwahishein hain.</w:t>
      </w:r>
    </w:p>
    <w:p>
      <w:pPr>
        <w:jc w:val="right"/>
      </w:pPr>
      <w:r>
        <w:t>عجیب و غریب قسم کی خواہشیں ہیں۔</w:t>
      </w:r>
    </w:p>
    <w:p>
      <w:r>
        <w:rPr>
          <w:b/>
        </w:rPr>
        <w:t xml:space="preserve">[21:57] </w:t>
      </w:r>
      <w:r>
        <w:t>lekin woh poori nahi hoti.</w:t>
      </w:r>
    </w:p>
    <w:p>
      <w:pPr>
        <w:jc w:val="right"/>
      </w:pPr>
      <w:r>
        <w:t>لیکن وہ پوری نہیں ہوتی۔</w:t>
      </w:r>
    </w:p>
    <w:p>
      <w:r>
        <w:rPr>
          <w:b/>
        </w:rPr>
        <w:t xml:space="preserve">[22:03] </w:t>
      </w:r>
      <w:r>
        <w:t>koi duniya mein aisa nahi guzra koi badshah ya koi waldi aadmi jis ki tamannaein poori hui hon.</w:t>
      </w:r>
    </w:p>
    <w:p>
      <w:pPr>
        <w:jc w:val="right"/>
      </w:pPr>
      <w:r>
        <w:t>کوئی دنیا میں ایسا نہیں گزرا کوئی بادشاہ یا کوئی ولدی آدمی جس کی تمنائیں پوری ہوئی ہوں۔</w:t>
      </w:r>
    </w:p>
    <w:p>
      <w:r>
        <w:rPr>
          <w:b/>
        </w:rPr>
        <w:t xml:space="preserve">[22:09] </w:t>
      </w:r>
      <w:r>
        <w:t>sab nakaam mar jaate hain.</w:t>
      </w:r>
    </w:p>
    <w:p>
      <w:pPr>
        <w:jc w:val="right"/>
      </w:pPr>
      <w:r>
        <w:t>سب ناکام مر جاتے ہیں۔</w:t>
      </w:r>
    </w:p>
    <w:p>
      <w:r>
        <w:rPr>
          <w:b/>
        </w:rPr>
        <w:t xml:space="preserve">[22:15] </w:t>
      </w:r>
      <w:r>
        <w:t>poora hona kisi ko nahi milta.</w:t>
      </w:r>
    </w:p>
    <w:p>
      <w:pPr>
        <w:jc w:val="right"/>
      </w:pPr>
      <w:r>
        <w:t>پورا ہونا کسی کو نہیں ملتا۔</w:t>
      </w:r>
    </w:p>
    <w:p>
      <w:r>
        <w:rPr>
          <w:b/>
        </w:rPr>
        <w:t xml:space="preserve">[22:21] </w:t>
      </w:r>
      <w:r>
        <w:t>aap ghor kijiye ke yeh ajeeb o ghareeb qism ke jo hamare andar hiss-e-lazzat hai woh kis</w:t>
      </w:r>
    </w:p>
    <w:p>
      <w:pPr>
        <w:jc w:val="right"/>
      </w:pPr>
      <w:r>
        <w:t>آپ غور کیجیے کہ یہ عجیب و غریب قسم کے جو ہمارے اندر حس لذت ہے وہ کس</w:t>
      </w:r>
    </w:p>
    <w:p>
      <w:r>
        <w:rPr>
          <w:b/>
        </w:rPr>
        <w:t xml:space="preserve">[22:26] </w:t>
      </w:r>
      <w:r>
        <w:t>liye hai? bas mar kar khatm ho jaye? band kar dijiye.</w:t>
      </w:r>
    </w:p>
    <w:p>
      <w:pPr>
        <w:jc w:val="right"/>
      </w:pPr>
      <w:r>
        <w:t>لیے ہے؟ بس مر کر ختم ہو جائے؟ بند کر دیجیے۔</w:t>
      </w:r>
    </w:p>
    <w:p>
      <w:r>
        <w:rPr>
          <w:b/>
        </w:rPr>
        <w:t xml:space="preserve">[22:32] </w:t>
      </w:r>
      <w:r>
        <w:t>yani bohat hi ajeeb qism ka hiss-e-lazzat hai insaan ke andar.</w:t>
      </w:r>
    </w:p>
    <w:p>
      <w:pPr>
        <w:jc w:val="right"/>
      </w:pPr>
      <w:r>
        <w:t>یعنی بہت ہی عجیب قسم کا حس لذت ہے انسان کے اندر۔</w:t>
      </w:r>
    </w:p>
    <w:p>
      <w:r>
        <w:rPr>
          <w:b/>
        </w:rPr>
        <w:t xml:space="preserve">[22:38] </w:t>
      </w:r>
      <w:r>
        <w:t>to yeh do cheezein jo insaan mein hain ek taraf sochne ki salahiyat bohat zyada doosri taraf hiss-e-</w:t>
      </w:r>
    </w:p>
    <w:p>
      <w:pPr>
        <w:jc w:val="right"/>
      </w:pPr>
      <w:r>
        <w:t>تو یہ دو چیزیں جو انسان میں ہیں ایک طرف سوچنے کی صلاحیت بہت زیادہ دوسری طرف حس</w:t>
      </w:r>
    </w:p>
    <w:p>
      <w:r>
        <w:rPr>
          <w:b/>
        </w:rPr>
        <w:t xml:space="preserve">[22:44] </w:t>
      </w:r>
      <w:r>
        <w:t>lazzat bohat zyada.</w:t>
      </w:r>
    </w:p>
    <w:p>
      <w:pPr>
        <w:jc w:val="right"/>
      </w:pPr>
      <w:r>
        <w:t>لذت بہت زیادہ۔</w:t>
      </w:r>
    </w:p>
    <w:p>
      <w:r>
        <w:rPr>
          <w:b/>
        </w:rPr>
        <w:t xml:space="preserve">[22:50] </w:t>
      </w:r>
      <w:r>
        <w:t>to kya abas hai yeh? kya is ka koi maqsad nahi hai? khwamkhwah paida kar diya gaya hai?</w:t>
      </w:r>
    </w:p>
    <w:p>
      <w:pPr>
        <w:jc w:val="right"/>
      </w:pPr>
      <w:r>
        <w:t>تو کیا عبث ہے یہ؟ کیا اس کا کوئی مقصد نہیں ہے؟ خوامخواہ پیدا کر دیا گیا ہے؟</w:t>
      </w:r>
    </w:p>
    <w:p>
      <w:r>
        <w:rPr>
          <w:b/>
        </w:rPr>
        <w:t xml:space="preserve">[22:56] </w:t>
      </w:r>
      <w:r>
        <w:t>is aayat mein yeh sawal kiya gaya hai.</w:t>
      </w:r>
    </w:p>
    <w:p>
      <w:pPr>
        <w:jc w:val="right"/>
      </w:pPr>
      <w:r>
        <w:t>اس آیت میں یہ سوال کیا گیا ہے۔</w:t>
      </w:r>
    </w:p>
    <w:p>
      <w:r>
        <w:rPr>
          <w:b/>
        </w:rPr>
        <w:t xml:space="preserve">[23:02] </w:t>
      </w:r>
      <w:r>
        <w:t>to yeh namumkin hai.</w:t>
      </w:r>
    </w:p>
    <w:p>
      <w:pPr>
        <w:jc w:val="right"/>
      </w:pPr>
      <w:r>
        <w:t>تو یہ ناممکن ہے۔</w:t>
      </w:r>
    </w:p>
    <w:p>
      <w:r>
        <w:rPr>
          <w:b/>
        </w:rPr>
        <w:t xml:space="preserve">[23:08] </w:t>
      </w:r>
      <w:r>
        <w:t>kyunki dekhiye is kainat mein science daanon ne jo jo daryaft ki hai bohat hi ajeeb o ghareeb ke</w:t>
      </w:r>
    </w:p>
    <w:p>
      <w:pPr>
        <w:jc w:val="right"/>
      </w:pPr>
      <w:r>
        <w:t>کیونکہ دیکھیے اس کائنات میں سائنسدانوں نے جو جو دریافت کی ہے بہت ہی عجیب و غریب کہ</w:t>
      </w:r>
    </w:p>
    <w:p>
      <w:r>
        <w:rPr>
          <w:b/>
        </w:rPr>
        <w:t xml:space="preserve">[23:14] </w:t>
      </w:r>
      <w:r>
        <w:t>kainat maani khez kainat hai.</w:t>
      </w:r>
    </w:p>
    <w:p>
      <w:pPr>
        <w:jc w:val="right"/>
      </w:pPr>
      <w:r>
        <w:t>کائنات معنی خیز کائنات ہے۔</w:t>
      </w:r>
    </w:p>
    <w:p>
      <w:r>
        <w:rPr>
          <w:b/>
        </w:rPr>
        <w:t xml:space="preserve">[23:20] </w:t>
      </w:r>
      <w:r>
        <w:t>Our universe is a meaningful universe.</w:t>
      </w:r>
    </w:p>
    <w:p>
      <w:pPr>
        <w:jc w:val="right"/>
      </w:pPr>
      <w:r>
        <w:t>Our universe is a meaningful universe.</w:t>
      </w:r>
    </w:p>
    <w:p>
      <w:r>
        <w:rPr>
          <w:b/>
        </w:rPr>
        <w:t xml:space="preserve">[23:26] </w:t>
      </w:r>
      <w:r>
        <w:t>bohat hi ajeeb cheez hai.</w:t>
      </w:r>
    </w:p>
    <w:p>
      <w:pPr>
        <w:jc w:val="right"/>
      </w:pPr>
      <w:r>
        <w:t>بہت ہی عجیب چیز ہے۔</w:t>
      </w:r>
    </w:p>
    <w:p>
      <w:r>
        <w:rPr>
          <w:b/>
        </w:rPr>
        <w:t xml:space="preserve">[23:32] </w:t>
      </w:r>
      <w:r>
        <w:t>saari kainat mein jo sar-garmiyan hain woh sab ki sab bohat zyada maani khez hain.</w:t>
      </w:r>
    </w:p>
    <w:p>
      <w:pPr>
        <w:jc w:val="right"/>
      </w:pPr>
      <w:r>
        <w:t>ساری کائنات میں جو سرگرمیاں ہیں وہ سب کی سب بہت زیادہ معنی خیز ہیں۔</w:t>
      </w:r>
    </w:p>
    <w:p>
      <w:r>
        <w:rPr>
          <w:b/>
        </w:rPr>
        <w:t xml:space="preserve">[23:38] </w:t>
      </w:r>
      <w:r>
        <w:t>to kaise mumkin hai ke wohi Khuda ki wohi makhlooq jis ko hum ne insaan kaha jo saari</w:t>
      </w:r>
    </w:p>
    <w:p>
      <w:pPr>
        <w:jc w:val="right"/>
      </w:pPr>
      <w:r>
        <w:t>تو کیسے ممکن ہے کہ وہی خدا کی وہی مخلوق جس کو ہم نے انسان کہا جو ساری</w:t>
      </w:r>
    </w:p>
    <w:p>
      <w:r>
        <w:rPr>
          <w:b/>
        </w:rPr>
        <w:t xml:space="preserve">[23:43] </w:t>
      </w:r>
      <w:r>
        <w:t>kainat ka sab se anokha moajza hai wohi maqsad khez ho, wohi maani khez ho? kaise ho sakta</w:t>
      </w:r>
    </w:p>
    <w:p>
      <w:pPr>
        <w:jc w:val="right"/>
      </w:pPr>
      <w:r>
        <w:t>کائنات کا سب سے انوکھا معجزہ ہے وہی مقصد خیز ہو، وہی معنی خیز ہو؟ کیسے ہو سکتا</w:t>
      </w:r>
    </w:p>
    <w:p>
      <w:r>
        <w:rPr>
          <w:b/>
        </w:rPr>
        <w:t xml:space="preserve">[23:49] </w:t>
      </w:r>
      <w:r>
        <w:t>hai? to zehan ke andar sochne ki salahiyat ka hona is baat ka saboot hai ke koi cheez</w:t>
      </w:r>
    </w:p>
    <w:p>
      <w:pPr>
        <w:jc w:val="right"/>
      </w:pPr>
      <w:r>
        <w:t>ہے؟ تو ذہن کے اندر سوچنے کی صلاحیت کا ہونا اس بات کا ثبوت ہے کہ کوئی چیز</w:t>
      </w:r>
    </w:p>
    <w:p>
      <w:r>
        <w:rPr>
          <w:b/>
        </w:rPr>
        <w:t xml:space="preserve">[23:55] </w:t>
      </w:r>
      <w:r>
        <w:t>hai jis par aap sochein.</w:t>
      </w:r>
    </w:p>
    <w:p>
      <w:pPr>
        <w:jc w:val="right"/>
      </w:pPr>
      <w:r>
        <w:t>ہے جس پر آپ سوچیں۔</w:t>
      </w:r>
    </w:p>
    <w:p>
      <w:r>
        <w:rPr>
          <w:b/>
        </w:rPr>
        <w:t xml:space="preserve">[24:01] </w:t>
      </w:r>
      <w:r>
        <w:t>is sochne ki salahiyat jo hai dimagh mein woh apne aap mein is baat ka saboot hai ke</w:t>
      </w:r>
    </w:p>
    <w:p>
      <w:pPr>
        <w:jc w:val="right"/>
      </w:pPr>
      <w:r>
        <w:t>اس سوچنے کی صلاحیت جو ہے دماغ میں وہ اپنے آپ میں اس بات کا ثبوت ہے کہ</w:t>
      </w:r>
    </w:p>
    <w:p>
      <w:r>
        <w:rPr>
          <w:b/>
        </w:rPr>
        <w:t xml:space="preserve">[24:07] </w:t>
      </w:r>
      <w:r>
        <w:t>koi cheez hai jis ke baray mein aap sochen aap.</w:t>
      </w:r>
    </w:p>
    <w:p>
      <w:pPr>
        <w:jc w:val="right"/>
      </w:pPr>
      <w:r>
        <w:t>کوئی چیز ہے جس کے بارے میں آپ سوچیں آپ۔</w:t>
      </w:r>
    </w:p>
    <w:p>
      <w:r>
        <w:rPr>
          <w:b/>
        </w:rPr>
        <w:t xml:space="preserve">[24:13] </w:t>
      </w:r>
      <w:r>
        <w:t>to woh cheez kya hai? woh muajze of nature, muajze of kainaat hain.</w:t>
      </w:r>
    </w:p>
    <w:p>
      <w:pPr>
        <w:jc w:val="right"/>
      </w:pPr>
      <w:r>
        <w:t>تو وہ چیز کیا ہے؟ وہ معجزے آف نیچر، معجزے آف کائنات ہیں۔</w:t>
      </w:r>
    </w:p>
    <w:p>
      <w:r>
        <w:rPr>
          <w:b/>
        </w:rPr>
        <w:t xml:space="preserve">[24:19] </w:t>
      </w:r>
      <w:r>
        <w:t>ab aap ke andar jo hass-e-lazat hai is ka hona apne aap mein is ka saboot hai</w:t>
      </w:r>
    </w:p>
    <w:p>
      <w:pPr>
        <w:jc w:val="right"/>
      </w:pPr>
      <w:r>
        <w:t>اب آپ کے اندر جو حس لذت ہے اس کا ہونا اپنے آپ میں اس کا ثبوت ہے</w:t>
      </w:r>
    </w:p>
    <w:p>
      <w:r>
        <w:rPr>
          <w:b/>
        </w:rPr>
        <w:t xml:space="preserve">[24:25] </w:t>
      </w:r>
      <w:r>
        <w:t>ke kahin poora hona ho is ka.</w:t>
      </w:r>
    </w:p>
    <w:p>
      <w:pPr>
        <w:jc w:val="right"/>
      </w:pPr>
      <w:r>
        <w:t>کہ کہیں پورا ہونا ہو اس کا۔</w:t>
      </w:r>
    </w:p>
    <w:p>
      <w:r>
        <w:rPr>
          <w:b/>
        </w:rPr>
        <w:t xml:space="preserve">[24:31] </w:t>
      </w:r>
      <w:r>
        <w:t>jab hass-e-lazat hai to is ka poora hona bhi zaroori hai.</w:t>
      </w:r>
    </w:p>
    <w:p>
      <w:pPr>
        <w:jc w:val="right"/>
      </w:pPr>
      <w:r>
        <w:t>جب حس لذت ہے تو اس کا پورا ہونا بھی ضروری ہے۔</w:t>
      </w:r>
    </w:p>
    <w:p>
      <w:r>
        <w:rPr>
          <w:b/>
        </w:rPr>
        <w:t xml:space="preserve">[24:37] </w:t>
      </w:r>
      <w:r>
        <w:t>is ka jawab jannat hai.</w:t>
      </w:r>
    </w:p>
    <w:p>
      <w:pPr>
        <w:jc w:val="right"/>
      </w:pPr>
      <w:r>
        <w:t>اس کا جواب جنت ہے۔</w:t>
      </w:r>
    </w:p>
    <w:p>
      <w:r>
        <w:rPr>
          <w:b/>
        </w:rPr>
        <w:t xml:space="preserve">[24:43] </w:t>
      </w:r>
      <w:r>
        <w:t>kaisi ajeeb takhleeq hai Allah taala ki.</w:t>
      </w:r>
    </w:p>
    <w:p>
      <w:pPr>
        <w:jc w:val="right"/>
      </w:pPr>
      <w:r>
        <w:t>کیسی عجیب تخلیق ہے اللہ تعالیٰ کی۔</w:t>
      </w:r>
    </w:p>
    <w:p>
      <w:r>
        <w:rPr>
          <w:b/>
        </w:rPr>
        <w:t xml:space="preserve">[24:49] </w:t>
      </w:r>
      <w:r>
        <w:t>yani is se aagay koi aur ziyada behtar design aap soch nahi sakte.</w:t>
      </w:r>
    </w:p>
    <w:p>
      <w:pPr>
        <w:jc w:val="right"/>
      </w:pPr>
      <w:r>
        <w:t>یعنی اس سے آگے کوئی اور زیادہ بہتر ڈیزائن آپ سوچ نہیں سکتے۔</w:t>
      </w:r>
    </w:p>
    <w:p>
      <w:r>
        <w:rPr>
          <w:b/>
        </w:rPr>
        <w:t xml:space="preserve">[24:55] </w:t>
      </w:r>
      <w:r>
        <w:t>is se ziyada aala design aap soch nahi sakte.</w:t>
      </w:r>
    </w:p>
    <w:p>
      <w:pPr>
        <w:jc w:val="right"/>
      </w:pPr>
      <w:r>
        <w:t>اس سے زیادہ اعلیٰ ڈیزائن آپ سوچ نہیں سکتے۔</w:t>
      </w:r>
    </w:p>
    <w:p>
      <w:r>
        <w:rPr>
          <w:b/>
        </w:rPr>
        <w:t xml:space="preserve">[25:00] </w:t>
      </w:r>
      <w:r>
        <w:t>kaisi ajeeb yeh takhleeq hai.</w:t>
      </w:r>
    </w:p>
    <w:p>
      <w:pPr>
        <w:jc w:val="right"/>
      </w:pPr>
      <w:r>
        <w:t>کیسی عجیب یہ تخلیق ہے۔</w:t>
      </w:r>
    </w:p>
    <w:p>
      <w:r>
        <w:rPr>
          <w:b/>
        </w:rPr>
        <w:t xml:space="preserve">[25:06] </w:t>
      </w:r>
      <w:r>
        <w:t>aur yeh jo hass-e-lazat aap ka hai yeh al yeh is ki koi koi had nahi hai.</w:t>
      </w:r>
    </w:p>
    <w:p>
      <w:pPr>
        <w:jc w:val="right"/>
      </w:pPr>
      <w:r>
        <w:t>اور یہ جو حس لذت آپ کا ہے یہ ال یہ اس کی کوئی کوئی حد نہیں ہے۔</w:t>
      </w:r>
    </w:p>
    <w:p>
      <w:r>
        <w:rPr>
          <w:b/>
        </w:rPr>
        <w:t xml:space="preserve">[25:12] </w:t>
      </w:r>
      <w:r>
        <w:t>koi had nahi hai.</w:t>
      </w:r>
    </w:p>
    <w:p>
      <w:pPr>
        <w:jc w:val="right"/>
      </w:pPr>
      <w:r>
        <w:t>کوئی حد نہیں ہے۔</w:t>
      </w:r>
    </w:p>
    <w:p>
      <w:r>
        <w:rPr>
          <w:b/>
        </w:rPr>
        <w:t xml:space="preserve">[25:18] </w:t>
      </w:r>
      <w:r>
        <w:t>yehi wajah hai ke jo baray baray badshah aur baray baray daulatmand log hotay hain kyon martay</w:t>
      </w:r>
    </w:p>
    <w:p>
      <w:pPr>
        <w:jc w:val="right"/>
      </w:pPr>
      <w:r>
        <w:t>یہی وجہ ہے کہ جو بڑے بڑے بادشاہ اور بڑے بڑے دولت مند لوگ ہوتے ہیں کیوں مرتے</w:t>
      </w:r>
    </w:p>
    <w:p>
      <w:r>
        <w:rPr>
          <w:b/>
        </w:rPr>
        <w:t xml:space="preserve">[25:24] </w:t>
      </w:r>
      <w:r>
        <w:t>hain aur un ko poora hona nahi milta? kyonke jo kuch bhi unhon ne hasil kiya dunya mein</w:t>
      </w:r>
    </w:p>
    <w:p>
      <w:pPr>
        <w:jc w:val="right"/>
      </w:pPr>
      <w:r>
        <w:t>ہیں اور ان کو پورا ہونا نہیں ملتا؟ کیونکہ جو کچھ بھی انہوں نے حاصل کیا دنیا میں</w:t>
      </w:r>
    </w:p>
    <w:p>
      <w:r>
        <w:rPr>
          <w:b/>
        </w:rPr>
        <w:t xml:space="preserve">[25:30] </w:t>
      </w:r>
      <w:r>
        <w:t>bohat mehdood tha woh.</w:t>
      </w:r>
    </w:p>
    <w:p>
      <w:pPr>
        <w:jc w:val="right"/>
      </w:pPr>
      <w:r>
        <w:t>بہت محدود تھا وہ۔</w:t>
      </w:r>
    </w:p>
    <w:p>
      <w:r>
        <w:rPr>
          <w:b/>
        </w:rPr>
        <w:t xml:space="preserve">[25:36] </w:t>
      </w:r>
      <w:r>
        <w:t>yani un ka siyasai ikhtiyar mehdood tha.</w:t>
      </w:r>
    </w:p>
    <w:p>
      <w:pPr>
        <w:jc w:val="right"/>
      </w:pPr>
      <w:r>
        <w:t>یعنی ان کا سیاسی اختیار محدود تھا۔</w:t>
      </w:r>
    </w:p>
    <w:p>
      <w:r>
        <w:rPr>
          <w:b/>
        </w:rPr>
        <w:t xml:space="preserve">[25:42] </w:t>
      </w:r>
      <w:r>
        <w:t>un ka un ke mahal mehdood thay.</w:t>
      </w:r>
    </w:p>
    <w:p>
      <w:pPr>
        <w:jc w:val="right"/>
      </w:pPr>
      <w:r>
        <w:t>ان کا ان کے محل محدود تھے۔</w:t>
      </w:r>
    </w:p>
    <w:p>
      <w:r>
        <w:rPr>
          <w:b/>
        </w:rPr>
        <w:t xml:space="preserve">[25:48] </w:t>
      </w:r>
      <w:r>
        <w:t>un ka saman jo jama kiya woh sab mehdood tha.</w:t>
      </w:r>
    </w:p>
    <w:p>
      <w:pPr>
        <w:jc w:val="right"/>
      </w:pPr>
      <w:r>
        <w:t>ان کا سامان جو جمع کیا وہ سب محدود تھا۔</w:t>
      </w:r>
    </w:p>
    <w:p>
      <w:r>
        <w:rPr>
          <w:b/>
        </w:rPr>
        <w:t xml:space="preserve">[25:54] </w:t>
      </w:r>
      <w:r>
        <w:t>lekan un ka jo hass-e-lazat tha woh to la mehdood tha.</w:t>
      </w:r>
    </w:p>
    <w:p>
      <w:pPr>
        <w:jc w:val="right"/>
      </w:pPr>
      <w:r>
        <w:t>لیکن ان کا جو حس لذت تھا وہ تو لامحدود تھا۔</w:t>
      </w:r>
    </w:p>
    <w:p>
      <w:r>
        <w:rPr>
          <w:b/>
        </w:rPr>
        <w:t xml:space="preserve">[26:00] </w:t>
      </w:r>
      <w:r>
        <w:t>is wajah se kisi ko taskeen nahi mili.</w:t>
      </w:r>
    </w:p>
    <w:p>
      <w:pPr>
        <w:jc w:val="right"/>
      </w:pPr>
      <w:r>
        <w:t>اس وجہ سے کسی کو تسکین نہیں ملی۔</w:t>
      </w:r>
    </w:p>
    <w:p>
      <w:r>
        <w:rPr>
          <w:b/>
        </w:rPr>
        <w:t xml:space="preserve">[26:06] </w:t>
      </w:r>
      <w:r>
        <w:t>koi had hi nahi hai hamaray hass-e-lazat ki.</w:t>
      </w:r>
    </w:p>
    <w:p>
      <w:pPr>
        <w:jc w:val="right"/>
      </w:pPr>
      <w:r>
        <w:t>کوئی حد ہی نہیں ہے ہمارے حس لذت کی۔</w:t>
      </w:r>
    </w:p>
    <w:p>
      <w:r>
        <w:rPr>
          <w:b/>
        </w:rPr>
        <w:t xml:space="preserve">[26:12] </w:t>
      </w:r>
      <w:r>
        <w:t>lekan jo kuch bhi aap dunya mein apni thori si zindagi mein 70, 80 saal ki zindagi mein</w:t>
      </w:r>
    </w:p>
    <w:p>
      <w:pPr>
        <w:jc w:val="right"/>
      </w:pPr>
      <w:r>
        <w:t>لیکن جو کچھ بھی آپ دنیا میں اپنی تھوڑی سی زندگی میں 70، 80 سال کی زندگی میں</w:t>
      </w:r>
    </w:p>
    <w:p>
      <w:r>
        <w:rPr>
          <w:b/>
        </w:rPr>
        <w:t xml:space="preserve">[26:17] </w:t>
      </w:r>
      <w:r>
        <w:t>hasil karte hain woh behrhaal mehdood hota hai.</w:t>
      </w:r>
    </w:p>
    <w:p>
      <w:pPr>
        <w:jc w:val="right"/>
      </w:pPr>
      <w:r>
        <w:t>حاصل کرتے ہیں وہ بہرحال محدود ہوتا ہے۔</w:t>
      </w:r>
    </w:p>
    <w:p>
      <w:r>
        <w:rPr>
          <w:b/>
        </w:rPr>
        <w:t xml:space="preserve">[26:23] </w:t>
      </w:r>
      <w:r>
        <w:t>yehi wajah hai ke khushi nahi milti dunya mein.</w:t>
      </w:r>
    </w:p>
    <w:p>
      <w:pPr>
        <w:jc w:val="right"/>
      </w:pPr>
      <w:r>
        <w:t>یہی وجہ ہے کہ خوشی نہیں ملتی دنیا میں۔</w:t>
      </w:r>
    </w:p>
    <w:p>
      <w:r>
        <w:rPr>
          <w:b/>
        </w:rPr>
        <w:t xml:space="preserve">[26:29] </w:t>
      </w:r>
      <w:r>
        <w:t>khushi nahi milti kisi ko dunya mein.</w:t>
      </w:r>
    </w:p>
    <w:p>
      <w:pPr>
        <w:jc w:val="right"/>
      </w:pPr>
      <w:r>
        <w:t>خوشی نہیں ملتی کسی کو دنیا میں۔</w:t>
      </w:r>
    </w:p>
    <w:p>
      <w:r>
        <w:rPr>
          <w:b/>
        </w:rPr>
        <w:t xml:space="preserve">[26:35] </w:t>
      </w:r>
      <w:r>
        <w:t>yahi wajah hai ke sare log mayusi mein jeete hain, mayusi mein marte hain.</w:t>
      </w:r>
    </w:p>
    <w:p>
      <w:pPr>
        <w:jc w:val="right"/>
      </w:pPr>
      <w:r>
        <w:t>یہی وجہ ہے کہ سارے لوگ مایوسی میں جیتے ہیں، مایوسی میں مرتے ہیں۔</w:t>
      </w:r>
    </w:p>
    <w:p>
      <w:r>
        <w:rPr>
          <w:b/>
        </w:rPr>
        <w:t xml:space="preserve">[26:41] </w:t>
      </w:r>
      <w:r>
        <w:t>isi tazaad ki wajah se.</w:t>
      </w:r>
    </w:p>
    <w:p>
      <w:pPr>
        <w:jc w:val="right"/>
      </w:pPr>
      <w:r>
        <w:t>اسی تضاد کی وجہ سے۔</w:t>
      </w:r>
    </w:p>
    <w:p>
      <w:r>
        <w:rPr>
          <w:b/>
        </w:rPr>
        <w:t xml:space="preserve">[26:47] </w:t>
      </w:r>
      <w:r>
        <w:t>ke aadmi ke andar jo hiss-e-lazat hai woh bohat zyada hai.</w:t>
      </w:r>
    </w:p>
    <w:p>
      <w:pPr>
        <w:jc w:val="right"/>
      </w:pPr>
      <w:r>
        <w:t>کہ آدمی کے اندر جو حس لذت ہے وہ بہت زیادہ ہے۔</w:t>
      </w:r>
    </w:p>
    <w:p>
      <w:r>
        <w:rPr>
          <w:b/>
        </w:rPr>
        <w:t xml:space="preserve">[26:53] </w:t>
      </w:r>
      <w:r>
        <w:t>jo bala hai woh mehdood hai.</w:t>
      </w:r>
    </w:p>
    <w:p>
      <w:pPr>
        <w:jc w:val="right"/>
      </w:pPr>
      <w:r>
        <w:t>جو بلا ہے وہ محدود ہے۔</w:t>
      </w:r>
    </w:p>
    <w:p>
      <w:r>
        <w:rPr>
          <w:b/>
        </w:rPr>
        <w:t xml:space="preserve">[26:59] </w:t>
      </w:r>
      <w:r>
        <w:t>to quran mein dekhiye ek bohat ajeeb o ghareeb ayat hai.</w:t>
      </w:r>
    </w:p>
    <w:p>
      <w:pPr>
        <w:jc w:val="right"/>
      </w:pPr>
      <w:r>
        <w:t>تو قرآن میں دیکھیے ایک بہت عجیب و غریب آیت ہے۔</w:t>
      </w:r>
    </w:p>
    <w:p>
      <w:r>
        <w:rPr>
          <w:b/>
        </w:rPr>
        <w:t xml:space="preserve">[27:05] </w:t>
      </w:r>
      <w:r>
        <w:t>do ayatein mein arz karunga.</w:t>
      </w:r>
    </w:p>
    <w:p>
      <w:pPr>
        <w:jc w:val="right"/>
      </w:pPr>
      <w:r>
        <w:t>دو آیتیں میں عرض کروں گا۔</w:t>
      </w:r>
    </w:p>
    <w:p>
      <w:r>
        <w:rPr>
          <w:b/>
        </w:rPr>
        <w:t xml:space="preserve">[27:11] </w:t>
      </w:r>
      <w:r>
        <w:t>ek ayat dunya ke aitbar se, ek ayat akhirat ke aitbar se.</w:t>
      </w:r>
    </w:p>
    <w:p>
      <w:pPr>
        <w:jc w:val="right"/>
      </w:pPr>
      <w:r>
        <w:t>ایک آیت دنیا کے اعتبار سے، ایک آیت آخرت کے اعتبار سے۔</w:t>
      </w:r>
    </w:p>
    <w:p>
      <w:r>
        <w:rPr>
          <w:b/>
        </w:rPr>
        <w:t xml:space="preserve">[27:17] </w:t>
      </w:r>
      <w:r>
        <w:t>ek ayat yeh hai wa sakhkhara lakum ma fis samawati wal ardi jamee'an yeh dunya mein jo kuch hai sab</w:t>
      </w:r>
    </w:p>
    <w:p>
      <w:pPr>
        <w:jc w:val="right"/>
      </w:pPr>
      <w:r>
        <w:t>ایک آیت یہ ہے وَسَخَّرَ لَكُمْ مَا فِي السَّمٰوَاتِ وَالْأَرْضِ جَمِيعًا یہ دنیا میں جو کچھ ہے سب</w:t>
      </w:r>
    </w:p>
    <w:p>
      <w:r>
        <w:rPr>
          <w:b/>
        </w:rPr>
        <w:t xml:space="preserve">[27:23] </w:t>
      </w:r>
      <w:r>
        <w:t>ka sab insaan ke liye musakhkhar kar diya gaya hai.</w:t>
      </w:r>
    </w:p>
    <w:p>
      <w:pPr>
        <w:jc w:val="right"/>
      </w:pPr>
      <w:r>
        <w:t>کا سب انسان کے لیے مسخر کر دیا گیا ہے۔</w:t>
      </w:r>
    </w:p>
    <w:p>
      <w:r>
        <w:rPr>
          <w:b/>
        </w:rPr>
        <w:t xml:space="preserve">[27:29] </w:t>
      </w:r>
      <w:r>
        <w:t>musakhkhar ka matlab kya hai? yani insaan ke kaam mein laga diya gaya hai.</w:t>
      </w:r>
    </w:p>
    <w:p>
      <w:pPr>
        <w:jc w:val="right"/>
      </w:pPr>
      <w:r>
        <w:t>مسخر کا مطلب کیا ہے؟ یعنی انسان کے کام میں لگا دیا گیا ہے۔</w:t>
      </w:r>
    </w:p>
    <w:p>
      <w:r>
        <w:rPr>
          <w:b/>
        </w:rPr>
        <w:t xml:space="preserve">[27:34] </w:t>
      </w:r>
      <w:r>
        <w:t>insaan ki zarooraton ko poora karne wala bana diya gaya hai.</w:t>
      </w:r>
    </w:p>
    <w:p>
      <w:pPr>
        <w:jc w:val="right"/>
      </w:pPr>
      <w:r>
        <w:t>انسان کی ضرورتوں کو پورا کرنے والا بنا دیا گیا ہے۔</w:t>
      </w:r>
    </w:p>
    <w:p>
      <w:r>
        <w:rPr>
          <w:b/>
        </w:rPr>
        <w:t xml:space="preserve">[27:40] </w:t>
      </w:r>
      <w:r>
        <w:t>kai science daanon ne bohat sahi kaha ke "Universe is a custom-made universe." jaisa insaan chahta hai waisi poori kainat hai.</w:t>
      </w:r>
    </w:p>
    <w:p>
      <w:pPr>
        <w:jc w:val="right"/>
      </w:pPr>
      <w:r>
        <w:t>کئی سائنسدانوں نے بہت صحیح کہا کہ "Universe is a custom-made universe." جیسا انسان چاہتا ہے ویسی پوری کائنات ہے۔</w:t>
      </w:r>
    </w:p>
    <w:p>
      <w:r>
        <w:rPr>
          <w:b/>
        </w:rPr>
        <w:t xml:space="preserve">[27:46] </w:t>
      </w:r>
      <w:r>
        <w:t>kaisi ajeeb baat hai.</w:t>
      </w:r>
    </w:p>
    <w:p>
      <w:pPr>
        <w:jc w:val="right"/>
      </w:pPr>
      <w:r>
        <w:t>کیسی عجیب بات ہے۔</w:t>
      </w:r>
    </w:p>
    <w:p>
      <w:r>
        <w:rPr>
          <w:b/>
        </w:rPr>
        <w:t xml:space="preserve">[27:52] </w:t>
      </w:r>
      <w:r>
        <w:t>hum apni aankh ke liye chahte hain ke roshni ho.</w:t>
      </w:r>
    </w:p>
    <w:p>
      <w:pPr>
        <w:jc w:val="right"/>
      </w:pPr>
      <w:r>
        <w:t>ہم اپنی آنکھ کے لیے چاہتے ہیں کہ روشنی ہو۔</w:t>
      </w:r>
    </w:p>
    <w:p>
      <w:r>
        <w:rPr>
          <w:b/>
        </w:rPr>
        <w:t xml:space="preserve">[27:58] </w:t>
      </w:r>
      <w:r>
        <w:t>kyun ke roshni nahi hui to hum dekh nahi sakte.</w:t>
      </w:r>
    </w:p>
    <w:p>
      <w:pPr>
        <w:jc w:val="right"/>
      </w:pPr>
      <w:r>
        <w:t>کیونکہ روشنی نہیں ہوئی تو ہم دیکھ نہیں سکتے۔</w:t>
      </w:r>
    </w:p>
    <w:p>
      <w:r>
        <w:rPr>
          <w:b/>
        </w:rPr>
        <w:t xml:space="preserve">[28:04] </w:t>
      </w:r>
      <w:r>
        <w:t>to sari kainat mein khuda ne roshni ke yani anbaar laga diye.</w:t>
      </w:r>
    </w:p>
    <w:p>
      <w:pPr>
        <w:jc w:val="right"/>
      </w:pPr>
      <w:r>
        <w:t>تو ساری کائنات میں خدا نے روشنی کے یعنی انبار لگا دیئے۔</w:t>
      </w:r>
    </w:p>
    <w:p>
      <w:r>
        <w:rPr>
          <w:b/>
        </w:rPr>
        <w:t xml:space="preserve">[28:10] </w:t>
      </w:r>
      <w:r>
        <w:t>tabhi to aap telescope dekh paati hain.</w:t>
      </w:r>
    </w:p>
    <w:p>
      <w:pPr>
        <w:jc w:val="right"/>
      </w:pPr>
      <w:r>
        <w:t>تبھی تو آپ ٹیلیسکوپ دیکھ پاتی ہیں۔</w:t>
      </w:r>
    </w:p>
    <w:p>
      <w:r>
        <w:rPr>
          <w:b/>
        </w:rPr>
        <w:t xml:space="preserve">[28:16] </w:t>
      </w:r>
      <w:r>
        <w:t>agar roshni na ho to kaise dekhenge aap? kaisi ajeeb baat hai.</w:t>
      </w:r>
    </w:p>
    <w:p>
      <w:pPr>
        <w:jc w:val="right"/>
      </w:pPr>
      <w:r>
        <w:t>اگر روشنی نہ ہو تو کیسے دیکھیں گے آپ؟ کیسی عجیب بات ہے۔</w:t>
      </w:r>
    </w:p>
    <w:p>
      <w:r>
        <w:rPr>
          <w:b/>
        </w:rPr>
        <w:t xml:space="preserve">[28:22] </w:t>
      </w:r>
      <w:r>
        <w:t>hum apni zindagi ke liye oxygen chahte hain to wafar miqdar mein oxygen maujood hai.</w:t>
      </w:r>
    </w:p>
    <w:p>
      <w:pPr>
        <w:jc w:val="right"/>
      </w:pPr>
      <w:r>
        <w:t>ہم اپنی زندگی کے لیے آکسیجن چاہتے ہیں تو وافر مقدار میں آکسیجن موجود ہے۔</w:t>
      </w:r>
    </w:p>
    <w:p>
      <w:r>
        <w:rPr>
          <w:b/>
        </w:rPr>
        <w:t xml:space="preserve">[28:28] </w:t>
      </w:r>
      <w:r>
        <w:t>hum apni zindagi ke liye pani chahte hain to pani ka samandar maujood hai.</w:t>
      </w:r>
    </w:p>
    <w:p>
      <w:pPr>
        <w:jc w:val="right"/>
      </w:pPr>
      <w:r>
        <w:t>ہم اپنی زندگی کے لیے پانی چاہتے ہیں تو پانی کا سمندر موجود ہے۔</w:t>
      </w:r>
    </w:p>
    <w:p>
      <w:r>
        <w:rPr>
          <w:b/>
        </w:rPr>
        <w:t xml:space="preserve">[28:34] </w:t>
      </w:r>
      <w:r>
        <w:t>hum apni awaz ko phailane ke liye chahte hain hawa ho.</w:t>
      </w:r>
    </w:p>
    <w:p>
      <w:pPr>
        <w:jc w:val="right"/>
      </w:pPr>
      <w:r>
        <w:t>ہم اپنی آواز کو پھیلانے کے لیے چاہتے ہیں ہوا ہو۔</w:t>
      </w:r>
    </w:p>
    <w:p>
      <w:r>
        <w:rPr>
          <w:b/>
        </w:rPr>
        <w:t xml:space="preserve">[28:40] </w:t>
      </w:r>
      <w:r>
        <w:t>sari zameen par hawa phaili hui hai.</w:t>
      </w:r>
    </w:p>
    <w:p>
      <w:pPr>
        <w:jc w:val="right"/>
      </w:pPr>
      <w:r>
        <w:t>ساری زمین پر ہوا پھیلی ہوئی ہے۔</w:t>
      </w:r>
    </w:p>
    <w:p>
      <w:r>
        <w:rPr>
          <w:b/>
        </w:rPr>
        <w:t xml:space="preserve">[28:46] </w:t>
      </w:r>
      <w:r>
        <w:t>hum chahte hain ke zameen jo hai bohat hi zyada yani is ke jo kashish-e-saqle, jo</w:t>
      </w:r>
    </w:p>
    <w:p>
      <w:pPr>
        <w:jc w:val="right"/>
      </w:pPr>
      <w:r>
        <w:t>ہم چاہتے ہیں کہ زمین جو ہے بہت ہی زیادہ یعنی اس کے جو کشش ثقل ہے، جو</w:t>
      </w:r>
    </w:p>
    <w:p>
      <w:r>
        <w:rPr>
          <w:b/>
        </w:rPr>
        <w:t xml:space="preserve">[28:51] </w:t>
      </w:r>
      <w:r>
        <w:t>is ke andar kashish-e-saqle hai woh bohat hi tanasub mein ho.</w:t>
      </w:r>
    </w:p>
    <w:p>
      <w:pPr>
        <w:jc w:val="right"/>
      </w:pPr>
      <w:r>
        <w:t>اس کے اندر کشش ثقل ہے وہ بہت ہی تناسب میں ہو۔</w:t>
      </w:r>
    </w:p>
    <w:p>
      <w:r>
        <w:rPr>
          <w:b/>
        </w:rPr>
        <w:t xml:space="preserve">[28:57] </w:t>
      </w:r>
      <w:r>
        <w:t>hamare hisab se ho.</w:t>
      </w:r>
    </w:p>
    <w:p>
      <w:pPr>
        <w:jc w:val="right"/>
      </w:pPr>
      <w:r>
        <w:t>ہمارے حساب سے ہو۔</w:t>
      </w:r>
    </w:p>
    <w:p>
      <w:r>
        <w:rPr>
          <w:b/>
        </w:rPr>
        <w:t xml:space="preserve">[29:03] </w:t>
      </w:r>
      <w:r>
        <w:t>durust tanasub mein.</w:t>
      </w:r>
    </w:p>
    <w:p>
      <w:pPr>
        <w:jc w:val="right"/>
      </w:pPr>
      <w:r>
        <w:t>درست تناسب میں۔</w:t>
      </w:r>
    </w:p>
    <w:p>
      <w:r>
        <w:rPr>
          <w:b/>
        </w:rPr>
        <w:t xml:space="preserve">[29:09] </w:t>
      </w:r>
      <w:r>
        <w:t>to zameen ki jo kashish-e-saqal hai wo bohat hi durust tanasub mein hai.</w:t>
      </w:r>
    </w:p>
    <w:p>
      <w:pPr>
        <w:jc w:val="right"/>
      </w:pPr>
      <w:r>
        <w:t>تو زمین کی جو کشش ثقل ہے وہ بہت ہی درست تناسب میں ہے۔</w:t>
      </w:r>
    </w:p>
    <w:p>
      <w:r>
        <w:rPr>
          <w:b/>
        </w:rPr>
        <w:t xml:space="preserve">[29:15] </w:t>
      </w:r>
      <w:r>
        <w:t>aise bohat se sitare hain, sayare hain un ki wo hamare liye aaram deh nahin.</w:t>
      </w:r>
    </w:p>
    <w:p>
      <w:pPr>
        <w:jc w:val="right"/>
      </w:pPr>
      <w:r>
        <w:t>ایسے بہت سے ستارے ہیں، سیارے ہیں ان کی وہ ہمارے لیے آرام دہ نہیں۔</w:t>
      </w:r>
    </w:p>
    <w:p>
      <w:r>
        <w:rPr>
          <w:b/>
        </w:rPr>
        <w:t xml:space="preserve">[29:21] </w:t>
      </w:r>
      <w:r>
        <w:t>kyun ke un ki kashish-e-saqal hamare hisab se nahin hai.</w:t>
      </w:r>
    </w:p>
    <w:p>
      <w:pPr>
        <w:jc w:val="right"/>
      </w:pPr>
      <w:r>
        <w:t>کیونکہ ان کی کشش ثقل ہمارے حساب سے نہیں ہے۔</w:t>
      </w:r>
    </w:p>
    <w:p>
      <w:r>
        <w:rPr>
          <w:b/>
        </w:rPr>
        <w:t xml:space="preserve">[29:27] </w:t>
      </w:r>
      <w:r>
        <w:t>lekin jo sayara zameen hai us ki kashish-e-saqal bohat hi durust tanasub mein hai.</w:t>
      </w:r>
    </w:p>
    <w:p>
      <w:pPr>
        <w:jc w:val="right"/>
      </w:pPr>
      <w:r>
        <w:t>لیکن جو سیارہ زمین ہے اس کی کشش ثقل بہت ہی درست تناسب میں ہے۔</w:t>
      </w:r>
    </w:p>
    <w:p>
      <w:r>
        <w:rPr>
          <w:b/>
        </w:rPr>
        <w:t xml:space="preserve">[29:33] </w:t>
      </w:r>
      <w:r>
        <w:t>is tarah ke arbon trillion item hain jo theek hamare hisab se banaye gaye hain.</w:t>
      </w:r>
    </w:p>
    <w:p>
      <w:pPr>
        <w:jc w:val="right"/>
      </w:pPr>
      <w:r>
        <w:t>اس طرح کے اربوں ٹریلین آئٹم ہیں جو ٹھیک ہمارے حساب سے بنائے گئے ہیں۔</w:t>
      </w:r>
    </w:p>
    <w:p>
      <w:r>
        <w:rPr>
          <w:b/>
        </w:rPr>
        <w:t xml:space="preserve">[29:39] </w:t>
      </w:r>
      <w:r>
        <w:t>isi ko kaha gaya hai ke wa sakhkhar lakum ma fi as-samawati wa ma fi al-ardi jamee'an zameen o aasman</w:t>
      </w:r>
    </w:p>
    <w:p>
      <w:pPr>
        <w:jc w:val="right"/>
      </w:pPr>
      <w:r>
        <w:t>اسی کو کہا گیا ہے کہ وَسَخَّرَ لَكُمْ مَا فِي السَّمٰوَاتِ وَمَا فِي الْأَرْضِ جَمِيعًا زمین و آسمان</w:t>
      </w:r>
    </w:p>
    <w:p>
      <w:r>
        <w:rPr>
          <w:b/>
        </w:rPr>
        <w:t xml:space="preserve">[29:45] </w:t>
      </w:r>
      <w:r>
        <w:t>jo kuch hai sab ka sab tumhare liye.</w:t>
      </w:r>
    </w:p>
    <w:p>
      <w:pPr>
        <w:jc w:val="right"/>
      </w:pPr>
      <w:r>
        <w:t>جو کچھ ہے سب کا سب تمہارے لیے۔</w:t>
      </w:r>
    </w:p>
    <w:p>
      <w:r>
        <w:rPr>
          <w:b/>
        </w:rPr>
        <w:t xml:space="preserve">[29:51] </w:t>
      </w:r>
      <w:r>
        <w:t>bohat sahih lafz hai custom-made banaya gaya.</w:t>
      </w:r>
    </w:p>
    <w:p>
      <w:pPr>
        <w:jc w:val="right"/>
      </w:pPr>
      <w:r>
        <w:t>بہت صحیح لفظ ہے custom-made بنایا گیا۔</w:t>
      </w:r>
    </w:p>
    <w:p>
      <w:r>
        <w:rPr>
          <w:b/>
        </w:rPr>
        <w:t xml:space="preserve">[29:57] </w:t>
      </w:r>
      <w:r>
        <w:t>lekin sawal yeh hai ke phir bhi hum is dunya mein enjoy nahin kar paate.</w:t>
      </w:r>
    </w:p>
    <w:p>
      <w:pPr>
        <w:jc w:val="right"/>
      </w:pPr>
      <w:r>
        <w:t>لیکن سوال یہ ہے کہ پھر بھی ہم اس دنیا میں انجوائے نہیں کر پاتے۔</w:t>
      </w:r>
    </w:p>
    <w:p>
      <w:r>
        <w:rPr>
          <w:b/>
        </w:rPr>
        <w:t xml:space="preserve">[30:03] </w:t>
      </w:r>
      <w:r>
        <w:t>is dunya mein reh nahin paate.</w:t>
      </w:r>
    </w:p>
    <w:p>
      <w:pPr>
        <w:jc w:val="right"/>
      </w:pPr>
      <w:r>
        <w:t>اس دنیا میں رہ نہیں پاتے۔</w:t>
      </w:r>
    </w:p>
    <w:p>
      <w:r>
        <w:rPr>
          <w:b/>
        </w:rPr>
        <w:t xml:space="preserve">[30:08] </w:t>
      </w:r>
      <w:r>
        <w:t>har jagah hamein mahdoodiyan hain, nuqsanat hain.</w:t>
      </w:r>
    </w:p>
    <w:p>
      <w:pPr>
        <w:jc w:val="right"/>
      </w:pPr>
      <w:r>
        <w:t>ہر جگہ ہمیں محدودیاں ہیں، نقصانات ہیں۔</w:t>
      </w:r>
    </w:p>
    <w:p>
      <w:r>
        <w:rPr>
          <w:b/>
        </w:rPr>
        <w:t xml:space="preserve">[30:14] </w:t>
      </w:r>
      <w:r>
        <w:t>hadsa hai, maut hai, yeh hai wo hai.</w:t>
      </w:r>
    </w:p>
    <w:p>
      <w:pPr>
        <w:jc w:val="right"/>
      </w:pPr>
      <w:r>
        <w:t>حادثہ ہے، موت ہے، یہ ہے وہ ہے۔</w:t>
      </w:r>
    </w:p>
    <w:p>
      <w:r>
        <w:rPr>
          <w:b/>
        </w:rPr>
        <w:t xml:space="preserve">[30:20] </w:t>
      </w:r>
      <w:r>
        <w:t>to is ke liye Allah taala ne jannat banai.</w:t>
      </w:r>
    </w:p>
    <w:p>
      <w:pPr>
        <w:jc w:val="right"/>
      </w:pPr>
      <w:r>
        <w:t>تو اس کے لیے اللہ تعالیٰ نے جنت بنائی۔</w:t>
      </w:r>
    </w:p>
    <w:p>
      <w:r>
        <w:rPr>
          <w:b/>
        </w:rPr>
        <w:t xml:space="preserve">[30:26] </w:t>
      </w:r>
      <w:r>
        <w:t>jannat ke bare mein quran mein aaya hai ke jannatun arzuhā samawatu wal-ard wo jannat jis ka yaani</w:t>
      </w:r>
    </w:p>
    <w:p>
      <w:pPr>
        <w:jc w:val="right"/>
      </w:pPr>
      <w:r>
        <w:t>جنت کے بارے میں قرآن میں آیا ہے کہ جَنَّةٌ أَرْضُهَا سَّمٰوَاتُ وَالْأَرْضِ وہ جنت جس کا یعنی</w:t>
      </w:r>
    </w:p>
    <w:p>
      <w:r>
        <w:rPr>
          <w:b/>
        </w:rPr>
        <w:t xml:space="preserve">[30:32] </w:t>
      </w:r>
      <w:r>
        <w:t>zameen o aasman ke barabar hogi.</w:t>
      </w:r>
    </w:p>
    <w:p>
      <w:pPr>
        <w:jc w:val="right"/>
      </w:pPr>
      <w:r>
        <w:t>زمین و آسمان کے برابر ہوگی۔</w:t>
      </w:r>
    </w:p>
    <w:p>
      <w:r>
        <w:rPr>
          <w:b/>
        </w:rPr>
        <w:t xml:space="preserve">[30:38] </w:t>
      </w:r>
      <w:r>
        <w:t>daudo is jannat ki taraf jo zameen o aasman ke barabar hai.</w:t>
      </w:r>
    </w:p>
    <w:p>
      <w:pPr>
        <w:jc w:val="right"/>
      </w:pPr>
      <w:r>
        <w:t>دوڑو اس جنت کی طرف جو زمین و آسمان کے برابر ہے۔</w:t>
      </w:r>
    </w:p>
    <w:p>
      <w:r>
        <w:rPr>
          <w:b/>
        </w:rPr>
        <w:t xml:space="preserve">[30:44] </w:t>
      </w:r>
      <w:r>
        <w:t>dekhiye yeh zameen o aasman ke barabar yeh hai yeh jo hai yeh maqsad ke lihaz se nahin hai.</w:t>
      </w:r>
    </w:p>
    <w:p>
      <w:pPr>
        <w:jc w:val="right"/>
      </w:pPr>
      <w:r>
        <w:t>دیکھیے یہ زمین و آسمان کے برابر یہ ہے یہ جو ہے یہ مقصد کے لحاظ سے نہیں ہے۔</w:t>
      </w:r>
    </w:p>
    <w:p>
      <w:r>
        <w:rPr>
          <w:b/>
        </w:rPr>
        <w:t xml:space="preserve">[30:50] </w:t>
      </w:r>
      <w:r>
        <w:t>maqsad ke lihaz se hai yeh.</w:t>
      </w:r>
    </w:p>
    <w:p>
      <w:pPr>
        <w:jc w:val="right"/>
      </w:pPr>
      <w:r>
        <w:t>مقصد کے لحاظ سے ہے یہ۔</w:t>
      </w:r>
    </w:p>
    <w:p>
      <w:r>
        <w:rPr>
          <w:b/>
        </w:rPr>
        <w:t xml:space="preserve">[30:56] </w:t>
      </w:r>
      <w:r>
        <w:t>is ka matlab nahin ke aap ko itna bara mahal milega jo sari kainaat tak phaila hua ho. nahin.</w:t>
      </w:r>
    </w:p>
    <w:p>
      <w:pPr>
        <w:jc w:val="right"/>
      </w:pPr>
      <w:r>
        <w:t>اس کا مطلب نہیں کہ آپ کو اتنا بڑا محل ملے گا جو ساری کائنات تک پھیلا ہوا ہو۔ نہیں۔</w:t>
      </w:r>
    </w:p>
    <w:p>
      <w:r>
        <w:rPr>
          <w:b/>
        </w:rPr>
        <w:t xml:space="preserve">[31:02] </w:t>
      </w:r>
      <w:r>
        <w:t>yeh maqsad ke lihaz se hai.</w:t>
      </w:r>
    </w:p>
    <w:p>
      <w:pPr>
        <w:jc w:val="right"/>
      </w:pPr>
      <w:r>
        <w:t>یہ مقصد کے لحاظ سے ہے۔</w:t>
      </w:r>
    </w:p>
    <w:p>
      <w:r>
        <w:rPr>
          <w:b/>
        </w:rPr>
        <w:t xml:space="preserve">[31:08] </w:t>
      </w:r>
      <w:r>
        <w:t>maqsad ke lihaz se nahin hai.</w:t>
      </w:r>
    </w:p>
    <w:p>
      <w:pPr>
        <w:jc w:val="right"/>
      </w:pPr>
      <w:r>
        <w:t>مقصد کے لحاظ سے نہیں ہے۔</w:t>
      </w:r>
    </w:p>
    <w:p>
      <w:r>
        <w:rPr>
          <w:b/>
        </w:rPr>
        <w:t xml:space="preserve">[31:14] </w:t>
      </w:r>
      <w:r>
        <w:t>matlab kainaati mawaqe honge enjoy ke.</w:t>
      </w:r>
    </w:p>
    <w:p>
      <w:pPr>
        <w:jc w:val="right"/>
      </w:pPr>
      <w:r>
        <w:t>مطلب کائناتی مواقع ہوں گے انجوائے کے۔</w:t>
      </w:r>
    </w:p>
    <w:p>
      <w:r>
        <w:rPr>
          <w:b/>
        </w:rPr>
        <w:t xml:space="preserve">[31:20] </w:t>
      </w:r>
      <w:r>
        <w:t>beshumar mawaqe honge.</w:t>
      </w:r>
    </w:p>
    <w:p>
      <w:pPr>
        <w:jc w:val="right"/>
      </w:pPr>
      <w:r>
        <w:t>بے شمار مواقع ہوں گے۔</w:t>
      </w:r>
    </w:p>
    <w:p>
      <w:r>
        <w:rPr>
          <w:b/>
        </w:rPr>
        <w:t xml:space="preserve">[31:25] </w:t>
      </w:r>
      <w:r>
        <w:t>to aap dekhiye ke insaan jo hai is ka hiss-e-lazzat la-mehud hai.</w:t>
      </w:r>
    </w:p>
    <w:p>
      <w:pPr>
        <w:jc w:val="right"/>
      </w:pPr>
      <w:r>
        <w:t>تو آپ دیکھیے کہ انسان جو ہے اس کا حس لذت لامحدود ہے۔</w:t>
      </w:r>
    </w:p>
    <w:p>
      <w:r>
        <w:rPr>
          <w:b/>
        </w:rPr>
        <w:t xml:space="preserve">[31:31] </w:t>
      </w:r>
      <w:r>
        <w:t>ya apne aap mein chahta hai ke koi la-mehud poora hona ho.</w:t>
      </w:r>
    </w:p>
    <w:p>
      <w:pPr>
        <w:jc w:val="right"/>
      </w:pPr>
      <w:r>
        <w:t>یا اپنے آپ میں چاہتا ہے کہ کوئی لامحدود پورا ہونا ہو۔</w:t>
      </w:r>
    </w:p>
    <w:p>
      <w:r>
        <w:rPr>
          <w:b/>
        </w:rPr>
        <w:t xml:space="preserve">[31:37] </w:t>
      </w:r>
      <w:r>
        <w:t>to yahan par is ka jawab milta hai.</w:t>
      </w:r>
    </w:p>
    <w:p>
      <w:pPr>
        <w:jc w:val="right"/>
      </w:pPr>
      <w:r>
        <w:t>تو یہاں پر اس کا جواب ملتا ہے۔</w:t>
      </w:r>
    </w:p>
    <w:p>
      <w:r>
        <w:rPr>
          <w:b/>
        </w:rPr>
        <w:t xml:space="preserve">[31:43] </w:t>
      </w:r>
      <w:r>
        <w:t>to is tarah se aap jab sochenge to maloom hoga ke yeh jo makhlooq ke taur par</w:t>
      </w:r>
    </w:p>
    <w:p>
      <w:pPr>
        <w:jc w:val="right"/>
      </w:pPr>
      <w:r>
        <w:t>تو اس طرح سے آپ جب سوچیں گے تو معلوم ہوگا کہ یہ جو مخلوق کے طور پر</w:t>
      </w:r>
    </w:p>
    <w:p>
      <w:r>
        <w:rPr>
          <w:b/>
        </w:rPr>
        <w:t xml:space="preserve">[31:49] </w:t>
      </w:r>
      <w:r>
        <w:t>insaan ko banaya gaya hai is ka maqsad kya hai, is ka kirdaar kya hai, is ka anjaam kya hai.</w:t>
      </w:r>
    </w:p>
    <w:p>
      <w:pPr>
        <w:jc w:val="right"/>
      </w:pPr>
      <w:r>
        <w:t>انسان کو بنایا گیا ہے اس کا مقصد کیا ہے، اس کا کردار کیا ہے، اس کا انجام کیا ہے۔</w:t>
      </w:r>
    </w:p>
    <w:p>
      <w:r>
        <w:rPr>
          <w:b/>
        </w:rPr>
        <w:t xml:space="preserve">[31:55] </w:t>
      </w:r>
      <w:r>
        <w:t>yahan mein ek baat aur karna chahunga ke shaitan jo hai poori tareekh mein fa'aal raha hai</w:t>
      </w:r>
    </w:p>
    <w:p>
      <w:pPr>
        <w:jc w:val="right"/>
      </w:pPr>
      <w:r>
        <w:t>یہاں میں ایک بات اور کرنا چاہوں گا کہ شیطان جو ہے پوری تاریخ میں فعال رہا ہے</w:t>
      </w:r>
    </w:p>
    <w:p>
      <w:r>
        <w:rPr>
          <w:b/>
        </w:rPr>
        <w:t xml:space="preserve">[32:01] </w:t>
      </w:r>
      <w:r>
        <w:t>insaan ko behkaane ke liye.</w:t>
      </w:r>
    </w:p>
    <w:p>
      <w:pPr>
        <w:jc w:val="right"/>
      </w:pPr>
      <w:r>
        <w:t>انسان کو بہکانے کے لیے۔</w:t>
      </w:r>
    </w:p>
    <w:p>
      <w:r>
        <w:rPr>
          <w:b/>
        </w:rPr>
        <w:t xml:space="preserve">[32:07] </w:t>
      </w:r>
      <w:r>
        <w:t>sa'adat-e-mustaqeem se hatane ke liye.</w:t>
      </w:r>
    </w:p>
    <w:p>
      <w:pPr>
        <w:jc w:val="right"/>
      </w:pPr>
      <w:r>
        <w:t>سعادت مستقیم سے ہٹانے کے لیے۔</w:t>
      </w:r>
    </w:p>
    <w:p>
      <w:r>
        <w:rPr>
          <w:b/>
        </w:rPr>
        <w:t xml:space="preserve">[32:13] </w:t>
      </w:r>
      <w:r>
        <w:t>lekin sab se bada jo us ne kiya is zamane mein behkaane ka maamla woh jaante hain kya</w:t>
      </w:r>
    </w:p>
    <w:p>
      <w:pPr>
        <w:jc w:val="right"/>
      </w:pPr>
      <w:r>
        <w:t>لیکن سب سے بڑا جو اس نے کیا اس زمانے میں بہکانے کا معاملہ وہ جانتے ہیں کیا</w:t>
      </w:r>
    </w:p>
    <w:p>
      <w:r>
        <w:rPr>
          <w:b/>
        </w:rPr>
        <w:t xml:space="preserve">[32:19] </w:t>
      </w:r>
      <w:r>
        <w:t>tha? woh hai evolution theory.</w:t>
      </w:r>
    </w:p>
    <w:p>
      <w:pPr>
        <w:jc w:val="right"/>
      </w:pPr>
      <w:r>
        <w:t>تھا؟ وہ ہے evolution theory۔</w:t>
      </w:r>
    </w:p>
    <w:p>
      <w:r>
        <w:rPr>
          <w:b/>
        </w:rPr>
        <w:t xml:space="preserve">[32:25] </w:t>
      </w:r>
      <w:r>
        <w:t>evolution theory jo hai koi nayi nahi hai.</w:t>
      </w:r>
    </w:p>
    <w:p>
      <w:pPr>
        <w:jc w:val="right"/>
      </w:pPr>
      <w:r>
        <w:t>evolution theory جو ہے کوئی نئی نہیں ہے۔</w:t>
      </w:r>
    </w:p>
    <w:p>
      <w:r>
        <w:rPr>
          <w:b/>
        </w:rPr>
        <w:t xml:space="preserve">[32:31] </w:t>
      </w:r>
      <w:r>
        <w:t>yunani falsafiyon ke haan is ka tasawwur maujood tha.</w:t>
      </w:r>
    </w:p>
    <w:p>
      <w:pPr>
        <w:jc w:val="right"/>
      </w:pPr>
      <w:r>
        <w:t>یونانی فلسفیوں کے ہاں اس کا تصور موجود تھا۔</w:t>
      </w:r>
    </w:p>
    <w:p>
      <w:r>
        <w:rPr>
          <w:b/>
        </w:rPr>
        <w:t xml:space="preserve">[32:37] </w:t>
      </w:r>
      <w:r>
        <w:t>unhon ne is tarah ka tasawwur diya tha ke pehle maada aaya, lifeless maada.</w:t>
      </w:r>
    </w:p>
    <w:p>
      <w:pPr>
        <w:jc w:val="right"/>
      </w:pPr>
      <w:r>
        <w:t>انہوں نے اس طرح کا تصور دیا تھا کہ پہلے مادہ آیا، لائف لیس مادہ۔</w:t>
      </w:r>
    </w:p>
    <w:p>
      <w:r>
        <w:rPr>
          <w:b/>
        </w:rPr>
        <w:t xml:space="preserve">[32:42] </w:t>
      </w:r>
      <w:r>
        <w:t>is ke baad phir paudhe aaye, phir haiwanat nikle, phir insaan nikla.</w:t>
      </w:r>
    </w:p>
    <w:p>
      <w:pPr>
        <w:jc w:val="right"/>
      </w:pPr>
      <w:r>
        <w:t>اس کے بعد پھر پودے آئے، پھر حیوانات نکلے، پھر انسان نکلا۔</w:t>
      </w:r>
    </w:p>
    <w:p>
      <w:r>
        <w:rPr>
          <w:b/>
        </w:rPr>
        <w:t xml:space="preserve">[32:48] </w:t>
      </w:r>
      <w:r>
        <w:t>yeh tasawwur Maulana Room ki jo masnavi hai is mein maujood hai.</w:t>
      </w:r>
    </w:p>
    <w:p>
      <w:pPr>
        <w:jc w:val="right"/>
      </w:pPr>
      <w:r>
        <w:t>یہ تصور مولانا روم کی جو مثنوی ہے اس میں موجود ہے۔</w:t>
      </w:r>
    </w:p>
    <w:p>
      <w:r>
        <w:rPr>
          <w:b/>
        </w:rPr>
        <w:t xml:space="preserve">[32:54] </w:t>
      </w:r>
      <w:r>
        <w:t>aur musalmanon mein se kuch falsafiyon ne is ko zikr kiya hai.</w:t>
      </w:r>
    </w:p>
    <w:p>
      <w:pPr>
        <w:jc w:val="right"/>
      </w:pPr>
      <w:r>
        <w:t>اور مسلمانوں میں سے کچھ فلسفیوں نے اس کو ذکر کیا ہے۔</w:t>
      </w:r>
    </w:p>
    <w:p>
      <w:r>
        <w:rPr>
          <w:b/>
        </w:rPr>
        <w:t xml:space="preserve">[33:00] </w:t>
      </w:r>
      <w:r>
        <w:t>mislan Mascowai ne is ko liya hai.</w:t>
      </w:r>
    </w:p>
    <w:p>
      <w:pPr>
        <w:jc w:val="right"/>
      </w:pPr>
      <w:r>
        <w:t>مثلاً مسکوائی نے اس کو لیا ہے۔</w:t>
      </w:r>
    </w:p>
    <w:p>
      <w:r>
        <w:rPr>
          <w:b/>
        </w:rPr>
        <w:t xml:space="preserve">[33:06] </w:t>
      </w:r>
      <w:r>
        <w:t>to yunani falsafiyon ne jo socha tha woh tareekh mein chalta raha.</w:t>
      </w:r>
    </w:p>
    <w:p>
      <w:pPr>
        <w:jc w:val="right"/>
      </w:pPr>
      <w:r>
        <w:t>تو یونانی فلسفیوں نے جو سوچا تھا وہ تاریخ میں چلتا رہا۔</w:t>
      </w:r>
    </w:p>
    <w:p>
      <w:r>
        <w:rPr>
          <w:b/>
        </w:rPr>
        <w:t xml:space="preserve">[33:12] </w:t>
      </w:r>
      <w:r>
        <w:t>lekin Darwin ne is ko ek bahut zabardast tareeqe se munazzam tareeqe mein pesh kiya.</w:t>
      </w:r>
    </w:p>
    <w:p>
      <w:pPr>
        <w:jc w:val="right"/>
      </w:pPr>
      <w:r>
        <w:t>لیکن ڈارون نے اس کو ایک بہت زبردست طریقے سے منظم طریقے میں پیش کیا۔</w:t>
      </w:r>
    </w:p>
    <w:p>
      <w:r>
        <w:rPr>
          <w:b/>
        </w:rPr>
        <w:t xml:space="preserve">[33:18] </w:t>
      </w:r>
      <w:r>
        <w:t>Darwin ne pehli baar insaan ke dil mein dala ke tumhare aur doosron mein koi farq nahi hai.</w:t>
      </w:r>
    </w:p>
    <w:p>
      <w:pPr>
        <w:jc w:val="right"/>
      </w:pPr>
      <w:r>
        <w:t>ڈارون نے پہلی بار انسان کے دل میں ڈالا کہ تمہارے اور دوسروں میں کوئی فرق نہیں ہے۔</w:t>
      </w:r>
    </w:p>
    <w:p>
      <w:r>
        <w:rPr>
          <w:b/>
        </w:rPr>
        <w:t xml:space="preserve">[33:24] </w:t>
      </w:r>
      <w:r>
        <w:t>jaise janwar hain waise tum ho.</w:t>
      </w:r>
    </w:p>
    <w:p>
      <w:pPr>
        <w:jc w:val="right"/>
      </w:pPr>
      <w:r>
        <w:t>جیسے جانور ہیں ویسے تم ہو۔</w:t>
      </w:r>
    </w:p>
    <w:p>
      <w:r>
        <w:rPr>
          <w:b/>
        </w:rPr>
        <w:t xml:space="preserve">[33:30] </w:t>
      </w:r>
      <w:r>
        <w:t>yeh bahut bada hamla tha shaitan ka ke tasawwur-e-farq khatm kar diya is ne.</w:t>
      </w:r>
    </w:p>
    <w:p>
      <w:pPr>
        <w:jc w:val="right"/>
      </w:pPr>
      <w:r>
        <w:t>یہ بہت بڑا حملہ تھا شیطان کا کہ تصورِ فرق ختم کر دیا اس نے۔</w:t>
      </w:r>
    </w:p>
    <w:p>
      <w:r>
        <w:rPr>
          <w:b/>
        </w:rPr>
        <w:t xml:space="preserve">[33:36] </w:t>
      </w:r>
      <w:r>
        <w:t>mushtarka aaba-o-ajdad hain mere aur chipkali ke, mere aur cheunti ke, mere aur billi ke.</w:t>
      </w:r>
    </w:p>
    <w:p>
      <w:pPr>
        <w:jc w:val="right"/>
      </w:pPr>
      <w:r>
        <w:t>مشترکہ آباؤ اجداد ہیں میرے اور چپکلی کے، میرے اور چیونٹی کے، میرے اور بلی کے۔</w:t>
      </w:r>
    </w:p>
    <w:p>
      <w:r>
        <w:rPr>
          <w:b/>
        </w:rPr>
        <w:t xml:space="preserve">[33:42] </w:t>
      </w:r>
      <w:r>
        <w:t>sab mushtarka aaba-o-ajdad hain.</w:t>
      </w:r>
    </w:p>
    <w:p>
      <w:pPr>
        <w:jc w:val="right"/>
      </w:pPr>
      <w:r>
        <w:t>سب مشترکہ آباؤ اجداد ہیں۔</w:t>
      </w:r>
    </w:p>
    <w:p>
      <w:r>
        <w:rPr>
          <w:b/>
        </w:rPr>
        <w:t xml:space="preserve">[33:48] </w:t>
      </w:r>
      <w:r>
        <w:t>mein koi alag makhlooq nahi hoon.</w:t>
      </w:r>
    </w:p>
    <w:p>
      <w:pPr>
        <w:jc w:val="right"/>
      </w:pPr>
      <w:r>
        <w:t>میں کوئی الگ مخلوق نہیں ہوں۔</w:t>
      </w:r>
    </w:p>
    <w:p>
      <w:r>
        <w:rPr>
          <w:b/>
        </w:rPr>
        <w:t xml:space="preserve">[33:54] </w:t>
      </w:r>
      <w:r>
        <w:t>to kaha jo maine apne gaon mein socha tha ke main ek mukhtalif makhlooq hoon aur phir</w:t>
      </w:r>
    </w:p>
    <w:p>
      <w:pPr>
        <w:jc w:val="right"/>
      </w:pPr>
      <w:r>
        <w:t>تو کہا جو میں نے اپنے گاؤں میں سوچا تھا کہ میں ایک مختلف مخلوق ہوں اور پھر</w:t>
      </w:r>
    </w:p>
    <w:p>
      <w:r>
        <w:rPr>
          <w:b/>
        </w:rPr>
        <w:t xml:space="preserve">[33:59] </w:t>
      </w:r>
      <w:r>
        <w:t>jo maine daryaft kiya ke main mukhtalif bhi hoon ga woh sab khatm kar diya is ne. darvin ne.</w:t>
      </w:r>
    </w:p>
    <w:p>
      <w:pPr>
        <w:jc w:val="right"/>
      </w:pPr>
      <w:r>
        <w:t>جو میں نے دریافت کیا کہ میں مختلف بھی ہوں گا وہ سب ختم کر دیا اس نے۔ ڈارون نے۔</w:t>
      </w:r>
    </w:p>
    <w:p>
      <w:r>
        <w:rPr>
          <w:b/>
        </w:rPr>
        <w:t xml:space="preserve">[34:05] </w:t>
      </w:r>
      <w:r>
        <w:t>mere liye nahi matlab chaha is ne khatm karna.</w:t>
      </w:r>
    </w:p>
    <w:p>
      <w:pPr>
        <w:jc w:val="right"/>
      </w:pPr>
      <w:r>
        <w:t>میرے لیے نہیں مطلب چاہا اس نے ختم کرنا۔</w:t>
      </w:r>
    </w:p>
    <w:p>
      <w:r>
        <w:rPr>
          <w:b/>
        </w:rPr>
        <w:t xml:space="preserve">[34:11] </w:t>
      </w:r>
      <w:r>
        <w:t>yeh sab se bari rukawat hui is zamane mein darvin ki theory evolution ke insaan ke andar sahi</w:t>
      </w:r>
    </w:p>
    <w:p>
      <w:pPr>
        <w:jc w:val="right"/>
      </w:pPr>
      <w:r>
        <w:t>یہ سب سے بڑی رکاوٹ ہوئی اس زمانے میں ڈارون کی تھیوری evolution کہ انسان کے اندر صحیح</w:t>
      </w:r>
    </w:p>
    <w:p>
      <w:r>
        <w:rPr>
          <w:b/>
        </w:rPr>
        <w:t xml:space="preserve">[34:17] </w:t>
      </w:r>
      <w:r>
        <w:t>durust soch develop na ho.</w:t>
      </w:r>
    </w:p>
    <w:p>
      <w:pPr>
        <w:jc w:val="right"/>
      </w:pPr>
      <w:r>
        <w:t>درست سوچ develop نہ ہو۔</w:t>
      </w:r>
    </w:p>
    <w:p>
      <w:r>
        <w:rPr>
          <w:b/>
        </w:rPr>
        <w:t xml:space="preserve">[34:23] </w:t>
      </w:r>
      <w:r>
        <w:t>kyunke durust soch develop hoti hai isi se.</w:t>
      </w:r>
    </w:p>
    <w:p>
      <w:pPr>
        <w:jc w:val="right"/>
      </w:pPr>
      <w:r>
        <w:t>کیونکہ درست سوچ develop ہوتی ہے اسی سے۔</w:t>
      </w:r>
    </w:p>
    <w:p>
      <w:r>
        <w:rPr>
          <w:b/>
        </w:rPr>
        <w:t xml:space="preserve">[34:29] </w:t>
      </w:r>
      <w:r>
        <w:t>jab main daryaft karta hoon ke main ek mukhtalif makhlooq hoon is ka nateeja kya hota hai ke</w:t>
      </w:r>
    </w:p>
    <w:p>
      <w:pPr>
        <w:jc w:val="right"/>
      </w:pPr>
      <w:r>
        <w:t>جب میں دریافت کرتا ہوں کہ میں ایک مختلف مخلوق ہوں اس کا نتیجہ کیا ہوتا ہے کہ</w:t>
      </w:r>
    </w:p>
    <w:p>
      <w:r>
        <w:rPr>
          <w:b/>
        </w:rPr>
        <w:t xml:space="preserve">[34:35] </w:t>
      </w:r>
      <w:r>
        <w:t>phir durust yahan, durust abhi ka tasawwur paida hua.</w:t>
      </w:r>
    </w:p>
    <w:p>
      <w:pPr>
        <w:jc w:val="right"/>
      </w:pPr>
      <w:r>
        <w:t>پھر درست یہاں، درست ابھی کا تصور پیدا ہوا۔</w:t>
      </w:r>
    </w:p>
    <w:p>
      <w:r>
        <w:rPr>
          <w:b/>
        </w:rPr>
        <w:t xml:space="preserve">[34:41] </w:t>
      </w:r>
      <w:r>
        <w:t>isi duniya mein jiyo, isi duniya mein maro aur kamao, kama kar ke khandan ko khush karo.</w:t>
      </w:r>
    </w:p>
    <w:p>
      <w:pPr>
        <w:jc w:val="right"/>
      </w:pPr>
      <w:r>
        <w:t>اسی دنیا میں جیو، اسی دنیا میں مرو اور کماؤ، کما کر کے خاندان کو خوش کرو۔</w:t>
      </w:r>
    </w:p>
    <w:p>
      <w:r>
        <w:rPr>
          <w:b/>
        </w:rPr>
        <w:t xml:space="preserve">[34:47] </w:t>
      </w:r>
      <w:r>
        <w:t>yeh sab jo paida hua yeh sab isi ki wajah se hai.</w:t>
      </w:r>
    </w:p>
    <w:p>
      <w:pPr>
        <w:jc w:val="right"/>
      </w:pPr>
      <w:r>
        <w:t>یہ سب جو پیدا ہوا یہ سب اسی کی وجہ سے ہے۔</w:t>
      </w:r>
    </w:p>
    <w:p>
      <w:r>
        <w:rPr>
          <w:b/>
        </w:rPr>
        <w:t xml:space="preserve">[34:53] </w:t>
      </w:r>
      <w:r>
        <w:t>ke farq ka tasawwur khatm kar diya darvin ne.</w:t>
      </w:r>
    </w:p>
    <w:p>
      <w:pPr>
        <w:jc w:val="right"/>
      </w:pPr>
      <w:r>
        <w:t>کہ فرق کا تصور ختم کر دیا ڈارون نے۔</w:t>
      </w:r>
    </w:p>
    <w:p>
      <w:r>
        <w:rPr>
          <w:b/>
        </w:rPr>
        <w:t xml:space="preserve">[34:59] </w:t>
      </w:r>
      <w:r>
        <w:t>ek zamana tha ke darvin ka falsafa tha aur duniya par chhaya hua tha.</w:t>
      </w:r>
    </w:p>
    <w:p>
      <w:pPr>
        <w:jc w:val="right"/>
      </w:pPr>
      <w:r>
        <w:t>ایک زمانہ تھا کہ ڈارون کا فلسفہ تھا اور دنیا پر چھایا ہوا تھا۔</w:t>
      </w:r>
    </w:p>
    <w:p>
      <w:r>
        <w:rPr>
          <w:b/>
        </w:rPr>
        <w:t xml:space="preserve">[35:05] </w:t>
      </w:r>
      <w:r>
        <w:t>abhi bhi chhaya hua hai.</w:t>
      </w:r>
    </w:p>
    <w:p>
      <w:pPr>
        <w:jc w:val="right"/>
      </w:pPr>
      <w:r>
        <w:t>ابھی بھی چھایا ہوا ہے۔</w:t>
      </w:r>
    </w:p>
    <w:p>
      <w:r>
        <w:rPr>
          <w:b/>
        </w:rPr>
        <w:t xml:space="preserve">[35:11] </w:t>
      </w:r>
      <w:r>
        <w:t>main istisnai tor par is se bahar aaya.</w:t>
      </w:r>
    </w:p>
    <w:p>
      <w:pPr>
        <w:jc w:val="right"/>
      </w:pPr>
      <w:r>
        <w:t>میں استثنائی طور پر اس سے باہر آیا۔</w:t>
      </w:r>
    </w:p>
    <w:p>
      <w:r>
        <w:rPr>
          <w:b/>
        </w:rPr>
        <w:t xml:space="preserve">[35:16] </w:t>
      </w:r>
      <w:r>
        <w:t>Allah taala ne hum is ko is se bahar le aaye.</w:t>
      </w:r>
    </w:p>
    <w:p>
      <w:pPr>
        <w:jc w:val="right"/>
      </w:pPr>
      <w:r>
        <w:t>اللہ تعالیٰ نے ہم اس کو اس سے باہر لے آئے۔</w:t>
      </w:r>
    </w:p>
    <w:p>
      <w:r>
        <w:rPr>
          <w:b/>
        </w:rPr>
        <w:t xml:space="preserve">[35:22] </w:t>
      </w:r>
      <w:r>
        <w:t>halanke bilkul yeh be buniyad hai.</w:t>
      </w:r>
    </w:p>
    <w:p>
      <w:pPr>
        <w:jc w:val="right"/>
      </w:pPr>
      <w:r>
        <w:t>حالانکہ بالکل یہ بے بنیاد ہے۔</w:t>
      </w:r>
    </w:p>
    <w:p>
      <w:r>
        <w:rPr>
          <w:b/>
        </w:rPr>
        <w:t xml:space="preserve">[35:28] </w:t>
      </w:r>
      <w:r>
        <w:t>koi is ka saboot nahi hai.</w:t>
      </w:r>
    </w:p>
    <w:p>
      <w:pPr>
        <w:jc w:val="right"/>
      </w:pPr>
      <w:r>
        <w:t>کوئی اس کا ثبوت نہیں ہے۔</w:t>
      </w:r>
    </w:p>
    <w:p>
      <w:r>
        <w:rPr>
          <w:b/>
        </w:rPr>
        <w:t xml:space="preserve">[35:34] </w:t>
      </w:r>
      <w:r>
        <w:t>aap mein se jis ko koi shakk ho to woh sirf ek kitaab parh le. lun ki.</w:t>
      </w:r>
    </w:p>
    <w:p>
      <w:pPr>
        <w:jc w:val="right"/>
      </w:pPr>
      <w:r>
        <w:t>آپ میں سے جس کو کوئی شک ہو تو وہ صرف ایک کتاب پڑھ لے۔ لون کی۔</w:t>
      </w:r>
    </w:p>
    <w:p>
      <w:r>
        <w:rPr>
          <w:b/>
        </w:rPr>
        <w:t xml:space="preserve">[35:40] </w:t>
      </w:r>
      <w:r>
        <w:t>L-U-N ki kitaab.</w:t>
      </w:r>
    </w:p>
    <w:p>
      <w:pPr>
        <w:jc w:val="right"/>
      </w:pPr>
      <w:r>
        <w:t>L-U-N کی کتاب۔</w:t>
      </w:r>
    </w:p>
    <w:p>
      <w:r>
        <w:rPr>
          <w:b/>
        </w:rPr>
        <w:t xml:space="preserve">[35:46] </w:t>
      </w:r>
      <w:r>
        <w:t>Revolt Against Reason L-U-N lun.</w:t>
      </w:r>
    </w:p>
    <w:p>
      <w:pPr>
        <w:jc w:val="right"/>
      </w:pPr>
      <w:r>
        <w:t>Revolt Against Reason L-U-N لون۔</w:t>
      </w:r>
    </w:p>
    <w:p>
      <w:r>
        <w:rPr>
          <w:b/>
        </w:rPr>
        <w:t xml:space="preserve">[35:52] </w:t>
      </w:r>
      <w:r>
        <w:t>Revolt Against Reason is ne khatm kar diya is ko ke yeh koi yeh koi saansani theory hai.</w:t>
      </w:r>
    </w:p>
    <w:p>
      <w:pPr>
        <w:jc w:val="right"/>
      </w:pPr>
      <w:r>
        <w:t>Revolt Against Reason اس نے ختم کر دیا اس کو کہ یہ کوئی یہ کوئی سائنسی تھیوری ہے۔</w:t>
      </w:r>
    </w:p>
    <w:p>
      <w:r>
        <w:rPr>
          <w:b/>
        </w:rPr>
        <w:t xml:space="preserve">[35:58] </w:t>
      </w:r>
      <w:r>
        <w:t>khair, main is waqt jo kehta hoon, keh raha hoon woh buniyadi tor par yeh hai ke jo</w:t>
      </w:r>
    </w:p>
    <w:p>
      <w:pPr>
        <w:jc w:val="right"/>
      </w:pPr>
      <w:r>
        <w:t>خیر، میں اس وقت جو کہتا ہوں، کہہ رہا ہوں وہ بنیادی طور پر یہ ہے کہ جو</w:t>
      </w:r>
    </w:p>
    <w:p>
      <w:r>
        <w:rPr>
          <w:b/>
        </w:rPr>
        <w:t xml:space="preserve">[36:04] </w:t>
      </w:r>
      <w:r>
        <w:t>maarfat ki shuruaat hai woh is par hoti hai ke aap apne aap ko bator ek mukhtalif makhlooq daryaft karen.</w:t>
      </w:r>
    </w:p>
    <w:p>
      <w:pPr>
        <w:jc w:val="right"/>
      </w:pPr>
      <w:r>
        <w:t>معرفت کی شروعات ہے وہ اس پر ہوتی ہے کہ آپ اپنے آپ کو بطور ایک مختلف مخلوق دریافت کریں۔</w:t>
      </w:r>
    </w:p>
    <w:p>
      <w:r>
        <w:rPr>
          <w:b/>
        </w:rPr>
        <w:t xml:space="preserve">[36:10] </w:t>
      </w:r>
      <w:r>
        <w:t>phir aage ki baat chalti hai.</w:t>
      </w:r>
    </w:p>
    <w:p>
      <w:pPr>
        <w:jc w:val="right"/>
      </w:pPr>
      <w:r>
        <w:t>پھر آگے کی بات چلتی ہے۔</w:t>
      </w:r>
    </w:p>
    <w:p>
      <w:r>
        <w:rPr>
          <w:b/>
        </w:rPr>
        <w:t xml:space="preserve">[36:16] </w:t>
      </w:r>
      <w:r>
        <w:t>jab yahin par aap nakaam ho jayen, apne ko bator ek mukhtalif makhlooq daryaft na kar saken.</w:t>
      </w:r>
    </w:p>
    <w:p>
      <w:pPr>
        <w:jc w:val="right"/>
      </w:pPr>
      <w:r>
        <w:t>جب یہیں پر آپ ناکام ہو جائیں، اپنے کو بطور ایک مختلف مخلوق دریافت نہ کر سکیں۔</w:t>
      </w:r>
    </w:p>
    <w:p>
      <w:r>
        <w:rPr>
          <w:b/>
        </w:rPr>
        <w:t xml:space="preserve">[36:22] </w:t>
      </w:r>
      <w:r>
        <w:t>aap samjhen jaise ghora hai waisa mein hoon, jaise bandar hai waise hi mein hoon, jaise doosre rengne</w:t>
      </w:r>
    </w:p>
    <w:p>
      <w:pPr>
        <w:jc w:val="right"/>
      </w:pPr>
      <w:r>
        <w:t>آپ سمجھیں جیسے گھوڑا ہے ویسا میں ہوں، جیسے بندر ہے ویسے ہی میں ہوں، جیسے دوسرے رینگنے</w:t>
      </w:r>
    </w:p>
    <w:p>
      <w:r>
        <w:rPr>
          <w:b/>
        </w:rPr>
        <w:t xml:space="preserve">[36:28] </w:t>
      </w:r>
      <w:r>
        <w:t>chalne wale janwar hain waise mein bhi hoon.</w:t>
      </w:r>
    </w:p>
    <w:p>
      <w:pPr>
        <w:jc w:val="right"/>
      </w:pPr>
      <w:r>
        <w:t>چلنے والے جانور ہیں ویسے میں بھی ہوں۔</w:t>
      </w:r>
    </w:p>
    <w:p>
      <w:r>
        <w:rPr>
          <w:b/>
        </w:rPr>
        <w:t xml:space="preserve">[36:33] </w:t>
      </w:r>
      <w:r>
        <w:t>to woh soch hi khatm ho jati hai.</w:t>
      </w:r>
    </w:p>
    <w:p>
      <w:pPr>
        <w:jc w:val="right"/>
      </w:pPr>
      <w:r>
        <w:t>تو وہ سوچ ہی ختم ہو جاتی ہے۔</w:t>
      </w:r>
    </w:p>
    <w:p>
      <w:r>
        <w:rPr>
          <w:b/>
        </w:rPr>
        <w:t xml:space="preserve">[36:39] </w:t>
      </w:r>
      <w:r>
        <w:t>shaoori ya lashaoori.</w:t>
      </w:r>
    </w:p>
    <w:p>
      <w:pPr>
        <w:jc w:val="right"/>
      </w:pPr>
      <w:r>
        <w:t>شعوری یا لاشعوری۔</w:t>
      </w:r>
    </w:p>
    <w:p>
      <w:r>
        <w:rPr>
          <w:b/>
        </w:rPr>
        <w:t xml:space="preserve">[36:45] </w:t>
      </w:r>
      <w:r>
        <w:t>to yeh hai yani daryaft ilm jo chalte chalte yahan pahunchi hai.</w:t>
      </w:r>
    </w:p>
    <w:p>
      <w:pPr>
        <w:jc w:val="right"/>
      </w:pPr>
      <w:r>
        <w:t>تو یہ ہے یعنی دریافت علم جو چلتے چلتے یہاں پہنچی ہے۔</w:t>
      </w:r>
    </w:p>
    <w:p>
      <w:r>
        <w:rPr>
          <w:b/>
        </w:rPr>
        <w:t xml:space="preserve">[36:51] </w:t>
      </w:r>
      <w:r>
        <w:t>to insan ne jo daryaft kiya hai is mamle mein science ke zariye se woh ilm ka 50% hai.</w:t>
      </w:r>
    </w:p>
    <w:p>
      <w:pPr>
        <w:jc w:val="right"/>
      </w:pPr>
      <w:r>
        <w:t>تو انسان نے جو دریافت کیا ہے اس معاملے میں سائنس کے ذریعے سے وہ علم کا 50% ہے۔</w:t>
      </w:r>
    </w:p>
    <w:p>
      <w:r>
        <w:rPr>
          <w:b/>
        </w:rPr>
        <w:t xml:space="preserve">[36:57] </w:t>
      </w:r>
      <w:r>
        <w:t>baqi 50% jo hai woh insan ko lena hai Allah ki kitab se, Allah ki wahi se, rasool</w:t>
      </w:r>
    </w:p>
    <w:p>
      <w:pPr>
        <w:jc w:val="right"/>
      </w:pPr>
      <w:r>
        <w:t>بقیہ 50% جو ہے وہ انسان کو لینا ہے اللہ کی کتاب سے، اللہ کی وحی سے، رسول</w:t>
      </w:r>
    </w:p>
    <w:p>
      <w:r>
        <w:rPr>
          <w:b/>
        </w:rPr>
        <w:t xml:space="preserve">[37:03] </w:t>
      </w:r>
      <w:r>
        <w:t>Allah sallallahu alaihi wasallam ki jo rehnumai di aap ne us se lena hai.</w:t>
      </w:r>
    </w:p>
    <w:p>
      <w:pPr>
        <w:jc w:val="right"/>
      </w:pPr>
      <w:r>
        <w:t>اللہ صلی اللہ علیہ وسلم کی جو رہنمائی دی آپ نے اس سے لینا ہے۔</w:t>
      </w:r>
    </w:p>
    <w:p>
      <w:r>
        <w:rPr>
          <w:b/>
        </w:rPr>
        <w:t xml:space="preserve">[37:09] </w:t>
      </w:r>
      <w:r>
        <w:t>agar use nahi lega to phir bhatakta rahega.</w:t>
      </w:r>
    </w:p>
    <w:p>
      <w:pPr>
        <w:jc w:val="right"/>
      </w:pPr>
      <w:r>
        <w:t>اگر اسے نہیں لے گا تو پھر بھٹکتا رہے گا۔</w:t>
      </w:r>
    </w:p>
    <w:p>
      <w:r>
        <w:rPr>
          <w:b/>
        </w:rPr>
        <w:t xml:space="preserve">[37:15] </w:t>
      </w:r>
      <w:r>
        <w:t>bhatakta rahega.</w:t>
      </w:r>
    </w:p>
    <w:p>
      <w:pPr>
        <w:jc w:val="right"/>
      </w:pPr>
      <w:r>
        <w:t>بھٹکتا رہے گا۔</w:t>
      </w:r>
    </w:p>
    <w:p>
      <w:r>
        <w:rPr>
          <w:b/>
        </w:rPr>
        <w:t xml:space="preserve">[37:21] </w:t>
      </w:r>
      <w:r>
        <w:t>to yeh bohat hi yani mein aksar sochta hoon ke Allah taala ne yeh chaha ke woh kisi</w:t>
      </w:r>
    </w:p>
    <w:p>
      <w:pPr>
        <w:jc w:val="right"/>
      </w:pPr>
      <w:r>
        <w:t>تو یہ بہت ہی یعنی میں اکثر سوچتا ہوں کہ اللہ تعالیٰ نے یہ چاہا کہ وہ کسی</w:t>
      </w:r>
    </w:p>
    <w:p>
      <w:r>
        <w:rPr>
          <w:b/>
        </w:rPr>
        <w:t xml:space="preserve">[37:27] </w:t>
      </w:r>
      <w:r>
        <w:t>ko woh cheez de jo us ke apne wajood ke siwa, us ke apne wajood ke siwa har</w:t>
      </w:r>
    </w:p>
    <w:p>
      <w:pPr>
        <w:jc w:val="right"/>
      </w:pPr>
      <w:r>
        <w:t>کو وہ چیز دے جو اس کے اپنے وجود کے سوا، اس کے اپنے وجود کے سوا ہر</w:t>
      </w:r>
    </w:p>
    <w:p>
      <w:r>
        <w:rPr>
          <w:b/>
        </w:rPr>
        <w:t xml:space="preserve">[37:33] </w:t>
      </w:r>
      <w:r>
        <w:t>cheez se behtar ho.</w:t>
      </w:r>
    </w:p>
    <w:p>
      <w:pPr>
        <w:jc w:val="right"/>
      </w:pPr>
      <w:r>
        <w:t>چیز سے بہتر ہو۔</w:t>
      </w:r>
    </w:p>
    <w:p>
      <w:r>
        <w:rPr>
          <w:b/>
        </w:rPr>
        <w:t xml:space="preserve">[37:39] </w:t>
      </w:r>
      <w:r>
        <w:t>ek ajib si baat hai yeh.</w:t>
      </w:r>
    </w:p>
    <w:p>
      <w:pPr>
        <w:jc w:val="right"/>
      </w:pPr>
      <w:r>
        <w:t>ایک عجیب سی بات ہے یہ۔</w:t>
      </w:r>
    </w:p>
    <w:p>
      <w:r>
        <w:rPr>
          <w:b/>
        </w:rPr>
        <w:t xml:space="preserve">[37:45] </w:t>
      </w:r>
      <w:r>
        <w:t>bohat ajib si baat maloom hoti hai lekin mein aksar sochta hoon ke shayad Allah taala ne chaha</w:t>
      </w:r>
    </w:p>
    <w:p>
      <w:pPr>
        <w:jc w:val="right"/>
      </w:pPr>
      <w:r>
        <w:t>بہت عجیب سی بات معلوم ہوتی ہے لیکن میں اکثر سوچتا ہوں کہ شاید اللہ تعالیٰ نے چاہا</w:t>
      </w:r>
    </w:p>
    <w:p>
      <w:r>
        <w:rPr>
          <w:b/>
        </w:rPr>
        <w:t xml:space="preserve">[37:50] </w:t>
      </w:r>
      <w:r>
        <w:t>ke kisi ko woh cheez de jo us ke apne wajood ke siwa har cheez se behtar ho.</w:t>
      </w:r>
    </w:p>
    <w:p>
      <w:pPr>
        <w:jc w:val="right"/>
      </w:pPr>
      <w:r>
        <w:t>کہ کسی کو وہ چیز دے جو اس کے اپنے وجود کے سوا ہر چیز سے بہتر ہو۔</w:t>
      </w:r>
    </w:p>
    <w:p>
      <w:r>
        <w:rPr>
          <w:b/>
        </w:rPr>
        <w:t xml:space="preserve">[37:56] </w:t>
      </w:r>
      <w:r>
        <w:t>aur woh hai jannat.</w:t>
      </w:r>
    </w:p>
    <w:p>
      <w:pPr>
        <w:jc w:val="right"/>
      </w:pPr>
      <w:r>
        <w:t>اور وہ ہے جنت۔</w:t>
      </w:r>
    </w:p>
    <w:p>
      <w:r>
        <w:rPr>
          <w:b/>
        </w:rPr>
        <w:t xml:space="preserve">[38:02] </w:t>
      </w:r>
      <w:r>
        <w:t>aap sochiye zara.</w:t>
      </w:r>
    </w:p>
    <w:p>
      <w:pPr>
        <w:jc w:val="right"/>
      </w:pPr>
      <w:r>
        <w:t>آپ سوچیے ذرا۔</w:t>
      </w:r>
    </w:p>
    <w:p>
      <w:r>
        <w:rPr>
          <w:b/>
        </w:rPr>
        <w:t xml:space="preserve">[38:08] </w:t>
      </w:r>
      <w:r>
        <w:t>kamil dunya, misali dunya kaisa ajib o gharib hoga.</w:t>
      </w:r>
    </w:p>
    <w:p>
      <w:pPr>
        <w:jc w:val="right"/>
      </w:pPr>
      <w:r>
        <w:t>کامل دنیا، مثالی دنیا کیسا عجیب و غریب ہوگا۔</w:t>
      </w:r>
    </w:p>
    <w:p>
      <w:r>
        <w:rPr>
          <w:b/>
        </w:rPr>
        <w:t xml:space="preserve">[38:14] </w:t>
      </w:r>
      <w:r>
        <w:t>jahan aap ko poori takmeel mile woh kaisa ajib hoga.</w:t>
      </w:r>
    </w:p>
    <w:p>
      <w:pPr>
        <w:jc w:val="right"/>
      </w:pPr>
      <w:r>
        <w:t>جہاں آپ کو پوری تکمیل ملے وہ کیسا عجیب ہوگا۔</w:t>
      </w:r>
    </w:p>
    <w:p>
      <w:r>
        <w:rPr>
          <w:b/>
        </w:rPr>
        <w:t xml:space="preserve">[38:20] </w:t>
      </w:r>
      <w:r>
        <w:t>to Allah taala ne chaha ke insan ko koi aisi cheez de jo kisi ko woh cheez de</w:t>
      </w:r>
    </w:p>
    <w:p>
      <w:pPr>
        <w:jc w:val="right"/>
      </w:pPr>
      <w:r>
        <w:t>تو اللہ تعالیٰ نے چاہا کہ انسان کو کوئی ایسی چیز دے جو کسی کو وہ چیز دے</w:t>
      </w:r>
    </w:p>
    <w:p>
      <w:r>
        <w:rPr>
          <w:b/>
        </w:rPr>
        <w:t xml:space="preserve">[38:26] </w:t>
      </w:r>
      <w:r>
        <w:t>jo us ke apni zaat ke siwa sab se behtar ho.</w:t>
      </w:r>
    </w:p>
    <w:p>
      <w:pPr>
        <w:jc w:val="right"/>
      </w:pPr>
      <w:r>
        <w:t>جو اس کے اپنی ذات کے سوا سب سے بہتر ہو۔</w:t>
      </w:r>
    </w:p>
    <w:p>
      <w:r>
        <w:rPr>
          <w:b/>
        </w:rPr>
        <w:t xml:space="preserve">[38:32] </w:t>
      </w:r>
      <w:r>
        <w:t>to Allah taala ne jannat banai. jannat.</w:t>
      </w:r>
    </w:p>
    <w:p>
      <w:pPr>
        <w:jc w:val="right"/>
      </w:pPr>
      <w:r>
        <w:t>تو اللہ تعالیٰ نے جنت بنائی۔ جنت۔</w:t>
      </w:r>
    </w:p>
    <w:p>
      <w:r>
        <w:rPr>
          <w:b/>
        </w:rPr>
        <w:t xml:space="preserve">[38:38] </w:t>
      </w:r>
      <w:r>
        <w:t>ab yeh sawal tha ke jannat ki qeemat kya hai? kaun log jannat mein basaye jayenge? to</w:t>
      </w:r>
    </w:p>
    <w:p>
      <w:pPr>
        <w:jc w:val="right"/>
      </w:pPr>
      <w:r>
        <w:t>اب یہ سوال تھا کہ جنت کی قیمت کیا ہے؟ کون لوگ جنت میں بسائے جائیں گے؟ تو</w:t>
      </w:r>
    </w:p>
    <w:p>
      <w:r>
        <w:rPr>
          <w:b/>
        </w:rPr>
        <w:t xml:space="preserve">[38:44] </w:t>
      </w:r>
      <w:r>
        <w:t>zahair hai ke is ke liye mustahiq umeedwar chahiye.</w:t>
      </w:r>
    </w:p>
    <w:p>
      <w:pPr>
        <w:jc w:val="right"/>
      </w:pPr>
      <w:r>
        <w:t>ظاہر ہے کہ اس کے لیے مستحق امیدوار چاہیے۔</w:t>
      </w:r>
    </w:p>
    <w:p>
      <w:r>
        <w:rPr>
          <w:b/>
        </w:rPr>
        <w:t xml:space="preserve">[38:50] </w:t>
      </w:r>
      <w:r>
        <w:t>khwah makhwah aap kooda karkat to nahi bhar sakte jannat mein.</w:t>
      </w:r>
    </w:p>
    <w:p>
      <w:pPr>
        <w:jc w:val="right"/>
      </w:pPr>
      <w:r>
        <w:t>خوامخواہ آپ کوڑا کرکٹ تو نہیں بھر سکتے جنت میں۔</w:t>
      </w:r>
    </w:p>
    <w:p>
      <w:r>
        <w:rPr>
          <w:b/>
        </w:rPr>
        <w:t xml:space="preserve">[38:56] </w:t>
      </w:r>
      <w:r>
        <w:t>is ke liye woh shakhsiyat chahiye jo bahar rehne ke qabil ho.</w:t>
      </w:r>
    </w:p>
    <w:p>
      <w:pPr>
        <w:jc w:val="right"/>
      </w:pPr>
      <w:r>
        <w:t>اس کے لیے وہ شخصیت چاہیے جو باہر رہنے کے قابل ہو۔</w:t>
      </w:r>
    </w:p>
    <w:p>
      <w:r>
        <w:rPr>
          <w:b/>
        </w:rPr>
        <w:t xml:space="preserve">[39:02] </w:t>
      </w:r>
      <w:r>
        <w:t>to is ke liye Allah taala ne yeh usool banaye ke dhalika jaza'u muntazaq jo apne aap ko</w:t>
      </w:r>
    </w:p>
    <w:p>
      <w:pPr>
        <w:jc w:val="right"/>
      </w:pPr>
      <w:r>
        <w:t>تو اس کے لیے اللہ تعالیٰ نے یہ اصول بنائے کہ ذٰلِكَ جَزَاءُ مُنْتَزَقٍ جو اپنے آپ کو</w:t>
      </w:r>
    </w:p>
    <w:p>
      <w:r>
        <w:rPr>
          <w:b/>
        </w:rPr>
        <w:t xml:space="preserve">[39:07] </w:t>
      </w:r>
      <w:r>
        <w:t>mouzoon rooh ke taur par develop kare.</w:t>
      </w:r>
    </w:p>
    <w:p>
      <w:pPr>
        <w:jc w:val="right"/>
      </w:pPr>
      <w:r>
        <w:t>موزوں روح کے طور پر develop کرے۔</w:t>
      </w:r>
    </w:p>
    <w:p>
      <w:r>
        <w:rPr>
          <w:b/>
        </w:rPr>
        <w:t xml:space="preserve">[39:13] </w:t>
      </w:r>
      <w:r>
        <w:t>jo apne aap ko mouzoon zehn ke taur par develop kare.</w:t>
      </w:r>
    </w:p>
    <w:p>
      <w:pPr>
        <w:jc w:val="right"/>
      </w:pPr>
      <w:r>
        <w:t>جو اپنے آپ کو موزوں ذہن کے طور پر develop کرے۔</w:t>
      </w:r>
    </w:p>
    <w:p>
      <w:r>
        <w:rPr>
          <w:b/>
        </w:rPr>
        <w:t xml:space="preserve">[39:19] </w:t>
      </w:r>
      <w:r>
        <w:t>jo aap ko apne aap ko mouzoon shakhsiyat ke taur par develop kare.</w:t>
      </w:r>
    </w:p>
    <w:p>
      <w:pPr>
        <w:jc w:val="right"/>
      </w:pPr>
      <w:r>
        <w:t>جو آپ کو اپنے آپ کو موزوں شخصیت کے طور پر develop کرے۔</w:t>
      </w:r>
    </w:p>
    <w:p>
      <w:r>
        <w:rPr>
          <w:b/>
        </w:rPr>
        <w:t xml:space="preserve">[39:25] </w:t>
      </w:r>
      <w:r>
        <w:t>woh wahan thehra jayega.</w:t>
      </w:r>
    </w:p>
    <w:p>
      <w:pPr>
        <w:jc w:val="right"/>
      </w:pPr>
      <w:r>
        <w:t>وہ وہاں ٹھہرا جائے گا۔</w:t>
      </w:r>
    </w:p>
    <w:p>
      <w:r>
        <w:rPr>
          <w:b/>
        </w:rPr>
        <w:t xml:space="preserve">[39:31] </w:t>
      </w:r>
      <w:r>
        <w:t>ab purification kya hai? Wohi hai.</w:t>
      </w:r>
    </w:p>
    <w:p>
      <w:pPr>
        <w:jc w:val="right"/>
      </w:pPr>
      <w:r>
        <w:t>اب purification کیا ہے؟ وہ یہی ہے۔</w:t>
      </w:r>
    </w:p>
    <w:p>
      <w:r>
        <w:rPr>
          <w:b/>
        </w:rPr>
        <w:t xml:space="preserve">[39:37] </w:t>
      </w:r>
      <w:r>
        <w:t>fabi'a la'i rabbikuma tukazzibani yeh ayat surah rehman mein 31 baar aayi hai.</w:t>
      </w:r>
    </w:p>
    <w:p>
      <w:pPr>
        <w:jc w:val="right"/>
      </w:pPr>
      <w:r>
        <w:t>فَبَيِّ عَلَىٰ رَبِّكُمْ وَاتُكَ الْزَبَانُ یہ آیت سورہ الرحمن میں 31 بار آئی ہے۔</w:t>
      </w:r>
    </w:p>
    <w:p>
      <w:r>
        <w:rPr>
          <w:b/>
        </w:rPr>
        <w:t xml:space="preserve">[39:43] </w:t>
      </w:r>
      <w:r>
        <w:t>ke tum Khuda ke kis kis aala ko inkar karoge? Aala se murad hai moajzaat.</w:t>
      </w:r>
    </w:p>
    <w:p>
      <w:pPr>
        <w:jc w:val="right"/>
      </w:pPr>
      <w:r>
        <w:t>کہ تم خدا کے کس کس اعلیٰ کو انکار کرو گے؟ اعلیٰ سے مراد ہے معجزات۔</w:t>
      </w:r>
    </w:p>
    <w:p>
      <w:r>
        <w:rPr>
          <w:b/>
        </w:rPr>
        <w:t xml:space="preserve">[39:49] </w:t>
      </w:r>
      <w:r>
        <w:t>sab se acha lafz aala ke liye mere khayal se moajzaat.</w:t>
      </w:r>
    </w:p>
    <w:p>
      <w:pPr>
        <w:jc w:val="right"/>
      </w:pPr>
      <w:r>
        <w:t>سب سے اچھا لفظ اعلیٰ کے لیے میرے خیال سے معجزات۔</w:t>
      </w:r>
    </w:p>
    <w:p>
      <w:r>
        <w:rPr>
          <w:b/>
        </w:rPr>
        <w:t xml:space="preserve">[39:55] </w:t>
      </w:r>
      <w:r>
        <w:t>yani Allah taala ne is kainat mein jo rakha hai apni tajalliyat, apne takhleeqi kamalat is ke liye</w:t>
      </w:r>
    </w:p>
    <w:p>
      <w:pPr>
        <w:jc w:val="right"/>
      </w:pPr>
      <w:r>
        <w:t>یعنی اللہ تعالیٰ نے اس کائنات میں جو رکھا ہے اپنی تجلیات، اپنے تخلیقی کمالات اس کے لیے</w:t>
      </w:r>
    </w:p>
    <w:p>
      <w:r>
        <w:rPr>
          <w:b/>
        </w:rPr>
        <w:t xml:space="preserve">[40:01] </w:t>
      </w:r>
      <w:r>
        <w:t>moajzaat insani ki lughat mein moajzaat se ke siwa koi lafz mujhe nahi mila.</w:t>
      </w:r>
    </w:p>
    <w:p>
      <w:pPr>
        <w:jc w:val="right"/>
      </w:pPr>
      <w:r>
        <w:t>معجزات انسانی کی لغت میں معجزات سے کے سوا کوئی لفظ مجھے نہیں ملا۔</w:t>
      </w:r>
    </w:p>
    <w:p>
      <w:r>
        <w:rPr>
          <w:b/>
        </w:rPr>
        <w:t xml:space="preserve">[40:07] </w:t>
      </w:r>
      <w:r>
        <w:t>main ne ek martaba padha tha ke ek Europi khatoon aayi Taj Mahal ko dekhne ke liye.</w:t>
      </w:r>
    </w:p>
    <w:p>
      <w:pPr>
        <w:jc w:val="right"/>
      </w:pPr>
      <w:r>
        <w:t>میں نے ایک مرتبہ پڑھا تھا کہ ایک یورپی خاتون آئی تاج محل کو دیکھنے کے لیے۔</w:t>
      </w:r>
    </w:p>
    <w:p>
      <w:r>
        <w:rPr>
          <w:b/>
        </w:rPr>
        <w:t xml:space="preserve">[40:13] </w:t>
      </w:r>
      <w:r>
        <w:t>to jab us ko nazar pari Taj Mahal par to sirf ek lafz bol saki woh. Wonderful, wonderful.</w:t>
      </w:r>
    </w:p>
    <w:p>
      <w:pPr>
        <w:jc w:val="right"/>
      </w:pPr>
      <w:r>
        <w:t>تو جب اس کو نظر پڑی تاج محل پر تو صرف ایک لفظ بول سکی وہ۔ Wonderful, wonderful.</w:t>
      </w:r>
    </w:p>
    <w:p>
      <w:r>
        <w:rPr>
          <w:b/>
        </w:rPr>
        <w:t xml:space="preserve">[40:19] </w:t>
      </w:r>
      <w:r>
        <w:t>Wonderful, wonderful.</w:t>
      </w:r>
    </w:p>
    <w:p>
      <w:pPr>
        <w:jc w:val="right"/>
      </w:pPr>
      <w:r>
        <w:t>Wonderful, wonderful.</w:t>
      </w:r>
    </w:p>
    <w:p>
      <w:r>
        <w:rPr>
          <w:b/>
        </w:rPr>
        <w:t xml:space="preserve">[40:24] </w:t>
      </w:r>
      <w:r>
        <w:t>bas aur kuch nahi keh saki woh.</w:t>
      </w:r>
    </w:p>
    <w:p>
      <w:pPr>
        <w:jc w:val="right"/>
      </w:pPr>
      <w:r>
        <w:t>بس اور کچھ نہیں کہہ سکی وہ۔</w:t>
      </w:r>
    </w:p>
    <w:p>
      <w:r>
        <w:rPr>
          <w:b/>
        </w:rPr>
        <w:t xml:space="preserve">[40:29] </w:t>
      </w:r>
      <w:r>
        <w:t>to yeh is se acha lafz mujhe nahi maloom koi doosra insani zaban mein.</w:t>
      </w:r>
    </w:p>
    <w:p>
      <w:pPr>
        <w:jc w:val="right"/>
      </w:pPr>
      <w:r>
        <w:t>تو یہ اس سے اچھا لفظ مجھے نہیں معلوم کوئی دوسرا انسانی زبان میں۔</w:t>
      </w:r>
    </w:p>
    <w:p>
      <w:r>
        <w:rPr>
          <w:b/>
        </w:rPr>
        <w:t xml:space="preserve">[40:34] </w:t>
      </w:r>
      <w:r>
        <w:t>to Allah taala ke moajzaat hain jo takhleeq mein chhpe hue hain.</w:t>
      </w:r>
    </w:p>
    <w:p>
      <w:pPr>
        <w:jc w:val="right"/>
      </w:pPr>
      <w:r>
        <w:t>تو اللہ تعالیٰ کے معجزات ہیں جو تخلیق میں چھپے ہوئے ہیں۔</w:t>
      </w:r>
    </w:p>
    <w:p>
      <w:r>
        <w:rPr>
          <w:b/>
        </w:rPr>
        <w:t xml:space="preserve">[40:39] </w:t>
      </w:r>
      <w:r>
        <w:t>jo Quran mein hai ke agar tamam samandar siyahi bana diye jayein aur tamam darakht qalam bana diye</w:t>
      </w:r>
    </w:p>
    <w:p>
      <w:pPr>
        <w:jc w:val="right"/>
      </w:pPr>
      <w:r>
        <w:t>جو قرآن میں ہے کہ اگر تمام سمندر سیاہی بنا دیے جائیں اور تمام درخت قلم بنا دیے</w:t>
      </w:r>
    </w:p>
    <w:p>
      <w:r>
        <w:rPr>
          <w:b/>
        </w:rPr>
        <w:t xml:space="preserve">[40:44] </w:t>
      </w:r>
      <w:r>
        <w:t>jayein aur Khuda ke moajzaat likhna shuru kiya jaye to kabhi khatam nahi honge.</w:t>
      </w:r>
    </w:p>
    <w:p>
      <w:pPr>
        <w:jc w:val="right"/>
      </w:pPr>
      <w:r>
        <w:t>جائیں اور خدا کے معجزات لکھنا شروع کیا جائے تو کبھی ختم نہیں ہوں گے۔</w:t>
      </w:r>
    </w:p>
    <w:p>
      <w:r>
        <w:rPr>
          <w:b/>
        </w:rPr>
        <w:t xml:space="preserve">[40:50] </w:t>
      </w:r>
      <w:r>
        <w:t>samandar sookh jayega, qalam toot jayenge sab.</w:t>
      </w:r>
    </w:p>
    <w:p>
      <w:pPr>
        <w:jc w:val="right"/>
      </w:pPr>
      <w:r>
        <w:t>سمندر سوکھ جائے گا، قلم ٹوٹ جائیں گے سب۔</w:t>
      </w:r>
    </w:p>
    <w:p>
      <w:r>
        <w:rPr>
          <w:b/>
        </w:rPr>
        <w:t xml:space="preserve">[40:55] </w:t>
      </w:r>
      <w:r>
        <w:t>to is ki qeemat yahi rakhi hai Allah taala ne ke in chhpe moajzaat ko daryaft karna, in</w:t>
      </w:r>
    </w:p>
    <w:p>
      <w:pPr>
        <w:jc w:val="right"/>
      </w:pPr>
      <w:r>
        <w:t>تو اس کی قیمت یہی رکھی ہے اللہ تعالیٰ نے کہ ان چھپے معجزات کو دریافت کرنا، ان</w:t>
      </w:r>
    </w:p>
    <w:p>
      <w:r>
        <w:rPr>
          <w:b/>
        </w:rPr>
        <w:t xml:space="preserve">[41:00] </w:t>
      </w:r>
      <w:r>
        <w:t>ko unfold karna.</w:t>
      </w:r>
    </w:p>
    <w:p>
      <w:pPr>
        <w:jc w:val="right"/>
      </w:pPr>
      <w:r>
        <w:t>کو unfold کرنا۔</w:t>
      </w:r>
    </w:p>
    <w:p>
      <w:r>
        <w:rPr>
          <w:b/>
        </w:rPr>
        <w:t xml:space="preserve">[41:05] </w:t>
      </w:r>
      <w:r>
        <w:t>isi ko kaha jata hai marifat.</w:t>
      </w:r>
    </w:p>
    <w:p>
      <w:pPr>
        <w:jc w:val="right"/>
      </w:pPr>
      <w:r>
        <w:t>اسی کو کہا جاتا ہے معرفت۔</w:t>
      </w:r>
    </w:p>
    <w:p>
      <w:r>
        <w:rPr>
          <w:b/>
        </w:rPr>
        <w:t xml:space="preserve">[41:10] </w:t>
      </w:r>
      <w:r>
        <w:t>is daryaft se yeh saada baat to nahi hai daryaft.</w:t>
      </w:r>
    </w:p>
    <w:p>
      <w:pPr>
        <w:jc w:val="right"/>
      </w:pPr>
      <w:r>
        <w:t>اس دریافت سے یہ سادہ بات تو نہیں ہے دریافت۔</w:t>
      </w:r>
    </w:p>
    <w:p>
      <w:r>
        <w:rPr>
          <w:b/>
        </w:rPr>
        <w:t xml:space="preserve">[41:15] </w:t>
      </w:r>
      <w:r>
        <w:t>yeh sirf takneeki daryaft nahi hai.</w:t>
      </w:r>
    </w:p>
    <w:p>
      <w:pPr>
        <w:jc w:val="right"/>
      </w:pPr>
      <w:r>
        <w:t>یہ صرف تکنیکی دریافت نہیں ہے۔</w:t>
      </w:r>
    </w:p>
    <w:p>
      <w:r>
        <w:rPr>
          <w:b/>
        </w:rPr>
        <w:t xml:space="preserve">[41:21] </w:t>
      </w:r>
      <w:r>
        <w:t>dekhiye agar koi pathar farz kijiye ke daryaft kare to pathar pehle bhi tha, pathar baad ko bhi rahe ga.</w:t>
      </w:r>
    </w:p>
    <w:p>
      <w:pPr>
        <w:jc w:val="right"/>
      </w:pPr>
      <w:r>
        <w:t>دیکھیے اگر کوئی پتھر فرض کیجیے کہ دریافت کرے تو پتھر پہلے بھی تھا، پتھر بعد کو بھی رہے گا۔</w:t>
      </w:r>
    </w:p>
    <w:p>
      <w:r>
        <w:rPr>
          <w:b/>
        </w:rPr>
        <w:t xml:space="preserve">[41:26] </w:t>
      </w:r>
      <w:r>
        <w:t>yani agar computer farz kijiye daryaft kare in sab baaton ko, computer ke andar aap fit kar dijiye</w:t>
      </w:r>
    </w:p>
    <w:p>
      <w:pPr>
        <w:jc w:val="right"/>
      </w:pPr>
      <w:r>
        <w:t>یعنی اگر کمپیوٹر فرض کیجیے دریافت کرے ان سب باتوں کو، کمپیوٹر کے اندر آپ fit کر دیجیے</w:t>
      </w:r>
    </w:p>
    <w:p>
      <w:r>
        <w:rPr>
          <w:b/>
        </w:rPr>
        <w:t xml:space="preserve">[41:31] </w:t>
      </w:r>
      <w:r>
        <w:t>saari baatein aap tab bhi computer to computer hi rahe ga.</w:t>
      </w:r>
    </w:p>
    <w:p>
      <w:pPr>
        <w:jc w:val="right"/>
      </w:pPr>
      <w:r>
        <w:t>ساری باتیں آپ تب بھی کمپیوٹر تو کمپیوٹر ہی رہے گا۔</w:t>
      </w:r>
    </w:p>
    <w:p>
      <w:r>
        <w:rPr>
          <w:b/>
        </w:rPr>
        <w:t xml:space="preserve">[41:36] </w:t>
      </w:r>
      <w:r>
        <w:t>lekin insaan jab jo jis ke andar hawas hain, jis ke andar hawas hain, jis ke andar jazbaat</w:t>
      </w:r>
    </w:p>
    <w:p>
      <w:pPr>
        <w:jc w:val="right"/>
      </w:pPr>
      <w:r>
        <w:t>لیکن انسان جب جو جس کے اندر حواس ہیں، جس کے اندر حواس ہیں، جس کے اندر جذبات</w:t>
      </w:r>
    </w:p>
    <w:p>
      <w:r>
        <w:rPr>
          <w:b/>
        </w:rPr>
        <w:t xml:space="preserve">[41:41] </w:t>
      </w:r>
      <w:r>
        <w:t>hain, jazbaat hain woh jab daryaft karta hai to kya cheez paida hoti hai? woh jo quran mein</w:t>
      </w:r>
    </w:p>
    <w:p>
      <w:pPr>
        <w:jc w:val="right"/>
      </w:pPr>
      <w:r>
        <w:t>ہیں، جذبات ہیں وہ جب دریافت کرتا ہے تو کیا چیز پیدا ہوتی ہے؟ وہ جو قرآن میں</w:t>
      </w:r>
    </w:p>
    <w:p>
      <w:r>
        <w:rPr>
          <w:b/>
        </w:rPr>
        <w:t xml:space="preserve">[41:46] </w:t>
      </w:r>
      <w:r>
        <w:t>ek allazeena aamano ashadd hubban lillahi aamano ke maani kya hain? yani lafzi tarjuma yeh hai ke imaan</w:t>
      </w:r>
    </w:p>
    <w:p>
      <w:pPr>
        <w:jc w:val="right"/>
      </w:pPr>
      <w:r>
        <w:t>ایک الَّذِينَ آمَنُوا أَشَدُّ حُبًّا لِلَّهِ آمنو کے معنی کیا ہیں؟ یعنی لفظی ترجمہ یہ ہے کہ ایمان</w:t>
      </w:r>
    </w:p>
    <w:p>
      <w:r>
        <w:rPr>
          <w:b/>
        </w:rPr>
        <w:t xml:space="preserve">[41:52] </w:t>
      </w:r>
      <w:r>
        <w:t>lane wale sab se zyada mohabbat karte hain Allah se.</w:t>
      </w:r>
    </w:p>
    <w:p>
      <w:pPr>
        <w:jc w:val="right"/>
      </w:pPr>
      <w:r>
        <w:t>لانے والے سب سے زیادہ محبت کرتے ہیں اللہ سے۔</w:t>
      </w:r>
    </w:p>
    <w:p>
      <w:r>
        <w:rPr>
          <w:b/>
        </w:rPr>
        <w:t xml:space="preserve">[41:57] </w:t>
      </w:r>
      <w:r>
        <w:t>imaan lana kya hai? yani kyun aadmi Allah se sab se zyada mohabbat karta hai? kare ga.</w:t>
      </w:r>
    </w:p>
    <w:p>
      <w:pPr>
        <w:jc w:val="right"/>
      </w:pPr>
      <w:r>
        <w:t>ایمان لانا کیا ہے؟ یعنی کیوں آدمی اللہ سے سب سے زیادہ محبت کرتا ہے؟ کرے گا۔</w:t>
      </w:r>
    </w:p>
    <w:p>
      <w:r>
        <w:rPr>
          <w:b/>
        </w:rPr>
        <w:t xml:space="preserve">[42:02] </w:t>
      </w:r>
      <w:r>
        <w:t>aap ghor kijiye.</w:t>
      </w:r>
    </w:p>
    <w:p>
      <w:pPr>
        <w:jc w:val="right"/>
      </w:pPr>
      <w:r>
        <w:t>آپ غور کیجیے۔</w:t>
      </w:r>
    </w:p>
    <w:p>
      <w:r>
        <w:rPr>
          <w:b/>
        </w:rPr>
        <w:t xml:space="preserve">[42:07] </w:t>
      </w:r>
      <w:r>
        <w:t>Allah se sab se zyada mohabbat kyun kare ga sab se zyada? koi wajah to honi chahiye na is ki.</w:t>
      </w:r>
    </w:p>
    <w:p>
      <w:pPr>
        <w:jc w:val="right"/>
      </w:pPr>
      <w:r>
        <w:t>اللہ سے سب سے زیادہ محبت کیوں کرے گا سب سے زیادہ؟ کوئی وجہ تو ہونی چاہیے نا اس کی۔</w:t>
      </w:r>
    </w:p>
    <w:p>
      <w:r>
        <w:rPr>
          <w:b/>
        </w:rPr>
        <w:t xml:space="preserve">[42:12] </w:t>
      </w:r>
      <w:r>
        <w:t>to woh yeh wajah yahi hai ke sab se bari daryaft to sab se bari mohabbat.</w:t>
      </w:r>
    </w:p>
    <w:p>
      <w:pPr>
        <w:jc w:val="right"/>
      </w:pPr>
      <w:r>
        <w:t>تو وہ یہ وجہ یہی ہے کہ سب سے بڑی دریافت تو سب سے بڑی محبت۔</w:t>
      </w:r>
    </w:p>
    <w:p>
      <w:r>
        <w:rPr>
          <w:b/>
        </w:rPr>
        <w:t xml:space="preserve">[42:17] </w:t>
      </w:r>
      <w:r>
        <w:t>yeh jo moajzaat hain fitrat mein jab is ko aadmi daryaft karta hai to woh is ke liye</w:t>
      </w:r>
    </w:p>
    <w:p>
      <w:pPr>
        <w:jc w:val="right"/>
      </w:pPr>
      <w:r>
        <w:t>یہ جو معجزات ہیں فطرت میں جب اس کو آدمی دریافت کرتا ہے تو وہ اس کے لیے</w:t>
      </w:r>
    </w:p>
    <w:p>
      <w:r>
        <w:rPr>
          <w:b/>
        </w:rPr>
        <w:t xml:space="preserve">[42:23] </w:t>
      </w:r>
      <w:r>
        <w:t>sab se bari daryaft hoti hai.</w:t>
      </w:r>
    </w:p>
    <w:p>
      <w:pPr>
        <w:jc w:val="right"/>
      </w:pPr>
      <w:r>
        <w:t>سب سے بڑی دریافت ہوتی ہے۔</w:t>
      </w:r>
    </w:p>
    <w:p>
      <w:r>
        <w:rPr>
          <w:b/>
        </w:rPr>
        <w:t xml:space="preserve">[42:28] </w:t>
      </w:r>
      <w:r>
        <w:t>har daryaft se bari daryaft.</w:t>
      </w:r>
    </w:p>
    <w:p>
      <w:pPr>
        <w:jc w:val="right"/>
      </w:pPr>
      <w:r>
        <w:t>ہر دریافت سے بڑی دریافت۔</w:t>
      </w:r>
    </w:p>
    <w:p>
      <w:r>
        <w:rPr>
          <w:b/>
        </w:rPr>
        <w:t xml:space="preserve">[42:33] </w:t>
      </w:r>
      <w:r>
        <w:t>to is se jo cheez nikalti hai is ka jo jazbati radd-e-amal deta hai insaan isi ka naam</w:t>
      </w:r>
    </w:p>
    <w:p>
      <w:pPr>
        <w:jc w:val="right"/>
      </w:pPr>
      <w:r>
        <w:t>تو اس سے جو چیز نکلتی ہے اس کا جو جذباتی ردعمل دیتا ہے انسان اسی کا نام</w:t>
      </w:r>
    </w:p>
    <w:p>
      <w:r>
        <w:rPr>
          <w:b/>
        </w:rPr>
        <w:t xml:space="preserve">[42:38] </w:t>
      </w:r>
      <w:r>
        <w:t>hai hubb-e-shadeed Allah ke liye.</w:t>
      </w:r>
    </w:p>
    <w:p>
      <w:pPr>
        <w:jc w:val="right"/>
      </w:pPr>
      <w:r>
        <w:t>ہے حب شدید اللہ کے لیے۔</w:t>
      </w:r>
    </w:p>
    <w:p>
      <w:r>
        <w:rPr>
          <w:b/>
        </w:rPr>
        <w:t xml:space="preserve">[42:43] </w:t>
      </w:r>
      <w:r>
        <w:t>hubb ke maani hain mazboot mohabbat. mazboot mohabbat.</w:t>
      </w:r>
    </w:p>
    <w:p>
      <w:pPr>
        <w:jc w:val="right"/>
      </w:pPr>
      <w:r>
        <w:t>حب کے معنی ہیں مضبوط محبت۔ مضبوط محبت۔</w:t>
      </w:r>
    </w:p>
    <w:p>
      <w:r>
        <w:rPr>
          <w:b/>
        </w:rPr>
        <w:t xml:space="preserve">[42:49] </w:t>
      </w:r>
      <w:r>
        <w:t>kyun ke daryaft bohat bari hai is liye is ka radd-e-amal bhi bohat bara hai.</w:t>
      </w:r>
    </w:p>
    <w:p>
      <w:pPr>
        <w:jc w:val="right"/>
      </w:pPr>
      <w:r>
        <w:t>کیونکہ دریافت بہت بڑی ہے اس لیے اس کا ردعمل بھی بہت بڑا ہے۔</w:t>
      </w:r>
    </w:p>
    <w:p>
      <w:r>
        <w:rPr>
          <w:b/>
        </w:rPr>
        <w:t xml:space="preserve">[42:54] </w:t>
      </w:r>
      <w:r>
        <w:t>fal lazeena aamano ashadd hubban lillahi yani jo log Allah ke kamalat ko daryaft karte hain, jo log Allah</w:t>
      </w:r>
    </w:p>
    <w:p>
      <w:pPr>
        <w:jc w:val="right"/>
      </w:pPr>
      <w:r>
        <w:t>فَالَّذِينَ آمَنُوا أَشَدُّ حُبًّا لِلَّهِ یعنی جو لوگ اللہ کے کمالات کو دریافت کرتے ہیں، جو لوگ اللہ</w:t>
      </w:r>
    </w:p>
    <w:p>
      <w:r>
        <w:rPr>
          <w:b/>
        </w:rPr>
        <w:t xml:space="preserve">[42:59] </w:t>
      </w:r>
      <w:r>
        <w:t>ke moajzaat ko daryaft karte hain to un ke andar be-panah jazba paida ho jata hai khaliq ke liye.</w:t>
      </w:r>
    </w:p>
    <w:p>
      <w:pPr>
        <w:jc w:val="right"/>
      </w:pPr>
      <w:r>
        <w:t>کے معجزات کو دریافت کرتے ہیں تو ان کے اندر بے پناہ جذبہ پیدا ہو جاتا ہے خالق کے لیے۔</w:t>
      </w:r>
    </w:p>
    <w:p>
      <w:r>
        <w:rPr>
          <w:b/>
        </w:rPr>
        <w:t xml:space="preserve">[43:04] </w:t>
      </w:r>
      <w:r>
        <w:t>fal lazeena aamano ashadd hubban lillahi agar daryaft hi nahi hai to hubb-e-shadeed bhi nahi hai.</w:t>
      </w:r>
    </w:p>
    <w:p>
      <w:pPr>
        <w:jc w:val="right"/>
      </w:pPr>
      <w:r>
        <w:t>فَالَّذِينَ آمَنُوا أَشَدُّ حُبًّا لِلَّهِ اگر دریافت ہی نہیں ہے تو حب شدید بھی نہیں ہے۔</w:t>
      </w:r>
    </w:p>
    <w:p>
      <w:r>
        <w:rPr>
          <w:b/>
        </w:rPr>
        <w:t xml:space="preserve">[43:09] </w:t>
      </w:r>
      <w:r>
        <w:t>to jab yeh sab aadmi marhalay tay kar le to woh jannat ke liye mustahiq umeedwar ban jata hai.</w:t>
      </w:r>
    </w:p>
    <w:p>
      <w:pPr>
        <w:jc w:val="right"/>
      </w:pPr>
      <w:r>
        <w:t>تو جب یہ سب آدمی مراحل طے کر لے تو وہ جنت کے لیے مستحق امیدوار بن جاتا ہے۔</w:t>
      </w:r>
    </w:p>
    <w:p>
      <w:r>
        <w:rPr>
          <w:b/>
        </w:rPr>
        <w:t xml:space="preserve">[43:14] </w:t>
      </w:r>
      <w:r>
        <w:t>mustahiq umeedwar ban jata hai.</w:t>
      </w:r>
    </w:p>
    <w:p>
      <w:pPr>
        <w:jc w:val="right"/>
      </w:pPr>
      <w:r>
        <w:t>مستحق امیدوار بن جاتا ہے۔</w:t>
      </w:r>
    </w:p>
    <w:p>
      <w:r>
        <w:rPr>
          <w:b/>
        </w:rPr>
        <w:t xml:space="preserve">[43:20] </w:t>
      </w:r>
      <w:r>
        <w:t>yani jannat Allah taala ka aik bohat hi aala fun hai aap samajh lijie.</w:t>
      </w:r>
    </w:p>
    <w:p>
      <w:pPr>
        <w:jc w:val="right"/>
      </w:pPr>
      <w:r>
        <w:t>یعنی جنت اللہ تعالیٰ کا ایک بہت ہی اعلیٰ فن ہے آپ سمجھ لیجیے۔</w:t>
      </w:r>
    </w:p>
    <w:p>
      <w:r>
        <w:rPr>
          <w:b/>
        </w:rPr>
        <w:t xml:space="preserve">[43:25] </w:t>
      </w:r>
      <w:r>
        <w:t>insani zaban mein agar kahoon mein. aala fun.</w:t>
      </w:r>
    </w:p>
    <w:p>
      <w:pPr>
        <w:jc w:val="right"/>
      </w:pPr>
      <w:r>
        <w:t>انسانی زبان میں اگر کہوں میں۔ اعلیٰ فن۔</w:t>
      </w:r>
    </w:p>
    <w:p>
      <w:r>
        <w:rPr>
          <w:b/>
        </w:rPr>
        <w:t xml:space="preserve">[43:30] </w:t>
      </w:r>
      <w:r>
        <w:t>is fun ke liye is ne insan ke andar fankaraana zehn diya.</w:t>
      </w:r>
    </w:p>
    <w:p>
      <w:pPr>
        <w:jc w:val="right"/>
      </w:pPr>
      <w:r>
        <w:t>اس فن کے لیے اس نے انسان کے اندر فنکارانہ ذہن دیا۔</w:t>
      </w:r>
    </w:p>
    <w:p>
      <w:r>
        <w:rPr>
          <w:b/>
        </w:rPr>
        <w:t xml:space="preserve">[43:35] </w:t>
      </w:r>
      <w:r>
        <w:t>sochne ka zehn diya.</w:t>
      </w:r>
    </w:p>
    <w:p>
      <w:pPr>
        <w:jc w:val="right"/>
      </w:pPr>
      <w:r>
        <w:t>سوچنے کا ذہن دیا۔</w:t>
      </w:r>
    </w:p>
    <w:p>
      <w:r>
        <w:rPr>
          <w:b/>
        </w:rPr>
        <w:t xml:space="preserve">[43:40] </w:t>
      </w:r>
      <w:r>
        <w:t>to is fun ko kon is fun ko sarahne wala aik chahiye.</w:t>
      </w:r>
    </w:p>
    <w:p>
      <w:pPr>
        <w:jc w:val="right"/>
      </w:pPr>
      <w:r>
        <w:t>تو اس فن کو کون اس فن کو سراہنے والا ایک چاہیے۔</w:t>
      </w:r>
    </w:p>
    <w:p>
      <w:r>
        <w:rPr>
          <w:b/>
        </w:rPr>
        <w:t xml:space="preserve">[43:45] </w:t>
      </w:r>
      <w:r>
        <w:t>jannat aik yani insani zaban mein bol raha hoon mein jannat aik bohat hi aala fun hai.</w:t>
      </w:r>
    </w:p>
    <w:p>
      <w:pPr>
        <w:jc w:val="right"/>
      </w:pPr>
      <w:r>
        <w:t>جنت ایک یعنی انسانی زبان میں بول رہا ہوں میں جنت ایک بہت ہی اعلیٰ فن ہے۔</w:t>
      </w:r>
    </w:p>
    <w:p>
      <w:r>
        <w:rPr>
          <w:b/>
        </w:rPr>
        <w:t xml:space="preserve">[43:51] </w:t>
      </w:r>
      <w:r>
        <w:t>is ko sarahne ke liye bhi aik bohat bara zehn chahiye.</w:t>
      </w:r>
    </w:p>
    <w:p>
      <w:pPr>
        <w:jc w:val="right"/>
      </w:pPr>
      <w:r>
        <w:t>اس کو سراہنے کے لیے بھی ایک بہت بڑا ذہن چاہیے۔</w:t>
      </w:r>
    </w:p>
    <w:p>
      <w:r>
        <w:rPr>
          <w:b/>
        </w:rPr>
        <w:t xml:space="preserve">[43:56] </w:t>
      </w:r>
      <w:r>
        <w:t>to Allah taala ne insan ko paida kiya.</w:t>
      </w:r>
    </w:p>
    <w:p>
      <w:pPr>
        <w:jc w:val="right"/>
      </w:pPr>
      <w:r>
        <w:t>تو اللہ تعالیٰ نے انسان کو پیدا کیا۔</w:t>
      </w:r>
    </w:p>
    <w:p>
      <w:r>
        <w:rPr>
          <w:b/>
        </w:rPr>
        <w:t xml:space="preserve">[44:01] </w:t>
      </w:r>
      <w:r>
        <w:t>insan ko paida kiya.</w:t>
      </w:r>
    </w:p>
    <w:p>
      <w:pPr>
        <w:jc w:val="right"/>
      </w:pPr>
      <w:r>
        <w:t>انسان کو پیدا کیا۔</w:t>
      </w:r>
    </w:p>
    <w:p>
      <w:r>
        <w:rPr>
          <w:b/>
        </w:rPr>
        <w:t xml:space="preserve">[44:06] </w:t>
      </w:r>
      <w:r>
        <w:t>aur insan ko yeh yeh sari khoobiyan dein ke woh unfold kar sake Allah taala ke moajzaat ko.</w:t>
      </w:r>
    </w:p>
    <w:p>
      <w:pPr>
        <w:jc w:val="right"/>
      </w:pPr>
      <w:r>
        <w:t>اور انسان کو یہ یہ ساری خوبیاں دیں کہ وہ unfold کر سکے اللہ تعالیٰ کے معجزات کو۔</w:t>
      </w:r>
    </w:p>
    <w:p>
      <w:r>
        <w:rPr>
          <w:b/>
        </w:rPr>
        <w:t xml:space="preserve">[44:11] </w:t>
      </w:r>
      <w:r>
        <w:t>to jab aap yeh daryaft karna hai is saada baat nahi hai.</w:t>
      </w:r>
    </w:p>
    <w:p>
      <w:pPr>
        <w:jc w:val="right"/>
      </w:pPr>
      <w:r>
        <w:t>تو جب آپ یہ دریافت کرنا ہے اس سادہ بات نہیں ہے۔</w:t>
      </w:r>
    </w:p>
    <w:p>
      <w:r>
        <w:rPr>
          <w:b/>
        </w:rPr>
        <w:t xml:space="preserve">[44:16] </w:t>
      </w:r>
      <w:r>
        <w:t>isi se aap ki shakhsiyat banti hai.</w:t>
      </w:r>
    </w:p>
    <w:p>
      <w:pPr>
        <w:jc w:val="right"/>
      </w:pPr>
      <w:r>
        <w:t>اسی سے آپ کی شخصیت بنتی ہے۔</w:t>
      </w:r>
    </w:p>
    <w:p>
      <w:r>
        <w:rPr>
          <w:b/>
        </w:rPr>
        <w:t xml:space="preserve">[44:22] </w:t>
      </w:r>
      <w:r>
        <w:t>isi se aap ke andar aik naya ubhaar aata hai.</w:t>
      </w:r>
    </w:p>
    <w:p>
      <w:pPr>
        <w:jc w:val="right"/>
      </w:pPr>
      <w:r>
        <w:t>اسی سے آپ کے اندر ایک نیا ابھار آتا ہے۔</w:t>
      </w:r>
    </w:p>
    <w:p>
      <w:r>
        <w:rPr>
          <w:b/>
        </w:rPr>
        <w:t xml:space="preserve">[44:27] </w:t>
      </w:r>
      <w:r>
        <w:t>isi ke andar se aap ke andar jazbaat ko aik naya rukh milta hai.</w:t>
      </w:r>
    </w:p>
    <w:p>
      <w:pPr>
        <w:jc w:val="right"/>
      </w:pPr>
      <w:r>
        <w:t>اسی کے اندر سے آپ کے اندر جذبات کو ایک نیا رخ ملتا ہے۔</w:t>
      </w:r>
    </w:p>
    <w:p>
      <w:r>
        <w:rPr>
          <w:b/>
        </w:rPr>
        <w:t xml:space="preserve">[44:32] </w:t>
      </w:r>
      <w:r>
        <w:t>saada baat nahi hai tabhi aik shakhsiyat banti hai aap ke andar.</w:t>
      </w:r>
    </w:p>
    <w:p>
      <w:pPr>
        <w:jc w:val="right"/>
      </w:pPr>
      <w:r>
        <w:t>سادہ بات نہیں ہے تبھی ایک شخصیت بنتی ہے آپ کے اندر۔</w:t>
      </w:r>
    </w:p>
    <w:p>
      <w:r>
        <w:rPr>
          <w:b/>
        </w:rPr>
        <w:t xml:space="preserve">[44:37] </w:t>
      </w:r>
      <w:r>
        <w:t>yani shakhsiyat ki taraqqi barah-e-raast taur par mutalliq hai daryaft se.</w:t>
      </w:r>
    </w:p>
    <w:p>
      <w:pPr>
        <w:jc w:val="right"/>
      </w:pPr>
      <w:r>
        <w:t>یعنی شخصیت کی ترقی براہ راست طور پر متعلق ہے دریافت سے۔</w:t>
      </w:r>
    </w:p>
    <w:p>
      <w:r>
        <w:rPr>
          <w:b/>
        </w:rPr>
        <w:t xml:space="preserve">[44:42] </w:t>
      </w:r>
      <w:r>
        <w:t>to jab yeh sab ho jata hai to woh waqt aata hai ke is insan ke liye jannat</w:t>
      </w:r>
    </w:p>
    <w:p>
      <w:pPr>
        <w:jc w:val="right"/>
      </w:pPr>
      <w:r>
        <w:t>تو جب یہ سب ہو جاتا ہے تو وہ وقت آتا ہے کہ اس انسان کے لیے جنت</w:t>
      </w:r>
    </w:p>
    <w:p>
      <w:r>
        <w:rPr>
          <w:b/>
        </w:rPr>
        <w:t xml:space="preserve">[44:48] </w:t>
      </w:r>
      <w:r>
        <w:t>ke darwaze khol diye jayen.</w:t>
      </w:r>
    </w:p>
    <w:p>
      <w:pPr>
        <w:jc w:val="right"/>
      </w:pPr>
      <w:r>
        <w:t>کے دروازے کھول دیئے جائیں۔</w:t>
      </w:r>
    </w:p>
    <w:p>
      <w:r>
        <w:rPr>
          <w:b/>
        </w:rPr>
        <w:t xml:space="preserve">[44:53] </w:t>
      </w:r>
      <w:r>
        <w:t>jannat koi koi qabar khana nahi hai jahan sab log aise hi dakhil kar diye jayen.</w:t>
      </w:r>
    </w:p>
    <w:p>
      <w:pPr>
        <w:jc w:val="right"/>
      </w:pPr>
      <w:r>
        <w:t>جنت کوئی کوئی قبر خانہ نہیں ہے جہاں سب لوگ ایسے ہی داخل کر دیئے جائیں۔</w:t>
      </w:r>
    </w:p>
    <w:p>
      <w:r>
        <w:rPr>
          <w:b/>
        </w:rPr>
        <w:t xml:space="preserve">[44:58] </w:t>
      </w:r>
      <w:r>
        <w:t>log jannat ko kam samajhte hain.</w:t>
      </w:r>
    </w:p>
    <w:p>
      <w:pPr>
        <w:jc w:val="right"/>
      </w:pPr>
      <w:r>
        <w:t>لوگ جنت کو کم سمجھتے ہیں۔</w:t>
      </w:r>
    </w:p>
    <w:p>
      <w:r>
        <w:rPr>
          <w:b/>
        </w:rPr>
        <w:t xml:space="preserve">[45:03] </w:t>
      </w:r>
      <w:r>
        <w:t>Allah taala ko kam samajhte hain.</w:t>
      </w:r>
    </w:p>
    <w:p>
      <w:pPr>
        <w:jc w:val="right"/>
      </w:pPr>
      <w:r>
        <w:t>اللہ تعالیٰ کو کم سمجھتے ہیں۔</w:t>
      </w:r>
    </w:p>
    <w:p>
      <w:r>
        <w:rPr>
          <w:b/>
        </w:rPr>
        <w:t xml:space="preserve">[45:08] </w:t>
      </w:r>
      <w:r>
        <w:t>aur ajeeb o ghareeb taur par sab farz kiye hue hain ke jannat to hamare liye hai.</w:t>
      </w:r>
    </w:p>
    <w:p>
      <w:pPr>
        <w:jc w:val="right"/>
      </w:pPr>
      <w:r>
        <w:t>اور عجیب و غریب طور پر سب فرض کیے ہوئے ہیں کہ جنت تو ہمارے لیے ہے۔</w:t>
      </w:r>
    </w:p>
    <w:p>
      <w:r>
        <w:rPr>
          <w:b/>
        </w:rPr>
        <w:t xml:space="preserve">[45:13] </w:t>
      </w:r>
      <w:r>
        <w:t>ajeeb o ghareeb taur par.</w:t>
      </w:r>
    </w:p>
    <w:p>
      <w:pPr>
        <w:jc w:val="right"/>
      </w:pPr>
      <w:r>
        <w:t>عجیب و غریب طور پر۔</w:t>
      </w:r>
    </w:p>
    <w:p>
      <w:r>
        <w:rPr>
          <w:b/>
        </w:rPr>
        <w:t xml:space="preserve">[45:19] </w:t>
      </w:r>
      <w:r>
        <w:t>mere paas aik telephone aaya America se.</w:t>
      </w:r>
    </w:p>
    <w:p>
      <w:pPr>
        <w:jc w:val="right"/>
      </w:pPr>
      <w:r>
        <w:t>میرے پاس ایک ٹیلی فون آیا امریکہ سے۔</w:t>
      </w:r>
    </w:p>
    <w:p>
      <w:r>
        <w:rPr>
          <w:b/>
        </w:rPr>
        <w:t xml:space="preserve">[45:24] </w:t>
      </w:r>
      <w:r>
        <w:t>kaise ajeeb o ghareeb log hain.</w:t>
      </w:r>
    </w:p>
    <w:p>
      <w:pPr>
        <w:jc w:val="right"/>
      </w:pPr>
      <w:r>
        <w:t>کیسے عجیب و غریب لوگ ہیں۔</w:t>
      </w:r>
    </w:p>
    <w:p>
      <w:r>
        <w:rPr>
          <w:b/>
        </w:rPr>
        <w:t xml:space="preserve">[45:29] </w:t>
      </w:r>
      <w:r>
        <w:t>hamare log jate hain amreeka par wahan ke logon ki dimagh kharab karte hain.</w:t>
      </w:r>
    </w:p>
    <w:p>
      <w:pPr>
        <w:jc w:val="right"/>
      </w:pPr>
      <w:r>
        <w:t>ہمارے لوگ جاتے ہیں امریکہ پر وہاں کے لوگوں کی دماغ خراب کرتے ہیں۔</w:t>
      </w:r>
    </w:p>
    <w:p>
      <w:r>
        <w:rPr>
          <w:b/>
        </w:rPr>
        <w:t xml:space="preserve">[45:34] </w:t>
      </w:r>
      <w:r>
        <w:t>to unhon ne kaha ke yahan par ek molvi sahib aaye hain.</w:t>
      </w:r>
    </w:p>
    <w:p>
      <w:pPr>
        <w:jc w:val="right"/>
      </w:pPr>
      <w:r>
        <w:t>تو انہوں نے کہا کہ یہاں پر ایک مولوی صاحب آئے ہیں۔</w:t>
      </w:r>
    </w:p>
    <w:p>
      <w:r>
        <w:rPr>
          <w:b/>
        </w:rPr>
        <w:t xml:space="preserve">[45:39] </w:t>
      </w:r>
      <w:r>
        <w:t>aur wahan taqreeren karte hain.</w:t>
      </w:r>
    </w:p>
    <w:p>
      <w:pPr>
        <w:jc w:val="right"/>
      </w:pPr>
      <w:r>
        <w:t>اور وہاں تقریریں کرتے ہیں۔</w:t>
      </w:r>
    </w:p>
    <w:p>
      <w:r>
        <w:rPr>
          <w:b/>
        </w:rPr>
        <w:t xml:space="preserve">[45:44] </w:t>
      </w:r>
      <w:r>
        <w:t>aur woh batate hain ke jannat jo hai woh to mile gi rasool Allah salallaho alaihe wasallam</w:t>
      </w:r>
    </w:p>
    <w:p>
      <w:pPr>
        <w:jc w:val="right"/>
      </w:pPr>
      <w:r>
        <w:t>اور وہ بتاتے ہیں کہ جنت جو ہے وہ تو ملے گی رسول اللہ صلی اللہ علیہ وسلم</w:t>
      </w:r>
    </w:p>
    <w:p>
      <w:r>
        <w:rPr>
          <w:b/>
        </w:rPr>
        <w:t xml:space="preserve">[45:50] </w:t>
      </w:r>
      <w:r>
        <w:t>ki shafaat se.</w:t>
      </w:r>
    </w:p>
    <w:p>
      <w:pPr>
        <w:jc w:val="right"/>
      </w:pPr>
      <w:r>
        <w:t>کی شفاعت سے۔</w:t>
      </w:r>
    </w:p>
    <w:p>
      <w:r>
        <w:rPr>
          <w:b/>
        </w:rPr>
        <w:t xml:space="preserve">[45:55] </w:t>
      </w:r>
      <w:r>
        <w:t>rasool Allah salallaho alaihe wasallam ki shafaat kis ko mile gi? jo rasool Allah salallaho alaihe</w:t>
      </w:r>
    </w:p>
    <w:p>
      <w:pPr>
        <w:jc w:val="right"/>
      </w:pPr>
      <w:r>
        <w:t>رسول اللہ صلی اللہ علیہ وسلم کی شفاعت کس کو ملے گی؟ جو رسول اللہ صلی اللہ علیہ</w:t>
      </w:r>
    </w:p>
    <w:p>
      <w:r>
        <w:rPr>
          <w:b/>
        </w:rPr>
        <w:t xml:space="preserve">[46:00] </w:t>
      </w:r>
      <w:r>
        <w:t>wasallam se mohabbat kare.</w:t>
      </w:r>
    </w:p>
    <w:p>
      <w:pPr>
        <w:jc w:val="right"/>
      </w:pPr>
      <w:r>
        <w:t>وسلم سے محبت کرے۔</w:t>
      </w:r>
    </w:p>
    <w:p>
      <w:r>
        <w:rPr>
          <w:b/>
        </w:rPr>
        <w:t xml:space="preserve">[46:05] </w:t>
      </w:r>
      <w:r>
        <w:t>to sara mamla yeh hai ke rasool Allah salallaho alaihe wasallam se mohabbat karo.</w:t>
      </w:r>
    </w:p>
    <w:p>
      <w:pPr>
        <w:jc w:val="right"/>
      </w:pPr>
      <w:r>
        <w:t>تو سارا معاملہ یہ ہے کہ رسول اللہ صلی اللہ علیہ وسلم سے محبت کرو۔</w:t>
      </w:r>
    </w:p>
    <w:p>
      <w:r>
        <w:rPr>
          <w:b/>
        </w:rPr>
        <w:t xml:space="preserve">[46:10] </w:t>
      </w:r>
      <w:r>
        <w:t>aur rasool Allah salallaho alaihe wasallam se shafaat hasil karo aur phir jannat mein jao.</w:t>
      </w:r>
    </w:p>
    <w:p>
      <w:pPr>
        <w:jc w:val="right"/>
      </w:pPr>
      <w:r>
        <w:t>اور رسول اللہ صلی اللہ علیہ وسلم سے شفاعت حاصل کرو اور پھر جنت میں جاؤ۔</w:t>
      </w:r>
    </w:p>
    <w:p>
      <w:r>
        <w:rPr>
          <w:b/>
        </w:rPr>
        <w:t xml:space="preserve">[46:15] </w:t>
      </w:r>
      <w:r>
        <w:t>yeh sab bilkul be buniyad baaten hain.</w:t>
      </w:r>
    </w:p>
    <w:p>
      <w:pPr>
        <w:jc w:val="right"/>
      </w:pPr>
      <w:r>
        <w:t>یہ سب بالکل بے بنیاد باتیں ہیں۔</w:t>
      </w:r>
    </w:p>
    <w:p>
      <w:r>
        <w:rPr>
          <w:b/>
        </w:rPr>
        <w:t xml:space="preserve">[46:21] </w:t>
      </w:r>
      <w:r>
        <w:t>na quran mein na hadith mein.</w:t>
      </w:r>
    </w:p>
    <w:p>
      <w:pPr>
        <w:jc w:val="right"/>
      </w:pPr>
      <w:r>
        <w:t>نہ قرآن میں نہ حدیث میں۔</w:t>
      </w:r>
    </w:p>
    <w:p>
      <w:r>
        <w:rPr>
          <w:b/>
        </w:rPr>
        <w:t xml:space="preserve">[46:26] </w:t>
      </w:r>
      <w:r>
        <w:t>na quran mein na hadith mein.</w:t>
      </w:r>
    </w:p>
    <w:p>
      <w:pPr>
        <w:jc w:val="right"/>
      </w:pPr>
      <w:r>
        <w:t>نہ قرآن میں نہ حدیث میں۔</w:t>
      </w:r>
    </w:p>
    <w:p>
      <w:r>
        <w:rPr>
          <w:b/>
        </w:rPr>
        <w:t xml:space="preserve">[46:31] </w:t>
      </w:r>
      <w:r>
        <w:t>aur wahan logon ki dimagh kharab kar rahe hain aisi taqreeren kar kar ke.</w:t>
      </w:r>
    </w:p>
    <w:p>
      <w:pPr>
        <w:jc w:val="right"/>
      </w:pPr>
      <w:r>
        <w:t>اور وہاں لوگوں کی دماغ خراب کر رہے ہیں ایسی تقریریں کر کر کے۔</w:t>
      </w:r>
    </w:p>
    <w:p>
      <w:r>
        <w:rPr>
          <w:b/>
        </w:rPr>
        <w:t xml:space="preserve">[46:36] </w:t>
      </w:r>
      <w:r>
        <w:t>logon ki taqreeren kar kar ke dimagh kharab kar rahe hain.</w:t>
      </w:r>
    </w:p>
    <w:p>
      <w:pPr>
        <w:jc w:val="right"/>
      </w:pPr>
      <w:r>
        <w:t>لوگوں کی تقریریں کر کر کے دماغ خراب کر رہے ہیں۔</w:t>
      </w:r>
    </w:p>
    <w:p>
      <w:r>
        <w:rPr>
          <w:b/>
        </w:rPr>
        <w:t xml:space="preserve">[46:41] </w:t>
      </w:r>
      <w:r>
        <w:t>woh baaten hain jo aaj ke insan ko appeal karen woh na ulma ke paas hain na woh</w:t>
      </w:r>
    </w:p>
    <w:p>
      <w:pPr>
        <w:jc w:val="right"/>
      </w:pPr>
      <w:r>
        <w:t>وہ باتیں ہیں جو آج کے انسان کو اپیل کریں وہ نہ علماء کے پاس ہیں نہ وہ</w:t>
      </w:r>
    </w:p>
    <w:p>
      <w:r>
        <w:rPr>
          <w:b/>
        </w:rPr>
        <w:t xml:space="preserve">[46:47] </w:t>
      </w:r>
      <w:r>
        <w:t>un ko batate hain.</w:t>
      </w:r>
    </w:p>
    <w:p>
      <w:pPr>
        <w:jc w:val="right"/>
      </w:pPr>
      <w:r>
        <w:t>ان کو بتاتے ہیں۔</w:t>
      </w:r>
    </w:p>
    <w:p>
      <w:r>
        <w:rPr>
          <w:b/>
        </w:rPr>
        <w:t xml:space="preserve">[46:52] </w:t>
      </w:r>
      <w:r>
        <w:t>aaj ka insan jo hai woh jo cheez chahta hai woh yeh sab cheezen nahin hain.</w:t>
      </w:r>
    </w:p>
    <w:p>
      <w:pPr>
        <w:jc w:val="right"/>
      </w:pPr>
      <w:r>
        <w:t>آج کا انسان جو ہے وہ جو چیز چاہتا ہے وہ یہ سب چیزیں نہیں ہیں۔</w:t>
      </w:r>
    </w:p>
    <w:p>
      <w:r>
        <w:rPr>
          <w:b/>
        </w:rPr>
        <w:t xml:space="preserve">[46:57] </w:t>
      </w:r>
      <w:r>
        <w:t>ke rasool Allah salallaho alaihe wasallam se mohabbat karo, is se shafaat lo aur phir shafaat de</w:t>
      </w:r>
    </w:p>
    <w:p>
      <w:pPr>
        <w:jc w:val="right"/>
      </w:pPr>
      <w:r>
        <w:t>کہ رسول اللہ صلی اللہ علیہ وسلم سے محبت کرو، اس سے شفاعت لو اور پھر شفاعت دے</w:t>
      </w:r>
    </w:p>
    <w:p>
      <w:r>
        <w:rPr>
          <w:b/>
        </w:rPr>
        <w:t xml:space="preserve">[47:02] </w:t>
      </w:r>
      <w:r>
        <w:t>kar jannat mein jao.</w:t>
      </w:r>
    </w:p>
    <w:p>
      <w:pPr>
        <w:jc w:val="right"/>
      </w:pPr>
      <w:r>
        <w:t>کر جنت میں جاؤ۔</w:t>
      </w:r>
    </w:p>
    <w:p>
      <w:r>
        <w:rPr>
          <w:b/>
        </w:rPr>
        <w:t xml:space="preserve">[47:07] </w:t>
      </w:r>
      <w:r>
        <w:t>yeh aaj ka science zehan ko appeal nahin karti yeh cheezen.</w:t>
      </w:r>
    </w:p>
    <w:p>
      <w:pPr>
        <w:jc w:val="right"/>
      </w:pPr>
      <w:r>
        <w:t>یہ آج کا سائنسی ذہن کو اپیل نہیں کرتی یہ چیزیں۔</w:t>
      </w:r>
    </w:p>
    <w:p>
      <w:r>
        <w:rPr>
          <w:b/>
        </w:rPr>
        <w:t xml:space="preserve">[47:12] </w:t>
      </w:r>
      <w:r>
        <w:t>kuch riwayati zehan ko appeal karti hongi.</w:t>
      </w:r>
    </w:p>
    <w:p>
      <w:pPr>
        <w:jc w:val="right"/>
      </w:pPr>
      <w:r>
        <w:t>کچھ روایتی ذہن کو اپیل کرتی ہوں گی۔</w:t>
      </w:r>
    </w:p>
    <w:p>
      <w:r>
        <w:rPr>
          <w:b/>
        </w:rPr>
        <w:t xml:space="preserve">[47:18] </w:t>
      </w:r>
      <w:r>
        <w:t>aaj ka jo science zehan hai woh jo jadeed zehan hai us ko to yeh sab baaten bilkul</w:t>
      </w:r>
    </w:p>
    <w:p>
      <w:pPr>
        <w:jc w:val="right"/>
      </w:pPr>
      <w:r>
        <w:t>آج کا جو سائنسی ذہن ہے وہ جو جدید ذہن ہے اس کو تو یہ سب باتیں بالکل</w:t>
      </w:r>
    </w:p>
    <w:p>
      <w:r>
        <w:rPr>
          <w:b/>
        </w:rPr>
        <w:t xml:space="preserve">[47:23] </w:t>
      </w:r>
      <w:r>
        <w:t>yani bilkul mazahikhaiz maloom hoti hain. mazahikhaiz.</w:t>
      </w:r>
    </w:p>
    <w:p>
      <w:pPr>
        <w:jc w:val="right"/>
      </w:pPr>
      <w:r>
        <w:t>یعنی بالکل مضحکہ خیز معلوم ہوتی ہیں۔ مضحکہ خیز۔</w:t>
      </w:r>
    </w:p>
    <w:p>
      <w:r>
        <w:rPr>
          <w:b/>
        </w:rPr>
        <w:t xml:space="preserve">[47:28] </w:t>
      </w:r>
      <w:r>
        <w:t>to quran wala jo tasawwur hai quran wali jannat hai woh batana pare ga logon ko.</w:t>
      </w:r>
    </w:p>
    <w:p>
      <w:pPr>
        <w:jc w:val="right"/>
      </w:pPr>
      <w:r>
        <w:t>تو قرآن والا جو تصور ہے قرآن والی جنت ہے وہ بتانا پڑے گا لوگوں کو۔</w:t>
      </w:r>
    </w:p>
    <w:p>
      <w:r>
        <w:rPr>
          <w:b/>
        </w:rPr>
        <w:t xml:space="preserve">[47:33] </w:t>
      </w:r>
      <w:r>
        <w:t>yeh jo unhon ne bana rakha hai khud se is se aap kisi ko qail nahin kar sakte.</w:t>
      </w:r>
    </w:p>
    <w:p>
      <w:pPr>
        <w:jc w:val="right"/>
      </w:pPr>
      <w:r>
        <w:t>یہ جو انہوں نے بنا رکھا ہے خود سے اس سے آپ کسی کو قائل نہیں کر سکتے۔</w:t>
      </w:r>
    </w:p>
    <w:p>
      <w:r>
        <w:rPr>
          <w:b/>
        </w:rPr>
        <w:t xml:space="preserve">[47:38] </w:t>
      </w:r>
      <w:r>
        <w:t>kal mein ne kisi se baat ho rahi thi kisi sahib se ek isai yani woh amreeka se aaye thay.</w:t>
      </w:r>
    </w:p>
    <w:p>
      <w:pPr>
        <w:jc w:val="right"/>
      </w:pPr>
      <w:r>
        <w:t>کل میں نے کسی سے بات ہو رہی تھی کسی صاحب سے ایک عیسائی یعنی وہ امریکہ سے آئے تھے۔</w:t>
      </w:r>
    </w:p>
    <w:p>
      <w:r>
        <w:rPr>
          <w:b/>
        </w:rPr>
        <w:t xml:space="preserve">[47:43] </w:t>
      </w:r>
      <w:r>
        <w:t>to mein ne kaha ke dekhiye musalman jo hain maghrib se nafrat karte hain.</w:t>
      </w:r>
    </w:p>
    <w:p>
      <w:pPr>
        <w:jc w:val="right"/>
      </w:pPr>
      <w:r>
        <w:t>تو میں نے کہا کہ دیکھیے مسلمان جو ہیں مغرب سے نفرت کرتے ہیں۔</w:t>
      </w:r>
    </w:p>
    <w:p>
      <w:r>
        <w:rPr>
          <w:b/>
        </w:rPr>
        <w:t xml:space="preserve">[47:49] </w:t>
      </w:r>
      <w:r>
        <w:t>unhon ne khud kaha tha ke musalman kyon maghrib se nafrat karte hain.</w:t>
      </w:r>
    </w:p>
    <w:p>
      <w:pPr>
        <w:jc w:val="right"/>
      </w:pPr>
      <w:r>
        <w:t>انہوں نے خود کہا تھا کہ مسلمان کیوں مغرب سے نفرت کرتے ہیں۔</w:t>
      </w:r>
    </w:p>
    <w:p>
      <w:r>
        <w:rPr>
          <w:b/>
        </w:rPr>
        <w:t xml:space="preserve">[47:54] </w:t>
      </w:r>
      <w:r>
        <w:t>unhon ne kaha ke kya waja hai ke maghribi tehzeeb se nafrat karte hain musalman.</w:t>
      </w:r>
    </w:p>
    <w:p>
      <w:pPr>
        <w:jc w:val="right"/>
      </w:pPr>
      <w:r>
        <w:t>انہوں نے کہا کہ کیا وجہ ہے کہ مغربی تہذیب سے نفرت کرتے ہیں مسلمان۔</w:t>
      </w:r>
    </w:p>
    <w:p>
      <w:r>
        <w:rPr>
          <w:b/>
        </w:rPr>
        <w:t xml:space="preserve">[47:59] </w:t>
      </w:r>
      <w:r>
        <w:t>aisa waja kya hai? unhon ne sawal kiya.</w:t>
      </w:r>
    </w:p>
    <w:p>
      <w:pPr>
        <w:jc w:val="right"/>
      </w:pPr>
      <w:r>
        <w:t>ایسا وجہ کیا ہے؟ انہوں نے سوال کیا۔</w:t>
      </w:r>
    </w:p>
    <w:p>
      <w:r>
        <w:rPr>
          <w:b/>
        </w:rPr>
        <w:t xml:space="preserve">[48:04] </w:t>
      </w:r>
      <w:r>
        <w:t>to mein ne kaha ke arabi ka maqola hai al nas adawa ma jahlu log jis baat ko na</w:t>
      </w:r>
    </w:p>
    <w:p>
      <w:pPr>
        <w:jc w:val="right"/>
      </w:pPr>
      <w:r>
        <w:t>تو میں نے کہا کہ عربی کا مقولہ ہے الناس عداو ما جاهلو لوگ جس بات کو نہ</w:t>
      </w:r>
    </w:p>
    <w:p>
      <w:r>
        <w:rPr>
          <w:b/>
        </w:rPr>
        <w:t xml:space="preserve">[48:09] </w:t>
      </w:r>
      <w:r>
        <w:t>jante hon us se us se us se dushman ban jate hain.</w:t>
      </w:r>
    </w:p>
    <w:p>
      <w:pPr>
        <w:jc w:val="right"/>
      </w:pPr>
      <w:r>
        <w:t>جانتے ہوں اس سے اس سے اس سے دشمن بن جاتے ہیں۔</w:t>
      </w:r>
    </w:p>
    <w:p>
      <w:r>
        <w:rPr>
          <w:b/>
        </w:rPr>
        <w:t xml:space="preserve">[48:14] </w:t>
      </w:r>
      <w:r>
        <w:t>yeh musalman jante hi nahi ke kya cheez hai maghribi tehzeeb.</w:t>
      </w:r>
    </w:p>
    <w:p>
      <w:pPr>
        <w:jc w:val="right"/>
      </w:pPr>
      <w:r>
        <w:t>یہ مسلمان جانتے ہی نہیں کہ کیا چیز ہے مغربی تہذیب۔</w:t>
      </w:r>
    </w:p>
    <w:p>
      <w:r>
        <w:rPr>
          <w:b/>
        </w:rPr>
        <w:t xml:space="preserve">[48:20] </w:t>
      </w:r>
      <w:r>
        <w:t>jante hi nahi.</w:t>
      </w:r>
    </w:p>
    <w:p>
      <w:pPr>
        <w:jc w:val="right"/>
      </w:pPr>
      <w:r>
        <w:t>جانتے ہی نہیں۔</w:t>
      </w:r>
    </w:p>
    <w:p>
      <w:r>
        <w:rPr>
          <w:b/>
        </w:rPr>
        <w:t xml:space="preserve">[48:25] </w:t>
      </w:r>
      <w:r>
        <w:t>maghribi tehzeeb to ek ilahi tohfa hai aap ke liye.</w:t>
      </w:r>
    </w:p>
    <w:p>
      <w:pPr>
        <w:jc w:val="right"/>
      </w:pPr>
      <w:r>
        <w:t>مغربی تہذیب تو ایک الٰہی تحفہ ہے آپ کے لیے۔</w:t>
      </w:r>
    </w:p>
    <w:p>
      <w:r>
        <w:rPr>
          <w:b/>
        </w:rPr>
        <w:t xml:space="preserve">[48:30] </w:t>
      </w:r>
      <w:r>
        <w:t>is ke chand pehluon ko le kar ke aap is ki mislan najasat hai ya woh sharab peete hain.</w:t>
      </w:r>
    </w:p>
    <w:p>
      <w:pPr>
        <w:jc w:val="right"/>
      </w:pPr>
      <w:r>
        <w:t>اس کے چند پہلوؤں کو لے کر کے آپ اس کی مثلاً نجاست ہے یا وہ شراب پیتے ہیں۔</w:t>
      </w:r>
    </w:p>
    <w:p>
      <w:r>
        <w:rPr>
          <w:b/>
        </w:rPr>
        <w:t xml:space="preserve">[48:35] </w:t>
      </w:r>
      <w:r>
        <w:t>yeh asal nahi is ka yeh asal nahi maghribi tehzeeb ka.</w:t>
      </w:r>
    </w:p>
    <w:p>
      <w:pPr>
        <w:jc w:val="right"/>
      </w:pPr>
      <w:r>
        <w:t>یہ اصل نہیں اس کا یہ اصل نہیں مغربی تہذیب کا۔</w:t>
      </w:r>
    </w:p>
    <w:p>
      <w:r>
        <w:rPr>
          <w:b/>
        </w:rPr>
        <w:t xml:space="preserve">[48:40] </w:t>
      </w:r>
      <w:r>
        <w:t>yeh asal nahi hai.</w:t>
      </w:r>
    </w:p>
    <w:p>
      <w:pPr>
        <w:jc w:val="right"/>
      </w:pPr>
      <w:r>
        <w:t>یہ اصل نہیں ہے۔</w:t>
      </w:r>
    </w:p>
    <w:p>
      <w:r>
        <w:rPr>
          <w:b/>
        </w:rPr>
        <w:t xml:space="preserve">[48:46] </w:t>
      </w:r>
      <w:r>
        <w:t>asal doosri cheezein hain.</w:t>
      </w:r>
    </w:p>
    <w:p>
      <w:pPr>
        <w:jc w:val="right"/>
      </w:pPr>
      <w:r>
        <w:t>اصل دوسری چیزیں ہیں۔</w:t>
      </w:r>
    </w:p>
    <w:p>
      <w:r>
        <w:rPr>
          <w:b/>
        </w:rPr>
        <w:t xml:space="preserve">[48:51] </w:t>
      </w:r>
      <w:r>
        <w:t>asal yeh hai ke unhon ne unfold kiya moajzaat khuda ko.</w:t>
      </w:r>
    </w:p>
    <w:p>
      <w:pPr>
        <w:jc w:val="right"/>
      </w:pPr>
      <w:r>
        <w:t>اصل یہ ہے کہ انہوں نے unfold کیا معجزات خدا کو۔</w:t>
      </w:r>
    </w:p>
    <w:p>
      <w:r>
        <w:rPr>
          <w:b/>
        </w:rPr>
        <w:t xml:space="preserve">[48:56] </w:t>
      </w:r>
      <w:r>
        <w:t>ab yeh hai ke khuda ko daryaft kar ke moajzaat khuda ko unhon ne is ko madi taraf</w:t>
      </w:r>
    </w:p>
    <w:p>
      <w:pPr>
        <w:jc w:val="right"/>
      </w:pPr>
      <w:r>
        <w:t>اب یہ ہے کہ خدا کو دریافت کر کے معجزات خدا کو انہوں نے اس کو مادی طرف</w:t>
      </w:r>
    </w:p>
    <w:p>
      <w:r>
        <w:rPr>
          <w:b/>
        </w:rPr>
        <w:t xml:space="preserve">[49:01] </w:t>
      </w:r>
      <w:r>
        <w:t>madi mani mein le liya.</w:t>
      </w:r>
    </w:p>
    <w:p>
      <w:pPr>
        <w:jc w:val="right"/>
      </w:pPr>
      <w:r>
        <w:t>مادی معنی میں لے لیا۔</w:t>
      </w:r>
    </w:p>
    <w:p>
      <w:r>
        <w:rPr>
          <w:b/>
        </w:rPr>
        <w:t xml:space="preserve">[49:06] </w:t>
      </w:r>
      <w:r>
        <w:t>madi mani mein.</w:t>
      </w:r>
    </w:p>
    <w:p>
      <w:pPr>
        <w:jc w:val="right"/>
      </w:pPr>
      <w:r>
        <w:t>مادی معنی میں۔</w:t>
      </w:r>
    </w:p>
    <w:p>
      <w:r>
        <w:rPr>
          <w:b/>
        </w:rPr>
        <w:t xml:space="preserve">[49:11] </w:t>
      </w:r>
      <w:r>
        <w:t>lekin haqeeqat yeh hai ke poori tareekh mein koi doosri qom moajzaat khuda ko daryaft nahi kar payi thi.</w:t>
      </w:r>
    </w:p>
    <w:p>
      <w:pPr>
        <w:jc w:val="right"/>
      </w:pPr>
      <w:r>
        <w:t>لیکن حقیقت یہ ہے کہ پوری تاریخ میں کوئی دوسری قوم معجزات خدا کو دریافت نہیں کر پائی تھی۔</w:t>
      </w:r>
    </w:p>
    <w:p>
      <w:r>
        <w:rPr>
          <w:b/>
        </w:rPr>
        <w:t xml:space="preserve">[49:17] </w:t>
      </w:r>
      <w:r>
        <w:t>jo is ko unfold nahi kar payi thi.</w:t>
      </w:r>
    </w:p>
    <w:p>
      <w:pPr>
        <w:jc w:val="right"/>
      </w:pPr>
      <w:r>
        <w:t>جو اس کو unfold نہیں کر پائی تھی۔</w:t>
      </w:r>
    </w:p>
    <w:p>
      <w:r>
        <w:rPr>
          <w:b/>
        </w:rPr>
        <w:t xml:space="preserve">[49:22] </w:t>
      </w:r>
      <w:r>
        <w:t>yeh maghribi tehzeeb mein unfold hui.</w:t>
      </w:r>
    </w:p>
    <w:p>
      <w:pPr>
        <w:jc w:val="right"/>
      </w:pPr>
      <w:r>
        <w:t>یہ مغربی تہذیب میں unfold ہوئی۔</w:t>
      </w:r>
    </w:p>
    <w:p>
      <w:r>
        <w:rPr>
          <w:b/>
        </w:rPr>
        <w:t xml:space="preserve">[49:27] </w:t>
      </w:r>
      <w:r>
        <w:t>to woh to hamare liye bohat bari nemat hai.</w:t>
      </w:r>
    </w:p>
    <w:p>
      <w:pPr>
        <w:jc w:val="right"/>
      </w:pPr>
      <w:r>
        <w:t>تو وہ تو ہمارے لیے بہت بڑی نعمت ہے۔</w:t>
      </w:r>
    </w:p>
    <w:p>
      <w:r>
        <w:rPr>
          <w:b/>
        </w:rPr>
        <w:t xml:space="preserve">[49:32] </w:t>
      </w:r>
      <w:r>
        <w:t>yani woh hum ko un ka ek supporting role hai un ka.</w:t>
      </w:r>
    </w:p>
    <w:p>
      <w:pPr>
        <w:jc w:val="right"/>
      </w:pPr>
      <w:r>
        <w:t>یعنی وہ ہم کو ان کا ایک supporting role ہے ان کا۔</w:t>
      </w:r>
    </w:p>
    <w:p>
      <w:r>
        <w:rPr>
          <w:b/>
        </w:rPr>
        <w:t xml:space="preserve">[49:37] </w:t>
      </w:r>
      <w:r>
        <w:t>yani daryaft khuda ke moamle mein un ka supporting role hai.</w:t>
      </w:r>
    </w:p>
    <w:p>
      <w:pPr>
        <w:jc w:val="right"/>
      </w:pPr>
      <w:r>
        <w:t>یعنی دریافت خدا کے معاملے میں ان کا supporting role ہے۔</w:t>
      </w:r>
    </w:p>
    <w:p>
      <w:r>
        <w:rPr>
          <w:b/>
        </w:rPr>
        <w:t xml:space="preserve">[49:42] </w:t>
      </w:r>
      <w:r>
        <w:t>mein khud jo hai aap aap yani mein ek madrasay mein parha mein ne.</w:t>
      </w:r>
    </w:p>
    <w:p>
      <w:pPr>
        <w:jc w:val="right"/>
      </w:pPr>
      <w:r>
        <w:t>میں خود جو ہے آپ آپ یعنی میں ایک مدرسے میں پڑھا میں نے۔</w:t>
      </w:r>
    </w:p>
    <w:p>
      <w:r>
        <w:rPr>
          <w:b/>
        </w:rPr>
        <w:t xml:space="preserve">[49:48] </w:t>
      </w:r>
      <w:r>
        <w:t>lekin madrase mein parhne ke baad phir mein bilkul aik woh ban gaya.</w:t>
      </w:r>
    </w:p>
    <w:p>
      <w:pPr>
        <w:jc w:val="right"/>
      </w:pPr>
      <w:r>
        <w:t>لیکن مدرسے میں پڑھنے کے بعد پھر میں بالکل ایک وہ بن گیا۔</w:t>
      </w:r>
    </w:p>
    <w:p>
      <w:r>
        <w:rPr>
          <w:b/>
        </w:rPr>
        <w:t xml:space="preserve">[49:53] </w:t>
      </w:r>
      <w:r>
        <w:t>Agnostic ban gaya.</w:t>
      </w:r>
    </w:p>
    <w:p>
      <w:pPr>
        <w:jc w:val="right"/>
      </w:pPr>
      <w:r>
        <w:t>Agnostic بن گیا۔</w:t>
      </w:r>
    </w:p>
    <w:p>
      <w:r>
        <w:rPr>
          <w:b/>
        </w:rPr>
        <w:t xml:space="preserve">[49:58] </w:t>
      </w:r>
      <w:r>
        <w:t>kyunke woh jo madrase mein jo mujhe bataya gaya tha mera zehn uss ko appeal nahi karta tha.</w:t>
      </w:r>
    </w:p>
    <w:p>
      <w:pPr>
        <w:jc w:val="right"/>
      </w:pPr>
      <w:r>
        <w:t>کیونکہ وہ جو مدرسے میں جو مجھے بتایا گیا تھا میرا ذہن اس کو اپیل نہیں کرتا تھا۔</w:t>
      </w:r>
    </w:p>
    <w:p>
      <w:r>
        <w:rPr>
          <w:b/>
        </w:rPr>
        <w:t xml:space="preserve">[50:03] </w:t>
      </w:r>
      <w:r>
        <w:t>baad ko jab maine maghribi kitabein parhin aur science ko parha aur jo maghribi tehzeeb ne jo</w:t>
      </w:r>
    </w:p>
    <w:p>
      <w:pPr>
        <w:jc w:val="right"/>
      </w:pPr>
      <w:r>
        <w:t>بعد کو جب میں نے مغربی کتابیں پڑھیں اور سائنس کو پڑھا اور جو مغربی تہذیب نے جو</w:t>
      </w:r>
    </w:p>
    <w:p>
      <w:r>
        <w:rPr>
          <w:b/>
        </w:rPr>
        <w:t xml:space="preserve">[50:08] </w:t>
      </w:r>
      <w:r>
        <w:t>dunya daryaft ki hai uss ko maine jana tab mere level ka Islam mila mujh ko.</w:t>
      </w:r>
    </w:p>
    <w:p>
      <w:pPr>
        <w:jc w:val="right"/>
      </w:pPr>
      <w:r>
        <w:t>دنیا دریافت کی ہے اس کو میں نے جانا تب میرے لیول کا اسلام ملا مجھ کو۔</w:t>
      </w:r>
    </w:p>
    <w:p>
      <w:r>
        <w:rPr>
          <w:b/>
        </w:rPr>
        <w:t xml:space="preserve">[50:13] </w:t>
      </w:r>
      <w:r>
        <w:t>mein jo jis ko kehte hain Mustafa Arabi mein mein jo Mustafa tha uss Mustafa par mujh ko</w:t>
      </w:r>
    </w:p>
    <w:p>
      <w:pPr>
        <w:jc w:val="right"/>
      </w:pPr>
      <w:r>
        <w:t>میں جو جس کو کہتے ہیں مصطفیٰ عربی میں میں جو مصطفیٰ تھا اس مصطفیٰ پر مجھ کو</w:t>
      </w:r>
    </w:p>
    <w:p>
      <w:r>
        <w:rPr>
          <w:b/>
        </w:rPr>
        <w:t xml:space="preserve">[50:19] </w:t>
      </w:r>
      <w:r>
        <w:t>Islam inhi logon ki kitabon se mila hai.</w:t>
      </w:r>
    </w:p>
    <w:p>
      <w:pPr>
        <w:jc w:val="right"/>
      </w:pPr>
      <w:r>
        <w:t>اسلام انہی لوگوں کی کتابوں سے ملا ہے۔</w:t>
      </w:r>
    </w:p>
    <w:p>
      <w:r>
        <w:rPr>
          <w:b/>
        </w:rPr>
        <w:t xml:space="preserve">[50:24] </w:t>
      </w:r>
      <w:r>
        <w:t>uss ko kehte hain fikri Mustafa yani intellectual level.</w:t>
      </w:r>
    </w:p>
    <w:p>
      <w:pPr>
        <w:jc w:val="right"/>
      </w:pPr>
      <w:r>
        <w:t>اس کو کہتے ہیں فکری مصطفیٰ یعنی intellectual level۔</w:t>
      </w:r>
    </w:p>
    <w:p>
      <w:r>
        <w:rPr>
          <w:b/>
        </w:rPr>
        <w:t xml:space="preserve">[50:29] </w:t>
      </w:r>
      <w:r>
        <w:t>jo mera fikri Mustafa tha uss Mustafa par nahi mujhe mila tha madrase mein ya masjidon mein Islam.</w:t>
      </w:r>
    </w:p>
    <w:p>
      <w:pPr>
        <w:jc w:val="right"/>
      </w:pPr>
      <w:r>
        <w:t>جو میرا فکری مصطفیٰ تھا اس مصطفیٰ پر نہیں مجھے ملا تھا مدرسے میں یا مسجدوں میں اسلام۔</w:t>
      </w:r>
    </w:p>
    <w:p>
      <w:r>
        <w:rPr>
          <w:b/>
        </w:rPr>
        <w:t xml:space="preserve">[50:34] </w:t>
      </w:r>
      <w:r>
        <w:t>woh mujhe uss ko inhi inhi logon ke zariye maloom hua mujhe.</w:t>
      </w:r>
    </w:p>
    <w:p>
      <w:pPr>
        <w:jc w:val="right"/>
      </w:pPr>
      <w:r>
        <w:t>وہ مجھے اس کو انہی انہی لوگوں کے ذریعے معلوم ہوا مجھے۔</w:t>
      </w:r>
    </w:p>
    <w:p>
      <w:r>
        <w:rPr>
          <w:b/>
        </w:rPr>
        <w:t xml:space="preserve">[50:39] </w:t>
      </w:r>
      <w:r>
        <w:t>tab maine apni faith ko regain kiya. Recover kiya.</w:t>
      </w:r>
    </w:p>
    <w:p>
      <w:pPr>
        <w:jc w:val="right"/>
      </w:pPr>
      <w:r>
        <w:t>تب میں نے اپنی faith کو regain کیا۔ Recover کیا۔</w:t>
      </w:r>
    </w:p>
    <w:p>
      <w:r>
        <w:rPr>
          <w:b/>
        </w:rPr>
        <w:t xml:space="preserve">[50:45] </w:t>
      </w:r>
      <w:r>
        <w:t>phir se mein lauta Islam ki taraf.</w:t>
      </w:r>
    </w:p>
    <w:p>
      <w:pPr>
        <w:jc w:val="right"/>
      </w:pPr>
      <w:r>
        <w:t>پھر سے میں لوٹا اسلام کی طرف۔</w:t>
      </w:r>
    </w:p>
    <w:p>
      <w:r>
        <w:rPr>
          <w:b/>
        </w:rPr>
        <w:t xml:space="preserve">[50:50] </w:t>
      </w:r>
      <w:r>
        <w:t>toh yeh sab baatein jo mein arz kar raha hoon yeh hamari qadeem kitabon mein nahi hain.</w:t>
      </w:r>
    </w:p>
    <w:p>
      <w:pPr>
        <w:jc w:val="right"/>
      </w:pPr>
      <w:r>
        <w:t>تو یہ سب باتیں جو میں عرض کر رہا ہوں یہ ہماری قدیم کتابوں میں نہیں ہیں۔</w:t>
      </w:r>
    </w:p>
    <w:p>
      <w:r>
        <w:rPr>
          <w:b/>
        </w:rPr>
        <w:t xml:space="preserve">[50:55] </w:t>
      </w:r>
      <w:r>
        <w:t>yeh jadeed daryaften jo hui hain science ke zariye se iss se yeh baatein mujhe maloom huien.</w:t>
      </w:r>
    </w:p>
    <w:p>
      <w:pPr>
        <w:jc w:val="right"/>
      </w:pPr>
      <w:r>
        <w:t>یہ جدید دریافتیں جو ہوئی ہیں سائنس کے ذریعے سے اس سے یہ باتیں مجھے معلوم ہوئیں۔</w:t>
      </w:r>
    </w:p>
    <w:p>
      <w:r>
        <w:rPr>
          <w:b/>
        </w:rPr>
        <w:t xml:space="preserve">[51:00] </w:t>
      </w:r>
      <w:r>
        <w:t>aur isi se mujhe yaqeen aik aik naya yaqeen mere andar paida hua. Naya yaqeen.</w:t>
      </w:r>
    </w:p>
    <w:p>
      <w:pPr>
        <w:jc w:val="right"/>
      </w:pPr>
      <w:r>
        <w:t>اور اسی سے مجھے یقین ایک ایک نیا یقین میرے اندر پیدا ہوا۔ نیا یقین۔</w:t>
      </w:r>
    </w:p>
    <w:p>
      <w:r>
        <w:rPr>
          <w:b/>
        </w:rPr>
        <w:t xml:space="preserve">[51:05] </w:t>
      </w:r>
      <w:r>
        <w:t>aur jab tak aap ka dil yaqeen na ho aap ke andar jab tak yani shaoor ki satah</w:t>
      </w:r>
    </w:p>
    <w:p>
      <w:pPr>
        <w:jc w:val="right"/>
      </w:pPr>
      <w:r>
        <w:t>اور جب تک آپ کا دل یقین نہ ہو آپ کے اندر جب تک یعنی شعور کی سطح</w:t>
      </w:r>
    </w:p>
    <w:p>
      <w:r>
        <w:rPr>
          <w:b/>
        </w:rPr>
        <w:t xml:space="preserve">[51:10] </w:t>
      </w:r>
      <w:r>
        <w:t>par aik gehra yaqeen na ho toh aap koi bara kaam nahi kar sakte.</w:t>
      </w:r>
    </w:p>
    <w:p>
      <w:pPr>
        <w:jc w:val="right"/>
      </w:pPr>
      <w:r>
        <w:t>پر ایک گہرا یقین نہ ہو تو آپ کوئی بڑا کام نہیں کر سکتے۔</w:t>
      </w:r>
    </w:p>
    <w:p>
      <w:r>
        <w:rPr>
          <w:b/>
        </w:rPr>
        <w:t xml:space="preserve">[51:16] </w:t>
      </w:r>
      <w:r>
        <w:t>yani Islam ko aik bohat bari cheez samjhein aap.</w:t>
      </w:r>
    </w:p>
    <w:p>
      <w:pPr>
        <w:jc w:val="right"/>
      </w:pPr>
      <w:r>
        <w:t>یعنی اسلام کو ایک بہت بڑی چیز سمجھیں آپ۔</w:t>
      </w:r>
    </w:p>
    <w:p>
      <w:r>
        <w:rPr>
          <w:b/>
        </w:rPr>
        <w:t xml:space="preserve">[51:21] </w:t>
      </w:r>
      <w:r>
        <w:t>Allah taala ki azmat aap ke zehn mein aaye aur jannat ke liye aap apni zindagi ka waqf kar dein.</w:t>
      </w:r>
    </w:p>
    <w:p>
      <w:pPr>
        <w:jc w:val="right"/>
      </w:pPr>
      <w:r>
        <w:t>اللہ تعالیٰ کی عظمت آپ کے ذہن میں آئے اور جنت کے لیے آپ اپنی زندگی کا وقف کر دیں۔</w:t>
      </w:r>
    </w:p>
    <w:p>
      <w:r>
        <w:rPr>
          <w:b/>
        </w:rPr>
        <w:t xml:space="preserve">[51:26] </w:t>
      </w:r>
      <w:r>
        <w:t>dawat Allah ke liye aap hero ban jayen.</w:t>
      </w:r>
    </w:p>
    <w:p>
      <w:pPr>
        <w:jc w:val="right"/>
      </w:pPr>
      <w:r>
        <w:t>دعوت اللہ کے لیے آپ ہیرو بن جائیں۔</w:t>
      </w:r>
    </w:p>
    <w:p>
      <w:r>
        <w:rPr>
          <w:b/>
        </w:rPr>
        <w:t xml:space="preserve">[51:31] </w:t>
      </w:r>
      <w:r>
        <w:t>yeh kab hoga? jab iss ke peeche koi bari daryaft aap ki hogi.</w:t>
      </w:r>
    </w:p>
    <w:p>
      <w:pPr>
        <w:jc w:val="right"/>
      </w:pPr>
      <w:r>
        <w:t>یہ کب ہوگا؟ جب اس کے پیچھے کوئی بڑی دریافت آپ کی ہوگی۔</w:t>
      </w:r>
    </w:p>
    <w:p>
      <w:r>
        <w:rPr>
          <w:b/>
        </w:rPr>
        <w:t xml:space="preserve">[51:36] </w:t>
      </w:r>
      <w:r>
        <w:t>agar bari daryaft nahi hai toh agar kisi ke paas fatwe ki zuban hai yaad rakhiye fatwe ki</w:t>
      </w:r>
    </w:p>
    <w:p>
      <w:pPr>
        <w:jc w:val="right"/>
      </w:pPr>
      <w:r>
        <w:t>اگر بڑی دریافت نہیں ہے تو اگر کسی کے پاس فتوے کی زبان ہے یاد رکھیے فتوے کی</w:t>
      </w:r>
    </w:p>
    <w:p>
      <w:r>
        <w:rPr>
          <w:b/>
        </w:rPr>
        <w:t xml:space="preserve">[51:41] </w:t>
      </w:r>
      <w:r>
        <w:t>zuban mein koi yeh mumkin nahi hai ke log dawat Allah ke hero banen.</w:t>
      </w:r>
    </w:p>
    <w:p>
      <w:pPr>
        <w:jc w:val="right"/>
      </w:pPr>
      <w:r>
        <w:t>زبان میں کوئی یہ ممکن نہیں ہے کہ لوگ دعوت اللہ کے ہیرو بنیں۔</w:t>
      </w:r>
    </w:p>
    <w:p>
      <w:r>
        <w:rPr>
          <w:b/>
        </w:rPr>
        <w:t xml:space="preserve">[51:47] </w:t>
      </w:r>
      <w:r>
        <w:t>Allah ki azmaton ko daryaft karen.</w:t>
      </w:r>
    </w:p>
    <w:p>
      <w:pPr>
        <w:jc w:val="right"/>
      </w:pPr>
      <w:r>
        <w:t>اللہ کی عظمتوں کو دریافت کریں۔</w:t>
      </w:r>
    </w:p>
    <w:p>
      <w:r>
        <w:rPr>
          <w:b/>
        </w:rPr>
        <w:t xml:space="preserve">[51:52] </w:t>
      </w:r>
      <w:r>
        <w:t>yeh sab nahi ho sakta fatwe ki zuban mein.</w:t>
      </w:r>
    </w:p>
    <w:p>
      <w:pPr>
        <w:jc w:val="right"/>
      </w:pPr>
      <w:r>
        <w:t>یہ سب نہیں ہو سکتا فتوے کی زبان میں۔</w:t>
      </w:r>
    </w:p>
    <w:p>
      <w:r>
        <w:rPr>
          <w:b/>
        </w:rPr>
        <w:t xml:space="preserve">[51:57] </w:t>
      </w:r>
      <w:r>
        <w:t>jab aap ko yani Allah ki azmaton ki daryaft hoti hai jab us ke moajzaat ko aap daryaft</w:t>
      </w:r>
    </w:p>
    <w:p>
      <w:pPr>
        <w:jc w:val="right"/>
      </w:pPr>
      <w:r>
        <w:t>جب آپ کو یعنی اللہ کی عظمتوں کی دریافت ہوتی ہے جب اس کے معجزات کو آپ دریافت</w:t>
      </w:r>
    </w:p>
    <w:p>
      <w:r>
        <w:rPr>
          <w:b/>
        </w:rPr>
        <w:t xml:space="preserve">[52:02] </w:t>
      </w:r>
      <w:r>
        <w:t>karte hain to aik be panah jazba paida hota hai ke insaan ko bataein.</w:t>
      </w:r>
    </w:p>
    <w:p>
      <w:pPr>
        <w:jc w:val="right"/>
      </w:pPr>
      <w:r>
        <w:t>کرتے ہیں تو ایک بے پناہ جذبہ پیدا ہوتا ہے کہ انسان کو بتائیں۔</w:t>
      </w:r>
    </w:p>
    <w:p>
      <w:r>
        <w:rPr>
          <w:b/>
        </w:rPr>
        <w:t xml:space="preserve">[52:07] </w:t>
      </w:r>
      <w:r>
        <w:t>da'wat Allah ka jo kaam hai us ke andar jo hero ban jata hai insaan.</w:t>
      </w:r>
    </w:p>
    <w:p>
      <w:pPr>
        <w:jc w:val="right"/>
      </w:pPr>
      <w:r>
        <w:t>دعوت اللہ کا جو کام ہے اس کے اندر جو ہیرو بن جاتا ہے انسان۔</w:t>
      </w:r>
    </w:p>
    <w:p>
      <w:r>
        <w:rPr>
          <w:b/>
        </w:rPr>
        <w:t xml:space="preserve">[52:12] </w:t>
      </w:r>
      <w:r>
        <w:t>yeh sahaba hero ban gaye.</w:t>
      </w:r>
    </w:p>
    <w:p>
      <w:pPr>
        <w:jc w:val="right"/>
      </w:pPr>
      <w:r>
        <w:t>یہ صحابہ ہیرو بن گئے۔</w:t>
      </w:r>
    </w:p>
    <w:p>
      <w:r>
        <w:rPr>
          <w:b/>
        </w:rPr>
        <w:t xml:space="preserve">[52:18] </w:t>
      </w:r>
      <w:r>
        <w:t>to kaisa hota hai? itni bari cheez daryaft hoti hai ke aap cheekh uthte hain kaise na bataon</w:t>
      </w:r>
    </w:p>
    <w:p>
      <w:pPr>
        <w:jc w:val="right"/>
      </w:pPr>
      <w:r>
        <w:t>تو کیسا ہوتا ہے؟ اتنی بڑی چیز دریافت ہوتی ہے کہ آپ چیخ اٹھتے ہیں کیسے نہ بتاؤں</w:t>
      </w:r>
    </w:p>
    <w:p>
      <w:r>
        <w:rPr>
          <w:b/>
        </w:rPr>
        <w:t xml:space="preserve">[52:23] </w:t>
      </w:r>
      <w:r>
        <w:t>logon ko mein.</w:t>
      </w:r>
    </w:p>
    <w:p>
      <w:pPr>
        <w:jc w:val="right"/>
      </w:pPr>
      <w:r>
        <w:t>لوگوں کو میں۔</w:t>
      </w:r>
    </w:p>
    <w:p>
      <w:r>
        <w:rPr>
          <w:b/>
        </w:rPr>
        <w:t xml:space="preserve">[52:28] </w:t>
      </w:r>
      <w:r>
        <w:t>mujhe batana pare ga.</w:t>
      </w:r>
    </w:p>
    <w:p>
      <w:pPr>
        <w:jc w:val="right"/>
      </w:pPr>
      <w:r>
        <w:t>مجھے بتانا پڑے گا۔</w:t>
      </w:r>
    </w:p>
    <w:p>
      <w:r>
        <w:rPr>
          <w:b/>
        </w:rPr>
        <w:t xml:space="preserve">[52:33] </w:t>
      </w:r>
      <w:r>
        <w:t>jaise maine aik qissa parha tha aik American professor ka.</w:t>
      </w:r>
    </w:p>
    <w:p>
      <w:pPr>
        <w:jc w:val="right"/>
      </w:pPr>
      <w:r>
        <w:t>جیسے میں نے ایک قصہ پڑھا تھا ایک امریکن پروفیسر کا۔</w:t>
      </w:r>
    </w:p>
    <w:p>
      <w:r>
        <w:rPr>
          <w:b/>
        </w:rPr>
        <w:t xml:space="preserve">[52:38] </w:t>
      </w:r>
      <w:r>
        <w:t>woh us par tehqeeq kar raha tha ke What is the law of universe yeh universe chal rahi</w:t>
      </w:r>
    </w:p>
    <w:p>
      <w:pPr>
        <w:jc w:val="right"/>
      </w:pPr>
      <w:r>
        <w:t>وہ اس پر تحقیق کر رہا تھا کہ What is the law of universe یہ universe چل رہی</w:t>
      </w:r>
    </w:p>
    <w:p>
      <w:r>
        <w:rPr>
          <w:b/>
        </w:rPr>
        <w:t xml:space="preserve">[52:43] </w:t>
      </w:r>
      <w:r>
        <w:t>hai kaise? is ka is ka central law kya hai jo jo control kar raha hai poore universe</w:t>
      </w:r>
    </w:p>
    <w:p>
      <w:pPr>
        <w:jc w:val="right"/>
      </w:pPr>
      <w:r>
        <w:t>ہے کیسے؟ اس کا اس کا central law کیا ہے جو جو کنٹرول کر رہا ہے پورے universe</w:t>
      </w:r>
    </w:p>
    <w:p>
      <w:r>
        <w:rPr>
          <w:b/>
        </w:rPr>
        <w:t xml:space="preserve">[52:49] </w:t>
      </w:r>
      <w:r>
        <w:t>ko? bohat dinon tak tehqeeq karta raha karta raha karta raha.</w:t>
      </w:r>
    </w:p>
    <w:p>
      <w:pPr>
        <w:jc w:val="right"/>
      </w:pPr>
      <w:r>
        <w:t>کو؟ بہت دنوں تک تحقیق کرتا رہا کرتا رہا کرتا رہا۔</w:t>
      </w:r>
    </w:p>
    <w:p>
      <w:r>
        <w:rPr>
          <w:b/>
        </w:rPr>
        <w:t xml:space="preserve">[52:54] </w:t>
      </w:r>
      <w:r>
        <w:t>yahan tak ke us ne daryaft kar liya.</w:t>
      </w:r>
    </w:p>
    <w:p>
      <w:pPr>
        <w:jc w:val="right"/>
      </w:pPr>
      <w:r>
        <w:t>یہاں تک کہ اس نے دریافت کر لیا۔</w:t>
      </w:r>
    </w:p>
    <w:p>
      <w:r>
        <w:rPr>
          <w:b/>
        </w:rPr>
        <w:t xml:space="preserve">[52:59] </w:t>
      </w:r>
      <w:r>
        <w:t>apni samajh ke mutabiq.</w:t>
      </w:r>
    </w:p>
    <w:p>
      <w:pPr>
        <w:jc w:val="right"/>
      </w:pPr>
      <w:r>
        <w:t>اپنی سمجھ کے مطابق۔</w:t>
      </w:r>
    </w:p>
    <w:p>
      <w:r>
        <w:rPr>
          <w:b/>
        </w:rPr>
        <w:t xml:space="preserve">[53:04] </w:t>
      </w:r>
      <w:r>
        <w:t>to jab us ko daryaft hui to ghar se nikla.</w:t>
      </w:r>
    </w:p>
    <w:p>
      <w:pPr>
        <w:jc w:val="right"/>
      </w:pPr>
      <w:r>
        <w:t>تو جب اس کو دریافت ہوئی تو گھر سے نکلا۔</w:t>
      </w:r>
    </w:p>
    <w:p>
      <w:r>
        <w:rPr>
          <w:b/>
        </w:rPr>
        <w:t xml:space="preserve">[53:09] </w:t>
      </w:r>
      <w:r>
        <w:t>raat ka waqt tha.</w:t>
      </w:r>
    </w:p>
    <w:p>
      <w:pPr>
        <w:jc w:val="right"/>
      </w:pPr>
      <w:r>
        <w:t>رات کا وقت تھا۔</w:t>
      </w:r>
    </w:p>
    <w:p>
      <w:r>
        <w:rPr>
          <w:b/>
        </w:rPr>
        <w:t xml:space="preserve">[53:15] </w:t>
      </w:r>
      <w:r>
        <w:t>us ne chaha ke main cheekh kar logon ko bataon.</w:t>
      </w:r>
    </w:p>
    <w:p>
      <w:pPr>
        <w:jc w:val="right"/>
      </w:pPr>
      <w:r>
        <w:t>اس نے چاہا کہ میں چیخ کر لوگوں کو بتاؤں۔</w:t>
      </w:r>
    </w:p>
    <w:p>
      <w:r>
        <w:rPr>
          <w:b/>
        </w:rPr>
        <w:t xml:space="preserve">[53:20] </w:t>
      </w:r>
      <w:r>
        <w:t>to maloom hua ke wahan woh aik town mein rehta tha.</w:t>
      </w:r>
    </w:p>
    <w:p>
      <w:pPr>
        <w:jc w:val="right"/>
      </w:pPr>
      <w:r>
        <w:t>تو معلوم ہوا کہ وہاں وہ ایک ٹاؤن میں رہتا تھا۔</w:t>
      </w:r>
    </w:p>
    <w:p>
      <w:r>
        <w:rPr>
          <w:b/>
        </w:rPr>
        <w:t xml:space="preserve">[53:25] </w:t>
      </w:r>
      <w:r>
        <w:t>koi bare shehar mein nahi tha town mein.</w:t>
      </w:r>
    </w:p>
    <w:p>
      <w:pPr>
        <w:jc w:val="right"/>
      </w:pPr>
      <w:r>
        <w:t>کوئی بڑے شہر میں نہیں تھا ٹاؤن میں۔</w:t>
      </w:r>
    </w:p>
    <w:p>
      <w:r>
        <w:rPr>
          <w:b/>
        </w:rPr>
        <w:t xml:space="preserve">[53:30] </w:t>
      </w:r>
      <w:r>
        <w:t>maloom hua ke log jo hain aksar log aik theatre hua karta tab ki baat hai yeh jab</w:t>
      </w:r>
    </w:p>
    <w:p>
      <w:pPr>
        <w:jc w:val="right"/>
      </w:pPr>
      <w:r>
        <w:t>معلوم ہوا کہ لوگ جو ہیں اکثر لوگ ایک تھیٹر ہوا کر تب کی بات ہے یہ جب</w:t>
      </w:r>
    </w:p>
    <w:p>
      <w:r>
        <w:rPr>
          <w:b/>
        </w:rPr>
        <w:t xml:space="preserve">[53:35] </w:t>
      </w:r>
      <w:r>
        <w:t>ke theatre hua karte thay.</w:t>
      </w:r>
    </w:p>
    <w:p>
      <w:pPr>
        <w:jc w:val="right"/>
      </w:pPr>
      <w:r>
        <w:t>کہ تھیٹر ہوا کرتے تھے۔</w:t>
      </w:r>
    </w:p>
    <w:p>
      <w:r>
        <w:rPr>
          <w:b/>
        </w:rPr>
        <w:t xml:space="preserve">[53:40] </w:t>
      </w:r>
      <w:r>
        <w:t>aik theatre par sab log jama aaye.</w:t>
      </w:r>
    </w:p>
    <w:p>
      <w:pPr>
        <w:jc w:val="right"/>
      </w:pPr>
      <w:r>
        <w:t>ایک تھیٹر پر سب لوگ جمع آئے۔</w:t>
      </w:r>
    </w:p>
    <w:p>
      <w:r>
        <w:rPr>
          <w:b/>
        </w:rPr>
        <w:t xml:space="preserve">[53:46] </w:t>
      </w:r>
      <w:r>
        <w:t>shehar mein sar naata tha.</w:t>
      </w:r>
    </w:p>
    <w:p>
      <w:pPr>
        <w:jc w:val="right"/>
      </w:pPr>
      <w:r>
        <w:t>شہر میں سر ناٹا تھا۔</w:t>
      </w:r>
    </w:p>
    <w:p>
      <w:r>
        <w:rPr>
          <w:b/>
        </w:rPr>
        <w:t xml:space="preserve">[53:51] </w:t>
      </w:r>
      <w:r>
        <w:t>to woh theatre mein gaya.</w:t>
      </w:r>
    </w:p>
    <w:p>
      <w:pPr>
        <w:jc w:val="right"/>
      </w:pPr>
      <w:r>
        <w:t>تو وہ تھیٹر میں گیا۔</w:t>
      </w:r>
    </w:p>
    <w:p>
      <w:r>
        <w:rPr>
          <w:b/>
        </w:rPr>
        <w:t xml:space="preserve">[53:56] </w:t>
      </w:r>
      <w:r>
        <w:t>ghus gaya us ke andar.</w:t>
      </w:r>
    </w:p>
    <w:p>
      <w:pPr>
        <w:jc w:val="right"/>
      </w:pPr>
      <w:r>
        <w:t>گھس گیا اس کے اندر۔</w:t>
      </w:r>
    </w:p>
    <w:p>
      <w:r>
        <w:rPr>
          <w:b/>
        </w:rPr>
        <w:t xml:space="preserve">[54:01] </w:t>
      </w:r>
      <w:r>
        <w:t>wahan par aik stage tha.</w:t>
      </w:r>
    </w:p>
    <w:p>
      <w:pPr>
        <w:jc w:val="right"/>
      </w:pPr>
      <w:r>
        <w:t>وہاں پر ایک اسٹیج تھا۔</w:t>
      </w:r>
    </w:p>
    <w:p>
      <w:r>
        <w:rPr>
          <w:b/>
        </w:rPr>
        <w:t xml:space="preserve">[54:06] </w:t>
      </w:r>
      <w:r>
        <w:t>istej par maik laga hua tha.</w:t>
      </w:r>
    </w:p>
    <w:p>
      <w:pPr>
        <w:jc w:val="right"/>
      </w:pPr>
      <w:r>
        <w:t>اسٹیج پر مائیک لگا ہوا تھا۔</w:t>
      </w:r>
    </w:p>
    <w:p>
      <w:r>
        <w:rPr>
          <w:b/>
        </w:rPr>
        <w:t xml:space="preserve">[54:11] </w:t>
      </w:r>
      <w:r>
        <w:t>aur log apna apna bol rahe the jo bolna tha un ko.</w:t>
      </w:r>
    </w:p>
    <w:p>
      <w:pPr>
        <w:jc w:val="right"/>
      </w:pPr>
      <w:r>
        <w:t>اور لوگ اپنا اپنا بول رہے تھے جو بولنا تھا ان کو۔</w:t>
      </w:r>
    </w:p>
    <w:p>
      <w:r>
        <w:rPr>
          <w:b/>
        </w:rPr>
        <w:t xml:space="preserve">[54:17] </w:t>
      </w:r>
      <w:r>
        <w:t>is ne maik le liya.</w:t>
      </w:r>
    </w:p>
    <w:p>
      <w:pPr>
        <w:jc w:val="right"/>
      </w:pPr>
      <w:r>
        <w:t>اس نے مائیک لے لیا۔</w:t>
      </w:r>
    </w:p>
    <w:p>
      <w:r>
        <w:rPr>
          <w:b/>
        </w:rPr>
        <w:t xml:space="preserve">[54:22] </w:t>
      </w:r>
      <w:r>
        <w:t>is ne kaha Stop everything.</w:t>
      </w:r>
    </w:p>
    <w:p>
      <w:pPr>
        <w:jc w:val="right"/>
      </w:pPr>
      <w:r>
        <w:t>اس نے کہا Stop everything.</w:t>
      </w:r>
    </w:p>
    <w:p>
      <w:r>
        <w:rPr>
          <w:b/>
        </w:rPr>
        <w:t xml:space="preserve">[54:27] </w:t>
      </w:r>
      <w:r>
        <w:t>Stop everything sab kuch roko.</w:t>
      </w:r>
    </w:p>
    <w:p>
      <w:pPr>
        <w:jc w:val="right"/>
      </w:pPr>
      <w:r>
        <w:t>Stop everything سب کچھ روکو۔</w:t>
      </w:r>
    </w:p>
    <w:p>
      <w:r>
        <w:rPr>
          <w:b/>
        </w:rPr>
        <w:t xml:space="preserve">[54:32] </w:t>
      </w:r>
      <w:r>
        <w:t>mujhe mere paas tumhari bohat bari khabar hai.</w:t>
      </w:r>
    </w:p>
    <w:p>
      <w:pPr>
        <w:jc w:val="right"/>
      </w:pPr>
      <w:r>
        <w:t>مجھے میرے پاس تمہاری بہت بڑی خبر ہے۔</w:t>
      </w:r>
    </w:p>
    <w:p>
      <w:r>
        <w:rPr>
          <w:b/>
        </w:rPr>
        <w:t xml:space="preserve">[54:37] </w:t>
      </w:r>
      <w:r>
        <w:t>I have discovered the law of universe.</w:t>
      </w:r>
    </w:p>
    <w:p>
      <w:pPr>
        <w:jc w:val="right"/>
      </w:pPr>
      <w:r>
        <w:t>I have discovered the law of universe.</w:t>
      </w:r>
    </w:p>
    <w:p>
      <w:r>
        <w:rPr>
          <w:b/>
        </w:rPr>
        <w:t xml:space="preserve">[54:42] </w:t>
      </w:r>
      <w:r>
        <w:t>main ne universe ka qanoon daryaft kar liya hai.</w:t>
      </w:r>
    </w:p>
    <w:p>
      <w:pPr>
        <w:jc w:val="right"/>
      </w:pPr>
      <w:r>
        <w:t>میں نے universe کا قانون دریافت کر لیا ہے۔</w:t>
      </w:r>
    </w:p>
    <w:p>
      <w:r>
        <w:rPr>
          <w:b/>
        </w:rPr>
        <w:t xml:space="preserve">[54:48] </w:t>
      </w:r>
      <w:r>
        <w:t>woh mujhe tum ko batana hai.</w:t>
      </w:r>
    </w:p>
    <w:p>
      <w:pPr>
        <w:jc w:val="right"/>
      </w:pPr>
      <w:r>
        <w:t>وہ مجھے تم کو بتانا ہے۔</w:t>
      </w:r>
    </w:p>
    <w:p>
      <w:r>
        <w:rPr>
          <w:b/>
        </w:rPr>
        <w:t xml:space="preserve">[54:53] </w:t>
      </w:r>
      <w:r>
        <w:t>toh yeh hai daai ki espriti.</w:t>
      </w:r>
    </w:p>
    <w:p>
      <w:pPr>
        <w:jc w:val="right"/>
      </w:pPr>
      <w:r>
        <w:t>تو یہ ہے داعی کی اسپیریٹی۔</w:t>
      </w:r>
    </w:p>
    <w:p>
      <w:r>
        <w:rPr>
          <w:b/>
        </w:rPr>
        <w:t xml:space="preserve">[54:58] </w:t>
      </w:r>
      <w:r>
        <w:t>isi ka naam hai.</w:t>
      </w:r>
    </w:p>
    <w:p>
      <w:pPr>
        <w:jc w:val="right"/>
      </w:pPr>
      <w:r>
        <w:t>اسی کا نام ہے۔</w:t>
      </w:r>
    </w:p>
    <w:p>
      <w:r>
        <w:rPr>
          <w:b/>
        </w:rPr>
        <w:t xml:space="preserve">[55:03] </w:t>
      </w:r>
      <w:r>
        <w:t>aap ne ab fatwe ki zuban mein aap kisi ko daai nahi bana sakte.</w:t>
      </w:r>
    </w:p>
    <w:p>
      <w:pPr>
        <w:jc w:val="right"/>
      </w:pPr>
      <w:r>
        <w:t>آپ نے اب فتوے کی زبان میں آپ کسی کو داعی نہیں بنا سکتے۔</w:t>
      </w:r>
    </w:p>
    <w:p>
      <w:r>
        <w:rPr>
          <w:b/>
        </w:rPr>
        <w:t xml:space="preserve">[55:08] </w:t>
      </w:r>
      <w:r>
        <w:t>koi shair o shayari karein, khiṭabat dikhayein, is se koi daai nahi banta.</w:t>
      </w:r>
    </w:p>
    <w:p>
      <w:pPr>
        <w:jc w:val="right"/>
      </w:pPr>
      <w:r>
        <w:t>کوئی شعر و شاعری کریں، خطابت دکھائیں، اس سے کوئی داعی نہیں بنتا۔</w:t>
      </w:r>
    </w:p>
    <w:p>
      <w:r>
        <w:rPr>
          <w:b/>
        </w:rPr>
        <w:t xml:space="preserve">[55:14] </w:t>
      </w:r>
      <w:r>
        <w:t>daai ko toh yani ek bohat bara role karna paṛta hai.</w:t>
      </w:r>
    </w:p>
    <w:p>
      <w:pPr>
        <w:jc w:val="right"/>
      </w:pPr>
      <w:r>
        <w:t>داعی کو تو یعنی ایک بہت بڑا رول کرنا پڑتا ہے۔</w:t>
      </w:r>
    </w:p>
    <w:p>
      <w:r>
        <w:rPr>
          <w:b/>
        </w:rPr>
        <w:t xml:space="preserve">[55:19] </w:t>
      </w:r>
      <w:r>
        <w:t>bohat hi bara role.</w:t>
      </w:r>
    </w:p>
    <w:p>
      <w:pPr>
        <w:jc w:val="right"/>
      </w:pPr>
      <w:r>
        <w:t>بہت ہی بڑا رول۔</w:t>
      </w:r>
    </w:p>
    <w:p>
      <w:r>
        <w:rPr>
          <w:b/>
        </w:rPr>
        <w:t xml:space="preserve">[55:24] </w:t>
      </w:r>
      <w:r>
        <w:t>global role, universal role.</w:t>
      </w:r>
    </w:p>
    <w:p>
      <w:pPr>
        <w:jc w:val="right"/>
      </w:pPr>
      <w:r>
        <w:t>گلوبل رول، یونیورسل رول۔</w:t>
      </w:r>
    </w:p>
    <w:p>
      <w:r>
        <w:rPr>
          <w:b/>
        </w:rPr>
        <w:t xml:space="preserve">[55:29] </w:t>
      </w:r>
      <w:r>
        <w:t>chand suraj se zyada bara role.</w:t>
      </w:r>
    </w:p>
    <w:p>
      <w:pPr>
        <w:jc w:val="right"/>
      </w:pPr>
      <w:r>
        <w:t>چاند سورج سے زیادہ بڑا رول۔</w:t>
      </w:r>
    </w:p>
    <w:p>
      <w:r>
        <w:rPr>
          <w:b/>
        </w:rPr>
        <w:t xml:space="preserve">[55:34] </w:t>
      </w:r>
      <w:r>
        <w:t>toh woh kaise kar payega? jab ke us ko isi tarah ki ek daryaft hui jise woh</w:t>
      </w:r>
    </w:p>
    <w:p>
      <w:pPr>
        <w:jc w:val="right"/>
      </w:pPr>
      <w:r>
        <w:t>تو وہ کیسے کر پائے گا؟ جب کہ اس کو اسی طرح کی ایک دریافت ہوئی جسے وہ</w:t>
      </w:r>
    </w:p>
    <w:p>
      <w:r>
        <w:rPr>
          <w:b/>
        </w:rPr>
        <w:t xml:space="preserve">[55:39] </w:t>
      </w:r>
      <w:r>
        <w:t>saensi scientist ko hui thi ke us ke sine mein phat raha tha.</w:t>
      </w:r>
    </w:p>
    <w:p>
      <w:pPr>
        <w:jc w:val="right"/>
      </w:pPr>
      <w:r>
        <w:t>سائنسی سائنسدان کو ہوئی تھی کہ اس کے سینے میں پھٹ رہا تھا۔</w:t>
      </w:r>
    </w:p>
    <w:p>
      <w:r>
        <w:rPr>
          <w:b/>
        </w:rPr>
        <w:t xml:space="preserve">[55:45] </w:t>
      </w:r>
      <w:r>
        <w:t>woh chalane chahta tha ke main chalaun.</w:t>
      </w:r>
    </w:p>
    <w:p>
      <w:pPr>
        <w:jc w:val="right"/>
      </w:pPr>
      <w:r>
        <w:t>وہ چلانے چاہتا تھا کہ میں چلاؤں۔</w:t>
      </w:r>
    </w:p>
    <w:p>
      <w:r>
        <w:rPr>
          <w:b/>
        </w:rPr>
        <w:t xml:space="preserve">[55:50] </w:t>
      </w:r>
      <w:r>
        <w:t>toh jahan us ne dekha ke insan ekatha hai toh wahan ja kar chekha woh.</w:t>
      </w:r>
    </w:p>
    <w:p>
      <w:pPr>
        <w:jc w:val="right"/>
      </w:pPr>
      <w:r>
        <w:t>تو جہاں اس نے دیکھا کہ انسان اکٹھا ہے تو وہاں جا کر چیخا وہ۔</w:t>
      </w:r>
    </w:p>
    <w:p>
      <w:r>
        <w:rPr>
          <w:b/>
        </w:rPr>
        <w:t xml:space="preserve">[55:55] </w:t>
      </w:r>
      <w:r>
        <w:t>ke Stop everything meri baat ko suno.</w:t>
      </w:r>
    </w:p>
    <w:p>
      <w:pPr>
        <w:jc w:val="right"/>
      </w:pPr>
      <w:r>
        <w:t>کہ Stop everything میری بات کو سنو۔</w:t>
      </w:r>
    </w:p>
    <w:p>
      <w:r>
        <w:rPr>
          <w:b/>
        </w:rPr>
        <w:t xml:space="preserve">[56:00] </w:t>
      </w:r>
      <w:r>
        <w:t>I have discovered the law of universe.</w:t>
      </w:r>
    </w:p>
    <w:p>
      <w:pPr>
        <w:jc w:val="right"/>
      </w:pPr>
      <w:r>
        <w:t>I have discovered the law of universe.</w:t>
      </w:r>
    </w:p>
    <w:p>
      <w:r>
        <w:rPr>
          <w:b/>
        </w:rPr>
        <w:t xml:space="preserve">[56:05] </w:t>
      </w:r>
      <w:r>
        <w:t>toh is ka is tarah se daai banta hai.</w:t>
      </w:r>
    </w:p>
    <w:p>
      <w:pPr>
        <w:jc w:val="right"/>
      </w:pPr>
      <w:r>
        <w:t>تو اس کا اس طرح سے داعی بنتا ہے۔</w:t>
      </w:r>
    </w:p>
    <w:p>
      <w:r>
        <w:rPr>
          <w:b/>
        </w:rPr>
        <w:t xml:space="preserve">[56:10] </w:t>
      </w:r>
      <w:r>
        <w:t>isi liye madarson mein aap dekhiye koi daai kahan ban rahe hain? kyunke un ko koi bari daryaft</w:t>
      </w:r>
    </w:p>
    <w:p>
      <w:pPr>
        <w:jc w:val="right"/>
      </w:pPr>
      <w:r>
        <w:t>اسی لیے مدرسوں میں آپ دیکھیے کوئی داعی کہاں بن رہے ہیں؟ کیونکہ ان کو کوئی بڑی دریافت</w:t>
      </w:r>
    </w:p>
    <w:p>
      <w:r>
        <w:rPr>
          <w:b/>
        </w:rPr>
        <w:t xml:space="preserve">[56:16] </w:t>
      </w:r>
      <w:r>
        <w:t>nahi kar hoti wahan par.</w:t>
      </w:r>
    </w:p>
    <w:p>
      <w:pPr>
        <w:jc w:val="right"/>
      </w:pPr>
      <w:r>
        <w:t>نہیں کر ہوتی وہاں پر۔</w:t>
      </w:r>
    </w:p>
    <w:p>
      <w:r>
        <w:rPr>
          <w:b/>
        </w:rPr>
        <w:t xml:space="preserve">[56:21] </w:t>
      </w:r>
      <w:r>
        <w:t>ek riwayati ilm hai, koi riwayati nisaab hai, isi ko parh parh ke sand mil jati hai bas.</w:t>
      </w:r>
    </w:p>
    <w:p>
      <w:pPr>
        <w:jc w:val="right"/>
      </w:pPr>
      <w:r>
        <w:t>ایک روایتی علم ہے، کوئی روایتی نصاب ہے، اسی کو پڑھ پڑھ کے سند مل جاتی ہے بس۔</w:t>
      </w:r>
    </w:p>
    <w:p>
      <w:r>
        <w:rPr>
          <w:b/>
        </w:rPr>
        <w:t xml:space="preserve">[56:26] </w:t>
      </w:r>
      <w:r>
        <w:t>moajzaat Khuda ko daryaft kar ke jab aap niklte hain aur jannat ko daryaft kar ke jab aap</w:t>
      </w:r>
    </w:p>
    <w:p>
      <w:pPr>
        <w:jc w:val="right"/>
      </w:pPr>
      <w:r>
        <w:t>معجزات خدا کو دریافت کر کے جب آپ نکلتے ہیں اور جنت کو دریافت کر کے جب آپ</w:t>
      </w:r>
    </w:p>
    <w:p>
      <w:r>
        <w:rPr>
          <w:b/>
        </w:rPr>
        <w:t xml:space="preserve">[56:31] </w:t>
      </w:r>
      <w:r>
        <w:t>niklte hain, Allah ki azmaton ko daryaft kar ke jab aap niklte hain, jab Allah ki mohabbat shadeed</w:t>
      </w:r>
    </w:p>
    <w:p>
      <w:pPr>
        <w:jc w:val="right"/>
      </w:pPr>
      <w:r>
        <w:t>نکلتے ہیں، اللہ کی عظمتوں کو دریافت کر کے جب آپ نکلتے ہیں، جب اللہ کی محبت شدید</w:t>
      </w:r>
    </w:p>
    <w:p>
      <w:r>
        <w:rPr>
          <w:b/>
        </w:rPr>
        <w:t xml:space="preserve">[56:36] </w:t>
      </w:r>
      <w:r>
        <w:t>aap par ghalib aa jati hai, yeh sab jab ho jata hai tab woh woh woh woh shakhsiyat</w:t>
      </w:r>
    </w:p>
    <w:p>
      <w:pPr>
        <w:jc w:val="right"/>
      </w:pPr>
      <w:r>
        <w:t>آپ پر غالب آ جاتی ہے، یہ سب جب ہو جاتا ہے تب وہ وہ وہ وہ شخصیت</w:t>
      </w:r>
    </w:p>
    <w:p>
      <w:r>
        <w:rPr>
          <w:b/>
        </w:rPr>
        <w:t xml:space="preserve">[56:41] </w:t>
      </w:r>
      <w:r>
        <w:t>banti hai, woh shakhsiyat banti hai jis ko hum daai kehte hain.</w:t>
      </w:r>
    </w:p>
    <w:p>
      <w:pPr>
        <w:jc w:val="right"/>
      </w:pPr>
      <w:r>
        <w:t>بنتی ہے، وہ شخصیت بنتی ہے جس کو ہم داعی کہتے ہیں۔</w:t>
      </w:r>
    </w:p>
    <w:p>
      <w:r>
        <w:rPr>
          <w:b/>
        </w:rPr>
        <w:t xml:space="preserve">[56:47] </w:t>
      </w:r>
      <w:r>
        <w:t>phir woh andha dhund kaam karne lagta hai.</w:t>
      </w:r>
    </w:p>
    <w:p>
      <w:pPr>
        <w:jc w:val="right"/>
      </w:pPr>
      <w:r>
        <w:t>پھر وہ اندھا دھند کام کرنے لگتا ہے۔</w:t>
      </w:r>
    </w:p>
    <w:p>
      <w:r>
        <w:rPr>
          <w:b/>
        </w:rPr>
        <w:t xml:space="preserve">[56:52] </w:t>
      </w:r>
      <w:r>
        <w:t>is ko kis ki parwah nahi hoti ke log kya kar rahe hain.</w:t>
      </w:r>
    </w:p>
    <w:p>
      <w:pPr>
        <w:jc w:val="right"/>
      </w:pPr>
      <w:r>
        <w:t>اس کو کس کی پرواہ نہیں ہوتی کہ لوگ کیا کر رہے ہیں۔</w:t>
      </w:r>
    </w:p>
    <w:p>
      <w:r>
        <w:rPr>
          <w:b/>
        </w:rPr>
        <w:t xml:space="preserve">[56:57] </w:t>
      </w:r>
      <w:r>
        <w:t>to daai ki shakhsiyat jo hai hero ki shakhsiyat hai.</w:t>
      </w:r>
    </w:p>
    <w:p>
      <w:pPr>
        <w:jc w:val="right"/>
      </w:pPr>
      <w:r>
        <w:t>تو داعی کی شخصیت جو ہے ہیرو کی شخصیت ہے۔</w:t>
      </w:r>
    </w:p>
    <w:p>
      <w:r>
        <w:rPr>
          <w:b/>
        </w:rPr>
        <w:t xml:space="preserve">[57:02] </w:t>
      </w:r>
      <w:r>
        <w:t>hero ki shakhsiyat.</w:t>
      </w:r>
    </w:p>
    <w:p>
      <w:pPr>
        <w:jc w:val="right"/>
      </w:pPr>
      <w:r>
        <w:t>ہیرو کی شخصیت۔</w:t>
      </w:r>
    </w:p>
    <w:p>
      <w:r>
        <w:rPr>
          <w:b/>
        </w:rPr>
        <w:t xml:space="preserve">[57:07] </w:t>
      </w:r>
      <w:r>
        <w:t>jise ek mustashriq ne likha hai, ek orientalist ne sahaba ke bare mein.</w:t>
      </w:r>
    </w:p>
    <w:p>
      <w:pPr>
        <w:jc w:val="right"/>
      </w:pPr>
      <w:r>
        <w:t>جسے ایک مستشرق نے لکھا ہے، ایک اورینٹلسٹ نے صحابہ کے بارے میں۔</w:t>
      </w:r>
    </w:p>
    <w:p>
      <w:r>
        <w:rPr>
          <w:b/>
        </w:rPr>
        <w:t xml:space="preserve">[57:13] </w:t>
      </w:r>
      <w:r>
        <w:t>ke Rasool Allah sal Allah alaihi wasallam se pehle Arab ek ek gumnam ek ilaaqa tha.</w:t>
      </w:r>
    </w:p>
    <w:p>
      <w:pPr>
        <w:jc w:val="right"/>
      </w:pPr>
      <w:r>
        <w:t>کہ رسول اللہ صلی اللہ علیہ وسلم سے پہلے عرب ایک ایک گمنام ایک علاقہ تھا۔</w:t>
      </w:r>
    </w:p>
    <w:p>
      <w:r>
        <w:rPr>
          <w:b/>
        </w:rPr>
        <w:t xml:space="preserve">[57:18] </w:t>
      </w:r>
      <w:r>
        <w:t>koi wahan par ek taameeri sargermi nahi thi.</w:t>
      </w:r>
    </w:p>
    <w:p>
      <w:pPr>
        <w:jc w:val="right"/>
      </w:pPr>
      <w:r>
        <w:t>کوئی وہاں پر ایک تعمیری سرگرمی نہیں تھی۔</w:t>
      </w:r>
    </w:p>
    <w:p>
      <w:r>
        <w:rPr>
          <w:b/>
        </w:rPr>
        <w:t xml:space="preserve">[57:23] </w:t>
      </w:r>
      <w:r>
        <w:t>phir Rasool Allah sal Allah alaihi wasallam se jab un ko Islam mila, sachai mili, yani daryaft hui,</w:t>
      </w:r>
    </w:p>
    <w:p>
      <w:pPr>
        <w:jc w:val="right"/>
      </w:pPr>
      <w:r>
        <w:t>پھر رسول اللہ صلی اللہ علیہ وسلم سے جب ان کو اسلام ملا، سچائی ملی، یعنی دریافت ہوئی،</w:t>
      </w:r>
    </w:p>
    <w:p>
      <w:r>
        <w:rPr>
          <w:b/>
        </w:rPr>
        <w:t xml:space="preserve">[57:28] </w:t>
      </w:r>
      <w:r>
        <w:t>main kahoon ke daryaft hui.</w:t>
      </w:r>
    </w:p>
    <w:p>
      <w:pPr>
        <w:jc w:val="right"/>
      </w:pPr>
      <w:r>
        <w:t>میں کہوں کہ دریافت ہوئی۔</w:t>
      </w:r>
    </w:p>
    <w:p>
      <w:r>
        <w:rPr>
          <w:b/>
        </w:rPr>
        <w:t xml:space="preserve">[57:33] </w:t>
      </w:r>
      <w:r>
        <w:t>to woh us ke alfaaz mein woh qaum heroes ban gaye.</w:t>
      </w:r>
    </w:p>
    <w:p>
      <w:pPr>
        <w:jc w:val="right"/>
      </w:pPr>
      <w:r>
        <w:t>تو وہ اس کے الفاظ میں وہ قوم ہیروز بن گئے۔</w:t>
      </w:r>
    </w:p>
    <w:p>
      <w:r>
        <w:rPr>
          <w:b/>
        </w:rPr>
        <w:t xml:space="preserve">[57:38] </w:t>
      </w:r>
      <w:r>
        <w:t>yeh poori poori qaum jo hai hero ban gayi.</w:t>
      </w:r>
    </w:p>
    <w:p>
      <w:pPr>
        <w:jc w:val="right"/>
      </w:pPr>
      <w:r>
        <w:t>یہ پوری پوری قوم جو ہے ہیرو بن گئی۔</w:t>
      </w:r>
    </w:p>
    <w:p>
      <w:r>
        <w:rPr>
          <w:b/>
        </w:rPr>
        <w:t xml:space="preserve">[57:44] </w:t>
      </w:r>
      <w:r>
        <w:t>A nation of heroes.</w:t>
      </w:r>
    </w:p>
    <w:p>
      <w:pPr>
        <w:jc w:val="right"/>
      </w:pPr>
      <w:r>
        <w:t>A nation of heroes.</w:t>
      </w:r>
    </w:p>
    <w:p>
      <w:r>
        <w:rPr>
          <w:b/>
        </w:rPr>
        <w:t xml:space="preserve">[57:49] </w:t>
      </w:r>
      <w:r>
        <w:t>to daai ek hero shakhsiyat hota hai.</w:t>
      </w:r>
    </w:p>
    <w:p>
      <w:pPr>
        <w:jc w:val="right"/>
      </w:pPr>
      <w:r>
        <w:t>تو داعی ایک ہیرو شخصیت ہوتا ہے۔</w:t>
      </w:r>
    </w:p>
    <w:p>
      <w:r>
        <w:rPr>
          <w:b/>
        </w:rPr>
        <w:t xml:space="preserve">[57:54] </w:t>
      </w:r>
      <w:r>
        <w:t>is se kam nahi.</w:t>
      </w:r>
    </w:p>
    <w:p>
      <w:pPr>
        <w:jc w:val="right"/>
      </w:pPr>
      <w:r>
        <w:t>اس سے کم نہیں۔</w:t>
      </w:r>
    </w:p>
    <w:p>
      <w:r>
        <w:rPr>
          <w:b/>
        </w:rPr>
        <w:t xml:space="preserve">[57:59] </w:t>
      </w:r>
      <w:r>
        <w:t>is se kam hai to woh daai nahi hai.</w:t>
      </w:r>
    </w:p>
    <w:p>
      <w:pPr>
        <w:jc w:val="right"/>
      </w:pPr>
      <w:r>
        <w:t>اس سے کم ہے تو وہ داعی نہیں ہے۔</w:t>
      </w:r>
    </w:p>
    <w:p>
      <w:r>
        <w:rPr>
          <w:b/>
        </w:rPr>
        <w:t xml:space="preserve">[58:04] </w:t>
      </w:r>
      <w:r>
        <w:t>jo daai hero se kam ho woh daai nahi hai.</w:t>
      </w:r>
    </w:p>
    <w:p>
      <w:pPr>
        <w:jc w:val="right"/>
      </w:pPr>
      <w:r>
        <w:t>جو داعی ہیرو سے کم ہو وہ داعی نہیں ہے۔</w:t>
      </w:r>
    </w:p>
    <w:p>
      <w:r>
        <w:rPr>
          <w:b/>
        </w:rPr>
        <w:t xml:space="preserve">[58:09] </w:t>
      </w:r>
      <w:r>
        <w:t>har daai ko hero banna hai. Hero. Hero.</w:t>
      </w:r>
    </w:p>
    <w:p>
      <w:pPr>
        <w:jc w:val="right"/>
      </w:pPr>
      <w:r>
        <w:t>ہر داعی کو ہیرو بننا ہے۔ ہیرو۔ ہیرو۔</w:t>
      </w:r>
    </w:p>
    <w:p>
      <w:r>
        <w:rPr>
          <w:b/>
        </w:rPr>
        <w:t xml:space="preserve">[58:15] </w:t>
      </w:r>
      <w:r>
        <w:t>is ke paas ek aisi baat ho ke us ko chain na aaye jab us waqt tak jab</w:t>
      </w:r>
    </w:p>
    <w:p>
      <w:pPr>
        <w:jc w:val="right"/>
      </w:pPr>
      <w:r>
        <w:t>اس کے پاس ایک ایسی بات ہو کہ اس کو چین نہ آئے جب اس وقت تک جب</w:t>
      </w:r>
    </w:p>
    <w:p>
      <w:r>
        <w:rPr>
          <w:b/>
        </w:rPr>
        <w:t xml:space="preserve">[58:20] </w:t>
      </w:r>
      <w:r>
        <w:t>tak dunya ko bata na de woh.</w:t>
      </w:r>
    </w:p>
    <w:p>
      <w:pPr>
        <w:jc w:val="right"/>
      </w:pPr>
      <w:r>
        <w:t>تک دنیا کو بتا نہ دے وہ۔</w:t>
      </w:r>
    </w:p>
    <w:p>
      <w:r>
        <w:rPr>
          <w:b/>
        </w:rPr>
        <w:t xml:space="preserve">[58:25] </w:t>
      </w:r>
      <w:r>
        <w:t>to yeh sab kab ho? jab is tareeqay say aap apni soch ko فعال karen.</w:t>
      </w:r>
    </w:p>
    <w:p>
      <w:pPr>
        <w:jc w:val="right"/>
      </w:pPr>
      <w:r>
        <w:t>تو یہ سب کب ہو؟ جب اس طریقے سے آپ اپنی سوچ کو فعال کریں۔</w:t>
      </w:r>
    </w:p>
    <w:p>
      <w:r>
        <w:rPr>
          <w:b/>
        </w:rPr>
        <w:t xml:space="preserve">[58:30] </w:t>
      </w:r>
      <w:r>
        <w:t>is tareeqay say aap ko daryaft ho cheezen.</w:t>
      </w:r>
    </w:p>
    <w:p>
      <w:pPr>
        <w:jc w:val="right"/>
      </w:pPr>
      <w:r>
        <w:t>اس طریقے سے آپ کو دریافت ہو چیزیں۔</w:t>
      </w:r>
    </w:p>
    <w:p>
      <w:r>
        <w:rPr>
          <w:b/>
        </w:rPr>
        <w:t xml:space="preserve">[58:35] </w:t>
      </w:r>
      <w:r>
        <w:t>is tarah say aap ke andar aik aik emergency ho.</w:t>
      </w:r>
    </w:p>
    <w:p>
      <w:pPr>
        <w:jc w:val="right"/>
      </w:pPr>
      <w:r>
        <w:t>اس طرح سے آپ کے اندر ایک ایک ایمرجنسی ہو۔</w:t>
      </w:r>
    </w:p>
    <w:p>
      <w:r>
        <w:rPr>
          <w:b/>
        </w:rPr>
        <w:t xml:space="preserve">[58:40] </w:t>
      </w:r>
      <w:r>
        <w:t>aik shakhsiyat ka emergency ho.</w:t>
      </w:r>
    </w:p>
    <w:p>
      <w:pPr>
        <w:jc w:val="right"/>
      </w:pPr>
      <w:r>
        <w:t>ایک شخصیت کا ایمرجنسی ہو۔</w:t>
      </w:r>
    </w:p>
    <w:p>
      <w:r>
        <w:rPr>
          <w:b/>
        </w:rPr>
        <w:t xml:space="preserve">[58:46] </w:t>
      </w:r>
      <w:r>
        <w:t>tab ja kar aisa hoga ke aap woh daai banenge jo jo jo ke hero daai hota hai.</w:t>
      </w:r>
    </w:p>
    <w:p>
      <w:pPr>
        <w:jc w:val="right"/>
      </w:pPr>
      <w:r>
        <w:t>تب جا کر ایسا ہوگا کہ آپ وہ داعی بنیں گے جو جو جو کہ ہیرو داعی ہوتا ہے۔</w:t>
      </w:r>
    </w:p>
    <w:p>
      <w:r>
        <w:rPr>
          <w:b/>
        </w:rPr>
        <w:t xml:space="preserve">[58:51] </w:t>
      </w:r>
      <w:r>
        <w:t>to sachai ko yani moajzaat ke level par daryaft karna hai.</w:t>
      </w:r>
    </w:p>
    <w:p>
      <w:pPr>
        <w:jc w:val="right"/>
      </w:pPr>
      <w:r>
        <w:t>تو سچائی کو یعنی معجزات کے لیول پر دریافت کرنا ہے۔</w:t>
      </w:r>
    </w:p>
    <w:p>
      <w:r>
        <w:rPr>
          <w:b/>
        </w:rPr>
        <w:t xml:space="preserve">[58:56] </w:t>
      </w:r>
      <w:r>
        <w:t>is level par jab daryaft karenge aap to aap ka be-panah taluq Allah taala se ho jayega.</w:t>
      </w:r>
    </w:p>
    <w:p>
      <w:pPr>
        <w:jc w:val="right"/>
      </w:pPr>
      <w:r>
        <w:t>اس لیول پر جب دریافت کریں گے آپ تو آپ کا بے پناہ تعلق اللہ تعالیٰ سے ہو جائے گا۔</w:t>
      </w:r>
    </w:p>
    <w:p>
      <w:r>
        <w:rPr>
          <w:b/>
        </w:rPr>
        <w:t xml:space="preserve">[59:01] </w:t>
      </w:r>
      <w:r>
        <w:t>aur be-panah jazba paida ho jayega ke main sare insaan ko bata daloon yeh baat.</w:t>
      </w:r>
    </w:p>
    <w:p>
      <w:pPr>
        <w:jc w:val="right"/>
      </w:pPr>
      <w:r>
        <w:t>اور بے پناہ جذبہ پیدا ہو جائے گا کہ میں سارے انسان کو بتا ڈالوں یہ بات۔</w:t>
      </w:r>
    </w:p>
    <w:p>
      <w:r>
        <w:rPr>
          <w:b/>
        </w:rPr>
        <w:t xml:space="preserve">[59:06] </w:t>
      </w:r>
      <w:r>
        <w:t>koi insaan na chhootay.</w:t>
      </w:r>
    </w:p>
    <w:p>
      <w:pPr>
        <w:jc w:val="right"/>
      </w:pPr>
      <w:r>
        <w:t>کوئی انسان نہ چھوٹے۔</w:t>
      </w:r>
    </w:p>
    <w:p>
      <w:r>
        <w:rPr>
          <w:b/>
        </w:rPr>
        <w:t xml:space="preserve">[59:12] </w:t>
      </w:r>
      <w:r>
        <w:t>har insaan tak meri baat puhanch jaye.</w:t>
      </w:r>
    </w:p>
    <w:p>
      <w:pPr>
        <w:jc w:val="right"/>
      </w:pPr>
      <w:r>
        <w:t>ہر انسان تک میری بات پہنچ جائے۔</w:t>
      </w:r>
    </w:p>
    <w:p>
      <w:r>
        <w:rPr>
          <w:b/>
        </w:rPr>
        <w:t xml:space="preserve">[59:17] </w:t>
      </w:r>
      <w:r>
        <w:t>aap ke seenay se har dar nikal jayega.</w:t>
      </w:r>
    </w:p>
    <w:p>
      <w:pPr>
        <w:jc w:val="right"/>
      </w:pPr>
      <w:r>
        <w:t>آپ کے سینے سے ہر ڈر نکل جائے گا۔</w:t>
      </w:r>
    </w:p>
    <w:p>
      <w:r>
        <w:rPr>
          <w:b/>
        </w:rPr>
        <w:t xml:space="preserve">[59:22] </w:t>
      </w:r>
      <w:r>
        <w:t>har khauf nikal jayega.</w:t>
      </w:r>
    </w:p>
    <w:p>
      <w:pPr>
        <w:jc w:val="right"/>
      </w:pPr>
      <w:r>
        <w:t>ہر خوف نکل جائے گا۔</w:t>
      </w:r>
    </w:p>
    <w:p>
      <w:r>
        <w:rPr>
          <w:b/>
        </w:rPr>
        <w:t xml:space="preserve">[59:27] </w:t>
      </w:r>
      <w:r>
        <w:t>kisi ki parwah nahi hogi aap ko.</w:t>
      </w:r>
    </w:p>
    <w:p>
      <w:pPr>
        <w:jc w:val="right"/>
      </w:pPr>
      <w:r>
        <w:t>کسی کی پرواہ نہیں ہوگی آپ کو۔</w:t>
      </w:r>
    </w:p>
    <w:p>
      <w:r>
        <w:rPr>
          <w:b/>
        </w:rPr>
        <w:t xml:space="preserve">[59:32] </w:t>
      </w:r>
      <w:r>
        <w:t>hero ko kisi ki parwah nahi hoti.</w:t>
      </w:r>
    </w:p>
    <w:p>
      <w:pPr>
        <w:jc w:val="right"/>
      </w:pPr>
      <w:r>
        <w:t>ہیرو کو کسی کی پرواہ نہیں ہوتی۔</w:t>
      </w:r>
    </w:p>
    <w:p>
      <w:r>
        <w:rPr>
          <w:b/>
        </w:rPr>
        <w:t xml:space="preserve">[59:37] </w:t>
      </w:r>
      <w:r>
        <w:t>to Islam isi tarah ki sachai hai.</w:t>
      </w:r>
    </w:p>
    <w:p>
      <w:pPr>
        <w:jc w:val="right"/>
      </w:pPr>
      <w:r>
        <w:t>تو اسلام اسی طرح کی سچائی ہے۔</w:t>
      </w:r>
    </w:p>
    <w:p>
      <w:r>
        <w:rPr>
          <w:b/>
        </w:rPr>
        <w:t xml:space="preserve">[59:43] </w:t>
      </w:r>
      <w:r>
        <w:t>Islam ke daai isi tarah ke hero hotay hain.</w:t>
      </w:r>
    </w:p>
    <w:p>
      <w:pPr>
        <w:jc w:val="right"/>
      </w:pPr>
      <w:r>
        <w:t>اسلام کے داعی اسی طرح کے ہیرو ہوتے ہیں۔</w:t>
      </w:r>
    </w:p>
    <w:p>
      <w:r>
        <w:rPr>
          <w:b/>
        </w:rPr>
        <w:t xml:space="preserve">[59:48] </w:t>
      </w:r>
      <w:r>
        <w:t>Islam isi tarah ka rehmat ka paigham hai.</w:t>
      </w:r>
    </w:p>
    <w:p>
      <w:pPr>
        <w:jc w:val="right"/>
      </w:pPr>
      <w:r>
        <w:t>اسلام اسی طرح کا رحمت کا پیغام ہے۔</w:t>
      </w:r>
    </w:p>
    <w:p>
      <w:r>
        <w:rPr>
          <w:b/>
        </w:rPr>
        <w:t xml:space="preserve">[59:53] </w:t>
      </w:r>
      <w:r>
        <w:t>Islam koi yani aik woh koi koi culture jaisa nahi hai.</w:t>
      </w:r>
    </w:p>
    <w:p>
      <w:pPr>
        <w:jc w:val="right"/>
      </w:pPr>
      <w:r>
        <w:t>اسلام کوئی یعنی ایک وہ کوئی کوئی کلچر جیسا نہیں ہے۔</w:t>
      </w:r>
    </w:p>
    <w:p>
      <w:r>
        <w:rPr>
          <w:b/>
        </w:rPr>
        <w:t xml:space="preserve">[59:58] </w:t>
      </w:r>
      <w:r>
        <w:t>jo Islam jo dekhte hain musalmanon mein log woh kya hai? woh to bas aik culture hai.</w:t>
      </w:r>
    </w:p>
    <w:p>
      <w:pPr>
        <w:jc w:val="right"/>
      </w:pPr>
      <w:r>
        <w:t>جو اسلام جو دیکھتے ہیں مسلمانوں میں لوگ وہ کیا ہے؟ وہ تو بس ایک کلچر ہے۔</w:t>
      </w:r>
    </w:p>
    <w:p>
      <w:r>
        <w:rPr>
          <w:b/>
        </w:rPr>
        <w:t xml:space="preserve">[1:00:03] </w:t>
      </w:r>
      <w:r>
        <w:t>aik murda culture.</w:t>
      </w:r>
    </w:p>
    <w:p>
      <w:pPr>
        <w:jc w:val="right"/>
      </w:pPr>
      <w:r>
        <w:t>ایک مردہ کلچر۔</w:t>
      </w:r>
    </w:p>
    <w:p>
      <w:r>
        <w:rPr>
          <w:b/>
        </w:rPr>
        <w:t xml:space="preserve">[1:00:08] </w:t>
      </w:r>
      <w:r>
        <w:t>aur kuch nahi.</w:t>
      </w:r>
    </w:p>
    <w:p>
      <w:pPr>
        <w:jc w:val="right"/>
      </w:pPr>
      <w:r>
        <w:t>اور کچھ نہیں۔</w:t>
      </w:r>
    </w:p>
    <w:p>
      <w:r>
        <w:rPr>
          <w:b/>
        </w:rPr>
        <w:t xml:space="preserve">[1:00:14] </w:t>
      </w:r>
      <w:r>
        <w:t>Islam aik zinda quwwat hai.</w:t>
      </w:r>
    </w:p>
    <w:p>
      <w:pPr>
        <w:jc w:val="right"/>
      </w:pPr>
      <w:r>
        <w:t>اسلام ایک زندہ قوت ہے۔</w:t>
      </w:r>
    </w:p>
    <w:p>
      <w:r>
        <w:rPr>
          <w:b/>
        </w:rPr>
        <w:t xml:space="preserve">[1:00:19] </w:t>
      </w:r>
      <w:r>
        <w:t>aik zinda taqat hai.</w:t>
      </w:r>
    </w:p>
    <w:p>
      <w:pPr>
        <w:jc w:val="right"/>
      </w:pPr>
      <w:r>
        <w:t>ایک زندہ طاقت ہے۔</w:t>
      </w:r>
    </w:p>
    <w:p>
      <w:r>
        <w:rPr>
          <w:b/>
        </w:rPr>
        <w:t xml:space="preserve">[1:00:24] </w:t>
      </w:r>
      <w:r>
        <w:t>zehnon ko maskhar karne wala hai.</w:t>
      </w:r>
    </w:p>
    <w:p>
      <w:pPr>
        <w:jc w:val="right"/>
      </w:pPr>
      <w:r>
        <w:t>ذہنوں کو مسخر کرنے والا ہے۔</w:t>
      </w:r>
    </w:p>
    <w:p>
      <w:r>
        <w:rPr>
          <w:b/>
        </w:rPr>
        <w:t xml:space="preserve">[1:00:29] </w:t>
      </w:r>
      <w:r>
        <w:t>meri dua hai ke aap logon ke andar yahi is tarah ke daryaft ke darjay mein Islam hasil ho.</w:t>
      </w:r>
    </w:p>
    <w:p>
      <w:pPr>
        <w:jc w:val="right"/>
      </w:pPr>
      <w:r>
        <w:t>میری دعا ہے کہ آپ لوگوں کے اندر یہی اس طرح کے دریافت کے درجے میں اسلام حاصل ہو۔</w:t>
      </w:r>
    </w:p>
    <w:p>
      <w:r>
        <w:rPr>
          <w:b/>
        </w:rPr>
        <w:t xml:space="preserve">[1:00:34] </w:t>
      </w:r>
      <w:r>
        <w:t>is tarah hero ke darje mein aap daai ban jayen.</w:t>
      </w:r>
    </w:p>
    <w:p>
      <w:pPr>
        <w:jc w:val="right"/>
      </w:pPr>
      <w:r>
        <w:t>اس طرح ہیرو کے درجے میں آپ داعی بن جائیں۔</w:t>
      </w:r>
    </w:p>
    <w:p>
      <w:r>
        <w:rPr>
          <w:b/>
        </w:rPr>
        <w:t xml:space="preserve">[1:00:39] </w:t>
      </w:r>
      <w:r>
        <w:t>is mission ke liye.</w:t>
      </w:r>
    </w:p>
    <w:p>
      <w:pPr>
        <w:jc w:val="right"/>
      </w:pPr>
      <w:r>
        <w:t>اس مشن کے لیے۔</w:t>
      </w:r>
    </w:p>
    <w:p>
      <w:r>
        <w:rPr>
          <w:b/>
        </w:rPr>
        <w:t xml:space="preserve">[1:00:45] </w:t>
      </w:r>
      <w:r>
        <w:t>aqool qooli haaza wa astaghfirullaaha li wa lakum ajmaeen Okay, we'll be starting with the question-answer session.</w:t>
      </w:r>
    </w:p>
    <w:p>
      <w:pPr>
        <w:jc w:val="right"/>
      </w:pPr>
      <w:r>
        <w:t>أقول قولي هذا وأستغفر الله لي ولكم أجمعين Okay, we'll be starting with the question-answer session.</w:t>
      </w:r>
    </w:p>
    <w:p>
      <w:r>
        <w:rPr>
          <w:b/>
        </w:rPr>
        <w:t xml:space="preserve">[1:00:50] </w:t>
      </w:r>
      <w:r>
        <w:t>Just before that, we want to make an announcement that after the question-answer session, we will have the</w:t>
      </w:r>
    </w:p>
    <w:p>
      <w:pPr>
        <w:jc w:val="right"/>
      </w:pPr>
      <w:r>
        <w:t>Just before that, we want to make an announcement that after the question-answer session, we will have the</w:t>
      </w:r>
    </w:p>
    <w:p>
      <w:r>
        <w:rPr>
          <w:b/>
        </w:rPr>
        <w:t xml:space="preserve">[1:00:55] </w:t>
      </w:r>
      <w:r>
        <w:t>namaz on the first floor.</w:t>
      </w:r>
    </w:p>
    <w:p>
      <w:pPr>
        <w:jc w:val="right"/>
      </w:pPr>
      <w:r>
        <w:t>namaz on the first floor.</w:t>
      </w:r>
    </w:p>
    <w:p>
      <w:r>
        <w:rPr>
          <w:b/>
        </w:rPr>
        <w:t xml:space="preserve">[1:01:00] </w:t>
      </w:r>
      <w:r>
        <w:t>And after the namaz, Maulana will give a talk for about five minutes.</w:t>
      </w:r>
    </w:p>
    <w:p>
      <w:pPr>
        <w:jc w:val="right"/>
      </w:pPr>
      <w:r>
        <w:t>And after the namaz, Maulana will give a talk for about five minutes.</w:t>
      </w:r>
    </w:p>
    <w:p>
      <w:r>
        <w:rPr>
          <w:b/>
        </w:rPr>
        <w:t xml:space="preserve">[1:01:05] </w:t>
      </w:r>
      <w:r>
        <w:t>So everybody is requested to stay back.</w:t>
      </w:r>
    </w:p>
    <w:p>
      <w:pPr>
        <w:jc w:val="right"/>
      </w:pPr>
      <w:r>
        <w:t>So everybody is requested to stay back.</w:t>
      </w:r>
    </w:p>
    <w:p>
      <w:r>
        <w:rPr>
          <w:b/>
        </w:rPr>
        <w:t xml:space="preserve">[1:01:11] </w:t>
      </w:r>
      <w:r>
        <w:t>All the online viewers who want to ask their question, please write at info@cpsglobal.org. I repeat, info@cpsglobal.org.</w:t>
      </w:r>
    </w:p>
    <w:p>
      <w:pPr>
        <w:jc w:val="right"/>
      </w:pPr>
      <w:r>
        <w:t>All the online viewers who want to ask their question, please write at info@cpsglobal.org. I repeat, info@cpsglobal.org.</w:t>
      </w:r>
    </w:p>
    <w:p>
      <w:r>
        <w:rPr>
          <w:b/>
        </w:rPr>
        <w:t xml:space="preserve">[1:01:22] </w:t>
      </w:r>
      <w:r>
        <w:t>Please mention your location and names clearly when you send your questions. Vikas?</w:t>
      </w:r>
    </w:p>
    <w:p>
      <w:pPr>
        <w:jc w:val="right"/>
      </w:pPr>
      <w:r>
        <w:t>Please mention your location and names clearly when you send your questions. Vikas?</w:t>
      </w:r>
    </w:p>
    <w:p>
      <w:r>
        <w:rPr>
          <w:b/>
        </w:rPr>
        <w:t xml:space="preserve">[1:02:38] </w:t>
      </w:r>
      <w:r>
        <w:t>Okay, we'll start the question-answer session now. Maulana, yeh sawal aaya hai Mr. Khaja Kaleemuddin ka Pennsylvania se. unhone likha hai: "Maulana sahib, I often come across with a question from the people asking who is going to be like Maulana after he has passed away. Did he prepare anyone like him who is going to be a prolific writer and speaker?"</w:t>
      </w:r>
    </w:p>
    <w:p>
      <w:pPr>
        <w:jc w:val="right"/>
      </w:pPr>
      <w:r>
        <w:t>Okay, we'll start the question-answer session now. Maulana، یہ سوال آیا ہے Mr. Khaja Kaleemuddin کا Pennsylvania سے۔ انہوں نے لکھا ہے: "Maulana صاحب, I often come across with a question from the people asking who is going to be like Maulana after he has passed away. Did he prepare anyone like him who is going to be a prolific writer and speaker?</w:t>
      </w:r>
    </w:p>
    <w:p>
      <w:r>
        <w:rPr>
          <w:b/>
        </w:rPr>
        <w:t xml:space="preserve">[1:03:08] </w:t>
      </w:r>
      <w:r>
        <w:t>My reply to such people always has been that Maulana has never been trying to clone himself who</w:t>
      </w:r>
    </w:p>
    <w:p>
      <w:pPr>
        <w:jc w:val="right"/>
      </w:pPr>
      <w:r>
        <w:t>My reply to such people always has been that Maulana has never been trying to clone himself who</w:t>
      </w:r>
    </w:p>
    <w:p>
      <w:r>
        <w:rPr>
          <w:b/>
        </w:rPr>
        <w:t xml:space="preserve">[1:03:13] </w:t>
      </w:r>
      <w:r>
        <w:t>can be another Maulana Vaiduddin Khan.</w:t>
      </w:r>
    </w:p>
    <w:p>
      <w:pPr>
        <w:jc w:val="right"/>
      </w:pPr>
      <w:r>
        <w:t>can be another Maulana Vaiduddin Khan.</w:t>
      </w:r>
    </w:p>
    <w:p>
      <w:r>
        <w:rPr>
          <w:b/>
        </w:rPr>
        <w:t xml:space="preserve">[1:03:19] </w:t>
      </w:r>
      <w:r>
        <w:t>Rather, he is trying to raise the awareness of all and sundry so that every person becomes a</w:t>
      </w:r>
    </w:p>
    <w:p>
      <w:pPr>
        <w:jc w:val="right"/>
      </w:pPr>
      <w:r>
        <w:t>Rather, he is trying to raise the awareness of all and sundry so that every person becomes a</w:t>
      </w:r>
    </w:p>
    <w:p>
      <w:r>
        <w:rPr>
          <w:b/>
        </w:rPr>
        <w:t xml:space="preserve">[1:03:24] </w:t>
      </w:r>
      <w:r>
        <w:t>thinking person, a person who discovers the reality on his own.</w:t>
      </w:r>
    </w:p>
    <w:p>
      <w:pPr>
        <w:jc w:val="right"/>
      </w:pPr>
      <w:r>
        <w:t>thinking person, a person who discovers the reality on his own.</w:t>
      </w:r>
    </w:p>
    <w:p>
      <w:r>
        <w:rPr>
          <w:b/>
        </w:rPr>
        <w:t xml:space="preserve">[1:03:30] </w:t>
      </w:r>
      <w:r>
        <w:t>Maulana, with his literature, has initiated a process with which people may evolve into peaceful beings who can</w:t>
      </w:r>
    </w:p>
    <w:p>
      <w:pPr>
        <w:jc w:val="right"/>
      </w:pPr>
      <w:r>
        <w:t>Maulana, with his literature, has initiated a process with which people may evolve into peaceful beings who can</w:t>
      </w:r>
    </w:p>
    <w:p>
      <w:r>
        <w:rPr>
          <w:b/>
        </w:rPr>
        <w:t xml:space="preserve">[1:03:35] </w:t>
      </w:r>
      <w:r>
        <w:t>establish peace in the world.</w:t>
      </w:r>
    </w:p>
    <w:p>
      <w:pPr>
        <w:jc w:val="right"/>
      </w:pPr>
      <w:r>
        <w:t>establish peace in the world.</w:t>
      </w:r>
    </w:p>
    <w:p>
      <w:r>
        <w:rPr>
          <w:b/>
        </w:rPr>
        <w:t xml:space="preserve">[1:03:41] </w:t>
      </w:r>
      <w:r>
        <w:t>Thus, he is making a way so that someone greater than him may be born." Maulana sahib, please comment on my reply.</w:t>
      </w:r>
    </w:p>
    <w:p>
      <w:pPr>
        <w:jc w:val="right"/>
      </w:pPr>
      <w:r>
        <w:t>Thus, he is making a way so that someone greater than him may be born." Maulana صاحب, please comment on my reply.</w:t>
      </w:r>
    </w:p>
    <w:p>
      <w:r>
        <w:rPr>
          <w:b/>
        </w:rPr>
        <w:t xml:space="preserve">[1:03:51] </w:t>
      </w:r>
      <w:r>
        <w:t>theek hai, aap ne bilkul sahi jawab diya hai.</w:t>
      </w:r>
    </w:p>
    <w:p>
      <w:pPr>
        <w:jc w:val="right"/>
      </w:pPr>
      <w:r>
        <w:t>ٹھیک ہے، آپ نے بالکل صحیح جواب دیا ہے۔</w:t>
      </w:r>
    </w:p>
    <w:p>
      <w:r>
        <w:rPr>
          <w:b/>
        </w:rPr>
        <w:t xml:space="preserve">[1:03:56] </w:t>
      </w:r>
      <w:r>
        <w:t>haqeeqat yeh hai ke dunya mein hamesha literature hi se kaam hua hai.</w:t>
      </w:r>
    </w:p>
    <w:p>
      <w:pPr>
        <w:jc w:val="right"/>
      </w:pPr>
      <w:r>
        <w:t>حقیقت یہ ہے کہ دنیا میں ہمیشہ لٹریچر ہی سے کام ہوا ہے۔</w:t>
      </w:r>
    </w:p>
    <w:p>
      <w:r>
        <w:rPr>
          <w:b/>
        </w:rPr>
        <w:t xml:space="preserve">[1:04:01] </w:t>
      </w:r>
      <w:r>
        <w:t>jitne tehreekein hain, insaan to hamesha baqi nahin rehta.</w:t>
      </w:r>
    </w:p>
    <w:p>
      <w:pPr>
        <w:jc w:val="right"/>
      </w:pPr>
      <w:r>
        <w:t>جتنے تحریکیں ہیں، انسان تو ہمیشہ باقی نہیں رہتا۔</w:t>
      </w:r>
    </w:p>
    <w:p>
      <w:r>
        <w:rPr>
          <w:b/>
        </w:rPr>
        <w:t xml:space="preserve">[1:04:06] </w:t>
      </w:r>
      <w:r>
        <w:t>jitne barhe barhe movement hain, woh sab literature hi se aage barhe hain.</w:t>
      </w:r>
    </w:p>
    <w:p>
      <w:pPr>
        <w:jc w:val="right"/>
      </w:pPr>
      <w:r>
        <w:t>جتنے بڑے بڑے موومنٹ ہیں، وہ سب لٹریچر ہی سے آگے بڑھے ہیں۔</w:t>
      </w:r>
    </w:p>
    <w:p>
      <w:r>
        <w:rPr>
          <w:b/>
        </w:rPr>
        <w:t xml:space="preserve">[1:04:11] </w:t>
      </w:r>
      <w:r>
        <w:t>chahe Marxism ho, chahe Darwinism ho, chahe Democracy ho.</w:t>
      </w:r>
    </w:p>
    <w:p>
      <w:pPr>
        <w:jc w:val="right"/>
      </w:pPr>
      <w:r>
        <w:t>چاہے مارکسزم ہو، چاہے ڈارونزم ہو، چاہے ڈیموکریسی ہو۔</w:t>
      </w:r>
    </w:p>
    <w:p>
      <w:r>
        <w:rPr>
          <w:b/>
        </w:rPr>
        <w:t xml:space="preserve">[1:04:16] </w:t>
      </w:r>
      <w:r>
        <w:t>jitne bhi tehreekein hain, literature hi ke bal par aage barhi hain.</w:t>
      </w:r>
    </w:p>
    <w:p>
      <w:pPr>
        <w:jc w:val="right"/>
      </w:pPr>
      <w:r>
        <w:t>جتنے بھی تحریکیں ہیں، لٹریچر ہی کے بل پر آگے بڑھی ہیں۔</w:t>
      </w:r>
    </w:p>
    <w:p>
      <w:r>
        <w:rPr>
          <w:b/>
        </w:rPr>
        <w:t xml:space="preserve">[1:04:22] </w:t>
      </w:r>
      <w:r>
        <w:t>aur Allah ke fazl se yahan literature aisa tayyar ho chuka hai jo har cheez ko replace karta hai.</w:t>
      </w:r>
    </w:p>
    <w:p>
      <w:pPr>
        <w:jc w:val="right"/>
      </w:pPr>
      <w:r>
        <w:t>اور اللہ کے فضل سے یہاں لٹریچر ایسا تیار ہو چکا ہے جو ہر چیز کو ریپلیس کرتا ہے۔</w:t>
      </w:r>
    </w:p>
    <w:p>
      <w:r>
        <w:rPr>
          <w:b/>
        </w:rPr>
        <w:t xml:space="preserve">[1:04:27] </w:t>
      </w:r>
      <w:r>
        <w:t>abhi aaj hi mujhe ek news mili ek shehar se India ke.</w:t>
      </w:r>
    </w:p>
    <w:p>
      <w:pPr>
        <w:jc w:val="right"/>
      </w:pPr>
      <w:r>
        <w:t>ابھی آج ہی مجھے ایک نیوز ملی ایک شہر سے انڈیا کے۔</w:t>
      </w:r>
    </w:p>
    <w:p>
      <w:r>
        <w:rPr>
          <w:b/>
        </w:rPr>
        <w:t xml:space="preserve">[1:04:32] </w:t>
      </w:r>
      <w:r>
        <w:t>ek saahab ko yaani daryaft hui is mission ki.</w:t>
      </w:r>
    </w:p>
    <w:p>
      <w:pPr>
        <w:jc w:val="right"/>
      </w:pPr>
      <w:r>
        <w:t>ایک صاحب کو یعنی دریافت ہوئی اس مشن کی۔</w:t>
      </w:r>
    </w:p>
    <w:p>
      <w:r>
        <w:rPr>
          <w:b/>
        </w:rPr>
        <w:t xml:space="preserve">[1:04:37] </w:t>
      </w:r>
      <w:r>
        <w:t>aur kitabon ko parha unhon ne.</w:t>
      </w:r>
    </w:p>
    <w:p>
      <w:pPr>
        <w:jc w:val="right"/>
      </w:pPr>
      <w:r>
        <w:t>اور کتابوں کو پڑھا انہوں نے۔</w:t>
      </w:r>
    </w:p>
    <w:p>
      <w:r>
        <w:rPr>
          <w:b/>
        </w:rPr>
        <w:t xml:space="preserve">[1:04:42] </w:t>
      </w:r>
      <w:r>
        <w:t>to unhon ne andha dhundh kitabon ko phailana shuru kar diya.</w:t>
      </w:r>
    </w:p>
    <w:p>
      <w:pPr>
        <w:jc w:val="right"/>
      </w:pPr>
      <w:r>
        <w:t>تو انہوں نے اندھا دھند کتابوں کو پھیلانا شروع کر دیا۔</w:t>
      </w:r>
    </w:p>
    <w:p>
      <w:r>
        <w:rPr>
          <w:b/>
        </w:rPr>
        <w:t xml:space="preserve">[1:04:47] </w:t>
      </w:r>
      <w:r>
        <w:t>aaj hi mujhe Masih Ibrahim kehte hain ke main ek ek insaan tak in kitabon ko pahunchaoonga.</w:t>
      </w:r>
    </w:p>
    <w:p>
      <w:pPr>
        <w:jc w:val="right"/>
      </w:pPr>
      <w:r>
        <w:t>آج ہی مجھے مسیح ابراہیم کہتے ہیں کہ میں ایک ایک انسان تک ان کتابوں کو پہنچاؤں گا۔</w:t>
      </w:r>
    </w:p>
    <w:p>
      <w:r>
        <w:rPr>
          <w:b/>
        </w:rPr>
        <w:t xml:space="preserve">[1:04:53] </w:t>
      </w:r>
      <w:r>
        <w:t>to log, mere khayal se, yeh log parhte nahin.</w:t>
      </w:r>
    </w:p>
    <w:p>
      <w:pPr>
        <w:jc w:val="right"/>
      </w:pPr>
      <w:r>
        <w:t>تو لوگ، میرے خیال سے، یہ لوگ پڑھتے نہیں۔</w:t>
      </w:r>
    </w:p>
    <w:p>
      <w:r>
        <w:rPr>
          <w:b/>
        </w:rPr>
        <w:t xml:space="preserve">[1:04:58] </w:t>
      </w:r>
      <w:r>
        <w:t>woh jante nahin ke literature ki shakal mein kaisi cheez tayyar ho gayi hai.</w:t>
      </w:r>
    </w:p>
    <w:p>
      <w:pPr>
        <w:jc w:val="right"/>
      </w:pPr>
      <w:r>
        <w:t>وہ جانتے نہیں کہ لٹریچر کی شکل میں کیسی چیز تیار ہو گئی ہے۔</w:t>
      </w:r>
    </w:p>
    <w:p>
      <w:r>
        <w:rPr>
          <w:b/>
        </w:rPr>
        <w:t xml:space="preserve">[1:05:03] </w:t>
      </w:r>
      <w:r>
        <w:t>aaj hi subah telephone ke zariye mujhe ek sahab ne bataya ke inke paas telephone aaya hai.</w:t>
      </w:r>
    </w:p>
    <w:p>
      <w:pPr>
        <w:jc w:val="right"/>
      </w:pPr>
      <w:r>
        <w:t>آج ہی صبح ٹیلی فون کے ذریعے مجھے ایک صاحب نے بتایا کہ ان کے پاس ٹیلی فون آیا ہے۔</w:t>
      </w:r>
    </w:p>
    <w:p>
      <w:r>
        <w:rPr>
          <w:b/>
        </w:rPr>
        <w:t xml:space="preserve">[1:05:08] </w:t>
      </w:r>
      <w:r>
        <w:t>ke inke andar ek zabardast jazba jaag utha hai ke is literature ko mujhe saare insanon tak pahunchana hai.</w:t>
      </w:r>
    </w:p>
    <w:p>
      <w:pPr>
        <w:jc w:val="right"/>
      </w:pPr>
      <w:r>
        <w:t>کہ ان کے اندر ایک زبردست جذبہ جاگ اٹھا ہے کہ اس لٹریچر کو مجھے سارے انسانوں تک پہنچانا ہے۔</w:t>
      </w:r>
    </w:p>
    <w:p>
      <w:r>
        <w:rPr>
          <w:b/>
        </w:rPr>
        <w:t xml:space="preserve">[1:05:13] </w:t>
      </w:r>
      <w:r>
        <w:t>is ke liye woh apna waqt, apna maal, apni energy sab laga rakha hai unhon ne.</w:t>
      </w:r>
    </w:p>
    <w:p>
      <w:pPr>
        <w:jc w:val="right"/>
      </w:pPr>
      <w:r>
        <w:t>اس کے لیے وہ اپنا وقت، اپنا مال، اپنی انرجی سب لگا رکھا ہے انہوں نے۔</w:t>
      </w:r>
    </w:p>
    <w:p>
      <w:r>
        <w:rPr>
          <w:b/>
        </w:rPr>
        <w:t xml:space="preserve">[1:05:18] </w:t>
      </w:r>
      <w:r>
        <w:t>to aap aisi baatein kyun karte hain? dekhiye, Quran mein hai ke qunoot haraam hai.</w:t>
      </w:r>
    </w:p>
    <w:p>
      <w:pPr>
        <w:jc w:val="right"/>
      </w:pPr>
      <w:r>
        <w:t>تو آپ ایسی باتیں کیوں کرتے ہیں؟ دیکھیے، قرآن میں ہے کہ قنوت حرام ہے۔</w:t>
      </w:r>
    </w:p>
    <w:p>
      <w:r>
        <w:rPr>
          <w:b/>
        </w:rPr>
        <w:t xml:space="preserve">[1:05:24] </w:t>
      </w:r>
      <w:r>
        <w:t>mayusi haraam hai.</w:t>
      </w:r>
    </w:p>
    <w:p>
      <w:pPr>
        <w:jc w:val="right"/>
      </w:pPr>
      <w:r>
        <w:t>مایوسی حرام ہے۔</w:t>
      </w:r>
    </w:p>
    <w:p>
      <w:r>
        <w:rPr>
          <w:b/>
        </w:rPr>
        <w:t xml:space="preserve">[1:05:29] </w:t>
      </w:r>
      <w:r>
        <w:t>to is mein main aksar sochta hoon ke mayusi ko Allah taala ne kyun haraam kiya? yaani agar</w:t>
      </w:r>
    </w:p>
    <w:p>
      <w:pPr>
        <w:jc w:val="right"/>
      </w:pPr>
      <w:r>
        <w:t>تو اس میں میں اکثر سوچتا ہوں کہ مایوسی کو اللہ تعالیٰ نے کیوں حرام کیا؟ یعنی اگر</w:t>
      </w:r>
    </w:p>
    <w:p>
      <w:r>
        <w:rPr>
          <w:b/>
        </w:rPr>
        <w:t xml:space="preserve">[1:05:34] </w:t>
      </w:r>
      <w:r>
        <w:t>mayusi ke asbab maujood hon to us ko haraam nahin keh sakta.</w:t>
      </w:r>
    </w:p>
    <w:p>
      <w:pPr>
        <w:jc w:val="right"/>
      </w:pPr>
      <w:r>
        <w:t>مایوسی کے اسباب موجود ہوں تو اس کو حرام نہیں کہہ سکتا۔</w:t>
      </w:r>
    </w:p>
    <w:p>
      <w:r>
        <w:rPr>
          <w:b/>
        </w:rPr>
        <w:t xml:space="preserve">[1:05:39] </w:t>
      </w:r>
      <w:r>
        <w:t>pehle mayusi ke asbab ko khatam karna parega tab mayusi ko haraam kar sakte hain aap.</w:t>
      </w:r>
    </w:p>
    <w:p>
      <w:pPr>
        <w:jc w:val="right"/>
      </w:pPr>
      <w:r>
        <w:t>پہلے مایوسی کے اسباب کو ختم کرنا پڑے گا تب مایوسی کو حرام کر سکتے ہیں آپ۔</w:t>
      </w:r>
    </w:p>
    <w:p>
      <w:r>
        <w:rPr>
          <w:b/>
        </w:rPr>
        <w:t xml:space="preserve">[1:05:44] </w:t>
      </w:r>
      <w:r>
        <w:t>yeh naam karna hai ke Allah taala mayusion ke duniya mein insan ko chhod de aur kahe ke</w:t>
      </w:r>
    </w:p>
    <w:p>
      <w:pPr>
        <w:jc w:val="right"/>
      </w:pPr>
      <w:r>
        <w:t>یہ نام کرنا ہے کہ اللہ تعالیٰ مایوسیوں کے دنیا میں انسان کو چھوڑ دے اور کہے کہ</w:t>
      </w:r>
    </w:p>
    <w:p>
      <w:r>
        <w:rPr>
          <w:b/>
        </w:rPr>
        <w:t xml:space="preserve">[1:05:50] </w:t>
      </w:r>
      <w:r>
        <w:t>mayoos mat ho.</w:t>
      </w:r>
    </w:p>
    <w:p>
      <w:pPr>
        <w:jc w:val="right"/>
      </w:pPr>
      <w:r>
        <w:t>مایوس مت ہو۔</w:t>
      </w:r>
    </w:p>
    <w:p>
      <w:r>
        <w:rPr>
          <w:b/>
        </w:rPr>
        <w:t xml:space="preserve">[1:05:55] </w:t>
      </w:r>
      <w:r>
        <w:t>darmiyan qal darya takht bandam kardi badmi goyi kas daman tar mak hooshiyar bash aisa nahin ho sakta hai.</w:t>
      </w:r>
    </w:p>
    <w:p>
      <w:pPr>
        <w:jc w:val="right"/>
      </w:pPr>
      <w:r>
        <w:t>درمیان قال دریا تخت بندم کردی بادمی گوئی کس دامن تر مکن ہوشیار باش ایسا نہیں ہو سکتا ہے۔</w:t>
      </w:r>
    </w:p>
    <w:p>
      <w:r>
        <w:rPr>
          <w:b/>
        </w:rPr>
        <w:t xml:space="preserve">[1:06:00] </w:t>
      </w:r>
      <w:r>
        <w:t>doosri baat yeh hai ke sab se badi taqat Allah taala ki hai.</w:t>
      </w:r>
    </w:p>
    <w:p>
      <w:pPr>
        <w:jc w:val="right"/>
      </w:pPr>
      <w:r>
        <w:t>دوسری بات یہ ہے کہ سب سے بڑی طاقت اللہ تعالیٰ کی ہے۔</w:t>
      </w:r>
    </w:p>
    <w:p>
      <w:r>
        <w:rPr>
          <w:b/>
        </w:rPr>
        <w:t xml:space="preserve">[1:06:05] </w:t>
      </w:r>
      <w:r>
        <w:t>jo har waqt aap ke liye, har waqt aap ke liye maujood hai.</w:t>
      </w:r>
    </w:p>
    <w:p>
      <w:pPr>
        <w:jc w:val="right"/>
      </w:pPr>
      <w:r>
        <w:t>جو ہر وقت آپ کے لیے، ہر وقت آپ کے لیے موجود ہے۔</w:t>
      </w:r>
    </w:p>
    <w:p>
      <w:r>
        <w:rPr>
          <w:b/>
        </w:rPr>
        <w:t xml:space="preserve">[1:06:10] </w:t>
      </w:r>
      <w:r>
        <w:t>har insan ke liye.</w:t>
      </w:r>
    </w:p>
    <w:p>
      <w:pPr>
        <w:jc w:val="right"/>
      </w:pPr>
      <w:r>
        <w:t>ہر انسان کے لیے۔</w:t>
      </w:r>
    </w:p>
    <w:p>
      <w:r>
        <w:rPr>
          <w:b/>
        </w:rPr>
        <w:t xml:space="preserve">[1:06:15] </w:t>
      </w:r>
      <w:r>
        <w:t>hata ke andhe ke liye bhi maujood hai.</w:t>
      </w:r>
    </w:p>
    <w:p>
      <w:pPr>
        <w:jc w:val="right"/>
      </w:pPr>
      <w:r>
        <w:t>حتیٰ کہ اندھے کے لیے بھی موجود ہے۔</w:t>
      </w:r>
    </w:p>
    <w:p>
      <w:r>
        <w:rPr>
          <w:b/>
        </w:rPr>
        <w:t xml:space="preserve">[1:06:21] </w:t>
      </w:r>
      <w:r>
        <w:t>main aap ka kal ka tajruba aap ko batata hoon.</w:t>
      </w:r>
    </w:p>
    <w:p>
      <w:pPr>
        <w:jc w:val="right"/>
      </w:pPr>
      <w:r>
        <w:t>میں آپ کا کل کا تجربہ آپ کو بتاتا ہوں۔</w:t>
      </w:r>
    </w:p>
    <w:p>
      <w:r>
        <w:rPr>
          <w:b/>
        </w:rPr>
        <w:t xml:space="preserve">[1:06:26] </w:t>
      </w:r>
      <w:r>
        <w:t>kal, abhi kal shaam ka.</w:t>
      </w:r>
    </w:p>
    <w:p>
      <w:pPr>
        <w:jc w:val="right"/>
      </w:pPr>
      <w:r>
        <w:t>کل، ابھی کل شام کا۔</w:t>
      </w:r>
    </w:p>
    <w:p>
      <w:r>
        <w:rPr>
          <w:b/>
        </w:rPr>
        <w:t xml:space="preserve">[1:06:31] </w:t>
      </w:r>
      <w:r>
        <w:t>dilli ke ek bahut bade center mein kal ek program tha.</w:t>
      </w:r>
    </w:p>
    <w:p>
      <w:pPr>
        <w:jc w:val="right"/>
      </w:pPr>
      <w:r>
        <w:t>دلی کے ایک بہت بڑے سینٹر میں کل ایک پروگرام تھا۔</w:t>
      </w:r>
    </w:p>
    <w:p>
      <w:r>
        <w:rPr>
          <w:b/>
        </w:rPr>
        <w:t xml:space="preserve">[1:06:36] </w:t>
      </w:r>
      <w:r>
        <w:t>wahan ek American professor aaye hue the.</w:t>
      </w:r>
    </w:p>
    <w:p>
      <w:pPr>
        <w:jc w:val="right"/>
      </w:pPr>
      <w:r>
        <w:t>وہاں ایک امریکن پروفیسر آئے ہوئے تھے۔</w:t>
      </w:r>
    </w:p>
    <w:p>
      <w:r>
        <w:rPr>
          <w:b/>
        </w:rPr>
        <w:t xml:space="preserve">[1:06:41] </w:t>
      </w:r>
      <w:r>
        <w:t>ek senior professor jo wahan par mazhab ko parhate hain.</w:t>
      </w:r>
    </w:p>
    <w:p>
      <w:pPr>
        <w:jc w:val="right"/>
      </w:pPr>
      <w:r>
        <w:t>ایک سینئر پروفیسر جو وہاں پر مذہب کو پڑھاتے ہیں۔</w:t>
      </w:r>
    </w:p>
    <w:p>
      <w:r>
        <w:rPr>
          <w:b/>
        </w:rPr>
        <w:t xml:space="preserve">[1:06:46] </w:t>
      </w:r>
      <w:r>
        <w:t>to ek bahut zabardast program tha, scholars akatthe the is mein.</w:t>
      </w:r>
    </w:p>
    <w:p>
      <w:pPr>
        <w:jc w:val="right"/>
      </w:pPr>
      <w:r>
        <w:t>تو ایک بہت زبردست پروگرام تھا، سکالرز اکٹھے تھے اس میں۔</w:t>
      </w:r>
    </w:p>
    <w:p>
      <w:r>
        <w:rPr>
          <w:b/>
        </w:rPr>
        <w:t xml:space="preserve">[1:06:52] </w:t>
      </w:r>
      <w:r>
        <w:t>aur speaker sirf do the.</w:t>
      </w:r>
    </w:p>
    <w:p>
      <w:pPr>
        <w:jc w:val="right"/>
      </w:pPr>
      <w:r>
        <w:t>اور اسپیکر صرف دو تھے۔</w:t>
      </w:r>
    </w:p>
    <w:p>
      <w:r>
        <w:rPr>
          <w:b/>
        </w:rPr>
        <w:t xml:space="preserve">[1:06:57] </w:t>
      </w:r>
      <w:r>
        <w:t>sirf do ko bolna tha wahan.</w:t>
      </w:r>
    </w:p>
    <w:p>
      <w:pPr>
        <w:jc w:val="right"/>
      </w:pPr>
      <w:r>
        <w:t>صرف دو کو بولنا تھا وہاں۔</w:t>
      </w:r>
    </w:p>
    <w:p>
      <w:r>
        <w:rPr>
          <w:b/>
        </w:rPr>
        <w:t xml:space="preserve">[1:07:02] </w:t>
      </w:r>
      <w:r>
        <w:t>woh jo thay woh christian ko le kar, christianity ko le kar bolne thay.</w:t>
      </w:r>
    </w:p>
    <w:p>
      <w:pPr>
        <w:jc w:val="right"/>
      </w:pPr>
      <w:r>
        <w:t>وہ جو تھے وہ کرسچین کو لے کر، کرسچینٹی کو لے کر بولنے تھے۔</w:t>
      </w:r>
    </w:p>
    <w:p>
      <w:r>
        <w:rPr>
          <w:b/>
        </w:rPr>
        <w:t xml:space="preserve">[1:07:07] </w:t>
      </w:r>
      <w:r>
        <w:t>yani christianity and peace, yeh un ka subject tha.</w:t>
      </w:r>
    </w:p>
    <w:p>
      <w:pPr>
        <w:jc w:val="right"/>
      </w:pPr>
      <w:r>
        <w:t>یعنی کرسچینٹی اینڈ پیس، یہ ان کا سبجیکٹ تھا۔</w:t>
      </w:r>
    </w:p>
    <w:p>
      <w:r>
        <w:rPr>
          <w:b/>
        </w:rPr>
        <w:t xml:space="preserve">[1:07:12] </w:t>
      </w:r>
      <w:r>
        <w:t>doosra speaker mein tha.</w:t>
      </w:r>
    </w:p>
    <w:p>
      <w:pPr>
        <w:jc w:val="right"/>
      </w:pPr>
      <w:r>
        <w:t>دوسرا اسپیکر میں تھا۔</w:t>
      </w:r>
    </w:p>
    <w:p>
      <w:r>
        <w:rPr>
          <w:b/>
        </w:rPr>
        <w:t xml:space="preserve">[1:07:18] </w:t>
      </w:r>
      <w:r>
        <w:t>islam and peace.</w:t>
      </w:r>
    </w:p>
    <w:p>
      <w:pPr>
        <w:jc w:val="right"/>
      </w:pPr>
      <w:r>
        <w:t>اسلام اینڈ پیس۔</w:t>
      </w:r>
    </w:p>
    <w:p>
      <w:r>
        <w:rPr>
          <w:b/>
        </w:rPr>
        <w:t xml:space="preserve">[1:07:23] </w:t>
      </w:r>
      <w:r>
        <w:t>ab pehli baar aisa hua meri zindagi mein ke aik senior american professor ke sath mein baitha hoon.</w:t>
      </w:r>
    </w:p>
    <w:p>
      <w:pPr>
        <w:jc w:val="right"/>
      </w:pPr>
      <w:r>
        <w:t>اب پہلی بار ایسا ہوا میری زندگی میں کہ ایک سینئر امریکن پروفیسر کے ساتھ میں بیٹھا ہوں۔</w:t>
      </w:r>
    </w:p>
    <w:p>
      <w:r>
        <w:rPr>
          <w:b/>
        </w:rPr>
        <w:t xml:space="preserve">[1:07:28] </w:t>
      </w:r>
      <w:r>
        <w:t>aik us ki taqreer, doosri meri taqreer.</w:t>
      </w:r>
    </w:p>
    <w:p>
      <w:pPr>
        <w:jc w:val="right"/>
      </w:pPr>
      <w:r>
        <w:t>ایک اس کی تقریر، دوسری میری تقریر۔</w:t>
      </w:r>
    </w:p>
    <w:p>
      <w:r>
        <w:rPr>
          <w:b/>
        </w:rPr>
        <w:t xml:space="preserve">[1:07:33] </w:t>
      </w:r>
      <w:r>
        <w:t>to mein yaqeen kijiye ke mein bilkul andar se, yani dil mera kaanp raha tha ke.</w:t>
      </w:r>
    </w:p>
    <w:p>
      <w:pPr>
        <w:jc w:val="right"/>
      </w:pPr>
      <w:r>
        <w:t>تو میں یقین کیجیے کہ میں بالکل اندر سے، یعنی دل میرا کانپ رہا تھا کہ۔</w:t>
      </w:r>
    </w:p>
    <w:p>
      <w:r>
        <w:rPr>
          <w:b/>
        </w:rPr>
        <w:t xml:space="preserve">[1:07:38] </w:t>
      </w:r>
      <w:r>
        <w:t>aur woh aadmi, us ki angrezi us ki madri zuban hai.</w:t>
      </w:r>
    </w:p>
    <w:p>
      <w:pPr>
        <w:jc w:val="right"/>
      </w:pPr>
      <w:r>
        <w:t>اور وہ آدمی، اس کی انگریزی اس کی مادری زبان ہے۔</w:t>
      </w:r>
    </w:p>
    <w:p>
      <w:r>
        <w:rPr>
          <w:b/>
        </w:rPr>
        <w:t xml:space="preserve">[1:07:43] </w:t>
      </w:r>
      <w:r>
        <w:t>wohi shobay mein taleem hasil ki hai.</w:t>
      </w:r>
    </w:p>
    <w:p>
      <w:pPr>
        <w:jc w:val="right"/>
      </w:pPr>
      <w:r>
        <w:t>وہی شعبے میں تعلیم حاصل کی ہے۔</w:t>
      </w:r>
    </w:p>
    <w:p>
      <w:r>
        <w:rPr>
          <w:b/>
        </w:rPr>
        <w:t xml:space="preserve">[1:07:49] </w:t>
      </w:r>
      <w:r>
        <w:t>isi ka professor hai.</w:t>
      </w:r>
    </w:p>
    <w:p>
      <w:pPr>
        <w:jc w:val="right"/>
      </w:pPr>
      <w:r>
        <w:t>اسی کا پروفیسر ہے۔</w:t>
      </w:r>
    </w:p>
    <w:p>
      <w:r>
        <w:rPr>
          <w:b/>
        </w:rPr>
        <w:t xml:space="preserve">[1:07:54] </w:t>
      </w:r>
      <w:r>
        <w:t>isi par research kiya hai.</w:t>
      </w:r>
    </w:p>
    <w:p>
      <w:pPr>
        <w:jc w:val="right"/>
      </w:pPr>
      <w:r>
        <w:t>اسی پر ریسرچ کیا ہے۔</w:t>
      </w:r>
    </w:p>
    <w:p>
      <w:r>
        <w:rPr>
          <w:b/>
        </w:rPr>
        <w:t xml:space="preserve">[1:07:59] </w:t>
      </w:r>
      <w:r>
        <w:t>isi ka expert hai woh.</w:t>
      </w:r>
    </w:p>
    <w:p>
      <w:pPr>
        <w:jc w:val="right"/>
      </w:pPr>
      <w:r>
        <w:t>اسی کا ایکسپرٹ ہے وہ۔</w:t>
      </w:r>
    </w:p>
    <w:p>
      <w:r>
        <w:rPr>
          <w:b/>
        </w:rPr>
        <w:t xml:space="preserve">[1:08:04] </w:t>
      </w:r>
      <w:r>
        <w:t>to aik american professor yahan baitha hua hai, doosri taraf mein baitha hoon.</w:t>
      </w:r>
    </w:p>
    <w:p>
      <w:pPr>
        <w:jc w:val="right"/>
      </w:pPr>
      <w:r>
        <w:t>تو ایک امریکن پروفیسر یہاں بیٹھا ہوا ہے، دوسری طرف میں بیٹھا ہوں۔</w:t>
      </w:r>
    </w:p>
    <w:p>
      <w:r>
        <w:rPr>
          <w:b/>
        </w:rPr>
        <w:t xml:space="preserve">[1:08:09] </w:t>
      </w:r>
      <w:r>
        <w:t>mein aik madrassay ka molvi.</w:t>
      </w:r>
    </w:p>
    <w:p>
      <w:pPr>
        <w:jc w:val="right"/>
      </w:pPr>
      <w:r>
        <w:t>میں ایک مدرسے کا مولوی۔</w:t>
      </w:r>
    </w:p>
    <w:p>
      <w:r>
        <w:rPr>
          <w:b/>
        </w:rPr>
        <w:t xml:space="preserve">[1:08:14] </w:t>
      </w:r>
      <w:r>
        <w:t>meri taleem to molvi wali taleem hui hai.</w:t>
      </w:r>
    </w:p>
    <w:p>
      <w:pPr>
        <w:jc w:val="right"/>
      </w:pPr>
      <w:r>
        <w:t>میری تعلیم تو مولوی والی تعلیم ہوئی ہے۔</w:t>
      </w:r>
    </w:p>
    <w:p>
      <w:r>
        <w:rPr>
          <w:b/>
        </w:rPr>
        <w:t xml:space="preserve">[1:08:20] </w:t>
      </w:r>
      <w:r>
        <w:t>to us waqt aap yaqeen kijiye ke mere dil mein yeh aata tha ke kaash koi mujhe mil</w:t>
      </w:r>
    </w:p>
    <w:p>
      <w:pPr>
        <w:jc w:val="right"/>
      </w:pPr>
      <w:r>
        <w:t>تو اس وقت آپ یقین کیجیے کہ میرے دل میں یہ آتا تھا کہ کاش کوئی مجھے مل</w:t>
      </w:r>
    </w:p>
    <w:p>
      <w:r>
        <w:rPr>
          <w:b/>
        </w:rPr>
        <w:t xml:space="preserve">[1:08:25] </w:t>
      </w:r>
      <w:r>
        <w:t>jaye bhagne ka aaj moqa.</w:t>
      </w:r>
    </w:p>
    <w:p>
      <w:pPr>
        <w:jc w:val="right"/>
      </w:pPr>
      <w:r>
        <w:t>جائے بھاگنے کا آج موقع۔</w:t>
      </w:r>
    </w:p>
    <w:p>
      <w:r>
        <w:rPr>
          <w:b/>
        </w:rPr>
        <w:t xml:space="preserve">[1:08:30] </w:t>
      </w:r>
      <w:r>
        <w:t>koi wajah mil jaye.</w:t>
      </w:r>
    </w:p>
    <w:p>
      <w:pPr>
        <w:jc w:val="right"/>
      </w:pPr>
      <w:r>
        <w:t>کوئی وجہ مل جائے۔</w:t>
      </w:r>
    </w:p>
    <w:p>
      <w:r>
        <w:rPr>
          <w:b/>
        </w:rPr>
        <w:t xml:space="preserve">[1:08:35] </w:t>
      </w:r>
      <w:r>
        <w:t>bas mein faint ho jaon.</w:t>
      </w:r>
    </w:p>
    <w:p>
      <w:pPr>
        <w:jc w:val="right"/>
      </w:pPr>
      <w:r>
        <w:t>بس میں فینٹ ہو جاؤں۔</w:t>
      </w:r>
    </w:p>
    <w:p>
      <w:r>
        <w:rPr>
          <w:b/>
        </w:rPr>
        <w:t xml:space="preserve">[1:08:40] </w:t>
      </w:r>
      <w:r>
        <w:t>ya koi aisi baat ho jaye ke mujhe aik aik excuse mil jaye ke mein stage chor ke chala jaon.</w:t>
      </w:r>
    </w:p>
    <w:p>
      <w:pPr>
        <w:jc w:val="right"/>
      </w:pPr>
      <w:r>
        <w:t>یا کوئی ایسی بات ہو جائے کہ مجھے ایک ایک ایکسکیوز مل جائے کہ میں اسٹیج چھوڑ کے چلا جاؤں۔</w:t>
      </w:r>
    </w:p>
    <w:p>
      <w:r>
        <w:rPr>
          <w:b/>
        </w:rPr>
        <w:t xml:space="preserve">[1:08:45] </w:t>
      </w:r>
      <w:r>
        <w:t>jaise aise khayalat aa rahe thay.</w:t>
      </w:r>
    </w:p>
    <w:p>
      <w:pPr>
        <w:jc w:val="right"/>
      </w:pPr>
      <w:r>
        <w:t>جیسے ایسے خیالات آ رہے تھے۔</w:t>
      </w:r>
    </w:p>
    <w:p>
      <w:r>
        <w:rPr>
          <w:b/>
        </w:rPr>
        <w:t xml:space="preserve">[1:08:51] </w:t>
      </w:r>
      <w:r>
        <w:t>lekin zahir hai ke mein uth nahi sakta tha.</w:t>
      </w:r>
    </w:p>
    <w:p>
      <w:pPr>
        <w:jc w:val="right"/>
      </w:pPr>
      <w:r>
        <w:t>لیکن ظاہر ہے کہ میں اٹھ نہیں سکتا تھا۔</w:t>
      </w:r>
    </w:p>
    <w:p>
      <w:r>
        <w:rPr>
          <w:b/>
        </w:rPr>
        <w:t xml:space="preserve">[1:08:56] </w:t>
      </w:r>
      <w:r>
        <w:t>to mein ne Allah taala se dua ki.</w:t>
      </w:r>
    </w:p>
    <w:p>
      <w:pPr>
        <w:jc w:val="right"/>
      </w:pPr>
      <w:r>
        <w:t>تو میں نے اللہ تعالیٰ سے دعا کی۔</w:t>
      </w:r>
    </w:p>
    <w:p>
      <w:r>
        <w:rPr>
          <w:b/>
        </w:rPr>
        <w:t xml:space="preserve">[1:09:01] </w:t>
      </w:r>
      <w:r>
        <w:t>mein ne kaha khuda ya to.</w:t>
      </w:r>
    </w:p>
    <w:p>
      <w:pPr>
        <w:jc w:val="right"/>
      </w:pPr>
      <w:r>
        <w:t>میں نے کہا خدایا تو۔</w:t>
      </w:r>
    </w:p>
    <w:p>
      <w:r>
        <w:rPr>
          <w:b/>
        </w:rPr>
        <w:t xml:space="preserve">[1:09:06] </w:t>
      </w:r>
      <w:r>
        <w:t>jab aadmi deewangi mein bolta hai to ajeeb baatein bolta hai woh.</w:t>
      </w:r>
    </w:p>
    <w:p>
      <w:pPr>
        <w:jc w:val="right"/>
      </w:pPr>
      <w:r>
        <w:t>جب آدمی دیوانگی میں بولتا ہے تو عجیب باتیں بولتا ہے وہ۔</w:t>
      </w:r>
    </w:p>
    <w:p>
      <w:r>
        <w:rPr>
          <w:b/>
        </w:rPr>
        <w:t xml:space="preserve">[1:09:11] </w:t>
      </w:r>
      <w:r>
        <w:t>jo hadith mein hai ke rub' al-shazaq matfu' bil-wab la aqsim Allah illa bar to deewane ki koi</w:t>
      </w:r>
    </w:p>
    <w:p>
      <w:pPr>
        <w:jc w:val="right"/>
      </w:pPr>
      <w:r>
        <w:t>جو حدیث میں ہے کہ ربع الشزاق مطفوئ بالواب لا اقسم اللہ الا بر تو دیوانے کی کوئی</w:t>
      </w:r>
    </w:p>
    <w:p>
      <w:r>
        <w:rPr>
          <w:b/>
        </w:rPr>
        <w:t xml:space="preserve">[1:09:17] </w:t>
      </w:r>
      <w:r>
        <w:t>zaban nahi hoti, yaad rakhiye.</w:t>
      </w:r>
    </w:p>
    <w:p>
      <w:pPr>
        <w:jc w:val="right"/>
      </w:pPr>
      <w:r>
        <w:t>زبان نہیں ہوتی، یاد رکھیے۔</w:t>
      </w:r>
    </w:p>
    <w:p>
      <w:r>
        <w:rPr>
          <w:b/>
        </w:rPr>
        <w:t xml:space="preserve">[1:09:22] </w:t>
      </w:r>
      <w:r>
        <w:t>main ne kaha khuda ya to jibril ko dobara bhej de. zameen par.</w:t>
      </w:r>
    </w:p>
    <w:p>
      <w:pPr>
        <w:jc w:val="right"/>
      </w:pPr>
      <w:r>
        <w:t>میں نے کہا خدایا تو جبرائیل کو دوبارہ بھیج دے۔ زمین پر۔</w:t>
      </w:r>
    </w:p>
    <w:p>
      <w:r>
        <w:rPr>
          <w:b/>
        </w:rPr>
        <w:t xml:space="preserve">[1:09:27] </w:t>
      </w:r>
      <w:r>
        <w:t>main bator human face ke ja raha hoon.</w:t>
      </w:r>
    </w:p>
    <w:p>
      <w:pPr>
        <w:jc w:val="right"/>
      </w:pPr>
      <w:r>
        <w:t>میں بطور ہیومن فیس کے جا رہا ہوں۔</w:t>
      </w:r>
    </w:p>
    <w:p>
      <w:r>
        <w:rPr>
          <w:b/>
        </w:rPr>
        <w:t xml:space="preserve">[1:09:32] </w:t>
      </w:r>
      <w:r>
        <w:t>ab bolne wala jibril ho.</w:t>
      </w:r>
    </w:p>
    <w:p>
      <w:pPr>
        <w:jc w:val="right"/>
      </w:pPr>
      <w:r>
        <w:t>اب بولنے والا جبرائیل ہو۔</w:t>
      </w:r>
    </w:p>
    <w:p>
      <w:r>
        <w:rPr>
          <w:b/>
        </w:rPr>
        <w:t xml:space="preserve">[1:09:37] </w:t>
      </w:r>
      <w:r>
        <w:t>to waqea yeh hai ke is waqt jo main ne mein bola, jo chhodne walon se aap poochh lijiyey.</w:t>
      </w:r>
    </w:p>
    <w:p>
      <w:pPr>
        <w:jc w:val="right"/>
      </w:pPr>
      <w:r>
        <w:t>تو واقعہ یہ ہے کہ اس وقت جو میں نے میں بولا، جو چھوڑنے والوں سے آپ پوچھ لیجیے۔</w:t>
      </w:r>
    </w:p>
    <w:p>
      <w:r>
        <w:rPr>
          <w:b/>
        </w:rPr>
        <w:t xml:space="preserve">[1:09:42] </w:t>
      </w:r>
      <w:r>
        <w:t>ek sahib ne is ko etiraf kiya ke jo level of confidence aap ka tha woh is ka nahi tha.</w:t>
      </w:r>
    </w:p>
    <w:p>
      <w:pPr>
        <w:jc w:val="right"/>
      </w:pPr>
      <w:r>
        <w:t>ایک صاحب نے اس کو اعتراف کیا کہ جو لیول آف کانفیڈنس آپ کا تھا وہ اس کا نہیں تھا۔</w:t>
      </w:r>
    </w:p>
    <w:p>
      <w:r>
        <w:rPr>
          <w:b/>
        </w:rPr>
        <w:t xml:space="preserve">[1:09:48] </w:t>
      </w:r>
      <w:r>
        <w:t>is Christian professor ka, American professor ka, white professor tha woh.</w:t>
      </w:r>
    </w:p>
    <w:p>
      <w:pPr>
        <w:jc w:val="right"/>
      </w:pPr>
      <w:r>
        <w:t>اس کرسچین پروفیسر کا، امریکن پروفیسر کا، وائٹ پروفیسر تھا وہ۔</w:t>
      </w:r>
    </w:p>
    <w:p>
      <w:r>
        <w:rPr>
          <w:b/>
        </w:rPr>
        <w:t xml:space="preserve">[1:09:53] </w:t>
      </w:r>
      <w:r>
        <w:t>is ka level of confidence jo tha us se bohat zyada tha aap ka level of confidence.</w:t>
      </w:r>
    </w:p>
    <w:p>
      <w:pPr>
        <w:jc w:val="right"/>
      </w:pPr>
      <w:r>
        <w:t>اس کا لیول آف کانفیڈنس جو تھا اس سے بہت زیادہ تھا آپ کا لیول آف کانفیڈنس۔</w:t>
      </w:r>
    </w:p>
    <w:p>
      <w:r>
        <w:rPr>
          <w:b/>
        </w:rPr>
        <w:t xml:space="preserve">[1:09:58] </w:t>
      </w:r>
      <w:r>
        <w:t>aadh ghante tak bolta raha main, tees minute tak.</w:t>
      </w:r>
    </w:p>
    <w:p>
      <w:pPr>
        <w:jc w:val="right"/>
      </w:pPr>
      <w:r>
        <w:t>آدھ گھنٹے تک بولتا رہا میں، تیس منٹ تک۔</w:t>
      </w:r>
    </w:p>
    <w:p>
      <w:r>
        <w:rPr>
          <w:b/>
        </w:rPr>
        <w:t xml:space="preserve">[1:10:03] </w:t>
      </w:r>
      <w:r>
        <w:t>to kaise log hain jo jin ko Khuda par bharosa nahi? log apni madi zaruraton ke liye Khuda</w:t>
      </w:r>
    </w:p>
    <w:p>
      <w:pPr>
        <w:jc w:val="right"/>
      </w:pPr>
      <w:r>
        <w:t>تو کیسے لوگ ہیں جو جن کو خدا پر بھروسہ نہیں؟ لوگ اپنی مادی ضرورتوں کے لیے خدا</w:t>
      </w:r>
    </w:p>
    <w:p>
      <w:r>
        <w:rPr>
          <w:b/>
        </w:rPr>
        <w:t xml:space="preserve">[1:10:08] </w:t>
      </w:r>
      <w:r>
        <w:t>se mangna jante hain.</w:t>
      </w:r>
    </w:p>
    <w:p>
      <w:pPr>
        <w:jc w:val="right"/>
      </w:pPr>
      <w:r>
        <w:t>سے مانگنا جانتے ہیں۔</w:t>
      </w:r>
    </w:p>
    <w:p>
      <w:r>
        <w:rPr>
          <w:b/>
        </w:rPr>
        <w:t xml:space="preserve">[1:10:13] </w:t>
      </w:r>
      <w:r>
        <w:t>dawat Allah ke liye mangna nahi jante.</w:t>
      </w:r>
    </w:p>
    <w:p>
      <w:pPr>
        <w:jc w:val="right"/>
      </w:pPr>
      <w:r>
        <w:t>دعوت اللہ کے لیے مانگنا نہیں جانتے۔</w:t>
      </w:r>
    </w:p>
    <w:p>
      <w:r>
        <w:rPr>
          <w:b/>
        </w:rPr>
        <w:t xml:space="preserve">[1:10:19] </w:t>
      </w:r>
      <w:r>
        <w:t>main ne aise log dekhe hain jo tarp tarp kar dua karte hain bimari ke liye, bachche ke</w:t>
      </w:r>
    </w:p>
    <w:p>
      <w:pPr>
        <w:jc w:val="right"/>
      </w:pPr>
      <w:r>
        <w:t>میں نے ایسے لوگ دیکھے ہیں جو تڑپ تڑپ کر دعا کرتے ہیں بیماری کے لیے، بچے کے</w:t>
      </w:r>
    </w:p>
    <w:p>
      <w:r>
        <w:rPr>
          <w:b/>
        </w:rPr>
        <w:t xml:space="preserve">[1:10:24] </w:t>
      </w:r>
      <w:r>
        <w:t>liye, apni madi cheezon ke liye.</w:t>
      </w:r>
    </w:p>
    <w:p>
      <w:pPr>
        <w:jc w:val="right"/>
      </w:pPr>
      <w:r>
        <w:t>لیے، اپنی مادی چیزوں کے لیے۔</w:t>
      </w:r>
    </w:p>
    <w:p>
      <w:r>
        <w:rPr>
          <w:b/>
        </w:rPr>
        <w:t xml:space="preserve">[1:10:29] </w:t>
      </w:r>
      <w:r>
        <w:t>isi tarah se aap Allah se mangen to Allah ki madad uṛ paṛegi aap ke upar.</w:t>
      </w:r>
    </w:p>
    <w:p>
      <w:pPr>
        <w:jc w:val="right"/>
      </w:pPr>
      <w:r>
        <w:t>اسی طریقے سے آپ اللہ سے مانگیں تو اللہ کی مدد اُڑ پڑے گی آپ کے اوپر۔</w:t>
      </w:r>
    </w:p>
    <w:p>
      <w:r>
        <w:rPr>
          <w:b/>
        </w:rPr>
        <w:t xml:space="preserve">[1:10:34] </w:t>
      </w:r>
      <w:r>
        <w:t>ek kal ek ek ek ek sahib mile mujhe, ek ek ek naujawan jo ke hamare da'wati program</w:t>
      </w:r>
    </w:p>
    <w:p>
      <w:pPr>
        <w:jc w:val="right"/>
      </w:pPr>
      <w:r>
        <w:t>ایک کل ایک ایک ایک ایک صاحب ملے مجھے، ایک ایک ایک نوجوان جو کہ ہمارے دعوتی پروگرام</w:t>
      </w:r>
    </w:p>
    <w:p>
      <w:r>
        <w:rPr>
          <w:b/>
        </w:rPr>
        <w:t xml:space="preserve">[1:10:39] </w:t>
      </w:r>
      <w:r>
        <w:t>mein lage hue hain.</w:t>
      </w:r>
    </w:p>
    <w:p>
      <w:pPr>
        <w:jc w:val="right"/>
      </w:pPr>
      <w:r>
        <w:t>میں لگے ہوئے ہیں۔</w:t>
      </w:r>
    </w:p>
    <w:p>
      <w:r>
        <w:rPr>
          <w:b/>
        </w:rPr>
        <w:t xml:space="preserve">[1:10:45] </w:t>
      </w:r>
      <w:r>
        <w:t>woh barabar kaam kar rahe hain da'wati.</w:t>
      </w:r>
    </w:p>
    <w:p>
      <w:pPr>
        <w:jc w:val="right"/>
      </w:pPr>
      <w:r>
        <w:t>وہ برابر کام کر رہے ہیں دعوتی۔</w:t>
      </w:r>
    </w:p>
    <w:p>
      <w:r>
        <w:rPr>
          <w:b/>
        </w:rPr>
        <w:t xml:space="preserve">[1:10:50] </w:t>
      </w:r>
      <w:r>
        <w:t>yahan bhi ate hain.</w:t>
      </w:r>
    </w:p>
    <w:p>
      <w:pPr>
        <w:jc w:val="right"/>
      </w:pPr>
      <w:r>
        <w:t>یہاں بھی آتے ہیں۔</w:t>
      </w:r>
    </w:p>
    <w:p>
      <w:r>
        <w:rPr>
          <w:b/>
        </w:rPr>
        <w:t xml:space="preserve">[1:10:55] </w:t>
      </w:r>
      <w:r>
        <w:t>to unhon ne yeh kaha ke main da'wati kaam to kar raha hoon, jana paṛta hai mujhe Hinduon</w:t>
      </w:r>
    </w:p>
    <w:p>
      <w:pPr>
        <w:jc w:val="right"/>
      </w:pPr>
      <w:r>
        <w:t>تو انہوں نے یہ کہا کہ میں دعوتی کام تو کر رہا ہوں، جانا پڑتا ہے مجھے ہندوؤں</w:t>
      </w:r>
    </w:p>
    <w:p>
      <w:r>
        <w:rPr>
          <w:b/>
        </w:rPr>
        <w:t xml:space="preserve">[1:11:00] </w:t>
      </w:r>
      <w:r>
        <w:t>mein, Isaiyon mein, har jagah.</w:t>
      </w:r>
    </w:p>
    <w:p>
      <w:pPr>
        <w:jc w:val="right"/>
      </w:pPr>
      <w:r>
        <w:t>میں، عیسائیوں میں، ہر جگہ۔</w:t>
      </w:r>
    </w:p>
    <w:p>
      <w:r>
        <w:rPr>
          <w:b/>
        </w:rPr>
        <w:t xml:space="preserve">[1:11:05] </w:t>
      </w:r>
      <w:r>
        <w:t>lekin mera level of confidence jo hai woh bohat kam hai.</w:t>
      </w:r>
    </w:p>
    <w:p>
      <w:pPr>
        <w:jc w:val="right"/>
      </w:pPr>
      <w:r>
        <w:t>لیکن میرا لیول آف کانفیڈنس جو ہے وہ بہت کم ہے۔</w:t>
      </w:r>
    </w:p>
    <w:p>
      <w:r>
        <w:rPr>
          <w:b/>
        </w:rPr>
        <w:t xml:space="preserve">[1:11:10] </w:t>
      </w:r>
      <w:r>
        <w:t>yeh kaha unhon ne.</w:t>
      </w:r>
    </w:p>
    <w:p>
      <w:pPr>
        <w:jc w:val="right"/>
      </w:pPr>
      <w:r>
        <w:t>یہ کہا انہوں نے۔</w:t>
      </w:r>
    </w:p>
    <w:p>
      <w:r>
        <w:rPr>
          <w:b/>
        </w:rPr>
        <w:t xml:space="preserve">[1:11:16] </w:t>
      </w:r>
      <w:r>
        <w:t>jo confidence hona chahiye us ka us se main hi dawat kar pata hoon.</w:t>
      </w:r>
    </w:p>
    <w:p>
      <w:pPr>
        <w:jc w:val="right"/>
      </w:pPr>
      <w:r>
        <w:t>جو کانفیڈنس ہونا چاہیے اس کا اس سے میں ہی دعوت کر پاتا ہوں۔</w:t>
      </w:r>
    </w:p>
    <w:p>
      <w:r>
        <w:rPr>
          <w:b/>
        </w:rPr>
        <w:t xml:space="preserve">[1:11:21] </w:t>
      </w:r>
      <w:r>
        <w:t>to mein ne kaha ke aaj aap maujood thay yahan par.</w:t>
      </w:r>
    </w:p>
    <w:p>
      <w:pPr>
        <w:jc w:val="right"/>
      </w:pPr>
      <w:r>
        <w:t>تو میں نے کہا کہ آج آپ موجود تھے یہاں پر۔</w:t>
      </w:r>
    </w:p>
    <w:p>
      <w:r>
        <w:rPr>
          <w:b/>
        </w:rPr>
        <w:t xml:space="preserve">[1:11:26] </w:t>
      </w:r>
      <w:r>
        <w:t>yeh qissa bataya mein ne in ko.</w:t>
      </w:r>
    </w:p>
    <w:p>
      <w:pPr>
        <w:jc w:val="right"/>
      </w:pPr>
      <w:r>
        <w:t>یہ قصہ بتایا میں نے ان کو۔</w:t>
      </w:r>
    </w:p>
    <w:p>
      <w:r>
        <w:rPr>
          <w:b/>
        </w:rPr>
        <w:t xml:space="preserve">[1:11:31] </w:t>
      </w:r>
      <w:r>
        <w:t>woh maujood thay kal.</w:t>
      </w:r>
    </w:p>
    <w:p>
      <w:pPr>
        <w:jc w:val="right"/>
      </w:pPr>
      <w:r>
        <w:t>وہ موجود تھے کل۔</w:t>
      </w:r>
    </w:p>
    <w:p>
      <w:r>
        <w:rPr>
          <w:b/>
        </w:rPr>
        <w:t xml:space="preserve">[1:11:36] </w:t>
      </w:r>
      <w:r>
        <w:t>to mujhe un se unhon ne poocha ke aap mujhe bataiye ke woh American professor tha aur mein</w:t>
      </w:r>
    </w:p>
    <w:p>
      <w:pPr>
        <w:jc w:val="right"/>
      </w:pPr>
      <w:r>
        <w:t>تو مجھے ان سے انہوں نے پوچھا کہ آپ مجھے بتائیے کہ وہ امریکن پروفیسر تھا اور میں</w:t>
      </w:r>
    </w:p>
    <w:p>
      <w:r>
        <w:rPr>
          <w:b/>
        </w:rPr>
        <w:t xml:space="preserve">[1:11:41] </w:t>
      </w:r>
      <w:r>
        <w:t>aik molvi tha.</w:t>
      </w:r>
    </w:p>
    <w:p>
      <w:pPr>
        <w:jc w:val="right"/>
      </w:pPr>
      <w:r>
        <w:t>ایک مولوی تھا۔</w:t>
      </w:r>
    </w:p>
    <w:p>
      <w:r>
        <w:rPr>
          <w:b/>
        </w:rPr>
        <w:t xml:space="preserve">[1:11:47] </w:t>
      </w:r>
      <w:r>
        <w:t>donon ki taqreer suni aap ne.</w:t>
      </w:r>
    </w:p>
    <w:p>
      <w:pPr>
        <w:jc w:val="right"/>
      </w:pPr>
      <w:r>
        <w:t>دونوں کی تقریر سنی آپ نے۔</w:t>
      </w:r>
    </w:p>
    <w:p>
      <w:r>
        <w:rPr>
          <w:b/>
        </w:rPr>
        <w:t xml:space="preserve">[1:11:52] </w:t>
      </w:r>
      <w:r>
        <w:t>donon mein level of confidence ke aitbaar se aap number dijiye.</w:t>
      </w:r>
    </w:p>
    <w:p>
      <w:pPr>
        <w:jc w:val="right"/>
      </w:pPr>
      <w:r>
        <w:t>دونوں میں لیول آف کانفیڈنس کے اعتبار سے آپ نمبر دیجیے۔</w:t>
      </w:r>
    </w:p>
    <w:p>
      <w:r>
        <w:rPr>
          <w:b/>
        </w:rPr>
        <w:t xml:space="preserve">[1:11:57] </w:t>
      </w:r>
      <w:r>
        <w:t>unhon ne kaha ke aap ka level of confidence barha hua tha.</w:t>
      </w:r>
    </w:p>
    <w:p>
      <w:pPr>
        <w:jc w:val="right"/>
      </w:pPr>
      <w:r>
        <w:t>انہوں نے کہا کہ آپ کا لیول آف کانفیڈنس بڑھا ہوا تھا۔</w:t>
      </w:r>
    </w:p>
    <w:p>
      <w:r>
        <w:rPr>
          <w:b/>
        </w:rPr>
        <w:t xml:space="preserve">[1:12:02] </w:t>
      </w:r>
      <w:r>
        <w:t>mein ne kaha barha hua tha, Allah hi se, Allah Allah se dua kar rahe thay.</w:t>
      </w:r>
    </w:p>
    <w:p>
      <w:pPr>
        <w:jc w:val="right"/>
      </w:pPr>
      <w:r>
        <w:t>میں نے کہا بڑھا ہوا تھا، اللہ ہی سے، اللہ اللہ سے دعا کر رہے تھے۔</w:t>
      </w:r>
    </w:p>
    <w:p>
      <w:r>
        <w:rPr>
          <w:b/>
        </w:rPr>
        <w:t xml:space="preserve">[1:12:07] </w:t>
      </w:r>
      <w:r>
        <w:t>mere andar kuch bhi nahi tha mere andar.</w:t>
      </w:r>
    </w:p>
    <w:p>
      <w:pPr>
        <w:jc w:val="right"/>
      </w:pPr>
      <w:r>
        <w:t>میرے اندر کچھ بھی نہیں تھا میرے اندر۔</w:t>
      </w:r>
    </w:p>
    <w:p>
      <w:r>
        <w:rPr>
          <w:b/>
        </w:rPr>
        <w:t xml:space="preserve">[1:12:12] </w:t>
      </w:r>
      <w:r>
        <w:t>isi ko Hazrat Masih ne kaha tha ke mango to pao ge.</w:t>
      </w:r>
    </w:p>
    <w:p>
      <w:pPr>
        <w:jc w:val="right"/>
      </w:pPr>
      <w:r>
        <w:t>اسی کو حضرت مسیح نے کہا تھا کہ مانگو تو پاؤ گے۔</w:t>
      </w:r>
    </w:p>
    <w:p>
      <w:r>
        <w:rPr>
          <w:b/>
        </w:rPr>
        <w:t xml:space="preserve">[1:12:18] </w:t>
      </w:r>
      <w:r>
        <w:t>darwaza khatkhatao, tumhare liye khula jaye ga.</w:t>
      </w:r>
    </w:p>
    <w:p>
      <w:pPr>
        <w:jc w:val="right"/>
      </w:pPr>
      <w:r>
        <w:t>دروازہ کھٹکھٹاؤ، تمہارے لیے کھلا جائے گا۔</w:t>
      </w:r>
    </w:p>
    <w:p>
      <w:r>
        <w:rPr>
          <w:b/>
        </w:rPr>
        <w:t xml:space="preserve">[1:12:23] </w:t>
      </w:r>
      <w:r>
        <w:t>bohat ajeeb baat unhon ne kahi ke woh kon baap hai ke is ka beta is se machhli</w:t>
      </w:r>
    </w:p>
    <w:p>
      <w:pPr>
        <w:jc w:val="right"/>
      </w:pPr>
      <w:r>
        <w:t>بہت عجیب بات انہوں نے کہی کہ وہ کون باپ ہے کہ اس کا بیٹا اس سے مچھلی</w:t>
      </w:r>
    </w:p>
    <w:p>
      <w:r>
        <w:rPr>
          <w:b/>
        </w:rPr>
        <w:t xml:space="preserve">[1:12:28] </w:t>
      </w:r>
      <w:r>
        <w:t>mange, is ke haath mein saamp rakh de.</w:t>
      </w:r>
    </w:p>
    <w:p>
      <w:pPr>
        <w:jc w:val="right"/>
      </w:pPr>
      <w:r>
        <w:t>مانگے، اس کے ہاتھ میں سانپ رکھ دے۔</w:t>
      </w:r>
    </w:p>
    <w:p>
      <w:r>
        <w:rPr>
          <w:b/>
        </w:rPr>
        <w:t xml:space="preserve">[1:12:33] </w:t>
      </w:r>
      <w:r>
        <w:t>aik bari ajeeb taqreer hai Hazrat Masih ki Bible mein.</w:t>
      </w:r>
    </w:p>
    <w:p>
      <w:pPr>
        <w:jc w:val="right"/>
      </w:pPr>
      <w:r>
        <w:t>ایک بڑی عجیب تقریر ہے حضرت مسیح کی بائبل میں۔</w:t>
      </w:r>
    </w:p>
    <w:p>
      <w:r>
        <w:rPr>
          <w:b/>
        </w:rPr>
        <w:t xml:space="preserve">[1:12:38] </w:t>
      </w:r>
      <w:r>
        <w:t>mango to pao ge.</w:t>
      </w:r>
    </w:p>
    <w:p>
      <w:pPr>
        <w:jc w:val="right"/>
      </w:pPr>
      <w:r>
        <w:t>مانگو تو پاؤ گے۔</w:t>
      </w:r>
    </w:p>
    <w:p>
      <w:r>
        <w:rPr>
          <w:b/>
        </w:rPr>
        <w:t xml:space="preserve">[1:12:44] </w:t>
      </w:r>
      <w:r>
        <w:t>darwaza khatkhatao, tumhara is se khula jaye ga.</w:t>
      </w:r>
    </w:p>
    <w:p>
      <w:pPr>
        <w:jc w:val="right"/>
      </w:pPr>
      <w:r>
        <w:t>دروازہ کھٹکھٹاؤ، تمہارا اس سے کھلا جائے گا۔</w:t>
      </w:r>
    </w:p>
    <w:p>
      <w:r>
        <w:rPr>
          <w:b/>
        </w:rPr>
        <w:t xml:space="preserve">[1:12:49] </w:t>
      </w:r>
      <w:r>
        <w:t>woh kon baap hai ke is ka beta is se machhli mange, is ke haath mein saamp rakh de.</w:t>
      </w:r>
    </w:p>
    <w:p>
      <w:pPr>
        <w:jc w:val="right"/>
      </w:pPr>
      <w:r>
        <w:t>وہ کون باپ ہے کہ اس کا بیٹا اس سے مچھلی مانگے، اس کے ہاتھ میں سانپ رکھ دے۔</w:t>
      </w:r>
    </w:p>
    <w:p>
      <w:r>
        <w:rPr>
          <w:b/>
        </w:rPr>
        <w:t xml:space="preserve">[1:12:54] </w:t>
      </w:r>
      <w:r>
        <w:t>to is mission ke sath na sirf literature maujood hai na sirf Quran maujood hai balkeh Allah taala maujood hai.</w:t>
      </w:r>
    </w:p>
    <w:p>
      <w:pPr>
        <w:jc w:val="right"/>
      </w:pPr>
      <w:r>
        <w:t>تو اس مشن کے ساتھ نہ صرف لٹریچر موجود ہے نہ صرف قرآن موجود ہے بلکہ اللہ تعالیٰ موجود ہے۔</w:t>
      </w:r>
    </w:p>
    <w:p>
      <w:r>
        <w:rPr>
          <w:b/>
        </w:rPr>
        <w:t xml:space="preserve">[1:12:59] </w:t>
      </w:r>
      <w:r>
        <w:t>Allah taala tamam farishton ke sath maujood hai.</w:t>
      </w:r>
    </w:p>
    <w:p>
      <w:pPr>
        <w:jc w:val="right"/>
      </w:pPr>
      <w:r>
        <w:t>اللہ تعالیٰ تمام فرشتوں کے ساتھ موجود ہے۔</w:t>
      </w:r>
    </w:p>
    <w:p>
      <w:r>
        <w:rPr>
          <w:b/>
        </w:rPr>
        <w:t xml:space="preserve">[1:13:04] </w:t>
      </w:r>
      <w:r>
        <w:t>to kis baat ka khauf, kis baat ka gham? kya aap isi Allah ke sath, isi be aitimadi</w:t>
      </w:r>
    </w:p>
    <w:p>
      <w:pPr>
        <w:jc w:val="right"/>
      </w:pPr>
      <w:r>
        <w:t>تو کس بات کا خوف، کس بات کا غم؟ کیا آپ اسی اللہ کے ساتھ، اسی بے اعتمادی</w:t>
      </w:r>
    </w:p>
    <w:p>
      <w:r>
        <w:rPr>
          <w:b/>
        </w:rPr>
        <w:t xml:space="preserve">[1:13:09] </w:t>
      </w:r>
      <w:r>
        <w:t>ke sath jiyen ge to Allah ka saamna kar paen ge aap? jo log is be aitimadi ke</w:t>
      </w:r>
    </w:p>
    <w:p>
      <w:pPr>
        <w:jc w:val="right"/>
      </w:pPr>
      <w:r>
        <w:t>کے ساتھ جئیں گے تو اللہ کا سامنا کر پائیں گے آپ؟ جو لوگ اس بے اعتمادی کے</w:t>
      </w:r>
    </w:p>
    <w:p>
      <w:r>
        <w:rPr>
          <w:b/>
        </w:rPr>
        <w:t xml:space="preserve">[1:13:15] </w:t>
      </w:r>
      <w:r>
        <w:t>sath jeena chahte hain duniya mein, woh is be aitimadi ko le kar kiya Allah se milna chahte</w:t>
      </w:r>
    </w:p>
    <w:p>
      <w:pPr>
        <w:jc w:val="right"/>
      </w:pPr>
      <w:r>
        <w:t>ساتھ جینا چاہتے ہیں دنیا میں، وہ اس بے اعتمادی کو لے کر کیا اللہ سے ملنا چاہتے</w:t>
      </w:r>
    </w:p>
    <w:p>
      <w:r>
        <w:rPr>
          <w:b/>
        </w:rPr>
        <w:t xml:space="preserve">[1:13:20] </w:t>
      </w:r>
      <w:r>
        <w:t>hain aakhirat mein? yeh sab shaitani waswase hain, yaad rakhiye.</w:t>
      </w:r>
    </w:p>
    <w:p>
      <w:pPr>
        <w:jc w:val="right"/>
      </w:pPr>
      <w:r>
        <w:t>ہیں آخرت میں؟ یہ سب شیطانی وسوسے ہیں، یاد رکھیے۔</w:t>
      </w:r>
    </w:p>
    <w:p>
      <w:r>
        <w:rPr>
          <w:b/>
        </w:rPr>
        <w:t xml:space="preserve">[1:13:25] </w:t>
      </w:r>
      <w:r>
        <w:t>aur jab bhi yeh waswase aayen to kahiye la haula wa la quwwata illa billahil azeem la haula wa la</w:t>
      </w:r>
    </w:p>
    <w:p>
      <w:pPr>
        <w:jc w:val="right"/>
      </w:pPr>
      <w:r>
        <w:t>اور جب بھی یہ وسوسے آئیں تو کہیے لا حول ولا قوة إلا بالله العظيم لا حول ولا</w:t>
      </w:r>
    </w:p>
    <w:p>
      <w:r>
        <w:rPr>
          <w:b/>
        </w:rPr>
        <w:t xml:space="preserve">[1:13:30] </w:t>
      </w:r>
      <w:r>
        <w:t>quwwat illa billahil aliyyil azeem allahumma inni aoozubika min hamazatish shayateen yeh sab parhiye.</w:t>
      </w:r>
    </w:p>
    <w:p>
      <w:pPr>
        <w:jc w:val="right"/>
      </w:pPr>
      <w:r>
        <w:t>قوة إلا بالله العلی العظیم اللهم إني أعوذ بك من حمزة الشياطين یہ سب پڑھیے۔</w:t>
      </w:r>
    </w:p>
    <w:p>
      <w:r>
        <w:rPr>
          <w:b/>
        </w:rPr>
        <w:t xml:space="preserve">[1:13:35] </w:t>
      </w:r>
      <w:r>
        <w:t>aur sab inshallah theek ho jayega.</w:t>
      </w:r>
    </w:p>
    <w:p>
      <w:pPr>
        <w:jc w:val="right"/>
      </w:pPr>
      <w:r>
        <w:t>اور سب انشاء اللہ ٹھیک ہو جائے گا۔</w:t>
      </w:r>
    </w:p>
    <w:p>
      <w:r>
        <w:rPr>
          <w:b/>
        </w:rPr>
        <w:t xml:space="preserve">[1:13:40] </w:t>
      </w:r>
      <w:r>
        <w:t>Maulana, agla sawal Karachi, Pakistan se hai.</w:t>
      </w:r>
    </w:p>
    <w:p>
      <w:pPr>
        <w:jc w:val="right"/>
      </w:pPr>
      <w:r>
        <w:t>Maulana، اگلا سوال کراچی، پاکستان سے ہے۔</w:t>
      </w:r>
    </w:p>
    <w:p>
      <w:r>
        <w:rPr>
          <w:b/>
        </w:rPr>
        <w:t xml:space="preserve">[1:13:46] </w:t>
      </w:r>
      <w:r>
        <w:t>Miss Saira Latif ka.</w:t>
      </w:r>
    </w:p>
    <w:p>
      <w:pPr>
        <w:jc w:val="right"/>
      </w:pPr>
      <w:r>
        <w:t>Miss سائرہ لطیف کا۔</w:t>
      </w:r>
    </w:p>
    <w:p>
      <w:r>
        <w:rPr>
          <w:b/>
        </w:rPr>
        <w:t xml:space="preserve">[1:13:51] </w:t>
      </w:r>
      <w:r>
        <w:t>unhon ne likha hai: "khawateen apna zyada tar waqt aur energy sirf khane peene aur ghar ko sanwarne</w:t>
      </w:r>
    </w:p>
    <w:p>
      <w:pPr>
        <w:jc w:val="right"/>
      </w:pPr>
      <w:r>
        <w:t>انہوں نے لکھا ہے: "خواتین اپنا زیادہ تر وقت اور انرجی صرف کھانے پینے اور گھر کو سنوارنے</w:t>
      </w:r>
    </w:p>
    <w:p>
      <w:r>
        <w:rPr>
          <w:b/>
        </w:rPr>
        <w:t xml:space="preserve">[1:13:56] </w:t>
      </w:r>
      <w:r>
        <w:t>mein laga deti hain." yeh soorat-e-haal dekh kar dil mein yeh khayal aata hai ke agar khane peene</w:t>
      </w:r>
    </w:p>
    <w:p>
      <w:pPr>
        <w:jc w:val="right"/>
      </w:pPr>
      <w:r>
        <w:t>میں لگا دیتی ہیں۔" یہ صورتحال دیکھ کر دل میں یہ خیال آتا ہے کہ اگر کھانے پینے</w:t>
      </w:r>
    </w:p>
    <w:p>
      <w:r>
        <w:rPr>
          <w:b/>
        </w:rPr>
        <w:t xml:space="preserve">[1:14:01] </w:t>
      </w:r>
      <w:r>
        <w:t>ka chakkar na hota to shayad phir khawateen yeh waqt roohaniyat aur dawah work mein lagati.</w:t>
      </w:r>
    </w:p>
    <w:p>
      <w:pPr>
        <w:jc w:val="right"/>
      </w:pPr>
      <w:r>
        <w:t>کا چکر نہ ہوتا تو شاید پھر خواتین یہ وقت روحانیت اور دعویٰ ورک میں لگاتیں۔</w:t>
      </w:r>
    </w:p>
    <w:p>
      <w:r>
        <w:rPr>
          <w:b/>
        </w:rPr>
        <w:t xml:space="preserve">[1:14:06] </w:t>
      </w:r>
      <w:r>
        <w:t>Maulana sahib, is mein aap ki kya rai hai? yeh to koi baat nahi hai.</w:t>
      </w:r>
    </w:p>
    <w:p>
      <w:pPr>
        <w:jc w:val="right"/>
      </w:pPr>
      <w:r>
        <w:t>Maulana صاحب، اس میں آپ کی کیا رائے ہے؟ یہ تو کوئی بات نہیں ہے۔</w:t>
      </w:r>
    </w:p>
    <w:p>
      <w:r>
        <w:rPr>
          <w:b/>
        </w:rPr>
        <w:t xml:space="preserve">[1:14:12] </w:t>
      </w:r>
      <w:r>
        <w:t>Europe ki auratein jo hain bilkul azaad hain.</w:t>
      </w:r>
    </w:p>
    <w:p>
      <w:pPr>
        <w:jc w:val="right"/>
      </w:pPr>
      <w:r>
        <w:t>یورپ کی عورتیں جو ہیں بالکل آزاد ہیں۔</w:t>
      </w:r>
    </w:p>
    <w:p>
      <w:r>
        <w:rPr>
          <w:b/>
        </w:rPr>
        <w:t xml:space="preserve">[1:14:17] </w:t>
      </w:r>
      <w:r>
        <w:t>wo hotelon mein khati hain.</w:t>
      </w:r>
    </w:p>
    <w:p>
      <w:pPr>
        <w:jc w:val="right"/>
      </w:pPr>
      <w:r>
        <w:t>وہ ہوٹلوں میں کھاتی ہیں۔</w:t>
      </w:r>
    </w:p>
    <w:p>
      <w:r>
        <w:rPr>
          <w:b/>
        </w:rPr>
        <w:t xml:space="preserve">[1:14:22] </w:t>
      </w:r>
      <w:r>
        <w:t>gharelu zimmedari un ki nahi, housewife ke taur par nahi rehti hain wo.</w:t>
      </w:r>
    </w:p>
    <w:p>
      <w:pPr>
        <w:jc w:val="right"/>
      </w:pPr>
      <w:r>
        <w:t>گھریلو ذمہ داری ان کی نہیں، ہاؤس وائف کے طور پر نہیں رہتی ہیں وہ۔</w:t>
      </w:r>
    </w:p>
    <w:p>
      <w:r>
        <w:rPr>
          <w:b/>
        </w:rPr>
        <w:t xml:space="preserve">[1:14:27] </w:t>
      </w:r>
      <w:r>
        <w:t>kya wo roohaniyat kaam karti hain wo log? European khawateen jo hain wo housewife ke taur par</w:t>
      </w:r>
    </w:p>
    <w:p>
      <w:pPr>
        <w:jc w:val="right"/>
      </w:pPr>
      <w:r>
        <w:t>کیا وہ روحانیت کام کرتی ہیں وہ لوگ؟ یورپین خواتین جو ہیں وہ ہاؤس وائف کے طور پر</w:t>
      </w:r>
    </w:p>
    <w:p>
      <w:r>
        <w:rPr>
          <w:b/>
        </w:rPr>
        <w:t xml:space="preserve">[1:14:32] </w:t>
      </w:r>
      <w:r>
        <w:t>nahi zindagi guzarti hain wo.</w:t>
      </w:r>
    </w:p>
    <w:p>
      <w:pPr>
        <w:jc w:val="right"/>
      </w:pPr>
      <w:r>
        <w:t>نہیں زندگی گزارتی ہیں وہ۔</w:t>
      </w:r>
    </w:p>
    <w:p>
      <w:r>
        <w:rPr>
          <w:b/>
        </w:rPr>
        <w:t xml:space="preserve">[1:14:37] </w:t>
      </w:r>
      <w:r>
        <w:t>to kya wo sab roohani kaam kar rahi hain? yeh koi baat nahi hai.</w:t>
      </w:r>
    </w:p>
    <w:p>
      <w:pPr>
        <w:jc w:val="right"/>
      </w:pPr>
      <w:r>
        <w:t>تو کیا وہ سب روحانی کام کر رہی ہیں؟ یہ کوئی بات نہیں ہے۔</w:t>
      </w:r>
    </w:p>
    <w:p>
      <w:r>
        <w:rPr>
          <w:b/>
        </w:rPr>
        <w:t xml:space="preserve">[1:14:43] </w:t>
      </w:r>
      <w:r>
        <w:t>yeh mat sochiye.</w:t>
      </w:r>
    </w:p>
    <w:p>
      <w:pPr>
        <w:jc w:val="right"/>
      </w:pPr>
      <w:r>
        <w:t>یہ مت سوچیے۔</w:t>
      </w:r>
    </w:p>
    <w:p>
      <w:r>
        <w:rPr>
          <w:b/>
        </w:rPr>
        <w:t xml:space="preserve">[1:14:48] </w:t>
      </w:r>
      <w:r>
        <w:t>balkeh yeh sochiye ke in khawateen mein aap ko spirit bherna hai, un ki soch ko badalna hai,</w:t>
      </w:r>
    </w:p>
    <w:p>
      <w:pPr>
        <w:jc w:val="right"/>
      </w:pPr>
      <w:r>
        <w:t>بلکہ یہ سوچیے کہ ان خواتین میں آپ کو اسپرٹ بھرنا ہے، ان کی سوچ کو بدلنا ہے،</w:t>
      </w:r>
    </w:p>
    <w:p>
      <w:r>
        <w:rPr>
          <w:b/>
        </w:rPr>
        <w:t xml:space="preserve">[1:14:53] </w:t>
      </w:r>
      <w:r>
        <w:t>un ko ek naya nishana dena hai, yeh sab sochiye.</w:t>
      </w:r>
    </w:p>
    <w:p>
      <w:pPr>
        <w:jc w:val="right"/>
      </w:pPr>
      <w:r>
        <w:t>ان کو ایک نیا نشانہ دینا ہے، یہ سب سوچیے۔</w:t>
      </w:r>
    </w:p>
    <w:p>
      <w:r>
        <w:rPr>
          <w:b/>
        </w:rPr>
        <w:t xml:space="preserve">[1:14:58] </w:t>
      </w:r>
      <w:r>
        <w:t>yeh sab cheezein rukawat nahi hain.</w:t>
      </w:r>
    </w:p>
    <w:p>
      <w:pPr>
        <w:jc w:val="right"/>
      </w:pPr>
      <w:r>
        <w:t>یہ سب چیزیں رکاوٹ نہیں ہیں۔</w:t>
      </w:r>
    </w:p>
    <w:p>
      <w:r>
        <w:rPr>
          <w:b/>
        </w:rPr>
        <w:t xml:space="preserve">[1:15:03] </w:t>
      </w:r>
      <w:r>
        <w:t>yeh aap ko aap ki zimmedari yaad dilati hain ke aap ko in khawateen ko aqal dena</w:t>
      </w:r>
    </w:p>
    <w:p>
      <w:pPr>
        <w:jc w:val="right"/>
      </w:pPr>
      <w:r>
        <w:t>یہ آپ کو آپ کی ذمہ داری یاد دلاتی ہیں کہ آپ کو ان خواتین کو عقل دینا</w:t>
      </w:r>
    </w:p>
    <w:p>
      <w:r>
        <w:rPr>
          <w:b/>
        </w:rPr>
        <w:t xml:space="preserve">[1:15:08] </w:t>
      </w:r>
      <w:r>
        <w:t>hai, un ko batana hai ke kya kya karein wo, apni salahiyaton ko kahan istemal karein wo.</w:t>
      </w:r>
    </w:p>
    <w:p>
      <w:pPr>
        <w:jc w:val="right"/>
      </w:pPr>
      <w:r>
        <w:t>ہے، ان کو بتانا ہے کہ کیا کیا کریں وہ، اپنی صلاحیتوں کو کہاں استعمال کریں وہ۔</w:t>
      </w:r>
    </w:p>
    <w:p>
      <w:r>
        <w:rPr>
          <w:b/>
        </w:rPr>
        <w:t xml:space="preserve">[1:15:14] </w:t>
      </w:r>
      <w:r>
        <w:t>is se yeh sabak lijiye.</w:t>
      </w:r>
    </w:p>
    <w:p>
      <w:pPr>
        <w:jc w:val="right"/>
      </w:pPr>
      <w:r>
        <w:t>اس سے یہ سبق لیجیے۔</w:t>
      </w:r>
    </w:p>
    <w:p>
      <w:r>
        <w:rPr>
          <w:b/>
        </w:rPr>
        <w:t xml:space="preserve">[1:15:19] </w:t>
      </w:r>
      <w:r>
        <w:t>Maulana, agla sawal Kanpur se hai. Mr.</w:t>
      </w:r>
    </w:p>
    <w:p>
      <w:pPr>
        <w:jc w:val="right"/>
      </w:pPr>
      <w:r>
        <w:t>Maulana، اگلا سوال کانپور سے ہے۔ Mr.</w:t>
      </w:r>
    </w:p>
    <w:p>
      <w:r>
        <w:rPr>
          <w:b/>
        </w:rPr>
        <w:t xml:space="preserve">[1:15:24] </w:t>
      </w:r>
      <w:r>
        <w:t>Ashish Tiwari ka.</w:t>
      </w:r>
    </w:p>
    <w:p>
      <w:pPr>
        <w:jc w:val="right"/>
      </w:pPr>
      <w:r>
        <w:t>آشیش تیواری کا۔</w:t>
      </w:r>
    </w:p>
    <w:p>
      <w:r>
        <w:rPr>
          <w:b/>
        </w:rPr>
        <w:t xml:space="preserve">[1:15:29] </w:t>
      </w:r>
      <w:r>
        <w:t>unhon ne likha hai: "Respected Maulana sahib, I have been listening to your lectures carefully for many years.</w:t>
      </w:r>
    </w:p>
    <w:p>
      <w:pPr>
        <w:jc w:val="right"/>
      </w:pPr>
      <w:r>
        <w:t>انہوں نے لکھا ہے: "Respected Maulana صاحب, I have been listening to your lectures carefully for many years.</w:t>
      </w:r>
    </w:p>
    <w:p>
      <w:r>
        <w:rPr>
          <w:b/>
        </w:rPr>
        <w:t xml:space="preserve">[1:15:34] </w:t>
      </w:r>
      <w:r>
        <w:t>They have given me invaluable guidance about God.</w:t>
      </w:r>
    </w:p>
    <w:p>
      <w:pPr>
        <w:jc w:val="right"/>
      </w:pPr>
      <w:r>
        <w:t>They have given me invaluable guidance about God.</w:t>
      </w:r>
    </w:p>
    <w:p>
      <w:r>
        <w:rPr>
          <w:b/>
        </w:rPr>
        <w:t xml:space="preserve">[1:15:40] </w:t>
      </w:r>
      <w:r>
        <w:t>I wish to share a personal experience. Last year, on February 17, at around 5 AM, I had an unusual dream. I never had such a dream before or since. I was dreaming about something else, but suddenly the dream was interrupted by bells ringing loudly, like at the end of a class.</w:t>
      </w:r>
    </w:p>
    <w:p>
      <w:pPr>
        <w:jc w:val="right"/>
      </w:pPr>
      <w:r>
        <w:t>I wish to share a personal experience. Last year, on February 17, at around 5 AM, I had an unusual dream. I never had such a dream before or since. I was dreaming about something else, but suddenly the dream was interrupted by bells ringing loudly, like at the end of a class.</w:t>
      </w:r>
    </w:p>
    <w:p>
      <w:r>
        <w:rPr>
          <w:b/>
        </w:rPr>
        <w:t xml:space="preserve">[1:16:07] </w:t>
      </w:r>
      <w:r>
        <w:t>Then I had a sensation of being led through a dark passage into a large hall surrounded by windows, from which a beautiful lawn and flowers could be seen. I could not see the person who was leading me, but I knew he had a book in his hand. I had no choice but to follow him.</w:t>
      </w:r>
    </w:p>
    <w:p>
      <w:pPr>
        <w:jc w:val="right"/>
      </w:pPr>
      <w:r>
        <w:t>Then I had a sensation of being led through a dark passage into a large hall surrounded by windows, from which a beautiful lawn and flowers could be seen. I could not see the person who was leading me, but I knew he had a book in his hand. I had no choice but to follow him.</w:t>
      </w:r>
    </w:p>
    <w:p>
      <w:r>
        <w:rPr>
          <w:b/>
        </w:rPr>
        <w:t xml:space="preserve">[1:16:31] </w:t>
      </w:r>
      <w:r>
        <w:t>Then I heard a loud voice clearly speaking some words of which I could only understand ru and zahur.</w:t>
      </w:r>
    </w:p>
    <w:p>
      <w:pPr>
        <w:jc w:val="right"/>
      </w:pPr>
      <w:r>
        <w:t>Then I heard a loud voice clearly speaking some words of which I could only understand ru and zahur.</w:t>
      </w:r>
    </w:p>
    <w:p>
      <w:r>
        <w:rPr>
          <w:b/>
        </w:rPr>
        <w:t xml:space="preserve">[1:16:37] </w:t>
      </w:r>
      <w:r>
        <w:t>Then twice a translation was repeated in Hindi saying Allah reham dil hai The voice sounded quite similar</w:t>
      </w:r>
    </w:p>
    <w:p>
      <w:pPr>
        <w:jc w:val="right"/>
      </w:pPr>
      <w:r>
        <w:t>Then twice a translation was repeated in Hindi saying اللہ رحم دل ہے The voice sounded quite similar</w:t>
      </w:r>
    </w:p>
    <w:p>
      <w:r>
        <w:rPr>
          <w:b/>
        </w:rPr>
        <w:t xml:space="preserve">[1:16:44] </w:t>
      </w:r>
      <w:r>
        <w:t>to your own.</w:t>
      </w:r>
    </w:p>
    <w:p>
      <w:pPr>
        <w:jc w:val="right"/>
      </w:pPr>
      <w:r>
        <w:t>to your own.</w:t>
      </w:r>
    </w:p>
    <w:p>
      <w:r>
        <w:rPr>
          <w:b/>
        </w:rPr>
        <w:t xml:space="preserve">[1:16:51] </w:t>
      </w:r>
      <w:r>
        <w:t>The dream ended by another sound of ringing bells.</w:t>
      </w:r>
    </w:p>
    <w:p>
      <w:pPr>
        <w:jc w:val="right"/>
      </w:pPr>
      <w:r>
        <w:t>The dream ended by another sound of ringing bells.</w:t>
      </w:r>
    </w:p>
    <w:p>
      <w:r>
        <w:rPr>
          <w:b/>
        </w:rPr>
        <w:t xml:space="preserve">[1:16:58] </w:t>
      </w:r>
      <w:r>
        <w:t>Could you kindly explain this experience?</w:t>
      </w:r>
    </w:p>
    <w:p>
      <w:pPr>
        <w:jc w:val="right"/>
      </w:pPr>
      <w:r>
        <w:t>Could you kindly explain this experience?</w:t>
      </w:r>
    </w:p>
    <w:p>
      <w:r>
        <w:rPr>
          <w:b/>
        </w:rPr>
        <w:t xml:space="preserve">[1:17:05] </w:t>
      </w:r>
      <w:r>
        <w:t>mujhe mere khayal se woh likh ke bhij dein.</w:t>
      </w:r>
    </w:p>
    <w:p>
      <w:pPr>
        <w:jc w:val="right"/>
      </w:pPr>
      <w:r>
        <w:t>مجھے میرے خیال سے وہ لکھ کے بھیج دیں۔</w:t>
      </w:r>
    </w:p>
    <w:p>
      <w:r>
        <w:rPr>
          <w:b/>
        </w:rPr>
        <w:t xml:space="preserve">[1:17:09] </w:t>
      </w:r>
      <w:r>
        <w:t>is par thoda hum sochenge.</w:t>
      </w:r>
    </w:p>
    <w:p>
      <w:pPr>
        <w:jc w:val="right"/>
      </w:pPr>
      <w:r>
        <w:t>اس پر تھوڑا ہم سوچیں گے۔</w:t>
      </w:r>
    </w:p>
    <w:p>
      <w:r>
        <w:rPr>
          <w:b/>
        </w:rPr>
        <w:t xml:space="preserve">[1:17:14] </w:t>
      </w:r>
      <w:r>
        <w:t>yani yeh bohat lamba dream hai, yani composite dream hai yeh.</w:t>
      </w:r>
    </w:p>
    <w:p>
      <w:pPr>
        <w:jc w:val="right"/>
      </w:pPr>
      <w:r>
        <w:t>یعنی یہ بہت لمبا ڈریم ہے، یعنی کمپوزٹ ڈریم ہے یہ۔</w:t>
      </w:r>
    </w:p>
    <w:p>
      <w:r>
        <w:rPr>
          <w:b/>
        </w:rPr>
        <w:t xml:space="preserve">[1:17:19] </w:t>
      </w:r>
      <w:r>
        <w:t>yeh waisa dream nahi hai, composite dream hai.</w:t>
      </w:r>
    </w:p>
    <w:p>
      <w:pPr>
        <w:jc w:val="right"/>
      </w:pPr>
      <w:r>
        <w:t>یہ ویسا ڈریم نہیں ہے، کمپوزٹ ڈریم ہے۔</w:t>
      </w:r>
    </w:p>
    <w:p>
      <w:r>
        <w:rPr>
          <w:b/>
        </w:rPr>
        <w:t xml:space="preserve">[1:17:24] </w:t>
      </w:r>
      <w:r>
        <w:t>to thoda sochna padega.</w:t>
      </w:r>
    </w:p>
    <w:p>
      <w:pPr>
        <w:jc w:val="right"/>
      </w:pPr>
      <w:r>
        <w:t>تو تھوڑا سوچنا پڑے گا۔</w:t>
      </w:r>
    </w:p>
    <w:p>
      <w:r>
        <w:rPr>
          <w:b/>
        </w:rPr>
        <w:t xml:space="preserve">[1:17:29] </w:t>
      </w:r>
      <w:r>
        <w:t>to aap email se ya post is ko bhej dijiye.</w:t>
      </w:r>
    </w:p>
    <w:p>
      <w:pPr>
        <w:jc w:val="right"/>
      </w:pPr>
      <w:r>
        <w:t>تو آپ ای میل سے یا پوسٹ اس کو بھیج دیجیے۔</w:t>
      </w:r>
    </w:p>
    <w:p>
      <w:r>
        <w:rPr>
          <w:b/>
        </w:rPr>
        <w:t xml:space="preserve">[1:17:34] </w:t>
      </w:r>
      <w:r>
        <w:t>phir inshallah hum is par soch ko batayenge.</w:t>
      </w:r>
    </w:p>
    <w:p>
      <w:pPr>
        <w:jc w:val="right"/>
      </w:pPr>
      <w:r>
        <w:t>پھر انشاء اللہ ہم اس پر سوچ کو بتائیں گے۔</w:t>
      </w:r>
    </w:p>
    <w:p>
      <w:r>
        <w:rPr>
          <w:b/>
        </w:rPr>
        <w:t xml:space="preserve">[1:17:39] </w:t>
      </w:r>
      <w:r>
        <w:t>Maulana, agla sawal hai America se. Dr.</w:t>
      </w:r>
    </w:p>
    <w:p>
      <w:pPr>
        <w:jc w:val="right"/>
      </w:pPr>
      <w:r>
        <w:t>Maulana، اگلا سوال ہے امریکہ سے۔ Dr.</w:t>
      </w:r>
    </w:p>
    <w:p>
      <w:r>
        <w:rPr>
          <w:b/>
        </w:rPr>
        <w:t xml:space="preserve">[1:17:43] </w:t>
      </w:r>
      <w:r>
        <w:t>Irfaan Umar ka.</w:t>
      </w:r>
    </w:p>
    <w:p>
      <w:pPr>
        <w:jc w:val="right"/>
      </w:pPr>
      <w:r>
        <w:t>عرفان عمر کا۔</w:t>
      </w:r>
    </w:p>
    <w:p>
      <w:r>
        <w:rPr>
          <w:b/>
        </w:rPr>
        <w:t xml:space="preserve">[1:17:48] </w:t>
      </w:r>
      <w:r>
        <w:t>unhon ne likha hai: "Maulana sahib, I was listening to a microbiologist on the radio and he mentioned</w:t>
      </w:r>
    </w:p>
    <w:p>
      <w:pPr>
        <w:jc w:val="right"/>
      </w:pPr>
      <w:r>
        <w:t>انہوں نے لکھا ہے: "Maulana صاحب, I was listening to a microbiologist on the radio and he mentioned</w:t>
      </w:r>
    </w:p>
    <w:p>
      <w:r>
        <w:rPr>
          <w:b/>
        </w:rPr>
        <w:t xml:space="preserve">[1:17:53] </w:t>
      </w:r>
      <w:r>
        <w:t>that when a harmful germ or virus enters our body, these so-called antibodies are immediately activated to protect</w:t>
      </w:r>
    </w:p>
    <w:p>
      <w:pPr>
        <w:jc w:val="right"/>
      </w:pPr>
      <w:r>
        <w:t>that when a harmful germ or virus enters our body, these so-called antibodies are immediately activated to protect</w:t>
      </w:r>
    </w:p>
    <w:p>
      <w:r>
        <w:rPr>
          <w:b/>
        </w:rPr>
        <w:t xml:space="preserve">[1:17:58] </w:t>
      </w:r>
      <w:r>
        <w:t>us from the harmful germs.</w:t>
      </w:r>
    </w:p>
    <w:p>
      <w:pPr>
        <w:jc w:val="right"/>
      </w:pPr>
      <w:r>
        <w:t>us from the harmful germs.</w:t>
      </w:r>
    </w:p>
    <w:p>
      <w:r>
        <w:rPr>
          <w:b/>
        </w:rPr>
        <w:t xml:space="preserve">[1:18:03] </w:t>
      </w:r>
      <w:r>
        <w:t>The language the scientist used was very spiritual.</w:t>
      </w:r>
    </w:p>
    <w:p>
      <w:pPr>
        <w:jc w:val="right"/>
      </w:pPr>
      <w:r>
        <w:t>The language the scientist used was very spiritual.</w:t>
      </w:r>
    </w:p>
    <w:p>
      <w:r>
        <w:rPr>
          <w:b/>
        </w:rPr>
        <w:t xml:space="preserve">[1:18:08] </w:t>
      </w:r>
      <w:r>
        <w:t>He said that the antibodies can at once distinguish between self and non-self.</w:t>
      </w:r>
    </w:p>
    <w:p>
      <w:pPr>
        <w:jc w:val="right"/>
      </w:pPr>
      <w:r>
        <w:t>He said that the antibodies can at once distinguish between self and non-self.</w:t>
      </w:r>
    </w:p>
    <w:p>
      <w:r>
        <w:rPr>
          <w:b/>
        </w:rPr>
        <w:t xml:space="preserve">[1:18:13] </w:t>
      </w:r>
      <w:r>
        <w:t>"Bahut achha point hai yeh. Main sochta hoon. Aur mujhe aisa lagta hai ke hamare jitne log CPS mein jude hue hain, un sab mein yeh phenomena dekha ja sakta hai. Aur waqai unke andar koi cheez hai jo unko andar se active bana diya. Main jaata hoon, jaise kal bhi gaya tha. Toh main khud toh kuch nahi karta. Lekin yeh hamare saathi jo hain, Quran ko lekar, in literature ko lekar, deewar-e-akhbaar dakhil ho jaate hain gathering mein aur logon ko pahunchate hain. Khud apne apni zaati spirit se karte hain woh. Is mein hamara koi dakhal nahi. Na is mein koi material interest hai. Har aadmi ka apna job hai, har aadmi ka apna business hai. Koi is mission se usko kuch lena dena nahi hai, materials hain is mein. Lekin har aadmi harkat mein hai. Main sochta hoon is ko yeh cheez explain karti hai jo Dr. Irfan sahib ne kaha ke shayad isi tarah ki koi baat hoti hogi da'wa spirit ki shakal mein jo in logon ko mutharrik kiye hue ho.</w:t>
      </w:r>
    </w:p>
    <w:p>
      <w:pPr>
        <w:jc w:val="right"/>
      </w:pPr>
      <w:r>
        <w:t>In effect, between right and wrong. There is no confusion in their mind. Maulana صاحب, my question is: can we compare these antibodies in our body to a Mormon in our society?</w:t>
      </w:r>
    </w:p>
    <w:p>
      <w:r>
        <w:rPr>
          <w:b/>
        </w:rPr>
        <w:t xml:space="preserve">[1:18:26] </w:t>
      </w:r>
      <w:r>
        <w:t>" bohat acha point hai yeh.</w:t>
      </w:r>
    </w:p>
    <w:p>
      <w:pPr>
        <w:jc w:val="right"/>
      </w:pPr>
      <w:r>
        <w:t>" بہت اچھا پوائنٹ ہے یہ۔</w:t>
      </w:r>
    </w:p>
    <w:p>
      <w:r>
        <w:rPr>
          <w:b/>
        </w:rPr>
        <w:t xml:space="preserve">[1:18:30] </w:t>
      </w:r>
      <w:r>
        <w:t>main sochta hoon.</w:t>
      </w:r>
    </w:p>
    <w:p>
      <w:pPr>
        <w:jc w:val="right"/>
      </w:pPr>
      <w:r>
        <w:t>میں سوچتا ہوں۔</w:t>
      </w:r>
    </w:p>
    <w:p>
      <w:r>
        <w:rPr>
          <w:b/>
        </w:rPr>
        <w:t xml:space="preserve">[1:18:35] </w:t>
      </w:r>
      <w:r>
        <w:t>aur mujhe aisa lagta hai ke hamare jitne log CPS mein jude hue hain, un sab</w:t>
      </w:r>
    </w:p>
    <w:p>
      <w:pPr>
        <w:jc w:val="right"/>
      </w:pPr>
      <w:r>
        <w:t>اور مجھے ایسا لگتا ہے کہ ہمارے جتنے لوگ سی پی ایس میں جڑے ہوئے ہیں، ان سب</w:t>
      </w:r>
    </w:p>
    <w:p>
      <w:r>
        <w:rPr>
          <w:b/>
        </w:rPr>
        <w:t xml:space="preserve">[1:18:40] </w:t>
      </w:r>
      <w:r>
        <w:t>mein yeh phenomena dekha ja sakta hai.</w:t>
      </w:r>
    </w:p>
    <w:p>
      <w:pPr>
        <w:jc w:val="right"/>
      </w:pPr>
      <w:r>
        <w:t>میں یہ فینامینا دیکھا جا سکتا ہے۔</w:t>
      </w:r>
    </w:p>
    <w:p>
      <w:r>
        <w:rPr>
          <w:b/>
        </w:rPr>
        <w:t xml:space="preserve">[1:18:45] </w:t>
      </w:r>
      <w:r>
        <w:t>aur waqai un ke andar koi cheez hai jo un ko andar se active bana diya.</w:t>
      </w:r>
    </w:p>
    <w:p>
      <w:pPr>
        <w:jc w:val="right"/>
      </w:pPr>
      <w:r>
        <w:t>اور واقعی ان کے اندر کوئی چیز ہے جو ان کو اندر سے ایکٹیو بنا دیا۔</w:t>
      </w:r>
    </w:p>
    <w:p>
      <w:r>
        <w:rPr>
          <w:b/>
        </w:rPr>
        <w:t xml:space="preserve">[1:18:49] </w:t>
      </w:r>
      <w:r>
        <w:t>main jata hoon, jaise kal bhi gaya tha.</w:t>
      </w:r>
    </w:p>
    <w:p>
      <w:pPr>
        <w:jc w:val="right"/>
      </w:pPr>
      <w:r>
        <w:t>میں جاتا ہوں، جیسے کل بھی گیا تھا۔</w:t>
      </w:r>
    </w:p>
    <w:p>
      <w:r>
        <w:rPr>
          <w:b/>
        </w:rPr>
        <w:t xml:space="preserve">[1:18:54] </w:t>
      </w:r>
      <w:r>
        <w:t>to mein khud to kuch nahi karta.</w:t>
      </w:r>
    </w:p>
    <w:p>
      <w:pPr>
        <w:jc w:val="right"/>
      </w:pPr>
      <w:r>
        <w:t>تو میں خود تو کچھ نہیں کرتا۔</w:t>
      </w:r>
    </w:p>
    <w:p>
      <w:r>
        <w:rPr>
          <w:b/>
        </w:rPr>
        <w:t xml:space="preserve">[1:18:59] </w:t>
      </w:r>
      <w:r>
        <w:t>lekin yeh hamare saathi jo hain, quran ko le kar, in literature ko le kar, deewar-e-akhbar dakhil</w:t>
      </w:r>
    </w:p>
    <w:p>
      <w:pPr>
        <w:jc w:val="right"/>
      </w:pPr>
      <w:r>
        <w:t>لیکن یہ ہمارے ساتھی جو ہیں، قرآن کو لے کر، ان لٹریچر کو لے کر، دیوارِ اخبار داخل</w:t>
      </w:r>
    </w:p>
    <w:p>
      <w:r>
        <w:rPr>
          <w:b/>
        </w:rPr>
        <w:t xml:space="preserve">[1:19:04] </w:t>
      </w:r>
      <w:r>
        <w:t>ho jate hain gathering mein aur logon ko pohnchate hain.</w:t>
      </w:r>
    </w:p>
    <w:p>
      <w:pPr>
        <w:jc w:val="right"/>
      </w:pPr>
      <w:r>
        <w:t>ہو جاتے ہیں گیدرنگ میں اور لوگوں کو پہنچاتے ہیں۔</w:t>
      </w:r>
    </w:p>
    <w:p>
      <w:r>
        <w:rPr>
          <w:b/>
        </w:rPr>
        <w:t xml:space="preserve">[1:19:08] </w:t>
      </w:r>
      <w:r>
        <w:t>khud apne apni zaati spirit se karte hain woh.</w:t>
      </w:r>
    </w:p>
    <w:p>
      <w:pPr>
        <w:jc w:val="right"/>
      </w:pPr>
      <w:r>
        <w:t>خود اپنے اپنی ذاتی اسپرٹ سے کرتے ہیں وہ۔</w:t>
      </w:r>
    </w:p>
    <w:p>
      <w:r>
        <w:rPr>
          <w:b/>
        </w:rPr>
        <w:t xml:space="preserve">[1:19:13] </w:t>
      </w:r>
      <w:r>
        <w:t>is mein hamara koi dakhal nahi.</w:t>
      </w:r>
    </w:p>
    <w:p>
      <w:pPr>
        <w:jc w:val="right"/>
      </w:pPr>
      <w:r>
        <w:t>اس میں ہمارا کوئی دخل نہیں۔</w:t>
      </w:r>
    </w:p>
    <w:p>
      <w:r>
        <w:rPr>
          <w:b/>
        </w:rPr>
        <w:t xml:space="preserve">[1:19:18] </w:t>
      </w:r>
      <w:r>
        <w:t>na is mein koi material interest hai.</w:t>
      </w:r>
    </w:p>
    <w:p>
      <w:pPr>
        <w:jc w:val="right"/>
      </w:pPr>
      <w:r>
        <w:t>نہ اس میں کوئی مٹیریل انٹرسٹ ہے۔</w:t>
      </w:r>
    </w:p>
    <w:p>
      <w:r>
        <w:rPr>
          <w:b/>
        </w:rPr>
        <w:t xml:space="preserve">[1:19:23] </w:t>
      </w:r>
      <w:r>
        <w:t>har aadmi ka apna job hai, har aadmi ka apna business hai.</w:t>
      </w:r>
    </w:p>
    <w:p>
      <w:pPr>
        <w:jc w:val="right"/>
      </w:pPr>
      <w:r>
        <w:t>ہر آدمی کا اپنا جاب ہے، ہر آدمی کا اپنا بزنس ہے۔</w:t>
      </w:r>
    </w:p>
    <w:p>
      <w:r>
        <w:rPr>
          <w:b/>
        </w:rPr>
        <w:t xml:space="preserve">[1:19:27] </w:t>
      </w:r>
      <w:r>
        <w:t>koi is mission se is ko kuch lena dena nahi hai, materials hain is mein.</w:t>
      </w:r>
    </w:p>
    <w:p>
      <w:pPr>
        <w:jc w:val="right"/>
      </w:pPr>
      <w:r>
        <w:t>کوئی اس مشن سے اس کو کچھ لینا دینا نہیں ہے، مٹیریلز ہیں اس میں۔</w:t>
      </w:r>
    </w:p>
    <w:p>
      <w:r>
        <w:rPr>
          <w:b/>
        </w:rPr>
        <w:t xml:space="preserve">[1:19:32] </w:t>
      </w:r>
      <w:r>
        <w:t>lekin har aadmi harkat mein hai.</w:t>
      </w:r>
    </w:p>
    <w:p>
      <w:pPr>
        <w:jc w:val="right"/>
      </w:pPr>
      <w:r>
        <w:t>لیکن ہر آدمی حرکت میں ہے۔</w:t>
      </w:r>
    </w:p>
    <w:p>
      <w:r>
        <w:rPr>
          <w:b/>
        </w:rPr>
        <w:t xml:space="preserve">[1:19:37] </w:t>
      </w:r>
      <w:r>
        <w:t>mein sochta hoon is ko yeh cheez explain karti hai jo Dr.</w:t>
      </w:r>
    </w:p>
    <w:p>
      <w:pPr>
        <w:jc w:val="right"/>
      </w:pPr>
      <w:r>
        <w:t>میں سوچتا ہوں اس کو یہ چیز ایکسپلین کرتی ہے جو Dr.</w:t>
      </w:r>
    </w:p>
    <w:p>
      <w:r>
        <w:rPr>
          <w:b/>
        </w:rPr>
        <w:t xml:space="preserve">[1:19:42] </w:t>
      </w:r>
      <w:r>
        <w:t>irfan sahib ne kaha ke shayad isi tarah ki koi baat hoti hogi daawa spirit ki shakal mein</w:t>
      </w:r>
    </w:p>
    <w:p>
      <w:pPr>
        <w:jc w:val="right"/>
      </w:pPr>
      <w:r>
        <w:t>عرفان صاحب نے کہا کہ شاید اسی طرح کی کوئی بات ہوتی ہوگی دعویٰ اسپرٹ کی شکل میں</w:t>
      </w:r>
    </w:p>
    <w:p>
      <w:r>
        <w:rPr>
          <w:b/>
        </w:rPr>
        <w:t xml:space="preserve">[1:19:46] </w:t>
      </w:r>
      <w:r>
        <w:t>jo un logon ko mutharrik ki hui ho.</w:t>
      </w:r>
    </w:p>
    <w:p>
      <w:pPr>
        <w:jc w:val="right"/>
      </w:pPr>
      <w:r>
        <w:t>جو ان لوگوں کو متحرک کی ہوئی ہو۔</w:t>
      </w:r>
    </w:p>
    <w:p>
      <w:r>
        <w:rPr>
          <w:b/>
        </w:rPr>
        <w:t xml:space="preserve">[1:19:51] </w:t>
      </w:r>
      <w:r>
        <w:t>Maulana, agla sawal hai Tamil Nadu se. Mr.</w:t>
      </w:r>
    </w:p>
    <w:p>
      <w:pPr>
        <w:jc w:val="right"/>
      </w:pPr>
      <w:r>
        <w:t>Maulana، اگلا سوال ہے تمل ناڈو سے۔ Mr.</w:t>
      </w:r>
    </w:p>
    <w:p>
      <w:r>
        <w:rPr>
          <w:b/>
        </w:rPr>
        <w:t xml:space="preserve">[1:19:56] </w:t>
      </w:r>
      <w:r>
        <w:t>Hafiz, Maulana Hafiz Iqbal sahib ka.</w:t>
      </w:r>
    </w:p>
    <w:p>
      <w:pPr>
        <w:jc w:val="right"/>
      </w:pPr>
      <w:r>
        <w:t>حافظ، Maulana حافظ اقبال صاحب کا۔</w:t>
      </w:r>
    </w:p>
    <w:p>
      <w:r>
        <w:rPr>
          <w:b/>
        </w:rPr>
        <w:t xml:space="preserve">[1:20:01] </w:t>
      </w:r>
      <w:r>
        <w:t>unhon ne aap se poocha hai ke kya evolution theory par aap ki koi kitaab hai? dekhein, mere</w:t>
      </w:r>
    </w:p>
    <w:p>
      <w:pPr>
        <w:jc w:val="right"/>
      </w:pPr>
      <w:r>
        <w:t>انہوں نے آپ سے پوچھا ہے کہ کیا ایولوشن تھیوری پر آپ کی کوئی کتاب ہے؟ دیکھیں، میرے</w:t>
      </w:r>
    </w:p>
    <w:p>
      <w:r>
        <w:rPr>
          <w:b/>
        </w:rPr>
        <w:t xml:space="preserve">[1:20:06] </w:t>
      </w:r>
      <w:r>
        <w:t>articles bohat sare hain.</w:t>
      </w:r>
    </w:p>
    <w:p>
      <w:pPr>
        <w:jc w:val="right"/>
      </w:pPr>
      <w:r>
        <w:t>آرٹیکل بہت سارے ہیں۔</w:t>
      </w:r>
    </w:p>
    <w:p>
      <w:r>
        <w:rPr>
          <w:b/>
        </w:rPr>
        <w:t xml:space="preserve">[1:20:10] </w:t>
      </w:r>
      <w:r>
        <w:t>shayad kaise, ek darjan articles to honge ghaliban. ji? ji.</w:t>
      </w:r>
    </w:p>
    <w:p>
      <w:pPr>
        <w:jc w:val="right"/>
      </w:pPr>
      <w:r>
        <w:t>شاید کیسے، ایک درجن آرٹیکل تو ہوں گے غالباً۔ جی؟ جی۔</w:t>
      </w:r>
    </w:p>
    <w:p>
      <w:r>
        <w:rPr>
          <w:b/>
        </w:rPr>
        <w:t xml:space="preserve">[1:20:15] </w:t>
      </w:r>
      <w:r>
        <w:t>aur abhi hum soch rahe hain ke woh sab ko ikattha kar ke ek chhapen, un ko compile</w:t>
      </w:r>
    </w:p>
    <w:p>
      <w:pPr>
        <w:jc w:val="right"/>
      </w:pPr>
      <w:r>
        <w:t>اور ابھی ہم سوچ رہے ہیں کہ وہ سب کو اکٹھا کر کے ایک چھاپیں، ان کو کمپائل</w:t>
      </w:r>
    </w:p>
    <w:p>
      <w:r>
        <w:rPr>
          <w:b/>
        </w:rPr>
        <w:t xml:space="preserve">[1:20:20] </w:t>
      </w:r>
      <w:r>
        <w:t>kar ke, un ka compilation.</w:t>
      </w:r>
    </w:p>
    <w:p>
      <w:pPr>
        <w:jc w:val="right"/>
      </w:pPr>
      <w:r>
        <w:t>کر کے، ان کا کمپائلیشن۔</w:t>
      </w:r>
    </w:p>
    <w:p>
      <w:r>
        <w:rPr>
          <w:b/>
        </w:rPr>
        <w:t xml:space="preserve">[1:20:25] </w:t>
      </w:r>
      <w:r>
        <w:t>to pehle mein bohat likhta tha is par.</w:t>
      </w:r>
    </w:p>
    <w:p>
      <w:pPr>
        <w:jc w:val="right"/>
      </w:pPr>
      <w:r>
        <w:t>تو پہلے میں بہت لکھتا تھا اس پر۔</w:t>
      </w:r>
    </w:p>
    <w:p>
      <w:r>
        <w:rPr>
          <w:b/>
        </w:rPr>
        <w:t xml:space="preserve">[1:20:29] </w:t>
      </w:r>
      <w:r>
        <w:t>mein ne is baqayeda, mein ne is ko bohat baqayeda tor par is ka mutalia kiya hai.</w:t>
      </w:r>
    </w:p>
    <w:p>
      <w:pPr>
        <w:jc w:val="right"/>
      </w:pPr>
      <w:r>
        <w:t>میں نے اس باقاعدہ، میں نے اس کو بہت باقاعدہ طور پر اس کا مطالعہ کیا ہے۔</w:t>
      </w:r>
    </w:p>
    <w:p>
      <w:r>
        <w:rPr>
          <w:b/>
        </w:rPr>
        <w:t xml:space="preserve">[1:20:34] </w:t>
      </w:r>
      <w:r>
        <w:t>aur natural history museum mein ja kar ke is ko samjha hai.</w:t>
      </w:r>
    </w:p>
    <w:p>
      <w:pPr>
        <w:jc w:val="right"/>
      </w:pPr>
      <w:r>
        <w:t>اور نیچرل ہسٹری میوزیم میں جا کر کے اس کو سمجھا ہے۔</w:t>
      </w:r>
    </w:p>
    <w:p>
      <w:r>
        <w:rPr>
          <w:b/>
        </w:rPr>
        <w:t xml:space="preserve">[1:20:39] </w:t>
      </w:r>
      <w:r>
        <w:t>aur is ke experts se baatein bhi ki hain, yeh sab kiya hai mein ne.</w:t>
      </w:r>
    </w:p>
    <w:p>
      <w:pPr>
        <w:jc w:val="right"/>
      </w:pPr>
      <w:r>
        <w:t>اور اس کے ایکسپرٹس سے باتیں بھی کی ہیں، یہ سب کیا ہے میں نے۔</w:t>
      </w:r>
    </w:p>
    <w:p>
      <w:r>
        <w:rPr>
          <w:b/>
        </w:rPr>
        <w:t xml:space="preserve">[1:20:44] </w:t>
      </w:r>
      <w:r>
        <w:t>mein jo bohat bol raha hoon, woh ek aap yeh na samjhen ke mein aise hi kar raha</w:t>
      </w:r>
    </w:p>
    <w:p>
      <w:pPr>
        <w:jc w:val="right"/>
      </w:pPr>
      <w:r>
        <w:t>میں جو بہت بول رہا ہوں، وہ ایک آپ یہ نہ سمجھیں کہ میں ایسے ہی کر رہا</w:t>
      </w:r>
    </w:p>
    <w:p>
      <w:r>
        <w:rPr>
          <w:b/>
        </w:rPr>
        <w:t xml:space="preserve">[1:20:48] </w:t>
      </w:r>
      <w:r>
        <w:t>hoon, shairana tor par.</w:t>
      </w:r>
    </w:p>
    <w:p>
      <w:pPr>
        <w:jc w:val="right"/>
      </w:pPr>
      <w:r>
        <w:t>ہوں، شاعرانہ طور پر۔</w:t>
      </w:r>
    </w:p>
    <w:p>
      <w:r>
        <w:rPr>
          <w:b/>
        </w:rPr>
        <w:t xml:space="preserve">[1:20:53] </w:t>
      </w:r>
      <w:r>
        <w:t>baqaida research ki baat mein kar raha hoon.</w:t>
      </w:r>
    </w:p>
    <w:p>
      <w:pPr>
        <w:jc w:val="right"/>
      </w:pPr>
      <w:r>
        <w:t>باقاعدہ ریسرچ کی بات میں کر رہا ہوں۔</w:t>
      </w:r>
    </w:p>
    <w:p>
      <w:r>
        <w:rPr>
          <w:b/>
        </w:rPr>
        <w:t xml:space="preserve">[1:20:58] </w:t>
      </w:r>
      <w:r>
        <w:t>aur bilashubah yeh mein manta hoon ke evolution theory sirf aik aik is ka woh hargiz hargiz koi</w:t>
      </w:r>
    </w:p>
    <w:p>
      <w:pPr>
        <w:jc w:val="right"/>
      </w:pPr>
      <w:r>
        <w:t>اور بلاشبہ یہ میں مانتا ہوں کہ ایولوشن تھیوری صرف ایک ایک اس کا وہ ہرگز ہرگز کوئی</w:t>
      </w:r>
    </w:p>
    <w:p>
      <w:r>
        <w:rPr>
          <w:b/>
        </w:rPr>
        <w:t xml:space="preserve">[1:21:03] </w:t>
      </w:r>
      <w:r>
        <w:t>proofd theory nahi hai, koi scientific theory nahi hai.</w:t>
      </w:r>
    </w:p>
    <w:p>
      <w:pPr>
        <w:jc w:val="right"/>
      </w:pPr>
      <w:r>
        <w:t>پروفڈ تھیوری نہیں ہے، کوئی سائنٹیفک تھیوری نہیں ہے۔</w:t>
      </w:r>
    </w:p>
    <w:p>
      <w:r>
        <w:rPr>
          <w:b/>
        </w:rPr>
        <w:t xml:space="preserve">[1:21:07] </w:t>
      </w:r>
      <w:r>
        <w:t>woh chunchay logon ko moqa mil jata hai ke apne ko haiwan ki tarah dunya mein rehna chahte</w:t>
      </w:r>
    </w:p>
    <w:p>
      <w:pPr>
        <w:jc w:val="right"/>
      </w:pPr>
      <w:r>
        <w:t>وہ چونکہ لوگوں کو موقع مل جاتا ہے کہ اپنے کو حیوان کی طرح دنیا میں رہنا چاہتے</w:t>
      </w:r>
    </w:p>
    <w:p>
      <w:r>
        <w:rPr>
          <w:b/>
        </w:rPr>
        <w:t xml:space="preserve">[1:21:12] </w:t>
      </w:r>
      <w:r>
        <w:t>hain, to is ne aik justification de diya.</w:t>
      </w:r>
    </w:p>
    <w:p>
      <w:pPr>
        <w:jc w:val="right"/>
      </w:pPr>
      <w:r>
        <w:t>ہیں، تو اس نے ایک جسٹیفیکیشن دے دیا۔</w:t>
      </w:r>
    </w:p>
    <w:p>
      <w:r>
        <w:rPr>
          <w:b/>
        </w:rPr>
        <w:t xml:space="preserve">[1:21:17] </w:t>
      </w:r>
      <w:r>
        <w:t>warna aisi koi haqeeqat nahi hai.</w:t>
      </w:r>
    </w:p>
    <w:p>
      <w:pPr>
        <w:jc w:val="right"/>
      </w:pPr>
      <w:r>
        <w:t>ورنہ ایسی کوئی حقیقت نہیں ہے۔</w:t>
      </w:r>
    </w:p>
    <w:p>
      <w:r>
        <w:rPr>
          <w:b/>
        </w:rPr>
        <w:t xml:space="preserve">[1:21:22] </w:t>
      </w:r>
      <w:r>
        <w:t>to inshallah hum woh mazameen jo hain, jo hum likhte rahe hain is se pehle, is ko</w:t>
      </w:r>
    </w:p>
    <w:p>
      <w:pPr>
        <w:jc w:val="right"/>
      </w:pPr>
      <w:r>
        <w:t>تو انشاء اللہ ہم وہ مضامین جو ہیں، جو ہم لکھتے رہے ہیں اس سے پہلے، اس کو</w:t>
      </w:r>
    </w:p>
    <w:p>
      <w:r>
        <w:rPr>
          <w:b/>
        </w:rPr>
        <w:t xml:space="preserve">[1:21:27] </w:t>
      </w:r>
      <w:r>
        <w:t>compile kar ke chhapen ge. inshallah.</w:t>
      </w:r>
    </w:p>
    <w:p>
      <w:pPr>
        <w:jc w:val="right"/>
      </w:pPr>
      <w:r>
        <w:t>کمپائل کر کے چھاپیں گے۔ انشاء اللہ۔</w:t>
      </w:r>
    </w:p>
    <w:p>
      <w:r>
        <w:rPr>
          <w:b/>
        </w:rPr>
        <w:t xml:space="preserve">[1:21:31] </w:t>
      </w:r>
      <w:r>
        <w:t>Maulana, un ka aik aur sawal hai.</w:t>
      </w:r>
    </w:p>
    <w:p>
      <w:pPr>
        <w:jc w:val="right"/>
      </w:pPr>
      <w:r>
        <w:t>Maulana، ان کا ایک اور سوال ہے۔</w:t>
      </w:r>
    </w:p>
    <w:p>
      <w:r>
        <w:rPr>
          <w:b/>
        </w:rPr>
        <w:t xml:space="preserve">[1:21:36] </w:t>
      </w:r>
      <w:r>
        <w:t>unhon ne poocha hai ke kya rediscory ko hi tajdeed kehte hain? kya sawal hai? kya re</w:t>
      </w:r>
    </w:p>
    <w:p>
      <w:pPr>
        <w:jc w:val="right"/>
      </w:pPr>
      <w:r>
        <w:t>انہوں نے پوچھا ہے کہ کیا ری ڈسکوری کو ہی تجدید کہتے ہیں؟ کیا سوال ہے؟ کیا ری</w:t>
      </w:r>
    </w:p>
    <w:p>
      <w:r>
        <w:rPr>
          <w:b/>
        </w:rPr>
        <w:t xml:space="preserve">[1:21:41] </w:t>
      </w:r>
      <w:r>
        <w:t>discovery ko hi tajdeed kehte hain? rediscory? ji, rediscory.</w:t>
      </w:r>
    </w:p>
    <w:p>
      <w:pPr>
        <w:jc w:val="right"/>
      </w:pPr>
      <w:r>
        <w:t>ڈسکوری کو ہی تجدید کہتے ہیں؟ ری ڈسکوری؟ جی، ری ڈسکوری۔</w:t>
      </w:r>
    </w:p>
    <w:p>
      <w:r>
        <w:rPr>
          <w:b/>
        </w:rPr>
        <w:t xml:space="preserve">[1:21:46] </w:t>
      </w:r>
      <w:r>
        <w:t>dekhen, rediscory ka lafz bolta hoon mein in logon ke liye jo apne ko musalman kehte hain.</w:t>
      </w:r>
    </w:p>
    <w:p>
      <w:pPr>
        <w:jc w:val="right"/>
      </w:pPr>
      <w:r>
        <w:t>دیکھیں، ری ڈسکوری کا لفظ بولتا ہوں میں ان لوگوں کے لیے جو اپنے کو مسلمان کہتے ہیں۔</w:t>
      </w:r>
    </w:p>
    <w:p>
      <w:r>
        <w:rPr>
          <w:b/>
        </w:rPr>
        <w:t xml:space="preserve">[1:21:50] </w:t>
      </w:r>
      <w:r>
        <w:t>aur jo apne ko musalman nahi kehte, to jo islam se bahar hain, to woh un ke liye</w:t>
      </w:r>
    </w:p>
    <w:p>
      <w:pPr>
        <w:jc w:val="right"/>
      </w:pPr>
      <w:r>
        <w:t>اور جو اپنے کو مسلمان نہیں کہتے، تو جو اسلام سے باہر ہیں، تو وہ ان کے لیے</w:t>
      </w:r>
    </w:p>
    <w:p>
      <w:r>
        <w:rPr>
          <w:b/>
        </w:rPr>
        <w:t xml:space="preserve">[1:21:55] </w:t>
      </w:r>
      <w:r>
        <w:t>mein kehta hoon ke un ke liye islam discovery hoga agar woh samjhen ge islam ko to.</w:t>
      </w:r>
    </w:p>
    <w:p>
      <w:pPr>
        <w:jc w:val="right"/>
      </w:pPr>
      <w:r>
        <w:t>میں کہتا ہوں کہ ان کے لیے اسلام ڈسکوری ہوگا اگر وہ سمجھیں گے اسلام کو تو۔</w:t>
      </w:r>
    </w:p>
    <w:p>
      <w:r>
        <w:rPr>
          <w:b/>
        </w:rPr>
        <w:t xml:space="preserve">[1:22:00] </w:t>
      </w:r>
      <w:r>
        <w:t>aur jo apne ko musalman kehte hain, woh agar dobara mutala kar ke samjhen to un ke liye</w:t>
      </w:r>
    </w:p>
    <w:p>
      <w:pPr>
        <w:jc w:val="right"/>
      </w:pPr>
      <w:r>
        <w:t>اور جو اپنے کو مسلمان کہتے ہیں، وہ اگر دوبارہ مطالعہ کر کے سمجھیں تو ان کے لیے</w:t>
      </w:r>
    </w:p>
    <w:p>
      <w:r>
        <w:rPr>
          <w:b/>
        </w:rPr>
        <w:t xml:space="preserve">[1:22:05] </w:t>
      </w:r>
      <w:r>
        <w:t>islam rediscory hoga.</w:t>
      </w:r>
    </w:p>
    <w:p>
      <w:pPr>
        <w:jc w:val="right"/>
      </w:pPr>
      <w:r>
        <w:t>اسلام ری ڈسکوری ہوگا۔</w:t>
      </w:r>
    </w:p>
    <w:p>
      <w:r>
        <w:rPr>
          <w:b/>
        </w:rPr>
        <w:t xml:space="preserve">[1:22:09] </w:t>
      </w:r>
      <w:r>
        <w:t>yeh mein kehta hoon.</w:t>
      </w:r>
    </w:p>
    <w:p>
      <w:pPr>
        <w:jc w:val="right"/>
      </w:pPr>
      <w:r>
        <w:t>یہ میں کہتا ہوں۔</w:t>
      </w:r>
    </w:p>
    <w:p>
      <w:r>
        <w:rPr>
          <w:b/>
        </w:rPr>
        <w:t xml:space="preserve">[1:22:14] </w:t>
      </w:r>
      <w:r>
        <w:t>baqi tajdeed to kehte hain revival ko.</w:t>
      </w:r>
    </w:p>
    <w:p>
      <w:pPr>
        <w:jc w:val="right"/>
      </w:pPr>
      <w:r>
        <w:t>باقی تجدید تو کہتے ہیں ریوائیول کو۔</w:t>
      </w:r>
    </w:p>
    <w:p>
      <w:r>
        <w:rPr>
          <w:b/>
        </w:rPr>
        <w:t xml:space="preserve">[1:22:19] </w:t>
      </w:r>
      <w:r>
        <w:t>yani ahya, kisi cheez ko dobara zinda karna. ji.</w:t>
      </w:r>
    </w:p>
    <w:p>
      <w:pPr>
        <w:jc w:val="right"/>
      </w:pPr>
      <w:r>
        <w:t>یعنی احیاء، کسی چیز کو دوبارہ زندہ کرنا۔ جی۔</w:t>
      </w:r>
    </w:p>
    <w:p>
      <w:r>
        <w:rPr>
          <w:b/>
        </w:rPr>
        <w:t xml:space="preserve">[1:22:24] </w:t>
      </w:r>
      <w:r>
        <w:t>Maulana, agla sawal aaya hai jalgaon se. Mr.</w:t>
      </w:r>
    </w:p>
    <w:p>
      <w:pPr>
        <w:jc w:val="right"/>
      </w:pPr>
      <w:r>
        <w:t>Maulana، اگلا سوال آیا ہے جلگاؤں سے۔ Mr.</w:t>
      </w:r>
    </w:p>
    <w:p>
      <w:r>
        <w:rPr>
          <w:b/>
        </w:rPr>
        <w:t xml:space="preserve">[1:22:28] </w:t>
      </w:r>
      <w:r>
        <w:t>Sheikh Abdul Rafiq sahib ka.</w:t>
      </w:r>
    </w:p>
    <w:p>
      <w:pPr>
        <w:jc w:val="right"/>
      </w:pPr>
      <w:r>
        <w:t>شیخ عبدالرفیق صاحب کا۔</w:t>
      </w:r>
    </w:p>
    <w:p>
      <w:r>
        <w:rPr>
          <w:b/>
        </w:rPr>
        <w:t xml:space="preserve">[1:22:33] </w:t>
      </w:r>
      <w:r>
        <w:t>unhon ne aap se poocha hai ke kya donation of blood eye and kidney is it permissible in</w:t>
      </w:r>
    </w:p>
    <w:p>
      <w:pPr>
        <w:jc w:val="right"/>
      </w:pPr>
      <w:r>
        <w:t>انہوں نے آپ سے پوچھا ہے کہ کیا ڈونیشن آف بلڈ آئی اور کڈنی is it permissible in</w:t>
      </w:r>
    </w:p>
    <w:p>
      <w:r>
        <w:rPr>
          <w:b/>
        </w:rPr>
        <w:t xml:space="preserve">[1:22:38] </w:t>
      </w:r>
      <w:r>
        <w:t>Islam? bilkul permissible hai.</w:t>
      </w:r>
    </w:p>
    <w:p>
      <w:pPr>
        <w:jc w:val="right"/>
      </w:pPr>
      <w:r>
        <w:t>Islam؟ بالکل permissible ہے۔</w:t>
      </w:r>
    </w:p>
    <w:p>
      <w:r>
        <w:rPr>
          <w:b/>
        </w:rPr>
        <w:t xml:space="preserve">[1:22:43] </w:t>
      </w:r>
      <w:r>
        <w:t>is mein koi sawal hi nahi ke is mein permissible na ho.</w:t>
      </w:r>
    </w:p>
    <w:p>
      <w:pPr>
        <w:jc w:val="right"/>
      </w:pPr>
      <w:r>
        <w:t>اس میں کوئی سوال ہی نہیں کہ اس میں permissible نہ ہو۔</w:t>
      </w:r>
    </w:p>
    <w:p>
      <w:r>
        <w:rPr>
          <w:b/>
        </w:rPr>
        <w:t xml:space="preserve">[1:22:47] </w:t>
      </w:r>
      <w:r>
        <w:t>jo log fatwa dete hain woh kuch jante hi nahi bilkul.</w:t>
      </w:r>
    </w:p>
    <w:p>
      <w:pPr>
        <w:jc w:val="right"/>
      </w:pPr>
      <w:r>
        <w:t>جو لوگ فتویٰ دیتے ہیں وہ کچھ جانتے ہی نہیں بالکل۔</w:t>
      </w:r>
    </w:p>
    <w:p>
      <w:r>
        <w:rPr>
          <w:b/>
        </w:rPr>
        <w:t xml:space="preserve">[1:22:52] </w:t>
      </w:r>
      <w:r>
        <w:t>aksar fatwe be khabari ke fatwe hote hain in sab mamlaat mein.</w:t>
      </w:r>
    </w:p>
    <w:p>
      <w:pPr>
        <w:jc w:val="right"/>
      </w:pPr>
      <w:r>
        <w:t>اکثر فتوے بے خبری کے فتوے ہوتے ہیں ان سب معاملات میں۔</w:t>
      </w:r>
    </w:p>
    <w:p>
      <w:r>
        <w:rPr>
          <w:b/>
        </w:rPr>
        <w:t xml:space="preserve">[1:22:57] </w:t>
      </w:r>
      <w:r>
        <w:t>jante kuch nahi, fatwa dete hain khwamkhwah.</w:t>
      </w:r>
    </w:p>
    <w:p>
      <w:pPr>
        <w:jc w:val="right"/>
      </w:pPr>
      <w:r>
        <w:t>جانتے کچھ نہیں، فتویٰ دیتے ہیں خوامخواہ۔</w:t>
      </w:r>
    </w:p>
    <w:p>
      <w:r>
        <w:rPr>
          <w:b/>
        </w:rPr>
        <w:t xml:space="preserve">[1:23:02] </w:t>
      </w:r>
      <w:r>
        <w:t>is mein koi bhi harj nahi, koi bhi khilaf Islam nahi.</w:t>
      </w:r>
    </w:p>
    <w:p>
      <w:pPr>
        <w:jc w:val="right"/>
      </w:pPr>
      <w:r>
        <w:t>اس میں کوئی بھی حرج نہیں، کوئی بھی خلاف اسلام نہیں۔</w:t>
      </w:r>
    </w:p>
    <w:p>
      <w:r>
        <w:rPr>
          <w:b/>
        </w:rPr>
        <w:t xml:space="preserve">[1:23:07] </w:t>
      </w:r>
      <w:r>
        <w:t>kuch bhi nahi.</w:t>
      </w:r>
    </w:p>
    <w:p>
      <w:pPr>
        <w:jc w:val="right"/>
      </w:pPr>
      <w:r>
        <w:t>کچھ بھی نہیں۔</w:t>
      </w:r>
    </w:p>
    <w:p>
      <w:r>
        <w:rPr>
          <w:b/>
        </w:rPr>
        <w:t xml:space="preserve">[1:23:11] </w:t>
      </w:r>
      <w:r>
        <w:t>yeh log jo hain, misaal ke taur par mein ek sahib se baat hui meri, ek jo unhon</w:t>
      </w:r>
    </w:p>
    <w:p>
      <w:pPr>
        <w:jc w:val="right"/>
      </w:pPr>
      <w:r>
        <w:t>یہ لوگ جو ہیں، مثال کے طور پر میں ایک صاحب سے بات ہوئی میری، ایک جو انہوں</w:t>
      </w:r>
    </w:p>
    <w:p>
      <w:r>
        <w:rPr>
          <w:b/>
        </w:rPr>
        <w:t xml:space="preserve">[1:23:16] </w:t>
      </w:r>
      <w:r>
        <w:t>ne fatwa de rakha tha ke aankh ka doodh nikalna haram hai.</w:t>
      </w:r>
    </w:p>
    <w:p>
      <w:pPr>
        <w:jc w:val="right"/>
      </w:pPr>
      <w:r>
        <w:t>نے فتویٰ دے رکھا تھا کہ آنکھ کا دودھ نکالنا حرام ہے۔</w:t>
      </w:r>
    </w:p>
    <w:p>
      <w:r>
        <w:rPr>
          <w:b/>
        </w:rPr>
        <w:t xml:space="preserve">[1:23:21] </w:t>
      </w:r>
      <w:r>
        <w:t>to mein ne kaha kyun haram bhai? to unhon ne kaha ke yeh masla hai.</w:t>
      </w:r>
    </w:p>
    <w:p>
      <w:pPr>
        <w:jc w:val="right"/>
      </w:pPr>
      <w:r>
        <w:t>تو میں نے کہا کیوں حرام بھئی؟ تو انہوں نے کہا کہ یہ مسئلہ ہے۔</w:t>
      </w:r>
    </w:p>
    <w:p>
      <w:r>
        <w:rPr>
          <w:b/>
        </w:rPr>
        <w:t xml:space="preserve">[1:23:26] </w:t>
      </w:r>
      <w:r>
        <w:t>masla kehte hain disfigure karne ko.</w:t>
      </w:r>
    </w:p>
    <w:p>
      <w:pPr>
        <w:jc w:val="right"/>
      </w:pPr>
      <w:r>
        <w:t>مسئلہ کہتے ہیں ڈسفگر کرنے کو۔</w:t>
      </w:r>
    </w:p>
    <w:p>
      <w:r>
        <w:rPr>
          <w:b/>
        </w:rPr>
        <w:t xml:space="preserve">[1:23:30] </w:t>
      </w:r>
      <w:r>
        <w:t>jab kisi baaligh ko marne ke baad aap disfigure kar rahe hain us ko, to us ko kehte hain masla.</w:t>
      </w:r>
    </w:p>
    <w:p>
      <w:pPr>
        <w:jc w:val="right"/>
      </w:pPr>
      <w:r>
        <w:t>جب کسی بالغ کو مرنے کے بعد آپ ڈسفگر کر رہے ہیں اس کو، تو اس کو کہتے ہیں مسئلہ۔</w:t>
      </w:r>
    </w:p>
    <w:p>
      <w:r>
        <w:rPr>
          <w:b/>
        </w:rPr>
        <w:t xml:space="preserve">[1:23:35] </w:t>
      </w:r>
      <w:r>
        <w:t>to mein ne kaha masla aap jante hain kuch bhi nahi, fatwa de dala hai aap ne.</w:t>
      </w:r>
    </w:p>
    <w:p>
      <w:pPr>
        <w:jc w:val="right"/>
      </w:pPr>
      <w:r>
        <w:t>تو میں نے کہا مسئلہ آپ جانتے ہیں کچھ بھی نہیں، فتویٰ دے ڈالا ہے آپ نے۔</w:t>
      </w:r>
    </w:p>
    <w:p>
      <w:r>
        <w:rPr>
          <w:b/>
        </w:rPr>
        <w:t xml:space="preserve">[1:23:40] </w:t>
      </w:r>
      <w:r>
        <w:t>jab aankh se nikala jata hai woh, to plastic ka andar is mein daal diya jata hai, dekhne</w:t>
      </w:r>
    </w:p>
    <w:p>
      <w:pPr>
        <w:jc w:val="right"/>
      </w:pPr>
      <w:r>
        <w:t>جب آنکھ سے نکالا جاتا ہے وہ، تو پلاسٹک کا اندر اس میں ڈال دیا جاتا ہے، دیکھنے</w:t>
      </w:r>
    </w:p>
    <w:p>
      <w:r>
        <w:rPr>
          <w:b/>
        </w:rPr>
        <w:t xml:space="preserve">[1:23:45] </w:t>
      </w:r>
      <w:r>
        <w:t>mein kuch farq nahi lagta ke nikala gaya hai.</w:t>
      </w:r>
    </w:p>
    <w:p>
      <w:pPr>
        <w:jc w:val="right"/>
      </w:pPr>
      <w:r>
        <w:t>میں کچھ فرق نہیں لگتا کہ نکالا گیا ہے۔</w:t>
      </w:r>
    </w:p>
    <w:p>
      <w:r>
        <w:rPr>
          <w:b/>
        </w:rPr>
        <w:t xml:space="preserve">[1:23:49] </w:t>
      </w:r>
      <w:r>
        <w:t>aisa nahi ke woh us ko masla jaisa dikhai de woh.</w:t>
      </w:r>
    </w:p>
    <w:p>
      <w:pPr>
        <w:jc w:val="right"/>
      </w:pPr>
      <w:r>
        <w:t>ایسا نہیں کہ وہ اس کو مسئلہ جیسا دکھائی دے وہ۔</w:t>
      </w:r>
    </w:p>
    <w:p>
      <w:r>
        <w:rPr>
          <w:b/>
        </w:rPr>
        <w:t xml:space="preserve">[1:23:54] </w:t>
      </w:r>
      <w:r>
        <w:t>aisa kuch bhi nahi hai.</w:t>
      </w:r>
    </w:p>
    <w:p>
      <w:pPr>
        <w:jc w:val="right"/>
      </w:pPr>
      <w:r>
        <w:t>ایسا کچھ بھی نہیں ہے۔</w:t>
      </w:r>
    </w:p>
    <w:p>
      <w:r>
        <w:rPr>
          <w:b/>
        </w:rPr>
        <w:t xml:space="preserve">[1:23:59] </w:t>
      </w:r>
      <w:r>
        <w:t>jo doctor nikalta hai woh usi waqt us ke andar plastic bani hui is mein daal deta hai.</w:t>
      </w:r>
    </w:p>
    <w:p>
      <w:pPr>
        <w:jc w:val="right"/>
      </w:pPr>
      <w:r>
        <w:t>جو ڈاکٹر نکالتا ہے وہ اسی وقت اس کے اندر پلاسٹک بنی ہوئی اس میں ڈال دیتا ہے۔</w:t>
      </w:r>
    </w:p>
    <w:p>
      <w:r>
        <w:rPr>
          <w:b/>
        </w:rPr>
        <w:t xml:space="preserve">[1:24:04] </w:t>
      </w:r>
      <w:r>
        <w:t>to dekhne mein kuch bhi nahi hai.</w:t>
      </w:r>
    </w:p>
    <w:p>
      <w:pPr>
        <w:jc w:val="right"/>
      </w:pPr>
      <w:r>
        <w:t>تو دیکھنے میں کچھ بھی نہیں ہے۔</w:t>
      </w:r>
    </w:p>
    <w:p>
      <w:r>
        <w:rPr>
          <w:b/>
        </w:rPr>
        <w:t xml:space="preserve">[1:24:08] </w:t>
      </w:r>
      <w:r>
        <w:t>yeh Musalmanon ke aitbaar se hai.</w:t>
      </w:r>
    </w:p>
    <w:p>
      <w:pPr>
        <w:jc w:val="right"/>
      </w:pPr>
      <w:r>
        <w:t>یہ مسلمانوں کے اعتبار سے ہے۔</w:t>
      </w:r>
    </w:p>
    <w:p>
      <w:r>
        <w:rPr>
          <w:b/>
        </w:rPr>
        <w:t xml:space="preserve">[1:24:13] </w:t>
      </w:r>
      <w:r>
        <w:t>baqi Hindu log to is ko jala dete hain, wahan to koi masla hi nahi hai.</w:t>
      </w:r>
    </w:p>
    <w:p>
      <w:pPr>
        <w:jc w:val="right"/>
      </w:pPr>
      <w:r>
        <w:t>باقی ہندو لوگ تو اس کو جلا دیتے ہیں، وہاں تو کوئی مسئلہ ہی نہیں ہے۔</w:t>
      </w:r>
    </w:p>
    <w:p>
      <w:r>
        <w:rPr>
          <w:b/>
        </w:rPr>
        <w:t xml:space="preserve">[1:24:18] </w:t>
      </w:r>
      <w:r>
        <w:t>beshak jaiz hai.</w:t>
      </w:r>
    </w:p>
    <w:p>
      <w:pPr>
        <w:jc w:val="right"/>
      </w:pPr>
      <w:r>
        <w:t>بلاشبہ جائز ہے۔</w:t>
      </w:r>
    </w:p>
    <w:p>
      <w:r>
        <w:rPr>
          <w:b/>
        </w:rPr>
        <w:t xml:space="preserve">[1:24:23] </w:t>
      </w:r>
      <w:r>
        <w:t>aur yeh mein is ko sadqa e jariya kehta hoon.</w:t>
      </w:r>
    </w:p>
    <w:p>
      <w:pPr>
        <w:jc w:val="right"/>
      </w:pPr>
      <w:r>
        <w:t>اور یہ میں اس کو صدقہ جاریہ کہتا ہوں۔</w:t>
      </w:r>
    </w:p>
    <w:p>
      <w:r>
        <w:rPr>
          <w:b/>
        </w:rPr>
        <w:t xml:space="preserve">[1:24:28] </w:t>
      </w:r>
      <w:r>
        <w:t>sadqa e jariya us ko kehte hain ke aap dunya mein na rahen, aap ka koi amal logon ko</w:t>
      </w:r>
    </w:p>
    <w:p>
      <w:pPr>
        <w:jc w:val="right"/>
      </w:pPr>
      <w:r>
        <w:t>صدقہ جاریہ اس کو کہتے ہیں کہ آپ دنیا میں نہ رہیں، آپ کا کوئی عمل لوگوں کو</w:t>
      </w:r>
    </w:p>
    <w:p>
      <w:r>
        <w:rPr>
          <w:b/>
        </w:rPr>
        <w:t xml:space="preserve">[1:24:32] </w:t>
      </w:r>
      <w:r>
        <w:t>faida pohanchata rahe.</w:t>
      </w:r>
    </w:p>
    <w:p>
      <w:pPr>
        <w:jc w:val="right"/>
      </w:pPr>
      <w:r>
        <w:t>فائدہ پہنچاتا رہے۔</w:t>
      </w:r>
    </w:p>
    <w:p>
      <w:r>
        <w:rPr>
          <w:b/>
        </w:rPr>
        <w:t xml:space="preserve">[1:24:37] </w:t>
      </w:r>
      <w:r>
        <w:t>to pehle zamane mein log kunwan khodte the, talab banate the, us ko samajhte the sadqa e jariya.</w:t>
      </w:r>
    </w:p>
    <w:p>
      <w:pPr>
        <w:jc w:val="right"/>
      </w:pPr>
      <w:r>
        <w:t>تو پہلے زمانے میں لوگ کنواں کھودتے تھے، تالاب بناتے تھے، اس کو سمجھتے تھے صدقہ جاریہ۔</w:t>
      </w:r>
    </w:p>
    <w:p>
      <w:r>
        <w:rPr>
          <w:b/>
        </w:rPr>
        <w:t xml:space="preserve">[1:24:42] </w:t>
      </w:r>
      <w:r>
        <w:t>is zamane mein naye naye item aaye hain, naye naye item sadqa e jariya ke.</w:t>
      </w:r>
    </w:p>
    <w:p>
      <w:pPr>
        <w:jc w:val="right"/>
      </w:pPr>
      <w:r>
        <w:t>اس زمانے میں نئے نئے آئٹم آئے ہیں، نئے نئے آئٹم صدقہ جاریہ کے۔</w:t>
      </w:r>
    </w:p>
    <w:p>
      <w:r>
        <w:rPr>
          <w:b/>
        </w:rPr>
        <w:t xml:space="preserve">[1:24:47] </w:t>
      </w:r>
      <w:r>
        <w:t>is mein se ek yeh bhi hai.</w:t>
      </w:r>
    </w:p>
    <w:p>
      <w:pPr>
        <w:jc w:val="right"/>
      </w:pPr>
      <w:r>
        <w:t>اس میں سے ایک یہ بھی ہے۔</w:t>
      </w:r>
    </w:p>
    <w:p>
      <w:r>
        <w:rPr>
          <w:b/>
        </w:rPr>
        <w:t xml:space="preserve">[1:24:51] </w:t>
      </w:r>
      <w:r>
        <w:t>yani azaa ka donation.</w:t>
      </w:r>
    </w:p>
    <w:p>
      <w:pPr>
        <w:jc w:val="right"/>
      </w:pPr>
      <w:r>
        <w:t>یعنی اعضاء کا ڈونیشن۔</w:t>
      </w:r>
    </w:p>
    <w:p>
      <w:r>
        <w:rPr>
          <w:b/>
        </w:rPr>
        <w:t xml:space="preserve">[1:24:56] </w:t>
      </w:r>
      <w:r>
        <w:t>is mein koi harj nahi hai, bilkul sahi hai.</w:t>
      </w:r>
    </w:p>
    <w:p>
      <w:pPr>
        <w:jc w:val="right"/>
      </w:pPr>
      <w:r>
        <w:t>اس میں کوئی حرج نہیں ہے، بالکل صحیح ہے۔</w:t>
      </w:r>
    </w:p>
    <w:p>
      <w:r>
        <w:rPr>
          <w:b/>
        </w:rPr>
        <w:t xml:space="preserve">[1:25:01] </w:t>
      </w:r>
      <w:r>
        <w:t>Maulana, agla sawal Mr.</w:t>
      </w:r>
    </w:p>
    <w:p>
      <w:pPr>
        <w:jc w:val="right"/>
      </w:pPr>
      <w:r>
        <w:t>Maulana، اگلا سوال Mr.</w:t>
      </w:r>
    </w:p>
    <w:p>
      <w:r>
        <w:rPr>
          <w:b/>
        </w:rPr>
        <w:t xml:space="preserve">[1:25:06] </w:t>
      </w:r>
      <w:r>
        <w:t>Danyal ka hai.</w:t>
      </w:r>
    </w:p>
    <w:p>
      <w:pPr>
        <w:jc w:val="right"/>
      </w:pPr>
      <w:r>
        <w:t>دانیال کا ہے۔</w:t>
      </w:r>
    </w:p>
    <w:p>
      <w:r>
        <w:rPr>
          <w:b/>
        </w:rPr>
        <w:t xml:space="preserve">[1:25:10] </w:t>
      </w:r>
      <w:r>
        <w:t>Patna, Bihar se.</w:t>
      </w:r>
    </w:p>
    <w:p>
      <w:pPr>
        <w:jc w:val="right"/>
      </w:pPr>
      <w:r>
        <w:t>پٹنہ، بہار سے۔</w:t>
      </w:r>
    </w:p>
    <w:p>
      <w:r>
        <w:rPr>
          <w:b/>
        </w:rPr>
        <w:t xml:space="preserve">[1:25:15] </w:t>
      </w:r>
      <w:r>
        <w:t>unhon ne aap se poocha hai ke purposeful life guzarne mein kisi ek ko guru ke taur par</w:t>
      </w:r>
    </w:p>
    <w:p>
      <w:pPr>
        <w:jc w:val="right"/>
      </w:pPr>
      <w:r>
        <w:t>انہوں نے آپ سے پوچھا ہے کہ purposeful life گزارنے میں کسی ایک کو گرو کے طور پر</w:t>
      </w:r>
    </w:p>
    <w:p>
      <w:r>
        <w:rPr>
          <w:b/>
        </w:rPr>
        <w:t xml:space="preserve">[1:25:20] </w:t>
      </w:r>
      <w:r>
        <w:t>manna ki kya ahmiyat hai? Agar aap ko sacha guru mil jaye to zaroor manna chahiye.</w:t>
      </w:r>
    </w:p>
    <w:p>
      <w:pPr>
        <w:jc w:val="right"/>
      </w:pPr>
      <w:r>
        <w:t>ماننا کی کیا اہمیت ہے؟ اگر آپ کو سچا گرو مل جائے تو ضرور ماننا چاہیے۔</w:t>
      </w:r>
    </w:p>
    <w:p>
      <w:r>
        <w:rPr>
          <w:b/>
        </w:rPr>
        <w:t xml:space="preserve">[1:25:25] </w:t>
      </w:r>
      <w:r>
        <w:t>dekhen, nabi ke siwa koi dawah nahi kar sakta ke main guru hoon.</w:t>
      </w:r>
    </w:p>
    <w:p>
      <w:pPr>
        <w:jc w:val="right"/>
      </w:pPr>
      <w:r>
        <w:t>دیکھیں، نبی کے سوا کوئی دعویٰ نہیں کر سکتا کہ میں گرو ہوں۔</w:t>
      </w:r>
    </w:p>
    <w:p>
      <w:r>
        <w:rPr>
          <w:b/>
        </w:rPr>
        <w:t xml:space="preserve">[1:25:29] </w:t>
      </w:r>
      <w:r>
        <w:t>nabi kehta hai ke ana nabi la kazib goya kehta hai ke main tumhara guru hoon.</w:t>
      </w:r>
    </w:p>
    <w:p>
      <w:pPr>
        <w:jc w:val="right"/>
      </w:pPr>
      <w:r>
        <w:t>نبی کہتا ہے کہ أنا نبي لا أكذب گویا کہتا ہے کہ میں تمہارا گرو ہوں۔</w:t>
      </w:r>
    </w:p>
    <w:p>
      <w:r>
        <w:rPr>
          <w:b/>
        </w:rPr>
        <w:t xml:space="preserve">[1:25:34] </w:t>
      </w:r>
      <w:r>
        <w:t>lekin doosre ke liye aap ko khud discover karna parta hai.</w:t>
      </w:r>
    </w:p>
    <w:p>
      <w:pPr>
        <w:jc w:val="right"/>
      </w:pPr>
      <w:r>
        <w:t>لیکن دوسرے کے لیے آپ کو خود ڈسکور کرنا پڑتا ہے۔</w:t>
      </w:r>
    </w:p>
    <w:p>
      <w:r>
        <w:rPr>
          <w:b/>
        </w:rPr>
        <w:t xml:space="preserve">[1:25:39] </w:t>
      </w:r>
      <w:r>
        <w:t>nabi apna kaam shuru karta hai dawah se.</w:t>
      </w:r>
    </w:p>
    <w:p>
      <w:pPr>
        <w:jc w:val="right"/>
      </w:pPr>
      <w:r>
        <w:t>نبی اپنا کام شروع کرتا ہے دعوے سے۔</w:t>
      </w:r>
    </w:p>
    <w:p>
      <w:r>
        <w:rPr>
          <w:b/>
        </w:rPr>
        <w:t xml:space="preserve">[1:25:44] </w:t>
      </w:r>
      <w:r>
        <w:t>ana nabi la kazib dawah se.</w:t>
      </w:r>
    </w:p>
    <w:p>
      <w:pPr>
        <w:jc w:val="right"/>
      </w:pPr>
      <w:r>
        <w:t>أنا نبي لا أكذب دعوے سے۔</w:t>
      </w:r>
    </w:p>
    <w:p>
      <w:r>
        <w:rPr>
          <w:b/>
        </w:rPr>
        <w:t xml:space="preserve">[1:25:48] </w:t>
      </w:r>
      <w:r>
        <w:t>ana nabi la kazib kehta hai woh.</w:t>
      </w:r>
    </w:p>
    <w:p>
      <w:pPr>
        <w:jc w:val="right"/>
      </w:pPr>
      <w:r>
        <w:t>أنا نبي لا أكذب کہتا ہے وہ۔</w:t>
      </w:r>
    </w:p>
    <w:p>
      <w:r>
        <w:rPr>
          <w:b/>
        </w:rPr>
        <w:t xml:space="preserve">[1:25:53] </w:t>
      </w:r>
      <w:r>
        <w:t>lekin doosra insan dawah se apne nahi shuru kar sakta apna kaam.</w:t>
      </w:r>
    </w:p>
    <w:p>
      <w:pPr>
        <w:jc w:val="right"/>
      </w:pPr>
      <w:r>
        <w:t>لیکن دوسرا انسان دعوے سے اپنے نہیں شروع کر سکتا اپنا کام۔</w:t>
      </w:r>
    </w:p>
    <w:p>
      <w:r>
        <w:rPr>
          <w:b/>
        </w:rPr>
        <w:t xml:space="preserve">[1:25:58] </w:t>
      </w:r>
      <w:r>
        <w:t>woh aap ko aap ki zimmedari hai ke aap discover karen us ko.</w:t>
      </w:r>
    </w:p>
    <w:p>
      <w:pPr>
        <w:jc w:val="right"/>
      </w:pPr>
      <w:r>
        <w:t>وہ آپ کو آپ کی ذمہ داری ہے کہ آپ ڈسکور کریں اس کو۔</w:t>
      </w:r>
    </w:p>
    <w:p>
      <w:r>
        <w:rPr>
          <w:b/>
        </w:rPr>
        <w:t xml:space="preserve">[1:26:03] </w:t>
      </w:r>
      <w:r>
        <w:t>aur jab us ko payen ke us ke andar woh sifat hain to aap us ko maan len. Yeh hai.</w:t>
      </w:r>
    </w:p>
    <w:p>
      <w:pPr>
        <w:jc w:val="right"/>
      </w:pPr>
      <w:r>
        <w:t>اور جب اس کو پائیں کہ اس کے اندر وہ صفات ہیں تو آپ اس کو مان لیں۔ یہ ہے۔</w:t>
      </w:r>
    </w:p>
    <w:p>
      <w:r>
        <w:rPr>
          <w:b/>
        </w:rPr>
        <w:t xml:space="preserve">[1:26:08] </w:t>
      </w:r>
      <w:r>
        <w:t>Maulana, un ka ek aur sawal hai.</w:t>
      </w:r>
    </w:p>
    <w:p>
      <w:pPr>
        <w:jc w:val="right"/>
      </w:pPr>
      <w:r>
        <w:t>Maulana، ان کا ایک اور سوال ہے۔</w:t>
      </w:r>
    </w:p>
    <w:p>
      <w:r>
        <w:rPr>
          <w:b/>
        </w:rPr>
        <w:t xml:space="preserve">[1:26:12] </w:t>
      </w:r>
      <w:r>
        <w:t>unhon ne poocha hai ke shakhsiyat parasti aur kisi ek ko apna rehnuma mante hue religious mission ko</w:t>
      </w:r>
    </w:p>
    <w:p>
      <w:pPr>
        <w:jc w:val="right"/>
      </w:pPr>
      <w:r>
        <w:t>انہوں نے پوچھا ہے کہ شخصیت پرستی اور کسی ایک کو اپنا رہنما مانتے ہوئے religious mission کو</w:t>
      </w:r>
    </w:p>
    <w:p>
      <w:r>
        <w:rPr>
          <w:b/>
        </w:rPr>
        <w:t xml:space="preserve">[1:26:17] </w:t>
      </w:r>
      <w:r>
        <w:t>chalane mein kya difference hai? Dekhen, shakhsiyat parasti ek alag cheez hai.</w:t>
      </w:r>
    </w:p>
    <w:p>
      <w:pPr>
        <w:jc w:val="right"/>
      </w:pPr>
      <w:r>
        <w:t>چلانے میں کیا difference ہے؟ دیکھیں، شخصیت پرستی ایک الگ چیز ہے۔</w:t>
      </w:r>
    </w:p>
    <w:p>
      <w:r>
        <w:rPr>
          <w:b/>
        </w:rPr>
        <w:t xml:space="preserve">[1:26:22] </w:t>
      </w:r>
      <w:r>
        <w:t>jisko kehte hain cult of individual ya personality cult, woh ek alag cheez hai.</w:t>
      </w:r>
    </w:p>
    <w:p>
      <w:pPr>
        <w:jc w:val="right"/>
      </w:pPr>
      <w:r>
        <w:t>جس کو کہتے ہیں cult of individual یا personality cult، وہ ایک الگ چیز ہے۔</w:t>
      </w:r>
    </w:p>
    <w:p>
      <w:r>
        <w:rPr>
          <w:b/>
        </w:rPr>
        <w:t xml:space="preserve">[1:26:27] </w:t>
      </w:r>
      <w:r>
        <w:t>aur rehnuma manna ek bilkul different cheez hai.</w:t>
      </w:r>
    </w:p>
    <w:p>
      <w:pPr>
        <w:jc w:val="right"/>
      </w:pPr>
      <w:r>
        <w:t>اور رہنما ماننا ایک بالکل different چیز ہے۔</w:t>
      </w:r>
    </w:p>
    <w:p>
      <w:r>
        <w:rPr>
          <w:b/>
        </w:rPr>
        <w:t xml:space="preserve">[1:26:31] </w:t>
      </w:r>
      <w:r>
        <w:t>bilkul dono alag alag cheezen hain.</w:t>
      </w:r>
    </w:p>
    <w:p>
      <w:pPr>
        <w:jc w:val="right"/>
      </w:pPr>
      <w:r>
        <w:t>بالکل دونوں الگ الگ چیزیں ہیں۔</w:t>
      </w:r>
    </w:p>
    <w:p>
      <w:r>
        <w:rPr>
          <w:b/>
        </w:rPr>
        <w:t xml:space="preserve">[1:26:36] </w:t>
      </w:r>
      <w:r>
        <w:t>is par maine likha hai risale mein, aap parh lijie us ko.</w:t>
      </w:r>
    </w:p>
    <w:p>
      <w:pPr>
        <w:jc w:val="right"/>
      </w:pPr>
      <w:r>
        <w:t>اس پر میں نے لکھا ہے رسالے میں، آپ پڑھ لیجیے اس کو۔</w:t>
      </w:r>
    </w:p>
    <w:p>
      <w:r>
        <w:rPr>
          <w:b/>
        </w:rPr>
        <w:t xml:space="preserve">[1:26:41] </w:t>
      </w:r>
      <w:r>
        <w:t>yeh cheez aa chuki hai.</w:t>
      </w:r>
    </w:p>
    <w:p>
      <w:pPr>
        <w:jc w:val="right"/>
      </w:pPr>
      <w:r>
        <w:t>یہ چیز آ چکی ہے۔</w:t>
      </w:r>
    </w:p>
    <w:p>
      <w:r>
        <w:rPr>
          <w:b/>
        </w:rPr>
        <w:t xml:space="preserve">[1:26:46] </w:t>
      </w:r>
      <w:r>
        <w:t>Maulana, agla sawal Karachi, Pakistan se Mr.</w:t>
      </w:r>
    </w:p>
    <w:p>
      <w:pPr>
        <w:jc w:val="right"/>
      </w:pPr>
      <w:r>
        <w:t>Maulana، اگلا سوال کراچی، پاکستان سے Mr.</w:t>
      </w:r>
    </w:p>
    <w:p>
      <w:r>
        <w:rPr>
          <w:b/>
        </w:rPr>
        <w:t xml:space="preserve">[1:26:50] </w:t>
      </w:r>
      <w:r>
        <w:t>abdul lateef ka hai.</w:t>
      </w:r>
    </w:p>
    <w:p>
      <w:pPr>
        <w:jc w:val="right"/>
      </w:pPr>
      <w:r>
        <w:t>عبداللطیف کا ہے۔</w:t>
      </w:r>
    </w:p>
    <w:p>
      <w:r>
        <w:rPr>
          <w:b/>
        </w:rPr>
        <w:t xml:space="preserve">[1:26:55] </w:t>
      </w:r>
      <w:r>
        <w:t>unhon ne likha hai: "main pore yaqeen ke sath yeh baat keh sakta hoon ke sahi ma'non mein</w:t>
      </w:r>
    </w:p>
    <w:p>
      <w:pPr>
        <w:jc w:val="right"/>
      </w:pPr>
      <w:r>
        <w:t>انہوں نے لکھا ہے: "میں پورے یقین کے ساتھ یہ بات کہہ سکتا ہوں کہ صحیح معنوں میں</w:t>
      </w:r>
    </w:p>
    <w:p>
      <w:r>
        <w:rPr>
          <w:b/>
        </w:rPr>
        <w:t xml:space="preserve">[1:27:00] </w:t>
      </w:r>
      <w:r>
        <w:t>al risala ka qari doosri jismani beemariyon mein to mubtala ho sakta hai, lekin tension ki beemari mein woh</w:t>
      </w:r>
    </w:p>
    <w:p>
      <w:pPr>
        <w:jc w:val="right"/>
      </w:pPr>
      <w:r>
        <w:t>الرسالہ کا قاری دوسری جسمانی بیماریوں میں تو مبتلا ہو سکتا ہے، لیکن tension کی بیماری میں وہ</w:t>
      </w:r>
    </w:p>
    <w:p>
      <w:r>
        <w:rPr>
          <w:b/>
        </w:rPr>
        <w:t xml:space="preserve">[1:27:05] </w:t>
      </w:r>
      <w:r>
        <w:t>kabhi bhi mubtala nahi hoga." Maulana sahib, kya mera yeh tabasra durust hai? Main to samajhta hoon ke</w:t>
      </w:r>
    </w:p>
    <w:p>
      <w:pPr>
        <w:jc w:val="right"/>
      </w:pPr>
      <w:r>
        <w:t>کبھی بھی مبتلا نہیں ہوگا۔" Maulana صاحب، کیا میرا یہ تبصرہ درست ہے؟ میں تو سمجھتا ہوں کہ</w:t>
      </w:r>
    </w:p>
    <w:p>
      <w:r>
        <w:rPr>
          <w:b/>
        </w:rPr>
        <w:t xml:space="preserve">[1:27:09] </w:t>
      </w:r>
      <w:r>
        <w:t>bilkul sahih hai.</w:t>
      </w:r>
    </w:p>
    <w:p>
      <w:pPr>
        <w:jc w:val="right"/>
      </w:pPr>
      <w:r>
        <w:t>بالکل صحیح ہے۔</w:t>
      </w:r>
    </w:p>
    <w:p>
      <w:r>
        <w:rPr>
          <w:b/>
        </w:rPr>
        <w:t xml:space="preserve">[1:27:14] </w:t>
      </w:r>
      <w:r>
        <w:t>is mein koi shaq nahi ke al risala logon ko tension free banata hai.</w:t>
      </w:r>
    </w:p>
    <w:p>
      <w:pPr>
        <w:jc w:val="right"/>
      </w:pPr>
      <w:r>
        <w:t>اس میں کوئی شک نہیں کہ الرسالہ لوگوں کو tension free بناتا ہے۔</w:t>
      </w:r>
    </w:p>
    <w:p>
      <w:r>
        <w:rPr>
          <w:b/>
        </w:rPr>
        <w:t xml:space="preserve">[1:27:19] </w:t>
      </w:r>
      <w:r>
        <w:t>bashart e ke al risala parhein theek se.</w:t>
      </w:r>
    </w:p>
    <w:p>
      <w:pPr>
        <w:jc w:val="right"/>
      </w:pPr>
      <w:r>
        <w:t>بشرطیکہ الرسالہ پڑھیں ٹھیک سے۔</w:t>
      </w:r>
    </w:p>
    <w:p>
      <w:r>
        <w:rPr>
          <w:b/>
        </w:rPr>
        <w:t xml:space="preserve">[1:27:24] </w:t>
      </w:r>
      <w:r>
        <w:t>yani kai log aise hain jo kehte hain ke main al risala ka qari hoon.</w:t>
      </w:r>
    </w:p>
    <w:p>
      <w:pPr>
        <w:jc w:val="right"/>
      </w:pPr>
      <w:r>
        <w:t>یعنی کئی لوگ ایسے ہیں جو کہتے ہیں کہ میں الرسالہ کا قاری ہوں۔</w:t>
      </w:r>
    </w:p>
    <w:p>
      <w:r>
        <w:rPr>
          <w:b/>
        </w:rPr>
        <w:t xml:space="preserve">[1:27:29] </w:t>
      </w:r>
      <w:r>
        <w:t>jab poochta hoon to koi baat nahi bata paate woh.</w:t>
      </w:r>
    </w:p>
    <w:p>
      <w:pPr>
        <w:jc w:val="right"/>
      </w:pPr>
      <w:r>
        <w:t>جب پوچھتا ہوں تو کوئی بات نہیں بتا پاتے وہ۔</w:t>
      </w:r>
    </w:p>
    <w:p>
      <w:r>
        <w:rPr>
          <w:b/>
        </w:rPr>
        <w:t xml:space="preserve">[1:27:33] </w:t>
      </w:r>
      <w:r>
        <w:t>to isi liye maine un ke sath likha tha risale mein ke jis ne al risala ko ek</w:t>
      </w:r>
    </w:p>
    <w:p>
      <w:pPr>
        <w:jc w:val="right"/>
      </w:pPr>
      <w:r>
        <w:t>تو اسی لیے میں نے ان کے ساتھ لکھا تھا رسالے میں کہ جس نے الرسالہ کو ایک</w:t>
      </w:r>
    </w:p>
    <w:p>
      <w:r>
        <w:rPr>
          <w:b/>
        </w:rPr>
        <w:t xml:space="preserve">[1:27:38] </w:t>
      </w:r>
      <w:r>
        <w:t>baar parha us ne nahi parha.</w:t>
      </w:r>
    </w:p>
    <w:p>
      <w:pPr>
        <w:jc w:val="right"/>
      </w:pPr>
      <w:r>
        <w:t>بار پڑھا اس نے نہیں پڑھا۔</w:t>
      </w:r>
    </w:p>
    <w:p>
      <w:r>
        <w:rPr>
          <w:b/>
        </w:rPr>
        <w:t xml:space="preserve">[1:27:43] </w:t>
      </w:r>
      <w:r>
        <w:t>jis ne do baar parha us ne bas parha.</w:t>
      </w:r>
    </w:p>
    <w:p>
      <w:pPr>
        <w:jc w:val="right"/>
      </w:pPr>
      <w:r>
        <w:t>جس نے دو بار پڑھا اس نے بس پڑھا۔</w:t>
      </w:r>
    </w:p>
    <w:p>
      <w:r>
        <w:rPr>
          <w:b/>
        </w:rPr>
        <w:t xml:space="preserve">[1:27:48] </w:t>
      </w:r>
      <w:r>
        <w:t>lekin jis ne kai baar parha us ne sach much parha, us se sach much faida liya us</w:t>
      </w:r>
    </w:p>
    <w:p>
      <w:pPr>
        <w:jc w:val="right"/>
      </w:pPr>
      <w:r>
        <w:t>لیکن جس نے کئی بار پڑھا اس نے سچ مچ پڑھا، اس سے سچ مچ فائدہ لیا اس</w:t>
      </w:r>
    </w:p>
    <w:p>
      <w:r>
        <w:rPr>
          <w:b/>
        </w:rPr>
        <w:t xml:space="preserve">[1:27:52] </w:t>
      </w:r>
      <w:r>
        <w:t>ne us ko.</w:t>
      </w:r>
    </w:p>
    <w:p>
      <w:pPr>
        <w:jc w:val="right"/>
      </w:pPr>
      <w:r>
        <w:t>نے اس کو۔</w:t>
      </w:r>
    </w:p>
    <w:p>
      <w:r>
        <w:rPr>
          <w:b/>
        </w:rPr>
        <w:t xml:space="preserve">[1:27:57] </w:t>
      </w:r>
      <w:r>
        <w:t>to al risala jo baqayda is tarah se parhein ke us se akhaz kar sakein aur us se faida</w:t>
      </w:r>
    </w:p>
    <w:p>
      <w:pPr>
        <w:jc w:val="right"/>
      </w:pPr>
      <w:r>
        <w:t>تو الرسالہ جو باقاعدہ اس طرح سے پڑھیں کہ اس سے اخذ کر سکیں اور اس سے فائدہ</w:t>
      </w:r>
    </w:p>
    <w:p>
      <w:r>
        <w:rPr>
          <w:b/>
        </w:rPr>
        <w:t xml:space="preserve">[1:28:02] </w:t>
      </w:r>
      <w:r>
        <w:t>utha sakein to zaroor al risala mein aise hi item hamesha hua karte hain.</w:t>
      </w:r>
    </w:p>
    <w:p>
      <w:pPr>
        <w:jc w:val="right"/>
      </w:pPr>
      <w:r>
        <w:t>اٹھا سکیں تو ضرور الرسالہ میں ایسے ہی آئٹم ہمیشہ ہوا کرتے ہیں۔</w:t>
      </w:r>
    </w:p>
    <w:p>
      <w:r>
        <w:rPr>
          <w:b/>
        </w:rPr>
        <w:t xml:space="preserve">[1:28:07] </w:t>
      </w:r>
      <w:r>
        <w:t>lekin mushkil yeh hai ke log adabi cheezon ko parhne ke aadi hain, akhbar waghera parhne ke aadi</w:t>
      </w:r>
    </w:p>
    <w:p>
      <w:pPr>
        <w:jc w:val="right"/>
      </w:pPr>
      <w:r>
        <w:t>لیکن مشکل یہ ہے کہ لوگ ادبی چیزوں کو پڑھنے کے عادی ہیں، اخبار وغیرہ پڑھنے کے عادی</w:t>
      </w:r>
    </w:p>
    <w:p>
      <w:r>
        <w:rPr>
          <w:b/>
        </w:rPr>
        <w:t xml:space="preserve">[1:28:11] </w:t>
      </w:r>
      <w:r>
        <w:t>hain to al risala dekha parh liya, rakh diya, samajhte hain ke bas.</w:t>
      </w:r>
    </w:p>
    <w:p>
      <w:pPr>
        <w:jc w:val="right"/>
      </w:pPr>
      <w:r>
        <w:t>ہیں تو الرسالہ دیکھا پڑھ لیا، رکھ دیا، سمجھتے ہیں کہ بس۔</w:t>
      </w:r>
    </w:p>
    <w:p>
      <w:r>
        <w:rPr>
          <w:b/>
        </w:rPr>
        <w:t xml:space="preserve">[1:28:16] </w:t>
      </w:r>
      <w:r>
        <w:t>lekin jo baqayda parhte hain to bilashuba woh tension free ban jate hain.</w:t>
      </w:r>
    </w:p>
    <w:p>
      <w:pPr>
        <w:jc w:val="right"/>
      </w:pPr>
      <w:r>
        <w:t>لیکن جو باقاعدہ پڑھتے ہیں تو بلاشبہ وہ tension free بن جاتے ہیں۔</w:t>
      </w:r>
    </w:p>
    <w:p>
      <w:r>
        <w:rPr>
          <w:b/>
        </w:rPr>
        <w:t xml:space="preserve">[1:28:21] </w:t>
      </w:r>
      <w:r>
        <w:t>jo baqayda parhte hain.</w:t>
      </w:r>
    </w:p>
    <w:p>
      <w:pPr>
        <w:jc w:val="right"/>
      </w:pPr>
      <w:r>
        <w:t>جو باقاعدہ پڑھتے ہیں۔</w:t>
      </w:r>
    </w:p>
    <w:p>
      <w:r>
        <w:rPr>
          <w:b/>
        </w:rPr>
        <w:t xml:space="preserve">[1:28:26] </w:t>
      </w:r>
      <w:r>
        <w:t>Maulana, un ka doosra sawal yeh hai.</w:t>
      </w:r>
    </w:p>
    <w:p>
      <w:pPr>
        <w:jc w:val="right"/>
      </w:pPr>
      <w:r>
        <w:t>Maulana، ان کا دوسرا سوال یہ ہے۔</w:t>
      </w:r>
    </w:p>
    <w:p>
      <w:r>
        <w:rPr>
          <w:b/>
        </w:rPr>
        <w:t xml:space="preserve">[1:28:30] </w:t>
      </w:r>
      <w:r>
        <w:t>unhon ne likha hai: "aaj ka insan apne bachon ki islaah ke liye kya tareeqa apnayein? Kya waldein</w:t>
      </w:r>
    </w:p>
    <w:p>
      <w:pPr>
        <w:jc w:val="right"/>
      </w:pPr>
      <w:r>
        <w:t>انہوں نے لکھا ہے: "آج کا انسان اپنے بچوں کی اصلاح کے لیے کیا طریقہ اپنائیں؟ کیا والدین</w:t>
      </w:r>
    </w:p>
    <w:p>
      <w:r>
        <w:rPr>
          <w:b/>
        </w:rPr>
        <w:t xml:space="preserve">[1:28:35] </w:t>
      </w:r>
      <w:r>
        <w:t>islaah ke liye apne bachon ko maar sakte hain?" Nahi, bachon ko maarna to main bilkul hi galat samajhta hoon.</w:t>
      </w:r>
    </w:p>
    <w:p>
      <w:pPr>
        <w:jc w:val="right"/>
      </w:pPr>
      <w:r>
        <w:t>اصلاح کے لیے اپنے بچوں کو مار سکتے ہیں؟" نہیں، بچوں کو مارنا تو میں بالکل ہی غلط سمجھتا ہوں۔</w:t>
      </w:r>
    </w:p>
    <w:p>
      <w:r>
        <w:rPr>
          <w:b/>
        </w:rPr>
        <w:t xml:space="preserve">[1:28:40] </w:t>
      </w:r>
      <w:r>
        <w:t>yeh hai counter productive, ulta nateeja nikle ga. Hargiz nahi.</w:t>
      </w:r>
    </w:p>
    <w:p>
      <w:pPr>
        <w:jc w:val="right"/>
      </w:pPr>
      <w:r>
        <w:t>یہ ہے counter productive، الٹا نتیجہ نکلے گا۔ ہرگز نہیں۔</w:t>
      </w:r>
    </w:p>
    <w:p>
      <w:r>
        <w:rPr>
          <w:b/>
        </w:rPr>
        <w:t xml:space="preserve">[1:28:45] </w:t>
      </w:r>
      <w:r>
        <w:t>lekin main manta hoon ke bachon ke sab se bade dushman un ke waldein hote hain.</w:t>
      </w:r>
    </w:p>
    <w:p>
      <w:pPr>
        <w:jc w:val="right"/>
      </w:pPr>
      <w:r>
        <w:t>لیکن میں مانتا ہوں کہ بچوں کے سب سے بڑے دشمن ان کے والدین ہوتے ہیں۔</w:t>
      </w:r>
    </w:p>
    <w:p>
      <w:r>
        <w:rPr>
          <w:b/>
        </w:rPr>
        <w:t xml:space="preserve">[1:28:49] </w:t>
      </w:r>
      <w:r>
        <w:t>is zamane mein khaas taur par.</w:t>
      </w:r>
    </w:p>
    <w:p>
      <w:pPr>
        <w:jc w:val="right"/>
      </w:pPr>
      <w:r>
        <w:t>اس زمانے میں خاص طور پر۔</w:t>
      </w:r>
    </w:p>
    <w:p>
      <w:r>
        <w:rPr>
          <w:b/>
        </w:rPr>
        <w:t xml:space="preserve">[1:28:54] </w:t>
      </w:r>
      <w:r>
        <w:t>sab se barhe dushman bachchon ke un ke waldain hain.</w:t>
      </w:r>
    </w:p>
    <w:p>
      <w:pPr>
        <w:jc w:val="right"/>
      </w:pPr>
      <w:r>
        <w:t>سب سے بڑے دشمن بچوں کے ان کے والدین ہیں۔</w:t>
      </w:r>
    </w:p>
    <w:p>
      <w:r>
        <w:rPr>
          <w:b/>
        </w:rPr>
        <w:t xml:space="preserve">[1:28:59] </w:t>
      </w:r>
      <w:r>
        <w:t>kyun? yeh pampering karte hain.</w:t>
      </w:r>
    </w:p>
    <w:p>
      <w:pPr>
        <w:jc w:val="right"/>
      </w:pPr>
      <w:r>
        <w:t>کیوں؟ یہ pampering کرتے ہیں۔</w:t>
      </w:r>
    </w:p>
    <w:p>
      <w:r>
        <w:rPr>
          <w:b/>
        </w:rPr>
        <w:t xml:space="preserve">[1:29:04] </w:t>
      </w:r>
      <w:r>
        <w:t>Pampering, saare maan baap pampering karte hain.</w:t>
      </w:r>
    </w:p>
    <w:p>
      <w:pPr>
        <w:jc w:val="right"/>
      </w:pPr>
      <w:r>
        <w:t>Pampering، سارے ماں باپ pampering کرتے ہیں۔</w:t>
      </w:r>
    </w:p>
    <w:p>
      <w:r>
        <w:rPr>
          <w:b/>
        </w:rPr>
        <w:t xml:space="preserve">[1:29:09] </w:t>
      </w:r>
      <w:r>
        <w:t>mas'ala yeh hai ke kama kama kar kya karenge? Easy money bachchon ko denge.</w:t>
      </w:r>
    </w:p>
    <w:p>
      <w:pPr>
        <w:jc w:val="right"/>
      </w:pPr>
      <w:r>
        <w:t>مسئلہ یہ ہے کہ کما کما کر کیا کریں گے؟ Easy money بچوں کو دیں گے۔</w:t>
      </w:r>
    </w:p>
    <w:p>
      <w:r>
        <w:rPr>
          <w:b/>
        </w:rPr>
        <w:t xml:space="preserve">[1:29:13] </w:t>
      </w:r>
      <w:r>
        <w:t>Easy money jo hai sab se buri cheez hai.</w:t>
      </w:r>
    </w:p>
    <w:p>
      <w:pPr>
        <w:jc w:val="right"/>
      </w:pPr>
      <w:r>
        <w:t>Easy money جو ہے سب سے بری چیز ہے۔</w:t>
      </w:r>
    </w:p>
    <w:p>
      <w:r>
        <w:rPr>
          <w:b/>
        </w:rPr>
        <w:t xml:space="preserve">[1:29:18] </w:t>
      </w:r>
      <w:r>
        <w:t>toh bachchon ki islaah ka aaghaz maan baap ki islaah se hota hai.</w:t>
      </w:r>
    </w:p>
    <w:p>
      <w:pPr>
        <w:jc w:val="right"/>
      </w:pPr>
      <w:r>
        <w:t>تو بچوں کی اصلاح کا آغاز ماں باپ کی اصلاح سے ہوتا ہے۔</w:t>
      </w:r>
    </w:p>
    <w:p>
      <w:r>
        <w:rPr>
          <w:b/>
        </w:rPr>
        <w:t xml:space="preserve">[1:29:23] </w:t>
      </w:r>
      <w:r>
        <w:t>bachcha, jo maan baap bachche ko maarne ka right lena chahte hain, khud apne ko maar rahe hain.</w:t>
      </w:r>
    </w:p>
    <w:p>
      <w:pPr>
        <w:jc w:val="right"/>
      </w:pPr>
      <w:r>
        <w:t>بچہ، جو ماں باپ بچے کو مارنے کا right لینا چاہتے ہیں، خود اپنے کو مار رہے ہیں۔</w:t>
      </w:r>
    </w:p>
    <w:p>
      <w:r>
        <w:rPr>
          <w:b/>
        </w:rPr>
        <w:t xml:space="preserve">[1:29:28] </w:t>
      </w:r>
      <w:r>
        <w:t>bachchon ko maarna chahte hain, khud maarein apne aap ko.</w:t>
      </w:r>
    </w:p>
    <w:p>
      <w:pPr>
        <w:jc w:val="right"/>
      </w:pPr>
      <w:r>
        <w:t>بچوں کو مارنا چاہتے ہیں، خود ماریں اپنے آپ کو۔</w:t>
      </w:r>
    </w:p>
    <w:p>
      <w:r>
        <w:rPr>
          <w:b/>
        </w:rPr>
        <w:t xml:space="preserve">[1:29:32] </w:t>
      </w:r>
      <w:r>
        <w:t>apni pampering ko khatm karen.</w:t>
      </w:r>
    </w:p>
    <w:p>
      <w:pPr>
        <w:jc w:val="right"/>
      </w:pPr>
      <w:r>
        <w:t>اپنی pampering کو ختم کریں۔</w:t>
      </w:r>
    </w:p>
    <w:p>
      <w:r>
        <w:rPr>
          <w:b/>
        </w:rPr>
        <w:t xml:space="preserve">[1:29:37] </w:t>
      </w:r>
      <w:r>
        <w:t>apne jhoote laad pyaar ko khatm karen.</w:t>
      </w:r>
    </w:p>
    <w:p>
      <w:pPr>
        <w:jc w:val="right"/>
      </w:pPr>
      <w:r>
        <w:t>اپنے جھوٹے لاڈ پیار کو ختم کریں۔</w:t>
      </w:r>
    </w:p>
    <w:p>
      <w:r>
        <w:rPr>
          <w:b/>
        </w:rPr>
        <w:t xml:space="preserve">[1:29:42] </w:t>
      </w:r>
      <w:r>
        <w:t>Easy money bachchon ko dena band karen.</w:t>
      </w:r>
    </w:p>
    <w:p>
      <w:pPr>
        <w:jc w:val="right"/>
      </w:pPr>
      <w:r>
        <w:t>Easy money بچوں کو دینا بند کریں۔</w:t>
      </w:r>
    </w:p>
    <w:p>
      <w:r>
        <w:rPr>
          <w:b/>
        </w:rPr>
        <w:t xml:space="preserve">[1:29:47] </w:t>
      </w:r>
      <w:r>
        <w:t>yaani bachchon ko maan baap hi hain jo sab se zyada yaani bigaadte hain.</w:t>
      </w:r>
    </w:p>
    <w:p>
      <w:pPr>
        <w:jc w:val="right"/>
      </w:pPr>
      <w:r>
        <w:t>یعنی بچوں کو ماں باپ ہی ہیں جو سب سے زیادہ یعنی بگاڑتے ہیں۔</w:t>
      </w:r>
    </w:p>
    <w:p>
      <w:r>
        <w:rPr>
          <w:b/>
        </w:rPr>
        <w:t xml:space="preserve">[1:29:51] </w:t>
      </w:r>
      <w:r>
        <w:t>aur sab se bara bigaad kya hai? dekhiye, maan baap ghar mein jo jo mohabbat ka jo mayar</w:t>
      </w:r>
    </w:p>
    <w:p>
      <w:pPr>
        <w:jc w:val="right"/>
      </w:pPr>
      <w:r>
        <w:t>اور سب سے بڑا بگاڑ کیا ہے؟ دیکھیے، ماں باپ گھر میں جو جو محبت کا جو معیار</w:t>
      </w:r>
    </w:p>
    <w:p>
      <w:r>
        <w:rPr>
          <w:b/>
        </w:rPr>
        <w:t xml:space="preserve">[1:29:56] </w:t>
      </w:r>
      <w:r>
        <w:t>hai, woh ghalat mayar is ke dil mein daalte hain.</w:t>
      </w:r>
    </w:p>
    <w:p>
      <w:pPr>
        <w:jc w:val="right"/>
      </w:pPr>
      <w:r>
        <w:t>ہے، وہ غلط معیار اس کے دل میں ڈالتے ہیں۔</w:t>
      </w:r>
    </w:p>
    <w:p>
      <w:r>
        <w:rPr>
          <w:b/>
        </w:rPr>
        <w:t xml:space="preserve">[1:30:01] </w:t>
      </w:r>
      <w:r>
        <w:t>maan baap, bachcha jab ghar mein hota hai toh kya hota hai? munh se nikla aur cheez tayyar.</w:t>
      </w:r>
    </w:p>
    <w:p>
      <w:pPr>
        <w:jc w:val="right"/>
      </w:pPr>
      <w:r>
        <w:t>ماں باپ، بچہ جب گھر میں ہوتا ہے تو کیا ہوتا ہے؟ منہ سے نکلا اور چیز تیار۔</w:t>
      </w:r>
    </w:p>
    <w:p>
      <w:r>
        <w:rPr>
          <w:b/>
        </w:rPr>
        <w:t xml:space="preserve">[1:30:06] </w:t>
      </w:r>
      <w:r>
        <w:t>munh se bol diya bas, is ko cheez mil gayi.</w:t>
      </w:r>
    </w:p>
    <w:p>
      <w:pPr>
        <w:jc w:val="right"/>
      </w:pPr>
      <w:r>
        <w:t>منہ سے بول دیا بس، اس کو چیز مل گئی۔</w:t>
      </w:r>
    </w:p>
    <w:p>
      <w:r>
        <w:rPr>
          <w:b/>
        </w:rPr>
        <w:t xml:space="preserve">[1:30:10] </w:t>
      </w:r>
      <w:r>
        <w:t>achha, jab bahar nikalta hai woh toh lagta hai ke wahan pe toh kuch nahi, koi dene wala</w:t>
      </w:r>
    </w:p>
    <w:p>
      <w:pPr>
        <w:jc w:val="right"/>
      </w:pPr>
      <w:r>
        <w:t>اچھا، جب باہر نکلتا ہے وہ تو لگتا ہے کہ وہاں پہ تو کچھ نہیں، کوئی دینے والا</w:t>
      </w:r>
    </w:p>
    <w:p>
      <w:r>
        <w:rPr>
          <w:b/>
        </w:rPr>
        <w:t xml:space="preserve">[1:30:15] </w:t>
      </w:r>
      <w:r>
        <w:t>nahi is ko.</w:t>
      </w:r>
    </w:p>
    <w:p>
      <w:pPr>
        <w:jc w:val="right"/>
      </w:pPr>
      <w:r>
        <w:t>نہیں اس کو۔</w:t>
      </w:r>
    </w:p>
    <w:p>
      <w:r>
        <w:rPr>
          <w:b/>
        </w:rPr>
        <w:t xml:space="preserve">[1:30:20] </w:t>
      </w:r>
      <w:r>
        <w:t>mehnat karo toh power nahi, toh kuch nahi milega tum ko.</w:t>
      </w:r>
    </w:p>
    <w:p>
      <w:pPr>
        <w:jc w:val="right"/>
      </w:pPr>
      <w:r>
        <w:t>محنت کرو تو پاور نہیں، تو کچھ نہیں ملے گا تم کو۔</w:t>
      </w:r>
    </w:p>
    <w:p>
      <w:r>
        <w:rPr>
          <w:b/>
        </w:rPr>
        <w:t xml:space="preserve">[1:30:25] </w:t>
      </w:r>
      <w:r>
        <w:t>toh saare insaan ko dushman samajh leta hai woh.</w:t>
      </w:r>
    </w:p>
    <w:p>
      <w:pPr>
        <w:jc w:val="right"/>
      </w:pPr>
      <w:r>
        <w:t>تو سارے انسان کو دشمن سمجھ لیتا ہے وہ۔</w:t>
      </w:r>
    </w:p>
    <w:p>
      <w:r>
        <w:rPr>
          <w:b/>
        </w:rPr>
        <w:t xml:space="preserve">[1:30:30] </w:t>
      </w:r>
      <w:r>
        <w:t>bas samajhta hai ke bas meri maan, mere baap, aur kisi se koi mohabbat nahi is ko hoti.</w:t>
      </w:r>
    </w:p>
    <w:p>
      <w:pPr>
        <w:jc w:val="right"/>
      </w:pPr>
      <w:r>
        <w:t>بس سمجھتا ہے کہ بس میری ماں، میرے باپ، اور کسی سے کوئی محبت نہیں اس کو ہوتی۔</w:t>
      </w:r>
    </w:p>
    <w:p>
      <w:r>
        <w:rPr>
          <w:b/>
        </w:rPr>
        <w:t xml:space="preserve">[1:30:34] </w:t>
      </w:r>
      <w:r>
        <w:t>jis ko bhi dekh lijiye aap andar cheer kar ke.</w:t>
      </w:r>
    </w:p>
    <w:p>
      <w:pPr>
        <w:jc w:val="right"/>
      </w:pPr>
      <w:r>
        <w:t>جس کو بھی دیکھ لیجیے آپ اندر چیر کر کے۔</w:t>
      </w:r>
    </w:p>
    <w:p>
      <w:r>
        <w:rPr>
          <w:b/>
        </w:rPr>
        <w:t xml:space="preserve">[1:30:39] </w:t>
      </w:r>
      <w:r>
        <w:t>maan baap se mohabbat karega aur doosre insaanon se nafrat karega woh.</w:t>
      </w:r>
    </w:p>
    <w:p>
      <w:pPr>
        <w:jc w:val="right"/>
      </w:pPr>
      <w:r>
        <w:t>ماں باپ سے محبت کرے گا اور دوسرے انسانوں سے نفرت کرے گا وہ۔</w:t>
      </w:r>
    </w:p>
    <w:p>
      <w:r>
        <w:rPr>
          <w:b/>
        </w:rPr>
        <w:t xml:space="preserve">[1:30:44] </w:t>
      </w:r>
      <w:r>
        <w:t>mein aik martaba wahan gaya, saharanpur, wahan chaar hindu naujawan mujh se milne ke liye aaye hotel mein.</w:t>
      </w:r>
    </w:p>
    <w:p>
      <w:pPr>
        <w:jc w:val="right"/>
      </w:pPr>
      <w:r>
        <w:t>میں ایک مرتبہ وہاں گیا، سہارن پور، وہاں چار ہندو نوجوان مجھ سے ملنے کے لیے آئے ہوٹل میں۔</w:t>
      </w:r>
    </w:p>
    <w:p>
      <w:r>
        <w:rPr>
          <w:b/>
        </w:rPr>
        <w:t xml:space="preserve">[1:30:49] </w:t>
      </w:r>
      <w:r>
        <w:t>chaaron ne ek hi baat kahi.</w:t>
      </w:r>
    </w:p>
    <w:p>
      <w:pPr>
        <w:jc w:val="right"/>
      </w:pPr>
      <w:r>
        <w:t>چاروں نے ایک ہی بات کہی۔</w:t>
      </w:r>
    </w:p>
    <w:p>
      <w:r>
        <w:rPr>
          <w:b/>
        </w:rPr>
        <w:t xml:space="preserve">[1:30:53] </w:t>
      </w:r>
      <w:r>
        <w:t>unhon ne kaha hum apna experience aap ko share karna chahte hain.</w:t>
      </w:r>
    </w:p>
    <w:p>
      <w:pPr>
        <w:jc w:val="right"/>
      </w:pPr>
      <w:r>
        <w:t>انہوں نے کہا ہم اپنا experience آپ کو share کرنا چاہتے ہیں۔</w:t>
      </w:r>
    </w:p>
    <w:p>
      <w:r>
        <w:rPr>
          <w:b/>
        </w:rPr>
        <w:t xml:space="preserve">[1:30:58] </w:t>
      </w:r>
      <w:r>
        <w:t>jab hum ghar mein thay to maa baap jo munh se nikla poora kar diya, jo munh se</w:t>
      </w:r>
    </w:p>
    <w:p>
      <w:pPr>
        <w:jc w:val="right"/>
      </w:pPr>
      <w:r>
        <w:t>جب ہم گھر میں تھے تو ماں باپ جو منہ سے نکلا پورا کر دیا، جو منہ سے</w:t>
      </w:r>
    </w:p>
    <w:p>
      <w:r>
        <w:rPr>
          <w:b/>
        </w:rPr>
        <w:t xml:space="preserve">[1:31:03] </w:t>
      </w:r>
      <w:r>
        <w:t>nikla poora kar diya.</w:t>
      </w:r>
    </w:p>
    <w:p>
      <w:pPr>
        <w:jc w:val="right"/>
      </w:pPr>
      <w:r>
        <w:t>نکلا پورا کر دیا۔</w:t>
      </w:r>
    </w:p>
    <w:p>
      <w:r>
        <w:rPr>
          <w:b/>
        </w:rPr>
        <w:t xml:space="preserve">[1:31:08] </w:t>
      </w:r>
      <w:r>
        <w:t>ab jab duniya mein hum aaye hain, yahan koi hamara yaani aisa nahi milta ke woh munh se</w:t>
      </w:r>
    </w:p>
    <w:p>
      <w:pPr>
        <w:jc w:val="right"/>
      </w:pPr>
      <w:r>
        <w:t>اب جب دنیا میں ہم آئے ہیں، یہاں کوئی ہمارا یعنی ایسا نہیں ملتا کہ وہ منہ سے</w:t>
      </w:r>
    </w:p>
    <w:p>
      <w:r>
        <w:rPr>
          <w:b/>
        </w:rPr>
        <w:t xml:space="preserve">[1:31:12] </w:t>
      </w:r>
      <w:r>
        <w:t>nikle woh poora kar de.</w:t>
      </w:r>
    </w:p>
    <w:p>
      <w:pPr>
        <w:jc w:val="right"/>
      </w:pPr>
      <w:r>
        <w:t>نکلے وہ پورا کر دے۔</w:t>
      </w:r>
    </w:p>
    <w:p>
      <w:r>
        <w:rPr>
          <w:b/>
        </w:rPr>
        <w:t xml:space="preserve">[1:31:17] </w:t>
      </w:r>
      <w:r>
        <w:t>ab in ko mehnat karna hai, hard work karna hai, tab cheezein milti hain.</w:t>
      </w:r>
    </w:p>
    <w:p>
      <w:pPr>
        <w:jc w:val="right"/>
      </w:pPr>
      <w:r>
        <w:t>اب ان کو محنت کرنا ہے، hard work کرنا ہے، تب چیزیں ملتی ہیں۔</w:t>
      </w:r>
    </w:p>
    <w:p>
      <w:r>
        <w:rPr>
          <w:b/>
        </w:rPr>
        <w:t xml:space="preserve">[1:31:22] </w:t>
      </w:r>
      <w:r>
        <w:t>to yeh condition hai hamari zindagi mein, kya is ko kaise explain karein? to yeh maa baap jo</w:t>
      </w:r>
    </w:p>
    <w:p>
      <w:pPr>
        <w:jc w:val="right"/>
      </w:pPr>
      <w:r>
        <w:t>تو یہ condition ہے ہماری زندگی میں، کیا اس کو کیسے explain کریں؟ تو یہ ماں باپ جو</w:t>
      </w:r>
    </w:p>
    <w:p>
      <w:r>
        <w:rPr>
          <w:b/>
        </w:rPr>
        <w:t xml:space="preserve">[1:31:27] </w:t>
      </w:r>
      <w:r>
        <w:t>hain duniya ko nafrat karne wale insaan supply kar rahe hain.</w:t>
      </w:r>
    </w:p>
    <w:p>
      <w:pPr>
        <w:jc w:val="right"/>
      </w:pPr>
      <w:r>
        <w:t>ہیں دنیا کو نفرت کرنے والے انسان supply کر رہے ہیں۔</w:t>
      </w:r>
    </w:p>
    <w:p>
      <w:r>
        <w:rPr>
          <w:b/>
        </w:rPr>
        <w:t xml:space="preserve">[1:31:31] </w:t>
      </w:r>
      <w:r>
        <w:t>kyunke jis tarah se maa baap karte hain ghar mein, woh duniya nahi karne wali hai.</w:t>
      </w:r>
    </w:p>
    <w:p>
      <w:pPr>
        <w:jc w:val="right"/>
      </w:pPr>
      <w:r>
        <w:t>کیونکہ جس طرح سے ماں باپ کرتے ہیں گھر میں، وہ دنیا نہیں کرنے والی ہے۔</w:t>
      </w:r>
    </w:p>
    <w:p>
      <w:r>
        <w:rPr>
          <w:b/>
        </w:rPr>
        <w:t xml:space="preserve">[1:31:36] </w:t>
      </w:r>
      <w:r>
        <w:t>duniya nahi karne wali hai aisa.</w:t>
      </w:r>
    </w:p>
    <w:p>
      <w:pPr>
        <w:jc w:val="right"/>
      </w:pPr>
      <w:r>
        <w:t>دنیا نہیں کرنے والی ہے ایسا۔</w:t>
      </w:r>
    </w:p>
    <w:p>
      <w:r>
        <w:rPr>
          <w:b/>
        </w:rPr>
        <w:t xml:space="preserve">[1:31:41] </w:t>
      </w:r>
      <w:r>
        <w:t>duniya ko to jo jitna aap denge utna duniya se milega.</w:t>
      </w:r>
    </w:p>
    <w:p>
      <w:pPr>
        <w:jc w:val="right"/>
      </w:pPr>
      <w:r>
        <w:t>دنیا کو تو جو جتنا آپ دیں گے اتنا دنیا سے ملے گا۔</w:t>
      </w:r>
    </w:p>
    <w:p>
      <w:r>
        <w:rPr>
          <w:b/>
        </w:rPr>
        <w:t xml:space="preserve">[1:31:46] </w:t>
      </w:r>
      <w:r>
        <w:t>to ghar ka mahaul jo hai yaani receiving without giving hai.</w:t>
      </w:r>
    </w:p>
    <w:p>
      <w:pPr>
        <w:jc w:val="right"/>
      </w:pPr>
      <w:r>
        <w:t>تو گھر کا ماحول جو ہے یعنی receiving without giving ہے۔</w:t>
      </w:r>
    </w:p>
    <w:p>
      <w:r>
        <w:rPr>
          <w:b/>
        </w:rPr>
        <w:t xml:space="preserve">[1:31:50] </w:t>
      </w:r>
      <w:r>
        <w:t>ghar ka mahaul jo hai aaj kal receiving without giving.</w:t>
      </w:r>
    </w:p>
    <w:p>
      <w:pPr>
        <w:jc w:val="right"/>
      </w:pPr>
      <w:r>
        <w:t>گھر کا ماحول جو ہے آج کل receiving without giving۔</w:t>
      </w:r>
    </w:p>
    <w:p>
      <w:r>
        <w:rPr>
          <w:b/>
        </w:rPr>
        <w:t xml:space="preserve">[1:31:55] </w:t>
      </w:r>
      <w:r>
        <w:t>aur jab bahar nikle aadmi to is ka ulta hota hai.</w:t>
      </w:r>
    </w:p>
    <w:p>
      <w:pPr>
        <w:jc w:val="right"/>
      </w:pPr>
      <w:r>
        <w:t>اور جب باہر نکلتا ہے آدمی تو اس کا الٹا ہوتا ہے۔</w:t>
      </w:r>
    </w:p>
    <w:p>
      <w:r>
        <w:rPr>
          <w:b/>
        </w:rPr>
        <w:t xml:space="preserve">[1:32:00] </w:t>
      </w:r>
      <w:r>
        <w:t>yaani giving account to you aur account yaani receiving.</w:t>
      </w:r>
    </w:p>
    <w:p>
      <w:pPr>
        <w:jc w:val="right"/>
      </w:pPr>
      <w:r>
        <w:t>یعنی giving account to you اور account یعنی receiving۔</w:t>
      </w:r>
    </w:p>
    <w:p>
      <w:r>
        <w:rPr>
          <w:b/>
        </w:rPr>
        <w:t xml:space="preserve">[1:32:05] </w:t>
      </w:r>
      <w:r>
        <w:t>jo kisi ne sahi kaha hai ke in giving that we receive jitna dena utna paana.</w:t>
      </w:r>
    </w:p>
    <w:p>
      <w:pPr>
        <w:jc w:val="right"/>
      </w:pPr>
      <w:r>
        <w:t>جو کسی نے صحیح کہا ہے کہ in giving that we receive جتنا دینا اتنا پانا۔</w:t>
      </w:r>
    </w:p>
    <w:p>
      <w:r>
        <w:rPr>
          <w:b/>
        </w:rPr>
        <w:t xml:space="preserve">[1:32:10] </w:t>
      </w:r>
      <w:r>
        <w:t>yaani bahar ki duniya ka formula yeh hai ke jitna doge utna paoge.</w:t>
      </w:r>
    </w:p>
    <w:p>
      <w:pPr>
        <w:jc w:val="right"/>
      </w:pPr>
      <w:r>
        <w:t>یعنی باہر کی دنیا کا فارمولا یہ ہے کہ جتنا دو گے اتنا پاؤ گے۔</w:t>
      </w:r>
    </w:p>
    <w:p>
      <w:r>
        <w:rPr>
          <w:b/>
        </w:rPr>
        <w:t xml:space="preserve">[1:32:14] </w:t>
      </w:r>
      <w:r>
        <w:t>ghar ki duniya mein kya hai? tum ko dene ki zaroorat nahi hai, bas tum ko sab kuch</w:t>
      </w:r>
    </w:p>
    <w:p>
      <w:pPr>
        <w:jc w:val="right"/>
      </w:pPr>
      <w:r>
        <w:t>گھر کی دنیا میں کیا ہے؟ تم کو دینے کی ضرورت نہیں ہے، بس تم کو سب کچھ</w:t>
      </w:r>
    </w:p>
    <w:p>
      <w:r>
        <w:rPr>
          <w:b/>
        </w:rPr>
        <w:t xml:space="preserve">[1:32:19] </w:t>
      </w:r>
      <w:r>
        <w:t>milta rahega.</w:t>
      </w:r>
    </w:p>
    <w:p>
      <w:pPr>
        <w:jc w:val="right"/>
      </w:pPr>
      <w:r>
        <w:t>ملتا رہے گا۔</w:t>
      </w:r>
    </w:p>
    <w:p>
      <w:r>
        <w:rPr>
          <w:b/>
        </w:rPr>
        <w:t xml:space="preserve">[1:32:24] </w:t>
      </w:r>
      <w:r>
        <w:t>aise maa baap mere nazdeek bachchon ke sab se bare dushman hain.</w:t>
      </w:r>
    </w:p>
    <w:p>
      <w:pPr>
        <w:jc w:val="right"/>
      </w:pPr>
      <w:r>
        <w:t>ایسے ماں باپ میرے نزدیک بچوں کے سب سے بڑے دشمن ہیں۔</w:t>
      </w:r>
    </w:p>
    <w:p>
      <w:r>
        <w:rPr>
          <w:b/>
        </w:rPr>
        <w:t xml:space="preserve">[1:32:29] </w:t>
      </w:r>
      <w:r>
        <w:t>aur insaniyat ke dushman hain, yeh insaniyat ke dushman hain.</w:t>
      </w:r>
    </w:p>
    <w:p>
      <w:pPr>
        <w:jc w:val="right"/>
      </w:pPr>
      <w:r>
        <w:t>اور انسانیت کے دشمن ہیں، یہ انسانیت کے دشمن ہیں۔</w:t>
      </w:r>
    </w:p>
    <w:p>
      <w:r>
        <w:rPr>
          <w:b/>
        </w:rPr>
        <w:t xml:space="preserve">[1:32:33] </w:t>
      </w:r>
      <w:r>
        <w:t>kyunke duniya ko nafrat karne wale insaan bhej rahe hain.</w:t>
      </w:r>
    </w:p>
    <w:p>
      <w:pPr>
        <w:jc w:val="right"/>
      </w:pPr>
      <w:r>
        <w:t>کیونکہ دنیا کو نفرت کرنے والے انسان بھیج رہے ہیں۔</w:t>
      </w:r>
    </w:p>
    <w:p>
      <w:r>
        <w:rPr>
          <w:b/>
        </w:rPr>
        <w:t xml:space="preserve">[1:32:38] </w:t>
      </w:r>
      <w:r>
        <w:t>har ghar ek karkhana bana hua hai matanfir insanon ko banane ka.</w:t>
      </w:r>
    </w:p>
    <w:p>
      <w:pPr>
        <w:jc w:val="right"/>
      </w:pPr>
      <w:r>
        <w:t>ہر گھر ایک کارخانہ بنا ہوا ہے متنفر انسانوں کو بنانے کا۔</w:t>
      </w:r>
    </w:p>
    <w:p>
      <w:r>
        <w:rPr>
          <w:b/>
        </w:rPr>
        <w:t xml:space="preserve">[1:32:43] </w:t>
      </w:r>
      <w:r>
        <w:t>main yeh shayari nahi kar raha hoon, main tajurba bata raha hoon, tajurba.</w:t>
      </w:r>
    </w:p>
    <w:p>
      <w:pPr>
        <w:jc w:val="right"/>
      </w:pPr>
      <w:r>
        <w:t>میں یہ شاعری نہیں کر رہا ہوں، میں تجربہ بتا رہا ہوں، تجربہ۔</w:t>
      </w:r>
    </w:p>
    <w:p>
      <w:r>
        <w:rPr>
          <w:b/>
        </w:rPr>
        <w:t xml:space="preserve">[1:32:48] </w:t>
      </w:r>
      <w:r>
        <w:t>keh aaj kal ke jo log hain.</w:t>
      </w:r>
    </w:p>
    <w:p>
      <w:pPr>
        <w:jc w:val="right"/>
      </w:pPr>
      <w:r>
        <w:t>کہ آج کل کے جو لوگ ہیں۔</w:t>
      </w:r>
    </w:p>
    <w:p>
      <w:r>
        <w:rPr>
          <w:b/>
        </w:rPr>
        <w:t xml:space="preserve">[1:32:52] </w:t>
      </w:r>
      <w:r>
        <w:t>bas meri maa, mera baap yeh to khoob karte hain lekin baqiye insanon se un ko koi dilchaspi nahin.</w:t>
      </w:r>
    </w:p>
    <w:p>
      <w:pPr>
        <w:jc w:val="right"/>
      </w:pPr>
      <w:r>
        <w:t>بس میری ماں، میرا باپ یہ تو خوب کرتے ہیں لیکن بقیہ انسانوں سے ان کو کوئی دلچسپی نہیں۔</w:t>
      </w:r>
    </w:p>
    <w:p>
      <w:r>
        <w:rPr>
          <w:b/>
        </w:rPr>
        <w:t xml:space="preserve">[1:32:57] </w:t>
      </w:r>
      <w:r>
        <w:t>kyunkeh baqiye insanon ko woh pampering nahin karta.</w:t>
      </w:r>
    </w:p>
    <w:p>
      <w:pPr>
        <w:jc w:val="right"/>
      </w:pPr>
      <w:r>
        <w:t>کیونکہ بقیہ انسانوں کو وہ pampering نہیں کرتا۔</w:t>
      </w:r>
    </w:p>
    <w:p>
      <w:r>
        <w:rPr>
          <w:b/>
        </w:rPr>
        <w:t xml:space="preserve">[1:33:02] </w:t>
      </w:r>
      <w:r>
        <w:t>woh laad pyaar nahin karta jo ghar mein un ko mila tha.</w:t>
      </w:r>
    </w:p>
    <w:p>
      <w:pPr>
        <w:jc w:val="right"/>
      </w:pPr>
      <w:r>
        <w:t>وہ لاڈ پیار نہیں کرتا جو گھر میں ان کو ملا تھا۔</w:t>
      </w:r>
    </w:p>
    <w:p>
      <w:r>
        <w:rPr>
          <w:b/>
        </w:rPr>
        <w:t xml:space="preserve">[1:33:07] </w:t>
      </w:r>
      <w:r>
        <w:t>main is ka sakht khilaf hoon is ka.</w:t>
      </w:r>
    </w:p>
    <w:p>
      <w:pPr>
        <w:jc w:val="right"/>
      </w:pPr>
      <w:r>
        <w:t>میں اس کا سخت خلاف ہوں اس کا۔</w:t>
      </w:r>
    </w:p>
    <w:p>
      <w:r>
        <w:rPr>
          <w:b/>
        </w:rPr>
        <w:t xml:space="preserve">[1:33:11] </w:t>
      </w:r>
      <w:r>
        <w:t>main is ke is baare mein bohat hi zyada sakht hoon.</w:t>
      </w:r>
    </w:p>
    <w:p>
      <w:pPr>
        <w:jc w:val="right"/>
      </w:pPr>
      <w:r>
        <w:t>میں اس کے اس بارے میں بہت ہی زیادہ سخت ہوں۔</w:t>
      </w:r>
    </w:p>
    <w:p>
      <w:r>
        <w:rPr>
          <w:b/>
        </w:rPr>
        <w:t xml:space="preserve">[1:33:16] </w:t>
      </w:r>
      <w:r>
        <w:t>is mein koi main riayat karne ko tayyar nahin hoon.</w:t>
      </w:r>
    </w:p>
    <w:p>
      <w:pPr>
        <w:jc w:val="right"/>
      </w:pPr>
      <w:r>
        <w:t>اس میں کوئی میں رعایت کرنے کو تیار نہیں ہوں۔</w:t>
      </w:r>
    </w:p>
    <w:p>
      <w:r>
        <w:rPr>
          <w:b/>
        </w:rPr>
        <w:t xml:space="preserve">[1:33:21] </w:t>
      </w:r>
      <w:r>
        <w:t>Maulana, agla sawal Hyderabad se aaya hai Mr. Zeeshan ka.</w:t>
      </w:r>
    </w:p>
    <w:p>
      <w:pPr>
        <w:jc w:val="right"/>
      </w:pPr>
      <w:r>
        <w:t>Maulana، اگلا سوال حیدرآباد سے آیا ہے Mr. Zeeshan کا۔</w:t>
      </w:r>
    </w:p>
    <w:p>
      <w:r>
        <w:rPr>
          <w:b/>
        </w:rPr>
        <w:t xml:space="preserve">[1:33:26] </w:t>
      </w:r>
      <w:r>
        <w:t>unhon ne aap se poocha hai What is the significance of interpretation of dream?</w:t>
      </w:r>
    </w:p>
    <w:p>
      <w:pPr>
        <w:jc w:val="right"/>
      </w:pPr>
      <w:r>
        <w:t>انہوں نے آپ سے پوچھا ہے What is the significance of interpretation of dream?</w:t>
      </w:r>
    </w:p>
    <w:p>
      <w:r>
        <w:rPr>
          <w:b/>
        </w:rPr>
        <w:t xml:space="preserve">[1:33:31] </w:t>
      </w:r>
      <w:r>
        <w:t>How much importance does it hold in Islam?</w:t>
      </w:r>
    </w:p>
    <w:p>
      <w:pPr>
        <w:jc w:val="right"/>
      </w:pPr>
      <w:r>
        <w:t>How much importance does it hold in Islam?</w:t>
      </w:r>
    </w:p>
    <w:p>
      <w:r>
        <w:rPr>
          <w:b/>
        </w:rPr>
        <w:t xml:space="preserve">[1:33:36] </w:t>
      </w:r>
      <w:r>
        <w:t>dekhein, Bukhari mein riwayat hai is par, aksar kitabon mein riwayat woh hoti hai, bab hota hai kitab al-ruya.</w:t>
      </w:r>
    </w:p>
    <w:p>
      <w:pPr>
        <w:jc w:val="right"/>
      </w:pPr>
      <w:r>
        <w:t>دیکھیں، بخاری میں روایت ہے اس پر، اکثر کتابوں میں روایت وہ ہوتی ہے، باب ہوتا ہے کتاب الرویا۔</w:t>
      </w:r>
    </w:p>
    <w:p>
      <w:r>
        <w:rPr>
          <w:b/>
        </w:rPr>
        <w:t xml:space="preserve">[1:33:41] </w:t>
      </w:r>
      <w:r>
        <w:t>hadees ki kitabon mein baqayda kitab al-ruya hota hai, Bukhari mein bhi hai.</w:t>
      </w:r>
    </w:p>
    <w:p>
      <w:pPr>
        <w:jc w:val="right"/>
      </w:pPr>
      <w:r>
        <w:t>حدیث کی کتابوں میں باقاعدہ کتاب الرویا ہوتا ہے، بخاری میں بھی ہے۔</w:t>
      </w:r>
    </w:p>
    <w:p>
      <w:r>
        <w:rPr>
          <w:b/>
        </w:rPr>
        <w:t xml:space="preserve">[1:33:46] </w:t>
      </w:r>
      <w:r>
        <w:t>to hadees mein aata hai keh khwab jo hai kitna hissa hai sahib? chaliswaan hissa. chaliswaan? chaliswaan.</w:t>
      </w:r>
    </w:p>
    <w:p>
      <w:pPr>
        <w:jc w:val="right"/>
      </w:pPr>
      <w:r>
        <w:t>تو حدیث میں آتا ہے کہ خواب جو ہے کتنا حصہ ہے صاحب؟ چالیسواں حصہ۔ چالیسواں؟ چالیسواں۔</w:t>
      </w:r>
    </w:p>
    <w:p>
      <w:r>
        <w:rPr>
          <w:b/>
        </w:rPr>
        <w:t xml:space="preserve">[1:33:51] </w:t>
      </w:r>
      <w:r>
        <w:t>hadees mein aata hai keh khwab nabuwat ka chaliswaan hissa hai.</w:t>
      </w:r>
    </w:p>
    <w:p>
      <w:pPr>
        <w:jc w:val="right"/>
      </w:pPr>
      <w:r>
        <w:t>حدیث میں آتا ہے کہ خواب نبوت کا چالیسواں حصہ ہے۔</w:t>
      </w:r>
    </w:p>
    <w:p>
      <w:r>
        <w:rPr>
          <w:b/>
        </w:rPr>
        <w:t xml:space="preserve">[1:33:56] </w:t>
      </w:r>
      <w:r>
        <w:t>matlab aik juz hai.</w:t>
      </w:r>
    </w:p>
    <w:p>
      <w:pPr>
        <w:jc w:val="right"/>
      </w:pPr>
      <w:r>
        <w:t>مطلب ایک جز ہے۔</w:t>
      </w:r>
    </w:p>
    <w:p>
      <w:r>
        <w:rPr>
          <w:b/>
        </w:rPr>
        <w:t xml:space="preserve">[1:34:01] </w:t>
      </w:r>
      <w:r>
        <w:t>to Islam mein is ki bohat ahmiyat hai khwab ki.</w:t>
      </w:r>
    </w:p>
    <w:p>
      <w:pPr>
        <w:jc w:val="right"/>
      </w:pPr>
      <w:r>
        <w:t>تو اسلام میں اس کی بہت اہمیت ہے خواب کی۔</w:t>
      </w:r>
    </w:p>
    <w:p>
      <w:r>
        <w:rPr>
          <w:b/>
        </w:rPr>
        <w:t xml:space="preserve">[1:34:07] </w:t>
      </w:r>
      <w:r>
        <w:t>lekin khwab ke mutalliq teen qism ke khwab hain hadees ke mutabiq.</w:t>
      </w:r>
    </w:p>
    <w:p>
      <w:pPr>
        <w:jc w:val="right"/>
      </w:pPr>
      <w:r>
        <w:t>لیکن خواب کے متعلق تین قسم کے خواب ہیں حدیث کے مطابق۔</w:t>
      </w:r>
    </w:p>
    <w:p>
      <w:r>
        <w:rPr>
          <w:b/>
        </w:rPr>
        <w:t xml:space="preserve">[1:34:12] </w:t>
      </w:r>
      <w:r>
        <w:t>hadees al-nafs, hadees al-shaitan, bushra min Allah.</w:t>
      </w:r>
    </w:p>
    <w:p>
      <w:pPr>
        <w:jc w:val="right"/>
      </w:pPr>
      <w:r>
        <w:t>حدیث النفس، حدیث شیطان، بشریٰ من اللہ۔</w:t>
      </w:r>
    </w:p>
    <w:p>
      <w:r>
        <w:rPr>
          <w:b/>
        </w:rPr>
        <w:t xml:space="preserve">[1:34:17] </w:t>
      </w:r>
      <w:r>
        <w:t>yaani kuch khwab aise hote hain jo dil mein hai woh us ko dekh liya aadmi.</w:t>
      </w:r>
    </w:p>
    <w:p>
      <w:pPr>
        <w:jc w:val="right"/>
      </w:pPr>
      <w:r>
        <w:t>یعنی کچھ خواب ایسے ہوتے ہیں جو دل میں ہے وہ اس کو دیکھ لیا آدمی۔</w:t>
      </w:r>
    </w:p>
    <w:p>
      <w:r>
        <w:rPr>
          <w:b/>
        </w:rPr>
        <w:t xml:space="preserve">[1:34:22] </w:t>
      </w:r>
      <w:r>
        <w:t>khwab ki shakal mein dekh liya.</w:t>
      </w:r>
    </w:p>
    <w:p>
      <w:pPr>
        <w:jc w:val="right"/>
      </w:pPr>
      <w:r>
        <w:t>خواب کی شکل میں دیکھ لیا۔</w:t>
      </w:r>
    </w:p>
    <w:p>
      <w:r>
        <w:rPr>
          <w:b/>
        </w:rPr>
        <w:t xml:space="preserve">[1:34:27] </w:t>
      </w:r>
      <w:r>
        <w:t>aik yeh hai keh shaitan darata hai woh khwab ban kar aaya aadmi ke dimagh mein.</w:t>
      </w:r>
    </w:p>
    <w:p>
      <w:pPr>
        <w:jc w:val="right"/>
      </w:pPr>
      <w:r>
        <w:t>ایک یہ ہے کہ شیطان ڈراتا ہے وہ خواب بن کر آیا آدمی کے دماغ میں۔</w:t>
      </w:r>
    </w:p>
    <w:p>
      <w:r>
        <w:rPr>
          <w:b/>
        </w:rPr>
        <w:t xml:space="preserve">[1:34:32] </w:t>
      </w:r>
      <w:r>
        <w:t>aur doosra Allah ki basharat.</w:t>
      </w:r>
    </w:p>
    <w:p>
      <w:pPr>
        <w:jc w:val="right"/>
      </w:pPr>
      <w:r>
        <w:t>اور دوسرا اللہ کی بشارت۔</w:t>
      </w:r>
    </w:p>
    <w:p>
      <w:r>
        <w:rPr>
          <w:b/>
        </w:rPr>
        <w:t xml:space="preserve">[1:34:38] </w:t>
      </w:r>
      <w:r>
        <w:t>to jo aadmi khwab dekhta hai woh khud us ki nature ko samjhe to jaan lega keh</w:t>
      </w:r>
    </w:p>
    <w:p>
      <w:pPr>
        <w:jc w:val="right"/>
      </w:pPr>
      <w:r>
        <w:t>تو جو آدمی خواب دیکھتا ہے وہ خود اس کی nature کو سمجھے تو جان لے گا کہ</w:t>
      </w:r>
    </w:p>
    <w:p>
      <w:r>
        <w:rPr>
          <w:b/>
        </w:rPr>
        <w:t xml:space="preserve">[1:34:43] </w:t>
      </w:r>
      <w:r>
        <w:t>teenon mein se kis category ka tha us ka khwab.</w:t>
      </w:r>
    </w:p>
    <w:p>
      <w:pPr>
        <w:jc w:val="right"/>
      </w:pPr>
      <w:r>
        <w:t>تینوں میں سے کس category کا تھا اس کا خواب۔</w:t>
      </w:r>
    </w:p>
    <w:p>
      <w:r>
        <w:rPr>
          <w:b/>
        </w:rPr>
        <w:t xml:space="preserve">[1:34:48] </w:t>
      </w:r>
      <w:r>
        <w:t>yaani takhfeef shaitan tha ya bushra min Allah tha ya hadees al-nafs tha.</w:t>
      </w:r>
    </w:p>
    <w:p>
      <w:pPr>
        <w:jc w:val="right"/>
      </w:pPr>
      <w:r>
        <w:t>یعنی تخفیف شیطان تھا یا بشریٰ من اللہ تھا یا حدیث النفس تھا۔</w:t>
      </w:r>
    </w:p>
    <w:p>
      <w:r>
        <w:rPr>
          <w:b/>
        </w:rPr>
        <w:t xml:space="preserve">[1:34:53] </w:t>
      </w:r>
      <w:r>
        <w:t>to khwab balashuba bohat ahem hai islam mein lekin khwab ki teen qismein hoti hain.</w:t>
      </w:r>
    </w:p>
    <w:p>
      <w:pPr>
        <w:jc w:val="right"/>
      </w:pPr>
      <w:r>
        <w:t>تو خواب بلاشبہ بہت اہم ہے اسلام میں لیکن خواب کی تین قسمیں ہوتی ہیں۔</w:t>
      </w:r>
    </w:p>
    <w:p>
      <w:r>
        <w:rPr>
          <w:b/>
        </w:rPr>
        <w:t xml:space="preserve">[1:34:58] </w:t>
      </w:r>
      <w:r>
        <w:t>Maulana, in ka ek aur sawal hai, unhon ne likha hai My friend says that he cannot resist</w:t>
      </w:r>
    </w:p>
    <w:p>
      <w:pPr>
        <w:jc w:val="right"/>
      </w:pPr>
      <w:r>
        <w:t>Maulana، ان کا ایک اور سوال ہے، انہوں نے لکھا ہے My friend says that he cannot resist</w:t>
      </w:r>
    </w:p>
    <w:p>
      <w:r>
        <w:rPr>
          <w:b/>
        </w:rPr>
        <w:t xml:space="preserve">[1:35:03] </w:t>
      </w:r>
      <w:r>
        <w:t>the temptation of dancing to the tune of any good music.</w:t>
      </w:r>
    </w:p>
    <w:p>
      <w:pPr>
        <w:jc w:val="right"/>
      </w:pPr>
      <w:r>
        <w:t>the temptation of dancing to the tune of any good music.</w:t>
      </w:r>
    </w:p>
    <w:p>
      <w:r>
        <w:rPr>
          <w:b/>
        </w:rPr>
        <w:t xml:space="preserve">[1:35:09] </w:t>
      </w:r>
      <w:r>
        <w:t>He often asks me that why Allah created music and our senses to feel it when He has forbidden it.</w:t>
      </w:r>
    </w:p>
    <w:p>
      <w:pPr>
        <w:jc w:val="right"/>
      </w:pPr>
      <w:r>
        <w:t>He often asks me that why Allah created music and our senses to feel it when He has forbidden it.</w:t>
      </w:r>
    </w:p>
    <w:p>
      <w:r>
        <w:rPr>
          <w:b/>
        </w:rPr>
        <w:t xml:space="preserve">[1:35:17] </w:t>
      </w:r>
      <w:r>
        <w:t>Kindly comment.</w:t>
      </w:r>
    </w:p>
    <w:p>
      <w:pPr>
        <w:jc w:val="right"/>
      </w:pPr>
      <w:r>
        <w:t>Kindly comment۔</w:t>
      </w:r>
    </w:p>
    <w:p>
      <w:r>
        <w:rPr>
          <w:b/>
        </w:rPr>
        <w:t xml:space="preserve">[1:35:21] </w:t>
      </w:r>
      <w:r>
        <w:t>yeh to ek mere nazdeek ek sachi baat hai.</w:t>
      </w:r>
    </w:p>
    <w:p>
      <w:pPr>
        <w:jc w:val="right"/>
      </w:pPr>
      <w:r>
        <w:t>یہ تو ایک میرے نزدیک ایک سچی بات ہے۔</w:t>
      </w:r>
    </w:p>
    <w:p>
      <w:r>
        <w:rPr>
          <w:b/>
        </w:rPr>
        <w:t xml:space="preserve">[1:35:26] </w:t>
      </w:r>
      <w:r>
        <w:t>aap ko khud kyun nahi thrill aata jo nature mein woh beauty hai? ek dancer ke upar kyun</w:t>
      </w:r>
    </w:p>
    <w:p>
      <w:pPr>
        <w:jc w:val="right"/>
      </w:pPr>
      <w:r>
        <w:t>آپ کو خود کیوں نہیں تھرل آتا جو nature میں وہ beauty ہے؟ ایک dancer کے اوپر کیوں</w:t>
      </w:r>
    </w:p>
    <w:p>
      <w:r>
        <w:rPr>
          <w:b/>
        </w:rPr>
        <w:t xml:space="preserve">[1:35:30] </w:t>
      </w:r>
      <w:r>
        <w:t>nahi thrill aata hai aap ko? ek singer aur dancer jo aap dekhte hain TV mein, us</w:t>
      </w:r>
    </w:p>
    <w:p>
      <w:pPr>
        <w:jc w:val="right"/>
      </w:pPr>
      <w:r>
        <w:t>نہیں تھرل آتا ہے آپ کو؟ ایک singer اور dancer جو آپ دیکھتے ہیں ٹی وی میں، اس</w:t>
      </w:r>
    </w:p>
    <w:p>
      <w:r>
        <w:rPr>
          <w:b/>
        </w:rPr>
        <w:t xml:space="preserve">[1:35:35] </w:t>
      </w:r>
      <w:r>
        <w:t>par to aap ko thrill aa raha hai.</w:t>
      </w:r>
    </w:p>
    <w:p>
      <w:pPr>
        <w:jc w:val="right"/>
      </w:pPr>
      <w:r>
        <w:t>پر تو آپ کو تھرل آ رہا ہے۔</w:t>
      </w:r>
    </w:p>
    <w:p>
      <w:r>
        <w:rPr>
          <w:b/>
        </w:rPr>
        <w:t xml:space="preserve">[1:35:39] </w:t>
      </w:r>
      <w:r>
        <w:t>aur jis Khuda ne is insan ko banaya, jis Khuda ne beauty bher di nature mein, us par</w:t>
      </w:r>
    </w:p>
    <w:p>
      <w:pPr>
        <w:jc w:val="right"/>
      </w:pPr>
      <w:r>
        <w:t>اور جس خدا نے اس انسان کو بنایا، جس خدا نے beauty بکھیر دی nature میں، اس پر</w:t>
      </w:r>
    </w:p>
    <w:p>
      <w:r>
        <w:rPr>
          <w:b/>
        </w:rPr>
        <w:t xml:space="preserve">[1:35:44] </w:t>
      </w:r>
      <w:r>
        <w:t>aap ko thrill nahi aata? yeh to bohat hi sachi qism ke log hain jin mein yeh sab</w:t>
      </w:r>
    </w:p>
    <w:p>
      <w:pPr>
        <w:jc w:val="right"/>
      </w:pPr>
      <w:r>
        <w:t>آپ کو تھرل نہیں آتا؟ یہ تو بہت ہی سچی قسم کے لوگ ہیں جن میں یہ سب</w:t>
      </w:r>
    </w:p>
    <w:p>
      <w:r>
        <w:rPr>
          <w:b/>
        </w:rPr>
        <w:t xml:space="preserve">[1:35:48] </w:t>
      </w:r>
      <w:r>
        <w:t>baatein aati hain.</w:t>
      </w:r>
    </w:p>
    <w:p>
      <w:pPr>
        <w:jc w:val="right"/>
      </w:pPr>
      <w:r>
        <w:t>باتیں آتی ہیں۔</w:t>
      </w:r>
    </w:p>
    <w:p>
      <w:r>
        <w:rPr>
          <w:b/>
        </w:rPr>
        <w:t xml:space="preserve">[1:35:53] </w:t>
      </w:r>
      <w:r>
        <w:t>aise logon ko bataiye ke zyada bara art jo hai us par tum ko thrilling response dena hai.</w:t>
      </w:r>
    </w:p>
    <w:p>
      <w:pPr>
        <w:jc w:val="right"/>
      </w:pPr>
      <w:r>
        <w:t>ایسے لوگوں کو بتائیے کہ زیادہ بڑا art جو ہے اس پر تم کو thrilling response دینا ہے۔</w:t>
      </w:r>
    </w:p>
    <w:p>
      <w:r>
        <w:rPr>
          <w:b/>
        </w:rPr>
        <w:t xml:space="preserve">[1:35:57] </w:t>
      </w:r>
      <w:r>
        <w:t>tum ko jab Allah taala ne jo jazba paida kiya hai thrilling response dene ka, to woh bare</w:t>
      </w:r>
    </w:p>
    <w:p>
      <w:pPr>
        <w:jc w:val="right"/>
      </w:pPr>
      <w:r>
        <w:t>تم کو جب اللہ تعالیٰ نے جو جذبہ پیدا کیا ہے thrilling response دینے کا، تو وہ بڑے</w:t>
      </w:r>
    </w:p>
    <w:p>
      <w:r>
        <w:rPr>
          <w:b/>
        </w:rPr>
        <w:t xml:space="preserve">[1:36:02] </w:t>
      </w:r>
      <w:r>
        <w:t>art ke liye hai.</w:t>
      </w:r>
    </w:p>
    <w:p>
      <w:pPr>
        <w:jc w:val="right"/>
      </w:pPr>
      <w:r>
        <w:t>art کے لیے ہے۔</w:t>
      </w:r>
    </w:p>
    <w:p>
      <w:r>
        <w:rPr>
          <w:b/>
        </w:rPr>
        <w:t xml:space="preserve">[1:36:06] </w:t>
      </w:r>
      <w:r>
        <w:t>yeh professional singers ke liye nahi hai.</w:t>
      </w:r>
    </w:p>
    <w:p>
      <w:pPr>
        <w:jc w:val="right"/>
      </w:pPr>
      <w:r>
        <w:t>یہ professional singers کے لیے نہیں ہے۔</w:t>
      </w:r>
    </w:p>
    <w:p>
      <w:r>
        <w:rPr>
          <w:b/>
        </w:rPr>
        <w:t xml:space="preserve">[1:36:11] </w:t>
      </w:r>
      <w:r>
        <w:t>Professional singers aur professional dancers ke liye jo tum de rahe ho response, us ke liye nahi woh</w:t>
      </w:r>
    </w:p>
    <w:p>
      <w:pPr>
        <w:jc w:val="right"/>
      </w:pPr>
      <w:r>
        <w:t>Professional singers اور professional dancers کے لیے جو تم دے رہے ہو response، اس کے لیے نہیں وہ</w:t>
      </w:r>
    </w:p>
    <w:p>
      <w:r>
        <w:rPr>
          <w:b/>
        </w:rPr>
        <w:t xml:space="preserve">[1:36:15] </w:t>
      </w:r>
      <w:r>
        <w:t>jazba paida kiya gaya.</w:t>
      </w:r>
    </w:p>
    <w:p>
      <w:pPr>
        <w:jc w:val="right"/>
      </w:pPr>
      <w:r>
        <w:t>جذبہ پیدا کیا گیا۔</w:t>
      </w:r>
    </w:p>
    <w:p>
      <w:r>
        <w:rPr>
          <w:b/>
        </w:rPr>
        <w:t xml:space="preserve">[1:36:20] </w:t>
      </w:r>
      <w:r>
        <w:t>woh jazba paida kiya hai ke nature mein jo beauty hai, Khuda ki jo glory hai, Khuda ke</w:t>
      </w:r>
    </w:p>
    <w:p>
      <w:pPr>
        <w:jc w:val="right"/>
      </w:pPr>
      <w:r>
        <w:t>وہ جذبہ پیدا کیا ہے کہ nature میں جو beauty ہے، خدا کی جو glory ہے، خدا کے</w:t>
      </w:r>
    </w:p>
    <w:p>
      <w:r>
        <w:rPr>
          <w:b/>
        </w:rPr>
        <w:t xml:space="preserve">[1:36:24] </w:t>
      </w:r>
      <w:r>
        <w:t>jo wonders hain, us ke liye to woh thrilling response do.</w:t>
      </w:r>
    </w:p>
    <w:p>
      <w:pPr>
        <w:jc w:val="right"/>
      </w:pPr>
      <w:r>
        <w:t>جو wonders ہیں، اس کے لیے تو وہ thrilling response دو۔</w:t>
      </w:r>
    </w:p>
    <w:p>
      <w:r>
        <w:rPr>
          <w:b/>
        </w:rPr>
        <w:t xml:space="preserve">[1:36:29] </w:t>
      </w:r>
      <w:r>
        <w:t>bajaye wahan dene ke tum de rahe ho professionals ke liye, yeh to is ka ghalat istemal hai</w:t>
      </w:r>
    </w:p>
    <w:p>
      <w:pPr>
        <w:jc w:val="right"/>
      </w:pPr>
      <w:r>
        <w:t>بجائے وہاں دینے کے تم دے رہے ہو professionals کے لیے، یہ تو اس کا غلط استعمال ہے</w:t>
      </w:r>
    </w:p>
    <w:p>
      <w:r>
        <w:rPr>
          <w:b/>
        </w:rPr>
        <w:t xml:space="preserve">[1:36:33] </w:t>
      </w:r>
      <w:r>
        <w:t>is jazbe ka.</w:t>
      </w:r>
    </w:p>
    <w:p>
      <w:pPr>
        <w:jc w:val="right"/>
      </w:pPr>
      <w:r>
        <w:t>اس جذبے کا۔</w:t>
      </w:r>
    </w:p>
    <w:p>
      <w:r>
        <w:rPr>
          <w:b/>
        </w:rPr>
        <w:t xml:space="preserve">[1:36:38] </w:t>
      </w:r>
      <w:r>
        <w:t>Maulana, agla sawal Muzaffarpur se hai Mr.</w:t>
      </w:r>
    </w:p>
    <w:p>
      <w:pPr>
        <w:jc w:val="right"/>
      </w:pPr>
      <w:r>
        <w:t>Maulana، اگلا سوال مظفرپور سے ہے Mr.</w:t>
      </w:r>
    </w:p>
    <w:p>
      <w:r>
        <w:rPr>
          <w:b/>
        </w:rPr>
        <w:t xml:space="preserve">[1:36:42] </w:t>
      </w:r>
      <w:r>
        <w:t>Muhammad Tauqeer Alam sahib ka.</w:t>
      </w:r>
    </w:p>
    <w:p>
      <w:pPr>
        <w:jc w:val="right"/>
      </w:pPr>
      <w:r>
        <w:t>محمد توقیر عالم صاحب کا۔</w:t>
      </w:r>
    </w:p>
    <w:p>
      <w:r>
        <w:rPr>
          <w:b/>
        </w:rPr>
        <w:t xml:space="preserve">[1:36:47] </w:t>
      </w:r>
      <w:r>
        <w:t>unhon ne likha hai What is the significance of Doomsday?</w:t>
      </w:r>
    </w:p>
    <w:p>
      <w:pPr>
        <w:jc w:val="right"/>
      </w:pPr>
      <w:r>
        <w:t>انہوں نے لکھا ہے What is the significance of Doomsday?</w:t>
      </w:r>
    </w:p>
    <w:p>
      <w:r>
        <w:rPr>
          <w:b/>
        </w:rPr>
        <w:t xml:space="preserve">[1:36:52] </w:t>
      </w:r>
      <w:r>
        <w:t>Doomsday? bhai, hamari sari kitabein isi par hain, aap parhi hain kitabon ke sath, parha nahi hai aap</w:t>
      </w:r>
    </w:p>
    <w:p>
      <w:pPr>
        <w:jc w:val="right"/>
      </w:pPr>
      <w:r>
        <w:t>Doomsday؟ بھئی، ہماری ساری کتابیں اسی پر ہیں، آپ پڑھی ہیں کتابوں کے ساتھ، پڑھا نہیں ہے آپ</w:t>
      </w:r>
    </w:p>
    <w:p>
      <w:r>
        <w:rPr>
          <w:b/>
        </w:rPr>
        <w:t xml:space="preserve">[1:36:56] </w:t>
      </w:r>
      <w:r>
        <w:t>ne? ji, hamari jo literature hai is mein maut o qayamat aur jannat aur dozakh yeh sari baatein</w:t>
      </w:r>
    </w:p>
    <w:p>
      <w:pPr>
        <w:jc w:val="right"/>
      </w:pPr>
      <w:r>
        <w:t>نے؟ جی، ہماری جو literature ہے اس میں موت و قیامت اور جنت اور دوزخ یہ ساری باتیں</w:t>
      </w:r>
    </w:p>
    <w:p>
      <w:r>
        <w:rPr>
          <w:b/>
        </w:rPr>
        <w:t xml:space="preserve">[1:37:01] </w:t>
      </w:r>
      <w:r>
        <w:t>to har kitab mein direct ya indirect hoti hain.</w:t>
      </w:r>
    </w:p>
    <w:p>
      <w:pPr>
        <w:jc w:val="right"/>
      </w:pPr>
      <w:r>
        <w:t>تو ہر کتاب میں direct یا indirect ہوتی ہیں۔</w:t>
      </w:r>
    </w:p>
    <w:p>
      <w:r>
        <w:rPr>
          <w:b/>
        </w:rPr>
        <w:t xml:space="preserve">[1:37:06] </w:t>
      </w:r>
      <w:r>
        <w:t>kitabon ko parhiye.</w:t>
      </w:r>
    </w:p>
    <w:p>
      <w:pPr>
        <w:jc w:val="right"/>
      </w:pPr>
      <w:r>
        <w:t>کتابوں کو پڑھیے۔</w:t>
      </w:r>
    </w:p>
    <w:p>
      <w:r>
        <w:rPr>
          <w:b/>
        </w:rPr>
        <w:t xml:space="preserve">[1:37:11] </w:t>
      </w:r>
      <w:r>
        <w:t>mahaz ek sawal ek jawab se masla hal nahi ho sakta hai.</w:t>
      </w:r>
    </w:p>
    <w:p>
      <w:pPr>
        <w:jc w:val="right"/>
      </w:pPr>
      <w:r>
        <w:t>محض ایک سوال ایک جواب سے مسئلہ حل نہیں ہو سکتا ہے۔</w:t>
      </w:r>
    </w:p>
    <w:p>
      <w:r>
        <w:rPr>
          <w:b/>
        </w:rPr>
        <w:t xml:space="preserve">[1:37:16] </w:t>
      </w:r>
      <w:r>
        <w:t>aap mutala ki jiye, risala ka mutala ki jiye, hamari kitabon ka mutala ki jiye.</w:t>
      </w:r>
    </w:p>
    <w:p>
      <w:pPr>
        <w:jc w:val="right"/>
      </w:pPr>
      <w:r>
        <w:t>آپ مطالعہ کیجیے، رسالہ کا مطالعہ کیجیے، ہماری کتابوں کا مطالعہ کیجیے۔</w:t>
      </w:r>
    </w:p>
    <w:p>
      <w:r>
        <w:rPr>
          <w:b/>
        </w:rPr>
        <w:t xml:space="preserve">[1:37:20] </w:t>
      </w:r>
      <w:r>
        <w:t>kaise sahib, koi khas kitab batayein un ko? akhirat ka safar hai.</w:t>
      </w:r>
    </w:p>
    <w:p>
      <w:pPr>
        <w:jc w:val="right"/>
      </w:pPr>
      <w:r>
        <w:t>کیسے صاحب، کوئی خاص کتاب بتائیں ان کو؟ آخرت کا سفر ہے۔</w:t>
      </w:r>
    </w:p>
    <w:p>
      <w:r>
        <w:rPr>
          <w:b/>
        </w:rPr>
        <w:t xml:space="preserve">[1:37:25] </w:t>
      </w:r>
      <w:r>
        <w:t>ek kitab hai akhirat ka safar, us ko aap parhiye.</w:t>
      </w:r>
    </w:p>
    <w:p>
      <w:pPr>
        <w:jc w:val="right"/>
      </w:pPr>
      <w:r>
        <w:t>ایک کتاب ہے آخرت کا سفر، اس کو آپ پڑھیے۔</w:t>
      </w:r>
    </w:p>
    <w:p>
      <w:r>
        <w:rPr>
          <w:b/>
        </w:rPr>
        <w:t xml:space="preserve">[1:37:30] </w:t>
      </w:r>
      <w:r>
        <w:t>inshallah aap ka jawab mil jayega is mein.</w:t>
      </w:r>
    </w:p>
    <w:p>
      <w:pPr>
        <w:jc w:val="right"/>
      </w:pPr>
      <w:r>
        <w:t>انشاءاللہ آپ کا جواب مل جائے گا اس میں۔</w:t>
      </w:r>
    </w:p>
    <w:p>
      <w:r>
        <w:rPr>
          <w:b/>
        </w:rPr>
        <w:t xml:space="preserve">[1:37:35] </w:t>
      </w:r>
      <w:r>
        <w:t>Maulana, agla sawal Kashmir se Mr.</w:t>
      </w:r>
    </w:p>
    <w:p>
      <w:pPr>
        <w:jc w:val="right"/>
      </w:pPr>
      <w:r>
        <w:t>Maulana، اگلا سوال کشمیر سے Mr.</w:t>
      </w:r>
    </w:p>
    <w:p>
      <w:r>
        <w:rPr>
          <w:b/>
        </w:rPr>
        <w:t xml:space="preserve">[1:37:40] </w:t>
      </w:r>
      <w:r>
        <w:t>Irfaan Ahmed sahib ka hai.</w:t>
      </w:r>
    </w:p>
    <w:p>
      <w:pPr>
        <w:jc w:val="right"/>
      </w:pPr>
      <w:r>
        <w:t>عرفان احمد صاحب کا ہے۔</w:t>
      </w:r>
    </w:p>
    <w:p>
      <w:r>
        <w:rPr>
          <w:b/>
        </w:rPr>
        <w:t xml:space="preserve">[1:37:45] </w:t>
      </w:r>
      <w:r>
        <w:t>unhon ne poocha hai qazaye oomri ki haqeeqat kya hai? kuch bhi nahi, yeh to baad ki cheezein hain.</w:t>
      </w:r>
    </w:p>
    <w:p>
      <w:pPr>
        <w:jc w:val="right"/>
      </w:pPr>
      <w:r>
        <w:t>انہوں نے پوچھا ہے قضائے عمری کی حقیقت کیا ہے؟ کچھ بھی نہیں، یہ تو بعد کی چیزیں ہیں۔</w:t>
      </w:r>
    </w:p>
    <w:p>
      <w:r>
        <w:rPr>
          <w:b/>
        </w:rPr>
        <w:t xml:space="preserve">[1:37:49] </w:t>
      </w:r>
      <w:r>
        <w:t>yeh sab baad ki cheezein hain, qazaye oomri.</w:t>
      </w:r>
    </w:p>
    <w:p>
      <w:pPr>
        <w:jc w:val="right"/>
      </w:pPr>
      <w:r>
        <w:t>یہ سب بعد کی چیزیں ہیں، قضائے عمری۔</w:t>
      </w:r>
    </w:p>
    <w:p>
      <w:r>
        <w:rPr>
          <w:b/>
        </w:rPr>
        <w:t xml:space="preserve">[1:37:54] </w:t>
      </w:r>
      <w:r>
        <w:t>yeh is zamane mein paida hua jab ke form asal ho gaya aur spirit ghayab ho gayi.</w:t>
      </w:r>
    </w:p>
    <w:p>
      <w:pPr>
        <w:jc w:val="right"/>
      </w:pPr>
      <w:r>
        <w:t>یہ اس زمانے میں پیدا ہوا جب کہ فارم اصل ہو گیا اور اسپرٹ غائب ہو گئی۔</w:t>
      </w:r>
    </w:p>
    <w:p>
      <w:r>
        <w:rPr>
          <w:b/>
        </w:rPr>
        <w:t xml:space="preserve">[1:37:59] </w:t>
      </w:r>
      <w:r>
        <w:t>qazaye oomri aadmi kis baat karta hai? kya spirit ki qaza karte hain? jo log qazaye oomri karte</w:t>
      </w:r>
    </w:p>
    <w:p>
      <w:pPr>
        <w:jc w:val="right"/>
      </w:pPr>
      <w:r>
        <w:t>قضائے عمری آدمی کس بات کرتا ہے؟ کیا اسپرٹ کی قضا کرتے ہیں؟ جو لوگ قضائے عمری کرتے</w:t>
      </w:r>
    </w:p>
    <w:p>
      <w:r>
        <w:rPr>
          <w:b/>
        </w:rPr>
        <w:t xml:space="preserve">[1:38:04] </w:t>
      </w:r>
      <w:r>
        <w:t>hain woh is form ko dohrate hain.</w:t>
      </w:r>
    </w:p>
    <w:p>
      <w:pPr>
        <w:jc w:val="right"/>
      </w:pPr>
      <w:r>
        <w:t>ہیں وہ اس فارم کو دہراتے ہیں۔</w:t>
      </w:r>
    </w:p>
    <w:p>
      <w:r>
        <w:rPr>
          <w:b/>
        </w:rPr>
        <w:t xml:space="preserve">[1:38:09] </w:t>
      </w:r>
      <w:r>
        <w:t>spirit ko, spirit ko kaise dohrainge aap? to qazaye oomri darasal is is waqt paida hua hai</w:t>
      </w:r>
    </w:p>
    <w:p>
      <w:pPr>
        <w:jc w:val="right"/>
      </w:pPr>
      <w:r>
        <w:t>اسپرٹ کو، اسپرٹ کو کیسے دہرائیں گے آپ؟ تو قضائے عمری دراصل اس اس وقت پیدا ہوا ہے</w:t>
      </w:r>
    </w:p>
    <w:p>
      <w:r>
        <w:rPr>
          <w:b/>
        </w:rPr>
        <w:t xml:space="preserve">[1:38:14] </w:t>
      </w:r>
      <w:r>
        <w:t>tasawwur jab namaz jo thi woh bas form ban gayi, form. spirit ghayab.</w:t>
      </w:r>
    </w:p>
    <w:p>
      <w:pPr>
        <w:jc w:val="right"/>
      </w:pPr>
      <w:r>
        <w:t>تصور جب نماز جو تھی وہ بس فارم بن گئی، فارم۔ اسپرٹ غائب۔</w:t>
      </w:r>
    </w:p>
    <w:p>
      <w:r>
        <w:rPr>
          <w:b/>
        </w:rPr>
        <w:t xml:space="preserve">[1:38:18] </w:t>
      </w:r>
      <w:r>
        <w:t>halanke hadith mein pata hai ek aata hai ke la salat illa khushu khushu ke baghair namaz nahi.</w:t>
      </w:r>
    </w:p>
    <w:p>
      <w:pPr>
        <w:jc w:val="right"/>
      </w:pPr>
      <w:r>
        <w:t>حالانکہ حدیث میں پتہ ہے ایک آتا ہے کہ لا صلاة إلا خشوع خشوع کے بغیر نماز نہیں۔</w:t>
      </w:r>
    </w:p>
    <w:p>
      <w:r>
        <w:rPr>
          <w:b/>
        </w:rPr>
        <w:t xml:space="preserve">[1:38:23] </w:t>
      </w:r>
      <w:r>
        <w:t>to khushu kaise dohrainge aap? qazaye oomri karenge to khushu kaise dohrainge aap? formi ko</w:t>
      </w:r>
    </w:p>
    <w:p>
      <w:pPr>
        <w:jc w:val="right"/>
      </w:pPr>
      <w:r>
        <w:t>تو خشوع کیسے دہرائیں گے آپ؟ قضائے عمری کریں گے تو خشوع کیسے دہرائیں گے آپ؟ فارمی کو</w:t>
      </w:r>
    </w:p>
    <w:p>
      <w:r>
        <w:rPr>
          <w:b/>
        </w:rPr>
        <w:t xml:space="preserve">[1:38:28] </w:t>
      </w:r>
      <w:r>
        <w:t>dohra sakte hain aap.</w:t>
      </w:r>
    </w:p>
    <w:p>
      <w:pPr>
        <w:jc w:val="right"/>
      </w:pPr>
      <w:r>
        <w:t>دہرا سکتے ہیں آپ۔</w:t>
      </w:r>
    </w:p>
    <w:p>
      <w:r>
        <w:rPr>
          <w:b/>
        </w:rPr>
        <w:t xml:space="preserve">[1:38:33] </w:t>
      </w:r>
      <w:r>
        <w:t>mein bas bataun ke yeh yeh yeh jo hai reduced form jo namaz ka bana us se is</w:t>
      </w:r>
    </w:p>
    <w:p>
      <w:pPr>
        <w:jc w:val="right"/>
      </w:pPr>
      <w:r>
        <w:t>میں بس بتاؤں کہ یہ یہ یہ جو ہے reduced فارم جو نماز کا بنا اس سے اس</w:t>
      </w:r>
    </w:p>
    <w:p>
      <w:r>
        <w:rPr>
          <w:b/>
        </w:rPr>
        <w:t xml:space="preserve">[1:38:38] </w:t>
      </w:r>
      <w:r>
        <w:t>se yeh cheez nikli hai.</w:t>
      </w:r>
    </w:p>
    <w:p>
      <w:pPr>
        <w:jc w:val="right"/>
      </w:pPr>
      <w:r>
        <w:t>سے یہ چیز نکلی ہے۔</w:t>
      </w:r>
    </w:p>
    <w:p>
      <w:r>
        <w:rPr>
          <w:b/>
        </w:rPr>
        <w:t xml:space="preserve">[1:38:43] </w:t>
      </w:r>
      <w:r>
        <w:t>baqi qazaye oomri na hadith mein hai na quran mein, kahin bhi nahi hai.</w:t>
      </w:r>
    </w:p>
    <w:p>
      <w:pPr>
        <w:jc w:val="right"/>
      </w:pPr>
      <w:r>
        <w:t>باقی قضائے عمری نہ حدیث میں ہے نہ قرآن میں، کہیں بھی نہیں ہے۔</w:t>
      </w:r>
    </w:p>
    <w:p>
      <w:r>
        <w:rPr>
          <w:b/>
        </w:rPr>
        <w:t xml:space="preserve">[1:38:47] </w:t>
      </w:r>
      <w:r>
        <w:t>is ka koi bhi reference quran mein hadith mein nahi de sakte aap.</w:t>
      </w:r>
    </w:p>
    <w:p>
      <w:pPr>
        <w:jc w:val="right"/>
      </w:pPr>
      <w:r>
        <w:t>اس کا کوئی بھی reference قرآن میں حدیث میں نہیں دے سکتے آپ۔</w:t>
      </w:r>
    </w:p>
    <w:p>
      <w:r>
        <w:rPr>
          <w:b/>
        </w:rPr>
        <w:t xml:space="preserve">[1:38:52] </w:t>
      </w:r>
      <w:r>
        <w:t>mein is ko nahi manta.</w:t>
      </w:r>
    </w:p>
    <w:p>
      <w:pPr>
        <w:jc w:val="right"/>
      </w:pPr>
      <w:r>
        <w:t>میں اس کو نہیں مانتا۔</w:t>
      </w:r>
    </w:p>
    <w:p>
      <w:r>
        <w:rPr>
          <w:b/>
        </w:rPr>
        <w:t xml:space="preserve">[1:38:57] </w:t>
      </w:r>
      <w:r>
        <w:t>mujhe se koi log masla puchte hain, maine kaha nahi, islam mein yeh sab kuch nahi hai.</w:t>
      </w:r>
    </w:p>
    <w:p>
      <w:pPr>
        <w:jc w:val="right"/>
      </w:pPr>
      <w:r>
        <w:t>مجھ سے کوئی لوگ مسئلہ پوچھتے ہیں، میں نے کہا نہیں، اسلام میں یہ سب کچھ نہیں ہے۔</w:t>
      </w:r>
    </w:p>
    <w:p>
      <w:r>
        <w:rPr>
          <w:b/>
        </w:rPr>
        <w:t xml:space="preserve">[1:39:02] </w:t>
      </w:r>
      <w:r>
        <w:t>jis din aap ko ehsas hua hai usi din se active ho jaiye.</w:t>
      </w:r>
    </w:p>
    <w:p>
      <w:pPr>
        <w:jc w:val="right"/>
      </w:pPr>
      <w:r>
        <w:t>جس دن آپ کو احساس ہوا ہے اسی دن سے active ہو جائیے۔</w:t>
      </w:r>
    </w:p>
    <w:p>
      <w:r>
        <w:rPr>
          <w:b/>
        </w:rPr>
        <w:t xml:space="preserve">[1:39:07] </w:t>
      </w:r>
      <w:r>
        <w:t>aur qazaye umri karne ke ilawa doosre kaam kijiye, dawat e ilaah ka kaam kijiye.</w:t>
      </w:r>
    </w:p>
    <w:p>
      <w:pPr>
        <w:jc w:val="right"/>
      </w:pPr>
      <w:r>
        <w:t>اور قضائے عمری کرنے کے علاوہ دوسرے کام کیجیے، دعوت اللہ کا کام کیجیے۔</w:t>
      </w:r>
    </w:p>
    <w:p>
      <w:r>
        <w:rPr>
          <w:b/>
        </w:rPr>
        <w:t xml:space="preserve">[1:39:12] </w:t>
      </w:r>
      <w:r>
        <w:t>yani is isi form ko dohrane ke liye kyun aap sab se zyada chahte hain? dawat e ilaah ke liye dodiye.</w:t>
      </w:r>
    </w:p>
    <w:p>
      <w:pPr>
        <w:jc w:val="right"/>
      </w:pPr>
      <w:r>
        <w:t>یعنی اس اسی فارم کو دہرانے کے لیے کیوں آپ سب سے زیادہ چاہتے ہیں؟ دعوت اللہ کے لیے دوڑیے۔</w:t>
      </w:r>
    </w:p>
    <w:p>
      <w:r>
        <w:rPr>
          <w:b/>
        </w:rPr>
        <w:t xml:space="preserve">[1:39:16] </w:t>
      </w:r>
      <w:r>
        <w:t>yani aap is se pehle jo aap dawat e ilaah nahi kar sake, aaj dawat e ilaah ke liye sargam ho jaiye.</w:t>
      </w:r>
    </w:p>
    <w:p>
      <w:pPr>
        <w:jc w:val="right"/>
      </w:pPr>
      <w:r>
        <w:t>یعنی آپ اس سے پہلے جو آپ دعوت اللہ نہیں کر سکے، آج دعوت اللہ کے لیے سرگم ہو جائیے۔</w:t>
      </w:r>
    </w:p>
    <w:p>
      <w:r>
        <w:rPr>
          <w:b/>
        </w:rPr>
        <w:t xml:space="preserve">[1:39:21] </w:t>
      </w:r>
      <w:r>
        <w:t>yeh in sab kaamon mein aap apna tawajjuh lagaiye.</w:t>
      </w:r>
    </w:p>
    <w:p>
      <w:pPr>
        <w:jc w:val="right"/>
      </w:pPr>
      <w:r>
        <w:t>یہ ان سب کاموں میں آپ اپنا توجہ لگائیے۔</w:t>
      </w:r>
    </w:p>
    <w:p>
      <w:r>
        <w:rPr>
          <w:b/>
        </w:rPr>
        <w:t xml:space="preserve">[1:39:26] </w:t>
      </w:r>
      <w:r>
        <w:t>main is ko nahi manta.</w:t>
      </w:r>
    </w:p>
    <w:p>
      <w:pPr>
        <w:jc w:val="right"/>
      </w:pPr>
      <w:r>
        <w:t>میں اس کو نہیں مانتا۔</w:t>
      </w:r>
    </w:p>
    <w:p>
      <w:r>
        <w:rPr>
          <w:b/>
        </w:rPr>
        <w:t xml:space="preserve">[1:39:31] </w:t>
      </w:r>
      <w:r>
        <w:t>kyun ke is ka koi saboot nahi hai.</w:t>
      </w:r>
    </w:p>
    <w:p>
      <w:pPr>
        <w:jc w:val="right"/>
      </w:pPr>
      <w:r>
        <w:t>کیونکہ اس کا کوئی ثبوت نہیں ہے۔</w:t>
      </w:r>
    </w:p>
    <w:p>
      <w:r>
        <w:rPr>
          <w:b/>
        </w:rPr>
        <w:t xml:space="preserve">[1:39:36] </w:t>
      </w:r>
      <w:r>
        <w:t>Maulana, agla sawal dilli se hai Mr.</w:t>
      </w:r>
    </w:p>
    <w:p>
      <w:pPr>
        <w:jc w:val="right"/>
      </w:pPr>
      <w:r>
        <w:t>Maulana، اگلا سوال دلی سے ہے Mr.</w:t>
      </w:r>
    </w:p>
    <w:p>
      <w:r>
        <w:rPr>
          <w:b/>
        </w:rPr>
        <w:t xml:space="preserve">[1:39:41] </w:t>
      </w:r>
      <w:r>
        <w:t>Shahnawaz Zafar sahib ka.</w:t>
      </w:r>
    </w:p>
    <w:p>
      <w:pPr>
        <w:jc w:val="right"/>
      </w:pPr>
      <w:r>
        <w:t>شاہنواز ظفر صاحب کا۔</w:t>
      </w:r>
    </w:p>
    <w:p>
      <w:r>
        <w:rPr>
          <w:b/>
        </w:rPr>
        <w:t xml:space="preserve">[1:39:45] </w:t>
      </w:r>
      <w:r>
        <w:t>unhon ne poocha hai aaj ka insaan yeh samajhta hai ke is se bhi zyada developed koi jio</w:t>
      </w:r>
    </w:p>
    <w:p>
      <w:pPr>
        <w:jc w:val="right"/>
      </w:pPr>
      <w:r>
        <w:t>انہوں نے پوچھا ہے آج کا انسان یہ سمجھتا ہے کہ اس سے بھی زیادہ developed کوئی جیو</w:t>
      </w:r>
    </w:p>
    <w:p>
      <w:r>
        <w:rPr>
          <w:b/>
        </w:rPr>
        <w:t xml:space="preserve">[1:39:50] </w:t>
      </w:r>
      <w:r>
        <w:t>hai is universe mein jis ko alien kehte hain aur woh is ko discover karne mein lage hue hain.</w:t>
      </w:r>
    </w:p>
    <w:p>
      <w:pPr>
        <w:jc w:val="right"/>
      </w:pPr>
      <w:r>
        <w:t>ہے اس universe میں جس کو alien کہتے ہیں اور وہ اس کو discover کرنے میں لگے ہوئے ہیں۔</w:t>
      </w:r>
    </w:p>
    <w:p>
      <w:r>
        <w:rPr>
          <w:b/>
        </w:rPr>
        <w:t xml:space="preserve">[1:39:55] </w:t>
      </w:r>
      <w:r>
        <w:t>kya yeh farishton ki nishani hai ya jinnaat ki ya woh insaan ka waham hai? Islamic point of</w:t>
      </w:r>
    </w:p>
    <w:p>
      <w:pPr>
        <w:jc w:val="right"/>
      </w:pPr>
      <w:r>
        <w:t>کیا یہ فرشتوں کی نشانی ہے یا جنات کی یا وہ انسان کا وہم ہے؟ Islamic point of</w:t>
      </w:r>
    </w:p>
    <w:p>
      <w:r>
        <w:rPr>
          <w:b/>
        </w:rPr>
        <w:t xml:space="preserve">[1:40:00] </w:t>
      </w:r>
      <w:r>
        <w:t>view se is ka kya jawab ho sakta hai? yeh koi discovery to hai nahi, yeh to ek mufrada hai.</w:t>
      </w:r>
    </w:p>
    <w:p>
      <w:pPr>
        <w:jc w:val="right"/>
      </w:pPr>
      <w:r>
        <w:t>view سے اس کا کیا جواب ہو سکتا ہے؟ یہ کوئی discovery تو ہے نہیں، یہ تو ایک مفروضہ ہے۔</w:t>
      </w:r>
    </w:p>
    <w:p>
      <w:r>
        <w:rPr>
          <w:b/>
        </w:rPr>
        <w:t xml:space="preserve">[1:40:05] </w:t>
      </w:r>
      <w:r>
        <w:t>is pe kya irada de sakte hain hum? kuch logon ne farz kar rakha hai is ke liye</w:t>
      </w:r>
    </w:p>
    <w:p>
      <w:pPr>
        <w:jc w:val="right"/>
      </w:pPr>
      <w:r>
        <w:t>اس پہ کیا ارادہ دے سکتے ہیں ہم؟ کچھ لوگوں نے فرض کر رکھا ہے اس کے لیے</w:t>
      </w:r>
    </w:p>
    <w:p>
      <w:r>
        <w:rPr>
          <w:b/>
        </w:rPr>
        <w:t xml:space="preserve">[1:40:10] </w:t>
      </w:r>
      <w:r>
        <w:t>rocket uda rahe hain.</w:t>
      </w:r>
    </w:p>
    <w:p>
      <w:pPr>
        <w:jc w:val="right"/>
      </w:pPr>
      <w:r>
        <w:t>راکٹ اڑا رہے ہیں۔</w:t>
      </w:r>
    </w:p>
    <w:p>
      <w:r>
        <w:rPr>
          <w:b/>
        </w:rPr>
        <w:t xml:space="preserve">[1:40:14] </w:t>
      </w:r>
      <w:r>
        <w:t>is ki koi haqeeqat, is ki kuch kuch bhi nahi hai.</w:t>
      </w:r>
    </w:p>
    <w:p>
      <w:pPr>
        <w:jc w:val="right"/>
      </w:pPr>
      <w:r>
        <w:t>اس کی کوئی حقیقت، اس کی کچھ کچھ بھی نہیں ہے۔</w:t>
      </w:r>
    </w:p>
    <w:p>
      <w:r>
        <w:rPr>
          <w:b/>
        </w:rPr>
        <w:t xml:space="preserve">[1:40:19] </w:t>
      </w:r>
      <w:r>
        <w:t>is ki koi scientific haqeeqat nahi hai.</w:t>
      </w:r>
    </w:p>
    <w:p>
      <w:pPr>
        <w:jc w:val="right"/>
      </w:pPr>
      <w:r>
        <w:t>اس کی کوئی scientific حقیقت نہیں ہے۔</w:t>
      </w:r>
    </w:p>
    <w:p>
      <w:r>
        <w:rPr>
          <w:b/>
        </w:rPr>
        <w:t xml:space="preserve">[1:40:24] </w:t>
      </w:r>
      <w:r>
        <w:t>yeh mufrada hai, mufrada sirf.</w:t>
      </w:r>
    </w:p>
    <w:p>
      <w:pPr>
        <w:jc w:val="right"/>
      </w:pPr>
      <w:r>
        <w:t>یہ مفروضہ ہے، مفروضہ صرف۔</w:t>
      </w:r>
    </w:p>
    <w:p>
      <w:r>
        <w:rPr>
          <w:b/>
        </w:rPr>
        <w:t xml:space="preserve">[1:40:29] </w:t>
      </w:r>
      <w:r>
        <w:t>Maulana, agla sawal dilli se Miss Naghma Siddiqui ka hai.</w:t>
      </w:r>
    </w:p>
    <w:p>
      <w:pPr>
        <w:jc w:val="right"/>
      </w:pPr>
      <w:r>
        <w:t>Maulana، اگلا سوال دلی سے Miss نغمہ صدیقی کا ہے۔</w:t>
      </w:r>
    </w:p>
    <w:p>
      <w:r>
        <w:rPr>
          <w:b/>
        </w:rPr>
        <w:t xml:space="preserve">[1:40:34] </w:t>
      </w:r>
      <w:r>
        <w:t>unhon ne likha hai Quran being a preserved book of God gives us such a lot of conviction.</w:t>
      </w:r>
    </w:p>
    <w:p>
      <w:pPr>
        <w:jc w:val="right"/>
      </w:pPr>
      <w:r>
        <w:t>انہوں نے لکھا ہے Quran being a preserved book of God gives us such a lot of conviction.</w:t>
      </w:r>
    </w:p>
    <w:p>
      <w:r>
        <w:rPr>
          <w:b/>
        </w:rPr>
        <w:t xml:space="preserve">[1:40:39] </w:t>
      </w:r>
      <w:r>
        <w:t>How can we increase this thought in our mind to do better da'wa work?</w:t>
      </w:r>
    </w:p>
    <w:p>
      <w:pPr>
        <w:jc w:val="right"/>
      </w:pPr>
      <w:r>
        <w:t>How can we increase this thought in our mind to do better دعویٰ work?</w:t>
      </w:r>
    </w:p>
    <w:p>
      <w:r>
        <w:rPr>
          <w:b/>
        </w:rPr>
        <w:t xml:space="preserve">[1:40:43] </w:t>
      </w:r>
      <w:r>
        <w:t>haan, yeh to bohat achi baat hai.</w:t>
      </w:r>
    </w:p>
    <w:p>
      <w:pPr>
        <w:jc w:val="right"/>
      </w:pPr>
      <w:r>
        <w:t>ہاں، یہ تو بہت اچھی بات ہے۔</w:t>
      </w:r>
    </w:p>
    <w:p>
      <w:r>
        <w:rPr>
          <w:b/>
        </w:rPr>
        <w:t xml:space="preserve">[1:40:48] </w:t>
      </w:r>
      <w:r>
        <w:t>yani da'wa work karne ka jazba is waqt aur barh jayega jab aap samjhein ke main hi</w:t>
      </w:r>
    </w:p>
    <w:p>
      <w:pPr>
        <w:jc w:val="right"/>
      </w:pPr>
      <w:r>
        <w:t>یعنی دعویٰ work کرنے کا جذبہ اس وقت اور بڑھ جائے گا جب آپ سمجھیں کہ میں ہی</w:t>
      </w:r>
    </w:p>
    <w:p>
      <w:r>
        <w:rPr>
          <w:b/>
        </w:rPr>
        <w:t xml:space="preserve">[1:40:53] </w:t>
      </w:r>
      <w:r>
        <w:t>woh shakhs hoon jis ke paas preserved book hai aur kisi ke paas preserved book nahi hai.</w:t>
      </w:r>
    </w:p>
    <w:p>
      <w:pPr>
        <w:jc w:val="right"/>
      </w:pPr>
      <w:r>
        <w:t>وہ شخص ہوں جس کے پاس preserved book ہے اور کسی کے پاس preserved book نہیں ہے۔</w:t>
      </w:r>
    </w:p>
    <w:p>
      <w:r>
        <w:rPr>
          <w:b/>
        </w:rPr>
        <w:t xml:space="preserve">[1:40:57] </w:t>
      </w:r>
      <w:r>
        <w:t>yeh to bohat bari cheez hai.</w:t>
      </w:r>
    </w:p>
    <w:p>
      <w:pPr>
        <w:jc w:val="right"/>
      </w:pPr>
      <w:r>
        <w:t>یہ تو بہت بڑی چیز ہے۔</w:t>
      </w:r>
    </w:p>
    <w:p>
      <w:r>
        <w:rPr>
          <w:b/>
        </w:rPr>
        <w:t xml:space="preserve">[1:41:02] </w:t>
      </w:r>
      <w:r>
        <w:t>kyunke jitni bhi mazhab ki kitabein doosri hain, woh sab yaani original form mein nahi hain.</w:t>
      </w:r>
    </w:p>
    <w:p>
      <w:pPr>
        <w:jc w:val="right"/>
      </w:pPr>
      <w:r>
        <w:t>کیونکہ جتنی بھی مذہب کی کتابیں دوسری ہیں، وہ سب یعنی original فارم میں نہیں ہیں۔</w:t>
      </w:r>
    </w:p>
    <w:p>
      <w:r>
        <w:rPr>
          <w:b/>
        </w:rPr>
        <w:t xml:space="preserve">[1:41:07] </w:t>
      </w:r>
      <w:r>
        <w:t>koi bhi kitab nahi hai.</w:t>
      </w:r>
    </w:p>
    <w:p>
      <w:pPr>
        <w:jc w:val="right"/>
      </w:pPr>
      <w:r>
        <w:t>کوئی بھی کتاب نہیں ہے۔</w:t>
      </w:r>
    </w:p>
    <w:p>
      <w:r>
        <w:rPr>
          <w:b/>
        </w:rPr>
        <w:t xml:space="preserve">[1:41:11] </w:t>
      </w:r>
      <w:r>
        <w:t>sab mein alteration ho chuka hai, sab mein changes ho chuke hain.</w:t>
      </w:r>
    </w:p>
    <w:p>
      <w:pPr>
        <w:jc w:val="right"/>
      </w:pPr>
      <w:r>
        <w:t>سب میں alteration ہو چکا ہے، سب میں changes ہو چکے ہیں۔</w:t>
      </w:r>
    </w:p>
    <w:p>
      <w:r>
        <w:rPr>
          <w:b/>
        </w:rPr>
        <w:t xml:space="preserve">[1:41:16] </w:t>
      </w:r>
      <w:r>
        <w:t>sab ki historical credibility doubtful hai.</w:t>
      </w:r>
    </w:p>
    <w:p>
      <w:pPr>
        <w:jc w:val="right"/>
      </w:pPr>
      <w:r>
        <w:t>سب کی historical credibility doubtful ہے۔</w:t>
      </w:r>
    </w:p>
    <w:p>
      <w:r>
        <w:rPr>
          <w:b/>
        </w:rPr>
        <w:t xml:space="preserve">[1:41:21] </w:t>
      </w:r>
      <w:r>
        <w:t>lekin quran jo hai poori tarah mehfooz hai.</w:t>
      </w:r>
    </w:p>
    <w:p>
      <w:pPr>
        <w:jc w:val="right"/>
      </w:pPr>
      <w:r>
        <w:t>لیکن قرآن جو ہے پوری طرح محفوظ ہے۔</w:t>
      </w:r>
    </w:p>
    <w:p>
      <w:r>
        <w:rPr>
          <w:b/>
        </w:rPr>
        <w:t xml:space="preserve">[1:41:25] </w:t>
      </w:r>
      <w:r>
        <w:t>poori tarah woh yaani yaqeen kar sakte hain aap ke yeh wahi quran hai jo rasool Allah ko</w:t>
      </w:r>
    </w:p>
    <w:p>
      <w:pPr>
        <w:jc w:val="right"/>
      </w:pPr>
      <w:r>
        <w:t>پوری طرح وہ یعنی یقین کر سکتے ہیں آپ کہ یہ وہی قرآن ہے جو رسول اللہ کو</w:t>
      </w:r>
    </w:p>
    <w:p>
      <w:r>
        <w:rPr>
          <w:b/>
        </w:rPr>
        <w:t xml:space="preserve">[1:41:30] </w:t>
      </w:r>
      <w:r>
        <w:t>Allah taala ne seventh century mein diya tha.</w:t>
      </w:r>
    </w:p>
    <w:p>
      <w:pPr>
        <w:jc w:val="right"/>
      </w:pPr>
      <w:r>
        <w:t>اللہ تعالیٰ نے seventh century میں دیا تھا۔</w:t>
      </w:r>
    </w:p>
    <w:p>
      <w:r>
        <w:rPr>
          <w:b/>
        </w:rPr>
        <w:t xml:space="preserve">[1:41:35] </w:t>
      </w:r>
      <w:r>
        <w:t>yeh yaqeen to bohat toofani bana deta hai daai ko.</w:t>
      </w:r>
    </w:p>
    <w:p>
      <w:pPr>
        <w:jc w:val="right"/>
      </w:pPr>
      <w:r>
        <w:t>یہ یقین تو بہت طوفانی بنا دیتا ہے داعی کو۔</w:t>
      </w:r>
    </w:p>
    <w:p>
      <w:r>
        <w:rPr>
          <w:b/>
        </w:rPr>
        <w:t xml:space="preserve">[1:41:39] </w:t>
      </w:r>
      <w:r>
        <w:t>ke mere paas woh cheez hai jo duniya mein kisi ke paas bhi nahi hai.</w:t>
      </w:r>
    </w:p>
    <w:p>
      <w:pPr>
        <w:jc w:val="right"/>
      </w:pPr>
      <w:r>
        <w:t>کہ میرے پاس وہ چیز ہے جو دنیا میں کسی کے پاس بھی نہیں ہے۔</w:t>
      </w:r>
    </w:p>
    <w:p>
      <w:r>
        <w:rPr>
          <w:b/>
        </w:rPr>
        <w:t xml:space="preserve">[1:41:44] </w:t>
      </w:r>
      <w:r>
        <w:t>yeh to aise hi hai jaise ke ek aadmi tijarat karna chahta ho aur pata chale ke shehar</w:t>
      </w:r>
    </w:p>
    <w:p>
      <w:pPr>
        <w:jc w:val="right"/>
      </w:pPr>
      <w:r>
        <w:t>یہ تو ایسے ہی ہے جیسے کہ ایک آدمی تجارت کرنا چاہتا ہو اور پتہ چلے کہ شہر</w:t>
      </w:r>
    </w:p>
    <w:p>
      <w:r>
        <w:rPr>
          <w:b/>
        </w:rPr>
        <w:t xml:space="preserve">[1:41:49] </w:t>
      </w:r>
      <w:r>
        <w:t>mein is ke paas jo item hai bechne ke shehar mein kisi ke paas nahi hai.</w:t>
      </w:r>
    </w:p>
    <w:p>
      <w:pPr>
        <w:jc w:val="right"/>
      </w:pPr>
      <w:r>
        <w:t>میں اس کے پاس جو item ہے بیچنے کے شہر میں کسی کے پاس نہیں ہے۔</w:t>
      </w:r>
    </w:p>
    <w:p>
      <w:r>
        <w:rPr>
          <w:b/>
        </w:rPr>
        <w:t xml:space="preserve">[1:41:53] </w:t>
      </w:r>
      <w:r>
        <w:t>to woh andha dhund ja kar market mein baith jayega.</w:t>
      </w:r>
    </w:p>
    <w:p>
      <w:pPr>
        <w:jc w:val="right"/>
      </w:pPr>
      <w:r>
        <w:t>تو وہ اندھا دھند جا کر market میں بیٹھ جائے گا۔</w:t>
      </w:r>
    </w:p>
    <w:p>
      <w:r>
        <w:rPr>
          <w:b/>
        </w:rPr>
        <w:t xml:space="preserve">[1:41:58] </w:t>
      </w:r>
      <w:r>
        <w:t>ke mere paas woh item hai jo kisi ke paas nahi hai, to yeh to log toot padenge</w:t>
      </w:r>
    </w:p>
    <w:p>
      <w:pPr>
        <w:jc w:val="right"/>
      </w:pPr>
      <w:r>
        <w:t>کہ میرے پاس وہ item ہے جو کسی کے پاس نہیں ہے، تو یہ تو لوگ ٹوٹ پڑیں</w:t>
      </w:r>
    </w:p>
    <w:p>
      <w:r>
        <w:rPr>
          <w:b/>
        </w:rPr>
        <w:t xml:space="preserve">[1:42:03] </w:t>
      </w:r>
      <w:r>
        <w:t>iske khareedne ke liye.</w:t>
      </w:r>
    </w:p>
    <w:p>
      <w:pPr>
        <w:jc w:val="right"/>
      </w:pPr>
      <w:r>
        <w:t>گے اس کو خریدنے کے لیے۔</w:t>
      </w:r>
    </w:p>
    <w:p>
      <w:r>
        <w:rPr>
          <w:b/>
        </w:rPr>
        <w:t xml:space="preserve">[1:42:07] </w:t>
      </w:r>
      <w:r>
        <w:t>to yeh bohat bari mein bataun ke yaani yaqeen ka samandar aap ke andar aa jayega jab</w:t>
      </w:r>
    </w:p>
    <w:p>
      <w:pPr>
        <w:jc w:val="right"/>
      </w:pPr>
      <w:r>
        <w:t>تو یہ بہت بڑی میں بتاؤں کہ یعنی یقین کا سمندر آپ کے اندر آ جائے گا جب</w:t>
      </w:r>
    </w:p>
    <w:p>
      <w:r>
        <w:rPr>
          <w:b/>
        </w:rPr>
        <w:t xml:space="preserve">[1:42:12] </w:t>
      </w:r>
      <w:r>
        <w:t>aap yeh sochein ke kaisa ajeeb hai bara muamla ke duniya mein kisi ke paas woh kitab nahi</w:t>
      </w:r>
    </w:p>
    <w:p>
      <w:pPr>
        <w:jc w:val="right"/>
      </w:pPr>
      <w:r>
        <w:t>آپ یہ سوچیں کہ کیسا عجیب ہے بڑا معاملہ کہ دنیا میں کسی کے پاس وہ کتاب نہیں</w:t>
      </w:r>
    </w:p>
    <w:p>
      <w:r>
        <w:rPr>
          <w:b/>
        </w:rPr>
        <w:t xml:space="preserve">[1:42:17] </w:t>
      </w:r>
      <w:r>
        <w:t>hai jis ke baray mein woh keh sakein ke yeh preserved book of God hai.</w:t>
      </w:r>
    </w:p>
    <w:p>
      <w:pPr>
        <w:jc w:val="right"/>
      </w:pPr>
      <w:r>
        <w:t>ہے جس کے بارے میں وہ کہہ سکیں کہ یہ preserved book of God ہے۔</w:t>
      </w:r>
    </w:p>
    <w:p>
      <w:r>
        <w:rPr>
          <w:b/>
        </w:rPr>
        <w:t xml:space="preserve">[1:42:21] </w:t>
      </w:r>
      <w:r>
        <w:t>Authentic book of God hai.</w:t>
      </w:r>
    </w:p>
    <w:p>
      <w:pPr>
        <w:jc w:val="right"/>
      </w:pPr>
      <w:r>
        <w:t>Authentic book of God ہے۔</w:t>
      </w:r>
    </w:p>
    <w:p>
      <w:r>
        <w:rPr>
          <w:b/>
        </w:rPr>
        <w:t xml:space="preserve">[1:42:26] </w:t>
      </w:r>
      <w:r>
        <w:t>kisi ke paas nahi hai.</w:t>
      </w:r>
    </w:p>
    <w:p>
      <w:pPr>
        <w:jc w:val="right"/>
      </w:pPr>
      <w:r>
        <w:t>کسی کے پاس نہیں ہے۔</w:t>
      </w:r>
    </w:p>
    <w:p>
      <w:r>
        <w:rPr>
          <w:b/>
        </w:rPr>
        <w:t xml:space="preserve">[1:42:31] </w:t>
      </w:r>
      <w:r>
        <w:t>to jab aap quran ko le ke uthenge to aap ke andar ek athah samandar ka maani</w:t>
      </w:r>
    </w:p>
    <w:p>
      <w:pPr>
        <w:jc w:val="right"/>
      </w:pPr>
      <w:r>
        <w:t>تو جب آپ قرآن کو لے کے اٹھیں گے تو آپ کے اندر ایک اتھاہ سمندر کا معنی</w:t>
      </w:r>
    </w:p>
    <w:p>
      <w:r>
        <w:rPr>
          <w:b/>
        </w:rPr>
        <w:t xml:space="preserve">[1:42:35] </w:t>
      </w:r>
      <w:r>
        <w:t>dekhein, yaqeen ublega.</w:t>
      </w:r>
    </w:p>
    <w:p>
      <w:pPr>
        <w:jc w:val="right"/>
      </w:pPr>
      <w:r>
        <w:t>دیکھیں، یقین ابلے گا۔</w:t>
      </w:r>
    </w:p>
    <w:p>
      <w:r>
        <w:rPr>
          <w:b/>
        </w:rPr>
        <w:t xml:space="preserve">[1:42:40] </w:t>
      </w:r>
      <w:r>
        <w:t>aur aur bilkul bila khauf kood padenge har jagah.</w:t>
      </w:r>
    </w:p>
    <w:p>
      <w:pPr>
        <w:jc w:val="right"/>
      </w:pPr>
      <w:r>
        <w:t>اور اور بالکل بلا خوف آپ کود پڑیں گے ہر جگہ۔</w:t>
      </w:r>
    </w:p>
    <w:p>
      <w:r>
        <w:rPr>
          <w:b/>
        </w:rPr>
        <w:t xml:space="preserve">[1:42:45] </w:t>
      </w:r>
      <w:r>
        <w:t>aur us ko ja kar logon ko pahunchayenge.</w:t>
      </w:r>
    </w:p>
    <w:p>
      <w:pPr>
        <w:jc w:val="right"/>
      </w:pPr>
      <w:r>
        <w:t>اور اس کو جا کر لوگوں کو پہنچائیں گے۔</w:t>
      </w:r>
    </w:p>
    <w:p>
      <w:r>
        <w:rPr>
          <w:b/>
        </w:rPr>
        <w:t xml:space="preserve">[1:42:49] </w:t>
      </w:r>
      <w:r>
        <w:t>andar ka yaqeen jo hai aap ka woh aap ko hero bana dega.</w:t>
      </w:r>
    </w:p>
    <w:p>
      <w:pPr>
        <w:jc w:val="right"/>
      </w:pPr>
      <w:r>
        <w:t>اندر کا یقین جو ہے آپ کا وہ آپ کو ہیرو بنا دے گا۔</w:t>
      </w:r>
    </w:p>
    <w:p>
      <w:r>
        <w:rPr>
          <w:b/>
        </w:rPr>
        <w:t xml:space="preserve">[1:42:54] </w:t>
      </w:r>
      <w:r>
        <w:t>Maulana, agla sawal aahe andhra pradesh se aaya hai Maulana abdulkarim sahib ka.</w:t>
      </w:r>
    </w:p>
    <w:p>
      <w:pPr>
        <w:jc w:val="right"/>
      </w:pPr>
      <w:r>
        <w:t>Maulana، اگلا سوال آہ آندھرا پردیش سے آیا ہے Maulana عبدالکریم صاحب کا۔</w:t>
      </w:r>
    </w:p>
    <w:p>
      <w:r>
        <w:rPr>
          <w:b/>
        </w:rPr>
        <w:t xml:space="preserve">[1:42:59] </w:t>
      </w:r>
      <w:r>
        <w:t>Unhon ne poocha hai aap se ke aahe Maulana, ek sahib ne farmaya ke We can control feelings</w:t>
      </w:r>
    </w:p>
    <w:p>
      <w:pPr>
        <w:jc w:val="right"/>
      </w:pPr>
      <w:r>
        <w:t>انہوں نے پوچھا ہے آپ سے کہ آہ Maulana، ایک صاحب نے فرمایا کہ We can control feelings</w:t>
      </w:r>
    </w:p>
    <w:p>
      <w:r>
        <w:rPr>
          <w:b/>
        </w:rPr>
        <w:t xml:space="preserve">[1:43:03] </w:t>
      </w:r>
      <w:r>
        <w:t>of Allah because if we do good deeds Allah will become happy.</w:t>
      </w:r>
    </w:p>
    <w:p>
      <w:pPr>
        <w:jc w:val="right"/>
      </w:pPr>
      <w:r>
        <w:t>of Allah because if we do good deeds Allah will become happy.</w:t>
      </w:r>
    </w:p>
    <w:p>
      <w:r>
        <w:rPr>
          <w:b/>
        </w:rPr>
        <w:t xml:space="preserve">[1:43:08] </w:t>
      </w:r>
      <w:r>
        <w:t>If we do bad deeds then He will become angry.</w:t>
      </w:r>
    </w:p>
    <w:p>
      <w:pPr>
        <w:jc w:val="right"/>
      </w:pPr>
      <w:r>
        <w:t>If we do bad deeds then He will become angry.</w:t>
      </w:r>
    </w:p>
    <w:p>
      <w:r>
        <w:rPr>
          <w:b/>
        </w:rPr>
        <w:t xml:space="preserve">[1:43:13] </w:t>
      </w:r>
      <w:r>
        <w:t>Maulana sahib, how can we answer to this question? kya kya main sab jayega? haan, Maulana, woh yeh keh rahe hain ke jo Allah taala ki feelings hain woh hum control kar sakte hain. ek sahib ne un ko kaha hai ke kya matlab feeling control kar, kya matlab? kya woh be bas baat hai yeh? kya matlab control kar sakte hain hum? to kuch kuch kuch sense nahin banta. aap bataiye kya sense banta hai? kya sawal hai? mat sunen, mat samjhaen. Maulana, woh shayad yeh kehna chah rahe hain ke ah they can actually control in the sense ke agar acha kaam karenge to Allah taala khush honge aur agar galat kaam karenge to naraz honge. to is tarah se woh ah decide kar sakte hain ke Allah taala ki kya feelings hongi. sawal ek, humein kya pata hai ke hum ne acha kaam kiya hai? woh Allah taala jab is ko acha qarar de, tab woh acha hai. hamare samne acha ho jayega. ab main pani pi raha hoon, dahine hath se, bas samajh lo ke bas Khuda khush ho gaya. to bhai, aam makan mein baat ho gayi. yeh Khuda ko pata hai kis kaam par woh khush hoga, kis kaam par na khush hoga. aap ko to yeh pata hai. hmm, yeh to bilkul stupid baat hai. bilkul jo ek aisa karta hai aadmi, woh samajhta hai ke us ko us ke ikhtiyar mein hai Khuda ko khush karna. Khuda khud jis se jis cheez se aap khush hoga, jis cheez se naraz hoga. humein kya pata? yani jo kaam hum karte hain, woh Khuda jis ko qabool kare, tab ja kar woh Khuda ko khush karne wala banega. sirf hamare karne se thodi ban jayega. isi liye sare sahaba jo the, aakhir waqt tak fear mein jeete the. fear mein. kya matlab hum ne jo kiya hai, woh qabool hua ke nahin Allah taala ke haan? yeh to ek stupid question hai. okay, we will end this session now as.</w:t>
      </w:r>
    </w:p>
    <w:p>
      <w:pPr>
        <w:jc w:val="right"/>
      </w:pPr>
      <w:r>
        <w:t>Maulana صاحب, how can we answer to this question? کیا کیا میں سب جائے گا؟ ہاں، Maulana، وہ یہ کہہ رہے ہیں کہ جو اللہ تعالیٰ کی feelings ہیں وہ ہم کنٹرول کر سکتے ہیں۔ ایک صاحب نے ان کو کہا ہے کہ کیا مطلب feeling کنٹرول کر، کیا مطلب؟ کیا وہ بے بس بات ہے یہ؟ کیا مطلب کنٹرول کر سکتے ہیں ہم؟ تو کچھ کچھ کچھ sense نہیں بنتا۔ آپ بتائیے کیا sense بنتا ہے؟ کیا سوال ہے؟ مت سنیں، مت سمجھائیں۔ Maulana، وہ شاید یہ کہنا چاہ رہے ہیں کہ آہ they can actually control in the sense کہ اگر اچھا کام کریں گے تو اللہ تعالیٰ خوش ہوں گے اور اگر غلط کام کریں گے تو ناراض ہوں گے۔ تو اس طریقے سے وہ آہ decide کر سکتے ہیں کہ اللہ تعالیٰ کی کیا feelings ہوں گی۔ سوال ایک، ہمیں کیا پتہ ہے کہ ہم نے اچھا کام کیا ہے؟ وہ اللہ تعالیٰ جب اس کو اچھا قرار دے، تب وہ اچھا ہے۔ ہمارے سامنے اچھا ہو جائے گا۔ اب میں پانی پی رہا ہوں، داہنے ہاتھ سے، بس سمجھ لو کہ بس خدا خوش ہو گیا۔ تو بھئی، عام مکان میں بات ہو گئی۔ یہ خدا کو پتہ ہے کس کام پر وہ خوش ہوگا، کس کام پر ناخوش ہوگا۔ آپ کو تو یہ پتہ ہے۔ ہمم، یہ تو بالکل stupid بات ہے۔ بالکل جو ایک ایسا کرتا ہے آدمی، وہ سمجھتا ہے کہ اس کو اس کے اختیار میں ہے خدا کو خوش کرنا۔ خدا خود جس سے جس چیز سے آپ خوش ہوگا، جس چیز سے ناراض ہوگا۔ ہمیں کیا پتہ؟ یعنی جو کام ہم کرتے ہیں، وہ خدا جس کو قبول کرے، تب جا کر وہ خدا کو خوش کرنے والا بنے گا۔ صرف ہمارے کرنے سے تھوڑی بن جائے گا۔ اسی لیے سارے صحابہ جو تھے، آخر وقت تک fear میں جیتے تھے۔ Fear میں۔ کیا مطلب ہم نے جو کیا ہے، وہ قبول ہوا کہ نہیں اللہ تعالیٰ کے ہاں؟ یہ تو ایک stupid question ہے۔ Okay, we will end this session now as.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