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Role of Woman in Islam Maulana Wahiduddin Khan</w:t>
      </w:r>
    </w:p>
    <w:p>
      <w:r>
        <w:t>https://www.youtube.com/watch?v=J5Hf0QSiHg4</w:t>
      </w:r>
    </w:p>
    <w:p>
      <w:r>
        <w:rPr>
          <w:b/>
        </w:rPr>
        <w:t xml:space="preserve">[00:07] </w:t>
      </w:r>
      <w:r>
        <w:t>Bismillah Rahman Rahim.</w:t>
      </w:r>
    </w:p>
    <w:p>
      <w:pPr>
        <w:jc w:val="right"/>
      </w:pPr>
      <w:r>
        <w:t>بسم اللہ الرحمن الرحیم۔</w:t>
      </w:r>
    </w:p>
    <w:p>
      <w:r>
        <w:rPr>
          <w:b/>
        </w:rPr>
        <w:t xml:space="preserve">[00:19] </w:t>
      </w:r>
      <w:r>
        <w:t>Sorry, is ko on kar diya? Ji, start kar dein.</w:t>
      </w:r>
    </w:p>
    <w:p>
      <w:pPr>
        <w:jc w:val="right"/>
      </w:pPr>
      <w:r>
        <w:t>سوری، اس کو آن کر دیا؟ جی، اسٹارٹ کر دیں۔</w:t>
      </w:r>
    </w:p>
    <w:p>
      <w:r>
        <w:rPr>
          <w:b/>
        </w:rPr>
        <w:t xml:space="preserve">[00:31] </w:t>
      </w:r>
      <w:r>
        <w:t>Bismillah Rahman Rahim.</w:t>
      </w:r>
    </w:p>
    <w:p>
      <w:pPr>
        <w:jc w:val="right"/>
      </w:pPr>
      <w:r>
        <w:t>بسم اللہ الرحمن الرحیم۔</w:t>
      </w:r>
    </w:p>
    <w:p>
      <w:r>
        <w:rPr>
          <w:b/>
        </w:rPr>
        <w:t xml:space="preserve">[00:44] </w:t>
      </w:r>
      <w:r>
        <w:t>Kholiyega ji.</w:t>
      </w:r>
    </w:p>
    <w:p>
      <w:pPr>
        <w:jc w:val="right"/>
      </w:pPr>
      <w:r>
        <w:t>کھولیے گا جی۔</w:t>
      </w:r>
    </w:p>
    <w:p>
      <w:r>
        <w:rPr>
          <w:b/>
        </w:rPr>
        <w:t xml:space="preserve">[00:56] </w:t>
      </w:r>
      <w:r>
        <w:t>Hmm, ek kholiyega neeche.</w:t>
      </w:r>
    </w:p>
    <w:p>
      <w:pPr>
        <w:jc w:val="right"/>
      </w:pPr>
      <w:r>
        <w:t>ہمم، ایک کھولیے گا نیچے۔</w:t>
      </w:r>
    </w:p>
    <w:p>
      <w:r>
        <w:rPr>
          <w:b/>
        </w:rPr>
        <w:t xml:space="preserve">[01:09] </w:t>
      </w:r>
      <w:r>
        <w:t>Wohi theek rehta hai, yeh pani theek dein.</w:t>
      </w:r>
    </w:p>
    <w:p>
      <w:pPr>
        <w:jc w:val="right"/>
      </w:pPr>
      <w:r>
        <w:t>وہی ٹھیک رہتا ہے، یہ پانی ٹھیک دیں۔</w:t>
      </w:r>
    </w:p>
    <w:p>
      <w:r>
        <w:rPr>
          <w:b/>
        </w:rPr>
        <w:t xml:space="preserve">[01:21] </w:t>
      </w:r>
      <w:r>
        <w:t>Pani se bhi kapra aata hai. Ek dijiye. Ek dijiye. Sirf ek.</w:t>
      </w:r>
    </w:p>
    <w:p>
      <w:pPr>
        <w:jc w:val="right"/>
      </w:pPr>
      <w:r>
        <w:t>پانی سے بھی کپڑا آتا ہے۔ ایک دیجیے۔ ایک دیجیے۔ صرف ایک۔</w:t>
      </w:r>
    </w:p>
    <w:p>
      <w:r>
        <w:rPr>
          <w:b/>
        </w:rPr>
        <w:t xml:space="preserve">[01:34] </w:t>
      </w:r>
      <w:r>
        <w:t>Start kar diye? 90? Bismillah Rahman Rahim.</w:t>
      </w:r>
    </w:p>
    <w:p>
      <w:pPr>
        <w:jc w:val="right"/>
      </w:pPr>
      <w:r>
        <w:t>اسٹارٹ کر دیے؟ 90؟ بسم اللہ الرحمن الرحیم۔</w:t>
      </w:r>
    </w:p>
    <w:p>
      <w:r>
        <w:rPr>
          <w:b/>
        </w:rPr>
        <w:t xml:space="preserve">[01:39] </w:t>
      </w:r>
      <w:r>
        <w:t>Wasalli Allahu alal Nabiyyil Kareem.</w:t>
      </w:r>
    </w:p>
    <w:p>
      <w:pPr>
        <w:jc w:val="right"/>
      </w:pPr>
      <w:r>
        <w:t>وصلی اللہ علی النبی الکریم۔</w:t>
      </w:r>
    </w:p>
    <w:p>
      <w:r>
        <w:rPr>
          <w:b/>
        </w:rPr>
        <w:t xml:space="preserve">[01:45]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[01:51] </w:t>
      </w:r>
      <w:r>
        <w:t>Aaj ke liye jo topic hai woh hai role of women in Islam.</w:t>
      </w:r>
    </w:p>
    <w:p>
      <w:pPr>
        <w:jc w:val="right"/>
      </w:pPr>
      <w:r>
        <w:t>آج کے لیے جو ٹاپک ہے وہ ہے رول آف وومن ان اسلام۔</w:t>
      </w:r>
    </w:p>
    <w:p>
      <w:r>
        <w:rPr>
          <w:b/>
        </w:rPr>
        <w:t xml:space="preserve">[01:56] </w:t>
      </w:r>
      <w:r>
        <w:t>Dekhiye, aurat ka mamla sirf ek mazhabi issue ka mamla nahi hai ke Islam mazhab mein kya hai</w:t>
      </w:r>
    </w:p>
    <w:p>
      <w:pPr>
        <w:jc w:val="right"/>
      </w:pPr>
      <w:r>
        <w:t>دیکھیے، عورت کا معاملہ صرف ایک مذہبی ایشو کا معاملہ نہیں ہے کہ اسلام مذہب میں کیا ہے</w:t>
      </w:r>
    </w:p>
    <w:p>
      <w:r>
        <w:rPr>
          <w:b/>
        </w:rPr>
        <w:t xml:space="preserve">[02:02] </w:t>
      </w:r>
      <w:r>
        <w:t>aur kisi aur mazhab mein kya hai.</w:t>
      </w:r>
    </w:p>
    <w:p>
      <w:pPr>
        <w:jc w:val="right"/>
      </w:pPr>
      <w:r>
        <w:t>اور کسی اور مذہب میں کیا ہے۔</w:t>
      </w:r>
    </w:p>
    <w:p>
      <w:r>
        <w:rPr>
          <w:b/>
        </w:rPr>
        <w:t xml:space="preserve">[02:08] </w:t>
      </w:r>
      <w:r>
        <w:t>Asal mein yeh mamla hai creation plan of God ka.</w:t>
      </w:r>
    </w:p>
    <w:p>
      <w:pPr>
        <w:jc w:val="right"/>
      </w:pPr>
      <w:r>
        <w:t>اصل میں یہ معاملہ ہے کریشن پلان آف گاڈ کا۔</w:t>
      </w:r>
    </w:p>
    <w:p>
      <w:r>
        <w:rPr>
          <w:b/>
        </w:rPr>
        <w:t xml:space="preserve">[02:14] </w:t>
      </w:r>
      <w:r>
        <w:t>یعنی فرسٹ آف آل، you have to discover the creation plan of God regarding man and woman.</w:t>
      </w:r>
    </w:p>
    <w:p>
      <w:pPr>
        <w:jc w:val="right"/>
      </w:pPr>
      <w:r>
        <w:t>یعنی فرسٹ آف آل، یو ہیو ٹو ڈسکور دا کریشن پلان آف گاڈ ریگارڈنگ مین اینڈ وومن۔</w:t>
      </w:r>
    </w:p>
    <w:p>
      <w:r>
        <w:rPr>
          <w:b/>
        </w:rPr>
        <w:t xml:space="preserve">[02:19] </w:t>
      </w:r>
      <w:r>
        <w:t>Yeh mazhab ka issue nahi hai, yeh creation plan of God ka issue hai.</w:t>
      </w:r>
    </w:p>
    <w:p>
      <w:pPr>
        <w:jc w:val="right"/>
      </w:pPr>
      <w:r>
        <w:t>یہ مذہب کا ایشو نہیں ہے، یہ کریشن پلان آف گاڈ کا ایشو ہے۔</w:t>
      </w:r>
    </w:p>
    <w:p>
      <w:r>
        <w:rPr>
          <w:b/>
        </w:rPr>
        <w:t xml:space="preserve">[02:25] </w:t>
      </w:r>
      <w:r>
        <w:t>Khuda ne is duniya mein har cheez ko apni ek scheme ke tehat banaya hai, chahe kuch bhi</w:t>
      </w:r>
    </w:p>
    <w:p>
      <w:pPr>
        <w:jc w:val="right"/>
      </w:pPr>
      <w:r>
        <w:t>خدا نے اس دنیا میں ہر چیز کو اپنی ایک اسکیم کے تحت بنایا ہے، چاہے کچھ بھی</w:t>
      </w:r>
    </w:p>
    <w:p>
      <w:r>
        <w:rPr>
          <w:b/>
        </w:rPr>
        <w:t xml:space="preserve">[02:31] </w:t>
      </w:r>
      <w:r>
        <w:t>ho, chahe sitare hon, planet hon, samandar aur pahad hon, ya aurat aur mard hon.</w:t>
      </w:r>
    </w:p>
    <w:p>
      <w:pPr>
        <w:jc w:val="right"/>
      </w:pPr>
      <w:r>
        <w:t>ہو، چاہے ستارے ہوں، پلینٹ ہوں، سمندر اور پہاڑ ہوں، یا عورت اور مرد ہوں۔</w:t>
      </w:r>
    </w:p>
    <w:p>
      <w:r>
        <w:rPr>
          <w:b/>
        </w:rPr>
        <w:t xml:space="preserve">[02:37] </w:t>
      </w:r>
      <w:r>
        <w:t>تو عورت اور مرد کو خدا نے بنایا ہے ایک cogwheel کے طور پر۔</w:t>
      </w:r>
    </w:p>
    <w:p>
      <w:pPr>
        <w:jc w:val="right"/>
      </w:pPr>
      <w:r>
        <w:t>تو عورت اور مرد کو خدا نے بنایا ہے ایک کاگ ویل کے طور پر۔</w:t>
      </w:r>
    </w:p>
    <w:p>
      <w:r>
        <w:rPr>
          <w:b/>
        </w:rPr>
        <w:t xml:space="preserve">[02:42] </w:t>
      </w:r>
      <w:r>
        <w:t>Cog wheel jo hai, aisi wheel hoti hai ke ek ke chalein, doosra chalta hai.</w:t>
      </w:r>
    </w:p>
    <w:p>
      <w:pPr>
        <w:jc w:val="right"/>
      </w:pPr>
      <w:r>
        <w:t>کاگ ویل جو ہے، ایسی ویل ہوتی ہے کہ ایک کے چلیں، دوسرا چلتا ہے۔</w:t>
      </w:r>
    </w:p>
    <w:p>
      <w:r>
        <w:rPr>
          <w:b/>
        </w:rPr>
        <w:t xml:space="preserve">[02:48] </w:t>
      </w:r>
      <w:r>
        <w:t>Ek na chale, doosra bhi nahi chalega.</w:t>
      </w:r>
    </w:p>
    <w:p>
      <w:pPr>
        <w:jc w:val="right"/>
      </w:pPr>
      <w:r>
        <w:t>ایک نہ چلے، دوسرا بھی نہیں چلے گا۔</w:t>
      </w:r>
    </w:p>
    <w:p>
      <w:r>
        <w:rPr>
          <w:b/>
        </w:rPr>
        <w:t xml:space="preserve">[02:54] </w:t>
      </w:r>
      <w:r>
        <w:t>Toh yeh do cog hain, in ke milne se ek cog wheel banti hai.</w:t>
      </w:r>
    </w:p>
    <w:p>
      <w:pPr>
        <w:jc w:val="right"/>
      </w:pPr>
      <w:r>
        <w:t>تو یہ دو کاگ ہیں، ان کے ملنے سے ایک کاگ ویل بنتی ہے۔</w:t>
      </w:r>
    </w:p>
    <w:p>
      <w:r>
        <w:rPr>
          <w:b/>
        </w:rPr>
        <w:t xml:space="preserve">[03:00] </w:t>
      </w:r>
      <w:r>
        <w:t>Is mein na koi chhota hai, na koi bada, na koi superior hai, aur na koi inferior.</w:t>
      </w:r>
    </w:p>
    <w:p>
      <w:pPr>
        <w:jc w:val="right"/>
      </w:pPr>
      <w:r>
        <w:t>اس میں نہ کوئی چھوٹا ہے، نہ کوئی بڑا، نہ کوئی سپیئر ہے، اور نہ کوئی انفیریئر۔</w:t>
      </w:r>
    </w:p>
    <w:p>
      <w:r>
        <w:rPr>
          <w:b/>
        </w:rPr>
        <w:t xml:space="preserve">[03:05] </w:t>
      </w:r>
      <w:r>
        <w:t>aisa kuch bhi nahi hai.</w:t>
      </w:r>
    </w:p>
    <w:p>
      <w:pPr>
        <w:jc w:val="right"/>
      </w:pPr>
      <w:r>
        <w:t>ایسا کچھ بھی نہیں ہے۔</w:t>
      </w:r>
    </w:p>
    <w:p>
      <w:r>
        <w:rPr>
          <w:b/>
        </w:rPr>
        <w:t xml:space="preserve">[03:11] </w:t>
      </w:r>
      <w:r>
        <w:t>donon barabar hain.</w:t>
      </w:r>
    </w:p>
    <w:p>
      <w:pPr>
        <w:jc w:val="right"/>
      </w:pPr>
      <w:r>
        <w:t>دونوں برابر ہیں۔</w:t>
      </w:r>
    </w:p>
    <w:p>
      <w:r>
        <w:rPr>
          <w:b/>
        </w:rPr>
        <w:t xml:space="preserve">[03:17] </w:t>
      </w:r>
      <w:r>
        <w:t>یعنی both are equal part to a divine machine, a divine scheme.</w:t>
      </w:r>
    </w:p>
    <w:p>
      <w:pPr>
        <w:jc w:val="right"/>
      </w:pPr>
      <w:r>
        <w:t>یعنی بوتھ آر ایکول پارٹ ٹو اے ڈیوائن مشین، اے ڈیوائن اسکیم۔</w:t>
      </w:r>
    </w:p>
    <w:p>
      <w:r>
        <w:rPr>
          <w:b/>
        </w:rPr>
        <w:t xml:space="preserve">[03:23] </w:t>
      </w:r>
      <w:r>
        <w:t>zindagi ka jo nizam hai, is ko donon ko mil kar chalana hai.</w:t>
      </w:r>
    </w:p>
    <w:p>
      <w:pPr>
        <w:jc w:val="right"/>
      </w:pPr>
      <w:r>
        <w:t>زندگی کا جو نظام ہے، اس کو دونوں کو مل کر چلانا ہے۔</w:t>
      </w:r>
    </w:p>
    <w:p>
      <w:r>
        <w:rPr>
          <w:b/>
        </w:rPr>
        <w:t xml:space="preserve">[03:28] </w:t>
      </w:r>
      <w:r>
        <w:t>یورپ نے یہ غلطی کی کہ اس نے equality کو ایک غلط sense میں discover کیا۔</w:t>
      </w:r>
    </w:p>
    <w:p>
      <w:pPr>
        <w:jc w:val="right"/>
      </w:pPr>
      <w:r>
        <w:t>یورپ نے یہ غلطی کی کہ اس نے ایکولٹی کو ایک غلط سینس میں ڈسکور کیا۔</w:t>
      </w:r>
    </w:p>
    <w:p>
      <w:r>
        <w:rPr>
          <w:b/>
        </w:rPr>
        <w:t xml:space="preserve">[03:34] </w:t>
      </w:r>
      <w:r>
        <w:t>yani jo aurat hai, wahi mard hai.</w:t>
      </w:r>
    </w:p>
    <w:p>
      <w:pPr>
        <w:jc w:val="right"/>
      </w:pPr>
      <w:r>
        <w:t>یعنی جو عورت ہے، وہی مرد ہے۔</w:t>
      </w:r>
    </w:p>
    <w:p>
      <w:r>
        <w:rPr>
          <w:b/>
        </w:rPr>
        <w:t xml:space="preserve">[03:40] </w:t>
      </w:r>
      <w:r>
        <w:t>jo mard hai, wahi aurat hai.</w:t>
      </w:r>
    </w:p>
    <w:p>
      <w:pPr>
        <w:jc w:val="right"/>
      </w:pPr>
      <w:r>
        <w:t>جو مرد ہے، وہی عورت ہے۔</w:t>
      </w:r>
    </w:p>
    <w:p>
      <w:r>
        <w:rPr>
          <w:b/>
        </w:rPr>
        <w:t xml:space="preserve">[03:46] </w:t>
      </w:r>
      <w:r>
        <w:t>یہ ایکولٹی کا unnatural کانسیپٹ ہے۔</w:t>
      </w:r>
    </w:p>
    <w:p>
      <w:pPr>
        <w:jc w:val="right"/>
      </w:pPr>
      <w:r>
        <w:t>یہ ایکولٹی کا ان نیچرل کانسیپٹ ہے۔</w:t>
      </w:r>
    </w:p>
    <w:p>
      <w:r>
        <w:rPr>
          <w:b/>
        </w:rPr>
        <w:t xml:space="preserve">[03:51] </w:t>
      </w:r>
      <w:r>
        <w:t>kyun ke donon agar is sense mein aik aikual hon to koi kaam hi nahi hoga.</w:t>
      </w:r>
    </w:p>
    <w:p>
      <w:pPr>
        <w:jc w:val="right"/>
      </w:pPr>
      <w:r>
        <w:t>کیونکہ دونوں اگر اس سینس میں ایک ایکول ہوں تو کوئی کام ہی نہیں ہوگا۔</w:t>
      </w:r>
    </w:p>
    <w:p>
      <w:r>
        <w:rPr>
          <w:b/>
        </w:rPr>
        <w:t xml:space="preserve">[03:57] </w:t>
      </w:r>
      <w:r>
        <w:t>koi kaam nahi hoga.</w:t>
      </w:r>
    </w:p>
    <w:p>
      <w:pPr>
        <w:jc w:val="right"/>
      </w:pPr>
      <w:r>
        <w:t>کوئی کام نہیں ہوگا۔</w:t>
      </w:r>
    </w:p>
    <w:p>
      <w:r>
        <w:rPr>
          <w:b/>
        </w:rPr>
        <w:t xml:space="preserve">[04:03] </w:t>
      </w:r>
      <w:r>
        <w:t>jaise ke magnet mein aap ne dekha hoga ke aik taraf positive hota hai, tab negative.</w:t>
      </w:r>
    </w:p>
    <w:p>
      <w:pPr>
        <w:jc w:val="right"/>
      </w:pPr>
      <w:r>
        <w:t>جیسے کہ میگنیٹ میں آپ نے دیکھا ہوگا کہ ایک طرف پازیٹیو ہوتا ہے، تب نیگیٹیو۔</w:t>
      </w:r>
    </w:p>
    <w:p>
      <w:r>
        <w:rPr>
          <w:b/>
        </w:rPr>
        <w:t xml:space="preserve">[04:09] </w:t>
      </w:r>
      <w:r>
        <w:t>agar positive ke siray ko doosre ke positive se milayen to woh jurenge nahi aapas mein.</w:t>
      </w:r>
    </w:p>
    <w:p>
      <w:pPr>
        <w:jc w:val="right"/>
      </w:pPr>
      <w:r>
        <w:t>اگر پازیٹیو کے سرے کو دوسرے کے پازیٹیو سے ملائیں تو وہ جڑیں گے نہیں آپس میں۔</w:t>
      </w:r>
    </w:p>
    <w:p>
      <w:r>
        <w:rPr>
          <w:b/>
        </w:rPr>
        <w:t xml:space="preserve">[04:14] </w:t>
      </w:r>
      <w:r>
        <w:t>idhar negative ho, idhar positive ho, donon jur jaate hain.</w:t>
      </w:r>
    </w:p>
    <w:p>
      <w:pPr>
        <w:jc w:val="right"/>
      </w:pPr>
      <w:r>
        <w:t>ادھر نیگیٹیو ہو، ادھر پازیٹیو ہو، دونوں جڑ جاتے ہیں۔</w:t>
      </w:r>
    </w:p>
    <w:p>
      <w:r>
        <w:rPr>
          <w:b/>
        </w:rPr>
        <w:t xml:space="preserve">[04:20] </w:t>
      </w:r>
      <w:r>
        <w:t>to agar khuda ne donon ko positive banaya hota, tab bhi kuch na hota.</w:t>
      </w:r>
    </w:p>
    <w:p>
      <w:pPr>
        <w:jc w:val="right"/>
      </w:pPr>
      <w:r>
        <w:t>تو اگر خدا نے دونوں کو پازیٹیو بنایا ہوتا، تب بھی کچھ نہ ہوتا۔</w:t>
      </w:r>
    </w:p>
    <w:p>
      <w:r>
        <w:rPr>
          <w:b/>
        </w:rPr>
        <w:t xml:space="preserve">[04:26] </w:t>
      </w:r>
      <w:r>
        <w:t>donon ko negative banaya hota, tab bhi kuch na hota.</w:t>
      </w:r>
    </w:p>
    <w:p>
      <w:pPr>
        <w:jc w:val="right"/>
      </w:pPr>
      <w:r>
        <w:t>دونوں کو نیگیٹیو بنایا ہوتا، تب بھی کچھ نہ ہوتا۔</w:t>
      </w:r>
    </w:p>
    <w:p>
      <w:r>
        <w:rPr>
          <w:b/>
        </w:rPr>
        <w:t xml:space="preserve">[04:32] </w:t>
      </w:r>
      <w:r>
        <w:t>to yeh jo concept hai west ka ke jo mard hai, wahi aurat hai, jo aurat hai, wahi</w:t>
      </w:r>
    </w:p>
    <w:p>
      <w:pPr>
        <w:jc w:val="right"/>
      </w:pPr>
      <w:r>
        <w:t>تو یہ جو کانسیپٹ ہے ویسٹ کا کہ جو مرد ہے، وہی عورت ہے، جو عورت ہے، وہی</w:t>
      </w:r>
    </w:p>
    <w:p>
      <w:r>
        <w:rPr>
          <w:b/>
        </w:rPr>
        <w:t xml:space="preserve">[04:37] </w:t>
      </w:r>
      <w:r>
        <w:t>mard hai, yeh bohat hi unnatural concept hai.</w:t>
      </w:r>
    </w:p>
    <w:p>
      <w:pPr>
        <w:jc w:val="right"/>
      </w:pPr>
      <w:r>
        <w:t>مرد ہے، یہ بہت ہی ان نیچرل کانسیپٹ ہے۔</w:t>
      </w:r>
    </w:p>
    <w:p>
      <w:r>
        <w:rPr>
          <w:b/>
        </w:rPr>
        <w:t xml:space="preserve">[04:43] </w:t>
      </w:r>
      <w:r>
        <w:t>sahi concept kya hai? jo mard nahi hai, woh aurat hai.</w:t>
      </w:r>
    </w:p>
    <w:p>
      <w:pPr>
        <w:jc w:val="right"/>
      </w:pPr>
      <w:r>
        <w:t>صحیح کانسیپٹ کیا ہے؟ جو مرد نہیں ہے، وہ عورت ہے۔</w:t>
      </w:r>
    </w:p>
    <w:p>
      <w:r>
        <w:rPr>
          <w:b/>
        </w:rPr>
        <w:t xml:space="preserve">[04:49] </w:t>
      </w:r>
      <w:r>
        <w:t>jo aurat nahi hai, woh mard hai.</w:t>
      </w:r>
    </w:p>
    <w:p>
      <w:pPr>
        <w:jc w:val="right"/>
      </w:pPr>
      <w:r>
        <w:t>جو عورت نہیں ہے، وہ مرد ہے۔</w:t>
      </w:r>
    </w:p>
    <w:p>
      <w:r>
        <w:rPr>
          <w:b/>
        </w:rPr>
        <w:t xml:space="preserve">[04:55] </w:t>
      </w:r>
      <w:r>
        <w:t>yeh sahi concept hai.</w:t>
      </w:r>
    </w:p>
    <w:p>
      <w:pPr>
        <w:jc w:val="right"/>
      </w:pPr>
      <w:r>
        <w:t>یہ صحیح کانسیپٹ ہے۔</w:t>
      </w:r>
    </w:p>
    <w:p>
      <w:r>
        <w:rPr>
          <w:b/>
        </w:rPr>
        <w:t xml:space="preserve">[05:00] </w:t>
      </w:r>
      <w:r>
        <w:t>yani negative particle mein jo cheez nahi hai, woh positive particle mein hai.</w:t>
      </w:r>
    </w:p>
    <w:p>
      <w:pPr>
        <w:jc w:val="right"/>
      </w:pPr>
      <w:r>
        <w:t>یعنی نیگیٹیو پارٹیکل میں جو چیز نہیں ہے، وہ پازیٹیو پارٹیکل میں ہے۔</w:t>
      </w:r>
    </w:p>
    <w:p>
      <w:r>
        <w:rPr>
          <w:b/>
        </w:rPr>
        <w:t xml:space="preserve">[05:06] </w:t>
      </w:r>
      <w:r>
        <w:t>aur positive particle mein jo cheez nahi hai, woh negative particle mein hai.</w:t>
      </w:r>
    </w:p>
    <w:p>
      <w:pPr>
        <w:jc w:val="right"/>
      </w:pPr>
      <w:r>
        <w:t>اور پازیٹیو پارٹیکل میں جو چیز نہیں ہے، وہ نیگیٹیو پارٹیکل میں ہے۔</w:t>
      </w:r>
    </w:p>
    <w:p>
      <w:r>
        <w:rPr>
          <w:b/>
        </w:rPr>
        <w:t xml:space="preserve">[05:12] </w:t>
      </w:r>
      <w:r>
        <w:t>is tarah donon mil kar aik complete bante hain, aik whole bante hain.</w:t>
      </w:r>
    </w:p>
    <w:p>
      <w:pPr>
        <w:jc w:val="right"/>
      </w:pPr>
      <w:r>
        <w:t>اس طرح دونوں مل کر ایک کل بنتے ہیں، ایک ہول بنتے ہیں۔</w:t>
      </w:r>
    </w:p>
    <w:p>
      <w:r>
        <w:rPr>
          <w:b/>
        </w:rPr>
        <w:t xml:space="preserve">[05:18] </w:t>
      </w:r>
      <w:r>
        <w:t>to isi scheme ke liye Allah taala ne kiya kiya hai ke aurat ko kind banaya hai, kind,</w:t>
      </w:r>
    </w:p>
    <w:p>
      <w:pPr>
        <w:jc w:val="right"/>
      </w:pPr>
      <w:r>
        <w:t>تو اسی اسکیم کے لیے اللہ تعالیٰ نے کیا کیا ہے کہ عورت کو کائنڈ بنایا ہے، کائنڈ،</w:t>
      </w:r>
    </w:p>
    <w:p>
      <w:r>
        <w:rPr>
          <w:b/>
        </w:rPr>
        <w:t xml:space="preserve">[05:23] </w:t>
      </w:r>
      <w:r>
        <w:t>k-i-n-d, kind, naram.</w:t>
      </w:r>
    </w:p>
    <w:p>
      <w:pPr>
        <w:jc w:val="right"/>
      </w:pPr>
      <w:r>
        <w:t>کے آئی این ڈی، کائنڈ، نرم۔</w:t>
      </w:r>
    </w:p>
    <w:p>
      <w:r>
        <w:rPr>
          <w:b/>
        </w:rPr>
        <w:t xml:space="preserve">[05:29] </w:t>
      </w:r>
      <w:r>
        <w:t>aur mard ko stubborn banaya hai, sakht.</w:t>
      </w:r>
    </w:p>
    <w:p>
      <w:pPr>
        <w:jc w:val="right"/>
      </w:pPr>
      <w:r>
        <w:t>اور مرد کو سٹبرڈ بنایا ہے، سخت۔</w:t>
      </w:r>
    </w:p>
    <w:p>
      <w:r>
        <w:rPr>
          <w:b/>
        </w:rPr>
        <w:t xml:space="preserve">[05:35] </w:t>
      </w:r>
      <w:r>
        <w:t>is mein firmness is ke andar hai.</w:t>
      </w:r>
    </w:p>
    <w:p>
      <w:pPr>
        <w:jc w:val="right"/>
      </w:pPr>
      <w:r>
        <w:t>اس میں فرمنس اس کے اندر ہے۔</w:t>
      </w:r>
    </w:p>
    <w:p>
      <w:r>
        <w:rPr>
          <w:b/>
        </w:rPr>
        <w:t xml:space="preserve">[05:41] </w:t>
      </w:r>
      <w:r>
        <w:t>aik baar mein Europe gaya to aik aik khatoon mili, unhon ne kaha mera shohar jo hai, bohat stubborn hai.</w:t>
      </w:r>
    </w:p>
    <w:p>
      <w:pPr>
        <w:jc w:val="right"/>
      </w:pPr>
      <w:r>
        <w:t>ایک بار میں یورپ گیا تو ایک ایک خاتون ملی، انہوں نے کہا میرا شوہر جو ہے، بہت سٹبرڈ ہے۔</w:t>
      </w:r>
    </w:p>
    <w:p>
      <w:r>
        <w:rPr>
          <w:b/>
        </w:rPr>
        <w:t xml:space="preserve">[05:46] </w:t>
      </w:r>
      <w:r>
        <w:t>mein is se separation chahti hoon.</w:t>
      </w:r>
    </w:p>
    <w:p>
      <w:pPr>
        <w:jc w:val="right"/>
      </w:pPr>
      <w:r>
        <w:t>میں اس سے سیپریشن چاہتی ہوں۔</w:t>
      </w:r>
    </w:p>
    <w:p>
      <w:r>
        <w:rPr>
          <w:b/>
        </w:rPr>
        <w:t xml:space="preserve">[05:52] </w:t>
      </w:r>
      <w:r>
        <w:t>to mein ne kaha is se stubborn hona, woh aap ki kami ki talafi hai.</w:t>
      </w:r>
    </w:p>
    <w:p>
      <w:pPr>
        <w:jc w:val="right"/>
      </w:pPr>
      <w:r>
        <w:t>تو میں نے کہا اس سے سٹبرڈ ہونا، وہ آپ کی کمی کی تلافی ہے۔</w:t>
      </w:r>
    </w:p>
    <w:p>
      <w:r>
        <w:rPr>
          <w:b/>
        </w:rPr>
        <w:t xml:space="preserve">[05:58] </w:t>
      </w:r>
      <w:r>
        <w:t>aap naram hain, woh stubborn hai.</w:t>
      </w:r>
    </w:p>
    <w:p>
      <w:pPr>
        <w:jc w:val="right"/>
      </w:pPr>
      <w:r>
        <w:t>آپ نرم ہیں، وہ سٹبرڈ ہے۔</w:t>
      </w:r>
    </w:p>
    <w:p>
      <w:r>
        <w:rPr>
          <w:b/>
        </w:rPr>
        <w:t xml:space="preserve">[06:04] </w:t>
      </w:r>
      <w:r>
        <w:t>tabhi to kaam chalta hai dono ko mil kar ke.</w:t>
      </w:r>
    </w:p>
    <w:p>
      <w:pPr>
        <w:jc w:val="right"/>
      </w:pPr>
      <w:r>
        <w:t>تبھی تو کام چلتا ہے دونوں کو مل کر کے۔</w:t>
      </w:r>
    </w:p>
    <w:p>
      <w:r>
        <w:rPr>
          <w:b/>
        </w:rPr>
        <w:t xml:space="preserve">[06:09] </w:t>
      </w:r>
      <w:r>
        <w:t>to aap kabhi bhi yeh na sochen separation ki baat.</w:t>
      </w:r>
    </w:p>
    <w:p>
      <w:pPr>
        <w:jc w:val="right"/>
      </w:pPr>
      <w:r>
        <w:t>تو آپ کبھی بھی یہ نہ سوچیں سیپریشن کی بات۔</w:t>
      </w:r>
    </w:p>
    <w:p>
      <w:r>
        <w:rPr>
          <w:b/>
        </w:rPr>
        <w:t xml:space="preserve">[06:15] </w:t>
      </w:r>
      <w:r>
        <w:t>to aurat mein kindness zyada hai aur mard aurat ke muqable mein stubborn zyada hai.</w:t>
      </w:r>
    </w:p>
    <w:p>
      <w:pPr>
        <w:jc w:val="right"/>
      </w:pPr>
      <w:r>
        <w:t>تو عورت میں کائنڈنس زیادہ ہے اور مرد عورت کے مقابلے میں سٹبرڈ زیادہ ہے۔</w:t>
      </w:r>
    </w:p>
    <w:p>
      <w:r>
        <w:rPr>
          <w:b/>
        </w:rPr>
        <w:t xml:space="preserve">[06:21] </w:t>
      </w:r>
      <w:r>
        <w:t>yeh wohi hai ke negative particle aur positive particle dono mil kar ke ek whole bana.</w:t>
      </w:r>
    </w:p>
    <w:p>
      <w:pPr>
        <w:jc w:val="right"/>
      </w:pPr>
      <w:r>
        <w:t>یہ وہی ہے کہ نیگیٹیو پارٹیکل اور پازیٹیو پارٹیکل دونوں مل کر کے ایک ہول بنا۔</w:t>
      </w:r>
    </w:p>
    <w:p>
      <w:r>
        <w:rPr>
          <w:b/>
        </w:rPr>
        <w:t xml:space="preserve">[06:27] </w:t>
      </w:r>
      <w:r>
        <w:t>is cheez ko na samajhne ki wajah se tareekh mein, poori history mein bar bar ghaltiyan hui hain.</w:t>
      </w:r>
    </w:p>
    <w:p>
      <w:pPr>
        <w:jc w:val="right"/>
      </w:pPr>
      <w:r>
        <w:t>اس چیز کو نہ سمجھنے کی وجہ سے تاریخ میں، پوری ہسٹری میں بار بار غلطیاں ہوئی ہیں۔</w:t>
      </w:r>
    </w:p>
    <w:p>
      <w:r>
        <w:rPr>
          <w:b/>
        </w:rPr>
        <w:t xml:space="preserve">[06:32] </w:t>
      </w:r>
      <w:r>
        <w:t>aur abhi bhi log is se bekhabar hone ki wajah se ghalti kar rahe hain.</w:t>
      </w:r>
    </w:p>
    <w:p>
      <w:pPr>
        <w:jc w:val="right"/>
      </w:pPr>
      <w:r>
        <w:t>اور ابھی بھی لوگ اس سے بے خبر ہونے کی وجہ سے غلطی کر رہے ہیں۔</w:t>
      </w:r>
    </w:p>
    <w:p>
      <w:r>
        <w:rPr>
          <w:b/>
        </w:rPr>
        <w:t xml:space="preserve">[06:38] </w:t>
      </w:r>
      <w:r>
        <w:t>mein samajhta hoon ke west bhi ghalti kar raha hai, east bhi ghalti kar raha hai.</w:t>
      </w:r>
    </w:p>
    <w:p>
      <w:pPr>
        <w:jc w:val="right"/>
      </w:pPr>
      <w:r>
        <w:t>میں سمجھتا ہوں کہ ویسٹ بھی غلطی کر رہا ہے، ایسٹ بھی غلطی کر رہا ہے۔</w:t>
      </w:r>
    </w:p>
    <w:p>
      <w:r>
        <w:rPr>
          <w:b/>
        </w:rPr>
        <w:t xml:space="preserve">[06:44] </w:t>
      </w:r>
      <w:r>
        <w:t>yani east ne aurat ko kam samajh liya.</w:t>
      </w:r>
    </w:p>
    <w:p>
      <w:pPr>
        <w:jc w:val="right"/>
      </w:pPr>
      <w:r>
        <w:t>یعنی ایسٹ نے عورت کو کم سمجھ لیا۔</w:t>
      </w:r>
    </w:p>
    <w:p>
      <w:r>
        <w:rPr>
          <w:b/>
        </w:rPr>
        <w:t xml:space="preserve">[06:50] </w:t>
      </w:r>
      <w:r>
        <w:t>aur west ne aurat aur mard dono ko bilkul equal part samajh liya.</w:t>
      </w:r>
    </w:p>
    <w:p>
      <w:pPr>
        <w:jc w:val="right"/>
      </w:pPr>
      <w:r>
        <w:t>اور ویسٹ نے عورت اور مرد دونوں کو بالکل ایکول پارٹ سمجھ لیا۔</w:t>
      </w:r>
    </w:p>
    <w:p>
      <w:r>
        <w:rPr>
          <w:b/>
        </w:rPr>
        <w:t xml:space="preserve">[06:55] </w:t>
      </w:r>
      <w:r>
        <w:t>part bhi nahi, yani equal samajh liya.</w:t>
      </w:r>
    </w:p>
    <w:p>
      <w:pPr>
        <w:jc w:val="right"/>
      </w:pPr>
      <w:r>
        <w:t>پارٹ بھی نہیں، یعنی ایکول سمجھ لیا۔</w:t>
      </w:r>
    </w:p>
    <w:p>
      <w:r>
        <w:rPr>
          <w:b/>
        </w:rPr>
        <w:t xml:space="preserve">[07:01] </w:t>
      </w:r>
      <w:r>
        <w:t>to yeh dono ghalat hain.</w:t>
      </w:r>
    </w:p>
    <w:p>
      <w:pPr>
        <w:jc w:val="right"/>
      </w:pPr>
      <w:r>
        <w:t>تو یہ دونوں غلط ہیں۔</w:t>
      </w:r>
    </w:p>
    <w:p>
      <w:r>
        <w:rPr>
          <w:b/>
        </w:rPr>
        <w:t xml:space="preserve">[07:07] </w:t>
      </w:r>
      <w:r>
        <w:t>ek role ek hai, lekin is ke hisse do hain.</w:t>
      </w:r>
    </w:p>
    <w:p>
      <w:pPr>
        <w:jc w:val="right"/>
      </w:pPr>
      <w:r>
        <w:t>ایک رول ایک ہے، لیکن اس کے حصے دو ہیں۔</w:t>
      </w:r>
    </w:p>
    <w:p>
      <w:r>
        <w:rPr>
          <w:b/>
        </w:rPr>
        <w:t xml:space="preserve">[07:12] </w:t>
      </w:r>
      <w:r>
        <w:t>mein soch raha tha ke Hazrat Ibrahim علیہ السلام ko Allah Ta'ala ne bheja sehra mein basaao to</w:t>
      </w:r>
    </w:p>
    <w:p>
      <w:pPr>
        <w:jc w:val="right"/>
      </w:pPr>
      <w:r>
        <w:t>میں سوچ رہا تھا کہ حضرت ابراہیم علیہ السلام کو اللہ تعالیٰ نے بھیجا صحرا میں بساؤ تو</w:t>
      </w:r>
    </w:p>
    <w:p>
      <w:r>
        <w:rPr>
          <w:b/>
        </w:rPr>
        <w:t xml:space="preserve">[07:18] </w:t>
      </w:r>
      <w:r>
        <w:t>apni family ke do member ko le kar chale, woh yani Hajra ko aur Ismail ko.</w:t>
      </w:r>
    </w:p>
    <w:p>
      <w:pPr>
        <w:jc w:val="right"/>
      </w:pPr>
      <w:r>
        <w:t>اپنی فیملی کے دو ممبر کو لے کر چلے، وہ یعنی ہاجرہ کو اور اسماعیل کو۔</w:t>
      </w:r>
    </w:p>
    <w:p>
      <w:r>
        <w:rPr>
          <w:b/>
        </w:rPr>
        <w:t xml:space="preserve">[07:24] </w:t>
      </w:r>
      <w:r>
        <w:t>Hajra un ki biwi theen, Ismail un ke bete the.</w:t>
      </w:r>
    </w:p>
    <w:p>
      <w:pPr>
        <w:jc w:val="right"/>
      </w:pPr>
      <w:r>
        <w:t>ہاجرہ ان کی بیوی تھیں، اسماعیل ان کے بیٹے تھے۔</w:t>
      </w:r>
    </w:p>
    <w:p>
      <w:r>
        <w:rPr>
          <w:b/>
        </w:rPr>
        <w:t xml:space="preserve">[07:30] </w:t>
      </w:r>
      <w:r>
        <w:t>lekin zibah ka hukum kis ko hua? Ismail ke liye.</w:t>
      </w:r>
    </w:p>
    <w:p>
      <w:pPr>
        <w:jc w:val="right"/>
      </w:pPr>
      <w:r>
        <w:t>لیکن ذبح کا حکم کس کو ہوا؟ اسماعیل کے لیے۔</w:t>
      </w:r>
    </w:p>
    <w:p>
      <w:r>
        <w:rPr>
          <w:b/>
        </w:rPr>
        <w:t xml:space="preserve">[07:35] </w:t>
      </w:r>
      <w:r>
        <w:t>yeh nahi kaha ke Hajra ko zibah kar do.</w:t>
      </w:r>
    </w:p>
    <w:p>
      <w:pPr>
        <w:jc w:val="right"/>
      </w:pPr>
      <w:r>
        <w:t>یہ نہیں کہا کہ ہاجرہ کو ذبح کر دو۔</w:t>
      </w:r>
    </w:p>
    <w:p>
      <w:r>
        <w:rPr>
          <w:b/>
        </w:rPr>
        <w:t xml:space="preserve">[07:41] </w:t>
      </w:r>
      <w:r>
        <w:t>to Hajra aur Ismail mil kar ek role karne wale the.</w:t>
      </w:r>
    </w:p>
    <w:p>
      <w:pPr>
        <w:jc w:val="right"/>
      </w:pPr>
      <w:r>
        <w:t>تو ہاجرہ اور اسماعیل مل کر ایک رول کرنے والے تھے۔</w:t>
      </w:r>
    </w:p>
    <w:p>
      <w:r>
        <w:rPr>
          <w:b/>
        </w:rPr>
        <w:t xml:space="preserve">[07:47] </w:t>
      </w:r>
      <w:r>
        <w:t>lekin roleon ka role alag alag tha, mil kar ek banta tha woh.</w:t>
      </w:r>
    </w:p>
    <w:p>
      <w:pPr>
        <w:jc w:val="right"/>
      </w:pPr>
      <w:r>
        <w:t>لیکن رولوں کا رول الگ الگ تھا، مل کر ایک بنتا تھا وہ۔</w:t>
      </w:r>
    </w:p>
    <w:p>
      <w:r>
        <w:rPr>
          <w:b/>
        </w:rPr>
        <w:t xml:space="preserve">[07:53] </w:t>
      </w:r>
      <w:r>
        <w:t>to yeh samajhna bohat hi zaroori hai.</w:t>
      </w:r>
    </w:p>
    <w:p>
      <w:pPr>
        <w:jc w:val="right"/>
      </w:pPr>
      <w:r>
        <w:t>تو یہ سمجھنا بہت ہی ضروری ہے۔</w:t>
      </w:r>
    </w:p>
    <w:p>
      <w:r>
        <w:rPr>
          <w:b/>
        </w:rPr>
        <w:t xml:space="preserve">[07:58] </w:t>
      </w:r>
      <w:r>
        <w:t>is ki wajah se kya hua? history mein aap dekhen ke mard to khoob active dikhai padenge,</w:t>
      </w:r>
    </w:p>
    <w:p>
      <w:pPr>
        <w:jc w:val="right"/>
      </w:pPr>
      <w:r>
        <w:t>اس کی وجہ سے کیا ہوا؟ ہسٹری میں آپ دیکھیں کہ مرد تو خوب ایکٹیو دکھائے پڑیں گے،</w:t>
      </w:r>
    </w:p>
    <w:p>
      <w:r>
        <w:rPr>
          <w:b/>
        </w:rPr>
        <w:t xml:space="preserve">[08:04] </w:t>
      </w:r>
      <w:r>
        <w:t>auraton ko bohat kam istemal kiya gaya hai history mein. bohat kam.</w:t>
      </w:r>
    </w:p>
    <w:p>
      <w:pPr>
        <w:jc w:val="right"/>
      </w:pPr>
      <w:r>
        <w:t>عورتوں کو بہت کم استعمال کیا گیا ہے ہسٹری میں۔ بہت کم۔</w:t>
      </w:r>
    </w:p>
    <w:p>
      <w:r>
        <w:rPr>
          <w:b/>
        </w:rPr>
        <w:t xml:space="preserve">[08:10] </w:t>
      </w:r>
      <w:r>
        <w:t>zyada tar in ko kam samjha gaya, daba kar rakha gaya, ghar ki cheez samjha gaya.</w:t>
      </w:r>
    </w:p>
    <w:p>
      <w:pPr>
        <w:jc w:val="right"/>
      </w:pPr>
      <w:r>
        <w:t>زیادہ تر ان کو کم سمجھا گیا، دبا کر رکھا گیا، گھر کی چیز سمجھا گیا۔</w:t>
      </w:r>
    </w:p>
    <w:p>
      <w:r>
        <w:rPr>
          <w:b/>
        </w:rPr>
        <w:t xml:space="preserve">[08:16] </w:t>
      </w:r>
      <w:r>
        <w:t>ab jo azadi mili europe mein to woh aik aur extreme par pahunch gayeen auratain.</w:t>
      </w:r>
    </w:p>
    <w:p>
      <w:pPr>
        <w:jc w:val="right"/>
      </w:pPr>
      <w:r>
        <w:t>اب جو آزادی ملی یورپ میں تو وہ ایک اور ایکسٹریم پر پہنچ گئیں عورتیں۔</w:t>
      </w:r>
    </w:p>
    <w:p>
      <w:r>
        <w:rPr>
          <w:b/>
        </w:rPr>
        <w:t xml:space="preserve">[08:21] </w:t>
      </w:r>
      <w:r>
        <w:t>بہرحال اسلام میں جو کانسیپٹ ہے وہ according to the creation plan of God ہے۔</w:t>
      </w:r>
    </w:p>
    <w:p>
      <w:pPr>
        <w:jc w:val="right"/>
      </w:pPr>
      <w:r>
        <w:t>بہرحال اسلام میں جو کانسیپٹ ہے وہ اکارڈنگ ٹو دی کریشن پلان آف گاڈ ہے۔</w:t>
      </w:r>
    </w:p>
    <w:p>
      <w:r>
        <w:rPr>
          <w:b/>
        </w:rPr>
        <w:t xml:space="preserve">[08:27] </w:t>
      </w:r>
      <w:r>
        <w:t>mein aap ko chand misalein dena chahunga jis se yeh baat clear hoti hai.</w:t>
      </w:r>
    </w:p>
    <w:p>
      <w:pPr>
        <w:jc w:val="right"/>
      </w:pPr>
      <w:r>
        <w:t>میں آپ کو چند مثالیں دینا چاہوں گا جس سے یہ بات کلیئر ہوتی ہے۔</w:t>
      </w:r>
    </w:p>
    <w:p>
      <w:r>
        <w:rPr>
          <w:b/>
        </w:rPr>
        <w:t xml:space="preserve">[08:33] </w:t>
      </w:r>
      <w:r>
        <w:t>hamari is mashal mein inshallah hum is ko revive kar rahe hain.</w:t>
      </w:r>
    </w:p>
    <w:p>
      <w:pPr>
        <w:jc w:val="right"/>
      </w:pPr>
      <w:r>
        <w:t>ہماری اس مشعل میں انشاءاللہ ہم اس کو ریوائیو کر رہے ہیں۔</w:t>
      </w:r>
    </w:p>
    <w:p>
      <w:r>
        <w:rPr>
          <w:b/>
        </w:rPr>
        <w:t xml:space="preserve">[08:39] </w:t>
      </w:r>
      <w:r>
        <w:t>abhi do din pehle yahan par aik stall lagaya gaya tha.</w:t>
      </w:r>
    </w:p>
    <w:p>
      <w:pPr>
        <w:jc w:val="right"/>
      </w:pPr>
      <w:r>
        <w:t>ابھی دو دن پہلے یہاں پر ایک اسٹال لگایا گیا تھا۔</w:t>
      </w:r>
    </w:p>
    <w:p>
      <w:r>
        <w:rPr>
          <w:b/>
        </w:rPr>
        <w:t xml:space="preserve">[08:44] </w:t>
      </w:r>
      <w:r>
        <w:t>yani jo literature hai hamare haan, jo quran majeed ka transition waghera, to is mein aik aik marriage</w:t>
      </w:r>
    </w:p>
    <w:p>
      <w:pPr>
        <w:jc w:val="right"/>
      </w:pPr>
      <w:r>
        <w:t>یعنی جو لٹریچر ہے ہمارے ہاں، جو قرآن مجید کا ٹرانسیشن وغیرہ، تو اس میں ایک ایک میرج</w:t>
      </w:r>
    </w:p>
    <w:p>
      <w:r>
        <w:rPr>
          <w:b/>
        </w:rPr>
        <w:t xml:space="preserve">[08:50] </w:t>
      </w:r>
      <w:r>
        <w:t>party thi, shadi ka function tha.</w:t>
      </w:r>
    </w:p>
    <w:p>
      <w:pPr>
        <w:jc w:val="right"/>
      </w:pPr>
      <w:r>
        <w:t>پارٹی تھی، شادی کا فنکشن تھا۔</w:t>
      </w:r>
    </w:p>
    <w:p>
      <w:r>
        <w:rPr>
          <w:b/>
        </w:rPr>
        <w:t xml:space="preserve">[08:56] </w:t>
      </w:r>
      <w:r>
        <w:t>to hum log wahan gaye.</w:t>
      </w:r>
    </w:p>
    <w:p>
      <w:pPr>
        <w:jc w:val="right"/>
      </w:pPr>
      <w:r>
        <w:t>تو ہم لوگ وہاں گئے۔</w:t>
      </w:r>
    </w:p>
    <w:p>
      <w:r>
        <w:rPr>
          <w:b/>
        </w:rPr>
        <w:t xml:space="preserve">[09:02] </w:t>
      </w:r>
      <w:r>
        <w:t>to mein pehle shadiyon mein nahi jata tha.</w:t>
      </w:r>
    </w:p>
    <w:p>
      <w:pPr>
        <w:jc w:val="right"/>
      </w:pPr>
      <w:r>
        <w:t>تو میں پہلے شادیوں میں نہیں جاتا تھا۔</w:t>
      </w:r>
    </w:p>
    <w:p>
      <w:r>
        <w:rPr>
          <w:b/>
        </w:rPr>
        <w:t xml:space="preserve">[09:07] </w:t>
      </w:r>
      <w:r>
        <w:t>ab mujhe samajh mein aya ke wahan par insan hotay hain.</w:t>
      </w:r>
    </w:p>
    <w:p>
      <w:pPr>
        <w:jc w:val="right"/>
      </w:pPr>
      <w:r>
        <w:t>اب مجھے سمجھ میں آیا کہ وہاں پر انسان ہوتے ہیں۔</w:t>
      </w:r>
    </w:p>
    <w:p>
      <w:r>
        <w:rPr>
          <w:b/>
        </w:rPr>
        <w:t xml:space="preserve">[09:13] </w:t>
      </w:r>
      <w:r>
        <w:t>insaniyat to chahiye humein.</w:t>
      </w:r>
    </w:p>
    <w:p>
      <w:pPr>
        <w:jc w:val="right"/>
      </w:pPr>
      <w:r>
        <w:t>انسانیت تو چاہیے ہمیں۔</w:t>
      </w:r>
    </w:p>
    <w:p>
      <w:r>
        <w:rPr>
          <w:b/>
        </w:rPr>
        <w:t xml:space="preserve">[09:19] </w:t>
      </w:r>
      <w:r>
        <w:t>kis ko hum dein literature? literature aap kya paharon ko dein ge? daryaaon ko dein ge? jahan insan</w:t>
      </w:r>
    </w:p>
    <w:p>
      <w:pPr>
        <w:jc w:val="right"/>
      </w:pPr>
      <w:r>
        <w:t>کس کو ہم دیں لٹریچر؟ لٹریچر آپ کیا پہاڑوں کو دیں گے؟ دریاؤں کو دیں گے؟ جہاں انسان</w:t>
      </w:r>
    </w:p>
    <w:p>
      <w:r>
        <w:rPr>
          <w:b/>
        </w:rPr>
        <w:t xml:space="preserve">[09:25] </w:t>
      </w:r>
      <w:r>
        <w:t>hai, wahan kaam hai.</w:t>
      </w:r>
    </w:p>
    <w:p>
      <w:pPr>
        <w:jc w:val="right"/>
      </w:pPr>
      <w:r>
        <w:t>ہے، وہاں کام ہے۔</w:t>
      </w:r>
    </w:p>
    <w:p>
      <w:r>
        <w:rPr>
          <w:b/>
        </w:rPr>
        <w:t xml:space="preserve">[09:30] </w:t>
      </w:r>
      <w:r>
        <w:t>to phir mein ne socha, badla apne is ko.</w:t>
      </w:r>
    </w:p>
    <w:p>
      <w:pPr>
        <w:jc w:val="right"/>
      </w:pPr>
      <w:r>
        <w:t>تو پھر میں نے سوچا، بدلا اپنے اس کو۔</w:t>
      </w:r>
    </w:p>
    <w:p>
      <w:r>
        <w:rPr>
          <w:b/>
        </w:rPr>
        <w:t xml:space="preserve">[09:36] </w:t>
      </w:r>
      <w:r>
        <w:t>mein ab janay laga hoon shadiyon ke program mein.</w:t>
      </w:r>
    </w:p>
    <w:p>
      <w:pPr>
        <w:jc w:val="right"/>
      </w:pPr>
      <w:r>
        <w:t>میں اب جانے لگا ہوں شادیوں کے پروگرام میں۔</w:t>
      </w:r>
    </w:p>
    <w:p>
      <w:r>
        <w:rPr>
          <w:b/>
        </w:rPr>
        <w:t xml:space="preserve">[09:42] </w:t>
      </w:r>
      <w:r>
        <w:t>to wahan mein gaya to wahan mein khud to baith jata hoon kahin, mein khud to kuch karta nahi.</w:t>
      </w:r>
    </w:p>
    <w:p>
      <w:pPr>
        <w:jc w:val="right"/>
      </w:pPr>
      <w:r>
        <w:t>تو وہاں میں گیا تو وہاں میں خود تو بیٹھ جاتا ہوں کہیں، میں خود تو کچھ کرتا نہیں۔</w:t>
      </w:r>
    </w:p>
    <w:p>
      <w:r>
        <w:rPr>
          <w:b/>
        </w:rPr>
        <w:t xml:space="preserve">[09:48] </w:t>
      </w:r>
      <w:r>
        <w:t>lekin mere saathi karte hain.</w:t>
      </w:r>
    </w:p>
    <w:p>
      <w:pPr>
        <w:jc w:val="right"/>
      </w:pPr>
      <w:r>
        <w:t>لیکن میرے ساتھی کرتے ہیں۔</w:t>
      </w:r>
    </w:p>
    <w:p>
      <w:r>
        <w:rPr>
          <w:b/>
        </w:rPr>
        <w:t xml:space="preserve">[09:53] </w:t>
      </w:r>
      <w:r>
        <w:t>to mein ne dekha ke wahan hamari khawateen jo hain, woh sara kaam kar rahi hain.</w:t>
      </w:r>
    </w:p>
    <w:p>
      <w:pPr>
        <w:jc w:val="right"/>
      </w:pPr>
      <w:r>
        <w:t>تو میں نے دیکھا کہ وہاں ہماری خواتین جو ہیں، وہ سارا کام کر رہی ہیں۔</w:t>
      </w:r>
    </w:p>
    <w:p>
      <w:r>
        <w:rPr>
          <w:b/>
        </w:rPr>
        <w:t xml:space="preserve">[09:59] </w:t>
      </w:r>
      <w:r>
        <w:t>bohat hi mujhe aik anokha aik namoona samne aya.</w:t>
      </w:r>
    </w:p>
    <w:p>
      <w:pPr>
        <w:jc w:val="right"/>
      </w:pPr>
      <w:r>
        <w:t>بہت ہی مجھے ایک انوکھا ایک نمونہ سامنے آیا۔</w:t>
      </w:r>
    </w:p>
    <w:p>
      <w:r>
        <w:rPr>
          <w:b/>
        </w:rPr>
        <w:t xml:space="preserve">[10:05] </w:t>
      </w:r>
      <w:r>
        <w:t>to mein ne hamare jo saathi hain, naghma siddiqui, jin ko mein mister naghma kaha karta hoon, un</w:t>
      </w:r>
    </w:p>
    <w:p>
      <w:pPr>
        <w:jc w:val="right"/>
      </w:pPr>
      <w:r>
        <w:t>تو میں نے ہمارے جو ساتھی ہیں، نغمہ صدیقی، جن کو میں مسٹر نغمہ کہا کرتا ہوں، ان</w:t>
      </w:r>
    </w:p>
    <w:p>
      <w:r>
        <w:rPr>
          <w:b/>
        </w:rPr>
        <w:t xml:space="preserve">[10:11] </w:t>
      </w:r>
      <w:r>
        <w:t>se mein ne kaha ke dekhiye, maghrib mein, west mein, aurat ke baray mein kaha jata hai ke ladies first.</w:t>
      </w:r>
    </w:p>
    <w:p>
      <w:pPr>
        <w:jc w:val="right"/>
      </w:pPr>
      <w:r>
        <w:t>سے میں نے کہا کہ دیکھیے، مغرب میں، ویسٹ میں، عورت کے بارے میں کہا جاتا ہے کہ لیڈیز فرسٹ۔</w:t>
      </w:r>
    </w:p>
    <w:p>
      <w:r>
        <w:rPr>
          <w:b/>
        </w:rPr>
        <w:t xml:space="preserve">[10:16] </w:t>
      </w:r>
      <w:r>
        <w:t>hum ne aurat ka darja is se bhi aage barhaya hai.</w:t>
      </w:r>
    </w:p>
    <w:p>
      <w:pPr>
        <w:jc w:val="right"/>
      </w:pPr>
      <w:r>
        <w:t>ہم نے عورت کا درجہ اس سے بھی آگے بڑھایا ہے۔</w:t>
      </w:r>
    </w:p>
    <w:p>
      <w:r>
        <w:rPr>
          <w:b/>
        </w:rPr>
        <w:t xml:space="preserve">[10:22] </w:t>
      </w:r>
      <w:r>
        <w:t>ladies hero, ladies are hero.</w:t>
      </w:r>
    </w:p>
    <w:p>
      <w:pPr>
        <w:jc w:val="right"/>
      </w:pPr>
      <w:r>
        <w:t>لیڈیز ہیرو، لیڈیز آر ہیرو۔</w:t>
      </w:r>
    </w:p>
    <w:p>
      <w:r>
        <w:rPr>
          <w:b/>
        </w:rPr>
        <w:t xml:space="preserve">[10:28] </w:t>
      </w:r>
      <w:r>
        <w:t>to dekhiye, aap dekh lijye, hero bani hui hain khawateen.</w:t>
      </w:r>
    </w:p>
    <w:p>
      <w:pPr>
        <w:jc w:val="right"/>
      </w:pPr>
      <w:r>
        <w:t>تو دیکھیے، آپ دیکھ لیجئے، ہیرو بنی ہوئی ہیں خواتین۔</w:t>
      </w:r>
    </w:p>
    <w:p>
      <w:r>
        <w:rPr>
          <w:b/>
        </w:rPr>
        <w:t xml:space="preserve">[10:34] </w:t>
      </w:r>
      <w:r>
        <w:t>aur bohat dhoom se logon mein literature pohncha rahi hain, un se baat kar rahi hain.</w:t>
      </w:r>
    </w:p>
    <w:p>
      <w:pPr>
        <w:jc w:val="right"/>
      </w:pPr>
      <w:r>
        <w:t>اور بہت دھوم سے لوگوں میں لٹریچر پہنچا رہی ہیں، ان سے بات کر رہی ہیں۔</w:t>
      </w:r>
    </w:p>
    <w:p>
      <w:r>
        <w:rPr>
          <w:b/>
        </w:rPr>
        <w:t xml:space="preserve">[10:39] </w:t>
      </w:r>
      <w:r>
        <w:t>yani wahan par dekhiye, mard ban gaya takkar, aurat ban gayi giwar.</w:t>
      </w:r>
    </w:p>
    <w:p>
      <w:pPr>
        <w:jc w:val="right"/>
      </w:pPr>
      <w:r>
        <w:t>یعنی وہاں پر دیکھیے، مرد بن گیا ٹیکر، عورت بن گئی گیور۔</w:t>
      </w:r>
    </w:p>
    <w:p>
      <w:r>
        <w:rPr>
          <w:b/>
        </w:rPr>
        <w:t xml:space="preserve">[10:45] </w:t>
      </w:r>
      <w:r>
        <w:t>yani woh jo manzar tha, wahan aap dekhte ke kitabein hain ek mez par aur log aa rahe</w:t>
      </w:r>
    </w:p>
    <w:p>
      <w:pPr>
        <w:jc w:val="right"/>
      </w:pPr>
      <w:r>
        <w:t>یعنی وہ جو منظر تھا، وہاں آپ دیکھتے کہ کتابیں ہیں ایک میز پر اور لوگ آ رہے</w:t>
      </w:r>
    </w:p>
    <w:p>
      <w:r>
        <w:rPr>
          <w:b/>
        </w:rPr>
        <w:t xml:space="preserve">[10:51] </w:t>
      </w:r>
      <w:r>
        <w:t>hain, ja rahe hain.</w:t>
      </w:r>
    </w:p>
    <w:p>
      <w:pPr>
        <w:jc w:val="right"/>
      </w:pPr>
      <w:r>
        <w:t>ہیں، جا رہے ہیں۔</w:t>
      </w:r>
    </w:p>
    <w:p>
      <w:r>
        <w:rPr>
          <w:b/>
        </w:rPr>
        <w:t xml:space="preserve">[10:57] </w:t>
      </w:r>
      <w:r>
        <w:t>to distribute karne wali khawateen hain, baatein karne wali khawateen hain, explain karne wali khawateen hain.</w:t>
      </w:r>
    </w:p>
    <w:p>
      <w:pPr>
        <w:jc w:val="right"/>
      </w:pPr>
      <w:r>
        <w:t>تو ڈسٹریبیوٹ کرنے والی خواتین ہیں، باتیں کرنے والی خواتین ہیں، ایکسپلین کرنے والی خواتین ہیں۔</w:t>
      </w:r>
    </w:p>
    <w:p>
      <w:r>
        <w:rPr>
          <w:b/>
        </w:rPr>
        <w:t xml:space="preserve">[11:02] </w:t>
      </w:r>
      <w:r>
        <w:t>zyada tar mard thay is mein, doosre.</w:t>
      </w:r>
    </w:p>
    <w:p>
      <w:pPr>
        <w:jc w:val="right"/>
      </w:pPr>
      <w:r>
        <w:t>زیادہ تر مرد تھے اس میں، دوسرے۔</w:t>
      </w:r>
    </w:p>
    <w:p>
      <w:r>
        <w:rPr>
          <w:b/>
        </w:rPr>
        <w:t xml:space="preserve">[11:08] </w:t>
      </w:r>
      <w:r>
        <w:t>to maine samjha ke dekhiye, yahan par mard jo hai, woh takkar ban gaya hai, aurat jo</w:t>
      </w:r>
    </w:p>
    <w:p>
      <w:pPr>
        <w:jc w:val="right"/>
      </w:pPr>
      <w:r>
        <w:t>تو میں نے سمجھا کہ دیکھیے، یہاں پر مرد جو ہے، وہ ٹیکر بن گیا ہے، عورت جو</w:t>
      </w:r>
    </w:p>
    <w:p>
      <w:r>
        <w:rPr>
          <w:b/>
        </w:rPr>
        <w:t xml:space="preserve">[11:14] </w:t>
      </w:r>
      <w:r>
        <w:t>hai, giwar bani hui hai.</w:t>
      </w:r>
    </w:p>
    <w:p>
      <w:pPr>
        <w:jc w:val="right"/>
      </w:pPr>
      <w:r>
        <w:t>ہے، گیور بنی ہوئی ہے۔</w:t>
      </w:r>
    </w:p>
    <w:p>
      <w:r>
        <w:rPr>
          <w:b/>
        </w:rPr>
        <w:t xml:space="preserve">[11:20] </w:t>
      </w:r>
      <w:r>
        <w:t>to hero bani hui hai.</w:t>
      </w:r>
    </w:p>
    <w:p>
      <w:pPr>
        <w:jc w:val="right"/>
      </w:pPr>
      <w:r>
        <w:t>تو ہیرو بنی ہوئی ہے۔</w:t>
      </w:r>
    </w:p>
    <w:p>
      <w:r>
        <w:rPr>
          <w:b/>
        </w:rPr>
        <w:t xml:space="preserve">[11:25] </w:t>
      </w:r>
      <w:r>
        <w:t>to aurat ko is ka role dena hai.</w:t>
      </w:r>
    </w:p>
    <w:p>
      <w:pPr>
        <w:jc w:val="right"/>
      </w:pPr>
      <w:r>
        <w:t>تو عورت کو اس کا رول دینا ہے۔</w:t>
      </w:r>
    </w:p>
    <w:p>
      <w:r>
        <w:rPr>
          <w:b/>
        </w:rPr>
        <w:t xml:space="preserve">[11:31] </w:t>
      </w:r>
      <w:r>
        <w:t>aam taur par kya hota hai? Kal mere paas ek telephone aaya, woh ghaleban Aurangabad se.</w:t>
      </w:r>
    </w:p>
    <w:p>
      <w:pPr>
        <w:jc w:val="right"/>
      </w:pPr>
      <w:r>
        <w:t>عام طور پر کیا ہوتا ہے؟ کل میرے پاس ایک ٹیلی فون آیا، وہ غالباً اورنگ آباد سے۔</w:t>
      </w:r>
    </w:p>
    <w:p>
      <w:r>
        <w:rPr>
          <w:b/>
        </w:rPr>
        <w:t xml:space="preserve">[11:37] </w:t>
      </w:r>
      <w:r>
        <w:t>to mard ko kya shikayat thi? Ke meri biwi jo hai, woh un se baat karti hai, un</w:t>
      </w:r>
    </w:p>
    <w:p>
      <w:pPr>
        <w:jc w:val="right"/>
      </w:pPr>
      <w:r>
        <w:t>تو مرد کو کیا شکایت تھی؟ کہ میری بیوی جو ہے، وہ ان سے بات کرتی ہے، ان</w:t>
      </w:r>
    </w:p>
    <w:p>
      <w:r>
        <w:rPr>
          <w:b/>
        </w:rPr>
        <w:t xml:space="preserve">[11:43] </w:t>
      </w:r>
      <w:r>
        <w:t>se baat karti hai.</w:t>
      </w:r>
    </w:p>
    <w:p>
      <w:pPr>
        <w:jc w:val="right"/>
      </w:pPr>
      <w:r>
        <w:t>سے بات کرتی ہے۔</w:t>
      </w:r>
    </w:p>
    <w:p>
      <w:r>
        <w:rPr>
          <w:b/>
        </w:rPr>
        <w:t xml:space="preserve">[11:48] </w:t>
      </w:r>
      <w:r>
        <w:t>yani woh chahte thay ke mard in ki qabrein band rahe, kisi baat na kare woh.</w:t>
      </w:r>
    </w:p>
    <w:p>
      <w:pPr>
        <w:jc w:val="right"/>
      </w:pPr>
      <w:r>
        <w:t>یعنی وہ چاہتے تھے کہ مرد ان کی قبریں بند رہے، کسی بات نہ کرے وہ۔</w:t>
      </w:r>
    </w:p>
    <w:p>
      <w:r>
        <w:rPr>
          <w:b/>
        </w:rPr>
        <w:t xml:space="preserve">[11:54] </w:t>
      </w:r>
      <w:r>
        <w:t>to aurat ko shikayat, maine kaha aurat se baat karaiye.</w:t>
      </w:r>
    </w:p>
    <w:p>
      <w:pPr>
        <w:jc w:val="right"/>
      </w:pPr>
      <w:r>
        <w:t>تو عورت کو شکایت، میں نے کہا عورت سے بات کرائیے۔</w:t>
      </w:r>
    </w:p>
    <w:p>
      <w:r>
        <w:rPr>
          <w:b/>
        </w:rPr>
        <w:t xml:space="preserve">[12:00] </w:t>
      </w:r>
      <w:r>
        <w:t>to aurat se maine baat kiya, kaha ke mujhe kuch karne nahi deti yeh.</w:t>
      </w:r>
    </w:p>
    <w:p>
      <w:pPr>
        <w:jc w:val="right"/>
      </w:pPr>
      <w:r>
        <w:t>تو عورت سے میں نے بات کیا، کہا کہ مجھے کچھ کرنے نہیں دیتی یہ۔</w:t>
      </w:r>
    </w:p>
    <w:p>
      <w:r>
        <w:rPr>
          <w:b/>
        </w:rPr>
        <w:t xml:space="preserve">[12:06] </w:t>
      </w:r>
      <w:r>
        <w:t>woh chahte hain ke main bilkul band padi rahoon.</w:t>
      </w:r>
    </w:p>
    <w:p>
      <w:pPr>
        <w:jc w:val="right"/>
      </w:pPr>
      <w:r>
        <w:t>وہ چاہتے ہیں کہ میں بالکل بند پڑی رہوں۔</w:t>
      </w:r>
    </w:p>
    <w:p>
      <w:r>
        <w:rPr>
          <w:b/>
        </w:rPr>
        <w:t xml:space="preserve">[12:11] </w:t>
      </w:r>
      <w:r>
        <w:t>to maine mard se baat ki, mard hi ko maine hammering ki ke sari zimmedari</w:t>
      </w:r>
    </w:p>
    <w:p>
      <w:pPr>
        <w:jc w:val="right"/>
      </w:pPr>
      <w:r>
        <w:t>تو میں نے مرد سے بات کی، مرد ہی کو میں نے ہیمبرنگ کی کہ ساری ذمہ داری</w:t>
      </w:r>
    </w:p>
    <w:p>
      <w:r>
        <w:rPr>
          <w:b/>
        </w:rPr>
        <w:t xml:space="preserve">[12:17] </w:t>
      </w:r>
      <w:r>
        <w:t>آپ کی ہے، آپ شکایت کرتے ہیں عورت کی، اور responsibility goes to you.</w:t>
      </w:r>
    </w:p>
    <w:p>
      <w:pPr>
        <w:jc w:val="right"/>
      </w:pPr>
      <w:r>
        <w:t>آپ کی ہے، آپ شکایت کرتے ہیں عورت کی، اور ریسپانسبیلٹی گوز ٹو یو۔</w:t>
      </w:r>
    </w:p>
    <w:p>
      <w:r>
        <w:rPr>
          <w:b/>
        </w:rPr>
        <w:t xml:space="preserve">[12:23] </w:t>
      </w:r>
      <w:r>
        <w:t>yani kyun aurat ko band kar rakha hai aap ne? Yani ek chidiya hai aap ke paas, us</w:t>
      </w:r>
    </w:p>
    <w:p>
      <w:pPr>
        <w:jc w:val="right"/>
      </w:pPr>
      <w:r>
        <w:t>یعنی کیوں عورت کو بند کر رکھا ہے آپ نے؟ یعنی ایک چڑیا ہے آپ کے پاس، اس</w:t>
      </w:r>
    </w:p>
    <w:p>
      <w:r>
        <w:rPr>
          <w:b/>
        </w:rPr>
        <w:t xml:space="preserve">[12:28] </w:t>
      </w:r>
      <w:r>
        <w:t>ko bijli band kar diya hai.</w:t>
      </w:r>
    </w:p>
    <w:p>
      <w:pPr>
        <w:jc w:val="right"/>
      </w:pPr>
      <w:r>
        <w:t>کو بجلی بند کر دیا ہے۔</w:t>
      </w:r>
    </w:p>
    <w:p>
      <w:r>
        <w:rPr>
          <w:b/>
        </w:rPr>
        <w:t xml:space="preserve">[12:34] </w:t>
      </w:r>
      <w:r>
        <w:t>yeh aap neki jaise ke khilaf ja rahe hain.</w:t>
      </w:r>
    </w:p>
    <w:p>
      <w:pPr>
        <w:jc w:val="right"/>
      </w:pPr>
      <w:r>
        <w:t>یہ آپ نیکی جیسے کے خلاف جا رہے ہیں۔</w:t>
      </w:r>
    </w:p>
    <w:p>
      <w:r>
        <w:rPr>
          <w:b/>
        </w:rPr>
        <w:t xml:space="preserve">[12:40] </w:t>
      </w:r>
      <w:r>
        <w:t>aap aurat par trust kijiye, trust kijiye aurat par.</w:t>
      </w:r>
    </w:p>
    <w:p>
      <w:pPr>
        <w:jc w:val="right"/>
      </w:pPr>
      <w:r>
        <w:t>آپ عورت پر ٹرسٹ کیجئے، ٹرسٹ کیجئے عورت پر۔</w:t>
      </w:r>
    </w:p>
    <w:p>
      <w:r>
        <w:rPr>
          <w:b/>
        </w:rPr>
        <w:t xml:space="preserve">[12:46] </w:t>
      </w:r>
      <w:r>
        <w:t>aurat par aap doubt kyun karte hain? Shak ki wajah se kyun dekhte hain? Is ko dawat ke</w:t>
      </w:r>
    </w:p>
    <w:p>
      <w:pPr>
        <w:jc w:val="right"/>
      </w:pPr>
      <w:r>
        <w:t>عورت پر آپ ڈاؤٹ کیوں کرتے ہیں؟ شک کی وجہ سے کیوں دیکھتے ہیں؟ اس کو دعوت کے</w:t>
      </w:r>
    </w:p>
    <w:p>
      <w:r>
        <w:rPr>
          <w:b/>
        </w:rPr>
        <w:t xml:space="preserve">[12:51] </w:t>
      </w:r>
      <w:r>
        <w:t>maidan mein active kijiye.</w:t>
      </w:r>
    </w:p>
    <w:p>
      <w:pPr>
        <w:jc w:val="right"/>
      </w:pPr>
      <w:r>
        <w:t>میدان میں ایکٹیو کیجئے۔</w:t>
      </w:r>
    </w:p>
    <w:p>
      <w:r>
        <w:rPr>
          <w:b/>
        </w:rPr>
        <w:t xml:space="preserve">[12:57] </w:t>
      </w:r>
      <w:r>
        <w:t>to hamare mission mein Khuda ki fazal se aisa kiya gaya hai ke hamara jo daawati mission hai,</w:t>
      </w:r>
    </w:p>
    <w:p>
      <w:pPr>
        <w:jc w:val="right"/>
      </w:pPr>
      <w:r>
        <w:t>تو ہمارے مشن میں خدا کی فضل سے ایسا کیا گیا ہے کہ ہمارا جو دعوتی مشن ہے،</w:t>
      </w:r>
    </w:p>
    <w:p>
      <w:r>
        <w:rPr>
          <w:b/>
        </w:rPr>
        <w:t xml:space="preserve">[13:03] </w:t>
      </w:r>
      <w:r>
        <w:t>is mission mein khawateen jo hain, sirf barabar ka role nahi kar rahi hain, balkeh heroic role kar rahi hain.</w:t>
      </w:r>
    </w:p>
    <w:p>
      <w:pPr>
        <w:jc w:val="right"/>
      </w:pPr>
      <w:r>
        <w:t>اس مشن میں خواتین جو ہیں، صرف برابر کا رول نہیں کر رہی ہیں، بلکہ ہیروئک رول کر رہی ہیں۔</w:t>
      </w:r>
    </w:p>
    <w:p>
      <w:r>
        <w:rPr>
          <w:b/>
        </w:rPr>
        <w:t xml:space="preserve">[13:09] </w:t>
      </w:r>
      <w:r>
        <w:t>wo heroic role.</w:t>
      </w:r>
    </w:p>
    <w:p>
      <w:pPr>
        <w:jc w:val="right"/>
      </w:pPr>
      <w:r>
        <w:t>وہ ہیروئک رول۔</w:t>
      </w:r>
    </w:p>
    <w:p>
      <w:r>
        <w:rPr>
          <w:b/>
        </w:rPr>
        <w:t xml:space="preserve">[13:14] </w:t>
      </w:r>
      <w:r>
        <w:t>aur main ne apne tajrube se paya hai ke is zamane mein auraton ke liye jo opportunities hain,</w:t>
      </w:r>
    </w:p>
    <w:p>
      <w:pPr>
        <w:jc w:val="right"/>
      </w:pPr>
      <w:r>
        <w:t>اور میں نے اپنے تجربے سے پایا ہے کہ اس زمانے میں عورتوں کے لیے جو اپرچونیٹیز ہیں،</w:t>
      </w:r>
    </w:p>
    <w:p>
      <w:r>
        <w:rPr>
          <w:b/>
        </w:rPr>
        <w:t xml:space="preserve">[13:20] </w:t>
      </w:r>
      <w:r>
        <w:t>wo mardon se bhi zyada hain.</w:t>
      </w:r>
    </w:p>
    <w:p>
      <w:pPr>
        <w:jc w:val="right"/>
      </w:pPr>
      <w:r>
        <w:t>وہ مردوں سے بھی زیادہ ہیں۔</w:t>
      </w:r>
    </w:p>
    <w:p>
      <w:r>
        <w:rPr>
          <w:b/>
        </w:rPr>
        <w:t xml:space="preserve">[13:26] </w:t>
      </w:r>
      <w:r>
        <w:t>kyun? Hamein zamane ke is ek spirit hai, is se hamein faida uthana hai.</w:t>
      </w:r>
    </w:p>
    <w:p>
      <w:pPr>
        <w:jc w:val="right"/>
      </w:pPr>
      <w:r>
        <w:t>کیوں؟ ہمیں زمانے کے اس ایک اسپرٹ ہے، اس سے ہمیں فائدہ اٹھانا ہے۔</w:t>
      </w:r>
    </w:p>
    <w:p>
      <w:r>
        <w:rPr>
          <w:b/>
        </w:rPr>
        <w:t xml:space="preserve">[13:32] </w:t>
      </w:r>
      <w:r>
        <w:t>spirit of age kya hai is zamane mein? Ladies first, ladies first.</w:t>
      </w:r>
    </w:p>
    <w:p>
      <w:pPr>
        <w:jc w:val="right"/>
      </w:pPr>
      <w:r>
        <w:t>اسپرٹ آف ایج کیا ہے اس زمانے میں؟ لیڈیز فرسٹ، لیڈیز فرسٹ۔</w:t>
      </w:r>
    </w:p>
    <w:p>
      <w:r>
        <w:rPr>
          <w:b/>
        </w:rPr>
        <w:t xml:space="preserve">[13:37] </w:t>
      </w:r>
      <w:r>
        <w:t>to ladies ko wo rokte nahin.</w:t>
      </w:r>
    </w:p>
    <w:p>
      <w:pPr>
        <w:jc w:val="right"/>
      </w:pPr>
      <w:r>
        <w:t>تو لیڈیز کو وہ روکتے نہیں۔</w:t>
      </w:r>
    </w:p>
    <w:p>
      <w:r>
        <w:rPr>
          <w:b/>
        </w:rPr>
        <w:t xml:space="preserve">[13:43] </w:t>
      </w:r>
      <w:r>
        <w:t>ladies ko agar aage barh rahi hai koi khatoon to us ko rokein ge nahin wo.</w:t>
      </w:r>
    </w:p>
    <w:p>
      <w:pPr>
        <w:jc w:val="right"/>
      </w:pPr>
      <w:r>
        <w:t>لیڈیز کو اگر آگے بڑھ رہی ہے کوئی خاتون تو اس کو روکیں گے نہیں وہ۔</w:t>
      </w:r>
    </w:p>
    <w:p>
      <w:r>
        <w:rPr>
          <w:b/>
        </w:rPr>
        <w:t xml:space="preserve">[13:49] </w:t>
      </w:r>
      <w:r>
        <w:t>kyun ke ladies first.</w:t>
      </w:r>
    </w:p>
    <w:p>
      <w:pPr>
        <w:jc w:val="right"/>
      </w:pPr>
      <w:r>
        <w:t>کیونکہ لیڈیز فرسٹ۔</w:t>
      </w:r>
    </w:p>
    <w:p>
      <w:r>
        <w:rPr>
          <w:b/>
        </w:rPr>
        <w:t xml:space="preserve">[13:55] </w:t>
      </w:r>
      <w:r>
        <w:t>is se hamein istemal karna hai.</w:t>
      </w:r>
    </w:p>
    <w:p>
      <w:pPr>
        <w:jc w:val="right"/>
      </w:pPr>
      <w:r>
        <w:t>اس سے ہمیں استعمال کرنا ہے۔</w:t>
      </w:r>
    </w:p>
    <w:p>
      <w:r>
        <w:rPr>
          <w:b/>
        </w:rPr>
        <w:t xml:space="preserve">[14:00] </w:t>
      </w:r>
      <w:r>
        <w:t>to hamare mission mein kai bar aisa hua ke mardon ko mard nahin roke sake, auraton ne rok</w:t>
      </w:r>
    </w:p>
    <w:p>
      <w:pPr>
        <w:jc w:val="right"/>
      </w:pPr>
      <w:r>
        <w:t>تو ہمارے مشن میں کئی بار ایسا ہوا کہ مردوں کو مرد نہیں روک سکے، عورتوں نے روک</w:t>
      </w:r>
    </w:p>
    <w:p>
      <w:r>
        <w:rPr>
          <w:b/>
        </w:rPr>
        <w:t xml:space="preserve">[14:06] </w:t>
      </w:r>
      <w:r>
        <w:t>liya un ko.</w:t>
      </w:r>
    </w:p>
    <w:p>
      <w:pPr>
        <w:jc w:val="right"/>
      </w:pPr>
      <w:r>
        <w:t>لیا ان کو۔</w:t>
      </w:r>
    </w:p>
    <w:p>
      <w:r>
        <w:rPr>
          <w:b/>
        </w:rPr>
        <w:t xml:space="preserve">[14:12] </w:t>
      </w:r>
      <w:r>
        <w:t>misal ke taur par ek ek kahan acha bara ek function tha, is mein bare bare log aaye hue the.</w:t>
      </w:r>
    </w:p>
    <w:p>
      <w:pPr>
        <w:jc w:val="right"/>
      </w:pPr>
      <w:r>
        <w:t>مثلاً ایک ایک کہاں اچھا بڑا ایک فنکشن تھا، اس میں بڑے بڑے لوگ آئے ہوئے تھے۔</w:t>
      </w:r>
    </w:p>
    <w:p>
      <w:r>
        <w:rPr>
          <w:b/>
        </w:rPr>
        <w:t xml:space="preserve">[14:18] </w:t>
      </w:r>
      <w:r>
        <w:t>to ek is mein top ke leader the.</w:t>
      </w:r>
    </w:p>
    <w:p>
      <w:pPr>
        <w:jc w:val="right"/>
      </w:pPr>
      <w:r>
        <w:t>تو ایک اس میں ٹاپ کے لیڈر تھے۔</w:t>
      </w:r>
    </w:p>
    <w:p>
      <w:r>
        <w:rPr>
          <w:b/>
        </w:rPr>
        <w:t xml:space="preserve">[14:23] </w:t>
      </w:r>
      <w:r>
        <w:t>to hamari team ke mard member is ko hichkichaa rahe the dene mein.</w:t>
      </w:r>
    </w:p>
    <w:p>
      <w:pPr>
        <w:jc w:val="right"/>
      </w:pPr>
      <w:r>
        <w:t>تو ہماری ٹیم کے مرد ممبر اس کو ہچکچا رہے تھے دینے میں۔</w:t>
      </w:r>
    </w:p>
    <w:p>
      <w:r>
        <w:rPr>
          <w:b/>
        </w:rPr>
        <w:t xml:space="preserve">[14:29] </w:t>
      </w:r>
      <w:r>
        <w:t>kyun ke wo utha stage se aur jaane laga seedhe apne car ki taraf.</w:t>
      </w:r>
    </w:p>
    <w:p>
      <w:pPr>
        <w:jc w:val="right"/>
      </w:pPr>
      <w:r>
        <w:t>کیونکہ وہ اٹھا اسٹیج سے اور جانے لگا سیدھے اپنے کار کی طرف۔</w:t>
      </w:r>
    </w:p>
    <w:p>
      <w:r>
        <w:rPr>
          <w:b/>
        </w:rPr>
        <w:t xml:space="preserve">[14:35] </w:t>
      </w:r>
      <w:r>
        <w:t>to hamari team ke ek lady member dauri us ki taraf, yeh kehte hue, "excuse me sir, excuse</w:t>
      </w:r>
    </w:p>
    <w:p>
      <w:pPr>
        <w:jc w:val="right"/>
      </w:pPr>
      <w:r>
        <w:t>تو ہماری ٹیم کے ایک لیڈی ممبر دوڑی اس کی طرف، یہ کہتے ہوئے، "ایکسکیوز می سر، ایکسکیوز</w:t>
      </w:r>
    </w:p>
    <w:p>
      <w:r>
        <w:rPr>
          <w:b/>
        </w:rPr>
        <w:t xml:space="preserve">[14:41] </w:t>
      </w:r>
      <w:r>
        <w:t>me sir." to wo aadmi jis ne mard ko nazar andaaz kiya tha, wo lady ko nazar andaaz</w:t>
      </w:r>
    </w:p>
    <w:p>
      <w:pPr>
        <w:jc w:val="right"/>
      </w:pPr>
      <w:r>
        <w:t>می سر۔" تو وہ آدمی جس نے مرد کو نظر انداز کیا تھا، وہ لیڈی کو نظر انداز</w:t>
      </w:r>
    </w:p>
    <w:p>
      <w:r>
        <w:rPr>
          <w:b/>
        </w:rPr>
        <w:t xml:space="preserve">[14:46] </w:t>
      </w:r>
      <w:r>
        <w:t>nahin kar saka.</w:t>
      </w:r>
    </w:p>
    <w:p>
      <w:pPr>
        <w:jc w:val="right"/>
      </w:pPr>
      <w:r>
        <w:t>نہیں کر سکا۔</w:t>
      </w:r>
    </w:p>
    <w:p>
      <w:r>
        <w:rPr>
          <w:b/>
        </w:rPr>
        <w:t xml:space="preserve">[14:52] </w:t>
      </w:r>
      <w:r>
        <w:t>yeh hai aaj ki nafsiyat.</w:t>
      </w:r>
    </w:p>
    <w:p>
      <w:pPr>
        <w:jc w:val="right"/>
      </w:pPr>
      <w:r>
        <w:t>یہ ہے آج کی نفسیات۔</w:t>
      </w:r>
    </w:p>
    <w:p>
      <w:r>
        <w:rPr>
          <w:b/>
        </w:rPr>
        <w:t xml:space="preserve">[14:58] </w:t>
      </w:r>
      <w:r>
        <w:t>aaj ka insan jo hai, modern insan, modern insan mard ko nazar andaaz kar sakta hai, mard ko</w:t>
      </w:r>
    </w:p>
    <w:p>
      <w:pPr>
        <w:jc w:val="right"/>
      </w:pPr>
      <w:r>
        <w:t>آج کا انسان جو ہے، ماڈرن انسان، ماڈرن انسان مرد کو نظر انداز کر سکتا ہے، مرد کو</w:t>
      </w:r>
    </w:p>
    <w:p>
      <w:r>
        <w:rPr>
          <w:b/>
        </w:rPr>
        <w:t xml:space="preserve">[15:04] </w:t>
      </w:r>
      <w:r>
        <w:t>ignore kar sakta hai.</w:t>
      </w:r>
    </w:p>
    <w:p>
      <w:pPr>
        <w:jc w:val="right"/>
      </w:pPr>
      <w:r>
        <w:t>اگنور کر سکتا ہے۔</w:t>
      </w:r>
    </w:p>
    <w:p>
      <w:r>
        <w:rPr>
          <w:b/>
        </w:rPr>
        <w:t xml:space="preserve">[15:09] </w:t>
      </w:r>
      <w:r>
        <w:t>aurat ko ignore karne ka matlab yeh hai ke apni hesiyat hi ko is ne khatam kar liya.</w:t>
      </w:r>
    </w:p>
    <w:p>
      <w:pPr>
        <w:jc w:val="right"/>
      </w:pPr>
      <w:r>
        <w:t>عورت کو اگنور کرنے کا مطلب یہ ہے کہ اپنی حیثیت ہی کو اس نے ختم کر لیا۔</w:t>
      </w:r>
    </w:p>
    <w:p>
      <w:r>
        <w:rPr>
          <w:b/>
        </w:rPr>
        <w:t xml:space="preserve">[15:15] </w:t>
      </w:r>
      <w:r>
        <w:t>agar agar aurat ko ignore kare to is ka matlab kya hua? Wo pehle zamane ka aadmi hai,</w:t>
      </w:r>
    </w:p>
    <w:p>
      <w:pPr>
        <w:jc w:val="right"/>
      </w:pPr>
      <w:r>
        <w:t>اگر اگر عورت کو اگنور کرے تو اس کا مطلب کیا ہوا؟ وہ پہلے زمانے کا آدمی ہے،</w:t>
      </w:r>
    </w:p>
    <w:p>
      <w:r>
        <w:rPr>
          <w:b/>
        </w:rPr>
        <w:t xml:space="preserve">[15:21] </w:t>
      </w:r>
      <w:r>
        <w:t>ancient days ka aadmi, aaj ka aadmi nahin hai.</w:t>
      </w:r>
    </w:p>
    <w:p>
      <w:pPr>
        <w:jc w:val="right"/>
      </w:pPr>
      <w:r>
        <w:t>اینسینٹ ڈیز کا آدمی، آج کا آدمی نہیں ہے۔</w:t>
      </w:r>
    </w:p>
    <w:p>
      <w:r>
        <w:rPr>
          <w:b/>
        </w:rPr>
        <w:t xml:space="preserve">[15:27] </w:t>
      </w:r>
      <w:r>
        <w:t>aaj ka aadmi to ladies first ka principle aaj hai.</w:t>
      </w:r>
    </w:p>
    <w:p>
      <w:pPr>
        <w:jc w:val="right"/>
      </w:pPr>
      <w:r>
        <w:t>آج کا آدمی تو لیڈیز فرسٹ کا پرنسپل آج ہے۔</w:t>
      </w:r>
    </w:p>
    <w:p>
      <w:r>
        <w:rPr>
          <w:b/>
        </w:rPr>
        <w:t xml:space="preserve">[15:32] </w:t>
      </w:r>
      <w:r>
        <w:t>to woh khara ho gaya, woh aadmi bilkul car ke paas pohnch ke khara ho gaya, aur us</w:t>
      </w:r>
    </w:p>
    <w:p>
      <w:pPr>
        <w:jc w:val="right"/>
      </w:pPr>
      <w:r>
        <w:t>تو وہ کھڑا ہو گیا، وہ آدمی بالکل کار کے پاس پہنچ کے کھڑا ہو گیا، اور اس</w:t>
      </w:r>
    </w:p>
    <w:p>
      <w:r>
        <w:rPr>
          <w:b/>
        </w:rPr>
        <w:t xml:space="preserve">[15:38] </w:t>
      </w:r>
      <w:r>
        <w:t>ne quran ka aik copy di, aur us ne liya us ko, aur shukriya ke sath.</w:t>
      </w:r>
    </w:p>
    <w:p>
      <w:pPr>
        <w:jc w:val="right"/>
      </w:pPr>
      <w:r>
        <w:t>نے قرآن کا ایک کاپی دی، اور اس نے لیا اس کو، اور شکریہ کے ساتھ۔</w:t>
      </w:r>
    </w:p>
    <w:p>
      <w:r>
        <w:rPr>
          <w:b/>
        </w:rPr>
        <w:t xml:space="preserve">[15:44] </w:t>
      </w:r>
      <w:r>
        <w:t>aise bohat se waqiaat hain.</w:t>
      </w:r>
    </w:p>
    <w:p>
      <w:pPr>
        <w:jc w:val="right"/>
      </w:pPr>
      <w:r>
        <w:t>ایسے بہت سے واقعات ہیں۔</w:t>
      </w:r>
    </w:p>
    <w:p>
      <w:r>
        <w:rPr>
          <w:b/>
        </w:rPr>
        <w:t xml:space="preserve">[15:50] </w:t>
      </w:r>
      <w:r>
        <w:t>to hamare mission mein khuda ki fazl se hum ne ladies ko sirf barabar ka darja diya nahi</w:t>
      </w:r>
    </w:p>
    <w:p>
      <w:pPr>
        <w:jc w:val="right"/>
      </w:pPr>
      <w:r>
        <w:t>تو ہمارے مشن میں خدا کی فضل سے ہم نے لیڈیز کو صرف برابر کا درجہ دیا نہیں</w:t>
      </w:r>
    </w:p>
    <w:p>
      <w:r>
        <w:rPr>
          <w:b/>
        </w:rPr>
        <w:t xml:space="preserve">[15:55] </w:t>
      </w:r>
      <w:r>
        <w:t>diya, balkeh hero ka darja diya hai.</w:t>
      </w:r>
    </w:p>
    <w:p>
      <w:pPr>
        <w:jc w:val="right"/>
      </w:pPr>
      <w:r>
        <w:t>دیا، بلکہ ہیرو کا درجہ دیا ہے۔</w:t>
      </w:r>
    </w:p>
    <w:p>
      <w:r>
        <w:rPr>
          <w:b/>
        </w:rPr>
        <w:t xml:space="preserve">[16:01] </w:t>
      </w:r>
      <w:r>
        <w:t>to yaad rakhiye, har kaam mein, chahe hamara yeh da'wati mission ho ya koi doosra kaam, dono ka role hai.</w:t>
      </w:r>
    </w:p>
    <w:p>
      <w:pPr>
        <w:jc w:val="right"/>
      </w:pPr>
      <w:r>
        <w:t>تو یاد رکھیے، ہر کام میں، چاہے ہمارا یہ دعوتی مشن ہو یا کوئی دوسرا کام، دونوں کا رول ہے۔</w:t>
      </w:r>
    </w:p>
    <w:p>
      <w:r>
        <w:rPr>
          <w:b/>
        </w:rPr>
        <w:t xml:space="preserve">[16:07] </w:t>
      </w:r>
      <w:r>
        <w:t>lekin dono ka role apne apne aitbar se hai.</w:t>
      </w:r>
    </w:p>
    <w:p>
      <w:pPr>
        <w:jc w:val="right"/>
      </w:pPr>
      <w:r>
        <w:t>لیکن دونوں کا رول اپنے اپنے اعتبار سے ہے۔</w:t>
      </w:r>
    </w:p>
    <w:p>
      <w:r>
        <w:rPr>
          <w:b/>
        </w:rPr>
        <w:t xml:space="preserve">[16:13] </w:t>
      </w:r>
      <w:r>
        <w:t>jaise kisi fa'il farsi ke shair ka shair hai, "durusti o nermi ba-ham dard hai." yani karapan bhi</w:t>
      </w:r>
    </w:p>
    <w:p>
      <w:pPr>
        <w:jc w:val="right"/>
      </w:pPr>
      <w:r>
        <w:t>جیسے کسی فاعل فارسی کے شاعر کا شعر ہے، "درستی و نرمی باہم درد ہے۔" یعنی کڑاپن بھی</w:t>
      </w:r>
    </w:p>
    <w:p>
      <w:r>
        <w:rPr>
          <w:b/>
        </w:rPr>
        <w:t xml:space="preserve">[16:18] </w:t>
      </w:r>
      <w:r>
        <w:t>chahiye aur nermi bhi chahiye.</w:t>
      </w:r>
    </w:p>
    <w:p>
      <w:pPr>
        <w:jc w:val="right"/>
      </w:pPr>
      <w:r>
        <w:t>چاہیے اور نرمی بھی چاہیے۔</w:t>
      </w:r>
    </w:p>
    <w:p>
      <w:r>
        <w:rPr>
          <w:b/>
        </w:rPr>
        <w:t xml:space="preserve">[16:24] </w:t>
      </w:r>
      <w:r>
        <w:t>karapan bhi chahiye, nermi bhi chahiye.</w:t>
      </w:r>
    </w:p>
    <w:p>
      <w:pPr>
        <w:jc w:val="right"/>
      </w:pPr>
      <w:r>
        <w:t>کڑاپن بھی چاہیے، نرمی بھی چاہیے۔</w:t>
      </w:r>
    </w:p>
    <w:p>
      <w:r>
        <w:rPr>
          <w:b/>
        </w:rPr>
        <w:t xml:space="preserve">[16:30] </w:t>
      </w:r>
      <w:r>
        <w:t>to karapan un mard ke andar Allah taala ne diya, aur nermi aurat ke andar Allah taala ne di.</w:t>
      </w:r>
    </w:p>
    <w:p>
      <w:pPr>
        <w:jc w:val="right"/>
      </w:pPr>
      <w:r>
        <w:t>تو کڑاپن ان مرد کے اندر اللہ تعالیٰ نے دیا، اور نرمی عورت کے اندر اللہ تعالیٰ نے دی۔</w:t>
      </w:r>
    </w:p>
    <w:p>
      <w:r>
        <w:rPr>
          <w:b/>
        </w:rPr>
        <w:t xml:space="preserve">[16:36] </w:t>
      </w:r>
      <w:r>
        <w:t>jaise phool ka drakht hai, dekhiye, kanta hota hai aur phool bhi hota hai.</w:t>
      </w:r>
    </w:p>
    <w:p>
      <w:pPr>
        <w:jc w:val="right"/>
      </w:pPr>
      <w:r>
        <w:t>جیسے پھول کا درخت ہے، دیکھیے، کانٹا ہوتا ہے اور پھول بھی ہوتا ہے۔</w:t>
      </w:r>
    </w:p>
    <w:p>
      <w:r>
        <w:rPr>
          <w:b/>
        </w:rPr>
        <w:t xml:space="preserve">[16:41] </w:t>
      </w:r>
      <w:r>
        <w:t>phool kitna narm hota hai aur kante kitne sakht hote hain.</w:t>
      </w:r>
    </w:p>
    <w:p>
      <w:pPr>
        <w:jc w:val="right"/>
      </w:pPr>
      <w:r>
        <w:t>پھول کتنا نرم ہوتا ہے اور کانٹے کتنے سخت ہوتے ہیں۔</w:t>
      </w:r>
    </w:p>
    <w:p>
      <w:r>
        <w:rPr>
          <w:b/>
        </w:rPr>
        <w:t xml:space="preserve">[16:47] </w:t>
      </w:r>
      <w:r>
        <w:t>yeh nature ka nature ka mansooba hai.</w:t>
      </w:r>
    </w:p>
    <w:p>
      <w:pPr>
        <w:jc w:val="right"/>
      </w:pPr>
      <w:r>
        <w:t>یہ نیچر کا نیچر کا منصوبہ ہے۔</w:t>
      </w:r>
    </w:p>
    <w:p>
      <w:r>
        <w:rPr>
          <w:b/>
        </w:rPr>
        <w:t xml:space="preserve">[16:53] </w:t>
      </w:r>
      <w:r>
        <w:t>aap kante ko phool nahi bana sakte aur phool ko kanta nahi bana sakte, jo west mein kiya gaya hai.</w:t>
      </w:r>
    </w:p>
    <w:p>
      <w:pPr>
        <w:jc w:val="right"/>
      </w:pPr>
      <w:r>
        <w:t>آپ کانٹے کو پھول نہیں بنا سکتے اور پھول کو کانٹا نہیں بنا سکتے، جو ویسٹ میں کیا گیا ہے۔</w:t>
      </w:r>
    </w:p>
    <w:p>
      <w:r>
        <w:rPr>
          <w:b/>
        </w:rPr>
        <w:t xml:space="preserve">[16:59] </w:t>
      </w:r>
      <w:r>
        <w:t>to mein chand misalein aap ko dena chahunga.</w:t>
      </w:r>
    </w:p>
    <w:p>
      <w:pPr>
        <w:jc w:val="right"/>
      </w:pPr>
      <w:r>
        <w:t>تو میں چند مثالیں آپ کو دینا چاہوں گا۔</w:t>
      </w:r>
    </w:p>
    <w:p>
      <w:r>
        <w:rPr>
          <w:b/>
        </w:rPr>
        <w:t xml:space="preserve">[17:04] </w:t>
      </w:r>
      <w:r>
        <w:t>دیکھیے، اس زمانے میں کہا جاتا ہے کہ "There is a woman at the beginning of all great</w:t>
      </w:r>
    </w:p>
    <w:p>
      <w:pPr>
        <w:jc w:val="right"/>
      </w:pPr>
      <w:r>
        <w:t>دیکھیے، اس زمانے میں کہا جاتا ہے کہ "دیر از ا وومن ایٹ دا بگننگ آف آل گریٹ</w:t>
      </w:r>
    </w:p>
    <w:p>
      <w:r>
        <w:rPr>
          <w:b/>
        </w:rPr>
        <w:t xml:space="preserve">[17:10] </w:t>
      </w:r>
      <w:r>
        <w:t>things." har bari cheez ke aaghaz mein aik aurat hai.</w:t>
      </w:r>
    </w:p>
    <w:p>
      <w:pPr>
        <w:jc w:val="right"/>
      </w:pPr>
      <w:r>
        <w:t>تھنگز۔" ہر بڑی چیز کے آغاز میں ایک عورت ہے۔</w:t>
      </w:r>
    </w:p>
    <w:p>
      <w:r>
        <w:rPr>
          <w:b/>
        </w:rPr>
        <w:t xml:space="preserve">[17:16] </w:t>
      </w:r>
      <w:r>
        <w:t>mein samajhta hoon ke is ki sab se bari misaal jo hai, woh paighambaron ki tareekh mein hai.</w:t>
      </w:r>
    </w:p>
    <w:p>
      <w:pPr>
        <w:jc w:val="right"/>
      </w:pPr>
      <w:r>
        <w:t>میں سمجھتا ہوں کہ اس کی سب سے بڑی مثال جو ہے، وہ پیغمبروں کی تاریخ میں ہے۔</w:t>
      </w:r>
    </w:p>
    <w:p>
      <w:r>
        <w:rPr>
          <w:b/>
        </w:rPr>
        <w:t xml:space="preserve">[17:22] </w:t>
      </w:r>
      <w:r>
        <w:t>sab se bari misaal woh hai Hajra ki misaal.</w:t>
      </w:r>
    </w:p>
    <w:p>
      <w:pPr>
        <w:jc w:val="right"/>
      </w:pPr>
      <w:r>
        <w:t>سب سے بڑی مثال وہ ہے ہاجرہ کی مثال۔</w:t>
      </w:r>
    </w:p>
    <w:p>
      <w:r>
        <w:rPr>
          <w:b/>
        </w:rPr>
        <w:t xml:space="preserve">[17:27] </w:t>
      </w:r>
      <w:r>
        <w:t>Hajra aik bohat hi bara role Allah taala ne unhein diya, aur us ko unhon ne kamyabi ke</w:t>
      </w:r>
    </w:p>
    <w:p>
      <w:pPr>
        <w:jc w:val="right"/>
      </w:pPr>
      <w:r>
        <w:t>ہاجرہ ایک بہت ہی بڑا رول اللہ تعالیٰ نے انہیں دیا، اور اس کو انہوں نے کامیابی کے</w:t>
      </w:r>
    </w:p>
    <w:p>
      <w:r>
        <w:rPr>
          <w:b/>
        </w:rPr>
        <w:t xml:space="preserve">[17:33] </w:t>
      </w:r>
      <w:r>
        <w:t>sath anjam diya.</w:t>
      </w:r>
    </w:p>
    <w:p>
      <w:pPr>
        <w:jc w:val="right"/>
      </w:pPr>
      <w:r>
        <w:t>ساتھ انجام دیا۔</w:t>
      </w:r>
    </w:p>
    <w:p>
      <w:r>
        <w:rPr>
          <w:b/>
        </w:rPr>
        <w:t xml:space="preserve">[17:39] </w:t>
      </w:r>
      <w:r>
        <w:t>woh aik aurat kar sakti thi sirf.</w:t>
      </w:r>
    </w:p>
    <w:p>
      <w:pPr>
        <w:jc w:val="right"/>
      </w:pPr>
      <w:r>
        <w:t>وہ ایک عورت کر سکتی تھی صرف۔</w:t>
      </w:r>
    </w:p>
    <w:p>
      <w:r>
        <w:rPr>
          <w:b/>
        </w:rPr>
        <w:t xml:space="preserve">[17:44] </w:t>
      </w:r>
      <w:r>
        <w:t>woh kya tha? Hazrat Adam ke zamane se le kar ke Hazrat Ibrahim ke zamane tak paighambaron ne</w:t>
      </w:r>
    </w:p>
    <w:p>
      <w:pPr>
        <w:jc w:val="right"/>
      </w:pPr>
      <w:r>
        <w:t>وہ کیا تھا؟ حضرت آدم کے زمانے سے لے کر کے حضرت ابراہیم کے زمانے تک پیغمبروں نے</w:t>
      </w:r>
    </w:p>
    <w:p>
      <w:r>
        <w:rPr>
          <w:b/>
        </w:rPr>
        <w:t xml:space="preserve">[17:50] </w:t>
      </w:r>
      <w:r>
        <w:t>insan ko tauheed ki taraf bulaya.</w:t>
      </w:r>
    </w:p>
    <w:p>
      <w:pPr>
        <w:jc w:val="right"/>
      </w:pPr>
      <w:r>
        <w:t>انسان کو توحید کی طرف بلایا۔</w:t>
      </w:r>
    </w:p>
    <w:p>
      <w:r>
        <w:rPr>
          <w:b/>
        </w:rPr>
        <w:t xml:space="preserve">[17:56] </w:t>
      </w:r>
      <w:r>
        <w:t>lekin log jo the, woh shehron mein rehte the, bastiyon mein rehte the.</w:t>
      </w:r>
    </w:p>
    <w:p>
      <w:pPr>
        <w:jc w:val="right"/>
      </w:pPr>
      <w:r>
        <w:t>لیکن لوگ جو تھے، وہ شہروں میں رہتے تھے، بستیوں میں رہتے تھے۔</w:t>
      </w:r>
    </w:p>
    <w:p>
      <w:r>
        <w:rPr>
          <w:b/>
        </w:rPr>
        <w:t xml:space="preserve">[18:02] </w:t>
      </w:r>
      <w:r>
        <w:t>to un ki conditioning ho jati thi.</w:t>
      </w:r>
    </w:p>
    <w:p>
      <w:pPr>
        <w:jc w:val="right"/>
      </w:pPr>
      <w:r>
        <w:t>تو ان کی کنڈیشننگ ہو جاتی تھی۔</w:t>
      </w:r>
    </w:p>
    <w:p>
      <w:r>
        <w:rPr>
          <w:b/>
        </w:rPr>
        <w:t xml:space="preserve">[18:07] </w:t>
      </w:r>
      <w:r>
        <w:t>kyunke jo chala aa raha hai, woh shirk ka culture chala aa raha tha.</w:t>
      </w:r>
    </w:p>
    <w:p>
      <w:pPr>
        <w:jc w:val="right"/>
      </w:pPr>
      <w:r>
        <w:t>کیونکہ جو چلا آ رہا ہے، وہ شرک کا کلچر چلا آ رہا تھا۔</w:t>
      </w:r>
    </w:p>
    <w:p>
      <w:r>
        <w:rPr>
          <w:b/>
        </w:rPr>
        <w:t xml:space="preserve">[18:13] </w:t>
      </w:r>
      <w:r>
        <w:t>suraj ko poojna hai, chand ko poojna hai, samandar ko poojna hai, pahad ko poojna hai.</w:t>
      </w:r>
    </w:p>
    <w:p>
      <w:pPr>
        <w:jc w:val="right"/>
      </w:pPr>
      <w:r>
        <w:t>سورج کو پوجنا ہے، چاند کو پوجنا ہے، سمندر کو پوجنا ہے، پہاڑ کو پوجنا ہے۔</w:t>
      </w:r>
    </w:p>
    <w:p>
      <w:r>
        <w:rPr>
          <w:b/>
        </w:rPr>
        <w:t xml:space="preserve">[18:19] </w:t>
      </w:r>
      <w:r>
        <w:t>yeh shirk jo hai, yeh part of culture ban gaya tha.</w:t>
      </w:r>
    </w:p>
    <w:p>
      <w:pPr>
        <w:jc w:val="right"/>
      </w:pPr>
      <w:r>
        <w:t>یہ شرک جو ہے، یہ پارٹ آف کلچر بن گیا تھا۔</w:t>
      </w:r>
    </w:p>
    <w:p>
      <w:r>
        <w:rPr>
          <w:b/>
        </w:rPr>
        <w:t xml:space="preserve">[18:25] </w:t>
      </w:r>
      <w:r>
        <w:t>to woh continue kar raha tha.</w:t>
      </w:r>
    </w:p>
    <w:p>
      <w:pPr>
        <w:jc w:val="right"/>
      </w:pPr>
      <w:r>
        <w:t>تو وہ کنٹینیو کر رہا تھا۔</w:t>
      </w:r>
    </w:p>
    <w:p>
      <w:r>
        <w:rPr>
          <w:b/>
        </w:rPr>
        <w:t xml:space="preserve">[18:30] </w:t>
      </w:r>
      <w:r>
        <w:t>to is ko discontinue karna tha.</w:t>
      </w:r>
    </w:p>
    <w:p>
      <w:pPr>
        <w:jc w:val="right"/>
      </w:pPr>
      <w:r>
        <w:t>تو اس کو ڈس کنٹینیو کرنا تھا۔</w:t>
      </w:r>
    </w:p>
    <w:p>
      <w:r>
        <w:rPr>
          <w:b/>
        </w:rPr>
        <w:t xml:space="preserve">[18:36] </w:t>
      </w:r>
      <w:r>
        <w:t>paighambaron ko kaha gaya tha ke is ko discontinue karo.</w:t>
      </w:r>
    </w:p>
    <w:p>
      <w:pPr>
        <w:jc w:val="right"/>
      </w:pPr>
      <w:r>
        <w:t>پیغمبروں کو کہا گیا تھا کہ اس کو ڈس کنٹینیو کرو۔</w:t>
      </w:r>
    </w:p>
    <w:p>
      <w:r>
        <w:rPr>
          <w:b/>
        </w:rPr>
        <w:t xml:space="preserve">[18:42] </w:t>
      </w:r>
      <w:r>
        <w:t>to kaise karein? ek team chahiye.</w:t>
      </w:r>
    </w:p>
    <w:p>
      <w:pPr>
        <w:jc w:val="right"/>
      </w:pPr>
      <w:r>
        <w:t>تو کیسے کریں؟ ایک ٹیم چاہیے۔</w:t>
      </w:r>
    </w:p>
    <w:p>
      <w:r>
        <w:rPr>
          <w:b/>
        </w:rPr>
        <w:t xml:space="preserve">[18:48] </w:t>
      </w:r>
      <w:r>
        <w:t>akela ek paighambar to nahi kar sakta ke history ko ek naya mor de de.</w:t>
      </w:r>
    </w:p>
    <w:p>
      <w:pPr>
        <w:jc w:val="right"/>
      </w:pPr>
      <w:r>
        <w:t>اکیلا ایک پیغمبر تو نہیں کر سکتا کہ ہسٹری کو ایک نیا موڑ دے دے۔</w:t>
      </w:r>
    </w:p>
    <w:p>
      <w:r>
        <w:rPr>
          <w:b/>
        </w:rPr>
        <w:t xml:space="preserve">[18:53] </w:t>
      </w:r>
      <w:r>
        <w:t>ek ek history mein ek jo tradition chala raha hai, us ko discontinue karne ke liye ek team chahiye.</w:t>
      </w:r>
    </w:p>
    <w:p>
      <w:pPr>
        <w:jc w:val="right"/>
      </w:pPr>
      <w:r>
        <w:t>ایک ایک ہسٹری میں ایک جو ٹریڈیشن چلا رہا ہے، اس کو ڈس کنٹینیو کرنے کے لیے ایک ٹیم چاہیے۔</w:t>
      </w:r>
    </w:p>
    <w:p>
      <w:r>
        <w:rPr>
          <w:b/>
        </w:rPr>
        <w:t xml:space="preserve">[18:59] </w:t>
      </w:r>
      <w:r>
        <w:t>hazaron saal se ek cheez chali aa rahi hai, ek riwayat, ek tradition, ek culture, us jo shirk</w:t>
      </w:r>
    </w:p>
    <w:p>
      <w:pPr>
        <w:jc w:val="right"/>
      </w:pPr>
      <w:r>
        <w:t>ہزاروں سال سے ایک چیز چلی آ رہی ہے، ایک روایت، ایک ٹریڈیشن، ایک کلچر، اس جو شرک</w:t>
      </w:r>
    </w:p>
    <w:p>
      <w:r>
        <w:rPr>
          <w:b/>
        </w:rPr>
        <w:t xml:space="preserve">[19:05] </w:t>
      </w:r>
      <w:r>
        <w:t>par base karti thi.</w:t>
      </w:r>
    </w:p>
    <w:p>
      <w:pPr>
        <w:jc w:val="right"/>
      </w:pPr>
      <w:r>
        <w:t>پر بیس کرتی تھی۔</w:t>
      </w:r>
    </w:p>
    <w:p>
      <w:r>
        <w:rPr>
          <w:b/>
        </w:rPr>
        <w:t xml:space="preserve">[19:11] </w:t>
      </w:r>
      <w:r>
        <w:t>to Hazrat Hajra ko jo basaya gaya tha sehra mein, woh isi liye tha ke ek nai team</w:t>
      </w:r>
    </w:p>
    <w:p>
      <w:pPr>
        <w:jc w:val="right"/>
      </w:pPr>
      <w:r>
        <w:t>تو حضرت ہاجرہ کو جو بسایا گیا تھا صحرا میں، وہ اسی لیے تھا کہ ایک نئی ٹیم</w:t>
      </w:r>
    </w:p>
    <w:p>
      <w:r>
        <w:rPr>
          <w:b/>
        </w:rPr>
        <w:t xml:space="preserve">[19:16] </w:t>
      </w:r>
      <w:r>
        <w:t>banao, jo shehron se door, bastiyon se door, shirk ke jo centers the, un se door, nature mein paida ho.</w:t>
      </w:r>
    </w:p>
    <w:p>
      <w:pPr>
        <w:jc w:val="right"/>
      </w:pPr>
      <w:r>
        <w:t>بناؤ، جو شہروں سے دور، بستیوں سے دور، شرک کے جو سینٹرز تھے، ان سے دور، نیچر میں پیدا ہو۔</w:t>
      </w:r>
    </w:p>
    <w:p>
      <w:r>
        <w:rPr>
          <w:b/>
        </w:rPr>
        <w:t xml:space="preserve">[19:22] </w:t>
      </w:r>
      <w:r>
        <w:t>wahan kya tha? wahan desert tha, neeche upar aasman tha, suraj tha, chand tha, sitare the, kuch aur</w:t>
      </w:r>
    </w:p>
    <w:p>
      <w:pPr>
        <w:jc w:val="right"/>
      </w:pPr>
      <w:r>
        <w:t>وہاں کیا تھا؟ وہاں ڈیزرٹ تھا، نیچے اوپر آسمان تھا، سورج تھا، چاند تھا، ستارے تھے، کچھ اور</w:t>
      </w:r>
    </w:p>
    <w:p>
      <w:r>
        <w:rPr>
          <w:b/>
        </w:rPr>
        <w:t xml:space="preserve">[19:28] </w:t>
      </w:r>
      <w:r>
        <w:t>tha hi nahi wahan par nature ke siwa.</w:t>
      </w:r>
    </w:p>
    <w:p>
      <w:pPr>
        <w:jc w:val="right"/>
      </w:pPr>
      <w:r>
        <w:t>تھا ہی نہیں وہاں پر نیچر کے سوا۔</w:t>
      </w:r>
    </w:p>
    <w:p>
      <w:r>
        <w:rPr>
          <w:b/>
        </w:rPr>
        <w:t xml:space="preserve">[19:34] </w:t>
      </w:r>
      <w:r>
        <w:t>to nature mein ek qaum banai jaye, nature mein ek nation banai jaye.</w:t>
      </w:r>
    </w:p>
    <w:p>
      <w:pPr>
        <w:jc w:val="right"/>
      </w:pPr>
      <w:r>
        <w:t>تو نیچر میں ایک قوم بنائی جائے، نیچر میں ایک نیشن بنائی جائے۔</w:t>
      </w:r>
    </w:p>
    <w:p>
      <w:r>
        <w:rPr>
          <w:b/>
        </w:rPr>
        <w:t xml:space="preserve">[19:39] </w:t>
      </w:r>
      <w:r>
        <w:t>to ek ek orientalist ne likha hai ke jo log tayyar hue wahan, yaani har us Arab ke</w:t>
      </w:r>
    </w:p>
    <w:p>
      <w:pPr>
        <w:jc w:val="right"/>
      </w:pPr>
      <w:r>
        <w:t>تو ایک ایک اورینٹلسٹ نے لکھا ہے کہ جو لوگ تیار ہوئے وہاں، یعنی ہر اس عرب کے</w:t>
      </w:r>
    </w:p>
    <w:p>
      <w:r>
        <w:rPr>
          <w:b/>
        </w:rPr>
        <w:t xml:space="preserve">[19:45] </w:t>
      </w:r>
      <w:r>
        <w:t>us sehra mein, taqreeban do hazar saal lage us ke nasl ko banne mein.</w:t>
      </w:r>
    </w:p>
    <w:p>
      <w:pPr>
        <w:jc w:val="right"/>
      </w:pPr>
      <w:r>
        <w:t>اس صحرا میں، تقریباً دو ہزار سال لگے اس کے نسل کو بننے میں۔</w:t>
      </w:r>
    </w:p>
    <w:p>
      <w:r>
        <w:rPr>
          <w:b/>
        </w:rPr>
        <w:t xml:space="preserve">[19:51] </w:t>
      </w:r>
      <w:r>
        <w:t>kyunke ek se do, do se teen, teen se char, char se panch, is tarah se chalega</w:t>
      </w:r>
    </w:p>
    <w:p>
      <w:pPr>
        <w:jc w:val="right"/>
      </w:pPr>
      <w:r>
        <w:t>کیونکہ ایک سے دو، دو سے تین، تین سے چار، چار سے پانچ، اس طرح سے چلے گا</w:t>
      </w:r>
    </w:p>
    <w:p>
      <w:r>
        <w:rPr>
          <w:b/>
        </w:rPr>
        <w:t xml:space="preserve">[19:57] </w:t>
      </w:r>
      <w:r>
        <w:t>to to bohat dair lage gi.</w:t>
      </w:r>
    </w:p>
    <w:p>
      <w:pPr>
        <w:jc w:val="right"/>
      </w:pPr>
      <w:r>
        <w:t>تو تو بہت دیر لگے گی۔</w:t>
      </w:r>
    </w:p>
    <w:p>
      <w:r>
        <w:rPr>
          <w:b/>
        </w:rPr>
        <w:t xml:space="preserve">[20:02] </w:t>
      </w:r>
      <w:r>
        <w:t>yaani Hajra ki aulad the Ismail, phir Ismail ki aulad hui, un ki aulad hui, un ki aulad hui.</w:t>
      </w:r>
    </w:p>
    <w:p>
      <w:pPr>
        <w:jc w:val="right"/>
      </w:pPr>
      <w:r>
        <w:t>یعنی ہاجرہ کی اولاد تھے اسماعیل، پھر اسماعیل کی اولاد ہوئی، ان کی اولاد ہوئی، ان کی اولاد ہوئی۔</w:t>
      </w:r>
    </w:p>
    <w:p>
      <w:r>
        <w:rPr>
          <w:b/>
        </w:rPr>
        <w:t xml:space="preserve">[20:08] </w:t>
      </w:r>
      <w:r>
        <w:t>hote hote ek bara group banna hai to us ke liye time chahiye.</w:t>
      </w:r>
    </w:p>
    <w:p>
      <w:pPr>
        <w:jc w:val="right"/>
      </w:pPr>
      <w:r>
        <w:t>ہوتے ہوتے ایک بڑا گروپ بننا ہے تو اس کے لیے ٹائم چاہیے۔</w:t>
      </w:r>
    </w:p>
    <w:p>
      <w:r>
        <w:rPr>
          <w:b/>
        </w:rPr>
        <w:t xml:space="preserve">[20:14] </w:t>
      </w:r>
      <w:r>
        <w:t>to us ko unhon ne kaha hai ke "a nation of heroes", yaani jo Bani Ismail the, yeh</w:t>
      </w:r>
    </w:p>
    <w:p>
      <w:pPr>
        <w:jc w:val="right"/>
      </w:pPr>
      <w:r>
        <w:t>تو اس کو انہوں نے کہا ہے کہ "ا نیشن آف ہیروز"، یعنی جو بنو اسماعیل تھے، یہ</w:t>
      </w:r>
    </w:p>
    <w:p>
      <w:r>
        <w:rPr>
          <w:b/>
        </w:rPr>
        <w:t xml:space="preserve">[20:20] </w:t>
      </w:r>
      <w:r>
        <w:t>yeh hero'on ki ek qaum thi.</w:t>
      </w:r>
    </w:p>
    <w:p>
      <w:pPr>
        <w:jc w:val="right"/>
      </w:pPr>
      <w:r>
        <w:t>یہ ہیروؤں کی ایک قوم تھی۔</w:t>
      </w:r>
    </w:p>
    <w:p>
      <w:r>
        <w:rPr>
          <w:b/>
        </w:rPr>
        <w:t xml:space="preserve">[20:25] </w:t>
      </w:r>
      <w:r>
        <w:t>lekin mein kahoon ga hero'on ki qaum nahin, aik de de conditioned qaum thi, aik de condition nation thi.</w:t>
      </w:r>
    </w:p>
    <w:p>
      <w:pPr>
        <w:jc w:val="right"/>
      </w:pPr>
      <w:r>
        <w:t>لیکن میں کہوں گا ہیروؤں کی قوم نہیں، ایک ڈی ڈی کنڈیشنڈ قوم تھی، ایک ڈی کنڈیشن نیشن تھی۔</w:t>
      </w:r>
    </w:p>
    <w:p>
      <w:r>
        <w:rPr>
          <w:b/>
        </w:rPr>
        <w:t xml:space="preserve">[20:31] </w:t>
      </w:r>
      <w:r>
        <w:t>woh hero'on ki to koi bari baat nahin hai.</w:t>
      </w:r>
    </w:p>
    <w:p>
      <w:pPr>
        <w:jc w:val="right"/>
      </w:pPr>
      <w:r>
        <w:t>وہ ہیروؤں کی تو کوئی بڑی بات نہیں ہے۔</w:t>
      </w:r>
    </w:p>
    <w:p>
      <w:r>
        <w:rPr>
          <w:b/>
        </w:rPr>
        <w:t xml:space="preserve">[20:37] </w:t>
      </w:r>
      <w:r>
        <w:t>mein ne dekha, unhon ne nation of heroes nahin banai, balkeh aik de condition nation banai.</w:t>
      </w:r>
    </w:p>
    <w:p>
      <w:pPr>
        <w:jc w:val="right"/>
      </w:pPr>
      <w:r>
        <w:t>میں نے دیکھا، انہوں نے نیشن آف ہیروز نہیں بنائی، بلکہ ایک ڈی کنڈیشن نیشن بنائی۔</w:t>
      </w:r>
    </w:p>
    <w:p>
      <w:r>
        <w:rPr>
          <w:b/>
        </w:rPr>
        <w:t xml:space="preserve">[20:43] </w:t>
      </w:r>
      <w:r>
        <w:t>yani conditioning ko toara aur un ko, yani yani taham parasti aur shirk, is ko toara aur tauheed</w:t>
      </w:r>
    </w:p>
    <w:p>
      <w:pPr>
        <w:jc w:val="right"/>
      </w:pPr>
      <w:r>
        <w:t>یعنی کنڈیشننگ کو توڑا اور ان کو، یعنی یعنی تہم پرستی اور شرک، اس کو توڑا اور توحید</w:t>
      </w:r>
    </w:p>
    <w:p>
      <w:r>
        <w:rPr>
          <w:b/>
        </w:rPr>
        <w:t xml:space="preserve">[20:48] </w:t>
      </w:r>
      <w:r>
        <w:t>aur haq pasandi is par le aaye.</w:t>
      </w:r>
    </w:p>
    <w:p>
      <w:pPr>
        <w:jc w:val="right"/>
      </w:pPr>
      <w:r>
        <w:t>اور حق پسندی اس پر لے آئے۔</w:t>
      </w:r>
    </w:p>
    <w:p>
      <w:r>
        <w:rPr>
          <w:b/>
        </w:rPr>
        <w:t xml:space="preserve">[20:54] </w:t>
      </w:r>
      <w:r>
        <w:t>woh yeh kaam shuru karne ke liye bohat mushkil tha.</w:t>
      </w:r>
    </w:p>
    <w:p>
      <w:pPr>
        <w:jc w:val="right"/>
      </w:pPr>
      <w:r>
        <w:t>وہ یہ کام شروع کرنے کے لیے بہت مشکل تھا۔</w:t>
      </w:r>
    </w:p>
    <w:p>
      <w:r>
        <w:rPr>
          <w:b/>
        </w:rPr>
        <w:t xml:space="preserve">[21:00] </w:t>
      </w:r>
      <w:r>
        <w:t>to shuru kaun kare? yani beginner jo hota hai, woh bohat mushkil tha.</w:t>
      </w:r>
    </w:p>
    <w:p>
      <w:pPr>
        <w:jc w:val="right"/>
      </w:pPr>
      <w:r>
        <w:t>تو شروع کون کرے؟ یعنی بگنر جو ہوتا ہے، وہ بہت مشکل تھا۔</w:t>
      </w:r>
    </w:p>
    <w:p>
      <w:r>
        <w:rPr>
          <w:b/>
        </w:rPr>
        <w:t xml:space="preserve">[21:06] </w:t>
      </w:r>
      <w:r>
        <w:t>beginner jo hota hai, to aaj hajra beginner bani.</w:t>
      </w:r>
    </w:p>
    <w:p>
      <w:pPr>
        <w:jc w:val="right"/>
      </w:pPr>
      <w:r>
        <w:t>بگنر جو ہوتا ہے، تو آج ہاجرہ بگنر بنی۔</w:t>
      </w:r>
    </w:p>
    <w:p>
      <w:r>
        <w:rPr>
          <w:b/>
        </w:rPr>
        <w:t xml:space="preserve">[21:11] </w:t>
      </w:r>
      <w:r>
        <w:t>kyun ke is waqt jo hai, aaj to wahan par arab mein aap jayen to wahan sab kuch hai,</w:t>
      </w:r>
    </w:p>
    <w:p>
      <w:pPr>
        <w:jc w:val="right"/>
      </w:pPr>
      <w:r>
        <w:t>کیونکہ اس وقت جو ہے، آج تو وہاں پر عرب میں آپ جائیں تو وہاں سب کچھ ہے،</w:t>
      </w:r>
    </w:p>
    <w:p>
      <w:r>
        <w:rPr>
          <w:b/>
        </w:rPr>
        <w:t xml:space="preserve">[21:17] </w:t>
      </w:r>
      <w:r>
        <w:t>pani bhi hai, khana peena bhi hai, buildingen hain, shehar hain, paisa hai, sab kuch hai.</w:t>
      </w:r>
    </w:p>
    <w:p>
      <w:pPr>
        <w:jc w:val="right"/>
      </w:pPr>
      <w:r>
        <w:t>پانی بھی ہے، کھانا پینا بھی ہے، بلڈنگیں ہیں، شہر ہیں، پیسہ ہے، سب کچھ ہے۔</w:t>
      </w:r>
    </w:p>
    <w:p>
      <w:r>
        <w:rPr>
          <w:b/>
        </w:rPr>
        <w:t xml:space="preserve">[21:23] </w:t>
      </w:r>
      <w:r>
        <w:t>lekin is waqt jab ke woh basi thi ja kar ke Hazrat Hajra, to sawa desert ka kuch</w:t>
      </w:r>
    </w:p>
    <w:p>
      <w:pPr>
        <w:jc w:val="right"/>
      </w:pPr>
      <w:r>
        <w:t>لیکن اس وقت جب کہ وہ بسی تھی جا کر کے حضرت ہاجرہ، تو سوا ڈیزرٹ کا کچھ</w:t>
      </w:r>
    </w:p>
    <w:p>
      <w:r>
        <w:rPr>
          <w:b/>
        </w:rPr>
        <w:t xml:space="preserve">[21:29] </w:t>
      </w:r>
      <w:r>
        <w:t>bhi nahin tha wahan.</w:t>
      </w:r>
    </w:p>
    <w:p>
      <w:pPr>
        <w:jc w:val="right"/>
      </w:pPr>
      <w:r>
        <w:t>بھی نہیں تھا وہاں۔</w:t>
      </w:r>
    </w:p>
    <w:p>
      <w:r>
        <w:rPr>
          <w:b/>
        </w:rPr>
        <w:t xml:space="preserve">[21:34] </w:t>
      </w:r>
      <w:r>
        <w:t>تو یہ جو مسئلہ ہے کہ "There is a woman at the beginning of all great things"، بگنر</w:t>
      </w:r>
    </w:p>
    <w:p>
      <w:pPr>
        <w:jc w:val="right"/>
      </w:pPr>
      <w:r>
        <w:t>تو یہ جو مسئلہ ہے کہ "دیر از ا وومن ایٹ دا بگننگ آف آل گریٹ تھنگز"، بگنر</w:t>
      </w:r>
    </w:p>
    <w:p>
      <w:r>
        <w:rPr>
          <w:b/>
        </w:rPr>
        <w:t xml:space="preserve">[21:40] </w:t>
      </w:r>
      <w:r>
        <w:t>jo hai, bohat mushkil.</w:t>
      </w:r>
    </w:p>
    <w:p>
      <w:pPr>
        <w:jc w:val="right"/>
      </w:pPr>
      <w:r>
        <w:t>جو ہے، بہت مشکل۔</w:t>
      </w:r>
    </w:p>
    <w:p>
      <w:r>
        <w:rPr>
          <w:b/>
        </w:rPr>
        <w:t xml:space="preserve">[21:46] </w:t>
      </w:r>
      <w:r>
        <w:t>beginning ka kaam, beginning ka jo role hai, beginning ka role bohat mushkil role hota hai.</w:t>
      </w:r>
    </w:p>
    <w:p>
      <w:pPr>
        <w:jc w:val="right"/>
      </w:pPr>
      <w:r>
        <w:t>بگننگ کا کام، بگننگ کا جو رول ہے، بگننگ کا رول بہت مشکل رول ہوتا ہے۔</w:t>
      </w:r>
    </w:p>
    <w:p>
      <w:r>
        <w:rPr>
          <w:b/>
        </w:rPr>
        <w:t xml:space="preserve">[21:52] </w:t>
      </w:r>
      <w:r>
        <w:t>woh hajra ne kiya.</w:t>
      </w:r>
    </w:p>
    <w:p>
      <w:pPr>
        <w:jc w:val="right"/>
      </w:pPr>
      <w:r>
        <w:t>وہ ہاجرہ نے کیا۔</w:t>
      </w:r>
    </w:p>
    <w:p>
      <w:r>
        <w:rPr>
          <w:b/>
        </w:rPr>
        <w:t xml:space="preserve">[21:57] </w:t>
      </w:r>
      <w:r>
        <w:t>to mein samajhta hoon ke history mein number one hero agar koi hai to aik aurat hai, woh hajra.</w:t>
      </w:r>
    </w:p>
    <w:p>
      <w:pPr>
        <w:jc w:val="right"/>
      </w:pPr>
      <w:r>
        <w:t>تو میں سمجھتا ہوں کہ ہسٹری میں نمبر ون ہیرو اگر کوئی ہے تو ایک عورت ہے، وہ ہاجرہ۔</w:t>
      </w:r>
    </w:p>
    <w:p>
      <w:r>
        <w:rPr>
          <w:b/>
        </w:rPr>
        <w:t xml:space="preserve">[22:03] </w:t>
      </w:r>
      <w:r>
        <w:t>kyun ke hajra se aik team bani, team mein rasool Allah paida hue, rasool Allah ke sath ashaab rasool</w:t>
      </w:r>
    </w:p>
    <w:p>
      <w:pPr>
        <w:jc w:val="right"/>
      </w:pPr>
      <w:r>
        <w:t>کیونکہ ہاجرہ سے ایک ٹیم بنی، ٹیم میں رسول اللہ پیدا ہوئے، رسول اللہ کے ساتھ اصحاب رسول</w:t>
      </w:r>
    </w:p>
    <w:p>
      <w:r>
        <w:rPr>
          <w:b/>
        </w:rPr>
        <w:t xml:space="preserve">[22:09] </w:t>
      </w:r>
      <w:r>
        <w:t>the, unhon ne inqilab barpa kiya aur tareekh mein aik naya daur shuru kiya.</w:t>
      </w:r>
    </w:p>
    <w:p>
      <w:pPr>
        <w:jc w:val="right"/>
      </w:pPr>
      <w:r>
        <w:t>تھے، انہوں نے انقلاب برپا کیا اور تاریخ میں ایک نیا دور شروع کیا۔</w:t>
      </w:r>
    </w:p>
    <w:p>
      <w:r>
        <w:rPr>
          <w:b/>
        </w:rPr>
        <w:t xml:space="preserve">[22:15] </w:t>
      </w:r>
      <w:r>
        <w:t>yani shirk ki jagah tauheed ka daur, superstition ki jagah science ka daur, yeh sab unhon ne shuru kiya.</w:t>
      </w:r>
    </w:p>
    <w:p>
      <w:pPr>
        <w:jc w:val="right"/>
      </w:pPr>
      <w:r>
        <w:t>یعنی شرک کی جگہ توحید کا دور، سپر سٹیشن کی جگہ سائنس کا دور، یہ سب انہوں نے شروع کیا۔</w:t>
      </w:r>
    </w:p>
    <w:p>
      <w:r>
        <w:rPr>
          <w:b/>
        </w:rPr>
        <w:t xml:space="preserve">[22:20] </w:t>
      </w:r>
      <w:r>
        <w:t>isi ka culmination tha woh scientific revolution jo Europe mein aaya.</w:t>
      </w:r>
    </w:p>
    <w:p>
      <w:pPr>
        <w:jc w:val="right"/>
      </w:pPr>
      <w:r>
        <w:t>اسی کا کلمنیشن تھا وہ سائنٹیفک ریولیوشن جو یورپ میں آیا۔</w:t>
      </w:r>
    </w:p>
    <w:p>
      <w:r>
        <w:rPr>
          <w:b/>
        </w:rPr>
        <w:t xml:space="preserve">[22:26] </w:t>
      </w:r>
      <w:r>
        <w:t>to is ka is ka sehra kis ke jata hai? aik khatoon ke, jis ka naam hajra ka hai.</w:t>
      </w:r>
    </w:p>
    <w:p>
      <w:pPr>
        <w:jc w:val="right"/>
      </w:pPr>
      <w:r>
        <w:t>تو اس کا اس کا سہرہ کس کے جاتا ہے؟ ایک خاتون کے، جس کا نام ہاجرہ کا ہے۔</w:t>
      </w:r>
    </w:p>
    <w:p>
      <w:r>
        <w:rPr>
          <w:b/>
        </w:rPr>
        <w:t xml:space="preserve">[22:32] </w:t>
      </w:r>
      <w:r>
        <w:t>kitna bara role hai hajra ka, kitna bara role hai hajra ka ke history ko aik naya rukh</w:t>
      </w:r>
    </w:p>
    <w:p>
      <w:pPr>
        <w:jc w:val="right"/>
      </w:pPr>
      <w:r>
        <w:t>کتنا بڑا رول ہے ہاجرہ کا، کتنا بڑا رول ہے ہاجرہ کا کہ ہسٹری کو ایک نیا رخ</w:t>
      </w:r>
    </w:p>
    <w:p>
      <w:r>
        <w:rPr>
          <w:b/>
        </w:rPr>
        <w:t xml:space="preserve">[22:38] </w:t>
      </w:r>
      <w:r>
        <w:t>diya unhon ne, history ko aik nai meaning di unhon ne, history mein aik aik naya age paida</w:t>
      </w:r>
    </w:p>
    <w:p>
      <w:pPr>
        <w:jc w:val="right"/>
      </w:pPr>
      <w:r>
        <w:t>دیا انہوں نے، ہسٹری کو ایک نئی میننگ دی انہوں نے، ہسٹری میں ایک ایک نیا ایج پیدا</w:t>
      </w:r>
    </w:p>
    <w:p>
      <w:r>
        <w:rPr>
          <w:b/>
        </w:rPr>
        <w:t xml:space="preserve">[22:43] </w:t>
      </w:r>
      <w:r>
        <w:t>kiya unhon ne.</w:t>
      </w:r>
    </w:p>
    <w:p>
      <w:pPr>
        <w:jc w:val="right"/>
      </w:pPr>
      <w:r>
        <w:t>کیا انہوں نے۔</w:t>
      </w:r>
    </w:p>
    <w:p>
      <w:r>
        <w:rPr>
          <w:b/>
        </w:rPr>
        <w:t xml:space="preserve">[22:49] </w:t>
      </w:r>
      <w:r>
        <w:t>tamam prophet jo aaye, un ke zamaney mein tauheed ki dawat sirf dawat thi, dawat, dawat, message dena.</w:t>
      </w:r>
    </w:p>
    <w:p>
      <w:pPr>
        <w:jc w:val="right"/>
      </w:pPr>
      <w:r>
        <w:t>تمام پرافٹ جو آئے، ان کے زمانے میں توحید کی دعوت صرف دعوت تھی، دعوت، دعوت، میسج دینا۔</w:t>
      </w:r>
    </w:p>
    <w:p>
      <w:r>
        <w:rPr>
          <w:b/>
        </w:rPr>
        <w:t xml:space="preserve">[22:55] </w:t>
      </w:r>
      <w:r>
        <w:t>hajra ke baad jo tareekh bani to dawat ek revolution ban gaya, revolution, revolution ban gaya.</w:t>
      </w:r>
    </w:p>
    <w:p>
      <w:pPr>
        <w:jc w:val="right"/>
      </w:pPr>
      <w:r>
        <w:t>ہاجرہ کے بعد جو تاریخ بنی تو دعوت ایک ریولیوشن بن گیا، ریولیوشن، ریولیوشن بن گیا۔</w:t>
      </w:r>
    </w:p>
    <w:p>
      <w:r>
        <w:rPr>
          <w:b/>
        </w:rPr>
        <w:t xml:space="preserve">[23:00] </w:t>
      </w:r>
      <w:r>
        <w:t>kitna bara karkhana hai jis ki beginner ek عورت hai.</w:t>
      </w:r>
    </w:p>
    <w:p>
      <w:pPr>
        <w:jc w:val="right"/>
      </w:pPr>
      <w:r>
        <w:t>کتنا بڑا کارنامہ ہے جس کی بگنر ایک عورت ہے۔</w:t>
      </w:r>
    </w:p>
    <w:p>
      <w:r>
        <w:rPr>
          <w:b/>
        </w:rPr>
        <w:t xml:space="preserve">[23:06] </w:t>
      </w:r>
      <w:r>
        <w:t>phir dekhiye, ek bohat hi bara role hai asiya ka.</w:t>
      </w:r>
    </w:p>
    <w:p>
      <w:pPr>
        <w:jc w:val="right"/>
      </w:pPr>
      <w:r>
        <w:t>پھر دیکھیے، ایک بہت ہی بڑا رول ہے اسیہ کا۔</w:t>
      </w:r>
    </w:p>
    <w:p>
      <w:r>
        <w:rPr>
          <w:b/>
        </w:rPr>
        <w:t xml:space="preserve">[23:12] </w:t>
      </w:r>
      <w:r>
        <w:t>asiya hazrat musa ke zamane mein thi.</w:t>
      </w:r>
    </w:p>
    <w:p>
      <w:pPr>
        <w:jc w:val="right"/>
      </w:pPr>
      <w:r>
        <w:t>اسیہ حضرت موسیٰ کے زمانے میں تھی۔</w:t>
      </w:r>
    </w:p>
    <w:p>
      <w:r>
        <w:rPr>
          <w:b/>
        </w:rPr>
        <w:t xml:space="preserve">[23:18] </w:t>
      </w:r>
      <w:r>
        <w:t>asiya jo thi, firoun ki biwi thi.</w:t>
      </w:r>
    </w:p>
    <w:p>
      <w:pPr>
        <w:jc w:val="right"/>
      </w:pPr>
      <w:r>
        <w:t>اسیہ جو تھی، فرعون کی بیوی تھی۔</w:t>
      </w:r>
    </w:p>
    <w:p>
      <w:r>
        <w:rPr>
          <w:b/>
        </w:rPr>
        <w:t xml:space="preserve">[23:23] </w:t>
      </w:r>
      <w:r>
        <w:t>jo kitabon mein jo maloomat aayen hain, is se lagta hai ke asiya jo theen, woh bani israel</w:t>
      </w:r>
    </w:p>
    <w:p>
      <w:pPr>
        <w:jc w:val="right"/>
      </w:pPr>
      <w:r>
        <w:t>جو کتابوں میں جو معلومات آئیں ہیں، اس سے لگتا ہے کہ اسیہ جو تھیں، وہ بنی اسرائیل</w:t>
      </w:r>
    </w:p>
    <w:p>
      <w:r>
        <w:rPr>
          <w:b/>
        </w:rPr>
        <w:t xml:space="preserve">[23:29] </w:t>
      </w:r>
      <w:r>
        <w:t>ke nasal se theen, yani qabti nasal se nahi theen woh.</w:t>
      </w:r>
    </w:p>
    <w:p>
      <w:pPr>
        <w:jc w:val="right"/>
      </w:pPr>
      <w:r>
        <w:t>کے نسل سے تھیں، یعنی قبطی نسل سے نہیں تھیں وہ۔</w:t>
      </w:r>
    </w:p>
    <w:p>
      <w:r>
        <w:rPr>
          <w:b/>
        </w:rPr>
        <w:t xml:space="preserve">[23:35] </w:t>
      </w:r>
      <w:r>
        <w:t>lekin is ne is se shadi kar li, firoun badshah jo tha, is ne aur apne mahal mein</w:t>
      </w:r>
    </w:p>
    <w:p>
      <w:pPr>
        <w:jc w:val="right"/>
      </w:pPr>
      <w:r>
        <w:t>لیکن اس نے اس سے شادی کر لی، فرعون بادشاہ جو تھا، اس نے اور اپنے محل میں</w:t>
      </w:r>
    </w:p>
    <w:p>
      <w:r>
        <w:rPr>
          <w:b/>
        </w:rPr>
        <w:t xml:space="preserve">[23:41] </w:t>
      </w:r>
      <w:r>
        <w:t>rakh liya in ko.</w:t>
      </w:r>
    </w:p>
    <w:p>
      <w:pPr>
        <w:jc w:val="right"/>
      </w:pPr>
      <w:r>
        <w:t>رکھ لیا ان کو۔</w:t>
      </w:r>
    </w:p>
    <w:p>
      <w:r>
        <w:rPr>
          <w:b/>
        </w:rPr>
        <w:t xml:space="preserve">[23:46] </w:t>
      </w:r>
      <w:r>
        <w:t>to asiya bohat aasani se musa ki dawat ko samajh gayeen kyunke in ka background jo tha,</w:t>
      </w:r>
    </w:p>
    <w:p>
      <w:pPr>
        <w:jc w:val="right"/>
      </w:pPr>
      <w:r>
        <w:t>تو اسیہ بہت آسانی سے موسیٰ کی دعوت کو سمجھ گئیں کیونکہ ان کا بیک گراؤنڈ جو تھا،</w:t>
      </w:r>
    </w:p>
    <w:p>
      <w:r>
        <w:rPr>
          <w:b/>
        </w:rPr>
        <w:t xml:space="preserve">[23:52] </w:t>
      </w:r>
      <w:r>
        <w:t>woh wohi tha.</w:t>
      </w:r>
    </w:p>
    <w:p>
      <w:pPr>
        <w:jc w:val="right"/>
      </w:pPr>
      <w:r>
        <w:t>وہ وہی تھا۔</w:t>
      </w:r>
    </w:p>
    <w:p>
      <w:r>
        <w:rPr>
          <w:b/>
        </w:rPr>
        <w:t xml:space="preserve">[23:58] </w:t>
      </w:r>
      <w:r>
        <w:t>in ka jo background tha, to khamoshi se unhone hazrat musa ke mazhab ko maan liya,</w:t>
      </w:r>
    </w:p>
    <w:p>
      <w:pPr>
        <w:jc w:val="right"/>
      </w:pPr>
      <w:r>
        <w:t>ان کا جو بیک گراؤنڈ تھا، تو خاموشی سے انہوں نے حضرت موسیٰ کے مذہب کو مان لیا،</w:t>
      </w:r>
    </w:p>
    <w:p>
      <w:r>
        <w:rPr>
          <w:b/>
        </w:rPr>
        <w:t xml:space="preserve">[24:04] </w:t>
      </w:r>
      <w:r>
        <w:t>unki dawat ko qabool kar liya, is par iman laye.</w:t>
      </w:r>
    </w:p>
    <w:p>
      <w:pPr>
        <w:jc w:val="right"/>
      </w:pPr>
      <w:r>
        <w:t>ان کی دعوت کو قبول کر لیا، اس پر ایمان لائے۔</w:t>
      </w:r>
    </w:p>
    <w:p>
      <w:r>
        <w:rPr>
          <w:b/>
        </w:rPr>
        <w:t xml:space="preserve">[24:09] </w:t>
      </w:r>
      <w:r>
        <w:t>agarche woh firoun ke mahal mein rehti theen, us ki biwi thi woh.</w:t>
      </w:r>
    </w:p>
    <w:p>
      <w:pPr>
        <w:jc w:val="right"/>
      </w:pPr>
      <w:r>
        <w:t>اگرچہ وہ فرعون کے محل میں رہتی تھیں، اس کی بیوی تھی وہ۔</w:t>
      </w:r>
    </w:p>
    <w:p>
      <w:r>
        <w:rPr>
          <w:b/>
        </w:rPr>
        <w:t xml:space="preserve">[24:15] </w:t>
      </w:r>
      <w:r>
        <w:t>to jab pata chala firoun ko ke yeh to musa par iman layi hai aur musa ko woh</w:t>
      </w:r>
    </w:p>
    <w:p>
      <w:pPr>
        <w:jc w:val="right"/>
      </w:pPr>
      <w:r>
        <w:t>تو جب پتہ چلا فرعون کو کہ یہ تو موسیٰ پر ایمان لائی ہے اور موسیٰ کو وہ</w:t>
      </w:r>
    </w:p>
    <w:p>
      <w:r>
        <w:rPr>
          <w:b/>
        </w:rPr>
        <w:t xml:space="preserve">[24:21] </w:t>
      </w:r>
      <w:r>
        <w:t>apna dushman samajhta tha, to us ne kaha ke tum ko musa ka deen chhodna padega, nahi</w:t>
      </w:r>
    </w:p>
    <w:p>
      <w:pPr>
        <w:jc w:val="right"/>
      </w:pPr>
      <w:r>
        <w:t>اپنا دشمن سمجھتا تھا، تو اس نے کہا کہ تم کو موسیٰ کا دین چھوڑنا پڑے گا، نہیں</w:t>
      </w:r>
    </w:p>
    <w:p>
      <w:r>
        <w:rPr>
          <w:b/>
        </w:rPr>
        <w:t xml:space="preserve">[24:27] </w:t>
      </w:r>
      <w:r>
        <w:t>to main tum ko qatl kar doonga.</w:t>
      </w:r>
    </w:p>
    <w:p>
      <w:pPr>
        <w:jc w:val="right"/>
      </w:pPr>
      <w:r>
        <w:t>تو میں تم کو قتل کر دوں گا۔</w:t>
      </w:r>
    </w:p>
    <w:p>
      <w:r>
        <w:rPr>
          <w:b/>
        </w:rPr>
        <w:t xml:space="preserve">[24:32] </w:t>
      </w:r>
      <w:r>
        <w:t>ab dekhen, choice kin do ke do ke beech mein tha, kin do ke beech mein tha? deen</w:t>
      </w:r>
    </w:p>
    <w:p>
      <w:pPr>
        <w:jc w:val="right"/>
      </w:pPr>
      <w:r>
        <w:t>اب دیکھیں، چوائس کن دو کے دو کے بیچ میں تھا، کن دو کے بیچ میں تھا؟ دین</w:t>
      </w:r>
    </w:p>
    <w:p>
      <w:r>
        <w:rPr>
          <w:b/>
        </w:rPr>
        <w:t xml:space="preserve">[24:38] </w:t>
      </w:r>
      <w:r>
        <w:t>musa aur palace.</w:t>
      </w:r>
    </w:p>
    <w:p>
      <w:pPr>
        <w:jc w:val="right"/>
      </w:pPr>
      <w:r>
        <w:t>موسیٰ اور پیلس۔</w:t>
      </w:r>
    </w:p>
    <w:p>
      <w:r>
        <w:rPr>
          <w:b/>
        </w:rPr>
        <w:t xml:space="preserve">[24:44] </w:t>
      </w:r>
      <w:r>
        <w:t>ya sahi baat hai ke ke akhirat ki jannat aur palace, khuda ka inaam jo jannat ki shakal</w:t>
      </w:r>
    </w:p>
    <w:p>
      <w:pPr>
        <w:jc w:val="right"/>
      </w:pPr>
      <w:r>
        <w:t>یا صحیح بات ہے کہ کہ آخرت کی جنت اور پیلس، خدا کا انعام جو جنت کی شکل</w:t>
      </w:r>
    </w:p>
    <w:p>
      <w:r>
        <w:rPr>
          <w:b/>
        </w:rPr>
        <w:t xml:space="preserve">[24:50] </w:t>
      </w:r>
      <w:r>
        <w:t>mein milega, woh aur doosri taraf yeh duniya ke palace.</w:t>
      </w:r>
    </w:p>
    <w:p>
      <w:pPr>
        <w:jc w:val="right"/>
      </w:pPr>
      <w:r>
        <w:t>میں ملے گا، وہ اور دوسری طرف یہ دنیا کے پیلس۔</w:t>
      </w:r>
    </w:p>
    <w:p>
      <w:r>
        <w:rPr>
          <w:b/>
        </w:rPr>
        <w:t xml:space="preserve">[24:55] </w:t>
      </w:r>
      <w:r>
        <w:t>kyunke hazrat musa jo the, woh bulate the isi ki taraf ke allah ke raste par aao aur</w:t>
      </w:r>
    </w:p>
    <w:p>
      <w:pPr>
        <w:jc w:val="right"/>
      </w:pPr>
      <w:r>
        <w:t>کیونکہ حضرت موسیٰ جو تھے، وہ بلاتے تھے اسی کی طرف کہ اللہ کے راستے پر آؤ اور</w:t>
      </w:r>
    </w:p>
    <w:p>
      <w:r>
        <w:rPr>
          <w:b/>
        </w:rPr>
        <w:t xml:space="preserve">[25:01] </w:t>
      </w:r>
      <w:r>
        <w:t>akhirat ka reward tum ko milega.</w:t>
      </w:r>
    </w:p>
    <w:p>
      <w:pPr>
        <w:jc w:val="right"/>
      </w:pPr>
      <w:r>
        <w:t>آخرت کا ریوارڈ تم کو ملے گا۔</w:t>
      </w:r>
    </w:p>
    <w:p>
      <w:r>
        <w:rPr>
          <w:b/>
        </w:rPr>
        <w:t xml:space="preserve">[25:07] </w:t>
      </w:r>
      <w:r>
        <w:t>to hazrat musa ke mission ka ek bohat bara part hai asiya.</w:t>
      </w:r>
    </w:p>
    <w:p>
      <w:pPr>
        <w:jc w:val="right"/>
      </w:pPr>
      <w:r>
        <w:t>تو حضرت موسیٰ کے مشن کا ایک بہت بڑا پارٹ ہے اسیہ۔</w:t>
      </w:r>
    </w:p>
    <w:p>
      <w:r>
        <w:rPr>
          <w:b/>
        </w:rPr>
        <w:t xml:space="preserve">[25:13] </w:t>
      </w:r>
      <w:r>
        <w:t>woh kaise? unhone aakhri qurbani de kar ke, apni jaan ki qurbani de kar ke yeh sabit</w:t>
      </w:r>
    </w:p>
    <w:p>
      <w:pPr>
        <w:jc w:val="right"/>
      </w:pPr>
      <w:r>
        <w:t>وہ کیسے؟ انہوں نے آخری قربانی دے کر کے، اپنی جان کی قربانی دے کر کے یہ ثابت</w:t>
      </w:r>
    </w:p>
    <w:p>
      <w:r>
        <w:rPr>
          <w:b/>
        </w:rPr>
        <w:t xml:space="preserve">[25:18] </w:t>
      </w:r>
      <w:r>
        <w:t>kya keh tumhara mahal kuch bhi nahin, sab se bara palace to woh hai jo Khuda ke haan hai, jannat.</w:t>
      </w:r>
    </w:p>
    <w:p>
      <w:pPr>
        <w:jc w:val="right"/>
      </w:pPr>
      <w:r>
        <w:t>کیا کہ تمہارا محل کچھ بھی نہیں، سب سے بڑا پیلس تو وہ ہے جو خدا کے ہاں ہے، جنت۔</w:t>
      </w:r>
    </w:p>
    <w:p>
      <w:r>
        <w:rPr>
          <w:b/>
        </w:rPr>
        <w:t xml:space="preserve">[25:24] </w:t>
      </w:r>
      <w:r>
        <w:t>tumhare palace un ke muqable mein kuch bhi nahin.</w:t>
      </w:r>
    </w:p>
    <w:p>
      <w:pPr>
        <w:jc w:val="right"/>
      </w:pPr>
      <w:r>
        <w:t>تمہارے پیلس ان کے مقابلے میں کچھ بھی نہیں۔</w:t>
      </w:r>
    </w:p>
    <w:p>
      <w:r>
        <w:rPr>
          <w:b/>
        </w:rPr>
        <w:t xml:space="preserve">[25:30] </w:t>
      </w:r>
      <w:r>
        <w:t>to jab is ne Musa ne kaha un ke, "tum ko main qatal kar doon ga, unhein deen</w:t>
      </w:r>
    </w:p>
    <w:p>
      <w:pPr>
        <w:jc w:val="right"/>
      </w:pPr>
      <w:r>
        <w:t>تو جب اس نے موسیٰ نے کہا ان کے، "تم کو میں قتل کر دوں گا، انہیں دین</w:t>
      </w:r>
    </w:p>
    <w:p>
      <w:r>
        <w:rPr>
          <w:b/>
        </w:rPr>
        <w:t xml:space="preserve">[25:36] </w:t>
      </w:r>
      <w:r>
        <w:t>Musa ko choro", us waqt unhon ne dua ki thi, "rabbil baitna fil jannah".</w:t>
      </w:r>
    </w:p>
    <w:p>
      <w:pPr>
        <w:jc w:val="right"/>
      </w:pPr>
      <w:r>
        <w:t>موسیٰ کو چھوڑو"، اس وقت انہوں نے دعا کی تھی، "ربلی بیتنا فی الجنہ"۔</w:t>
      </w:r>
    </w:p>
    <w:p>
      <w:r>
        <w:rPr>
          <w:b/>
        </w:rPr>
        <w:t xml:space="preserve">[25:41] </w:t>
      </w:r>
      <w:r>
        <w:t>ae Allah, to apne paas mere liye aik ghar bana de, apne paros mein aik ghar de de</w:t>
      </w:r>
    </w:p>
    <w:p>
      <w:pPr>
        <w:jc w:val="right"/>
      </w:pPr>
      <w:r>
        <w:t>اے اللہ، تو اپنے پاس میرے لیے ایک گھر بنا دے، اپنے پڑوس میں ایک گھر دے دے</w:t>
      </w:r>
    </w:p>
    <w:p>
      <w:r>
        <w:rPr>
          <w:b/>
        </w:rPr>
        <w:t xml:space="preserve">[25:47] </w:t>
      </w:r>
      <w:r>
        <w:t>mujhe, main jannat mein mujhe basa de.</w:t>
      </w:r>
    </w:p>
    <w:p>
      <w:pPr>
        <w:jc w:val="right"/>
      </w:pPr>
      <w:r>
        <w:t>مجھے، میں جنت میں مجھے بسا دے۔</w:t>
      </w:r>
    </w:p>
    <w:p>
      <w:r>
        <w:rPr>
          <w:b/>
        </w:rPr>
        <w:t xml:space="preserve">[25:53] </w:t>
      </w:r>
      <w:r>
        <w:t>yeh tha aakhri itmam-e-hujjat Firon ke upar, is ke aage koi itmam-e-hujjat nahin.</w:t>
      </w:r>
    </w:p>
    <w:p>
      <w:pPr>
        <w:jc w:val="right"/>
      </w:pPr>
      <w:r>
        <w:t>یہ تھا آخری اتمام حجت فرعون کے اوپر، اس کے آگے کوئی اتمام حجت نہیں۔</w:t>
      </w:r>
    </w:p>
    <w:p>
      <w:r>
        <w:rPr>
          <w:b/>
        </w:rPr>
        <w:t xml:space="preserve">[25:59] </w:t>
      </w:r>
      <w:r>
        <w:t>yani unhon ne apni jaan ko ka rizq le kar ke yeh ailan kiya ke tumhara mahal kuch</w:t>
      </w:r>
    </w:p>
    <w:p>
      <w:pPr>
        <w:jc w:val="right"/>
      </w:pPr>
      <w:r>
        <w:t>یعنی انہوں نے اپنی جان کو کا رزق لے کر کے یہ اعلان کیا کہ تمہارا محل کچھ</w:t>
      </w:r>
    </w:p>
    <w:p>
      <w:r>
        <w:rPr>
          <w:b/>
        </w:rPr>
        <w:t xml:space="preserve">[26:04] </w:t>
      </w:r>
      <w:r>
        <w:t>bhi nahin hai, tumhara palace kuch bhi nahin hai, tumhara political power kuch bhi nahin hai, tumhari jo</w:t>
      </w:r>
    </w:p>
    <w:p>
      <w:pPr>
        <w:jc w:val="right"/>
      </w:pPr>
      <w:r>
        <w:t>بھی نہیں ہے، تمہارا پیلس کچھ بھی نہیں ہے، تمہارا پولیٹیکل پاور کچھ بھی نہیں ہے، تمہاری جو</w:t>
      </w:r>
    </w:p>
    <w:p>
      <w:r>
        <w:rPr>
          <w:b/>
        </w:rPr>
        <w:t xml:space="preserve">[26:10] </w:t>
      </w:r>
      <w:r>
        <w:t>barhai hai, woh kuch bhi nahin hai.</w:t>
      </w:r>
    </w:p>
    <w:p>
      <w:pPr>
        <w:jc w:val="right"/>
      </w:pPr>
      <w:r>
        <w:t>بڑائی ہے، وہ کچھ بھی نہیں ہے۔</w:t>
      </w:r>
    </w:p>
    <w:p>
      <w:r>
        <w:rPr>
          <w:b/>
        </w:rPr>
        <w:t xml:space="preserve">[26:16] </w:t>
      </w:r>
      <w:r>
        <w:t>is liye ke yeh to fani hai, yeh to khatam ho jaye gi.</w:t>
      </w:r>
    </w:p>
    <w:p>
      <w:pPr>
        <w:jc w:val="right"/>
      </w:pPr>
      <w:r>
        <w:t>اس لیے کہ یہ تو فانی ہے، یہ تو ختم ہو جائے گی۔</w:t>
      </w:r>
    </w:p>
    <w:p>
      <w:r>
        <w:rPr>
          <w:b/>
        </w:rPr>
        <w:t xml:space="preserve">[26:22] </w:t>
      </w:r>
      <w:r>
        <w:t>bari cheez jo hai, woh Allah ka inam hai, woh jannat hai, akhirat ki zindagi mein apna jagah</w:t>
      </w:r>
    </w:p>
    <w:p>
      <w:pPr>
        <w:jc w:val="right"/>
      </w:pPr>
      <w:r>
        <w:t>بڑی چیز جو ہے، وہ اللہ کا انعام ہے، وہ جنت ہے، آخرت کی زندگی میں اپنا جگہ</w:t>
      </w:r>
    </w:p>
    <w:p>
      <w:r>
        <w:rPr>
          <w:b/>
        </w:rPr>
        <w:t xml:space="preserve">[26:27] </w:t>
      </w:r>
      <w:r>
        <w:t>hasil karna, jo jo eternal hai, eternal.</w:t>
      </w:r>
    </w:p>
    <w:p>
      <w:pPr>
        <w:jc w:val="right"/>
      </w:pPr>
      <w:r>
        <w:t>حاصل کرنا، جو جو ایٹرنل ہے، ایٹرنل۔</w:t>
      </w:r>
    </w:p>
    <w:p>
      <w:r>
        <w:rPr>
          <w:b/>
        </w:rPr>
        <w:t xml:space="preserve">[26:33] </w:t>
      </w:r>
      <w:r>
        <w:t>to kya apni jaan ka rizq le kar unhon ne is baat ki gawahi di? kitna bara role</w:t>
      </w:r>
    </w:p>
    <w:p>
      <w:pPr>
        <w:jc w:val="right"/>
      </w:pPr>
      <w:r>
        <w:t>تو کیا اپنی جان کا رزق لے کر انہوں نے اس بات کی گواہی دی؟ کتنا بڑا رول</w:t>
      </w:r>
    </w:p>
    <w:p>
      <w:r>
        <w:rPr>
          <w:b/>
        </w:rPr>
        <w:t xml:space="preserve">[26:39] </w:t>
      </w:r>
      <w:r>
        <w:t>tha Asiya ka, kitna bara role tha.</w:t>
      </w:r>
    </w:p>
    <w:p>
      <w:pPr>
        <w:jc w:val="right"/>
      </w:pPr>
      <w:r>
        <w:t>تھا اسیہ کا، کتنا بڑا رول تھا۔</w:t>
      </w:r>
    </w:p>
    <w:p>
      <w:r>
        <w:rPr>
          <w:b/>
        </w:rPr>
        <w:t xml:space="preserve">[26:45] </w:t>
      </w:r>
      <w:r>
        <w:t>is zamane mein koi mard itna bara role nahin kar saka, jitna bara role Asiya ne kiya.</w:t>
      </w:r>
    </w:p>
    <w:p>
      <w:pPr>
        <w:jc w:val="right"/>
      </w:pPr>
      <w:r>
        <w:t>اس زمانے میں کوئی مرد اتنا بڑا رول نہیں کر سکا، جتنا بڑا رول اسیہ نے کیا۔</w:t>
      </w:r>
    </w:p>
    <w:p>
      <w:r>
        <w:rPr>
          <w:b/>
        </w:rPr>
        <w:t xml:space="preserve">[26:50] </w:t>
      </w:r>
      <w:r>
        <w:t>yeh khatoon ka role tha.</w:t>
      </w:r>
    </w:p>
    <w:p>
      <w:pPr>
        <w:jc w:val="right"/>
      </w:pPr>
      <w:r>
        <w:t>یہ خاتون کا رول تھا۔</w:t>
      </w:r>
    </w:p>
    <w:p>
      <w:r>
        <w:rPr>
          <w:b/>
        </w:rPr>
        <w:t xml:space="preserve">[26:56] </w:t>
      </w:r>
      <w:r>
        <w:t>to mard ka role apni jagah par aur aurat ka role apni jagah par.</w:t>
      </w:r>
    </w:p>
    <w:p>
      <w:pPr>
        <w:jc w:val="right"/>
      </w:pPr>
      <w:r>
        <w:t>تو مرد کا رول اپنی جگہ پر اور عورت کا رول اپنی جگہ پر۔</w:t>
      </w:r>
    </w:p>
    <w:p>
      <w:r>
        <w:rPr>
          <w:b/>
        </w:rPr>
        <w:t xml:space="preserve">[27:02] </w:t>
      </w:r>
      <w:r>
        <w:t>mard jo hai, us ke liye Allah taala ne kuch qualities di hain, us ko us qualities ke</w:t>
      </w:r>
    </w:p>
    <w:p>
      <w:pPr>
        <w:jc w:val="right"/>
      </w:pPr>
      <w:r>
        <w:t>مرد جو ہے، اس کے لیے اللہ تعالیٰ نے کچھ کوالٹیز دی ہیں، اس کو اس کوالٹیز کے</w:t>
      </w:r>
    </w:p>
    <w:p>
      <w:r>
        <w:rPr>
          <w:b/>
        </w:rPr>
        <w:t xml:space="preserve">[27:08] </w:t>
      </w:r>
      <w:r>
        <w:t>lehaz se us ko apna role karna hai.</w:t>
      </w:r>
    </w:p>
    <w:p>
      <w:pPr>
        <w:jc w:val="right"/>
      </w:pPr>
      <w:r>
        <w:t>لحاظ سے اس کو اپنا رول کرنا ہے۔</w:t>
      </w:r>
    </w:p>
    <w:p>
      <w:r>
        <w:rPr>
          <w:b/>
        </w:rPr>
        <w:t xml:space="preserve">[27:13] </w:t>
      </w:r>
      <w:r>
        <w:t>aur aurat ko Allah taala ne kuch qualities di hain, us ke lehaz se us ko apna role karna hai.</w:t>
      </w:r>
    </w:p>
    <w:p>
      <w:pPr>
        <w:jc w:val="right"/>
      </w:pPr>
      <w:r>
        <w:t>اور عورت کو اللہ تعالیٰ نے کچھ کوالٹیز دی ہیں، اس کے لحاظ سے اس کو اپنا رول کرنا ہے۔</w:t>
      </w:r>
    </w:p>
    <w:p>
      <w:r>
        <w:rPr>
          <w:b/>
        </w:rPr>
        <w:t xml:space="preserve">[27:19] </w:t>
      </w:r>
      <w:r>
        <w:t>aise hi dekhiye, aage ki tareekh dekhiye aap.</w:t>
      </w:r>
    </w:p>
    <w:p>
      <w:pPr>
        <w:jc w:val="right"/>
      </w:pPr>
      <w:r>
        <w:t>ایسے ہی دیکھیے، آگے کی تاریخ دیکھیے آپ۔</w:t>
      </w:r>
    </w:p>
    <w:p>
      <w:r>
        <w:rPr>
          <w:b/>
        </w:rPr>
        <w:t xml:space="preserve">[27:25] </w:t>
      </w:r>
      <w:r>
        <w:t>Rasool Allah ko, yani 610 eesvi mein, aap ko nabuwat mili.</w:t>
      </w:r>
    </w:p>
    <w:p>
      <w:pPr>
        <w:jc w:val="right"/>
      </w:pPr>
      <w:r>
        <w:t>رسول اللہ کو، یعنی 610 عیسوی میں، آپ کو نبوت ملی۔</w:t>
      </w:r>
    </w:p>
    <w:p>
      <w:r>
        <w:rPr>
          <w:b/>
        </w:rPr>
        <w:t xml:space="preserve">[27:31] </w:t>
      </w:r>
      <w:r>
        <w:t>us waqt aap, yani hira jo ghar tha, cave us mein the.</w:t>
      </w:r>
    </w:p>
    <w:p>
      <w:pPr>
        <w:jc w:val="right"/>
      </w:pPr>
      <w:r>
        <w:t>اس وقت آپ، یعنی حرا جو غار تھا، کیو اس میں تھے۔</w:t>
      </w:r>
    </w:p>
    <w:p>
      <w:r>
        <w:rPr>
          <w:b/>
        </w:rPr>
        <w:t xml:space="preserve">[27:36] </w:t>
      </w:r>
      <w:r>
        <w:t>to aik shakhs jo ghar mein hai, kata hua duniya se, aur aik talash-e-haq mein hai, woh</w:t>
      </w:r>
    </w:p>
    <w:p>
      <w:pPr>
        <w:jc w:val="right"/>
      </w:pPr>
      <w:r>
        <w:t>تو ایک شخص جو غار میں ہے، کٹا ہوا دنیا سے، اور ایک تلاش حق میں ہے، وہ</w:t>
      </w:r>
    </w:p>
    <w:p>
      <w:r>
        <w:rPr>
          <w:b/>
        </w:rPr>
        <w:t xml:space="preserve">[27:42] </w:t>
      </w:r>
      <w:r>
        <w:t>wo talash-e-haq mein hai, sargardan hira, sachai ke ayat is mein hai.</w:t>
      </w:r>
    </w:p>
    <w:p>
      <w:pPr>
        <w:jc w:val="right"/>
      </w:pPr>
      <w:r>
        <w:t>وہ تلاش حق میں ہے، سرگرداں حرا، سچائی کے آیت اس میں ہے۔</w:t>
      </w:r>
    </w:p>
    <w:p>
      <w:r>
        <w:rPr>
          <w:b/>
        </w:rPr>
        <w:t xml:space="preserve">[27:48] </w:t>
      </w:r>
      <w:r>
        <w:t>wo phir jibril aate hain aur jibril kehte hain ke yeh khuda ka ki wahi hai jo mein</w:t>
      </w:r>
    </w:p>
    <w:p>
      <w:pPr>
        <w:jc w:val="right"/>
      </w:pPr>
      <w:r>
        <w:t>وہ پھر جبرائیل آتے ہیں اور جبرائیل کہتے ہیں کہ یہ خدا کا کی وحی ہے جو میں</w:t>
      </w:r>
    </w:p>
    <w:p>
      <w:r>
        <w:rPr>
          <w:b/>
        </w:rPr>
        <w:t xml:space="preserve">[27:54] </w:t>
      </w:r>
      <w:r>
        <w:t>le kar tumhare paas aaya hoon.</w:t>
      </w:r>
    </w:p>
    <w:p>
      <w:pPr>
        <w:jc w:val="right"/>
      </w:pPr>
      <w:r>
        <w:t>لے کر تمہارے پاس آیا ہوں۔</w:t>
      </w:r>
    </w:p>
    <w:p>
      <w:r>
        <w:rPr>
          <w:b/>
        </w:rPr>
        <w:t xml:space="preserve">[27:59] </w:t>
      </w:r>
      <w:r>
        <w:t>تو بالکل، it was but natural کہ آپ کو تھوڑا سا گھبراہٹ ہو۔</w:t>
      </w:r>
    </w:p>
    <w:p>
      <w:pPr>
        <w:jc w:val="right"/>
      </w:pPr>
      <w:r>
        <w:t>تو بالکل، اٹ واز بٹ نیچرل کہ آپ کو تھوڑا سا گھبراہٹ ہو۔</w:t>
      </w:r>
    </w:p>
    <w:p>
      <w:r>
        <w:rPr>
          <w:b/>
        </w:rPr>
        <w:t xml:space="preserve">[28:05] </w:t>
      </w:r>
      <w:r>
        <w:t>bohat hi ajeeb qism ka experience tha yeh.</w:t>
      </w:r>
    </w:p>
    <w:p>
      <w:pPr>
        <w:jc w:val="right"/>
      </w:pPr>
      <w:r>
        <w:t>بہت ہی عجیب قسم کا ایکسپیرینس تھا یہ۔</w:t>
      </w:r>
    </w:p>
    <w:p>
      <w:r>
        <w:rPr>
          <w:b/>
        </w:rPr>
        <w:t xml:space="preserve">[28:11] </w:t>
      </w:r>
      <w:r>
        <w:t>to wahan par aata hai ke jibril aaye to unhon ne kaha ke ya muhammad, iqra!</w:t>
      </w:r>
    </w:p>
    <w:p>
      <w:pPr>
        <w:jc w:val="right"/>
      </w:pPr>
      <w:r>
        <w:t>تو وہاں پر آتا ہے کہ جبرائیل آئے تو انہوں نے کہا کہ یا محمد، اقراء!</w:t>
      </w:r>
    </w:p>
    <w:p>
      <w:r>
        <w:rPr>
          <w:b/>
        </w:rPr>
        <w:t xml:space="preserve">[28:17] </w:t>
      </w:r>
      <w:r>
        <w:t>ae muhammad, parho.</w:t>
      </w:r>
    </w:p>
    <w:p>
      <w:pPr>
        <w:jc w:val="right"/>
      </w:pPr>
      <w:r>
        <w:t>اے محمد، پڑھو۔</w:t>
      </w:r>
    </w:p>
    <w:p>
      <w:r>
        <w:rPr>
          <w:b/>
        </w:rPr>
        <w:t xml:space="preserve">[28:22] </w:t>
      </w:r>
      <w:r>
        <w:t>to aap ne farmaya ke ma ana bi qari, mein to parha hua nahi hoon.</w:t>
      </w:r>
    </w:p>
    <w:p>
      <w:pPr>
        <w:jc w:val="right"/>
      </w:pPr>
      <w:r>
        <w:t>تو آپ نے فرمایا کہ ما انا بقاری، میں تو پڑھا ہوا نہیں ہوں۔</w:t>
      </w:r>
    </w:p>
    <w:p>
      <w:r>
        <w:rPr>
          <w:b/>
        </w:rPr>
        <w:t xml:space="preserve">[28:27] </w:t>
      </w:r>
      <w:r>
        <w:t>ab zara sochiye, is is is is lamhe ko sochiye.</w:t>
      </w:r>
    </w:p>
    <w:p>
      <w:pPr>
        <w:jc w:val="right"/>
      </w:pPr>
      <w:r>
        <w:t>اب ذرا سوچیے، اس اس اس اس لمحے کو سوچیے۔</w:t>
      </w:r>
    </w:p>
    <w:p>
      <w:r>
        <w:rPr>
          <w:b/>
        </w:rPr>
        <w:t xml:space="preserve">[28:32] </w:t>
      </w:r>
      <w:r>
        <w:t>aap ek aadmi muddaton se, muddaton se hira mein ja ja ke baithta hai, sochta hai.</w:t>
      </w:r>
    </w:p>
    <w:p>
      <w:pPr>
        <w:jc w:val="right"/>
      </w:pPr>
      <w:r>
        <w:t>آپ ایک آدمی مدتوں سے، مدتوں سے حرا میں جا جا کے بیٹھتا ہے، سوچتا ہے۔</w:t>
      </w:r>
    </w:p>
    <w:p>
      <w:r>
        <w:rPr>
          <w:b/>
        </w:rPr>
        <w:t xml:space="preserve">[28:38] </w:t>
      </w:r>
      <w:r>
        <w:t>is mein aata hai ke hazrat hajra, wo aap ki ahliya, hazrat khadija, aap ko kuch khane ke</w:t>
      </w:r>
    </w:p>
    <w:p>
      <w:pPr>
        <w:jc w:val="right"/>
      </w:pPr>
      <w:r>
        <w:t>اس میں آتا ہے کہ حضرت ہاجرہ، وہ آپ کی اہلیہ، حضرت خدیجہ، آپ کو کچھ کھانے کے</w:t>
      </w:r>
    </w:p>
    <w:p>
      <w:r>
        <w:rPr>
          <w:b/>
        </w:rPr>
        <w:t xml:space="preserve">[28:43] </w:t>
      </w:r>
      <w:r>
        <w:t>liye de deti thi aur mashk mein pani de deti thi.</w:t>
      </w:r>
    </w:p>
    <w:p>
      <w:pPr>
        <w:jc w:val="right"/>
      </w:pPr>
      <w:r>
        <w:t>لیے دے دیتی تھی اور مشق میں پانی دے دیتی تھی۔</w:t>
      </w:r>
    </w:p>
    <w:p>
      <w:r>
        <w:rPr>
          <w:b/>
        </w:rPr>
        <w:t xml:space="preserve">[28:48] </w:t>
      </w:r>
      <w:r>
        <w:t>wahan chale aate the, jab tak mashk mein pani hai, tab tak wahan rehte the.</w:t>
      </w:r>
    </w:p>
    <w:p>
      <w:pPr>
        <w:jc w:val="right"/>
      </w:pPr>
      <w:r>
        <w:t>وہاں چلے آتے تھے، جب تک مشق میں پانی ہے، تب تک وہاں رہتے تھے۔</w:t>
      </w:r>
    </w:p>
    <w:p>
      <w:r>
        <w:rPr>
          <w:b/>
        </w:rPr>
        <w:t xml:space="preserve">[28:54] </w:t>
      </w:r>
      <w:r>
        <w:t>kuch mamooli khana kha liya, phir khatm ho gaya tha, phir aaye, phir gaye aur sochte the ke</w:t>
      </w:r>
    </w:p>
    <w:p>
      <w:pPr>
        <w:jc w:val="right"/>
      </w:pPr>
      <w:r>
        <w:t>کچھ معمولی کھانا کھا لیا، پھر ختم ہو گیا تھا، پھر آئے، پھر گئے اور سوچتے تھے کہ</w:t>
      </w:r>
    </w:p>
    <w:p>
      <w:r>
        <w:rPr>
          <w:b/>
        </w:rPr>
        <w:t xml:space="preserve">[28:59] </w:t>
      </w:r>
      <w:r>
        <w:t>khudaya yeh dunya kya hai, yeh zameen kya hai, yeh aasman kya hai, sachai kya hai, haq kya</w:t>
      </w:r>
    </w:p>
    <w:p>
      <w:pPr>
        <w:jc w:val="right"/>
      </w:pPr>
      <w:r>
        <w:t>خدایا یہ دنیا کیا ہے، یہ زمین کیا ہے، یہ آسمان کیا ہے، سچائی کیا ہے، حق کیا</w:t>
      </w:r>
    </w:p>
    <w:p>
      <w:r>
        <w:rPr>
          <w:b/>
        </w:rPr>
        <w:t xml:space="preserve">[29:04] </w:t>
      </w:r>
      <w:r>
        <w:t>hai, batil kya hai.</w:t>
      </w:r>
    </w:p>
    <w:p>
      <w:pPr>
        <w:jc w:val="right"/>
      </w:pPr>
      <w:r>
        <w:t>ہے، باطل کیا ہے۔</w:t>
      </w:r>
    </w:p>
    <w:p>
      <w:r>
        <w:rPr>
          <w:b/>
        </w:rPr>
        <w:t xml:space="preserve">[29:10] </w:t>
      </w:r>
      <w:r>
        <w:t>wo jo tha rasoolullah ka, jo haan, wo meditation nahi tha, wo contemplation tha.</w:t>
      </w:r>
    </w:p>
    <w:p>
      <w:pPr>
        <w:jc w:val="right"/>
      </w:pPr>
      <w:r>
        <w:t>وہ جو تھا رسول اللہ کا، جو ہاں، وہ میڈیٹیشن نہیں تھا، وہ کنٹیمپلیشن تھا۔</w:t>
      </w:r>
    </w:p>
    <w:p>
      <w:r>
        <w:rPr>
          <w:b/>
        </w:rPr>
        <w:t xml:space="preserve">[29:15] </w:t>
      </w:r>
      <w:r>
        <w:t>wo ab achaanak, ab sochiye ke achaanak ek ek ek farishta aata hai, jibril, wo kehta hai ke</w:t>
      </w:r>
    </w:p>
    <w:p>
      <w:pPr>
        <w:jc w:val="right"/>
      </w:pPr>
      <w:r>
        <w:t>وہ اب اچانک، اب سوچیے کہ اچانک ایک ایک ایک فرشتہ آتا ہے، جبرائیل، وہ کہتا ہے کہ</w:t>
      </w:r>
    </w:p>
    <w:p>
      <w:r>
        <w:rPr>
          <w:b/>
        </w:rPr>
        <w:t xml:space="preserve">[29:20] </w:t>
      </w:r>
      <w:r>
        <w:t>ya muhammad, iqra!</w:t>
      </w:r>
    </w:p>
    <w:p>
      <w:pPr>
        <w:jc w:val="right"/>
      </w:pPr>
      <w:r>
        <w:t>یا محمد، اقراء!</w:t>
      </w:r>
    </w:p>
    <w:p>
      <w:r>
        <w:rPr>
          <w:b/>
        </w:rPr>
        <w:t xml:space="preserve">[29:26] </w:t>
      </w:r>
      <w:r>
        <w:t>aye Muhammad, padho. aap kehte hain ke ma ana bi qari, main to padha hua nahin hoon. woh dobara kehta hai ke ya Muhammad, iqra! aye Muhammad, padho. phir aap kehte hain ke ma ana bi qari. phir woh kehta hai ke ya Muhammad, iqra!</w:t>
      </w:r>
    </w:p>
    <w:p>
      <w:pPr>
        <w:jc w:val="right"/>
      </w:pPr>
      <w:r>
        <w:t>اے محمد، پڑھو۔ آپ کہتے ہیں کہ ما انا بقاری، میں تو پڑھا ہوا نہیں ہوں۔ وہ دوبارہ کہتا ہے کہ یا محمد، اقراء! اے محمد، پڑھو۔ پھر آپ کہتے ہیں کہ ما انا بقاری۔ پھر وہ کہتا ہے کہ یا محمد، اقراء!</w:t>
      </w:r>
    </w:p>
    <w:p>
      <w:r>
        <w:rPr>
          <w:b/>
        </w:rPr>
        <w:t xml:space="preserve">[29:49] </w:t>
      </w:r>
      <w:r>
        <w:t>ae muhammad, parho.</w:t>
      </w:r>
    </w:p>
    <w:p>
      <w:pPr>
        <w:jc w:val="right"/>
      </w:pPr>
      <w:r>
        <w:t>اے محمد، پڑھو۔</w:t>
      </w:r>
    </w:p>
    <w:p>
      <w:r>
        <w:rPr>
          <w:b/>
        </w:rPr>
        <w:t xml:space="preserve">[29:54] </w:t>
      </w:r>
      <w:r>
        <w:t>ab phir wahi dohrate hain ke mein, kyunke rasoolullah sallallahu alaihi wasallam jo hai, aap jante</w:t>
      </w:r>
    </w:p>
    <w:p>
      <w:pPr>
        <w:jc w:val="right"/>
      </w:pPr>
      <w:r>
        <w:t>اب پھر وہی دہراتے ہیں کہ میں، کیونکہ رسول اللہ صلی اللہ علیہ وسلم جو ہے، آپ جانتے</w:t>
      </w:r>
    </w:p>
    <w:p>
      <w:r>
        <w:rPr>
          <w:b/>
        </w:rPr>
        <w:t xml:space="preserve">[30:00] </w:t>
      </w:r>
      <w:r>
        <w:t>hain ke parhe hue nahi the.</w:t>
      </w:r>
    </w:p>
    <w:p>
      <w:pPr>
        <w:jc w:val="right"/>
      </w:pPr>
      <w:r>
        <w:t>ہیں کہ پڑھے ہوئے نہیں تھے۔</w:t>
      </w:r>
    </w:p>
    <w:p>
      <w:r>
        <w:rPr>
          <w:b/>
        </w:rPr>
        <w:t xml:space="preserve">[30:06] </w:t>
      </w:r>
      <w:r>
        <w:t>to wo ab farishta, jo ke hamare pahaad ko bhi zarre ki tarah ukhaar sakta hai, us ne</w:t>
      </w:r>
    </w:p>
    <w:p>
      <w:pPr>
        <w:jc w:val="right"/>
      </w:pPr>
      <w:r>
        <w:t>تو وہ اب فرشتہ، جو کہ ہمارے پہاڑ کو بھی ذرے کی طرح اکھاڑ سکتا ہے، اس نے</w:t>
      </w:r>
    </w:p>
    <w:p>
      <w:r>
        <w:rPr>
          <w:b/>
        </w:rPr>
        <w:t xml:space="preserve">[30:11] </w:t>
      </w:r>
      <w:r>
        <w:t>آپ کو ایسے embraced کیا اور دبایا آپ کو، بہت سختی سے دبایا۔</w:t>
      </w:r>
    </w:p>
    <w:p>
      <w:pPr>
        <w:jc w:val="right"/>
      </w:pPr>
      <w:r>
        <w:t>آپ کو ایسے ایمبریس کیا اور دبایا آپ کو، بہت سختی سے دبایا۔</w:t>
      </w:r>
    </w:p>
    <w:p>
      <w:r>
        <w:rPr>
          <w:b/>
        </w:rPr>
        <w:t xml:space="preserve">[30:17] </w:t>
      </w:r>
      <w:r>
        <w:t>yani aisa dabaya ke rasoolullah kehte hain ke lagta hai meri jaan nikal jayegi.</w:t>
      </w:r>
    </w:p>
    <w:p>
      <w:pPr>
        <w:jc w:val="right"/>
      </w:pPr>
      <w:r>
        <w:t>یعنی ایسا دبایا کہ رسول اللہ کہتے ہیں کہ لگتا ہے میری جان نکل جائے گی۔</w:t>
      </w:r>
    </w:p>
    <w:p>
      <w:r>
        <w:rPr>
          <w:b/>
        </w:rPr>
        <w:t xml:space="preserve">[30:23] </w:t>
      </w:r>
      <w:r>
        <w:t>aap ghhor kijiye, akela ek insaan hai ghar-e-hira mein aur farishta aa kar us ko aise itne</w:t>
      </w:r>
    </w:p>
    <w:p>
      <w:pPr>
        <w:jc w:val="right"/>
      </w:pPr>
      <w:r>
        <w:t>آپ غور کیجئے، اکیلا ایک انسان ہے غار حرا میں اور فرشتہ آ کر اس کو ایسے اتنے</w:t>
      </w:r>
    </w:p>
    <w:p>
      <w:r>
        <w:rPr>
          <w:b/>
        </w:rPr>
        <w:t xml:space="preserve">[30:28] </w:t>
      </w:r>
      <w:r>
        <w:t>زور سے embrace کرتا ہے کہ آپ فرماتے ہیں کہ لگتا تھا میری جان نکل جائے گی۔</w:t>
      </w:r>
    </w:p>
    <w:p>
      <w:pPr>
        <w:jc w:val="right"/>
      </w:pPr>
      <w:r>
        <w:t>زور سے ایمبریس کرتا ہے کہ آپ فرماتے ہیں کہ لگتا تھا میری جان نکل جائے گی۔</w:t>
      </w:r>
    </w:p>
    <w:p>
      <w:r>
        <w:rPr>
          <w:b/>
        </w:rPr>
        <w:t xml:space="preserve">[30:34] </w:t>
      </w:r>
      <w:r>
        <w:t>phir wo kehta hai ke parho: iqra bismi rabbika allazi khalaq, khalaq al insana min alaq, iqra rabbuka al akram,</w:t>
      </w:r>
    </w:p>
    <w:p>
      <w:pPr>
        <w:jc w:val="right"/>
      </w:pPr>
      <w:r>
        <w:t>پھر وہ کہتا ہے کہ پڑھو: اقراء بسم ربک الذی خلق، خلق الانسان من الف، اقراء ربک الاكرم،</w:t>
      </w:r>
    </w:p>
    <w:p>
      <w:r>
        <w:rPr>
          <w:b/>
        </w:rPr>
        <w:t xml:space="preserve">[30:40] </w:t>
      </w:r>
      <w:r>
        <w:t>allazi allama bil qalam, allama al insana wa allama yalam.</w:t>
      </w:r>
    </w:p>
    <w:p>
      <w:pPr>
        <w:jc w:val="right"/>
      </w:pPr>
      <w:r>
        <w:t>الذی علم بالقلم، علم الانسان و علم یعلم۔</w:t>
      </w:r>
    </w:p>
    <w:p>
      <w:r>
        <w:rPr>
          <w:b/>
        </w:rPr>
        <w:t xml:space="preserve">[30:46] </w:t>
      </w:r>
      <w:r>
        <w:t>tu aap is ko dohrate hain.</w:t>
      </w:r>
    </w:p>
    <w:p>
      <w:pPr>
        <w:jc w:val="right"/>
      </w:pPr>
      <w:r>
        <w:t>تو آپ اس کو دہراتے ہیں۔</w:t>
      </w:r>
    </w:p>
    <w:p>
      <w:r>
        <w:rPr>
          <w:b/>
        </w:rPr>
        <w:t xml:space="preserve">[30:51] </w:t>
      </w:r>
      <w:r>
        <w:t>اس کے بعد آپ پر بالکل فطری تھا، it was but natural کہ آپ پر گھبراہٹ طاری۔</w:t>
      </w:r>
    </w:p>
    <w:p>
      <w:pPr>
        <w:jc w:val="right"/>
      </w:pPr>
      <w:r>
        <w:t>اس کے بعد آپ پر بالکل فطری تھا، اٹ واز بٹ نیچرل کہ آپ پر گھبراہٹ طاری۔</w:t>
      </w:r>
    </w:p>
    <w:p>
      <w:r>
        <w:rPr>
          <w:b/>
        </w:rPr>
        <w:t xml:space="preserve">[30:57] </w:t>
      </w:r>
      <w:r>
        <w:t>tu isi alam mein aap wapas aate hain aur ghar par khadija hoti hain, aap ki ahliya, un</w:t>
      </w:r>
    </w:p>
    <w:p>
      <w:pPr>
        <w:jc w:val="right"/>
      </w:pPr>
      <w:r>
        <w:t>تو اسی عالم میں آپ واپس آتے ہیں اور گھر پر خدیجہ ہوتی ہیں، آپ کی اہلیہ، ان</w:t>
      </w:r>
    </w:p>
    <w:p>
      <w:r>
        <w:rPr>
          <w:b/>
        </w:rPr>
        <w:t xml:space="preserve">[31:03] </w:t>
      </w:r>
      <w:r>
        <w:t>se bayan karte hain ke aisa hua.</w:t>
      </w:r>
    </w:p>
    <w:p>
      <w:pPr>
        <w:jc w:val="right"/>
      </w:pPr>
      <w:r>
        <w:t>سے بیان کرتے ہیں کہ ایسا ہوا۔</w:t>
      </w:r>
    </w:p>
    <w:p>
      <w:r>
        <w:rPr>
          <w:b/>
        </w:rPr>
        <w:t xml:space="preserve">[31:08] </w:t>
      </w:r>
      <w:r>
        <w:t>aaj aap farmate hain ke zamluni, zamluni, mujhe mein leton ga, mujhe kambal orha do.</w:t>
      </w:r>
    </w:p>
    <w:p>
      <w:pPr>
        <w:jc w:val="right"/>
      </w:pPr>
      <w:r>
        <w:t>آج آپ فرماتے ہیں کہ زملونی، زملونی، مجھے میں لیٹوں گا، مجھے کمبل اوڑھا دو۔</w:t>
      </w:r>
    </w:p>
    <w:p>
      <w:r>
        <w:rPr>
          <w:b/>
        </w:rPr>
        <w:t xml:space="preserve">[31:14] </w:t>
      </w:r>
      <w:r>
        <w:t>jo aata hai na, ya ayha al muzammil, isi liye aye kambal orh kar letne wale.</w:t>
      </w:r>
    </w:p>
    <w:p>
      <w:pPr>
        <w:jc w:val="right"/>
      </w:pPr>
      <w:r>
        <w:t>جو آتا ہے نا، یا ایہا المزمل، اسی لیے اے کمبل اوڑھ کر لیٹنے والے۔</w:t>
      </w:r>
    </w:p>
    <w:p>
      <w:r>
        <w:rPr>
          <w:b/>
        </w:rPr>
        <w:t xml:space="preserve">[31:20] </w:t>
      </w:r>
      <w:r>
        <w:t>tu aap jab ghar wapas aaye the to aap ne kaha tha: zamluni, zamluni, matlab mein leton ga,</w:t>
      </w:r>
    </w:p>
    <w:p>
      <w:pPr>
        <w:jc w:val="right"/>
      </w:pPr>
      <w:r>
        <w:t>تو آپ جب گھر واپس آئے تھے تو آپ نے کہا تھا: زملونی، زملونی، مطلب میں لیٹوں گا،</w:t>
      </w:r>
    </w:p>
    <w:p>
      <w:r>
        <w:rPr>
          <w:b/>
        </w:rPr>
        <w:t xml:space="preserve">[31:26] </w:t>
      </w:r>
      <w:r>
        <w:t>mujhe orha do kambal.</w:t>
      </w:r>
    </w:p>
    <w:p>
      <w:pPr>
        <w:jc w:val="right"/>
      </w:pPr>
      <w:r>
        <w:t>مجھے اوڑھا دو کمبل۔</w:t>
      </w:r>
    </w:p>
    <w:p>
      <w:r>
        <w:rPr>
          <w:b/>
        </w:rPr>
        <w:t xml:space="preserve">[31:31] </w:t>
      </w:r>
      <w:r>
        <w:t>is waqt dekhiye kitna bara role kiya khadija ne.</w:t>
      </w:r>
    </w:p>
    <w:p>
      <w:pPr>
        <w:jc w:val="right"/>
      </w:pPr>
      <w:r>
        <w:t>اس وقت دیکھیے کتنا بڑا رول کیا خدیجہ نے۔</w:t>
      </w:r>
    </w:p>
    <w:p>
      <w:r>
        <w:rPr>
          <w:b/>
        </w:rPr>
        <w:t xml:space="preserve">[31:37] </w:t>
      </w:r>
      <w:r>
        <w:t>dekhiye, aurat ka ek role yeh hai ke woh adr part of life hai.</w:t>
      </w:r>
    </w:p>
    <w:p>
      <w:pPr>
        <w:jc w:val="right"/>
      </w:pPr>
      <w:r>
        <w:t>دیکھیے، عورت کا ایک رول یہ ہے کہ وہ ادر پارٹ آف لائف ہے۔</w:t>
      </w:r>
    </w:p>
    <w:p>
      <w:r>
        <w:rPr>
          <w:b/>
        </w:rPr>
        <w:t xml:space="preserve">[31:43] </w:t>
      </w:r>
      <w:r>
        <w:t>yani ek mard jo hai, ghar e hira mein wahan par masghool hain, woh aurat ghar mein hai to</w:t>
      </w:r>
    </w:p>
    <w:p>
      <w:pPr>
        <w:jc w:val="right"/>
      </w:pPr>
      <w:r>
        <w:t>یعنی ایک مرد جو ہے، غار حرا میں وہاں پر مشغول ہیں، وہ عورت گھر میں ہے تو</w:t>
      </w:r>
    </w:p>
    <w:p>
      <w:r>
        <w:rPr>
          <w:b/>
        </w:rPr>
        <w:t xml:space="preserve">[31:48] </w:t>
      </w:r>
      <w:r>
        <w:t>وہ اس اس helm of fear سے الگ ہے۔</w:t>
      </w:r>
    </w:p>
    <w:p>
      <w:pPr>
        <w:jc w:val="right"/>
      </w:pPr>
      <w:r>
        <w:t>وہ اس اس ہیلم آف فیئر سے الگ ہے۔</w:t>
      </w:r>
    </w:p>
    <w:p>
      <w:r>
        <w:rPr>
          <w:b/>
        </w:rPr>
        <w:t xml:space="preserve">[31:54] </w:t>
      </w:r>
      <w:r>
        <w:t>woh wahan jo kuch pesh aa raha hai, us se alag hai.</w:t>
      </w:r>
    </w:p>
    <w:p>
      <w:pPr>
        <w:jc w:val="right"/>
      </w:pPr>
      <w:r>
        <w:t>وہ وہاں جو کچھ پیش آ رہا ہے، اس سے الگ ہے۔</w:t>
      </w:r>
    </w:p>
    <w:p>
      <w:r>
        <w:rPr>
          <w:b/>
        </w:rPr>
        <w:t xml:space="preserve">[32:00] </w:t>
      </w:r>
      <w:r>
        <w:t>woh to independently soch sakti hai.</w:t>
      </w:r>
    </w:p>
    <w:p>
      <w:pPr>
        <w:jc w:val="right"/>
      </w:pPr>
      <w:r>
        <w:t>وہ تو انڈیپینڈنٹلی سوچ سکتی ہے۔</w:t>
      </w:r>
    </w:p>
    <w:p>
      <w:r>
        <w:rPr>
          <w:b/>
        </w:rPr>
        <w:t xml:space="preserve">[32:06] </w:t>
      </w:r>
      <w:r>
        <w:t>woh mard jo hai, us se mutasir hoga.</w:t>
      </w:r>
    </w:p>
    <w:p>
      <w:pPr>
        <w:jc w:val="right"/>
      </w:pPr>
      <w:r>
        <w:t>وہ مرد جو ہے، اس سے متاثر ہوگا۔</w:t>
      </w:r>
    </w:p>
    <w:p>
      <w:r>
        <w:rPr>
          <w:b/>
        </w:rPr>
        <w:t xml:space="preserve">[32:11] </w:t>
      </w:r>
      <w:r>
        <w:t>ایک عورت جو ہے، independently سوچ سکتی ہے، الگ ہو کر سوچ سکتی ہے، detach thinking کر سکتی ہے۔</w:t>
      </w:r>
    </w:p>
    <w:p>
      <w:pPr>
        <w:jc w:val="right"/>
      </w:pPr>
      <w:r>
        <w:t>ایک عورت جو ہے، انڈیپینڈنٹلی سوچ سکتی ہے، الگ ہو کر سوچ سکتی ہے، ڈیٹیچ تھنکنگ کر سکتی ہے۔</w:t>
      </w:r>
    </w:p>
    <w:p>
      <w:r>
        <w:rPr>
          <w:b/>
        </w:rPr>
        <w:t xml:space="preserve">[32:17] </w:t>
      </w:r>
      <w:r>
        <w:t>woh to jab aisa hua to khadija ne independently socha.</w:t>
      </w:r>
    </w:p>
    <w:p>
      <w:pPr>
        <w:jc w:val="right"/>
      </w:pPr>
      <w:r>
        <w:t>وہ تو جب ایسا ہوا تو خدیجہ نے انڈیپینڈنٹلی سوچا۔</w:t>
      </w:r>
    </w:p>
    <w:p>
      <w:r>
        <w:rPr>
          <w:b/>
        </w:rPr>
        <w:t xml:space="preserve">[32:23] </w:t>
      </w:r>
      <w:r>
        <w:t>is waqt is is is se azad ho kar socha to un ki samajh mein kya aaya ke</w:t>
      </w:r>
    </w:p>
    <w:p>
      <w:pPr>
        <w:jc w:val="right"/>
      </w:pPr>
      <w:r>
        <w:t>اس وقت اس اس اس سے آزاد ہو کر سوچا تو ان کی سمجھ میں کیا آیا کہ</w:t>
      </w:r>
    </w:p>
    <w:p>
      <w:r>
        <w:rPr>
          <w:b/>
        </w:rPr>
        <w:t xml:space="preserve">[32:28] </w:t>
      </w:r>
      <w:r>
        <w:t>makkah mein ek aadmi hai jo mazahib ki baat janta hai, us ke paas le chalen un ko.</w:t>
      </w:r>
    </w:p>
    <w:p>
      <w:pPr>
        <w:jc w:val="right"/>
      </w:pPr>
      <w:r>
        <w:t>مکہ میں ایک آدمی ہے جو مذاہب کی بات جانتا ہے، اس کے پاس لے چلیں ان کو۔</w:t>
      </w:r>
    </w:p>
    <w:p>
      <w:r>
        <w:rPr>
          <w:b/>
        </w:rPr>
        <w:t xml:space="preserve">[32:34] </w:t>
      </w:r>
      <w:r>
        <w:t>ab yeh bohat hi bari baat hai yeh ke aurat, yeh mard jo hai, wahan masghool hai hira</w:t>
      </w:r>
    </w:p>
    <w:p>
      <w:pPr>
        <w:jc w:val="right"/>
      </w:pPr>
      <w:r>
        <w:t>اب یہ بہت ہی بڑی بات ہے یہ کہ عورت، یہ مرد جو ہے، وہاں مشغول ہے حرا</w:t>
      </w:r>
    </w:p>
    <w:p>
      <w:r>
        <w:rPr>
          <w:b/>
        </w:rPr>
        <w:t xml:space="preserve">[32:40] </w:t>
      </w:r>
      <w:r>
        <w:t>mein, aurat ghar mein hai, us se alag, us se azad.</w:t>
      </w:r>
    </w:p>
    <w:p>
      <w:pPr>
        <w:jc w:val="right"/>
      </w:pPr>
      <w:r>
        <w:t>میں، عورت گھر میں ہے، اس سے الگ، اس سے آزاد۔</w:t>
      </w:r>
    </w:p>
    <w:p>
      <w:r>
        <w:rPr>
          <w:b/>
        </w:rPr>
        <w:t xml:space="preserve">[32:46] </w:t>
      </w:r>
      <w:r>
        <w:t>tu woh independently sochne ki position mein hai.</w:t>
      </w:r>
    </w:p>
    <w:p>
      <w:pPr>
        <w:jc w:val="right"/>
      </w:pPr>
      <w:r>
        <w:t>تو وہ انڈیپینڈنٹلی سوچنے کی پوزیشن میں ہے۔</w:t>
      </w:r>
    </w:p>
    <w:p>
      <w:r>
        <w:rPr>
          <w:b/>
        </w:rPr>
        <w:t xml:space="preserve">[32:51] </w:t>
      </w:r>
      <w:r>
        <w:t>woh yeh bohat bari baat hai ke aap ke paas ek aisa partner ho, ek aisa saathi ho</w:t>
      </w:r>
    </w:p>
    <w:p>
      <w:pPr>
        <w:jc w:val="right"/>
      </w:pPr>
      <w:r>
        <w:t>وہ یہ بہت بڑی بات ہے کہ آپ کے پاس ایک ایسا پارٹنر ہو، ایک ایسا ساتھی ہو</w:t>
      </w:r>
    </w:p>
    <w:p>
      <w:r>
        <w:rPr>
          <w:b/>
        </w:rPr>
        <w:t xml:space="preserve">[32:57] </w:t>
      </w:r>
      <w:r>
        <w:t>ke aap ko alag soch kar aap ko mashwara de sake.</w:t>
      </w:r>
    </w:p>
    <w:p>
      <w:pPr>
        <w:jc w:val="right"/>
      </w:pPr>
      <w:r>
        <w:t>کہ آپ کو الگ سوچ کر آپ کو مشورہ دے سکے۔</w:t>
      </w:r>
    </w:p>
    <w:p>
      <w:r>
        <w:rPr>
          <w:b/>
        </w:rPr>
        <w:t xml:space="preserve">[33:03] </w:t>
      </w:r>
      <w:r>
        <w:t>aap business kar rahe hain, aap job kar rahe hain, aap fauj mein hain aur ek zindagi ka</w:t>
      </w:r>
    </w:p>
    <w:p>
      <w:pPr>
        <w:jc w:val="right"/>
      </w:pPr>
      <w:r>
        <w:t>آپ بزنس کر رہے ہیں، آپ جاب کر رہے ہیں، آپ فوج میں ہیں اور ایک زندگی کا</w:t>
      </w:r>
    </w:p>
    <w:p>
      <w:r>
        <w:rPr>
          <w:b/>
        </w:rPr>
        <w:t xml:space="preserve">[33:08] </w:t>
      </w:r>
      <w:r>
        <w:t>partener aap ka alag baitha hua hai.</w:t>
      </w:r>
    </w:p>
    <w:p>
      <w:pPr>
        <w:jc w:val="right"/>
      </w:pPr>
      <w:r>
        <w:t>پارٹنر آپ کا الگ بیٹھا ہوا ہے۔</w:t>
      </w:r>
    </w:p>
    <w:p>
      <w:r>
        <w:rPr>
          <w:b/>
        </w:rPr>
        <w:t xml:space="preserve">[33:14] </w:t>
      </w:r>
      <w:r>
        <w:t>jab aap lotte hain to woh azadana soch kar ke aap ko ek rai de sakta hai ke</w:t>
      </w:r>
    </w:p>
    <w:p>
      <w:pPr>
        <w:jc w:val="right"/>
      </w:pPr>
      <w:r>
        <w:t>جب آپ لوٹتے ہیں تو وہ آزادانہ سوچ کر کے آپ کو ایک رائے دے سکتا ہے کہ</w:t>
      </w:r>
    </w:p>
    <w:p>
      <w:r>
        <w:rPr>
          <w:b/>
        </w:rPr>
        <w:t xml:space="preserve">[33:20] </w:t>
      </w:r>
      <w:r>
        <w:t>yeh bohat bari nemmat hai, yeh bohat bari nemmat hai.</w:t>
      </w:r>
    </w:p>
    <w:p>
      <w:pPr>
        <w:jc w:val="right"/>
      </w:pPr>
      <w:r>
        <w:t>یہ بہت بڑی نعمت ہے، یہ بہت بڑی نعمت ہے۔</w:t>
      </w:r>
    </w:p>
    <w:p>
      <w:r>
        <w:rPr>
          <w:b/>
        </w:rPr>
        <w:t xml:space="preserve">[33:25] </w:t>
      </w:r>
      <w:r>
        <w:t>to khadijah ne jab socha to un ki samajh mein aaya ke makkah mein aik hi aadmi aisa</w:t>
      </w:r>
    </w:p>
    <w:p>
      <w:pPr>
        <w:jc w:val="right"/>
      </w:pPr>
      <w:r>
        <w:t>تو خدیجہ نے جب سوچا تو ان کی سمجھ میں آیا کہ مکہ میں ایک ہی آدمی ایسا</w:t>
      </w:r>
    </w:p>
    <w:p>
      <w:r>
        <w:rPr>
          <w:b/>
        </w:rPr>
        <w:t xml:space="preserve">[33:31] </w:t>
      </w:r>
      <w:r>
        <w:t>hai jo is baray mein humein kuch bata sakta hai.</w:t>
      </w:r>
    </w:p>
    <w:p>
      <w:pPr>
        <w:jc w:val="right"/>
      </w:pPr>
      <w:r>
        <w:t>ہے جو اس بارے میں ہمیں کچھ بتا سکتا ہے۔</w:t>
      </w:r>
    </w:p>
    <w:p>
      <w:r>
        <w:rPr>
          <w:b/>
        </w:rPr>
        <w:t xml:space="preserve">[33:37] </w:t>
      </w:r>
      <w:r>
        <w:t>woh thay warqa bin nafil.</w:t>
      </w:r>
    </w:p>
    <w:p>
      <w:pPr>
        <w:jc w:val="right"/>
      </w:pPr>
      <w:r>
        <w:t>وہ تھے ورقہ بن نوفل۔</w:t>
      </w:r>
    </w:p>
    <w:p>
      <w:r>
        <w:rPr>
          <w:b/>
        </w:rPr>
        <w:t xml:space="preserve">[33:43] </w:t>
      </w:r>
      <w:r>
        <w:t>warqa bin nafil jo thay, woh thay yani quraish ke aik fard, lekin is lekin phir woh isai</w:t>
      </w:r>
    </w:p>
    <w:p>
      <w:pPr>
        <w:jc w:val="right"/>
      </w:pPr>
      <w:r>
        <w:t>ورقہ بن نوفل جو تھے، وہ تھے یعنی قریش کے ایک فرد، لیکن اس لیکن پھر وہ عیسائی</w:t>
      </w:r>
    </w:p>
    <w:p>
      <w:r>
        <w:rPr>
          <w:b/>
        </w:rPr>
        <w:t xml:space="preserve">[33:48] </w:t>
      </w:r>
      <w:r>
        <w:t>ho gaye thay, christian ho gaye thay.</w:t>
      </w:r>
    </w:p>
    <w:p>
      <w:pPr>
        <w:jc w:val="right"/>
      </w:pPr>
      <w:r>
        <w:t>ہو گئے تھے، کرسچن ہو گئے تھے۔</w:t>
      </w:r>
    </w:p>
    <w:p>
      <w:r>
        <w:rPr>
          <w:b/>
        </w:rPr>
        <w:t xml:space="preserve">[33:54] </w:t>
      </w:r>
      <w:r>
        <w:t>woh yani unhon ne parha tha bible ko, parha tha unhon ne to un ke apne paas to</w:t>
      </w:r>
    </w:p>
    <w:p>
      <w:pPr>
        <w:jc w:val="right"/>
      </w:pPr>
      <w:r>
        <w:t>وہ یعنی انہوں نے پڑھا تھا بائبل کو، پڑھا تھا انہوں نے تو ان کے اپنے پاس تو</w:t>
      </w:r>
    </w:p>
    <w:p>
      <w:r>
        <w:rPr>
          <w:b/>
        </w:rPr>
        <w:t xml:space="preserve">[34:00] </w:t>
      </w:r>
      <w:r>
        <w:t>shirk tha sirf aur koi si cheez nahi thi.</w:t>
      </w:r>
    </w:p>
    <w:p>
      <w:pPr>
        <w:jc w:val="right"/>
      </w:pPr>
      <w:r>
        <w:t>شرک تھا صرف اور کوئی سی چیز نہیں تھی۔</w:t>
      </w:r>
    </w:p>
    <w:p>
      <w:r>
        <w:rPr>
          <w:b/>
        </w:rPr>
        <w:t xml:space="preserve">[34:05] </w:t>
      </w:r>
      <w:r>
        <w:t>to bible ko parh kar mutasir hue aur woh christian ban gaye, yani nasrani ban gaye.</w:t>
      </w:r>
    </w:p>
    <w:p>
      <w:pPr>
        <w:jc w:val="right"/>
      </w:pPr>
      <w:r>
        <w:t>تو بائبل کو پڑھ کر متاثر ہوئے اور وہ کرسچن بن گئے، یعنی نصرانی بن گئے۔</w:t>
      </w:r>
    </w:p>
    <w:p>
      <w:r>
        <w:rPr>
          <w:b/>
        </w:rPr>
        <w:t xml:space="preserve">[34:11] </w:t>
      </w:r>
      <w:r>
        <w:t>woh is waqt borhay ho chukay thay, woh aur kitabon mein aata hai ke andhay bhi ho chukay</w:t>
      </w:r>
    </w:p>
    <w:p>
      <w:pPr>
        <w:jc w:val="right"/>
      </w:pPr>
      <w:r>
        <w:t>وہ اس وقت بوڑھے ہو چکے تھے، وہ اور کتابوں میں آتا ہے کہ اندھے بھی ہو چکے</w:t>
      </w:r>
    </w:p>
    <w:p>
      <w:r>
        <w:rPr>
          <w:b/>
        </w:rPr>
        <w:t xml:space="preserve">[34:17] </w:t>
      </w:r>
      <w:r>
        <w:t>thay, woh yani dekh nahi saktay thay.</w:t>
      </w:r>
    </w:p>
    <w:p>
      <w:pPr>
        <w:jc w:val="right"/>
      </w:pPr>
      <w:r>
        <w:t>تھے، وہ یعنی دیکھ نہیں سکتے تھے۔</w:t>
      </w:r>
    </w:p>
    <w:p>
      <w:r>
        <w:rPr>
          <w:b/>
        </w:rPr>
        <w:t xml:space="preserve">[34:23] </w:t>
      </w:r>
      <w:r>
        <w:t>un ki umar jo hai 90 saal se ziyada ho chuki thi.</w:t>
      </w:r>
    </w:p>
    <w:p>
      <w:pPr>
        <w:jc w:val="right"/>
      </w:pPr>
      <w:r>
        <w:t>ان کی عمر جو ہے 90 سال سے زیادہ ہو چکی تھی۔</w:t>
      </w:r>
    </w:p>
    <w:p>
      <w:r>
        <w:rPr>
          <w:b/>
        </w:rPr>
        <w:t xml:space="preserve">[34:28] </w:t>
      </w:r>
      <w:r>
        <w:t>to woh khadijah gayeen aur khadijah ne un se bayan kiya, kuch door ka rishta bhi hota tha</w:t>
      </w:r>
    </w:p>
    <w:p>
      <w:pPr>
        <w:jc w:val="right"/>
      </w:pPr>
      <w:r>
        <w:t>تو وہ خدیجہ گئیں اور خدیجہ نے ان سے بیان کیا، کچھ دور کا رشتہ بھی ہوتا تھا</w:t>
      </w:r>
    </w:p>
    <w:p>
      <w:r>
        <w:rPr>
          <w:b/>
        </w:rPr>
        <w:t xml:space="preserve">[34:34] </w:t>
      </w:r>
      <w:r>
        <w:t>khadijah se un ka.</w:t>
      </w:r>
    </w:p>
    <w:p>
      <w:pPr>
        <w:jc w:val="right"/>
      </w:pPr>
      <w:r>
        <w:t>خدیجہ سے ان کا۔</w:t>
      </w:r>
    </w:p>
    <w:p>
      <w:r>
        <w:rPr>
          <w:b/>
        </w:rPr>
        <w:t xml:space="preserve">[34:40] </w:t>
      </w:r>
      <w:r>
        <w:t>bayan kiya ke yeh muhammad hain, un ke sath ghar hira mein aisa paish aaya hai.</w:t>
      </w:r>
    </w:p>
    <w:p>
      <w:pPr>
        <w:jc w:val="right"/>
      </w:pPr>
      <w:r>
        <w:t>بیان کیا کہ یہ محمد ہیں، ان کے ساتھ غار حرا میں ایسا پیش آیا ہے۔</w:t>
      </w:r>
    </w:p>
    <w:p>
      <w:r>
        <w:rPr>
          <w:b/>
        </w:rPr>
        <w:t xml:space="preserve">[34:45] </w:t>
      </w:r>
      <w:r>
        <w:t>to sari baat un ko aap ne unhein poocha.</w:t>
      </w:r>
    </w:p>
    <w:p>
      <w:pPr>
        <w:jc w:val="right"/>
      </w:pPr>
      <w:r>
        <w:t>تو ساری بات ان کو آپ نے انہیں پوچھا۔</w:t>
      </w:r>
    </w:p>
    <w:p>
      <w:r>
        <w:rPr>
          <w:b/>
        </w:rPr>
        <w:t xml:space="preserve">[34:51] </w:t>
      </w:r>
      <w:r>
        <w:t>warqa bin nafil ne usay rasool Allah ne bataya ke aisa hua, aisa hua.</w:t>
      </w:r>
    </w:p>
    <w:p>
      <w:pPr>
        <w:jc w:val="right"/>
      </w:pPr>
      <w:r>
        <w:t>ورقہ بن نوفل نے اسے رسول اللہ نے بتایا کہ ایسا ہوا، ایسا ہوا۔</w:t>
      </w:r>
    </w:p>
    <w:p>
      <w:r>
        <w:rPr>
          <w:b/>
        </w:rPr>
        <w:t xml:space="preserve">[34:57] </w:t>
      </w:r>
      <w:r>
        <w:t>to is is warqa bin nafil ne, jis ne ke bible parha tha, woh janta tha ke nabiyon</w:t>
      </w:r>
    </w:p>
    <w:p>
      <w:pPr>
        <w:jc w:val="right"/>
      </w:pPr>
      <w:r>
        <w:t>تو اس اس ورقہ بن نوفل نے، جس نے کہ بائبل پڑھا تھا، وہ جانتا تھا کہ نبیوں</w:t>
      </w:r>
    </w:p>
    <w:p>
      <w:r>
        <w:rPr>
          <w:b/>
        </w:rPr>
        <w:t xml:space="preserve">[35:03] </w:t>
      </w:r>
      <w:r>
        <w:t>ki kahaniyan, nabiyon ki batain.</w:t>
      </w:r>
    </w:p>
    <w:p>
      <w:pPr>
        <w:jc w:val="right"/>
      </w:pPr>
      <w:r>
        <w:t>کی کہانیاں، نبیوں کی باتیں۔</w:t>
      </w:r>
    </w:p>
    <w:p>
      <w:r>
        <w:rPr>
          <w:b/>
        </w:rPr>
        <w:t xml:space="preserve">[35:08] </w:t>
      </w:r>
      <w:r>
        <w:t>us ne kaha ke jo tum keh rahay ho, agar yeh sahi hai to wohi farishtah tumharay paas</w:t>
      </w:r>
    </w:p>
    <w:p>
      <w:pPr>
        <w:jc w:val="right"/>
      </w:pPr>
      <w:r>
        <w:t>اس نے کہا کہ جو تم کہہ رہے ہو، اگر یہ صحیح ہے تو وہی فرشتہ تمہارے پاس</w:t>
      </w:r>
    </w:p>
    <w:p>
      <w:r>
        <w:rPr>
          <w:b/>
        </w:rPr>
        <w:t xml:space="preserve">[35:14] </w:t>
      </w:r>
      <w:r>
        <w:t>aaya tha jo is se pehlay musa aur essa ke paas aa chuka hai.</w:t>
      </w:r>
    </w:p>
    <w:p>
      <w:pPr>
        <w:jc w:val="right"/>
      </w:pPr>
      <w:r>
        <w:t>آیا تھا جو اس سے پہلے موسیٰ اور عیسیٰ کے پاس آ چکا ہے۔</w:t>
      </w:r>
    </w:p>
    <w:p>
      <w:r>
        <w:rPr>
          <w:b/>
        </w:rPr>
        <w:t xml:space="preserve">[35:20] </w:t>
      </w:r>
      <w:r>
        <w:t>ab dekhen kitni bari thars bandi ho gayi aap ko.</w:t>
      </w:r>
    </w:p>
    <w:p>
      <w:pPr>
        <w:jc w:val="right"/>
      </w:pPr>
      <w:r>
        <w:t>اب دیکھیں کتنی بڑی ٹھرس بندی ہو گئی آپ کو۔</w:t>
      </w:r>
    </w:p>
    <w:p>
      <w:r>
        <w:rPr>
          <w:b/>
        </w:rPr>
        <w:t xml:space="preserve">[35:25] </w:t>
      </w:r>
      <w:r>
        <w:t>ab ghor kijiye, rasool Allah bhi aik bashar thay.</w:t>
      </w:r>
    </w:p>
    <w:p>
      <w:pPr>
        <w:jc w:val="right"/>
      </w:pPr>
      <w:r>
        <w:t>اب غور کیجئے، رسول اللہ بھی ایک بشر تھے۔</w:t>
      </w:r>
    </w:p>
    <w:p>
      <w:r>
        <w:rPr>
          <w:b/>
        </w:rPr>
        <w:t xml:space="preserve">[35:31] </w:t>
      </w:r>
      <w:r>
        <w:t>quran majeed ne kaha bashar hain, jaisay doosray bashar hotay hain, aik insan hain.</w:t>
      </w:r>
    </w:p>
    <w:p>
      <w:pPr>
        <w:jc w:val="right"/>
      </w:pPr>
      <w:r>
        <w:t>قرآن مجید نے کہا بشر ہیں، جیسے دوسرے بشر ہوتے ہیں، ایک انسان ہیں۔</w:t>
      </w:r>
    </w:p>
    <w:p>
      <w:r>
        <w:rPr>
          <w:b/>
        </w:rPr>
        <w:t xml:space="preserve">[35:37] </w:t>
      </w:r>
      <w:r>
        <w:t>ab ghor kijiye, is alam mein jab aik warqa bin nafil, aik senior aadmi jo mazahib ki tareekh</w:t>
      </w:r>
    </w:p>
    <w:p>
      <w:pPr>
        <w:jc w:val="right"/>
      </w:pPr>
      <w:r>
        <w:t>اب غور کیجئے، اس عالم میں جب ایک ورقہ بن نوفل، ایک سینئر آدمی جو مذاہب کی تاریخ</w:t>
      </w:r>
    </w:p>
    <w:p>
      <w:r>
        <w:rPr>
          <w:b/>
        </w:rPr>
        <w:t xml:space="preserve">[35:43] </w:t>
      </w:r>
      <w:r>
        <w:t>janta hai, yani reveal religion ki tareekh janta hai, woh kehta hai ke jo tum bata rahe ho,</w:t>
      </w:r>
    </w:p>
    <w:p>
      <w:pPr>
        <w:jc w:val="right"/>
      </w:pPr>
      <w:r>
        <w:t>جانتا ہے، یعنی ریویل ریلیجن کی تاریخ جانتا ہے، وہ کہتا ہے کہ جو تم بتا رہے ہو،</w:t>
      </w:r>
    </w:p>
    <w:p>
      <w:r>
        <w:rPr>
          <w:b/>
        </w:rPr>
        <w:t xml:space="preserve">[35:48] </w:t>
      </w:r>
      <w:r>
        <w:t>agar woh sahi hai to yeh aanay wala wahi tha jo is se pehle Musa ke paas aaya,</w:t>
      </w:r>
    </w:p>
    <w:p>
      <w:pPr>
        <w:jc w:val="right"/>
      </w:pPr>
      <w:r>
        <w:t>اگر وہ صحیح ہے تو یہ آنے والا وہی تھا جو اس سے پہلے موسیٰ کے پاس آیا،</w:t>
      </w:r>
    </w:p>
    <w:p>
      <w:r>
        <w:rPr>
          <w:b/>
        </w:rPr>
        <w:t xml:space="preserve">[35:54] </w:t>
      </w:r>
      <w:r>
        <w:t>is se pehle Maseeh ke paas aaya.</w:t>
      </w:r>
    </w:p>
    <w:p>
      <w:pPr>
        <w:jc w:val="right"/>
      </w:pPr>
      <w:r>
        <w:t>اس سے پہلے مسیح کے پاس آیا۔</w:t>
      </w:r>
    </w:p>
    <w:p>
      <w:r>
        <w:rPr>
          <w:b/>
        </w:rPr>
        <w:t xml:space="preserve">[36:00] </w:t>
      </w:r>
      <w:r>
        <w:t>yahan se aap ka kitna bara aik aap ke andar nafsiyati aik jaaga hoga, yaqeen.</w:t>
      </w:r>
    </w:p>
    <w:p>
      <w:pPr>
        <w:jc w:val="right"/>
      </w:pPr>
      <w:r>
        <w:t>یہاں سے آپ کا کتنا بڑا ایک آپ کے اندر نفسیاتی ایک جاگا ہوگا، یقین۔</w:t>
      </w:r>
    </w:p>
    <w:p>
      <w:r>
        <w:rPr>
          <w:b/>
        </w:rPr>
        <w:t xml:space="preserve">[36:05] </w:t>
      </w:r>
      <w:r>
        <w:t>chunaancha bohat se ulama ne yeh maana hai ke pehle sahabi jo hai, yeh Warqa bin Naufal hain,</w:t>
      </w:r>
    </w:p>
    <w:p>
      <w:pPr>
        <w:jc w:val="right"/>
      </w:pPr>
      <w:r>
        <w:t>چنانچہ بہت سے علماء نے یہ مانا ہے کہ پہلے صحابی جو ہے، یہ ورقہ ابن نوفل ہیں،</w:t>
      </w:r>
    </w:p>
    <w:p>
      <w:r>
        <w:rPr>
          <w:b/>
        </w:rPr>
        <w:t xml:space="preserve">[36:11] </w:t>
      </w:r>
      <w:r>
        <w:t>yani aap par imaan laane wale pehla shakhs jo hai, woh Warqa hai.</w:t>
      </w:r>
    </w:p>
    <w:p>
      <w:pPr>
        <w:jc w:val="right"/>
      </w:pPr>
      <w:r>
        <w:t>یعنی آپ پر ایمان لانے والے پہلا شخص جو ہے، وہ ورقہ ہے۔</w:t>
      </w:r>
    </w:p>
    <w:p>
      <w:r>
        <w:rPr>
          <w:b/>
        </w:rPr>
        <w:t xml:space="preserve">[36:17] </w:t>
      </w:r>
      <w:r>
        <w:t>kyun ke unhon ne kaha tha ke agar agar main zinda raha, unhon ne kaha tha ke dekho, tumhari</w:t>
      </w:r>
    </w:p>
    <w:p>
      <w:pPr>
        <w:jc w:val="right"/>
      </w:pPr>
      <w:r>
        <w:t>کیونکہ انہوں نے کہا تھا کہ اگر اگر میں زندہ رہا، انہوں نے کہا تھا کہ دیکھو، تمہاری</w:t>
      </w:r>
    </w:p>
    <w:p>
      <w:r>
        <w:rPr>
          <w:b/>
        </w:rPr>
        <w:t xml:space="preserve">[36:22] </w:t>
      </w:r>
      <w:r>
        <w:t>qaum tumhari dushman ho jayegi, kyun ke jo nabi aata hai, us ki qaum us ki dushman ho</w:t>
      </w:r>
    </w:p>
    <w:p>
      <w:pPr>
        <w:jc w:val="right"/>
      </w:pPr>
      <w:r>
        <w:t>قوم تمہاری دشمن ہو جائے گی، کیونکہ جو نبی آتا ہے، اس کی قوم اس کی دشمن ہو</w:t>
      </w:r>
    </w:p>
    <w:p>
      <w:r>
        <w:rPr>
          <w:b/>
        </w:rPr>
        <w:t xml:space="preserve">[36:28] </w:t>
      </w:r>
      <w:r>
        <w:t>jati hai, tumhari qaum bhi ho jayegi.</w:t>
      </w:r>
    </w:p>
    <w:p>
      <w:pPr>
        <w:jc w:val="right"/>
      </w:pPr>
      <w:r>
        <w:t>جاتی ہے، تمہاری قوم بھی ہو جائے گی۔</w:t>
      </w:r>
    </w:p>
    <w:p>
      <w:r>
        <w:rPr>
          <w:b/>
        </w:rPr>
        <w:t xml:space="preserve">[36:34] </w:t>
      </w:r>
      <w:r>
        <w:t>to unhon ne kaha tha ke is waqt agar main zinda raha to main tumhara saath doonga.</w:t>
      </w:r>
    </w:p>
    <w:p>
      <w:pPr>
        <w:jc w:val="right"/>
      </w:pPr>
      <w:r>
        <w:t>تو انہوں نے کہا تھا کہ اس وقت اگر میں زندہ رہا تو میں تمہارا ساتھ دوں گا۔</w:t>
      </w:r>
    </w:p>
    <w:p>
      <w:r>
        <w:rPr>
          <w:b/>
        </w:rPr>
        <w:t xml:space="preserve">[36:40] </w:t>
      </w:r>
      <w:r>
        <w:t>Warqa bin Naufal ne kaha tha ke agar main is waqt zinda raha to main tumhara saath doonga.</w:t>
      </w:r>
    </w:p>
    <w:p>
      <w:pPr>
        <w:jc w:val="right"/>
      </w:pPr>
      <w:r>
        <w:t>ورقہ ابن نوفل نے کہا تھا کہ اگر میں اس وقت زندہ رہا تو میں تمہارا ساتھ دوں گا۔</w:t>
      </w:r>
    </w:p>
    <w:p>
      <w:r>
        <w:rPr>
          <w:b/>
        </w:rPr>
        <w:t xml:space="preserve">[36:45] </w:t>
      </w:r>
      <w:r>
        <w:t>is bina par bohat se ulama yeh maante hain ke woh pehle sahabi wahi hain, wahi pehle imaan</w:t>
      </w:r>
    </w:p>
    <w:p>
      <w:pPr>
        <w:jc w:val="right"/>
      </w:pPr>
      <w:r>
        <w:t>اس بنا پر بہت سے علماء یہ مانتے ہیں کہ وہ پہلے صحابی وہی ہیں، وہی پہلے ایمان</w:t>
      </w:r>
    </w:p>
    <w:p>
      <w:r>
        <w:rPr>
          <w:b/>
        </w:rPr>
        <w:t xml:space="preserve">[36:51] </w:t>
      </w:r>
      <w:r>
        <w:t>laane wale hain, pehle sahabi hain, wahi.</w:t>
      </w:r>
    </w:p>
    <w:p>
      <w:pPr>
        <w:jc w:val="right"/>
      </w:pPr>
      <w:r>
        <w:t>لانے والے ہیں، پہلے صحابی ہیں، وہی۔</w:t>
      </w:r>
    </w:p>
    <w:p>
      <w:r>
        <w:rPr>
          <w:b/>
        </w:rPr>
        <w:t xml:space="preserve">[36:57] </w:t>
      </w:r>
      <w:r>
        <w:t>ab dekhen, is mein aik role ka kitna, aik aik aurat ka kitna bara role hai, aik aurat</w:t>
      </w:r>
    </w:p>
    <w:p>
      <w:pPr>
        <w:jc w:val="right"/>
      </w:pPr>
      <w:r>
        <w:t>اب دیکھیں، اس میں ایک رول کا کتنا، ایک ایک عورت کا کتنا بڑا رول ہے، ایک عورت</w:t>
      </w:r>
    </w:p>
    <w:p>
      <w:r>
        <w:rPr>
          <w:b/>
        </w:rPr>
        <w:t xml:space="preserve">[37:02] </w:t>
      </w:r>
      <w:r>
        <w:t>ka kitna bara role hai, bohat hi central role hai.</w:t>
      </w:r>
    </w:p>
    <w:p>
      <w:pPr>
        <w:jc w:val="right"/>
      </w:pPr>
      <w:r>
        <w:t>کا کتنا بڑا رول ہے، بہت ہی سینٹرل رول ہے۔</w:t>
      </w:r>
    </w:p>
    <w:p>
      <w:r>
        <w:rPr>
          <w:b/>
        </w:rPr>
        <w:t xml:space="preserve">[37:08] </w:t>
      </w:r>
      <w:r>
        <w:t>aurat ka yeh bilkul third class ki baat hai.</w:t>
      </w:r>
    </w:p>
    <w:p>
      <w:pPr>
        <w:jc w:val="right"/>
      </w:pPr>
      <w:r>
        <w:t>عورت کا یہ بالکل تھرڈ کلاس کی بات ہے۔</w:t>
      </w:r>
    </w:p>
    <w:p>
      <w:r>
        <w:rPr>
          <w:b/>
        </w:rPr>
        <w:t xml:space="preserve">[37:14] </w:t>
      </w:r>
      <w:r>
        <w:t>mere nazdeek ke jo mard hai, woh aurat hai, jo aurat hai, woh mard hai.</w:t>
      </w:r>
    </w:p>
    <w:p>
      <w:pPr>
        <w:jc w:val="right"/>
      </w:pPr>
      <w:r>
        <w:t>میرے نزدیک کہ جو مرد ہے، وہ عورت ہے، جو عورت ہے، وہ مرد ہے۔</w:t>
      </w:r>
    </w:p>
    <w:p>
      <w:r>
        <w:rPr>
          <w:b/>
        </w:rPr>
        <w:t xml:space="preserve">[37:20] </w:t>
      </w:r>
      <w:r>
        <w:t>yeh nazariya jo west ne paida kiya hai, phir to kuch bhi nahi ho sakta.</w:t>
      </w:r>
    </w:p>
    <w:p>
      <w:pPr>
        <w:jc w:val="right"/>
      </w:pPr>
      <w:r>
        <w:t>یہ نظریہ جو ویسٹ نے پیدا کیا ہے، پھر تو کچھ بھی نہیں ہو سکتا۔</w:t>
      </w:r>
    </w:p>
    <w:p>
      <w:r>
        <w:rPr>
          <w:b/>
        </w:rPr>
        <w:t xml:space="preserve">[37:25] </w:t>
      </w:r>
      <w:r>
        <w:t>yani dono positive hon, log negative hon to kuch bhi nahi ho sakta.</w:t>
      </w:r>
    </w:p>
    <w:p>
      <w:pPr>
        <w:jc w:val="right"/>
      </w:pPr>
      <w:r>
        <w:t>یعنی دونوں پازیٹیو ہوں، لوگ نیگیٹیو ہوں تو کچھ بھی نہیں ہو سکتا۔</w:t>
      </w:r>
    </w:p>
    <w:p>
      <w:r>
        <w:rPr>
          <w:b/>
        </w:rPr>
        <w:t xml:space="preserve">[37:31] </w:t>
      </w:r>
      <w:r>
        <w:t>har particle aap jante hain, aik har particle mein negative charge hota hai, positive charge hota hai.</w:t>
      </w:r>
    </w:p>
    <w:p>
      <w:pPr>
        <w:jc w:val="right"/>
      </w:pPr>
      <w:r>
        <w:t>ہر پارٹیکل آپ جانتے ہیں، ایک ہر پارٹیکل میں نیگیٹیو چارج ہوتا ہے، پازیٹیو چارج ہوتا ہے۔</w:t>
      </w:r>
    </w:p>
    <w:p>
      <w:r>
        <w:rPr>
          <w:b/>
        </w:rPr>
        <w:t xml:space="preserve">[37:37] </w:t>
      </w:r>
      <w:r>
        <w:t>agar negative charge, positive negative charge aur positive charge dono na hon to to koi particle hi nahi banega.</w:t>
      </w:r>
    </w:p>
    <w:p>
      <w:pPr>
        <w:jc w:val="right"/>
      </w:pPr>
      <w:r>
        <w:t>اگر نیگیٹیو چارج، پازیٹیو نیگیٹیو چارج اور پازیٹیو چارج دونوں نہ ہوں تو تو کوئی پارٹیکل ہی نہیں بنے گا۔</w:t>
      </w:r>
    </w:p>
    <w:p>
      <w:r>
        <w:rPr>
          <w:b/>
        </w:rPr>
        <w:t xml:space="preserve">[37:42] </w:t>
      </w:r>
      <w:r>
        <w:t>to yeh to nature ka nizam hai, Khuda ka nizam hai, yeh Khuda ka mansooba hai.</w:t>
      </w:r>
    </w:p>
    <w:p>
      <w:pPr>
        <w:jc w:val="right"/>
      </w:pPr>
      <w:r>
        <w:t>تو یہ تو نیچر کا نظام ہے، خدا کا نظام ہے، یہ خدا کا منصوبہ ہے۔</w:t>
      </w:r>
    </w:p>
    <w:p>
      <w:r>
        <w:rPr>
          <w:b/>
        </w:rPr>
        <w:t xml:space="preserve">[37:48] </w:t>
      </w:r>
      <w:r>
        <w:t>to badqismati se poori tareekh mein aurat ko neglect kiya gaya hai.</w:t>
      </w:r>
    </w:p>
    <w:p>
      <w:pPr>
        <w:jc w:val="right"/>
      </w:pPr>
      <w:r>
        <w:t>تو بدقسمتی سے پوری تاریخ میں عورت کو نگلیکٹ کیا گیا ہے۔</w:t>
      </w:r>
    </w:p>
    <w:p>
      <w:r>
        <w:rPr>
          <w:b/>
        </w:rPr>
        <w:t xml:space="preserve">[37:54] </w:t>
      </w:r>
      <w:r>
        <w:t>kyun? aurat ko mard ne pehchana nahi.</w:t>
      </w:r>
    </w:p>
    <w:p>
      <w:pPr>
        <w:jc w:val="right"/>
      </w:pPr>
      <w:r>
        <w:t>کیوں؟ عورت کو مرد نے پہچانا نہیں۔</w:t>
      </w:r>
    </w:p>
    <w:p>
      <w:r>
        <w:rPr>
          <w:b/>
        </w:rPr>
        <w:t xml:space="preserve">[38:00] </w:t>
      </w:r>
      <w:r>
        <w:t>mard ko apne mayar se aurat ko jaanchta raha ho, yani woh stubborn hai to chahta hai ke</w:t>
      </w:r>
    </w:p>
    <w:p>
      <w:pPr>
        <w:jc w:val="right"/>
      </w:pPr>
      <w:r>
        <w:t>مرد کو اپنے معیار سے عورت کو جانچتا رہا ہو، یعنی وہ سٹبرن ہے تو چاہتا ہے کہ</w:t>
      </w:r>
    </w:p>
    <w:p>
      <w:r>
        <w:rPr>
          <w:b/>
        </w:rPr>
        <w:t xml:space="preserve">[38:05] </w:t>
      </w:r>
      <w:r>
        <w:t>mard bhi, aurat bhi stubborn ho.</w:t>
      </w:r>
    </w:p>
    <w:p>
      <w:pPr>
        <w:jc w:val="right"/>
      </w:pPr>
      <w:r>
        <w:t>مرد بھی، عورت بھی سٹبرن ہو۔</w:t>
      </w:r>
    </w:p>
    <w:p>
      <w:r>
        <w:rPr>
          <w:b/>
        </w:rPr>
        <w:t xml:space="preserve">[38:11] </w:t>
      </w:r>
      <w:r>
        <w:t>Nahi hai to is ko main maroon ga.</w:t>
      </w:r>
    </w:p>
    <w:p>
      <w:pPr>
        <w:jc w:val="right"/>
      </w:pPr>
      <w:r>
        <w:t>نہیں ہے تو اس کو میں ماروں گا۔</w:t>
      </w:r>
    </w:p>
    <w:p>
      <w:r>
        <w:rPr>
          <w:b/>
        </w:rPr>
        <w:t xml:space="preserve">[38:17] </w:t>
      </w:r>
      <w:r>
        <w:t>Is ko mard ki ghalti hai ke apne criteria se mard aurat ko janchta hai.</w:t>
      </w:r>
    </w:p>
    <w:p>
      <w:pPr>
        <w:jc w:val="right"/>
      </w:pPr>
      <w:r>
        <w:t>اس کو مرد کی غلطی ہے کہ اپنے کرائٹیریا سے مرد عورت کو جانچتا ہے۔</w:t>
      </w:r>
    </w:p>
    <w:p>
      <w:r>
        <w:rPr>
          <w:b/>
        </w:rPr>
        <w:t xml:space="preserve">[38:22] </w:t>
      </w:r>
      <w:r>
        <w:t>Yeh ghalti aurat ki hai, apne criteria se mard ko janchti hai.</w:t>
      </w:r>
    </w:p>
    <w:p>
      <w:pPr>
        <w:jc w:val="right"/>
      </w:pPr>
      <w:r>
        <w:t>یہ غلطی عورت کی ہے، اپنے کرائٹیریا سے مرد کو جانچتی ہے۔</w:t>
      </w:r>
    </w:p>
    <w:p>
      <w:r>
        <w:rPr>
          <w:b/>
        </w:rPr>
        <w:t xml:space="preserve">[38:28] </w:t>
      </w:r>
      <w:r>
        <w:t>Yaani mard agar stubborn hai to aurat shikayat karti hai ke yeh to stubborn hai.</w:t>
      </w:r>
    </w:p>
    <w:p>
      <w:pPr>
        <w:jc w:val="right"/>
      </w:pPr>
      <w:r>
        <w:t>یعنی مرد اگر سٹبرن ہے تو عورت شکایت کرتی ہے کہ یہ تو سٹبرن ہے۔</w:t>
      </w:r>
    </w:p>
    <w:p>
      <w:r>
        <w:rPr>
          <w:b/>
        </w:rPr>
        <w:t xml:space="preserve">[38:34] </w:t>
      </w:r>
      <w:r>
        <w:t>Aurat agar naram hai to mard shikayat karta hai ke yeh to bari bilkul naram hai, is ke</w:t>
      </w:r>
    </w:p>
    <w:p>
      <w:pPr>
        <w:jc w:val="right"/>
      </w:pPr>
      <w:r>
        <w:t>عورت اگر نرم ہے تو مرد شکایت کرتا ہے کہ یہ تو بڑی بالکل نرم ہے، اس کے</w:t>
      </w:r>
    </w:p>
    <w:p>
      <w:r>
        <w:rPr>
          <w:b/>
        </w:rPr>
        <w:t xml:space="preserve">[38:40] </w:t>
      </w:r>
      <w:r>
        <w:t>andar kuch kada pan nahi.</w:t>
      </w:r>
    </w:p>
    <w:p>
      <w:pPr>
        <w:jc w:val="right"/>
      </w:pPr>
      <w:r>
        <w:t>اندر کچھ کڑا پن نہیں۔</w:t>
      </w:r>
    </w:p>
    <w:p>
      <w:r>
        <w:rPr>
          <w:b/>
        </w:rPr>
        <w:t xml:space="preserve">[38:45] </w:t>
      </w:r>
      <w:r>
        <w:t>To dono ek doosre ki shikayat karte rehte hain.</w:t>
      </w:r>
    </w:p>
    <w:p>
      <w:pPr>
        <w:jc w:val="right"/>
      </w:pPr>
      <w:r>
        <w:t>تو دونوں ایک دوسرے کی شکایت کرتے رہتے ہیں۔</w:t>
      </w:r>
    </w:p>
    <w:p>
      <w:r>
        <w:rPr>
          <w:b/>
        </w:rPr>
        <w:t xml:space="preserve">[38:51] </w:t>
      </w:r>
      <w:r>
        <w:t>Dono, yaani mard shikayat karta hai ke meri aurat to bohat hi, yaani naram hai, to control nahi kar pati.</w:t>
      </w:r>
    </w:p>
    <w:p>
      <w:pPr>
        <w:jc w:val="right"/>
      </w:pPr>
      <w:r>
        <w:t>دونوں، یعنی مرد شکایت کرتا ہے کہ میری عورت تو بہت ہی، یعنی نرم ہے، تو کنٹرول نہیں کر پاتی۔</w:t>
      </w:r>
    </w:p>
    <w:p>
      <w:r>
        <w:rPr>
          <w:b/>
        </w:rPr>
        <w:t xml:space="preserve">[38:57] </w:t>
      </w:r>
      <w:r>
        <w:t>Aurat kehti hai ke yeh to stubborn hai, meri baatein sunta.</w:t>
      </w:r>
    </w:p>
    <w:p>
      <w:pPr>
        <w:jc w:val="right"/>
      </w:pPr>
      <w:r>
        <w:t>عورت کہتی ہے کہ یہ تو سٹبرن ہے، میری باتیں سنتا۔</w:t>
      </w:r>
    </w:p>
    <w:p>
      <w:r>
        <w:rPr>
          <w:b/>
        </w:rPr>
        <w:t xml:space="preserve">[39:02] </w:t>
      </w:r>
      <w:r>
        <w:t>Yeh dono ghalti par hain, dono ghalti par hain.</w:t>
      </w:r>
    </w:p>
    <w:p>
      <w:pPr>
        <w:jc w:val="right"/>
      </w:pPr>
      <w:r>
        <w:t>یہ دونوں غلطی پر ہیں، دونوں غلطی پر ہیں۔</w:t>
      </w:r>
    </w:p>
    <w:p>
      <w:r>
        <w:rPr>
          <w:b/>
        </w:rPr>
        <w:t xml:space="preserve">[39:08] </w:t>
      </w:r>
      <w:r>
        <w:t>Aurat ko chahiye ke woh maane ke Allah taala ka mansooba hai ke aurat mard ko disturben banaya.</w:t>
      </w:r>
    </w:p>
    <w:p>
      <w:pPr>
        <w:jc w:val="right"/>
      </w:pPr>
      <w:r>
        <w:t>عورت کو چاہیے کہ وہ مانے کہ اللہ تعالی کا منصوبہ ہے کہ عورت مرد کو ڈسٹربن بنایا۔</w:t>
      </w:r>
    </w:p>
    <w:p>
      <w:r>
        <w:rPr>
          <w:b/>
        </w:rPr>
        <w:t xml:space="preserve">[39:14] </w:t>
      </w:r>
      <w:r>
        <w:t>Mard ko chahiye ke woh maane ke Allah taala ka mansooba hai ke is ne aurat ko qaim banaya. Qaim!</w:t>
      </w:r>
    </w:p>
    <w:p>
      <w:pPr>
        <w:jc w:val="right"/>
      </w:pPr>
      <w:r>
        <w:t>مرد کو چاہیے کہ وہ مانے کہ اللہ تعالی کا منصوبہ ہے کہ اس نے عورت کو قائم بنایا۔ قائم!</w:t>
      </w:r>
    </w:p>
    <w:p>
      <w:r>
        <w:rPr>
          <w:b/>
        </w:rPr>
        <w:t xml:space="preserve">[39:20] </w:t>
      </w:r>
      <w:r>
        <w:t>tab dono, dono, dono jo yeh jo qooq hain, qooq mil kar ke chal payenge.</w:t>
      </w:r>
    </w:p>
    <w:p>
      <w:pPr>
        <w:jc w:val="right"/>
      </w:pPr>
      <w:r>
        <w:t>تب دونوں، دونوں، دونوں جو یہ جو قوق ہیں، قوق مل کر کے چل پائیں گے۔</w:t>
      </w:r>
    </w:p>
    <w:p>
      <w:r>
        <w:rPr>
          <w:b/>
        </w:rPr>
        <w:t xml:space="preserve">[39:26] </w:t>
      </w:r>
      <w:r>
        <w:t>warna yeh alag raha hai, yeh alag raha hai, kuch bhi nahi hone wala hai.</w:t>
      </w:r>
    </w:p>
    <w:p>
      <w:pPr>
        <w:jc w:val="right"/>
      </w:pPr>
      <w:r>
        <w:t>ورنہ یہ الگ رہا ہے، یہ الگ رہا ہے، کچھ بھی نہیں ہونے والا ہے۔</w:t>
      </w:r>
    </w:p>
    <w:p>
      <w:r>
        <w:rPr>
          <w:b/>
        </w:rPr>
        <w:t xml:space="preserve">[39:33] </w:t>
      </w:r>
      <w:r>
        <w:t>to yeh dekhiye, khadija ki misaal aise hi rasool Allah ki zindagi mein ek aur misaal hai aisha</w:t>
      </w:r>
    </w:p>
    <w:p>
      <w:pPr>
        <w:jc w:val="right"/>
      </w:pPr>
      <w:r>
        <w:t>تو یہ دیکھیے، خدیجہ کی مثال ایسے ہی رسول اللہ کی زندگی میں ایک اور مثال ہے عائشہ</w:t>
      </w:r>
    </w:p>
    <w:p>
      <w:r>
        <w:rPr>
          <w:b/>
        </w:rPr>
        <w:t xml:space="preserve">[39:41] </w:t>
      </w:r>
      <w:r>
        <w:t>ki.</w:t>
      </w:r>
    </w:p>
    <w:p>
      <w:pPr>
        <w:jc w:val="right"/>
      </w:pPr>
      <w:r>
        <w:t>کی۔</w:t>
      </w:r>
    </w:p>
    <w:p>
      <w:r>
        <w:rPr>
          <w:b/>
        </w:rPr>
        <w:t xml:space="preserve">[39:42] </w:t>
      </w:r>
      <w:r>
        <w:t>aisha ki bohat hi bari qurbani hai, bohat hi bari qurbani hai.</w:t>
      </w:r>
    </w:p>
    <w:p>
      <w:pPr>
        <w:jc w:val="right"/>
      </w:pPr>
      <w:r>
        <w:t>عائشہ کی بہت ہی بڑی قربانی ہے، بہت ہی بڑی قربانی ہے۔</w:t>
      </w:r>
    </w:p>
    <w:p>
      <w:r>
        <w:rPr>
          <w:b/>
        </w:rPr>
        <w:t xml:space="preserve">[39:47] </w:t>
      </w:r>
      <w:r>
        <w:t>aisha bint abi bakr, yani hazrat abu bakr jo the, un ki ladki thin aisha.</w:t>
      </w:r>
    </w:p>
    <w:p>
      <w:pPr>
        <w:jc w:val="right"/>
      </w:pPr>
      <w:r>
        <w:t>عائشہ بنت ابی بکر، یعنی حضرت ابوبکر جو تھے، ان کی لڑکی تھیں عائشہ۔</w:t>
      </w:r>
    </w:p>
    <w:p>
      <w:r>
        <w:rPr>
          <w:b/>
        </w:rPr>
        <w:t xml:space="preserve">[39:53] </w:t>
      </w:r>
      <w:r>
        <w:t>to kya hua? rasool Allah sallallahu alaihi wasallam ka nikah kiya gaya aisha se, jab ke bohat</w:t>
      </w:r>
    </w:p>
    <w:p>
      <w:pPr>
        <w:jc w:val="right"/>
      </w:pPr>
      <w:r>
        <w:t>تو کیا ہوا؟ رسول اللہ صلی اللہ علیہ وسلم کا نکاح کیا گیا عائشہ سے، جب کہ بہت</w:t>
      </w:r>
    </w:p>
    <w:p>
      <w:r>
        <w:rPr>
          <w:b/>
        </w:rPr>
        <w:t xml:space="preserve">[40:01] </w:t>
      </w:r>
      <w:r>
        <w:t>choti thi.</w:t>
      </w:r>
    </w:p>
    <w:p>
      <w:pPr>
        <w:jc w:val="right"/>
      </w:pPr>
      <w:r>
        <w:t>چھوٹی تھی۔</w:t>
      </w:r>
    </w:p>
    <w:p>
      <w:r>
        <w:rPr>
          <w:b/>
        </w:rPr>
        <w:t xml:space="preserve">[40:02] </w:t>
      </w:r>
      <w:r>
        <w:t>to aisha, rasool Allah to seenay the, ziyada umar ke ho chuke the, aisha ki umar bohat hi</w:t>
      </w:r>
    </w:p>
    <w:p>
      <w:pPr>
        <w:jc w:val="right"/>
      </w:pPr>
      <w:r>
        <w:t>تو عائشہ، رسول اللہ تو سینے تھے، زیادہ عمر کے ہو چکے تھے، عائشہ کی عمر بہت ہی</w:t>
      </w:r>
    </w:p>
    <w:p>
      <w:r>
        <w:rPr>
          <w:b/>
        </w:rPr>
        <w:t xml:space="preserve">[40:10] </w:t>
      </w:r>
      <w:r>
        <w:t>kam thi.</w:t>
      </w:r>
    </w:p>
    <w:p>
      <w:pPr>
        <w:jc w:val="right"/>
      </w:pPr>
      <w:r>
        <w:t>کم تھی۔</w:t>
      </w:r>
    </w:p>
    <w:p>
      <w:r>
        <w:rPr>
          <w:b/>
        </w:rPr>
        <w:t xml:space="preserve">[40:12] </w:t>
      </w:r>
      <w:r>
        <w:t>to yeh ek bohat bari qurbani thi.</w:t>
      </w:r>
    </w:p>
    <w:p>
      <w:pPr>
        <w:jc w:val="right"/>
      </w:pPr>
      <w:r>
        <w:t>تو یہ ایک بہت بڑی قربانی تھی۔</w:t>
      </w:r>
    </w:p>
    <w:p>
      <w:r>
        <w:rPr>
          <w:b/>
        </w:rPr>
        <w:t xml:space="preserve">[40:15] </w:t>
      </w:r>
      <w:r>
        <w:t>aisha ne khuda ki scheme mein apne ko shamil kiya.</w:t>
      </w:r>
    </w:p>
    <w:p>
      <w:pPr>
        <w:jc w:val="right"/>
      </w:pPr>
      <w:r>
        <w:t>عائشہ نے خدا کی اسکیم میں اپنے کو شامل کیا۔</w:t>
      </w:r>
    </w:p>
    <w:p>
      <w:r>
        <w:rPr>
          <w:b/>
        </w:rPr>
        <w:t xml:space="preserve">[40:19] </w:t>
      </w:r>
      <w:r>
        <w:t>wo qurbani kya hai? dekhiye, is zamane mein tape recorder nahi tha, printing press nahi tha, cheezein likhi</w:t>
      </w:r>
    </w:p>
    <w:p>
      <w:pPr>
        <w:jc w:val="right"/>
      </w:pPr>
      <w:r>
        <w:t>وہ قربانی کیا ہے؟ دیکھیے، اس زمانے میں ٹیپ ریکارڈر نہیں تھا، پرنٹنگ پریس نہیں تھا، چیزیں لکھی</w:t>
      </w:r>
    </w:p>
    <w:p>
      <w:r>
        <w:rPr>
          <w:b/>
        </w:rPr>
        <w:t xml:space="preserve">[40:27] </w:t>
      </w:r>
      <w:r>
        <w:t>aur chhapi di jati thin.</w:t>
      </w:r>
    </w:p>
    <w:p>
      <w:pPr>
        <w:jc w:val="right"/>
      </w:pPr>
      <w:r>
        <w:t>اور چھاپی دی جاتی تھیں۔</w:t>
      </w:r>
    </w:p>
    <w:p>
      <w:r>
        <w:rPr>
          <w:b/>
        </w:rPr>
        <w:t xml:space="preserve">[40:29] </w:t>
      </w:r>
      <w:r>
        <w:t>to rasool Allah ki baaton ko duniya tak kaise pahunchaya jaye? kaise pahunchaya jaye? to Allah taala ne</w:t>
      </w:r>
    </w:p>
    <w:p>
      <w:pPr>
        <w:jc w:val="right"/>
      </w:pPr>
      <w:r>
        <w:t>تو رسول اللہ کی باتوں کو دنیا تک کیسے پہنچایا جائے؟ کیسے پہنچایا جائے؟ تو اللہ تعالی نے</w:t>
      </w:r>
    </w:p>
    <w:p>
      <w:r>
        <w:rPr>
          <w:b/>
        </w:rPr>
        <w:t xml:space="preserve">[40:36] </w:t>
      </w:r>
      <w:r>
        <w:t>do bohat hi khaas log muntakhib farmaye: ek abu huraira, ek aisha.</w:t>
      </w:r>
    </w:p>
    <w:p>
      <w:pPr>
        <w:jc w:val="right"/>
      </w:pPr>
      <w:r>
        <w:t>دو بہت ہی خاص لوگ منتخب فرمائے: ایک ابو ہریرہ، ایک عائشہ۔</w:t>
      </w:r>
    </w:p>
    <w:p>
      <w:r>
        <w:rPr>
          <w:b/>
        </w:rPr>
        <w:t xml:space="preserve">[40:42] </w:t>
      </w:r>
      <w:r>
        <w:t>jitni bhi hadith ka ilm hai, sab se ziyada unhein do par base karta hai, yani do par:</w:t>
      </w:r>
    </w:p>
    <w:p>
      <w:pPr>
        <w:jc w:val="right"/>
      </w:pPr>
      <w:r>
        <w:t>جتنی بھی حدیث کا علم ہے، سب سے زیادہ انہیں دو پر بیس کرتا ہے، یعنی دو پر:</w:t>
      </w:r>
    </w:p>
    <w:p>
      <w:r>
        <w:rPr>
          <w:b/>
        </w:rPr>
        <w:t xml:space="preserve">[40:49] </w:t>
      </w:r>
      <w:r>
        <w:t>abu huraira aur aisha.</w:t>
      </w:r>
    </w:p>
    <w:p>
      <w:pPr>
        <w:jc w:val="right"/>
      </w:pPr>
      <w:r>
        <w:t>ابو ہریرہ اور عائشہ۔</w:t>
      </w:r>
    </w:p>
    <w:p>
      <w:r>
        <w:rPr>
          <w:b/>
        </w:rPr>
        <w:t xml:space="preserve">[40:51] </w:t>
      </w:r>
      <w:r>
        <w:t>hadith ka jo ilm hai, us ko samjhiye ke abu huraira kya the? un ka un ka memory</w:t>
      </w:r>
    </w:p>
    <w:p>
      <w:pPr>
        <w:jc w:val="right"/>
      </w:pPr>
      <w:r>
        <w:t>حدیث کا جو علم ہے، اس کو سمجھئے کہ ابو ہریرہ کیا تھے؟ ان کا ان کا میموری</w:t>
      </w:r>
    </w:p>
    <w:p>
      <w:r>
        <w:rPr>
          <w:b/>
        </w:rPr>
        <w:t xml:space="preserve">[40:59] </w:t>
      </w:r>
      <w:r>
        <w:t>bohat zabardast thi.</w:t>
      </w:r>
    </w:p>
    <w:p>
      <w:pPr>
        <w:jc w:val="right"/>
      </w:pPr>
      <w:r>
        <w:t>بہت زبردست تھی۔</w:t>
      </w:r>
    </w:p>
    <w:p>
      <w:r>
        <w:rPr>
          <w:b/>
        </w:rPr>
        <w:t xml:space="preserve">[41:00] </w:t>
      </w:r>
      <w:r>
        <w:t>wo ziyada intelligent to nahi the, memory bohat zabardast thi un ki ke jo suna yaad, jo suna</w:t>
      </w:r>
    </w:p>
    <w:p>
      <w:pPr>
        <w:jc w:val="right"/>
      </w:pPr>
      <w:r>
        <w:t>وہ زیادہ انٹیلیجنٹ تو نہیں تھے، میموری بہت زبردست تھی ان کی کہ جو سنا یاد، جو سنا</w:t>
      </w:r>
    </w:p>
    <w:p>
      <w:r>
        <w:rPr>
          <w:b/>
        </w:rPr>
        <w:t xml:space="preserve">[41:08] </w:t>
      </w:r>
      <w:r>
        <w:t>yaad.</w:t>
      </w:r>
    </w:p>
    <w:p>
      <w:pPr>
        <w:jc w:val="right"/>
      </w:pPr>
      <w:r>
        <w:t>یاد۔</w:t>
      </w:r>
    </w:p>
    <w:p>
      <w:r>
        <w:rPr>
          <w:b/>
        </w:rPr>
        <w:t xml:space="preserve">[41:09] </w:t>
      </w:r>
      <w:r>
        <w:t>to jo qooli riwayat hain, yani rasool Allah ke alfaaz, us ko bayan kiya sabza? abu huraira ne</w:t>
      </w:r>
    </w:p>
    <w:p>
      <w:pPr>
        <w:jc w:val="right"/>
      </w:pPr>
      <w:r>
        <w:t>تو جو قولی روایات ہیں، یعنی رسول اللہ کے الفاظ، اس کو بیان کیا سبزہ؟ ابو ہریرہ نے</w:t>
      </w:r>
    </w:p>
    <w:p>
      <w:r>
        <w:rPr>
          <w:b/>
        </w:rPr>
        <w:t xml:space="preserve">[41:17] </w:t>
      </w:r>
      <w:r>
        <w:t>sabza riwayat abu huraira ki hai, kyunke woh rehte thay wohin par madine mein, masjid nabwi mein suntay</w:t>
      </w:r>
    </w:p>
    <w:p>
      <w:pPr>
        <w:jc w:val="right"/>
      </w:pPr>
      <w:r>
        <w:t>سبزہ روایت ابو ہریرہ کی ہے، کیونکہ وہ رہتے تھے وہیں پر مدینے میں، مسجد نبوی میں سنتے</w:t>
      </w:r>
    </w:p>
    <w:p>
      <w:r>
        <w:rPr>
          <w:b/>
        </w:rPr>
        <w:t xml:space="preserve">[41:25] </w:t>
      </w:r>
      <w:r>
        <w:t>thay aap ki baatein, yaad ho jati thi un ko.</w:t>
      </w:r>
    </w:p>
    <w:p>
      <w:pPr>
        <w:jc w:val="right"/>
      </w:pPr>
      <w:r>
        <w:t>تھے آپ کی باتیں، یاد ہو جاتی تھی ان کو۔</w:t>
      </w:r>
    </w:p>
    <w:p>
      <w:r>
        <w:rPr>
          <w:b/>
        </w:rPr>
        <w:t xml:space="preserve">[41:29] </w:t>
      </w:r>
      <w:r>
        <w:t>to unhon ne apni yaad-dasht ko pohanchaya, apnay baad doosron ko bataya.</w:t>
      </w:r>
    </w:p>
    <w:p>
      <w:pPr>
        <w:jc w:val="right"/>
      </w:pPr>
      <w:r>
        <w:t>تو انہوں نے اپنی یادداشت کو پہنچایا، اپنے بعد دوسروں کو بتایا۔</w:t>
      </w:r>
    </w:p>
    <w:p>
      <w:r>
        <w:rPr>
          <w:b/>
        </w:rPr>
        <w:t xml:space="preserve">[41:34] </w:t>
      </w:r>
      <w:r>
        <w:t>inhi ki riwayatein hotay hotay hotay hum tak pohnchi hain.</w:t>
      </w:r>
    </w:p>
    <w:p>
      <w:pPr>
        <w:jc w:val="right"/>
      </w:pPr>
      <w:r>
        <w:t>انہی کی روایتیں ہوتے ہوتے ہوتے ہم تک پہنچی ہیں۔</w:t>
      </w:r>
    </w:p>
    <w:p>
      <w:r>
        <w:rPr>
          <w:b/>
        </w:rPr>
        <w:t xml:space="preserve">[41:39] </w:t>
      </w:r>
      <w:r>
        <w:t>to rasool Allah ki jo qooli riwayatein hain, woh sab zyada abu huraira se mili hain hum ko.</w:t>
      </w:r>
    </w:p>
    <w:p>
      <w:pPr>
        <w:jc w:val="right"/>
      </w:pPr>
      <w:r>
        <w:t>تو رسول اللہ کی جو قولی روایتیں ہیں، وہ سب زیادہ ابو ہریرہ سے ملی ہیں ہم کو۔</w:t>
      </w:r>
    </w:p>
    <w:p>
      <w:r>
        <w:rPr>
          <w:b/>
        </w:rPr>
        <w:t xml:space="preserve">[41:46] </w:t>
      </w:r>
      <w:r>
        <w:t>ab ayesha ko lijiye, yaani Allah taala ka matlab tha ke ek aisa insaan jo aap ke sath</w:t>
      </w:r>
    </w:p>
    <w:p>
      <w:pPr>
        <w:jc w:val="right"/>
      </w:pPr>
      <w:r>
        <w:t>اب عائشہ کو لیجئے، یعنی اللہ تعالی کا مطلوب تھا کہ ایک ایسا انسان جو آپ کے ساتھ</w:t>
      </w:r>
    </w:p>
    <w:p>
      <w:r>
        <w:rPr>
          <w:b/>
        </w:rPr>
        <w:t xml:space="preserve">[41:54] </w:t>
      </w:r>
      <w:r>
        <w:t>mustaqil rahe, raat din.</w:t>
      </w:r>
    </w:p>
    <w:p>
      <w:pPr>
        <w:jc w:val="right"/>
      </w:pPr>
      <w:r>
        <w:t>مستقل رہے، رات دن۔</w:t>
      </w:r>
    </w:p>
    <w:p>
      <w:r>
        <w:rPr>
          <w:b/>
        </w:rPr>
        <w:t xml:space="preserve">[41:56] </w:t>
      </w:r>
      <w:r>
        <w:t>to mard kaise rehta? aap ghaur kijiye, rasool Allah ke sath raat din mard kaise reh sakta hai?</w:t>
      </w:r>
    </w:p>
    <w:p>
      <w:pPr>
        <w:jc w:val="right"/>
      </w:pPr>
      <w:r>
        <w:t>تو مرد کیسے رہتا؟ آپ غور کیجئے، رسول اللہ کے ساتھ رات دن مرد کیسے رہ سکتا ہے؟</w:t>
      </w:r>
    </w:p>
    <w:p>
      <w:r>
        <w:rPr>
          <w:b/>
        </w:rPr>
        <w:t xml:space="preserve">[42:03] </w:t>
      </w:r>
      <w:r>
        <w:t>reh sakta hai? yeh to sirf biwi reh sakti hai, bas biwi.</w:t>
      </w:r>
    </w:p>
    <w:p>
      <w:pPr>
        <w:jc w:val="right"/>
      </w:pPr>
      <w:r>
        <w:t>رہ سکتا ہے؟ یہ تو صرف بیوی رہ سکتی ہے، بس بیوی۔</w:t>
      </w:r>
    </w:p>
    <w:p>
      <w:r>
        <w:rPr>
          <w:b/>
        </w:rPr>
        <w:t xml:space="preserve">[42:09] </w:t>
      </w:r>
      <w:r>
        <w:t>to jo aap ko dekhe, subah shaam raat din, har cheez, aur us ko pakray aur us ko</w:t>
      </w:r>
    </w:p>
    <w:p>
      <w:pPr>
        <w:jc w:val="right"/>
      </w:pPr>
      <w:r>
        <w:t>تو جو آپ کو دیکھے، صبح شام رات دن، ہر چیز، اور اس کو پکڑے اور اس کو</w:t>
      </w:r>
    </w:p>
    <w:p>
      <w:r>
        <w:rPr>
          <w:b/>
        </w:rPr>
        <w:t xml:space="preserve">[42:16] </w:t>
      </w:r>
      <w:r>
        <w:t>baat ko ummat ko bataye.</w:t>
      </w:r>
    </w:p>
    <w:p>
      <w:pPr>
        <w:jc w:val="right"/>
      </w:pPr>
      <w:r>
        <w:t>بات کو امت کو بتائے۔</w:t>
      </w:r>
    </w:p>
    <w:p>
      <w:r>
        <w:rPr>
          <w:b/>
        </w:rPr>
        <w:t xml:space="preserve">[42:18] </w:t>
      </w:r>
      <w:r>
        <w:t>agar farz kijiye ke woh us ki umar wahi hoti jo rasool Allah ki umar hai, to rasool</w:t>
      </w:r>
    </w:p>
    <w:p>
      <w:pPr>
        <w:jc w:val="right"/>
      </w:pPr>
      <w:r>
        <w:t>اگر فرض کیجئے کہ وہ اس کی عمر وہی ہوتی جو رسول اللہ کی عمر ہے، تو رسول</w:t>
      </w:r>
    </w:p>
    <w:p>
      <w:r>
        <w:rPr>
          <w:b/>
        </w:rPr>
        <w:t xml:space="preserve">[42:26] </w:t>
      </w:r>
      <w:r>
        <w:t>Allah ki wafaat ho, us ki bhi wafaat, dono khatam ho gaye.</w:t>
      </w:r>
    </w:p>
    <w:p>
      <w:pPr>
        <w:jc w:val="right"/>
      </w:pPr>
      <w:r>
        <w:t>اللہ کی وفات ہو، اس کی بھی وفات، دونوں ختم ہو گئے۔</w:t>
      </w:r>
    </w:p>
    <w:p>
      <w:r>
        <w:rPr>
          <w:b/>
        </w:rPr>
        <w:t xml:space="preserve">[42:31] </w:t>
      </w:r>
      <w:r>
        <w:t>agar umar us ki bhi wahi hoti to yeh to hota, aagay peechay dono khatam ho jatay.</w:t>
      </w:r>
    </w:p>
    <w:p>
      <w:pPr>
        <w:jc w:val="right"/>
      </w:pPr>
      <w:r>
        <w:t>اگر عمر اس کی بھی وہی ہوتی تو یہ تو ہوتا، آگے پیچھے دونوں ختم ہو جاتے۔</w:t>
      </w:r>
    </w:p>
    <w:p>
      <w:r>
        <w:rPr>
          <w:b/>
        </w:rPr>
        <w:t xml:space="preserve">[42:39] </w:t>
      </w:r>
      <w:r>
        <w:t>to ilm jab jab jis zamanay mein printing press nahi tha, tape recorder nahi tha, to ilm kaise</w:t>
      </w:r>
    </w:p>
    <w:p>
      <w:pPr>
        <w:jc w:val="right"/>
      </w:pPr>
      <w:r>
        <w:t>تو علم جب جب جس زمانے میں پرنٹنگ پریس نہیں تھا، ٹیپ ریکارڈ نہیں تھا، تو علم کیسے</w:t>
      </w:r>
    </w:p>
    <w:p>
      <w:r>
        <w:rPr>
          <w:b/>
        </w:rPr>
        <w:t xml:space="preserve">[42:46] </w:t>
      </w:r>
      <w:r>
        <w:t>pohanchta hum ko? to Hazrat ayesha jo theen, rasool Allah ke sath bohat hi choti umar mein rakhi</w:t>
      </w:r>
    </w:p>
    <w:p>
      <w:pPr>
        <w:jc w:val="right"/>
      </w:pPr>
      <w:r>
        <w:t>پہنچتا ہم کو؟ تو حضرت عائشہ جو تھیں، رسول اللہ کے ساتھ بہت ہی چھوٹی عمر میں رکھی</w:t>
      </w:r>
    </w:p>
    <w:p>
      <w:r>
        <w:rPr>
          <w:b/>
        </w:rPr>
        <w:t xml:space="preserve">[42:54] </w:t>
      </w:r>
      <w:r>
        <w:t>gayeen aur bohat hi zeheen theen.</w:t>
      </w:r>
    </w:p>
    <w:p>
      <w:pPr>
        <w:jc w:val="right"/>
      </w:pPr>
      <w:r>
        <w:t>گئیں اور بہت ہی ذہین تھیں۔</w:t>
      </w:r>
    </w:p>
    <w:p>
      <w:r>
        <w:rPr>
          <w:b/>
        </w:rPr>
        <w:t xml:space="preserve">[42:57] </w:t>
      </w:r>
      <w:r>
        <w:t>woh bohat ghair maamooli zeheen theen, extra ordinary zeheen theen, woh bohat brilliant theen.</w:t>
      </w:r>
    </w:p>
    <w:p>
      <w:pPr>
        <w:jc w:val="right"/>
      </w:pPr>
      <w:r>
        <w:t>وہ بہت غیر معمولی ذہین تھیں، ایکسٹرا آرڈنری ذہین تھیں، وہ بہت بریلین تھیں۔</w:t>
      </w:r>
    </w:p>
    <w:p>
      <w:r>
        <w:rPr>
          <w:b/>
        </w:rPr>
        <w:t xml:space="preserve">[43:03] </w:t>
      </w:r>
      <w:r>
        <w:t>graff ka matlab bohat tha un mein.</w:t>
      </w:r>
    </w:p>
    <w:p>
      <w:pPr>
        <w:jc w:val="right"/>
      </w:pPr>
      <w:r>
        <w:t>گراف کا مطلب بہت تھا ان میں۔</w:t>
      </w:r>
    </w:p>
    <w:p>
      <w:r>
        <w:rPr>
          <w:b/>
        </w:rPr>
        <w:t xml:space="preserve">[43:06] </w:t>
      </w:r>
      <w:r>
        <w:t>rasool Allah ki ek ek cheez ko dekhti theen, woh ek hi cheez se pakarti theen baat.</w:t>
      </w:r>
    </w:p>
    <w:p>
      <w:pPr>
        <w:jc w:val="right"/>
      </w:pPr>
      <w:r>
        <w:t>رسول اللہ کی ایک ایک چیز کو دیکھتی تھیں، وہ ایک ہی چیز سے پکڑتی تھیں بات۔</w:t>
      </w:r>
    </w:p>
    <w:p>
      <w:r>
        <w:rPr>
          <w:b/>
        </w:rPr>
        <w:t xml:space="preserve">[43:13] </w:t>
      </w:r>
      <w:r>
        <w:t>to chunancha is is ko kehte hain istinbat ayesha.</w:t>
      </w:r>
    </w:p>
    <w:p>
      <w:pPr>
        <w:jc w:val="right"/>
      </w:pPr>
      <w:r>
        <w:t>تو چنانچہ اس اس کو کہتے ہیں استنبات عائشہ۔</w:t>
      </w:r>
    </w:p>
    <w:p>
      <w:r>
        <w:rPr>
          <w:b/>
        </w:rPr>
        <w:t xml:space="preserve">[43:17] </w:t>
      </w:r>
      <w:r>
        <w:t>Hazrat abu huraira ke baray mein kaha tha marwiyaat abu huraira, yaani qooli riwayatein rasool Allah ko mili</w:t>
      </w:r>
    </w:p>
    <w:p>
      <w:pPr>
        <w:jc w:val="right"/>
      </w:pPr>
      <w:r>
        <w:t>حضرت ابو ہریرہ کے بارے میں کہا تھا مرویات ابو ہریرہ، یعنی قولی روایتیں رسول اللہ کو ملی</w:t>
      </w:r>
    </w:p>
    <w:p>
      <w:r>
        <w:rPr>
          <w:b/>
        </w:rPr>
        <w:t xml:space="preserve">[43:24] </w:t>
      </w:r>
      <w:r>
        <w:t>hain Hazrat abu huraira ke zariye se.</w:t>
      </w:r>
    </w:p>
    <w:p>
      <w:pPr>
        <w:jc w:val="right"/>
      </w:pPr>
      <w:r>
        <w:t>ہیں حضرت ابو ہریرہ کے ذریعے سے۔</w:t>
      </w:r>
    </w:p>
    <w:p>
      <w:r>
        <w:rPr>
          <w:b/>
        </w:rPr>
        <w:t xml:space="preserve">[43:27] </w:t>
      </w:r>
      <w:r>
        <w:t>lekin istinbat jo hain, woh ayesha se milay hain.</w:t>
      </w:r>
    </w:p>
    <w:p>
      <w:pPr>
        <w:jc w:val="right"/>
      </w:pPr>
      <w:r>
        <w:t>لیکن استنبات جو ہیں، وہ عائشہ سے ملے ہیں۔</w:t>
      </w:r>
    </w:p>
    <w:p>
      <w:r>
        <w:rPr>
          <w:b/>
        </w:rPr>
        <w:t xml:space="preserve">[43:31] </w:t>
      </w:r>
      <w:r>
        <w:t>hum ko istinbat kiya hain? rasool Allah ko dekh kar yeh un yeh samajhna ke ek us ke</w:t>
      </w:r>
    </w:p>
    <w:p>
      <w:pPr>
        <w:jc w:val="right"/>
      </w:pPr>
      <w:r>
        <w:t>ہم کو استنبات کیا ہیں؟ رسول اللہ کو دیکھ کر یہ ان یہ سمجھنا کہ ایک اس کے</w:t>
      </w:r>
    </w:p>
    <w:p>
      <w:r>
        <w:rPr>
          <w:b/>
        </w:rPr>
        <w:t xml:space="preserve">[43:39] </w:t>
      </w:r>
      <w:r>
        <w:t>pehche kya raaz hai.</w:t>
      </w:r>
    </w:p>
    <w:p>
      <w:pPr>
        <w:jc w:val="right"/>
      </w:pPr>
      <w:r>
        <w:t>پیچھے کیا راز ہے۔</w:t>
      </w:r>
    </w:p>
    <w:p>
      <w:r>
        <w:rPr>
          <w:b/>
        </w:rPr>
        <w:t xml:space="preserve">[43:41] </w:t>
      </w:r>
      <w:r>
        <w:t>istinbat baatein in far in far karna, inference.</w:t>
      </w:r>
    </w:p>
    <w:p>
      <w:pPr>
        <w:jc w:val="right"/>
      </w:pPr>
      <w:r>
        <w:t>استنبات باتیں انفر انفر کرنا، انفرنس۔</w:t>
      </w:r>
    </w:p>
    <w:p>
      <w:r>
        <w:rPr>
          <w:b/>
        </w:rPr>
        <w:t xml:space="preserve">[43:43] </w:t>
      </w:r>
      <w:r>
        <w:t>to istinbat aisha mein number ek par hai.</w:t>
      </w:r>
    </w:p>
    <w:p>
      <w:pPr>
        <w:jc w:val="right"/>
      </w:pPr>
      <w:r>
        <w:t>تو استنبات عائشہ میں نمبر ایک پر ہے۔</w:t>
      </w:r>
    </w:p>
    <w:p>
      <w:r>
        <w:rPr>
          <w:b/>
        </w:rPr>
        <w:t xml:space="preserve">[43:47] </w:t>
      </w:r>
      <w:r>
        <w:t>istinbat mein aisha number ek par hai, marviyat mein abu huraira number ek par hai.</w:t>
      </w:r>
    </w:p>
    <w:p>
      <w:pPr>
        <w:jc w:val="right"/>
      </w:pPr>
      <w:r>
        <w:t>استنبات میں عائشہ نمبر ایک پر ہے، مرویات میں ابو ہریرہ نمبر ایک پر ہے۔</w:t>
      </w:r>
    </w:p>
    <w:p>
      <w:r>
        <w:rPr>
          <w:b/>
        </w:rPr>
        <w:t xml:space="preserve">[43:53] </w:t>
      </w:r>
      <w:r>
        <w:t>aisha ne isi se baatein rasool Allah ki zindagi se koi koi parh kar, read kar ke batai</w:t>
      </w:r>
    </w:p>
    <w:p>
      <w:pPr>
        <w:jc w:val="right"/>
      </w:pPr>
      <w:r>
        <w:t>عائشہ نے اسی سے باتیں رسول اللہ کی زندگی سے کوئی کوئی پڑھ کر، ریڈ کر کے بتائی</w:t>
      </w:r>
    </w:p>
    <w:p>
      <w:r>
        <w:rPr>
          <w:b/>
        </w:rPr>
        <w:t xml:space="preserve">[44:01] </w:t>
      </w:r>
      <w:r>
        <w:t>hain jo koi jo hai sahabi nahi bata saka.</w:t>
      </w:r>
    </w:p>
    <w:p>
      <w:pPr>
        <w:jc w:val="right"/>
      </w:pPr>
      <w:r>
        <w:t>ہیں جو کوئی جو ہے صحابی نہیں بتا سکا۔</w:t>
      </w:r>
    </w:p>
    <w:p>
      <w:r>
        <w:rPr>
          <w:b/>
        </w:rPr>
        <w:t xml:space="preserve">[44:05] </w:t>
      </w:r>
      <w:r>
        <w:t>aur aap rasool Allah ki wafat ke baad taqreeban 50 saal zinda rahe hain, kyunke choti umar se</w:t>
      </w:r>
    </w:p>
    <w:p>
      <w:pPr>
        <w:jc w:val="right"/>
      </w:pPr>
      <w:r>
        <w:t>اور آپ رسول اللہ کی وفات کے بعد تقریباً 50 سال زندہ رہے ہیں، کیونکہ چھوٹی عمر سے</w:t>
      </w:r>
    </w:p>
    <w:p>
      <w:r>
        <w:rPr>
          <w:b/>
        </w:rPr>
        <w:t xml:space="preserve">[44:12] </w:t>
      </w:r>
      <w:r>
        <w:t>aap ke sath thi.</w:t>
      </w:r>
    </w:p>
    <w:p>
      <w:pPr>
        <w:jc w:val="right"/>
      </w:pPr>
      <w:r>
        <w:t>آپ کے ساتھ تھی۔</w:t>
      </w:r>
    </w:p>
    <w:p>
      <w:r>
        <w:rPr>
          <w:b/>
        </w:rPr>
        <w:t xml:space="preserve">[44:14] </w:t>
      </w:r>
      <w:r>
        <w:t>rasool Allah ki wafat hui hai, is ke taqreeban 50 saal tak zinda rahe hain aur ummat ko</w:t>
      </w:r>
    </w:p>
    <w:p>
      <w:pPr>
        <w:jc w:val="right"/>
      </w:pPr>
      <w:r>
        <w:t>رسول اللہ کی وفات ہوئی ہے، اس کے تقریباً 50 سال تک زندہ رہے ہیں اور امت کو</w:t>
      </w:r>
    </w:p>
    <w:p>
      <w:r>
        <w:rPr>
          <w:b/>
        </w:rPr>
        <w:t xml:space="preserve">[44:22] </w:t>
      </w:r>
      <w:r>
        <w:t>batati rahi.</w:t>
      </w:r>
    </w:p>
    <w:p>
      <w:pPr>
        <w:jc w:val="right"/>
      </w:pPr>
      <w:r>
        <w:t>بتاتی رہی۔</w:t>
      </w:r>
    </w:p>
    <w:p>
      <w:r>
        <w:rPr>
          <w:b/>
        </w:rPr>
        <w:t xml:space="preserve">[44:23] </w:t>
      </w:r>
      <w:r>
        <w:t>yani Hazrat aisha jo hai, rasool Allah ke baad 50 saal tak living tape recorder bani rahi, zinda</w:t>
      </w:r>
    </w:p>
    <w:p>
      <w:pPr>
        <w:jc w:val="right"/>
      </w:pPr>
      <w:r>
        <w:t>یعنی حضرت عائشہ جو ہے، رسول اللہ کے بعد 50 سال تک لیونگ ٹیپ ریکارڈر بنی رہی، زندہ</w:t>
      </w:r>
    </w:p>
    <w:p>
      <w:r>
        <w:rPr>
          <w:b/>
        </w:rPr>
        <w:t xml:space="preserve">[44:31] </w:t>
      </w:r>
      <w:r>
        <w:t>tape recorder.</w:t>
      </w:r>
    </w:p>
    <w:p>
      <w:pPr>
        <w:jc w:val="right"/>
      </w:pPr>
      <w:r>
        <w:t>ٹیپ ریکارڈر۔</w:t>
      </w:r>
    </w:p>
    <w:p>
      <w:r>
        <w:rPr>
          <w:b/>
        </w:rPr>
        <w:t xml:space="preserve">[44:33] </w:t>
      </w:r>
      <w:r>
        <w:t>ab zara ghor kijiye, kitna bara role hai aisha ka aur museebaton ko saha unhon ne.</w:t>
      </w:r>
    </w:p>
    <w:p>
      <w:pPr>
        <w:jc w:val="right"/>
      </w:pPr>
      <w:r>
        <w:t>اب ذرا غور کیجئے، کتنا بڑا رول ہے عائشہ کا اور مصیبتوں کو سہا انہوں نے۔</w:t>
      </w:r>
    </w:p>
    <w:p>
      <w:r>
        <w:rPr>
          <w:b/>
        </w:rPr>
        <w:t xml:space="preserve">[44:39] </w:t>
      </w:r>
      <w:r>
        <w:t>wo zamana jo tha, wo zamana aaj to aap jayen makkah mein to wahan aisha ki farawani hai</w:t>
      </w:r>
    </w:p>
    <w:p>
      <w:pPr>
        <w:jc w:val="right"/>
      </w:pPr>
      <w:r>
        <w:t>وہ زمانہ جو تھا، وہ زمانہ آج تو آپ جائیں مکہ میں تو وہاں عائشہ کی فراوانی ہے</w:t>
      </w:r>
    </w:p>
    <w:p>
      <w:r>
        <w:rPr>
          <w:b/>
        </w:rPr>
        <w:t xml:space="preserve">[44:47] </w:t>
      </w:r>
      <w:r>
        <w:t>aur aisha ke zamane mein kya haal tha, is ko samjhiye aap.</w:t>
      </w:r>
    </w:p>
    <w:p>
      <w:pPr>
        <w:jc w:val="right"/>
      </w:pPr>
      <w:r>
        <w:t>اور عائشہ کے زمانے میں کیا حال تھا، اس کو سمجھئے آپ۔</w:t>
      </w:r>
    </w:p>
    <w:p>
      <w:r>
        <w:rPr>
          <w:b/>
        </w:rPr>
        <w:t xml:space="preserve">[44:52] </w:t>
      </w:r>
      <w:r>
        <w:t>yeh koi ishq aashiq ka mamla nahi tha, naoozubillah, museebaton mein apne aap ko daalne ka mamla</w:t>
      </w:r>
    </w:p>
    <w:p>
      <w:pPr>
        <w:jc w:val="right"/>
      </w:pPr>
      <w:r>
        <w:t>یہ کوئی عشق عاشق کا معاملہ نہیں تھا، نعوذ باللہ، مصیبتوں میں اپنے آپ کو ڈالنے کا معاملہ</w:t>
      </w:r>
    </w:p>
    <w:p>
      <w:r>
        <w:rPr>
          <w:b/>
        </w:rPr>
        <w:t xml:space="preserve">[45:00] </w:t>
      </w:r>
      <w:r>
        <w:t>tha.</w:t>
      </w:r>
    </w:p>
    <w:p>
      <w:pPr>
        <w:jc w:val="right"/>
      </w:pPr>
      <w:r>
        <w:t>تھا۔</w:t>
      </w:r>
    </w:p>
    <w:p>
      <w:r>
        <w:rPr>
          <w:b/>
        </w:rPr>
        <w:t xml:space="preserve">[45:02] </w:t>
      </w:r>
      <w:r>
        <w:t>aisha kehti hain ke ma shab al Muhammad yom qutil, hatta qabat rasool Allah sallallahu alaihi wasallam.</w:t>
      </w:r>
    </w:p>
    <w:p>
      <w:pPr>
        <w:jc w:val="right"/>
      </w:pPr>
      <w:r>
        <w:t>عائشہ کہتی ہیں کہ ما شب ال محمد یوم قتل، حتیٰ قبت رسول اللہ صلی اللہ علیہ وسلم۔</w:t>
      </w:r>
    </w:p>
    <w:p>
      <w:r>
        <w:rPr>
          <w:b/>
        </w:rPr>
        <w:t xml:space="preserve">[45:09] </w:t>
      </w:r>
      <w:r>
        <w:t>yani Muhammad ka khandan do din mutawatar pet bhar kar nahi khaya, is ne yahan tak ke aap</w:t>
      </w:r>
    </w:p>
    <w:p>
      <w:pPr>
        <w:jc w:val="right"/>
      </w:pPr>
      <w:r>
        <w:t>یعنی محمد کا خاندان دو دن متواتر پیٹ بھر کر نہیں کھایا، اس نے یہاں تک کہ آپ</w:t>
      </w:r>
    </w:p>
    <w:p>
      <w:r>
        <w:rPr>
          <w:b/>
        </w:rPr>
        <w:t xml:space="preserve">[45:17] </w:t>
      </w:r>
      <w:r>
        <w:t>ki wafat ho gayi.</w:t>
      </w:r>
    </w:p>
    <w:p>
      <w:pPr>
        <w:jc w:val="right"/>
      </w:pPr>
      <w:r>
        <w:t>کی وفات ہو گئی۔</w:t>
      </w:r>
    </w:p>
    <w:p>
      <w:r>
        <w:rPr>
          <w:b/>
        </w:rPr>
        <w:t xml:space="preserve">[45:19] </w:t>
      </w:r>
      <w:r>
        <w:t>yeh thi aisha ki zindagi.</w:t>
      </w:r>
    </w:p>
    <w:p>
      <w:pPr>
        <w:jc w:val="right"/>
      </w:pPr>
      <w:r>
        <w:t>یہ تھی عائشہ کی زندگی۔</w:t>
      </w:r>
    </w:p>
    <w:p>
      <w:r>
        <w:rPr>
          <w:b/>
        </w:rPr>
        <w:t xml:space="preserve">[45:21] </w:t>
      </w:r>
      <w:r>
        <w:t>ek ek jis mein rehti thi, wo ek jhonpra tha.</w:t>
      </w:r>
    </w:p>
    <w:p>
      <w:pPr>
        <w:jc w:val="right"/>
      </w:pPr>
      <w:r>
        <w:t>ایک ایک جس میں رہتی تھی، وہ ایک جھونپڑا تھا۔</w:t>
      </w:r>
    </w:p>
    <w:p>
      <w:r>
        <w:rPr>
          <w:b/>
        </w:rPr>
        <w:t xml:space="preserve">[45:25] </w:t>
      </w:r>
      <w:r>
        <w:t>wo us waqt poori masjid nabwi ek jhonpra thi, isi mein ek jhonpra un ka bana hua tha.</w:t>
      </w:r>
    </w:p>
    <w:p>
      <w:pPr>
        <w:jc w:val="right"/>
      </w:pPr>
      <w:r>
        <w:t>وہ اس وقت پوری مسجد نبوی ایک جھونپڑا تھی، اسی میں ایک جھونپڑا ان کا بنا ہوا تھا۔</w:t>
      </w:r>
    </w:p>
    <w:p>
      <w:r>
        <w:rPr>
          <w:b/>
        </w:rPr>
        <w:t xml:space="preserve">[45:33] </w:t>
      </w:r>
      <w:r>
        <w:t>jhonpre mein rehti thi, aaj kal kis tarah se wahan na drainage path tha, na pani tha, na</w:t>
      </w:r>
    </w:p>
    <w:p>
      <w:pPr>
        <w:jc w:val="right"/>
      </w:pPr>
      <w:r>
        <w:t>جھونپڑے میں رہتی تھی، آج کل کس طرح سے وہاں نہ ڈرائیج پاتھ تھا، نہ پانی تھا، نہ</w:t>
      </w:r>
    </w:p>
    <w:p>
      <w:r>
        <w:rPr>
          <w:b/>
        </w:rPr>
        <w:t xml:space="preserve">[45:41] </w:t>
      </w:r>
      <w:r>
        <w:t>kuch tha.</w:t>
      </w:r>
    </w:p>
    <w:p>
      <w:pPr>
        <w:jc w:val="right"/>
      </w:pPr>
      <w:r>
        <w:t>کچھ تھا۔</w:t>
      </w:r>
    </w:p>
    <w:p>
      <w:r>
        <w:rPr>
          <w:b/>
        </w:rPr>
        <w:t xml:space="preserve">[45:42] </w:t>
      </w:r>
      <w:r>
        <w:t>aur yeh tha maamla tha ke jaisa ke maine hadith sunai aap ko, kafa karata tha, kabhi</w:t>
      </w:r>
    </w:p>
    <w:p>
      <w:pPr>
        <w:jc w:val="right"/>
      </w:pPr>
      <w:r>
        <w:t>اور یہ تھا معاملہ تھا کہ جیسا کہ میں نے حدیث سنائی آپ کو، کفاء کراتا تھا، کبھی</w:t>
      </w:r>
    </w:p>
    <w:p>
      <w:r>
        <w:rPr>
          <w:b/>
        </w:rPr>
        <w:t xml:space="preserve">[45:50] </w:t>
      </w:r>
      <w:r>
        <w:t>mil gaya to kha liya, nahi to nahi.</w:t>
      </w:r>
    </w:p>
    <w:p>
      <w:pPr>
        <w:jc w:val="right"/>
      </w:pPr>
      <w:r>
        <w:t>مل گیا تو کھا لیا، نہیں تو نہیں۔</w:t>
      </w:r>
    </w:p>
    <w:p>
      <w:r>
        <w:rPr>
          <w:b/>
        </w:rPr>
        <w:t xml:space="preserve">[45:53] </w:t>
      </w:r>
      <w:r>
        <w:t>is tarah ki zindagi mein apne ko dala Hazrat Aisha ne, kyunke is mein aaram nahi tha, aish</w:t>
      </w:r>
    </w:p>
    <w:p>
      <w:pPr>
        <w:jc w:val="right"/>
      </w:pPr>
      <w:r>
        <w:t>اس طرح کی زندگی میں اپنے کو ڈالا حضرت عائشہ نے، کیونکہ اس میں آرام نہیں تھا، عیش</w:t>
      </w:r>
    </w:p>
    <w:p>
      <w:r>
        <w:rPr>
          <w:b/>
        </w:rPr>
        <w:t xml:space="preserve">[46:01] </w:t>
      </w:r>
      <w:r>
        <w:t>nahi tha, kuch bhi nahi tha is mein.</w:t>
      </w:r>
    </w:p>
    <w:p>
      <w:pPr>
        <w:jc w:val="right"/>
      </w:pPr>
      <w:r>
        <w:t>نہیں تھا، کچھ بھی نہیں تھا اس میں۔</w:t>
      </w:r>
    </w:p>
    <w:p>
      <w:r>
        <w:rPr>
          <w:b/>
        </w:rPr>
        <w:t xml:space="preserve">[46:04] </w:t>
      </w:r>
      <w:r>
        <w:t>kyun? taake Rasool Allah ke baad woh aap ki baaton ko ummat tak pahuncha sakein, insaan tak pahuncha</w:t>
      </w:r>
    </w:p>
    <w:p>
      <w:pPr>
        <w:jc w:val="right"/>
      </w:pPr>
      <w:r>
        <w:t>کیوں؟ تاکہ رسول اللہ کے بعد وہ آپ کی باتوں کو امت تک پہنچا سکیں، انسان تک پہنچا</w:t>
      </w:r>
    </w:p>
    <w:p>
      <w:r>
        <w:rPr>
          <w:b/>
        </w:rPr>
        <w:t xml:space="preserve">[46:12] </w:t>
      </w:r>
      <w:r>
        <w:t>sakein, jaisa ke unhon ne pahunchaya.</w:t>
      </w:r>
    </w:p>
    <w:p>
      <w:pPr>
        <w:jc w:val="right"/>
      </w:pPr>
      <w:r>
        <w:t>سکیں، جیسا کہ انہوں نے پہنچایا۔</w:t>
      </w:r>
    </w:p>
    <w:p>
      <w:r>
        <w:rPr>
          <w:b/>
        </w:rPr>
        <w:t xml:space="preserve">[46:15] </w:t>
      </w:r>
      <w:r>
        <w:t>yaani Rasool Allah ki wafat ke baad taqreeban 50 baras tak woh Rasool Allah ke baaton ka living</w:t>
      </w:r>
    </w:p>
    <w:p>
      <w:pPr>
        <w:jc w:val="right"/>
      </w:pPr>
      <w:r>
        <w:t>یعنی رسول اللہ کی وفات کے بعد تقریباً 50 برس تک وہ رسول اللہ کے باتوں کا لیونگ</w:t>
      </w:r>
    </w:p>
    <w:p>
      <w:r>
        <w:rPr>
          <w:b/>
        </w:rPr>
        <w:t xml:space="preserve">[46:22] </w:t>
      </w:r>
      <w:r>
        <w:t>tape recorder bani rahi hain.</w:t>
      </w:r>
    </w:p>
    <w:p>
      <w:pPr>
        <w:jc w:val="right"/>
      </w:pPr>
      <w:r>
        <w:t>ٹیپ ریکارڈر بنی رہی ہیں۔</w:t>
      </w:r>
    </w:p>
    <w:p>
      <w:r>
        <w:rPr>
          <w:b/>
        </w:rPr>
        <w:t xml:space="preserve">[46:24] </w:t>
      </w:r>
      <w:r>
        <w:t>ab mein aap ko ek aur baat is mein arz karunga ke istinbat Aisha kya cheez hai?</w:t>
      </w:r>
    </w:p>
    <w:p>
      <w:pPr>
        <w:jc w:val="right"/>
      </w:pPr>
      <w:r>
        <w:t>اب میں آپ کو ایک اور بات اس میں عرض کروں گا کہ استنبات عائشہ کیا چیز ہے؟</w:t>
      </w:r>
    </w:p>
    <w:p>
      <w:r>
        <w:rPr>
          <w:b/>
        </w:rPr>
        <w:t xml:space="preserve">[46:32] </w:t>
      </w:r>
      <w:r>
        <w:t>Aisha Aisha ke influencer, istinbat Aisha ke maani hain.</w:t>
      </w:r>
    </w:p>
    <w:p>
      <w:pPr>
        <w:jc w:val="right"/>
      </w:pPr>
      <w:r>
        <w:t>عائشہ عائشہ کے انفلوئنسر، استنبات عائشہ کے معنی ہیں۔</w:t>
      </w:r>
    </w:p>
    <w:p>
      <w:r>
        <w:rPr>
          <w:b/>
        </w:rPr>
        <w:t xml:space="preserve">[46:36] </w:t>
      </w:r>
      <w:r>
        <w:t>Aisha ke influencer Rasool Allah ko dekhna, dekhna, dekhna aur phir un se infer karna.</w:t>
      </w:r>
    </w:p>
    <w:p>
      <w:pPr>
        <w:jc w:val="right"/>
      </w:pPr>
      <w:r>
        <w:t>عائشہ کے انفلوئنسر رسول اللہ کو دیکھنا، دیکھنا، دیکھنا اور پھر ان سے انفر کرنا۔</w:t>
      </w:r>
    </w:p>
    <w:p>
      <w:r>
        <w:rPr>
          <w:b/>
        </w:rPr>
        <w:t xml:space="preserve">[46:42] </w:t>
      </w:r>
      <w:r>
        <w:t>to un ke influencer aise hain jo yaani is mein lafzi jo hadith hai, is mein nahi hai</w:t>
      </w:r>
    </w:p>
    <w:p>
      <w:pPr>
        <w:jc w:val="right"/>
      </w:pPr>
      <w:r>
        <w:t>تو ان کے انفلوئنسر ایسے ہیں جو یعنی اس میں لفظی جو حدیث ہے، اس میں نہیں ہے</w:t>
      </w:r>
    </w:p>
    <w:p>
      <w:r>
        <w:rPr>
          <w:b/>
        </w:rPr>
        <w:t xml:space="preserve">[46:50] </w:t>
      </w:r>
      <w:r>
        <w:t>maujood.</w:t>
      </w:r>
    </w:p>
    <w:p>
      <w:pPr>
        <w:jc w:val="right"/>
      </w:pPr>
      <w:r>
        <w:t>موجود۔</w:t>
      </w:r>
    </w:p>
    <w:p>
      <w:r>
        <w:rPr>
          <w:b/>
        </w:rPr>
        <w:t xml:space="preserve">[46:52] </w:t>
      </w:r>
      <w:r>
        <w:t>misal ek misal deta hoon mein aap ko ke Hazrat Aisha farmati hain, yeh hadith Bukhari mein hai</w:t>
      </w:r>
    </w:p>
    <w:p>
      <w:pPr>
        <w:jc w:val="right"/>
      </w:pPr>
      <w:r>
        <w:t>مثال ایک مثال دیتا ہوں میں آپ کو کہ حضرت عائشہ فرماتی ہیں، یہ حدیث بخاری میں ہے</w:t>
      </w:r>
    </w:p>
    <w:p>
      <w:r>
        <w:rPr>
          <w:b/>
        </w:rPr>
        <w:t xml:space="preserve">[46:59] </w:t>
      </w:r>
      <w:r>
        <w:t>کہ ما خیر رسول اللہ صلی اللہ علیہ وسلم بینہما، یعنی whenever the Prophet had to choose</w:t>
      </w:r>
    </w:p>
    <w:p>
      <w:pPr>
        <w:jc w:val="right"/>
      </w:pPr>
      <w:r>
        <w:t>کہ ما خیر رسول اللہ صلی اللہ علیہ وسلم بینہما، یعنی وین ایور دا پرافٹ ہیڈ ٹو چوز</w:t>
      </w:r>
    </w:p>
    <w:p>
      <w:r>
        <w:rPr>
          <w:b/>
        </w:rPr>
        <w:t xml:space="preserve">[47:07] </w:t>
      </w:r>
      <w:r>
        <w:t>Between the two, he always opted for easier option rather than harder option.</w:t>
      </w:r>
    </w:p>
    <w:p>
      <w:pPr>
        <w:jc w:val="right"/>
      </w:pPr>
      <w:r>
        <w:t>بٹوین دا ٹو، ہی الویز اپٹڈ فار ایزر آپشن رادر دین ہارڈر آپشن۔</w:t>
      </w:r>
    </w:p>
    <w:p>
      <w:r>
        <w:rPr>
          <w:b/>
        </w:rPr>
        <w:t xml:space="preserve">[47:13] </w:t>
      </w:r>
      <w:r>
        <w:t>yaani koi masla pesh aaya, is mein hamesha do option honge hote hain.</w:t>
      </w:r>
    </w:p>
    <w:p>
      <w:pPr>
        <w:jc w:val="right"/>
      </w:pPr>
      <w:r>
        <w:t>یعنی کوئی مسئلہ پیش آیا، اس میں ہمیشہ دو آپشن ہوں گے ہوتے ہیں۔</w:t>
      </w:r>
    </w:p>
    <w:p>
      <w:r>
        <w:rPr>
          <w:b/>
        </w:rPr>
        <w:t xml:space="preserve">[47:19] </w:t>
      </w:r>
      <w:r>
        <w:t>یعنی ایک ہے مثال کے طور پر peaceful option، ایک ہے violent option، easier option اور harder</w:t>
      </w:r>
    </w:p>
    <w:p>
      <w:pPr>
        <w:jc w:val="right"/>
      </w:pPr>
      <w:r>
        <w:t>یعنی ایک ہے مثال کے طور پر پیس فل آپشن، ایک ہے وائلنٹ آپشن، ایزر آپشن اور ہارڈر</w:t>
      </w:r>
    </w:p>
    <w:p>
      <w:r>
        <w:rPr>
          <w:b/>
        </w:rPr>
        <w:t xml:space="preserve">[47:26] </w:t>
      </w:r>
      <w:r>
        <w:t>option.</w:t>
      </w:r>
    </w:p>
    <w:p>
      <w:pPr>
        <w:jc w:val="right"/>
      </w:pPr>
      <w:r>
        <w:t>آپشن۔</w:t>
      </w:r>
    </w:p>
    <w:p>
      <w:r>
        <w:rPr>
          <w:b/>
        </w:rPr>
        <w:t xml:space="preserve">[47:28] </w:t>
      </w:r>
      <w:r>
        <w:t>تو رسول اللہ ہمیشہ easier option کو لیتے تھے، harder option کو چھوڑ دیتے تھے۔</w:t>
      </w:r>
    </w:p>
    <w:p>
      <w:pPr>
        <w:jc w:val="right"/>
      </w:pPr>
      <w:r>
        <w:t>تو رسول اللہ ہمیشہ ایزر آپشن کو لیتے تھے، ہارڈر آپشن کو چھوڑ دیتے تھے۔</w:t>
      </w:r>
    </w:p>
    <w:p>
      <w:r>
        <w:rPr>
          <w:b/>
        </w:rPr>
        <w:t xml:space="preserve">[47:34] </w:t>
      </w:r>
      <w:r>
        <w:t>yeh itni badi baat thi, badi baat baat thi ke jo Aisha ne aks ki, aaj bhi Usman</w:t>
      </w:r>
    </w:p>
    <w:p>
      <w:pPr>
        <w:jc w:val="right"/>
      </w:pPr>
      <w:r>
        <w:t>یہ اتنی بڑی بات تھی، بڑی بات بات تھی کہ جو عائشہ نے عکس کی، آج بھی عثمان</w:t>
      </w:r>
    </w:p>
    <w:p>
      <w:r>
        <w:rPr>
          <w:b/>
        </w:rPr>
        <w:t xml:space="preserve">[47:42] </w:t>
      </w:r>
      <w:r>
        <w:t>nahi jante is ko.</w:t>
      </w:r>
    </w:p>
    <w:p>
      <w:pPr>
        <w:jc w:val="right"/>
      </w:pPr>
      <w:r>
        <w:t>نہیں جانتے اس کو۔</w:t>
      </w:r>
    </w:p>
    <w:p>
      <w:r>
        <w:rPr>
          <w:b/>
        </w:rPr>
        <w:t xml:space="preserve">[47:44] </w:t>
      </w:r>
      <w:r>
        <w:t>aap ghor kijiye, har jagah jahan Musalman ladai ki hui hain, har jagah peaceful activism ka option</w:t>
      </w:r>
    </w:p>
    <w:p>
      <w:pPr>
        <w:jc w:val="right"/>
      </w:pPr>
      <w:r>
        <w:t>آپ غور کیجئے، ہر جگہ جہاں مسلمان لڑائی کی ہوئی ہیں، ہر جگہ پیس فل ایکٹیوزم کا آپشن</w:t>
      </w:r>
    </w:p>
    <w:p>
      <w:r>
        <w:rPr>
          <w:b/>
        </w:rPr>
        <w:t xml:space="preserve">[47:51] </w:t>
      </w:r>
      <w:r>
        <w:t>maujood hai.</w:t>
      </w:r>
    </w:p>
    <w:p>
      <w:pPr>
        <w:jc w:val="right"/>
      </w:pPr>
      <w:r>
        <w:t>موجود ہے۔</w:t>
      </w:r>
    </w:p>
    <w:p>
      <w:r>
        <w:rPr>
          <w:b/>
        </w:rPr>
        <w:t xml:space="preserve">[47:53] </w:t>
      </w:r>
      <w:r>
        <w:t>جتنی بھی جگہیں ہیں، without any exception، جہاں جہاں لڑائی چھڑی ہوئی ہیں مسلمان، یعنی وہ militancies</w:t>
      </w:r>
    </w:p>
    <w:p>
      <w:pPr>
        <w:jc w:val="right"/>
      </w:pPr>
      <w:r>
        <w:t>جتنی بھی جگہیں ہیں، ودا آؤٹ اینی ایکسیپشن، جہاں جہاں لڑائی چھڑی ہوئی ہیں مسلمان، یعنی وہ ملٹینسیز</w:t>
      </w:r>
    </w:p>
    <w:p>
      <w:r>
        <w:rPr>
          <w:b/>
        </w:rPr>
        <w:t xml:space="preserve">[48:01] </w:t>
      </w:r>
      <w:r>
        <w:t>chhide hue hain, aap bhi struggle kar rahe hain, halanke ain usi waqt wahan par peaceful method</w:t>
      </w:r>
    </w:p>
    <w:p>
      <w:pPr>
        <w:jc w:val="right"/>
      </w:pPr>
      <w:r>
        <w:t>چھڑے ہوئے ہیں، آپ بھی سٹرگل کر رہے ہیں، حالانکہ عین اسی وقت وہاں پر پیس فل میتھڈ</w:t>
      </w:r>
    </w:p>
    <w:p>
      <w:r>
        <w:rPr>
          <w:b/>
        </w:rPr>
        <w:t xml:space="preserve">[48:08] </w:t>
      </w:r>
      <w:r>
        <w:t>ka option maujood hai.</w:t>
      </w:r>
    </w:p>
    <w:p>
      <w:pPr>
        <w:jc w:val="right"/>
      </w:pPr>
      <w:r>
        <w:t>کا آپشن موجود ہے۔</w:t>
      </w:r>
    </w:p>
    <w:p>
      <w:r>
        <w:rPr>
          <w:b/>
        </w:rPr>
        <w:t xml:space="preserve">[48:10] </w:t>
      </w:r>
      <w:r>
        <w:t>aaj bhi log be khabar hain Hazrat Aisha ke is itne bade inference se.</w:t>
      </w:r>
    </w:p>
    <w:p>
      <w:pPr>
        <w:jc w:val="right"/>
      </w:pPr>
      <w:r>
        <w:t>آج بھی لوگ بے خبر ہیں حضرت عائشہ کے اس اتنے بڑے انفرنس سے۔</w:t>
      </w:r>
    </w:p>
    <w:p>
      <w:r>
        <w:rPr>
          <w:b/>
        </w:rPr>
        <w:t xml:space="preserve">[48:16] </w:t>
      </w:r>
      <w:r>
        <w:t>to is is is naujawan ladki ne Hazrat Aisha ke sath, Hazrat Rasool Allah sallallahu alaihi wasallam</w:t>
      </w:r>
    </w:p>
    <w:p>
      <w:pPr>
        <w:jc w:val="right"/>
      </w:pPr>
      <w:r>
        <w:t>تو اس اس اس نوجوان لڑکی نے حضرت عائشہ کے ساتھ، حضرت رسول اللہ صلی اللہ علیہ وسلم</w:t>
      </w:r>
    </w:p>
    <w:p>
      <w:r>
        <w:rPr>
          <w:b/>
        </w:rPr>
        <w:t xml:space="preserve">[48:24] </w:t>
      </w:r>
      <w:r>
        <w:t>ke sath kitna minutely dekha hoga? Rasool Allah ko kitna minutely dekha hoga? kitna ghor kiya hoga? kyunke</w:t>
      </w:r>
    </w:p>
    <w:p>
      <w:pPr>
        <w:jc w:val="right"/>
      </w:pPr>
      <w:r>
        <w:t>کے ساتھ کتنا مانیوٹلی دیکھا ہوگا؟ رسول اللہ کو کتنا مانیوٹلی دیکھا ہوگا؟ کتنا غور کیا ہوگا؟ کیونکہ</w:t>
      </w:r>
    </w:p>
    <w:p>
      <w:r>
        <w:rPr>
          <w:b/>
        </w:rPr>
        <w:t xml:space="preserve">[48:32] </w:t>
      </w:r>
      <w:r>
        <w:t>rasoolullah salallaho alaihe wasallam hazrat aisha ko safar bhi sath le jate the.</w:t>
      </w:r>
    </w:p>
    <w:p>
      <w:pPr>
        <w:jc w:val="right"/>
      </w:pPr>
      <w:r>
        <w:t>رسول اللہ صلی اللہ علیہ وسلم حضرت عائشہ کو سفر بھی ساتھ لے جاتے تھے۔</w:t>
      </w:r>
    </w:p>
    <w:p>
      <w:r>
        <w:rPr>
          <w:b/>
        </w:rPr>
        <w:t xml:space="preserve">[48:38] </w:t>
      </w:r>
      <w:r>
        <w:t>phir aks kiya hoga? yeh baat qouli taur par hadith mein nahi hai, yaani koi hadith nahi aisi</w:t>
      </w:r>
    </w:p>
    <w:p>
      <w:pPr>
        <w:jc w:val="right"/>
      </w:pPr>
      <w:r>
        <w:t>پھر عکس کیا ہوگا؟ یہ بات قولی طور پر حدیث میں نہیں ہے، یعنی کوئی حدیث نہیں ایسی</w:t>
      </w:r>
    </w:p>
    <w:p>
      <w:r>
        <w:rPr>
          <w:b/>
        </w:rPr>
        <w:t xml:space="preserve">[48:46] </w:t>
      </w:r>
      <w:r>
        <w:t>hai jo lafzan batati ho ke rasoolullah ka tareeqa yeh tha ya aisha ke istinbat hain, un</w:t>
      </w:r>
    </w:p>
    <w:p>
      <w:pPr>
        <w:jc w:val="right"/>
      </w:pPr>
      <w:r>
        <w:t>ہے جو لفظاً بتاتی ہو کہ رسول اللہ کا طریقہ یہ تھا یا عائشہ کے استنبات ہیں، ان</w:t>
      </w:r>
    </w:p>
    <w:p>
      <w:r>
        <w:rPr>
          <w:b/>
        </w:rPr>
        <w:t xml:space="preserve">[48:53] </w:t>
      </w:r>
      <w:r>
        <w:t>ka inference hai.</w:t>
      </w:r>
    </w:p>
    <w:p>
      <w:pPr>
        <w:jc w:val="right"/>
      </w:pPr>
      <w:r>
        <w:t>کا انفرنس ہے۔</w:t>
      </w:r>
    </w:p>
    <w:p>
      <w:r>
        <w:rPr>
          <w:b/>
        </w:rPr>
        <w:t xml:space="preserve">[48:55] </w:t>
      </w:r>
      <w:r>
        <w:t>aur yeh mein samajhta hoon ke yeh yeh cat wall success hai, yeh super formula hai, yeh zindagi</w:t>
      </w:r>
    </w:p>
    <w:p>
      <w:pPr>
        <w:jc w:val="right"/>
      </w:pPr>
      <w:r>
        <w:t>اور یہ میں سمجھتا ہوں کہ یہ یہ کیٹ وال سکسیس ہے، یہ سپر فارمولا ہے، یہ زندگی</w:t>
      </w:r>
    </w:p>
    <w:p>
      <w:r>
        <w:rPr>
          <w:b/>
        </w:rPr>
        <w:t xml:space="preserve">[49:03] </w:t>
      </w:r>
      <w:r>
        <w:t>ka super formula hai.</w:t>
      </w:r>
    </w:p>
    <w:p>
      <w:pPr>
        <w:jc w:val="right"/>
      </w:pPr>
      <w:r>
        <w:t>کا سپر فارمولا ہے۔</w:t>
      </w:r>
    </w:p>
    <w:p>
      <w:r>
        <w:rPr>
          <w:b/>
        </w:rPr>
        <w:t xml:space="preserve">[49:04] </w:t>
      </w:r>
      <w:r>
        <w:t>yeh chahe ghar ka masla ho, society ka masla ho, national masla ho, international masla ho, koi bhi</w:t>
      </w:r>
    </w:p>
    <w:p>
      <w:pPr>
        <w:jc w:val="right"/>
      </w:pPr>
      <w:r>
        <w:t>یہ چاہے گھر کا مسئلہ ہو، سوسائٹی کا مسئلہ ہو، نیشنل مسئلہ ہو، انٹرنیشنل مسئلہ ہو، کوئی بھی</w:t>
      </w:r>
    </w:p>
    <w:p>
      <w:r>
        <w:rPr>
          <w:b/>
        </w:rPr>
        <w:t xml:space="preserve">[49:12] </w:t>
      </w:r>
      <w:r>
        <w:t>masla ho, super formula hai ke talash karo easier course of action ko aur avoid karo harder course</w:t>
      </w:r>
    </w:p>
    <w:p>
      <w:pPr>
        <w:jc w:val="right"/>
      </w:pPr>
      <w:r>
        <w:t>مسئلہ ہو، سپر فارمولا ہے کہ تلاش کرو ایزر کورس آف ایکشن کو اور اوائڈ کرو ہارڈر کورس</w:t>
      </w:r>
    </w:p>
    <w:p>
      <w:r>
        <w:rPr>
          <w:b/>
        </w:rPr>
        <w:t xml:space="preserve">[49:20] </w:t>
      </w:r>
      <w:r>
        <w:t>of action ko.</w:t>
      </w:r>
    </w:p>
    <w:p>
      <w:pPr>
        <w:jc w:val="right"/>
      </w:pPr>
      <w:r>
        <w:t>آف ایکشن کو۔</w:t>
      </w:r>
    </w:p>
    <w:p>
      <w:r>
        <w:rPr>
          <w:b/>
        </w:rPr>
        <w:t xml:space="preserve">[49:21] </w:t>
      </w:r>
      <w:r>
        <w:t>In every situation, there are two options.</w:t>
      </w:r>
    </w:p>
    <w:p>
      <w:pPr>
        <w:jc w:val="right"/>
      </w:pPr>
      <w:r>
        <w:t>ان ایوری سچوئیشن، دیر آر ٹو آپشنز۔</w:t>
      </w:r>
    </w:p>
    <w:p>
      <w:r>
        <w:rPr>
          <w:b/>
        </w:rPr>
        <w:t xml:space="preserve">[49:24] </w:t>
      </w:r>
      <w:r>
        <w:t>In every, in every situation, without any exception, there are two options: easier course of action, harder</w:t>
      </w:r>
    </w:p>
    <w:p>
      <w:pPr>
        <w:jc w:val="right"/>
      </w:pPr>
      <w:r>
        <w:t>ان ایوری، ان ایوری سچوئیشن، ودا آؤٹ اینی ایکسیپشن، دیر آر ٹو آپشنز: ایزر کورس آف ایکشن، ہارڈر</w:t>
      </w:r>
    </w:p>
    <w:p>
      <w:r>
        <w:rPr>
          <w:b/>
        </w:rPr>
        <w:t xml:space="preserve">[49:32] </w:t>
      </w:r>
      <w:r>
        <w:t>course of action.</w:t>
      </w:r>
    </w:p>
    <w:p>
      <w:pPr>
        <w:jc w:val="right"/>
      </w:pPr>
      <w:r>
        <w:t>کورس آف ایکشن۔</w:t>
      </w:r>
    </w:p>
    <w:p>
      <w:r>
        <w:rPr>
          <w:b/>
        </w:rPr>
        <w:t xml:space="preserve">[49:33] </w:t>
      </w:r>
      <w:r>
        <w:t>تو you have to opt for easier course of action rather than harder course of action.</w:t>
      </w:r>
    </w:p>
    <w:p>
      <w:pPr>
        <w:jc w:val="right"/>
      </w:pPr>
      <w:r>
        <w:t>تو یو ہیو ٹو اپٹ فار ایزر کورس آف ایکشن رادر دین ہارڈر کورس آف ایکشن۔</w:t>
      </w:r>
    </w:p>
    <w:p>
      <w:r>
        <w:rPr>
          <w:b/>
        </w:rPr>
        <w:t xml:space="preserve">[49:40] </w:t>
      </w:r>
      <w:r>
        <w:t>yeh tha prophetic sunnat.</w:t>
      </w:r>
    </w:p>
    <w:p>
      <w:pPr>
        <w:jc w:val="right"/>
      </w:pPr>
      <w:r>
        <w:t>یہ تھا پرافٹک سنت۔</w:t>
      </w:r>
    </w:p>
    <w:p>
      <w:r>
        <w:rPr>
          <w:b/>
        </w:rPr>
        <w:t xml:space="preserve">[49:42] </w:t>
      </w:r>
      <w:r>
        <w:t>ab dekh, yeh baat hazrat aisha se mili, aap ko ek khatoon ke zariye mili, kisi mard se</w:t>
      </w:r>
    </w:p>
    <w:p>
      <w:pPr>
        <w:jc w:val="right"/>
      </w:pPr>
      <w:r>
        <w:t>اب دیکھ، یہ بات حضرت عائشہ سے ملی، آپ کو ایک خاتون کے ذریعے ملی، کسی مرد سے</w:t>
      </w:r>
    </w:p>
    <w:p>
      <w:r>
        <w:rPr>
          <w:b/>
        </w:rPr>
        <w:t xml:space="preserve">[49:50] </w:t>
      </w:r>
      <w:r>
        <w:t>nahi mili.</w:t>
      </w:r>
    </w:p>
    <w:p>
      <w:pPr>
        <w:jc w:val="right"/>
      </w:pPr>
      <w:r>
        <w:t>نہیں ملی۔</w:t>
      </w:r>
    </w:p>
    <w:p>
      <w:r>
        <w:rPr>
          <w:b/>
        </w:rPr>
        <w:t xml:space="preserve">[49:51] </w:t>
      </w:r>
      <w:r>
        <w:t>aap to kitna bara role hai ek khatoon ka, kitna bara role hai ek khatoon ka.</w:t>
      </w:r>
    </w:p>
    <w:p>
      <w:pPr>
        <w:jc w:val="right"/>
      </w:pPr>
      <w:r>
        <w:t>آپ تو کتنا بڑا رول ہے ایک خاتون کا، کتنا بڑا رول ہے ایک خاتون کا۔</w:t>
      </w:r>
    </w:p>
    <w:p>
      <w:r>
        <w:rPr>
          <w:b/>
        </w:rPr>
        <w:t xml:space="preserve">[49:58] </w:t>
      </w:r>
      <w:r>
        <w:t>to mein yeh kahunga phir dobara ke east ne bhi ghalti ki, west ne bhi ghalti ki.</w:t>
      </w:r>
    </w:p>
    <w:p>
      <w:pPr>
        <w:jc w:val="right"/>
      </w:pPr>
      <w:r>
        <w:t>تو میں یہ کہوں گا پھر دوبارہ کہ ایسٹ نے بھی غلطی کی، ویسٹ نے بھی غلطی کی۔</w:t>
      </w:r>
    </w:p>
    <w:p>
      <w:r>
        <w:rPr>
          <w:b/>
        </w:rPr>
        <w:t xml:space="preserve">[50:06] </w:t>
      </w:r>
      <w:r>
        <w:t>east ne ghalti yeh ki ke aurat ko kam samajh liya, inferior samajh liya, un ko daba kar</w:t>
      </w:r>
    </w:p>
    <w:p>
      <w:pPr>
        <w:jc w:val="right"/>
      </w:pPr>
      <w:r>
        <w:t>ایسٹ نے غلطی یہ کی کہ عورت کو کم سمجھ لیا، انفیریئر سمجھ لیا، ان کو دبا کر</w:t>
      </w:r>
    </w:p>
    <w:p>
      <w:r>
        <w:rPr>
          <w:b/>
        </w:rPr>
        <w:t xml:space="preserve">[50:14] </w:t>
      </w:r>
      <w:r>
        <w:t>rakho, aurat ko daba kar rakho, aurat ko ghar band kar ke rakho, aurat ko bas gharelu zimmey</w:t>
      </w:r>
    </w:p>
    <w:p>
      <w:pPr>
        <w:jc w:val="right"/>
      </w:pPr>
      <w:r>
        <w:t>رکھو، عورت کو دبا کر رکھو، عورت کو گھر بند کر کے رکھو، عورت کو بس گھریلو ذمہ</w:t>
      </w:r>
    </w:p>
    <w:p>
      <w:r>
        <w:rPr>
          <w:b/>
        </w:rPr>
        <w:t xml:space="preserve">[50:21] </w:t>
      </w:r>
      <w:r>
        <w:t>dariyan do aur kuch karna nahi hai us ko.</w:t>
      </w:r>
    </w:p>
    <w:p>
      <w:pPr>
        <w:jc w:val="right"/>
      </w:pPr>
      <w:r>
        <w:t>داریاں دو اور کچھ کرنا نہیں ہے اس کو۔</w:t>
      </w:r>
    </w:p>
    <w:p>
      <w:r>
        <w:rPr>
          <w:b/>
        </w:rPr>
        <w:t xml:space="preserve">[50:25] </w:t>
      </w:r>
      <w:r>
        <w:t>yeh east ne kiya, west ne kiya? kiya bilkul equal, jo woh hai, wahi woh, jo woh kare,</w:t>
      </w:r>
    </w:p>
    <w:p>
      <w:pPr>
        <w:jc w:val="right"/>
      </w:pPr>
      <w:r>
        <w:t>یہ ایسٹ نے کیا، ویسٹ نے کیا؟ کیا بالکل ایکول، جو وہ ہے، وہی وہ، جو وہ کرے،</w:t>
      </w:r>
    </w:p>
    <w:p>
      <w:r>
        <w:rPr>
          <w:b/>
        </w:rPr>
        <w:t xml:space="preserve">[50:33] </w:t>
      </w:r>
      <w:r>
        <w:t>wahi woh kare.</w:t>
      </w:r>
    </w:p>
    <w:p>
      <w:pPr>
        <w:jc w:val="right"/>
      </w:pPr>
      <w:r>
        <w:t>وہی وہ کرے۔</w:t>
      </w:r>
    </w:p>
    <w:p>
      <w:r>
        <w:rPr>
          <w:b/>
        </w:rPr>
        <w:t xml:space="preserve">[50:34] </w:t>
      </w:r>
      <w:r>
        <w:t>یعنی ایک ہی workplace دونوں کا کر کر دیا انہوں نے۔</w:t>
      </w:r>
    </w:p>
    <w:p>
      <w:pPr>
        <w:jc w:val="right"/>
      </w:pPr>
      <w:r>
        <w:t>یعنی ایک ہی ورک پلیس دونوں کا کر کر دیا انہوں نے۔</w:t>
      </w:r>
    </w:p>
    <w:p>
      <w:r>
        <w:rPr>
          <w:b/>
        </w:rPr>
        <w:t xml:space="preserve">[50:39] </w:t>
      </w:r>
      <w:r>
        <w:t>to yeh bhi ek extreme, woh doosri extreme, dono do extreme par hain.</w:t>
      </w:r>
    </w:p>
    <w:p>
      <w:pPr>
        <w:jc w:val="right"/>
      </w:pPr>
      <w:r>
        <w:t>تو یہ بھی ایک ایکسٹریم، وہ دوسری ایکسٹریم، دونوں دو ایکسٹریم پر ہیں۔</w:t>
      </w:r>
    </w:p>
    <w:p>
      <w:r>
        <w:rPr>
          <w:b/>
        </w:rPr>
        <w:t xml:space="preserve">[50:45] </w:t>
      </w:r>
      <w:r>
        <w:t>yeh ghalt hai, yeh sahi hai ke dono apne apne role ko samjhein, mard aurat ke role ko</w:t>
      </w:r>
    </w:p>
    <w:p>
      <w:pPr>
        <w:jc w:val="right"/>
      </w:pPr>
      <w:r>
        <w:t>یہ غلط ہے، یہ صحیح ہے کہ دونوں اپنے اپنے رول کو سمجھیں، مرد عورت کے رول کو</w:t>
      </w:r>
    </w:p>
    <w:p>
      <w:r>
        <w:rPr>
          <w:b/>
        </w:rPr>
        <w:t xml:space="preserve">[50:53] </w:t>
      </w:r>
      <w:r>
        <w:t>samjhein, aurat mard ke role ko discover karein.</w:t>
      </w:r>
    </w:p>
    <w:p>
      <w:pPr>
        <w:jc w:val="right"/>
      </w:pPr>
      <w:r>
        <w:t>سمجھیں، عورت مرد کے رول کو ڈسکور کریں۔</w:t>
      </w:r>
    </w:p>
    <w:p>
      <w:r>
        <w:rPr>
          <w:b/>
        </w:rPr>
        <w:t xml:space="preserve">[50:56] </w:t>
      </w:r>
      <w:r>
        <w:t>to dono mil kar ke cause will ke tehat chalein.</w:t>
      </w:r>
    </w:p>
    <w:p>
      <w:pPr>
        <w:jc w:val="right"/>
      </w:pPr>
      <w:r>
        <w:t>تو دونوں مل کر کے کاز ول کے تحت چلیں۔</w:t>
      </w:r>
    </w:p>
    <w:p>
      <w:r>
        <w:rPr>
          <w:b/>
        </w:rPr>
        <w:t xml:space="preserve">[51:00] </w:t>
      </w:r>
      <w:r>
        <w:t>is tarah se yeh hai islam ki tareekh.</w:t>
      </w:r>
    </w:p>
    <w:p>
      <w:pPr>
        <w:jc w:val="right"/>
      </w:pPr>
      <w:r>
        <w:t>اس طرح سے یہ ہے اسلام کی تاریخ۔</w:t>
      </w:r>
    </w:p>
    <w:p>
      <w:r>
        <w:rPr>
          <w:b/>
        </w:rPr>
        <w:t xml:space="preserve">[51:04] </w:t>
      </w:r>
      <w:r>
        <w:t>hum is mission mein isi ko zinda karna chahte hain.</w:t>
      </w:r>
    </w:p>
    <w:p>
      <w:pPr>
        <w:jc w:val="right"/>
      </w:pPr>
      <w:r>
        <w:t>ہم اس مشن میں اسی کو زندہ کرنا چاہتے ہیں۔</w:t>
      </w:r>
    </w:p>
    <w:p>
      <w:r>
        <w:rPr>
          <w:b/>
        </w:rPr>
        <w:t xml:space="preserve">[51:08] </w:t>
      </w:r>
      <w:r>
        <w:t>main yeh kahoon ga hamare mission mein jo mard jure hain, abhi bhi main kahoon ga un ke</w:t>
      </w:r>
    </w:p>
    <w:p>
      <w:pPr>
        <w:jc w:val="right"/>
      </w:pPr>
      <w:r>
        <w:t>میں یہ کہوں گا ہمارے مشن میں جو مرد جڑے ہیں، ابھی بھی میں کہوں گا ان کے</w:t>
      </w:r>
    </w:p>
    <w:p>
      <w:r>
        <w:rPr>
          <w:b/>
        </w:rPr>
        <w:t xml:space="preserve">[51:16] </w:t>
      </w:r>
      <w:r>
        <w:t>andar sahi tor par yeh cheez, yeh cheez samajh nahi aai hai.</w:t>
      </w:r>
    </w:p>
    <w:p>
      <w:pPr>
        <w:jc w:val="right"/>
      </w:pPr>
      <w:r>
        <w:t>اندر صحیح طور پر یہ چیز، یہ چیز سمجھ نہیں آئی ہے۔</w:t>
      </w:r>
    </w:p>
    <w:p>
      <w:r>
        <w:rPr>
          <w:b/>
        </w:rPr>
        <w:t xml:space="preserve">[51:21] </w:t>
      </w:r>
      <w:r>
        <w:t>kuch logon ko to aai hai, lekin aksar logon ko to nahi aai hai.</w:t>
      </w:r>
    </w:p>
    <w:p>
      <w:pPr>
        <w:jc w:val="right"/>
      </w:pPr>
      <w:r>
        <w:t>کچھ لوگوں کو تو آئی ہے، لیکن اکثر لوگوں کو تو نہیں آئی ہے۔</w:t>
      </w:r>
    </w:p>
    <w:p>
      <w:r>
        <w:rPr>
          <w:b/>
        </w:rPr>
        <w:t xml:space="preserve">[51:27] </w:t>
      </w:r>
      <w:r>
        <w:t>تو you have to discover the importance of women, you have to discover the the role of women.</w:t>
      </w:r>
    </w:p>
    <w:p>
      <w:pPr>
        <w:jc w:val="right"/>
      </w:pPr>
      <w:r>
        <w:t>تو یو ہیو ٹو ڈسکور دا امپورٹنس آف وومن، یو ہیو ٹو ڈسکور دا دا رول آف وومن۔</w:t>
      </w:r>
    </w:p>
    <w:p>
      <w:r>
        <w:rPr>
          <w:b/>
        </w:rPr>
        <w:t xml:space="preserve">[51:35] </w:t>
      </w:r>
      <w:r>
        <w:t>jo hamare mission jo laray lagay hue hain, yahan se le kar bahir ke mulkon tak, main un</w:t>
      </w:r>
    </w:p>
    <w:p>
      <w:pPr>
        <w:jc w:val="right"/>
      </w:pPr>
      <w:r>
        <w:t>جو ہمارے مشن جو لڑے لگے ہوئے ہیں، یہاں سے لے کر باہر کے ملکوں تک، میں ان</w:t>
      </w:r>
    </w:p>
    <w:p>
      <w:r>
        <w:rPr>
          <w:b/>
        </w:rPr>
        <w:t xml:space="preserve">[51:42] </w:t>
      </w:r>
      <w:r>
        <w:t>se kahoon ga ke aap apne aap is is cheez ko samjhiye ke aurat ka role jo hai,</w:t>
      </w:r>
    </w:p>
    <w:p>
      <w:pPr>
        <w:jc w:val="right"/>
      </w:pPr>
      <w:r>
        <w:t>سے کہوں گا کہ آپ اپنے آپ اس اس چیز کو سمجھئے کہ عورت کا رول جو ہے،</w:t>
      </w:r>
    </w:p>
    <w:p>
      <w:r>
        <w:rPr>
          <w:b/>
        </w:rPr>
        <w:t xml:space="preserve">[51:50] </w:t>
      </w:r>
      <w:r>
        <w:t>woh hamein revive karna hai, woh zinda karna hai.</w:t>
      </w:r>
    </w:p>
    <w:p>
      <w:pPr>
        <w:jc w:val="right"/>
      </w:pPr>
      <w:r>
        <w:t>وہ ہمیں ریوائیو کرنا ہے، وہ زندہ کرنا ہے۔</w:t>
      </w:r>
    </w:p>
    <w:p>
      <w:r>
        <w:rPr>
          <w:b/>
        </w:rPr>
        <w:t xml:space="preserve">[51:54] </w:t>
      </w:r>
      <w:r>
        <w:t>role ko hamare, main hamare jo saathi hain, un ki majority wahi hai ke abhi tak unhon ne</w:t>
      </w:r>
    </w:p>
    <w:p>
      <w:pPr>
        <w:jc w:val="right"/>
      </w:pPr>
      <w:r>
        <w:t>رول کو ہمارے، میں ہمارے جو ساتھی ہیں، ان کی میجورٹی وہی ہے کہ ابھی تک انہوں نے</w:t>
      </w:r>
    </w:p>
    <w:p>
      <w:r>
        <w:rPr>
          <w:b/>
        </w:rPr>
        <w:t xml:space="preserve">[52:02] </w:t>
      </w:r>
      <w:r>
        <w:t>is discover nahi kiya.</w:t>
      </w:r>
    </w:p>
    <w:p>
      <w:pPr>
        <w:jc w:val="right"/>
      </w:pPr>
      <w:r>
        <w:t>اس ڈسکور نہیں کیا۔</w:t>
      </w:r>
    </w:p>
    <w:p>
      <w:r>
        <w:rPr>
          <w:b/>
        </w:rPr>
        <w:t xml:space="preserve">[52:03] </w:t>
      </w:r>
      <w:r>
        <w:t>is ki wajah kya hai? is ki wajah aik aur hai, woh yeh hai ke yeh hamare mard</w:t>
      </w:r>
    </w:p>
    <w:p>
      <w:pPr>
        <w:jc w:val="right"/>
      </w:pPr>
      <w:r>
        <w:t>اس کی وجہ کیا ہے؟ اس کی وجہ ایک اور ہے، وہ یہ ہے کہ یہ ہمارے مرد</w:t>
      </w:r>
    </w:p>
    <w:p>
      <w:r>
        <w:rPr>
          <w:b/>
        </w:rPr>
        <w:t xml:space="preserve">[52:11] </w:t>
      </w:r>
      <w:r>
        <w:t>jo hain, chahe hamare mission ke log hon ya bahir ke log hon, yeh kya chahte hain? ke</w:t>
      </w:r>
    </w:p>
    <w:p>
      <w:pPr>
        <w:jc w:val="right"/>
      </w:pPr>
      <w:r>
        <w:t>جو ہیں، چاہے ہمارے مشن کے لوگ ہوں یا باہر کے لوگ ہوں، یہ کیا چاہتے ہیں؟ کہ</w:t>
      </w:r>
    </w:p>
    <w:p>
      <w:r>
        <w:rPr>
          <w:b/>
        </w:rPr>
        <w:t xml:space="preserve">[52:19] </w:t>
      </w:r>
      <w:r>
        <w:t>auratein ghar sambhalein, family ko entertain karein, bachon ke sambhalein.</w:t>
      </w:r>
    </w:p>
    <w:p>
      <w:pPr>
        <w:jc w:val="right"/>
      </w:pPr>
      <w:r>
        <w:t>عورتیں گھر سنبھالیں، فیملی کو انٹرٹین کریں، بچوں کے سنبھالیں۔</w:t>
      </w:r>
    </w:p>
    <w:p>
      <w:r>
        <w:rPr>
          <w:b/>
        </w:rPr>
        <w:t xml:space="preserve">[52:23] </w:t>
      </w:r>
      <w:r>
        <w:t>yani ghar ke kaam mein in ko chahte hain ke woh karti rahe, sara shopping kare.</w:t>
      </w:r>
    </w:p>
    <w:p>
      <w:pPr>
        <w:jc w:val="right"/>
      </w:pPr>
      <w:r>
        <w:t>یعنی گھر کے کام میں ان کو چاہتے ہیں کہ وہ کرتی رہے، سارا شاپنگ کرے۔</w:t>
      </w:r>
    </w:p>
    <w:p>
      <w:r>
        <w:rPr>
          <w:b/>
        </w:rPr>
        <w:t xml:space="preserve">[52:30] </w:t>
      </w:r>
      <w:r>
        <w:t>to main kehta hoon ghar ke kaam, yeh isi ko band kar do, ghar pe tala laga do.</w:t>
      </w:r>
    </w:p>
    <w:p>
      <w:pPr>
        <w:jc w:val="right"/>
      </w:pPr>
      <w:r>
        <w:t>تو میں کہتا ہوں گھر کے کام، یہ اسی کو بند کر دو، گھر پہ تالا لگا دو۔</w:t>
      </w:r>
    </w:p>
    <w:p>
      <w:r>
        <w:rPr>
          <w:b/>
        </w:rPr>
        <w:t xml:space="preserve">[52:38] </w:t>
      </w:r>
      <w:r>
        <w:t>to woh ghar ka culture jo hai, woh is is qabil ko chhor diya jaye.</w:t>
      </w:r>
    </w:p>
    <w:p>
      <w:pPr>
        <w:jc w:val="right"/>
      </w:pPr>
      <w:r>
        <w:t>تو وہ گھر کا کلچر جو ہے، وہ اس اس قابل کو چھوڑ دیا جائے۔</w:t>
      </w:r>
    </w:p>
    <w:p>
      <w:r>
        <w:rPr>
          <w:b/>
        </w:rPr>
        <w:t xml:space="preserve">[52:44] </w:t>
      </w:r>
      <w:r>
        <w:t>kyun? family ke liye itna aap paray rehte hain, apne family ke liye, bachon ke liye, shopping ke</w:t>
      </w:r>
    </w:p>
    <w:p>
      <w:pPr>
        <w:jc w:val="right"/>
      </w:pPr>
      <w:r>
        <w:t>کیوں؟ فیملی کے لیے اتنا آپ پڑے رہتے ہیں، اپنے فیملی کے لیے، بچوں کے لیے، شاپنگ کے</w:t>
      </w:r>
    </w:p>
    <w:p>
      <w:r>
        <w:rPr>
          <w:b/>
        </w:rPr>
        <w:t xml:space="preserve">[52:52] </w:t>
      </w:r>
      <w:r>
        <w:t>liye, ghar ko sanwarne ke liye? kyun aap is ke peechay paray hue hain? aap apne gharon mein</w:t>
      </w:r>
    </w:p>
    <w:p>
      <w:pPr>
        <w:jc w:val="right"/>
      </w:pPr>
      <w:r>
        <w:t>لیے، گھر کو سنوارنے کے لیے؟ کیوں آپ اس کے پیچھے پڑے ہوئے ہیں؟ آپ اپنے گھروں میں</w:t>
      </w:r>
    </w:p>
    <w:p>
      <w:r>
        <w:rPr>
          <w:b/>
        </w:rPr>
        <w:t xml:space="preserve">[53:00] </w:t>
      </w:r>
      <w:r>
        <w:t>tala laga do, aise ghar ki koi zaroorat nahi hai.</w:t>
      </w:r>
    </w:p>
    <w:p>
      <w:pPr>
        <w:jc w:val="right"/>
      </w:pPr>
      <w:r>
        <w:t>تالا لگا دو، ایسے گھر کی کوئی ضرورت نہیں ہے۔</w:t>
      </w:r>
    </w:p>
    <w:p>
      <w:r>
        <w:rPr>
          <w:b/>
        </w:rPr>
        <w:t xml:space="preserve">[53:04] </w:t>
      </w:r>
      <w:r>
        <w:t>hamare jo log jo jure hue hain, hamare hamare saathi hain, un ko main samajhta hoon ke bohat</w:t>
      </w:r>
    </w:p>
    <w:p>
      <w:pPr>
        <w:jc w:val="right"/>
      </w:pPr>
      <w:r>
        <w:t>ہمارے جو لوگ جو جڑے ہوئے ہیں، ہمارے ہمارے ساتھی ہیں، ان کو میں سمجھتا ہوں کہ بہت</w:t>
      </w:r>
    </w:p>
    <w:p>
      <w:r>
        <w:rPr>
          <w:b/>
        </w:rPr>
        <w:t xml:space="preserve">[53:12] </w:t>
      </w:r>
      <w:r>
        <w:t>zaroori hai ke do kaam karein: apna kharch ko ghatayein.</w:t>
      </w:r>
    </w:p>
    <w:p>
      <w:pPr>
        <w:jc w:val="right"/>
      </w:pPr>
      <w:r>
        <w:t>ضروری ہے کہ دو کام کریں: اپنا خرچ کو گھٹائیں۔</w:t>
      </w:r>
    </w:p>
    <w:p>
      <w:r>
        <w:rPr>
          <w:b/>
        </w:rPr>
        <w:t xml:space="preserve">[53:16] </w:t>
      </w:r>
      <w:r>
        <w:t>log aamdani barhane ke chakar mein rehte hain.</w:t>
      </w:r>
    </w:p>
    <w:p>
      <w:pPr>
        <w:jc w:val="right"/>
      </w:pPr>
      <w:r>
        <w:t>لوگ آمدنی بڑھانے کے چکر میں رہتے ہیں۔</w:t>
      </w:r>
    </w:p>
    <w:p>
      <w:r>
        <w:rPr>
          <w:b/>
        </w:rPr>
        <w:t xml:space="preserve">[53:19] </w:t>
      </w:r>
      <w:r>
        <w:t>main kehta hoon kharch ko ghatane ki koshish karo.</w:t>
      </w:r>
    </w:p>
    <w:p>
      <w:pPr>
        <w:jc w:val="right"/>
      </w:pPr>
      <w:r>
        <w:t>میں کہتا ہوں خرچ کو گھٹانے کی کوشش کرو۔</w:t>
      </w:r>
    </w:p>
    <w:p>
      <w:r>
        <w:rPr>
          <w:b/>
        </w:rPr>
        <w:t xml:space="preserve">[53:23] </w:t>
      </w:r>
      <w:r>
        <w:t>sare log jin ko main ne dekha, bas yahi koshish karte rehte hain ke aamdani kaise barhe, aamdani</w:t>
      </w:r>
    </w:p>
    <w:p>
      <w:pPr>
        <w:jc w:val="right"/>
      </w:pPr>
      <w:r>
        <w:t>سارے لوگ جن کو میں نے دیکھا، بس یہی کوشش کرتے رہتے ہیں کہ آمدنی کیسے بڑھے، آمدنی</w:t>
      </w:r>
    </w:p>
    <w:p>
      <w:r>
        <w:rPr>
          <w:b/>
        </w:rPr>
        <w:t xml:space="preserve">[53:31] </w:t>
      </w:r>
      <w:r>
        <w:t>kaise barhe.</w:t>
      </w:r>
    </w:p>
    <w:p>
      <w:pPr>
        <w:jc w:val="right"/>
      </w:pPr>
      <w:r>
        <w:t>کیسے بڑھے۔</w:t>
      </w:r>
    </w:p>
    <w:p>
      <w:r>
        <w:rPr>
          <w:b/>
        </w:rPr>
        <w:t xml:space="preserve">[53:32] </w:t>
      </w:r>
      <w:r>
        <w:t>alhaq al-takathur kiye hue hain.</w:t>
      </w:r>
    </w:p>
    <w:p>
      <w:pPr>
        <w:jc w:val="right"/>
      </w:pPr>
      <w:r>
        <w:t>الحق التکاثر کیے ہوئے ہیں۔</w:t>
      </w:r>
    </w:p>
    <w:p>
      <w:r>
        <w:rPr>
          <w:b/>
        </w:rPr>
        <w:t xml:space="preserve">[53:35] </w:t>
      </w:r>
      <w:r>
        <w:t>nahi, kharch ko ghataiye.</w:t>
      </w:r>
    </w:p>
    <w:p>
      <w:pPr>
        <w:jc w:val="right"/>
      </w:pPr>
      <w:r>
        <w:t>نہیں، خرچ کو گھٹائیے۔</w:t>
      </w:r>
    </w:p>
    <w:p>
      <w:r>
        <w:rPr>
          <w:b/>
        </w:rPr>
        <w:t xml:space="preserve">[53:36] </w:t>
      </w:r>
      <w:r>
        <w:t>Kharch ko ghatana bhi aamdani badhana hai.</w:t>
      </w:r>
    </w:p>
    <w:p>
      <w:pPr>
        <w:jc w:val="right"/>
      </w:pPr>
      <w:r>
        <w:t>خرچ کو گھٹانا بھی آمدنی بڑھانا ہے۔</w:t>
      </w:r>
    </w:p>
    <w:p>
      <w:r>
        <w:rPr>
          <w:b/>
        </w:rPr>
        <w:t xml:space="preserve">[53:39] </w:t>
      </w:r>
      <w:r>
        <w:t>Yaad rakhiye, kharch ko badhana bhi aamdani ko badhana hai.</w:t>
      </w:r>
    </w:p>
    <w:p>
      <w:pPr>
        <w:jc w:val="right"/>
      </w:pPr>
      <w:r>
        <w:t>یاد رکھیے، خرچ کو بڑھانا بھی آمدنی کو بڑھانا ہے۔</w:t>
      </w:r>
    </w:p>
    <w:p>
      <w:r>
        <w:rPr>
          <w:b/>
        </w:rPr>
        <w:t xml:space="preserve">[53:44] </w:t>
      </w:r>
      <w:r>
        <w:t>Kal parson ek saath telephone mere paas aaya ek khatoon ka.</w:t>
      </w:r>
    </w:p>
    <w:p>
      <w:pPr>
        <w:jc w:val="right"/>
      </w:pPr>
      <w:r>
        <w:t>کل پرسوں ایک ساتھ ٹیلی فون میرے پاس آیا ایک خاتون کا۔</w:t>
      </w:r>
    </w:p>
    <w:p>
      <w:r>
        <w:rPr>
          <w:b/>
        </w:rPr>
        <w:t xml:space="preserve">[53:49] </w:t>
      </w:r>
      <w:r>
        <w:t>Maine kaha ke is waqt bhi aap ke ghar mein jitna kapda hoga, aap ke paas, agar</w:t>
      </w:r>
    </w:p>
    <w:p>
      <w:pPr>
        <w:jc w:val="right"/>
      </w:pPr>
      <w:r>
        <w:t>میں نے کہا کہ اس وقت بھی آپ کے گھر میں جتنا کپڑا ہوگا، آپ کے پاس، اگر</w:t>
      </w:r>
    </w:p>
    <w:p>
      <w:r>
        <w:rPr>
          <w:b/>
        </w:rPr>
        <w:t xml:space="preserve">[53:56] </w:t>
      </w:r>
      <w:r>
        <w:t>aaj se ek faisla karein ke ek kapda nahi kharedeinge, aap tab bhi marte tak tak woh</w:t>
      </w:r>
    </w:p>
    <w:p>
      <w:pPr>
        <w:jc w:val="right"/>
      </w:pPr>
      <w:r>
        <w:t>آج سے ایک فیصلہ کریں کہ ایک کپڑا نہیں خریدیں گے، آپ تب بھی مرتے تک تک وہ</w:t>
      </w:r>
    </w:p>
    <w:p>
      <w:r>
        <w:rPr>
          <w:b/>
        </w:rPr>
        <w:t xml:space="preserve">[54:04] </w:t>
      </w:r>
      <w:r>
        <w:t>kaam dega.</w:t>
      </w:r>
    </w:p>
    <w:p>
      <w:pPr>
        <w:jc w:val="right"/>
      </w:pPr>
      <w:r>
        <w:t>کام دے گا۔</w:t>
      </w:r>
    </w:p>
    <w:p>
      <w:r>
        <w:rPr>
          <w:b/>
        </w:rPr>
        <w:t xml:space="preserve">[54:06] </w:t>
      </w:r>
      <w:r>
        <w:t>Woh unhone kaha ke haan.</w:t>
      </w:r>
    </w:p>
    <w:p>
      <w:pPr>
        <w:jc w:val="right"/>
      </w:pPr>
      <w:r>
        <w:t>وہ انہوں نے کہا کہ ہاں۔</w:t>
      </w:r>
    </w:p>
    <w:p>
      <w:r>
        <w:rPr>
          <w:b/>
        </w:rPr>
        <w:t xml:space="preserve">[54:08] </w:t>
      </w:r>
      <w:r>
        <w:t>Maine kaha kyun? Kyun shadi karti hain? Kyun khardari karti hain? Kyun kapde banati hain bar bar?</w:t>
      </w:r>
    </w:p>
    <w:p>
      <w:pPr>
        <w:jc w:val="right"/>
      </w:pPr>
      <w:r>
        <w:t>میں نے کہا کیوں؟ کیوں شادی کرتی ہیں؟ کیوں خرداری کرتی ہیں؟ کیوں کپڑے بناتی ہیں بار بار؟</w:t>
      </w:r>
    </w:p>
    <w:p>
      <w:r>
        <w:rPr>
          <w:b/>
        </w:rPr>
        <w:t xml:space="preserve">[54:16] </w:t>
      </w:r>
      <w:r>
        <w:t>Abhi eid ke liye unhone kaha tha kapde ke liye.</w:t>
      </w:r>
    </w:p>
    <w:p>
      <w:pPr>
        <w:jc w:val="right"/>
      </w:pPr>
      <w:r>
        <w:t>ابھی عید کے لیے انہوں نے کہا تھا کپڑے کے لیے۔</w:t>
      </w:r>
    </w:p>
    <w:p>
      <w:r>
        <w:rPr>
          <w:b/>
        </w:rPr>
        <w:t xml:space="preserve">[54:21] </w:t>
      </w:r>
      <w:r>
        <w:t>Maine kaha eid ke liye kapda kyun banati hain? Ek eid mein naya kapda kaun sa Islam</w:t>
      </w:r>
    </w:p>
    <w:p>
      <w:pPr>
        <w:jc w:val="right"/>
      </w:pPr>
      <w:r>
        <w:t>میں نے کہا عید کے لیے کپڑا کیوں بناتی ہیں؟ ایک عید میں نیا کپڑا کون سا اسلام</w:t>
      </w:r>
    </w:p>
    <w:p>
      <w:r>
        <w:rPr>
          <w:b/>
        </w:rPr>
        <w:t xml:space="preserve">[54:28] </w:t>
      </w:r>
      <w:r>
        <w:t>hai? Eid mein naya kapda kuch nahi.</w:t>
      </w:r>
    </w:p>
    <w:p>
      <w:pPr>
        <w:jc w:val="right"/>
      </w:pPr>
      <w:r>
        <w:t>ہے؟ عید میں نیا کپڑا کچھ نہیں۔</w:t>
      </w:r>
    </w:p>
    <w:p>
      <w:r>
        <w:rPr>
          <w:b/>
        </w:rPr>
        <w:t xml:space="preserve">[54:31] </w:t>
      </w:r>
      <w:r>
        <w:t>Jo kapda paida hua, wahi pehniye.</w:t>
      </w:r>
    </w:p>
    <w:p>
      <w:pPr>
        <w:jc w:val="right"/>
      </w:pPr>
      <w:r>
        <w:t>جو کپڑا پیدا ہوا، وہی پہنیے۔</w:t>
      </w:r>
    </w:p>
    <w:p>
      <w:r>
        <w:rPr>
          <w:b/>
        </w:rPr>
        <w:t xml:space="preserve">[54:34] </w:t>
      </w:r>
      <w:r>
        <w:t>Toh mardon ko chahiye ke woh apne kharch ko ghatayein.</w:t>
      </w:r>
    </w:p>
    <w:p>
      <w:pPr>
        <w:jc w:val="right"/>
      </w:pPr>
      <w:r>
        <w:t>تو مردوں کو چاہیے کہ وہ اپنے خرچ کو گھٹائیں۔</w:t>
      </w:r>
    </w:p>
    <w:p>
      <w:r>
        <w:rPr>
          <w:b/>
        </w:rPr>
        <w:t xml:space="preserve">[54:38] </w:t>
      </w:r>
      <w:r>
        <w:t>Mardon ko chahiye ke yeh jo yeh family ka jo culture chala hua hai, is ko band karein</w:t>
      </w:r>
    </w:p>
    <w:p>
      <w:pPr>
        <w:jc w:val="right"/>
      </w:pPr>
      <w:r>
        <w:t>مردوں کو چاہیے کہ یہ جو یہ فیملی کا جو کلچر چلا ہوا ہے، اس کو بند کریں</w:t>
      </w:r>
    </w:p>
    <w:p>
      <w:r>
        <w:rPr>
          <w:b/>
        </w:rPr>
        <w:t xml:space="preserve">[54:46] </w:t>
      </w:r>
      <w:r>
        <w:t>bilkul.</w:t>
      </w:r>
    </w:p>
    <w:p>
      <w:pPr>
        <w:jc w:val="right"/>
      </w:pPr>
      <w:r>
        <w:t>بالکل۔</w:t>
      </w:r>
    </w:p>
    <w:p>
      <w:r>
        <w:rPr>
          <w:b/>
        </w:rPr>
        <w:t xml:space="preserve">[54:47] </w:t>
      </w:r>
      <w:r>
        <w:t>Bachon ka jo culture chala hua hai, is ko band karein bilkul.</w:t>
      </w:r>
    </w:p>
    <w:p>
      <w:pPr>
        <w:jc w:val="right"/>
      </w:pPr>
      <w:r>
        <w:t>بچوں کا جو کلچر چلا ہوا ہے، اس کو بند کریں بالکل۔</w:t>
      </w:r>
    </w:p>
    <w:p>
      <w:r>
        <w:rPr>
          <w:b/>
        </w:rPr>
        <w:t xml:space="preserve">[54:53] </w:t>
      </w:r>
      <w:r>
        <w:t>Shopping ka jo culture chala hua hai, is ko band karein bilkul.</w:t>
      </w:r>
    </w:p>
    <w:p>
      <w:pPr>
        <w:jc w:val="right"/>
      </w:pPr>
      <w:r>
        <w:t>شاپنگ کا جو کلچر چلا ہوا ہے، اس کو بند کریں بالکل۔</w:t>
      </w:r>
    </w:p>
    <w:p>
      <w:r>
        <w:rPr>
          <w:b/>
        </w:rPr>
        <w:t xml:space="preserve">[54:58] </w:t>
      </w:r>
      <w:r>
        <w:t>Kyun? Is ki wajah se bohat bade bada nuksan ho raha hai ke aap apni auraton ko woh</w:t>
      </w:r>
    </w:p>
    <w:p>
      <w:pPr>
        <w:jc w:val="right"/>
      </w:pPr>
      <w:r>
        <w:t>کیوں؟ اس کی وجہ سے بہت بڑے بڑا نقصان ہو رہا ہے کہ آپ اپنی عورتوں کو وہ</w:t>
      </w:r>
    </w:p>
    <w:p>
      <w:r>
        <w:rPr>
          <w:b/>
        </w:rPr>
        <w:t xml:space="preserve">[55:05] </w:t>
      </w:r>
      <w:r>
        <w:t>role nahi kara paate jo role un ke liye muqaddar hai.</w:t>
      </w:r>
    </w:p>
    <w:p>
      <w:pPr>
        <w:jc w:val="right"/>
      </w:pPr>
      <w:r>
        <w:t>رول نہیں کرا پاتے جو رول ان کے لیے مقدر ہے۔</w:t>
      </w:r>
    </w:p>
    <w:p>
      <w:r>
        <w:rPr>
          <w:b/>
        </w:rPr>
        <w:t xml:space="preserve">[55:10] </w:t>
      </w:r>
      <w:r>
        <w:t>Har aurat Khadija ban sakti hai.</w:t>
      </w:r>
    </w:p>
    <w:p>
      <w:pPr>
        <w:jc w:val="right"/>
      </w:pPr>
      <w:r>
        <w:t>ہر عورت خدیجہ بن سکتی ہے۔</w:t>
      </w:r>
    </w:p>
    <w:p>
      <w:r>
        <w:rPr>
          <w:b/>
        </w:rPr>
        <w:t xml:space="preserve">[55:13] </w:t>
      </w:r>
      <w:r>
        <w:t>Yaad rakhiye, har aurat Aisha ban sakti hai.</w:t>
      </w:r>
    </w:p>
    <w:p>
      <w:pPr>
        <w:jc w:val="right"/>
      </w:pPr>
      <w:r>
        <w:t>یاد رکھیے، ہر عورت عائشہ بن سکتی ہے۔</w:t>
      </w:r>
    </w:p>
    <w:p>
      <w:r>
        <w:rPr>
          <w:b/>
        </w:rPr>
        <w:t xml:space="preserve">[55:16] </w:t>
      </w:r>
      <w:r>
        <w:t>Yaad rakhiye, har aurat woh sab kuch ban sakti hai jo koi doosri aurat bani ho.</w:t>
      </w:r>
    </w:p>
    <w:p>
      <w:pPr>
        <w:jc w:val="right"/>
      </w:pPr>
      <w:r>
        <w:t>یاد رکھیے، ہر عورت وہ سب کچھ بن سکتی ہے جو کوئی دوسری عورت بنی ہو۔</w:t>
      </w:r>
    </w:p>
    <w:p>
      <w:r>
        <w:rPr>
          <w:b/>
        </w:rPr>
        <w:t xml:space="preserve">[55:23] </w:t>
      </w:r>
      <w:r>
        <w:t>Mother Teresa koi ek ek alag aurat ka naam nahi tha.</w:t>
      </w:r>
    </w:p>
    <w:p>
      <w:pPr>
        <w:jc w:val="right"/>
      </w:pPr>
      <w:r>
        <w:t>مدر ٹریسا کوئی ایک ایک الگ عورت کا نام نہیں تھا۔</w:t>
      </w:r>
    </w:p>
    <w:p>
      <w:r>
        <w:rPr>
          <w:b/>
        </w:rPr>
        <w:t xml:space="preserve">[55:28] </w:t>
      </w:r>
      <w:r>
        <w:t>Har aurat Mother Teresa ban sakti hai.</w:t>
      </w:r>
    </w:p>
    <w:p>
      <w:pPr>
        <w:jc w:val="right"/>
      </w:pPr>
      <w:r>
        <w:t>ہر عورت مدر ٹریسا بن سکتی ہے۔</w:t>
      </w:r>
    </w:p>
    <w:p>
      <w:r>
        <w:rPr>
          <w:b/>
        </w:rPr>
        <w:t xml:space="preserve">[55:31] </w:t>
      </w:r>
      <w:r>
        <w:t>har aurat jo hai, ek bara role kar sakti hai.</w:t>
      </w:r>
    </w:p>
    <w:p>
      <w:pPr>
        <w:jc w:val="right"/>
      </w:pPr>
      <w:r>
        <w:t>ہر عورت جو ہے، ایک بڑا رول کر سکتی ہے۔</w:t>
      </w:r>
    </w:p>
    <w:p>
      <w:r>
        <w:rPr>
          <w:b/>
        </w:rPr>
        <w:t xml:space="preserve">[55:35] </w:t>
      </w:r>
      <w:r>
        <w:t>lekin aap ko apne apne mizaj ko badalna parega.</w:t>
      </w:r>
    </w:p>
    <w:p>
      <w:pPr>
        <w:jc w:val="right"/>
      </w:pPr>
      <w:r>
        <w:t>لیکن آپ کو اپنے اپنے مزاج کو بدلنا پڑے گا۔</w:t>
      </w:r>
    </w:p>
    <w:p>
      <w:r>
        <w:rPr>
          <w:b/>
        </w:rPr>
        <w:t xml:space="preserve">[55:39] </w:t>
      </w:r>
      <w:r>
        <w:t>sare log family phanse rehte hain.</w:t>
      </w:r>
    </w:p>
    <w:p>
      <w:pPr>
        <w:jc w:val="right"/>
      </w:pPr>
      <w:r>
        <w:t>سارے لوگ فیملی پھنسے رہتے ہیں۔</w:t>
      </w:r>
    </w:p>
    <w:p>
      <w:r>
        <w:rPr>
          <w:b/>
        </w:rPr>
        <w:t xml:space="preserve">[55:42] </w:t>
      </w:r>
      <w:r>
        <w:t>bas family, family, family.</w:t>
      </w:r>
    </w:p>
    <w:p>
      <w:pPr>
        <w:jc w:val="right"/>
      </w:pPr>
      <w:r>
        <w:t>بس فیملی، فیملی، فیملی۔</w:t>
      </w:r>
    </w:p>
    <w:p>
      <w:r>
        <w:rPr>
          <w:b/>
        </w:rPr>
        <w:t xml:space="preserve">[55:44] </w:t>
      </w:r>
      <w:r>
        <w:t>yeh family kya hai? main to kuch bhi nahi samajhta family ko.</w:t>
      </w:r>
    </w:p>
    <w:p>
      <w:pPr>
        <w:jc w:val="right"/>
      </w:pPr>
      <w:r>
        <w:t>یہ فیملی کیا ہے؟ میں تو کچھ بھی نہیں سمجھتا فیملی کو۔</w:t>
      </w:r>
    </w:p>
    <w:p>
      <w:r>
        <w:rPr>
          <w:b/>
        </w:rPr>
        <w:t xml:space="preserve">[55:49] </w:t>
      </w:r>
      <w:r>
        <w:t>yani family ko khuda bana rakha hai logon ne.</w:t>
      </w:r>
    </w:p>
    <w:p>
      <w:pPr>
        <w:jc w:val="right"/>
      </w:pPr>
      <w:r>
        <w:t>یعنی فیملی کو خدا بنا رکھا ہے لوگوں نے۔</w:t>
      </w:r>
    </w:p>
    <w:p>
      <w:r>
        <w:rPr>
          <w:b/>
        </w:rPr>
        <w:t xml:space="preserve">[55:53] </w:t>
      </w:r>
      <w:r>
        <w:t>family ko khuda bana rakha, apne bachon ko khuda bana rakha hai, apne ghar ko khuda bana rakha</w:t>
      </w:r>
    </w:p>
    <w:p>
      <w:pPr>
        <w:jc w:val="right"/>
      </w:pPr>
      <w:r>
        <w:t>فیملی کو خدا بنا رکھا، اپنے بچوں کو خدا بنا رکھا ہے، اپنے گھر کو خدا بنا رکھا</w:t>
      </w:r>
    </w:p>
    <w:p>
      <w:r>
        <w:rPr>
          <w:b/>
        </w:rPr>
        <w:t xml:space="preserve">[56:00] </w:t>
      </w:r>
      <w:r>
        <w:t>hai.</w:t>
      </w:r>
    </w:p>
    <w:p>
      <w:pPr>
        <w:jc w:val="right"/>
      </w:pPr>
      <w:r>
        <w:t>ہے۔</w:t>
      </w:r>
    </w:p>
    <w:p>
      <w:r>
        <w:rPr>
          <w:b/>
        </w:rPr>
        <w:t xml:space="preserve">[56:02] </w:t>
      </w:r>
      <w:r>
        <w:t>nahi, sab yeh sab cheezain khatm kar dein.</w:t>
      </w:r>
    </w:p>
    <w:p>
      <w:pPr>
        <w:jc w:val="right"/>
      </w:pPr>
      <w:r>
        <w:t>نہیں، سب یہ سب چیزیں ختم کر دیے۔</w:t>
      </w:r>
    </w:p>
    <w:p>
      <w:r>
        <w:rPr>
          <w:b/>
        </w:rPr>
        <w:t xml:space="preserve">[56:05] </w:t>
      </w:r>
      <w:r>
        <w:t>ek naya culture, daawa culture paida kijiye.</w:t>
      </w:r>
    </w:p>
    <w:p>
      <w:pPr>
        <w:jc w:val="right"/>
      </w:pPr>
      <w:r>
        <w:t>ایک نیا کلچر، دعویٰ کلچر پیدا کیجئے۔</w:t>
      </w:r>
    </w:p>
    <w:p>
      <w:r>
        <w:rPr>
          <w:b/>
        </w:rPr>
        <w:t xml:space="preserve">[56:08] </w:t>
      </w:r>
      <w:r>
        <w:t>yeh jo culture abhi hai, family culture aur aulad culture aur shopping culture aur entertainment culture aur yeh</w:t>
      </w:r>
    </w:p>
    <w:p>
      <w:pPr>
        <w:jc w:val="right"/>
      </w:pPr>
      <w:r>
        <w:t>یہ جو کلچر ابھی ہے، فیملی کلچر اور اولاد کلچر اور شاپنگ کلچر اور انٹرٹینمنٹ کلچر اور یہ</w:t>
      </w:r>
    </w:p>
    <w:p>
      <w:r>
        <w:rPr>
          <w:b/>
        </w:rPr>
        <w:t xml:space="preserve">[56:16] </w:t>
      </w:r>
      <w:r>
        <w:t>furniture culture, yeh sab sara khatm kar dijiye.</w:t>
      </w:r>
    </w:p>
    <w:p>
      <w:pPr>
        <w:jc w:val="right"/>
      </w:pPr>
      <w:r>
        <w:t>فرنیچر کلچر، یہ سب سارا ختم کر دیجئے۔</w:t>
      </w:r>
    </w:p>
    <w:p>
      <w:r>
        <w:rPr>
          <w:b/>
        </w:rPr>
        <w:t xml:space="preserve">[56:19] </w:t>
      </w:r>
      <w:r>
        <w:t>ek naya culture paida kijiye, daawa culture.</w:t>
      </w:r>
    </w:p>
    <w:p>
      <w:pPr>
        <w:jc w:val="right"/>
      </w:pPr>
      <w:r>
        <w:t>ایک نیا کلچر پیدا کیجئے، دعویٰ کلچر۔</w:t>
      </w:r>
    </w:p>
    <w:p>
      <w:r>
        <w:rPr>
          <w:b/>
        </w:rPr>
        <w:t xml:space="preserve">[56:22] </w:t>
      </w:r>
      <w:r>
        <w:t>daawa culture mein kya hai? qanaat hai, sadgi hai, kam kharch hai, aur yeh shadiyon ki dhoom dham</w:t>
      </w:r>
    </w:p>
    <w:p>
      <w:pPr>
        <w:jc w:val="right"/>
      </w:pPr>
      <w:r>
        <w:t>دعویٰ کلچر میں کیا ہے؟ قناعت ہے، سادگی ہے، کم خرچ ہے، اور یہ شادیوں کی دھوم دھام</w:t>
      </w:r>
    </w:p>
    <w:p>
      <w:r>
        <w:rPr>
          <w:b/>
        </w:rPr>
        <w:t xml:space="preserve">[56:30] </w:t>
      </w:r>
      <w:r>
        <w:t>nahi, partiyon ki dhoom dham nahi, family ko entertain karne ka koi silsila nahi, kuch nahi.</w:t>
      </w:r>
    </w:p>
    <w:p>
      <w:pPr>
        <w:jc w:val="right"/>
      </w:pPr>
      <w:r>
        <w:t>نہیں، پارٹیوں کی دھوم دھام نہیں، فیملی کو انٹرٹین کرنے کا کوئی سلسلہ نہیں، کچھ نہیں۔</w:t>
      </w:r>
    </w:p>
    <w:p>
      <w:r>
        <w:rPr>
          <w:b/>
        </w:rPr>
        <w:t xml:space="preserve">[56:37] </w:t>
      </w:r>
      <w:r>
        <w:t>insan ko apna concern banaiye, insan na ke family.</w:t>
      </w:r>
    </w:p>
    <w:p>
      <w:pPr>
        <w:jc w:val="right"/>
      </w:pPr>
      <w:r>
        <w:t>انسان کو اپنا کنسرن بنائیے، انسان نہ کہ فیملی۔</w:t>
      </w:r>
    </w:p>
    <w:p>
      <w:r>
        <w:rPr>
          <w:b/>
        </w:rPr>
        <w:t xml:space="preserve">[56:41] </w:t>
      </w:r>
      <w:r>
        <w:t>aaj ki halat kya hai ke har aadmi concern kya hai? family.</w:t>
      </w:r>
    </w:p>
    <w:p>
      <w:pPr>
        <w:jc w:val="right"/>
      </w:pPr>
      <w:r>
        <w:t>آج کی حالت کیا ہے کہ ہر آدمی کنسرن کیا ہے؟ فیملی۔</w:t>
      </w:r>
    </w:p>
    <w:p>
      <w:r>
        <w:rPr>
          <w:b/>
        </w:rPr>
        <w:t xml:space="preserve">[56:46] </w:t>
      </w:r>
      <w:r>
        <w:t>kisi ko bhi dekhein, muslim aur non muslim, uska soul concern kya hai? family.</w:t>
      </w:r>
    </w:p>
    <w:p>
      <w:pPr>
        <w:jc w:val="right"/>
      </w:pPr>
      <w:r>
        <w:t>کسی کو بھی دیکھیں، مسلم اور نان مسلم، اس کا سول کنسرن کیا ہے؟ فیملی۔</w:t>
      </w:r>
    </w:p>
    <w:p>
      <w:r>
        <w:rPr>
          <w:b/>
        </w:rPr>
        <w:t xml:space="preserve">[56:52] </w:t>
      </w:r>
      <w:r>
        <w:t>family, family, family.</w:t>
      </w:r>
    </w:p>
    <w:p>
      <w:pPr>
        <w:jc w:val="right"/>
      </w:pPr>
      <w:r>
        <w:t>فیملی، فیملی، فیملی۔</w:t>
      </w:r>
    </w:p>
    <w:p>
      <w:r>
        <w:rPr>
          <w:b/>
        </w:rPr>
        <w:t xml:space="preserve">[56:54] </w:t>
      </w:r>
      <w:r>
        <w:t>nahi, family ko aap ne khuda bana liya hai.</w:t>
      </w:r>
    </w:p>
    <w:p>
      <w:pPr>
        <w:jc w:val="right"/>
      </w:pPr>
      <w:r>
        <w:t>نہیں، فیملی کو آپ نے خدا بنا لیا ہے۔</w:t>
      </w:r>
    </w:p>
    <w:p>
      <w:r>
        <w:rPr>
          <w:b/>
        </w:rPr>
        <w:t xml:space="preserve">[56:58] </w:t>
      </w:r>
      <w:r>
        <w:t>khuda ko concern banaiye, khuda ko dawat ke liye apne aap ko, yani har doosri activities ko band</w:t>
      </w:r>
    </w:p>
    <w:p>
      <w:pPr>
        <w:jc w:val="right"/>
      </w:pPr>
      <w:r>
        <w:t>خدا کو کنسرن بنائیے، خدا کو دعوت کے لیے اپنے آپ کو، یعنی ہر دوسری ایکٹیویٹیز کو بند</w:t>
      </w:r>
    </w:p>
    <w:p>
      <w:r>
        <w:rPr>
          <w:b/>
        </w:rPr>
        <w:t xml:space="preserve">[57:05] </w:t>
      </w:r>
      <w:r>
        <w:t>kar dijiye taake aap dawat ka kaam kar saken aur apni auraton ko istemal kijiye.</w:t>
      </w:r>
    </w:p>
    <w:p>
      <w:pPr>
        <w:jc w:val="right"/>
      </w:pPr>
      <w:r>
        <w:t>کر دیجئے تاکہ آپ دعوت کام کر سکیں اور اپنی عورتوں کو استعمال کیجئے۔</w:t>
      </w:r>
    </w:p>
    <w:p>
      <w:r>
        <w:rPr>
          <w:b/>
        </w:rPr>
        <w:t xml:space="preserve">[57:11] </w:t>
      </w:r>
      <w:r>
        <w:t>aap ke paas aurat jo hai, woh Allah ki amanat hai.</w:t>
      </w:r>
    </w:p>
    <w:p>
      <w:pPr>
        <w:jc w:val="right"/>
      </w:pPr>
      <w:r>
        <w:t>آپ کے پاس عورت جو ہے، وہ اللہ کی امانت ہے۔</w:t>
      </w:r>
    </w:p>
    <w:p>
      <w:r>
        <w:rPr>
          <w:b/>
        </w:rPr>
        <w:t xml:space="preserve">[57:16] </w:t>
      </w:r>
      <w:r>
        <w:t>ek hadith mein hai ke hub ilaih min dunya ke rasool Allah ne farmaya ke duniya ki cheezon</w:t>
      </w:r>
    </w:p>
    <w:p>
      <w:pPr>
        <w:jc w:val="right"/>
      </w:pPr>
      <w:r>
        <w:t>ایک حدیث میں ہے کہ حب الیہ من دنیا کہ رسول اللہ نے فرمایا کہ دنیا کی چیزوں</w:t>
      </w:r>
    </w:p>
    <w:p>
      <w:r>
        <w:rPr>
          <w:b/>
        </w:rPr>
        <w:t xml:space="preserve">[57:24] </w:t>
      </w:r>
      <w:r>
        <w:t>mein mujhe ek cheez hai jo jo jis jis ki mohabbat daal di gayi mere dil mein, woh</w:t>
      </w:r>
    </w:p>
    <w:p>
      <w:pPr>
        <w:jc w:val="right"/>
      </w:pPr>
      <w:r>
        <w:t>میں مجھے ایک چیز ہے جو جو جس جس کی محبت ڈال دی گئی میرے دل میں، وہ</w:t>
      </w:r>
    </w:p>
    <w:p>
      <w:r>
        <w:rPr>
          <w:b/>
        </w:rPr>
        <w:t xml:space="preserve">[57:32] </w:t>
      </w:r>
      <w:r>
        <w:t>hai aurat.</w:t>
      </w:r>
    </w:p>
    <w:p>
      <w:pPr>
        <w:jc w:val="right"/>
      </w:pPr>
      <w:r>
        <w:t>ہے عورت۔</w:t>
      </w:r>
    </w:p>
    <w:p>
      <w:r>
        <w:rPr>
          <w:b/>
        </w:rPr>
        <w:t xml:space="preserve">[57:33] </w:t>
      </w:r>
      <w:r>
        <w:t>yeh kis mani mein hai? Aurat is mani mein ke aurat bohat acha zindagi ka saathi hai.</w:t>
      </w:r>
    </w:p>
    <w:p>
      <w:pPr>
        <w:jc w:val="right"/>
      </w:pPr>
      <w:r>
        <w:t>یہ کس معنی میں ہے؟ عورت اس معنی میں کہ عورت بہت اچھا زندگی کا ساتھی ہے۔</w:t>
      </w:r>
    </w:p>
    <w:p>
      <w:r>
        <w:rPr>
          <w:b/>
        </w:rPr>
        <w:t xml:space="preserve">[57:40] </w:t>
      </w:r>
      <w:r>
        <w:t>jo mission chalana chalana hai hamein, woh aurat ke paas chal nahi sakta hai.</w:t>
      </w:r>
    </w:p>
    <w:p>
      <w:pPr>
        <w:jc w:val="right"/>
      </w:pPr>
      <w:r>
        <w:t>جو مشن چلانا چلانا ہے ہمیں، وہ عورت کے پاس چل نہیں سکتا ہے۔</w:t>
      </w:r>
    </w:p>
    <w:p>
      <w:r>
        <w:rPr>
          <w:b/>
        </w:rPr>
        <w:t xml:space="preserve">[57:46] </w:t>
      </w:r>
      <w:r>
        <w:t>Rasool Allah ko Khadija darkaar thi, phir Rasool Allah ko Salma darkaar thi, Rasool Allah ko Aisha darkaar</w:t>
      </w:r>
    </w:p>
    <w:p>
      <w:pPr>
        <w:jc w:val="right"/>
      </w:pPr>
      <w:r>
        <w:t>رسول اللہ کو خدیجہ درکار تھی، پھر رسول اللہ کو مسلمہ درکار تھی، رسول اللہ کو عائشہ درکار</w:t>
      </w:r>
    </w:p>
    <w:p>
      <w:r>
        <w:rPr>
          <w:b/>
        </w:rPr>
        <w:t xml:space="preserve">[57:54] </w:t>
      </w:r>
      <w:r>
        <w:t>thi.</w:t>
      </w:r>
    </w:p>
    <w:p>
      <w:pPr>
        <w:jc w:val="right"/>
      </w:pPr>
      <w:r>
        <w:t>تھی۔</w:t>
      </w:r>
    </w:p>
    <w:p>
      <w:r>
        <w:rPr>
          <w:b/>
        </w:rPr>
        <w:t xml:space="preserve">[57:56] </w:t>
      </w:r>
      <w:r>
        <w:t>Agar agar Khadija Khadija na hoti, tab bhi Muslim mushkil tha, Salma na hoti, tab bhi mushkil tha,</w:t>
      </w:r>
    </w:p>
    <w:p>
      <w:pPr>
        <w:jc w:val="right"/>
      </w:pPr>
      <w:r>
        <w:t>اگر اگر خدیجہ خدیجہ نہ ہوتی، تب بھی مسلم مشکل تھا، مسلمہ نہ ہوتی، تب بھی مشکل تھا،</w:t>
      </w:r>
    </w:p>
    <w:p>
      <w:r>
        <w:rPr>
          <w:b/>
        </w:rPr>
        <w:t xml:space="preserve">[58:03] </w:t>
      </w:r>
      <w:r>
        <w:t>Aisha na hoti, tab bhi mushkil tha.</w:t>
      </w:r>
    </w:p>
    <w:p>
      <w:pPr>
        <w:jc w:val="right"/>
      </w:pPr>
      <w:r>
        <w:t>عائشہ نہ ہوتی، تب بھی مشکل تھا۔</w:t>
      </w:r>
    </w:p>
    <w:p>
      <w:r>
        <w:rPr>
          <w:b/>
        </w:rPr>
        <w:t xml:space="preserve">[58:06] </w:t>
      </w:r>
      <w:r>
        <w:t>Is mani mein kaha Rasool Allah salallaho alaihi wasallam ne ke mujhe apna mission chalane ke liye</w:t>
      </w:r>
    </w:p>
    <w:p>
      <w:pPr>
        <w:jc w:val="right"/>
      </w:pPr>
      <w:r>
        <w:t>اس معنی میں کہا رسول اللہ صلی اللہ علیہ وسلم نے کہ مجھے اپنا مشن چلانے کے لیے</w:t>
      </w:r>
    </w:p>
    <w:p>
      <w:r>
        <w:rPr>
          <w:b/>
        </w:rPr>
        <w:t xml:space="preserve">[58:14] </w:t>
      </w:r>
      <w:r>
        <w:t>khawateen chahiye.</w:t>
      </w:r>
    </w:p>
    <w:p>
      <w:pPr>
        <w:jc w:val="right"/>
      </w:pPr>
      <w:r>
        <w:t>خاتون چاہیے۔</w:t>
      </w:r>
    </w:p>
    <w:p>
      <w:r>
        <w:rPr>
          <w:b/>
        </w:rPr>
        <w:t xml:space="preserve">[58:15] </w:t>
      </w:r>
      <w:r>
        <w:t>Toh aap ko Allah taala ne jo khawateen di hain, woh isi liye hain ke aap unko</w:t>
      </w:r>
    </w:p>
    <w:p>
      <w:pPr>
        <w:jc w:val="right"/>
      </w:pPr>
      <w:r>
        <w:t>تو آپ کو اللہ تعالی نے جو خواتین دی ہیں، وہ اسی لیے ہیں کہ آپ ان کو</w:t>
      </w:r>
    </w:p>
    <w:p>
      <w:r>
        <w:rPr>
          <w:b/>
        </w:rPr>
        <w:t xml:space="preserve">[58:23] </w:t>
      </w:r>
      <w:r>
        <w:t>apne mission mein saathi banaein.</w:t>
      </w:r>
    </w:p>
    <w:p>
      <w:pPr>
        <w:jc w:val="right"/>
      </w:pPr>
      <w:r>
        <w:t>اپنے مشن میں ساتھی بنائیں۔</w:t>
      </w:r>
    </w:p>
    <w:p>
      <w:r>
        <w:rPr>
          <w:b/>
        </w:rPr>
        <w:t xml:space="preserve">[58:25] </w:t>
      </w:r>
      <w:r>
        <w:t>Is ko is ko discover kijiye.</w:t>
      </w:r>
    </w:p>
    <w:p>
      <w:pPr>
        <w:jc w:val="right"/>
      </w:pPr>
      <w:r>
        <w:t>اس کو اس کو ڈسکور کیجئے۔</w:t>
      </w:r>
    </w:p>
    <w:p>
      <w:r>
        <w:rPr>
          <w:b/>
        </w:rPr>
        <w:t xml:space="preserve">[58:28] </w:t>
      </w:r>
      <w:r>
        <w:t>You have to discover the role of a woman.</w:t>
      </w:r>
    </w:p>
    <w:p>
      <w:pPr>
        <w:jc w:val="right"/>
      </w:pPr>
      <w:r>
        <w:t>یو ہیو ٹو ڈسکور دا رول آف ا وومن۔</w:t>
      </w:r>
    </w:p>
    <w:p>
      <w:r>
        <w:rPr>
          <w:b/>
        </w:rPr>
        <w:t xml:space="preserve">[58:32] </w:t>
      </w:r>
      <w:r>
        <w:t>Is ko janiye ache tareeqe se.</w:t>
      </w:r>
    </w:p>
    <w:p>
      <w:pPr>
        <w:jc w:val="right"/>
      </w:pPr>
      <w:r>
        <w:t>اس کو جانیے اچھے طریقے سے۔</w:t>
      </w:r>
    </w:p>
    <w:p>
      <w:r>
        <w:rPr>
          <w:b/>
        </w:rPr>
        <w:t xml:space="preserve">[58:34] </w:t>
      </w:r>
      <w:r>
        <w:t>Aisa na ho ke aap family culture mein jeete jeete mar jaein aur Allah taala ke haan poocha</w:t>
      </w:r>
    </w:p>
    <w:p>
      <w:pPr>
        <w:jc w:val="right"/>
      </w:pPr>
      <w:r>
        <w:t>ایسا نہ ہو کہ آپ فیملی کلچر میں جیتے جیتے مر جائیں اور اللہ تعالی کے ہاں پوچھا</w:t>
      </w:r>
    </w:p>
    <w:p>
      <w:r>
        <w:rPr>
          <w:b/>
        </w:rPr>
        <w:t xml:space="preserve">[58:42] </w:t>
      </w:r>
      <w:r>
        <w:t>jaaye aap se ke tum ko jo hum ne khawateen di theen, un ko is ka role jo</w:t>
      </w:r>
    </w:p>
    <w:p>
      <w:pPr>
        <w:jc w:val="right"/>
      </w:pPr>
      <w:r>
        <w:t>جائے آپ سے کہ تم کو جو ہم نے خواتین دی تھیں، ان کو اس کا رول جو</w:t>
      </w:r>
    </w:p>
    <w:p>
      <w:r>
        <w:rPr>
          <w:b/>
        </w:rPr>
        <w:t xml:space="preserve">[58:50] </w:t>
      </w:r>
      <w:r>
        <w:t>tha, kya tum ne is se un ko diya? Woh role, woh da'wati role.</w:t>
      </w:r>
    </w:p>
    <w:p>
      <w:pPr>
        <w:jc w:val="right"/>
      </w:pPr>
      <w:r>
        <w:t>تھا، کیا تم نے اس سے ان کو دیا؟ وہ رول، وہ دعوتی رول۔</w:t>
      </w:r>
    </w:p>
    <w:p>
      <w:r>
        <w:rPr>
          <w:b/>
        </w:rPr>
        <w:t xml:space="preserve">[58:56] </w:t>
      </w:r>
      <w:r>
        <w:t>تو آپ میں کہوں گا کہ آپ لوگ ہر آپ بس ہر ایک اپنی re-planning کریں، re-</w:t>
      </w:r>
    </w:p>
    <w:p>
      <w:pPr>
        <w:jc w:val="right"/>
      </w:pPr>
      <w:r>
        <w:t>تو آپ میں کہوں گا کہ آپ لوگ ہر آپ بس ہر ایک اپنی ری پلاننگ کریں، ری</w:t>
      </w:r>
    </w:p>
    <w:p>
      <w:r>
        <w:rPr>
          <w:b/>
        </w:rPr>
        <w:t xml:space="preserve">[59:03] </w:t>
      </w:r>
      <w:r>
        <w:t>Assess karein apne mamlaat ko, phir se mansooba banayein apna aur aurat ko proper place dein.</w:t>
      </w:r>
    </w:p>
    <w:p>
      <w:pPr>
        <w:jc w:val="right"/>
      </w:pPr>
      <w:r>
        <w:t>ایسس کریں اپنے معاملات کو، پھر سے منصوبہ بنائیں اپنا اور عورت کو پراپر پلیس دیں۔</w:t>
      </w:r>
    </w:p>
    <w:p>
      <w:r>
        <w:rPr>
          <w:b/>
        </w:rPr>
        <w:t xml:space="preserve">[59:10] </w:t>
      </w:r>
      <w:r>
        <w:t>Woh da'wati mission mein proper place dein.</w:t>
      </w:r>
    </w:p>
    <w:p>
      <w:pPr>
        <w:jc w:val="right"/>
      </w:pPr>
      <w:r>
        <w:t>وہ دعوتی مشن میں پراپر پلیس دیں۔</w:t>
      </w:r>
    </w:p>
    <w:p>
      <w:r>
        <w:rPr>
          <w:b/>
        </w:rPr>
        <w:t xml:space="preserve">[59:13] </w:t>
      </w:r>
      <w:r>
        <w:t>Aurat ko da'wati mission mein, aurat ko apna intellectual partner banaiye.</w:t>
      </w:r>
    </w:p>
    <w:p>
      <w:pPr>
        <w:jc w:val="right"/>
      </w:pPr>
      <w:r>
        <w:t>عورت کو دعوتی مشن میں، عورت کو اپنا انٹلیکچول پارٹنر بنائیے۔</w:t>
      </w:r>
    </w:p>
    <w:p>
      <w:r>
        <w:rPr>
          <w:b/>
        </w:rPr>
        <w:t xml:space="preserve">[59:18] </w:t>
      </w:r>
      <w:r>
        <w:t>intellectual partner. Yahan tak ke main toh yeh kaha karta hoon logon ko, aurat ko boss bana lijiye.</w:t>
      </w:r>
    </w:p>
    <w:p>
      <w:pPr>
        <w:jc w:val="right"/>
      </w:pPr>
      <w:r>
        <w:t>انٹلیکچول پارٹنر یہاں تک کہ میں تو یہ کہا کرتا ہوں لوگوں کو عورت کو باس بنا لیجئے۔</w:t>
      </w:r>
    </w:p>
    <w:p>
      <w:r>
        <w:rPr>
          <w:b/>
        </w:rPr>
        <w:t xml:space="preserve">[59:26] </w:t>
      </w:r>
      <w:r>
        <w:t>Apna hamara jo yeh jo daur hai, hamara jo culture hai, mein sab se kehta hoon ke aurat</w:t>
      </w:r>
    </w:p>
    <w:p>
      <w:pPr>
        <w:jc w:val="right"/>
      </w:pPr>
      <w:r>
        <w:t>اپنا ہمارا جو یہ جو دور ہے، ہمارا جو کلچر ہے، میں سب سے کہتا ہوں کہ عورت</w:t>
      </w:r>
    </w:p>
    <w:p>
      <w:r>
        <w:rPr>
          <w:b/>
        </w:rPr>
        <w:t xml:space="preserve">[59:33] </w:t>
      </w:r>
      <w:r>
        <w:t>ko apna boss banao.</w:t>
      </w:r>
    </w:p>
    <w:p>
      <w:pPr>
        <w:jc w:val="right"/>
      </w:pPr>
      <w:r>
        <w:t>کو اپنا باس بناؤ۔</w:t>
      </w:r>
    </w:p>
    <w:p>
      <w:r>
        <w:rPr>
          <w:b/>
        </w:rPr>
        <w:t xml:space="preserve">[59:35] </w:t>
      </w:r>
      <w:r>
        <w:t>Woh jo Quran Majeed mein hai, woh mutlaq mani mein nahi hai.</w:t>
      </w:r>
    </w:p>
    <w:p>
      <w:pPr>
        <w:jc w:val="right"/>
      </w:pPr>
      <w:r>
        <w:t>وہ جو قرآن مجید میں ہے، وہ مطلق معنی میں نہیں ہے۔</w:t>
      </w:r>
    </w:p>
    <w:p>
      <w:r>
        <w:rPr>
          <w:b/>
        </w:rPr>
        <w:t xml:space="preserve">[59:40] </w:t>
      </w:r>
      <w:r>
        <w:t>Ar-rajalu qawwamuna 'alan nisa' mutlaq mani mein nahi hai.</w:t>
      </w:r>
    </w:p>
    <w:p>
      <w:pPr>
        <w:jc w:val="right"/>
      </w:pPr>
      <w:r>
        <w:t>الرجالک النساء مطلق معنی میں نہیں ہے۔</w:t>
      </w:r>
    </w:p>
    <w:p>
      <w:r>
        <w:rPr>
          <w:b/>
        </w:rPr>
        <w:t xml:space="preserve">[59:43] </w:t>
      </w:r>
      <w:r>
        <w:t>Woh is zamane mein mein kahunga ke aurat ko apna boss banao.</w:t>
      </w:r>
    </w:p>
    <w:p>
      <w:pPr>
        <w:jc w:val="right"/>
      </w:pPr>
      <w:r>
        <w:t>وہ اس زمانے میں میں کہوں گا کہ عورت کو اپنا باس بناؤ۔</w:t>
      </w:r>
    </w:p>
    <w:p>
      <w:r>
        <w:rPr>
          <w:b/>
        </w:rPr>
        <w:t xml:space="preserve">[59:49] </w:t>
      </w:r>
      <w:r>
        <w:t>Mein har ek nahi kehta hoon, lekin ghar ke halaat ke lihaaz se keh raha hoon.</w:t>
      </w:r>
    </w:p>
    <w:p>
      <w:pPr>
        <w:jc w:val="right"/>
      </w:pPr>
      <w:r>
        <w:t>میں ہر ایک نہیں کہتا ہوں، لیکن گھر کے حالات کے لحاظ سے کہہ رہا ہوں۔</w:t>
      </w:r>
    </w:p>
    <w:p>
      <w:r>
        <w:rPr>
          <w:b/>
        </w:rPr>
        <w:t xml:space="preserve">[59:56] </w:t>
      </w:r>
      <w:r>
        <w:t>baas bananay ke maani ko is ko barabar ka partner banao.</w:t>
      </w:r>
    </w:p>
    <w:p>
      <w:pPr>
        <w:jc w:val="right"/>
      </w:pPr>
      <w:r>
        <w:t>باس بنانے کے معنی کو اس کو برابر کا پارٹنر بناؤ۔</w:t>
      </w:r>
    </w:p>
    <w:p>
      <w:r>
        <w:rPr>
          <w:b/>
        </w:rPr>
        <w:t xml:space="preserve">[1:00:00] </w:t>
      </w:r>
      <w:r>
        <w:t>na islam mein na koi hakim hai, na koi mahkoom hai, na koi bara hai, na koi chhota</w:t>
      </w:r>
    </w:p>
    <w:p>
      <w:pPr>
        <w:jc w:val="right"/>
      </w:pPr>
      <w:r>
        <w:t>نہ اسلام میں نہ کوئی حاکم ہے، نہ کوئی محکوم ہے، نہ کوئی بڑا ہے، نہ کوئی چھوٹا</w:t>
      </w:r>
    </w:p>
    <w:p>
      <w:r>
        <w:rPr>
          <w:b/>
        </w:rPr>
        <w:t xml:space="preserve">[1:00:08] </w:t>
      </w:r>
      <w:r>
        <w:t>hai, lekin har ek ko kaam karna hai.</w:t>
      </w:r>
    </w:p>
    <w:p>
      <w:pPr>
        <w:jc w:val="right"/>
      </w:pPr>
      <w:r>
        <w:t>ہے، لیکن ہر ایک کو کام کرنا ہے۔</w:t>
      </w:r>
    </w:p>
    <w:p>
      <w:r>
        <w:rPr>
          <w:b/>
        </w:rPr>
        <w:t xml:space="preserve">[1:00:12] </w:t>
      </w:r>
      <w:r>
        <w:t>kaam karne ke liye hamein aik aik aik nizaam, aik discipline banana padega.</w:t>
      </w:r>
    </w:p>
    <w:p>
      <w:pPr>
        <w:jc w:val="right"/>
      </w:pPr>
      <w:r>
        <w:t>کام کرنے کے لیے ہمیں ایک ایک ایک نظام، ایک ڈسپلن بنانا پڑے گا۔</w:t>
      </w:r>
    </w:p>
    <w:p>
      <w:r>
        <w:rPr>
          <w:b/>
        </w:rPr>
        <w:t xml:space="preserve">[1:00:18] </w:t>
      </w:r>
      <w:r>
        <w:t>to main dua karta hoon Allah taala se ke hum aap is baat ko samjhein aur aurat ko</w:t>
      </w:r>
    </w:p>
    <w:p>
      <w:pPr>
        <w:jc w:val="right"/>
      </w:pPr>
      <w:r>
        <w:t>تو میں دعا کرتا ہوں اللہ تعالی سے کہ ہم آپ اس بات کو سمجھیں اور عورت کو</w:t>
      </w:r>
    </w:p>
    <w:p>
      <w:r>
        <w:rPr>
          <w:b/>
        </w:rPr>
        <w:t xml:space="preserve">[1:00:25] </w:t>
      </w:r>
      <w:r>
        <w:t>saheeh maanon mein istemaal kar sakein, is ke role ko daryaft kar ke.</w:t>
      </w:r>
    </w:p>
    <w:p>
      <w:pPr>
        <w:jc w:val="right"/>
      </w:pPr>
      <w:r>
        <w:t>صحیح معنوں میں استعمال کر سکیں، اس کے رول کو دریافت کر کے۔</w:t>
      </w:r>
    </w:p>
    <w:p>
      <w:r>
        <w:rPr>
          <w:b/>
        </w:rPr>
        <w:t xml:space="preserve">[1:00:31] </w:t>
      </w:r>
      <w:r>
        <w:t>aqool qooli haza wastaghfirullaha ilaikum ajmaeen.</w:t>
      </w:r>
    </w:p>
    <w:p>
      <w:pPr>
        <w:jc w:val="right"/>
      </w:pPr>
      <w:r>
        <w:t>اقول قولی ھذا واستغفراللہ الیكم اجمعین۔</w:t>
      </w:r>
    </w:p>
    <w:p>
      <w:r>
        <w:rPr>
          <w:b/>
        </w:rPr>
        <w:t xml:space="preserve">[1:00:33] </w:t>
      </w:r>
      <w:r>
        <w:t>okay, well be starting with the question answer session.</w:t>
      </w:r>
    </w:p>
    <w:p>
      <w:pPr>
        <w:jc w:val="right"/>
      </w:pPr>
      <w:r>
        <w:t>اوکے، ویل بی سٹارٹنگ ود دی کوئسچن انسر سیشن۔</w:t>
      </w:r>
    </w:p>
    <w:p>
      <w:r>
        <w:rPr>
          <w:b/>
        </w:rPr>
        <w:t xml:space="preserve">[1:00:37] </w:t>
      </w:r>
      <w:r>
        <w:t>we request our online viewers to send in their questions on info at cps global</w:t>
      </w:r>
    </w:p>
    <w:p>
      <w:pPr>
        <w:jc w:val="right"/>
      </w:pPr>
      <w:r>
        <w:t>وی ریکویسٹ اور ان لائن ویوورز ٹو سینڈ ان دے کوئسچنز ان انفو ایٹ سی پی ایس گلوبل</w:t>
      </w:r>
    </w:p>
    <w:p>
      <w:r>
        <w:rPr>
          <w:b/>
        </w:rPr>
        <w:t xml:space="preserve">[1:00:45] </w:t>
      </w:r>
      <w:r>
        <w:t>dot org.</w:t>
      </w:r>
    </w:p>
    <w:p>
      <w:pPr>
        <w:jc w:val="right"/>
      </w:pPr>
      <w:r>
        <w:t>ڈاٹ او آر جی۔</w:t>
      </w:r>
    </w:p>
    <w:p>
      <w:r>
        <w:rPr>
          <w:b/>
        </w:rPr>
        <w:t xml:space="preserve">[1:00:47] </w:t>
      </w:r>
      <w:r>
        <w:t>i repeat, info at cps global dot org.</w:t>
      </w:r>
    </w:p>
    <w:p>
      <w:pPr>
        <w:jc w:val="right"/>
      </w:pPr>
      <w:r>
        <w:t>ائی ریپیٹ، انفو ایٹ سی پی ایس گلوبل ڈاٹ او آر جی۔</w:t>
      </w:r>
    </w:p>
    <w:p>
      <w:r>
        <w:rPr>
          <w:b/>
        </w:rPr>
        <w:t xml:space="preserve">[1:00:52] </w:t>
      </w:r>
      <w:r>
        <w:t>maulana, yeh sawal Mr. Shafaq ne kiya hai Lucknow se.</w:t>
      </w:r>
    </w:p>
    <w:p>
      <w:pPr>
        <w:jc w:val="right"/>
      </w:pPr>
      <w:r>
        <w:t>مولانا، یہ سوال مسٹر شفاق نے کیا ہے لکھنو سے۔</w:t>
      </w:r>
    </w:p>
    <w:p>
      <w:r>
        <w:rPr>
          <w:b/>
        </w:rPr>
        <w:t xml:space="preserve">[1:00:56] </w:t>
      </w:r>
      <w:r>
        <w:t>maulana ji, yeh sawal Mr. Shafaq ne kiya hai Lucknow se.</w:t>
      </w:r>
    </w:p>
    <w:p>
      <w:pPr>
        <w:jc w:val="right"/>
      </w:pPr>
      <w:r>
        <w:t>مولانا جی، یہ سوال مسٹر شفاق نے کیا ہے لکھنو سے۔</w:t>
      </w:r>
    </w:p>
    <w:p>
      <w:r>
        <w:rPr>
          <w:b/>
        </w:rPr>
        <w:t xml:space="preserve">[1:01:01] </w:t>
      </w:r>
      <w:r>
        <w:t>انہوں نے لکھا ہے: "Why does Allah command wife beating in the Quran according to chapter 4 verse</w:t>
      </w:r>
    </w:p>
    <w:p>
      <w:pPr>
        <w:jc w:val="right"/>
      </w:pPr>
      <w:r>
        <w:t>انہوں نے لکھا ہے: "وائی ڈز اللہ کمانڈ وائف بیٹنگ ان دی قرآن اکارڈنگ ٹو چیپٹر فور ورس</w:t>
      </w:r>
    </w:p>
    <w:p>
      <w:r>
        <w:rPr>
          <w:b/>
        </w:rPr>
        <w:t xml:space="preserve">[1:01:09] </w:t>
      </w:r>
      <w:r>
        <w:t>number 34?" is ke baray mein aap batayein.</w:t>
      </w:r>
    </w:p>
    <w:p>
      <w:pPr>
        <w:jc w:val="right"/>
      </w:pPr>
      <w:r>
        <w:t>نمبر 34؟" اس کے بارے میں آپ بتائیں۔</w:t>
      </w:r>
    </w:p>
    <w:p>
      <w:r>
        <w:rPr>
          <w:b/>
        </w:rPr>
        <w:t xml:space="preserve">[1:01:12] </w:t>
      </w:r>
      <w:r>
        <w:t>dekhein, yeh ayat jo hai, is mein zarb ka lafz hai to is se log samajhte hain ke</w:t>
      </w:r>
    </w:p>
    <w:p>
      <w:pPr>
        <w:jc w:val="right"/>
      </w:pPr>
      <w:r>
        <w:t>دیکھیں، یہ آیت جو ہے، اس میں ضرب کا لفظ ہے تو اس سے لوگ سمجھتے ہیں کہ</w:t>
      </w:r>
    </w:p>
    <w:p>
      <w:r>
        <w:rPr>
          <w:b/>
        </w:rPr>
        <w:t xml:space="preserve">[1:01:20] </w:t>
      </w:r>
      <w:r>
        <w:t>maarna, beat karna.</w:t>
      </w:r>
    </w:p>
    <w:p>
      <w:pPr>
        <w:jc w:val="right"/>
      </w:pPr>
      <w:r>
        <w:t>مارنا، بیٹ کرنا۔</w:t>
      </w:r>
    </w:p>
    <w:p>
      <w:r>
        <w:rPr>
          <w:b/>
        </w:rPr>
        <w:t xml:space="preserve">[1:01:21] </w:t>
      </w:r>
      <w:r>
        <w:t>lekin dekhiye, har lafz ka aik ibtidaai mafhoom hota hai aur aik intihaai mafhoom hota hai.</w:t>
      </w:r>
    </w:p>
    <w:p>
      <w:pPr>
        <w:jc w:val="right"/>
      </w:pPr>
      <w:r>
        <w:t>لیکن دیکھیے، ہر لفظ کا ایک ابتدائی مفہوم ہوتا ہے اور ایک انتہائی مفہوم ہوتا ہے۔</w:t>
      </w:r>
    </w:p>
    <w:p>
      <w:r>
        <w:rPr>
          <w:b/>
        </w:rPr>
        <w:t xml:space="preserve">[1:01:28] </w:t>
      </w:r>
      <w:r>
        <w:t>yani aik hota hai sach much maarna baqayda, aik hota hai symbolic way mein kuch aise kar dena.</w:t>
      </w:r>
    </w:p>
    <w:p>
      <w:pPr>
        <w:jc w:val="right"/>
      </w:pPr>
      <w:r>
        <w:t>یعنی ایک ہوتا ہے سچ مچ مارنا باقاعدہ، ایک ہوتا ہے سمبولک وے میں کچھ ایسے کر دینا۔</w:t>
      </w:r>
    </w:p>
    <w:p>
      <w:r>
        <w:rPr>
          <w:b/>
        </w:rPr>
        <w:t xml:space="preserve">[1:01:36] </w:t>
      </w:r>
      <w:r>
        <w:t>to woh wahan beating ka maani yeh nahi ke baqayda aap maarein, aap is ko harghiz nahi, yeh</w:t>
      </w:r>
    </w:p>
    <w:p>
      <w:pPr>
        <w:jc w:val="right"/>
      </w:pPr>
      <w:r>
        <w:t>تو وہ وہاں بیٹنگ کا معنی یہ نہیں کہ باقاعدہ آپ ماریں، آپ اس کو ہرگز نہیں، یہ</w:t>
      </w:r>
    </w:p>
    <w:p>
      <w:r>
        <w:rPr>
          <w:b/>
        </w:rPr>
        <w:t xml:space="preserve">[1:01:44] </w:t>
      </w:r>
      <w:r>
        <w:t>matlab nahi hai.</w:t>
      </w:r>
    </w:p>
    <w:p>
      <w:pPr>
        <w:jc w:val="right"/>
      </w:pPr>
      <w:r>
        <w:t>مطلب نہیں ہے۔</w:t>
      </w:r>
    </w:p>
    <w:p>
      <w:r>
        <w:rPr>
          <w:b/>
        </w:rPr>
        <w:t xml:space="preserve">[1:01:45] </w:t>
      </w:r>
      <w:r>
        <w:t>aur is liye main kehta hoon ke Rasool Allah Sallallahu Alaihi Wasallam se poocha gaya ke zarb</w:t>
      </w:r>
    </w:p>
    <w:p>
      <w:pPr>
        <w:jc w:val="right"/>
      </w:pPr>
      <w:r>
        <w:t>اور اس لیے میں کہتا ہوں کہ رسول اللہ صلی اللہ علیہ وسلم سے پوچھا گیا کہ ضرب</w:t>
      </w:r>
    </w:p>
    <w:p>
      <w:r>
        <w:rPr>
          <w:b/>
        </w:rPr>
        <w:t xml:space="preserve">[1:01:53] </w:t>
      </w:r>
      <w:r>
        <w:t>ka matlab kya hai.</w:t>
      </w:r>
    </w:p>
    <w:p>
      <w:pPr>
        <w:jc w:val="right"/>
      </w:pPr>
      <w:r>
        <w:t>کا مطلب کیا ہے۔</w:t>
      </w:r>
    </w:p>
    <w:p>
      <w:r>
        <w:rPr>
          <w:b/>
        </w:rPr>
        <w:t xml:space="preserve">[1:01:54] </w:t>
      </w:r>
      <w:r>
        <w:t>baqayda hadith maujood hai is par, is mein aap ko qiyas karne ki zaroorat nahi hai.</w:t>
      </w:r>
    </w:p>
    <w:p>
      <w:pPr>
        <w:jc w:val="right"/>
      </w:pPr>
      <w:r>
        <w:t>باقاعدہ حدیث موجود ہے اس پر، اس میں آپ کو قیاس کرنے کی ضرورت نہیں ہے۔</w:t>
      </w:r>
    </w:p>
    <w:p>
      <w:r>
        <w:rPr>
          <w:b/>
        </w:rPr>
        <w:t xml:space="preserve">[1:02:01] </w:t>
      </w:r>
      <w:r>
        <w:t>to Rasool Allah se poocha gaya ke zarb ka matlab kya hai.</w:t>
      </w:r>
    </w:p>
    <w:p>
      <w:pPr>
        <w:jc w:val="right"/>
      </w:pPr>
      <w:r>
        <w:t>تو رسول اللہ سے پوچھا گیا کہ ضرب کا مطلب کیا ہے۔</w:t>
      </w:r>
    </w:p>
    <w:p>
      <w:r>
        <w:rPr>
          <w:b/>
        </w:rPr>
        <w:t xml:space="preserve">[1:02:06] </w:t>
      </w:r>
      <w:r>
        <w:t>to us waqt aap ke haath mein aik miswak thi.</w:t>
      </w:r>
    </w:p>
    <w:p>
      <w:pPr>
        <w:jc w:val="right"/>
      </w:pPr>
      <w:r>
        <w:t>تو اس وقت آپ کے ہاتھ میں ایک مسواک تھی۔</w:t>
      </w:r>
    </w:p>
    <w:p>
      <w:r>
        <w:rPr>
          <w:b/>
        </w:rPr>
        <w:t xml:space="preserve">[1:02:11] </w:t>
      </w:r>
      <w:r>
        <w:t>miswak aisi lakri jo hoti hai, miswak choti si lakri hoti hai, aap jante hain.</w:t>
      </w:r>
    </w:p>
    <w:p>
      <w:pPr>
        <w:jc w:val="right"/>
      </w:pPr>
      <w:r>
        <w:t>مسواک ایسی لکڑی جو ہوتی ہے، مسواک چھوٹی سی لکڑی ہوتی ہے، آپ جانتے ہیں۔</w:t>
      </w:r>
    </w:p>
    <w:p>
      <w:r>
        <w:rPr>
          <w:b/>
        </w:rPr>
        <w:t xml:space="preserve">[1:02:17] </w:t>
      </w:r>
      <w:r>
        <w:t>to aap ne kaha ke aise jaise is miswak se marna.</w:t>
      </w:r>
    </w:p>
    <w:p>
      <w:pPr>
        <w:jc w:val="right"/>
      </w:pPr>
      <w:r>
        <w:t>تو آپ نے کہا کہ ایسے جیسے اس مسواک سے مارنا۔</w:t>
      </w:r>
    </w:p>
    <w:p>
      <w:r>
        <w:rPr>
          <w:b/>
        </w:rPr>
        <w:t xml:space="preserve">[1:02:22] </w:t>
      </w:r>
      <w:r>
        <w:t>to miswak se aap kya marenge? miswak se to symbolic zarb ho sakti hai.</w:t>
      </w:r>
    </w:p>
    <w:p>
      <w:pPr>
        <w:jc w:val="right"/>
      </w:pPr>
      <w:r>
        <w:t>تو مسواک سے آپ کیا ماریں گے؟ مسواک سے تو سمبولک ضرب ہو سکتی ہے۔</w:t>
      </w:r>
    </w:p>
    <w:p>
      <w:r>
        <w:rPr>
          <w:b/>
        </w:rPr>
        <w:t xml:space="preserve">[1:02:28] </w:t>
      </w:r>
      <w:r>
        <w:t>aise aap ne chho diya is ko.</w:t>
      </w:r>
    </w:p>
    <w:p>
      <w:pPr>
        <w:jc w:val="right"/>
      </w:pPr>
      <w:r>
        <w:t>ایسے آپ نے چھو دیا اس کو۔</w:t>
      </w:r>
    </w:p>
    <w:p>
      <w:r>
        <w:rPr>
          <w:b/>
        </w:rPr>
        <w:t xml:space="preserve">[1:02:31] </w:t>
      </w:r>
      <w:r>
        <w:t>yeh hadith maujood hai baqayda.</w:t>
      </w:r>
    </w:p>
    <w:p>
      <w:pPr>
        <w:jc w:val="right"/>
      </w:pPr>
      <w:r>
        <w:t>یہ حدیث موجود ہے باقاعدہ۔</w:t>
      </w:r>
    </w:p>
    <w:p>
      <w:r>
        <w:rPr>
          <w:b/>
        </w:rPr>
        <w:t xml:space="preserve">[1:02:33] </w:t>
      </w:r>
      <w:r>
        <w:t>to jo log baqayda marte hain, woh hargiz hargiz Islam par amal nahi kar rahe hain.</w:t>
      </w:r>
    </w:p>
    <w:p>
      <w:pPr>
        <w:jc w:val="right"/>
      </w:pPr>
      <w:r>
        <w:t>تو جو لوگ باقاعدہ مارتے ہیں، وہ ہرگز ہرگز اسلام پر عمل نہیں کر رہے ہیں۔</w:t>
      </w:r>
    </w:p>
    <w:p>
      <w:r>
        <w:rPr>
          <w:b/>
        </w:rPr>
        <w:t xml:space="preserve">[1:02:40] </w:t>
      </w:r>
      <w:r>
        <w:t>woh woh bilashuba ek ek ek jurm kar rahe hain.</w:t>
      </w:r>
    </w:p>
    <w:p>
      <w:pPr>
        <w:jc w:val="right"/>
      </w:pPr>
      <w:r>
        <w:t>وہ وہ بلاشبہ ایک ایک ایک جرم کر رہے ہیں۔</w:t>
      </w:r>
    </w:p>
    <w:p>
      <w:r>
        <w:rPr>
          <w:b/>
        </w:rPr>
        <w:t xml:space="preserve">[1:02:45] </w:t>
      </w:r>
      <w:r>
        <w:t>jab hadith maujood hai ke jaise is miswak se marna, to miswak se aap kisi ko peet sakte</w:t>
      </w:r>
    </w:p>
    <w:p>
      <w:pPr>
        <w:jc w:val="right"/>
      </w:pPr>
      <w:r>
        <w:t>جب حدیث موجود ہے کہ جیسے اس مسواک سے مارنا، تو مسواک سے آپ کسی کو پیٹ سکتے</w:t>
      </w:r>
    </w:p>
    <w:p>
      <w:r>
        <w:rPr>
          <w:b/>
        </w:rPr>
        <w:t xml:space="preserve">[1:02:52] </w:t>
      </w:r>
      <w:r>
        <w:t>hain.</w:t>
      </w:r>
    </w:p>
    <w:p>
      <w:pPr>
        <w:jc w:val="right"/>
      </w:pPr>
      <w:r>
        <w:t>ہیں۔</w:t>
      </w:r>
    </w:p>
    <w:p>
      <w:r>
        <w:rPr>
          <w:b/>
        </w:rPr>
        <w:t xml:space="preserve">[1:02:54] </w:t>
      </w:r>
      <w:r>
        <w:t>aap ghor kijiye.</w:t>
      </w:r>
    </w:p>
    <w:p>
      <w:pPr>
        <w:jc w:val="right"/>
      </w:pPr>
      <w:r>
        <w:t>آپ غور کیجئے۔</w:t>
      </w:r>
    </w:p>
    <w:p>
      <w:r>
        <w:rPr>
          <w:b/>
        </w:rPr>
        <w:t xml:space="preserve">[1:02:55] </w:t>
      </w:r>
      <w:r>
        <w:t>main yeh hota hai ke ek alamaati taur par aise kuch kar diya.</w:t>
      </w:r>
    </w:p>
    <w:p>
      <w:pPr>
        <w:jc w:val="right"/>
      </w:pPr>
      <w:r>
        <w:t>میں یہ ہوتا ہے کہ ایک علامتی طور پر ایسے کچھ کر دیا۔</w:t>
      </w:r>
    </w:p>
    <w:p>
      <w:r>
        <w:rPr>
          <w:b/>
        </w:rPr>
        <w:t xml:space="preserve">[1:03:01] </w:t>
      </w:r>
      <w:r>
        <w:t>to dekhiye, main aap se is masle mein arz karna chahunga ke do muamle ek doosre se</w:t>
      </w:r>
    </w:p>
    <w:p>
      <w:pPr>
        <w:jc w:val="right"/>
      </w:pPr>
      <w:r>
        <w:t>تو دیکھیے، میں آپ سے اس مسئلے میں عرض کرنا چاہوں گا کہ دو معاملے ایک دوسرے سے</w:t>
      </w:r>
    </w:p>
    <w:p>
      <w:r>
        <w:rPr>
          <w:b/>
        </w:rPr>
        <w:t xml:space="preserve">[1:03:09] </w:t>
      </w:r>
      <w:r>
        <w:t>alag alag hain.</w:t>
      </w:r>
    </w:p>
    <w:p>
      <w:pPr>
        <w:jc w:val="right"/>
      </w:pPr>
      <w:r>
        <w:t>الگ الگ ہیں۔</w:t>
      </w:r>
    </w:p>
    <w:p>
      <w:r>
        <w:rPr>
          <w:b/>
        </w:rPr>
        <w:t xml:space="preserve">[1:03:10] </w:t>
      </w:r>
      <w:r>
        <w:t>ek hai ke aurat ne ya mard ne, kisi ne bhi, koi aisa feal kiya jo crime ke</w:t>
      </w:r>
    </w:p>
    <w:p>
      <w:pPr>
        <w:jc w:val="right"/>
      </w:pPr>
      <w:r>
        <w:t>ایک ہے کہ عورت نے یا مرد نے، کسی نے بھی، کوئی ایسا فعل کیا جو کرائم کے</w:t>
      </w:r>
    </w:p>
    <w:p>
      <w:r>
        <w:rPr>
          <w:b/>
        </w:rPr>
        <w:t xml:space="preserve">[1:03:18] </w:t>
      </w:r>
      <w:r>
        <w:t>darje mein aata hai, crime jo kehte hain cegradible offence.</w:t>
      </w:r>
    </w:p>
    <w:p>
      <w:pPr>
        <w:jc w:val="right"/>
      </w:pPr>
      <w:r>
        <w:t>درجے میں آتا ہے، کرائم جو کہتے ہیں کاگریڈیبل افنس۔</w:t>
      </w:r>
    </w:p>
    <w:p>
      <w:r>
        <w:rPr>
          <w:b/>
        </w:rPr>
        <w:t xml:space="preserve">[1:03:22] </w:t>
      </w:r>
      <w:r>
        <w:t>to is ko police ko report kiya jayega, woh jayega case adalat mein, adalat mein witness</w:t>
      </w:r>
    </w:p>
    <w:p>
      <w:pPr>
        <w:jc w:val="right"/>
      </w:pPr>
      <w:r>
        <w:t>تو اس کو پولیس کو رپورٹ کیا جائے گا، وہ جائے گا کیس عدالت میں، عدالت میں وٹنس</w:t>
      </w:r>
    </w:p>
    <w:p>
      <w:r>
        <w:rPr>
          <w:b/>
        </w:rPr>
        <w:t xml:space="preserve">[1:03:30] </w:t>
      </w:r>
      <w:r>
        <w:t>liya jayega, poori proceeding chalegi, phir faisla adalat karegi.</w:t>
      </w:r>
    </w:p>
    <w:p>
      <w:pPr>
        <w:jc w:val="right"/>
      </w:pPr>
      <w:r>
        <w:t>لیا جائے گا، پوری پروسیڈنگ چلے گی، پھر فیصلہ عدالت کرے گی۔</w:t>
      </w:r>
    </w:p>
    <w:p>
      <w:r>
        <w:rPr>
          <w:b/>
        </w:rPr>
        <w:t xml:space="preserve">[1:03:35] </w:t>
      </w:r>
      <w:r>
        <w:t>lehaza ji, aap khud hi lage marne kisi ko, khud hi nahi mar sakte aap.</w:t>
      </w:r>
    </w:p>
    <w:p>
      <w:pPr>
        <w:jc w:val="right"/>
      </w:pPr>
      <w:r>
        <w:t>لہذا جی، آپ خود ہی لگے مارنے کسی کو، خود ہی نہیں مار سکتے آپ۔</w:t>
      </w:r>
    </w:p>
    <w:p>
      <w:r>
        <w:rPr>
          <w:b/>
        </w:rPr>
        <w:t xml:space="preserve">[1:03:41] </w:t>
      </w:r>
      <w:r>
        <w:t>to ek hai baqayda taur par marna, yani jis ko kehte hain physical punishment.</w:t>
      </w:r>
    </w:p>
    <w:p>
      <w:pPr>
        <w:jc w:val="right"/>
      </w:pPr>
      <w:r>
        <w:t>تو ایک ہے باقاعدہ طور پر مارنا، یعنی جس کو کہتے ہیں فزیکل پنشمنٹ۔</w:t>
      </w:r>
    </w:p>
    <w:p>
      <w:r>
        <w:rPr>
          <w:b/>
        </w:rPr>
        <w:t xml:space="preserve">[1:03:47] </w:t>
      </w:r>
      <w:r>
        <w:t>physical punishment ka haq kisi ko nahi hai, na shohar ko, na kisi aur ko.</w:t>
      </w:r>
    </w:p>
    <w:p>
      <w:pPr>
        <w:jc w:val="right"/>
      </w:pPr>
      <w:r>
        <w:t>فزیکل پنشمنٹ کا حق کسی کو نہیں ہے، نہ شوہر کو، نہ کسی اور کو۔</w:t>
      </w:r>
    </w:p>
    <w:p>
      <w:r>
        <w:rPr>
          <w:b/>
        </w:rPr>
        <w:t xml:space="preserve">[1:03:54] </w:t>
      </w:r>
      <w:r>
        <w:t>aap kisi ko physical punishment nahi de sakte, bilkul galat hai yeh.</w:t>
      </w:r>
    </w:p>
    <w:p>
      <w:pPr>
        <w:jc w:val="right"/>
      </w:pPr>
      <w:r>
        <w:t>آپ کسی کو فزیکل پنشمنٹ نہیں دے سکتے، بالکل غلط ہے یہ۔</w:t>
      </w:r>
    </w:p>
    <w:p>
      <w:r>
        <w:rPr>
          <w:b/>
        </w:rPr>
        <w:t xml:space="preserve">[1:03:59] </w:t>
      </w:r>
      <w:r>
        <w:t>sirf ek resentment register kar sakte hain aap.</w:t>
      </w:r>
    </w:p>
    <w:p>
      <w:pPr>
        <w:jc w:val="right"/>
      </w:pPr>
      <w:r>
        <w:t>صرف ایک ریزیمنٹ رجسٹر کر سکتے ہیں آپ۔</w:t>
      </w:r>
    </w:p>
    <w:p>
      <w:r>
        <w:rPr>
          <w:b/>
        </w:rPr>
        <w:t xml:space="preserve">[1:04:02] </w:t>
      </w:r>
      <w:r>
        <w:t>yani aap kisi ko miswak se aisa karein to aap ne apna resentment register kiya, apni narazgi ko</w:t>
      </w:r>
    </w:p>
    <w:p>
      <w:pPr>
        <w:jc w:val="right"/>
      </w:pPr>
      <w:r>
        <w:t>یعنی آپ کسی کو مسواک سے ایسا کریں تو آپ نے اپنا ریزیمنٹ رجسٹر کیا، اپنی ناراضگی کو</w:t>
      </w:r>
    </w:p>
    <w:p>
      <w:r>
        <w:rPr>
          <w:b/>
        </w:rPr>
        <w:t xml:space="preserve">[1:04:10] </w:t>
      </w:r>
      <w:r>
        <w:t>zahair kiya, izhaar narazgi.</w:t>
      </w:r>
    </w:p>
    <w:p>
      <w:pPr>
        <w:jc w:val="right"/>
      </w:pPr>
      <w:r>
        <w:t>ظاہر کیا، اظہار ناراضگی۔</w:t>
      </w:r>
    </w:p>
    <w:p>
      <w:r>
        <w:rPr>
          <w:b/>
        </w:rPr>
        <w:t xml:space="preserve">[1:04:12] </w:t>
      </w:r>
      <w:r>
        <w:t>ek hai izhaar narazgi, ek hai physical punishment.</w:t>
      </w:r>
    </w:p>
    <w:p>
      <w:pPr>
        <w:jc w:val="right"/>
      </w:pPr>
      <w:r>
        <w:t>ایک ہے اظہار ناراضگی، ایک ہے فزیکل پنشمنٹ۔</w:t>
      </w:r>
    </w:p>
    <w:p>
      <w:r>
        <w:rPr>
          <w:b/>
        </w:rPr>
        <w:t xml:space="preserve">[1:04:15] </w:t>
      </w:r>
      <w:r>
        <w:t>to izhaar narazgi ka haq hai aap ko.</w:t>
      </w:r>
    </w:p>
    <w:p>
      <w:pPr>
        <w:jc w:val="right"/>
      </w:pPr>
      <w:r>
        <w:t>تو اظہار ناراضگی کا حق ہے آپ کو۔</w:t>
      </w:r>
    </w:p>
    <w:p>
      <w:r>
        <w:rPr>
          <w:b/>
        </w:rPr>
        <w:t xml:space="preserve">[1:04:19] </w:t>
      </w:r>
      <w:r>
        <w:t>rasool allah salallaho alaihi wasallam ne farmaya miswak wale le kar ke woh matlab izhaar narazgi kar</w:t>
      </w:r>
    </w:p>
    <w:p>
      <w:pPr>
        <w:jc w:val="right"/>
      </w:pPr>
      <w:r>
        <w:t>رسول اللہ صلی اللہ علیہ وسلم نے فرمایا مسواک والے لے کر کہ وہ مطلب اظہار ناراضگی کر</w:t>
      </w:r>
    </w:p>
    <w:p>
      <w:r>
        <w:rPr>
          <w:b/>
        </w:rPr>
        <w:t xml:space="preserve">[1:04:26] </w:t>
      </w:r>
      <w:r>
        <w:t>sakte ho tum, izhaar narazgi kar sakte ho tum, lekin physical punishment sirf adalat de sakti hai, koi</w:t>
      </w:r>
    </w:p>
    <w:p>
      <w:pPr>
        <w:jc w:val="right"/>
      </w:pPr>
      <w:r>
        <w:t>سکتے ہو تم، اظہار ناراضگی کر سکتے ہو تم، لیکن فزیکل پنشمنٹ صرف عدالت دے سکتی ہے، کوئی</w:t>
      </w:r>
    </w:p>
    <w:p>
      <w:r>
        <w:rPr>
          <w:b/>
        </w:rPr>
        <w:t xml:space="preserve">[1:04:34] </w:t>
      </w:r>
      <w:r>
        <w:t>shakhs nahi de sakta.</w:t>
      </w:r>
    </w:p>
    <w:p>
      <w:pPr>
        <w:jc w:val="right"/>
      </w:pPr>
      <w:r>
        <w:t>شخص نہیں دے سکتا۔</w:t>
      </w:r>
    </w:p>
    <w:p>
      <w:r>
        <w:rPr>
          <w:b/>
        </w:rPr>
        <w:t xml:space="preserve">[1:04:36] </w:t>
      </w:r>
      <w:r>
        <w:t>is aayat ko le ke jo log marte hain auraton ko, bilashuba woh galat kaam karte hain, bilashuba</w:t>
      </w:r>
    </w:p>
    <w:p>
      <w:pPr>
        <w:jc w:val="right"/>
      </w:pPr>
      <w:r>
        <w:t>اس آیت کو لے کے جو لوگ مارتے ہیں عورتوں کو، بلاشبہ وہ غلط کام کرتے ہیں، بلاشبہ</w:t>
      </w:r>
    </w:p>
    <w:p>
      <w:r>
        <w:rPr>
          <w:b/>
        </w:rPr>
        <w:t xml:space="preserve">[1:04:44] </w:t>
      </w:r>
      <w:r>
        <w:t>woh pakad jayenge allah ta'ala ke haan.</w:t>
      </w:r>
    </w:p>
    <w:p>
      <w:pPr>
        <w:jc w:val="right"/>
      </w:pPr>
      <w:r>
        <w:t>وہ پکڑ جائیں گے اللہ تعالی کے ہاں۔</w:t>
      </w:r>
    </w:p>
    <w:p>
      <w:r>
        <w:rPr>
          <w:b/>
        </w:rPr>
        <w:t xml:space="preserve">[1:04:47] </w:t>
      </w:r>
      <w:r>
        <w:t>to is is farq ko na samajhne ki wajah se aisa hua hai.</w:t>
      </w:r>
    </w:p>
    <w:p>
      <w:pPr>
        <w:jc w:val="right"/>
      </w:pPr>
      <w:r>
        <w:t>تو اس اس فرق کو نہ سمجھنے کی وجہ سے ایسا ہوا ہے۔</w:t>
      </w:r>
    </w:p>
    <w:p>
      <w:r>
        <w:rPr>
          <w:b/>
        </w:rPr>
        <w:t xml:space="preserve">[1:04:53] </w:t>
      </w:r>
      <w:r>
        <w:t>jaise misaal ke taur par baaz juraim ke bare mein quran majeed mein hai ke "feldo kul wahid</w:t>
      </w:r>
    </w:p>
    <w:p>
      <w:pPr>
        <w:jc w:val="right"/>
      </w:pPr>
      <w:r>
        <w:t>جیسے مثال کے طور پر بعض جرائم کے بارے میں قرآن مجید میں ہے کہ "فیلدو کل واحد</w:t>
      </w:r>
    </w:p>
    <w:p>
      <w:r>
        <w:rPr>
          <w:b/>
        </w:rPr>
        <w:t xml:space="preserve">[1:05:00] </w:t>
      </w:r>
      <w:r>
        <w:t>minhuma miat jaldah".</w:t>
      </w:r>
    </w:p>
    <w:p>
      <w:pPr>
        <w:jc w:val="right"/>
      </w:pPr>
      <w:r>
        <w:t>منہما میت جلدہ"۔</w:t>
      </w:r>
    </w:p>
    <w:p>
      <w:r>
        <w:rPr>
          <w:b/>
        </w:rPr>
        <w:t xml:space="preserve">[1:05:02] </w:t>
      </w:r>
      <w:r>
        <w:t>sau kode maro.</w:t>
      </w:r>
    </w:p>
    <w:p>
      <w:pPr>
        <w:jc w:val="right"/>
      </w:pPr>
      <w:r>
        <w:t>سو کوڑے مارو۔</w:t>
      </w:r>
    </w:p>
    <w:p>
      <w:r>
        <w:rPr>
          <w:b/>
        </w:rPr>
        <w:t xml:space="preserve">[1:05:03] </w:t>
      </w:r>
      <w:r>
        <w:t>dekhiye, yeh is mein lafz itna hi hai, bas surah noor mein "feldo kul wahid minhuma miat jaldah"</w:t>
      </w:r>
    </w:p>
    <w:p>
      <w:pPr>
        <w:jc w:val="right"/>
      </w:pPr>
      <w:r>
        <w:t>دیکھیے، یہ اس میں لفظ اتنا ہی ہے، بس سورہ نور میں "فیلدو کل واحد منہما میت جلدہ"</w:t>
      </w:r>
    </w:p>
    <w:p>
      <w:r>
        <w:rPr>
          <w:b/>
        </w:rPr>
        <w:t xml:space="preserve">[1:05:11] </w:t>
      </w:r>
      <w:r>
        <w:t>ke sau kode maro.</w:t>
      </w:r>
    </w:p>
    <w:p>
      <w:pPr>
        <w:jc w:val="right"/>
      </w:pPr>
      <w:r>
        <w:t>کہ سو کوڑے مارو۔</w:t>
      </w:r>
    </w:p>
    <w:p>
      <w:r>
        <w:rPr>
          <w:b/>
        </w:rPr>
        <w:t xml:space="preserve">[1:05:13] </w:t>
      </w:r>
      <w:r>
        <w:t>yeh nahi hai ke is ko police ko report karo, adalat mein le jao, wahan proceeding chalai jaye,</w:t>
      </w:r>
    </w:p>
    <w:p>
      <w:pPr>
        <w:jc w:val="right"/>
      </w:pPr>
      <w:r>
        <w:t>یہ نہیں ہے کہ اس کو پولیس کو رپورٹ کرو، عدالت میں لے جاؤ، وہاں پروسیڈنگ چلائی جائے،</w:t>
      </w:r>
    </w:p>
    <w:p>
      <w:r>
        <w:rPr>
          <w:b/>
        </w:rPr>
        <w:t xml:space="preserve">[1:05:20] </w:t>
      </w:r>
      <w:r>
        <w:t>phir faisla ho, is ke mutabiq mara jaye is ko.</w:t>
      </w:r>
    </w:p>
    <w:p>
      <w:pPr>
        <w:jc w:val="right"/>
      </w:pPr>
      <w:r>
        <w:t>پھر فیصلہ ہو، اس کے مطابق مارا جائے اس کو۔</w:t>
      </w:r>
    </w:p>
    <w:p>
      <w:r>
        <w:rPr>
          <w:b/>
        </w:rPr>
        <w:t xml:space="preserve">[1:05:25] </w:t>
      </w:r>
      <w:r>
        <w:t>yeh nahi hai.</w:t>
      </w:r>
    </w:p>
    <w:p>
      <w:pPr>
        <w:jc w:val="right"/>
      </w:pPr>
      <w:r>
        <w:t>یہ نہیں ہے۔</w:t>
      </w:r>
    </w:p>
    <w:p>
      <w:r>
        <w:rPr>
          <w:b/>
        </w:rPr>
        <w:t xml:space="preserve">[1:05:26] </w:t>
      </w:r>
      <w:r>
        <w:t>lekin koi bhi fiqah is ka yeh matlab nahi leta ke har aadmi maarne lage is ko.</w:t>
      </w:r>
    </w:p>
    <w:p>
      <w:pPr>
        <w:jc w:val="right"/>
      </w:pPr>
      <w:r>
        <w:t>لیکن کوئی بھی فقیہ اس کا یہ مطلب نہیں لیتا کہ ہر آدمی مارنے لگے اس کو۔</w:t>
      </w:r>
    </w:p>
    <w:p>
      <w:r>
        <w:rPr>
          <w:b/>
        </w:rPr>
        <w:t xml:space="preserve">[1:05:33] </w:t>
      </w:r>
      <w:r>
        <w:t>اس میں understood ہے کہ تم خود نہیں مار سکتے، اس کو refer کرنا پڑے گا کورٹ کو۔</w:t>
      </w:r>
    </w:p>
    <w:p>
      <w:pPr>
        <w:jc w:val="right"/>
      </w:pPr>
      <w:r>
        <w:t>اس میں انڈرسٹڈ ہے کہ تم خود نہیں مار سکتے، اس کو ریفر کرنا پڑے گا کورٹ کو۔</w:t>
      </w:r>
    </w:p>
    <w:p>
      <w:r>
        <w:rPr>
          <w:b/>
        </w:rPr>
        <w:t xml:space="preserve">[1:05:41] </w:t>
      </w:r>
      <w:r>
        <w:t>agarche is ko likha hua nahi hai, likha aayat nahi hai ke "feldo koda maro".</w:t>
      </w:r>
    </w:p>
    <w:p>
      <w:pPr>
        <w:jc w:val="right"/>
      </w:pPr>
      <w:r>
        <w:t>اگرچہ اس کو لکھا ہوا نہیں ہے، لکھا آیت نہیں ہے کہ "فیلدو کوڑا مارو"۔</w:t>
      </w:r>
    </w:p>
    <w:p>
      <w:r>
        <w:rPr>
          <w:b/>
        </w:rPr>
        <w:t xml:space="preserve">[1:05:48] </w:t>
      </w:r>
      <w:r>
        <w:t>wahan "fasarbu" hai, yahan "feldo" hai.</w:t>
      </w:r>
    </w:p>
    <w:p>
      <w:pPr>
        <w:jc w:val="right"/>
      </w:pPr>
      <w:r>
        <w:t>وہاں "فضربو" ہے، یہاں "فیلدو" ہے۔</w:t>
      </w:r>
    </w:p>
    <w:p>
      <w:r>
        <w:rPr>
          <w:b/>
        </w:rPr>
        <w:t xml:space="preserve">[1:05:50] </w:t>
      </w:r>
      <w:r>
        <w:t>to "feldo" ka matlab yeh nahi hai ke aap khud hi khud koda maarne lagen kisi ko.</w:t>
      </w:r>
    </w:p>
    <w:p>
      <w:pPr>
        <w:jc w:val="right"/>
      </w:pPr>
      <w:r>
        <w:t>تو "فیلدو" کا مطلب یہ نہیں ہے کہ آپ خود ہی خود کوڑا مارنے لگیں کسی کو۔</w:t>
      </w:r>
    </w:p>
    <w:p>
      <w:r>
        <w:rPr>
          <w:b/>
        </w:rPr>
        <w:t xml:space="preserve">[1:05:57] </w:t>
      </w:r>
      <w:r>
        <w:t>nahi, aap ko itna hi haq hai ke aap police ko report karen.</w:t>
      </w:r>
    </w:p>
    <w:p>
      <w:pPr>
        <w:jc w:val="right"/>
      </w:pPr>
      <w:r>
        <w:t>نہیں، آپ کو اتنا ہی حق ہے کہ آپ پولیس کو رپورٹ کریں۔</w:t>
      </w:r>
    </w:p>
    <w:p>
      <w:r>
        <w:rPr>
          <w:b/>
        </w:rPr>
        <w:t xml:space="preserve">[1:06:03] </w:t>
      </w:r>
      <w:r>
        <w:t>police jo hai, refer kare gi court ko, court witness bulaye gi, police proceeding chalaye gi, phir faisla</w:t>
      </w:r>
    </w:p>
    <w:p>
      <w:pPr>
        <w:jc w:val="right"/>
      </w:pPr>
      <w:r>
        <w:t>پولیس جو ہے، ریفر کرے گی کورٹ کو، کورٹ وٹنس بلائے گی، پولیس پروسیڈنگ چلائے گی، پھر فیصلہ</w:t>
      </w:r>
    </w:p>
    <w:p>
      <w:r>
        <w:rPr>
          <w:b/>
        </w:rPr>
        <w:t xml:space="preserve">[1:06:11] </w:t>
      </w:r>
      <w:r>
        <w:t>de gi, phir is ko execute kiya jayega.</w:t>
      </w:r>
    </w:p>
    <w:p>
      <w:pPr>
        <w:jc w:val="right"/>
      </w:pPr>
      <w:r>
        <w:t>دے گی، پھر اس کو ایگزیکیوٹ کیا جائے گا۔</w:t>
      </w:r>
    </w:p>
    <w:p>
      <w:r>
        <w:rPr>
          <w:b/>
        </w:rPr>
        <w:t xml:space="preserve">[1:06:15] </w:t>
      </w:r>
      <w:r>
        <w:t>yeh maamla yahan bhi hai ke jab maamla aisa ho, kuch waqt physical punishment dene ki baat ho</w:t>
      </w:r>
    </w:p>
    <w:p>
      <w:pPr>
        <w:jc w:val="right"/>
      </w:pPr>
      <w:r>
        <w:t>یہ معاملہ یہاں بھی ہے کہ جب معاملہ ایسا ہو، کچھ وقت فزیکل پنشمنٹ دینے کی بات ہو</w:t>
      </w:r>
    </w:p>
    <w:p>
      <w:r>
        <w:rPr>
          <w:b/>
        </w:rPr>
        <w:t xml:space="preserve">[1:06:22] </w:t>
      </w:r>
      <w:r>
        <w:t>to kisi shohar ka haq nahi ke woh mare, woh harghiz nahi.</w:t>
      </w:r>
    </w:p>
    <w:p>
      <w:pPr>
        <w:jc w:val="right"/>
      </w:pPr>
      <w:r>
        <w:t>تو کسی شوہر کا حق نہیں کہ وہ مارے، وہ ہرگز نہیں۔</w:t>
      </w:r>
    </w:p>
    <w:p>
      <w:r>
        <w:rPr>
          <w:b/>
        </w:rPr>
        <w:t xml:space="preserve">[1:06:27] </w:t>
      </w:r>
      <w:r>
        <w:t>woh police ko report kare, woh haan, kuch baatein aisi ho sakti hain jis jo shohar ko nagawar</w:t>
      </w:r>
    </w:p>
    <w:p>
      <w:pPr>
        <w:jc w:val="right"/>
      </w:pPr>
      <w:r>
        <w:t>وہ پولیس کو رپورٹ کرے، وہ ہاں، کچھ باتیں ایسی ہو سکتی ہیں جس جو شوہر کو ناگوار</w:t>
      </w:r>
    </w:p>
    <w:p>
      <w:r>
        <w:rPr>
          <w:b/>
        </w:rPr>
        <w:t xml:space="preserve">[1:06:35] </w:t>
      </w:r>
      <w:r>
        <w:t>ho to woh apni narazgi ke izhaar ke liye, apne resentment ko zahir karne ke liye, woh aise</w:t>
      </w:r>
    </w:p>
    <w:p>
      <w:pPr>
        <w:jc w:val="right"/>
      </w:pPr>
      <w:r>
        <w:t>ہو تو وہ اپنی ناراضگی کے اظہار کے لیے، اپنے ریزیمنٹ کو ظاہر کرنے کے لیے، وہ ایسے</w:t>
      </w:r>
    </w:p>
    <w:p>
      <w:r>
        <w:rPr>
          <w:b/>
        </w:rPr>
        <w:t xml:space="preserve">[1:06:43] </w:t>
      </w:r>
      <w:r>
        <w:t>kar sakta hai.</w:t>
      </w:r>
    </w:p>
    <w:p>
      <w:pPr>
        <w:jc w:val="right"/>
      </w:pPr>
      <w:r>
        <w:t>کر سکتا ہے۔</w:t>
      </w:r>
    </w:p>
    <w:p>
      <w:r>
        <w:rPr>
          <w:b/>
        </w:rPr>
        <w:t xml:space="preserve">[1:06:44] </w:t>
      </w:r>
      <w:r>
        <w:t>bas itna hi, is se zyada is ka koi haq nahi hai.</w:t>
      </w:r>
    </w:p>
    <w:p>
      <w:pPr>
        <w:jc w:val="right"/>
      </w:pPr>
      <w:r>
        <w:t>بس اتنا ہی، اس سے زیادہ اس کا کوئی حق نہیں ہے۔</w:t>
      </w:r>
    </w:p>
    <w:p>
      <w:r>
        <w:rPr>
          <w:b/>
        </w:rPr>
        <w:t xml:space="preserve">[1:06:50] </w:t>
      </w:r>
      <w:r>
        <w:t>maulana, mr muhammad tauqeer alam ne muzaffarpur se likha hai: "kya islam mein aurat ka maqam mard se</w:t>
      </w:r>
    </w:p>
    <w:p>
      <w:pPr>
        <w:jc w:val="right"/>
      </w:pPr>
      <w:r>
        <w:t>مولانا، مسٹر محمد توقیر عالم نے مظفرپور سے لکھا ہے: "کیا اسلام میں عورت کا مقام مرد سے</w:t>
      </w:r>
    </w:p>
    <w:p>
      <w:r>
        <w:rPr>
          <w:b/>
        </w:rPr>
        <w:t xml:space="preserve">[1:06:57] </w:t>
      </w:r>
      <w:r>
        <w:t>zyada hai?" lekin na zyada, na kam.</w:t>
      </w:r>
    </w:p>
    <w:p>
      <w:pPr>
        <w:jc w:val="right"/>
      </w:pPr>
      <w:r>
        <w:t>زیادہ ہے؟" لیکن نہ زیادہ، نہ کم۔</w:t>
      </w:r>
    </w:p>
    <w:p>
      <w:r>
        <w:rPr>
          <w:b/>
        </w:rPr>
        <w:t xml:space="preserve">[1:07:00] </w:t>
      </w:r>
      <w:r>
        <w:t>main ne arz kiya na ke yeh nazariya galat hai ke do bilkul barabar barabar darja jo kehte</w:t>
      </w:r>
    </w:p>
    <w:p>
      <w:pPr>
        <w:jc w:val="right"/>
      </w:pPr>
      <w:r>
        <w:t>میں نے عرض کیا نا کہ یہ نظریہ غلط ہے کہ دو بالکل برابر برابر درجہ جو کہتے</w:t>
      </w:r>
    </w:p>
    <w:p>
      <w:r>
        <w:rPr>
          <w:b/>
        </w:rPr>
        <w:t xml:space="preserve">[1:07:08] </w:t>
      </w:r>
      <w:r>
        <w:t>hain "gender equality".</w:t>
      </w:r>
    </w:p>
    <w:p>
      <w:pPr>
        <w:jc w:val="right"/>
      </w:pPr>
      <w:r>
        <w:t>ہیں "جنڈر ایکولٹی"۔</w:t>
      </w:r>
    </w:p>
    <w:p>
      <w:r>
        <w:rPr>
          <w:b/>
        </w:rPr>
        <w:t xml:space="preserve">[1:07:09] </w:t>
      </w:r>
      <w:r>
        <w:t>gender equality ka nazariya bilkul unnatural hai.</w:t>
      </w:r>
    </w:p>
    <w:p>
      <w:pPr>
        <w:jc w:val="right"/>
      </w:pPr>
      <w:r>
        <w:t>جنڈر ایکولٹی کا نظریہ بالکل ان نیچرل ہے۔</w:t>
      </w:r>
    </w:p>
    <w:p>
      <w:r>
        <w:rPr>
          <w:b/>
        </w:rPr>
        <w:t xml:space="preserve">[1:07:13] </w:t>
      </w:r>
      <w:r>
        <w:t>sahih mein hai "gender inequality", lekin respect ek hi rahega.</w:t>
      </w:r>
    </w:p>
    <w:p>
      <w:pPr>
        <w:jc w:val="right"/>
      </w:pPr>
      <w:r>
        <w:t>صحیح میں ہے "جنڈر ان ایکولٹی"، لیکن ریسپیکٹ ایک ہی رہے گا۔</w:t>
      </w:r>
    </w:p>
    <w:p>
      <w:r>
        <w:rPr>
          <w:b/>
        </w:rPr>
        <w:t xml:space="preserve">[1:07:18] </w:t>
      </w:r>
      <w:r>
        <w:t>yani respect mein koi farq nahi kiya jayega.</w:t>
      </w:r>
    </w:p>
    <w:p>
      <w:pPr>
        <w:jc w:val="right"/>
      </w:pPr>
      <w:r>
        <w:t>یعنی ریسپیکٹ میں کوئی فرق نہیں کیا جائے گا۔</w:t>
      </w:r>
    </w:p>
    <w:p>
      <w:r>
        <w:rPr>
          <w:b/>
        </w:rPr>
        <w:t xml:space="preserve">[1:07:22] </w:t>
      </w:r>
      <w:r>
        <w:t>respect mein koi farq nahi kiya jayega.</w:t>
      </w:r>
    </w:p>
    <w:p>
      <w:pPr>
        <w:jc w:val="right"/>
      </w:pPr>
      <w:r>
        <w:t>ریسپیکٹ میں کوئی فرق نہیں کیا جائے گا۔</w:t>
      </w:r>
    </w:p>
    <w:p>
      <w:r>
        <w:rPr>
          <w:b/>
        </w:rPr>
        <w:t xml:space="preserve">[1:07:25] </w:t>
      </w:r>
      <w:r>
        <w:t>yani dono ki apni salahiyat alag rahe, role alag hai, lekin respect ek rahega, barabar ka rahe</w:t>
      </w:r>
    </w:p>
    <w:p>
      <w:pPr>
        <w:jc w:val="right"/>
      </w:pPr>
      <w:r>
        <w:t>یعنی دونوں کی اپنی صلاحیت الگ رہے، رول الگ ہے، لیکن ریسپیکٹ ایک رہے گا، برابر کا رہے</w:t>
      </w:r>
    </w:p>
    <w:p>
      <w:r>
        <w:rPr>
          <w:b/>
        </w:rPr>
        <w:t xml:space="preserve">[1:07:33] </w:t>
      </w:r>
      <w:r>
        <w:t>ga.</w:t>
      </w:r>
    </w:p>
    <w:p>
      <w:pPr>
        <w:jc w:val="right"/>
      </w:pPr>
      <w:r>
        <w:t>گا۔</w:t>
      </w:r>
    </w:p>
    <w:p>
      <w:r>
        <w:rPr>
          <w:b/>
        </w:rPr>
        <w:t xml:space="preserve">[1:07:35] </w:t>
      </w:r>
      <w:r>
        <w:t>respect mein koi farq nahi kiya jayega.</w:t>
      </w:r>
    </w:p>
    <w:p>
      <w:pPr>
        <w:jc w:val="right"/>
      </w:pPr>
      <w:r>
        <w:t>ریسپیکٹ میں کوئی فرق نہیں کیا جائے گا۔</w:t>
      </w:r>
    </w:p>
    <w:p>
      <w:r>
        <w:rPr>
          <w:b/>
        </w:rPr>
        <w:t xml:space="preserve">[1:07:38] </w:t>
      </w:r>
      <w:r>
        <w:t>to yeh mani bilkul galat hai ke aurat ka darja kam hai, mard ka darja zyada hai.</w:t>
      </w:r>
    </w:p>
    <w:p>
      <w:pPr>
        <w:jc w:val="right"/>
      </w:pPr>
      <w:r>
        <w:t>تو یہ معنی بالکل غلط ہے کہ عورت کا درجہ کم ہے، مرد کا درجہ زیادہ ہے۔</w:t>
      </w:r>
    </w:p>
    <w:p>
      <w:r>
        <w:rPr>
          <w:b/>
        </w:rPr>
        <w:t xml:space="preserve">[1:07:45] </w:t>
      </w:r>
      <w:r>
        <w:t>do ka darja bilkul ek hai.</w:t>
      </w:r>
    </w:p>
    <w:p>
      <w:pPr>
        <w:jc w:val="right"/>
      </w:pPr>
      <w:r>
        <w:t>دو کا درجہ بالکل ایک ہے۔</w:t>
      </w:r>
    </w:p>
    <w:p>
      <w:r>
        <w:rPr>
          <w:b/>
        </w:rPr>
        <w:t xml:space="preserve">[1:07:48] </w:t>
      </w:r>
      <w:r>
        <w:t>dekhen, hadith ek hai baqayda is silsile mein ke "al nisa shaqaiq al rijal".</w:t>
      </w:r>
    </w:p>
    <w:p>
      <w:pPr>
        <w:jc w:val="right"/>
      </w:pPr>
      <w:r>
        <w:t>دیکھیں، حدیث ایک ہے باقاعدہ اس سلسلے میں کہ "النساء شقائق الرجال"۔</w:t>
      </w:r>
    </w:p>
    <w:p>
      <w:r>
        <w:rPr>
          <w:b/>
        </w:rPr>
        <w:t xml:space="preserve">[1:07:53] </w:t>
      </w:r>
      <w:r>
        <w:t>aurat aur mard dono ek ek ek ek single unit ke do half hain.</w:t>
      </w:r>
    </w:p>
    <w:p>
      <w:pPr>
        <w:jc w:val="right"/>
      </w:pPr>
      <w:r>
        <w:t>عورت اور مرد دونوں ایک ایک ایک ایک سنگل یونٹ کے دو ہاف ہیں۔</w:t>
      </w:r>
    </w:p>
    <w:p>
      <w:r>
        <w:rPr>
          <w:b/>
        </w:rPr>
        <w:t xml:space="preserve">[1:07:59] </w:t>
      </w:r>
      <w:r>
        <w:t>یعنی "both are two equal halves of a single unit".</w:t>
      </w:r>
    </w:p>
    <w:p>
      <w:pPr>
        <w:jc w:val="right"/>
      </w:pPr>
      <w:r>
        <w:t>یعنی "بوتھ آر ٹو ایکول ہافز آف ا سنگل یونٹ"۔</w:t>
      </w:r>
    </w:p>
    <w:p>
      <w:r>
        <w:rPr>
          <w:b/>
        </w:rPr>
        <w:t xml:space="preserve">[1:08:03] </w:t>
      </w:r>
      <w:r>
        <w:t>yeh hai islam ka tasawwur "al nisa shaqaiq al rijal".</w:t>
      </w:r>
    </w:p>
    <w:p>
      <w:pPr>
        <w:jc w:val="right"/>
      </w:pPr>
      <w:r>
        <w:t>یہ ہے اسلام کا تصور "النساء شقائق الرجال"۔</w:t>
      </w:r>
    </w:p>
    <w:p>
      <w:r>
        <w:rPr>
          <w:b/>
        </w:rPr>
        <w:t xml:space="preserve">[1:08:07] </w:t>
      </w:r>
      <w:r>
        <w:t>yani ek unit hai mard aur aurat ko milakar ke, jise ek farz kijiye, ek seb hai,</w:t>
      </w:r>
    </w:p>
    <w:p>
      <w:pPr>
        <w:jc w:val="right"/>
      </w:pPr>
      <w:r>
        <w:t>یعنی ایک یونٹ ہے مرد اور عورت کو ملا کر کے، جسے ایک فرض کیجیے، ایک سیب ہے،</w:t>
      </w:r>
    </w:p>
    <w:p>
      <w:r>
        <w:rPr>
          <w:b/>
        </w:rPr>
        <w:t xml:space="preserve">[1:08:14] </w:t>
      </w:r>
      <w:r>
        <w:t>ek apple.</w:t>
      </w:r>
    </w:p>
    <w:p>
      <w:pPr>
        <w:jc w:val="right"/>
      </w:pPr>
      <w:r>
        <w:t>ایک ایپل۔</w:t>
      </w:r>
    </w:p>
    <w:p>
      <w:r>
        <w:rPr>
          <w:b/>
        </w:rPr>
        <w:t xml:space="preserve">[1:08:16] </w:t>
      </w:r>
      <w:r>
        <w:t>bas theek beech se aap kaaten, ek adha yeh hua, ek adha woh hua.</w:t>
      </w:r>
    </w:p>
    <w:p>
      <w:pPr>
        <w:jc w:val="right"/>
      </w:pPr>
      <w:r>
        <w:t>ٹھیک بیچ سے آپ کاٹیں، ایک ادھا یہ ہوا، ایک ادھا وہ ہوا۔</w:t>
      </w:r>
    </w:p>
    <w:p>
      <w:r>
        <w:rPr>
          <w:b/>
        </w:rPr>
        <w:t xml:space="preserve">[1:08:21] </w:t>
      </w:r>
      <w:r>
        <w:t>تو ایسے ہی عورت مرد جو ہیں، "There are two equal halves of a single unit".</w:t>
      </w:r>
    </w:p>
    <w:p>
      <w:pPr>
        <w:jc w:val="right"/>
      </w:pPr>
      <w:r>
        <w:t>تو ایسے ہی عورت مرد جو ہیں، "دیر آر ٹو ایکول ہافز آف ا سنگل یونٹ"۔</w:t>
      </w:r>
    </w:p>
    <w:p>
      <w:r>
        <w:rPr>
          <w:b/>
        </w:rPr>
        <w:t xml:space="preserve">[1:08:28] </w:t>
      </w:r>
      <w:r>
        <w:t>bas na koi kam hai, na koi zyada hai, na koi inferior hai, na koi superior hai.</w:t>
      </w:r>
    </w:p>
    <w:p>
      <w:pPr>
        <w:jc w:val="right"/>
      </w:pPr>
      <w:r>
        <w:t>بس نہ کوئی کم ہے، نہ کوئی زیادہ ہے، نہ کوئی انفیریئر ہے، نہ کوئی سپیریئر ہے۔</w:t>
      </w:r>
    </w:p>
    <w:p>
      <w:r>
        <w:rPr>
          <w:b/>
        </w:rPr>
        <w:t xml:space="preserve">[1:08:36] </w:t>
      </w:r>
      <w:r>
        <w:t>yeh islam ka concept hai.</w:t>
      </w:r>
    </w:p>
    <w:p>
      <w:pPr>
        <w:jc w:val="right"/>
      </w:pPr>
      <w:r>
        <w:t>یہ اسلام کا کانسیپٹ ہے۔</w:t>
      </w:r>
    </w:p>
    <w:p>
      <w:r>
        <w:rPr>
          <w:b/>
        </w:rPr>
        <w:t xml:space="preserve">[1:08:38] </w:t>
      </w:r>
      <w:r>
        <w:t>doctor anwar jamal ne deoband se likha hai: "aurat ka hissa jaydad aur wirasat mein islam kam kyon</w:t>
      </w:r>
    </w:p>
    <w:p>
      <w:pPr>
        <w:jc w:val="right"/>
      </w:pPr>
      <w:r>
        <w:t>ڈاکٹر انور جمال نے دیوبند سے لکھا ہے: "عورت کا حصہ جائیداد اور وراثت میں اسلام کم کیوں</w:t>
      </w:r>
    </w:p>
    <w:p>
      <w:r>
        <w:rPr>
          <w:b/>
        </w:rPr>
        <w:t xml:space="preserve">[1:08:45] </w:t>
      </w:r>
      <w:r>
        <w:t>rakhta hai?" aur doosra: "gawahi ke mamle mein do auraton ki gawahi ko ek mard ke barabar kyon</w:t>
      </w:r>
    </w:p>
    <w:p>
      <w:pPr>
        <w:jc w:val="right"/>
      </w:pPr>
      <w:r>
        <w:t>رکھتا ہے؟" اور دوسرا: "گوائی کے معاملے میں دو عورتوں کی گواہی کو ایک مرد کے برابر کیوں</w:t>
      </w:r>
    </w:p>
    <w:p>
      <w:r>
        <w:rPr>
          <w:b/>
        </w:rPr>
        <w:t xml:space="preserve">[1:08:53] </w:t>
      </w:r>
      <w:r>
        <w:t>mana jata hai Islam mein?" is ke bare mein bataein.</w:t>
      </w:r>
    </w:p>
    <w:p>
      <w:pPr>
        <w:jc w:val="right"/>
      </w:pPr>
      <w:r>
        <w:t>مانا جاتا ہے اسلام میں؟" اس کے بارے میں بتائیں۔</w:t>
      </w:r>
    </w:p>
    <w:p>
      <w:r>
        <w:rPr>
          <w:b/>
        </w:rPr>
        <w:t xml:space="preserve">[1:08:57] </w:t>
      </w:r>
      <w:r>
        <w:t>dekhen, yeh baatein khwamkhwah log bar bar karte rehte hain.</w:t>
      </w:r>
    </w:p>
    <w:p>
      <w:pPr>
        <w:jc w:val="right"/>
      </w:pPr>
      <w:r>
        <w:t>دیکھیں، یہ باتیں خوامخواہ لوگ بار بار کرتے رہتے ہیں۔</w:t>
      </w:r>
    </w:p>
    <w:p>
      <w:r>
        <w:rPr>
          <w:b/>
        </w:rPr>
        <w:t xml:space="preserve">[1:09:02] </w:t>
      </w:r>
      <w:r>
        <w:t>is par tafseel se hum likh chuke hain risala mein aur kitabon mein.</w:t>
      </w:r>
    </w:p>
    <w:p>
      <w:pPr>
        <w:jc w:val="right"/>
      </w:pPr>
      <w:r>
        <w:t>اس پر تفصیل سے ہم لکھ چکے ہیں رسالہ میں اور کتابوں میں۔</w:t>
      </w:r>
    </w:p>
    <w:p>
      <w:r>
        <w:rPr>
          <w:b/>
        </w:rPr>
        <w:t xml:space="preserve">[1:09:07] </w:t>
      </w:r>
      <w:r>
        <w:t>to yeh koi sahi tareeqa nahi hai ke aap parhen nahi, aap sawal karte rahen, sawal karte rahen.</w:t>
      </w:r>
    </w:p>
    <w:p>
      <w:pPr>
        <w:jc w:val="right"/>
      </w:pPr>
      <w:r>
        <w:t>تو یہ کوئی صحیح طریقہ نہیں ہے کہ آپ پڑھیں نہیں، آپ سوال کرتے رہیں، سوال کرتے رہیں۔</w:t>
      </w:r>
    </w:p>
    <w:p>
      <w:r>
        <w:rPr>
          <w:b/>
        </w:rPr>
        <w:t xml:space="preserve">[1:09:15] </w:t>
      </w:r>
      <w:r>
        <w:t>yeh koi sahi tareeqa nahi hai.</w:t>
      </w:r>
    </w:p>
    <w:p>
      <w:pPr>
        <w:jc w:val="right"/>
      </w:pPr>
      <w:r>
        <w:t>یہ کوئی صحیح طریقہ نہیں ہے۔</w:t>
      </w:r>
    </w:p>
    <w:p>
      <w:r>
        <w:rPr>
          <w:b/>
        </w:rPr>
        <w:t xml:space="preserve">[1:09:18] </w:t>
      </w:r>
      <w:r>
        <w:t>parhen is ko jo likha ja chuka hai, is ko.</w:t>
      </w:r>
    </w:p>
    <w:p>
      <w:pPr>
        <w:jc w:val="right"/>
      </w:pPr>
      <w:r>
        <w:t>پڑھیے اس کو جو لکھا جا چکا ہے، اس کو۔</w:t>
      </w:r>
    </w:p>
    <w:p>
      <w:r>
        <w:rPr>
          <w:b/>
        </w:rPr>
        <w:t xml:space="preserve">[1:09:22] </w:t>
      </w:r>
      <w:r>
        <w:t>is ke baad jo sawal hai, woh kar sakte hain aap.</w:t>
      </w:r>
    </w:p>
    <w:p>
      <w:pPr>
        <w:jc w:val="right"/>
      </w:pPr>
      <w:r>
        <w:t>اس کے بعد جو سوال ہے، وہ کر سکتے ہیں آپ۔</w:t>
      </w:r>
    </w:p>
    <w:p>
      <w:r>
        <w:rPr>
          <w:b/>
        </w:rPr>
        <w:t xml:space="preserve">[1:09:27] </w:t>
      </w:r>
      <w:r>
        <w:t>dekhen, yeh jo hai mamla auraton ka kam hissa nahi hai.</w:t>
      </w:r>
    </w:p>
    <w:p>
      <w:pPr>
        <w:jc w:val="right"/>
      </w:pPr>
      <w:r>
        <w:t>دیکھیں، یہ جو ہے معاملہ عورتوں کا کم حصہ نہیں ہے۔</w:t>
      </w:r>
    </w:p>
    <w:p>
      <w:r>
        <w:rPr>
          <w:b/>
        </w:rPr>
        <w:t xml:space="preserve">[1:09:31] </w:t>
      </w:r>
      <w:r>
        <w:t>cheez yeh hai ke aurat ko do taraf se hissa milta hai, yani mayke se bhi aur sasural</w:t>
      </w:r>
    </w:p>
    <w:p>
      <w:pPr>
        <w:jc w:val="right"/>
      </w:pPr>
      <w:r>
        <w:t>چیز یہ ہے کہ عورت کو دو طرف سے حصہ ملتا ہے، یعنی میکے سے بھی اور سسرال</w:t>
      </w:r>
    </w:p>
    <w:p>
      <w:r>
        <w:rPr>
          <w:b/>
        </w:rPr>
        <w:t xml:space="preserve">[1:09:39] </w:t>
      </w:r>
      <w:r>
        <w:t>se bhi.</w:t>
      </w:r>
    </w:p>
    <w:p>
      <w:pPr>
        <w:jc w:val="right"/>
      </w:pPr>
      <w:r>
        <w:t>سے بھی۔</w:t>
      </w:r>
    </w:p>
    <w:p>
      <w:r>
        <w:rPr>
          <w:b/>
        </w:rPr>
        <w:t xml:space="preserve">[1:09:41] </w:t>
      </w:r>
      <w:r>
        <w:t>aur mard ko sirf apne apne ghar se milta hai.</w:t>
      </w:r>
    </w:p>
    <w:p>
      <w:pPr>
        <w:jc w:val="right"/>
      </w:pPr>
      <w:r>
        <w:t>اور مرد کو صرف اپنے اپنے گھر سے ملتا ہے۔</w:t>
      </w:r>
    </w:p>
    <w:p>
      <w:r>
        <w:rPr>
          <w:b/>
        </w:rPr>
        <w:t xml:space="preserve">[1:09:45] </w:t>
      </w:r>
      <w:r>
        <w:t>to do gharon se milta hai is ko.</w:t>
      </w:r>
    </w:p>
    <w:p>
      <w:pPr>
        <w:jc w:val="right"/>
      </w:pPr>
      <w:r>
        <w:t>تو دو گھروں سے ملتا ہے اس کو۔</w:t>
      </w:r>
    </w:p>
    <w:p>
      <w:r>
        <w:rPr>
          <w:b/>
        </w:rPr>
        <w:t xml:space="preserve">[1:09:48] </w:t>
      </w:r>
      <w:r>
        <w:t>aurat ke do advantage hain, yaad rakhiye.</w:t>
      </w:r>
    </w:p>
    <w:p>
      <w:pPr>
        <w:jc w:val="right"/>
      </w:pPr>
      <w:r>
        <w:t>عورت کے دو ایڈوانٹیج ہیں، یاد رکھیے۔</w:t>
      </w:r>
    </w:p>
    <w:p>
      <w:r>
        <w:rPr>
          <w:b/>
        </w:rPr>
        <w:t xml:space="preserve">[1:09:51] </w:t>
      </w:r>
      <w:r>
        <w:t>ek yeh hai ke is ko dono taraf hissa mila, mayke ki taraf se bhi aur sasural ki</w:t>
      </w:r>
    </w:p>
    <w:p>
      <w:pPr>
        <w:jc w:val="right"/>
      </w:pPr>
      <w:r>
        <w:t>ایک یہ ہے کہ اس کو دونوں طرف حصہ ملا، میکے کی طرف سے بھی اور سسرال کی</w:t>
      </w:r>
    </w:p>
    <w:p>
      <w:r>
        <w:rPr>
          <w:b/>
        </w:rPr>
        <w:t xml:space="preserve">[1:09:59] </w:t>
      </w:r>
      <w:r>
        <w:t>taraf se bhi.</w:t>
      </w:r>
    </w:p>
    <w:p>
      <w:pPr>
        <w:jc w:val="right"/>
      </w:pPr>
      <w:r>
        <w:t>طرف سے بھی۔</w:t>
      </w:r>
    </w:p>
    <w:p>
      <w:r>
        <w:rPr>
          <w:b/>
        </w:rPr>
        <w:t xml:space="preserve">[1:10:00] </w:t>
      </w:r>
      <w:r>
        <w:t>to advantage yeh hai ke agar woh khud kamaye to is par yeh lazim nahi ke apni kamai</w:t>
      </w:r>
    </w:p>
    <w:p>
      <w:pPr>
        <w:jc w:val="right"/>
      </w:pPr>
      <w:r>
        <w:t>تو ایڈوانٹیج یہ ہے کہ اگر وہ خود کمائے تو اس پر یہ لازم نہیں کہ اپنی کمائی</w:t>
      </w:r>
    </w:p>
    <w:p>
      <w:r>
        <w:rPr>
          <w:b/>
        </w:rPr>
        <w:t xml:space="preserve">[1:10:08] </w:t>
      </w:r>
      <w:r>
        <w:t>ko shohar ko de ghar ke kharch ke liye.</w:t>
      </w:r>
    </w:p>
    <w:p>
      <w:pPr>
        <w:jc w:val="right"/>
      </w:pPr>
      <w:r>
        <w:t>کو شوہر کو دے گھر کے خرچ کے لیے۔</w:t>
      </w:r>
    </w:p>
    <w:p>
      <w:r>
        <w:rPr>
          <w:b/>
        </w:rPr>
        <w:t xml:space="preserve">[1:10:12] </w:t>
      </w:r>
      <w:r>
        <w:t>nahi, is ka apna hai.</w:t>
      </w:r>
    </w:p>
    <w:p>
      <w:pPr>
        <w:jc w:val="right"/>
      </w:pPr>
      <w:r>
        <w:t>نہیں، اس کا اپنا ہے۔</w:t>
      </w:r>
    </w:p>
    <w:p>
      <w:r>
        <w:rPr>
          <w:b/>
        </w:rPr>
        <w:t xml:space="preserve">[1:10:14] </w:t>
      </w:r>
      <w:r>
        <w:t>woh ghar ka kharch jo hai, mard ko chalana parega.</w:t>
      </w:r>
    </w:p>
    <w:p>
      <w:pPr>
        <w:jc w:val="right"/>
      </w:pPr>
      <w:r>
        <w:t>وہ گھر کا خرچ جو ہے، مرد کو چلانا پڑے گا۔</w:t>
      </w:r>
    </w:p>
    <w:p>
      <w:r>
        <w:rPr>
          <w:b/>
        </w:rPr>
        <w:t xml:space="preserve">[1:10:19] </w:t>
      </w:r>
      <w:r>
        <w:t>aurat se nahi keh sakta ke tum ko ghar par kharch karo apni kamai.</w:t>
      </w:r>
    </w:p>
    <w:p>
      <w:pPr>
        <w:jc w:val="right"/>
      </w:pPr>
      <w:r>
        <w:t>عورت سے نہیں کہہ سکتا کہ تم کو گھر پر خرچ کرو اپنی کمائی۔</w:t>
      </w:r>
    </w:p>
    <w:p>
      <w:r>
        <w:rPr>
          <w:b/>
        </w:rPr>
        <w:t xml:space="preserve">[1:10:25] </w:t>
      </w:r>
      <w:r>
        <w:t>to aurat to mein samajhta hoon ke zyada is ko mila hua hai ya kam az kam barabar</w:t>
      </w:r>
    </w:p>
    <w:p>
      <w:pPr>
        <w:jc w:val="right"/>
      </w:pPr>
      <w:r>
        <w:t>تو عورت تو میں سمجھتا ہوں کہ زیادہ اس کو ملا ہوا ہے یا کم از کم برابر</w:t>
      </w:r>
    </w:p>
    <w:p>
      <w:r>
        <w:rPr>
          <w:b/>
        </w:rPr>
        <w:t xml:space="preserve">[1:10:33] </w:t>
      </w:r>
      <w:r>
        <w:t>ka mila hua hai.</w:t>
      </w:r>
    </w:p>
    <w:p>
      <w:pPr>
        <w:jc w:val="right"/>
      </w:pPr>
      <w:r>
        <w:t>کا ملا ہوا ہے۔</w:t>
      </w:r>
    </w:p>
    <w:p>
      <w:r>
        <w:rPr>
          <w:b/>
        </w:rPr>
        <w:t xml:space="preserve">[1:10:34] </w:t>
      </w:r>
      <w:r>
        <w:t>to yeh sahi nahi hai, yeh adhoori baat hai.</w:t>
      </w:r>
    </w:p>
    <w:p>
      <w:pPr>
        <w:jc w:val="right"/>
      </w:pPr>
      <w:r>
        <w:t>تو یہ صحیح نہیں ہے، یہ ادھوری بات ہے۔</w:t>
      </w:r>
    </w:p>
    <w:p>
      <w:r>
        <w:rPr>
          <w:b/>
        </w:rPr>
        <w:t xml:space="preserve">[1:10:38] </w:t>
      </w:r>
      <w:r>
        <w:t>yeh ke adha hissa, adha hissa nahi, is ka poora hissa hai.</w:t>
      </w:r>
    </w:p>
    <w:p>
      <w:pPr>
        <w:jc w:val="right"/>
      </w:pPr>
      <w:r>
        <w:t>یہ کہ ادھا حصہ، ادھا حصہ نہیں، اس کا پورا حصہ ہے۔</w:t>
      </w:r>
    </w:p>
    <w:p>
      <w:r>
        <w:rPr>
          <w:b/>
        </w:rPr>
        <w:t xml:space="preserve">[1:10:43] </w:t>
      </w:r>
      <w:r>
        <w:t>kyunke aap jab susral mein bhi de rahe hain aur mayke mein bhi de rahe hain to adha</w:t>
      </w:r>
    </w:p>
    <w:p>
      <w:pPr>
        <w:jc w:val="right"/>
      </w:pPr>
      <w:r>
        <w:t>کیونکہ آپ جب سسرال میں بھی دے رہے ہیں اور میکے میں بھی دے رہے ہیں تو ادھا</w:t>
      </w:r>
    </w:p>
    <w:p>
      <w:r>
        <w:rPr>
          <w:b/>
        </w:rPr>
        <w:t xml:space="preserve">[1:10:51] </w:t>
      </w:r>
      <w:r>
        <w:t>kahan raha? woh to bohat zyada ho gaya.</w:t>
      </w:r>
    </w:p>
    <w:p>
      <w:pPr>
        <w:jc w:val="right"/>
      </w:pPr>
      <w:r>
        <w:t>کہاں رہا؟ وہ تو بہت زیادہ ہو گیا۔</w:t>
      </w:r>
    </w:p>
    <w:p>
      <w:r>
        <w:rPr>
          <w:b/>
        </w:rPr>
        <w:t xml:space="preserve">[1:10:54] </w:t>
      </w:r>
      <w:r>
        <w:t>plus yeh ke aap is ko keh rahe hain ke aurat ki kamai is ki apni zaati hai.</w:t>
      </w:r>
    </w:p>
    <w:p>
      <w:pPr>
        <w:jc w:val="right"/>
      </w:pPr>
      <w:r>
        <w:t>پلس یہ کہ آپ اس کو کہہ رہے ہیں کہ عورت کی کمائی اس کی اپنی ذاتی ہے۔</w:t>
      </w:r>
    </w:p>
    <w:p>
      <w:r>
        <w:rPr>
          <w:b/>
        </w:rPr>
        <w:t xml:space="preserve">[1:11:02] </w:t>
      </w:r>
      <w:r>
        <w:t>to poori poori baat ko le kar ke woh kijiye, rai banaiye.</w:t>
      </w:r>
    </w:p>
    <w:p>
      <w:pPr>
        <w:jc w:val="right"/>
      </w:pPr>
      <w:r>
        <w:t>تو پوری پوری بات کو لے کر کے وہ کیجیے، رائے بنائیے۔</w:t>
      </w:r>
    </w:p>
    <w:p>
      <w:r>
        <w:rPr>
          <w:b/>
        </w:rPr>
        <w:t xml:space="preserve">[1:11:07] </w:t>
      </w:r>
      <w:r>
        <w:t>to jahan tak gawahi ki baat hai, dekhiye, maine arz kiya ke yeh maamla kishn plan of</w:t>
      </w:r>
    </w:p>
    <w:p>
      <w:pPr>
        <w:jc w:val="right"/>
      </w:pPr>
      <w:r>
        <w:t>تو جہاں تک گواہی کی بات ہے، دیکھیے، میں نے عرض کیا کہ یہ معاملہ کیشن پلان آف</w:t>
      </w:r>
    </w:p>
    <w:p>
      <w:r>
        <w:rPr>
          <w:b/>
        </w:rPr>
        <w:t xml:space="preserve">[1:11:15] </w:t>
      </w:r>
      <w:r>
        <w:t>god ka hai.</w:t>
      </w:r>
    </w:p>
    <w:p>
      <w:pPr>
        <w:jc w:val="right"/>
      </w:pPr>
      <w:r>
        <w:t>گاڈ کا ہے۔</w:t>
      </w:r>
    </w:p>
    <w:p>
      <w:r>
        <w:rPr>
          <w:b/>
        </w:rPr>
        <w:t xml:space="preserve">[1:11:17] </w:t>
      </w:r>
      <w:r>
        <w:t>Allah taala ne do insaan paida kiya, aurat aur mard.</w:t>
      </w:r>
    </w:p>
    <w:p>
      <w:pPr>
        <w:jc w:val="right"/>
      </w:pPr>
      <w:r>
        <w:t>اللہ تعالی نے دو انسان پیدا کیا، عورت اور مرد۔</w:t>
      </w:r>
    </w:p>
    <w:p>
      <w:r>
        <w:rPr>
          <w:b/>
        </w:rPr>
        <w:t xml:space="preserve">[1:11:21] </w:t>
      </w:r>
      <w:r>
        <w:t>donon ko alag alag salahiyaten deen, alag alag kaam ke liye, alag alag role ke liye.</w:t>
      </w:r>
    </w:p>
    <w:p>
      <w:pPr>
        <w:jc w:val="right"/>
      </w:pPr>
      <w:r>
        <w:t>دونوں کو الگ الگ صلاحیتیں دیں، الگ الگ کام کے لیے، الگ الگ رول کے لیے۔</w:t>
      </w:r>
    </w:p>
    <w:p>
      <w:r>
        <w:rPr>
          <w:b/>
        </w:rPr>
        <w:t xml:space="preserve">[1:11:28] </w:t>
      </w:r>
      <w:r>
        <w:t>to abhi science mein research hui hai, bohat baqayda ke aurat aur mard ke mind mein ek farq</w:t>
      </w:r>
    </w:p>
    <w:p>
      <w:pPr>
        <w:jc w:val="right"/>
      </w:pPr>
      <w:r>
        <w:t>تو ابھی سائنس میں ریسرچ ہوئی ہے، بہت باقاعدہ کہ عورت اور مرد کے مائنڈ میں ایک فرق</w:t>
      </w:r>
    </w:p>
    <w:p>
      <w:r>
        <w:rPr>
          <w:b/>
        </w:rPr>
        <w:t xml:space="preserve">[1:11:35] </w:t>
      </w:r>
      <w:r>
        <w:t>hai.</w:t>
      </w:r>
    </w:p>
    <w:p>
      <w:pPr>
        <w:jc w:val="right"/>
      </w:pPr>
      <w:r>
        <w:t>ہے۔</w:t>
      </w:r>
    </w:p>
    <w:p>
      <w:r>
        <w:rPr>
          <w:b/>
        </w:rPr>
        <w:t xml:space="preserve">[1:11:37] </w:t>
      </w:r>
      <w:r>
        <w:t>brain jo hai, brain ek bohat bara farq hai donon mein.</w:t>
      </w:r>
    </w:p>
    <w:p>
      <w:pPr>
        <w:jc w:val="right"/>
      </w:pPr>
      <w:r>
        <w:t>برین جو ہے، برین ایک بہت بڑا فرق ہے دونوں میں۔</w:t>
      </w:r>
    </w:p>
    <w:p>
      <w:r>
        <w:rPr>
          <w:b/>
        </w:rPr>
        <w:t xml:space="preserve">[1:11:42] </w:t>
      </w:r>
      <w:r>
        <w:t>woh kya hai? mard jo hai, woh single focused mind hota hai is ka aur aurat ka multi</w:t>
      </w:r>
    </w:p>
    <w:p>
      <w:pPr>
        <w:jc w:val="right"/>
      </w:pPr>
      <w:r>
        <w:t>وہ کیا ہے؟ مرد جو ہے، وہ سنگل فوکسڈ مائنڈ ہوتا ہے اس کا اور عورت کا ملٹی</w:t>
      </w:r>
    </w:p>
    <w:p>
      <w:r>
        <w:rPr>
          <w:b/>
        </w:rPr>
        <w:t xml:space="preserve">[1:11:49] </w:t>
      </w:r>
      <w:r>
        <w:t>focused mind hota hai.</w:t>
      </w:r>
    </w:p>
    <w:p>
      <w:pPr>
        <w:jc w:val="right"/>
      </w:pPr>
      <w:r>
        <w:t>فوکسڈ مائنڈ ہوتا ہے۔</w:t>
      </w:r>
    </w:p>
    <w:p>
      <w:r>
        <w:rPr>
          <w:b/>
        </w:rPr>
        <w:t xml:space="preserve">[1:11:51] </w:t>
      </w:r>
      <w:r>
        <w:t>yeh bilkul science mein research hui hai, baqayda ke aurat ka mind multi focused hota hai, mard ka</w:t>
      </w:r>
    </w:p>
    <w:p>
      <w:pPr>
        <w:jc w:val="right"/>
      </w:pPr>
      <w:r>
        <w:t>یہ بالکل سائنس میں ریسرچ ہوئی ہے، باقاعدہ کہ عورت کا مائنڈ ملٹی فوکسڈ ہوتا ہے، مرد کا</w:t>
      </w:r>
    </w:p>
    <w:p>
      <w:r>
        <w:rPr>
          <w:b/>
        </w:rPr>
        <w:t xml:space="preserve">[1:11:59] </w:t>
      </w:r>
      <w:r>
        <w:t>mind single focused hota hai.</w:t>
      </w:r>
    </w:p>
    <w:p>
      <w:pPr>
        <w:jc w:val="right"/>
      </w:pPr>
      <w:r>
        <w:t>مائنڈ سنگل فوکسڈ ہوتا ہے۔</w:t>
      </w:r>
    </w:p>
    <w:p>
      <w:r>
        <w:rPr>
          <w:b/>
        </w:rPr>
        <w:t xml:space="preserve">[1:12:01] </w:t>
      </w:r>
      <w:r>
        <w:t>ab dekhiye, ek event ho raha hai, ek waqea ho raha hai.</w:t>
      </w:r>
    </w:p>
    <w:p>
      <w:pPr>
        <w:jc w:val="right"/>
      </w:pPr>
      <w:r>
        <w:t>اب دیکھیے، ایک ایونٹ ہو رہا ہے، ایک واقعہ ہو رہا ہے۔</w:t>
      </w:r>
    </w:p>
    <w:p>
      <w:r>
        <w:rPr>
          <w:b/>
        </w:rPr>
        <w:t xml:space="preserve">[1:12:06] </w:t>
      </w:r>
      <w:r>
        <w:t>mard dekhega to isi pe focus kar ke dekhega kyunke woh single focused mind hai is</w:t>
      </w:r>
    </w:p>
    <w:p>
      <w:pPr>
        <w:jc w:val="right"/>
      </w:pPr>
      <w:r>
        <w:t>مرد دیکھے گا تو اسی پہ فوکس کر کے دیکھے گا کیونکہ وہ سنگل فوکسڈ مائنڈ ہے اس</w:t>
      </w:r>
    </w:p>
    <w:p>
      <w:r>
        <w:rPr>
          <w:b/>
        </w:rPr>
        <w:t xml:space="preserve">[1:12:14] </w:t>
      </w:r>
      <w:r>
        <w:t>ka.</w:t>
      </w:r>
    </w:p>
    <w:p>
      <w:pPr>
        <w:jc w:val="right"/>
      </w:pPr>
      <w:r>
        <w:t>کا۔</w:t>
      </w:r>
    </w:p>
    <w:p>
      <w:r>
        <w:rPr>
          <w:b/>
        </w:rPr>
        <w:t xml:space="preserve">[1:12:15] </w:t>
      </w:r>
      <w:r>
        <w:t>aurat dekhegi to kuch ka bikhir jayega idhar udhar, kuch dekhegi, kuch idhar, kuch idhar</w:t>
      </w:r>
    </w:p>
    <w:p>
      <w:pPr>
        <w:jc w:val="right"/>
      </w:pPr>
      <w:r>
        <w:t>عورت دیکھے گی تو کچھ کا بکھر جائے گا ادھر ادھر، کچھ دیکھے گی، کچھ ادھر، کچھ ادھر</w:t>
      </w:r>
    </w:p>
    <w:p>
      <w:r>
        <w:rPr>
          <w:b/>
        </w:rPr>
        <w:t xml:space="preserve">[1:12:23] </w:t>
      </w:r>
      <w:r>
        <w:t>dekh legi kyunke multi focused is ka mind hai.</w:t>
      </w:r>
    </w:p>
    <w:p>
      <w:pPr>
        <w:jc w:val="right"/>
      </w:pPr>
      <w:r>
        <w:t>دیکھ لے گی کیونکہ ملٹی فوکسڈ اس کا مائنڈ ہے۔</w:t>
      </w:r>
    </w:p>
    <w:p>
      <w:r>
        <w:rPr>
          <w:b/>
        </w:rPr>
        <w:t xml:space="preserve">[1:12:27] </w:t>
      </w:r>
      <w:r>
        <w:t>to donon apni apni jagah ahmiyat, donon ki apni jo donon ki ahmiyat hai, woh woh is ko</w:t>
      </w:r>
    </w:p>
    <w:p>
      <w:pPr>
        <w:jc w:val="right"/>
      </w:pPr>
      <w:r>
        <w:t>تو دونوں اپنی اپنی جگہ اہمیت، دونوں کی اپنی جو دونوں کی اہمیت ہے، وہ وہ اس کو</w:t>
      </w:r>
    </w:p>
    <w:p>
      <w:r>
        <w:rPr>
          <w:b/>
        </w:rPr>
        <w:t xml:space="preserve">[1:12:35] </w:t>
      </w:r>
      <w:r>
        <w:t>woh role karna hai, is ko woh role karna hai.</w:t>
      </w:r>
    </w:p>
    <w:p>
      <w:pPr>
        <w:jc w:val="right"/>
      </w:pPr>
      <w:r>
        <w:t>وہ رول کرنا ہے، اس کو وہ رول کرنا ہے۔</w:t>
      </w:r>
    </w:p>
    <w:p>
      <w:r>
        <w:rPr>
          <w:b/>
        </w:rPr>
        <w:t xml:space="preserve">[1:12:39] </w:t>
      </w:r>
      <w:r>
        <w:t>lekin jab maamla aaye witness ka ke ek waqea road par hua, is ko mard ne bhi dekha,</w:t>
      </w:r>
    </w:p>
    <w:p>
      <w:pPr>
        <w:jc w:val="right"/>
      </w:pPr>
      <w:r>
        <w:t>لیکن جب معاملہ آئے وٹنس کا کہ ایک واقعہ روڈ پر ہوا، اس کو مرد نے بھی دیکھا،</w:t>
      </w:r>
    </w:p>
    <w:p>
      <w:r>
        <w:rPr>
          <w:b/>
        </w:rPr>
        <w:t xml:space="preserve">[1:12:47] </w:t>
      </w:r>
      <w:r>
        <w:t>aurat ne bhi dekha, is ka maamla hai jo yani court ka maamla.</w:t>
      </w:r>
    </w:p>
    <w:p>
      <w:pPr>
        <w:jc w:val="right"/>
      </w:pPr>
      <w:r>
        <w:t>عورت نے بھی دیکھا، اس کا معاملہ ہے جو یعنی کورٹ کا معاملہ۔</w:t>
      </w:r>
    </w:p>
    <w:p>
      <w:r>
        <w:rPr>
          <w:b/>
        </w:rPr>
        <w:t xml:space="preserve">[1:12:53] </w:t>
      </w:r>
      <w:r>
        <w:t>to is mein kya hai? ho sakta hai ke aurat overlook kar jaye kisi ek pehlu ko.</w:t>
      </w:r>
    </w:p>
    <w:p>
      <w:pPr>
        <w:jc w:val="right"/>
      </w:pPr>
      <w:r>
        <w:t>تو اس میں کیا ہے؟ ہو سکتا ہے کہ عورت اوور لوک کر جائے کسی ایک پہلو کو۔</w:t>
      </w:r>
    </w:p>
    <w:p>
      <w:r>
        <w:rPr>
          <w:b/>
        </w:rPr>
        <w:t xml:space="preserve">[1:13:00] </w:t>
      </w:r>
      <w:r>
        <w:t>mard chunkay single focused mind hai, uska is mein bharpoor focus karega to poora dekh paaye</w:t>
      </w:r>
    </w:p>
    <w:p>
      <w:pPr>
        <w:jc w:val="right"/>
      </w:pPr>
      <w:r>
        <w:t>مرد چونکہ سنگل فوکسڈ مائنڈ ہے، اس کا اس میں بھرپور فوکس کرے گا تو پورا دیکھ پائے</w:t>
      </w:r>
    </w:p>
    <w:p>
      <w:r>
        <w:rPr>
          <w:b/>
        </w:rPr>
        <w:t xml:space="preserve">[1:13:08] </w:t>
      </w:r>
      <w:r>
        <w:t>ga.</w:t>
      </w:r>
    </w:p>
    <w:p>
      <w:pPr>
        <w:jc w:val="right"/>
      </w:pPr>
      <w:r>
        <w:t>گا۔</w:t>
      </w:r>
    </w:p>
    <w:p>
      <w:r>
        <w:rPr>
          <w:b/>
        </w:rPr>
        <w:t xml:space="preserve">[1:13:09] </w:t>
      </w:r>
      <w:r>
        <w:t>woh mard ka jo ke multi focus nahi hai, woh aur aurat ka jo ke multi focus hai,</w:t>
      </w:r>
    </w:p>
    <w:p>
      <w:pPr>
        <w:jc w:val="right"/>
      </w:pPr>
      <w:r>
        <w:t>وہ مرد کا جو کہ ملٹی فوکس نہیں ہے، وہ اور عورت کا جو کہ ملٹی فوکس ہے،</w:t>
      </w:r>
    </w:p>
    <w:p>
      <w:r>
        <w:rPr>
          <w:b/>
        </w:rPr>
        <w:t xml:space="preserve">[1:13:17] </w:t>
      </w:r>
      <w:r>
        <w:t>yani toh koi ayn mumkin hai ke overlook kar jaye kisi ko.</w:t>
      </w:r>
    </w:p>
    <w:p>
      <w:pPr>
        <w:jc w:val="right"/>
      </w:pPr>
      <w:r>
        <w:t>یعنی تو کوئی عین ممکن ہے کہ اوور لوک کر جائے کسی کو۔</w:t>
      </w:r>
    </w:p>
    <w:p>
      <w:r>
        <w:rPr>
          <w:b/>
        </w:rPr>
        <w:t xml:space="preserve">[1:13:23] </w:t>
      </w:r>
      <w:r>
        <w:t>is liye do kaha gaya hai.</w:t>
      </w:r>
    </w:p>
    <w:p>
      <w:pPr>
        <w:jc w:val="right"/>
      </w:pPr>
      <w:r>
        <w:t>اس لیے دو کہا گیا ہے۔</w:t>
      </w:r>
    </w:p>
    <w:p>
      <w:r>
        <w:rPr>
          <w:b/>
        </w:rPr>
        <w:t xml:space="preserve">[1:13:25] </w:t>
      </w:r>
      <w:r>
        <w:t>is liye Quran majeed mein yeh hai ke ek bhool jaye, doosri yaad dilaye.</w:t>
      </w:r>
    </w:p>
    <w:p>
      <w:pPr>
        <w:jc w:val="right"/>
      </w:pPr>
      <w:r>
        <w:t>اس لیے قرآن مجید میں یہ ہے کہ ایک بھول جائے، دوسری یاد دلائے۔</w:t>
      </w:r>
    </w:p>
    <w:p>
      <w:r>
        <w:rPr>
          <w:b/>
        </w:rPr>
        <w:t xml:space="preserve">[1:13:31] </w:t>
      </w:r>
      <w:r>
        <w:t>yeh bohat hi crucial word hai.</w:t>
      </w:r>
    </w:p>
    <w:p>
      <w:pPr>
        <w:jc w:val="right"/>
      </w:pPr>
      <w:r>
        <w:t>یہ بہت ہی کروشل ورڈ ہے۔</w:t>
      </w:r>
    </w:p>
    <w:p>
      <w:r>
        <w:rPr>
          <w:b/>
        </w:rPr>
        <w:t xml:space="preserve">[1:13:34] </w:t>
      </w:r>
      <w:r>
        <w:t>yeh Quran majeed yeh hai ke ek bhool jaye, doosri yaad dilaye.</w:t>
      </w:r>
    </w:p>
    <w:p>
      <w:pPr>
        <w:jc w:val="right"/>
      </w:pPr>
      <w:r>
        <w:t>یہ قرآن مجید یہ ہے کہ ایک بھول جائے، دوسری یاد دلائے۔</w:t>
      </w:r>
    </w:p>
    <w:p>
      <w:r>
        <w:rPr>
          <w:b/>
        </w:rPr>
        <w:t xml:space="preserve">[1:13:39] </w:t>
      </w:r>
      <w:r>
        <w:t>toh do ko mil kar ke wahan par poora yani witness banta hai.</w:t>
      </w:r>
    </w:p>
    <w:p>
      <w:pPr>
        <w:jc w:val="right"/>
      </w:pPr>
      <w:r>
        <w:t>تو دو کو مل کر کے وہاں پر پورا یعنی وٹنس بنتا ہے۔</w:t>
      </w:r>
    </w:p>
    <w:p>
      <w:r>
        <w:rPr>
          <w:b/>
        </w:rPr>
        <w:t xml:space="preserve">[1:13:45] </w:t>
      </w:r>
      <w:r>
        <w:t>do dono ko dekh kar woh observation mukammal ho jata hai.</w:t>
      </w:r>
    </w:p>
    <w:p>
      <w:pPr>
        <w:jc w:val="right"/>
      </w:pPr>
      <w:r>
        <w:t>دو دونوں کو دیکھ کر وہ ابزرویشن مکمل ہو جاتا ہے۔</w:t>
      </w:r>
    </w:p>
    <w:p>
      <w:r>
        <w:rPr>
          <w:b/>
        </w:rPr>
        <w:t xml:space="preserve">[1:13:49] </w:t>
      </w:r>
      <w:r>
        <w:t>yeh toh bilkul ek scientific baat hai, natural baat hai.</w:t>
      </w:r>
    </w:p>
    <w:p>
      <w:pPr>
        <w:jc w:val="right"/>
      </w:pPr>
      <w:r>
        <w:t>یہ تو بالکل ایک سائنٹیفک بات ہے، نیچرل بات ہے۔</w:t>
      </w:r>
    </w:p>
    <w:p>
      <w:r>
        <w:rPr>
          <w:b/>
        </w:rPr>
        <w:t xml:space="preserve">[1:13:54] </w:t>
      </w:r>
      <w:r>
        <w:t>is mein na koi yani kam ki baat hai, na zyada ki baat hai.</w:t>
      </w:r>
    </w:p>
    <w:p>
      <w:pPr>
        <w:jc w:val="right"/>
      </w:pPr>
      <w:r>
        <w:t>اس میں نہ کوئی یعنی کم کی بات ہے، نہ زیادہ کی بات ہے۔</w:t>
      </w:r>
    </w:p>
    <w:p>
      <w:r>
        <w:rPr>
          <w:b/>
        </w:rPr>
        <w:t xml:space="preserve">[1:14:00] </w:t>
      </w:r>
      <w:r>
        <w:t>yeh nature ki ek scheme hai ke Allah taala ne ek quality ke sath mard ko paida kiya,</w:t>
      </w:r>
    </w:p>
    <w:p>
      <w:pPr>
        <w:jc w:val="right"/>
      </w:pPr>
      <w:r>
        <w:t>یہ نیچر کی ایک اسکیم ہے کہ اللہ تعالی نے ایک کوالٹی کے ساتھ مرد کو پیدا کیا،</w:t>
      </w:r>
    </w:p>
    <w:p>
      <w:r>
        <w:rPr>
          <w:b/>
        </w:rPr>
        <w:t xml:space="preserve">[1:14:07] </w:t>
      </w:r>
      <w:r>
        <w:t>doosri quality ke sath aurat ko paida kiya.</w:t>
      </w:r>
    </w:p>
    <w:p>
      <w:pPr>
        <w:jc w:val="right"/>
      </w:pPr>
      <w:r>
        <w:t>دوسری کوالٹی کے ساتھ عورت کو پیدا کیا۔</w:t>
      </w:r>
    </w:p>
    <w:p>
      <w:r>
        <w:rPr>
          <w:b/>
        </w:rPr>
        <w:t xml:space="preserve">[1:14:11] </w:t>
      </w:r>
      <w:r>
        <w:t>اس کو اس کو پوری creation plan of God جو ہے، اس پہ رکھ کر دیکھیے تو</w:t>
      </w:r>
    </w:p>
    <w:p>
      <w:pPr>
        <w:jc w:val="right"/>
      </w:pPr>
      <w:r>
        <w:t>اس کو اس کو پوری کیشن کیشن پلان آف گاڈ جو ہے، اس پہ رکھ کر دیکھیے تو</w:t>
      </w:r>
    </w:p>
    <w:p>
      <w:r>
        <w:rPr>
          <w:b/>
        </w:rPr>
        <w:t xml:space="preserve">[1:14:18] </w:t>
      </w:r>
      <w:r>
        <w:t>yeh shikayat apne aap khatam ho jayegi.</w:t>
      </w:r>
    </w:p>
    <w:p>
      <w:pPr>
        <w:jc w:val="right"/>
      </w:pPr>
      <w:r>
        <w:t>یہ شکایت اپنے آپ ختم ہو جائے گی۔</w:t>
      </w:r>
    </w:p>
    <w:p>
      <w:r>
        <w:rPr>
          <w:b/>
        </w:rPr>
        <w:t xml:space="preserve">[1:14:22] </w:t>
      </w:r>
      <w:r>
        <w:t>yeh ishkāl apne aap khatam ho jayega.</w:t>
      </w:r>
    </w:p>
    <w:p>
      <w:pPr>
        <w:jc w:val="right"/>
      </w:pPr>
      <w:r>
        <w:t>یہ اشکال اپنے آپ ختم ہو جائے گا۔</w:t>
      </w:r>
    </w:p>
    <w:p>
      <w:r>
        <w:rPr>
          <w:b/>
        </w:rPr>
        <w:t xml:space="preserve">[1:14:25] </w:t>
      </w:r>
      <w:r>
        <w:t>Maulana, yeh sawal Mr Owais Siddiqui ne kiya hai New Delhi se.</w:t>
      </w:r>
    </w:p>
    <w:p>
      <w:pPr>
        <w:jc w:val="right"/>
      </w:pPr>
      <w:r>
        <w:t>مولانا، یہ سوال مسٹر اویس صدیقی نے کیا ہے نئی دلی سے۔</w:t>
      </w:r>
    </w:p>
    <w:p>
      <w:r>
        <w:rPr>
          <w:b/>
        </w:rPr>
        <w:t xml:space="preserve">[1:14:30] </w:t>
      </w:r>
      <w:r>
        <w:t>انہوں نے لکھا ہے: "It is said in Quran that women are your agriculture."</w:t>
      </w:r>
    </w:p>
    <w:p>
      <w:pPr>
        <w:jc w:val="right"/>
      </w:pPr>
      <w:r>
        <w:t>انہوں نے لکھا ہے: "اٹ از سیڈ ان قرآن دیٹ وومن آر یور ایگریکلچر۔</w:t>
      </w:r>
    </w:p>
    <w:p>
      <w:r>
        <w:rPr>
          <w:b/>
        </w:rPr>
        <w:t xml:space="preserve">[1:14:36] </w:t>
      </w:r>
      <w:r>
        <w:t>what does this mean? kindly explain. agriculture nahi hai, woh uska tarjuma kheti kiya aata hai, yeh</w:t>
      </w:r>
    </w:p>
    <w:p>
      <w:pPr>
        <w:jc w:val="right"/>
      </w:pPr>
      <w:r>
        <w:t>واٹ ڈز دس مین؟ کائنڈلی ایکسپلین۔" ایگریکلچر نہیں ہے، وہ اس کا ترجمہ کھیتی کیا آتا ہے، یہ</w:t>
      </w:r>
    </w:p>
    <w:p>
      <w:r>
        <w:rPr>
          <w:b/>
        </w:rPr>
        <w:t xml:space="preserve">[1:14:44] </w:t>
      </w:r>
      <w:r>
        <w:t>matlab nahi hai.</w:t>
      </w:r>
    </w:p>
    <w:p>
      <w:pPr>
        <w:jc w:val="right"/>
      </w:pPr>
      <w:r>
        <w:t>مطلب نہیں ہے۔</w:t>
      </w:r>
    </w:p>
    <w:p>
      <w:r>
        <w:rPr>
          <w:b/>
        </w:rPr>
        <w:t xml:space="preserve">[1:14:46] </w:t>
      </w:r>
      <w:r>
        <w:t>woh uska matlab hai yahi hai ke tumhari zindagi ki yani integral saathi hain tumhari.</w:t>
      </w:r>
    </w:p>
    <w:p>
      <w:pPr>
        <w:jc w:val="right"/>
      </w:pPr>
      <w:r>
        <w:t>وہ اس کا مطلب ہے یہی ہے کہ تمہاری زندگی کی یعنی انٹیگرل ساتھی ہیں تمہاری۔</w:t>
      </w:r>
    </w:p>
    <w:p>
      <w:r>
        <w:rPr>
          <w:b/>
        </w:rPr>
        <w:t xml:space="preserve">[1:14:53] </w:t>
      </w:r>
      <w:r>
        <w:t>bas yeh nahi ke woh kheti hai, woh us mein ja ke hal bail chalao, yeh matlab nahi</w:t>
      </w:r>
    </w:p>
    <w:p>
      <w:pPr>
        <w:jc w:val="right"/>
      </w:pPr>
      <w:r>
        <w:t>بس یہ نہیں کہ وہ کھیتی ہے، وہ اس میں جا کے ہل بیل چلاؤ، یہ مطلب نہیں</w:t>
      </w:r>
    </w:p>
    <w:p>
      <w:r>
        <w:rPr>
          <w:b/>
        </w:rPr>
        <w:t xml:space="preserve">[1:15:00] </w:t>
      </w:r>
      <w:r>
        <w:t>hai.</w:t>
      </w:r>
    </w:p>
    <w:p>
      <w:pPr>
        <w:jc w:val="right"/>
      </w:pPr>
      <w:r>
        <w:t>ہے۔</w:t>
      </w:r>
    </w:p>
    <w:p>
      <w:r>
        <w:rPr>
          <w:b/>
        </w:rPr>
        <w:t xml:space="preserve">[1:15:02] </w:t>
      </w:r>
      <w:r>
        <w:t>yani woh dono ke liye hai.</w:t>
      </w:r>
    </w:p>
    <w:p>
      <w:pPr>
        <w:jc w:val="right"/>
      </w:pPr>
      <w:r>
        <w:t>یعنی وہ دونوں کے لیے ہے۔</w:t>
      </w:r>
    </w:p>
    <w:p>
      <w:r>
        <w:rPr>
          <w:b/>
        </w:rPr>
        <w:t xml:space="preserve">[1:15:04] </w:t>
      </w:r>
      <w:r>
        <w:t>aurat aurat ko zaroorat hai mard ki, mard ko zaroorat hai aurat ki.</w:t>
      </w:r>
    </w:p>
    <w:p>
      <w:pPr>
        <w:jc w:val="right"/>
      </w:pPr>
      <w:r>
        <w:t>عورت عورت کو ضرورت ہے مرد کی، مرد کو ضرورت ہے عورت کی۔</w:t>
      </w:r>
    </w:p>
    <w:p>
      <w:r>
        <w:rPr>
          <w:b/>
        </w:rPr>
        <w:t xml:space="preserve">[1:15:10] </w:t>
      </w:r>
      <w:r>
        <w:t>is sense mein woh hai.</w:t>
      </w:r>
    </w:p>
    <w:p>
      <w:pPr>
        <w:jc w:val="right"/>
      </w:pPr>
      <w:r>
        <w:t>اس سینس میں وہ ہے۔</w:t>
      </w:r>
    </w:p>
    <w:p>
      <w:r>
        <w:rPr>
          <w:b/>
        </w:rPr>
        <w:t xml:space="preserve">[1:15:12] </w:t>
      </w:r>
      <w:r>
        <w:t>bas woh is maeni mein nahin keh hil chalao aur jo khet mein hota hai.</w:t>
      </w:r>
    </w:p>
    <w:p>
      <w:pPr>
        <w:jc w:val="right"/>
      </w:pPr>
      <w:r>
        <w:t>بس وہ اس معنی میں نہیں کہ ہل چلاؤ اور جو کھیت میں ہوتا ہے۔</w:t>
      </w:r>
    </w:p>
    <w:p>
      <w:r>
        <w:rPr>
          <w:b/>
        </w:rPr>
        <w:t xml:space="preserve">[1:15:18] </w:t>
      </w:r>
      <w:r>
        <w:t>dekhen, quran mein kai aisi hain jo tamseel ki zaban mein hain.</w:t>
      </w:r>
    </w:p>
    <w:p>
      <w:pPr>
        <w:jc w:val="right"/>
      </w:pPr>
      <w:r>
        <w:t>دیکھیں، قرآن میں کئی ایسی ہیں جو تمثیل کی زبان میں ہیں۔</w:t>
      </w:r>
    </w:p>
    <w:p>
      <w:r>
        <w:rPr>
          <w:b/>
        </w:rPr>
        <w:t xml:space="preserve">[1:15:24] </w:t>
      </w:r>
      <w:r>
        <w:t>to tamseel ki zaban jo baaten hoti hain, us ko dekhna padta hai keh is ka sense kiya</w:t>
      </w:r>
    </w:p>
    <w:p>
      <w:pPr>
        <w:jc w:val="right"/>
      </w:pPr>
      <w:r>
        <w:t>تو تمثیل کی زبان جو باتیں ہوتی ہیں، اس کو دیکھنا پڑتا ہے کہ اس کا سینس کیا</w:t>
      </w:r>
    </w:p>
    <w:p>
      <w:r>
        <w:rPr>
          <w:b/>
        </w:rPr>
        <w:t xml:space="preserve">[1:15:31] </w:t>
      </w:r>
      <w:r>
        <w:t>hai.</w:t>
      </w:r>
    </w:p>
    <w:p>
      <w:pPr>
        <w:jc w:val="right"/>
      </w:pPr>
      <w:r>
        <w:t>ہے۔</w:t>
      </w:r>
    </w:p>
    <w:p>
      <w:r>
        <w:rPr>
          <w:b/>
        </w:rPr>
        <w:t xml:space="preserve">[1:15:33] </w:t>
      </w:r>
      <w:r>
        <w:t>tamseel ko aap literal maeni mein nahin le sakte.</w:t>
      </w:r>
    </w:p>
    <w:p>
      <w:pPr>
        <w:jc w:val="right"/>
      </w:pPr>
      <w:r>
        <w:t>تمثیل کو آپ لیٹرل معنی میں نہیں لے سکتے۔</w:t>
      </w:r>
    </w:p>
    <w:p>
      <w:r>
        <w:rPr>
          <w:b/>
        </w:rPr>
        <w:t xml:space="preserve">[1:15:37] </w:t>
      </w:r>
      <w:r>
        <w:t>agar agar mein kahoon keh aap to sher hain, ka matlab nahin keh aap ke hath aur mein</w:t>
      </w:r>
    </w:p>
    <w:p>
      <w:pPr>
        <w:jc w:val="right"/>
      </w:pPr>
      <w:r>
        <w:t>اگر اگر میں کہوں کہ آپ تو شیر ہیں، کا مطلب نہیں کہ آپ کے ہاتھ اور میں</w:t>
      </w:r>
    </w:p>
    <w:p>
      <w:r>
        <w:rPr>
          <w:b/>
        </w:rPr>
        <w:t xml:space="preserve">[1:15:44] </w:t>
      </w:r>
      <w:r>
        <w:t>hath mein woh panja hai aur bare bare baal hain aur tum bare bare daant hain.</w:t>
      </w:r>
    </w:p>
    <w:p>
      <w:pPr>
        <w:jc w:val="right"/>
      </w:pPr>
      <w:r>
        <w:t>ہاتھ میں وہ پنجہ ہے اور بڑے بڑے بال ہیں اور تم بڑے بڑے دانت ہیں۔</w:t>
      </w:r>
    </w:p>
    <w:p>
      <w:r>
        <w:rPr>
          <w:b/>
        </w:rPr>
        <w:t xml:space="preserve">[1:15:51] </w:t>
      </w:r>
      <w:r>
        <w:t>yeh matlab nahin hai is ka.</w:t>
      </w:r>
    </w:p>
    <w:p>
      <w:pPr>
        <w:jc w:val="right"/>
      </w:pPr>
      <w:r>
        <w:t>یہ مطلب نہیں ہے اس کا۔</w:t>
      </w:r>
    </w:p>
    <w:p>
      <w:r>
        <w:rPr>
          <w:b/>
        </w:rPr>
        <w:t xml:space="preserve">[1:15:54] </w:t>
      </w:r>
      <w:r>
        <w:t>aap char panch chalte hain, to maeni keh aap sher hain.</w:t>
      </w:r>
    </w:p>
    <w:p>
      <w:pPr>
        <w:jc w:val="right"/>
      </w:pPr>
      <w:r>
        <w:t>آپ چار پانچ چلتے ہیں، تو معنی کہ آپ شیر ہیں۔</w:t>
      </w:r>
    </w:p>
    <w:p>
      <w:r>
        <w:rPr>
          <w:b/>
        </w:rPr>
        <w:t xml:space="preserve">[1:15:58] </w:t>
      </w:r>
      <w:r>
        <w:t>matlab bahaduri mein aap sher hain.</w:t>
      </w:r>
    </w:p>
    <w:p>
      <w:pPr>
        <w:jc w:val="right"/>
      </w:pPr>
      <w:r>
        <w:t>مطلب بہادری میں آپ شیر ہیں۔</w:t>
      </w:r>
    </w:p>
    <w:p>
      <w:r>
        <w:rPr>
          <w:b/>
        </w:rPr>
        <w:t xml:space="preserve">[1:16:01] </w:t>
      </w:r>
      <w:r>
        <w:t>to tamseel mein koi sense hota hai is ka, is sense ke aitbar se dekhna padta hai.</w:t>
      </w:r>
    </w:p>
    <w:p>
      <w:pPr>
        <w:jc w:val="right"/>
      </w:pPr>
      <w:r>
        <w:t>تو تمثیل میں کوئی سینس ہوتا ہے اس کا، اس سینس کے اعتبار سے دیکھنا پڑتا ہے۔</w:t>
      </w:r>
    </w:p>
    <w:p>
      <w:r>
        <w:rPr>
          <w:b/>
        </w:rPr>
        <w:t xml:space="preserve">[1:16:08] </w:t>
      </w:r>
      <w:r>
        <w:t>to woh tamseel ki zaban mein ek baat kahi gayi hai, us se zyada aur kuch nahin hai.</w:t>
      </w:r>
    </w:p>
    <w:p>
      <w:pPr>
        <w:jc w:val="right"/>
      </w:pPr>
      <w:r>
        <w:t>تو وہ تمثیل کی زبان میں ایک بات کہی گئی ہے، اس سے زیادہ اور کچھ نہیں ہے۔</w:t>
      </w:r>
    </w:p>
    <w:p>
      <w:r>
        <w:rPr>
          <w:b/>
        </w:rPr>
        <w:t xml:space="preserve">[1:16:16] </w:t>
      </w:r>
      <w:r>
        <w:t>mr khawaja kareemuddin ne pencil bhainia usa se likha hai: "maulana sahib, it is common</w:t>
      </w:r>
    </w:p>
    <w:p>
      <w:pPr>
        <w:jc w:val="right"/>
      </w:pPr>
      <w:r>
        <w:t>مسٹر خواجہ کریم الدین نے پینسل بھینیا یو ایس اے سے لکھا ہے: "مولانا صاحب، اٹ از کامن</w:t>
      </w:r>
    </w:p>
    <w:p>
      <w:r>
        <w:rPr>
          <w:b/>
        </w:rPr>
        <w:t xml:space="preserve">[1:16:24] </w:t>
      </w:r>
      <w:r>
        <w:t>to say that these days men and women seek similar type of education or degrees in life and</w:t>
      </w:r>
    </w:p>
    <w:p>
      <w:pPr>
        <w:jc w:val="right"/>
      </w:pPr>
      <w:r>
        <w:t>ٹو سی دیٹ دیز ڈیز مین اینڈ وومن سیک سمیلر ٹائپ آف ایجوکیشن اور ڈگریز ان لائف اینڈ</w:t>
      </w:r>
    </w:p>
    <w:p>
      <w:r>
        <w:rPr>
          <w:b/>
        </w:rPr>
        <w:t xml:space="preserve">[1:16:31] </w:t>
      </w:r>
      <w:r>
        <w:t>and end up doing similar types of jobs and then become parts of greater economic machine.</w:t>
      </w:r>
    </w:p>
    <w:p>
      <w:pPr>
        <w:jc w:val="right"/>
      </w:pPr>
      <w:r>
        <w:t>اینڈ اپ ڈوئنگ سمیلر ٹائپس آف جابز اینڈ دین بیکم پارٹس آف گریٹر اکنامک مشین۔</w:t>
      </w:r>
    </w:p>
    <w:p>
      <w:r>
        <w:rPr>
          <w:b/>
        </w:rPr>
        <w:t xml:space="preserve">[1:16:38] </w:t>
      </w:r>
      <w:r>
        <w:t>Therefore, my question to you, Maulana Sahib, is to carry out proper Islamic role in life.</w:t>
      </w:r>
    </w:p>
    <w:p>
      <w:pPr>
        <w:jc w:val="right"/>
      </w:pPr>
      <w:r>
        <w:t>دیر فور مائی کوئسچن ٹو یو مولانا صاحب از ٹو کیری آؤٹ پراپر اسلامک رول ان لائف۔</w:t>
      </w:r>
    </w:p>
    <w:p>
      <w:r>
        <w:rPr>
          <w:b/>
        </w:rPr>
        <w:t xml:space="preserve">[1:16:45] </w:t>
      </w:r>
      <w:r>
        <w:t>what type of specific education men and women should seek out?" mein is silsile ko galat samajhta hoon.</w:t>
      </w:r>
    </w:p>
    <w:p>
      <w:pPr>
        <w:jc w:val="right"/>
      </w:pPr>
      <w:r>
        <w:t>واٹ ٹائپ آف سپیسیفک ایجوکیشن مین اینڈ وومن شوڈ سیک آؤٹ؟" میں اس سلسلے کو غلط سمجھتا ہوں۔</w:t>
      </w:r>
    </w:p>
    <w:p>
      <w:r>
        <w:rPr>
          <w:b/>
        </w:rPr>
        <w:t xml:space="preserve">[1:16:53] </w:t>
      </w:r>
      <w:r>
        <w:t>یہ آج جو چلا ہوا ہے، مثلاً ایم وہ MBA، وہ بھی کر رہی ہے، ایم</w:t>
      </w:r>
    </w:p>
    <w:p>
      <w:pPr>
        <w:jc w:val="right"/>
      </w:pPr>
      <w:r>
        <w:t>یہ آج جو چلا ہوا ہے، مثلاً ایم وہ ایم بی اے، وہ بھی کر رہی ہے، ایم</w:t>
      </w:r>
    </w:p>
    <w:p>
      <w:r>
        <w:rPr>
          <w:b/>
        </w:rPr>
        <w:t xml:space="preserve">[1:17:01] </w:t>
      </w:r>
      <w:r>
        <w:t>be o bhi kar rahi hai, engineering woh bhi kar rahi hai, engineering woh bhi kar rahi hai.</w:t>
      </w:r>
    </w:p>
    <w:p>
      <w:pPr>
        <w:jc w:val="right"/>
      </w:pPr>
      <w:r>
        <w:t>بی او بھی کر رہی ہے، انجینئرنگ وہ بھی کر رہی ہے، انجینئرنگ وہ بھی کر رہی ہے۔</w:t>
      </w:r>
    </w:p>
    <w:p>
      <w:r>
        <w:rPr>
          <w:b/>
        </w:rPr>
        <w:t xml:space="preserve">[1:17:08] </w:t>
      </w:r>
      <w:r>
        <w:t>yeh galat hai tareeqa.</w:t>
      </w:r>
    </w:p>
    <w:p>
      <w:pPr>
        <w:jc w:val="right"/>
      </w:pPr>
      <w:r>
        <w:t>یہ غلط ہے طریقہ۔</w:t>
      </w:r>
    </w:p>
    <w:p>
      <w:r>
        <w:rPr>
          <w:b/>
        </w:rPr>
        <w:t xml:space="preserve">[1:17:10] </w:t>
      </w:r>
      <w:r>
        <w:t>aap ko planning ke sath karna chahiye.</w:t>
      </w:r>
    </w:p>
    <w:p>
      <w:pPr>
        <w:jc w:val="right"/>
      </w:pPr>
      <w:r>
        <w:t>آپ کو پلاننگ کے ساتھ کرنا چاہیے۔</w:t>
      </w:r>
    </w:p>
    <w:p>
      <w:r>
        <w:rPr>
          <w:b/>
        </w:rPr>
        <w:t xml:space="preserve">[1:17:13] </w:t>
      </w:r>
      <w:r>
        <w:t>planning, planning ke sath.</w:t>
      </w:r>
    </w:p>
    <w:p>
      <w:pPr>
        <w:jc w:val="right"/>
      </w:pPr>
      <w:r>
        <w:t>پلاننگ، پلاننگ کے ساتھ۔</w:t>
      </w:r>
    </w:p>
    <w:p>
      <w:r>
        <w:rPr>
          <w:b/>
        </w:rPr>
        <w:t xml:space="preserve">[1:17:15] </w:t>
      </w:r>
      <w:r>
        <w:t>is mein aap aisa kijiye keh aap ke char bachche hain, un ko sochiye keh kya kya salahiyat</w:t>
      </w:r>
    </w:p>
    <w:p>
      <w:pPr>
        <w:jc w:val="right"/>
      </w:pPr>
      <w:r>
        <w:t>اس میں آپ ایسا کیجیے کہ آپ کے چار بچے ہیں، ان کو سوچیے کہ کیا کیا صلاحیت</w:t>
      </w:r>
    </w:p>
    <w:p>
      <w:r>
        <w:rPr>
          <w:b/>
        </w:rPr>
        <w:t xml:space="preserve">[1:17:22] </w:t>
      </w:r>
      <w:r>
        <w:t>un ke andar, kya salahiyaten hain.</w:t>
      </w:r>
    </w:p>
    <w:p>
      <w:pPr>
        <w:jc w:val="right"/>
      </w:pPr>
      <w:r>
        <w:t>ان کے اندر، کیا صلاحیتیں ہیں۔</w:t>
      </w:r>
    </w:p>
    <w:p>
      <w:r>
        <w:rPr>
          <w:b/>
        </w:rPr>
        <w:t xml:space="preserve">[1:17:25] </w:t>
      </w:r>
      <w:r>
        <w:t>un ki salahiyaton ko parhiye, un ke interest ko parhiye, phir un ke liye muntakhib kijiye.</w:t>
      </w:r>
    </w:p>
    <w:p>
      <w:pPr>
        <w:jc w:val="right"/>
      </w:pPr>
      <w:r>
        <w:t>ان کی صلاحیتوں کو پڑھیے، ان کے انٹرسٹ کو پڑھیے، پھر ان کے لیے منتخب کیجیے۔</w:t>
      </w:r>
    </w:p>
    <w:p>
      <w:r>
        <w:rPr>
          <w:b/>
        </w:rPr>
        <w:t xml:space="preserve">[1:17:32] </w:t>
      </w:r>
      <w:r>
        <w:t>یہ چلا ہوا ہے کہ MBA کریں تو ابھی سب MBA کر رہے ہیں،</w:t>
      </w:r>
    </w:p>
    <w:p>
      <w:pPr>
        <w:jc w:val="right"/>
      </w:pPr>
      <w:r>
        <w:t>یہ چلا ہوا ہے کہ ایم بی اے کریں تو ابھی سب ایم بی اے کر رہے ہیں،</w:t>
      </w:r>
    </w:p>
    <w:p>
      <w:r>
        <w:rPr>
          <w:b/>
        </w:rPr>
        <w:t xml:space="preserve">[1:17:40] </w:t>
      </w:r>
      <w:r>
        <w:t>engineering karen to sab engineering, engineering kar rahe hain.</w:t>
      </w:r>
    </w:p>
    <w:p>
      <w:pPr>
        <w:jc w:val="right"/>
      </w:pPr>
      <w:r>
        <w:t>انجینئرنگ کریں تو سب انجینئرنگ، انجینئرنگ کر رہے ہیں۔</w:t>
      </w:r>
    </w:p>
    <w:p>
      <w:r>
        <w:rPr>
          <w:b/>
        </w:rPr>
        <w:t xml:space="preserve">[1:17:43] </w:t>
      </w:r>
      <w:r>
        <w:t>yeh galat tareeqa hai, is ko mein sahi nahin samajhta.</w:t>
      </w:r>
    </w:p>
    <w:p>
      <w:pPr>
        <w:jc w:val="right"/>
      </w:pPr>
      <w:r>
        <w:t>یہ غلط طریقہ ہے، اس کو میں صحیح نہیں سمجھتا۔</w:t>
      </w:r>
    </w:p>
    <w:p>
      <w:r>
        <w:rPr>
          <w:b/>
        </w:rPr>
        <w:t xml:space="preserve">[1:17:48] </w:t>
      </w:r>
      <w:r>
        <w:t>yeh yeh yeh planning ka part hona chahiye, na yeh keh bas jo woh kare, wahi woh bhi</w:t>
      </w:r>
    </w:p>
    <w:p>
      <w:pPr>
        <w:jc w:val="right"/>
      </w:pPr>
      <w:r>
        <w:t>یہ یہ یہ پلاننگ کا پارٹ ہونا چاہیے، نہ یہ کہ بس جو وہ کرے، وہی وہ بھی</w:t>
      </w:r>
    </w:p>
    <w:p>
      <w:r>
        <w:rPr>
          <w:b/>
        </w:rPr>
        <w:t xml:space="preserve">[1:17:55] </w:t>
      </w:r>
      <w:r>
        <w:t>kare, jo woh kare, woh bhi kare.</w:t>
      </w:r>
    </w:p>
    <w:p>
      <w:pPr>
        <w:jc w:val="right"/>
      </w:pPr>
      <w:r>
        <w:t>کرے، جو وہ کرے، وہ بھی کرے۔</w:t>
      </w:r>
    </w:p>
    <w:p>
      <w:r>
        <w:rPr>
          <w:b/>
        </w:rPr>
        <w:t xml:space="preserve">[1:17:58] </w:t>
      </w:r>
      <w:r>
        <w:t>yeh galat hai bilkul, main is ko sahi nahi manta.</w:t>
      </w:r>
    </w:p>
    <w:p>
      <w:pPr>
        <w:jc w:val="right"/>
      </w:pPr>
      <w:r>
        <w:t>یہ غلط ہے بالکل، میں اس کو صحیح نہیں مانتا۔</w:t>
      </w:r>
    </w:p>
    <w:p>
      <w:r>
        <w:rPr>
          <w:b/>
        </w:rPr>
        <w:t xml:space="preserve">[1:18:03] </w:t>
      </w:r>
      <w:r>
        <w:t>abhi main aap ko aik misaal doon ke aik aik khatoon, aik larki jo hai, us ne kuch</w:t>
      </w:r>
    </w:p>
    <w:p>
      <w:pPr>
        <w:jc w:val="right"/>
      </w:pPr>
      <w:r>
        <w:t>ابھی میں آپ کو ایک مثال دوں کہ ایک ایک خاتون، ایک لڑکی جو ہے، اس نے کچھ</w:t>
      </w:r>
    </w:p>
    <w:p>
      <w:r>
        <w:rPr>
          <w:b/>
        </w:rPr>
        <w:t xml:space="preserve">[1:18:10] </w:t>
      </w:r>
      <w:r>
        <w:t>ایجوکیشن لیا، کچھ BME ہے، کچھ کیا، مجھے یاد نہیں، کون سی ڈگری لی تھی اس</w:t>
      </w:r>
    </w:p>
    <w:p>
      <w:pPr>
        <w:jc w:val="right"/>
      </w:pPr>
      <w:r>
        <w:t>ایجوکیشن لیا، کچھ بی ایم ای ہے، کچھ کیا، مجھے یاد نہیں، کون سی ڈگری لی تھی اس</w:t>
      </w:r>
    </w:p>
    <w:p>
      <w:r>
        <w:rPr>
          <w:b/>
        </w:rPr>
        <w:t xml:space="preserve">[1:18:18] </w:t>
      </w:r>
      <w:r>
        <w:t>ne.</w:t>
      </w:r>
    </w:p>
    <w:p>
      <w:pPr>
        <w:jc w:val="right"/>
      </w:pPr>
      <w:r>
        <w:t>نے۔</w:t>
      </w:r>
    </w:p>
    <w:p>
      <w:r>
        <w:rPr>
          <w:b/>
        </w:rPr>
        <w:t xml:space="preserve">[1:18:20] </w:t>
      </w:r>
      <w:r>
        <w:t>phir us ne faisla kiya ke main photography mein jaon gi, photography mein.</w:t>
      </w:r>
    </w:p>
    <w:p>
      <w:pPr>
        <w:jc w:val="right"/>
      </w:pPr>
      <w:r>
        <w:t>پھر اس نے فیصلہ کیا کہ میں فوٹوگرافی میں جاؤں گی، فوٹوگرافی میں۔</w:t>
      </w:r>
    </w:p>
    <w:p>
      <w:r>
        <w:rPr>
          <w:b/>
        </w:rPr>
        <w:t xml:space="preserve">[1:18:25] </w:t>
      </w:r>
      <w:r>
        <w:t>Aur maine kaha ke yeh photography wali theek nahi hai, woh tum is pe chal nahi sakti</w:t>
      </w:r>
    </w:p>
    <w:p>
      <w:pPr>
        <w:jc w:val="right"/>
      </w:pPr>
      <w:r>
        <w:t>اور میں نے کہا کہ یہ فوٹوگرافی والی ٹھیک نہیں ہے، وہ تم اس پہ چل نہیں سکتی</w:t>
      </w:r>
    </w:p>
    <w:p>
      <w:r>
        <w:rPr>
          <w:b/>
        </w:rPr>
        <w:t xml:space="preserve">[1:18:33] </w:t>
      </w:r>
      <w:r>
        <w:t>ho.</w:t>
      </w:r>
    </w:p>
    <w:p>
      <w:pPr>
        <w:jc w:val="right"/>
      </w:pPr>
      <w:r>
        <w:t>ہو۔</w:t>
      </w:r>
    </w:p>
    <w:p>
      <w:r>
        <w:rPr>
          <w:b/>
        </w:rPr>
        <w:t xml:space="preserve">[1:18:34] </w:t>
      </w:r>
      <w:r>
        <w:t>لیکن وہ دھوم مچا کر گئی اور اس نے پھر course چھوڑ دیا بیچ میں کیونکہ اس پہ</w:t>
      </w:r>
    </w:p>
    <w:p>
      <w:pPr>
        <w:jc w:val="right"/>
      </w:pPr>
      <w:r>
        <w:t>لیکن وہ دھوم مچا کر گئی اور اس نے پھر کورس چھوڑ دیا بیچ میں کیونکہ اس پہ</w:t>
      </w:r>
    </w:p>
    <w:p>
      <w:r>
        <w:rPr>
          <w:b/>
        </w:rPr>
        <w:t xml:space="preserve">[1:18:42] </w:t>
      </w:r>
      <w:r>
        <w:t>chal nahi paya.</w:t>
      </w:r>
    </w:p>
    <w:p>
      <w:pPr>
        <w:jc w:val="right"/>
      </w:pPr>
      <w:r>
        <w:t>چل نہیں پایا۔</w:t>
      </w:r>
    </w:p>
    <w:p>
      <w:r>
        <w:rPr>
          <w:b/>
        </w:rPr>
        <w:t xml:space="preserve">[1:18:44] </w:t>
      </w:r>
      <w:r>
        <w:t>is ko to photography jo hai, bohat hi zyada waisa kaam hai, yani bohat hi mehnat ka kaam</w:t>
      </w:r>
    </w:p>
    <w:p>
      <w:pPr>
        <w:jc w:val="right"/>
      </w:pPr>
      <w:r>
        <w:t>اس کو تو فوٹوگرافی جو ہے، بہت ہی زیادہ ویسا کام ہے، یعنی بہت ہی محنت کا کام</w:t>
      </w:r>
    </w:p>
    <w:p>
      <w:r>
        <w:rPr>
          <w:b/>
        </w:rPr>
        <w:t xml:space="preserve">[1:18:51] </w:t>
      </w:r>
      <w:r>
        <w:t>hai, bohat hi struggle kaam hai.</w:t>
      </w:r>
    </w:p>
    <w:p>
      <w:pPr>
        <w:jc w:val="right"/>
      </w:pPr>
      <w:r>
        <w:t>ہے، بہت ہی سٹرگل کام ہے۔</w:t>
      </w:r>
    </w:p>
    <w:p>
      <w:r>
        <w:rPr>
          <w:b/>
        </w:rPr>
        <w:t xml:space="preserve">[1:18:54] </w:t>
      </w:r>
      <w:r>
        <w:t>in mein raat din ka farq is mein nahi hota, yani kisi bhi waqt aadmi zaroorat parti hai</w:t>
      </w:r>
    </w:p>
    <w:p>
      <w:pPr>
        <w:jc w:val="right"/>
      </w:pPr>
      <w:r>
        <w:t>ان میں رات دن کا فرق اس میں نہیں ہوتا، یعنی کسی بھی وقت آدمی ضرورت پڑتی ہے</w:t>
      </w:r>
    </w:p>
    <w:p>
      <w:r>
        <w:rPr>
          <w:b/>
        </w:rPr>
        <w:t xml:space="preserve">[1:19:02] </w:t>
      </w:r>
      <w:r>
        <w:t>ke woh pohanchay wahan spot par.</w:t>
      </w:r>
    </w:p>
    <w:p>
      <w:pPr>
        <w:jc w:val="right"/>
      </w:pPr>
      <w:r>
        <w:t>کہ وہ پہنچے وہاں اسپاٹ پر۔</w:t>
      </w:r>
    </w:p>
    <w:p>
      <w:r>
        <w:rPr>
          <w:b/>
        </w:rPr>
        <w:t xml:space="preserve">[1:19:04] </w:t>
      </w:r>
      <w:r>
        <w:t>to photography jo hai, woh is ke liye nahi hai, mard hi ke liye hai jo jis mein</w:t>
      </w:r>
    </w:p>
    <w:p>
      <w:pPr>
        <w:jc w:val="right"/>
      </w:pPr>
      <w:r>
        <w:t>تو فوٹوگرافی جو ہے، وہ اس کے لیے نہیں ہے، مرد ہی کے لیے ہے جو جس میں</w:t>
      </w:r>
    </w:p>
    <w:p>
      <w:r>
        <w:rPr>
          <w:b/>
        </w:rPr>
        <w:t xml:space="preserve">[1:19:12] </w:t>
      </w:r>
      <w:r>
        <w:t>karapan hota hai, jis mein sakhti hoti hai.</w:t>
      </w:r>
    </w:p>
    <w:p>
      <w:pPr>
        <w:jc w:val="right"/>
      </w:pPr>
      <w:r>
        <w:t>کڑاپن ہوتا ہے، جس میں سختی ہوتی ہے۔</w:t>
      </w:r>
    </w:p>
    <w:p>
      <w:r>
        <w:rPr>
          <w:b/>
        </w:rPr>
        <w:t xml:space="preserve">[1:19:15] </w:t>
      </w:r>
      <w:r>
        <w:t>to yeh koi na, yeh is ka matlab nahi ke woh afzal hai, woh ghair afzal hai, woh</w:t>
      </w:r>
    </w:p>
    <w:p>
      <w:pPr>
        <w:jc w:val="right"/>
      </w:pPr>
      <w:r>
        <w:t>تو یہ کوئی نہ، یہ اس کا مطلب نہیں کہ وہ افضل ہے، وہ غیر افضل ہے، وہ</w:t>
      </w:r>
    </w:p>
    <w:p>
      <w:r>
        <w:rPr>
          <w:b/>
        </w:rPr>
        <w:t xml:space="preserve">[1:19:23] </w:t>
      </w:r>
      <w:r>
        <w:t>kam hai, woh zyada hai.</w:t>
      </w:r>
    </w:p>
    <w:p>
      <w:pPr>
        <w:jc w:val="right"/>
      </w:pPr>
      <w:r>
        <w:t>کم ہے، وہ زیادہ ہے۔</w:t>
      </w:r>
    </w:p>
    <w:p>
      <w:r>
        <w:rPr>
          <w:b/>
        </w:rPr>
        <w:t xml:space="preserve">[1:19:25] </w:t>
      </w:r>
      <w:r>
        <w:t>yeh matlab nahi hai, yeh to different yani duties hain, mukhtalif qism ke kaam hain hamare civilization mein</w:t>
      </w:r>
    </w:p>
    <w:p>
      <w:pPr>
        <w:jc w:val="right"/>
      </w:pPr>
      <w:r>
        <w:t>یہ مطلب نہیں ہے، یہ تو ڈفرنٹ یعنی ڈیوٹیز ہیں، مختلف قسم کے کام ہیں ہمارے سویلائزیشن میں</w:t>
      </w:r>
    </w:p>
    <w:p>
      <w:r>
        <w:rPr>
          <w:b/>
        </w:rPr>
        <w:t xml:space="preserve">[1:19:33] </w:t>
      </w:r>
      <w:r>
        <w:t>zindagi ki machine chalane ke liye.</w:t>
      </w:r>
    </w:p>
    <w:p>
      <w:pPr>
        <w:jc w:val="right"/>
      </w:pPr>
      <w:r>
        <w:t>زندگی کی مشین چلانے کے لیے۔</w:t>
      </w:r>
    </w:p>
    <w:p>
      <w:r>
        <w:rPr>
          <w:b/>
        </w:rPr>
        <w:t xml:space="preserve">[1:19:36] </w:t>
      </w:r>
      <w:r>
        <w:t>kai kaam hote hain, aik kaam nahi hota hai.</w:t>
      </w:r>
    </w:p>
    <w:p>
      <w:pPr>
        <w:jc w:val="right"/>
      </w:pPr>
      <w:r>
        <w:t>کئی کام ہوتے ہیں، ایک کام نہیں ہوتا ہے۔</w:t>
      </w:r>
    </w:p>
    <w:p>
      <w:r>
        <w:rPr>
          <w:b/>
        </w:rPr>
        <w:t xml:space="preserve">[1:19:39] </w:t>
      </w:r>
      <w:r>
        <w:t>jis kaam ke jo suit kare, us ko woh parhai parhao, us ko planning kar ke.</w:t>
      </w:r>
    </w:p>
    <w:p>
      <w:pPr>
        <w:jc w:val="right"/>
      </w:pPr>
      <w:r>
        <w:t>جس کام کے جو سوٹ کرے، اس کو وہ پڑھائی پڑھاؤ، اس کو پلاننگ کر کے۔</w:t>
      </w:r>
    </w:p>
    <w:p>
      <w:r>
        <w:rPr>
          <w:b/>
        </w:rPr>
        <w:t xml:space="preserve">[1:19:46] </w:t>
      </w:r>
      <w:r>
        <w:t>to aik planning honi chahiye family level par, aik planning ho rahi hai nation level par.</w:t>
      </w:r>
    </w:p>
    <w:p>
      <w:pPr>
        <w:jc w:val="right"/>
      </w:pPr>
      <w:r>
        <w:t>تو ایک پلاننگ ہونی چاہیے فیملی لیول پر، ایک پلاننگ ہو رہی ہے نیشن لیول پر۔</w:t>
      </w:r>
    </w:p>
    <w:p>
      <w:r>
        <w:rPr>
          <w:b/>
        </w:rPr>
        <w:t xml:space="preserve">[1:19:53] </w:t>
      </w:r>
      <w:r>
        <w:t>to yeh yeh yeh is ko planning ke sath karna chahiye, na ke aik nazariya bana liya hai,</w:t>
      </w:r>
    </w:p>
    <w:p>
      <w:pPr>
        <w:jc w:val="right"/>
      </w:pPr>
      <w:r>
        <w:t>تو یہ یہ یہ اس کو پلاننگ کے ساتھ کرنا چاہیے، نہ کہ ایک نظریہ بنا لیا ہے،</w:t>
      </w:r>
    </w:p>
    <w:p>
      <w:r>
        <w:rPr>
          <w:b/>
        </w:rPr>
        <w:t xml:space="preserve">[1:20:01] </w:t>
      </w:r>
      <w:r>
        <w:t>aik bas wohi jo parh rahe hain, wohi wohi wohi parhna hai.</w:t>
      </w:r>
    </w:p>
    <w:p>
      <w:pPr>
        <w:jc w:val="right"/>
      </w:pPr>
      <w:r>
        <w:t>ایک بس وہی جو پڑھ رہے ہیں، وہی وہی وہی پڑھنا ہے۔</w:t>
      </w:r>
    </w:p>
    <w:p>
      <w:r>
        <w:rPr>
          <w:b/>
        </w:rPr>
        <w:t xml:space="preserve">[1:20:06] </w:t>
      </w:r>
      <w:r>
        <w:t>photography, photography woh karein, wohi photography karein ge.</w:t>
      </w:r>
    </w:p>
    <w:p>
      <w:pPr>
        <w:jc w:val="right"/>
      </w:pPr>
      <w:r>
        <w:t>فوٹوگرافی، فوٹوگرافی وہ کریں، وہی فوٹوگرافی کریں گے۔</w:t>
      </w:r>
    </w:p>
    <w:p>
      <w:r>
        <w:rPr>
          <w:b/>
        </w:rPr>
        <w:t xml:space="preserve">[1:20:09] </w:t>
      </w:r>
      <w:r>
        <w:t>yeh galat main is ko samajhta hoon, yeh Islam ke mutabiq nahi hai.</w:t>
      </w:r>
    </w:p>
    <w:p>
      <w:pPr>
        <w:jc w:val="right"/>
      </w:pPr>
      <w:r>
        <w:t>یہ غلط میں اس کو سمجھتا ہوں، یہ اسلام کے مطابق نہیں ہے۔</w:t>
      </w:r>
    </w:p>
    <w:p>
      <w:r>
        <w:rPr>
          <w:b/>
        </w:rPr>
        <w:t xml:space="preserve">[1:20:15] </w:t>
      </w:r>
      <w:r>
        <w:t>yeh baat doctor Muslma Siddiqui ne New Delhi se likha hai: "Why is it that men fail to</w:t>
      </w:r>
    </w:p>
    <w:p>
      <w:pPr>
        <w:jc w:val="right"/>
      </w:pPr>
      <w:r>
        <w:t>یہ بات ڈاکٹر مسلمہ صدیقی نے نئی دلی سے لکھا ہے: "وائی از اٹ دیٹ مین فیل ٹو</w:t>
      </w:r>
    </w:p>
    <w:p>
      <w:r>
        <w:rPr>
          <w:b/>
        </w:rPr>
        <w:t xml:space="preserve">[1:20:23] </w:t>
      </w:r>
      <w:r>
        <w:t>Discover the role of women in spite of the fact that she has all the potential to play</w:t>
      </w:r>
    </w:p>
    <w:p>
      <w:pPr>
        <w:jc w:val="right"/>
      </w:pPr>
      <w:r>
        <w:t>ڈسکور دا رول آف وومن ان سپائٹ آف دا فیکٹ دیٹ شی ہیز آل دا پوٹینشل ٹو پلے</w:t>
      </w:r>
    </w:p>
    <w:p>
      <w:r>
        <w:rPr>
          <w:b/>
        </w:rPr>
        <w:t xml:space="preserve">[1:20:30] </w:t>
      </w:r>
      <w:r>
        <w:t>her role in society?" dekhein, yeh mera dono par hai, aurat ko, aurat par bhi hai.</w:t>
      </w:r>
    </w:p>
    <w:p>
      <w:pPr>
        <w:jc w:val="right"/>
      </w:pPr>
      <w:r>
        <w:t>ہر رول ان سوسائٹی؟" دیکھیں، یہ میرا دونوں پر ہے، عورت کو، عورت پر بھی ہے۔</w:t>
      </w:r>
    </w:p>
    <w:p>
      <w:r>
        <w:rPr>
          <w:b/>
        </w:rPr>
        <w:t xml:space="preserve">[1:20:37] </w:t>
      </w:r>
      <w:r>
        <w:t>aurat bhi jitni mein dekhta hoon, aurat sab shikayat karti rehti hain, yahan se le kar Europe tak</w:t>
      </w:r>
    </w:p>
    <w:p>
      <w:pPr>
        <w:jc w:val="right"/>
      </w:pPr>
      <w:r>
        <w:t>عورت بھی جتنی میں دیکھتا ہوں، عورت سب شکایت کرتی رہتی ہیں، یہاں سے لے کر یورپ تک</w:t>
      </w:r>
    </w:p>
    <w:p>
      <w:r>
        <w:rPr>
          <w:b/>
        </w:rPr>
        <w:t xml:space="preserve">[1:20:45] </w:t>
      </w:r>
      <w:r>
        <w:t>sab shikayat karti rehti hain mard ke baray mein.</w:t>
      </w:r>
    </w:p>
    <w:p>
      <w:pPr>
        <w:jc w:val="right"/>
      </w:pPr>
      <w:r>
        <w:t>سب شکایت کرتی رہتی ہیں مرد کے بارے میں۔</w:t>
      </w:r>
    </w:p>
    <w:p>
      <w:r>
        <w:rPr>
          <w:b/>
        </w:rPr>
        <w:t xml:space="preserve">[1:20:49] </w:t>
      </w:r>
      <w:r>
        <w:t>ziyada tar shikayat kya hoti hai? yeh to stubborn hai, yeh to zid'di hai, yeh to apni baat</w:t>
      </w:r>
    </w:p>
    <w:p>
      <w:pPr>
        <w:jc w:val="right"/>
      </w:pPr>
      <w:r>
        <w:t>زیادہ تر شکایت کیا ہوتی ہے؟ یہ تو اسٹبرڈ ہے، یہ تو ضدی ہے، یہ تو اپنی بات</w:t>
      </w:r>
    </w:p>
    <w:p>
      <w:r>
        <w:rPr>
          <w:b/>
        </w:rPr>
        <w:t xml:space="preserve">[1:20:57] </w:t>
      </w:r>
      <w:r>
        <w:t>koi manta nahi kisi ki.</w:t>
      </w:r>
    </w:p>
    <w:p>
      <w:pPr>
        <w:jc w:val="right"/>
      </w:pPr>
      <w:r>
        <w:t>کوئی مانتا نہیں کسی کی۔</w:t>
      </w:r>
    </w:p>
    <w:p>
      <w:r>
        <w:rPr>
          <w:b/>
        </w:rPr>
        <w:t xml:space="preserve">[1:20:59] </w:t>
      </w:r>
      <w:r>
        <w:t>sari aurtain shikayat karti hain ke stubborn hain.</w:t>
      </w:r>
    </w:p>
    <w:p>
      <w:pPr>
        <w:jc w:val="right"/>
      </w:pPr>
      <w:r>
        <w:t>ساری عورتیں شکایت کرتی ہیں کہ اسٹبرڈ ہیں۔</w:t>
      </w:r>
    </w:p>
    <w:p>
      <w:r>
        <w:rPr>
          <w:b/>
        </w:rPr>
        <w:t xml:space="preserve">[1:21:02] </w:t>
      </w:r>
      <w:r>
        <w:t>woh stubborn hona hai, is ka is ka aik aik aik positive quality is ke andar hai, is</w:t>
      </w:r>
    </w:p>
    <w:p>
      <w:pPr>
        <w:jc w:val="right"/>
      </w:pPr>
      <w:r>
        <w:t>وہ اسٹبرڈ ہونا ہے، اس کا اس کا ایک ایک ایک پوزیٹیو کوالٹی اس کے اندر ہے، اس</w:t>
      </w:r>
    </w:p>
    <w:p>
      <w:r>
        <w:rPr>
          <w:b/>
        </w:rPr>
        <w:t xml:space="preserve">[1:21:10] </w:t>
      </w:r>
      <w:r>
        <w:t>ko maniye, is ko ke woh stubborn hai.</w:t>
      </w:r>
    </w:p>
    <w:p>
      <w:pPr>
        <w:jc w:val="right"/>
      </w:pPr>
      <w:r>
        <w:t>کو مانیے، اس کو کہ وہ اسٹبرڈ ہے۔</w:t>
      </w:r>
    </w:p>
    <w:p>
      <w:r>
        <w:rPr>
          <w:b/>
        </w:rPr>
        <w:t xml:space="preserve">[1:21:13] </w:t>
      </w:r>
      <w:r>
        <w:t>to aurat ko shikayat yeh hoti hai ke woh stubborn hai, mard ko shikayat yeh hoti hai ke</w:t>
      </w:r>
    </w:p>
    <w:p>
      <w:pPr>
        <w:jc w:val="right"/>
      </w:pPr>
      <w:r>
        <w:t>تو عورت کو شکایت یہ ہوتی ہے کہ وہ اسٹبرڈ ہے، مرد کو شکایت یہ ہوتی ہے کہ</w:t>
      </w:r>
    </w:p>
    <w:p>
      <w:r>
        <w:rPr>
          <w:b/>
        </w:rPr>
        <w:t xml:space="preserve">[1:21:21] </w:t>
      </w:r>
      <w:r>
        <w:t>woh to bilkul naram hai.</w:t>
      </w:r>
    </w:p>
    <w:p>
      <w:pPr>
        <w:jc w:val="right"/>
      </w:pPr>
      <w:r>
        <w:t>وہ تو بالکل نرم ہے۔</w:t>
      </w:r>
    </w:p>
    <w:p>
      <w:r>
        <w:rPr>
          <w:b/>
        </w:rPr>
        <w:t xml:space="preserve">[1:21:23] </w:t>
      </w:r>
      <w:r>
        <w:t>kyun? dono aik doosray ke role samajh nahi paate hain.</w:t>
      </w:r>
    </w:p>
    <w:p>
      <w:pPr>
        <w:jc w:val="right"/>
      </w:pPr>
      <w:r>
        <w:t>کیوں؟ دونوں ایک دوسرے کے رول سمجھ نہیں پاتے ہیں۔</w:t>
      </w:r>
    </w:p>
    <w:p>
      <w:r>
        <w:rPr>
          <w:b/>
        </w:rPr>
        <w:t xml:space="preserve">[1:21:27] </w:t>
      </w:r>
      <w:r>
        <w:t>mein samajhta hoon ke yeh yeh jo hai do tarafah masla hai, aik tarafah nahi hai.</w:t>
      </w:r>
    </w:p>
    <w:p>
      <w:pPr>
        <w:jc w:val="right"/>
      </w:pPr>
      <w:r>
        <w:t>میں سمجھتا ہوں کہ یہ یہ جو ہے دو طرفہ مسئلہ ہے، ایک طرفہ نہیں ہے۔</w:t>
      </w:r>
    </w:p>
    <w:p>
      <w:r>
        <w:rPr>
          <w:b/>
        </w:rPr>
        <w:t xml:space="preserve">[1:21:34] </w:t>
      </w:r>
      <w:r>
        <w:t>is se mard pe zimmedari nahi aati, aurat pe bhi zimmedari aati hai.</w:t>
      </w:r>
    </w:p>
    <w:p>
      <w:pPr>
        <w:jc w:val="right"/>
      </w:pPr>
      <w:r>
        <w:t>اس سے مرد پہ ذمہ داری نہیں آتی، عورت پہ بھی ذمہ داری آتی ہے۔</w:t>
      </w:r>
    </w:p>
    <w:p>
      <w:r>
        <w:rPr>
          <w:b/>
        </w:rPr>
        <w:t xml:space="preserve">[1:21:41] </w:t>
      </w:r>
      <w:r>
        <w:t>jaise mein ne aap ko bataya ke mein Europe gaya, aik khatoon mujh se mili, unhon ne kaha</w:t>
      </w:r>
    </w:p>
    <w:p>
      <w:pPr>
        <w:jc w:val="right"/>
      </w:pPr>
      <w:r>
        <w:t>جیسے میں نے آپ کو بتایا کہ میں یورپ گیا، ایک خاتون مجھ سے ملی، انہوں نے کہا</w:t>
      </w:r>
    </w:p>
    <w:p>
      <w:r>
        <w:rPr>
          <w:b/>
        </w:rPr>
        <w:t xml:space="preserve">[1:21:48] </w:t>
      </w:r>
      <w:r>
        <w:t>ke mein mard jo hai, is se mein separation chahti hoon, talaq chahti hoon.</w:t>
      </w:r>
    </w:p>
    <w:p>
      <w:pPr>
        <w:jc w:val="right"/>
      </w:pPr>
      <w:r>
        <w:t>کہ میں مرد جو ہے، اس سے میں سپریشن چاہتی ہوں، طلاق چاہتی ہوں۔</w:t>
      </w:r>
    </w:p>
    <w:p>
      <w:r>
        <w:rPr>
          <w:b/>
        </w:rPr>
        <w:t xml:space="preserve">[1:21:54] </w:t>
      </w:r>
      <w:r>
        <w:t>mein ne poocha kyun? ke bara stubborn hai.</w:t>
      </w:r>
    </w:p>
    <w:p>
      <w:pPr>
        <w:jc w:val="right"/>
      </w:pPr>
      <w:r>
        <w:t>میں نے پوچھا کیوں؟ کہ بڑا اسٹبرڈ ہے۔</w:t>
      </w:r>
    </w:p>
    <w:p>
      <w:r>
        <w:rPr>
          <w:b/>
        </w:rPr>
        <w:t xml:space="preserve">[1:21:58] </w:t>
      </w:r>
      <w:r>
        <w:t>mein ne kaha stubborn hai to kaam kaise karega? woh woh aadmi aik oil industry mein kaam</w:t>
      </w:r>
    </w:p>
    <w:p>
      <w:pPr>
        <w:jc w:val="right"/>
      </w:pPr>
      <w:r>
        <w:t>میں نے کہا اسٹبرڈ ہے تو کام کیسے کرے گا؟ وہ وہ آدمی ایک ائل انڈسٹری میں کام</w:t>
      </w:r>
    </w:p>
    <w:p>
      <w:r>
        <w:rPr>
          <w:b/>
        </w:rPr>
        <w:t xml:space="preserve">[1:22:06] </w:t>
      </w:r>
      <w:r>
        <w:t>kar raha tha, bohat bara uhda tha is ka, is ka shohar.</w:t>
      </w:r>
    </w:p>
    <w:p>
      <w:pPr>
        <w:jc w:val="right"/>
      </w:pPr>
      <w:r>
        <w:t>کر رہا تھا، بہت بڑا عہدہ تھا اس کا، اس کا شوہر۔</w:t>
      </w:r>
    </w:p>
    <w:p>
      <w:r>
        <w:rPr>
          <w:b/>
        </w:rPr>
        <w:t xml:space="preserve">[1:22:11] </w:t>
      </w:r>
      <w:r>
        <w:t>میں نے کہا oil industry چلا رہا ہے، وہ اتنا بڑا کام تو کیسے چلائے گا؟ وہ stubborn</w:t>
      </w:r>
    </w:p>
    <w:p>
      <w:pPr>
        <w:jc w:val="right"/>
      </w:pPr>
      <w:r>
        <w:t>میں نے کہا ائل انڈسٹری چلا رہا ہے، وہ اتنا بڑا کام تو کیسے چلائے گا؟ وہ اسٹبرڈ</w:t>
      </w:r>
    </w:p>
    <w:p>
      <w:r>
        <w:rPr>
          <w:b/>
        </w:rPr>
        <w:t xml:space="preserve">[1:22:18] </w:t>
      </w:r>
      <w:r>
        <w:t>hona is ki quality hai.</w:t>
      </w:r>
    </w:p>
    <w:p>
      <w:pPr>
        <w:jc w:val="right"/>
      </w:pPr>
      <w:r>
        <w:t>ہونا اس کی کوالٹی ہے۔</w:t>
      </w:r>
    </w:p>
    <w:p>
      <w:r>
        <w:rPr>
          <w:b/>
        </w:rPr>
        <w:t xml:space="preserve">[1:22:21] </w:t>
      </w:r>
      <w:r>
        <w:t>آپ مانیے کہ وہ stubborn ہے تو اسی لیے ہے کہ وہ وہ manage کر سکے، وہ control</w:t>
      </w:r>
    </w:p>
    <w:p>
      <w:pPr>
        <w:jc w:val="right"/>
      </w:pPr>
      <w:r>
        <w:t>آپ مانیے کہ وہ اسٹبرڈ ہے تو اسی لیے ہے کہ وہ وہ مینج کر سکے، وہ کنٹرول</w:t>
      </w:r>
    </w:p>
    <w:p>
      <w:r>
        <w:rPr>
          <w:b/>
        </w:rPr>
        <w:t xml:space="preserve">[1:22:28] </w:t>
      </w:r>
      <w:r>
        <w:t>kar sake, woh discipline qaim kar sake.</w:t>
      </w:r>
    </w:p>
    <w:p>
      <w:pPr>
        <w:jc w:val="right"/>
      </w:pPr>
      <w:r>
        <w:t>کر سکے، وہ ڈسپلن قائم کر سکے۔</w:t>
      </w:r>
    </w:p>
    <w:p>
      <w:r>
        <w:rPr>
          <w:b/>
        </w:rPr>
        <w:t xml:space="preserve">[1:22:31] </w:t>
      </w:r>
      <w:r>
        <w:t>to yeh yeh halat hai, in ko in se shikayat, in ko in se shikayat.</w:t>
      </w:r>
    </w:p>
    <w:p>
      <w:pPr>
        <w:jc w:val="right"/>
      </w:pPr>
      <w:r>
        <w:t>تو یہ یہ حالت ہے، ان کو ان سے شکایت، ان کو ان سے شکایت۔</w:t>
      </w:r>
    </w:p>
    <w:p>
      <w:r>
        <w:rPr>
          <w:b/>
        </w:rPr>
        <w:t xml:space="preserve">[1:22:38] </w:t>
      </w:r>
      <w:r>
        <w:t>to dekhen, har aik ka aik aik aik Allah taala ne sab ko alag alag quality di hai,</w:t>
      </w:r>
    </w:p>
    <w:p>
      <w:pPr>
        <w:jc w:val="right"/>
      </w:pPr>
      <w:r>
        <w:t>تو دیکھیں، ہر ایک کا ایک ایک ایک اللہ تعالی نے سب کو الگ الگ کوالٹی دی ہے،</w:t>
      </w:r>
    </w:p>
    <w:p>
      <w:r>
        <w:rPr>
          <w:b/>
        </w:rPr>
        <w:t xml:space="preserve">[1:22:45] </w:t>
      </w:r>
      <w:r>
        <w:t>is ki quality ko pehchaniye aur is ka acknowledge kijiye, is ko phir masla apne aap hal ho</w:t>
      </w:r>
    </w:p>
    <w:p>
      <w:pPr>
        <w:jc w:val="right"/>
      </w:pPr>
      <w:r>
        <w:t>اس کی کوالٹی کو پہچانیے اور اس کا ایکنالج کیجیے، اس کو پھر مسئلہ اپنے آپ حل ہو</w:t>
      </w:r>
    </w:p>
    <w:p>
      <w:r>
        <w:rPr>
          <w:b/>
        </w:rPr>
        <w:t xml:space="preserve">[1:22:53] </w:t>
      </w:r>
      <w:r>
        <w:t>jayega.</w:t>
      </w:r>
    </w:p>
    <w:p>
      <w:pPr>
        <w:jc w:val="right"/>
      </w:pPr>
      <w:r>
        <w:t>جائے گا۔</w:t>
      </w:r>
    </w:p>
    <w:p>
      <w:r>
        <w:rPr>
          <w:b/>
        </w:rPr>
        <w:t xml:space="preserve">[1:22:55] </w:t>
      </w:r>
      <w:r>
        <w:t>Mr Shakeel ur Rehman ne New Delhi se likha hai: "Maulana sahib, please explain the words number 33 of</w:t>
      </w:r>
    </w:p>
    <w:p>
      <w:pPr>
        <w:jc w:val="right"/>
      </w:pPr>
      <w:r>
        <w:t>مسٹر شکیل الرحمن نے نئی دلی سے لکھا ہے: "مولانا صاحب، پلیز ایکسپلین دی ورڈز نمبر 33 آف</w:t>
      </w:r>
    </w:p>
    <w:p>
      <w:r>
        <w:rPr>
          <w:b/>
        </w:rPr>
        <w:t xml:space="preserve">[1:23:02] </w:t>
      </w:r>
      <w:r>
        <w:t>chapter 33 of Quran, which says: stay in your homes and do not flaunt your charms as in</w:t>
      </w:r>
    </w:p>
    <w:p>
      <w:pPr>
        <w:jc w:val="right"/>
      </w:pPr>
      <w:r>
        <w:t>چیپٹر 33 آف قرآن، وچ سیز: سٹے ان یور ہومز اینڈ ڈو ناٹ فلاؤنٹ یور چارمز ایز ان</w:t>
      </w:r>
    </w:p>
    <w:p>
      <w:r>
        <w:rPr>
          <w:b/>
        </w:rPr>
        <w:t xml:space="preserve">[1:23:10] </w:t>
      </w:r>
      <w:r>
        <w:t>da farmer times of ignorance.</w:t>
      </w:r>
    </w:p>
    <w:p>
      <w:pPr>
        <w:jc w:val="right"/>
      </w:pPr>
      <w:r>
        <w:t>دا فارمر ٹائمز آف اگنورنس۔</w:t>
      </w:r>
    </w:p>
    <w:p>
      <w:r>
        <w:rPr>
          <w:b/>
        </w:rPr>
        <w:t xml:space="preserve">[1:23:12] </w:t>
      </w:r>
      <w:r>
        <w:t>waat does this mean? dekhen, yeh koi absolute sense mein nahin hai, absolute sense mein nahin hai.</w:t>
      </w:r>
    </w:p>
    <w:p>
      <w:pPr>
        <w:jc w:val="right"/>
      </w:pPr>
      <w:r>
        <w:t>واٹ ڈز دس مین؟" دیکھیں، یہ کوئی ایبسولیوٹ سینس میں نہیں ہے، ایبسولیوٹ سینس میں نہیں ہے۔</w:t>
      </w:r>
    </w:p>
    <w:p>
      <w:r>
        <w:rPr>
          <w:b/>
        </w:rPr>
        <w:t xml:space="preserve">[1:23:19] </w:t>
      </w:r>
      <w:r>
        <w:t>woh toh jo auratein jo hai fashion kar ke ghoomti hain, kar kuch kaam karna nahin, unhein fashion</w:t>
      </w:r>
    </w:p>
    <w:p>
      <w:pPr>
        <w:jc w:val="right"/>
      </w:pPr>
      <w:r>
        <w:t>وہ تو جو عورتیں جو ہے فیشن کر کے گھومتی ہیں، کر کچھ کام کرنا نہیں، انہیں فیشن</w:t>
      </w:r>
    </w:p>
    <w:p>
      <w:r>
        <w:rPr>
          <w:b/>
        </w:rPr>
        <w:t xml:space="preserve">[1:23:27] </w:t>
      </w:r>
      <w:r>
        <w:t>kar ke ghoomna hai, shopping karna hai aur tamasha karna hai, is ke baray mein hai.</w:t>
      </w:r>
    </w:p>
    <w:p>
      <w:pPr>
        <w:jc w:val="right"/>
      </w:pPr>
      <w:r>
        <w:t>کر کے گھومنا ہے، شاپنگ کرنا ہے اور تماشہ کرنا ہے، اس کے بارے میں ہے۔</w:t>
      </w:r>
    </w:p>
    <w:p>
      <w:r>
        <w:rPr>
          <w:b/>
        </w:rPr>
        <w:t xml:space="preserve">[1:23:34] </w:t>
      </w:r>
      <w:r>
        <w:t>yeh is ko nahin ke aurat role na kare, koi yeh is se is ka koi talluq nahin</w:t>
      </w:r>
    </w:p>
    <w:p>
      <w:pPr>
        <w:jc w:val="right"/>
      </w:pPr>
      <w:r>
        <w:t>یہ اس کو نہیں کہ عورت رول نہ کرے، کوئی یہ اس سے اس کا کوئی تعلق نہیں</w:t>
      </w:r>
    </w:p>
    <w:p>
      <w:r>
        <w:rPr>
          <w:b/>
        </w:rPr>
        <w:t xml:space="preserve">[1:23:42] </w:t>
      </w:r>
      <w:r>
        <w:t>hai.</w:t>
      </w:r>
    </w:p>
    <w:p>
      <w:pPr>
        <w:jc w:val="right"/>
      </w:pPr>
      <w:r>
        <w:t>ہے۔</w:t>
      </w:r>
    </w:p>
    <w:p>
      <w:r>
        <w:rPr>
          <w:b/>
        </w:rPr>
        <w:t xml:space="preserve">[1:23:43] </w:t>
      </w:r>
      <w:r>
        <w:t>woh woh tabarruj, tabarruj se mana kiya gaya hai, tabarruj se na ke positive role se.</w:t>
      </w:r>
    </w:p>
    <w:p>
      <w:pPr>
        <w:jc w:val="right"/>
      </w:pPr>
      <w:r>
        <w:t>وہ وہ تبرس، تبرس سے منع کیا گیا ہے، تبرس سے نہ کہ پازیٹیو رول سے۔</w:t>
      </w:r>
    </w:p>
    <w:p>
      <w:r>
        <w:rPr>
          <w:b/>
        </w:rPr>
        <w:t xml:space="preserve">[1:23:50] </w:t>
      </w:r>
      <w:r>
        <w:t>is ko phir se parhiye, is ayat ko, is mein tabarruj se mana kiya gaya hai.</w:t>
      </w:r>
    </w:p>
    <w:p>
      <w:pPr>
        <w:jc w:val="right"/>
      </w:pPr>
      <w:r>
        <w:t>اس کو پھر سے پڑھیے، اس آیت کو، اس میں تبرس سے منع کیا گیا ہے۔</w:t>
      </w:r>
    </w:p>
    <w:p>
      <w:r>
        <w:rPr>
          <w:b/>
        </w:rPr>
        <w:t xml:space="preserve">[1:23:57] </w:t>
      </w:r>
      <w:r>
        <w:t>jahan tak positive role ki baat hai toh is ayat mein is se mana nahin kiya gaya hai.</w:t>
      </w:r>
    </w:p>
    <w:p>
      <w:pPr>
        <w:jc w:val="right"/>
      </w:pPr>
      <w:r>
        <w:t>جہاں تک پازیٹیو رول کی بات ہے تو اس آیت میں اس سے منع نہیں کیا گیا ہے۔</w:t>
      </w:r>
    </w:p>
    <w:p>
      <w:r>
        <w:rPr>
          <w:b/>
        </w:rPr>
        <w:t xml:space="preserve">[1:24:05] </w:t>
      </w:r>
      <w:r>
        <w:t>maulana muhammad zakwan nadvi ne dilli se poocha hai: "prophet of islam ne farmaya: ahbbu an akuna kariman</w:t>
      </w:r>
    </w:p>
    <w:p>
      <w:pPr>
        <w:jc w:val="right"/>
      </w:pPr>
      <w:r>
        <w:t>مولانا محمد زکوان ندوی نے دلی سے پوچھا ہے: "پرافٹ آف اسلام نے فرمایا: احب ان اکونا کریما</w:t>
      </w:r>
    </w:p>
    <w:p>
      <w:r>
        <w:rPr>
          <w:b/>
        </w:rPr>
        <w:t xml:space="preserve">[1:24:12] </w:t>
      </w:r>
      <w:r>
        <w:t>maghloobun, kindly explain this hadith." haan, yeh aik hadith ka tukra hai: ahbbu ankuna kariman maghlooban.</w:t>
      </w:r>
    </w:p>
    <w:p>
      <w:pPr>
        <w:jc w:val="right"/>
      </w:pPr>
      <w:r>
        <w:t>مغلوبون، کائنڈلی ایکسپلین دس حدیث۔" ہاں، یہ ایک حدیث کا ٹکڑا ہے: احب انکون کریما مغلوبا۔</w:t>
      </w:r>
    </w:p>
    <w:p>
      <w:r>
        <w:rPr>
          <w:b/>
        </w:rPr>
        <w:t xml:space="preserve">[1:24:19] </w:t>
      </w:r>
      <w:r>
        <w:t>apne lafzon mein yeh kehta hoon isi ko ke mard jo hai aurat ko boss bana le.</w:t>
      </w:r>
    </w:p>
    <w:p>
      <w:pPr>
        <w:jc w:val="right"/>
      </w:pPr>
      <w:r>
        <w:t>اپنے لفظوں میں یہ کہتا ہوں اسی کو کہ مرد جو ہے عورت کو باس بنا لے۔</w:t>
      </w:r>
    </w:p>
    <w:p>
      <w:r>
        <w:rPr>
          <w:b/>
        </w:rPr>
        <w:t xml:space="preserve">[1:24:27] </w:t>
      </w:r>
      <w:r>
        <w:t>lafz waldiya matlab is ka wohi hai.</w:t>
      </w:r>
    </w:p>
    <w:p>
      <w:pPr>
        <w:jc w:val="right"/>
      </w:pPr>
      <w:r>
        <w:t>لفظ ولدیہ مطلب اس کا وہی ہے۔</w:t>
      </w:r>
    </w:p>
    <w:p>
      <w:r>
        <w:rPr>
          <w:b/>
        </w:rPr>
        <w:t xml:space="preserve">[1:24:30] </w:t>
      </w:r>
      <w:r>
        <w:t>lafzi tarjuma is hadith ka yeh hai ke main yeh pasand karta hoon ke main shareef shareef woh</w:t>
      </w:r>
    </w:p>
    <w:p>
      <w:pPr>
        <w:jc w:val="right"/>
      </w:pPr>
      <w:r>
        <w:t>لفظی ترجمہ اس حدیث کا یہ ہے کہ میں یہ پسند کرتا ہوں کہ میں شریف شریف وہ</w:t>
      </w:r>
    </w:p>
    <w:p>
      <w:r>
        <w:rPr>
          <w:b/>
        </w:rPr>
        <w:t xml:space="preserve">[1:24:37] </w:t>
      </w:r>
      <w:r>
        <w:t>ban jaon, matahat shareef matahat ban jaon.</w:t>
      </w:r>
    </w:p>
    <w:p>
      <w:pPr>
        <w:jc w:val="right"/>
      </w:pPr>
      <w:r>
        <w:t>بن جاؤں، ماتحت شریف ماتحت بن جاؤں۔</w:t>
      </w:r>
    </w:p>
    <w:p>
      <w:r>
        <w:rPr>
          <w:b/>
        </w:rPr>
        <w:t xml:space="preserve">[1:24:40] </w:t>
      </w:r>
      <w:r>
        <w:t>main pasand karta hoon ke main shareef matahat ban jaon, yani aurat ko boss banane se kaam kiya</w:t>
      </w:r>
    </w:p>
    <w:p>
      <w:pPr>
        <w:jc w:val="right"/>
      </w:pPr>
      <w:r>
        <w:t>میں پسند کرتا ہوں کہ میں شریف ماتحت بن جاؤں، یعنی عورت کو باس بنانے سے کام کیا</w:t>
      </w:r>
    </w:p>
    <w:p>
      <w:r>
        <w:rPr>
          <w:b/>
        </w:rPr>
        <w:t xml:space="preserve">[1:24:48] </w:t>
      </w:r>
      <w:r>
        <w:t>hai toh boss ban jaunga.</w:t>
      </w:r>
    </w:p>
    <w:p>
      <w:pPr>
        <w:jc w:val="right"/>
      </w:pPr>
      <w:r>
        <w:t>ہے تو باس بن جاؤں گا۔</w:t>
      </w:r>
    </w:p>
    <w:p>
      <w:r>
        <w:rPr>
          <w:b/>
        </w:rPr>
        <w:t xml:space="preserve">[1:24:51] </w:t>
      </w:r>
      <w:r>
        <w:t>main yeh koi egoism ka masla nahin hai, is ka matlab yeh hai, is ka jism jo hai</w:t>
      </w:r>
    </w:p>
    <w:p>
      <w:pPr>
        <w:jc w:val="right"/>
      </w:pPr>
      <w:r>
        <w:t>میں یہ کوئی ایگوئز کا مسئلہ نہیں ہے، اس کا مطلب یہی ہے، اس کا جسم جو ہے</w:t>
      </w:r>
    </w:p>
    <w:p>
      <w:r>
        <w:rPr>
          <w:b/>
        </w:rPr>
        <w:t xml:space="preserve">[1:24:58] </w:t>
      </w:r>
      <w:r>
        <w:t>ke agar kisi ghar mein aap dekhen ke aurat ko boss banane se kaam chalta hai toh boss</w:t>
      </w:r>
    </w:p>
    <w:p>
      <w:pPr>
        <w:jc w:val="right"/>
      </w:pPr>
      <w:r>
        <w:t>کہ اگر کسی گھر میں آپ دیکھیں کہ عورت کو باس بنانے سے کام چلتا ہے تو باس</w:t>
      </w:r>
    </w:p>
    <w:p>
      <w:r>
        <w:rPr>
          <w:b/>
        </w:rPr>
        <w:t xml:space="preserve">[1:25:06] </w:t>
      </w:r>
      <w:r>
        <w:t>bana lijiye is ko.</w:t>
      </w:r>
    </w:p>
    <w:p>
      <w:pPr>
        <w:jc w:val="right"/>
      </w:pPr>
      <w:r>
        <w:t>بنا لیجئے اس کو۔</w:t>
      </w:r>
    </w:p>
    <w:p>
      <w:r>
        <w:rPr>
          <w:b/>
        </w:rPr>
        <w:t xml:space="preserve">[1:25:08] </w:t>
      </w:r>
      <w:r>
        <w:t>egoism, egoism ka masla na banayein is ko ke main is ko kaise banaon.</w:t>
      </w:r>
    </w:p>
    <w:p>
      <w:pPr>
        <w:jc w:val="right"/>
      </w:pPr>
      <w:r>
        <w:t>ایگوئز، ایگوئز کا مسئلہ نہ بنائیں اس کو کہ میں اس کو کیسے بناؤں۔</w:t>
      </w:r>
    </w:p>
    <w:p>
      <w:r>
        <w:rPr>
          <w:b/>
        </w:rPr>
        <w:t xml:space="preserve">[1:25:14] </w:t>
      </w:r>
      <w:r>
        <w:t>sach poochien toh is mein egoism ke khilaf hai.</w:t>
      </w:r>
    </w:p>
    <w:p>
      <w:pPr>
        <w:jc w:val="right"/>
      </w:pPr>
      <w:r>
        <w:t>سچ پوچھیں تو اس میں ایگوئزم کے خلاف ہے۔</w:t>
      </w:r>
    </w:p>
    <w:p>
      <w:r>
        <w:rPr>
          <w:b/>
        </w:rPr>
        <w:t xml:space="preserve">[1:25:18] </w:t>
      </w:r>
      <w:r>
        <w:t>yeh hadith ego problem nahin le lana chahiye aadmi ko.</w:t>
      </w:r>
    </w:p>
    <w:p>
      <w:pPr>
        <w:jc w:val="right"/>
      </w:pPr>
      <w:r>
        <w:t>یہ حدیث ایگو پرابلم نہیں لے لانا چاہیے آدمی کو۔</w:t>
      </w:r>
    </w:p>
    <w:p>
      <w:r>
        <w:rPr>
          <w:b/>
        </w:rPr>
        <w:t xml:space="preserve">[1:25:22] </w:t>
      </w:r>
      <w:r>
        <w:t>misalan, main apne ghar mein auraton hi ko boss bana rehta hoon hamesha.</w:t>
      </w:r>
    </w:p>
    <w:p>
      <w:pPr>
        <w:jc w:val="right"/>
      </w:pPr>
      <w:r>
        <w:t>مثلاً، میں اپنے گھر میں عورتوں ہی کو باس بنا رہتا ہوں ہمیشہ۔</w:t>
      </w:r>
    </w:p>
    <w:p>
      <w:r>
        <w:rPr>
          <w:b/>
        </w:rPr>
        <w:t xml:space="preserve">[1:25:27] </w:t>
      </w:r>
      <w:r>
        <w:t>main khud boss ban kar nahin rehta.</w:t>
      </w:r>
    </w:p>
    <w:p>
      <w:pPr>
        <w:jc w:val="right"/>
      </w:pPr>
      <w:r>
        <w:t>میں خود باس بن کر نہیں رہتا۔</w:t>
      </w:r>
    </w:p>
    <w:p>
      <w:r>
        <w:rPr>
          <w:b/>
        </w:rPr>
        <w:t xml:space="preserve">[1:25:30] </w:t>
      </w:r>
      <w:r>
        <w:t>to yahi matlab hai is aayat ka ke main yeh pasand karta hoon ke main shareef matahat ban</w:t>
      </w:r>
    </w:p>
    <w:p>
      <w:pPr>
        <w:jc w:val="right"/>
      </w:pPr>
      <w:r>
        <w:t>تو یہی مطلب ہے اس آیت کا کہ میں یہ پسند کرتا ہوں کہ میں شریف ماتحت بن</w:t>
      </w:r>
    </w:p>
    <w:p>
      <w:r>
        <w:rPr>
          <w:b/>
        </w:rPr>
        <w:t xml:space="preserve">[1:25:38] </w:t>
      </w:r>
      <w:r>
        <w:t>jaoon, yaani kisi ke matahati qabool kar loon.</w:t>
      </w:r>
    </w:p>
    <w:p>
      <w:pPr>
        <w:jc w:val="right"/>
      </w:pPr>
      <w:r>
        <w:t>جاؤں، یعنی کسی کے ماتحتی قبول کر لوں۔</w:t>
      </w:r>
    </w:p>
    <w:p>
      <w:r>
        <w:rPr>
          <w:b/>
        </w:rPr>
        <w:t xml:space="preserve">[1:25:42] </w:t>
      </w:r>
      <w:r>
        <w:t>aur ladai jhagda, yaani yaani is ka doosra kya shakal hai ke ladai jhagda karna aur ego problem</w:t>
      </w:r>
    </w:p>
    <w:p>
      <w:pPr>
        <w:jc w:val="right"/>
      </w:pPr>
      <w:r>
        <w:t>اور لڑائی جھگڑا، یعنی یعنی اس کا دوسرا کیا شکل ہے کہ لڑائی جھگڑا کرنا اور ایگو پرابلم</w:t>
      </w:r>
    </w:p>
    <w:p>
      <w:r>
        <w:rPr>
          <w:b/>
        </w:rPr>
        <w:t xml:space="preserve">[1:25:49] </w:t>
      </w:r>
      <w:r>
        <w:t>create karna aur yeh sab to is ke muqable mein yeh main pasand karoon ga ke chalo tum</w:t>
      </w:r>
    </w:p>
    <w:p>
      <w:pPr>
        <w:jc w:val="right"/>
      </w:pPr>
      <w:r>
        <w:t>کریٹ کرنا اور یہ سب تو اس کے مقابلے میں یہ میں پسند کروں گا کہ چلو تم</w:t>
      </w:r>
    </w:p>
    <w:p>
      <w:r>
        <w:rPr>
          <w:b/>
        </w:rPr>
        <w:t xml:space="preserve">[1:25:57] </w:t>
      </w:r>
      <w:r>
        <w:t>hi tum hi pass ho, main pass nahi hoon.</w:t>
      </w:r>
    </w:p>
    <w:p>
      <w:pPr>
        <w:jc w:val="right"/>
      </w:pPr>
      <w:r>
        <w:t>ہی تم ہی پاس ہو، میں پاس نہیں ہوں۔</w:t>
      </w:r>
    </w:p>
    <w:p>
      <w:r>
        <w:rPr>
          <w:b/>
        </w:rPr>
        <w:t xml:space="preserve">[1:26:01] </w:t>
      </w:r>
      <w:r>
        <w:t>ghar ka nizaam chalna chahiye.</w:t>
      </w:r>
    </w:p>
    <w:p>
      <w:pPr>
        <w:jc w:val="right"/>
      </w:pPr>
      <w:r>
        <w:t>گھر کا نظام چلنا چاہیے۔</w:t>
      </w:r>
    </w:p>
    <w:p>
      <w:r>
        <w:rPr>
          <w:b/>
        </w:rPr>
        <w:t xml:space="preserve">[1:26:03] </w:t>
      </w:r>
      <w:r>
        <w:t>to main samajhta hoon ke yeh bohat hi hikmat ki baat hai, yeh wisdom ki baat hai yeh.</w:t>
      </w:r>
    </w:p>
    <w:p>
      <w:pPr>
        <w:jc w:val="right"/>
      </w:pPr>
      <w:r>
        <w:t>تو میں سمجھتا ہوں کہ یہ بہت ہی حکمت کی بات ہے، یہ وزڈم کی بات ہے یہ۔</w:t>
      </w:r>
    </w:p>
    <w:p>
      <w:r>
        <w:rPr>
          <w:b/>
        </w:rPr>
        <w:t xml:space="preserve">[1:26:11] </w:t>
      </w:r>
      <w:r>
        <w:t>aur ghar ko chalane ke liye bohat hi zabardast yeh is ke andar aik formula hai.</w:t>
      </w:r>
    </w:p>
    <w:p>
      <w:pPr>
        <w:jc w:val="right"/>
      </w:pPr>
      <w:r>
        <w:t>اور گھر کو چلانے کے لیے بہت ہی زبردست یہ اس کے اندر ایک فارمولا ہے۔</w:t>
      </w:r>
    </w:p>
    <w:p>
      <w:r>
        <w:rPr>
          <w:b/>
        </w:rPr>
        <w:t xml:space="preserve">[1:26:18] </w:t>
      </w:r>
      <w:r>
        <w:t>مسٹر جی پی ایس بھالوا نے نئی دلی سے لکھا ہے: "مولانا، did Prophet of Islam ever give</w:t>
      </w:r>
    </w:p>
    <w:p>
      <w:pPr>
        <w:jc w:val="right"/>
      </w:pPr>
      <w:r>
        <w:t>مسٹر جی پی ایس بھالوا نے نئی دلی سے لکھا ہے: "مولانا، ڈیڈ پرافٹ آف اسلام ایور گیو</w:t>
      </w:r>
    </w:p>
    <w:p>
      <w:r>
        <w:rPr>
          <w:b/>
        </w:rPr>
        <w:t xml:space="preserve">[1:26:25] </w:t>
      </w:r>
      <w:r>
        <w:t>The status of boss to his wife? If it is done now, will it not lead to family</w:t>
      </w:r>
    </w:p>
    <w:p>
      <w:pPr>
        <w:jc w:val="right"/>
      </w:pPr>
      <w:r>
        <w:t>دا سٹیٹس آف باس ٹو ہز وائف؟ اف اٹ از ڈن ناو، ویل اٹ ناٹ لیڈ ٹو فیملی</w:t>
      </w:r>
    </w:p>
    <w:p>
      <w:r>
        <w:rPr>
          <w:b/>
        </w:rPr>
        <w:t xml:space="preserve">[1:26:33] </w:t>
      </w:r>
      <w:r>
        <w:t>breakups and result in collapse of social structure?" No, look, in that era the word 'boss' existed</w:t>
      </w:r>
    </w:p>
    <w:p>
      <w:pPr>
        <w:jc w:val="right"/>
      </w:pPr>
      <w:r>
        <w:t>بریک اپس اینڈ رزلٹ ان کولیپس آف سوشل سٹرکچر؟" نہیں، دیکھیے، اس زمانے میں لفظ باس تو تھا</w:t>
      </w:r>
    </w:p>
    <w:p>
      <w:r>
        <w:rPr>
          <w:b/>
        </w:rPr>
        <w:t xml:space="preserve">[1:26:41] </w:t>
      </w:r>
      <w:r>
        <w:t>nahi, boss to tha nahi, lekin aamla aise hi kiya aap ne? boss nahi lafz tha maujood, lekin</w:t>
      </w:r>
    </w:p>
    <w:p>
      <w:pPr>
        <w:jc w:val="right"/>
      </w:pPr>
      <w:r>
        <w:t>نہیں، باس تو تھا نہیں، لیکن عاملہ ایسے ہی کیا آپ نے؟ باس نہیں لفظ تھا موجود، لیکن</w:t>
      </w:r>
    </w:p>
    <w:p>
      <w:r>
        <w:rPr>
          <w:b/>
        </w:rPr>
        <w:t xml:space="preserve">[1:26:48] </w:t>
      </w:r>
      <w:r>
        <w:t>aamla aise hi kiya aap ne? jaise misaal ke tor par dekhiye, aik qissa batata hoon main aap</w:t>
      </w:r>
    </w:p>
    <w:p>
      <w:pPr>
        <w:jc w:val="right"/>
      </w:pPr>
      <w:r>
        <w:t>عاملہ ایسے ہی کیا آپ نے؟ جیسے مثال کے طور پر دیکھیے، ایک قصہ بتاتا ہوں میں آپ</w:t>
      </w:r>
    </w:p>
    <w:p>
      <w:r>
        <w:rPr>
          <w:b/>
        </w:rPr>
        <w:t xml:space="preserve">[1:26:56] </w:t>
      </w:r>
      <w:r>
        <w:t>کو کہ حدیبیہ کا جو واقعہ تھا، یعنی agreement جو کیا تھا آپ نے unilateral condition پر،</w:t>
      </w:r>
    </w:p>
    <w:p>
      <w:pPr>
        <w:jc w:val="right"/>
      </w:pPr>
      <w:r>
        <w:t>کو کہ حدیبیہ کا جو واقعہ تھا، یعنی ایگریمنٹ جو کیا تھا آپ نے ان لیٹرل کنڈیشن پر،</w:t>
      </w:r>
    </w:p>
    <w:p>
      <w:r>
        <w:rPr>
          <w:b/>
        </w:rPr>
        <w:t xml:space="preserve">[1:27:04] </w:t>
      </w:r>
      <w:r>
        <w:t>to saare sahaba is mein khilaf ho gaye thay.</w:t>
      </w:r>
    </w:p>
    <w:p>
      <w:pPr>
        <w:jc w:val="right"/>
      </w:pPr>
      <w:r>
        <w:t>تو سارے صحابہ اس میں خلاف ہو گئے تھے۔</w:t>
      </w:r>
    </w:p>
    <w:p>
      <w:r>
        <w:rPr>
          <w:b/>
        </w:rPr>
        <w:t xml:space="preserve">[1:27:08] </w:t>
      </w:r>
      <w:r>
        <w:t>is ki tafseel aap dekh sakte hain kitabon mein ke Hudaybiyah agreement kya cheez thi.</w:t>
      </w:r>
    </w:p>
    <w:p>
      <w:pPr>
        <w:jc w:val="right"/>
      </w:pPr>
      <w:r>
        <w:t>اس کی تفصیل آپ دیکھ سکتے ہیں کتابوں میں کہ حدیبیہ ایگریمنٹ کیا چیز تھی۔</w:t>
      </w:r>
    </w:p>
    <w:p>
      <w:r>
        <w:rPr>
          <w:b/>
        </w:rPr>
        <w:t xml:space="preserve">[1:27:14] </w:t>
      </w:r>
      <w:r>
        <w:t>yaani Hudaybiyah agreement jo thi, woh Rasool Allah aur Quraish ke darmiyan aik aisa muahida tha jis mein</w:t>
      </w:r>
    </w:p>
    <w:p>
      <w:pPr>
        <w:jc w:val="right"/>
      </w:pPr>
      <w:r>
        <w:t>یعنی حدیبیہ ایگریمنٹ جو تھی، وہ رسول اللہ اور قریش کے درمیان ایک ایسا معاہدہ تھا جس میں</w:t>
      </w:r>
    </w:p>
    <w:p>
      <w:r>
        <w:rPr>
          <w:b/>
        </w:rPr>
        <w:t xml:space="preserve">[1:27:22] </w:t>
      </w:r>
      <w:r>
        <w:t>unki condition ko aap ne maan liya tha, yaani Quraish ki conditions ko sirf is liye ke</w:t>
      </w:r>
    </w:p>
    <w:p>
      <w:pPr>
        <w:jc w:val="right"/>
      </w:pPr>
      <w:r>
        <w:t>ان کی کنڈیشن کو آپ نے مان لیا تھا، یعنی قریش کی کنڈیشنز کو صرف اس لیے کہ</w:t>
      </w:r>
    </w:p>
    <w:p>
      <w:r>
        <w:rPr>
          <w:b/>
        </w:rPr>
        <w:t xml:space="preserve">[1:27:30] </w:t>
      </w:r>
      <w:r>
        <w:t>peace qaim ho jaye, peace ke liye bas.</w:t>
      </w:r>
    </w:p>
    <w:p>
      <w:pPr>
        <w:jc w:val="right"/>
      </w:pPr>
      <w:r>
        <w:t>پیس قائم ہو جائے، پیس کے لیے بس۔</w:t>
      </w:r>
    </w:p>
    <w:p>
      <w:r>
        <w:rPr>
          <w:b/>
        </w:rPr>
        <w:t xml:space="preserve">[1:27:33] </w:t>
      </w:r>
      <w:r>
        <w:t>to wahan aap ja rahe thay Umrah karne ke liye aur aap ke sath oont thay, hote thay.</w:t>
      </w:r>
    </w:p>
    <w:p>
      <w:pPr>
        <w:jc w:val="right"/>
      </w:pPr>
      <w:r>
        <w:t>تو وہاں آپ جا رہے تھے عمرہ کرنے کے لیے اور آپ کے ساتھ اونٹ تھے، ہوتے تھے۔</w:t>
      </w:r>
    </w:p>
    <w:p>
      <w:r>
        <w:rPr>
          <w:b/>
        </w:rPr>
        <w:t xml:space="preserve">[1:27:41] </w:t>
      </w:r>
      <w:r>
        <w:t>oont ko ja kar ke woh wahan qurban karte Makkah mein, is liye woh le ja rahe thay.</w:t>
      </w:r>
    </w:p>
    <w:p>
      <w:pPr>
        <w:jc w:val="right"/>
      </w:pPr>
      <w:r>
        <w:t>اونٹ کو جا کر کے وہ وہاں قربان کرتے مکہ میں، اس لیے وہ لے جا رہے تھے۔</w:t>
      </w:r>
    </w:p>
    <w:p>
      <w:r>
        <w:rPr>
          <w:b/>
        </w:rPr>
        <w:t xml:space="preserve">[1:27:48] </w:t>
      </w:r>
      <w:r>
        <w:t>woh to Rasool Allah ne jab agreement kar liya to is mein yeh tha ke aap yahin se</w:t>
      </w:r>
    </w:p>
    <w:p>
      <w:pPr>
        <w:jc w:val="right"/>
      </w:pPr>
      <w:r>
        <w:t>وہ تو رسول اللہ نے جب ایگریمنٹ کر لیا تو اس میں یہ تھا کہ آپ یہیں سے</w:t>
      </w:r>
    </w:p>
    <w:p>
      <w:r>
        <w:rPr>
          <w:b/>
        </w:rPr>
        <w:t xml:space="preserve">[1:27:56] </w:t>
      </w:r>
      <w:r>
        <w:t>loot jayen.</w:t>
      </w:r>
    </w:p>
    <w:p>
      <w:pPr>
        <w:jc w:val="right"/>
      </w:pPr>
      <w:r>
        <w:t>لوٹ جائیں۔</w:t>
      </w:r>
    </w:p>
    <w:p>
      <w:r>
        <w:rPr>
          <w:b/>
        </w:rPr>
        <w:t xml:space="preserve">[1:27:58] </w:t>
      </w:r>
      <w:r>
        <w:t>yeh Makkah Madinah se chalay thay Makkah jane ke liye Umrah karne ke liye aur oont ko le</w:t>
      </w:r>
    </w:p>
    <w:p>
      <w:pPr>
        <w:jc w:val="right"/>
      </w:pPr>
      <w:r>
        <w:t>یہ مکہ مدینہ سے چلے تھے مکہ جانے کے لیے عمرہ کرنے کے لیے اور اونٹ کو لے</w:t>
      </w:r>
    </w:p>
    <w:p>
      <w:r>
        <w:rPr>
          <w:b/>
        </w:rPr>
        <w:t xml:space="preserve">[1:28:05] </w:t>
      </w:r>
      <w:r>
        <w:t>kar ke unhon ne kaha hum Makkah nahi jane dein ge aap ko, aap yahin se lotiye, Hudaybiyah</w:t>
      </w:r>
    </w:p>
    <w:p>
      <w:pPr>
        <w:jc w:val="right"/>
      </w:pPr>
      <w:r>
        <w:t>کر کے انہوں نے کہا ہم مکہ نہیں جانے دیں گے آپ کو، آپ یہیں سے لوٹیے، حدیبیہ</w:t>
      </w:r>
    </w:p>
    <w:p>
      <w:r>
        <w:rPr>
          <w:b/>
        </w:rPr>
        <w:t xml:space="preserve">[1:28:13] </w:t>
      </w:r>
      <w:r>
        <w:t>se loot ke Madinah chale jaiye.</w:t>
      </w:r>
    </w:p>
    <w:p>
      <w:pPr>
        <w:jc w:val="right"/>
      </w:pPr>
      <w:r>
        <w:t>سے لوٹ کے مدینہ چلے جائیے۔</w:t>
      </w:r>
    </w:p>
    <w:p>
      <w:r>
        <w:rPr>
          <w:b/>
        </w:rPr>
        <w:t xml:space="preserve">[1:28:16] </w:t>
      </w:r>
      <w:r>
        <w:t>to aap raazi ho gaye wapsi par kyunke kyunke doosra option jo tha kya tha woh ladai bhadai,</w:t>
      </w:r>
    </w:p>
    <w:p>
      <w:pPr>
        <w:jc w:val="right"/>
      </w:pPr>
      <w:r>
        <w:t>تو آپ راضی ہو گئے واپسی پر کیونکہ کیونکہ دوسرا آپشن جو تھا کیا تھا وہ لڑائی بھڑائی،</w:t>
      </w:r>
    </w:p>
    <w:p>
      <w:r>
        <w:rPr>
          <w:b/>
        </w:rPr>
        <w:t xml:space="preserve">[1:28:23] </w:t>
      </w:r>
      <w:r>
        <w:t>that was harder option.</w:t>
      </w:r>
    </w:p>
    <w:p>
      <w:pPr>
        <w:jc w:val="right"/>
      </w:pPr>
      <w:r>
        <w:t>دیٹ واز ہارڈر آپشن۔</w:t>
      </w:r>
    </w:p>
    <w:p>
      <w:r>
        <w:rPr>
          <w:b/>
        </w:rPr>
        <w:t xml:space="preserve">[1:28:25] </w:t>
      </w:r>
      <w:r>
        <w:t>to jab to phir aap ne kaha ke jab oont jo hai ab yahin par is ko qurban</w:t>
      </w:r>
    </w:p>
    <w:p>
      <w:pPr>
        <w:jc w:val="right"/>
      </w:pPr>
      <w:r>
        <w:t>تو جب تو پھر آپ نے کہا کہ جب اونٹ جو ہے اب یہیں پر اس کو قربان</w:t>
      </w:r>
    </w:p>
    <w:p>
      <w:r>
        <w:rPr>
          <w:b/>
        </w:rPr>
        <w:t xml:space="preserve">[1:28:33] </w:t>
      </w:r>
      <w:r>
        <w:t>kar do, jab makkah nahi jana hai to yahin qurban kar do is ko.</w:t>
      </w:r>
    </w:p>
    <w:p>
      <w:pPr>
        <w:jc w:val="right"/>
      </w:pPr>
      <w:r>
        <w:t>کر دو، جب مکہ نہیں جانا ہے تو یہیں قربان کر دو اس کو۔</w:t>
      </w:r>
    </w:p>
    <w:p>
      <w:r>
        <w:rPr>
          <w:b/>
        </w:rPr>
        <w:t xml:space="preserve">[1:28:39] </w:t>
      </w:r>
      <w:r>
        <w:t>to koi tayyar nahi hua qurban karne ke liye.</w:t>
      </w:r>
    </w:p>
    <w:p>
      <w:pPr>
        <w:jc w:val="right"/>
      </w:pPr>
      <w:r>
        <w:t>تو کوئی تیار نہیں ہوا قربان کرنے کے لیے۔</w:t>
      </w:r>
    </w:p>
    <w:p>
      <w:r>
        <w:rPr>
          <w:b/>
        </w:rPr>
        <w:t xml:space="preserve">[1:28:43] </w:t>
      </w:r>
      <w:r>
        <w:t>aap ne kai baar kaha ke yahin par qurban kar do oonton ko, ab yahan se wapas jana</w:t>
      </w:r>
    </w:p>
    <w:p>
      <w:pPr>
        <w:jc w:val="right"/>
      </w:pPr>
      <w:r>
        <w:t>آپ نے کئی بار کہا کہ یہیں پر قربان کر دو اونٹوں کو، اب یہاں سے واپس جانا</w:t>
      </w:r>
    </w:p>
    <w:p>
      <w:r>
        <w:rPr>
          <w:b/>
        </w:rPr>
        <w:t xml:space="preserve">[1:28:50] </w:t>
      </w:r>
      <w:r>
        <w:t>hai madinah hum ko.</w:t>
      </w:r>
    </w:p>
    <w:p>
      <w:pPr>
        <w:jc w:val="right"/>
      </w:pPr>
      <w:r>
        <w:t>ہے مدینہ ہم کو۔</w:t>
      </w:r>
    </w:p>
    <w:p>
      <w:r>
        <w:rPr>
          <w:b/>
        </w:rPr>
        <w:t xml:space="preserve">[1:28:52] </w:t>
      </w:r>
      <w:r>
        <w:t>to koi uthta nahi tha koi.</w:t>
      </w:r>
    </w:p>
    <w:p>
      <w:pPr>
        <w:jc w:val="right"/>
      </w:pPr>
      <w:r>
        <w:t>تو کوئی اٹھتا نہیں تھا کوئی۔</w:t>
      </w:r>
    </w:p>
    <w:p>
      <w:r>
        <w:rPr>
          <w:b/>
        </w:rPr>
        <w:t xml:space="preserve">[1:28:55] </w:t>
      </w:r>
      <w:r>
        <w:t>to aap aaye wapas jahan aap ki ahliyah um salmah thi, um salmah.</w:t>
      </w:r>
    </w:p>
    <w:p>
      <w:pPr>
        <w:jc w:val="right"/>
      </w:pPr>
      <w:r>
        <w:t>تو آپ آئے واپس جہاں آپ کی اہلیہ ام سلمہ تھی، ام سلمہ۔</w:t>
      </w:r>
    </w:p>
    <w:p>
      <w:r>
        <w:rPr>
          <w:b/>
        </w:rPr>
        <w:t xml:space="preserve">[1:29:00] </w:t>
      </w:r>
      <w:r>
        <w:t>to um salmah se kaha ke aaj ajeeb baat baat hui ke maine apne ashaab se kaha</w:t>
      </w:r>
    </w:p>
    <w:p>
      <w:pPr>
        <w:jc w:val="right"/>
      </w:pPr>
      <w:r>
        <w:t>تو ام سلمہ سے کہا کہ آج عجیب بات بات ہوئی کہ میں نے اپنے اصحاب سے کہا</w:t>
      </w:r>
    </w:p>
    <w:p>
      <w:r>
        <w:rPr>
          <w:b/>
        </w:rPr>
        <w:t xml:space="preserve">[1:29:08] </w:t>
      </w:r>
      <w:r>
        <w:t>to woh meri baat hi nahi suni unhon ne aur koi utha nahi koi.</w:t>
      </w:r>
    </w:p>
    <w:p>
      <w:pPr>
        <w:jc w:val="right"/>
      </w:pPr>
      <w:r>
        <w:t>تو وہ میری بات ہی نہیں سنی انہوں نے اور کوئی اٹھا نہیں کوئی۔</w:t>
      </w:r>
    </w:p>
    <w:p>
      <w:r>
        <w:rPr>
          <w:b/>
        </w:rPr>
        <w:t xml:space="preserve">[1:29:14] </w:t>
      </w:r>
      <w:r>
        <w:t>to um salmah ne dekhiye kya kiya, unhein boss ka role ata kiya, boss ka role.</w:t>
      </w:r>
    </w:p>
    <w:p>
      <w:pPr>
        <w:jc w:val="right"/>
      </w:pPr>
      <w:r>
        <w:t>تو ام سلمہ نے دیکھیے کیا کیا، انہیں باس کا رول عطا کیا، باس کا رول۔</w:t>
      </w:r>
    </w:p>
    <w:p>
      <w:r>
        <w:rPr>
          <w:b/>
        </w:rPr>
        <w:t xml:space="preserve">[1:29:21] </w:t>
      </w:r>
      <w:r>
        <w:t>unhon ne kaha ke aap aap kuch mat kahiye kisi se, sahib sirf yahan jaiye aap aur sab</w:t>
      </w:r>
    </w:p>
    <w:p>
      <w:pPr>
        <w:jc w:val="right"/>
      </w:pPr>
      <w:r>
        <w:t>انہوں نے کہا کہ آپ آپ کچھ مت کہیے کسی سے، صاحب صرف یہاں جائیے آپ اور سب</w:t>
      </w:r>
    </w:p>
    <w:p>
      <w:r>
        <w:rPr>
          <w:b/>
        </w:rPr>
        <w:t xml:space="preserve">[1:29:28] </w:t>
      </w:r>
      <w:r>
        <w:t>ke samne apne oont ko qurban kar dijiye.</w:t>
      </w:r>
    </w:p>
    <w:p>
      <w:pPr>
        <w:jc w:val="right"/>
      </w:pPr>
      <w:r>
        <w:t>کے سامنے اپنے اونٹ کو قربان کر دیجئے۔</w:t>
      </w:r>
    </w:p>
    <w:p>
      <w:r>
        <w:rPr>
          <w:b/>
        </w:rPr>
        <w:t xml:space="preserve">[1:29:32] </w:t>
      </w:r>
      <w:r>
        <w:t>bas log dekh lein ke aap ne oont qurban kar diya to log samjhein ke ab ab makkah</w:t>
      </w:r>
    </w:p>
    <w:p>
      <w:pPr>
        <w:jc w:val="right"/>
      </w:pPr>
      <w:r>
        <w:t>بس لوگ دیکھ لیں کہ آپ نے اونٹ قربان کر دیا تو لوگ سمجھیں کہ اب اب مکہ</w:t>
      </w:r>
    </w:p>
    <w:p>
      <w:r>
        <w:rPr>
          <w:b/>
        </w:rPr>
        <w:t xml:space="preserve">[1:29:40] </w:t>
      </w:r>
      <w:r>
        <w:t>jane ki shart khatm ho gayi, ab to lotna hi lotna hai, to woh bhi kar denge</w:t>
      </w:r>
    </w:p>
    <w:p>
      <w:pPr>
        <w:jc w:val="right"/>
      </w:pPr>
      <w:r>
        <w:t>جانے کی شرط ختم ہو گئی، اب تو لوٹنا ہی لوٹنا ہے، تو وہ بھی کر دیں گے</w:t>
      </w:r>
    </w:p>
    <w:p>
      <w:r>
        <w:rPr>
          <w:b/>
        </w:rPr>
        <w:t xml:space="preserve">[1:29:47] </w:t>
      </w:r>
      <w:r>
        <w:t>aap.</w:t>
      </w:r>
    </w:p>
    <w:p>
      <w:pPr>
        <w:jc w:val="right"/>
      </w:pPr>
      <w:r>
        <w:t>آپ۔</w:t>
      </w:r>
    </w:p>
    <w:p>
      <w:r>
        <w:rPr>
          <w:b/>
        </w:rPr>
        <w:t xml:space="preserve">[1:29:49] </w:t>
      </w:r>
      <w:r>
        <w:t>to rasool Allah nikle apne khayme se, tent mein the woh aur apne oont ko le kar ke</w:t>
      </w:r>
    </w:p>
    <w:p>
      <w:pPr>
        <w:jc w:val="right"/>
      </w:pPr>
      <w:r>
        <w:t>تو رسول اللہ نکلے اپنے خیمے سے، ٹینٹ میں تھے وہ اور اپنے اونٹ کو لے کر کے</w:t>
      </w:r>
    </w:p>
    <w:p>
      <w:r>
        <w:rPr>
          <w:b/>
        </w:rPr>
        <w:t xml:space="preserve">[1:29:57] </w:t>
      </w:r>
      <w:r>
        <w:t>is ko sab ke samne is ko qurban kar diya.</w:t>
      </w:r>
    </w:p>
    <w:p>
      <w:pPr>
        <w:jc w:val="right"/>
      </w:pPr>
      <w:r>
        <w:t>اس کو سب کے سامنے اس کو قربان کر دیا۔</w:t>
      </w:r>
    </w:p>
    <w:p>
      <w:r>
        <w:rPr>
          <w:b/>
        </w:rPr>
        <w:t xml:space="preserve">[1:30:01] </w:t>
      </w:r>
      <w:r>
        <w:t>ab is ke baad sab log uthe, sab ne apna qurban kiya apne oonton ko.</w:t>
      </w:r>
    </w:p>
    <w:p>
      <w:pPr>
        <w:jc w:val="right"/>
      </w:pPr>
      <w:r>
        <w:t>اب اس کے بعد سب لوگ اٹھے، سب نے اپنا قربان کیا اپنے اونٹوں کو۔</w:t>
      </w:r>
    </w:p>
    <w:p>
      <w:r>
        <w:rPr>
          <w:b/>
        </w:rPr>
        <w:t xml:space="preserve">[1:30:07] </w:t>
      </w:r>
      <w:r>
        <w:t>yahan par dekhein ke um salmah ne boss ka role ata kiya.</w:t>
      </w:r>
    </w:p>
    <w:p>
      <w:pPr>
        <w:jc w:val="right"/>
      </w:pPr>
      <w:r>
        <w:t>یہاں پر دیکھیں کہ ام سلمہ نے باس کا رول عطا کیا۔</w:t>
      </w:r>
    </w:p>
    <w:p>
      <w:r>
        <w:rPr>
          <w:b/>
        </w:rPr>
        <w:t xml:space="preserve">[1:30:12] </w:t>
      </w:r>
      <w:r>
        <w:t>to lafz boss to aaj kal chala hua hai, pehle nahi hua karta tha lekin practically dekhein to</w:t>
      </w:r>
    </w:p>
    <w:p>
      <w:pPr>
        <w:jc w:val="right"/>
      </w:pPr>
      <w:r>
        <w:t>تو لفظ باس تو آج کل چلا ہوا ہے، پہلے نہیں ہوا کرتا تھا لیکن پریکٹیکلی دیکھیں تو</w:t>
      </w:r>
    </w:p>
    <w:p>
      <w:r>
        <w:rPr>
          <w:b/>
        </w:rPr>
        <w:t xml:space="preserve">[1:30:20] </w:t>
      </w:r>
      <w:r>
        <w:t>wahan yahi tha.</w:t>
      </w:r>
    </w:p>
    <w:p>
      <w:pPr>
        <w:jc w:val="right"/>
      </w:pPr>
      <w:r>
        <w:t>وہاں یہی تھا۔</w:t>
      </w:r>
    </w:p>
    <w:p>
      <w:r>
        <w:rPr>
          <w:b/>
        </w:rPr>
        <w:t xml:space="preserve">[1:30:22] </w:t>
      </w:r>
      <w:r>
        <w:t>hazrat khadijah bhi aap ke pas theen, jo hazrat khawaja khwab wahi aap ne kiya.</w:t>
      </w:r>
    </w:p>
    <w:p>
      <w:pPr>
        <w:jc w:val="right"/>
      </w:pPr>
      <w:r>
        <w:t>حضرت خدیجہ بھی آپ کے پاس تھیں، جو حضرت خواجہ خواب وہی آپ نے کیا۔</w:t>
      </w:r>
    </w:p>
    <w:p>
      <w:r>
        <w:rPr>
          <w:b/>
        </w:rPr>
        <w:t xml:space="preserve">[1:30:28] </w:t>
      </w:r>
      <w:r>
        <w:t>hazrat khadijah ne kaha ke chaliye warqa ibn nafil ke pas, to wahan chale gaye.</w:t>
      </w:r>
    </w:p>
    <w:p>
      <w:pPr>
        <w:jc w:val="right"/>
      </w:pPr>
      <w:r>
        <w:t>حضرت خدیجہ نے کہا کہ چلیے ورقہ ابن نوفل کے پاس، تو وہاں چلے گئے۔</w:t>
      </w:r>
    </w:p>
    <w:p>
      <w:r>
        <w:rPr>
          <w:b/>
        </w:rPr>
        <w:t xml:space="preserve">[1:30:34] </w:t>
      </w:r>
      <w:r>
        <w:t>to un ko practically aap ne boss bana rakha tha khadijah ko.</w:t>
      </w:r>
    </w:p>
    <w:p>
      <w:pPr>
        <w:jc w:val="right"/>
      </w:pPr>
      <w:r>
        <w:t>تو ان کو پریکٹیکلی آپ نے باس بنا رکھا تھا خدیجہ کو۔</w:t>
      </w:r>
    </w:p>
    <w:p>
      <w:r>
        <w:rPr>
          <w:b/>
        </w:rPr>
        <w:t xml:space="preserve">[1:30:40] </w:t>
      </w:r>
      <w:r>
        <w:t>to aap is lafz ko talash karein to wahan yeh lafz nahi milega lekin practical tor par</w:t>
      </w:r>
    </w:p>
    <w:p>
      <w:pPr>
        <w:jc w:val="right"/>
      </w:pPr>
      <w:r>
        <w:t>تو آپ اس لفظ کو تلاش کریں تو وہاں یہ لفظ نہیں ملے گا لیکن پریکٹیکل طور پر</w:t>
      </w:r>
    </w:p>
    <w:p>
      <w:r>
        <w:rPr>
          <w:b/>
        </w:rPr>
        <w:t xml:space="preserve">[1:30:47] </w:t>
      </w:r>
      <w:r>
        <w:t>dekha to yahi wahan wahan wahan aise hi tha.</w:t>
      </w:r>
    </w:p>
    <w:p>
      <w:pPr>
        <w:jc w:val="right"/>
      </w:pPr>
      <w:r>
        <w:t>دیکھا تو یہی وہاں وہاں وہاں ایسے ہی تھا۔</w:t>
      </w:r>
    </w:p>
    <w:p>
      <w:r>
        <w:rPr>
          <w:b/>
        </w:rPr>
        <w:t xml:space="preserve">[1:30:51] </w:t>
      </w:r>
      <w:r>
        <w:t>rasool Allah ne khud hi in ka yeh jumla batata hai: "aheb an kon karima maglooba" yani mein mein</w:t>
      </w:r>
    </w:p>
    <w:p>
      <w:pPr>
        <w:jc w:val="right"/>
      </w:pPr>
      <w:r>
        <w:t>رسول اللہ نے خود ہی ان کا یہ جملہ بتاتا ہے: "احب انکون کریما مغلوبا" یعنی میں میں</w:t>
      </w:r>
    </w:p>
    <w:p>
      <w:r>
        <w:rPr>
          <w:b/>
        </w:rPr>
        <w:t xml:space="preserve">[1:30:59] </w:t>
      </w:r>
      <w:r>
        <w:t>pasand karta hoon ke mein hi mathet ban jaon, aurat ko bas bana loon.</w:t>
      </w:r>
    </w:p>
    <w:p>
      <w:pPr>
        <w:jc w:val="right"/>
      </w:pPr>
      <w:r>
        <w:t>پسند کرتا ہوں کہ میں ہی ماتحت بن جاؤں، عورت کو باس بنا لوں۔</w:t>
      </w:r>
    </w:p>
    <w:p>
      <w:r>
        <w:rPr>
          <w:b/>
        </w:rPr>
        <w:t xml:space="preserve">[1:31:05] </w:t>
      </w:r>
      <w:r>
        <w:t>yeh to matlab hai is ka ke mein pasand karta hoon ke mein aurat hi ko bas bana</w:t>
      </w:r>
    </w:p>
    <w:p>
      <w:pPr>
        <w:jc w:val="right"/>
      </w:pPr>
      <w:r>
        <w:t>یہ تو مطلب ہے اس کا کہ میں پسند کرتا ہوں کہ میں عورت ہی کو باس بنا</w:t>
      </w:r>
    </w:p>
    <w:p>
      <w:r>
        <w:rPr>
          <w:b/>
        </w:rPr>
        <w:t xml:space="preserve">[1:31:13] </w:t>
      </w:r>
      <w:r>
        <w:t>loon aur mein is ki mathet ban jaon.</w:t>
      </w:r>
    </w:p>
    <w:p>
      <w:pPr>
        <w:jc w:val="right"/>
      </w:pPr>
      <w:r>
        <w:t>لوں اور میں اس کی ماتحت بن جاؤں۔</w:t>
      </w:r>
    </w:p>
    <w:p>
      <w:r>
        <w:rPr>
          <w:b/>
        </w:rPr>
        <w:t xml:space="preserve">[1:31:16] </w:t>
      </w:r>
      <w:r>
        <w:t>yeh to matlab hua is ka jis ko aap basism kehte hain.</w:t>
      </w:r>
    </w:p>
    <w:p>
      <w:pPr>
        <w:jc w:val="right"/>
      </w:pPr>
      <w:r>
        <w:t>یہ تو مطلب ہوا اس کا جس کو آپ باسزم کہتے ہیں۔</w:t>
      </w:r>
    </w:p>
    <w:p>
      <w:r>
        <w:rPr>
          <w:b/>
        </w:rPr>
        <w:t xml:space="preserve">[1:31:21] </w:t>
      </w:r>
      <w:r>
        <w:t>basism ka behtareen is mein formula bataya gaya, bataya hua hai.</w:t>
      </w:r>
    </w:p>
    <w:p>
      <w:pPr>
        <w:jc w:val="right"/>
      </w:pPr>
      <w:r>
        <w:t>باسزم کا بہترین اس میں فارمولا بتایا گیا، بتایا ہوا ہے۔</w:t>
      </w:r>
    </w:p>
    <w:p>
      <w:r>
        <w:rPr>
          <w:b/>
        </w:rPr>
        <w:t xml:space="preserve">[1:31:26] </w:t>
      </w:r>
      <w:r>
        <w:t>basism ka behtareen formula yeh hai: "aheb an kon karima maglooba" mein pasand karta hoon ke mein yani shareef</w:t>
      </w:r>
    </w:p>
    <w:p>
      <w:pPr>
        <w:jc w:val="right"/>
      </w:pPr>
      <w:r>
        <w:t>باسزم کا بہترین فارمولا یہ ہے: "احب انکون کریما مغلوبا" میں پسند کرتا ہوں کہ میں یعنی شریف</w:t>
      </w:r>
    </w:p>
    <w:p>
      <w:r>
        <w:rPr>
          <w:b/>
        </w:rPr>
        <w:t xml:space="preserve">[1:31:34] </w:t>
      </w:r>
      <w:r>
        <w:t>woh mathet ban jaon.</w:t>
      </w:r>
    </w:p>
    <w:p>
      <w:pPr>
        <w:jc w:val="right"/>
      </w:pPr>
      <w:r>
        <w:t>وہ ماتحت بن جاؤں۔</w:t>
      </w:r>
    </w:p>
    <w:p>
      <w:r>
        <w:rPr>
          <w:b/>
        </w:rPr>
        <w:t xml:space="preserve">[1:31:35] </w:t>
      </w:r>
      <w:r>
        <w:t>yahi to hai aurat ko, aurat ko apna bas bana loon, mein is ki mathet ban jaon.</w:t>
      </w:r>
    </w:p>
    <w:p>
      <w:pPr>
        <w:jc w:val="right"/>
      </w:pPr>
      <w:r>
        <w:t>یہی تو ہے عورت کو، عورت کو اپنا باس بنا لوں، میں اس کی ماتحت بن جاؤں۔</w:t>
      </w:r>
    </w:p>
    <w:p>
      <w:r>
        <w:rPr>
          <w:b/>
        </w:rPr>
        <w:t xml:space="preserve">[1:31:43] </w:t>
      </w:r>
      <w:r>
        <w:t>مولانا مس عائشہ نے نئی دلی سے لکھا ہے: "What is the meaning of this Quranic verse قدیمو</w:t>
      </w:r>
    </w:p>
    <w:p>
      <w:pPr>
        <w:jc w:val="right"/>
      </w:pPr>
      <w:r>
        <w:t>مولانا مس عائشہ نے نئی دلی سے لکھا ہے: "واٹ از دا میننگ اف دس قرانک ورس قدیمو</w:t>
      </w:r>
    </w:p>
    <w:p>
      <w:r>
        <w:rPr>
          <w:b/>
        </w:rPr>
        <w:t xml:space="preserve">[1:31:50] </w:t>
      </w:r>
      <w:r>
        <w:t>لی انفسکم؟ Kindly explain this. " ہاں کیا جی قدیمو لی انفسکم؟ مقدمو لی انفسکم۔</w:t>
      </w:r>
    </w:p>
    <w:p>
      <w:pPr>
        <w:jc w:val="right"/>
      </w:pPr>
      <w:r>
        <w:t>لی انفسکم؟ کائنڈلی ایکسپلین دس۔" ہاں کیا جی قدیمو لی انفسکم؟ مقدمو لی انفسکم۔</w:t>
      </w:r>
    </w:p>
    <w:p>
      <w:r>
        <w:rPr>
          <w:b/>
        </w:rPr>
        <w:t xml:space="preserve">[1:31:56] </w:t>
      </w:r>
      <w:r>
        <w:t>phir poori ayat to hai nahi, yeh poori ayat nahi.</w:t>
      </w:r>
    </w:p>
    <w:p>
      <w:pPr>
        <w:jc w:val="right"/>
      </w:pPr>
      <w:r>
        <w:t>پھر پوری آیت تو ہے نہیں، یہ پوری آیت نہیں۔</w:t>
      </w:r>
    </w:p>
    <w:p>
      <w:r>
        <w:rPr>
          <w:b/>
        </w:rPr>
        <w:t xml:space="preserve">[1:32:01] </w:t>
      </w:r>
      <w:r>
        <w:t>unhon ne nisaa kum harais lakum, nisaa kum harais lakum ke aakhir mein yeh hai: muqaddamo li anfusakum.</w:t>
      </w:r>
    </w:p>
    <w:p>
      <w:pPr>
        <w:jc w:val="right"/>
      </w:pPr>
      <w:r>
        <w:t>انہوں نے نساءکم حرس لکم، نساءکم حرس لکم کے آخر میں یہ ہے: مقدمو لی انفسکم۔</w:t>
      </w:r>
    </w:p>
    <w:p>
      <w:r>
        <w:rPr>
          <w:b/>
        </w:rPr>
        <w:t xml:space="preserve">[1:32:07] </w:t>
      </w:r>
      <w:r>
        <w:t>kya poori ayat kya hai? nisaa kum harais lakum, fatoo harais kum, ana shaitum.</w:t>
      </w:r>
    </w:p>
    <w:p>
      <w:pPr>
        <w:jc w:val="right"/>
      </w:pPr>
      <w:r>
        <w:t>کیا پوری آیت کیا ہے؟ نساءکم حرس لکم، فاتو حرسکم، انا شیتم۔</w:t>
      </w:r>
    </w:p>
    <w:p>
      <w:r>
        <w:rPr>
          <w:b/>
        </w:rPr>
        <w:t xml:space="preserve">[1:32:13] </w:t>
      </w:r>
      <w:r>
        <w:t>muqaddamo li anfusakum kis ka text mein hai pata nahi, yeh theek se yaad nahi aa raha.</w:t>
      </w:r>
    </w:p>
    <w:p>
      <w:pPr>
        <w:jc w:val="right"/>
      </w:pPr>
      <w:r>
        <w:t>مقدمو لی انفسکم کس کا ٹیکسٹ میں ہے پتہ نہیں، یہ ٹھیک سے یاد نہیں آ رہا۔</w:t>
      </w:r>
    </w:p>
    <w:p>
      <w:r>
        <w:rPr>
          <w:b/>
        </w:rPr>
        <w:t xml:space="preserve">[1:32:20] </w:t>
      </w:r>
      <w:r>
        <w:t>مولانا دوسرا سوال ان کا لیتے ہیں، انہوں نے پوچھا ہے: "What is the meaning of the intellectual</w:t>
      </w:r>
    </w:p>
    <w:p>
      <w:pPr>
        <w:jc w:val="right"/>
      </w:pPr>
      <w:r>
        <w:t>مولانا دوسرا سوال ان کا لیتے ہیں، انہوں نے پوچھا ہے: "واٹ از دا میننگ اف دی انٹلیکچول</w:t>
      </w:r>
    </w:p>
    <w:p>
      <w:r>
        <w:rPr>
          <w:b/>
        </w:rPr>
        <w:t xml:space="preserve">[1:32:28] </w:t>
      </w:r>
      <w:r>
        <w:t>partner?" hmm is ayat ko mein dekhon ga tafseel mein, phir bataon ga aur us waqt mujhe ijazat</w:t>
      </w:r>
    </w:p>
    <w:p>
      <w:pPr>
        <w:jc w:val="right"/>
      </w:pPr>
      <w:r>
        <w:t>پارٹنر؟" ہمم اس آیت کو میں دیکھوں گا تفصیل میں، پھر بتاؤں گا اور اس وقت مجھے اجازت</w:t>
      </w:r>
    </w:p>
    <w:p>
      <w:r>
        <w:rPr>
          <w:b/>
        </w:rPr>
        <w:t xml:space="preserve">[1:32:35] </w:t>
      </w:r>
      <w:r>
        <w:t>den, aa raha hai ke kis siyahq mein, kis context mein woh ayat hai.</w:t>
      </w:r>
    </w:p>
    <w:p>
      <w:pPr>
        <w:jc w:val="right"/>
      </w:pPr>
      <w:r>
        <w:t>دیں، آ رہا ہے کہ کس سیاق میں، کس کنٹیکسٹ میں وہ آیت ہے۔</w:t>
      </w:r>
    </w:p>
    <w:p>
      <w:r>
        <w:rPr>
          <w:b/>
        </w:rPr>
        <w:t xml:space="preserve">[1:32:41] </w:t>
      </w:r>
      <w:r>
        <w:t>ہمم دوسرا سوال مولانا انہوں نے پوچھا تھا: "What is the meaning of intellectual partner?" Intellectual partner کوئی</w:t>
      </w:r>
    </w:p>
    <w:p>
      <w:pPr>
        <w:jc w:val="right"/>
      </w:pPr>
      <w:r>
        <w:t>ہمم دوسرا سوال مولانا انہوں نے پوچھا تھا: "واٹ از دا میننگ اف انٹلیکچول پارٹنر؟" انٹلیکچول پارٹنر کوئی</w:t>
      </w:r>
    </w:p>
    <w:p>
      <w:r>
        <w:rPr>
          <w:b/>
        </w:rPr>
        <w:t xml:space="preserve">[1:32:49] </w:t>
      </w:r>
      <w:r>
        <w:t>bhi serious cheez nahi hai, saada si cheez hai.</w:t>
      </w:r>
    </w:p>
    <w:p>
      <w:pPr>
        <w:jc w:val="right"/>
      </w:pPr>
      <w:r>
        <w:t>بھی سیریس چیز نہیں ہے، سادہ سی چیز ہے۔</w:t>
      </w:r>
    </w:p>
    <w:p>
      <w:r>
        <w:rPr>
          <w:b/>
        </w:rPr>
        <w:t xml:space="preserve">[1:32:53] </w:t>
      </w:r>
      <w:r>
        <w:t>woh yeh hai ke aap yani aaj kal intellectual partner aaj bhi log banaye gaye hain, lekin kis</w:t>
      </w:r>
    </w:p>
    <w:p>
      <w:pPr>
        <w:jc w:val="right"/>
      </w:pPr>
      <w:r>
        <w:t>وہ یہ ہے کہ آپ یعنی آج کل انٹلیکچول پارٹنر آج بھی لوگ بنائے گئے ہیں، لیکن کس</w:t>
      </w:r>
    </w:p>
    <w:p>
      <w:r>
        <w:rPr>
          <w:b/>
        </w:rPr>
        <w:t xml:space="preserve">[1:33:01] </w:t>
      </w:r>
      <w:r>
        <w:t>baat par? furniture kon sa laya jaye ghar mein? gaadi kon si khareedi jaye? bachon ko kahan dakhil</w:t>
      </w:r>
    </w:p>
    <w:p>
      <w:pPr>
        <w:jc w:val="right"/>
      </w:pPr>
      <w:r>
        <w:t>بات پر؟ فرنیچر کون سا لایا جائے گھر میں؟ گاڑی کون سی خریدی جائے؟ بچوں کو کہاں داخل</w:t>
      </w:r>
    </w:p>
    <w:p>
      <w:r>
        <w:rPr>
          <w:b/>
        </w:rPr>
        <w:t xml:space="preserve">[1:33:08] </w:t>
      </w:r>
      <w:r>
        <w:t>kiye jaye? in cheezon par exchange hota hai.</w:t>
      </w:r>
    </w:p>
    <w:p>
      <w:pPr>
        <w:jc w:val="right"/>
      </w:pPr>
      <w:r>
        <w:t>کیا جائے؟ ان چیزوں پر ایکسچینج ہوتا ہے۔</w:t>
      </w:r>
    </w:p>
    <w:p>
      <w:r>
        <w:rPr>
          <w:b/>
        </w:rPr>
        <w:t xml:space="preserve">[1:33:12] </w:t>
      </w:r>
      <w:r>
        <w:t>mein kehta hoon ke exchange is par na kijiye, sirf ya to deen par ya ilm par.</w:t>
      </w:r>
    </w:p>
    <w:p>
      <w:pPr>
        <w:jc w:val="right"/>
      </w:pPr>
      <w:r>
        <w:t>میں کہتا ہوں کہ ایکسچینج اس پر نہ کیجئے، صرف یا تو دین پر یا علم پر۔</w:t>
      </w:r>
    </w:p>
    <w:p>
      <w:r>
        <w:rPr>
          <w:b/>
        </w:rPr>
        <w:t xml:space="preserve">[1:33:19] </w:t>
      </w:r>
      <w:r>
        <w:t>elmi subject par ya to aap exchange kijiye ya deeni subject is par kijiye.</w:t>
      </w:r>
    </w:p>
    <w:p>
      <w:pPr>
        <w:jc w:val="right"/>
      </w:pPr>
      <w:r>
        <w:t>علمی سبجیکٹ پر یا تو آپ ایکسچینج کیجئے یا دینی سبجیکٹ اس پر کیجئے۔</w:t>
      </w:r>
    </w:p>
    <w:p>
      <w:r>
        <w:rPr>
          <w:b/>
        </w:rPr>
        <w:t xml:space="preserve">[1:33:25] </w:t>
      </w:r>
      <w:r>
        <w:t>yahi matlab hai is ka.</w:t>
      </w:r>
    </w:p>
    <w:p>
      <w:pPr>
        <w:jc w:val="right"/>
      </w:pPr>
      <w:r>
        <w:t>یہی مطلب ہے اس کا۔</w:t>
      </w:r>
    </w:p>
    <w:p>
      <w:r>
        <w:rPr>
          <w:b/>
        </w:rPr>
        <w:t xml:space="preserve">[1:33:27] </w:t>
      </w:r>
      <w:r>
        <w:t>exchange to karte hi karte hain log apne gharon mein.</w:t>
      </w:r>
    </w:p>
    <w:p>
      <w:pPr>
        <w:jc w:val="right"/>
      </w:pPr>
      <w:r>
        <w:t>ایکسچینج تو کرتے ہی کرتے ہیں لوگ اپنے گھروں میں۔</w:t>
      </w:r>
    </w:p>
    <w:p>
      <w:r>
        <w:rPr>
          <w:b/>
        </w:rPr>
        <w:t xml:space="preserve">[1:33:31] </w:t>
      </w:r>
      <w:r>
        <w:t>aaj kya khana paka hai? aaj mehman aaye to un ke liye kya kiya jaye waghera.</w:t>
      </w:r>
    </w:p>
    <w:p>
      <w:pPr>
        <w:jc w:val="right"/>
      </w:pPr>
      <w:r>
        <w:t>آج کیا کھانا پکا ہے؟ آج مہمان آئے تو ان کے لیے کیا کیا جائے وغیرہ۔</w:t>
      </w:r>
    </w:p>
    <w:p>
      <w:r>
        <w:rPr>
          <w:b/>
        </w:rPr>
        <w:t xml:space="preserve">[1:33:38] </w:t>
      </w:r>
      <w:r>
        <w:t>to ek abhi bhi exchange hota hai dono mein, lekin exchange hota hai isi choti choti cheezon ke</w:t>
      </w:r>
    </w:p>
    <w:p>
      <w:pPr>
        <w:jc w:val="right"/>
      </w:pPr>
      <w:r>
        <w:t>تو ایک ابھی بھی ایکسچینج ہوتا ہے دونوں میں، لیکن ایکسچینج ہوتا ہے اسی چھوٹی چھوٹی چیزوں کے</w:t>
      </w:r>
    </w:p>
    <w:p>
      <w:r>
        <w:rPr>
          <w:b/>
        </w:rPr>
        <w:t xml:space="preserve">[1:33:46] </w:t>
      </w:r>
      <w:r>
        <w:t>liye.</w:t>
      </w:r>
    </w:p>
    <w:p>
      <w:pPr>
        <w:jc w:val="right"/>
      </w:pPr>
      <w:r>
        <w:t>لیے۔</w:t>
      </w:r>
    </w:p>
    <w:p>
      <w:r>
        <w:rPr>
          <w:b/>
        </w:rPr>
        <w:t xml:space="preserve">[1:33:48] </w:t>
      </w:r>
      <w:r>
        <w:t>to exchange kiya jaye ilm ke mozu par ya deen ke mozu par.</w:t>
      </w:r>
    </w:p>
    <w:p>
      <w:pPr>
        <w:jc w:val="right"/>
      </w:pPr>
      <w:r>
        <w:t>تو ایکسچینج کیا جائے علم کے موضوع پر یا دین کے موضوع پر۔</w:t>
      </w:r>
    </w:p>
    <w:p>
      <w:r>
        <w:rPr>
          <w:b/>
        </w:rPr>
        <w:t xml:space="preserve">[1:33:53] </w:t>
      </w:r>
      <w:r>
        <w:t>yeh hai intellectual partner banana.</w:t>
      </w:r>
    </w:p>
    <w:p>
      <w:pPr>
        <w:jc w:val="right"/>
      </w:pPr>
      <w:r>
        <w:t>یہ ہے انٹلیکچول پارٹنر بنانا۔</w:t>
      </w:r>
    </w:p>
    <w:p>
      <w:r>
        <w:rPr>
          <w:b/>
        </w:rPr>
        <w:t xml:space="preserve">[1:33:55] </w:t>
      </w:r>
      <w:r>
        <w:t>is mein bohat faiday hain, bohat faiday hain, bohat faiday hain.</w:t>
      </w:r>
    </w:p>
    <w:p>
      <w:pPr>
        <w:jc w:val="right"/>
      </w:pPr>
      <w:r>
        <w:t>اس میں بہت فائدے ہیں، بہت فائدے ہیں، بہت فائدے ہیں۔</w:t>
      </w:r>
    </w:p>
    <w:p>
      <w:r>
        <w:rPr>
          <w:b/>
        </w:rPr>
        <w:t xml:space="preserve">[1:34:00] </w:t>
      </w:r>
      <w:r>
        <w:t>kyun ke is mein dekhiye, jab bhi do aadmi baat karte hain, open open discussion, open discussion to hamesha</w:t>
      </w:r>
    </w:p>
    <w:p>
      <w:pPr>
        <w:jc w:val="right"/>
      </w:pPr>
      <w:r>
        <w:t>کیونکہ اس میں دیکھیے، جب بھی دو آدمی بات کرتے ہیں، اوپن اوپن ڈسکشن، اوپن ڈسکشن تو ہمیشہ</w:t>
      </w:r>
    </w:p>
    <w:p>
      <w:r>
        <w:rPr>
          <w:b/>
        </w:rPr>
        <w:t xml:space="preserve">[1:34:08] </w:t>
      </w:r>
      <w:r>
        <w:t>ek ek teesri cheez emerge karti hai, yani intellectual development hota rehta hai, zehni taraqqi hoti rehti hai.</w:t>
      </w:r>
    </w:p>
    <w:p>
      <w:pPr>
        <w:jc w:val="right"/>
      </w:pPr>
      <w:r>
        <w:t>ایک ایک تیسری چیز ایمرج کرتی ہے، یعنی انٹلیکچول ڈیولپمنٹ ہوتا رہتا ہے، ذہنی ترقی ہوتی رہتی ہے۔</w:t>
      </w:r>
    </w:p>
    <w:p>
      <w:r>
        <w:rPr>
          <w:b/>
        </w:rPr>
        <w:t xml:space="preserve">[1:34:15] </w:t>
      </w:r>
      <w:r>
        <w:t>yeh bohat faida hai, lekin aap ko apne aap ko badalna parega in cheezon mein jis par</w:t>
      </w:r>
    </w:p>
    <w:p>
      <w:pPr>
        <w:jc w:val="right"/>
      </w:pPr>
      <w:r>
        <w:t>یہ بہت فائدہ ہے، لیکن آپ کو اپنے آپ کو بدلنا پڑے گا ان چیزوں میں جس پر</w:t>
      </w:r>
    </w:p>
    <w:p>
      <w:r>
        <w:rPr>
          <w:b/>
        </w:rPr>
        <w:t xml:space="preserve">[1:34:23] </w:t>
      </w:r>
      <w:r>
        <w:t>aap baat karte hain.</w:t>
      </w:r>
    </w:p>
    <w:p>
      <w:pPr>
        <w:jc w:val="right"/>
      </w:pPr>
      <w:r>
        <w:t>آپ بات کرتے ہیں۔</w:t>
      </w:r>
    </w:p>
    <w:p>
      <w:r>
        <w:rPr>
          <w:b/>
        </w:rPr>
        <w:t xml:space="preserve">[1:34:25] </w:t>
      </w:r>
      <w:r>
        <w:t>is ko chhodna parega, is ko bhula dena parega.</w:t>
      </w:r>
    </w:p>
    <w:p>
      <w:pPr>
        <w:jc w:val="right"/>
      </w:pPr>
      <w:r>
        <w:t>اس کو چھوڑنا پڑے گا، اس کو بھلا دینا پڑے گا۔</w:t>
      </w:r>
    </w:p>
    <w:p>
      <w:r>
        <w:rPr>
          <w:b/>
        </w:rPr>
        <w:t xml:space="preserve">[1:34:30] </w:t>
      </w:r>
      <w:r>
        <w:t>kya khana paka hai? jo hai wohi kha lenge.</w:t>
      </w:r>
    </w:p>
    <w:p>
      <w:pPr>
        <w:jc w:val="right"/>
      </w:pPr>
      <w:r>
        <w:t>کیا کھانا پکا ہے؟ جو ہے وہی کھا لیں گے۔</w:t>
      </w:r>
    </w:p>
    <w:p>
      <w:r>
        <w:rPr>
          <w:b/>
        </w:rPr>
        <w:t xml:space="preserve">[1:34:34] </w:t>
      </w:r>
      <w:r>
        <w:t>kya furniture hai? woh jo hai wohi kafi hai.</w:t>
      </w:r>
    </w:p>
    <w:p>
      <w:pPr>
        <w:jc w:val="right"/>
      </w:pPr>
      <w:r>
        <w:t>کیا فرنیچر ہے؟ وہ جو ہے وہی کافی ہے۔</w:t>
      </w:r>
    </w:p>
    <w:p>
      <w:r>
        <w:rPr>
          <w:b/>
        </w:rPr>
        <w:t xml:space="preserve">[1:34:38] </w:t>
      </w:r>
      <w:r>
        <w:t>kaun mehman hai? kaha mehman ko bulao mat.</w:t>
      </w:r>
    </w:p>
    <w:p>
      <w:pPr>
        <w:jc w:val="right"/>
      </w:pPr>
      <w:r>
        <w:t>کون مہمان ہے؟ کہا مہمان کو بلاؤ مت۔</w:t>
      </w:r>
    </w:p>
    <w:p>
      <w:r>
        <w:rPr>
          <w:b/>
        </w:rPr>
        <w:t xml:space="preserve">[1:34:41] </w:t>
      </w:r>
      <w:r>
        <w:t>mehman ko kya zaroorat hai aanay ki? mehman apne ghar jayen.</w:t>
      </w:r>
    </w:p>
    <w:p>
      <w:pPr>
        <w:jc w:val="right"/>
      </w:pPr>
      <w:r>
        <w:t>مہمان کو کیا ضرورت ہے آنے کی؟ مہمان اپنے گھر جائیں۔</w:t>
      </w:r>
    </w:p>
    <w:p>
      <w:r>
        <w:rPr>
          <w:b/>
        </w:rPr>
        <w:t xml:space="preserve">[1:34:46] </w:t>
      </w:r>
      <w:r>
        <w:t>mehman dari mein mehman dari ke khilaf hoon.</w:t>
      </w:r>
    </w:p>
    <w:p>
      <w:pPr>
        <w:jc w:val="right"/>
      </w:pPr>
      <w:r>
        <w:t>مہمان داری میں مہمان داری کے خلاف ہوں۔</w:t>
      </w:r>
    </w:p>
    <w:p>
      <w:r>
        <w:rPr>
          <w:b/>
        </w:rPr>
        <w:t xml:space="preserve">[1:34:49] </w:t>
      </w:r>
      <w:r>
        <w:t>mein sakht khilaf hoon mehman dari ke.</w:t>
      </w:r>
    </w:p>
    <w:p>
      <w:pPr>
        <w:jc w:val="right"/>
      </w:pPr>
      <w:r>
        <w:t>میں سخت خلاف ہوں مہمان داری کے۔</w:t>
      </w:r>
    </w:p>
    <w:p>
      <w:r>
        <w:rPr>
          <w:b/>
        </w:rPr>
        <w:t xml:space="preserve">[1:34:52] </w:t>
      </w:r>
      <w:r>
        <w:t>mein ne apne aap mehman dari ko band kar rakhi hai.</w:t>
      </w:r>
    </w:p>
    <w:p>
      <w:pPr>
        <w:jc w:val="right"/>
      </w:pPr>
      <w:r>
        <w:t>میں نے اپنے آپ مہمان داری کو بند کر رکھی ہے۔</w:t>
      </w:r>
    </w:p>
    <w:p>
      <w:r>
        <w:rPr>
          <w:b/>
        </w:rPr>
        <w:t xml:space="preserve">[1:34:57] </w:t>
      </w:r>
      <w:r>
        <w:t>koi mera mehman dari karne nahi aata hai.</w:t>
      </w:r>
    </w:p>
    <w:p>
      <w:pPr>
        <w:jc w:val="right"/>
      </w:pPr>
      <w:r>
        <w:t>کوئی میرا مہمان داری کرنے نہیں آتا ہے۔</w:t>
      </w:r>
    </w:p>
    <w:p>
      <w:r>
        <w:rPr>
          <w:b/>
        </w:rPr>
        <w:t xml:space="preserve">[1:35:00] </w:t>
      </w:r>
      <w:r>
        <w:t>yeh khwamkhwah waqt zaya karna hai, paisa zaya karna hai, waqt zaya karna hai.</w:t>
      </w:r>
    </w:p>
    <w:p>
      <w:pPr>
        <w:jc w:val="right"/>
      </w:pPr>
      <w:r>
        <w:t>یہ خوامخواہ وقت ضائع کرنا ہے، پیسہ ضائع کرنا ہے، وقت ضائع کرنا ہے۔</w:t>
      </w:r>
    </w:p>
    <w:p>
      <w:r>
        <w:rPr>
          <w:b/>
        </w:rPr>
        <w:t xml:space="preserve">[1:35:06] </w:t>
      </w:r>
      <w:r>
        <w:t>in cheezon se alag ho jaiye to bas is ke baad yahi rahega ke aap deen par</w:t>
      </w:r>
    </w:p>
    <w:p>
      <w:pPr>
        <w:jc w:val="right"/>
      </w:pPr>
      <w:r>
        <w:t>ان چیزوں سے الگ ہو جائیے تو بس اس کے بعد یہی رہے گا کہ آپ دین پر</w:t>
      </w:r>
    </w:p>
    <w:p>
      <w:r>
        <w:rPr>
          <w:b/>
        </w:rPr>
        <w:t xml:space="preserve">[1:35:14] </w:t>
      </w:r>
      <w:r>
        <w:t>baatein karenge aur ilm par baatein karenge.</w:t>
      </w:r>
    </w:p>
    <w:p>
      <w:pPr>
        <w:jc w:val="right"/>
      </w:pPr>
      <w:r>
        <w:t>باتیں کریں گے اور علم پر باتیں کریں گے۔</w:t>
      </w:r>
    </w:p>
    <w:p>
      <w:r>
        <w:rPr>
          <w:b/>
        </w:rPr>
        <w:t xml:space="preserve">[1:35:18] </w:t>
      </w:r>
      <w:r>
        <w:t>that is intellectual exchange, intellectual development.</w:t>
      </w:r>
    </w:p>
    <w:p>
      <w:pPr>
        <w:jc w:val="right"/>
      </w:pPr>
      <w:r>
        <w:t>دیٹ از انٹلیکچول ایکسچینج، انٹلیکچول ڈیولپمنٹ۔</w:t>
      </w:r>
    </w:p>
    <w:p>
      <w:r>
        <w:rPr>
          <w:b/>
        </w:rPr>
        <w:t xml:space="preserve">[1:35:21] </w:t>
      </w:r>
      <w:r>
        <w:t>Mr. Imran Rizvi has written from Delhi: "There are many places in the world where Muslims are</w:t>
      </w:r>
    </w:p>
    <w:p>
      <w:pPr>
        <w:jc w:val="right"/>
      </w:pPr>
      <w:r>
        <w:t>مسٹر عمران رضوی نے دلی سے لکھا ہے: "دیر آر مینی پلیسز ان دا ورلڈ ویئر مسلمز آر</w:t>
      </w:r>
    </w:p>
    <w:p>
      <w:r>
        <w:rPr>
          <w:b/>
        </w:rPr>
        <w:t xml:space="preserve">[1:35:28] </w:t>
      </w:r>
      <w:r>
        <w:t>being tortured regularly.</w:t>
      </w:r>
    </w:p>
    <w:p>
      <w:pPr>
        <w:jc w:val="right"/>
      </w:pPr>
      <w:r>
        <w:t>بینگ ٹارچرڈ ریگولرلی۔</w:t>
      </w:r>
    </w:p>
    <w:p>
      <w:r>
        <w:rPr>
          <w:b/>
        </w:rPr>
        <w:t xml:space="preserve">[1:35:30] </w:t>
      </w:r>
      <w:r>
        <w:t>"What is the 'farz' of us regarding this?" یہ بالکل غلط بات ہے۔</w:t>
      </w:r>
    </w:p>
    <w:p>
      <w:pPr>
        <w:jc w:val="right"/>
      </w:pPr>
      <w:r>
        <w:t>واٹ از فرض اف اس ریگارڈنگ دس؟" یہ بالکل غلط بات ہے۔</w:t>
      </w:r>
    </w:p>
    <w:p>
      <w:r>
        <w:rPr>
          <w:b/>
        </w:rPr>
        <w:t xml:space="preserve">[1:35:35] </w:t>
      </w:r>
      <w:r>
        <w:t>They are paying the price of their own stupid policies.</w:t>
      </w:r>
    </w:p>
    <w:p>
      <w:pPr>
        <w:jc w:val="right"/>
      </w:pPr>
      <w:r>
        <w:t>دے آر پینگ دا پرائس اف دیر اون اسٹیپڈ پالیسیز۔</w:t>
      </w:r>
    </w:p>
    <w:p>
      <w:r>
        <w:rPr>
          <w:b/>
        </w:rPr>
        <w:t xml:space="preserve">[1:35:39] </w:t>
      </w:r>
      <w:r>
        <w:t>torture act bilkul galat hai, bilkul galat hai, bilkul galat hai.</w:t>
      </w:r>
    </w:p>
    <w:p>
      <w:pPr>
        <w:jc w:val="right"/>
      </w:pPr>
      <w:r>
        <w:t>ٹارچر ایکٹ بالکل غلط ہے، بالکل غلط ہے، بالکل غلط ہے۔</w:t>
      </w:r>
    </w:p>
    <w:p>
      <w:r>
        <w:rPr>
          <w:b/>
        </w:rPr>
        <w:t xml:space="preserve">[1:35:44] </w:t>
      </w:r>
      <w:r>
        <w:t>یا یہ سب ہر جگہ مسلمان جو ہیں، ابائے مجباری کی پالیسی چلائی گئی ہے، ہر جگہ with a</w:t>
      </w:r>
    </w:p>
    <w:p>
      <w:pPr>
        <w:jc w:val="right"/>
      </w:pPr>
      <w:r>
        <w:t>یا یہ سب ہر جگہ مسلمان جو ہیں، ابائے مجباری کی پالیسی چلائی گئی ہے، ہر جگہ ودا</w:t>
      </w:r>
    </w:p>
    <w:p>
      <w:r>
        <w:rPr>
          <w:b/>
        </w:rPr>
        <w:t xml:space="preserve">[1:35:52] </w:t>
      </w:r>
      <w:r>
        <w:t>out an exception.</w:t>
      </w:r>
    </w:p>
    <w:p>
      <w:pPr>
        <w:jc w:val="right"/>
      </w:pPr>
      <w:r>
        <w:t>آؤٹ این ایکسیپشن۔</w:t>
      </w:r>
    </w:p>
    <w:p>
      <w:r>
        <w:rPr>
          <w:b/>
        </w:rPr>
        <w:t xml:space="preserve">[1:35:53] </w:t>
      </w:r>
      <w:r>
        <w:t>torture kya cheez hai? torture koi cheez nahi hai.</w:t>
      </w:r>
    </w:p>
    <w:p>
      <w:pPr>
        <w:jc w:val="right"/>
      </w:pPr>
      <w:r>
        <w:t>ٹارچر کیا چیز ہے؟ ٹارچر کوئی چیز نہیں ہے۔</w:t>
      </w:r>
    </w:p>
    <w:p>
      <w:r>
        <w:rPr>
          <w:b/>
        </w:rPr>
        <w:t xml:space="preserve">[1:35:57] </w:t>
      </w:r>
      <w:r>
        <w:t>apne hisse ki baat musalman na bayan karen ge, un ke hisse ki bayan karen ge.</w:t>
      </w:r>
    </w:p>
    <w:p>
      <w:pPr>
        <w:jc w:val="right"/>
      </w:pPr>
      <w:r>
        <w:t>اپنے حصے کی بات مسلمان نہ بیان کریں گے، ان کے حصے کی بیان کریں گے۔</w:t>
      </w:r>
    </w:p>
    <w:p>
      <w:r>
        <w:rPr>
          <w:b/>
        </w:rPr>
        <w:t xml:space="preserve">[1:36:04] </w:t>
      </w:r>
      <w:r>
        <w:t>misal ke tor par falasteen mein unhon ne pathar mara to unhon ne goli mari to kahin dekho,</w:t>
      </w:r>
    </w:p>
    <w:p>
      <w:pPr>
        <w:jc w:val="right"/>
      </w:pPr>
      <w:r>
        <w:t>مثال کے طور پر فلسطین میں انہوں نے پتھر مارا تو انہوں نے گولی ماری تو کہیں دیکھو،</w:t>
      </w:r>
    </w:p>
    <w:p>
      <w:r>
        <w:rPr>
          <w:b/>
        </w:rPr>
        <w:t xml:space="preserve">[1:36:12] </w:t>
      </w:r>
      <w:r>
        <w:t>woh goli maar rahe hain to kyun nahin maren ge? bhai, jab aap pathar maren ge to goli</w:t>
      </w:r>
    </w:p>
    <w:p>
      <w:pPr>
        <w:jc w:val="right"/>
      </w:pPr>
      <w:r>
        <w:t>وہ گولی مار رہے ہیں تو کیوں نہیں ماریں گے؟ بھئی، جب آپ پتھر ماریں گے تو گولی</w:t>
      </w:r>
    </w:p>
    <w:p>
      <w:r>
        <w:rPr>
          <w:b/>
        </w:rPr>
        <w:t xml:space="preserve">[1:36:19] </w:t>
      </w:r>
      <w:r>
        <w:t>maren ge.</w:t>
      </w:r>
    </w:p>
    <w:p>
      <w:pPr>
        <w:jc w:val="right"/>
      </w:pPr>
      <w:r>
        <w:t>ماریں گے۔</w:t>
      </w:r>
    </w:p>
    <w:p>
      <w:r>
        <w:rPr>
          <w:b/>
        </w:rPr>
        <w:t xml:space="preserve">[1:36:21] </w:t>
      </w:r>
      <w:r>
        <w:t>woh jab aap pathar maren ge to goli maren ge.</w:t>
      </w:r>
    </w:p>
    <w:p>
      <w:pPr>
        <w:jc w:val="right"/>
      </w:pPr>
      <w:r>
        <w:t>وہ جب آپ پتھر ماریں گے تو گولی ماریں گے۔</w:t>
      </w:r>
    </w:p>
    <w:p>
      <w:r>
        <w:rPr>
          <w:b/>
        </w:rPr>
        <w:t xml:space="preserve">[1:36:25] </w:t>
      </w:r>
      <w:r>
        <w:t>mein mein gaya falasteen, aqsa mein mujhe jana tha to log darate the ke aqsa mein jao ge</w:t>
      </w:r>
    </w:p>
    <w:p>
      <w:pPr>
        <w:jc w:val="right"/>
      </w:pPr>
      <w:r>
        <w:t>میں میں گیا فلسطین، اقصیٰ میں مجھے جانا تھا تو لوگ ڈراتے تھے کہ اقصیٰ میں جاؤ گے</w:t>
      </w:r>
    </w:p>
    <w:p>
      <w:r>
        <w:rPr>
          <w:b/>
        </w:rPr>
        <w:t xml:space="preserve">[1:36:33] </w:t>
      </w:r>
      <w:r>
        <w:t>to bohat israeli fauji khara hua hai aur wahan par to maut dalen ge.</w:t>
      </w:r>
    </w:p>
    <w:p>
      <w:pPr>
        <w:jc w:val="right"/>
      </w:pPr>
      <w:r>
        <w:t>تو بہت اسرائیلی فوجی کھڑا ہوا ہے اور وہاں پر تو موت ڈالیں گے۔</w:t>
      </w:r>
    </w:p>
    <w:p>
      <w:r>
        <w:rPr>
          <w:b/>
        </w:rPr>
        <w:t xml:space="preserve">[1:36:39] </w:t>
      </w:r>
      <w:r>
        <w:t>yeh itna dara rakha tha ke jaise lagta hai mein israel se lotun ga nahin.</w:t>
      </w:r>
    </w:p>
    <w:p>
      <w:pPr>
        <w:jc w:val="right"/>
      </w:pPr>
      <w:r>
        <w:t>یہ اتنا ڈرا رکھا تھا کہ جیسے لگتا ہے میں اسرائیل سے لوٹوں گا نہیں۔</w:t>
      </w:r>
    </w:p>
    <w:p>
      <w:r>
        <w:rPr>
          <w:b/>
        </w:rPr>
        <w:t xml:space="preserve">[1:36:45] </w:t>
      </w:r>
      <w:r>
        <w:t>mein wahan wahan se meri lash wapas aayegi ke wahan to sab kuch har taraf israeli fauji</w:t>
      </w:r>
    </w:p>
    <w:p>
      <w:pPr>
        <w:jc w:val="right"/>
      </w:pPr>
      <w:r>
        <w:t>میں وہاں وہاں سے میری لاش واپس آئے گی کہ وہاں تو سب کچھ ہر طرف اسرائیلی فوجی</w:t>
      </w:r>
    </w:p>
    <w:p>
      <w:r>
        <w:rPr>
          <w:b/>
        </w:rPr>
        <w:t xml:space="preserve">[1:36:53] </w:t>
      </w:r>
      <w:r>
        <w:t>khare hue hain.</w:t>
      </w:r>
    </w:p>
    <w:p>
      <w:pPr>
        <w:jc w:val="right"/>
      </w:pPr>
      <w:r>
        <w:t>کھڑے ہوئے ہیں۔</w:t>
      </w:r>
    </w:p>
    <w:p>
      <w:r>
        <w:rPr>
          <w:b/>
        </w:rPr>
        <w:t xml:space="preserve">[1:36:54] </w:t>
      </w:r>
      <w:r>
        <w:t>to mein wahan jab gaya to do israeli fauji khare hue the gate par.</w:t>
      </w:r>
    </w:p>
    <w:p>
      <w:pPr>
        <w:jc w:val="right"/>
      </w:pPr>
      <w:r>
        <w:t>تو میں وہاں جب گیا تو دو اسرائیلی فوجی کھڑے ہوئے تھے گیٹ پر۔</w:t>
      </w:r>
    </w:p>
    <w:p>
      <w:r>
        <w:rPr>
          <w:b/>
        </w:rPr>
        <w:t xml:space="preserve">[1:37:00] </w:t>
      </w:r>
      <w:r>
        <w:t>farz kijiye ke mein un se laṛta hoon to pathar marta hoon to koi bhi goli marte hain,</w:t>
      </w:r>
    </w:p>
    <w:p>
      <w:pPr>
        <w:jc w:val="right"/>
      </w:pPr>
      <w:r>
        <w:t>فرض کیجئے کہ میں ان سے لڑتا ہوں تو پتھر مارتا ہوں تو کوئی بھی گولی مارتے ہیں،</w:t>
      </w:r>
    </w:p>
    <w:p>
      <w:r>
        <w:rPr>
          <w:b/>
        </w:rPr>
        <w:t xml:space="preserve">[1:37:08] </w:t>
      </w:r>
      <w:r>
        <w:t>woh kyun nahin marte? bhai, kyun nahin maren ge? woh mein gaya, mein mein ne mein ne kaha</w:t>
      </w:r>
    </w:p>
    <w:p>
      <w:pPr>
        <w:jc w:val="right"/>
      </w:pPr>
      <w:r>
        <w:t>وہ کیوں نہیں مارتے؟ بھئی، کیوں نہیں ماریں گے؟ وہ میں گیا، میں میں نے میں نے کہا</w:t>
      </w:r>
    </w:p>
    <w:p>
      <w:r>
        <w:rPr>
          <w:b/>
        </w:rPr>
        <w:t xml:space="preserve">[1:37:16] </w:t>
      </w:r>
      <w:r>
        <w:t>ke mujhe masjid mein namaz parhna hai to unhon ne sirf ek sawal kiya: "ant muslim?" mein ne</w:t>
      </w:r>
    </w:p>
    <w:p>
      <w:pPr>
        <w:jc w:val="right"/>
      </w:pPr>
      <w:r>
        <w:t>کہ مجھے مسجد میں نماز پڑھنا ہے تو انہوں نے صرف ایک سوال کیا: "انت مسلم؟" میں نے</w:t>
      </w:r>
    </w:p>
    <w:p>
      <w:r>
        <w:rPr>
          <w:b/>
        </w:rPr>
        <w:t xml:space="preserve">[1:37:24] </w:t>
      </w:r>
      <w:r>
        <w:t>kaha: "haan." "ant musalli?" mein ne kaha: "haan." "naam?" bas unhon ne kaha: "jaiye." mein ne kaha: "humein</w:t>
      </w:r>
    </w:p>
    <w:p>
      <w:pPr>
        <w:jc w:val="right"/>
      </w:pPr>
      <w:r>
        <w:t>کہا: "ہاں۔" "انت مصلی؟" میں نے کہا: "ہاں۔" "نام؟" بس انہوں نے کہا: "جائیے۔" میں نے کہا: "ہمیں</w:t>
      </w:r>
    </w:p>
    <w:p>
      <w:r>
        <w:rPr>
          <w:b/>
        </w:rPr>
        <w:t xml:space="preserve">[1:37:31] </w:t>
      </w:r>
      <w:r>
        <w:t>hamari bhi dua kijiye ga ja kar ke." isi falasteen jahan log kehte hain ke woh goli marte</w:t>
      </w:r>
    </w:p>
    <w:p>
      <w:pPr>
        <w:jc w:val="right"/>
      </w:pPr>
      <w:r>
        <w:t>ہماری بھی دعا کیجئے گا جا کر کے۔" اسی فلسطین جہاں لوگ کہتے ہیں کہ وہ گولی مارتے</w:t>
      </w:r>
    </w:p>
    <w:p>
      <w:r>
        <w:rPr>
          <w:b/>
        </w:rPr>
        <w:t xml:space="preserve">[1:37:39] </w:t>
      </w:r>
      <w:r>
        <w:t>hain, yeh nahin batate ke hum ne pathar mara to hum ne goli mari.</w:t>
      </w:r>
    </w:p>
    <w:p>
      <w:pPr>
        <w:jc w:val="right"/>
      </w:pPr>
      <w:r>
        <w:t>ہیں، یہ نہیں بتاتے کہ ہم نے پتھر مارا تو ہم نے گولی ماری۔</w:t>
      </w:r>
    </w:p>
    <w:p>
      <w:r>
        <w:rPr>
          <w:b/>
        </w:rPr>
        <w:t xml:space="preserve">[1:37:45] </w:t>
      </w:r>
      <w:r>
        <w:t>mein teen bar gaya hoon wahan aur kisi yahudi ne mujhe mara peeta nahin, kuch bhi nahin.</w:t>
      </w:r>
    </w:p>
    <w:p>
      <w:pPr>
        <w:jc w:val="right"/>
      </w:pPr>
      <w:r>
        <w:t>میں تین بار گیا ہوں وہاں اور کسی یہودی نے مجھے مارا پیٹا نہیں، کچھ بھی نہیں۔</w:t>
      </w:r>
    </w:p>
    <w:p>
      <w:r>
        <w:rPr>
          <w:b/>
        </w:rPr>
        <w:t xml:space="preserve">[1:37:52] </w:t>
      </w:r>
      <w:r>
        <w:t>izat ke sath woh yaani ek jalse mein kya hua ke sab yahudi the, isai the, kuch musalman</w:t>
      </w:r>
    </w:p>
    <w:p>
      <w:pPr>
        <w:jc w:val="right"/>
      </w:pPr>
      <w:r>
        <w:t>عزت کے ساتھ وہ یعنی ایک جلسے میں کیا ہوا کہ سب یہودی تھے، عیسائی تھے، کچھ مسلمان</w:t>
      </w:r>
    </w:p>
    <w:p>
      <w:r>
        <w:rPr>
          <w:b/>
        </w:rPr>
        <w:t xml:space="preserve">[1:38:00] </w:t>
      </w:r>
      <w:r>
        <w:t>the.</w:t>
      </w:r>
    </w:p>
    <w:p>
      <w:pPr>
        <w:jc w:val="right"/>
      </w:pPr>
      <w:r>
        <w:t>تھے۔</w:t>
      </w:r>
    </w:p>
    <w:p>
      <w:r>
        <w:rPr>
          <w:b/>
        </w:rPr>
        <w:t xml:space="preserve">[1:38:01] </w:t>
      </w:r>
      <w:r>
        <w:t>wahan se ek ek arab aya hua tha jo falasteen mein rehta tha.</w:t>
      </w:r>
    </w:p>
    <w:p>
      <w:pPr>
        <w:jc w:val="right"/>
      </w:pPr>
      <w:r>
        <w:t>وہاں سے ایک ایک عرب آیا ہوا تھا جو فلسطین میں رہتا تھا۔</w:t>
      </w:r>
    </w:p>
    <w:p>
      <w:r>
        <w:rPr>
          <w:b/>
        </w:rPr>
        <w:t xml:space="preserve">[1:38:07] </w:t>
      </w:r>
      <w:r>
        <w:t>abhi bhi falasteen mein, yaani israel mein, 20 percent arab hain, abhi bhi israel mein aur bohat achhe</w:t>
      </w:r>
    </w:p>
    <w:p>
      <w:pPr>
        <w:jc w:val="right"/>
      </w:pPr>
      <w:r>
        <w:t>ابھی بھی فلسطین میں، یعنی اسرائیل میں، 20 پرسنٹ عرب ہیں، ابھی بھی اسرائیل میں اور بہت اچھے</w:t>
      </w:r>
    </w:p>
    <w:p>
      <w:r>
        <w:rPr>
          <w:b/>
        </w:rPr>
        <w:t xml:space="preserve">[1:38:15] </w:t>
      </w:r>
      <w:r>
        <w:t>tareeqe se rehte hain.</w:t>
      </w:r>
    </w:p>
    <w:p>
      <w:pPr>
        <w:jc w:val="right"/>
      </w:pPr>
      <w:r>
        <w:t>طریقے سے رہتے ہیں۔</w:t>
      </w:r>
    </w:p>
    <w:p>
      <w:r>
        <w:rPr>
          <w:b/>
        </w:rPr>
        <w:t xml:space="preserve">[1:38:16] </w:t>
      </w:r>
      <w:r>
        <w:t>koi torture un ka nahin hota.</w:t>
      </w:r>
    </w:p>
    <w:p>
      <w:pPr>
        <w:jc w:val="right"/>
      </w:pPr>
      <w:r>
        <w:t>کوئی ٹارچر ان کا نہیں ہوتا۔</w:t>
      </w:r>
    </w:p>
    <w:p>
      <w:r>
        <w:rPr>
          <w:b/>
        </w:rPr>
        <w:t xml:space="preserve">[1:38:19] </w:t>
      </w:r>
      <w:r>
        <w:t>isi falasteen ke arab israeli hisse mein 20 percent israel rehte hain aur bohat taraqqi kar rahe hain</w:t>
      </w:r>
    </w:p>
    <w:p>
      <w:pPr>
        <w:jc w:val="right"/>
      </w:pPr>
      <w:r>
        <w:t>اسی فلسطین کے عرب اسرائیلی حصے میں 20 پرسنٹ اسرائیل رہتے ہیں اور بہت ترقی کر رہے ہیں</w:t>
      </w:r>
    </w:p>
    <w:p>
      <w:r>
        <w:rPr>
          <w:b/>
        </w:rPr>
        <w:t xml:space="preserve">[1:38:27] </w:t>
      </w:r>
      <w:r>
        <w:t>woh.</w:t>
      </w:r>
    </w:p>
    <w:p>
      <w:pPr>
        <w:jc w:val="right"/>
      </w:pPr>
      <w:r>
        <w:t>وہ۔</w:t>
      </w:r>
    </w:p>
    <w:p>
      <w:r>
        <w:rPr>
          <w:b/>
        </w:rPr>
        <w:t xml:space="preserve">[1:38:28] </w:t>
      </w:r>
      <w:r>
        <w:t>lekin jo woh hissa hai jis mein ke falastini rehte hain, woh pathar marte hain, woh goli marte</w:t>
      </w:r>
    </w:p>
    <w:p>
      <w:pPr>
        <w:jc w:val="right"/>
      </w:pPr>
      <w:r>
        <w:t>لیکن جو وہ حصہ ہے جس میں کہ فلسطینی رہتے ہیں، وہ پتھر مارتے ہیں، وہ گولی مارتے</w:t>
      </w:r>
    </w:p>
    <w:p>
      <w:r>
        <w:rPr>
          <w:b/>
        </w:rPr>
        <w:t xml:space="preserve">[1:38:36] </w:t>
      </w:r>
      <w:r>
        <w:t>hain.</w:t>
      </w:r>
    </w:p>
    <w:p>
      <w:pPr>
        <w:jc w:val="right"/>
      </w:pPr>
      <w:r>
        <w:t>ہیں۔</w:t>
      </w:r>
    </w:p>
    <w:p>
      <w:r>
        <w:rPr>
          <w:b/>
        </w:rPr>
        <w:t xml:space="preserve">[1:38:37] </w:t>
      </w:r>
      <w:r>
        <w:t>toh torture jo hai, woh abaye majbari ki policy ka nateeja hai.</w:t>
      </w:r>
    </w:p>
    <w:p>
      <w:pPr>
        <w:jc w:val="right"/>
      </w:pPr>
      <w:r>
        <w:t>تو ٹارچر جو ہے، وہ ابائے مجباری کی پالیسی کا نتیجہ ہے۔</w:t>
      </w:r>
    </w:p>
    <w:p>
      <w:r>
        <w:rPr>
          <w:b/>
        </w:rPr>
        <w:t xml:space="preserve">[1:38:43] </w:t>
      </w:r>
      <w:r>
        <w:t>bilkul ek is se bara, yaani white lie hai yeh kehna ke hijab ko torture ho raha hai.</w:t>
      </w:r>
    </w:p>
    <w:p>
      <w:pPr>
        <w:jc w:val="right"/>
      </w:pPr>
      <w:r>
        <w:t>بالکل ایک اس سے بڑا، یعنی وائٹ لائی ہے یہ کہنا کہ حجاب کو ٹارچر ہو رہا ہے۔</w:t>
      </w:r>
    </w:p>
    <w:p>
      <w:r>
        <w:rPr>
          <w:b/>
        </w:rPr>
        <w:t xml:space="preserve">[1:38:50] </w:t>
      </w:r>
      <w:r>
        <w:t>mein is ko nahi manta.</w:t>
      </w:r>
    </w:p>
    <w:p>
      <w:pPr>
        <w:jc w:val="right"/>
      </w:pPr>
      <w:r>
        <w:t>میں اس کو نہیں مانتا۔</w:t>
      </w:r>
    </w:p>
    <w:p>
      <w:r>
        <w:rPr>
          <w:b/>
        </w:rPr>
        <w:t xml:space="preserve">[1:38:52] </w:t>
      </w:r>
      <w:r>
        <w:t>is ko kisi ko shakk ho toh mere office mein aao, mein bataunga is ko tafseel ke</w:t>
      </w:r>
    </w:p>
    <w:p>
      <w:pPr>
        <w:jc w:val="right"/>
      </w:pPr>
      <w:r>
        <w:t>اس کو کسی کو شک ہو تو میرے افس میں آؤ، میں بتاؤں گا اس کو تفصیل کے</w:t>
      </w:r>
    </w:p>
    <w:p>
      <w:r>
        <w:rPr>
          <w:b/>
        </w:rPr>
        <w:t xml:space="preserve">[1:39:00] </w:t>
      </w:r>
      <w:r>
        <w:t>saath bataunga.</w:t>
      </w:r>
    </w:p>
    <w:p>
      <w:pPr>
        <w:jc w:val="right"/>
      </w:pPr>
      <w:r>
        <w:t>ساتھ بتاؤں گا۔</w:t>
      </w:r>
    </w:p>
    <w:p>
      <w:r>
        <w:rPr>
          <w:b/>
        </w:rPr>
        <w:t xml:space="preserve">[1:39:02] </w:t>
      </w:r>
      <w:r>
        <w:t>مولانا مسٹر ساجد انور نے روڑکی سے لکھا ہے: "As per the creation plan of God, everything</w:t>
      </w:r>
    </w:p>
    <w:p>
      <w:pPr>
        <w:jc w:val="right"/>
      </w:pPr>
      <w:r>
        <w:t>مولانا مسٹر ساجد انور نے روڑکی سے لکھا ہے: "ایز پر دا کریشن پلان اف گاڈ، ایوری تھنگ</w:t>
      </w:r>
    </w:p>
    <w:p>
      <w:r>
        <w:rPr>
          <w:b/>
        </w:rPr>
        <w:t xml:space="preserve">[1:39:09] </w:t>
      </w:r>
      <w:r>
        <w:t>We get is for test in this world, whereas at one place in Quran, God tells us</w:t>
      </w:r>
    </w:p>
    <w:p>
      <w:pPr>
        <w:jc w:val="right"/>
      </w:pPr>
      <w:r>
        <w:t>وی گیٹ از فار ٹیسٹ ان دس ورلڈ، ویئر ایز ایٹ ون پلیس ان قرآن، گاڈ ٹیلز اس</w:t>
      </w:r>
    </w:p>
    <w:p>
      <w:r>
        <w:rPr>
          <w:b/>
        </w:rPr>
        <w:t xml:space="preserve">[1:39:17] </w:t>
      </w:r>
      <w:r>
        <w:t>that if you do shukr of Allah نعمت, he will increase the same." so what is meant here</w:t>
      </w:r>
    </w:p>
    <w:p>
      <w:pPr>
        <w:jc w:val="right"/>
      </w:pPr>
      <w:r>
        <w:t>دیٹ اف یو ڈو شکر اف اللہ نعمت، ہی ویل انکریز دا سیم۔" سو واٹ از مینٹ ہیر</w:t>
      </w:r>
    </w:p>
    <w:p>
      <w:r>
        <w:rPr>
          <w:b/>
        </w:rPr>
        <w:t xml:space="preserve">[1:39:25] </w:t>
      </w:r>
      <w:r>
        <w:t>by نعمت? kindly explain.</w:t>
      </w:r>
    </w:p>
    <w:p>
      <w:pPr>
        <w:jc w:val="right"/>
      </w:pPr>
      <w:r>
        <w:t>بائے نعمت؟ کائنڈلی ایکسپلین۔</w:t>
      </w:r>
    </w:p>
    <w:p>
      <w:r>
        <w:rPr>
          <w:b/>
        </w:rPr>
        <w:t xml:space="preserve">[1:39:27] </w:t>
      </w:r>
      <w:r>
        <w:t>dekhein, koi bhi نعمت mein test juda rehta hai.</w:t>
      </w:r>
    </w:p>
    <w:p>
      <w:pPr>
        <w:jc w:val="right"/>
      </w:pPr>
      <w:r>
        <w:t>دیکھیں، کوئی بھی نعمت میں ٹیسٹ جڑا رہتا ہے۔</w:t>
      </w:r>
    </w:p>
    <w:p>
      <w:r>
        <w:rPr>
          <w:b/>
        </w:rPr>
        <w:t xml:space="preserve">[1:39:30] </w:t>
      </w:r>
      <w:r>
        <w:t>hazrat dawood ko hukumat mili thi jo chauthi super نعمت hoti hai, lekin unhon ne kaha ke yeh</w:t>
      </w:r>
    </w:p>
    <w:p>
      <w:pPr>
        <w:jc w:val="right"/>
      </w:pPr>
      <w:r>
        <w:t>حضرت داؤد کو حکومت ملی تھی جو چوتھی سپر نعمت ہوتی ہے، لیکن انہوں نے کہا کہ یہ</w:t>
      </w:r>
    </w:p>
    <w:p>
      <w:r>
        <w:rPr>
          <w:b/>
        </w:rPr>
        <w:t xml:space="preserve">[1:39:38] </w:t>
      </w:r>
      <w:r>
        <w:t>aap ko diya gaya hai azmaish ke liye.</w:t>
      </w:r>
    </w:p>
    <w:p>
      <w:pPr>
        <w:jc w:val="right"/>
      </w:pPr>
      <w:r>
        <w:t>آپ کو دیا گیا ہے آزمائش کے لیے۔</w:t>
      </w:r>
    </w:p>
    <w:p>
      <w:r>
        <w:rPr>
          <w:b/>
        </w:rPr>
        <w:t xml:space="preserve">[1:39:42] </w:t>
      </w:r>
      <w:r>
        <w:t>toh yeh koi dunya mein koi bhi cheez mile, aap ko koi cheez aap se cheeni jaye ya</w:t>
      </w:r>
    </w:p>
    <w:p>
      <w:pPr>
        <w:jc w:val="right"/>
      </w:pPr>
      <w:r>
        <w:t>تو یہ کوئی دنیا میں کوئی بھی چیز ملے، آپ کو کوئی چیز آپ سے چھینی جائے یا</w:t>
      </w:r>
    </w:p>
    <w:p>
      <w:r>
        <w:rPr>
          <w:b/>
        </w:rPr>
        <w:t xml:space="preserve">[1:39:49] </w:t>
      </w:r>
      <w:r>
        <w:t>koi cheez mile, dono test hota hai.</w:t>
      </w:r>
    </w:p>
    <w:p>
      <w:pPr>
        <w:jc w:val="right"/>
      </w:pPr>
      <w:r>
        <w:t>کوئی چیز ملے، دونوں ٹیسٹ ہوتا ہے۔</w:t>
      </w:r>
    </w:p>
    <w:p>
      <w:r>
        <w:rPr>
          <w:b/>
        </w:rPr>
        <w:t xml:space="preserve">[1:39:52] </w:t>
      </w:r>
      <w:r>
        <w:t>yeh sirf alfaaz mein padh lijiye aap.</w:t>
      </w:r>
    </w:p>
    <w:p>
      <w:pPr>
        <w:jc w:val="right"/>
      </w:pPr>
      <w:r>
        <w:t>یہ صرف الفاظ میں پڑھ لیجئے آپ۔</w:t>
      </w:r>
    </w:p>
    <w:p>
      <w:r>
        <w:rPr>
          <w:b/>
        </w:rPr>
        <w:t xml:space="preserve">[1:39:55] </w:t>
      </w:r>
      <w:r>
        <w:t>yeh dunya mein atiya bhi test hai aur mehroomi bhi test hai.</w:t>
      </w:r>
    </w:p>
    <w:p>
      <w:pPr>
        <w:jc w:val="right"/>
      </w:pPr>
      <w:r>
        <w:t>یہ دنیا میں عطیہ بھی ٹیسٹ ہے اور محرومی بھی ٹیسٹ ہے۔</w:t>
      </w:r>
    </w:p>
    <w:p>
      <w:r>
        <w:rPr>
          <w:b/>
        </w:rPr>
        <w:t xml:space="preserve">[1:40:00] </w:t>
      </w:r>
      <w:r>
        <w:t>dono mehroomi kis baat ka test hai? ke mehroomi mein aap ko maayoos ho jayein, tension mein pad</w:t>
      </w:r>
    </w:p>
    <w:p>
      <w:pPr>
        <w:jc w:val="right"/>
      </w:pPr>
      <w:r>
        <w:t>دونوں محرومی کس بات کا ٹیسٹ ہے؟ کہ محرومی میں آپ کو مائس ہو جائیں، ٹینشن میں پڑ</w:t>
      </w:r>
    </w:p>
    <w:p>
      <w:r>
        <w:rPr>
          <w:b/>
        </w:rPr>
        <w:t xml:space="preserve">[1:40:08] </w:t>
      </w:r>
      <w:r>
        <w:t>jayein, pressure mein pad jayein, shikayatein karein.</w:t>
      </w:r>
    </w:p>
    <w:p>
      <w:pPr>
        <w:jc w:val="right"/>
      </w:pPr>
      <w:r>
        <w:t>جائیں، پریشر میں پڑ جائیں، شکایتیں کریں۔</w:t>
      </w:r>
    </w:p>
    <w:p>
      <w:r>
        <w:rPr>
          <w:b/>
        </w:rPr>
        <w:t xml:space="preserve">[1:40:11] </w:t>
      </w:r>
      <w:r>
        <w:t>is baat ka test hai.</w:t>
      </w:r>
    </w:p>
    <w:p>
      <w:pPr>
        <w:jc w:val="right"/>
      </w:pPr>
      <w:r>
        <w:t>اس بات کا ٹیسٹ ہے۔</w:t>
      </w:r>
    </w:p>
    <w:p>
      <w:r>
        <w:rPr>
          <w:b/>
        </w:rPr>
        <w:t xml:space="preserve">[1:40:13] </w:t>
      </w:r>
      <w:r>
        <w:t>aur jab aap kuch milta hai aap ko toh woh kis test? test hai kis baat ka? aap</w:t>
      </w:r>
    </w:p>
    <w:p>
      <w:pPr>
        <w:jc w:val="right"/>
      </w:pPr>
      <w:r>
        <w:t>اور جب آپ کچھ ملتا ہے آپ کو تو وہ کس ٹیسٹ؟ ٹیسٹ ہے کس بات کا؟ آپ</w:t>
      </w:r>
    </w:p>
    <w:p>
      <w:r>
        <w:rPr>
          <w:b/>
        </w:rPr>
        <w:t xml:space="preserve">[1:40:21] </w:t>
      </w:r>
      <w:r>
        <w:t>ko naaz na ho, aap ghamand na ho, aap aap ke andar pride na aa jaye.</w:t>
      </w:r>
    </w:p>
    <w:p>
      <w:pPr>
        <w:jc w:val="right"/>
      </w:pPr>
      <w:r>
        <w:t>کو ناز نہ ہو، آپ گھمنڈ نہ ہو، آپ آپ کے اندر پرائیڈ نہ آ جائے۔</w:t>
      </w:r>
    </w:p>
    <w:p>
      <w:r>
        <w:rPr>
          <w:b/>
        </w:rPr>
        <w:t xml:space="preserve">[1:40:28] </w:t>
      </w:r>
      <w:r>
        <w:t>is ka test hai.</w:t>
      </w:r>
    </w:p>
    <w:p>
      <w:pPr>
        <w:jc w:val="right"/>
      </w:pPr>
      <w:r>
        <w:t>اس کا ٹیسٹ ہے۔</w:t>
      </w:r>
    </w:p>
    <w:p>
      <w:r>
        <w:rPr>
          <w:b/>
        </w:rPr>
        <w:t xml:space="preserve">[1:40:30] </w:t>
      </w:r>
      <w:r>
        <w:t>woh dunya mein toh sab kuch test hi test hai.</w:t>
      </w:r>
    </w:p>
    <w:p>
      <w:pPr>
        <w:jc w:val="right"/>
      </w:pPr>
      <w:r>
        <w:t>وہ دنیا میں تو سب کچھ ٹیسٹ ہی ٹیسٹ ہے۔</w:t>
      </w:r>
    </w:p>
    <w:p>
      <w:r>
        <w:rPr>
          <w:b/>
        </w:rPr>
        <w:t xml:space="preserve">[1:40:34] </w:t>
      </w:r>
      <w:r>
        <w:t>koi cheez dunya mein bator reward nahi milti hai.</w:t>
      </w:r>
    </w:p>
    <w:p>
      <w:pPr>
        <w:jc w:val="right"/>
      </w:pPr>
      <w:r>
        <w:t>کوئی چیز دنیا میں بطور ریوارڈ نہیں ملتی ہے۔</w:t>
      </w:r>
    </w:p>
    <w:p>
      <w:r>
        <w:rPr>
          <w:b/>
        </w:rPr>
        <w:t xml:space="preserve">[1:40:38] </w:t>
      </w:r>
      <w:r>
        <w:t>jis cheez ko bazahir hum samajhte hain reward, woh bhi test hi ke liye hota hai.</w:t>
      </w:r>
    </w:p>
    <w:p>
      <w:pPr>
        <w:jc w:val="right"/>
      </w:pPr>
      <w:r>
        <w:t>جس چیز کو بظاہر ہم سمجھتے ہیں ریوارڈ، وہ بھی ٹیسٹ ہی کے لیے ہوتا ہے۔</w:t>
      </w:r>
    </w:p>
    <w:p>
      <w:r>
        <w:rPr>
          <w:b/>
        </w:rPr>
        <w:t xml:space="preserve">[1:40:45] </w:t>
      </w:r>
      <w:r>
        <w:t>jaise Hazrat Daud ko mila tha hukumat to phir test ke liye tha.</w:t>
      </w:r>
    </w:p>
    <w:p>
      <w:pPr>
        <w:jc w:val="right"/>
      </w:pPr>
      <w:r>
        <w:t>جیسے حضرت داؤد کو ملا تھا حکومت تو پھر ٹیسٹ کے لیے تھا۔</w:t>
      </w:r>
    </w:p>
    <w:p>
      <w:r>
        <w:rPr>
          <w:b/>
        </w:rPr>
        <w:t xml:space="preserve">[1:40:50] </w:t>
      </w:r>
      <w:r>
        <w:t>woh yeh to akhirat mein hai ke aadmi ko inaam milega, wahan koi test nahi hoga.</w:t>
      </w:r>
    </w:p>
    <w:p>
      <w:pPr>
        <w:jc w:val="right"/>
      </w:pPr>
      <w:r>
        <w:t>وہ یہ تو آخرت میں ہے کہ آدمی کو انعام ملے گا، وہاں کوئی ٹیسٹ نہیں ہوگا۔</w:t>
      </w:r>
    </w:p>
    <w:p>
      <w:r>
        <w:rPr>
          <w:b/>
        </w:rPr>
        <w:t xml:space="preserve">[1:40:57] </w:t>
      </w:r>
      <w:r>
        <w:t>ڈاکٹر فریدہ خانم نے نئی دلی سے لکھا ہے: "Women does not receive due encouragement in society, that</w:t>
      </w:r>
    </w:p>
    <w:p>
      <w:pPr>
        <w:jc w:val="right"/>
      </w:pPr>
      <w:r>
        <w:t>ڈاکٹر فریدہ خانم نے نئی دلی سے لکھا ہے: "ویمن ڈز ناٹ ریسیو ڈیو انکریجمنٹ ان سوسائٹی، دیٹ</w:t>
      </w:r>
    </w:p>
    <w:p>
      <w:r>
        <w:rPr>
          <w:b/>
        </w:rPr>
        <w:t xml:space="preserve">[1:41:05] </w:t>
      </w:r>
      <w:r>
        <w:t>as why she is not fully prepared to contribute to different departments in the society.</w:t>
      </w:r>
    </w:p>
    <w:p>
      <w:pPr>
        <w:jc w:val="right"/>
      </w:pPr>
      <w:r>
        <w:t>از وائی شی از ناٹ فلی پریپیئرڈ ٹو کنٹریبیوٹ ٹو ڈفرنٹ ڈیپارٹمنٹس ان دا سوسائٹی۔</w:t>
      </w:r>
    </w:p>
    <w:p>
      <w:r>
        <w:rPr>
          <w:b/>
        </w:rPr>
        <w:t xml:space="preserve">[1:41:12] </w:t>
      </w:r>
      <w:r>
        <w:t>What should be done to change the perception of men towards women, so that they may play an</w:t>
      </w:r>
    </w:p>
    <w:p>
      <w:pPr>
        <w:jc w:val="right"/>
      </w:pPr>
      <w:r>
        <w:t>واٹ شوڈ بی ڈن ٹو چینج دی پرسیپشن اف مین ٹورڈز وومن، سو دیٹ دے می پلے این</w:t>
      </w:r>
    </w:p>
    <w:p>
      <w:r>
        <w:rPr>
          <w:b/>
        </w:rPr>
        <w:t xml:space="preserve">[1:41:19] </w:t>
      </w:r>
      <w:r>
        <w:t>active role? haan, yeh baat to sahi hai ke abhi society mein aisa hi ho raha hai.</w:t>
      </w:r>
    </w:p>
    <w:p>
      <w:pPr>
        <w:jc w:val="right"/>
      </w:pPr>
      <w:r>
        <w:t>ایکٹیو رول؟" ہاں، یہ بات تو صحیح ہے کہ ابھی سوسائٹی میں ایسا ہی ہو رہا ہے۔</w:t>
      </w:r>
    </w:p>
    <w:p>
      <w:r>
        <w:rPr>
          <w:b/>
        </w:rPr>
        <w:t xml:space="preserve">[1:41:27] </w:t>
      </w:r>
      <w:r>
        <w:t>khud hamare jo sathi hain, un mein bhi bohat zyada bada badlav nahi aaya hai.</w:t>
      </w:r>
    </w:p>
    <w:p>
      <w:pPr>
        <w:jc w:val="right"/>
      </w:pPr>
      <w:r>
        <w:t>خود ہمارے جو ساتھی ہیں، ان میں بھی بہت زیادہ بڑا بدلاؤ نہیں آیا ہے۔</w:t>
      </w:r>
    </w:p>
    <w:p>
      <w:r>
        <w:rPr>
          <w:b/>
        </w:rPr>
        <w:t xml:space="preserve">[1:41:33] </w:t>
      </w:r>
      <w:r>
        <w:t>kuch families mein aaya hai, kuch families mein nahi aaya hai.</w:t>
      </w:r>
    </w:p>
    <w:p>
      <w:pPr>
        <w:jc w:val="right"/>
      </w:pPr>
      <w:r>
        <w:t>کچھ فیملیز میں آیا ہے، کچھ فیملیز میں نہیں آیا ہے۔</w:t>
      </w:r>
    </w:p>
    <w:p>
      <w:r>
        <w:rPr>
          <w:b/>
        </w:rPr>
        <w:t xml:space="preserve">[1:41:38] </w:t>
      </w:r>
      <w:r>
        <w:t>to kya hai? zarurat education ki zarurat hai.</w:t>
      </w:r>
    </w:p>
    <w:p>
      <w:pPr>
        <w:jc w:val="right"/>
      </w:pPr>
      <w:r>
        <w:t>تو کیا ہے؟ ضرورت ایجوکیشن کی ضرورت ہے۔</w:t>
      </w:r>
    </w:p>
    <w:p>
      <w:r>
        <w:rPr>
          <w:b/>
        </w:rPr>
        <w:t xml:space="preserve">[1:41:41] </w:t>
      </w:r>
      <w:r>
        <w:t>jo literature hamare haan hai, us ko phailaya jaye zyada se zyada.</w:t>
      </w:r>
    </w:p>
    <w:p>
      <w:pPr>
        <w:jc w:val="right"/>
      </w:pPr>
      <w:r>
        <w:t>جو لٹریچر ہمارے ہاں ہے، اس کو پھیلایا جائے زیادہ سے زیادہ۔</w:t>
      </w:r>
    </w:p>
    <w:p>
      <w:r>
        <w:rPr>
          <w:b/>
        </w:rPr>
        <w:t xml:space="preserve">[1:41:46] </w:t>
      </w:r>
      <w:r>
        <w:t>har saal log padhein zyada se zyada.</w:t>
      </w:r>
    </w:p>
    <w:p>
      <w:pPr>
        <w:jc w:val="right"/>
      </w:pPr>
      <w:r>
        <w:t>ہر سال لوگ پڑھیں زیادہ سے زیادہ۔</w:t>
      </w:r>
    </w:p>
    <w:p>
      <w:r>
        <w:rPr>
          <w:b/>
        </w:rPr>
        <w:t xml:space="preserve">[1:41:49] </w:t>
      </w:r>
      <w:r>
        <w:t>yani humein un ko educate karna hai.</w:t>
      </w:r>
    </w:p>
    <w:p>
      <w:pPr>
        <w:jc w:val="right"/>
      </w:pPr>
      <w:r>
        <w:t>یعنی ہمیں ان کو ایجوکیٹ کرنا ہے۔</w:t>
      </w:r>
    </w:p>
    <w:p>
      <w:r>
        <w:rPr>
          <w:b/>
        </w:rPr>
        <w:t xml:space="preserve">[1:41:52] </w:t>
      </w:r>
      <w:r>
        <w:t>jab tak hum un ko educate nahi karenge, yeh cheez badlegi nahi.</w:t>
      </w:r>
    </w:p>
    <w:p>
      <w:pPr>
        <w:jc w:val="right"/>
      </w:pPr>
      <w:r>
        <w:t>جب تک ہم ان کو ایجوکیٹ نہیں کریں گے، یہ چیز بدلے گی نہیں۔</w:t>
      </w:r>
    </w:p>
    <w:p>
      <w:r>
        <w:rPr>
          <w:b/>
        </w:rPr>
        <w:t xml:space="preserve">[1:41:58] </w:t>
      </w:r>
      <w:r>
        <w:t>kyun ke yeh to hazaron saal chala aa raha hai.</w:t>
      </w:r>
    </w:p>
    <w:p>
      <w:pPr>
        <w:jc w:val="right"/>
      </w:pPr>
      <w:r>
        <w:t>کیونکہ یہ تو ہزاروں سال چلا آ رہا ہے۔</w:t>
      </w:r>
    </w:p>
    <w:p>
      <w:r>
        <w:rPr>
          <w:b/>
        </w:rPr>
        <w:t xml:space="preserve">[1:42:02] </w:t>
      </w:r>
      <w:r>
        <w:t>to humein unhein educate karna hai, un ko, un ke mind ko phir se, yani un ki,</w:t>
      </w:r>
    </w:p>
    <w:p>
      <w:pPr>
        <w:jc w:val="right"/>
      </w:pPr>
      <w:r>
        <w:t>تو ہمیں انہیں ایجوکیٹ کرنا ہے، ان کو، ان کے مائنڈ کو پھر سے، یعنی ان کی، ان</w:t>
      </w:r>
    </w:p>
    <w:p>
      <w:r>
        <w:rPr>
          <w:b/>
        </w:rPr>
        <w:t xml:space="preserve">[1:42:10] </w:t>
      </w:r>
      <w:r>
        <w:t>ko, un ko phir se samjhana hai baaton ko.</w:t>
      </w:r>
    </w:p>
    <w:p>
      <w:pPr>
        <w:jc w:val="right"/>
      </w:pPr>
      <w:r>
        <w:t>کو، ان کو پھر سے سمجھانا ہے باتوں کو۔</w:t>
      </w:r>
    </w:p>
    <w:p>
      <w:r>
        <w:rPr>
          <w:b/>
        </w:rPr>
        <w:t xml:space="preserve">[1:42:14] </w:t>
      </w:r>
      <w:r>
        <w:t>is ke baghair to ho nahi sakta hai.</w:t>
      </w:r>
    </w:p>
    <w:p>
      <w:pPr>
        <w:jc w:val="right"/>
      </w:pPr>
      <w:r>
        <w:t>اس کے بغیر تو ہو نہیں سکتا ہے۔</w:t>
      </w:r>
    </w:p>
    <w:p>
      <w:r>
        <w:rPr>
          <w:b/>
        </w:rPr>
        <w:t xml:space="preserve">[1:42:17] </w:t>
      </w:r>
      <w:r>
        <w:t>hum inshallah wohi koshish kar rahe hain.</w:t>
      </w:r>
    </w:p>
    <w:p>
      <w:pPr>
        <w:jc w:val="right"/>
      </w:pPr>
      <w:r>
        <w:t>ہم انشاءاللہ وہی کوشش کر رہے ہیں۔</w:t>
      </w:r>
    </w:p>
    <w:p>
      <w:r>
        <w:rPr>
          <w:b/>
        </w:rPr>
        <w:t xml:space="preserve">[1:42:20] </w:t>
      </w:r>
      <w:r>
        <w:t>hum isi ki koshish jari hai hamare mission mein.</w:t>
      </w:r>
    </w:p>
    <w:p>
      <w:pPr>
        <w:jc w:val="right"/>
      </w:pPr>
      <w:r>
        <w:t>ہم اسی کی کوشش جاری ہے ہمارے مشن میں۔</w:t>
      </w:r>
    </w:p>
    <w:p>
      <w:r>
        <w:rPr>
          <w:b/>
        </w:rPr>
        <w:t xml:space="preserve">[1:42:24] </w:t>
      </w:r>
      <w:r>
        <w:t>مولانا، there is a comment which is come from Doha, Qatar.</w:t>
      </w:r>
    </w:p>
    <w:p>
      <w:pPr>
        <w:jc w:val="right"/>
      </w:pPr>
      <w:r>
        <w:t>مولانا، دیر از ا کمنٹ وچ از کم فرام دوحہ، قطر۔</w:t>
      </w:r>
    </w:p>
    <w:p>
      <w:r>
        <w:rPr>
          <w:b/>
        </w:rPr>
        <w:t xml:space="preserve">[1:42:29] </w:t>
      </w:r>
      <w:r>
        <w:t>اہ، it is written by Maulana Abdul Basit Umari.</w:t>
      </w:r>
    </w:p>
    <w:p>
      <w:pPr>
        <w:jc w:val="right"/>
      </w:pPr>
      <w:r>
        <w:t>اہ، اٹ از رٹن بائے مولانا عبدالباسط عمری۔</w:t>
      </w:r>
    </w:p>
    <w:p>
      <w:r>
        <w:rPr>
          <w:b/>
        </w:rPr>
        <w:t xml:space="preserve">[1:42:32] </w:t>
      </w:r>
      <w:r>
        <w:t>unhon ne likha hai ke Maulana insaan ki sari ghaltiyon ki jar creation plan of God ko na</w:t>
      </w:r>
    </w:p>
    <w:p>
      <w:pPr>
        <w:jc w:val="right"/>
      </w:pPr>
      <w:r>
        <w:t>انہوں نے لکھا ہے کہ مولانا انسان کی ساری غلطیوں کی جڑ کریشن پلان اف گاڈ کو نہ</w:t>
      </w:r>
    </w:p>
    <w:p>
      <w:r>
        <w:rPr>
          <w:b/>
        </w:rPr>
        <w:t xml:space="preserve">[1:42:40] </w:t>
      </w:r>
      <w:r>
        <w:t>jannay ki wajah hai.</w:t>
      </w:r>
    </w:p>
    <w:p>
      <w:pPr>
        <w:jc w:val="right"/>
      </w:pPr>
      <w:r>
        <w:t>جاننے کی وجہ ہے۔</w:t>
      </w:r>
    </w:p>
    <w:p>
      <w:r>
        <w:rPr>
          <w:b/>
        </w:rPr>
        <w:t xml:space="preserve">[1:42:42] </w:t>
      </w:r>
      <w:r>
        <w:t>isi ko na jannay ki wajah se sari ghaltiyan hoti hain.</w:t>
      </w:r>
    </w:p>
    <w:p>
      <w:pPr>
        <w:jc w:val="right"/>
      </w:pPr>
      <w:r>
        <w:t>اسی کو نہ جاننے کی وجہ سے ساری غلطیاں ہوتی ہیں۔</w:t>
      </w:r>
    </w:p>
    <w:p>
      <w:r>
        <w:rPr>
          <w:b/>
        </w:rPr>
        <w:t xml:space="preserve">[1:42:46] </w:t>
      </w:r>
      <w:r>
        <w:t>Maulana, yeh cheez maine apni zindagi mein sirf aap ki zubani se suna aur padha hai, aur</w:t>
      </w:r>
    </w:p>
    <w:p>
      <w:pPr>
        <w:jc w:val="right"/>
      </w:pPr>
      <w:r>
        <w:t>مولانا، یہ چیز میں نے اپنی زندگی میں صرف آپ کی زبانی سے سنا اور پڑھا ہے، اور</w:t>
      </w:r>
    </w:p>
    <w:p>
      <w:r>
        <w:rPr>
          <w:b/>
        </w:rPr>
        <w:t xml:space="preserve">[1:42:54] </w:t>
      </w:r>
      <w:r>
        <w:t>isi cheez ki wajah se mujhe Quran ki aayatein samajh mein aa rahi hain.</w:t>
      </w:r>
    </w:p>
    <w:p>
      <w:pPr>
        <w:jc w:val="right"/>
      </w:pPr>
      <w:r>
        <w:t>اسی چیز کی وجہ سے مجھے قرآن کی آیتیں سمجھ میں آ رہی ہیں۔</w:t>
      </w:r>
    </w:p>
    <w:p>
      <w:r>
        <w:rPr>
          <w:b/>
        </w:rPr>
        <w:t xml:space="preserve">[1:43:00] </w:t>
      </w:r>
      <w:r>
        <w:t>haan, yeh bohat sahi likha hai unhon ne.</w:t>
      </w:r>
    </w:p>
    <w:p>
      <w:pPr>
        <w:jc w:val="right"/>
      </w:pPr>
      <w:r>
        <w:t>ہاں، یہ بہت صحیح لکھا ہے انہوں نے۔</w:t>
      </w:r>
    </w:p>
    <w:p>
      <w:r>
        <w:rPr>
          <w:b/>
        </w:rPr>
        <w:t xml:space="preserve">[1:43:03] </w:t>
      </w:r>
      <w:r>
        <w:t>dekhiye, Quran ka Quran kyun utara gaya? ek sawal hai.</w:t>
      </w:r>
    </w:p>
    <w:p>
      <w:pPr>
        <w:jc w:val="right"/>
      </w:pPr>
      <w:r>
        <w:t>دیکھیے، قرآن کا قرآن کیوں اتارا گیا؟ ایک سوال ہے۔</w:t>
      </w:r>
    </w:p>
    <w:p>
      <w:r>
        <w:rPr>
          <w:b/>
        </w:rPr>
        <w:t xml:space="preserve">[1:43:08] </w:t>
      </w:r>
      <w:r>
        <w:t>Quran ki theme kya hai? Quran ki theme kya hai? Quran ka central mozu kya hai? ek sawal</w:t>
      </w:r>
    </w:p>
    <w:p>
      <w:pPr>
        <w:jc w:val="right"/>
      </w:pPr>
      <w:r>
        <w:t>قرآن کی تھیم کیا ہے؟ قرآن کی تھیم کیا ہے؟ قرآن کا سینٹرل موضوع کیا ہے؟ ایک سوال</w:t>
      </w:r>
    </w:p>
    <w:p>
      <w:r>
        <w:rPr>
          <w:b/>
        </w:rPr>
        <w:t xml:space="preserve">[1:43:15] </w:t>
      </w:r>
      <w:r>
        <w:t>hai.</w:t>
      </w:r>
    </w:p>
    <w:p>
      <w:pPr>
        <w:jc w:val="right"/>
      </w:pPr>
      <w:r>
        <w:t>ہے۔</w:t>
      </w:r>
    </w:p>
    <w:p>
      <w:r>
        <w:rPr>
          <w:b/>
        </w:rPr>
        <w:t xml:space="preserve">[1:43:17] </w:t>
      </w:r>
      <w:r>
        <w:t>is sawal ke liye main bohat socha, main ne bohat socha, bohat socha, aur Quran ko pata nahi</w:t>
      </w:r>
    </w:p>
    <w:p>
      <w:pPr>
        <w:jc w:val="right"/>
      </w:pPr>
      <w:r>
        <w:t>اس سوال کے لیے میں بہت سوچا، میں نے بہت سوچا، بہت سوچا، اور قرآن کو پتہ نہیں</w:t>
      </w:r>
    </w:p>
    <w:p>
      <w:r>
        <w:rPr>
          <w:b/>
        </w:rPr>
        <w:t xml:space="preserve">[1:43:25] </w:t>
      </w:r>
      <w:r>
        <w:t>kitni baar padha, tafseeron ko kitna zyada padha.</w:t>
      </w:r>
    </w:p>
    <w:p>
      <w:pPr>
        <w:jc w:val="right"/>
      </w:pPr>
      <w:r>
        <w:t>کتنی بار پڑھا، تفسیروں کو کتنا زیادہ پڑھا۔</w:t>
      </w:r>
    </w:p>
    <w:p>
      <w:r>
        <w:rPr>
          <w:b/>
        </w:rPr>
        <w:t xml:space="preserve">[1:43:28] </w:t>
      </w:r>
      <w:r>
        <w:t>aakhir mein meri discovery hai yeh ke Quran is liye aaya hai ke woh creation plan of God</w:t>
      </w:r>
    </w:p>
    <w:p>
      <w:pPr>
        <w:jc w:val="right"/>
      </w:pPr>
      <w:r>
        <w:t>آخر میں میری ڈسکوری ہے یہ کہ قرآن اس لیے آیا ہے کہ وہ کریشن پلان اف گاڈ</w:t>
      </w:r>
    </w:p>
    <w:p>
      <w:r>
        <w:rPr>
          <w:b/>
        </w:rPr>
        <w:t xml:space="preserve">[1:43:36] </w:t>
      </w:r>
      <w:r>
        <w:t>se insaan ko ba-khabar kare.</w:t>
      </w:r>
    </w:p>
    <w:p>
      <w:pPr>
        <w:jc w:val="right"/>
      </w:pPr>
      <w:r>
        <w:t>سے انسان کو باخبر کرے۔</w:t>
      </w:r>
    </w:p>
    <w:p>
      <w:r>
        <w:rPr>
          <w:b/>
        </w:rPr>
        <w:t xml:space="preserve">[1:43:38] </w:t>
      </w:r>
      <w:r>
        <w:t>یہ Quran was revealed for one purpose, that is to make people aware about the creation plan of</w:t>
      </w:r>
    </w:p>
    <w:p>
      <w:pPr>
        <w:jc w:val="right"/>
      </w:pPr>
      <w:r>
        <w:t>یہ قرآن واز ریویلڈ فار ون پرپس، دیٹ از ٹو میک پیپل اویئر اباؤٹ دا کریشن پلان اف</w:t>
      </w:r>
    </w:p>
    <w:p>
      <w:r>
        <w:rPr>
          <w:b/>
        </w:rPr>
        <w:t xml:space="preserve">[1:43:46] </w:t>
      </w:r>
      <w:r>
        <w:t>God.</w:t>
      </w:r>
    </w:p>
    <w:p>
      <w:pPr>
        <w:jc w:val="right"/>
      </w:pPr>
      <w:r>
        <w:t>گاڈ۔</w:t>
      </w:r>
    </w:p>
    <w:p>
      <w:r>
        <w:rPr>
          <w:b/>
        </w:rPr>
        <w:t xml:space="preserve">[1:43:47] </w:t>
      </w:r>
      <w:r>
        <w:t>aur yeh mujhe is aayat se rehnumai mili, mujhe ke khalaq al-maut wal hayat, yeh takhleeq ka maqsad hai.</w:t>
      </w:r>
    </w:p>
    <w:p>
      <w:pPr>
        <w:jc w:val="right"/>
      </w:pPr>
      <w:r>
        <w:t>اور یہ مجھے اس آیت سے رہنمائی ملی، مجھے کہ خلق الموت والحیات، یہ تخلیق کا مقصد ہے۔</w:t>
      </w:r>
    </w:p>
    <w:p>
      <w:r>
        <w:rPr>
          <w:b/>
        </w:rPr>
        <w:t xml:space="preserve">[1:43:55] </w:t>
      </w:r>
      <w:r>
        <w:t>to jab aap creation plan of God ka jo concept hai, us ko le kar Quran ko padhein</w:t>
      </w:r>
    </w:p>
    <w:p>
      <w:pPr>
        <w:jc w:val="right"/>
      </w:pPr>
      <w:r>
        <w:t>تو جب آپ کریشن پلان اف گاڈ کا جو کانسیپٹ ہے، اس کو لے کر قرآن کو پڑھیں</w:t>
      </w:r>
    </w:p>
    <w:p>
      <w:r>
        <w:rPr>
          <w:b/>
        </w:rPr>
        <w:t xml:space="preserve">[1:44:03] </w:t>
      </w:r>
      <w:r>
        <w:t>to saari aayatein explain ho jaati hain.</w:t>
      </w:r>
    </w:p>
    <w:p>
      <w:pPr>
        <w:jc w:val="right"/>
      </w:pPr>
      <w:r>
        <w:t>تو ساری آیتیں ایکسپلین ہو جاتی ہیں۔</w:t>
      </w:r>
    </w:p>
    <w:p>
      <w:r>
        <w:rPr>
          <w:b/>
        </w:rPr>
        <w:t xml:space="preserve">[1:44:06] </w:t>
      </w:r>
      <w:r>
        <w:t>koi doosra le ke padhein to explain nahi hongi.</w:t>
      </w:r>
    </w:p>
    <w:p>
      <w:pPr>
        <w:jc w:val="right"/>
      </w:pPr>
      <w:r>
        <w:t>کوئی دوسرا لے کے پڑھیں تو ایکسپلین نہیں ہوں گی۔</w:t>
      </w:r>
    </w:p>
    <w:p>
      <w:r>
        <w:rPr>
          <w:b/>
        </w:rPr>
        <w:t xml:space="preserve">[1:44:10] </w:t>
      </w:r>
      <w:r>
        <w:t>farz kijiye aap yeh banayein ke Quran ka maqsad yeh hai ke dunya mein Musalman hukoomat qaim ho,</w:t>
      </w:r>
    </w:p>
    <w:p>
      <w:pPr>
        <w:jc w:val="right"/>
      </w:pPr>
      <w:r>
        <w:t>فرض کیجئے آپ یہ بنائیں کہ قرآن کا مقصد یہ ہے کہ دنیا میں مسلمان حکومت قائم ہو،</w:t>
      </w:r>
    </w:p>
    <w:p>
      <w:r>
        <w:rPr>
          <w:b/>
        </w:rPr>
        <w:t xml:space="preserve">[1:44:18] </w:t>
      </w:r>
      <w:r>
        <w:t>to to explain nahi kar payenge aap ke saari dunya mein Islam hukoomat qaim ki jaye.</w:t>
      </w:r>
    </w:p>
    <w:p>
      <w:pPr>
        <w:jc w:val="right"/>
      </w:pPr>
      <w:r>
        <w:t>تو تو ایکسپلین نہیں کر پائیں گے آپ کہ ساری دنیا میں اسلام حکومت قائم کی جائے۔</w:t>
      </w:r>
    </w:p>
    <w:p>
      <w:r>
        <w:rPr>
          <w:b/>
        </w:rPr>
        <w:t xml:space="preserve">[1:44:25] </w:t>
      </w:r>
      <w:r>
        <w:t>farz kijiye aap kahein ke yeh hai Islam ka maqsad, to Quran aap ki samajh hi mein nahi</w:t>
      </w:r>
    </w:p>
    <w:p>
      <w:pPr>
        <w:jc w:val="right"/>
      </w:pPr>
      <w:r>
        <w:t>فرض کیجئے آپ کہیں کہ یہ ہے اسلام کا مقصد، تو قرآن آپ کی سمجھ ہی میں نہیں</w:t>
      </w:r>
    </w:p>
    <w:p>
      <w:r>
        <w:rPr>
          <w:b/>
        </w:rPr>
        <w:t xml:space="preserve">[1:44:33] </w:t>
      </w:r>
      <w:r>
        <w:t>aayega.</w:t>
      </w:r>
    </w:p>
    <w:p>
      <w:pPr>
        <w:jc w:val="right"/>
      </w:pPr>
      <w:r>
        <w:t>آئے گا۔</w:t>
      </w:r>
    </w:p>
    <w:p>
      <w:r>
        <w:rPr>
          <w:b/>
        </w:rPr>
        <w:t xml:space="preserve">[1:44:34] </w:t>
      </w:r>
      <w:r>
        <w:t>lekin yeh jo hai ke creation plan of God jo hai, yaani Khuda ka takhleeqi mansooba batane ke</w:t>
      </w:r>
    </w:p>
    <w:p>
      <w:pPr>
        <w:jc w:val="right"/>
      </w:pPr>
      <w:r>
        <w:t>لیکن یہ جو ہے کہ کریشن پلان اف گاڈ جو ہے، یعنی خدا کا تخلیقی منصوبہ بتانے کے</w:t>
      </w:r>
    </w:p>
    <w:p>
      <w:r>
        <w:rPr>
          <w:b/>
        </w:rPr>
        <w:t xml:space="preserve">[1:44:42] </w:t>
      </w:r>
      <w:r>
        <w:t>liye Quran aaya hai, us ko le ke padhiye aap.</w:t>
      </w:r>
    </w:p>
    <w:p>
      <w:pPr>
        <w:jc w:val="right"/>
      </w:pPr>
      <w:r>
        <w:t>لیے قرآن آیا ہے، اس کو لے کے پڑھیے آپ۔</w:t>
      </w:r>
    </w:p>
    <w:p>
      <w:r>
        <w:rPr>
          <w:b/>
        </w:rPr>
        <w:t xml:space="preserve">[1:44:46] </w:t>
      </w:r>
      <w:r>
        <w:t>ek ek aayat explain ho jaati hai.</w:t>
      </w:r>
    </w:p>
    <w:p>
      <w:pPr>
        <w:jc w:val="right"/>
      </w:pPr>
      <w:r>
        <w:t>ایک ایک آیت ایکسپلین ہو جاتی ہے۔</w:t>
      </w:r>
    </w:p>
    <w:p>
      <w:r>
        <w:rPr>
          <w:b/>
        </w:rPr>
        <w:t xml:space="preserve">[1:44:49] </w:t>
      </w:r>
      <w:r>
        <w:t>Can we take? Mr. Sharukh Hussain ne New Delhi se likha hai: "Maulana, Quran mein hai ke wa</w:t>
      </w:r>
    </w:p>
    <w:p>
      <w:pPr>
        <w:jc w:val="right"/>
      </w:pPr>
      <w:r>
        <w:t>کین وی ٹیک؟ مسٹر شارخ حسین نے نئی دلی سے لکھا ہے: "مولانا، قرآن میں ہے کہ و</w:t>
      </w:r>
    </w:p>
    <w:p>
      <w:r>
        <w:rPr>
          <w:b/>
        </w:rPr>
        <w:t xml:space="preserve">[1:44:57] </w:t>
      </w:r>
      <w:r>
        <w:t>qu'rna fi buyutikum qu'rna." Is ka kya matlab hai? Haan, is ka lafzi tarjuma hai ke ghar mein</w:t>
      </w:r>
    </w:p>
    <w:p>
      <w:pPr>
        <w:jc w:val="right"/>
      </w:pPr>
      <w:r>
        <w:t>کرنا فی بویوتی کنا۔" اس کا کیا مطلب ہے؟ ہاں، اس کا لفظی ترجمہ ہے کہ گھر میں</w:t>
      </w:r>
    </w:p>
    <w:p>
      <w:r>
        <w:rPr>
          <w:b/>
        </w:rPr>
        <w:t xml:space="preserve">[1:45:04] </w:t>
      </w:r>
      <w:r>
        <w:t>thehro.</w:t>
      </w:r>
    </w:p>
    <w:p>
      <w:pPr>
        <w:jc w:val="right"/>
      </w:pPr>
      <w:r>
        <w:t>ٹھہرو۔</w:t>
      </w:r>
    </w:p>
    <w:p>
      <w:r>
        <w:rPr>
          <w:b/>
        </w:rPr>
        <w:t xml:space="preserve">[1:45:06] </w:t>
      </w:r>
      <w:r>
        <w:t>to ghar mein to mard bhi thehra rehta hai, mard kya sadak par khada rehta hai? Kisi aayat</w:t>
      </w:r>
    </w:p>
    <w:p>
      <w:pPr>
        <w:jc w:val="right"/>
      </w:pPr>
      <w:r>
        <w:t>تو گھر میں تو مرد بھی ٹھہرا رہتا ہے، مرد کیا سڑک پر کھڑا رہتا ہے؟ کسی آیت</w:t>
      </w:r>
    </w:p>
    <w:p>
      <w:r>
        <w:rPr>
          <w:b/>
        </w:rPr>
        <w:t xml:space="preserve">[1:45:14] </w:t>
      </w:r>
      <w:r>
        <w:t>ko absolute sense mein nahi lena chahiye.</w:t>
      </w:r>
    </w:p>
    <w:p>
      <w:pPr>
        <w:jc w:val="right"/>
      </w:pPr>
      <w:r>
        <w:t>کو ایبسولیوٹ سینس میں نہیں لینا چاہیے۔</w:t>
      </w:r>
    </w:p>
    <w:p>
      <w:r>
        <w:rPr>
          <w:b/>
        </w:rPr>
        <w:t xml:space="preserve">[1:45:17] </w:t>
      </w:r>
      <w:r>
        <w:t>mard bhi kisi office mein rehta hai, kisi ghar mein rehta hai, sadak par to khada nahi rehta.</w:t>
      </w:r>
    </w:p>
    <w:p>
      <w:pPr>
        <w:jc w:val="right"/>
      </w:pPr>
      <w:r>
        <w:t>مرد بھی کسی آفس میں رہتا ہے، کسی گھر میں رہتا ہے، سڑک پر تو کھڑا نہیں رہتا۔</w:t>
      </w:r>
    </w:p>
    <w:p>
      <w:r>
        <w:rPr>
          <w:b/>
        </w:rPr>
        <w:t xml:space="preserve">[1:45:24] </w:t>
      </w:r>
      <w:r>
        <w:t>to absolute sense mein kisi lafz ko nahi lena chahiye.</w:t>
      </w:r>
    </w:p>
    <w:p>
      <w:pPr>
        <w:jc w:val="right"/>
      </w:pPr>
      <w:r>
        <w:t>تو ایبسولیوٹ سینس میں کسی لفظ کو نہیں لینا چاہیے۔</w:t>
      </w:r>
    </w:p>
    <w:p>
      <w:r>
        <w:rPr>
          <w:b/>
        </w:rPr>
        <w:t xml:space="preserve">[1:45:29] </w:t>
      </w:r>
      <w:r>
        <w:t>aur ghar mein thehro ka absolute sense mein lein to kitaab mein aata hai ke ghazwaat mein khawateen</w:t>
      </w:r>
    </w:p>
    <w:p>
      <w:pPr>
        <w:jc w:val="right"/>
      </w:pPr>
      <w:r>
        <w:t>اور گھر میں ٹھہرو کا ایبسولیوٹ سینس میں لیں تو کتاب میں آتا ہے کہ غزوات میں خواتین</w:t>
      </w:r>
    </w:p>
    <w:p>
      <w:r>
        <w:rPr>
          <w:b/>
        </w:rPr>
        <w:t xml:space="preserve">[1:45:36] </w:t>
      </w:r>
      <w:r>
        <w:t>jaati theen, wahan par wahan paani pilaati theen, wahan barf pati karti theen.</w:t>
      </w:r>
    </w:p>
    <w:p>
      <w:pPr>
        <w:jc w:val="right"/>
      </w:pPr>
      <w:r>
        <w:t>جاتی تھیں، وہاں پر وہاں پانی پلاتی تھیں، وہاں برف پٹی کرتی تھیں۔</w:t>
      </w:r>
    </w:p>
    <w:p>
      <w:r>
        <w:rPr>
          <w:b/>
        </w:rPr>
        <w:t xml:space="preserve">[1:45:42] </w:t>
      </w:r>
      <w:r>
        <w:t>to wo ghar mein kahan thehri hoti thi? wo sahaba ki khawateen jo hain, ja kar ke paani,</w:t>
      </w:r>
    </w:p>
    <w:p>
      <w:pPr>
        <w:jc w:val="right"/>
      </w:pPr>
      <w:r>
        <w:t>تو وہ گھر میں کہاں ٹھہری ہوتی تھی؟ وہ صحابہ کی خواتین جو ہیں، جا کر کے پانی،</w:t>
      </w:r>
    </w:p>
    <w:p>
      <w:r>
        <w:rPr>
          <w:b/>
        </w:rPr>
        <w:t xml:space="preserve">[1:45:50] </w:t>
      </w:r>
      <w:r>
        <w:t>wo khajooron ko bagh hua karte thay, wahan ja kar kaam karti theen.</w:t>
      </w:r>
    </w:p>
    <w:p>
      <w:pPr>
        <w:jc w:val="right"/>
      </w:pPr>
      <w:r>
        <w:t>وہ کھجوروں کو باغ ہوا کرتے تھے، وہاں جا کر کام کرتی تھیں۔</w:t>
      </w:r>
    </w:p>
    <w:p>
      <w:r>
        <w:rPr>
          <w:b/>
        </w:rPr>
        <w:t xml:space="preserve">[1:45:55] </w:t>
      </w:r>
      <w:r>
        <w:t>to kahan ye ghar mein kahan theharna hua? yaani agar aap is zamane ke halaat ko parhein to</w:t>
      </w:r>
    </w:p>
    <w:p>
      <w:pPr>
        <w:jc w:val="right"/>
      </w:pPr>
      <w:r>
        <w:t>تو کہاں یہ گھر میں کہاں ٹھہرنا ہوا؟ یعنی اگر آپ اس زمانے کے حالات کو پڑھیں تو</w:t>
      </w:r>
    </w:p>
    <w:p>
      <w:r>
        <w:rPr>
          <w:b/>
        </w:rPr>
        <w:t xml:space="preserve">[1:46:03] </w:t>
      </w:r>
      <w:r>
        <w:t>wo khawateen theen sahaba ki, aur bohat ziyada bahar kaam karti theen.</w:t>
      </w:r>
    </w:p>
    <w:p>
      <w:pPr>
        <w:jc w:val="right"/>
      </w:pPr>
      <w:r>
        <w:t>وہ خواتین تھیں صحابہ کی، اور بہت زیادہ باہر کام کرتی تھیں۔</w:t>
      </w:r>
    </w:p>
    <w:p>
      <w:r>
        <w:rPr>
          <w:b/>
        </w:rPr>
        <w:t xml:space="preserve">[1:46:08] </w:t>
      </w:r>
      <w:r>
        <w:t>is zamane mein jo kaam hua karte thay, oont ki dekh bhaal aur khajooron ki dekh bhaal, aur</w:t>
      </w:r>
    </w:p>
    <w:p>
      <w:pPr>
        <w:jc w:val="right"/>
      </w:pPr>
      <w:r>
        <w:t>اس زمانے میں جو کام ہوا کرتے تھے، اونٹ کی دیکھ بھال اور کھجوروں کی دیکھ بھال، اور</w:t>
      </w:r>
    </w:p>
    <w:p>
      <w:r>
        <w:rPr>
          <w:b/>
        </w:rPr>
        <w:t xml:space="preserve">[1:46:16] </w:t>
      </w:r>
      <w:r>
        <w:t>isi tarah kaam hote thay, ya ghazwaat pe ja kar ke kaam karna, wo sab karti theen khawateen.</w:t>
      </w:r>
    </w:p>
    <w:p>
      <w:pPr>
        <w:jc w:val="right"/>
      </w:pPr>
      <w:r>
        <w:t>اسی طرح کام ہوتے تھے، یا غزوات پہ جا کر کے کام کرنا، وہ سب کرتی تھیں خواتین۔</w:t>
      </w:r>
    </w:p>
    <w:p>
      <w:r>
        <w:rPr>
          <w:b/>
        </w:rPr>
        <w:t xml:space="preserve">[1:46:24] </w:t>
      </w:r>
      <w:r>
        <w:t>to agar literal sense mein lein, aap wakna fi buyooti kunna ka matlab to ye sab galat ho</w:t>
      </w:r>
    </w:p>
    <w:p>
      <w:pPr>
        <w:jc w:val="right"/>
      </w:pPr>
      <w:r>
        <w:t>تو اگر لٹریرل سینس میں لیں، آپ وکنا فی بویوتی کنا کا مطلب تو یہ سب غلط ہو</w:t>
      </w:r>
    </w:p>
    <w:p>
      <w:r>
        <w:rPr>
          <w:b/>
        </w:rPr>
        <w:t xml:space="preserve">[1:46:31] </w:t>
      </w:r>
      <w:r>
        <w:t>jaayega.</w:t>
      </w:r>
    </w:p>
    <w:p>
      <w:pPr>
        <w:jc w:val="right"/>
      </w:pPr>
      <w:r>
        <w:t>جائے گا۔</w:t>
      </w:r>
    </w:p>
    <w:p>
      <w:r>
        <w:rPr>
          <w:b/>
        </w:rPr>
        <w:t xml:space="preserve">[1:46:33] </w:t>
      </w:r>
      <w:r>
        <w:t>gharon mein thehray raho, wahan kahin na jao to koi kaam karne ke liye ye matlab is ka</w:t>
      </w:r>
    </w:p>
    <w:p>
      <w:pPr>
        <w:jc w:val="right"/>
      </w:pPr>
      <w:r>
        <w:t>گھروں میں ٹھہرے رہو، وہاں کہیں نہ جاؤ تو کوئی کام کرنے کے لیے یہ مطلب اس کا</w:t>
      </w:r>
    </w:p>
    <w:p>
      <w:r>
        <w:rPr>
          <w:b/>
        </w:rPr>
        <w:t xml:space="preserve">[1:46:40] </w:t>
      </w:r>
      <w:r>
        <w:t>nahi, absolute sense mein nahi hai.</w:t>
      </w:r>
    </w:p>
    <w:p>
      <w:pPr>
        <w:jc w:val="right"/>
      </w:pPr>
      <w:r>
        <w:t>نہیں، ایبسولیوٹ سینس میں نہیں ہے۔</w:t>
      </w:r>
    </w:p>
    <w:p>
      <w:r>
        <w:rPr>
          <w:b/>
        </w:rPr>
        <w:t xml:space="preserve">[1:46:43] </w:t>
      </w:r>
      <w:r>
        <w:t>wo us ko poore siyaaq mein rakh ke samajhna chahiye.</w:t>
      </w:r>
    </w:p>
    <w:p>
      <w:pPr>
        <w:jc w:val="right"/>
      </w:pPr>
      <w:r>
        <w:t>وہ اس کو پورے سیاق میں رکھ کے سمجھنا چاہیے۔</w:t>
      </w:r>
    </w:p>
    <w:p>
      <w:r>
        <w:rPr>
          <w:b/>
        </w:rPr>
        <w:t xml:space="preserve">[1:46:47] </w:t>
      </w:r>
      <w:r>
        <w:t>Okay, we will end the session now.</w:t>
      </w:r>
    </w:p>
    <w:p>
      <w:pPr>
        <w:jc w:val="right"/>
      </w:pPr>
      <w:r>
        <w:t>اوکے، وی ویل اینڈ دی سیشن ناو۔</w:t>
      </w:r>
    </w:p>
    <w:p>
      <w:r>
        <w:rPr>
          <w:b/>
        </w:rPr>
        <w:t xml:space="preserve">[1:46:50] </w:t>
      </w:r>
      <w:r>
        <w:t>We will first have a tea break.</w:t>
      </w:r>
    </w:p>
    <w:p>
      <w:pPr>
        <w:jc w:val="right"/>
      </w:pPr>
      <w:r>
        <w:t>وی ویل فرسٹ ہیو ا ٹی بریک۔</w:t>
      </w:r>
    </w:p>
    <w:p>
      <w:r>
        <w:rPr>
          <w:b/>
        </w:rPr>
        <w:t xml:space="preserve">[1:46:53] </w:t>
      </w:r>
      <w:r>
        <w:t>jin logon ne wuzu nahi kiya, wo is break mein wuzu kar lein, aur tea break ke baad</w:t>
      </w:r>
    </w:p>
    <w:p>
      <w:pPr>
        <w:jc w:val="right"/>
      </w:pPr>
      <w:r>
        <w:t>جن لوگوں نے وضو نہیں کیا، وہ اس بریک میں وضو کر لیں، اور ٹی بریک کے بعد</w:t>
      </w:r>
    </w:p>
    <w:p>
      <w:r>
        <w:rPr>
          <w:b/>
        </w:rPr>
        <w:t xml:space="preserve">[1:47:01] </w:t>
      </w:r>
      <w:r>
        <w:t>hum foran namaz padhenge.</w:t>
      </w:r>
    </w:p>
    <w:p>
      <w:pPr>
        <w:jc w:val="right"/>
      </w:pPr>
      <w:r>
        <w:t>ہم فوراً نماز پڑھیں گے۔</w:t>
      </w:r>
    </w:p>
    <w:p>
      <w:r>
        <w:rPr>
          <w:b/>
        </w:rPr>
        <w:t xml:space="preserve">[1:47:03] </w:t>
      </w:r>
      <w:r>
        <w:t>There is one more announcement: As you are all aware, that starting today, there is International Trade Fair,</w:t>
      </w:r>
    </w:p>
    <w:p>
      <w:pPr>
        <w:jc w:val="right"/>
      </w:pPr>
      <w:r>
        <w:t>دیر از ون مور اناؤنسمنٹ: ایز یو آر ال اویر، دیٹ سٹارٹنگ ٹوڈے، دیر از انٹرنیشنل ٹریڈ فیئر،</w:t>
      </w:r>
    </w:p>
    <w:p>
      <w:r>
        <w:rPr>
          <w:b/>
        </w:rPr>
        <w:t xml:space="preserve">[1:47:11] </w:t>
      </w:r>
      <w:r>
        <w:t>which is which is opened up in Pragati Maidan.</w:t>
      </w:r>
    </w:p>
    <w:p>
      <w:pPr>
        <w:jc w:val="right"/>
      </w:pPr>
      <w:r>
        <w:t>وچ از وچ از اوپنڈ اپ ان پراگتی میدان۔</w:t>
      </w:r>
    </w:p>
    <w:p>
      <w:r>
        <w:rPr>
          <w:b/>
        </w:rPr>
        <w:t xml:space="preserve">[1:47:15] </w:t>
      </w:r>
      <w:r>
        <w:t>So, we have taken a stall for dawah work.</w:t>
      </w:r>
    </w:p>
    <w:p>
      <w:pPr>
        <w:jc w:val="right"/>
      </w:pPr>
      <w:r>
        <w:t>سو، وی ہیو ٹیکن ا سٹال فار دعویٰ ورک۔</w:t>
      </w:r>
    </w:p>
    <w:p>
      <w:r>
        <w:rPr>
          <w:b/>
        </w:rPr>
        <w:t xml:space="preserve">[1:47:19] </w:t>
      </w:r>
      <w:r>
        <w:t>The hall number where we have taken the stall is number 14.</w:t>
      </w:r>
    </w:p>
    <w:p>
      <w:pPr>
        <w:jc w:val="right"/>
      </w:pPr>
      <w:r>
        <w:t>دی ہال نمبر ویئر وی ہیو ٹیکن دی سٹال از نمبر 14۔</w:t>
      </w:r>
    </w:p>
    <w:p>
      <w:r>
        <w:rPr>
          <w:b/>
        </w:rPr>
        <w:t xml:space="preserve">[1:47:24] </w:t>
      </w:r>
      <w:r>
        <w:t>It is.</w:t>
      </w:r>
    </w:p>
    <w:p>
      <w:pPr>
        <w:jc w:val="right"/>
      </w:pPr>
      <w:r>
        <w:t>اٹ از۔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