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 October 29, 2006 | Maulana Wahiduddin Khan</w:t>
      </w:r>
    </w:p>
    <w:p>
      <w:r>
        <w:t>https://www.youtube.com/watch?v=gNrHrum_e_U</w:t>
      </w:r>
    </w:p>
    <w:p>
      <w:r>
        <w:rPr>
          <w:b/>
        </w:rPr>
        <w:t xml:space="preserve">[00:00] </w:t>
      </w:r>
      <w:r>
        <w:t>تو میں اکثر سوچتا رہتا ہوں کہ یہ کون لوگ تھے، اور اتنا بڑا درجہ ان دونوں کو کیوں ملے گا۔ دیکھیں، اس دنیا میں کوئی بھی چیز mysterious نہیں ہوتی۔ ان کا اسٹیٹس اتنا اونچا ہوگا کہ Prophet بھی ان پر envy کریں گے۔ یہ بڑی سوچنے کی بات ہے کہ</w:t>
      </w:r>
    </w:p>
    <w:p>
      <w:pPr>
        <w:jc w:val="right"/>
      </w:pPr>
      <w:r>
        <w:t>تو میں اکثر سوچتا رہتا ہوں کہ یہ کون لوگ تھے، اور اتنا بڑا درجہ ان دونوں کو کیوں ملے گا۔ دیکھیں، اس دنیا میں کوئی بھی چیز "مسٹیریس" نہیں ہوتی۔ ان کا اسٹیٹس اتنا اونچا ہوگا کہ پرافٹ بھی ان پر انوی کریں گے۔ یہ بڑی سوچنے کی بات ہے کہ</w:t>
      </w:r>
    </w:p>
    <w:p>
      <w:r>
        <w:rPr>
          <w:b/>
        </w:rPr>
        <w:t xml:space="preserve">[00:20] </w:t>
      </w:r>
      <w:r>
        <w:t>ایسے کون لوگ ہوں گے جن پر Prophet بھی envy کریں۔ اور جانا کہ سائنس تو اسلام کا علمِ کلام ہے، اسلام کی theology ہے۔ ایسے لگتا ہے کہ آپ خدا کو دیکھ رہے ہیں، ایسے لگتا ہے کہ آپ کا paradise آپ کے سامنے ہے، ایسے لگتا ہے کہ angels سچ مچ آپ کے سامنے کھڑے ہوئے ہیں۔ کہ unseen world آپ کے لیے seen world بن جائے، یہ</w:t>
      </w:r>
    </w:p>
    <w:p>
      <w:pPr>
        <w:jc w:val="right"/>
      </w:pPr>
      <w:r>
        <w:t>ایسے کون لوگ ہوں گے جن پر پرافٹ بھی انوی کریں۔ اور جانا کہ سائنس تو اسلام کا علمِ کلام ہے، اسلام کی تھالوجی ہے۔ ایسے لگتا ہے کہ آپ خدا کو دیکھ رہے ہیں، ایسے لگتا ہے کہ آپ کا پیرائز آپ کے سامنے ہے، ایسے لگتا ہے کہ اینجل سچ مچ آپ کے سامنے کھڑے ہوئے ہیں۔ کہ ان سین ورلڈ آپ کے لیے سین ورلڈ بن جائے، یہ</w:t>
      </w:r>
    </w:p>
    <w:p>
      <w:r>
        <w:rPr>
          <w:b/>
        </w:rPr>
        <w:t xml:space="preserve">[00:39] </w:t>
      </w:r>
      <w:r>
        <w:t>y pehchan is ki hai. Pairaiz kisi ko free mein nahi milenge. Koi sasta certificate pairaiz ka nahi hua karta. Bachane ke liye main kehta hoon: "I was wrong, you are right." Tragedy hui, tragedy woh hai ke poori history intelligent logon ka qabristan hai. Ma</w:t>
      </w:r>
    </w:p>
    <w:p>
      <w:pPr>
        <w:jc w:val="right"/>
      </w:pPr>
      <w:r>
        <w:t>ی پہچان اس کی ہے۔ پیرائز کسی کو فری میں نہیں ملے گی۔ کوئی سستا سرٹیفکیٹ پیرائز کا نہیں ہوا کرتا۔ بچانے کے لیے میں کہتا ہوں: "I was wrong, you are right." ٹریجڈی ہوئی، ٹریجڈی وہ ہے کہ پوری ہسٹری انٹیلیجنٹ لوگوں کا قبرستان ہے۔ م</w:t>
      </w:r>
    </w:p>
    <w:p>
      <w:r>
        <w:rPr>
          <w:b/>
        </w:rPr>
        <w:t xml:space="preserve">[01:04] </w:t>
      </w:r>
      <w:r>
        <w:t>Wala nabeel kareem, rab ishrah li sadri, wa yassir li amri, wah-ul-uqdatan min lisani yafqahu qawli. Aaj ka jo</w:t>
      </w:r>
    </w:p>
    <w:p>
      <w:pPr>
        <w:jc w:val="right"/>
      </w:pPr>
      <w:r>
        <w:t>ولا نبیل کریم، رب اشرح لی صدری، ویسر لی امری، واحل العقدۃ من لسانی یفقہ قولی۔ آج کا جو</w:t>
      </w:r>
    </w:p>
    <w:p>
      <w:r>
        <w:rPr>
          <w:b/>
        </w:rPr>
        <w:t xml:space="preserve">[01:23] </w:t>
      </w:r>
      <w:r>
        <w:t>topic hai woh hai "From the Spiritual Tree". From the Spiritual Tree ka matlab yeh hota hai ke jah</w:t>
      </w:r>
    </w:p>
    <w:p>
      <w:pPr>
        <w:jc w:val="right"/>
      </w:pPr>
      <w:r>
        <w:t>ٹاپک ہے وہ ہے "From the Spiritual Tree"۔ From the Spiritual Tree کا مطلب یہ ہوتا ہے کہ جہ</w:t>
      </w:r>
    </w:p>
    <w:p>
      <w:r>
        <w:rPr>
          <w:b/>
        </w:rPr>
        <w:t xml:space="preserve">[01:41] </w:t>
      </w:r>
      <w:r>
        <w:t>aan mein baithta hoon, ek darakht ke neeche, to wahan mujhe kuch inspiration aate hain, to phir us par main sochta hoon, kitabon ko consult karta hoon, phir ek idea banta hai, ek theme banti hai. To</w:t>
      </w:r>
    </w:p>
    <w:p>
      <w:pPr>
        <w:jc w:val="right"/>
      </w:pPr>
      <w:r>
        <w:t>اں میں بیٹھتا ہوں، ایک درخت کے نیچے، تو وہاں مجھے کچھ انسپیریشن آتے ہیں، تو پھر اس پر میں سوچتا ہوں، کتابوں کو کنسلٹ کرتا ہوں، پھر ایک آئیڈیا بنتا ہے، ایک تھیم بنتی ہے۔ تو</w:t>
      </w:r>
    </w:p>
    <w:p>
      <w:r>
        <w:rPr>
          <w:b/>
        </w:rPr>
        <w:t xml:space="preserve">[02:00] </w:t>
      </w:r>
      <w:r>
        <w:t>isi ko main kehta hoon "From the Spiritual Tree". To aaj isi tarah ki kuch baat main kehna chahunga. Yeh baat bilkul nai to nahi hai, lekin woh phir se mujhe, yu</w:t>
      </w:r>
    </w:p>
    <w:p>
      <w:pPr>
        <w:jc w:val="right"/>
      </w:pPr>
      <w:r>
        <w:t>اسی کو میں کہتا ہوں "From the Spiritual Tree"۔ تو آج اسی طرح کی کچھ بات میں کہنا چاہوں گا۔ یہ بات بالکل نئی تو نہیں ہے، لیکن وہ پھر سے مجھے، ی</w:t>
      </w:r>
    </w:p>
    <w:p>
      <w:r>
        <w:rPr>
          <w:b/>
        </w:rPr>
        <w:t xml:space="preserve">[02:19] </w:t>
      </w:r>
      <w:r>
        <w:t>on kehna chahiye ke realize hui, ek naye conviction ke sath, aur nai clarity ke sath. Aisa hua ke main is peed ko, jis ko main Spir</w:t>
      </w:r>
    </w:p>
    <w:p>
      <w:pPr>
        <w:jc w:val="right"/>
      </w:pPr>
      <w:r>
        <w:t>وں کہنا چاہیے کہ ریئلائز ہوئی، ایک نئے کنوکشن کے ساتھ، اور نئی کلیرٹی کے ساتھ۔ ایسا ہوا کہ میں اس پیڑ کو، جس کو میں Spir</w:t>
      </w:r>
    </w:p>
    <w:p>
      <w:r>
        <w:rPr>
          <w:b/>
        </w:rPr>
        <w:t xml:space="preserve">[02:38] </w:t>
      </w:r>
      <w:r>
        <w:t>itual Tree kehta hoon, us ke neeche main baitha hua tha, akela, aur soch raha tha. To woh baat mere mind mein aai, jis par main is se pehle bhi bohat baar soch chuka hoon, aur yahan keh</w:t>
      </w:r>
    </w:p>
    <w:p>
      <w:pPr>
        <w:jc w:val="right"/>
      </w:pPr>
      <w:r>
        <w:t>itual Tree کہتا ہوں، اس کے نیچے میں بیٹھا ہوا تھا، اکیلا، اور سوچ رہا تھا۔ تو وہ بات میرے مائنڈ میں آئی، جس پر میں اس سے پہلے بھی بہت بار سوچ چکا ہوں، اور یہاں کہ</w:t>
      </w:r>
    </w:p>
    <w:p>
      <w:r>
        <w:rPr>
          <w:b/>
        </w:rPr>
        <w:t xml:space="preserve">[02:56] </w:t>
      </w:r>
      <w:r>
        <w:t>h bhi chuka hoon, ke Prophet of Islam ne jo baatein kahi hain, us mein se do baat mujh ko bohat zyada attract karti hain. Ek woh jin ko aap ne kaha "Ashab-e-Ras</w:t>
      </w:r>
    </w:p>
    <w:p>
      <w:pPr>
        <w:jc w:val="right"/>
      </w:pPr>
      <w:r>
        <w:t>ہ بھی چکا ہوں، کہ پرافٹ آف اسلام نے جو باتیں کہی ہیں، اس میں سے دو بات مجھ کو بہت زیادہ اٹریکٹ کرتی ہیں۔ ایک وہ جن کو آپ نے کہا "اصحاب رس</w:t>
      </w:r>
    </w:p>
    <w:p>
      <w:r>
        <w:rPr>
          <w:b/>
        </w:rPr>
        <w:t xml:space="preserve">[03:14] </w:t>
      </w:r>
      <w:r>
        <w:t>ool", aur doosre woh jin ko aap ne kaha "Ikhwan-e-Rasool", yani Companions of the Prophet aur Brothers of the Prophet. To main aksar sochta rehta hoon ke yeh kaun log the, itna bara darja</w:t>
      </w:r>
    </w:p>
    <w:p>
      <w:pPr>
        <w:jc w:val="right"/>
      </w:pPr>
      <w:r>
        <w:t>ول"، اور دوسرے وہ جن کو آپ نے کہا "اخوان رسول"، یعنی Companions of the Prophet اور Brothers of the Prophet۔ تو میں اکثر سوچتا رہتا ہوں کہ یہ کون لوگ تھے، اتنا بڑا درج</w:t>
      </w:r>
    </w:p>
    <w:p>
      <w:r>
        <w:rPr>
          <w:b/>
        </w:rPr>
        <w:t xml:space="preserve">[03:32] </w:t>
      </w:r>
      <w:r>
        <w:t>ہ ان دونوں کو کیوں ملے گا۔ کوئی بہت بڑی بات ہونی چاہیے۔ دیکھیں، اس دنیا میں کوئی بھی چیز mysterious نہیں ہوتی۔ اس قسم کی چیز۔ تو میں ہمیشہ یہ سوچتا رہتا ہوں کہ Comp</w:t>
      </w:r>
    </w:p>
    <w:p>
      <w:pPr>
        <w:jc w:val="right"/>
      </w:pPr>
      <w:r>
        <w:t>ہ ان دونوں کو کیوں ملے گا۔ کوئی بہت بڑی بات ہونی چاہیے۔ دیکھیں، اس دنیا میں کوئی بھی چیز "مسٹیریس" نہیں ہوتی۔ اس قسم کی چیز۔ تو میں ہمیشہ یہ سوچتا رہتا ہوں کہ Comp</w:t>
      </w:r>
    </w:p>
    <w:p>
      <w:r>
        <w:rPr>
          <w:b/>
        </w:rPr>
        <w:t xml:space="preserve">[03:52] </w:t>
      </w:r>
      <w:r>
        <w:t>anions of the Prophet ka yeh bara darja kyun tha, aur woh, main sochta hoon, hamesha mystery se bahar ja kar. Isi tarah se main yeh sochta rehta hoon ke Ikhwan-e-Muhammad ke bare mein. Jaisa</w:t>
      </w:r>
    </w:p>
    <w:p>
      <w:pPr>
        <w:jc w:val="right"/>
      </w:pPr>
      <w:r>
        <w:t>anions of the Prophet کا یہ بڑا درجہ کیوں تھا، اور وہ، میں سوچتا ہوں، ہمیشہ مسٹری سے باہر جا کر۔ اسی طرح سے میں یہ سوچتا رہتا ہوں کہ اخوانِ محمد کے بارے میں۔ جیسا</w:t>
      </w:r>
    </w:p>
    <w:p>
      <w:r>
        <w:rPr>
          <w:b/>
        </w:rPr>
        <w:t xml:space="preserve">[04:10] </w:t>
      </w:r>
      <w:r>
        <w:t>ke is se pehle main ne yeh hadith bayan ki thi ke ek baar Prophet of Islam ne apne companions se kaha ke main apne bhaiyon ko dekhna chahta hoon, apne ikhwan ko, apne brothers ko</w:t>
      </w:r>
    </w:p>
    <w:p>
      <w:pPr>
        <w:jc w:val="right"/>
      </w:pPr>
      <w:r>
        <w:t>کہ اس سے پہلے میں نے یہ حدیث بیان کی تھی کہ ایک بار پرافٹ آف اسلام نے اپنے کمپینینز سے کہا کہ میں اپنے بھائیوں کو دیکھنا چاہتا ہوں، اپنے اخوان کو، اپنے برادرز کو</w:t>
      </w:r>
    </w:p>
    <w:p>
      <w:r>
        <w:rPr>
          <w:b/>
        </w:rPr>
        <w:t xml:space="preserve">[04:30] </w:t>
      </w:r>
      <w:r>
        <w:t>۔ To un logon ne kaha ke kya hum aap ke bhai nahi hain? Hum aap ke brother nahi hain? To aap ne kaha ke nahi, tum mere saathi ho, woh log mere baad aayenge, unhon ne mujh ko dekha nahi hoga, lekin woh mujh par i</w:t>
      </w:r>
    </w:p>
    <w:p>
      <w:pPr>
        <w:jc w:val="right"/>
      </w:pPr>
      <w:r>
        <w:t>۔ تو ان لوگوں نے کہا کہ کیا ہم آپ کے بھائی نہیں ہیں؟ ہم آپ کے برادر نہیں ہیں؟ تو آپ نے کہا کہ نہیں، تم میرے ساتھی ہو، وہ لوگ میرے بعد آئیں گے، انہوں نے مجھ کو دیکھا نہیں ہوگا، لیکن وہ مجھ پر ا</w:t>
      </w:r>
    </w:p>
    <w:p>
      <w:r>
        <w:rPr>
          <w:b/>
        </w:rPr>
        <w:t xml:space="preserve">[04:50] </w:t>
      </w:r>
      <w:r>
        <w:t>maan layenge. Yeh itni hi baat hai hadith mein. To ek aur hadith hai, doosri, us se main is ko jodta hoon. Is mein yeh hai ke jab qayamat aayegi, yu</w:t>
      </w:r>
    </w:p>
    <w:p>
      <w:pPr>
        <w:jc w:val="right"/>
      </w:pPr>
      <w:r>
        <w:t>یمان لائیں گے۔ یہ اتنی ہی بات ہے حدیث میں۔ تو ایک اور حدیث ہے، دوسری، اس سے میں اس کو جوڑتا ہوں۔ اس میں یہ ہے کہ جب قیامت آئے گی، ی</w:t>
      </w:r>
    </w:p>
    <w:p>
      <w:r>
        <w:rPr>
          <w:b/>
        </w:rPr>
        <w:t xml:space="preserve">[05:08] </w:t>
      </w:r>
      <w:r>
        <w:t>yani world hereafter, so wahan par kuch log itne zyada unche, unka status itna uncha hoga ke prophet bhi un par envy karenge. Yeh badi sochne ki baat hai ke</w:t>
      </w:r>
    </w:p>
    <w:p>
      <w:pPr>
        <w:jc w:val="right"/>
      </w:pPr>
      <w:r>
        <w:t>عنی ورلڈ ہیر آفٹر، تو وہاں پر کچھ لوگ اتنے زیادہ اونچے، ان کا اسٹیٹس اتنا اونچا ہوگا کہ پرافٹ بھی ان پر انوی کریں گے۔ یہ بڑی سوچنے کی بات ہے کہ</w:t>
      </w:r>
    </w:p>
    <w:p>
      <w:r>
        <w:rPr>
          <w:b/>
        </w:rPr>
        <w:t xml:space="preserve">[05:28] </w:t>
      </w:r>
      <w:r>
        <w:t>si kon log honge jin par Prophet bhi inve karein, trust karein. Yeh dono ko mila kar main sochta rehta hoon, aksar. To woh baat mujh par khuli, us ko main bayan karna chahta</w:t>
      </w:r>
    </w:p>
    <w:p>
      <w:pPr>
        <w:jc w:val="right"/>
      </w:pPr>
      <w:r>
        <w:t>ایسے کون لوگ ہوں گے جن پر پرافٹ بھی انوی کریں، ٹرسٹ کریں۔ یہ دونوں کو ملا کر میں سوچتا رہتا ہوں، اکثر۔ تو وہ بات مجھ پر کھلی، اس کو میں بیان کرنا چاہتا</w:t>
      </w:r>
    </w:p>
    <w:p>
      <w:r>
        <w:rPr>
          <w:b/>
        </w:rPr>
        <w:t xml:space="preserve">[05:46] </w:t>
      </w:r>
      <w:r>
        <w:t>hoon. Dekhein, main kahoon to is tarah kahunga ke history mein do bohat bare Khudai mission the, Great</w:t>
      </w:r>
    </w:p>
    <w:p>
      <w:pPr>
        <w:jc w:val="right"/>
      </w:pPr>
      <w:r>
        <w:t>ہوں۔ دیکھیں، میں کہوں تو اس طرح کہوں گا کہ ہسٹری میں دو بہت بڑے خدائی مشن تھے، Great</w:t>
      </w:r>
    </w:p>
    <w:p>
      <w:r>
        <w:rPr>
          <w:b/>
        </w:rPr>
        <w:t xml:space="preserve">[06:05] </w:t>
      </w:r>
      <w:r>
        <w:t>est Divine Mission of the History. Ya yun kehna chahiye ke ek bhi aap keh sakte hain ke Prophet of Islam ka aana ek bohat bare Divine Mission ka aana tha. To jin</w:t>
      </w:r>
    </w:p>
    <w:p>
      <w:pPr>
        <w:jc w:val="right"/>
      </w:pPr>
      <w:r>
        <w:t>est Divine Mission of the History۔ یا یوں کہنا چاہیے کہ ایک بھی آپ کہہ سکتے ہیں کہ پرافٹ آف اسلام کا آنا ایک بہت بڑے Divine Mission کا آنا تھا۔ تو جن</w:t>
      </w:r>
    </w:p>
    <w:p>
      <w:r>
        <w:rPr>
          <w:b/>
        </w:rPr>
        <w:t xml:space="preserve">[06:23] </w:t>
      </w:r>
      <w:r>
        <w:t>ko hum kehte hain Companions of the Prophet, woh is mission ka part bane. Aur isi tarah se baad ke jo log aayenge, jo Brothers of the Prophet jin ko kaha gaya hai, woh bhi is Great Divine Mission ka par</w:t>
      </w:r>
    </w:p>
    <w:p>
      <w:pPr>
        <w:jc w:val="right"/>
      </w:pPr>
      <w:r>
        <w:t>کو ہم کہتے ہیں Companions of the Prophet، وہ اس مشن کا پارٹ بنے۔ اور اسی طرح سے بعد کے جو لوگ آئیں گے، جو Brothers of the Prophet جن کو کہا گیا ہے، وہ بھی اس Great Divine Mission کا پار</w:t>
      </w:r>
    </w:p>
    <w:p>
      <w:r>
        <w:rPr>
          <w:b/>
        </w:rPr>
        <w:t xml:space="preserve">[06:41] </w:t>
      </w:r>
      <w:r>
        <w:t>t banenge. Yeh hai un ki, un ki speciality. To pichle log jo the, main aksar yeh kaha hai maine aap se ke history do ages mein bati hui hai, pre</w:t>
      </w:r>
    </w:p>
    <w:p>
      <w:pPr>
        <w:jc w:val="right"/>
      </w:pPr>
      <w:r>
        <w:t>ٹ بنیں گے۔ یہ ہے ان کی، ان کی اسپیشلٹی۔ تو پچھلے لوگ جو تھے، میں اکثر یہ کہا ہے میں نے آپ سے کہ ہسٹری دو ایجز میں بٹی ہوئی ہے، پ</w:t>
      </w:r>
    </w:p>
    <w:p>
      <w:r>
        <w:rPr>
          <w:b/>
        </w:rPr>
        <w:t xml:space="preserve">[07:00] </w:t>
      </w:r>
      <w:r>
        <w:t>scientific age aur post-scientific age. To pre-scientific age mein, traditional way mein log sochte the. Logon ke paas sochne ka jo framework tha, woh traditional tha. Scientific age</w:t>
      </w:r>
    </w:p>
    <w:p>
      <w:pPr>
        <w:jc w:val="right"/>
      </w:pPr>
      <w:r>
        <w:t>ری سائنٹیفک ایج اور پوسٹ سائنٹیفک ایج۔ تو پری سائنٹیفک ایج میں، ٹریڈیشنل وے میں لوگ سوچتے تھے۔ لوگوں کے پاس سوچنے کا جو فریم ورک تھا، وہ ٹریڈیشنل تھا۔ سائنٹیفک ایج</w:t>
      </w:r>
    </w:p>
    <w:p>
      <w:r>
        <w:rPr>
          <w:b/>
        </w:rPr>
        <w:t xml:space="preserve">[07:18] </w:t>
      </w:r>
      <w:r>
        <w:t>mein yeh hua ke ek naya framework logon ke samne aaya, jis ko hum scientific framework kehte hain. To woh log jo the pehle, unhon ne traditional framework mein sab se ooncha darja a</w:t>
      </w:r>
    </w:p>
    <w:p>
      <w:pPr>
        <w:jc w:val="right"/>
      </w:pPr>
      <w:r>
        <w:t>میں یہ ہوا کہ ایک نیا فریم ورک لوگوں کے سامنے آیا، جس کو ہم سائنٹیفک فریم ورک کہتے ہیں۔ تو وہ لوگ جو تھے پہلے، انہوں نے ٹریڈیشنل فریم ورک میں سب سے اونچا درجہ ا</w:t>
      </w:r>
    </w:p>
    <w:p>
      <w:r>
        <w:rPr>
          <w:b/>
        </w:rPr>
        <w:t xml:space="preserve">[07:37] </w:t>
      </w:r>
      <w:r>
        <w:t>imaan ka aur faith ka haasil kiya. baad ke jo log aayenge, woh scientific framework mein imaan ka ooncha darja haasil karenge. yeh hai difference. ab mein is ko example se batana chahunga. dek</w:t>
      </w:r>
    </w:p>
    <w:p>
      <w:pPr>
        <w:jc w:val="right"/>
      </w:pPr>
      <w:r>
        <w:t>یمان کا اور فیتھ کا حاصل کیا۔ بعد کے جو لوگ آئیں گے، وہ سائنٹیفک فریم ورک میں ایمان کا اونچا درجہ حاصل کریں گے۔ یہ ہے ڈفرنس۔ اب میں اس کو ایگزامپل سے بتانا چاہوں گا۔ دیک</w:t>
      </w:r>
    </w:p>
    <w:p>
      <w:r>
        <w:rPr>
          <w:b/>
        </w:rPr>
        <w:t xml:space="preserve">[07:57] </w:t>
      </w:r>
      <w:r>
        <w:t>hein, quran mein ek aayat hai: "wanzalna min as-samaa'i maaa'an mubaarakan". "wanzalna min as-samaa'i maaa'an mubaarakan" yeh aayat hai chapter number 50, verse number 9 mein. chapter number 50</w:t>
      </w:r>
    </w:p>
    <w:p>
      <w:pPr>
        <w:jc w:val="right"/>
      </w:pPr>
      <w:r>
        <w:t>ھیں، قرآن میں ایک آیت ہے: "ونزلنا من السماء ما مبارکاً"۔ "ونزلنا من السماء ما مبارکاً" یہ آیت ہے چیپٹر نمبر 50، ورش نمبر 9 میں۔ چیپٹر نمبر 50</w:t>
      </w:r>
    </w:p>
    <w:p>
      <w:r>
        <w:rPr>
          <w:b/>
        </w:rPr>
        <w:t xml:space="preserve">[08:15] </w:t>
      </w:r>
      <w:r>
        <w:t xml:space="preserve"> , verse number 9 mein. ke hum ne utara aasman se pani, mubaarak pani. hum ne aasman se mubaarak pani utara. yahan par jo "mubaarak" ka word hai, to</w:t>
      </w:r>
    </w:p>
    <w:p>
      <w:pPr>
        <w:jc w:val="right"/>
      </w:pPr>
      <w:r>
        <w:t>، ورش نمبر 9 میں۔ کہ ہم نے اتارا آسمان سے پانی، مبارک پانی۔ ہم نے آسمان سے مبارک پانی اتارا۔ یہاں پر جو "مبارک" کا ورڈ ہے، تو</w:t>
      </w:r>
    </w:p>
    <w:p>
      <w:r>
        <w:rPr>
          <w:b/>
        </w:rPr>
        <w:t xml:space="preserve">[08:34] </w:t>
      </w:r>
      <w:r>
        <w:t>saari tafseeron mein is se pehle, hazar baras tak, yeh kaha jaata raha ke naafeh pani, yaani useful pani, aisa pani jis mein faida hai, jo useful hai, yeh keh</w:t>
      </w:r>
    </w:p>
    <w:p>
      <w:pPr>
        <w:jc w:val="right"/>
      </w:pPr>
      <w:r>
        <w:t>ساری تفسیروں میں اس سے پہلے، ہزار برس تک، یہ کہا جاتا رہا کہ نافع پانی، یعنی یوزفل پانی، ایسا پانی جس میں فائدہ ہے، جو یوزفل ہے، یہ کہ</w:t>
      </w:r>
    </w:p>
    <w:p>
      <w:r>
        <w:rPr>
          <w:b/>
        </w:rPr>
        <w:t xml:space="preserve">[08:52] </w:t>
      </w:r>
      <w:r>
        <w:t>a jaata raha. yeh baat apni jagah par sahi hai, lekin yeh traditional framework mein is aayat ko samajhna hai. traditional framework. to zahir hai ke pani bohat bari nemat hai. yeh socha, yeh sochna ke pani aas</w:t>
      </w:r>
    </w:p>
    <w:p>
      <w:pPr>
        <w:jc w:val="right"/>
      </w:pPr>
      <w:r>
        <w:t>ا جاتا رہا۔ یہ بات اپنی جگہ پر صحیح ہے، لیکن یہ ٹریڈیشنل فریم ورک میں اس آیت کو سمجھنا ہے۔ ٹریڈیشنل فریم ورک۔ تو ظاہر ہے کہ پانی بہت بڑی نعمت ہے۔ یہ سوچا، یہ سوچنا کہ پانی آس</w:t>
      </w:r>
    </w:p>
    <w:p>
      <w:r>
        <w:rPr>
          <w:b/>
        </w:rPr>
        <w:t xml:space="preserve">[09:11] </w:t>
      </w:r>
      <w:r>
        <w:t>man se khuda ne bheja, is se hamara, hamari pyaas bujhi, hamari khetiyaan hari huin, aur bohat se faayde hue. yeh bhi ek bohat bara experience hai jo logon ko hota raha. lekin</w:t>
      </w:r>
    </w:p>
    <w:p>
      <w:pPr>
        <w:jc w:val="right"/>
      </w:pPr>
      <w:r>
        <w:t>مان سے خدا نے بھیجا، اس سے ہمارا، ہماری پیاس بجھی، ہماری کھیتیاں ہری ہوئیں، اور بہت سے فائدے ہوئے۔ یہ بھی ایک بہت بڑا ایکسپیرینس ہے جو لوگوں کو ہوتا رہا۔ لیکن</w:t>
      </w:r>
    </w:p>
    <w:p>
      <w:r>
        <w:rPr>
          <w:b/>
        </w:rPr>
        <w:t xml:space="preserve">[09:30] </w:t>
      </w:r>
      <w:r>
        <w:t>ab aaj ke lehaz se aap sochiye, aaj science ne yeh bataya hai ke pani ka jo reservoir hai, sea, yaani samandar, to pani ka ne</w:t>
      </w:r>
    </w:p>
    <w:p>
      <w:pPr>
        <w:jc w:val="right"/>
      </w:pPr>
      <w:r>
        <w:t>اب آج کے لحاظ سے آپ سوچیے، آج سائنس نے یہ بتایا ہے کہ پانی کا جو ریزروائر ہے، سی، یعنی سمندر، تو پانی کا نی</w:t>
      </w:r>
    </w:p>
    <w:p>
      <w:r>
        <w:rPr>
          <w:b/>
        </w:rPr>
        <w:t xml:space="preserve">[09:49] </w:t>
      </w:r>
      <w:r>
        <w:t>ar about 98 percent samandaron mein hai. taqreeban 98 hissa pani ka samandaron mein hai. aur aap jante hain ke samandar ka pani jo hai woh khaari hota hai. sam</w:t>
      </w:r>
    </w:p>
    <w:p>
      <w:pPr>
        <w:jc w:val="right"/>
      </w:pPr>
      <w:r>
        <w:t>ئر اباؤٹ 98 پرسنٹ سمندروں میں ہے۔ تقریباً 98 حصہ پانی کا سمندروں میں ہے۔ اور آپ جانتے ہیں کہ سمندر کا پانی جو ہے وہ کھاری ہوتا ہے۔ سم</w:t>
      </w:r>
    </w:p>
    <w:p>
      <w:r>
        <w:rPr>
          <w:b/>
        </w:rPr>
        <w:t xml:space="preserve">[10:08] </w:t>
      </w:r>
      <w:r>
        <w:t>andar ke pani mein salt content 10 percent hota hai. yaani samandar mein jo pani hai, itna bara jo reservoir hai pani ka, is mein 10 percent khuda ne salt mila diya hai, namak. woh hai preservative.</w:t>
      </w:r>
    </w:p>
    <w:p>
      <w:pPr>
        <w:jc w:val="right"/>
      </w:pPr>
      <w:r>
        <w:t>ندر کے پانی میں سالٹ کنٹینٹ 10 پرسنٹ ہوتا ہے۔ یعنی سمندر میں جو پانی ہے، اتنا بڑا جو ریزروائر ہے پانی کا، اس میں 10 پرسنٹ خدا نے سالٹ ملا دیا ہے، نمک۔ وہ ہے پریزرویٹیو۔</w:t>
      </w:r>
    </w:p>
    <w:p>
      <w:r>
        <w:rPr>
          <w:b/>
        </w:rPr>
        <w:t xml:space="preserve">[10:27] </w:t>
      </w:r>
      <w:r>
        <w:t>aap jante hain ke namak jo hai preservative hai. to agar namak na mila hota samandar ke pani mein, to woh kharab ho jaata. to khuda ne pani ko preserve rakhne ke liye is mein namak mila diya. ab sawal yeh hai ke insaan kaise is ko istemaal kare? mein</w:t>
      </w:r>
    </w:p>
    <w:p>
      <w:pPr>
        <w:jc w:val="right"/>
      </w:pPr>
      <w:r>
        <w:t>آپ جانتے ہیں کہ نمک جو ہے پریزرویٹیو ہے۔ تو اگر نمک نہ ملا ہوتا سمندر کے پانی میں، تو وہ خراب ہو جاتا۔ تو خدا نے پانی کو پریزرو رکھنے کے لیے اس میں نمک ملا دیا۔ اب سوال یہ ہے کہ انسان کیسے اس کو استعمال کرے؟ میں</w:t>
      </w:r>
    </w:p>
    <w:p>
      <w:r>
        <w:rPr>
          <w:b/>
        </w:rPr>
        <w:t xml:space="preserve">[10:47] </w:t>
      </w:r>
      <w:r>
        <w:t>ne samandar ke pani ko munh mein dala, to itna zyada woh khaari tha ke gale mein neeche halaq mein nahi utra woh. mujhe is ko nikaal dena pada bahar. itna khaari hota hai. ab, ab sawal yeh hai</w:t>
      </w:r>
    </w:p>
    <w:p>
      <w:pPr>
        <w:jc w:val="right"/>
      </w:pPr>
      <w:r>
        <w:t>نے سمندر کے پانی کو منہ میں ڈالا، تو اتنا زیادہ وہ کھاری تھا کہ گلے میں نیچے حلق میں نہیں اترا وہ۔ مجھے اس کو نکال دینا پڑا باہر۔ اتنا کھاری ہوتا ہے۔ اب، اب سوال یہ ہے</w:t>
      </w:r>
    </w:p>
    <w:p>
      <w:r>
        <w:rPr>
          <w:b/>
        </w:rPr>
        <w:t xml:space="preserve">[11:05] </w:t>
      </w:r>
      <w:r>
        <w:t>ke pani kaise istemaal kare insaan? to khuda ne ek bohat bara ek system banaya, aur hamare liye desalinated water ka intezaam kiya. de</w:t>
      </w:r>
    </w:p>
    <w:p>
      <w:pPr>
        <w:jc w:val="right"/>
      </w:pPr>
      <w:r>
        <w:t>کہ پانی کیسے استعمال کرے انسان؟ تو خدا نے ایک بہت بڑا ایک سسٹم بنایا، اور ہمارے لیے ڈی سیلینیٹڈ واٹر کا انتظام کیا۔ ڈی</w:t>
      </w:r>
    </w:p>
    <w:p>
      <w:r>
        <w:rPr>
          <w:b/>
        </w:rPr>
        <w:t xml:space="preserve">[11:25] </w:t>
      </w:r>
      <w:r>
        <w:t>salinated, desalinated water, yaani namak nikla hua pani, fresh pani. woh kaise? woh is tarah ke samandaron mein suraj ki bohat zabardast, woh</w:t>
      </w:r>
    </w:p>
    <w:p>
      <w:pPr>
        <w:jc w:val="right"/>
      </w:pPr>
      <w:r>
        <w:t>سیلینیٹڈ، ڈی سیلینیٹڈ واٹر، یعنی نمک نکلا ہوا پانی، فریش پانی۔ وہ کیسے؟ وہ اس طرح کہ سمندروں میں سورج کی بہت زبردست، وہ</w:t>
      </w:r>
    </w:p>
    <w:p>
      <w:r>
        <w:rPr>
          <w:b/>
        </w:rPr>
        <w:t xml:space="preserve">[11:45] </w:t>
      </w:r>
      <w:r>
        <w:t xml:space="preserve"> , garmi padti hai. zahir hai ke samandar bohat hi bara hai, to is ki garmi padti hai samandar ke oopar, suraj ki. to woh kya hota hai? woh garam ho kar bhaap nikalti hai is mein. garam</w:t>
      </w:r>
    </w:p>
    <w:p>
      <w:pPr>
        <w:jc w:val="right"/>
      </w:pPr>
      <w:r>
        <w:t>، گرمی پڑتی ہے۔ ظاہر ہے کہ سمندر بہت ہی بڑا ہے، تو اس کی گرمی پڑتی ہے سمندر کے اوپر، سورج کی۔ تو وہ کیا ہوتا ہے؟ وہ گرم ہو کر بھاپ نکلتی ہے اس میں۔ گرم</w:t>
      </w:r>
    </w:p>
    <w:p>
      <w:r>
        <w:rPr>
          <w:b/>
        </w:rPr>
        <w:t xml:space="preserve">[12:04] </w:t>
      </w:r>
      <w:r>
        <w:t>ho kar bhaap nikalti hai, oopar uthti hai. woh kaise? khuda ne yeh banaya, jo khuda ka jo creation plan tha is mein, ke pani halka hai aur namak bhari hai. nam</w:t>
      </w:r>
    </w:p>
    <w:p>
      <w:pPr>
        <w:jc w:val="right"/>
      </w:pPr>
      <w:r>
        <w:t>ہو کر بھاپ نکلتی ہے، اوپر اٹھتی ہے۔ وہ کیسے؟ خدا نے یہ بنایا، جو خدا کا جو کریشن پلان تھا اس میں، کہ پانی ہلکا ہے اور نمک بھاری ہے۔ نم</w:t>
      </w:r>
    </w:p>
    <w:p>
      <w:r>
        <w:rPr>
          <w:b/>
        </w:rPr>
        <w:t xml:space="preserve">[12:23] </w:t>
      </w:r>
      <w:r>
        <w:t>ak bhari aur pani halka hai. is liye jab pani ko suraj, suraj ki garmi se pani garam hota hai, to ab bhaap uthti hai, to namak jo hai bhari hone ki wajah se neeche reh jaata hai. aur sirf namak se alag ho kar jo pa</w:t>
      </w:r>
    </w:p>
    <w:p>
      <w:pPr>
        <w:jc w:val="right"/>
      </w:pPr>
      <w:r>
        <w:t>ک بھاری اور پانی ہلکا ہے۔ اس لیے جب پانی کو سورج، سورج کی گرمی سے پانی گرم ہوتا ہے، تو اب بھاپ اٹھتی ہے، تو نمک جو ہے بھاری ہونے کی وجہ سے نیچے رہ جاتا ہے۔ اور صرف نمک سے الگ ہو کر جو پ</w:t>
      </w:r>
    </w:p>
    <w:p>
      <w:r>
        <w:rPr>
          <w:b/>
        </w:rPr>
        <w:t xml:space="preserve">[12:41] </w:t>
      </w:r>
      <w:r>
        <w:t>ni hai, woh oopar jaata hai. yeh hai desalination system nature ka. itna bara system hai, bataiye, insaan nahi kar sakta. to oopar jaata hai pani, oopar sirf o</w:t>
      </w:r>
    </w:p>
    <w:p>
      <w:pPr>
        <w:jc w:val="right"/>
      </w:pPr>
      <w:r>
        <w:t>انی ہے، وہ اوپر جاتا ہے۔ یہ ہے ڈی سیلینیشن سسٹم نیچر کا۔ اتنا بڑا سسٹم ہے، بتائیے، انسان نہیں کر سکتا۔ تو اوپر جاتا ہے پانی، اوپر صرف او</w:t>
      </w:r>
    </w:p>
    <w:p>
      <w:r>
        <w:rPr>
          <w:b/>
        </w:rPr>
        <w:t xml:space="preserve">[13:00] </w:t>
      </w:r>
      <w:r>
        <w:t>opar particle, bohat beshumar particles se bhari hui hai hamari fiza oopar ki. to dobara pani bhari hota hai. yaani woh halka pani jo samandar se utha tha, woh dobara zarat use mil jaate hain to woh bhaari pan aa jaata hai is ke andar. to phir woh cloud ki shakal mein ikhatta hota hai, aur</w:t>
      </w:r>
    </w:p>
    <w:p>
      <w:pPr>
        <w:jc w:val="right"/>
      </w:pPr>
      <w:r>
        <w:t>پر پارٹیکل، بہت بے شمار پارٹیکلز سے بھری ہوئی ہے ہماری فضا اوپر کی۔ تو دوبارہ پانی بھاری ہوتا ہے۔ یعنی وہ ہلکا پانی جو سمندر سے اٹھا تھا، وہ دوبارہ ذرات اسے مل جاتے ہیں تو وہ بھاری پن آ جاتا ہے اس کے اندر۔ تو پھر وہ کلاؤڈ کی شکل میں اکٹھا ہوتا ہے، اور</w:t>
      </w:r>
    </w:p>
    <w:p>
      <w:r>
        <w:rPr>
          <w:b/>
        </w:rPr>
        <w:t xml:space="preserve">[13:19] </w:t>
      </w:r>
      <w:r>
        <w:t>phir neeche barta hai pani. yeh hai desalination ka intezaam, ke salty water ko fresh water ki shakal mein humein lotaya jaata hai. phir yeh pani nadiyon mein behta hai, pahaad ke oopar br</w:t>
      </w:r>
    </w:p>
    <w:p>
      <w:pPr>
        <w:jc w:val="right"/>
      </w:pPr>
      <w:r>
        <w:t>پھر نیچے برستا ہے پانی۔ یہ ہے ڈی سیلینیشن کا انتظام، کہ سالٹی واٹر کو فریش واٹر کی شکل میں ہمیں لوٹایا جاتا ہے۔ پھر یہ پانی ندیوں میں بہتا ہے، پہاڑ کے اوپر بر</w:t>
      </w:r>
    </w:p>
    <w:p>
      <w:r>
        <w:rPr>
          <w:b/>
        </w:rPr>
        <w:t xml:space="preserve">[13:38] </w:t>
      </w:r>
      <w:r>
        <w:t>f ki shakal mein jam jaata hai, aur hamein saal bhar fresh pani milta rehta hai. yahan mein arz karun ke yeh jo khuda ne yeh nizam banaya hai, yeh kitni bari blessing hai. yaani jo doosre animals hain, un</w:t>
      </w:r>
    </w:p>
    <w:p>
      <w:pPr>
        <w:jc w:val="right"/>
      </w:pPr>
      <w:r>
        <w:t>ف کی شکل میں جم جاتا ہے، اور ہمیں سال بھر فریش پانی ملتا رہتا ہے۔ یہاں میں عرض کروں کہ یہ جو خدا نے یہ نظام بنایا ہے، یہ کتنی بڑی بلیسنگ ہے۔ یعنی جو دوسرے اینیملز ہیں، ان</w:t>
      </w:r>
    </w:p>
    <w:p>
      <w:r>
        <w:rPr>
          <w:b/>
        </w:rPr>
        <w:t xml:space="preserve">[13:56] </w:t>
      </w:r>
      <w:r>
        <w:t>ka mamla dekhiye aap. quran mein hai ke "laqad karramna bani adam" insaan ko hum ne sharaf ata kiya, izzat di. to insaan ke sath har cheez respectful way mein hai. doosre haiwanat apne charon paon se chalte hain, un</w:t>
      </w:r>
    </w:p>
    <w:p>
      <w:pPr>
        <w:jc w:val="right"/>
      </w:pPr>
      <w:r>
        <w:t>کا معاملہ دیکھیے آپ۔ قرآن میں ہے کہ "لقد کرمنا بنی آدم" انسان کو ہم نے شرف عطا کیا، عزت دی۔ تو انسان کے ساتھ ہر چیز ریسپیکٹ فل وے میں ہے۔ دوسرے حیوانات اپنے چاروں پاؤں سے چلتے ہیں، ان</w:t>
      </w:r>
    </w:p>
    <w:p>
      <w:r>
        <w:rPr>
          <w:b/>
        </w:rPr>
        <w:t xml:space="preserve">[14:14] </w:t>
      </w:r>
      <w:r>
        <w:t>san do paon se chalta hai. doosre haiwanat, doosre animals, khud hi khud chalte hain, khud hi khud daurte hain. insaan ke liye khuda ne ghoda diya, carain dein, hawai jahaz diye. to mislan samandar mein bohat se jan</w:t>
      </w:r>
    </w:p>
    <w:p>
      <w:pPr>
        <w:jc w:val="right"/>
      </w:pPr>
      <w:r>
        <w:t>سان دو پاؤں سے چلتا ہے۔ دوسرے حیوانات، دوسرے اینیملز، خود ہی خود چلتے ہیں، خود ہی خود دوڑتے ہیں۔ انسان کے لیے خدا نے گھوڑا دیا، کاریں دیں، ہوائی جہاز دیے۔ تو مثلاً سمندر میں بہت سے جان</w:t>
      </w:r>
    </w:p>
    <w:p>
      <w:r>
        <w:rPr>
          <w:b/>
        </w:rPr>
        <w:t xml:space="preserve">[14:33] </w:t>
      </w:r>
      <w:r>
        <w:t>war hote hain, is mein se ek hai jis ko aap turtle kehte hain. yani kachhua jis ko hum kehte hain, kachhue. ek woh hain jo land mein rehte hain, tortoise, un ko kehte hain. aur jo samandaron mein rehte hain, un ko turtle kaha jata hai. to turtle jo samandaron mein</w:t>
      </w:r>
    </w:p>
    <w:p>
      <w:pPr>
        <w:jc w:val="right"/>
      </w:pPr>
      <w:r>
        <w:t>ور ہوتے ہیں، اس میں سے ایک ہے جس کو آپ ٹرٹل کہتے ہیں۔ یعنی کچھوا جس کو ہم کہتے ہیں، کچھوے۔ ایک وہ ہیں جو لینڈ میں رہتے ہیں، ٹارٹائز، ان کو کہتے ہیں۔ اور جو سمندروں میں رہتے ہیں، ان کو ٹرٹل کہا جاتا ہے۔ تو ٹرٹل جو سمندروں میں</w:t>
      </w:r>
    </w:p>
    <w:p>
      <w:r>
        <w:rPr>
          <w:b/>
        </w:rPr>
        <w:t xml:space="preserve">[14:51] </w:t>
      </w:r>
      <w:r>
        <w:t>rehte hain, to un ka jo body hai, is mein jo namak ka content aata rehta hai barabar, is ka three time zyada hota hai is ke samandar mein. ab yeh jo pani hai samandar</w:t>
      </w:r>
    </w:p>
    <w:p>
      <w:pPr>
        <w:jc w:val="right"/>
      </w:pPr>
      <w:r>
        <w:t>رہتے ہیں، تو ان کا جو باڈی ہے، اس میں جو نمک کا کنٹینٹ آتا رہتا ہے برابر، اس کا تھری ٹائم زیادہ ہوتا ہے اس کے سمندر میں۔ اب یہ جو پانی ہے سمندر</w:t>
      </w:r>
    </w:p>
    <w:p>
      <w:r>
        <w:rPr>
          <w:b/>
        </w:rPr>
        <w:t xml:space="preserve">[15:09] </w:t>
      </w:r>
      <w:r>
        <w:t>ka, kachhua pani pita to nahi hai, lekin jo bhi woh khata hai, ghas waghera, woh sab pani se bhari hui hoti hai, isi pani se, samandari pani se. to is ke body ke content mein, is ke, is ke body ke andar namak content bohat zyada ho jata hai. ab kya ho? is</w:t>
      </w:r>
    </w:p>
    <w:p>
      <w:pPr>
        <w:jc w:val="right"/>
      </w:pPr>
      <w:r>
        <w:t>کا، کچھوا پانی پیتا تو نہیں ہے، لیکن جو بھی وہ کھاتا ہے، گھاس وغیرہ، وہ سب پانی سے بھری ہوئی ہوتی ہے، اسی پانی سے، سمندری پانی سے۔ تو اس کے باڈی کے کنٹینٹ میں، اس کے، اس کے باڈی کے اندر نمک کنٹینٹ بہت زیادہ ہو جاتا ہے۔ اب کیا ہو؟ اس</w:t>
      </w:r>
    </w:p>
    <w:p>
      <w:r>
        <w:rPr>
          <w:b/>
        </w:rPr>
        <w:t xml:space="preserve">[15:30] </w:t>
      </w:r>
      <w:r>
        <w:t>ke haan ek doosra system banaya khuda ne. kuch aise glands hain jo is ke andar ke pani ko woh kar ke is ke nikalte rehte hain bahar. aur aankh ke raste se pani nikalta hai is ka. ise kaha jata hai kuch</w:t>
      </w:r>
    </w:p>
    <w:p>
      <w:pPr>
        <w:jc w:val="right"/>
      </w:pPr>
      <w:r>
        <w:t>کے ہاں ایک دوسرا سسٹم بنایا خدا نے۔ کچھ ایسے گلینڈز ہیں جو اس کے اندر کے پانی کو وہ کر کے اس کے نکالتے رہتے ہیں باہر۔ اور آنکھ کے راستے سے پانی نکلتا ہے اس کا۔ اسے کہا جاتا ہے کچھ</w:t>
      </w:r>
    </w:p>
    <w:p>
      <w:r>
        <w:rPr>
          <w:b/>
        </w:rPr>
        <w:t xml:space="preserve">[15:48] </w:t>
      </w:r>
      <w:r>
        <w:t>we ke aansu. aansu to nahi hota woh, lekin woh secretion hota hai. yani kachhue ko apne body ke andar jo zyada namak hai, us ko nikalne ke liye rona parta hai. yani rona, rota to nahi hai woh, lekin aankhon ke aansu jab nikalta hai to</w:t>
      </w:r>
    </w:p>
    <w:p>
      <w:pPr>
        <w:jc w:val="right"/>
      </w:pPr>
      <w:r>
        <w:t>وے کے آنسو۔ آنسو تو نہیں ہوتا وہ، لیکن وہ سیکریشن ہوتا ہے۔ یعنی کچھوے کو اپنے باڈی کے اندر جو زیادہ نمک ہے، اس کو نکالنے کے لیے رونا پڑتا ہے۔ یعنی رونا، روتا تو نہیں ہے وہ، لیکن آنکھوں کے آنسو جب نکلتا ہے تو</w:t>
      </w:r>
    </w:p>
    <w:p>
      <w:r>
        <w:rPr>
          <w:b/>
        </w:rPr>
        <w:t xml:space="preserve">[16:06] </w:t>
      </w:r>
      <w:r>
        <w:t>is ka ek tarah ka woh aankhon ke raste se jab nikalta hai, woh ek tarah ka rona woh hai. to kachhue jaisi zindagi hamari hoti hai. agar farz kijiye hamare body mein jo pani jata, is ka salt content nikalne ke liye hamein bhi aankh se bahar bahana parta hai. zindagi kitni mushkil ho jati hai, k</w:t>
      </w:r>
    </w:p>
    <w:p>
      <w:pPr>
        <w:jc w:val="right"/>
      </w:pPr>
      <w:r>
        <w:t>اس کا ایک طرح کا وہ آنکھوں کے راستے سے جب نکلتا ہے، وہ ایک طرح کا رونا وہ ہے۔ تو کچھوے جیسی زندگی ہماری ہوتی ہے۔ اگر فرض کیجیے ہمارے باڈی میں جو پانی جاتا، اس کا سالٹ کنٹینٹ نکالنے کے لیے ہمیں بھی آنکھ سے باہر بہانا پڑتا ہے۔ زندگی کتنی مشکل ہو جاتی ہے، ک</w:t>
      </w:r>
    </w:p>
    <w:p>
      <w:r>
        <w:rPr>
          <w:b/>
        </w:rPr>
        <w:t xml:space="preserve">[16:25] </w:t>
      </w:r>
      <w:r>
        <w:t>tni zyada mushkil ho jati hai. to "wa nazzalna min as-sama'i ma'an mubarakan" hum ne asman se utara pani. to pichhle log kehte the ke asman se utara pani jis mein bohat faida hai. ab hum yeh keh sakte hain ke asman se utara pani de</w:t>
      </w:r>
    </w:p>
    <w:p>
      <w:pPr>
        <w:jc w:val="right"/>
      </w:pPr>
      <w:r>
        <w:t>تنی زیادہ مشکل ہو جاتی ہے۔ تو "ونزلنا من السماء ما مبارکاً" ہم نے آسمان سے اتارا پانی۔ تو پچھلے لوگ کہتے تھے کہ آسمان سے اتارا پانی جس میں بہت فائدہ ہے۔ اب ہم یہ کہہ سکتے ہیں کہ آسمان سے اتارا پانی ڈی</w:t>
      </w:r>
    </w:p>
    <w:p>
      <w:r>
        <w:rPr>
          <w:b/>
        </w:rPr>
        <w:t xml:space="preserve">[16:44] </w:t>
      </w:r>
      <w:r>
        <w:t>salination ke baad, de-salinated water utara. to in logon ne bhi khuda ke glory ko paya tha. yani apne traditional framework mein. aaj ka insaan scientific framework mein isi cheez ko payega,</w:t>
      </w:r>
    </w:p>
    <w:p>
      <w:pPr>
        <w:jc w:val="right"/>
      </w:pPr>
      <w:r>
        <w:t>سیلینیشن کے بعد، ڈی سیلینیٹڈ واٹر اتارا۔ تو ان لوگوں نے بھی خدا کے گلوری کو پایا تھا۔ یعنی اپنے ٹریڈیشنل فریم ورک میں۔ آج کا انسان سائنٹیفک فریم ورک میں اسی چیز کو پائے گا،</w:t>
      </w:r>
    </w:p>
    <w:p>
      <w:r>
        <w:rPr>
          <w:b/>
        </w:rPr>
        <w:t xml:space="preserve">[17:02] </w:t>
      </w:r>
      <w:r>
        <w:t>lekin bohat zyada is ke andar, yani is ka thrill bohat barh jayega. aap sochiye ke yeh manna ke pani bohat acha hai, bohat nafa hai, bohat woh hai. aur yeh manna ke khuda ne itne bare paimane par, universal paimane par, de</w:t>
      </w:r>
    </w:p>
    <w:p>
      <w:pPr>
        <w:jc w:val="right"/>
      </w:pPr>
      <w:r>
        <w:t>لیکن بہت زیادہ اس کے اندر، یعنی اس کا تھرل بہت بڑھ جائے گا۔ آپ سوچیے کہ یہ ماننا کہ پانی بہت اچھا ہے، بہت نفع ہے، بہت وہ ہے۔ اور یہ ماننا کہ خدا نے اتنے بڑے پیمانے پر، یونیورسل پیمانے پر، ڈی</w:t>
      </w:r>
    </w:p>
    <w:p>
      <w:r>
        <w:rPr>
          <w:b/>
        </w:rPr>
        <w:t xml:space="preserve">[17:20] </w:t>
      </w:r>
      <w:r>
        <w:t>salination ka intezam kiya, aur hamein fresh water pohanchaya, is mein aadmi ke andar kitna zyada thrill ayega. yeh hai ikhwan-e-rasool ka darja. yani yeh mein kisi ko ghata barha nahi raha hoon. sirf yeh bata raha hoon ke ek hai traditional framework, ek hai</w:t>
      </w:r>
    </w:p>
    <w:p>
      <w:pPr>
        <w:jc w:val="right"/>
      </w:pPr>
      <w:r>
        <w:t>سیلینیشن کا انتظام کیا، اور ہمیں فریش واٹر پہنچایا، اس میں آدمی کے اندر کتنا زیادہ تھرل آئے گا۔ یہ ہے اخوان رسول کا درجہ۔ یعنی یہ میں کسی کو گھٹا بڑھا نہیں رہا ہوں۔ صرف یہ بتا رہا ہوں کہ ایک ہے ٹریڈیشنل فریم ورک، ایک ہے</w:t>
      </w:r>
    </w:p>
    <w:p>
      <w:r>
        <w:rPr>
          <w:b/>
        </w:rPr>
        <w:t xml:space="preserve">[17:40] </w:t>
      </w:r>
      <w:r>
        <w:t>scientific framework. isi ki wajah se in logon ka darja yeh hoga ke qayamat mein bohat se log in ko rashk ki nazar se dekhenge ke in ko marifat ki itna bara darja mila. yahi, isi qism ka realization, yeh to ek chota sa mein ne ek baat kahi, aise billion trillion baatein hain jo</w:t>
      </w:r>
    </w:p>
    <w:p>
      <w:pPr>
        <w:jc w:val="right"/>
      </w:pPr>
      <w:r>
        <w:t>سائنٹیفک فریم ورک۔ اسی کی وجہ سے ان لوگوں کا درجہ یہ ہوگا کہ قیامت میں بہت سے لوگ ان کو رشک کی نظر سے دیکھیں گے کہ ان کو معرفت کی اتنا بڑا درجہ ملا۔ یہی، اسی قسم کا ریلائزیشن، یہ تو ایک چھوٹا سا میں نے ایک بات کہی، ایسے بلین ٹریلین باتیں ہیں جو</w:t>
      </w:r>
    </w:p>
    <w:p>
      <w:r>
        <w:rPr>
          <w:b/>
        </w:rPr>
        <w:t xml:space="preserve">[17:59] </w:t>
      </w:r>
      <w:r>
        <w:t>science ne daryaft ki hain, jo science ne discover kar ke hamein batayi hain. to isi pani ko dekh kar traditional framework wala aadmi bhi khuda ke shukar mein doob jata tha. lekin aaj ka insaan jab is pani ko dekhega, aur</w:t>
      </w:r>
    </w:p>
    <w:p>
      <w:pPr>
        <w:jc w:val="right"/>
      </w:pPr>
      <w:r>
        <w:t>سائنس نے دریافت کی ہیں، جو سائنس نے ڈسکور کر کے ہمیں بتائی ہیں۔ تو اسی پانی کو دیکھ کر ٹریڈیشنل فریم ورک والا آدمی بھی خدا کے شکر میں ڈوب جاتا تھا۔ لیکن آج کا انسان جب اس پانی کو دیکھے گا، اور</w:t>
      </w:r>
    </w:p>
    <w:p>
      <w:r>
        <w:rPr>
          <w:b/>
        </w:rPr>
        <w:t xml:space="preserve">[18:17] </w:t>
      </w:r>
      <w:r>
        <w:t>yeh sari baaton ko is ke mind mein, aur bhi is ke siwa bohat sari baatein hain jo ke pani ke bare mein, pani to ek poori ek science hai pani ki. to in sari baaton ko le kar jab sochega to super thrill paida hoga is ke andar. yeh hai darja ikhwan-e-muhammad ka, yani</w:t>
      </w:r>
    </w:p>
    <w:p>
      <w:pPr>
        <w:jc w:val="right"/>
      </w:pPr>
      <w:r>
        <w:t>یہ ساری باتوں کو اس کے مائنڈ میں، اور بھی اس کے سوا بہت ساری باتیں ہیں جو کہ پانی کے بارے میں، پانی تو ایک پوری ایک سائنس ہے پانی کی۔ تو ان ساری باتوں کو لے کر جب سوچے گا تو سپر تھرل پیدا ہوگا اس کے اندر۔ یہ ہے درجہ اخوان محمد کا، یعنی</w:t>
      </w:r>
    </w:p>
    <w:p>
      <w:r>
        <w:rPr>
          <w:b/>
        </w:rPr>
        <w:t xml:space="preserve">[18:35] </w:t>
      </w:r>
      <w:r>
        <w:t>brothers of the prophet ka. to khuda ki glory ko pana, khuda ki glory ko realize karna, yeh hai iman, yeh hai faith. to khuda ki glory ko pane ka ek darja woh hai jo traditional frame</w:t>
      </w:r>
    </w:p>
    <w:p>
      <w:pPr>
        <w:jc w:val="right"/>
      </w:pPr>
      <w:r>
        <w:t>برادرز آف دی پرافٹ کا۔ تو خدا کی گلوری کو پانا، خدا کی گلوری کو ریلائز کرنا، یہ ہے ایمان، یہ ہے فیتھ۔ تو خدا کی گلوری کو پانے کا ایک درجہ وہ ہے جو ٹریڈیشنل فریم</w:t>
      </w:r>
    </w:p>
    <w:p>
      <w:r>
        <w:rPr>
          <w:b/>
        </w:rPr>
        <w:t xml:space="preserve">[18:53] </w:t>
      </w:r>
      <w:r>
        <w:t>work mein logon ko mila. aur khuda ki glory ka ek darja woh hai jo scientific framework mein logon ko milega. pehle zamane ke insaan na to kachhue ke bare mein janta tha, aur na yeh jo desalination hota hai, us ko janta tha woh. to</w:t>
      </w:r>
    </w:p>
    <w:p>
      <w:pPr>
        <w:jc w:val="right"/>
      </w:pPr>
      <w:r>
        <w:t>ورک میں لوگوں کو ملا۔ اور خدا کی گلوری کا ایک درجہ وہ ہے جو سائنٹیفک فریم ورک میں لوگوں کو ملے گا۔ پہلے زمانے کے انسان نہ تو کچھوے کے بارے میں جانتا تھا، اور نہ یہ جو ڈی سیلینیشن ہوتا ہے، اس کو جانتا تھا وہ۔ تو</w:t>
      </w:r>
    </w:p>
    <w:p>
      <w:r>
        <w:rPr>
          <w:b/>
        </w:rPr>
        <w:t xml:space="preserve">[19:11] </w:t>
      </w:r>
      <w:r>
        <w:t>aap bataiye ke yeh kitna bara, hum, hum ko khuda ne kitna bara yeh chance diya hai ke hum ek super, yani ek, ek bohat hi super level ka faith hasil kar saken, bohat hi oonche darje ka faith hasil kar saken. aur</w:t>
      </w:r>
    </w:p>
    <w:p>
      <w:pPr>
        <w:jc w:val="right"/>
      </w:pPr>
      <w:r>
        <w:t>آپ بتائیے کہ یہ کتنا بڑا، ہم، ہم کو خدا نے کتنا بڑا یہ چانس دیا ہے کہ ہم ایک سپر، یعنی ایک، ایک بہت ہی سپر لیول کا فیتھ حاصل کر سکیں، بہت ہی اونچے درجے کا فیتھ حاصل کر سکیں۔ اور</w:t>
      </w:r>
    </w:p>
    <w:p>
      <w:r>
        <w:rPr>
          <w:b/>
        </w:rPr>
        <w:t xml:space="preserve">[19:31] </w:t>
      </w:r>
      <w:r>
        <w:t>thrilling, thrilling ka ek aur ek naya rukh darja hasil kar saken. to yeh mein ne sirf ek misal di hai. isi tarah se har cheez mein, yani cheunti se le kar hathi tak, aur darakht se le kar sitaron tak, itni anginat baatein hain jo science ne daryaft ki hain. h</w:t>
      </w:r>
    </w:p>
    <w:p>
      <w:pPr>
        <w:jc w:val="right"/>
      </w:pPr>
      <w:r>
        <w:t>تھرلنگ، تھرلنگ کا ایک اور ایک نیا رخ درجہ حاصل کر سکیں۔ تو یہ میں نے صرف ایک مثال دی ہے۔ اسی طرح سے ہر چیز میں، یعنی چیونٹی سے لے کر ہاتھی تک، اور درخت سے لے کر ستاروں تک، اتنی ان گنت باتیں ہیں جو سائنس نے دریافت کی ہیں۔ ہ</w:t>
      </w:r>
    </w:p>
    <w:p>
      <w:r>
        <w:rPr>
          <w:b/>
        </w:rPr>
        <w:t xml:space="preserve">[19:50] </w:t>
      </w:r>
      <w:r>
        <w:t>mare bachpan mein log samajhte the ke science naam, science ko atheism ko ek samajhte the. hum jab parhte the bachpan mein madrasay mein to wahan par yeh samjha jata tha ke science means atheism. mujhe khuda ke fazl se yeh tofeeq hui ke mein ne is ki is</w:t>
      </w:r>
    </w:p>
    <w:p>
      <w:pPr>
        <w:jc w:val="right"/>
      </w:pPr>
      <w:r>
        <w:t>مارے بچپن میں لوگ سمجھتے تھے کہ سائنس نام، سائنس کو اتھیزم کو ایک سمجھتے تھے۔ ہم جب پڑھتے تھے بچپن میں مدرسے میں تو وہاں پر یہ سمجھا جاتا تھا کہ سائنس مینز اتھیزم۔ مجھے خدا کے فضل سے یہ توفیق ہوئی کہ میں نے اس کی اس</w:t>
      </w:r>
    </w:p>
    <w:p>
      <w:r>
        <w:rPr>
          <w:b/>
        </w:rPr>
        <w:t xml:space="preserve">[20:08] </w:t>
      </w:r>
      <w:r>
        <w:t>taddi ki, aur jaana ke science to islam ka ilm kalam hai, islam ki theology hai, islam ki sachaiyon ko zyada bade level par bayan karti hai. Khuda ki glory ko zyada oonche level par bayan karti hai science. To</w:t>
      </w:r>
    </w:p>
    <w:p>
      <w:pPr>
        <w:jc w:val="right"/>
      </w:pPr>
      <w:r>
        <w:t>ٹڈی کی، اور جانا کہ سائنس تو اسلام کا علم کلام ہے، اسلام کی تھیولجی ہے، اسلام کی سچائیوں کو زیادہ بڑے لیول پر بیان کرتی ہے۔ خدا کی گلوری کو زیادہ اونچے لیول پر بیان کرتی ہے سائنس۔ تو</w:t>
      </w:r>
    </w:p>
    <w:p>
      <w:r>
        <w:rPr>
          <w:b/>
        </w:rPr>
        <w:t xml:space="preserve">[20:26] </w:t>
      </w:r>
      <w:r>
        <w:t>Khuda ke fazl se maine khud iski discovery mujhe hui, aur phir main usko logon ke samne bayan karna shuru kiya. To yeh jo maine kaha ke history mein do bade blessing jo hain muqaddar the, ek blessing woh hai jo</w:t>
      </w:r>
    </w:p>
    <w:p>
      <w:pPr>
        <w:jc w:val="right"/>
      </w:pPr>
      <w:r>
        <w:t>خدا کے فضل سے میں نے خود اس کی ڈسکوری مجھے ہوئی، اور پھر میں اس کو لوگوں کے سامنے بیان کرنا شروع کیا۔ تو یہ جو میں نے کہا کہ ہسٹری میں دو بڑے بلیسنگ جو ہیں مقدر تھے، ایک بلیسنگ وہ ہے جو</w:t>
      </w:r>
    </w:p>
    <w:p>
      <w:r>
        <w:rPr>
          <w:b/>
        </w:rPr>
        <w:t xml:space="preserve">[20:45] </w:t>
      </w:r>
      <w:r>
        <w:t>ashab-e-Muhammad ko mili, doosri blessing woh hai jo ikhwan-e-Muhammad ko milegi. Yahan main ek baat yeh arz kar doon ke pichle zamane ke logon ko mauqa mila kaam karne ka, jabke duniya mein religious persecution ka zamana tha, mazhabi jabar ka</w:t>
      </w:r>
    </w:p>
    <w:p>
      <w:pPr>
        <w:jc w:val="right"/>
      </w:pPr>
      <w:r>
        <w:t>اصحاب محمد کو ملی، دوسری بلیسنگ وہ ہے جو اخوان محمد کو ملے گی۔ یہاں میں ایک بات یہ عرض کر دوں کہ پچھلے زمانے کے لوگوں کو موقع ملا کام کرنے کا، جبکہ دنیا میں ریلیجس پرسیکیوشن کا زمانہ تھا، مذہبی جبر کا</w:t>
      </w:r>
    </w:p>
    <w:p>
      <w:r>
        <w:rPr>
          <w:b/>
        </w:rPr>
        <w:t xml:space="preserve">[21:03] </w:t>
      </w:r>
      <w:r>
        <w:t>zamana tha, kingship ka zamana tha. Is zamane mein logon ko sacrifice karna pada, physical sacrifice. Bahut zyada mare peete jate the log, bahut zyada unko musibatein dali jati thin. To unko physical sacrifice bahut zyada karni padti thi. Aa</w:t>
      </w:r>
    </w:p>
    <w:p>
      <w:pPr>
        <w:jc w:val="right"/>
      </w:pPr>
      <w:r>
        <w:t>زمانہ تھا، کنگ شپ کا زمانہ تھا۔ اس زمانے میں لوگوں کو سیکریفائس کرنا پڑا، فزیکل سیکریفائس۔ بہت زیادہ مارے پیٹے جاتے تھے لوگ، بہت زیادہ ان کو مصیبتیں ڈالی جاتی تھیں۔ تو ان کو فزیکل سیکریفائس بہت زیادہ کرنی پڑتی تھی۔ آ</w:t>
      </w:r>
    </w:p>
    <w:p>
      <w:r>
        <w:rPr>
          <w:b/>
        </w:rPr>
        <w:t xml:space="preserve">[21:22] </w:t>
      </w:r>
      <w:r>
        <w:t>j hum shayad usko bardasht bhi nahi kar sakte. Aaj yeh hum jeete hain religious freedom ke zamane mein. To religious freedom ki wajah se hamein ab is type ka sacrifice to nahi karna padega. Lekin yeh yaad rakhiye ke naye zamane ka jo</w:t>
      </w:r>
    </w:p>
    <w:p>
      <w:pPr>
        <w:jc w:val="right"/>
      </w:pPr>
      <w:r>
        <w:t>ج ہم شاید اس کو برداشت بھی نہیں کر سکتے۔ آج یہ ہم جیتے ہیں ریلیجس فریڈم کے زمانے میں۔ تو ریلیجس فریڈم کی وجہ سے ہمیں اب اس ٹائپ کا سیکریفائس تو نہیں کرنا پڑے گا۔ لیکن یہ یاد رکھیے کہ نئے زمانے کا جو</w:t>
      </w:r>
    </w:p>
    <w:p>
      <w:r>
        <w:rPr>
          <w:b/>
        </w:rPr>
        <w:t xml:space="preserve">[21:40] </w:t>
      </w:r>
      <w:r>
        <w:t>realization hai, naye zamane ka jo yeh jo iman hai, iske liye bhi ek aur sacrifice chahiye. Aisa nahi hai ke muft mein mil jaye yeh. Yeh hai intellectual sacrifice, woh thi physical sacrifice, yeh hai intellectual</w:t>
      </w:r>
    </w:p>
    <w:p>
      <w:pPr>
        <w:jc w:val="right"/>
      </w:pPr>
      <w:r>
        <w:t>ریلائزیشن ہے، نئے زمانے کا جو یہ جو ایمان ہے، اس کے لیے بھی ایک اور سیکریفائس چاہیے۔ ایسا نہیں ہے کہ مفت میں مل جائے یہ۔ یہ ہے انٹلیکچول سیکریفائس، وہ تھی فزیکل سیکریفائس، یہ ہے انٹلیکچول</w:t>
      </w:r>
    </w:p>
    <w:p>
      <w:r>
        <w:rPr>
          <w:b/>
        </w:rPr>
        <w:t xml:space="preserve">[21:58] </w:t>
      </w:r>
      <w:r>
        <w:t>sacrifice. Intellectual sacrifice kya hai? Isko main ek lafz mein kahunga ke concentration. Concentration. Duniya mein bahut sari cheezein hain jo aap ko distract karti hain, har waqt apni taraf kheenchti rehti hain. To aap ko</w:t>
      </w:r>
    </w:p>
    <w:p>
      <w:pPr>
        <w:jc w:val="right"/>
      </w:pPr>
      <w:r>
        <w:t>سیکریفائس۔ انٹلیکچول سیکریفائس کیا ہے؟ اس کو میں ایک لفظ میں کہوں گا کہ کنسنٹریشن۔ کنسنٹریشن۔ دنیا میں بہت ساری چیزیں ہیں جو آپ کو ڈسٹریکٹ کرتی ہیں، ہر وقت اپنی طرف کھینچتی رہتی ہیں۔ تو آپ کو</w:t>
      </w:r>
    </w:p>
    <w:p>
      <w:r>
        <w:rPr>
          <w:b/>
        </w:rPr>
        <w:t xml:space="preserve">[22:17] </w:t>
      </w:r>
      <w:r>
        <w:t>bahut zyada sacrifice karna padta hai distraction se apne ko bachane ke liye. Bahut zyada. Aap ka focus jo hai hamesha bana rahe Khuda ke upar, Khuda ki blessing ke upar, Khuda ki glory ke upar. Yeh is se bhi zyada mushkil kaam hai.</w:t>
      </w:r>
    </w:p>
    <w:p>
      <w:pPr>
        <w:jc w:val="right"/>
      </w:pPr>
      <w:r>
        <w:t>بہت زیادہ سیکریفائس کرنا پڑتا ہے ڈسٹریکشن سے اپنے کو بچانے کے لیے۔ بہت زیادہ۔ آپ کا فوکس جو ہے ہمیشہ بنا رہے خدا کے اوپر، خدا کی بلیسنگ کے اوپر، خدا کی گلوری کے اوپر۔ یہ اس سے بھی زیادہ مشکل کام ہے۔</w:t>
      </w:r>
    </w:p>
    <w:p>
      <w:r>
        <w:rPr>
          <w:b/>
        </w:rPr>
        <w:t xml:space="preserve">[22:36] </w:t>
      </w:r>
      <w:r>
        <w:t>Aisa nahi ke is zamane mein agar religious persecution nahi hai to mamla aasan ho gaya. Aasan nahi ho gaya. Har lamha aap ko ek nayi sacrifice karna hai. Materialism ka charm hai, consumerism ka charm hai, popularity ka charm hai,</w:t>
      </w:r>
    </w:p>
    <w:p>
      <w:pPr>
        <w:jc w:val="right"/>
      </w:pPr>
      <w:r>
        <w:t>ایسا نہیں کہ اس زمانے میں اگر ریلیجس پرسیکیوشن نہیں ہے تو معاملہ آسان ہو گیا۔ آسان نہیں ہو گیا۔ ہر لمحہ آپ کو ایک نئی سیکریفائس کرنا ہے۔ مٹیریلزم کا چارم ہے، کنزیومرزم کا چارم ہے، پاپولیرٹی کا چارم ہے،</w:t>
      </w:r>
    </w:p>
    <w:p>
      <w:r>
        <w:rPr>
          <w:b/>
        </w:rPr>
        <w:t xml:space="preserve">[22:55] </w:t>
      </w:r>
      <w:r>
        <w:t>aur fame ka charm hai, luxury ka charm hai, comfort ka charm hai. Itne sare naye charm aa gaye hain ke iske woh aap ko kheenchate hain apni taraf. Is se apne ko nikalna, apne ko detach karna, bahut hi mushkil kaam hai. Jab tak</w:t>
      </w:r>
    </w:p>
    <w:p>
      <w:pPr>
        <w:jc w:val="right"/>
      </w:pPr>
      <w:r>
        <w:t>اور فیم کا چارم ہے، لگزری کا چارم ہے، کمفرٹ کا چارم ہے۔ اتنے سارے نئے چارم آ گئے ہیں کہ اس کے وہ آپ کو کھینچتے ہیں اپنی طرف۔ اس سے اپنے کو نکالنا، اپنے کو ڈیٹیچ کرنا، بہت ہی مشکل کام ہے۔ جب تک</w:t>
      </w:r>
    </w:p>
    <w:p>
      <w:r>
        <w:rPr>
          <w:b/>
        </w:rPr>
        <w:t xml:space="preserve">[23:14] </w:t>
      </w:r>
      <w:r>
        <w:t>aap is se aap detach na karein apne aap ko, kabhi bhi aap yeh naya jo level hai realization ka, woh aap nahi pa sakte. To wahan sacrifice thi physical sense mein. Yahan par sacrifice hai, yahan bhi agarche yeh sacrifice hai intellectual sense mein. Misal</w:t>
      </w:r>
    </w:p>
    <w:p>
      <w:pPr>
        <w:jc w:val="right"/>
      </w:pPr>
      <w:r>
        <w:t>آپ اس سے آپ ڈیٹیچ نہ کریں اپنے آپ کو، کبھی بھی آپ یہ نیا جو لیول ہے ریلائزیشن کا، وہ آپ نہیں پا سکتے۔ تو وہاں سیکریفائس تھی فزیکل سینس میں۔ یہاں پر سیکریفائس ہے، یہاں بھی اگرچہ یہ سیکریفائس ہے انٹلیکچول سینس میں۔ مث</w:t>
      </w:r>
    </w:p>
    <w:p>
      <w:r>
        <w:rPr>
          <w:b/>
        </w:rPr>
        <w:t xml:space="preserve">[23:35] </w:t>
      </w:r>
      <w:r>
        <w:t>ke taur par main apne bare mein batata hoon. Har din main kai baar logon se kehta hoon, "Kai was wrong, you are right, I am wrong." Abhi aaj hi sham ko maine kaha kisi se, "You are right, I am wrong." Kyun main aisa kehta hoon? Iska matlab nahi ke main galat hi galat hoon bilkul. Yeh matlab nahi hai. Yeh</w:t>
      </w:r>
    </w:p>
    <w:p>
      <w:pPr>
        <w:jc w:val="right"/>
      </w:pPr>
      <w:r>
        <w:t>ال کے طور پر میں اپنے بارے میں بتاتا ہوں۔ ہر دن میں کئی بار لوگوں سے کہتا ہوں، "کائی واز رانگ، یو آر رائٹ، آئی ایم رانگ۔" ابھی آج ہی شام کو میں نے کہا کسی سے، "یو آر رائٹ، آئی ایم رانگ۔" کیوں میں ایسا کہتا ہوں؟ اس کا مطلب نہیں کہ میں غلط ہی غلط ہوں بالکل۔ یہ مطلب نہیں ہے۔ یہ</w:t>
      </w:r>
    </w:p>
    <w:p>
      <w:r>
        <w:rPr>
          <w:b/>
        </w:rPr>
        <w:t xml:space="preserve">[23:54] </w:t>
      </w:r>
      <w:r>
        <w:t>jante hue ke main sahi hoon, main kehta hoon, "I was wrong." 99 percent aisa hota hai ke main janta hoon ke main jo baat keh raha hoon, kaha maine, woh theek kaha maine. Phir bhi main keh deta hoon ke "I was wrong." Kyun? Negative thought ka ek particle bhi apne mind mein rakhna nahi chahta main.</w:t>
      </w:r>
    </w:p>
    <w:p>
      <w:pPr>
        <w:jc w:val="right"/>
      </w:pPr>
      <w:r>
        <w:t>جانتے ہوئے کہ میں صحیح ہوں، میں کہتا ہوں، "آئی واز رانگ۔" 99 پرسنٹ ایسا ہوتا ہے کہ میں جانتا ہوں کہ میں جو بات کہہ رہا ہوں، کہا میں نے، وہ ٹھیک کہا میں نے۔ پھر بھی میں کہہ دیتا ہوں کہ "آئی واز رانگ۔" کیوں؟ نیگیٹیو تھاٹ کا ایک پارٹیکل بھی اپنے مائنڈ میں رکھنا نہیں چاہتا میں۔</w:t>
      </w:r>
    </w:p>
    <w:p>
      <w:r>
        <w:rPr>
          <w:b/>
        </w:rPr>
        <w:t xml:space="preserve">[24:13] </w:t>
      </w:r>
      <w:r>
        <w:t>Jaldi se khatam karta hoon is baat ko. Kisi se maine ek baat kahi, ab is se argument ho gaya, aur wahan par thoda negative thought mere andar aa gaya ke dekho yeh baat manta nahi aadmi. To meri, mere andar bhi ana hai, mere andar bhi ego hai, woh touch hua. To</w:t>
      </w:r>
    </w:p>
    <w:p>
      <w:pPr>
        <w:jc w:val="right"/>
      </w:pPr>
      <w:r>
        <w:t>جلدی سے ختم کرتا ہوں اس بات کو۔ کسی سے میں نے ایک بات کہی، اب اس سے ارگومنٹ ہو گیا، اور وہاں پر تھوڑا نیگیٹیو تھاٹ میرے اندر آ گیا کہ دیکھو یہ بات مانتا نہیں آدمی۔ تو میری، میرے اندر بھی انا ہے، میرے اندر بھی ایگو ہے، وہ ٹچ ہوا۔ تو</w:t>
      </w:r>
    </w:p>
    <w:p>
      <w:r>
        <w:rPr>
          <w:b/>
        </w:rPr>
        <w:t xml:space="preserve">[24:33] </w:t>
      </w:r>
      <w:r>
        <w:t>yeh sawal nahi hai ke galat kaun hai, sahi kaun hai. Yeh sawal hai ke is se ek negative thought aa gaya. To apne aap ko is negativity se bachane ke liye main kehta hoon, "Kai was wrong, you are right." Yeh ek sacrifice mujhe deni padti hai rozana. Is</w:t>
      </w:r>
    </w:p>
    <w:p>
      <w:pPr>
        <w:jc w:val="right"/>
      </w:pPr>
      <w:r>
        <w:t>یہ سوال نہیں ہے کہ غلط کون ہے، صحیح کون ہے۔ یہ سوال ہے کہ اس سے ایک نیگیٹیو تھاٹ آ گیا۔ تو اپنے آپ کو اس نیگیٹیوٹی سے بچانے کے لیے میں کہتا ہوں، "کائی واز رانگ، یو آر رائٹ۔" یہ ایک سیکریفائس مجھے دینی پڑتی ہے روزانہ۔ اس</w:t>
      </w:r>
    </w:p>
    <w:p>
      <w:r>
        <w:rPr>
          <w:b/>
        </w:rPr>
        <w:t xml:space="preserve">[24:51] </w:t>
      </w:r>
      <w:r>
        <w:t>tarike se tarah tarah ke comfort, tarah tarah ki luxury, tarah tarah ke material charm, aur consumerism, aur fame, aur duniya bhar ki cheezein har waqt kheenchti hain. Mujhe khud bhi kheenchti hain, har subah sham kheenchti hain. Main</w:t>
      </w:r>
    </w:p>
    <w:p>
      <w:pPr>
        <w:jc w:val="right"/>
      </w:pPr>
      <w:r>
        <w:t>طریقے سے طرح طرح کے کمفرٹ، طرح طرح کی لگزری، طرح طرح کے مٹیریل چارم، اور کنزیومرزم، اور فیم، اور دنیا بھر کی چیزیں ہر وقت کھینچتی ہیں۔ مجھے خود بھی کھینچتی ہیں، ہر صبح شام کھینچتی ہیں۔ میں</w:t>
      </w:r>
    </w:p>
    <w:p>
      <w:r>
        <w:rPr>
          <w:b/>
        </w:rPr>
        <w:t xml:space="preserve">[25:10] </w:t>
      </w:r>
      <w:r>
        <w:t>to apne bare mein ek, is se pehle maine bataya tha aap ko ke yeh sher main padhta rehta hoon aksar ke "Meri hawas ko aish do alam bhi tha qubool, tera karam ke tu ne diya dil dukha hua." Yeh sari duniya ka sara aish mujhe chahiye tha, lekin</w:t>
      </w:r>
    </w:p>
    <w:p>
      <w:pPr>
        <w:jc w:val="right"/>
      </w:pPr>
      <w:r>
        <w:t>تو اپنے بارے میں ایک، اس سے پہلے میں نے بتایا تھا آپ کو کہ یہ شعر میں پڑھتا رہتا ہوں اکثر کہ "میری ہوس کو عیش دو عالم بھی تھا قبول، تیرا کرم کہ تو نے دیا دل دکھا ہوا۔" یہ ساری دنیا کا سارا عیش مجھے چاہیے تھا، لیکن</w:t>
      </w:r>
    </w:p>
    <w:p>
      <w:r>
        <w:rPr>
          <w:b/>
        </w:rPr>
        <w:t xml:space="preserve">[25:30] </w:t>
      </w:r>
      <w:r>
        <w:t>yeh Khuda ki inayath thi ke mujhe nahi diya. Woh ne jahan tak meri apni desire ki baat hai, to main yeh chahta tha ke sari duniya ka sara luxury mujhe mil jaye. To har insan chahe koi bhi ho, main is mein us se alag nahi hoon</w:t>
      </w:r>
    </w:p>
    <w:p>
      <w:pPr>
        <w:jc w:val="right"/>
      </w:pPr>
      <w:r>
        <w:t>یہ خدا کی عنایت تھی کہ مجھے نہیں دیا۔ وہ نے جہاں تک میری اپنی ڈیزائر کی بات ہے، تو میں یہ چاہتا تھا کہ ساری دنیا کا سارا لگزری مجھے مل جائے۔ تو ہر انسان چاہے کوئی بھی ہو، میں اس میں اس سے الگ نہیں ہوں</w:t>
      </w:r>
    </w:p>
    <w:p>
      <w:r>
        <w:rPr>
          <w:b/>
        </w:rPr>
        <w:t xml:space="preserve">[25:50] </w:t>
      </w:r>
      <w:r>
        <w:t>ke bahut har subah sham bahut si cheezein kheenchti hain aap ko, aap ki concentration ko hatati hain. Wahan par aap ko sacrifice karni padti hai, apni desire ko kuchalna padta hai, apni khwahish ko mitana padta hai, apne ego ko kuchalna padta hai, apni</w:t>
      </w:r>
    </w:p>
    <w:p>
      <w:pPr>
        <w:jc w:val="right"/>
      </w:pPr>
      <w:r>
        <w:t>کہ بہت ہر صبح شام بہت سی چیزیں کھینچتی ہیں آپ کو، آپ کی کنسنٹریشن کو ہٹاتی ہیں۔ وہاں پر آپ کو سیکریفائس کرنی پڑتی ہے، اپنی ڈیزائر کو کچلنا پڑتا ہے، اپنی خواہش کو مٹانا پڑتا ہے، اپنے ایگو کو کچلنا پڑتا ہے، اپنی</w:t>
      </w:r>
    </w:p>
    <w:p>
      <w:r>
        <w:rPr>
          <w:b/>
        </w:rPr>
        <w:t xml:space="preserve">[26:09] </w:t>
      </w:r>
      <w:r>
        <w:t>ana ko dabana padta hai. Har din, har subah sham. To religious persecution ke zamane mein yaad rakhiye, agar physical, physical woh hota tha, yani physical t</w:t>
      </w:r>
    </w:p>
    <w:p>
      <w:pPr>
        <w:jc w:val="right"/>
      </w:pPr>
      <w:r>
        <w:t>انا کو دبانا پڑتا ہے۔ ہر دن، ہر صبح شام۔ تو ریلیجس پرسیکیوشن کے زمانے میں یاد رکھیے، اگر فزیکل، فزیکل وہ ہوتا تھا، یعنی فزیکل ٹ</w:t>
      </w:r>
    </w:p>
    <w:p>
      <w:r>
        <w:rPr>
          <w:b/>
        </w:rPr>
        <w:t xml:space="preserve">[26:28] </w:t>
      </w:r>
      <w:r>
        <w:t>archar, religious persecution ke zamane mein agar logon ka physical torture hota tha, aaj hum ko intellectual torture karna parta hai. yaad rakhiye, jab tak aap is ke liye tayyar na hon, intellectual torture ke liye, tab tak yeh possible nahi hai ke aa</w:t>
      </w:r>
    </w:p>
    <w:p>
      <w:pPr>
        <w:jc w:val="right"/>
      </w:pPr>
      <w:r>
        <w:t>ارچر، ریلیجس پرسیکیوشن کے زمانے میں اگر لوگوں کا فزیکل ٹارچر ہوتا تھا، آج ہم کو انٹلیکچول ٹارچر کرنا پڑتا ہے۔ یاد رکھیے، جب تک آپ اس کے لیے تیار نہ ہوں، انٹلیکچول ٹارچر کے لیے، تب تک یہ پاسیبل نہیں ہے کہ آ</w:t>
      </w:r>
    </w:p>
    <w:p>
      <w:r>
        <w:rPr>
          <w:b/>
        </w:rPr>
        <w:t xml:space="preserve">[26:47] </w:t>
      </w:r>
      <w:r>
        <w:t>j jo cheezein khuli hain, oonche darje ka, oonche level ka jo realization jo khula hai, oonche darje ke jo glory ke saman khule hain, jo science ne khola hai, us ko aap pa saken. maine dekha hai, achhe achhe jo B.Sc, M.Sc kiye hue hain, kuch bhi unhein maarfat</w:t>
      </w:r>
    </w:p>
    <w:p>
      <w:pPr>
        <w:jc w:val="right"/>
      </w:pPr>
      <w:r>
        <w:t>ج جو چیزیں کھلی ہیں، اونچے درجے کا، اونچے لیول کا جو ریلائزیشن جو کھلا ہے، اونچے درجے کے جو گلوری کے سامان کھلے ہیں، جو سائنس نے کھولا ہے، اس کو آپ پا سکیں۔ میں نے دیکھا ہے، اچھے اچھے جو بی ایس سی، ایم ایس سی کیے ہوئے ہیں، کچھ بھی انہیں معر</w:t>
      </w:r>
    </w:p>
    <w:p>
      <w:r>
        <w:rPr>
          <w:b/>
        </w:rPr>
        <w:t xml:space="preserve">[27:05] </w:t>
      </w:r>
      <w:r>
        <w:t>fat nahi milti. agar ek ek technical subject ke taur par un se aap poochein, un ko bolne ke liye kahein, to hazaron technical baatein woh kar dalenge. hazaron technical baatein woh kar dalenge. lekin in baaton mein maarfat ko extract, extract karna,</w:t>
      </w:r>
    </w:p>
    <w:p>
      <w:pPr>
        <w:jc w:val="right"/>
      </w:pPr>
      <w:r>
        <w:t>فت نہیں ملتی۔ اگر ایک ایک ٹیکنیکل سبجیکٹ کے طور پر ان سے آپ پوچھیں، ان کو بولنے کے لیے کہیں، تو ہزاروں ٹیکنیکل باتیں وہ کر ڈالیں گے۔ ہزاروں ٹیکنیکل باتیں وہ کر ڈالیں گے۔ لیکن ان باتوں میں معرفت کو ایکسٹریکٹ، ایکسٹریکٹ کرنا،</w:t>
      </w:r>
    </w:p>
    <w:p>
      <w:r>
        <w:rPr>
          <w:b/>
        </w:rPr>
        <w:t xml:space="preserve">[27:23] </w:t>
      </w:r>
      <w:r>
        <w:t>yeh un ke bas mein nahi hota. un ke bas mein nahi hota. kyun? unhon ne woh sacrifice nahi di. yaani intellectual torture nahi kiya apna unhon ne. is liye woh technical level par to bohat kuch dikhai parte hain, lekin maarfat ke level par, r</w:t>
      </w:r>
    </w:p>
    <w:p>
      <w:pPr>
        <w:jc w:val="right"/>
      </w:pPr>
      <w:r>
        <w:t>یہ ان کے بس میں نہیں ہوتا۔ ان کے بس میں نہیں ہوتا۔ کیوں؟ انہوں نے وہ سیکریفائس نہیں دی۔ یعنی انٹلیکچول ٹارچر نہیں کیا اپنا انہوں نے۔ اس لیے وہ ٹیکنیکل لیول پر تو بہت کچھ دکھائی پڑتے ہیں، لیکن معرفت کے لیول پر، ر</w:t>
      </w:r>
    </w:p>
    <w:p>
      <w:r>
        <w:rPr>
          <w:b/>
        </w:rPr>
        <w:t xml:space="preserve">[27:42] </w:t>
      </w:r>
      <w:r>
        <w:t>ealization ke level par, kuch bhi nahi, nothing bilkul, zero hain. to yeh jo maine kaha ke ke scientific framework mein bohat hi oonche darje ki ka realization possible ho gaya hai, jis ki ek chhoti si misaal maine di aap ko. yeh</w:t>
      </w:r>
    </w:p>
    <w:p>
      <w:pPr>
        <w:jc w:val="right"/>
      </w:pPr>
      <w:r>
        <w:t>یلائزیشن کے لیول پر، کچھ بھی نہیں، نتھنگ بالکل، صفر، زیرو ہیں۔ تو یہ جو میں نے کہا کہ کہ سائنٹیفک فریم ورک میں بہت ہی اونچے درجے کی کا ریلائزیشن پاسیبل ہو گیا ہے، جس کی ایک چھوٹی سی مثال میں نے دی آپ کو۔ یہ</w:t>
      </w:r>
    </w:p>
    <w:p>
      <w:r>
        <w:rPr>
          <w:b/>
        </w:rPr>
        <w:t xml:space="preserve">[28:02] </w:t>
      </w:r>
      <w:r>
        <w:t>kab aap payenge? jab ke dobara aap is ke liye tayyar hon ke jis tarah unhon ne apna physical torture bardasht kiya, usi tarah apna intellectual torture bardasht karein. otherwise is impossible.</w:t>
      </w:r>
    </w:p>
    <w:p>
      <w:pPr>
        <w:jc w:val="right"/>
      </w:pPr>
      <w:r>
        <w:t>کب آپ پائیں گے؟ جب کہ دوبارہ آپ اس کے لیے تیار ہوں کہ جس طرح انہوں نے اپنا فزیکل ٹارچر برداشت کیا، اسی طرح اپنا انٹلیکچول ٹارچر برداشت کریں۔ ادروائز از امپاسیبل۔</w:t>
      </w:r>
    </w:p>
    <w:p>
      <w:r>
        <w:rPr>
          <w:b/>
        </w:rPr>
        <w:t xml:space="preserve">[28:20] </w:t>
      </w:r>
      <w:r>
        <w:t>to ek baat yeh hai. doosri baat jo hai woh hai daawa work se talluq rakhne wali. main jahan tak maine samjha hai, jo padha hai maine, to do cheezein insan ko chahiye</w:t>
      </w:r>
    </w:p>
    <w:p>
      <w:pPr>
        <w:jc w:val="right"/>
      </w:pPr>
      <w:r>
        <w:t>تو ایک بات یہ ہے۔ دوسری بات جو ہے وہ ہے دعوی ورک سے تعلق رکھنے والی۔ میں جہاں تک میں نے سمجھا ہے، جو پڑھا ہے میں نے، تو دو چیزیں انسان کو چاہ</w:t>
      </w:r>
    </w:p>
    <w:p>
      <w:r>
        <w:rPr>
          <w:b/>
        </w:rPr>
        <w:t xml:space="preserve">[28:38] </w:t>
      </w:r>
      <w:r>
        <w:t>hain, do cheezein paradise lene ke liye. paradise kisi ko free mein nahi milegi. koi sasta certificate paradise ka nahi hua karta. bohat se log hain jo sasta ticket bantate hain paradise ka, wahan bheed lagi hui hai khidkiyon par.</w:t>
      </w:r>
    </w:p>
    <w:p>
      <w:pPr>
        <w:jc w:val="right"/>
      </w:pPr>
      <w:r>
        <w:t>یے، دو چیزیں پیراڈائز لینے کے لیے۔ پیراڈائز کسی کو فری میں نہیں ملے گی۔ کوئی سستا سرٹیفیکیٹ پیراڈائز کا نہیں ہوا کرتا۔ بہت سے لوگ ہیں جو سستا ٹکٹ بانٹتے ہیں پیراڈائز کا، وہاں بھیڑ لگی ہوئی ہے کھڑکیوں پر۔</w:t>
      </w:r>
    </w:p>
    <w:p>
      <w:r>
        <w:rPr>
          <w:b/>
        </w:rPr>
        <w:t xml:space="preserve">[28:57] </w:t>
      </w:r>
      <w:r>
        <w:t>yeh sab jhoota certificate hai, yeh kuch kaam nahi aane wala hai. to main apna ek qissa maine is se pehle bayan kiya tha, lekin mujhe yaad aata hai aksar woh jab main dekhta hoon ke kuch khidkiyan khuli hui hain jahan free mein paradise ka certificate but raha hai ke</w:t>
      </w:r>
    </w:p>
    <w:p>
      <w:pPr>
        <w:jc w:val="right"/>
      </w:pPr>
      <w:r>
        <w:t>یہ سب جھوٹا سرٹیفیکیٹ ہے، یہ کچھ کام نہیں آنے والا ہے۔ تو میں اپنا ایک قصہ میں نے اس سے پہلے بیان کیا تھا، لیکن مجھے یاد آتا ہے اکثر وہ جب میں دیکھتا ہوں کہ کچھ کھڑکیاں کھلی ہوئی ہیں جہاں فری میں پیراڈائز کا سرٹیفیکیٹ بٹ رہا ہے کہ</w:t>
      </w:r>
    </w:p>
    <w:p>
      <w:r>
        <w:rPr>
          <w:b/>
        </w:rPr>
        <w:t xml:space="preserve">[29:17] </w:t>
      </w:r>
      <w:r>
        <w:t>ek martaba yeh keh do, ek martaba yeh dua padh lo to paradise pakki ho gayi, ek martaba woh do rakat namaz padh lo falan time mein, paradise pakki ho gayi. yeh chhoti chhoti baaton par paradise banti ja rahi hai. aur yeh maine</w:t>
      </w:r>
    </w:p>
    <w:p>
      <w:pPr>
        <w:jc w:val="right"/>
      </w:pPr>
      <w:r>
        <w:t>ایک مرتبہ یہ کہہ دو، ایک مرتبہ یہ دعا پڑھ لو تو پیراڈائز پکی ہو گئی، ایک مرتبہ وہ دو رکعت نماز پڑھ لو فلاں ٹائم میں، پیراڈائز پکی ہو گئی۔ یہ چھوٹی چھوٹی باتوں پر پیراڈائز بانٹی جا رہی ہے۔ اور یہ میں</w:t>
      </w:r>
    </w:p>
    <w:p>
      <w:r>
        <w:rPr>
          <w:b/>
        </w:rPr>
        <w:t xml:space="preserve">[29:35] </w:t>
      </w:r>
      <w:r>
        <w:t>dekha yeh sab jhoote certificate hain. to mujhe apna ek qissa yaad aata hai bachpan ka jab main chhota tha to main Aligarh shehar mein tha us waqt. wahan par ek school tha, ek shayad uska naam tha Meston, Meston Church School</w:t>
      </w:r>
    </w:p>
    <w:p>
      <w:pPr>
        <w:jc w:val="right"/>
      </w:pPr>
      <w:r>
        <w:t>نے دیکھا یہ سب جھوٹے سرٹیفیکیٹ ہیں۔ تو مجھے اپنا ایک قصہ یاد آتا ہے بچپن کا جب میں چھوٹا تھا تو میں عالمگڑ شہر میں تھا اس وقت۔ وہاں پر ایک ایک اسکول تھا، ایک شاید اس کا نام تھا مسٹن، مسٹن چرچ اسکول</w:t>
      </w:r>
    </w:p>
    <w:p>
      <w:r>
        <w:rPr>
          <w:b/>
        </w:rPr>
        <w:t xml:space="preserve">[29:53] </w:t>
      </w:r>
      <w:r>
        <w:t>aesa kuch naam tha uska. to maine dekha ke wahan par bheed lagi hui hai aur wahan par mithai bant rahi hai. ek khidki par ladke jaate hain mithai le kar ke lautate hain. to main bhi line mein khada ho gaya. chhoti chhoti matlab ki baat hai. sab woh q</w:t>
      </w:r>
    </w:p>
    <w:p>
      <w:pPr>
        <w:jc w:val="right"/>
      </w:pPr>
      <w:r>
        <w:t>، ایسا کچھ نام تھا اس کا۔ تو میں نے دیکھا کہ وہاں پر بھیڑ لگی ہوئی ہے اور وہاں پر مٹھائی بٹ رہی ہے۔ ایک کھڑکی پر لڑکے جاتے ہیں مٹھائی لے کر کے لوٹتے ہیں۔ تو میں بھی لائن میں کھڑا ہو گیا۔ چھوٹی چھوٹی مطلب کی بات ہے۔ سب وہ کیو</w:t>
      </w:r>
    </w:p>
    <w:p>
      <w:r>
        <w:rPr>
          <w:b/>
        </w:rPr>
        <w:t xml:space="preserve">[30:11] </w:t>
      </w:r>
      <w:r>
        <w:t>mein tha. khada ho gaya main to koi chalti rahi aage. jab main khidke pe pahuncha to us ne poocha ke woh identity card. to main us us lafz ke matlab nahi samajhta tha us waqt. main jaanta tha kya cheez hoti hai identity card. to maine kaha mere paas to k</w:t>
      </w:r>
    </w:p>
    <w:p>
      <w:pPr>
        <w:jc w:val="right"/>
      </w:pPr>
      <w:r>
        <w:t>میں تھا۔ کھڑا ہو گیا میں تو کوئی چلتی رہی آگے۔ جب میں کھڑکے پہ پہنچا تو اس نے پوچھا کہ وہ ائیڈنٹٹی کارڈ۔ تو میں اس اس لفظ کے مطلب نہیں سمجھتا تھا اس وقت۔ میں جانتا تھا کیا چیز ہوتی ہے ائیڈنٹٹی کارڈ۔ تو میں نے کہا میرے پاس تو ک</w:t>
      </w:r>
    </w:p>
    <w:p>
      <w:r>
        <w:rPr>
          <w:b/>
        </w:rPr>
        <w:t xml:space="preserve">[30:29] </w:t>
      </w:r>
      <w:r>
        <w:t>uchh bhi nahi hai. to us ne kaha ke jao. to aise hi yeh sab hain jo bant rahe hain certificate idhar udhar. woh aise hi hain ke wahan jab gate par pahunchenge to angel utha dega un ko ke jao yahan tumhara koi kaam nahi hai. kyunke dekhein paradise mile kisi certificate par nahi. kya</w:t>
      </w:r>
    </w:p>
    <w:p>
      <w:pPr>
        <w:jc w:val="right"/>
      </w:pPr>
      <w:r>
        <w:t>چھ بھی نہیں ہے۔ تو اس نے کہا کہ جاؤ۔ تو ایسے ہی یہ سب ہیں جو بٹ رہے ہیں سرٹیفیکیٹ ادھر ادھر۔ وہ ایسے ہی ہیں کہ وہاں جب گیٹ پر پہنچیں گے تو اینجل اٹھا دے گا ان کو کہ جاؤ یہاں تمہارا کوئی کام نہیں ہے۔ کیونکہ دیکھیں پیراڈائز ملے کسی سرٹیفیکیٹ پر نہیں۔ کیا</w:t>
      </w:r>
    </w:p>
    <w:p>
      <w:r>
        <w:rPr>
          <w:b/>
        </w:rPr>
        <w:t xml:space="preserve">[30:49] </w:t>
      </w:r>
      <w:r>
        <w:t>personality banai aap ne apne andar? purified personality ke liye paradise hai. kisi certificate par paradise nahi hai. kisi ka daman thaam liya aap ne to paradise mil gayi. kuch kuch word hain, kuch s</w:t>
      </w:r>
    </w:p>
    <w:p>
      <w:pPr>
        <w:jc w:val="right"/>
      </w:pPr>
      <w:r>
        <w:t>پرسنلٹی بنائی آپ نے اپنے اندر؟ پیوریفائیڈ پرسنلٹی کے لیے پیراڈائز ہے۔ کسی سرٹیفیکیٹ پر پیراڈائز نہیں ہے۔ کسی کا دامن تھام لیا آپ نے تو پیراڈائز مل گئی۔ کچھ کچھ ورڈ ہیں، کچھ س</w:t>
      </w:r>
    </w:p>
    <w:p>
      <w:r>
        <w:rPr>
          <w:b/>
        </w:rPr>
        <w:t xml:space="preserve">[31:07] </w:t>
      </w:r>
      <w:r>
        <w:t>ecret muqaddas, us ko dohra liya to paradise mil gayi. koi khaas time hai us mein aap ne do unit namaz padhi to paradise mil gayi. yeh sab jhoote certificate hain. aap ko apne andar ek ek personality, ek shakhsiyat banana hai. aaj kal personality develop</w:t>
      </w:r>
    </w:p>
    <w:p>
      <w:pPr>
        <w:jc w:val="right"/>
      </w:pPr>
      <w:r>
        <w:t>یکرٹ مقدس، اس کو دہرا لیا تو پیراڈائز مل گئی۔ کوئی خاص ٹائم ہے اس میں آپ نے دو یونٹ نماز پڑھی تو پیراڈائز مل گئی۔ یہ سب جھوٹے سرٹیفیکیٹ ہیں۔ آپ کو اپنے اندر ایک ایک پرسنلٹی، ایک شخصیت بنانا ہے۔ آج کل پرسنلٹی ڈیولپ</w:t>
      </w:r>
    </w:p>
    <w:p>
      <w:r>
        <w:rPr>
          <w:b/>
        </w:rPr>
        <w:t xml:space="preserve">[31:25] </w:t>
      </w:r>
      <w:r>
        <w:t>ment ka lafz bola jata hai zyada tar, yaani physical sense mein. main is ko spiritual sense mein bolta hoon. spiritual sense mein. to aap ka jo being hai, to ek to aap ka yeh physical being hai, ek aap ke andar ki being hai. andar ki jo being hai, jismein desire hai, jismein lust</w:t>
      </w:r>
    </w:p>
    <w:p>
      <w:pPr>
        <w:jc w:val="right"/>
      </w:pPr>
      <w:r>
        <w:t>منٹ کا لفظ بولا جاتا ہے زیادہ تر، یعنی فزیکل سینس میں۔ میں اس کو اسپرچول سینس میں بولتا ہوں۔ اسپرچول سینس میں۔ تو آپ کا جو بینگ ہے، تو ایک تو آپ کا یہ فزیکل بینگ ہے، ایک آپ کے اندر کی بینگ ہے۔ اندر کی جو بینگ ہے، جس میں ڈیزائر ہے، جس میں ل</w:t>
      </w:r>
    </w:p>
    <w:p>
      <w:r>
        <w:rPr>
          <w:b/>
        </w:rPr>
        <w:t xml:space="preserve">[31:43] </w:t>
      </w:r>
      <w:r>
        <w:t>hai, jismein bohat sari ambitions hain, ego hai, aur sari cheezein hain, to us woh jo andar wali personality hai, us personality ko purify karna, us ko rabbani shakhsiyat banana, us ko divine personality banana, yeh</w:t>
      </w:r>
    </w:p>
    <w:p>
      <w:pPr>
        <w:jc w:val="right"/>
      </w:pPr>
      <w:r>
        <w:t>سٹ ہے، جس میں بہت ساری ایمبیشنز ہیں، ایگو ہے، اور ساری چیزیں ہیں، تو اس وہ جو اندر والی پرسنلٹی ہے، اس پرسنلٹی کو پیوریفائی کرنا، اس کو ربانی شخصیت بنانا، اس کو ڈیوائن پرسنلٹی بنانا، یہ</w:t>
      </w:r>
    </w:p>
    <w:p>
      <w:r>
        <w:rPr>
          <w:b/>
        </w:rPr>
        <w:t xml:space="preserve">[32:02] </w:t>
      </w:r>
      <w:r>
        <w:t>hai asal cheez jo aap ko aap aap deserve karenge wahan paradise mein basaye jaane ke liye. to masla jo hai qualified hone ka hai, deserving candidate hone ka hai, na ke koi certificate. to to maine jahan tak samjha hai ke do</w:t>
      </w:r>
    </w:p>
    <w:p>
      <w:pPr>
        <w:jc w:val="right"/>
      </w:pPr>
      <w:r>
        <w:t>ہے اصل چیز جو آپ کو آپ آپ ڈیزرو کریں گے وہاں پیراڈائز میں بسائے جانے کے لیے۔ تو مسئلہ جو ہے کوالیفائیڈ ہونا ہونے کا ہے، ڈیزرونگ کینڈیڈیٹ ہونے کا ہے، نہ کہ کوئی سرٹیفیکیٹ۔ تو تو میں نے جہاں تک سمجھا ہے کہ دو</w:t>
      </w:r>
    </w:p>
    <w:p>
      <w:r>
        <w:rPr>
          <w:b/>
        </w:rPr>
        <w:t xml:space="preserve">[32:20] </w:t>
      </w:r>
      <w:r>
        <w:t>cheezein chahiye. ek hai maarfat, ek hai daawa. yaani ek hai realization, ek hai daawa work. yeh do basic cheezein hain. to maarfat ya realization jo hai, maine arz kiya ke ek darja woh tha jo trady</w:t>
      </w:r>
    </w:p>
    <w:p>
      <w:pPr>
        <w:jc w:val="right"/>
      </w:pPr>
      <w:r>
        <w:t>چیزیں چاہیے۔ ایک ہے معرفت، ایک ہے دعوت۔ یعنی ایک ہے ریلائزیشن، ایک ہے دعوی ورک۔ یہ دو بیسک چیزیں ہیں۔ تو معرفت یا ریلائزیشن جو ہے، میں نے عرض کیا کہ ایک درجہ وہ تھا جو ٹریڈی</w:t>
      </w:r>
    </w:p>
    <w:p>
      <w:r>
        <w:rPr>
          <w:b/>
        </w:rPr>
        <w:t xml:space="preserve">[32:38] </w:t>
      </w:r>
      <w:r>
        <w:t>shanal framework mein milta tha aadmi ko. aur doosra darja jo aaj hai jo scientific framework mein milta hai, woh main ne is ki ek misaal arz ki. aisi baatein aaj hain, yaani aise aisi sachaiyan khul chuki hain, e</w:t>
      </w:r>
    </w:p>
    <w:p>
      <w:pPr>
        <w:jc w:val="right"/>
      </w:pPr>
      <w:r>
        <w:t>شنل فریم ورک میں ملتا تھا آدمی کو۔ اور دوسرا درجہ جو آج ہے جو سائنٹیفک فریم ورک میں ملتا ہے، وہ میں نے اس کی ایک مثال عرض کی۔ ایسی باتیں آج ہیں، یعنی ایسے ایسی سچائیاں کھل چکی ہیں، ای</w:t>
      </w:r>
    </w:p>
    <w:p>
      <w:r>
        <w:rPr>
          <w:b/>
        </w:rPr>
        <w:t xml:space="preserve">[32:57] </w:t>
      </w:r>
      <w:r>
        <w:t>se hidden treasure saamne aa chuke hain, nature ke aise raaz khul chuke hain jo aap ke personality ko develop karte hain, aap ke andar noorani shakhsiyat banate hain. woh karna hai aap ko jis se Khuda par be inteha yaqeen aata hai, unlimited conviction aata hai aap</w:t>
      </w:r>
    </w:p>
    <w:p>
      <w:pPr>
        <w:jc w:val="right"/>
      </w:pPr>
      <w:r>
        <w:t>سے ہڈن ٹریزر سامنے آ چکے ہیں، نیچر کے ایسے راز کھل چکے ہیں جو آپ کے پرسنلٹی کو ڈیولپ کرتے ہیں، آپ کے اندر نورانی شخصیت بناتے ہیں۔ وہ کرنا ہے آپ کو جس سے خدا پر بے انتہا یقین آتا ہے، ان لمیٹڈ کنوکشن آتا ہے آپ</w:t>
      </w:r>
    </w:p>
    <w:p>
      <w:r>
        <w:rPr>
          <w:b/>
        </w:rPr>
        <w:t xml:space="preserve">[33:15] </w:t>
      </w:r>
      <w:r>
        <w:t>ko Khuda ke upar. paradise par unlimited conviction aata hai. aise lagta hai ke aap Khuda ko dekh rahe hain. aise lagta hai ke aap paradise aap ke saamne hai. aise lagta hai ke angel sach much aap ke saamne khade hue hain. yeh sab sach much jaise dikhai dene lagta hai. yaani unseen world aap</w:t>
      </w:r>
    </w:p>
    <w:p>
      <w:pPr>
        <w:jc w:val="right"/>
      </w:pPr>
      <w:r>
        <w:t>کو خدا کے اوپر۔ پیراڈائز پر ان لمیٹڈ کنوکشن آتا ہے۔ ایسے لگتا ہے کہ آپ خدا کو دیکھ رہے ہیں۔ ایسے لگتا ہے کہ آپ پیراڈائز آپ کے سامنے ہے۔ ایسے لگتا ہے کہ اینجل سچ مچ آپ کے سامنے کھڑے ہوئے ہیں۔ یہ سب سچ مچ جیسے دکھائی دینے لگتا ہے۔ یعنی ان سین ورلڈ آپ</w:t>
      </w:r>
    </w:p>
    <w:p>
      <w:r>
        <w:rPr>
          <w:b/>
        </w:rPr>
        <w:t xml:space="preserve">[33:33] </w:t>
      </w:r>
      <w:r>
        <w:t>ke liye seen world ban jata hai. agar main is ki pehchan bataun ke yeh jo realization hai, is ki pehchan kya hai? is ki pehchan yeh hai ke unseen world aap ke liye seen world ban jaye. yahi pehchan is ki hai. toh ek baat yeh hui. doosri baat jo hai woh daawa work.</w:t>
      </w:r>
    </w:p>
    <w:p>
      <w:pPr>
        <w:jc w:val="right"/>
      </w:pPr>
      <w:r>
        <w:t>کے لیے سین ورلڈ بن جاتا ہے۔ اگر میں اس کی پہچان بتاؤں کہ یہ جو ریلائزیشن ہے، اس کی پہچان کیا ہے؟ اس کی پہچان یہ ہے کہ ان سین ورلڈ آپ کے لیے سین ورلڈ بن جائے۔ یہی پہچان اس کی ہے۔ تو ایک بات یہ ہوئی۔ دوسری بات جو ہے وہ دعوی ورک۔</w:t>
      </w:r>
    </w:p>
    <w:p>
      <w:r>
        <w:rPr>
          <w:b/>
        </w:rPr>
        <w:t xml:space="preserve">[33:53] </w:t>
      </w:r>
      <w:r>
        <w:t>daawa work ke silsile mein aap jante hain ke Khuda ka message pahunchana yeh hai kaam aur yeh hai saari zindagi karna hai. toh is se pehle main ne aap se yeh baat arz ki hai ke hadith mein aaya hai baad ke zamane ke liye</w:t>
      </w:r>
    </w:p>
    <w:p>
      <w:pPr>
        <w:jc w:val="right"/>
      </w:pPr>
      <w:r>
        <w:t>دعوی ورک کے سلسلے میں آپ جانتے ہیں کہ خدا کا میسج پہنچانا یہ ہے کام اور یہ ہے ساری زندگی کرنا ہے۔ تو اس سے پہلے میں نے آپ سے یہ بات عرض کی ہے کہ حدیث میں آیا ہے بعد کے زمانے کے لیے</w:t>
      </w:r>
    </w:p>
    <w:p>
      <w:r>
        <w:rPr>
          <w:b/>
        </w:rPr>
        <w:t xml:space="preserve">[34:12] </w:t>
      </w:r>
      <w:r>
        <w:t>, yaani prophet ke baad ka zamana, ya yun keh lijiye ke aakhri zamana aaye ga jab ke Khuda sachai ki baat ya Islam ka kalma har chote bade ghar mein dakhil kar de ga. yaani idkhaal</w:t>
      </w:r>
    </w:p>
    <w:p>
      <w:pPr>
        <w:jc w:val="right"/>
      </w:pPr>
      <w:r>
        <w:t>، یعنی پرافٹ کے بعد کا زمانہ، یا یوں کہہ لیجئے کہ آخری زمانہ آئے گا جب کہ خدا سچائی کی بات یا اسلام کا کلمہ ہر چھوٹے بڑے گھر میں داخل کر دے گا۔ یعنی ادخال</w:t>
      </w:r>
    </w:p>
    <w:p>
      <w:r>
        <w:rPr>
          <w:b/>
        </w:rPr>
        <w:t xml:space="preserve">[34:30] </w:t>
      </w:r>
      <w:r>
        <w:t>kalma, is ko main kehta hoon kalma ka, yeh word of God ka har ghar mein dakhil ho jana. toh yeh ek historical process hai. Khuda ne yeh process chalaya hazar saal se, yeh process chal raha hai. hote hote hote ab is ka culmination ho chuka hai. y</w:t>
      </w:r>
    </w:p>
    <w:p>
      <w:pPr>
        <w:jc w:val="right"/>
      </w:pPr>
      <w:r>
        <w:t>کلمہ، اس کو میں کہتا ہوں کلمہ کا، یہ ورڈ اف گاڈ کا ہر گھر میں داخل ہو جانا۔ تو یہ ایک ہسٹاریکل پروسیس ہے۔ خدا نے یہ پروسیس چلایا ہزار سال سے، یہ پروسیس چل رہا ہے۔ ہوتے ہوتے ہوتے اب اس کا کلمینیشن ہو چکا ہے۔ ی</w:t>
      </w:r>
    </w:p>
    <w:p>
      <w:r>
        <w:rPr>
          <w:b/>
        </w:rPr>
        <w:t xml:space="preserve">[34:48] </w:t>
      </w:r>
      <w:r>
        <w:t>aani Khuda ko yeh matloob tha ke is ki baat har ghar mein pahunche. aur historical process ke through woh chalta raha, chalta raha, chalta raha. yahan tak ke aaj woh wahan pahunch gaya jab ke sach much hi har ghar mein dakhil ho jaye. abhi parson ki baat hai ke</w:t>
      </w:r>
    </w:p>
    <w:p>
      <w:pPr>
        <w:jc w:val="right"/>
      </w:pPr>
      <w:r>
        <w:t>عنی خدا کو یہ مطلوب تھا کہ اس کی بات ہر گھر میں پہنچے۔ اور ہسٹاریکل پروسیس کے تھرو وہ چلتا رہا، چلتا رہا، چلتا رہا۔ یہاں تک کہ آج وہ وہاں پہنچ گیا جب کہ سچ مچ ہی ہر گھر میں داخل ہو جائے۔ ابھی پرسوں کی بات ہے کہ</w:t>
      </w:r>
    </w:p>
    <w:p>
      <w:r>
        <w:rPr>
          <w:b/>
        </w:rPr>
        <w:t xml:space="preserve">[35:07] </w:t>
      </w:r>
      <w:r>
        <w:t>Mr Rajat Malhotra jo hamare saathi hain, toh woh website hamare Geneva mein ek saahib hain jo expert hain is ke, toh un ki madad se, un ki help se woh website bana rahe hain hamare mission ka website. toh is ki report de rahe the woh ke unhone website bana kar kya</w:t>
      </w:r>
    </w:p>
    <w:p>
      <w:pPr>
        <w:jc w:val="right"/>
      </w:pPr>
      <w:r>
        <w:t>مسٹر رجت بلہوترا جو ہمارے ساتھی ہیں، تو وہ ویب سائٹ ہمارے جنیوا میں ایک صاحب ہیں جو ایکسپرٹ ہیں اس کے، تو ان کی مدد سے، ان کی ہیلپ سے وہ ویب سائٹ بنا رہے ہیں ہمارے مشن کا ویب سائٹ۔ تو اس کی رپورٹ دے رہے تھے وہ کہ انہوں نے ویب سائٹ بنا کر کیا</w:t>
      </w:r>
    </w:p>
    <w:p>
      <w:r>
        <w:rPr>
          <w:b/>
        </w:rPr>
        <w:t xml:space="preserve">[35:26] </w:t>
      </w:r>
      <w:r>
        <w:t>karte hain, is ko main nahi janta ke technical is ka word mujhe nahi maloom. bahar haal website tayyar ki hai unhone, toh is mein hum apna saara literature bhar sakte hain. Quran ka jo transmission ho raha hai, jo hum kar rahe hain, woh is mein saara ka saara daal sakte hain. aap saari jankari Islam ke</w:t>
      </w:r>
    </w:p>
    <w:p>
      <w:pPr>
        <w:jc w:val="right"/>
      </w:pPr>
      <w:r>
        <w:t>کرتے ہیں، اس کو میں نہیں جانتا کہ ٹیکنیکل اس کا ورڈ مجھے نہیں معلوم۔ بہرحال ویب سائٹ تیار کی ہے انہوں نے، تو اس میں ہم اپنا سارا لٹریچر بھر سکتے ہیں۔ قرآن کا جو ٹرانسمیشن ہو رہا ہے، جو ہم کر رہے ہیں، وہ اس میں سارا کا سارا ڈال سکتے ہیں۔ آپ ساری جانکاری اسلام کے</w:t>
      </w:r>
    </w:p>
    <w:p>
      <w:r>
        <w:rPr>
          <w:b/>
        </w:rPr>
        <w:t xml:space="preserve">[35:44] </w:t>
      </w:r>
      <w:r>
        <w:t>baare mein, sachi sachi sachai wali jankari is mein daal sakte hain. aap toh is ko batate hue unhone kaha ke aap jante hain ke aaj har ghar mein computer pahunch chuka hai. har ghar mein aadmi ko ki reach wahan ho chuka hai, computer aur internet. toh is ko batate hue yeh</w:t>
      </w:r>
    </w:p>
    <w:p>
      <w:pPr>
        <w:jc w:val="right"/>
      </w:pPr>
      <w:r>
        <w:t>بارے میں، سچی سچی سچائی والی جانکاری اس میں ڈال سکتے ہیں۔ آپ تو اس کو بتاتے ہوئے انہوں نے کہا کہ آپ جانتے ہیں کہ آج ہر گھر میں کمپیوٹر پہنچ چکا ہے۔ ہر گھر میں آدمی کو کی ریچ وہاں ہو چکا ہے، کمپیوٹر اور انٹرنیٹ۔ تو اس کو بتاتے ہوئے یہ</w:t>
      </w:r>
    </w:p>
    <w:p>
      <w:r>
        <w:rPr>
          <w:b/>
        </w:rPr>
        <w:t xml:space="preserve">[36:02] </w:t>
      </w:r>
      <w:r>
        <w:t>yeh sentence boley woh ke "a person sitting at his home can get word of God simply with a click of a mouse" y</w:t>
      </w:r>
    </w:p>
    <w:p>
      <w:pPr>
        <w:jc w:val="right"/>
      </w:pPr>
      <w:r>
        <w:t>یہ سینٹنس بولے وہ کہ "ا پرسن سٹنگ ایٹ ہز ہوم کین گیٹ ورڈ اف گاڈ سمپلی ودی کلک اف ا ماؤس" ی</w:t>
      </w:r>
    </w:p>
    <w:p>
      <w:r>
        <w:rPr>
          <w:b/>
        </w:rPr>
        <w:t xml:space="preserve">[36:23] </w:t>
      </w:r>
      <w:r>
        <w:t>aani ek switch ko woh dabaye ga aur Khuda ki baatein is ke saamne hongi. "a person sitting at his home can get word of God simply with a click of mouse" toh</w:t>
      </w:r>
    </w:p>
    <w:p>
      <w:pPr>
        <w:jc w:val="right"/>
      </w:pPr>
      <w:r>
        <w:t>عنی ایک سوئچ کو وہ دبائے گا اور خدا کی باتیں اس کے سامنے ہوں گی۔ "ا پرسن سٹنگ ایٹ ہز ہوم کین گیٹ ورڈ اف گاڈ سمپلی ودی کلک اف ماؤس" تو</w:t>
      </w:r>
    </w:p>
    <w:p>
      <w:r>
        <w:rPr>
          <w:b/>
        </w:rPr>
        <w:t xml:space="preserve">[36:41] </w:t>
      </w:r>
      <w:r>
        <w:t>main ne mujhe achanak aisa laga ke woh daur aa gaya, woh zamana aa gaya jis ko Khuda ke Rasool ne kaha tha ke har chote aur bade ghar mein Khuda ka word pahunch jaye ga ya Islam ka kalma pahunch jaye ga, yaani word of God. toh main sochta tha kaise pahun</w:t>
      </w:r>
    </w:p>
    <w:p>
      <w:pPr>
        <w:jc w:val="right"/>
      </w:pPr>
      <w:r>
        <w:t>میں نے مجھے اچانک ایسا لگا کہ وہ دور آ گیا، وہ زمانہ آ گیا جس کو خدا کے رسول نے کہا تھا کہ ہر چھوٹے اور بڑے گھر میں خدا کا ورڈ پہنچ جائے گا یا اسلام کا کلمہ پہنچ جائے گا، یعنی ورڈ اف گاڈ۔ تو میں سوچتا تھا کیسے پہن</w:t>
      </w:r>
    </w:p>
    <w:p>
      <w:r>
        <w:rPr>
          <w:b/>
        </w:rPr>
        <w:t xml:space="preserve">[36:59] </w:t>
      </w:r>
      <w:r>
        <w:t>anche ga? main wahan gaya Birmingham mein toh ek saahib is se is hadith se influence ho kar unhone ek ek scheme banai. is ko kehte the woh "door to door leaflet drop" aisa kuch naam tha. yaani har ghar mein ek pamphlet woh d</w:t>
      </w:r>
    </w:p>
    <w:p>
      <w:pPr>
        <w:jc w:val="right"/>
      </w:pPr>
      <w:r>
        <w:t>چے گا؟ میں وہاں گیا برمنگم میں تو ایک صاحب اس سے اس حدیث سے انفلوئنس ہو کر انہوں نے ایک ایک اسکیم بنائی۔ اس کو کہتے تھے وہ "ڈور ٹو ڈور لیف لیٹ ڈراپ" ایسا کچھ نام تھا۔ یعنی ہر گھر میں ایک پیمفلیٹ وہ ڈ</w:t>
      </w:r>
    </w:p>
    <w:p>
      <w:r>
        <w:rPr>
          <w:b/>
        </w:rPr>
        <w:t xml:space="preserve">[37:18] </w:t>
      </w:r>
      <w:r>
        <w:t>ilawate the. aadmi bag mein leta tha, ja ke har ghar mein dalta tha. woh toh aisa kuch is ka naam tha ke "door to door leaflet drop". toh main ne socha ke yeh kahan tak karein ge? yeh kaise har ghar mein aadmi jaye ga is tareeqe se? lekin com</w:t>
      </w:r>
    </w:p>
    <w:p>
      <w:pPr>
        <w:jc w:val="right"/>
      </w:pPr>
      <w:r>
        <w:t>لواتے تھے۔ آدمی بیگ میں لیتا تھا، جا کے ہر گھر میں ڈالتا تھا۔ وہ تو ایسا کچھ اس کا نام تھا کہ "ڈور ٹو ڈور لیف لیٹ ڈراپ"۔ تو میں نے سوچا کہ یہ کہاں تک کریں گے؟ یہ کیسے ہر گھر میں آدمی جائے گا اس طریقے سے؟ لیکن کم</w:t>
      </w:r>
    </w:p>
    <w:p>
      <w:r>
        <w:rPr>
          <w:b/>
        </w:rPr>
        <w:t xml:space="preserve">[37:36] </w:t>
      </w:r>
      <w:r>
        <w:t>puter ki jo taraqqi hui, internet ki jo taraqqi hui, aur har ghar mein pahunch gaya woh toh har ghar mein hi woh maujood hai. woh cheez ke aadmi ek switch ko dabaye aur saari jankari is ke saamne hai. toh achanak mujhe laga ke woh zamana aa chuka hai. ab avail</w:t>
      </w:r>
    </w:p>
    <w:p>
      <w:pPr>
        <w:jc w:val="right"/>
      </w:pPr>
      <w:r>
        <w:t>پیوٹر کی جو ترقی ہوئی، انٹرنیٹ کی جو ترقی ہوئی، اور ہر گھر میں پہنچ گیا وہ تو ہر گھر میں ہی وہ موجود ہے۔ وہ چیز کہ آدمی ایک سوئچ کو دبائے اور ساری جانکاری اس کے سامنے ہے۔ تو اچانک مجھے لگا کہ وہ زمانہ آ چکا ہے۔ اب اویل</w:t>
      </w:r>
    </w:p>
    <w:p>
      <w:r>
        <w:rPr>
          <w:b/>
        </w:rPr>
        <w:t xml:space="preserve">[37:54] </w:t>
      </w:r>
      <w:r>
        <w:t>karne ka baat hai. yaani Khuda ne jo process chalaya tha history mein, is process ko Khuda ne yahan tak pahunchaya, yahan tak pahunchaya ke sach much hi har ghar mein is ka is ka woh pahunch gaya, is ka switch pahunch gaya. ek switch daba, woh saari baat tumhare saamne. ab</w:t>
      </w:r>
    </w:p>
    <w:p>
      <w:pPr>
        <w:jc w:val="right"/>
      </w:pPr>
      <w:r>
        <w:t>کرنے کا بات ہے۔ یعنی خدا نے جو پروسیس چلایا تھا ہسٹری میں، اس پروسیس کو خدا نے یہاں تک پہنچایا، یہاں تک پہنچایا کہ سچ مچ ہی ہر گھر میں اس کا اس کا وہ پہنچ گیا، اس کا سوئچ پہنچ گیا۔ ایک سوئچ دباؤ، وہ ساری بات تمہارے سامنے۔ اب</w:t>
      </w:r>
    </w:p>
    <w:p>
      <w:r>
        <w:rPr>
          <w:b/>
        </w:rPr>
        <w:t xml:space="preserve">[38:13] </w:t>
      </w:r>
      <w:r>
        <w:t>hum jo hai is poore historical process mein ek chota sa hamara hissa hai, chota sa share hai hamara. saara process toh Khuda ne chalaya, woh toh is mein toh itne saare factors involve hain. hum aap ka empire bhi woh nahi kar sakti, a</w:t>
      </w:r>
    </w:p>
    <w:p>
      <w:pPr>
        <w:jc w:val="right"/>
      </w:pPr>
      <w:r>
        <w:t>ہم جو ہے اس پورے ہسٹاریکل پراسیس میں ایک چھوٹا سا ہمارا حصہ ہے، چھوٹا سا شیئر ہے ہمارا۔ سارا پراسیس تو خدا نے چلایا، وہ تو اس میں تو اتنے سارے فیکٹرز انوالو ہیں۔ ہم آپ کا ایمپائر بھی وہ نہیں کر سکتی، ا</w:t>
      </w:r>
    </w:p>
    <w:p>
      <w:r>
        <w:rPr>
          <w:b/>
        </w:rPr>
        <w:t xml:space="preserve">[38:31] </w:t>
      </w:r>
      <w:r>
        <w:t>empire bhi woh nahi kar sakti. lekin ab jahan yahan tak pahunch chuka hai toh hum simply hum website kholein aur saari baatein is mein bhar dein. theek theek jankari aap jante hain ke bohat saara website khol rakhi hai, lekin is ka aap click kar ke nikalen</w:t>
      </w:r>
    </w:p>
    <w:p>
      <w:pPr>
        <w:jc w:val="right"/>
      </w:pPr>
      <w:r>
        <w:t>یمپائر بھی وہ نہیں کر سکتی۔ لیکن اب جہاں یہاں تک پہنچ چکا ہے تو ہم سمپلی ہم ویب سائٹ کھولیں اور ساری باتیں اس میں بھر دیں۔ ٹھیک ٹھیک جانکاری آپ جانتے ہیں کہ بہت سارا ویب سائٹ کھول رکھی ہے، لیکن اس کا آپ کلک کر کے نکالیں</w:t>
      </w:r>
    </w:p>
    <w:p>
      <w:r>
        <w:rPr>
          <w:b/>
        </w:rPr>
        <w:t xml:space="preserve">[38:49] </w:t>
      </w:r>
      <w:r>
        <w:t>, un ke un ke jo bhejte hain, woh sab khurafaat bhari hui hain. Yaani beshtar to negative information hai. Yeh hamare par zulm kar rahe hain, woh hamare par zulm kar rahe hain. Yeh sab baatein ya jo hamara sects hain, firqay apni baatein bhari hui hain. Jo</w:t>
      </w:r>
    </w:p>
    <w:p>
      <w:pPr>
        <w:jc w:val="right"/>
      </w:pPr>
      <w:r>
        <w:t>، ان کے ان کے جو بھیجتے ہیں، وہ سب خرافات بھری ہوئی ہیں۔ یعنی بیشتر تو نیگیٹیو انفارمیشن ہے۔ یہ ہمارے پر ظلم کر رہے ہیں، وہ ہمارے پر ظلم کر رہے ہیں۔ یہ سب باتیں یا جو ہمارا سیکٹس ہیں، فرقے اپنی باتیں بھری ہوئی ہیں۔ جو</w:t>
      </w:r>
    </w:p>
    <w:p>
      <w:r>
        <w:rPr>
          <w:b/>
        </w:rPr>
        <w:t xml:space="preserve">[39:09] </w:t>
      </w:r>
      <w:r>
        <w:t>aaj is waqt jo internet mein musalmanon ne jo knowledge bhari hai, woh knowledge jo hai, woh rubbish hai, rubbish. Kyun? Ya to woh complaint hai ya protest hai doosron ke khilaaf, doosron conspiracy ka is</w:t>
      </w:r>
    </w:p>
    <w:p>
      <w:pPr>
        <w:jc w:val="right"/>
      </w:pPr>
      <w:r>
        <w:t>آج اس وقت جو انٹرنیٹ میں مسلمانوں نے جو نالج بھری ہے، وہ نالج جو ہے، وہ ربش ہے، ربش۔ کیوں؟ یا تو وہ کمپلینٹ ہے یا پروٹیسٹ ہے دوسروں کے خلاف، دوسروں کانسپریسی کا اس</w:t>
      </w:r>
    </w:p>
    <w:p>
      <w:r>
        <w:rPr>
          <w:b/>
        </w:rPr>
        <w:t xml:space="preserve">[39:28] </w:t>
      </w:r>
      <w:r>
        <w:t>mein bataya gaya hai, ya phir jo sect hai hamare haan, shia, sunni, wahabi, deobandi, brelvi, falan, unhon ne apna bhar rakha hai is ke andar. Yahan tak ke quran ka sahi transmission bhi nahi hai website mein. Abhi hum jo kar rahe hain to pe</w:t>
      </w:r>
    </w:p>
    <w:p>
      <w:pPr>
        <w:jc w:val="right"/>
      </w:pPr>
      <w:r>
        <w:t>میں بتایا گیا ہے، یا پھر جو سیکٹ ہے ہمارے ہاں، شیعہ، سنی، وہابی، دیوبندی، بریلوی، فلاں، انہوں نے اپنا بھر رکھا ہے اس کے اندر۔ یہاں تک کہ قرآن کا صحیح ٹرانسمیشن بھی نہیں ہے ویب سائٹ میں۔ ابھی ہم جو کر رہے ہیں تو پہ</w:t>
      </w:r>
    </w:p>
    <w:p>
      <w:r>
        <w:rPr>
          <w:b/>
        </w:rPr>
        <w:t xml:space="preserve">[39:46] </w:t>
      </w:r>
      <w:r>
        <w:t>hli baar inshallah quran ka correct transmission dunya ke saamne aayega international language mein. Yaani Khuda ne jo process chalaya, usi process ka ek hissa tha ke dunya mein pehli baar, pehli baar ek international language saamne aa gayi. Is se pehle kabhi bhi aisa nahi</w:t>
      </w:r>
    </w:p>
    <w:p>
      <w:pPr>
        <w:jc w:val="right"/>
      </w:pPr>
      <w:r>
        <w:t>لی بار انشاءاللہ قرآن کا کریکٹ ٹرانسمیشن دنیا کے سامنے آئے گا انٹرنیشنل لینگویج میں۔ یعنی خدا نے جو پراسیس چلایا، اسی پراسیس کا ایک حصہ تھا کہ دنیا میں پہلی بار، پہلی بار ایک انٹرنیشنل لینگویج سامنے آ گئی۔ اس سے پہلے کبھی بھی ایسا نہیں</w:t>
      </w:r>
    </w:p>
    <w:p>
      <w:r>
        <w:rPr>
          <w:b/>
        </w:rPr>
        <w:t xml:space="preserve">[40:04] </w:t>
      </w:r>
      <w:r>
        <w:t>tha. International language saari dunya mein English mein log padhte aur sunte aur bolte aur samajhte hain. Is zubaan mein, is is zubaan mein quran ka correct transmission nahi. Aap mein se kisi ko kuch doubt ho to mere paas aao, mein us ko seen</w:t>
      </w:r>
    </w:p>
    <w:p>
      <w:pPr>
        <w:jc w:val="right"/>
      </w:pPr>
      <w:r>
        <w:t>تھا۔ انٹرنیشنل لینگویج ساری دنیا میں انگلش میں لوگ پڑھتے اور سنتے اور بولتے اور سمجھتے ہیں۔ اس زبان میں، اس اس زبان میں قرآن کا کریکٹ ٹرانسمیشن نہیں۔ آپ میں سے کسی کو کچھ ڈاؤٹ ہو تو میرے پاس آؤ، میں اس کو سین</w:t>
      </w:r>
    </w:p>
    <w:p>
      <w:r>
        <w:rPr>
          <w:b/>
        </w:rPr>
        <w:t xml:space="preserve">[40:22] </w:t>
      </w:r>
      <w:r>
        <w:t>karon misaalain dikhaunga kis tarah logon ne galat transmission kar rakha hai ke sahi message convey nahi hota. Quran ka jo message hai, woh convey nahi hota. Kisi ko doubt ho to mujhe aaye, mein mere ghar par mein dikhaunga us ko. Mere paas saare transmission maujood hain. To hum kh</w:t>
      </w:r>
    </w:p>
    <w:p>
      <w:pPr>
        <w:jc w:val="right"/>
      </w:pPr>
      <w:r>
        <w:t>کڑوں مثالیں دکھاؤں گا کس طرح لوگوں نے غلط ٹرانسمیشن کر رکھا ہے کہ صحیح میسج کنوے نہیں ہوتا۔ قرآن کا جو میسج ہے، وہ کنوے نہیں ہوتا۔ کسی کو ڈاؤٹ ہو تو مجھے آئے، میں میرے گھر پر میں دکھاؤں گا اس کو۔ میرے پاس سارے ٹرانسمیشن موجود ہیں۔ تو ہم خ</w:t>
      </w:r>
    </w:p>
    <w:p>
      <w:r>
        <w:rPr>
          <w:b/>
        </w:rPr>
        <w:t xml:space="preserve">[40:40] </w:t>
      </w:r>
      <w:r>
        <w:t>uda ke fazl se sab ko saamne rakh kar history ke saare tajurbe ko le kar ke aur apni knowledge ko le kar ke ek correct transmission tayyar kar rahe hain. Inshallah pehli baar aisa hoga ke international language mein ek sahi transmission saamne aayega. Phir us ko website par d</w:t>
      </w:r>
    </w:p>
    <w:p>
      <w:pPr>
        <w:jc w:val="right"/>
      </w:pPr>
      <w:r>
        <w:t>دا کے فضل سے سب کو سامنے رکھ کر ہسٹری کے سارے تجربے کو لے کر کے اور اپنی نالج کو لے کر کے ایک کریکٹ ٹرانسمیشن تیار کر رہے ہیں۔ انشاءاللہ پہلی بار ایسا ہوگا کہ انٹرنیشنل لینگویج میں ایک صحیح ٹرانسمیشن سامنے آئے گا۔ پھر اس کو ویب سائٹ پر ڈ</w:t>
      </w:r>
    </w:p>
    <w:p>
      <w:r>
        <w:rPr>
          <w:b/>
        </w:rPr>
        <w:t xml:space="preserve">[40:58] </w:t>
      </w:r>
      <w:r>
        <w:t>aal diya jayega. Is tarah se yeh possible ho jayega ke har aadmi apne ghar mein baitha hua apna haath ek button, ek switch par rakhe aur saari knowledge us ke saamne aa jaye. To woh baat ho jaye ke Khuda ka yeh faisla, ye</w:t>
      </w:r>
    </w:p>
    <w:p>
      <w:pPr>
        <w:jc w:val="right"/>
      </w:pPr>
      <w:r>
        <w:t>ال دیا جائے گا۔ اس طرح سے یہ پاسیبل ہو جائے گا کہ ہر آدمی اپنے گھر میں بیٹھا ہوا اپنا ہاتھ ایک بٹن، ایک سوئچ پر رکھے اور ساری نالج اس کے سامنے آ جائے۔ تو وہ بات ہو جائے کہ خدا کا یہ فیصلہ، ی</w:t>
      </w:r>
    </w:p>
    <w:p>
      <w:r>
        <w:rPr>
          <w:b/>
        </w:rPr>
        <w:t xml:space="preserve">[41:18] </w:t>
      </w:r>
      <w:r>
        <w:t>yani Khuda ka yeh faisla jo hai, poora ho jaye, woh waqea ban jaye ke har ghar mein, chahe woh chhota ho ya bada, wahan Khuda ka word pahunche. Quran mein hai ke "ثم ارسلنا رسولنا تترہ" yaani "then we send prophets</w:t>
      </w:r>
    </w:p>
    <w:p>
      <w:pPr>
        <w:jc w:val="right"/>
      </w:pPr>
      <w:r>
        <w:t>عنی خدا کا یہ فیصلہ جو ہے، پورا ہو جائے، وہ واقعہ بن جائے کہ ہر گھر میں، چاہے وہ چھوٹا ہو یا بڑا، وہاں خدا کا ورڈ پہنچ جائے۔ قرآن میں ہے کہ "ثم ارسلنا رسولنا تترہ" یعنی "دین وی سینڈ پرافٹ</w:t>
      </w:r>
    </w:p>
    <w:p>
      <w:r>
        <w:rPr>
          <w:b/>
        </w:rPr>
        <w:t xml:space="preserve">[41:36] </w:t>
      </w:r>
      <w:r>
        <w:t>successively" yaani barabar, lagaataar, lagaataar, lagaataar. Goiya ke Adam se le kar Muhammad tak koi zamana aisa nahi beeta hai jab ke is is globe par, is zameen par koi prophet,</w:t>
      </w:r>
    </w:p>
    <w:p>
      <w:pPr>
        <w:jc w:val="right"/>
      </w:pPr>
      <w:r>
        <w:t>س سکسیسولی" یعنی برابر، لگاتار، لگاتار، لگاتار۔ گویا کہ آدم سے لے کر محمد تک کوئی زمانہ ایسا نہیں بیتا ہے جب کہ اس اس گلوب پر، اس زمین پر کوئی پرافٹ،</w:t>
      </w:r>
    </w:p>
    <w:p>
      <w:r>
        <w:rPr>
          <w:b/>
        </w:rPr>
        <w:t xml:space="preserve">[41:54] </w:t>
      </w:r>
      <w:r>
        <w:t>ek living prophet maujood na ho, ek living prophet maujood na ho. Lekin Khuda ki scheme yeh nahi thi ke hamesha hi ek living prophet maujood rahe. Khuda ke scheme yeh the ke living book maujood rahe, Quran, word</w:t>
      </w:r>
    </w:p>
    <w:p>
      <w:pPr>
        <w:jc w:val="right"/>
      </w:pPr>
      <w:r>
        <w:t>ایک لیونگ پرافٹ موجود نہ ہو، ایک لیونگ پرافٹ موجود نہ ہو۔ لیکن خدا کی اسکیم یہ نہیں تھی کہ ہمیشہ ہی ایک لیونگ پرافٹ موجود رہے۔ خدا کے اسکیم یہ تھے کہ لیونگ بک موجود رہے، قرآن، ور</w:t>
      </w:r>
    </w:p>
    <w:p>
      <w:r>
        <w:rPr>
          <w:b/>
        </w:rPr>
        <w:t xml:space="preserve">[42:13] </w:t>
      </w:r>
      <w:r>
        <w:t>of God. Kyun ke Quran prophet ka maamla itna seedha saada nahi hota. Dekhiye, ek aadmi jo sachai bata raha ho aap ko, aap us ko refuse karein to yeh ek simple refusal hota</w:t>
      </w:r>
    </w:p>
    <w:p>
      <w:pPr>
        <w:jc w:val="right"/>
      </w:pPr>
      <w:r>
        <w:t>ڈ اف گاڈ۔ کیونکہ قرآن پرافٹ کا معاملہ اتنا سیدھا سادہ نہیں ہوتا۔ دیکھیے، ایک آدمی جو سچائی بتا رہا ہو آپ کو، آپ اس کو ریفیوز کریں تو یہ ایک سمپل ریفیوزل ہوتا</w:t>
      </w:r>
    </w:p>
    <w:p>
      <w:r>
        <w:rPr>
          <w:b/>
        </w:rPr>
        <w:t xml:space="preserve">[42:31] </w:t>
      </w:r>
      <w:r>
        <w:t>hai. Lekin prophet ki baat ka aap inkaar karein to seedhe seedhe hal kisi aise insaan ki baat ko na maanna jo prophet na ho. Is se aap itna bada risk mol nahi lete hain. Lekin prophet agar ek</w:t>
      </w:r>
    </w:p>
    <w:p>
      <w:pPr>
        <w:jc w:val="right"/>
      </w:pPr>
      <w:r>
        <w:t>ہے۔ لیکن پرافٹ کی بات کا آپ انکار کریں تو سیدھے سیدھے ہل کسی ایسے انسان کی بات کو نہ ماننا جو پرافٹ نہ ہو۔ اس سے آپ اتنا بڑا رسک مول نہیں لیتے ہیں۔ لیکن پرافٹ اگر ایک</w:t>
      </w:r>
    </w:p>
    <w:p>
      <w:r>
        <w:rPr>
          <w:b/>
        </w:rPr>
        <w:t xml:space="preserve">[42:49] </w:t>
      </w:r>
      <w:r>
        <w:t>hai, us ko aap na maanein to seedhe hal mein jaata hai aadmi. Koi excuse us ke baad maana nahi jayega. To bohat hi risky kaam hai yeh prophet ka, ek living prophet ka dunya mein hona. To Khuda chahta tha ke insaan ko itne bade risk mein na dala jaye hamesha ke liye, eter</w:t>
      </w:r>
    </w:p>
    <w:p>
      <w:pPr>
        <w:jc w:val="right"/>
      </w:pPr>
      <w:r>
        <w:t>ہے، اس کو آپ نہ مانیں تو سیدھے ہل میں جاتا ہے آدمی۔ کوئی ایکسکیوز اس کے بعد مانا نہیں جائے گا۔ تو بہت ہی رسکی کام ہے یہ پرافٹ کا، ایک لیونگ پرافٹ کا دنیا میں ہونا۔ تو خدا چاہتا تھا کہ انسان کو اتنے بڑے رسک میں نہ ڈالا جائے ہمیشہ کے لیے، ای</w:t>
      </w:r>
    </w:p>
    <w:p>
      <w:r>
        <w:rPr>
          <w:b/>
        </w:rPr>
        <w:t xml:space="preserve">[43:07] </w:t>
      </w:r>
      <w:r>
        <w:t>nally. To Khuda ki jo scheme thi woh yeh ke book of God preserve form mein dunya mein maujood ho jaye, dunya mein rahe. Book of God preserve form mein. To Khuda ne kya</w:t>
      </w:r>
    </w:p>
    <w:p>
      <w:pPr>
        <w:jc w:val="right"/>
      </w:pPr>
      <w:r>
        <w:t>ٹرنلی۔ تو خدا کی جو اسکیم تھی وہ یہ کہ بک اف گاڈ پریزرو فارم میں دنیا میں موجود ہو جائے، دنیا میں رہے۔ بک اف گاڈ پریزرو فارم میں۔ تو خدا نے کیا</w:t>
      </w:r>
    </w:p>
    <w:p>
      <w:r>
        <w:rPr>
          <w:b/>
        </w:rPr>
        <w:t xml:space="preserve">[43:25] </w:t>
      </w:r>
      <w:r>
        <w:t>kiya? Bar bar apna apna word bheja, apna kalam bheja, apni kitaab bheji. Lekin pichhle zamane mein, yaani pre-Muhammad period mein, insaan preserve nahi kar saka. Koi book jo pehle bheji gayi, woh apni original haalat mein aur apni</w:t>
      </w:r>
    </w:p>
    <w:p>
      <w:pPr>
        <w:jc w:val="right"/>
      </w:pPr>
      <w:r>
        <w:t>کیا؟ بار بار اپنے اپنا ورڈ بھیجا، اپنا کلام بھیجا، اپنی کتاب بھیجی۔ لیکن پچھلے زمانے میں، یعنی پری محمد پیریڈ میں، انسان پریزرو نہیں کر سکا۔ کوئی بک جو پہلے بھیجی گئی، وہ اپنی اوریجنل حالت میں اور اپنی</w:t>
      </w:r>
    </w:p>
    <w:p>
      <w:r>
        <w:rPr>
          <w:b/>
        </w:rPr>
        <w:t xml:space="preserve">[43:44] </w:t>
      </w:r>
      <w:r>
        <w:t>original is mein preserve nahi rahi. Sab mein distortion, sab mein alteration, bohat saare is mein galat baatein shamil hoti chali gayeen. To Rasool Allah ke zamane mein, prophet of Islam ke zamane mein jo book utri, us ke liye Kh</w:t>
      </w:r>
    </w:p>
    <w:p>
      <w:pPr>
        <w:jc w:val="right"/>
      </w:pPr>
      <w:r>
        <w:t>اوریجنل اس میں پریزرو نہیں رہی۔ سب میں ڈسٹارشن، سب میں الٹریشن، بہت سارے اس میں غلط باتیں شامل ہوتی چلی گئیں۔ تو رسول اللہ کے زمانے میں، پرافٹ اف اسلام کے زمانے میں جو بک اتری، اس کے لیے خ</w:t>
      </w:r>
    </w:p>
    <w:p>
      <w:r>
        <w:rPr>
          <w:b/>
        </w:rPr>
        <w:t xml:space="preserve">[44:02] </w:t>
      </w:r>
      <w:r>
        <w:t>uda ne bohat hi special arrangement kiya taake yeh preserve rahe. Uski detail mein alag se kabhi bataunga. To Quran ko Khuda ne preserve kar diya. Pehle woh preserve hui memory mein, p</w:t>
      </w:r>
    </w:p>
    <w:p>
      <w:pPr>
        <w:jc w:val="right"/>
      </w:pPr>
      <w:r>
        <w:t>دا نے بہت ہی اسپیشل ارینجمنٹ کیا تاکہ یہ پریزرو رہے۔ اس کی ڈیٹیل میں الگ سے کبھی بتاؤں گا۔ تو قرآن کو خدا نے پریزرو کر دیا۔ پہلے وہ پریزرو ہوئی میموری میں، پ</w:t>
      </w:r>
    </w:p>
    <w:p>
      <w:r>
        <w:rPr>
          <w:b/>
        </w:rPr>
        <w:t xml:space="preserve">[44:21] </w:t>
      </w:r>
      <w:r>
        <w:t>her woh preserve hui us zamane ke jo paper hua karte the, bohat hi yaani crude paper hua karte the pehle is mein. Phir achhe paper mein woh preserve hui, matlab log likh likh kar ke us ko banane lage. To</w:t>
      </w:r>
    </w:p>
    <w:p>
      <w:pPr>
        <w:jc w:val="right"/>
      </w:pPr>
      <w:r>
        <w:t>ھر وہ پریزرو ہوئی اس زمانے کے جو پیپر ہوا کرتے تھے، بہت ہی یعنی کروڈ پیپر ہوا کرتے تھے پہلے اس میں۔ پھر اچھے پیپر میں وہ پریزرو ہوئی، مطلب لوگ لکھ لکھ کر کے اس کو بنانے لگے۔ تو</w:t>
      </w:r>
    </w:p>
    <w:p>
      <w:r>
        <w:rPr>
          <w:b/>
        </w:rPr>
        <w:t xml:space="preserve">[44:40] </w:t>
      </w:r>
      <w:r>
        <w:t>yeh chalta raha 18th century tak, yaani haath se likh kar ke preserve karna. Pehle tha ke yaad kar ke memory mein preserve karna, phir haath se likh kar ke preserve karna. Lekin yeh preservation ka bohat hi yaani difficult ta</w:t>
      </w:r>
    </w:p>
    <w:p>
      <w:pPr>
        <w:jc w:val="right"/>
      </w:pPr>
      <w:r>
        <w:t>یہ چلتا رہا 18 سینچری تک، یعنی ہاتھ سے لکھ کر کے پریزرو کرنا۔ پہلے تھا کہ یاد کر کے میموری میں پریزرو کرنا، پھر ہاتھ سے لکھ کر کے پریزرو کرنا۔ لیکن یہ پریزرویشن کا بہت ہی یعنی ڈیفیکلٹ ط</w:t>
      </w:r>
    </w:p>
    <w:p>
      <w:r>
        <w:rPr>
          <w:b/>
        </w:rPr>
        <w:t xml:space="preserve">[44:58] </w:t>
      </w:r>
      <w:r>
        <w:t>reeqa tha. to Khuda ne kya kiya? printing press, aise factors Khuda ne paida kiye ke printing press dunya mein bana. printing press, phir printing press mein bohat ziyada development hua. yahan tak ke aaj ka jo press hai, woh sau baras ke pehle ke press se bohat ziyada, yaani bohat</w:t>
      </w:r>
    </w:p>
    <w:p>
      <w:pPr>
        <w:jc w:val="right"/>
      </w:pPr>
      <w:r>
        <w:t>ریقہ تھا۔ تو خدا نے کیا کیا؟ پرنٹنگ پریس، ایسے فیکٹرز خدا نے پیدا کیے کہ پرنٹنگ پریس دنیا میں بنا۔ پرنٹنگ پریس، پھر پرنٹنگ پریس میں بہت زیادہ ڈیولپمنٹ ہوا۔ یہاں تک کہ آج کا جو پریس ہے، وہ سو برس کے پہلے کے پریس سے بہت زیادہ، یعنی بہت</w:t>
      </w:r>
    </w:p>
    <w:p>
      <w:r>
        <w:rPr>
          <w:b/>
        </w:rPr>
        <w:t xml:space="preserve">[45:16] </w:t>
      </w:r>
      <w:r>
        <w:t>ziyada, yaani higher form mein hai. woh bohat hi developed form mein hai. woh to press ka matlab kya hua? printing press ka matlab ke ek book, yaani ek Quran aap tayyar karein aur khoob us ko correction karein, khoob theek</w:t>
      </w:r>
    </w:p>
    <w:p>
      <w:pPr>
        <w:jc w:val="right"/>
      </w:pPr>
      <w:r>
        <w:t>زیادہ، یعنی ہائر فارم میں ہے۔ وہ بہت ہی ڈیولپڈ فارم میں ہے۔ وہ تو پریس کا مطلب کیا ہوا؟ پرنٹنگ پریس کا مطلب کہ ایک بک، یعنی ایک قرآن آپ تیار کریں اور خوب اس کو کریکشن کریں، خوب ٹھیک</w:t>
      </w:r>
    </w:p>
    <w:p>
      <w:r>
        <w:rPr>
          <w:b/>
        </w:rPr>
        <w:t xml:space="preserve">[45:35] </w:t>
      </w:r>
      <w:r>
        <w:t>thak karein, bilkul theek theek ek copy jis mein koi zara bhi koi mistake na ho, zara bhi koi ghalati na ho. phir us ko aap chhapen. jaise ke jab press ka zamana aaya to Lahore mein ek aadmi tha, un ka naam tha Inayat Ullah.</w:t>
      </w:r>
    </w:p>
    <w:p>
      <w:pPr>
        <w:jc w:val="right"/>
      </w:pPr>
      <w:r>
        <w:t>ٹھاک کریں، بالکل ٹھیک ٹھیک ایک کاپی جس میں کوئی ذرا بھی کوئی مسٹیک نہ ہو، ذرا بھی کوئی غلطی نہ ہو۔ پھر اس کو آپ چھاپیں۔ جیسے کہ جب پریس کا زمانہ آیا تو لاہور میں ایک آدمی تھا، ان کا نام تھا عنایت اللہ۔</w:t>
      </w:r>
    </w:p>
    <w:p>
      <w:r>
        <w:rPr>
          <w:b/>
        </w:rPr>
        <w:t xml:space="preserve">[45:54] </w:t>
      </w:r>
      <w:r>
        <w:t>Inayat Ullah ne wahan Taj Company banai, Taj Company Limited Lahore mein. yeh azaadi se pehle ki baat hai. unhon ne kya kiya ke ek bohat hi corrected copy banai Quran ki, bohat hi sahi copy. aur sau aadmiyon ko involve kiya is</w:t>
      </w:r>
    </w:p>
    <w:p>
      <w:pPr>
        <w:jc w:val="right"/>
      </w:pPr>
      <w:r>
        <w:t>عنایت اللہ نے وہاں تاج کمپنی بنائی، تاج کمپنی لمیٹڈ لاہور میں۔ یہ آزادی سے پہلے کی بات ہے۔ انہوں نے کیا کیا کہ ایک بہت ہی کریکٹڈ کاپی بنائی قرآن کی، بہت ہی صحیح کاپی۔ اور سو آدمیوں کو انوالو کیا اس</w:t>
      </w:r>
    </w:p>
    <w:p>
      <w:r>
        <w:rPr>
          <w:b/>
        </w:rPr>
        <w:t xml:space="preserve">[46:12] </w:t>
      </w:r>
      <w:r>
        <w:t>mein, yaani ulama ko, scholars ko bhi aur Hafiz ko bhi, is ko bhi, is ko bhi. aur khoob khoob is ki chhanbeen kar ke, khoob khoob chhanbeen kar ke aisa banaya. is mein zara bhi koi at ke barabar bhi koi ghalati nahi thi. ab phir us ko unhon ne chhapa af</w:t>
      </w:r>
    </w:p>
    <w:p>
      <w:pPr>
        <w:jc w:val="right"/>
      </w:pPr>
      <w:r>
        <w:t>میں، یعنی علماء کو، اسکالرز کو بھی اور حافظ کو بھی، اس کو بھی، اس کو بھی۔ اور خوب خوب اس کی چھان بین کر کے، خوب خوب چھان بین کر کے ایسا بنایا۔ اس میں ذرا بھی کوئی ایٹ کے برابر بھی کوئی غلطی نہیں تھی۔ اب پھر اس کو انہوں نے چھاپا اف</w:t>
      </w:r>
    </w:p>
    <w:p>
      <w:r>
        <w:rPr>
          <w:b/>
        </w:rPr>
        <w:t xml:space="preserve">[46:32] </w:t>
      </w:r>
      <w:r>
        <w:t>set press mein, chhap kar ke million million copy dunya mein phaila di. is tarah se ek naya zamana aa gaya preservation ka, yaani memory se pehle baat likh kar ke preserve kiya gaya tha. is ke baad printing press mein chhap kar ke phaila diya gaya.</w:t>
      </w:r>
    </w:p>
    <w:p>
      <w:pPr>
        <w:jc w:val="right"/>
      </w:pPr>
      <w:r>
        <w:t>سیٹ پریس میں، چھاپ کر کے ملین ملین کاپی دنیا میں پھیلا دی۔ اس طرح سے ایک نیا زمانہ آ گیا پریزرویشن کا، یعنی میموری سے پہلے بات لکھ کر کے پریزرو کیا گیا تھا۔ اس کے بعد پرنٹنگ پریس میں چھاپ کر کے پھیلا دیا گیا۔</w:t>
      </w:r>
    </w:p>
    <w:p>
      <w:r>
        <w:rPr>
          <w:b/>
        </w:rPr>
        <w:t xml:space="preserve">[46:51] </w:t>
      </w:r>
      <w:r>
        <w:t>ab to aap jante hain ke dunya bhar mein trillion train copy maujood hai, chhipi hui, aur kisi mein ek zer zabar ka farq nahi hota hai, koi ghalati nahi hoti. kyunke ek chhap tayyar kar ke usi ki million copy bana li jati hai. yeh sab ho chuka. ab kya hai? ab pahunchana hai. to</w:t>
      </w:r>
    </w:p>
    <w:p>
      <w:pPr>
        <w:jc w:val="right"/>
      </w:pPr>
      <w:r>
        <w:t>اب تو آپ جانتے ہیں کہ دنیا بھر میں ٹریلین ٹرین کاپی موجود ہے، چھپی ہوئی، اور کسی میں ایک زیر زبر کا فرق نہیں ہوتا ہے، کوئی غلطی نہیں ہوتی۔ کیونکہ ایک چھپ تیار کر کے اسی کی ملین کاپی بنا لی جاتی ہے۔ یہ سب ہو چکا۔ اب کیا ہے؟ اب پہنچانا ہے۔ تو</w:t>
      </w:r>
    </w:p>
    <w:p>
      <w:r>
        <w:rPr>
          <w:b/>
        </w:rPr>
        <w:t xml:space="preserve">[47:10] </w:t>
      </w:r>
      <w:r>
        <w:t>ek printed book ko ghar ghar mein pahunchana to bohat hi difficult task hai. kaise pahunchayen ge aap? aap sochen ke agar hum ek battalion banayen, battalion ghar ghar hum ja kar ke woh dein to bohat hi mushkil kaam hai. to computer age Khuda ne paida kiya, com</w:t>
      </w:r>
    </w:p>
    <w:p>
      <w:pPr>
        <w:jc w:val="right"/>
      </w:pPr>
      <w:r>
        <w:t>ایک پرنٹڈ بک کو گھر گھر میں پہنچانا تو بہت ہی ڈیفیکلٹ ٹاسک ہے۔ کیسے پہنچائیں گے آپ؟ آپ سوچیں کہ اگر ہم ایک بٹیلین بنائیں، بٹیلین گھر گھر ہم جا کر کے وہ دیں تو بہت ہی مشکل کام ہے۔ تو کمپیوٹر ایج خدا نے پیدا کیا، کم</w:t>
      </w:r>
    </w:p>
    <w:p>
      <w:r>
        <w:rPr>
          <w:b/>
        </w:rPr>
        <w:t xml:space="preserve">[47:30] </w:t>
      </w:r>
      <w:r>
        <w:t>puter age jis mein khud apne apne, yaani apne interest ke liye aadmi ne apne ghar mein computer rakh liya. apne interest ke liye, khud apne commercial interest ke liye, apne material interest ke liye har ghar mein computer pahunch gaya.</w:t>
      </w:r>
    </w:p>
    <w:p>
      <w:pPr>
        <w:jc w:val="right"/>
      </w:pPr>
      <w:r>
        <w:t>پیوٹر ایج جس میں خود اپنے اپنے، یعنی اپنے انٹرسٹ کے لیے آدمی نے اپنے گھر میں کمپیوٹر رکھ لیا۔ اپنے انٹرسٹ کے لیے، خود اپنے کمرشل انٹرسٹ کے لیے، اپنے مٹیریل انٹرسٹ کے لیے ہر گھر میں کمپیوٹر پہنچ گیا۔</w:t>
      </w:r>
    </w:p>
    <w:p>
      <w:r>
        <w:rPr>
          <w:b/>
        </w:rPr>
        <w:t xml:space="preserve">[47:49] </w:t>
      </w:r>
      <w:r>
        <w:t>aur phir aap jante hain ke yeh internet waghera waghera bana, Google aur kaun kaun se sab bane. woh to is tarah se yeh possible ho gaya ke computer mein ya internet mein jo bhi sahi word ho, us mein aap sari jankari Islam ki bhar dein us ke andar. aur</w:t>
      </w:r>
    </w:p>
    <w:p>
      <w:pPr>
        <w:jc w:val="right"/>
      </w:pPr>
      <w:r>
        <w:t>اور پھر آپ جانتے ہیں کہ یہ انٹرنیٹ وغیرہ وغیرہ بنا، گوگل اور کون کون سے سب بنے۔ وہ تو اس طرح سے یہ پاسیبل ہو گیا کہ کمپیوٹر میں یا انٹرنیٹ میں جو بھی صحیح ورڈ ہو، اس میں آپ ساری جانکاری اسلام کی بھر دیں اس کے اندر۔ اور</w:t>
      </w:r>
    </w:p>
    <w:p>
      <w:r>
        <w:rPr>
          <w:b/>
        </w:rPr>
        <w:t xml:space="preserve">[48:09] </w:t>
      </w:r>
      <w:r>
        <w:t>is ke baad har aadmi apne kamre mein baitha hua ek switch dabaye aur sari maloomat us samne aa jaye. yeh hai aakhri woh, yaani is is ka aakhri phase, final phase, is process ka final phase. aur</w:t>
      </w:r>
    </w:p>
    <w:p>
      <w:pPr>
        <w:jc w:val="right"/>
      </w:pPr>
      <w:r>
        <w:t>اس کے بعد ہر آدمی اپنے کمرے میں بیٹھا ہوا ایک سوئچ دبائے اور ساری معلومات اس سامنے آ جائے۔ یہ ہے آخری وہ، یعنی اس اس کا آخری فیز، فائنل فیز، اس پراسیس کا فائنل فیز۔ اور</w:t>
      </w:r>
    </w:p>
    <w:p>
      <w:r>
        <w:rPr>
          <w:b/>
        </w:rPr>
        <w:t xml:space="preserve">[48:29] </w:t>
      </w:r>
      <w:r>
        <w:t>saath saath Khuda ne yeh kiya ke ek language ko, yaani English ko, international language bana diya. to yeh hai final phase. ab hamara aap ka kaam kya hai ke Quran ka ek bohat hi sahi translation, kyunke yeh p</w:t>
      </w:r>
    </w:p>
    <w:p>
      <w:pPr>
        <w:jc w:val="right"/>
      </w:pPr>
      <w:r>
        <w:t>ساتھ ساتھ خدا نے یہ کیا کہ ایک لینگویج کو، یعنی انگلش کو، انٹرنیشنل لینگویج بنا دیا۔ تو یہ ہے فائنل فیز۔ اب ہمارا آپ کا کام کیا ہے کہ قرآن کا ایک بہت ہی صحیح ٹرانسلیشن، کیونکہ یہ پ</w:t>
      </w:r>
    </w:p>
    <w:p>
      <w:r>
        <w:rPr>
          <w:b/>
        </w:rPr>
        <w:t xml:space="preserve">[48:47] </w:t>
      </w:r>
      <w:r>
        <w:t>asible nahi hai ke aap sab se kahein ke tum Arabic padho. yeh impossible hai. kyun? Arabic language ke saath commercial interest juda hua nahi hai. yaad rakhiye, English ke saath commercial interest juda hua hai. apne interest ke liye log Angrezi padhte hain aur</w:t>
      </w:r>
    </w:p>
    <w:p>
      <w:pPr>
        <w:jc w:val="right"/>
      </w:pPr>
      <w:r>
        <w:t>اسیبل نہیں ہے کہ آپ سب سے کہیں کہ تم عربی پڑھو۔ یہ امپاسیبل ہے۔ کیوں؟ عربک لینگویج کے ساتھ کمرشل انٹرسٹ جڑا ہوا نہیں ہے۔ یاد رکھیے، انگلش کے ساتھ کمرشل انٹرسٹ جڑا ہوا ہے۔ اپنے انٹرسٹ کے لیے لوگ انگریزی پڑھتے ہیں اور</w:t>
      </w:r>
    </w:p>
    <w:p>
      <w:r>
        <w:rPr>
          <w:b/>
        </w:rPr>
        <w:t xml:space="preserve">[49:06] </w:t>
      </w:r>
      <w:r>
        <w:t>sari dunya mein Angrezi padh rahe hain. Russia aur China jaise countries mein, France jaise countries mein jahan Angrezi hate karte the log, wahan bhi log Angrezi padh rahe hain. log Arab log apne Arabic par bara fakhr hua karta tha, un ko ab woh bhi English padh rahe hain. mujh se ek sahib ne bataya ke k</w:t>
      </w:r>
    </w:p>
    <w:p>
      <w:pPr>
        <w:jc w:val="right"/>
      </w:pPr>
      <w:r>
        <w:t>ساری دنیا میں انگریزی پڑھ رہے ہیں۔ روس اور چائنہ جیسے کنٹریز میں، فرانس جیسے کنٹریز میں جہاں انگریزی ہیٹ کرتے تھے لوگ، وہاں بھی لوگ انگریزی پڑھ رہے ہیں۔ لوگ عرب لوگ اپنے عربک پر بڑا فخر ہوا کرتا تھا، ان کو اب وہ بھی انگلش پڑھ رہے ہیں۔ مجھ سے ایک صاحب نے بتایا کہ ک</w:t>
      </w:r>
    </w:p>
    <w:p>
      <w:r>
        <w:rPr>
          <w:b/>
        </w:rPr>
        <w:t xml:space="preserve">[49:25] </w:t>
      </w:r>
      <w:r>
        <w:t>wait ke airport par woh baithe hue the to ek ladki aayi, ek Arab ladki, woh un ke paas baith gayi. to unhon ne us ko us se kuch poocha, us mein Arabic mein woh Arabic jante the. unhon ne poocha Arabic mein, us</w:t>
      </w:r>
    </w:p>
    <w:p>
      <w:pPr>
        <w:jc w:val="right"/>
      </w:pPr>
      <w:r>
        <w:t>ویت کے ایئرپورٹ پر وہ بیٹھے ہوئے تھے تو ایک لڑکی آئی، ایک عرب لڑکی، وہ ان کے پاس بیٹھ گئی۔ تو انہوں نے اس کو اس سے کچھ پوچھا، اس میں عربک میں وہ عربک جانتے تھے۔ انہوں نے پوچھا عربک میں، اس</w:t>
      </w:r>
    </w:p>
    <w:p>
      <w:r>
        <w:rPr>
          <w:b/>
        </w:rPr>
        <w:t xml:space="preserve">[49:43] </w:t>
      </w:r>
      <w:r>
        <w:t>ka jawab diya English mein. unhon ne us se poocha the Arabic mein, us ladki ne jawab diya English mein. to unhon ne poocha ke tum English janti ho? to kya kehti hai? of course! is mein dekhen kitna pride hai, kitna fakhr hai, k</w:t>
      </w:r>
    </w:p>
    <w:p>
      <w:pPr>
        <w:jc w:val="right"/>
      </w:pPr>
      <w:r>
        <w:t>کا جواب دیا انگلش میں۔ انہوں نے اس سے پوچھا تھے عربک میں، اس لڑکی نے جواب دیا انگلش میں۔ تو انہوں نے پوچھا کہ تم انگلش جانتی ہو؟ تو کیا کہتی ہے؟ اف کورس! اس میں دیکھیں کتنا پرائیڈ ہے، کتنا فخر ہے، ک</w:t>
      </w:r>
    </w:p>
    <w:p>
      <w:r>
        <w:rPr>
          <w:b/>
        </w:rPr>
        <w:t xml:space="preserve">[50:01] </w:t>
      </w:r>
      <w:r>
        <w:t>itna is ke andar woh hai. jab poocha ke tum Angrezi janti ho? kaha of course! yeh sari dunya mein dabdaba hai English ka. sari dunya mein, India mein dekhiye, hamare jo leader the woh samajhte the ke India mein dabdaba Hindi</w:t>
      </w:r>
    </w:p>
    <w:p>
      <w:pPr>
        <w:jc w:val="right"/>
      </w:pPr>
      <w:r>
        <w:t>تنا اس کے اندر وہ ہے۔ جب پوچھا کہ تم انگریزی جانتی ہو؟ کہا اف کورس! یہ ساری دنیا میں دبدبہ ہے انگلش کا۔ ساری دنیا میں، انڈیا میں دیکھیے، ہمارے جو لیڈر تھے وہ سمجھتے تھے کہ انڈیا میں دبدبہ ہندی</w:t>
      </w:r>
    </w:p>
    <w:p>
      <w:r>
        <w:rPr>
          <w:b/>
        </w:rPr>
        <w:t xml:space="preserve">[50:19] </w:t>
      </w:r>
      <w:r>
        <w:t>ka hoga aur constitution mein likh bhi diya, lekin aaj dabdaba English ka hai. kyun? English ke saath commercial interest juda hua hai. aap chahen ke sari dunya Arabic padhe aur Quran ko padhe Arabic language mein, that is impossible. kyun? Arabic se k</w:t>
      </w:r>
    </w:p>
    <w:p>
      <w:pPr>
        <w:jc w:val="right"/>
      </w:pPr>
      <w:r>
        <w:t>کا ہوگا اور کانسٹیٹیوشن میں لکھ بھی دیا، لیکن آج دبدبہ انگلش کا ہے۔ کیوں؟ انگلش کے ساتھ کمرشل انٹرسٹ جڑا ہوا ہے۔ آپ چاہیں کہ ساری دنیا عربک پڑھے اور قرآن کو پڑھے عربک لینگویج میں، دیٹ از امپاسیبل۔ کیوں؟ عربک سے ک</w:t>
      </w:r>
    </w:p>
    <w:p>
      <w:r>
        <w:rPr>
          <w:b/>
        </w:rPr>
        <w:t xml:space="preserve">[50:37] </w:t>
      </w:r>
      <w:r>
        <w:t>ommercial interest nahi juda hua hai. koi nahi padhega English se, khud apne interest ke liye padhta hai aadmi. kyunke commercial interest jud gaya direct taur par English ke saath. ab Khuda ne yeh sara kaam kar ke, sara kaam kar ke, sara kaam kar ke aap ko de diya com</w:t>
      </w:r>
    </w:p>
    <w:p>
      <w:pPr>
        <w:jc w:val="right"/>
      </w:pPr>
      <w:r>
        <w:t>مرشل انٹرسٹ نہیں جڑا ہوا ہے۔ کوئی نہیں پڑھے گا انگلش سے، خود اپنے انٹرسٹ کے لیے پڑھتا ہے آدمی۔ کیونکہ کمرشل انٹرسٹ جڑ گیا ڈائریکٹ طور پر انگلش کے ساتھ۔ اب خدا نے یہ سارا کام کر کے، سارا کام کر کے، سارا کام کر کے آپ کو دے دیا کم</w:t>
      </w:r>
    </w:p>
    <w:p>
      <w:r>
        <w:rPr>
          <w:b/>
        </w:rPr>
        <w:t xml:space="preserve">[50:56] </w:t>
      </w:r>
      <w:r>
        <w:t>puter. computer age mein aap ko paida kar diya. ab aap ka yeh kaam hai ke aap us ko bhar dein us ke andar. mein bohat se logon ko dekhta hoon jo bohat intelligent hain aur bohat bohat hi brilliant hain, lekin doosr</w:t>
      </w:r>
    </w:p>
    <w:p>
      <w:pPr>
        <w:jc w:val="right"/>
      </w:pPr>
      <w:r>
        <w:t>پیوٹر۔ کمپیوٹر ایج میں آپ کو پیدا کر دیا۔ اب آپ کا یہ کام ہے کہ آپ اس کو بھر دیں اس کے اندر۔ میں بہت سے لوگوں کو دیکھتا ہوں جو بہت انلیجنٹ ہیں اور بہت بہت ہی بریلینٹ ہیں، لیکن دوسر</w:t>
      </w:r>
    </w:p>
    <w:p>
      <w:r>
        <w:rPr>
          <w:b/>
        </w:rPr>
        <w:t xml:space="preserve">[51:14] </w:t>
      </w:r>
      <w:r>
        <w:t>e doosre kaam kar rahe hain. Yani Quran ke naam par doosre kaam, Islam ke naam par doosre kaam. Yaad rakhiye, is zamane mein Islam ki history jahan atki hui hai, woh atki hui hai intelligent logon ke upar. Jitne intelligent log hain, woh apne ko surrender nahi karte. Is</w:t>
      </w:r>
    </w:p>
    <w:p>
      <w:pPr>
        <w:jc w:val="right"/>
      </w:pPr>
      <w:r>
        <w:t>ے دوسرے کام کر رہے ہیں۔ یعنی قرآن کے نام پر دوسرے کام، اسلام کے نام پر دوسرے کام۔ یاد رکھیے، اس زمانے میں اسلام کی ہسٹری جہاں اٹکی ہوئی ہے، وہ اٹکی ہوئی ہے انٹیلیجنٹ لوگوں کے اوپر۔ جتنے انٹیلیجنٹ لوگ ہیں، وہ اپنے کو سرینڈر نہیں کرتے۔ اس</w:t>
      </w:r>
    </w:p>
    <w:p>
      <w:r>
        <w:rPr>
          <w:b/>
        </w:rPr>
        <w:t xml:space="preserve">[51:33] </w:t>
      </w:r>
      <w:r>
        <w:t>liye apne aap ko west karte hain. Mera bahut hi sad experience yeh hai ke hum ko haath aate hain kaun log? Stepped log. Unse koi kaam banta nahin. Aur jitne intelligent log hote hain, woh sab ke sab one to all sab ki kharabi hai ke surrender nahi karte. Apna ek kaam alag nikalte</w:t>
      </w:r>
    </w:p>
    <w:p>
      <w:pPr>
        <w:jc w:val="right"/>
      </w:pPr>
      <w:r>
        <w:t>لیے اپنے آپ کو ویسٹ کرتے ہیں۔ میرا بہت ہی سیڈ ایکسپیرینس یہ ہے کہ ہم کو ہاتھ آتے ہیں کون لوگ؟ اسٹیپڈ لوگ۔ ان سے کوئی کام بنتا نہیں۔ اور جتنے انٹیلیجنٹ لوگ ہوتے ہیں، وہ سب کے سب ون ٹو ال سب کی خرابی ہے کہ سرینڈر نہیں کرتے۔ اپنا ایک کام الگ نکالتے</w:t>
      </w:r>
    </w:p>
    <w:p>
      <w:r>
        <w:rPr>
          <w:b/>
        </w:rPr>
        <w:t xml:space="preserve">[51:51] </w:t>
      </w:r>
      <w:r>
        <w:t>hain. Woh ek sahib mere paas, bahut bahut kai log aise mere paas aaye, unhone kaha ke sahib mujhe aap ka magazine bahut pasand hai aur main bhi isi tarah ka ek magazine nikalna chahta hoon. Main bahut, main bahut hi ghussa aaya. Maine kaha ke isi ko nahin phailate, aap ek aur kyun nikalna chahte hain</w:t>
      </w:r>
    </w:p>
    <w:p>
      <w:pPr>
        <w:jc w:val="right"/>
      </w:pPr>
      <w:r>
        <w:t>ہیں۔ وہ ایک صاحب میرے پاس، بہت بہت کئی لوگ ایسے میرے پاس آئے، انہوں نے کہا کہ صاحب مجھے آپ کا میگزین بہت پسند ہے اور میں بھی اسی طرح کا ایک میگزین نکالنا چاہتا ہوں۔ میں بہت، میں بہت ہی غصہ آیا۔ میں نے کہا کہ اسی کو نہیں پھیلاتے، آپ ایک اور کیوں نکالنا چاہتے ہیں</w:t>
      </w:r>
    </w:p>
    <w:p>
      <w:r>
        <w:rPr>
          <w:b/>
        </w:rPr>
        <w:t xml:space="preserve">[52:09] </w:t>
      </w:r>
      <w:r>
        <w:t>? Bhai, aap ko pasand hai to phailaiye. Aap ko pasand hai to phailaiye. Ek aur kyun nikalna chahte hain? Aap har aadmi apni apna ek kaam nikalna chahta hai. Jisko maine dekha, intelligent log jo hain, jitne bhi, apna ek</w:t>
      </w:r>
    </w:p>
    <w:p>
      <w:pPr>
        <w:jc w:val="right"/>
      </w:pPr>
      <w:r>
        <w:t>؟ بھئی، آپ کو پسند ہے تو پھیلائیے۔ آپ کو پسند ہے تو پھیلائیے۔ ایک اور کیوں نکالنا چاہتے ہیں؟ آپ ہر آدمی اپنی اپنا ایک کام نکالنا چاہتا ہے۔ جس کو میں نے دیکھا، انٹیلیجنٹ لوگ جو ہیں، جتنے بھی، اپنا ایک</w:t>
      </w:r>
    </w:p>
    <w:p>
      <w:r>
        <w:rPr>
          <w:b/>
        </w:rPr>
        <w:t xml:space="preserve">[52:27] </w:t>
      </w:r>
      <w:r>
        <w:t>kaam, chahe woh ka kuch bhi faida nahin nikle. Dekhiye, yaad rakhiye, apna ek kaam har aadmi nahin kar sakta hai. Aap kitne hi brilliant hon, kitne hi intelligent hon, is liye nahin apna kaam kar sakte. Aap is ke bahut se factors chahiye. Woh fact</w:t>
      </w:r>
    </w:p>
    <w:p>
      <w:pPr>
        <w:jc w:val="right"/>
      </w:pPr>
      <w:r>
        <w:t>کام، چاہے وہ کا کچھ بھی فائدہ نہیں نکلے۔ دیکھیے، یاد رکھیے، اپنا ایک کام ہر آدمی نہیں کر سکتا ہے۔ آپ کتنے ہی بریلینٹ ہوں، کتنے ہی انٹیلیجنٹ ہوں، اس لیے نہیں اپنا کام کر سکتے۔ آپ اس کے بہت سے فیکٹرز چاہیے۔ وہ فیک</w:t>
      </w:r>
    </w:p>
    <w:p>
      <w:r>
        <w:rPr>
          <w:b/>
        </w:rPr>
        <w:t xml:space="preserve">[52:45] </w:t>
      </w:r>
      <w:r>
        <w:t>ors 50 baras mein ikattha hote hain, do din mein nahin ikattha hua karte. Aap ke paas 50 baras ke sacrifice to hain nahin, sirf is liye ke aap intelligent hain to aap ek naya kaam nikal diya. Aap ne woh kitne din chalega? Woh kuch din chalega. Woh is ke peeche ek history honi chahiye. Ek</w:t>
      </w:r>
    </w:p>
    <w:p>
      <w:pPr>
        <w:jc w:val="right"/>
      </w:pPr>
      <w:r>
        <w:t>ٹرز 50 برس میں اکٹھا ہوتے ہیں، دو دن میں نہیں اکٹھا ہوا کرتے۔ آپ کے پاس 50 برس کے سیکریفائس تو ہیں نہیں، صرف اس لیے کہ آپ انٹیلیجنٹ ہیں تو آپ ایک نیا کام نکال دیا۔ آپ نے وہ کتنے دن چلے گا؟ وہ کچھ دن چلے گا۔ وہ اس کے پیچھے ایک ہسٹری ہونی چاہیے۔ ایک</w:t>
      </w:r>
    </w:p>
    <w:p>
      <w:r>
        <w:rPr>
          <w:b/>
        </w:rPr>
        <w:t xml:space="preserve">[53:05] </w:t>
      </w:r>
      <w:r>
        <w:t>history honi chahiye. Jaise main ek kaam kar raha hoon, mere kaam ke peeche 50 saal ki history hai. Main ne saari umar jo hai, yani main apni memory se bata sakta hoon ke 1948 mein jab azaad hua India, 47 mein, tab se main kya kya kaam kar</w:t>
      </w:r>
    </w:p>
    <w:p>
      <w:pPr>
        <w:jc w:val="right"/>
      </w:pPr>
      <w:r>
        <w:t>ہسٹری ہونی چاہیے۔ جیسے میں ایک کام کر رہا ہوں، میرے کام کے پیچھے 50 سال کی ہسٹری ہے۔ میں نے ساری عمر جو ہے، یعنی میں اپنی میموری سے بتا سکتا ہوں کہ 1948 میں جب آزاد ہوا انڈیا، 47 میں، تب سے میں کیا کیا کام کر</w:t>
      </w:r>
    </w:p>
    <w:p>
      <w:r>
        <w:rPr>
          <w:b/>
        </w:rPr>
        <w:t xml:space="preserve">[53:23] </w:t>
      </w:r>
      <w:r>
        <w:t>raha hoon. Baghair baghair consult, yani diary consult kiye baghair, diary maine sab kuch likh rakha hai. Main diary nahin consult karunga, kuch nahin karunga. Yahan baithe baithe apni memory se bata doonga ke main 47 se le ke ab tak kya kya karta raha hoon. Ek lambi hi</w:t>
      </w:r>
    </w:p>
    <w:p>
      <w:pPr>
        <w:jc w:val="right"/>
      </w:pPr>
      <w:r>
        <w:t>رہا ہوں۔ بغیر بغیر کنسلٹ، یعنی ڈائری کنسلٹ کیے بغیر، ڈائری میں نے سب کچھ لکھ رکھا ہے۔ میں ڈائری نہیں کنسلٹ کروں گا، کچھ نہیں کروں گا۔ یہیں بیٹھے بیٹھے اپنی میموری سے بتا دوں گا کہ میں 47 سے لے کے اب تک کیا کیا کرتا رہا ہوں۔ ایک لمبی ہ</w:t>
      </w:r>
    </w:p>
    <w:p>
      <w:r>
        <w:rPr>
          <w:b/>
        </w:rPr>
        <w:t xml:space="preserve">[53:41] </w:t>
      </w:r>
      <w:r>
        <w:t>story. Ab aap chahte hain ke is history ke baghair hi ek naya kaam chhed dein? To aap intelligent hain, lekin aap stepped hain. Kuch nahin jante aap, sirf apne ko west karne ja rahe hain. Aap mere meri zindagi mein bahut se aise log aaye jo</w:t>
      </w:r>
    </w:p>
    <w:p>
      <w:pPr>
        <w:jc w:val="right"/>
      </w:pPr>
      <w:r>
        <w:t>سٹری۔ اب آپ چاہتے ہیں کہ اس ہسٹری کے بغیر ہی ایک نیا کام چھیڑ دیں؟ تو آپ انٹیلیجنٹ ہیں، لیکن آپ اسٹیپڈ ہیں۔ کچھ نہیں جانتے آپ، صرف اپنے کو ویسٹ کرنے جا رہے ہیں۔ آپ میرے میری زندگی میں بہت سے ایسے لوگ آئے جو</w:t>
      </w:r>
    </w:p>
    <w:p>
      <w:r>
        <w:rPr>
          <w:b/>
        </w:rPr>
        <w:t xml:space="preserve">[53:59] </w:t>
      </w:r>
      <w:r>
        <w:t>intelligent the, bahut hi brilliant the, lekin har aadmi ke dimagh mein kya tha? Apna ek kaam, apna ek ek tareeqa. Isi par barbaad ho gaye. Sirf khate kamate rahe aur mar gaye. Sirf khate kamate rahe aur mar gaye. Kyun ke mere kaam mein shareek hone ke liye unhon ne surrender karna tha, apni ana ko surrender karna</w:t>
      </w:r>
    </w:p>
    <w:p>
      <w:pPr>
        <w:jc w:val="right"/>
      </w:pPr>
      <w:r>
        <w:t>انٹیلیجنٹ تھے، بہت ہی بریلینٹ تھے، لیکن ہر آدمی کے دماغ میں کیا تھا؟ اپنا ایک کام، اپنا ایک ایک طریقہ۔ اسی پر برباد ہو گئے۔ صرف کھاتے کماتے رہے اور مر گئے۔ صرف کھاتے کماتے رہے اور مر گئے۔ کیونکہ میرے کام میں شریک ہونے کے لیے انہوں نے سرینڈر کرنا تھا، اپنی انا کو سرینڈر کرنا</w:t>
      </w:r>
    </w:p>
    <w:p>
      <w:r>
        <w:rPr>
          <w:b/>
        </w:rPr>
        <w:t xml:space="preserve">[54:17] </w:t>
      </w:r>
      <w:r>
        <w:t>tha. Poori history mein sab se zyada bada jo jo tragedy hui, tragedy woh hai ke poori history intelligent logon ka qabristan hai. Poori poori history intelligent logon</w:t>
      </w:r>
    </w:p>
    <w:p>
      <w:pPr>
        <w:jc w:val="right"/>
      </w:pPr>
      <w:r>
        <w:t>تھا۔ پوری ہسٹری میں سب سے زیادہ بڑا جو جو ٹریجڈی ہوئی، ٹریجڈی وہ ہے کہ پوری ہسٹری انٹیلیجنٹ لوگوں کا قبرستان ہے۔ پوری پوری ہسٹری انٹیلیجنٹ لوگوں</w:t>
      </w:r>
    </w:p>
    <w:p>
      <w:r>
        <w:rPr>
          <w:b/>
        </w:rPr>
        <w:t xml:space="preserve">[54:35] </w:t>
      </w:r>
      <w:r>
        <w:t>ka graveyard hai. Sab se badi, yani Khuda paida karta hai ek zaheen insaan, ek intelligent insaan, yani poori poori universe se zyada badi cheez hai. Woh aap sochein ke jo ek insaan jo soch sake, jo analysis kar sake, woh maam</w:t>
      </w:r>
    </w:p>
    <w:p>
      <w:pPr>
        <w:jc w:val="right"/>
      </w:pPr>
      <w:r>
        <w:t>کا گریو یارڈ ہے۔ سب سے بڑی، یعنی خدا پیدا کرتا ہے ایک ذہین انسان، ایک انٹیلیجنٹ انسان، یعنی پوری پوری یونیورس سے زیادہ بڑی چیز ہے۔ وہ آپ سوچیں کہ جو ایک انسان جو سوچ سکے، جو انالیسز کر سکے، وہ مع</w:t>
      </w:r>
    </w:p>
    <w:p>
      <w:r>
        <w:rPr>
          <w:b/>
        </w:rPr>
        <w:t xml:space="preserve">[54:53] </w:t>
      </w:r>
      <w:r>
        <w:t>ooli cheez hai. Woh bahut badi cheez hai. Lekin saare log ego's, ego ka shikar karte hain. Jitna bada koi intelligent hota hai, utni bada woh egoist hota hai. Aur kya hota hai? Phir kuch tak kaam nahin kar pata, siwaye kha kama</w:t>
      </w:r>
    </w:p>
    <w:p>
      <w:pPr>
        <w:jc w:val="right"/>
      </w:pPr>
      <w:r>
        <w:t>مولی چیز ہے۔ وہ بہت بڑی چیز ہے۔ لیکن سارے لوگ ایگوئز، ایگو کا شکار کرتے ہیں۔ جتنا بڑا کوئی انٹیلیجنٹ ہوتا ہے، اتنی بڑا وہ ایگوئسٹ ہوتا ہے۔ اور کیا ہوتا ہے؟ پھر کچھ تک کام نہیں کر پاتا، سوائے کھا کما</w:t>
      </w:r>
    </w:p>
    <w:p>
      <w:r>
        <w:rPr>
          <w:b/>
        </w:rPr>
        <w:t xml:space="preserve">[55:12] </w:t>
      </w:r>
      <w:r>
        <w:t>ke mar jata hai. Baatein badi badi karega, woh yeh mission, woh mission, kuch nahin kar payega. Kyun ke woh surrender karna padta hai. Jab tak aap surrender na karein, aap koi kaam nahin kar sakte, siwaye is ke ke kha kama ke mar jayein aur kuch nahin kar s</w:t>
      </w:r>
    </w:p>
    <w:p>
      <w:pPr>
        <w:jc w:val="right"/>
      </w:pPr>
      <w:r>
        <w:t>کے مر جاتا ہے۔ باتیں بڑی بڑی کرے گا، وہ یہ مشن، وہ مشن، کچھ نہیں کر پائے گا۔ کیونکہ وہ سرینڈر کرنا پڑتا ہے۔ جب تک آپ سرینڈر نہ کریں، آپ کوئی کام نہیں کر سکتے، سوائے اس کے کہ کھا کما کے مر جائیں اور کچھ نہیں کر س</w:t>
      </w:r>
    </w:p>
    <w:p>
      <w:r>
        <w:rPr>
          <w:b/>
        </w:rPr>
        <w:t xml:space="preserve">[55:30] </w:t>
      </w:r>
      <w:r>
        <w:t>akte. Agar main baithoon to kai ghante sirf yeh bata sakta hoon ke kaise kaise intelligent log mile mujhe aur kis tarah woh unhon ne apne ko sirf is liye mujh se juda kar liya ke woh surrender karne ko tayyar nahin the. Aur phir woh kuch kaam nahin kar sake, woh khatam ho gaye. Woh to</w:t>
      </w:r>
    </w:p>
    <w:p>
      <w:pPr>
        <w:jc w:val="right"/>
      </w:pPr>
      <w:r>
        <w:t>کتے۔ اگر میں بیٹھوں تو کئی گھنٹے صرف یہ بتا سکتا ہوں کہ کیسے کیسے انٹیلیجنٹ لوگ ملے مجھے اور کس طرح وہ انہوں نے اپنے کو صرف اس لیے مجھ سے جدا کر لیا کہ وہ سرینڈر کرنے کو تیار نہیں تھے۔ اور پھر وہ کچھ کام نہیں کر سکے، وہ ختم ہو گئے۔ وہ تو</w:t>
      </w:r>
    </w:p>
    <w:p>
      <w:r>
        <w:rPr>
          <w:b/>
        </w:rPr>
        <w:t xml:space="preserve">[55:50] </w:t>
      </w:r>
      <w:r>
        <w:t>jo history maine padhi hai, jo maine experience kiya hai, main keh sakta hoon ke poori history mein sab se badi tragedy jo hui hai, woh yeh ke history jo hai, intelligent logon ka qabristan ban gaya. Intelligent logon ka graveyard ban gaya. Yaad rakhiye, sab se</w:t>
      </w:r>
    </w:p>
    <w:p>
      <w:pPr>
        <w:jc w:val="right"/>
      </w:pPr>
      <w:r>
        <w:t>جو ہسٹری میں نے پڑھی ہے، جو میں نے ایکسپیرینس کیا ہے، میں کہہ سکتا ہوں کہ پوری ہسٹری میں سب سے بڑی ٹریجڈی جو ہوئی ہے، وہ یہ کہ ہسٹری جو ہے، انٹیلیجنٹ لوگوں کا قبرستان بن گئی۔ انٹیلیجنٹ لوگوں کا گریو یارڈ بن گئی۔ یاد رکھیے، سب سے</w:t>
      </w:r>
    </w:p>
    <w:p>
      <w:r>
        <w:rPr>
          <w:b/>
        </w:rPr>
        <w:t xml:space="preserve">[56:08] </w:t>
      </w:r>
      <w:r>
        <w:t>badi kaam, bada baat surrender karna hai. Sab se badi cheez surrender, sab se badi ibadat surrender karna hai. Sab se bada kaam surrender karna hai. Kyun? Jab kai log mil kar kaam karte hain, tab bada kaam hota hai. H</w:t>
      </w:r>
    </w:p>
    <w:p>
      <w:pPr>
        <w:jc w:val="right"/>
      </w:pPr>
      <w:r>
        <w:t>بڑی کام، بڑا بات سرینڈر کرنا ہے۔ سب سے بڑی چیز سرینڈر، سب سے بڑی عبادت سرینڈر کرنا ہے۔ سب سے بڑا کام سرینڈر کرنا ہے۔ کیوں؟ جب کئی لوگ مل کر کام کرتے ہیں، تب بڑا کام ہوتا ہے۔ ہ</w:t>
      </w:r>
    </w:p>
    <w:p>
      <w:r>
        <w:rPr>
          <w:b/>
        </w:rPr>
        <w:t xml:space="preserve">[56:27] </w:t>
      </w:r>
      <w:r>
        <w:t>amare haan misal hai: Akela chana kya bhaad phorega? Akela chana kya bhaad phorega? Koshish kitna hi zyada intelligent ho, kitni hi brilliant ho, woh akela kuch nahin kar sakta. Woh akela kuch nahin kar sakta. Woh mil kar karna padta hai. Mil kar karne ke</w:t>
      </w:r>
    </w:p>
    <w:p>
      <w:pPr>
        <w:jc w:val="right"/>
      </w:pPr>
      <w:r>
        <w:t>مارے ہاں مثل ہے: اکیلا چنا کیا بھاڑ پھوڑے گا؟ اکیلا چنا کیا بھاڑ پھوڑے گا؟ کوشش کتنا ہی زیادہ انٹیلیجنٹ ہو، کتنی ہی بریلینٹ ہو، وہ اکیلا کچھ نہیں کر سکتا۔ وہ اکیلا کچھ نہیں کر سکتا۔ وہ مل کر کرنا پڑتا ہے۔ مل کر کرنے کے</w:t>
      </w:r>
    </w:p>
    <w:p>
      <w:r>
        <w:rPr>
          <w:b/>
        </w:rPr>
        <w:t xml:space="preserve">[56:45] </w:t>
      </w:r>
      <w:r>
        <w:t>liye ek ko head banana padta hai. Is ke aage surrender karna padta hai. Baghair ek ko head banaye hue aap kaise karenge? Team work, team work kaise hoga? To behal, mera jo tajurba hai, woh yeh hai ke poori poori history</w:t>
      </w:r>
    </w:p>
    <w:p>
      <w:pPr>
        <w:jc w:val="right"/>
      </w:pPr>
      <w:r>
        <w:t>لیے ایک کو ہیڈ بنانا پڑتا ہے۔ اس کے آگے سرینڈر کرنا پڑتا ہے۔ بغیر ایک کو ہیڈ بنائے ہوئے آپ کیسے کریں گے؟ ٹیم ورک، ٹیم ورک کیسے ہوگا؟ تو بہرحال، میرا جو تجربہ ہے، وہ یہ ہے کہ پوری پوری ہسٹری</w:t>
      </w:r>
    </w:p>
    <w:p>
      <w:r>
        <w:rPr>
          <w:b/>
        </w:rPr>
        <w:t xml:space="preserve">[57:03] </w:t>
      </w:r>
      <w:r>
        <w:t>mein yahi hua hai. Ek hi misaal mere paas hai poori history ki, jo bahut hi oonche mind ka aadmi use surrender kar diya. Woh hai Umar Farooq. Ek hi insaan mere paas hai. Bahut hi brilliant aadmi the woh, Umar Farooq. Bahut hi zaheen the, lekin</w:t>
      </w:r>
    </w:p>
    <w:p>
      <w:pPr>
        <w:jc w:val="right"/>
      </w:pPr>
      <w:r>
        <w:t>میں یہی ہوا ہے۔ ایک ہی مثال میرے پاس ہے پوری ہسٹری کی، جو بہت ہی اونچے مائنڈ کا آدمی اسے سرینڈر کر دیا۔ وہ ہے عمر فاروق۔ ایک ہی انسان میرے پاس ہے۔ بہت ہی بریلینٹ آدمی تھے وہ، عمر فاروق۔ بہت ہی ذہین تھے، لیکن</w:t>
      </w:r>
    </w:p>
    <w:p>
      <w:r>
        <w:rPr>
          <w:b/>
        </w:rPr>
        <w:t xml:space="preserve">[57:22] </w:t>
      </w:r>
      <w:r>
        <w:t>unhon ne surrender kar diya apne aap ko. to islam ki history se agar umar ko nikal len, aap history jo hai, woh khaali ho jayegi. itni bari history jo banai bani, us mein umar farooq ka bohat bara hissa hai. lekin kab hissa de saka? woh jab surrender kar diya unhon ne. sar</w:t>
      </w:r>
    </w:p>
    <w:p>
      <w:pPr>
        <w:jc w:val="right"/>
      </w:pPr>
      <w:r>
        <w:t>انہوں نے سرینڈر کر دیا اپنے آپ کو۔ تو اسلام کی ہسٹری سے اگر عمر کو نکال لیں، آپ ہسٹری جو ہے، وہ خالی ہو جائے گی۔ اتنی بڑی ہسٹری جو بنائی بنی، اس میں عمر فاروق کا بہت بڑا حصہ ہے۔ لیکن کب حصہ دے سکا؟ وہ جب سرینڈر کر دیا انہوں نے۔ سر</w:t>
      </w:r>
    </w:p>
    <w:p>
      <w:r>
        <w:rPr>
          <w:b/>
        </w:rPr>
        <w:t xml:space="preserve">[57:42] </w:t>
      </w:r>
      <w:r>
        <w:t>render kar diya unhon ne. to brilliant, brilliant aadmi ya intelligent aadmi ka is sab ibadat yahi hai ke woh surrender kare. sab ibadat us ki yahi hai ke woh surrender kare. koi surrender kiye baghair team work nahi hoga. team work nahi hoga to koi bara kaam nahi hoga. to</w:t>
      </w:r>
    </w:p>
    <w:p>
      <w:pPr>
        <w:jc w:val="right"/>
      </w:pPr>
      <w:r>
        <w:t>ینڈر کر دیا انہوں نے۔ تو بریلینٹ، بریلینٹ آدمی یا انٹیلیجنٹ آدمی کا اس سب عبادت یہی ہے کہ وہ سرینڈر کرے۔ سب عبادت اس کی یہی ہے کہ وہ سرینڈر کرے۔ کوئی سرینڈر کیے بغیر ٹیم ورک نہیں ہوگا۔ ٹیم ورک نہیں ہوگا تو کوئی بڑا کام نہیں ہوگا۔ تو</w:t>
      </w:r>
    </w:p>
    <w:p>
      <w:r>
        <w:rPr>
          <w:b/>
        </w:rPr>
        <w:t xml:space="preserve">[58:01] </w:t>
      </w:r>
      <w:r>
        <w:t>khair, mein yeh us waqt mein ne chand baatein arz keen. woh yeh ke aap ko history ke is phase mein aap paida hue hain jahan aap brothers of</w:t>
      </w:r>
    </w:p>
    <w:p>
      <w:pPr>
        <w:jc w:val="right"/>
      </w:pPr>
      <w:r>
        <w:t>خیر، میں یہ اس وقت میں نے چند باتیں عرض کیں۔ وہ یہ کہ آپ کو ہسٹری کے اس فیز میں آپ پیدا ہوئے ہیں جہاں آپ برادرز اف</w:t>
      </w:r>
    </w:p>
    <w:p>
      <w:r>
        <w:rPr>
          <w:b/>
        </w:rPr>
        <w:t xml:space="preserve">[58:20] </w:t>
      </w:r>
      <w:r>
        <w:t>da profit ban sakte hain, ikhwan e rasool ban sakte hain. kis tarah woh opportunity jo us waqt khuli hai, us ko avail karen. yaani oonche high level ka realization</w:t>
      </w:r>
    </w:p>
    <w:p>
      <w:pPr>
        <w:jc w:val="right"/>
      </w:pPr>
      <w:r>
        <w:t>دا پرافٹ بن سکتے ہیں، اخوان رسول بن سکتے ہیں۔ کس طرح وہ اپرچونیٹی جو اس وقت کھلی ہے، اس کو اویل کریں۔ یعنی اونچے ہائی لیول کا ریلائ</w:t>
      </w:r>
    </w:p>
    <w:p>
      <w:r>
        <w:rPr>
          <w:b/>
        </w:rPr>
        <w:t xml:space="preserve">[58:38] </w:t>
      </w:r>
      <w:r>
        <w:t>us ke do khaas pehlu hain, do khaas aspect hain. ek hai oonche darje ka realization, doosra oonche darje ka da'wah work, yaani higher level ka da'wah work aur higher level ka realization. yeh kar ke</w:t>
      </w:r>
    </w:p>
    <w:p>
      <w:pPr>
        <w:jc w:val="right"/>
      </w:pPr>
      <w:r>
        <w:t>زیشن، اس کے دو خاص پہلو ہیں، دو خاص اسپیکٹ ہیں۔ ایک ہے اونچے درجے کا ریلائزیشن، دوسرا اونچے درجے کا داؤ ورک، یعنی ہائر لیول کا داؤ ورک اور ہائر لیول کا ریلائزیشن۔ یہ کر کے</w:t>
      </w:r>
    </w:p>
    <w:p>
      <w:r>
        <w:rPr>
          <w:b/>
        </w:rPr>
        <w:t xml:space="preserve">[58:56] </w:t>
      </w:r>
      <w:r>
        <w:t>aap ko milegi woh seat jis ke baray mein kaha gaya hai ke prophet bhi envy karenge. prophet bhi envy karenge. ab dekhiye, yeh jo mein ne abhi kaha ke mr. rajat ne yeh kaha ke a person sitting</w:t>
      </w:r>
    </w:p>
    <w:p>
      <w:pPr>
        <w:jc w:val="right"/>
      </w:pPr>
      <w:r>
        <w:t>آپ کو ملے گی وہ سیٹ جس کے بارے میں کہا گیا ہے کہ پرافٹ بھی اینوی کریں گے۔ پرافٹ بھی اینوی کریں گے۔ اب دیکھیے، یہ جو میں نے ابھی کہا کہ مسٹر رجت نے یہ کہا کہ ا پرسن سٹ</w:t>
      </w:r>
    </w:p>
    <w:p>
      <w:r>
        <w:rPr>
          <w:b/>
        </w:rPr>
        <w:t xml:space="preserve">[59:14] </w:t>
      </w:r>
      <w:r>
        <w:t>at his home can get the word of god simply with the click of mouse. yeh sentence koi bol sakta tha? pehle koi nahi bol sakta tha. is liye ke yeh yeh opportunity nahi saamne aa</w:t>
      </w:r>
    </w:p>
    <w:p>
      <w:pPr>
        <w:jc w:val="right"/>
      </w:pPr>
      <w:r>
        <w:t>نگ ایٹ ہز ہوم کین گیٹ دا ورڈ اف گاڈ سمپلی ود دی کلک اف ماؤس۔ یہ سینٹنس کوئی بول سکتا تھا؟ پہلے کوئی نہیں بول سکتا تھا۔ اس لیے کہ یہ یہ اپرچونٹی نہیں سامنے آ</w:t>
      </w:r>
    </w:p>
    <w:p>
      <w:r>
        <w:rPr>
          <w:b/>
        </w:rPr>
        <w:t xml:space="preserve">[59:32] </w:t>
      </w:r>
      <w:r>
        <w:t>yi thi. ya koi yeh kar sakta tha ke yeh jo pani hum ko milta hai, universal level ka desalination ka ek program hai, tab hamein fresh pani milta hai. koi bol sakta tha aisa? aisi million billion baatein hain, in ko aap jab hasil karenge to ek</w:t>
      </w:r>
    </w:p>
    <w:p>
      <w:pPr>
        <w:jc w:val="right"/>
      </w:pPr>
      <w:r>
        <w:t>ئی تھی۔ یا کوئی یہ کر سکتا تھا کہ یہ جو پانی ہم کو ملتا ہے، یونیورسل لیول کا ڈی سیلینیشن کا ایک پروگرام ہے، تب ہمیں فریش پانی ملتا ہے۔ کوئی بول سکتا تھا ایسا؟ ایسی ملین بلین باتیں ہیں، ان کو آپ جب حاصل کریں گے تو ایک</w:t>
      </w:r>
    </w:p>
    <w:p>
      <w:r>
        <w:rPr>
          <w:b/>
        </w:rPr>
        <w:t xml:space="preserve">[59:51] </w:t>
      </w:r>
      <w:r>
        <w:t>thrilling iman hoga aap ko. ek thrilling iman, thrilling faith. aur jab da'wah work aap karenge to woh da'wah work woh hoga jo ke khuda ke rasool ki woh woh jo prediction thi, woh poori hogi. yeh ghar mein pahunch jaye. lekin is ke liye sacrifice chahiye. yeh</w:t>
      </w:r>
    </w:p>
    <w:p>
      <w:pPr>
        <w:jc w:val="right"/>
      </w:pPr>
      <w:r>
        <w:t>تھرلنگ ایمان ہوگا آپ کو۔ ایک تھرلنگ ایمان، تھرلنگ فیتھ۔ اور جب داؤ ورک آپ کریں گے تو وہ داؤ ورک وہ ہوگا جو کہ خدا کے رسول کی وہ وہ جو پریڈکشن تھی، وہ پوری ہوگی۔ یہ گھر میں پہنچ جائے۔ لیکن اس کے لیے سیکریفائس چاہیے۔ یہ</w:t>
      </w:r>
    </w:p>
    <w:p>
      <w:r>
        <w:rPr>
          <w:b/>
        </w:rPr>
        <w:t xml:space="preserve">[1:00:09] </w:t>
      </w:r>
      <w:r>
        <w:t>koi khel nahi hai. koi taash ke patte ka khel nahi hai. yeh is ke liye sacrifice chahiye. apni ana ko todna hai, apni ego ko khatam karna hai. agar aap chahte hain paradise ka ooncha darja pana to yahi is ka course hai. dekhiye</w:t>
      </w:r>
    </w:p>
    <w:p>
      <w:pPr>
        <w:jc w:val="right"/>
      </w:pPr>
      <w:r>
        <w:t>کوئی کھیل نہیں ہے۔ کوئی تاج کا پتے کا کھیل نہیں ہے۔ یہ اس کے لیے سیکریفائس چاہیے۔ اپنی انا کو توڑنا ہے، اپنی ایگو کو ختم کرنا ہے۔ اگر آپ چاہتے ہیں پیراڈائز کا اونچا درجہ پانا تو یہی اس کا کورس ہے۔ دیک</w:t>
      </w:r>
    </w:p>
    <w:p>
      <w:r>
        <w:rPr>
          <w:b/>
        </w:rPr>
        <w:t xml:space="preserve">[1:00:27] </w:t>
      </w:r>
      <w:r>
        <w:t>ye, paradise ke baray mein quran hadees mein aata hai ke 200 darjay is ke hain. 200 story hai is ki. 200, 200. to agar kisi ko upper story lena hai to is ke liye oonche level ka us ko sacrifice deni padegi. p</w:t>
      </w:r>
    </w:p>
    <w:p>
      <w:pPr>
        <w:jc w:val="right"/>
      </w:pPr>
      <w:r>
        <w:t>ھیں، پیراڈائز کے بارے میں قرآن حدیث میں آتا ہے کہ 200 درجے اس کے ہیں۔ 200 اسٹوری ہے اس کی۔ 200، 200۔ تو اگر کسی کو اپر اسٹوری لینا ہے تو اس کے لیے اونچے لیول کا اس کو سیکریفائس دینی پڑے گی۔ پ</w:t>
      </w:r>
    </w:p>
    <w:p>
      <w:r>
        <w:rPr>
          <w:b/>
        </w:rPr>
        <w:t xml:space="preserve">[1:00:46] </w:t>
      </w:r>
      <w:r>
        <w:t>ichlay logon ne sacrifice physical sense mein di. aap ke logon ko sacrifice intellectual, intellectual sense mein dena hai. yaani woh log jo thay, ek baar aisa hua ke hunain ka ek battle hunain hui hai rasool Allah ke zamane mein. to</w:t>
      </w:r>
    </w:p>
    <w:p>
      <w:pPr>
        <w:jc w:val="right"/>
      </w:pPr>
      <w:r>
        <w:t>چھلے لوگوں نے سیکریفائس فزیکل سینس میں دی۔ آپ کے لوگوں کو سیکریفائس انٹلیکچول، انٹلیکچول سینس میں دینا ہے۔ یعنی وہ لوگ جو تھے، ایک بار ایسا ہوا کہ حنین کا ایک بیٹل حنین ہوئی ہے رسول اللہ کے زمانے میں۔ تو</w:t>
      </w:r>
    </w:p>
    <w:p>
      <w:r>
        <w:rPr>
          <w:b/>
        </w:rPr>
        <w:t xml:space="preserve">[1:01:05] </w:t>
      </w:r>
      <w:r>
        <w:t>battle hunain mein aisa hua tha ke kuch qabailay jo hain, achaanak unhon ne aap par attack kar diya. aap apne companions ke sath chale ja rahe thay aur attack kar diya. aur unhon ne woh bohat zyada, woh thay, yaani teer maarne wale thay, arrow</w:t>
      </w:r>
    </w:p>
    <w:p>
      <w:pPr>
        <w:jc w:val="right"/>
      </w:pPr>
      <w:r>
        <w:t>بیٹل حنین میں ایسا ہوا تھا کہ کچھ قبیلے جو ہیں، اچانک انہوں نے آپ پر اٹیک کر دیا۔ آپ اپنے کمپینینز کے ساتھ چلے جا رہے تھے اور اٹیک کر دیا۔ اور انہوں نے وہ بہت زیادہ، وہ تھے، یعنی تیر مارنے والے تھے، ایرو</w:t>
      </w:r>
    </w:p>
    <w:p>
      <w:r>
        <w:rPr>
          <w:b/>
        </w:rPr>
        <w:t xml:space="preserve">[1:01:23] </w:t>
      </w:r>
      <w:r>
        <w:t>aur charon taraf teer maarna shuru kiya. ab prophet jo hai, target banaya unhon ne prophet ko. to charon taraf se logon ne gher liya aap ko. aur kitaab mein aata hai ke logon ke body par arrow jo thay, is tarah latak rahe thay jis tarah saahi ke ba</w:t>
      </w:r>
    </w:p>
    <w:p>
      <w:pPr>
        <w:jc w:val="right"/>
      </w:pPr>
      <w:r>
        <w:t>اور چاروں طرف تیر مارنا شروع کیا۔ اب پرافٹ جو ہے، ٹارگٹ بنایا انہوں نے پرافٹ کو۔ تو چاروں طرف سے لوگوں نے گھیر لیا آپ کو۔ اور کتاب میں آتا ہے کہ لوگوں کے باڈی پر ایرو جو تھے، اس طرح لٹک رہے تھے جس طرح ساہی کے با</w:t>
      </w:r>
    </w:p>
    <w:p>
      <w:r>
        <w:rPr>
          <w:b/>
        </w:rPr>
        <w:t xml:space="preserve">[1:01:41] </w:t>
      </w:r>
      <w:r>
        <w:t>dy par kaantay latakte hain. ek animal hota hai jo jo semi bird hota hai, woh to ab mujhe nahi maloom ke is ka english mein naam kya hai. us ko urdu mein saahi kehte hain. to is ke jo par hotay hain, woh par kaantay ki tarah hotay hain. aise latakte hain kaantay ki tarah charon taraf.</w:t>
      </w:r>
    </w:p>
    <w:p>
      <w:pPr>
        <w:jc w:val="right"/>
      </w:pPr>
      <w:r>
        <w:t>ڈی پر کانٹے لٹکتے ہیں۔ ایک اینیمل ہوتا ہے جو جو سیمی برڈ ہوتا ہے، وہ تو اب مجھے نہیں معلوم کہ اس کا انگلش میں نام کیا ہے۔ اس کو اردو میں ساہی کہتے ہیں۔ تو اس کے جو پر ہوتے ہیں، وہ پر کانٹے کی طرح ہوتے ہیں۔ ایسے لٹکتے ہیں کانٹے کی طرح چاروں طرف۔</w:t>
      </w:r>
    </w:p>
    <w:p>
      <w:r>
        <w:rPr>
          <w:b/>
        </w:rPr>
        <w:t xml:space="preserve">[1:02:00] </w:t>
      </w:r>
      <w:r>
        <w:t>to is mein aata hai ke log charon taraf se aap ko gher liya aur un ko teer lag rahe thay. aur saahi ki tarah un ke body par teer charon taraf latak rahe thay aur prophet ghere hue thay woh ke aap bach jayen, aap bach jayen, aap bach jayen. yeh sacrifice ka woh darja hai jo hum soch bhi nahi s</w:t>
      </w:r>
    </w:p>
    <w:p>
      <w:pPr>
        <w:jc w:val="right"/>
      </w:pPr>
      <w:r>
        <w:t>تو اس میں آتا ہے کہ لوگ چاروں طرف سے آپ کو گھیر لیا اور ان کو تیر لگ رہے تھے۔ اور ساہی کی طرح ان کے باڈی پر تیر چاروں طرف لٹک رہے تھے اور پرافٹ گھیرے ہوئے تھے وہ کہ آپ بچ جائیں، آپ بچ جائیں، آپ بچ جائیں۔ یہ سیکریفائس کا وہ درجہ ہے جو ہم سوچ بھی نہیں س</w:t>
      </w:r>
    </w:p>
    <w:p>
      <w:r>
        <w:rPr>
          <w:b/>
        </w:rPr>
        <w:t xml:space="preserve">[1:02:18] </w:t>
      </w:r>
      <w:r>
        <w:t>akte. lekin yaqeen kijiye ke isi darjay ka sacrifice aaj bhi hai. mein ne kaha ke wahan physical torture tha ya intellectual torture hai. wahan dost jab tak ke aap ke koi kill karne ko tayyar na hon, apni ego ko kill karna, apni ana ko</w:t>
      </w:r>
    </w:p>
    <w:p>
      <w:pPr>
        <w:jc w:val="right"/>
      </w:pPr>
      <w:r>
        <w:t>کتے۔ لیکن یقین کیجئے کہ اسی درجے کا سیکریفائس آج بھی ہے۔ میں نے کہا کہ وہاں فزیکل ٹارچر تھا یا انٹلیکچول ٹارچر ہے۔ وہاں دوست جب تک کہ آپ کے کوئی کل کرنے کو تیار نہ ہوں، اپنی ایگو کو کل کرنا، اپنی انا کو</w:t>
      </w:r>
    </w:p>
    <w:p>
      <w:r>
        <w:rPr>
          <w:b/>
        </w:rPr>
        <w:t xml:space="preserve">[1:02:36] </w:t>
      </w:r>
      <w:r>
        <w:t>kill karna, apni superiority ko kill karna, us ko us ko kill karna ke mein intelligent aadmi hoon, mein zyada soch sakta hoon, in sab ko kill karna padega. agar kisi ko oonche darjay ka paradise chahiye to us ko tayyar ho</w:t>
      </w:r>
    </w:p>
    <w:p>
      <w:pPr>
        <w:jc w:val="right"/>
      </w:pPr>
      <w:r>
        <w:t>کل کرنا، اپنی سپیریٹی کے کو کل کرنا، اسے اس اس کو کل کرنا کہ میں انٹیلیجنٹ آدمی ہوں، میں زیادہ سوچ سکتا ہوں، ان سب کو کل کرنا پڑے گا۔ اگر کسی کو اونچے درجے کا پارڈائز چاہیے تو اس کو تیار ہو</w:t>
      </w:r>
    </w:p>
    <w:p>
      <w:r>
        <w:rPr>
          <w:b/>
        </w:rPr>
        <w:t xml:space="preserve">[1:02:55] </w:t>
      </w:r>
      <w:r>
        <w:t>jana chahiye intellectual torture ke liye. aur agar woh nahi aisa nahi karta to yaad rakhiye, maut ke baad siwaye afsos ke kuch bhi nahi hoga. aaj hi mein kisi se kehta keh raha tha ke har din mein yeh sochta hoon ke agar meri maut ho jaye, maut ke</w:t>
      </w:r>
    </w:p>
    <w:p>
      <w:pPr>
        <w:jc w:val="right"/>
      </w:pPr>
      <w:r>
        <w:t>جانا چاہیے انٹلیکچول ٹارچر کے لیے۔ اور اگر وہ نہیں ایسا نہیں کرتا تو یاد رکھیے، موت کے بعد سوائے افسوس کے کچھ بھی نہیں ہوگا۔ آج ہی میں کسی سے کہتا کہہ رہا تھا کہ ہر دن میں یہ سوچتا ہوں کہ اگر میری موت ہو جائے، موت کے</w:t>
      </w:r>
    </w:p>
    <w:p>
      <w:r>
        <w:rPr>
          <w:b/>
        </w:rPr>
        <w:t xml:space="preserve">[1:03:13] </w:t>
      </w:r>
      <w:r>
        <w:t>baad kya hoga? achaanak point of, achaanak aisa hoga ke woh point of no return, achaanak maloom hoga ke woh to hum wapas ja nahi sakte. ab c 29 mein hum nahi ja sakte, hum apni team mein nahi ja sakte, apni family mein nahi wa</w:t>
      </w:r>
    </w:p>
    <w:p>
      <w:pPr>
        <w:jc w:val="right"/>
      </w:pPr>
      <w:r>
        <w:t>بعد کیا ہوگا؟ اچانک پوائنٹ اف، اچانک ایسا ہوگا کہ وہ پوائنٹ اف نو ریٹرن، اچانک معلوم ہوگا کہ وہ تو ہم واپس جا نہیں جا سکتے۔ اب سی 29 میں ہم نہیں جا سکتے، ہم اپنی ٹیم میں نہیں جا سکتے، اپنی فیملی میں نہیں وا</w:t>
      </w:r>
    </w:p>
    <w:p>
      <w:r>
        <w:rPr>
          <w:b/>
        </w:rPr>
        <w:t xml:space="preserve">[1:03:31] </w:t>
      </w:r>
      <w:r>
        <w:t>pas loot sakte. point of no return, kaisa ajeeb ehsaas hoga woh. woh hum mein se har ek ke upar aane wala hai. har ek ke upar aane wala hai. ek achaanak ek mehsoos hoga ke hum to sab kuch chhin gaya hamara. ab lotna khatam. ab bat</w:t>
      </w:r>
    </w:p>
    <w:p>
      <w:pPr>
        <w:jc w:val="right"/>
      </w:pPr>
      <w:r>
        <w:t>پس لوٹ سکتے۔ پوائنٹ اف نو ریٹرن، کیسا عجیب احساس ہوگا وہ۔ وہ ہم میں سے ہر ایک کے اوپر آنے والا ہے۔ ہر ایک کے اوپر آنے والا ہے۔ ایک اچانک ایک محسوس ہوگا کہ ہم تو سب کچھ چھن گیا ہمارا۔ اب لوٹنا ختم۔ اب بت</w:t>
      </w:r>
    </w:p>
    <w:p>
      <w:r>
        <w:rPr>
          <w:b/>
        </w:rPr>
        <w:t xml:space="preserve">[1:03:49] </w:t>
      </w:r>
      <w:r>
        <w:t>aiye ke woh jab aayega moment to aap kya karenge? to hadith mein aata hai ke hasib qabl to hasib, is se pehle ke Khuda ke haan aap ka hisab liya jaye, khud apna hisab le lijiye. hasib anfus</w:t>
      </w:r>
    </w:p>
    <w:p>
      <w:pPr>
        <w:jc w:val="right"/>
      </w:pPr>
      <w:r>
        <w:t>ائیے کہ وہ جب آئے گا مومنٹ تو آپ کیا کریں گے؟ تو حدیث میں آتا ہے کہ حاسب قبل تو حاسب، اس سے پہلے کہ خدا کے ہاں آپ کا حساب لیا جائے، خود اپنا حساب لے لیجئے۔ حاسب انفس</w:t>
      </w:r>
    </w:p>
    <w:p>
      <w:r>
        <w:rPr>
          <w:b/>
        </w:rPr>
        <w:t xml:space="preserve">[1:04:07] </w:t>
      </w:r>
      <w:r>
        <w:t>kum qabl tahasub wazan qabl to zano, apne ko tol lo, is se pehle ke tumhe tol aa jaye. yeh sab baatein sochne ki hain. aakhir mein main yeh kahunga ke Allah taala ne jo history mein ek process chalaya tha, woh</w:t>
      </w:r>
    </w:p>
    <w:p>
      <w:pPr>
        <w:jc w:val="right"/>
      </w:pPr>
      <w:r>
        <w:t>کم قبل تہاسب وزن قبل تو زنو، اپنے کو تول لو، اس سے پہلے کہ تمہیں تول آ جائے۔ یہ سب باتیں سوچنے کی ہیں۔ آخر میں میں یہ کہوں گا کہ اللہ تعالی نے جو ہسٹری میں ایک پروسیس چلایا تھا، وہ</w:t>
      </w:r>
    </w:p>
    <w:p>
      <w:r>
        <w:rPr>
          <w:b/>
        </w:rPr>
        <w:t xml:space="preserve">[1:04:25] </w:t>
      </w:r>
      <w:r>
        <w:t>apne final phase mein pahunch chuka hai. ab hamare liye possible ho gaya hai ke hum oonche darje ki realization hasil karein aur oonche darje ke paradise mein jagah paayein. is tarah se hamare liye possible ho gaya hai ke hum oonche darje ka da'wah work karein aur un logon mein banein jin</w:t>
      </w:r>
    </w:p>
    <w:p>
      <w:pPr>
        <w:jc w:val="right"/>
      </w:pPr>
      <w:r>
        <w:t>اپنے فائنل فیز میں پہنچ چکا ہے۔ اب ہمارے لیے پاسیبل ہو گیا ہے کہ ہم اونچے درجے کی ریلائش حاصل کریں اور اونچے درجے کے پارڈائز میں جگہ پائیں۔ اس طریقے سے ہمارے لیے پاسیبل ہو گیا ہے کہ ہم اونچے درجے کا داؤ ورک کریں اور ان لوگوں میں بنیں جن</w:t>
      </w:r>
    </w:p>
    <w:p>
      <w:r>
        <w:rPr>
          <w:b/>
        </w:rPr>
        <w:t xml:space="preserve">[1:04:44] </w:t>
      </w:r>
      <w:r>
        <w:t>ke bare mein aata hai ke prophet bhi unko dekh kar envy karenge, brush karenge. yeh sab, yeh sab, yaani yeh sab bilkul aaj possible ho chuka hai. ab woh log khush qismat hain, blessed hain woh log jo</w:t>
      </w:r>
    </w:p>
    <w:p>
      <w:pPr>
        <w:jc w:val="right"/>
      </w:pPr>
      <w:r>
        <w:t>کے بارے میں آتا ہے کہ پرافٹ بھی ان کو دیکھ کر اینوی کریں گے، برش کریں گے۔ یہ سب، یہ سب، یعنی یہ سب بالکل آج پاسیبل ہو چکا ہے۔ اب وہ لوگ خوش قسمت ہیں، بلیسڈ ہیں وہ لوگ جو</w:t>
      </w:r>
    </w:p>
    <w:p>
      <w:r>
        <w:rPr>
          <w:b/>
        </w:rPr>
        <w:t xml:space="preserve">[1:05:02] </w:t>
      </w:r>
      <w:r>
        <w:t>is potential ko actual banayein aur apne aap ko Khuda ke, yaani badi blessing ka mustahiq banayein aur apne aap ko jannat ke oonche darje ka mustahiq banayein. aqool qaul</w:t>
      </w:r>
    </w:p>
    <w:p>
      <w:pPr>
        <w:jc w:val="right"/>
      </w:pPr>
      <w:r>
        <w:t>اس پوٹینشل کو ایکچول بنائیں اور اپنے آپ کو خدا کے، یعنی بڑی بلیسنگ کا مستحق بنائیں اور اپنے آپ کو جنت کے اونچے درجے کا مستحق بنائیں۔ اقول قول</w:t>
      </w:r>
    </w:p>
    <w:p>
      <w:r>
        <w:rPr>
          <w:b/>
        </w:rPr>
        <w:t xml:space="preserve">[1:05:21] </w:t>
      </w:r>
      <w:r>
        <w:t>hu hatha wastaghfirullah alaihim ajmaeen. isi ek baat par is ko hil di gayi ke is ne keh</w:t>
      </w:r>
    </w:p>
    <w:p>
      <w:pPr>
        <w:jc w:val="right"/>
      </w:pPr>
      <w:r>
        <w:t>ھذا واستغفراللہ علیہم اجمعین۔ اسی ایک بات پر اس کو ہل دی گئی کہ اس نے کہ</w:t>
      </w:r>
    </w:p>
    <w:p>
      <w:r>
        <w:rPr>
          <w:b/>
        </w:rPr>
        <w:t xml:space="preserve">[1:05:39] </w:t>
      </w:r>
      <w:r>
        <w:t>woh Adam ke aage jhuka nahin. is par sochiye ke is ne yeh kaha, is ne Khuda ke samne jhukne ka inkar nahin kiya tha, Adam ke aage jhukne ka inkar kiya tha. is par ghaur kijiye ke</w:t>
      </w:r>
    </w:p>
    <w:p>
      <w:pPr>
        <w:jc w:val="right"/>
      </w:pPr>
      <w:r>
        <w:t>وہ آدم کے آگے جھکا نہیں۔ اس پر سوچیے کہ اس نے یہ کہا، اس نے خدا کے سامنے جھکنے کا انکار نہیں کیا تھا، آدم کے آگے جھکنے کا انکار کیا تھا۔ اس پر غور کیجئے کہ</w:t>
      </w:r>
    </w:p>
    <w:p>
      <w:r>
        <w:rPr>
          <w:b/>
        </w:rPr>
        <w:t xml:space="preserve">[1:05:58] </w:t>
      </w:r>
      <w:r>
        <w:t>Shaitan ne kabhi yeh nahin kaha tha ke main Khuda ke aage sajda nahin karunga. is ne yeh kaha tha ke main Adam ke aage sajda nahin karunga. is se yeh baat kya nikalti hai? is se yeh niklta hai ke jhukna to hai Khuda hi ke aage, lekin is ka test</w:t>
      </w:r>
    </w:p>
    <w:p>
      <w:pPr>
        <w:jc w:val="right"/>
      </w:pPr>
      <w:r>
        <w:t>شیٹن نے کبھی یہ نہیں کہا تھا کہ میں خدا کے آگے سجدہ نہیں کروں گا۔ اس نے یہ کہا تھا کہ میں آدم کے آگے سجدہ نہیں کروں گا۔ اس سے یہ بات کیا نکلتی ہے؟ اس سے یہ نکلتا ہے کہ جھکنا تو ہے خدا ہی کے آگے، لیکن اس کا ٹیسٹ</w:t>
      </w:r>
    </w:p>
    <w:p>
      <w:r>
        <w:rPr>
          <w:b/>
        </w:rPr>
        <w:t xml:space="preserve">[1:06:16] </w:t>
      </w:r>
      <w:r>
        <w:t>hota hai insan ke aage. insan ke aage jhuk kar aap Khuda ke aage jhukte hain kyunke Khuda to samne hai nahin. Khuda ke aage kaise jhukenge aap? to asal jo hai woh surrender Khuda hi ke aage karna hai ke Khuda ke</w:t>
      </w:r>
    </w:p>
    <w:p>
      <w:pPr>
        <w:jc w:val="right"/>
      </w:pPr>
      <w:r>
        <w:t>ہوتا ہے انسان کے آگے۔ انسان کے آگے جھک کر آپ خدا کے آگے جھکتے ہیں کیونکہ خدا تو سامنے ہے نہیں۔ خدا کے آگے کیسے جھکیں گے آپ؟ تو اصل جو ہے وہ سرینڈر خدا ہی کے آگے کرنا ہے کہ خدا کے</w:t>
      </w:r>
    </w:p>
    <w:p>
      <w:r>
        <w:rPr>
          <w:b/>
        </w:rPr>
        <w:t xml:space="preserve">[1:06:34] </w:t>
      </w:r>
      <w:r>
        <w:t>aage surrender jo hai woh duniya mein hota hai insan ke aage surrender kar ke. is ka matlab nahin ke aap ne insan ko Khuda bana liya. nahin, is duniya mein, is present world mein koi bhi kaam jo karna hai to</w:t>
      </w:r>
    </w:p>
    <w:p>
      <w:pPr>
        <w:jc w:val="right"/>
      </w:pPr>
      <w:r>
        <w:t>آگے سرینڈر جو ہے وہ دنیا میں ہوتا ہے انسان کے آگے سرینڈر کر کے۔ اس کا مطلب نہیں کہ آپ نے انسان کو خدا بنا لیا۔ نہیں، اس دنیا میں، اس پریزنٹ ورلڈ میں کوئی بھی کام جو کرنا ہے تو</w:t>
      </w:r>
    </w:p>
    <w:p>
      <w:r>
        <w:rPr>
          <w:b/>
        </w:rPr>
        <w:t xml:space="preserve">[1:06:53] </w:t>
      </w:r>
      <w:r>
        <w:t>tabhi hota hai jab ke woh team work shakal mein kiya jaye, mil jul kar kiya jaye. akele akele koi kaam nahin ho sakta hai. to kisi ek ke aage surrender aap karte hain is liye ke Khuda ka kaam team work ki shakal mein ho. is liye karte hain, sur</w:t>
      </w:r>
    </w:p>
    <w:p>
      <w:pPr>
        <w:jc w:val="right"/>
      </w:pPr>
      <w:r>
        <w:t>تبھی ہوتا ہے جب کہ وہ ٹیم ورک شکل میں کیا جائے، مل جل کر کیا جائے۔ اکیلے اکیلے کوئی کام نہیں ہو سکتا ہے۔ تو کسی ایک کے آگے سرینڈر آپ کرتے ہیں اس لیے کہ خدا کا کام ٹیم ورک کی شکل میں ہو۔ اس لیے کرتے ہیں، سر</w:t>
      </w:r>
    </w:p>
    <w:p>
      <w:r>
        <w:rPr>
          <w:b/>
        </w:rPr>
        <w:t xml:space="preserve">[1:07:12] </w:t>
      </w:r>
      <w:r>
        <w:t>render karte hain kisi kisi insan hi ke aage. lekin kis liye karte hain? ke Khuda ka kaam hoga nahin is ke baghair. is ke baghair Khuda ka kaam ho nahin sakta hai. isi liye bohat sakht hadith mein hai: "man shazz shazz fi al-nar". jo team se alag hua woh aag mein gaya. "</w:t>
      </w:r>
    </w:p>
    <w:p>
      <w:pPr>
        <w:jc w:val="right"/>
      </w:pPr>
      <w:r>
        <w:t>ینڈر کرتے ہیں کسی کسی انسان ہی کے آگے۔ لیکن کس لیے کرتے ہیں؟ کہ خدا کا کام ہوگا نہیں اس کے بغیر۔ اس کے بغیر خدا کا کام ہو نہیں سکتا ہے۔ اسی لیے بہت سخت حدیث میں ہے: "من شز شز فی النار"۔ جو ٹیم سے الگ ہوا وہ آگ میں گیا۔ "</w:t>
      </w:r>
    </w:p>
    <w:p>
      <w:r>
        <w:rPr>
          <w:b/>
        </w:rPr>
        <w:t xml:space="preserve">[1:07:31] </w:t>
      </w:r>
      <w:r>
        <w:t>man shazz shazz fi al-nar" kyunke phir kaam hi nahin hoga. yaani agar aap ne, yaani yaani woh wahan par aap surrender nahin kiya sirf is liye ke yeh to insan hai, main kyun surrender karun is ke aage? to Khuda</w:t>
      </w:r>
    </w:p>
    <w:p>
      <w:pPr>
        <w:jc w:val="right"/>
      </w:pPr>
      <w:r>
        <w:t>من شز شز فی النار" کیونکہ پھر کام ہی نہیں ہوگا۔ یعنی اگر آپ نے، یعنی یعنی وہ وہاں پر آپ سرینڈر نہیں کیا صرف اس لیے کہ یہ تو انسان ہے، میں کیوں سرینڈر کروں اس کے آگے؟ تو خدا</w:t>
      </w:r>
    </w:p>
    <w:p>
      <w:r>
        <w:rPr>
          <w:b/>
        </w:rPr>
        <w:t xml:space="preserve">[1:07:50] </w:t>
      </w:r>
      <w:r>
        <w:t>ka kaam jo hai ruk jayega, woh Khuda ka kaam thap ho jayega. to Khuda ki khatir insan ke aage surrender karna yeh hai is qisse ka woh ke jhukna to Khuda ke aage tha, lekin jo test liya gaya woh insan ke aage. is present world mein h</w:t>
      </w:r>
    </w:p>
    <w:p>
      <w:pPr>
        <w:jc w:val="right"/>
      </w:pPr>
      <w:r>
        <w:t>کا کام جو ہے رک جائے گا، وہ خدا کا کام ٹھپ ہو جائے گا۔ تو خدا کی خاطر انسان کے آگے سرینڈر کرنا یہ ہے اس قصے کا وہ کہ جھکنا تو خدا کے آگے تھا، لیکن جو ٹیسٹ لیا گیا وہ انسان کے آگے۔ اس پریزنٹ ورلڈ میں ہ</w:t>
      </w:r>
    </w:p>
    <w:p>
      <w:r>
        <w:rPr>
          <w:b/>
        </w:rPr>
        <w:t xml:space="preserve">[1:08:08] </w:t>
      </w:r>
      <w:r>
        <w:t>amesha yeh hoga ke aap ko Khuda wala kaam karne ke liye insan ke aage jhukna padega. Khuda wala kaam karne ke liye insan ke aage jhukna padega. nahin to nahin hoga. jaise aap namaz padhte hain, wahan pe kya hota hai? ek imam jo lead kar raha hota hai, us ke us ke kahe ko mante hain aap. y</w:t>
      </w:r>
    </w:p>
    <w:p>
      <w:pPr>
        <w:jc w:val="right"/>
      </w:pPr>
      <w:r>
        <w:t>میشہ یہ ہوگا کہ آپ کو خدا والا کام کرنے کے لیے انسان کے آگے جھکنا پڑے گا۔ خدا والا کام کرنے کے لیے انسان کے آگے جھکنا پڑے گا۔ نہیں تو نہیں ہوگا۔ جیسے آپ نماز پڑھتے ہیں، وہاں پہ کیا ہوتا ہے؟ ایک امام جو لیڈ کر رہا ہوتا ہے، اس کے اس کے کہے کو مانتے ہیں آپ۔ ی</w:t>
      </w:r>
    </w:p>
    <w:p>
      <w:r>
        <w:rPr>
          <w:b/>
        </w:rPr>
        <w:t xml:space="preserve">[1:08:27] </w:t>
      </w:r>
      <w:r>
        <w:t>aani jhukte hain Khuda hi ke aage, lekin insan ko ke kahe ko man kar ke hota hai woh. aisa nahin hota ke Khuda ke is se alag aap namaz padhne lage to woh namaz hi nahin hogi. woh to woh training hoti hai ke namaz jo hai, jo ibadat hai, woh</w:t>
      </w:r>
    </w:p>
    <w:p>
      <w:pPr>
        <w:jc w:val="right"/>
      </w:pPr>
      <w:r>
        <w:t>عنی جھکتے ہیں خدا ہی کے آگے، لیکن انسان کو کے کہے کو مان کر کے ہوتا ہے وہ۔ ایسا نہیں ہوتا کہ خدا کے اس سے الگ آپ نماز پڑھنے لگے تو وہ نماز ہی نہیں ہوگی۔ وہ تو وہ ٹریننگ ہوتی ہے کہ نماز جو ہے، جو عبادت ہے، وہ</w:t>
      </w:r>
    </w:p>
    <w:p>
      <w:r>
        <w:rPr>
          <w:b/>
        </w:rPr>
        <w:t xml:space="preserve">[1:08:46] </w:t>
      </w:r>
      <w:r>
        <w:t>Khuda ke aage jhukne ke liye hai. lekin tum ko ek insan ki ki woh baat baandh kar mano ge, tab namaz hogi. nahin to namaz hi nahin hogi. yaani insan ke liye jhukne, Khuda ke aage jhukne ke liye aap ko insan ke aag</w:t>
      </w:r>
    </w:p>
    <w:p>
      <w:pPr>
        <w:jc w:val="right"/>
      </w:pPr>
      <w:r>
        <w:t>خدا کے آگے جھکنے کے لیے ہے۔ لیکن تم کو ایک انسان کی کی وہ بات باندھ کر مانو گے، تب نماز ہوگی۔ نہیں تو نماز ہی نہیں ہوگی۔ یعنی انسان کے لیے جھکنے، خدا کے آگے جھکنے کے لیے آپ کو انسان کے آگ</w:t>
      </w:r>
    </w:p>
    <w:p>
      <w:r>
        <w:rPr>
          <w:b/>
        </w:rPr>
        <w:t xml:space="preserve">[1:09:04] </w:t>
      </w:r>
      <w:r>
        <w:t>e jhukna padta hai. yeh is mein se niklta hai. lesson aur bataiye, Maulana what is the difference in the impact of actions of a thinking mind that sur</w:t>
      </w:r>
    </w:p>
    <w:p>
      <w:pPr>
        <w:jc w:val="right"/>
      </w:pPr>
      <w:r>
        <w:t>ے جھکنا پڑتا ہے۔ یہ اس میں سے نکلتا ہے۔ لیسن اور بتائیے، مولانا واٹ از دا ڈفرنس ان دا امپیکٹ اف ایکشنز اف ا تھنکنگ مائنڈ دیٹ سر</w:t>
      </w:r>
    </w:p>
    <w:p>
      <w:r>
        <w:rPr>
          <w:b/>
        </w:rPr>
        <w:t xml:space="preserve">[1:09:22] </w:t>
      </w:r>
      <w:r>
        <w:t>renders and a mind that does not think and surrenders? is there any difference in the actions of both or the impact of actions of both? ek mind woh hai jo sochta hai aur surrender karta hai, reason out karta hai, aur ek mind hai jo bl</w:t>
      </w:r>
    </w:p>
    <w:p>
      <w:pPr>
        <w:jc w:val="right"/>
      </w:pPr>
      <w:r>
        <w:t>ینڈرز اینڈ ا مائنڈ دیٹ ڈز ناٹ تھنک اینڈ سرینڈرز؟ از دیر اینی ڈفرنس ان دی ایکشنز اف بوتھ اور دا امپیکٹ اف ایکشنز اف بوتھ؟ ایک مائنڈ وہ ہے جو سوچتا ہے اور سرینڈر کرتا ہے، ریزن آؤٹ کرتا ہے، اور ایک مائنڈ ہے جو بل</w:t>
      </w:r>
    </w:p>
    <w:p>
      <w:r>
        <w:rPr>
          <w:b/>
        </w:rPr>
        <w:t xml:space="preserve">[1:09:41] </w:t>
      </w:r>
      <w:r>
        <w:t>aind faith pe surrender karta hai. in dono ke actions mein koi difference huye ga? difference hai status mein. kya kahenge sahab? darja mein. yaani ek aadmi jiski samajh kam hai to</w:t>
      </w:r>
    </w:p>
    <w:p>
      <w:pPr>
        <w:jc w:val="right"/>
      </w:pPr>
      <w:r>
        <w:t>ائنڈ فیتھ پہ سرینڈر کرتا ہے۔ ان دونوں کے ایکشنز میں کوئی ڈفرنس ہوئے گا؟ ڈفرنس ہے اسٹیٹس میں۔ کیا کہیں گے صاحب؟ درجہ میں۔ یعنی ایک آدمی جس کی سمجھ کم ہے تو</w:t>
      </w:r>
    </w:p>
    <w:p>
      <w:r>
        <w:rPr>
          <w:b/>
        </w:rPr>
        <w:t xml:space="preserve">[1:10:02] </w:t>
      </w:r>
      <w:r>
        <w:t>zahir hai ke samajh kam hai to uska level jo surrender ka bohat hi thoda hoga. haan, degree. haan, degree. degree sahi word hai uska. to isi liye 200 jo story hai to ek aadmi woh jis ke paas jis ke paas thinking power hai, jis</w:t>
      </w:r>
    </w:p>
    <w:p>
      <w:pPr>
        <w:jc w:val="right"/>
      </w:pPr>
      <w:r>
        <w:t>ظاہر ہے کہ سمجھ کم ہے تو اس کا لیول جو سرینڈر کا بہت ہی تھوڑا ہوگا۔ ہاں، ڈگری۔ ہاں، ڈگری۔ ڈگری صحیح ورڈ ہے اس کا۔ تو اسی لیے 200 جو اسٹوری ہے تو ایک آدمی وہ جس کے پاس جس کے پاس تھنکنگ پاور ہے، جس</w:t>
      </w:r>
    </w:p>
    <w:p>
      <w:r>
        <w:rPr>
          <w:b/>
        </w:rPr>
        <w:t xml:space="preserve">[1:10:20] </w:t>
      </w:r>
      <w:r>
        <w:t>ka mind zabardast us ke paas hai, woh apni soch, apni soch ko kaam mein lata hai, apni soch ko active karta hai, aur phir woh surrender karta hai. uska bohat hi oonchi degree ka surrender uska hai. aur jo bechara establised qism ka hai, uska bohat choti d</w:t>
      </w:r>
    </w:p>
    <w:p>
      <w:pPr>
        <w:jc w:val="right"/>
      </w:pPr>
      <w:r>
        <w:t>کا مائنڈ زبردست اس کے پاس ہے، وہ اپنی سوچ، اپنی سوچ کو کام میں لاتا ہے، اپنی سوچ کو ایکٹیو کرتا ہے، اور پھر وہ سرینڈر کرتا ہے۔ اس کا بہت ہی اونچی ڈگری کا سرینڈر اس کا ہے۔ اور جو بیچارہ اسٹیبلٹ قسم کا ہے، اس کا بہت چھوٹی ڈ</w:t>
      </w:r>
    </w:p>
    <w:p>
      <w:r>
        <w:rPr>
          <w:b/>
        </w:rPr>
        <w:t xml:space="preserve">[1:10:38] </w:t>
      </w:r>
      <w:r>
        <w:t>egree ka surrender hai. uska surrender dono karta hai, dono hi ko surrender karna hai. woh apni ego ko kill karta hai, woh apni ana ko crush karta hai, apni superiority ka jo complex us ke andar hai, us ko mitata hai, tab surrender karta hai. establised aadmi ko koi hai hi nahi, yeh sab us</w:t>
      </w:r>
    </w:p>
    <w:p>
      <w:pPr>
        <w:jc w:val="right"/>
      </w:pPr>
      <w:r>
        <w:t>گری کا سرینڈر ہے۔ اس کا سرینڈر دونوں کرتا ہے، دونوں ہی کو سرینڈر کرنا ہے۔ وہ اپنی ایگو کو کل کرتا ہے، وہ اپنی انا کو کرش کرتا ہے، اپنی سپیریٹی کا جو کمپلیکس اس کے اندر ہے، اس کو مٹاتا ہے، تب سرینڈر کرتا ہے۔ اسٹیبلٹ آدمی کو کوئی ہے ہی نہیں، یہ سب اس</w:t>
      </w:r>
    </w:p>
    <w:p>
      <w:r>
        <w:rPr>
          <w:b/>
        </w:rPr>
        <w:t xml:space="preserve">[1:10:57] </w:t>
      </w:r>
      <w:r>
        <w:t>ka complex nahi hai, us ko koi complex nahi. us ko to bas just like, yaani woh robot. to surrender dono karna hai, lekin uska degree of surrender uska bohat bada badha hua hai, bohat zyada badha hua hai. yeh baat</w:t>
      </w:r>
    </w:p>
    <w:p>
      <w:pPr>
        <w:jc w:val="right"/>
      </w:pPr>
      <w:r>
        <w:t>کا کمپلیکس نہیں ہے، اس کو کوئی کمپلیکس نہیں۔ اس کو تو بس جسٹ لائک، یعنی وہ روبوٹ۔ تو سرینڈر دونوں کرنا ہے، لیکن اس کا ڈگری اف سرینڈر اس کا بہت بڑا بڑھا ہوا ہے، بہت زیادہ بڑھا ہوا ہے۔ یہ بات</w:t>
      </w:r>
    </w:p>
    <w:p>
      <w:r>
        <w:rPr>
          <w:b/>
        </w:rPr>
        <w:t xml:space="preserve">[1:11:15] </w:t>
      </w:r>
      <w:r>
        <w:t>clear hai ke nahi? clear hai. Maulana hamesha kehte hain that reconciliation is right course and one should not indulge confrontation. we met lady about four days ago. okay, all of us were there in that meeting. lady, she is saying in Africa, lot of men</w:t>
      </w:r>
    </w:p>
    <w:p>
      <w:pPr>
        <w:jc w:val="right"/>
      </w:pPr>
      <w:r>
        <w:t>کلیئر ہے کہ نہیں؟ کلیئر ہے۔ مولانا ہمیشہ کہتے ہیں دیٹ ریکنسیلیشن از رائٹ کورس اینڈ ون شوڈ ناٹ انڈلجن کانفرنٹیشن۔ وی میٹ لیڈی اباؤٹ فور ڈیز ایگو۔ اوکے، ال اف اس وار دیر ان دیٹ میٹنگ۔ لیڈی، شی از سینگ ان افریقہ، لاٹ اف مین</w:t>
      </w:r>
    </w:p>
    <w:p>
      <w:r>
        <w:rPr>
          <w:b/>
        </w:rPr>
        <w:t xml:space="preserve">[1:11:33] </w:t>
      </w:r>
      <w:r>
        <w:t>are getting married to multiple marriages. doing polygamy, open polygamy. we have all the ladies formed club in Congo or somewhere. i don't know where she said somewhere in Africa, where they are telling all those women, counseling them that this is Allah will resign to your faith</w:t>
      </w:r>
    </w:p>
    <w:p>
      <w:pPr>
        <w:jc w:val="right"/>
      </w:pPr>
      <w:r>
        <w:t>ار گیٹنگ میریڈ ٹو ملٹیپل میرجز۔ ڈیونگ پولیگیمی، اوپن پولیگیمی۔ وی ہیو ال دی لیڈیز فارمڈ کلب ان کونگو اور سم ویر۔ ائی ڈونٹ نو ویر شی سیڈ سم ویر ان افریقہ، ویر دے ار ٹیلنگ ال دوز وومن، کونسلنگ دیم کہ دس از اللہ ول ریزائن ٹو یور فیت</w:t>
      </w:r>
    </w:p>
    <w:p>
      <w:r>
        <w:rPr>
          <w:b/>
        </w:rPr>
        <w:t xml:space="preserve">[1:11:51] </w:t>
      </w:r>
      <w:r>
        <w:t>h. in country like India, people can rebel and confront, and women have right to speak. not like in Africa or Arab countries. what what should be right thing to tell such women? hum sab is mein the, saare log the. parson hum ek lady ko mil</w:t>
      </w:r>
    </w:p>
    <w:p>
      <w:pPr>
        <w:jc w:val="right"/>
      </w:pPr>
      <w:r>
        <w:t>ھ۔ ان کنٹری لائک انڈیا، پیپل کین ریبیل اینڈ کنفرنٹ، اینڈ وومن ہیو رائٹ ٹو سپیک۔ ناٹ لائک ان افریقہ اور عرب کنٹریز۔ واٹ واٹ شوڈ بی رائٹ تھنگ ٹو ٹیل سچ وومن؟ ہم سب اس میں تھے، سارے لوگ تھے۔ پرسوں ہم ایک لیڈی کو مل</w:t>
      </w:r>
    </w:p>
    <w:p>
      <w:r>
        <w:rPr>
          <w:b/>
        </w:rPr>
        <w:t xml:space="preserve">[1:12:09] </w:t>
      </w:r>
      <w:r>
        <w:t>e the. dekhiye, main yeh kahunga ke duniya mein kabhi bhi ideal, yaani ideal position, ideal situation kabhi bhi nahi hoti, na hui hai, na hogi. is se mujhe matlab matlab nahi hai. main poori society ko ideal</w:t>
      </w:r>
    </w:p>
    <w:p>
      <w:pPr>
        <w:jc w:val="right"/>
      </w:pPr>
      <w:r>
        <w:t>ے تھے۔ دیکھیے، میں یہ کہوں گا کہ دنیا میں کبھی بھی ائیڈیل، یعنی ائیڈیل پوزیشن، ائیڈیل سچوئیشن کبھی بھی نہیں ہوتی، نہ ہوئی ہے، نہ ہوگی۔ اس سے مجھے مطلب مطلب نہیں ہے۔ میں پوری سوسائٹی کو ائیڈیل</w:t>
      </w:r>
    </w:p>
    <w:p>
      <w:r>
        <w:rPr>
          <w:b/>
        </w:rPr>
        <w:t xml:space="preserve">[1:12:27] </w:t>
      </w:r>
      <w:r>
        <w:t>society bana doon, aisa kabhi hone wala nahi hai. lekin main yeh bata sakta hoon ke Islam ki teaching kya hai, yeh bata sakta hoon main. haan, un ko main correct nahi kar sakta. Islam ki position kya hai? Islam ki position maine bar bar bataya hai ke Islam ki position yeh hai ke ek ek</w:t>
      </w:r>
    </w:p>
    <w:p>
      <w:pPr>
        <w:jc w:val="right"/>
      </w:pPr>
      <w:r>
        <w:t>سوسائٹی بنا دوں، ایسا کبھی ہونے والا نہیں ہے۔ لیکن میں یہ بتا سکتا ہوں کہ اسلام کی ٹیچنگ کیا ہے، یہ بتا سکتا ہوں میں۔ ہاں، ان کو میں کریکٹ نہیں کر سکتا۔ اسلام کی پوزیشن کیا ہے؟ اسلام کی پوزیشن میں نے بار بار بتایا ہے کہ اسلام کی پوزیشن یہ ہے کہ ایک ایک</w:t>
      </w:r>
    </w:p>
    <w:p>
      <w:r>
        <w:rPr>
          <w:b/>
        </w:rPr>
        <w:t xml:space="preserve">[1:12:46] </w:t>
      </w:r>
      <w:r>
        <w:t>hi shadi jo hai, Islam mein ideal shadi hai. samjha? one husband, one wife. aur jo polygamy hai, woh sirf ek ek is situation ke liye hai, jab ke aurtein surplus ho gayi hain, due to</w:t>
      </w:r>
    </w:p>
    <w:p>
      <w:pPr>
        <w:jc w:val="right"/>
      </w:pPr>
      <w:r>
        <w:t>ہی شادی جو ہے، اسلام میں ائیڈیل شادی ہے۔ سمجھا؟ ون ہسبینڈ، ون وائف۔ اور جو پولیگمی ہے، وہ صرف ایک ایک اس سچوئیشن کے لیے ہے، جب کہ عورتیں سرپلس ہو گئی ہیں، ڈیو ٹ</w:t>
      </w:r>
    </w:p>
    <w:p>
      <w:r>
        <w:rPr>
          <w:b/>
        </w:rPr>
        <w:t xml:space="preserve">[1:13:04] </w:t>
      </w:r>
      <w:r>
        <w:t>war aur kisi aur wajah se. bas to woh there is not rule, there is exception. jab excess ho jaye to maine aap yaad hoga, aap ko maine bataya tha ke jab aurtein jo hain, woh ho jayein, surplus ho jayein to aap ke do option rehta hai. j</w:t>
      </w:r>
    </w:p>
    <w:p>
      <w:pPr>
        <w:jc w:val="right"/>
      </w:pPr>
      <w:r>
        <w:t>و وار اور کسی اور وجہ سے۔ بس تو وہ دیر از ناٹ رول، دیر از ایکسیپشن۔ جب ایکسیس ہو جائے تو میں نے آپ یاد ہوگا، آپ کو میں نے بتایا تھا کہ جب عورتیں جو ہیں، وہ ہو جائیں، سرپلس ہو جائیں تو آپ کے دو اپشن رہتا ہے۔ ج</w:t>
      </w:r>
    </w:p>
    <w:p>
      <w:r>
        <w:rPr>
          <w:b/>
        </w:rPr>
        <w:t xml:space="preserve">[1:13:23] </w:t>
      </w:r>
      <w:r>
        <w:t>aise maine arz kiya tha ke second world war ke baad Germany mein aurtein zyada ho gayin, mard kam ho gaye, to logon ko rishte nahi milte the. to wahan par aurton ne board laga diya apne ghar ke samne ke "wanted an evening guest".</w:t>
      </w:r>
    </w:p>
    <w:p>
      <w:pPr>
        <w:jc w:val="right"/>
      </w:pPr>
      <w:r>
        <w:t>یسے میں نے عرض کیا تھا کہ سیکنڈ ورلڈ وار کے بعد جرمنی میں عورتیں زیادہ ہو گئیں، مرد کم ہو گئے، تو لوگوں کو رشتے نہیں ملتے تھے۔ تو وہاں پر عورتوں نے بورڈ لگا دیا اپنے گھر کے سامنے کہ "وانٹڈ این ایوننگ گیسٹ"۔</w:t>
      </w:r>
    </w:p>
    <w:p>
      <w:r>
        <w:rPr>
          <w:b/>
        </w:rPr>
        <w:t xml:space="preserve">[1:13:41] </w:t>
      </w:r>
      <w:r>
        <w:t>"wanted an evening guest". ab dekhiye, option kis do ke beech mein hai? is shakal mein jab surplus ho jayein aurtein ke ya to aap polygamy ko lein ya sexual anarchy ko lein. to western logon ne sexual anarchy ko ka option le rakha hai. yeh</w:t>
      </w:r>
    </w:p>
    <w:p>
      <w:pPr>
        <w:jc w:val="right"/>
      </w:pPr>
      <w:r>
        <w:t>"وانٹڈ این ایوننگ گیسٹ"۔ اب دیکھیں، اپشن کس دو کے بیچ میں ہے؟ اس شکل میں جب سرپلس ہو جائیں عورتیں کہ یا تو آپ پولیگمی کو لیں یا سیکشول انارکی کو لیں۔ تو ویسٹرن لوگوں نے سیکشول انارکی کو کا اپشن لے رکھا ہے۔ یہ</w:t>
      </w:r>
    </w:p>
    <w:p>
      <w:r>
        <w:rPr>
          <w:b/>
        </w:rPr>
        <w:t xml:space="preserve">[1:14:00] </w:t>
      </w:r>
      <w:r>
        <w:t>انہیں، یہ انہیں کہنا چاہیے، انہیں کہ کہ وہ ایک کو لے رکھا ہے۔ انہوں نے جی monogamy نہیں۔ Western لوگ یہ جھوٹ بولیں گے، کہیں کہ ہم نے monogamy کا option لے رکھا ہے۔ نہیں، انہوں نے sexual anarchy کا option لے رکھا ہے اس situation میں۔</w:t>
      </w:r>
    </w:p>
    <w:p>
      <w:pPr>
        <w:jc w:val="right"/>
      </w:pPr>
      <w:r>
        <w:t>انہیں، یہ انہیں کہنا چاہیے، انہیں کہ کہ وہ ایک کو لے رکھا ہے۔ انہوں نے جی مونوگمی نہیں۔ ویسٹرن لوگ یہ جھوٹ بولیں گے، کہیں کہ ہم نے مونوگمی کا اپشن لے رکھا ہے۔ نہیں، انہوں نے سیکشول انارکی کا اپشن لے رکھا ہے اس سچوئیشن میں۔</w:t>
      </w:r>
    </w:p>
    <w:p>
      <w:r>
        <w:rPr>
          <w:b/>
        </w:rPr>
        <w:t xml:space="preserve">[1:14:18] </w:t>
      </w:r>
      <w:r>
        <w:t>Aur Islam ne kya liya hai? Polygamy ka option. Bas to woh kaho woh baat jo sahi hai. Ek woh ke humein, humne yani sexual anarchy option le rakha hai. Ab aapne le rakha hai monogamy ka option. Yeh nahi keh sakte aap ke humne ek liya hai, aap is chaar liya hai.</w:t>
      </w:r>
    </w:p>
    <w:p>
      <w:pPr>
        <w:jc w:val="right"/>
      </w:pPr>
      <w:r>
        <w:t>اور اسلام نے کیا لیا ہے؟ پولیگیمی کا اپشن۔ بس تو وہ کہو وہ بات جو صحیح ہے۔ ایک وہ کہ ہمیں، ہم نے یعنی سیکشول انارکی اپشن لے رکھا ہے۔ اب آپ نے لے رکھا ہے مونوگیمی کا اپشن۔ یہ نہیں کہہ سکتے آپ کہ ہم نے ایک لیا ہے، آپ اس چار لیا ہے۔</w:t>
      </w:r>
    </w:p>
    <w:p>
      <w:r>
        <w:rPr>
          <w:b/>
        </w:rPr>
        <w:t xml:space="preserve">[1:14:37] </w:t>
      </w:r>
      <w:r>
        <w:t>yeh jhoot hoga agar koi bole to. ji haan, to main yeh phir dohraunga ke yeh sirf us waqt ke liye jab ke aurtein surplus ho jayein. aap sochiye, aap common sense lagaiye. yeh establish ho chuka hai ke hami</w:t>
      </w:r>
    </w:p>
    <w:p>
      <w:pPr>
        <w:jc w:val="right"/>
      </w:pPr>
      <w:r>
        <w:t>یہ جھوٹ ہوگا اگر کوئی بولے تو۔ جی ہاں، تو میں یہ پھر دہراؤں گا کہ یہ صرف اس وقت کے لیے جب کہ عورتیں سرپلس ہو جائیں۔ آپ سوچیے، آپ کامن سینس لگائیے۔ یہ اسٹیبلش ہو چکا ہے کہ ہمی</w:t>
      </w:r>
    </w:p>
    <w:p>
      <w:r>
        <w:rPr>
          <w:b/>
        </w:rPr>
        <w:t xml:space="preserve">[1:14:55] </w:t>
      </w:r>
      <w:r>
        <w:t>she ek nature jo hai, ek equilibrium maintain karti hai. yeh establish ho chuka hai. yeh jitni aurtein hote hain, mard equilibrium. to jahan bhi aap dekhein, kisi bhi country mein, hum Germany mein zyada ho gayi thi aurtein, na ab</w:t>
      </w:r>
    </w:p>
    <w:p>
      <w:pPr>
        <w:jc w:val="right"/>
      </w:pPr>
      <w:r>
        <w:t>شہ ایک نیچر جو ہے، ایک ایکویلیبریم مینٹین کرتی ہے۔ یہ اسٹیبلش ہو چکا ہے۔ یہ جتنی عورتیں ہوتے ہیں، مرد ایکویلیبریم۔ تو جہاں بھی آپ دیکھیں، کسی بھی کنٹری میں، ہم جرمنی میں زیادہ ہو گئی تھی عورتیں، نا اب</w:t>
      </w:r>
    </w:p>
    <w:p>
      <w:r>
        <w:rPr>
          <w:b/>
        </w:rPr>
        <w:t xml:space="preserve">[1:15:13] </w:t>
      </w:r>
      <w:r>
        <w:t>zyada nahi hain. ab woh dobara equilibrium aa chuka hai. kisi ko shakk ho to woh insytopedia mein uska woh diya rehta hai, har country ka diya rehta hai. dekh sakta hai woh mere paas jo hai, use bhi diya hua hai. ab bataiye ke jab ne</w:t>
      </w:r>
    </w:p>
    <w:p>
      <w:pPr>
        <w:jc w:val="right"/>
      </w:pPr>
      <w:r>
        <w:t>زیادہ نہیں ہیں۔ اب وہ دوبارہ ایکویلیبریم آ چکا ہے۔ کسی کو شک ہو تو وہ انسائٹوپیڈیا میں اس کا وہ دیا رہتا ہے، ہر کنٹری کا دیا رہتا ہے۔ دیکھ سکتا ہے وہ میرے پاس جو ہے، اسے بھی دیا ہوا ہے۔ اب بتائیے کہ جب نی</w:t>
      </w:r>
    </w:p>
    <w:p>
      <w:r>
        <w:rPr>
          <w:b/>
        </w:rPr>
        <w:t xml:space="preserve">[1:15:32] </w:t>
      </w:r>
      <w:r>
        <w:t>cher jo hai, nature yeh hai ke nature mein ek law hai ke woh equilibrium maintain karti hai. to jis Khuda ne yeh law banaya hai, wahi Khuda aisi kitaab bhejega ke chaar chaar shadiyan karo. jab Khuda ne ek ke muqable mein ek mard ke against mein chaar aurat</w:t>
      </w:r>
    </w:p>
    <w:p>
      <w:pPr>
        <w:jc w:val="right"/>
      </w:pPr>
      <w:r>
        <w:t>چر جو ہے، نیچر یہ ہے کہ نیچر میں ایک لا ہے کہ وہ ایکویلیبریم مینٹین کرتی ہے۔ تو جس خدا نے یہ لا بنایا ہے، وہی خدا ایسی کتاب بھیجے گا کہ چار چار شادیاں کرو۔ جب خدا نے ایک کے مقابلے میں ایک مرد کے اگینسٹ میں چار عورت</w:t>
      </w:r>
    </w:p>
    <w:p>
      <w:r>
        <w:rPr>
          <w:b/>
        </w:rPr>
        <w:t xml:space="preserve">[1:15:50] </w:t>
      </w:r>
      <w:r>
        <w:t>paida nahi ki hai, to woh kaise aisa keh sakta hai ke chaar shadiyan karo? yaani paida to kare, woh ek ke muqable mein ek, aur kahe ke ek ek har aadmi chaar shadi karay. to kya Khuda ko aap kya samajhte hain? Khuda ko aap kya samajhte hain? Khuda ko Khuda ne jo law of nature banaya hai,</w:t>
      </w:r>
    </w:p>
    <w:p>
      <w:pPr>
        <w:jc w:val="right"/>
      </w:pPr>
      <w:r>
        <w:t>پیدا نہیں کی ہے، تو وہ کیسے ایسا کہہ سکتا ہے کہ چار شادیاں کرو؟ یعنی پیدا تو کرے، وہ ایک کے مقابلے میں ایک، اور کہے کہ ایک ایک ہر آدمی چار شادی کرے۔ تو کیا خدا کو آپ کیا سمجھتے ہیں؟ خدا کو آپ کیا سمجھتے ہیں؟ خدا کو خدا نے جو لا آف نیچر بنایا ہے،</w:t>
      </w:r>
    </w:p>
    <w:p>
      <w:r>
        <w:rPr>
          <w:b/>
        </w:rPr>
        <w:t xml:space="preserve">[1:16:08] </w:t>
      </w:r>
      <w:r>
        <w:t>wohi apni book mein bhi likha hai: "فواحدۃ" ek. lekin chunke duniya mein ladaiyan hoti hain aur kisi wajah se excess hota hai, woh surplus ho jati hain aurtein. us waqt kaise is ko kaise y</w:t>
      </w:r>
    </w:p>
    <w:p>
      <w:pPr>
        <w:jc w:val="right"/>
      </w:pPr>
      <w:r>
        <w:t>وہی اپنی بک میں بھی لکھا ہے: "فواحدۃ" ایک۔ لیکن چونکہ دنیا میں لڑائیاں ہوتی ہیں اور کسی وجہ سے ایکسیس ہوتا ہے، وہ سرپلس ہو جاتی ہیں عورتیں۔ اس وقت کیسے اس کو کیسے ی</w:t>
      </w:r>
    </w:p>
    <w:p>
      <w:r>
        <w:rPr>
          <w:b/>
        </w:rPr>
        <w:t xml:space="preserve">[1:16:26] </w:t>
      </w:r>
      <w:r>
        <w:t>ani settlement ka word sahi hoga? is ke liye kaise manage karein? kaise manage kiya jaye? haan, kaise manage kiya jaye? to that is issue of management. haan, aap manage karte hain sexual anarchy ke zariye se, aur islam manage karta hai polygamy ke zariye se.</w:t>
      </w:r>
    </w:p>
    <w:p>
      <w:pPr>
        <w:jc w:val="right"/>
      </w:pPr>
      <w:r>
        <w:t>عنی سیٹلمنٹ کا ورڈ صحیح ہوگا؟ اس کے لیے کیسے مینج کریں؟ کیسے مینج کیا جائے؟ ہاں، کیسے مینج کیا جائے؟ تو دیٹ از ایشو اف مینجمنٹ۔ ہاں، آپ مینج کرتے ہیں سیکشول انارکی کے ذریعے سے، اور اسلام مینج کرتا ہے پولیگیمی کے ذریعے سے۔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