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Harmony in Islam July 20, 2007</w:t>
      </w:r>
    </w:p>
    <w:p>
      <w:r>
        <w:t>https://youtu.be/L2_iLI2vcP0</w:t>
      </w:r>
    </w:p>
    <w:p>
      <w:r>
        <w:rPr>
          <w:b/>
        </w:rPr>
        <w:t xml:space="preserve">[00:11] </w:t>
      </w:r>
      <w:r>
        <w:t>bismillah-ir-rahman-ir-rahim, wa salli-llahu 'ala-n-nabiyyi-l-kareem. rabbi-shrah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wa-hlul 'uqdatan min lisani, yafqahu qawli.</w:t>
      </w:r>
    </w:p>
    <w:p>
      <w:pPr>
        <w:jc w:val="right"/>
      </w:pPr>
      <w:r>
        <w:t>واحل العقدۃ من لسانی، یفقہ قولی۔</w:t>
      </w:r>
    </w:p>
    <w:p>
      <w:r>
        <w:rPr>
          <w:b/>
        </w:rPr>
        <w:t xml:space="preserve">[00:34] </w:t>
      </w:r>
      <w:r>
        <w:t>today i would like to say a few words about harmony. what is harmony?</w:t>
      </w:r>
    </w:p>
    <w:p>
      <w:pPr>
        <w:jc w:val="right"/>
      </w:pPr>
      <w:r>
        <w:t>ٹوڈے آئی وڈ لائک ٹو سے ا فیو ورڈز اباؤٹ ہارمونی۔ واٹ از ہارمونی؟</w:t>
      </w:r>
    </w:p>
    <w:p>
      <w:r>
        <w:rPr>
          <w:b/>
        </w:rPr>
        <w:t xml:space="preserve">[00:47] </w:t>
      </w:r>
      <w:r>
        <w:t>harmony means combination of different things in an orderly manner.</w:t>
      </w:r>
    </w:p>
    <w:p>
      <w:pPr>
        <w:jc w:val="right"/>
      </w:pPr>
      <w:r>
        <w:t>ہارمونی مینز کمبینیشن اف ڈفرنٹ تھنگز ان این ارڈرلی مینر۔</w:t>
      </w:r>
    </w:p>
    <w:p>
      <w:r>
        <w:rPr>
          <w:b/>
        </w:rPr>
        <w:t xml:space="preserve">[01:00] </w:t>
      </w:r>
      <w:r>
        <w:t>this is harmony.</w:t>
      </w:r>
    </w:p>
    <w:p>
      <w:pPr>
        <w:jc w:val="right"/>
      </w:pPr>
      <w:r>
        <w:t>دس از ہارمونی۔</w:t>
      </w:r>
    </w:p>
    <w:p>
      <w:r>
        <w:rPr>
          <w:b/>
        </w:rPr>
        <w:t xml:space="preserve">[01:03] </w:t>
      </w:r>
      <w:r>
        <w:t>you know, our world is world of differences.</w:t>
      </w:r>
    </w:p>
    <w:p>
      <w:pPr>
        <w:jc w:val="right"/>
      </w:pPr>
      <w:r>
        <w:t>یو نو، اور ورلڈ از ورلڈ اف ڈیفرنسز۔</w:t>
      </w:r>
    </w:p>
    <w:p>
      <w:r>
        <w:rPr>
          <w:b/>
        </w:rPr>
        <w:t xml:space="preserve">[01:10] </w:t>
      </w:r>
      <w:r>
        <w:t>one philosopher has rightly said that a mixture of opposites.</w:t>
      </w:r>
    </w:p>
    <w:p>
      <w:pPr>
        <w:jc w:val="right"/>
      </w:pPr>
      <w:r>
        <w:t>ون فلاسفر ہیز رائٹلی سیڈ دیٹ ا مکسچر اف اپوزٹس۔</w:t>
      </w:r>
    </w:p>
    <w:p>
      <w:r>
        <w:rPr>
          <w:b/>
        </w:rPr>
        <w:t xml:space="preserve">[01:19] </w:t>
      </w:r>
      <w:r>
        <w:t>our world is mixture of opposites. living in a world in which everywhere there are differences,</w:t>
      </w:r>
    </w:p>
    <w:p>
      <w:pPr>
        <w:jc w:val="right"/>
      </w:pPr>
      <w:r>
        <w:t>اور ورلڈ از مکسچر اف اپوزٹس۔ لیونگ ان ا ورلڈ ان وچ ایوری ویر دیر ار ڈیفرنسز،</w:t>
      </w:r>
    </w:p>
    <w:p>
      <w:r>
        <w:rPr>
          <w:b/>
        </w:rPr>
        <w:t xml:space="preserve">[01:34] </w:t>
      </w:r>
      <w:r>
        <w:t>even it is mixture of opposites. so how to live in such a world?</w:t>
      </w:r>
    </w:p>
    <w:p>
      <w:pPr>
        <w:jc w:val="right"/>
      </w:pPr>
      <w:r>
        <w:t>ایون اٹ از مکسچر اف اپوزٹس۔ سو ہاؤ ٹو لیو ان سچ ا ورلڈ؟</w:t>
      </w:r>
    </w:p>
    <w:p>
      <w:r>
        <w:rPr>
          <w:b/>
        </w:rPr>
        <w:t xml:space="preserve">[01:44] </w:t>
      </w:r>
      <w:r>
        <w:t>the answer is harmony. harmony. harmony means</w:t>
      </w:r>
    </w:p>
    <w:p>
      <w:pPr>
        <w:jc w:val="right"/>
      </w:pPr>
      <w:r>
        <w:t>دا انسر از ہارمونی۔ ہارمونی۔ ہارمونی مینز</w:t>
      </w:r>
    </w:p>
    <w:p>
      <w:r>
        <w:rPr>
          <w:b/>
        </w:rPr>
        <w:t xml:space="preserve">[01:56] </w:t>
      </w:r>
      <w:r>
        <w:t>living with differences</w:t>
      </w:r>
    </w:p>
    <w:p>
      <w:pPr>
        <w:jc w:val="right"/>
      </w:pPr>
      <w:r>
        <w:t>لیونگ ود ڈیفرنسز</w:t>
      </w:r>
    </w:p>
    <w:p>
      <w:r>
        <w:rPr>
          <w:b/>
        </w:rPr>
        <w:t xml:space="preserve">[02:00] </w:t>
      </w:r>
      <w:r>
        <w:t>. someone has rightly said that</w:t>
      </w:r>
    </w:p>
    <w:p>
      <w:pPr>
        <w:jc w:val="right"/>
      </w:pPr>
      <w:r>
        <w:t>۔ سم ون ہیز رائٹلی سیڈ دیٹ</w:t>
      </w:r>
    </w:p>
    <w:p>
      <w:r>
        <w:rPr>
          <w:b/>
        </w:rPr>
        <w:t xml:space="preserve">[02:06] </w:t>
      </w:r>
      <w:r>
        <w:t>harmony is a sign of maturity. maturity. and maturity is the ability to live with things we can't change.</w:t>
      </w:r>
    </w:p>
    <w:p>
      <w:pPr>
        <w:jc w:val="right"/>
      </w:pPr>
      <w:r>
        <w:t>ہارمونی از ا سائن اف میچورٹی۔ میچورٹی۔ اینڈ میچورٹی از دا ایبیلیٹی ٹو لیو ود تھنگز وی کینٹ چینج۔</w:t>
      </w:r>
    </w:p>
    <w:p>
      <w:r>
        <w:rPr>
          <w:b/>
        </w:rPr>
        <w:t xml:space="preserve">[02:23] </w:t>
      </w:r>
      <w:r>
        <w:t>this is the art of living. art of living is based on harmony.</w:t>
      </w:r>
    </w:p>
    <w:p>
      <w:pPr>
        <w:jc w:val="right"/>
      </w:pPr>
      <w:r>
        <w:t>دس از دا ارٹ اف لیونگ۔ ارٹ اف لیونگ از بیسڈ ان ہارمونی۔</w:t>
      </w:r>
    </w:p>
    <w:p>
      <w:r>
        <w:rPr>
          <w:b/>
        </w:rPr>
        <w:t xml:space="preserve">[02:31] </w:t>
      </w:r>
      <w:r>
        <w:t>without this spirit, you cant achieve anything in this world. you cant achieve anything in this world.</w:t>
      </w:r>
    </w:p>
    <w:p>
      <w:pPr>
        <w:jc w:val="right"/>
      </w:pPr>
      <w:r>
        <w:t>وداؤٹ دس اسپیٹ، یو کینٹ اچیو اینی تھنگ ان دس ورلڈ۔ یو کینٹ اچیو اینی تھنگ ان دس ورلڈ۔</w:t>
      </w:r>
    </w:p>
    <w:p>
      <w:r>
        <w:rPr>
          <w:b/>
        </w:rPr>
        <w:t xml:space="preserve">[02:43] </w:t>
      </w:r>
      <w:r>
        <w:t>and this formula is based on the law of nature. and also, this formula is mentioned in the quran in very clear words.</w:t>
      </w:r>
    </w:p>
    <w:p>
      <w:pPr>
        <w:jc w:val="right"/>
      </w:pPr>
      <w:r>
        <w:t>اینڈ دس فارمولا از بیسڈ ان دی لاء اف نیچر۔ اینڈ السو، دس فارمولا از مینشن ان دا قران ان ویری کلیئر ورڈز۔</w:t>
      </w:r>
    </w:p>
    <w:p>
      <w:r>
        <w:rPr>
          <w:b/>
        </w:rPr>
        <w:t xml:space="preserve">[02:55] </w:t>
      </w:r>
      <w:r>
        <w:t>for example, there is a verse in the quran: "min</w:t>
      </w:r>
    </w:p>
    <w:p>
      <w:pPr>
        <w:jc w:val="right"/>
      </w:pPr>
      <w:r>
        <w:t>فار ایگزیمپل، دیر از ا ورس ان دا قران: "من</w:t>
      </w:r>
    </w:p>
    <w:p>
      <w:r>
        <w:rPr>
          <w:b/>
        </w:rPr>
        <w:t xml:space="preserve">[03:06] </w:t>
      </w:r>
      <w:r>
        <w:t>fi al-samawati wal-ardi tung wa karaha".</w:t>
      </w:r>
    </w:p>
    <w:p>
      <w:pPr>
        <w:jc w:val="right"/>
      </w:pPr>
      <w:r>
        <w:t>فی السماوات والارض تونگ و کرہا"۔</w:t>
      </w:r>
    </w:p>
    <w:p>
      <w:r>
        <w:rPr>
          <w:b/>
        </w:rPr>
        <w:t xml:space="preserve">[03:12] </w:t>
      </w:r>
      <w:r>
        <w:t>it means that</w:t>
      </w:r>
    </w:p>
    <w:p>
      <w:pPr>
        <w:jc w:val="right"/>
      </w:pPr>
      <w:r>
        <w:t>اٹ مینز دیٹ</w:t>
      </w:r>
    </w:p>
    <w:p>
      <w:r>
        <w:rPr>
          <w:b/>
        </w:rPr>
        <w:t xml:space="preserve">[03:20] </w:t>
      </w:r>
      <w:r>
        <w:t>islam, there is submission living in harmony is religion of the universe.</w:t>
      </w:r>
    </w:p>
    <w:p>
      <w:pPr>
        <w:jc w:val="right"/>
      </w:pPr>
      <w:r>
        <w:t>اسلام، دیر از سبمیشن لیونگ ان ہارمونی از ریلیجن اف دا یونیورس۔</w:t>
      </w:r>
    </w:p>
    <w:p>
      <w:r>
        <w:rPr>
          <w:b/>
        </w:rPr>
        <w:t xml:space="preserve">[03:29] </w:t>
      </w:r>
      <w:r>
        <w:t>so harmony is religion of the universe. and same religion is required by man. man must adopt the same harmony culture, which previal in the space in the world every where.</w:t>
      </w:r>
    </w:p>
    <w:p>
      <w:pPr>
        <w:jc w:val="right"/>
      </w:pPr>
      <w:r>
        <w:t>سو ہارمونی از ریلیجن اف دا یونیورس۔ اینڈ سیم ریلیجن از ریکوائرڈ بائے مین۔ مین مسٹ اڈاپٹ دا سیم ہارمونی کلچر، وچ پریویس ان دا سپیس ان دا ورلڈ ایوری ویر۔</w:t>
      </w:r>
    </w:p>
    <w:p>
      <w:r>
        <w:rPr>
          <w:b/>
        </w:rPr>
        <w:t xml:space="preserve">[03:52] </w:t>
      </w:r>
      <w:r>
        <w:t>you know, our space is full of numerous bodies, which we call stars, planets. but all these stars, all these planets are in moving state.</w:t>
      </w:r>
    </w:p>
    <w:p>
      <w:pPr>
        <w:jc w:val="right"/>
      </w:pPr>
      <w:r>
        <w:t>یو نو، اور سپیس از فل اف نیومرس باڈیز، وچ وی کال سٹارز، پلینٹس۔ بٹ ال دیز سٹارز، ال دیز پلینٹس ار ان موونگ اسٹیٹ۔</w:t>
      </w:r>
    </w:p>
    <w:p>
      <w:r>
        <w:rPr>
          <w:b/>
        </w:rPr>
        <w:t xml:space="preserve">[04:10] </w:t>
      </w:r>
      <w:r>
        <w:t>there is no stagnation in this world, not at all. everyone, every body of the universe is in moving condition.</w:t>
      </w:r>
    </w:p>
    <w:p>
      <w:pPr>
        <w:jc w:val="right"/>
      </w:pPr>
      <w:r>
        <w:t>دیر از نو سٹیگنیشن ان دس ورلڈ، ناٹ ایٹ ال۔ ایوری ون، ایوری باڈی اف دا یونیورس از ان موونگ کنڈیشن۔</w:t>
      </w:r>
    </w:p>
    <w:p>
      <w:r>
        <w:rPr>
          <w:b/>
        </w:rPr>
        <w:t xml:space="preserve">[04:22] </w:t>
      </w:r>
      <w:r>
        <w:t>but there is no confrontation. no confrontation at all. how this discipline is?</w:t>
      </w:r>
    </w:p>
    <w:p>
      <w:pPr>
        <w:jc w:val="right"/>
      </w:pPr>
      <w:r>
        <w:t>بٹ دیر از نو کنفرنٹیشن۔ نو کنفرنٹیشن ایٹ ال۔ ہاؤ دس ڈسپلن از؟</w:t>
      </w:r>
    </w:p>
    <w:p>
      <w:r>
        <w:rPr>
          <w:b/>
        </w:rPr>
        <w:t xml:space="preserve">[04:32] </w:t>
      </w:r>
      <w:r>
        <w:t>how this discipline is maintained in this universe? it is due to harmony.</w:t>
      </w:r>
    </w:p>
    <w:p>
      <w:pPr>
        <w:jc w:val="right"/>
      </w:pPr>
      <w:r>
        <w:t>ہاؤ دس ڈسپلن از مینٹین ان دس یونیورس؟ اٹ از ڈیو ٹو ہارمونی۔</w:t>
      </w:r>
    </w:p>
    <w:p>
      <w:r>
        <w:rPr>
          <w:b/>
        </w:rPr>
        <w:t xml:space="preserve">[04:44] </w:t>
      </w:r>
      <w:r>
        <w:t>another, another verse quran says that sun and moon both are in moving condition, but both are moving in their own orbits.</w:t>
      </w:r>
    </w:p>
    <w:p>
      <w:pPr>
        <w:jc w:val="right"/>
      </w:pPr>
      <w:r>
        <w:t>انادر، انادر ورس قران سیز دیٹ سن اینڈ مون بوتھ ار ان موونگ کنڈیشن، بٹ بوتھ ار موونگ ان دیر اون اربٹس۔</w:t>
      </w:r>
    </w:p>
    <w:p>
      <w:r>
        <w:rPr>
          <w:b/>
        </w:rPr>
        <w:t xml:space="preserve">[04:55] </w:t>
      </w:r>
      <w:r>
        <w:t>"lialshamsuyambaghee laha an tudrika alqamara". "lialshamsuyambaghee laha an tudrika alqamara". so there is no confrontation between sun and moon, between this planet and that planet, between this star and that star.</w:t>
      </w:r>
    </w:p>
    <w:p>
      <w:pPr>
        <w:jc w:val="right"/>
      </w:pPr>
      <w:r>
        <w:t>"لشمیمبغی لہا تذرک القمر"۔ "لشمیمبغی لہا تذرک القمر"۔ سو دیر از نو کنفرنٹیشن بٹوین سن اینڈ مون، بٹوین دس پلینٹ اینڈ دیٹ پلینٹ، بٹوین دس سٹار اینڈ دیٹ سٹار۔</w:t>
      </w:r>
    </w:p>
    <w:p>
      <w:r>
        <w:rPr>
          <w:b/>
        </w:rPr>
        <w:t xml:space="preserve">[05:13] </w:t>
      </w:r>
      <w:r>
        <w:t>so all the heavenly bodies in the universe are revolving, but revolving by following their own orbits.</w:t>
      </w:r>
    </w:p>
    <w:p>
      <w:pPr>
        <w:jc w:val="right"/>
      </w:pPr>
      <w:r>
        <w:t>سو ال دا ہیونلی باڈیز ان دا یونیورس ار ریوالونگ، بٹ ریوالونگ بائی فالونگ دیر اون اربٹس۔</w:t>
      </w:r>
    </w:p>
    <w:p>
      <w:r>
        <w:rPr>
          <w:b/>
        </w:rPr>
        <w:t xml:space="preserve">[05:28] </w:t>
      </w:r>
      <w:r>
        <w:t>there is no trust passing. so this is harmony. and due to this culture of harmony, there is peace in the world every where.</w:t>
      </w:r>
    </w:p>
    <w:p>
      <w:pPr>
        <w:jc w:val="right"/>
      </w:pPr>
      <w:r>
        <w:t>دیر از نو ٹرسٹ پاسنگ۔ سو دس از ہارمونی۔ اینڈ ڈیو ٹو دس کلچر اف ہارمونی، دیر از پیس ان دا ورلڈ ایوری ویر۔</w:t>
      </w:r>
    </w:p>
    <w:p>
      <w:r>
        <w:rPr>
          <w:b/>
        </w:rPr>
        <w:t xml:space="preserve">[05:41] </w:t>
      </w:r>
      <w:r>
        <w:t>there is no war</w:t>
      </w:r>
    </w:p>
    <w:p>
      <w:pPr>
        <w:jc w:val="right"/>
      </w:pPr>
      <w:r>
        <w:t>دیر از نو وار</w:t>
      </w:r>
    </w:p>
    <w:p>
      <w:r>
        <w:rPr>
          <w:b/>
        </w:rPr>
        <w:t xml:space="preserve">[05:45] </w:t>
      </w:r>
      <w:r>
        <w:t>. there is no such war like world war first and world war second. why? because everybody in the space is following its own orbit.</w:t>
      </w:r>
    </w:p>
    <w:p>
      <w:pPr>
        <w:jc w:val="right"/>
      </w:pPr>
      <w:r>
        <w:t>۔ دیر از نو سچ وار لائک ورلڈ وار فرسٹ اینڈ ورلڈ وار سیکنڈ۔ وائی؟ بیکاز ایوری باڈی ان دا سپیس از فالونگ اٹس اون اربٹ۔</w:t>
      </w:r>
    </w:p>
    <w:p>
      <w:r>
        <w:rPr>
          <w:b/>
        </w:rPr>
        <w:t xml:space="preserve">[06:04] </w:t>
      </w:r>
      <w:r>
        <w:t>i recall an episode when america was free</w:t>
      </w:r>
    </w:p>
    <w:p>
      <w:pPr>
        <w:jc w:val="right"/>
      </w:pPr>
      <w:r>
        <w:t>ائی ریکال این ایپیسوڈ وین امریکہ واز فری</w:t>
      </w:r>
    </w:p>
    <w:p>
      <w:r>
        <w:rPr>
          <w:b/>
        </w:rPr>
        <w:t xml:space="preserve">[06:15] </w:t>
      </w:r>
      <w:r>
        <w:t>. so what happened? one american went out of his home. he was walking in a street in some city of america.</w:t>
      </w:r>
    </w:p>
    <w:p>
      <w:pPr>
        <w:jc w:val="right"/>
      </w:pPr>
      <w:r>
        <w:t>۔ سو واٹ ہیپن؟ ون امریکن وینٹ اؤٹ اف ہز ہوم۔ ہی واز واکنگ ان ا سٹریٹ ان سم سٹی اف امریکہ۔</w:t>
      </w:r>
    </w:p>
    <w:p>
      <w:r>
        <w:rPr>
          <w:b/>
        </w:rPr>
        <w:t xml:space="preserve">[06:26] </w:t>
      </w:r>
      <w:r>
        <w:t>so he was shaking his hand like this. so he hit the nose of a passer by. passer by became angry.</w:t>
      </w:r>
    </w:p>
    <w:p>
      <w:pPr>
        <w:jc w:val="right"/>
      </w:pPr>
      <w:r>
        <w:t>سو ہی واز شیکنگ ہز ہینڈ لائک دس۔ سو ہی ہٹ دا نوز اف ا پاسر بائی۔ پاسر بائی بیکم اینگری۔</w:t>
      </w:r>
    </w:p>
    <w:p>
      <w:r>
        <w:rPr>
          <w:b/>
        </w:rPr>
        <w:t xml:space="preserve">[06:37] </w:t>
      </w:r>
      <w:r>
        <w:t>he said, "why you hit my nose?"</w:t>
      </w:r>
    </w:p>
    <w:p>
      <w:pPr>
        <w:jc w:val="right"/>
      </w:pPr>
      <w:r>
        <w:t>ہی سیڈ، "وائی یو ہٹ مائی نوز؟"</w:t>
      </w:r>
    </w:p>
    <w:p>
      <w:r>
        <w:rPr>
          <w:b/>
        </w:rPr>
        <w:t xml:space="preserve">[06:43] </w:t>
      </w:r>
      <w:r>
        <w:t>he said, "america is free, so i am exercising my freedom." today america is free, and i am an american,</w:t>
      </w:r>
    </w:p>
    <w:p>
      <w:pPr>
        <w:jc w:val="right"/>
      </w:pPr>
      <w:r>
        <w:t>ہی سیڈ، "امریکہ از فری، سو ائی ایم ایکسرسائزنگ مائی فریڈم۔" ٹوڈے امریکہ از فری، اینڈ ائی ایم این امریکن،</w:t>
      </w:r>
    </w:p>
    <w:p>
      <w:r>
        <w:rPr>
          <w:b/>
        </w:rPr>
        <w:t xml:space="preserve">[06:59] </w:t>
      </w:r>
      <w:r>
        <w:t>so i am exercising my freedom. the passer by said, "my brother, you are free.</w:t>
      </w:r>
    </w:p>
    <w:p>
      <w:pPr>
        <w:jc w:val="right"/>
      </w:pPr>
      <w:r>
        <w:t>سو ائی ایم ایکسرسائزنگ مائی فریڈم۔ دا پاسر بائی سیڈ، "مائی برادر، یو ار فری۔</w:t>
      </w:r>
    </w:p>
    <w:p>
      <w:r>
        <w:rPr>
          <w:b/>
        </w:rPr>
        <w:t xml:space="preserve">[07:12] </w:t>
      </w:r>
      <w:r>
        <w:t>you can enjoy your freedom, but your freedom means where my nose begins." your freedom means where my nose begins.</w:t>
      </w:r>
    </w:p>
    <w:p>
      <w:pPr>
        <w:jc w:val="right"/>
      </w:pPr>
      <w:r>
        <w:t>یو کین انجوائے یور فریڈم، بٹ یور فریڈم مینز ویر مائی نوز بگنز۔" یور فریڈم مینز ویر مائی نوز بگنز۔</w:t>
      </w:r>
    </w:p>
    <w:p>
      <w:r>
        <w:rPr>
          <w:b/>
        </w:rPr>
        <w:t xml:space="preserve">[07:28] </w:t>
      </w:r>
      <w:r>
        <w:t>this is not an american formula. these are national formula. this formula is based on the law of nature.</w:t>
      </w:r>
    </w:p>
    <w:p>
      <w:pPr>
        <w:jc w:val="right"/>
      </w:pPr>
      <w:r>
        <w:t>دس از ناٹ این امریکن فارمولا۔ دس ار نیشنل فارمولا۔ دس فارمولا از بیسڈ ان دی لاء اف نیچر۔</w:t>
      </w:r>
    </w:p>
    <w:p>
      <w:r>
        <w:rPr>
          <w:b/>
        </w:rPr>
        <w:t xml:space="preserve">[07:41] </w:t>
      </w:r>
      <w:r>
        <w:t>so it is not an american formula. it is formula of nature as well as it is formula of islam, because islam is religion of nature.</w:t>
      </w:r>
    </w:p>
    <w:p>
      <w:pPr>
        <w:jc w:val="right"/>
      </w:pPr>
      <w:r>
        <w:t>سو اٹ از ناٹ این امریکن فارمولا۔ اٹ از فارمولا اف نیچر ایز ویل ایز اٹ از فارمولا اف اسلام، بیکاز اسلام از ریلیجن اف نیچر۔</w:t>
      </w:r>
    </w:p>
    <w:p>
      <w:r>
        <w:rPr>
          <w:b/>
        </w:rPr>
        <w:t xml:space="preserve">[07:54] </w:t>
      </w:r>
      <w:r>
        <w:t>islam is religion of nature. so this is the formula of harmony.</w:t>
      </w:r>
    </w:p>
    <w:p>
      <w:pPr>
        <w:jc w:val="right"/>
      </w:pPr>
      <w:r>
        <w:t>اسلام از ریلیجن اف نیچر۔ سو دس از دا فارمولا اف ہارمونی۔</w:t>
      </w:r>
    </w:p>
    <w:p>
      <w:r>
        <w:rPr>
          <w:b/>
        </w:rPr>
        <w:t xml:space="preserve">[08:06] </w:t>
      </w:r>
      <w:r>
        <w:t>the formula of harmony is formula of nature as well as formula of islam. here i would like to give some references from the islamic tradition.</w:t>
      </w:r>
    </w:p>
    <w:p>
      <w:pPr>
        <w:jc w:val="right"/>
      </w:pPr>
      <w:r>
        <w:t>دا فارمولا اف ہارمونی از فارمولا اف نیچر ایز ویل ایز فارمولا اف اسلام۔ ہیر ائی وڈ لائک ٹو گیو سم ریفرنسز فرام دا اسلامک ٹریڈیشن۔</w:t>
      </w:r>
    </w:p>
    <w:p>
      <w:r>
        <w:rPr>
          <w:b/>
        </w:rPr>
        <w:t xml:space="preserve">[08:24] </w:t>
      </w:r>
      <w:r>
        <w:t>you know, the prophet of islam was born in 570 ad in makkah.</w:t>
      </w:r>
    </w:p>
    <w:p>
      <w:pPr>
        <w:jc w:val="right"/>
      </w:pPr>
      <w:r>
        <w:t>یو نو، دا پرافٹ اف اسلام واز born ان 570 اے ڈی ان مکہ۔</w:t>
      </w:r>
    </w:p>
    <w:p>
      <w:r>
        <w:rPr>
          <w:b/>
        </w:rPr>
        <w:t xml:space="preserve">[08:38] </w:t>
      </w:r>
      <w:r>
        <w:t>that is the town, that was the town in arabia. so he was born in 570 ad, and he was, and he received the first revelation in 610.</w:t>
      </w:r>
    </w:p>
    <w:p>
      <w:pPr>
        <w:jc w:val="right"/>
      </w:pPr>
      <w:r>
        <w:t>دیٹ از دا ٹاؤن، دیٹ واز دا ٹاؤن ان عربیہ۔ سو ہی واز born ان 570 اے ڈی، اینڈ ہی واز، اینڈ ہی ریسیو دا فرسٹ ریولیشن ان 610۔</w:t>
      </w:r>
    </w:p>
    <w:p>
      <w:r>
        <w:rPr>
          <w:b/>
        </w:rPr>
        <w:t xml:space="preserve">[08:59] </w:t>
      </w:r>
      <w:r>
        <w:t>in 610 ad,</w:t>
      </w:r>
    </w:p>
    <w:p>
      <w:pPr>
        <w:jc w:val="right"/>
      </w:pPr>
      <w:r>
        <w:t>ان 610 اے ڈی،</w:t>
      </w:r>
    </w:p>
    <w:p>
      <w:r>
        <w:rPr>
          <w:b/>
        </w:rPr>
        <w:t xml:space="preserve">[09:04] </w:t>
      </w:r>
      <w:r>
        <w:t>at the time he was in a cave, cave of hira. so after receiving this revelation, he returned to his home.</w:t>
      </w:r>
    </w:p>
    <w:p>
      <w:pPr>
        <w:jc w:val="right"/>
      </w:pPr>
      <w:r>
        <w:t>ایٹ دا ٹائم ہی واز ان ا کیو، کیو اف حرا۔ سو افٹر ریسیونگ دس ریولیشن، ہی ریٹرن ٹو ہز ہوم۔</w:t>
      </w:r>
    </w:p>
    <w:p>
      <w:r>
        <w:rPr>
          <w:b/>
        </w:rPr>
        <w:t xml:space="preserve">[09:18] </w:t>
      </w:r>
      <w:r>
        <w:t>his wife khadijah was there</w:t>
      </w:r>
    </w:p>
    <w:p>
      <w:pPr>
        <w:jc w:val="right"/>
      </w:pPr>
      <w:r>
        <w:t>ہز وائف خدیجہ واز دیر</w:t>
      </w:r>
    </w:p>
    <w:p>
      <w:r>
        <w:rPr>
          <w:b/>
        </w:rPr>
        <w:t xml:space="preserve">[09:22] </w:t>
      </w:r>
      <w:r>
        <w:t>. so prophet, so the prophet was, was feeling great responsibility.</w:t>
      </w:r>
    </w:p>
    <w:p>
      <w:pPr>
        <w:jc w:val="right"/>
      </w:pPr>
      <w:r>
        <w:t>۔ سو پرافٹ، سو دا پرافٹ واز، واز فیلنگ گریٹ رسپانسبیلٹی۔</w:t>
      </w:r>
    </w:p>
    <w:p>
      <w:r>
        <w:rPr>
          <w:b/>
        </w:rPr>
        <w:t xml:space="preserve">[09:34] </w:t>
      </w:r>
      <w:r>
        <w:t>great responsibility. khadijah said, "you can rest here in the bed," but the prophet said, "o khadijah, how i can take rest</w:t>
      </w:r>
    </w:p>
    <w:p>
      <w:pPr>
        <w:jc w:val="right"/>
      </w:pPr>
      <w:r>
        <w:t>گریٹ رسپانسبیلٹی۔ خدیجہ سیڈ، "یو کین ریسٹ ہیر ان دی بیڈ،" بٹ دا پرافٹ سیڈ، "این رہا یا خدیجہ، ہاؤ ائی کین ٹیک ریسٹ</w:t>
      </w:r>
    </w:p>
    <w:p>
      <w:r>
        <w:rPr>
          <w:b/>
        </w:rPr>
        <w:t xml:space="preserve">[09:51] </w:t>
      </w:r>
      <w:r>
        <w:t>? and god has given me such a great responsibility." so khadijah, the first meeting after the, after he was appointed as a prophet, was with a christian.</w:t>
      </w:r>
    </w:p>
    <w:p>
      <w:pPr>
        <w:jc w:val="right"/>
      </w:pPr>
      <w:r>
        <w:t>؟ اینڈ گاڈ ہیز گیون می سچ ا گریٹ رسپانسبیلٹی۔" سو خدیجہ، دا فرسٹ میٹنگ افٹر دی، افٹر ہی واز اپوائنٹڈ ایز ا پرافٹ، واز ود ا کرسچن۔</w:t>
      </w:r>
    </w:p>
    <w:p>
      <w:r>
        <w:rPr>
          <w:b/>
        </w:rPr>
        <w:t xml:space="preserve">[10:10] </w:t>
      </w:r>
      <w:r>
        <w:t>khadijah took him to a christian scholar. he was warqa bin naufal.</w:t>
      </w:r>
    </w:p>
    <w:p>
      <w:pPr>
        <w:jc w:val="right"/>
      </w:pPr>
      <w:r>
        <w:t>خدیجہ ٹوک ہم ٹو ا کرسچن سکالر۔ ہی واز ورقہ بن نوفل۔</w:t>
      </w:r>
    </w:p>
    <w:p>
      <w:r>
        <w:rPr>
          <w:b/>
        </w:rPr>
        <w:t xml:space="preserve">[10:23] </w:t>
      </w:r>
      <w:r>
        <w:t>so the prophet directed the story happened in the, in the, in the cave of hira.</w:t>
      </w:r>
    </w:p>
    <w:p>
      <w:pPr>
        <w:jc w:val="right"/>
      </w:pPr>
      <w:r>
        <w:t>سو دا پرافٹ ڈائریکٹڈ دی سٹوری ہیپنڈ ان دا، ان دا، ان دا کیو اف حرا۔</w:t>
      </w:r>
    </w:p>
    <w:p>
      <w:r>
        <w:rPr>
          <w:b/>
        </w:rPr>
        <w:t xml:space="preserve">[10:34] </w:t>
      </w:r>
      <w:r>
        <w:t>and was very nice meeting. so there are some details in the books about this meeting. at present, i can say that this was an interaction between islam and christianity.</w:t>
      </w:r>
    </w:p>
    <w:p>
      <w:pPr>
        <w:jc w:val="right"/>
      </w:pPr>
      <w:r>
        <w:t>اینڈ واز وائی ویری نائس میٹنگ۔ سو دیر ار سم ڈیٹیلز ان دا بکس اباؤٹ دس میٹنگ۔ ایٹ پریزنٹ، ائی کین سی دیٹ دس واز این انٹریکشن بٹوین اسلام اینڈ کرسچینٹی۔</w:t>
      </w:r>
    </w:p>
    <w:p>
      <w:r>
        <w:rPr>
          <w:b/>
        </w:rPr>
        <w:t xml:space="preserve">[10:51] </w:t>
      </w:r>
      <w:r>
        <w:t>interaction</w:t>
      </w:r>
    </w:p>
    <w:p>
      <w:pPr>
        <w:jc w:val="right"/>
      </w:pPr>
      <w:r>
        <w:t>انٹریکشن</w:t>
      </w:r>
    </w:p>
    <w:p>
      <w:r>
        <w:rPr>
          <w:b/>
        </w:rPr>
        <w:t xml:space="preserve">[10:53] </w:t>
      </w:r>
      <w:r>
        <w:t>. it was an interaction, a dialogue. so dialogue and interaction is directly phenomena of harmony.</w:t>
      </w:r>
    </w:p>
    <w:p>
      <w:pPr>
        <w:jc w:val="right"/>
      </w:pPr>
      <w:r>
        <w:t>۔ اٹ واز این انٹریکشن، ا ڈائیلاگ۔ سو ڈائیلاگ اینڈ انٹریکشن از ڈائریکٹلی فیناومینا اف ہارمونی۔</w:t>
      </w:r>
    </w:p>
    <w:p>
      <w:r>
        <w:rPr>
          <w:b/>
        </w:rPr>
        <w:t xml:space="preserve">[11:05] </w:t>
      </w:r>
      <w:r>
        <w:t>peaceful dialogue, peaceful interaction is a phenomena of harmony. this was the first instance in the islamic history, which happened in makkah.</w:t>
      </w:r>
    </w:p>
    <w:p>
      <w:pPr>
        <w:jc w:val="right"/>
      </w:pPr>
      <w:r>
        <w:t>پیس فل ڈائیلاگ، پیس فل انٹریکشن از ا فیناومینا اف ہارمونی۔ دس واز دا فرسٹ انسٹنس ان دا اسلامک ہسٹری، وچ ہیپنڈ ان مکہ۔</w:t>
      </w:r>
    </w:p>
    <w:p>
      <w:r>
        <w:rPr>
          <w:b/>
        </w:rPr>
        <w:t xml:space="preserve">[11:19] </w:t>
      </w:r>
      <w:r>
        <w:t>when prophet met warqa bin naufal, he interacted. he, he, there was a dialogue between the two persons.</w:t>
      </w:r>
    </w:p>
    <w:p>
      <w:pPr>
        <w:jc w:val="right"/>
      </w:pPr>
      <w:r>
        <w:t>وین پرافٹ میٹ ورقہ بن نوفل، ہی انٹریکٹڈ۔ ہی، ہی، دیر واز ا ڈائیلاگ بٹوین دا ٹو پرسنز۔</w:t>
      </w:r>
    </w:p>
    <w:p>
      <w:r>
        <w:rPr>
          <w:b/>
        </w:rPr>
        <w:t xml:space="preserve">[11:35] </w:t>
      </w:r>
      <w:r>
        <w:t>so it was an example of harmony. very good example</w:t>
      </w:r>
    </w:p>
    <w:p>
      <w:pPr>
        <w:jc w:val="right"/>
      </w:pPr>
      <w:r>
        <w:t>سو اٹ واز این ایگزیمپل اف ہارمونی۔ ویری گڈ ایگزیمپل</w:t>
      </w:r>
    </w:p>
    <w:p>
      <w:r>
        <w:rPr>
          <w:b/>
        </w:rPr>
        <w:t xml:space="preserve">[11:44] </w:t>
      </w:r>
      <w:r>
        <w:t>. then, you know, the prophet lived up to 23 years as a prophet. his prophetic age was 23 years.</w:t>
      </w:r>
    </w:p>
    <w:p>
      <w:pPr>
        <w:jc w:val="right"/>
      </w:pPr>
      <w:r>
        <w:t>۔ دین، یو نو، دا پرافٹ لیوڈ اپ ٹو 23 ایئرز ایز ا پرافٹ۔ ہز پرافٹک ایج واز 23 ایئرز۔</w:t>
      </w:r>
    </w:p>
    <w:p>
      <w:r>
        <w:rPr>
          <w:b/>
        </w:rPr>
        <w:t xml:space="preserve">[11:57] </w:t>
      </w:r>
      <w:r>
        <w:t>13 years, up to 13 years, he lived in makkah, and then he migrated from makkah to madinah, and he lived, he lived over there up to 10 years.</w:t>
      </w:r>
    </w:p>
    <w:p>
      <w:pPr>
        <w:jc w:val="right"/>
      </w:pPr>
      <w:r>
        <w:t>13 ایئرز، اپ ٹو 13 ایئرز، ہی لیوڈ ان مکہ، اینڈ دین ہی مائیگریٹڈ فرام مکہ ٹو مدینہ، اینڈ ہی لیوڈ، ہی لیوڈ اوور دیر اپ ٹو 10 ایئرز۔</w:t>
      </w:r>
    </w:p>
    <w:p>
      <w:r>
        <w:rPr>
          <w:b/>
        </w:rPr>
        <w:t xml:space="preserve">[12:11] </w:t>
      </w:r>
      <w:r>
        <w:t>at the both places, he adopted the same formula of harmony. when he was in makkah, there were three communities: muslims,</w:t>
      </w:r>
    </w:p>
    <w:p>
      <w:pPr>
        <w:jc w:val="right"/>
      </w:pPr>
      <w:r>
        <w:t>ایٹ دا بوتھ پلیسز، ہی اڈاپٹڈ دا سیم فارمولا اف ہارمونی۔ وین ہی واز ان مکہ، دیر وار تھری کمیونٹیز: مسلمز،</w:t>
      </w:r>
    </w:p>
    <w:p>
      <w:r>
        <w:rPr>
          <w:b/>
        </w:rPr>
        <w:t xml:space="preserve">[12:27] </w:t>
      </w:r>
      <w:r>
        <w:t>mushriks, and also christians, some christians. so it was a multi religion society: muslims, mushriks, and christians.</w:t>
      </w:r>
    </w:p>
    <w:p>
      <w:pPr>
        <w:jc w:val="right"/>
      </w:pPr>
      <w:r>
        <w:t>مشرکس، اینڈ السو کرسچنز، سم کرسچنز۔ سو اٹ واز ا ملٹی ریلیجن سوسائٹی: مسلمز، مشرکس، اینڈ کرسچنز۔</w:t>
      </w:r>
    </w:p>
    <w:p>
      <w:r>
        <w:rPr>
          <w:b/>
        </w:rPr>
        <w:t xml:space="preserve">[12:42] </w:t>
      </w:r>
      <w:r>
        <w:t>so at that time, makkah was a multi religion society in modern term, according to the modern term.</w:t>
      </w:r>
    </w:p>
    <w:p>
      <w:pPr>
        <w:jc w:val="right"/>
      </w:pPr>
      <w:r>
        <w:t>سو ایٹ دیٹ ٹائم، مکہ واز ا ملٹی ریلیجن سوسائٹی ان ماڈرن ٹرم، اکارڈنگ ٹو دا ماڈرن ٹرم۔</w:t>
      </w:r>
    </w:p>
    <w:p>
      <w:r>
        <w:rPr>
          <w:b/>
        </w:rPr>
        <w:t xml:space="preserve">[12:55] </w:t>
      </w:r>
      <w:r>
        <w:t>at the time, prophet received a revelation from god almighty: how to live in such a society.</w:t>
      </w:r>
    </w:p>
    <w:p>
      <w:pPr>
        <w:jc w:val="right"/>
      </w:pPr>
      <w:r>
        <w:t>ایٹ دا ٹائم، پرافٹ ریسیوڈ ا ریولیشن فرام گاڈ المائٹی: ہاؤ ٹو لیو ان سچ ا سوسائٹی۔</w:t>
      </w:r>
    </w:p>
    <w:p>
      <w:r>
        <w:rPr>
          <w:b/>
        </w:rPr>
        <w:t xml:space="preserve">[13:10] </w:t>
      </w:r>
      <w:r>
        <w:t>gaud giv hum a formula, a beautiful formula, when he was in makkah. so historians divide both the period as makkah period and madani period.</w:t>
      </w:r>
    </w:p>
    <w:p>
      <w:pPr>
        <w:jc w:val="right"/>
      </w:pPr>
      <w:r>
        <w:t>گاڈ گیو ہم ا فارمولا، ا بیوٹی فل فارمولا، وین ہی واز ان مکہ۔ سو ہسٹورینز ڈیوائیڈ بوتھ دا پیریڈ ایز مکن پیریڈ اینڈ مدنی پیریڈ۔</w:t>
      </w:r>
    </w:p>
    <w:p>
      <w:r>
        <w:rPr>
          <w:b/>
        </w:rPr>
        <w:t xml:space="preserve">[13:27] </w:t>
      </w:r>
      <w:r>
        <w:t>in the both period, prophet followed the same formula. so when he was in makkah, he received this revelation in the quran:</w:t>
      </w:r>
    </w:p>
    <w:p>
      <w:pPr>
        <w:jc w:val="right"/>
      </w:pPr>
      <w:r>
        <w:t>ان دا بوتھ پیریڈ، پرافٹ فالوڈ دا سیم فارمولا۔ سو وین ہی واز ان مکہ، ہی ریسیوڈ دس ریولیشن ان دا قران:</w:t>
      </w:r>
    </w:p>
    <w:p>
      <w:r>
        <w:rPr>
          <w:b/>
        </w:rPr>
        <w:t xml:space="preserve">[13:39] </w:t>
      </w:r>
      <w:r>
        <w:t>"lakum deenukum waliya deen, lakum deenukum waliya deen, for you your religion, for me mine, for you your religion, for me mine." it is a beautiful formula of co existence.</w:t>
      </w:r>
    </w:p>
    <w:p>
      <w:pPr>
        <w:jc w:val="right"/>
      </w:pPr>
      <w:r>
        <w:t>"لکم دینکم ولیا دین، لکم دینکم ولیا دین، فار یو یور ریلیجن، فار می مائن، فار یو یور ریلیجن، فار می مائن۔" اٹ از ا بیوٹی فل فارمولا اف کو ایگزسٹنس۔</w:t>
      </w:r>
    </w:p>
    <w:p>
      <w:r>
        <w:rPr>
          <w:b/>
        </w:rPr>
        <w:t xml:space="preserve">[14:03] </w:t>
      </w:r>
      <w:r>
        <w:t>i can see that this formula is based on this principle:</w:t>
      </w:r>
    </w:p>
    <w:p>
      <w:pPr>
        <w:jc w:val="right"/>
      </w:pPr>
      <w:r>
        <w:t>ائی کین سی دیٹ دس فارمولا از بیسڈ ان دس پرنسپل:</w:t>
      </w:r>
    </w:p>
    <w:p>
      <w:r>
        <w:rPr>
          <w:b/>
        </w:rPr>
        <w:t xml:space="preserve">[14:10] </w:t>
      </w:r>
      <w:r>
        <w:t>"follow one and respect all." if i try to formulate this principle, i can see that the formula was this divine formula was, or this quranic formula was:</w:t>
      </w:r>
    </w:p>
    <w:p>
      <w:pPr>
        <w:jc w:val="right"/>
      </w:pPr>
      <w:r>
        <w:t>"فالو ون اینڈ ریسپیکٹ ال۔" اف ائی ٹرائی ٹو فارمولیٹ دس پرنسپل، ائی کین سی دیٹ دا فارمولا واز دس ڈیوائن فارمولا واز، اور دس قرانک فارمولا واز:</w:t>
      </w:r>
    </w:p>
    <w:p>
      <w:r>
        <w:rPr>
          <w:b/>
        </w:rPr>
        <w:t xml:space="preserve">[14:32] </w:t>
      </w:r>
      <w:r>
        <w:t>"follow one and respect all, lakum deenukum waliya deen,</w:t>
      </w:r>
    </w:p>
    <w:p>
      <w:pPr>
        <w:jc w:val="right"/>
      </w:pPr>
      <w:r>
        <w:t>"فالو ون اینڈ ریسپیکٹ ال، لکم دینکم ولیا دین،</w:t>
      </w:r>
    </w:p>
    <w:p>
      <w:r>
        <w:rPr>
          <w:b/>
        </w:rPr>
        <w:t xml:space="preserve">[14:37] </w:t>
      </w:r>
      <w:r>
        <w:t>for you your religion, for me mine." this is the formula of co existence.</w:t>
      </w:r>
    </w:p>
    <w:p>
      <w:pPr>
        <w:jc w:val="right"/>
      </w:pPr>
      <w:r>
        <w:t>فار یو یور ریلیجن، فار می مائن۔" دس از دا فارمولا اف کو ایگزسٹنس۔</w:t>
      </w:r>
    </w:p>
    <w:p>
      <w:r>
        <w:rPr>
          <w:b/>
        </w:rPr>
        <w:t xml:space="preserve">[14:48] </w:t>
      </w:r>
      <w:r>
        <w:t>you know, in a society, where in a multi religion society, or in a multi cultural society, there is no other formula.</w:t>
      </w:r>
    </w:p>
    <w:p>
      <w:pPr>
        <w:jc w:val="right"/>
      </w:pPr>
      <w:r>
        <w:t>یو نو، ان ا سوسائٹی، ویر ان ا ملٹی ریلیجن سوسائٹی، اور ان ا ملٹی کلچرل سوسائٹی، دیر از نو ادر فارمولا۔</w:t>
      </w:r>
    </w:p>
    <w:p>
      <w:r>
        <w:rPr>
          <w:b/>
        </w:rPr>
        <w:t xml:space="preserve">[14:58] </w:t>
      </w:r>
      <w:r>
        <w:t>there is, there is no other feasible formula.</w:t>
      </w:r>
    </w:p>
    <w:p>
      <w:pPr>
        <w:jc w:val="right"/>
      </w:pPr>
      <w:r>
        <w:t>دیر از، دیر از نو ادر فیزیبل فارمولا۔</w:t>
      </w:r>
    </w:p>
    <w:p>
      <w:r>
        <w:rPr>
          <w:b/>
        </w:rPr>
        <w:t xml:space="preserve">[15:04] </w:t>
      </w:r>
      <w:r>
        <w:t>no other formula can be practiced in such a society. you can't not kill people, you can't not fight all the people.</w:t>
      </w:r>
    </w:p>
    <w:p>
      <w:pPr>
        <w:jc w:val="right"/>
      </w:pPr>
      <w:r>
        <w:t>نو ادر فارمولا کین بی پریکٹس ان سچ ا سوسائٹی۔ یو کینٹ ناٹ کل پیپل، یو کینٹ ناٹ فائٹ ال دا پیپل۔</w:t>
      </w:r>
    </w:p>
    <w:p>
      <w:r>
        <w:rPr>
          <w:b/>
        </w:rPr>
        <w:t xml:space="preserve">[15:17] </w:t>
      </w:r>
      <w:r>
        <w:t>it is impossible. so you have to live with harmony.</w:t>
      </w:r>
    </w:p>
    <w:p>
      <w:pPr>
        <w:jc w:val="right"/>
      </w:pPr>
      <w:r>
        <w:t>اٹ از امپاسیبل۔ سو یو ہیو ٹو لیو ود ہارمونی۔</w:t>
      </w:r>
    </w:p>
    <w:p>
      <w:r>
        <w:rPr>
          <w:b/>
        </w:rPr>
        <w:t xml:space="preserve">[15:25] </w:t>
      </w:r>
      <w:r>
        <w:t>you have to follow this formula: "follow one and respect all." this is the formula of religious freedom</w:t>
      </w:r>
    </w:p>
    <w:p>
      <w:pPr>
        <w:jc w:val="right"/>
      </w:pPr>
      <w:r>
        <w:t>یو ہیو ٹو فالو دس فارمولا: "فالو ون اینڈ ریسپیکٹ ال۔" دس از دا فارمولا اف ریلیجس فریڈم</w:t>
      </w:r>
    </w:p>
    <w:p>
      <w:r>
        <w:rPr>
          <w:b/>
        </w:rPr>
        <w:t xml:space="preserve">[15:35] </w:t>
      </w:r>
      <w:r>
        <w:t>. this is formula of religious harmony. this is the formula of religious peace. this is the master formula of successful living in a society of such,</w:t>
      </w:r>
    </w:p>
    <w:p>
      <w:pPr>
        <w:jc w:val="right"/>
      </w:pPr>
      <w:r>
        <w:t>۔ دس از فارمولا اف ریلیجس ہارمونی۔ دس از دا فارمولا اف ریلیجس پیس۔ دس از دا ماسٹر فارمولا اف سکسیس فل لیونگ ان ا سوسائٹی اف سچ،</w:t>
      </w:r>
    </w:p>
    <w:p>
      <w:r>
        <w:rPr>
          <w:b/>
        </w:rPr>
        <w:t xml:space="preserve">[15:52] </w:t>
      </w:r>
      <w:r>
        <w:t>of a multi religion society. so this formula was adopted when prophet was in makkah,</w:t>
      </w:r>
    </w:p>
    <w:p>
      <w:pPr>
        <w:jc w:val="right"/>
      </w:pPr>
      <w:r>
        <w:t>اف ا ملٹی ریلیجن سوسائٹی۔ سو دس فارمولا واز اڈاپٹڈ وین پرافٹ واز ان مکہ،</w:t>
      </w:r>
    </w:p>
    <w:p>
      <w:r>
        <w:rPr>
          <w:b/>
        </w:rPr>
        <w:t xml:space="preserve">[16:04] </w:t>
      </w:r>
      <w:r>
        <w:t>but the same formula was adopted again in madinah.</w:t>
      </w:r>
    </w:p>
    <w:p>
      <w:pPr>
        <w:jc w:val="right"/>
      </w:pPr>
      <w:r>
        <w:t>بٹ دا سیم فارمولا واز اڈاپٹڈ اگین ان مدینہ۔</w:t>
      </w:r>
    </w:p>
    <w:p>
      <w:r>
        <w:rPr>
          <w:b/>
        </w:rPr>
        <w:t xml:space="preserve">[16:11] </w:t>
      </w:r>
      <w:r>
        <w:t>or historian say that makkah period was modesty period. madinah period was sirf was rolling period.</w:t>
      </w:r>
    </w:p>
    <w:p>
      <w:pPr>
        <w:jc w:val="right"/>
      </w:pPr>
      <w:r>
        <w:t>اور ہسٹورین سی دیٹ مکن پیریڈ واز ماڈیسٹی پیریڈ۔ مدینہ پیریڈ واز صرف واز رولنگ پیریڈ۔</w:t>
      </w:r>
    </w:p>
    <w:p>
      <w:r>
        <w:rPr>
          <w:b/>
        </w:rPr>
        <w:t xml:space="preserve">[16:26] </w:t>
      </w:r>
      <w:r>
        <w:t>when prophet was in makkah, he was,</w:t>
      </w:r>
    </w:p>
    <w:p>
      <w:pPr>
        <w:jc w:val="right"/>
      </w:pPr>
      <w:r>
        <w:t>وین پرافٹ واز ان مکہ، ہی واز،</w:t>
      </w:r>
    </w:p>
    <w:p>
      <w:r>
        <w:rPr>
          <w:b/>
        </w:rPr>
        <w:t xml:space="preserve">[16:33] </w:t>
      </w:r>
      <w:r>
        <w:t>he has no power, no political power. he was living in modesty. he was compelled to live in modesty, according to their saying.</w:t>
      </w:r>
    </w:p>
    <w:p>
      <w:pPr>
        <w:jc w:val="right"/>
      </w:pPr>
      <w:r>
        <w:t>ہی ہیز نو پاور، نو پولیٹیکل پاور۔ ہی واز لیونگ ان ماڈیسٹی۔ ہی واز کمپیلڈ ٹو لیو ان ماڈیسٹی، اکارڈنگ ٹو دیر سینگ۔</w:t>
      </w:r>
    </w:p>
    <w:p>
      <w:r>
        <w:rPr>
          <w:b/>
        </w:rPr>
        <w:t xml:space="preserve">[16:44] </w:t>
      </w:r>
      <w:r>
        <w:t>i am not saying like this,</w:t>
      </w:r>
    </w:p>
    <w:p>
      <w:pPr>
        <w:jc w:val="right"/>
      </w:pPr>
      <w:r>
        <w:t>ائی ایم ناٹ سی لائک دس،</w:t>
      </w:r>
    </w:p>
    <w:p>
      <w:r>
        <w:rPr>
          <w:b/>
        </w:rPr>
        <w:t xml:space="preserve">[16:47] </w:t>
      </w:r>
      <w:r>
        <w:t>but when he reached, when he migrated from makkah and settled in madinah, he was able to establish a state.</w:t>
      </w:r>
    </w:p>
    <w:p>
      <w:pPr>
        <w:jc w:val="right"/>
      </w:pPr>
      <w:r>
        <w:t>بٹ وین ہی ریچڈ، وین ہی مائیگریٹڈ فرام مکہ اینڈ سیٹل ان مدینہ، ہی واز ایبل ٹو اسٹیبلش ا سٹیٹ۔</w:t>
      </w:r>
    </w:p>
    <w:p>
      <w:r>
        <w:rPr>
          <w:b/>
        </w:rPr>
        <w:t xml:space="preserve">[16:58] </w:t>
      </w:r>
      <w:r>
        <w:t>this is their saying, not mine. but you see, the formula was the same.</w:t>
      </w:r>
    </w:p>
    <w:p>
      <w:pPr>
        <w:jc w:val="right"/>
      </w:pPr>
      <w:r>
        <w:t>دس از دیر سینگ، ناٹ مائن۔ بٹ یو سی، دا فارمولا واز دا سیم۔</w:t>
      </w:r>
    </w:p>
    <w:p>
      <w:r>
        <w:rPr>
          <w:b/>
        </w:rPr>
        <w:t xml:space="preserve">[17:06] </w:t>
      </w:r>
      <w:r>
        <w:t>when prophet of islam settled in madinah, he declared,</w:t>
      </w:r>
    </w:p>
    <w:p>
      <w:pPr>
        <w:jc w:val="right"/>
      </w:pPr>
      <w:r>
        <w:t>وین پرافٹ اف اسلام سیٹل ان مدینہ، ہی ڈیکلیئرڈ،</w:t>
      </w:r>
    </w:p>
    <w:p>
      <w:r>
        <w:rPr>
          <w:b/>
        </w:rPr>
        <w:t xml:space="preserve">[17:17] </w:t>
      </w:r>
      <w:r>
        <w:t>he issued a declaration. this declaration is called sahihfat al madinah.</w:t>
      </w:r>
    </w:p>
    <w:p>
      <w:pPr>
        <w:jc w:val="right"/>
      </w:pPr>
      <w:r>
        <w:t>ہی ایشوڈ ا ڈیکلریشن۔ دس ڈیکلریشن از کالڈ صحیفۃ المدینہ۔</w:t>
      </w:r>
    </w:p>
    <w:p>
      <w:r>
        <w:rPr>
          <w:b/>
        </w:rPr>
        <w:t xml:space="preserve">[17:28] </w:t>
      </w:r>
      <w:r>
        <w:t>in our history, in the book of history, we</w:t>
      </w:r>
    </w:p>
    <w:p>
      <w:pPr>
        <w:jc w:val="right"/>
      </w:pPr>
      <w:r>
        <w:t>ان اور ہسٹری، ان دا بک اف ہسٹری، وی</w:t>
      </w:r>
    </w:p>
    <w:p>
      <w:r>
        <w:rPr>
          <w:b/>
        </w:rPr>
        <w:t xml:space="preserve">[17:35] </w:t>
      </w:r>
      <w:r>
        <w:t>you can see it, and they mention it. the historians mention it as sahihfat al madinah. that is madinah declaration.</w:t>
      </w:r>
    </w:p>
    <w:p>
      <w:pPr>
        <w:jc w:val="right"/>
      </w:pPr>
      <w:r>
        <w:t>یو کین سی اٹ، اینڈ دے مینشن اٹ۔ دا ہسٹورینز مینشن اٹ ایز صحیفۃ المدینہ۔ دیٹ از مدینہ ڈیکلریشن۔</w:t>
      </w:r>
    </w:p>
    <w:p>
      <w:r>
        <w:rPr>
          <w:b/>
        </w:rPr>
        <w:t xml:space="preserve">[17:48] </w:t>
      </w:r>
      <w:r>
        <w:t>saheefa-e-madina means madina declaration.</w:t>
      </w:r>
    </w:p>
    <w:p>
      <w:pPr>
        <w:jc w:val="right"/>
      </w:pPr>
      <w:r>
        <w:t>صحیفۃ المدینہ مینز مدینہ ڈیکلریشن۔</w:t>
      </w:r>
    </w:p>
    <w:p>
      <w:r>
        <w:rPr>
          <w:b/>
        </w:rPr>
        <w:t xml:space="preserve">[17:53] </w:t>
      </w:r>
      <w:r>
        <w:t>so in this declaration, prophet mentioned how to live in madina.</w:t>
      </w:r>
    </w:p>
    <w:p>
      <w:pPr>
        <w:jc w:val="right"/>
      </w:pPr>
      <w:r>
        <w:t>سو ان دس ڈیکلریشن، پرافٹ مینشن ہاؤ ٹو لیو ان مدینہ۔</w:t>
      </w:r>
    </w:p>
    <w:p>
      <w:r>
        <w:rPr>
          <w:b/>
        </w:rPr>
        <w:t xml:space="preserve">[18:02] </w:t>
      </w:r>
      <w:r>
        <w:t>you know, madina was also a multi religion society. at the time, at the time, there were three communities in madina: muslims,</w:t>
      </w:r>
    </w:p>
    <w:p>
      <w:pPr>
        <w:jc w:val="right"/>
      </w:pPr>
      <w:r>
        <w:t>یو نو، مدینہ واز السو ا ملٹی ریلیجن سوسائٹی۔ ایٹ دا ٹائم، ایٹ دا ٹائم، دیر وار تھری کمیونٹیز ان مدینہ: مسلمز،</w:t>
      </w:r>
    </w:p>
    <w:p>
      <w:r>
        <w:rPr>
          <w:b/>
        </w:rPr>
        <w:t xml:space="preserve">[18:16] </w:t>
      </w:r>
      <w:r>
        <w:t>mushriks, and jews.</w:t>
      </w:r>
    </w:p>
    <w:p>
      <w:pPr>
        <w:jc w:val="right"/>
      </w:pPr>
      <w:r>
        <w:t>مشرکس، اینڈ جیو۔</w:t>
      </w:r>
    </w:p>
    <w:p>
      <w:r>
        <w:rPr>
          <w:b/>
        </w:rPr>
        <w:t xml:space="preserve">[18:20] </w:t>
      </w:r>
      <w:r>
        <w:t>there were some jewish tribes living in madina at the time. so madina was also a multi religion society.</w:t>
      </w:r>
    </w:p>
    <w:p>
      <w:pPr>
        <w:jc w:val="right"/>
      </w:pPr>
      <w:r>
        <w:t>دیر وار سم جوئس ٹرائبس لیونگ ان مدینہ ایٹ دا ٹائم۔ سو مدینہ واز السو ا ملٹی ریلیجن سوسائٹی۔</w:t>
      </w:r>
    </w:p>
    <w:p>
      <w:r>
        <w:rPr>
          <w:b/>
        </w:rPr>
        <w:t xml:space="preserve">[18:33] </w:t>
      </w:r>
      <w:r>
        <w:t>the prophet of islam included a provision in these words. included a provision in the madina declaration with these words:</w:t>
      </w:r>
    </w:p>
    <w:p>
      <w:pPr>
        <w:jc w:val="right"/>
      </w:pPr>
      <w:r>
        <w:t>دا پرافٹ اف اسلام انکلوڈڈ ا پروویژن ان دیز ورڈز۔ انکلوڈڈ ا پروویژن ان دا مدینہ ڈیکلریشن ود دیز ورڈز:</w:t>
      </w:r>
    </w:p>
    <w:p>
      <w:r>
        <w:rPr>
          <w:b/>
        </w:rPr>
        <w:t xml:space="preserve">[18:49] </w:t>
      </w:r>
      <w:r>
        <w:t>"lil muslimeen deen, wa lil yahood deen."</w:t>
      </w:r>
    </w:p>
    <w:p>
      <w:pPr>
        <w:jc w:val="right"/>
      </w:pPr>
      <w:r>
        <w:t>"لل مسلمین دین، یہود دین۔"</w:t>
      </w:r>
    </w:p>
    <w:p>
      <w:r>
        <w:rPr>
          <w:b/>
        </w:rPr>
        <w:t xml:space="preserve">[18:55] </w:t>
      </w:r>
      <w:r>
        <w:t xml:space="preserve">it means for muslims, their religion, and for non muslims, their religion. for muslims, their religion, and for non muslims, their religion. </w:t>
      </w:r>
    </w:p>
    <w:p>
      <w:pPr>
        <w:jc w:val="right"/>
      </w:pPr>
      <w:r>
        <w:t>اٹ مینز فار مسلمز، دیر ریلیجن، اینڈ فار نان مسلمز، دیر ریلیجن۔ فار مسلمز، دیر ریلیجن، اینڈ فار نان مسلمز، دیر ریلیجن۔</w:t>
      </w:r>
    </w:p>
    <w:p>
      <w:r>
        <w:rPr>
          <w:b/>
        </w:rPr>
        <w:t xml:space="preserve">[19:09] </w:t>
      </w:r>
      <w:r>
        <w:t>you see, the formula is the same. there is no difference between makkah period or madina period, not at all.</w:t>
      </w:r>
    </w:p>
    <w:p>
      <w:pPr>
        <w:jc w:val="right"/>
      </w:pPr>
      <w:r>
        <w:t>یو سی، دا فارمولا از دا سیم۔ دیر از نو ڈیفرنس بٹوین مکن پیریڈ اور مدینہ پیریڈ، ناٹ ایٹ ال۔</w:t>
      </w:r>
    </w:p>
    <w:p>
      <w:r>
        <w:rPr>
          <w:b/>
        </w:rPr>
        <w:t xml:space="preserve">[19:20] </w:t>
      </w:r>
      <w:r>
        <w:t>this division is geographical division and not ideological division. i would repeat that: makkah period or madina period, this kind of division is simply a geographical division and not ideological division.</w:t>
      </w:r>
    </w:p>
    <w:p>
      <w:pPr>
        <w:jc w:val="right"/>
      </w:pPr>
      <w:r>
        <w:t>دس ڈیویژن از جیوگرافیکل ڈیویژن اینڈ ناٹ ائیڈیالوجیکل ڈیویژن۔ ائی وڈ ریپیٹ دیٹ: مکن پیریڈ اور مدینہ پیریڈ، دس کائنڈ اف ڈیویژن از سمپلی ا جیوگرافیکل ڈیویژن اینڈ ناٹ ائیڈیالوجیکل ڈیویژن۔</w:t>
      </w:r>
    </w:p>
    <w:p>
      <w:r>
        <w:rPr>
          <w:b/>
        </w:rPr>
        <w:t xml:space="preserve">[19:42] </w:t>
      </w:r>
      <w:r>
        <w:t>you can see that when prophet was in makkah, he adopted the formula: "lakum deenukum wa liya deen, for you your religion, for me mine." and when he settled in madina,</w:t>
      </w:r>
    </w:p>
    <w:p>
      <w:pPr>
        <w:jc w:val="right"/>
      </w:pPr>
      <w:r>
        <w:t>یو کین سی دیٹ وین پرافٹ واز ان مکہ، ہی اڈاپٹڈ دا فارمولا: "لکم دینکم ولیا دین، فار یو یور ریلیجن، فار می مائن۔" اینڈ وین ہی سیٹل ان مدینہ،</w:t>
      </w:r>
    </w:p>
    <w:p>
      <w:r>
        <w:rPr>
          <w:b/>
        </w:rPr>
        <w:t xml:space="preserve">[19:58] </w:t>
      </w:r>
      <w:r>
        <w:t>he adopted the same formula in these words: "lil muslimeen deen, wa lil yahood deen." here yahood means non muslim.</w:t>
      </w:r>
    </w:p>
    <w:p>
      <w:pPr>
        <w:jc w:val="right"/>
      </w:pPr>
      <w:r>
        <w:t>ہی اڈاپٹڈ دا سیم فارمولا ان دیز ورڈز: "لل مسلمین دین، یہود دین۔" ہیر یہود مینز نان مسلم۔</w:t>
      </w:r>
    </w:p>
    <w:p>
      <w:r>
        <w:rPr>
          <w:b/>
        </w:rPr>
        <w:t xml:space="preserve">[20:11] </w:t>
      </w:r>
      <w:r>
        <w:t>for muslims, their religion. or for non muslims, their religion. so the formula of harmony, according to the islam, is: "follow one and respect all." this is the formula of harmony.</w:t>
      </w:r>
    </w:p>
    <w:p>
      <w:pPr>
        <w:jc w:val="right"/>
      </w:pPr>
      <w:r>
        <w:t>فار مسلمز، دیر ریلیجن۔ اور فار نان مسلمز، دیر ریلیجن۔ سو دا فارمولا اف ہارمونی، اکارڈنگ ٹو دا اسلام، از: "فالو ون اینڈ ریسپیکٹ ال۔" دس از دا فارمولا اف ہارمونی۔</w:t>
      </w:r>
    </w:p>
    <w:p>
      <w:r>
        <w:rPr>
          <w:b/>
        </w:rPr>
        <w:t xml:space="preserve">[20:29] </w:t>
      </w:r>
      <w:r>
        <w:t>formula of peace, formula of harmony, formula of tolerance. this is islam.</w:t>
      </w:r>
    </w:p>
    <w:p>
      <w:pPr>
        <w:jc w:val="right"/>
      </w:pPr>
      <w:r>
        <w:t>فارمولا اف پیس، فارمولا اف ہارمونی، فارمولا اف ٹالرنس۔ دس از اسلام۔</w:t>
      </w:r>
    </w:p>
    <w:p>
      <w:r>
        <w:rPr>
          <w:b/>
        </w:rPr>
        <w:t xml:space="preserve">[20:40] </w:t>
      </w:r>
      <w:r>
        <w:t>then prophet of islam himself demonstrated this formula. prophet, prophet of islam by own practice demonstrated this formula.</w:t>
      </w:r>
    </w:p>
    <w:p>
      <w:pPr>
        <w:jc w:val="right"/>
      </w:pPr>
      <w:r>
        <w:t>دین پرافٹ اف اسلام ہم سیلف ڈیمونسٹریٹڈ دس فارمولا۔ پرافٹ، پرافٹ اف اسلام بائی اون پریکٹس ڈیمونسٹریٹڈ دس فارمولا۔</w:t>
      </w:r>
    </w:p>
    <w:p>
      <w:r>
        <w:rPr>
          <w:b/>
        </w:rPr>
        <w:t xml:space="preserve">[20:55] </w:t>
      </w:r>
      <w:r>
        <w:t>how i will narrate your story: very beautiful story. when the prophet of islam was in madina, there were some jewish tribes, as i have said earlier.</w:t>
      </w:r>
    </w:p>
    <w:p>
      <w:pPr>
        <w:jc w:val="right"/>
      </w:pPr>
      <w:r>
        <w:t>ہاؤ ائی ویل نیریٹ یور سٹوری: ویری بیوٹی فل سٹوری۔ وین دا پرافٹ اف اسلام واز ان مدینہ، دیر وار سم جوئس ٹرائبس، ایز ائی ہیو سیڈ ایلیر۔</w:t>
      </w:r>
    </w:p>
    <w:p>
      <w:r>
        <w:rPr>
          <w:b/>
        </w:rPr>
        <w:t xml:space="preserve">[21:10] </w:t>
      </w:r>
      <w:r>
        <w:t>so what happened? one day, the prophet of islam saw a funeral procession passing through street in madina.</w:t>
      </w:r>
    </w:p>
    <w:p>
      <w:pPr>
        <w:jc w:val="right"/>
      </w:pPr>
      <w:r>
        <w:t>سو واٹ ہیپنڈ؟ ون ڈے، دا پرافٹ اف اسلام سا ا فیونرل پروسیشن پاسنگ تھرو سٹریٹ ان مدینہ۔</w:t>
      </w:r>
    </w:p>
    <w:p>
      <w:r>
        <w:rPr>
          <w:b/>
        </w:rPr>
        <w:t xml:space="preserve">[21:24] </w:t>
      </w:r>
      <w:r>
        <w:t>the prophet was seated at the time. he stood up in respect</w:t>
      </w:r>
    </w:p>
    <w:p>
      <w:pPr>
        <w:jc w:val="right"/>
      </w:pPr>
      <w:r>
        <w:t>دا پرافٹ واز سیٹڈ ایٹ دا ٹائم۔ ہی اسٹوڈ اپ ان ریسپیکٹ</w:t>
      </w:r>
    </w:p>
    <w:p>
      <w:r>
        <w:rPr>
          <w:b/>
        </w:rPr>
        <w:t xml:space="preserve">[21:32] </w:t>
      </w:r>
      <w:r>
        <w:t>. one of his companion said: "o prophet, it was funeral of funeral of a jew, not a muslim, or funeral of a non muslim, and not funeral of a muslim." the prophet replied: "was he not a human being?</w:t>
      </w:r>
    </w:p>
    <w:p>
      <w:pPr>
        <w:jc w:val="right"/>
      </w:pPr>
      <w:r>
        <w:t>۔ ون اف ہز کمپینین سیڈ: "او پرافٹ، اٹ واز فیونرل اف فیونرل اف ا جی، ناٹ ا مسلم، اور فیونرل اف ا نان مسلم، اینڈ ناٹ فیونرل اف ا مسلم۔" دا پرافٹ ریپلائیڈ: "واز ہی ناٹ ا ہیومن بینگ؟</w:t>
      </w:r>
    </w:p>
    <w:p>
      <w:r>
        <w:rPr>
          <w:b/>
        </w:rPr>
        <w:t xml:space="preserve">[21:57] </w:t>
      </w:r>
      <w:r>
        <w:t>was he not a human being? alais nafs</w:t>
      </w:r>
    </w:p>
    <w:p>
      <w:pPr>
        <w:jc w:val="right"/>
      </w:pPr>
      <w:r>
        <w:t>واز ہی ناٹ ا ہیومن بینگ؟ علیس نفس</w:t>
      </w:r>
    </w:p>
    <w:p>
      <w:r>
        <w:rPr>
          <w:b/>
        </w:rPr>
        <w:t xml:space="preserve">[22:01] </w:t>
      </w:r>
      <w:r>
        <w:t>?" he said: "alais nafs? was he not a human being?" this was applied harmony.</w:t>
      </w:r>
    </w:p>
    <w:p>
      <w:pPr>
        <w:jc w:val="right"/>
      </w:pPr>
      <w:r>
        <w:t>؟" ہی سیڈ: "علیس نفس؟ واز ہی ناٹ ا ہیومن بینگ؟" دس واز اپلائیڈ ہارمونی۔</w:t>
      </w:r>
    </w:p>
    <w:p>
      <w:r>
        <w:rPr>
          <w:b/>
        </w:rPr>
        <w:t xml:space="preserve">[22:12] </w:t>
      </w:r>
      <w:r>
        <w:t>this was applied. you can see applied harmony. so prophet of islam applied the principle, principle of harmony in this case.</w:t>
      </w:r>
    </w:p>
    <w:p>
      <w:pPr>
        <w:jc w:val="right"/>
      </w:pPr>
      <w:r>
        <w:t>دس واز اپلائیڈ۔ یو کین سی اپلائیڈ ہارمونی۔ تو پرافٹ اف اسلام اپلائیڈ دا پرنسپل، پرنسپل اف ہارمونی ان دس کیس۔</w:t>
      </w:r>
    </w:p>
    <w:p>
      <w:r>
        <w:rPr>
          <w:b/>
        </w:rPr>
        <w:t xml:space="preserve">[22:28] </w:t>
      </w:r>
      <w:r>
        <w:t>so when he said: "alais nafs? was he not a human being?" i can see that he was able to discover a communality.</w:t>
      </w:r>
    </w:p>
    <w:p>
      <w:pPr>
        <w:jc w:val="right"/>
      </w:pPr>
      <w:r>
        <w:t>سو وین ہی سیڈ: "علیس نفس؟ واز ہی ناٹ ا ہیومن بینگ؟" ائی کین سی دیٹ ہی واز ایبل ٹو ڈسکور ا کمیونیلٹی۔</w:t>
      </w:r>
    </w:p>
    <w:p>
      <w:r>
        <w:rPr>
          <w:b/>
        </w:rPr>
        <w:t xml:space="preserve">[22:42] </w:t>
      </w:r>
      <w:r>
        <w:t>it is more than harmony. it is more than harmony.</w:t>
      </w:r>
    </w:p>
    <w:p>
      <w:pPr>
        <w:jc w:val="right"/>
      </w:pPr>
      <w:r>
        <w:t>اٹ از مور دین ہارمونی۔ اٹ از مور دین ہارمونی۔</w:t>
      </w:r>
    </w:p>
    <w:p>
      <w:r>
        <w:rPr>
          <w:b/>
        </w:rPr>
        <w:t xml:space="preserve">[22:49] </w:t>
      </w:r>
      <w:r>
        <w:t>prophet of islam was able to to discover a communality between himself and that non muslim.</w:t>
      </w:r>
    </w:p>
    <w:p>
      <w:pPr>
        <w:jc w:val="right"/>
      </w:pPr>
      <w:r>
        <w:t>پرافٹ اف اسلام واز ایبل ٹو ٹو ڈسکور ا کمیونیلٹی بٹوین ہم سیلف اینڈ دیٹ نان مسلم۔</w:t>
      </w:r>
    </w:p>
    <w:p>
      <w:r>
        <w:rPr>
          <w:b/>
        </w:rPr>
        <w:t xml:space="preserve">[23:00] </w:t>
      </w:r>
      <w:r>
        <w:t>so by ten incident, prophet declared that: "although there are differences in religion, but humanity is common.</w:t>
      </w:r>
    </w:p>
    <w:p>
      <w:pPr>
        <w:jc w:val="right"/>
      </w:pPr>
      <w:r>
        <w:t>سو بائی دس انسیڈنٹ، پرافٹ ڈیکلیئرڈ دیٹ: "الدو دیر ار ڈیفرنسز ان ریلیجن، بٹ ہیومنٹی از کامن۔</w:t>
      </w:r>
    </w:p>
    <w:p>
      <w:r>
        <w:rPr>
          <w:b/>
        </w:rPr>
        <w:t xml:space="preserve">[23:17] </w:t>
      </w:r>
      <w:r>
        <w:t>humanity is common. i am a human being, and you are human being." so here is the communality. it is more than harmony.</w:t>
      </w:r>
    </w:p>
    <w:p>
      <w:pPr>
        <w:jc w:val="right"/>
      </w:pPr>
      <w:r>
        <w:t>ہیومنٹی از کامن۔ ائی ایم ا ہیومن بینگ، اینڈ یو ار ہیومن بینگ۔" سو ہیر از دا کمیونیلٹی۔ اٹ از مور دین ہارمونی۔</w:t>
      </w:r>
    </w:p>
    <w:p>
      <w:r>
        <w:rPr>
          <w:b/>
        </w:rPr>
        <w:t xml:space="preserve">[23:32] </w:t>
      </w:r>
      <w:r>
        <w:t>he said: "alis nafs? was he not a human being? was he not a human being?" it means that he he was able to discover communality between all men and women.</w:t>
      </w:r>
    </w:p>
    <w:p>
      <w:pPr>
        <w:jc w:val="right"/>
      </w:pPr>
      <w:r>
        <w:t>ہی سیڈ: "علیس نفس؟ واز ہی ناٹ ا ہیومن بینگ؟ واز ہی ناٹ ا ہیومن بینگ؟" اٹ مینز دیٹ ہی ہی واز ایبل ٹو ڈسکور کمیونیلٹی بٹوین ال مین اینڈ وومن۔</w:t>
      </w:r>
    </w:p>
    <w:p>
      <w:r>
        <w:rPr>
          <w:b/>
        </w:rPr>
        <w:t xml:space="preserve">[23:55] </w:t>
      </w:r>
      <w:r>
        <w:t>so this is the true islamic teachings. this is the true islamic teachings.</w:t>
      </w:r>
    </w:p>
    <w:p>
      <w:pPr>
        <w:jc w:val="right"/>
      </w:pPr>
      <w:r>
        <w:t>سو دس از دا ٹرو اسلامک ٹیچنگز۔ دس از دا ٹرو اسلامک ٹیچنگز۔</w:t>
      </w:r>
    </w:p>
    <w:p>
      <w:r>
        <w:rPr>
          <w:b/>
        </w:rPr>
        <w:t xml:space="preserve">[24:03] </w:t>
      </w:r>
      <w:r>
        <w:t>then i would like to mention some more references from this islamic scriptures.</w:t>
      </w:r>
    </w:p>
    <w:p>
      <w:pPr>
        <w:jc w:val="right"/>
      </w:pPr>
      <w:r>
        <w:t>دین ائی وڈ لائک ٹو مینشن سم مور ریفرنسز فرام دس اسلامک سکرپچرز۔</w:t>
      </w:r>
    </w:p>
    <w:p>
      <w:r>
        <w:rPr>
          <w:b/>
        </w:rPr>
        <w:t xml:space="preserve">[24:10] </w:t>
      </w:r>
      <w:r>
        <w:t>you know, the prophet of islam. for his morning prayer, and then he used to say: "allah ashhad</w:t>
      </w:r>
    </w:p>
    <w:p>
      <w:pPr>
        <w:jc w:val="right"/>
      </w:pPr>
      <w:r>
        <w:t>یو نو، دا پرافٹ اف اسلام۔ فر ہز مارننگ پریر، اینڈ دین ہی یوز ٹو سی: "اللہ اشھد</w:t>
      </w:r>
    </w:p>
    <w:p>
      <w:r>
        <w:rPr>
          <w:b/>
        </w:rPr>
        <w:t xml:space="preserve">[24:24] </w:t>
      </w:r>
      <w:r>
        <w:t>in al-ibad kullu ikhwah. o god, i bear witness that all human being are brother and sister to each other.</w:t>
      </w:r>
    </w:p>
    <w:p>
      <w:pPr>
        <w:jc w:val="right"/>
      </w:pPr>
      <w:r>
        <w:t>ان العباد کل اخوہ۔ او گاڈ، ائی بیئر وٹنس دیٹ ال ہیومن بینگ ار برادر اینڈ سسٹر ٹو ایچ ادر۔</w:t>
      </w:r>
    </w:p>
    <w:p>
      <w:r>
        <w:rPr>
          <w:b/>
        </w:rPr>
        <w:t xml:space="preserve">[24:45] </w:t>
      </w:r>
      <w:r>
        <w:t>" this is the formula of harmony.</w:t>
      </w:r>
    </w:p>
    <w:p>
      <w:pPr>
        <w:jc w:val="right"/>
      </w:pPr>
      <w:r>
        <w:t>" دس از دا فارمولا اف ہارمونی۔</w:t>
      </w:r>
    </w:p>
    <w:p>
      <w:r>
        <w:rPr>
          <w:b/>
        </w:rPr>
        <w:t xml:space="preserve">[24:53] </w:t>
      </w:r>
      <w:r>
        <w:t>this is the formula of harmony. prophet of islam was able to see everyone as his sister as his brother. so according to this hadith, all men and women are sisters and brothers to each other.</w:t>
      </w:r>
    </w:p>
    <w:p>
      <w:pPr>
        <w:jc w:val="right"/>
      </w:pPr>
      <w:r>
        <w:t>دس از دا فارمولا اف ہارمونی۔ پرافٹ اف اسلام واز ایبل ٹو سی ایوری ون ایز ہز سسٹر ایز ہز برادر۔ سو اکارڈنگ ٹو دس حدیث، ال مین اینڈ وومن ار سسٹرز اینڈ برادرز ٹو ایچ ادر۔</w:t>
      </w:r>
    </w:p>
    <w:p>
      <w:r>
        <w:rPr>
          <w:b/>
        </w:rPr>
        <w:t xml:space="preserve">[25:10] </w:t>
      </w:r>
      <w:r>
        <w:t>so we are living in a family.</w:t>
      </w:r>
    </w:p>
    <w:p>
      <w:pPr>
        <w:jc w:val="right"/>
      </w:pPr>
      <w:r>
        <w:t>سو وی ار لیونگ ان ا فیملی۔</w:t>
      </w:r>
    </w:p>
    <w:p>
      <w:r>
        <w:rPr>
          <w:b/>
        </w:rPr>
        <w:t xml:space="preserve">[25:17] </w:t>
      </w:r>
      <w:r>
        <w:t>again, the prophet of islam has said: "al-khalq ayalullah. al-khalq ayalullah. all the humanity, all the men and women are family of god." so we are living in a family.</w:t>
      </w:r>
    </w:p>
    <w:p>
      <w:pPr>
        <w:jc w:val="right"/>
      </w:pPr>
      <w:r>
        <w:t>اگین، دا پرافٹ اف اسلام ہیز سیڈ: "الخلق عیال اللہ۔ الخلق عیال اللہ۔ ال دا ہیومینٹی، ال دا مین اینڈ وومن ار فیملی اف گاڈ۔" سو وی ار لیونگ ان ا فیملی۔</w:t>
      </w:r>
    </w:p>
    <w:p>
      <w:r>
        <w:rPr>
          <w:b/>
        </w:rPr>
        <w:t xml:space="preserve">[25:42] </w:t>
      </w:r>
      <w:r>
        <w:t>this concept gives us a very revolutionary idea that we are living in a family, universal family.</w:t>
      </w:r>
    </w:p>
    <w:p>
      <w:pPr>
        <w:jc w:val="right"/>
      </w:pPr>
      <w:r>
        <w:t>دس کانسیپٹ گیوز اس ا ویری ریولیوشنری ائیڈیا دیٹ وی ار لیونگ ان ا فیملی، یونیورسل فیملی۔</w:t>
      </w:r>
    </w:p>
    <w:p>
      <w:r>
        <w:rPr>
          <w:b/>
        </w:rPr>
        <w:t xml:space="preserve">[25:53] </w:t>
      </w:r>
      <w:r>
        <w:t>you know that everyone lives in his family with harmony, with peace. so we have to do in the outer side of the our home.</w:t>
      </w:r>
    </w:p>
    <w:p>
      <w:pPr>
        <w:jc w:val="right"/>
      </w:pPr>
      <w:r>
        <w:t>یو نو دیٹ ایوری ون لیوز ان ہز فیملی ود ہارمونی، ود پیس۔ سو وی ہیو ٹو ڈو ان دی اؤٹر سائیڈ اف دا اور ہوم۔</w:t>
      </w:r>
    </w:p>
    <w:p>
      <w:r>
        <w:rPr>
          <w:b/>
        </w:rPr>
        <w:t xml:space="preserve">[26:09] </w:t>
      </w:r>
      <w:r>
        <w:t>we take our world as a world of as a world of harmony. that is a universal family.</w:t>
      </w:r>
    </w:p>
    <w:p>
      <w:pPr>
        <w:jc w:val="right"/>
      </w:pPr>
      <w:r>
        <w:t>وی ٹیک اور ورلڈ ایز ا ورلڈ اف ایز ا ورلڈ اف ہارمونی۔ دیٹ از ا یونیورسل فیملی۔</w:t>
      </w:r>
    </w:p>
    <w:p>
      <w:r>
        <w:rPr>
          <w:b/>
        </w:rPr>
        <w:t xml:space="preserve">[26:23] </w:t>
      </w:r>
      <w:r>
        <w:t>the humanity is a universal family.</w:t>
      </w:r>
    </w:p>
    <w:p>
      <w:pPr>
        <w:jc w:val="right"/>
      </w:pPr>
      <w:r>
        <w:t>دا ہیومینٹی از ا یونیورسل فیملی۔</w:t>
      </w:r>
    </w:p>
    <w:p>
      <w:r>
        <w:rPr>
          <w:b/>
        </w:rPr>
        <w:t xml:space="preserve">[26:28] </w:t>
      </w:r>
      <w:r>
        <w:t>this this notion inculcate a great spirit of harmony in every human being.</w:t>
      </w:r>
    </w:p>
    <w:p>
      <w:pPr>
        <w:jc w:val="right"/>
      </w:pPr>
      <w:r>
        <w:t>دس دس نوشن انکلکیٹ ا گریٹ سپرٹ اف ہارمونی ان ایوری ہیومن بینگ۔</w:t>
      </w:r>
    </w:p>
    <w:p>
      <w:r>
        <w:rPr>
          <w:b/>
        </w:rPr>
        <w:t xml:space="preserve">[26:38] </w:t>
      </w:r>
      <w:r>
        <w:t>when you believe that everyone is my brother, every man is my brother, and every woman is my sister, when you think like this, then it will inculcate a great spirit of harmony in your mind.</w:t>
      </w:r>
    </w:p>
    <w:p>
      <w:pPr>
        <w:jc w:val="right"/>
      </w:pPr>
      <w:r>
        <w:t>وین یو بیلیو دیٹ ایوری ون از مائی برادر، ایوری مین از مائی برادر، اینڈ ایوری وومن از مائی سسٹر، وین یو تھنک لائک دس، دین اٹ ویل انکلکیٹ ا گریٹ سپرٹ اف ہارمونی ان یور مائنڈ۔</w:t>
      </w:r>
    </w:p>
    <w:p>
      <w:r>
        <w:rPr>
          <w:b/>
        </w:rPr>
        <w:t xml:space="preserve">[27:01] </w:t>
      </w:r>
      <w:r>
        <w:t>so prophet of islam said again and again: "allah mashhad in al-ibad kullu ikhwah.</w:t>
      </w:r>
    </w:p>
    <w:p>
      <w:pPr>
        <w:jc w:val="right"/>
      </w:pPr>
      <w:r>
        <w:t>سو پرافٹ اف اسلام سیڈ اگین اینڈ اگین: "اللہ مشد ان العباد کل اخوہ۔</w:t>
      </w:r>
    </w:p>
    <w:p>
      <w:r>
        <w:rPr>
          <w:b/>
        </w:rPr>
        <w:t xml:space="preserve">[27:10] </w:t>
      </w:r>
      <w:r>
        <w:t>o god, i bear witness that all human being are brothers and sisters to each other." in other words, he declared that the verse is a universal family.</w:t>
      </w:r>
    </w:p>
    <w:p>
      <w:pPr>
        <w:jc w:val="right"/>
      </w:pPr>
      <w:r>
        <w:t>او گاڈ، ائی بیئر وٹنس دیٹ ال ہیومن بینگ ار برادرز اینڈ سسٹرز ٹو ایچ ادر۔" ان ادر ورڈز، ہی ڈیکلیئرڈ دیٹ دا ورس از ا یونیورسل فیملی۔</w:t>
      </w:r>
    </w:p>
    <w:p>
      <w:r>
        <w:rPr>
          <w:b/>
        </w:rPr>
        <w:t xml:space="preserve">[27:27] </w:t>
      </w:r>
      <w:r>
        <w:t>universe is a uni</w:t>
      </w:r>
    </w:p>
    <w:p>
      <w:pPr>
        <w:jc w:val="right"/>
      </w:pPr>
      <w:r>
        <w:t>یونیورس از ا یونی</w:t>
      </w:r>
    </w:p>
    <w:p>
      <w:r>
        <w:rPr>
          <w:b/>
        </w:rPr>
        <w:t xml:space="preserve">[27:28] </w:t>
      </w:r>
      <w:r>
        <w:t>versal. universe is a family of universe. we are living a universal in universal family.</w:t>
      </w:r>
    </w:p>
    <w:p>
      <w:pPr>
        <w:jc w:val="right"/>
      </w:pPr>
      <w:r>
        <w:t>ورسل۔ یونیورس از ا فیملی اف یونیورس۔ وی ار لیونگ ا یونیورسل ان یونیورسل فیملی۔</w:t>
      </w:r>
    </w:p>
    <w:p>
      <w:r>
        <w:rPr>
          <w:b/>
        </w:rPr>
        <w:t xml:space="preserve">[27:39] </w:t>
      </w:r>
      <w:r>
        <w:t>this is the formula of harmony, formula of peace, formula of tolerance, formula of friendship.</w:t>
      </w:r>
    </w:p>
    <w:p>
      <w:pPr>
        <w:jc w:val="right"/>
      </w:pPr>
      <w:r>
        <w:t>دس از دا فارمولا اف ہارمونی، فارمولا اف پیس، فارمولا اف ٹالرنس، فارمولا اف فرینڈشپ۔</w:t>
      </w:r>
    </w:p>
    <w:p>
      <w:r>
        <w:rPr>
          <w:b/>
        </w:rPr>
        <w:t xml:space="preserve">[27:50] </w:t>
      </w:r>
      <w:r>
        <w:t>you know, the prophet, prophet isa, jesus christ has said:</w:t>
      </w:r>
    </w:p>
    <w:p>
      <w:pPr>
        <w:jc w:val="right"/>
      </w:pPr>
      <w:r>
        <w:t>یو نو، دا پرافٹ، پرافٹ عیسی، جیسس کرائسٹ ہیز سیڈ:</w:t>
      </w:r>
    </w:p>
    <w:p>
      <w:r>
        <w:rPr>
          <w:b/>
        </w:rPr>
        <w:t xml:space="preserve">[28:04] </w:t>
      </w:r>
      <w:r>
        <w:t>"love your enemy." it is also islamic teaching. all the prophets were sent with islam.</w:t>
      </w:r>
    </w:p>
    <w:p>
      <w:pPr>
        <w:jc w:val="right"/>
      </w:pPr>
      <w:r>
        <w:t>"لو یور اینمی۔" اٹ از السو اسلامک ٹیچنگ۔ ال دا پرافٹس ویر سینٹ ود اسلام۔</w:t>
      </w:r>
    </w:p>
    <w:p>
      <w:r>
        <w:rPr>
          <w:b/>
        </w:rPr>
        <w:t xml:space="preserve">[28:17] </w:t>
      </w:r>
      <w:r>
        <w:t>islam is the common religion to all the prophets.</w:t>
      </w:r>
    </w:p>
    <w:p>
      <w:pPr>
        <w:jc w:val="right"/>
      </w:pPr>
      <w:r>
        <w:t>اسلام از دا کامن ریلیجن ٹو ال دا پرافٹس۔</w:t>
      </w:r>
    </w:p>
    <w:p>
      <w:r>
        <w:rPr>
          <w:b/>
        </w:rPr>
        <w:t xml:space="preserve">[28:24] </w:t>
      </w:r>
      <w:r>
        <w:t>so prophet masih said: "love your enemy." the same is required in islam also.</w:t>
      </w:r>
    </w:p>
    <w:p>
      <w:pPr>
        <w:jc w:val="right"/>
      </w:pPr>
      <w:r>
        <w:t>سو پرافٹ مسیح سیڈ: "لو یور اینمی۔" دا سیم از ریکوائرڈ ان اسلام السو۔</w:t>
      </w:r>
    </w:p>
    <w:p>
      <w:r>
        <w:rPr>
          <w:b/>
        </w:rPr>
        <w:t xml:space="preserve">[28:35] </w:t>
      </w:r>
      <w:r>
        <w:t>it is also islamic formula: "love your enemy." it means that love all including your enemy.</w:t>
      </w:r>
    </w:p>
    <w:p>
      <w:pPr>
        <w:jc w:val="right"/>
      </w:pPr>
      <w:r>
        <w:t>اٹ از السو اسلامک فارمولا: "لو یور اینمی۔" اٹ مینز دیٹ لو ال انکلوڈنگ یور اینمی۔</w:t>
      </w:r>
    </w:p>
    <w:p>
      <w:r>
        <w:rPr>
          <w:b/>
        </w:rPr>
        <w:t xml:space="preserve">[28:48] </w:t>
      </w:r>
      <w:r>
        <w:t>love your enemy means love all including your enemy.</w:t>
      </w:r>
    </w:p>
    <w:p>
      <w:pPr>
        <w:jc w:val="right"/>
      </w:pPr>
      <w:r>
        <w:t>لو یور اینمی مینز لو ال انکلوڈنگ یور اینمی۔</w:t>
      </w:r>
    </w:p>
    <w:p>
      <w:r>
        <w:rPr>
          <w:b/>
        </w:rPr>
        <w:t xml:space="preserve">[28:58] </w:t>
      </w:r>
      <w:r>
        <w:t>this is the formula of harmony. love is the extreme, extreme word in love culture, in in in the culture of harmony.</w:t>
      </w:r>
    </w:p>
    <w:p>
      <w:pPr>
        <w:jc w:val="right"/>
      </w:pPr>
      <w:r>
        <w:t>دس از دا فارمولا اف ہارمونی۔ لو از دا ایکسٹریم، ایکسٹریم ورڈ ان لو کلچر، ان ان ان دی کلچر اف ہارمونی۔</w:t>
      </w:r>
    </w:p>
    <w:p>
      <w:r>
        <w:rPr>
          <w:b/>
        </w:rPr>
        <w:t xml:space="preserve">[29:16] </w:t>
      </w:r>
      <w:r>
        <w:t>love is the final word in the culture of harmony.</w:t>
      </w:r>
    </w:p>
    <w:p>
      <w:pPr>
        <w:jc w:val="right"/>
      </w:pPr>
      <w:r>
        <w:t>لو از دا فائنل ورڈ ان دا کلچر اف ہارمونی۔</w:t>
      </w:r>
    </w:p>
    <w:p>
      <w:r>
        <w:rPr>
          <w:b/>
        </w:rPr>
        <w:t xml:space="preserve">[29:24] </w:t>
      </w:r>
      <w:r>
        <w:t>so where there is harmony, there is love. where there is harmony, there is compassion. where there is harmony, there is well wishing.</w:t>
      </w:r>
    </w:p>
    <w:p>
      <w:pPr>
        <w:jc w:val="right"/>
      </w:pPr>
      <w:r>
        <w:t>سو ویر دیر از ہارمونی، دیر از لو۔ ویر دیر از ہارمونی، دیر از کمپیشن۔ ویر دیر از ہارمونی، دیر از ویل وشنگ۔</w:t>
      </w:r>
    </w:p>
    <w:p>
      <w:r>
        <w:rPr>
          <w:b/>
        </w:rPr>
        <w:t xml:space="preserve">[29:35] </w:t>
      </w:r>
      <w:r>
        <w:t>this is the culture of harmony.</w:t>
      </w:r>
    </w:p>
    <w:p>
      <w:pPr>
        <w:jc w:val="right"/>
      </w:pPr>
      <w:r>
        <w:t>دس از دا کلچر اف ہارمونی۔</w:t>
      </w:r>
    </w:p>
    <w:p>
      <w:r>
        <w:rPr>
          <w:b/>
        </w:rPr>
        <w:t xml:space="preserve">[29:38] </w:t>
      </w:r>
      <w:r>
        <w:t>deen</w:t>
      </w:r>
    </w:p>
    <w:p>
      <w:pPr>
        <w:jc w:val="right"/>
      </w:pPr>
      <w:r>
        <w:t>دین</w:t>
      </w:r>
    </w:p>
    <w:p>
      <w:r>
        <w:rPr>
          <w:b/>
        </w:rPr>
        <w:t xml:space="preserve">[29:43] </w:t>
      </w:r>
      <w:r>
        <w:t>the principle of harmony includes all kind of positive values. all kind of positive values are only part of harmony.</w:t>
      </w:r>
    </w:p>
    <w:p>
      <w:pPr>
        <w:jc w:val="right"/>
      </w:pPr>
      <w:r>
        <w:t>دا پرنسپل اف ہارمونی انکلوڈز ال کائنڈ اف پوزیٹیو ویلیوز۔ ال کائنڈ اف پوزیٹیو ویلیوز ار اونلی پارٹ اف ہارمونی۔</w:t>
      </w:r>
    </w:p>
    <w:p>
      <w:r>
        <w:rPr>
          <w:b/>
        </w:rPr>
        <w:t xml:space="preserve">[30:00] </w:t>
      </w:r>
      <w:r>
        <w:t>harmony is a basic principle, a central principle, a central idea.</w:t>
      </w:r>
    </w:p>
    <w:p>
      <w:pPr>
        <w:jc w:val="right"/>
      </w:pPr>
      <w:r>
        <w:t>ہارمونی از ا بیسک پرنسپل، ا سینٹرل پرنسپل، ا سینٹرل ائیڈیا۔</w:t>
      </w:r>
    </w:p>
    <w:p>
      <w:r>
        <w:rPr>
          <w:b/>
        </w:rPr>
        <w:t xml:space="preserve">[30:07] </w:t>
      </w:r>
      <w:r>
        <w:t>and all kind of positive behaviour, positive thinking, are are a part of of of the culture of harmony.</w:t>
      </w:r>
    </w:p>
    <w:p>
      <w:pPr>
        <w:jc w:val="right"/>
      </w:pPr>
      <w:r>
        <w:t>اینڈ ال کائنڈ اف پوزیٹیو بیہیویئر، پوزیٹیو تھنکنگ، ار ار ا پارٹ اف اف اف دا کلچر اف ہارمونی۔</w:t>
      </w:r>
    </w:p>
    <w:p>
      <w:r>
        <w:rPr>
          <w:b/>
        </w:rPr>
        <w:t xml:space="preserve">[30:23] </w:t>
      </w:r>
      <w:r>
        <w:t>for example, the prophet of islam has said: "al muslim man salama nasani." muslim is one by whose hands and tongue.</w:t>
      </w:r>
    </w:p>
    <w:p>
      <w:pPr>
        <w:jc w:val="right"/>
      </w:pPr>
      <w:r>
        <w:t>فار ایگزیمپل، دا پرافٹ اف اسلام ہیز سیڈ: "المسلم من سلم ناسانی۔" مسلم از ون بائی ہوز ہینڈز اینڈ ٹنگ۔</w:t>
      </w:r>
    </w:p>
    <w:p>
      <w:r>
        <w:rPr>
          <w:b/>
        </w:rPr>
        <w:t xml:space="preserve">[30:36] </w:t>
      </w:r>
      <w:r>
        <w:t>people are safe.</w:t>
      </w:r>
    </w:p>
    <w:p>
      <w:pPr>
        <w:jc w:val="right"/>
      </w:pPr>
      <w:r>
        <w:t>پیپل ار سیف۔</w:t>
      </w:r>
    </w:p>
    <w:p>
      <w:r>
        <w:rPr>
          <w:b/>
        </w:rPr>
        <w:t xml:space="preserve">[30:41] </w:t>
      </w:r>
      <w:r>
        <w:t>also the formula of harmony:</w:t>
      </w:r>
    </w:p>
    <w:p>
      <w:pPr>
        <w:jc w:val="right"/>
      </w:pPr>
      <w:r>
        <w:t>اوسو دا فارمولا اف ہارمونی:</w:t>
      </w:r>
    </w:p>
    <w:p>
      <w:r>
        <w:rPr>
          <w:b/>
        </w:rPr>
        <w:t xml:space="preserve">[30:47] </w:t>
      </w:r>
      <w:r>
        <w:t>muslim is one. a true muslim is one.</w:t>
      </w:r>
    </w:p>
    <w:p>
      <w:pPr>
        <w:jc w:val="right"/>
      </w:pPr>
      <w:r>
        <w:t>مسلم از ون۔ ا ٹرو مسلم از ون۔</w:t>
      </w:r>
    </w:p>
    <w:p>
      <w:r>
        <w:rPr>
          <w:b/>
        </w:rPr>
        <w:t xml:space="preserve">[30:51] </w:t>
      </w:r>
      <w:r>
        <w:t>a true muslim is one by whose hands and tongue. people are safe. it means that muslim is a peaceful member of his society.</w:t>
      </w:r>
    </w:p>
    <w:p>
      <w:pPr>
        <w:jc w:val="right"/>
      </w:pPr>
      <w:r>
        <w:t>ا ٹرو مسلم از ون بائی ہوز ہینڈز اینڈ ٹنگ۔ پیپل ار سیف۔ اٹ مینز دیٹ مسلم از ا پیس فل ممبر اف ہز سوسائٹی۔</w:t>
      </w:r>
    </w:p>
    <w:p>
      <w:r>
        <w:rPr>
          <w:b/>
        </w:rPr>
        <w:t xml:space="preserve">[31:06] </w:t>
      </w:r>
      <w:r>
        <w:t>muslim is a peaceful member of society.</w:t>
      </w:r>
    </w:p>
    <w:p>
      <w:pPr>
        <w:jc w:val="right"/>
      </w:pPr>
      <w:r>
        <w:t>مسلم از ا پیس فل ممبر اف سوسائٹی۔</w:t>
      </w:r>
    </w:p>
    <w:p>
      <w:r>
        <w:rPr>
          <w:b/>
        </w:rPr>
        <w:t xml:space="preserve">[31:15] </w:t>
      </w:r>
      <w:r>
        <w:t>then there is a hadith: "wallahi la yoomino, wallahi la yoomino, wallahi la yoomino alladhi la yaman jaroho." it means that</w:t>
      </w:r>
    </w:p>
    <w:p>
      <w:pPr>
        <w:jc w:val="right"/>
      </w:pPr>
      <w:r>
        <w:t>دین دیر از ا حدیث: "واللہ لا یومنو، واللہ لا یومنو، واللہ لا یومنو الذی لا یامن جارہو۔" اٹ مینز دیٹ</w:t>
      </w:r>
    </w:p>
    <w:p>
      <w:r>
        <w:rPr>
          <w:b/>
        </w:rPr>
        <w:t xml:space="preserve">[31:32] </w:t>
      </w:r>
      <w:r>
        <w:t>a true momin is one who lives as a no problem person in society.</w:t>
      </w:r>
    </w:p>
    <w:p>
      <w:pPr>
        <w:jc w:val="right"/>
      </w:pPr>
      <w:r>
        <w:t>ا ٹرو مومن از ون ہو لیوز ایز ا نو پرابلم پرسن ان سوسائٹی۔</w:t>
      </w:r>
    </w:p>
    <w:p>
      <w:r>
        <w:rPr>
          <w:b/>
        </w:rPr>
        <w:t xml:space="preserve">[31:46] </w:t>
      </w:r>
      <w:r>
        <w:t>so it is the, it is the minimum requirement of harmony. there is other hadith that: "ilm tanfa fala." so there are minimum and maximum.</w:t>
      </w:r>
    </w:p>
    <w:p>
      <w:pPr>
        <w:jc w:val="right"/>
      </w:pPr>
      <w:r>
        <w:t>سو اٹ از دا، اٹ از دا منیمم ریکوائرمنٹ اف ہارمونی۔ دیر از ادر حدیث دیٹ: "علم تنفہ فلا۔" سو دیر ار منیمم اینڈ میکسیمم۔</w:t>
      </w:r>
    </w:p>
    <w:p>
      <w:r>
        <w:rPr>
          <w:b/>
        </w:rPr>
        <w:t xml:space="preserve">[32:03] </w:t>
      </w:r>
      <w:r>
        <w:t>so then, so minimum, minimum requirement of harmonious living is that you live as a harm, harmless member of society, as a no problem member of society.</w:t>
      </w:r>
    </w:p>
    <w:p>
      <w:pPr>
        <w:jc w:val="right"/>
      </w:pPr>
      <w:r>
        <w:t>سو بن، سو منیمم، منیمم ریکوائرمنٹ اف ہارمونیس لیونگ از دیٹ یو لیو ایز ا ہارم، ہارملیس ممبر اف سوسائٹی، ایز ا نو پرابلم ممبر اف سوسائٹی۔</w:t>
      </w:r>
    </w:p>
    <w:p>
      <w:r>
        <w:rPr>
          <w:b/>
        </w:rPr>
        <w:t xml:space="preserve">[32:19] </w:t>
      </w:r>
      <w:r>
        <w:t>this is the, this is the minimum requirement. and maximum requirement is that you live as a giver member of society, giver member of society.</w:t>
      </w:r>
    </w:p>
    <w:p>
      <w:pPr>
        <w:jc w:val="right"/>
      </w:pPr>
      <w:r>
        <w:t>دس از دا، دس از دا منیمم ریکوائرمنٹ۔ اینڈ میکسیمم ریکوائرمنٹ از دیٹ یو لیو ایز ا گیور ممبر اف سوسائٹی، گیور ممبر اف سوسائٹی۔</w:t>
      </w:r>
    </w:p>
    <w:p>
      <w:r>
        <w:rPr>
          <w:b/>
        </w:rPr>
        <w:t xml:space="preserve">[32:34] </w:t>
      </w:r>
      <w:r>
        <w:t>so if you are living in your society as its giver member, then you adopted the maximum.</w:t>
      </w:r>
    </w:p>
    <w:p>
      <w:pPr>
        <w:jc w:val="right"/>
      </w:pPr>
      <w:r>
        <w:t>سو اف یو ار لیونگ ان یور سوسائٹی ایز اٹس گیور ممبر، دین یو اڈاپٹڈ دا میکسیمم۔</w:t>
      </w:r>
    </w:p>
    <w:p>
      <w:r>
        <w:rPr>
          <w:b/>
        </w:rPr>
        <w:t xml:space="preserve">[32:44] </w:t>
      </w:r>
      <w:r>
        <w:t>then you are following the maximum requirement of harmonious living. so there are, so there are minimum and maximum.</w:t>
      </w:r>
    </w:p>
    <w:p>
      <w:pPr>
        <w:jc w:val="right"/>
      </w:pPr>
      <w:r>
        <w:t>دین یو ار فالونگ دا میکسیمم ریکوائرمنٹ اف ہارمونیس لیونگ۔ سو دیر ار، سو دیر ار منیمم اینڈ میکسیمم۔</w:t>
      </w:r>
    </w:p>
    <w:p>
      <w:r>
        <w:rPr>
          <w:b/>
        </w:rPr>
        <w:t xml:space="preserve">[32:57] </w:t>
      </w:r>
      <w:r>
        <w:t>the minimum requirement is that you live as a, as a no problem member of society.</w:t>
      </w:r>
    </w:p>
    <w:p>
      <w:pPr>
        <w:jc w:val="right"/>
      </w:pPr>
      <w:r>
        <w:t>دا منیمم ریکوائرمنٹ از دیٹ یو لیو ایز ا، ایز ا نو پرابلم ممبر اف سوسائٹی۔</w:t>
      </w:r>
    </w:p>
    <w:p>
      <w:r>
        <w:rPr>
          <w:b/>
        </w:rPr>
        <w:t xml:space="preserve">[33:07] </w:t>
      </w:r>
      <w:r>
        <w:t>and the maximum requirement is that you live as a giver person of your society. This is the formula of living in Islam.</w:t>
      </w:r>
    </w:p>
    <w:p>
      <w:pPr>
        <w:jc w:val="right"/>
      </w:pPr>
      <w:r>
        <w:t>اینڈ دا میکسیمم ریکوائرمنٹ از دیٹ یو لیو ایز ا گیور پرسن اف یور سوسائٹی۔ دس از دا فارمولا اف لیونگ ان اسلام۔</w:t>
      </w:r>
    </w:p>
    <w:p>
      <w:r>
        <w:rPr>
          <w:b/>
        </w:rPr>
        <w:t xml:space="preserve">[33:24] </w:t>
      </w:r>
      <w:r>
        <w:t>and it is based on harmony. It is based on peace.</w:t>
      </w:r>
    </w:p>
    <w:p>
      <w:pPr>
        <w:jc w:val="right"/>
      </w:pPr>
      <w:r>
        <w:t>اینڈ اٹ از بیسڈ ان ہارمونی۔ اٹ از بیسڈ ان پیس۔</w:t>
      </w:r>
    </w:p>
    <w:p>
      <w:r>
        <w:rPr>
          <w:b/>
        </w:rPr>
        <w:t xml:space="preserve">[33:27] </w:t>
      </w:r>
      <w:r>
        <w:t>It is based on tolerance. It is based on love. It is based on compassion.</w:t>
      </w:r>
    </w:p>
    <w:p>
      <w:pPr>
        <w:jc w:val="right"/>
      </w:pPr>
      <w:r>
        <w:t>اٹ از بیسڈ ان ٹالرنس۔ اٹ از بیسڈ ان لو۔ اٹ از بیسڈ ان کمپیشن۔</w:t>
      </w:r>
    </w:p>
    <w:p>
      <w:r>
        <w:rPr>
          <w:b/>
        </w:rPr>
        <w:t xml:space="preserve">[33:36] </w:t>
      </w:r>
      <w:r>
        <w:t>There is a hadith that: "manfi yar manfi." yani be, be will wisher to all mankind.</w:t>
      </w:r>
    </w:p>
    <w:p>
      <w:pPr>
        <w:jc w:val="right"/>
      </w:pPr>
      <w:r>
        <w:t>دیر از ا حدیث دیٹ: "منفی یار منفی۔" یعنی بی، بی ویل وشر ٹو ال مین کائنڈ۔</w:t>
      </w:r>
    </w:p>
    <w:p>
      <w:r>
        <w:rPr>
          <w:b/>
        </w:rPr>
        <w:t xml:space="preserve">[33:51] </w:t>
      </w:r>
      <w:r>
        <w:t>otherwise, lose the blessing of God.</w:t>
      </w:r>
    </w:p>
    <w:p>
      <w:pPr>
        <w:jc w:val="right"/>
      </w:pPr>
      <w:r>
        <w:t>ادر وائز، لوز دا بلیسنگ اف گاڈ۔</w:t>
      </w:r>
    </w:p>
    <w:p>
      <w:r>
        <w:rPr>
          <w:b/>
        </w:rPr>
        <w:t xml:space="preserve">[33:58] </w:t>
      </w:r>
      <w:r>
        <w:t>So this is the criterion of salvation. If you want salvation in the hereafter, if you want blessing of God Almighty, you have to adopt this formula.</w:t>
      </w:r>
    </w:p>
    <w:p>
      <w:pPr>
        <w:jc w:val="right"/>
      </w:pPr>
      <w:r>
        <w:t>سو دس از دا کرائٹیرین اف سالویشن۔ اف یو وانٹ سالویشن ان دا ہیر افٹر، اف یو وانٹ بلیسنگ اف گاڈ المائٹی، یو ہیو ٹو اڈاپٹ دس فارمولا۔</w:t>
      </w:r>
    </w:p>
    <w:p>
      <w:r>
        <w:rPr>
          <w:b/>
        </w:rPr>
        <w:t xml:space="preserve">[34:14] </w:t>
      </w:r>
      <w:r>
        <w:t>You have to live with compassion among other. You have to live with love among other.</w:t>
      </w:r>
    </w:p>
    <w:p>
      <w:pPr>
        <w:jc w:val="right"/>
      </w:pPr>
      <w:r>
        <w:t>یو ہیو ٹو لیو ود کمپیشن امنگ ادر۔ یو ہیو ٹو لیو ود لو امنگ ادر۔</w:t>
      </w:r>
    </w:p>
    <w:p>
      <w:r>
        <w:rPr>
          <w:b/>
        </w:rPr>
        <w:t xml:space="preserve">[34:26] </w:t>
      </w:r>
      <w:r>
        <w:t>You have to follow the culture of harmony. Otherwise, you will take risk of losing the blessing of God Almighty.</w:t>
      </w:r>
    </w:p>
    <w:p>
      <w:pPr>
        <w:jc w:val="right"/>
      </w:pPr>
      <w:r>
        <w:t>یو ہیو ٹو فالو دا کلچر اف ہارمونی۔ ادر وائز، یو ویل ٹیک رسک اف لوزنگ دی بلیسنگ اف گاڈ المائٹی۔</w:t>
      </w:r>
    </w:p>
    <w:p>
      <w:r>
        <w:rPr>
          <w:b/>
        </w:rPr>
        <w:t xml:space="preserve">[34:37] </w:t>
      </w:r>
      <w:r>
        <w:t>By this, you can understand</w:t>
      </w:r>
    </w:p>
    <w:p>
      <w:pPr>
        <w:jc w:val="right"/>
      </w:pPr>
      <w:r>
        <w:t>بائی دس، یو کین انڈرسٹینڈ</w:t>
      </w:r>
    </w:p>
    <w:p>
      <w:r>
        <w:rPr>
          <w:b/>
        </w:rPr>
        <w:t xml:space="preserve">[34:42] </w:t>
      </w:r>
      <w:r>
        <w:t>the importance of if they principle of the culture of harmony.</w:t>
      </w:r>
    </w:p>
    <w:p>
      <w:pPr>
        <w:jc w:val="right"/>
      </w:pPr>
      <w:r>
        <w:t>دا امپورٹنس اف اف دے پرنسپل اف دا کلچر اف ہارمونی۔</w:t>
      </w:r>
    </w:p>
    <w:p>
      <w:r>
        <w:rPr>
          <w:b/>
        </w:rPr>
        <w:t xml:space="preserve">[34:54] </w:t>
      </w:r>
      <w:r>
        <w:t>Then the world around us is a demonstration of harmony, of peace, of good living.</w:t>
      </w:r>
    </w:p>
    <w:p>
      <w:pPr>
        <w:jc w:val="right"/>
      </w:pPr>
      <w:r>
        <w:t>دین دا ورلڈ اراؤنڈ اس از ا ڈیمونسٹریشن اف ہارمونی، اف پیس، اف گڈ لیونگ۔</w:t>
      </w:r>
    </w:p>
    <w:p>
      <w:r>
        <w:rPr>
          <w:b/>
        </w:rPr>
        <w:t xml:space="preserve">[35:06] </w:t>
      </w:r>
      <w:r>
        <w:t>God created man and settled him in this earth, in this planet earth, and he made the world around him.</w:t>
      </w:r>
    </w:p>
    <w:p>
      <w:pPr>
        <w:jc w:val="right"/>
      </w:pPr>
      <w:r>
        <w:t>گاڈ کریٹڈ مین اینڈ سیٹلڈ ہم ان دس ارتھ، ان دس پلینٹ ارتھ، اینڈ ہی میڈ دا ورلڈ اراؤنڈ ہم۔</w:t>
      </w:r>
    </w:p>
    <w:p>
      <w:r>
        <w:rPr>
          <w:b/>
        </w:rPr>
        <w:t xml:space="preserve">[35:17] </w:t>
      </w:r>
      <w:r>
        <w:t>as a demonstration.</w:t>
      </w:r>
    </w:p>
    <w:p>
      <w:pPr>
        <w:jc w:val="right"/>
      </w:pPr>
      <w:r>
        <w:t>از ا ڈیمونسٹریشن۔</w:t>
      </w:r>
    </w:p>
    <w:p>
      <w:r>
        <w:rPr>
          <w:b/>
        </w:rPr>
        <w:t xml:space="preserve">[35:22] </w:t>
      </w:r>
      <w:r>
        <w:t>Everything is a demonstration of the, of the law of harmony, of the culture of harmony.</w:t>
      </w:r>
    </w:p>
    <w:p>
      <w:pPr>
        <w:jc w:val="right"/>
      </w:pPr>
      <w:r>
        <w:t>ایوری تھنگ از ا ڈیمونسٹریشن اف دی، اف دی لاء اف ہارمونی، اف دی کلچر اف ہارمونی۔</w:t>
      </w:r>
    </w:p>
    <w:p>
      <w:r>
        <w:rPr>
          <w:b/>
        </w:rPr>
        <w:t xml:space="preserve">[35:33] </w:t>
      </w:r>
      <w:r>
        <w:t>For example, let us take a rose plant. Rose plant is a beautiful demonstration of harmonious living.</w:t>
      </w:r>
    </w:p>
    <w:p>
      <w:pPr>
        <w:jc w:val="right"/>
      </w:pPr>
      <w:r>
        <w:t>فار ایگزیمپل، لیٹ اس ٹیک ا روز پلانٹ۔ روز پلانٹ از ا بیوٹیفل ڈیمونسٹریشن اف ہارمونیس لیونگ۔</w:t>
      </w:r>
    </w:p>
    <w:p>
      <w:r>
        <w:rPr>
          <w:b/>
        </w:rPr>
        <w:t xml:space="preserve">[35:47] </w:t>
      </w:r>
      <w:r>
        <w:t>You know, at every branch of rose plant, there are flowers. At the same time, there are thorns.</w:t>
      </w:r>
    </w:p>
    <w:p>
      <w:pPr>
        <w:jc w:val="right"/>
      </w:pPr>
      <w:r>
        <w:t>یو نو، ایٹ ایوری برانچ اف روز پلانٹ، دیر ار فلاورز۔ ایٹ دا سیم ٹائم، دیر ار تھاٹس۔</w:t>
      </w:r>
    </w:p>
    <w:p>
      <w:r>
        <w:rPr>
          <w:b/>
        </w:rPr>
        <w:t xml:space="preserve">[35:57] </w:t>
      </w:r>
      <w:r>
        <w:t>Both are opposite to each other, but there is no war, no fighting, no hate, not at all.</w:t>
      </w:r>
    </w:p>
    <w:p>
      <w:pPr>
        <w:jc w:val="right"/>
      </w:pPr>
      <w:r>
        <w:t>بوتھ ار اپوزٹ ٹو ایچ ادر، بٹ دیر از نو وار، نو فائٹنگ، نو ہیٹ، ناٹ ایٹ ال۔</w:t>
      </w:r>
    </w:p>
    <w:p>
      <w:r>
        <w:rPr>
          <w:b/>
        </w:rPr>
        <w:t xml:space="preserve">[36:11] </w:t>
      </w:r>
      <w:r>
        <w:t>They are living side by side.</w:t>
      </w:r>
    </w:p>
    <w:p>
      <w:pPr>
        <w:jc w:val="right"/>
      </w:pPr>
      <w:r>
        <w:t>دے ار لیونگ سائیڈ بائی سائیڈ۔</w:t>
      </w:r>
    </w:p>
    <w:p>
      <w:r>
        <w:rPr>
          <w:b/>
        </w:rPr>
        <w:t xml:space="preserve">[36:17] </w:t>
      </w:r>
      <w:r>
        <w:t>So this is a demonstration.</w:t>
      </w:r>
    </w:p>
    <w:p>
      <w:pPr>
        <w:jc w:val="right"/>
      </w:pPr>
      <w:r>
        <w:t>سو دس از ا ڈیمونسٹریشن۔</w:t>
      </w:r>
    </w:p>
    <w:p>
      <w:r>
        <w:rPr>
          <w:b/>
        </w:rPr>
        <w:t xml:space="preserve">[36:22] </w:t>
      </w:r>
      <w:r>
        <w:t>Our world is full of thorns, full of problems,</w:t>
      </w:r>
    </w:p>
    <w:p>
      <w:pPr>
        <w:jc w:val="right"/>
      </w:pPr>
      <w:r>
        <w:t>اور ورلڈ از فل اف تھاٹ، فل اف پرابلم،</w:t>
      </w:r>
    </w:p>
    <w:p>
      <w:r>
        <w:rPr>
          <w:b/>
        </w:rPr>
        <w:t xml:space="preserve">[36:30] </w:t>
      </w:r>
      <w:r>
        <w:t>full of</w:t>
      </w:r>
    </w:p>
    <w:p>
      <w:pPr>
        <w:jc w:val="right"/>
      </w:pPr>
      <w:r>
        <w:t>فل اف</w:t>
      </w:r>
    </w:p>
    <w:p>
      <w:r>
        <w:rPr>
          <w:b/>
        </w:rPr>
        <w:t xml:space="preserve">[36:33] </w:t>
      </w:r>
      <w:r>
        <w:t>differences.</w:t>
      </w:r>
    </w:p>
    <w:p>
      <w:pPr>
        <w:jc w:val="right"/>
      </w:pPr>
      <w:r>
        <w:t>ڈیفرنسز۔</w:t>
      </w:r>
    </w:p>
    <w:p>
      <w:r>
        <w:rPr>
          <w:b/>
        </w:rPr>
        <w:t xml:space="preserve">[36:37] </w:t>
      </w:r>
      <w:r>
        <w:t>So world is just like rose plant</w:t>
      </w:r>
    </w:p>
    <w:p>
      <w:pPr>
        <w:jc w:val="right"/>
      </w:pPr>
      <w:r>
        <w:t>سو ورلڈ از جسٹ لائک روز پلانٹ</w:t>
      </w:r>
    </w:p>
    <w:p>
      <w:r>
        <w:rPr>
          <w:b/>
        </w:rPr>
        <w:t xml:space="preserve">[36:43] </w:t>
      </w:r>
      <w:r>
        <w:t>. So we have to live with complete harmony</w:t>
      </w:r>
    </w:p>
    <w:p>
      <w:pPr>
        <w:jc w:val="right"/>
      </w:pPr>
      <w:r>
        <w:t>۔ سو وی ہیو ٹو لیو ود کمپلیٹ ہارمونی</w:t>
      </w:r>
    </w:p>
    <w:p>
      <w:r>
        <w:rPr>
          <w:b/>
        </w:rPr>
        <w:t xml:space="preserve">[36:54] </w:t>
      </w:r>
      <w:r>
        <w:t>between all these thorns, all these problems.</w:t>
      </w:r>
    </w:p>
    <w:p>
      <w:pPr>
        <w:jc w:val="right"/>
      </w:pPr>
      <w:r>
        <w:t>بٹوین ال دیز تھاٹس، ال دیز پرابلمز۔</w:t>
      </w:r>
    </w:p>
    <w:p>
      <w:r>
        <w:rPr>
          <w:b/>
        </w:rPr>
        <w:t xml:space="preserve">[37:00] </w:t>
      </w:r>
      <w:r>
        <w:t>so every, every, every rose plant is giving us a great lesson</w:t>
      </w:r>
    </w:p>
    <w:p>
      <w:pPr>
        <w:jc w:val="right"/>
      </w:pPr>
      <w:r>
        <w:t>سو ایوری، ایوری، ایوری روز پلانٹ از گیونگ اس ا گریٹ لیسن</w:t>
      </w:r>
    </w:p>
    <w:p>
      <w:r>
        <w:rPr>
          <w:b/>
        </w:rPr>
        <w:t xml:space="preserve">[37:09] </w:t>
      </w:r>
      <w:r>
        <w:t>, great lesson that you have to live peacefully with thoughts, with problems.</w:t>
      </w:r>
    </w:p>
    <w:p>
      <w:pPr>
        <w:jc w:val="right"/>
      </w:pPr>
      <w:r>
        <w:t>، گریٹ لیسن دیٹ یو ہیو ٹو لیو پیس فلی ود تھاٹس، ود پرابلمز۔</w:t>
      </w:r>
    </w:p>
    <w:p>
      <w:r>
        <w:rPr>
          <w:b/>
        </w:rPr>
        <w:t xml:space="preserve">[37:21] </w:t>
      </w:r>
      <w:r>
        <w:t>this is a beautiful demonstration of peaceful living. rose plant is a beautiful demonstration of peaceful living, of harmonious living.</w:t>
      </w:r>
    </w:p>
    <w:p>
      <w:pPr>
        <w:jc w:val="right"/>
      </w:pPr>
      <w:r>
        <w:t>دس از ا بیوٹیفل ڈیمونسٹریشن اف پیس فل لیونگ۔ روز پلانٹ از ا بیوٹیفل ڈیمونسٹریشن اف پیس فل لیونگ، اف ہارمونیس لیونگ۔</w:t>
      </w:r>
    </w:p>
    <w:p>
      <w:r>
        <w:rPr>
          <w:b/>
        </w:rPr>
        <w:t xml:space="preserve">[37:39] </w:t>
      </w:r>
      <w:r>
        <w:t>so every, everything in this world is a demonstration of harmony. you know,</w:t>
      </w:r>
    </w:p>
    <w:p>
      <w:pPr>
        <w:jc w:val="right"/>
      </w:pPr>
      <w:r>
        <w:t>سو ایوری، ایوری تھنگ ان دس ورلڈ از ا ڈیمونسٹریشن اف ہارمونی۔ یو نو،</w:t>
      </w:r>
    </w:p>
    <w:p>
      <w:r>
        <w:rPr>
          <w:b/>
        </w:rPr>
        <w:t xml:space="preserve">[37:51] </w:t>
      </w:r>
      <w:r>
        <w:t>a stream. you see the what is the culture of stream.</w:t>
      </w:r>
    </w:p>
    <w:p>
      <w:pPr>
        <w:jc w:val="right"/>
      </w:pPr>
      <w:r>
        <w:t>ا سٹریم۔ یو سی دا واٹ از دا کلچر اف سٹریم۔</w:t>
      </w:r>
    </w:p>
    <w:p>
      <w:r>
        <w:rPr>
          <w:b/>
        </w:rPr>
        <w:t xml:space="preserve">[38:03] </w:t>
      </w:r>
      <w:r>
        <w:t>when a stream comes down from the mountain,</w:t>
      </w:r>
    </w:p>
    <w:p>
      <w:pPr>
        <w:jc w:val="right"/>
      </w:pPr>
      <w:r>
        <w:t>وین ا سٹریم کمز ڈاؤن فرام دی ماؤنٹن،</w:t>
      </w:r>
    </w:p>
    <w:p>
      <w:r>
        <w:rPr>
          <w:b/>
        </w:rPr>
        <w:t xml:space="preserve">[38:10] </w:t>
      </w:r>
      <w:r>
        <w:t>it follows the way with harmony. in its way, there are stones, there are rocks, but this stream never tries to fight, never tries to go to confrontation</w:t>
      </w:r>
    </w:p>
    <w:p>
      <w:pPr>
        <w:jc w:val="right"/>
      </w:pPr>
      <w:r>
        <w:t>اٹ فالوز دا وے ود ہارمونی۔ ان اٹس وے، دیر ار سٹونز، دیر ار راکس، بٹ دس سٹریم نیور ٹرائیز ٹو فائٹ، نیور ٹرائیز ٹو گو ٹو کنفرنٹیشن</w:t>
      </w:r>
    </w:p>
    <w:p>
      <w:r>
        <w:rPr>
          <w:b/>
        </w:rPr>
        <w:t xml:space="preserve">[38:33] </w:t>
      </w:r>
      <w:r>
        <w:t>. he always, he always</w:t>
      </w:r>
    </w:p>
    <w:p>
      <w:pPr>
        <w:jc w:val="right"/>
      </w:pPr>
      <w:r>
        <w:t>۔ ہی الویز، ہی الویز</w:t>
      </w:r>
    </w:p>
    <w:p>
      <w:r>
        <w:rPr>
          <w:b/>
        </w:rPr>
        <w:t xml:space="preserve">[38:40] </w:t>
      </w:r>
      <w:r>
        <w:t>keep aside</w:t>
      </w:r>
    </w:p>
    <w:p>
      <w:pPr>
        <w:jc w:val="right"/>
      </w:pPr>
      <w:r>
        <w:t>کیپ اسائیڈ</w:t>
      </w:r>
    </w:p>
    <w:p>
      <w:r>
        <w:rPr>
          <w:b/>
        </w:rPr>
        <w:t xml:space="preserve">[38:44] </w:t>
      </w:r>
      <w:r>
        <w:t>without confrontation. so the culture of stream is culture of avoidance, not confrontation.</w:t>
      </w:r>
    </w:p>
    <w:p>
      <w:pPr>
        <w:jc w:val="right"/>
      </w:pPr>
      <w:r>
        <w:t>وداؤٹ کنفرنٹیشن۔ سو دا کلچر اف سٹریم از کلچر اف اوائیڈنس، ناٹ کنفرنٹیشن۔</w:t>
      </w:r>
    </w:p>
    <w:p>
      <w:r>
        <w:rPr>
          <w:b/>
        </w:rPr>
        <w:t xml:space="preserve">[38:56] </w:t>
      </w:r>
      <w:r>
        <w:t>he always avoid, he always avoids those rocks, those stones in his way, in its way.</w:t>
      </w:r>
    </w:p>
    <w:p>
      <w:pPr>
        <w:jc w:val="right"/>
      </w:pPr>
      <w:r>
        <w:t>ہی الویز اوائڈ، ہی الویز اوائڈز دوز راکس، دوز سٹونز ان ہز وے، ان اٹس وے۔</w:t>
      </w:r>
    </w:p>
    <w:p>
      <w:r>
        <w:rPr>
          <w:b/>
        </w:rPr>
        <w:t xml:space="preserve">[39:11] </w:t>
      </w:r>
      <w:r>
        <w:t>he flows without confrontation, although there are obstacles in its way,</w:t>
      </w:r>
    </w:p>
    <w:p>
      <w:pPr>
        <w:jc w:val="right"/>
      </w:pPr>
      <w:r>
        <w:t>ہی فلوز وداؤٹ کنفرنٹیشن، الدو دیر ار ابسٹیکلز ان اٹس وے،</w:t>
      </w:r>
    </w:p>
    <w:p>
      <w:r>
        <w:rPr>
          <w:b/>
        </w:rPr>
        <w:t xml:space="preserve">[39:19] </w:t>
      </w:r>
      <w:r>
        <w:t>but it follows the principle of avoidance.</w:t>
      </w:r>
    </w:p>
    <w:p>
      <w:pPr>
        <w:jc w:val="right"/>
      </w:pPr>
      <w:r>
        <w:t>بٹ اٹ فالوز دا پرنسپل اف اوائیڈنس۔</w:t>
      </w:r>
    </w:p>
    <w:p>
      <w:r>
        <w:rPr>
          <w:b/>
        </w:rPr>
        <w:t xml:space="preserve">[39:28] </w:t>
      </w:r>
      <w:r>
        <w:t>this is also demonstration. we are living in world where there are obstacles, there are stones, there are rocks everywhere.</w:t>
      </w:r>
    </w:p>
    <w:p>
      <w:pPr>
        <w:jc w:val="right"/>
      </w:pPr>
      <w:r>
        <w:t>دس از السو ڈیمونسٹریشن۔ وی ار لیونگ ان ورلڈ ویر دیر ار ابسٹیکلز، دیر ار سٹونز، دیر ار راکس ایوری ویر۔</w:t>
      </w:r>
    </w:p>
    <w:p>
      <w:r>
        <w:rPr>
          <w:b/>
        </w:rPr>
        <w:t xml:space="preserve">[39:41] </w:t>
      </w:r>
      <w:r>
        <w:t>so what to do? we have to adopt the same culture adopted by streams.</w:t>
      </w:r>
    </w:p>
    <w:p>
      <w:pPr>
        <w:jc w:val="right"/>
      </w:pPr>
      <w:r>
        <w:t>سو واٹ ٹو ڈو؟ وی ہیو ٹو اڈاپٹ دا سیم کلچر اڈاپٹڈ بائی سٹریمز۔</w:t>
      </w:r>
    </w:p>
    <w:p>
      <w:r>
        <w:rPr>
          <w:b/>
        </w:rPr>
        <w:t xml:space="preserve">[39:51] </w:t>
      </w:r>
      <w:r>
        <w:t>we have to avoid confrontation. the same is mentioned in the Quran. the same formula adopted by streams is mentioned in the Quran.</w:t>
      </w:r>
    </w:p>
    <w:p>
      <w:pPr>
        <w:jc w:val="right"/>
      </w:pPr>
      <w:r>
        <w:t>وی ہیو ٹو اوائڈ کنفرنٹیشن۔ دا سیم از مینشن ان دا قران۔ دا سیم فارمولا اڈاپٹڈ بائی سٹریمز از مینشن ان دا قران۔</w:t>
      </w:r>
    </w:p>
    <w:p>
      <w:r>
        <w:rPr>
          <w:b/>
        </w:rPr>
        <w:t xml:space="preserve">[40:06] </w:t>
      </w:r>
      <w:r>
        <w:t>the Quran says: "aslah khair". this is the verse of the Quran: "aslah khair</w:t>
      </w:r>
    </w:p>
    <w:p>
      <w:pPr>
        <w:jc w:val="right"/>
      </w:pPr>
      <w:r>
        <w:t>دا قران سیز: "اصل خیر"۔ دس از دا ورس اف دا قران: "اصل خیر</w:t>
      </w:r>
    </w:p>
    <w:p>
      <w:r>
        <w:rPr>
          <w:b/>
        </w:rPr>
        <w:t xml:space="preserve">[40:16] </w:t>
      </w:r>
      <w:r>
        <w:t>reconciliation is the best</w:t>
      </w:r>
    </w:p>
    <w:p>
      <w:pPr>
        <w:jc w:val="right"/>
      </w:pPr>
      <w:r>
        <w:t>ریکانسلیشن از دا بیسٹ</w:t>
      </w:r>
    </w:p>
    <w:p>
      <w:r>
        <w:rPr>
          <w:b/>
        </w:rPr>
        <w:t xml:space="preserve">[40:20] </w:t>
      </w:r>
      <w:r>
        <w:t>" . it means that</w:t>
      </w:r>
    </w:p>
    <w:p>
      <w:pPr>
        <w:jc w:val="right"/>
      </w:pPr>
      <w:r>
        <w:t>"۔ اٹ مینز دیٹ</w:t>
      </w:r>
    </w:p>
    <w:p>
      <w:r>
        <w:rPr>
          <w:b/>
        </w:rPr>
        <w:t xml:space="preserve">[40:26] </w:t>
      </w:r>
      <w:r>
        <w:t>conciliatory course is best and not the confrontational course. it means that you have to, you have to adopt conciliatory course of action rather than confrontational course of action.</w:t>
      </w:r>
    </w:p>
    <w:p>
      <w:pPr>
        <w:jc w:val="right"/>
      </w:pPr>
      <w:r>
        <w:t>کانسیلیٹری کورس از بیسٹ اینڈ ناٹ دا کنفرنٹیشنل کورس۔ اٹ مینز دیٹ یو ہیو ٹو، یو ہیو ٹو اڈاپٹ کانسیلیٹری کورس اف ایکشن رادر دین کنفرنٹیشنل کورس اف ایکشن۔</w:t>
      </w:r>
    </w:p>
    <w:p>
      <w:r>
        <w:rPr>
          <w:b/>
        </w:rPr>
        <w:t xml:space="preserve">[40:52] </w:t>
      </w:r>
      <w:r>
        <w:t>the same formula was adopted by Sufi people. you know, Quranic verse: "aslah khair". so Sufi people adopted this formula in these verse:</w:t>
      </w:r>
    </w:p>
    <w:p>
      <w:pPr>
        <w:jc w:val="right"/>
      </w:pPr>
      <w:r>
        <w:t>دا سیم فارمولا واز اڈاپٹڈ بائی صوفی پیپل۔ یو نو، قرانک ورس: "اصل خیر"۔ سو صوفی پیپل اڈاپٹڈ دس فارمولا ان دیز ورس:</w:t>
      </w:r>
    </w:p>
    <w:p>
      <w:r>
        <w:rPr>
          <w:b/>
        </w:rPr>
        <w:t xml:space="preserve">[41:06] </w:t>
      </w:r>
      <w:r>
        <w:t>"sulh-e-kul". "sulh-e-kul". "sulh-e-kul" means peace with all, peace with all.</w:t>
      </w:r>
    </w:p>
    <w:p>
      <w:pPr>
        <w:jc w:val="right"/>
      </w:pPr>
      <w:r>
        <w:t>"صلح کل"۔ "صلح کل"۔ "صلح کل" مینز پیس ود ال، پیس ود ال۔</w:t>
      </w:r>
    </w:p>
    <w:p>
      <w:r>
        <w:rPr>
          <w:b/>
        </w:rPr>
        <w:t xml:space="preserve">[41:16] </w:t>
      </w:r>
      <w:r>
        <w:t>this was the Sufi formula, but this Sufi formula was drive from the Quranic verse:</w:t>
      </w:r>
    </w:p>
    <w:p>
      <w:pPr>
        <w:jc w:val="right"/>
      </w:pPr>
      <w:r>
        <w:t>دس واز دا صوفی فارمولا، بٹ دس صوفی فارمولا واز ڈرائیو فرام دا قرانک ورس:</w:t>
      </w:r>
    </w:p>
    <w:p>
      <w:r>
        <w:rPr>
          <w:b/>
        </w:rPr>
        <w:t xml:space="preserve">[41:27] </w:t>
      </w:r>
      <w:r>
        <w:t>"sulh-e-kul" was drive from "aslah khair". so this formula is also a Quranic formula, and Islamic formula, prophetic formula:</w:t>
      </w:r>
    </w:p>
    <w:p>
      <w:pPr>
        <w:jc w:val="right"/>
      </w:pPr>
      <w:r>
        <w:t>"صلح کل" واز ڈرائیو فرام "اصل خیر"۔ سو دس فارمولا از السو ا قرانک فارمولا، اینڈ اسلامک فارمولا، پروفیٹک فارمولا:</w:t>
      </w:r>
    </w:p>
    <w:p>
      <w:r>
        <w:rPr>
          <w:b/>
        </w:rPr>
        <w:t xml:space="preserve">[41:41] </w:t>
      </w:r>
      <w:r>
        <w:t>"peace with all". no confrontation in life.</w:t>
      </w:r>
    </w:p>
    <w:p>
      <w:pPr>
        <w:jc w:val="right"/>
      </w:pPr>
      <w:r>
        <w:t>"پیس ود ال"۔ نو کنفرنٹیشن ان لائف۔</w:t>
      </w:r>
    </w:p>
    <w:p>
      <w:r>
        <w:rPr>
          <w:b/>
        </w:rPr>
        <w:t xml:space="preserve">[41:50] </w:t>
      </w:r>
      <w:r>
        <w:t>wai?</w:t>
      </w:r>
    </w:p>
    <w:p>
      <w:pPr>
        <w:jc w:val="right"/>
      </w:pPr>
      <w:r>
        <w:t>وائی؟</w:t>
      </w:r>
    </w:p>
    <w:p>
      <w:r>
        <w:rPr>
          <w:b/>
        </w:rPr>
        <w:t xml:space="preserve">[41:54] </w:t>
      </w:r>
      <w:r>
        <w:t>because confrontation means distraction.</w:t>
      </w:r>
    </w:p>
    <w:p>
      <w:pPr>
        <w:jc w:val="right"/>
      </w:pPr>
      <w:r>
        <w:t>بیکاز کنفرنٹیشن مینز ڈسٹریکشن۔</w:t>
      </w:r>
    </w:p>
    <w:p>
      <w:r>
        <w:rPr>
          <w:b/>
        </w:rPr>
        <w:t xml:space="preserve">[41:59] </w:t>
      </w:r>
      <w:r>
        <w:t>confrontation means distraction. if you adopt any method other than harmony, like confrontation, like fighting,</w:t>
      </w:r>
    </w:p>
    <w:p>
      <w:pPr>
        <w:jc w:val="right"/>
      </w:pPr>
      <w:r>
        <w:t>کنفرنٹیشن مینز ڈسٹریکشن۔ اف یو اڈاپٹ اینی میتھڈ ادر دین ہارمونی، لائک کنفرنٹیشن، لائک فائٹنگ،</w:t>
      </w:r>
    </w:p>
    <w:p>
      <w:r>
        <w:rPr>
          <w:b/>
        </w:rPr>
        <w:t xml:space="preserve">[42:17] </w:t>
      </w:r>
      <w:r>
        <w:t>that is distraction. distraction. and we have no time.</w:t>
      </w:r>
    </w:p>
    <w:p>
      <w:pPr>
        <w:jc w:val="right"/>
      </w:pPr>
      <w:r>
        <w:t>دیٹ از ڈسٹریکشن۔ ڈسٹریکشن۔ اینڈ وی ہیو نو ٹائم۔</w:t>
      </w:r>
    </w:p>
    <w:p>
      <w:r>
        <w:rPr>
          <w:b/>
        </w:rPr>
        <w:t xml:space="preserve">[42:28] </w:t>
      </w:r>
      <w:r>
        <w:t>you know, we are here in this world for what purpose? for tazkiyah. for tazkiyah.</w:t>
      </w:r>
    </w:p>
    <w:p>
      <w:pPr>
        <w:jc w:val="right"/>
      </w:pPr>
      <w:r>
        <w:t>یو نو، وی ار ہیر ان دس ورلڈ فار واٹ پرپس؟ فار تزکیہ۔ فار تزکیہ۔</w:t>
      </w:r>
    </w:p>
    <w:p>
      <w:r>
        <w:rPr>
          <w:b/>
        </w:rPr>
        <w:t xml:space="preserve">[42:39] </w:t>
      </w:r>
      <w:r>
        <w:t>the only purpose of life is tazkiyah. tazkiyah means purification.</w:t>
      </w:r>
    </w:p>
    <w:p>
      <w:pPr>
        <w:jc w:val="right"/>
      </w:pPr>
      <w:r>
        <w:t>دا اونلی پرپس اف لائف از تزکیہ۔ تزکیہ مینز پیوریفیکیشن۔</w:t>
      </w:r>
    </w:p>
    <w:p>
      <w:r>
        <w:rPr>
          <w:b/>
        </w:rPr>
        <w:t xml:space="preserve">[42:47] </w:t>
      </w:r>
      <w:r>
        <w:t>we are here in this world like a, like a, like a, like an our or e or.</w:t>
      </w:r>
    </w:p>
    <w:p>
      <w:pPr>
        <w:jc w:val="right"/>
      </w:pPr>
      <w:r>
        <w:t>وی ار ہیر ان دس ورلڈ لائک ا، لائک ا، لائک ا، لائک ان اور او ار ای اور۔</w:t>
      </w:r>
    </w:p>
    <w:p>
      <w:r>
        <w:rPr>
          <w:b/>
        </w:rPr>
        <w:t xml:space="preserve">[42:59] </w:t>
      </w:r>
      <w:r>
        <w:t>so you know, our require to be purified, otherwise it is not steel.</w:t>
      </w:r>
    </w:p>
    <w:p>
      <w:pPr>
        <w:jc w:val="right"/>
      </w:pPr>
      <w:r>
        <w:t>سو یو نو، اور ریکوائر ٹو بی پیریفائیڈ، ادر وائز اٹ از ناٹ سٹیل۔</w:t>
      </w:r>
    </w:p>
    <w:p>
      <w:r>
        <w:rPr>
          <w:b/>
        </w:rPr>
        <w:t xml:space="preserve">[43:10] </w:t>
      </w:r>
      <w:r>
        <w:t>so it is a journey from our to steel. it is a long journey. so we have, we are also require to take this, this course of life.</w:t>
      </w:r>
    </w:p>
    <w:p>
      <w:pPr>
        <w:jc w:val="right"/>
      </w:pPr>
      <w:r>
        <w:t>سو اٹ از ا جرنی فرام اور ٹو سٹیل۔ اٹ از ا لانگ جرنی۔ سو وی ہیو، وی ار السو ریکوائر ٹو ٹیک دس، دس کورس اف لائف۔</w:t>
      </w:r>
    </w:p>
    <w:p>
      <w:r>
        <w:rPr>
          <w:b/>
        </w:rPr>
        <w:t xml:space="preserve">[43:24] </w:t>
      </w:r>
      <w:r>
        <w:t>we have to purify our soul, purify our self</w:t>
      </w:r>
    </w:p>
    <w:p>
      <w:pPr>
        <w:jc w:val="right"/>
      </w:pPr>
      <w:r>
        <w:t>وی ہیو ٹو پیریفائی اور سول، پیریفائی اور سیلف</w:t>
      </w:r>
    </w:p>
    <w:p>
      <w:r>
        <w:rPr>
          <w:b/>
        </w:rPr>
        <w:t xml:space="preserve">[43:28] </w:t>
      </w:r>
      <w:r>
        <w:t>. now, what is purification? it is intellectual purification. the means of purification is intellectual development.</w:t>
      </w:r>
    </w:p>
    <w:p>
      <w:pPr>
        <w:jc w:val="right"/>
      </w:pPr>
      <w:r>
        <w:t>۔ ناو، واٹ از پیوریفیکیشن؟ اٹ از انٹلیکچول پیوریفیکیشن۔ دا مینز اف پیوریفیکیشن از انٹلیکچول ڈیولپمنٹ۔</w:t>
      </w:r>
    </w:p>
    <w:p>
      <w:r>
        <w:rPr>
          <w:b/>
        </w:rPr>
        <w:t xml:space="preserve">[43:39] </w:t>
      </w:r>
      <w:r>
        <w:t>all those purification are result of intellectual development. you know, our being is two fold being: mind or body.</w:t>
      </w:r>
    </w:p>
    <w:p>
      <w:pPr>
        <w:jc w:val="right"/>
      </w:pPr>
      <w:r>
        <w:t>ال دوز پیوریفیکیشن ار رزلٹ اف انٹلیکچول ڈیولپمنٹ۔ یو نو، اور بینگ از ٹو فول بینگ: مائنڈ اور باڈی۔</w:t>
      </w:r>
    </w:p>
    <w:p>
      <w:r>
        <w:rPr>
          <w:b/>
        </w:rPr>
        <w:t xml:space="preserve">[43:54] </w:t>
      </w:r>
      <w:r>
        <w:t>but body is simply vehicle.</w:t>
      </w:r>
    </w:p>
    <w:p>
      <w:pPr>
        <w:jc w:val="right"/>
      </w:pPr>
      <w:r>
        <w:t>بٹ باڈی از سمپلی وہیکل۔</w:t>
      </w:r>
    </w:p>
    <w:p>
      <w:r>
        <w:rPr>
          <w:b/>
        </w:rPr>
        <w:t xml:space="preserve">[43:58] </w:t>
      </w:r>
      <w:r>
        <w:t>body is nothing but vehicle. the real existence, the real being, the real man is his mind.</w:t>
      </w:r>
    </w:p>
    <w:p>
      <w:pPr>
        <w:jc w:val="right"/>
      </w:pPr>
      <w:r>
        <w:t>باڈی از نتھنگ بٹ وہیکل۔ دا ریل ایگزسٹنس، دا ریل بینگ، دا ریل مین از ہز مائنڈ۔</w:t>
      </w:r>
    </w:p>
    <w:p>
      <w:r>
        <w:rPr>
          <w:b/>
        </w:rPr>
        <w:t xml:space="preserve">[44:11] </w:t>
      </w:r>
      <w:r>
        <w:t>body is vehicle of mind. so we have to try to purify our mind.</w:t>
      </w:r>
    </w:p>
    <w:p>
      <w:pPr>
        <w:jc w:val="right"/>
      </w:pPr>
      <w:r>
        <w:t>باڈی از وہیکل اف مائنڈ۔ سو وی ہیو ٹو ٹرائی ٹو پیریفائی اور مائنڈ۔</w:t>
      </w:r>
    </w:p>
    <w:p>
      <w:r>
        <w:rPr>
          <w:b/>
        </w:rPr>
        <w:t xml:space="preserve">[44:23] </w:t>
      </w:r>
      <w:r>
        <w:t>we have to try to purify our mind.</w:t>
      </w:r>
    </w:p>
    <w:p>
      <w:pPr>
        <w:jc w:val="right"/>
      </w:pPr>
      <w:r>
        <w:t>وی ہیو ٹو ٹرائی ٹو پیریفائی اور مائنڈ۔</w:t>
      </w:r>
    </w:p>
    <w:p>
      <w:r>
        <w:rPr>
          <w:b/>
        </w:rPr>
        <w:t xml:space="preserve">[44:27] </w:t>
      </w:r>
      <w:r>
        <w:t>there is a verse in the quran that: "zalika jaza muntazka". it means that only purified soul will find entry into paradise.</w:t>
      </w:r>
    </w:p>
    <w:p>
      <w:pPr>
        <w:jc w:val="right"/>
      </w:pPr>
      <w:r>
        <w:t>دیر از ا ورس ان دا قران دیٹ: "ذالک جزا منتزکا"۔ اٹ مینز دیٹ اونلی پیریفائیڈ سول ول فائنڈ انٹری انٹو پیراڈائز۔</w:t>
      </w:r>
    </w:p>
    <w:p>
      <w:r>
        <w:rPr>
          <w:b/>
        </w:rPr>
        <w:t xml:space="preserve">[44:43] </w:t>
      </w:r>
      <w:r>
        <w:t>soul, so paradise our goal. our only goal is to to achieve paradise.</w:t>
      </w:r>
    </w:p>
    <w:p>
      <w:pPr>
        <w:jc w:val="right"/>
      </w:pPr>
      <w:r>
        <w:t>سول، سو پیراڈائز اور گول۔ اور اونلی گول از ٹو ٹو اچیو پیراڈائز۔</w:t>
      </w:r>
    </w:p>
    <w:p>
      <w:r>
        <w:rPr>
          <w:b/>
        </w:rPr>
        <w:t xml:space="preserve">[44:57] </w:t>
      </w:r>
      <w:r>
        <w:t>and paradise is only for those people who have purified their soul, purified their mind in this world.</w:t>
      </w:r>
    </w:p>
    <w:p>
      <w:pPr>
        <w:jc w:val="right"/>
      </w:pPr>
      <w:r>
        <w:t>اینڈ پیراڈائز از اونلی فار دوز پیپل ہو ہیو پیریفائیڈ دیر سول، پیریفائیڈ دیر مائنڈ ان دس ورلڈ۔</w:t>
      </w:r>
    </w:p>
    <w:p>
      <w:r>
        <w:rPr>
          <w:b/>
        </w:rPr>
        <w:t xml:space="preserve">[45:08] </w:t>
      </w:r>
      <w:r>
        <w:t>process of purification</w:t>
      </w:r>
    </w:p>
    <w:p>
      <w:pPr>
        <w:jc w:val="right"/>
      </w:pPr>
      <w:r>
        <w:t>پروسیس اف پیوریفیکیشن</w:t>
      </w:r>
    </w:p>
    <w:p>
      <w:r>
        <w:rPr>
          <w:b/>
        </w:rPr>
        <w:t xml:space="preserve">[45:14] </w:t>
      </w:r>
      <w:r>
        <w:t>is required, but this is in this world, not in the hereafter. after death, there is no purification.</w:t>
      </w:r>
    </w:p>
    <w:p>
      <w:pPr>
        <w:jc w:val="right"/>
      </w:pPr>
      <w:r>
        <w:t>از ریکوائرڈ، بٹ دس از ان دس ورلڈ، ناٹ ان دا ہیر افٹر۔ افٹر ڈیتھ، دیر از نو پیوریفیکیشن۔</w:t>
      </w:r>
    </w:p>
    <w:p>
      <w:r>
        <w:rPr>
          <w:b/>
        </w:rPr>
        <w:t xml:space="preserve">[45:26] </w:t>
      </w:r>
      <w:r>
        <w:t>after death, there is no purification. after death, you can only receive the result.</w:t>
      </w:r>
    </w:p>
    <w:p>
      <w:pPr>
        <w:jc w:val="right"/>
      </w:pPr>
      <w:r>
        <w:t>افٹر ڈیتھ، دیر از نو پیوریفیکیشن۔ افٹر ڈیتھ، یو کین اونلی ریسیو دا رزلٹ۔</w:t>
      </w:r>
    </w:p>
    <w:p>
      <w:r>
        <w:rPr>
          <w:b/>
        </w:rPr>
        <w:t xml:space="preserve">[45:36] </w:t>
      </w:r>
      <w:r>
        <w:t>there is no chance of purification.</w:t>
      </w:r>
    </w:p>
    <w:p>
      <w:pPr>
        <w:jc w:val="right"/>
      </w:pPr>
      <w:r>
        <w:t>دیر از نو چانس اف پیوریفیکیشن۔</w:t>
      </w:r>
    </w:p>
    <w:p>
      <w:r>
        <w:rPr>
          <w:b/>
        </w:rPr>
        <w:t xml:space="preserve">[45:41] </w:t>
      </w:r>
      <w:r>
        <w:t>so in this world, we have to purify our soul, purify our mind. but what is the, what is the, what is the central point</w:t>
      </w:r>
    </w:p>
    <w:p>
      <w:pPr>
        <w:jc w:val="right"/>
      </w:pPr>
      <w:r>
        <w:t>سو ان دس ورلڈ، وی ہیو ٹو پیریفائی اور سول، پیریفائی اور مائنڈ۔ بٹ واٹ از دا، واٹ از دا، واٹ از دا سینٹرل پوائنٹ</w:t>
      </w:r>
    </w:p>
    <w:p>
      <w:r>
        <w:rPr>
          <w:b/>
        </w:rPr>
        <w:t xml:space="preserve">[45:56] </w:t>
      </w:r>
      <w:r>
        <w:t>? what is the secret of this process? that is refrain yourself from distraction.</w:t>
      </w:r>
    </w:p>
    <w:p>
      <w:pPr>
        <w:jc w:val="right"/>
      </w:pPr>
      <w:r>
        <w:t>؟ واٹ از دا سیکرٹ اف دس پروسیس؟ دیٹ از ریفرین یور سیلف فرام ڈسٹریکشن۔</w:t>
      </w:r>
    </w:p>
    <w:p>
      <w:r>
        <w:rPr>
          <w:b/>
        </w:rPr>
        <w:t xml:space="preserve">[46:04] </w:t>
      </w:r>
      <w:r>
        <w:t>every time, there are distractions. every time, there are distractions: anger and malice and fighting and revenge and impatience.</w:t>
      </w:r>
    </w:p>
    <w:p>
      <w:pPr>
        <w:jc w:val="right"/>
      </w:pPr>
      <w:r>
        <w:t>ایوری ٹائم، دیر ار ڈسٹریکشنز۔ ایوری ٹائم، دیر ار ڈسٹریکشنز: اینگر اینڈ میلس اینڈ فائٹنگ اینڈ ریونج اینڈ امپیشنس۔</w:t>
      </w:r>
    </w:p>
    <w:p>
      <w:r>
        <w:rPr>
          <w:b/>
        </w:rPr>
        <w:t xml:space="preserve">[46:24] </w:t>
      </w:r>
      <w:r>
        <w:t>and all these negative things are distraction</w:t>
      </w:r>
    </w:p>
    <w:p>
      <w:pPr>
        <w:jc w:val="right"/>
      </w:pPr>
      <w:r>
        <w:t>اینڈ ال دیز نیگیٹیو تھنگز ار ڈسٹریکشن</w:t>
      </w:r>
    </w:p>
    <w:p>
      <w:r>
        <w:rPr>
          <w:b/>
        </w:rPr>
        <w:t xml:space="preserve">[46:30] </w:t>
      </w:r>
      <w:r>
        <w:t>. when you distract yourself in this, in this way, then you lose the time of purification.</w:t>
      </w:r>
    </w:p>
    <w:p>
      <w:pPr>
        <w:jc w:val="right"/>
      </w:pPr>
      <w:r>
        <w:t>۔ وین یو ڈسٹریکٹ یور سیلف ان دس، ان دس وے، دین یو لوز دا ٹائم اف پیوریفیکیشن۔</w:t>
      </w:r>
    </w:p>
    <w:p>
      <w:r>
        <w:rPr>
          <w:b/>
        </w:rPr>
        <w:t xml:space="preserve">[46:45] </w:t>
      </w:r>
      <w:r>
        <w:t>so we have a little time. our life span is very short. our life span is very short, very short.</w:t>
      </w:r>
    </w:p>
    <w:p>
      <w:pPr>
        <w:jc w:val="right"/>
      </w:pPr>
      <w:r>
        <w:t>سو وی ہیو ا لٹل ٹائم۔ اور لائف سپین از ویری شارٹ۔ اور لائف سپین از ویری شارٹ، ویری شارٹ۔</w:t>
      </w:r>
    </w:p>
    <w:p>
      <w:r>
        <w:rPr>
          <w:b/>
        </w:rPr>
        <w:t xml:space="preserve">[46:56] </w:t>
      </w:r>
      <w:r>
        <w:t>we are here only for some years: 50 years, 40 years, 70 years. that's all.</w:t>
      </w:r>
    </w:p>
    <w:p>
      <w:pPr>
        <w:jc w:val="right"/>
      </w:pPr>
      <w:r>
        <w:t>وی ار ہیر اونلی فار سم ایئرز: 50 ایئرز، 40 ایئرز، 70 ایئرز۔ دیٹس ال۔</w:t>
      </w:r>
    </w:p>
    <w:p>
      <w:r>
        <w:rPr>
          <w:b/>
        </w:rPr>
        <w:t xml:space="preserve">[47:07] </w:t>
      </w:r>
      <w:r>
        <w:t>so we have no time to distract our self.</w:t>
      </w:r>
    </w:p>
    <w:p>
      <w:pPr>
        <w:jc w:val="right"/>
      </w:pPr>
      <w:r>
        <w:t>سو وی ہیو نو ٹائم ٹو ڈسٹریکٹ اور سیلف۔</w:t>
      </w:r>
    </w:p>
    <w:p>
      <w:r>
        <w:rPr>
          <w:b/>
        </w:rPr>
        <w:t xml:space="preserve">[47:16] </w:t>
      </w:r>
      <w:r>
        <w:t>so harmony is the only formula to save yourself from distraction.</w:t>
      </w:r>
    </w:p>
    <w:p>
      <w:pPr>
        <w:jc w:val="right"/>
      </w:pPr>
      <w:r>
        <w:t>سو ہارمونی از دا اونلی فارمولا ٹو سیو یور سیلف فرام ڈسٹریکشن۔</w:t>
      </w:r>
    </w:p>
    <w:p>
      <w:r>
        <w:rPr>
          <w:b/>
        </w:rPr>
        <w:t xml:space="preserve">[47:21] </w:t>
      </w:r>
      <w:r>
        <w:t>and harmony means living with unwanted things.</w:t>
      </w:r>
    </w:p>
    <w:p>
      <w:pPr>
        <w:jc w:val="right"/>
      </w:pPr>
      <w:r>
        <w:t>اینڈ ہارمونی مینز لیونگ ود ان وانٹڈ تھنگز۔</w:t>
      </w:r>
    </w:p>
    <w:p>
      <w:r>
        <w:rPr>
          <w:b/>
        </w:rPr>
        <w:t xml:space="preserve">[47:32] </w:t>
      </w:r>
      <w:r>
        <w:t>it is maturity. it is maturity. harmony is the art of maturity. and maturity is living with things we cannot change.</w:t>
      </w:r>
    </w:p>
    <w:p>
      <w:pPr>
        <w:jc w:val="right"/>
      </w:pPr>
      <w:r>
        <w:t>اٹ از میچورٹی۔ اٹ از میچورٹی۔ ہارمونی از دا ارٹ اف میچورٹی۔ اینڈ میچورٹی از لیونگ ود تھنگز وی کین ناٹ چینج۔</w:t>
      </w:r>
    </w:p>
    <w:p>
      <w:r>
        <w:rPr>
          <w:b/>
        </w:rPr>
        <w:t xml:space="preserve">[47:46] </w:t>
      </w:r>
      <w:r>
        <w:t>maturity is the ability to live with things we cannot change.</w:t>
      </w:r>
    </w:p>
    <w:p>
      <w:pPr>
        <w:jc w:val="right"/>
      </w:pPr>
      <w:r>
        <w:t>میچورٹی از دا ایبیلیٹی ٹو لیو ود تھنگز وی کین ناٹ چینج۔</w:t>
      </w:r>
    </w:p>
    <w:p>
      <w:r>
        <w:rPr>
          <w:b/>
        </w:rPr>
        <w:t xml:space="preserve">[47:52] </w:t>
      </w:r>
      <w:r>
        <w:t>so this is the best expression of harmony. so harmony is the only formula that saves you from distraction. so it is very, very important to know that all kind of negative thoughts are distraction.</w:t>
      </w:r>
    </w:p>
    <w:p>
      <w:pPr>
        <w:jc w:val="right"/>
      </w:pPr>
      <w:r>
        <w:t>سو دس از دا بیسٹ ایکسپریشن اف ہارمونی۔ سو ہارمونی از دا اونلی فارمولا دیٹ سیوز یو فرام ڈسٹریکشن۔ سو اٹ از ویری، ویری امپورٹنٹ ٹو نو دیٹ ال کائنڈ اف نیگیٹیو تھاٹس ار ڈسٹریکشن۔</w:t>
      </w:r>
    </w:p>
    <w:p>
      <w:r>
        <w:rPr>
          <w:b/>
        </w:rPr>
        <w:t xml:space="preserve">[48:11] </w:t>
      </w:r>
      <w:r>
        <w:t>all kind of negative behavior is distraction.</w:t>
      </w:r>
    </w:p>
    <w:p>
      <w:pPr>
        <w:jc w:val="right"/>
      </w:pPr>
      <w:r>
        <w:t>ال کائنڈ اف نیگیٹیو بیہیویئر از ڈسٹریکشن۔</w:t>
      </w:r>
    </w:p>
    <w:p>
      <w:r>
        <w:rPr>
          <w:b/>
        </w:rPr>
        <w:t xml:space="preserve">[48:20] </w:t>
      </w:r>
      <w:r>
        <w:t>all kind of fighting is distraction. so you have to live with all these arts, all these problems, all these unwanted things.</w:t>
      </w:r>
    </w:p>
    <w:p>
      <w:pPr>
        <w:jc w:val="right"/>
      </w:pPr>
      <w:r>
        <w:t>ال کائنڈ اف فائٹنگ از ڈسٹریکشن۔ سو یو ہیو ٹو لیو ود ال دیز ارٹس، ال دیز پرابلمز، ال دیز ان وانٹڈ تھنگز۔</w:t>
      </w:r>
    </w:p>
    <w:p>
      <w:r>
        <w:rPr>
          <w:b/>
        </w:rPr>
        <w:t xml:space="preserve">[48:37] </w:t>
      </w:r>
      <w:r>
        <w:t>so harmony means living with things we cannot change, although these things are unwanted for us.</w:t>
      </w:r>
    </w:p>
    <w:p>
      <w:pPr>
        <w:jc w:val="right"/>
      </w:pPr>
      <w:r>
        <w:t>سو ہارمونی مینز لیونگ ود تھنگز وی کین ناٹ چینج، الدو دیز تھنگز ار ان وانٹڈ فار اس۔</w:t>
      </w:r>
    </w:p>
    <w:p>
      <w:r>
        <w:rPr>
          <w:b/>
        </w:rPr>
        <w:t xml:space="preserve">[48:48] </w:t>
      </w:r>
      <w:r>
        <w:t>so harmony means living with unwanted things, with peace, with complete peace.</w:t>
      </w:r>
    </w:p>
    <w:p>
      <w:pPr>
        <w:jc w:val="right"/>
      </w:pPr>
      <w:r>
        <w:t>سو ہارمونی مینز لیونگ ود ان وانٹڈ تھنگز، ود پیس، ود کمپلیٹ پیس۔</w:t>
      </w:r>
    </w:p>
    <w:p>
      <w:r>
        <w:rPr>
          <w:b/>
        </w:rPr>
        <w:t xml:space="preserve">[49:00] </w:t>
      </w:r>
      <w:r>
        <w:t>so it is harmony that saves you from distraction.</w:t>
      </w:r>
    </w:p>
    <w:p>
      <w:pPr>
        <w:jc w:val="right"/>
      </w:pPr>
      <w:r>
        <w:t>سو اٹ از ہارمونی دیٹ سیوز یو فرام ڈسٹریکشن۔</w:t>
      </w:r>
    </w:p>
    <w:p>
      <w:r>
        <w:rPr>
          <w:b/>
        </w:rPr>
        <w:t xml:space="preserve">[49:06] </w:t>
      </w:r>
      <w:r>
        <w:t>and without</w:t>
      </w:r>
    </w:p>
    <w:p>
      <w:pPr>
        <w:jc w:val="right"/>
      </w:pPr>
      <w:r>
        <w:t>اینڈ وداؤٹ</w:t>
      </w:r>
    </w:p>
    <w:p>
      <w:r>
        <w:rPr>
          <w:b/>
        </w:rPr>
        <w:t xml:space="preserve">[49:09] </w:t>
      </w:r>
      <w:r>
        <w:t>saving yourself from distraction, you cannot, you cannot follow the course of, the course of purification.</w:t>
      </w:r>
    </w:p>
    <w:p>
      <w:pPr>
        <w:jc w:val="right"/>
      </w:pPr>
      <w:r>
        <w:t>سیونگ یور سیلف فرام ڈسٹریکشن، یو کین ناٹ، یو کین ناٹ فالو دا کورس اف، دا کورس اف پیوریفیکیشن۔</w:t>
      </w:r>
    </w:p>
    <w:p>
      <w:r>
        <w:rPr>
          <w:b/>
        </w:rPr>
        <w:t xml:space="preserve">[49:26] </w:t>
      </w:r>
      <w:r>
        <w:t>without purification, no man is a complete human being.</w:t>
      </w:r>
    </w:p>
    <w:p>
      <w:pPr>
        <w:jc w:val="right"/>
      </w:pPr>
      <w:r>
        <w:t>وداؤٹ پیوریفیکیشن، نو من از ا کمپلیٹ ہیومن بینگ۔</w:t>
      </w:r>
    </w:p>
    <w:p>
      <w:r>
        <w:rPr>
          <w:b/>
        </w:rPr>
        <w:t xml:space="preserve">[49:31] </w:t>
      </w:r>
      <w:r>
        <w:t>without purification, no man is a, no man will be allowed to go to paradise. without purification, no man is a true woman.</w:t>
      </w:r>
    </w:p>
    <w:p>
      <w:pPr>
        <w:jc w:val="right"/>
      </w:pPr>
      <w:r>
        <w:t>وداؤٹ پیوریفیکیشن، نو من از ا، نو من ول بی الاؤڈ ٹو گو ٹو پیراڈائز۔ وداؤٹ پیوریفیکیشن، نو من از ا ٹرو وومن۔</w:t>
      </w:r>
    </w:p>
    <w:p>
      <w:r>
        <w:rPr>
          <w:b/>
        </w:rPr>
        <w:t xml:space="preserve">[49:46] </w:t>
      </w:r>
      <w:r>
        <w:t>and the secret formula of this is harmony: peaceful living. so i can say that harmony is the law of nature.</w:t>
      </w:r>
    </w:p>
    <w:p>
      <w:pPr>
        <w:jc w:val="right"/>
      </w:pPr>
      <w:r>
        <w:t>اینڈ دا سیکرٹ فارمولا اف دس از ہارمونی: پیس فل لیونگ۔ سو ائی کین سی دیٹ ہارمونی از دی لاء اف نیچر۔</w:t>
      </w:r>
    </w:p>
    <w:p>
      <w:r>
        <w:rPr>
          <w:b/>
        </w:rPr>
        <w:t xml:space="preserve">[50:02] </w:t>
      </w:r>
      <w:r>
        <w:t>harmony is the culture of the universe. harmony is the teachings of all the religions, including islam.</w:t>
      </w:r>
    </w:p>
    <w:p>
      <w:pPr>
        <w:jc w:val="right"/>
      </w:pPr>
      <w:r>
        <w:t>ہارمونی از دا کلچر اف دا یونیورس۔ ہارمونی از دا ٹیچنگز اف ال دا ریلیجنز، انکلوڈنگ اسلام۔</w:t>
      </w:r>
    </w:p>
    <w:p>
      <w:r>
        <w:rPr>
          <w:b/>
        </w:rPr>
        <w:t xml:space="preserve">[50:15] </w:t>
      </w:r>
      <w:r>
        <w:t>harmony is the only, only formula that can save you from distraction.</w:t>
      </w:r>
    </w:p>
    <w:p>
      <w:pPr>
        <w:jc w:val="right"/>
      </w:pPr>
      <w:r>
        <w:t>ہارمونی از دا اونلی، اونلی فارمولا دیٹ کین سیو یو فرام ڈسٹریکشن۔</w:t>
      </w:r>
    </w:p>
    <w:p>
      <w:r>
        <w:rPr>
          <w:b/>
        </w:rPr>
        <w:t xml:space="preserve">[50:29] </w:t>
      </w:r>
      <w:r>
        <w:t>harmony is the, is the culture of a, of a mature person.</w:t>
      </w:r>
    </w:p>
    <w:p>
      <w:pPr>
        <w:jc w:val="right"/>
      </w:pPr>
      <w:r>
        <w:t>ہارمونی از دی، از دی کلچر اف ا، اف ا میچور پرسن۔</w:t>
      </w:r>
    </w:p>
    <w:p>
      <w:r>
        <w:rPr>
          <w:b/>
        </w:rPr>
        <w:t xml:space="preserve">[50:39] </w:t>
      </w:r>
      <w:r>
        <w:t>there is a verse in the quran: "laqad khalaqal insana fi kabd". "laqad khalaqal insana fi kabd".</w:t>
      </w:r>
    </w:p>
    <w:p>
      <w:pPr>
        <w:jc w:val="right"/>
      </w:pPr>
      <w:r>
        <w:t>دیر از ا ورس ان دا قران: "لقد خلق الانسان فی کبت"۔ "لقد خلق الانسان فی کبت"۔</w:t>
      </w:r>
    </w:p>
    <w:p>
      <w:r>
        <w:rPr>
          <w:b/>
        </w:rPr>
        <w:t xml:space="preserve">[50:50] </w:t>
      </w:r>
      <w:r>
        <w:t>we created man with troubles, with hardships. so hardship and trouble is part of life</w:t>
      </w:r>
    </w:p>
    <w:p>
      <w:pPr>
        <w:jc w:val="right"/>
      </w:pPr>
      <w:r>
        <w:t>وی کریٹڈ مین ود ٹربلز، ود ہارڈشپس۔ سو ہارڈشپ اینڈ ٹربل از پارٹ اف لائف</w:t>
      </w:r>
    </w:p>
    <w:p>
      <w:r>
        <w:rPr>
          <w:b/>
        </w:rPr>
        <w:t xml:space="preserve">[51:01] </w:t>
      </w:r>
      <w:r>
        <w:t>. "laqad khalaqal insana fi kabat".</w:t>
      </w:r>
    </w:p>
    <w:p>
      <w:pPr>
        <w:jc w:val="right"/>
      </w:pPr>
      <w:r>
        <w:t>۔ "لقد خلق الانسان فی کبت"۔</w:t>
      </w:r>
    </w:p>
    <w:p>
      <w:r>
        <w:rPr>
          <w:b/>
        </w:rPr>
        <w:t xml:space="preserve">[51:07] </w:t>
      </w:r>
      <w:r>
        <w:t>in other verse quran says: "laqad khalaqal insana fi tahqim".</w:t>
      </w:r>
    </w:p>
    <w:p>
      <w:pPr>
        <w:jc w:val="right"/>
      </w:pPr>
      <w:r>
        <w:t>ان ادر ورس قران سیز: "لقد خلق الانسان فی تحقیم"۔</w:t>
      </w:r>
    </w:p>
    <w:p>
      <w:r>
        <w:rPr>
          <w:b/>
        </w:rPr>
        <w:t xml:space="preserve">[51:19] </w:t>
      </w:r>
      <w:r>
        <w:t>"thumma radana asfalas safirin". we created man in best mold. then we cast him down to the reverse of the low.</w:t>
      </w:r>
    </w:p>
    <w:p>
      <w:pPr>
        <w:jc w:val="right"/>
      </w:pPr>
      <w:r>
        <w:t>"ثم ردنا اسفل السافرین"۔ وی کریٹڈ مین ان بیسٹ مول۔ دین وی کاسٹ ہم ڈاؤن ٹو دا ریورس اف دا لو۔</w:t>
      </w:r>
    </w:p>
    <w:p>
      <w:r>
        <w:rPr>
          <w:b/>
        </w:rPr>
        <w:t xml:space="preserve">[51:30] </w:t>
      </w:r>
      <w:r>
        <w:t>it means that although we have a beautiful body, we have a precious mind, we are a complete creature.</w:t>
      </w:r>
    </w:p>
    <w:p>
      <w:pPr>
        <w:jc w:val="right"/>
      </w:pPr>
      <w:r>
        <w:t>اٹ مینز دیٹ الدو وی ہیو ا بیوٹیفل باڈی، وی ہیو ا پریش مائنڈ، وی ار ا کمپلیٹ کریچر۔</w:t>
      </w:r>
    </w:p>
    <w:p>
      <w:r>
        <w:rPr>
          <w:b/>
        </w:rPr>
        <w:t xml:space="preserve">[51:43] </w:t>
      </w:r>
      <w:r>
        <w:t>we have all good things, but we are compelled to live in a world where everywhere there are provocations, everywhere there are problems, everywhere there are thorns.</w:t>
      </w:r>
    </w:p>
    <w:p>
      <w:pPr>
        <w:jc w:val="right"/>
      </w:pPr>
      <w:r>
        <w:t>وی ہیو ال گڈ تھنگز، بٹ وی ار کمپل ٹو لیو ان ا ورلڈ ویر ایوری ویر دیر ار پرووکیشن، ایوری ویر دیر ار پرابلمز، ایوری ویر دیر ار تھارن۔</w:t>
      </w:r>
    </w:p>
    <w:p>
      <w:r>
        <w:rPr>
          <w:b/>
        </w:rPr>
        <w:t xml:space="preserve">[52:03] </w:t>
      </w:r>
      <w:r>
        <w:t>it is this that is mentioned in the quran in these verses: "laqad khalaqal insana fi taqwim". "thumma radana asfalas safirin".</w:t>
      </w:r>
    </w:p>
    <w:p>
      <w:pPr>
        <w:jc w:val="right"/>
      </w:pPr>
      <w:r>
        <w:t>اٹ از دس دیٹ از مینشن ان دا قران ان دیز ورس: "لقد خلق الانسان فی تقویم"۔ "ثم ردنا اسفل السافرین"۔</w:t>
      </w:r>
    </w:p>
    <w:p>
      <w:r>
        <w:rPr>
          <w:b/>
        </w:rPr>
        <w:t xml:space="preserve">[52:14] </w:t>
      </w:r>
      <w:r>
        <w:t>we created man in the best mold. then we cast him down in the reverse of the low.</w:t>
      </w:r>
    </w:p>
    <w:p>
      <w:pPr>
        <w:jc w:val="right"/>
      </w:pPr>
      <w:r>
        <w:t>وی کریٹڈ مین ان دا بیسٹ مول۔ دین وی کاسٹ ہم ڈاؤن ان دا ریورس اف دا لو۔</w:t>
      </w:r>
    </w:p>
    <w:p>
      <w:r>
        <w:rPr>
          <w:b/>
        </w:rPr>
        <w:t xml:space="preserve">[52:26] </w:t>
      </w:r>
      <w:r>
        <w:t>you see a man is a beautiful creature.</w:t>
      </w:r>
    </w:p>
    <w:p>
      <w:pPr>
        <w:jc w:val="right"/>
      </w:pPr>
      <w:r>
        <w:t>یو سی ا مین از ا بیوٹیفل کریچر۔</w:t>
      </w:r>
    </w:p>
    <w:p>
      <w:r>
        <w:rPr>
          <w:b/>
        </w:rPr>
        <w:t xml:space="preserve">[52:32] </w:t>
      </w:r>
      <w:r>
        <w:t>man is completion of all kind of beauty. man is completion of all kind of nice things. man is complete creature, but is compelled to live in this present world.</w:t>
      </w:r>
    </w:p>
    <w:p>
      <w:pPr>
        <w:jc w:val="right"/>
      </w:pPr>
      <w:r>
        <w:t>مین از کمپلیشن اف ال کائنڈ اف بیوٹی۔ مین از کمپلیشن اف ال کائنڈ اف نائس تھنگز۔ مین از کمپلیٹ کریچر، بٹ از کمپل ٹو لیو ان دس پریزنٹ ورلڈ۔</w:t>
      </w:r>
    </w:p>
    <w:p>
      <w:r>
        <w:rPr>
          <w:b/>
        </w:rPr>
        <w:t xml:space="preserve">[52:50] </w:t>
      </w:r>
      <w:r>
        <w:t>we have no other world to live in. we cannot migrate from this world.</w:t>
      </w:r>
    </w:p>
    <w:p>
      <w:pPr>
        <w:jc w:val="right"/>
      </w:pPr>
      <w:r>
        <w:t>وی ہیو نو ادر ورلڈ ٹو لیو ان۔ وی کین ناٹ مائیگریٹ فرام دس ورلڈ۔</w:t>
      </w:r>
    </w:p>
    <w:p>
      <w:r>
        <w:rPr>
          <w:b/>
        </w:rPr>
        <w:t xml:space="preserve">[53:00] </w:t>
      </w:r>
      <w:r>
        <w:t>we cannot migrate from this planet earth. all the rest of the universe is full of either stone or fire.</w:t>
      </w:r>
    </w:p>
    <w:p>
      <w:pPr>
        <w:jc w:val="right"/>
      </w:pPr>
      <w:r>
        <w:t>وی کین ناٹ مائیگریٹ فرام دس پلینٹ ارتھ۔ ال دا ریسٹ اف دا یونیورس از فل اف ایدر سٹون اور فائر۔</w:t>
      </w:r>
    </w:p>
    <w:p>
      <w:r>
        <w:rPr>
          <w:b/>
        </w:rPr>
        <w:t xml:space="preserve">[53:13] </w:t>
      </w:r>
      <w:r>
        <w:t>you know, earth is an exception. all the other bodies are either, either stones or fires.</w:t>
      </w:r>
    </w:p>
    <w:p>
      <w:pPr>
        <w:jc w:val="right"/>
      </w:pPr>
      <w:r>
        <w:t>یو نو، ارتھ از این ایکسیپشن۔ ال دی ادر باڈیز ار ایدر، ایدر سٹونز اور فائرز۔</w:t>
      </w:r>
    </w:p>
    <w:p>
      <w:r>
        <w:rPr>
          <w:b/>
        </w:rPr>
        <w:t xml:space="preserve">[53:30] </w:t>
      </w:r>
      <w:r>
        <w:t>so we are compelled to live in this world, in this planet earth. and what is planet earth?</w:t>
      </w:r>
    </w:p>
    <w:p>
      <w:pPr>
        <w:jc w:val="right"/>
      </w:pPr>
      <w:r>
        <w:t>سو وی ار کمپل ٹو لیو ان دس ورلڈ، ان دس پلینٹ ارتھ۔ اینڈ واٹ از پلینٹ ارتھ؟</w:t>
      </w:r>
    </w:p>
    <w:p>
      <w:r>
        <w:rPr>
          <w:b/>
        </w:rPr>
        <w:t xml:space="preserve">[53:40] </w:t>
      </w:r>
      <w:r>
        <w:t>although there are waters, there are beautiful scenes, there are all kind of beauties, but there are problems.</w:t>
      </w:r>
    </w:p>
    <w:p>
      <w:pPr>
        <w:jc w:val="right"/>
      </w:pPr>
      <w:r>
        <w:t>الدو دیر ار واٹرز، دیر ار بیوٹیفل سینز، دیر ار ال کائنڈ اف بیوٹیز، بٹ دیر ار پرابلمز۔</w:t>
      </w:r>
    </w:p>
    <w:p>
      <w:r>
        <w:rPr>
          <w:b/>
        </w:rPr>
        <w:t xml:space="preserve">[53:52] </w:t>
      </w:r>
      <w:r>
        <w:t>and why these problems? because man is granted freedom.</w:t>
      </w:r>
    </w:p>
    <w:p>
      <w:pPr>
        <w:jc w:val="right"/>
      </w:pPr>
      <w:r>
        <w:t>اینڈ وائی دیز پرابلمز؟ بیکاز مین از گرانٹڈ فریڈم۔</w:t>
      </w:r>
    </w:p>
    <w:p>
      <w:r>
        <w:rPr>
          <w:b/>
        </w:rPr>
        <w:t xml:space="preserve">[54:01] </w:t>
      </w:r>
      <w:r>
        <w:t>god has granted freedom to all men or women. so people are free to misuse their freedom.</w:t>
      </w:r>
    </w:p>
    <w:p>
      <w:pPr>
        <w:jc w:val="right"/>
      </w:pPr>
      <w:r>
        <w:t>گاڈ ہیز گرانٹڈ فریڈم ٹو ال مین اور وومن۔ سو پیپل ار فری ٹو مس یوز دیر فریڈم۔</w:t>
      </w:r>
    </w:p>
    <w:p>
      <w:r>
        <w:rPr>
          <w:b/>
        </w:rPr>
        <w:t xml:space="preserve">[54:11] </w:t>
      </w:r>
      <w:r>
        <w:t>so it is misuse of freedom that creates problems, not the nature. nature is beautiful. rivers are beautiful, mountains are beautiful, trees are beautiful,</w:t>
      </w:r>
    </w:p>
    <w:p>
      <w:pPr>
        <w:jc w:val="right"/>
      </w:pPr>
      <w:r>
        <w:t>سو اٹ از مس یوز اف فریڈم دیٹ کریٹس پرابلمز، ناٹ دا نیچر۔ نیچر از بیوٹیفل۔ ریورز ار بیوٹیفل، ماؤنٹینز ار بیوٹیفل، ٹریز ار بیوٹیفل،</w:t>
      </w:r>
    </w:p>
    <w:p>
      <w:r>
        <w:rPr>
          <w:b/>
        </w:rPr>
        <w:t xml:space="preserve">[54:28] </w:t>
      </w:r>
      <w:r>
        <w:t>birds are beautiful.</w:t>
      </w:r>
    </w:p>
    <w:p>
      <w:pPr>
        <w:jc w:val="right"/>
      </w:pPr>
      <w:r>
        <w:t>برڈز ار بیوٹیفل۔</w:t>
      </w:r>
    </w:p>
    <w:p>
      <w:r>
        <w:rPr>
          <w:b/>
        </w:rPr>
        <w:t xml:space="preserve">[54:30] </w:t>
      </w:r>
      <w:r>
        <w:t>everything in this world is beautiful. but man always, but man, man is given total freedom.</w:t>
      </w:r>
    </w:p>
    <w:p>
      <w:pPr>
        <w:jc w:val="right"/>
      </w:pPr>
      <w:r>
        <w:t>ایوری تھنگ ان دس ورلڈ از بیوٹیفل۔ بٹ مین الویز، بٹ مین، مین از گیون ٹوٹل فریڈم۔</w:t>
      </w:r>
    </w:p>
    <w:p>
      <w:r>
        <w:rPr>
          <w:b/>
        </w:rPr>
        <w:t xml:space="preserve">[54:47] </w:t>
      </w:r>
      <w:r>
        <w:t>so due to this, there are problems. because people always misuse their freedom. it is misuse of freedom that creates problem</w:t>
      </w:r>
    </w:p>
    <w:p>
      <w:pPr>
        <w:jc w:val="right"/>
      </w:pPr>
      <w:r>
        <w:t>سو ڈیو ٹو دس، دیر ار پرابلمز۔ بیکاز پیپل الویز مس یوز دیر فریڈم۔ اٹ از مس یوز اف فریڈم دیٹ کریٹس پرابلم</w:t>
      </w:r>
    </w:p>
    <w:p>
      <w:r>
        <w:rPr>
          <w:b/>
        </w:rPr>
        <w:t xml:space="preserve">[54:57] </w:t>
      </w:r>
      <w:r>
        <w:t>s. all kind of problems are only result of misuse of freedom. so we are compelled to live with all these people.</w:t>
      </w:r>
    </w:p>
    <w:p>
      <w:pPr>
        <w:jc w:val="right"/>
      </w:pPr>
      <w:r>
        <w:t>ز۔ ال کائنڈ اف پرابلمز ار اونلی رزلٹ اف مس یوز اف فریڈم۔ سو وی ار کمپل ٹو لیو ود ال دیز پیپل۔</w:t>
      </w:r>
    </w:p>
    <w:p>
      <w:r>
        <w:rPr>
          <w:b/>
        </w:rPr>
        <w:t xml:space="preserve">[55:07] </w:t>
      </w:r>
      <w:r>
        <w:t>we cannot abolish their freedom. we cannot abolish their freedom. we have no right, we have no power to abolish their freedom.</w:t>
      </w:r>
    </w:p>
    <w:p>
      <w:pPr>
        <w:jc w:val="right"/>
      </w:pPr>
      <w:r>
        <w:t>وی کین ناٹ ابولش دیر فریڈم۔ وی کین ناٹ ابولش دیر فریڈم۔ وی ہیو نو رائٹ، وی ہیو نو پاور ٹو ابولش دیر فریڈم۔</w:t>
      </w:r>
    </w:p>
    <w:p>
      <w:r>
        <w:rPr>
          <w:b/>
        </w:rPr>
        <w:t xml:space="preserve">[55:22] </w:t>
      </w:r>
      <w:r>
        <w:t>this freedom was given by god almighty, and only god can abolish this freedom. we cannot abolish.</w:t>
      </w:r>
    </w:p>
    <w:p>
      <w:pPr>
        <w:jc w:val="right"/>
      </w:pPr>
      <w:r>
        <w:t>دس فریڈم واز گیون بائی گاڈ المائٹی، اینڈ اونلی گاڈ کین ابولش دس فریڈم۔ وی کین ناٹ ابولش۔</w:t>
      </w:r>
    </w:p>
    <w:p>
      <w:r>
        <w:rPr>
          <w:b/>
        </w:rPr>
        <w:t xml:space="preserve">[55:33] </w:t>
      </w:r>
      <w:r>
        <w:t>so we have no choice other than to live with these people. and you know, everyone is problem.</w:t>
      </w:r>
    </w:p>
    <w:p>
      <w:pPr>
        <w:jc w:val="right"/>
      </w:pPr>
      <w:r>
        <w:t>سو وی ہیو نو چوائس ادر دین ٹو لیو ود دیز پیپل۔ اینڈ یو نو، ایوری ون از پرابلم۔</w:t>
      </w:r>
    </w:p>
    <w:p>
      <w:r>
        <w:rPr>
          <w:b/>
        </w:rPr>
        <w:t xml:space="preserve">[55:42] </w:t>
      </w:r>
      <w:r>
        <w:t>every man is problem man. every woman is problem woman.</w:t>
      </w:r>
    </w:p>
    <w:p>
      <w:pPr>
        <w:jc w:val="right"/>
      </w:pPr>
      <w:r>
        <w:t>ایوری مین از پرابلم مین۔ ایوری وومن از پرابلم وومن۔</w:t>
      </w:r>
    </w:p>
    <w:p>
      <w:r>
        <w:rPr>
          <w:b/>
        </w:rPr>
        <w:t xml:space="preserve">[55:48] </w:t>
      </w:r>
      <w:r>
        <w:t>even husband or wife are both, both are problems. every husband is problem husband. every wife is problem wife.</w:t>
      </w:r>
    </w:p>
    <w:p>
      <w:pPr>
        <w:jc w:val="right"/>
      </w:pPr>
      <w:r>
        <w:t>ایون ہسبینڈ اور وائف ار بوتھ، بوتھ ار پرابلمز۔ ایوری ہسبینڈ از پرابلم ہسبینڈ۔ ایوری وائف از پرابلم وائف۔</w:t>
      </w:r>
    </w:p>
    <w:p>
      <w:r>
        <w:rPr>
          <w:b/>
        </w:rPr>
        <w:t xml:space="preserve">[56:01] </w:t>
      </w:r>
      <w:r>
        <w:t>every neighbor is problem neighbor. every where there are problems. and all these problems are result of misuse of freedom.</w:t>
      </w:r>
    </w:p>
    <w:p>
      <w:pPr>
        <w:jc w:val="right"/>
      </w:pPr>
      <w:r>
        <w:t>ایوری نیبر از پرابلم نیبر۔ ایوری ویر دیر ار پرابلمز۔ اینڈ ال دیز پرابلمز ار رزلٹ اف مس یوز اف فریڈم۔</w:t>
      </w:r>
    </w:p>
    <w:p>
      <w:r>
        <w:rPr>
          <w:b/>
        </w:rPr>
        <w:t xml:space="preserve">[56:15] </w:t>
      </w:r>
      <w:r>
        <w:t>so we are compel to live in a world of problems, world of hardships, world of troubles. so the basic question is that: how to achieve the goal of purification?</w:t>
      </w:r>
    </w:p>
    <w:p>
      <w:pPr>
        <w:jc w:val="right"/>
      </w:pPr>
      <w:r>
        <w:t>سو وی ار کمپل ٹو لیو ان ا ورلڈ اف پرابلمز، ورلڈ اف ہارڈشپس، ورلڈ اف ٹربلز۔ سو دا بیسک کوسچن از دیٹ: ہاؤ ٹو اچیو دا گول اف پیوریفیکیشن؟</w:t>
      </w:r>
    </w:p>
    <w:p>
      <w:r>
        <w:rPr>
          <w:b/>
        </w:rPr>
        <w:t xml:space="preserve">[56:35] </w:t>
      </w:r>
      <w:r>
        <w:t>the basic question is that: how to achieve the goal of purification in a such world? the only formula is harmony.</w:t>
      </w:r>
    </w:p>
    <w:p>
      <w:pPr>
        <w:jc w:val="right"/>
      </w:pPr>
      <w:r>
        <w:t>دا بیسک کوسچن از دیٹ: ہاؤ ٹو اچیو دا گول اف پیوریفیکیشن ان ا سچ ورلڈ؟ دا اونلی فارمولا از ہارمونی۔</w:t>
      </w:r>
    </w:p>
    <w:p>
      <w:r>
        <w:rPr>
          <w:b/>
        </w:rPr>
        <w:t xml:space="preserve">[56:46] </w:t>
      </w:r>
      <w:r>
        <w:t>harmony.</w:t>
      </w:r>
    </w:p>
    <w:p>
      <w:pPr>
        <w:jc w:val="right"/>
      </w:pPr>
      <w:r>
        <w:t>ہارمونی۔</w:t>
      </w:r>
    </w:p>
    <w:p>
      <w:r>
        <w:rPr>
          <w:b/>
        </w:rPr>
        <w:t xml:space="preserve">[56:49] </w:t>
      </w:r>
      <w:r>
        <w:t>living with harmony is the only formula of achieving the goal of purification.</w:t>
      </w:r>
    </w:p>
    <w:p>
      <w:pPr>
        <w:jc w:val="right"/>
      </w:pPr>
      <w:r>
        <w:t>لیونگ ود ہارمونی از دا اونلی فارمولا اف اچیونگ دا گول اف پیوریفیکیشن۔</w:t>
      </w:r>
    </w:p>
    <w:p>
      <w:r>
        <w:rPr>
          <w:b/>
        </w:rPr>
        <w:t xml:space="preserve">[56:59] </w:t>
      </w:r>
      <w:r>
        <w:t>so harmony is not a simple thing. it is the secret of, it is the secret of success in this world.</w:t>
      </w:r>
    </w:p>
    <w:p>
      <w:pPr>
        <w:jc w:val="right"/>
      </w:pPr>
      <w:r>
        <w:t>سو ہارمونی از ناٹ ا سمپل تھنگ۔ اٹ از دا سیکرٹ اف، اٹ از دا سیکرٹ اف سکسیس ان دس ورلڈ۔</w:t>
      </w:r>
    </w:p>
    <w:p>
      <w:r>
        <w:rPr>
          <w:b/>
        </w:rPr>
        <w:t xml:space="preserve">[57:10] </w:t>
      </w:r>
      <w:r>
        <w:t>also, it is the secret of success in the here after.</w:t>
      </w:r>
    </w:p>
    <w:p>
      <w:pPr>
        <w:jc w:val="right"/>
      </w:pPr>
      <w:r>
        <w:t>السو، اٹ از دا سیکرٹ اف سکسیس ان دا ہیر افٹر۔</w:t>
      </w:r>
    </w:p>
    <w:p>
      <w:r>
        <w:rPr>
          <w:b/>
        </w:rPr>
        <w:t xml:space="preserve">[57:18] </w:t>
      </w:r>
      <w:r>
        <w:t>so harmony is not simply a moral value. no, it is more than that.</w:t>
      </w:r>
    </w:p>
    <w:p>
      <w:pPr>
        <w:jc w:val="right"/>
      </w:pPr>
      <w:r>
        <w:t>سو ہارمونی از ناٹ سمپلی ا مورل ویلیو۔ نو، اٹ از مور دین دیٹ۔</w:t>
      </w:r>
    </w:p>
    <w:p>
      <w:r>
        <w:rPr>
          <w:b/>
        </w:rPr>
        <w:t xml:space="preserve">[57:26] </w:t>
      </w:r>
      <w:r>
        <w:t>harmony is not simply a moral value or ethical value.</w:t>
      </w:r>
    </w:p>
    <w:p>
      <w:pPr>
        <w:jc w:val="right"/>
      </w:pPr>
      <w:r>
        <w:t>ہارمونی از ناٹ سمپلی ا مورل ویلیو اور ایتھیکل ویلیو۔</w:t>
      </w:r>
    </w:p>
    <w:p>
      <w:r>
        <w:rPr>
          <w:b/>
        </w:rPr>
        <w:t xml:space="preserve">[57:35] </w:t>
      </w:r>
      <w:r>
        <w:t>without harmony, we can not achieve the goal of purification. and without purification, there is no paradise.</w:t>
      </w:r>
    </w:p>
    <w:p>
      <w:pPr>
        <w:jc w:val="right"/>
      </w:pPr>
      <w:r>
        <w:t>وداؤٹ ہارمونی، وی کین ناٹ اچیو دا گول اف پیوریفیکیشن۔ اینڈ وداؤٹ پیوریفیکیشن، دیر از نو پیراڈائز۔</w:t>
      </w:r>
    </w:p>
    <w:p>
      <w:r>
        <w:rPr>
          <w:b/>
        </w:rPr>
        <w:t xml:space="preserve">[57:49] </w:t>
      </w:r>
      <w:r>
        <w:t>so i can say that: harmony is the key to all kind of success. harmony is the key to all kind of success.</w:t>
      </w:r>
    </w:p>
    <w:p>
      <w:pPr>
        <w:jc w:val="right"/>
      </w:pPr>
      <w:r>
        <w:t>سو ائی کین سی دیٹ: ہارمونی از دا کی ٹو ال کائنڈ اف سکسیس۔ ہارمونی از دا کی ٹو ال کائنڈ اف سکسیس۔</w:t>
      </w:r>
    </w:p>
    <w:p>
      <w:r>
        <w:rPr>
          <w:b/>
        </w:rPr>
        <w:t xml:space="preserve">[58:00] </w:t>
      </w:r>
      <w:r>
        <w:t>aqool qooli: wastaghfirullah al-ali al-azim ajmaeen.</w:t>
      </w:r>
    </w:p>
    <w:p>
      <w:pPr>
        <w:jc w:val="right"/>
      </w:pPr>
      <w:r>
        <w:t>اقول قولی: واستغفراللہ العلی العظیم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