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Imaan and Marefat | July 28, 2008 | Maulana Wahiduddin Khan</w:t>
      </w:r>
    </w:p>
    <w:p>
      <w:r>
        <w:t>https://www.youtube.com/watch?v=uS8cxd8ApSA</w:t>
      </w:r>
    </w:p>
    <w:p>
      <w:r>
        <w:rPr>
          <w:b/>
        </w:rPr>
        <w:t xml:space="preserve">[00:00] </w:t>
      </w:r>
      <w:r>
        <w:t>kyunke isi par poora islam base karta hai. jaisa iman, waisa islam. ab yahan par aap dekhein ke dono word use hue hain: iman aur marifat. iman mani faith,</w:t>
      </w:r>
    </w:p>
    <w:p>
      <w:pPr>
        <w:jc w:val="right"/>
      </w:pPr>
      <w:r>
        <w:t>کیونکہ اسی پر پورا اسلام بیس کرتا ہے۔ جیسا ایمان، ویسا اسلام۔ اب یہاں پر آپ دیکھیں کہ دونوں ورڈ یوز ہوئے ہیں: ایمان اور معرفت۔ ایمان معنی فیتھ،</w:t>
      </w:r>
    </w:p>
    <w:p>
      <w:r>
        <w:rPr>
          <w:b/>
        </w:rPr>
        <w:t xml:space="preserve">[00:19] </w:t>
      </w:r>
      <w:r>
        <w:t>marifat mani realization. is se maloom hua ke iman aur marifat dono ek doosre se jure hue hain. jab aadmi ko khuda ka realization hota hai, usko pehchan ho jati hai, ma</w:t>
      </w:r>
    </w:p>
    <w:p>
      <w:pPr>
        <w:jc w:val="right"/>
      </w:pPr>
      <w:r>
        <w:t>معرفت معنی ریالائزیشن۔ اس سے معلوم ہوا کہ ایمان اور معرفت دونوں ایک دوسرے سے جڑے ہوئے ہیں۔ جب آدمی کو خدا کا ریالائزیشن ہوتا ہے، اس کو پہچان ہو جاتی ہے، مع</w:t>
      </w:r>
    </w:p>
    <w:p>
      <w:r>
        <w:rPr>
          <w:b/>
        </w:rPr>
        <w:t xml:space="preserve">[00:37] </w:t>
      </w:r>
      <w:r>
        <w:t>rifat ho jati hai. is se aap samajh sakte hain ke iman aur marifat dono alag alag nahi hain. marifat hai to iman hai, iman hai to marifat hai. ke tum kis tarah se iman ko ikhtiyar karo,</w:t>
      </w:r>
    </w:p>
    <w:p>
      <w:pPr>
        <w:jc w:val="right"/>
      </w:pPr>
      <w:r>
        <w:t>رفت ہو جاتی ہے۔ اس سے آپ سمجھ سکتے ہیں کہ ایمان اور معرفت دونوں الگ الگ نہیں ہیں۔ معرفت ہے تو ایمان ہے، ایمان ہے تو معرفت ہے۔ کہ تم کس طرح سے ایمان کو اختیار کرو،</w:t>
      </w:r>
    </w:p>
    <w:p>
      <w:r>
        <w:rPr>
          <w:b/>
        </w:rPr>
        <w:t xml:space="preserve">[00:56] </w:t>
      </w:r>
      <w:r>
        <w:t>kis tarah se tumhare andar marifat aaye, ke khuda ki marifat tumhari shakhsiyat mein bilkul sama jaye. to is tarah se marifat soch kar aati hai. physical exercise se marifat nahi aati. nature ke lehaz se dekha jaye to is tarah se hoga ke marifat</w:t>
      </w:r>
    </w:p>
    <w:p>
      <w:pPr>
        <w:jc w:val="right"/>
      </w:pPr>
      <w:r>
        <w:t>کس طرح سے تمہارے اندر معرفت آئے، کہ خدا کی معرفت تمہاری شخصیت میں بالکل سما جائے۔ تو اس طرح سے معرفت سوچ کر آتی ہے۔ فزیکل ایکسرسائز سے معرفت نہیں آتی۔ نیچر کے لحاظ سے دیکھا جائے تو اس طرح سے ہوگا کہ معرفت</w:t>
      </w:r>
    </w:p>
    <w:p>
      <w:r>
        <w:rPr>
          <w:b/>
        </w:rPr>
        <w:t xml:space="preserve">[01:14] </w:t>
      </w:r>
      <w:r>
        <w:t>jaise apni unfolding ka naam hai. hamein sochna chahiye ke kya hamara iman wahi iman bana hai jisko marifat wala iman kaha gaya hai? kya hamara iman wahi iman bana hai jo</w:t>
      </w:r>
    </w:p>
    <w:p>
      <w:pPr>
        <w:jc w:val="right"/>
      </w:pPr>
      <w:r>
        <w:t>جیسے اپنی ان فولڈنگ کا نام ہے۔ ہمیں سوچنا چاہیے کہ کیا ہمارا ایمان وہی ایمان بنا ہے جس کو معرفت والا ایمان کہا گیا ہے؟ کیا ہمارا ایمان وہی ایمان بنا ہے جو</w:t>
      </w:r>
    </w:p>
    <w:p>
      <w:r>
        <w:rPr>
          <w:b/>
        </w:rPr>
        <w:t xml:space="preserve">[01:32] </w:t>
      </w:r>
      <w:r>
        <w:t>khuda ke haan accept kiya jaye? kya hamara iman wahi iman bana hai jo jannat ka certificate ban jaye akhirat mein? b</w:t>
      </w:r>
    </w:p>
    <w:p>
      <w:pPr>
        <w:jc w:val="right"/>
      </w:pPr>
      <w:r>
        <w:t>خدا کے ہاں ایکسیپٹ کیا جائے؟ کیا ہمارا ایمان وہی ایمان بنا ہے جو جنت کا سرٹیفکیٹ بن جائے آخرت میں؟ ب</w:t>
      </w:r>
    </w:p>
    <w:p>
      <w:r>
        <w:rPr>
          <w:b/>
        </w:rPr>
        <w:t xml:space="preserve">[01:54] </w:t>
      </w:r>
      <w:r>
        <w:t>ismillah-hir-rahman-nir-rahim. wa-sallallahu 'ala-n-nabiyyi-l-karim. rab-bish-rah-li sadri, wa yassir li amri, wah-lul 'uqdatan min lisani, yafqahu qawli. a</w:t>
      </w:r>
    </w:p>
    <w:p>
      <w:pPr>
        <w:jc w:val="right"/>
      </w:pPr>
      <w:r>
        <w:t>سم اللہ الرحمن الرحیم۔ وصلی اللہ علی النبی الکریم۔ رب اشرح لی صدری، ویسر لی امری، واحل العقدۃ من لسانی، یفقہ قولی۔ آ</w:t>
      </w:r>
    </w:p>
    <w:p>
      <w:r>
        <w:rPr>
          <w:b/>
        </w:rPr>
        <w:t xml:space="preserve">[02:15] </w:t>
      </w:r>
      <w:r>
        <w:t>aj ka topic hai: iman and realization of god, yani iman aur marifat. yeh bahut hi im</w:t>
      </w:r>
    </w:p>
    <w:p>
      <w:pPr>
        <w:jc w:val="right"/>
      </w:pPr>
      <w:r>
        <w:t>ج کا ٹاپک ہے: ایمان اینڈ ریالائزیشن آف گاڈ، یعنی ایمان اور معرفت۔ یہ بہت ہی ام</w:t>
      </w:r>
    </w:p>
    <w:p>
      <w:r>
        <w:rPr>
          <w:b/>
        </w:rPr>
        <w:t xml:space="preserve">[02:34] </w:t>
      </w:r>
      <w:r>
        <w:t>portant topic hai islam mein. is ko bahut gehrai ke sath samajhna chahiye ke iman kya hai, marifat kya hai, khuda ka realization kya hai. kyunke isi par poora islam base karta hai. j</w:t>
      </w:r>
    </w:p>
    <w:p>
      <w:pPr>
        <w:jc w:val="right"/>
      </w:pPr>
      <w:r>
        <w:t>پورٹنٹ ٹاپک ہے اسلام میں۔ اس کو بہت گہرائی کے ساتھ سمجھنا چاہیے کہ ایمان کیا ہے، معرفت کیا ہے، خدا کا ریالائزیشن کیا ہے۔ کیونکہ اسی پر پورا اسلام بیس کرتا ہے۔ ج</w:t>
      </w:r>
    </w:p>
    <w:p>
      <w:r>
        <w:rPr>
          <w:b/>
        </w:rPr>
        <w:t xml:space="preserve">[02:56] </w:t>
      </w:r>
      <w:r>
        <w:t>aisa iman, waisa islam. to is wajah se is ko samajhna chahiye, bahut gehrai ke sath. yahan mein ek principle arz karunga ke k</w:t>
      </w:r>
    </w:p>
    <w:p>
      <w:pPr>
        <w:jc w:val="right"/>
      </w:pPr>
      <w:r>
        <w:t>یسا ایمان، ویسا اسلام۔ تو اس وجہ سے اس کو سمجھنا چاہیے، بہت گہرائی کے ساتھ۔ یہاں میں ایک پرنسپل عرض کروں گا کہ ک</w:t>
      </w:r>
    </w:p>
    <w:p>
      <w:r>
        <w:rPr>
          <w:b/>
        </w:rPr>
        <w:t xml:space="preserve">[03:14] </w:t>
      </w:r>
      <w:r>
        <w:t>is tarah se quran ko samjha jaye. kuch principle bataye gaye hain quran ko samajhne ke liye, ulma ne bataye hain. in mein se ek principle yeh hai: quran yufassiru ba'duhu ba'da. y</w:t>
      </w:r>
    </w:p>
    <w:p>
      <w:pPr>
        <w:jc w:val="right"/>
      </w:pPr>
      <w:r>
        <w:t>س طرح سے قرآن کو سمجھا جائے۔ کچھ پرنسپل بتائے گئے ہیں قرآن کو سمجھنے کے لیے، علماء نے بتائے ہیں۔ ان میں سے ایک پرنسپل یہ ہے: القرآن یفسر بعضہ بعضا۔ ی</w:t>
      </w:r>
    </w:p>
    <w:p>
      <w:r>
        <w:rPr>
          <w:b/>
        </w:rPr>
        <w:t xml:space="preserve">[03:34] </w:t>
      </w:r>
      <w:r>
        <w:t>ani quran ka ek hissa is ke doosre hisse ki commentary hai, is ke doosre hisse ko explain karta hai. chunke quran ki jo ayatein hain, qura</w:t>
      </w:r>
    </w:p>
    <w:p>
      <w:pPr>
        <w:jc w:val="right"/>
      </w:pPr>
      <w:r>
        <w:t>عنی قرآن کا ایک حصہ اس کے دوسرے حصے کی کمنٹری ہے، اس کے دوسرے حصے کو ایکسپلین کرتا ہے۔ چونکہ قرآن کی جو آیتیں ہیں، قرآ</w:t>
      </w:r>
    </w:p>
    <w:p>
      <w:r>
        <w:rPr>
          <w:b/>
        </w:rPr>
        <w:t xml:space="preserve">[03:52] </w:t>
      </w:r>
      <w:r>
        <w:t>n mein aap jante hain ke koi taqreeban saade chhe hazar ayatein hain. to in ayaton ko samajhne ke liye hamein poori ayaton ko samne rakhna padta hai. ek ayat doosri ayat se juri hui hoti hai. ek ayat</w:t>
      </w:r>
    </w:p>
    <w:p>
      <w:pPr>
        <w:jc w:val="right"/>
      </w:pPr>
      <w:r>
        <w:t>ن میں آپ جانتے ہیں کہ کوئی تقریباً ساڑھے چھ ہزار آیتیں ہیں۔ تو ان آیتوں کو سمجھنے کے لیے ہمیں پوری آیتوں کو سامنے رکھنا پڑتا ہے۔ ایک آیت دوسری آیت سے جڑی ہوئی ہوتی ہے۔ ایک آیت</w:t>
      </w:r>
    </w:p>
    <w:p>
      <w:r>
        <w:rPr>
          <w:b/>
        </w:rPr>
        <w:t xml:space="preserve">[04:10] </w:t>
      </w:r>
      <w:r>
        <w:t>ka taluq doosri ayaton se hota hai. is liye kisi ek ayat ko ya verse ko samajhne ke liye zaroori hai ke doosre verses bhi hamare dhyan mein hon. tab hum is ko gehrai ke sath samajh payenge. ab</w:t>
      </w:r>
    </w:p>
    <w:p>
      <w:pPr>
        <w:jc w:val="right"/>
      </w:pPr>
      <w:r>
        <w:t>کا تعلق دوسری آیتوں سے ہوتا ہے۔ اس لیے کسی ایک آیت کو یا ورس کو سمجھنے کے لیے ضروری ہے کہ دوسرے ورسز بھی ہمارے دھیان میں ہوں۔ تب ہم اس کو گہرائی کے ساتھ سمجھ پائیں گے۔ اب</w:t>
      </w:r>
    </w:p>
    <w:p>
      <w:r>
        <w:rPr>
          <w:b/>
        </w:rPr>
        <w:t xml:space="preserve">[04:30] </w:t>
      </w:r>
      <w:r>
        <w:t>mein aap ko example deta hoon ek, ke yeh jo principle hai, quran yufassiru ba'duhu ba'da, kis tarah hamein quran ko samajhne mein madad deta hai. to quran ki surah hai an</w:t>
      </w:r>
    </w:p>
    <w:p>
      <w:pPr>
        <w:jc w:val="right"/>
      </w:pPr>
      <w:r>
        <w:t>میں آپ کو ایگزامپل دیتا ہوں ایک، کہ یہ جو پرنسپل ہے، القرآن یفسر بعضہ بعضا، کس طرح ہمیں قرآن کو سمجھنے میں مدد دیتا ہے۔ تو قرآن کی سورہ ہے الن</w:t>
      </w:r>
    </w:p>
    <w:p>
      <w:r>
        <w:rPr>
          <w:b/>
        </w:rPr>
        <w:t xml:space="preserve">[04:49] </w:t>
      </w:r>
      <w:r>
        <w:t>nasa. an-nasa mein ek ayat hai: ya ayyuhallazina amanu aminu. aye iman lane walo, iman lao. ab yahan par dekhein, bahut anokha andaaz hai yeh, ke</w:t>
      </w:r>
    </w:p>
    <w:p>
      <w:pPr>
        <w:jc w:val="right"/>
      </w:pPr>
      <w:r>
        <w:t>ساء۔ النساء میں ایک آیت ہے: یا ایہا الذین آمنوا آمنوا۔ اے ایمان لانے والو، ایمان لاؤ۔ اب یہاں پر دیکھیں، بہت انوکھا انداز ہے یہ، کہ</w:t>
      </w:r>
    </w:p>
    <w:p>
      <w:r>
        <w:rPr>
          <w:b/>
        </w:rPr>
        <w:t xml:space="preserve">[05:08] </w:t>
      </w:r>
      <w:r>
        <w:t>jo log iman la chuke hain, jo log already momin hain, un se kaha gaya ke tum log iman lao. is ka kya matlab hai? iman ke baad ek aur iman, is ka kya matlab hai? to woh</w:t>
      </w:r>
    </w:p>
    <w:p>
      <w:pPr>
        <w:jc w:val="right"/>
      </w:pPr>
      <w:r>
        <w:t>جو لوگ ایمان لا چکے ہیں، جو لوگ الریڈی مومن ہیں، ان سے کہا گیا کہ تم لوگ ایمان لاؤ۔ اس کا کیا مطلب ہے؟ ایمان کے بعد ایک اور ایمان، اس کا کیا مطلب ہے؟ تو وہ</w:t>
      </w:r>
    </w:p>
    <w:p>
      <w:r>
        <w:rPr>
          <w:b/>
        </w:rPr>
        <w:t xml:space="preserve">[05:26] </w:t>
      </w:r>
      <w:r>
        <w:t>bahut der se is par soch raha tha. to quran ki ek ayat ne is ko khol diya. woh ayat hai surah al-maidah mein. aur yani para saat ke shuru mein. w</w:t>
      </w:r>
    </w:p>
    <w:p>
      <w:pPr>
        <w:jc w:val="right"/>
      </w:pPr>
      <w:r>
        <w:t>بہت دیر سے اس پر سوچ رہا تھا۔ تو قرآن کی ایک آیت نے اس کو کھولا۔ وہ آیت ہے سورہ المائدہ میں۔ اور یعنی پارہ سات کے شروع میں۔ و</w:t>
      </w:r>
    </w:p>
    <w:p>
      <w:r>
        <w:rPr>
          <w:b/>
        </w:rPr>
        <w:t xml:space="preserve">[05:45] </w:t>
      </w:r>
      <w:r>
        <w:t>a-izā sam'aw mā unzila 'alā r-rasūli tarā aynahum tafnī mimmā 'arafū min al-ḥaqqi. is ka translation yeh hai: aur jab unhone suna. dekhein, yeh jo hai, ayat</w:t>
      </w:r>
    </w:p>
    <w:p>
      <w:pPr>
        <w:jc w:val="right"/>
      </w:pPr>
      <w:r>
        <w:t>َإِذَا سَمَوْا مَا أُنْزِلَ عَلَى الرَّسُولِ تَرَىٰ أَيَنَهُمْ تَفْنِيَ مِمَّا عَرَفُوا مِنَ الْحَقِّ۔ اس کا ٹرانسلیشن یہ ہے: اور جب انہوں نے سنا۔ دیکھیں، یہ جو ہے آیت</w:t>
      </w:r>
    </w:p>
    <w:p>
      <w:r>
        <w:rPr>
          <w:b/>
        </w:rPr>
        <w:t xml:space="preserve">[06:04] </w:t>
      </w:r>
      <w:r>
        <w:t>utri thi is waqt, jabke kuch christians aaye the yaman se, to rasool Allah ke paas aaye madina mein. unhon ne aap se baat ki, quran ko suna, un ke dil mein quran utar gaya, aur unhon ne</w:t>
      </w:r>
    </w:p>
    <w:p>
      <w:pPr>
        <w:jc w:val="right"/>
      </w:pPr>
      <w:r>
        <w:t>اتری تھی اس وقت، جبکہ کچھ کرسچنز آئے تھے یمن سے، تو رسول اللہ کے پاس آئے مدینہ میں۔ انہوں نے آپ سے بات کی، قرآن کو سنا، ان کے دل میں قرآن اتر گیا، اور انہوں نے</w:t>
      </w:r>
    </w:p>
    <w:p>
      <w:r>
        <w:rPr>
          <w:b/>
        </w:rPr>
        <w:t xml:space="preserve">[06:22] </w:t>
      </w:r>
      <w:r>
        <w:t>ailaan kar diya ke hum is par iman late hain. isi qisse ka zikr hai yahan par. is ka translation yeh hai ke jab unhon ne suna is kalam ko jo utra hai peghambar par, to tum dekhoge</w:t>
      </w:r>
    </w:p>
    <w:p>
      <w:pPr>
        <w:jc w:val="right"/>
      </w:pPr>
      <w:r>
        <w:t>اعلان کر دیا کہ ہم اس پر ایمان لاتے ہیں۔ اسی قصے کا ذکر ہے یہاں پر۔ اس کا ٹرانسلیشن یہ ہے کہ جب انہوں نے سنا اس کلام کو جو اترا ہے پیغمبر پر، تو تم دیکھو گ</w:t>
      </w:r>
    </w:p>
    <w:p>
      <w:r>
        <w:rPr>
          <w:b/>
        </w:rPr>
        <w:t xml:space="preserve">[06:40] </w:t>
      </w:r>
      <w:r>
        <w:t>ke un ki aankhein aansuon se bhar gayeen. un ki aankhon se aansu jari ho gaye. kyun? mimma araftu minal haqq. maharfat ke sabab se. sachai ki ma</w:t>
      </w:r>
    </w:p>
    <w:p>
      <w:pPr>
        <w:jc w:val="right"/>
      </w:pPr>
      <w:r>
        <w:t>ے کہ ان کی آنکھیں آنسوؤں سے بھر گئیں۔ ان کی آنکھوں سے آنسو جاری ہو گئے۔ کیوں؟ مِمَّا عَرَفُوا مِنَ الْحَقِّ۔ معرفت کے سبب سے۔ سچائی کی مع</w:t>
      </w:r>
    </w:p>
    <w:p>
      <w:r>
        <w:rPr>
          <w:b/>
        </w:rPr>
        <w:t xml:space="preserve">[06:58] </w:t>
      </w:r>
      <w:r>
        <w:t>harfat ke sabab se. maharfat ka matlab hota hai pehchan, realization. yani realization of truth ke sabab se. yani quran ki un ayaton mein un ko sachai ka pehchan ho gayi. unhon ne sachai ko realize kar liya. is</w:t>
      </w:r>
    </w:p>
    <w:p>
      <w:pPr>
        <w:jc w:val="right"/>
      </w:pPr>
      <w:r>
        <w:t>رفت کے سبب سے۔ معرفت کا مطلب ہوتا ہے پہچان، ریالائزیشن۔ یعنی ریالائزیشن آف ٹروتھ کے سبب سے۔ یعنی قرآن کی ان آیتوں میں ان کو سچائی کا پہچان ہو گئی۔ انہوں نے سچائی کو ریالائز کر لیا۔ اس</w:t>
      </w:r>
    </w:p>
    <w:p>
      <w:r>
        <w:rPr>
          <w:b/>
        </w:rPr>
        <w:t xml:space="preserve">[07:17] </w:t>
      </w:r>
      <w:r>
        <w:t>liye unhon ne iman qubool kiya. aage jo hai yeh hai is mein ke unhon ne kaha: rabbana amanna faaktubna ma'ash shahideen. ye</w:t>
      </w:r>
    </w:p>
    <w:p>
      <w:pPr>
        <w:jc w:val="right"/>
      </w:pPr>
      <w:r>
        <w:t>لیے انہوں نے ایمان قبول کیا۔ آگے جو ہے یہ ہے اس میں کہ انہوں نے کہا: رَبَّنَا آمَنَّا فَاَكْتُبْنَا مَعَ الشَّاهِدِينَ۔ ی</w:t>
      </w:r>
    </w:p>
    <w:p>
      <w:r>
        <w:rPr>
          <w:b/>
        </w:rPr>
        <w:t xml:space="preserve">[07:37] </w:t>
      </w:r>
      <w:r>
        <w:t>aqooloon rabbana amanna faaktubna ma'ash shahideen. woh kehte hain ke aye hamare rab, hum iman laye hain, to hum ko gawahi dene walon mein likh le. yani witness ke taur par likh le hum ko. ab yahan par aap dekhen ke dono word use hue hain:</w:t>
      </w:r>
    </w:p>
    <w:p>
      <w:pPr>
        <w:jc w:val="right"/>
      </w:pPr>
      <w:r>
        <w:t>َقُولُونَ رَبَّنَا آمَنَّا فَاَكْتُبْنَا مَعَ الشَّاهِدِينَ۔ وہ کہتے ہیں کہ اے ہمارے رب، ہم ایمان لائے ہیں، تو ہم کو گواہی دینے والوں میں لکھ لے۔ یعنی وِٹنس کے طور پر لکھ لے ہم کو۔ اب یہاں پر آپ دیکھیں کہ دونوں ورڈ یوز ہوئے ہیں:</w:t>
      </w:r>
    </w:p>
    <w:p>
      <w:r>
        <w:rPr>
          <w:b/>
        </w:rPr>
        <w:t xml:space="preserve">[07:55] </w:t>
      </w:r>
      <w:r>
        <w:t>iman aur maharfat. iman mani faith, maharfat mani realization. is se maloom hua ke iman aur maharfat dono ek doosre se jure hue hain. jure hue hain. jab</w:t>
      </w:r>
    </w:p>
    <w:p>
      <w:pPr>
        <w:jc w:val="right"/>
      </w:pPr>
      <w:r>
        <w:t>ایمان اور معرفت۔ ایمان معنی فیتھ، معرفت معنی ریالائزیشن۔ اس سے معلوم ہوا کہ ایمان اور معرفت دونوں ایک دوسرے سے جڑے ہوئے ہیں۔ جڑے ہوئے ہیں۔ جب</w:t>
      </w:r>
    </w:p>
    <w:p>
      <w:r>
        <w:rPr>
          <w:b/>
        </w:rPr>
        <w:t xml:space="preserve">[08:14] </w:t>
      </w:r>
      <w:r>
        <w:t>aadmi ko Khuda ka realization hota hai, us ko pehchan ho jati hai, maharfat ho jati hai, tab woh keh uthta hai ke ashhadu an la ilaha illallah wa ashhadu anna Muhammad abduhu wa rasooluhu. is se</w:t>
      </w:r>
    </w:p>
    <w:p>
      <w:pPr>
        <w:jc w:val="right"/>
      </w:pPr>
      <w:r>
        <w:t>آدمی کو خدا کا ریالائزیشن ہوتا ہے، اس کو پہچان ہو جاتی ہے، معرفت ہو جاتی ہے، تب وہ کہہ اٹھتا ہے کہ اشھد ان لا الہ الا اللہ واشہد ان محمد عبدہ ورسولہ۔ اس سے</w:t>
      </w:r>
    </w:p>
    <w:p>
      <w:r>
        <w:rPr>
          <w:b/>
        </w:rPr>
        <w:t xml:space="preserve">[08:32] </w:t>
      </w:r>
      <w:r>
        <w:t>aap samajh sakte hain ke iman aur maharfat dono alag alag nahi hain. maharfat hai to iman hai, iman hai to maharfat hai. isi liye kaha gaya ke ya ayyuha allazeena amanoo amanoo. yani jin logon ne lif</w:t>
      </w:r>
    </w:p>
    <w:p>
      <w:pPr>
        <w:jc w:val="right"/>
      </w:pPr>
      <w:r>
        <w:t>آپ سمجھ سکتے ہیں کہ ایمان اور معرفت دونوں الگ الگ نہیں ہیں۔ معرفت ہے تو ایمان ہے، ایمان ہے تو معرفت ہے۔ اسی لیے کہا گیا کہ یا ایہا الذین آمنوا آمنوا۔ یعنی جن لوگوں نے لف</w:t>
      </w:r>
    </w:p>
    <w:p>
      <w:r>
        <w:rPr>
          <w:b/>
        </w:rPr>
        <w:t xml:space="preserve">[08:50] </w:t>
      </w:r>
      <w:r>
        <w:t>z service ke taur par keh diya tha kalma, bol diya tha kalma, lekin abhi un ko maharfat nahi hui thi. abhi un ko gehri pehchan nahi hui thi. abhi us ko, abhi un ko discovery ke taur par nahi mila tha. ab</w:t>
      </w:r>
    </w:p>
    <w:p>
      <w:pPr>
        <w:jc w:val="right"/>
      </w:pPr>
      <w:r>
        <w:t>ظ سروس کے طور پر کہہ دیا تھا کلمہ، بول دیا تھا کلمہ، لیکن ابھی ان کو معرفت نہیں ہوئی تھی۔ ابھی ان کو گہری پہچان نہیں ہوئی تھی۔ ابھی اس کو، ابھی ان کو ڈسکوری کے طور پر نہیں ملا تھا۔ اب</w:t>
      </w:r>
    </w:p>
    <w:p>
      <w:r>
        <w:rPr>
          <w:b/>
        </w:rPr>
        <w:t xml:space="preserve">[09:10] </w:t>
      </w:r>
      <w:r>
        <w:t>hi un ko discovery ke taur par yeh sachai nahi mili thi. to is se kaha gaya ke abhi tumhara iman jo hai woh lafz service hai. tum us ko discovery ke darje tak pahunchao. yeh matlab hai yeh. to aap dekhen ke surah nisa</w:t>
      </w:r>
    </w:p>
    <w:p>
      <w:pPr>
        <w:jc w:val="right"/>
      </w:pPr>
      <w:r>
        <w:t>ھی ان کو ڈسکوری کے طور پر یہ سچائی نہیں ملی تھی۔ تو اس سے کہا گیا کہ ابھی تمہارا ایمان جو ہے وہ لفظ سروس ہے۔ تم اس کو ڈسکوری کے درجے تک پہنچاؤ۔ یہ مطلب ہے یہ۔ تو آپ دیکھیں کہ سورہ نساء</w:t>
      </w:r>
    </w:p>
    <w:p>
      <w:r>
        <w:rPr>
          <w:b/>
        </w:rPr>
        <w:t xml:space="preserve">[09:28] </w:t>
      </w:r>
      <w:r>
        <w:t>ki ayat hai ek, ek surah maida ki ayat hai. ek se doosre ko mila ke jab hum dekhte hain, tab baat samajh mein aati hai. ab dekhen ke kya hai iman aur kya hai maharfat. yani kya hai faith aur kya</w:t>
      </w:r>
    </w:p>
    <w:p>
      <w:pPr>
        <w:jc w:val="right"/>
      </w:pPr>
      <w:r>
        <w:t>کی آیت ہے ایک، ایک سورہ مائدہ کی آیت ہے۔ ایک سے دوسرے کو ملا کے جب ہم دیکھتے ہیں، تب بات سمجھ میں آتی ہے۔ اب دیکھیں کہ کیا ہے ایمان اور کیا ہے معرفت۔ یعنی کیا ہے فیتھ اور کیا</w:t>
      </w:r>
    </w:p>
    <w:p>
      <w:r>
        <w:rPr>
          <w:b/>
        </w:rPr>
        <w:t xml:space="preserve">[09:46] </w:t>
      </w:r>
      <w:r>
        <w:t>hai realization. faith to ya iman jo hai, saada taur par ek kalma ko bolne ka naam hai. jab aap munh se bolte hain yeh kalma: ashhadu an la ilaha illallah wa</w:t>
      </w:r>
    </w:p>
    <w:p>
      <w:pPr>
        <w:jc w:val="right"/>
      </w:pPr>
      <w:r>
        <w:t>ہے ریالائزیشن۔ فیتھ تو یا ایمان جو ہے، سادہ طور پر ایک کلمہ کو بولنے کا نام ہے۔ جب آپ منہ سے بولتے ہیں یہ کلمہ: اشھد ان لا الہ الا اللہ و</w:t>
      </w:r>
    </w:p>
    <w:p>
      <w:r>
        <w:rPr>
          <w:b/>
        </w:rPr>
        <w:t xml:space="preserve">[10:05] </w:t>
      </w:r>
      <w:r>
        <w:t>ashhadu anna Muhammad abduhu wa rasooluhu. jab aap yeh kalma bolte hain to aap iman late hain. aap momin ban jate hain. yani muslim society ka aap hissa ban jate hain. ek muslim jamaat hai, ek muslim</w:t>
      </w:r>
    </w:p>
    <w:p>
      <w:pPr>
        <w:jc w:val="right"/>
      </w:pPr>
      <w:r>
        <w:t>اشہد ان محمد عبدہ ورسولہ۔ جب آپ یہ کلمہ بولتے ہیں تو آپ ایمان لاتے ہیں۔ آپ مومن بن جاتے ہیں۔ یعنی مسلم سوسائٹی کا آپ حصہ بن جاتے ہیں۔ ایک مسلم جماعت ہے، ایک مسلم</w:t>
      </w:r>
    </w:p>
    <w:p>
      <w:r>
        <w:rPr>
          <w:b/>
        </w:rPr>
        <w:t xml:space="preserve">[10:23] </w:t>
      </w:r>
      <w:r>
        <w:t>society hai, ek muslim giroh hai. is ka member kaise bane aadmi? is ka member banta hai kalma ka iqrar kar ke. yani yeh keh kar ke ke ashhadu an la ilaha illallah wa ashhad</w:t>
      </w:r>
    </w:p>
    <w:p>
      <w:pPr>
        <w:jc w:val="right"/>
      </w:pPr>
      <w:r>
        <w:t>سوسائٹی ہے، ایک مسلم گروہ ہے۔ اس کا ممبر کیسے بنے آدمی؟ اس کا ممبر بنتا ہے کلمہ کا اقرار کر کے۔ یعنی یہ کہہ کر کے کہ اشھد ان لا الہ الا اللہ واشہد</w:t>
      </w:r>
    </w:p>
    <w:p>
      <w:r>
        <w:rPr>
          <w:b/>
        </w:rPr>
        <w:t xml:space="preserve">[10:41] </w:t>
      </w:r>
      <w:r>
        <w:t>an Muhammad abduhu wa rasooluhu. ek hua, us ko hum keh sakte hain ke fiqhi iman. to ek hai fiqhi iman, ek hai maharfat wala iman. samajhne ke liye main yeh kahunga ke ek hai</w:t>
      </w:r>
    </w:p>
    <w:p>
      <w:pPr>
        <w:jc w:val="right"/>
      </w:pPr>
      <w:r>
        <w:t>ان محمد عبدہ ورسولہ۔ ایک ہوا، اس کو ہم کہہ سکتے ہیں کہ فقہی ایمان۔ تو ایک ہے فقہی ایمان، ایک ہے معرفت والا ایمان۔ سمجھنے کے لیے میں یہ کہوں گا کہ ایک ہے</w:t>
      </w:r>
    </w:p>
    <w:p>
      <w:r>
        <w:rPr>
          <w:b/>
        </w:rPr>
        <w:t xml:space="preserve">[10:59] </w:t>
      </w:r>
      <w:r>
        <w:t>fiqhi iman, ek hai maharfat wala iman. to fiqhi iman to yahi hai ke muslim giroh ka hissa aap ban gaye, muslim society ka ek member ban gaye aap. yeh keh kar ke ke la ilaha illallah Muhammad rasoolullah. lekin</w:t>
      </w:r>
    </w:p>
    <w:p>
      <w:pPr>
        <w:jc w:val="right"/>
      </w:pPr>
      <w:r>
        <w:t>فقہی ایمان، ایک ہے معرفت والا ایمان۔ تو فقہی ایمان تو یہی ہے کہ مسلم گروہ کا حصہ آپ بن گئے، مسلم سوسائٹی کا ایک ممبر بن گئے آپ۔ یہ کہہ کر کے کہ لا الہ الا اللہ محمد رسول اللہ۔ لیکن</w:t>
      </w:r>
    </w:p>
    <w:p>
      <w:r>
        <w:rPr>
          <w:b/>
        </w:rPr>
        <w:t xml:space="preserve">[11:19] </w:t>
      </w:r>
      <w:r>
        <w:t>yeh fiqhi, fiqh ke darje ka iman hai. fiqh ke darje ka iman hai. zyada deeper sense mein iman jo hai woh maharfat se aata hai. yani realization of God se aata hai. re</w:t>
      </w:r>
    </w:p>
    <w:p>
      <w:pPr>
        <w:jc w:val="right"/>
      </w:pPr>
      <w:r>
        <w:t>یہ فقہی، فقہ کے درجے کا ایمان ہے۔ فقہ کے درجے کا ایمان ہے۔ زیادہ ڈیپر سینس میں ایمان جو ہے وہ معرفت سے آتا ہے۔ یعنی ریالائزیشن آف گاڈ سے آتا ہے۔ ری</w:t>
      </w:r>
    </w:p>
    <w:p>
      <w:r>
        <w:rPr>
          <w:b/>
        </w:rPr>
        <w:t xml:space="preserve">[11:38] </w:t>
      </w:r>
      <w:r>
        <w:t>alization kya hai? maharfat kya hai? ke woh baat jo aap suni hai, jo mani hai, jo padha hai, yani Khuda ki maharfat, woh aap ke dil mein utar jaye. woh aap ke dimagh mein baith jaye. woh aap ki rooh mein sama j</w:t>
      </w:r>
    </w:p>
    <w:p>
      <w:pPr>
        <w:jc w:val="right"/>
      </w:pPr>
      <w:r>
        <w:t>الائزیشن کیا ہے؟ معرفت کیا ہے؟ کہ وہ بات جو آپ سنی ہے، جو مانی ہے، جو پڑھا ہے، یعنی خدا کی معرفت، وہ آپ کے دل میں اتر جائے۔ وہ آپ کے دماغ میں بیٹھ جائے۔ وہ آپ کی روح میں سما ج</w:t>
      </w:r>
    </w:p>
    <w:p>
      <w:r>
        <w:rPr>
          <w:b/>
        </w:rPr>
        <w:t xml:space="preserve">[11:57] </w:t>
      </w:r>
      <w:r>
        <w:t>aye. woh aap ke sine mein samandar ban kar, darya ban kar ke rawan ho jaye. to goya ke poora aap ka jo wajood hai, jo aap ki personality hai, us mein</w:t>
      </w:r>
    </w:p>
    <w:p>
      <w:pPr>
        <w:jc w:val="right"/>
      </w:pPr>
      <w:r>
        <w:t>ائے۔ وہ آپ کے سینے میں سمندر بن کر، دریا بن کر کے رواں ہو جائے۔ تو گویا کہ پورا آپ کا جو وجود ہے، جو آپ کی پرسنیلٹی ہے، اس میں</w:t>
      </w:r>
    </w:p>
    <w:p>
      <w:r>
        <w:rPr>
          <w:b/>
        </w:rPr>
        <w:t xml:space="preserve">[12:15] </w:t>
      </w:r>
      <w:r>
        <w:t>dhal jaye woh. Quran mein aik jagah hai ke sabghatullah, wa man ahsan minallahi sabghatun. Allah ka color. Yani apne aap ko Allah ke color mein rango. Woh</w:t>
      </w:r>
    </w:p>
    <w:p>
      <w:pPr>
        <w:jc w:val="right"/>
      </w:pPr>
      <w:r>
        <w:t>ڈھل جائے وہ۔ قرآن میں ایک جگہ ہے کہ سبغت اللہ، وَمَنْ أَحْسَنُ مِنَ اللّٰهِ سبغةٌ۔ اللہ کا کلر۔ یعنی اپنے آپ کو اللہ کے کلر میں رنگو۔ وہ</w:t>
      </w:r>
    </w:p>
    <w:p>
      <w:r>
        <w:rPr>
          <w:b/>
        </w:rPr>
        <w:t xml:space="preserve">[12:33] </w:t>
      </w:r>
      <w:r>
        <w:t>kitna acha hai Allah ka color. Is ka matlab kya hai? Dekhiye, yeh glass hai. Agar is glass mein pani hai, is pani mein aap pathar ka tukra daal dein, to</w:t>
      </w:r>
    </w:p>
    <w:p>
      <w:pPr>
        <w:jc w:val="right"/>
      </w:pPr>
      <w:r>
        <w:t>کتنا اچھا ہے اللہ کا کلر۔ اس کا مطلب کیا ہے؟ دیکھیے، یہ گلاس ہے۔ اگر اس گلاس میں پانی ہے، اس پانی میں آپ پتھر کا ٹکڑا ڈال دیں، تو</w:t>
      </w:r>
    </w:p>
    <w:p>
      <w:r>
        <w:rPr>
          <w:b/>
        </w:rPr>
        <w:t xml:space="preserve">[12:53] </w:t>
      </w:r>
      <w:r>
        <w:t>pani alag rahega aur pathar ka tukra alag rahega. Dono milenge nahi dono. Isi pani mein aap daal dein thoda sa color, to color jo hai poora pani mein ghul jayega. Sara pani isi rang mein</w:t>
      </w:r>
    </w:p>
    <w:p>
      <w:pPr>
        <w:jc w:val="right"/>
      </w:pPr>
      <w:r>
        <w:t>پانی الگ رہے گا اور پتھر کا ٹکڑا الگ رہے گا۔ دونوں ملیں گے نہیں دونوں۔ اسی پانی میں آپ ڈال دیں تھوڑا سا کلر، تو کلر جو ہے پورا پانی میں گھل جائے گا۔ سارا پانی اسی رنگ میں</w:t>
      </w:r>
    </w:p>
    <w:p>
      <w:r>
        <w:rPr>
          <w:b/>
        </w:rPr>
        <w:t xml:space="preserve">[13:11] </w:t>
      </w:r>
      <w:r>
        <w:t>rang jayega. Is se aap samajh sakte hain ke is ka matlab kya hai? Sabghatullah, wa man ahsan minallahi sabghatun. Ke tum is tarah se iman ko ikhtiyar karo, is tarah se tumhare andar marifat aaye, ke</w:t>
      </w:r>
    </w:p>
    <w:p>
      <w:pPr>
        <w:jc w:val="right"/>
      </w:pPr>
      <w:r>
        <w:t>رنگ جائے گا۔ اس سے آپ سمجھ سکتے ہیں کہ اس کا مطلب کیا ہے؟ سبغت اللہ، وَمَنْ أَحْسَنُ مِنَ اللّٰهِ سبغةٌ۔ کہ تم اس طرح سے ایمان کو اختیار کرو، اس طرح سے تمہارے اندر معرفت آئے، کہ</w:t>
      </w:r>
    </w:p>
    <w:p>
      <w:r>
        <w:rPr>
          <w:b/>
        </w:rPr>
        <w:t xml:space="preserve">[13:30] </w:t>
      </w:r>
      <w:r>
        <w:t>Khuda ki marifat tumhari shakhsiyat mein bilkul sama jaye. Tumhara orientation wahi ban jaye. Tumhara concern wahi ban jaye. Tumhara sochna, tumhara dekhna, tumhara sunna, tum</w:t>
      </w:r>
    </w:p>
    <w:p>
      <w:pPr>
        <w:jc w:val="right"/>
      </w:pPr>
      <w:r>
        <w:t>خدا کی معرفت تمہاری شخصیت میں بالکل سما جائے۔ تمہارا اورینٹیشن وہی بن جائے۔ تمہارا کنسرن وہی بن جائے۔ تمہارا سوچنا، تمہارا دیکھنا، تمہارا سننا، تمہ</w:t>
      </w:r>
    </w:p>
    <w:p>
      <w:r>
        <w:rPr>
          <w:b/>
        </w:rPr>
        <w:t xml:space="preserve">[13:48] </w:t>
      </w:r>
      <w:r>
        <w:t>hara chahna, sab kuch isi mein dhal jaye. Tab hoga woh marifat. To aik hai fiqhi iman ke darje mein Muslim banna. Aur doosra hai marifat ke darje mein Muslim banna. To</w:t>
      </w:r>
    </w:p>
    <w:p>
      <w:pPr>
        <w:jc w:val="right"/>
      </w:pPr>
      <w:r>
        <w:t>ارا چاہنا، سب کچھ اسی میں ڈھل جائے۔ تب ہوگا وہ معرفت۔ تو ایک ہے فقہی ایمان کے درجے میں مسلم بننا۔ اور دوسرا ہے معرفت کے درجے میں مسلم بننا۔ تو</w:t>
      </w:r>
    </w:p>
    <w:p>
      <w:r>
        <w:rPr>
          <w:b/>
        </w:rPr>
        <w:t xml:space="preserve">[14:07] </w:t>
      </w:r>
      <w:r>
        <w:t>fiqhi iman ke darje mein Muslim banna yeh hai ke aadmi munh se bol de, to us ko Muslim kaha jayega. Lekin marifat ke darje mein Muslim banna yeh hai ke jaise pani mein rang ghul jata hai, aise hi iman aap ki shakhsiyat mein,</w:t>
      </w:r>
    </w:p>
    <w:p>
      <w:pPr>
        <w:jc w:val="right"/>
      </w:pPr>
      <w:r>
        <w:t>فقہی ایمان کے درجے میں مسلم بننا یہ ہے کہ آدمی منہ سے بول دے، تو اس کو مسلم کہا جائے گا۔ لیکن معرفت کے درجے میں مسلم بننا یہ ہے کہ جیسے پانی میں رنگ گھل جاتا ہے، ایسے ہی ایمان آپ کی شخصیت میں،</w:t>
      </w:r>
    </w:p>
    <w:p>
      <w:r>
        <w:rPr>
          <w:b/>
        </w:rPr>
        <w:t xml:space="preserve">[14:25] </w:t>
      </w:r>
      <w:r>
        <w:t>aap ki personality mein ghul jaye. Aap ke dil mein, aap ke dimagh mein, aap ki rooh mein. Woh ghul jaye. Yeh hai marifat wala iman. Ab mein aik waqia arz karoon aap ko samajhne ke liye. To</w:t>
      </w:r>
    </w:p>
    <w:p>
      <w:pPr>
        <w:jc w:val="right"/>
      </w:pPr>
      <w:r>
        <w:t>آپ کی پرسنیلٹی میں گھل جائے۔ آپ کے دل میں، آپ کے دماغ میں، آپ کی روح میں۔ وہ گھل جائے۔ یہ ہے معرفت والا ایمان۔ اب میں ایک واقعہ عرض کروں آپ کو سمجھنے کے لیے۔ ٹ</w:t>
      </w:r>
    </w:p>
    <w:p>
      <w:r>
        <w:rPr>
          <w:b/>
        </w:rPr>
        <w:t xml:space="preserve">[14:43] </w:t>
      </w:r>
      <w:r>
        <w:t>to rest this point. Prophet of Islam jo the Muhammad Sallallahu Alaihi Wasallam, un ke jo ashaab the, un ke jo saathi the, un ke companion the, un mein aik sahib the, un ka naam tha a</w:t>
      </w:r>
    </w:p>
    <w:p>
      <w:pPr>
        <w:jc w:val="right"/>
      </w:pPr>
      <w:r>
        <w:t>و ریسٹڈ دس پوائنٹ۔ پرافٹ آف اسلام جو تھے محمد صلی اللہ علیہ وسلم، ان کے جو اصحاب تھے، ان کے جو ساتھی تھے، ان کے کمپینین تھے، ان میں ایک صاحب تھے، ان کا نام تھا ا</w:t>
      </w:r>
    </w:p>
    <w:p>
      <w:r>
        <w:rPr>
          <w:b/>
        </w:rPr>
        <w:t xml:space="preserve">[15:01] </w:t>
      </w:r>
      <w:r>
        <w:t>bu Rawaha. Abu Rawaha. Abu Rawaha ne aik din aik Muslim se kaha, aik Sahabi se kaha ke ta'alaw min sa'ah, aa</w:t>
      </w:r>
    </w:p>
    <w:p>
      <w:pPr>
        <w:jc w:val="right"/>
      </w:pPr>
      <w:r>
        <w:t>بو رواحہ۔ ابو رواحہ۔ ابو رواحہ نے ایک دن ایک مسلم سے کہا، ایک صحابی سے کہا کہ تعالوا من ساعة، آ</w:t>
      </w:r>
    </w:p>
    <w:p>
      <w:r>
        <w:rPr>
          <w:b/>
        </w:rPr>
        <w:t xml:space="preserve">[15:20] </w:t>
      </w:r>
      <w:r>
        <w:t>o hum thodi der ke liye iman layein. Aa'o hum thodi der ke liye iman layein. To un ko bohat yeh baat anokhi lagi ke iman to humein mil gaya, jab hum ne kalma padh liya, iman mil gaya. Ab</w:t>
      </w:r>
    </w:p>
    <w:p>
      <w:pPr>
        <w:jc w:val="right"/>
      </w:pPr>
      <w:r>
        <w:t>ؤ ہم تھوڑی دیر کے لیے ایمان لائیں۔ آؤ ہم تھوڑی دیر کے لیے ایمان لائیں۔ تو ان کو بہت یہ بات انوکھی لگی کہ ایمان تو ہمیں مل گیا، جب ہم نے کلمہ پڑھ لیا، ایمان مل گیا۔ اب</w:t>
      </w:r>
    </w:p>
    <w:p>
      <w:r>
        <w:rPr>
          <w:b/>
        </w:rPr>
        <w:t xml:space="preserve">[15:38] </w:t>
      </w:r>
      <w:r>
        <w:t>thodi der ka iman kya hota hai? Iman to humein permanently mil gaya. Jab hum ne kalma padha to humein iman permanently mil gaya. Ab thodi der ka iman kaisa hota hai? To unhon ne Rasool Allah se ja kar kaha, ya</w:t>
      </w:r>
    </w:p>
    <w:p>
      <w:pPr>
        <w:jc w:val="right"/>
      </w:pPr>
      <w:r>
        <w:t>تھوڑی دیر کا ایمان کیا ہوتا ہے؟ ایمان تو ہمیں پرماننٹلی مل گیا۔ جب ہم نے کلمہ پڑھا تو ہمیں ایمان پرماننٹلی مل گیا۔ اب تھوڑی دیر کا ایمان کیسا ہوتا ہے؟ تو انہوں نے رسول اللہ سے جا کر کہا، ی</w:t>
      </w:r>
    </w:p>
    <w:p>
      <w:r>
        <w:rPr>
          <w:b/>
        </w:rPr>
        <w:t xml:space="preserve">[15:57] </w:t>
      </w:r>
      <w:r>
        <w:t>ani goya ke shikayat ki. To Rasool Allah ne kaha ke Allah Abu Rawaha par reham kare. Yani Abu Rawaha par Allah ki blessing ho. Woh</w:t>
      </w:r>
    </w:p>
    <w:p>
      <w:pPr>
        <w:jc w:val="right"/>
      </w:pPr>
      <w:r>
        <w:t>عنی گویا کہ شکایت کی۔ تو رسول اللہ نے کہا کہ اللہ ابو رواحہ پر رحم کرے۔ یعنی ابو رواحہ پر اللہ کی بلیسنگ ہو۔ وہ</w:t>
      </w:r>
    </w:p>
    <w:p>
      <w:r>
        <w:rPr>
          <w:b/>
        </w:rPr>
        <w:t xml:space="preserve">[16:18] </w:t>
      </w:r>
      <w:r>
        <w:t>aise iman ko pasand karte hain jis par farishte, angel bhi rashk karein, envy karein. Farishte bhi is</w:t>
      </w:r>
    </w:p>
    <w:p>
      <w:pPr>
        <w:jc w:val="right"/>
      </w:pPr>
      <w:r>
        <w:t>ایسے ایمان کو پسند کرتے ہیں جس پر فرشتے، اینجل بھی رشک کریں، انوی کریں۔ فرشتے بھی اس</w:t>
      </w:r>
    </w:p>
    <w:p>
      <w:r>
        <w:rPr>
          <w:b/>
        </w:rPr>
        <w:t xml:space="preserve">[16:36] </w:t>
      </w:r>
      <w:r>
        <w:t>par rashk karein. Ab is mein sochiye aap ke farishte ya angel kyun rashk karte hain? Farishte jo hain woh Khuda ke presence mein jeete hain. Woh Khuda, Khuda un ke liye aik observable</w:t>
      </w:r>
    </w:p>
    <w:p>
      <w:pPr>
        <w:jc w:val="right"/>
      </w:pPr>
      <w:r>
        <w:t>پر رشک کریں۔ اب اس میں سوچیے آپ کہ فرشتے یا اینجل کیوں رشک کرتے ہیں؟ فرشتے جو ہیں وہ خدا کے پریزنس میں جیتے ہیں۔ وہ خدا، خدا ان کے لیے ایک ابز</w:t>
      </w:r>
    </w:p>
    <w:p>
      <w:r>
        <w:rPr>
          <w:b/>
        </w:rPr>
        <w:t xml:space="preserve">[16:54] </w:t>
      </w:r>
      <w:r>
        <w:t>fact hai. Aik seen cheez hai. Woh sab kuch direct har cheez ka ilm rakhte hain woh. Hum, hum to Khuda, humare liye Khuda unseen hai. Aur farishton ke</w:t>
      </w:r>
    </w:p>
    <w:p>
      <w:pPr>
        <w:jc w:val="right"/>
      </w:pPr>
      <w:r>
        <w:t>رویبل فیکٹ ہے۔ ایک سین چیز ہے۔ وہ سب کچھ ڈائریکٹ ہر چیز کا علم رکھتے ہیں وہ۔ ہم، ہم تو خدا، ہمارے لیے خدا ان سین ہے۔ اور فرشتوں کے</w:t>
      </w:r>
    </w:p>
    <w:p>
      <w:r>
        <w:rPr>
          <w:b/>
        </w:rPr>
        <w:t xml:space="preserve">[17:12] </w:t>
      </w:r>
      <w:r>
        <w:t>liye Khuda seen hai. To farishte aap jante hain ke poore ma'non mein Khuda ko surrender kiye hue hain, poori tarah se. Lekin yeh jo insan the, Abu Rawaha jaise log, jo Khuda ko na</w:t>
      </w:r>
    </w:p>
    <w:p>
      <w:pPr>
        <w:jc w:val="right"/>
      </w:pPr>
      <w:r>
        <w:t>لیے خدا سین ہے۔ تو فرشتے آپ جانتے ہیں کہ پورے معنوں میں خدا کو سرنڈر کیے ہوئے ہیں، پوری طریقے سے۔ لیکن یہ جو انسان تھے، ابو رواحہ جیسے لوگ، جو خدا کو نہ</w:t>
      </w:r>
    </w:p>
    <w:p>
      <w:r>
        <w:rPr>
          <w:b/>
        </w:rPr>
        <w:t xml:space="preserve">[17:30] </w:t>
      </w:r>
      <w:r>
        <w:t>dekhte hue bhi wahi darja marifat ka pa rahe the jo farishton ko dekh kar mil raha tha, us par un ko rashk hua ke dekho hum ko to marifat hai is liye ke hum Khuda ko dekh kar hum ne jana hai, dekh kar h</w:t>
      </w:r>
    </w:p>
    <w:p>
      <w:pPr>
        <w:jc w:val="right"/>
      </w:pPr>
      <w:r>
        <w:t>دیکھتے ہوئے بھی وہی درجہ معرفت کا پا رہے تھے جو فرشتوں کو دیکھ کر مل رہا تھا، اس پر ان کو رشک ہوا کہ دیکھو ہم کو تو معرفت ہے اس لیے کہ ہم خدا کو دیکھ کر ہم نے جانا ہے، دیکھ کر ہ</w:t>
      </w:r>
    </w:p>
    <w:p>
      <w:r>
        <w:rPr>
          <w:b/>
        </w:rPr>
        <w:t xml:space="preserve">[17:49] </w:t>
      </w:r>
      <w:r>
        <w:t>um ko yaqeen hua hai. Humare liye Khuda aik seen cheez hai, aik observable fact hai. Lekin is insan ko dekho ke woh to ghaib mein hai, Khuda us ke liye observable nahi hai, Khuda us ke liye un</w:t>
      </w:r>
    </w:p>
    <w:p>
      <w:pPr>
        <w:jc w:val="right"/>
      </w:pPr>
      <w:r>
        <w:t>م کو یقین ہوا ہے۔ ہمارے لیے خدا ایک سین چیز ہے، ایک ابزرویبل فیکٹ ہے۔ لیکن اس انسان کو دیکھو کہ وہ تو غیب میں ہے، خدا اس کے لیے ابزرویبل نہیں ہے، خدا اس کے لیے ان</w:t>
      </w:r>
    </w:p>
    <w:p>
      <w:r>
        <w:rPr>
          <w:b/>
        </w:rPr>
        <w:t xml:space="preserve">[18:07] </w:t>
      </w:r>
      <w:r>
        <w:t>seen hai. Phir bhi itni marifat, phir bhi itna realization ke us ko soch kar un ka iman barhta hai. Iman barhta hai. To iman barhna, Quran Majeed mein</w:t>
      </w:r>
    </w:p>
    <w:p>
      <w:pPr>
        <w:jc w:val="right"/>
      </w:pPr>
      <w:r>
        <w:t>سین ہے۔ پھر بھی اتنی معرفت، پھر بھی اتنا ریالائزیشن کہ اس کو سوچ کر ان کا ایمان بڑھتا ہے۔ ایمان بڑھتا ہے۔ تو ایمان بڑھنا، قرآن مجید میں</w:t>
      </w:r>
    </w:p>
    <w:p>
      <w:r>
        <w:rPr>
          <w:b/>
        </w:rPr>
        <w:t xml:space="preserve">[18:25] </w:t>
      </w:r>
      <w:r>
        <w:t>hai yeh baat ke imaan aik aisi cheez hai jo barhta rahe, barhta rahe, barhta rahe. Jaise aap dekhen dunya mein aik bari anokhi cheez hai, woh hai drakht ya tree. Aap dekhiye, pani dunya mein itna hai, itni pani, itni</w:t>
      </w:r>
    </w:p>
    <w:p>
      <w:pPr>
        <w:jc w:val="right"/>
      </w:pPr>
      <w:r>
        <w:t>ہے یہ بات کہ ایمان ایک ایسی چیز ہے جو بڑھتا رہے، بڑھتا رہے، بڑھتا رہے۔ جیسے آپ دیکھیں دنیا میں ایک بڑی انوکھی چیز ہے، وہ ہے درخت یا ٹری۔ آپ دیکھیے، پانی دنیا میں اتنا ہے، اتنی پانی، اتنی</w:t>
      </w:r>
    </w:p>
    <w:p>
      <w:r>
        <w:rPr>
          <w:b/>
        </w:rPr>
        <w:t xml:space="preserve">[18:43] </w:t>
      </w:r>
      <w:r>
        <w:t>ko itni rehta hai. Jo pathar hai, woh pathar waise ka waise hi rehta hai. Jo cheez dunya mein hai, woh waise ki waise hi rehti hai. Lekin peyr aisi cheez hai ke woh barhta hai, barhta hai. Grow karta hai. Grow</w:t>
      </w:r>
    </w:p>
    <w:p>
      <w:pPr>
        <w:jc w:val="right"/>
      </w:pPr>
      <w:r>
        <w:t>کو اتنی رہتا ہے۔ جو پتھر ہے، وہ پتھر ویسے کا ویسے ہی رہتا ہے۔ جو چیز دنیا میں ہے، وہ ویسے کی ویسے ہی رہتی ہے۔ لیکن پیڑ ایسی چیز ہے کہ وہ بڑھتا ہے، بڑھتا ہے۔ گرو کرتا ہے۔ گرو</w:t>
      </w:r>
    </w:p>
    <w:p>
      <w:r>
        <w:rPr>
          <w:b/>
        </w:rPr>
        <w:t xml:space="preserve">[19:02] </w:t>
      </w:r>
      <w:r>
        <w:t>karta hai. Aap jante hain ke aik seed hai, pehle seed ko aap dalte hain soil mein, seed se chota sa nikla plant, phir barhta raha, barhta raha, phir poora drakht ban gaya, phir us mein branches aayin, patiyan nikli, aur</w:t>
      </w:r>
    </w:p>
    <w:p>
      <w:pPr>
        <w:jc w:val="right"/>
      </w:pPr>
      <w:r>
        <w:t>کرتا ہے۔ آپ جانتے ہیں کہ ایک سیڈ ہے، پہلے سیڈ کو آپ ڈالتے ہیں سوائل میں، سیڈ سے چھوٹا سا نکلا پلانٹ، پھر بڑھتا رہا، بڑھتا رہا، پھر پورا درخت بن گیا، پھر اس میں برانچز آئیں، پتیاں نکلیں، اور</w:t>
      </w:r>
    </w:p>
    <w:p>
      <w:r>
        <w:rPr>
          <w:b/>
        </w:rPr>
        <w:t xml:space="preserve">[19:23] </w:t>
      </w:r>
      <w:r>
        <w:t>aur phool nikle, phal nikle. To ever growing phenomena hai drakht. Isi liye quran mein imaan ko drakht se tashbeeh di gayi hai. Quran mein hai ke kalma tayyaba jo hai, k</w:t>
      </w:r>
    </w:p>
    <w:p>
      <w:pPr>
        <w:jc w:val="right"/>
      </w:pPr>
      <w:r>
        <w:t>اور پھول نکلے، پھل نکلے۔ تو ایور گروئنگ فینامینا ہے درخت۔ اسی لیے قرآن میں ایمان کو درخت سے تشبیہ دی گئی ہے۔ قرآن میں ہے کہ کلمہ طیبہ جو ہے، ک</w:t>
      </w:r>
    </w:p>
    <w:p>
      <w:r>
        <w:rPr>
          <w:b/>
        </w:rPr>
        <w:t xml:space="preserve">[19:42] </w:t>
      </w:r>
      <w:r>
        <w:t>lma tayyaba jo hai, shajara tayyaba ki manind hai. Kalma tayyaba jo hai, woh shajara tayyaba ki manind hai. Aslaha sabita wa faraha fis samaa ke zameen mein is ko dala gaya, zameen mein is ki jarrein nikli</w:t>
      </w:r>
    </w:p>
    <w:p>
      <w:pPr>
        <w:jc w:val="right"/>
      </w:pPr>
      <w:r>
        <w:t>لمہ طیبہ جو ہے، شجرہ طیبہ کی مانند ہے۔ کلمہ طیبہ جو ہے، وہ شجرہ طیبہ کی مانند ہے۔ اصلہا ثابت و فرحا فی السماء کہ زمین میں اس کو ڈالا گیا، زمین میں اس کی جڑیں نکلی</w:t>
      </w:r>
    </w:p>
    <w:p>
      <w:r>
        <w:rPr>
          <w:b/>
        </w:rPr>
        <w:t xml:space="preserve">[20:00] </w:t>
      </w:r>
      <w:r>
        <w:t>n, phir barhne laga, barhne laga, barhne laga, yahan tak ke poora chha gaya. To imaan isi qism ka aik beej hai. Imaan jo hai aik beej hai. Insaan ke rooh mein woh beej dala jata hai. Insaan ke</w:t>
      </w:r>
    </w:p>
    <w:p>
      <w:pPr>
        <w:jc w:val="right"/>
      </w:pPr>
      <w:r>
        <w:t>ں، پھر بڑھنے لگا، بڑھنے لگا، بڑھنے لگا، یہاں تک کہ پورا چھا گیا۔ تو ایمان اسی قسم کا ایک بیج ہے۔ ایمان جو ہے ایک بیج ہے۔ انسان کے روح میں وہ بیج ڈالا جاتا ہے۔ انسان کے</w:t>
      </w:r>
    </w:p>
    <w:p>
      <w:r>
        <w:rPr>
          <w:b/>
        </w:rPr>
        <w:t xml:space="preserve">[20:19] </w:t>
      </w:r>
      <w:r>
        <w:t>mind mein woh beej dala jata hai. Matlab woh ideology, islam ki jo ideology hai, ideology of tauheed, us ko aap seed samjhiye. Seed ya beej. To islam ki ideology jo hai, just like seed hai, woh</w:t>
      </w:r>
    </w:p>
    <w:p>
      <w:pPr>
        <w:jc w:val="right"/>
      </w:pPr>
      <w:r>
        <w:t>مائنڈ میں وہ بیج ڈالا جاتا ہے۔ مطلب وہ ائیڈیالوجی، اسلام کی جو ائیڈیالوجی ہے، ائیڈیالوجی آف توحید، اس کو آپ سیڈ سمجھیے۔ سیڈ یا بیج۔ تو اسلام کی ائیڈیالوجی جو ہے، جسٹ لائک سیڈ ہے، وہ</w:t>
      </w:r>
    </w:p>
    <w:p>
      <w:r>
        <w:rPr>
          <w:b/>
        </w:rPr>
        <w:t xml:space="preserve">[20:37] </w:t>
      </w:r>
      <w:r>
        <w:t>mind mein dali gayi. To kya hua? Barhne lagi, barhne lagi, barhne lagi. Yahan tak ke aik poora drakht ban gayi. Yahi hai marifat. Yani fiqhi imaan mein koi barha barna nahi hota. Fiqhi imaan to hai ke aap ne kuch shab</w:t>
      </w:r>
    </w:p>
    <w:p>
      <w:pPr>
        <w:jc w:val="right"/>
      </w:pPr>
      <w:r>
        <w:t>مائنڈ میں ڈالی گئی۔ تو کیا ہوا؟ بڑھنے لگی، بڑھنے لگی، بڑھنے لگی۔ یہاں تک کہ ایک پورا درخت بن گئی۔ یہی ہے معرفت۔ یعنی فقہی ایمان میں کوئی بڑھا بڑھنا نہیں ہوتا۔ فقہی ایمان تو ہے کہ آپ نے کچھ شب</w:t>
      </w:r>
    </w:p>
    <w:p>
      <w:r>
        <w:rPr>
          <w:b/>
        </w:rPr>
        <w:t xml:space="preserve">[20:56] </w:t>
      </w:r>
      <w:r>
        <w:t>the, un ko dohra diya to bas ho gaya. Lekin jo marifat wala imaan hai, us mein barhta rehta, barhta rehta, barhta rehta hai. To mein yeh kahunga ke mar</w:t>
      </w:r>
    </w:p>
    <w:p>
      <w:pPr>
        <w:jc w:val="right"/>
      </w:pPr>
      <w:r>
        <w:t>تھے، ان کو دہرا دیا تو بس ہو گیا۔ لیکن جو معرفت والا ایمان ہے، اس میں بڑھتا رہتا، بڑھتا رہتا، بڑھتا رہتا ہے۔ تو میں یہ کہوں گا کہ معر</w:t>
      </w:r>
    </w:p>
    <w:p>
      <w:r>
        <w:rPr>
          <w:b/>
        </w:rPr>
        <w:t xml:space="preserve">[21:14] </w:t>
      </w:r>
      <w:r>
        <w:t>fat jo hai, kya hai? Marifat science of god ka naam hai. Marifat koi mysterious cheez nahi hai. Science of god ya ilm rabbani. To yeh science of god jo</w:t>
      </w:r>
    </w:p>
    <w:p>
      <w:pPr>
        <w:jc w:val="right"/>
      </w:pPr>
      <w:r>
        <w:t>فت جو ہے، کیا ہے؟ معرفت سائنس آف گاڈ کا نام ہے۔ معرفت کوئی مسٹیریس چیز نہیں ہے۔ سائنس آف گاڈ یا علم ربانی۔ تو یہ سائنس آف گاڈ جو</w:t>
      </w:r>
    </w:p>
    <w:p>
      <w:r>
        <w:rPr>
          <w:b/>
        </w:rPr>
        <w:t xml:space="preserve">[21:32] </w:t>
      </w:r>
      <w:r>
        <w:t>hai, yeh kaise barhti hai? Yeh marifat kaise aati hai insaan ke andar? Us ko ghor kijiye. Hum dekhte hain kayi log history mein jinhone kuch tareeqe bataye, maslan sufia ka tareeqa, su</w:t>
      </w:r>
    </w:p>
    <w:p>
      <w:pPr>
        <w:jc w:val="right"/>
      </w:pPr>
      <w:r>
        <w:t>ہے، یہ کیسے بڑھتی ہے؟ یہ معرفت کیسے آتی ہے انسان کے اندر؟ اس کو غور کیجیے۔ ہم دیکھتے ہیں کئی لوگ ہسٹری میں جنہوں نے کچھ طریقے بتائے، مثلاً صوفیا کا طریقہ، ص</w:t>
      </w:r>
    </w:p>
    <w:p>
      <w:r>
        <w:rPr>
          <w:b/>
        </w:rPr>
        <w:t xml:space="preserve">[21:50] </w:t>
      </w:r>
      <w:r>
        <w:t>fia ne kuch tareeqe nikale, muraqba ka tareeqa, aur zikr ka tareeqa, zikr bistar aur zikr bil jahir ka tareeqa, aur saans aise liya, saans waise liya jaye, waghera waghera. Mein samajhta hoon ke yeh asal baat nahi hai. Ji</w:t>
      </w:r>
    </w:p>
    <w:p>
      <w:pPr>
        <w:jc w:val="right"/>
      </w:pPr>
      <w:r>
        <w:t>وفیا نے کچھ طریقے نکالے، مراقبہ کا طریقہ، اور ذکر کا طریقہ، ذکر بستر اور ذکر بالجہر کا طریقہ، اور سانس ایسے لیا، سانس ویسے لیا جائے، وغیرہ وغیرہ۔ میں سمجھتا ہوں کہ یہ اصل بات نہیں ہے۔ ج</w:t>
      </w:r>
    </w:p>
    <w:p>
      <w:r>
        <w:rPr>
          <w:b/>
        </w:rPr>
        <w:t xml:space="preserve">[22:09] </w:t>
      </w:r>
      <w:r>
        <w:t>tne sufia wale tareeqe hain, woh sab, woh sab physical level par amal karne ke liye hain. Physical level par. To marifat to physical cheez hai nahi. Woh aaj kal to bohat hi oonche darje ki intellectual cheez hai. To kisi bhi</w:t>
      </w:r>
    </w:p>
    <w:p>
      <w:pPr>
        <w:jc w:val="right"/>
      </w:pPr>
      <w:r>
        <w:t>تنے صوفیا والے طریقے ہیں، وہ سب، وہ سب فزیکل لیول پر عمل کرنے کے لیے ہیں۔ فزیکل لیول پر۔ تو معرفت تو فزیکل چیز ہے نہیں۔ وہ آج کل تو بہت ہی اونچے درجے کی انٹلیکچول چیز ہے۔ تو کسی بھی</w:t>
      </w:r>
    </w:p>
    <w:p>
      <w:r>
        <w:rPr>
          <w:b/>
        </w:rPr>
        <w:t xml:space="preserve">[22:28] </w:t>
      </w:r>
      <w:r>
        <w:t>qism ki physical practice se marifat nahi aati. Aap raat din muraqba karen, raat din zuban se quran parhte rahen. Us se nahi hota. Hazrat ayesha se kaha gaya ke falan aadmi jo hai, falan log jo hain, kuch log the, woh</w:t>
      </w:r>
    </w:p>
    <w:p>
      <w:pPr>
        <w:jc w:val="right"/>
      </w:pPr>
      <w:r>
        <w:t>قسم کی فزیکل پریکٹس سے معرفت نہیں آتی۔ آپ رات دن مراقبہ کریں، رات دن زبان سے قرآن پڑھتے رہیں۔ اس سے نہیں ہوتا۔ حضرت عائشہ سے کہا گیا کہ فلاں آدمی جو ہے، فلاں لوگ جو ہیں، کچھ لوگ تھے، وہ</w:t>
      </w:r>
    </w:p>
    <w:p>
      <w:r>
        <w:rPr>
          <w:b/>
        </w:rPr>
        <w:t xml:space="preserve">[22:47] </w:t>
      </w:r>
      <w:r>
        <w:t>log quran parhna shuru karte hain subah sham se aur subah tak do baar parh dalte hain. Yani aik raat mein do baar parh dalte hain. To unhone kaha ke unhone</w:t>
      </w:r>
    </w:p>
    <w:p>
      <w:pPr>
        <w:jc w:val="right"/>
      </w:pPr>
      <w:r>
        <w:t>لوگ قرآن پڑھنا شروع کرتے ہیں صبح شام سے اور صبح تک دو بار پڑھ ڈالتے ہیں۔ یعنی ایک رات میں دو بار پڑھ ڈالتے ہیں۔ تو انہوں نے کہا کہ انہوں نے</w:t>
      </w:r>
    </w:p>
    <w:p>
      <w:r>
        <w:rPr>
          <w:b/>
        </w:rPr>
        <w:t xml:space="preserve">[23:06] </w:t>
      </w:r>
      <w:r>
        <w:t>parha, magar unhone nahi parha. Yeh marifat wali tilawat to ki nahi unhone. Yeh to sirf recitation wali tilawat ki. Yani quran ke jo shab the, jo word the, us ko woh dohrate rahe. Us</w:t>
      </w:r>
    </w:p>
    <w:p>
      <w:pPr>
        <w:jc w:val="right"/>
      </w:pPr>
      <w:r>
        <w:t>پڑھا، مگر انہوں نے نہیں پڑھا۔ یہ معرفت والی تلاوت تو کی نہیں انہوں نے۔ یہ تو صرف ریسیٹیشن والی تلاوت کی۔ یعنی قرآن کے جو شب تھے، جو ورڈ تھے، اس کو وہ دہراتے رہے۔ اس</w:t>
      </w:r>
    </w:p>
    <w:p>
      <w:r>
        <w:rPr>
          <w:b/>
        </w:rPr>
        <w:t xml:space="preserve">[23:24] </w:t>
      </w:r>
      <w:r>
        <w:t>se imaan nahi barhega. Imaan barhega jab us mein aap sochen, us mein aap tafakkur karen, us mein aap ghor karen, gehrai ke sath. Tab barhega imaan. To unhone kaha ke unhone</w:t>
      </w:r>
    </w:p>
    <w:p>
      <w:pPr>
        <w:jc w:val="right"/>
      </w:pPr>
      <w:r>
        <w:t>سے ایمان نہیں بڑھے گا۔ ایمان بڑھے گا جب اس میں آپ سوچیں، اس میں آپ تفکر کریں، اس میں آپ غور کریں، گہرائی کے ساتھ۔ تب بڑھے گا ایمان۔ تو انہوں نے کہا کہ انہوں</w:t>
      </w:r>
    </w:p>
    <w:p>
      <w:r>
        <w:rPr>
          <w:b/>
        </w:rPr>
        <w:t xml:space="preserve">[23:43] </w:t>
      </w:r>
      <w:r>
        <w:t>ne parha, magar marifat to mili nahi un ko. Marifat nahi mili. Parna na parna barabar ho gaya. To dekhiye, yeh tareeqa hai ke raat din tilawaten karo, raat din roze rakho, muraqba karo. Yeh sab kya hai? Physical exercise hai. Physical ex</w:t>
      </w:r>
    </w:p>
    <w:p>
      <w:pPr>
        <w:jc w:val="right"/>
      </w:pPr>
      <w:r>
        <w:t>نے پڑھا، مگر معرفت تو ملی نہیں ان کو۔ معرفت نہیں ملی۔ پڑھنا نہ پڑھنا برابر ہو گیا۔ تو دیکھیے، یہ طریقہ ہے کہ رات دن تلاوتیں کرو، رات دن روزے رکھو، مراقبہ کرو۔ یہ سب کیا ہے؟ فزیکل ایکسرسائز ہے۔ فزیکل ایکسر</w:t>
      </w:r>
    </w:p>
    <w:p>
      <w:r>
        <w:rPr>
          <w:b/>
        </w:rPr>
        <w:t xml:space="preserve">[24:01] </w:t>
      </w:r>
      <w:r>
        <w:t>ercise se aap spiritual development nahi ho sakta. Physical exercise se intellectual development nahi ho sakta. Spiritual development hoga intellectual exercise se, physical nahi. Aise hi dekhiye, koi log fi</w:t>
      </w:r>
    </w:p>
    <w:p>
      <w:pPr>
        <w:jc w:val="right"/>
      </w:pPr>
      <w:r>
        <w:t>سائز سے آپ اسپرچول ڈیویلپمنٹ نہیں ہو سکتا۔ فزیکل ایکسرسائز سے انٹلیکچول ڈیویلپمنٹ نہیں ہو سکتا۔ اسپرچول ڈیویلپمنٹ ہوگا انٹلیکچول ایکسرسائز سے، فزیکل نہیں۔ ایسے ہی دیکھیے، کوئی لوگ ف</w:t>
      </w:r>
    </w:p>
    <w:p>
      <w:r>
        <w:rPr>
          <w:b/>
        </w:rPr>
        <w:t xml:space="preserve">[24:20] </w:t>
      </w:r>
      <w:r>
        <w:t>qah ke andaaz mein sochte hain to woh pattern par zor dete hain, pattern. Aise namaz parho, aise ibadat karo. Yani pattern based ibadat. To un ka yeh kehna hai ke aik dam theek theek us pattern ko dohrao.</w:t>
      </w:r>
    </w:p>
    <w:p>
      <w:pPr>
        <w:jc w:val="right"/>
      </w:pPr>
      <w:r>
        <w:t>قہ کے انداز میں سوچتے ہیں تو وہ پیٹرن پر زور دیتے ہیں، پیٹرن۔ ایسے نماز پڑھو، ایسے عبادت کرو۔ یعنی پیٹرن بیسڈ عبادت۔ تو ان کا یہ کہنا ہے کہ ایک دم ٹھیک ٹھیک اس پیٹرن کو دہراؤ۔</w:t>
      </w:r>
    </w:p>
    <w:p>
      <w:r>
        <w:rPr>
          <w:b/>
        </w:rPr>
        <w:t xml:space="preserve">[24:38] </w:t>
      </w:r>
      <w:r>
        <w:t>theek theek is form ko dohrao. to yeh yeh bhi marifat se koi talluq is ka nahin. jitna hi zyada aap form ko dohraen, is pattern ko dohraen, to woh</w:t>
      </w:r>
    </w:p>
    <w:p>
      <w:pPr>
        <w:jc w:val="right"/>
      </w:pPr>
      <w:r>
        <w:t>ٹھیک ٹھیک اس فارم کو دہراؤ۔ تو یہ یہ بھی معرفت سے کوئی تعلق اس کا نہیں۔ جتنا ہی زیادہ آپ فارم کو دہرائیں، اس پیٹرن کو دہرائیں، تو وہ</w:t>
      </w:r>
    </w:p>
    <w:p>
      <w:r>
        <w:rPr>
          <w:b/>
        </w:rPr>
        <w:t xml:space="preserve">[24:57] </w:t>
      </w:r>
      <w:r>
        <w:t>hai physical cheez hai. woh zahiri cheez hai. to physical repetition se aisa nahin ho sakta hai ke aap ke andar spiritual development ho, intellectual o</w:t>
      </w:r>
    </w:p>
    <w:p>
      <w:pPr>
        <w:jc w:val="right"/>
      </w:pPr>
      <w:r>
        <w:t>ہے فزیکل چیز ہے۔ وہ ظاہری چیز ہے۔ تو فزیکل ریپیٹیشن سے ایسا نہیں ہو سکتا ہے کہ آپ کے اندر اسپرچول ڈیویلپمنٹ ہو، انٹلیکچول او</w:t>
      </w:r>
    </w:p>
    <w:p>
      <w:r>
        <w:rPr>
          <w:b/>
        </w:rPr>
        <w:t xml:space="preserve">[25:15] </w:t>
      </w:r>
      <w:r>
        <w:t>rkening ho, intellectual enlightenment ho. is wajah se main samajhta hoon ke yeh tareeqa nahin. sufiyon ka tareeqa, is se bhi main nahin samajhta ke marifat aati hai. fiqhi tareeqa jo hai, is se bhi main nahin samajhta ke marifat aati hai. sahi tareeqa jo hai, woh Quran</w:t>
      </w:r>
    </w:p>
    <w:p>
      <w:pPr>
        <w:jc w:val="right"/>
      </w:pPr>
      <w:r>
        <w:t>یکننگ ہو، انٹلیکچول انلائٹنمنٹ ہو۔ اس وجہ سے میں سمجھتا ہوں کہ یہ طریقہ نہیں۔ صوفیوں کا طریقہ، اس سے بھی میں نہیں سمجھتا کہ معرفت آتی ہے۔ فقہی طریقہ جو ہے، اس سے بھی میں نہیں سمجھتا کہ معرفت آتی ہے۔ صحیح طریقہ جو ہے، وہ قرآن</w:t>
      </w:r>
    </w:p>
    <w:p>
      <w:r>
        <w:rPr>
          <w:b/>
        </w:rPr>
        <w:t xml:space="preserve">[25:33] </w:t>
      </w:r>
      <w:r>
        <w:t>mein bataya gaya hai. tafakkur, tadabbur, tazakkur, yeh tabassum. yani aap Quran ko parhen, is par sochen. is nature ko dekhen, is ko sochen. zameen o aasman ko dekhen, is par sochen. is</w:t>
      </w:r>
    </w:p>
    <w:p>
      <w:pPr>
        <w:jc w:val="right"/>
      </w:pPr>
      <w:r>
        <w:t>میں بتایا گیا ہے۔ تفکر، تدبر، تذکر، یہ تبسم۔ یعنی آپ قرآن کو پڑھیں، اس پر سوچیں۔ اس نیچر کو دیکھیں، اس کو سوچیں۔ زمین و آسمان کو دیکھیں، اس پر سوچیں۔ اس</w:t>
      </w:r>
    </w:p>
    <w:p>
      <w:r>
        <w:rPr>
          <w:b/>
        </w:rPr>
        <w:t xml:space="preserve">[25:52] </w:t>
      </w:r>
      <w:r>
        <w:t>se aap ko inspiration milta hai. jaise suppose solar system ko lijie. solar system ko hum tasweeron mein dekhte hain, kitabon mein dekhte hain. ab, ab, ab is ko aap sochen ke kis tarah</w:t>
      </w:r>
    </w:p>
    <w:p>
      <w:pPr>
        <w:jc w:val="right"/>
      </w:pPr>
      <w:r>
        <w:t>سے آپ کو انسپریشن ملتا ہے۔ جیسے سپوز سولر سسٹم کو لیجیے۔ سولر سسٹم کو ہم تصویروں میں دیکھتے ہیں، کتابوں میں دیکھتے ہیں۔ اب، اب، اب اس کو آپ سوچیے کہ کس طرح</w:t>
      </w:r>
    </w:p>
    <w:p>
      <w:r>
        <w:rPr>
          <w:b/>
        </w:rPr>
        <w:t xml:space="preserve">[26:10] </w:t>
      </w:r>
      <w:r>
        <w:t>itna bara suraj hai. is ke charon taraf bohat sare planets ghoom rahe hain. inhi mein se ek planet zameen hai hamari. to bohat door khala mein, space mein, woh barabar move kar rah</w:t>
      </w:r>
    </w:p>
    <w:p>
      <w:pPr>
        <w:jc w:val="right"/>
      </w:pPr>
      <w:r>
        <w:t>اتنا بڑا سورج ہے۔ اس کے چاروں طرف بہت سارے پلینٹس گھوم رہے ہیں۔ انہی میں سے ایک پلینٹ زمین ہے ہماری۔ تو بہت دور خلا میں، اسپیس میں، وہ برابر موو کر رہ</w:t>
      </w:r>
    </w:p>
    <w:p>
      <w:r>
        <w:rPr>
          <w:b/>
        </w:rPr>
        <w:t xml:space="preserve">[26:28] </w:t>
      </w:r>
      <w:r>
        <w:t>e hain, barabar move kar rahe hain. to ek ajeeb, ek ek travel experience hota hai ke itna bara solar system kaise koi control kar raha hai is ko. itna bara solar s</w:t>
      </w:r>
    </w:p>
    <w:p>
      <w:pPr>
        <w:jc w:val="right"/>
      </w:pPr>
      <w:r>
        <w:t>ے ہیں، برابر موو کر رہے ہیں۔ تو ایک عجیب، ایک ایک ٹریبل ایکسپیرینس ہوتا ہے کہ اتنا بڑا سولر سسٹم کیسے کوئی کنٹرول کر رہا ہے اس کو۔ اتنا بڑا سولر س</w:t>
      </w:r>
    </w:p>
    <w:p>
      <w:r>
        <w:rPr>
          <w:b/>
        </w:rPr>
        <w:t xml:space="preserve">[26:46] </w:t>
      </w:r>
      <w:r>
        <w:t>ystem jo hai, kaise Khuda use control kar raha hai. aur phir poore universe ko dekhen, yeh bohat hi bari hai, bohat hi bari hai, bohat hi bari hai. to jab aap dekhte hain astronomical bodies ko, solar system ko, galaxy ko, to</w:t>
      </w:r>
    </w:p>
    <w:p>
      <w:pPr>
        <w:jc w:val="right"/>
      </w:pPr>
      <w:r>
        <w:t>سٹم جو ہے، کیسے خدا اسے کنٹرول کر رہا ہے۔ اور پھر پورے یونیورس کو دیکھیے، یہ بہت ہی بڑی ہے، بہت ہی بڑی ہے، بہت ہی بڑی ہے۔ تو جب آپ دیکھتے ہیں ایسٹرانومیکل باڈیز کو، سولر سسٹم کو، گلیکسی کو، تو</w:t>
      </w:r>
    </w:p>
    <w:p>
      <w:r>
        <w:rPr>
          <w:b/>
        </w:rPr>
        <w:t xml:space="preserve">[27:05] </w:t>
      </w:r>
      <w:r>
        <w:t>aap Khuda greatness ka, Khuda ki greatness ko dekhne lagte hain. Khuda ki greatness ko dekhne lagte hain. jaise kisi shayar ne kaha hai ke tareef us Khuda ki jis ne jahan banaya.</w:t>
      </w:r>
    </w:p>
    <w:p>
      <w:pPr>
        <w:jc w:val="right"/>
      </w:pPr>
      <w:r>
        <w:t>آپ خدا گریٹنس کا، خدا کی گریٹنس کو دیکھنے لگتے ہیں۔ خدا کی گریٹنس کو دیکھنے لگتے ہیں۔ جیسے کسی شاعر نے کہا ہے کہ تعریف اس خدا کی جس نے جہاں بنایا۔</w:t>
      </w:r>
    </w:p>
    <w:p>
      <w:r>
        <w:rPr>
          <w:b/>
        </w:rPr>
        <w:t xml:space="preserve">[27:23] </w:t>
      </w:r>
      <w:r>
        <w:t>yani itni bari dunya bana dali. tareef us Khuda ki jis ne jahan banaya. kaisi zameen banai? kya aasman banaya? to aap jab sochen zameen ke bare mein, aasman ke bare mein, s</w:t>
      </w:r>
    </w:p>
    <w:p>
      <w:pPr>
        <w:jc w:val="right"/>
      </w:pPr>
      <w:r>
        <w:t>یعنی اتنی بڑی دنیا بنا ڈالی۔ تعریف اس خدا کی جس نے جہاں بنایا۔ کیسی زمین بنائی؟ کیا آسمان بنایا؟ تو آپ جب سوچتے ہیں زمین کے بارے میں، آسمان کے بارے میں، س</w:t>
      </w:r>
    </w:p>
    <w:p>
      <w:r>
        <w:rPr>
          <w:b/>
        </w:rPr>
        <w:t xml:space="preserve">[27:42] </w:t>
      </w:r>
      <w:r>
        <w:t>olar system ke bare mein, hawa ke bare mein, pani ke bare mein, aap ko jo life support system mila hua hai dunya mein, is ke bare mein, to ek ek travel experience hota hai. ek thrilling experience hota hai. yeh hai marifat. to marifat</w:t>
      </w:r>
    </w:p>
    <w:p>
      <w:pPr>
        <w:jc w:val="right"/>
      </w:pPr>
      <w:r>
        <w:t>ولر سسٹم کے بارے میں، ہوا کے بارے میں، پانی کے بارے میں، آپ کو جو لائف سپورٹ سسٹم ملا ہوا ہے دنیا میں، اس کے بارے میں، تو ایک ایک ٹریول ایکسپیرینس ہوتا ہے۔ ایک تھرلنگ ایکسپیرینس ہوتا ہے۔ یہ ہے معرفت۔ تو معرفت</w:t>
      </w:r>
    </w:p>
    <w:p>
      <w:r>
        <w:rPr>
          <w:b/>
        </w:rPr>
        <w:t xml:space="preserve">[28:00] </w:t>
      </w:r>
      <w:r>
        <w:t>ka zariya jo hai, kya hai? Quran Khuda ki kitab hai. is mein aap parhen, is ko sochen. yeh nature jo hai, woh Khuda creation hai. is mein aap sochen to creation mein aap ko Khuda ki jhalakiyan dikhai dengi. j</w:t>
      </w:r>
    </w:p>
    <w:p>
      <w:pPr>
        <w:jc w:val="right"/>
      </w:pPr>
      <w:r>
        <w:t>کا ذریعہ جو ہے، کیا ہے؟ قرآن خدا کی کتاب ہے۔ اس میں آپ پڑھیں، اس کو سوچیں۔ یہ نیچر جو ہے، وہ خدا کریشن ہے۔ اس میں آپ سوچیں تو کریشن میں آپ کو خدا کی جھلکیاں دکھائی دیں گی۔ ج</w:t>
      </w:r>
    </w:p>
    <w:p>
      <w:r>
        <w:rPr>
          <w:b/>
        </w:rPr>
        <w:t xml:space="preserve">[28:20] </w:t>
      </w:r>
      <w:r>
        <w:t>aise aap dekhen ek bohat achhi machine ko, bohat achhi machine ko, to jab aap dekhte hain to aap hairaan reh jaate hain ke kis tarah design kiya kisi engineer ne is ko. main ek martaba ek karkhane mein gaya to woh</w:t>
      </w:r>
    </w:p>
    <w:p>
      <w:pPr>
        <w:jc w:val="right"/>
      </w:pPr>
      <w:r>
        <w:t>یسے آپ دیکھیں ایک بہت اچھی مشین کو، بہت اچھی مشین کو، تو جب آپ دیکھتے ہیں تو آپ حیران رہ جاتے ہیں کہ کس طرح ڈیزائن کیا کسی انجینئر نے اس کو۔ میں ایک مرتبہ ایک کارخانے میں گیا تو وہ</w:t>
      </w:r>
    </w:p>
    <w:p>
      <w:r>
        <w:rPr>
          <w:b/>
        </w:rPr>
        <w:t xml:space="preserve">[28:38] </w:t>
      </w:r>
      <w:r>
        <w:t>ahan par ek nai machine lagai gai thi, nai machine. to is mein jo flying wheel hota hai, to is ka jo malik tha, us ne kaha ke dekhen, main aap ko ek cheez dikhata hoon. to ek switch us ne dabaya, to</w:t>
      </w:r>
    </w:p>
    <w:p>
      <w:pPr>
        <w:jc w:val="right"/>
      </w:pPr>
      <w:r>
        <w:t>اں پر ایک نئی مشین لگائی گئی تھی، نئی مشین۔ تو اس میں جو فلائنگ ویل ہوتا ہے، تو اس کا جو مالک تھا، اس نے کہا کہ دیکھیں، میں آپ کو ایک چیز دکھاتا ہوں۔ تو ایک سوئچ اس نے دبایا، تو</w:t>
      </w:r>
    </w:p>
    <w:p>
      <w:r>
        <w:rPr>
          <w:b/>
        </w:rPr>
        <w:t xml:space="preserve">[28:56] </w:t>
      </w:r>
      <w:r>
        <w:t>flying wheel jo tha, woh second poori is mein ghoomne laga, poori speed mein ghoomne laga. with in second poori speed mein ghoomne laga. phir ab dekhen, ek aur button dabaya us ne, to with in secon</w:t>
      </w:r>
    </w:p>
    <w:p>
      <w:pPr>
        <w:jc w:val="right"/>
      </w:pPr>
      <w:r>
        <w:t>فلائنگ ویل جو تھا، وہ سیکنڈ پوری اس میں گھومنے لگا، پوری سپیڈ میں گھومنے لگا ہوا۔ ود ان سیکنڈ پوری سپیڈ میں گھومنے لگا۔ پھر اب دیکھیے، ایک اور بٹن دبایا اس نے، تو ود ان سیکن</w:t>
      </w:r>
    </w:p>
    <w:p>
      <w:r>
        <w:rPr>
          <w:b/>
        </w:rPr>
        <w:t xml:space="preserve">[29:14] </w:t>
      </w:r>
      <w:r>
        <w:t>d us ne direction badal liya. isi speed se idhar ghoomne laga. pehle aise ghoom raha tha, ab idhar ghoomne laga. to main samajhne laga, kaisa ajeeb hoga woh mind, woh engineer jis ne is ko design kiya. ek choti si</w:t>
      </w:r>
    </w:p>
    <w:p>
      <w:pPr>
        <w:jc w:val="right"/>
      </w:pPr>
      <w:r>
        <w:t>ڈ اس نے ڈائریکشن بدل لیا۔ اسی سپیڈ سے ادھر گھومنے لگا۔ پہلے ایسے گھوم رہا تھا، اب ادھر گھومنے لگا۔ تو میں سمجھنے لگا، کیسا عجیب ہوگا وہ مائنڈ، وہ انجینئر جس نے اس کو ڈیزائن کیا۔ ایک چھوٹی سی</w:t>
      </w:r>
    </w:p>
    <w:p>
      <w:r>
        <w:rPr>
          <w:b/>
        </w:rPr>
        <w:t xml:space="preserve">[29:32] </w:t>
      </w:r>
      <w:r>
        <w:t>misal hai, bohat choti si. to jab aap dekhte hain Quran ko, to ab bhi aap sochen Quran mein jo usloob hai, jo andaaz hai, jo jo is ka, is ka jo me</w:t>
      </w:r>
    </w:p>
    <w:p>
      <w:pPr>
        <w:jc w:val="right"/>
      </w:pPr>
      <w:r>
        <w:t>مثال ہے، بہت چھوٹی سی۔ تو جب آپ دیکھتے ہیں قرآن کو، تو اب بھی آپ سوچتے ہیں قرآن میں جو اسلوب ہے، جو انداز ہے، جو جو اس کا، اس کا جو مع</w:t>
      </w:r>
    </w:p>
    <w:p>
      <w:r>
        <w:rPr>
          <w:b/>
        </w:rPr>
        <w:t xml:space="preserve">[29:51] </w:t>
      </w:r>
      <w:r>
        <w:t>yar hai, is ka adabi meyar itna ooncha hai ke is mein aap dekhte hain ke kitni ek bohat bara experience milta hai is mein aap ko. phir aap jab sochen nature ke bare mein, Khuda ke creation ke bare mein, to bohat bara aap</w:t>
      </w:r>
    </w:p>
    <w:p>
      <w:pPr>
        <w:jc w:val="right"/>
      </w:pPr>
      <w:r>
        <w:t>یار ہے، اس کا ادبی معیار اتنا اونچا ہے کہ اس میں آپ دیکھتے ہیں کہ کتنی ایک بہت بڑا ایکسپیرینس ملتا ہے اس میں آپ کو۔ پھر آپ جب سوچتے ہیں نیچر کے بارے میں، خدا کے کریشن کے بارے میں، تو بہت بڑا آپ</w:t>
      </w:r>
    </w:p>
    <w:p>
      <w:r>
        <w:rPr>
          <w:b/>
        </w:rPr>
        <w:t xml:space="preserve">[30:09] </w:t>
      </w:r>
      <w:r>
        <w:t>ko ehsas hota hai ke kitna bara Khuda jis ne is ko banaya. to yeh hai marifat. main kahoon ke marifat ek science of God hai. marifat koi mysterious cheez nahin hai. koi mysterious cheez nahin hai. marifat woh science of God hai. to</w:t>
      </w:r>
    </w:p>
    <w:p>
      <w:pPr>
        <w:jc w:val="right"/>
      </w:pPr>
      <w:r>
        <w:t>کو احساس ہوتا ہے کہ کتنا بڑا خدا جس نے اس کو بنایا۔ تو یہ ہے معرفت۔ میں کہوں کہ معرفت ایک سائنس آف گاڈ ہے۔ معرفت کوئی مسٹیریس چیز نہیں ہے۔ کوئی مسٹیریس چیز نہیں ہے۔ معرفت وہ سائنس آف گاڈ ہے۔ تو</w:t>
      </w:r>
    </w:p>
    <w:p>
      <w:r>
        <w:rPr>
          <w:b/>
        </w:rPr>
        <w:t xml:space="preserve">[30:29] </w:t>
      </w:r>
      <w:r>
        <w:t>aap God par sochen, Khuda ki kitab par sochen, nature par sochen, is universe ke bare mein sochen. yahi source hai marifat ka. yahi source hai marifat ka. yeh</w:t>
      </w:r>
    </w:p>
    <w:p>
      <w:pPr>
        <w:jc w:val="right"/>
      </w:pPr>
      <w:r>
        <w:t>آپ گاڈ پر سوچتے ہیں، خدا کی کتاب پر سوچتے ہیں، نیچر پر سوچتے ہیں، اس یونیورس کے بارے میں سوچتے ہیں۔ یہی سورس ہے معرفت کا۔ یہی سورس ہے معرفت کا۔ یہ</w:t>
      </w:r>
    </w:p>
    <w:p>
      <w:r>
        <w:rPr>
          <w:b/>
        </w:rPr>
        <w:t xml:space="preserve">[30:48] </w:t>
      </w:r>
      <w:r>
        <w:t>source hai marifat ka. main to jab cheezon ko dekhta hoon, jaise ghaas ko dekhta hoon, darakht ko dekhta hoon, river ko dekhta hoon, pahaad ko dekhta hoon, sitaron ko dekhta hoon, to ajeeb ehsaas hota hai ke</w:t>
      </w:r>
    </w:p>
    <w:p>
      <w:pPr>
        <w:jc w:val="right"/>
      </w:pPr>
      <w:r>
        <w:t>سورس ہے معرفت کا۔ میں تو جب چیزوں کو دیکھتا ہوں، جیسے گھاس کو دیکھتا ہوں، درخت کو دیکھتا ہوں، ریور کو دیکھتا ہوں، پہاڑ کو دیکھتا ہوں، ستاروں کو دیکھتا ہوں، تو عجیب احساس ہوتا ہے کہ</w:t>
      </w:r>
    </w:p>
    <w:p>
      <w:r>
        <w:rPr>
          <w:b/>
        </w:rPr>
        <w:t xml:space="preserve">[31:06] </w:t>
      </w:r>
      <w:r>
        <w:t>har cheez apne final model par hai. final model. kisi cheez ka bhi koi doosra model aap soch nahi sakte. har cheez ka, har cheez apne apne final model par hai. chahe ek machhli ho, chahe ek chidiya ho, chahe ek tiger ho. ati</w:t>
      </w:r>
    </w:p>
    <w:p>
      <w:pPr>
        <w:jc w:val="right"/>
      </w:pPr>
      <w:r>
        <w:t>ہر چیز اپنے فائنل ماڈل پر ہے۔ فائنل ماڈل۔ کسی چیز کا بھی کوئی دوسرا ماڈل آپ سوچ نہیں سکتے۔ ہر چیز کا، ہر چیز اپنے اپنے فائنل ماڈل پر ہے۔ چاہے ایک مچھلی ہو، چاہے ایک چڑیا ہو، چاہے ایک ٹائیگر ہو۔ ات</w:t>
      </w:r>
    </w:p>
    <w:p>
      <w:r>
        <w:rPr>
          <w:b/>
        </w:rPr>
        <w:t xml:space="preserve">[31:25] </w:t>
      </w:r>
      <w:r>
        <w:t>ni variety, ati variety, ati variety hai ke aap gin nahi sakte is ko. to ab is mein kitna ek ehsaas hota hai ke Khuda ki kitna zyada taqat hai is ki. Khuda ki qudrat, Khuda ki taqat kitni zyada hai. ati anginat</w:t>
      </w:r>
    </w:p>
    <w:p>
      <w:pPr>
        <w:jc w:val="right"/>
      </w:pPr>
      <w:r>
        <w:t>نی ورائٹی، اتنی ورائٹی، اتنی ورائٹی ہے کہ آپ گن نہیں سکتے اس کو۔ تو اب اس میں کتنا ایک احساس ہوتا ہے کہ خدا کی کتنا زیادہ طاقت ہے اس کی۔ خدا کی قدرت، خدا کی طاقت کتنی زیادہ ہے۔ اتنی انگنت</w:t>
      </w:r>
    </w:p>
    <w:p>
      <w:r>
        <w:rPr>
          <w:b/>
        </w:rPr>
        <w:t xml:space="preserve">[31:43] </w:t>
      </w:r>
      <w:r>
        <w:t>variety Khuda ne bana dali. har variety jo hai, apne final model par hai. to is is tarah se marifat soch kar aati hai. physical exercise se marifat nahi aati. p</w:t>
      </w:r>
    </w:p>
    <w:p>
      <w:pPr>
        <w:jc w:val="right"/>
      </w:pPr>
      <w:r>
        <w:t>ورائٹی خدا نے بنا ڈالی۔ ہر ورائٹی جو ہے، اپنے فائنل ماڈل پر ہے۔ تو اس اس طرح سے معرفت سوچ کر آتی ہے۔ فزیکل ایکسرسائز سے معرفت نہیں آتی۔ پ</w:t>
      </w:r>
    </w:p>
    <w:p>
      <w:r>
        <w:rPr>
          <w:b/>
        </w:rPr>
        <w:t xml:space="preserve">[32:03] </w:t>
      </w:r>
      <w:r>
        <w:t>har ek baat dekhiye, yeh hai ke Allah taala ne jab insan ko banaya to is ke andar woh rakh di, rakh di. yaani Khuda insan ke nature mein, insan ke nature mein kh</w:t>
      </w:r>
    </w:p>
    <w:p>
      <w:pPr>
        <w:jc w:val="right"/>
      </w:pPr>
      <w:r>
        <w:t>ھر ایک بات دیکھیے، یہ ہے کہ اللہ تعالی نے جب انسان کو بنایا تو اس کے اندر وہ رکھ دی، رکھ دی۔ یعنی خدا انسان کے نیچر میں، انسان کے نیچر میں خ</w:t>
      </w:r>
    </w:p>
    <w:p>
      <w:r>
        <w:rPr>
          <w:b/>
        </w:rPr>
        <w:t xml:space="preserve">[32:23] </w:t>
      </w:r>
      <w:r>
        <w:t>da ka shaoor rakh diya. consciousness. yaani God consciousness jo hai, woh insan ke nature mein interment hai. to yoon keh lijiye ke is is lihaaz se agar dekha jaye, nature ke lihaaz se dekha jaye to ek</w:t>
      </w:r>
    </w:p>
    <w:p>
      <w:pPr>
        <w:jc w:val="right"/>
      </w:pPr>
      <w:r>
        <w:t>دا کا شعور رکھ دیا۔ کانشیسنس۔ یعنی گاڈ کانشیسنس جو ہے، وہ انسان کے نیچر میں انٹرمنٹ ہے۔ تو یوں کہہ لیجیے کہ اس اس لحاظ سے اگر دیکھا جائے، نیچر کے لحاظ سے دیکھا جائے تو ایک</w:t>
      </w:r>
    </w:p>
    <w:p>
      <w:r>
        <w:rPr>
          <w:b/>
        </w:rPr>
        <w:t xml:space="preserve">[32:42] </w:t>
      </w:r>
      <w:r>
        <w:t>lihaaz se hoga ke marifat das apni unfolding ka naam. marifat jo hai, woh khud apni unfolding ka naam hai. nature mein jo hamare cheezein chupi hui theen, Khuda ne jo in</w:t>
      </w:r>
    </w:p>
    <w:p>
      <w:pPr>
        <w:jc w:val="right"/>
      </w:pPr>
      <w:r>
        <w:t>لحاظ سے ہوگا کہ معرفت دس اپنی ان فولڈنگ کا نام۔ معرفت جو ہے، وہ خود اپنی ان فولڈنگ کا نام ہے۔ نیچر میں جو ہمارے چیزیں چھپی ہوئی تھیں، خدا نے جو ان</w:t>
      </w:r>
    </w:p>
    <w:p>
      <w:r>
        <w:rPr>
          <w:b/>
        </w:rPr>
        <w:t xml:space="preserve">[33:00] </w:t>
      </w:r>
      <w:r>
        <w:t>calculate kar diya tha hamare nature mein, Khuda ka shaoor, jannat ka shaoor, sari haqiqatein jo realities hain, un ka shaoor. yaani ek lafz mein God consciousness, woh aa</w:t>
      </w:r>
    </w:p>
    <w:p>
      <w:pPr>
        <w:jc w:val="right"/>
      </w:pPr>
      <w:r>
        <w:t>کلکیٹ کر دیا تھا ہمارے نیچر میں، خدا کا شعور، جنت کا شعور، ساری حقیقتیں جو ریلیٹیز ہیں، ان کا شعور۔ یعنی ایک لفظ میں گاڈ کانشیسنس، وہ آ</w:t>
      </w:r>
    </w:p>
    <w:p>
      <w:r>
        <w:rPr>
          <w:b/>
        </w:rPr>
        <w:t xml:space="preserve">[33:18] </w:t>
      </w:r>
      <w:r>
        <w:t>admi andar daal diya Khuda ne. to already hai, har admi is ko le kar paida hota hai. to goya ke hum jab marifat hasil karte hain to hum apne hi nature ko unfold kar rahe hote hain. a</w:t>
      </w:r>
    </w:p>
    <w:p>
      <w:pPr>
        <w:jc w:val="right"/>
      </w:pPr>
      <w:r>
        <w:t>دمی اندر ڈال دیا خدا نے۔ تو الریڈی ہے، ہر آدمی اس کو لے کر پیدا ہوتا ہے۔ تو گویا کہ ہم جب معرفت حاصل کرتے ہیں تو ہم اپنے ہی نیچر کو ان فولڈ کر رہے ہوتے ہیں۔ ا</w:t>
      </w:r>
    </w:p>
    <w:p>
      <w:r>
        <w:rPr>
          <w:b/>
        </w:rPr>
        <w:t xml:space="preserve">[33:37] </w:t>
      </w:r>
      <w:r>
        <w:t>t is unfolding aur nature. yaani is aitbaar se dekha jaye to ek kehna sahi hoga ke sachai ya marifat jo hai, apne hi nature ko unfold karne ka naam hai. to</w:t>
      </w:r>
    </w:p>
    <w:p>
      <w:pPr>
        <w:jc w:val="right"/>
      </w:pPr>
      <w:r>
        <w:t>ٹ از ان فولڈنگ اور نیچر۔ یعنی اس اعتبار سے دیکھا جائے تو ایک کہنا صحیح ہوگا کہ سچائی یا معرفت جو ہے، اپنے ہی نیچر کو ان فولڈ کرنے کا نام ہے۔ تو</w:t>
      </w:r>
    </w:p>
    <w:p>
      <w:r>
        <w:rPr>
          <w:b/>
        </w:rPr>
        <w:t xml:space="preserve">[33:56] </w:t>
      </w:r>
      <w:r>
        <w:t>yeh sab kuch aata hai kaise? tafakkur se, tadabbur se, sochne se. yaani thinking jo hai, woh sab se bada zariya hai, sab ka source hai. thinking, apne upar sochna, ni</w:t>
      </w:r>
    </w:p>
    <w:p>
      <w:pPr>
        <w:jc w:val="right"/>
      </w:pPr>
      <w:r>
        <w:t>یہ سب کچھ آتا ہے کیسے؟ تفکر سے، تدبر سے، سوچنے سے۔ یعنی تھنکنگ جو ہے، وہ سب سے بڑا ذریعہ ہے، سب کا سورس ہے۔ تھنکنگ، اپنے اوپر سوچنا، نی</w:t>
      </w:r>
    </w:p>
    <w:p>
      <w:r>
        <w:rPr>
          <w:b/>
        </w:rPr>
        <w:t xml:space="preserve">[34:14] </w:t>
      </w:r>
      <w:r>
        <w:t>char ko le kar sochna, aur sara is paas jo kuch hai, us ko le kar sochna. us ko kehte hain Quran majeed ke is mein tadabbur aur tafakkur. to</w:t>
      </w:r>
    </w:p>
    <w:p>
      <w:pPr>
        <w:jc w:val="right"/>
      </w:pPr>
      <w:r>
        <w:t>چر کو لے کر سوچنا، اور سارا اس پاس جو کچھ ہے، اس کو لے کر سوچنا۔ اس کو کہتے ہیں قرآن مجید کے اس میں تدبر اور تفکر۔ تو</w:t>
      </w:r>
    </w:p>
    <w:p>
      <w:r>
        <w:rPr>
          <w:b/>
        </w:rPr>
        <w:t xml:space="preserve">[34:33] </w:t>
      </w:r>
      <w:r>
        <w:t>yeh marifat ka yahi zariya hai. marifat ka zariya koi mysterious nahi hai. marifat jo hai, woh science of God hai, science of truth hai. jis tarah doosri sciences ko aap padhte hain, doosri sciences mein aap apne mind</w:t>
      </w:r>
    </w:p>
    <w:p>
      <w:pPr>
        <w:jc w:val="right"/>
      </w:pPr>
      <w:r>
        <w:t>یہ معرفت کا یہی ذریعہ ہے۔ معرفت کا ذریعہ کوئی مسٹیریس نہیں ہے۔ معرفت جو ہے، وہ سائنس آف گاڈ ہے، سائنس آف ٹروتھ ہے۔ جس طرح دوسری سائنسز کو آپ پڑھتے ہیں، دوسری سائنسز میں آپ اپنے مائنڈ</w:t>
      </w:r>
    </w:p>
    <w:p>
      <w:r>
        <w:rPr>
          <w:b/>
        </w:rPr>
        <w:t xml:space="preserve">[34:51] </w:t>
      </w:r>
      <w:r>
        <w:t>ko use karte hain, apne mind ko istemal karte hain, isi tarah science of God mein bhi aap apne mind ko istemal karna hai. aap ko science of God mein bhi aap ko apne mind ko istemal karna hai. to dekhi</w:t>
      </w:r>
    </w:p>
    <w:p>
      <w:pPr>
        <w:jc w:val="right"/>
      </w:pPr>
      <w:r>
        <w:t>کو یوز کرتے ہیں، اپنے مائنڈ کو استعمال کرتے ہیں، اسی طرح سائنس آف گاڈ میں بھی آپ اپنے مائنڈ کو استعمال کرنا ہے۔ آپ کو سائنس آف گاڈ میں بھی آپ کو اپنے مائنڈ کو استعمال کرنا ہے۔ تو دیکھی</w:t>
      </w:r>
    </w:p>
    <w:p>
      <w:r>
        <w:rPr>
          <w:b/>
        </w:rPr>
        <w:t xml:space="preserve">[35:09] </w:t>
      </w:r>
      <w:r>
        <w:t>ye, mind itna capacity mind ki hai, unlimited capacity mind ki hai. mind ki jo capacity hai, woh unlimited hai, unlimited, unlimited. to Khuda ka, Khuda</w:t>
      </w:r>
    </w:p>
    <w:p>
      <w:pPr>
        <w:jc w:val="right"/>
      </w:pPr>
      <w:r>
        <w:t>ے، مائنڈ اتنا کیپیسٹی مائنڈ کی ہے، ان لمیٹڈ کیپیسٹی مائنڈ کی ہے۔ مائنڈ کی جو کیپیسٹی ہے، وہ ان لمیٹڈ ہے، ان لمیٹڈ، ان لمیٹڈ۔ تو خدا کا، خدا</w:t>
      </w:r>
    </w:p>
    <w:p>
      <w:r>
        <w:rPr>
          <w:b/>
        </w:rPr>
        <w:t xml:space="preserve">[35:27] </w:t>
      </w:r>
      <w:r>
        <w:t>ko conceive karna sirf human mind ke bas mein hai. kisi shayar ne kaha hai ke: "arz o sama kahan teri wus</w:t>
      </w:r>
    </w:p>
    <w:p>
      <w:pPr>
        <w:jc w:val="right"/>
      </w:pPr>
      <w:r>
        <w:t>کو کنسیو کرنا صرف ہیومن مائنڈ کے بس میں ہے۔ کسی شاعر نے کہا ہے کہ: "ارض و سماں کہاں تیری وس</w:t>
      </w:r>
    </w:p>
    <w:p>
      <w:r>
        <w:rPr>
          <w:b/>
        </w:rPr>
        <w:t xml:space="preserve">[35:46] </w:t>
      </w:r>
      <w:r>
        <w:t>at ko pa sake?" "arz o sama kahan teri wusat ko pa sake?" "mera hi mera hi dil hai jahan tu sama sake." "mera hi dil hai ke jahan</w:t>
      </w:r>
    </w:p>
    <w:p>
      <w:pPr>
        <w:jc w:val="right"/>
      </w:pPr>
      <w:r>
        <w:t>عت کو پا سکے؟" "ارض و سماں کہاں تیری وسعت کو پا سکے؟" "میرا ہی میرا ہی دل ہے جہاں تو سما سکے۔" "میرا ہی دل ہے کہ جہاں</w:t>
      </w:r>
    </w:p>
    <w:p>
      <w:r>
        <w:rPr>
          <w:b/>
        </w:rPr>
        <w:t xml:space="preserve">[36:04] </w:t>
      </w:r>
      <w:r>
        <w:t>tu sama sake." to insan ka jo mind hai, us mein Khuda ne unlimited capacity di hai, atha capacity. to yahi jo atha mind hai, yahi Khuda ko conceive kar sakta hai, yeh Khuda ko visualize</w:t>
      </w:r>
    </w:p>
    <w:p>
      <w:pPr>
        <w:jc w:val="right"/>
      </w:pPr>
      <w:r>
        <w:t>تو سما سکے۔" تو انسان کا جو مائنڈ ہے، اس میں خدا نے ان لمیٹڈ کیپیسٹی دی ہے، اتھا کیپیسٹی۔ تو یہی جو اتھا مائنڈ ہے، یہی خدا کو کنسیو کر سکتا ہے، یہ خدا کو ویژولائز</w:t>
      </w:r>
    </w:p>
    <w:p>
      <w:r>
        <w:rPr>
          <w:b/>
        </w:rPr>
        <w:t xml:space="preserve">[36:22] </w:t>
      </w:r>
      <w:r>
        <w:t>kar sakta hai, yeh Khuda ko realize kar sakta hai, yeh Khuda ko discover kar sakta hai. isi ko Khuda ki marifat mil sakti hai, aur kisi ko nahi mil sakti. koi darakht, koi darya, koi pahaad, koi tiger, koi elephant,</w:t>
      </w:r>
    </w:p>
    <w:p>
      <w:pPr>
        <w:jc w:val="right"/>
      </w:pPr>
      <w:r>
        <w:t>کر سکتا ہے، یہ خدا کو ریلائز کر سکتا ہے، یہ خدا کو ڈسکور کر سکتا ہے۔ اسی کو خدا کی معرفت مل سکتی ہے، اور کسی کو نہیں مل سکتی۔ کوئی درخت، کوئی دریا، کوئی پہاڑ، کوئی ٹائیگر، کوئی ایلیفنٹ،</w:t>
      </w:r>
    </w:p>
    <w:p>
      <w:r>
        <w:rPr>
          <w:b/>
        </w:rPr>
        <w:t xml:space="preserve">[36:42] </w:t>
      </w:r>
      <w:r>
        <w:t>koi Khuda ko discover nahi kar sakta, Khuda ko realize nahi kar sakta. kyun? us ke paas yeh mind nahi hai. yeh mind sirf insan ke paas hai. yeh dekhiye, kitni badi Khuda ki blessing hai ke insan ko Khuda ne is qabil banaya ke</w:t>
      </w:r>
    </w:p>
    <w:p>
      <w:pPr>
        <w:jc w:val="right"/>
      </w:pPr>
      <w:r>
        <w:t>کوئی خدا کو ڈسکور نہیں کر سکتا، خدا کو ریلائز نہیں کر سکتا۔ کیوں؟ اس کے پاس یہ مائنڈ نہیں ہے۔ یہ مائنڈ صرف انسان کے پاس ہے۔ یہ دیکھیے، کتنی بڑی خدا کی بلیسنگ ہے کہ انسان کو خدا نے اس قابل بنایا کہ</w:t>
      </w:r>
    </w:p>
    <w:p>
      <w:r>
        <w:rPr>
          <w:b/>
        </w:rPr>
        <w:t xml:space="preserve">[37:00] </w:t>
      </w:r>
      <w:r>
        <w:t>woh apne khaliq ko realize kar sake, baghair dekhe hue. kaisi anokhi baat hai yeh. Yani Khuda ko dekhe baghair hum apne mind ko discover karte hain, usko realize karte hain. Yeh</w:t>
      </w:r>
    </w:p>
    <w:p>
      <w:pPr>
        <w:jc w:val="right"/>
      </w:pPr>
      <w:r>
        <w:t>وہ اپنے خالق کو ریلائز کر سکے، بغیر دیکھے ہوئے۔ کیسی انوکھی بات ہے یہ۔ یعنی خدا کو دیکھے بغیر ہم اپنے مائنڈ سے خدا کو ڈسکور کرتے ہیں، اس کو ریلائز کرتے ہیں۔ یہ</w:t>
      </w:r>
    </w:p>
    <w:p>
      <w:r>
        <w:rPr>
          <w:b/>
        </w:rPr>
        <w:t xml:space="preserve">[37:20] </w:t>
      </w:r>
      <w:r>
        <w:t>mind ki anokhi capacity hai jo sirf insan ko di gayi hai. Toh yeh kitni badi baat hai, kitni badi baat hai. Main samajhta hoon</w:t>
      </w:r>
    </w:p>
    <w:p>
      <w:pPr>
        <w:jc w:val="right"/>
      </w:pPr>
      <w:r>
        <w:t>مائنڈ کی انوکھی کیپیسٹی ہے جو صرف انسان کو دی گئی ہے۔ تو یہ کتنی بڑی بات ہے، کتنی بڑی بات ہے۔ میں سمجھتا ہ</w:t>
      </w:r>
    </w:p>
    <w:p>
      <w:r>
        <w:rPr>
          <w:b/>
        </w:rPr>
        <w:t xml:space="preserve">[37:38] </w:t>
      </w:r>
      <w:r>
        <w:t>ke jo log apne mind ko idhar udhar busy rakhe hain, unhone apne mind ko under use kiya. Apne mind ko unhone under use kiya. Aaj</w:t>
      </w:r>
    </w:p>
    <w:p>
      <w:pPr>
        <w:jc w:val="right"/>
      </w:pPr>
      <w:r>
        <w:t>وں کہ جو لوگ اپنے مائنڈ کو ادھر ادھر بزی رکھے ہیں، انہوں نے اپنے مائنڈ کو انڈر یوز کیا۔ اپنے مائنڈ کو انہوں نے انڈر یوز کیا۔ آ</w:t>
      </w:r>
    </w:p>
    <w:p>
      <w:r>
        <w:rPr>
          <w:b/>
        </w:rPr>
        <w:t xml:space="preserve">[37:57] </w:t>
      </w:r>
      <w:r>
        <w:t>kal yeh baat itni zyada common hai ke kisi bhi ek shakhs ko aap lein, use keh dein: "You are under utilizing your capacity." Kisi bhi ek shakhs ko: "You are under utilizing your capacity."</w:t>
      </w:r>
    </w:p>
    <w:p>
      <w:pPr>
        <w:jc w:val="right"/>
      </w:pPr>
      <w:r>
        <w:t>ج کل یہ بات اتنی زیادہ کامن ہے کہ کسی بھی ایک شخص کو آپ لیں، اسے کہہ دیں: "یو آر انڈر یوٹیلائزنگ یور کیپیسٹی۔" کسی بھی ایک شخص کو: "یو آر انڈر یوٹیلائزنگ یور کیپیسٹی۔</w:t>
      </w:r>
    </w:p>
    <w:p>
      <w:r>
        <w:rPr>
          <w:b/>
        </w:rPr>
        <w:t xml:space="preserve">[38:17] </w:t>
      </w:r>
      <w:r>
        <w:t>" Toh woh sahi hoga aap ka kehna, woh manega ke haan, ke jahan woh utilize kar raha hai apne mind ko, woh bohat hi koi chota sa area hai. Aur jo bada area hai, truth ka area, God ka area, sachai ka area, woh</w:t>
      </w:r>
    </w:p>
    <w:p>
      <w:pPr>
        <w:jc w:val="right"/>
      </w:pPr>
      <w:r>
        <w:t>" تو وہ صحیح ہوگا آپ کا کہنا، وہ مانے گا کہ ہاں، کہ جہاں وہ یوٹیلائز کر رہا ہے اپنے مائنڈ کو، وہ بہت ہی کوئی چھوٹا سا ایریا ہے۔ اور جو بڑا ایریا ہے، ٹروتھ کا ایریا، گاڈ کا ایریا، سچائی کا ایریا، وہ</w:t>
      </w:r>
    </w:p>
    <w:p>
      <w:r>
        <w:rPr>
          <w:b/>
        </w:rPr>
        <w:t xml:space="preserve">[38:35] </w:t>
      </w:r>
      <w:r>
        <w:t>yahan toh usko apply nahi kar raha hai woh. Toh kisi bhi shakhs ko baghair soche hi agar aap keh dein ke tum apne aap ko under utilize kar rahe ho, tumhare andar jo Khuda ne jo di hai salahiyat</w:t>
      </w:r>
    </w:p>
    <w:p>
      <w:pPr>
        <w:jc w:val="right"/>
      </w:pPr>
      <w:r>
        <w:t>اں تو اس کو اپلائی نہیں کر رہا ہے وہ۔ تو کسی بھی شخص کو بغیر سوچے ہی اگر آپ کہہ دیں کہ تم اپنے آپ کو انڈر یوٹیلائز کر رہے ہو، تمہارے اندر جو خدا نے جو دی ہے صلاحیت</w:t>
      </w:r>
    </w:p>
    <w:p>
      <w:r>
        <w:rPr>
          <w:b/>
        </w:rPr>
        <w:t xml:space="preserve">[38:53] </w:t>
      </w:r>
      <w:r>
        <w:t>, capacity, usko tum under utilize kar rahe ho, toh bilkul sahi hoga woh. Kyunke sab log isi, sab logon ka case yahi hai. Aaj kal sab ka case yahi hai ke woh apne aap ko under utilize karte hain. Is</w:t>
      </w:r>
    </w:p>
    <w:p>
      <w:pPr>
        <w:jc w:val="right"/>
      </w:pPr>
      <w:r>
        <w:t>، کیپیسٹی، اس کو تم انڈر یوٹیلائز کر رہے ہو، تو بالکل صحیح ہوگا وہ۔ کیونکہ سب لوگ اسی، سب لوگوں کا کیس یہی ہے۔ آج کل سب کا کیس یہی ہے کہ وہ اپنے آپ کو انڈر یوٹیلائز کرتے ہیں۔ اس</w:t>
      </w:r>
    </w:p>
    <w:p>
      <w:r>
        <w:rPr>
          <w:b/>
        </w:rPr>
        <w:t xml:space="preserve">[39:14] </w:t>
      </w:r>
      <w:r>
        <w:t>liye bohat hi rare hai yeh baat, is zamane mein bohat hi rare hai ke log Khuda ko jaan nahi paate, Khuda ki marifat unhein nahi mil paati. Woh doosri doosri cheezon ko jaan paate hain, aur</w:t>
      </w:r>
    </w:p>
    <w:p>
      <w:pPr>
        <w:jc w:val="right"/>
      </w:pPr>
      <w:r>
        <w:t>ی لیے بہت ہی ریئر ہے یہ بات، اس زمانے میں بہت ہی ریئر ہے کہ لوگ خدا کو جان نہیں پاتے، خدا کی معرفت انہیں نہیں مل پاتی۔ وہ دوسری دوسری چیزوں کو جان پاتے ہیں، اور</w:t>
      </w:r>
    </w:p>
    <w:p>
      <w:r>
        <w:rPr>
          <w:b/>
        </w:rPr>
        <w:t xml:space="preserve">[39:33] </w:t>
      </w:r>
      <w:r>
        <w:t>doosri cheezon ki barhai ka unhein pata hota hai. Khuda ki barhai ka unhein pata nahi hota. Isi liye dekhiye, Khuda ki barhai par koi kitaab hi nahi likhi gayi. Kyunke barhai, Khuda ki barhai ko discover nahi kiya, toh kitaab bhi nahi likhi. Toh</w:t>
      </w:r>
    </w:p>
    <w:p>
      <w:pPr>
        <w:jc w:val="right"/>
      </w:pPr>
      <w:r>
        <w:t>دوسری چیزوں کی بڑائی کا انہیں پتہ ہوتا ہے۔ خدا کی بڑائی کا انہیں پتہ نہیں ہوتا۔ اسی لیے دیکھیے، خدا کی بڑائی پر کوئی کتاب ہی نہیں لکھی گئی۔ کیونکہ بڑائی، خدا کی بڑائی کو ڈسکور نہیں کیا، تو کتاب بھی نہیں لکھی۔ تو</w:t>
      </w:r>
    </w:p>
    <w:p>
      <w:r>
        <w:rPr>
          <w:b/>
        </w:rPr>
        <w:t xml:space="preserve">[39:59] </w:t>
      </w:r>
      <w:r>
        <w:t>yeh main kahunga ke jis cheez ko hum marifat kehte hain, woh wahi cheez hai jis ko hum, jis ko jis ke liye discovery ya realization ka word bola jata hai. Marifat koi mysterious cheez nahi hai. Mari</w:t>
      </w:r>
    </w:p>
    <w:p>
      <w:pPr>
        <w:jc w:val="right"/>
      </w:pPr>
      <w:r>
        <w:t>یہ میں کہوں گا کہ جس چیز کو ہم معرفت کہتے ہیں، وہ وہی چیز ہے جس کو ہم، جس کو جس کے لیے ڈسکوری یا ریلائزیشن کا ورڈ بولا جاتا ہے۔ معرفت کوئی مسٹیریس چیز نہیں ہے۔ مع</w:t>
      </w:r>
    </w:p>
    <w:p>
      <w:r>
        <w:rPr>
          <w:b/>
        </w:rPr>
        <w:t xml:space="preserve">[40:17] </w:t>
      </w:r>
      <w:r>
        <w:t>fat science of God ka naam hai. Aur jab discovery hoti hai aap ko sachai ki, toh isi ka naam marifat hota hai. Toh Quran</w:t>
      </w:r>
    </w:p>
    <w:p>
      <w:pPr>
        <w:jc w:val="right"/>
      </w:pPr>
      <w:r>
        <w:t>رفت سائنس آف گاڈ کا نام ہے۔ اور جب ڈسکوری ہوتی ہے آپ کو سچائی کی، تو اسی کا نام معرفت ہوتا ہے۔ تو قرآ</w:t>
      </w:r>
    </w:p>
    <w:p>
      <w:r>
        <w:rPr>
          <w:b/>
        </w:rPr>
        <w:t xml:space="preserve">[40:35] </w:t>
      </w:r>
      <w:r>
        <w:t>ki jo ayatain maine naqal ki aap ke samne, is se yeh baat nikalti hai ke insan se Allah taala ko jo iman matloob hai, iman, woh fiqhi darje</w:t>
      </w:r>
    </w:p>
    <w:p>
      <w:pPr>
        <w:jc w:val="right"/>
      </w:pPr>
      <w:r>
        <w:t>ن کی جو آیتیں میں نے نقل کی آپ کے سامنے، اس سے یہ بات نکلتی ہے کہ انسان سے اللہ تعالی کو جو ایمان مطلوب ہے، ایمان، وہ فقہی درجے</w:t>
      </w:r>
    </w:p>
    <w:p>
      <w:r>
        <w:rPr>
          <w:b/>
        </w:rPr>
        <w:t xml:space="preserve">[40:53] </w:t>
      </w:r>
      <w:r>
        <w:t>ka iman nahi hai. Woh marifat ke darje ka iman hai. Jaise main is waqt kahun ke sher ka word bolun, tiger ka word bolun, yeh</w:t>
      </w:r>
    </w:p>
    <w:p>
      <w:pPr>
        <w:jc w:val="right"/>
      </w:pPr>
      <w:r>
        <w:t>کا ایمان نہیں ہے۔ وہ معرفت کے درجے کا ایمان ہے۔ جیسے میں اس وقت کہوں کہ شیر کا ورڈ بولوں، ٹائیگر کا ورڈ بولوں، یہ</w:t>
      </w:r>
    </w:p>
    <w:p>
      <w:r>
        <w:rPr>
          <w:b/>
        </w:rPr>
        <w:t xml:space="preserve">[41:12] </w:t>
      </w:r>
      <w:r>
        <w:t>ahan baith kar jab main tiger keh raha hoon ya sher keh raha hoon, toh woh aise hi gundar tarike se main keh raha hoon. Mere andar koi is ki wajah se koi halchal nahi paida ho rahi. Yahan main baitha hua hoon, agar main kahun ke tiger, sher, toh</w:t>
      </w:r>
    </w:p>
    <w:p>
      <w:pPr>
        <w:jc w:val="right"/>
      </w:pPr>
      <w:r>
        <w:t>اں بیٹھ کر جب میں ٹائیگر کہہ رہا ہوں یا شیر کہہ رہا ہوں، تو وہ ایسے ہی گنڈار طریقے سے میں کہہ رہا ہوں۔ میرے اندر کوئی اس کی وجہ سے کوئی ہلچل نہیں پیدا ہو رہی۔ یہاں میں بیٹھا ہوا ہوں، اگر میں کہوں کہ ٹائیگر، شیر، تو</w:t>
      </w:r>
    </w:p>
    <w:p>
      <w:r>
        <w:rPr>
          <w:b/>
        </w:rPr>
        <w:t xml:space="preserve">[41:30] </w:t>
      </w:r>
      <w:r>
        <w:t>mere andar koi halchal nahi aayi. Lekin ek hunter ne likha hai, ek mashhoor hunter ne, jo janglon mein jata tha, jahan ke sher hote the, toh us ne likha hai ke agar aap kisi</w:t>
      </w:r>
    </w:p>
    <w:p>
      <w:pPr>
        <w:jc w:val="right"/>
      </w:pPr>
      <w:r>
        <w:t>میرے اندر کوئی ہلچل نہیں آئی۔ لیکن ایک ہنٹر نے لکھا ہے، ایک مشہور ہنٹر نے، جو جنگلوں میں جاتا تھا، جہاں کے شیر ہوتے تھے، تو اس نے لکھا ہے کہ اگر آپ کسی</w:t>
      </w:r>
    </w:p>
    <w:p>
      <w:r>
        <w:rPr>
          <w:b/>
        </w:rPr>
        <w:t xml:space="preserve">[41:48] </w:t>
      </w:r>
      <w:r>
        <w:t>jangal mein rasta chal rahe hain, aap jante hain, sher jo hai, khule maidan mein nahi hota hai, woh jhaariyon mein hota hai, bush bushiz mein hota hai. Woh aam taur par khuli jagah, jaise hiran wagera baithta hai, waisa ti</w:t>
      </w:r>
    </w:p>
    <w:p>
      <w:pPr>
        <w:jc w:val="right"/>
      </w:pPr>
      <w:r>
        <w:t>جنگل میں راستہ چل رہے ہیں، آپ جانتے ہیں، شیر جو ہے، کھلے میدان میں نہیں ہوتا ہے، وہ جھاڑیوں میں ہوتا ہے، بش بشز میں ہوتا ہے۔ وہ عام طور پر کھلی جگہ، جیسے ہرن وغیرہ بیٹھتا ہے، ویسا ٹ</w:t>
      </w:r>
    </w:p>
    <w:p>
      <w:r>
        <w:rPr>
          <w:b/>
        </w:rPr>
        <w:t xml:space="preserve">[42:06] </w:t>
      </w:r>
      <w:r>
        <w:t>ger nahi baithta. Toh us ne likha hai ke agar aap rasta chal rahe hain, achaanak aap notice karte hain ke chand meter ke faasle par wahan ek tiger</w:t>
      </w:r>
    </w:p>
    <w:p>
      <w:pPr>
        <w:jc w:val="right"/>
      </w:pPr>
      <w:r>
        <w:t>ائیگر نہیں بیٹھتا۔ تو اس نے لکھا ہے کہ اگر آپ راستہ چل رہے ہیں، اچانک آپ نوٹس کرتے ہیں کہ چند میٹر کے فاصلے پر وہاں ایک ٹائیگر</w:t>
      </w:r>
    </w:p>
    <w:p>
      <w:r>
        <w:rPr>
          <w:b/>
        </w:rPr>
        <w:t xml:space="preserve">[42:25] </w:t>
      </w:r>
      <w:r>
        <w:t>khada hua hai, aap ki taraf dekh raha hai, toh us waqt kya hota hai? Us waqt aap ka jo blood circulation hai, woh blood storm ban jata hai. Bl</w:t>
      </w:r>
    </w:p>
    <w:p>
      <w:pPr>
        <w:jc w:val="right"/>
      </w:pPr>
      <w:r>
        <w:t>کھڑا ہوا ہے، آپ کی طرف دیکھ رہا ہے، تو اس وقت کیا ہوتا ہے؟ اس وقت آپ کا جو بلڈ سرکولیشن ہے، وہ بلڈ اسٹارم بن جاتا ہے۔ بل</w:t>
      </w:r>
    </w:p>
    <w:p>
      <w:r>
        <w:rPr>
          <w:b/>
        </w:rPr>
        <w:t xml:space="preserve">[42:44] </w:t>
      </w:r>
      <w:r>
        <w:t>ood circulation jo hai, blood circulation jo hai, blood storm ban jata hai. Yeh hai realization. Yahan baith kar kahenge tiger aur sher, aur asad arabi mein usko asad kehte hain. Toh asad kahen,</w:t>
      </w:r>
    </w:p>
    <w:p>
      <w:pPr>
        <w:jc w:val="right"/>
      </w:pPr>
      <w:r>
        <w:t>ڈ سرکولیشن جو ہے، بلڈ سرکولیشن جو ہے، بلڈ اسٹارم بن جاتا ہے۔ یہ ہے ریلائزیشن۔ یہاں بیٹھ کر کہیں گے ٹائیگر اور شیر، اور اسد عربی میں اس کو اسد کہتے ہیں۔ تو اسد کہیں،</w:t>
      </w:r>
    </w:p>
    <w:p>
      <w:r>
        <w:rPr>
          <w:b/>
        </w:rPr>
        <w:t xml:space="preserve">[43:03] </w:t>
      </w:r>
      <w:r>
        <w:t>tiger kahen, sher kahen, yahan baithay hue, toh hamari shakhsiyat mein, hamari, hamare andar jo hai, koi koi halchal nahi paida hui. Kyunke dekha nahi ke ek word hai, us ko hum ne dohra diya. Bas. Lekin jab jang</w:t>
      </w:r>
    </w:p>
    <w:p>
      <w:pPr>
        <w:jc w:val="right"/>
      </w:pPr>
      <w:r>
        <w:t>ٹائیگر کہیں، شیر کہیں، یہاں بیٹھے ہوئے، تو ہماری شخصیت میں، ہماری، ہمارے اندر جو ہے، کوئی کوئی ہلچل نہیں پیدا ہوئی۔ کیونکہ دیکھا نہیں کہ ایک ورڈ ہے، اس کو ہم نے دہرا دیا۔ بس۔ لیکن جب جنگ</w:t>
      </w:r>
    </w:p>
    <w:p>
      <w:r>
        <w:rPr>
          <w:b/>
        </w:rPr>
        <w:t xml:space="preserve">[43:21] </w:t>
      </w:r>
      <w:r>
        <w:t>l mein hum hotay hain, wahan hum dekhtay hain ke aik tiger khara hua hai, hamari taraf dekh raha hai, to hamaray andar aik halchal paida ho jati hai. is ka naam hai marifat. is ka naam hai marifat. is is</w:t>
      </w:r>
    </w:p>
    <w:p>
      <w:pPr>
        <w:jc w:val="right"/>
      </w:pPr>
      <w:r>
        <w:t>ل میں ہم ہوتے ہیں، وہاں ہم دیکھتے ہیں کہ ایک ٹائیگر کھڑا ہوا ہے، ہماری طرف دیکھ رہا ہے، تو ہمارے اندر ایک ہلچل پیدا ہو جاتی ہے۔ اس کا نام ہے معرفت۔ اس کا نام ہے معرفت۔ اس اس</w:t>
      </w:r>
    </w:p>
    <w:p>
      <w:r>
        <w:rPr>
          <w:b/>
        </w:rPr>
        <w:t xml:space="preserve">[43:39] </w:t>
      </w:r>
      <w:r>
        <w:t>misal se aap samjhiye ke imaan kya hai aur marifat kya hai. imaan to yeh hai ke aap ne aik information ke taur par ya knowledge ke taur par Khuda ko jaan liya, aur zaban se is ko</w:t>
      </w:r>
    </w:p>
    <w:p>
      <w:pPr>
        <w:jc w:val="right"/>
      </w:pPr>
      <w:r>
        <w:t>مثال سے آپ سمجھیے کہ ایمان کیا ہے اور معرفت کیا ہے۔ ایمان تو یہ ہے کہ آپ نے ایک انفارمیشن کے طور پر یا نالج کے طور پر خدا کو جان لیا، اور زبان سے اس کو</w:t>
      </w:r>
    </w:p>
    <w:p>
      <w:r>
        <w:rPr>
          <w:b/>
        </w:rPr>
        <w:t xml:space="preserve">[43:58] </w:t>
      </w:r>
      <w:r>
        <w:t>iqrar bhi kar liya. aap ko kisi tareeqay se yeh jankari ho gayi ke Khuda hai, to is ko aap ne dohra diya zaban se: "la ilaha illallah Muhammadur Rasulullah". lekin marifat ke</w:t>
      </w:r>
    </w:p>
    <w:p>
      <w:pPr>
        <w:jc w:val="right"/>
      </w:pPr>
      <w:r>
        <w:t>اقرار بھی کر لیا۔ آپ کو کسی طریقے سے یہ جانکاری ہو گئی کہ خدا ہے، تو اس کو آپ نے دہرا دیا زبان سے: "لا الہ الا اللہ محمد رسول اللہ"۔ لیکن معرفت کے</w:t>
      </w:r>
    </w:p>
    <w:p>
      <w:r>
        <w:rPr>
          <w:b/>
        </w:rPr>
        <w:t xml:space="preserve">[44:16] </w:t>
      </w:r>
      <w:r>
        <w:t>darjay ka jo imaan paida hota hai aadmi ke andar, to woh halchal le kar aata hai. halchal. isi liye woh jo main ne ayat parhi aap ke samnay ke "tafweez min ad-dam\</w:t>
      </w:r>
    </w:p>
    <w:p>
      <w:pPr>
        <w:jc w:val="right"/>
      </w:pPr>
      <w:r>
        <w:t>درجے کا جو ایمان پیدا ہوتا ہے آدمی کے اندر، تو وہ ہلچل لے کر آتا ہے۔ ہلچل۔ اسی لیے وہ جو میں نے آیت پڑھی آپ کے سامنے کہ "تفویض من الدم"، ان کو جو معرفت خدا کی ہوئی، تو ان کی آنکھوں سے آنسو بہنے لگے۔ کیونکہ سینے</w:t>
      </w:r>
    </w:p>
    <w:p>
      <w:r>
        <w:rPr>
          <w:b/>
        </w:rPr>
        <w:t xml:space="preserve">[44:34] </w:t>
      </w:r>
      <w:r>
        <w:t>mein jo halchal paida hui thi, halchal jo hai, woh aansu ki shakal mein zahir hoti hai. to imaan jo hai, is waqt tak Allah taala ke haan mu'tabar nahi hai, jab tak woh marifat na ban jaye. ma</w:t>
      </w:r>
    </w:p>
    <w:p>
      <w:pPr>
        <w:jc w:val="right"/>
      </w:pPr>
      <w:r>
        <w:t>میں جو ہلچل پیدا ہوئی تھی، ہلچل جو ہے، وہ آنسو کی شکل میں ظاہر ہوتی ہے۔ تو ایمان جو ہے، اس وقت تک اللہ تعالی کے ہاں معتبر نہیں ہے، جب تک وہ معرفت نہ بن جائے۔ مع</w:t>
      </w:r>
    </w:p>
    <w:p>
      <w:r>
        <w:rPr>
          <w:b/>
        </w:rPr>
        <w:t xml:space="preserve">[44:56] </w:t>
      </w:r>
      <w:r>
        <w:t>rifat na ban jaye, yani gehri discovery ho, gehri gehra realization ho, tab woh Khuda ke haan qabil-e-qubool banta hai. to quran</w:t>
      </w:r>
    </w:p>
    <w:p>
      <w:pPr>
        <w:jc w:val="right"/>
      </w:pPr>
      <w:r>
        <w:t>رفت نہ بن جائے، یعنی گہری ڈسکوری ہو، گہری گہرا ریلائزیشن ہو، تب وہ خدا کے ہاں قابل قبول بنتا ہے۔ تو قرآ</w:t>
      </w:r>
    </w:p>
    <w:p>
      <w:r>
        <w:rPr>
          <w:b/>
        </w:rPr>
        <w:t xml:space="preserve">[45:14] </w:t>
      </w:r>
      <w:r>
        <w:t>mein aap parhayen to bohat jagah aisi ayaten milti hain jo is ki is ko kholti hain. jaise Quran mein aik ayat hai ke "inna manna allatheena dhakar Allah wajallat quloobuhum" ke</w:t>
      </w:r>
    </w:p>
    <w:p>
      <w:pPr>
        <w:jc w:val="right"/>
      </w:pPr>
      <w:r>
        <w:t>ن میں آپ پڑھیں تو بہت جگہ ایسی آیتیں ملتی ہیں جو اس کی اس کو کھولتی ہیں۔ جیسے قرآن میں ایک آیت ہے کہ "إِنَّ مَنَّ الَّذِينَ ذَكَرَ اللَّهُ وَجَلَّتْ قُلُوبُهُمْ" کہ</w:t>
      </w:r>
    </w:p>
    <w:p>
      <w:r>
        <w:rPr>
          <w:b/>
        </w:rPr>
        <w:t xml:space="preserve">[45:34] </w:t>
      </w:r>
      <w:r>
        <w:t>momin to woh hain ke jab un ke samnay Khuda ka zikr kiya jaye to un ke dil dahal uthayen. "wajallat quloobuhum" to</w:t>
      </w:r>
    </w:p>
    <w:p>
      <w:pPr>
        <w:jc w:val="right"/>
      </w:pPr>
      <w:r>
        <w:t>مومن تو وہ ہیں کہ جب ان کے سامنے خدا کا ذکر کیا جائے تو ان کے دل دہل اٹھیں۔ "وَجَلَّتْ قُلُوبُهُمْ" تو</w:t>
      </w:r>
    </w:p>
    <w:p>
      <w:r>
        <w:rPr>
          <w:b/>
        </w:rPr>
        <w:t xml:space="preserve">[45:54] </w:t>
      </w:r>
      <w:r>
        <w:t>momin to woh hain ke jab un ke samnay Khuda ka zikr kiya jaye, Khuda ki baat ki jaye to un ke dil dahal uthtay hain, un ke dil kanp uthtay hain, un ke andar storm aa jata hai. aur phir kya hota hai? un ka imaan</w:t>
      </w:r>
    </w:p>
    <w:p>
      <w:pPr>
        <w:jc w:val="right"/>
      </w:pPr>
      <w:r>
        <w:t>مومن تو وہ ہیں کہ جب ان کے سامنے خدا کا ذکر کیا جائے، خدا کی بات کی جائے تو ان کے دل دہل اٹھتے ہیں، ان کے دل کانپ اٹھتے ہیں، ان کے اندر اسٹارم آ جاتا ہے۔ اور پھر کیا ہوتا ہے؟ ان کا ایمان بڑ</w:t>
      </w:r>
    </w:p>
    <w:p>
      <w:r>
        <w:rPr>
          <w:b/>
        </w:rPr>
        <w:t xml:space="preserve">[46:12] </w:t>
      </w:r>
      <w:r>
        <w:t>barhta hai. yani imaan jo hai, barh kar marifat ban jata hai. yeh hai woh cheez jo Allah taala ko matloob hai. is se kamtar darjay ka imaan matloob nahi hai. is liye farmaya ke "ya ayyuhal ladheena amanu amanu". aye iman la</w:t>
      </w:r>
    </w:p>
    <w:p>
      <w:pPr>
        <w:jc w:val="right"/>
      </w:pPr>
      <w:r>
        <w:t>ھتا ہے۔ یعنی ایمان جو ہے، بڑھ کر معرفت بن جاتا ہے۔ یہ ہے وہ چیز جو اللہ تعالی کو مطلوب ہے۔ اس سے کمتر درجے کا ایمان مطلوب نہیں ہے۔ اس لیے فرمایا کہ "یا ایہا الذین آمنوا آمنوا"۔ اے ایمان ل</w:t>
      </w:r>
    </w:p>
    <w:p>
      <w:r>
        <w:rPr>
          <w:b/>
        </w:rPr>
        <w:t xml:space="preserve">[46:30] </w:t>
      </w:r>
      <w:r>
        <w:t>nay walon, iman lao. yani apnay imaan ko marifat banao. to yeh bohat ziyada sochne ki baat hai. aik</w:t>
      </w:r>
    </w:p>
    <w:p>
      <w:pPr>
        <w:jc w:val="right"/>
      </w:pPr>
      <w:r>
        <w:t>انے والو، ایمان لاؤ۔ یعنی اپنے ایمان کو معرفت بناؤ۔ تو یہ بہت زیادہ سوچنے کی بات ہے۔ ایک</w:t>
      </w:r>
    </w:p>
    <w:p>
      <w:r>
        <w:rPr>
          <w:b/>
        </w:rPr>
        <w:t xml:space="preserve">[46:50] </w:t>
      </w:r>
      <w:r>
        <w:t>martaba main ne aik buzurg ki speech suni, jab main Azerbaijan mein tha, to unhon ne kaha, isi imaan par bol rahay thay, woh imaan ke log kehtay hain ke hamaray paas imaan hai, imaan se nijat milti hai, hamaray paas i</w:t>
      </w:r>
    </w:p>
    <w:p>
      <w:pPr>
        <w:jc w:val="right"/>
      </w:pPr>
      <w:r>
        <w:t>مرتبہ میں نے ایک بزرگ کی اسپیچ سنی، جب میں آذربائیجان میں تھا، تو انہوں نے کہا، اسی ایمان پر بول رہے تھے، وہ ایمان کہ لوگ کہتے ہیں کہ ہمارے پاس ایمان ہے، ایمان سے نجات ملتی ہے، ہمارے پاس ا</w:t>
      </w:r>
    </w:p>
    <w:p>
      <w:r>
        <w:rPr>
          <w:b/>
        </w:rPr>
        <w:t xml:space="preserve">[47:08] </w:t>
      </w:r>
      <w:r>
        <w:t>maan hai, imaan se jannat milti hai. kyunkay riwayat hai ke "man qala la ilaha illallah dakhala al-jannah". jis ka jis ke andar imaan hoga, woh jannat mein jaye ga. to unhon ne kaha ke dekhen, bohat</w:t>
      </w:r>
    </w:p>
    <w:p>
      <w:pPr>
        <w:jc w:val="right"/>
      </w:pPr>
      <w:r>
        <w:t>یمان ہے، ایمان سے جنت ملتی ہے۔ کیونکہ روایت ہے کہ "من قال لا الہ الا اللہ دخل الجنہ"۔ جس کا جس کے اندر ایمان ہوگا، وہ جنت میں جائے گا۔ تو انہوں نے کہا کہ دیکھیں، بہت</w:t>
      </w:r>
    </w:p>
    <w:p>
      <w:r>
        <w:rPr>
          <w:b/>
        </w:rPr>
        <w:t xml:space="preserve">[47:28] </w:t>
      </w:r>
      <w:r>
        <w:t>pehlay ki baat hai, jab sau rupay ka note bhi aik bari cheez hoti thi, ab to sau rupay ka note koi cheez nahi rahi. to unhon ne kaha ke aap sau rupay ka note ghar se nikaltay hain, le kar jis se aap bohat sa saman khareed saktay hain. is zamanay ki baat kar raha hoon main, jab ke sau</w:t>
      </w:r>
    </w:p>
    <w:p>
      <w:pPr>
        <w:jc w:val="right"/>
      </w:pPr>
      <w:r>
        <w:t>پہلے کی بات ہے، جب سو روپے کا نوٹ بھی ایک بڑی چیز ہوتی تھی، اب تو سو روپے کا نوٹ کوئی چیز نہیں رہی۔ تو انہوں نے کہا کہ آپ سو روپے کا نوٹ گھر سے نکلتے ہیں، لے کر جس سے آپ بہت سا سامان خرید سکتے ہیں۔ اس زمانے کی بات کر رہا ہوں میں، جب کہ سو</w:t>
      </w:r>
    </w:p>
    <w:p>
      <w:r>
        <w:rPr>
          <w:b/>
        </w:rPr>
        <w:t xml:space="preserve">[47:47] </w:t>
      </w:r>
      <w:r>
        <w:t>rupay ka note bhi se aap le kar bohat si shopping kar saktay thay. to unhon ne kaha ke aap sau rupay ka aik note le kar nikaltay hain, to aap khush hain ke meray paas sau rupay hain, main bohat cheez khareed sakta hoon. lekin aap gaye market mein</w:t>
      </w:r>
    </w:p>
    <w:p>
      <w:pPr>
        <w:jc w:val="right"/>
      </w:pPr>
      <w:r>
        <w:t>روپے کا نوٹ بھی سے آپ لے کر بہت سی شاپنگ کر سکتے تھے۔ تو انہوں نے کہا کہ آپ سو روپے کا ایک نوٹ لے کر نکلتے ہیں، تو آپ خوش ہیں کہ میرے پاس سو روپیہ ہے، میں بہت چیز خرید سکتا ہوں۔ لیکن آپ گئے مارکیٹ میں</w:t>
      </w:r>
    </w:p>
    <w:p>
      <w:r>
        <w:rPr>
          <w:b/>
        </w:rPr>
        <w:t xml:space="preserve">[48:05] </w:t>
      </w:r>
      <w:r>
        <w:t>aap ne diya shopkeeper ko, us ne dekha, agar us ne keh diya ke yeh to false hai, yeh to jaali note hai, to value khatam is ki. agar woh jo be</w:t>
      </w:r>
    </w:p>
    <w:p>
      <w:pPr>
        <w:jc w:val="right"/>
      </w:pPr>
      <w:r>
        <w:t>، آپ نے دیا شاپ کیپر کو، اس نے دیکھا، اگر اس نے کہہ دیا کہ یہ تو فالس ہے، یہ تو جعلی نوٹ ہے، تو ویلیو ختم اس کی۔ اگر وہ جو بی</w:t>
      </w:r>
    </w:p>
    <w:p>
      <w:r>
        <w:rPr>
          <w:b/>
        </w:rPr>
        <w:t xml:space="preserve">[48:23] </w:t>
      </w:r>
      <w:r>
        <w:t>thha hua hai, jo note ko pehchanta hai, jo note ko janta hai, us ko check karta hai, us ne keh diya ke tumhara note to jaali note hai, asli note nahi hai, to achaanak aap penniless ho jayen gay. aap</w:t>
      </w:r>
    </w:p>
    <w:p>
      <w:pPr>
        <w:jc w:val="right"/>
      </w:pPr>
      <w:r>
        <w:t>ٹھا ہوا ہے، جو نوٹ کو پہچانتا ہے، جو نوٹ کو جانتا ہے، اس کو چیک کرتا ہے، اس نے کہہ دیا کہ تمہارا نوٹ تو جعلی نوٹ ہے، اصلی نوٹ نہیں ہے، تو اچانک آپ پینی لیس ہو جائیں گے۔ آپ</w:t>
      </w:r>
    </w:p>
    <w:p>
      <w:r>
        <w:rPr>
          <w:b/>
        </w:rPr>
        <w:t xml:space="preserve">[48:43] </w:t>
      </w:r>
      <w:r>
        <w:t>ka sau rupay ka note aik paisay ke barabar bhi nahi rahay ga. to unhon ne kaha ke isi tarah se aakhirat ko sochiye. aap kehtay hain ke main imaan le kar Khuda ke paas ja raha hoon. ab sochiye ke yeh imaan le kar ja rahay hain, aap Khuda</w:t>
      </w:r>
    </w:p>
    <w:p>
      <w:pPr>
        <w:jc w:val="right"/>
      </w:pPr>
      <w:r>
        <w:t>کا سو روپے کا نوٹ ایک پیسے کے برابر بھی نہیں رہے گا۔ تو انہوں نے کہا کہ اسی طرح سے آخرت کو سوچیے۔ آپ کہتے ہیں کہ میں ایمان لے کر خدا کے پاس جا رہا ہوں۔ اب سوچیے کہ یہ ایمان لے کر جا رہے ہیں، آپ خدا</w:t>
      </w:r>
    </w:p>
    <w:p>
      <w:r>
        <w:rPr>
          <w:b/>
        </w:rPr>
        <w:t xml:space="preserve">[49:01] </w:t>
      </w:r>
      <w:r>
        <w:t>ke samnay pohanchtay hain, aap to Khuda keh day ke tumhara imaan to imaan nahi, to kya hoga? dunya mein aik bank agar keh day ke aap ka yeh note jo hai, yeh to jaali hai, to aap ka woh note bekar ho</w:t>
      </w:r>
    </w:p>
    <w:p>
      <w:pPr>
        <w:jc w:val="right"/>
      </w:pPr>
      <w:r>
        <w:t>کے سامنے پہنچتے ہیں، آپ تو خدا کہہ دے کہ تمہارا ایمان تو ایمان نہیں، تو کیا ہوگا؟ دنیا میں ایک بینک اگر کہہ دے کہ آپ کا یہ نوٹ جو ہے، یہ تو جعلی ہے، تو آپ کا وہ نوٹ بیکار ہو</w:t>
      </w:r>
    </w:p>
    <w:p>
      <w:r>
        <w:rPr>
          <w:b/>
        </w:rPr>
        <w:t xml:space="preserve">[49:20] </w:t>
      </w:r>
      <w:r>
        <w:t>jata hai. aisay aakhirat mein agar Khuda keh day ke tumhara imaan to yeh to woh imaan nahi jo jo hum jo yahan hamaray haan matloob tha, hamaray haan jis ki qeemat thi, jis</w:t>
      </w:r>
    </w:p>
    <w:p>
      <w:pPr>
        <w:jc w:val="right"/>
      </w:pPr>
      <w:r>
        <w:t>جاتا ہے۔ ایسے آخرت میں اگر خدا کہہ دے کہ تمہارا ایمان تو یہ تو وہ ایمان نہیں جو جو ہم جو یہاں ہمارے ہاں مطلوب تھا، ہمارے ہاں جس کی قیمت تھی، جس</w:t>
      </w:r>
    </w:p>
    <w:p>
      <w:r>
        <w:rPr>
          <w:b/>
        </w:rPr>
        <w:t xml:space="preserve">[49:39] </w:t>
      </w:r>
      <w:r>
        <w:t>imaan ki hamare haan qeemat hai, woh to yeh imaan hai hi nahi hai. masla yeh hai ke imaan ke mani yeh hone chahiye the ke Khuda aadmi ka soul concern ban jaye. soul concern. ja</w:t>
      </w:r>
    </w:p>
    <w:p>
      <w:pPr>
        <w:jc w:val="right"/>
      </w:pPr>
      <w:r>
        <w:t>ایمان کی ہمارے ہاں قیمت ہے، وہ تو یہ ایمان ہے ہی نہیں ہے۔ مسئلہ یہ ہے کہ ایمان کے معنی یہ ہونے چاہیے تھے کہ خدا آدمی کا سول کنسرن بن جائے۔ سول کنسرن۔ ج</w:t>
      </w:r>
    </w:p>
    <w:p>
      <w:r>
        <w:rPr>
          <w:b/>
        </w:rPr>
        <w:t xml:space="preserve">[49:57] </w:t>
      </w:r>
      <w:r>
        <w:t>ise aap jo maine misaal di ke aap jangl mein hain, achaanak aap notice karte hain ke wahan par ek tiger khara hua hai, to us waqt tiger aap ka soul concern ban jata hai. soul concern. kuch aur nahi yaad aata aap ko. agar aap ko piyas lagi ho to piyas bhool jayenge aap. bh</w:t>
      </w:r>
    </w:p>
    <w:p>
      <w:pPr>
        <w:jc w:val="right"/>
      </w:pPr>
      <w:r>
        <w:t>یسے آپ جو میں نے مثال دی کہ آپ جنگل میں ہیں، اچانک آپ نوٹس کرتے ہیں کہ وہاں پر ایک ٹائیگر کھڑا ہوا ہے، تو اس وقت ٹائیگر آپ کا سول کنسرن بن جاتا ہے۔ سول کنسرن۔ کچھ اور نہیں یاد آتا آپ کو۔ اگر آپ کو پیاس لگی ہو تو پیاس بھول جائیں گے آپ۔ بھ</w:t>
      </w:r>
    </w:p>
    <w:p>
      <w:r>
        <w:rPr>
          <w:b/>
        </w:rPr>
        <w:t xml:space="preserve">[50:15] </w:t>
      </w:r>
      <w:r>
        <w:t>ook lagi ho to khana bhool jayenge aap. paon mein joota nahi hai to woh bhi bhool jayenge aap. yaani har doosri cheez bhool jayenge aur sirf bas aap mind mein sirf tiger, tiger, tiger hoga. bas yeh hai soul concern. to a</w:t>
      </w:r>
    </w:p>
    <w:p>
      <w:pPr>
        <w:jc w:val="right"/>
      </w:pPr>
      <w:r>
        <w:t>وک لگی ہو تو کھانا بھول جائیں گے آپ۔ پاؤں میں جوتا نہیں ہے تو وہ بھی بھول جائیں گے آپ۔ یعنی ہر دوسری چیز بھول جائیں گے اور صرف بس آپ مائنڈ میں صرف ٹائیگر، ٹائیگر، ٹائیگر ہوگا۔ بس یہ ہے سول کنسرن۔ تو ا</w:t>
      </w:r>
    </w:p>
    <w:p>
      <w:r>
        <w:rPr>
          <w:b/>
        </w:rPr>
        <w:t xml:space="preserve">[50:33] </w:t>
      </w:r>
      <w:r>
        <w:t>imaan agar sacha imaan ho to kya hoga? Khuda aap ka soul concern ban jayega. isko quran mein do lafzon mein bata diya gaya hai. do lafzon mein. ek hai "</w:t>
      </w:r>
    </w:p>
    <w:p>
      <w:pPr>
        <w:jc w:val="right"/>
      </w:pPr>
      <w:r>
        <w:t>یمان اگر سچا ایمان ہو تو کیا ہوگا؟ خدا آپ کا سول کنسرن بن جائے گا۔ اس کو قرآن میں دو لفظوں میں بتا دیا گیا ہے۔ دو शब्दوں میں۔ ایک ہے "</w:t>
      </w:r>
    </w:p>
    <w:p>
      <w:r>
        <w:rPr>
          <w:b/>
        </w:rPr>
        <w:t xml:space="preserve">[50:52] </w:t>
      </w:r>
      <w:r>
        <w:t>wa allazeena aamanoo ashaddoo hubbatan lillahi". "wa allazeena aamanoo ashaddoo hubbatan lillahi". aur jo log Khuda par imaan laate hain, woh sab se zyada mohabbat Khuda se karte hain.</w:t>
      </w:r>
    </w:p>
    <w:p>
      <w:pPr>
        <w:jc w:val="right"/>
      </w:pPr>
      <w:r>
        <w:t>وَالَّذِينَ آمَنُوا أَشَدُّ حَبَّةً لِلَّهِ"۔ "وَالَّذِينَ آمَنُوا أَشَدُّ حَبَّةً لِلَّهِ"۔ اور جو لوگ خدا پر ایمان لاتے ہیں، وہ سب سے زیادہ محبت خدا سے کرتے ہیں۔</w:t>
      </w:r>
    </w:p>
    <w:p>
      <w:r>
        <w:rPr>
          <w:b/>
        </w:rPr>
        <w:t xml:space="preserve">[51:10] </w:t>
      </w:r>
      <w:r>
        <w:t>"ashaddoo hubbatan lillahi". sab se zyada mohabbat un ko Khuda se ho jati hai. aisi ek aur ayat hai "wa lam yakhsha illallaha". ke jab imaan aa jata hai to Khuda ke</w:t>
      </w:r>
    </w:p>
    <w:p>
      <w:pPr>
        <w:jc w:val="right"/>
      </w:pPr>
      <w:r>
        <w:t>"أَشَدُّ حَبَّةً لِلَّهِ"۔ سب سے زیادہ محبت ان کو خدا سے ہو جاتی ہے۔ ایسی ایک اور آیت ہے "وَلَمْ يَخْشَ إِلَّا اللَّهُ"۔ کہ جب ایمان آ جاتا ہے تو خدا کے</w:t>
      </w:r>
    </w:p>
    <w:p>
      <w:r>
        <w:rPr>
          <w:b/>
        </w:rPr>
        <w:t xml:space="preserve">[51:28] </w:t>
      </w:r>
      <w:r>
        <w:t>siwa kisi ka darr nahi un ke dil mein reh jata. un ke darr sirf Khuda ke liye ho jati hai. to kya ke pehchan kya hui imaan ki? dil mein sirf ek Khuda ki mohabbat aa jana aur dil mein sirf ek Khuda ka darr aa jana. yeh</w:t>
      </w:r>
    </w:p>
    <w:p>
      <w:pPr>
        <w:jc w:val="right"/>
      </w:pPr>
      <w:r>
        <w:t>سوا کسی کا ڈر نہیں ان کے دل میں رہ جاتا۔ ان کے ڈر صرف خدا کے لیے ہو جاتی ہے۔ تو کیا کہ پہچان کیا ہوئی ایمان کی؟ دل میں صرف ایک خدا کی محبت آ جانا اور دل میں صرف ایک خدا کا ڈر آ جانا۔ یہ</w:t>
      </w:r>
    </w:p>
    <w:p>
      <w:r>
        <w:rPr>
          <w:b/>
        </w:rPr>
        <w:t xml:space="preserve">[51:47] </w:t>
      </w:r>
      <w:r>
        <w:t>hai marifat wala imaan. yeh hai marifat wala imaan. isi ko unhon ne bayan kiya ke agar aap ja rahe hain note lekar khushi khushi to bank ke</w:t>
      </w:r>
    </w:p>
    <w:p>
      <w:pPr>
        <w:jc w:val="right"/>
      </w:pPr>
      <w:r>
        <w:t>ہے معرفت والا ایمان۔ یہ ہے معرفت والا ایمان۔ اسی کو انہوں نے بیان کیا کہ اگر آپ جا رہے ہیں نوٹ لے کر خوشی خوشی تو بینک کے</w:t>
      </w:r>
    </w:p>
    <w:p>
      <w:r>
        <w:rPr>
          <w:b/>
        </w:rPr>
        <w:t xml:space="preserve">[52:06] </w:t>
      </w:r>
      <w:r>
        <w:t>aane ke baad note beqeemat ho jata hai. sirf ek paper ban jata hai woh. to Khuda ke haan jo imaan lekar ja rahe hain aap, to Khuda agar keh de ke tumhara imaan to woh nahi hai jis ki yahan value ho, to aap ka</w:t>
      </w:r>
    </w:p>
    <w:p>
      <w:pPr>
        <w:jc w:val="right"/>
      </w:pPr>
      <w:r>
        <w:t>آنے کے بعد نوٹ بے قیمت ہو جاتا ہے۔ صرف ایک پیپر بن جاتا ہے وہ۔ تو خدا کے ہاں جو ایمان لے کر جا رہے ہیں آپ، تو خدا اگر کہہ دے کہ تمہارا ایمان تو وہ نہیں ہے جس کی یہاں ویلیو ہو، تو آپ کا</w:t>
      </w:r>
    </w:p>
    <w:p>
      <w:r>
        <w:rPr>
          <w:b/>
        </w:rPr>
        <w:t xml:space="preserve">[52:24] </w:t>
      </w:r>
      <w:r>
        <w:t>imaan kya rahega? kuch bhi nahi rahega. kuch bhi nahi rahega. to yeh yeh sari jo baatein hain, yeh bohat zyada sochne ki baatein hain. bohat</w:t>
      </w:r>
    </w:p>
    <w:p>
      <w:pPr>
        <w:jc w:val="right"/>
      </w:pPr>
      <w:r>
        <w:t>ایمان کیا رہے گا؟ کچھ بھی نہیں رہے گا۔ کچھ بھی نہیں رہے گا۔ تو یہ یہ ساری جو باتیں ہیں، یہ بہت زیادہ سوچنے کی باتیں ہیں۔ بہت</w:t>
      </w:r>
    </w:p>
    <w:p>
      <w:r>
        <w:rPr>
          <w:b/>
        </w:rPr>
        <w:t xml:space="preserve">[52:43] </w:t>
      </w:r>
      <w:r>
        <w:t>zyada sochne ki baatein hain. humein sochna chahiye ke kya hamara imaan woh imaan bana hai jis ko marifat wala imaan kaha gaya hai? kya hamara imaan woh</w:t>
      </w:r>
    </w:p>
    <w:p>
      <w:pPr>
        <w:jc w:val="right"/>
      </w:pPr>
      <w:r>
        <w:t>زیادہ سوچنے کی باتیں ہیں۔ ہمیں سوچنا چاہیے کہ کیا ہمارا ایمان وہ ایمان بنا ہے جس کو معرفت والا ایمان کہا گیا ہے؟ کیا ہمارا ایمان وہ</w:t>
      </w:r>
    </w:p>
    <w:p>
      <w:r>
        <w:rPr>
          <w:b/>
        </w:rPr>
        <w:t xml:space="preserve">[53:01] </w:t>
      </w:r>
      <w:r>
        <w:t>imaan bana bana hai jo Khuda ke haan accept kiya jaye? kya hamara imaan woh imaan bana hai jo jannat ka certificate ban jaye akhirat mein? bohat</w:t>
      </w:r>
    </w:p>
    <w:p>
      <w:pPr>
        <w:jc w:val="right"/>
      </w:pPr>
      <w:r>
        <w:t>ایمان بنا بنا ہے جو خدا کے ہاں ایکسیپٹ کیا جائے؟ کیا ہمارا ایمان وہ ایمان بنا ہے جو جنت کا سرٹیفکیٹ بن جائے آخرت میں؟ بہت</w:t>
      </w:r>
    </w:p>
    <w:p>
      <w:r>
        <w:rPr>
          <w:b/>
        </w:rPr>
        <w:t xml:space="preserve">[53:20] </w:t>
      </w:r>
      <w:r>
        <w:t>zyada sochne ki baat hai. aadmi khud hi apne bare mein soch kar jaan sakta hai. koi doosra aap ko bata nahi sakta hai. yeh baatein jo hain, aadmi khud soche to jaan lega. in</w:t>
      </w:r>
    </w:p>
    <w:p>
      <w:pPr>
        <w:jc w:val="right"/>
      </w:pPr>
      <w:r>
        <w:t>زیادہ سوچنے کی بات ہے۔ آدمی خود ہی اپنے بارے میں سوچ کر جان سکتا ہے۔ کوئی دوسرا آپ کو بتا نہیں سکتا ہے۔ یہ باتیں جو ہیں، آدمی خود سوچے تو جان لے گا۔ ان</w:t>
      </w:r>
    </w:p>
    <w:p>
      <w:r>
        <w:rPr>
          <w:b/>
        </w:rPr>
        <w:t xml:space="preserve">[53:39] </w:t>
      </w:r>
      <w:r>
        <w:t>transaction kare to jaan lega woh. koi doosra aadmi kya batayega aap ko? woh to kuch nahi bata sakta hai. to yaad rakhiye, insaan ko is</w:t>
      </w:r>
    </w:p>
    <w:p>
      <w:pPr>
        <w:jc w:val="right"/>
      </w:pPr>
      <w:r>
        <w:t>ٹراسپیکشن کرے تو جان لے گا وہ۔ کوئی دوسرا آدمی کیا بتائے گا آپ کو؟ وہ تو کچھ نہیں بتا سکتا ہے۔ تو یاد رکھیے، انسان کو اس</w:t>
      </w:r>
    </w:p>
    <w:p>
      <w:r>
        <w:rPr>
          <w:b/>
        </w:rPr>
        <w:t xml:space="preserve">[53:57] </w:t>
      </w:r>
      <w:r>
        <w:t>duniya mein jo mauqa diya gaya hai, woh sirf ek baar ka mauqa hai. yeh paida hue, kuch din duniya mein rahe aur phir chale gaye is duniya se. ab phir woh lotna</w:t>
      </w:r>
    </w:p>
    <w:p>
      <w:pPr>
        <w:jc w:val="right"/>
      </w:pPr>
      <w:r>
        <w:t>دنیا میں جو موقع دیا گیا ہے، وہ صرف ایک بار کا موقع ہے۔ یہ پیدا ہوئے، کچھ دن دنیا میں رہے اور پھر چلے گئے اس دنیا سے۔ اب پھر وہ لوٹنا</w:t>
      </w:r>
    </w:p>
    <w:p>
      <w:r>
        <w:rPr>
          <w:b/>
        </w:rPr>
        <w:t xml:space="preserve">[54:15] </w:t>
      </w:r>
      <w:r>
        <w:t>nahi hota. phir wahan se lot kar yahan aana nahi hai. to kitna zyada yeh rizqi mamla hai. aaj mein subah soch raha tha apne kai sathiyon ko jo</w:t>
      </w:r>
    </w:p>
    <w:p>
      <w:pPr>
        <w:jc w:val="right"/>
      </w:pPr>
      <w:r>
        <w:t>نہیں ہوتا۔ پھر وہاں سے لوٹ کر یہاں آنا نہیں ہے۔ تو کتنا زیادہ یہ رزقی معاملہ ہے۔ آج میں صبح سوچ رہا تھا اپنے کئی ساتھیوں کو جو</w:t>
      </w:r>
    </w:p>
    <w:p>
      <w:r>
        <w:rPr>
          <w:b/>
        </w:rPr>
        <w:t xml:space="preserve">[54:37] </w:t>
      </w:r>
      <w:r>
        <w:t>mujh se kuch bade bhi the, to un ko naam le le kar maine socha ke dekho falan aadmi is ki death ho gayi, falan aadmi is ki death ho gayi, falan aadmi is ki death ho gayi. to kai naam aise mere zehn mein aaye jo aaj duniya mein maujood nahi hain. ab</w:t>
      </w:r>
    </w:p>
    <w:p>
      <w:pPr>
        <w:jc w:val="right"/>
      </w:pPr>
      <w:r>
        <w:t>مجھ سے کچھ بڑے بھی تھے، تو ان کو نام لے لے کر میں نے سوچا کہ دیکھو فلاں آدمی اس کی ڈیتھ ہو گئی، فلاں آدمی اس کی ڈیتھ ہو گئی، فلاں آدمی اس کی ڈیتھ ہو گئی۔ تو کئی نام ایسے میرے ذہن میں آئے جو آج دنیا میں موجود نہیں ہیں۔ اب</w:t>
      </w:r>
    </w:p>
    <w:p>
      <w:r>
        <w:rPr>
          <w:b/>
        </w:rPr>
        <w:t xml:space="preserve">[54:57] </w:t>
      </w:r>
      <w:r>
        <w:t>maine socha ke dekhein, yeh log eternity mein dakhil ho gaye. yeh duniya jo thi, yeh to ek temporary duniya thi. temporary. is ke baad jo hai, woh to eternity hai. is</w:t>
      </w:r>
    </w:p>
    <w:p>
      <w:pPr>
        <w:jc w:val="right"/>
      </w:pPr>
      <w:r>
        <w:t>میں نے سوچا کہ دیکھیں، یہ لوگ ایٹرنٹی میں داخل ہو گئے۔ یہ دنیا جو تھی، یہ تو ایک ٹیمپرری دنیا تھی۔ ٹیمپرری۔ اس کے بعد جو ہے، وہ تو ایٹرنٹی ہے۔ اس</w:t>
      </w:r>
    </w:p>
    <w:p>
      <w:r>
        <w:rPr>
          <w:b/>
        </w:rPr>
        <w:t xml:space="preserve">[55:16] </w:t>
      </w:r>
      <w:r>
        <w:t>duniya se aadmi kuch bhi le kar nahi jata. sab kuch chhod ke jata hai. to wahan par jab jayega aadmi, kitna anokha maloom hoga ke sab kuch jo tha mere paas, sab chhoot gaya. car</w:t>
      </w:r>
    </w:p>
    <w:p>
      <w:pPr>
        <w:jc w:val="right"/>
      </w:pPr>
      <w:r>
        <w:t>دنیا سے آدمی کچھ بھی لے کر نہیں جاتا۔ سب کچھ چھوڑ کے جاتا ہے۔ تو وہاں پر جب جائے گا آدمی، کتنا انوکھا معلوم ہوگا کہ سب کچھ جو تھا میرے پاس، سب چھوٹ گیا۔ کار</w:t>
      </w:r>
    </w:p>
    <w:p>
      <w:r>
        <w:rPr>
          <w:b/>
        </w:rPr>
        <w:t xml:space="preserve">[55:36] </w:t>
      </w:r>
      <w:r>
        <w:t>bhi chhoot gayi, building bhi chhoot gayi, bank balance bhi chhoot gaya, friends bhi chhoot gaye, aulad aur family bhi chhoot gayi. ek dam akela. kaisa anokha ek</w:t>
      </w:r>
    </w:p>
    <w:p>
      <w:pPr>
        <w:jc w:val="right"/>
      </w:pPr>
      <w:r>
        <w:t>بھی چھوٹ گئی، بلڈنگ بھی چھوٹ گئی، بینک بیلنس بھی چھوٹ گیا، فرینڈز بھی چھوٹ گئے، اولاد اور فیملی بھی چھوٹ گئی۔ ایک دم اکیلا۔ کیسا انوکھا ایک</w:t>
      </w:r>
    </w:p>
    <w:p>
      <w:r>
        <w:rPr>
          <w:b/>
        </w:rPr>
        <w:t xml:space="preserve">[55:54] </w:t>
      </w:r>
      <w:r>
        <w:t>spirens hoga. baibal mein hai ke abad tak rona aur daant peesna hoga. yaani jo log wahan par is tarah pahunche ke unke paas sa</w:t>
      </w:r>
    </w:p>
    <w:p>
      <w:pPr>
        <w:jc w:val="right"/>
      </w:pPr>
      <w:r>
        <w:t>سپیرینس ہوگا۔ بائبل میں ہے کہ ابد تک رونا اور دانت پیسنا ہوگا۔ یعنی جو لوگ وہاں پر اس طرح پہنچے کہ ان کے پاس س</w:t>
      </w:r>
    </w:p>
    <w:p>
      <w:r>
        <w:rPr>
          <w:b/>
        </w:rPr>
        <w:t xml:space="preserve">[56:12] </w:t>
      </w:r>
      <w:r>
        <w:t>cha imaan na ho, yaani woh imaan jo wahan jis ki price thehre, khuda ki adalat mein jis ki price thehre, woh imaan. to bataiye ke is ka kya haal hoga? yeh</w:t>
      </w:r>
    </w:p>
    <w:p>
      <w:pPr>
        <w:jc w:val="right"/>
      </w:pPr>
      <w:r>
        <w:t>چا ایمان نہ ہو، یعنی وہ ایمان جو وہاں جس کی پرائس ٹھہرے، خدا کی عدالت میں جس کی پرائس ٹھہرے، وہ ایمان۔ تو بتائیے کہ اس کا کیا حال ہوگا؟ یہ</w:t>
      </w:r>
    </w:p>
    <w:p>
      <w:r>
        <w:rPr>
          <w:b/>
        </w:rPr>
        <w:t xml:space="preserve">[56:36] </w:t>
      </w:r>
      <w:r>
        <w:t>duniya mein dekhen, jab logon ko milta hai saamaan to unka nconsciousli woh samajhne lagte hain ke sab kuch hamein haasil hai, haasil rahega. is ko permanent samajh lete hain woh. unconsciousli. y</w:t>
      </w:r>
    </w:p>
    <w:p>
      <w:pPr>
        <w:jc w:val="right"/>
      </w:pPr>
      <w:r>
        <w:t>دنیا میں دیکھیں، جب لوگوں کو ملتا ہے سامان تو انکانشسلی وہ سمجھنے لگتے ہیں کہ سب کچھ ہمیں حاصل ہے، حاصل رہے گا۔ اس کو پرماننٹ سمجھ لیتے ہیں وہ۔ انکانشسلی۔ ی</w:t>
      </w:r>
    </w:p>
    <w:p>
      <w:r>
        <w:rPr>
          <w:b/>
        </w:rPr>
        <w:t xml:space="preserve">[56:58] </w:t>
      </w:r>
      <w:r>
        <w:t>aani aap ko sab cheez mil gayi, aap ko health mili, aap ko family mili, aap ko building mili, aap ko car mili, sab cheez, sab cheez, sab cheez. to is mein jab aap rehne lagte hain to unconsciousli yeh</w:t>
      </w:r>
    </w:p>
    <w:p>
      <w:pPr>
        <w:jc w:val="right"/>
      </w:pPr>
      <w:r>
        <w:t>عنی آپ کو سب چیز مل گئی، آپ کو ہیلتھ ملی، آپ کو فیملی ملی، آپ کو بلڈنگ ملی، آپ کو کار ملی، سب چیز، سب چیز، سب چیز۔ تو اس میں جب آپ رہنے لگتے ہیں تو انکانشسلی یہ</w:t>
      </w:r>
    </w:p>
    <w:p>
      <w:r>
        <w:rPr>
          <w:b/>
        </w:rPr>
        <w:t xml:space="preserve">[57:16] </w:t>
      </w:r>
      <w:r>
        <w:t>mind ban jata hai ke sab hamara hai, hamara rahega. yeh cheezen hamari hamare saath rahengi. jab death hoti hai, death achaanak pata chalta hai ke oh, main kitni badi bhool mein tha. k</w:t>
      </w:r>
    </w:p>
    <w:p>
      <w:pPr>
        <w:jc w:val="right"/>
      </w:pPr>
      <w:r>
        <w:t>مائنڈ بن جاتا ہے کہ سب ہمارا ہے، ہمارا رہے گا۔ یہ چیزیں ہماری ہمارے ساتھ رہیں گی۔ جب ڈیتھ ہوتی ہے، ڈیتھ اچانک پتہ چلتا ہے کہ اوہ، میں کتنی بڑی بھول میں تھا۔ ک</w:t>
      </w:r>
    </w:p>
    <w:p>
      <w:r>
        <w:rPr>
          <w:b/>
        </w:rPr>
        <w:t xml:space="preserve">[57:35] </w:t>
      </w:r>
      <w:r>
        <w:t>itni badi bhool mein tha. yeh to sab kuch chhoot gaya. sab kuch chhoot gaya. koi cheez mere saath nahin aayi. kisi cheez ne mera saath nahin diya. yeh</w:t>
      </w:r>
    </w:p>
    <w:p>
      <w:pPr>
        <w:jc w:val="right"/>
      </w:pPr>
      <w:r>
        <w:t>تنی بڑی بھول میں تھا۔ یہ تو سب کچھ چھوٹ گیا۔ سب کچھ چھوٹ گیا۔ کوئی چیز میرے ساتھ نہیں آئی۔ کسی چیز نے میرا ساتھ نہیں دیا۔ یہ</w:t>
      </w:r>
    </w:p>
    <w:p>
      <w:r>
        <w:rPr>
          <w:b/>
        </w:rPr>
        <w:t xml:space="preserve">[57:57] </w:t>
      </w:r>
      <w:r>
        <w:t>bahut zyada sochne ki baat hai. mere paas ek sahab aaye mere office mein, bahut hi itminaan se unhon ne kaha ke shukar hai ke Allah ne hamein imaan diya hai. a</w:t>
      </w:r>
    </w:p>
    <w:p>
      <w:pPr>
        <w:jc w:val="right"/>
      </w:pPr>
      <w:r>
        <w:t>بہت زیادہ سوچنے کی بات ہے۔ میرے پاس ایک صاحب آئے میرے آفس میں، بہت ہی اطمینان سے انہوں نے کہا کہ شکر ہے کہ اللہ نے ہمیں ایمان دیا ہے۔ ا</w:t>
      </w:r>
    </w:p>
    <w:p>
      <w:r>
        <w:rPr>
          <w:b/>
        </w:rPr>
        <w:t xml:space="preserve">[58:16] </w:t>
      </w:r>
      <w:r>
        <w:t>imaan jo hai, hamare jannat ki guarantee hai. imaan diya hai aur imaan jannat ki guarantee hai. to main sochne laga ke dekhiye, kitne bade bhram mein insaan pada hua hai. imaan is waqt imaan hai</w:t>
      </w:r>
    </w:p>
    <w:p>
      <w:pPr>
        <w:jc w:val="right"/>
      </w:pPr>
      <w:r>
        <w:t>یمان جو ہے، ہمارے جنت کی گارنٹی ہے۔ ایمان دیا ہے اور ایمان جنت کی گارنٹی ہے۔ تو میں سوچنے لگا کہ دیکھیے، کتنے بڑے بھرم میں انسان پڑا ہوا ہے۔ ایمان اس وقت ایمان ہے</w:t>
      </w:r>
    </w:p>
    <w:p>
      <w:r>
        <w:rPr>
          <w:b/>
        </w:rPr>
        <w:t xml:space="preserve">[58:34] </w:t>
      </w:r>
      <w:r>
        <w:t>jab ke khuda keh de ke haan, imaan hai yeh. jaise maine arz kiya, note is waqt note hai jabke bank keh de ke haan, yeh note hai, sahi. warna woh kaaghaz ka purza hai. to yaad rakhiye, hamare apne maan</w:t>
      </w:r>
    </w:p>
    <w:p>
      <w:pPr>
        <w:jc w:val="right"/>
      </w:pPr>
      <w:r>
        <w:t>جب کہ خدا کہہ دے کہ ہاں، ایمان ہے یہ۔ جیسے میں نے عرض کیا، نوٹ اس وقت نوٹ ہے جبکہ بینک کہہ دے کہ ہاں، یہ نوٹ ہے، صحیح۔ ورنہ وہ کاغذ کا پرزہ ہے۔ تو یاد رکھیے، ہمارے اپنے مان</w:t>
      </w:r>
    </w:p>
    <w:p>
      <w:r>
        <w:rPr>
          <w:b/>
        </w:rPr>
        <w:t xml:space="preserve">[58:52] </w:t>
      </w:r>
      <w:r>
        <w:t>ne se koi imaan sachcha imaan nahin ban jata hai. khuda jab certify karega us ko, tab woh imaan imaan banega. yeh hone wala hai post death period mein. death ke baad. is</w:t>
      </w:r>
    </w:p>
    <w:p>
      <w:pPr>
        <w:jc w:val="right"/>
      </w:pPr>
      <w:r>
        <w:t>نے سے کوئی ایمان سچا ایمان نہیں بن جاتا ہے۔ خدا جب سرٹیفائی کرے گا اس کو، تب وہ ایمان ایمان بنے گا۔ یہ ہونے والا ہے پوسٹ ڈیتھ پیریڈ میں۔ ڈیتھ کے بعد۔ اس</w:t>
      </w:r>
    </w:p>
    <w:p>
      <w:r>
        <w:rPr>
          <w:b/>
        </w:rPr>
        <w:t xml:space="preserve">[59:12] </w:t>
      </w:r>
      <w:r>
        <w:t>liye aata hai ke al imaan bain al rajaa wal khauf. al imaan bain al rajaa wal khauf. yaani imaan jo hai, woh hope of fear ke beech mein hota hai. hope of fear. yaani ek taraf to aap sochte hain ke bhai main main ne imaan qubool kiya hai, main</w:t>
      </w:r>
    </w:p>
    <w:p>
      <w:pPr>
        <w:jc w:val="right"/>
      </w:pPr>
      <w:r>
        <w:t>ی لیے آتا ہے کہ الایمان بین الرجاء والخوف۔ الایمان بین الرجاء والخوف۔ یعنی ایمان جو ہے، وہ ہوپ اف فیئر کے بیچ میں ہوتا ہے۔ ہوپ اف فیئر۔ یعنی ایک طرف تو آپ سوچتے ہیں کہ بھئی میں میں نے ایمان قبول کیا ہے، میں</w:t>
      </w:r>
    </w:p>
    <w:p>
      <w:r>
        <w:rPr>
          <w:b/>
        </w:rPr>
        <w:t xml:space="preserve">[59:31] </w:t>
      </w:r>
      <w:r>
        <w:t>ne kalma padha hai. doosri taraf yeh sochte hain ke khuda na maane to kya hoga? main to keh raha hoon ke main ne kalma padha hai, mere paas kalma hai. lekin jab khuda us ko maane, tab to woh kalma hai, warna kuch nahin. to</w:t>
      </w:r>
    </w:p>
    <w:p>
      <w:pPr>
        <w:jc w:val="right"/>
      </w:pPr>
      <w:r>
        <w:t>نے کلمہ پڑھا ہے۔ دوسری طرف یہ سوچتے ہیں کہ خدا نہ مانے تو کیا ہوگا؟ میں تو کہہ رہا ہوں کہ میں نے کلمہ پڑھا ہے، میرے پاس کلمہ ہے۔ لیکن جب خدا اس کو مانے، تب تو وہ کلمہ ہے، ورنہ کچھ نہیں۔ تو</w:t>
      </w:r>
    </w:p>
    <w:p>
      <w:r>
        <w:rPr>
          <w:b/>
        </w:rPr>
        <w:t xml:space="preserve">[59:49] </w:t>
      </w:r>
      <w:r>
        <w:t>yeh woh cheez hai jis par hum ko bahut zyada sochna chahiye. aqool qawla haza wastaghfirullaha li walakum ajmaeen.</w:t>
      </w:r>
    </w:p>
    <w:p>
      <w:pPr>
        <w:jc w:val="right"/>
      </w:pPr>
      <w:r>
        <w:t>یہ وہ چیز ہے جس پر ہم کو بہت زیادہ سوچنا چاہیے۔ اقول قول ھذا واستغفراللہ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