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The Religion | July 31, 2008 | Maulana Wahiduddin Khan</w:t>
      </w:r>
    </w:p>
    <w:p>
      <w:r>
        <w:t>https://www.youtube.com/watch?v=emHZjUnLsmI</w:t>
      </w:r>
    </w:p>
    <w:p>
      <w:r>
        <w:rPr>
          <w:b/>
        </w:rPr>
        <w:t xml:space="preserve">[00:00] </w:t>
      </w:r>
      <w:r>
        <w:t>main kaun hoon, mujhe kis ne banaya, is duniya mein main kis liye aaya hoon, meri duty kya hai—in sab ko janne ka source hai mazhab. yeh saare insaanon ki baat hai, yeh saare insaanon ki baat hai ke mazhab aashirwad ke liye nahin hai, maz</w:t>
      </w:r>
    </w:p>
    <w:p>
      <w:pPr>
        <w:jc w:val="right"/>
      </w:pPr>
      <w:r>
        <w:t>میں کون ہوں، مجھے کس نے بنایا، اس دنیا میں میں کس لیے آیا ہوں، میری ڈیوٹی کیا ہے—ان سب کو جاننے کا سورس ہے مذہب۔ یہ سارے انسانوں کی بات ہے، یہ سارے انسانوں کی بات ہے کہ مذہب آشیرواد کے لیے نہیں ہے، مذ</w:t>
      </w:r>
    </w:p>
    <w:p>
      <w:r>
        <w:rPr>
          <w:b/>
        </w:rPr>
        <w:t xml:space="preserve">[00:19] </w:t>
      </w:r>
      <w:r>
        <w:t>hab barkat ke liye nahin hai. mazhab jo hai is liye hai ke aap apne paida karne wale ko acknowledge karen, us ka aitraaf karen. yeh kisi ek doctor ke sochne ki baat nahin hai, yeh har aadmi ke sochne ki baat hai. dekhen, ek principal hai, woh</w:t>
      </w:r>
    </w:p>
    <w:p>
      <w:pPr>
        <w:jc w:val="right"/>
      </w:pPr>
      <w:r>
        <w:t>ہب برکت کے لیے نہیں ہے۔ مذہب جو ہے اس لیے ہے کہ آپ اپنے پیدا کرنے والے کو acknowledge کریں، اس کا اعتراف کریں۔ یہ کسی ایک ڈاکٹر کے سوچنے کی بات نہیں ہے، یہ ہر آدمی کے سوچنے کی بات ہے۔ دیکھیں، ایک پرنسپل ہے، وہ</w:t>
      </w:r>
    </w:p>
    <w:p>
      <w:r>
        <w:rPr>
          <w:b/>
        </w:rPr>
        <w:t xml:space="preserve">[00:38] </w:t>
      </w:r>
      <w:r>
        <w:t>hai apne benefactor ka ehsaan maanna, apne muhsin ka ehsaan maanna. yeh ek universal principal hai. khuda jo hai woh hamara super benefactor hai, sab se bada muhsin,</w:t>
      </w:r>
    </w:p>
    <w:p>
      <w:pPr>
        <w:jc w:val="right"/>
      </w:pPr>
      <w:r>
        <w:t>ہے اپنے بینیفیکٹر کا احسان ماننا، اپنے محسن کا احسان ماننا۔ یہ ایک یونیورسل پرنسپل ہے۔ خدا جو ہے وہ ہمارا سپر بینیفیکٹر ہے، سب سے بڑا محسن،</w:t>
      </w:r>
    </w:p>
    <w:p>
      <w:r>
        <w:rPr>
          <w:b/>
        </w:rPr>
        <w:t xml:space="preserve">[00:57] </w:t>
      </w:r>
      <w:r>
        <w:t>sab se zyada dene wala. to jo super benefactor hai, jo creator hai, jo sustainer hai, jo lord of the universe hai, us ka acknowledgement to bahut zyada karna padega. b</w:t>
      </w:r>
    </w:p>
    <w:p>
      <w:pPr>
        <w:jc w:val="right"/>
      </w:pPr>
      <w:r>
        <w:t>سب سے زیادہ دینے والا۔ تو جو سپر بینیفیکٹر ہے، جو کریٹر ہے، جو سسٹینر ہے، جو لارڈ آف دی یونیورس ہے، اس کا acknowledgement تو بہت زیادہ کرنا پڑے گا۔ ب</w:t>
      </w:r>
    </w:p>
    <w:p>
      <w:r>
        <w:rPr>
          <w:b/>
        </w:rPr>
        <w:t xml:space="preserve">[01:23] </w:t>
      </w:r>
      <w:r>
        <w:t>ismillah al rahman al rahim. wa salla allahu ala al nabiy al kareem. rab ishrah li sadri, wa yassir li amri, wah lul uqdatan min lisani, yafqahu qawli. a</w:t>
      </w:r>
    </w:p>
    <w:p>
      <w:pPr>
        <w:jc w:val="right"/>
      </w:pPr>
      <w:r>
        <w:t>سم اللہ الرحمن الرحیم۔ وصلی اللہ علی النبی الکریم۔ رب اشرح لی صدری، ویسر لی امری، واحل العقدۃ من لسانی، یفقہ قولی۔ آ</w:t>
      </w:r>
    </w:p>
    <w:p>
      <w:r>
        <w:rPr>
          <w:b/>
        </w:rPr>
        <w:t xml:space="preserve">[01:46] </w:t>
      </w:r>
      <w:r>
        <w:t>aj ki baat ka jo topic hai woh hai man and the religion: insaan aur mazhab. yeh hai mauzu aaj ke t</w:t>
      </w:r>
    </w:p>
    <w:p>
      <w:pPr>
        <w:jc w:val="right"/>
      </w:pPr>
      <w:r>
        <w:t>ج کی بات کا جو ٹاپک ہے وہ ہے مین اینڈ دی ریلیجن: انسان اور مذہب۔ یہ ہے موضوع آج کے ٹ</w:t>
      </w:r>
    </w:p>
    <w:p>
      <w:r>
        <w:rPr>
          <w:b/>
        </w:rPr>
        <w:t xml:space="preserve">[02:04] </w:t>
      </w:r>
      <w:r>
        <w:t>ak ka. kal parson ek sahab se meri mulaqaat hui, to unhon ne bataya ke woh ek doctor sahab se mile, ek alopathic doctor,</w:t>
      </w:r>
    </w:p>
    <w:p>
      <w:pPr>
        <w:jc w:val="right"/>
      </w:pPr>
      <w:r>
        <w:t>اک کا۔ کل پرسوں ایک صاحب سے میری ملاقات ہوئی، تو انہوں نے بتایا کہ وہ ایک ڈاکٹر صاحب سے ملے، ایک الفیدک ڈاکٹر،</w:t>
      </w:r>
    </w:p>
    <w:p>
      <w:r>
        <w:rPr>
          <w:b/>
        </w:rPr>
        <w:t xml:space="preserve">[02:25] </w:t>
      </w:r>
      <w:r>
        <w:t>woh ek successful doctor hain. to unhon ne in ko mazhab par ek kitaab di, ek pamphlet, mazhab ke bare mein, religion ke bare mein. to doctor sahib</w:t>
      </w:r>
    </w:p>
    <w:p>
      <w:pPr>
        <w:jc w:val="right"/>
      </w:pPr>
      <w:r>
        <w:t>وہ ایک سکسیس فل ڈاکٹر ہیں۔ تو انہوں نے ان کو مذہب پر ایک کتاب دی، ایک پیمفلیٹ، مذہب کے بارے میں، ریلیجن کے بارے میں۔ تو ڈاکٹر صاح</w:t>
      </w:r>
    </w:p>
    <w:p>
      <w:r>
        <w:rPr>
          <w:b/>
        </w:rPr>
        <w:t xml:space="preserve">[02:43] </w:t>
      </w:r>
      <w:r>
        <w:t>b ne kitaab apne haath mein li, phir dekha ke is ka title jo hai woh religion hai. to unhon ne bohat hi lightly kaha ke mujhe mazhab se koi dilchaspi nahi hai. aap</w:t>
      </w:r>
    </w:p>
    <w:p>
      <w:pPr>
        <w:jc w:val="right"/>
      </w:pPr>
      <w:r>
        <w:t>ب نے کتاب اپنے ہاتھ میں لی، پھر دیکھا کہ اس کا ٹائٹل جو ہے وہ ریلیجن ہے۔ تو انہوں نے بہت ہی لائٹلی کہا کہ مجھے مذہب سے کوئی دلچسپی نہیں ہے۔ آپ</w:t>
      </w:r>
    </w:p>
    <w:p>
      <w:r>
        <w:rPr>
          <w:b/>
        </w:rPr>
        <w:t xml:space="preserve">[03:01] </w:t>
      </w:r>
      <w:r>
        <w:t>dekhiye, main apne profession mein successful hoon, aap dekhiye, meri health itni achhi hai, meri biwi ki health bhi bohat achhi hai, meri ek be</w:t>
      </w:r>
    </w:p>
    <w:p>
      <w:pPr>
        <w:jc w:val="right"/>
      </w:pPr>
      <w:r>
        <w:t>دیکھیے، میں اپنے پروفیشن میں سکسیس فل ہوں، آپ دیکھیے، میری ہیلتھ اتنی اچھی ہے، میری بیوی کی ہیلتھ بھی بہت اچھی ہے، میری ایک بی</w:t>
      </w:r>
    </w:p>
    <w:p>
      <w:r>
        <w:rPr>
          <w:b/>
        </w:rPr>
        <w:t xml:space="preserve">[03:20] </w:t>
      </w:r>
      <w:r>
        <w:t>ti hai, is ki health bhi bohat achhi hai. mujhe apne profession mein itni income ho jati hai ke mera kaam achhi tarah chalta hai, aur saath hi main apni beti ke account mein h</w:t>
      </w:r>
    </w:p>
    <w:p>
      <w:pPr>
        <w:jc w:val="right"/>
      </w:pPr>
      <w:r>
        <w:t>ٹی ہے، اس کی ہیلتھ بھی بہت اچھی ہے۔ مجھے اپنے پروفیشن میں اتنی انکم ہو جاتی ہے کہ میرا کام اچھی طرح چلتا ہے، اور ساتھ ہی میں اپنی بیٹی کے اکاؤنٹ میں ہ</w:t>
      </w:r>
    </w:p>
    <w:p>
      <w:r>
        <w:rPr>
          <w:b/>
        </w:rPr>
        <w:t xml:space="preserve">[03:38] </w:t>
      </w:r>
      <w:r>
        <w:t>ar mahina ek lakh rupiya jama karta rehta hoon. har mahina ek lakh rupiya. to mera sab kaam durust hai, health bhi hai, aur kamyab profession bhi hai. g</w:t>
      </w:r>
    </w:p>
    <w:p>
      <w:pPr>
        <w:jc w:val="right"/>
      </w:pPr>
      <w:r>
        <w:t>ر مہینہ ایک لاکھ روپیہ جمع کرتا رہتا ہوں۔ ہر مہینہ ایک لاکھ روپیہ۔ تو میرا سب کام درست ہے، ہیلتھ بھی ہے، اور کامیاب پروفیشن بھی ہے۔ گ</w:t>
      </w:r>
    </w:p>
    <w:p>
      <w:r>
        <w:rPr>
          <w:b/>
        </w:rPr>
        <w:t xml:space="preserve">[03:57] </w:t>
      </w:r>
      <w:r>
        <w:t>har, car, bank balance, sab cheez meri, sab cheez mujhe mili hui hai. to ab mujhe mazhab ka kya kaam? dekhiye, yeh ek bohat bara, bohat bari misunderstanding hai.</w:t>
      </w:r>
    </w:p>
    <w:p>
      <w:pPr>
        <w:jc w:val="right"/>
      </w:pPr>
      <w:r>
        <w:t>ھر، کار، بینک بیلنس، سب چیز میری، سب چیز مجھے ملی ہوئی ہے۔ تو اب مجھے مذہب کا کیا کام؟ دیکھیے، یہ ایک بہت بڑا، بہت بڑی misunderstanding ہے۔</w:t>
      </w:r>
    </w:p>
    <w:p>
      <w:r>
        <w:rPr>
          <w:b/>
        </w:rPr>
        <w:t xml:space="preserve">[04:17] </w:t>
      </w:r>
      <w:r>
        <w:t>kuch log mazhab ko apni material life ka appendix samajhte hain, yaani zameema. woh samajhte hain ke asal zindagi to material zindagi hai, hamare maadi mamlaat theek hon,</w:t>
      </w:r>
    </w:p>
    <w:p>
      <w:pPr>
        <w:jc w:val="right"/>
      </w:pPr>
      <w:r>
        <w:t>کچھ لوگ مذہب کو اپنی مٹیریل لائف کا اپنڈکس سمجھتے ہیں، یعنی ضمیمہ۔ وہ سمجھتے ہیں کہ اصل زندگی تو مٹیریل زندگی ہے، ہمارے مادی معاملات ٹھیک ہوں،</w:t>
      </w:r>
    </w:p>
    <w:p>
      <w:r>
        <w:rPr>
          <w:b/>
        </w:rPr>
        <w:t xml:space="preserve">[04:36] </w:t>
      </w:r>
      <w:r>
        <w:t>hamare paas achha ghar ho, achhi car ho, achhi family ho, achhi income ho, health ho, to bas theek hai. agar yeh sab na ho to phir hamein mazhab ka sahara lena chahiye, mazhab se barkat len. y</w:t>
      </w:r>
    </w:p>
    <w:p>
      <w:pPr>
        <w:jc w:val="right"/>
      </w:pPr>
      <w:r>
        <w:t>ہمارے پاس اچھا گھر ہو، اچھی کار ہو، اچھی فیملی ہو، اچھی انکم ہو، ہیلتھ ہو، تو بس ٹھیک ہے۔ اگر یہ سب نہ ہو تو پھر ہمیں مذہب کا سہارا لینا چاہیے، مذہب سے برکت لینا۔ ی</w:t>
      </w:r>
    </w:p>
    <w:p>
      <w:r>
        <w:rPr>
          <w:b/>
        </w:rPr>
        <w:t xml:space="preserve">[04:57] </w:t>
      </w:r>
      <w:r>
        <w:t>ani mazhab ko samajhte hain ke apni dunya ki zindagi ke liye barkat, aashirwad ka zariya. bas. yeh bohat bari bhool hai. dekhiye, d</w:t>
      </w:r>
    </w:p>
    <w:p>
      <w:pPr>
        <w:jc w:val="right"/>
      </w:pPr>
      <w:r>
        <w:t>عنی مذہب کو سمجھتے ہیں کہ اپنی دنیا کی زندگی کے لیے برکت، آشیرواد کا ذریعہ۔ بس۔ یہ بہت بڑی بھول ہے۔ دیکھیے، ڈ</w:t>
      </w:r>
    </w:p>
    <w:p>
      <w:r>
        <w:rPr>
          <w:b/>
        </w:rPr>
        <w:t xml:space="preserve">[05:16] </w:t>
      </w:r>
      <w:r>
        <w:t>octor sahib ko sochna chahiye ke jo health aap ko mili hui hai, woh kis ne di? aap ka jo digestive system hai, woh aap ne khud to banaya nahi. oxygen ki supply ka jo nizam hai, jis mein aap saans lete hain, woh</w:t>
      </w:r>
    </w:p>
    <w:p>
      <w:pPr>
        <w:jc w:val="right"/>
      </w:pPr>
      <w:r>
        <w:t>اکٹر صاحب کو سوچنا چاہیے کہ جو ہیلتھ آپ کو ملی ہوئی ہے، وہ کس نے دی؟ آپ کا جو ڈائجسٹو سسٹم ہے، وہ آپ نے خود تو بنایا نہیں۔ آکسیجن کی سپلائی کا جو نظام ہے، جس میں آپ سانس لیتے ہیں، وہ</w:t>
      </w:r>
    </w:p>
    <w:p>
      <w:r>
        <w:rPr>
          <w:b/>
        </w:rPr>
        <w:t xml:space="preserve">[05:34] </w:t>
      </w:r>
      <w:r>
        <w:t>aap ne khud to banaya nahi. sun light jo upar se aa rahi hai, is ka intezam aap ne khud to kiya nahi. yeh zameen jis par aap chalte phirte hain, yeh bohat hi, bohat zyada, yaani hamare muwafiq zameen. to</w:t>
      </w:r>
    </w:p>
    <w:p>
      <w:pPr>
        <w:jc w:val="right"/>
      </w:pPr>
      <w:r>
        <w:t>آپ نے خود تو بنایا نہیں۔ سن لائٹ جو اوپر سے آ رہی ہے، اس کا انتظام آپ نے خود تو کیا نہیں۔ یہ زمین جس پر آپ چلتے پھرتے ہیں، یہ بہت ہی، بہت زیادہ، یعنی ہمارے موافق زمین۔ تو</w:t>
      </w:r>
    </w:p>
    <w:p>
      <w:r>
        <w:rPr>
          <w:b/>
        </w:rPr>
        <w:t xml:space="preserve">[05:53] </w:t>
      </w:r>
      <w:r>
        <w:t>aap ne to banaya nahi is ko. zameen se jo sari khane wali cheezein nikalti hain, woh aap ne banaya nahi. aap to ek bani banai dunya hain, khud aap bhi ek bane banaya insan hain</w:t>
      </w:r>
    </w:p>
    <w:p>
      <w:pPr>
        <w:jc w:val="right"/>
      </w:pPr>
      <w:r>
        <w:t>آپ نے تو بنایا نہیں اس کو۔ زمین سے جو ساری کھانے والی چیزیں نکلتی ہیں، وہ آپ نے بنایا نہیں۔ آپ تو ایک بنی بنائی دنیا ہیں، خود آپ بھی ایک بنے بنایا انسان ہیں</w:t>
      </w:r>
    </w:p>
    <w:p>
      <w:r>
        <w:rPr>
          <w:b/>
        </w:rPr>
        <w:t xml:space="preserve">[06:11] </w:t>
      </w:r>
      <w:r>
        <w:t>, to is ko aap ek profession mein istemal kar rahe hain, bas. to yeh kehna bohat bhari bhool hai ke mazhab is liye hai ke woh hamari maadi zindagi mein barkat</w:t>
      </w:r>
    </w:p>
    <w:p>
      <w:pPr>
        <w:jc w:val="right"/>
      </w:pPr>
      <w:r>
        <w:t>، تو اس کو آپ ایک پروفیشن میں استعمال کر رہے ہیں، بس۔ تو یہ کہنا بہت بھاری بھول ہے کہ مذہب اس لیے ہے کہ وہ ہماری مادی زندگی میں برکت</w:t>
      </w:r>
    </w:p>
    <w:p>
      <w:r>
        <w:rPr>
          <w:b/>
        </w:rPr>
        <w:t xml:space="preserve">[06:30] </w:t>
      </w:r>
      <w:r>
        <w:t>de, hum ko aashirwad de. nahi. mazhab ka matlab hai ke aap dene wale ko acknowledge karein. is dene wale ko acknowledge karein jis ne aap ko paida kiya, jis ne aap ko health di, jis ne aap ko yeh zameen di,</w:t>
      </w:r>
    </w:p>
    <w:p>
      <w:pPr>
        <w:jc w:val="right"/>
      </w:pPr>
      <w:r>
        <w:t>دے، ہم کو آشیرواد دے۔ نہیں۔ مذہب کا مطلب ہے کہ آپ دینے والے کو acknowledge کریں۔ اس دینے والے کو acknowledge کریں جس نے آپ کو پیدا کیا، جس نے آپ کو ہیلتھ دی، جس نے آپ کو یہ زمین دی،</w:t>
      </w:r>
    </w:p>
    <w:p>
      <w:r>
        <w:rPr>
          <w:b/>
        </w:rPr>
        <w:t xml:space="preserve">[06:48] </w:t>
      </w:r>
      <w:r>
        <w:t>jis ne aap ko oxygen supply kar raha hai jo, jo aap ko sun light supply kar raha hai. million billion cheezein aap ko is dunya mein mil rahi hain, life support system, yeh sab isi creator ne is</w:t>
      </w:r>
    </w:p>
    <w:p>
      <w:pPr>
        <w:jc w:val="right"/>
      </w:pPr>
      <w:r>
        <w:t>جس نے آپ کو آکسیجن سپلائی کر رہا ہے جو، جو آپ کو سن لائٹ سپلائی کر رہا ہے۔ ملین بلین چیزیں آپ کو اس دنیا میں مل رہی ہیں، لائف سپورٹ سسٹم، یہ سب اسی کریٹر نے اس</w:t>
      </w:r>
    </w:p>
    <w:p>
      <w:r>
        <w:rPr>
          <w:b/>
        </w:rPr>
        <w:t xml:space="preserve">[07:06] </w:t>
      </w:r>
      <w:r>
        <w:t>ka intezam kiya hai, isi se mil rahi hain cheezein aap ko. aap to is dunya mein ek particle bhi badha nahi sakte apni koshish se. ek ghaas bhi aap apni taqat se uga nahi sakte. to yeh sari cheezein dene wala kaun hai? woh</w:t>
      </w:r>
    </w:p>
    <w:p>
      <w:pPr>
        <w:jc w:val="right"/>
      </w:pPr>
      <w:r>
        <w:t>کا انتظام کیا ہے، اسی سے مل رہی ہیں چیزیں آپ کو۔ آپ تو اس دنیا میں ایک پارٹیکل بھی بڑھا نہیں سکتے اپنی کوشش سے۔ ایک گھاس بھی آپ اپنی طاقت سے اگا نہیں سکتے۔ تو یہ ساری چیزیں دینے والا کون ہے؟ وہ</w:t>
      </w:r>
    </w:p>
    <w:p>
      <w:r>
        <w:rPr>
          <w:b/>
        </w:rPr>
        <w:t xml:space="preserve">[07:24] </w:t>
      </w:r>
      <w:r>
        <w:t>creator hai. to is dene wale ko acknowledge karna, is ka etraf karna, is ka shukriya ada karna, is ka shukr karna, yeh hai mazhab. mazhab koi aashirwad, aashirwadi zameema nahi hai. maz</w:t>
      </w:r>
    </w:p>
    <w:p>
      <w:pPr>
        <w:jc w:val="right"/>
      </w:pPr>
      <w:r>
        <w:t>کریٹر ہے۔ تو اس دینے والے کو acknowledge کرنا، اس کا اعتراف کرنا، اس کا شکریہ ادا کرنا، اس کا شکر کرنا، یہ ہے مذہب۔ مذہب کوئی آشیرواد، آشیروادی ضمیمہ نہیں ہے۔ مذ</w:t>
      </w:r>
    </w:p>
    <w:p>
      <w:r>
        <w:rPr>
          <w:b/>
        </w:rPr>
        <w:t xml:space="preserve">[07:45] </w:t>
      </w:r>
      <w:r>
        <w:t>hab ek reminder hai logon ke liye ke jo log bhule hue hain apni material life mein, ke jo kuch mila hua hai is ko for granted le rakha hai unhon ne, bhai mila hua hai to mila hua hai. to maz</w:t>
      </w:r>
    </w:p>
    <w:p>
      <w:pPr>
        <w:jc w:val="right"/>
      </w:pPr>
      <w:r>
        <w:t>ہب ایک ریمائنڈر ہے لوگوں کے لیے کہ جو لوگ بھولے ہوئے ہیں اپنی مٹیریل لائف میں، کہ جو کچھ ملا ہوا ہے اس کو فار گرانٹڈ لے رکھا ہے انہوں نے، بھئی ملا ہوا ہے تو ملا ہوا ہے۔ تو مذ</w:t>
      </w:r>
    </w:p>
    <w:p>
      <w:r>
        <w:rPr>
          <w:b/>
        </w:rPr>
        <w:t xml:space="preserve">[08:03] </w:t>
      </w:r>
      <w:r>
        <w:t>hab jo hai woh reminder hai ke nahi, kisi dene wale se aap ko mila hai, kisi paida karne wale se yeh mila hai aap ko. yeh to kisi ki blessing ke taur par mila hai. aap to is ko sirf ek</w:t>
      </w:r>
    </w:p>
    <w:p>
      <w:pPr>
        <w:jc w:val="right"/>
      </w:pPr>
      <w:r>
        <w:t>ہب جو ہے وہ ریمائنڈر ہے کہ نہیں، کسی دینے والے سے آپ کو ملا ہے، کسی پیدا کرنے والے سے یہ ملا ہے آپ کو۔ یہ تو کسی کی بلیسنگ کے طور پر ملا ہے۔ آپ تو اس کو صرف ایک</w:t>
      </w:r>
    </w:p>
    <w:p>
      <w:r>
        <w:rPr>
          <w:b/>
        </w:rPr>
        <w:t xml:space="preserve">[08:21] </w:t>
      </w:r>
      <w:r>
        <w:t>exploit kar rahe hain, is ko istemal kar rahe hain. aap ne banaya to kuch bhi nahi. to mazhab yaad rakhiye, is liye nahi hai ke woh aap ko aashirwad de, barkat de. woh to aap ke apne zehan ne</w:t>
      </w:r>
    </w:p>
    <w:p>
      <w:pPr>
        <w:jc w:val="right"/>
      </w:pPr>
      <w:r>
        <w:t>سپلائٹ کر رہے ہیں، اس کو استعمال کر رہے ہیں۔ آپ نے بنایا تو کچھ بھی نہیں۔ تو مذہب یاد رکھیے، اس لیے نہیں ہے کہ وہ آپ کو آشیرواد دے، برکت دے۔ وہ تو آپ کے اپنے ذہن نے</w:t>
      </w:r>
    </w:p>
    <w:p>
      <w:r>
        <w:rPr>
          <w:b/>
        </w:rPr>
        <w:t xml:space="preserve">[08:39] </w:t>
      </w:r>
      <w:r>
        <w:t>bana liya ke barkati mazhab, aashirwadi mazhab. asal jo mazhab hai woh yeh hai ke aap ko remind kare ke jis paida karne wale ne aap ko paida kiya hai, us ko acknowledge karo. jo</w:t>
      </w:r>
    </w:p>
    <w:p>
      <w:pPr>
        <w:jc w:val="right"/>
      </w:pPr>
      <w:r>
        <w:t>بنا لیا کہ برکتی مذہب، آشیروادی مذہب۔ اصل جو مذہب ہے وہ یہ ہے کہ آپ کو ریمائنڈ کرے کہ جس پیدا کرنے والے نے آپ کو پیدا کیا ہے، اس کو acknowledge کرو۔ جو</w:t>
      </w:r>
    </w:p>
    <w:p>
      <w:r>
        <w:rPr>
          <w:b/>
        </w:rPr>
        <w:t xml:space="preserve">[08:57] </w:t>
      </w:r>
      <w:r>
        <w:t>aap ko sari cheezen diye hue hain, us ko acknowledge karo. jo aap ko life support system diye hue hain, us ko acknowledge karo. aur phir us ke aage surrender karo. us ke aage surrender kar do. dunya mein jo zindagi tum</w:t>
      </w:r>
    </w:p>
    <w:p>
      <w:pPr>
        <w:jc w:val="right"/>
      </w:pPr>
      <w:r>
        <w:t>آپ کو ساری چیزیں دیے ہوئے ہیں، اس کو acknowledge کرو۔ جو آپ کو لائف سپورٹ سسٹم دیے ہوئے ہیں، اس کو acknowledge کرو۔ اور پھر اس کے آگے سرنڈر کرو۔ اس کے آگے سرنڈر کر دو۔ دنیا میں جو زندگی تم</w:t>
      </w:r>
    </w:p>
    <w:p>
      <w:r>
        <w:rPr>
          <w:b/>
        </w:rPr>
        <w:t xml:space="preserve">[09:15] </w:t>
      </w:r>
      <w:r>
        <w:t>guzarte ho, woh isi ke, isi ko follow karte hue guzaro. tum janne ki koshish karo ke is paida karne wale ki marzi janne ka source kya hai. to</w:t>
      </w:r>
    </w:p>
    <w:p>
      <w:pPr>
        <w:jc w:val="right"/>
      </w:pPr>
      <w:r>
        <w:t>گزارتے ہو، وہ اسی کے، اسی کو فالو کرتے ہوئے گزارو۔ تم جاننے کی کوشش کرو کہ اس پیدا کرنے والے کی مرضی جاننے کا سورس کیا ہے۔ تو</w:t>
      </w:r>
    </w:p>
    <w:p>
      <w:r>
        <w:rPr>
          <w:b/>
        </w:rPr>
        <w:t xml:space="preserve">[09:37] </w:t>
      </w:r>
      <w:r>
        <w:t>mazhab in sab baton ke liye hai: mein kaun hoon, mujhe kis ne banaya, is dunya mein mein kis liye aaya hoon, mera duty, meri duty kya hai. in sab ko janne ka source hai mazhab. p</w:t>
      </w:r>
    </w:p>
    <w:p>
      <w:pPr>
        <w:jc w:val="right"/>
      </w:pPr>
      <w:r>
        <w:t>مذہب ان سب باتوں کے لیے ہے: میں کون ہوں، مجھے کس نے بنایا، اس دنیا میں میں کس لیے آیا ہوں، میرا ڈیوٹی، میری ڈیوٹی کیا ہے۔ ان سب کو جاننے کا سورس ہے مذہب۔ پ</w:t>
      </w:r>
    </w:p>
    <w:p>
      <w:r>
        <w:rPr>
          <w:b/>
        </w:rPr>
        <w:t xml:space="preserve">[09:56] </w:t>
      </w:r>
      <w:r>
        <w:t>har aap dekhiye, aap kitni healthy hon, 50 saal, 70 saal mein mar jate hain. mein adha pur ka rehne wala hoon, wahan pe ek doctor the, woh surgeon the, aur bohat hi successful the apne profession mein. bohat</w:t>
      </w:r>
    </w:p>
    <w:p>
      <w:pPr>
        <w:jc w:val="right"/>
      </w:pPr>
      <w:r>
        <w:t>ھر آپ دیکھیے، آپ کتنی ہیلتھی ہوں، 50 سال، 70 سال میں مر جاتے ہیں۔ میں آدھ پور کا رہنے والا ہوں، وہاں پہ ایک ڈاکٹر تھے، وہ سرجن تھے، اور بہت ہی سکسیس فل تھے اپنے پروفیشن میں۔ بہت</w:t>
      </w:r>
    </w:p>
    <w:p>
      <w:r>
        <w:rPr>
          <w:b/>
        </w:rPr>
        <w:t xml:space="preserve">[10:16] </w:t>
      </w:r>
      <w:r>
        <w:t>paisah kamaya unhon ne, aur woh bhi bohat hi healthy aadmi the, bohat zabardast healthy aadmi the, jo muscles bohat mazboot thin, bari personality wale aadmi the. log un ko dekhte to dekhte reh jate the. lekin kya hua?</w:t>
      </w:r>
    </w:p>
    <w:p>
      <w:pPr>
        <w:jc w:val="right"/>
      </w:pPr>
      <w:r>
        <w:t>پیسہ کمایا انہوں نے، اور وہ بھی بہت ہی ہیلتھی آدمی تھے، بہت زبردست ہیلتھی آدمی تھے، جو مسلز بہت مضبوط تھیں، بڑی پرسنیلٹی والے آدمی تھے۔ لوگ ان کو دیکھتے تو دیکھتے رہ جاتے تھے۔ لیکن کیا ہوا؟</w:t>
      </w:r>
    </w:p>
    <w:p>
      <w:r>
        <w:rPr>
          <w:b/>
        </w:rPr>
        <w:t xml:space="preserve">[10:35] </w:t>
      </w:r>
      <w:r>
        <w:t>zahair hai ke boorhe hue. barhhape mein mein un ke ghar gaya hoon, un ko dekha hai mein ne, alamgarh mein. to un ko rashah ho gaya tha, yani parkinson ki bimari. to hath aise hilta tha un ko. apne hath se</w:t>
      </w:r>
    </w:p>
    <w:p>
      <w:pPr>
        <w:jc w:val="right"/>
      </w:pPr>
      <w:r>
        <w:t>ظاہر ہے کہ بوڑھے ہوئے۔ بڑھاپے میں میں ان کے گھر گیا ہوں، ان کو دیکھا ہے میں نے، عالمگڑھ میں۔ تو ان کو راشہ ہو گیا تھا، یعنی پارکنسن کی بیماری۔ تو ہاتھ ایسے ہلتا تھا ان کو۔ اپنے ہاتھ سے</w:t>
      </w:r>
    </w:p>
    <w:p>
      <w:r>
        <w:rPr>
          <w:b/>
        </w:rPr>
        <w:t xml:space="preserve">[10:53] </w:t>
      </w:r>
      <w:r>
        <w:t>woh glass, pani ka glass nahi pakar sakte the, kyunke hilta tha woh. chaye nahi pi sakte the, kyunke hath hilta tha. wahi doctor jo jawani ki umar mein bilkul is</w:t>
      </w:r>
    </w:p>
    <w:p>
      <w:pPr>
        <w:jc w:val="right"/>
      </w:pPr>
      <w:r>
        <w:t>وہ گلاس، پانی کا گلاس نہیں پکڑ سکتے تھے، کیونکہ ہلتا تھا وہ۔ چائے نہیں پی سکتے تھے، کیونکہ ہاتھ ہلتا تھا۔ وہی ڈاکٹر جو جوانی کی عمر میں بالکل اس</w:t>
      </w:r>
    </w:p>
    <w:p>
      <w:r>
        <w:rPr>
          <w:b/>
        </w:rPr>
        <w:t xml:space="preserve">[11:11] </w:t>
      </w:r>
      <w:r>
        <w:t>tiddi nazar aata tha, study. barhhape ki umar mein aisa ho gaya, doosron ka mohtaj ho gaya, aur phir mar gaya woh, so baras ke andar andar. to yeh sab remind karta hai mazhab. p</w:t>
      </w:r>
    </w:p>
    <w:p>
      <w:pPr>
        <w:jc w:val="right"/>
      </w:pPr>
      <w:r>
        <w:t>ٹڈی نظر آتا تھا، اسٹڈی۔ بڑھاپے کی عمر میں ایسا ہو گیا، دوسروں کا محتاج ہو گیا، اور پھر مر گیا وہ، سو برس کے اندر اندر۔ تو یہ سب ریمائنڈ کرتا ہے مذہب۔ پ</w:t>
      </w:r>
    </w:p>
    <w:p>
      <w:r>
        <w:rPr>
          <w:b/>
        </w:rPr>
        <w:t xml:space="preserve">[11:31] </w:t>
      </w:r>
      <w:r>
        <w:t>har dekhiye ke is doctor sahab ne jo kuch kaha, unhon ne to bohat hi naked way mein keh diya, seedhe seedhe keh diya, jo un ke dil mein tha woh munh se bol pade woh. lekin agar aap sochiye to yeh kisi ek doctor ki baat nahi hai. yeh s</w:t>
      </w:r>
    </w:p>
    <w:p>
      <w:pPr>
        <w:jc w:val="right"/>
      </w:pPr>
      <w:r>
        <w:t>ھر دیکھیے کہ اس ڈاکٹر صاحب نے جو کچھ کہا، انہوں نے تو بہت ہی نیکڈ وے میں کہہ دیا، سیدھے سیدھے کہہ دیا، جو ان کے دل میں تھا وہ منہ سے بول پڑے وہ۔ لیکن اگر آپ سوچیے تو یہ کسی ایک ڈاکٹر کی بات نہیں ہے۔ یہ س</w:t>
      </w:r>
    </w:p>
    <w:p>
      <w:r>
        <w:rPr>
          <w:b/>
        </w:rPr>
        <w:t xml:space="preserve">[11:49] </w:t>
      </w:r>
      <w:r>
        <w:t>are insano ki baat hai. yeh sare insano ki baat hai. mein batata hoon ke insano ki majority, shayad more than 99 percent, ki soch yahi hai. m</w:t>
      </w:r>
    </w:p>
    <w:p>
      <w:pPr>
        <w:jc w:val="right"/>
      </w:pPr>
      <w:r>
        <w:t>ارے انسانوں کی بات ہے۔ یہ سارے انسانوں کی بات ہے۔ میں بتاتا ہوں کہ انسانوں کی میجارٹی، شاید مور دین 99 پرسنٹ، کی سوچ یہی ہے۔ من</w:t>
      </w:r>
    </w:p>
    <w:p>
      <w:r>
        <w:rPr>
          <w:b/>
        </w:rPr>
        <w:t xml:space="preserve">[12:07] </w:t>
      </w:r>
      <w:r>
        <w:t>un se na bolen tab bhi. yahan tak ke mera to khayal hai ke jo mazhabi log hain, so called mazhabi log, woh bhi bas mazhab ko ek culture ke taur par liye hue hain. bas ek culture. unhon ne mazhab ko ek culture ke taur par liya hai. yeh nahi ke mazhab un ki a</w:t>
      </w:r>
    </w:p>
    <w:p>
      <w:pPr>
        <w:jc w:val="right"/>
      </w:pPr>
      <w:r>
        <w:t>ہ سے نہ بولیں تب بھی۔ یہاں تک کہ میرا تو خیال ہے کہ جو مذہبی لوگ ہیں، سو کالڈ مذہبی لوگ، وہ بھی بس مذہب کو ایک کلچر کے طور پر لیے ہوئے ہیں۔ بس ایک کلچر۔ انہوں نے مذہب کو ایک کلچر کے طور پر لیا ہے۔ یہ نہیں کہ مذہب ان کی آ</w:t>
      </w:r>
    </w:p>
    <w:p>
      <w:r>
        <w:rPr>
          <w:b/>
        </w:rPr>
        <w:t xml:space="preserve">[12:25] </w:t>
      </w:r>
      <w:r>
        <w:t>ideology hai, mazhab un ke dil o dimagh ko chhaya hua hai. mazhab un ka orhna bichona hai, mazhab un ka soul concern hai. aisa nahi hai. to ek aadmi ne seedhe seedhe keh diya apne munh se, aur</w:t>
      </w:r>
    </w:p>
    <w:p>
      <w:pPr>
        <w:jc w:val="right"/>
      </w:pPr>
      <w:r>
        <w:t>ئیڈیالوجی ہے، مذہب ان کے دل و دماغ کو چھایا ہوا ہے۔ مذہب ان کا اوڑھنا بچھونا ہے، مذہب ان کا سول کنسرن ہے۔ ایسا نہیں ہے۔ تو ایک آدمی نے سیدھے سیدھے کہہ دیا اپنے منہ سے، اور</w:t>
      </w:r>
    </w:p>
    <w:p>
      <w:r>
        <w:rPr>
          <w:b/>
        </w:rPr>
        <w:t xml:space="preserve">[12:44] </w:t>
      </w:r>
      <w:r>
        <w:t>sare log, yani ek aadmi ne zaban-e-qaul se keh diya, doosre log zaban-e-haal se wahi keh rahe hain wahi baat. ke hamein mazhab ka kya karna hai? hamare sab mamlaat durust hain, sab cheez theek hai hamari. to yeh baat sab ke sochne ki hai. yeh</w:t>
      </w:r>
    </w:p>
    <w:p>
      <w:pPr>
        <w:jc w:val="right"/>
      </w:pPr>
      <w:r>
        <w:t>سارے لوگ، یعنی ایک آدمی نے زبان قال سے کہہ دیا، دوسرے لوگ زبان حال سے وہی کہہ رہے ہیں وہی بات۔ کہ ہمیں مذہب کا کیا کرنا ہے؟ ہمارے سب معاملات درست ہیں، سب چیز ٹھیک ہے ہماری۔ تو یہ بات سب کے سوچنے کی ہے۔ یہ</w:t>
      </w:r>
    </w:p>
    <w:p>
      <w:r>
        <w:rPr>
          <w:b/>
        </w:rPr>
        <w:t xml:space="preserve">[13:05] </w:t>
      </w:r>
      <w:r>
        <w:t>baat sab ke sochne ki hai. aur is ko ek, is ko hamein correction karna hai logon ke mind ka, correction. ke mazhab aashirwad ke liye nahi hai, mazhab barkat ke liye nahi hai. har giz nahi. m</w:t>
      </w:r>
    </w:p>
    <w:p>
      <w:pPr>
        <w:jc w:val="right"/>
      </w:pPr>
      <w:r>
        <w:t>بات سب کے سوچنے کی ہے۔ اور اس کو ایک، اس کو ہمیں کریکشن کرنا ہے لوگوں کے مائنڈ کا، کریکشن۔ کہ مذہب آشیرواد کے لیے نہیں ہے، مذہب برکت کے لیے نہیں ہے۔ ہرگز نہیں۔ مذ</w:t>
      </w:r>
    </w:p>
    <w:p>
      <w:r>
        <w:rPr>
          <w:b/>
        </w:rPr>
        <w:t xml:space="preserve">[13:24] </w:t>
      </w:r>
      <w:r>
        <w:t>azhab jo hai is liye hai ke aap apne paida karne wale ko acknowledge karen, us ka etraf karen. us ke liye hai. phir etraf karne ya acknowledge karne ke jo, jo aur jo taqaze hain,</w:t>
      </w:r>
    </w:p>
    <w:p>
      <w:pPr>
        <w:jc w:val="right"/>
      </w:pPr>
      <w:r>
        <w:t>ہب جو ہے اس لیے ہے کہ آپ اپنے پیدا کرنے والے کو acknowledge کریں، اس کا اعتراف کریں۔ اس کے لیے ہے۔ پھر اعتراف کرنے یا acknowledge کرنے کے جو، جو اور جو تقاضے ہیں،</w:t>
      </w:r>
    </w:p>
    <w:p>
      <w:r>
        <w:rPr>
          <w:b/>
        </w:rPr>
        <w:t xml:space="preserve">[13:43] </w:t>
      </w:r>
      <w:r>
        <w:t>jo us ke, sirf yeh lafz, yeh to lafz service ke mamla nahi hai ke aap ne keh diya ke maine mana. us ke kuch requisites hain, us ke kuch taqaze hain. woh taqazon ko p</w:t>
      </w:r>
    </w:p>
    <w:p>
      <w:pPr>
        <w:jc w:val="right"/>
      </w:pPr>
      <w:r>
        <w:t>جو اس کے، صرف یہ لفظ، یہ تو لفظ سروس کے معاملہ نہیں ہے کہ آپ نے کہہ دیا کہ میں نے مانا۔ اس کے کچھ ریکویزٹس ہیں، اس کے کچھ تقاضے ہیں۔ وہ تقاضوں کو پ</w:t>
      </w:r>
    </w:p>
    <w:p>
      <w:r>
        <w:rPr>
          <w:b/>
        </w:rPr>
        <w:t xml:space="preserve">[14:01] </w:t>
      </w:r>
      <w:r>
        <w:t>ura karna. agar aap taqaze poora na karen to woh to lafz service ho jayega. haan theek hai, maine man liya. to yeh bohat zyada important hai ke aap, bohat</w:t>
      </w:r>
    </w:p>
    <w:p>
      <w:pPr>
        <w:jc w:val="right"/>
      </w:pPr>
      <w:r>
        <w:t>ورا کرنا۔ اگر آپ تقاضے پورا نہ کریں تو وہ تو لفظ سروس ہو جائے گا۔ ہاں ٹھیک ہے، میں نے مان لیا۔ تو یہ بہت زیادہ امپورٹنٹ ہے کہ آپ، بہت</w:t>
      </w:r>
    </w:p>
    <w:p>
      <w:r>
        <w:rPr>
          <w:b/>
        </w:rPr>
        <w:t xml:space="preserve">[14:20] </w:t>
      </w:r>
      <w:r>
        <w:t>zyada important hai ke aap sochen is mamle mein. har aadmi soche. yeh sab ke sochne ki baat hai. yeh baat sab ke sochne ki hai. isi ek doctor ke sochne ki baat nahi hai. yeh</w:t>
      </w:r>
    </w:p>
    <w:p>
      <w:pPr>
        <w:jc w:val="right"/>
      </w:pPr>
      <w:r>
        <w:t>زیادہ امپورٹنٹ ہے کہ آپ سوچیں اس معاملے میں۔ ہر آدمی سوچے۔ یہ سب کے سوچنے کی بات ہے۔ یہ بات سب کے سوچنے کی ہے۔ اسی ایک ڈاکٹر کے سوچنے کی بات نہیں ہے۔ یہ</w:t>
      </w:r>
    </w:p>
    <w:p>
      <w:r>
        <w:rPr>
          <w:b/>
        </w:rPr>
        <w:t xml:space="preserve">[14:40] </w:t>
      </w:r>
      <w:r>
        <w:t>har aadmi ke sochne ki baat hai. dekhiye, ek principle hai, woh hai apne benefactor ka ehsan manna, apne mohsin ka ehsan manna. yeh ek universal pr</w:t>
      </w:r>
    </w:p>
    <w:p>
      <w:pPr>
        <w:jc w:val="right"/>
      </w:pPr>
      <w:r>
        <w:t>ہر آدمی کے سوچنے کی بات ہے۔ دیکھیے، ایک پرنسپل ہے، وہ ہے اپنے بینیفیکٹر کا احسان ماننا، اپنے محسن کا احسان ماننا۔ یہ ایک یونیورسل پر</w:t>
      </w:r>
    </w:p>
    <w:p>
      <w:r>
        <w:rPr>
          <w:b/>
        </w:rPr>
        <w:t xml:space="preserve">[14:58] </w:t>
      </w:r>
      <w:r>
        <w:t>nasپل hai. ek universal principal hai ke apne muhsin ko, ka, apne muhsin ka ehsan mano. apne benefactor ka etraf karo. jis se tum ko mila hai, to kaho ke haan hum ko in se mila hai. to Khuda ki ha</w:t>
      </w:r>
    </w:p>
    <w:p>
      <w:pPr>
        <w:jc w:val="right"/>
      </w:pPr>
      <w:r>
        <w:t>نسپل ہے۔ ایک یونیورسل پرنسپل ہے کہ اپنے محسن کو، کا، اپنے محسن کا احسان مانو۔ اپنے بینیفیکٹر کا اعتراف کرو۔ جس سے تم کو ملا ہے، تو کہو کہ ہاں ہم کو ان سے ملا ہے۔ تو خدا کی ح</w:t>
      </w:r>
    </w:p>
    <w:p>
      <w:r>
        <w:rPr>
          <w:b/>
        </w:rPr>
        <w:t xml:space="preserve">[15:16] </w:t>
      </w:r>
      <w:r>
        <w:t>isiyat super benefactor ki hai. Khuda jo hai wo hamara super benefactor hai. sab se bara muhsin, sab se zyada dene wala. to jab social life mein aur human i</w:t>
      </w:r>
    </w:p>
    <w:p>
      <w:pPr>
        <w:jc w:val="right"/>
      </w:pPr>
      <w:r>
        <w:t>یثیت سپر بینیفیکٹر کی ہے۔ خدا جو ہے وہ ہمارا سپر بینیفیکٹر ہے۔ سب سے بڑا محسن، سب سے زیادہ دینے والا۔ تو جب سوشل لائف میں اور ہیومن ا</w:t>
      </w:r>
    </w:p>
    <w:p>
      <w:r>
        <w:rPr>
          <w:b/>
        </w:rPr>
        <w:t xml:space="preserve">[15:34] </w:t>
      </w:r>
      <w:r>
        <w:t>khlaqiyat mein is ki importance hai ke benefactor ka hum etraf karein, to jo super benefactor hai, jo creator hai, jo sustainer hai, jo lord of the universe hai,</w:t>
      </w:r>
    </w:p>
    <w:p>
      <w:pPr>
        <w:jc w:val="right"/>
      </w:pPr>
      <w:r>
        <w:t>خلاقیات میں اس کی امپورٹنس ہے کہ بینیفیکٹر کا ہم اعتراف کریں، تو جو سپر بینیفیکٹر ہے، جو کریٹر ہے، جو سسٹینر ہے، جو لارڈ آف دی یونیورس ہے،</w:t>
      </w:r>
    </w:p>
    <w:p>
      <w:r>
        <w:rPr>
          <w:b/>
        </w:rPr>
        <w:t xml:space="preserve">[15:54] </w:t>
      </w:r>
      <w:r>
        <w:t>to is ka acknowledgement to bohat zyada karna pare ga. to jahan tak mein ne socha is baat par, to mujhe laga ke ek doctor ne aisa kaha ke humein chaunka, chaunka diya hai. chaunka diya hai ke dekho kaisi soch hai logon ki. y</w:t>
      </w:r>
    </w:p>
    <w:p>
      <w:pPr>
        <w:jc w:val="right"/>
      </w:pPr>
      <w:r>
        <w:t>تو اس کا acknowledgement تو بہت زیادہ کرنا پڑے گا۔ تو جہاں تک میں نے سوچا اس بات پر، تو مجھے لگا کہ ایک ڈاکٹر نے ایسا کہا کہ ہمیں چونکا، چونکا دیا ہے۔ چونکا دیا ہے کہ دیکھو کیسی سوچ ہے لوگوں کی۔ ی</w:t>
      </w:r>
    </w:p>
    <w:p>
      <w:r>
        <w:rPr>
          <w:b/>
        </w:rPr>
        <w:t xml:space="preserve">[16:16] </w:t>
      </w:r>
      <w:r>
        <w:t>ani is ne bol kar wo baat keh di jo doosre log bila bolay bhi keh rahe thay. is doctor ne bol kar wo baat keh di jo doosre log bila bolay hue keh rahe thay. ki</w:t>
      </w:r>
    </w:p>
    <w:p>
      <w:pPr>
        <w:jc w:val="right"/>
      </w:pPr>
      <w:r>
        <w:t>عنی اس نے بول کر وہ بات کہہ دی جو دوسرے لوگ بلا بولے بھی کہہ رہے تھے۔ اس ڈاکٹر نے بول کر وہ بات کہہ دی جو دوسرے لوگ بلا بولے ہوئے کہہ رہے تھے۔ کی</w:t>
      </w:r>
    </w:p>
    <w:p>
      <w:r>
        <w:rPr>
          <w:b/>
        </w:rPr>
        <w:t xml:space="preserve">[16:34] </w:t>
      </w:r>
      <w:r>
        <w:t>yonke zindagi mein dekhein to zindagi mein koi to farq dikhai nahi de ga aap ko. wo doctor bhi khata hai, kamata hai, apna paisa apne ghar walon par lagata hai, beti ke naam balance, bank balance mein bana raha hai. b</w:t>
      </w:r>
    </w:p>
    <w:p>
      <w:pPr>
        <w:jc w:val="right"/>
      </w:pPr>
      <w:r>
        <w:t>ونکہ زندگیوں میں دیکھیں تو زندگیوں میں کوئی تو فرق دکھائی نہیں دے گا آپ کو۔ وہ ڈاکٹر بھی کھاتا ہے، کماتا ہے، اپنا پیسہ اپنے گھر والوں پر لگاتا ہے، بیٹی کے نام بیلنس، بینک بیلنس میں بنا رہا ہے۔ ب</w:t>
      </w:r>
    </w:p>
    <w:p>
      <w:r>
        <w:rPr>
          <w:b/>
        </w:rPr>
        <w:t xml:space="preserve">[16:52] </w:t>
      </w:r>
      <w:r>
        <w:t>s yahi to sab log kar rahe hain. sab log jo hain in ka concern aap dekhiye, asal cheez dekhne ki baat hai, logon ki zindagi mein asal concern kya hai? asal concern. to asal concern to</w:t>
      </w:r>
    </w:p>
    <w:p>
      <w:pPr>
        <w:jc w:val="right"/>
      </w:pPr>
      <w:r>
        <w:t>س یہی تو سب لوگ کر رہے ہیں۔ سب لوگ جو ہیں ان کا کنسرن آپ دیکھیے، اصل چیز دیکھنے کی بات ہے، لوگوں کی زندگیوں میں اصل کنسرن کیا ہے؟ اصل کنسرن۔ تو اصل کنسرن تو</w:t>
      </w:r>
    </w:p>
    <w:p>
      <w:r>
        <w:rPr>
          <w:b/>
        </w:rPr>
        <w:t xml:space="preserve">[17:10] </w:t>
      </w:r>
      <w:r>
        <w:t>sab ka wahi hai. kamana, ghar banana, aulad ko khush karna, mustaqbil apna jo material mustaqbil hai us ko acha karna. bas is aitbar se is doctor mein aur doosre logon mein kuch bhi</w:t>
      </w:r>
    </w:p>
    <w:p>
      <w:pPr>
        <w:jc w:val="right"/>
      </w:pPr>
      <w:r>
        <w:t>سب کا وہی ہے۔ کمانا، گھر بنانا، اولاد کو خوش کرنا، مستقبل اپنا جو مٹیریل مستقبل ہے اس کو اچھا کرنا۔ بس اس اعتبار سے اس ڈاکٹر میں اور دوسرے لوگوں میں کچھ بھی</w:t>
      </w:r>
    </w:p>
    <w:p>
      <w:r>
        <w:rPr>
          <w:b/>
        </w:rPr>
        <w:t xml:space="preserve">[17:28] </w:t>
      </w:r>
      <w:r>
        <w:t>difference nahi hai. ek larki yahan parhti thi dilli mein, to us ke baap ke yahan dukan thi dilli mein. to wo baap ke paas gayi k</w:t>
      </w:r>
    </w:p>
    <w:p>
      <w:pPr>
        <w:jc w:val="right"/>
      </w:pPr>
      <w:r>
        <w:t>ڈفرنس نہیں ہے۔ ایک لڑکی یہاں پڑھتی تھی دلی میں، تو اس کے باپ کے یہاں دکان تھی دلی میں۔ تو وہ باپ کے پاس گئی ک</w:t>
      </w:r>
    </w:p>
    <w:p>
      <w:r>
        <w:rPr>
          <w:b/>
        </w:rPr>
        <w:t xml:space="preserve">[17:47] </w:t>
      </w:r>
      <w:r>
        <w:t>chay paisa mangne ke liye. to jaldi se baap ne nikala note aur diya us ko, kaha ke tumhare liye to kamate hain. tumhare liye to kamate hain. halan ke wo mazhabi baap tha. wo baap mazhabi baap tha. to</w:t>
      </w:r>
    </w:p>
    <w:p>
      <w:pPr>
        <w:jc w:val="right"/>
      </w:pPr>
      <w:r>
        <w:t>چھ پیسہ مانگنے کے لیے۔ تو جلدی سے باپ نے نکالا نوٹ اور دیا اس کو، کہا کہ تمہارے لیے تو کماتے ہیں۔ تمہارے لیے تو کماتے ہیں۔ حالانکہ وہ مذہبی باپ تھا۔ وہ باپ مذہبی باپ تھا۔ تو</w:t>
      </w:r>
    </w:p>
    <w:p>
      <w:r>
        <w:rPr>
          <w:b/>
        </w:rPr>
        <w:t xml:space="preserve">[18:07] </w:t>
      </w:r>
      <w:r>
        <w:t>jo ghair mazhabi baap hai wo bhi yahi karta hai ke tumhare liye to kamate hain. aur jo mazhabi baap hai wo bhi yahi kar raha hai ke dekho lo sab kuch tumhara hai, tumhare liye to kamate hain. to farq kya hua? to sach poochein to is doctor ne jo</w:t>
      </w:r>
    </w:p>
    <w:p>
      <w:pPr>
        <w:jc w:val="right"/>
      </w:pPr>
      <w:r>
        <w:t>جو غیر مذہبی باپ ہے وہ بھی یہی کرتا ہے کہ تمہارے لیے تو کماتے ہیں۔ اور جو مذہبی باپ ہے وہ بھی یہی کر رہا ہے کہ دیکھو لو سب کچھ تمہارا ہے، تمہارے لیے تو کماتے ہیں۔ تو فرق کیا ہوا؟ تو سچ پوچھیں تو اس ڈاکٹر نے جو</w:t>
      </w:r>
    </w:p>
    <w:p>
      <w:r>
        <w:rPr>
          <w:b/>
        </w:rPr>
        <w:t xml:space="preserve">[18:26] </w:t>
      </w:r>
      <w:r>
        <w:t>baat wo bol kar keh di, wahi doosre log bila bolay hue chup ki zaban mein keh rahe hain. jab aap dekhein ke logon ka life style kya hai, subah se sham tak logon ki activities kya hain, ki</w:t>
      </w:r>
    </w:p>
    <w:p>
      <w:pPr>
        <w:jc w:val="right"/>
      </w:pPr>
      <w:r>
        <w:t>بات وہ بول کر کہہ دی، وہی دوسرے لوگ بلا بولے ہوئے چپ کی زبان میں کہہ رہے ہیں۔ جب آپ دیکھیں کہ لوگوں کا لائف اسٹائل کیا ہے، صبح سے شام تک لوگوں کی ایکٹیویٹیز کیا ہیں، کی</w:t>
      </w:r>
    </w:p>
    <w:p>
      <w:r>
        <w:rPr>
          <w:b/>
        </w:rPr>
        <w:t xml:space="preserve">[18:45] </w:t>
      </w:r>
      <w:r>
        <w:t>se kamate hain, kahan kharch karte hain, in ke dil ki mohabbat kis ke liye hai, to aap dekhein ge ke dono ka ek hi hai mamla, koi farq nahi. is wajah se ye baat sab ke sochne ki hai. sab ke</w:t>
      </w:r>
    </w:p>
    <w:p>
      <w:pPr>
        <w:jc w:val="right"/>
      </w:pPr>
      <w:r>
        <w:t>سے کماتے ہیں، کہاں خرچ کرتے ہیں، ان کے دل کی محبت کس کے لیے ہے، تو آپ دیکھیں گے کہ دونوں کا ایک ہی ہے معاملہ، کوئی فرق نہیں۔ اس وجہ سے یہ بات سب کے سوچنے کی ہے۔ سب کے</w:t>
      </w:r>
    </w:p>
    <w:p>
      <w:r>
        <w:rPr>
          <w:b/>
        </w:rPr>
        <w:t xml:space="preserve">[19:04] </w:t>
      </w:r>
      <w:r>
        <w:t>sochne ki hai. mein to ye sochta hoon ke ek glass pani itni bari ye blessing hai, itni bari nemat hai ke sare duniya ke log mil jayein, sara paisa kharch kar</w:t>
      </w:r>
    </w:p>
    <w:p>
      <w:pPr>
        <w:jc w:val="right"/>
      </w:pPr>
      <w:r>
        <w:t>سوچنے کی ہے۔ میں تو یہ سوچتا ہوں کہ ایک گلاس پانی اتنی بڑی یہ بلیسنگ ہے، اتنی بڑی نعمت ہے کہ سارے دنیا کے لوگ مل جائیں، سارا پیسہ خرچ کر</w:t>
      </w:r>
    </w:p>
    <w:p>
      <w:r>
        <w:rPr>
          <w:b/>
        </w:rPr>
        <w:t xml:space="preserve">[19:22] </w:t>
      </w:r>
      <w:r>
        <w:t>diya jaye, tab bhi ek glass pani banta nahi hai. ek glass pani log bana nahi sakte. ek glass pani to dene wala de ga, supply karne wala supply kare ga, tab mile ga, nahi to nahi mile ga. ab</w:t>
      </w:r>
    </w:p>
    <w:p>
      <w:pPr>
        <w:jc w:val="right"/>
      </w:pPr>
      <w:r>
        <w:t>دیا جائے، تب بھی ایک گلاس پانی بننے والا نہیں ہے۔ ایک گلاس پانی لوگ بنا نہیں سکتے۔ ایک گلاس پانی تو دینے والا دے گا، سپلائی کرنے والا سپلائی کرے گا، تب ملے گا، نہیں تو نہیں ملے گا۔ اب</w:t>
      </w:r>
    </w:p>
    <w:p>
      <w:r>
        <w:rPr>
          <w:b/>
        </w:rPr>
        <w:t xml:space="preserve">[19:42] </w:t>
      </w:r>
      <w:r>
        <w:t>hi aap dekhiye, aaj kal aap dekhte honge media mein bar bar aa raha hai ke agli ladaai pani ke ooper ho gi. duniya mein jo bohat si ladaaiyan hui thin, wo wo land ke liye hui thin, mulk ke liye, land. jo bari bari first world</w:t>
      </w:r>
    </w:p>
    <w:p>
      <w:pPr>
        <w:jc w:val="right"/>
      </w:pPr>
      <w:r>
        <w:t>ھی آپ دیکھیے، آج کل آپ دیکھتے ہوں گے میڈیا میں بار بار آ رہا ہے کہ اگلی لڑائی پانی کے اوپر ہوگی۔ دنیا میں جو بہت سی لڑائیاں ہوئی تھیں، وہ وہ لینڈ کے لیے ہوئی تھیں، ملک کے لیے، لینڈ۔ جو بڑی بڑی فرسٹ ورلڈ</w:t>
      </w:r>
    </w:p>
    <w:p>
      <w:r>
        <w:rPr>
          <w:b/>
        </w:rPr>
        <w:t xml:space="preserve">[20:00] </w:t>
      </w:r>
      <w:r>
        <w:t>war, second world war jo hui, wo sab land ke liye hui, mulkon par qabza. ab wo zamana khatam ho gaya. ab pani sab pollution ka shikar ho raha hai. samundaron ka pani 95 percent pollution barh raha hai. wa</w:t>
      </w:r>
    </w:p>
    <w:p>
      <w:pPr>
        <w:jc w:val="right"/>
      </w:pPr>
      <w:r>
        <w:t>وار، سیکنڈ ورلڈ وار جو ہوئی، وہ سب لینڈ کے لیے ہوئی، ملکوں پر قبضہ۔ اب وہ زمانہ ختم ہو گیا۔ اب پانی سب پولیوشن کا شکار ہو رہا ہے۔ سمندروں کا پانی 95 پرسنٹ پولیوشن بڑھ رہا ہے۔ وا</w:t>
      </w:r>
    </w:p>
    <w:p>
      <w:r>
        <w:rPr>
          <w:b/>
        </w:rPr>
        <w:t xml:space="preserve">[20:20] </w:t>
      </w:r>
      <w:r>
        <w:t>ter pollution aa gaya hai samundaron mein. har taraf pani ka problem hai. mein yahan dilli mein jab aaya tha, us waqt pani itna ooper tha ke thora sa khodein to pani ooper aa jata tha. ab to bohat</w:t>
      </w:r>
    </w:p>
    <w:p>
      <w:pPr>
        <w:jc w:val="right"/>
      </w:pPr>
      <w:r>
        <w:t>ٹر پولیوشن آ گیا ہے سمندروں میں۔ ہر طرف پانی کا پرابلم ہے۔ میں یہاں دلی میں جب آیا تھا، اس وقت پانی اتنا اوپر تھا کہ تھوڑا سا کھودیں تو پانی اوپر آ جاتا تھا۔ اب تو بہت</w:t>
      </w:r>
    </w:p>
    <w:p>
      <w:r>
        <w:rPr>
          <w:b/>
        </w:rPr>
        <w:t xml:space="preserve">[20:38] </w:t>
      </w:r>
      <w:r>
        <w:t>khoda, bohat khoda, tab ja ke pani milta hai. itna neeche, neeche chala gaya pani. to ye pani jo hai itna kam hota ja raha hai, itna problem banta ja raha hai ke kaha jata hai ke agli ladaai agar ho gi, koi bari ladaai, to pani ke liye ho gi. wo</w:t>
      </w:r>
    </w:p>
    <w:p>
      <w:pPr>
        <w:jc w:val="right"/>
      </w:pPr>
      <w:r>
        <w:t>کھودیا، بہت کھود، تب جا کے پانی ملتا ہے۔ اتنا نیچے، نیچے چلا گیا پانی۔ تو یہ پانی جو ہے اتنا کم ہوتا جا رہا ہے، اتنا پرابلم بنتا جا رہا ہے کہ کہا جاتا ہے کہ اگلی لڑائی اگر ہوگی، کوئی بڑی لڑائی، تو پانی کے لیے ہوگی۔ وہ</w:t>
      </w:r>
    </w:p>
    <w:p>
      <w:r>
        <w:rPr>
          <w:b/>
        </w:rPr>
        <w:t xml:space="preserve">[20:58] </w:t>
      </w:r>
      <w:r>
        <w:t>pani jo hai, wahi wahi hai, hum bana nahi sakte pani. jo pani hai, already wahi hai. to aap bataiye ke ek glass pani jab nahi bana sakta insan, to million, billion</w:t>
      </w:r>
    </w:p>
    <w:p>
      <w:pPr>
        <w:jc w:val="right"/>
      </w:pPr>
      <w:r>
        <w:t>پانی جو ہے، وہی وہی ہے، ہم بنا نہیں سکتے پانی۔ جو پانی ہے، الریڈی وہی ہے۔ تو آپ بتائیے کہ ایک گلاس پانی جب نہیں بنا سکتا انسان، تو ملین، بلین</w:t>
      </w:r>
    </w:p>
    <w:p>
      <w:r>
        <w:rPr>
          <w:b/>
        </w:rPr>
        <w:t xml:space="preserve">[21:17] </w:t>
      </w:r>
      <w:r>
        <w:t>, trillion cheezein duniya mein hain insaan ke liye, woh kisi ne di hain, dene wale se koi mili hain, to us ko manna, us ka etraaf karna, us ko acknowledge karna, uska shukr karna, yeh to sab se bari duty hai hamari.</w:t>
      </w:r>
    </w:p>
    <w:p>
      <w:pPr>
        <w:jc w:val="right"/>
      </w:pPr>
      <w:r>
        <w:t>، ٹریلین چیزیں دنیا میں ہیں انسان کے لیے، وہ کسی نے دی ہیں، دینے والے سے کوئی ملی ہیں، تو اس کو ماننا، اس کا اعتراف کرنا، اس کو acknowledge کرنا، اس کا شکر کرنا، یہ تو سب سے بڑی ڈیوٹی ہے ہماری۔</w:t>
      </w:r>
    </w:p>
    <w:p>
      <w:r>
        <w:rPr>
          <w:b/>
        </w:rPr>
        <w:t xml:space="preserve">[21:37] </w:t>
      </w:r>
      <w:r>
        <w:t>is baat ko remind karne ke liye mazhab hai. mazhab insani zindagi ka, human life ka koi ashirwadi appendix nahi hai, koi barkati zameema nahi hai. woh to ek duty hai, ek farz hai jo</w:t>
      </w:r>
    </w:p>
    <w:p>
      <w:pPr>
        <w:jc w:val="right"/>
      </w:pPr>
      <w:r>
        <w:t>اس بات کو ریمائنڈ کرنے کے لیے مذہب ہے۔ مذہب انسانی زندگی کا، ہیومن لائف کا کوئی آشیروادی اپینڈکس نہیں ہے، کوئی برکتی ضمیمہ نہیں ہے۔ وہ تو ایک ڈیوٹی ہے، ایک فرض ہے جو</w:t>
      </w:r>
    </w:p>
    <w:p>
      <w:r>
        <w:rPr>
          <w:b/>
        </w:rPr>
        <w:t xml:space="preserve">[21:55] </w:t>
      </w:r>
      <w:r>
        <w:t>hamein karna hi karna hai. dekhiye, ek glass pani bhi agar aap us ka etraaf na karein, us ko acknowledge na karein, to aap ko haq nahi ke us pani ko piyein. kis liye pani piyeinge? ch</w:t>
      </w:r>
    </w:p>
    <w:p>
      <w:pPr>
        <w:jc w:val="right"/>
      </w:pPr>
      <w:r>
        <w:t>ہمیں کرنا ہی کرنا ہے۔ دیکھیے، ایک گلاس پانی بھی اگر آپ اس کا اعتراف نہ کریں، اس کو acknowledge نہ کریں، تو آپ کو حق نہیں کہ اس پانی کو پیئیں۔ کس لیے پانی پیئیں گے؟ چ</w:t>
      </w:r>
    </w:p>
    <w:p>
      <w:r>
        <w:rPr>
          <w:b/>
        </w:rPr>
        <w:t xml:space="preserve">[22:15] </w:t>
      </w:r>
      <w:r>
        <w:t>ahe pani pi lein, ya chahe khana khayein, ya hawa mein saans lein, kuch bhi karein aap, suraj ki roshni lein, to us ki ek price hai. woh price hai acknowledgement. us ki price hai ek. aap ka ek bachcha paida hota hai, us ki bhi ek price</w:t>
      </w:r>
    </w:p>
    <w:p>
      <w:pPr>
        <w:jc w:val="right"/>
      </w:pPr>
      <w:r>
        <w:t>اہے پانی پی لیں، یا چاہے کھانا کھائیں، یا ہوا میں سانس لیں، کچھ بھی کریں آپ، سورج کی روشنی لیں، تو اس کی ایک پرائس ہے۔ وہ پرائس ہے acknowledgement۔ اس کی پرائس ہے ایک۔ آپ کا ایک بچہ پیدا ہوتا ہے، اس کی بھی ایک پرائ</w:t>
      </w:r>
    </w:p>
    <w:p>
      <w:r>
        <w:rPr>
          <w:b/>
        </w:rPr>
        <w:t xml:space="preserve">[22:33] </w:t>
      </w:r>
      <w:r>
        <w:t>dena hai aap ko. ke khudaaya tera shukr hai ke tu ne mujhe bachcha diya. jab aap yeh kehte hain ke khudaaya tera shukr hai ke tu ne pani diya, khudaaya tera shukr hai ke tu ne mujhe khana diya, khudaaya tera shukr hai ke tu ne mujhe zindagi di, kh</w:t>
      </w:r>
    </w:p>
    <w:p>
      <w:pPr>
        <w:jc w:val="right"/>
      </w:pPr>
      <w:r>
        <w:t>س دینا ہے آپ کو۔ کہ خدایا تیرا شکر ہے کہ تو نے مجھے بچہ دیا۔ جب آپ یہ کہتے ہیں کہ خدایا تیرا شکر ہے کہ تو نے پانی دیا، خدایا تیرا شکر ہے کہ تو نے مجھے کھانا دیا، خدایا تیرا شکر ہے کہ تو نے مجھے زندگی دی، خ</w:t>
      </w:r>
    </w:p>
    <w:p>
      <w:r>
        <w:rPr>
          <w:b/>
        </w:rPr>
        <w:t xml:space="preserve">[22:53] </w:t>
      </w:r>
      <w:r>
        <w:t>udaaya tera shukr hai ke tu ne aankh diya, sari cheezein, sari cheezein, sari cheezein. life support system diya. to jab aap is tarah se bol paate hain, dil ki zuban se, lafz service nahi, tab</w:t>
      </w:r>
    </w:p>
    <w:p>
      <w:pPr>
        <w:jc w:val="right"/>
      </w:pPr>
      <w:r>
        <w:t>دایا تیرا شکر ہے کہ تو نے آنکھ دیا، ساری چیزیں، ساری چیزیں، ساری چیزیں۔ لائف سپورٹ سسٹم دیا۔ تو جب آپ اس طرح سے بول پاتے ہیں، دل کی زبان سے، لفظ سروس نہیں، تب</w:t>
      </w:r>
    </w:p>
    <w:p>
      <w:r>
        <w:rPr>
          <w:b/>
        </w:rPr>
        <w:t xml:space="preserve">[23:12] </w:t>
      </w:r>
      <w:r>
        <w:t>goya ke aap ne woh price ada ki jis ke baad in cheezon ko istemal karna aap ke liye jaiz ho gaya. warna kya hoga? aap ki hesiyat? aap ki hesiyat mujrim ki ban jayegi, criminal ki ban jayegi. ek</w:t>
      </w:r>
    </w:p>
    <w:p>
      <w:pPr>
        <w:jc w:val="right"/>
      </w:pPr>
      <w:r>
        <w:t>گویا کہ آپ نے وہ پرائس ادا کی جس کے بعد ان چیزوں کو استعمال کرنا آپ کے لیے جائز ہو گیا۔ ورنہ کیا ہوگا؟ آپ کی حیثیت؟ آپ کی حیثیت مجرم کی بن جائے گی، کریمنل کی بن جائے گی۔ ایک</w:t>
      </w:r>
    </w:p>
    <w:p>
      <w:r>
        <w:rPr>
          <w:b/>
        </w:rPr>
        <w:t xml:space="preserve">[23:34] </w:t>
      </w:r>
      <w:r>
        <w:t>sahib the, unhone bohat acha ghar banaya, bohat bara sa ghar, bohat se kamre us mein the. phir un ko bahar jana hua to tala band kar ke bahar chale gaye. jab aaye to us mein bohat se is area</w:t>
      </w:r>
    </w:p>
    <w:p>
      <w:pPr>
        <w:jc w:val="right"/>
      </w:pPr>
      <w:r>
        <w:t>صاحب تھے، انہوں نے بہت اچھا گھر بنایا، بہت بڑا سا گھر، بہت سے کمرے اس میں تھے۔ پھر ان کو باہر جانا ہوا تو تالا بند کر کے باہر چلے گئے۔ جب آئے تو اس میں بہت سے اس ایریا</w:t>
      </w:r>
    </w:p>
    <w:p>
      <w:r>
        <w:rPr>
          <w:b/>
        </w:rPr>
        <w:t xml:space="preserve">[23:52] </w:t>
      </w:r>
      <w:r>
        <w:t>mein mazdoor rehte the, unhone tala toda, us mein ja kar rehne lage. jab dekha ke us mein sab mazdoor ghase hue hain, foran unhone police ko telephone kiya, aur police aayi, sab maar ke bhaga diya sab ko. unho</w:t>
      </w:r>
    </w:p>
    <w:p>
      <w:pPr>
        <w:jc w:val="right"/>
      </w:pPr>
      <w:r>
        <w:t>میں مزدور رہتے تھے، انہوں نے تالا توڑا، اس میں جا کر رہنے لگے۔ جب دیکھا کہ اس میں سب مزدور گھسے ہوئے ہیں، فوراً انہوں نے پولیس کو ٹیلی فون کیا، اور پولیس آئی، سب مار کے بھگا دیا سب کو۔ انہوں</w:t>
      </w:r>
    </w:p>
    <w:p>
      <w:r>
        <w:rPr>
          <w:b/>
        </w:rPr>
        <w:t xml:space="preserve">[24:11] </w:t>
      </w:r>
      <w:r>
        <w:t>ne poocha ke tum log kyun yahan ho? kaha tum is ke kirayedar ho? kaha nahi. kaha tum is ke malik ho? nahi. kaha tum malik se pooch kar aaye yahan aao? nahi. to kaha ke bhago yahan se. police ne maar ke bhaga diya un ko. is</w:t>
      </w:r>
    </w:p>
    <w:p>
      <w:pPr>
        <w:jc w:val="right"/>
      </w:pPr>
      <w:r>
        <w:t>نے پوچھا کہ تم لوگ کیوں یہاں ہو؟ کہا تم اس کے کرایہ دار ہو؟ کہا نہیں۔ کہا تم اس کے مالک ہو؟ نہیں۔ کہا تم مالک سے پوچھ کر آئے یہاں آؤ؟ نہیں۔ تو کہا کہ بھاگو یہاں سے۔ پولیس نے مار کے بھگا دیا ان کو۔ اس</w:t>
      </w:r>
    </w:p>
    <w:p>
      <w:r>
        <w:rPr>
          <w:b/>
        </w:rPr>
        <w:t xml:space="preserve">[24:31] </w:t>
      </w:r>
      <w:r>
        <w:t>duniya mein hum jo hain, agar hum aise hi ghus pade hain jaise bandar ghus padte hain, kahin bandar ghus padte hain to un ko aadmi maar maar bhagata hai. to yeh khuda ki duniya hai, banane wale ki duniya hai. woh</w:t>
      </w:r>
    </w:p>
    <w:p>
      <w:pPr>
        <w:jc w:val="right"/>
      </w:pPr>
      <w:r>
        <w:t>دنیا میں ہم جو ہیں، اگر ہم ایسے ہی گھس پڑے ہیں جیسے بندر گھس پڑتے ہیں، کہیں بندر گھس پڑتے ہیں تو ان کو آدمی مار مار بھگاتا ہے۔ تو یہ خدا کی دنیا ہے، بنانے والے کی دنیا ہے۔ وہ</w:t>
      </w:r>
    </w:p>
    <w:p>
      <w:r>
        <w:rPr>
          <w:b/>
        </w:rPr>
        <w:t xml:space="preserve">[24:50] </w:t>
      </w:r>
      <w:r>
        <w:t>ahan hum ghus pade hain aise hi, aur khane peene lage, rehne lage. hum to user par hain, hum to includer hain. agar insaan yaad rakhiye, banane wale ka etraaf na kare, bein</w:t>
      </w:r>
    </w:p>
    <w:p>
      <w:pPr>
        <w:jc w:val="right"/>
      </w:pPr>
      <w:r>
        <w:t>اں ہم گھس پڑے ہیں ایسے ہی، اور کھانے پینے لگے، رہنے لگے۔ ہم تو یوزر پر ہیں، ہم تو انکلوڈر ہیں۔ اگر انسان یاد رکھیے، بنانے والے کا اعتراف نہ کرے، بین</w:t>
      </w:r>
    </w:p>
    <w:p>
      <w:r>
        <w:rPr>
          <w:b/>
        </w:rPr>
        <w:t xml:space="preserve">[25:08] </w:t>
      </w:r>
      <w:r>
        <w:t>factor ko acknowledge na kare, to us ki hesiyat yahan includer ki ho jayegi. jaise kahin ghus kar ke kuch log aa gaye hon, to includer ki position ho jati hai insaan ki. un ko maar ke bhaga diya jata hai. yeh</w:t>
      </w:r>
    </w:p>
    <w:p>
      <w:pPr>
        <w:jc w:val="right"/>
      </w:pPr>
      <w:r>
        <w:t>یفیکٹر کو ایکنالج نہ کرے، تو اس کی حیثیت یہاں انکلوڈر کی ہو جائے گی۔ جیسے کہیں گھس کر کے کچھ لوگ آ گئے ہوں، تو انکلوڈر کی پوزیشن ہو جاتی ہے انسان کی۔ ان کو مار کے بھگا دیا جاتا ہے۔ یہ</w:t>
      </w:r>
    </w:p>
    <w:p>
      <w:r>
        <w:rPr>
          <w:b/>
        </w:rPr>
        <w:t xml:space="preserve">[25:29] </w:t>
      </w:r>
      <w:r>
        <w:t>baat hai bohat zyada sochne ki hai. koi simple baat nahi hai. ab doosri baat yeh sochiye, yeh keh kar ke kya aadmi duniya mein reh sakta hai hazar saal, das hazar saal? nahi. bohat j</w:t>
      </w:r>
    </w:p>
    <w:p>
      <w:pPr>
        <w:jc w:val="right"/>
      </w:pPr>
      <w:r>
        <w:t>بات ہے بہت زیادہ سوچنے کی ہے۔ کوئی سمپل بات نہیں ہے۔ اب دوسری بات یہ سوچیے، یہ کہہ کر کہ کیا آدمی دنیا میں رہ سکتا ہے ہزار سال، دس ہزار سال؟ نہیں۔ بہت ج</w:t>
      </w:r>
    </w:p>
    <w:p>
      <w:r>
        <w:rPr>
          <w:b/>
        </w:rPr>
        <w:t xml:space="preserve">[25:47] </w:t>
      </w:r>
      <w:r>
        <w:t>ald is ko maut aati hai. maut kya hai? maut to pakad ka naam hai. jaise is khali building mein ghus gaye mazdoor qism ke log, to un ko pakda gaya, police ne pakad ke maar ke bhaga diya un ko. to bohat hi ek limited</w:t>
      </w:r>
    </w:p>
    <w:p>
      <w:pPr>
        <w:jc w:val="right"/>
      </w:pPr>
      <w:r>
        <w:t>لد اس کو موت آتی ہے۔ موت کیا ہے؟ موت تو پکڑ کا نام ہے۔ جیسے اس خالی بلڈنگ میں گھس گئے مزدور قسم کے لوگ، تو ان کو پکڑا گیا، پولیس نے پکڑ کے مار کے بھگا دیا ان کو۔ تو بہت ہی ایک لمیٹڈ</w:t>
      </w:r>
    </w:p>
    <w:p>
      <w:r>
        <w:rPr>
          <w:b/>
        </w:rPr>
        <w:t xml:space="preserve">[26:06] </w:t>
      </w:r>
      <w:r>
        <w:t>time hai, 50 saal, 60 saal, 70 saal. abhi mein ne akhbar mein parha, ek bohat successful aadmi tha profession mein, us ke fame thi, paisa bhi tha, sab kuch tha. 52 years mein mar gaya woh. 52 years mein. us</w:t>
      </w:r>
    </w:p>
    <w:p>
      <w:pPr>
        <w:jc w:val="right"/>
      </w:pPr>
      <w:r>
        <w:t>ٹائم ہے، 50 سال، 60 سال، 70 سال۔ ابھی میں نے اخبار میں پڑھا، ایک بہت سکسیس فل آدمی تھا پروفیشن میں، اس کے فیم تھی، پیسہ بھی تھا، سب کچھ تھا۔ 52 ایئرز میں مر گیا وہ۔ 52 ایئرز میں۔ اس</w:t>
      </w:r>
    </w:p>
    <w:p>
      <w:r>
        <w:rPr>
          <w:b/>
        </w:rPr>
        <w:t xml:space="preserve">[26:26] </w:t>
      </w:r>
      <w:r>
        <w:t>ke paas doctor ki fees ada karne ke inf money tha us ke paas. log rozana marte rehte hain. bachche mar rahe hain, jawan mar rahe hain. nahi to boodha ho kar to marta hi hai aadmi. sau saal se pehle pehle. to maut kya hai? maut khuda ki pakad ka din hai. pakad</w:t>
      </w:r>
    </w:p>
    <w:p>
      <w:pPr>
        <w:jc w:val="right"/>
      </w:pPr>
      <w:r>
        <w:t>کے پاس ڈاکٹر کی فیس ادا کرنے کے انف منی تھا اس کے پاس۔ لوگ روزانہ مرتے رہتے ہیں۔ بچے مر رہے ہیں، جوان مر رہے ہیں۔ نہیں تو بوڑھا ہو کر تو مرتا ہی ہے آدمی۔ سو سال سے پہلے پہلے۔ تو موت کیا ہے؟ موت خدا کی پکڑ کا دن ہے۔ پکڑ</w:t>
      </w:r>
    </w:p>
    <w:p>
      <w:r>
        <w:rPr>
          <w:b/>
        </w:rPr>
        <w:t xml:space="preserve">[26:44] </w:t>
      </w:r>
      <w:r>
        <w:t>ka din. jo log aisi boli bolein, to un ko janna chahiye ke woh pakad se bach nahi sakte. koi bhi doctor apne aap ko maut se bacha nahi sakta hai. hazaron saal se insaan is duniya mein hai. bade bade huk</w:t>
      </w:r>
    </w:p>
    <w:p>
      <w:pPr>
        <w:jc w:val="right"/>
      </w:pPr>
      <w:r>
        <w:t>کا دن۔ جو لوگ ایسی بولی بولیں، تو ان کو جاننا چاہیے کہ وہ پکڑ سے بچ نہیں سکتے۔ کوئی بھی ڈاکٹر اپنے آپ کو موت سے بچا نہیں سکتا ہے۔ ہزاروں سال سے انسان اس دنیا میں ہے۔ بڑے بڑے حک</w:t>
      </w:r>
    </w:p>
    <w:p>
      <w:r>
        <w:rPr>
          <w:b/>
        </w:rPr>
        <w:t xml:space="preserve">[27:03] </w:t>
      </w:r>
      <w:r>
        <w:t>am, bade bade doctor, bade bade vet paida hue. kya koi hai aisa jis ne apne aap ko bachaya ho maut se? nahi. koi daulat wala aadmi, koi political power wala aadmi, ko</w:t>
      </w:r>
    </w:p>
    <w:p>
      <w:pPr>
        <w:jc w:val="right"/>
      </w:pPr>
      <w:r>
        <w:t>یم، بڑے بڑے ڈاکٹر، بڑے بڑے ویٹ پیدا ہوئے۔ کیا کوئی ہے ایسا جس نے اپنے آپ کو بچایا ہو موت سے؟ نہیں۔ کوئی دولت والا آدمی، کوئی پولیٹیکل پاور والا آدمی، کو</w:t>
      </w:r>
    </w:p>
    <w:p>
      <w:r>
        <w:rPr>
          <w:b/>
        </w:rPr>
        <w:t xml:space="preserve">[27:21] </w:t>
      </w:r>
      <w:r>
        <w:t>i bhi aadmi aisa nahi hai is zameen par jo maut se apne aap ko bacha sake. to maut pakad ka din hai. yani maut woh din jab includer ko bhagane ke liye police aa jaye, danda maar ke bhaga de un ko. ab</w:t>
      </w:r>
    </w:p>
    <w:p>
      <w:pPr>
        <w:jc w:val="right"/>
      </w:pPr>
      <w:r>
        <w:t>ئی بھی آدمی ایسا نہیں ہے اس زمین پر جو موت سے اپنے آپ کو بچا سکے۔ تو موت پکڑ کا دن ہے۔ یعنی موت وہ دن جب انکلوڈر کو بھگانے کے لیے پولیس آ جائے، ڈنڈا مار کے بھگا دے ان کو۔ اب</w:t>
      </w:r>
    </w:p>
    <w:p>
      <w:r>
        <w:rPr>
          <w:b/>
        </w:rPr>
        <w:t xml:space="preserve">[27:40] </w:t>
      </w:r>
      <w:r>
        <w:t>sochiye ke agar hamari position yahan includer ki ho, aur bhaga ke hum ko kisi desert mein daal diya jaye, desert mein, to kya hoga hamara haal? ek desert mein daal diya jaye, jahan na pani ho, na</w:t>
      </w:r>
    </w:p>
    <w:p>
      <w:pPr>
        <w:jc w:val="right"/>
      </w:pPr>
      <w:r>
        <w:t>سوچیے کہ اگر ہماری پوزیشن یہاں انکلوڈر کی ہو، اور بھگا کے ہم کو کسی ڈیزرٹ میں ڈال دیا جائے، ڈیزرٹ میں، تو کیا ہوگا ہمارا حال؟ ایک ڈیزرٹ میں ڈال دیا جائے، جہاں نہ پانی ہو، نہ</w:t>
      </w:r>
    </w:p>
    <w:p>
      <w:r>
        <w:rPr>
          <w:b/>
        </w:rPr>
        <w:t xml:space="preserve">[27:58] </w:t>
      </w:r>
      <w:r>
        <w:t>sabza ho, na koi peR ho, kuch ho na kuch bhi, kuch bhi, kuch bhi nahi, par desert hai. to maut wo din hai jab aati hai to sare includer ko pakar kar ke daal deti hai desert</w:t>
      </w:r>
    </w:p>
    <w:p>
      <w:pPr>
        <w:jc w:val="right"/>
      </w:pPr>
      <w:r>
        <w:t>سبزہ ہو، نہ کوئی پیڑ ہو، کچھ ہو نہ کچھ بھی، کچھ بھی، کچھ بھی نہیں، پر ڈیزرٹ ہے۔ تو موت وہ دن ہے جب آتی ہے تو سارے انکلوڈر کو پکڑ کر کے ڈال دیتی ہے ڈیزرٹ</w:t>
      </w:r>
    </w:p>
    <w:p>
      <w:r>
        <w:rPr>
          <w:b/>
        </w:rPr>
        <w:t xml:space="preserve">[28:16] </w:t>
      </w:r>
      <w:r>
        <w:t>mein, jao pare raho wahan. maut ko na pani milega, na food milega, na wahan koi life support system hai, na koi saathi hai, na koi aage hai, na koi peechhe hai. to bataiye ke kaun hai jo is ko face kar sake? k</w:t>
      </w:r>
    </w:p>
    <w:p>
      <w:pPr>
        <w:jc w:val="right"/>
      </w:pPr>
      <w:r>
        <w:t>میں، جاؤ پڑے رہو وہاں۔ موت کو نہ پانی ملے گا، نہ فوڈ ملے گا، نہ وہاں کوئی لائف سپورٹ سسٹم ہے، نہ کوئی ساتھی ہے، نہ کوئی آگے ہے، نہ کوئی پیچھے ہے۔ تو بتائیے کہ کون ہے جو اس کو فیس کر سکے؟ ک</w:t>
      </w:r>
    </w:p>
    <w:p>
      <w:r>
        <w:rPr>
          <w:b/>
        </w:rPr>
        <w:t xml:space="preserve">[28:37] </w:t>
      </w:r>
      <w:r>
        <w:t>un is ko face kar sakta hai? to complete despair ka wo time hoga. complete despair. suppose ek aisa desert jahan par hawa na ho. aap zara thodi der sochiye. p</w:t>
      </w:r>
    </w:p>
    <w:p>
      <w:pPr>
        <w:jc w:val="right"/>
      </w:pPr>
      <w:r>
        <w:t>ون اس کو فیس کر سکتا ہے؟ تو کمپلیٹ ڈسپیئر کا وہ ٹائم ہوگا۔ کمپلیٹ ڈسپیئر۔ سپوز ایک ایسا ڈیزرٹ جہاں پر ہوا نہ ہو۔ آپ ذرا تھوڑی دیر سوچیے۔ پ</w:t>
      </w:r>
    </w:p>
    <w:p>
      <w:r>
        <w:rPr>
          <w:b/>
        </w:rPr>
        <w:t xml:space="preserve">[28:56] </w:t>
      </w:r>
      <w:r>
        <w:t>ani nahi hai, khana nahi hai, wo bhi nahi hai, hawa bhi nahi hai. to kya hoga? wahan jo log honge wo aapas mein baat bhi nahi kar sakenge. ek aisa desert jahan pani na ho to aap pyas nahi bujha sakenge. jahan khana na ho to aap</w:t>
      </w:r>
    </w:p>
    <w:p>
      <w:pPr>
        <w:jc w:val="right"/>
      </w:pPr>
      <w:r>
        <w:t>انی نہیں ہے، کھانا نہیں ہے، وہ بھی نہیں ہے، ہوا بھی نہیں ہے۔ تو کیا ہوگا؟ وہاں جو لوگ ہوں گے وہ آپس میں بات بھی نہیں کر سکیں گے۔ ایک ایسا ڈیزرٹ جہاں پانی نہ ہو تو آپ پیاس نہیں بجھا سکیں گے۔ جہاں کھانا نہ ہو تو آپ</w:t>
      </w:r>
    </w:p>
    <w:p>
      <w:r>
        <w:rPr>
          <w:b/>
        </w:rPr>
        <w:t xml:space="preserve">[29:14] </w:t>
      </w:r>
      <w:r>
        <w:t>apni bhookh nahi mita sakenge. jahan hawa na ho to aap ek doosre se baat bhi nahi kar sakenge. aap ke aas paas bahut se log honge, aap hi ki tarah ke. kyunke hawa na ho to aap ki baat doosre tak pahunchti nahi. hum bolen</w:t>
      </w:r>
    </w:p>
    <w:p>
      <w:pPr>
        <w:jc w:val="right"/>
      </w:pPr>
      <w:r>
        <w:t>اپنی بھوک نہیں مٹا سکیں گے۔ جہاں ہوا نہ ہو تو آپ ایک دوسرے سے بات بھی نہیں کر سکیں گے۔ آپ کے آس پاس بہت سے لوگ ہوں گے، آپ ہی کی طرح کے۔ کیونکہ ہوا نہ ہو تو آپ کی بات دوسرے تک پہنچتی نہیں۔ ہم بولیں</w:t>
      </w:r>
    </w:p>
    <w:p>
      <w:r>
        <w:rPr>
          <w:b/>
        </w:rPr>
        <w:t xml:space="preserve">[29:32] </w:t>
      </w:r>
      <w:r>
        <w:t>ge, hamara bolna doosre tak kab pahunchta hai? jab hawa ke medium beech mein ho. aise agar suraj ki roshni na ho to hum dekh nahi sakte. aap jante hain kitni achhi hamari, kitni healthy aankh hamari ho, k</w:t>
      </w:r>
    </w:p>
    <w:p>
      <w:pPr>
        <w:jc w:val="right"/>
      </w:pPr>
      <w:r>
        <w:t>گے، ہمارا بولنا دوسرے تک کب پہنچتا ہے؟ جب ہوا کے میڈیم بیچ میں ہو۔ ایسے اگر سورج کی روشنی نہ ہو تو ہم دیکھ نہیں سکتے۔ آپ جانتے ہیں کتنی اچھی ہماری، کتنی ہیلدی آنکھ ہماری ہو، ک</w:t>
      </w:r>
    </w:p>
    <w:p>
      <w:r>
        <w:rPr>
          <w:b/>
        </w:rPr>
        <w:t xml:space="preserve">[29:50] </w:t>
      </w:r>
      <w:r>
        <w:t>tni healthy aankh ho, lekin roshni nahi hai to sab kuch dark hai. baghair light ke hum kuch dekh nahi sakte. agar light nahi hai to aankh rakhte hue hamein kuch dikhai nahi dega. ab sochiye ke is duniya mein jis ne diya tha sab</w:t>
      </w:r>
    </w:p>
    <w:p>
      <w:pPr>
        <w:jc w:val="right"/>
      </w:pPr>
      <w:r>
        <w:t>تنی ہیلدی آنکھ ہو، لیکن روشنی نہیں ہے تو سب کچھ ڈارک ہے۔ بغیر لائٹ کے ہم کچھ دیکھ نہیں سکتے۔ اگر لائٹ نہیں ہے تو آنکھ رکھتے ہوئے ہمیں کچھ دکھائی نہیں دے گا۔ اب سوچیے کہ اس دنیا میں جس نے دیا تھا سب</w:t>
      </w:r>
    </w:p>
    <w:p>
      <w:r>
        <w:rPr>
          <w:b/>
        </w:rPr>
        <w:t xml:space="preserve">[30:09] </w:t>
      </w:r>
      <w:r>
        <w:t>kuch, aap us ko acknowledge nahi kar rahe. jis ne diya tha us ko aap acknowledge nahi kar rahe. to kya hoga? maut to aayegi. main literally ek aise ghar ko janta hoon, ek aadmi ne ghar banaya pe</w:t>
      </w:r>
    </w:p>
    <w:p>
      <w:pPr>
        <w:jc w:val="right"/>
      </w:pPr>
      <w:r>
        <w:t>کچھ، آپ اس کو ایکنالج نہیں کر رہے۔ جس نے دیا تھا اس کو آپ ایکنالج نہیں کر رہے۔ تو کیا ہوگا؟ موت تو آئے گی۔ میں لٹرلی ایک ایسے گھر کو جانتا ہوں، ایک آدمی نے گھر بنایا پہ</w:t>
      </w:r>
    </w:p>
    <w:p>
      <w:r>
        <w:rPr>
          <w:b/>
        </w:rPr>
        <w:t xml:space="preserve">[30:27] </w:t>
      </w:r>
      <w:r>
        <w:t>hadi ke upar, bahut achha ghar. phir wo rehta tha kahin aur, abhi wahan par wo shift nahi hua tha. ghar bana liya tha, wahan shift nahi hua tha. ab ye tha ke falan date ko hum yahan shift ho ke yahan aa jayenge. to</w:t>
      </w:r>
    </w:p>
    <w:p>
      <w:pPr>
        <w:jc w:val="right"/>
      </w:pPr>
      <w:r>
        <w:t>اڑی کے اوپر، بہت اچھا گھر۔ پھر وہ رہتا تھا کہیں اور، ابھی وہاں پر وہ شفٹ نہیں ہوا تھا۔ گھر بنا لیا تھا، وہاں شفٹ نہیں ہوا تھا۔ اب یہ تھا کہ فلاں ڈیٹ کو ہم یہاں شفٹ ہو کے یہاں آ جائیں گے۔ تو</w:t>
      </w:r>
    </w:p>
    <w:p>
      <w:r>
        <w:rPr>
          <w:b/>
        </w:rPr>
        <w:t xml:space="preserve">[30:46] </w:t>
      </w:r>
      <w:r>
        <w:t>chala gaya apne ghar mein. phir jab shift hone ke liye wo aaya to wahan par bandar ghuse hue the. maine khud dekha hai, bandar ghuse hue the, uchhal kood kar rahe hain bandar. ab jab dekha ke yahan tak bandar ghuse hue hain to b</w:t>
      </w:r>
    </w:p>
    <w:p>
      <w:pPr>
        <w:jc w:val="right"/>
      </w:pPr>
      <w:r>
        <w:t>چلا گیا اپنے گھر میں۔ پھر جب شفٹ ہونے کے لیے وہ آیا تو وہاں پر بندر گھسے ہوئے تھے۔ میں نے خود دیکھا ہے، بندر گھسے ہوئے تھے، اچھل کود کر رہے ہیں بندر۔ اب جب دیکھا کہ یہاں تک بندر گھسے ہوئے ہیں تو ب</w:t>
      </w:r>
    </w:p>
    <w:p>
      <w:r>
        <w:rPr>
          <w:b/>
        </w:rPr>
        <w:t xml:space="preserve">[31:07] </w:t>
      </w:r>
      <w:r>
        <w:t>andar wahan jo the wo zahir hai ke is ke owner nahi the. unhone rent par nahi liya tha is ghar ko. wo to the intruder. intruder yani ghus baith karne wale. to use wahi hua ke is ne apne bulaya, apne bahut saathi</w:t>
      </w:r>
    </w:p>
    <w:p>
      <w:pPr>
        <w:jc w:val="right"/>
      </w:pPr>
      <w:r>
        <w:t>ندر وہاں جو تھے وہ ظاہر ہے کہ اس کے اونر نہیں تھے۔ انہوں نے رینٹ پر نہیں لیا تھا اس گھر کو۔ وہ تو تھے انٹروڈر۔ انٹروڈر یعنی گھس بیٹھ کرنے والے۔ تو اسے وہی ہوا کہ اس نے اپنے بلایا، اپنے بہت ساتھی</w:t>
      </w:r>
    </w:p>
    <w:p>
      <w:r>
        <w:rPr>
          <w:b/>
        </w:rPr>
        <w:t xml:space="preserve">[31:25] </w:t>
      </w:r>
      <w:r>
        <w:t>us ke the, gun bhi thi us ke paas, aaye aur maar maar ke bhaga diya. kisi dande se mara, kisi gun se mara, aur sare bandar bhag gaye. aap sochiye ke yahi halat hamari hone wali hai insaan ki. to</w:t>
      </w:r>
    </w:p>
    <w:p>
      <w:pPr>
        <w:jc w:val="right"/>
      </w:pPr>
      <w:r>
        <w:t>اس کے تھے، گن بھی تھی اس کے پاس، آئے اور مار مار کے بھگا دیا۔ کسی ڈنڈے سے مارا، کسی گن سے مارا، اور سارے بندر بھاگ گئے۔ آپ سوچیے کہ یہی حالت ہماری ہونے والی ہے انسان کی۔ تو</w:t>
      </w:r>
    </w:p>
    <w:p>
      <w:r>
        <w:rPr>
          <w:b/>
        </w:rPr>
        <w:t xml:space="preserve">[31:45] </w:t>
      </w:r>
      <w:r>
        <w:t>Khuda ne ek beautiful duniya banai, bahut hi beautiful duniya. yahan khane ka intezaam hai, pani ka intezaam hai, light ka intezaam hai, air ka intezaam hai, oxygen ki supply ho rahi hai. mil</w:t>
      </w:r>
    </w:p>
    <w:p>
      <w:pPr>
        <w:jc w:val="right"/>
      </w:pPr>
      <w:r>
        <w:t>خدا نے ایک بیوٹی فل دنیا بنائی، بہت ہی بیوٹی فل دنیا۔ یہاں کھانے کا انتظام ہے، پانی کا انتظام ہے، لائٹ کا انتظام ہے، ایئر کا انتظام ہے، اکسیجن کی سپلائی ہو رہی ہے۔ مل</w:t>
      </w:r>
    </w:p>
    <w:p>
      <w:r>
        <w:rPr>
          <w:b/>
        </w:rPr>
        <w:t xml:space="preserve">[32:04] </w:t>
      </w:r>
      <w:r>
        <w:t>lion, million, billion, billion cheezein yahan par hain. pani river mein beh raha hai, darakht lehra rahe hain. to ye kisi ka diye se tha hamare paas. hum ne to nahi banaya. ye s</w:t>
      </w:r>
    </w:p>
    <w:p>
      <w:pPr>
        <w:jc w:val="right"/>
      </w:pPr>
      <w:r>
        <w:t>ین، ملین، بلین، بلین چیزیں یہاں پر ہیں۔ پانی ریور میں بہہ رہا ہے، درخت لہرا رہے ہیں۔ تو یہ کسی کا دیے سے تھا ہمارے پاس۔ ہم نے تو نہیں بنایا۔ یہ س</w:t>
      </w:r>
    </w:p>
    <w:p>
      <w:r>
        <w:rPr>
          <w:b/>
        </w:rPr>
        <w:t xml:space="preserve">[32:22] </w:t>
      </w:r>
      <w:r>
        <w:t>ari cheezein insaan ne nahi banai. na zameen banai, na samaan banaya, kuch bhi nahi banaya. to ye sab kisi ki taraf se hamein diya gaya tha. blessing thi ye. blessing, is blessing. to kisi benefec</w:t>
      </w:r>
    </w:p>
    <w:p>
      <w:pPr>
        <w:jc w:val="right"/>
      </w:pPr>
      <w:r>
        <w:t>اری چیزیں انسان نے نہیں بنائی۔ نہ زمین بنائی، نہ سامان بنایا، کچھ بھی نہیں بنایا۔ تو یہ سب کسی کی طرف سے ہمیں دیا گیا تھا۔ بلیسنگ تھی یہ۔ بلیسنگ، از بلیسنگ۔ تو کسی بینیفیک</w:t>
      </w:r>
    </w:p>
    <w:p>
      <w:r>
        <w:rPr>
          <w:b/>
        </w:rPr>
        <w:t xml:space="preserve">[32:40] </w:t>
      </w:r>
      <w:r>
        <w:t>ter ne hamein de rakha tha ye. is benefactor ko hamari taraf se kisi paise ki zaroorat nahi hai, money ki zaroorat nahi hai is ko. lekin acknowledge to karna hi karna hai. wo jo benefactor hai, cre</w:t>
      </w:r>
    </w:p>
    <w:p>
      <w:pPr>
        <w:jc w:val="right"/>
      </w:pPr>
      <w:r>
        <w:t>ٹر نے ہمیں دے رکھا تھا یہ۔ اس بینیفیکٹر کو ہماری طرف سے کسی پیسے کی ضرورت نہیں ہے، منی کی ضرورت نہیں ہے اس کو۔ لیکن ایکنالج تو کرنا ہی کرنا ہے۔ وہ جو بینیفیکٹر ہے، کری</w:t>
      </w:r>
    </w:p>
    <w:p>
      <w:r>
        <w:rPr>
          <w:b/>
        </w:rPr>
        <w:t xml:space="preserve">[32:58] </w:t>
      </w:r>
      <w:r>
        <w:t>ator, aap sochen ke jis ne itni badi universe ko create kiya, us ko hum se koi money lena hai? koi rent lena hai? kuch bhi nahi. lekin acknowledge to karna hi karna hai. jis</w:t>
      </w:r>
    </w:p>
    <w:p>
      <w:pPr>
        <w:jc w:val="right"/>
      </w:pPr>
      <w:r>
        <w:t>ٹر، آپ سوچیں کہ جس نے اتنی بڑی یونیورس کو کریٹ کیا، اس کو ہم سے کوئی منی لینا ہے؟ کوئی رینٹ لینا ہے؟ کچھ بھی نہیں۔ لیکن ایکنالج تو کرنا ہی کرنا ہے۔ جس</w:t>
      </w:r>
    </w:p>
    <w:p>
      <w:r>
        <w:rPr>
          <w:b/>
        </w:rPr>
        <w:t xml:space="preserve">[33:17] </w:t>
      </w:r>
      <w:r>
        <w:t>ko mazhab ki zuban mein shukr kehte hain. to is super benefactor ko acknowledge karna, is ka shukr karna, ye to baal hamara farz hai. ab aap yahan par hain, lekin aap ki hesiyat ho jaye int</w:t>
      </w:r>
    </w:p>
    <w:p>
      <w:pPr>
        <w:jc w:val="right"/>
      </w:pPr>
      <w:r>
        <w:t>کو مذہب کی زبان میں شکر کہتے ہیں۔ تو اس سپر بینیفیکٹر کو ایکنالج کرنا، اس کا شکر کرنا، یہ تو بال ہمارا فرض ہے۔ اب آپ یہاں پر ہیں، لیکن آپ کی حیثیت ہو جائے انٹ</w:t>
      </w:r>
    </w:p>
    <w:p>
      <w:r>
        <w:rPr>
          <w:b/>
        </w:rPr>
        <w:t xml:space="preserve">[33:35] </w:t>
      </w:r>
      <w:r>
        <w:t>roader ki. aap ki hesiyat yahan ho jaye intruder ki. to kya hoga? to kya hoga? wahi hoga jo in bandaron ka haal hua. ke malik</w:t>
      </w:r>
    </w:p>
    <w:p>
      <w:pPr>
        <w:jc w:val="right"/>
      </w:pPr>
      <w:r>
        <w:t>روڈر کی۔ آپ کی حیثیت یہاں ہو جائے انٹروڈر کی۔ تو کیا ہوگا؟ تو کیا ہوگا؟ وہی ہوگا جو ان بندروں کا حال ہوا۔ کہ مالک</w:t>
      </w:r>
    </w:p>
    <w:p>
      <w:r>
        <w:rPr>
          <w:b/>
        </w:rPr>
        <w:t xml:space="preserve">[33:54] </w:t>
      </w:r>
      <w:r>
        <w:t>hukm de ga apne aadmiyon ko, maro un ko. to gun se, dande se, patharon se mar mar ke bhaga diya jayega. to maut isi din ka naam hai. maut woh din hai jis din yahan se insan ko bhagaya jata hai, hataya jata hai yeh</w:t>
      </w:r>
    </w:p>
    <w:p>
      <w:pPr>
        <w:jc w:val="right"/>
      </w:pPr>
      <w:r>
        <w:t>حکم دے گا اپنے آدمیوں کو، مارو ان کو۔ تو گن سے، ڈنڈے سے، پتھروں سے مار مار کے بھگا دیا جائے گا۔ تو موت اسی دن کا نام ہے۔ موت وہ دن ہے جس دن یہاں سے انسان کو بھگایا جاتا ہے، ہٹایا جاتا ہے یہ</w:t>
      </w:r>
    </w:p>
    <w:p>
      <w:r>
        <w:rPr>
          <w:b/>
        </w:rPr>
        <w:t xml:space="preserve">[34:12] </w:t>
      </w:r>
      <w:r>
        <w:t>an se. ke tum ne acknowledge nahi kiya, ab niklo yahan se, bhago. aap sochiye ke yahan se nikal kar aap ko daal diya gaya ek desert mein. is desert mein agar khana nahi hai to bhooke mariye. pani nahi hai to</w:t>
      </w:r>
    </w:p>
    <w:p>
      <w:pPr>
        <w:jc w:val="right"/>
      </w:pPr>
      <w:r>
        <w:t>اں سے۔ کہ تم نے ایکنالج نہیں کیا، اب نکلو یہاں سے، بھاگو۔ آپ سوچیے کہ یہاں سے نکال کر آپ کو ڈال دیا گیا ایک ڈیزرٹ میں۔ اس ڈیزرٹ میں اگر کھانا نہیں ہے تو بھوکے مریے۔ پانی نہیں ہے تو</w:t>
      </w:r>
    </w:p>
    <w:p>
      <w:r>
        <w:rPr>
          <w:b/>
        </w:rPr>
        <w:t xml:space="preserve">[34:30] </w:t>
      </w:r>
      <w:r>
        <w:t>pyas se mariye. hawa nahi hai to aap baat nahi kar sakte kisi se. light nahi hai to andhere mein bhatakte rahiye. ek kaisa anokha future hamare samne hai. kehta hai black future, black</w:t>
      </w:r>
    </w:p>
    <w:p>
      <w:pPr>
        <w:jc w:val="right"/>
      </w:pPr>
      <w:r>
        <w:t>پیاس سے مریے۔ ہوا نہیں ہے تو آپ بات نہیں کر سکتے کسی سے۔ لائٹ نہیں ہے تو اندھیرے میں بھٹکتے رہیے۔ ایک کیسا انوکھا فیوچر ہمارے سامنے ہے۔ کہتا ہے بلیک فیوچر، بلیک</w:t>
      </w:r>
    </w:p>
    <w:p>
      <w:r>
        <w:rPr>
          <w:b/>
        </w:rPr>
        <w:t xml:space="preserve">[34:48] </w:t>
      </w:r>
      <w:r>
        <w:t>future. yeh hai sochne ki baat. to zindagi bohat hi limited zindagi hai. maut barah aane wali hai. aur</w:t>
      </w:r>
    </w:p>
    <w:p>
      <w:pPr>
        <w:jc w:val="right"/>
      </w:pPr>
      <w:r>
        <w:t>فیوچر۔ یہ ہے سوچنے کی بات۔ تو زندگی بہت ہی لمیٹڈ زندگی ہے۔ موت بارہ آنے والی ہے۔ اور</w:t>
      </w:r>
    </w:p>
    <w:p>
      <w:r>
        <w:rPr>
          <w:b/>
        </w:rPr>
        <w:t xml:space="preserve">[35:06] </w:t>
      </w:r>
      <w:r>
        <w:t>maut ke baad phir logon ke, yaani do un ka anjam hoga. do qism ka end un ke samne aayega. ek woh log honge jinhon ne banane wale ka, d</w:t>
      </w:r>
    </w:p>
    <w:p>
      <w:pPr>
        <w:jc w:val="right"/>
      </w:pPr>
      <w:r>
        <w:t>موت کے بعد پھر لوگوں کے، یعنی دو ان کا انجام ہوگا۔ دو قسم کا اینڈ ان کے سامنے آئے گا۔ ایک وہ لوگ ہوں گے جنہوں نے بنانے والے کا، د</w:t>
      </w:r>
    </w:p>
    <w:p>
      <w:r>
        <w:rPr>
          <w:b/>
        </w:rPr>
        <w:t xml:space="preserve">[35:24] </w:t>
      </w:r>
      <w:r>
        <w:t>ینے والے کا، جو giver ہے، giver، جو benefactor ہے، اس کو acknowledge کیا تھا۔ تو اس کو ابھی تو temporary دیا گیا تھا یہ سب سامان، پھر اس کو permanently دیا جائے گا، eternally دے دیا جائے گا۔ ی</w:t>
      </w:r>
    </w:p>
    <w:p>
      <w:pPr>
        <w:jc w:val="right"/>
      </w:pPr>
      <w:r>
        <w:t>ینے والے کا، جو گیور ہے، گیور، جو بینیفیکٹر ہے، اس کو ایکنالج کیا تھا۔ تو اس کو ابھی تو ٹیمپرری دیا گیا تھا یہ سب سامان، پھر اس کو پرماننٹلی دیا جائے گا، ایٹرنلی دے دیا جائے گا۔ ی</w:t>
      </w:r>
    </w:p>
    <w:p>
      <w:r>
        <w:rPr>
          <w:b/>
        </w:rPr>
        <w:t xml:space="preserve">[35:43] </w:t>
      </w:r>
      <w:r>
        <w:t>وں کہنا چاہیے کہ ابھی انسان کو ملی تھی ایک temporary paradise. یہ دنیا کی شکل میں۔ یہ دنیا جو ہے کیا ہے؟ یہ ایک temporary paradise ہے۔ یہ beautiful دنیا ہے۔ سب کچھ یہاں پر ہے۔ لیکن یہ</w:t>
      </w:r>
    </w:p>
    <w:p>
      <w:pPr>
        <w:jc w:val="right"/>
      </w:pPr>
      <w:r>
        <w:t>وں کہنا چاہیے کہ ابھی انسان کو ملی تھی ایک ٹیمپرری پیراڈائز۔ یہ دنیا کی شکل میں۔ یہ دنیا جو ہے کیا ہے؟ یہ ایک ٹیمپرری پیراڈائز ہے۔ یہ بیوٹی فل دنیا ہے۔ سب کچھ یہاں پر ہے۔ لیکن یہ</w:t>
      </w:r>
    </w:p>
    <w:p>
      <w:r>
        <w:rPr>
          <w:b/>
        </w:rPr>
        <w:t xml:space="preserve">[36:02] </w:t>
      </w:r>
      <w:r>
        <w:t>temporary paradise hai. to jo log is temporary paradise mein banane wale ka, dene wale ka, creator ka etraf kiya, us ka shukr kiya, us ka acknowledge kiya, us ke aage surrender kiya,</w:t>
      </w:r>
    </w:p>
    <w:p>
      <w:pPr>
        <w:jc w:val="right"/>
      </w:pPr>
      <w:r>
        <w:t>ٹیمپرری پیراڈائز ہے۔ تو جو لوگ اس ٹیمپرری پیراڈائز میں بنانے والے کا، دینے والے کا، کریٹر کا اعتراف کیا، اس کا شکر کیا، اس کا ایکنالج کیا، اس کے آگے سرینڈر کیا،</w:t>
      </w:r>
    </w:p>
    <w:p>
      <w:r>
        <w:rPr>
          <w:b/>
        </w:rPr>
        <w:t xml:space="preserve">[36:23] </w:t>
      </w:r>
      <w:r>
        <w:t>us ke jo duty thi us ko poora kiya, to kya hoga? phir un ke liye blessing hai. blessing kya hai? phir ek abhi tak thay woh temporary paradise mein. phir unhein eternal paradise de di jayegi. eternal paradise. jah</w:t>
      </w:r>
    </w:p>
    <w:p>
      <w:pPr>
        <w:jc w:val="right"/>
      </w:pPr>
      <w:r>
        <w:t>اس کے جو ڈیوٹی تھی اس کو پورا کیا، تو کیا ہوگا؟ پھر ان کے لیے بلیسنگ ہے۔ بلیسنگ کیا ہے؟ پھر ایک ابھی تک تھے وہ ٹیمپرری پیراڈائز میں۔ پھر انہیں ایٹرنل پیراڈائز دے دی جائے گی۔ ایٹرنل پیراڈائز۔ جہ</w:t>
      </w:r>
    </w:p>
    <w:p>
      <w:r>
        <w:rPr>
          <w:b/>
        </w:rPr>
        <w:t xml:space="preserve">[36:41] </w:t>
      </w:r>
      <w:r>
        <w:t>an marna nahi hai, jahan bimari nahi hai. jahan koi limitations nahi hain, koi disadvantage nahi hai. jahan desire ka fulfillment hai, woh hai eternal</w:t>
      </w:r>
    </w:p>
    <w:p>
      <w:pPr>
        <w:jc w:val="right"/>
      </w:pPr>
      <w:r>
        <w:t>اں مرنا نہیں ہے، جہاں بیماری نہیں ہے۔ جہاں کوئی لیمیٹیشنز نہیں ہیں، کوئی ڈس ایڈوانٹیج نہیں ہے۔ جہاں ڈیزائر کا فلفلمنٹ ہے، وہ ہے ایٹرنل</w:t>
      </w:r>
    </w:p>
    <w:p>
      <w:r>
        <w:rPr>
          <w:b/>
        </w:rPr>
        <w:t xml:space="preserve">[36:59] </w:t>
      </w:r>
      <w:r>
        <w:t>paradise. to do category banegi. insano ki do category maut ke baad. dekhiye, paida karne wale ne hum ko jo paida kiya, to hamara jo life span hai, us ko do bhagon mein bant diya, do hisse</w:t>
      </w:r>
    </w:p>
    <w:p>
      <w:pPr>
        <w:jc w:val="right"/>
      </w:pPr>
      <w:r>
        <w:t>پیراڈائز۔ تو دو کیٹگری بنے گی۔ انسانوں کی دو کیٹگری موت کے بعد۔ دیکھیں، پیدا کرنے والے نے ہم کو جو پیدا کیا، تو ہمارا جو لائف اسپین ہے، اس کو دو بھاگوں میں بانٹ دیا، دو حصے</w:t>
      </w:r>
    </w:p>
    <w:p>
      <w:r>
        <w:rPr>
          <w:b/>
        </w:rPr>
        <w:t xml:space="preserve">[37:17] </w:t>
      </w:r>
      <w:r>
        <w:t>mein bant diya. life span ko do hisse mein bant diya. ek hai pre death period, doosra hai post death period. to pre death period jo hai, woh hum ko is temporary duniya mein rehna padta hai. aur post death</w:t>
      </w:r>
    </w:p>
    <w:p>
      <w:pPr>
        <w:jc w:val="right"/>
      </w:pPr>
      <w:r>
        <w:t>میں بانٹ دیا۔ لائف اسپین کو دو حصے میں بانٹ دیا۔ ایک ہے پری ڈیتھ پیریڈ، دوسرا ہے پوسٹ ڈیتھ پیریڈ۔ تو پری ڈیتھ پیریڈ جو ہے، وہ ہم کو اس ٹیمپرری دنیا میں رہنا پڑتا ہے۔ اور پوسٹ ڈیت</w:t>
      </w:r>
    </w:p>
    <w:p>
      <w:r>
        <w:rPr>
          <w:b/>
        </w:rPr>
        <w:t xml:space="preserve">[37:35] </w:t>
      </w:r>
      <w:r>
        <w:t>period mein hum honge eternal duniya mein. to maut dono ke beech mein hai. maut ke baad doosri duniya shuru ho jati hai. to is temporary period jo hai h</w:t>
      </w:r>
    </w:p>
    <w:p>
      <w:pPr>
        <w:jc w:val="right"/>
      </w:pPr>
      <w:r>
        <w:t>ھ پیریڈ میں ہم ہوں گے ایٹرنل دنیا میں۔ تو موت دونوں کے بیچ میں ہے۔ موت کے بعد دوسری دنیا شروع ہو جاتی ہے۔ تو اس ٹیمپرری پیریڈ جو ہے ہ</w:t>
      </w:r>
    </w:p>
    <w:p>
      <w:r>
        <w:rPr>
          <w:b/>
        </w:rPr>
        <w:t xml:space="preserve">[37:53] </w:t>
      </w:r>
      <w:r>
        <w:t>amari zindagi ka, yahan par jis ne yeh dikhaya ke mere andar yeh yeh quality hai ke main ehsan karne wale ka ehsan manoon,</w:t>
      </w:r>
    </w:p>
    <w:p>
      <w:pPr>
        <w:jc w:val="right"/>
      </w:pPr>
      <w:r>
        <w:t>ماری زندگی کا، یہاں پر جس نے یہ دکھایا کہ میرے اندر یہ یہ کوالٹی ہے کہ میں احسان کرنے والے کا احسان مانوں،</w:t>
      </w:r>
    </w:p>
    <w:p>
      <w:r>
        <w:rPr>
          <w:b/>
        </w:rPr>
        <w:t xml:space="preserve">[38:13] </w:t>
      </w:r>
      <w:r>
        <w:t>dene wale ke muqable mein sab mein sarpar rahu, creator ke hukumon ko paalan karu, jo requirement hain creator ki taraf se, us ko main poora karu, ek sacha insan ban kar rahu. yaad rakhein,</w:t>
      </w:r>
    </w:p>
    <w:p>
      <w:pPr>
        <w:jc w:val="right"/>
      </w:pPr>
      <w:r>
        <w:t>دینے والے کے مقابلے میں سب میں سرپر رہوں، کریٹر کے حکموں کو پالن کروں، جو ریکوائرمنٹ ہیں کریٹر کی طرف سے، اس کو میں پورا کروں، ایک سچا انسان بن کر رہوں۔ یاد رکھیں،</w:t>
      </w:r>
    </w:p>
    <w:p>
      <w:r>
        <w:rPr>
          <w:b/>
        </w:rPr>
        <w:t xml:space="preserve">[38:31] </w:t>
      </w:r>
      <w:r>
        <w:t>سچا انسان وہی ہے جو اپنے benefactor کا کو acknowledge کرے۔ یہ دنیا میں بھی آپ دیکھیے، کسی کسی انسان سے آپ بہت زیادہ سلوک کریں، بہت زیادہ اس کو مدد کریں، بہت زیادہ اس کے ساتھ احسان کریں، تو آپ چاہیں گے وہ آپ کو مانے۔ اگر نہ</w:t>
      </w:r>
    </w:p>
    <w:p>
      <w:pPr>
        <w:jc w:val="right"/>
      </w:pPr>
      <w:r>
        <w:t>سچا انسان وہی ہے جو اپنے بینیفیکٹر کا کو ایکنالج کرے۔ یہ دنیا میں بھی آپ دیکھیے، کسی کسی انسان سے آپ بہت زیادہ سلوک کریں، بہت زیادہ اس کو مدد کریں، بہت زیادہ اس کے ساتھ احسان کریں، تو آپ چاہیں گے وہ آپ کو مانے۔ اگر نہ</w:t>
      </w:r>
    </w:p>
    <w:p>
      <w:r>
        <w:rPr>
          <w:b/>
        </w:rPr>
        <w:t xml:space="preserve">[38:49] </w:t>
      </w:r>
      <w:r>
        <w:t>mane to aap us ko kya karenge? disgrace kar denge. disgrace. yeh duniya mein aap namuna dekhte hain, koi bhi aadmi agar kisi ke sath koi bara suluk karta hai, koi bara ehsan karta hai, aur woh aadmi us ko s</w:t>
      </w:r>
    </w:p>
    <w:p>
      <w:pPr>
        <w:jc w:val="right"/>
      </w:pPr>
      <w:r>
        <w:t>مانے تو آپ اس کو کیا کریں گے؟ ڈس گریس کر دیں گے۔ ڈس گریس۔ یہ دنیا میں آپ نمونہ دیکھتے ہیں، کوئی بھی آدمی اگر کسی کے ساتھ کوئی بڑا سلوک کرتا ہے، کوئی بڑا احسان کرتا ہے، اور وہ آدمی اس کو س</w:t>
      </w:r>
    </w:p>
    <w:p>
      <w:r>
        <w:rPr>
          <w:b/>
        </w:rPr>
        <w:t xml:space="preserve">[39:07] </w:t>
      </w:r>
      <w:r>
        <w:t>risk ban jata hai, to denay wala phir usko disgrace kar dega. Yehi honay wala hai maut ke baad. To maut ke baad kuch log woh honge jinko khuda disgrace kar dega ke bas ab</w:t>
      </w:r>
    </w:p>
    <w:p>
      <w:pPr>
        <w:jc w:val="right"/>
      </w:pPr>
      <w:r>
        <w:t>رکش بن جاتا ہے، تو دینے والا پھر اس کو ڈس گریس کر دے گا۔ یہی ہونے والا ہے موت کے بعد۔ تو موت کے بعد کچھ لوگ وہ ہوں گے جن کو خدا ڈس گریس کر دے گا کہ بس اب</w:t>
      </w:r>
    </w:p>
    <w:p>
      <w:r>
        <w:rPr>
          <w:b/>
        </w:rPr>
        <w:t xml:space="preserve">[39:26] </w:t>
      </w:r>
      <w:r>
        <w:t>تم کو ہم نے کچھ نہیں دینا ہے۔ زندہ تو اب بھی رہو گے تم، مرنے والے نہیں ہو۔ موت نہیں ختم، موت موت تمہارا خاتمہ نہیں تھی۔ موت تو ایک transfer تھا اس دنیا سے اس دنیا کی طرف۔ تو</w:t>
      </w:r>
    </w:p>
    <w:p>
      <w:pPr>
        <w:jc w:val="right"/>
      </w:pPr>
      <w:r>
        <w:t>تم کو ہم نے کچھ نہیں دینا ہے۔ زندہ تو اب بھی رہو گے تم، مرنے والے نہیں ہو۔ موت نہیں ختم، موت موت تمہارا خاتمہ نہیں تھی۔ موت تو ایک ٹرانسفر تھا اس دنیا سے اس دنیا کی طرف۔ تو</w:t>
      </w:r>
    </w:p>
    <w:p>
      <w:r>
        <w:rPr>
          <w:b/>
        </w:rPr>
        <w:t xml:space="preserve">[39:44] </w:t>
      </w:r>
      <w:r>
        <w:t>agar tum ne is duniya mein sacha insan ban kar nahi dikhaya apne aap ko, to ab yeh to hone wala nahi hai ke tum khatm ho jao. zinda to phir bhi rahoge tum. lekin kahan rahoge zinda? desert mein. jah</w:t>
      </w:r>
    </w:p>
    <w:p>
      <w:pPr>
        <w:jc w:val="right"/>
      </w:pPr>
      <w:r>
        <w:t>اگر تم نے اس دنیا میں سچا انسان بن کر نہیں دکھایا اپنے آپ کو، تو اب یہ تو ہونے والا نہیں ہے کہ تم ختم ہو جاؤ۔ زندہ تو پھر بھی رہو گے تم۔ لیکن کہاں رہو گے زندہ؟ ڈیزرٹ میں۔ جہ</w:t>
      </w:r>
    </w:p>
    <w:p>
      <w:r>
        <w:rPr>
          <w:b/>
        </w:rPr>
        <w:t xml:space="preserve">[40:02] </w:t>
      </w:r>
      <w:r>
        <w:t>an dobara tum ko woh sari blessing milne wali nahi hai. woh sari nematein, woh sari rehmaten, woh sari comfort, woh phir nahi milne wali hai. bas woh khatm. ab to andhere bhatakte raho, p</w:t>
      </w:r>
    </w:p>
    <w:p>
      <w:pPr>
        <w:jc w:val="right"/>
      </w:pPr>
      <w:r>
        <w:t>اں دوبارہ تم کو وہ ساری بلیسنگ ملنے والی نہیں ہے۔ وہ ساری نعمتیں، وہ ساری رحمتیں، وہ ساری کمفرٹ، وہ پھر نہیں ملنے والی ہے۔ بس وہ ختم۔ اب تو اندھیرے بھٹکتے رہو، پ</w:t>
      </w:r>
    </w:p>
    <w:p>
      <w:r>
        <w:rPr>
          <w:b/>
        </w:rPr>
        <w:t xml:space="preserve">[40:22] </w:t>
      </w:r>
      <w:r>
        <w:t>yas se tadapte raho, bhook se tadapte raho, ek doosre se ladte jhagadte raho. ke jab museebat aati hai to aadmi ladta jhagadta hai. aap jante hain, jab musee</w:t>
      </w:r>
    </w:p>
    <w:p>
      <w:pPr>
        <w:jc w:val="right"/>
      </w:pPr>
      <w:r>
        <w:t>یاس سے تڑپتے رہو، بھوک سے تڑپتے رہو، ایک دوسرے سے لڑتے جھگڑتے رہو۔ کہ جب مصیبت آتی ہے تو آدمی لڑتا جھگڑتا ہے۔ آپ جانتے ہیں، جب مصی</w:t>
      </w:r>
    </w:p>
    <w:p>
      <w:r>
        <w:rPr>
          <w:b/>
        </w:rPr>
        <w:t xml:space="preserve">[40:40] </w:t>
      </w:r>
      <w:r>
        <w:t>bat aati hai to ladai jhagda badh jata hai. to aisa hoga haal un logon ka jo Khuda jin ko disgrace kar de, jo fail ho jayen sacha insan banne mein, jo</w:t>
      </w:r>
    </w:p>
    <w:p>
      <w:pPr>
        <w:jc w:val="right"/>
      </w:pPr>
      <w:r>
        <w:t>بت آتی ہے تو لڑائی جھگڑا بڑھ جاتا ہے۔ تو ایسا ہوگا حال ان لوگوں کا جو خدا جن کو ڈس گریس کر دے، جو فیل ہو جائیں سچا انسان بننے میں، جو</w:t>
      </w:r>
    </w:p>
    <w:p>
      <w:r>
        <w:rPr>
          <w:b/>
        </w:rPr>
        <w:t xml:space="preserve">[40:58] </w:t>
      </w:r>
      <w:r>
        <w:t>apne aap ko sacha insan prove na kar saken. aur doosre kaun log honge? jinhon ne apne aap ko sacha insan bana kar dikhaya. sacha insan woh tha jis ne ackn</w:t>
      </w:r>
    </w:p>
    <w:p>
      <w:pPr>
        <w:jc w:val="right"/>
      </w:pPr>
      <w:r>
        <w:t>اپنے آپ کو سچا انسان پروف نہ کر سکیں۔ اور دوسرے کون لوگ ہوں گے؟ جنہوں نے اپنے آپ کو سچا انسان بنا کر دکھایا۔ سچا انسان وہ تھا جس نے ایکن</w:t>
      </w:r>
    </w:p>
    <w:p>
      <w:r>
        <w:rPr>
          <w:b/>
        </w:rPr>
        <w:t xml:space="preserve">[41:16] </w:t>
      </w:r>
      <w:r>
        <w:t>owledge kiya apne paida karne wale ka, jis ne surrender kiya dene wale ke samne, jis ne apne benefactor ko, sacha benefactor, super benefactor ko dil se acknowledge kiya. us</w:t>
      </w:r>
    </w:p>
    <w:p>
      <w:pPr>
        <w:jc w:val="right"/>
      </w:pPr>
      <w:r>
        <w:t>الج کیا اپنے پیدا کرنے والے کا، جس نے سرینڈر کیا دینے والے کے سامنے، جس نے اپنے بینیفیکٹر کو، سچا بینیفیکٹر، سپر بینیفیکٹر کو دل سے ایکنالج کیا۔ اس</w:t>
      </w:r>
    </w:p>
    <w:p>
      <w:r>
        <w:rPr>
          <w:b/>
        </w:rPr>
        <w:t xml:space="preserve">[41:36] </w:t>
      </w:r>
      <w:r>
        <w:t>par is par rehmaten aur barh jayengi. yani temporary rehmat di thi, ab permanent rehmat di jayegi is ko. aarzy jannat yeh mili thi, ab mustaqil jannat de di jayegi is ko. to</w:t>
      </w:r>
    </w:p>
    <w:p>
      <w:pPr>
        <w:jc w:val="right"/>
      </w:pPr>
      <w:r>
        <w:t>پر اس پر رحمتیں اور بڑھ جائیں گی۔ یعنی ٹیمپرری رحمت دی تھی، اب پرماننٹ رحمت دی جائے گی۔ عارضی جنت یہ ملی تھی، اب مستقل جنت دے دی جائے گی اس کو۔ تو</w:t>
      </w:r>
    </w:p>
    <w:p>
      <w:r>
        <w:rPr>
          <w:b/>
        </w:rPr>
        <w:t xml:space="preserve">[41:56] </w:t>
      </w:r>
      <w:r>
        <w:t>temporary paradise se nikal kar ke, temporary paradise se nikal kar woh permanent paradise, eternal paradise mein pahunch jayega. wahan har qism ki pleasure, har qism ki khushiyan, har qism ki comfort, har qism ki rahaten, apne</w:t>
      </w:r>
    </w:p>
    <w:p>
      <w:pPr>
        <w:jc w:val="right"/>
      </w:pPr>
      <w:r>
        <w:t>ٹیمپرری پیراڈائز سے نکل کر کے، ٹیمپرری پیراڈائز سے نکل کر وہ پرماننٹ پیراڈائز، ایٹرنل پیراڈائز میں پہنچ جائے گا۔ وہاں ہر قسم کی پلیژر، ہر قسم کی خوشیاں، ہر قسم کی کمفرٹ، ہر قسم کی راحتیں، اپنے</w:t>
      </w:r>
    </w:p>
    <w:p>
      <w:r>
        <w:rPr>
          <w:b/>
        </w:rPr>
        <w:t xml:space="preserve">[42:17] </w:t>
      </w:r>
      <w:r>
        <w:t>logon ke darmiyan khushi khushi rehna, yeh sab kuch hoga. to yeh hai sochne ki baat. yeh hai sochne ki baat. to mazhab kya hai? mazhab isi ka reminder hai. maz</w:t>
      </w:r>
    </w:p>
    <w:p>
      <w:pPr>
        <w:jc w:val="right"/>
      </w:pPr>
      <w:r>
        <w:t>لوگوں کے درمیان خوشی خوشی رہنا، یہ سب کچھ ہوگا۔ تو یہ ہے سوچنے کی بات۔ یہ ہے سوچنے کی بات۔ تو مذہب کیا ہے؟ مذہب اسی کا ریمائنڈر ہے۔ مذ</w:t>
      </w:r>
    </w:p>
    <w:p>
      <w:r>
        <w:rPr>
          <w:b/>
        </w:rPr>
        <w:t xml:space="preserve">[42:37] </w:t>
      </w:r>
      <w:r>
        <w:t>hab koi ashirwadi zameema nahi hai. mazhab koi koi zindagi ka barkati appendix nahi hai. yeh</w:t>
      </w:r>
    </w:p>
    <w:p>
      <w:pPr>
        <w:jc w:val="right"/>
      </w:pPr>
      <w:r>
        <w:t>ہب کوئی آشیروادی ضمیمہ نہیں ہے۔ مذہب کوئی کوئی زندگی کا برکتی اپینڈکس نہیں ہے۔ یہ</w:t>
      </w:r>
    </w:p>
    <w:p>
      <w:r>
        <w:rPr>
          <w:b/>
        </w:rPr>
        <w:t xml:space="preserve">[43:01] </w:t>
      </w:r>
      <w:r>
        <w:t>hai baat jis ko insaan ko chahiye ke bahut zyada soche. Bahut zyada soche. Aisa na ho ke jab mar kar pahunche dusri duniya mein, yeh kahe woh ke, "Mine was a missed opportunity. Mine was a"</w:t>
      </w:r>
    </w:p>
    <w:p>
      <w:pPr>
        <w:jc w:val="right"/>
      </w:pPr>
      <w:r>
        <w:t>ہے بات جس کو انسان کو چاہیے کہ بہت زیادہ سوچے۔ بہت زیادہ سوچے۔ ایسا نہ ہو کہ جب مر کر پہنچے دوسری دنیا میں، یہ کہے وہ کہ مائنڈ واز مسڈ اپرچونیٹی۔ مائنڈ واز کی</w:t>
      </w:r>
    </w:p>
    <w:p>
      <w:r>
        <w:rPr>
          <w:b/>
        </w:rPr>
        <w:t xml:space="preserve">[43:19] </w:t>
      </w:r>
      <w:r>
        <w:t>This missed opportunity. Yeh duniya mein mujhe mawaqe mile the, opportunity mili thi, main us ko avail nahin kiya. Ab to mujhe bhugatna hi bhugatna hai. In</w:t>
      </w:r>
    </w:p>
    <w:p>
      <w:pPr>
        <w:jc w:val="right"/>
      </w:pPr>
      <w:r>
        <w:t>س مسڈ اپرچونیٹی۔ یہ دنیا میں مجھے مواقع ملے تھے، اپرچونیٹی ملی تھی، میں اس کو اویل نہیں کیا۔ اب تو مجھے بھگتنا ہی بھگتنا ہے۔ ان</w:t>
      </w:r>
    </w:p>
    <w:p>
      <w:r>
        <w:rPr>
          <w:b/>
        </w:rPr>
        <w:t xml:space="preserve">[43:37] </w:t>
      </w:r>
      <w:r>
        <w:t>انسان کو یہ سوچنا چاہیے کہ ایسا نہ ہو کہ موت کے بعد اس کو حسرت کے ساتھ، ڈسپیئر کے ساتھ یہ کہنا پڑے کہ mine was a case of missed opportunity۔ میں نے</w:t>
      </w:r>
    </w:p>
    <w:p>
      <w:pPr>
        <w:jc w:val="right"/>
      </w:pPr>
      <w:r>
        <w:t>سان کو یہ سوچنا چاہیے کہ ایسا نہ ہو کہ موت کے بعد اس کو حسرت کے ساتھ، ڈسپیئر کے ساتھ یہ کہنا پڑے کہ مائنڈ واز ا کیس اف مسڈ اپرچونیٹی۔ میں نے</w:t>
      </w:r>
    </w:p>
    <w:p>
      <w:r>
        <w:rPr>
          <w:b/>
        </w:rPr>
        <w:t xml:space="preserve">[43:56] </w:t>
      </w:r>
      <w:r>
        <w:t>train ko miss kar diya, ab dobara mujhe train milne wali nahi hai. maine bus ko miss kar diya, ab dobara mujhe bus milne wali nahi hai. kyunke chance to ek hi baar milta hai, doosra chance nahi aata zindagi mein. to</w:t>
      </w:r>
    </w:p>
    <w:p>
      <w:pPr>
        <w:jc w:val="right"/>
      </w:pPr>
      <w:r>
        <w:t>ٹرین کو مس کر دیا، اب دوبارہ مجھے ٹرین ملنے والی نہیں ہے۔ میں نے بس کو مس کر دیا، اب دوبارہ مجھے بس ملنے والی نہیں ہے۔ کیونکہ چانس تو ایک ہی بار ملتا ہے، دوسرا چانس نہیں آتا زندگی میں۔ تو</w:t>
      </w:r>
    </w:p>
    <w:p>
      <w:r>
        <w:rPr>
          <w:b/>
        </w:rPr>
        <w:t xml:space="preserve">[44:16] </w:t>
      </w:r>
      <w:r>
        <w:t>جو لوگ اس طرح سے رہ رہے ہیں اس دنیا میں، کہ وہ سمجھتے ہیں کہ بس سب کام ہمارا بنا ہوا ہے، تو ہمیں سوچنا کیا ہے؟ سوچنا یہ ہے کہ جس نے بنایا تمہارے کام کو، اس کو acknowledge کرنا ہے۔ تم</w:t>
      </w:r>
    </w:p>
    <w:p>
      <w:pPr>
        <w:jc w:val="right"/>
      </w:pPr>
      <w:r>
        <w:t>جو لوگ اس طرح سے رہ رہے ہیں اس دنیا میں، کہ وہ سمجھتے ہیں کہ بس سب کام ہمارا بنا ہوا ہے، تو ہمیں سوچنا کیا ہے؟ سوچنا یہ ہے کہ جس نے بنایا تمہارے کام کو، اس کو ایکنالج کرنا ہے۔ تم</w:t>
      </w:r>
    </w:p>
    <w:p>
      <w:r>
        <w:rPr>
          <w:b/>
        </w:rPr>
        <w:t xml:space="preserve">[44:36] </w:t>
      </w:r>
      <w:r>
        <w:t>to pani ka ek ek drop nahi bana sakte, gehun ka ek dana bhi nahi bana sakte. solar system banana to bohat door ki baat hai. to</w:t>
      </w:r>
    </w:p>
    <w:p>
      <w:pPr>
        <w:jc w:val="right"/>
      </w:pPr>
      <w:r>
        <w:t>تو پانی کا ایک ایک ڈراپ نہیں بنا سکتے، گیہوں کا ایک دانہ بھی نہیں بنا سکتے۔ سولر سسٹم بنانا تو بہت دور کی بات ہے۔ تو</w:t>
      </w:r>
    </w:p>
    <w:p>
      <w:r>
        <w:rPr>
          <w:b/>
        </w:rPr>
        <w:t xml:space="preserve">[44:56] </w:t>
      </w:r>
      <w:r>
        <w:t>yeh bohat bari bhool hai ke aadmi ko agar khane peene ko mil raha hai, us ke paas ghar hai, us ke paas car hai, us ke paas aulad hai, to sab jayega. dekho, mere paas to sab kuch hai. yeh sab kuch aaya kahan se? yeh sab kuch aaya kahan se</w:t>
      </w:r>
    </w:p>
    <w:p>
      <w:pPr>
        <w:jc w:val="right"/>
      </w:pPr>
      <w:r>
        <w:t>یہ بہت بڑی بھول ہے کہ آدمی کو اگر کھانے پینے کو مل رہا ہے، اس کے پاس گھر ہے، اس کے پاس کار ہے، اس کے پاس اولاد ہے، تو سب جائے گی۔ دیکھو، میرے پاس تو سب کچھ ہے۔ یہ سب کچھ آیا کہاں سے؟ یہ سب کچھ آیا کہاں سے</w:t>
      </w:r>
    </w:p>
    <w:p>
      <w:r>
        <w:rPr>
          <w:b/>
        </w:rPr>
        <w:t xml:space="preserve">[45:14] </w:t>
      </w:r>
      <w:r>
        <w:t>? maine khud apne aap ko, maine na to apne aap ko khud banaya, insaan to ek ek baal bhi nahi bana sakta. to main apne aap ko to banaya nahi, maine apni aulad</w:t>
      </w:r>
    </w:p>
    <w:p>
      <w:pPr>
        <w:jc w:val="right"/>
      </w:pPr>
      <w:r>
        <w:t>؟ میں نے خود اپنے آپ کو، میں نے نہ تو اپنے آپ کو خود بنایا، انسان تو ایک ایک بال بھی نہیں بنا سکتا۔ تو میں اپنے آپ کو تو بنایا نہیں، میں نے اپنی اولاد</w:t>
      </w:r>
    </w:p>
    <w:p>
      <w:r>
        <w:rPr>
          <w:b/>
        </w:rPr>
        <w:t xml:space="preserve">[45:32] </w:t>
      </w:r>
      <w:r>
        <w:t>ko banaya nahi, maine is duniya ko banaya nahi, maine solar system ko banaya nahi, maine samundaron, daryaaon ko banaya nahi, maine baagon ko aur khet ko banaya nahi. yeh sab kahan se aa gaya? to</w:t>
      </w:r>
    </w:p>
    <w:p>
      <w:pPr>
        <w:jc w:val="right"/>
      </w:pPr>
      <w:r>
        <w:t>کو بنایا نہیں، میں نے اس دنیا کو بنایا نہیں، میں نے سولر سسٹم کو بنایا نہیں، میں نے سمندروں، دریاؤں کو بنایا نہیں، میں نے باغوں کو اور کھیتوں کو بنایا نہیں۔ یہ سب کہاں سے آ گیا؟ تو</w:t>
      </w:r>
    </w:p>
    <w:p>
      <w:r>
        <w:rPr>
          <w:b/>
        </w:rPr>
        <w:t xml:space="preserve">[45:54] </w:t>
      </w:r>
      <w:r>
        <w:t>for granted log liye rehte hain aur sochte nahi hain. to maut se pehle chahiye ke insaan soch le. har aurat ko aur har mard ko chahiye ke woh maut se pehle in ba</w:t>
      </w:r>
    </w:p>
    <w:p>
      <w:pPr>
        <w:jc w:val="right"/>
      </w:pPr>
      <w:r>
        <w:t>فار گرانٹڈ لوگ لیے رہتے ہیں اور سوچتے نہیں ہیں۔ تو موت سے پہلے چاہیے کہ انسان سوچ لے۔ ہر عورت کو اور ہر مرد کو چاہیے کہ وہ موت سے پہلے ان ب</w:t>
      </w:r>
    </w:p>
    <w:p>
      <w:r>
        <w:rPr>
          <w:b/>
        </w:rPr>
        <w:t xml:space="preserve">[46:12] </w:t>
      </w:r>
      <w:r>
        <w:t>aton ko soch le. kyunke maut ke baad woh sochega, lekin woh sochna kisi kaam nahi aayega. har aurat ka, har mard ka, har ghareeb ka, har ameer ka,</w:t>
      </w:r>
    </w:p>
    <w:p>
      <w:pPr>
        <w:jc w:val="right"/>
      </w:pPr>
      <w:r>
        <w:t>اتوں کو سوچ لے۔ کیونکہ موت کے بعد وہ سوچے گا، لیکن وہ سوچنا کسی کام نہیں آئے گا۔ ہر عورت کا، ہر مرد کا، ہر غریب کا، ہر امیر کا،</w:t>
      </w:r>
    </w:p>
    <w:p>
      <w:r>
        <w:rPr>
          <w:b/>
        </w:rPr>
        <w:t xml:space="preserve">[46:30] </w:t>
      </w:r>
      <w:r>
        <w:t>sab ka pehla kaam yeh hai, pehla kaam ke woh soche in baaton ko. woh soche in baaton ko. aur maut se pehle pehle soch le. maut se pehle pehle soch le. ab</w:t>
      </w:r>
    </w:p>
    <w:p>
      <w:pPr>
        <w:jc w:val="right"/>
      </w:pPr>
      <w:r>
        <w:t>سب کا پہلا کام یہ ہے، پہلا کام کہ وہ سوچے ان باتوں کو۔ وہ سوچے ان باتوں کو۔ اور موت سے پہلے پہلے سوچ لے۔ موت سے پہلے پہلے سوچ لے۔ اب</w:t>
      </w:r>
    </w:p>
    <w:p>
      <w:r>
        <w:rPr>
          <w:b/>
        </w:rPr>
        <w:t xml:space="preserve">[46:53] </w:t>
      </w:r>
      <w:r>
        <w:t>ھی تو معاملہ سب اختیاری ہے۔ ابھی کوئی دباؤ نہیں ہے، کوئی کمپلشن نہیں ہے۔ تو by option ہم کو سوچنا ہے۔ تو ہمیں پہلے موت سے پہلے پہلے سوچ لینا ہے۔ کی</w:t>
      </w:r>
    </w:p>
    <w:p>
      <w:pPr>
        <w:jc w:val="right"/>
      </w:pPr>
      <w:r>
        <w:t>ھی تو معاملہ سب اختیاری ہے۔ ابھی کوئی دباؤ نہیں ہے، کوئی کمپلشن نہیں ہے۔ تو بائی آپشن ہم کو سوچنا ہے۔ تو ہمیں پہلے موت سے پہلے پہلے سوچ لینا ہے۔ کی</w:t>
      </w:r>
    </w:p>
    <w:p>
      <w:r>
        <w:rPr>
          <w:b/>
        </w:rPr>
        <w:t xml:space="preserve">[47:11] </w:t>
      </w:r>
      <w:r>
        <w:t>ونکہ موت کے بعد تو under compulsion سوچنا پڑے گا۔ موت کے بعد آدمی کو under compulsion سوچنا پڑے گا۔ کوئی دوسرا آپشن اس کے پاس نہیں ہوگا۔ لیکن فائدہ کیا ہے؟ فائدہ کچھ بھی نہیں۔ اپ</w:t>
      </w:r>
    </w:p>
    <w:p>
      <w:pPr>
        <w:jc w:val="right"/>
      </w:pPr>
      <w:r>
        <w:t>ونکہ موت کے بعد تو انڈر کمپلشن سوچنا پڑے گا۔ موت کے بعد آدمی کو انڈر کمپلشن سوچنا پڑے گا۔ کوئی دوسرا آپشن اس کے پاس نہیں ہوگا۔ لیکن فائدہ کیا ہے؟ فائدہ کچھ بھی نہیں۔ اپ</w:t>
      </w:r>
    </w:p>
    <w:p>
      <w:r>
        <w:rPr>
          <w:b/>
        </w:rPr>
        <w:t xml:space="preserve">[47:31] </w:t>
      </w:r>
      <w:r>
        <w:t>رچونیٹی تو ختم ہو چکی، چانس تو ختم ہو چکا۔ اب تو صرف یہ ہے کہ despair میں پڑے رہو، despair میں، frustration میں پڑے رہو، اندھیرے میں بھٹکتے رہو، بھوک پیاس میں تڑپتے رہو۔ ی</w:t>
      </w:r>
    </w:p>
    <w:p>
      <w:pPr>
        <w:jc w:val="right"/>
      </w:pPr>
      <w:r>
        <w:t>رچونیٹی تو ختم ہو چکی، چانس تو ختم ہو چکا۔ اب تو صرف یہ ہے کہ ڈسپیئر میں پڑے رہو، ڈسپیئر میں، فرسٹریشن میں پڑے رہو، اندھیرے میں بھٹکتے رہو، بھوک پیاس میں تڑپتے رہو۔ ی</w:t>
      </w:r>
    </w:p>
    <w:p>
      <w:r>
        <w:rPr>
          <w:b/>
        </w:rPr>
        <w:t xml:space="preserve">[47:54] </w:t>
      </w:r>
      <w:r>
        <w:t>یاد رکھیے، یہ کوئی یہ کوئی سپریسیشن کی بات نہیں ہے۔ یہ کوئی کہنے کی بات نہیں ہے۔ یہ ایک fact ہے، fact۔ یہ فیک</w:t>
      </w:r>
    </w:p>
    <w:p>
      <w:pPr>
        <w:jc w:val="right"/>
      </w:pPr>
      <w:r>
        <w:t>اد رکھیے، یہ کوئی یہ کوئی سپریسیشن کی بات نہیں ہے۔ یہ کوئی کہنے کی بات نہیں ہے۔ یہ ایک فیکٹ ہے، فیکٹ۔ یہ فیک</w:t>
      </w:r>
    </w:p>
    <w:p>
      <w:r>
        <w:rPr>
          <w:b/>
        </w:rPr>
        <w:t xml:space="preserve">[48:12] </w:t>
      </w:r>
      <w:r>
        <w:t>t hai. yeh sab se bari sachai hai jis par insaan ko chahiye ke woh soche. yeh sab se bari sachai hai jis par chahiye ke insaan ko is ko soche, is ko. ki</w:t>
      </w:r>
    </w:p>
    <w:p>
      <w:pPr>
        <w:jc w:val="right"/>
      </w:pPr>
      <w:r>
        <w:t>ٹ ہے۔ یہ سب سے بڑی سچائی ہے جس پر انسان کو چاہیے کہ وہ سوچے۔ یہ سب سے بڑی سچائی ہے جس پر چاہیے کہ انسان کو اس کو سوچے، اس کو۔ کی</w:t>
      </w:r>
    </w:p>
    <w:p>
      <w:r>
        <w:rPr>
          <w:b/>
        </w:rPr>
        <w:t xml:space="preserve">[48:33] </w:t>
      </w:r>
      <w:r>
        <w:t>yunke sochne ka jo waqt hai, woh maut se pehle hai. maut ke baad to bhugtna hai, bhugtna hai, bhugtna hai. maut se pehle jo time hai, woh sochne ka time hai. woh karne ka time hai. woh manne ka time hai. m</w:t>
      </w:r>
    </w:p>
    <w:p>
      <w:pPr>
        <w:jc w:val="right"/>
      </w:pPr>
      <w:r>
        <w:t>ونکہ سوچنے کا جو وقت ہے، وہ موت سے پہلے ہے۔ موت کے بعد تو بھگتنا ہے، بھگتنا ہے، بھگتنا ہے۔ موت سے پہلے جو ٹائم ہے، وہ سوچنے کا ٹائم ہے۔ وہ کرنے کا ٹائم ہے۔ وہ ماننے کا ٹائم ہے۔ م</w:t>
      </w:r>
    </w:p>
    <w:p>
      <w:r>
        <w:rPr>
          <w:b/>
        </w:rPr>
        <w:t xml:space="preserve">[48:52] </w:t>
      </w:r>
      <w:r>
        <w:t>aut se pehle. aur maut ke baad to bhugtne ka time aa jayega. maut ke baad ya to punishment hai ya reward hai. ya to dobara blessing ka milna hai ya blessing ka chhin jana hai. m</w:t>
      </w:r>
    </w:p>
    <w:p>
      <w:pPr>
        <w:jc w:val="right"/>
      </w:pPr>
      <w:r>
        <w:t>وت سے پہلے۔ اور موت کے بعد تو بھگتنے کا ٹائم آ جائے گا۔ موت کے بعد یا تو پنشمنٹ ہے یا ریوارڈ ہے۔ یا تو دوبارہ بلیسنگ کا ملنا ہے یا بلیسنگ کا چھن جانا ہے۔ م</w:t>
      </w:r>
    </w:p>
    <w:p>
      <w:r>
        <w:rPr>
          <w:b/>
        </w:rPr>
        <w:t xml:space="preserve">[49:13] </w:t>
      </w:r>
      <w:r>
        <w:t>aut ke baad jo hai, kuch logon ko yeh jo blessing jo hai, duniya mein phir se milegi aur barha kar milegi aur zyada perfect shakal mein milegi, zyada ideal shakal mein milegi aur zyada sundarta ke</w:t>
      </w:r>
    </w:p>
    <w:p>
      <w:pPr>
        <w:jc w:val="right"/>
      </w:pPr>
      <w:r>
        <w:t>وت کے بعد جو ہے، کچھ لوگوں کو یہ جو بلیسنگ جو ہے، دنیا میں پھر سے ملے گی اور بڑھا کر ملے گی اور زیادہ پرفیکٹ شکل میں ملے گی، زیادہ آئیڈیل شکل میں ملے گی اور زیادہ سندرتا کے</w:t>
      </w:r>
    </w:p>
    <w:p>
      <w:r>
        <w:rPr>
          <w:b/>
        </w:rPr>
        <w:t xml:space="preserve">[49:31] </w:t>
      </w:r>
      <w:r>
        <w:t>saath milegi aur zyada beautiful tareeqe se milegi. aur doosre log woh honge jin se sab kuch chhin chuka hoga. bilkul kuch bhi nahi hoga un ke paas. kyunke kis liye mile woh? jab tum ne acknowledge nahi kiya to</w:t>
      </w:r>
    </w:p>
    <w:p>
      <w:pPr>
        <w:jc w:val="right"/>
      </w:pPr>
      <w:r>
        <w:t>ساتھ ملے گی اور زیادہ بیوٹی فل طریقے سے ملے گی۔ اور دوسرے لوگ وہ ہوں گے جن سے سب کچھ چھن چکا ہوگا۔ بالکل کچھ بھی نہیں ہوگا ان کے پاس۔ کیونکہ کس لیے ملے وہ؟ جب تم نے ایکنالج نہیں کیا تو</w:t>
      </w:r>
    </w:p>
    <w:p>
      <w:r>
        <w:rPr>
          <w:b/>
        </w:rPr>
        <w:t xml:space="preserve">[49:51] </w:t>
      </w:r>
      <w:r>
        <w:t>ab tum ko kis liye diya jayega? yeh pehli baar jab tum ko diya gaya tha to tum ne acknowledge nahi kiya to tum ne woh price ada nahi ki ke tum ko phir se diya jaye. yani is duniya mein ya jo duniya mein hum reh rahe hain</w:t>
      </w:r>
    </w:p>
    <w:p>
      <w:pPr>
        <w:jc w:val="right"/>
      </w:pPr>
      <w:r>
        <w:t>اب تم کو کس لیے دیا جائے؟ یہ پہلی بار جب تم کو دیا گیا تھا تو تم نے ایکنالج نہیں کیا تو تم نے وہ پرائس ادا نہیں کی کہ تم کو پھر سے دیا جائے۔ یعنی اس دنیا میں یا جو دنیا میں ہم رہ رہے ہیں</w:t>
      </w:r>
    </w:p>
    <w:p>
      <w:r>
        <w:rPr>
          <w:b/>
        </w:rPr>
        <w:t xml:space="preserve">[50:09] </w:t>
      </w:r>
      <w:r>
        <w:t>, temporary duniya, yahan par jo hai woh yeh hai ke hum dene wale ka itraaf karein, benefactor ko acknowledge karein, apne</w:t>
      </w:r>
    </w:p>
    <w:p>
      <w:pPr>
        <w:jc w:val="right"/>
      </w:pPr>
      <w:r>
        <w:t>، ٹیمپرری دنیا، یہاں پر جو ہے وہ یہ ہے کہ ہم دینے والے کا اعتراف کریں، بینیفیکٹر کو ایکنالج کریں، اپنے</w:t>
      </w:r>
    </w:p>
    <w:p>
      <w:r>
        <w:rPr>
          <w:b/>
        </w:rPr>
        <w:t xml:space="preserve">[50:30] </w:t>
      </w:r>
      <w:r>
        <w:t>jo position hai us ko mante hue hum surrender karein. yeh hai price. yeh hai price. to jo aaj ki duniya mein yeh price de, woh kal ki duniya mein is price ke badle mein eternal tor par</w:t>
      </w:r>
    </w:p>
    <w:p>
      <w:pPr>
        <w:jc w:val="right"/>
      </w:pPr>
      <w:r>
        <w:t>جو پوزیشن ہے اس کو مانتے ہوئے ہم سرینڈر کریں۔ یہ ہے پرائس۔ یہ ہے پرائس۔ تو جو آج کی دنیا میں یہ پرائس دے، وہ کل کی دنیا میں اس پرائس کے بدلے میں ایٹرنل طور پر</w:t>
      </w:r>
    </w:p>
    <w:p>
      <w:r>
        <w:rPr>
          <w:b/>
        </w:rPr>
        <w:t xml:space="preserve">[50:48] </w:t>
      </w:r>
      <w:r>
        <w:t>sari baaten paale ga, sari cheezen paale ga. yeh hai woh cheez jis par insan ko sochna chahiye. yeh koi shayari nahi hai, yeh koi kahani</w:t>
      </w:r>
    </w:p>
    <w:p>
      <w:pPr>
        <w:jc w:val="right"/>
      </w:pPr>
      <w:r>
        <w:t>ساری باتیں پالے گا، ساری چیزیں پالے گا۔ یہ ہے وہ چیز جس پر انسان کو سوچنا چاہیے۔ یہ کوئی شاعری نہیں ہے، یہ کوئی کہانی</w:t>
      </w:r>
    </w:p>
    <w:p>
      <w:r>
        <w:rPr>
          <w:b/>
        </w:rPr>
        <w:t xml:space="preserve">[51:06] </w:t>
      </w:r>
      <w:r>
        <w:t>nahi hai, yeh koi supression nahi hai. yeh sab se bari sachai hai. is se bari sachai aur koi nahi. yeh sab se bari sachai hai. ab aap dekhiye</w:t>
      </w:r>
    </w:p>
    <w:p>
      <w:pPr>
        <w:jc w:val="right"/>
      </w:pPr>
      <w:r>
        <w:t>نہیں ہے، یہ کوئی سپریسیشن نہیں ہے۔ یہ سب سے بڑی سچائی ہے۔ اس سے بڑی سچائی اور کوئی نہیں۔ یہ سب سے بڑی سچائی ہے۔ اب آپ دیک</w:t>
      </w:r>
    </w:p>
    <w:p>
      <w:r>
        <w:rPr>
          <w:b/>
        </w:rPr>
        <w:t xml:space="preserve">[51:24] </w:t>
      </w:r>
      <w:r>
        <w:t>hiye, yeh dunya to science ke mutabiq 13 billion saal pehle bani. jab jab cosmic ball mein explosion hua,</w:t>
      </w:r>
    </w:p>
    <w:p>
      <w:pPr>
        <w:jc w:val="right"/>
      </w:pPr>
      <w:r>
        <w:t>ھیے، یہ دنیا تو سائنس کے مطابق 13 بلین سال پہلے بنی۔ جب جب کاسمک بال میں ایکسپلوژن ہوا،</w:t>
      </w:r>
    </w:p>
    <w:p>
      <w:r>
        <w:rPr>
          <w:b/>
        </w:rPr>
        <w:t xml:space="preserve">[51:45] </w:t>
      </w:r>
      <w:r>
        <w:t>jis ko big bang kaha jata hai. itni lambi muddat mein sab kya hua? sitare bane, galaxy bani, zameen bani, solar system bana, phir pani aaya, haryali aai, darakht aaye, animal bane, insan bana. yeh sara ek lamba process yahan se wahan tak hai. is</w:t>
      </w:r>
    </w:p>
    <w:p>
      <w:pPr>
        <w:jc w:val="right"/>
      </w:pPr>
      <w:r>
        <w:t>جس کو بگ بینگ کہا جاتا ہے۔ اتنی لمبی مدت میں سب کیا ہوا؟ ستارے بنے، گلیکسی بنی، زمین بنی، سولر سسٹم بنا، پھر پانی آیا، ہریالی آئی، درخت آئے، اینیمل بنے، انسان بنا۔ یہ سارا ایک لمبا پراسیس یہاں سے وہاں تک ہے۔ اس</w:t>
      </w:r>
    </w:p>
    <w:p>
      <w:r>
        <w:rPr>
          <w:b/>
        </w:rPr>
        <w:t xml:space="preserve">[52:05] </w:t>
      </w:r>
      <w:r>
        <w:t>ke baad yeh dunya humein ban kar mili, bani banai, hamare hisse mein di gayi. to ek kitna bara sochne ka, yeh ek sochne ki baat hai. kitna zyada sochiye</w:t>
      </w:r>
    </w:p>
    <w:p>
      <w:pPr>
        <w:jc w:val="right"/>
      </w:pPr>
      <w:r>
        <w:t>کے بعد یہ دنیا ہمیں بن کر ملی، بنی بنائی، ہمارے حصے میں دی گئی۔ تو ایک کتنا بڑا سوچنے کا، یہ ایک سوچنے کی بات ہے۔ کتنا زیادہ سو</w:t>
      </w:r>
    </w:p>
    <w:p>
      <w:r>
        <w:rPr>
          <w:b/>
        </w:rPr>
        <w:t xml:space="preserve">[52:24] </w:t>
      </w:r>
      <w:r>
        <w:t>chne ki baat hai. to kya sab kuch aise hi ho gaya tha bas? itni bari baat hui to kya bas yun hi ho gayi? dekhiye, banane wala jo tha, woh achanak bhi bana sakta tha. a</w:t>
      </w:r>
    </w:p>
    <w:p>
      <w:pPr>
        <w:jc w:val="right"/>
      </w:pPr>
      <w:r>
        <w:t>چنے کی بات ہے۔ تو کیا سب کچھ ایسے ہی ہو گیا تھا بس؟ اتنی بڑی بات ہوئی تو کیا بس یوں ہی ہو گئی؟ دیکھیے، بنانے والا جو تھا، وہ اچانک بھی بنا سکتا تھا۔ ا</w:t>
      </w:r>
    </w:p>
    <w:p>
      <w:r>
        <w:rPr>
          <w:b/>
        </w:rPr>
        <w:t xml:space="preserve">[52:42] </w:t>
      </w:r>
      <w:r>
        <w:t>chanak sab kuch ho jaye. yani within second sab kuch ho jaye. lekin banane wale ne is tarah se banaya ke 13 billion saal mein yeh sara ho raha hai. taake hum paas sochne ke liye bohat koi matter rahe, bohat</w:t>
      </w:r>
    </w:p>
    <w:p>
      <w:pPr>
        <w:jc w:val="right"/>
      </w:pPr>
      <w:r>
        <w:t>چانک سب کچھ ہو جائے۔ یعنی ود ان سیکنڈ سب کچھ ہو جائے۔ لیکن بنانے والے نے اس طرح سے بنایا کہ 13 بلین سال میں یہ سارا ہو رہا ہے۔ تاکہ ہم پاس سوچنے کے لیے بہت کوئی میٹر رہے، بہت</w:t>
      </w:r>
    </w:p>
    <w:p>
      <w:r>
        <w:rPr>
          <w:b/>
        </w:rPr>
        <w:t xml:space="preserve">[53:01] </w:t>
      </w:r>
      <w:r>
        <w:t>zyada soch paayein ke kaise kaise big bang hua, kaise universe bani, kaise sitare bane, kaise galaxy bani, kaise solar system bana, kaise zameen bani, zameen par kaise pani aaya, kaise sabza aaya</w:t>
      </w:r>
    </w:p>
    <w:p>
      <w:pPr>
        <w:jc w:val="right"/>
      </w:pPr>
      <w:r>
        <w:t>زیادہ سوچ پائیں کہ کیسے کیسے بگ بینگ ہوا، کیسے یونیورس بنی، کیسے ستارے بنے، کیسے گلیکسی بنی، کیسے سولر سسٹم بنا، کیسے زمین بنی، زمین پر کیسے پانی آیا، کیسے سبزہ آیا</w:t>
      </w:r>
    </w:p>
    <w:p>
      <w:r>
        <w:rPr>
          <w:b/>
        </w:rPr>
        <w:t xml:space="preserve">[53:19] </w:t>
      </w:r>
      <w:r>
        <w:t>. ab million billion trillion item kaise hue sab? to ek phaili hui dunya is tareeqe se kyun hai jo hum ko sochne ke liye mauqa de rahi hai, sochne ka. ab bhi agar na soche insan to</w:t>
      </w:r>
    </w:p>
    <w:p>
      <w:pPr>
        <w:jc w:val="right"/>
      </w:pPr>
      <w:r>
        <w:t>۔ اب ملین بلین ٹریلین آئٹم کیسے ہوئے سب؟ تو ایک پھیلی ہوئی دنیا اس طریقے سے کیوں ہے جو ہم کو سوچنے کے لیے موقع دے رہی ہے، سوچنے کا۔ اب بھی اگر نہ سوچے انسان تو</w:t>
      </w:r>
    </w:p>
    <w:p>
      <w:r>
        <w:rPr>
          <w:b/>
        </w:rPr>
        <w:t xml:space="preserve">[53:37] </w:t>
      </w:r>
      <w:r>
        <w:t>andhe bhi andhe se bhi zyada woh bura hai. yeh sab kuch is liye hai ke insan soche aur soch ke is se lesson le aur</w:t>
      </w:r>
    </w:p>
    <w:p>
      <w:pPr>
        <w:jc w:val="right"/>
      </w:pPr>
      <w:r>
        <w:t>اندھے بھی اندھے سے بھی زیادہ وہ برا ہے۔ یہ سب کچھ اس لیے ہے کہ انسان سوچے اور سوچ کے اس سے لیسن لے اور</w:t>
      </w:r>
    </w:p>
    <w:p>
      <w:r>
        <w:rPr>
          <w:b/>
        </w:rPr>
        <w:t xml:space="preserve">[53:56] </w:t>
      </w:r>
      <w:r>
        <w:t>اپنی زندگی کو سنوارے، اپنی زندگی کی ایک ڈیوائن لائن میں پلاننگ کرے تاکہ موت کے بعد اس کو یہ نہ کہنا پڑے کہ my life was a case of missed opportunity.</w:t>
      </w:r>
    </w:p>
    <w:p>
      <w:pPr>
        <w:jc w:val="right"/>
      </w:pPr>
      <w:r>
        <w:t>اپنی زندگی کو سنوارے، اپنی زندگی کی ایک ڈیوائن لائن میں پلاننگ کرے تاکہ موت کے بعد اس کو یہ نہ کہنا پڑے کہ مائنڈ واز ا کیس اف مسڈ اپرچ</w:t>
      </w:r>
    </w:p>
    <w:p>
      <w:r>
        <w:rPr>
          <w:b/>
        </w:rPr>
        <w:t xml:space="preserve">[54:14] </w:t>
      </w:r>
      <w:r>
        <w:t>enity. ab aap dekhein ke insan ko ek to yeh body diya gaya hai, isi ke sath aap ko mind diya gaya, mind. yani mind ka matlab kya? thinking capacity. thinking capacity. to jab</w:t>
      </w:r>
    </w:p>
    <w:p>
      <w:pPr>
        <w:jc w:val="right"/>
      </w:pPr>
      <w:r>
        <w:t>ونیٹی۔ اب آپ دیکھیں کہ انسان کو ایک تو یہ باڈی دیا گیا ہے، اسی کے ساتھ آپ کو مائنڈ دیا گیا، مائنڈ۔ یعنی مائنڈ کا مطلب کیا؟ تھنکنگ کیپیسٹی۔ تھنکنگ کیپیسٹی۔ تو جب</w:t>
      </w:r>
    </w:p>
    <w:p>
      <w:r>
        <w:rPr>
          <w:b/>
        </w:rPr>
        <w:t xml:space="preserve">[54:32] </w:t>
      </w:r>
      <w:r>
        <w:t>aap ko thinking capacity di gayi hai to kis liye? aap ko think karein, aap sochein. paon diya gaya hai ke aap chalein, aankh di gayi ke aap dekhein, hath diya gaya ke aap pakadein. isi tarah se mind diya gaya, aap sochein. m</w:t>
      </w:r>
    </w:p>
    <w:p>
      <w:pPr>
        <w:jc w:val="right"/>
      </w:pPr>
      <w:r>
        <w:t>آپ کو تھنکنگ کیپیسٹی دی گئی ہے تو کس لیے؟ آپ کو تھنک کریں، آپ سوچیں۔ پاؤں دیا گیا ہے کہ آپ چلیں، آنکھ دی گئی کہ آپ دیکھیں، ہاتھ دیا گیا کہ آپ پکڑیں۔ اسی طرح سے مائنڈ دیا گیا، آپ سوچیں۔ م</w:t>
      </w:r>
    </w:p>
    <w:p>
      <w:r>
        <w:rPr>
          <w:b/>
        </w:rPr>
        <w:t xml:space="preserve">[54:53] </w:t>
      </w:r>
      <w:r>
        <w:t>ind is liye diya gaya, aap sochein. aur mind ke andar think karne ki unlimited capacity hai. aap sochein ke mind ke zariye se hum ne jaan liya ke 13 billion saal pehle explosion hua tha, big bang hua tha, isi mind ke zariye se. to</w:t>
      </w:r>
    </w:p>
    <w:p>
      <w:pPr>
        <w:jc w:val="right"/>
      </w:pPr>
      <w:r>
        <w:t>ائنڈ اس لیے دیا گیا، آپ سوچیں۔ اور مائنڈ کے اندر تھنک کرنے کی ان لمیٹڈ کیپیسٹی ہے۔ آپ سوچیں کہ مائنڈ کے ذریعے سے ہم نے جان لیا کہ 13 بلین سال پہلے ایکسپلوژن ہوا تھا، بگ بینگ ہوا تھا، اسی مائنڈ کے ذریعے سے۔ تو</w:t>
      </w:r>
    </w:p>
    <w:p>
      <w:r>
        <w:rPr>
          <w:b/>
        </w:rPr>
        <w:t xml:space="preserve">[55:13] </w:t>
      </w:r>
      <w:r>
        <w:t>mind diya gaya hai ke insan soche. to agar insan na soche to yeh to crime hai, crime. insan agar apne mind ko utilize na kare, soch kar baaton ko na jaane to us ne crime kiya.</w:t>
      </w:r>
    </w:p>
    <w:p>
      <w:pPr>
        <w:jc w:val="right"/>
      </w:pPr>
      <w:r>
        <w:t>مائنڈ دیا گیا ہے کہ انسان سوچے۔ تو اگر انسان نہ سوچے تو یہ تو کرائم ہے، کرائم۔ انسان اگر اپنے مائنڈ کو یوٹیلائز نہ کرے، سوچ کر باتوں کو نہ جانے تو اس نے کرائم کیا۔</w:t>
      </w:r>
    </w:p>
    <w:p>
      <w:r>
        <w:rPr>
          <w:b/>
        </w:rPr>
        <w:t xml:space="preserve">[55:34] </w:t>
      </w:r>
      <w:r>
        <w:t>to apne sochne ko agar hum ne active nahi kiya to hum is dunya se jayenge Khuda ke samne, to wahan to hum criminal ke taur par pesh kiye jayenge. Khuda hum ko is se bachaye. aqool qawlan astaghfirullah al-jameen.</w:t>
      </w:r>
    </w:p>
    <w:p>
      <w:pPr>
        <w:jc w:val="right"/>
      </w:pPr>
      <w:r>
        <w:t>تو اپنے سوچنے کو اگر ہم نے ایکٹیو نہیں کیا تو ہم اس دنیا سے جائیں گے خدا کے سامنے، تو وہاں تو ہم کریمنل کے طور پر پیش کیے جائیں گے۔ خدا ہم کو اس سے بچائے۔ اقول قول استغفراللہ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