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Women in Islam | September 03, 2016</w:t>
      </w:r>
    </w:p>
    <w:p>
      <w:r>
        <w:t>https://www.youtube.com/watch?v=GXbtYoD8VXc</w:t>
      </w:r>
    </w:p>
    <w:p>
      <w:r>
        <w:rPr>
          <w:b/>
        </w:rPr>
        <w:t xml:space="preserve">[00:14] </w:t>
      </w:r>
      <w:r>
        <w:t>Bismillah Rahman Rahim. Assalamualaikum, welcome to the question answer series with CPS founder Maulana Wahiduddin Khan sahib. The theme for today's session is "Women in Islam." It is widely believed that women do not enjoy the same status as men in Islam, and that their position is inferior to men. This is totally incorrect. As per Islam, man and woman enjoy the equal status. Prophet of Islam had once said</w:t>
      </w:r>
    </w:p>
    <w:p>
      <w:pPr>
        <w:jc w:val="right"/>
      </w:pPr>
      <w:r>
        <w:t>بسم اللہ الرحمن الرحیم۔ السلام علیکم، ویلکم ٹو دی کوئسچن اینسر سیریز ود سی پی ایس فاؤنڈر مولانا وحید الدین خان صاحب۔ The theme for today's session is "Women in Islam." It is widely believed that women do not enjoy the same status as men in Islam, and that their position is inferior to men. This is totally incorrect. As per Islam, man and woman enjoy the equal status. Prophet of Islam had once said</w:t>
      </w:r>
    </w:p>
    <w:p>
      <w:r>
        <w:rPr>
          <w:b/>
        </w:rPr>
        <w:t xml:space="preserve">[00:44] </w:t>
      </w:r>
      <w:r>
        <w:t>that men and women are both equal half of a single unit. Yet in another tradition, he had said that heaven lie at the feet of the mothers. In fact, the wife of Prophet of Islam, Hazrat Aisha, continued to impart education and wisdom for almost half a century. It is said that she reported more than 2,000 of the traditions of Prophet of Islam. And as per Muslim jurists, this contributed to more than</w:t>
      </w:r>
    </w:p>
    <w:p>
      <w:pPr>
        <w:jc w:val="right"/>
      </w:pPr>
      <w:r>
        <w:t>that men and women are both equal half of a single unit. Yet in another tradition, he had said that heaven lie at the feet of the mothers. In fact, the wife of Prophet of Islam, Hazrat Aisha, continued to impart education and wisdom for almost half a century. It is said that she reported more than 2,000 of the traditions of Prophet of Islam. And as per Muslim jurists, this contributed to more than</w:t>
      </w:r>
    </w:p>
    <w:p>
      <w:r>
        <w:rPr>
          <w:b/>
        </w:rPr>
        <w:t xml:space="preserve">[01:14] </w:t>
      </w:r>
      <w:r>
        <w:t>two-thirds of the Islamic law related to social, cultural, and political issues. We will discuss many issues and aspects of women's role in Islam with Maulana Waheeduddin Khan Sahab. Maulana Sahab, thank you for giving us time for today's session. The first question that I want to ask you in relation to today's theme is that: what is the role of a woman in family and in society as per Islam?</w:t>
      </w:r>
    </w:p>
    <w:p>
      <w:pPr>
        <w:jc w:val="right"/>
      </w:pPr>
      <w:r>
        <w:t>two-thirds of the Islamic law related to social, cultural, and political issues. We will discuss many issues and aspects of women's role in Islam with Maulana Waheeduddin Khan Sahab. Maulana Sahab, thank you for giving us time for today's session. The first question that I want to ask you in relation to today's theme is that: what is the role of a woman in family and in society as per Islam?</w:t>
      </w:r>
    </w:p>
    <w:p>
      <w:r>
        <w:rPr>
          <w:b/>
        </w:rPr>
        <w:t xml:space="preserve">[01:43] </w:t>
      </w:r>
      <w:r>
        <w:t>dekhiye, meri study ke mutabiq mard aur aurat mein koi farq hi nahi hai. Main is ko manta hi nahi ke koi farq hai. Farq is mani mein toh zaroor hai ke biological banawat dono ki alag hai, dono ki jo fitri saakht hai woh alag hai. Is lihaaz se farq hai.</w:t>
      </w:r>
    </w:p>
    <w:p>
      <w:pPr>
        <w:jc w:val="right"/>
      </w:pPr>
      <w:r>
        <w:t>دیکھیے، میری اسٹڈی کے مطابق مرد اور عورت میں کوئی فرق ہی نہیں ہے۔ میں اس کو مانتا ہی نہیں کہ کوئی فرق ہے۔ فرق اس معنی میں تو ضرور ہے کہ بالیولوجیکل بناوٹ دونوں کی الگ ہے، دونوں کی جو فطری ساخت ہے وہ الگ ہے۔ اس لحاظ سے فرق ہے۔</w:t>
      </w:r>
    </w:p>
    <w:p>
      <w:r>
        <w:rPr>
          <w:b/>
        </w:rPr>
        <w:t xml:space="preserve">[02:13] </w:t>
      </w:r>
      <w:r>
        <w:t>lekin jahan tak social life ka taaluq hai, social life mein dono ka role ek hai. Lekin ek hone ka matlab yeh nahi hai ke jo yeh kare wohi woh bhi kare. Lekin role jo hai woh according to the competence hota hai. Jaisi liyaqat waisa role. Yeh aap nahi keh sa</w:t>
      </w:r>
    </w:p>
    <w:p>
      <w:pPr>
        <w:jc w:val="right"/>
      </w:pPr>
      <w:r>
        <w:t>لیکن جہاں تک سوشل لائف کا تعلق ہے، سوشل لائف میں دونوں کا رول ایک ہے۔ لیکن ایک ہونے کا مطلب یہ نہیں ہے کہ جو یہ کرے وہی وہ بھی کرے۔ لیکن رول جو ہے وہ according to the competence ہوتا ہے۔ جیسی لیاقت ویسا رول۔ یہ آپ نہیں کہہ س</w:t>
      </w:r>
    </w:p>
    <w:p>
      <w:r>
        <w:rPr>
          <w:b/>
        </w:rPr>
        <w:t xml:space="preserve">[02:43] </w:t>
      </w:r>
      <w:r>
        <w:t>kte ke ek aadmi ne art mein master kiya hai, us ko mathematics ka teacher bana dein. Aisa nahi ho sakta. Toh har aadmi ki education, us ki expertise, us ka experience dekh kar social life mein us ka role banta hai. Lekin is ko le kar aap yeh nahi keh sakte ke dono mein koi farq hai. Farq nahi hai.</w:t>
      </w:r>
    </w:p>
    <w:p>
      <w:pPr>
        <w:jc w:val="right"/>
      </w:pPr>
      <w:r>
        <w:t>کتے کہ ایک آدمی نے آرٹ میں ماسٹر کیا ہے، اس کو میتھمیٹکس کا ٹیچر بنا دیں۔ ایسا نہیں ہو سکتا۔ تو ہر آدمی کی ایجوکیشن، اس کی ایکسپرٹیز، اس کا ایکسپیرینس دیکھ کر سوشل لائف میں اس کا رول بنتا ہے۔ لیکن اس کو لے کر آپ یہ نہیں کہہ سکتے کہ دونوں میں کوئی فرق ہے۔ فرق نہیں ہے۔</w:t>
      </w:r>
    </w:p>
    <w:p>
      <w:r>
        <w:rPr>
          <w:b/>
        </w:rPr>
        <w:t xml:space="preserve">[03:14] </w:t>
      </w:r>
      <w:r>
        <w:t>sab ke liye raahein khuli hui hain. Jis line mein koi apne aap ko expert saabit kare, us line mein us ko kaam milega. Yeh maine samjhaya.</w:t>
      </w:r>
    </w:p>
    <w:p>
      <w:pPr>
        <w:jc w:val="right"/>
      </w:pPr>
      <w:r>
        <w:t>سب کے لیے راہیں کھلی ہوئی ہیں۔ جس لائن میں کوئی اپنے آپ کو ایکسپرٹ ثابت کرے، اس لائن میں اس کو کام ملے گا۔ یہ میں نے سمجھایا۔</w:t>
      </w:r>
    </w:p>
    <w:p>
      <w:r>
        <w:rPr>
          <w:b/>
        </w:rPr>
        <w:t xml:space="preserve">[03:28] </w:t>
      </w:r>
      <w:r>
        <w:t>ji. Maulana sahib, Prophet of Islam had emphasized that men and women both should have education. This shows that in Islam there is a great emphasis and importance being given for the education of women. What is your opinion, or what do you want to say on this?</w:t>
      </w:r>
    </w:p>
    <w:p>
      <w:pPr>
        <w:jc w:val="right"/>
      </w:pPr>
      <w:r>
        <w:t>جی۔ مولانا صاحب، Prophet of Islam had emphasized that men and women both should have education. This shows that in Islam there is a great emphasis and importance being given for the education of women. What is your opinion, or what do you want to say on this?</w:t>
      </w:r>
    </w:p>
    <w:p>
      <w:r>
        <w:rPr>
          <w:b/>
        </w:rPr>
        <w:t xml:space="preserve">[03:47] </w:t>
      </w:r>
      <w:r>
        <w:t>dekhein, education ki field bhi sab ke liye khuli hui hai. Lekin education ki bohat si branches hain. Koi ek hi branch toh hai nahi. Toh apne test ke hisab se koi aadmi ek branch lega, koi doosra branch lega. Pehle zamaney mein toh thodi branchein hoti thi, ab toh thousand branchein hain. Toh is ka taaluq is baat se hai ke kis aurat ya mard mein kis tarah ka</w:t>
      </w:r>
    </w:p>
    <w:p>
      <w:pPr>
        <w:jc w:val="right"/>
      </w:pPr>
      <w:r>
        <w:t>دیکھیں، ایجوکیشن کی فیلڈ بھی سب کے لیے کھلی ہوئی ہے۔ لیکن ایجوکیشن کی بہت سی برانچز ہیں۔ کوئی ایک ہی برانچ تو ہے نہیں۔ تو اپنے ٹیسٹ کے حساب سے کوئی آدمی ایک برانچ لے گا، کوئی دوسرا برانچ لے گا۔ پہلے زمانے میں تو تھوڑی برانچیں ہوتی تھیں، اب تو تھاؤزنڈ برانچیں ہیں۔ تو اس کا تعلق اس بات سے ہے کہ کس عورت یا مرد میں کس طرح کا</w:t>
      </w:r>
    </w:p>
    <w:p>
      <w:r>
        <w:rPr>
          <w:b/>
        </w:rPr>
        <w:t xml:space="preserve">[04:19] </w:t>
      </w:r>
      <w:r>
        <w:t>pesha hai, kaisa shauq hai. is ke lehaaz se woh ek branch ko intikhab karta hai. to mere nazdeek education mein is lehaaz se koi farq nahi hai ke aurat hai ya woh mard hai. is lehaaz se farq hai ke chahe mard ho, mardon mein bhi test different hote hain, auraton mein bhi different test hote hain. to jis ka jo test hoga, us ke lehaaz se woh education le ga. koi ban nahi laga kisi ke upar.</w:t>
      </w:r>
    </w:p>
    <w:p>
      <w:pPr>
        <w:jc w:val="right"/>
      </w:pPr>
      <w:r>
        <w:t>پیشہ ہے، کیسا شوق ہے۔ اس کے لحاظ سے وہ ایک برانچ کو انتخاب کرتا ہے۔ تو میرے نزدیک ایجوکیشن میں اس لحاظ سے کوئی فرق نہیں ہے کہ عورت ہے یا وہ مرد ہے۔ اس لحاظ سے فرق ہے کہ چاہے مرد ہو، مردوں میں بھی ٹیسٹ ڈفرنٹ ہوتے ہیں، عورتوں میں بھی ڈفرنٹ ٹیسٹ ہوتے ہیں۔ تو جس کا جو ٹیسٹ ہوگا، اس کے لحاظ سے وہ ایجوکیشن لے گا۔ کوئی بین نہیں لگا کسی کے اوپر۔</w:t>
      </w:r>
    </w:p>
    <w:p>
      <w:r>
        <w:rPr>
          <w:b/>
        </w:rPr>
        <w:t xml:space="preserve">[04:50] </w:t>
      </w:r>
      <w:r>
        <w:t>ji. maulana sahib, there is a verse in the quran which says that men and women are members of one another. if you could explain this verse in detail for all of us.</w:t>
      </w:r>
    </w:p>
    <w:p>
      <w:pPr>
        <w:jc w:val="right"/>
      </w:pPr>
      <w:r>
        <w:t>جی۔ مولانا صاحب، there is a verse in the Quran which says that men and women are members of one another. If you could explain this verse in detail for all of us.</w:t>
      </w:r>
    </w:p>
    <w:p>
      <w:r>
        <w:rPr>
          <w:b/>
        </w:rPr>
        <w:t xml:space="preserve">[05:03] </w:t>
      </w:r>
      <w:r>
        <w:t>dekhen, quran ki ayat surah aal imran mein hai, aur yeh mere nazdeek bohat hi important ayat hai. woh ayat is tarah se hai ke: faastajaba lahum rabbuhum anni laa uziiu wa hum laa amlu minkum min zakarin unthaa min zakarin aw unthaa ba'dhukum min ba'dh yani allah, is ka matlab yeh hai ke allah taala aurat aur mard ke amal ko dekhe ga. jaisa jis ka amal</w:t>
      </w:r>
    </w:p>
    <w:p>
      <w:pPr>
        <w:jc w:val="right"/>
      </w:pPr>
      <w:r>
        <w:t>دیکھیں، قرآن کی آیت سورہ آل عمران میں ہے، اور یہ میرے نزدیک بہت ہی امپورٹنٹ آیت ہے۔ وہ آیت اس طرح سے ہے کہ: فَاسْتَجَابَ لَهُمْ رَبُّهُمْ أَنِّي لَا أُذِيعُ وَهَمْ لَا أَمْلِ مِنْكُمْ مِنْ ذَكَرٍ أُنْثَى مِنْ ذَكَرٍ أَوْ أُنْثَى بَعْضُكُمْ مِنْ بَعْضٍ یعنی اللہ، اس کا مطلب یہ ہے کہ اللہ تعالیٰ عورت اور مرد کے عمل کو دیکھے گا۔ جیسا جس کا عمل</w:t>
      </w:r>
    </w:p>
    <w:p>
      <w:r>
        <w:rPr>
          <w:b/>
        </w:rPr>
        <w:t xml:space="preserve">[05:33] </w:t>
      </w:r>
      <w:r>
        <w:t>hoga, us ke mutabiq us ko mile ga. sab barabar. allah ki nazar mein sab barabar hain. ba'dhukum min ba'dh is se maine yeh samjha, is par ghhor karne se ke dekhiye, ek hai social status, ek hai workplace. amal ka lafz hai, amal ka lafz ke maani hain workplace. to ek hai social status aur ek hai workplace. to mere nazdeek social</w:t>
      </w:r>
    </w:p>
    <w:p>
      <w:pPr>
        <w:jc w:val="right"/>
      </w:pPr>
      <w:r>
        <w:t>ہوگا، اس کے مطابق اس کو ملے گا۔ سب برابر۔ اللہ کی نظر میں سب برابر ہیں۔ بَعْضُكُمْ مِنْ بَعْضٍ اس سے میں نے یہ سمجھا، اس پر غور کرنے سے کہ دیکھیے، ایک ہے سوشل اسٹیٹس، ایک ہے ورک پلیس۔ عمل کا لفظ ہے، عمل کا لفظ کے معنی ہیں ورک پلیس۔ تو ایک ہے سوشل اسٹیٹس اور ایک ہے ورک پلیس۔ تو میرے نزدیک سوشل</w:t>
      </w:r>
    </w:p>
    <w:p>
      <w:r>
        <w:rPr>
          <w:b/>
        </w:rPr>
        <w:t xml:space="preserve">[06:03] </w:t>
      </w:r>
      <w:r>
        <w:t>status mein sab barabar hain. is mein aurat mard ke darmiyan koi farq nahi. lekin workplace mein barabar nahi ho sakte. workplace mein dekha jae ga expertize. to main samajhta hoon ke islam ka jo taqaza hai, us ke mutabiq workplace ko competition based hona chahiye. workplace ko competition based. lekin jahan</w:t>
      </w:r>
    </w:p>
    <w:p>
      <w:pPr>
        <w:jc w:val="right"/>
      </w:pPr>
      <w:r>
        <w:t>اسٹیٹس میں سب برابر ہیں۔ اس میں عورت مرد کے درمیان کوئی فرق نہیں۔ لیکن ورک پلیس میں برابر نہیں ہو سکتے۔ ورک پلیس میں دیکھا جائے گا ایکسپرٹیز۔ تو میں سمجھتا ہوں کہ اسلام کا جو تقاضا ہے، اس کے مطابق ورک پلیس کو کمپیٹیشن بیسڈ ہونا چاہیے۔ ورک پلیس کو کمپیٹیشن بیسڈ۔ لیکن جہ</w:t>
      </w:r>
    </w:p>
    <w:p>
      <w:r>
        <w:rPr>
          <w:b/>
        </w:rPr>
        <w:t xml:space="preserve">[06:33] </w:t>
      </w:r>
      <w:r>
        <w:t>tak social status ki baat hai, us mein koi farq hi nahi. sab ko barabari ka darja hasil hai. to islam mein jo gender equity hai, lekin is sense mein hai. gender equity is sense mein hai ke social status ke aitbaar se sab barabar. lekin workplace mein sab kuch competition par faisla kiya jae ga. jo compete kare ga, us ko darja mile ga. yeh nahi ke</w:t>
      </w:r>
    </w:p>
    <w:p>
      <w:pPr>
        <w:jc w:val="right"/>
      </w:pPr>
      <w:r>
        <w:t>اں تک سوشل اسٹیٹس کی بات ہے، اس میں کوئی فرق ہی نہیں۔ سب کو برابری کا درجہ حاصل ہے۔ تو اسلام میں جو جینڈر ایکویٹی ہے، لیکن اس سینس میں ہے۔ جینڈر ایکویٹی اس سینس میں ہے کہ سوشل اسٹیٹس کے اعتبار سے سب برابر۔ لیکن ورک پلیس میں سب کچھ کمپیٹیشن پر فیصلہ کیا جائے گا۔ جو کمپیٹ کرے گا، اس کو درجہ ملے گا۔ یہ نہیں کہ</w:t>
      </w:r>
    </w:p>
    <w:p>
      <w:r>
        <w:rPr>
          <w:b/>
        </w:rPr>
        <w:t xml:space="preserve">[07:03] </w:t>
      </w:r>
      <w:r>
        <w:t>right ke base par nahi. kisi ko special right de diya jae. is base par nahi. kisi ke liye bhi job place mein, workplace mein, kisi ki bhi koi right nahi hai. bas wohi jo america mein usool hai ke competitor push, to woh yahan rahe ga. main is ko islami samajhta hoon, islami tareeqa ke competitor push. to jahan tak status</w:t>
      </w:r>
    </w:p>
    <w:p>
      <w:pPr>
        <w:jc w:val="right"/>
      </w:pPr>
      <w:r>
        <w:t>رائٹ کے بیس پر نہیں۔ کسی کو اسپیشل رائٹ دے دیا جائے۔ اس بیس پر نہیں۔ کسی کے لیے بھی جاب پلیس میں، ورک پلیس میں، کسی کی بھی کوئی رائٹ نہیں ہے۔ بس وہی جو امریکہ میں اصول ہے کہ کمپیٹر پرش، تو وہ یہاں رہے گا۔ میں اس کو اسلامی سمجھتا ہوں، اسلامی طریقہ کہ کمپیٹر پرش۔ تو جہاں تک اسٹیٹس</w:t>
      </w:r>
    </w:p>
    <w:p>
      <w:r>
        <w:rPr>
          <w:b/>
        </w:rPr>
        <w:t xml:space="preserve">[07:33] </w:t>
      </w:r>
      <w:r>
        <w:t>ki baat hai, us mein koi farq nahi pare ga. woh barabar rahe ga. lekin workplace mein koi right nahi, kisi ka chale ga. jis kaam ke liye jo aadmi competent sabit hoga, woh kaam us ko mile ga. ji. isi ko main islam ka principle samajhta hoon.</w:t>
      </w:r>
    </w:p>
    <w:p>
      <w:pPr>
        <w:jc w:val="right"/>
      </w:pPr>
      <w:r>
        <w:t>کی بات ہے، اس میں کوئی فرق نہیں پڑے گا۔ وہ برابر رہے گا۔ لیکن ورک پلیس میں کوئی رائٹ نہیں، کسی کا چلے گا۔ جس کام کے لیے جو آدمی کمپیٹنٹ ثابت ہوگا، وہ کام اس کو ملے گا۔ جی۔ اسی کو میں اسلام کا پرنسپل سمجھتا ہوں۔</w:t>
      </w:r>
    </w:p>
    <w:p>
      <w:r>
        <w:rPr>
          <w:b/>
        </w:rPr>
        <w:t xml:space="preserve">[07:58] </w:t>
      </w:r>
      <w:r>
        <w:t>maulana sahib, in islam's intellectual history, prophet's wife hazrat aisha had an important role. what model do muslim women today have a role in their life? if you could talk on that.</w:t>
      </w:r>
    </w:p>
    <w:p>
      <w:pPr>
        <w:jc w:val="right"/>
      </w:pPr>
      <w:r>
        <w:t>مولانا صاحب، in Islam's intellectual history, Prophet's wife Hazrat Aisha had an important role. What model do Muslim women today have a role in their life? If you could talk on that.</w:t>
      </w:r>
    </w:p>
    <w:p>
      <w:r>
        <w:rPr>
          <w:b/>
        </w:rPr>
        <w:t xml:space="preserve">[08:14] </w:t>
      </w:r>
      <w:r>
        <w:t>hazrat aisha ka jo model hai, us mein dekhiye yeh hai ke unhon ne apni need ko bohat zyada kam kiya. aur sara time woh batati theen is wajah se learning karne mein. yahan tak ke safar mein bhi saath jati theen woh. to learning ka process ko continuous chalane ke liye zaroori tha ke woh apni need bhi complete karen. bohat hi sa</w:t>
      </w:r>
    </w:p>
    <w:p>
      <w:pPr>
        <w:jc w:val="right"/>
      </w:pPr>
      <w:r>
        <w:t>حضرت عائشہ کا جو ماڈل ہے، اس میں دیکھیے یہ ہے کہ انہوں نے اپنی نیڈ کو بہت زیادہ کم کیا۔ اور سارا ٹائم وہ بتاتی تھیں اس وجہ سے لرننگ کرنے میں۔ یہاں تک کہ سفر میں بھی ساتھ جاتی تھیں وہ۔ تو لرننگ کا پروسیس کو کنٹینیوس چلانے کے لیے ضروری تھا کہ وہ اپنی نیڈ بھی کمپلیٹ کریں۔ بہت ہی س</w:t>
      </w:r>
    </w:p>
    <w:p>
      <w:r>
        <w:rPr>
          <w:b/>
        </w:rPr>
        <w:t xml:space="preserve">[08:44] </w:t>
      </w:r>
      <w:r>
        <w:t>zada kapra, bohat hi saada khana, bohat hi saada ghar. tab ja kar yeh possible hua ke un ke paas itna time mila. to auraten agar chahti hain koi bara role karna, to yeh zaroori hai ke woh apni zindagi mein sadgi laen. sadgi jo hai, sab se bara source of distraction hai.</w:t>
      </w:r>
    </w:p>
    <w:p>
      <w:pPr>
        <w:jc w:val="right"/>
      </w:pPr>
      <w:r>
        <w:t>ادہ کپڑا، بہت ہی سادہ کھانا، بہت ہی سادہ گھر۔ تب جا کر یہ پاسیبل ہوا کہ ان کے پاس اتنا ٹائم ملا۔ تو عورتیں اگر چاہتی ہیں کوئی بڑا رول کرنا، تو یہ ضروری ہے کہ وہ اپنی زندگی میں سادگی لائیں۔ سادگی جو ہے، سب سے بڑا سورس آف ڈسٹریکشن ہے۔</w:t>
      </w:r>
    </w:p>
    <w:p>
      <w:r>
        <w:rPr>
          <w:b/>
        </w:rPr>
        <w:t xml:space="preserve">[09:14] </w:t>
      </w:r>
      <w:r>
        <w:t>har cheez mein sadgi. kapre mein, khane mein, ghar mein, furniture mein, har cheez mein. to sadgi nahi hoga to har waqt distract hoga aadmi. aur sadgi hoga to phir koi distraction nahi, sara time aap ke paas rahe ga. to hazrat aisha ki zindagi ko aap parhen kitab mein. ise maulana syed hasan nazdeek kitab hai syed aisha. to sadgi ka lafz hi zyada hai. aur bhi</w:t>
      </w:r>
    </w:p>
    <w:p>
      <w:pPr>
        <w:jc w:val="right"/>
      </w:pPr>
      <w:r>
        <w:t>ہر چیز میں سادگی۔ کپڑے میں، کھانے میں، گھر میں، فرنیچر میں، ہر چیز میں۔ تو سادگی نہیں ہوگا تو ہر وقت ڈسٹرکٹ ہوگا آدمی۔ اور سادگی ہوگا تو پھر کوئی ڈسٹرکشن نہیں، سارا ٹائم آپ کے پاس رہے گا۔ تو حضرت عائشہ کی زندگی کو آپ پڑھیں کتاب میں۔ اسے مولانا سید حسن نزدیک کتاب ہے سید عائشہ۔ تو سادگی کا لفظ ہی زیادہ ہے۔ اور بھی</w:t>
      </w:r>
    </w:p>
    <w:p>
      <w:r>
        <w:rPr>
          <w:b/>
        </w:rPr>
        <w:t xml:space="preserve">[09:45] </w:t>
      </w:r>
      <w:r>
        <w:t>koi sakht lafz hona chahiye. yani be rehami par jeeti theen woh. aur kabhi koi shikayat nahi kiya unhon ne. tab un ko yeh mauqa mila ke woh rasool allah se itni zyada learning karen ke kaha jata hai ke woh afqa al-sahaba theen. yani tamam sahaba mein sab se zyada fiqh. lekin kab bani yeh? jab apni zindagi ko unhon ne aakhri had tak saada bana liya. to auraton ko is mein</w:t>
      </w:r>
    </w:p>
    <w:p>
      <w:pPr>
        <w:jc w:val="right"/>
      </w:pPr>
      <w:r>
        <w:t>کوئی سخت لفظ ہونا چاہیے۔ یعنی بے رحمی پر جیتی تھیں وہ۔ اور کبھی کوئی شکایت نہیں کیا انہوں نے۔ تب ان کو یہ موقع ملا کہ وہ رسول اللہ سے اتنی زیادہ لرننگ کریں کہ کہا جاتا ہے کہ وہ افخا الصحابہ تھیں۔ یعنی تمام صحابہ میں سب سے زیادہ فقیہ۔ لیکن کب بنی یہ؟ جب اپنی زندگی کو انہوں نے آخری حد تک سادہ بنا لیا۔ تو عورتوں کو اس میں</w:t>
      </w:r>
    </w:p>
    <w:p>
      <w:r>
        <w:rPr>
          <w:b/>
        </w:rPr>
        <w:t xml:space="preserve">[10:16] </w:t>
      </w:r>
      <w:r>
        <w:t>is aitbaar se un ko model ko apnana chahiye.</w:t>
      </w:r>
    </w:p>
    <w:p>
      <w:pPr>
        <w:jc w:val="right"/>
      </w:pPr>
      <w:r>
        <w:t>اس اعتبار سے ان کو ماڈل کو اپنانا چاہیے۔</w:t>
      </w:r>
    </w:p>
    <w:p>
      <w:r>
        <w:rPr>
          <w:b/>
        </w:rPr>
        <w:t xml:space="preserve">[10:19] </w:t>
      </w:r>
      <w:r>
        <w:t>ji. maulana sahib, it is also said that during the time of the prophet, women were free to express their opinion and go to mosques or participate in various social activities. what does this reflect on the position of women in the islamic society of that time?</w:t>
      </w:r>
    </w:p>
    <w:p>
      <w:pPr>
        <w:jc w:val="right"/>
      </w:pPr>
      <w:r>
        <w:t>جی۔ مولانا صاحب، it is also said that during the time of the Prophet, women were free to express their opinion and go to mosques or participate in various social activities. What does this reflect on the position of women in the Islamic society of that time?</w:t>
      </w:r>
    </w:p>
    <w:p>
      <w:r>
        <w:rPr>
          <w:b/>
        </w:rPr>
        <w:t xml:space="preserve">[10:37] </w:t>
      </w:r>
      <w:r>
        <w:t>dekhen, is zamane mein life bohat hi limited hua karti thi. aaj ki tarah itna zyada, yani field of activities theen nahi. bohat hi. lekin wahan koi pabandi nahi thi. misaal ke taur par dekhiye, is zamane mein kai jagah aap payen ge ke log kehte hain ke auraten masjid mein na jaen. lekin yeh islam ka usool nahi hai. rasool allah ke zamane mein auraten baqayda jati theen</w:t>
      </w:r>
    </w:p>
    <w:p>
      <w:pPr>
        <w:jc w:val="right"/>
      </w:pPr>
      <w:r>
        <w:t>دیکھیں، اس زمانے میں لائف بہت ہی لمیٹڈ ہوا کرتی تھی۔ آج کی طرح اتنا زیادہ، یعنی فیلڈ آف ایکٹیویٹیز تھیں نہیں۔ بہت ہی۔ لیکن وہاں کوئی پابندی نہیں تھی۔ مثلاً دیکھیے، اس زمانے میں کئی جگہ آپ پائیں گے کہ لوگ کہتے ہیں کہ عورتیں مسجد میں نہ جائیں۔ لیکن یہ اسلام کا اصول نہیں ہے۔ رسول اللہ کے زمانے میں عورتیں باقاعدہ جاتی تھیں</w:t>
      </w:r>
    </w:p>
    <w:p>
      <w:r>
        <w:rPr>
          <w:b/>
        </w:rPr>
        <w:t xml:space="preserve">[11:07] </w:t>
      </w:r>
      <w:r>
        <w:t>masjido mein. unhon ne likha hai, woh allama nasseruddin albani ne. woh burqa ke khilaf hain. nasseruddin albani jo bohat bare aalim hain, muhaddis hain, saudi. to woh burqa ya naqab jo hota hai, us ke khilaf hain. to woh hadith pesh karte hain ke rasool allah ke zamane mein auraten bohat with out, kisi pabandi ke baghair jati</w:t>
      </w:r>
    </w:p>
    <w:p>
      <w:pPr>
        <w:jc w:val="right"/>
      </w:pPr>
      <w:r>
        <w:t>مسجدوں میں۔ انہوں نے لکھا ہے، وہ علامہ ناصر الدین البانی نے۔ وہ برقہ کے خلاف ہیں۔ ناصر الدین البانی جو بہت بڑے عالم ہیں، محدث ہیں، سعودی۔ تو وہ برقہ یا نقاب جو ہوتا ہے، اس کے خلاف ہیں۔ تو وہ حدیث پیش کرتے ہیں کہ رسول اللہ کے زمانے میں عورتیں بہت وِد آؤٹ، کسی پابندی کے بغیر جاتی</w:t>
      </w:r>
    </w:p>
    <w:p>
      <w:r>
        <w:rPr>
          <w:b/>
        </w:rPr>
        <w:t xml:space="preserve">[11:37] </w:t>
      </w:r>
      <w:r>
        <w:t>theen masjidon mein namaz ke liye. to woh kehte hain ke ek sahabi bayan karte hain ke fajar ke waqt auraten ati theen. to ek masla hai fajar ke bare mein ke kab namaz parhi jae. abhi jab dhara baqi rehta hai, tab jaen. bilkul ujala ho jae tab. to woh kehte hain ke sahabi kehte hain ke auraten namaz parh kar ke nikalti theen masjid se wa laa yu'rafna min al-ghalasi</w:t>
      </w:r>
    </w:p>
    <w:p>
      <w:pPr>
        <w:jc w:val="right"/>
      </w:pPr>
      <w:r>
        <w:t>تھیں مسجدوں میں نماز کے لیے۔ تو وہ کہتے ہیں کہ ایک صحابی بیان کرتے ہیں کہ فجر کے وقت عورتیں آتی تھیں۔ تو ایک مسئلہ ہے فجر کے بارے میں کہ کب نماز پڑھی جائے۔ ابھی جب دھارا باقی رہتا ہے، تب جائیں۔ بالکل اجالا ہو جائے تب۔ تو وہ کہتے ہیں کہ صحابی کہتے ہیں کہ عورتیں نماز پڑھ کر کے نکلتی تھیں مسجد سے وَلَا يُعْرَفْنَ مِنَ الْغَلَصِ</w:t>
      </w:r>
    </w:p>
    <w:p>
      <w:r>
        <w:rPr>
          <w:b/>
        </w:rPr>
        <w:t xml:space="preserve">[12:08] </w:t>
      </w:r>
      <w:r>
        <w:t>aur andhere ki wajah se pehchani nahi jati theen. itni savere namaz fajar ki ho jati thi. to woh kehte hain ke agar woh burqa aur yeh sab naqab dale hue hon to ujale mein nahi pehchan sakte aurat ko. kaise pehchanen ge aap? to is ka matlab yeh hai ke is zamane mein yeh burqa nahi tha, yeh naqab nahi tha. saada kapra tha, bilkul saada qism ka kapra.</w:t>
      </w:r>
    </w:p>
    <w:p>
      <w:pPr>
        <w:jc w:val="right"/>
      </w:pPr>
      <w:r>
        <w:t>اور اندھیرے کی وجہ سے پہچانی نہیں جاتی تھیں۔ اتنی سویرے نماز فجر کی ہو جاتی تھی۔ تو وہ کہتے ہیں کہ اگر وہ برقہ اور یہ سب نقاب ڈالے ہوئے ہوں تو اجالے میں نہیں پہچان سکتے عورت کو۔ کیسے پہچانیں گے آپ؟ تو اس کا معنی یہ ہے کہ اس زمانے میں یہ برقہ نہیں تھا، یہ نقاب نہیں تھا۔ سادہ کپڑا تھا، بالکل سادہ قسم کا کپڑا۔</w:t>
      </w:r>
    </w:p>
    <w:p>
      <w:r>
        <w:rPr>
          <w:b/>
        </w:rPr>
        <w:t xml:space="preserve">[12:38] </w:t>
      </w:r>
      <w:r>
        <w:t>to woh yeh kehte hain ke asal islam mein asal jo cheez hai woh sadgi hai. burqa nahi hai. to un ki kitab hai, bohat achi kitab hai hijab al-mar'ah al-muslimah, us ko koshish karen dekhen.</w:t>
      </w:r>
    </w:p>
    <w:p>
      <w:pPr>
        <w:jc w:val="right"/>
      </w:pPr>
      <w:r>
        <w:t>تو وہ یہ کہتے ہیں کہ اصل اسلام میں اصل جو چیز ہے وہ سادگی ہے۔ برقہ نہیں ہے۔ تو ان کی کتاب ہے، بہت اچھی کتاب ہے حجاب المرأة المسلمة، اس کو کوشش کریں دیکھیں۔</w:t>
      </w:r>
    </w:p>
    <w:p>
      <w:r>
        <w:rPr>
          <w:b/>
        </w:rPr>
        <w:t xml:space="preserve">[12:55] </w:t>
      </w:r>
      <w:r>
        <w:t>in fact, maulana sahib, my next question is related to what you just said that in islam there is no burqa, but many people think that women should be veiled and they should stay indoors. maulana sahib, what is the right islamic view on this?</w:t>
      </w:r>
    </w:p>
    <w:p>
      <w:pPr>
        <w:jc w:val="right"/>
      </w:pPr>
      <w:r>
        <w:t>In fact, مولانا صاحب، my next question is related to what you just said that in Islam there is no برقہ, but many people think that women should be veiled and they should stay indoors. مولانا صاحب، what is theright Islamic view on this?</w:t>
      </w:r>
    </w:p>
    <w:p>
      <w:r>
        <w:rPr>
          <w:b/>
        </w:rPr>
        <w:t xml:space="preserve">[13:11] </w:t>
      </w:r>
      <w:r>
        <w:t>dekhiye, yeh mana jata hai, sab log mante hain ke islam mein jo shuru ka zamana hai, wohi model hai. baad ka zamana model nahi hai. baad ka zamana model nahi hai. to aap koi bhi kitab parhiye, har kitab mein aap payen ge ke rasool allah ke zamane mein aur sahaba ke zamane mein burqa koi concept hi nahi tha. aaj kal jo ek</w:t>
      </w:r>
    </w:p>
    <w:p>
      <w:pPr>
        <w:jc w:val="right"/>
      </w:pPr>
      <w:r>
        <w:t>دیکھیے، یہ مانا جاتا ہے، سب لوگ مانتے ہیں کہ اسلام میں جو شروع کا زمانہ ہے، وہی ماڈل ہے۔ بعد کا زمانہ ماڈل نہیں ہے۔ بعد کا زمانہ ماڈل نہیں ہے۔ تو آپ کوئی بھی کتاب پڑھیے، ہر کتاب میں آپ پائیں گے کہ رسول اللہ کے زمانے میں اور صحابہ کے زمانے میں برقہ کوئی کانسیپٹ ہی نہیں تھا۔ آج کل جو ایک</w:t>
      </w:r>
    </w:p>
    <w:p>
      <w:r>
        <w:rPr>
          <w:b/>
        </w:rPr>
        <w:t xml:space="preserve">[13:41] </w:t>
      </w:r>
      <w:r>
        <w:t>dam chehra par dale rehte hain, us ka koi concept nahi tha. jo concept tha, yeh ke bohat hi saada zindagi, bohat hi saada, bilkul saada. fashion ka koi sawal nahi tha. aur aaj kal jis tareeqe se free mixing hoti thi, woh sab nahi tha. to yahi hai islam ka, yahi main samajhta hoon ke concept hai aurat ke bare mein</w:t>
      </w:r>
    </w:p>
    <w:p>
      <w:pPr>
        <w:jc w:val="right"/>
      </w:pPr>
      <w:r>
        <w:t>دم چہرہ پر ڈالے رہتے ہیں، اس کا کوئی کانسیپٹ نہیں تھا۔ جو کانسیپٹ تھا، یہ کہ بہت ہی سادہ زندگی، بہت ہی سادہ، بالکل سادہ۔ فیشن کا کوئی سوال نہیں تھا۔ اور آج کل جس طریقے سے فری مکسنگ ہوتی تھی، وہ سب نہیں تھا۔ تو یہی ہے اسلام کا، یہی میں سمجھتا ہوں کہ کانسیپٹ ہے عورت کے بارے میں</w:t>
      </w:r>
    </w:p>
    <w:p>
      <w:r>
        <w:rPr>
          <w:b/>
        </w:rPr>
        <w:t xml:space="preserve">[14:11] </w:t>
      </w:r>
      <w:r>
        <w:t>ke sadgi ke sath rahen, free mixing na ho. aur jis tarah aaj kal mazaq, hansi mazaq, yeh sab hota hai, woh sab na ho. serious, yani sanjeeda andaaz mein rahen. to woh that is islam.</w:t>
      </w:r>
    </w:p>
    <w:p>
      <w:pPr>
        <w:jc w:val="right"/>
      </w:pPr>
      <w:r>
        <w:t>کہ سادگی کے ساتھ رہیں، فری مکسنگ نہ ہو۔ اور جس طرح آج کل مذاق، ہنسی مذاق، یہ سب ہوتا ہے، وہ سب نہ ہو۔ سیریس، یعنی سنجیدہ انداز میں رہیں۔ تو وہ دیٹ از اسلام۔</w:t>
      </w:r>
    </w:p>
    <w:p>
      <w:r>
        <w:rPr>
          <w:b/>
        </w:rPr>
        <w:t xml:space="preserve">[14:33] </w:t>
      </w:r>
      <w:r>
        <w:t>ji. maulana sahib, in fact, you often say that in islam there is gender partnership aur gender complementarity. so can you explain what do you mean by this?</w:t>
      </w:r>
    </w:p>
    <w:p>
      <w:pPr>
        <w:jc w:val="right"/>
      </w:pPr>
      <w:r>
        <w:t>جی۔ مولانا صاحب، in fact, you often say that in Islam there is gender partnership اور gender complementarity. So can you explain what do you mean by this?</w:t>
      </w:r>
    </w:p>
    <w:p>
      <w:r>
        <w:rPr>
          <w:b/>
        </w:rPr>
        <w:t xml:space="preserve">[14:49] </w:t>
      </w:r>
      <w:r>
        <w:t>dekhie, main ne jo study ki hai, to main ne samjha hai ke zindagi ka nizam jo hai, sirf aurat mard ki baat nahi hai. zindagi ka nizam is tarah bana hai, koi akela ek aadmi kuch nahi kar sakta. kai aadmi milte hain, tab koi bara kaam hota hai. baghair mile hue, joint effort ke baghair, koi bara kaam hota nahi. yeh maamla yahan bhi apply kijiye.</w:t>
      </w:r>
    </w:p>
    <w:p>
      <w:pPr>
        <w:jc w:val="right"/>
      </w:pPr>
      <w:r>
        <w:t>دیکھیے، میں نے جو اسٹڈی کی ہے، تو میں نے سمجھا ہے کہ زندگی کا نظام جو ہے، صرف عورت مرد کی بات نہیں ہے۔ زندگی کا نظام اس طرح بنا ہے، کوئی اکیلا ایک آدمی کچھ نہیں کر سکتا۔ کئی آدمی ملتے ہیں، تب کوئی بڑا کام ہوتا ہے۔ بغیر ملے ہوئے، جوائنٹ ایفرٹ کے بغیر، کوئی بڑا کام ہوتا نہیں۔ یہ معاملہ یہاں بھی اپلائی کیجیے۔</w:t>
      </w:r>
    </w:p>
    <w:p>
      <w:r>
        <w:rPr>
          <w:b/>
        </w:rPr>
        <w:t xml:space="preserve">[15:20] </w:t>
      </w:r>
      <w:r>
        <w:t>aurat aur mard dono mil kar ke jab karenge, tab koi bara kaam hoga. to main samajhta hoon ke yeh maamla jo hai, cog wheel jaisa hai. yeh cog wheel hoti hai aisi. ek ghoomti hai, doosri ghoomti hai. to aurat aur mard dono cog hain. aur wheel jo chalti hai, zindagi ki, dono ki milnas se chalti hai. to main samajhta hoon ke koi bhi bara kaam is duniya mein</w:t>
      </w:r>
    </w:p>
    <w:p>
      <w:pPr>
        <w:jc w:val="right"/>
      </w:pPr>
      <w:r>
        <w:t>عورت اور مرد دونوں مل کر کے جب کریں گے، تب کوئی بڑا کام ہوگا۔ تو میں سمجھتا ہوں کہ یہ معاملہ جو ہے، کاغ ویل جیسا ہے۔ یہ کاغ ویل ہوتی ہے ایسی۔ ایک گھومتی ہے، دوسری گھومتی ہے۔ تو عورت اور مرد دونوں کاغ ہیں۔ اور ویل جو چلتی ہے، زندگی کی، دونوں کی ملنس سے چلتی ہے۔ تو میں سمجھتا ہوں کہ کوئی بھی بڑا کام اس دنیا میں</w:t>
      </w:r>
    </w:p>
    <w:p>
      <w:r>
        <w:rPr>
          <w:b/>
        </w:rPr>
        <w:t xml:space="preserve">[15:50] </w:t>
      </w:r>
      <w:r>
        <w:t>na mard akela kar sakta, na aurat akela kar sakti hai. dono ke se mil kar karna padega. lekin yeh ka matlab yeh nahi ke jo kaam mard kare, wahi kaam aurat kare. jo aurat kare, wahi mard kare. yeh matlab nahi hai. yeh to hoga apni kis baat ke liye kaun zyada competent hai, uske lehaz se hoga. jo jis kaam ke liye jo competent ho, woh kare. doosra aadmi jo hai, usko accept kare.</w:t>
      </w:r>
    </w:p>
    <w:p>
      <w:pPr>
        <w:jc w:val="right"/>
      </w:pPr>
      <w:r>
        <w:t>نہ مرد اکیلا کر سکتا، نہ عورت اکیلا کر سکتی ہے۔ دونوں کے سے مل کر کرنا پڑے گا۔ لیکن یہ کا مطلب یہ نہیں کہ جو کام مرد کرے، وہی کام عورت کرے۔ جو عورت کرے، وہی مرد کرے۔ یہ مطلب نہیں ہے۔ یہ تو ہوگا اپنی کس بات کے لیے کون زیادہ کمپیٹنٹ ہے، اس کے لحاظ سے ہوگا۔ جو جس کام کے لیے جو کمپیٹنٹ ہو، وہ کرے۔ دوسرا آدمی جو ہے، اس کو ایکسیپٹ کرے۔</w:t>
      </w:r>
    </w:p>
    <w:p>
      <w:r>
        <w:rPr>
          <w:b/>
        </w:rPr>
        <w:t xml:space="preserve">[16:22] </w:t>
      </w:r>
      <w:r>
        <w:t>maulana sahib, you lay a lot of emphasis on intellectual development. how can women develop themselves intellectually? what is your advice on that?</w:t>
      </w:r>
    </w:p>
    <w:p>
      <w:pPr>
        <w:jc w:val="right"/>
      </w:pPr>
      <w:r>
        <w:t>مولانا صاحب، you lay a lot of emphasis on intellectual development. How can women develop themselves intellectually? What is your advice on that?</w:t>
      </w:r>
    </w:p>
    <w:p>
      <w:r>
        <w:rPr>
          <w:b/>
        </w:rPr>
        <w:t xml:space="preserve">[16:32] </w:t>
      </w:r>
      <w:r>
        <w:t>dono karna hai. dekhie, intellectual development ka kaam jo hai, woh ek bilateral process hai. yaani mutual learning hai. akela akela koi nahi kar sakta. to nature mein, main samajhta hoon ke iska ek illustration maujood hai. ke agar aap do pathar ko takrain, to sparking hogi. do pathar takrane se ek third cheez average karti hai. aise hi do aadmi jab exchange karte</w:t>
      </w:r>
    </w:p>
    <w:p>
      <w:pPr>
        <w:jc w:val="right"/>
      </w:pPr>
      <w:r>
        <w:t>دونوں کرنا ہے۔ دیکھیے، انٹیلیجیکل ڈیویلپمنٹ کا کام جو ہے، وہ ایک بائی لیٹرل پروسیس ہے۔ یعنی میوچول لرننگ ہے۔ اکیلا اکیلا کوئی نہیں کر سکتا۔ تو نیچر میں، میں سمجھتا ہوں کہ اس کا ایک الیکسٹریشن موجود ہے۔ کہ اگر آپ دو پتھر کو ٹکرائیں، تو اسپارکنگ ہوگی۔ دو پتھر ٹکرانے سے ایک تھرڈ چیز ایورج کرتی ہے۔ ایسے ہی دو آدمی جب ایکسچینج کرتے</w:t>
      </w:r>
    </w:p>
    <w:p>
      <w:r>
        <w:rPr>
          <w:b/>
        </w:rPr>
        <w:t xml:space="preserve">[17:02] </w:t>
      </w:r>
      <w:r>
        <w:t>hain, to third idea average karta hai. to main samajhta hoon ke aurat aur mard dono natural sense mein ek doosre ke liye intellectual partner hain. kyunke woh saath rehte hain. raat din saath rehte hain. doosra kaun saath reh sakta hai? lekin intellectual partner banne ke liye kuch condition hain. woh yeh ke aadmi apne aap ko, dono</w:t>
      </w:r>
    </w:p>
    <w:p>
      <w:pPr>
        <w:jc w:val="right"/>
      </w:pPr>
      <w:r>
        <w:t>ہیں، تو تھرڈ آئیڈیا ایورج کرتا ہے۔ تو میں سمجھتا ہوں کہ عورت اور مرد دونوں نیچرل سینس میں ایک دوسرے کے لیے انٹیلیجیکل پارٹنر ہیں۔ کیونکہ وہ ساتھ رہتے ہیں۔ رات دن ساتھ رہتے ہیں۔ دوسرا کون ساتھ رہ سکتا ہے؟ لیکن انٹیلیجیکل پارٹنر بننے کے لیے کچھ کنڈیشن ہیں۔ وہ یہ کہ آدمی اپنے آپ کو، دونوں</w:t>
      </w:r>
    </w:p>
    <w:p>
      <w:r>
        <w:rPr>
          <w:b/>
        </w:rPr>
        <w:t xml:space="preserve">[17:33] </w:t>
      </w:r>
      <w:r>
        <w:t>partner apne aap ko distraction se bachain. sab se zyada crucial cheez insaan ki zindagi mein hai distraction. chahe family life ho ya social life ho. to aap ko jaanna chahiye ke kaun sa kaam mere mission ke lehaz se theek hai, kaun sa relevant hai, kaun sa irrelevant hai. kaun sa mutaliq hai, kaun sa</w:t>
      </w:r>
    </w:p>
    <w:p>
      <w:pPr>
        <w:jc w:val="right"/>
      </w:pPr>
      <w:r>
        <w:t>پارٹنر اپنے آپ کو ڈسٹریکشن سے بچائیں۔ سب سے زیادہ کلر چیز انسان کی زندگی میں ہے ڈسٹریکشن۔ چاہے فیملی لائف ہو یا سوشل لائف ہو۔ تو آپ کو جاننا چاہیے کہ کون سا کام میرے مشن کے لحاظ سے ٹھیک ہے، کون سا ریلیونٹ ہے، کون سا اریلیونٹ ہے۔ کون سا متعلق ہے، کون سا</w:t>
      </w:r>
    </w:p>
    <w:p>
      <w:r>
        <w:rPr>
          <w:b/>
        </w:rPr>
        <w:t xml:space="preserve">[18:03] </w:t>
      </w:r>
      <w:r>
        <w:t>ghair mutaliq hai. yeh jaanen aur dono farq karen aap. tab intellectual partnership chalegi. warna time hi kisi ka nahi hoga. ideas nahi logon ke mind mein honge. agar dono agar distraction mein jeete hon, to kya hoga? dono yaani prepared partner nahi honge ek doosre se baat karne ke liye. to main samajhta</w:t>
      </w:r>
    </w:p>
    <w:p>
      <w:pPr>
        <w:jc w:val="right"/>
      </w:pPr>
      <w:r>
        <w:t>غیر متعلق ہے۔ یہ جانیں اور دونوں فرق کریں آپ۔ تب انٹیلیجیکل پارٹنرشپ چلے گی۔ ورنہ ٹائم ہی کسی کا نہیں ہوگا۔ آئیڈیاز نہیں لوگوں کے مائنڈ میں ہوں گے۔ اگر دونوں اگر ڈسٹریکشن میں جیتے ہوں، تو کیا ہوگا؟ دونوں یعنی پریپیرڈ پارٹنر نہیں ہوں گے ایک دوسرے سے بات کرنے کے لیے۔ تو میں سمجھتا</w:t>
      </w:r>
    </w:p>
    <w:p>
      <w:r>
        <w:rPr>
          <w:b/>
        </w:rPr>
        <w:t xml:space="preserve">[18:33] </w:t>
      </w:r>
      <w:r>
        <w:t>hoon ke yeh creator ki scheme ke mutabiq yeh bohat hi bara opportunity hai ke aurat aur mard dono ek doosre ke intellectual partner banen. to is mein kya hoga? jaise main ne kaha ke do ke takrane se ek teesri cheez aati hai, sparking. to do mil kar ke jab exchange karenge, to ek third idea average kare ga</w:t>
      </w:r>
    </w:p>
    <w:p>
      <w:pPr>
        <w:jc w:val="right"/>
      </w:pPr>
      <w:r>
        <w:t>ہوں کہ یہ کریٹر کی اسکیم کے مطابق یہ بہت ہی بڑا اپرچونٹی ہے کہ عورت اور مرد دونوں ایک دوسرے کے انٹیلیجیکل پارٹنر بنیں۔ تو اس میں کیا ہوگا؟ جیسے میں نے کہا کہ دو کے ٹکرانے سے ایک تیسری چیز آتی ہے، اسپارکنگ۔ تو دو مل کر کے جب ایکسچینج کریں گے، تو ایک تھرڈ آئیڈیا ایورج کرے گ</w:t>
      </w:r>
    </w:p>
    <w:p>
      <w:r>
        <w:rPr>
          <w:b/>
        </w:rPr>
        <w:t xml:space="preserve">[19:03] </w:t>
      </w:r>
      <w:r>
        <w:t>a. is ka matlab hai ke aurat mard dono is position mein hain ke har din kam se kam ek idea wisdom ka daryaft karen. wisdom ke ideas to beshumar hain. to aap ne aapas mein baat cheet ki, to do ke do mind jab mile, do mind ne takraao kiya, to ek third idea nikla. to har din aap kam se kam apne do item, wisdom ke do item ko teen idea bana sakte hain</w:t>
      </w:r>
    </w:p>
    <w:p>
      <w:pPr>
        <w:jc w:val="right"/>
      </w:pPr>
      <w:r>
        <w:t>ا۔ اس کا معنی ہے کہ عورت مرد دونوں اس پوزیشن میں ہیں کہ ہر دن کم سے کم ایک آئیڈیا وِزڈم کا دریافت کریں۔ وِزڈم کے آئیڈیاز تو بے شمار ہیں۔ تو آپ نے آپس میں بات چیت کی، تو دو کے دو مائنڈ جب ملے، دو مائنڈ نے ٹکراؤ کیا، تو ایک تھرڈ آئیڈیا نکلا۔ تو ہر دن آپ کم سے کم اپنے دو آئیٹم، وِزڈم کے دو آئیٹم کو تین آئیڈیا بنا سکتے ہیں</w:t>
      </w:r>
    </w:p>
    <w:p>
      <w:r>
        <w:rPr>
          <w:b/>
        </w:rPr>
        <w:t xml:space="preserve">[19:33] </w:t>
      </w:r>
      <w:r>
        <w:t>har din. bara ajeeb concept hai ke aap ke mind mein wisdom ke aaj do item hain, to agar acha exchange ho raha hai aap ke partner ke darmiyan, to do item teen ban jayega. kyunke ek naya milega aap ko. har din ek naya idea, har din ek naya idea. to yeh minimum hai ke har din aap apne do item ko teen bana sakte hain har din.</w:t>
      </w:r>
    </w:p>
    <w:p>
      <w:pPr>
        <w:jc w:val="right"/>
      </w:pPr>
      <w:r>
        <w:t>ہر دن۔ بڑا عجیب کانسیپٹ ہے کہ آپ کے مائنڈ میں وِزڈم کے آج دو آئیٹم ہیں، تو اگر اچھا ایکسچینج ہو رہا ہے آپ کے پارٹنر کے درمیان، تو دو آئیٹم تین بن جائے گا۔ کیونکہ ایک نیا ملے گا آپ کو۔ ہر دن ایک نیا آئیڈیا، ہر دن ایک نیا آئیڈیا۔ تو یہ منیمم ہے کہ ہر دن آپ اپنے دو آئیٹم کو تین بنا سکتے ہیں ہر دن۔</w:t>
      </w:r>
    </w:p>
    <w:p>
      <w:r>
        <w:rPr>
          <w:b/>
        </w:rPr>
        <w:t xml:space="preserve">[20:03] </w:t>
      </w:r>
      <w:r>
        <w:t>to aap sochiye, poori zindagi mein agar aadmi aisa kare, to kitna wisdom barhega. kitna zyada wisdom barhega. isi liye kaha jata hai ke Hazrat Aisha jo theen, un ke andar bohat zyada wisdom thi. kyunke main samajhta hoon ke Rasool Allah se woh exchange karti hongi, us se un ko wisdom mein izafa hota hoga. aur aap agar parhen kitabon ko, to ek cheez hai, us ko kehte hain istinbaataat A'isha</w:t>
      </w:r>
    </w:p>
    <w:p>
      <w:pPr>
        <w:jc w:val="right"/>
      </w:pPr>
      <w:r>
        <w:t>تو آپ سوچیے، پوری زندگی میں اگر آدمی ایسا کرے، تو کتنا وِزڈم بڑھے گی۔ کتنا زیادہ وِزڈم بڑھے گی۔ اسی لیے کہا جاتا ہے کہ حضرت عائشہ جو تھیں، ان کے اندر بہت زیادہ وِزڈم تھی۔ کیونکہ میں سمجھتا ہوں کہ رسول اللہ سے وہ ایکسچینج کرتی ہوں گی، اس سے ان کو وِزڈم میں اضافہ ہوتا ہوگا۔ اور آپ اگر پڑھیں کتابوں کو، تو ایک چیز ہے، اس کو کہتے ہیں استنباطات ع</w:t>
      </w:r>
    </w:p>
    <w:p>
      <w:r>
        <w:rPr>
          <w:b/>
        </w:rPr>
        <w:t xml:space="preserve">[20:33] </w:t>
      </w:r>
      <w:r>
        <w:t>aisha. yaani Hazrat Marvi Hazrat Abu Huraira jo hain, un ki to marwiyaat hain. marwiyaat ke matlab ke Rasool Allah ne yeh kaha, yeh kaha, yeh kaha. lekin Aisha ke liye bohat ajeeb baat hai. istinbaataat Aisha. yaani unhon ne Rasool Allah ko dekha, un ki activities ko study kiya, to unhon ne apne aap se koi cheez infer ki,</w:t>
      </w:r>
    </w:p>
    <w:p>
      <w:pPr>
        <w:jc w:val="right"/>
      </w:pPr>
      <w:r>
        <w:t>ائشہ۔ یعنی حضرت مروی حضرت ابو ہریرہ جو ہیں، ان کی تو مرویات ہیں۔ مرویات کے معنی کہ رسول اللہ نے یہ کہا، یہ کہا، یہ کہا۔ لیکن عائشہ کے لیے بہت عجیب بات ہے۔ استنباطات عائشہ۔ یعنی انہوں نے رسول اللہ کو دیکھا، ان کی ایکٹیویٹیز کو اسٹڈی کی، تو انہوں نے اپنے آپ سے کوئی چیز انفرنس کی،</w:t>
      </w:r>
    </w:p>
    <w:p>
      <w:r>
        <w:rPr>
          <w:b/>
        </w:rPr>
        <w:t xml:space="preserve">[21:03] </w:t>
      </w:r>
      <w:r>
        <w:t>mustanbat kiya ke yeh aisa. misaal ke tor par dekhiye, ek bohat bari baat unhon ne kahi thi jo Bukhari mein hai ke MA KHAYYIRA RASOOL ALLAHI صلى الله عليه وسلم BAYNA HAMRAYN ILLA IKHTARA AISHATUR RAHMAN. ab yeh alfaaz Rasool Allah ki kisi riwayat mein nahi hain. yaani Hazrat Abu Huraira ne kabhi yeh nahi kaha ke Rasool Allah ne aisa kaha tha. to yeh unhon ne dekh kar ke, dekh kar ke, dekh kar ke akhaz kiya.</w:t>
      </w:r>
    </w:p>
    <w:p>
      <w:pPr>
        <w:jc w:val="right"/>
      </w:pPr>
      <w:r>
        <w:t>مستنبط کیا کہ یہ ایسا۔ مثال کے طور پر دیکھیے، ایک بہت بڑی بات انہوں نے کہی تھی جو بخاری میں ہے کہ مَا خُيِّرَ رَسُولُ اللَّهِ صلى الله عليه وسلم بَيْنَ هَمْرَيْنَ إِلَّا اخْتَارَ عَيْشَهُ الرَّحْمَٰنِ اب یہ الفاظ رسول اللہ کی کسی روایت میں نہیں ہیں۔ یعنی حضرت ابو ہریرہ نے کبھی یہ نہیں کہا کہ رسول اللہ نے ایسا کہا تھا۔ تو یہ انہوں نے دیکھ کر کے، دیکھ کر کے، دیکھ کر کے اخذ کیا۔</w:t>
      </w:r>
    </w:p>
    <w:p>
      <w:r>
        <w:rPr>
          <w:b/>
        </w:rPr>
        <w:t xml:space="preserve">[21:35] </w:t>
      </w:r>
      <w:r>
        <w:t>yaani by the way, inference unhon ne nikala ke aisa tareeqa Rasool Allah ka hai. yeh sirf Aisha ne kiya hai aisa. istinbaataat Aisha hi sirf hain, aur kisi ka nahi hai. to kyun aisa hua? ke unhon ne, main yahi kahunga ke har din apne do item, wisdom ko teen baaten theen woh. kam se kam Rasool Allah se baat cheet kar ke har din kam se kam apne do wisdom ke do item</w:t>
      </w:r>
    </w:p>
    <w:p>
      <w:pPr>
        <w:jc w:val="right"/>
      </w:pPr>
      <w:r>
        <w:t>یعنی بائی دا وے، انفرنس انہوں نے نکالا کہ ایسا طریقہ رسول اللہ کا ہے۔ یہ صرف عائشہ نے کیا ہے ایسا۔ استنباطات عائشہ ہی صرف ہیں، اور کسی کا نہیں ہے۔ تو کیوں ایسا ہوا؟ کہ انہوں نے، میں یہی کہوں گا کہ ہر دن اپنے دو آئیٹم، وِزڈم کو تین باتیں تھیں وہ۔ کم سے کم رسول اللہ سے بات چیت کر کے ہر دن کم سے کم اپنے دو وِزڈم کے دو آئیٹم</w:t>
      </w:r>
    </w:p>
    <w:p>
      <w:r>
        <w:rPr>
          <w:b/>
        </w:rPr>
        <w:t xml:space="preserve">[22:05] </w:t>
      </w:r>
      <w:r>
        <w:t>ko teen baaten theen woh. to wisdom ki bharmaar ho gayi un ke mind mein. us se woh cheez paida hui jis ko hum kehte hain istinbaataat Aisha. bohat hi wisdom ki baaten hain un ke istinbaataat mein. us mein kitaben likhi gayi hain baqayda. bohat anokhe inferences hain un ke. aur inferences ka, yaani woh acumen bante, woh Rasool Allah ki zindagi ko dekhti theen, sunti theen, us se woh nikalti rehti</w:t>
      </w:r>
    </w:p>
    <w:p>
      <w:pPr>
        <w:jc w:val="right"/>
      </w:pPr>
      <w:r>
        <w:t>کو تین باتیں تھیں وہ۔ تو وِزڈم کی بھرمار ہو گئی ان کے مائنڈ میں۔ اس سے وہ چیز پیدا ہوئی جس کو ہم کہتے ہیں استنباطات عائشہ۔ بہت ہی وِزڈم کی باتیں ہیں ان کے استنباطات میں۔ اس میں کتابیں لکھی گئی ہیں باقاعدہ۔ بہت انوکھے انفرنسز ہیں ان کے۔ اور انفرنسز کا، یعنی وہ ایکومنن بنتے، وہ رسول اللہ کی زندگی کو دیکھتی تھیں، سنتی تھیں، اس سے وہ نکالتی رہ</w:t>
      </w:r>
    </w:p>
    <w:p>
      <w:r>
        <w:rPr>
          <w:b/>
        </w:rPr>
        <w:t xml:space="preserve">[22:35] </w:t>
      </w:r>
      <w:r>
        <w:t>theen. yaani inference karti rehti theen. inffer karti rehti theen. to main samajhta hoon ke Allah taala ne nikah ka jo tareeqa rakha hai, us tareeqa mein, us tareeqa ke zariye Allah taala ne ek bohat bari opportunity di hai aadmi ko ke apne wisdom ko barhaye. apne wisdom ko barhao. har din apne wisdom ke do item ko teen banao.</w:t>
      </w:r>
    </w:p>
    <w:p>
      <w:pPr>
        <w:jc w:val="right"/>
      </w:pPr>
      <w:r>
        <w:t>تی تھیں۔ یعنی انفرنس کرتی رہتی تھیں۔ انفر کرتی رہتی تھیں۔ تو میں سمجھتا ہوں کہ اللہ تعالی نے نکاح کا جو طریقہ رکھا ہے، اس طریقے میں، اس طریقے کے ذریعے اللہ تعالی نے ایک بہت بڑی اپرچونٹی دی ہے آدمی کو کہ اپنے وِزڈم کو بڑھائے۔ اپنے وِزڈم کو بڑھاؤ۔ ہر دن اپنے وِزڈم کے دو آئیٹم کو تین بناؤ۔</w:t>
      </w:r>
    </w:p>
    <w:p>
      <w:r>
        <w:rPr>
          <w:b/>
        </w:rPr>
        <w:t xml:space="preserve">[23:06] </w:t>
      </w:r>
      <w:r>
        <w:t>yahan tak ke tumhari zindagi agar 60 baras ki hai to hazaron hazar item ban jayenge na. to yeh opportunity avail karna aasan nahi hai. is ke liye aap ko aapas ke ladai jhagde se bachna padega. nafrat se bachna padega. aapas ke mein jo rift paida ho jata hai, us se bachna padega. aur sadgi bohat zaroori hai. kyunke auraten, main ne dekha hai ke busy rehti hain din bhar. auraten</w:t>
      </w:r>
    </w:p>
    <w:p>
      <w:pPr>
        <w:jc w:val="right"/>
      </w:pPr>
      <w:r>
        <w:t>یہاں تک کہ تمہاری زندگی اگر 60 برس کی ہے تو ہزاروں ہزار آئیٹم بن جائیں گے نئے۔ تو یہ اپرچونٹی اویل کرنا آسان نہیں ہے۔ اس کے لیے آپ کو آپس کے لڑائی جھگڑے سے بچنا پڑے گا۔ نفرت سے بچنا پڑے گا۔ آپس کے میں جو رفٹ پیدا ہو جاتا ہے، اس سے بچنا پڑے گا۔ اور سادگی بہت ضروری ہے۔ کیونکہ عورتیں، میں نے دیکھا ہے کہ بزی رہتی ہیں دن بھر۔ عورتیں</w:t>
      </w:r>
    </w:p>
    <w:p>
      <w:r>
        <w:rPr>
          <w:b/>
        </w:rPr>
        <w:t xml:space="preserve">[23:37] </w:t>
      </w:r>
      <w:r>
        <w:t>busy rehti hain din bhar mardon ki farmaish poori karne ke liye. aaj yeh khana hai, kal woh khana hai. aaj yeh kapra chahiye, woh kapra chahiye. aaj yahan yeh shopping karna hai, woh shopping karna hai. to mardon ki farmaaishon mein phansi rehti hain woh. to jab tak aurat mard dono saada na banen, bohat hi saada, bohat saada, tab tak aap is opportunity ko avail nahi kar sakte.</w:t>
      </w:r>
    </w:p>
    <w:p>
      <w:pPr>
        <w:jc w:val="right"/>
      </w:pPr>
      <w:r>
        <w:t>بزی رہتی ہیں دن بھر مردوں کی فرمائش پوری کرنے کے لیے۔ آج یہ کھانا ہے، کل وہ کھانا ہے۔ آج یہ کپڑا چاہیے، وہ کپڑا چاہیے۔ آج یہاں یہ شاپنگ کرنا ہے، وہ شاپنگ کرنا ہے۔ تو مردوں کی فرمائشوں میں پھنسی رہتی ہیں وہ۔ تو جب تک عورت مرد دونوں سادہ نہ بنیں، بہت ہی سادہ، بہت سادہ، تب تک آپ اس اپرچونٹی کو اویل نہیں کر سکتے۔</w:t>
      </w:r>
    </w:p>
    <w:p>
      <w:r>
        <w:rPr>
          <w:b/>
        </w:rPr>
        <w:t xml:space="preserve">[23:58] </w:t>
      </w:r>
      <w:r>
        <w:t>maulana sahib, so I have a related question in what you just said that women are engaged in many things to please their husband. most of the time women are caught up in their household work like taking care of the children and managing the household. so in this situation, very little time is left for their self-development. in such a situation, maulana sahib, how can they do self-development?</w:t>
      </w:r>
    </w:p>
    <w:p>
      <w:pPr>
        <w:jc w:val="right"/>
      </w:pPr>
      <w:r>
        <w:t>مولانا صاحب، so I have a related question in what you just said that women are engaged in many things to please their husband. Most of the time women are caught up in their household work like taking care of the children and managing the household. So in this situation, very little time is left for their self-development. In such a situation, مولانا صاحب, how can they do self-development?</w:t>
      </w:r>
    </w:p>
    <w:p>
      <w:r>
        <w:rPr>
          <w:b/>
        </w:rPr>
        <w:t xml:space="preserve">[24:24] </w:t>
      </w:r>
      <w:r>
        <w:t>dekhie, mera jo experience hai, yeh sirf is liye hota hai ke log simple life ikhtiyar nahi karte. woh chahte hain comfort, woh chahte hain luxury. is liye hota hai. agar aap simple life ikhtiyar kar len to kuch bhi nahi. main to sari zindagi simple raha. bachon ko main ne kuch bhi nahi kiya. phir bhi sab bachay parh gaye. sab bachon ne achi education li. hum ne to kuch bhi nahi kiya.</w:t>
      </w:r>
    </w:p>
    <w:p>
      <w:pPr>
        <w:jc w:val="right"/>
      </w:pPr>
      <w:r>
        <w:t>دیکھیے، میرا جو ایکسپیرینس ہے، یہ صرف اس لیے ہوتا ہے کہ لوگ سمپل لائف اختیار نہیں کرتے۔ وہ چاہتے ہیں کمفرٹ، وہ چاہتے ہیں لگژری۔ اس لیے ہوتا ہے۔ اگر آپ سمپل لائف اختیار کر لیں تو کچھ بھی نہیں۔ میں تو ساری زندگی سمپل رہا۔ بچوں کو میں نے کچھ بھی نہیں کیا۔ پھر بھی سب بچے پڑھ گئے۔ سب بچوں نے اچھی ایجوکیشن لی۔ ہم نے تو کچھ بھی نہیں کیا۔</w:t>
      </w:r>
    </w:p>
    <w:p>
      <w:r>
        <w:rPr>
          <w:b/>
        </w:rPr>
        <w:t xml:space="preserve">[24:55] </w:t>
      </w:r>
      <w:r>
        <w:t>to gharon mein jis ko kehte hain angrezi mein idle business, idle, bekar ki mashghooliyat har ghar mein rehti hai. idle business. yaani befaida mashghooliyat. us ko khatam kijiye. to phir time hi time hai. phir time hi time hai. main ne bohat gharon ko dekha hai. din bhar</w:t>
      </w:r>
    </w:p>
    <w:p>
      <w:pPr>
        <w:jc w:val="right"/>
      </w:pPr>
      <w:r>
        <w:t>تو گھروں میں جس کو کہتے ہیں انگریزی میں آئیڈیل بزنس، آئی ڈی ایل ای، بیکار کی مشغولیت ہر گھر میں رہتی ہے۔ آئیڈیل بزنس۔ یعنی بے فائدہ مشغولیت۔ اس کو ختم کیجیے۔ تو پھر ٹائم ہی ٹائم ہے۔ پھر ٹائم ہی ٹائم ہے۔ میں نے بہت گھروں کو دیکھا ہے۔ دن بھر</w:t>
      </w:r>
    </w:p>
    <w:p>
      <w:r>
        <w:rPr>
          <w:b/>
        </w:rPr>
        <w:t xml:space="preserve">[25:25] </w:t>
      </w:r>
      <w:r>
        <w:t>masroof, din bhar busy rehte hain. busy kis cheez mein? yaani isi mein, main misaal ke tor par ek baat karta hoon. ek saahab jaane wale the Hajj ke liye. to main un se milne gaya. to main gaya to sara ghar jo hai laga hua tha tayyari mein. tayyari mein. maslan, are bhai, chamcha to rakha nahi. to chamcha rakh gaya. ke are bhai, chhuri to rakhi nahi. koi kaatenge kaise?</w:t>
      </w:r>
    </w:p>
    <w:p>
      <w:pPr>
        <w:jc w:val="right"/>
      </w:pPr>
      <w:r>
        <w:t>مصروف، دن بھر بزی رہتے ہیں۔ بزی کس چیز میں؟ یعنی اسی میں، میں مثال کے طور پر ایک بات کرتا ہوں۔ ایک صاحب جانے والے تھے حج کے لیے۔ تو میں ان سے ملنے گیا۔ تو میں گیا تو سارا گھر جو ہے لگا ہوا تھا تیاری میں۔ تیاری میں۔ مثلاً، ارے بھائی، چمچہ تو رکھا نہیں۔ تو چمچہ رکھ گیا۔ کہ ارے بھائی، چھری تو رکھی نہیں۔ کوئی کاٹیں گے کیسے؟</w:t>
      </w:r>
    </w:p>
    <w:p>
      <w:r>
        <w:rPr>
          <w:b/>
        </w:rPr>
        <w:t xml:space="preserve">[25:56] </w:t>
      </w:r>
      <w:r>
        <w:t>are bhai, woh shakar to rakh do. shakar pata nahi milegi ke nahi milegi. yeh isi din bhar, kai kai din tak phanse rahe sirf Hajj ke liye gaye. yeh koi tareeqa nahi. main kehta hoon chamcha na ho, yeh shakar na ho, tab bhi main to gaya tha Hajj karne ke liye. to kuch bhi nahi laga tha. kuch bhi nahi laga tha. literally kuch nahi laga tha. aur main bhi Hajj hua. to log jo hain, un necessary</w:t>
      </w:r>
    </w:p>
    <w:p>
      <w:pPr>
        <w:jc w:val="right"/>
      </w:pPr>
      <w:r>
        <w:t>ارے بھائی، وہ شکر تو رکھ دو۔ شکر پتہ نہیں ملے گی کہ نہیں ملے گی۔ یہ اسی دن بھر، کئی کئی دن تک پھنسے رہے۔ صرف حج کے لیے گئے۔ یہ کوئی طریقہ نہیں۔ میں کہتا ہوں چمچہ نہ ہو، یہ شکر نہ ہو، تب بھی میں تو گیا تھا حج کرنے کے لیے۔ تو کچھ بھی نہیں لگا تھا۔ کچھ بھی نہیں لگا تھا۔ Literally کچھ نہیں لگا تھا۔ اور میں بھی حج ہوا۔ تو لوگ جو ہیں، ان نیسیس</w:t>
      </w:r>
    </w:p>
    <w:p>
      <w:r>
        <w:rPr>
          <w:b/>
        </w:rPr>
        <w:t xml:space="preserve">[26:26] </w:t>
      </w:r>
      <w:r>
        <w:t>cheezon ko apne saath zaroori samajh lete hain. us mein phanse rehte hain. kehte hain waqt nahi hai. saada, yaani simple life ikhtiyar kijiye to sab waqt hi waqt hai.</w:t>
      </w:r>
    </w:p>
    <w:p>
      <w:pPr>
        <w:jc w:val="right"/>
      </w:pPr>
      <w:r>
        <w:t>ری چیزوں کو اپنے ساتھ ضروری سمجھ لیتے ہیں۔ اس میں پھنسے رہتے ہیں۔ کہتے ہیں وقت نہیں ہے۔ سادہ، یعنی سمپل لائف اختیار کیجیے تو سب وقت ہی وقت ہے۔</w:t>
      </w:r>
    </w:p>
    <w:p>
      <w:r>
        <w:rPr>
          <w:b/>
        </w:rPr>
        <w:t xml:space="preserve">[26:40] </w:t>
      </w:r>
      <w:r>
        <w:t>molana sahib, you also said just now that women should reduce shopping to the minimum and adopt simplicity. so what is the advice behind this? what is the wisdom behind this advice, molana sahib?</w:t>
      </w:r>
    </w:p>
    <w:p>
      <w:pPr>
        <w:jc w:val="right"/>
      </w:pPr>
      <w:r>
        <w:t>مولانا صاحب، you also said just now that women should reduce shopping to the minimum and adopt simplicity. So what is the advice behind this? What is the wisdom behind this advice, مولانا صاحب؟</w:t>
      </w:r>
    </w:p>
    <w:p>
      <w:r>
        <w:rPr>
          <w:b/>
        </w:rPr>
        <w:t xml:space="preserve">[26:54] </w:t>
      </w:r>
      <w:r>
        <w:t>wisdom yahi hai ke sab se bara distraction aik to hai shopping. maine to zindagi mein shopping kabhi nahi ki. kai baar aisa hua ke main america gaya to mere, yaani apne paise par mere liye woh shopping karne lagay. kapray ki ya koi saman ki. maine kabhi nahi karne diya un ko. aik baar to al swed allah ne gaya main, to hamaray aik thay, aik sahib. to mujhe le gaye, main socha kahin le ja rahay hon, kahin kisi kaam</w:t>
      </w:r>
    </w:p>
    <w:p>
      <w:pPr>
        <w:jc w:val="right"/>
      </w:pPr>
      <w:r>
        <w:t>وِزڈم یہی ہے کہ سب سے بڑا ڈسٹریکشن ایک تو ہے شاپنگ۔ میں نے تو زندگی میں شاپنگ کبھی نہیں کی۔ کئی بار ایسا ہوا کہ میں امریکہ گیا تو میرے، یعنی اپنے پیسے پر میرے لیے وہ شاپنگ کرنے لگے۔ کپڑے کی یا کوئی سامان کی۔ میں نے کبھی نہیں کرنے دیا ان کو۔ ایک بار تو السوید اللہ نے گیا میں، تو ہمارے ایک تھے، ایک صاحب۔ تو مجھے لے گئے، میں سوچا کہیں لے جا رہے ہوں، کہیں کسی کام</w:t>
      </w:r>
    </w:p>
    <w:p>
      <w:r>
        <w:rPr>
          <w:b/>
        </w:rPr>
        <w:t xml:space="preserve">[27:24] </w:t>
      </w:r>
      <w:r>
        <w:t>ke liye. to pohancha diya unhon ne shopping center mein. aur wahan aik trolley jo hoti thi na, to us mein item nikal nikal ke dalnay lagay. to mujhe shakk hua. to maine poocha, yeh kis ke liye kar rahay hain aap? to unhon ne kaha, aap ke liye. to maine sare item ko phir shelf par latwaya ke main kuch nahi le jaunga. yeh bachon ke liye toffee aur mere liye koi cheez. woh sab item us mein dal rahay thay. us mein tareeq</w:t>
      </w:r>
    </w:p>
    <w:p>
      <w:pPr>
        <w:jc w:val="right"/>
      </w:pPr>
      <w:r>
        <w:t>کے لیے۔ تو پہنچا دیا انہوں نے شاپنگ سینٹر میں۔ اور وہاں ایک ٹرالی جو ہوتی تھی نا، تو اس میں آئیٹم نکال نکال کے ڈالنے لگے۔ تو مجھے شک ہوا۔ تو میں نے پوچھا، یہ کس کے لیے کر رہے ہیں آپ؟ تو انہوں نے کہا، آپ کے لیے۔ تو میں نے سارے آئیٹم کو پھر شیلف پر لٹوایا کہ میں کچھ نہیں لے جاؤں گا۔ یہ بچوں کے لیے ٹافی اور میرے لیے کوئی چیز۔ وہ سب آئیٹم اس میں ڈال رہے تھے۔ اس میں طریق</w:t>
      </w:r>
    </w:p>
    <w:p>
      <w:r>
        <w:rPr>
          <w:b/>
        </w:rPr>
        <w:t xml:space="preserve">[27:54] </w:t>
      </w:r>
      <w:r>
        <w:t>ha yahi hota hai, aap jantay hon gay, ke aadmi ghoom ghoom kar ke trolley mein saman dalta hai. phir counter par ja kar paisa deta hai. wohi ho raha tha. to maine sare item shelf par dobara rakhwayay. main nahi jaunga. mujhe kuch nahi chahiye. to log asal mein jantay nahi simple life ki value. jis ko dekhen phansay rehtay hain. ab main jis ke liye jata hoon, bohat ziyada gaon mein, seminaron mein, conferenceon mein, sari duniya mein, main dekhta tha ke mere</w:t>
      </w:r>
    </w:p>
    <w:p>
      <w:pPr>
        <w:jc w:val="right"/>
      </w:pPr>
      <w:r>
        <w:t>ہ یہی ہوتا ہے، آپ جانتے ہوں گے، کہ آدمی گھوم گھوم کر کے ٹرالی میں سامان ڈالتا ہے۔ پھر کاؤنٹر پر جا کر پیسہ دیتا ہے۔ وہی ہو رہا تھا۔ تو میں نے سارے آئیٹم شیلف پر دوبارہ رکھوائے۔ میں نہیں جاؤں گا۔ مجھے کچھ نہیں چاہیے۔ تو لوگ اصل میں جانتے نہیں سمپل لائف کی ویلیو۔ جس کو دیکھیں پھنسے رہتے ہیں۔ اب میں جس کے لیے جاتا ہوں، بہت زیادہ گاؤں میں، سیمیناروں میں، کانفرنسوں میں، ساری دنیا میں، میں دیکھتا تھا کہ میرے</w:t>
      </w:r>
    </w:p>
    <w:p>
      <w:r>
        <w:rPr>
          <w:b/>
        </w:rPr>
        <w:t xml:space="preserve">[28:25] </w:t>
      </w:r>
      <w:r>
        <w:t>saath har aadmi jahan khatam hua conference, dorrtay thay bazaar, market, shopping karne ke liye. bachon ke liye shopping. yeh is cheez ko control karna paray ga. tab woh is khudadad opportunity ko avail karna paray ga aap. ke nikah ki shakal mein allah taala ne do insanon ko ikhatta kiya hai, mard ko aurat ko. ta ke dono aik doosray ke intellectual partner ban</w:t>
      </w:r>
    </w:p>
    <w:p>
      <w:pPr>
        <w:jc w:val="right"/>
      </w:pPr>
      <w:r>
        <w:t>ساتھ ہر آدمی جہاں ختم ہوا کانفرنس، دوڑتے تھے بازار، مارکیٹ، شاپنگ کرنے کے لیے۔ بچوں کے لیے شاپنگ۔ یہ اس چیز کو کنٹرول کرنا پڑے گا۔ تب وہ اس خداداد اپرچونٹی کو اویل کرنا پڑے گا آپ۔ کہ نکاح کی شکل میں اللہ تعالی نے دو انسانوں کو اکٹھا کیا ہے، مرد کو عورت کو۔ تاکہ دونوں ایک دوسرے کے انٹلیکچول پارٹنر بن</w:t>
      </w:r>
    </w:p>
    <w:p>
      <w:r>
        <w:rPr>
          <w:b/>
        </w:rPr>
        <w:t xml:space="preserve">[28:55] </w:t>
      </w:r>
      <w:r>
        <w:t>en, apna intellectual development karen, aur wisdom barhaen, apni wisdom barhaen. lekin koi kar nahi pata. koi phansay hue hain. koi cheezon mein phansay hue hain.</w:t>
      </w:r>
    </w:p>
    <w:p>
      <w:pPr>
        <w:jc w:val="right"/>
      </w:pPr>
      <w:r>
        <w:t>یں، اپنا انٹلیکچول ڈیولپمنٹ کریں، اور وِزڈم بڑھائیں، اپنی وِزڈم بڑھائیں۔ لیکن کوئی کر نہیں پاتا۔ کوئی پھنسے ہوئے ہیں۔ کوئی چیزوں میں پھنسے ہوئے ہیں۔</w:t>
      </w:r>
    </w:p>
    <w:p>
      <w:r>
        <w:rPr>
          <w:b/>
        </w:rPr>
        <w:t xml:space="preserve">[29:08] </w:t>
      </w:r>
      <w:r>
        <w:t>molana sahib, you also say that in the present age women can play an important role in da'wah work. why did you say this, molana sahib? can you elaborate on this?</w:t>
      </w:r>
    </w:p>
    <w:p>
      <w:pPr>
        <w:jc w:val="right"/>
      </w:pPr>
      <w:r>
        <w:t>مولانا صاحب، you also say that in the present age women can play an important role in دعویٰ work. Why did you say this, مولانا صاحب؟ Can you elaborate on this?</w:t>
      </w:r>
    </w:p>
    <w:p>
      <w:r>
        <w:rPr>
          <w:b/>
        </w:rPr>
        <w:t xml:space="preserve">[29:19] </w:t>
      </w:r>
      <w:r>
        <w:t>dekhiye, yeh is zamanay mein, zamanay ki spirit ko samjhiye aap. zamanay ki spirit ko samjhiye. is zamanay mein aik bohat bari cheez hai jo hamaray favor mein hai, ladies first. ladies first. to zamanay ka aik culture hai yeh. to jahan aap khud na kar paen, wahan woh agay barh kar dijiye un ko, lady ko. woh sab kaam karne lagi woh. to zamanay ke is culture ko ya zamanay ki sp</w:t>
      </w:r>
    </w:p>
    <w:p>
      <w:pPr>
        <w:jc w:val="right"/>
      </w:pPr>
      <w:r>
        <w:t>دیکھیے، یہ اس زمانے میں، زمانے کی اسپرٹ کو سمجھیے آپ۔ زمانے کی اسپرٹ کو سمجھیے۔ اس زمانے میں ایک بہت بڑی چیز ہے جو ہمارے فیور میں ہے، لیڈیز فرسٹ۔ لیڈیز فرسٹ۔ تو زمانے کا ایک کلچر ہے یہ۔ تو جہاں آپ خود نہ کر پائیں، وہاں وہ آگے بڑھ کر دیجیے ان کو، لیڈی کو۔ وہ سب کام کرنے لگی وہ۔ تو زمانے کے اس کلچر کو یا زمانے کی اسپ</w:t>
      </w:r>
    </w:p>
    <w:p>
      <w:r>
        <w:rPr>
          <w:b/>
        </w:rPr>
        <w:t xml:space="preserve">[29:49] </w:t>
      </w:r>
      <w:r>
        <w:t>rit ko istemal kijiye. jaise main aap ko aik misaal batata hoon. hum poland gaye. poland mein wahan christian logon ka aik seminar tha. to top top ke un ke father aur un ke baray baray log wahan bethay hue thay kursi par. aur un ke libas khas tarah ke hotay hain, dress aap jantay hain. to bethay hue thay sab. aur samnay audience tha. to hum logon ne quran distribute</w:t>
      </w:r>
    </w:p>
    <w:p>
      <w:pPr>
        <w:jc w:val="right"/>
      </w:pPr>
      <w:r>
        <w:t>رٹ کو استعمال کیجیے۔ جیسے میں آپ کو ایک مثال بتاتا ہوں۔ ہم پولینڈ گئے۔ پولینڈ میں وہاں کرسچن لوگوں کا ایک سیمینار تھا۔ تو ٹاپ ٹاپ کے ان کے فادر اور ان کے بڑے بڑے لوگ وہاں بیٹھے ہوئے تھے کرسیوں پر۔ اور ان کے لباس خاص طرح کے ہوتے ہیں، ڈریس آپ جانتے ہیں۔ تو بیٹھے ہوئے تھے سب۔ اور سامنے آڈینس تھا۔ تو ہم لوگوں نے قرآن ڈسٹریبیوٹ</w:t>
      </w:r>
    </w:p>
    <w:p>
      <w:r>
        <w:rPr>
          <w:b/>
        </w:rPr>
        <w:t xml:space="preserve">[30:20] </w:t>
      </w:r>
      <w:r>
        <w:t>karna chaha. to kuch diya gaya to us ka jo bara bara padre jo tha, us ne baray ghusay mein dekha, yeh kya ho raha hai? ab hum log to dar gaye. to hamaray saath sadia thi, hamari jo grand daughter hai. woh christian missionary school mein parhi hui hai woh. to woh baghair hamaray kuch kahe bhi, woh janti thi ke in logon ka culture kya hota hai. woh gayi, woh</w:t>
      </w:r>
    </w:p>
    <w:p>
      <w:pPr>
        <w:jc w:val="right"/>
      </w:pPr>
      <w:r>
        <w:t>کرنا چاہا۔ تو کچھ دیا گیا تو اس کا جو بڑا بڑا پادری جو تھا، اس نے بڑے غصے میں دیکھا، یہ کیا ہو رہا ہے؟ اب ہم لوگ تو ڈر گئے۔ تو ہمارے ساتھ سعدیہ تھی، ہماری جو گرینڈ ڈاٹر ہے۔ وہ کرسچن مشنری اسکول میں پڑھی ہوئی ہے وہ۔ تو وہ بغیر ہمارے کچھ کہے بھی، وہ جانتی تھی کہ ان لوگوں کا کلچر کیا ہوتا ہے۔ وہ گئی، وہ</w:t>
      </w:r>
    </w:p>
    <w:p>
      <w:r>
        <w:rPr>
          <w:b/>
        </w:rPr>
        <w:t xml:space="preserve">[30:50] </w:t>
      </w:r>
      <w:r>
        <w:t>bara padre jo tha, us ke paas gayi aur aisay hi sar jhuka kar kehti hai ke bless me father. us ne jaise hi kaha ke bless me father, sara mahol badal gaya. aur khoob freely hum ne distribute kiya. aik hi sentence, bless me father. yeh hum nahi kar saktay thay. koi mard nahi kar sakta tha. to us ko istemal kijiye. yaani zamanay ki is spirit ko, zamanay ke is culture ko apnay favor mein istemal kijiye.</w:t>
      </w:r>
    </w:p>
    <w:p>
      <w:pPr>
        <w:jc w:val="right"/>
      </w:pPr>
      <w:r>
        <w:t>بڑا پادری جو تھا، اس کے پاس گئی اور ایسے ہی سر جھکا کر کہتی ہے کہ بلیس می فادر۔ اس نے جیسے ہی کہا کہ بلیس می فادر، سارا ماحول بدل گیا۔ اور خوب فریئلی ہم نے ڈسٹریبیوٹ کیا۔ ایک ہی سینٹنس، بلیس می فادر۔ یہ ہم نہیں کر سکتے تھے۔ کوئی مرد نہیں کر سکتا تھا۔ تو اس کو استعمال کیجیے۔ یعنی زمانے کی اس اسپرٹ کو، زمانے کے اس کلچر کو اپنے فیور میں استعمال کیجیے۔</w:t>
      </w:r>
    </w:p>
    <w:p>
      <w:r>
        <w:rPr>
          <w:b/>
        </w:rPr>
        <w:t xml:space="preserve">[31:25] </w:t>
      </w:r>
      <w:r>
        <w:t>molana sahib, people often say that women's position in islam is inferior to men. and they cite the inheritance law and the law of witness as an example. what is the correct picture, molana sahib, if you could tell all of us?</w:t>
      </w:r>
    </w:p>
    <w:p>
      <w:pPr>
        <w:jc w:val="right"/>
      </w:pPr>
      <w:r>
        <w:t>مولانا صاحب، people often say that women's position in Islam is inferior to men. And they cite the inheritance law and the law of witness as an example. What is the correct picture, مولانا صاحب, if you could tell all of us?</w:t>
      </w:r>
    </w:p>
    <w:p>
      <w:r>
        <w:rPr>
          <w:b/>
        </w:rPr>
        <w:t xml:space="preserve">[31:40] </w:t>
      </w:r>
      <w:r>
        <w:t>yeh log khawamkhwah is ko sawal bana rahi hain ke wirasat mein, yaani mard ke muqablay mein aurat ko aadha milta hai. hain? yeh bilkul, yaani irrelevant question hai. aap sochiye, wirasat se koi duniya mein bara taraqqi karta hai? mujhe bataiye. woh to aik technical si baat hai ke chounke mard ko to sirf baap ki taraf se hissa milta hai, aur aurat ko me</w:t>
      </w:r>
    </w:p>
    <w:p>
      <w:pPr>
        <w:jc w:val="right"/>
      </w:pPr>
      <w:r>
        <w:t>یہ لوگ خوامخواہ اس کو سوال بنا رہی ہیں کہ وراثت میں، یعنی مرد کے مقابلے میں عورت کو آدھا ملتا ہے۔ ہیں؟ یہ بالکل، یعنی irrelevant question ہے۔ آپ سوچیے، وراثت سے کوئی دنیا میں بڑا ترقی کرتا ہے؟ مجھے بتائیے۔ وہ تو ایک ٹیکنیکل سی بات ہے کہ چونکہ مرد کو تو صرف باپ کی طرف سے حصہ ملتا ہے، اور عورت کو می</w:t>
      </w:r>
    </w:p>
    <w:p>
      <w:r>
        <w:rPr>
          <w:b/>
        </w:rPr>
        <w:t xml:space="preserve">[32:10] </w:t>
      </w:r>
      <w:r>
        <w:t>h aur susral dono taraf se milta hai hissa. yaani shohar ki taraf se bhi, baap ki taraf se bhi. to aurat ko do taraf se hissa milta hai. mard ko aik taraf se milta hai. is liye aisa rakha gaya. lekin is ka matlab nahi ke is ki wajah se koi bara farq par jaye ga. aadmi dekhiye, jo khud kamata hai, usi se taraqqi hoti hai is ki. yeh wirasat se kuch mil jaye, is se koi taraqqi nahi hoti. woh to aik technical baat hai. to agar aadmi ach</w:t>
      </w:r>
    </w:p>
    <w:p>
      <w:pPr>
        <w:jc w:val="right"/>
      </w:pPr>
      <w:r>
        <w:t>کہ اور سسرال دونوں طرف سے ملتا ہے حصہ۔ یعنی شوہر کی طرف سے بھی، باپ کی طرف سے بھی۔ تو عورت کو دو طرف سے حصہ ملتا ہے۔ مرد کو ایک طرف سے ملتا ہے۔ اس لیے ایسا رکھا گیا۔ لیکن اس کا مطلب نہیں کہ اس کی وجہ سے کوئی بڑا فرق پڑ جائے گا۔ آدمی دیکھیے، جو خود کماتا ہے، اسی سے ترقی ہوتی ہے اس کی۔ یہ وراثت سے کچھ مل جائے، اس سے کوئی ترقی نہیں ہوتی۔ وہ تو ایک ٹیکنیکل بات ہے۔ تو اگر آدمی ا</w:t>
      </w:r>
    </w:p>
    <w:p>
      <w:r>
        <w:rPr>
          <w:b/>
        </w:rPr>
        <w:t xml:space="preserve">[32:40] </w:t>
      </w:r>
      <w:r>
        <w:t>hi education le, apnay time ko waste na kare, woh opportunity ko avail kare, to wirasat kya? maine bohat se log dekhe hain ke un ko wirasat jo mili, us ko avail bhi nahi kiya, woh chalay gaye america, chalay gaye europe, chalay gaye kahin. woh, yaani us ko kabhi poochte bhi nahi, mera kitna hissa hai. bahar kama rahay hain. to yeh bahar aik khawamkhwah ka masla bana rakha hai. aik technical si baat hai ke chounke mard ko</w:t>
      </w:r>
    </w:p>
    <w:p>
      <w:pPr>
        <w:jc w:val="right"/>
      </w:pPr>
      <w:r>
        <w:t>چھی ایجوکیشن لے، اپنے ٹائم کو ویسٹ نہ کرے، وہ اپرچونٹی کو اویل کرے، تو وراثت کیا؟ میں نے بہت سے لوگ دیکھے ہیں کہ ان کو وراثت جو ملی، اس کو اویل بھی نہیں کیا، وہ چلے گئے امریکہ، چلے گئے یورپ، چلے گئے کہیں۔ وہ، یعنی اس کو کبھی پوچھتے بھی نہیں، میرا کتنا حصہ ہے۔ باہر کما رہے ہیں۔ تو یہ باہر ایک خوامخواہ کا مسئلہ بنا رکھا ہے۔ ایک ٹیکنیکل سی بات ہے کہ چونکہ مرد کو</w:t>
      </w:r>
    </w:p>
    <w:p>
      <w:r>
        <w:rPr>
          <w:b/>
        </w:rPr>
        <w:t xml:space="preserve">[33:10] </w:t>
      </w:r>
      <w:r>
        <w:t>hissa sirf baap ki taraf se milta hai, aur aurat ko milta hai do taraf se, yaani mekay mein bhi, susral mein bhi, is wajah se aisa rakha gaya. aik technical si baat hai. is ka koi ta'alluq islam ki taraqqi se nahi hai.</w:t>
      </w:r>
    </w:p>
    <w:p>
      <w:pPr>
        <w:jc w:val="right"/>
      </w:pPr>
      <w:r>
        <w:t>حصہ صرف باپ کی طرف سے ملتا ہے، اور عورت کو ملتا ہے دو طرف سے، یعنی میکہ میں بھی، سسرال میں بھی، اس وجہ سے ایسا رکھا گیا۔ ایک ٹیکنیکل سی بات ہے۔ اس کا کوئی تعلق اسلام کی ترقی سے نہیں ہے۔</w:t>
      </w:r>
    </w:p>
    <w:p>
      <w:r>
        <w:rPr>
          <w:b/>
        </w:rPr>
        <w:t xml:space="preserve">[33:27] </w:t>
      </w:r>
      <w:r>
        <w:t>molana sahib, the similar example of law of witness is used: that two women against one man. so they say that this shows that, you know, women are considered inferior. so what would you say to that?</w:t>
      </w:r>
    </w:p>
    <w:p>
      <w:pPr>
        <w:jc w:val="right"/>
      </w:pPr>
      <w:r>
        <w:t>مولانا صاحب، the similar example of law of witness is used: that two women against one man. So they say that this shows that, you know, women are considered inferior. So what would you say to that?</w:t>
      </w:r>
    </w:p>
    <w:p>
      <w:r>
        <w:rPr>
          <w:b/>
        </w:rPr>
        <w:t xml:space="preserve">[33:40] </w:t>
      </w:r>
      <w:r>
        <w:t>dekhiye, yeh discrimination ki baat nahi hai. is par aik bohat acha research chhapi thi times, jo america, new york ka parcha hai, time magazine. us mein chhapi thi aik bohat achi report. aik research hui hai. is research mein bataya hai ke aurat ka mind aur mard ka mind different hota hai. different hota hai. yaani aurat ka mind jo hota hai, multi fo</w:t>
      </w:r>
    </w:p>
    <w:p>
      <w:pPr>
        <w:jc w:val="right"/>
      </w:pPr>
      <w:r>
        <w:t>دیکھیے، یہ ڈسکریشن کی بات نہیں ہے۔ اس پر ایک بہت اچھا ریسرچ چھپی تھی ٹائمز، جو امریکہ، نیویارک کا پرچہ ہے، ٹائم میگزین۔ اس میں چھپی تھی ایک بہت اچھی رپورٹ۔ ایک ریسرچ ہوئی ہے۔ اس ریسرچ میں بتایا ہے کہ عورت کا مائنڈ اور مرد کا مائنڈ different ہوتا ہے۔ different ہوتا ہے۔ یعنی عورت کا مائنڈ جو ہوتا ہے، ملٹی فو</w:t>
      </w:r>
    </w:p>
    <w:p>
      <w:r>
        <w:rPr>
          <w:b/>
        </w:rPr>
        <w:t xml:space="preserve">[34:10] </w:t>
      </w:r>
      <w:r>
        <w:t>cused hota hai. aurat ka mind multi focused hota hai. mard ka mind single focused hota hai. single focused. ab aik waqia hua. wahan mard aurat dono hain. to mard apnay single focused honay ki wajah se, woh usi par stick karay ga. usi dekhe ga, usi dekhe ga, usi dekhe ga. aurat apnay multi focused mind ki wajah se, idhar bhi dekhe gi, udhar bhi dekhe gi. ke bachay ki taraf dekhe gi, ke kisi taraf. to ho sakta hai</w:t>
      </w:r>
    </w:p>
    <w:p>
      <w:pPr>
        <w:jc w:val="right"/>
      </w:pPr>
      <w:r>
        <w:t>کسڈ ہوتا ہے۔ عورت کا مائنڈ ملٹی فوکسڈ ہوتا ہے۔ مرد کا مائنڈ سنگل فوکسڈ ہوتا ہے۔ سنگل فوکسڈ۔ اب ایک واقعہ ہوا۔ وہاں مرد عورت دونوں ہیں۔ تو مرد اپنے سنگل فوکسڈ ہونے کی وجہ سے، وہ اسی پر اسٹک کرے گا۔ اسی دیکھے گا، اسی دیکھے گا، اسی دیکھے گا۔ عورت اپنے ملٹی فوکسڈ مائنڈ کی وجہ سے، ادھر بھی دیکھے گی، ادھر بھی دیکھے گی۔ کہ بچے کی طرف دیکھے گی، کہ کسی طرف۔ تو ہو سکتا ہے</w:t>
      </w:r>
    </w:p>
    <w:p>
      <w:r>
        <w:rPr>
          <w:b/>
        </w:rPr>
        <w:t xml:space="preserve">[34:41] </w:t>
      </w:r>
      <w:r>
        <w:t>ke woh kar jaye. aurat jo hai, apnay multi focused mind ki wajah se, kisi aspect ko pakar na paye. lekin mard pakray ga, kyun ke woh to aik single focused hai, usi par hi stick kar raha hai. to saada si baat hai. is ko masla bana rakha hai. yaani nature ne jo farq rakha hai, is liye ke society mein dono tarah ki zaroorat hai. dono tarah ki zaroorat hai. main apnay tajrubay se kehta hoon, main is k</w:t>
      </w:r>
    </w:p>
    <w:p>
      <w:pPr>
        <w:jc w:val="right"/>
      </w:pPr>
      <w:r>
        <w:t>کہ وہ کر جائے۔ عورت جو ہے، اپنے ملٹی فوکسڈ مائنڈ کی وجہ سے، کسی aspect کو پکڑ نہ پائے۔ لیکن مرد پکڑے گا، کیونکہ وہ تو ایک سنگل فوکسڈ ہے، اسی پر ہی اسٹک کر رہا ہے۔ تو سادہ سی بات ہے۔ اس کو مسئلہ بنا رکھا ہے۔ یعنی نیچر نے جو فرق رکھا ہے، اس لیے کہ سوسائٹی میں دونوں طرح کی ضرورت ہے۔ دونوں طرح کی ضرورت ہے۔ میں اپنے تجربے سے کہتا ہوں، میں اس ک</w:t>
      </w:r>
    </w:p>
    <w:p>
      <w:r>
        <w:rPr>
          <w:b/>
        </w:rPr>
        <w:t xml:space="preserve">[35:11] </w:t>
      </w:r>
      <w:r>
        <w:t>amray mein rehta tha, meri biwi idhar rehti thi. to kai baar aisa hota tha ke woh aati thi mere kamray mein, to idhar telephone ki ghanti bajti thi. main sota nahi tha. woh so leti thi. kyun ke woh mere paas bhi, un ka mind mere paas bhi hai, aur idhar bhi hai un ka mind. aisa bohat hua ke main nahi so saka aur unhon ne so liya. to yeh to aik allah taala, creator ne yeh dekha ke society</w:t>
      </w:r>
    </w:p>
    <w:p>
      <w:pPr>
        <w:jc w:val="right"/>
      </w:pPr>
      <w:r>
        <w:t>مرے میں رہتا تھا، میری بیوی ادھر رہتی تھی۔ تو کئی بار ایسا ہوتا تھا کہ وہ آتی تھی میرے کمرے میں، تو ادھر ٹیلی فون کی گھنٹی بجتی تھی۔ میں سوتا نہیں تھا۔ وہ سو لیتی تھی۔ کیونکہ وہ میرے پاس بھی، ان کا مائنڈ میرے پاس بھی ہے، اور ادھر بھی ہے ان کا مائنڈ۔ ایسا بہت ہوا کہ میں نہیں سو سکا اور انہوں نے سو لیا۔ تو یہ تو ایک اللہ تعالیٰ، کریٹر نے یہ دیکھا کہ سوسائٹی</w:t>
      </w:r>
    </w:p>
    <w:p>
      <w:r>
        <w:rPr>
          <w:b/>
        </w:rPr>
        <w:t xml:space="preserve">[35:41] </w:t>
      </w:r>
      <w:r>
        <w:t>mein, family mein, dono tarah ke aadmi ki zaroorat paray gi. dono tarah ki. to do qism ka mind bana diya. aik single focused hai, aik multi focused hai. is mein masla kya? masla is mein ke, to jo witness ho gi, to mind chounke single focused hai, to jo waqia ho raha hai, us par bohat ziyada woh focus kar ke dekhe ga. aik hi cheez. aur aurat jo hai, kabhi idhar dekh le gi, kabhi udhar dekh le g</w:t>
      </w:r>
    </w:p>
    <w:p>
      <w:pPr>
        <w:jc w:val="right"/>
      </w:pPr>
      <w:r>
        <w:t>میں، فیملی میں، دونوں طرح کے آدمی کی ضرورت پڑے گی۔ دونوں طرح کی۔ تو دو قسم کا مائنڈ بنا دیا۔ ایک سنگل فوکسڈ ہے، ایک ملٹی فوکسڈ ہے۔ اس میں مسئلہ کیا؟ مسئلہ اس میں کہ، تو جو وِٹنس ہو گی، تو مائنڈ چونکہ سنگل فوکسڈ ہے، تو جو واقعہ ہو رہا ہے، اس پر بہت زیادہ وہ فوکس کر کے دیکھے گا۔ ایک ہی چیز۔ اور عورت جو ہے، کبھی ادھر دیکھ لے گی، کبھی ادھر دیکھ لے گ</w:t>
      </w:r>
    </w:p>
    <w:p>
      <w:r>
        <w:rPr>
          <w:b/>
        </w:rPr>
        <w:t xml:space="preserve">[36:11] </w:t>
      </w:r>
      <w:r>
        <w:t>i. to witness hi aik baat nahi zindagi mein. zindagi mein witness hazar items mein se aik item ki baat hai. to bohat saray doosray items mein aurat better hai. jaise telephone ki awaz sunna. main nahi sun pata to woh sun leti thi. to koi aik hi baat thori zindagi mein. witness ka masla hai. aik hi baat nahi hai. zindagi mein bohat si aur aur baaten hain.</w:t>
      </w:r>
    </w:p>
    <w:p>
      <w:pPr>
        <w:jc w:val="right"/>
      </w:pPr>
      <w:r>
        <w:t>ی۔ تو وِٹنس ہی ایک بات نہیں زندگی میں۔ زندگی میں وِٹنس ہزار آئٹمز میں سے ایک آئٹم کی بات ہے۔ تو بہت سارے دوسرے آئٹمز میں عورت بیٹر ہے۔ جیسے ٹیلی فون کی آواز سننا۔ میں نہیں سن پاتا تو وہ سن لیتی تھی۔ تو کوئی ایک ہی بات تھوڑی زندگی میں۔ وِٹنس کا مسئلہ ہے۔ ایک ہی بات نہیں ہے۔ زندگی میں بہت سی اور اور باتیں ہیں۔</w:t>
      </w:r>
    </w:p>
    <w:p>
      <w:r>
        <w:rPr>
          <w:b/>
        </w:rPr>
        <w:t xml:space="preserve">[36:41] </w:t>
      </w:r>
      <w:r>
        <w:t>to aur baaton mein kai aisi cheezain hoti hain. jaise ghar ka nizam hai, mislan. ab kahin aik bachay idhar hai, kahin idhar kitchen mein khana pak raha hai. idhar pani aa raha hai ke nahi aa raha? trap mein. yaani ghar mein aap jantay hain ke bohat se maslay hotay hain. mard focus nahi kar pata kai cheezon par. aurat kar leti hai. isi liye aurat jo hai, aisi jagah par jahan kai pehlu hon, to wahan best manager hoti hai woh</w:t>
      </w:r>
    </w:p>
    <w:p>
      <w:pPr>
        <w:jc w:val="right"/>
      </w:pPr>
      <w:r>
        <w:t>تو اور باتوں میں کئی ایسی چیزیں ہوتی ہیں۔ جیسے گھر کا نظام ہے، مثلاً۔ اب کہیں ایک بچہ ادھر ہے، کہیں ادھر کچن میں کھانا پک رہا ہے۔ ادھر پانی آ رہا ہے کہ نہیں آ رہا؟ ٹریپ میں۔ یعنی گھر میں آپ جانتے ہیں کہ بہت سے مسئلے ہوتے ہیں۔ مرد فوکس نہیں کر پاتا کئی چیزوں پر۔ عورت کر لیتی ہے۔ اسی لیے عورت جو ہے، ایسی جگہ پر جہاں کئی پہلو ہوں، تو وہاں بیسٹ مینیجر ہوتی ہے وہ</w:t>
      </w:r>
    </w:p>
    <w:p>
      <w:r>
        <w:rPr>
          <w:b/>
        </w:rPr>
        <w:t xml:space="preserve">[37:11] </w:t>
      </w:r>
      <w:r>
        <w:t>۔ aur jahan aik hi pehlu hon, wahan mard acha manager hota hai. to is mein kya, is ko hiba bananay ki kya zaroorat hai? yeh bhi acha hai, woh bhi acha hai, moqa ke lehaz se.</w:t>
      </w:r>
    </w:p>
    <w:p>
      <w:pPr>
        <w:jc w:val="right"/>
      </w:pPr>
      <w:r>
        <w:t>۔ اور جہاں ایک ہی پہلو ہوں، وہاں مرد اچھا مینیجر ہوتا ہے۔ تو اس میں کیا، اس کو ہبہ بنانے کی کیا ضرورت ہے؟ یہ بھی اچھا ہے، وہ بھی اچھا ہے، موقع کے لحاظ سے۔</w:t>
      </w:r>
    </w:p>
    <w:p>
      <w:r>
        <w:rPr>
          <w:b/>
        </w:rPr>
        <w:t xml:space="preserve">[37:26] </w:t>
      </w:r>
      <w:r>
        <w:t>ji. maulana sahib, what is the significance of hijab in islam?</w:t>
      </w:r>
    </w:p>
    <w:p>
      <w:pPr>
        <w:jc w:val="right"/>
      </w:pPr>
      <w:r>
        <w:t>جی۔ مولانا صاحب، what is the significance of حجاب in Islam؟</w:t>
      </w:r>
    </w:p>
    <w:p>
      <w:r>
        <w:rPr>
          <w:b/>
        </w:rPr>
        <w:t xml:space="preserve">[37:32] </w:t>
      </w:r>
      <w:r>
        <w:t>bhai, main ne kaha ke main wohi, wohi, wohi mera maslak hai jo, woh jo allama naseeruddin albani ka hai, jo unhon ne likha hijab al-amalat al-muslima mein. woh kehte hain ke hijab jis ko aaj kal kaha jata hai, woh islam ke daur mein nahi tha. wohi main ne aap ko jo hadith sunai, ke agar hijab hota to kaise pehante woh? andhera ho ya ujala</w:t>
      </w:r>
    </w:p>
    <w:p>
      <w:pPr>
        <w:jc w:val="right"/>
      </w:pPr>
      <w:r>
        <w:t>بھائی، میں نے کہا کہ میں وہی، وہی، وہی میرا مسلک ہے جو، وہ جو علامہ ناصر الدین البانی کا ہے، جو انہوں نے لکھا حجاب العملات المسلمہ میں۔ وہ کہتے ہیں کہ حجاب جس کو آج کل کہا جاتا ہے، وہ اسلام کے دور میں نہیں تھا۔ وہی میں نے آپ کو جو حدیث سنائی، کہ اگر حجاب ہوتا تو کیسے پہچانتے وہ؟ اندھیرا ہو یا اجالا</w:t>
      </w:r>
    </w:p>
    <w:p>
      <w:r>
        <w:rPr>
          <w:b/>
        </w:rPr>
        <w:t xml:space="preserve">[38:02] </w:t>
      </w:r>
      <w:r>
        <w:t>? jahan tak sar dhakne ki baat hai, to sar dhakna mard ke liye bhi hai, aurat ke liye bhi hai. yeh ek pehchan ki baat hai. sar dhakna jo hai, aurat ke liye bhi hai, mard ke liye bhi hai. yeh sab baatein bohat hi travel button hain, travel. khwamkhwah is ko bara masla bana dete hain.</w:t>
      </w:r>
    </w:p>
    <w:p>
      <w:pPr>
        <w:jc w:val="right"/>
      </w:pPr>
      <w:r>
        <w:t>؟ جہاں تک سر ڈھکنے کی بات ہے، تو سر ڈھکنا مرد کے لیے بھی ہے، عورت کے لیے بھی ہے۔ یہ ایک پہچان کی بات ہے۔ سر ڈھکنا جو ہے، عورت کے لیے بھی ہے، مرد کے لیے بھی ہے۔ یہ سب باتیں بہت ہی ٹریول بٹن ہیں، ٹریول۔ خوامخواہ اس کو بڑا مسئلہ بنا دیتے ہیں۔</w:t>
      </w:r>
    </w:p>
    <w:p>
      <w:r>
        <w:rPr>
          <w:b/>
        </w:rPr>
        <w:t xml:space="preserve">[38:27] </w:t>
      </w:r>
      <w:r>
        <w:t>maulana sahib, survey reports have shown that the female literacy in muslim societies is very low. and in fact, for this prime reason, many say that education for women is not considered as a priority in islam. what would you say to that?</w:t>
      </w:r>
    </w:p>
    <w:p>
      <w:pPr>
        <w:jc w:val="right"/>
      </w:pPr>
      <w:r>
        <w:t>مولانا صاحب، survey reports have shown that the female literacy in مسلم societies is very low. And in fact, for this prime reason, many say that education for women is not considered as a priority in Islam. What would you say to that?</w:t>
      </w:r>
    </w:p>
    <w:p>
      <w:r>
        <w:rPr>
          <w:b/>
        </w:rPr>
        <w:t xml:space="preserve">[38:46] </w:t>
      </w:r>
      <w:r>
        <w:t>nahi, aisa nahi hai. is ka islam se taluq nahi hai. is ka taluq hai riwaj se. ziyada tar india mein hai yeh. india mein ek concept nahi tha pehle ke auratein parhein. ab to ho gaya hai. yani britishers ke aane se hua hai. india ki society mein britishers ke aane se farq pada hai. warna is se pehle yahi tha ke auratein nahi, sirf mard parhein. isi ka asar musalmanon mein bhi tha. medical education</w:t>
      </w:r>
    </w:p>
    <w:p>
      <w:pPr>
        <w:jc w:val="right"/>
      </w:pPr>
      <w:r>
        <w:t>نہیں، ایسا نہیں ہے۔ اس کا اسلام سے تعلق نہیں ہے۔ اس کا تعلق ہے رواج سے۔ زیادہ تر انڈیا میں ہے یہ۔ انڈیا میں ایک کانسیپٹ نہیں تھا پہلے کہ عورتیں پڑھیں۔ اب تو ہو گیا ہے۔ یعنی برٹشرز کے آنے سے ہوا ہے۔ انڈیا کی سوسائٹی میں برٹشرز کے آنے سے فرق پڑا ہے۔ ورنہ اس سے پہلے یہی تھا کہ عورتیں نہیں، صرف مرد پڑھیں۔ اسی کا اثر مسلمانوں میں بھی تھا۔ میڈیکل ایجوکیشن</w:t>
      </w:r>
    </w:p>
    <w:p>
      <w:r>
        <w:rPr>
          <w:b/>
        </w:rPr>
        <w:t xml:space="preserve">[39:16] </w:t>
      </w:r>
      <w:r>
        <w:t>ke muamle mein, mard aurat mein koi farq nahi hai. dono ko yeksahan taur par padhna chahiye. lekin subject ka jo selection hoga, zahir hai ke woh apne test ke lehaz se hoga. jaisa test, waisa subject. to is mein, yani aap kahein ke sab ko, sab ko ek hi cheez padhna chahiye, to yeh baat bhoolen. woh unnatural hai woh. woh unnatural hai.</w:t>
      </w:r>
    </w:p>
    <w:p>
      <w:pPr>
        <w:jc w:val="right"/>
      </w:pPr>
      <w:r>
        <w:t>کے معاملے میں، مرد عورت میں کوئی فرق نہیں ہے۔ دونوں کو یکساں طور پر پڑھنا چاہیے۔ لیکن سبجیکٹ کا جو سلیکشن ہوگا، ظاہر ہے کہ وہ اپنے ٹیسٹ کے لحاظ سے ہوگا۔ جیسا ٹیسٹ، ویسا سبجیکٹ۔ تو اس میں، یعنی آپ کہیں کہ سب کو، سب کو ایک ہی چیز پڑھنا چاہیے، تو یہ بات بھولیں۔ وہ unnatural ہے وہ۔ وہ unnatural ہے۔</w:t>
      </w:r>
    </w:p>
    <w:p>
      <w:r>
        <w:rPr>
          <w:b/>
        </w:rPr>
        <w:t xml:space="preserve">[39:47] </w:t>
      </w:r>
      <w:r>
        <w:t>mardon mein bhi aur auraton mein bhi. mard bhi apne test ke lehaz se subject lete hain. auratein bhi apne test ke lehaz se subject leti hain. is mein koi baat hi nahi. koi baat hi nahi. woh main ne kaha na ke travel cheezon ko bara chada diya. yeh koi baat nahi hai.</w:t>
      </w:r>
    </w:p>
    <w:p>
      <w:pPr>
        <w:jc w:val="right"/>
      </w:pPr>
      <w:r>
        <w:t>مردوں میں بھی اور عورتوں میں بھی۔ مرد بھی اپنے ٹیسٹ کے لحاظ سے سبجیکٹ لیتے ہیں۔ عورتیں بھی اپنے ٹیسٹ کے لحاظ سے سبجیکٹ لیتی ہیں۔ اس میں کوئی بات ہی نہیں۔ کوئی بات ہی نہیں ہے۔ وہ میں نے کہا نا کہ ٹریول چیزوں کو بڑا چڑھا دیا۔ یہ کوئی بات نہیں ہے۔</w:t>
      </w:r>
    </w:p>
    <w:p>
      <w:r>
        <w:rPr>
          <w:b/>
        </w:rPr>
        <w:t xml:space="preserve">[40:03] </w:t>
      </w:r>
      <w:r>
        <w:t>ji. maulana sahib, polygamy is always in the news. in today's age, monogamy is considered right. and therefore, many people question the allowance that is given in islam for polygamous marriages. what would you say to that?</w:t>
      </w:r>
    </w:p>
    <w:p>
      <w:pPr>
        <w:jc w:val="right"/>
      </w:pPr>
      <w:r>
        <w:t>جی۔ مولانا صاحب، polygamy is always in the news. In today's age, monogamy is consideredright. And therefore, many people question the allowance that is given in Islam for polygamous marriages. What would you say to that?</w:t>
      </w:r>
    </w:p>
    <w:p>
      <w:r>
        <w:rPr>
          <w:b/>
        </w:rPr>
        <w:t xml:space="preserve">[40:21] </w:t>
      </w:r>
      <w:r>
        <w:t>dekhiye, polygamy jo hai, woh islam ka koi principle nahi hai. woh to law of justice ka principle hai. farz samjhiye, jaise namaz hai. namaz jo hai, law of justice ka masla nahi hai. woh to hamara farz hai. lekin polygamy law of justice ke baais paida hua. yani madine mein jab islam aaya, to wahan ladaiyan chhid gayeen. to ladaiyon ki wajah se kya hua? ke aap jante hain, l</w:t>
      </w:r>
    </w:p>
    <w:p>
      <w:pPr>
        <w:jc w:val="right"/>
      </w:pPr>
      <w:r>
        <w:t>دیکھیے، polygamy جو ہے، وہ اسلام کا کوئی پرنسپل نہیں ہے۔ وہ تو law of justice کا پرنسپل ہے۔ فرض سمجھیے، جیسے نماز ہے۔ نماز جو ہے، law of justice کا مسئلہ نہیں ہے۔ وہ تو ہمارا فرض ہے۔ لیکن polygamy law of justice کے باعث پیدا ہوا۔ یعنی مدینے میں جب اسلام آیا، تو وہاں لڑائیاں چھڑ گئیں۔ تو لڑائیوں کی وجہ سے کیا ہوا؟ کہ آپ جانتے ہیں، ل</w:t>
      </w:r>
    </w:p>
    <w:p>
      <w:r>
        <w:rPr>
          <w:b/>
        </w:rPr>
        <w:t xml:space="preserve">[40:51] </w:t>
      </w:r>
      <w:r>
        <w:t>daiyon mein mard ziyada mare jate hain. to auratein ho gayeen surplus. to auraton ko jab surplus ho gayeen to kya kiya jaye? kya kiya jaye? to settlement ke liye yeh hua ke bhai, ek se ziyada shadiyan kar lein mard. bas. woh ek islam mein yeh cheez bator law of justice hi aayi hai. na ke as a general principle. main aap ko ek qissa batata hoon. main ne padha tha ke second world</w:t>
      </w:r>
    </w:p>
    <w:p>
      <w:pPr>
        <w:jc w:val="right"/>
      </w:pPr>
      <w:r>
        <w:t>ڑائیوں میں مرد زیادہ مارے جاتے ہیں۔ تو عورتیں ہو گئیں سرپلس۔ تو عورتوں کو جب سرپلس ہو گئی تو کیا کیا جائے؟ کیا کیا جائے؟ تو سیٹلمنٹ کے لیے یہ ہوا کہ بھئی، ایک سے زیادہ شادیاں کر لیں مرد۔ بس۔ وہ ایک اسلام میں یہ چیز بطور law of justice ہی آئی ہے۔ نہ کہ as a general principle۔ میں آپ کو ایک قصہ بتاتا ہوں۔ میں نے پڑھا تھا کہ سیکنڈ ورلڈ</w:t>
      </w:r>
    </w:p>
    <w:p>
      <w:r>
        <w:rPr>
          <w:b/>
        </w:rPr>
        <w:t xml:space="preserve">[41:21] </w:t>
      </w:r>
      <w:r>
        <w:t>war mein, chuki france shamil tha, to yeh germany ka qissa hai. germany shamil tha. to germany mein second world war jab khatam hui, to auratein surplus ho gayeen. mard kam ho gaye. auratein ziyada, nahi, woh mard kam ho gaye, auratein ziyada ho gayeen. yani auratein surplus ho gayeen. to yahan yeh halat ho gayi ke auraton ne, ya</w:t>
      </w:r>
    </w:p>
    <w:p>
      <w:pPr>
        <w:jc w:val="right"/>
      </w:pPr>
      <w:r>
        <w:t>وار میں، چونکہ فرانس شامل تھا، تو یہ جرمنی کا قصہ ہے۔ جرمنی شامل تھا۔ تو جرمنی میں سیکنڈ ورلڈ وار جب ختم ہوئی، تو عورتیں سرپلس ہو گئیں۔ مرد کم ہو گئے۔ عورتیں زیادہ، نہیں، وہ مرد کم ہو گئے، عورتیں زیادہ ہو گئیں۔ یعنی عورتیں سرپلس ہو گئیں۔ تو یہاں یہ حالت ہو گئی کہ عورتوں نے، یع</w:t>
      </w:r>
    </w:p>
    <w:p>
      <w:r>
        <w:rPr>
          <w:b/>
        </w:rPr>
        <w:t xml:space="preserve">[41:51] </w:t>
      </w:r>
      <w:r>
        <w:t>ani bohat si auraton ke gharon ke samne yeh board dikhai diya ke "WANTED AND EVENING GUEST". yani bohat si auraton ne apne ghar ke samne yeh board laga diya ke "WANTED AND EVENING GUEST". to yeh masla law of justice ka hai. yeh islam ka koi general principle ka nahi hai. to ab dekhiye, yahan par do mein se ek ka option hai. ek ka option yeh hai ke auratein jo hain, "WANTED AND EV</w:t>
      </w:r>
    </w:p>
    <w:p>
      <w:pPr>
        <w:jc w:val="right"/>
      </w:pPr>
      <w:r>
        <w:t>نی بہت سی عورتوں کے گھروں کے سامنے یہ بورڈ دکھائی دیا کہ "WANTED AND EVENING GUEST"۔ یعنی بہت سی عورتوں نے اپنے گھر کے سامنے یہ بورڈ لگا دیا کہ "WANTED AND EVENING GUEST"۔ تو یہ مسئلہ law of justice کا ہے۔ یہ اسلام کا کوئی جنرل پرنسپل کا نہیں ہے۔ تو اب دیکھیے، یہاں پر دو میں سے ایک کا آپشن ہے۔ ایک کا آپشن یہ ہے کہ عورتیں جو ہیں، "WANTED AND EV</w:t>
      </w:r>
    </w:p>
    <w:p>
      <w:r>
        <w:rPr>
          <w:b/>
        </w:rPr>
        <w:t xml:space="preserve">[42:21] </w:t>
      </w:r>
      <w:r>
        <w:t>ENING GUEST" ka board laga dein apne ghar ke samne. aur ek hai polygamy. to islam jo hai, polygamy ko lesser evil samajhta hai. woh phir bhi lesser evil hai, woh koi achhi baat nahi hai. lekin kya kiya jaye? jab auraton ka surplus ho jaye to kya kiya jaye? is, is, woh jo greater evil hai, auratein apne ghar ke samne yeh board lagayein ke "WANTED AND EVENING GUEST", to that is greater evil. is ke muqable mein lesser evil hai ke ke shadi ki</w:t>
      </w:r>
    </w:p>
    <w:p>
      <w:pPr>
        <w:jc w:val="right"/>
      </w:pPr>
      <w:r>
        <w:t>ENING GUEST" کا بورڈ لگا دیں اپنے گھر کے سامنے۔ اور ایک ہے polygamy۔ تو اسلام جو ہے، polygamy کو lesser evil سمجھتا ہے۔ وہ پھر بھی lesser evil ہے، وہ کوئی اچھی بات نہیں ہے۔ لیکن کیا کیا جائے؟ جب عورتوں کا سرپلس ہو جائے تو کیا کیا جائے؟ اس، اس، وہ جو greater evil ہے، عورتیں اپنے گھر کے سامنے یہ بورڈ لگائیں کہ "WANTED AND EVENING GUEST"، تو that is greater evil۔ اس کے مقابلے میں lesser evil ہے کہ کہ شادی کی</w:t>
      </w:r>
    </w:p>
    <w:p>
      <w:r>
        <w:rPr>
          <w:b/>
        </w:rPr>
        <w:t xml:space="preserve">[42:51] </w:t>
      </w:r>
      <w:r>
        <w:t>ijazat de di jaye. bas. khulasa yeh hai ke polygamy jo hai, woh is ka taluq law of justice se hai. namaz aur roze ki tarah nahi hai woh.</w:t>
      </w:r>
    </w:p>
    <w:p>
      <w:pPr>
        <w:jc w:val="right"/>
      </w:pPr>
      <w:r>
        <w:t>اجازت دے دی جائے۔ بس۔ خلاصہ یہ ہے کہ polygamy جو ہے، وہ اس کا تعلق law of justice سے ہے۔ نماز اور روزے کی طرح نہیں ہے وہ۔</w:t>
      </w:r>
    </w:p>
    <w:p>
      <w:r>
        <w:rPr>
          <w:b/>
        </w:rPr>
        <w:t xml:space="preserve">[43:02] </w:t>
      </w:r>
      <w:r>
        <w:t>ji. maulana sahib, william m watt in his biography of prophet wrote that prophet of islam took several measures to elevate the status of women by giving them many rights. but we see that in today's muslim society, the women are oppressed and they have fewer rights. so why there is such a conflict?</w:t>
      </w:r>
    </w:p>
    <w:p>
      <w:pPr>
        <w:jc w:val="right"/>
      </w:pPr>
      <w:r>
        <w:t>جی۔ مولانا صاحب، ولیم ایم واٹ in his biography of Prophet wrote that Prophet of Islam took several measures to elevate the status of women by giving them many rights. But we see that in today's Muslim society, the women are oppressed and they have fewer rights. So why there is such a conflict?</w:t>
      </w:r>
    </w:p>
    <w:p>
      <w:r>
        <w:rPr>
          <w:b/>
        </w:rPr>
        <w:t xml:space="preserve">[43:24] </w:t>
      </w:r>
      <w:r>
        <w:t>fewer rights kahan? bhai kahan fewer rights? hamare ghar mein to auratein jo hain, wohi, wohi sab kuch karti hain. main to kuch nahi karta. jab se main delhi mein hoon. yeh fewer rights ka afsana jo hai, yeh ek myth hai. aam taur par gharon mein auratein hi sab kuch karti hain. yani sach poochhein to practically auratein hi boss hoti hain. muslim gharon mein practic</w:t>
      </w:r>
    </w:p>
    <w:p>
      <w:pPr>
        <w:jc w:val="right"/>
      </w:pPr>
      <w:r>
        <w:t>Fewer rights کہاں؟ بھئی کہاں fewer rights؟ ہمارے گھر میں تو عورتیں جو ہیں، وہی، وہی سب کچھ کرتی ہیں۔ میں تو کچھ نہیں کرتا۔ جب سے میں دلی میں ہوں۔ یہ fewer rights کا افسانہ جو ہے، یہ ایک myth ہے۔ عام طور پر گھروں میں عورتیں ہی سب کچھ کرتی ہیں۔ یعنی سچ پوچھیں تو practically عورتیں ہی باس ہوتی ہیں۔ مسلم گھروں میں practic</w:t>
      </w:r>
    </w:p>
    <w:p>
      <w:r>
        <w:rPr>
          <w:b/>
        </w:rPr>
        <w:t xml:space="preserve">[43:54] </w:t>
      </w:r>
      <w:r>
        <w:t>ally auratein boss hoti hain. to ek, yeh main yun keh raha hoon, ek choti si cheez ko hiba bana diya, bara masla hai. main is ko nahi manta ke auratein jo hain, un ko koi kam rutba hasil hai. jo jahan taleem nahi hai, yani aise, aise jo families hain jahan taleem bilkul nahi hai, wahan aisa hoga. lekin jahan taleem hai, wahan yeh sab</w:t>
      </w:r>
    </w:p>
    <w:p>
      <w:pPr>
        <w:jc w:val="right"/>
      </w:pPr>
      <w:r>
        <w:t>ally عورتیں باس ہوتی ہیں۔ تو ایک، یہ میں یوں کہہ رہا ہوں، ایک چھوٹی سی چیز کو ہبہ بنا دیا، بڑا مسئلہ ہے۔ میں اس کو نہیں مانتا کہ عورتیں جو ہیں، ان کو کوئی کم رتبہ حاصل ہے۔ جو جہاں تعلیم نہیں ہے، یعنی ایسے، ایسے جو فیملیاں ہیں جہاں تعلیم بالکل نہیں ہے، وہاں ایسا ہوتا ہوگا۔ لیکن جہاں تعلیم ہے، وہاں یہ سب</w:t>
      </w:r>
    </w:p>
    <w:p>
      <w:r>
        <w:rPr>
          <w:b/>
        </w:rPr>
        <w:t xml:space="preserve">[44:24] </w:t>
      </w:r>
      <w:r>
        <w:t>nahi hai. aur taleem to islam mein bohat hi zaroori hai. talab al-ilm farizah. hadith mein aata hai ke ilm seekhna farz hai. aur bohat ek ajib hadith hai, woh ek ayat hai quran majeed mein, bohat ajib ayat quran mein hai: innama yakhshallaaha min ibaadihil ulamaa. kitni ajib ayat hai yeh. ke allah se darte hain, darne ke maani hain</w:t>
      </w:r>
    </w:p>
    <w:p>
      <w:pPr>
        <w:jc w:val="right"/>
      </w:pPr>
      <w:r>
        <w:t>نہیں ہے۔ اور تعلیم تو اسلام میں بہت ہی ضروری ہے۔ طلب العلم فریضہ۔ حدیث میں آتا ہے کہ علم سیکھنا فرض ہے۔ اور بہت ایک عجیب حدیث ہے، وہ ایک آیت ہے قرآن مجید میں، بہت عجیب آیت قرآن میں ہے: إِنَّمَا يَخْسَلُ اللَّهَ مِنْ عِبَادِهِ الْعُلَمَاءُ۔ کتنی عجیب آیت ہے یہ۔ کہ اللہ سے ڈرتے ہیں، ڈرنے کے معنی ہیں</w:t>
      </w:r>
    </w:p>
    <w:p>
      <w:r>
        <w:rPr>
          <w:b/>
        </w:rPr>
        <w:t xml:space="preserve">[44:54] </w:t>
      </w:r>
      <w:r>
        <w:t>gehre, gehra ilm, gehri marifat. to allah se darte hain ilm wale hi. innama yakhshallaaha min ibaadihil ulamaa. allah se darte hain ilm wale. is maani ke ilm jo hai, usi se marifat aati hai, usi se allah se taluq barhta hai, usi se islam mein darja banta hai aadmi ka. ilm itni ahmiyat hai. to main samajhta hoon ke basic baat yeh hai ke riwaj ki bana par</w:t>
      </w:r>
    </w:p>
    <w:p>
      <w:pPr>
        <w:jc w:val="right"/>
      </w:pPr>
      <w:r>
        <w:t>گہرے، گہرہ علم، گہری معرفت۔ تو اللہ سے ڈرتے ہیں علم والے ہی۔ إِنَّمَا يَخْسَلُ اللَّهَ مِنْ عِبَادِهِ الْعُلَمَاءُ۔ اللہ سے ڈرتے ہیں علم والے۔ اس معنی کہ علم جو ہے، اسی سے معرفت آتی ہے، اسی سے اللہ سے تعلق بڑھتا ہے، اسی سے اسلام میں درجہ بنتا ہے آدمی کا۔ علم اتنی اہمیت ہے۔ تو میں سمجھتا ہوں کہ basic بات یہ ہے کہ رواج کی بنا پر</w:t>
      </w:r>
    </w:p>
    <w:p>
      <w:r>
        <w:rPr>
          <w:b/>
        </w:rPr>
        <w:t xml:space="preserve">[45:24] </w:t>
      </w:r>
      <w:r>
        <w:t>auraton mein taleem kam hui. riwaj ki bana par. ab dheere dheere barh rahi hai. dheere dheere barh rahi hai. bohat ziyada, bohat jald aap dekhenge ke yeh sab khatam ho gaya hai.</w:t>
      </w:r>
    </w:p>
    <w:p>
      <w:pPr>
        <w:jc w:val="right"/>
      </w:pPr>
      <w:r>
        <w:t>عورتوں میں تعلیم کم ہوئی۔ رواج کی بنا پر۔ اب دھیرے دھیرے بڑھ رہی ہے۔ دھیرے دھیرے بڑھ رہی ہے۔ بہت زیادہ، بہت جلد آپ دیکھیں گے کہ یہ سب ختم ہو گیا ہے۔</w:t>
      </w:r>
    </w:p>
    <w:p>
      <w:r>
        <w:rPr>
          <w:b/>
        </w:rPr>
        <w:t xml:space="preserve">[45:35] </w:t>
      </w:r>
      <w:r>
        <w:t>ji. but maulana sahib in a muslim society, often muslims are seen saying that the role of a woman is only upbringing of the children and therefore they should stay indoors. is this correct thinking, maulana sahib?</w:t>
      </w:r>
    </w:p>
    <w:p>
      <w:pPr>
        <w:jc w:val="right"/>
      </w:pPr>
      <w:r>
        <w:t>جی۔ But مولانا صاحب in a Muslim society, often Muslims are seen saying that the role of a woman is only upbringing of the children and therefore they should stay indoors. Is this correct thinking, مولانا صاحب؟</w:t>
      </w:r>
    </w:p>
    <w:p>
      <w:r>
        <w:rPr>
          <w:b/>
        </w:rPr>
        <w:t xml:space="preserve">[45:51] </w:t>
      </w:r>
      <w:r>
        <w:t>aisa hargiz nahi hai. yeh paida hua hai riwaj ki bana par. chuki aaj kal riwaj yeh hai ke auraton ko, mardon dono ko, bohat ziyada taluq hota hai apne bachon se, is mein phanse rehte hain. to auratein apne bachon mein phansi rehti hain. mard bhi jab office aata hai to bachon mein masroof ho jata hai. main to bachon ko kuch bhi nahi kiya. na un ko god mein liya, na un ko khilana laya, kuch bhi nahi kiya. phir bhi hum bachhe tarqqi kar rahe</w:t>
      </w:r>
    </w:p>
    <w:p>
      <w:pPr>
        <w:jc w:val="right"/>
      </w:pPr>
      <w:r>
        <w:t>ایسا ہرگز نہیں ہے۔ یہ پیدا ہوا ہے رواج کی بنا پر۔ چونکہ آج کل رواج یہ ہے کہ عورتوں کو، مردوں دونوں کو، بہت زیادہ تعلق ہوتا ہے اپنے بچوں سے، اس میں پھنسے رہتے ہیں۔ تو عورتیں اپنے بچوں میں پھنسی رہتی ہیں۔ مرد بھی جب آفس آتا ہے تو بچوں میں مصروف ہو جاتا ہے۔ میں تو بچوں کو کچھ بھی نہیں کیا۔ نہ ان کو گود میں لیا، نہ ان کو کھلانا لایا، کچھ بھی نہیں کیا۔ پھر بھی ہم بچے ترقی کر رہے</w:t>
      </w:r>
    </w:p>
    <w:p>
      <w:r>
        <w:rPr>
          <w:b/>
        </w:rPr>
        <w:t xml:space="preserve">[46:21] </w:t>
      </w:r>
      <w:r>
        <w:t>hain, mashallah. to khwamkhwah yeh, yeh pampering ka masla hai, jis ne yeh masla paida kiya hai. aap jo keh rahe hain gharon mein, un gharon mein masla paida hua hai pampering ki wajah se, islam ki wajah se nahi hai. islam ki wajah se nahi hai.</w:t>
      </w:r>
    </w:p>
    <w:p>
      <w:pPr>
        <w:jc w:val="right"/>
      </w:pPr>
      <w:r>
        <w:t>ہیں، ماشاءاللہ۔ تو خوامخواہ یہ، یہ پیمپرننگ کا مسئلہ ہے، جس نے یہ مسئلہ پیدا کیا ہے۔ آپ جو کہہ رہے ہیں گھروں میں، ان گھروں میں مسئلہ پیدا ہوا ہے پیمپرننگ کی وجہ سے، اسلام کی وجہ سے نہیں ہے۔ اسلام کی وجہ سے نہیں ہے۔</w:t>
      </w:r>
    </w:p>
    <w:p>
      <w:r>
        <w:rPr>
          <w:b/>
        </w:rPr>
        <w:t xml:space="preserve">[46:38] </w:t>
      </w:r>
      <w:r>
        <w:t>ji.</w:t>
      </w:r>
    </w:p>
    <w:p>
      <w:pPr>
        <w:jc w:val="right"/>
      </w:pPr>
      <w:r>
        <w:t>جی۔</w:t>
      </w:r>
    </w:p>
    <w:p>
      <w:r>
        <w:rPr>
          <w:b/>
        </w:rPr>
        <w:t xml:space="preserve">[46:39] </w:t>
      </w:r>
      <w:r>
        <w:t>ke bachon ki, bachon ka karna kya hai? bachhe jo hain, agar aap na karein to sab mein bara karte hain aap. kyunke bachon ka aap na karein to bachhe ke andar self confidence aayega. main aap ko ek qissa batata hoon. main gaya wahan par, woh ahmedabad. main hotel mein baitha thehra tha. ek sahib mujh se milne ke liye aaye. to aise hi baith gaye. woh un ke god mein bachha liye hue thay. yani baithe hain god mein bachha liye hue.</w:t>
      </w:r>
    </w:p>
    <w:p>
      <w:pPr>
        <w:jc w:val="right"/>
      </w:pPr>
      <w:r>
        <w:t>کہ بچوں کی، بچوں کا کرنا کیا ہے؟ بچے جو ہیں، اگر آپ نہ کریں تو سب میں بڑا کرتے ہیں آپ۔ کیونکہ بچوں کا آپ نہ کریں تو بچے کے اندر self confidence آئے گا۔ میں آپ کو ایک قصہ بتاتا ہوں۔ میں گیا وہاں پر، وہ احمد آباد۔ میں ہوٹل میں بیٹھا ٹھہرا تھا۔ ایک صاحب مجھ سے ملنے کے لیے آئے۔ تو ایسے ہی بیٹھ گئے۔ وہ ان کے گود میں بچہ لیے ہوئے تھے۔ یعنی بیٹھے ہیں گود میں بچہ لیے ہوئے۔</w:t>
      </w:r>
    </w:p>
    <w:p>
      <w:r>
        <w:rPr>
          <w:b/>
        </w:rPr>
        <w:t xml:space="preserve">[47:10] </w:t>
      </w:r>
      <w:r>
        <w:t>to mein ne kaha yeh god mein kyun liye hain aap is ko? kaha mera bachcha kamzor hai. mein ne kaha aap galat kehte hain is ko. chhoden is ko. to mein ne zabardasti is ko kaghaz utara. ab woh laga daudne. to jhoota laad pyaar masla hai. islam nahin masla hai. islam nahin masla hai. auraton ko aur mardon ko dono ko yeh agar maloom ho ke laad pyaar se zyada bari cheez yeh hai ke in</w:t>
      </w:r>
    </w:p>
    <w:p>
      <w:pPr>
        <w:jc w:val="right"/>
      </w:pPr>
      <w:r>
        <w:t>تو میں نے کہا یہ گود میں کیوں لیے ہیں آپ اس کو؟ کہا میرا بچہ کمزور ہے۔ میں نے کہا آپ غلط کہتے ہیں اس کو۔ چھوڑیں اس کو۔ تو میں نے زبردستی اس کو کاغذ اتارا۔ اب وہ لگا دوڑنے۔ تو جھوٹا لاڈ پیار مسئلہ ہے۔ اسلام نہیں مسئلہ ہے۔ اسلام نہیں مسئلہ ہے۔ عورتوں کو اور مردوں کو دونوں کو یہ اگر معلوم ہو کہ لاڈ پیار سے زیادہ بڑی چیز یہ ہے کہ ان</w:t>
      </w:r>
    </w:p>
    <w:p>
      <w:r>
        <w:rPr>
          <w:b/>
        </w:rPr>
        <w:t xml:space="preserve">[47:40] </w:t>
      </w:r>
      <w:r>
        <w:t>ko khud apne andar moqa diya jaye, self confidence develop ho un ke andar. un ke haath paon mein taqat aaye. to yeh sab apne aap khatm ho jayegi. to jo cheez paida hui hai laad pyaar se, yaani pampering se, us ko log islam se jod dete hain.</w:t>
      </w:r>
    </w:p>
    <w:p>
      <w:pPr>
        <w:jc w:val="right"/>
      </w:pPr>
      <w:r>
        <w:t>کو خود اپنے اندر موقع دیا جائے، self confidence develop ہو ان کے اندر۔ ان کے ہاتھ پاؤں میں طاقت آئے۔ تو یہ سب اپنے آپ ختم ہو جائے گی۔ تو جو چیز پیدا ہوئی ہے لاڈ پیار سے، یعنی پیمپرننگ سے، اس کو لوگ اسلام سے جوڑ دیتے ہیں۔</w:t>
      </w:r>
    </w:p>
    <w:p>
      <w:r>
        <w:rPr>
          <w:b/>
        </w:rPr>
        <w:t xml:space="preserve">[48:02] </w:t>
      </w:r>
      <w:r>
        <w:t>maulana sahib, you often say that husband and wife should make one another as an intellectual partner. the question is that how can, you know, a spouse make his or her companion as an intellectual partner? what is your advice for this?</w:t>
      </w:r>
    </w:p>
    <w:p>
      <w:pPr>
        <w:jc w:val="right"/>
      </w:pPr>
      <w:r>
        <w:t>مولانا صاحب، you often say that husband and wife should make one another as an intellectual partner. The question is that how can, you know, a spouse make his or her companion as an intellectual partner? What is your advice for this?</w:t>
      </w:r>
    </w:p>
    <w:p>
      <w:r>
        <w:rPr>
          <w:b/>
        </w:rPr>
        <w:t xml:space="preserve">[48:20] </w:t>
      </w:r>
      <w:r>
        <w:t>is mein mushkil kya hai? is mein mushkil kuch nahin. bas woh saada zindagi ikhtiyar kar lein. yaani sach mein woh jo partner to hain hi hain. aurat aur mard jab ek ghar mein rehna shuru karein to woh, woh ek doosre ke intellectual partner ban gaye, ho gaye. lekin saada zindagi na hone ki wajah se aisa hota hai. jaise mein bataon aap ko ek sahib ka</w:t>
      </w:r>
    </w:p>
    <w:p>
      <w:pPr>
        <w:jc w:val="right"/>
      </w:pPr>
      <w:r>
        <w:t>اس میں مشکل کیا ہے؟ اس میں مشکل کچھ نہیں۔ بس وہ سادہ زندگی اختیار کر لیں۔ یعنی سچ میں وہ جو پارٹنر تو ہیں ہی ہیں۔ عورت اور مرد جب ایک گھر میں رہنا شروع کریں تو وہ، وہ ایک دوسرے کے intellectual partner بن گئے، ہو گئے۔ لیکن سادہ زندگی نہ ہونے کی وجہ سے ایسا ہوتا ہے۔ جیسے میں بتاؤں آپ کو ایک صاحب کا</w:t>
      </w:r>
    </w:p>
    <w:p>
      <w:r>
        <w:rPr>
          <w:b/>
        </w:rPr>
        <w:t xml:space="preserve">[48:50] </w:t>
      </w:r>
      <w:r>
        <w:t>qissa, woh bombay mein rehte hain, abhi bhi hain woh bombay mein. to mere paas aaye, yahan baat ho rahi thi un se. to unhon ne kaha ke mein apni biwi ko bohat, bohat achhi biwi mujh ko mili hai. bohat tareef karne lage, bari biwi, bohat achhi biwi. to mein ne kaha kya, koi, koi item bataiye is ki achhai ka? koi item bataiye? to unhon ne kaha ke ek din mein kahin dinner tha mera</w:t>
      </w:r>
    </w:p>
    <w:p>
      <w:pPr>
        <w:jc w:val="right"/>
      </w:pPr>
      <w:r>
        <w:t>قصہ، وہ بمبئی میں رہتے ہیں، ابھی بھی ہیں وہ بمبئی میں۔ تو میرے پاس آئے، یہاں بات ہو رہی تھی ان سے۔ تو انہوں نے کہا کہ میں اپنی بیوی کو بہت، بہت اچھی بیوی مجھ کو ملی ہے۔ بہت تعریف کرنے لگے، بڑی بیوی، بہت اچھی بیوی۔ تو میں نے کہا کیا، کوئی، کوئی آئٹم بتائیے اس کی اچھائی کا؟ کوئی آئٹم بتائیے؟ تو انہوں نے کہا کہ ایک دن میں کہیں ڈنر تھا میرا</w:t>
      </w:r>
    </w:p>
    <w:p>
      <w:r>
        <w:rPr>
          <w:b/>
        </w:rPr>
        <w:t xml:space="preserve">[49:20] </w:t>
      </w:r>
      <w:r>
        <w:t>kahi gaya tha, mein khana kha ke aaya. to ghar mein batate hi mein ne kaha biwi se ke wahan saare item the, ice cream nahin thi. to biwi jaldi se uthi, abhi mein bana ke lata hoon. to gayi us mein, kya kehte hain, kitchen mein, aur jaldi se ice cream bana ke layi. to mein ne kaha yeh achha yeh hai. aap zindagi ko jante hi nahin. yaani ice cream bana ke dein aap to yeh achha ho gayi. aap ke</w:t>
      </w:r>
    </w:p>
    <w:p>
      <w:pPr>
        <w:jc w:val="right"/>
      </w:pPr>
      <w:r>
        <w:t>، کہیں گیا تھا، میں کھانا کھا کے آیا۔ تو گھر میں بتاتے ہی میں نے کہا بیوی سے کہ وہاں سارے آئٹم تھے، آئس کریم نہیں تھی۔ تو بیوی جلدی سے اٹھی، ابھی میں بنا کے لاتا ہوں۔ تو گئی اس میں، کیا کہتے ہیں، کچن میں، اور جلدی سے آئس کریم بنا کے لائی۔ تو میں نے کہا یہ اچھا یہ ہے۔ آپ زندگی کو جانتے ہی نہیں۔ یعنی آئس کریم بنا کے دیں آپ تو یہ اچھا ہو گئی۔ آپ کے</w:t>
      </w:r>
    </w:p>
    <w:p>
      <w:r>
        <w:rPr>
          <w:b/>
        </w:rPr>
        <w:t xml:space="preserve">[49:51] </w:t>
      </w:r>
      <w:r>
        <w:t>intellectual partner ho to achha hai. aap dono ek doosre se exchange karein, ilmi masail par, zindagi ke masail par, islam par. yeh achhi baat hai. yeh kya ke aap ko ice cream phaila rahi hai woh? mein bohat harmony kyun ki? halanke woh paise wala aadmi tha woh. aksar aate the mere paas. to logon ko yahi pata nahin ke kya cheez chahiye, kya cheez nahin chahiye.</w:t>
      </w:r>
    </w:p>
    <w:p>
      <w:pPr>
        <w:jc w:val="right"/>
      </w:pPr>
      <w:r>
        <w:t>intellectual partner ہو تو اچھا ہے۔ آپ دونوں ایک دوسرے سے exchange کریں، علمی مسائل پر، زندگی کے مسائل پر، اسلام پر۔ یہ اچھی بات ہے۔ یہ کیا کہ آپ کو آئس کریم پھیلا رہی ہے وہ؟ میں بہت harmony کیوں کی؟ حالانکہ وہ پیسے والا آدمی تھا وہ۔ اکثر آتے تھے میرے پاس۔ تو لوگوں کو یہی پتہ نہیں کہ کیا چیز چاہیے، کیا چیز نہیں چاہیے۔</w:t>
      </w:r>
    </w:p>
    <w:p>
      <w:r>
        <w:rPr>
          <w:b/>
        </w:rPr>
        <w:t xml:space="preserve">[50:21] </w:t>
      </w:r>
      <w:r>
        <w:t>yaani zindagi ka mayar kya hai, isi ko pata nahin. isi ko bohat tareef karte hain biwi ki. to yeh, yahi bataya misaal unhon ne. ke mein ne kaha ke bhai aaj mein dinner mein tha wahan, to wahan saare item the. lekin ice cream nahin thi. to daud kar ek ice cream bana ke layi. mein ne kaha mujhe to layi to mein phenk doonga, khaunga nahin ice cream ko. mein ne kaha baitho, baat karenge. mein ne kaha ke mujhe agar</w:t>
      </w:r>
    </w:p>
    <w:p>
      <w:pPr>
        <w:jc w:val="right"/>
      </w:pPr>
      <w:r>
        <w:t>یعنی زندگی کا معیار کیا ہے، اسی کو پتہ نہیں۔ اسی کو بہت تعریف کرتے ہیں بیوی کی۔ تو یہ، یہی بتایا مثال انہوں نے۔ کہ میں نے کہا کہ بھئی آج میں ڈنر میں تھا وہاں، تو وہاں سارے آئٹم تھے۔ لیکن آئس کریم نہیں تھی۔ تو دوڑ کر ایک آئس کریم بنا کے لائی۔ میں نے کہا مجھے تو لائی تو میں پھینک دوں گا، کھاؤں گا نہیں آئس کریم کو۔ میں نے کہا بیٹھو، بات کریں گے۔ میں نے کہا کہ مجھے اگر</w:t>
      </w:r>
    </w:p>
    <w:p>
      <w:r>
        <w:rPr>
          <w:b/>
        </w:rPr>
        <w:t xml:space="preserve">[50:51] </w:t>
      </w:r>
      <w:r>
        <w:t>aisa ho to mein biwi se kahunga baitho, baat karna hai, ice cream nahin khana hai. to asal mein logon ne apne gharon mein banawati tor par problem bana rakhi hain, banawati tor par. unnatural. unnatural par, unnatural tor par problem bana rakhe hain. is ko khatm kar diya, bas sab theek hi theek hai.</w:t>
      </w:r>
    </w:p>
    <w:p>
      <w:pPr>
        <w:jc w:val="right"/>
      </w:pPr>
      <w:r>
        <w:t>ایسا ہو تو میں بیوی سے کہوں گا بیٹھو، بات کرنا ہے، آئس کریم نہیں کھانا ہے۔ تو اصل میں لوگوں نے اپنے گھروں میں بناوٹی طور پر problem بنا رکھی ہیں، بناوٹی طور پر۔ unnatural۔ unnatural پر، unnatural طور پر problem بنا رکھے ہیں۔ اس کو ختم کر دیا، بس سب ٹھیک ہی ٹھیک ہے۔</w:t>
      </w:r>
    </w:p>
    <w:p>
      <w:r>
        <w:rPr>
          <w:b/>
        </w:rPr>
        <w:t xml:space="preserve">[51:15] </w:t>
      </w:r>
      <w:r>
        <w:t>but مولانا صاحب, disputes between husband and wife prevent them from making each other an intellectual companion. so what principle would you give to all the partners that how they can prevent their disputes?</w:t>
      </w:r>
    </w:p>
    <w:p>
      <w:pPr>
        <w:jc w:val="right"/>
      </w:pPr>
      <w:r>
        <w:t>But مولانا صاحب, disputes between husband and wife prevent them from making each other an intellectual companion. So what principle would you give to all the partners that how they can prevent their disputes?</w:t>
      </w:r>
    </w:p>
    <w:p>
      <w:r>
        <w:rPr>
          <w:b/>
        </w:rPr>
        <w:t xml:space="preserve">[51:31] </w:t>
      </w:r>
      <w:r>
        <w:t>dekhein, bohat si auraton mardon se mein ne poocha ke kis baat par aap log dispute hota hai? kis baat par ladte hain? hatta ke ek khatoon ne kaha ke mein aur mere husband, we are living, we are at the verge of separation. yeh kaha unhon ne. we are now, now we are at the verge of separation. to mein ne poocha kuch misaal dijiye. to koi ek</w:t>
      </w:r>
    </w:p>
    <w:p>
      <w:pPr>
        <w:jc w:val="right"/>
      </w:pPr>
      <w:r>
        <w:t>دیکھیں، بہت سی عورتوں مردوں سے میں نے پوچھا کہ کس بات پر آپ لوگ dispute ہوتا ہے؟ کس بات پر لڑتے ہیں؟ حتیٰ کہ ایک خاتون نے کہا کہ میں اور میرے husband، we are living, we are at the verge of separation۔ یہ کہا انہوں نے۔ we are now, now we are at the verge of separation۔ تو میں نے پوچھا کچھ مثال دیجیے۔ تو کوئی ایک</w:t>
      </w:r>
    </w:p>
    <w:p>
      <w:r>
        <w:rPr>
          <w:b/>
        </w:rPr>
        <w:t xml:space="preserve">[52:01] </w:t>
      </w:r>
      <w:r>
        <w:t>bhi kaam ki misaal nahin. sab bekar ki misalein hain. chhoti chhoti baatein, chhoti chhoti baatein. chhoti chhoti baatein. to mein samajhta hoon ke jis tarah Allah ne mard ko paida kiya hai, us tarah Allah ne aurat ko paida kiya hai, aur dono ko perfect banaya, perfect. Allah taala ki takhleeq mein koi difficulty nahin hota. perfect banaya. lekin log jo hain</w:t>
      </w:r>
    </w:p>
    <w:p>
      <w:pPr>
        <w:jc w:val="right"/>
      </w:pPr>
      <w:r>
        <w:t>بھی کام کی مثال نہیں۔ سب بیکار کی مثالیں ہیں۔ چھوٹی چھوٹی باتیں، چھوٹی چھوٹی باتیں۔ چھوٹی چھوٹی باتیں۔ تو میں سمجھتا ہوں کہ جس طرح اللہ نے مرد کو پیدا کیا ہے، اس طرح اللہ نے عورت کو پیدا کیا ہے، اور دونوں کو perfect بنایا، perfect۔ اللہ تعالیٰ کی تخلیق میں کوئی difficulty نہیں ہوتا۔ perfect بنایا۔ لیکن لوگ جو ہیں</w:t>
      </w:r>
    </w:p>
    <w:p>
      <w:r>
        <w:rPr>
          <w:b/>
        </w:rPr>
        <w:t xml:space="preserve">[52:31] </w:t>
      </w:r>
      <w:r>
        <w:t>khud sakhta masail paida karte hain. misaal ke tor par dekhein, mujhe queen, queen, british queen jo hai, british queen ka qissa mein ne parha ke british queen jo hai, abhi jo already jo queen hai, uska ek husband hai. uska husband alag kamre mein sota hai. yaani jo bedroom hai queen ka, wahan nahin sota woh. to is mein bataya gaya tha ke woh kharate leta hai. to kharat</w:t>
      </w:r>
    </w:p>
    <w:p>
      <w:pPr>
        <w:jc w:val="right"/>
      </w:pPr>
      <w:r>
        <w:t>خود ساختہ مسئلے پیدا کرتے ہیں۔ مثال کے طور پر دیکھیں، مجھے کوئن، کوئن، برٹش کوئن جو ہے، برٹش کوئن کا قصہ میں نے پڑھا کہ برٹش کوئن جو ہے، ابھی جو already جو کوئن ہے، اس کا ایک husband ہے۔ اس کا husband الگ کمرے میں سوتا ہے۔ یعنی جو بیڈ روم ہے کوئن کا، وہاں نہیں سوتا وہ۔ تو اس میں بتایا گیا تھا کہ وہ خراٹے لیتا ہے۔ تو خراٹ</w:t>
      </w:r>
    </w:p>
    <w:p>
      <w:r>
        <w:rPr>
          <w:b/>
        </w:rPr>
        <w:t xml:space="preserve">[53:01] </w:t>
      </w:r>
      <w:r>
        <w:t>e leta hai, is liye queen ke bedroom mein nahin so sakta woh. matlab yeh, yeh, yeh koi difference hai koi? bhai aap is karwat ho jaiye, awaz nahin aayegi aap ko. to trivial issues ko log masla banate hain. yaani haqeeqat mein aurat mard dono perfect hain, aur koi masla real sense mein nahin hai.</w:t>
      </w:r>
    </w:p>
    <w:p>
      <w:pPr>
        <w:jc w:val="right"/>
      </w:pPr>
      <w:r>
        <w:t>ے لیتا ہے، اس لیے کوئن کے بیڈ روم میں نہیں سو سکتا وہ۔ مطلب یہ، یہ، یہ کوئی difference ہے کوئی؟ بھئی آپ اس کروٹ ہو جائیے، آواز نہیں آئے گی آپ کو۔ تو trivial issues کو لوگ مسئلہ بناتے ہیں۔ یعنی حقیقت میں عورت مرد دونوں perfect ہیں، اور کوئی مسئلہ real sense میں نہیں ہے۔</w:t>
      </w:r>
    </w:p>
    <w:p>
      <w:r>
        <w:rPr>
          <w:b/>
        </w:rPr>
        <w:t xml:space="preserve">[53:25] </w:t>
      </w:r>
      <w:r>
        <w:t>maulana صاحب, you give a lot of importance to adjustment in married life. why is this so?</w:t>
      </w:r>
    </w:p>
    <w:p>
      <w:pPr>
        <w:jc w:val="right"/>
      </w:pPr>
      <w:r>
        <w:t>مولانا صاحب, you give a lot of importance to adjustment in married life. Why is this so?</w:t>
      </w:r>
    </w:p>
    <w:p>
      <w:r>
        <w:rPr>
          <w:b/>
        </w:rPr>
        <w:t xml:space="preserve">[53:31] </w:t>
      </w:r>
      <w:r>
        <w:t>yahi to mein ne bataya. kis tarah se baat par lad jaate hain? to dekhein, Allah taala ne insaan ko aisa paida kiya hai ke har aadmi mister different hai, har aurat miss different hai. woh difference jo hai, is liye hai taake khoob aap log baatein karein, khoob exchange karein, khud ek doosre ko woh un ko de, woh un ko de. agar sab ek hi taraf par soch rahe hain, koi difference na ho to baat kya karein ge</w:t>
      </w:r>
    </w:p>
    <w:p>
      <w:pPr>
        <w:jc w:val="right"/>
      </w:pPr>
      <w:r>
        <w:t>یہی تو میں نے بتایا۔ کس طرح سے بات پر لڑ جاتے ہیں؟ تو دیکھیں، اللہ تعالیٰ نے انسان کو ایسا پیدا کیا ہے کہ ہر آدمی mister different ہے، ہر عورت miss different ہے۔ وہ difference جو ہے، اس لیے ہے تاکہ خوب آپ لوگ باتیں کریں، خوب exchange کریں، خود ایک دوسرے کو وہ ان کو دے، وہ ان کو دے۔ اگر سب ایک ہی طرف پر سوچ رہے ہیں، کوئی difference نہ ہو تو بات کیا کریں گے</w:t>
      </w:r>
    </w:p>
    <w:p>
      <w:r>
        <w:rPr>
          <w:b/>
        </w:rPr>
        <w:t xml:space="preserve">[54:01] </w:t>
      </w:r>
      <w:r>
        <w:t>aap? woh kya angrezi ka qaul hai? ek angrezi ka qaul hai.</w:t>
      </w:r>
    </w:p>
    <w:p>
      <w:pPr>
        <w:jc w:val="right"/>
      </w:pPr>
      <w:r>
        <w:t>آپ؟ وہ کیا ایک انگریزی کا قول ہے؟ ایک انگریزی کا قول ہے۔</w:t>
      </w:r>
    </w:p>
    <w:p>
      <w:r>
        <w:rPr>
          <w:b/>
        </w:rPr>
        <w:t xml:space="preserve">[54:07] </w:t>
      </w:r>
      <w:r>
        <w:t>if everyone thinks alike, then no one thinks very much.</w:t>
      </w:r>
    </w:p>
    <w:p>
      <w:pPr>
        <w:jc w:val="right"/>
      </w:pPr>
      <w:r>
        <w:t>If everyone thinks alike, then no one thinks very much.</w:t>
      </w:r>
    </w:p>
    <w:p>
      <w:r>
        <w:rPr>
          <w:b/>
        </w:rPr>
        <w:t xml:space="preserve">[54:10] </w:t>
      </w:r>
      <w:r>
        <w:t>when everyone thinks alike, then no one thinks very much. jab sab ek hi rang se soch rahe hain to kya, sochenge kya? to Allah taala ne aurat ko miss different, mard ko mister different banaya taake khoob baatein karein aapas mein. intellectual exchange khoob ho. khoob wisdom mein taraqqi ho un ki. to is par, is ko adjust karna chahiye. maslan mein gaya wahan par, bahar kisi country mein</w:t>
      </w:r>
    </w:p>
    <w:p>
      <w:pPr>
        <w:jc w:val="right"/>
      </w:pPr>
      <w:r>
        <w:t>When everyone thinks alike, then no one thinks very much. جب سب ایک ہی رنگ سے سوچ رہے ہیں تو کیا، سوچیں گے کیا؟ تو اللہ تعالیٰ نے عورت کو miss different, مرد کو mister different بنایا تاکہ خوب باتیں کریں آپس میں۔ intellectual exchange خوب ہو۔ خوب wisdom میں ترقی ہو ان کی۔ تو اس پر، اس کو adjust کرنا چاہیے۔ مثلاً میں گیا وہاں پر، باہر کسی country میں</w:t>
      </w:r>
    </w:p>
    <w:p>
      <w:r>
        <w:rPr>
          <w:b/>
        </w:rPr>
        <w:t xml:space="preserve">[54:40] </w:t>
      </w:r>
      <w:r>
        <w:t>gaya tha, to ek aurat mujh ko mili. to us ne shikayat ki, us ne kaha ke mein separation chahti hoon mard se. to mein ne kaha kis baat par? kaha mera shohar bohat stubborn hai. yeh, yeh isi par separation le rahi hai woh. woh yeh qissa hai, mere khayal se, switzerland ka hai shayad. to aurat ne kaha ke mujhe apne se, is se separation lena hai. to</w:t>
      </w:r>
    </w:p>
    <w:p>
      <w:pPr>
        <w:jc w:val="right"/>
      </w:pPr>
      <w:r>
        <w:t>گیا تھا، تو ایک عورت مجھ کو ملی۔ تو اس نے شکایت کی، اس نے کہا کہ میں separation چاہتی ہوں مرد سے۔ تو میں نے کہا کس بات پر؟ کہا میرا شوہر بہت stubborn ہے۔ یہ، یہ اسی پر separation لے رہی ہے وہ۔ وہ یہ قصہ ہے، میرے خیال سے، سوئٹزرلینڈ کا ہے شاید۔ تو عورت نے کہا کہ مجھے اپنے سے، اس سے separation لینا ہے۔ تو</w:t>
      </w:r>
    </w:p>
    <w:p>
      <w:r>
        <w:rPr>
          <w:b/>
        </w:rPr>
        <w:t xml:space="preserve">[55:10] </w:t>
      </w:r>
      <w:r>
        <w:t>wajah batai kya ke woh stubborn hai. to mein ne kaha stubborn hai to pareshani kya hai aap ki? stubborn hai, is ko istemal kyun? woh strong hoga to us ke, us ki taqat ko istemal kijiye aap. zindagi mein tarah tarah ke masail paida hote hain. woh, woh is, is word mein kaam aayega aap ko. yeh to pareshani kya hai? to zara si baat ko bara bana dete hain, zara si baat ko bara bana dete hain. mera tajurba yahi hai.</w:t>
      </w:r>
    </w:p>
    <w:p>
      <w:pPr>
        <w:jc w:val="right"/>
      </w:pPr>
      <w:r>
        <w:t>وجہ بتائی کیا کہ وہ stubborn ہے۔ تو میں نے کہا stubborn ہے تو پریشانی کیا ہے آپ کی؟ stubborn ہے، اس کو استعمال کیوں؟ وہ strong ہوگا تو اس کے، اس کی طاقت کو استعمال کیجیے آپ۔ زندگی میں طرح طرح کے مسئلے پیدا ہوتے ہیں۔ وہ، وہ اس، اس word میں کام آئے گا آپ کو۔ یہ تو پریشانی کیا ہے؟ تو ذرا سی بات کو بڑا بنا دیتے ہیں، ذرا سی بات کو بڑا بنا دیتے ہیں۔ میرا تجربہ یہی ہے۔</w:t>
      </w:r>
    </w:p>
    <w:p>
      <w:r>
        <w:rPr>
          <w:b/>
        </w:rPr>
        <w:t xml:space="preserve">[55:38] </w:t>
      </w:r>
      <w:r>
        <w:t>ji.</w:t>
      </w:r>
    </w:p>
    <w:p>
      <w:pPr>
        <w:jc w:val="right"/>
      </w:pPr>
      <w:r>
        <w:t>جی۔</w:t>
      </w:r>
    </w:p>
    <w:p>
      <w:r>
        <w:rPr>
          <w:b/>
        </w:rPr>
        <w:t xml:space="preserve">[55:40] </w:t>
      </w:r>
      <w:r>
        <w:t>to adjust karne ke maani kya hain? wohi chhoti chhoti baaton ko adjust karna hai. bari baat to hoti hi nahin. sachi baat yeh hai ke jo rift hota hai, hota hai na, rift, woh koi bari baat par nahin hota. chhoti chhoti baat par. jaise wohi mein ne kaha ke kharate lena, woh koi masla hai koi? to chhoti baat ko bara bana dete hain. isi ko adjust karna chahiye.</w:t>
      </w:r>
    </w:p>
    <w:p>
      <w:pPr>
        <w:jc w:val="right"/>
      </w:pPr>
      <w:r>
        <w:t>تو adjust کرنے کے معنی کیا ہیں؟ وہی چھوٹی چھوٹی باتوں کو adjust کرنا ہے۔ بڑی بات تو ہوتی ہی نہیں۔ سچی بات یہ ہے کہ جو rift ہوتا ہے، ہوتا ہے نا، rift، وہ کوئی بڑی بات پر نہیں ہوتا۔ چھوٹی چھوٹی بات پر۔ جیسے وہی میں نے کہا کہ خراٹے لینا، وہ کوئی مسئلہ ہے کوئی؟ تو چھوٹی بات کو بڑا بنا دیتے ہیں۔ اسی کو adjust کرنا چاہیے۔</w:t>
      </w:r>
    </w:p>
    <w:p>
      <w:r>
        <w:rPr>
          <w:b/>
        </w:rPr>
        <w:t xml:space="preserve">[56:03] </w:t>
      </w:r>
      <w:r>
        <w:t>maulana صاحب, i must say that it's not that you just preach, but you've practiced it yourself. you have yourself encouraged the women of your house to come forward and play their part in various phases of life. not only your daughter but your granddaughters today are completely devoted for dawah work, and they are doing amazingly well, mashallah. in the end, i would just want to ask from you that what advice would you like to give to all the women across the world?</w:t>
      </w:r>
    </w:p>
    <w:p>
      <w:pPr>
        <w:jc w:val="right"/>
      </w:pPr>
      <w:r>
        <w:t>مولانا صاحب، I must say that it's not that you just preach, but you've practiced it yourself. You have yourself encouraged the women of your house to come forward and play their part in various phases of life. Not only your daughter but your granddaughters today are completely devoted for dawah work, and they are doing amazingly well, ماشاءاللہ۔ In the end, I would just want to ask from you that what advice would you like to give to all the women across the world?</w:t>
      </w:r>
    </w:p>
    <w:p>
      <w:r>
        <w:rPr>
          <w:b/>
        </w:rPr>
        <w:t xml:space="preserve">[56:34] </w:t>
      </w:r>
      <w:r>
        <w:t>dekhein, aam tor par kya hota hai ke log do and don't ki zuban bolte hain. yeh na karo, woh na karo, yeh karo, woh na karo. do and don't ki zuban. mein kabhi nahin bolta. mein apne ghar ki khawateen ko ya bachiyon ko kabhi bhi do and don't ki zuban bola hi nahin kabhi. un ko mein reason based baat karta hoon. jab bhi kisi se baat karunga to reason based. to dekhein, insaan ke andar Allah taala ne mind rakha hai.</w:t>
      </w:r>
    </w:p>
    <w:p>
      <w:pPr>
        <w:jc w:val="right"/>
      </w:pPr>
      <w:r>
        <w:t>دیکھیں، عام طور پر کیا ہوتا ہے کہ لوگ do and don't کی زبان بولتے ہیں۔ یہ نہ کرو، وہ نہ کرو، یہ کرو، وہ نہ کرو۔ do and don't کی زبان۔ میں کبھی نہیں بولتا۔ میں اپنے گھر کی خواتین کو یا بچیوں کو کبھی بھی do and don't کی زبان بولا ہی نہیں کبھی۔ ان کو میں reason based بات کرتا ہوں۔ جب بھی کسی سے بات کروں گا تو reason based۔ تو دیکھیں، انسان کے اندر اللہ تعالیٰ نے mind رکھا ہے۔</w:t>
      </w:r>
    </w:p>
    <w:p>
      <w:r>
        <w:rPr>
          <w:b/>
        </w:rPr>
        <w:t xml:space="preserve">[57:04] </w:t>
      </w:r>
      <w:r>
        <w:t>woh mind reason se adjust hota hai. do and don't se adjust nahi hota woh. aap daantain to is se adjust nahi hoga aap. to reason se adjust hota hai. mein hamesha kisi baat ko jab kehta hoon to woh reason based hoti hai. to un ke mind ko adjust karti hai. yeh hai raaz. is tarah aap gharon mein agar yeh culture of reason chalain aap, culture</w:t>
      </w:r>
    </w:p>
    <w:p>
      <w:pPr>
        <w:jc w:val="right"/>
      </w:pPr>
      <w:r>
        <w:t>وہ mind reason سے adjust ہوتا ہے۔ do and don't سے adjust نہیں ہوتا وہ۔ آپ ڈانٹیں تو اس سے adjust نہیں ہوگا آپ۔ تو reason سے adjust ہوتا ہے۔ میں ہمیشہ کسی بات کو جب کہتا ہوں تو وہ reason based ہوتی ہے۔ تو ان کے mind کو adjust کرتی ہے۔ یہ ہے راز۔ اس طرح آپ گھروں میں اگر یہ کلچر of reason چلائیں آپ، کلچ</w:t>
      </w:r>
    </w:p>
    <w:p>
      <w:r>
        <w:rPr>
          <w:b/>
        </w:rPr>
        <w:t xml:space="preserve">[57:34] </w:t>
      </w:r>
      <w:r>
        <w:t>of reason, to woh jo shikayat karte hain log, bachay bigad rahay hain, koi nahi bigad raha. gharon mein culture of reason hai hi nahi. doosray doosray culture chaltay hain. mein kisi aik ghar ko nahi jaanta, yaqeen kijiye, apnay jaanay mein, jo haqeeqatan jis nay adopt kiya ho culture of reason ko. reason aik aisi cheez hai jo har aadmi ko aap tame kar saktay hain. har aadmi ko aap apna bana saktay hain.</w:t>
      </w:r>
    </w:p>
    <w:p>
      <w:pPr>
        <w:jc w:val="right"/>
      </w:pPr>
      <w:r>
        <w:t>ر of reason، تو وہ جو شکایت کرتے ہیں لوگ، بچے بگڑ رہے ہیں، کوئی نہیں بگڑ رہا۔ گھروں میں کلچر of reason ہے ہی نہیں۔ دوسرے دوسرے کلچر چلتے ہیں۔ میں کسی ایک گھر کو نہیں جانتا، یقین کیجیے، اپنے جاننے میں، جو حقیقتاً جس نے adopt کیا ہو کلچر of reason کو۔ reason ایک ایسی چیز ہے جو ہر آدمی کو آپ tame کر سکتے ہیں۔ ہر آدمی کو آپ اپنا بنا سکتے ہیں۔</w:t>
      </w:r>
    </w:p>
    <w:p>
      <w:r>
        <w:rPr>
          <w:b/>
        </w:rPr>
        <w:t xml:space="preserve">[58:04] </w:t>
      </w:r>
      <w:r>
        <w:t>har aadmi ko. kyunkay reason jab us ka adjust ho jati hai to us ka ikhtilaf hi khatam ho jata hai. jab reason adjust ho gayi to, to ikhtilaf ki jar khatam ho gayi. to aap, yaani apnay ko prepare kijiye, prepare karna paray ga apnay aap ko. study kar kay apnay ko prepare kijiye ke aap un ki reason ko adjust kar sakain. is kay baad then there is no problem at all</w:t>
      </w:r>
    </w:p>
    <w:p>
      <w:pPr>
        <w:jc w:val="right"/>
      </w:pPr>
      <w:r>
        <w:t>ہر آدمی کو۔ کیونکہ reason جب اس کا adjust ہو جاتی ہے تو اس کا اختلاف ہی ختم ہو جاتا ہے۔ جب reason adjust ہو گئی تو، تو اختلاف کی جڑ ختم ہو گئی۔ تو آپ، یعنی اپنے کو prepare کیجیے، prepare کرنا پڑے گا اپنے آپ کو۔ study کر کے اپنے کو prepare کیجیے کہ آپ ان کی reason کو adjust کر سکیں۔ اس کے بعد then there is no problem at all</w:t>
      </w:r>
    </w:p>
    <w:p>
      <w:r>
        <w:rPr>
          <w:b/>
        </w:rPr>
        <w:t xml:space="preserve">[58:34] </w:t>
      </w:r>
      <w:r>
        <w:t>.</w:t>
      </w:r>
    </w:p>
    <w:p>
      <w:pPr>
        <w:jc w:val="right"/>
      </w:pPr>
      <w:r>
        <w:t>۔</w:t>
      </w:r>
    </w:p>
    <w:p>
      <w:r>
        <w:rPr>
          <w:b/>
        </w:rPr>
        <w:t xml:space="preserve">[58:36] </w:t>
      </w:r>
      <w:r>
        <w:t>Maulana sahib, thank you very much to, you know, address such an important subject today. How did you find today's session on women in Islam? If you want to join CPS or contribute to its global outreach program, then write to us on info@cpsglobal.org. We'll be back next Saturday, same time. Keep watching CPS International. Thank you.</w:t>
      </w:r>
    </w:p>
    <w:p>
      <w:pPr>
        <w:jc w:val="right"/>
      </w:pPr>
      <w:r>
        <w:t>مولانا صاحب، thank you very much to, you know, address such an important subject today. How did you find today's session on women in Islam? If you want to join CPS or contribute to its global outreach program, then write to us on info@cpsglobal.org. We'll be back next Saturday, same time. Keep watching CPS International.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