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Quranic Wisdom | September 10, 2016</w:t>
      </w:r>
    </w:p>
    <w:p>
      <w:r>
        <w:t>https://www.youtube.com/watch?v=hNTKraIhmeQ</w:t>
      </w:r>
    </w:p>
    <w:p>
      <w:r>
        <w:rPr>
          <w:b/>
        </w:rPr>
        <w:t xml:space="preserve">[00:13] </w:t>
      </w:r>
      <w:r>
        <w:t>Bismillah Rehman ur Rahim. Assalam o Alaikum, welcome to the question and answer series with CPS founder Maulana Wahiduddin Khan sahib. The theme for today's session is "Quranic Wisdom." Uh, Maulana sahib, first of all, I would like to thank you for taking your time out for today's important session. I want to begin by asking you, uh, how would you define wisdom, and if you can also give an example.</w:t>
      </w:r>
    </w:p>
    <w:p>
      <w:pPr>
        <w:jc w:val="right"/>
      </w:pPr>
      <w:r>
        <w:t>بسم اللہ الرحمن الرحیم۔ السلام علیکم، ویلکم ٹو دی کوئسچن اینڈ آنسر سیریز ود سی پی ایس فاؤنڈر مولانا وحید الدین خان صاحب۔ The theme for today's session is "Quranic Wisdom." Uh, مولانا صاحب, first of all, I would like to thank you for taking your time out for today's important session. I want to begin by asking you, uh, how would you define wisdom, and if you can also give an example.</w:t>
      </w:r>
    </w:p>
    <w:p>
      <w:r>
        <w:rPr>
          <w:b/>
        </w:rPr>
        <w:t xml:space="preserve">[00:44] </w:t>
      </w:r>
      <w:r>
        <w:t>Dekhiye, wisdom kisi theoretical formula kay naam nahi hai. jaisay justice aik theoretical formula hai, to wisdom is tarah kisi theoretical formula, yaani nazriati formulay kay naam nahi hai. yeh practical formula kay naam hai.</w:t>
      </w:r>
    </w:p>
    <w:p>
      <w:pPr>
        <w:jc w:val="right"/>
      </w:pPr>
      <w:r>
        <w:t>دیکھیے، wisdom کسی theoretical formula کے نام نہیں ہے۔ جیسے justice ایک theoretical formula ہے، تو wisdom اس طرح کسی theoretical formula، یعنی نظریاتی فارمولے کے نام نہیں ہے۔ یہ practical formula کے نام ہے۔</w:t>
      </w:r>
    </w:p>
    <w:p>
      <w:r>
        <w:rPr>
          <w:b/>
        </w:rPr>
        <w:t xml:space="preserve">[01:15] </w:t>
      </w:r>
      <w:r>
        <w:t>Yeh bohat hi basic baat hai, yeh jaanna chahiye ke wisdom ka talluq practical wisdom se hai, theoretical wisdom se nahi. aur saaray log isi liye pareshan rehtay hain kyunkay woh wisdom ko samajhtay hain ideology ya theory, jabkay wisdom na theory hai na ideology. ideology aik alag cheez hai. aap koi ide</w:t>
      </w:r>
    </w:p>
    <w:p>
      <w:pPr>
        <w:jc w:val="right"/>
      </w:pPr>
      <w:r>
        <w:t>یہ بہت ہی basic بات ہے، یہ جاننا چاہیے کہ wisdom کا تعلق practical wisdom سے ہے، theoretical wisdom سے نہیں۔ اور سارے لوگ اسی لیے پریشان رہتے ہیں کیونکہ وہ wisdom کو سمجھتے ہیں ideology یا theory، جبکہ wisdom نہ theory ہے نہ ideology۔ ideology ایک الگ چیز ہے۔ آپ کوئی ide</w:t>
      </w:r>
    </w:p>
    <w:p>
      <w:r>
        <w:rPr>
          <w:b/>
        </w:rPr>
        <w:t xml:space="preserve">[01:45] </w:t>
      </w:r>
      <w:r>
        <w:t>ology lain, adopt karain, to us ko jab aap samaj mein, ya society mein, laana chahtay hain, implement karna chahtay hain, wahan sawal hota hai wisdom ka. wisdom yaani jo practical wisdom</w:t>
      </w:r>
    </w:p>
    <w:p>
      <w:pPr>
        <w:jc w:val="right"/>
      </w:pPr>
      <w:r>
        <w:t>ology لیں، adopt کریں، تو اس کو جب آپ سماج میں، یا society میں، لانا چاہتے ہیں، implement کرنا چاہتے ہیں، وہاں سوال ہوتا ہے wisdom کا۔ wisdom یعنی جو practical wisdom</w:t>
      </w:r>
    </w:p>
    <w:p>
      <w:r>
        <w:rPr>
          <w:b/>
        </w:rPr>
        <w:t xml:space="preserve">[02:15] </w:t>
      </w:r>
      <w:r>
        <w:t>hai, us ko aap apply karain gay tab aap kamyab hoon gay. nahi to kabhi qayamat tak kamyab nahi hoon gay. to ideology lay kar kay kabhi kamyabi nahi hoti. ideology ko kaisay implement kiya jaye, aur kin practical aspects ko hum is mein apnay dhiyan mein lain, yeh bohat important cheez hai. agar sirf aap the</w:t>
      </w:r>
    </w:p>
    <w:p>
      <w:pPr>
        <w:jc w:val="right"/>
      </w:pPr>
      <w:r>
        <w:t>ہے، اس کو آپ apply کریں گے تب آپ کامیاب ہوں گے۔ نہیں تو کبھی قیامت تک کامیاب نہیں ہوں گے۔ تو ideology لے کر کے کبھی کامیابی نہیں ہوتی۔ ideology کو کیسے implement کیا جائے، اور کن practical aspects کو ہم اس میں اپنے دھیان میں لیں، یہ بہت important چیز ہے۔ اگر صرف آپ the</w:t>
      </w:r>
    </w:p>
    <w:p>
      <w:r>
        <w:rPr>
          <w:b/>
        </w:rPr>
        <w:t xml:space="preserve">[02:45] </w:t>
      </w:r>
      <w:r>
        <w:t>ory ko jantay hoon aur wisdom ko na jantay hoon to aap implement nahi kar saktay. misaal kay tor par, aap kai mulkon ko jantay hain, wahan sau sau saal se movement chal rahi hain justice ki, ke justice ko hum qaim karain gay, justice ko hum implement karain gay, aur kuch hua nahi. kyunkay justice aik ideology</w:t>
      </w:r>
    </w:p>
    <w:p>
      <w:pPr>
        <w:jc w:val="right"/>
      </w:pPr>
      <w:r>
        <w:t>ory کو جانتے ہوں اور wisdom کو نہ جانتے ہوں تو آپ implement نہیں کر سکتے۔ مثال کے طور پر، آپ کئی ملکوں کو جانتے ہیں، وہاں سو سو سال سے movement چل رہی ہیں justice کی، کہ justice کو ہم قائم کریں گے، justice کو ہم implement کریں گے، اور کچھ ہوا نہیں۔ کیونکہ justice ایک ideology</w:t>
      </w:r>
    </w:p>
    <w:p>
      <w:r>
        <w:rPr>
          <w:b/>
        </w:rPr>
        <w:t xml:space="preserve">[03:15] </w:t>
      </w:r>
      <w:r>
        <w:t>hai. justice ko jab press na karain aap wisdom se, tab tak aap kamyab nahi ho saktay. yaani practical wisdom ko lay kar aap apni planning kijiye, tab aap kamyab hoon gay. nahi to kamyab nahi hoon gay. to justice aap ko ideology deti hai, lekin planning jo hai, planning, woh aap ko sirf wisdom se maloom hota hai.</w:t>
      </w:r>
    </w:p>
    <w:p>
      <w:pPr>
        <w:jc w:val="right"/>
      </w:pPr>
      <w:r>
        <w:t>ہے۔ justice کو جب press نہ کریں آپ wisdom سے، تب تک آپ کامیاب نہیں ہو سکتے۔ یعنی practical wisdom کو لے کر آپ اپنی planning کیجئے، تب آپ کامیاب ہوں گے۔ نہیں تو کامیاب نہیں ہوں گے۔ تو justice آپ کو ideology دیتی ہے، لیکن planning جو ہے، planning، وہ آپ کو صرف wisdom سے معلوم ہوتا ہے۔</w:t>
      </w:r>
    </w:p>
    <w:p>
      <w:r>
        <w:rPr>
          <w:b/>
        </w:rPr>
        <w:t xml:space="preserve">[03:43] </w:t>
      </w:r>
      <w:r>
        <w:t>Uh, Maulana sahib, I would like to, uh, bring your attention here on the definition of wisdom that you have given. You once said, uh, defining wisdom that it is the ability to sort the relevant from the irrelevant. My question is, why is it so important to ignore the irrelevant aspects in a situation?</w:t>
      </w:r>
    </w:p>
    <w:p>
      <w:pPr>
        <w:jc w:val="right"/>
      </w:pPr>
      <w:r>
        <w:t>Uh, مولانا صاحب, I would like to, uh, bring your attention here on the definition of wisdom that you have given. You once said, uh, defining wisdom that it is the ability to sort the relevant from the irrelevant. My question is, why is it so important to ignore the irrelevant aspects in a situation?</w:t>
      </w:r>
    </w:p>
    <w:p>
      <w:r>
        <w:rPr>
          <w:b/>
        </w:rPr>
        <w:t xml:space="preserve">[04:05] </w:t>
      </w:r>
      <w:r>
        <w:t>Haan, meri definition wisdom ki yahi hai ke the ability to discover the relevant by sorting out the irrelevant. baat yeh hai ke yeh duniya jo banayi gayi hai, jo creator nay banaya hai, to yahan par competition hai, challenge hai. har aadmi ko freedom hai. is waqt har aadmi ap</w:t>
      </w:r>
    </w:p>
    <w:p>
      <w:pPr>
        <w:jc w:val="right"/>
      </w:pPr>
      <w:r>
        <w:t>ہاں، میری definition wisdom کی یہی ہے کہ the ability to discover the relevant by sorting out the irrelevant. بات یہ ہے کہ یہ دنیا جو بنائی گئی ہے، جو creator نے بنایا ہے، تو یہاں پر competition ہے، challenge ہے۔ ہر آدمی کو freedom ہے۔ اس وقت ہر آدمی اپ</w:t>
      </w:r>
    </w:p>
    <w:p>
      <w:r>
        <w:rPr>
          <w:b/>
        </w:rPr>
        <w:t xml:space="preserve">[04:35] </w:t>
      </w:r>
      <w:r>
        <w:t>na apna dodd laga raha hai. to jab tak aap doosron ki riayat na karain, aap kabhi kamyab nahi ho saktay. aap ki planning mein doosron ka lihaaz hona zaroori hai. to kyunkay doosra bhi apna apna apni dodd lagaye ga, to aap ki dodd us ki dodd mein kai baar takraao ho jaye ga. to sirf lar</w:t>
      </w:r>
    </w:p>
    <w:p>
      <w:pPr>
        <w:jc w:val="right"/>
      </w:pPr>
      <w:r>
        <w:t>نا اپنا دوڑ لگا رہا ہے۔ تو جب تک آپ دوسروں کی رعایت نہ کریں، آپ کبھی کامیاب نہیں ہو سکتے۔ آپ کی planning میں دوسروں کا لحاظ ہونا ضروری ہے۔ تو کیونکہ دوسرا بھی اپنا اپنا اپنی دوڑ لگائے گا، تو آپ کی دوڑ اس کی دوڑ میں کئی بار ٹکراؤ ہو جائے گا۔ تو صرف لڑ</w:t>
      </w:r>
    </w:p>
    <w:p>
      <w:r>
        <w:rPr>
          <w:b/>
        </w:rPr>
        <w:t xml:space="preserve">[05:05] </w:t>
      </w:r>
      <w:r>
        <w:t>ai, agar aap doosron ki riayat na karain, to aap kay hissay mein sirf larai aaye gi. larai. yaani larai hogi aur kuch milay ga, kuch bhi nahi. jab tak aap apni planning ko wise, apni planning ko wisdom based planning na banain, sirf theory ko lay kar apni planning karain, to us kay siwa larai bhiray ka kuch bhi nahi hoga.</w:t>
      </w:r>
    </w:p>
    <w:p>
      <w:pPr>
        <w:jc w:val="right"/>
      </w:pPr>
      <w:r>
        <w:t>ائی، اگر آپ دوسروں کی رعایت نہ کریں، تو آپ کے حصے میں صرف لڑائی آئے گی۔ لڑائی۔ یعنی لڑائی ہوگی اور کچھ ملے گا، کچھ بھی نہیں۔ جب تک آپ اپنی planning کو wise، اپنی planning کو wisdom based planning نہ بنائیں، صرف theory کو لے کر اپنی planning کریں، تو اس کے سوا لڑائی بھڑائی کا کچھ بھی نہیں ہوگا۔</w:t>
      </w:r>
    </w:p>
    <w:p>
      <w:r>
        <w:rPr>
          <w:b/>
        </w:rPr>
        <w:t xml:space="preserve">[05:36] </w:t>
      </w:r>
      <w:r>
        <w:t>to aap kay paas jo theory hai, us theory ko aap jab implement karna chahein, to aap ko wisdom based planning karni paray gi. kyunkay doosron ki riayat karna paray ga. doosron ki riayat karnay hi ka naam hai planning. doosron ki riayat kay baghair aap agar planning karnay lagain gay to woh realistic planning nahi hogi.</w:t>
      </w:r>
    </w:p>
    <w:p>
      <w:pPr>
        <w:jc w:val="right"/>
      </w:pPr>
      <w:r>
        <w:t>تو آپ کے پاس جو theory ہے، اس theory کو آپ جب implement کرنا چاہیں، تو آپ کو wisdom based planning کرنی پڑے گی۔ کیونکہ دوسروں کی رعایت کرنا پڑے گا۔ دوسروں کی رعایت کرنے ہی کا نام ہے planning۔ دوسروں کی رعایت کے بغیر آپ اگر planning کرنے لگیں گے تو وہ realistic planning نہیں ہوگی۔</w:t>
      </w:r>
    </w:p>
    <w:p>
      <w:r>
        <w:rPr>
          <w:b/>
        </w:rPr>
        <w:t xml:space="preserve">[06:07] </w:t>
      </w:r>
      <w:r>
        <w:t>realistic planning nahi hogi. aur phir the result is failure.</w:t>
      </w:r>
    </w:p>
    <w:p>
      <w:pPr>
        <w:jc w:val="right"/>
      </w:pPr>
      <w:r>
        <w:t>realistic planning نہیں ہوگی۔ اور پھر the result is failure.</w:t>
      </w:r>
    </w:p>
    <w:p>
      <w:r>
        <w:rPr>
          <w:b/>
        </w:rPr>
        <w:t xml:space="preserve">[06:13] </w:t>
      </w:r>
      <w:r>
        <w:t>Uh, Maulana sahib, is there an example that you can give from the life of the Prophet of Islam as to how he sorted the relevant from the irrelevant?</w:t>
      </w:r>
    </w:p>
    <w:p>
      <w:pPr>
        <w:jc w:val="right"/>
      </w:pPr>
      <w:r>
        <w:t>Uh, مولانا صاحب, is there an example that you can give from the life of the Prophet of Islam as to how he sorted the relevant from the irrelevant?</w:t>
      </w:r>
    </w:p>
    <w:p>
      <w:r>
        <w:rPr>
          <w:b/>
        </w:rPr>
        <w:t xml:space="preserve">[06:23] </w:t>
      </w:r>
      <w:r>
        <w:t>Dekhiye, Rasool Allah jo thay, un ka mission tha tauheed ka mission, oneness of God. Yahi aap ka mission tha. To aap 610 AD mein Makkah mein aap nay apna mission shuru kiya. Is kay baad bazahir, yaani apparently, wahan sab se bara problem yeh tha ke Ka'aba jo muqaddas ghar tha tauheed ka, usi mein 3</w:t>
      </w:r>
    </w:p>
    <w:p>
      <w:pPr>
        <w:jc w:val="right"/>
      </w:pPr>
      <w:r>
        <w:t>دیکھیے، رسول اللہ جو تھے، ان کا mission تھا توحید کا mission، oneness of God۔ یہی آپ کا mission تھا۔ تو آپ 610 AD میں مکہ میں آپ نے اپنا mission شروع کیا۔ اس کے بعد بظاہر، یعنی apparently، وہاں سب سے بڑا problem یہ تھا کہ کعبہ جو مقدس گھر تھا توحید کا، اسی میں 3</w:t>
      </w:r>
    </w:p>
    <w:p>
      <w:r>
        <w:rPr>
          <w:b/>
        </w:rPr>
        <w:t xml:space="preserve">[06:53] </w:t>
      </w:r>
      <w:r>
        <w:t>60 but rakhay hue hain. jis ko Hazrat Ibrahim nay 4000 saal pehlay banaya tha tauheed kay liye, us ko logon nay baad kay zamanay mein butoon se bhar diya. to bazahir sab se bara masla yeh tha aik aisay paighambar kay liye jo tauheed kay liye utha hai. lekin aap dekhiye, Rasool Allah nay kabhi bhi yeh sawal nahi uthaya wahan. koi protest nahi</w:t>
      </w:r>
    </w:p>
    <w:p>
      <w:pPr>
        <w:jc w:val="right"/>
      </w:pPr>
      <w:r>
        <w:t>60 بت رکھے ہوئے ہیں۔ جس کو حضرت ابراہیم نے 4000 سال پہلے بنایا تھا توحید کے لیے، اس کو لوگوں نے بعد کے زمانے میں بتوں سے بھر دیا۔ تو بظاہر سب سے بڑا مسئلہ یہ تھا ایک ایسے پیغمبر کے لیے جو توحید کے لیے اٹھا ہے۔ لیکن آپ دیکھیے، رسول اللہ نے کبھی بھی یہ سوال نہیں اٹھایا وہاں۔ کوئی protest نہیں</w:t>
      </w:r>
    </w:p>
    <w:p>
      <w:r>
        <w:rPr>
          <w:b/>
        </w:rPr>
        <w:t xml:space="preserve">[07:23] </w:t>
      </w:r>
      <w:r>
        <w:t>kiya. butoon ko tora phora nahi. aap nay us ko ignore kar kay apna mission chalaya. That's wisdom. to us mein dekhiye, aik tha butoon ka presence Ka'aba mein, aur doosra tha unhi butoon ki wajah se gathering. Makkah mein unhi butoon ki wajah se daily gathering hoti thi. un kay jo worshipper thay, woh atay thay wahan un ka blessing lainay kay liye, kuch charhawa charh</w:t>
      </w:r>
    </w:p>
    <w:p>
      <w:pPr>
        <w:jc w:val="right"/>
      </w:pPr>
      <w:r>
        <w:t>کیا۔ بتوں کو توڑا پھوڑا نہیں۔ آپ نے اس کو ignore کر کے اپنا mission چلایا۔ That's wisdom. تو اس میں دیکھیے، ایک تھا بتوں کا presence کعبہ میں، اور دوسرا تھا انہی بتوں کی وجہ سے gathering۔ مکہ میں انہی بتوں کی وجہ سے daily gathering ہوتی تھی۔ ان کے جو worshipper تھے، وہ آتے تھے وہاں ان کا blessing لینے کے لیے، کچھ چڑھاوا چڑھ</w:t>
      </w:r>
    </w:p>
    <w:p>
      <w:r>
        <w:rPr>
          <w:b/>
        </w:rPr>
        <w:t xml:space="preserve">[07:53] </w:t>
      </w:r>
      <w:r>
        <w:t>anay kay liye. to aap nay kiya kiya? aap nay butoon kay presence ko ignore kiya, aur aap nay gathering ko as an audience istemal kiya. That's wisdom. yahi alag karna. yaani is case mein, is case mein practically yeh cheez irrelevant ban gayi thi, butoon ka presence. aur relevant ban gaya tha gather</w:t>
      </w:r>
    </w:p>
    <w:p>
      <w:pPr>
        <w:jc w:val="right"/>
      </w:pPr>
      <w:r>
        <w:t>انے کے لیے۔ تو آپ نے کیا کیا؟ آپ نے بتوں کے presence کو ignore کیا، اور آپ نے gathering کو as an audience استعمال کیا۔ That's wisdom. یہی الگ کرنا۔ یعنی اس case میں، اس case میں practically یہ چیز irrelevant بن گئی تھی، بتوں کا presence۔ اور relevant بن گیا تھا gather</w:t>
      </w:r>
    </w:p>
    <w:p>
      <w:r>
        <w:rPr>
          <w:b/>
        </w:rPr>
        <w:t xml:space="preserve">[08:23] </w:t>
      </w:r>
      <w:r>
        <w:t>ing. kyunkay woh gathering ko aap ko avail karna tha. Gathering was an opportunity. to bohat zabardast misaal hai ke aap nay jo aap kay mission kay lihaaz se us waqt irrelevant baat thi, us ko aap nay ignore kiya. aur jo us waqt jo baat relevant thi, yaani gathering, kyunkay woh free ka audience</w:t>
      </w:r>
    </w:p>
    <w:p>
      <w:pPr>
        <w:jc w:val="right"/>
      </w:pPr>
      <w:r>
        <w:t>ing۔ کیونکہ وہ gathering کو آپ کو avail کرنا تھا۔ Gathering was an opportunity. تو بہت زبردست مثال ہے کہ آپ نے جو آپ کے mission کے لحاظ سے اس وقت irrelevant بات تھی، اس کو آپ نے ignore کیا۔ اور جو اس وقت جو بات relevant تھی، یعنی gathering، کیونکہ وہ free کا audience</w:t>
      </w:r>
    </w:p>
    <w:p>
      <w:r>
        <w:rPr>
          <w:b/>
        </w:rPr>
        <w:t xml:space="preserve">[08:53] </w:t>
      </w:r>
      <w:r>
        <w:t>tha, aap bulana nahi tha, baghair bulaye wahan atay thay log daily. yeh hai irrelevant ko ignore kar kay relevant ki buniyad par apni planning karna.</w:t>
      </w:r>
    </w:p>
    <w:p>
      <w:pPr>
        <w:jc w:val="right"/>
      </w:pPr>
      <w:r>
        <w:t>تھا، آپ بلانا نہیں تھا، بغیر بلائے وہاں آتے تھے لوگ daily۔ یہ ہے irrelevant کو ignore کر کے relevant کی بنیاد پر اپنی planning کرنا۔</w:t>
      </w:r>
    </w:p>
    <w:p>
      <w:r>
        <w:rPr>
          <w:b/>
        </w:rPr>
        <w:t xml:space="preserve">[09:08] </w:t>
      </w:r>
      <w:r>
        <w:t>Uh, Maulana sahib, the Quran says in one of the verses that one of the tasks given to Prophet of Islam was to teach wisdom to all his companions. Can you explain this verse to all of us, Maulana sahib?</w:t>
      </w:r>
    </w:p>
    <w:p>
      <w:pPr>
        <w:jc w:val="right"/>
      </w:pPr>
      <w:r>
        <w:t>Uh, مولانا صاحب, the Quran says in one of the verses that one of the tasks given to Prophet of Islam was to teach wisdom to all his companions. Can you explain this verse to all of us, مولانا صاحب?</w:t>
      </w:r>
    </w:p>
    <w:p>
      <w:r>
        <w:rPr>
          <w:b/>
        </w:rPr>
        <w:t xml:space="preserve">[09:24] </w:t>
      </w:r>
      <w:r>
        <w:t>Dekhiye, Quran jo hai, kya hai? Quran book of ideology hai. Book of ideology. Lekin practical jo problem hote hain, woh to isko pesh aate hain jo is mission ko le kar uthe. Jab Rasool Allah is mission ko le kar uthe to wahan par aap ke raste mein problem aaye. To aap ka mission yeh tha ke ideology to Quran ki pesh karein. Aur jab mission ke dauran</w:t>
      </w:r>
    </w:p>
    <w:p>
      <w:pPr>
        <w:jc w:val="right"/>
      </w:pPr>
      <w:r>
        <w:t>دیکھیے، قرآن جو ہے، کیا ہے؟ قرآن book of ideology ہے۔ book of ideology۔ لیکن practical جو problem ہوتے ہیں، وہ تو اس کو پیش آتے ہیں جو اس mission کو لے کر اٹھے۔ جب رسول اللہ اس mission کو لے کر اٹھے تو وہاں پر آپ کے راستے میں problem آئے۔ تو آپ کا mission یہ تھا کہ ideology تو قرآن کی پیش کریں۔ اور جب mission کے دوران</w:t>
      </w:r>
    </w:p>
    <w:p>
      <w:r>
        <w:rPr>
          <w:b/>
        </w:rPr>
        <w:t xml:space="preserve">[09:56] </w:t>
      </w:r>
      <w:r>
        <w:t>aap ko problem pesh aaye to logon ko batayein ke bhai aisa karo, aisa karo. Masalan yahi jo misaal maine di ke beton ko ignore karo taake tum jo aap wahan par jo gathering hoti hai, us ko bator audience istemal karo. Yeh bhi isi ki ek misaal hai, aur bahut si misalein hain. To Rasool Allah sallallahu alaihi wasallam ki jo ideology thi, wahi thi ideology jo Quran ki ideology hai.</w:t>
      </w:r>
    </w:p>
    <w:p>
      <w:pPr>
        <w:jc w:val="right"/>
      </w:pPr>
      <w:r>
        <w:t>آپ کو problem پیش آئے تو لوگوں کو بتائیں کہ بھئی ایسا کرو، ایسا کرو۔ مثلاً یہی جو مثال میں نے دی کہ بتوں کو ignore کرو تاکہ تم جو آپ وہاں پر جو gathering ہوتی ہے، اس کو بطور audience استعمال کرو۔ یہ بھی اسی کی ایک مثال ہے، اور بہت سی مثالیں ہیں۔ تو رسول اللہ صلی اللہ علیہ وسلم کی جو ideology تھی، وہی تھی ideology جو قرآن کی ideology ہے۔</w:t>
      </w:r>
    </w:p>
    <w:p>
      <w:r>
        <w:rPr>
          <w:b/>
        </w:rPr>
        <w:t xml:space="preserve">[10:27] </w:t>
      </w:r>
      <w:r>
        <w:t>Lekin aap ne practical tor par is ideology ko le kar wahan par mission chalaya. To bar bar masle pesh aate the, practical masle, to wahan par Rasool Allah ne un ko wisdom di, yani practical wisdom di ke baghair takrao ke hue, baghair yani logon se, yani be faida qism ki ladaai kiye baghair kaise mission ko aage badhaya jaye. Woh</w:t>
      </w:r>
    </w:p>
    <w:p>
      <w:pPr>
        <w:jc w:val="right"/>
      </w:pPr>
      <w:r>
        <w:t>لیکن آپ نے practical طور پر اس ideology کو لے کر وہاں پر mission چلایا۔ تو بار بار مسئلے پیش آتے تھے، practical مسئلے، تو وہاں پر رسول اللہ نے ان کو wisdom دی، یعنی practical wisdom دی کہ بغیر ٹکراؤ کے ہوئے، بغیر یعنی لوگوں سے، یعنی بے فائدہ قسم کی لڑائی کیے بغیر کیسے mission کو آگے بڑھایا جائے۔ وہ</w:t>
      </w:r>
    </w:p>
    <w:p>
      <w:r>
        <w:rPr>
          <w:b/>
        </w:rPr>
        <w:t xml:space="preserve">[10:57] </w:t>
      </w:r>
      <w:r>
        <w:t>tha wisdom, woh aap dete rahe barabar logon ko.</w:t>
      </w:r>
    </w:p>
    <w:p>
      <w:pPr>
        <w:jc w:val="right"/>
      </w:pPr>
      <w:r>
        <w:t>تھا wisdom، وہ آپ دیتے رہے برابر لوگوں کو۔</w:t>
      </w:r>
    </w:p>
    <w:p>
      <w:r>
        <w:rPr>
          <w:b/>
        </w:rPr>
        <w:t xml:space="preserve">[11:00] </w:t>
      </w:r>
      <w:r>
        <w:t>Uh, according to Quran, Maulana sahib, one who's been given wisdom has been given the greatest good. So the question is that why so much importance attached to wisdom?</w:t>
      </w:r>
    </w:p>
    <w:p>
      <w:pPr>
        <w:jc w:val="right"/>
      </w:pPr>
      <w:r>
        <w:t>Uh, according to Quran, مولانا صاحب, one who's been given wisdom has been given the greatest good. So the question is that why so much importance attached to wisdom?</w:t>
      </w:r>
    </w:p>
    <w:p>
      <w:r>
        <w:rPr>
          <w:b/>
        </w:rPr>
        <w:t xml:space="preserve">[11:14] </w:t>
      </w:r>
      <w:r>
        <w:t>Haan, yeh ayat hai Quran majeed mein. Man utiya al hikmata fa qad utiya khairan katheera. Kyun ke aap ke paas agar sachai hai to hi kafi nahi hai. Sachai ko jab implement karna chahenge, aap ko wisdom ki zaroorat hogi. Aap ke paas sachai hai aur wisdom nahi hai to aap kuch kar nahi sakte. Jaise jin logon ke paas</w:t>
      </w:r>
    </w:p>
    <w:p>
      <w:pPr>
        <w:jc w:val="right"/>
      </w:pPr>
      <w:r>
        <w:t>ہاں، یہ آیت ہے قرآن مجید میں۔ مَنْ أُوتِيَ الْحِكْمَةَ فَأَغْذُوتِهَا خَيْرًا كَثِيرًا کیونکہ آپ کے پاس اگر سچائی ہے تو ہی کافی نہیں ہے۔ سچائی کو جب implement کرنا چاہیں گے، آپ کو wisdom کی ضرورت ہوگی۔ آپ کے پاس سچائی ہے اور wisdom نہیں ہے تو آپ کچھ کر نہیں سکتے۔ جیسے جن لوگوں کے پاس</w:t>
      </w:r>
    </w:p>
    <w:p>
      <w:r>
        <w:rPr>
          <w:b/>
        </w:rPr>
        <w:t xml:space="preserve">[11:44] </w:t>
      </w:r>
      <w:r>
        <w:t>justice ka concept hai, woh kehte hain hum dunya mein justice qaim karenge. To wisdom un ke paas na hone ke bawajood ladte hain. Sau baras lad rahe hain, lad rahe hain, aur kuch bhi nahi hua. To wisdom bohat hi zaroori hai. Kyun ke agar aap ke paas sachai hai aur wisdom nahi hai to aap sirf ladna janenge. Peaceful planning aap ko aayegi nahi. Aur baghair peaceful planning ke dunya mein koi kaam ho nahi sakta.</w:t>
      </w:r>
    </w:p>
    <w:p>
      <w:pPr>
        <w:jc w:val="right"/>
      </w:pPr>
      <w:r>
        <w:t>justice کا concept ہے، وہ کہتے ہیں ہم دنیا میں justice قائم کریں گے۔ تو wisdom ان کے پاس نہ ہونے کے باوجود لڑتے ہیں۔ سو برس لڑ رہے ہیں، لڑ رہے ہیں، اور کچھ بھی نہیں ہوا۔ تو wisdom بہت ہی ضروری ہے۔ کیونکہ اگر آپ کے پاس سچائی ہے اور wisdom نہیں ہے تو آپ صرف لڑنا جانیں گے۔ peaceful planning آپ کو آئے گی نہیں۔ اور بغیر peaceful planning کے دنیا میں کوئی کام ہو نہیں سکتا۔</w:t>
      </w:r>
    </w:p>
    <w:p>
      <w:r>
        <w:rPr>
          <w:b/>
        </w:rPr>
        <w:t xml:space="preserve">[12:17] </w:t>
      </w:r>
      <w:r>
        <w:t>Yani work karti hai is dunya mein sirf peaceful planning. Jo planning, yani valid planning ho, woh work hi nahi karegi. Sirf ladenge, ladenge, ladenge, ladenge, aur kuch milega, kuch nahi. Yeh bohat important baat hai ke is dunya mein sirf peaceful planning work karti hai. Valid planning work hi nahi karti. To yeh aqal Allah taala ne diya Rasool Allah ko aur</w:t>
      </w:r>
    </w:p>
    <w:p>
      <w:pPr>
        <w:jc w:val="right"/>
      </w:pPr>
      <w:r>
        <w:t>یعنی work کرتی ہے اس دنیا میں صرف peaceful planning۔ جو planning، یعنی valid planning ہو، وہ work ہی نہیں کرے گی۔ صرف لڑیں گے، لڑیں گے، لڑیں گے، لڑیں گے، اور کچھ ملے گا، کچھ نہیں۔ یہ بہت important بات ہے کہ اس دنیا میں صرف peaceful planning work کرتی ہے۔ valid planning work ہی نہیں کرتی۔ تو یہ عقل اللہ تعالیٰ نے دیا رسول اللہ کو اور</w:t>
      </w:r>
    </w:p>
    <w:p>
      <w:r>
        <w:rPr>
          <w:b/>
        </w:rPr>
        <w:t xml:space="preserve">[12:47] </w:t>
      </w:r>
      <w:r>
        <w:t>aap ke Sahaba Rasool ko.</w:t>
      </w:r>
    </w:p>
    <w:p>
      <w:pPr>
        <w:jc w:val="right"/>
      </w:pPr>
      <w:r>
        <w:t>آپ کے صحابہ رسول کو۔</w:t>
      </w:r>
    </w:p>
    <w:p>
      <w:r>
        <w:rPr>
          <w:b/>
        </w:rPr>
        <w:t xml:space="preserve">[12:51] </w:t>
      </w:r>
      <w:r>
        <w:t>Maulana sahib, you in fact gave example of Prophet of Islam. Uh, you've also mentioned on many occasions that Prophet was a prophet of wisdom. Uh, can you give us examples as to how Prophet of Islam adopted Quranic wisdom?</w:t>
      </w:r>
    </w:p>
    <w:p>
      <w:pPr>
        <w:jc w:val="right"/>
      </w:pPr>
      <w:r>
        <w:t>مولانا صاحب, you in fact gave example of Prophet of Islam. Uh, you've also mentioned on many occasions that Prophet was a prophet of wisdom. Uh, can you give us examples as to how Prophet of Islam adopted Quranic wisdom?</w:t>
      </w:r>
    </w:p>
    <w:p>
      <w:r>
        <w:rPr>
          <w:b/>
        </w:rPr>
        <w:t xml:space="preserve">[13:09] </w:t>
      </w:r>
      <w:r>
        <w:t>Quranic wisdom dekhiye, yeh hai ke usr ko mat dekho, yusr ko dekho. Yani difficulties ko na dekho. Yeh dekho ke hum kis tarah ek peaceful planning kar sakte hain. Yeh dekho. Misaal ke tor par dekhiye, ek martaba Rasool Allah sallallahu alaihi wasallam ja rahe the ek safar par. Rasool Allah ke sath is waqt das hazar Sahaba the. Das hazar</w:t>
      </w:r>
    </w:p>
    <w:p>
      <w:pPr>
        <w:jc w:val="right"/>
      </w:pPr>
      <w:r>
        <w:t>Quranic wisdom دیکھیے، یہ ہے کہ اسر کو مت دیکھو، یسر کو دیکھو۔ یعنی difficulties کو نہ دیکھو۔ یہ دیکھو کہ ہم کس طرح ایک peaceful planning کر سکتے ہیں۔ یہ دیکھو۔ مثال کے طور پر دیکھیے، ایک مرتبہ رسول اللہ صلی اللہ علیہ وسلم جا رہے تھے ایک سفر پر۔ رسول اللہ کے ساتھ اس وقت دس ہزار صحابہ تھے۔ دس ہزار</w:t>
      </w:r>
    </w:p>
    <w:p>
      <w:r>
        <w:rPr>
          <w:b/>
        </w:rPr>
        <w:t xml:space="preserve">[13:40] </w:t>
      </w:r>
      <w:r>
        <w:t>Yeh safar tha Makkah se Taif ka. To raste mein ek pahadi ilaka tha. Pahadi ilake mein aap jante hain ke yani aisa hota hai ke idhar pahadi, idhar pahadi, aur beech mein rasta. Jisko pass kehte hain ya pahadi rasta kehte hain. Ji. To aise hi hua wahan par ek jagah. To do pahadiyon ke beech mein ek bohat hi</w:t>
      </w:r>
    </w:p>
    <w:p>
      <w:pPr>
        <w:jc w:val="right"/>
      </w:pPr>
      <w:r>
        <w:t>۔ یہ سفر تھا مکہ سے طائف کا۔ تو راستے میں ایک پہاڑی علاقہ تھا۔ پہاڑی علاقے میں آپ جانتے ہیں کہ یعنی ایسا ہوتا ہے کہ ادھر پہاڑی، ادھر پہاڑی، اور بیچ میں راستہ۔ جس کو pass کہتے ہیں یا پہاڑی راستہ کہتے ہیں۔ جی۔ تو ایسے ہی ہوا وہاں پر ایک جگہ۔ تو دو پہاڑیوں کے بیچ میں ایک بہت ہی</w:t>
      </w:r>
    </w:p>
    <w:p>
      <w:r>
        <w:rPr>
          <w:b/>
        </w:rPr>
        <w:t xml:space="preserve">[14:11] </w:t>
      </w:r>
      <w:r>
        <w:t>tang rasta tha. To wahan jab pahunche to Sahaba jo the woh woh field mein phailay hue the. To ab wahan jab pahunche woh to logon ke samne aaya ke ab aage kaise badhein? Ek crowd hai, crowd kaise is mein pass ho? To wahan par jo kaha jata tha is raste ko Azdhiqa</w:t>
      </w:r>
    </w:p>
    <w:p>
      <w:pPr>
        <w:jc w:val="right"/>
      </w:pPr>
      <w:r>
        <w:t>تنگ راستہ تھا۔ تو وہاں جب پہنچے تو صحابہ جو تھے وہ وہ field میں پھیلے ہوئے تھے۔ تو اب وہاں جب پہنچے وہ تو لوگوں کے سامنے آیا کہ اب آگے کیسے بڑھیں؟ ایک crowd ہے، crowd کیسے اس میں pass ہو؟ تو وہاں پر جو کہا جاتا تھا اس راستے کو ازدہیقہ</w:t>
      </w:r>
    </w:p>
    <w:p>
      <w:r>
        <w:rPr>
          <w:b/>
        </w:rPr>
        <w:t xml:space="preserve">[14:42] </w:t>
      </w:r>
      <w:r>
        <w:t>Azdhiqa ka matlab hai tang rasta. Choonke is mein guzarne ke liye kam jagah thi to us ko kehte the log Azdhiqa, tang rasta. To aap ne logon ko bataya ke tum horizontal way mein phailay hue ho to tum ko tang rasta hai. To vertical way mein ho jao, yani line laga lo to woh tang nahi rahega. To</w:t>
      </w:r>
    </w:p>
    <w:p>
      <w:pPr>
        <w:jc w:val="right"/>
      </w:pPr>
      <w:r>
        <w:t>۔ ازدہیقہ کا معنی ہے تنگ راستہ۔ چونکہ اس میں گزرنے کے لیے کم جگہ تھی تو اس کو کہتے تھے لوگ ازدہیقہ، تنگ راستہ۔ تو آپ نے لوگوں کو بتایا کہ تم horizontal way میں پھیلے ہوئے ہو تو تم کو تنگ راستہ ہے۔ تو vertical way میں ہو جاؤ، یعنی لائن لگا لو تو وہ تنگ نہیں رہے گا۔ تو</w:t>
      </w:r>
    </w:p>
    <w:p>
      <w:r>
        <w:rPr>
          <w:b/>
        </w:rPr>
        <w:t xml:space="preserve">[15:12] </w:t>
      </w:r>
      <w:r>
        <w:t>logon ne yeh kiya ke line laga liya. Abhi phailay hue the horizontal way mein, phir line laga liya vertical way mein ho gaye. To sab guzar gaya aasani se. To aap ne ek misaal qaim ki logon ke liye ke yeh mat dekho ke difficulties hain, yeh mat dekho kya is ko hum manage kar sakte hain. Yani horizontal way ko vertical w</w:t>
      </w:r>
    </w:p>
    <w:p>
      <w:pPr>
        <w:jc w:val="right"/>
      </w:pPr>
      <w:r>
        <w:t>لوگوں نے یہ کیا کہ لائن لگا لیا۔ ابھی پھیلے ہوئے تھے horizontal way میں، پھر لائن لگا لیا vertical way میں ہو گئے۔ تو سب گزر گیا آسانی سے۔ تو آپ نے ایک مثال قائم کی لوگوں کے لیے کہ یہ مت دیکھو کہ difficulties ہیں، یہ مت دیکھو کیا اس کو ہم manage کر سکتے ہیں۔ یعنی horizontal way کو vertical w</w:t>
      </w:r>
    </w:p>
    <w:p>
      <w:r>
        <w:rPr>
          <w:b/>
        </w:rPr>
        <w:t xml:space="preserve">[15:42] </w:t>
      </w:r>
      <w:r>
        <w:t>ay mein change kar sakte hain. To yeh hamesha mumkin rahega. Inna ma'al usri har difficulty ke sath aasani rehti hai. Yani har problem ke sath agar tum wisdom ko istemal karo to tum ko mil jayega rasta. Yeh aap ne un ko sikhaya, yeh wisdom sikhai. Ji.</w:t>
      </w:r>
    </w:p>
    <w:p>
      <w:pPr>
        <w:jc w:val="right"/>
      </w:pPr>
      <w:r>
        <w:t>ay میں change کر سکتے ہیں۔ تو یہ ہمیشہ ممکن رہے گا۔ إِنَّ مَعَ الْأُسْرَىٰ ہر difficulty کے ساتھ آسانی رہتی ہے۔ یعنی ہر problem کے ساتھ اگر تم wisdom کو استعمال کرو تو تم کو مل جائے گا راستہ۔ یہ آپ نے ان کو سکھایا، یہ wisdom سکھائی۔ جی۔</w:t>
      </w:r>
    </w:p>
    <w:p>
      <w:r>
        <w:rPr>
          <w:b/>
        </w:rPr>
        <w:t xml:space="preserve">[16:03] </w:t>
      </w:r>
      <w:r>
        <w:t>Uh, Maulana sahib, Quran lays a lot of emphasis on patience. Why is this so?</w:t>
      </w:r>
    </w:p>
    <w:p>
      <w:pPr>
        <w:jc w:val="right"/>
      </w:pPr>
      <w:r>
        <w:t>Uh, مولانا صاحب, Quran lays a lot of emphasis on patience. Why is this so?</w:t>
      </w:r>
    </w:p>
    <w:p>
      <w:r>
        <w:rPr>
          <w:b/>
        </w:rPr>
        <w:t xml:space="preserve">[16:10] </w:t>
      </w:r>
      <w:r>
        <w:t>Dekhiye, patience isi liye ke is dunya mein baghair patience ke aap koi kaam kar nahi sakte. Kyun ke aap kisi island mein akele nahi hain. Yeh dunya aap ke liye island nahi hai. Akele nahi hain aap. Is dunya mein milne, milne doosre log bhi hain. Har aadmi ko apni, apna, har aadmi ka ek target hai. Is target ke liye woh daud raha hai. To agar aap ke paas</w:t>
      </w:r>
    </w:p>
    <w:p>
      <w:pPr>
        <w:jc w:val="right"/>
      </w:pPr>
      <w:r>
        <w:t>دیکھیے، patience اسی لیے کہ اس دنیا میں بغیر patience کے آپ کوئی کام کر نہیں سکتے۔ کیونکہ آپ کسی island میں اکیلے نہیں ہیں۔ یہ دنیا آپ کے لیے island نہیں ہے۔ اکیلے نہیں ہیں آپ۔ اس دنیا میں ملینے، ملینے دوسرے لوگ بھی ہیں۔ ہر آدمی کو اپنی، اپنا، ہر آدمی کا ایک target ہے۔ اس target کے لیے وہ دوڑ رہا ہے۔ تو اگر آپ کے پاس</w:t>
      </w:r>
    </w:p>
    <w:p>
      <w:r>
        <w:rPr>
          <w:b/>
        </w:rPr>
        <w:t xml:space="preserve">[16:40] </w:t>
      </w:r>
      <w:r>
        <w:t>patience na ho to aap aise hi bhagna chahenge to zahir hai ke takrao hoga. Jaise road par hota hai keep right keep left. Yeh agar aap ke samne na ho, bas yun hi bhagayein apni gaadi, zahir hai ke accident hoga. To zindagi mein chunke bohat se log hain aur har ek ke samne apna apna goal hai, har ek ka apna apna naqsha hai, us ke mutabiq woh kaam</w:t>
      </w:r>
    </w:p>
    <w:p>
      <w:pPr>
        <w:jc w:val="right"/>
      </w:pPr>
      <w:r>
        <w:t>patience نہ ہو تو آپ ایسے ہی بھاگنا چاہیں گے تو ظاہر ہے کہ ٹکراؤ ہوگا۔ جیسے road پر ہوتا ہے keepright keep left۔ یہ اگر آپ کے سامنے نہ ہو، بس یوں ہی بھگائیں اپنی گاڑی، ظاہر ہے کہ accident ہوگا۔ تو زندگی میں چونکہ بہت سے لوگ ہیں اور ہر ایک کے سامنے اپنا اپنا goal ہے، ہر ایک کا اپنا اپنا نقشہ ہے، اس کے مطابق وہ کام</w:t>
      </w:r>
    </w:p>
    <w:p>
      <w:r>
        <w:rPr>
          <w:b/>
        </w:rPr>
        <w:t xml:space="preserve">[17:11] </w:t>
      </w:r>
      <w:r>
        <w:t>kar raha hai, to aap ko janna padega ke doosre log kya kar rahe hain. Doosre log kis raste chalne wale hain, un ki planning kya hai. Un ki planning ko, un ke goal ko jan kar ke aap apna mansooba banayenge. To yeh baghair patience ke nahi ho sakta. Aap ko rukna padega, theharna padega, sochna padega. Is ke liye sabr chahiye. Patien</w:t>
      </w:r>
    </w:p>
    <w:p>
      <w:pPr>
        <w:jc w:val="right"/>
      </w:pPr>
      <w:r>
        <w:t>کر رہا ہے، تو آپ کو جاننا پڑے گا کہ دوسرے لوگ کیا کر رہے ہیں۔ دوسرے لوگ کس راستے چلنے والے ہیں، ان کی planning کیا ہے۔ ان کی planning کو، ان کے goal کو جان کر کے آپ اپنا منصوبہ بنائیں گے۔ تو یہ بغیر patience کے نہیں ہو سکتا۔ آپ کو رکنا پڑے گا، ٹھہرنا پڑے گا، سوچنا پڑے گا۔ اس کے لیے صبر چاہیے۔ patien</w:t>
      </w:r>
    </w:p>
    <w:p>
      <w:r>
        <w:rPr>
          <w:b/>
        </w:rPr>
        <w:t xml:space="preserve">[17:41] </w:t>
      </w:r>
      <w:r>
        <w:t>ce ka matlab hai yani reaction na kar ke, positive andaaz mein sochna. Jab aap aisa karenge tabhi aap ko maloom hoga ke aap ke liye woh rasta konsa hai jo workable rasta hai.</w:t>
      </w:r>
    </w:p>
    <w:p>
      <w:pPr>
        <w:jc w:val="right"/>
      </w:pPr>
      <w:r>
        <w:t>ce کا مطلب ہے یعنی reaction نہ کر کے، پازیٹو انداز میں سوچنا۔ جب آپ ایسا کریں گے تبھی آپ کو معلوم ہوگا کہ آپ کے لیے وہ راستہ کون سا ہے جو workable راستہ ہے۔</w:t>
      </w:r>
    </w:p>
    <w:p>
      <w:r>
        <w:rPr>
          <w:b/>
        </w:rPr>
        <w:t xml:space="preserve">[17:58] </w:t>
      </w:r>
      <w:r>
        <w:t>One of the attributes, Maulana, is the fear of God. So, uh, how can this make a person wise? Quran talks about fear of God. So how can this make a person wise?</w:t>
      </w:r>
    </w:p>
    <w:p>
      <w:pPr>
        <w:jc w:val="right"/>
      </w:pPr>
      <w:r>
        <w:t>One of the attributes, مولانا، is the fear of God. So, uh, how can this make a person wise? Quran talks about fear of God. So how can this make a person wise?</w:t>
      </w:r>
    </w:p>
    <w:p>
      <w:r>
        <w:rPr>
          <w:b/>
        </w:rPr>
        <w:t xml:space="preserve">[18:14] </w:t>
      </w:r>
      <w:r>
        <w:t>Bhai, fear to ek natural cheez hai. Fear ko aap dar ke maane mein na lijiye. Fear ka matlab hai realism. Realism yani jab har cheez ek ek khaliq ke hath mein hai, wahi pani barsata hai, wahi suraj nikalta hai, sara us ke kabze mein hai. To aap ko manna padega is waqe ko ke taqat mere p</w:t>
      </w:r>
    </w:p>
    <w:p>
      <w:pPr>
        <w:jc w:val="right"/>
      </w:pPr>
      <w:r>
        <w:t>بھئی، fear تو ایک natural چیز ہے۔ fear کو آپ ڈر کے معنی میں نہ لیجیے۔ fear کا مطلب ہے realism۔ realism یعنی جب ہر چیز ایک ایک خالق کے ہاتھ میں ہے، وہی پانی برساتا ہے، وہی سورج نکالتا ہے، سارا اس کے قبضے میں ہے۔ تو آپ کو ماننا پڑے گا اس واقعے کو کہ طاقت میرے پ</w:t>
      </w:r>
    </w:p>
    <w:p>
      <w:r>
        <w:rPr>
          <w:b/>
        </w:rPr>
        <w:t xml:space="preserve">[18:44] </w:t>
      </w:r>
      <w:r>
        <w:t>aas nahi hai, khaliq ke paas hai. To jis cheez ko fear kaha jata hai, woh haqeeqat mein realism hai. Realism. Ek American professor se ek baar baat ho rahi thi, to us ne poocha ke Islam kya hai? Maine kaha Islam means realism. To fear means realism. Apni hesiyat ko manna aur creator ki hesiyat ko manna, tab aap planning kar pa</w:t>
      </w:r>
    </w:p>
    <w:p>
      <w:pPr>
        <w:jc w:val="right"/>
      </w:pPr>
      <w:r>
        <w:t>اس نہیں ہے، خالق کے پاس ہے۔ تو جس چیز کو fear کہا جاتا ہے، وہ حقیقت میں realism ہے۔ realism۔ ایک امریکن پروفیسر سے ایک بار بات ہو رہی تھی، تو اس نے پوچھا کہ اسلام کیا ہے؟ میں نے کہا اسلام means realism۔ تو fear means realism۔ اپنی حیثیت کو ماننا اور creator کی حیثیت کو ماننا، تب آپ planning کر پ</w:t>
      </w:r>
    </w:p>
    <w:p>
      <w:r>
        <w:rPr>
          <w:b/>
        </w:rPr>
        <w:t xml:space="preserve">[19:14] </w:t>
      </w:r>
      <w:r>
        <w:t>aayenge sahih. warna aap ki planning galat ho jayegi. to fear ko log lete hain negative maano mein, is liye woh samajh nahi paate is ko. fear ko positive maano mein le liya to laga ke fear to realism hai. bilkul durust baat hai.</w:t>
      </w:r>
    </w:p>
    <w:p>
      <w:pPr>
        <w:jc w:val="right"/>
      </w:pPr>
      <w:r>
        <w:t>ائیں گے صحیح۔ ورنہ آپ کی planning غلط ہو جائے گی۔ تو fear کو لوگ لیتے ہیں negative معنی میں، اس لیے وہ سمجھ نہیں پاتے اس کو۔ fear کو positive معنی میں لے لیا تو لگا کہ fear تو realism ہے۔ بالکل درست بات ہے۔</w:t>
      </w:r>
    </w:p>
    <w:p>
      <w:r>
        <w:rPr>
          <w:b/>
        </w:rPr>
        <w:t xml:space="preserve">[19:35] </w:t>
      </w:r>
      <w:r>
        <w:t>ji. maulana sahib, repeatedly in the quran, uh, it enjoins its readers to reflect, to ponder over nature and universe. the question is that can study of science help a person developright thinking? and if yes, how is this possible?</w:t>
      </w:r>
    </w:p>
    <w:p>
      <w:pPr>
        <w:jc w:val="right"/>
      </w:pPr>
      <w:r>
        <w:t>جی۔ مولانا صاحب، repeatedly in the Quran, uh, it enjoins its readers to reflect, to ponder over nature and universe. The question is that can study of science help a person developright thinking? And if yes, how is this possible?</w:t>
      </w:r>
    </w:p>
    <w:p>
      <w:r>
        <w:rPr>
          <w:b/>
        </w:rPr>
        <w:t xml:space="preserve">[19:57] </w:t>
      </w:r>
      <w:r>
        <w:t>dekhiye, insaan hamesha se jaanta tha suraj ko, chand ko, zameen ko, aasman ko. lekin is par sochne ke liye in ke paas science nahi thi. science jo hai, is ne aise usool banaye, aise method daryaft kiye. science kya hai? science methodology ka naam hai. ek methodology. is se pehle insaan ke paas woh methodology nahi thi jis se woh zameen</w:t>
      </w:r>
    </w:p>
    <w:p>
      <w:pPr>
        <w:jc w:val="right"/>
      </w:pPr>
      <w:r>
        <w:t>دیکھیے، انسان ہمیشہ سے جانتا تھا سورج کو، چاند کو، زمین کو، آسمان کو۔ لیکن اس پر سوچنے کے لیے ان کے پاس سائنس نہیں تھی۔ سائنس جو ہے، اس نے ایسے اصول بنائے، ایسے method دریافت کیے۔ سائنس کیا ہے؟ سائنس methodology کا نام ہے۔ ایک methodology۔ اس سے پہلے انسان کے پاس وہ methodology نہیں تھی جس سے وہ زمین</w:t>
      </w:r>
    </w:p>
    <w:p>
      <w:r>
        <w:rPr>
          <w:b/>
        </w:rPr>
        <w:t xml:space="preserve">[20:27] </w:t>
      </w:r>
      <w:r>
        <w:t>o aasman ko samajh sake. to science ne aap ko methodology di. tab mumkin hua ke aap duniya ko samjhein. to jab tak aap sochenge nahi is universe ko, zameen o aasman ko, matlab yeh universe, tab tak aap ko discovery na to creator ki hogi na creation ki hogi. is duniya mein aap ko creator ko bhi jaanna hai aur creation ko bhi jaanna hai. tabhi to aapright way mein</w:t>
      </w:r>
    </w:p>
    <w:p>
      <w:pPr>
        <w:jc w:val="right"/>
      </w:pPr>
      <w:r>
        <w:t>و آسمان کو سمجھ سکے۔ تو سائنس نے آپ کو methodology دی۔ تب ممکن ہوا کہ آپ دنیا کو سمجھیں۔ تو جب تک آپ سوچیں گے نہیں اس universe کو، زمین و آسمان کو، مطلب یہ universe، تب تک آپ کو discovery نہ تو creator کی ہوگی نہ creation کی ہوگی۔ اس دنیا میں آپ کو creator کو بھی جاننا ہے اور creation کو بھی جاننا ہے۔ تبھی تو آپright way میں</w:t>
      </w:r>
    </w:p>
    <w:p>
      <w:r>
        <w:rPr>
          <w:b/>
        </w:rPr>
        <w:t xml:space="preserve">[20:57] </w:t>
      </w:r>
      <w:r>
        <w:t>sochenge, right way mein apni planning karenge. to yeh to bohat hi zaroori hai ke jis duniya mein hum aaye hain, jis duniya mein hum reh rahe hain, is ke creator ko jaanen aur is ne jo create kiya hai, us ko bhi jaanen. to laws of creation hum jaante hain science ke zariye se. to science ke baghair hum is maamle mein apni right thinking hamare paas aa nahi sakti. is liye bohat zaroori hai ke hum science ko</w:t>
      </w:r>
    </w:p>
    <w:p>
      <w:pPr>
        <w:jc w:val="right"/>
      </w:pPr>
      <w:r>
        <w:t>سوچیں گے،right way میں اپنی planning کریں گے۔ تو یہ تو بہت ہی ضروری ہے کہ جس دنیا میں ہم آئے ہیں، جس دنیا میں ہم رہ رہے ہیں، اس کے creator کو جانیں اور اس نے جو create کیا ہے، اس کو بھی جانیں۔ تو laws of creation ہم جانتے ہیں سائنس کے ذریعے سے۔ تو سائنس کے بغیر ہم اس معاملے میں اپنیright thinking ہمارے پاس آ نہیں سکتی۔ اس لیے بہت ضروری ہے کہ ہم سائنس کو</w:t>
      </w:r>
    </w:p>
    <w:p>
      <w:r>
        <w:rPr>
          <w:b/>
        </w:rPr>
        <w:t xml:space="preserve">[21:27] </w:t>
      </w:r>
      <w:r>
        <w:t>hum study karein.</w:t>
      </w:r>
    </w:p>
    <w:p>
      <w:pPr>
        <w:jc w:val="right"/>
      </w:pPr>
      <w:r>
        <w:t>ہم study کریں۔</w:t>
      </w:r>
    </w:p>
    <w:p>
      <w:r>
        <w:rPr>
          <w:b/>
        </w:rPr>
        <w:t xml:space="preserve">[21:29] </w:t>
      </w:r>
      <w:r>
        <w:t>uh, in fact, maulana sahib, in many of your books and you've also spoken that one should develop objective thinking in order to reach to aright conclusion, if it's any matter. uh, the question is that how can one develop objective thinking? what is the formula for the same?</w:t>
      </w:r>
    </w:p>
    <w:p>
      <w:pPr>
        <w:jc w:val="right"/>
      </w:pPr>
      <w:r>
        <w:t>Uh, in fact, مولانا صاحب, in many of your books and you've also spoken that one should develop objective thinking in order to reach to aright conclusion, if it's any matter. Uh, the question is that how can one develop objective thinking? What is the formula for the same?</w:t>
      </w:r>
    </w:p>
    <w:p>
      <w:r>
        <w:rPr>
          <w:b/>
        </w:rPr>
        <w:t xml:space="preserve">[21:53] </w:t>
      </w:r>
      <w:r>
        <w:t>dekhiye, is ka koi formula alag se mere khayal se to hai nahi. aadmi soche, soche, soche, soche, tab woh jaan lega. sochne mein is ko chahiye ke woh, yaani dispassionately, dispassionately soche. dispassionate thinking ka naam hai objective thinking. jahan tak mein samajhta hoon ke</w:t>
      </w:r>
    </w:p>
    <w:p>
      <w:pPr>
        <w:jc w:val="right"/>
      </w:pPr>
      <w:r>
        <w:t>دیکھیے، اس کا کوئی فارمولا الگ سے میرے خیال سے تو ہے نہیں۔ آدمی سوچے، سوچے، سوچے، سوچے، تب وہ جان لے گا۔ سوچنے میں اس کو چاہیے کہ وہ، یعنی dispassionately، dispassionately سوچے۔ dispassionate thinking کا نام ہے objective thinking۔ جہاں تک میں سمجھتا ہوں کہ</w:t>
      </w:r>
    </w:p>
    <w:p>
      <w:r>
        <w:rPr>
          <w:b/>
        </w:rPr>
        <w:t xml:space="preserve">[22:23] </w:t>
      </w:r>
      <w:r>
        <w:t>objective thinking ka naam hai dispassionate thinking ka. kyunke hamare andar khwahishein hain, tarah tarah ke jazbaat hain, is ki wajah se hum right angle se nahi soch paate. jab hum is se bahar aayenge, tab cheezon ko hum right angle se dekh paayenge. isi ka naam hai objective thinking. to right angle se dekhna is waqt mumkin hai jab aap bias se bahar aayen, emotional soch se bahar</w:t>
      </w:r>
    </w:p>
    <w:p>
      <w:pPr>
        <w:jc w:val="right"/>
      </w:pPr>
      <w:r>
        <w:t>objective thinking کا نام ہے dispassionate thinking کا۔ کیونکہ ہمارے اندر خواہشیں ہیں، طرح طرح کے جذبات ہیں، اس کی وجہ سے ہمright angle سے نہیں سوچ پاتے۔ جب ہم اس سے باہر آئیں گے، تب چیزوں کو ہمright angle سے دیکھ پائیں گے۔ اسی کا نام ہے objective thinking۔ توright angle سے دیکھنا اس وقت ممکن ہے جب آپ bias سے باہر آئیں، emotional سوچ سے باہر</w:t>
      </w:r>
    </w:p>
    <w:p>
      <w:r>
        <w:rPr>
          <w:b/>
        </w:rPr>
        <w:t xml:space="preserve">[22:53] </w:t>
      </w:r>
      <w:r>
        <w:t>aayen, reaction se bahar aayen. to yeh isi ka naam hai objectivity. to jab tak aap apne andar objectivity paida nahi karenge, aap right angle se cheezon ko dekh nahi sakenge. is liye objective thinking bohat zyada zaroori hai. aur objective thinking paida karna isi waqt mumkin hai ke jab aap apne aap ko bias thinking se bahar layen.</w:t>
      </w:r>
    </w:p>
    <w:p>
      <w:pPr>
        <w:jc w:val="right"/>
      </w:pPr>
      <w:r>
        <w:t>آئیں، reaction سے باہر آئیں۔ تو یہ اسی کا نام ہے objectivity۔ تو جب تک آپ اپنے اندر objectivity پیدا نہیں کریں گے، آپright angle سے چیزوں کو دیکھ نہیں سکیں گے۔ اس لیے objective thinking بہت زیادہ ضروری ہے۔ اور objective thinking پیدا کرنا اسی وقت ممکن ہے کہ جب آپ اپنے آپ کو bias thinking سے باہر لائیں۔</w:t>
      </w:r>
    </w:p>
    <w:p>
      <w:r>
        <w:rPr>
          <w:b/>
        </w:rPr>
        <w:t xml:space="preserve">[23:24] </w:t>
      </w:r>
      <w:r>
        <w:t>bias thinking se bahar layen.</w:t>
      </w:r>
    </w:p>
    <w:p>
      <w:pPr>
        <w:jc w:val="right"/>
      </w:pPr>
      <w:r>
        <w:t>bias thinking سے باہر لائیں۔</w:t>
      </w:r>
    </w:p>
    <w:p>
      <w:r>
        <w:rPr>
          <w:b/>
        </w:rPr>
        <w:t xml:space="preserve">[23:26] </w:t>
      </w:r>
      <w:r>
        <w:t>ji. uh, maulana sahib, a person often faces conflicts and disputes. so what strategy does quran prescribe as to how one can manage, uh, these conflicts and these disputes? uh, what is your opinion on that?</w:t>
      </w:r>
    </w:p>
    <w:p>
      <w:pPr>
        <w:jc w:val="right"/>
      </w:pPr>
      <w:r>
        <w:t>جی۔ Uh, مولانا صاحب, a person often faces conflicts and disputes. So what strategy does Quran prescribe as to how one can manage, uh, these conflicts and these disputes? Uh, what is your opinion on that?</w:t>
      </w:r>
    </w:p>
    <w:p>
      <w:r>
        <w:rPr>
          <w:b/>
        </w:rPr>
        <w:t xml:space="preserve">[23:42] </w:t>
      </w:r>
      <w:r>
        <w:t>yaani society mein?</w:t>
      </w:r>
    </w:p>
    <w:p>
      <w:pPr>
        <w:jc w:val="right"/>
      </w:pPr>
      <w:r>
        <w:t>یعنی society میں؟</w:t>
      </w:r>
    </w:p>
    <w:p>
      <w:r>
        <w:rPr>
          <w:b/>
        </w:rPr>
        <w:t xml:space="preserve">[23:44] </w:t>
      </w:r>
      <w:r>
        <w:t>yes.</w:t>
      </w:r>
    </w:p>
    <w:p>
      <w:pPr>
        <w:jc w:val="right"/>
      </w:pPr>
      <w:r>
        <w:t>Yes.</w:t>
      </w:r>
    </w:p>
    <w:p>
      <w:r>
        <w:rPr>
          <w:b/>
        </w:rPr>
        <w:t xml:space="preserve">[23:46] </w:t>
      </w:r>
      <w:r>
        <w:t>mein bataoon ke society mein hum koi fighting-based formula work nahi karega. society mein aap jo kuch chahte hain, koi lad kar ke chahen hasil karna, to kabhi aap kamyab nahi honge. aap ko manage karna seekhna chahiye. you have to learn the art of management. art of fighting. work hi nahi karta. society mein agar aap chahen ke fighting kar ke kuch cheezein achieve</w:t>
      </w:r>
    </w:p>
    <w:p>
      <w:pPr>
        <w:jc w:val="right"/>
      </w:pPr>
      <w:r>
        <w:t>میں بتاؤں کہ society میں ہم کوئی fighting-based فارمولا work نہیں کرے گا۔ society میں آپ جو کچھ چاہتے ہیں، کوئی لڑ کر کے چاہیں حاصل کرنا، تو کبھی آپ کامیاب نہیں ہوں گے۔ آپ کو manage کرنا سیکھنا چاہیے۔ You have to learn the art of management. Art of fighting. Work ہی نہیں کرتا۔ society میں اگر آپ چاہیں کہ fighting کر کے کچھ چیزیں achieve</w:t>
      </w:r>
    </w:p>
    <w:p>
      <w:r>
        <w:rPr>
          <w:b/>
        </w:rPr>
        <w:t xml:space="preserve">[24:16] </w:t>
      </w:r>
      <w:r>
        <w:t>karein, to aap kuch nahi paayenge. aap ko manage karna padega. manage karne ka matlab kya hai? yaani situation ko read karna aur doosre kaun log hain aap ke aas paas, un ko samajhna. hard deal ka nature kya hai, us ko jaanna. sab ko apne consideration mein lete hue phir planning karna. tab aap kamyab hote hain.</w:t>
      </w:r>
    </w:p>
    <w:p>
      <w:pPr>
        <w:jc w:val="right"/>
      </w:pPr>
      <w:r>
        <w:t>کریں، تو آپ کچھ نہیں پائیں گے۔ آپ کو manage کرنا پڑے گا۔ manage کرنے کا مطلب کیا ہے؟ یعنی situation کو read کرنا اور دوسرے کون لوگ ہیں آپ کے آس پاس، ان کو سمجھنا۔ hard deal کا nature کیا ہے، اس کو جاننا۔ سب کو اپنے consideration میں لیتے ہوئے پھر planning کرنا۔ تب آپ کامیاب ہوتے ہیں۔</w:t>
      </w:r>
    </w:p>
    <w:p>
      <w:r>
        <w:rPr>
          <w:b/>
        </w:rPr>
        <w:t xml:space="preserve">[24:47] </w:t>
      </w:r>
      <w:r>
        <w:t>to is duniya mein, dekhiye, management to possible hai, lekin fighting possible nahi hai. to work nahi karegi woh.</w:t>
      </w:r>
    </w:p>
    <w:p>
      <w:pPr>
        <w:jc w:val="right"/>
      </w:pPr>
      <w:r>
        <w:t>تو اس دنیا میں، دیکھیے، management تو possible ہے، لیکن fighting possible نہیں ہے۔ تو work نہیں کرے گی وہ۔</w:t>
      </w:r>
    </w:p>
    <w:p>
      <w:r>
        <w:rPr>
          <w:b/>
        </w:rPr>
        <w:t xml:space="preserve">[24:57] </w:t>
      </w:r>
      <w:r>
        <w:t>but maulana sahib, many a times we see that muslims are not able to doright analysis in a matter, and this makes them, uh, negative towards others. so how can this mindset, uh, be changed?</w:t>
      </w:r>
    </w:p>
    <w:p>
      <w:pPr>
        <w:jc w:val="right"/>
      </w:pPr>
      <w:r>
        <w:t>But مولانا صاحب, many a times we see that Muslims are not able to doright analysis in a matter, and this makes them, uh, negative towards others. So how can this mindset, uh, be changed?</w:t>
      </w:r>
    </w:p>
    <w:p>
      <w:r>
        <w:rPr>
          <w:b/>
        </w:rPr>
        <w:t xml:space="preserve">[25:11] </w:t>
      </w:r>
      <w:r>
        <w:t>dekhiye, is waqt jo musalman hain, jahan tak maine jaana hai, taqreeban saare musalman ek falsehood mein jeete hain. falsehood woh hai self righteousness. saare musalman taqreeban ke hamara quran yeh hai, hamara deen yeh hai, hamara rasool yeh hai. yaani har cheez ko superior samajhte hain.</w:t>
      </w:r>
    </w:p>
    <w:p>
      <w:pPr>
        <w:jc w:val="right"/>
      </w:pPr>
      <w:r>
        <w:t>دیکھیے، اس وقت جو مسلمان ہیں، جہاں تک میں نے جانا ہے، تقریباً سارے مسلمان ایک falsehood میں جیتے ہیں۔ falsehood وہ ہے self righteousness۔ سارے مسلمان تقریباً کہ ہمارا قرآن یہ ہے، ہمارا دین یہ ہے، ہمارا رسول یہ ہے۔ یعنی ہر چیز کو superior سمجھتے ہیں۔</w:t>
      </w:r>
    </w:p>
    <w:p>
      <w:r>
        <w:rPr>
          <w:b/>
        </w:rPr>
        <w:t xml:space="preserve">[25:42] </w:t>
      </w:r>
      <w:r>
        <w:t>to samajhte hain ke hum, hum ek, hum ek, hum khair ummat hain, hum superior hain. aur us ko mein kahoon ga ke yaani muslim, muslim supremacy. is se pehle yahood mein ek cheez thi, jewish supremacy. woh to scientific education se un ko khatam ho gayi. ab musalmanon mein hai yeh muslim supremacy</w:t>
      </w:r>
    </w:p>
    <w:p>
      <w:pPr>
        <w:jc w:val="right"/>
      </w:pPr>
      <w:r>
        <w:t>تو سمجھتے ہیں کہ ہم، ہم ایک، ہم ایک، ہم خیر امت ہیں، ہم superior ہیں۔ اور اس کو میں کہوں گا کہ یعنی مسلم، مسلم supremacy۔ اس سے پہلے یہود میں ایک چیز تھی، Jewish supremacy۔ وہ تو scientific education سے ان کو ختم ہو گئی۔ اب مسلمانوں میں ہے یہ مسلم supremacy</w:t>
      </w:r>
    </w:p>
    <w:p>
      <w:r>
        <w:rPr>
          <w:b/>
        </w:rPr>
        <w:t xml:space="preserve">[26:13] </w:t>
      </w:r>
      <w:r>
        <w:t>۔ to yeh us ko mein kahoon ga falsehood. yeh saare musalman jeete hain false pride mein. false pride hi musalmanon ka saara masla hai. to musalmanon ko aap realist mein, realist, realist banaiye. is waqt masla hal ho jayega. falsehood se bahar nikaliye un ko. jab tak falsehood mein jiyega musalman, tab tak kuch hone wala nahi hai. yaani false pride mein. jab tak</w:t>
      </w:r>
    </w:p>
    <w:p>
      <w:pPr>
        <w:jc w:val="right"/>
      </w:pPr>
      <w:r>
        <w:t>۔ تو یہ اس کو میں کہوں گا falsehood۔ یہ سارے مسلمان جیتے ہیں false pride میں۔ false pride ہی مسلمانوں کا سارا مسئلہ ہے۔ تو مسلمانوں کو آپ realist میں، realist، realist بنائیے۔ اس وقت مسئلہ حل ہو جائے گا۔ falsehood سے باہر نکالیے ان کو۔ جب تک falsehood میں جیے گا مسلمان، تب تک کچھ ہونے والا نہیں ہے۔ یعنی false pride میں۔ جب تک</w:t>
      </w:r>
    </w:p>
    <w:p>
      <w:r>
        <w:rPr>
          <w:b/>
        </w:rPr>
        <w:t xml:space="preserve">[26:43] </w:t>
      </w:r>
      <w:r>
        <w:t>musalman false pride mein jiyenge, tab tak kuch hone wala nahi hai.</w:t>
      </w:r>
    </w:p>
    <w:p>
      <w:pPr>
        <w:jc w:val="right"/>
      </w:pPr>
      <w:r>
        <w:t>مسلمان false pride میں جیئیں گے، تب تک کچھ ہونے والا نہیں ہے۔</w:t>
      </w:r>
    </w:p>
    <w:p>
      <w:r>
        <w:rPr>
          <w:b/>
        </w:rPr>
        <w:t xml:space="preserve">[26:47] </w:t>
      </w:r>
      <w:r>
        <w:t>uh, maulana sahib, i want to give an example here. for example, uh, they think, muslims think that, uh, they are discriminated against in the west, and they say that there is islamophobia in the west. what is theright analysis of this, uh, issue according to you?</w:t>
      </w:r>
    </w:p>
    <w:p>
      <w:pPr>
        <w:jc w:val="right"/>
      </w:pPr>
      <w:r>
        <w:t>Uh, مولانا صاحب, I want to give an example here. For example, uh, they think, Muslims think that, uh, they are discriminated against in the West, and they say that there is Islamophobia in the West. What is theright analysis of this, uh, issue according to you?</w:t>
      </w:r>
    </w:p>
    <w:p>
      <w:r>
        <w:rPr>
          <w:b/>
        </w:rPr>
        <w:t xml:space="preserve">[27:04] </w:t>
      </w:r>
      <w:r>
        <w:t>maine bohat se logon se baat ki jo islamophobia ki baat karte hain. to koi concrete baat woh na kar sake. jo baatein kehte hain woh irrelevant, irrelevant hoti hain. maslan woh israel ki side ko leta hai, pakistan. yeh islamophobia nahi hai. dekhiye, jo national talluqaat hain, us mein har aadmi apne interest ko dekh</w:t>
      </w:r>
    </w:p>
    <w:p>
      <w:pPr>
        <w:jc w:val="right"/>
      </w:pPr>
      <w:r>
        <w:t>میں نے بہت سے لوگوں سے بات کی جو Islamophobia کی بات کرتے ہیں۔ تو کوئی concrete بات وہ نہ کر سکے۔ جو باتیں کہتے ہیں وہ irrelevant، irrelevant ہوتی ہیں۔ مثلاً وہ اسرائیل کی side کو لیتا ہے، پاکستان۔ یہ Islamophobia نہیں ہے۔ دیکھیے، جو national تعلقات ہیں، اس میں ہر آدمی اپنے interest کو دیکھ</w:t>
      </w:r>
    </w:p>
    <w:p>
      <w:r>
        <w:rPr>
          <w:b/>
        </w:rPr>
        <w:t xml:space="preserve">[27:34] </w:t>
      </w:r>
      <w:r>
        <w:t>ta hai. chahe america ho, musalman hon, apne apne interest ko dekhenge woh. is ka taluq islam se kuch nahi hai. yaani america ka taluq israel se kaisa hoga, is ka taluq, us ko aap islam ke upar judge kijiye. islam ke upar mat judge kijiye us ko. muslim ke upar mat judge kijiye us ko. yeh un ki apni national policy hai. musalmanon ki apni national policy</w:t>
      </w:r>
    </w:p>
    <w:p>
      <w:pPr>
        <w:jc w:val="right"/>
      </w:pPr>
      <w:r>
        <w:t>تا ہے۔ چاہے امریکہ ہو، مسلمان ہوں، اپنے اپنے interest کو دیکھیں گے وہ۔ اس کا تعلق اسلام سے کچھ نہیں ہے۔ یعنی امریکہ کا تعلق اسرائیل سے کیسا ہوگا، اس کا تعلق، اس کو آپ اسلام کے اوپر judge کیجیے۔ اسلام کے اوپر مت judge کیجیے اس کو۔ مسلم کے اوپر مت judge کیجیے اس کو۔ یہ ان کی اپنی national policy ہے۔ مسلمانوں کی اپنی national policy</w:t>
      </w:r>
    </w:p>
    <w:p>
      <w:r>
        <w:rPr>
          <w:b/>
        </w:rPr>
        <w:t xml:space="preserve">[28:04] </w:t>
      </w:r>
      <w:r>
        <w:t>hai, aur amreeka ki apni national policy hai. is ko le kar aap kahein ke wahan Islamophobia hai, to bilkul aap, yaani sakht, yeh bilkul baseless baat hai. sakht, aap baseless baat hai. to baharhal, main Islamophobia ko nahi manta. aur aap dekhiye, aaj bhi main kehta hoon ke jitna kaam Islam par amreeka mein ho raha hai, woh Muslim countries mein nahi ho raha. kisi Muslim mulk mein woh kaam nahi ho raha Islam par</w:t>
      </w:r>
    </w:p>
    <w:p>
      <w:pPr>
        <w:jc w:val="right"/>
      </w:pPr>
      <w:r>
        <w:t>ہے، اور امریکہ کی اپنی national policy ہے۔ اس کو لے کر آپ کہیں کہ وہاں Islamophobia ہے، تو بالکل آپ، یعنی سخت، یہ بالکل baseless بات ہے۔ سخت، آپ baseless بات ہے۔ تو بہرحال، میں Islamophobia کو نہیں مانتا۔ اور آپ دیکھیے، آج بھی میں کہتا ہوں کہ جتنا کام اسلام پر امریکہ میں ہو رہا ہے، وہ مسلم countries میں نہیں ہو رہا۔ کسی مسلم ملک میں وہ کام نہیں ہو رہا اسلام پر</w:t>
      </w:r>
    </w:p>
    <w:p>
      <w:r>
        <w:rPr>
          <w:b/>
        </w:rPr>
        <w:t xml:space="preserve">[28:35] </w:t>
      </w:r>
      <w:r>
        <w:t>jo amreeka mein ho raha hai. wahan baray baray Islamic centers hain, baray baray Islamic institutions hain. Islam mein literature ki sab se bari kifalat amreeka mein hai. Islam mein literature ki sab se bari kifalat amreeka mein hai. aur bohat bari tadad mein Musalman wahan rehte hain, poori peace ke sath. to Islamophobia is nothing. bilkul baseless idea hai yeh.</w:t>
      </w:r>
    </w:p>
    <w:p>
      <w:pPr>
        <w:jc w:val="right"/>
      </w:pPr>
      <w:r>
        <w:t>جو امریکہ میں ہو رہا ہے۔ وہاں بڑے بڑے Islamic centers ہیں، بڑے بڑے Islamic institutions ہیں۔ اسلام میں literature کی سب سے بڑی کفالت امریکہ میں ہے۔ اسلام میں literature کی سب سے بڑی کفالت امریکہ میں ہے۔ اور بہت بڑی تعداد میں مسلمان وہاں رہتے ہیں، پوری peace کے ساتھ۔ تو Islamophobia is nothing۔ بالکل baseless idea ہے یہ۔</w:t>
      </w:r>
    </w:p>
    <w:p>
      <w:r>
        <w:rPr>
          <w:b/>
        </w:rPr>
        <w:t xml:space="preserve">[29:04] </w:t>
      </w:r>
      <w:r>
        <w:t>ji, Maulana sahib, in fact, recently, uh, in a lecture which you gave to Muslim students in a university, you talked about, uh, the, uh, great contribution that West has made, uh, towards modern civilization. There may be some aspects that Muslims may not, uh, agree with, but those are, uh, irrelevant aspects. Uh, can you elaborate more on this point, Maulana sahib?</w:t>
      </w:r>
    </w:p>
    <w:p>
      <w:pPr>
        <w:jc w:val="right"/>
      </w:pPr>
      <w:r>
        <w:t>جی، مولانا صاحب, in fact, recently, uh, in a lecture which you gave to Muslim students in a university, you talked about, uh, the, uh, great contribution that West has made, uh, towards modern civilization. There may be some aspects that Muslims may not, uh, agree with, but those are, uh, irrelevant aspects. Uh, can you elaborate more on this point, مولانا صاحب?</w:t>
      </w:r>
    </w:p>
    <w:p>
      <w:r>
        <w:rPr>
          <w:b/>
        </w:rPr>
        <w:t xml:space="preserve">[29:30] </w:t>
      </w:r>
      <w:r>
        <w:t>dekhiye, Musalmanon ka mizaj is waqt yeh hai ke woh reaction mein sochte hain. reaction mein. realistic approach Musalmanon mein hai nahi. sab se bari museebat yeh hai ke maslan amreeka agar fauj bhej de apne ilaqe mein, to is ka matlab hai ke Islam ko, yaani Islam ko dushmani mein bheja is ne wahan. amreeka agar side le Israel ka, to kahein Islam dushmani mein. is ka Islam se kya talluq hai? is ka Islam se koi talluq nahi hai.</w:t>
      </w:r>
    </w:p>
    <w:p>
      <w:pPr>
        <w:jc w:val="right"/>
      </w:pPr>
      <w:r>
        <w:t>دیکھیے، مسلمانوں کا مزاج اس وقت یہ ہے کہ وہ reaction میں سوچتے ہیں۔ reaction میں۔ realistic approach مسلمانوں میں ہے نہیں۔ سب سے بڑی مصیبت یہ ہے کہ مثلاً امریکہ اگر فوج بھیج دے اپنے علاقے میں، تو اس کا مطلب ہے کہ اسلام کو، یعنی اسلام کو دشمنی میں بھیجا اس نے وہاں۔ امریکہ اگر سائیڈ لے اسرائیل کا، تو کہیں اسلام دشمنی میں۔ اس کا اسلام سے کیا تعلق ہے؟ اس کا اسلام سے کوئی تعلق نہیں ہے۔</w:t>
      </w:r>
    </w:p>
    <w:p>
      <w:r>
        <w:rPr>
          <w:b/>
        </w:rPr>
        <w:t xml:space="preserve">[30:00] </w:t>
      </w:r>
      <w:r>
        <w:t>woh poora ka poora hai national policy. har aadmi, har qaum ki, har mulk ki apni aik national policy hoti hai. is ke mutabiq woh kaam karta hai. is ka talluq mazhab se nahi hai, is ke Islam se nahi hai. to Musalmanon ka jo criterion hai, wahi galat hai. cheezon ko judge karne ke liye Musalmanon ke paas jo criterion hai, wahi galat hai. jis cheez ko dekhna chahiye, woh national policy</w:t>
      </w:r>
    </w:p>
    <w:p>
      <w:pPr>
        <w:jc w:val="right"/>
      </w:pPr>
      <w:r>
        <w:t>وہ پورا کا پورا ہے national policy۔ ہر آدمی، ہر قوم کی، ہر ملک کی اپنی ایک national policy ہوتی ہے۔ اس کے مطابق وہ کام کرتا ہے۔ اس کا تعلق مذہب سے نہیں ہے، اس کے اسلام سے نہیں ہے۔ تو مسلمانوں کا جو criterion ہے، وہی غلط ہے۔ چیزوں کو judge کرنے کے لیے مسلمانوں کے پاس جو criterion ہے، وہی غلط ہے۔ جس چیز کو دیکھنا چاہیے، وہ national policy</w:t>
      </w:r>
    </w:p>
    <w:p>
      <w:r>
        <w:rPr>
          <w:b/>
        </w:rPr>
        <w:t xml:space="preserve">[30:31] </w:t>
      </w:r>
      <w:r>
        <w:t>ke angle se hai. is ko dekhte hain Islam ke angle se. aap national policy ke angle se dekhein to kuch bhi nahi aap ko lage ga. kyunke har qaum ko azadi hai ke woh apni policy jis tarah banaye, apne interest ke mutabiq. is ko Islam ke angle se kyun dekhte hain aap? yahan tak ke main yahan tak kahoon ga ke agar kisi mulk mein aap dekhein ke wahan burqa par pabandi hai,</w:t>
      </w:r>
    </w:p>
    <w:p>
      <w:pPr>
        <w:jc w:val="right"/>
      </w:pPr>
      <w:r>
        <w:t>کے angle سے ہے۔ اس کو دیکھتے ہیں اسلام کے angle سے۔ آپ national policy کے angle سے دیکھیں تو کچھ بھی نہیں آپ کو لگے گا۔ کیونکہ ہر قوم کو آزادی ہے کہ وہ اپنی policy جس طرح بنائے، اپنے interest کے مطابق۔ اس کو اسلام کے angle سے کیوں دیکھتے ہیں آپ؟ یہاں تک کہ میں یہاں تک کہوں گا کہ اگر کسی ملک میں آپ دیکھیں کہ وہاں برقعہ پر پابندی ہے،</w:t>
      </w:r>
    </w:p>
    <w:p>
      <w:r>
        <w:rPr>
          <w:b/>
        </w:rPr>
        <w:t xml:space="preserve">[31:02] </w:t>
      </w:r>
      <w:r>
        <w:t>to is Islam ke angle se mat dekhiye. in ka apna culture hai, in ki apni soch hai. is ke lehaz se inhon ne aisa faisla kiya. is angle se dekhiye. hamesha cheezon ko right angle se dekhna chahiye, wrong angle se nahi. agar aap wrong angle se dekhenge to Islam ki poori tareekh galat nazar aa sakti hai aap ko. agar aap wrong angle se dekhein to Islam ki poori tareekh aap ko galat dikhai de sakti hai.</w:t>
      </w:r>
    </w:p>
    <w:p>
      <w:pPr>
        <w:jc w:val="right"/>
      </w:pPr>
      <w:r>
        <w:t>تو اس اسلام کے angle سے مت دیکھیے۔ ان کا اپنا کلچر ہے، ان کی اپنی سوچ ہے۔ اس کے لحاظ سے انہوں نے ایسا فیصلہ کیا۔ اس angle سے دیکھیے۔ ہمیشہ چیزوں کوright angle سے دیکھنا چاہیے، wrong angle سے نہیں۔ اگر آپ wrong angle سے دیکھیں گے تو اسلام کی پوری تاریخ غلط نظر آ سکتی ہے آپ کو۔ اگر آپ wrong angle سے دیکھیں تو اسلام کی پوری تاریخ آپ کو غلط دکھائی دے سکتی ہے۔</w:t>
      </w:r>
    </w:p>
    <w:p>
      <w:r>
        <w:rPr>
          <w:b/>
        </w:rPr>
        <w:t xml:space="preserve">[31:33] </w:t>
      </w:r>
      <w:r>
        <w:t>right angle se dekhiye cheezon ko. chahe apna mamla ho ya doosre logon ka mamla ho. sab se bari museebat yeh hai ke log cheezon ko right angle se nahi dekhte. is liye right thinking un ke andar nahi hoti.</w:t>
      </w:r>
    </w:p>
    <w:p>
      <w:pPr>
        <w:jc w:val="right"/>
      </w:pPr>
      <w:r>
        <w:t>right angle سے دیکھیے چیزوں کو۔ چاہے اپنا معاملہ ہو یا دوسرے لوگوں کا معاملہ ہو۔ سب سے بڑی مصیبت یہ ہے کہ لوگ چیزوں کوright angle سے نہیں دیکھتے۔ اس لیےright thinking ان کے اندر نہیں ہوتی۔</w:t>
      </w:r>
    </w:p>
    <w:p>
      <w:r>
        <w:rPr>
          <w:b/>
        </w:rPr>
        <w:t xml:space="preserve">[31:47] </w:t>
      </w:r>
      <w:r>
        <w:t>ji, Maulana sahib, anger is something that every individual faces. According to the Quran, what is a wise way of managing anger?</w:t>
      </w:r>
    </w:p>
    <w:p>
      <w:pPr>
        <w:jc w:val="right"/>
      </w:pPr>
      <w:r>
        <w:t>جی، مولانا صاحب, anger is something that every individual faces. According to the Quran, what is a wise way of managing anger?</w:t>
      </w:r>
    </w:p>
    <w:p>
      <w:r>
        <w:rPr>
          <w:b/>
        </w:rPr>
        <w:t xml:space="preserve">[32:00] </w:t>
      </w:r>
      <w:r>
        <w:t>anger ka to manage karne ka bohat simple formula hai. woh hai natural formula. dekhiye, anger aik unnatural phenomena hai. anger jo hai aik unnatural phenomena hai. to aap nature ko aik chance dijiye. nature khud hi khatam kar de gi is ko. nature ko chance dijiye. woh kaise? jab bhi aap</w:t>
      </w:r>
    </w:p>
    <w:p>
      <w:pPr>
        <w:jc w:val="right"/>
      </w:pPr>
      <w:r>
        <w:t>Anger کا تو manage کرنے کا بہت simple فارمولا ہے۔ وہ ہے natural فارمولا۔ دیکھیے، anger ایک unnatural phenomena ہے۔ anger جو ہے ایک unnatural phenomena ہے۔ تو آپ nature کو ایک chance دیجیے۔ nature خود ہی ختم کر دے گی اس کو۔ nature کو chance دیجیے۔ وہ کیسے؟ جب بھی آپ</w:t>
      </w:r>
    </w:p>
    <w:p>
      <w:r>
        <w:rPr>
          <w:b/>
        </w:rPr>
        <w:t xml:space="preserve">[32:30] </w:t>
      </w:r>
      <w:r>
        <w:t>ko ghussa aaye to bas chup ho jaiye. kuch mat kijiye, sirf chup ho jaiye. you stop thinking. to nature apne aap hi sab specify kar de gi. jo natural process hai, woh apne aap sab specify kar deta hai. lekin aap agar chup rahein, bolein, bolein, bolein, to aap ne nature ko chance nahi diya. nature ko mauqa nahi diya aap ne. to main ne to bar bar aik tajurba kiya hai.</w:t>
      </w:r>
    </w:p>
    <w:p>
      <w:pPr>
        <w:jc w:val="right"/>
      </w:pPr>
      <w:r>
        <w:t>کو غصہ آئے تو بس چپ ہو جائیے۔ کچھ مت کیجیے، صرف چپ ہو جائیے۔ you stop thinking۔ تو nature اپنے آپ ہی سب specify کر دے گی۔ جو natural process ہے، وہ اپنے آپ سب specify کر دیتا ہے۔ لیکن آپ اگر چپ رہیں، بولیں، بولیں، بولیں، تو آپ نے nature کو chance نہیں دیا۔ nature کو موقع نہیں دیا آپ نے۔ تو میں نے تو بار بار ایک تجربہ کیا ہے۔</w:t>
      </w:r>
    </w:p>
    <w:p>
      <w:r>
        <w:rPr>
          <w:b/>
        </w:rPr>
        <w:t xml:space="preserve">[33:00] </w:t>
      </w:r>
      <w:r>
        <w:t>jab ghussa aata hai to main chup ho jata hoon. aur thori der mein sab specify ho jata hai. to main yahi sab ko mashwara doon ga ke jab bhi aap ko ghussa aaye to give your nature a chance. chup ho kar. chup ho kar. phir nature prevail kare gi aur sab kuch theek ho jaye ga.</w:t>
      </w:r>
    </w:p>
    <w:p>
      <w:pPr>
        <w:jc w:val="right"/>
      </w:pPr>
      <w:r>
        <w:t>جب غصہ آتا ہے تو میں چپ ہو جاتا ہوں۔ اور تھوڑی دیر میں سب specify ہو جاتا ہے۔ تو میں یہی سب کو مشورہ دوں گا کہ جب بھی آپ کو غصہ آئے تو give your nature a chance۔ چپ ہو کر۔ چپ ہو کر۔ پھر nature prevail کرے گی اور سب کچھ ٹھیک ہو جائے گا۔</w:t>
      </w:r>
    </w:p>
    <w:p>
      <w:r>
        <w:rPr>
          <w:b/>
        </w:rPr>
        <w:t xml:space="preserve">[33:22] </w:t>
      </w:r>
      <w:r>
        <w:t>ji, Maulana sahib, you once said that the gist of the Quran is, uh, to tell mankind what is the creation plan of God. Uh, do you think that if a person understands the creation plan of God, then this will help, uh, the person to develop, uh, wisdom?</w:t>
      </w:r>
    </w:p>
    <w:p>
      <w:pPr>
        <w:jc w:val="right"/>
      </w:pPr>
      <w:r>
        <w:t>جی، مولانا صاحب, you once said that the gist of the Quran is, uh, to tell mankind what is the creation plan of God. Uh, do you think that if a person understands the creation plan of God, then this will help, uh, the person to develop, uh, wisdom?</w:t>
      </w:r>
    </w:p>
    <w:p>
      <w:r>
        <w:rPr>
          <w:b/>
        </w:rPr>
        <w:t xml:space="preserve">[33:41] </w:t>
      </w:r>
      <w:r>
        <w:t>are you kidding? bhai hum bhi aik creation ka aik part hain. aur sara jo yeh universe hai, woh creation ka hissa hai. to jab tak hum yeh na jaanein apne bare mein aur universe ke bare mein, to hamein starting point nahi mila. jab hum creation ko jaanein ge, tab hamein</w:t>
      </w:r>
    </w:p>
    <w:p>
      <w:pPr>
        <w:jc w:val="right"/>
      </w:pPr>
      <w:r>
        <w:t>Are you kidding؟ بھئی ہم بھی ایک creation کا ایک part ہیں۔ اور سارا جو یہ universe ہے، وہ creation کا حصہ ہے۔ تو جب تک ہم یہ نہ جانیں اپنے بارے میں اور universe کے بارے میں، تو ہمیں starting point نہیں ملا۔ جب ہم creation کو جانیں گے، تب ہمیں</w:t>
      </w:r>
    </w:p>
    <w:p>
      <w:r>
        <w:rPr>
          <w:b/>
        </w:rPr>
        <w:t xml:space="preserve">[34:11] </w:t>
      </w:r>
      <w:r>
        <w:t>starting point mile ga. starting point hi nahi hai humein. to main samajhta hoon ke yeh bilashuba har aadmi ka yeh pehla kaam hai ke woh discover kare creation ko, creator ko, aur creation plan of God ko. tab woh right way of thinking aaye gi is ke andar. right beginning is ko maloom ho gi. to phir is ke sare kaam theek hote chale jayen ge. agar aadmi yahi na jaanta</w:t>
      </w:r>
    </w:p>
    <w:p>
      <w:pPr>
        <w:jc w:val="right"/>
      </w:pPr>
      <w:r>
        <w:t>starting point ملے گا۔ starting point ہی نہیں ہے ہمیں۔ تو میں سمجھتا ہوں کہ یہ بلاشبہ ہر آدمی کا یہ پہلا کام ہے کہ وہ discover کرے creation کو، creator کو، اور creation plan of God کو۔ تب وہright way of thinking آئے گی اس کے اندر۔right beginning اس کو معلوم ہو گی۔ تو پھر اس کے سارے کام ٹھیک ہوتے چلے جائیں گے۔ اگر آدمی یہی نہ جانتا</w:t>
      </w:r>
    </w:p>
    <w:p>
      <w:r>
        <w:rPr>
          <w:b/>
        </w:rPr>
        <w:t xml:space="preserve">[34:41] </w:t>
      </w:r>
      <w:r>
        <w:t>ho ke what is the creation plan of God, to kisi haal mein woh right way of thinking is ke andar nahi aaye gi. woh cheezon ko right angle se nahi dekh paye ga. to yeh to must hai har insaan ke liye.</w:t>
      </w:r>
    </w:p>
    <w:p>
      <w:pPr>
        <w:jc w:val="right"/>
      </w:pPr>
      <w:r>
        <w:t>ہو کہ what is the creation plan of God، تو کسی حال میں وہright way of thinking اس کے اندر نہیں آئے گی۔ وہ چیزوں کوright angle سے نہیں دیکھ پائے گا۔ تو یہ تو must ہے ہر انسان کے لیے۔</w:t>
      </w:r>
    </w:p>
    <w:p>
      <w:r>
        <w:rPr>
          <w:b/>
        </w:rPr>
        <w:t xml:space="preserve">[34:56] </w:t>
      </w:r>
      <w:r>
        <w:t>ji, Maulana sahib, many people, uh, talk about the presence of evil, uh, as a reason for negation of God's existence. How would you address this issue?</w:t>
      </w:r>
    </w:p>
    <w:p>
      <w:pPr>
        <w:jc w:val="right"/>
      </w:pPr>
      <w:r>
        <w:t>جی، مولانا صاحب, many people, uh, talk about the presence of evil, uh, as a reason for negation of God's existence. How would you address this issue?</w:t>
      </w:r>
    </w:p>
    <w:p>
      <w:r>
        <w:rPr>
          <w:b/>
        </w:rPr>
        <w:t xml:space="preserve">[35:08] </w:t>
      </w:r>
      <w:r>
        <w:t>dekhiye, philosopher jo hain, yeh in ka problem yeh hai ke apne mind se woh cheezon ko explain karte hain. creator ke mind se nahi. aik philosopher jo hai, woh creator to hai nahi. creator to koi doosra hai. ab yeh chahta hai ke main apne mind se is ko explain karoon. aur creator ka mind hai, is ko main side</w:t>
      </w:r>
    </w:p>
    <w:p>
      <w:pPr>
        <w:jc w:val="right"/>
      </w:pPr>
      <w:r>
        <w:t>دیکھیے، فلاسفر جو ہیں، یہ ان کا problem یہ ہے کہ اپنے mind سے وہ چیزوں کو explain کرتے ہیں۔ creator کے mind سے نہیں۔ ایک فلاسفر جو ہے، وہ creator تو ہے نہیں۔ creator تو کوئی دوسرا ہے۔ اب یہ چاہتا ہے کہ میں اپنے mind سے اس کو explain کروں۔ اور creator کا mind ہے، اس کو میں side</w:t>
      </w:r>
    </w:p>
    <w:p>
      <w:r>
        <w:rPr>
          <w:b/>
        </w:rPr>
        <w:t xml:space="preserve">[35:39] </w:t>
      </w:r>
      <w:r>
        <w:t>peh daal doon. to yeh possible nahi hai. main aik misaal deta hoon aap ko ke aik, aik philosopher jis ka yeh nazariya tha ke duniya mein evil hai, problem of evil. to unhon ne aik example diya hai evil ka ke gravity jo hai zameen mein, woh gravity jo hai, woh right proportion mein nahi hai. kyunke hum das pound ka</w:t>
      </w:r>
    </w:p>
    <w:p>
      <w:pPr>
        <w:jc w:val="right"/>
      </w:pPr>
      <w:r>
        <w:t>پہ ڈال دوں۔ تو یہ possible نہیں ہے۔ میں ایک مثال دیتا ہوں آپ کو کہ ایک، ایک فلاسفر جس کا یہ نظریہ تھا کہ دنیا میں evil ہے، problem of evil۔ تو انہوں نے ایک example دیا ہے evil کا کہ gravity جو ہے زمین میں، وہ gravity جو ہے، وہright proportion میں نہیں ہے۔ کیونکہ ہم دس پاؤنڈ کا</w:t>
      </w:r>
    </w:p>
    <w:p>
      <w:r>
        <w:rPr>
          <w:b/>
        </w:rPr>
        <w:t xml:space="preserve">[36:09] </w:t>
      </w:r>
      <w:r>
        <w:t>aik, aik, aik cheez le ke chalein to hum thak jate hain. das pound ki cheez le ke chalein, aik mile to hum thak jayen ge. to is ke nazdeek gravity kam hona chahiye. taake hum das pound ka bojh le ke aasani se ja sakein. lekin yeh bilkul bohat hi ridiculous baat hai yeh. is liye ke zameen ki gravity agar kam ho to hum, hum is pe urein ge.</w:t>
      </w:r>
    </w:p>
    <w:p>
      <w:pPr>
        <w:jc w:val="right"/>
      </w:pPr>
      <w:r>
        <w:t>ایک، ایک، ایک چیز لے کے چلیں تو ہم تھک جاتے ہیں۔ دس پاؤنڈ کی چیز لے کے چلیں، ایک میل تو ہم تھک جائیں گے۔ تو اس کے نزدیک gravity کم ہونا چاہیے۔ تاکہ ہم دس پاؤنڈ کا بوجھ لے کے آسانی سے جا سکیں۔ لیکن یہ بالکل بہت ہی ridiculous بات ہے یہ۔ اس لیے کہ زمین کی gravity اگر کم ہو تو ہم، ہم اس پہ اڑیں گے۔</w:t>
      </w:r>
    </w:p>
    <w:p>
      <w:r>
        <w:rPr>
          <w:b/>
        </w:rPr>
        <w:t xml:space="preserve">[36:35] </w:t>
      </w:r>
      <w:r>
        <w:t>ji.</w:t>
      </w:r>
    </w:p>
    <w:p>
      <w:pPr>
        <w:jc w:val="right"/>
      </w:pPr>
      <w:r>
        <w:t>جی۔</w:t>
      </w:r>
    </w:p>
    <w:p>
      <w:r>
        <w:rPr>
          <w:b/>
        </w:rPr>
        <w:t xml:space="preserve">[36:36] </w:t>
      </w:r>
      <w:r>
        <w:t>bohat hi right proportion mein hai gravity. tab chalte hain is ke upar. hamare ghar khare hote hain is ke upar. pear ugte hain is ke upar. yeh stability khatam ho jaye gi. agar ab jo gravity hai zameen mein, is se kam ho jaye to stability khatam ho jaye gi. to kya karein ge aap? phir aap kya karein ge? kuch nahi kar sakte. to gravity bohat hi right proportion mein hai, is ki wajah se duniya qaim hai.</w:t>
      </w:r>
    </w:p>
    <w:p>
      <w:pPr>
        <w:jc w:val="right"/>
      </w:pPr>
      <w:r>
        <w:t>بہت ہیright proportion میں ہے gravity۔ تب چلتے ہیں اس کے اوپر۔ ہمارے گھر کھڑے ہوتے ہیں اس کے اوپر۔ پیڑ اگتے ہیں اس کے اوپر۔ یہ stability ختم ہو جائے گی۔ اگر اب جو gravity ہے زمین میں، اس سے کم ہو جائے تو stability ختم ہو جائے گی۔ تو کیا کریں گے آپ؟ پھر آپ کیا کریں گے؟ کچھ نہیں کر سکتے۔ تو gravity بہت ہیright proportion میں ہے، اس کی وجہ سے دنیا قائم ہے۔</w:t>
      </w:r>
    </w:p>
    <w:p>
      <w:r>
        <w:rPr>
          <w:b/>
        </w:rPr>
        <w:t xml:space="preserve">[37:07] </w:t>
      </w:r>
      <w:r>
        <w:t>isi wajah se har jagah stability hai. aik samandar jo pani ka reservoir hai, woh ghoom raha hai, ghoom raha hai, ghoom raha hai. ab bataiye ke agar gravity kam ho jaye to pani urr jaye ga idhar udhar.</w:t>
      </w:r>
    </w:p>
    <w:p>
      <w:pPr>
        <w:jc w:val="right"/>
      </w:pPr>
      <w:r>
        <w:t>اسی وجہ سے ہر جگہ stability ہے۔ ایک سمندر جو پانی کا reservoir ہے، وہ گھوم رہا ہے، گھوم رہا ہے، گھوم رہا ہے۔ اب بتائیے کہ اگر gravity کم ہو جائے تو پانی اڑ جائے گا ادھر ادھر۔</w:t>
      </w:r>
    </w:p>
    <w:p>
      <w:r>
        <w:rPr>
          <w:b/>
        </w:rPr>
        <w:t xml:space="preserve">[37:21] </w:t>
      </w:r>
      <w:r>
        <w:t>ji.</w:t>
      </w:r>
    </w:p>
    <w:p>
      <w:pPr>
        <w:jc w:val="right"/>
      </w:pPr>
      <w:r>
        <w:t>جی۔</w:t>
      </w:r>
    </w:p>
    <w:p>
      <w:r>
        <w:rPr>
          <w:b/>
        </w:rPr>
        <w:t xml:space="preserve">[37:21] </w:t>
      </w:r>
      <w:r>
        <w:t>woh is tarah se urta chala jaye ga. woh thehrey ga nahi. to yeh is philosopher ne apne mind se socha. jo creator mind hai, us se nahi socha woh. ji haan.</w:t>
      </w:r>
    </w:p>
    <w:p>
      <w:pPr>
        <w:jc w:val="right"/>
      </w:pPr>
      <w:r>
        <w:t>وہ اس طرح سے اڑتا چلا جائے گا۔ وہ ٹھہرے گا نہیں۔ تو یہ اس فلاسفر نے اپنے mind سے سوچا۔ جو creator mind ہے، اس سے نہیں سوچا وہ۔ جی ہاں۔</w:t>
      </w:r>
    </w:p>
    <w:p>
      <w:r>
        <w:rPr>
          <w:b/>
        </w:rPr>
        <w:t xml:space="preserve">[37:35] </w:t>
      </w:r>
      <w:r>
        <w:t>ji.</w:t>
      </w:r>
    </w:p>
    <w:p>
      <w:pPr>
        <w:jc w:val="right"/>
      </w:pPr>
      <w:r>
        <w:t>جی۔</w:t>
      </w:r>
    </w:p>
    <w:p>
      <w:r>
        <w:rPr>
          <w:b/>
        </w:rPr>
        <w:t xml:space="preserve">[37:35] </w:t>
      </w:r>
      <w:r>
        <w:t>koi raah qaim karne ke liye yaad rakhiye, bohat ziyada kai aspects ko lena parta hai. ke ek aspect lenge aap, to aap ki raah sahi nahi hogi. kai aspects is mein involve hote hain. saare aspects ko le kar sochna parta hai. tab aap right, yaani woh, yaani right result par pahunchenge.</w:t>
      </w:r>
    </w:p>
    <w:p>
      <w:pPr>
        <w:jc w:val="right"/>
      </w:pPr>
      <w:r>
        <w:t>کوئی راہ قائم کرنے کے لیے یاد رکھیے، بہت زیادہ کئی aspects کو لینا پڑتا ہے۔ کہ ایک aspect لیں گے آپ، تو آپ کی راہ صحیح نہیں ہو گی۔ کئی aspects اس میں involve ہوتے ہیں۔ سارے aspects کو لے کر سوچنا پڑتا ہے۔ تب آپright، یعنی وہ، یعنیright result پر پہنچیں گے۔</w:t>
      </w:r>
    </w:p>
    <w:p>
      <w:r>
        <w:rPr>
          <w:b/>
        </w:rPr>
        <w:t xml:space="preserve">[38:04] </w:t>
      </w:r>
      <w:r>
        <w:t>ji, Maulana sahib, across the world we see people, NGOs, many institutions talk about, uh, achieving justice. Uh, they say that, uh, justice, uh, should be achieved, uh, justice should be given. And, uh, for this they complaint, they carry out, uh, movements, uh, uh, they often do protest. What is your opinion on this issue? Can, uh, ideal justice be ever achieved?</w:t>
      </w:r>
    </w:p>
    <w:p>
      <w:pPr>
        <w:jc w:val="right"/>
      </w:pPr>
      <w:r>
        <w:t>جی، مولانا صاحب, across the world we see people, NGOs, many institutions talk about, uh, achieving justice. Uh, they say that, uh, justice, uh, should be achieved, uh, justice should be given. And, uh, for this they complaint, they carry out, uh, movements, uh, uh, they often do protest. What is your opinion on this issue? Can, uh, ideal justice be ever achieved?</w:t>
      </w:r>
    </w:p>
    <w:p>
      <w:r>
        <w:rPr>
          <w:b/>
        </w:rPr>
        <w:t xml:space="preserve">[38:32] </w:t>
      </w:r>
      <w:r>
        <w:t>dekhiye, yeh bilkul main, yaani aisi cheez jo practical hi nahi hai. ideal justice duniya mein practical hi nahi hai. achievable nahi hai. kyunke duniya mein tarah tarah ke log hain. un ke liye justice kuch hai, varied justice kuch hai. to is duniya mein sirf yaad rakhiye, practical justice possible hai. ideal justice nahi. ek ideal justice, ek hai practical justice.</w:t>
      </w:r>
    </w:p>
    <w:p>
      <w:pPr>
        <w:jc w:val="right"/>
      </w:pPr>
      <w:r>
        <w:t>دیکھیے، یہ بالکل میں، یعنی ایسی چیز جو practical ہی نہیں ہے۔ ideal justice دنیا میں practical ہی نہیں ہے۔ achievable نہیں ہے۔ کیونکہ دنیا میں طرح طرح کے لوگ ہیں۔ ان کے لیے justice کچھ ہے، varied justice کچھ ہے۔ تو اس دنیا میں صرف یاد رکھیے، practical justice possible ہے۔ ideal justice نہیں۔ ایک ideal justice، ایک ہے practical justice۔</w:t>
      </w:r>
    </w:p>
    <w:p>
      <w:r>
        <w:rPr>
          <w:b/>
        </w:rPr>
        <w:t xml:space="preserve">[39:02] </w:t>
      </w:r>
      <w:r>
        <w:t>to chunke duniya bhari hui hai mukhtalif logon se, har ek ka taste alag hai, har ek ka concept alag hai, har ek ka, aah, dekhne ka tareeqa alag hai. to is wajah se is duniya mein sirf practical justice haasil ho sakta hai. ideal justice haasil nahi ho sakta. lekin jitne bhi is tarah ki baatein jo karte hain, woh sab,</w:t>
      </w:r>
    </w:p>
    <w:p>
      <w:pPr>
        <w:jc w:val="right"/>
      </w:pPr>
      <w:r>
        <w:t>تو چونکہ دنیا بھری ہوئی ہے مختلف لوگوں سے، ہر ایک کا taste الگ ہے، ہر ایک کا concept الگ ہے، ہر ایک کا، آہ، دیکھنے کا طریقہ الگ ہے۔ تو اس وجہ سے اس دنیا میں صرف practical justice حاصل ہو سکتا ہے۔ ideal justice حاصل نہیں ہو سکتا۔ لیکن جتنے بھی اس طرح کی باتیں جو کرتے ہیں، وہ سب،</w:t>
      </w:r>
    </w:p>
    <w:p>
      <w:r>
        <w:rPr>
          <w:b/>
        </w:rPr>
        <w:t xml:space="preserve">[39:32] </w:t>
      </w:r>
      <w:r>
        <w:t>sab ke saamne ideal justice ka goal hota hai. sab ka goal ideal justice hota hai. to ideal justice ki wajah se un ka goal achievable nahi raha. yaani hazar hazar baras tak koshishein kar rahe hain, aur aaj tak kahin ideal justice, yaani qaim nahi hua. kyunke woh achievable hi nahi tha. sirf practical justice achievable hai. ideal justice is duniya mein achievable nahi hai.</w:t>
      </w:r>
    </w:p>
    <w:p>
      <w:pPr>
        <w:jc w:val="right"/>
      </w:pPr>
      <w:r>
        <w:t>سب کے سامنے ideal justice کا goal ہوتا ہے۔ سب کا goal ideal justice ہوتا ہے۔ تو ideal justice کی وجہ سے ان کا goal achievable نہیں رہا۔ یعنی ہزار ہزار برس تک کوششیں کر رہے ہیں، اور آج تک کہیں ideal justice، یعنی قائم نہیں ہوا۔ کیونکہ وہ achievable ہی نہیں تھا۔ صرف practical justice achievable ہے۔ ideal justice اس دنیا میں achievable نہیں ہے۔</w:t>
      </w:r>
    </w:p>
    <w:p>
      <w:r>
        <w:rPr>
          <w:b/>
        </w:rPr>
        <w:t xml:space="preserve">[40:03] </w:t>
      </w:r>
      <w:r>
        <w:t>aur doosri baat yeh hai ke yeh koi, yeh koi, yeh duniya ke bare mein koi negative point nahi hai. dekhiye, ideal justice agar ho duniya mein, farz kijiye, to is tarah struggle khatam ho jayega. struggle khatam ho jayega. to bataiye duniya mein kya rahega? jahan struggle na ho, to kuch bhi nahi rahega yahan par. chunke duniya mein ideal justice nahi hai, is liye to yeh struggle hai.</w:t>
      </w:r>
    </w:p>
    <w:p>
      <w:pPr>
        <w:jc w:val="right"/>
      </w:pPr>
      <w:r>
        <w:t>اور دوسری بات یہ ہے کہ یہ کوئی، یہ کوئی، یہ دنیا کے بارے میں کوئی negative point نہیں ہے۔ دیکھیے، ideal justice اگر ہو دنیا میں، فرض کیجیے، تو اس طرح struggle ختم ہو جائے گا۔ struggle ختم ہو جائے گا۔ تو بتائیے دنیا میں کیا رہے گا؟ جہاں struggle نہ ہو، تو کچھ بھی نہیں رہے گا یہاں پر۔ چونکہ دنیا میں ideal justice نہیں ہے، اس لیے تو یہ struggle ہے۔</w:t>
      </w:r>
    </w:p>
    <w:p>
      <w:r>
        <w:rPr>
          <w:b/>
        </w:rPr>
        <w:t xml:space="preserve">[40:35] </w:t>
      </w:r>
      <w:r>
        <w:t>struggle na ho to life bhi khatam. insaan dead ho jayenge. intellectual development khatam ho jayega. to jo log is tarah baatein karte hain, woh ziyada guide ke saath sochte nahi. ke jo situation hai duniya mein, ke aap par ideal justice maujood nahi hai. tabhi to yahan struggle hai. challenge hai, competition hai. isi mein zindagi hai.</w:t>
      </w:r>
    </w:p>
    <w:p>
      <w:pPr>
        <w:jc w:val="right"/>
      </w:pPr>
      <w:r>
        <w:t>struggle نہ ہو تو life بھی ختم۔ انسان dead ہو جائیں گے۔ intellectual development ختم ہو جائے گا۔ تو جو لوگ اس طرح باتیں کرتے ہیں، وہ زیادہ guide کے ساتھ سوچتے نہیں۔ کہ جو situation ہے دنیا میں، کہ آپ پر ideal justice موجود نہیں ہے۔ تبھی تو یہاں struggle ہے۔ challenge ہے، competition ہے۔ اسی میں زندگی ہے۔</w:t>
      </w:r>
    </w:p>
    <w:p>
      <w:r>
        <w:rPr>
          <w:b/>
        </w:rPr>
        <w:t xml:space="preserve">[41:07] </w:t>
      </w:r>
      <w:r>
        <w:t>to main samajhta hoon ke jo log ideal justice ko goal bana rahe hain apna, un ko, yaani rethink karna chahiye. rethinking. rethinking.</w:t>
      </w:r>
    </w:p>
    <w:p>
      <w:pPr>
        <w:jc w:val="right"/>
      </w:pPr>
      <w:r>
        <w:t>تو میں سمجھتا ہوں کہ جو لوگ ideal justice کو goal بنا رہے ہیں اپنا، ان کو، یعنی rethink کرنا چاہیے۔ rethinking۔ rethinking۔</w:t>
      </w:r>
    </w:p>
    <w:p>
      <w:r>
        <w:rPr>
          <w:b/>
        </w:rPr>
        <w:t xml:space="preserve">[41:21] </w:t>
      </w:r>
      <w:r>
        <w:t>ji, Maulana sahib, in an extension to this, many Muslims say that oppression should not be quietly accepted, and that we should rise against oppression even if the other party is strong and we are weak. So what is your opinion on this?</w:t>
      </w:r>
    </w:p>
    <w:p>
      <w:pPr>
        <w:jc w:val="right"/>
      </w:pPr>
      <w:r>
        <w:t>جی، مولانا صاحب, in an extension to this, many Muslims say that oppression should not be quietly accepted, and that we should rise against oppression even if the other party is strong and we are weak. So what is your opinion on this?</w:t>
      </w:r>
    </w:p>
    <w:p>
      <w:r>
        <w:rPr>
          <w:b/>
        </w:rPr>
        <w:t xml:space="preserve">[41:41] </w:t>
      </w:r>
      <w:r>
        <w:t>dekhiye, maine is se pehle bhi kaha ke yahan sirf manage kar sakte hain cheezon ko aap. eliminate nahi kar sakte. kisi bhi cheez ko aap eliminate nahi kar sakte. sirf manage kar sakte hain. to duniya mein oppression rahega. aap is ko, yaani is patient rehte hue sochiye ke hum kaise manage karein. yeh nahi ke bas lad lad ke</w:t>
      </w:r>
    </w:p>
    <w:p>
      <w:pPr>
        <w:jc w:val="right"/>
      </w:pPr>
      <w:r>
        <w:t>دیکھیے، میں نے اس سے پہلے بھی کہا کہ یہاں صرف manage کر سکتے ہیں چیزوں کو آپ۔ eliminate نہیں کر سکتے۔ کسی بھی چیز کو آپ eliminate نہیں کر سکتے۔ صرف manage کر سکتے ہیں۔ تو دنیا میں oppression رہے گا۔ آپ اس کو، یعنی اس patient رہتے ہوئے سوچیے کہ ہم کیسے manage کریں۔ یہ نہیں کہ بس لڑ لڑ کے</w:t>
      </w:r>
    </w:p>
    <w:p>
      <w:r>
        <w:rPr>
          <w:b/>
        </w:rPr>
        <w:t xml:space="preserve">[42:11] </w:t>
      </w:r>
      <w:r>
        <w:t>khade ho jayein. to kuch nahi milega aap ko. to formula of management hi yahan possible hai. doosra koi formula jo fighting par base karta ho, woh chalne wala hi nahi. work nahi karega woh.</w:t>
      </w:r>
    </w:p>
    <w:p>
      <w:pPr>
        <w:jc w:val="right"/>
      </w:pPr>
      <w:r>
        <w:t>کھڑے ہو جائیں۔ تو کچھ نہیں ملے گا آپ کو۔ تو فارمولا of management ہی یہاں possible ہے۔ دوسرا کوئی فارمولا جو fighting پر base کرتا ہو، وہ چلنے والا ہی نہیں۔ work نہیں کرے گا وہ۔</w:t>
      </w:r>
    </w:p>
    <w:p>
      <w:r>
        <w:rPr>
          <w:b/>
        </w:rPr>
        <w:t xml:space="preserve">[42:31] </w:t>
      </w:r>
      <w:r>
        <w:t>aah, Maulana sahib, what I am, uh, what I was sharing with you was that you've recently written a book titled Quranic Wisdom, and in every chapter you have taken a verse from the Quran, and then you've given a lesson of wisdom drawn from that verse. So, uh, can we sum up and say that Quran is also a book of wisdom, and basically it instructs, uh, all its readers, uh, in, in wisdom?</w:t>
      </w:r>
    </w:p>
    <w:p>
      <w:pPr>
        <w:jc w:val="right"/>
      </w:pPr>
      <w:r>
        <w:t>آہ، مولانا صاحب, what I am, uh, what I was sharing with you was that you've recently written a book titled Quranic Wisdom, and in every chapter you have taken a verse from the Quran, and then you've given a lesson of wisdom drawn from that verse. So, uh, can we sum up and say that Quran is also a book of wisdom, and basically it instructs, uh, all its readers, uh, in, in wisdom?</w:t>
      </w:r>
    </w:p>
    <w:p>
      <w:r>
        <w:rPr>
          <w:b/>
        </w:rPr>
        <w:t xml:space="preserve">[42:58] </w:t>
      </w:r>
      <w:r>
        <w:t>dekhiye, is context mein wisdom kya hai? woh hai creation plan of God ke mutabiq planning karna. is context mein wisdom ka matlab yahi hai ke jo, jo creator ka jo creation plan hai, creator ka, us ki jo history of things hai, us ko jaan kar ke us ke mutabiqat mein aap planning karein.</w:t>
      </w:r>
    </w:p>
    <w:p>
      <w:pPr>
        <w:jc w:val="right"/>
      </w:pPr>
      <w:r>
        <w:t>دیکھیے، اس context میں wisdom کیا ہے؟ وہ ہے creation plan of God کے مطابق planning کرنا۔ اس context میں wisdom کا مطلب یہی ہے کہ جو، جو creator کا جو creation plan ہے، creator کا، اس کی جو history of things ہے، اس کو جان کر کے اس کے مطابقت میں آپ planning کریں۔</w:t>
      </w:r>
    </w:p>
    <w:p>
      <w:r>
        <w:rPr>
          <w:b/>
        </w:rPr>
        <w:t xml:space="preserve">[43:29] </w:t>
      </w:r>
      <w:r>
        <w:t>to aap ki planning jo hai, realistic planning hogi. aur woh work karegi. to is, is, is sense mein hum ko bohat zaroori hai ke hum jaanein ke Quran mein wisdom ka concept kya hai. kyunke woh jo wisdom ka concept milega hum ko, woh poora jo history of things hai creator ki, us ke mutabiq hoga. phir hum chal payenge. nahi to nahi chal payenge.</w:t>
      </w:r>
    </w:p>
    <w:p>
      <w:pPr>
        <w:jc w:val="right"/>
      </w:pPr>
      <w:r>
        <w:t>تو آپ کی planning جو ہے، realistic planning ہو گی۔ اور وہ work کرے گی۔ تو اس، اس، اس sense میں ہم کو بہت ضروری ہے کہ ہم جانیں کہ Quran میں wisdom کا concept کیا ہے۔ کیونکہ وہ جو wisdom کا concept ملے گا ہم کو، وہ پورا جو history of things ہے creator کی، اس کے مطابق ہو گا۔ پھر ہم چل پائیں گے۔ نہیں تو نہیں چل پائیں گے۔</w:t>
      </w:r>
    </w:p>
    <w:p>
      <w:r>
        <w:rPr>
          <w:b/>
        </w:rPr>
        <w:t xml:space="preserve">[44:00] </w:t>
      </w:r>
      <w:r>
        <w:t>chalne ka matlab yeh hai ke woh hamara koi bhi planning jo, jo creator ki planning ke mutabiq na ho, woh work hi nahi karega. to kya karenge aap? work nahi karega woh. is wajah se bohat zaroori hai ke hum Quran ki study karein ke Quran ne wisdom ka concept kya diya hai.</w:t>
      </w:r>
    </w:p>
    <w:p>
      <w:pPr>
        <w:jc w:val="right"/>
      </w:pPr>
      <w:r>
        <w:t>چلنے کا معنی یہ ہے کہ وہ ہمارا کوئی بھی planning جو، جو creator کی planning کے مطابق نہ ہو، وہ work ہی نہیں کرے گا۔ تو کیا کریں گے آپ؟ work نہیں کرے گا وہ۔ اس وجہ سے بہت ضروری ہے کہ ہم Quran کی study کریں کہ Quran نے wisdom کا concept کیا دیا ہے۔</w:t>
      </w:r>
    </w:p>
    <w:p>
      <w:r>
        <w:rPr>
          <w:b/>
        </w:rPr>
        <w:t xml:space="preserve">[44:30] </w:t>
      </w:r>
      <w:r>
        <w:t>ji, Maulana sahib, in the end, I would request you to give a message to all your viewers on today's theme that is Quranic Wisdom.</w:t>
      </w:r>
    </w:p>
    <w:p>
      <w:pPr>
        <w:jc w:val="right"/>
      </w:pPr>
      <w:r>
        <w:t>جی، مولانا صاحب, in the end, I would request you to give a message to all your viewers on today's theme that is Quranic Wisdom.</w:t>
      </w:r>
    </w:p>
    <w:p>
      <w:r>
        <w:rPr>
          <w:b/>
        </w:rPr>
        <w:t xml:space="preserve">[44:40] </w:t>
      </w:r>
      <w:r>
        <w:t>main samajhta hoon ke ek ayat hai, sab ko pakad lein is ko. وَ الرُّجُ الْفَاجِرُ is rooh se kaha gaya ke وَ الرُّجُ الْفَاجِرُ ruj ke lafzi maani hote hain gandagi, dirt, yaani dirty practice chhod do. yeh is rooh se kaha gaya. to dirty practice kya hai? mere nazdeek dirty practice woh hai jo wisdom based na</w:t>
      </w:r>
    </w:p>
    <w:p>
      <w:pPr>
        <w:jc w:val="right"/>
      </w:pPr>
      <w:r>
        <w:t>میں سمجھتا ہوں کہ ایک آیت ہے، سب کو پکڑ لیں اس کو۔ وَ الرُّجُ الْفَاجِرُ اس روح سے کہا گیا کہ وَ الرُّجُ الْفَاجِرُ رُج کے لفظی معنی ہوتے ہیں گندگی، dirt، یعنی dirty practice چھوڑ دو۔ یہ اس روح سے کہا گیا۔ تو dirty practice کیا ہے؟ میرے نزدیک dirty practice وہ ہے جو wisdom based نہ</w:t>
      </w:r>
    </w:p>
    <w:p>
      <w:r>
        <w:rPr>
          <w:b/>
        </w:rPr>
        <w:t xml:space="preserve">[45:10] </w:t>
      </w:r>
      <w:r>
        <w:t>ho. jo work na kare. jo Khuda ki history of things ke mutabiq na ho. woh hai dirty practice. is ka matlab yeh hai ke aap jo planning karein, us mein pehle sochein ke woh Khuda ki history of things ke mutabiq hai ya nahi hai. us ko le kar planning karein. agar aap is ke baghair planning karein to woh dirty planning hogi. main samajhta hoon ke yahi mere paas m</w:t>
      </w:r>
    </w:p>
    <w:p>
      <w:pPr>
        <w:jc w:val="right"/>
      </w:pPr>
      <w:r>
        <w:t>ہو۔ جو work نہ کرے۔ جو خدا کی history of things کے مطابق نہ ہو۔ وہ ہے dirty practice۔ اس کا معنی یہ ہے کہ آپ جو planning کریں، اس میں پہلے سوچیں کہ وہ خدا کی history of things کے مطابق ہے یا نہیں ہے۔ اس کو لے کر planning کریں۔ اگر آپ اس کے بغیر planning کریں تو وہ dirty planning ہو گی۔ میں سمجھتا ہوں کہ یہی میرے پاس m</w:t>
      </w:r>
    </w:p>
    <w:p>
      <w:r>
        <w:rPr>
          <w:b/>
        </w:rPr>
        <w:t xml:space="preserve">[45:40] </w:t>
      </w:r>
      <w:r>
        <w:t>essage hai ke har aadmi ko chahiye ke woh apne aap ko ruge par mabni planning se bache. aur apni planning kare woh is par ke, ke woh daryaft kare ke Khuda ki history of things kya hai. us ke mutabiq planning kare. maslan dekhiye, agar aap chahein ke duniya mein injust</w:t>
      </w:r>
    </w:p>
    <w:p>
      <w:pPr>
        <w:jc w:val="right"/>
      </w:pPr>
      <w:r>
        <w:t>essage ہے کہ ہر آدمی کو چاہیے کہ وہ اپنے آپ کو ruge پر مبنی planning سے بچے۔ اور اپنی planning کرے وہ اس پر کہ، کہ وہ دریافت کرے کہ خدا کی history of things کیا ہے۔ اس کے مطابق planning کرے۔ مثلاً دیکھیے، اگر آپ چاہیں کہ دنیا میں injust</w:t>
      </w:r>
    </w:p>
    <w:p>
      <w:r>
        <w:rPr>
          <w:b/>
        </w:rPr>
        <w:t xml:space="preserve">[46:10] </w:t>
      </w:r>
      <w:r>
        <w:t>ice na rahe, jaise human rights activists wale jo hain, sab nakaam hain. human rights activists jitne bhi hain, sab nakaam. kyun? woh ek aisi cheez achieve karna chahte hain jo possible nahi. apne mind mein jo un ke justice hai, us ko chahte hain chalana. jo creator ke mind mein hai, woh nahi. sab ruge ke peeche pade hue hain. to ek lehaz mein yeh hai ke har aadmi ko chahiye ke woh</w:t>
      </w:r>
    </w:p>
    <w:p>
      <w:pPr>
        <w:jc w:val="right"/>
      </w:pPr>
      <w:r>
        <w:t>ice نہ رہے، جیسے human rights activists والے جو ہیں، سب ناکام ہیں۔ human rights activists جتنے بھی ہیں، سب ناکام۔ کیوں؟ وہ ایک ایسی چیز achieve کرنا چاہتے ہیں جو possible نہیں۔ اپنے mind میں جو ان کے justice ہے، اس کو چاہتے ہیں چلانا۔ جو creator کے mind میں ہے، وہ نہیں۔ سب ruge کے پیچھے پڑے ہوئے ہیں۔ تو ایک لحاظ میں یہ ہے کہ ہر آدمی کو چاہیے کہ وہ</w:t>
      </w:r>
    </w:p>
    <w:p>
      <w:r>
        <w:rPr>
          <w:b/>
        </w:rPr>
        <w:t xml:space="preserve">[46:41] </w:t>
      </w:r>
      <w:r>
        <w:t>realistic approach ikhtiyar kare. realistic approach. is duniya mein realistic approach hi work karta hai, aur isi mein aadmi ke liye kamyabi hai.</w:t>
      </w:r>
    </w:p>
    <w:p>
      <w:pPr>
        <w:jc w:val="right"/>
      </w:pPr>
      <w:r>
        <w:t>realistic approach اختیار کرے۔ realistic approach۔ اس دنیا میں realistic approach ہی work کرتا ہے، اور اسی میں آدمی کے لیے کامیابی ہے۔</w:t>
      </w:r>
    </w:p>
    <w:p>
      <w:r>
        <w:rPr>
          <w:b/>
        </w:rPr>
        <w:t xml:space="preserve">[46:55] </w:t>
      </w:r>
      <w:r>
        <w:t>ji. uh, thank you, Maulana sahib, for taking your time out, uh, today. uh, we've been receiving encouraging responses from all of you on feedback and ideas. keep writing to us on info@cpsglobal.org. Thank you for watching CPS International. We'll be back next Saturday, same time. Thank you.</w:t>
      </w:r>
    </w:p>
    <w:p>
      <w:pPr>
        <w:jc w:val="right"/>
      </w:pPr>
      <w:r>
        <w:t>جی۔ Uh, thank you, مولانا صاحب, for taking your time out, uh, today. Uh, we've been receiving encouraging responses from all of you on feedback and ideas. Keep writing to us on info@cpsglobal.org. Thank you for watching CPS International. We'll be back next Saturday,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