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Day of Judgement | September 17, 2016</w:t>
      </w:r>
    </w:p>
    <w:p>
      <w:r>
        <w:t>https://www.youtube.com/watch?v=4WYqMKVRyog</w:t>
      </w:r>
    </w:p>
    <w:p>
      <w:r>
        <w:rPr>
          <w:b/>
        </w:rPr>
        <w:t xml:space="preserve">[00:13] </w:t>
      </w:r>
      <w:r>
        <w:t>bismillah rahman rahim. assalam o alaikum, welcome to the question answer series with CPS founder Maulana Wahiduddin Khan sahib. the theme for today session is "the day of judgment". every person who comes into this world has to leave it one day post death, and appear in the divine court for the final judgment of ones deeds. it is indeed a matter of greatest concern, and takes precedence</w:t>
      </w:r>
    </w:p>
    <w:p>
      <w:pPr>
        <w:jc w:val="right"/>
      </w:pPr>
      <w:r>
        <w:t>بسم اللہ الرحمن الرحیم۔ السلام علیکم، ویلکم ٹو دی کوئسچن اینسر سیریز ود سی پی ایس فاؤنڈر مولانا وحید الدین خان صاحب۔ دی تھیم فار ٹوڈے سیشن از "دی ڈے آف ججمنٹ"۔ ایوری پرسن ہو کمز انٹو دس ورلڈ ہیز ٹو لیو اٹ ون ڈے پوسٹ ڈیتھ، اینڈ اپیئر ان دا ڈیوائن کورٹ فار دا فائنل ججمنٹ اف ونز ڈیڈز۔ اٹ از انڈیڈ ا میٹر اف گریٹسٹ کنسرن، اینڈ ٹیکس پریسیڈنس</w:t>
      </w:r>
    </w:p>
    <w:p>
      <w:r>
        <w:rPr>
          <w:b/>
        </w:rPr>
        <w:t xml:space="preserve">[00:43] </w:t>
      </w:r>
      <w:r>
        <w:t>over every other thing. yet people tend to ignore it and not give it a serious thought. in Quran chapter 89 verse number 28, it is mentioned that in the day of judgment God will say: "o peaceful soul, come and enter my paradise." we will discuss many aspects in today theme with Maulana sahib today. Maulana sahib, thank you so much for taking your time out in today theme</w:t>
      </w:r>
    </w:p>
    <w:p>
      <w:pPr>
        <w:jc w:val="right"/>
      </w:pPr>
      <w:r>
        <w:t>اوور ایوری ادر تھنگ۔ یٹ پیپل ٹینڈ ٹو اگنور اٹ اینڈ ناٹ گیو اٹ ا سیریس تھوٹ۔ ان قرآن چیپٹر 89 ورس نمبر 28، اٹ از مینشنڈ دیٹ ان دا ڈے اف ججمنٹ گاڈ ول سے: "او پیس فل سول، کم اینڈ انٹر مائی پیراڈائز۔" وی ول ڈسکس مینی اسپیکٹس ان ٹوڈے تھیم ود مولانا صاحب ٹوڈے۔ مولانا صاحب، تھینک یو سو مچ فار ٹیکنگ یور ٹائم آؤٹ ان ٹوڈے تھیم</w:t>
      </w:r>
    </w:p>
    <w:p>
      <w:r>
        <w:rPr>
          <w:b/>
        </w:rPr>
        <w:t xml:space="preserve">[01:13] </w:t>
      </w:r>
      <w:r>
        <w:t>de farst koschan dethat ai vānt tu ask yu iz dethat, if yu luk ait kuraan, vi faind dethat it iz filḍ vid vārningz in da ḍe of jajment. vāi iz dis so?</w:t>
      </w:r>
    </w:p>
    <w:p>
      <w:pPr>
        <w:jc w:val="right"/>
      </w:pPr>
      <w:r>
        <w:t>۔ دی فرسٹ کوسچن دیٹ ائی وانٹ ٹو اسک یو از دیٹ، اف یو لوک ایٹ قرآن، وی فائنڈ دیٹ اٹ از فلڈ ود وارننگز ان دا ڈے اف ججمنٹ۔ وائی از دس سو؟</w:t>
      </w:r>
    </w:p>
    <w:p>
      <w:r>
        <w:rPr>
          <w:b/>
        </w:rPr>
        <w:t xml:space="preserve">[01:29] </w:t>
      </w:r>
      <w:r>
        <w:t>dekhiye, is ka taluq is bat se hai ke khaliq ka kreshan plan kya hai. khaliq ka kreshan plan ye hai ke is ne insan ko, insan ki zindagi ko, do pirieḍ me bānt diya hai. yani pri ḍeth pirieḍ, post ḍeth pirieḍ.</w:t>
      </w:r>
    </w:p>
    <w:p>
      <w:pPr>
        <w:jc w:val="right"/>
      </w:pPr>
      <w:r>
        <w:t>دیکھیے، اس کا تعلق اس بات سے ہے کہ خالق کا کریشن پلان کیا ہے۔ خالق کا کریشن پلان یہ ہے کہ اس نے انسان کو، انسان کی زندگی کو، دو پیریڈ میں بانٹ دیا ہے۔ یعنی پری ڈیتھ پیریڈ، پوسٹ ڈیتھ پیریڈ۔</w:t>
      </w:r>
    </w:p>
    <w:p>
      <w:r>
        <w:rPr>
          <w:b/>
        </w:rPr>
        <w:t xml:space="preserve">[02:00] </w:t>
      </w:r>
      <w:r>
        <w:t>tu post ḍeth pirieḍ jo hai vo eṭarnal pirieḍ hai, ye ṭemprri hai. tu jab khaliq ka jo kreshan plan hai, vo ye hai ke is pri ḍeth pirieḍ me, jo ke ṭemprri hai, is ne agar apne aap ko tayar nahi kiya tu eṭarniti me is ko hamesha ke lie is ka anjām bhugtna pa</w:t>
      </w:r>
    </w:p>
    <w:p>
      <w:pPr>
        <w:jc w:val="right"/>
      </w:pPr>
      <w:r>
        <w:t>تو پوسٹ ڈیتھ پیریڈ جو ہے وہ ایٹرنل پیریڈ ہے، یہ ٹیمپرری ہے۔ تو جب خالق کا جو کریشن پلان ہے، وہ یہ ہے کہ اس پری ڈیتھ پیریڈ میں، جو کہ ٹیمپرری ہے، اس نے اگر اپنے آپ کو تیار نہیں کیا تو ایٹرنٹی میں اس کو ہمیشہ کے لیے اس کا انجام بھگتنا پ</w:t>
      </w:r>
    </w:p>
    <w:p>
      <w:r>
        <w:rPr>
          <w:b/>
        </w:rPr>
        <w:t xml:space="preserve">[02:30] </w:t>
      </w:r>
      <w:r>
        <w:t>ṛe ga. ye jo kreshan plan hai, is ki vaje se ye bahut ziyada siriyas ban jata hai, bahut ziyada siriyas. is vaje se kuraan me bahut ziyada is ko hāi lāiṭ kiya gaya hai, bahut ziyada. takē insan, yani eṭarnal mahrumi se apne ko bachaye.</w:t>
      </w:r>
    </w:p>
    <w:p>
      <w:pPr>
        <w:jc w:val="right"/>
      </w:pPr>
      <w:r>
        <w:t>ڑے گا۔ یہ جو کریشن پلان ہے، اس کی وجہ سے یہ بہت زیادہ سیریس بن جاتا ہے، بہت زیادہ سیریس۔ اس وجہ سے قرآن میں بہت زیادہ اس کو ہائی لائٹ کیا گیا ہے، بہت زیادہ۔ تاکہ انسان، یعنی ایٹرنل محرومی سے اپنے کو بچائے۔</w:t>
      </w:r>
    </w:p>
    <w:p>
      <w:r>
        <w:rPr>
          <w:b/>
        </w:rPr>
        <w:t xml:space="preserve">[03:01] </w:t>
      </w:r>
      <w:r>
        <w:t>zahir hai ke eṭarnal mahrumi se ziyada siriyas bat koi aur nahi ho sakti. is lie it iz baṭ necharal ke kuraan me is ko bahut ziyada hāi lāiṭ kiya gaya hai, takē insan jagē.</w:t>
      </w:r>
    </w:p>
    <w:p>
      <w:pPr>
        <w:jc w:val="right"/>
      </w:pPr>
      <w:r>
        <w:t>ظاہر ہے کہ ایٹرنل محرومی سے زیادہ سیریس بات کوئی اور نہیں ہو سکتی۔ اس لیے اٹ از بٹ نیچرل کہ قرآن میں اس کو بہت زیادہ ہائی لائٹ کیا گیا ہے، تاکہ انسان جاگے۔</w:t>
      </w:r>
    </w:p>
    <w:p>
      <w:r>
        <w:rPr>
          <w:b/>
        </w:rPr>
        <w:t xml:space="preserve">[03:18] </w:t>
      </w:r>
      <w:r>
        <w:t>ji. maulana sahib, it iz alsū menshanḍ in da kuraan in van of da vars dethat in da ḍe of jajment, men vil ran ave fram hiz relitivz, hiz vaif, hiz chilḍren, hiz pairanṭs. vāi vil hi ḍu dis?</w:t>
      </w:r>
    </w:p>
    <w:p>
      <w:pPr>
        <w:jc w:val="right"/>
      </w:pPr>
      <w:r>
        <w:t>جی۔ مولانا صاحب، اٹ از السو مینشنڈ ان دا قرآن ان ون اف دا ورس دیٹ ان دا ڈے اف ججمنٹ، مین ول رن اوے فرام ہز ریلیٹوز، ہز وائف، ہز چلڈرن، ہز پیرنٹس۔ وائی ویل ہی ڈو دس؟</w:t>
      </w:r>
    </w:p>
    <w:p>
      <w:r>
        <w:rPr>
          <w:b/>
        </w:rPr>
        <w:t xml:space="preserve">[03:35] </w:t>
      </w:r>
      <w:r>
        <w:t>dekhiye, bhagne ka matlab liṭaral sens me na lijiye ap. koi idhar bhage ga, udhar bhage ga. matlab hai ke duniya me jo aṭechmanṭ hai, vo khatm ho jae ga. kyu ke is ki vaje ye hogi ke duniya ki jo zindagi hamari hai, vo inhi taluqat par banti hai. khuni taluqat hain tu vo log ap ke kam ate hain, har mauqe par</w:t>
      </w:r>
    </w:p>
    <w:p>
      <w:pPr>
        <w:jc w:val="right"/>
      </w:pPr>
      <w:r>
        <w:t>دیکھیے، بھاگنے کا مطلب لٹرل سینس میں نہ لیجیے آپ۔ کوئی ادھر بھاگے گا، ادھر بھاگے گا۔ مطلب ہے کہ دنیا میں جو اٹیچمنٹ ہے، وہ ختم ہو جائے گا۔ کیونکہ اس کی وجہ یہ ہوگی کہ دنیا کی جو زندگی ہماری ہے، وہ انہی تعلقات پر بنتی ہے۔ خونی تعلقات ہیں تو وہ لوگ آپ کے کام آتے ہیں، ہر موقع پر</w:t>
      </w:r>
    </w:p>
    <w:p>
      <w:r>
        <w:rPr>
          <w:b/>
        </w:rPr>
        <w:t xml:space="preserve">[04:05] </w:t>
      </w:r>
      <w:r>
        <w:t>۔ tu is ki vaje se logo ko ziyada aṭechmanṭ ho jata hai apne bilḍ relishan me. lekin vahan ye sab kam nahi ae ga. tu bhagne ka matlab ye hai ke vahan admi apne aap me itna ziyada bizi ho jae ga ke is ko kisi dusre ki fikr nahi hogi. chahe vo khuni rishte vale hon ya khun rishte vale. itna siriyas hoga, itna siriyas hoga, itna siriyas hoga ke vo bas apne hi ko bacha na pae g</w:t>
      </w:r>
    </w:p>
    <w:p>
      <w:pPr>
        <w:jc w:val="right"/>
      </w:pPr>
      <w:r>
        <w:t>۔ تو اس کی وجہ سے لوگوں کو زیادہ اٹیچمنٹ ہو جاتا ہے اپنے بلڈ ریلیشن میں۔ لیکن وہاں یہ سب کام نہیں آئے گا۔ تو بھاگنے کا مطلب یہ ہے کہ وہاں آدمی اپنے آپ میں اتنا زیادہ بزی ہو جائے گا کہ اس کو کسی دوسرے کی فکر نہیں ہوگی۔ چاہے وہ خونی رشتے والے ہوں یا خون رشتے والے۔ اتنا سیریس ہوگا، اتنا سیریس ہوگا، اتنا سیریس ہوگا کہ وہ بس اپنے ہی کو بچا نہ پائے گ</w:t>
      </w:r>
    </w:p>
    <w:p>
      <w:r>
        <w:rPr>
          <w:b/>
        </w:rPr>
        <w:t xml:space="preserve">[04:35] </w:t>
      </w:r>
      <w:r>
        <w:t>a. ye batana maksad hai is ka. yani ke sach much bhagna, matlab dur ho jana, aur sara kansarn khatm ho kar kisi ek hi kansarn rah jana ke main kaise apne aap ko eṭarnal mahrumi se bachau.</w:t>
      </w:r>
    </w:p>
    <w:p>
      <w:pPr>
        <w:jc w:val="right"/>
      </w:pPr>
      <w:r>
        <w:t>ا۔ یہ بتانا مقصد ہے اس کا۔ یعنی کہ سچ مچ بھاگنا، مطلب دور ہو جانا، اور سارا کنسرن ختم ہو کر کسی ایک ہی کنسرن رہ جانا کہ میں کیسے اپنے آپ کو ایٹرنل محرومی سے بچاؤں۔</w:t>
      </w:r>
    </w:p>
    <w:p>
      <w:r>
        <w:rPr>
          <w:b/>
        </w:rPr>
        <w:t xml:space="preserve">[04:58] </w:t>
      </w:r>
      <w:r>
        <w:t>maulana sahib, in fekṭ, der iz alsū sen ḍiskraibḍ in da kuraan in sevvan plesis, dethat in ḍeṭ ḍe, dethat iz da ḍe of jajment, ḍi arṭh vil shak, and māunṭenz vil bi ḍisṭroed, and skāi vil ranṭ asanḍar. kæn yu ṭak a liṭal biṭ mor abāuṭ dis? vāi iz dis menshanḍ in da kuraan laik dis?</w:t>
      </w:r>
    </w:p>
    <w:p>
      <w:pPr>
        <w:jc w:val="right"/>
      </w:pPr>
      <w:r>
        <w:t>مولانا صاحب، ان فیکٹ، دیر از السو سین ڈسکرائبڈ ان دا قرآن ان سیون پلیسز، دیٹ ان دیٹ ڈے، دیٹ از دا ڈے اف ججمنٹ، دی ارتھ ول شیک، اینڈ ماؤنٹینز ول بی ڈسٹروئڈ، اینڈ سکائی ول رینٹ اسنڈر۔ کین یو ٹاک ا لٹل بٹ مور اباؤٹ دس؟ وائی از دس مینشنڈ ان دا قرآن لائک دس؟</w:t>
      </w:r>
    </w:p>
    <w:p>
      <w:r>
        <w:rPr>
          <w:b/>
        </w:rPr>
        <w:t xml:space="preserve">[05:21] </w:t>
      </w:r>
      <w:r>
        <w:t>is ka matlab hai ke ye jo duniya hai jis me ham rahte hain, ye ṭemprri duniya hai. har chiz yahan ki ṭemprri hai. eṭarnal duniya ye nahi hai. tu zāhir hai ke jab eṭarnal nahi hai tu vo duniya jo eṭarnal hogi, vo phir se banai jae gi. vo duniya koi anokhi duniya nahi hogi, balkē kuraan me jo hai ke vo yahin</w:t>
      </w:r>
    </w:p>
    <w:p>
      <w:pPr>
        <w:jc w:val="right"/>
      </w:pPr>
      <w:r>
        <w:t>اس کا مطلب ہے کہ یہ جو دنیا ہے جس میں ہم رہتے ہیں، یہ ٹیمپرری دنیا ہے۔ ہر چیز یہاں کی ٹیمپرری ہے۔ ایٹرنل دنیا یہ نہیں ہے۔ تو ظاہر ہے کہ جب ایٹرنل نہیں ہے تو وہ دنیا جو ایٹرنل ہوگی، وہ پھر سے بنائی جائے گی۔ وہ دنیا کوئی انوکھی دنیا نہیں ہوگی، بلکہ قرآن میں جو ہے کہ وہ یہیں</w:t>
      </w:r>
    </w:p>
    <w:p>
      <w:r>
        <w:rPr>
          <w:b/>
        </w:rPr>
        <w:t xml:space="preserve">[05:51] </w:t>
      </w:r>
      <w:r>
        <w:t>se milti julti hogi. lekin ye duniya aur us duniya me ye farq hoga ke vo duniya āiḍeal hogi. ye duniya les ḍen āiḍeal hai. vo duniya prafekṭ hogi. ye duniya imprafekṭ hai. is lihaz se farq hoga. tu ap dekhiye ke ek sainṭisṭ ne likha hai ke duniya me jo ham ekṭi</w:t>
      </w:r>
    </w:p>
    <w:p>
      <w:pPr>
        <w:jc w:val="right"/>
      </w:pPr>
      <w:r>
        <w:t>سے ملتی جلتی ہوگی۔ لیکن یہ دنیا اور اس دنیا میں یہ فرق ہوگا کہ وہ دنیا آئیڈیل ہوگی۔ یہ دنیا لیس دین آئیڈیل ہے۔ وہ دنیا پرفیکٹ ہوگی۔ یہ دنیا امپرفیکٹ ہے۔ اس لحاظ سے فرق ہوگا۔ تو آپ دیکھیے کہ ایک سائنٹسٹ نے لکھا ہے کہ دنیا میں جو ہم ایکٹی</w:t>
      </w:r>
    </w:p>
    <w:p>
      <w:r>
        <w:rPr>
          <w:b/>
        </w:rPr>
        <w:t xml:space="preserve">[06:21] </w:t>
      </w:r>
      <w:r>
        <w:t>viṭiz dekh rahe hain, ekṭiviṭiz, aur jo dekh rahe hain ke chizen paida ho rahi hain, tu is me ye manane me kuch bhi, yani kuch bhi, ḍifikalṭ nahi lagta ke ek aur duniya bane. jis tarah ye duniya bani, us tarah ek aur duniya ban sakti hai. tu ye duniya</w:t>
      </w:r>
    </w:p>
    <w:p>
      <w:pPr>
        <w:jc w:val="right"/>
      </w:pPr>
      <w:r>
        <w:t>ویٹیز دیکھ رہے ہیں، ایکٹیویٹیز، اور جو دیکھ رہے ہیں کہ چیزیں پیدا ہو رہی ہیں، تو اس میں یہ ماننے میں کچھ بھی، یعنی کچھ بھی، ڈیفیکلٹ نہیں لگتا کہ ایک اور دنیا بنے۔ جس طرح یہ دنیا بنی، اس طرح ایک اور دنیا بن سکتی ہے۔ تو یہ دنیا</w:t>
      </w:r>
    </w:p>
    <w:p>
      <w:r>
        <w:rPr>
          <w:b/>
        </w:rPr>
        <w:t xml:space="preserve">[06:51] </w:t>
      </w:r>
      <w:r>
        <w:t>banai gai hai, yani ṭemprri aborḍ ke taur par. tu isi lihaz se ye duniya hai. tu ab dusri duniya jahan admi ka eṭarnal aborḍ hoga, us ke lie phir zāhir hai ke ziyada kampaliṭ duniya honi chaheye. is duniya me, is duniya ko</w:t>
      </w:r>
    </w:p>
    <w:p>
      <w:pPr>
        <w:jc w:val="right"/>
      </w:pPr>
      <w:r>
        <w:t>بنائی گئی ہے، یعنی ٹیمپرری ابورڈ کے طور پر۔ تو اسی لحاظ سے یہ دنیا ہے۔ تو اب دوسری دنیا جہاں آدمی کا ایٹرنل ابورڈ ہوگا، اس کے لیے پھر ظاہر ہے کہ زیادہ کمپلیٹ دنیا ہونی چاہیے۔ اس دنیا میں، اس دنیا کو</w:t>
      </w:r>
    </w:p>
    <w:p>
      <w:r>
        <w:rPr>
          <w:b/>
        </w:rPr>
        <w:t xml:space="preserve">[07:21] </w:t>
      </w:r>
      <w:r>
        <w:t>، me koi limiṭeshan nahi honi chaheye. is duniya me koi ḍis aḍvanṭej nahi hona chaheye. is duniya me koi saro nahi hona chaheye. tu is lihaz se bane gi vo. tu jab vo duniya eṭarnal duniya hai tu it iz baṭ necharal ke vo phir se banai jae. ab phir se banane ki shakal kya hogi, ham nahi jante. ho sakta hai ke is ko reniūṭ kiya jae, is duniya ko, ya bilkul hi tod phod</w:t>
      </w:r>
    </w:p>
    <w:p>
      <w:pPr>
        <w:jc w:val="right"/>
      </w:pPr>
      <w:r>
        <w:t>، میں کوئی لیمیٹیشن نہیں ہونی چاہیے۔ اس دنیا میں کوئی ڈس ایڈوانٹیج نہیں ہونا چاہیے۔ اس دنیا میں کوئی سارو نہیں ہونا چاہیے۔ تو اس لحاظ سے بنے گی وہ۔ تو جب وہ دنیا ایٹرنل دنیا ہے تو اٹ از بٹ نیچرل کہ وہ پھر سے بنائی جائے۔ اب پھر سے بنانے کی شکل کیا ہوگی، ہم نہیں جانتے۔ ہو سکتا ہے کہ اس کو رینیوٹ کیا جائے، اس دنیا کو، یا بالکل ہی توڑ پھوڑ</w:t>
      </w:r>
    </w:p>
    <w:p>
      <w:r>
        <w:rPr>
          <w:b/>
        </w:rPr>
        <w:t xml:space="preserve">[07:51] </w:t>
      </w:r>
      <w:r>
        <w:t>kar nai duniya banai jae. donon pasibiliṭiz hain.</w:t>
      </w:r>
    </w:p>
    <w:p>
      <w:pPr>
        <w:jc w:val="right"/>
      </w:pPr>
      <w:r>
        <w:t>کر نئی دنیا بنائی جائے۔ دونوں پاسیبلٹی ہیں۔</w:t>
      </w:r>
    </w:p>
    <w:p>
      <w:r>
        <w:rPr>
          <w:b/>
        </w:rPr>
        <w:t xml:space="preserve">[07:57] </w:t>
      </w:r>
      <w:r>
        <w:t>maulana sahib, yu jast menshanḍ dethat dis varlḍ iz les ḍen āiḍeal, and dethat dis varlḍ iz ṭemprri. baṭ vi ofan si dethat pipl ar faragēṭful abauṭ da ḍe of jajment, and de ṭhink dethat da varlḍ vil kanṭiniū for evar. so hav kæn vi chenj sach kainḍ of mainḍ seṭ?</w:t>
      </w:r>
    </w:p>
    <w:p>
      <w:pPr>
        <w:jc w:val="right"/>
      </w:pPr>
      <w:r>
        <w:t>مولانا صاحب، یو جسٹ مینشنڈ دیٹ دس ورلڈ از لیس دین آئیڈیل، اینڈ دیٹ دس ورلڈ از ٹیمپرری۔ بٹ وی آفن سی دیٹ پیپل آر فارگیٹ فل اباؤٹ دا ڈے اف ججمنٹ، اینڈ دے تھنک دیٹ دا ورلڈ ول کنٹینیو فار ایور۔ سو ہاؤ کین وی چینج سچ کائنڈ اف مائنڈ سیٹ؟</w:t>
      </w:r>
    </w:p>
    <w:p>
      <w:r>
        <w:rPr>
          <w:b/>
        </w:rPr>
        <w:t xml:space="preserve">[08:17] </w:t>
      </w:r>
      <w:r>
        <w:t>dekhiye, insan ka ek mizaj hai ke chizon ko vo fal gānted le leta hai. mizaj hai is ke andar ke rat ho rahi hai, phir subah ho rahi hai, subah ho rahi hai, phir sham ho rahi hai. rat din a rahe hain, ja rahe hain, sab kam ho raha hai. jaṛa aya, phir garmi āi, phir barsat aya. tu admi samajhta hai ke bas ho raha hai tu hota rahe ga. tu admi yūz ṭu ho gaya,</w:t>
      </w:r>
    </w:p>
    <w:p>
      <w:pPr>
        <w:jc w:val="right"/>
      </w:pPr>
      <w:r>
        <w:t>دیکھیے، انسان کا ایک مزاج ہے کہ چیزوں کو وہ فال گانٹڈ لے لیتا ہے۔ مزاج ہے اس کے اندر کہ رات ہو رہی ہے، پھر صبح ہو رہی ہے، صبح ہو رہی ہے، پھر شام ہو رہی ہے۔ رات دن آ رہے ہیں، جا رہے ہیں، سب کام ہو رہا ہے۔ جاڑا آیا، پھر گرمی آئی، پھر برسات آیا۔ تو آدمی سمجھتا ہے کہ بس ہو رہا ہے تو ہوتا رہے گا۔ تو آدمی یوز ٹو ہو گیا،</w:t>
      </w:r>
    </w:p>
    <w:p>
      <w:r>
        <w:rPr>
          <w:b/>
        </w:rPr>
        <w:t xml:space="preserve">[08:47] </w:t>
      </w:r>
      <w:r>
        <w:t>dekhte dekhte, ke rojāna naya din tulū hota hai, naya mausam ata hai, dobara zamin me paude agte hain, tu aise agte rahen ge. tu sach puchhen tu akhirat ki duniya jo hai, vo ek ḍiskavari āiṭam hai. ap ko soch kar is ko ḍiskavar karna paṛta hai. ḍiskavari āiṭam hai. na soche tu</w:t>
      </w:r>
    </w:p>
    <w:p>
      <w:pPr>
        <w:jc w:val="right"/>
      </w:pPr>
      <w:r>
        <w:t>دیکھتے دیکھتے، کہ روزانہ نیا دن طلوع ہوتا ہے، نیا موسم آتا ہے، دوبارہ زمین میں پودے اگتے ہیں، تو ایسے اگتے رہیں گے۔ تو سچ پوچھیں تو آخرت کی دنیا جو ہے، وہ ایک ڈسکوری آئٹم ہے۔ آپ کو سوچ کر اس کو ڈسکور کرنا پڑتا ہے۔ ڈسکوری آئٹم ہے۔ نہ سوچیں تو</w:t>
      </w:r>
    </w:p>
    <w:p>
      <w:r>
        <w:rPr>
          <w:b/>
        </w:rPr>
        <w:t xml:space="preserve">[09:17] </w:t>
      </w:r>
      <w:r>
        <w:t>ap har chiz ko faragēṭḍ lete rahen ge. aur soche ge tu phir nahi, ye duniya ka, ye khud duniya bol rahi hai apni, kyu ke in kampaliṭ hai ye. duniya in kampaliṭ hai, ye bol rahi hai ke ek aur kampaliṭ duniya banna chaheye. lekin sochne se malum hoga. tu ye</w:t>
      </w:r>
    </w:p>
    <w:p>
      <w:pPr>
        <w:jc w:val="right"/>
      </w:pPr>
      <w:r>
        <w:t>آپ ہر چیز کو فارگارٹڈ لیتے رہیں گے۔ اور سوچیں گے تو پھر نہیں، یہ دنیا کا، یہ خود دنیا بول رہی ہے اپنی، کیونکہ ان کمپلیٹ ہے یہ۔ دنیا ان کمپلیٹ ہے، یہ بول رہی ہے کہ ایک اور کمپلیٹ دنیا بننا چاہیے۔ لیکن سوچنے سے معلوم ہوگا۔ تو یہ</w:t>
      </w:r>
    </w:p>
    <w:p>
      <w:r>
        <w:rPr>
          <w:b/>
        </w:rPr>
        <w:t xml:space="preserve">[09:47] </w:t>
      </w:r>
      <w:r>
        <w:t>mamla jo hai, ek ḍiskavari āiṭam hai. soche ge tu ḍiskavar karen ge. nahi soche ge tu ḍiskavari bhi nahi hogi.</w:t>
      </w:r>
    </w:p>
    <w:p>
      <w:pPr>
        <w:jc w:val="right"/>
      </w:pPr>
      <w:r>
        <w:t>معاملہ جو ہے، ایک ڈسکوری آئٹم ہے۔ سوچیں گے تو ڈسکور کریں گے۔ نہیں سوچیں گے تو ڈسکوری بھی نہیں ہوگی۔</w:t>
      </w:r>
    </w:p>
    <w:p>
      <w:r>
        <w:rPr>
          <w:b/>
        </w:rPr>
        <w:t xml:space="preserve">[09:57] </w:t>
      </w:r>
      <w:r>
        <w:t>baṭ maulana sahib, vil der bi inṭarseshn bāi ḍi prafēṭ or eni senṭli parsan in da ḍe of jajment, vich vil helap in ḍi salvēshan of a parsan? vāṭ iz ḍi reliti in dis? vāṭ ḍu yu ṭhink in dis biliif?</w:t>
      </w:r>
    </w:p>
    <w:p>
      <w:pPr>
        <w:jc w:val="right"/>
      </w:pPr>
      <w:r>
        <w:t>بٹ مولانا صاحب، ول دیر بی انٹرسیشن بائی دی پرافٹ اور اینی سینٹلی پرسن ان دا ڈے اف ججمنٹ، وچ ول ہیلپ ان دی سالویشن اف ا پرسن؟ واٹ از دی ریلیٹی ان دس؟ واٹ ڈو یو تھنک ان دس بیلیف؟</w:t>
      </w:r>
    </w:p>
    <w:p>
      <w:r>
        <w:rPr>
          <w:b/>
        </w:rPr>
        <w:t xml:space="preserve">[10:14] </w:t>
      </w:r>
      <w:r>
        <w:t>tu ye biliif jo hai, ye khuda ki jo askim of thingz hai, us se irilivvanṭ hai. us se koi taluq nahi is ka. kyu ke jo khuda ki askim of thingz hai, us ke mutabiq ḍizarvong kandidēṭ jannat me dakhla paen ge. tu jo admi apne ko tayar kare ga, jo apna tazkiya kare ga, jo apna piyurifai kare ga,</w:t>
      </w:r>
    </w:p>
    <w:p>
      <w:pPr>
        <w:jc w:val="right"/>
      </w:pPr>
      <w:r>
        <w:t>تو یہ بیلیف جو ہے، یہ خدا کی جو اسکیم اف تھنگز ہے، اس سے اریلیونٹ ہے۔ اس سے کوئی تعلق نہیں اس کا۔ کیونکہ جو خدا کی اسکیم اف تھنگز ہے، اس کے مطابق ڈیزرونگ کینڈیڈیٹ جنت میں داخلہ پائیں گے۔ تو جو آدمی اپنے کو تیار کرے گا، جو اپنا تزکیہ کرے گا، جو اپنا پیوریفائی کرے گا،</w:t>
      </w:r>
    </w:p>
    <w:p>
      <w:r>
        <w:rPr>
          <w:b/>
        </w:rPr>
        <w:t xml:space="preserve">[10:44] </w:t>
      </w:r>
      <w:r>
        <w:t>apne andar is parsonaliṭi ko banaye ga jo vahan seṭal karne ke qabil ho, tu us ko vahan jagah mile gi. bhai, kisi ke kisi ke kahne se jannat mil jae, ye bilkul ek ek besles bat hai. is ka haqiqat se koi taluq nahi hai.</w:t>
      </w:r>
    </w:p>
    <w:p>
      <w:pPr>
        <w:jc w:val="right"/>
      </w:pPr>
      <w:r>
        <w:t>اپنے اندر اس پرسنیلٹی کو بنائے گا جو وہاں سیٹل کرنے کے قابل ہو، تو اس کو وہاں جگہ ملے گی۔ بھائی، کسی کے کسی کے کہنے سے جنت مل جائے، یہ بالکل ایک ایک بیسلیس بات ہے۔ اس کا حقیقت سے کوئی تعلق نہیں ہے۔</w:t>
      </w:r>
    </w:p>
    <w:p>
      <w:r>
        <w:rPr>
          <w:b/>
        </w:rPr>
        <w:t xml:space="preserve">[11:09] </w:t>
      </w:r>
      <w:r>
        <w:t>kæn ḍi ṭhāṭ of ḍoms ḍe mak a parsan mor siriyas and mor sansiyar?</w:t>
      </w:r>
    </w:p>
    <w:p>
      <w:pPr>
        <w:jc w:val="right"/>
      </w:pPr>
      <w:r>
        <w:t>کین دی تھاٹ اف ڈومز ڈے میک ا پرسن مور سیریس اینڈ مور سنسیر؟</w:t>
      </w:r>
    </w:p>
    <w:p>
      <w:r>
        <w:rPr>
          <w:b/>
        </w:rPr>
        <w:t xml:space="preserve">[11:14] </w:t>
      </w:r>
      <w:r>
        <w:t>yaqeenan is mein koi shakk nahin. dekhiye, jab aadmi soche ke yeh duniya khatm hone wali hai, ek nayi duniya banne wali hai, to zahir hai ke bohat ziyada aadmi serious ho jayega ke is agli duniya mein jo eternal hai, us mein mujhe sahi jagah milay. abhi dekhiye, har aadmi ko isi duniya mein acha ghar, achi zindagi, uska concern bani hui hai.</w:t>
      </w:r>
    </w:p>
    <w:p>
      <w:pPr>
        <w:jc w:val="right"/>
      </w:pPr>
      <w:r>
        <w:t>یقینا اس میں کوئی شک نہیں۔ دیکھیے، جب آدمی سوچے کہ یہ دنیا ختم ہونے والی ہے، ایک نئی دنیا بننے والی ہے، تو ظاہر ہے کہ بہت زیادہ آدمی سیریس ہو جائے گا کہ اس اگلی دنیا میں جو ایٹرنل ہے، اس میں مجھے صحیح جگہ ملے۔ ابھی دیکھیے، ہر آدمی کو اسی دنیا میں اچھا گھر، اچھی زندگی، اس کا کنسرن بنی ہوئی ہے۔</w:t>
      </w:r>
    </w:p>
    <w:p>
      <w:r>
        <w:rPr>
          <w:b/>
        </w:rPr>
        <w:t xml:space="preserve">[11:45] </w:t>
      </w:r>
      <w:r>
        <w:t>lekin agar koi is ko yaqeen ho ke yeh duniya to khatm ho jayegi, mustaqbil duniya to koi aur hogi, to bilkul it is but natural ke is ka soul concern ban jayega ke aanay wali duniya mein mein ziyada achi place mujhe milay. yeh to bilkul fitri baat hai.</w:t>
      </w:r>
    </w:p>
    <w:p>
      <w:pPr>
        <w:jc w:val="right"/>
      </w:pPr>
      <w:r>
        <w:t>لیکن اگر کوئی اس کو یقین ہو کہ یہ دنیا تو ختم ہو جائے گی، مستقبل دنیا تو کوئی اور ہوگی، تو بالکل اٹ از بٹ نیچرل کہ اس کا سول کنسرن بن جائے گا کہ آنے والی دنیا میں میں زیادہ اچھی پلیس مجھے ملے۔ یہ تو بالکل فطری بات ہے۔</w:t>
      </w:r>
    </w:p>
    <w:p>
      <w:r>
        <w:rPr>
          <w:b/>
        </w:rPr>
        <w:t xml:space="preserve">[12:05] </w:t>
      </w:r>
      <w:r>
        <w:t>Maulana sahib, there is verse in the Quran where it is mentioned that if a person does the evil of weight of an atom, will be made aware in the day of judgement. so the question is, in fact, many people ask this question that how is it that a person is not aware of the evil actions in the present world, but will be made aware in the day of judgement?</w:t>
      </w:r>
    </w:p>
    <w:p>
      <w:pPr>
        <w:jc w:val="right"/>
      </w:pPr>
      <w:r>
        <w:t>مولانا صاحب، دیر از ورس ان دا قرآن ویر اٹ از مینشنڈ دیٹ اف ا پرسن ڈز دی ایول اف ویٹ اف این ایٹم، ول بی میڈ اویئر ان دا ڈے اف ججمنٹ۔ سو دا کوسچن از، ان فیکٹ، مینی پیپل اسک دس کوسچن دیٹ ہاؤ از اٹ دیٹ ا پرسن از ناٹ اویئر اف دی ایول ایکشنز ان دا پریزنٹ ورلڈ، بٹ ول بی میڈ اویئر ان دا ڈے اف ججمنٹ؟</w:t>
      </w:r>
    </w:p>
    <w:p>
      <w:r>
        <w:rPr>
          <w:b/>
        </w:rPr>
        <w:t xml:space="preserve">[12:29] </w:t>
      </w:r>
      <w:r>
        <w:t>dekhiye, bilkul saada baat hai ke aadmi ka yeh concern ab na ho ke aakhirat mein is ko acha maqam milay, lena hai, aur duniya hi is ka soul concern bani hui ho. to bhoola rahega, bhoola rahega, bhoola rahega. is ka matlab hai ke aadmi jo woh baat hai jis ka ta'alluq, jis ka jis ka importance aakhirat se hai, us ko bhoola rehta hai woh.</w:t>
      </w:r>
    </w:p>
    <w:p>
      <w:pPr>
        <w:jc w:val="right"/>
      </w:pPr>
      <w:r>
        <w:t>دیکھیے، بالکل سادہ بات ہے کہ آدمی کا یہ کنسرن اب نہ ہو کہ آخرت میں اس کو اچھا مقام ملے، لینا ہے، اور دنیا ہی اس کا سول کنسرن بنی ہوئی ہو۔ تو بھولا رہے گا، بھولا رہے گا، بھولا رہے گا۔ اس کا مطلب ہے کہ آدمی جو وہ بات ہے جس کا تعلق، جس کا جس کا امپورٹنس آخرت سے ہے، اس کو بھولا رہتا ہے وہ۔</w:t>
      </w:r>
    </w:p>
    <w:p>
      <w:r>
        <w:rPr>
          <w:b/>
        </w:rPr>
        <w:t xml:space="preserve">[12:59] </w:t>
      </w:r>
      <w:r>
        <w:t>to Quran kehta hai ke hum tumhara aankh ka parda hata denge. to yeh bilkul fitri baat hai ke aadmi jab concern banayega present world ko, to present world ki baatein us ke mind mein shai'a rahengi. aur jo world hereafter hai, us ko jab concern nahi banayega to us ko bhoola rahega woh. to is bhule pan ko ka</w:t>
      </w:r>
    </w:p>
    <w:p>
      <w:pPr>
        <w:jc w:val="right"/>
      </w:pPr>
      <w:r>
        <w:t>تو قرآن کہتا ہے کہ ہم تمہارا آنکھ کا پردہ ہٹا دیں گے۔ تو یہ بالکل فطری بات ہے کہ آدمی جب کنسرن بنائے گا پریزنٹ ورلڈ کو، تو پریزنٹ ورلڈ کی باتیں اس کے مائنڈ میں شائع رہیں گی۔ اور جو ورلڈ ہیر افٹر ہے، اس کو جب کنسرن نہیں بنائے گا تو اس کو بھولا رہے گا وہ۔ تو اس بھولے پن کو کا</w:t>
      </w:r>
    </w:p>
    <w:p>
      <w:r>
        <w:rPr>
          <w:b/>
        </w:rPr>
        <w:t xml:space="preserve">[13:29] </w:t>
      </w:r>
      <w:r>
        <w:t>khatma ho jayega. is is unawareness ka jo mamla tha, woh khatm ho jayega. aware ho jayega woh. ji. aisa hoga.</w:t>
      </w:r>
    </w:p>
    <w:p>
      <w:pPr>
        <w:jc w:val="right"/>
      </w:pPr>
      <w:r>
        <w:t>خاتمہ ہو جائے گا۔ اس اس ان ایویرنس کا جو معاملہ تھا، وہ ختم ہو جائے گا۔ اویئر ہو جائے گا وہ۔ جی۔ ایسا ہوگا۔</w:t>
      </w:r>
    </w:p>
    <w:p>
      <w:r>
        <w:rPr>
          <w:b/>
        </w:rPr>
        <w:t xml:space="preserve">[13:42] </w:t>
      </w:r>
      <w:r>
        <w:t>Maulana sahib, similarly it is mentioned that a person who does good deeds, there will be a light shining in front of those people in the day of judgement. what is this light which is shining? can you elaborate more on that, Maulana sahib?</w:t>
      </w:r>
    </w:p>
    <w:p>
      <w:pPr>
        <w:jc w:val="right"/>
      </w:pPr>
      <w:r>
        <w:t>مولانا صاحب، سمیلرلی اٹ از مینشنڈ دیٹ ا پرسن ہو ڈز گڈ ڈیٹس، دیر ول بی ا لائٹ شائننگ ان فرنٹ اف دوز پیپل ان دا ڈے اف ججمنٹ۔ واٹ از دس لائٹ وچ از شائننگ؟ کین یو ایلیبریٹ مور ان دیٹ، مولانا صاحب؟</w:t>
      </w:r>
    </w:p>
    <w:p>
      <w:r>
        <w:rPr>
          <w:b/>
        </w:rPr>
        <w:t xml:space="preserve">[13:57] </w:t>
      </w:r>
      <w:r>
        <w:t>dekhiye, yahan light ka jo lafz hai, jo Quran mein noor hai, to woh literal sense mein nahi hai. aisa nahi hai ke koi bohat bara bulb jo us ke aage jalta rahega. yeh matlab nahi hai. is ka matlab yeh hai ke koi aadmi jab jeete, kaamyaab ho, to us ke chehre pe ek shining hoti hai. us ke saathi hote hain jo us ko har</w:t>
      </w:r>
    </w:p>
    <w:p>
      <w:pPr>
        <w:jc w:val="right"/>
      </w:pPr>
      <w:r>
        <w:t>دیکھیے، یہاں لائٹ کا جو لفظ ہے، جو قرآن میں نور ہے، تو وہ لیٹرل سینس میں نہیں ہے۔ ایسا نہیں ہے کہ کوئی بہت بڑا بلب جو اس کے آگے جلتا رہے گا۔ یہ مطلب نہیں ہے۔ اس کا مطلب یہ ہے کہ کوئی آدمی جب جیتے، کامیاب ہو، تو اس کے چہرے پہ ایک شائننگ ہوتی ہے۔ اس کے ساتھی ہوتے ہیں جو اس کو ہر</w:t>
      </w:r>
    </w:p>
    <w:p>
      <w:r>
        <w:rPr>
          <w:b/>
        </w:rPr>
        <w:t xml:space="preserve">[14:27] </w:t>
      </w:r>
      <w:r>
        <w:t>taraf se ghere rehte hain. har taraf se us ko shabashain milti hain, welcome kiya jata hai. to ek ek bohat hi purronq is ka presence ho jata hai jahan bhi hota hai woh. bas is tarah se hai. literal sense mein mat lijiye is ko. aap ne agar kabhi dekha ho ke ek aadmi mislan election mein khara hua aur khoob mehnat ki, yahan tak ke woh jeet gaya. jeet gaya to poori duniya</w:t>
      </w:r>
    </w:p>
    <w:p>
      <w:pPr>
        <w:jc w:val="right"/>
      </w:pPr>
      <w:r>
        <w:t>طرف سے گھیرے رہتے ہیں۔ ہر طرف سے اس کو شاباشیں ملتی ہیں، ویلکم کیا جاتا ہے۔ تو ایک ایک بہت ہی پررونق اس کا پریزنس ہو جاتا ہے جہاں بھی ہوتا ہے وہ۔ بس اس طرح سے ہے۔ لیٹرل سینس میں مت لیجئے اس کو۔ آپ نے اگر کبھی دیکھا ہو کہ ایک آدمی مثلاً الیکشن میں کھڑا ہوا اور خوب محنت کی، یہاں تک کہ وہ جیت گیا۔ جیت گیا تو پوری دنیا</w:t>
      </w:r>
    </w:p>
    <w:p>
      <w:r>
        <w:rPr>
          <w:b/>
        </w:rPr>
        <w:t xml:space="preserve">[14:58] </w:t>
      </w:r>
      <w:r>
        <w:t>us ke liye lagti hai ke duniya meri hai. woh bohat hi ziyada khush hota hai. us ke saathi bohat ziyada khush hote hain. poora mahol us ko welcome kar raha hota hai. yeh hota hai is ka.</w:t>
      </w:r>
    </w:p>
    <w:p>
      <w:pPr>
        <w:jc w:val="right"/>
      </w:pPr>
      <w:r>
        <w:t>اس کے لیے لگتی ہے کہ دنیا میری ہے۔ وہ بہت ہی زیادہ خوش ہوتا ہے۔ اس کے ساتھی بہت زیادہ خوش ہوتے ہیں۔ پورا ماحول اس کو ویلکم کر رہا ہوتا ہے۔ یہ ہوتا ہے اس کا۔</w:t>
      </w:r>
    </w:p>
    <w:p>
      <w:r>
        <w:rPr>
          <w:b/>
        </w:rPr>
        <w:t xml:space="preserve">[15:14] </w:t>
      </w:r>
      <w:r>
        <w:t>ji. Maulana sahib, once Prophet of Islam had said that his sending and the coming of doomsday is very near. its like its as close as to fingers. but we all know that 1400 years have gone by. so what did Prophet mean when he said that his sending and doomsday are very near?</w:t>
      </w:r>
    </w:p>
    <w:p>
      <w:pPr>
        <w:jc w:val="right"/>
      </w:pPr>
      <w:r>
        <w:t>جی۔ مولانا صاحب، ونس پرافٹ اف اسلام ہیڈ سیڈ دیٹ ہز سینڈنگ اینڈ دی کمنگ اف ڈومز ڈے از ویری نیئر۔ اٹس لائک اٹس ایز کلوز ایز ٹو فنگرز۔ بٹ وی آل نو دیٹ 1400 ایئرز ہیو گون بائے۔ سو واٹ ڈیڈ پرافٹ مین وین ہی سیڈ دیٹ ہز سینڈنگ اینڈ ڈومز ڈے ار ویری نیئر؟</w:t>
      </w:r>
    </w:p>
    <w:p>
      <w:r>
        <w:rPr>
          <w:b/>
        </w:rPr>
        <w:t xml:space="preserve">[15:37] </w:t>
      </w:r>
      <w:r>
        <w:t>dekhiye, aap hazar saal ya chaudah so saal ke aitbaar se mat dekhiye is ko. aap jo universe ka length hai, us ke sath dekhiye. science batati hai ke universe ki beginning jo hai, 13 billion saal pehle hui. to 13 billion saal pehle ke lehaz se dekhen to chaudah so saal, chaudah so saal kuch bhi nahi hai. kuch bhi nahi hai woh.</w:t>
      </w:r>
    </w:p>
    <w:p>
      <w:pPr>
        <w:jc w:val="right"/>
      </w:pPr>
      <w:r>
        <w:t>دیکھیے، آپ ہزار سال یا چودہ سو سال کے اعتبار سے مت دیکھیے اس کو۔ آپ جو یونیورس کا لینتھ ہے، اس کے ساتھ دیکھیے۔ سائنس بتاتی ہے کہ یونیورس کی بگننگ جو ہے، 13 بلین سال پہلے ہوئی۔ تو 13 بلین سال پہلے کے لحاظ سے دیکھیں تو چودہ سو سال، چودہ سو سال کچھ بھی نہیں ہے۔ کچھ بھی نہیں ہے وہ۔</w:t>
      </w:r>
    </w:p>
    <w:p>
      <w:r>
        <w:rPr>
          <w:b/>
        </w:rPr>
        <w:t xml:space="preserve">[16:07] </w:t>
      </w:r>
      <w:r>
        <w:t>to yeh jo hadith aata hai, woh is lehaz se hai ke duniya jo banayi gayi, to us ke lehaz se jo is ka span hai, is ka jo length hai, woh bohat hi ziyada, bohat ziyada 13 billion saal hai. to us ke lehaz se yeh baat hai. us lehaz se dekhen to chaudah so saal kuch bhi nahi lagega aap ko.</w:t>
      </w:r>
    </w:p>
    <w:p>
      <w:pPr>
        <w:jc w:val="right"/>
      </w:pPr>
      <w:r>
        <w:t>تو یہ جو حدیث آتا ہے، وہ اس لحاظ سے ہے کہ دنیا جو بنائی گئی، تو اس کے لحاظ سے جو اس کا اسپین ہے، اس کا جو لینتھ ہے، وہ بہت ہی زیادہ، بہت زیادہ 13 بلین سال ہے۔ تو اس کے لحاظ سے یہ بات ہے۔ اس لحاظ سے دیکھیں تو چودہ سو سال کچھ بھی نہیں لگے گا آپ کو۔</w:t>
      </w:r>
    </w:p>
    <w:p>
      <w:r>
        <w:rPr>
          <w:b/>
        </w:rPr>
        <w:t xml:space="preserve">[16:35] </w:t>
      </w:r>
      <w:r>
        <w:t>ji. Maulana sahib, many Muslims in fact believe that before the coming of the doomsday, Muslim rule will be established all over the world. is this true, Maulana sahib? what is your opinion on this?</w:t>
      </w:r>
    </w:p>
    <w:p>
      <w:pPr>
        <w:jc w:val="right"/>
      </w:pPr>
      <w:r>
        <w:t>جی۔ مولانا صاحب، مینی مسلمز ان فیکٹ بیلیو دیٹ بیفور دی کمنگ اف دا ڈومز ڈے، مسلم رول ول بی اسٹیبلشڈ ال اوور دی ورلڈ۔ از دس ٹرو، مولانا صاحب؟ واٹ از یور اوپینین ان دس؟</w:t>
      </w:r>
    </w:p>
    <w:p>
      <w:r>
        <w:rPr>
          <w:b/>
        </w:rPr>
        <w:t xml:space="preserve">[16:49] </w:t>
      </w:r>
      <w:r>
        <w:t>yeh bilkul baseless baat hai. yeh na kahin Quran mein hai, na hadith mein hai. bilkul hi baseless hai. Muslim rule yeh Khuda concern hi nahi hai. Khuda concern jo hai, woh yeh hai ke log ba-khabar ho jayen. to is jo hadith hai, is ka matlab hai ke sari duniya ba-khabar ho jayegi</w:t>
      </w:r>
    </w:p>
    <w:p>
      <w:pPr>
        <w:jc w:val="right"/>
      </w:pPr>
      <w:r>
        <w:t>یہ بالکل بیسلیس بات ہے۔ یہ نہ کہیں قرآن میں ہے، نہ حدیث میں ہے۔ بالکل ہی بیسلیس ہے۔ مسلم رول یہ خدا کنسرن ہی نہیں ہے۔ خدا کنسرن جو ہے، وہ یہ ہے کہ لوگ باخبر ہو جائیں۔ تو اس جو حدیث ہے، اس کا معنی ہے کہ ساری دنیا باخبر ہو جائے گی</w:t>
      </w:r>
    </w:p>
    <w:p>
      <w:r>
        <w:rPr>
          <w:b/>
        </w:rPr>
        <w:t xml:space="preserve">[17:20] </w:t>
      </w:r>
      <w:r>
        <w:t>ke Khuda ka creation plan kya tha. bas yeh nahi ke hukoomat qaim ho jayegi. woh to bilkul hi baseless baat hai. woh na Quran mein hai, na hadith mein hai. khud hi khud kar liya logon ne. yaani Musalmanon ka jo Muslim supremacism hai, woh is ka source hai, na ke Quran aur hadith.</w:t>
      </w:r>
    </w:p>
    <w:p>
      <w:pPr>
        <w:jc w:val="right"/>
      </w:pPr>
      <w:r>
        <w:t>کہ خدا کا کریشن پلان کیا تھا۔ بس یہ نہیں کہ حکومت قائم ہو جائے گی۔ وہ تو بالکل ہی بیسلیس بات ہے۔ وہ نہ قرآن میں ہے، نہ حدیث میں ہے۔ خود ہی خود کر لیا لوگوں نے۔ یعنی مسلمانوں کا جو مسلم سپرمیسیزم ہے، وہ اس کا سورس ہے، نہ کہ قرآن اور حدیث۔</w:t>
      </w:r>
    </w:p>
    <w:p>
      <w:r>
        <w:rPr>
          <w:b/>
        </w:rPr>
        <w:t xml:space="preserve">[17:43] </w:t>
      </w:r>
      <w:r>
        <w:t>ji.</w:t>
      </w:r>
    </w:p>
    <w:p>
      <w:pPr>
        <w:jc w:val="right"/>
      </w:pPr>
      <w:r>
        <w:t>جی۔</w:t>
      </w:r>
    </w:p>
    <w:p>
      <w:r>
        <w:rPr>
          <w:b/>
        </w:rPr>
        <w:t xml:space="preserve">[17:44] </w:t>
      </w:r>
      <w:r>
        <w:t>hukoomat ka, hukoomat Allah taala ki nazar mein hukoomat ki koi haqeeqat nahi hai. haqeeqat sirf is baat ki hai ke log jaan len ke Khuda ka creation plan kya tha, taake woh duniya mein awareness ke sath jayen, aur duniya se jayen to awareness ke sath jayen.</w:t>
      </w:r>
    </w:p>
    <w:p>
      <w:pPr>
        <w:jc w:val="right"/>
      </w:pPr>
      <w:r>
        <w:t>حکومت کا، حکومت اللہ تعالی کی نظر میں حکومت کی کوئی حقیقت نہیں ہے۔ حقیقت صرف اس بات کی ہے کہ لوگ جان لیں کہ خدا کا کریشن پلان کیا تھا، تاکہ وہ دنیا میں اویرنس کے ساتھ جائیں، اور دنیا سے جائیں تو اویرنس کے ساتھ جائیں۔</w:t>
      </w:r>
    </w:p>
    <w:p>
      <w:r>
        <w:rPr>
          <w:b/>
        </w:rPr>
        <w:t xml:space="preserve">[18:04] </w:t>
      </w:r>
      <w:r>
        <w:t>ji. Maulana sahib, in hadith it is mentioned that there will be several signs before the coming of the doomsday. what are these signs and what do they mean? if you can elaborate on that, Maulana sahib?</w:t>
      </w:r>
    </w:p>
    <w:p>
      <w:pPr>
        <w:jc w:val="right"/>
      </w:pPr>
      <w:r>
        <w:t>جی۔ مولانا صاحب، ان حدیث اٹ از مینشن دیٹ دیر ول بی سیورل سائنز بیفور دی کمنگ اف دا ڈومز ڈے۔ واٹ ار دیز سائنز اینڈ واٹ ڈو دے مین؟ اف یو کین ایلیبریٹ ان دیٹ، مولانا صاحب؟</w:t>
      </w:r>
    </w:p>
    <w:p>
      <w:r>
        <w:rPr>
          <w:b/>
        </w:rPr>
        <w:t xml:space="preserve">[18:22] </w:t>
      </w:r>
      <w:r>
        <w:t>dekhiye, kisi bhi alamat ko bilkul specific taur par nahi keh sakte ke yeh alamat hai. yeh nahi keh sakte hum. lekin yeh yeh hum keh sakte hain ke duniya mein aise waqeyat hote hain jo batate hain ke duniya koi stability nahi hai duniya mein. mislan earthquake jab aata hai to lagta hai ke duniya to kuch bhi nahi. jab chahe toot jaye, jab chahe phat jaye.</w:t>
      </w:r>
    </w:p>
    <w:p>
      <w:pPr>
        <w:jc w:val="right"/>
      </w:pPr>
      <w:r>
        <w:t>دیکھیے، کسی بھی علامت کو بالکل اسپیسیفک طور پر نہیں کہہ سکتے کہ یہ علامت ہے۔ یہ نہیں کہہ سکتے ہم۔ لیکن یہ یہ ہم کہہ سکتے ہیں کہ دنیا میں ایسے واقعات ہوتے ہیں جو بتاتے ہیں کہ دنیا کوئی اسٹیبلٹی نہیں ہے دنیا میں۔ مثلاً ارتھ کویک جب آتا ہے تو لگتا ہے کہ دنیا تو کچھ بھی نہیں۔ جب چاہے ٹوٹ جائے، جب چاہے پھٹ جائے۔</w:t>
      </w:r>
    </w:p>
    <w:p>
      <w:r>
        <w:rPr>
          <w:b/>
        </w:rPr>
        <w:t xml:space="preserve">[18:52] </w:t>
      </w:r>
      <w:r>
        <w:t>to is duniya ki stability bohat doubtful lagti hai agar aap is tarah soche to. ya flood aata hai bohat ziyada, jab earthquake aata hai, ya aur bhi waqeyat jo hote hain. to kisi ek single waqeye ko hum nahi keh sakte ke yeh yeh alamat hai. hum yeh keh sakte hain ke aise waqeyat hote rahen bar bar, jo collective taur par</w:t>
      </w:r>
    </w:p>
    <w:p>
      <w:pPr>
        <w:jc w:val="right"/>
      </w:pPr>
      <w:r>
        <w:t>تو اس دنیا کی اسٹیبلٹی بہت ڈاؤٹ فل لگتی ہے اگر آپ اس طرح سوچیں تو۔ یا فلڈ آتا ہے بہت زیادہ، جب ارتھ کویک آتا ہے، یا اور بھی واقعات جو ہوتے ہیں۔ تو کسی ایک سنگل واقعے کو ہم نہیں کہہ سکتے کہ یہ یہ علامت ہے۔ ہم یہ کہہ سکتے ہیں کہ ایسے واقعات ہوتے رہیں بار بار، جو کلیکٹو طور پر</w:t>
      </w:r>
    </w:p>
    <w:p>
      <w:r>
        <w:rPr>
          <w:b/>
        </w:rPr>
        <w:t xml:space="preserve">[19:23] </w:t>
      </w:r>
      <w:r>
        <w:t>yeh tasawwur dete hain ke duniya eternal nahi hai, yeh zaroor kisi din toot phoot jayegi.</w:t>
      </w:r>
    </w:p>
    <w:p>
      <w:pPr>
        <w:jc w:val="right"/>
      </w:pPr>
      <w:r>
        <w:t>یہ تصور دیتے ہیں کہ دنیا ایٹرنل نہیں ہے، یہ ضرور کسی دن ٹوٹ پھوٹ جائے گی۔</w:t>
      </w:r>
    </w:p>
    <w:p>
      <w:r>
        <w:rPr>
          <w:b/>
        </w:rPr>
        <w:t xml:space="preserve">[19:30] </w:t>
      </w:r>
      <w:r>
        <w:t>ji. ji. Maulana sahib, for example, there is mention of Dajjal, that Dajjal will appear before the doomsday. so what is this Dajjal? if you can explain in more elaborate way, Maulana sahib?</w:t>
      </w:r>
    </w:p>
    <w:p>
      <w:pPr>
        <w:jc w:val="right"/>
      </w:pPr>
      <w:r>
        <w:t>جی۔ جی۔ مولانا صاحب، فار ایگزمپل، دیر از مینشن اف دجال، دیٹ دجال ول اپیئر بیفور دا ڈومز ڈے۔ سو واٹ از دس دجال؟ اف یو کین ایکسپلین ان مور الیبریٹ وے، مولانا صاحب؟</w:t>
      </w:r>
    </w:p>
    <w:p>
      <w:r>
        <w:rPr>
          <w:b/>
        </w:rPr>
        <w:t xml:space="preserve">[19:46] </w:t>
      </w:r>
      <w:r>
        <w:t>dekhiye, Dajjal ka jo concept hai, is mein ulama ki rai mukhtalif hai. yahan tak mein samajhta hoon ke Dajjal se murad koi ek individual nahi hai, balke ek daur hai. ek daur hai, is daur mein sachai bohat ziyada clear nahi rahegi logon ke upar. ab mein samajhta hoon ke moajza zaban yahi hai. yaani</w:t>
      </w:r>
    </w:p>
    <w:p>
      <w:pPr>
        <w:jc w:val="right"/>
      </w:pPr>
      <w:r>
        <w:t>دیکھیے، دجال کا جو کانسیپٹ ہے، اس میں علماء کی رائے مختلف ہے۔ یہاں تک میں سمجھتا ہوں کہ دجال سے مراد کوئی ایک انڈیویجول نہیں ہے، بلکہ ایک دور ہے۔ ایک دور ہے، اس دور میں سچائی بہت زیادہ کلیئر نہیں رہے گی لوگوں کے اوپر۔ اب میں سمجھتا ہوں کہ معجزہ زبان یہی ہے۔ یعنی</w:t>
      </w:r>
    </w:p>
    <w:p>
      <w:r>
        <w:rPr>
          <w:b/>
        </w:rPr>
        <w:t xml:space="preserve">[20:16] </w:t>
      </w:r>
      <w:r>
        <w:t>ulum ki tarraqi itni hui hai, woh tarraqi kya hai? confusion mein daal diya hai. yaani bohat sare, mislan Marxism hai, Socialism hai, Communism hai, duniya bhar ke ideologies, in sab ne insaan ko ek tarah ke confusion mein daal diya hai. to aaj ka insaan jee raha hai confusion mein, kyunke itne ziyada baatein aa gayi hain ke hum information ke jangall mein jeete hain.</w:t>
      </w:r>
    </w:p>
    <w:p>
      <w:pPr>
        <w:jc w:val="right"/>
      </w:pPr>
      <w:r>
        <w:t>علوم کی ترقی اتنی ہوئی ہے، وہ ترقی کیا ہے؟ کنفیوژن میں ڈال دیا ہے۔ یعنی بہت سارے، مثلاً مارکسزم ہے، سوشلزم ہے، کمیونزم ہے، دنیا بھر کے عید میں، ان سب نے انسان کو ایک طرح کے کنفیوژن میں ڈال دیا ہے۔ تو آج کا انسان جی رہا ہے کنفیوژن میں، کیونکہ اتنے زیادہ باتیں آ گئی ہیں کہ ہم انفارمیشن کے جنگل میں جیتے ہیں۔</w:t>
      </w:r>
    </w:p>
    <w:p>
      <w:r>
        <w:rPr>
          <w:b/>
        </w:rPr>
        <w:t xml:space="preserve">[20:47] </w:t>
      </w:r>
      <w:r>
        <w:t>to jahan tak mein samajhta hoon, dajjal se murad aik period hai, aik daur hai, koi aik individual nahi hai.</w:t>
      </w:r>
    </w:p>
    <w:p>
      <w:pPr>
        <w:jc w:val="right"/>
      </w:pPr>
      <w:r>
        <w:t>تو جہاں تک میں سمجھتا ہوں، دجال سے مراد ایک پیریڈ ہے، ایک دور ہے، کوئی ایک انڈیویجول نہیں ہے۔</w:t>
      </w:r>
    </w:p>
    <w:p>
      <w:r>
        <w:rPr>
          <w:b/>
        </w:rPr>
        <w:t xml:space="preserve">[20:58] </w:t>
      </w:r>
      <w:r>
        <w:t>ji. Maulana sahib, sometimes we see that certain places get hit by earth quakes or natural disasters. so people often say that this is god's way of punishment meted out to the people of that place. what is your opinion in this?</w:t>
      </w:r>
    </w:p>
    <w:p>
      <w:pPr>
        <w:jc w:val="right"/>
      </w:pPr>
      <w:r>
        <w:t>جی۔ مولانا صاحب، سم ٹائمز وی سی دیٹ سرٹن پلیسز گیٹ ہٹ بائے ارتھ کویکس اور نیچرل ڈیزاسٹرز۔ سو پیپل آفن سے دیٹ دس از گاڈز وے اف پنشمنٹ میٹڈ آؤٹ ٹو دا پیپل اف دیٹ پلیس۔ واٹ از یور اوپینین ان دس؟</w:t>
      </w:r>
    </w:p>
    <w:p>
      <w:r>
        <w:rPr>
          <w:b/>
        </w:rPr>
        <w:t xml:space="preserve">[21:17] </w:t>
      </w:r>
      <w:r>
        <w:t>nahi, yeh bilkul galat hai. koi is ki base nahi hai. woh climatic change ya jo flood aate hain, toofan aate hain, earth quake aate hain, woh natural law of nature ke sath aate hain. lekin aadmi ko sochna chahiye ke itne bare bare waqiat ho rahe hain to aur bhi bare waqiat ho sakte hain. dunya khatam ho sakti hai.</w:t>
      </w:r>
    </w:p>
    <w:p>
      <w:pPr>
        <w:jc w:val="right"/>
      </w:pPr>
      <w:r>
        <w:t>نہیں، یہ بالکل غلط ہے۔ کوئی اس کی بیس نہیں ہے۔ وہ کلائمیٹک چینج یا جو فلڈ آتے ہیں، طوفان آتے ہیں، ارتھ کویک آتے ہیں، وہ نیچرل لاء اف نیچر کے ساتھ آتے ہیں۔ لیکن آدمی کو سوچنا چاہیے کہ اتنے بڑے بڑے واقعات ہو رہے ہیں تو اور بھی بڑے واقعات ہو سکتے ہیں۔ دنیا ختم ہو سکتی ہے۔</w:t>
      </w:r>
    </w:p>
    <w:p>
      <w:r>
        <w:rPr>
          <w:b/>
        </w:rPr>
        <w:t xml:space="preserve">[21:47] </w:t>
      </w:r>
      <w:r>
        <w:t>to woh reminder, reminder ke sense mein hai, woh reminder ke sense mein ke jab suraj giran ho, koi bara zalzala aa jaye, koi flood aa jaye, to woh aik reminder hota hai ke sochne ke liye ke is dunya ka jo malik hai, woh kuch bhi kar sakta hai. to aadmi zyada conscious, conscious, conscious bas is sense mein hai.</w:t>
      </w:r>
    </w:p>
    <w:p>
      <w:pPr>
        <w:jc w:val="right"/>
      </w:pPr>
      <w:r>
        <w:t>تو وہ ریمائنڈ، ریمائنڈر کے سینس میں ہے، وہ ریمائنڈر کے سینس میں کہ جب سورج گرہن ہو، کوئی بڑا زلزلہ آ جائے، کوئی فلڈ آ جائے، تو وہ ایک ریمائنڈر ہوتا ہے کہ سوچنے کے لیے کہ اس دنیا کا جو مالک ہے، وہ کچھ بھی کر سکتا ہے۔ تو آدمی زیادہ کاشس، کاشس، کاشس بس اس سینس میں ہے۔</w:t>
      </w:r>
    </w:p>
    <w:p>
      <w:r>
        <w:rPr>
          <w:b/>
        </w:rPr>
        <w:t xml:space="preserve">[22:15] </w:t>
      </w:r>
      <w:r>
        <w:t>ji. so Maulana sahib, you are saying that these are reminders. but can god's punishment come in this world also? or will god's punishment come only in the hereafter?</w:t>
      </w:r>
    </w:p>
    <w:p>
      <w:pPr>
        <w:jc w:val="right"/>
      </w:pPr>
      <w:r>
        <w:t>جی۔ سو مولانا صاحب، یو آر سینگ دیٹ دیز ار ریمائنڈرز۔ بٹ کین گاڈز پنشمنٹ کم ان دس ورلڈ السو؟ اور ول گاڈز پنشمنٹ کم اونلی ان دی ہیر افٹر؟</w:t>
      </w:r>
    </w:p>
    <w:p>
      <w:r>
        <w:rPr>
          <w:b/>
        </w:rPr>
        <w:t xml:space="preserve">[22:27] </w:t>
      </w:r>
      <w:r>
        <w:t>nahi, dunya mein punishment nahi hai. punishment sirf world hereafter mein hai. yahan nahi hai. yahan to sirf reminder hai. punishment nahi hai. jo log yeh kahein ke dunya mein falan waqia aya, woh punishment ke liye aya, to woh un ke paas is ke liye koi quran o hadith mein koi reference nahi hai. aksar mein dekhta hoon ke jab kahin koi zalzala aa gaya, koi flood aa gaya, to kehte hain ke khuda ka ghazab</w:t>
      </w:r>
    </w:p>
    <w:p>
      <w:pPr>
        <w:jc w:val="right"/>
      </w:pPr>
      <w:r>
        <w:t>نہیں، دنیا میں پنشمنٹ نہیں ہے۔ پنشمنٹ صرف ورلڈ ہیر افٹر میں ہے۔ یہاں نہیں ہے۔ یہاں تو صرف ریمائنڈر ہے۔ پنشمنٹ نہیں ہے۔ جو لوگ یہ کہیں کہ دنیا میں فلاں واقعہ آیا، وہ پنشمنٹ کے لیے آیا، تو وہ ان کے پاس اس کے لیے کوئی قرآن و حدیث میں کوئی ریفرنس نہیں ہے۔ اکثر میں دیکھتا ہوں کہ جب کہیں کوئی زلزلہ آ گیا، کوئی فلڈ آ گیا، تو کہتے ہیں کہ خدا کا غضب</w:t>
      </w:r>
    </w:p>
    <w:p>
      <w:r>
        <w:rPr>
          <w:b/>
        </w:rPr>
        <w:t xml:space="preserve">[22:58] </w:t>
      </w:r>
      <w:r>
        <w:t>tha yeh. yeh galat baat hai. khuda ka ghazab nahi hota, woh woh reminder hota hai. aur khuda ka ghazab jis ko kaha jata hai, woh akhirat mein zahir hoga, dunya mein nahi. ji. kyunke yeh dunya to bani hai test ke liye. yeh punishment ke liye bani hi nahi hai.</w:t>
      </w:r>
    </w:p>
    <w:p>
      <w:pPr>
        <w:jc w:val="right"/>
      </w:pPr>
      <w:r>
        <w:t>تھا یہ۔ یہ غلط بات ہے۔ خدا کا غضب نہیں ہوتا، وہ وہ ریمائنڈر ہوتا ہے۔ اور خدا کا غضب جس کو کہا جاتا ہے، وہ آخرت میں ظاہر ہوگا، دنیا میں نہیں۔ جی۔ کیونکہ یہ دنیا تو بنی ہے ٹیسٹ کے لیے۔ یہ پنشمنٹ کے لیے بنی ہی نہیں ہے۔</w:t>
      </w:r>
    </w:p>
    <w:p>
      <w:r>
        <w:rPr>
          <w:b/>
        </w:rPr>
        <w:t xml:space="preserve">[23:20] </w:t>
      </w:r>
      <w:r>
        <w:t>ji. Maulana sahib, god says that only he has the knowledge when the doomsday will come. no human being has that knowledge. in fact, quran says that doomsday will come suddenly. why is this so?</w:t>
      </w:r>
    </w:p>
    <w:p>
      <w:pPr>
        <w:jc w:val="right"/>
      </w:pPr>
      <w:r>
        <w:t>جی۔ مولانا صاحب، گاڈ سیز دیٹ اونلی ہی ہیز دی نالج وین دا ڈومز ڈے ول کم۔ نو ہیومن بینگ ہیز دیٹ نالج۔ ان فیکٹ، قرآن سیز دیٹ ڈومز ڈے ول کم سڈنلی۔ وائی از دس سو؟</w:t>
      </w:r>
    </w:p>
    <w:p>
      <w:r>
        <w:rPr>
          <w:b/>
        </w:rPr>
        <w:t xml:space="preserve">[23:41] </w:t>
      </w:r>
      <w:r>
        <w:t>zahir hai ke baat yahi hai. yani jo doomsday jo aayega, yani qyamat jo aayegi, woh kisi waqiat ke sequence ka culmination nahi hoga. woh to Allah taala jab faisla kare kisi ka, to us waqt woh qyamat aa jayegi, aa jayegi. to woh tamam tar depend karti hai Allah ke faisle</w:t>
      </w:r>
    </w:p>
    <w:p>
      <w:pPr>
        <w:jc w:val="right"/>
      </w:pPr>
      <w:r>
        <w:t>ظاہر ہے کہ بات یہی ہے۔ یعنی جو ڈومز ڈے جو آئے گا، یعنی قیامت جو آئے گی، وہ کسی واقعات کے سیکوئنس کا کل منیشن نہیں ہوگا۔ وہ تو اللہ تعالی جب فیصلہ کرے کسی کا، تو اس وقت وہ قیامت آ جائے گی، آ جائے گی۔ تو وہ تمام تر ڈیپینڈ کرتی ہے اللہ کے فیصلے</w:t>
      </w:r>
    </w:p>
    <w:p>
      <w:r>
        <w:rPr>
          <w:b/>
        </w:rPr>
        <w:t xml:space="preserve">[24:11] </w:t>
      </w:r>
      <w:r>
        <w:t>par. ji. kab faisla karega ke ab qyamat barpa kar di jaye, yeh koi janta nahi hai. dunya chal rahi hai, chal rahi hai, chal rahi hai. koi time aayega, koi point of time, jab ke khuda yeh faisla kare ke bas ab is ko mazeed nahi chalana, is ko khatam kar dena hai, ab doosri dunya banana hai. to us waqt woh khuda ka hukum hoga aur qyamat aa jayegi.</w:t>
      </w:r>
    </w:p>
    <w:p>
      <w:pPr>
        <w:jc w:val="right"/>
      </w:pPr>
      <w:r>
        <w:t>پر۔ جی۔ کب فیصلہ کرے گا کہ اب قیامت برپا کر دی جائے، یہ کوئی جانتا نہیں ہے۔ دنیا چل رہی ہے، چل رہی ہے، چل رہی ہے۔ کوئی ٹائم آئے گا، کوئی پوائنٹ اف ٹائم، جب کہ خدا یہ فیصلہ کرے کہ بس اب اس کو مزید نہیں چلانا، اس کو ختم کر دینا ہے، اب دوسری دنیا بنانا ہے۔ تو اس وقت وہ خدا کا حکم ہوگا اور قیامت آ جائے گی۔</w:t>
      </w:r>
    </w:p>
    <w:p>
      <w:r>
        <w:rPr>
          <w:b/>
        </w:rPr>
        <w:t xml:space="preserve">[24:43] </w:t>
      </w:r>
      <w:r>
        <w:t>yeh to is ka taluq to is se hai ke jo creator hai, us ke mutabiq is ka plan kya hai. is ka, is ka jo plan hai, is mein is ne yahi rakha hai ke qyamat waqiat ka koi sequence hoga, us ke culmination mein qyamat aa jayegi, aisa nahi hai, balkeh achaanak khuda ke hukum se aa jayegi. la tatik illa waqt. yeh is ka, ya</w:t>
      </w:r>
    </w:p>
    <w:p>
      <w:pPr>
        <w:jc w:val="right"/>
      </w:pPr>
      <w:r>
        <w:t>یہ تو اس کا تعلق تو اس سے ہے کہ جو کریٹر ہے، اس کے مطابق اس کا پلان کیا ہے۔ اس کا، اس کا جو پلان ہے، اس میں اس نے یہی رکھا ہے کہ قیامت واقعات کا کوئی سیکوئنس ہوگا، اس کے کل منیشن میں قیامت آ جائے گی، ایسا نہیں ہے، بلکہ اچانک خدا کے حکم سے آ جائے گی۔ لا تاتک بالا وقت۔ یہ اس کا، یع</w:t>
      </w:r>
    </w:p>
    <w:p>
      <w:r>
        <w:rPr>
          <w:b/>
        </w:rPr>
        <w:t xml:space="preserve">[25:13] </w:t>
      </w:r>
      <w:r>
        <w:t>ani is ka plan ka, is ka taluq is ke creation plan se hai. ji. kisi aur cheez se nahi hai.</w:t>
      </w:r>
    </w:p>
    <w:p>
      <w:pPr>
        <w:jc w:val="right"/>
      </w:pPr>
      <w:r>
        <w:t>نی اس کا پلان کا، اس کا تعلق اس کے کریشن پلان سے ہے۔ جی۔ کسی اور چیز سے نہیں ہے۔</w:t>
      </w:r>
    </w:p>
    <w:p>
      <w:r>
        <w:rPr>
          <w:b/>
        </w:rPr>
        <w:t xml:space="preserve">[25:22] </w:t>
      </w:r>
      <w:r>
        <w:t>but Maulana sahib, can one's repentance of sins and wrongdoings be acceptable to god in the day of judgment?</w:t>
      </w:r>
    </w:p>
    <w:p>
      <w:pPr>
        <w:jc w:val="right"/>
      </w:pPr>
      <w:r>
        <w:t>بٹ مولانا صاحب، کین ونز ریپینٹنس اف سنز اینڈ رونگ ڈوئنگز بی ایکسیپٹیبل ٹو گاڈ ان دا ڈے اف ججمنٹ؟</w:t>
      </w:r>
    </w:p>
    <w:p>
      <w:r>
        <w:rPr>
          <w:b/>
        </w:rPr>
        <w:t xml:space="preserve">[25:30] </w:t>
      </w:r>
      <w:r>
        <w:t>nahi, bilkul nahi. repentance ka taluq aaj ki present world se hai, world hereafter se nahi hai. tauba jo hai, tauba, repentance ka taluq isi dunya se hai. jab dunya khatam ho jaye aur insan nayi dunya mein dobara zinda kiya jayega, to wahan par na repentance hai, na tauba hai, na maafy hai. woh to, woh to chapter</w:t>
      </w:r>
    </w:p>
    <w:p>
      <w:pPr>
        <w:jc w:val="right"/>
      </w:pPr>
      <w:r>
        <w:t>نہیں، بالکل نہیں۔ ریپینٹنس کا تعلق آج کی پریزنٹ ورلڈ سے ہے، ورلڈ ہیر افٹر سے نہیں ہے۔ توبہ جو ہے، توبہ، ریپینٹنس کا تعلق اسی دنیا سے ہے۔ جب دنیا ختم ہو جائے اور انسان نئی دنیا میں دوبارہ زندہ کیا جائے گا، تو وہاں پر نہ ریپینٹنس ہے، نہ توبہ ہے، نہ معافی ہے۔ وہ تو، وہ تو چیپٹر</w:t>
      </w:r>
    </w:p>
    <w:p>
      <w:r>
        <w:rPr>
          <w:b/>
        </w:rPr>
        <w:t xml:space="preserve">[26:01] </w:t>
      </w:r>
      <w:r>
        <w:t>close ho chuka. woh chapter isi dunya mein close ho jayega.</w:t>
      </w:r>
    </w:p>
    <w:p>
      <w:pPr>
        <w:jc w:val="right"/>
      </w:pPr>
      <w:r>
        <w:t>کلوز ہو چکا۔ وہ چیپٹر اسی دنیا میں کلوز ہو جائے گا۔</w:t>
      </w:r>
    </w:p>
    <w:p>
      <w:r>
        <w:rPr>
          <w:b/>
        </w:rPr>
        <w:t xml:space="preserve">[26:05] </w:t>
      </w:r>
      <w:r>
        <w:t>ji. Maulana sahib, the thought of doomsday makes a person believe that this world is very trivial and insignificant. so according to you, what what is the goal of every human being?</w:t>
      </w:r>
    </w:p>
    <w:p>
      <w:pPr>
        <w:jc w:val="right"/>
      </w:pPr>
      <w:r>
        <w:t>جی۔ مولانا صاحب، دی تھاٹ اف ڈومز ڈے میکس ا پرسن بیلیو دیٹ دس ورلڈ از ویری ٹریول اینڈ انسگنیفیکنٹ۔ سو اکارڈنگ ٹو یو، واٹ واٹ از دی گول اف ایوری ہیومن بینگ؟</w:t>
      </w:r>
    </w:p>
    <w:p>
      <w:r>
        <w:rPr>
          <w:b/>
        </w:rPr>
        <w:t xml:space="preserve">[26:22] </w:t>
      </w:r>
      <w:r>
        <w:t>dekhiye, quran ke mutabiq yeh dunya jo hai, yeh selection ground hai. yeh dunya selection ground hai. yani har aadmi ko mauqa diya gaya hai. har aadmi free, free hai. har aadmi azad hai ke woh jo chahe soche, jo chahe bole, jo chahe kare. to</w:t>
      </w:r>
    </w:p>
    <w:p>
      <w:pPr>
        <w:jc w:val="right"/>
      </w:pPr>
      <w:r>
        <w:t>دیکھیے، قرآن کے مطابق یہ دنیا جو ہے، یہ سلیکشن گراؤنڈ ہے۔ یہ دنیا سلیکشن گراؤنڈ ہے۔ یعنی ہر آدمی کو موقع دیا گیا ہے۔ ہر آدمی فری، فری ہے۔ ہر آدمی آزاد ہے کہ وہ جو چاہے سوچے، جو چاہے بولے، جو چاہے کرے۔ تو</w:t>
      </w:r>
    </w:p>
    <w:p>
      <w:r>
        <w:rPr>
          <w:b/>
        </w:rPr>
        <w:t xml:space="preserve">[26:53] </w:t>
      </w:r>
      <w:r>
        <w:t>khuda ke farishtay watch kar rahe hain, har aadmi ko watch kar rahe hain. kaun apni freedom ko misuse karta hai aur apni freedom ko proper use karta hai. har aadmi ka record banaya ja raha hai. aur khas taur par yeh dekha ja raha hai ke jo freedom di thi khaliq ne hum ko, to kis ne is ko misuse kiya, kis ne is ko is ka proper use kiya. isi lihaz se is ka faisla kiya jayega</w:t>
      </w:r>
    </w:p>
    <w:p>
      <w:pPr>
        <w:jc w:val="right"/>
      </w:pPr>
      <w:r>
        <w:t>خدا کے فرشتے واچ کر رہے ہیں، ہر آدمی کو واچ کر رہے ہیں۔ کون اپنی فریڈم کو مس یوز کرتا ہے اور اپنی فریڈم کو پراپر یوز کرتا ہے۔ ہر آدمی کا ریکارڈ بنایا جا رہا ہے۔ اور خاص طور پر یہ دیکھا جا رہا ہے کہ جو فریڈم دی تھی خالق نے ہم کو، تو کس نے اس کو مس یوز کیا، کس نے اس کو اس کا پراپر یوز کیا۔ اسی لحاظ سے اس کا فیصلہ کیا جائے گا</w:t>
      </w:r>
    </w:p>
    <w:p>
      <w:r>
        <w:rPr>
          <w:b/>
        </w:rPr>
        <w:t xml:space="preserve">[27:24] </w:t>
      </w:r>
      <w:r>
        <w:t>doosri dunya mein. aur koi doosra criteria nahi hoga. aik criteria hoga.</w:t>
      </w:r>
    </w:p>
    <w:p>
      <w:pPr>
        <w:jc w:val="right"/>
      </w:pPr>
      <w:r>
        <w:t>دوسری دنیا میں۔ اور کوئی دوسرا کرائٹیریا نہیں ہوگا۔ ایک کرائٹیریا ہوگا۔</w:t>
      </w:r>
    </w:p>
    <w:p>
      <w:r>
        <w:rPr>
          <w:b/>
        </w:rPr>
        <w:t xml:space="preserve">[27:32] </w:t>
      </w:r>
      <w:r>
        <w:t>ji. Maulana sahib, according to a hadith, in the day of judgment, god will speak directly to every individual. there will not be any interpreter between the two. can you explain this hadith for everyone, Maulana sahib?</w:t>
      </w:r>
    </w:p>
    <w:p>
      <w:pPr>
        <w:jc w:val="right"/>
      </w:pPr>
      <w:r>
        <w:t>جی۔ مولانا صاحب، اکارڈنگ ٹو ا حدیث، ان دی ڈے اف ججمنٹ، گاڈ ول سپیک ڈائریکٹلی ٹو ایوری انڈیویجول۔ دیر ول ناٹ بی اینی انٹرپریٹر بٹوین دا ٹو۔ کین یو ایکسپلین دس حدیث فار ایوری ون، مولانا صاحب؟</w:t>
      </w:r>
    </w:p>
    <w:p>
      <w:r>
        <w:rPr>
          <w:b/>
        </w:rPr>
        <w:t xml:space="preserve">[27:48] </w:t>
      </w:r>
      <w:r>
        <w:t>haan, hadith to hai hi saaf saaf. khuda, yani khaliq jo hai, hamara har insan se poochega, is ka yani direct baat karega, is ko yaad dilayega, aur koi isi ki language mein, jo is ki language, jis language ko samjhega,</w:t>
      </w:r>
    </w:p>
    <w:p>
      <w:pPr>
        <w:jc w:val="right"/>
      </w:pPr>
      <w:r>
        <w:t>ہاں، حدیث تو ہے ہی صاف صاف۔ خدا، یعنی خالق جو ہے، ہمارا ہر انسان سے پوچھے گا، اس کا یعنی ڈائریکٹ بات کرے گا، اس کو یاد دلائے گا، اور کوئی اسی کی لینگویج میں، جو اس کی لینگویج، جس لینگویج کو سمجھے گا،</w:t>
      </w:r>
    </w:p>
    <w:p>
      <w:r>
        <w:rPr>
          <w:b/>
        </w:rPr>
        <w:t xml:space="preserve">[28:18] </w:t>
      </w:r>
      <w:r>
        <w:t>koi aisa nahi, koi interpreter ho. to yeh to is ki scheme up, jo jo creation plan hai, is ka aik part hai. yeh to hona hi chahiye. aik din aisa hona chahiye ke hum apne creator ko dekhein, apne creator se hum baat karein, is se hamara direct dialogue ho. to yeh to bilkul, it is but natural ke aisa ho, aisa to aisa ho to bilkul sahi hoga. aisa na ho to phir aik kami reh jayegi</w:t>
      </w:r>
    </w:p>
    <w:p>
      <w:pPr>
        <w:jc w:val="right"/>
      </w:pPr>
      <w:r>
        <w:t>کوئی ایسا نہیں، کوئی انٹرپریٹر ہو۔ تو یہ تو اس کی سکیم اپ، جو جو کریشن پلان ہے، اس کا ایک پارٹ ہے۔ یہ تو ہونا ہی چاہیے۔ ایک دن ایسا ہونا چاہیے کہ ہم اپنے کریٹر کو دیکھیں، اپنے کریٹر سے ہم بات کریں، اس سے ہمارا ڈائریکٹ ڈائیلاگ ہو۔ تو یہ تو بالکل، اٹ از بٹ نیچرل کہ ایسا ہو، ایسا تو ایسا ہو تو بالکل صحیح ہوگا۔ ایسا نہ ہو تو پھر ایک کمی رہ جائے</w:t>
      </w:r>
    </w:p>
    <w:p>
      <w:r>
        <w:rPr>
          <w:b/>
        </w:rPr>
        <w:t xml:space="preserve">[28:48] </w:t>
      </w:r>
      <w:r>
        <w:t>gi khuda ki creation mein.</w:t>
      </w:r>
    </w:p>
    <w:p>
      <w:pPr>
        <w:jc w:val="right"/>
      </w:pPr>
      <w:r>
        <w:t>گی خدا کی کریشن میں۔</w:t>
      </w:r>
    </w:p>
    <w:p>
      <w:r>
        <w:rPr>
          <w:b/>
        </w:rPr>
        <w:t xml:space="preserve">[28:53] </w:t>
      </w:r>
      <w:r>
        <w:t>ji. Maulana sahib, in one of the words, it is mentioned that before the day of judgment or in the day of the judgment, the angel israfel will blow the trumpet and everyone will rise from they grave. can you explain this words to everyone, Maulana sahib?</w:t>
      </w:r>
    </w:p>
    <w:p>
      <w:pPr>
        <w:jc w:val="right"/>
      </w:pPr>
      <w:r>
        <w:t>جی۔ مولانا صاحب، ان ون اف دا ورڈز، اٹ از مینشن دیٹ بیفور دی ڈے اف ججمنٹ اور ان دا ڈے اف دا ججمنٹ، دی اینجل اسرافیل ول بلو دی ٹرمپیٹ اینڈ ایوری ون ول رائز فرام دے گریو۔ کین یو ایکسپلین دس ورڈز ٹو ایوری ون، مولانا صاحب؟</w:t>
      </w:r>
    </w:p>
    <w:p>
      <w:r>
        <w:rPr>
          <w:b/>
        </w:rPr>
        <w:t xml:space="preserve">[29:13] </w:t>
      </w:r>
      <w:r>
        <w:t>haan, is ko kaha jata hai nafkha sur. nafkha sur. to nafkha sur, yani woh phoonka jayega sur mein. to yeh is ki, is ki shakal kya hogi? chunchke hum ne ya kisi insan ne sur ke phoonkne se jo awaz niklegi, kisi ne dekha nahi is ko. to humein is ki sirf khabar maloom hai ke aakhri waqt mein aik far</w:t>
      </w:r>
    </w:p>
    <w:p>
      <w:pPr>
        <w:jc w:val="right"/>
      </w:pPr>
      <w:r>
        <w:t>ہاں، اس کو کہا جاتا ہے نفق سور۔ ونفق سور۔ تو نفق سور، یعنی وہ پھونکا جائے گا سور میں۔ تو یہ اس کی، اس کی شکل کیا ہوگی؟ چونکہ ہم نے یا کسی انسان نے سور کے پھونکنے سے جو آواز نکلے گی، کسی نے دیکھا نہیں اس کو۔ تو ہمیں اس کی صرف خبر معلوم ہے کہ آخری وقت میں ایک فر</w:t>
      </w:r>
    </w:p>
    <w:p>
      <w:r>
        <w:rPr>
          <w:b/>
        </w:rPr>
        <w:t xml:space="preserve">[29:43] </w:t>
      </w:r>
      <w:r>
        <w:t>hishtah hoga jis ka naam hoga israfeel, woh sur phoonkay ga aur phir dunya khatm ho jaye gi. to yeh baat sirf khabar ki hai. is ko hum nahi keh sakte ke is ki shakal kya hogi ke kuch kisi insaan ne na to sur ko dekha, na is ki awaz suni. to matlab khabar ke hum is ko jaan sakte hain, is se ya zyada kya pata nahi.</w:t>
      </w:r>
    </w:p>
    <w:p>
      <w:pPr>
        <w:jc w:val="right"/>
      </w:pPr>
      <w:r>
        <w:t>شتہ ہوگا جس کا نام ہوگا اسرافیل، وہ سور پھونکے گا اور پھر دنیا ختم ہو جائے گی۔ تو یہ بات صرف خبر کی ہے۔ اس کو ہم نہیں کہہ سکتے کہ اس کی شکل کیا ہوگی کہ کچھ کسی انسان نے نہ تو سور کو دیکھا، نہ اس کی آواز سنی۔ تو مطلب خبر کے ہم اس کو جان سکتے ہیں، اس سے یا زیادہ کیا پتہ نہیں۔</w:t>
      </w:r>
    </w:p>
    <w:p>
      <w:r>
        <w:rPr>
          <w:b/>
        </w:rPr>
        <w:t xml:space="preserve">[30:08] </w:t>
      </w:r>
      <w:r>
        <w:t>ji. molana sahib, paradise is place ver best people from the entire history will be selected and settled. so who are these people and what will be their qualities, if you can tell all of us?</w:t>
      </w:r>
    </w:p>
    <w:p>
      <w:pPr>
        <w:jc w:val="right"/>
      </w:pPr>
      <w:r>
        <w:t>جی۔ مولانا صاحب، پیراڈائز از پلیس ویر بیسٹ پیپل فرام دی انٹائر ہسٹری ول بی سلیکٹڈ اینڈ سیٹلڈ۔ سو ہو ار دیز پیپل اینڈ واٹ ول بی دیر کوالٹیز، اف یو کین ٹیل ال اف اس؟</w:t>
      </w:r>
    </w:p>
    <w:p>
      <w:r>
        <w:rPr>
          <w:b/>
        </w:rPr>
        <w:t xml:space="preserve">[30:24] </w:t>
      </w:r>
      <w:r>
        <w:t>dekhiye, quran mein is ka jawab yeh hai ke zaliq jaza man tazkiyah. yaani jis ne apna tazkiyah kiya hoga, is ka selection kiya jaye ga. tazkiyah ke lafzi matlab hota hai purification. mein is ko doosre alfaaz mein kahoon ga ke is is qism ki personality banana, personeli</w:t>
      </w:r>
    </w:p>
    <w:p>
      <w:pPr>
        <w:jc w:val="right"/>
      </w:pPr>
      <w:r>
        <w:t>دیکھیے، قرآن میں اس کا جواب یہ ہے کہ ذالک جزا من تزکیہ۔ یعنی جس نے اپنا تزکیہ کیا ہوگا، اس کا سلیکشن کیا جائے گا۔ تزکیہ کے لفظی مطلب ہوتا ہے پیوریفیکیشن۔ میں اس کو دوسرے الفاظ میں کہوں گا کہ اس اس قسم کی پرسنیلٹی بنانا، پرسنیل</w:t>
      </w:r>
    </w:p>
    <w:p>
      <w:r>
        <w:rPr>
          <w:b/>
        </w:rPr>
        <w:t xml:space="preserve">[30:54] </w:t>
      </w:r>
      <w:r>
        <w:t>ty development. to yeh dunya mein hamein moqa mil raha hai, tarah tarah ke waqiat darmian mein. kya response dete hain? kis tarah se behave karte hain? kis tarah se hum is ke experience se faida uthate hain? yeh sab ho raha hai. isi darmian hum apni shakhsiyat banate hain, apna tazkiyah</w:t>
      </w:r>
    </w:p>
    <w:p>
      <w:pPr>
        <w:jc w:val="right"/>
      </w:pPr>
      <w:r>
        <w:t>ٹی ڈیویلپمنٹ۔ تو یہ دنیا میں ہمیں موقع مل رہا ہے، طرح طرح کے واقعات درمیان میں۔ کیا رسپانس دیتے ہیں؟ کس طرح سے بیہیو کرتے ہیں؟ کس طرح سے ہم اس کے ایکسپیرینس سے فائدہ اٹھاتے ہیں؟ یہ سب ہو رہا ہے۔ اسی درمیان ہم اپنی شخصیت بناتے ہیں، اپنا تزکیہ</w:t>
      </w:r>
    </w:p>
    <w:p>
      <w:r>
        <w:rPr>
          <w:b/>
        </w:rPr>
        <w:t xml:space="preserve">[31:24] </w:t>
      </w:r>
      <w:r>
        <w:t>karte hain. tazkiyah ke lafzi maani purification. yaani apne aap ko purify karte hain, personality ki taameer karte hain. to jo hamari zindagi mein jo waqiat guzarte hain, jo tajrubaat hote hain, woh sab ke sab is liye hain ke hum is ka right response dein. agar aap right response dein ge to hum ne apni shakhsiyat ko banaya. wrong response dein ge to hum ne shakhsiyat ko kharab kiya.</w:t>
      </w:r>
    </w:p>
    <w:p>
      <w:pPr>
        <w:jc w:val="right"/>
      </w:pPr>
      <w:r>
        <w:t>کرتے ہیں۔ تزکیہ کے لفظی معنی پیوریفیکیشن۔ یعنی اپنے آپ کو پیوریفائی کرتے ہیں، پرسنیلٹی کی تعمیر کرتے ہیں۔ تو جو ہماری زندگی میں جو واقعات گزرتے ہیں، جو تجربات ہوتے ہیں، وہ سب کے سب اس لیے ہیں کہ ہم اس کا رائٹ رسپانس دیں۔ اگر آپ رائٹ رسپانس دیں گے تو ہم نے اپنی شخصیت کو بنایا۔ رونگ رسپانس دیں گے تو ہم نے شخصیت کو خراب کیا۔</w:t>
      </w:r>
    </w:p>
    <w:p>
      <w:r>
        <w:rPr>
          <w:b/>
        </w:rPr>
        <w:t xml:space="preserve">[31:55] </w:t>
      </w:r>
      <w:r>
        <w:t>yeh aik process hai jo poori zindagi chalta hai. aur isi ke darmian hamara purification hota hai, hamari shakhsiyat banti hai, hamara personality development hota hai.</w:t>
      </w:r>
    </w:p>
    <w:p>
      <w:pPr>
        <w:jc w:val="right"/>
      </w:pPr>
      <w:r>
        <w:t>یہ ایک پراسیس ہے جو پوری زندگی چلتا ہے۔ اور اسی کے درمیان ہمارا پیوریفیکیشن ہوتا ہے، ہماری شخصیت بنتی ہے، ہمارا پرسنیلٹی ڈیویلپمنٹ ہوتا ہے۔</w:t>
      </w:r>
    </w:p>
    <w:p>
      <w:r>
        <w:rPr>
          <w:b/>
        </w:rPr>
        <w:t xml:space="preserve">[32:08] </w:t>
      </w:r>
      <w:r>
        <w:t>ji. molana sahib, there is wider belief which is gaining ground these days, that there is no hereafter and there is no day of judgment. how can we address the minds of such people?</w:t>
      </w:r>
    </w:p>
    <w:p>
      <w:pPr>
        <w:jc w:val="right"/>
      </w:pPr>
      <w:r>
        <w:t>جی۔ مولانا صاحب، دیر از وائیڈر بیلیف وچ از گیننگ گراؤنڈ دیز ڈیز، دیٹ دیر از نو ہیر افٹر اینڈ دیر از نو ڈے اف ججمنٹ۔ ہاؤ کین وی ایڈریس دی مائنڈز اف سچ پیپل؟</w:t>
      </w:r>
    </w:p>
    <w:p>
      <w:r>
        <w:rPr>
          <w:b/>
        </w:rPr>
        <w:t xml:space="preserve">[32:23] </w:t>
      </w:r>
      <w:r>
        <w:t>dekhiye, is ka koi mathematical proof to nahi diya ja sakta. lekin aap ghor kijiye to dunya aik adhoori dunya lagti hai. yaani insaan ke siwa jo dunya hai, jo material world hai ya physical world hai, woh to complete hai. material world, plant world, animal world, yeh jo hai, woh complete hai. is mein koi kami nahi.</w:t>
      </w:r>
    </w:p>
    <w:p>
      <w:pPr>
        <w:jc w:val="right"/>
      </w:pPr>
      <w:r>
        <w:t>دیکھیے، اس کا کوئی میتھمیٹیکل پروف تو نہیں دیا جا سکتا۔ لیکن آپ غور کیجئے تو دنیا ایک ادھوری دنیا لگتی ہے۔ یعنی انسان کے سوا جو دنیا ہے، جو مٹیریل ورلڈ ہے یا فزیکل ورلڈ ہے، وہ تو کمپلیٹ ہے۔ مٹیریل ورلڈ، پلانٹ ورلڈ، اینیمل ورلڈ، یہ جو ہے، وہ کمپلیٹ ہے۔ اس میں کوئی کمی نہیں۔</w:t>
      </w:r>
    </w:p>
    <w:p>
      <w:r>
        <w:rPr>
          <w:b/>
        </w:rPr>
        <w:t xml:space="preserve">[32:55] </w:t>
      </w:r>
      <w:r>
        <w:t>lekin insaan ki dunya par ghor kiye to bohat bari kami hai. mislan yahan aadmi zulm karta hai, woh pakar mein nahi aata. apne zulm ke bawajood woh har jagah apne ko bacha leta hai. aik aadmi hai, bohat acha kaam karta hai, lekin sabr, woh sabr karta hai, us ko koi reward nahi milta. to agar dunya aise khatm ho jaye to dunya bazahir to lage ke meaningless thi, meaningless thi dunya.</w:t>
      </w:r>
    </w:p>
    <w:p>
      <w:pPr>
        <w:jc w:val="right"/>
      </w:pPr>
      <w:r>
        <w:t>لیکن انسان کی دنیا پر غور کیے تو بہت بڑی کمی ہے۔ مثلاً یہاں آدمی ظلم کرتا ہے، وہ پکڑ میں نہیں آتا۔ اپنے ظلم کے باوجود وہ ہر جگہ اپنے کو بچا لیتا ہے۔ ایک آدمی ہے، بہت اچھا کام کرتا ہے، لیکن صبر، وہ صبر کرتا ہے، اس کو کوئی ریوارڈ نہیں ملتا۔ تو اگر دنیا ایسے ختم ہو جائے تو دنیا بظاہر تو لگے کہ میننگ لیس تھی، میننگ لیس تھی دنیا۔</w:t>
      </w:r>
    </w:p>
    <w:p>
      <w:r>
        <w:rPr>
          <w:b/>
        </w:rPr>
        <w:t xml:space="preserve">[33:25] </w:t>
      </w:r>
      <w:r>
        <w:t>to zaroori hai ke jo acha kaam kare, us ko reward mile. jo bura kaam kare, us ko is ka punishment mile. yeh yeh hona chahiye. yaani insaan ka jo consciousness hai, yeh bolta hai. insaan ka consciousness chahta hai ke aisa ho. hamara consciousness chahta hai ke aisa ho ke kisi ko reward mile, kisi ko punishment mile. yeh aisa hota nahi. to</w:t>
      </w:r>
    </w:p>
    <w:p>
      <w:pPr>
        <w:jc w:val="right"/>
      </w:pPr>
      <w:r>
        <w:t>تو ضروری ہے کہ جو اچھا کام کرے، اس کو ریوارڈ ملے۔ جو برا کام کرے، اس کو اس کا پنشمنٹ ملے۔ یہ یہ ہونا چاہیے۔ یعنی انسان کا جو کانشیسنس ہے، یہ بولتا ہے۔ انسان کا کانشیسنس چاہتا ہے کہ ایسا ہو۔ ہمارا کانشیسنس چاہتا ہے کہ ایسا ہو کہ کسی کو ریوارڈ ملے، کسی کو پنشمنٹ ملے۔ یہ ایسا ہوتا نہیں۔ تو</w:t>
      </w:r>
    </w:p>
    <w:p>
      <w:r>
        <w:rPr>
          <w:b/>
        </w:rPr>
        <w:t xml:space="preserve">[33:55] </w:t>
      </w:r>
      <w:r>
        <w:t>yeh inner voice hamari hai. inner voice bol rahi hai ke kaise aise dunya khatm ho jaye gi? meaning less tor par. jab ke insaan ke siwa jo dunya hai, woh mukammal hai. is mein koi kami nahi hai. yahi sab se bara is baat ka proof hai ke zaroor aik day of judgment aye ga.</w:t>
      </w:r>
    </w:p>
    <w:p>
      <w:pPr>
        <w:jc w:val="right"/>
      </w:pPr>
      <w:r>
        <w:t>یہ انر وائس ہماری ہے۔ انر وائس بول رہی ہے کہ کیسے ایسے دنیا ختم ہو جائے گی؟ مینلی لیس طور پر۔ جبکہ انسان کے سوا جو دنیا ہے، وہ مکمل ہے۔ اس میں کوئی کمی نہیں ہے۔ یہی سب سے بڑا اس بات کا پروف ہے کہ ضرور ایک ڈے اف ججمنٹ آئے گا۔</w:t>
      </w:r>
    </w:p>
    <w:p>
      <w:r>
        <w:rPr>
          <w:b/>
        </w:rPr>
        <w:t xml:space="preserve">[34:19] </w:t>
      </w:r>
      <w:r>
        <w:t>ji. molana sahib, can we also say that you know signs like today, a brother is killing an other brother? there is violence being done in the name of the religion. even there are greater and alarming environmental concerns being raised, like global warming. so can we say that these are also some signs of approaching doomsday?</w:t>
      </w:r>
    </w:p>
    <w:p>
      <w:pPr>
        <w:jc w:val="right"/>
      </w:pPr>
      <w:r>
        <w:t>جی۔ مولانا صاحب، کین وی السو سے دیٹ یو نو سائنز لائک ٹوڈے، ا برادر از کلنگ ان ادر برادر؟ دیر از وائلنس بینگ ڈن ان دا نیم اف دا ریلیجن۔ ایون دیر ار گریٹر اینڈ الارمنگ انوائرمنٹل کنسرنز بینگ ریزڈ، لائک گلوبل وارمنگ۔ سو کین وی سے دیٹ دیز ار السو سم سائنز اف اپروچنگ ڈومز ڈے؟</w:t>
      </w:r>
    </w:p>
    <w:p>
      <w:r>
        <w:rPr>
          <w:b/>
        </w:rPr>
        <w:t xml:space="preserve">[34:44] </w:t>
      </w:r>
      <w:r>
        <w:t>dekhiye, strategy ke sath to nahi kar sakte. hum strategy ke sath nahi kar sakte. hum sirf yeh kehte hain ke there is popularity ke shayad yeh is ke alamat ho, yaani is ke peshagi alamat ho, shayad. lekin hum strategy ke sath yeh keh sakte hain ke yeh is ki alamat hai. yahi</w:t>
      </w:r>
    </w:p>
    <w:p>
      <w:pPr>
        <w:jc w:val="right"/>
      </w:pPr>
      <w:r>
        <w:t>دیکھیے، سٹریٹیجی کے ساتھ تو نہیں کر سکتے۔ ہم سٹریٹیجی کے ساتھ نہیں کر سکتے۔ ہم صرف یہ کہتے ہیں کہ دیر از پوپیولیرٹی کہ شاید یہ اس کے علامت ہو، یعنی اس کے پیشگی علامت ہو، شاید۔ لیکن ہم سٹریٹیجی کے ساتھ یہ کہہ سکتے ہیں کہ یہ اس کی علامت ہے۔ یہی</w:t>
      </w:r>
    </w:p>
    <w:p>
      <w:r>
        <w:rPr>
          <w:b/>
        </w:rPr>
        <w:t xml:space="preserve">[35:15] </w:t>
      </w:r>
      <w:r>
        <w:t>mein chahta hoon ke sahi stand hai yeh is maamle mein.</w:t>
      </w:r>
    </w:p>
    <w:p>
      <w:pPr>
        <w:jc w:val="right"/>
      </w:pPr>
      <w:r>
        <w:t>میں چاہتا ہوں کہ صحیح سٹینڈ ہے یہ اس معاملے میں۔</w:t>
      </w:r>
    </w:p>
    <w:p>
      <w:r>
        <w:rPr>
          <w:b/>
        </w:rPr>
        <w:t xml:space="preserve">[35:19] </w:t>
      </w:r>
      <w:r>
        <w:t>ji. molana sahib, in the end, what is the message that you would want to give to all our viewers?</w:t>
      </w:r>
    </w:p>
    <w:p>
      <w:pPr>
        <w:jc w:val="right"/>
      </w:pPr>
      <w:r>
        <w:t>جی۔ مولانا صاحب، ان دی اینڈ، واٹ از دی میسج دیٹ یو وڈ وانٹ ٹو گیو ٹو ال اور ویورز؟</w:t>
      </w:r>
    </w:p>
    <w:p>
      <w:r>
        <w:rPr>
          <w:b/>
        </w:rPr>
        <w:t xml:space="preserve">[35:30] </w:t>
      </w:r>
      <w:r>
        <w:t>dekhiye, mein rozana sochta hoon ke har aadmi dunya mein apne aap ko prepare kar raha hai. kis liye? dunya mein success ful banne ke liye. koi degree le raha hai, koi customer ko, yaani propaganda kar ke tayyar kar raha hai, koi voter apne voteron ko apna banane ke liye</w:t>
      </w:r>
    </w:p>
    <w:p>
      <w:pPr>
        <w:jc w:val="right"/>
      </w:pPr>
      <w:r>
        <w:t>دیکھیے، میں روزانہ سوچتا ہوں کہ ہر آدمی دنیا میں اپنے آپ کو پریپر کر رہا ہے۔ کس لیے؟ دنیا میں سکسیس فل بننے کے لیے۔ کوئی ڈگری لے رہا ہے، کوئی کسٹمر کو، یعنی پروپگنڈا کر کے تیار کر رہا ہے، کوئی ووٹر اپنے ووٹروں کو اپنا بنانے کے لیے</w:t>
      </w:r>
    </w:p>
    <w:p>
      <w:r>
        <w:rPr>
          <w:b/>
        </w:rPr>
        <w:t xml:space="preserve">[36:00] </w:t>
      </w:r>
      <w:r>
        <w:t>koshish kar raha hai. har aadmi ka koi goal hai, us ke mutabiq woh har har lamha active hai, apni aik dunya bana raha hai. to yeh to bohat anokhi baat hai. kyunke dunya to khatm hoti hai, aadmi marta hai. yaani dunya jab khatm hogi tab to khatm hogi. marte to roz, roz mar rahe hain log. har aadmi dekhta hai aas paas ke yeh mar gaya, woh mar gaya. to</w:t>
      </w:r>
    </w:p>
    <w:p>
      <w:pPr>
        <w:jc w:val="right"/>
      </w:pPr>
      <w:r>
        <w:t>کوشش کر رہا ہے۔ ہر آدمی کا کوئی گول ہے، اس کے مطابق وہ ہر ہر لمحہ ایکٹیو ہے، اپنی ایک دنیا بنا رہا ہے۔ تو یہ تو بہت انوکھی بات ہے۔ کیونکہ دنیا تو ختم ہوتی ہے، آدمی مرتا ہے۔ یعنی دنیا جب ختم ہوگی تب تو ختم ہوگی۔ مرتے تو روز، روز مر رہے ہیں لوگ۔ ہر آدمی دیکھتا ہے اس پاس کہ یہ مر گیا، وہ مر گیا۔ تو</w:t>
      </w:r>
    </w:p>
    <w:p>
      <w:r>
        <w:rPr>
          <w:b/>
        </w:rPr>
        <w:t xml:space="preserve">[36:30] </w:t>
      </w:r>
      <w:r>
        <w:t>is dunya ko apna control banana, is apna goal banana, aik bilkul yaani irrational baat hai. to aadmi ko chahiye ke woh jis dunya mein use attendant rehna hai, us ka apna goal banaye, us ke lehaz se apna apne ko prepare kare. yeh mera message hai ke apne aap ko us din ke liye tayyar karo jis din tumhein</w:t>
      </w:r>
    </w:p>
    <w:p>
      <w:pPr>
        <w:jc w:val="right"/>
      </w:pPr>
      <w:r>
        <w:t>اس دنیا کو اپنا کنٹرول بنانا، اس اپنا گول بنانا، ایک بالکل یعنی اریشنل بات ہے۔ تو آدمی کو چاہیے کہ وہ جس دنیا میں اسے اٹینڈنٹ رہنا ہے، اس کا اپنا گول بنائے، اس کے لحاظ سے اپنا اپنے کو پریپر کرے۔ یہ میرا میسج ہے کہ اپنے آپ کو اس دن کے لیے تیار کرو جس دن تمہیں</w:t>
      </w:r>
    </w:p>
    <w:p>
      <w:r>
        <w:rPr>
          <w:b/>
        </w:rPr>
        <w:t xml:space="preserve">[37:01] </w:t>
      </w:r>
      <w:r>
        <w:t>eternity ke gate mein dakhil hona pare ga. us ke lehaz se tayyar karo.</w:t>
      </w:r>
    </w:p>
    <w:p>
      <w:pPr>
        <w:jc w:val="right"/>
      </w:pPr>
      <w:r>
        <w:t>ایٹرنٹی کے گیٹ میں داخل ہونا پڑے گا۔ اس کے لحاظ سے تیار کرو۔</w:t>
      </w:r>
    </w:p>
    <w:p>
      <w:r>
        <w:rPr>
          <w:b/>
        </w:rPr>
        <w:t xml:space="preserve">[37:08] </w:t>
      </w:r>
      <w:r>
        <w:t>ji. thank you molana sahib for taking your time out for today session. how did you find today session in the day of judgment? please send us your feedback in info at cpsglobal.org. also if you want to join cps global initiatives or global peace efforts, then join us and write to us at info at cpsglobal.org. we will be back next saturday. thank you</w:t>
      </w:r>
    </w:p>
    <w:p>
      <w:pPr>
        <w:jc w:val="right"/>
      </w:pPr>
      <w:r>
        <w:t>جی۔ تھینک یو مولانا صاحب فار ٹیکنگ یور ٹائم آؤٹ فار ٹوڈے سیشن۔ ہاؤ ڈیڈ یو فائنڈ ٹوڈے سیشن ان دا ڈے اف ججمنٹ؟ پلیز سینڈ اس یور فیڈ بیک ان انفو ایٹ سی پی ایس گلوبل ڈاٹ او ار جی۔ السو اف یو وانٹ ٹو جوائن سی پی ایس گلوبل انیشیٹیوز اور گلوبل پیس ایفرٹس، دین جوائن اس اینڈ رائٹ ٹو اس ایٹ انفو ایٹ سی پی ایس گلوبل ڈاٹ او ار جی۔ وی بی بیک نیکسٹ سیٹرڈے۔ تھینک یو</w:t>
      </w:r>
    </w:p>
    <w:p>
      <w:r>
        <w:rPr>
          <w:b/>
        </w:rPr>
        <w:t xml:space="preserve">[37:39] </w:t>
      </w:r>
      <w:r>
        <w:t>.</w:t>
      </w:r>
    </w:p>
    <w:p>
      <w:pPr>
        <w:jc w:val="right"/>
      </w:pPr>
      <w: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