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Paradise | February 12, 2017</w:t>
      </w:r>
    </w:p>
    <w:p>
      <w:r>
        <w:t>https://www.youtube.com/watch?v=u9G8FqEjjA0</w:t>
      </w:r>
    </w:p>
    <w:p>
      <w:r>
        <w:rPr>
          <w:b/>
        </w:rPr>
        <w:t xml:space="preserve">[00:14] </w:t>
      </w:r>
      <w:r>
        <w:t>bismillah rahman rahim, wa salallahu ala nabiyil karim. rab ishrah li sadri, wa yassir li amri, wahal al-uqdatan min lisani yafqahu qawli. 12 farwari 2017. kal</w:t>
      </w:r>
    </w:p>
    <w:p>
      <w:pPr>
        <w:jc w:val="right"/>
      </w:pPr>
      <w:r>
        <w:t>بسم اللہ الرحمن الرحیم، وصلی اللہ علی نبی الکریم۔ رب اشرح لی صدری، ویسر لی امری، واحل العقدۃ من لسانی یفقہ قولی۔ 12 فروری 2017۔ کل</w:t>
      </w:r>
    </w:p>
    <w:p>
      <w:r>
        <w:rPr>
          <w:b/>
        </w:rPr>
        <w:t xml:space="preserve">[00:45] </w:t>
      </w:r>
      <w:r>
        <w:t>mujhe dilli ke aik program mein shirkat ka moqa mila. yeh india international center mein tha, aur author siddiqui sahib, jo hamare relative the, un ka intiqal ho gaya</w:t>
      </w:r>
    </w:p>
    <w:p>
      <w:pPr>
        <w:jc w:val="right"/>
      </w:pPr>
      <w:r>
        <w:t>مجھے دہلی کے ایک پروگرام میں شرکت کا موقع ملا۔ یہ انڈیا انٹرنیشنل سینٹر میں تھا، اور اتھر صدیقی صاحب، جو ہمارے ریلیٹو تھے، ان کا انتقال ہو گیا</w:t>
      </w:r>
    </w:p>
    <w:p>
      <w:r>
        <w:rPr>
          <w:b/>
        </w:rPr>
        <w:t xml:space="preserve">[01:17] </w:t>
      </w:r>
      <w:r>
        <w:t>7 farwari 2017 ko. un ki umer thi 74 years, to un ki yaad mein yeh program kiya gaya tha. is mein mujhe bolne ka moqa mila, lekin mein aap ko apna aik tajruba batata hoon. kisi program mein shirkat mere liye khud apni</w:t>
      </w:r>
    </w:p>
    <w:p>
      <w:pPr>
        <w:jc w:val="right"/>
      </w:pPr>
      <w:r>
        <w:t>7 فروری 2017 کو۔ ان کی عمر تھی 74 ایئرز، تو ان کی یاد میں یہ پروگرام کیا گیا تھا۔ اس میں مجھے بولنے کا موقع ملا، لیکن میں آپ کو اپنا ایک تجربہ بتاتا ہوں۔ کسی پروگرام میں شرکت میرے لیے خود اپنی</w:t>
      </w:r>
    </w:p>
    <w:p>
      <w:r>
        <w:rPr>
          <w:b/>
        </w:rPr>
        <w:t xml:space="preserve">[01:49] </w:t>
      </w:r>
      <w:r>
        <w:t>discovery ke hum maani hota hai. har program mein mujhe khud apne liye koi cheez discover hoti hai, aur yahi mera in program mein shirkat ka sab se bara yahi gain hota hai. to kal jo mein wahan shareek hua, woh un ki death</w:t>
      </w:r>
    </w:p>
    <w:p>
      <w:pPr>
        <w:jc w:val="right"/>
      </w:pPr>
      <w:r>
        <w:t>ڈسکوری کے ہم معنی ہوتا ہے۔ ہر پروگرام میں مجھے خود اپنے لیے کوئی چیز ڈسکور ہوتی ہے، اور یہی میرا ان پروگرام میں شرکت کا سب سے بڑا یہی گین ہوتا ہے۔ تو کل جو میں وہاں شریک ہوا، وہ ان کی ڈیت</w:t>
      </w:r>
    </w:p>
    <w:p>
      <w:r>
        <w:rPr>
          <w:b/>
        </w:rPr>
        <w:t xml:space="preserve">[02:19] </w:t>
      </w:r>
      <w:r>
        <w:t>h par, un ki yaad ke liye kya gaya tha woh program. to mujhe quran ki aik aayat zyada gehrai ke sath samajh mein aayi, zyada gehrai ke sath. woh aayat hai surah muhammad ki aayat, jis ka number hai, surah ka number hai 47. aayat ka number hai 6. woh</w:t>
      </w:r>
    </w:p>
    <w:p>
      <w:pPr>
        <w:jc w:val="right"/>
      </w:pPr>
      <w:r>
        <w:t>ھ پر، ان کی یاد کے لیے کیا گیا تھا وہ پروگرام۔ تو مجھے قرآن کی ایک آیت زیادہ گہرائی کے ساتھ سمجھ میں آئی، زیادہ گہرائی کے ساتھ۔ وہ آیت ہے سورہ محمد کی آیت، جس کا نمبر ہے، سورہ کا نمبر ہے 47۔ آیت کا نمبر ہے 6۔ وہ</w:t>
      </w:r>
    </w:p>
    <w:p>
      <w:r>
        <w:rPr>
          <w:b/>
        </w:rPr>
        <w:t xml:space="preserve">[02:49] </w:t>
      </w:r>
      <w:r>
        <w:t>jannat ke bare mein hai. is ke alfaaz hain: adkhalu al jannata al rafaaloon yaani allah in ko, yaani ahle imaan ko, jannat mein dakhil karega jis ki unhein pehchan kara di hai. He will admit them in paradise</w:t>
      </w:r>
    </w:p>
    <w:p>
      <w:pPr>
        <w:jc w:val="right"/>
      </w:pPr>
      <w:r>
        <w:t>جنت کے بارے میں ہے۔ اس کے الفاظ ہیں: ادخلوا الجنة الرافالون یعنی اللہ ان کو، یعنی اہل ایمان کو، جنت میں داخل کرے گا جس کی انہیں پہچان کرا دی ہے۔ He will admit them in paradise</w:t>
      </w:r>
    </w:p>
    <w:p>
      <w:r>
        <w:rPr>
          <w:b/>
        </w:rPr>
        <w:t xml:space="preserve">[03:20] </w:t>
      </w:r>
      <w:r>
        <w:t>which he has already introduced to them. yeh aayat bohat dinon se hum jante thay, aur kai baar hum ne is aayat ko program mein parha bhi hai. kal mujhe yeh discovery hui ke allah taala ne poore universe ko jannat ka introduction bana diya hai. poori universe, poora world of nature</w:t>
      </w:r>
    </w:p>
    <w:p>
      <w:pPr>
        <w:jc w:val="right"/>
      </w:pPr>
      <w:r>
        <w:t>which he has already introduced to them. یہ آیت بہت دنوں سے ہم جانتے تھے، اور کئی بار ہم نے اس آیت کو پروگرام میں پڑھا بھی ہے۔ کل مجھے یہ ڈسکوری ہوئی کہ اللہ تعالی نے پورے یونیورس کو جنت کا انٹروڈکشن بنا دیا ہے۔ پوری یونیورس، پورا ورلڈ آف نیچر</w:t>
      </w:r>
    </w:p>
    <w:p>
      <w:r>
        <w:rPr>
          <w:b/>
        </w:rPr>
        <w:t xml:space="preserve">[03:50] </w:t>
      </w:r>
      <w:r>
        <w:t>, jannat ka introduction hai. aur yeh aayat pehli baar samajh mein aayi, main ne jis mein hai ke ardh al samawat wal ard yaani daudo jannat ki taraf, daudo jannat ki taraf. jis ke bare mein farmaya ke is ka campus poora zameen o aasman hai. poora world of nature</w:t>
      </w:r>
    </w:p>
    <w:p>
      <w:pPr>
        <w:jc w:val="right"/>
      </w:pPr>
      <w:r>
        <w:t>، جنت کا انٹروڈکشن ہے۔ اور یہ آیت پہلی بار سمجھ میں آئی، میں نے جس میں ہے کہ ارض السماوات والأرض یعنی دوڑو جنت کی طرف، دوڑو جنت کی طرف۔ جس کے بارے میں فرمایا کہ اس کا کیمپس پورا زمین و آسمان ہے۔ پورا ورلڈ آف نیچر</w:t>
      </w:r>
    </w:p>
    <w:p>
      <w:r>
        <w:rPr>
          <w:b/>
        </w:rPr>
        <w:t xml:space="preserve">[04:20] </w:t>
      </w:r>
      <w:r>
        <w:t>, poori universe, jannat ka campus hai. campus ke maani yeh nahi hain ke aap har jagah ghar bana kar rahenge, yeh matlab nahi hai. jannat ki pehchan ka maidan hai sari universe. aadmi to rehta hai aik ghar mein, aik mahal mein, aik palace mein. sari universe mein to reh nahi sakta woh. to sara,</w:t>
      </w:r>
    </w:p>
    <w:p>
      <w:pPr>
        <w:jc w:val="right"/>
      </w:pPr>
      <w:r>
        <w:t>، پوری یونیورس، جنت کا کیمپس ہے۔ کیمپس کے معنی یہ نہیں ہیں کہ آپ ہر جگہ گھر بنا کر رہیں گے، یہ مطلب نہیں ہے۔ جنت کی پہچان کا میدان ہے ساری یونیورس۔ آدمی تو رہتا ہے ایک گھر میں، ایک محل میں، ایک پیلس میں۔ ساری یونیورس میں تو رہ نہیں سکتا وہ۔ تو سارا،</w:t>
      </w:r>
    </w:p>
    <w:p>
      <w:r>
        <w:rPr>
          <w:b/>
        </w:rPr>
        <w:t xml:space="preserve">[04:51] </w:t>
      </w:r>
      <w:r>
        <w:t>sara universe, sara world of nature, jannat ki pehchan ke liye aik bohat hi bara maidan bana diya. to jannat koi mehdood cheez nahi hai, woh universal cheez hai. to jab aadmi rab al alameen ko discover karta hai, to us ke sath</w:t>
      </w:r>
    </w:p>
    <w:p>
      <w:pPr>
        <w:jc w:val="right"/>
      </w:pPr>
      <w:r>
        <w:t>سارا یونیورس، سارا ورلڈ آف نیچر، جنت کی پہچان کے لیے ایک بہت ہی بڑا میدان بنا دیا۔ تو جنت کوئی محدود چیز نہیں ہے، وہ یونیورسل چیز ہے۔ تو جب آدمی رب العالمین کو ڈسکور کرتا ہے، تو اس کے ساتھ</w:t>
      </w:r>
    </w:p>
    <w:p>
      <w:r>
        <w:rPr>
          <w:b/>
        </w:rPr>
        <w:t xml:space="preserve">[05:22] </w:t>
      </w:r>
      <w:r>
        <w:t>hi woh discover karta hai paradise ko, jo allah ke selected bando ke liye hai. selected bando ke liye. to har level par allah ne, god of all mighty ne, har level par jannat ki pehchan rakh di hai taake insaan maut se pehle is ko jaan le aur is ki tayari karay.</w:t>
      </w:r>
    </w:p>
    <w:p>
      <w:pPr>
        <w:jc w:val="right"/>
      </w:pPr>
      <w:r>
        <w:t>ہی وہ ڈسکور کرتا ہے پیراڈائز کو، جو اللہ کے سلیکٹڈ بندوں کے لیے ہے۔ سلیکٹڈ بندوں کے لیے۔ تو ہر لیول پر اللہ نے، گاڈ آف آل مائٹی نے، ہر لیول پر جنت کی پہچان رکھ دی ہے تاکہ انسان موت سے پہلے اس کو جان لے اور اس کی تیاری کرے۔</w:t>
      </w:r>
    </w:p>
    <w:p>
      <w:r>
        <w:rPr>
          <w:b/>
        </w:rPr>
        <w:t xml:space="preserve">[05:55] </w:t>
      </w:r>
      <w:r>
        <w:t>sab se pehle dekhiye, quran mein hai ke allah ne har cheez ko zawjain ki shakal mein banaya, yaani pair ki shakal mein. pair. to speculative science mein, science ka aik shobah hai speculative science. is mein kuch logon ne yeh baat kahi hai ke our world is</w:t>
      </w:r>
    </w:p>
    <w:p>
      <w:pPr>
        <w:jc w:val="right"/>
      </w:pPr>
      <w:r>
        <w:t>سب سے پہلے دیکھیے، قرآن میں ہے کہ اللہ نے ہر چیز کو زوجین کی شکل میں بنایا، یعنی پیئر کی شکل میں۔ پیئر۔ تو اسپیکولیٹری سائنس میں، سائنس کا ایک شعبہ ہے اسپیکولیٹری سائنس۔ اس میں کچھ لوگوں نے یہ بات کہی ہے کہ our world is</w:t>
      </w:r>
    </w:p>
    <w:p>
      <w:r>
        <w:rPr>
          <w:b/>
        </w:rPr>
        <w:t xml:space="preserve">[06:25] </w:t>
      </w:r>
      <w:r>
        <w:t>a pair world hamari duniya jo hai, aik jora duniya hai. to jora sari kainat ka aik usool hai. aap jante hain ke atom mein electron hotay hain, particle hotay hain, woh bhi negative particle ke sath positive particle hotay hain. positive particle ke sath negative,</w:t>
      </w:r>
    </w:p>
    <w:p>
      <w:pPr>
        <w:jc w:val="right"/>
      </w:pPr>
      <w:r>
        <w:t>a pair world ہماری دنیا جو ہے، ایک جوڑا دنیا ہے۔ تو جوڑا ساری کائنات کا ایک اصول ہے۔ آپ جانتے ہیں کہ ایٹم میں الیکٹران ہوتے ہیں، پارٹیکل ہوتے ہیں، وہ بھی نیگیٹو پارٹیکل کے ساتھ پازیٹو پارٹیکل ہوتے ہیں۔ پازیٹو پارٹیکل کے ساتھ نیگیٹو،</w:t>
      </w:r>
    </w:p>
    <w:p>
      <w:r>
        <w:rPr>
          <w:b/>
        </w:rPr>
        <w:t xml:space="preserve">[06:55] </w:t>
      </w:r>
      <w:r>
        <w:t>negative particle ke sath positive. joṛay ki shakal mein hota hai. tab woh atom hai, warna atom atom na rahay. aisay hi hamari yeh duniya jo hai, hamari jo earth hai, yeh bhi joṛay ki shakal mein hai. yaani is ko abhi kisi telescope se dekhna possible nahi hua hai. lekin scientific data jo hai, us se logon ne guess kiya hai ke yeh duniya</w:t>
      </w:r>
    </w:p>
    <w:p>
      <w:pPr>
        <w:jc w:val="right"/>
      </w:pPr>
      <w:r>
        <w:t>نیگیٹو پارٹیکل کے ساتھ پازیٹو۔ جوڑے کی شکل میں ہوتا ہے۔ تب وہ ایٹم ہے، ورنہ ایٹم ایٹم نہ رہے۔ ایسے ہی ہماری یہ دنیا جو ہے، ہماری جو ارتھ ہے، یہ بھی جوڑے کی شکل میں ہے۔ یعنی اس کو ابھی کسی ٹیلیسکوپ سے دیکھنا پاسیبل نہیں ہوا ہے۔ لیکن سائنٹیفک ڈیٹا جو ہے، اس سے لوگوں نے گیس کیا ہے کہ یہ دنیا</w:t>
      </w:r>
    </w:p>
    <w:p>
      <w:r>
        <w:rPr>
          <w:b/>
        </w:rPr>
        <w:t xml:space="preserve">[07:25] </w:t>
      </w:r>
      <w:r>
        <w:t>aik pair world hai. agar pair world na ho to duniya bhi na rahay. yaani hum, hum jis zameen par rehte hain, woh zameen bhi na rahay agar is ka joṛa na ho to. yeh pehla, yeh pehli discovery hai paradise ke bare mein. phir dekhiye, insaan ko allah ne paida kiya to full of desire</w:t>
      </w:r>
    </w:p>
    <w:p>
      <w:pPr>
        <w:jc w:val="right"/>
      </w:pPr>
      <w:r>
        <w:t>ایک پیئر ورلڈ ہے۔ اگر پیئر ورلڈ نہ ہو تو دنیا بھی نہ رہے۔ یعنی ہم، ہم جس زمین پر رہتے ہیں، وہ زمین بھی نہ رہے اگر اس کا جوڑا نہ ہو تو۔ یہ پہلا، یہ پہلی ڈسکوری ہے پیراڈائز کے بارے میں۔ پھر دیکھیے، انسان کو اللہ نے پیدا کیا تو فل آف ڈیزائر</w:t>
      </w:r>
    </w:p>
    <w:p>
      <w:r>
        <w:rPr>
          <w:b/>
        </w:rPr>
        <w:t xml:space="preserve">[07:55] </w:t>
      </w:r>
      <w:r>
        <w:t>. insaan aik aisi makhlooq hai jo desire se bhara hua hai, aur aala desire, ideal desire, perfect desire. to kisi insaan ko is duniya mein fulfillment milta nahi. is ki desire poori hoti nahi. har insaan, chahe woh badshah ho, chahe koi daulatmand ho, yeh aik ishara hai nature mein</w:t>
      </w:r>
    </w:p>
    <w:p>
      <w:pPr>
        <w:jc w:val="right"/>
      </w:pPr>
      <w:r>
        <w:t>۔ انسان ایک ایسی مخلوق ہے جو ڈیزائر سے بھرا ہوا ہے، اور اعلیٰ ڈیزائر، آئیڈیل ڈیزائر، پرفیکٹ ڈیزائر۔ تو کسی انسان کو اس دنیا میں فلفلمنٹ ملتا نہیں۔ اس کی ڈیزائر پوری ہوتی نہیں۔ ہر انسان، چاہے وہ بادشاہ ہو، چاہے کوئی دولت مند ہو، یہ ایک اشارہ ہے نیچر میں</w:t>
      </w:r>
    </w:p>
    <w:p>
      <w:r>
        <w:rPr>
          <w:b/>
        </w:rPr>
        <w:t xml:space="preserve">[08:27] </w:t>
      </w:r>
      <w:r>
        <w:t>ke duniya ke tumhara, tumhara zawj duniya nahi hai. tum ko aik aur duniya chahiye. to woh duniya kaun si hai? wohi hai jo jis ko quran mein bataya gaya hai, jannat. to jannat is duniya ka zawj hai, pair hai. aur</w:t>
      </w:r>
    </w:p>
    <w:p>
      <w:pPr>
        <w:jc w:val="right"/>
      </w:pPr>
      <w:r>
        <w:t>کہ دنیا کہ تمہارا، تمہارا زوج دنیا نہیں ہے۔ تم کو ایک اور دنیا چاہیے۔ تو وہ دنیا کون سی ہے؟ وہی ہے جو جس کو قرآن میں بتایا گیا ہے، جنت۔ تو جنت اس دنیا کا زوج ہے، پیئر ہے۔ اور</w:t>
      </w:r>
    </w:p>
    <w:p>
      <w:r>
        <w:rPr>
          <w:b/>
        </w:rPr>
        <w:t xml:space="preserve">[08:57] </w:t>
      </w:r>
      <w:r>
        <w:t>hamari jo khwahishein hain, hamari jo desires hain, wahan us ko fulfillment milega. agar aisi duniya na ho to creation, jo main introduction hai, creator ka, yaani creator itna zyada powerful hai, itna zyada us ke andar high test hai, to khuda ki shan ke khilaf hai ke des</w:t>
      </w:r>
    </w:p>
    <w:p>
      <w:pPr>
        <w:jc w:val="right"/>
      </w:pPr>
      <w:r>
        <w:t>ہماری جو خواہشیں ہیں، ہماری جو ڈیزائر ہیں، وہاں اس کو فلفلمنٹ ملے گا۔ اگر ایسی دنیا نہ ہو تو کریشن، جو میں جو انٹروڈکشن ہے، کریٹر کا، یعنی کریٹر اتنا زیادہ پاورفل ہے، اتنا زیادہ اس کے اندر ہائی ٹیسٹ ہے، تو خدا کی شان کے خلاف ہے کہ ڈیز</w:t>
      </w:r>
    </w:p>
    <w:p>
      <w:r>
        <w:rPr>
          <w:b/>
        </w:rPr>
        <w:t xml:space="preserve">[09:27] </w:t>
      </w:r>
      <w:r>
        <w:t>ire to ho lekin desire ki fulfillment ka saman na ho. yeh, yeh possible nahi hai. to khuda ne jis tarah insaan ko desire di, sense of pleasure diya, to is ki shan ke taqaza tha ke woh is ka joṛa hi paida karay. yaani jahan is ki desire</w:t>
      </w:r>
    </w:p>
    <w:p>
      <w:pPr>
        <w:jc w:val="right"/>
      </w:pPr>
      <w:r>
        <w:t>ائر تو ہو لیکن ڈیزائر کی فلفلمنٹ کا سامان نہ ہو۔ یہ، یہ پاسیبل نہیں ہے۔ تو خدا نے جس طرح انسان کو ڈیزائر دی، سینس آف پلیژر دیا، تو اس کی شان کے تقاضا تھا کہ وہ اس کا جوڑا ہی پیدا کرے۔ یعنی جہاں اس کی ڈیزائر</w:t>
      </w:r>
    </w:p>
    <w:p>
      <w:r>
        <w:rPr>
          <w:b/>
        </w:rPr>
        <w:t xml:space="preserve">[09:58] </w:t>
      </w:r>
      <w:r>
        <w:t>ideal shakal mein poori hon, yeh hai jannat. yeh bhi, yaani yeh hamare andar jo unfulfillment ka sense rehta hai, woh aik introduction hai jannat ka. woh unfulfillment ka jo hamare andar rehta hai, har har insaan ke andar, woh apne aap to ho nahi gaya, woh to nature ka part hai. woh batata hai ke</w:t>
      </w:r>
    </w:p>
    <w:p>
      <w:pPr>
        <w:jc w:val="right"/>
      </w:pPr>
      <w:r>
        <w:t>آئیڈیل شکل میں پوری ہوں، یہ ہے جنت۔ یہ بھی، یعنی یہ ہمارے اندر جو انفلفلمنٹ کا سینس رہتا ہے، وہ ایک انٹروڈکشن ہے جنت کا۔ وہ انفلفلمنٹ کا جو ہمارے اندر رہتا ہے، ہر ہر انسان کے اندر، وہ اپنے آپ تو ہو نہیں گیا، وہ تو نیچر کا پارٹ ہے۔ وہ بتاتا ہے کہ</w:t>
      </w:r>
    </w:p>
    <w:p>
      <w:r>
        <w:rPr>
          <w:b/>
        </w:rPr>
        <w:t xml:space="preserve">[10:31] </w:t>
      </w:r>
      <w:r>
        <w:t>aisi jagah hona chahiye jahan insaan ko poora fulfillment milay. to yahi hai jannat. phir dekhiye, insaan aik, aik animal kaha jata hai. bohat saray animal hain, un mein se aik animal insaan hai. lekin tomorrow ka jo concept hai, woh sirf insaan mein hai. tomorrow. saray animal apne today ko jante hain. sirf insaan hai jis ke andar</w:t>
      </w:r>
    </w:p>
    <w:p>
      <w:pPr>
        <w:jc w:val="right"/>
      </w:pPr>
      <w:r>
        <w:t>ایسی جگہ ہونا چاہیے جہاں انسان کو پورا فلفلمنٹ ملے۔ تو یہی ہے جنت۔ پھر دیکھیے، انسان ایک، ایک اینیمل کہا جاتا ہے۔ بہت سارے اینیمل ہیں، ان میں سے ایک اینیمل انسان ہے۔ لیکن ٹومارو کا جو کانسپٹ ہے، وہ صرف انسان میں ہے۔ ٹومارو۔ سارے اینیمل اپنے ٹوڈے کو جانتے ہیں۔ صرف انسان ہے جس کے اندر</w:t>
      </w:r>
    </w:p>
    <w:p>
      <w:r>
        <w:rPr>
          <w:b/>
        </w:rPr>
        <w:t xml:space="preserve">[11:02] </w:t>
      </w:r>
      <w:r>
        <w:t>aik sense hai tomorrow ka. har insaan aik tomorrow chahta hai. magar woh tomorrow us duniya mein aata nahi kabhi. woh tomorrow us duniya mein kabhi aata nahi. to yahan par aik hi is ka answer hai ke ke paradise woh tomorrow hai. is tarah ke bohat saray aspect hain is duniya</w:t>
      </w:r>
    </w:p>
    <w:p>
      <w:pPr>
        <w:jc w:val="right"/>
      </w:pPr>
      <w:r>
        <w:t>ایک سینس ہے ٹومارو کا۔ ہر انسان ایک ٹومارو چاہتا ہے۔ مگر وہ ٹومارو اس دنیا میں آتا نہیں کبھی۔ وہ ٹومارو اس دنیا میں کبھی آتا نہیں۔ تو یہاں پر ایک ہی اس کا انسر ہے کہ کہ پیراڈائز وہ ٹومارو ہے۔ اس طرح کے بہت سارے اسپیکٹ ہیں اس دنیا</w:t>
      </w:r>
    </w:p>
    <w:p>
      <w:r>
        <w:rPr>
          <w:b/>
        </w:rPr>
        <w:t xml:space="preserve">[11:32] </w:t>
      </w:r>
      <w:r>
        <w:t>mein jo indicate karte hain ke there is a paradise. yahan aik paradise hai. to is is sense mein maine is baat ko jana ke sari universe ko allah ne paradise ka introduction bana diya hai. universe mein jis angle se aap dekhenge, aap ko paradise dikha dega. jis angle se dekhenge aap.</w:t>
      </w:r>
    </w:p>
    <w:p>
      <w:pPr>
        <w:jc w:val="right"/>
      </w:pPr>
      <w:r>
        <w:t>میں جو انڈیکیٹ کرتے ہیں کہ دیر از اے پیراڈائز۔ یہاں ایک پیراڈائز ہے۔ تو اس اس سینس میں میں نے اس بات کو جانا کہ ساری یونیورس کو اللہ نے پیراڈائز کا انٹروڈکشن بنا دیا ہے۔ یونیورس میں جس اینگل سے آپ دیکھیں گے، آپ کو پیراڈائز دکھا دے گا۔ جس اینگل سے دیکھیں گے آپ۔</w:t>
      </w:r>
    </w:p>
    <w:p>
      <w:r>
        <w:rPr>
          <w:b/>
        </w:rPr>
        <w:t xml:space="preserve">[12:04] </w:t>
      </w:r>
      <w:r>
        <w:t>phir dekhiye, insaan ki zindagi ke teen part hain. aik hai hamari personality, aik hamara body, aik hai hamara habitat jahan hum fulfillment milay hum ko. to dekhiye, hamari jo personality hai, jis ka</w:t>
      </w:r>
    </w:p>
    <w:p>
      <w:pPr>
        <w:jc w:val="right"/>
      </w:pPr>
      <w:r>
        <w:t>پھر دیکھیے، انسان کی زندگی کے تین پارٹ ہیں۔ ایک ہے ہماری پرسنیلٹی، ایک ہمارا باڈی، ایک ہے ہمارا ہیبٹٹ جہاں ہم فلفلمنٹ ملے ہم کو۔ تو دیکھیے، ہماری جو پرسنیلٹی ہے، جس کا</w:t>
      </w:r>
    </w:p>
    <w:p>
      <w:r>
        <w:rPr>
          <w:b/>
        </w:rPr>
        <w:t xml:space="preserve">[12:34] </w:t>
      </w:r>
      <w:r>
        <w:t>koi is ka naam rakhta hai mind, koi kehta hai spirit, koi kehta hai soul. to aap ki jo personality hai, woh eternal personality hai, woh kabhi badalti nahi. lekin yeh body hai aap ka. to body to roz badalta hai. kyunke aap jante hain ke body kai trillion cells ka</w:t>
      </w:r>
    </w:p>
    <w:p>
      <w:pPr>
        <w:jc w:val="right"/>
      </w:pPr>
      <w:r>
        <w:t>کوئی اس کا نام رکھتا ہے مائنڈ، کوئی کہتا ہے اسپرٹ، کوئی کہتا ہے سول۔ تو آپ کی جو پرسنیلٹی ہے، وہ ایٹرنل پرسنیلٹی ہے، وہ کبھی بدلتی نہیں۔ لیکن یہ باڈی ہے آپ کا۔ تو باڈی تو روز بدلتا ہے۔ کیونکہ آپ جانتے ہیں کہ باڈی کئی ٹریلین سیلز کا</w:t>
      </w:r>
    </w:p>
    <w:p>
      <w:r>
        <w:rPr>
          <w:b/>
        </w:rPr>
        <w:t xml:space="preserve">[13:05] </w:t>
      </w:r>
      <w:r>
        <w:t>majmouah hai. cells. aur yeh cells rozana tootay rehte hain. yeh cells jo hain, rozana badalte rehte hain. har din, subah sham. to yeh jo speed hai cells ke replacement ki, woh is ka average jo hai, taqreeban 10 saal mein poora cell hamara badal jata hai.</w:t>
      </w:r>
    </w:p>
    <w:p>
      <w:pPr>
        <w:jc w:val="right"/>
      </w:pPr>
      <w:r>
        <w:t>مجموعہ ہے۔ سیلز۔ اور یہ سیل روزانہ ٹوٹتے رہتے ہیں۔ یہ سیل جو ہیں، روزانہ بدلتے رہتے ہیں۔ ہر دن، صبح شام۔ تو یہ جو اسپیڈ ہے سیلز کے ریپلیسمنٹ کی، وہ اس کا ایوریج جو ہے، تقریباً 10 سال میں پورا سیل ہمارا بدل جاتا ہے۔</w:t>
      </w:r>
    </w:p>
    <w:p>
      <w:r>
        <w:rPr>
          <w:b/>
        </w:rPr>
        <w:t xml:space="preserve">[13:35] </w:t>
      </w:r>
      <w:r>
        <w:t>yaani hum aik naya insaan ban jatay hain. is ka matlab yeh hai ke agar aadmi 80 saal kisi ki umar ho, to 80 saal mein 8 baar bara hai woh. woh to final death hai. martay hain hum rozana. yeh total death ko hum maut kehte hain. total death ko. warna hum roz martay hain. yeh cells jo hain, is ka replacement barabar chalta rehta hai. isi liye aik scient</w:t>
      </w:r>
    </w:p>
    <w:p>
      <w:pPr>
        <w:jc w:val="right"/>
      </w:pPr>
      <w:r>
        <w:t>یعنی ہم ایک نیا انسان بن جاتے ہیں۔ اس کا مطلب یہ ہے کہ اگر آدمی 80 سال کسی کی عمر ہو، تو 80 سال میں 8 بار بڑا ہے وہ۔ وہ تو فائنل ڈیتھ ہے۔ مرتے ہیں ہم روزانہ۔ یہ ٹوٹل ڈیتھ کو ہم موت کہتے ہیں۔ ٹوٹل ڈیتھ کو۔ ورنہ ہم روز مرتے ہیں۔ یہ سیلز جو ہیں، اس کا ریپلیسمنٹ برابر چلتا رہتا ہے۔ اسی لیے ایک سائنٹ</w:t>
      </w:r>
    </w:p>
    <w:p>
      <w:r>
        <w:rPr>
          <w:b/>
        </w:rPr>
        <w:t xml:space="preserve">[14:05] </w:t>
      </w:r>
      <w:r>
        <w:t>ist ne kaha hai ke personality is changelessness in change. hamari jo personality hai, woh nahi badalti, lekin body badalta rehta hai. jis ko us ne kaha ke personality is changelessness in change. to is par sochiye aap, ghor kijiye. to maloom hua ke personality jo hai, wohi asal hai, wohi insaan hai. aur yeh</w:t>
      </w:r>
    </w:p>
    <w:p>
      <w:pPr>
        <w:jc w:val="right"/>
      </w:pPr>
      <w:r>
        <w:t>سٹ نے کہا ہے کہ پرسنیلٹی از چینج لیسنس ان چینج۔ ہماری جو پرسنیلٹی ہے، وہ نہیں بدلتی، لیکن باڈی بدلتا رہتا ہے۔ جس کو اس نے کہا کہ پرسنیلٹی از چینج لیسنس ان چینج۔ تو اس پر سوچیے آپ، غور کیجیے۔ تو معلوم ہوا کہ پرسنیلٹی جو ہے، وہی اصل ہے، وہی انسان ہے۔ اور یہ</w:t>
      </w:r>
    </w:p>
    <w:p>
      <w:r>
        <w:rPr>
          <w:b/>
        </w:rPr>
        <w:t xml:space="preserve">[14:35] </w:t>
      </w:r>
      <w:r>
        <w:t>body to hamara vehicle hai. yeh body jo hai, yeh to hamara vehicle hai. asal, asal personality to wohi hai jo badalti nahi kabhi. ab dekhiye, hamara mind jo hai, kaisi ajeeb baat hai ke woh shuru se akhir tak waisay hi koi rehta hai. jaise dekhiye, main bol raha hoon, mera bolne ka jo</w:t>
      </w:r>
    </w:p>
    <w:p>
      <w:pPr>
        <w:jc w:val="right"/>
      </w:pPr>
      <w:r>
        <w:t>باڈی تو ہمارا وہیکل ہے۔ یہ باڈی جو ہے، یہ تو ہمارا وہیکل ہے۔ اصل، اصل پرسنیلٹی تو وہی ہے جو بدلتی نہیں کبھی۔ اب دیکھیے، ہمارا مائنڈ جو ہے، کیسی عجیب بات ہے کہ وہ شروع سے آخر تک ویسے ہی کوئی رہتا ہے۔ جیسے دیکھیے، میں بول رہا ہوں، میرا بولنے کا جو</w:t>
      </w:r>
    </w:p>
    <w:p>
      <w:r>
        <w:rPr>
          <w:b/>
        </w:rPr>
        <w:t xml:space="preserve">[15:06] </w:t>
      </w:r>
      <w:r>
        <w:t>tone hai, woh taqreeban aaj bhi wahi hai jo pehle tha. jabkay meri body mein bohat ziyada weakness aa chuki hai. body ke har part mein weakness hai. jaisay kal mein gaya program mein, to mujhe seerhi se utarna tha aur charhna tha. to seerhi se utarna aur charhna mere liye bohat bara problem tha. yeh hai mera physical ba</w:t>
      </w:r>
    </w:p>
    <w:p>
      <w:pPr>
        <w:jc w:val="right"/>
      </w:pPr>
      <w:r>
        <w:t>ٹون ہے، وہ تقریباً آج بھی وہی ہے جو پہلے تھا۔ جبکہ میری باڈی میں بہت زیادہ ویکنس آ چکی ہے۔ باڈی کے ہر پارٹ میں ویکنس ہے۔ جیسے کل میں گیا پروگرام میں، تو مجھے سیڑھی سے اترنا تھا اور چڑھنا تھا۔ تو سیڑھی سے اترنا اور چڑھنا میرے لیے بہت بڑا پرابلم تھا۔ یہ ہے میرا فزیکل با</w:t>
      </w:r>
    </w:p>
    <w:p>
      <w:r>
        <w:rPr>
          <w:b/>
        </w:rPr>
        <w:t xml:space="preserve">[15:36] </w:t>
      </w:r>
      <w:r>
        <w:t>dy ka mamla. to meri body physical sense mein to bohat weak ho chuki hai. lekin mein bolta hoon, sochta hoon, meri memory hai, woh sab intact hai. to is ke mani personality jo hai, alag cheez hai aur body alag cheez hai. body personality ka vehicle hai. aur, aur personality jo hai, isi ko hum mind kehte hain.</w:t>
      </w:r>
    </w:p>
    <w:p>
      <w:pPr>
        <w:jc w:val="right"/>
      </w:pPr>
      <w:r>
        <w:t>ڈی کا معاملہ۔ تو میری باڈی فزیکل سینس میں تو بہت ویک ہو چکی ہے۔ لیکن میں بولتا ہوں، سوچتا ہوں، میری میموری ہے، وہ سب انٹیکٹ ہے۔ تو اس کے معنی پرسنیلٹی جو ہے، الگ چیز ہے اور باڈی الگ چیز ہے۔ باڈی پرسنیلٹی کا وہیکل ہے۔ اور، اور پرسنیلٹی جو ہے، اسی کو ہم مائنڈ کہتے ہیں۔</w:t>
      </w:r>
    </w:p>
    <w:p>
      <w:r>
        <w:rPr>
          <w:b/>
        </w:rPr>
        <w:t xml:space="preserve">[16:08] </w:t>
      </w:r>
      <w:r>
        <w:t>to jab mout aati hai to aadmi ki personality nahi, mout nahi aati. woh us ke vehicle par mout aati hai. mout ka matlab hai vehicle ka badal jana. mout ke baad aap ko, jaisay aap ko personality eternal hai, aisay aap ko aik naya body mile ga jo body mein eternal ho ga.</w:t>
      </w:r>
    </w:p>
    <w:p>
      <w:pPr>
        <w:jc w:val="right"/>
      </w:pPr>
      <w:r>
        <w:t>تو جب موت آتی ہے تو آدمی کی پرسنیلٹی نہیں، موت نہیں آتی۔ وہ اس کے وہیکل پر موت آتی ہے۔ موت کا مطلب ہے وہیکل کا بدل جانا۔ موت کے بعد آپ کو، جیسے آپ کو پرسنیلٹی ایٹرنل ہے، ایسے آپ کو ایک نیا باڈی ملے گا جو باڈی میں ایٹرنل ہوگا۔</w:t>
      </w:r>
    </w:p>
    <w:p>
      <w:r>
        <w:rPr>
          <w:b/>
        </w:rPr>
        <w:t xml:space="preserve">[16:39] </w:t>
      </w:r>
      <w:r>
        <w:t>abhi jo body mein hum rehte hain, jo vehicle hamara aaj, woh eternal nahi hai. woh temporary hai. to aaj ki duniya mein hum rehte hain, hamari personality aik aisi vehicle ke sath hai jo personality to badalti nahi, lekin vehicle badalta hai, badalta hai. yani vehicle temporary hai, jabkay personality eternal hai.</w:t>
      </w:r>
    </w:p>
    <w:p>
      <w:pPr>
        <w:jc w:val="right"/>
      </w:pPr>
      <w:r>
        <w:t>ابھی جو باڈی میں ہم رہتے ہیں، جو وہیکل ہمارا آج، وہ ایٹرنل نہیں ہے۔ وہ ٹیمپرری ہے۔ تو آج کی دنیا میں ہم رہتے ہیں، ہماری پرسنیلٹی ایک ایسی وہیکل کے ساتھ ہے جو پرسنیلٹی تو بدلتی نہیں، لیکن وہیکل بدلتا ہے، بدلتا ہے۔ یعنی وہیکل ٹیمپرری ہے، جبکہ پرسنیلٹی ایٹرنل ہے۔</w:t>
      </w:r>
    </w:p>
    <w:p>
      <w:r>
        <w:rPr>
          <w:b/>
        </w:rPr>
        <w:t xml:space="preserve">[17:10] </w:t>
      </w:r>
      <w:r>
        <w:t>to mout jo hai, woh din hai jab ke yeh vehicle badle ga. aur jis tarah hamari personality permanent hai, aisay hi hamari hamein aik aik naya vehicle mile ga jo permanent ho ga. tab woh duniya shuru hogi. phir teesri cheez jo hai ke is duniya mein hamein fulfillment nahi milta. kyun? yeh duniya hamara habitat nahi hai. yeh to temporary aboard</w:t>
      </w:r>
    </w:p>
    <w:p>
      <w:pPr>
        <w:jc w:val="right"/>
      </w:pPr>
      <w:r>
        <w:t>تو موت جو ہے، وہ دن ہے جب کہ یہ وہیکل بدلے گا۔ اور جس طرح ہماری پرسنیلٹی پرماننٹ ہے، ایسے ہی ہماری ہمیں ایک ایک نیا وہیکل ملے گا جو پرماننٹ ہوگا۔ تب وہ دنیا شروع ہوگی۔ پھر تیسری چیز جو ہے کہ اس دنیا میں ہمیں فلفلمنٹ نہیں ملتا۔ کیوں؟ یہ دنیا ہمارا ہیبٹٹ نہیں ہے۔ یہ تو ٹیمپرری ابورڈ</w:t>
      </w:r>
    </w:p>
    <w:p>
      <w:r>
        <w:rPr>
          <w:b/>
        </w:rPr>
        <w:t xml:space="preserve">[17:40] </w:t>
      </w:r>
      <w:r>
        <w:t>hai. yeh duniya jo hai, yeh hamara temporary aboard hai. to mout ke baad hamein wahan pohanchaya jaye ga jo hamara permanent aboard ho ga. yani, yani woh insaan ka habitat, usi ka naam hai jannat. yeh sari cheezein mujhe pehle se maloom theen, lekin kal mujhe ziyada clear tor par discover hui, discovery hui is ki.</w:t>
      </w:r>
    </w:p>
    <w:p>
      <w:pPr>
        <w:jc w:val="right"/>
      </w:pPr>
      <w:r>
        <w:t>ہے۔ یہ دنیا جو ہے، یہ ہمارا ٹیمپرری ابورڈ ہے۔ تو موت کے بعد ہمیں وہاں پہنچایا جائے گا جو ہمارا پرماننٹ ابورڈ ہوگا۔ یعنی، یعنی وہ انسان کا ہیبٹٹ، اسی کا نام ہے جنت۔ یہ ساری چیزیں مجھے پہلے سے معلوم تھیں، لیکن کل مجھے زیادہ کلیئر طور پر ڈسکور ہوئی، ڈسکوری ہوئی اس کی۔</w:t>
      </w:r>
    </w:p>
    <w:p>
      <w:r>
        <w:rPr>
          <w:b/>
        </w:rPr>
        <w:t xml:space="preserve">[18:10] </w:t>
      </w:r>
      <w:r>
        <w:t>aur aik bohat bari cheez jo discover hui kal mujhe, woh yeh hai ke rab ul alameen ne bohat sari sooraton mein paradise ka introduction is duniya mein rakh diya hai. lekin aik anokha introduction hai, woh hai paradise ki glimpse peshgi to par dikhana. paradise ki glimpse, pehle hi se dikha dena, in advance.</w:t>
      </w:r>
    </w:p>
    <w:p>
      <w:pPr>
        <w:jc w:val="right"/>
      </w:pPr>
      <w:r>
        <w:t>اور ایک بہت بڑی چیز جو ڈسکور ہوئی کل مجھے، وہ یہ ہے کہ رب العالمین نے بہت ساری صورتوں میں پیراڈائز کا انٹروڈکشن اس دنیا میں رکھ دیا ہے۔ لیکن ایک انوکھا انٹروڈکشن ہے، وہ ہے پیراڈائز کی گلمس پیشگی طور پر دکھانا۔ پیراڈائز کی گلمس، پہلے ہی سے دکھا دینا، ان ایڈوانس۔</w:t>
      </w:r>
    </w:p>
    <w:p>
      <w:r>
        <w:rPr>
          <w:b/>
        </w:rPr>
        <w:t xml:space="preserve">[18:42] </w:t>
      </w:r>
      <w:r>
        <w:t>to history mein aisa hai ke kai logon ne paradise ko dream, dream mein dekha. paradise ko dream mein dekha. to woh kya hai? woh paradise ka peshgi introduction hai. woh dream. isi tarah kai logon ne mout se pehle kuch aisi baatein dekhein</w:t>
      </w:r>
    </w:p>
    <w:p>
      <w:pPr>
        <w:jc w:val="right"/>
      </w:pPr>
      <w:r>
        <w:t>تو ہسٹری میں ایسا ہے کہ کئی لوگوں نے پیراڈائز کو ڈریم، ڈریم میں دیکھا۔ پیراڈائز کو ڈریم میں دیکھا۔ تو وہ کیا ہے؟ وہ پیراڈائز کا پیشگی انٹروڈکشن ہے۔ وہ ڈریم۔ اسی طرح کئی لوگوں نے موت سے پہلے کچھ ایسی باتیں دیکھیں</w:t>
      </w:r>
    </w:p>
    <w:p>
      <w:r>
        <w:rPr>
          <w:b/>
        </w:rPr>
        <w:t xml:space="preserve">[19:13] </w:t>
      </w:r>
      <w:r>
        <w:t>jo goya ke paradise ki glimpse theen. unhon ne kaha, lekin woh record nahi hua. kyunke is zamane mein technology nahi aayi thi. to technology se pehle bhi logon ko paradise ka peshgi glimpse hua. lekin woh record nahi hua. akhtar siddiqui sahib ka mamla is mein yeh hai ke un ko pre death period mein, mout se kuch pehle,</w:t>
      </w:r>
    </w:p>
    <w:p>
      <w:pPr>
        <w:jc w:val="right"/>
      </w:pPr>
      <w:r>
        <w:t>جو گویا کہ پیراڈائز کی گلمس تھیں۔ انہوں نے کہا، لیکن وہ ریکارڈ نہیں ہوا۔ کیونکہ اس زمانے میں ٹیکنالوجی نہیں آئی تھی۔ تو ٹیکنالوجی سے پہلے بھی لوگوں کو پیراڈائز کا پیشگی گلمس ہوا۔ لیکن وہ ریکارڈ نہیں ہوا۔ اختر صدیقی صاحب کا معاملہ اس میں یہ ہے کہ ان کو پری ڈیتھ پیریڈ میں، موت سے کچھ پہلے،</w:t>
      </w:r>
    </w:p>
    <w:p>
      <w:r>
        <w:rPr>
          <w:b/>
        </w:rPr>
        <w:t xml:space="preserve">[19:44] </w:t>
      </w:r>
      <w:r>
        <w:t>paradise ka glimpse dekha unhon ne. aur bolay woh, aur woh record ho gaya. yeh bohat anokhi baat hai. bohat anokhi baat. un ki beti hain, un ka naam hai raziya siddiqui. musharraf siddiq, akhtar siddiq sahib ki beti hain raziya siddiqui. woh un ke pas baithi theen mout se pehle. to woh kuch bolne lagay,</w:t>
      </w:r>
    </w:p>
    <w:p>
      <w:pPr>
        <w:jc w:val="right"/>
      </w:pPr>
      <w:r>
        <w:t>پیراڈائز کا گلمس دیکھا انہوں نے۔ اور بولے وہ، اور وہ ریکارڈ ہو گیا۔ یہ بہت انوکھی بات ہے۔ بہت انوکھی بات۔ ان کی بیٹی ہیں، ان کا نام ہے راضیہ صدیقی۔ مشرف صدیق، اختر صدیق صاحب کی بیٹی ہیں راضیہ صدیقی۔ وہ ان کے پاس بیٹھی تھیں موت سے پہلے۔ تو وہ کچھ بولنے لگے،</w:t>
      </w:r>
    </w:p>
    <w:p>
      <w:r>
        <w:rPr>
          <w:b/>
        </w:rPr>
        <w:t xml:space="preserve">[20:14] </w:t>
      </w:r>
      <w:r>
        <w:t>kuch different awaz mein. woh awaz bhi different thi. aur arabi ka aik lafz unhon ne kaha. halankay woh arabi bilkul nahi jante thay. woh jante thay sirf english ya hindi ya urdu. arabi bilkul nahi jante thay woh. woh bolay us waqt aik different awaz mein. aisa lagta tha ke jaisay aadmi kahin door se bol raha ho. aur raziya ne urdu record kar liya. woh raziya ke</w:t>
      </w:r>
    </w:p>
    <w:p>
      <w:pPr>
        <w:jc w:val="right"/>
      </w:pPr>
      <w:r>
        <w:t>کچھ ڈفرنٹ آواز میں۔ وہ آواز بھی ڈفرنٹ تھی۔ اور عربی کا ایک لفظ انہوں نے کہا۔ حالانکہ وہ عربی بالکل نہیں جانتے تھے۔ وہ جانتے تھے صرف انگلش یا ہندی یا اردو۔ عربی بالکل نہیں جانتے تھے وہ۔ وہ بولے اس وقت ایک ڈفرنٹ آواز میں۔ ایسا لگتا تھا کہ جیسے آدمی کہیں دور سے بول رہا ہو۔ اور راضیہ نے اردو ریکارڈ کر لیا۔ وہ راضیہ کے</w:t>
      </w:r>
    </w:p>
    <w:p>
      <w:r>
        <w:rPr>
          <w:b/>
        </w:rPr>
        <w:t xml:space="preserve">[20:44] </w:t>
      </w:r>
      <w:r>
        <w:t>mobile mein maujood hai. koi bhi shakhs us ko sun sakta hai. woh kya tha? unhon ne kaha ajeeb awaz mein, mein ne suna hai, ajeeb awaz mein. hubza hubza. kai bar hubza hubza. hubza ke mani na raziya ko pata tha, na un ki family ko pata tha, na khud akhtar siddiqui sahib ko pata tha. hubza arabi word hai. is ka matlab hai</w:t>
      </w:r>
    </w:p>
    <w:p>
      <w:pPr>
        <w:jc w:val="right"/>
      </w:pPr>
      <w:r>
        <w:t>موبائل میں موجود ہے۔ کوئی بھی شخص اس کو سن سکتا ہے۔ وہ کیا تھا؟ انہوں نے کہا عجیب آواز میں، میں نے سنا ہے، عجیب آواز میں۔ حبذا حبذا۔ کئی بار حبذا حبذا۔ حبذا کے معنی نہ راضیہ کو پتہ تھا، نہ ان کی فیملی کو پتہ تھا، نہ خود اختر صدیق صاحب کو پتہ تھا۔ حبذا عربی ورڈ ہے۔ اس کا مطلب ہے</w:t>
      </w:r>
    </w:p>
    <w:p>
      <w:r>
        <w:rPr>
          <w:b/>
        </w:rPr>
        <w:t xml:space="preserve">[21:15] </w:t>
      </w:r>
      <w:r>
        <w:t>how dry, how nice, how nice ya wonderful, wonderful. to yeh mein ne suna. mujhe yaad aya ke aik martaba aik european lady aayi thi india. to aap jante hain ke india mein taj mahal hai, jis ko duniya ka saatwan wonder mana jata hai. saatwan wonder. to woh dekhne ke liye gayi</w:t>
      </w:r>
    </w:p>
    <w:p>
      <w:pPr>
        <w:jc w:val="right"/>
      </w:pPr>
      <w:r>
        <w:t>ہاؤ ڈرائی، ہاؤ نائس، ہاؤ نائس یا ونڈرفل، ونڈرفل۔ تو یہ میں نے سنا۔ مجھے یاد آیا کہ ایک مرتبہ ایک یورپین لیڈی آئی تھی انڈیا۔ تو آپ جانتے ہیں کہ انڈیا میں تاج محل ہے، جس کو دنیا کا ساتواں ونڈر مانا جاتا ہے۔ ساتواں ونڈر۔ تو وہ دیکھنے کے لیے گئی</w:t>
      </w:r>
    </w:p>
    <w:p>
      <w:r>
        <w:rPr>
          <w:b/>
        </w:rPr>
        <w:t xml:space="preserve">[21:45] </w:t>
      </w:r>
      <w:r>
        <w:t>۔ jab woh agra gayi aur wahan pohanchi jahan us ko samne dikhai diya taj mahal, to taj mahal ko dekhte hi us ke zuban se jo nikla tha jo lafz woh tha wonderful, wonderful. taj mahal ki booti, taj mahal ki jo ajeeb o ghareeb teen saal, teen so saal se zyada muddat pehle woh bana tha. us waqt aisa architecture</w:t>
      </w:r>
    </w:p>
    <w:p>
      <w:pPr>
        <w:jc w:val="right"/>
      </w:pPr>
      <w:r>
        <w:t>۔ جب وہ اگرہ گئی اور وہاں پہنچی جہاں اس کو سامنے دکھائی دیا تاج محل، تو تاج محل کو دیکھتے ہی اس کے زبان سے جو نکلا تھا جو لفظ وہ تھا ونڈرفل، ونڈرفل۔ تاج محل کی بوٹی، تاج محل کی جو عجیب و غریب تین سال، تین سو سال سے زیادہ مدت پہلے وہ بنا تھا۔ اس وقت ایسا آرکیٹیکچر</w:t>
      </w:r>
    </w:p>
    <w:p>
      <w:r>
        <w:rPr>
          <w:b/>
        </w:rPr>
        <w:t xml:space="preserve">[22:15] </w:t>
      </w:r>
      <w:r>
        <w:t>insan nahi janta tha. jab taj mahal bana tha to is tarah ka architecture duniya mein kahin maujood nahi tha. to us ne kaha wonderful. to akhtar siddiqui sahib saat february ko jab un ki death hui to mout se pehle un ki beti raziya siddiqui un ke pas thi apne mobile ke sath. to kuch awazein nikalne lagay woh. to raziya ne us ko record kar liya.</w:t>
      </w:r>
    </w:p>
    <w:p>
      <w:pPr>
        <w:jc w:val="right"/>
      </w:pPr>
      <w:r>
        <w:t>انسان نہیں جانتا تھا۔ جب تاج محل بنا تھا تو اس طرح کا آرکیٹیکچر دنیا میں کہیں موجود نہیں تھا۔ تو اس نے کہا ونڈرفل۔ تو اختر صدیقی صاحب سات فروری کو جب ان کی ڈیتھ ہوئی تو موت سے پہلے ان کی بیٹی راضیہ صدیقی ان کے پاس تھی اپنے موبائل کے ساتھ۔ تو کچھ آوازیں نکالنے لگے وہ۔ تو راضیہ نے اس کو ریکارڈ کر لیا۔</w:t>
      </w:r>
    </w:p>
    <w:p>
      <w:r>
        <w:rPr>
          <w:b/>
        </w:rPr>
        <w:t xml:space="preserve">[22:47] </w:t>
      </w:r>
      <w:r>
        <w:t>to woh keh rahe thay hubza hubza. yani wonderful, wonderful. to yeh kya tha? paradise ki glimpse unhon ne mout se pehle dekh li. aur duniya walon ko bataya. aey duniya walon suno. woh goya ke Allah ne akhtar siddiqui ki zuban se poori duniya ko sunaya</w:t>
      </w:r>
    </w:p>
    <w:p>
      <w:pPr>
        <w:jc w:val="right"/>
      </w:pPr>
      <w:r>
        <w:t>تو وہ کہہ رہے تھے حبذا حبذا۔ یعنی ونڈرفل، ونڈرفل۔ تو یہ کیا تھا؟ پیراڈائز کی گلمس انہوں نے موت سے پہلے دیکھ لی۔ اور دنیا والوں کو بتایا۔ اے دنیا والو سنو۔ وہ گویا کہ اللہ نے اختر صدیقی کی زبان سے پوری دنیا کو سنایا</w:t>
      </w:r>
    </w:p>
    <w:p>
      <w:r>
        <w:rPr>
          <w:b/>
        </w:rPr>
        <w:t xml:space="preserve">[23:17] </w:t>
      </w:r>
      <w:r>
        <w:t>ke aik wonderful habitat tumhara intezar kar raha hai. aey duniya walon tum kahan phansay ho? kahan phansay ho tum? to bohat si aisi cheezon mein phansay ho jis ki koi value nahi. aisi cheezon mein phansay ho jis ki koi value nahi. value ki valuable cheez to hai paradise. is ki glimpse dekh liya jis insaan ne us ne kaha</w:t>
      </w:r>
    </w:p>
    <w:p>
      <w:pPr>
        <w:jc w:val="right"/>
      </w:pPr>
      <w:r>
        <w:t>کہ ایک ونڈرفل ہیبٹٹ تمہارا انتظار کر رہا ہے۔ اے دنیا والو تم کہاں پھنسے ہو؟ کہاں پھنسے ہو تم؟ تو بہت سی ایسی چیزوں میں پھنسے ہو جس کی کوئی ویلیو نہیں۔ ایسی چیزوں میں پھنسے ہو جس کی کوئی ویلیو نہیں۔ ویلیو کی ویلیو ایبل چیز تو ہے پیراڈائز۔ اس کی گلمس دیکھ لیا جس انسان نے اس نے کہا</w:t>
      </w:r>
    </w:p>
    <w:p>
      <w:r>
        <w:rPr>
          <w:b/>
        </w:rPr>
        <w:t xml:space="preserve">[23:48] </w:t>
      </w:r>
      <w:r>
        <w:t>wonderful, wonderful. yeh sab baatein kal mujhe samajh mein aayin ziyada clear tor par. to insaan ko aik hi insaan ka goal sirf aik goal hona chahiye. aur woh paradise hai. woh God Almighty. Allah rab ul alameen aur paradise. jo log phansay hue hain, koi aulad mein phansa hua hai, koi family mein p</w:t>
      </w:r>
    </w:p>
    <w:p>
      <w:pPr>
        <w:jc w:val="right"/>
      </w:pPr>
      <w:r>
        <w:t>ونڈرفل، ونڈرفل۔ یہ سب باتیں کل مجھے سمجھ میں آئیں زیادہ کلیئر طور پر۔ تو انسان کو ایک ہی انسان کا گول صرف ایک گول ہونا چاہیے۔ اور وہ پیراڈائز ہے۔ وہ گاڈ المائٹی۔ اللہ رب العالمین اور پیراڈائز۔ جو لوگ پھنسے ہوئے ہیں، کوئی اولاد میں پھنسا ہوا ہے، کوئی فیملی میں پ</w:t>
      </w:r>
    </w:p>
    <w:p>
      <w:r>
        <w:rPr>
          <w:b/>
        </w:rPr>
        <w:t xml:space="preserve">[24:18] </w:t>
      </w:r>
      <w:r>
        <w:t>hansa hua hai, woh sab log yaad rakhiye akhirat ke din hasrat mein honge. pachtayenge ke aah kahan hum ne apne time ko waste kar diya. hamein banana tha Allah rab ul alameen ko apna concern. hum ko banana tha paradise ko apna concern. hum bulaye bulaye rahe kis ko? family ko, bachon ko. shadi byah mein, taqreebat mein,</w:t>
      </w:r>
    </w:p>
    <w:p>
      <w:pPr>
        <w:jc w:val="right"/>
      </w:pPr>
      <w:r>
        <w:t>ھنسا ہوا ہے، وہ سب لوگ یاد رکھیے آخرت کے دن حسرت میں ہوں گے۔ پچھتائیں گے کہ آہ کہاں ہم نے اپنے ٹائم کو ویسٹ کر دیا۔ ہمیں بنانا تھا اللہ رب العالمین کو اپنا کنسرن۔ ہم کو بنانا تھا پیراڈائز کو اپنا کنسرن۔ ہم بلائے بلائے رہے کس کو؟ فیملی کو، بچوں کو۔ شادی بیاہ میں، تقریبات میں،</w:t>
      </w:r>
    </w:p>
    <w:p>
      <w:r>
        <w:rPr>
          <w:b/>
        </w:rPr>
        <w:t xml:space="preserve">[24:50] </w:t>
      </w:r>
      <w:r>
        <w:t>holiday mein, khane peene mein, dress mein, paise mein, paisa kamane mein. yeh sare log is din hasrat karenge, hasrat. kya ab kya ho sakta hai? mujhe aik sahib ka qissa maloom hai jo ke engineer thay. to unhon ne engineering mein B.A ki degree li thi, ya</w:t>
      </w:r>
    </w:p>
    <w:p>
      <w:pPr>
        <w:jc w:val="right"/>
      </w:pPr>
      <w:r>
        <w:t>ہالی ڈے میں، کھانے پینے میں، ڈریس میں، پیسے میں، پیسہ کمانے میں۔ یہ سارے لوگ اس دن حسرت کریں گے، حسرت۔ کیا اب کیا ہو سکتا ہے؟ مجھے ایک صاحب کا قصہ معلوم ہے جو کہ انجینئر تھے۔ تو انہوں نے انجینئرنگ میں بی اے کی ڈگری لی تھی، یع</w:t>
      </w:r>
    </w:p>
    <w:p>
      <w:r>
        <w:rPr>
          <w:b/>
        </w:rPr>
        <w:t xml:space="preserve">[25:20] </w:t>
      </w:r>
      <w:r>
        <w:t>ni B.E kiya tha, B.E. is zamane mein kar sakte thay master degree, lekin le liya, nahi liya unhon ne kisi wajah se. is ke baad woh chalay gaye service mein. to woh jis department mein un ki service thi wahan par woh deputy director ban gaye. barhte barhte pehle teacher banay, phir woh principal b</w:t>
      </w:r>
    </w:p>
    <w:p>
      <w:pPr>
        <w:jc w:val="right"/>
      </w:pPr>
      <w:r>
        <w:t>نی بی ای کیا تھا، بی ای۔ اس زمانے میں کر سکتے تھے ماسٹر ڈگری، لیکن لے لیا، نہیں لیا انہوں نے کسی وجہ سے۔ اس کے بعد وہ چلے گئے سروس میں۔ تو وہ جس ڈیپارٹمنٹ میں ان کی سروس تھی وہاں پر وہ ڈپٹی ڈائریکٹر بن گئے۔ بڑھتے بڑھتے پہلے ٹیچر بنے، پھر وہ پرنسپ</w:t>
      </w:r>
    </w:p>
    <w:p>
      <w:r>
        <w:rPr>
          <w:b/>
        </w:rPr>
        <w:t xml:space="preserve">[25:50] </w:t>
      </w:r>
      <w:r>
        <w:t>ne. hotay hotay woh deputy director ban gaye is mein. lekin wahan jo ooncha uhda tha woh director tha, director. director ke uhday tak woh nahi pohanchay. kyunke is ke liye master degree chahiye thi. director banne ke liye master degree chahiye thi jo un ke pas thi nahi. to mujh se unhon ne kaha tha khud direct ke zindagi sirf aik bar milti hai. bohat hi ajeeb sad lehjay mein. zindagi sirf aik bar</w:t>
      </w:r>
    </w:p>
    <w:p>
      <w:pPr>
        <w:jc w:val="right"/>
      </w:pPr>
      <w:r>
        <w:t>ل بنے۔ ہوتے ہوتے وہ ڈپٹی ڈائریکٹر بن گئے اس میں۔ لیکن وہاں جو اونچا عہدہ تھا وہ ڈائریکٹر تھا، ڈائریکٹر۔ ڈائریکٹر کے عہدے تک وہ نہیں پہنچے۔ کیونکہ اس کے لیے ماسٹر ڈگری چاہیے تھی۔ ڈائریکٹر بننے کے لیے ماسٹر ڈگری چاہیے تھی جو ان کے پاس تھی نہیں۔ تو مجھ سے انہوں نے کہا تھا خود ڈائریکٹ کہ زندگی صرف ایک بار ملتی ہے۔ بہت ہی عجیب سیڈ لہجے میں۔ زندگی صرف ایک بار</w:t>
      </w:r>
    </w:p>
    <w:p>
      <w:r>
        <w:rPr>
          <w:b/>
        </w:rPr>
        <w:t xml:space="preserve">[26:20] </w:t>
      </w:r>
      <w:r>
        <w:t>milti hai. yani agar master degree kiya hota mein ne to mein director banta. aaj mein director hota. lekin mein nahi pohanch saka wahan. na pohanch sakoon ga kabhi. kyunke master degree liya nahi. to unhon ne kaha tha ke zindagi sirf aik bar milti hai. aisay hi woh tamam log pachtayenge ke aik hi zindagi to mili thi. lekin hum ne kho diya kahan? aulad mein, family mein, family ki taqree</w:t>
      </w:r>
    </w:p>
    <w:p>
      <w:pPr>
        <w:jc w:val="right"/>
      </w:pPr>
      <w:r>
        <w:t>ملتی ہے۔ یعنی اگر ماسٹر ڈگری کیا ہوتا میں نے تو میں ڈائریکٹر بنتا۔ آج میں ڈائریکٹر ہوتا۔ لیکن میں نہیں پہنچ سکا وہاں۔ نہ پہنچ سکوں گا کبھی۔ کیونکہ ماسٹر ڈگری لیا نہیں۔ تو انہوں نے کہا تھا کہ زندگی صرف ایک بار ملتی ہے۔ ایسے ہی وہ تمام لوگ پچھتائیں گے کہ ایک ہی زندگی تو ملی تھی۔ لیکن ہم نے کھو دیا کہاں؟ اولاد میں، فیملی میں، فیملی کی تقری</w:t>
      </w:r>
    </w:p>
    <w:p>
      <w:r>
        <w:rPr>
          <w:b/>
        </w:rPr>
        <w:t xml:space="preserve">[26:50] </w:t>
      </w:r>
      <w:r>
        <w:t>bat mein, aur tafreehat mein, khane kapray mein kho diya. to mein samajhta hoon ke Allah taala kuch insanon ko muntakhib karta hai ke bata do logon ko ke kya cheez kho rahe hain aur kya cheez un ko pana chahiye. to akhtar siddiqui sahib ka jo recorded awaz hai, pehle bhi aisa hua tha lekin technology</w:t>
      </w:r>
    </w:p>
    <w:p>
      <w:pPr>
        <w:jc w:val="right"/>
      </w:pPr>
      <w:r>
        <w:t>بات میں، اور تفریحات میں، کھانے کپڑے میں کھو دیا۔ تو میں سمجھتا ہوں کہ اللہ تعالی کچھ انسانوں کو منتخب کرتا ہے کہ بتا دو لوگوں کو کہ کیا چیز کھو رہے ہیں اور کیا چیز ان کو پانا چاہیے۔ تو اختر صدیقی صاحب کا جو ریکارڈڈ آواز ہے، پہلے بھی ایسا ہوا تھا لیکن ٹیکنالوجی</w:t>
      </w:r>
    </w:p>
    <w:p>
      <w:r>
        <w:rPr>
          <w:b/>
        </w:rPr>
        <w:t xml:space="preserve">[27:21] </w:t>
      </w:r>
      <w:r>
        <w:t>se pehle kisi ki awaz record nahi kar sakte thay aap. aaj technology ka zamana hai. akhtar siddiqui sahib ki awaz record ho gayi. woh ajeeb o ghareeb si awaz hai, usay sunen aap to bohat ajeeb lagay ga aap ko. jaisay kisi aur duniya mein bol raha hai. yani woh awaz lagti hai kisi aur duniya mein bol raha hai. hubza hubza. ajeeb andaz mein. wonderful, wonderful. yani aey logo</w:t>
      </w:r>
    </w:p>
    <w:p>
      <w:pPr>
        <w:jc w:val="right"/>
      </w:pPr>
      <w:r>
        <w:t>سے پہلے کسی کی آواز ریکارڈ نہیں کر سکتے تھے آپ۔ آج ٹیکنالوجی کا زمانہ ہے۔ اختر صدیقی صاحب کی آواز ریکارڈ ہو گئی۔ وہ عجیب و غریب سی آواز ہے، اسے سنیں آپ تو بہت عجیب لگے گا آپ کو۔ جیسے کسی اور دنیا میں بول رہا ہے۔ یعنی وہ آواز لگتی ہے کسی اور دنیا میں بول رہا ہے۔ حبذا حبذا۔ عجیب انداز میں۔ ونڈرفل، ونڈرفل۔ یعنی اے لوگو</w:t>
      </w:r>
    </w:p>
    <w:p>
      <w:r>
        <w:rPr>
          <w:b/>
        </w:rPr>
        <w:t xml:space="preserve">[27:51] </w:t>
      </w:r>
      <w:r>
        <w:t>jo abhi zinda hain sun lo ke tum par bhi maut aayegi. aur phir woh waqt aayega ke jab ke tumhare samne paradise hogi. aur tum afsos karoge ke is ke liye hum ne kuch kiya nahi. to main samajhta hoon ke yeh jo maut hai woh ek positive experience hai, negative nahi. sari dunya maut ko negative experience samajhti hai.</w:t>
      </w:r>
    </w:p>
    <w:p>
      <w:pPr>
        <w:jc w:val="right"/>
      </w:pPr>
      <w:r>
        <w:t>جو ابھی زندہ ہیں سن لو کہ تم پر بھی موت آئے گی۔ اور پھر وہ وقت آئے گا کہ جب کہ تمہارے سامنے پیراڈائز ہو گی۔ اور تم افسوس کرو گے کہ اس کے لیے ہم نے کچھ کیا نہیں۔ تو میں سمجھتا ہوں کہ یہ جو موت ہے وہ ایک پوزیٹیو ایکسپیرینس ہے، نیگیٹیو نہیں۔ ساری دنیا موت کو نیگیٹیو ایکسپیرینس سمجھتی ہے۔</w:t>
      </w:r>
    </w:p>
    <w:p>
      <w:r>
        <w:rPr>
          <w:b/>
        </w:rPr>
        <w:t xml:space="preserve">[28:22] </w:t>
      </w:r>
      <w:r>
        <w:t>nahi, woh positive experience hai. positive experience hai. poori zindagi mein aap nature ki study karte hain, universe ka mutala karte hain, aur jo aap ki finding hoti hai, woh finding, is finding ko confirm karte hain maut ka waqia. aur is tarah ka jo experience hota hai kuch logon ko, Allah taala kuch logon ko select karta hai, select,</w:t>
      </w:r>
    </w:p>
    <w:p>
      <w:pPr>
        <w:jc w:val="right"/>
      </w:pPr>
      <w:r>
        <w:t>نہیں، وہ پوزیٹیو ایکسپیرینس ہے۔ پوزیٹیو ایکسپیرینس ہے۔ پوری زندگی میں آپ نیچر کی سٹڈی کرتے ہیں، یونیورس کا مطالعہ کرتے ہیں، اور جو آپ کی فائنڈنگ ہوتی ہے، وہ فائنڈنگ، اس فائنڈنگ کو کنفرم کرتے ہیں موت کا واقعہ۔ اور اس طرح کا جو ایکسپیرینس ہوتا ہے کچھ لوگوں کو، اللہ تعالی کچھ لوگوں کو سلیکٹ کرتا ہے، سلیکٹ،</w:t>
      </w:r>
    </w:p>
    <w:p>
      <w:r>
        <w:rPr>
          <w:b/>
        </w:rPr>
        <w:t xml:space="preserve">[28:54] </w:t>
      </w:r>
      <w:r>
        <w:t>taake woh batayein dunya ko. to Quran mein ek ayat hai ke is mein ijtiba ka lafz hai. Allah ijtiba karta hai. aap log ja ke gharon mein ja ke is ayat ko padhiye. Surah Al-Hajj ki ayat number 75. Surah Al-Hajj ki ayat number 75. is mein hai ke Allah muntakhib karta hai kuch logon ko apna peghambr, firisht</w:t>
      </w:r>
    </w:p>
    <w:p>
      <w:pPr>
        <w:jc w:val="right"/>
      </w:pPr>
      <w:r>
        <w:t>تاکہ وہ بتائیں دنیا کو۔ تو قرآن میں ایک آیت ہے کہ اس میں اجتباع کا لفظ ہے۔ اللہ اجتباع کرتا ہے۔ آپ لوگ جا کے گھروں میں جا کے اس آیت کو پڑھیے۔ سورہ الحج کی آیت نمبر 75۔ سورہ الحج کی آیت نمبر 75۔ اس میں ہے کہ اللہ منتخب کرتا ہے کچھ لوگوں کو اپنا پیغمبر، فرشت</w:t>
      </w:r>
    </w:p>
    <w:p>
      <w:r>
        <w:rPr>
          <w:b/>
        </w:rPr>
        <w:t xml:space="preserve">[29:24] </w:t>
      </w:r>
      <w:r>
        <w:t>on mein se aur insanon mein se. to is ayat ko main abhi tak samajhta tha ke yaani nabi ke mani mein yeh hai. is ke siwa bhi kuch log hote hain jo Allah ka paigham pohanchate hain logon ko. logon mein se, logon mein se. yaani is Surah Al-Hajj ayat Surah number 22 hai aur ayat number 75. is ko aap padhiye ga ghar ja kar</w:t>
      </w:r>
    </w:p>
    <w:p>
      <w:pPr>
        <w:jc w:val="right"/>
      </w:pPr>
      <w:r>
        <w:t>وں میں سے اور انسانوں میں سے۔ تو اس آیت کو میں ابھی تک سمجھتا تھا کہ یعنی نبی کے معنی میں یہ ہے۔ اس کے سوا بھی کچھ لوگ ہوتے ہیں جو اللہ کا پیغام پہنچاتے ہیں لوگوں کو۔ الناس میں سے، الناس میں سے۔ یعنی اس سورہ الحج آیت سورہ نمبر 22 ہے اور آیت نمبر 75۔ اس کو آپ پڑھیے گا گھر جا کر</w:t>
      </w:r>
    </w:p>
    <w:p>
      <w:r>
        <w:rPr>
          <w:b/>
        </w:rPr>
        <w:t xml:space="preserve">[29:54] </w:t>
      </w:r>
      <w:r>
        <w:t>aap log. is mein bataya gaya hai ke Allah select karta hai, select, kuch logon ko firishton mein se aur insanon mein se. to yeh selection ka ek matlab to yeh hai ke peghambr hote hain. lekin main samajhta hoon ke is ka ek greater matlab bhi hai is ka. ke doosre doosre bandon ke liye bhi Allah intekhab karta hai. to main samajhta hoon ke yeh bhi Allah ka</w:t>
      </w:r>
    </w:p>
    <w:p>
      <w:pPr>
        <w:jc w:val="right"/>
      </w:pPr>
      <w:r>
        <w:t>آپ لوگ۔ اس میں بتایا گیا ہے کہ اللہ سلیکٹ کرتا ہے، سلیکٹ، کچھ لوگوں کو فرشتوں میں سے اور انسانوں میں سے۔ تو یہ سلیکشن کا ایک مطلب تو یہ ہے کہ پیغمبر ہوتے ہیں۔ لیکن میں سمجھتا ہوں کہ اس کا ایک گریٹر مطلب بھی ہے اس کا۔ کہ دوسرے دوسرے بندوں کے لیے بھی اللہ انتخاب کرتا ہے۔ تو میں سمجھتا ہوں کہ یہ بھی اللہ کا</w:t>
      </w:r>
    </w:p>
    <w:p>
      <w:r>
        <w:rPr>
          <w:b/>
        </w:rPr>
        <w:t xml:space="preserve">[30:24] </w:t>
      </w:r>
      <w:r>
        <w:t>intekhab hai, selection hai ke history mein kabhi kabhi kisi ko chunta hai ke woh jannat ke khwab dekhte hain. aur kisi ko dekhta hai ke pre-death period mein woh glimpses jo hote hain, glimpses, jhalak, aur batate hain aye insanon, aye insanon suno, yeh to hubza ka mamla hai, wonderful scene mere samne hai, daudo is ki taraf, daudo is ki taraf, chodo tum dunya ki</w:t>
      </w:r>
    </w:p>
    <w:p>
      <w:pPr>
        <w:jc w:val="right"/>
      </w:pPr>
      <w:r>
        <w:t>انتخاب ہے، سلیکشن ہے کہ ہسٹری میں کبھی کبھی کسی کو چنتا ہے کہ وہ جنت کے خواب دیکھتے ہیں۔ اور کسی کو دیکھتا ہے کہ پری ڈیتھ پیریڈ میں وہ گلمس جو ہوتے ہیں، گلمس، جھلک، اور بتاتے ہیں اے انسانوں، اے انسانوں سنو، یہ تو حبذا کا معاملہ ہے، ونڈرفل سین میرے سامنے ہے، دوڑو اس کی طرف، دوڑو اس کی طرف، چھوڑو تم دنیا کی</w:t>
      </w:r>
    </w:p>
    <w:p>
      <w:r>
        <w:rPr>
          <w:b/>
        </w:rPr>
        <w:t xml:space="preserve">[30:54] </w:t>
      </w:r>
      <w:r>
        <w:t>choti choti baaton par jo tum phanse hue ho. to kal mujhe bohat ajeeb discovery hui. bohat ajeeb discovery hui. hum yeh samajhte the ke Allah peghambron ko yaani nabiyon ko muntakhib karta hai. nahi, Allah bohat si cheezon ko muntakhib karta hai. poori kainat ko muntakhib karta hai. woh batayein insan ko. Allah ka introduction karayein. jannat ka introduction karayein.</w:t>
      </w:r>
    </w:p>
    <w:p>
      <w:pPr>
        <w:jc w:val="right"/>
      </w:pPr>
      <w:r>
        <w:t>چھوٹی چھوٹی باتوں پر جو تم پھنسے ہوئے ہو۔ تو کل مجھے بہت عجیب ڈسکوری ہوئی۔ بہت عجیب ڈسکوری ہوئی۔ ہم یہ سمجھتے تھے کہ اللہ پیغمبروں کو یعنی نبیوں کو منتخب کرتا ہے۔ نہیں، اللہ بہت سی چیزوں کو منتخب کرتا ہے۔ پوری کائنات کو منتخب کرتا ہے۔ وہ بتائیں انسان کو۔ اللہ کا انٹروڈکشن کروائیں۔ جنت کا انٹروڈکشن کروائیں۔</w:t>
      </w:r>
    </w:p>
    <w:p>
      <w:r>
        <w:rPr>
          <w:b/>
        </w:rPr>
        <w:t xml:space="preserve">[31:26] </w:t>
      </w:r>
      <w:r>
        <w:t>inhi mein se ek cheez yeh hai ke jab kisi ki maut ka waqt aata hai to woh do ke beech mein hota hai. yaani present world aur other world ke beech mein hota hai woh. present world aur doosra jo dunya hai us ke beech mein hota hai. is waqt us ko Allah taala kuch logon ko, kuch logon ko, sab ko nahi, glimpses dikhata hai agli dunya</w:t>
      </w:r>
    </w:p>
    <w:p>
      <w:pPr>
        <w:jc w:val="right"/>
      </w:pPr>
      <w:r>
        <w:t>انہی میں سے ایک چیز یہ ہے کہ جب کسی کی موت کا وقت آتا ہے تو وہ دو کے بیچ میں ہوتا ہے۔ یعنی پریزنٹ ورلڈ اور ادر ورلڈ کے بیچ میں ہوتا ہے وہ۔ پریزنٹ ورلڈ اور دوسرا جو دنیا ہے اس کے بیچ میں ہوتا ہے۔ اس وقت اس کو اللہ تعالی کچھ لوگوں کو، کچھ لوگوں کو، سب کو نہیں، گلمس دکھاتا ہے اگلی دنیا</w:t>
      </w:r>
    </w:p>
    <w:p>
      <w:r>
        <w:rPr>
          <w:b/>
        </w:rPr>
        <w:t xml:space="preserve">[31:56] </w:t>
      </w:r>
      <w:r>
        <w:t>ki. to wahan se khara ho kar ke woh awaz dete hain. aise awaz dene wale tareekh mein kai paida hue. maine kuch waqiat padhe the lekin woh to kitabon mein likhe the. yeh technology ke zamane mein un ki awazein record ho gaein. aur bhi kuch waqiat ho gaye lekin mujhe jo baat zaat direct jana maane woh yeh hai ke Akhtar Siddiqui sahib jin ki umar 7</w:t>
      </w:r>
    </w:p>
    <w:p>
      <w:pPr>
        <w:jc w:val="right"/>
      </w:pPr>
      <w:r>
        <w:t>کی۔ تو وہاں سے کھڑا ہو کر کے وہ آواز دیتے ہیں۔ ایسے آواز دینے والے تاریخ میں کئی پیدا ہوئے۔ میں نے کچھ واقعات پڑھے تھے لیکن وہ تو کتابوں میں لکھے تھے۔ یہ ٹیکنالوجی کے زمانے میں ان کی آوازیں ریکارڈ ہو گئیں۔ اور بھی کچھ واقعات ہو گئے لیکن مجھے جو بات ذات ڈائریکٹ جانا مانے وہ یہ ہے کہ اختر صدیقی صاحب جن کی عمر 7</w:t>
      </w:r>
    </w:p>
    <w:p>
      <w:r>
        <w:rPr>
          <w:b/>
        </w:rPr>
        <w:t xml:space="preserve">[32:26] </w:t>
      </w:r>
      <w:r>
        <w:t>4 thi, marne se pehle dunya ko bataya unhone. aye dunya walo yahan to ek wonderful world hai, kahan tum phanse ho? kahan phanse ho tum? is ki taraf daudo, is ki tayari karo, is ke liye apne aap ko deserving kar ke banao. hubza hubza aap sunein agar un ki recorded awaz ko to ajeeb awaz lagegi jaise koi</w:t>
      </w:r>
    </w:p>
    <w:p>
      <w:pPr>
        <w:jc w:val="right"/>
      </w:pPr>
      <w:r>
        <w:t>4 تھی، مرنے سے پہلے دنیا کو بتایا انہوں نے۔ اے دنیا والو یہاں تو ایک ونڈرفل ورلڈ ہے، کہاں تم پھنسے ہو؟ کہاں پھنسے ہو تم؟ اس کی طرف دوڑو، اس کی تیاری کرو، اس کے لیے اپنے آپ کو ڈیزرونگ کر کے بناؤ۔ حبذا حبذا آپ سنیں اگر ان کی ریکارڈڈ آواز کو تو عجیب آواز لگے گی جیسے کوئی</w:t>
      </w:r>
    </w:p>
    <w:p>
      <w:r>
        <w:rPr>
          <w:b/>
        </w:rPr>
        <w:t xml:space="preserve">[32:56] </w:t>
      </w:r>
      <w:r>
        <w:t>ghair insani awaz hai woh jo bole woh jo record hai Raja Siddiqui ke pas to ajeeb awaz hai woh hubza hubza woh jante nahi the English woh woh Arabic zaban nahi jante the woh lekin jo jab woh un ko woh waqt aaya to un ka mind khul gaya woh waqt aaya to un ka mind khul gaya firishte un ke qareeb aa gaye</w:t>
      </w:r>
    </w:p>
    <w:p>
      <w:pPr>
        <w:jc w:val="right"/>
      </w:pPr>
      <w:r>
        <w:t>غیر انسانی آواز ہے وہ جو بولے وہ جو ریکارڈ ہے راجہ صدیقی کے پاس تو عجیب آواز ہے وہ حبذا حبذا وہ جانتے نہیں تھے انگلش وہ وہ عربی زبان نہیں جانتے تھے وہ لیکن جو جب وہ ان کو وہ وقت آیا تو ان کا مائنڈ کھل گیا وہ وقت آیا تو ان کا مائنڈ کھل گیا فرشتے ان کے قریب آ گئے</w:t>
      </w:r>
    </w:p>
    <w:p>
      <w:r>
        <w:rPr>
          <w:b/>
        </w:rPr>
        <w:t xml:space="preserve">[33:27] </w:t>
      </w:r>
      <w:r>
        <w:t>yeh bhi hai un ki Alia Muslema ne mujhe bataya jo meri beti hain ke aakhir waqt mein unhone kaha ke darwaza kholo firishte khare hain aane ke liye darwaza kholo jis kamre mein the us ka darwaza band tha jis kamre mein the woh us ka darwaza band tha aur Muslema un ke pas thi to unhone kaha ke is waqt bhi woh ek</w:t>
      </w:r>
    </w:p>
    <w:p>
      <w:pPr>
        <w:jc w:val="right"/>
      </w:pPr>
      <w:r>
        <w:t>یہ بھی ہے ان کی عالیہ مسلمہ نے مجھے بتایا جو میری بیٹی ہیں کہ آخر وقت میں انہوں نے کہا کہ دروازہ کھولو فرشتے کھڑے ہیں آنے کے لیے دروازہ کھولو جس کمرے میں تھے اس کا دروازہ بند تھا جس کمرے میں تھے وہ اس کا دروازہ بند تھا اور مسلمہ ان کے پاس تھی تو انہوں نے کہا کہ اس وقت بھی وہ ایک</w:t>
      </w:r>
    </w:p>
    <w:p>
      <w:r>
        <w:rPr>
          <w:b/>
        </w:rPr>
        <w:t xml:space="preserve">[33:57] </w:t>
      </w:r>
      <w:r>
        <w:t>ajeeb halat mein the maut se pehle ki baat hai kaha ke darwaza kholo firishte aa rahe hain to darwaza khola gaya is ke thori hi baad un ka death ho gayi thori der ke baad to yeh yeh is tarah ke waqiat tareekh mein bar bar hue hain maine kitabon mein padha hai lekin is waqt</w:t>
      </w:r>
    </w:p>
    <w:p>
      <w:pPr>
        <w:jc w:val="right"/>
      </w:pPr>
      <w:r>
        <w:t>عجیب حالت میں تھے موت سے پہلے کی بات ہے کہا کہ دروازہ کھولو فرشتے آ رہے ہیں تو دروازہ کھولا گیا اس کے تھوڑی ہی بعد ان کا ڈیتھ ہو گئی تھوڑی دیر کے بعد تو یہ یہ اس طرح کے واقعات تاریخ میں بار بار ہوئے ہیں میں نے کتابوں میں پڑھا ہے لیکن اس وقت</w:t>
      </w:r>
    </w:p>
    <w:p>
      <w:r>
        <w:rPr>
          <w:b/>
        </w:rPr>
        <w:t xml:space="preserve">[34:28] </w:t>
      </w:r>
      <w:r>
        <w:t>un ki awazein record nahi hui thi is liye mujhe un ko samajh mein nahi aata tha kya hai yeh lekin yeh direct taur par is admi ke ka awaz ka record ho gaya jo dekh raha tha dunya ko dekh kar bata raha tha hubza hubza yaani yahan ek wonderful world tumhara intezar kar raha hai kahan phanse ho tum log is ka matlab yeh hai aye</w:t>
      </w:r>
    </w:p>
    <w:p>
      <w:pPr>
        <w:jc w:val="right"/>
      </w:pPr>
      <w:r>
        <w:t>ان کی آوازیں ریکارڈ نہیں ہوئی تھیں اس لیے مجھے ان کو سمجھ میں نہیں آتا تھا کیا ہے یہ لیکن یہ ڈائریکٹ طور پر اس آدمی کے کا آواز کا ریکارڈ ہو گیا جو دیکھ رہا تھا دنیا کو دیکھ کر بتا رہا تھا حبذا حبذا یعنی یہاں ایک ونڈرفل ورلڈ تمہارا انتظار کر رہا ہے کہاں پھنسے ہو تم لوگ اس کا مطلب یہ ہے اے</w:t>
      </w:r>
    </w:p>
    <w:p>
      <w:r>
        <w:rPr>
          <w:b/>
        </w:rPr>
        <w:t xml:space="preserve">[34:58] </w:t>
      </w:r>
      <w:r>
        <w:t>logo aye dunya ke insanon aye tamam qaum ke logon yahan ek wonderful world tumhara intezar kar raha hai tum kahan phanse hue ho daudo is world ki taraf daudo apne aap ko is ka ahel banao to kal yeh sab baatein jo mujhe daryaft hui to mera ajeeb ajeeb mera haal ho gaya ajeeb haal ho gaya mera</w:t>
      </w:r>
    </w:p>
    <w:p>
      <w:pPr>
        <w:jc w:val="right"/>
      </w:pPr>
      <w:r>
        <w:t>لوگو اے دنیا کے انسانوں اے تمام قوم کے لوگوں یہاں ایک ونڈرفل ورلڈ تمہارا انتظار کر رہا ہے تم کہاں پھنسے ہوئے ہو دوڑو اس ورلڈ کی طرف دوڑو اپنے آپ کو اس کا اہل بناؤ تو کل یہ سب باتیں جو مجھے دریافت ہوئی تو میرا عجیب عجیب میرا حال ہو گیا عجیب حال ہو گیا میرا</w:t>
      </w:r>
    </w:p>
    <w:p>
      <w:r>
        <w:rPr>
          <w:b/>
        </w:rPr>
        <w:t xml:space="preserve">[35:29] </w:t>
      </w:r>
      <w:r>
        <w:t>bohat ajeeb haal ho gaya to dekhiye Quran ko padhein aap Quran ko aap padhein ghor se to Quran mein ek taraf batayega ke is dunya ka ek Rabbul Alameen hai Alhamdulillah Rabbil Alameen pehli ayat Quran ki hai pehli ayat is dunya ka ek Rab hai is ne sare alam ko paida kiya hai woh sare alam ka qayyum hai woh sare alam</w:t>
      </w:r>
    </w:p>
    <w:p>
      <w:pPr>
        <w:jc w:val="right"/>
      </w:pPr>
      <w:r>
        <w:t>بہت عجیب حال ہو گیا تو دیکھیے قرآن کو پڑھیں آپ قرآن کو آپ پڑھیں غور سے تو قرآن میں ایک طرف بتائے گا کہ اس دنیا کا ایک رب العالمین ہے الحمدللہ رب العالمین پہلی آیت قرآن کی ہے پہلی آیت اس دنیا کا ایک رب ہے اس نے سارے عالم کو پیدا کیا ہے وہ سارے عالم کا قیوم ہے وہ سارے عالم</w:t>
      </w:r>
    </w:p>
    <w:p>
      <w:r>
        <w:rPr>
          <w:b/>
        </w:rPr>
        <w:t xml:space="preserve">[35:59] </w:t>
      </w:r>
      <w:r>
        <w:t>ka manager hai woh sare alam ko manage kar raha hai poori poori history ko manage kar raha hai woh control ki hui hai woh poori tarah sari dunya is ke control mein hai phir Quran aap padhenge jo is ki of things hai Rabbul Alameen ki woh yeh hai is dunya mein insan ko kuch din rakha jaye aur uska record</w:t>
      </w:r>
    </w:p>
    <w:p>
      <w:pPr>
        <w:jc w:val="right"/>
      </w:pPr>
      <w:r>
        <w:t>کا مینیجر ہے وہ سارے عالم کو مینج کر رہا ہے پوری پوری ہسٹری کو مینج کر رہا ہے وہ کنٹرول کی ہوئی ہے وہ پوری طرح ساری دنیا اس کے کنٹرول میں ہے پھر قرآن آپ پڑھیں گے جو اس کی آف تھنگز ہے رب العالمین کی وہ یہ ہے اس دنیا میں انسان کو کچھ دن رکھا جائے اور اس کا ریک</w:t>
      </w:r>
    </w:p>
    <w:p>
      <w:r>
        <w:rPr>
          <w:b/>
        </w:rPr>
        <w:t xml:space="preserve">[36:29] </w:t>
      </w:r>
      <w:r>
        <w:t>record maintain kiya jaye kaise socha kya bola kya kya to paradise ek bohat hi high level ki colony hai jo Quran mein hai ke hasna ulaya ka rafiqa yaani paradise ek aisi colony hai jahan bohat hi aala qism ke log aala character ke log select kar ke poori history se select kar ke wahan rakhe jayenge yaani selected</w:t>
      </w:r>
    </w:p>
    <w:p>
      <w:pPr>
        <w:jc w:val="right"/>
      </w:pPr>
      <w:r>
        <w:t>ارڈ مینٹین کیا جائے کیسے سوچا کیا بولا کیا کیا تو پارڈائز ایک بہت ہی ہائی لیول کی کالونی ہے جو قرآن میں ہے کہ حسنہ اولائے کا رفیقہ یعنی پارڈائز ایک ایسی کالونی ہے جہاں بہت ہی اعلیٰ قسم کے لوگ اعلیٰ کریکٹر کے لوگ سلیکٹ کر کے پوری ہسٹری سے سلیکٹ کر کے وہاں رکھے جائیں گے یعنی سلیکٹڈ</w:t>
      </w:r>
    </w:p>
    <w:p>
      <w:r>
        <w:rPr>
          <w:b/>
        </w:rPr>
        <w:t xml:space="preserve">[37:00] </w:t>
      </w:r>
      <w:r>
        <w:t>individuals ki colony selected individuals ki colony is ka naam hai paradise to main jo Quran se samjha maine woh yeh hai ke dunya mein peshwa log paida hote hain peshwa log paida hote hain to jo Allah ke standard poore utrenge Rabbul Alameen ke jo standard hai jannat ke liye un ko to le liya jayega baqi logon ko koi universal hoga</w:t>
      </w:r>
    </w:p>
    <w:p>
      <w:pPr>
        <w:jc w:val="right"/>
      </w:pPr>
      <w:r>
        <w:t>انڈیویجولز کی کالونی سلیکٹڈ انڈیویجولز کی کالونی اس کا نام ہے پارڈائز تو میں جو قرآن سے سمجھا میں نے وہ یہ ہے کہ دنیا میں پیشوا لوگ پیدا ہوتے ہیں پیشوا لوگ پیدا ہوتے ہیں تو جو اللہ کے اسٹینڈرڈ پورے اتریں گے رب العالمین کے جو اسٹینڈرڈ ہے جنت کے لیے ان کو تو لے لیا جائے گا باقی لوگوں کو کوئی یونیورسل ہوگا</w:t>
      </w:r>
    </w:p>
    <w:p>
      <w:r>
        <w:rPr>
          <w:b/>
        </w:rPr>
        <w:t xml:space="preserve">[37:32] </w:t>
      </w:r>
      <w:r>
        <w:t>universal qaraqhana is mein daal diya jayega un ko yeh Quran se maloom hota hai aur Akhtar Siddiqui sahib ki jo yeh jo maine bataya is ko le kar ke to jaise lagta hai ke yeh to bol raha hai insan ki zaban se Khuda bol raha hai aye insan yahan maine yaani Allah ne tumhare liye ek wonderful dunya bana rakhi hai pard</w:t>
      </w:r>
    </w:p>
    <w:p>
      <w:pPr>
        <w:jc w:val="right"/>
      </w:pPr>
      <w:r>
        <w:t>یونیورسل قراخانہ اس میں ڈال دیا جائے گا ان کو یہ قرآن سے معلوم ہوتا ہے اور اختر صدیقی صاحب کی جو یہ جو میں نے بتایا اس کو لے کر کے تو جیسے لگتا ہے کہ یہ تو بول رہا ہے انسان کی زبان سے خدا بول رہا ہے اے انسان یہاں میں نے یعنی اللہ نے تمہارے لیے ایک ونڈرفل دنیا بنا رکھی ہے پارڈ</w:t>
      </w:r>
    </w:p>
    <w:p>
      <w:r>
        <w:rPr>
          <w:b/>
        </w:rPr>
        <w:t xml:space="preserve">[38:02] </w:t>
      </w:r>
      <w:r>
        <w:t>ise ki shakal mein to is ko apne ko qism banao is ke liye apne ko tayyar karo is ki taraf daudo is ki taraf daudo is ki taraf daudo yeh mujhe kal tajurba hua yeh baatein mujhe pehle bhi yaani kisi kisi ne kisi darje maloom thi lekin kal to bilkul aisa laga jaise ke mere aankhon ke samne hai har cheez hai har cheez aankhon ke samne hai</w:t>
      </w:r>
    </w:p>
    <w:p>
      <w:pPr>
        <w:jc w:val="right"/>
      </w:pPr>
      <w:r>
        <w:t>ائز کی شکل میں تو اس کو اپنے کو قسم بناؤ اس کے لیے اپنے کو تیار کرو اس کی طرف دوڑو اس کی طرف دوڑو اس کی طرف دوڑو یہ مجھے کل تجربہ ہوا یہ باتیں مجھے پہلے بھی یعنی کسی کسی نے کسی درجے معلوم تھیں لیکن کل تو بالکل ایسا لگا جیسے کہ میرے آنکھوں کے سامنے ہے ہر چیز ہے ہر چیز آنکھوں کے سامنے ہے</w:t>
      </w:r>
    </w:p>
    <w:p>
      <w:r>
        <w:rPr>
          <w:b/>
        </w:rPr>
        <w:t xml:space="preserve">[38:35] </w:t>
      </w:r>
      <w:r>
        <w:t>to main chahta hoon ke jo log meri awaz sun rahe hain woh is se sabak lein jo log meri awaz ko sun rahe hain woh is se sabak lein aur is ko apna mission banayein mission dunya ko batane ke liye jo log India ke andar India ke bahar meri awaz ko sun rahe hain un sab se main kahunga ke is se sabak lijiye apni</w:t>
      </w:r>
    </w:p>
    <w:p>
      <w:pPr>
        <w:jc w:val="right"/>
      </w:pPr>
      <w:r>
        <w:t>تو میں چاہتا ہوں کہ جو لوگ میری آواز سن رہے ہیں وہ اس سے سبق لیں جو لوگ میری آواز کو سن رہے ہیں وہ اس سے سبق لیں اور اس کو اپنا مشن بنائیں مشن دنیا کو بتانے کے لیے جو لوگ انڈیا کے اندر انڈیا کے باہر میری آواز کو سن رہے ہیں ان سب سے میں کہوں گا کہ اس سے سبق لیجئے اپنی</w:t>
      </w:r>
    </w:p>
    <w:p>
      <w:r>
        <w:rPr>
          <w:b/>
        </w:rPr>
        <w:t xml:space="preserve">[39:05] </w:t>
      </w:r>
      <w:r>
        <w:t>zindagi ka re-plan kijiye apni zindagi ko re-plan kijiye phir se re-discover kijiye zindagi ke mission ko aur isi ko le kar khare ho jaiye har doosri cheez ko Allah ke khwah mein daaliye apna chhod kar sun banaiye Allah ko aur paradise ko aur doosri tamam cheezon ko</w:t>
      </w:r>
    </w:p>
    <w:p>
      <w:pPr>
        <w:jc w:val="right"/>
      </w:pPr>
      <w:r>
        <w:t>زندگی کا ری پلان کیجئے اپنی زندگی کو ری پلان کیجئے پھر سے ری ڈسکور کیجئے زندگی کے مشن کو اور اسی کو لے کر کھڑے ہو جائیے ہر دوسری چیز کو اللہ کے خواہ میں ڈالیے اپنا چھوڑ کر سن بنائیے اللہ کو اور پارڈائز کو اور دوسری تمام چیزوں کو</w:t>
      </w:r>
    </w:p>
    <w:p>
      <w:r>
        <w:rPr>
          <w:b/>
        </w:rPr>
        <w:t xml:space="preserve">[39:35] </w:t>
      </w:r>
      <w:r>
        <w:t>Allah ke khwah mein daal diye secretary bana diye secretary to jo log meri awaz sun rahe hain un sab ko main yeh kahunga ke ab aap ke liye Allah ne jab is satah par khol diya hai mamle ko to aap ke liye koi chance nahi raha is level par jab Allah ne khol diya baat ko to aap ke liye koi chance nahi raha to har aadmi par farz hai ke woh</w:t>
      </w:r>
    </w:p>
    <w:p>
      <w:pPr>
        <w:jc w:val="right"/>
      </w:pPr>
      <w:r>
        <w:t>اللہ کے خواہ میں ڈال دیے سکریٹری بنا دیے سکریٹری تو جو لوگ میری آواز سن رہے ہیں ان سب کو میں یہ کہوں گا کہ اب آپ کے لیے اللہ نے جب اس سطح پر کھول دیا ہے معاملے کو تو آپ کے لیے کوئی چانس نہیں رہا اس لیول پر جب اللہ نے کھول دیا بات کو تو آپ کے لیے کوئی چانس نہیں رہا تو ہر آدمی پر فرض ہے کہ وہ</w:t>
      </w:r>
    </w:p>
    <w:p>
      <w:r>
        <w:rPr>
          <w:b/>
        </w:rPr>
        <w:t xml:space="preserve">[40:07] </w:t>
      </w:r>
      <w:r>
        <w:t>re-assess kare re apne apne darjaat ko re phir se qaim kare apni apni priority ko re-set kare har aadmi par farz hai ke woh apni priority ko re-set kare woh zindagi ka goal phir se banaye taake dekhiye akhirat ko qura</w:t>
      </w:r>
    </w:p>
    <w:p>
      <w:pPr>
        <w:jc w:val="right"/>
      </w:pPr>
      <w:r>
        <w:t>ری اسیس کرے ری اپنے اپنے درجات کو ری پھر سے قائم کرے اپنی اپنی پرائیورٹی کو ری سیٹ کرے ہر آدمی پر فرض ہے کہ وہ اپنی پرائیورٹی کو ری سیٹ کرے وہ زندگی کا گول پھر سے بنائے تاکہ دیکھیے آخرت کو قر</w:t>
      </w:r>
    </w:p>
    <w:p>
      <w:r>
        <w:rPr>
          <w:b/>
        </w:rPr>
        <w:t xml:space="preserve">[40:37] </w:t>
      </w:r>
      <w:r>
        <w:t>aan mein aur bible mein dono mein hasrat ka din kaha gaya yom ul hasra yeh bible mein bhi hai yeh quran mein bhi hai hasrat ka din to hum mein se har shakhs ke liye risk hai ke kahin hamare liye akhirat hasrat din na ban jaye to is se apne aap ko bachana hai is se apne aap ko bachana hai</w:t>
      </w:r>
    </w:p>
    <w:p>
      <w:pPr>
        <w:jc w:val="right"/>
      </w:pPr>
      <w:r>
        <w:t>آن میں اور بائبل میں دونوں میں حسرت کا دن کہا گیا یوم الحسرہ یہ بائبل میں بھی ہے یہ قرآن میں بھی ہے حسرت کا دن تو ہم میں سے ہر شخص کے لیے رسک ہے کہ کہیں ہمارے لیے آخرت حسرت دن نہ بن جائے تو اس سے اپنے آپ کو بچانا ہے اس سے اپنے آپ کو بچانا ہے</w:t>
      </w:r>
    </w:p>
    <w:p>
      <w:r>
        <w:rPr>
          <w:b/>
        </w:rPr>
        <w:t xml:space="preserve">[41:08] </w:t>
      </w:r>
      <w:r>
        <w:t>to aaj aap logon ke liye mere paas yahi message hai jo kal mujhe discover hua aur bohat shiddat ke sath mein chahta hoon ke har aadmi ko yeh discovery ho jaye har aadmi ko par woh waqt anay wala hai jo akhtar siddique ka purana aaya kal nafs zaa'iqatul maut</w:t>
      </w:r>
    </w:p>
    <w:p>
      <w:pPr>
        <w:jc w:val="right"/>
      </w:pPr>
      <w:r>
        <w:t>تو آج آپ لوگوں کے لیے میرے پاس یہی میسج ہے جو کل مجھے ڈسکور ہوا اور بہت شدت کے ساتھ میں چاہتا ہوں کہ ہر آدمی کو یہ ڈسکوری ہو جائے ہر آدمی کو پر وہ وقت آنے والا ہے جو اختر صدیق کا پرانا آیا کل نفس ضائع الموت</w:t>
      </w:r>
    </w:p>
    <w:p>
      <w:r>
        <w:rPr>
          <w:b/>
        </w:rPr>
        <w:t xml:space="preserve">[41:41] </w:t>
      </w:r>
      <w:r>
        <w:t>woh waqt har ek par anay wala hai is liye kisi ka exception nahi to us waqt ke anay se pehle pehle hum faisla le lein us waqt ka kyunke waqt jab aa jaye ga to faisla lene ka waqt khatam ho chuka hoga to mein apne liye aap ke liye jo log meri awaz suntay hain un</w:t>
      </w:r>
    </w:p>
    <w:p>
      <w:pPr>
        <w:jc w:val="right"/>
      </w:pPr>
      <w:r>
        <w:t>وہ وقت ہر ایک پر آنے والا ہے اس لیے کسی کا ایکسیپشن نہیں تو اس وقت کے آنے سے پہلے پہلے ہم فیصلہ لے لیں اس وقت کا کیونکہ وقت جب آ جائے گا تو فیصلہ لینے کا وقت ختم ہو چکا ہوگا تو میں اپنے لیے آپ کے لیے جو لوگ میری آواز سنتے ہیں ان</w:t>
      </w:r>
    </w:p>
    <w:p>
      <w:r>
        <w:rPr>
          <w:b/>
        </w:rPr>
        <w:t xml:space="preserve">[42:11] </w:t>
      </w:r>
      <w:r>
        <w:t>sab ke liye aur yeh awaz sab ko pohanchana hai sab ko aap ko yeh awaz sab tak pohanchana hai yahan tak ke sorry dunya poori dunya mein koi is se bekhabar na rahe poori dunya mein koi Allah rab ul alameen ki jo scheme hai is se bekhabar na rahe koi is se bekhabar na rahe</w:t>
      </w:r>
    </w:p>
    <w:p>
      <w:pPr>
        <w:jc w:val="right"/>
      </w:pPr>
      <w:r>
        <w:t>سب کے لیے اور یہ آواز سب کو پہنچانا ہے سب کو آپ کو یہ آواز سب تک پہنچانا ہے یہاں تک کہ سوری دنیا پوری دنیا میں کوئی اس سے بے خبر نہ رہے پوری دنیا میں کوئی اللہ رب العالمین کی جو اسکیم ہے اس سے بے خبر نہ رہے کوئی اس سے بے خبر نہ رہے</w:t>
      </w:r>
    </w:p>
    <w:p>
      <w:r>
        <w:rPr>
          <w:b/>
        </w:rPr>
        <w:t xml:space="preserve">[42:44] </w:t>
      </w:r>
      <w:r>
        <w:t>jo bhi tareeqay hain logon ko ba khabar karne ke liye woh apnaayein is mein aisa na ho ke woh jo maine qissa bataya aap ko ke zindagi sirf aik bar milti hai yeh kehna pade kyunke aap jantay hain ke aadmi is is dunya mein dobara loot kar anay wala nahi hai</w:t>
      </w:r>
    </w:p>
    <w:p>
      <w:pPr>
        <w:jc w:val="right"/>
      </w:pPr>
      <w:r>
        <w:t>جو بھی طریقے ہیں لوگوں کو باخبر کرنے کے لیے وہ اپنائیے اس میں ایسا نہ ہو کہ وہ جو میں نے قصہ بتایا آپ کو کہ زندگی صرف ایک بار ملتی ہے یہ کہنا پڑے کیونکہ آپ جانتے ہیں کہ آدمی اس اس دنیا میں دوبارہ لوٹ کرنے والا نہیں ہے</w:t>
      </w:r>
    </w:p>
    <w:p>
      <w:r>
        <w:rPr>
          <w:b/>
        </w:rPr>
        <w:t xml:space="preserve">[43:17] </w:t>
      </w:r>
      <w:r>
        <w:t>to meri dua hai ke Allah taala mujh ko aur aap ko tofeeq de ke hum sachai ko janen aur apne aap ko is par chalayein rabana atina fid dunya hasana wa fil akhirati hasana wa qina azab an nar salam o alaikum wa rahmatullahi</w:t>
      </w:r>
    </w:p>
    <w:p>
      <w:pPr>
        <w:jc w:val="right"/>
      </w:pPr>
      <w:r>
        <w:t>تو میری دعا ہے کہ اللہ تعالی مجھ کو اور آپ کو توفیق دے کہ ہم سچائی کو جانیں اور اپنے آپ کو اس پر چلائیں ربنا اتنا فی الدنیا حسنہ وفی الاخرۃ حسنہ وقنا عذاب النار السلام علیکم ورحمۃ اللہ</w:t>
      </w:r>
    </w:p>
    <w:p>
      <w:r>
        <w:rPr>
          <w:b/>
        </w:rPr>
        <w:t xml:space="preserve">[43:58] </w:t>
      </w:r>
      <w:r>
        <w:t>okay be starting with the question answer session now all the online viewers can send questions info at cpsglobal.org one request facebook viewers please mention your location when you post your question in the comment section Maulana sab se pehle comments lena chahenge aaj sawal kam hain aur comments zyada hain pehla comment bheja hai</w:t>
      </w:r>
    </w:p>
    <w:p>
      <w:pPr>
        <w:jc w:val="right"/>
      </w:pPr>
      <w:r>
        <w:t>اوکے بی سٹارٹنگ ودی کوسن انسر سیشن ناؤ ال دی ان لائن ویورز کین سینڈ کوسن انفو ایٹ سی پی ایس گلوبل ڈاٹ اور جی ون ریکویسٹ فیس بک ویورز پلیز مینشن یور لوکیشن ون یو پوسٹ یور کوسن ان دی کمنٹ سیکشن مولانا سب سے پہلے کمنٹس لینا چاہیں گے اج سوال کم ہیں اور کمنٹس زیادہ ہیں پہلا کمنٹ بھیجا ہے</w:t>
      </w:r>
    </w:p>
    <w:p>
      <w:r>
        <w:rPr>
          <w:b/>
        </w:rPr>
        <w:t xml:space="preserve">[44:28] </w:t>
      </w:r>
      <w:r>
        <w:t>Shafiq Ahmed Dar sahib ne Srinagar se unhon ne likha hai today i have learnt that death is not end of life and world is not a permanent place death is the only vehicle which leads us to next world that is jannah present world's nature is introduction of jannah and modern science has explored this introduction for us parvez zargar</w:t>
      </w:r>
    </w:p>
    <w:p>
      <w:pPr>
        <w:jc w:val="right"/>
      </w:pPr>
      <w:r>
        <w:t>شفیع احمد ڈار صاحب نے شیری نگر سے انہوں نے لکھا ہے ٹوڈے ائی ہیو لرنٹ دیٹ ڈیتھ از ناٹ اینڈ اف لائف اینڈ ورلڈ از ناٹ ا پرماننٹ پلیس ڈیتھ از دی اونلی وائیکل وچ لیڈز اس ٹو نیکسٹ ورلڈ دیٹ از جنہ پریزنٹ ورلڈز نیچر از انٹروڈکشن اف جنہ اینڈ ماڈرن سائنس ہیز ایکسپلورڈ دس انٹروڈکشن فار اس پرویز زرگار</w:t>
      </w:r>
    </w:p>
    <w:p>
      <w:r>
        <w:rPr>
          <w:b/>
        </w:rPr>
        <w:t xml:space="preserve">[44:58] </w:t>
      </w:r>
      <w:r>
        <w:t>sahib ne Srinagar se likha hai very nice Maulana sahib thank you for enlightening the ummah Mushahid Ali sahib ne likha hai Ajmer se unhon ne likha hai Maulana sahib only you have taught us the meaning of creation plan of God may Allah bless you always jazak Allah Faisal Saleem sahib ne Srinagar se likha hai Maulana sahib what an enlightening lesson for us to dig our minds to understand the world of para</w:t>
      </w:r>
    </w:p>
    <w:p>
      <w:pPr>
        <w:jc w:val="right"/>
      </w:pPr>
      <w:r>
        <w:t>صاحب نے سری نگر سے لکھا ہے ویری نائس مولانا صاحب تھینک یو فار انلائٹننگ دی امہ مشاہد علی صاحب نے لکھا ہے اجمیر سے انہوں نے لکھا ہے مولانا صاحب اونلی یو ہیو ٹوٹ اس دا میننگ اف کریشن پلان اف گاڈ میں اللہ بلیس یو الویز جزاک اللہ فیصل سلیم صاحب نے سری نگر سے لکھا ہے مولانا صاحب واٹ این انلائٹننگ لیسن فار اس ٹو ڈگ اور مائنڈز ٹو انڈرسٹینڈ دی ورلڈ اف پیرا</w:t>
      </w:r>
    </w:p>
    <w:p>
      <w:r>
        <w:rPr>
          <w:b/>
        </w:rPr>
        <w:t xml:space="preserve">[45:28] </w:t>
      </w:r>
      <w:r>
        <w:t>dise in the positive sense Tariq Badar sahib ne likha hai Pakistan se we discovered jannah again today Maulana Iqbal Umri ne Chennai se likha hai world of nature is the introduction of paradise and all our desires will be fulfilled in paradise jazak Allah Maulana sahib Atar Atar Rehman Syed sahib ne Pakistan se likha hai i have introduced cps</w:t>
      </w:r>
    </w:p>
    <w:p>
      <w:pPr>
        <w:jc w:val="right"/>
      </w:pPr>
      <w:r>
        <w:t>ڈائز ان دا پوزیٹیو سینس طارق بدر صاحب نے لکھا ہے پاکستان سے وی ڈسکورڈ جنت اگین ٹوڈے مولانا اقبال عمری نے چنئی سے لکھا ہے ورلڈ اف نیچر از دی انٹروڈکشن اف پیراڈائز اینڈ ال ار ڈیزائرز ول بی فلفلڈ ان پیراڈائز جزاک اللہ مولانا صاحب اطر اطر الرحمان سید صاحب نے پاکستان سے لکھا ہے ائی ہیو انٹروڈیوس سی پی</w:t>
      </w:r>
    </w:p>
    <w:p>
      <w:r>
        <w:rPr>
          <w:b/>
        </w:rPr>
        <w:t xml:space="preserve">[45:58] </w:t>
      </w:r>
      <w:r>
        <w:t>to many people and i write to them about myself and the objective of cps in terms of promoting peace and co existence i have also been introducing cps website to many people Shahnawaz Zafar sahib ne Delhi se likha hai Maulana i have been studying Quran and trying to understand the meaning in between the lines your lecture provides me bigger lessons what i am suppose</w:t>
      </w:r>
    </w:p>
    <w:p>
      <w:pPr>
        <w:jc w:val="right"/>
      </w:pPr>
      <w:r>
        <w:t>ایس ٹو مینی پیپل اینڈ ائی رائٹ ٹو دیم اباؤٹ مائی سیلف اینڈ دی ابجیکٹو اف سی پی ایس ان ٹرمز اف پروموٹنگ پیس اینڈ کو ایگزسٹنس ائی ہیو السو بین انٹروڈیوسنگ سی پی ایس ویب سائٹ ٹو مینی پیپل شاہنواز ظفر صاحب نے دلی سے لکھا ہے مولانا ائی ہیو بین سٹڈنگ قران اینڈ ٹرائینگ ٹو انڈرسٹینڈ دا میننگ ان بٹوین دا لائنز یور لیکچر پرووائیڈز می بیگر لیسنز واٹ ائی ایم سپوز</w:t>
      </w:r>
    </w:p>
    <w:p>
      <w:r>
        <w:rPr>
          <w:b/>
        </w:rPr>
        <w:t xml:space="preserve">[46:28] </w:t>
      </w:r>
      <w:r>
        <w:t>to learn from Quran after giving serious thought process your today lecture was a mirror for me to understand our community and to introspect myself i am blessed that you are here with me Maulana ab sawal lete hain yeh sawal Miss Naghma Siddiqui ne bheja hai Delhi se unhon ne likha hai Maulana can you give a formula to remain</w:t>
      </w:r>
    </w:p>
    <w:p>
      <w:pPr>
        <w:jc w:val="right"/>
      </w:pPr>
      <w:r>
        <w:t>ٹو لرن فرام قران افٹر گیونگ سیریس تھاٹ پروسیس یور ٹوڈے لیکچر واز ا مرر فار می ٹو انڈرسٹینڈ اور کمیونٹی اینڈ ٹو انٹروسپیکٹ مائی سیلف ائی ایم بلیس دیٹ یو ار ہیر ود می مولانا اب سوال لیتے ہیں یہ سوال مس نغمہ صدیقی نے بھیجا ہے دلی سے انہوں نے لکھا ہے مولانا کین یو گیو ا فارمولا ٹو ریمین</w:t>
      </w:r>
    </w:p>
    <w:p>
      <w:r>
        <w:rPr>
          <w:b/>
        </w:rPr>
        <w:t xml:space="preserve">[46:59] </w:t>
      </w:r>
      <w:r>
        <w:t>patient and positive in the problems of today world to get paradise of tomorrow dekhiye beginning to sirf aik hi hai pehle bhi thi aaj bhi jo quran mein hai ke Allah yani Allah hi akela aap ka consent ban jaye yahi beginning hai yahin se tamam darwaze khulte hain</w:t>
      </w:r>
    </w:p>
    <w:p>
      <w:pPr>
        <w:jc w:val="right"/>
      </w:pPr>
      <w:r>
        <w:t>پیشنٹ اینڈ پوزیٹیو ان دی پرابلمز اف ٹوڈے ورلڈ ٹو گیٹ پیراڈائز اف ٹومارو دیکھیے بگننگ تو صرف ایک ہی ہے پہلے بھی تھی اج بھی جو قران میں ہے کہ اللہ یعنی اللہ ہی اکیلا اپ کا کنسنٹ بن جائے یہی بگننگ ہے یہیں سے تمام ڈور کھلتے ہیں</w:t>
      </w:r>
    </w:p>
    <w:p>
      <w:r>
        <w:rPr>
          <w:b/>
        </w:rPr>
        <w:t xml:space="preserve">[47:32] </w:t>
      </w:r>
      <w:r>
        <w:t>Allah ka matlab yeh hai ke Allah rab ul alameen aap ka sole consent ban jaye sole consent ban jaye sole consent ban jaye har doosri secretary har doosri secretary har doosri secretary he is the beginning jo aadmi chahta hai ke woh sachai mile us ko woh paradise mile us ko to is ke liye koi doosra doosra koi bhi choice nahi hai sab se pehle aap ko Allah rab ul alameen ko apna sole consent banna</w:t>
      </w:r>
    </w:p>
    <w:p>
      <w:pPr>
        <w:jc w:val="right"/>
      </w:pPr>
      <w:r>
        <w:t>اللہ کا مطلب یہ ہے کہ اللہ رب العالمین اپ کا سول کنسنٹ بن جائے سول کنسنٹ بن جائے سول کنسنٹ بن جائے ہر دوسری سکرٹری ہر دوسری سکرٹری ہر دوسری سکرٹری ہی از دی بگننگ جو ادمی چاہتا ہے کہ وہ سچائی ملے اس کو وہ پیراڈائز ملے اس کو تو اس کے لیے کوئی دوسرا دوسرا کوئی بھی چوائس نہیں ہے سب سے پہلے اپ کو اللہ رب العالمین کو اپنا سول کنسنٹ بننا</w:t>
      </w:r>
    </w:p>
    <w:p>
      <w:r>
        <w:rPr>
          <w:b/>
        </w:rPr>
        <w:t xml:space="preserve">[48:02] </w:t>
      </w:r>
      <w:r>
        <w:t>hai dil o jaan ke sath tab darwaze khulenge nahi to darwaze band rahenge Maulana agla sawal Kanpur se Miss Zubaida Ali ne likha hai unhon ne poocha hai aap se ke Maulana sahib i lost both my kids at an early age and i have now devoted myself for dawah work but i continuously feel the emotional p</w:t>
      </w:r>
    </w:p>
    <w:p>
      <w:pPr>
        <w:jc w:val="right"/>
      </w:pPr>
      <w:r>
        <w:t>ہے دل و جان کے ساتھ تب دروازے کھلیں گے نہیں تو دروازے بند رہیں گے مولانا اگلا سوال کانپور سے مس زبیدہ علی نے لکھا ہے انہوں نے پوچھا ہے اپ سے کہ مولانا صاحب ائی لاسٹ بوتھ مائی کڈز ایٹ این ارلی ایج اینڈ ائی ہیو ناؤ ڈیووٹڈ مائی سیلف فار دعوی ورک بٹ ائی کنٹینیوسلی فیل دا ایموشنل پ</w:t>
      </w:r>
    </w:p>
    <w:p>
      <w:r>
        <w:rPr>
          <w:b/>
        </w:rPr>
        <w:t xml:space="preserve">[48:32] </w:t>
      </w:r>
      <w:r>
        <w:t>ain of losing my kids please advise me how to manage my emotional pain dekhen quran ne is ka formula bataya gaya hai is ka formula woh yeh hai ke bachay agar early age mein mar jayein to un ki jannat yaqini hai un ki jannat mein koi shaq nahi bachay agar early age mein mar jayein to un ki jannat yaqini hai</w:t>
      </w:r>
    </w:p>
    <w:p>
      <w:pPr>
        <w:jc w:val="right"/>
      </w:pPr>
      <w:r>
        <w:t>ین اف لوزنگ مائی کڈز پلیز ایڈوائز می ہاؤ ٹو مینج مائی ایموشنل پین دیکھیں قران نے اس کا فارمولا بتایا گیا ہے اس کا فارمولا وہ یہ ہے کہ بچے اگر ارلی ایج میں مر جائیں تو ان کی جنت یقینی ہے ان کی جنت میں کوئی شک نہیں بچے اگر ارلی ایج میں مر جائیں تو ان کی جنت یقینی ہے</w:t>
      </w:r>
    </w:p>
    <w:p>
      <w:r>
        <w:rPr>
          <w:b/>
        </w:rPr>
        <w:t xml:space="preserve">[49:02] </w:t>
      </w:r>
      <w:r>
        <w:t>to un ko to aap ko samajh aaiye ke bohat bohat lucky log thay woh koi jannat pakki ho gayi un ki ab aap ko apne aap ko banana hai jannati taake wahan saath ho jaye aap ke yeh quran mein yeh baat yeh formula diya gaya hai alhaqna zaruri hai to woh to jannati ho chuke ab aap jannati kaam karein taake aap aur woh dono aik sath ho jayein akhirat ki jannat mein bilkul yahi formula</w:t>
      </w:r>
    </w:p>
    <w:p>
      <w:pPr>
        <w:jc w:val="right"/>
      </w:pPr>
      <w:r>
        <w:t>تو ان کو تو اپ کو سمجھ ائیے کہ بہت بہت لکی لوگ تھے وہ کوئی جنت پکی ہو گئی ان کی اب اپ کو اپنے اپ کو بنانا ہے جنتی تاکہ وہاں ساتھ ہو جائے اپ کے یہ قران میں یہ بات یہ فارمولا دیا گیا ہے الحقنا ضروری ہے تو وہ تو جنتی ہو چکے اب اپ جنتی کام کریں تاکہ اپ اور وہ دونوں ایک ساتھ ہو جائیں اخرت کی جنت میں بالکل یہی فارمولا</w:t>
      </w:r>
    </w:p>
    <w:p>
      <w:r>
        <w:rPr>
          <w:b/>
        </w:rPr>
        <w:t xml:space="preserve">[49:32] </w:t>
      </w:r>
      <w:r>
        <w:t>quran mein bataya gaya hai ji Maulana agla sawal Muhammad Afif Javed sahib ne Delhi se bheja hai unhon ne likha hai it is my pleasure to attend your lecture today i want to ask one question as you said today that personality remains the same but the body changes kindly clarify this statement as my point of view is</w:t>
      </w:r>
    </w:p>
    <w:p>
      <w:pPr>
        <w:jc w:val="right"/>
      </w:pPr>
      <w:r>
        <w:t>قران میں بتایا گیا ہے جی مولانا اگلا سوال محمد عفیف جاوید صاحب نے دلی سے بھیجا ہے انہوں نے لکھا ہے اٹ از مائی پلیژر ٹو اٹینڈ یور لیکچر ٹوڈے ائی وانٹ ٹو اسک ون کوسچن ایز یو سیڈ ٹوڈے دیٹ پرسنیلٹی ریمینز دا سیم بٹ دا باڈی چینجز کائنڈلی کلیریفائی دس سٹیٹمنٹ ایز مائی پوائنٹ اف ویو از</w:t>
      </w:r>
    </w:p>
    <w:p>
      <w:r>
        <w:rPr>
          <w:b/>
        </w:rPr>
        <w:t xml:space="preserve">[50:03] </w:t>
      </w:r>
      <w:r>
        <w:t>that personality also changes by way of changing one's way of life please comment on this nahi dekhiye is par to baqayda research hui hai aur aik mustaqil aik is ka woh hai yani ilm ka shoba hai jis ko kehte hain psychological research ilm ka aik shoba hai baqayda personality ki research ka usay kehte hain psychological research</w:t>
      </w:r>
    </w:p>
    <w:p>
      <w:pPr>
        <w:jc w:val="right"/>
      </w:pPr>
      <w:r>
        <w:t>دیٹ پرسنیلٹی السو چینجز بائی وے اف چینجنگ ونز وے اف لائف پلیز کمنٹ ان دس نہیں دیکھیے اس پر تو باقاعدہ ریسرچ ہوئی ہے اور ایک مستقل ایک اس کا وہ ہے یعنی علم کا شعبہ ہے جس کو کہتے ہیں ساقکل ریسرچ علم کا ایک شعبہ ہے باقاعدہ پرسنیلٹی کی ریسرچ کا اسے کہتے ہیں ساقکل ریسرچ</w:t>
      </w:r>
    </w:p>
    <w:p>
      <w:r>
        <w:rPr>
          <w:b/>
        </w:rPr>
        <w:t xml:space="preserve">[50:34] </w:t>
      </w:r>
      <w:r>
        <w:t>is se establish ho gaya hai ke personality badalti nahi isi ka aik scientist ne kaha hai ke personality is change nesence in change ab mein khud apna tajurba batata hoon aap ko ke mein jab paanch saal ka tha paanch saal ka tha to mere sar par yahan aik bohat bara phora nikla tha woh operation kiya gaya tha aaj bhi is ka nishan hai x ke shakal mein x aaj bhi</w:t>
      </w:r>
    </w:p>
    <w:p>
      <w:pPr>
        <w:jc w:val="right"/>
      </w:pPr>
      <w:r>
        <w:t>اس سے اسٹیبلش ہو گیا ہے کہ پرسنیلٹی بدلتی نہیں اسی کا ایک سائنٹسٹ نے کہا ہے کہ پرسنیلٹی از چینج نیسنس ان چینج اب میں خود اپنا تجربہ بتاتا ہوں اپ کو کہ میں جب پانچ سال کا تھا پانچ سال کا تھا تو میرے سر پر یہاں ایک بہت بڑا پھوڑا نکلا تھا وہ اپریشن کیا گیا تھا اج بھی اس کا نشان ہے ایکس کے شکل میں ایکس اج بھی</w:t>
      </w:r>
    </w:p>
    <w:p>
      <w:r>
        <w:rPr>
          <w:b/>
        </w:rPr>
        <w:t xml:space="preserve">[51:05] </w:t>
      </w:r>
      <w:r>
        <w:t>ab ankhon ke samne mera scene hai woh ke mera baap mujh ko apni god mein liye hue hai aur aik zara mera operation kar raha hai bilkul abhi bhi vivid memory mein mere to is beech mein to mere cell saare toot gaye saare aik bhi cell guzarnay ki wajah se tha mere baqi nahi hai to woh woh memory kahan hai woh personality mein hai yani jab mein paanch saal tha</w:t>
      </w:r>
    </w:p>
    <w:p>
      <w:pPr>
        <w:jc w:val="right"/>
      </w:pPr>
      <w:r>
        <w:t>اب انکھوں کے سامنے میرا سین ہے وہ کہ میرا باپ میرے باپ مجھ کو اپنی گود میں لیے ہوئے ہیں اور ایک ذرہ میرا اپریشن کر رہا ہے بالکل ابھی بھی ویوڈ میموری میں میرے تو اس بیچ میں تو میرے سیل سارے ٹوٹ گئے سارے ایک بھی سیل گزرانے کی وجہ سے تھا میرے باقی نہیں ہے تو وہ وہ میموری کہاں ہے وہ پرسنیلٹی میں ہے یعنی جب میں پانچ سال تھا</w:t>
      </w:r>
    </w:p>
    <w:p>
      <w:r>
        <w:rPr>
          <w:b/>
        </w:rPr>
        <w:t xml:space="preserve">[51:36] </w:t>
      </w:r>
      <w:r>
        <w:t>ab meri umar taqreeban 90 saal ho chuki hai to paanch saal ki umar mein aik waqia hua ke sanjar pur aik wahan par aik town tha wahan se aik aadmi bulaya gaya zara mere baap us ko god mein le ke baithe us ne us ko do dist lagaya aaj tak is ka nishan hai to mein bilkul dekh raha hoon woh word bhi mujhe yaad hai ab tak jo woh bola tha us waqt</w:t>
      </w:r>
    </w:p>
    <w:p>
      <w:pPr>
        <w:jc w:val="right"/>
      </w:pPr>
      <w:r>
        <w:t>اب میری عمر تقریبا 90 سال ہو چکی ہے تو پانچ سال کی عمر میں ایک واقعہ ہوا کہ سنجر پور ایک وہاں پر ایک ٹاؤن تھا وہاں سے ایک ادمی بلایا گیا ذرا میرے باپ اس کو گود میں لے کے بیٹھے اس نے اس کو دو ڈسٹر لگایا اج تک اس کا نشان ہے تو میں بالکل دیکھ رہا ہوں وہ ورڈ بھی مجھے یاد ہے اب تک جو وہ بولا تھا اس وقت</w:t>
      </w:r>
    </w:p>
    <w:p>
      <w:r>
        <w:rPr>
          <w:b/>
        </w:rPr>
        <w:t xml:space="preserve">[52:07] </w:t>
      </w:r>
      <w:r>
        <w:t>dehati zuban mein bola tha mein ke abba abba abbu ka dadi papa dhus dhusadiya ab tak mujhe yaad hai abba abbu ka naun papa dhusadiya to kahan hai yeh yahan yeh memory kahan hai yeh meri personality mein hai jo body se bahar hai kyunke body to khatam ho chuka yeh to scientific scientific</w:t>
      </w:r>
    </w:p>
    <w:p>
      <w:pPr>
        <w:jc w:val="right"/>
      </w:pPr>
      <w:r>
        <w:t>دیہاتی زبان میں بولا تھا میں کہ ابا ابا ابو کا ڈاؤ پاپا دھس دھسا دیا اب تک مجھے یاد ہے ابا ابو کا ناؤ پاپا دھسایا دیا تو کہاں ہے یہ یہاں یہ میموری کہاں ہے یہ میری پرسنیلٹی میں ہے جو باڈی سے باہر ہے کیونکہ باڈی تو ختم ہو چکا یہ تو سائنٹیفک سائنٹیفک</w:t>
      </w:r>
    </w:p>
    <w:p>
      <w:r>
        <w:rPr>
          <w:b/>
        </w:rPr>
        <w:t xml:space="preserve">[52:37] </w:t>
      </w:r>
      <w:r>
        <w:t>study se prove ho chuka hai ke meri body har das saal mein badal jati hai aik aik cell badal jata hai aik aik cell to personality aik ka independent hona yeh to sabit ho chuka hai aap jo na maane to mein kya karoon is ke liye ji Maulana ya is sawal mein shayad yeh bhi hai ke woh soul aur jo aik insaan ki jo individual</w:t>
      </w:r>
    </w:p>
    <w:p>
      <w:pPr>
        <w:jc w:val="right"/>
      </w:pPr>
      <w:r>
        <w:t>اسٹڈی سے پرو ہو چکا ہے کہ میری باڈی ہر دس سال میں بدل جاتی ہے ایک ایک سیل بدل جاتا ہے ایک ایک سیل تو پرسنیلٹی ایک کا انڈیپینڈنٹ ہونا یہ تو ثابت ہو چکا ہے اپ جو نہ مانے تو میں کیا کروں اس کے لیے جی مولانا یا اس سوال میں شاید یہ بھی ہے کہ وہ سول اور جو ایک انسان کی جو انڈیویجول</w:t>
      </w:r>
    </w:p>
    <w:p>
      <w:r>
        <w:rPr>
          <w:b/>
        </w:rPr>
        <w:t xml:space="preserve">[53:07] </w:t>
      </w:r>
      <w:r>
        <w:t>thinking hai us ke beech mein woh confuse ho rahe hain ke soul to kabhi bhi change nahi hoti but de conditioning se jaise aap hamesha advice karte hain ke hum apne aap ko badal sakte hain apni soch ko badal sakte hain dekhiye yeh word ki baat hai aik hi cheez hai chahe mind kahein chahe soul kahein chahe spirit kahein woh aik hi personality hai kai cheez nahi hai insaan ke andar sirf do cheezein hain body aur</w:t>
      </w:r>
    </w:p>
    <w:p>
      <w:pPr>
        <w:jc w:val="right"/>
      </w:pPr>
      <w:r>
        <w:t>تھنکنگ ہے اس کے بیچ میں وہ کنفیوز ہو رہے ہیں کہ سول تو کبھی بھی چینج نہیں ہوتی بٹ ڈی کنڈیشننگ سے جیسے اپ ہمیشہ ایڈوائس کرتے ہیں کہ ہم اپنے اپ کو بدل سکتے ہیں اپنی سوچ کو بدل سکتے ہیں دیکھیے یہ ورڈ کی بات ہے ایک ہی چیز ہے چاہے مائنڈ کہیں چاہے سول کہیں چاہے سپرٹ کہیں وہ ایک ہی پرسنیلٹی ہے کئی چیز نہیں ہے انسان کے اندر صرف دو چیزیں ہیں باڈی اور</w:t>
      </w:r>
    </w:p>
    <w:p>
      <w:r>
        <w:rPr>
          <w:b/>
        </w:rPr>
        <w:t xml:space="preserve">[53:38] </w:t>
      </w:r>
      <w:r>
        <w:t>soul ya personality to personality kahiye soul kahiye spirit kahiye mind kahiye sab ek hi cheez hai do hi insan mein hai personality aur body to body har badalta hai aur personality badalti nahi ye sab cheezein establish ho chuki hain jo is ko shakk kare to aise hai ke establish ho gaya hai duniya mein ke suraj nahi ghoomta zameen ke gird balkeh zameen</w:t>
      </w:r>
    </w:p>
    <w:p>
      <w:pPr>
        <w:jc w:val="right"/>
      </w:pPr>
      <w:r>
        <w:t>سول یا پرسنیلٹی تو پرسنیلٹی کہیے سول کہیے اسپرٹ کہیے مائنڈ کہیے سب ایک ہی چیز ہے دو ہی انسان میں ہے پرسنیلٹی اور باڈی تو باڈی ہر بدلتا ہے اور پرسنیلٹی بدلتی نہیں یہ سب چیزیں اسٹیبلش ہو چکی ہیں جو اس کو شک کرے تو ایسے ہے کہ اسٹیبلش ہو گیا ہے دنیا میں کہ سورج نہیں گھومتا زمین کے گرد بلکہ زمین</w:t>
      </w:r>
    </w:p>
    <w:p>
      <w:r>
        <w:rPr>
          <w:b/>
        </w:rPr>
        <w:t xml:space="preserve">[54:08] </w:t>
      </w:r>
      <w:r>
        <w:t>gharti hai suraj ki ye to establish ho chuka ab is ko koi na maane to main kya karoon is ko ji Maulana agla sawal kya hai Mr Vaibhav Madan ne Gurgaon se unhone likha hai thank you Maulana sahib for this enlightening lesson today as per Quran we all are being tested as per our performance here in this life and we will be awarded with paradise or hell in the hereafter</w:t>
      </w:r>
    </w:p>
    <w:p>
      <w:pPr>
        <w:jc w:val="right"/>
      </w:pPr>
      <w:r>
        <w:t>گھرتی ہے سورج کی یہ تو اسٹیبلش ہو چکا اب اس کو کوئی نہ مانے تو میں کیا کروں اس کو جی مولانا اگلا سوال کیا ہے مسٹر ویبھو مدان نے گڑگاؤں سے انہوں نے لکھا ہے تھینک یو مولانا صاحب فار دس انلائٹننگ لیسن ٹوڈے ایز پر قران وی ال ار بینگ ٹیسٹڈ ایز پر اور پرفارمنس ہیئر ان دس لائف اینڈ وی ول بی اوارڈڈ ود پیراڈائز اور ہیل ان دی ہیئر افٹر</w:t>
      </w:r>
    </w:p>
    <w:p>
      <w:r>
        <w:rPr>
          <w:b/>
        </w:rPr>
        <w:t xml:space="preserve">[54:39] </w:t>
      </w:r>
      <w:r>
        <w:t>however i understand that we all are children of Allah and we all deserve to be in paradise so my question is that why are we then being tested dekhiye apne mind se aap soch rahe hain aap Quran mein jo God ki scope of things di gayi us ke sochiye uska ye hai ke God ne universe ko banaya</w:t>
      </w:r>
    </w:p>
    <w:p>
      <w:pPr>
        <w:jc w:val="right"/>
      </w:pPr>
      <w:r>
        <w:t>ہاؤ ایور ائی انڈرسٹینڈ دیٹ وی ال ار چلڈرن اف اللہ اینڈ وی ال ڈیزرو ٹو بی ان پیراڈائز سو مائی کوسچن از دیٹ وائی ار وی دین بینگ ٹیسٹڈ دیکھیے اپنے مائنڈ سے اپ سوچ رہے ہیں اپ قران میں جو گاڈ کی اسکیپ اف تھنگز دی گئی اس کے سوچیے اس کا یہ ہے کہ گاڈ نے یونیورس کو بنایا</w:t>
      </w:r>
    </w:p>
    <w:p>
      <w:r>
        <w:rPr>
          <w:b/>
        </w:rPr>
        <w:t xml:space="preserve">[55:09] </w:t>
      </w:r>
      <w:r>
        <w:t>material world ko to wo us ke andar koi soch nahi hai us ko us ka koi choice nahi hai insan ko banaya free yani freedom ke sath mind ko diya us ko free choice ka haq diya kis liye taake insan jo hai wo self discovery pe khada ho khud daryaft karta sachai pe khada ho ye to</w:t>
      </w:r>
    </w:p>
    <w:p>
      <w:pPr>
        <w:jc w:val="right"/>
      </w:pPr>
      <w:r>
        <w:t>مٹیریل ورلڈ کو تو وہ اس کے اندر کوئی سوچ نہیں ہے اس کو اس کا کوئی چوائس نہیں ہے انسان کو بنایا فری یعنی فریڈم کے ساتھ مائنڈ کو دیا اس کو فری چوائس کا حق دیا کس لیے تاکہ انسان جو ہے وہ سیلف ڈسکوری پہ کھڑا ہو خود دریافت کرتا سچائی پہ کھڑا ہو یہ تو</w:t>
      </w:r>
    </w:p>
    <w:p>
      <w:r>
        <w:rPr>
          <w:b/>
        </w:rPr>
        <w:t xml:space="preserve">[55:39] </w:t>
      </w:r>
      <w:r>
        <w:t>bahut bada Allah ne fazal kiya insan ke upar ke insan ko ye mauka diya ke apni aql ko istemal kare apne mind ko istemal kare aur wo ise kaha jaye qayamat mein ke ye wo log hain jinhone self discovery ke sath Allah ko ye self made mind log hain self made mind ke log material se bola jata hai aam taur par lekin bas zyada sahi taur par wo hai specialist mein aam taur par self made mind ke jo lafz hai wo m</w:t>
      </w:r>
    </w:p>
    <w:p>
      <w:pPr>
        <w:jc w:val="right"/>
      </w:pPr>
      <w:r>
        <w:t>بہت بڑا اللہ نے فضل کیا انسان کے اوپر کہ انسان کو یہ موقع دیا کہ اپنی عقل کو استعمال کرے اپنے مائنڈ کو استعمال کرے اور وہ اسے کہا جائے قیامت میں کہ یہ وہ لوگ ہیں جنہوں نے سیلف ڈسکوری کے ساتھ اللہ کو یہ سیلف میڈ مائنڈ لوگ ہیں سیلف میڈ مائنڈ کے لوگ مٹیریل سے بولا جاتا ہے عام طور پر لیکن بس زیادہ صحیح طور پر وہ ہے اسپیشلسٹ میں عام طور پر سیلف میڈ من کے جو لفظ ہے وہ م</w:t>
      </w:r>
    </w:p>
    <w:p>
      <w:r>
        <w:rPr>
          <w:b/>
        </w:rPr>
        <w:t xml:space="preserve">[56:09] </w:t>
      </w:r>
      <w:r>
        <w:t>aterial se bola jata hai main is ko leta hoon spiritual se bhi spiritual to ye to bahut bada credit dena chahta hai Allah taala aakhirat mein insan ko is ne is ko mauka diya ke tum khud self discover karo aur itni badi aql di hai itni aql di hai ke ke sari universe samai jati hai insan ke mind mein to is ko istemal kijiye ji Maulana kuch aur comments padhna chahenge sawal lene se pehle jo abhi abhi aaye hain</w:t>
      </w:r>
    </w:p>
    <w:p>
      <w:pPr>
        <w:jc w:val="right"/>
      </w:pPr>
      <w:r>
        <w:t>ٹیریل سے بولا جاتا ہے میں اس کو لیتا ہوں اسپیریچول سے بھی سپریچول تو یہ تو بہت بڑا کریڈٹ دینا چاہتا ہے اللہ تعالی اخرت میں انسان کو اس نے اس کو موقع دیا کہ تم خود سیلف ڈسکور کرو اور اتنی بڑی عقل دی ہے اتنی عقل دی ہے کہ کہ ساری یونیورس سمائی جاتی ہے انسان کے مائنڈ میں تو اس کو استعمال کیجئے جی مولانا کچھ اور کمنٹس پڑھنا چاہیں گے سوال لینے سے پہلے جو ابھی ابھی ائے ہیں</w:t>
      </w:r>
    </w:p>
    <w:p>
      <w:r>
        <w:rPr>
          <w:b/>
        </w:rPr>
        <w:t xml:space="preserve">[56:41] </w:t>
      </w:r>
      <w:r>
        <w:t>ye comment aaya hai Fayyaz Ahmed sahib ka Srinagar se unhone likha hai acknowledging divine blessings inculcates a positive personality in a person and it is this positive personality that will be held deserving of being settled in paradise Shad Hussain sahib ne Srinagar se bheja hai a rational and comprehensive illustration about the words of Quran of Surah Muhammad regarding the introduction of the</w:t>
      </w:r>
    </w:p>
    <w:p>
      <w:pPr>
        <w:jc w:val="right"/>
      </w:pPr>
      <w:r>
        <w:t>یہ کمنٹ ایا ہے فیاض احمد صاحب کا شری نگر سے انہوں نے لکھا ہے اکنالجنگ ڈیوائن بلیسنگز انکلکیٹس ا پوزیٹیو پرسنیلٹی ان ا پرسن اینڈ اٹ از دس پوزیٹیو پرسنیلٹی دیٹ ول بی ہیلڈ ڈیزرونگ اف بینگ سیٹلڈ ان پیراڈائز شاد حسین صاحب نے سری نگر سے بھیجا ہے ا ریشنل اینڈ کمپرینسو اللسٹریشن اباؤٹ دا ورڈز اف قران اف سورہ محمد ریگارڈنگ دا انٹروڈکشن اف دا</w:t>
      </w:r>
    </w:p>
    <w:p>
      <w:r>
        <w:rPr>
          <w:b/>
        </w:rPr>
        <w:t xml:space="preserve">[57:11] </w:t>
      </w:r>
      <w:r>
        <w:t>paradise thank you Maulana sahib for decoding a great message for humanity Riyaz Bhat sahib ne bhi Srinagar se bheja hai personality uses vehicles in pre death and post death post death vehicle is eternally really a new discovery to understand life and death so easily Miss Haseena Shafi Dar ne Srin</w:t>
      </w:r>
    </w:p>
    <w:p>
      <w:pPr>
        <w:jc w:val="right"/>
      </w:pPr>
      <w:r>
        <w:t>پیراڈائز تھینک یو مولانا صاحب فار ڈی کوڈنگ ا گریٹ میسج فار ہیومینٹی ریاض بھٹ صاحب نے بھی سری نگر سے بھیجا ہے پرسنیلٹی یوزز وائیکلز ان پری ڈیتھ اینڈ پوسٹ ڈیتھ پوسٹ ڈیتھ وائیکل از اٹرنلی ریلی ا نیو ڈسکوری ٹو انڈرسٹینڈ لائف اینڈ ڈیتھ سو ایزیلی مس مس حسینہ شافی ڈار نے سری ن</w:t>
      </w:r>
    </w:p>
    <w:p>
      <w:r>
        <w:rPr>
          <w:b/>
        </w:rPr>
        <w:t xml:space="preserve">[57:41] </w:t>
      </w:r>
      <w:r>
        <w:t>agar se bheja hai last Sunday i attended spiritual class of Maulana Wahiduddin Khan sahib in Delhi Maulana enlighten my heart mind and soul while giving the lecture Maulana asked is my voice clear and he repeated it many times at that time i realized Maulana voice was not only clear but his voice is the only rational voice in the whole world no other voice is as</w:t>
      </w:r>
    </w:p>
    <w:p>
      <w:pPr>
        <w:jc w:val="right"/>
      </w:pPr>
      <w:r>
        <w:t>گر سے بھیجا ہے لاسٹ سنڈے ائی اٹینڈڈ سپرچول کلاس اف مولانا وحید الدین خان صاحب ان دہلی مولانا انلائٹن مائی ہارٹ مائنڈ اینڈ سول وائل گیونگ دا لیکچر مولانا اسکڈ از مائی وائس کلیئر اینڈ ہی ریپیٹڈ اٹ مینی ٹائمز ایٹ دیٹ ٹائم ائی ریلائزڈ مولانا وائس واز ناٹ اونلی کلیئر بٹ ہز وائس از دا اونلی ریشنل وائس ان دا ہول ورلڈ نو ادر وائس از ایز</w:t>
      </w:r>
    </w:p>
    <w:p>
      <w:r>
        <w:rPr>
          <w:b/>
        </w:rPr>
        <w:t xml:space="preserve">[58:11] </w:t>
      </w:r>
      <w:r>
        <w:t>clear as his thank you Maulana sahib for your advices and blessings Faraz Khan sahib ne Kolkata se likha hai waqai Maulana sahib hamari duniya imperfect hai aur jannat us ki perfection hai Aamir Mori sahib ne Srinagar se ek comment aur ek sawal bheja hai Maulana un ka comment ye hai we are engrossed in material life to such a great extent that paradise</w:t>
      </w:r>
    </w:p>
    <w:p>
      <w:pPr>
        <w:jc w:val="right"/>
      </w:pPr>
      <w:r>
        <w:t>کلیئر ایز ہز تھینک یو مولانا صاحب فار یور ایڈوائسز اینڈ بلیسنگز فراز خان صاحب نے کلکتہ سے لکھا ہے واقعی مولانا صاحب ہماری دنیا ام پرفیکٹ ہے اور جنت اس کی پرفیکشن ہے عامر موری صاحب نے سری نگر سے ایک کمنٹ اور ایک سوال بھیجا ہے مولانا ان کا کمنٹ یہ ہے وی ار انگروسڈ ان مٹیریل لائف ٹو سچ ا گریٹ ایکسٹینٹ دیٹ پیراڈائز</w:t>
      </w:r>
    </w:p>
    <w:p>
      <w:r>
        <w:rPr>
          <w:b/>
        </w:rPr>
        <w:t xml:space="preserve">[58:41] </w:t>
      </w:r>
      <w:r>
        <w:t>is become a secondary for us thank you for making us realize that we are wrong and we need to take immediate corrections Maulana my question is is it right to say that the major reason for letting this life to be our prime concern is that we lack in our belief and trust in God kindly comment on this kya kya sawal kiya hai Maulana wo ye puch rahe</w:t>
      </w:r>
    </w:p>
    <w:p>
      <w:pPr>
        <w:jc w:val="right"/>
      </w:pPr>
      <w:r>
        <w:t>از بیکم ا سیکنڈری فار اس تھینک یو فار میکنگ اس ریلائز دیٹ وی ار رونگ اینڈ وی نیڈ ٹو ٹیک امیڈیٹ کریکشنز مولانا مائی کوسچن از از اٹ رائٹ ٹو سے دیٹ دا میجر ریزن فار لیٹنگ دس لائف ٹو بی اور پرائم کنسرن از دیٹ وی لیک ان اور بیلیف اینڈ ٹرسٹ ان گاڈ کائنڈلی کمنٹ ان دس کیا کیا سوال کیا ہے مولانا وہ یہ پوچھ رہے</w:t>
      </w:r>
    </w:p>
    <w:p>
      <w:r>
        <w:rPr>
          <w:b/>
        </w:rPr>
        <w:t xml:space="preserve">[59:11] </w:t>
      </w:r>
      <w:r>
        <w:t>hain ke zyada tar logon ka focus ye duniya is liye hai shayad kyunke Khuda pe jo yaqeen aur trust hai wo kamzor hai to kya ye sahi hai dekhiye fact to ye hai ke Allah Rabbul Alameen tamam obvious cheezon se zyada obvious hai suraj chand se bhi zyada obvious hai lekin cheez ye hai</w:t>
      </w:r>
    </w:p>
    <w:p>
      <w:pPr>
        <w:jc w:val="right"/>
      </w:pPr>
      <w:r>
        <w:t>ہیں کہ زیادہ تر لوگوں کا فوکس یہ دنیا اس لیے ہے شاید کیونکہ خدا پہ جو یقین اور ٹرسٹ ہے وہ کمزور ہے تو کیا یہ صحیح ہے دیکھیے فیکٹ تو یہ ہے کہ اللہ رب العالمین تمام اویس چیزوں سے زیادہ اویس ہے سورج چاند سے بھی زیادہ اویس ہے لیکن چیز یہ ہے</w:t>
      </w:r>
    </w:p>
    <w:p>
      <w:r>
        <w:rPr>
          <w:b/>
        </w:rPr>
        <w:t xml:space="preserve">[59:41] </w:t>
      </w:r>
      <w:r>
        <w:t>ke log mein kahoon ke unawareness mein jeete hain unawareness mein bekhabari mein jeete hain aap kisi ko bhi tajurba kar lijiye hamara literature padhwaiye us ko wo wo bolega khud bolega ke hum to hum to jante the ke ye mamla hai log jee rahe hain unawareness unawareness mein un ki unawareness</w:t>
      </w:r>
    </w:p>
    <w:p>
      <w:pPr>
        <w:jc w:val="right"/>
      </w:pPr>
      <w:r>
        <w:t>کہ لوگ میں کہوں کہ ان ایویرس میں جیتے ہیں ان ایویرنس میں بے خبری میں جیتے ہیں اپ کسی کو بھی تجربہ کر لیجئے ہمارا لٹریچر پڑھوائیے اس کو وہ وہ بولے گا خود بولے گا کہ ہم تو ہم تو جانتے تھے کہ یہ معاملہ ہے لوگ جی رہے ہیں ان ایویرس ان ایویرنس میں ان کی ان ایویرنس</w:t>
      </w:r>
    </w:p>
    <w:p>
      <w:r>
        <w:rPr>
          <w:b/>
        </w:rPr>
        <w:t xml:space="preserve">[1:00:11] </w:t>
      </w:r>
      <w:r>
        <w:t>ko todiye un ko aware banaiye wo aadmi khud cheekh ke bolega ke hum to jante nahi the ke ye mamla hai to mamla is liye hai logon ke unawareness ko todna aap un ko Quran padhaiye jo supported literature hamara tayyar hua us ko padhwaiye phir aap dekhiye result kya aata hai ji Maulana agla sawal Faraz Khan sahib ne kiya hai Kolkata se unhone aapse poocha hai ke should we</w:t>
      </w:r>
    </w:p>
    <w:p>
      <w:pPr>
        <w:jc w:val="right"/>
      </w:pPr>
      <w:r>
        <w:t>کو توڑیے ان کو اویئر بنائیے وہ ادمی خود چیخ کے بولے گا کہ ہم تو جانتے نہیں تھے کہ یہ معاملہ ہے تو معاملہ اس لیے ہے لوگوں کے ان ایویرنس کو توڑنا اپ ان کو قران پڑھائیے جو سپورٹڈ لٹریچر ہمارا تیار ہوا اس کو پڑھوائیے پھر اپ دیکھیے رزلٹ کیا اتا ہے جی مولانا اگلا سوال فراز خان صاحب نے کیا ہے کلکتہ سے انہوں نے اپ سے پوچھا ہے کہ شوڈ وی</w:t>
      </w:r>
    </w:p>
    <w:p>
      <w:r>
        <w:rPr>
          <w:b/>
        </w:rPr>
        <w:t xml:space="preserve">[1:00:41] </w:t>
      </w:r>
      <w:r>
        <w:t>discard people who distract us from Allah kya hamein un logon ko discard kar dena chahiye jo hamein distract karte hain Allah ki yaad se ya Allah ke raste se hain bhai aap to aap ke muhsin hain wo aap ke muhsin hain aap un ko chhodenge kyun kyunke wo aap ke sawab ko badhate hain hadith mein aata hai in azeem al jaza ma azeem al bala</w:t>
      </w:r>
    </w:p>
    <w:p>
      <w:pPr>
        <w:jc w:val="right"/>
      </w:pPr>
      <w:r>
        <w:t>ڈسکارڈ پیپل ہو ڈسٹریکٹ اس فرام اللہ کیا ہمیں ان لوگوں کو ڈسکارڈ کر دینا چاہیے جو ہمیں ڈسٹریکٹ کرتے ہیں اللہ کی یاد سے یا اللہ کے راستے سے ہیں بھئی اپ تو اپ کے محسن ہیں وہ اپ کے محسن ہیں اپ ان کو چھوڑیں گے کیوں کیونکہ وہ اپ کے ثواب کو بڑھاتے ہیں حدیث میں اتا ہے ان عظم الجزائے ما عظم البلاء</w:t>
      </w:r>
    </w:p>
    <w:p>
      <w:r>
        <w:rPr>
          <w:b/>
        </w:rPr>
        <w:t xml:space="preserve">[1:01:11] </w:t>
      </w:r>
      <w:r>
        <w:t>jab rukavaton ke bawajood aap Allah pe yaqeen karein to aap ka sawab badh jata hai to aap ko muhsin nahi aata aap ko jo aadmi aap ko distract karta hai jo shakk dalta hai jo aap ko waswasa dalta hai to un ke sare un ko baaton ke bawajood aap Allah par yaqeen jari rakhein to wo to aap ka sawab badh gaya to aise logon ko chhodenge kyun aap aise log to aap ke muhsin hain</w:t>
      </w:r>
    </w:p>
    <w:p>
      <w:pPr>
        <w:jc w:val="right"/>
      </w:pPr>
      <w:r>
        <w:t>جب رکاوٹوں کے باوجود اپ اللہ پہ یقین کریں تو اپ کا ثواب بڑھ جاتا ہے تو اپ کو محسن نہیں اتا اپ کو جو ادمی اپ کو ڈسٹریکٹ کرتا ہے جو شک ڈالتا ہے جو اپ کو وسوسہ ڈالتا ہے تو ان کے سارے ان کو باتوں کے باوجود اپ اللہ پر یقین جاری رکھیں تو وہ تو اپ کا ثواب بڑھ گیا تو ایسے لوگوں کو چھوڑیں گے کیوں اپ ایسے لوگ تو اپ کے محسن ہیں</w:t>
      </w:r>
    </w:p>
    <w:p>
      <w:r>
        <w:rPr>
          <w:b/>
        </w:rPr>
        <w:t xml:space="preserve">[1:01:43] </w:t>
      </w:r>
      <w:r>
        <w:t>ji Maulana agla sawal Bihar se bheja hai Mr Sudhanshu Kumar ne unhone likha hai Maulana sahib my age is 22 years and i live in Bihar i am a graduate and till last year my goal was to get a government job i had been preparing for this goal but i was an atheist till last year after reading some books and watching some videos my s</w:t>
      </w:r>
    </w:p>
    <w:p>
      <w:pPr>
        <w:jc w:val="right"/>
      </w:pPr>
      <w:r>
        <w:t>جی مولانا اگلا سوال بہار سے بھیجا ہے مسٹر سدھانشو کمار نے انہوں نے لکھا ہے مولانا صاحب مائی ایج از 22 ایئرز اینڈ ائی لیو ان بہار ائی ایم ا گریجویٹ اینڈ ٹل لاسٹ ایئر مائی گول واز ٹو گیٹ ا گورنمنٹ جاب ائی ہیڈ بین پریپیئرنگ فار دس گول بٹ ائی واز این ایتھسٹ ٹل لاسٹ ایئر افٹر ریڈنگ سم بکس اینڈ واچنگ سم ویڈیوز مائی س</w:t>
      </w:r>
    </w:p>
    <w:p>
      <w:r>
        <w:rPr>
          <w:b/>
        </w:rPr>
        <w:t xml:space="preserve">[1:02:13] </w:t>
      </w:r>
      <w:r>
        <w:t>oul has been changed now i am not an atheist any more i believe that there is God and he is our designer but Maulana sahib now i am in problem which i am unable to solve as now i want to study only religious books and want to understand God this drags me away from those books which is necessary to get a job i am feeling frustrated my s</w:t>
      </w:r>
    </w:p>
    <w:p>
      <w:pPr>
        <w:jc w:val="right"/>
      </w:pPr>
      <w:r>
        <w:t>ول ہیز بین چینجڈ ناؤ ائی ایم ناٹ این ایتھسٹ اینی مور ائی بیلیو دیٹ دیر از گاڈ اینڈ ہی از اور ڈیزائنر بٹ مولانا صاحب ناؤ ائی ایم ان پرابلم وچ ائی ایم ان ایبل ٹو سالو ایز ناؤ ائی وانٹ ٹو سٹڈی اونلی ریلیجیس بکس اینڈ وانٹ ٹو انڈرسٹینڈ گاڈ دس ڈریگز می اوے فرام دوز بکس وچ از نیسیسری ٹو گیٹ ا جاب ائی ایم فیلنگ فرسٹریٹڈ مائی س</w:t>
      </w:r>
    </w:p>
    <w:p>
      <w:r>
        <w:rPr>
          <w:b/>
        </w:rPr>
        <w:t xml:space="preserve">[1:02:43] </w:t>
      </w:r>
      <w:r>
        <w:t>oul wants to study about God but for getting a job i should read other types of books Maulana sahib please guide me what should i do just guide ke sawal ka Maulana wo abhi naujawan hain aur government job ke liye koshish kar rahe hain lekin haal hi mein un ke personality mein ye tabdeeli aayi ke un ka interest God ki taraf aur religion ki taraf zyada badh gaya hai to unhe wo kitabein padhna zyada ach</w:t>
      </w:r>
    </w:p>
    <w:p>
      <w:pPr>
        <w:jc w:val="right"/>
      </w:pPr>
      <w:r>
        <w:t>ول وانٹس ٹو سٹڈی اباؤٹ گاڈ بٹ فار گیٹنگ ا جاب ائی شوڈ ریڈ ادر ٹائپس اف بکس مولانا صاحب پلیز گائیڈ می واٹ شوڈ ائی ڈو جسٹ گائیڈ کے سوال کا مولانا وہ ابھی نوجوان ہیں اور گورنمنٹ جاب کے لیے کوشش کر رہے ہیں لیکن حال ہی میں ان کے پرسنیلٹی میں یہ تبدیلی ائی کہ ان کا انٹرسٹ گاڈ کی طرف اور ریلیجن کی طرف زیادہ بڑھ گیا ہے تو انہیں وہ کتابیں پڑھنا زیادہ اچھ</w:t>
      </w:r>
    </w:p>
    <w:p>
      <w:r>
        <w:rPr>
          <w:b/>
        </w:rPr>
        <w:t xml:space="preserve">[1:03:13] </w:t>
      </w:r>
      <w:r>
        <w:t>ha lagta hai to un ka sawal ye hai ke agar wo in kitabon ki taraf jate hain to wo kitabon se un ka dhyan hat jata hai jis se un ko naukri mil sakti hai job mil sakti hai to wo janna chahte hain kya karein wo kyunke wo is ke beech mein ah phans gaye hain ke Khuda ke bare mein padhein zyada ya apni job ke liye concentrate karein dekhiye job jo hai wo aap ki need hai aur</w:t>
      </w:r>
    </w:p>
    <w:p>
      <w:pPr>
        <w:jc w:val="right"/>
      </w:pPr>
      <w:r>
        <w:t>ا لگتا ہے تو ان کا سوال یہ ہے کہ اگر وہ ان کتابوں کی طرف جاتے ہیں تو وہ کتابوں سے ان کا دھیان ہٹ جاتا ہے جس سے ان کو نوکری مل سکتی ہے جاب مل سکتی ہے تو وہ جاننا چاہتے ہیں کیا کریں وہ کیونکہ وہ اس کے بیچ میں اہ پھنس گئے ہیں کہ خدا کے بارے میں پڑھیں زیادہ یا اپنی جاب کے لیے کنسنٹریٹ کریں دیکھیے جاب جو ہے وہ اپ کی نیڈ ہے اور</w:t>
      </w:r>
    </w:p>
    <w:p>
      <w:r>
        <w:rPr>
          <w:b/>
        </w:rPr>
        <w:t xml:space="preserve">[1:03:43] </w:t>
      </w:r>
      <w:r>
        <w:t>God jo hai wo aap ka purpose of life aim of life kya kahenge ji purpose of life goal to dono zaroori hai aap apni job wali kitabon ko khoob padhiye khoob padhiye kyunke is ke baghair aap ki need kaun poore karega jab jis ne duniya banayi hai usi ne aap ko aisa banaya hai ke aap ki koi need ho aap ke paas ghar ho</w:t>
      </w:r>
    </w:p>
    <w:p>
      <w:pPr>
        <w:jc w:val="right"/>
      </w:pPr>
      <w:r>
        <w:t>گاڈ جو ہے وہ اپ کا پرپس اف لائف ایم اف لائف کیا کہیں گے جی پرپس اف لائف گول تو دونوں ضروری ہے اپ اپنی جاب والی کتابوں کو خوب پڑھیے خوب پڑھیے کیونکہ اس کے بغیر اپ کی نیڈ کون پورے کرے گا جب جس نے دنیا بنائی ہے اسی نے اپ کو ایسا بنایا ہے کہ اپ کی کوئی نیڈ ہو اپ کے پاس گھر ہو</w:t>
      </w:r>
    </w:p>
    <w:p>
      <w:r>
        <w:rPr>
          <w:b/>
        </w:rPr>
        <w:t xml:space="preserve">[1:04:14] </w:t>
      </w:r>
      <w:r>
        <w:t>aap ke paas paisa ho aap ke paas khane ke liye ho ye sab usi ne banaya hai aap jungle ke animal ki tarah nahi hai ke janglon mein ghoomein cheezein jo mile wahi kha lein drakht ke neeche so jayein to khud God hi ka ye mansha hai ke aap duniya mein is tarah rahein ke apni need ko poora karein kisi ko par munhasir na hon khud us ki aap God yahi hai</w:t>
      </w:r>
    </w:p>
    <w:p>
      <w:pPr>
        <w:jc w:val="right"/>
      </w:pPr>
      <w:r>
        <w:t>اپ کے پاس پیسہ ہو اپ کے پاس کھانے کے لیے ہو یہ سب اسی نے بنایا ہے اپ جنگل کے اینیمل کی طرح نہیں ہے کہ جنگلوں میں گھومیں چیزیں جو ملے وہی کھا لیں درخت کے نیچے سو جائیں تو خود گاڈ ہی کا یہ منشا ہے کہ اپ دنیا میں اس طرح رہیں کہ اپنی نیڈ کو پورا کریں کسی کو پر منحصر نہ ہوں خود اس کی اپ گاڈ یہی ہے</w:t>
      </w:r>
    </w:p>
    <w:p>
      <w:r>
        <w:rPr>
          <w:b/>
        </w:rPr>
        <w:t xml:space="preserve">[1:04:44] </w:t>
      </w:r>
      <w:r>
        <w:t>to is ke andar bhi aap ko jab is tarah se aap sochenge to is ke andar bhi aap ko realization hoga is ke andar bhi aap ko Khuda ki jhalakiyan milegi aisa nahi ke do part nahi hain dono usi usi same God ka ki creation plan ka do hisse hain yani need ka jo aap ki jo need hai material need us ke liye kaam karna wo bhi Allah</w:t>
      </w:r>
    </w:p>
    <w:p>
      <w:pPr>
        <w:jc w:val="right"/>
      </w:pPr>
      <w:r>
        <w:t>تو اس کے اندر بھی اپ کو جب اس طرح سے اپ سوچیں گے تو اس کے اندر بھی اپ کو ریلائزیشن ہوگا اس کے اندر بھی اپ کو خدا کی جھلکیاں ملیں گی ایسا نہیں کہ دو پارٹ نہیں ہیں دونوں اسی اسی سیم گاڈ کا کی کریشن پلان کا دو حصے ہیں یعنی نیڈ کا جو اپ کی جو نیڈ ہے مٹیریل نیڈ اس کے لیے کام کرنا وہ بھی اللہ</w:t>
      </w:r>
    </w:p>
    <w:p>
      <w:r>
        <w:rPr>
          <w:b/>
        </w:rPr>
        <w:t xml:space="preserve">[1:05:14] </w:t>
      </w:r>
      <w:r>
        <w:t>ke case mein purani ka ek hissa hai aur khud Allah ko praise ko discover karna wo bhi uska hissa hai to dono mein doori nahi ya duals mat duals jeena chhod dijiye aap duals mein jeena chhod dijiye ye to aap khud jis God ko chah rahe hain usi God ki us ki bhi kharab jana ho jayega God hi ne aap ko duals mein paida kiya hai aap ke andar soul hai aur mind hai aap ki jo need hai aur aap</w:t>
      </w:r>
    </w:p>
    <w:p>
      <w:pPr>
        <w:jc w:val="right"/>
      </w:pPr>
      <w:r>
        <w:t>کے کیس میں پرانی کا ایک حصہ ہے اور خود اللہ کو پرائز کو ڈسکور کرنا وہ بھی اس کا حصہ ہے تو دونوں میں دوری نہیں یا ڈولز مت ڈولز جینا چھوڑ دیجئے اپ ڈولز میں جینا چھوڑ دیجئے یہ تو اپ خود جس گارڈ کو چاہ رہے ہیں اسی گارڈ کی اس کی بھی خراب جانا ہو جائے گا گاڈ ہی نے اپ کو ڈولز میں پیدا کیا ہے اپ کے اندر سول ہے اور مائنڈ ہے اپ کی جو نیڈ ہے اور اپ</w:t>
      </w:r>
    </w:p>
    <w:p>
      <w:r>
        <w:rPr>
          <w:b/>
        </w:rPr>
        <w:t xml:space="preserve">[1:05:44] </w:t>
      </w:r>
      <w:r>
        <w:t>ko sachai ka mamla hai to duals jo hai aap ki zindagi ka part hai us ko aap chhod nahi sakte us ka nahi ho sakta to dono ko aur dekhiye aap ka mind jo hai kisi ne bahut sahi kaha hai ke i am large enough to contain all these contradictions to insan mixture of opposites hai ye ye Rabbul Alameen ki scheme hai ke insan ko paida kiya hai mixture of</w:t>
      </w:r>
    </w:p>
    <w:p>
      <w:pPr>
        <w:jc w:val="right"/>
      </w:pPr>
      <w:r>
        <w:t>کو سچائی کا معاملہ ہے تو ڈولز جو ہے اپ کی زندگی کا پارٹ ہے اس کو اپ چھوڑ نہیں سکتے اس کا نہیں ہو سکتا تو دونوں کو اور دیکھیے اپ کا مائنڈ جو ہے کسی نے بہت صحیح کہا ہے کہ ائی ایم لارج انف ٹو کنٹین ال دیز کنٹراڈکشنز تو انسان مکسچر اف اپوزٹس ہے یہ یہ رب العالمین کی سکیم ہے کہ انسان کو پیدا کیا ہے مکسچر اف</w:t>
      </w:r>
    </w:p>
    <w:p>
      <w:r>
        <w:rPr>
          <w:b/>
        </w:rPr>
        <w:t xml:space="preserve">[1:06:14] </w:t>
      </w:r>
      <w:r>
        <w:t>opposites to app dono ko maintain kar sakte hain yeh capacity app ke andar hai to app creator ko underestimate karein yeh jo app ki soch hai woh creator ko underestimate kar rahi hai ji ji app ki jo soch hai woh creator ko underestimate kar rahi hai is se bahir aaiye aur hamari kitabein parhiye app hamari kitabein parhiye app bas yahi app mera mashwara hai app ko</w:t>
      </w:r>
    </w:p>
    <w:p>
      <w:pPr>
        <w:jc w:val="right"/>
      </w:pPr>
      <w:r>
        <w:t>اپوزٹس تو اپ دونوں کو مینٹین کر سکتے ہیں یہ کیپیسٹی اپ کے اندر ہے تو اپ کریٹر کو انڈر ایسٹیمیٹ کریں یہ جو اپ کی سوچ ہے وہ کریٹر کو انڈر ایسٹیمیٹ کر رہی ہے جی جی اپ کی جو سوچ ہے وہ کریٹر کو انڈر ایسٹیمیٹ کر رہی ہے اس سے باہر ائیے اور ہماری کتابیں پڑھیے اپ ہماری کتابیں پڑھیے اپ بس یہی اپ میرا مشورہ ہے اپ کو</w:t>
      </w:r>
    </w:p>
    <w:p>
      <w:r>
        <w:rPr>
          <w:b/>
        </w:rPr>
        <w:t xml:space="preserve">[1:06:44] </w:t>
      </w:r>
      <w:r>
        <w:t>molana agla sawal mister ramish siddiqui ne bheja hai deli se unho ne likha hai molana you said personality doesnt change then how will an individual develop a jannati personality if the personality does not change please comment on this dekhiye change hona alag cheez hai aur development alag cheez hai baghair change yani woh personality</w:t>
      </w:r>
    </w:p>
    <w:p>
      <w:pPr>
        <w:jc w:val="right"/>
      </w:pPr>
      <w:r>
        <w:t>مولانا اگلا سوال مسٹر رامش صدیقی نے بھیجا ہے دلی سے انہوں نے لکھا ہے مولانا یو سیڈ پرسنیلٹی ڈزنٹ چینج دین ہاؤ ویل اینڈ انڈیویجول ڈویلپ ا جنتی پرسنیلٹی اف دا پرسنیلٹی ڈز ناٹ چینج پلیز کمنٹ ان دس دیکھیے چینج ہونا الگ چیز ہے اور ڈیویلپمنٹ الگ چیز ہے بغیر چینج یعنی وہ پرسنیلٹی</w:t>
      </w:r>
    </w:p>
    <w:p>
      <w:r>
        <w:rPr>
          <w:b/>
        </w:rPr>
        <w:t xml:space="preserve">[1:07:15] </w:t>
      </w:r>
      <w:r>
        <w:t>jis tarah body badalti hai us tarah nahi badalta woh lekin development ka pass jari rahega jis tarah body hamare is ka cell badalta hai to hamari body badalti hai lekin mind jo hai us ka development ka process endless jari rehta hai endless woh change nahi hai app development mein aur change mein confusion padi hui hain development alag cheez hai change</w:t>
      </w:r>
    </w:p>
    <w:p>
      <w:pPr>
        <w:jc w:val="right"/>
      </w:pPr>
      <w:r>
        <w:t>جس طرح باڈی بدلتی ہے اس طرح نہیں بدلتا وہ لیکن ڈیویلپمنٹ کا پاس جاری رہے گا جس طرح باڈی ہمارے اس کا سیل بدلتا ہے تو ہماری باڈی بدلتی ہے لیکن مائنڈ جو ہے اس کا ڈیویلپمنٹ کا پروسیس اینڈلیس جاری رہتا ہے اینڈلیس وہ چینج نہیں ہے اپ ڈیویلپمنٹ میں اور چینج میں کنفیوژن پڑی ہوئی ہیں ڈیویلپمنٹ الگ چیز ہے چین</w:t>
      </w:r>
    </w:p>
    <w:p>
      <w:r>
        <w:rPr>
          <w:b/>
        </w:rPr>
        <w:t xml:space="preserve">[1:07:45] </w:t>
      </w:r>
      <w:r>
        <w:t>alag cheez hai soul mein change nahi hota lekin development ka process to har waqt jari rehta hai ke body jo hai subject to change hai personality nahi hai lekin personality mein ek aur cheez hai woh development to agarchay personality eternal personality hai lekin is mein development har waqt jari rehta hai intellectual development intellectual development spiritual development ek process hai jo musal jari reh</w:t>
      </w:r>
    </w:p>
    <w:p>
      <w:pPr>
        <w:jc w:val="right"/>
      </w:pPr>
      <w:r>
        <w:t>ج الگ چیز ہے سول میں چینج نہیں ہوتا لیکن ڈیویلپمنٹ کا پراسیس تو ہر وقت جاری رہتا ہے کہ باڈی جو ہے سبجیکٹ ٹو چینج ہے پرسنیلٹی نہیں ہے لیکن پرسنیلٹی میں ایک اور چیز ہے وہ ڈیویلپمنٹ تو اگرچہ پرسنیلٹی ایٹرنل پرسنیلٹی ہے لیکن اس میں ڈیویلپمنٹ ہر وقت جاری رہتا ہے انٹلیکچول ڈیویلپمنٹ انٹلیکچول ڈیویلپمنٹ اسپیریچول ڈیویلپمنٹ ایک پراسیس ہے جو مسل جاری رہ</w:t>
      </w:r>
    </w:p>
    <w:p>
      <w:r>
        <w:rPr>
          <w:b/>
        </w:rPr>
        <w:t xml:space="preserve">[1:08:15] </w:t>
      </w:r>
      <w:r>
        <w:t>ta hai ji ah molana agla ek comment lete hain sawal lene se pehle jo tariq badar sahab ne bheja hai pakistan se unho ne likha hai molana last night i was watching your lecture that you gave us in usa while addressing positive thinkers club you mentioned that people have cheap test and they are satisfied what is available in the world</w:t>
      </w:r>
    </w:p>
    <w:p>
      <w:pPr>
        <w:jc w:val="right"/>
      </w:pPr>
      <w:r>
        <w:t>تا ہے جی اہ مولانا اگلا ایک کمنٹ لیتے ہیں سوال لینے سے پہلے جو طارق بدر صاحب نے بھیجا ہے پاکستان سے انہوں نے لکھا ہے مولانا لاسٹ نائٹ ائی واز واچنگ یور لیکچر دیٹ یو گیو اس ان یو ایس اے وائل ایڈریسنگ پوزیٹیو تھنکرز کلب یو مینشن دیٹ پیپل ہیو چیپ ٹیسٹ اینڈ دے ار سیٹسفائیڈ واٹ از اویلیبل ان دا ورلڈ</w:t>
      </w:r>
    </w:p>
    <w:p>
      <w:r>
        <w:rPr>
          <w:b/>
        </w:rPr>
        <w:t xml:space="preserve">[1:08:46] </w:t>
      </w:r>
      <w:r>
        <w:t>and you said that my test is higher and i am not satisfied anything less than jannat i learned in my life that after running after so many worldly things that jannat is the only place where anyone can be satisfied jazak allah for introducing jannat in way that nobody ever told us molana agla sawal pakistan se gul rehman khan sahab ne bheja hai unho ne likha hai</w:t>
      </w:r>
    </w:p>
    <w:p>
      <w:pPr>
        <w:jc w:val="right"/>
      </w:pPr>
      <w:r>
        <w:t>اینڈ یو سیڈ دیٹ مائی ٹیسٹ از ہائیر اینڈ ائی ایم ناٹ سیٹسفائیڈ اینی تھنگ لیس دین جنت ائی لرنڈ ان مائی لائف دیٹ افٹر رننگ افٹر سو مینی ورلڈلی تھنگز دیٹ جنت از دا اونلی پلیس ویئر اینی ون کین بی سیٹسفائیڈ جزاک اللہ فار انٹروڈیوسنگ جنت ان وے دیٹ نو بڈی ایور ٹولڈ اس مولانا اگلا سوال پاکستان سے گل رحمان خان صاحب نے بھیجا ہے انہوں نے لکھا ہے</w:t>
      </w:r>
    </w:p>
    <w:p>
      <w:r>
        <w:rPr>
          <w:b/>
        </w:rPr>
        <w:t xml:space="preserve">[1:09:17] </w:t>
      </w:r>
      <w:r>
        <w:t>molana i want your advice and what method of dawah to be used when people are uneducated that is low profile and when they are in high profile and they category when we are dealing with school children here majority of the people are uneducated pathans and tablighi jamaat principles are very effective i am talking about the area where i live molana sahab please advise</w:t>
      </w:r>
    </w:p>
    <w:p>
      <w:pPr>
        <w:jc w:val="right"/>
      </w:pPr>
      <w:r>
        <w:t>مولانا ائی وانٹ یور ایڈوائس اینڈ واٹ میتھڈ اف دعوی ٹو بی یوزڈ وین پیپل ار ان ایجوکیٹڈ دیٹ از لو پروفائل اینڈ وین دے ار ان ہائی پروفائل اینڈ دی کیٹگری وین وی ار ڈیلنگ ود سکول چلڈرن ہیر میجورٹی اف دا پیپل ار ان ایجوکیٹڈ پٹھانز اینڈ تبلیغی جماعت پرنسپلز ار ویری ایفیکٹیو ائی ایم ٹاکنگ اباؤٹ دا ایریا ویئر ائی لیو مولانا صاحب پلیز ایڈوائز</w:t>
      </w:r>
    </w:p>
    <w:p>
      <w:r>
        <w:rPr>
          <w:b/>
        </w:rPr>
        <w:t xml:space="preserve">[1:09:47] </w:t>
      </w:r>
      <w:r>
        <w:t>me in how to go about the dawah work for these three category of people that is uneducated and when people are in high profile and when i am dealing with school children dekhiye app jo hai mass level par dekhte hain yahan tak samjha ho kabhi bhi mass level par dekhna nahi chahiye peghambar pe bhi aisa nahi kiya individual level pe dekhen individual koi bhi s</w:t>
      </w:r>
    </w:p>
    <w:p>
      <w:pPr>
        <w:jc w:val="right"/>
      </w:pPr>
      <w:r>
        <w:t>می ان ہاؤ ٹو گو اباؤٹ دا دعوی ورک فار دیز تھری کیٹگری اف پیپل دیٹ از ان ایجوکیٹڈ اینڈ وین پیپل ار ان ہائی پروفائل اینڈ وین ائی ایم ڈیلنگ ود سکول چلڈرن دیکھیں اپ جو ہے ماس لیول پر دیکھتے ہیں یہاں تک سمجھا ہو کبھی بھی ماس لیول پر دیکھنا نہیں چاہیے پیغمبر پہ بھی ایسا نہیں کیا انڈیویجول لیول پہ دیکھیں انڈیویجول کوئی بھی س</w:t>
      </w:r>
    </w:p>
    <w:p>
      <w:r>
        <w:rPr>
          <w:b/>
        </w:rPr>
        <w:t xml:space="preserve">[1:10:17] </w:t>
      </w:r>
      <w:r>
        <w:t>ociety ho koi bhi ho hamesha kuch individual is mein maujood hote hain jo seeker hote hain to app seeker ko lijiye seeker ko target kijiye mass level par sochenge to yeh masla paida ho jayega to mass level par sochna yeh peghambar ka tareeqa nahi hai individual ko target kijiye seeker ko discover kijiye phir app har jagah payenge seeker chahe parhe likhe hon phir parhe likhe hon sec</w:t>
      </w:r>
    </w:p>
    <w:p>
      <w:pPr>
        <w:jc w:val="right"/>
      </w:pPr>
      <w:r>
        <w:t>وسائٹی ہو کوئی بھی ہو ہمیشہ کچھ انڈیویجول اس میں موجود ہوتے ہیں جو سیکر ہوتے ہیں تو اپ سیکر کو لیجئے سیکر کو ٹارگٹ کیجئے ماس لیول پر سوچیں گے تو یہ مسئلہ پیدا ہو جائے گا تو ماس لیول پر سوچنا یہ پیغمبر کا طریقہ نہیں ہے انڈیویجول کو ٹارگٹ کیجئے سیکر کو ڈسکور کیجئے پھر اپ ہر جگہ پائیں گے سیکر چاہے پڑھے لکھے ہوں پھر پڑھے لکھے ہوں سیک</w:t>
      </w:r>
    </w:p>
    <w:p>
      <w:r>
        <w:rPr>
          <w:b/>
        </w:rPr>
        <w:t xml:space="preserve">[1:10:47] </w:t>
      </w:r>
      <w:r>
        <w:t>r har jagah maujood hote hain seeker is your target hamesha hamesha molana agla ek comment parhna chahenge jo doha qatar se molana abdul basit umri ne bheja hai unho ne likha hai molana kal ap ka jo lecture tha atahar siddiqui sahab ko le kar un ka yeh jumla habza habza woh bohat</w:t>
      </w:r>
    </w:p>
    <w:p>
      <w:pPr>
        <w:jc w:val="right"/>
      </w:pPr>
      <w:r>
        <w:t>ر ہر جگہ موجود ہوتے ہیں سیکر از یور ٹارگٹ ہمیشہ ہمیشہ مولانا اگلا ایک کمنٹ پڑھنا چاہیں گے جو دوہا قطر سے مولانا عبدالباسط عمری نے بھیجا ہے انہوں نے لکھا ہے مولانا کل اپ کا جو لیکچر تھا اطہر صدیقی صاحب کو لے کر ان کا یہ جملہ حبزہ حبزہ وہ بہت</w:t>
      </w:r>
    </w:p>
    <w:p>
      <w:r>
        <w:rPr>
          <w:b/>
        </w:rPr>
        <w:t xml:space="preserve">[1:11:17] </w:t>
      </w:r>
      <w:r>
        <w:t>zyada himmat aur azam paida karne wala tha aur doosri baat jo app ne batai thi ke hazrat abubakar ne rasool allah ki maut par kaha tha ke allah zinda hai woh kabhi nahi marega yani kisi ke rehne na rehne ko mehsoos karne ki bajaye allah ko mehsoos karna chahiye phir hamare liye kisi qism ki mayusi ki baat nahi hai mujhe achanak laga ke main khuda ko hadaf kar ke</w:t>
      </w:r>
    </w:p>
    <w:p>
      <w:pPr>
        <w:jc w:val="right"/>
      </w:pPr>
      <w:r>
        <w:t>زیادہ ہمت اور عزم پیدا کرنے والا تھا اور دوسری بات جو اپ نے بتائی تھی کہ حضرت ابوبکر نے رسول اللہ کی موت پر کہا تھا کہ اللہ زندہ ہے وہ کبھی نہیں مرے گا یعنی کسی کے رہنے نہ رہنے کو محسوس کرنے کی بجائے اللہ کو محسوس کرنا چاہیے پھر ہمارے لیے کسی قسم کی مایوسی کی بات نہیں ہے مجھے اچانک لگا کہ میں خدا کو حذف کر کے</w:t>
      </w:r>
    </w:p>
    <w:p>
      <w:r>
        <w:rPr>
          <w:b/>
        </w:rPr>
        <w:t xml:space="preserve">[1:11:47] </w:t>
      </w:r>
      <w:r>
        <w:t>soch raha tha aur app ne mujhe khuda se jor diya woh mere liye tajdeed tajdeed iman ka waqia ban gaya molana app waqai hamare liye allah ki taraf se bohat bari blessing hain mere apne tajurba aur mutale ke mutabiq khuda ke geet gaane wala khuda se shaoori tor par jorne wale app ke ilawa koi bhi dikhai nahi deta app ko musalsal parhne aur sunne</w:t>
      </w:r>
    </w:p>
    <w:p>
      <w:pPr>
        <w:jc w:val="right"/>
      </w:pPr>
      <w:r>
        <w:t>سوچ رہا تھا اور اپ نے مجھے خدا سے جوڑ دیا وہ میرے لیے تجدید تجدید ایمان کا واقعہ بن گیا مولانا اپ واقعی ہمارے لیے اللہ کی طرف سے بہت بڑی بلیسنگ ہیں میرے اپنے تجربہ اور مطالعے کے مطابق خدا کے گیت گانے والا خدا سے شعوری طور پر جوڑنے والے اپ کے علاوہ کوئی بھی دکھائی نہیں دیتا اپ کو مسلسل پڑھنے اور سننے</w:t>
      </w:r>
    </w:p>
    <w:p>
      <w:r>
        <w:rPr>
          <w:b/>
        </w:rPr>
        <w:t xml:space="preserve">[1:12:18] </w:t>
      </w:r>
      <w:r>
        <w:t>sunne ka yahi sab se bara faida hai ke hum allah se jode rehte hain kyunke bar bar duniya ki ronak aur chamak hamein khuda se ghafil karti rehti hai allah app ko sehat aur afiyat de so we will end the session now be back next sunday same time thank you.</w:t>
      </w:r>
    </w:p>
    <w:p>
      <w:pPr>
        <w:jc w:val="right"/>
      </w:pPr>
      <w:r>
        <w:t>سننے کا یہی سب سے بڑا فائدہ ہے کہ ہم اللہ سے جڑے رہتے ہیں کیونکہ بار بار دنیا کی رونق اور چمک ہمیں خدا سے غافل کرتی رہتی ہے اللہ اپ کو صحت اور عافیت دے سو وی ویل اینڈ دی سیشن ناؤ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