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 Matter of 30 Seconds | February 07, 2016</w:t>
      </w:r>
    </w:p>
    <w:p>
      <w:r>
        <w:t>https://www.youtube.com/watch?v=_p-F9fi8yaA</w:t>
      </w:r>
    </w:p>
    <w:p>
      <w:r>
        <w:rPr>
          <w:b/>
        </w:rPr>
        <w:t xml:space="preserve">[00:14] </w:t>
      </w:r>
      <w:r>
        <w:t>bismillah rahman rahim, wasallallahu ala nabi al kareem. rab ishrah li sadri, wa yassir li amri, wah lul uqdatan min lisani yafqahu qawli. 7 farwari 2016. aaj ka</w:t>
      </w:r>
    </w:p>
    <w:p>
      <w:pPr>
        <w:jc w:val="right"/>
      </w:pPr>
      <w:r>
        <w:t>بسم اللہ الرحمن الرحیم، وصلی اللہ علی النبی الکریم۔ رب اشرح لی صدری، ویسر لی امری، واحل العقدۃ من لسانی یفقہ قولی۔ 7 فروری 2016۔ آج کا</w:t>
      </w:r>
    </w:p>
    <w:p>
      <w:r>
        <w:rPr>
          <w:b/>
        </w:rPr>
        <w:t xml:space="preserve">[00:45] </w:t>
      </w:r>
      <w:r>
        <w:t>aaj ka jo newspaper hai, is mein mujhe ek— ek news mili, ek news, is ne mere mind ko trigger, trigger kiya. woh news yeh hai: aaj ke paper mein ke italy ka ek— ek ek actor,</w:t>
      </w:r>
    </w:p>
    <w:p>
      <w:pPr>
        <w:jc w:val="right"/>
      </w:pPr>
      <w:r>
        <w:t>آج کا جو نیوز پیپر ہے، اس میں مجھے ایک— ایک نیوز ملی، ایک نیوز، اس نے میرے مائنڈ کو ٹرگر، ٹرگر کیا۔ وہ نیوز یہ ہے: آج کے پیپر میں کہ اٹلی کا ایک— ایک ایکٹر،</w:t>
      </w:r>
    </w:p>
    <w:p>
      <w:r>
        <w:rPr>
          <w:b/>
        </w:rPr>
        <w:t xml:space="preserve">[01:15] </w:t>
      </w:r>
      <w:r>
        <w:t>florence mein ek theatre mein ek performance de raha tha. us ko acting ke tour par yeh batana tha ke kis tarah us zamane mein bohat se nojawan pressure mein par jate hain, woh unhepy</w:t>
      </w:r>
    </w:p>
    <w:p>
      <w:pPr>
        <w:jc w:val="right"/>
      </w:pPr>
      <w:r>
        <w:t>فلورنس میں ایک تھیٹر میں ایک پرفارمنس دے رہا تھا۔ اس کو ایکٹنگ کے طور پر یہ بتانا تھا کہ کس طرح اس زمانے میں بہت سے نوجوان پریشر میں پڑ جاتے ہیں، وہ انہیپی</w:t>
      </w:r>
    </w:p>
    <w:p>
      <w:r>
        <w:rPr>
          <w:b/>
        </w:rPr>
        <w:t xml:space="preserve">[01:45] </w:t>
      </w:r>
      <w:r>
        <w:t>ho jate hain, aur yahan tak jate hain ke suicide kar lete hain. to yeh scene is ko dikhana tha, yani acting ke tour par. to is ne apne gale mein rasi ka phanda dala. woh kar raha tha ke dikha raha tha ke mein ek unhepy nojawan hoon aur mein suicide kar raha hoon</w:t>
      </w:r>
    </w:p>
    <w:p>
      <w:pPr>
        <w:jc w:val="right"/>
      </w:pPr>
      <w:r>
        <w:t>ہو جاتے ہیں، اور یہاں تک جاتے ہیں کہ سوسائیڈ کر لیتے ہیں۔ تو یہ سین اس کو دکھانا تھا، یعنی ایکٹنگ کے طور پر۔ تو اس نے اپنے گلے میں رسی کا پھندا ڈالا۔ وہ کر رہا تھا کہ دکھا رہا تھا کہ میں ایک انہیپی نوجوان ہوں اور میں سوسائیڈ کر رہا ہوں</w:t>
      </w:r>
    </w:p>
    <w:p>
      <w:r>
        <w:rPr>
          <w:b/>
        </w:rPr>
        <w:t xml:space="preserve">[02:15] </w:t>
      </w:r>
      <w:r>
        <w:t>۔ lekin koi technical ghalti ho gayi. is ki koshish yeh thi ke bilkul real lage is ka feal. is liye is ne aam tor par log revival le ke mar lete hain apne. to is mein woh reality nahi aati thi, kyunke ho sakta hai ke is mein bullet hi na ho. to sus</w:t>
      </w:r>
    </w:p>
    <w:p>
      <w:pPr>
        <w:jc w:val="right"/>
      </w:pPr>
      <w:r>
        <w:t>۔ لیکن کوئی ٹیکنیکل غلطی ہو گئی۔ اس کی کوشش یہ تھی کہ بالکل ریئل لگے اس کا فعل۔ اس لیے اس نے عام طور پر لوگ ریوائیول لے کے مار لیتے ہیں اپنے۔ تو اس میں وہ ریئلٹی نہیں آتی تھی، کیونکہ ہو سکتا ہے کہ اس میں بلٹ ہی نہ ہو۔ تو سوس</w:t>
      </w:r>
    </w:p>
    <w:p>
      <w:r>
        <w:rPr>
          <w:b/>
        </w:rPr>
        <w:t xml:space="preserve">[02:45] </w:t>
      </w:r>
      <w:r>
        <w:t>side ko real batane ke liye is ne yeh kiya ke apne gale— apne gale mein phansi ka phanda dala. lekin koi technical ghalti ho gayi, aur woh phanda is ke gale mein phans gaya, yahan tak ke woh mar gaya. woh stage par mar gaya. is ka naam tha shoma</w:t>
      </w:r>
    </w:p>
    <w:p>
      <w:pPr>
        <w:jc w:val="right"/>
      </w:pPr>
      <w:r>
        <w:t>ائیڈ کو ریئل بتانے کے لیے اس نے یہ کیا کہ اپنے گلے— اپنے گلے میں پھانسی کا پھندا ڈالا۔ لیکن کوئی ٹیکنیکل غلطی ہو گئی، اور وہ پھندا اس کے گلے میں پھنس گیا، یہاں تک کہ وہ مر گیا۔ وہ اسٹیج پر مر گیا۔ اس کا نام تھا شوما</w:t>
      </w:r>
    </w:p>
    <w:p>
      <w:r>
        <w:rPr>
          <w:b/>
        </w:rPr>
        <w:t xml:space="preserve">[03:15] </w:t>
      </w:r>
      <w:r>
        <w:t>khar. is ki age thi 27. yeh aaj ki khabar hai, aaj ke paper mein. to is se mera mind trigger, trigger hua, aur mein sochne laga. to mein— mere samne aaya ke yeh jo hua, yeh district kar raha hai life ko, insan ki life ko.</w:t>
      </w:r>
    </w:p>
    <w:p>
      <w:pPr>
        <w:jc w:val="right"/>
      </w:pPr>
      <w:r>
        <w:t>خر۔ اس کی ایج تھی 27۔ یہ آج کی خبر ہے، آج کے پیپر میں۔ تو اس سے میرا مائنڈ ٹرگر، ٹرگر ہوا، اور میں سوچنے لگا۔ تو میں— میرے سامنے آیا کہ یہ جو ہوا، یہ ڈسٹرکٹ کر رہا ہے لائف کو، انسان کی لائف کو۔</w:t>
      </w:r>
    </w:p>
    <w:p>
      <w:r>
        <w:rPr>
          <w:b/>
        </w:rPr>
        <w:t xml:space="preserve">[03:46] </w:t>
      </w:r>
      <w:r>
        <w:t>mein ne kahin dekha tha ke success and failure both are matter of thirty second. success and failure both are matter of thirty second. yani ek— ek lamha, ek moment aata hai, ek moment aata hai, but deciding moment. usi waqt app agar wrong decision le lein to fail ho jayenge, agar right</w:t>
      </w:r>
    </w:p>
    <w:p>
      <w:pPr>
        <w:jc w:val="right"/>
      </w:pPr>
      <w:r>
        <w:t>میں نے کہیں دیکھا تھا کہ سکسیس اینڈ فیریر بوتھ آر میٹر آف تھرٹی سیکنڈ۔ سکسیس اینڈ فیریر بوتھ آر میٹر آف تھرٹی سیکنڈ۔ یعنی ایک— ایک لمحہ، ایک مومنٹ آتا ہے، ایک مومنٹ آتا ہے، بٹ ڈیسائڈنگ مومنٹ۔ اسی وقت آپ اگر رانگ ڈیزل لے لیں تو فیل ہو جائیں گے، اگر رائٹ</w:t>
      </w:r>
    </w:p>
    <w:p>
      <w:r>
        <w:rPr>
          <w:b/>
        </w:rPr>
        <w:t xml:space="preserve">[04:16] </w:t>
      </w:r>
      <w:r>
        <w:t>decision le lein to app successful rahenge. yani bohat thora waqt deta hai zindagi ka jo process hai, bohat hi tez process hai, bohat hi rapid process hai. to app ko sirf thirty second ka mauqa deta hai woh. usi mein app ko decision le lena hai. usi mein phir app ke poori life ka faisla ho jata hai.</w:t>
      </w:r>
    </w:p>
    <w:p>
      <w:pPr>
        <w:jc w:val="right"/>
      </w:pPr>
      <w:r>
        <w:t>ڈیزل لے لیں تو آپ سکسیس فل رہیں گے۔ یعنی بہت تھوڑا وقت دیتا ہے زندگی کا جو پراسیس ہے، بہت ہی تیز پراسیس ہے، بہت ہی ریپڈ پراسیس ہے۔ تو آپ کو صرف تھرٹی سیکنڈ کا موقع دیتا ہے وہ۔ اسی میں آپ کو ڈیزل لے لینا ہے۔ اسی میں پھر آپ کے پوری لائف کا فیصلہ ہو جاتا ہے۔</w:t>
      </w:r>
    </w:p>
    <w:p>
      <w:r>
        <w:rPr>
          <w:b/>
        </w:rPr>
        <w:t xml:space="preserve">[04:48] </w:t>
      </w:r>
      <w:r>
        <w:t>to woh admi jo tha, shoma khar, jis ki umar abhi 27 thi, is ne ek aisa— is ko ek lamha aaya tha jab ke woh sahi decision le sakta tha, galat bhi le sakta tha. lekin is ne kisi wajah se galat— galat decision le liya, aur mar gaya woh, nojwan ki umar mein. yeh har admi ki</w:t>
      </w:r>
    </w:p>
    <w:p>
      <w:pPr>
        <w:jc w:val="right"/>
      </w:pPr>
      <w:r>
        <w:t>تو وہ آدمی جو تھا، شوما خر، جس کی عمر ابھی 27 تھی، اس نے ایک ایسا— اس کو ایک لمحہ آیا تھا جب کہ وہ صحیح ڈیزل لے سکتا تھا، غلط بھی لے سکتا تھا۔ لیکن اس نے کسی وجہ سے غلط— غلط ڈیزل لے لیا، اور مر گیا وہ، نوجوانی کی عمر میں۔ یہ ہر آدمی کی</w:t>
      </w:r>
    </w:p>
    <w:p>
      <w:r>
        <w:rPr>
          <w:b/>
        </w:rPr>
        <w:t xml:space="preserve">[05:18] </w:t>
      </w:r>
      <w:r>
        <w:t>zindagi ka mamla hai, har admi. misal ke tour par dekhiye, germany mein ek shakhs paida hua jis ka naam tha adolf hitler. bohat hi zabardast admi tha woh. ab is ki speech suniye, is ki awaz kitni zabardast awaz hai. bohat zabardast admi tha. is ki kitab jo hai, my struggle, english mein, is ko app dekhiye.</w:t>
      </w:r>
    </w:p>
    <w:p>
      <w:pPr>
        <w:jc w:val="right"/>
      </w:pPr>
      <w:r>
        <w:t>زندگی کا معاملہ ہے، ہر آدمی۔ مثال کے طور پر دیکھیے، جرمنی میں ایک شخص پیدا ہوا جس کا نام تھا ایڈولف ہٹلر۔ بہت ہی زبردست آدمی تھا وہ۔ اب اس کی اسپیچ سنیے، اس کی آواز کتنی زبردست آواز ہے۔ بہت زبردست آدمی تھا۔ اس کی کتاب جو ہے، مائی سٹرگل، انگلش میں، اس کو آپ دیکھیے۔</w:t>
      </w:r>
    </w:p>
    <w:p>
      <w:r>
        <w:rPr>
          <w:b/>
        </w:rPr>
        <w:t xml:space="preserve">[05:49] </w:t>
      </w:r>
      <w:r>
        <w:t>to bohat hi zabardast admi tha woh. lekin ek— ek is ki zindagi mein ek mauqa aaya jab ke is ne galat decision le liya. is ne yeh le liya ke— ke jo is ka goal hai, jo is ka target hai, woh is ko mil sakta hai sirf violence ke zariye, gun ke zariye. ek lamha aisa aaya tha is ki zindagi mein</w:t>
      </w:r>
    </w:p>
    <w:p>
      <w:pPr>
        <w:jc w:val="right"/>
      </w:pPr>
      <w:r>
        <w:t>تو بہت ہی زبردست آدمی تھا وہ۔ لیکن ایک— ایک اس کی زندگی میں ایک موقع آیا جب کہ اس نے غلط ڈیزل لے لیا۔ اس نے یہ لے لیا کہ— کہ جو اس کا گول ہے، جو اس کا ٹارگٹ ہے، وہ اس کو مل سکتا ہے صرف وائلنس کے ذریعے، گن کے ذریعے۔ ایک لمحہ ایسا آیا تھا اس کی زندگی میں</w:t>
      </w:r>
    </w:p>
    <w:p>
      <w:r>
        <w:rPr>
          <w:b/>
        </w:rPr>
        <w:t xml:space="preserve">[06:19] </w:t>
      </w:r>
      <w:r>
        <w:t>, aap parhiye is ki my struggle. to natija kya hua? ke woh ladaai chhod di us ne, second world war mein involve ho gaya woh. lekin kya hua? ke woh buree tarah se fail hua, aur aakhir mein woh ek bunker mein tha, bunker mein us ne gun chala kar apne ko maar liya. yeh waqea hua 1945 mein.</w:t>
      </w:r>
    </w:p>
    <w:p>
      <w:pPr>
        <w:jc w:val="right"/>
      </w:pPr>
      <w:r>
        <w:t>، آپ پڑھیے اس کی مائی سٹرگل۔ تو نتیجہ کیا ہوا؟ کہ وہ لڑائی چھوڑ دی اس نے، سیکنڈ ورلڈ وار میں انوالو ہو گیا وہ۔ لیکن کیا ہوا؟ کہ وہ بری طرح سے فیل ہوا، اور آخر میں وہ ایک بنکر میں تھا، بنکر میں اس نے گن چلا کر اپنے کو مار لیا۔ یہ واقعہ ہوا 1945 میں۔</w:t>
      </w:r>
    </w:p>
    <w:p>
      <w:r>
        <w:rPr>
          <w:b/>
        </w:rPr>
        <w:t xml:space="preserve">[06:49] </w:t>
      </w:r>
      <w:r>
        <w:t>is waqt Hitler ki umr sirf 55, 56 thi. 56 saal. 56 saal to kuch bhi nahin hai. to itna qeemti insaan paida hua, aur koi bahut bada kaam woh kar sakta tha, lekin ek galat decision ki wajah se us ko— is ka khatma jo hai suicide par hua. to hum mein se har— yeh, yeh dekhiye, yeh jo baat, yeh jo</w:t>
      </w:r>
    </w:p>
    <w:p>
      <w:pPr>
        <w:jc w:val="right"/>
      </w:pPr>
      <w:r>
        <w:t>اس وقت ہٹلر کی عمر صرف 55، 56 تھی۔ 56 سال۔ 56 سال تو کچھ بھی نہیں ہے۔ تو اتنا قیمتی انسان پیدا ہوا، اور کوئی بہت بڑا کام وہ کر سکتا تھا، لیکن ایک غلط ڈیزل کی وجہ سے اس کو— اس کا خاتمہ جو ہے سوسائیڈ پر ہوا۔ تو ہم میں سے ہر— یہ، یہ دیکھیے، یہ جو بات، یہ جو</w:t>
      </w:r>
    </w:p>
    <w:p>
      <w:r>
        <w:rPr>
          <w:b/>
        </w:rPr>
        <w:t xml:space="preserve">[07:19] </w:t>
      </w:r>
      <w:r>
        <w:t>baat hai, yaani reality of life, mein kahunga, is ka ta'alluq secular life, secular logon se bhi hai, religious logon se bhi hai. chahe aap secular field mein hon ya aap religious field mein hon, dono mein aap ko ek moment aata hai. usi waqt aap ko decision lena padta hai. yeh bahut hee nazuk baat hai.</w:t>
      </w:r>
    </w:p>
    <w:p>
      <w:pPr>
        <w:jc w:val="right"/>
      </w:pPr>
      <w:r>
        <w:t>بات ہے، یعنی ریئلٹی آف لائف، میں کہوں گا، اس کا تعلق سیکولر لائف، سیکولر لوگوں سے بھی ہے، ریڈیس لوگوں سے بھی ہے۔ چاہے آپ سیکولر فیلڈ میں ہوں یا آپ ریڈیس فیلڈ میں ہوں، دونوں میں آپ کو ایک مومنٹ آتا ہے۔ اسی وقت آپ کو ڈیزل لینا پڑتا ہے۔ یہ بہت ہی نازک بات ہے۔</w:t>
      </w:r>
    </w:p>
    <w:p>
      <w:r>
        <w:rPr>
          <w:b/>
        </w:rPr>
        <w:t xml:space="preserve">[07:50] </w:t>
      </w:r>
      <w:r>
        <w:t>agar aap apne ko is raaste par daal dein jis ka end failure hai, to koi aap ko bachane wala nahin hai. koi aap ko, koi bhi aap ko, sari humanity aap ko nahin bacha sakti. koi sari humanity, sare insaan aap ko bacha nahin sakte. aap ko— you are doomed to failure. aur aap sachaa, aap agar aap right path par apne ko chala d</w:t>
      </w:r>
    </w:p>
    <w:p>
      <w:pPr>
        <w:jc w:val="right"/>
      </w:pPr>
      <w:r>
        <w:t>اگر آپ اپنے کو اس راستے پر ڈال دیں جس کا اینڈ فیریر ہے، تو کوئی آپ کو بچانے والا نہیں ہے۔ کوئی آپ کو، کوئی بھی آپ کو، ساری ہیومینٹی آپ کو نہیں بچا سکتی۔ کوئی ساری ہیومینٹی، سارے انسان آپ کو بچا نہیں سکتے۔ آپ کو— یو آر ڈوم ٹو فیریر۔ اور آپ سچا، آپ اگر آپ رائٹ پاتھ پر اپنے کو چلا د</w:t>
      </w:r>
    </w:p>
    <w:p>
      <w:r>
        <w:rPr>
          <w:b/>
        </w:rPr>
        <w:t xml:space="preserve">[08:20] </w:t>
      </w:r>
      <w:r>
        <w:t>ein, to phir koi aap ke success rok bhi nahin sakta. sare log mil kar chahein aap ke success ko rokna, to phir koi rok nahin sakta aap ko. to yahi sachai secular life ke liye bhi hai aur mazhabi life ke liye bhi hai. hatta ke aap bahut zyada mukhlis hon, to is se koi farq nahin padta. Sahaba bahut mukhlis the. Rasool Allah ke jo saathi the, Sahaba, woh bahut mukhlis the.</w:t>
      </w:r>
    </w:p>
    <w:p>
      <w:pPr>
        <w:jc w:val="right"/>
      </w:pPr>
      <w:r>
        <w:t>یں، تو پھر کوئی آپ کے سکسیس روک بھی نہیں سکتا۔ سارے لوگ مل کر چاہیں آپ کے سکسیس کو روکنا، تو پھر کوئی روک نہیں سکتا آپ کو۔ تو یہی سچائی سیکولر لائف کے لیے بھی ہے اور مذہبی لائف کے لیے بھی ہے۔ حتیٰ کہ آپ بہت زیادہ مخلص ہوں، تو اس سے کوئی فرق نہیں پڑتا۔ صحابہ بہت مخلص تھے۔ رسول اللہ کے جو ساتھی تھے، صحابہ، وہ بہت مخلص تھے۔</w:t>
      </w:r>
    </w:p>
    <w:p>
      <w:r>
        <w:rPr>
          <w:b/>
        </w:rPr>
        <w:t xml:space="preserve">[08:50] </w:t>
      </w:r>
      <w:r>
        <w:t>ek ek shakhs mukhlis tha. isi liye ulama kehte hain ke As-habah kulluhum 'udool. tamam Sahaba, har— har Sahabi 'adil tha. As-habah kulluhum 'udool. to un ke ikhlas mein koi shakk nahin. lekin ikhlas kaafi nahin hai. it requires wisdom. ikhlas kaafi nahin hai. it requires wisdom.</w:t>
      </w:r>
    </w:p>
    <w:p>
      <w:pPr>
        <w:jc w:val="right"/>
      </w:pPr>
      <w:r>
        <w:t>ایک ایک شخص مخلص تھا۔ اسی لیے علماء کہتے ہیں کہ الصحابة كلهم عدول۔ تمام صحابہ، ہر— ہر صحابی عادل تھا۔ الصحابة كلهم عدول۔ تو ان کے اخلاص میں کوئی شک نہیں۔ لیکن اخلاص کافی نہیں ہے۔ اٹ ریکوائرز وزڈم۔ اخلاص کافی نہیں ہے۔ اٹ ریکوائرز وزڈم۔</w:t>
      </w:r>
    </w:p>
    <w:p>
      <w:r>
        <w:rPr>
          <w:b/>
        </w:rPr>
        <w:t xml:space="preserve">[09:21] </w:t>
      </w:r>
      <w:r>
        <w:t>aur dekhiye, jo aadmi jitna zyada bada ho, utni zyada us ki nazuk responsibility hoti hai. kyunke woh translator ban jata hai. jo bada aadmi ho, woh translator ban jata hai. jaise aaj mein soch raha tha ke Musalmanon mein yeh fatwa, takfeer ka fatwa ka chalan kahan se ho gaya? Rasool Allah ne to kabhi koi kafir nahin</w:t>
      </w:r>
    </w:p>
    <w:p>
      <w:pPr>
        <w:jc w:val="right"/>
      </w:pPr>
      <w:r>
        <w:t>اور دیکھیے، جو آدمی جتنا زیادہ بڑا ہو، اتنی زیادہ اس کی نازک ریسپانسبیلٹی ہوتی ہے۔ کیونکہ وہ ٹرانسلیٹر بن جاتا ہے۔ جو بڑا آدمی ہو، وہ ٹرانسلیٹر بن جاتا ہے۔ جیسے آج میں سوچ رہا تھا کہ مسلمانوں میں یہ فتویٰ، تکفیر کا فتویٰ کا چلن کہاں سے ہو گیا؟ رسول اللہ نے تو کبھی کوئی کافر نہیں</w:t>
      </w:r>
    </w:p>
    <w:p>
      <w:r>
        <w:rPr>
          <w:b/>
        </w:rPr>
        <w:t xml:space="preserve">[09:51] </w:t>
      </w:r>
      <w:r>
        <w:t>bataya tha kisi ko. kafir declare karna yeh Allah ka kaam hai. kyunke innama al-a'malu bin-niyyah. kaun kaisa hai, is ka yeh depend karta hai niyyat par, intention par. aap nahin jante kisi ki intention kya hai. to sirf Khuda hi ko— Khuda hi aisa kar sakta hai ke jo declare</w:t>
      </w:r>
    </w:p>
    <w:p>
      <w:pPr>
        <w:jc w:val="right"/>
      </w:pPr>
      <w:r>
        <w:t>بتایا تھا کسی کو۔ کافر ڈیکلیئر کرنا یہ اللہ کا کام ہے۔ کیونکہ إِنَّمَا الْأَمَالُ بِالنِّيَّةِ۔ کون کیسا ہے، اس کا یہ ڈیپنڈ کرتا ہے نیت پر، انٹینشن پر۔ آپ نہیں جانتے کسی کی انٹینشن کیا ہے۔ تو صرف خدا ہی کو— خدا ہی ایسا کر سکتا ہے کہ جو ڈیکلیئر</w:t>
      </w:r>
    </w:p>
    <w:p>
      <w:r>
        <w:rPr>
          <w:b/>
        </w:rPr>
        <w:t xml:space="preserve">[10:21] </w:t>
      </w:r>
      <w:r>
        <w:t>kare ke yeh aisa hai, woh waisa hai. takfeer ke ma'ne hain ke aap Allah ke— Allah ke domain mein dakhil ho rahe hain. Allah ke qalb ko apne haath mein le rahe hain. to takfeer aaj tak jaari hai. kaise aise hua? Musalmanon mein aaj tak takfeer ka silsila jaari hai, halanke takfeer bila-shakk Islam ke khilaaf hai. to hua kya? Hazrat Ali ke zamane mein kuch log paida hue</w:t>
      </w:r>
    </w:p>
    <w:p>
      <w:pPr>
        <w:jc w:val="right"/>
      </w:pPr>
      <w:r>
        <w:t>کرے کہ یہ ایسا ہے، وہ ویسا ہے۔ تکفیر کے معنی ہیں کہ آپ خدا کا— خدا کے ڈومین میں داخل ہو رہے ہیں۔ خدا کے قلب کو اپنے ہاتھ میں لے رہے ہیں۔ تو تکفیر آج تک جاری ہے۔ کیسے ایسے ہوا؟ مسلمانوں میں آج تک تکفیر کا سلسلہ جاری ہے، حالانکہ تکفیر بلاشبہ اسلام کے خلاف ہے۔ تو ہوا کیا؟ حضرت علی کے زمانے میں کچھ لوگ پیدا ہوئے</w:t>
      </w:r>
    </w:p>
    <w:p>
      <w:r>
        <w:rPr>
          <w:b/>
        </w:rPr>
        <w:t xml:space="preserve">[10:51] </w:t>
      </w:r>
      <w:r>
        <w:t>jin ko doosre logon ne un ka title diya hai Khawarij. unhone apne ko Khawarij nahin kaha kabhi. Khawarij doosron ka diya hua title hai. to Khawarij jo hain, unhone kuch galat raaye banai, aur unhone Hazrat Ali se ladaai chhod di. to halanke woh paanch waqt baqayda namaz padhte the. poore deendar, poori— poore ma'non mein deendar the. to us waqt</w:t>
      </w:r>
    </w:p>
    <w:p>
      <w:pPr>
        <w:jc w:val="right"/>
      </w:pPr>
      <w:r>
        <w:t>جن کو دوسرے لوگوں نے ان کا ٹائٹل دیا ہے خوارج۔ انہوں نے اپنے کو خوارج نہیں کہا کبھی۔ خوارج دوسروں کا دیا ہوا ٹائٹل ہے۔ تو خوارج جو ہیں، انہوں نے کچھ غلط رائے بنائی، اور انہوں نے حضرت علی سے لڑائی چھوڑ دی۔ تو حالانکہ وہ پانچ وقت باقاعدہ نماز پڑھتے تھے۔ پورے دین دار، پوری— پورے معنوں میں دین دار تھے۔ تو اس وقت</w:t>
      </w:r>
    </w:p>
    <w:p>
      <w:r>
        <w:rPr>
          <w:b/>
        </w:rPr>
        <w:t xml:space="preserve">[11:22] </w:t>
      </w:r>
      <w:r>
        <w:t>ke jo ulama the, us waqt jo top ke log the, unhone un ko keh diya ke yeh kafir hain. Khawarij jo hain kafir hain. mein samajhta hoon yahin se Khawarij, yahin se takfeer ka silsila shuru hua. is se pehle takfeer Muslim world mein thi nahin. is se pehle thi nahin thi takfeer. is se pehle tableegh hoti thi, tableegh, naseehat, da'wah.</w:t>
      </w:r>
    </w:p>
    <w:p>
      <w:pPr>
        <w:jc w:val="right"/>
      </w:pPr>
      <w:r>
        <w:t>کے جو علماء تھے، اس وقت جو ٹاپ کے لوگ تھے، انہوں نے ان کو کہہ دیا کہ یہ کافر ہیں۔ خوارج جو ہیں کافر ہیں۔ میں سمجھتا ہوں یہیں سے خوارج، یہیں سے تکفیر کا سلسلہ شروع ہوا۔ اس سے پہلے تکفیر مسلم ورلڈ میں تھی نہیں۔ اس سے پہلے تھی نہیں تھی تکفیر۔ اس سے پہلے تبلیغ ہوتی تھی، تبلیغ، نصیحت، دعوت۔</w:t>
      </w:r>
    </w:p>
    <w:p>
      <w:r>
        <w:rPr>
          <w:b/>
        </w:rPr>
        <w:t xml:space="preserve">[11:54] </w:t>
      </w:r>
      <w:r>
        <w:t>to takfeer to tableegh ke bajaye, tableegh ke bajaye takfeer ka jo silsila chal pada, that was innovation aur bid'at. yeh kab shuru hua? Hazrat Ali ke zamane mein, jo Khawarij— Khawarij ke ko le kar. ke jin logon ne us waqt Khawarij ko kafir bataya tha, woh bade bade log the. to woh ban gaye translator. woh transla</w:t>
      </w:r>
    </w:p>
    <w:p>
      <w:pPr>
        <w:jc w:val="right"/>
      </w:pPr>
      <w:r>
        <w:t>تو تکفیر تو تبلیغ کے بجائے، تبلیغ کے بجائے تکفیر کا جو سلسلہ چل پڑا، دیٹ واز انوویشن اور بدعت۔ یہ کب شروع ہوا؟ حضرت علی کے زمانے میں، جو خوارج— خوارج کے کو لے کر۔ کہ جن لوگوں نے اس وقت خوارج کو کافر بتایا تھا، وہ بڑے بڑے لوگ تھے۔ تو وہ بن گئے ٹرانسلیٹر۔ وہ ٹرانسلی</w:t>
      </w:r>
    </w:p>
    <w:p>
      <w:r>
        <w:rPr>
          <w:b/>
        </w:rPr>
        <w:t xml:space="preserve">[12:25] </w:t>
      </w:r>
      <w:r>
        <w:t>tor ban gaye. aur phir poori tareekh mein takfeer chal padi, aur aaj tak chali ja rahi hai. yeh kafir, woh kafir, yeh kafir. halanke Islam mein takfeer koi choice hee nahin hai. no choice at all. aap ko sirf karna hai ke aap tableegh karein, da'wah dein, naseehat karein, samjhayein, bujhayein. bas isi ka choice aap ko hai. aap ko yeh choice hai hee nahin ke aap kisi ko takfeer karein. yaani</w:t>
      </w:r>
    </w:p>
    <w:p>
      <w:pPr>
        <w:jc w:val="right"/>
      </w:pPr>
      <w:r>
        <w:t>ٹر بن گئے۔ اور پھر پوری تاریخ میں تکفیر چل پڑی، اور آج تک چلی جا رہی ہے۔ یہ کافر، وہ کافر، یہ کافر۔ حالانکہ اسلام میں تکفیر کوئی چوائس ہی نہیں ہے۔ نو چوائس ایٹ آل۔ آپ کو صرف کرنا ہے کہ آپ تبلیغ کریں، دعوت دیں، نصیحت کریں، سمجھائیں، بجھائیں۔ بس اسی کا چوائس آپ کو ہے۔ آپ کو یہ چوائس ہے ہی نہیں کہ آپ کسی کو تکفیر کریں۔ یعنی</w:t>
      </w:r>
    </w:p>
    <w:p>
      <w:r>
        <w:rPr>
          <w:b/>
        </w:rPr>
        <w:t xml:space="preserve">[12:55] </w:t>
      </w:r>
      <w:r>
        <w:t>siray se nahin choice hai. kisi ek shakhs ko bhi aap nahin keh sakte, keh sakte ke yeh kafir hai. nahin keh sakte aap. woh haq nahin hai. kyun? is liye ke dekhiye, hadees mein aata hai ke innallaha yaqbalu at-tawbata ma'al-mawt. marne ke aakhri lamhe tak Allah taubah qubool karta hai. to aaj aap ko dikhai de raha hai woh kafir, aur marte waqt woh momin ban jaye to aap kya karenge? Allah ke haan aap ka kya excuse hoga</w:t>
      </w:r>
    </w:p>
    <w:p>
      <w:pPr>
        <w:jc w:val="right"/>
      </w:pPr>
      <w:r>
        <w:t>سرے سے نہیں چوائس ہے۔ کسی ایک شخص کو بھی آپ نہیں کہہ سکتے، کہہ سکتے کہ یہ کافر ہے۔ نہیں کہہ سکتے آپ۔ وہ حق نہیں ہے۔ کیوں؟ اس لیے کہ دیکھیے، حدیث میں آتا ہے کہ إِنَّ اللَّهَ يَقْبَضُ الْتَّوْبَةَ مَعَ الْمَوْتِ۔ مرنے کے آخری لمحے تک اللہ توبہ قبول کرتا ہے۔ تو آج آپ کو دکھائی دے رہا ہے وہ کافر، اور مرتے وقت وہ مومن بن جائے تو آپ کیا کریں گے؟ اللہ کے ہاں آپ کا کیا ایکسکیوز ہوگا</w:t>
      </w:r>
    </w:p>
    <w:p>
      <w:r>
        <w:rPr>
          <w:b/>
        </w:rPr>
        <w:t xml:space="preserve">[13:27] </w:t>
      </w:r>
      <w:r>
        <w:t>? to takfeer koi option hee nahin hai. kisi ke liye bhi, chahe kitni hee bada 'alim ho woh. lekin Khawarij ke zamane mein jin logon ne takfeer ka silsila shuru kiya, woh ban gaye translator. ab yeh jo mein keh raha hoon ke ek lamhe ki galati ne poori tareekh ko bigaad diya. ek lamhe ki galati. ke log us waqt sochte hain ke Khawarij bigde hue log hain.</w:t>
      </w:r>
    </w:p>
    <w:p>
      <w:pPr>
        <w:jc w:val="right"/>
      </w:pPr>
      <w:r>
        <w:t>؟ تو تکفیر کوئی آپشن ہی نہیں ہے۔ کسی کے لیے بھی، چاہے کتنی ہی بڑا عالم ہو وہ۔ لیکن خوارج کے زمانے میں جن لوگوں نے تکفیر کا سلسلہ شروع کیا، وہ بن گئے ٹرانسلیٹر۔ اب یہ جو میں کہہ رہا ہوں کہ ایک لمحے کی غلطی نے پوری تاریخ کو بگاڑ دیا۔ ایک لمحے کی غلطی۔ کہ لوگ اس وقت سوچتے ہیں کہ خوارج بگڑے ہوئے لوگ ہیں۔</w:t>
      </w:r>
    </w:p>
    <w:p>
      <w:r>
        <w:rPr>
          <w:b/>
        </w:rPr>
        <w:t xml:space="preserve">[13:57] </w:t>
      </w:r>
      <w:r>
        <w:t>lekin bigde hain to hamein naseehat karna hai, manna nahin hai humein. hamein un ki tableegh karni hai, da'wah karni hai, un ko Quran o Hadees batana hai. to translator ban gaye. to kai log aise Islam ki tareekh mein translator ban gaye. woh top ke the, ek galati un se ho gayi, ek momin ki galati, ek lamhe ki galati. jis ki galati mein bahut badi un ke upar resp</w:t>
      </w:r>
    </w:p>
    <w:p>
      <w:pPr>
        <w:jc w:val="right"/>
      </w:pPr>
      <w:r>
        <w:t>لیکن بگڑے ہیں تو ہمیں نصیحت کرنا ہے، ماننا نہیں ہے ہمیں۔ ہمیں ان کی تبلیغ کرنی ہے، دعوت کرنی ہے، ان کو قرآن و حدیث بتانا ہے۔ تو ٹرانسلیٹر بن گئے۔ تو کئی لوگ ایسے اسلام کی تاریخ میں ٹرانسلیٹر بن گئے۔ وہ ٹاپ کے تھے، ایک غلطی ان سے ہو گئی، ایک مومن کی غلطی، ایک لمحے کی غلطی۔ جس کی غلطی میں بہت بڑی ان کے اوپر ریسپ</w:t>
      </w:r>
    </w:p>
    <w:p>
      <w:r>
        <w:rPr>
          <w:b/>
        </w:rPr>
        <w:t xml:space="preserve">[14:27] </w:t>
      </w:r>
      <w:r>
        <w:t>onsibility aa gayi. ke woh galat, woh wrong translator ban gaye. isi mein itna bada naam jo hai Allama Ibn Taymiyyah ka, unhone— unhone kuch cheezon par jo ke, yaani qatl ka fatwa diya, qatl. ek Arab 'alim ne un ke fatwe ko</w:t>
      </w:r>
    </w:p>
    <w:p>
      <w:pPr>
        <w:jc w:val="right"/>
      </w:pPr>
      <w:r>
        <w:t>انسبیلٹی آ گئی۔ کہ وہ غلط، وہ رونگ ٹرانسلیٹر بن گئے۔ اسی میں اتنا بڑا نام جو ہے علامہ ابن تیمیہ کا، انہوں نے— انہوں نے کچھ چیزوں پر جو کہ، یعنی قتل کا فتویٰ دیا، قتل۔ ایک عرب عالم نے ان کے فتوے کو</w:t>
      </w:r>
    </w:p>
    <w:p>
      <w:r>
        <w:rPr>
          <w:b/>
        </w:rPr>
        <w:t xml:space="preserve">[14:59] </w:t>
      </w:r>
      <w:r>
        <w:t>survey kar ke bataya hai ke 422 baar unhone kaha ke falan aadmi ko qatl kar diya, qatl kar diya. woh sab aqeeday ki galati. woh koi crime par nahin. 422 baar unhone kaha ke qatl kar do. woh criminal aadmi nahin tha. us ne ek baat kahi thi jo Ibn Taymiyyah ke nazdeek galat thi. yaani thought crime ko Islam mein shamil kiya kis ne? Ibn Taymiyyah ne</w:t>
      </w:r>
    </w:p>
    <w:p>
      <w:pPr>
        <w:jc w:val="right"/>
      </w:pPr>
      <w:r>
        <w:t>سروے کر کے بتایا ہے کہ 422 بار انہوں نے کہا کہ فلاں آدمی کو قتل کر دیا، قتل کر دیا۔ وہ سب عقیدے کی غلطی۔ وہ کوئی کرائم پر نہیں۔ 422 بار انہوں نے کہا کہ قتل کر دو۔ وہ کرائمنل آدمی نہیں تھا۔ اس نے ایک بات کہی تھی جو ابن تیمیہ کے نزدیک غلط تھی۔ یعنی تھاٹ کرائم کو اسلام میں شامل کیا کس نے؟ ابن تیمیہ نے</w:t>
      </w:r>
    </w:p>
    <w:p>
      <w:r>
        <w:rPr>
          <w:b/>
        </w:rPr>
        <w:t xml:space="preserve">[15:29] </w:t>
      </w:r>
      <w:r>
        <w:t>. thought crime, jo Islam mein tha hee nahin. thought crime par Islam mein tableegh hai, da'wah hai, samjhana hai. thought crime par, yeh nahin ke maar dalo. to unhone fatwe diye, aur 422 baar unhone yeh baat kahi, jo ek Arab 'alim ne us ko survey kar ke bataya hai.</w:t>
      </w:r>
    </w:p>
    <w:p>
      <w:pPr>
        <w:jc w:val="right"/>
      </w:pPr>
      <w:r>
        <w:t>۔ تھاٹ کرائم، جو اسلام میں تھا ہی نہیں۔ تھاٹ کرائم پر اسلام میں تبلیغ ہے، دعوت ہے، سمجھانا ہے۔ تھاٹ کرائم پر، یہ نہیں کہ مار ڈالو۔ تو انہوں نے فتوے دیے، اور 422 بار انہوں نے یہ بات کہی، جو ایک عرب عالم نے اس کو سروے کر کے بتایا ہے۔</w:t>
      </w:r>
    </w:p>
    <w:p>
      <w:r>
        <w:rPr>
          <w:b/>
        </w:rPr>
        <w:t xml:space="preserve">[16:00] </w:t>
      </w:r>
      <w:r>
        <w:t>so Ibn Taymiyyah became a translator. ke qatl jo hai sirf crime par nahin hai, physical crime par nahin, balke thought crime par bhi. yeh jo include kar diya unhone, yaani physical crime par saza thi Islam mein. Islam mein punishment jo hai woh physical crime par hai. unhone wahan comma laga diya. aur kaha ke thought crime par bhi saza hai.</w:t>
      </w:r>
    </w:p>
    <w:p>
      <w:pPr>
        <w:jc w:val="right"/>
      </w:pPr>
      <w:r>
        <w:t>سو ابن تیمیہ بیکم اے ٹرانسلیٹر۔ کہ قتل جو ہے صرف کرائم پر نہیں ہے، فزیکل کرائم پر نہیں، بلکہ تھاٹ کرائم پر بھی۔ یہ جو انکلوڈ کر دیا انہوں نے، یعنی فزیکل کرائم پر سزا تھی اسلام میں۔ اسلام میں پنشمنٹ جو ہے وہ فزیکل کرائم پر ہے۔ انہوں نے وہاں کاما لگا دیا۔ اور کہا کہ تھاٹ کرائم پر بھی سزا ہے۔</w:t>
      </w:r>
    </w:p>
    <w:p>
      <w:r>
        <w:rPr>
          <w:b/>
        </w:rPr>
        <w:t xml:space="preserve">[16:30] </w:t>
      </w:r>
      <w:r>
        <w:t>yeh, yeh, yeh Islam mein nahin tha yeh. yeh Ibn Taymiyyah ne shamil kiya baad ke zamane mein. to Ibn Taymiyyah translator ban gaye. thought crime par qatl karo, yeh us ke translator hain Ibn Taymiyyah. ek lamhe ki galati un se hui thi. hua yeh ke woh Sham mein the, Syria mein. wahan par ek Christian tha, us ne ek ajeeb si baat kahi Rasool Allah ke baare mein,</w:t>
      </w:r>
    </w:p>
    <w:p>
      <w:pPr>
        <w:jc w:val="right"/>
      </w:pPr>
      <w:r>
        <w:t>یہ، یہ، یہ اسلام میں نہیں تھا یہ۔ یہ ابن تیمیہ نے شامل کیا بعد کے زمانے میں۔ تو ابن تیمیہ ٹرانسلیٹر بن گئے۔ تھاٹ کرائم پر قتل کرو، یہ اس کے ٹرانسلیٹر ہیں ابن تیمیہ۔ ایک لمحے کی غلطی ان سے ہوئی تھی۔ ہوا یہ کہ وہ شام میں تھے، سیریا میں۔ وہاں پر ایک کرسچن تھا، اس نے ایک عجیب سی بات کہی رسول اللہ کے بارے میں،</w:t>
      </w:r>
    </w:p>
    <w:p>
      <w:r>
        <w:rPr>
          <w:b/>
        </w:rPr>
        <w:t xml:space="preserve">[17:01] </w:t>
      </w:r>
      <w:r>
        <w:t>jo Musalmanon ke nazdeek galat thi. kitabon mein yeh baat clear nahin hai ke us ne kya kaha tha. yeh bhi ghaur kijiye. kitabon mein yeh baat clear nahin ke us ne kya kaha tha. bas yeh hai ke us ne shatm kiya. yeh bhi Islam mein nahin hai ke aap yeh to kahein ke shatm kiya hai, aur yeh na batayein ke us ne kya baat kahi thi jo aap ko shatm lag rahi hai. bas shatm kiya, shaatim ban gaya woh.</w:t>
      </w:r>
    </w:p>
    <w:p>
      <w:pPr>
        <w:jc w:val="right"/>
      </w:pPr>
      <w:r>
        <w:t>جو مسلمانوں کے نزدیک غلط تھی۔ کتابوں میں یہ بات کلیئر نہیں ہے کہ اس نے کیا کہا تھا۔ یہ بھی غور کیجیے۔ کتابوں میں یہ بات کلیئر نہیں کہ اس نے کیا کہا تھا۔ بس یہ ہے کہ اس نے شتم کیا۔ یہ بھی اسلام میں نہیں ہے کہ آپ یہ تو کہیں کہ شتم کیا ہے، اور یہ نہ بتائیں کہ اس نے کیا بات کہی تھی جو آپ کو شتم لگ رہی ہے۔ بس شتم کیا، شاتم بن گیا وہ۔</w:t>
      </w:r>
    </w:p>
    <w:p>
      <w:r>
        <w:rPr>
          <w:b/>
        </w:rPr>
        <w:t xml:space="preserve">[17:32] </w:t>
      </w:r>
      <w:r>
        <w:t>shaatim kahane, shatm kahane, abuse karna. language, yaani language of abusement istemaal kare woh. to lekin yeh kya kaha tha us ne, yeh pata nahin. kitabon mein likha hua nahin hai. to Ibn Taymiyyah ne kitaab likhi ke As-Sarim Al-Maslul wa Shatim Ar-Rasul. jo Rasool Allah par shatm kare, us ko talwaar se maar dalo. to shatm agar bil-farz us ne kiya ho,</w:t>
      </w:r>
    </w:p>
    <w:p>
      <w:pPr>
        <w:jc w:val="right"/>
      </w:pPr>
      <w:r>
        <w:t>شاتم کہانے، شتم کہانے، ابیوز کرنا۔ لینگویج، یعنی لینگویج آف ابیوزمنٹ استعمال کرے وہ۔ تو لیکن یہ کیا کہا تھا اس نے، یہ پتہ نہیں۔ کتابوں میں لکھا ہوا نہیں ہے۔ تو ابن تیمیہ نے کتاب لکھی کہ الصارع المسلول اور شاتم الرسول۔ جو رسول اللہ پر شتم کرے، اس کو تلوار سے مار ڈالو۔ تو شتم اگر بالفرض اس نے کیا ہو،</w:t>
      </w:r>
    </w:p>
    <w:p>
      <w:r>
        <w:rPr>
          <w:b/>
        </w:rPr>
        <w:t xml:space="preserve">[18:02] </w:t>
      </w:r>
      <w:r>
        <w:t>to woh to ek belief ki baat hai, ek idea ki baat hai, ek thought ki baat hai, sochne ki baat hai. us par aap maar nahin sakte us ko. us ko aap samjhayeinge, tableegh kareinge, da'wah deinge. to thought crime par unhone kaha ke us ko talwaar se maaro. is baat ka koi saboot nahin hai ke Ibn Taymiyyah us shakhs se mile. is ka koi saboot nahin hai. mil kar koi samjhaye, bujhaye, us ka koi saboot nahin hai. bas kitaab</w:t>
      </w:r>
    </w:p>
    <w:p>
      <w:pPr>
        <w:jc w:val="right"/>
      </w:pPr>
      <w:r>
        <w:t>تو وہ تو ایک بیلیف کی بات ہے، ایک آئیڈیا کی بات ہے، ایک تھاٹ کی بات ہے، سوچنے کی بات ہے۔ اس پر آپ مار نہیں سکتے اس کو۔ اس کو آپ سمجھائیں گے، تبلیغ کریں گے، دعوت دیں گے۔ تو تھاٹ کرائم پر انہوں نے کہا کہ اس کو تلوار سے مارو۔ اس بات کا کوئی ثبوت نہیں ہے کہ ابن تیمیہ اس شخص سے ملے۔ اس کا کوئی ثبوت نہیں ہے۔ مل کر کوئی سمجھائے، بجھائے، اس کا کوئی ثبوت نہیں ہے۔ بس کتاب</w:t>
      </w:r>
    </w:p>
    <w:p>
      <w:r>
        <w:rPr>
          <w:b/>
        </w:rPr>
        <w:t xml:space="preserve">[18:32] </w:t>
      </w:r>
      <w:r>
        <w:t>likh di unhone. aur فتویٰ de diya unhone. to Ibn Taymiyyah became a translator in this regard. to kya hua? ek lamhe ka. un ko khabar suni, unhone ke us ne shatm kiya hai, aur foran fatwa de diya. baghair us ki chhaan been kiye. to yaad rakhiye, chahe secular life mein aap hon ya mazhabi life mein hon, ek bahut</w:t>
      </w:r>
    </w:p>
    <w:p>
      <w:pPr>
        <w:jc w:val="right"/>
      </w:pPr>
      <w:r>
        <w:t>لکھ دی انہوں نے۔ اور فتویٰ دے دیا انہوں نے۔ تو ابن تیمیہ بیکم اے ٹرانسلیٹر ان دس ریگارڈ۔ تو کیا ہوا؟ ایک لمحے کا۔ ان کو خبر سنی، انہوں نے کہ اس نے شتم کیا ہے، اور فوراً فتویٰ دے دیا۔ بغیر اس کی چھان بین کیے۔ تو یاد رکھیے، چاہے سیکولر لائف میں آپ ہوں یا مذہبی لائف میں ہوں، ایک بہت</w:t>
      </w:r>
    </w:p>
    <w:p>
      <w:r>
        <w:rPr>
          <w:b/>
        </w:rPr>
        <w:t xml:space="preserve">[19:02] </w:t>
      </w:r>
      <w:r>
        <w:t>he crucial lamha aap ki zindagi mein aata hai. woh lamha aap ko sirf thirty second deta hai. thirty second mein aap ko faisla lena hai, idhar ka ya idhar ka. aur bohat hi crucial hota hai, kyunkay poori life is mein jhonk uthti hai. poori life ke liye tay ho jata hai ke aadmi kamyab hai ya nakam. to life bohat hi ziyada</w:t>
      </w:r>
    </w:p>
    <w:p>
      <w:pPr>
        <w:jc w:val="right"/>
      </w:pPr>
      <w:r>
        <w:t>ہی کروشل لمحہ آپ کی زندگی میں آتا ہے۔ وہ لمحہ آپ کو صرف تھرٹی سیکنڈ دیتا ہے۔ تھرٹی سیکنڈ میں آپ کو فیصلہ لینا ہے، ادھر کا یا ادھر کا۔ اور بہت ہی کروشل ہوتا ہے، کیونکہ پوری لائف اس میں جھونک اٹھتی ہے۔ پوری لائف کے لیے طے ہو جاتا ہے کہ آدمی کامیاب ہے یا ناکام۔ تو لائف بہت ہی زیادہ</w:t>
      </w:r>
    </w:p>
    <w:p>
      <w:r>
        <w:rPr>
          <w:b/>
        </w:rPr>
        <w:t xml:space="preserve">[19:32] </w:t>
      </w:r>
      <w:r>
        <w:t>crucial test hai. life, yaani bohat lambi muddat nahi milti jeenay ke liye aadmi ko. jaisay mein ne bataya ke Hitler jo tha, bohat healthy aadmi tha, bohat zabardast, strong personality thi, healthy bhi tha, aur fifty seven ki umar mein mar gaya woh. to itni kam life milti hai aap ko. abhi aap bachpan, bachay thay, phir naujawan hue,</w:t>
      </w:r>
    </w:p>
    <w:p>
      <w:pPr>
        <w:jc w:val="right"/>
      </w:pPr>
      <w:r>
        <w:t>کروشل ٹیسٹ ہے۔ لائف، یعنی بہت لمبی مدت نہیں ملتی جینے کے لیے آدمی کو۔ جیسے میں نے بتایا کہ ہٹلر جو تھا، بہت ہیلتھی آدمی تھا، بہت زبردست، سٹرانگ پرسنالٹی تھی، ہیلتھی بھی تھا، اور ففٹی سیون کی عمر میں مر گیا وہ۔ تو اتنی کم لائف ملتی ہے آپ کو۔ ابھی آپ بچپن، بچے تھے، پھر نوجوان ہوئے،</w:t>
      </w:r>
    </w:p>
    <w:p>
      <w:r>
        <w:rPr>
          <w:b/>
        </w:rPr>
        <w:t xml:space="preserve">[20:02] </w:t>
      </w:r>
      <w:r>
        <w:t>phir aap baray hue. das bees saal aur rahay, is ke baad khatam. to aap ko bohat ziyada alert rehna paray ga zindagi ke maamlay mein. Hazrat Masih ne kaha tha ke be innocent as a pigeon. be innocent as a pigeon, and be alert as a serpent.</w:t>
      </w:r>
    </w:p>
    <w:p>
      <w:pPr>
        <w:jc w:val="right"/>
      </w:pPr>
      <w:r>
        <w:t>پھر آپ بڑے ہوئے۔ دس بیس سال اور رہے، اس کے بعد ختم۔ تو آپ کو بہت زیادہ الرٹ رہنا پڑے گا زندگی کے معاملے میں۔ حضرت مسیح نے کہا تھا کہ بی انوسنٹ ایز اے پیجن۔ بی انوسنٹ ایز اے پیجن، اینڈ بی الرٹ ایز اے سرپنٹ۔</w:t>
      </w:r>
    </w:p>
    <w:p>
      <w:r>
        <w:rPr>
          <w:b/>
        </w:rPr>
        <w:t xml:space="preserve">[20:33] </w:t>
      </w:r>
      <w:r>
        <w:t>be innocent as a pigeon, and be alert as a serpent. mein samajhta hoon ke bohat zabardast yeh advice hai insaan ke liye. bohat zabardast advice hai. aap kitnay hi mukhlis hon, kitnay hi sincere hon, kitnay hi apnay khayal se aap kitnay hi sachay aadmi hon, lekin aap agar ghalti kar gaye, is thirty second ko aap ne kho diya, to phir aap g</w:t>
      </w:r>
    </w:p>
    <w:p>
      <w:pPr>
        <w:jc w:val="right"/>
      </w:pPr>
      <w:r>
        <w:t>بی انوسنٹ ایز اے پیجن، اینڈ بی الرٹ ایز اے سرپنٹ। میں سمجھتا ہوں کہ بہت زبردست یہ ایڈوائس ہے انسان کے لیے۔ بہت زبردست ایڈوائس ہے۔ آپ کتنے ہی مخلص ہوں، کتنے ہی سنسیئر ہوں، کتنے ہی اپنے خیال سے آپ کتنے ہی سچے آدمی ہوں، لیکن آپ اگر غلطی کر گئے، اس تھرٹی سیکنڈ کو آپ نے کھو دیا، تو پھر آپ گ</w:t>
      </w:r>
    </w:p>
    <w:p>
      <w:r>
        <w:rPr>
          <w:b/>
        </w:rPr>
        <w:t xml:space="preserve">[21:03] </w:t>
      </w:r>
      <w:r>
        <w:t>aye. ya to wahin par aap ka derailment ho jaye ga, derailment, ya phir right path par aa jayen ge aap. isi baat ko aik sahabi ne, aik allegorical language mein is tarah bataya hai ke agar tum aik aisay rastay se guzro</w:t>
      </w:r>
    </w:p>
    <w:p>
      <w:pPr>
        <w:jc w:val="right"/>
      </w:pPr>
      <w:r>
        <w:t>ئے۔ یا تو وہیں پر آپ کا ڈی ریلیمنٹ ہو جائے گا، ڈی ریلیمنٹ، یا پھر رائٹ پاتھ پر آ جائیں گے آپ۔ اسی بات کو ایک صحابی نے، ایک الیگوریتھیکل لینگویج میں اس طرح بتایا ہے کہ اگر تم ایک ایسے راستے سے گزرو</w:t>
      </w:r>
    </w:p>
    <w:p>
      <w:r>
        <w:rPr>
          <w:b/>
        </w:rPr>
        <w:t xml:space="preserve">[21:33] </w:t>
      </w:r>
      <w:r>
        <w:t>jahan thorny bushes hon, kaantay daar jhaariyan hon, dono taraf patla sa rasta hai, aur dono taraf thorny bushes hon, kaantay daar jhaariyan, to aap kya karen ge? idhar bhi kaanta, idhar bhi kaanta. zara sa idhar jhukay to kaanta, zara idhar jhukay to kaanta, to aap kya karen ge? to aap bohat sambhal sambhal ke niklen ge, bohat sambhal sambhal ke, bohat hi careful tareeqay se</w:t>
      </w:r>
    </w:p>
    <w:p>
      <w:pPr>
        <w:jc w:val="right"/>
      </w:pPr>
      <w:r>
        <w:t>جہاں تھارنی بُشز ہوں، کاٹے دار جھاڑیاں ہوں، دونوں طرف پتلا سا راستہ ہے، اور دونوں طرف تھارنی بُشز ہوں، کاٹے دار جھاڑیاں، تو آپ کیا کریں گے؟ ادھر بھی کاٹا، ادھر بھی کاٹا۔ ذرا سا ادھر جھکے تو کاٹا، ذرا ادھر جھکا تو کاٹا، تو آپ کیا کریں گے؟ تو آپ بہت سنبھال سنبھال کے نکلیں گے، بہت سنبھال سنبھال کے، بہت ہی کیئرفل طریقے سے</w:t>
      </w:r>
    </w:p>
    <w:p>
      <w:r>
        <w:rPr>
          <w:b/>
        </w:rPr>
        <w:t xml:space="preserve">[22:03] </w:t>
      </w:r>
      <w:r>
        <w:t>niklen ge, yahan tak ke aap is ko rastay ko paar kar len ge. to life aisay hi hai. ke life jo hai aik bohat hi ziyada, yaani aik crucial, aik rasta hai, is se guzarna hai. aur dono taraf uljhanay wali baaten hain. dono taraf temptation hai. dono taraf, yaani de</w:t>
      </w:r>
    </w:p>
    <w:p>
      <w:pPr>
        <w:jc w:val="right"/>
      </w:pPr>
      <w:r>
        <w:t>نکلیں گے، یہاں تک کہ آپ اس کو راستے کو پار کر لیں گے۔ تو لائف ایسے ہی ہے۔ کہ لائف جو ہے ایک بہت ہی زیادہ، یعنی ایک کروشل، ایک راستہ ہے، اس سے گزرنا ہے۔ اور دونوں طرف الجھانے والی باتیں ہیں۔ دونوں طرف ٹیمپٹیشن ہے۔ دونوں طرف، یعنی ڈی</w:t>
      </w:r>
    </w:p>
    <w:p>
      <w:r>
        <w:rPr>
          <w:b/>
        </w:rPr>
        <w:t xml:space="preserve">[22:34] </w:t>
      </w:r>
      <w:r>
        <w:t>railment ke chances hain, dono taraf distraction ke chances hain, dono taraf ghalti karnay ke chances hain. to aap bohat hi ziyada alert hona paray ga. bohat hi alert ho ke chalna paray ga, taakay aap end tak puhanch jayen. yeh bohat hi, mein aap ko aik misaal deta hoon, bohat hi anokhi misaal.</w:t>
      </w:r>
    </w:p>
    <w:p>
      <w:pPr>
        <w:jc w:val="right"/>
      </w:pPr>
      <w:r>
        <w:t>ریلیمنٹ کے چانسز ہیں، دونوں طرف ڈسٹریکشن کے چانسز ہیں، دونوں طرف غلطی کرنے کے چانسز ہیں۔ تو آپ بہت ہی زیادہ الرٹ ہونا پڑے گا۔ بہت ہی الرٹ ہو کے چلنا پڑے گا، تاکہ آپ اینڈ تک پہنچ جائیں۔ یہ بہت ہی، میں آپ کو ایک مثال دیتا ہوں، بہت ہی انوکھی مثال۔</w:t>
      </w:r>
    </w:p>
    <w:p>
      <w:r>
        <w:rPr>
          <w:b/>
        </w:rPr>
        <w:t xml:space="preserve">[23:06] </w:t>
      </w:r>
      <w:r>
        <w:t>Rasool Allah ke baray mein aap jantay hain ke aap Makkah mein aap ne mission shuru kiya six thousand ten A.D. mein. wahan aap terah saal rahay. phir migrate kar ke aap wahan halaat bohat aap ke liye sakht ho gaye. to aap ko under compulsion migrate karna para. under compulsion. to aap Madinah mein settle ho gaye. to Madinah ke yeh log gaye thay, aap aur aap ke sahaba</w:t>
      </w:r>
    </w:p>
    <w:p>
      <w:pPr>
        <w:jc w:val="right"/>
      </w:pPr>
      <w:r>
        <w:t>رسول اللہ کے بارے میں آپ جانتے ہیں کہ آپ مکہ میں آپ نے مشن شروع کیا سکس ہزار ٹین ایٹی میں۔ وہاں آپ تیرہ سال رہے۔ پھر مائیگریٹ کر کے آپ وہاں حالات بہت آپ کے لیے سخت ہو گئے۔ تو آپ کو انڈر کمپلشن مائیگریٹ کرنا پڑا۔ انڈر کمپلشن۔ تو آپ مدینہ میں سیٹل ہو گئے۔ تو مدینے میں یہ لوگ گئے تھے، آپ اور آپ کے صحابہ</w:t>
      </w:r>
    </w:p>
    <w:p>
      <w:r>
        <w:rPr>
          <w:b/>
        </w:rPr>
        <w:t xml:space="preserve">[23:36] </w:t>
      </w:r>
      <w:r>
        <w:t>to un ka kuch bhi nahi tha. koi source of income nahi, koi ghar nahi, koi property nahi. to Madinah ke logon ne aap ko sab kuch diya. is mein do aadmi ne leadership ka kirdaar ada kiya tha. leadership. aik thay Saad bin Ma'az, aik thay Saad bin Ubada. Saad bin Ubada. jo Madinah ke us waqt leader thay, yaani tribal le</w:t>
      </w:r>
    </w:p>
    <w:p>
      <w:pPr>
        <w:jc w:val="right"/>
      </w:pPr>
      <w:r>
        <w:t>، تو ان کا کچھ بھی نہیں تھا۔ کوئی سورس آف انکم نہیں، کوئی گھر نہیں، کوئی پراپرٹی نہیں۔ تو مدینے کے لوگوں نے آپ کو سب کچھ دیا۔ اس میں دو آدمی نے لیڈرشپ کا کردار ادا کیا تھا۔ لیڈرشپ۔ ایک تھے سعد بن معاذ، ایک تھے سعد ابن عبادہ۔ سعد ابن عبادہ۔ جو مدینے کے اس وقت لیڈر تھے، یعنی ٹرائبل لی</w:t>
      </w:r>
    </w:p>
    <w:p>
      <w:r>
        <w:rPr>
          <w:b/>
        </w:rPr>
        <w:t xml:space="preserve">[24:06] </w:t>
      </w:r>
      <w:r>
        <w:t>ader. bohat saath diya unhon ne, bohat ziyada saath diya. dono ne. aur bohat ziyada, yaani Islam mein itna ziyada unhon ne support diya ke woh Ansar kahay gaye. lekin kya hua? aik crucial time aaya Saad bin Ubada ke liye. Rasool Allah ki wafat ke baad yeh sawal paida hua ke kaun Khalifa ho? aap ki jagah par kaun liya jaye?</w:t>
      </w:r>
    </w:p>
    <w:p>
      <w:pPr>
        <w:jc w:val="right"/>
      </w:pPr>
      <w:r>
        <w:t>ڈر۔ بہت ساتھ دیا انہوں نے، بہت زیادہ ساتھ دیا۔ دونوں نے۔ اور بہت زیادہ، یعنی اسلام میں اتنا زیادہ انہوں نے سپورٹ دیا کہ وہ انصار کہے گئے۔ لیکن کیا ہوا؟ ایک کروشل ٹائم آیا سعد ابن عبادہ کے لیے۔ رسول اللہ کی وفات کے بعد یہ سوال پیدا ہوا کہ کون خلیفہ ہو؟ آپ کی جگہ پر کون لیا جائے؟</w:t>
      </w:r>
    </w:p>
    <w:p>
      <w:r>
        <w:rPr>
          <w:b/>
        </w:rPr>
        <w:t xml:space="preserve">[24:39] </w:t>
      </w:r>
      <w:r>
        <w:t>to yahan par Saad bin Ubada jo thay, un ki rai yeh ho gayi ke chounkay Madinah walon ne bohat ziyada support diya hai, un ki support se Islam re-establish hua Madinah mein. yaani Islam Madinah mein jo re-establish hua, to is mein Ansar ka haath tha. to Ansar ke leader ko Khalifa hona chahiye. yeh un ki soch thi. to apparently</w:t>
      </w:r>
    </w:p>
    <w:p>
      <w:pPr>
        <w:jc w:val="right"/>
      </w:pPr>
      <w:r>
        <w:t>تو یہاں پر سعد ابن عبادہ جو تھے، ان کی رائے یہ ہو گئی کہ چونکہ مدینے والوں نے بہت زیادہ سپورٹ دیا ہے، ان کی سپورٹ سے اسلام ری اسٹیبلش ہوا مدینہ میں۔ یعنی اسلام مدینے میں جو ری اسٹیبلش ہوا، تو اس میں انصار کا ہاتھ تھا۔ تو انصار کے لیڈر کو خلیفہ ہونا چاہیے۔ یہ ان کی سوچ تھی۔ تو اپیئرینٹلی</w:t>
      </w:r>
    </w:p>
    <w:p>
      <w:r>
        <w:rPr>
          <w:b/>
        </w:rPr>
        <w:t xml:space="preserve">[25:09] </w:t>
      </w:r>
      <w:r>
        <w:t>he was right. magar doosra jo group tha, sahaba ka, woh keh raha tha nahi, Quran mein ayat hai ke yaani un ke affairs jo hain, mutual consultation se tay hon ge. their matters will be settled by mutual consultation. to wahan par jo shura hui, to shura mein majority ne Hazrat Abu Bakr ke haq mein</w:t>
      </w:r>
    </w:p>
    <w:p>
      <w:pPr>
        <w:jc w:val="right"/>
      </w:pPr>
      <w:r>
        <w:t>ہی واز رائٹ۔ مگر دوسرا جو گروپ تھا، صحابہ کا، وہ کہہ رہا تھا نہیں، قرآن میں آیت ہے کہ یعنی ان کے افیئرز جو ہیں، میوچول کنسلٹیشن سے طے ہوں گے۔ دیر میٹر ول بی سیٹلڈ بائی میوچول کنسلٹیشن۔ تو وہاں پر جو شوریٰ ہوئی، تو شوریٰ میں میجورٹی نے حضرت ابوبکر کے حق میں</w:t>
      </w:r>
    </w:p>
    <w:p>
      <w:r>
        <w:rPr>
          <w:b/>
        </w:rPr>
        <w:t xml:space="preserve">[25:39] </w:t>
      </w:r>
      <w:r>
        <w:t>rai de di. to woh Khalifa ban gaye. to yeh Saad bin Ubada ko accept nahi hua. unhon ne bay'at nahi ki Hazrat Abu Bakr ke haath par. bay'at nahi ki. to ab poora Madinah un ke liye, poore Madinah mein woh aik unwanted personality ban gaye. unwanted. nateeja kya hua</w:t>
      </w:r>
    </w:p>
    <w:p>
      <w:pPr>
        <w:jc w:val="right"/>
      </w:pPr>
      <w:r>
        <w:t>رائے دے دی۔ تو وہ خلیفہ بن گئے۔ تو یہ سعد ابن عبادہ کو ایکسیپٹ نہیں ہوا۔ انہوں نے بیعت نہیں کی حضرت ابوبکر کے ہاتھ پر۔ بیعت نہیں کی۔ تو اب پورا مدینہ ان کے لیے، پورے مدینے میں وہ ایک ان وانٹڈ پرسنالٹی بن گئے۔ ان وانٹڈ۔ نتیجہ کیا ہوا</w:t>
      </w:r>
    </w:p>
    <w:p>
      <w:r>
        <w:rPr>
          <w:b/>
        </w:rPr>
        <w:t xml:space="preserve">[26:09] </w:t>
      </w:r>
      <w:r>
        <w:t>ke woh under compulsion, unhon ne Madinah chhor diya aur Sham chalay gaye. is Sham mein aap jantay hain ke Arab se mila hua mulk hai. log bohat atay jatay thay wahan. aur gyarah saal, yaani bay'at ke gyarah saal baad un ki death hui. Sham mein. to gyarah saal tak unhon ne bay'at nahi ki. un ke baray mein aik riwayat hai ke jab un ki death</w:t>
      </w:r>
    </w:p>
    <w:p>
      <w:pPr>
        <w:jc w:val="right"/>
      </w:pPr>
      <w:r>
        <w:t>؟ کہ وہ انڈر کمپلشن، انہوں نے مدینہ چھوڑ دیا اور شام چلے گئے۔ اس شام میں آپ جانتے ہیں کہ عرب سے ملا ہوا ملک ہے۔ لوگ بہت آتے جاتے تھے وہاں۔ اور گیارہ سال، یعنی بیعت کے گیارہ سال بعد ان کی ڈیتھ ہوئی۔ شام میں۔ تو گیارہ سال تک انہوں نے بیعت نہیں کی۔ ان کے بارے میں ایک روایت ہے کہ جب ان کی ڈیت</w:t>
      </w:r>
    </w:p>
    <w:p>
      <w:r>
        <w:rPr>
          <w:b/>
        </w:rPr>
        <w:t xml:space="preserve">[26:39] </w:t>
      </w:r>
      <w:r>
        <w:t>hui to farishtay ne kaha ke qatalna Saad bin Ubada. yaani farishtay ne yeh nahi kaha ke aaj hum ne un ki rooh qabz ki, yeh nahi kaha. qatalna Saad bin Ubada. ke aaj hum ne Saad bin Ubada ko qatal kar diya. aik sahabi, top ka sahabi. to kyunkay aik un ki zindagi mein aik crucial moment aaya,</w:t>
      </w:r>
    </w:p>
    <w:p>
      <w:pPr>
        <w:jc w:val="right"/>
      </w:pPr>
      <w:r>
        <w:t>ھ ہوئی تو فرشتوں نے کہا کہ قتلنا سعد ابن عبادہ۔ یعنی فرشتوں نے یہ نہیں کہا کہ آج ہم نے ان کی روح قبض کی، یہ نہیں کہا۔ قتلنا سعد ابن عبادہ۔ کہ آج ہم نے سعد ابن عبادہ کو قتل کر دیا۔ ایک صحابی، ٹاپ کا صحابی۔ تو کیونکہ ایک ان کی زندگی میں ایک کروشل مومنٹ آیا،</w:t>
      </w:r>
    </w:p>
    <w:p>
      <w:r>
        <w:rPr>
          <w:b/>
        </w:rPr>
        <w:t xml:space="preserve">[27:10] </w:t>
      </w:r>
      <w:r>
        <w:t>wahan woh right decision na le sakay. to derailment ho gaya. to yaad rakhiye, koi bhi insaan, koi bhi insaan, koi bhi insaan, is risk se bacha hua nahi hai. is risk se bacha hua nahi hai. to har lamha is ko alert rehna chahiye. woh jo waqia hua Sho Mukhra ke saath, Florence mein, ke aik lamhay ka decision woh nahi le saka,</w:t>
      </w:r>
    </w:p>
    <w:p>
      <w:pPr>
        <w:jc w:val="right"/>
      </w:pPr>
      <w:r>
        <w:t>وہاں وہ رائٹ ڈیسیژن نہ لے سکے۔ تو ڈی ریلیمنٹ ہو گیا۔ تو یاد رکھیے، کوئی بھی انسان، کوئی بھی انسان، کوئی بھی انسان، اس رسک سے بچا ہوا نہیں ہے۔ اس رسک سے بچا ہوا نہیں ہے۔ تو ہر لمحہ اس کو الرٹ رہنا چاہیے۔ وہ جو واقعہ ہوا شو مخر کے ساتھ، فلورنس میں، کہ ایک لمحے کا ڈیسیژن وہ نہیں لے سکا،</w:t>
      </w:r>
    </w:p>
    <w:p>
      <w:r>
        <w:rPr>
          <w:b/>
        </w:rPr>
        <w:t xml:space="preserve">[27:41] </w:t>
      </w:r>
      <w:r>
        <w:t>to us ki death ho gayi. yaani hero bantay hain, yaani woh agar woh perform, woh perform kar leta, us ko, us scene ko perform kar leta, acha, to hero ban jata woh. achanak hero ban gaya woh. woh jo scene dikha raha tha, us scene mein us ke plan ke mutabiq, apnay plan ke mutabiq, us ne agar poora kar liya hota apna kaam, to hero ban jata</w:t>
      </w:r>
    </w:p>
    <w:p>
      <w:pPr>
        <w:jc w:val="right"/>
      </w:pPr>
      <w:r>
        <w:t>تو اس کی ڈیتھ ہو گئی۔ یعنی ہیرو بنتے ہیں، یعنی وہ اگر وہ پرفارم، وہ پرفارم کر لیتا، اس کو، اس سین کو پرفارم کر لیتا، اچھا، تو ہیرو بن جاتا وہ۔ اچانک ہیرو بن گیا وہ۔ وہ جو سین دکھا رہا تھا، اس سین میں اس کے پلان کے مطابق، اپنے پلان کے مطابق، اس نے اگر پورا کر لیا ہوتا اپنا کام، تو ہیرو بن جاتا</w:t>
      </w:r>
    </w:p>
    <w:p>
      <w:r>
        <w:rPr>
          <w:b/>
        </w:rPr>
        <w:t xml:space="preserve">[28:11] </w:t>
      </w:r>
      <w:r>
        <w:t>woh. lekin itnay second woh zero ban gaya. to mein ne bohat ziyada socha is par, to mujhe laga ke yeh woh aadmi hum ko lesson de gaya hai. lesson de gaya hai. aik lamha tumhari zindagi mein aaye ga, agar tum ne right decision liya to tum hero ban jao ge. wrong decision le liya to tum zero ban jao ge.</w:t>
      </w:r>
    </w:p>
    <w:p>
      <w:pPr>
        <w:jc w:val="right"/>
      </w:pPr>
      <w:r>
        <w:t>وہ۔ لیکن اتنے سیکنڈ وہ زیرو بن گیا۔ تو میں نے بہت زیادہ سوچا اس پر، تو مجھے لگا کہ یہ وہ آدمی ہم کو لیسن دے گیا ہے۔ لیسن دے گیا ہے۔ ایک لمحہ تمہاری زندگی میں آئے گا، اگر تم نے رائٹ ڈیسیژن لیا تو تم ہیرو بن جاؤ گے۔ رانگ ڈیسیژن لے لیا تو تم زیرو بن جاؤ گے۔</w:t>
      </w:r>
    </w:p>
    <w:p>
      <w:r>
        <w:rPr>
          <w:b/>
        </w:rPr>
        <w:t xml:space="preserve">[28:42] </w:t>
      </w:r>
      <w:r>
        <w:t>yaani secular sense mein bhi aur rejection sense mein bhi, dono sense mein. kaisa ajeeb hai yeh maamla. kaisa ajeeb maamla hai. to zindagi koi, dekhiye, aik baat yeh samajh lijiye ke Shaitan ke baray mein Quran mein aaya hai ke woh tazeen karta hai. tazeen ke maani hotay hain justify karna. yaani aap ko</w:t>
      </w:r>
    </w:p>
    <w:p>
      <w:pPr>
        <w:jc w:val="right"/>
      </w:pPr>
      <w:r>
        <w:t>یعنی سیکولر سینس میں بھی اور ریجیکشن سینس میں بھی، دونوں سینس میں۔ کیسا عجیب ہے یہ معاملہ۔ کیسا عجیب معاملہ ہے۔ تو زندگی کوئی، دیکھیے، ایک بات یہ سمجھ لیجیے کہ شیطان کے بارے میں قرآن میں آیا ہے کہ وہ تزئین کرتا ہے۔ تزئین کے معنی ہوتے ہیں جسٹیفائی کرنا۔ یعنی آپ کو</w:t>
      </w:r>
    </w:p>
    <w:p>
      <w:r>
        <w:rPr>
          <w:b/>
        </w:rPr>
        <w:t xml:space="preserve">[29:12] </w:t>
      </w:r>
      <w:r>
        <w:t>ghalat kaam ki taraf le jaye ga aur us ko beautify kare ga ke yeh to bohat koi sahi kaam hai. to jitnay bhi insaan ne koi ghalti ki hai, to woh is ka is ke paas aik self justification hota hai. yaani ghalat raah pe chal pada, to woh us ko sahi batany ke liye woh aik justification talash karta hai. self justification</w:t>
      </w:r>
    </w:p>
    <w:p>
      <w:pPr>
        <w:jc w:val="right"/>
      </w:pPr>
      <w:r>
        <w:t>غلط کام کی طرف لے جائے گا اور اس کو بیوٹیفائی کرے گا کہ یہ تو بہت کوئی صحیح کام ہے۔ تو جتنے بھی انسان نے کوئی غلطی کی ہے، تو وہ اس کا اس کے پاس ایک سیلف جسٹیفیکیشن ہوتا ہے۔ یعنی غلط راہ پہ چل پڑا، تو وہ اس کو صحیح بتانے کے لیے وہ ایک جسٹیفیکیشن تلاش کرتا ہے۔ سیلف جسٹیفیکیشن</w:t>
      </w:r>
    </w:p>
    <w:p>
      <w:r>
        <w:rPr>
          <w:b/>
        </w:rPr>
        <w:t xml:space="preserve">[29:43] </w:t>
      </w:r>
      <w:r>
        <w:t>will not work. in this world of compulsion, self justification will not work. is ko yaad rakhiye. is duniya mein kabhi bhi kisi ke liye apna khud sakhta justification kaam nahi aaye ga. yeh bohat hi ziyada, yaani sakht baat hai. yeh duniya jo hai, banai hai aik Khuda ne. phir is duniya</w:t>
      </w:r>
    </w:p>
    <w:p>
      <w:pPr>
        <w:jc w:val="right"/>
      </w:pPr>
      <w:r>
        <w:t>ول ناٹ ورک۔ ان دس ورلڈ آف کمپلشن، سیلف جسٹیفیکیشن ول ناٹ ورک۔ اس کو یاد رکھیے۔ اس دنیا میں کبھی بھی کسی کے لیے اپنا خود ساختہ جسٹیفیکیشن کام نہیں آئے گا۔ یہ بہت ہی زیادہ، یعنی سخت بات ہے۔ یہ دنیا جو ہے، بنائی ہے ایک خدا نے۔ پھر اس دنیا</w:t>
      </w:r>
    </w:p>
    <w:p>
      <w:r>
        <w:rPr>
          <w:b/>
        </w:rPr>
        <w:t xml:space="preserve">[30:13] </w:t>
      </w:r>
      <w:r>
        <w:t>mein jo law of nature hai, woh chal raha hai. is duniya mein doosray bohat se log jo hain, woh aap ke competitor hain. is tarah ki aik duniya mein aap hain. to koi bhi self justification aap kaam nahi aaye ga. woh work nahi kare ga. you have to know the reality. you have to discover the facts. you have to realize the situation.</w:t>
      </w:r>
    </w:p>
    <w:p>
      <w:pPr>
        <w:jc w:val="right"/>
      </w:pPr>
      <w:r>
        <w:t>میں جو لاء آف نیچر ہے، وہ چل رہا ہے۔ اس دنیا میں دوسرے بہت سے لوگ جو ہیں، وہ آپ کے کمپیٹیٹر ہیں۔ اس طرح کی ایک دنیا میں آپ ہیں۔ تو کوئی بھی سیلف جسٹیفیکیشن آپ کام نہیں آئے گا۔ وہ ورک نہیں کرے گا۔ یو ہیو ٹو نو دا ریلیٹی۔ یو ہیو ٹو ڈسکور دا فیکٹس۔ یو ہیو ٹو ریلائز دا سچویشن۔</w:t>
      </w:r>
    </w:p>
    <w:p>
      <w:r>
        <w:rPr>
          <w:b/>
        </w:rPr>
        <w:t xml:space="preserve">[30:44] </w:t>
      </w:r>
      <w:r>
        <w:t>without any bias. tab aap sahi faisla le payen ge. agar aap sahi faisla nahi le paye, to aap koi aap ke rescue ke liye aanay wala nahi hai. koi aap ke rescue ke liye aanay wala nahi hai. yeh bohat hi ziyada serious baat</w:t>
      </w:r>
    </w:p>
    <w:p>
      <w:pPr>
        <w:jc w:val="right"/>
      </w:pPr>
      <w:r>
        <w:t>ودا آؤٹ اینی بائس۔ تب آپ صحیح فیصلہ لے پائیں گے۔ اگر آپ صحیح فیصلہ نہیں لے پائے، تو آپ کوئی آپ کے ریسکیو کے لیے آنے والا نہیں ہے۔ کوئی آپ کے ریسکیو کے لیے آنے والا نہیں ہے۔ یہ بہت ہی زیادہ سیریس بات</w:t>
      </w:r>
    </w:p>
    <w:p>
      <w:r>
        <w:rPr>
          <w:b/>
        </w:rPr>
        <w:t xml:space="preserve">[31:15] </w:t>
      </w:r>
      <w:r>
        <w:t>hai. bohat ziyada serious baat hai. mein ne parha tha ke aik jo Japan par atom bomb giraya gaya tha, to us zamanay mein telegram se message convey kiya hua karta tha. to US administration ne aik telegram bheja Japan ke govern</w:t>
      </w:r>
    </w:p>
    <w:p>
      <w:pPr>
        <w:jc w:val="right"/>
      </w:pPr>
      <w:r>
        <w:t>ہے۔ بہت زیادہ سیریس بات ہے۔ میں نے پڑھا تھا کہ ایک جو جاپان پر ایٹم بم گرایا گیا تھا، تو اس زمانے میں ٹیلی گرام سے میسج کنوے کیا ہوا کرتا تھا۔ تو یو ایس ایڈمنسٹریشن نے ایک ٹیلی گرام بھیجا جاپان کے گورن</w:t>
      </w:r>
    </w:p>
    <w:p>
      <w:r>
        <w:rPr>
          <w:b/>
        </w:rPr>
        <w:t xml:space="preserve">[31:45] </w:t>
      </w:r>
      <w:r>
        <w:t>mint ko. Japan ki government ko. To us waqt Japan wale English bohat achi nahi jante thay. Ab to bohat achi jante hain English. To telegram ke parhne mein ghalati ho gayi. Yani telegram mein bataya tha unhon ne ke tum foran declare karo surrender ko</w:t>
      </w:r>
    </w:p>
    <w:p>
      <w:pPr>
        <w:jc w:val="right"/>
      </w:pPr>
      <w:r>
        <w:t>منٹ کو۔ جاپان کی گورنمنٹ کو۔ تو اس وقت جاپان والے انگلش بہت اچھی نہیں جانتے تھے۔ اب تو بہت اچھی جانتے ہیں انگلش۔ تو ٹیلی گرام کے پڑھنے میں غلطی ہو گئی۔ یعنی ٹیلی گرام میں بتایا تھا انہوں نے کہ تم فوراً ڈیکلیئر کرو سرنڈر کو</w:t>
      </w:r>
    </w:p>
    <w:p>
      <w:r>
        <w:rPr>
          <w:b/>
        </w:rPr>
        <w:t xml:space="preserve">[32:15] </w:t>
      </w:r>
      <w:r>
        <w:t>, warna hum atom bomb tumhare upar gira den ge. Telegram mein yeh kaha gaya tha Japan ki government ke liye yeh message diya gaya tha ke tum foran surrender ka ailan karo. Surrender karo foran. Nahi to hum tumhare upar atom bomb gira den ge. To Japan ke jo log us waqt jo government ke jo log thay, wo bohat achi English nahi jante thay.</w:t>
      </w:r>
    </w:p>
    <w:p>
      <w:pPr>
        <w:jc w:val="right"/>
      </w:pPr>
      <w:r>
        <w:t>، ورنہ ہم ایٹم بم تمہارے اوپر گرا دیں گے۔ ٹیلی گرام میں یہ کہا گیا تھا جاپان کی گورنمنٹ کے لیے یہ میسج دیا گیا تھا کہ تم فوراً سرنڈر کا اعلان کرو۔ سرنڈر کرو فوراً۔ نہیں تو ہم تمہارے اوپر ایٹم بم گرا دیں گے۔ تو جاپان کے جو لوگ اس وقت جو گورنمنٹ کے جو لوگ تھے، وہ بہت اچھی انگلش نہیں جانتے تھے۔</w:t>
      </w:r>
    </w:p>
    <w:p>
      <w:r>
        <w:rPr>
          <w:b/>
        </w:rPr>
        <w:t xml:space="preserve">[32:46] </w:t>
      </w:r>
      <w:r>
        <w:t>To wo parh nahi paye us ko. Main apne aap ka ek qissa batata hoon aap ko. Adum Garh mein main tha. To ek school master thay, wo ghar gaye hue thay. To wo chutti apni barhana chahte thay. Wo gaye thay, phir chutti barhana chahte thay ke main nahi aa paunga. To wahan se telegram bheja unhon ne.</w:t>
      </w:r>
    </w:p>
    <w:p>
      <w:pPr>
        <w:jc w:val="right"/>
      </w:pPr>
      <w:r>
        <w:t>تو وہ پڑھ نہیں پائے اس کو۔ میں اپنے آپ کا ایک قصہ بتاتا ہوں آپ کو۔ آدم گڑھ میں میں تھا۔ تو ایک اسکول ماسٹر تھے، وہ گھر گئے ہوئے تھے۔ تو وہ چھٹی اپنی بڑھانا چاہتے تھے۔ وہ گئے تھے، پھر چھٹی بڑھانا چاہتے تھے کہ میں نہیں آ پاؤں گا۔ تو وہاں سے ٹیلی گرام بھیجا انہوں نے۔</w:t>
      </w:r>
    </w:p>
    <w:p>
      <w:r>
        <w:rPr>
          <w:b/>
        </w:rPr>
        <w:t xml:space="preserve">[33:16] </w:t>
      </w:r>
      <w:r>
        <w:t>Is telegram ko madrase walon ne, school walon ne, shayad madrassa tha shayad wo, kya parha ke Ammi jaan checked me. Ammi jaan checked me. Main wahan gaya, dekha to is telegram ko parh rahe thay wo, Ammi jaan checked me. Is ne likha tha wo emergency checked me. Jo asal mein telegram ki wording thi, wo thi emer</w:t>
      </w:r>
    </w:p>
    <w:p>
      <w:pPr>
        <w:jc w:val="right"/>
      </w:pPr>
      <w:r>
        <w:t>اس ٹیلی گرام کو مدرسے والوں نے، اسکول والوں نے، شاید مدرسہ تھا شاید وہ، کیا پڑھا کہ امی جان چیکڈ می۔ امی جان چیکڈ می۔ میں وہاں گیا، دیکھا تو اس ٹیلی گرام کو پڑھ رہے تھے وہ، امی جان چیکڈ می۔ اس نے لکھا تھا وہ ایمرجنسی چیکڈ می۔ جو اصل میں ٹیلی گرام کی ورڈنگ تھی، وہ تھی ایمر</w:t>
      </w:r>
    </w:p>
    <w:p>
      <w:r>
        <w:rPr>
          <w:b/>
        </w:rPr>
        <w:t xml:space="preserve">[33:46] </w:t>
      </w:r>
      <w:r>
        <w:t>gency checked me. To us ko parha tha Ammi jaan checked me. To ek mazak ban gaya tha wo ke Ammi jaan ke rokne se ruk gaya wo. To behal Amrici ki us waqt jo America ka jo main jo government mein jo log thay, unhon ne is telegram ko sahi nahi parha aur surrender karne ka ailan nahi kiya unhon ne. Aur phir us ke baad atom bomb gira diya unhon ne. Do atom bomb.</w:t>
      </w:r>
    </w:p>
    <w:p>
      <w:pPr>
        <w:jc w:val="right"/>
      </w:pPr>
      <w:r>
        <w:t>جنسی چیکڈ می۔ تو اس کو پڑھا تھا امی جان چیکڈ می۔ تو ایک مذاق بن گیا تھا وہ کہ امی جان کے روکنے سے رک گیا وہ۔ تو بہرحال امریکی کی اس وقت جو امریکہ کا جو میں جو گورنمنٹ میں جو لوگ تھے، انہوں نے اس ٹیلی گرام کو صحیح نہیں پڑھا اور سرنڈر کرنے کا اعلان نہیں کیا انہوں نے۔ اور پھر اس کے بعد ایٹم بم گرا دیا انہوں نے۔ دو ایٹم بم۔</w:t>
      </w:r>
    </w:p>
    <w:p>
      <w:r>
        <w:rPr>
          <w:b/>
        </w:rPr>
        <w:t xml:space="preserve">[34:17] </w:t>
      </w:r>
      <w:r>
        <w:t>To dekhiye, wo ek choti si ghalati thi. To yeh baat individual ke liye bhi sahi hai aur nations ke liye bhi sahi hai. Aise hi dekhiye, America ne jab Saddam Hussain ke khilaf larai cheri thi, jis ko kehte hain Gulf War, to taqreeban dedh saal pehle types of media mein maine likha tha ke America agar</w:t>
      </w:r>
    </w:p>
    <w:p>
      <w:pPr>
        <w:jc w:val="right"/>
      </w:pPr>
      <w:r>
        <w:t>تو دیکھیے، وہ ایک کلر بھی غلطی تھی۔ تو یہ بات انڈیویجول کے لیے بھی صحیح ہے اور نیشنز کے لیے بھی صحیح ہے۔ ایسے ہی دیکھیے، امریکہ نے جب صدام حسین کے خلاف لڑائی چھڑی تھی، جس کو کہتے ہیں گلف وار، تو تقریباً ڈیڑھ سال پہلے ٹائپس آف میڈیا میں میں نے لکھا تھا کہ امریکہ اگر</w:t>
      </w:r>
    </w:p>
    <w:p>
      <w:r>
        <w:rPr>
          <w:b/>
        </w:rPr>
        <w:t xml:space="preserve">[34:48] </w:t>
      </w:r>
      <w:r>
        <w:t>attack karega to us ke liye yeh counter productive ban jayega. Dedh saal pehle chupa hua yeh. Lekin jo America ka jo think tank tha, us ne kisi point ko le kar ke kaha ke nahi, go ahead. Aur shuru kar diya unhon ne. Lekin aap jante hain ke three trillion dollar kharch kar ke bhi America ko koi jeet nahi hui. Saddam Hussain ko mar ke us se bhi bari us waqt jo wahan rule hai, wo Saddam Hussain se bhi zyada sakht</w:t>
      </w:r>
    </w:p>
    <w:p>
      <w:pPr>
        <w:jc w:val="right"/>
      </w:pPr>
      <w:r>
        <w:t>اٹیک کرے گا تو اس کے لیے یہ کاؤنٹر پروڈکٹیو بن جائے گا۔ ڈیڑھ سال پہلے چھپا ہوا یہ۔ لیکن جو امریکہ کا جو تھنک ٹینک تھا، اس نے کسی پوائنٹ کو لے کر کے کہا کہ نہیں، گو اہیڈ۔ اور شروع کر دیا انہوں نے۔ لیکن آپ جانتے ہیں کہ تھری ٹریلین ڈالر خرچ کر کے بھی امریکہ کو کوئی جیت نہیں ہوئی۔ صدام حسین کو مار کے اس سے بھی بڑی اس وقت جو وہاں رول ہے، وہ صدام حسین سے بھی زیادہ سخت</w:t>
      </w:r>
    </w:p>
    <w:p>
      <w:r>
        <w:rPr>
          <w:b/>
        </w:rPr>
        <w:t xml:space="preserve">[35:18] </w:t>
      </w:r>
      <w:r>
        <w:t>tha America ke liye. To ek super power ki ghalati bhi, super power bhi agar ghalati kare to us ko price deni parti hai. Price deni parti hai. To yeh mamla dunya ke liye bhi hai, akhirat ke liye bhi hai. Ab akhirat ki kamyabi jo hai, us ko Quran mein bataya gaya hai ke kaise hoti hai. Zaa</w:t>
      </w:r>
    </w:p>
    <w:p>
      <w:pPr>
        <w:jc w:val="right"/>
      </w:pPr>
      <w:r>
        <w:t>تھا امریکہ کے لیے۔ تو ایک سپر پاور کی غلطی بھی، سپر پاور بھی اگر غلطی کرے تو اس کو پرائس دینی پڑتی ہے۔ پرائس دینی پڑتی ہے۔ تو یہ معاملہ دنیا کے لیے بھی ہے، آخرت کے لیے بھی ہے۔ اب آخرت کی کامیابی جو ہے، اس کو قرآن میں بتایا گیا ہے کہ کیسے ہوتی ہے۔ ذال</w:t>
      </w:r>
    </w:p>
    <w:p>
      <w:r>
        <w:rPr>
          <w:b/>
        </w:rPr>
        <w:t xml:space="preserve">[35:49] </w:t>
      </w:r>
      <w:r>
        <w:t>lik jaza man tazakka. Jannat milegi us ko jo apna tazkiya kare. Jannat milegi us ko jo apna tazkiya kare. Tazkiya ka matlab hai apne ko purify karna. One who purifies his soul. Lekin aap jante hain ke dunya mein baray bhi ghalatiyan log karte hain aur us ke liye justification hota hai.</w:t>
      </w:r>
    </w:p>
    <w:p>
      <w:pPr>
        <w:jc w:val="right"/>
      </w:pPr>
      <w:r>
        <w:t>ک جزا من تزکا۔ جنت ملی گی اس کو جو اپنا تزکیہ کرے۔ جنت ملی گی اس کو جو اپنا تزکیہ کرے۔ تزکیہ کا مطلب ہے اپنے کو پیوریفائی کرنا۔ ون ہو پیوریفائز ہز سول۔ لیکن آپ جانتے ہیں کہ دنیا میں بڑے بھی غلطیاں لوگ کرتے ہیں اور اس کے لیے جسٹیفیکیشن ہوتا ہے۔</w:t>
      </w:r>
    </w:p>
    <w:p>
      <w:r>
        <w:rPr>
          <w:b/>
        </w:rPr>
        <w:t xml:space="preserve">[36:19] </w:t>
      </w:r>
      <w:r>
        <w:t>Justification hota hai. To bari bari ghalati bhi kar sakta hai aadmi. Khud sakhta ek self self-styled justification ko le kar ke. To ek second mein idhar is ka case hota hai, ek second mein idhar ho sakta hai. To tazkiya jo hai, tazkiya wo koi tasbeeh parhne ka kaam nahi hai. Aap tasbeeh parhen,</w:t>
      </w:r>
    </w:p>
    <w:p>
      <w:pPr>
        <w:jc w:val="right"/>
      </w:pPr>
      <w:r>
        <w:t>جسٹیفیکیشن ہوتا ہے۔ تو بڑی بڑی غلطی بھی کر سکتا ہے آدمی۔ خود ساختہ ایک سیلف سیلف اسٹائلڈ جسٹیفیکیشن کو لے کر کے۔ تو ایک سیکنڈ میں ادھر اس کا کیس ہوتا ہے، ایک سیکنڈ میں ادھر ہو سکتا ہے۔ تو تزکیہ جو ہے، تزکیہ وہ کوئی تسبیح پڑھنے کا کام نہیں ہے۔ آپ تسبیح پڑھیں،</w:t>
      </w:r>
    </w:p>
    <w:p>
      <w:r>
        <w:rPr>
          <w:b/>
        </w:rPr>
        <w:t xml:space="preserve">[36:49] </w:t>
      </w:r>
      <w:r>
        <w:t>tazkiya ho jayega. Apne mind ko re-engineer karna. Apne soul ko purify karna. Apni zindagi ko re-orientation dena. Yeh hai tazkiya. To wo kai bar aisa hota hai ke ek lamha aap ke paas aata hai, ek moment aisa aata hai jis mein aap ko foran ke foran decision lena parta hai. Wahin par ya to aap ka mahol</w:t>
      </w:r>
    </w:p>
    <w:p>
      <w:pPr>
        <w:jc w:val="right"/>
      </w:pPr>
      <w:r>
        <w:t>تزکیہ ہو جائے گا۔ اپنے مائنڈ کو ری انجینئر کرنا۔ اپنے سول کو پیوریفائی کرنا۔ اپنی زندگی کو ری اورینٹیشن دینا۔ یہ ہے تزکیہ۔ تو وہ کئی بار ایسا ہوتا ہے کہ ایک لمحہ آپ کے پاس آتا ہے، ایک مومنٹ ایسا آتا ہے جس میں آپ کو فوراً کے فوراً ڈیسیژن لینا پڑتا ہے۔ وہیں پر یا تو آپ کا ماحول</w:t>
      </w:r>
    </w:p>
    <w:p>
      <w:r>
        <w:rPr>
          <w:b/>
        </w:rPr>
        <w:t xml:space="preserve">[37:19] </w:t>
      </w:r>
      <w:r>
        <w:t>bigad jayega ya mamla sahi ho jayega. Is tarah ki poori tareekh mein is tarah ki bohat misalein hain. Bohat misalein hain. Jaise kal ek sahab se baat ho rahi thi to maine ek misal di un ko ke Gandhi ji gaye South</w:t>
      </w:r>
    </w:p>
    <w:p>
      <w:pPr>
        <w:jc w:val="right"/>
      </w:pPr>
      <w:r>
        <w:t>بگڑ جائے گا یا معاملہ صحیح ہو جائے گا۔ اس طرح کی پوری تاریخ میں اس طرح کی بہت مثالیں ہیں۔ بہت مثالیں ہیں۔ جیسے کل ایک صاحب سے بات ہو رہی تھی تو میں نے ایک مثال دی ان کو کہ گاندھی جی گئے ساؤت</w:t>
      </w:r>
    </w:p>
    <w:p>
      <w:r>
        <w:rPr>
          <w:b/>
        </w:rPr>
        <w:t xml:space="preserve">[37:49] </w:t>
      </w:r>
      <w:r>
        <w:t>Africa. South Africa mein us waqt colour conscious bohat thay wo log. Yani black ko wo insaan nahi samajhte thay. Aur Gandhi black race se taluq rakhte thay. Ek martaba train mein wo first class ke compartment mein baith gaye. Wahan sab white race ke log thay, Angrez yeh thay black. To unhon ne complaint ki</w:t>
      </w:r>
    </w:p>
    <w:p>
      <w:pPr>
        <w:jc w:val="right"/>
      </w:pPr>
      <w:r>
        <w:t>ھ افریقہ۔ ساؤتھ افریقہ میں اس وقت کلر کانشیس بہت تھے وہ لوگ۔ یعنی بلیک کو وہ انسان نہیں سمجھتے تھے۔ اور گاندھی بلیک ریس سے تعلق رکھتے تھے۔ ایک مرتبہ ٹرین میں وہ فرسٹ کلاس کے کمپارٹمنٹ میں بیٹھ گئے۔ وہاں سب وائٹ ریس کے لوگ تھے، انگریز یہ تھے بلیک۔ تو انہوں نے کمپلینٹ کی</w:t>
      </w:r>
    </w:p>
    <w:p>
      <w:r>
        <w:rPr>
          <w:b/>
        </w:rPr>
        <w:t xml:space="preserve">[38:20] </w:t>
      </w:r>
      <w:r>
        <w:t>ticket checker se. Aur ticket checker ne un ko ek chote station pe jahan gaadi ruki to un ko zabardasti taqreeban dhakka de kar nikal diya bahar. Wahan wo chota station tha, wahan koi theherne ki jagah nahi thi. Aur sardi ka mausam, sardi ka mausam to dhakkan laga ke nikal diya. Zahir hai ke bohat zyada ek zulm ka waqia tha. To</w:t>
      </w:r>
    </w:p>
    <w:p>
      <w:pPr>
        <w:jc w:val="right"/>
      </w:pPr>
      <w:r>
        <w:t>ٹکٹ چیکر سے۔ اور ٹکٹ چیکر نے ان کو ایک چھوٹے اسٹیشن پہ جہاں گاڑی رکی تو ان کو زبردستی تقریباً دھکا دے کر نکال دیا باہر۔ وہاں وہ چھوٹا اسٹیشن تھا، وہاں کوئی ٹھہرنے کی جگہ نہیں تھی۔ اور سردی کا موسم، سردی کا موسم تو ڈھکن لگا کے نکال دیا۔ ظاہر ہے کہ بہت زیادہ ایک ظلم کا واقعہ تھا۔ تو</w:t>
      </w:r>
    </w:p>
    <w:p>
      <w:r>
        <w:rPr>
          <w:b/>
        </w:rPr>
        <w:t xml:space="preserve">[38:50] </w:t>
      </w:r>
      <w:r>
        <w:t>us waqt ek bohat hi zabardast lamha aaya Gandhi ji ke liye. Yani ke Angrez jo hain unhe mujhe India se nikalna hai. Kyun ke India mein bhi yahi chalai, India mein bhi us waqt yahi chal raha tha. Lekin us waqt Gandhi ko yeh credit jata hai, bohat bara credit ke unhon ne negative side pe nahi gaye, wo positive side mein gaye wo. Ja</w:t>
      </w:r>
    </w:p>
    <w:p>
      <w:pPr>
        <w:jc w:val="right"/>
      </w:pPr>
      <w:r>
        <w:t>اس وقت ایک بہت ہی زبردست لمحہ آیا گاندھی جی کے لیے۔ یعنی کہ انگریز جو ہیں انہیں مجھے انڈیا سے نکالنا ہے۔ کیونکہ انڈیا میں بھی یہی چلائی، انڈیا میں بھی اس وقت یہی چل رہا تھا۔ لیکن اس وقت گاندھی کو یہ کریڈٹ جاتا ہے، بہت بڑا کریڈٹ کہ انہوں نے نیگیٹیو سائیڈ پہ نہیں گئے، وہ پازیٹیو سائیڈ میں گئے وہ۔ ج</w:t>
      </w:r>
    </w:p>
    <w:p>
      <w:r>
        <w:rPr>
          <w:b/>
        </w:rPr>
        <w:t xml:space="preserve">[39:20] </w:t>
      </w:r>
      <w:r>
        <w:t>ise Swar Chand Report chale gaye negative side mein. Maro. Give me blood and I will give you freedom. Un ka nara tha Give me blood and I will give you freedom. To unhon ne nikala ke Angrezon ko maro, Angrezon ko maro. Lekin Gandhi ne yeh nahi socha ke mujhe Angrezon ko maro. Balkay peaceful activism. Bajaye violent activism ke unhon ne decision liya, unhon ne choice liya</w:t>
      </w:r>
    </w:p>
    <w:p>
      <w:pPr>
        <w:jc w:val="right"/>
      </w:pPr>
      <w:r>
        <w:t>یسے سوار چاند رپورٹ چلے گئے نیگیٹیو سائیڈ میں۔ کل کرو۔ گیو می بلڈ اینڈ ویل گیو ان کا نعرہ تھا گیو می بلڈ اینڈ آئی آئی ویل گیو یو فریڈم۔ تو انہوں نے نکالا کہ انگریزوں کو مارو، انگریزوں کو مارو۔ لیکن گاندھی نے یہ نہیں سوچا کہ مجھے انگریزوں کو مارو۔ بلکہ پیس فل ایکٹیوزم۔ بجائے وائلنٹ ایکٹیوزم کے انہوں نے ڈیسیژن لیا، انہوں نے چوائس لیا</w:t>
      </w:r>
    </w:p>
    <w:p>
      <w:r>
        <w:rPr>
          <w:b/>
        </w:rPr>
        <w:t xml:space="preserve">[39:50] </w:t>
      </w:r>
      <w:r>
        <w:t>peaceful activism ka. Aur wahan se aaye India. India mein unhon ne Congress ki leadership sambhali. Aur yahan nara diya. Yani Swar Chand Reports ke nare ko khatam kar diya unhon ne. Nara diya ke non-violent activism. Aain sa. Aur aap jante hain ke wo kamyab hue. To</w:t>
      </w:r>
    </w:p>
    <w:p>
      <w:pPr>
        <w:jc w:val="right"/>
      </w:pPr>
      <w:r>
        <w:t>پیس فل ایکٹیوزم کا۔ اور وہاں سے آئے انڈیا۔ انڈیا میں انہوں نے کانگریس کی لیڈرشپ سنبھالی۔ اور یہاں نعرہ دیا۔ یعنی سوار چاند رپورٹس کے نعرے کو ختم کر دیا انہوں نے۔ نعرہ دیا کہ نان وائلنٹ ایکٹیوزم۔ آئین سا۔ اور آپ جانتے ہیں کہ وہ کامیاب ہوئے۔ تو</w:t>
      </w:r>
    </w:p>
    <w:p>
      <w:r>
        <w:rPr>
          <w:b/>
        </w:rPr>
        <w:t xml:space="preserve">[40:20] </w:t>
      </w:r>
      <w:r>
        <w:t>Gandhi par wo us station par jahan un ko giraya gaya tha, ek moment aaya tha. Us waqt wo negative side mein ja sakte thay aur Swar Chand Report ban jatay wo. Aur right side mein gaye to wo shanti ke prateek ban gaye. To yeh baat secular line mein bhi hai aur mazhabi line mein bhi hai. Ke dunya aap jante hain ke dunya ek competition ki jagah hai, challenge ki jagah hai. Yahan</w:t>
      </w:r>
    </w:p>
    <w:p>
      <w:pPr>
        <w:jc w:val="right"/>
      </w:pPr>
      <w:r>
        <w:t>گاندھی پر وہ اس اسٹیشن پر جہاں ان کو گرایا گیا تھا، ایک مومنٹ آیا تھا۔ اس وقت وہ نیگیٹیو سائیڈ میں جا سکتے تھے اور سوار چاند رپورٹ بن جاتے وہ۔ اور رائٹ سائیڈ میں گئے تو وہ شانتی کے پرتیک بن گئے۔ تو یہ بات سیکولر لائن میں بھی ہے اور مذہبی لائن میں بھی ہے۔ کہ دنیا آپ جانتے ہیں کہ دنیا ایک کمپیٹیشن کی جگہ ہے، چیلنج کی جگہ ہے۔ یہاں</w:t>
      </w:r>
    </w:p>
    <w:p>
      <w:r>
        <w:rPr>
          <w:b/>
        </w:rPr>
        <w:t xml:space="preserve">[40:50] </w:t>
      </w:r>
      <w:r>
        <w:t>tarah tarah ke differences hain. Tarah tarah ke ek aur doosre ke darmiyan ikhtilafat hote hain. Wo jo ikhtilaf paida hota hai, wo aap pe bohat hi crucial moment hota hai. Jab aap ko koi ikhtilaf aaya, koi koi takrao ho gaya, koi ikhtilaf ho gaya, to us waqt aap ke andar ek aag bhadakti hai.</w:t>
      </w:r>
    </w:p>
    <w:p>
      <w:pPr>
        <w:jc w:val="right"/>
      </w:pPr>
      <w:r>
        <w:t>طرح طرح کے ڈیفرنسز ہیں۔ طرح طرح کے ایک اور دوسرے کے درمیان اختلافات ہوتے ہیں۔ وہ جو اختلاف پیدا ہوتا ہے، وہ آپ پہ بہت ہی کروشل مومنٹ ہوتا ہے۔ جب آپ کو کوئی اختلاف آیا، کوئی کوئی ٹکراؤ ہو گیا، کوئی اختلاف ہو گیا، تو اس وقت آپ کے اندر ایک آگ بھڑکتی ہے۔</w:t>
      </w:r>
    </w:p>
    <w:p>
      <w:r>
        <w:rPr>
          <w:b/>
        </w:rPr>
        <w:t xml:space="preserve">[41:21] </w:t>
      </w:r>
      <w:r>
        <w:t>Ikhtilaf ki aag bhadke gi aap ke andar. To us waqt aap us aag ko thanda karna hai aur thanda kar ke aap ko bohat hi cool mind ho kar ek decision lena hai. Thande dil se lena hai decision. Kyun ke wahi to lamha hai jab ke aap derailment ho sakta hai. Apne ko derailment se bacha kar ke apne ko right path par rakhna hai. Tab aap successful rahenge. Isi liye kisi ne kaha hai jo main</w:t>
      </w:r>
    </w:p>
    <w:p>
      <w:pPr>
        <w:jc w:val="right"/>
      </w:pPr>
      <w:r>
        <w:t>اختلاف کی آگ بھڑکے گی آپ کے اندر۔ تو اس وقت آپ اس آگ کو ٹھنڈا کرنا ہے اور ٹھنڈا کر کے آپ کو بہت ہی کول مائنڈ ہو کر ایک ڈیسیژن لینا ہے۔ ٹھنڈے دل سے لینا ہے ڈیسیژن۔ کیونکہ وہی تو لمحہ ہے جب کہ آپ ڈی ریلیمنٹ ہو سکتا ہے۔ اپنے کو ڈی ریلیمنٹ سے بچا کر کے اپنے کو رائٹ پاتھ پر رکھنا ہے۔ تب آپ سکسیس فل رہیں گے۔ اسی لیے کسی نے کہا ہے جو میں</w:t>
      </w:r>
    </w:p>
    <w:p>
      <w:r>
        <w:rPr>
          <w:b/>
        </w:rPr>
        <w:t xml:space="preserve">[41:51] </w:t>
      </w:r>
      <w:r>
        <w:t>ne arz kiya is se pehle ke success and failure both are matter of thirty seconds. To hum aap jo ek mission chala rahe hain aur har har insaan ka ek mission hota hai. Hamara aap ka nahi hai. Har insaan ek hamara mission hai. Har insaan ka ek mission hota hai. Koi</w:t>
      </w:r>
    </w:p>
    <w:p>
      <w:pPr>
        <w:jc w:val="right"/>
      </w:pPr>
      <w:r>
        <w:t>نے عرض کیا اس سے پہلے کہ سکسیس اینڈ فیلیر بوتھ اور میٹر آف تھرٹی سیکنڈ۔ تو ہم آپ جو ایک مشن چلا رہے ہیں اور ہر ہر انسان کا ایک مشن ہوتا ہے۔ ہمارا آپ کا نہیں ہے۔ ہر انسان ایک ہمارا مشن ہے۔ ہر انسان کا ایک مشن ہوتا ہے۔ کوئی</w:t>
      </w:r>
    </w:p>
    <w:p>
      <w:r>
        <w:rPr>
          <w:b/>
        </w:rPr>
        <w:t xml:space="preserve">[42:22] </w:t>
      </w:r>
      <w:r>
        <w:t>aadmi mission ke baghair jee nahi sakta. Mission ke baghair koi jee nahi sakta. Jis tarah se Gandhi ka mission tha, Hitler ka bhi ek mission tha. Stalin ka bhi ek mission tha. Yani Stalin, Hitler, Gandhi sab ka ek mission tha. Agarcheh fielder fielder alag alag thi. To hum mein se har shakhs ka ek mission hai. To mission aap kahan chala rahe hain? Kisi vacuum mein nahi chala rahe hain.</w:t>
      </w:r>
    </w:p>
    <w:p>
      <w:pPr>
        <w:jc w:val="right"/>
      </w:pPr>
      <w:r>
        <w:t>آدمی مشن کے بغیر جی نہیں سکتا۔ مشن کے بغیر کوئی جی نہیں سکتا۔ جس طرح سے گاندھی کا مشن تھا، ہٹلر کا بھی ایک مشن تھا۔ اسٹالن کا بھی ایک مشن تھا۔ یعنی اسٹالن، ہٹلر، گاندھی سب کا ایک مشن تھا۔ اگرچہ فیلڈر فیلڈر الگ الگ تھی۔ تو ہم میں سے ہر شخص کا ایک مشن ہے۔ تو مشن آپ کہاں چلا رہے ہیں؟ کسی وائیکوم میں نہیں چلا رہے ہیں۔</w:t>
      </w:r>
    </w:p>
    <w:p>
      <w:r>
        <w:rPr>
          <w:b/>
        </w:rPr>
        <w:t xml:space="preserve">[42:52] </w:t>
      </w:r>
      <w:r>
        <w:t>Kisi island pe nahi chala rahe hain. Is society mein chala rahe hain. Hum apna mission isi society mein chala rahe hain. Ek collective life hai, usi ke andar hum bhi ek hissa uska hain. To har subah, har shaam doosron se hamare mamlaat paish aate hain. Us mein differences bhi hote hain. Wo jo difference ka lamha aata hai, wo bohat hi crucial hota hai.</w:t>
      </w:r>
    </w:p>
    <w:p>
      <w:pPr>
        <w:jc w:val="right"/>
      </w:pPr>
      <w:r>
        <w:t>کسی آئی لینڈ پہ نہیں چلا رہے ہیں۔ اسے سوسائٹی میں چلا رہے ہیں۔ ہم اپنا مشن اسی سوسائٹی میں چلا رہے ہیں۔ ایک کلیکٹیو لائف ہے، اسی کے اندر ہم بھی ایک حصہ اس کا ہیں۔ تو ہر صبح، ہر شام دوسروں سے ہمارے معاملات پیش آتے ہیں۔ اس میں ڈیفرنسز بھی ہوتے ہیں۔ وہ جو ڈیفرنس کا لمحہ آتا ہے، وہ بہت ہی کروشل ہوتا ہے۔</w:t>
      </w:r>
    </w:p>
    <w:p>
      <w:r>
        <w:rPr>
          <w:b/>
        </w:rPr>
        <w:t xml:space="preserve">[43:23] </w:t>
      </w:r>
      <w:r>
        <w:t>Us ko aap ko wo ek crisis hota hai. To mera manna yeh hai ke sab se bara art jo hai, art of crisis management. Sab se bara art, art of crisis management hai. Agar aap crisis ko manage kar lein to aap successful hain. Manage na kar sakein to aap aap ka case failure ka case hai.</w:t>
      </w:r>
    </w:p>
    <w:p>
      <w:pPr>
        <w:jc w:val="right"/>
      </w:pPr>
      <w:r>
        <w:t>اس کو آپ کو وہ ایک کرائسس ہوتا ہے۔ تو میرا ماننا یہ ہے کہ سب سے بڑا آرٹ جو ہے، آرٹ آف کرائسس منیجمنٹ۔ سب سے بڑا آرٹ، آرٹ آف کرائسس منیجمنٹ ہے۔ اگر آپ کرائسس کو مینج کر لیں تو آپ سکسیس فل ہیں۔ مینج نہ کر سکیں تو آپ آپ کا کیس فیلیر کا کیس ہے۔</w:t>
      </w:r>
    </w:p>
    <w:p>
      <w:r>
        <w:rPr>
          <w:b/>
        </w:rPr>
        <w:t xml:space="preserve">[43:55] </w:t>
      </w:r>
      <w:r>
        <w:t>To hum mein se har shakhs ko art of crisis management seekhna hai. Hamara koi self justification, koi khud sakhta soch kaam nahi ayegi. Work work nahi karegi. To yeh hai mera aaj ka message aap sab logon ko jo log yahan hain, jo yahan nahi</w:t>
      </w:r>
    </w:p>
    <w:p>
      <w:pPr>
        <w:jc w:val="right"/>
      </w:pPr>
      <w:r>
        <w:t>تو ہم میں سے ہر شخص کو آرٹ آف کرائسس منیجمنٹ سیکھنا ہے۔ ہمارا کوئی سیلف جسٹیفیکیشن، کوئی خود ساختہ سوچ کام نہیں آئے گی۔ ورک ورک نہیں کرے گی۔ تو یہ ہے میرا آج کا میسج آپ سب لوگوں کو جو لوگ یہاں ہیں، جو یہاں نہیں</w:t>
      </w:r>
    </w:p>
    <w:p>
      <w:r>
        <w:rPr>
          <w:b/>
        </w:rPr>
        <w:t xml:space="preserve">[44:25] </w:t>
      </w:r>
      <w:r>
        <w:t>hain, meri awaz tak pohnche gi inshallah un ko sab ko ke art of crisis management seekhe. Sab se zyada crucial test insan ka yahi hai. Jab is ke zehn mein crisis aata hai. To meri dua hai ke Allah taala mujh ko aur aap ko tofeeq de ke hum aap</w:t>
      </w:r>
    </w:p>
    <w:p>
      <w:pPr>
        <w:jc w:val="right"/>
      </w:pPr>
      <w:r>
        <w:t>ہیں، میری آواز تک پہنچے گی انشاءاللہ ان کو سب کو کہ آرٹ آف کرائسس منیجمنٹ سیکھیے۔ سب سے زیادہ کروشل ٹیسٹ انسان کا یہی ہے۔ جب اس کے ذہن میں کرائسس آتا ہے۔ تو میری دعا ہے کہ اللہ تعالی مجھ کو اور آپ کو توفیق دے کہ ہم آپ</w:t>
      </w:r>
    </w:p>
    <w:p>
      <w:r>
        <w:rPr>
          <w:b/>
        </w:rPr>
        <w:t xml:space="preserve">[44:57] </w:t>
      </w:r>
      <w:r>
        <w:t>is test mein poore utren. Assalam o alaikum wa rehmatullah.</w:t>
      </w:r>
    </w:p>
    <w:p>
      <w:pPr>
        <w:jc w:val="right"/>
      </w:pPr>
      <w:r>
        <w:t>اس ٹیسٹ میں پورے اتریں۔ السلام علیکم ورحمۃ اللہ۔</w:t>
      </w:r>
    </w:p>
    <w:p>
      <w:r>
        <w:rPr>
          <w:b/>
        </w:rPr>
        <w:t xml:space="preserve">[45:13] </w:t>
      </w:r>
      <w:r>
        <w:t>All the online viewers are requested to send their questions on info@cpsglobal.org. Maulana, ye sawal Delhi se aaya hai Miss Nagma Siddiqui ka aur unhon ne likha hai "I tried to give Age of Peace to someone. They replied that they do not want propaganda material. I could not reply appropriately. Wh</w:t>
      </w:r>
    </w:p>
    <w:p>
      <w:pPr>
        <w:jc w:val="right"/>
      </w:pPr>
      <w:r>
        <w:t>All the online viewers are requested to send their questions on info@cpsglobal.org. مولانا، ये सवाल दिल्ली से आया है मिस नगमा सिद्दीकी का और उन्होंने लिखा है "I tried to give Age of Peace to someone. They replied that they do not want propaganda material. I could not reply appropriately. Wh</w:t>
      </w:r>
    </w:p>
    <w:p>
      <w:r>
        <w:rPr>
          <w:b/>
        </w:rPr>
        <w:t xml:space="preserve">[45:43] </w:t>
      </w:r>
      <w:r>
        <w:t>at should I have done? Please advise."</w:t>
      </w:r>
    </w:p>
    <w:p>
      <w:pPr>
        <w:jc w:val="right"/>
      </w:pPr>
      <w:r>
        <w:t>at should I have done? Please advise."</w:t>
      </w:r>
    </w:p>
    <w:p>
      <w:r>
        <w:rPr>
          <w:b/>
        </w:rPr>
        <w:t xml:space="preserve">[45:47] </w:t>
      </w:r>
      <w:r>
        <w:t>Dekhiye, hum ek aisi duniya mein reh rahe hain jahan har taraf log propaganda mode le kar khare hue hain dene ke liye. To 99% woh log hain, 1% aap hain. To aap ko alag kar ke dekhen, woh bara mushkil kaam hai. To behraal, main to yahi samajhta hoon</w:t>
      </w:r>
    </w:p>
    <w:p>
      <w:pPr>
        <w:jc w:val="right"/>
      </w:pPr>
      <w:r>
        <w:t>دیکھیے، ہم ایک ایسی دنیا میں رہ رہے ہیں جہاں ہر طرف لوگ پروپیگنڈا موڈیل لے کر کھڑے ہوئے ہیں دینے کے لیے۔ تو 99% وہ لوگ ہیں، 1% آپ ہیں۔ تو آپ کو الگ کر کے دیکھیں، وہ بڑا مشکل کام ہے۔ تو بہرحال، میں تو یہی سمجھتا ہوں</w:t>
      </w:r>
    </w:p>
    <w:p>
      <w:r>
        <w:rPr>
          <w:b/>
        </w:rPr>
        <w:t xml:space="preserve">[46:17] </w:t>
      </w:r>
      <w:r>
        <w:t>ke aap un ko yahi kahiye ke faisla kijiye dekh kar ke, baghair dekhe nahin. Aap jis duniya mein hain, us duniya ko aap ko janna parega taake aap galat faisle se bachen. To aap ko hum sirf yeh de rahe hain ke aap apni rai banayen dekhne ke baad. Baqi yeh ke hum duniya</w:t>
      </w:r>
    </w:p>
    <w:p>
      <w:pPr>
        <w:jc w:val="right"/>
      </w:pPr>
      <w:r>
        <w:t>کہ آپ ان کو یہی کہیے کہ فیصلہ کیجیے دیکھ کر کے، بغیر دیکھے نہیں۔ آپ جس دنیا میں ہیں، اس دنیا کو آپ کو جاننا پڑے گا تاکہ آپ غلط فیصلے سے بچیں۔ تو آپ کو ہم صرف یہ دے رہے ہیں کہ آپ اپنی رائے بنائیں دیکھنے کے بعد۔ باقی یہ کہ ہم دنیا</w:t>
      </w:r>
    </w:p>
    <w:p>
      <w:r>
        <w:rPr>
          <w:b/>
        </w:rPr>
        <w:t xml:space="preserve">[46:47] </w:t>
      </w:r>
      <w:r>
        <w:t>mein kisi ko rok nahin sakte ke woh aisa kahe, aap woh kehne ka right rakhta hai. Aap ka right yeh hai ke aap use kahe ke bhai parhne ke baad rai banao, pehle mat banao. Yeh meri samajh mein aata hai.</w:t>
      </w:r>
    </w:p>
    <w:p>
      <w:pPr>
        <w:jc w:val="right"/>
      </w:pPr>
      <w:r>
        <w:t>میں کسی کو روک نہیں سکتے کہ وہ ایسا کہے، آپ وہ کہنے کا رائٹ رکھتا ہے۔ آپ کا رائٹ یہ ہے کہ آپ اسے کہیں کہ بھئی پڑھنے کے بعد رائے بناؤ، پہلے مت بناؤ۔ یہ میری سمجھ میں آتا ہے۔</w:t>
      </w:r>
    </w:p>
    <w:p>
      <w:r>
        <w:rPr>
          <w:b/>
        </w:rPr>
        <w:t xml:space="preserve">[47:05] </w:t>
      </w:r>
      <w:r>
        <w:t>Maulana, agla sawal Chennai se bheja hai Maulana Iqbal Umri ne aur unhon ne aap se poocha hai ke self justification action, self justified action aur non self justified based action mein kaise hum farq karen? Kya ego based action hi self justified action hai? Is ko wazeh karen.</w:t>
      </w:r>
    </w:p>
    <w:p>
      <w:pPr>
        <w:jc w:val="right"/>
      </w:pPr>
      <w:r>
        <w:t>مولانا، اگلا سوال چنئی سے بھیجا ہے مولانا اقبال عمری نے اور انہوں نے آپ سے پوچھا ہے کہ سیلف جسٹیفیکیشن ایکشن، سیلف جسٹیفائیڈ ایکشن اور نان سیلف جسٹیفائز بیسڈ ایکشن میں کیسے ہم فرق کریں؟ کیا ایگو بیسڈ ایکشن ہی سیلف جسٹیفائیڈ ایکشن ہے؟ اس کو واضح کریں۔</w:t>
      </w:r>
    </w:p>
    <w:p>
      <w:r>
        <w:rPr>
          <w:b/>
        </w:rPr>
        <w:t xml:space="preserve">[47:35] </w:t>
      </w:r>
      <w:r>
        <w:t>Dekhiye, self justified action jo hai woh ek kami hoti hai aadmi ke andar introspection ki. Apni apni ghalti ko discover karne ka is ke andar strong jazba nahin hota. Yani maybe I am I am not, maybe I am wrong. Yeh hona chahiye ke main ghalt ho sakta hoon. Tab woh</w:t>
      </w:r>
    </w:p>
    <w:p>
      <w:pPr>
        <w:jc w:val="right"/>
      </w:pPr>
      <w:r>
        <w:t>دیکھیے، سیلف جسٹیفائیڈ ایکشن جو ہے وہ ایک کمی ہوتی ہے آدمی کے اندر انٹرنسپیکشن کی۔ اپنی اپنی غلطی کو ڈسکور کرنے کا اس کے اندر اسٹرانگ جذبہ نہیں ہوتا۔ یعنی می بی آئی ایم آئی ایم ناٹ، می بی آئی ایم رونگ۔ یہ ہونا چاہیے کہ میں غلط ہو سکتا ہوں۔ تب وہ</w:t>
      </w:r>
    </w:p>
    <w:p>
      <w:r>
        <w:rPr>
          <w:b/>
        </w:rPr>
        <w:t xml:space="preserve">[48:05] </w:t>
      </w:r>
      <w:r>
        <w:t>sochega, discuss karega, study karega. To is tareeqe, is process se guzar kar ke jo rai banayega, woh aadmi woh sahi rai hogi. To hoga right justification. Lekin is process se guzre baghair agar aadmi instantly ek decision le le to wahi hota hai jis ko maine kaha hai ke self justified justification. Yani p</w:t>
      </w:r>
    </w:p>
    <w:p>
      <w:pPr>
        <w:jc w:val="right"/>
      </w:pPr>
      <w:r>
        <w:t>سوچے گا، ڈسکس کرے گا، اسٹڈی کرے گا۔ تو اس طریقے، اس پراسس سے گزر کر کے جو رائے بنائے گا، وہ آدمی وہ صحیح رائے ہوگی۔ تو ہوگا رائٹ جسٹیفیکیشن۔ لیکن اس پراسس سے گزرے بغیر اگر آدمی انسٹنٹلی ایک ڈیسیژن لے لے تو وہی ہوتا ہے جس کو میں نے کہا ہے کہ سیلف جسٹیفائیڈ جسٹیفیکیشن۔ یعنی پ</w:t>
      </w:r>
    </w:p>
    <w:p>
      <w:r>
        <w:rPr>
          <w:b/>
        </w:rPr>
        <w:t xml:space="preserve">[48:35] </w:t>
      </w:r>
      <w:r>
        <w:t>ura halaat ka poora jaiza le kar ke ek hai rai banana, ek hai halaat ka jaiza liye baghair bas is is soch ke tehat ke main to sahi karunga jo kar raha hoon, main kahan ghalti kar sakta hoon. Isi liye main hamesha zor deta hoon introspection par, jis ko mazhab mein kaha jata hai muhasba. Muhasba, introspection.</w:t>
      </w:r>
    </w:p>
    <w:p>
      <w:pPr>
        <w:jc w:val="right"/>
      </w:pPr>
      <w:r>
        <w:t>ورا حالات کا پورا جائزہ لے کر کے ایک ہے رائے بنانا، ایک ہے حالات کا جائزہ لیے بغیر بس اس اس سوچ کے تحت کہ میں تو صحیح کروں گا جو کر رہا ہوں، میں کہاں غلطی کر سکتا ہوں۔ اسی لیے میں ہمیشہ زور دیتا ہوں انٹرنسپیکشن پر، جس کو مذہب میں کہا جاتا ہے محاسبہ۔ محاسبہ، انٹرنسپیکشن۔</w:t>
      </w:r>
    </w:p>
    <w:p>
      <w:r>
        <w:rPr>
          <w:b/>
        </w:rPr>
        <w:t xml:space="preserve">[49:05] </w:t>
      </w:r>
      <w:r>
        <w:t>Hamesha aadmi ko sochna chahiye ke main yani apne apne ko hamesha examine karna chahiye. Examination, reexamination karte rehna chahiye taake apni ghalti ko aap jan len. Yeh bohat hi zaroori hai, har har insan ke liye zaroori hai yeh. Chahe religious hai ya secular, dono ke liye zaroori hai. Yani religious aur secular ka farq nahin padta. Dono ko yeh karna hai ke woh muhasba kare, introspec</w:t>
      </w:r>
    </w:p>
    <w:p>
      <w:pPr>
        <w:jc w:val="right"/>
      </w:pPr>
      <w:r>
        <w:t>ہمیشہ آدمی کو سوچنا چاہیے کہ میں یعنی اپنے اپنے کو ہمیشہ ایگزیمن کرنا چاہیے۔ ایگزیمینیشن، ری ایگزیمینیشن کرتے رہنا چاہیے تاکہ اپنی غلطی کو آپ جان لیں۔ یہ بہت ہی ضروری ہے، ہر ہر انسان کے لیے ضروری ہے یہ۔ چاہے ریجس ہے یا سیکولر، دونوں کے لیے ضروری ہے۔ یعنی ریجس اور سیکولر کا فرق نہیں پڑتا۔ دونوں کو یہ کرنا ہے کہ وہ محاسبہ کرے، انٹرنسپیک</w:t>
      </w:r>
    </w:p>
    <w:p>
      <w:r>
        <w:rPr>
          <w:b/>
        </w:rPr>
        <w:t xml:space="preserve">[49:35] </w:t>
      </w:r>
      <w:r>
        <w:t>tion kare. Yeh yeh janne ki koshish karta rahe ke kahin main ghalti to nahin kar raha hoon, kahin main ghalti to nahin kar raha hoon. To yeh har aadmi ka, har aadmi ko yeh karna hai, chahe woh secular ho ya religious ho. Is ke baghair right thinking nahin paida ho sakti.</w:t>
      </w:r>
    </w:p>
    <w:p>
      <w:pPr>
        <w:jc w:val="right"/>
      </w:pPr>
      <w:r>
        <w:t>شن کرے۔ یہ یہ جاننے کی کوشش کرتا رہے کہ کہیں میں غلطی تو نہیں کر رہا ہوں، کہیں میں غلطی تو نہیں کر رہا ہوں۔ تو یہ ہر آدمی کا، ہر آدمی کو یہ کرنا ہے، چاہے وہ سیکولر ہو یا ریجس ہو۔ اس کے بغیر رائٹ تھنکنگ نہیں پیدا ہو سکتی۔</w:t>
      </w:r>
    </w:p>
    <w:p>
      <w:r>
        <w:rPr>
          <w:b/>
        </w:rPr>
        <w:t xml:space="preserve">[50:00] </w:t>
      </w:r>
      <w:r>
        <w:t>Maulana, agla sawal Lucknow se bheja hai Danish Fazal Sahab ne aur unhon ne likha hai ke Maulana Sahab "How can we develop ourselves or our mind so alert that we can respond positively to delicate situations? Please advise."</w:t>
      </w:r>
    </w:p>
    <w:p>
      <w:pPr>
        <w:jc w:val="right"/>
      </w:pPr>
      <w:r>
        <w:t>مولانا، اگلا سوال لکھنؤ سے بھیجا ہے دانش فضل صاحب نے اور انہوں نے لکھا ہے کہ مولانا صاحب "How can we develop ourselves or our mind so alert that we can respond positively to delicate situations? Please advise."</w:t>
      </w:r>
    </w:p>
    <w:p>
      <w:r>
        <w:rPr>
          <w:b/>
        </w:rPr>
        <w:t xml:space="preserve">[50:22] </w:t>
      </w:r>
      <w:r>
        <w:t>Main to samajhta hoon ke yeh bohat aasan bhi hai, bohat mushkil bhi hai. Bohat aasan bhi hai, bohat mushkil bhi hai. Yani aadmi agar is ke andar wahi jo maine kaha ke muhasba, introspection ho to bohat aasan hai. Bohat aasan hai. Lekin agar muhasba ya introspection nahin hai to wahi cheez mushkil ban jayegi.</w:t>
      </w:r>
    </w:p>
    <w:p>
      <w:pPr>
        <w:jc w:val="right"/>
      </w:pPr>
      <w:r>
        <w:t>میں تو سمجھتا ہوں کہ یہ بہت آسان بھی ہے، بہت مشکل بھی ہے۔ بہت آسان بھی ہے، بہت مشکل بھی ہے۔ یعنی آدمی اگر اس کے اندر وہی جو میں نے کہا کہ محاسبہ، انٹرنسپیکشن ہو تو بہت آسان ہے۔ بہت آسان ہے۔ لیکن اگر محاسبہ یا انٹرنسپیکشن نہیں ہے تو وہی چیز مشکل بن جائے گی۔</w:t>
      </w:r>
    </w:p>
    <w:p>
      <w:r>
        <w:rPr>
          <w:b/>
        </w:rPr>
        <w:t xml:space="preserve">[50:53] </w:t>
      </w:r>
      <w:r>
        <w:t>Basic baat sochne ki yeh hai ke faisle ka ikhtiyar mujh ko nahin hai. External jo factors hain, un ko hai. Jaise jis aadmi ne jo maine qissa bataya Schumacher ka, to agar woh ghalti kare to faisle ka ikhtiyar us ke paas chala chala baqi nahin rehta. Doosra</w:t>
      </w:r>
    </w:p>
    <w:p>
      <w:pPr>
        <w:jc w:val="right"/>
      </w:pPr>
      <w:r>
        <w:t>بیسک بات سوچنے کی یہ ہے کہ فیصلے کا اختیار مجھ کو نہیں ہے۔ ایکسٹرنل جو فیکٹرز ہیں، ان کو ہے۔ جیسے جس آدمی نے جو میں نے قصہ بتایا شوماخر کا، تو اگر وہ غلطی کرے تو فیصلے کا اختیار اس کے پاس چلا چلا باقی نہیں رہتا۔ دوسرا</w:t>
      </w:r>
    </w:p>
    <w:p>
      <w:r>
        <w:rPr>
          <w:b/>
        </w:rPr>
        <w:t xml:space="preserve">[51:23] </w:t>
      </w:r>
      <w:r>
        <w:t>yani external factor chala jata hai. Yani Schumacher agar ghalti kare to faisle ka ikhtiyar chala jayega external factors ko. Aur jab tak ghalti nahin karta, tab tak ikhtiyar us ke apne paas hai. To yeh bohat hi risky position hai. Aadmi ko hamesha alert rehna parega, warna bach nahin sakta woh.</w:t>
      </w:r>
    </w:p>
    <w:p>
      <w:pPr>
        <w:jc w:val="right"/>
      </w:pPr>
      <w:r>
        <w:t>یعنی ایکسٹرنل فیکٹر چلا جاتا ہے۔ یعنی شوماخر اگر غلطی کرے تو فیصلے کا اختیار چلا جائے گا ایکسٹرنل فیکٹرز کو۔ اور جب تک غلطی نہیں کرتا، تب تک اختیار اس کے اپنے پاس ہے۔ تو یہ بہت ہی رسکی پوزیشن ہے۔ آدمی کو ہمیشہ الرٹ رہنا پڑے گا، ورنہ بچ نہیں سکتا وہ۔</w:t>
      </w:r>
    </w:p>
    <w:p>
      <w:r>
        <w:rPr>
          <w:b/>
        </w:rPr>
        <w:t xml:space="preserve">[51:47] </w:t>
      </w:r>
      <w:r>
        <w:t>Maulana, agla sawal Ajmer se hai Dr. Safeena Tabassum ka aur unhon ne likha hai ke Maulana Sahab "Kindly explain a hadith which says don't touch the Quran unless you are طاہر, that is clean from impurity." Maulana Sahab, this is important for all of us as this is a commonly asked question by people when we distribute the Quran. How should we respond to such</w:t>
      </w:r>
    </w:p>
    <w:p>
      <w:pPr>
        <w:jc w:val="right"/>
      </w:pPr>
      <w:r>
        <w:t>مولانا، اگلا سوال اجمیر سے ہے ڈاکٹر سفینہ تبسم کا اور انہوں نے لکھا ہے کہ مولانا صاحب "Kindly explain a hadith which says don't touch the Quran unless you are طاہر, that is clean from impurity." مولانا صاحب, this is important for all of us as this is a commonly asked question by people when we distribute the Quran. How should we respond to such</w:t>
      </w:r>
    </w:p>
    <w:p>
      <w:r>
        <w:rPr>
          <w:b/>
        </w:rPr>
        <w:t xml:space="preserve">[52:18] </w:t>
      </w:r>
      <w:r>
        <w:t>comments?</w:t>
      </w:r>
    </w:p>
    <w:p>
      <w:pPr>
        <w:jc w:val="right"/>
      </w:pPr>
      <w:r>
        <w:t>comments?</w:t>
      </w:r>
    </w:p>
    <w:p>
      <w:r>
        <w:rPr>
          <w:b/>
        </w:rPr>
        <w:t xml:space="preserve">[52:20] </w:t>
      </w:r>
      <w:r>
        <w:t>Dekhiye, yeh bilkul galat masla hai. Is ka Islam mein koi base nahin hai, na Quran mein na hadith mein. Ke wuzu karo, wuzu kar ke Quran chhodna hai, yeh hai hi nahin Islam mein. Wuzu kiye baghair Quran nahin chhod sakte. Yeh Islam mein nahin, yeh masla bana baat ko banaya gaya hai. Baat ko baat ko banaya gaya hai. Aur base kya</w:t>
      </w:r>
    </w:p>
    <w:p>
      <w:pPr>
        <w:jc w:val="right"/>
      </w:pPr>
      <w:r>
        <w:t>دیکھیے، یہ بالکل غلط مسئلہ ہے۔ اس کا اسلام میں کوئی بیس نہیں ہے، نہ قرآن میں نہ حدیث میں۔ کہ وضو کرو، وضو کر کے قرآن چھوڑنا ہے، یہ ہے ہی نہیں اسلام میں۔ وضو کیے بغیر قرآن نہیں چھوڑ سکتے۔ یہ اسلام میں نہیں، یہ مسئلہ بنا بات کو بنایا گیا ہے۔ بات کو بات کو بنایا گیا ہے۔ اور بیس کیا</w:t>
      </w:r>
    </w:p>
    <w:p>
      <w:r>
        <w:rPr>
          <w:b/>
        </w:rPr>
        <w:t xml:space="preserve">[52:50] </w:t>
      </w:r>
      <w:r>
        <w:t>hai? Ek bilkul galat buniyad. Quran mein ek ayat hai لَا يَمُسَّهُ إِلَّا الْمُطَهَّرُونَ Quran ko chhoote hain sirf pak log. Yeh chhoote hain, yeh to ek khabar hai, yeh hukum to hai nahin ke pak ho to chho Quran. Yeh kahan khabar, hukum to hai nahin, insha to hai nahin woh. To aap ko janna parega ke yeh ek waqea jo ho raha hai, us par us ko apply karen. To woh ho raha hai kis par</w:t>
      </w:r>
    </w:p>
    <w:p>
      <w:pPr>
        <w:jc w:val="right"/>
      </w:pPr>
      <w:r>
        <w:t>ہے؟ ایک بالکل غلط بنیاد۔ قرآن میں ایک آیت ہے لَا يَمُسَّهُ إِلَّا الْمُطَهَّرُونَ قرآن کو چھوتے ہیں صرف پاک لوگ۔ یہ چھوتے ہیں، یہ تو ایک خبر ہے، یہ حکم تو ہے نہیں کہ پاک ہو تو چھوؤ قرآن۔ یہ کہاں خبر، حکم تو ہے نہیں، انشاء تو ہے نہیں وہ۔ تو آپ کو جاننا پڑے گا کہ یہ ایک واقعہ جو ہو رہا ہے، اس پر اس کو اپلائی کریں۔ تو وہ ہو رہا ہے کس پر</w:t>
      </w:r>
    </w:p>
    <w:p>
      <w:r>
        <w:rPr>
          <w:b/>
        </w:rPr>
        <w:t xml:space="preserve">[53:20] </w:t>
      </w:r>
      <w:r>
        <w:t>؟ Woh farishton par. Farishte wuzu kar ke nahin, aisa nahin ke farishte wuzu kar ke Quran chhoote hain. Woh pak hain. Yani woh already pak hain woh. To Allah se Quran ka kalam le kar ke utarte the, jo farishte utarte the, uska zikr hai yahan par. To kahin bhi Quran mein ya hadith mein yeh hukum nahin hai ke Quran ko wuzu karo tab chho. Yeh hai hi nahin. Bilkul base</w:t>
      </w:r>
    </w:p>
    <w:p>
      <w:pPr>
        <w:jc w:val="right"/>
      </w:pPr>
      <w:r>
        <w:t>؟ وہ فرشتوں پر۔ فرشتے وضو کر کے نہیں، ایسا نہیں کہ فرشتے وضو کر کے قرآن چھوتے ہوں۔ وہ پاک ہیں۔ یعنی وہ الریڈی پاک ہیں وہ۔ تو اللہ سے قرآن کا کلام لے کر کے اترتے تھے، جو فرشتے اترتے تھے، اس کا ذکر ہے یہاں پر۔ تو کہیں بھی قرآن میں یا حدیث میں یہ حکم نہیں ہے کہ قرآن کو وضو کرو تب چھوؤ۔ یہ ہے ہی نہیں۔ بالکل بیس</w:t>
      </w:r>
    </w:p>
    <w:p>
      <w:r>
        <w:rPr>
          <w:b/>
        </w:rPr>
        <w:t xml:space="preserve">[53:50] </w:t>
      </w:r>
      <w:r>
        <w:t>less fatwa hai yeh. Base less. To yahi baat hai, bohat se fatwe galat ho gaye hain. Base less qism ke fatwon ki to bharmar hai. Galat galat fatwon ki bharmar hai. To aap ko chahiye ke aap koi fatwa den ya na den, aap dekhen ke kya Quran o hadith mein yeh baat hai. Nahin hai to phir woh woh bidat hai, woh innovation hai.</w:t>
      </w:r>
    </w:p>
    <w:p>
      <w:pPr>
        <w:jc w:val="right"/>
      </w:pPr>
      <w:r>
        <w:t>لیس فتویٰ ہے یہ۔ بیس لیس۔ تو یہی بات ہے، بہت سے فتوے غلط ہو گئے ہیں۔ بیس لیس قسم کے فتووں کی تو بھرمار ہے۔ غلط غلط فتووں کی بھرمار ہے۔ تو آپ کو چاہیے کہ آپ کوئی فتویٰ دیں یا نہ دیں، آپ دیکھیں کہ کیا قرآن و حدیث میں یہ بات ہے۔ نہیں ہے تو پھر وہ وہ بدعت ہے، وہ انوویشن ہے۔</w:t>
      </w:r>
    </w:p>
    <w:p>
      <w:r>
        <w:rPr>
          <w:b/>
        </w:rPr>
        <w:t xml:space="preserve">[54:21] </w:t>
      </w:r>
      <w:r>
        <w:t>To main poore yaqeen ke sath keh sakta hoon ke is fatwe ki koi buniyad na Quran mein hai, na hadith mein hai. Aur jo jo ayat quote ki jati hai, uska koi taalluq is masle se nahin hai. Jaisa ke maine arz kiya.</w:t>
      </w:r>
    </w:p>
    <w:p>
      <w:pPr>
        <w:jc w:val="right"/>
      </w:pPr>
      <w:r>
        <w:t>تو میں پورے یقین کے ساتھ کہہ سکتا ہوں کہ اس فتوے کی کوئی بنیاد نہ قرآن میں ہے، نہ حدیث میں ہے۔ اور جو جو آیت کوٹ کی جاتی ہے، اس کا کوئی تعلق اس مسئلے سے نہیں ہے۔ جیسا کہ میں نے عرض کیا۔</w:t>
      </w:r>
    </w:p>
    <w:p>
      <w:r>
        <w:rPr>
          <w:b/>
        </w:rPr>
        <w:t xml:space="preserve">[54:42] </w:t>
      </w:r>
      <w:r>
        <w:t>Maulana, un ka ek aur sawal hai. Unhon ne likha hai ke "If Satan can provide justification for any wrong thought, then how should we be alert like a serpent?"</w:t>
      </w:r>
    </w:p>
    <w:p>
      <w:pPr>
        <w:jc w:val="right"/>
      </w:pPr>
      <w:r>
        <w:t>مولانا، ان کا ایک اور سوال ہے۔ انہوں نے لکھا ہے کہ "If Satan can provide justification for any wrong thought, then how should we be alert like a serpent?"</w:t>
      </w:r>
    </w:p>
    <w:p>
      <w:r>
        <w:rPr>
          <w:b/>
        </w:rPr>
        <w:t xml:space="preserve">[54:59] </w:t>
      </w:r>
      <w:r>
        <w:t>dekhie, allah ne aap ko jo aql di hai, woh aql bohat hi bari hai. bohat bari aql hai. aik aik report aai thi, aik bohat hi abhi haal mein, yeh teen information internet pe hoti hai. aap jante hain ke internet pe sari information, tamam encyclopaedia, sab kitabein, har language ki sab bhari hui hain. universal information. to aik</w:t>
      </w:r>
    </w:p>
    <w:p>
      <w:pPr>
        <w:jc w:val="right"/>
      </w:pPr>
      <w:r>
        <w:t>دیکھیے، اللہ نے آپ کو جو عقل دی ہے، وہ عقل بہت ہی بڑی ہے۔ بہت بڑی عقل ہے۔ ایک ایک رپورٹ آئی تھی، ایک بہت ہی ابھی حال میں، یہ تین انفارمیشن انٹرنیٹ پہ ہوتی ہے۔ آپ جانتے ہیں کہ انٹرنیٹ پہ ساری انفارمیشن، تمام انسائیکلوپیڈیا، سب کتابیں، ہر لینگویج کی سب بھری ہوئی ہیں۔ یونیورسل انفارمیشن۔ تو ایک</w:t>
      </w:r>
    </w:p>
    <w:p>
      <w:r>
        <w:rPr>
          <w:b/>
        </w:rPr>
        <w:t xml:space="preserve">[55:29] </w:t>
      </w:r>
      <w:r>
        <w:t>research aai thi ke jo teen information internet pe hoti hai, us ke das guna information insan ke mind mein hoti hai. in terms of capacity, in terms of potential. das guna. itna bara dimagh aap ko diya hai allah taala ne, to is se aap analysis kijiye. cheezon ko analyze kijiye. jab itna bara dimagh hai to kya mushkil hai cheezon ka ko examine karna, cheezon ko analyze kar</w:t>
      </w:r>
    </w:p>
    <w:p>
      <w:pPr>
        <w:jc w:val="right"/>
      </w:pPr>
      <w:r>
        <w:t>ریسرچ آئی تھی کہ جو تین انفارمیشن انٹرنیٹ پہ ہوتی ہے، اس کے دس گنا انفارمیشن انسان کے مائنڈ میں ہوتی ہے۔ ان ٹرمز آف کیپیسٹی، ان ٹرمز آف پوٹینشل۔ دس گنا۔ اتنا بڑا دماغ آپ کو دیا ہے اللہ تعالی نے، تو اس سے آپ انالیسز کیجیے۔ چیزوں کو انالائز کیجیے۔ جب اتنا بڑا دماغ ہے تو کیا مشکل ہے چیزوں کا کو ایگزیمن کرنا، چیزوں کو انالائز کر</w:t>
      </w:r>
    </w:p>
    <w:p>
      <w:r>
        <w:rPr>
          <w:b/>
        </w:rPr>
        <w:t xml:space="preserve">[55:59] </w:t>
      </w:r>
      <w:r>
        <w:t>na. kuch mushkil nahi hai. main hairaan tha ke itni maloomat internet par hai ke jo chahiye mil jayega, jo chahiye mil jayega. misaal ke taur par, main aik martaba janna chahta tha ke mere gaon mein chota sa pul aik hai. main jo bohat hi aik chota sa gaon tha hamara jahan hum paida hue the. chota sa gaon, choti si nadi, us par chota sa aik</w:t>
      </w:r>
    </w:p>
    <w:p>
      <w:pPr>
        <w:jc w:val="right"/>
      </w:pPr>
      <w:r>
        <w:t>نا۔ کچھ مشکل نہیں ہے۔ میں حیران تھا کہ اتنی معلومات انٹرنیٹ پر ہے کہ جو چاہیے مل جائے گا، جو چاہیے مل جائے گا۔ مثلاً، میں ایک مرتبہ جاننا چاہتا تھا کہ میرے گاؤں میں چھوٹا سا پل ایک ہے۔ میں جو بہت ہی ایک چھوٹا سا گاؤں تھا ہمارا جہاں ہم پیدا ہوئے تھے۔ چھوٹا سا گاؤں، چھوٹی سی ندی، اس پر چھوٹا سا ایک</w:t>
      </w:r>
    </w:p>
    <w:p>
      <w:r>
        <w:rPr>
          <w:b/>
        </w:rPr>
        <w:t xml:space="preserve">[56:29] </w:t>
      </w:r>
      <w:r>
        <w:t>pul hai. to main janna chahta tha ke yeh pul kis kab bana tha yeh. kis year mein. to main us ko chahta tha aik non event. us pul ko main aik non event samajhta tha. kyunke chota gaon, choti nadi aur chota pul. woh bhi mil gaya mujhe. 1936 mein pul bana tha woh. itni beshumar maloomat bhari hui hain. is se bhi zyada potentially aap ke mind mein hai. jab</w:t>
      </w:r>
    </w:p>
    <w:p>
      <w:pPr>
        <w:jc w:val="right"/>
      </w:pPr>
      <w:r>
        <w:t>پل ہے۔ تو میں جاننا چاہتا تھا کہ یہ پل کس کب بنا تھا یہ۔ کس ایئر میں۔ تو میں اس کو چاہتا تھا ایک نان ایونٹ۔ اس پل کو میں ایک نان ایونٹ سمجھتا تھا۔ کیونکہ چھوٹا گاؤں، چھوٹی ندی اور چھوٹا پل۔ وہ بھی مل گیا مجھے۔ 1936 میں پل بنا تھا وہ۔ اتنی بے شمار معلومات بھری ہوئی ہیں۔ اس سے بھی زیادہ پوٹینشلی آپ کے مائنڈ میں ہے۔ جب</w:t>
      </w:r>
    </w:p>
    <w:p>
      <w:r>
        <w:rPr>
          <w:b/>
        </w:rPr>
        <w:t xml:space="preserve">[56:59] </w:t>
      </w:r>
      <w:r>
        <w:t>mind ka potential itna zyada hai to main samajhta hoon koi mushkil nahi hai kisi baat ko samajhna. mind ko apply kar ke.</w:t>
      </w:r>
    </w:p>
    <w:p>
      <w:pPr>
        <w:jc w:val="right"/>
      </w:pPr>
      <w:r>
        <w:t>مائنڈ کا پوٹینشل اتنا زیادہ ہے تو میں سمجھتا ہوں کوئی مشکل نہیں ہے کسی بات کو سمجھنا۔ مائنڈ کو اپلائی کر کے۔</w:t>
      </w:r>
    </w:p>
    <w:p>
      <w:r>
        <w:rPr>
          <w:b/>
        </w:rPr>
        <w:t xml:space="preserve">[57:12] </w:t>
      </w:r>
      <w:r>
        <w:t>molana, agla sawal dilli se hai. shahnawaz zafar sahib ne kiya hai aur unhone likha hai "As we know, Satan always tries to influence our thoughts and prompts us to take wrong decisions. And thirty seconds' period is very crucial and short to scrutinize our thoughts. In that case, I think it is only God's help which can save us from taking wrong decisions.</w:t>
      </w:r>
    </w:p>
    <w:p>
      <w:pPr>
        <w:jc w:val="right"/>
      </w:pPr>
      <w:r>
        <w:t>مولانا، اگلا سوال دلی سے ہے۔ شاہنواز ظفر صاحب نے کیا ہے اور انہوں نے لکھا ہے "As we know, Satan always tries to influence our thoughts and prompts us to take wrong decisions. And thirty seconds' period is very crucial and short to scrutinize our thoughts. In that case, I think it is only God's help which can save us from taking wrong decisions.</w:t>
      </w:r>
    </w:p>
    <w:p>
      <w:r>
        <w:rPr>
          <w:b/>
        </w:rPr>
        <w:t xml:space="preserve">[57:43] </w:t>
      </w:r>
      <w:r>
        <w:t>And so we should always seek help from God in order to save ourselves from wrong decisions." molana sahib, please correct me if i am wrong.</w:t>
      </w:r>
    </w:p>
    <w:p>
      <w:pPr>
        <w:jc w:val="right"/>
      </w:pPr>
      <w:r>
        <w:t>And so we should always seek help from God in order to save ourselves from wrong decisions." مولانا صاحب، پلیز کریکٹ می اف آئی ایم رونگ۔</w:t>
      </w:r>
    </w:p>
    <w:p>
      <w:r>
        <w:rPr>
          <w:b/>
        </w:rPr>
        <w:t xml:space="preserve">[57:54] </w:t>
      </w:r>
      <w:r>
        <w:t>aap ne sahi kaha. yeh to hadithon mein sabit hai ke aadmi ko har waqt allah se dua dua karta rehna chahiye. yeh to sahi baat hai. is mein to koi shaq nahi. peghambar bhi har waqt dua karte the. har waqt dua karte the. to yeh to aap sahi keh rahe hain ke aadmi koshish kare aur sath sath dua karta rahe. karta karta rahe. karta karta rahe. ji haan, bilkul sahi kaha</w:t>
      </w:r>
    </w:p>
    <w:p>
      <w:pPr>
        <w:jc w:val="right"/>
      </w:pPr>
      <w:r>
        <w:t>آپ نے صحیح کہا۔ یہ تو حدیثوں میں ثابت ہے کہ آدمی کو ہر وقت اللہ سے دعا دعا کرتا رہنا چاہیے۔ یہ تو صحیح بات ہے۔ اس میں تو کوئی شک نہیں۔ پیغمبر بھی ہر وقت دعا کرتے تھے۔ ہر وقت دعا کرتے تھے۔ تو یہ تو آپ صحیح کہہ رہے ہیں کہ آدمی کوشش کرے اور ساتھ ساتھ دعا کرتا رہے۔ کرتا کرتا رہے۔ کرتا کرتا رہے۔ جی ہاں، بالکل صحیح کہا</w:t>
      </w:r>
    </w:p>
    <w:p>
      <w:r>
        <w:rPr>
          <w:b/>
        </w:rPr>
        <w:t xml:space="preserve">[58:24] </w:t>
      </w:r>
      <w:r>
        <w:t>aap ne.</w:t>
      </w:r>
    </w:p>
    <w:p>
      <w:pPr>
        <w:jc w:val="right"/>
      </w:pPr>
      <w:r>
        <w:t>آپ نے۔</w:t>
      </w:r>
    </w:p>
    <w:p>
      <w:r>
        <w:rPr>
          <w:b/>
        </w:rPr>
        <w:t xml:space="preserve">[58:29] </w:t>
      </w:r>
      <w:r>
        <w:t>molana, agla sawal jammu se bheja hai ubaid imtiaz sahib ne aur unhone likha hai ke molana sahib "Why are most of intellectuals, thinkers, scientists, writers so unmindful of God and hereafter, despite being so intelligent? They rather make fun of hereafter and the religion. Are these people fake intellectuals? What is your</w:t>
      </w:r>
    </w:p>
    <w:p>
      <w:pPr>
        <w:jc w:val="right"/>
      </w:pPr>
      <w:r>
        <w:t>مولانا، اگلا سوال جموں سے بھیجا ہے عبید امتیاز صاحب نے اور انہوں نے لکھا ہے کہ مولانا صاحب "Why are most of intellectuals, thinkers, scientists, writers so unmindful of God and hereafter, despite being so intelligent? They rather make fun of hereafter and the religion. Are these people fake intellectuals? What is your</w:t>
      </w:r>
    </w:p>
    <w:p>
      <w:r>
        <w:rPr>
          <w:b/>
        </w:rPr>
        <w:t xml:space="preserve">[58:59] </w:t>
      </w:r>
      <w:r>
        <w:t>comment about this?"</w:t>
      </w:r>
    </w:p>
    <w:p>
      <w:pPr>
        <w:jc w:val="right"/>
      </w:pPr>
      <w:r>
        <w:t>comment about this?"</w:t>
      </w:r>
    </w:p>
    <w:p>
      <w:r>
        <w:rPr>
          <w:b/>
        </w:rPr>
        <w:t xml:space="preserve">[59:00] </w:t>
      </w:r>
      <w:r>
        <w:t>kya lafz keh rahe hain? un mindful? kya lafz hai?</w:t>
      </w:r>
    </w:p>
    <w:p>
      <w:pPr>
        <w:jc w:val="right"/>
      </w:pPr>
      <w:r>
        <w:t>کیا لفظ کہہ رہے ہیں؟ ان مائنڈ فل؟ کیا لفظ ہے؟</w:t>
      </w:r>
    </w:p>
    <w:p>
      <w:r>
        <w:rPr>
          <w:b/>
        </w:rPr>
        <w:t xml:space="preserve">[59:03] </w:t>
      </w:r>
      <w:r>
        <w:t>un mindful.</w:t>
      </w:r>
    </w:p>
    <w:p>
      <w:pPr>
        <w:jc w:val="right"/>
      </w:pPr>
      <w:r>
        <w:t>ان مائنڈ فل۔</w:t>
      </w:r>
    </w:p>
    <w:p>
      <w:r>
        <w:rPr>
          <w:b/>
        </w:rPr>
        <w:t xml:space="preserve">[59:03] </w:t>
      </w:r>
      <w:r>
        <w:t>un mindful. ji. dekhiye, yeh baat sahi nahi hai ke un mindful hain woh. us ko main nahi manta. har aadmi ka sab se bara jo jo central thought hai woh yahi hai. khuda. khuda har aadmi ke mind mein basa hua hai. misaal ke taur par dekhiye, newton se poocha gaya ke tum khuda par yaqeen karte ho?</w:t>
      </w:r>
    </w:p>
    <w:p>
      <w:pPr>
        <w:jc w:val="right"/>
      </w:pPr>
      <w:r>
        <w:t>ان مائنڈ فل۔ جی۔ دیکھیے، یہ بات صحیح نہیں ہے کہ ان مائنڈ فل ہیں وہ۔ اس کو میں نہیں مانتا۔ ہر آدمی کا سب سے بڑا جو جو سنٹرل تھاٹ ہے وہ یہی ہے۔ خدا۔ خدا ہر آدمی کے مائنڈ میں بسا ہوا ہے۔ مثال کے طور پر دیکھیے، نیوٹن سے پوچھا گیا کہ تم خدا پر یقین کرتے ہو؟</w:t>
      </w:r>
    </w:p>
    <w:p>
      <w:r>
        <w:rPr>
          <w:b/>
        </w:rPr>
        <w:t xml:space="preserve">[59:34] </w:t>
      </w:r>
      <w:r>
        <w:t>to us ke kamre mein woh naqsha bana hua tha solar system ka. solar system ka naqsha. map. to us ne kaha ke dekho kitna complex system hai yeh solar system. yeh kaise ho sakta hai apne aap? baghair khuda ke. yeh newton ne kaha tha. sir james jean bohat bara top ka scientist tha. us ne kitab likhi hai "mysterious universe". us ne khuda ko scientific</w:t>
      </w:r>
    </w:p>
    <w:p>
      <w:pPr>
        <w:jc w:val="right"/>
      </w:pPr>
      <w:r>
        <w:t>تو اس کے کمرے میں وہ نقشہ بنا ہوا تھا سولر سسٹم کا۔ سولر سسٹم کا نقشہ۔ میپ۔ تو اس نے کہا کہ دیکھو کتنا کمپلیکس سسٹم ہے یہ سولر سسٹم۔ یہ کیسے ہو سکتا ہے اپنے آپ؟ بغیر خدا کے۔ یہ نیوٹن نے کہا تھا۔ سر جیمز جین بہت بڑا ٹاپ کا سائنٹسٹ تھا۔ اس نے کتاب لکھی ہے "مسٹیریس یونیورس"۔ اس نے خدا کو سائنٹیفک</w:t>
      </w:r>
    </w:p>
    <w:p>
      <w:r>
        <w:rPr>
          <w:b/>
        </w:rPr>
        <w:t xml:space="preserve">[1:00:04] </w:t>
      </w:r>
      <w:r>
        <w:t>framework mein batane ki koshish ki hai. us ke baad alfred hall ki kitab hai "intelligent universe". us mein dikhaya ke intelligent universe mein itna zyada intelligence hai, itna intelligently designed hai yeh universe ke maane baghair chala nahi ke uska aik aik aik designer hai, aik khuda hai. to mera jo is</w:t>
      </w:r>
    </w:p>
    <w:p>
      <w:pPr>
        <w:jc w:val="right"/>
      </w:pPr>
      <w:r>
        <w:t>فریم ورک میں بتانے کی کوشش کی ہے۔ اس کے بعد الفریڈ ہال کی کتاب ہے "انٹیلیجنٹ یونیورس"۔ اس میں دکھایا کہ انٹیلیجنٹ یونیورس میں اتنا زیادہ انٹیلیجنس ہے، اتنا انٹیلیجنٹلی ڈیزائنڈ ہے یہ یونیورس کہ مانے بغیر چلا نہیں کہ اس کا ایک ایک ایک ڈیزائنر ہے، ایک خدا ہے۔ تو میرا جو اس</w:t>
      </w:r>
    </w:p>
    <w:p>
      <w:r>
        <w:rPr>
          <w:b/>
        </w:rPr>
        <w:t xml:space="preserve">[1:00:34] </w:t>
      </w:r>
      <w:r>
        <w:t>study hai, tamam scientist ke baray mein main keh sakta hoon koi bhi scientist atheist nahi tha. atheist jo hai hote hain philosophers. koi bhi bara scientist atheist nahi tha. agnostic ho sakte hain un mein, lekin atheist nahi hue. to main kehta hoon aap ka statement sahi nahi hai. aap ka statement sahi nahi hai.</w:t>
      </w:r>
    </w:p>
    <w:p>
      <w:pPr>
        <w:jc w:val="right"/>
      </w:pPr>
      <w:r>
        <w:t>ٹڈی ہے، تمام سائنٹسٹ کے بارے میں میں کہہ سکتا ہوں کوئی بھی سائنٹسٹ اتھیسٹ نہیں تھا۔ اتھیسٹ جو ہے ہوتے ہیں فلاسفرز۔ کوئی بھی بڑا سائنٹسٹ اتھیسٹ نہیں تھا۔ اگناسٹک ہو سکتے ہیں ان میں، لیکن اتھیسٹ نہیں ہوئے۔ تو میں کہتا ہوں آپ کا اسٹیٹمنٹ صحیح نہیں ہے۔ آپ کا اسٹیٹمنٹ صحیح نہیں ہے۔</w:t>
      </w:r>
    </w:p>
    <w:p>
      <w:r>
        <w:rPr>
          <w:b/>
        </w:rPr>
        <w:t xml:space="preserve">[1:01:05] </w:t>
      </w:r>
      <w:r>
        <w:t>science ka jo development hua hai, to latest jo position hai science ki, latest position woh yeh hai ke ke universe ke baray mein woh kehte hain ke universe is intelligent design in universe. there is an intelligent design in universe. yeh latest position hai science ki. lekin aap jante hain ke jo jo mazhabi log, so called mazhabi log hain</w:t>
      </w:r>
    </w:p>
    <w:p>
      <w:pPr>
        <w:jc w:val="right"/>
      </w:pPr>
      <w:r>
        <w:t>سائنس کا جو ڈیولپمنٹ ہوا ہے، تو لیٹسٹ جو پوزیشن ہے سائنس کی، لیٹسٹ پوزیشن وہ یہ ہے کہ کہ یونیورس کے بارے میں وہ کہتے ہیں کہ یونیورس از انٹیلیجنٹ ڈیزائن ان یونیورس۔ دیر از این انٹیلیجنٹ ڈیزائن ان یونیورس۔ یہ لیٹسٹ پوزیشن ہے سائنس کی۔ لیکن آپ جانتے ہیں کہ جو جو مذہبی لوگ، سو کالڈ مذہبی لوگ ہیں</w:t>
      </w:r>
    </w:p>
    <w:p>
      <w:r>
        <w:rPr>
          <w:b/>
        </w:rPr>
        <w:t xml:space="preserve">[1:01:35] </w:t>
      </w:r>
      <w:r>
        <w:t>jo khuda ko mante hain, un ki umri zindagi kya hai? umri zindagi bohat zyada door hai. aap kisi masjid mein chale jaiye, aik abhi aap aaj hi tajurba kar lijiye, kisi masjid mein aap namaz parhiye, aur namaz parhne ke baad jab log niklein to un ke sath nikliye aap. koi aadmi namaz ki baat nahi kar raha hoga, khuda ke jannat ki baat nahi kar raha hoga, bas business ki, duniya ki, idhar udhar ki. to kya namaz? kya masjid?</w:t>
      </w:r>
    </w:p>
    <w:p>
      <w:pPr>
        <w:jc w:val="right"/>
      </w:pPr>
      <w:r>
        <w:t>جو خدا کو مانتے ہیں، ان کی عمری زندگی کیا ہے؟ عمری زندگی بہت زیادہ دور ہے۔ آپ کسی مسجد میں چلے جائیے، ایک ابھی آپ آج ہی تجربہ کر لیجیے، کسی مسجد میں آپ نماز پڑھیے، اور نماز پڑھنے کے بعد جب لوگ نکلیں تو ان کے ساتھ نکلیے آپ۔ کوئی آدمی نماز کی بات نہیں کر رہا ہوگا، خدا کے جنت کی بات نہیں کر رہا ہوگا، بس بزنس کی، دنیا کی، ادھر ادھر کی۔ تو کیا نماز؟ کیا مسجد؟</w:t>
      </w:r>
    </w:p>
    <w:p>
      <w:r>
        <w:rPr>
          <w:b/>
        </w:rPr>
        <w:t xml:space="preserve">[1:02:06] </w:t>
      </w:r>
      <w:r>
        <w:t>to dekhiye, ya to mazhabi log hon ya doosre log hon, non religious log hon, sab jo hain sab ka soul consent kya hai? paisa. material. material achievement. bas. to maanne wale aur na maanne wale mein farq nahi hai yeh. maanne wale bhi wohi hain jahan na maanne wale. yeh to us ki wajah</w:t>
      </w:r>
    </w:p>
    <w:p>
      <w:pPr>
        <w:jc w:val="right"/>
      </w:pPr>
      <w:r>
        <w:t>تو دیکھیں، یا تو مذہبی لوگ ہوں یا دوسرے لوگ ہوں، نان ریلیجیس لوگ ہوں، سب جو ہیں سب کا سول کنسنٹ کیا ہے؟ پیسہ۔ مٹیریل۔ مٹیریل اچیومنٹ۔ بس۔ تو ماننے والے اور نہ ماننے والے میں فرق نہیں ہے یہ۔ ماننے والے بھی وہی ہیں جہاں نہ ماننے والے۔ یہ تو اس کی وجہ</w:t>
      </w:r>
    </w:p>
    <w:p>
      <w:r>
        <w:rPr>
          <w:b/>
        </w:rPr>
        <w:t xml:space="preserve">[1:02:36] </w:t>
      </w:r>
      <w:r>
        <w:t>yeh hai ke quran mein bataya gaya hai ke yani immediate gain jo hai, dekhiye sab se bara cheez hai immediate gain. har aadmi jo hai fascinated hota hai immediate gain se. chahe so called murid hon ya religious log hon, sab immediate gain mein phanse hue hain. to immediate gain jo hai yeh aaj ka fitna hai. woh nahi jo aap</w:t>
      </w:r>
    </w:p>
    <w:p>
      <w:pPr>
        <w:jc w:val="right"/>
      </w:pPr>
      <w:r>
        <w:t>یہ ہے کہ قرآن میں بتایا گیا ہے کہ یعنی امیڈیٹ گین جو ہے، دیکھیں سب سے بڑا چیز ہے امیڈیٹ گین۔ ہر آدمی جو ہے فیسینیٹ ہوتا ہے امیڈیٹ گین سے۔ چاہے سو کالڈ مرید ہوں یا ریلیجیس لوگ ہوں، سب امیڈیٹ گین میں پھنسے ہوئے ہیں۔ تو امیڈیٹ گین جو ہے یہ آج کا فتنہ ہے۔ وہ نہیں جو آپ</w:t>
      </w:r>
    </w:p>
    <w:p>
      <w:r>
        <w:rPr>
          <w:b/>
        </w:rPr>
        <w:t xml:space="preserve">[1:03:06] </w:t>
      </w:r>
      <w:r>
        <w:t>ne farmaya. jo aaj ka fitna hai woh immediate gain. aaj hi subah mein kisi se baat kar raha tha ke kyun log india ko chhod chhod ke chale gaye, koi canada, koi america, koi aur. kyun? india mein sab kuch hai. aaj hi ki baat hai. to unhone bataya ke logon ko yeh soch ban gayi hai ke bahar paisa zyada hai. chahe ho ya na ho, yeh soch ban gayi hai ke bahar paisa zyada milta hai. bas bhag bhag rahe hain, bhag rahe hain. to im</w:t>
      </w:r>
    </w:p>
    <w:p>
      <w:pPr>
        <w:jc w:val="right"/>
      </w:pPr>
      <w:r>
        <w:t>نے فرمایا۔ جو آج کا فتنہ ہے وہ امیڈیٹ گین۔ آج ہی صبح میں کسی سے بات کر رہا تھا کہ کیوں لوگ انڈیا کو چھوڑ چھوڑ کے چلے گئے، کوئی کینیڈا، کوئی امریکہ، کوئی اور۔ کیوں؟ انڈیا میں سب کچھ ہے۔ آج ہی کی بات ہے۔ تو انہوں نے بتایا کہ لوگوں کو یہ سوچ بن گئی ہے کہ باہر پیسہ زیادہ ہے۔ چاہے ہو یا نہ ہو، یہ سوچ بن گئی ہے کہ باہر پیسہ زیادہ ملتا ہے۔ بس بھاگ بھاگ رہے ہیں، بھاگ رہے ہیں۔ تو امی</w:t>
      </w:r>
    </w:p>
    <w:p>
      <w:r>
        <w:rPr>
          <w:b/>
        </w:rPr>
        <w:t xml:space="preserve">[1:03:37] </w:t>
      </w:r>
      <w:r>
        <w:t>mediate gain ke liye bhag rahe hain. chahe woh religious log hon ya so called log hon. to asal fitna jo hai immediate gain ka concept hai. baqi woh nahi hai jo aap ne farmaya.</w:t>
      </w:r>
    </w:p>
    <w:p>
      <w:pPr>
        <w:jc w:val="right"/>
      </w:pPr>
      <w:r>
        <w:t>ڈیٹ گین کے لیے بھاگ رہے ہیں۔ چاہے وہ ریلیجیس لوگ ہوں یا سو کالڈ لوگ ہوں۔ تو اصل فتنہ جو ہے امیڈیٹ گین کا کانسپٹ ہے۔ باقی وہ نہیں ہے جو آپ نے فرمایا۔</w:t>
      </w:r>
    </w:p>
    <w:p>
      <w:r>
        <w:rPr>
          <w:b/>
        </w:rPr>
        <w:t xml:space="preserve">[1:03:53] </w:t>
      </w:r>
      <w:r>
        <w:t>molana, agla sawal bilal khan sahib ne bheja hai. unhone apni location nahi likhi hai. un ka sawal hai ke "I have fear of death, fear of heart attack, no sleep, anger and no patience. molana sahib, please advise me what should I do."</w:t>
      </w:r>
    </w:p>
    <w:p>
      <w:pPr>
        <w:jc w:val="right"/>
      </w:pPr>
      <w:r>
        <w:t>مولانا، اگلا سوال بلال خان صاحب نے بھیجا ہے۔ انہوں نے اپنی لوکیشن نہیں لکھی ہے۔ ان کا سوال ہے کہ "I have fear of death, fear of heart attack, no sleep, anger and no patience. مولانا صاحب, please advise me what should I do."</w:t>
      </w:r>
    </w:p>
    <w:p>
      <w:r>
        <w:rPr>
          <w:b/>
        </w:rPr>
        <w:t xml:space="preserve">[1:04:17] </w:t>
      </w:r>
      <w:r>
        <w:t>aap hamari kitab parhiye "raja hayat". main kuch kuch saal pehle ki baat hai, main pakistan gaya. to lahore airport par jab hum utre to wahan kai log mujhe receive karne ke liye aaye hue the, lahore ke. is mein aik nojawan bhi tha jin ko main pehchanta nahi tha. to us ne kaha ke aap mujh ko nahi jante honge lekin main aap ko janta hoon.</w:t>
      </w:r>
    </w:p>
    <w:p>
      <w:pPr>
        <w:jc w:val="right"/>
      </w:pPr>
      <w:r>
        <w:t>آپ ہماری کتاب پڑھیے "راجہ حیات"۔ میں کچھ کچھ سال پہلے کی بات ہے، میں پاکستان گیا۔ تو لاہور ایئرپورٹ پر جب ہم اترے تو وہاں کئی لوگ مجھے ریسیو کرنے کے لیے آئے ہوئے تھے، لاہور کے۔ اس میں ایک نوجوان بھی تھا جن کو میں پہچانتا نہیں تھا۔ تو اس نے کہا کہ آپ مجھ کو نہیں جانتے ہوں گے لیکن میں آپ کو جانتا ہوں۔</w:t>
      </w:r>
    </w:p>
    <w:p>
      <w:r>
        <w:rPr>
          <w:b/>
        </w:rPr>
        <w:t xml:space="preserve">[1:04:47] </w:t>
      </w:r>
      <w:r>
        <w:t>to apna qissa bataya us ne ke main depression ka shikar tha, bohat depression. to main hospitalized ho gaya tha depression ke ilaj ke liye. to jis zamane mein main hostel, yaani hostel ke bed par tha, hospital hospital mein tha, to ek aadmi ne mujhe ek kitab de di "Raja Hayat". woh main ne parhi. us ko parhte hi main main depression khatm ho gaya.</w:t>
      </w:r>
    </w:p>
    <w:p>
      <w:pPr>
        <w:jc w:val="right"/>
      </w:pPr>
      <w:r>
        <w:t>تو اپنا قصہ بتایا اس نے کہ میں ڈپریشن کا شکار تھا، بہت ڈپریشن۔ تو میں ہاسپٹلائز ہو گیا تھا ڈپریشن کے علاج کے لیے۔ تو جس زمانے میں میں ہاسٹل، یعنی ہاسٹل کے بیڈ پر تھا، ہاسپٹل ہاسپٹل میں تھا، تو ایک آدمی نے مجھے ایک کتاب دے دی "راجہ حیات"۔ وہ میں نے پڑھا۔ اس کو پڑھتے ہی میں میں ڈپریشن ختم ہو گیا۔</w:t>
      </w:r>
    </w:p>
    <w:p>
      <w:r>
        <w:rPr>
          <w:b/>
        </w:rPr>
        <w:t xml:space="preserve">[1:05:18] </w:t>
      </w:r>
      <w:r>
        <w:t>main ne doctor se kaha ke main ja raha hoon. kaha kyun? kaha main to theek ho gaya. kaha kaise? yeh yeh kitab parh kar. to aap meri char kitabein hain is mauzu par, aap parhiye is ko. "Raja Hayat", "Tabeer Hayat", "Rehnuma Hayat", "Kitab-e-Zindagi". is mauzu par meri char kitabein hain. aap in char kitabon ko parhiye, phir sawal kijiye. tab main inshallah aap ko doosri baat agar hai to kahunga.</w:t>
      </w:r>
    </w:p>
    <w:p>
      <w:pPr>
        <w:jc w:val="right"/>
      </w:pPr>
      <w:r>
        <w:t>میں نے ڈاکٹر سے کہا کہ میں جا رہا ہوں۔ کہا کیوں؟ کہا میں تو اچھا ہو گیا۔ کہا کیسے؟ یہ یہ کتاب پڑھ کر۔ تو آپ میری چار کتابیں ہیں اس موضوع پر، آپ پڑھیے اس کو۔ "راجہ حیات"، "تعبیر حیات"، "رہنما حیات"، "کتاب زندگی"۔ اس موضوع پر میری چار کتابیں ہیں۔ آپ ان چار کتابوں کو پڑھیے، پھر سوال کیجیے۔ تب میں انشاءاللہ آپ کو دوسری بات اگر ہے تو کہوں گا۔</w:t>
      </w:r>
    </w:p>
    <w:p>
      <w:r>
        <w:rPr>
          <w:b/>
        </w:rPr>
        <w:t xml:space="preserve">[1:05:49] </w:t>
      </w:r>
      <w:r>
        <w:t>maulana, agla sawal doctor Safeena ne bheja hai Ajmer se aur unhone likha hai ke Maulana sahib, agar logon ke dilon mein sense of accountability present ho to kya society ki asli islaah ho sakti hai? sense of accountability hi shayad har evil ka wahid hal hai. is ke bare mein batayein.</w:t>
      </w:r>
    </w:p>
    <w:p>
      <w:pPr>
        <w:jc w:val="right"/>
      </w:pPr>
      <w:r>
        <w:t>مولانا، اگلا سوال ڈاکٹر سفینہ نے بھیجا ہے اجمیر سے اور انہوں نے لکھا ہے کہ مولانا صاحب، اگر لوگوں کے دلوں میں سینس آف اکاؤنٹیبلٹی پریزنٹ ہو تو کیا سوسائٹی کی اصلی اصلاح ہو سکتی ہے؟ سینس آف اکاؤنٹیبلٹی ہی شاید ہر ایول کا واحد حل ہے۔ اس کے بارے میں بتائیں۔</w:t>
      </w:r>
    </w:p>
    <w:p>
      <w:r>
        <w:rPr>
          <w:b/>
        </w:rPr>
        <w:t xml:space="preserve">[1:06:13] </w:t>
      </w:r>
      <w:r>
        <w:t>haan, theek keh rahe hain. sahi keh rahe hain. sense of accountability agar hai to to to sab kuch theek ho jayega. kyunke hadith mein aata hai ke ke qayamat mein Allah har aadmi ko jis ko kehte hain angrezi mein private audience, har aadmi ko private audience</w:t>
      </w:r>
    </w:p>
    <w:p>
      <w:pPr>
        <w:jc w:val="right"/>
      </w:pPr>
      <w:r>
        <w:t>ہاں، ٹھیک کہہ رہے ہیں۔ صحیح کہہ رہے ہیں۔ سینس آف اکاؤنٹیبلٹی اگر ہے تو تو تو سب کچھ ٹھیک ہو جائے گا۔ کیونکہ حدیث میں آتا ہے کہ کہ قیامت میں اللہ ہر آدمی کو جس کو کہتے ہیں انگریزی میں پرائیویٹ آڈینس، ہر آدمی کو پرائیویٹ آڈینس</w:t>
      </w:r>
    </w:p>
    <w:p>
      <w:r>
        <w:rPr>
          <w:b/>
        </w:rPr>
        <w:t xml:space="preserve">[1:06:43] </w:t>
      </w:r>
      <w:r>
        <w:t>dega. is se poochega ke main ne tum ko yeh diya, woh diya, tum ne kya kiya? maslan tum ko maal diya, tum ko main ne fame diya, tum ko main ne power diya, aur tum ko shabab diya, jawani. to kya kiya tum ne? aap gaur kijiye ke jo is ko soche, agar aadmi ke aisa hone wala hai ke bhai creator jo hai woh is se poochega to kitna zyada us ki zindagi mein chain aa jayega.</w:t>
      </w:r>
    </w:p>
    <w:p>
      <w:pPr>
        <w:jc w:val="right"/>
      </w:pPr>
      <w:r>
        <w:t>دے گا۔ اس سے پوچھے گا کہ میں نے تم کو یہ دیا، وہ دیا، تم نے کیا کیا؟ مثلاً تم کو مال دیا، تم کو میں نے فیم دیا، تم کو میں نے پاور دیا، اور تم کو شباب دیا، جوانی۔ تو کیا کیا تم نے؟ آپ غور کیجیے کہ جو اس کو سوچے، اگر آدمی کہ ایسا ہونے والا ہے کہ بھائی کریٹر جو ہے وہ اس سے پوچھے گا تو کتنا زیادہ اس کی زندگی میں چینج آ جائے گا۔</w:t>
      </w:r>
    </w:p>
    <w:p>
      <w:r>
        <w:rPr>
          <w:b/>
        </w:rPr>
        <w:t xml:space="preserve">[1:07:14] </w:t>
      </w:r>
      <w:r>
        <w:t>ke is mein shakk nahi ke yeh thought agar aa jaye to yeh killer hai har qism ki burai ka.</w:t>
      </w:r>
    </w:p>
    <w:p>
      <w:pPr>
        <w:jc w:val="right"/>
      </w:pPr>
      <w:r>
        <w:t>کہ اس میں شک نہیں کہ یہ تھاٹ اگر آ جائے تو یہ کلر ہے ہر قسم کی برائی کا۔</w:t>
      </w:r>
    </w:p>
    <w:p>
      <w:r>
        <w:rPr>
          <w:b/>
        </w:rPr>
        <w:t xml:space="preserve">[1:07:24] </w:t>
      </w:r>
      <w:r>
        <w:t>maulana ne, maulana, unhone ek aur cheez aapse poochhi hai. unhone likha hai ke kya hamara dil conditioning ke asar se khauf-e-Khuda se khali ho jata hai? is ke bare mein batayein.</w:t>
      </w:r>
    </w:p>
    <w:p>
      <w:pPr>
        <w:jc w:val="right"/>
      </w:pPr>
      <w:r>
        <w:t>مولانا نے، مولانا، انہوں نے ایک اور چیز آپ سے پوچھی ہے۔ انہوں نے لکھا ہے کہ کیا ہمارا دل کنڈیشننگ کے اثر سے خوف خدا سے خالی ہو جاتا ہے؟ اس کے بارے میں بتائیں۔</w:t>
      </w:r>
    </w:p>
    <w:p>
      <w:r>
        <w:rPr>
          <w:b/>
        </w:rPr>
        <w:t xml:space="preserve">[1:07:36] </w:t>
      </w:r>
      <w:r>
        <w:t>yeh sahi hai. conditioning ka word Quran o hadith mein nahi hai. lekin yahi baat doosre lafzon mein kahi gayi hai. yahi baat doosre lafzon mein kahi gayi hai. to apne aap ko decondition karna bohat hi yaani pehla kaam har aadmi ko yeh karna hai ke apni apni deconditioning kare. kyunke aadmi paida hota hai ek family mein, wahan us ki condi</w:t>
      </w:r>
    </w:p>
    <w:p>
      <w:pPr>
        <w:jc w:val="right"/>
      </w:pPr>
      <w:r>
        <w:t>یہ صحیح ہے۔ کنڈیشننگ کا ورڈ قرآن و حدیث میں نہیں ہے۔ لیکن یہی بات دوسرے لفظوں میں کہی گئی ہے۔ یہی بات دوسرے لفظوں میں کہی گئی ہے۔ تو اپنے آپ کو ڈی کنڈیشن کرنا بہت ہی یعنی پہلا کام ہر آدمی کو یہ کرنا ہے کہ اپنی اپنی ڈی کنڈیشننگ کرے۔ کیونکہ آدمی پیدا ہوتا ہے ایک فیملی میں، وہاں اس کی کنڈی</w:t>
      </w:r>
    </w:p>
    <w:p>
      <w:r>
        <w:rPr>
          <w:b/>
        </w:rPr>
        <w:t xml:space="preserve">[1:08:06] </w:t>
      </w:r>
      <w:r>
        <w:t>tioning shuru ho jati hai. phir society mein, phir school mein, phir college mein, phir duniya mein. to har din us ki conditioning hoti rehti hai. to jab aadmi ko yaani maturity ka age aa jaye, jab us ko soch samajh aa jaye, to us ko pehla kaam yeh karna hai ke apni deconditioning kare. warna Quran mein hai ke</w:t>
      </w:r>
    </w:p>
    <w:p>
      <w:pPr>
        <w:jc w:val="right"/>
      </w:pPr>
      <w:r>
        <w:t>شننگ شروع ہو جاتی ہے۔ پھر سوسائٹی میں، پھر اسکول میں، پھر کالج میں، پھر دنیا میں۔ تو ہر دن اس کی کنڈیشننگ ہوتی رہتی ہے۔ تو جب آدمی کو یعنی میچورٹی کا ایج آ جائے، جب اس کو سوچ سمجھ آ جائے، تو اس کو پہلا کام یہ کرنا ہے کہ اپنی ڈی کنڈیشننگ کرے۔ ورنہ قرآن میں ہے کہ</w:t>
      </w:r>
    </w:p>
    <w:p>
      <w:r>
        <w:rPr>
          <w:b/>
        </w:rPr>
        <w:t xml:space="preserve">[1:08:36] </w:t>
      </w:r>
      <w:r>
        <w:t>tum gumrahi mein pad jaoge aur tum janoge ke yeh gumrahi hai. yahi to hai, yahi to hai conditioning. to har aadmi ki pehli zimmedari hai ke woh apne aap ko yaani decondition insaan banaye.</w:t>
      </w:r>
    </w:p>
    <w:p>
      <w:pPr>
        <w:jc w:val="right"/>
      </w:pPr>
      <w:r>
        <w:t>تم گمراہی میں پڑ جاؤ گے اور تم جانو گے کہ یہ گمراہی ہے۔ یہی تو ہے، یہی تو ہے کنڈیشننگ۔ تو ہر آدمی کی پہلی ذمہ داری ہے کہ وہ اپنے آپ کو یعنی ڈی کنڈیشن انسان بنائے۔</w:t>
      </w:r>
    </w:p>
    <w:p>
      <w:r>
        <w:rPr>
          <w:b/>
        </w:rPr>
        <w:t xml:space="preserve">[1:09:00] </w:t>
      </w:r>
      <w:r>
        <w:t>Okay, so we will end this session now. We will.</w:t>
      </w:r>
    </w:p>
    <w:p>
      <w:pPr>
        <w:jc w:val="right"/>
      </w:pPr>
      <w:r>
        <w:t>Okay, so we will end this session now. We will.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