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Aspects of Quran &amp; Hadith in Islam (English) | March 20, 2007 | Maulana Wahiduddin Khan</w:t>
      </w:r>
    </w:p>
    <w:p>
      <w:r>
        <w:t>https://www.youtube.com/watch?v=CJd5YVgHP9k</w:t>
      </w:r>
    </w:p>
    <w:p>
      <w:r>
        <w:rPr>
          <w:b/>
        </w:rPr>
        <w:t xml:space="preserve">[00:10] </w:t>
      </w:r>
      <w:r>
        <w:t>bismillah hir rahman nir rahim, wa salla Allahu ala nabiyyi al-kareem. rab ishrah li sadri, wa yassir li amri, wah-lul uqdatan min lisani yafqahu qawli. is waqt main Quran aur hadith ke kuch references ko le kar Islam ke baaz</w:t>
      </w:r>
    </w:p>
    <w:p>
      <w:pPr>
        <w:jc w:val="right"/>
      </w:pPr>
      <w:r>
        <w:t>بسم اللہ الرحمن الرحیم، و صلی اللہ علی النبی الکریم۔ رب اشرح لی صدری، ویسر لی امری، واحل العقدۃ من لسانی یفقہ قولی۔ اس وقت میں قرآن اور حدیث کے کچھ ریفرنسز کو لے کر اسلام کے بعض</w:t>
      </w:r>
    </w:p>
    <w:p>
      <w:r>
        <w:rPr>
          <w:b/>
        </w:rPr>
        <w:t xml:space="preserve">[00:41] </w:t>
      </w:r>
      <w:r>
        <w:t>aspect ki koshish karunga. jab aap Quran ko lete hain aur us ko parhna shuru karte hain to sab se pehle jo ayat samne aati hai, shuru mein, woh hai: ذَٰلِكَ الْكِتَابُ لَا رَيْبَ فِيهِ، هُدًى لِّلْمُتَّقِينَ.</w:t>
      </w:r>
    </w:p>
    <w:p>
      <w:pPr>
        <w:jc w:val="right"/>
      </w:pPr>
      <w:r>
        <w:t>اسپیکٹ کی کوشش کروں گا۔ جب آپ قرآن کو لیتے ہیں اور اس کو پڑھنا شروع کرتے ہیں تو سب سے پہلے جو آیت سامنے آتی ہے، شروع میں، وہ ہے: ذَٰلِكَ الْكِتَابُ لَا رَيْبَ فِيهِ، هُدًى لِّلْمُتَّقِينَ۔</w:t>
      </w:r>
    </w:p>
    <w:p>
      <w:r>
        <w:rPr>
          <w:b/>
        </w:rPr>
        <w:t xml:space="preserve">[01:14] </w:t>
      </w:r>
      <w:r>
        <w:t>yaani "This is the Book; there is no doubt about it." is ke baad farmaya ke huda lil muttaqeen is mein guidance hai taqwa walon ke liye. yahan par yeh sochne ki baat hai ke Quran jab sachi kitab hai, is mein koi doubt wali baat nahi, phir bhi kyun aisa hai</w:t>
      </w:r>
    </w:p>
    <w:p>
      <w:pPr>
        <w:jc w:val="right"/>
      </w:pPr>
      <w:r>
        <w:t>یعنی "This is the Book; there is no doubt about it." اس کے بعد فرمایا کہ هُدًى لِّلْمُتَّقِينَ اس میں گائیڈنس ہے تقویٰ والوں کے لیے۔ یہاں پر یہ سوچنے کی بات ہے کہ قرآن جب سچی کتاب ہے، اس میں کوئی ڈاؤٹ والی بات نہیں، پھر بھی کیوں ایسا ہے</w:t>
      </w:r>
    </w:p>
    <w:p>
      <w:r>
        <w:rPr>
          <w:b/>
        </w:rPr>
        <w:t xml:space="preserve">[01:45] </w:t>
      </w:r>
      <w:r>
        <w:t>ke is mein guidance milti hai un logon ko jin ke andar taqwa ho? yeh bohat zyada sochne ki baat hai. taqwa ka matlab hai, yaani divine conscious hona. is ko aap doosre lafzon mein yeh keh sakte hain ke</w:t>
      </w:r>
    </w:p>
    <w:p>
      <w:pPr>
        <w:jc w:val="right"/>
      </w:pPr>
      <w:r>
        <w:t>کہ اس میں گائیڈنس ملتی ہے ان لوگوں کو جن کے اندر تقویٰ ہو؟ یہ بہت زیادہ سوچنے کی بات ہے۔ تقویٰ کا مطلب ہے، یعنی ڈیوائن کانشس ہونا۔ اس کو آپ دوسرے لفظوں میں یہ کہہ سکتے ہیں کہ</w:t>
      </w:r>
    </w:p>
    <w:p>
      <w:r>
        <w:rPr>
          <w:b/>
        </w:rPr>
        <w:t xml:space="preserve">[02:18] </w:t>
      </w:r>
      <w:r>
        <w:t>woh aadmi jo apni zindagi ke mamle mein conscious ho, woh sochta ho, woh right aur wrong ko importance deta ho, kya theek hai, kya theek nahi hai, us ko janne ki koshish karta ho, aisa aadmi muttaqi hai.</w:t>
      </w:r>
    </w:p>
    <w:p>
      <w:pPr>
        <w:jc w:val="right"/>
      </w:pPr>
      <w:r>
        <w:t>وہ آدمی جو اپنی زندگی کے معاملے میں کاشس ہو، وہ سوچتا ہو، وہ رائٹ اور رونگ کو امپورٹنس دیتا ہو، کیا ٹھیک ہے، کیا ٹھیک نہیں ہے، اس کو جاننے کی کوشش کرتا ہو، ایسا آدمی متقی ہے۔</w:t>
      </w:r>
    </w:p>
    <w:p>
      <w:r>
        <w:rPr>
          <w:b/>
        </w:rPr>
        <w:t xml:space="preserve">[02:51] </w:t>
      </w:r>
      <w:r>
        <w:t>jaise ek waqia hai ke Hazrat Umar Farooq ne ek sahabi se poocha ke taqwa kya hai, to unhone sawal kiya ke kya aap kisi aisi rastay se guzre hain jis ke dono taraf kaante daar jhaadiyan, thorny bushes hon</w:t>
      </w:r>
    </w:p>
    <w:p>
      <w:pPr>
        <w:jc w:val="right"/>
      </w:pPr>
      <w:r>
        <w:t>جیسے ایک واقعہ ہے کہ حضرت عمر فاروق نے ایک صحابی سے پوچھا کہ تقویٰ کیا ہے، تو انہوں نے سوال کیا کہ کیا آپ کسی ایسی راستے سے گزرے ہیں جس کے دونوں طرف کانٹے دار جھاڑیاں، تھارنی بُشز ہوں</w:t>
      </w:r>
    </w:p>
    <w:p>
      <w:r>
        <w:rPr>
          <w:b/>
        </w:rPr>
        <w:t xml:space="preserve">[03:23] </w:t>
      </w:r>
      <w:r>
        <w:t>? to Hazrat Umar ne kaha ke haan. unhone poocha ke us waqt aap ne kya kiya? to aap ne kaha ke شَمَّرْتُ وَاِشْتَحَدْتُ main ne apne kapde khoob samet liye aur phir bachta hua nikal gaya. to unhone kaha ke ذَٰلِكَ التَّقْوَى yahi taqwa hai. is se maloom hua ke taqwa naam hai is baat ka ke aadmi ke andar parwah ho</w:t>
      </w:r>
    </w:p>
    <w:p>
      <w:pPr>
        <w:jc w:val="right"/>
      </w:pPr>
      <w:r>
        <w:t>؟ تو حضرت عمر نے کہا کہ ہاں۔ انہوں نے پوچھا کہ اس وقت آپ نے کیا کیا؟ تو آپ نے کہا کہ شَمَّرْتُ وَاِشْتَحَدْتُ میں نے اپنے کپڑے خوب سمیٹ لیے اور پھر بچتا ہوا نکل گیا۔ تو انہوں نے کہا کہ ذَٰلِكَ التَّقْوَى یہی تقویٰ ہے۔ اس سے معلوم ہوا کہ تقویٰ نام ہے اس بات کا کہ آدمی کے اندر پرواہ ہو</w:t>
      </w:r>
    </w:p>
    <w:p>
      <w:r>
        <w:rPr>
          <w:b/>
        </w:rPr>
        <w:t xml:space="preserve">[03:53] </w:t>
      </w:r>
      <w:r>
        <w:t>sahi galat ki, woh conscious ho theek aur be-theek ke mamle mein, us ka dhyan is par laga rahe ke kahin woh kaanton mein na phans jaye, kahin woh galat kaam koi aur na ho jaye us se. isi ko aap kahenge conscious. to muttaqi insaan woh hai jo conscious ho. jab tak aadmi conscious na ho, us ko guidance</w:t>
      </w:r>
    </w:p>
    <w:p>
      <w:pPr>
        <w:jc w:val="right"/>
      </w:pPr>
      <w:r>
        <w:t>صحیح غلط کی، وہ کاشس ہو ٹھیک اور بے ٹھیک کے معاملے میں، اس کا دھیان اس پر لگا رہے کہ کہیں وہ کانٹوں میں نہ پھنس جائے، کہیں وہ غلط کام کوئی اور نہ ہو جائے اس سے۔ اسی کو آپ کہیں گے کاشس۔ تو متقی انسان وہ ہے جو کاشس ہو۔ جب تک آدمی کاشس نہ ہو، اس کو گائیڈنس</w:t>
      </w:r>
    </w:p>
    <w:p>
      <w:r>
        <w:rPr>
          <w:b/>
        </w:rPr>
        <w:t xml:space="preserve">[04:24] </w:t>
      </w:r>
      <w:r>
        <w:t>nahi milegi, yahan tak ke Khuda ki kitab se bhi nahi. yeh bohat important baat hai. conscious hone ka matlab kya hai? receptive hona. jab tak aadmi ke andar receptivity na ho, aap kuch bhi kahenge, Quran ya hadith se koi baat bhi us ke samne aayegi, to woh dhyan nahi dega. jab</w:t>
      </w:r>
    </w:p>
    <w:p>
      <w:pPr>
        <w:jc w:val="right"/>
      </w:pPr>
      <w:r>
        <w:t>نہیں ملے گی، یہاں تک کہ خدا کی کتاب سے بھی نہیں۔ یہ بہت امپورٹنٹ بات ہے۔ کاشس ہونے کا مطلب کیا ہے؟ ریسیپٹیو ہونا۔ جب تک آدمی کے اندر ریسیپٹیوٹی نہ ہو، آپ کچھ بھی کہیں گے، قرآن یا حدیث سے کوئی بات بھی اس کے سامنے آئے گی، تو وہ دھیان نہیں دے گا۔ جب</w:t>
      </w:r>
    </w:p>
    <w:p>
      <w:r>
        <w:rPr>
          <w:b/>
        </w:rPr>
        <w:t xml:space="preserve">[04:54] </w:t>
      </w:r>
      <w:r>
        <w:t>dhyan nahi dega to baat us ke mind mein baithegi nahi. to yeh maloom hoti hai, yeh baat maloom hoti hai hum ko Quran ke bilkul shuru mein. phir aap dekhiye, paighambar Islam salallahu alaihi wasallam ke bare mein Quran mein aaya hai: وَوَجَدَكَ ضَالًّا فَهَدَىٰ Allah taala farma rahe hain, ya</w:t>
      </w:r>
    </w:p>
    <w:p>
      <w:pPr>
        <w:jc w:val="right"/>
      </w:pPr>
      <w:r>
        <w:t>دھیان نہیں دے گا تو بات اس کے مائنڈ میں بیٹھے گی نہیں۔ تو یہ معلوم ہوتی ہے، یہ بات معلوم ہوتی ہے ہم کو قرآن کے بالکل شروع میں۔ پھر آپ دیکھیے، پیغمبر اسلام صلی اللہ علیہ وسلم کے بارے میں قرآن میں آیا ہے: وَوَجَدَكَ ذَالًا فَهَدَىٰ اللہ تعالیٰ فرما رہے ہیں، یا</w:t>
      </w:r>
    </w:p>
    <w:p>
      <w:r>
        <w:rPr>
          <w:b/>
        </w:rPr>
        <w:t xml:space="preserve">[05:24] </w:t>
      </w:r>
      <w:r>
        <w:t>yahan par Muhammad salallahu alaihi wasallam se ke tum ko paya hum ne zall, phir hum ne tum ko hidayat di. zall ka matlab hota hai bewildered hona, sargardan hona, talash mein hona. yaani aap yun keh sakte hain ke is ka matlab hai seekh kar.</w:t>
      </w:r>
    </w:p>
    <w:p>
      <w:pPr>
        <w:jc w:val="right"/>
      </w:pPr>
      <w:r>
        <w:t>یہاں پر محمد صلی اللہ علیہ وسلم سے کہ تم کو پایا ہم نے ذال، پھر ہم نے تم کو ہدایت دی۔ ذال کا مطلب ہوتا ہے بیویلڈڈ ہونا، سرگرداں ہونا، تلاش میں ہونا۔ یعنی آپ یوں کہہ سکتے ہیں کہ اس کا مطلب ہے سیکھ کر۔</w:t>
      </w:r>
    </w:p>
    <w:p>
      <w:r>
        <w:rPr>
          <w:b/>
        </w:rPr>
        <w:t xml:space="preserve">[05:56] </w:t>
      </w:r>
      <w:r>
        <w:t>to is ayat mein yeh bataya gaya ke tum ko Khuda ne paya seekh kar to tum ko hidayat di. is se andaza hota hai ke seekh kar hona yeh zaroori condition hai. hum yeh keh sakte hain ke iman ki beginning hoti hai isi se ke aadmi seekh kar ho. pehle aadmi seekh kar banta hai, tab us ke baad woh</w:t>
      </w:r>
    </w:p>
    <w:p>
      <w:pPr>
        <w:jc w:val="right"/>
      </w:pPr>
      <w:r>
        <w:t>تو اس آیت میں یہ بتایا گیا کہ تم کو خدا نے پایا سیکھ کر تو تم کو ہدایت دی۔ اس سے اندازہ ہوتا ہے کہ سیکھ کر ہونا یہ ضروری کنڈیشن ہے۔ ہم یہ کہہ سکتے ہیں کہ ایمان کی بگننگ ہوتی ہے اسی سے کہ آدمی سیکھ کر ہو۔ پہلے آدمی سیکھ کر بنتا ہے، تب اس کے بعد وہ</w:t>
      </w:r>
    </w:p>
    <w:p>
      <w:r>
        <w:rPr>
          <w:b/>
        </w:rPr>
        <w:t xml:space="preserve">[06:26] </w:t>
      </w:r>
      <w:r>
        <w:t>momin banta hai. agar seekh kar nahi hai to goya us ke andar pyaas nahi hai. zahir hai ke jis aadmi ke andar pyaas na ho to pani woh kyun piyega? pani se kyun woh apne aap ko sairab karega? to jo sachai ka, jis ko sachai ki pyaas ho, jis ke andar, jis ke andar sachai ki p</w:t>
      </w:r>
    </w:p>
    <w:p>
      <w:pPr>
        <w:jc w:val="right"/>
      </w:pPr>
      <w:r>
        <w:t>مومن بنتا ہے۔ اگر سیکھ کر نہیں ہے تو گویا اس کے اندر پیاس نہیں ہے۔ ظاہر ہے کہ جس آدمی کے اندر پیاس نہ ہو تو پانی وہ کیوں پیے گا؟ پانی سے کیوں وہ اپنے آپ کو سیراب کرے گا؟ تو جو سچائی کا، جس کو سچائی کی پیاس ہو، جس کے اندر، جس کے اندر سچائی کی پ</w:t>
      </w:r>
    </w:p>
    <w:p>
      <w:r>
        <w:rPr>
          <w:b/>
        </w:rPr>
        <w:t xml:space="preserve">[06:56] </w:t>
      </w:r>
      <w:r>
        <w:t>yaas ho, wahi seekh kar hai. aur jo seekh kar hai, wahi Khuda ki hidayat ka mustahiq hai. Khuda ki hidayat har waqt aa rahi hai, har taraf Khuda ki hidayat, yaani barish ki tarah baras rahi hai. lekin us ko payega wahi aadmi jo seekh kar ho. is ki misaal aisi hai jaise ke barish ho rahi hai,</w:t>
      </w:r>
    </w:p>
    <w:p>
      <w:pPr>
        <w:jc w:val="right"/>
      </w:pPr>
      <w:r>
        <w:t>یاس ہو، وہی سیکھ کر ہے۔ اور جو سیکھ کر ہے، وہی خدا کی ہدایت کا مستحق ہے۔ خدا کی ہدایت ہر وقت آ رہی ہے، ہر طرف خدا کی ہدایت، یعنی بارش کی طرح برس رہی ہے۔ لیکن اس کو پائے گا وہی آدمی جو سیکھ کر ہو۔ اس کی مثال ایسی ہے جیسے کہ بارش ہو رہی ہے،</w:t>
      </w:r>
    </w:p>
    <w:p>
      <w:r>
        <w:rPr>
          <w:b/>
        </w:rPr>
        <w:t xml:space="preserve">[07:27] </w:t>
      </w:r>
      <w:r>
        <w:t>lekin hamara bartan jo hai woh ulta rakha hua hai, seedha nahi hai. to barish hogi, lekin hamara bartan phir bhi khali rahega. jab tak bartan seedha na ho, barish ka pani is mein nahi aayega. to Khuda ki taraf se imaan ki tofeeq milna, Khuda ki taraf se sachai ka gyan milna</w:t>
      </w:r>
    </w:p>
    <w:p>
      <w:pPr>
        <w:jc w:val="right"/>
      </w:pPr>
      <w:r>
        <w:t>لیکن ہمارا برتن جو ہے وہ الٹا رکھا ہوا ہے، سیدھا نہیں ہے۔ تو بارش ہوگی، لیکن ہمارا برتن پھر بھی خالی رہے گا۔ جب تک برتن سیدھا نہ ہو، بارش کا پانی اس میں نہیں آئے گا۔ تو خدا کی طرف سے ایمان کی توفیق ملنا، خدا کی طرف سے سچائی کا گیان ملنا</w:t>
      </w:r>
    </w:p>
    <w:p>
      <w:r>
        <w:rPr>
          <w:b/>
        </w:rPr>
        <w:t xml:space="preserve">[07:58] </w:t>
      </w:r>
      <w:r>
        <w:t>, yeh sab kab hota hai? jab aadmi seekh kar ho. seekh kar ko kehte hain urdu mein mutalashi. mutalashi. to jab aadmi talash mein, sachai ki talash mein sargardan ho, to use woh kehte hain mutalashi ya seekh kar. aur aise aadmi ke liye Khuda sachai ke darwaze kh</w:t>
      </w:r>
    </w:p>
    <w:p>
      <w:pPr>
        <w:jc w:val="right"/>
      </w:pPr>
      <w:r>
        <w:t>، یہ سب کب ہوتا ہے؟ جب آدمی سیکھ کر ہو۔ سیکھ کر کو کہتے ہیں اردو میں متلاشی۔ متلاشی۔ تو جب آدمی تلاش میں، سچائی کی تلاش میں سرگرداں ہو، تو اسے وہ کہتے ہیں متلاشی یا سیکھ کر۔ اور ایسے آدمی کے لیے خدا سچائی کے دروازے کھ</w:t>
      </w:r>
    </w:p>
    <w:p>
      <w:r>
        <w:rPr>
          <w:b/>
        </w:rPr>
        <w:t xml:space="preserve">[08:28] </w:t>
      </w:r>
      <w:r>
        <w:t>welta hai. is ke baad dekhiye, imaan. yaani jab aadmi ko hidayat milti hai to isi ko hum imaan kehte hain. yaani ideological discovery. imaan ka matlab kya hai? ideological discovery. yaani nazriati daryaft ya idealization. to yeh kya hai? woh yeh nahi hai ke</w:t>
      </w:r>
    </w:p>
    <w:p>
      <w:pPr>
        <w:jc w:val="right"/>
      </w:pPr>
      <w:r>
        <w:t>ولتا ہے۔ اس کے بعد دیکھیے، ایمان۔ یعنی جب آدمی کو ہدایت ملتی ہے تو اسی کو ہم ایمان کہتے ہیں۔ یعنی آئیڈیالوجیکل ڈسکوری۔ ایمان کا مطلب کیا ہے؟ آئیڈیالوجیکل ڈسکوری۔ یعنی نظریاتی دریافت یا آئیڈیالائزیشن۔ تو یہ کیا ہے؟ وہ یہ نہیں ہے کہ</w:t>
      </w:r>
    </w:p>
    <w:p>
      <w:r>
        <w:rPr>
          <w:b/>
        </w:rPr>
        <w:t xml:space="preserve">[08:58] </w:t>
      </w:r>
      <w:r>
        <w:t>aadmi kalma parh de, alfaaz kalme ke dohra de. kuch log samajhte hain ke jo kalma hai, la ilaha illallah Muhammadur Rasulullah, us ko theek theek pronounce kar dena, bohat zyada is ka jo talaffuz ka tareeqa hai, is ka, is ka dhyan rakhte hue bilkul theek theek us ko ada kar dena zuban se, to yeh hai kalma parhna.</w:t>
      </w:r>
    </w:p>
    <w:p>
      <w:pPr>
        <w:jc w:val="right"/>
      </w:pPr>
      <w:r>
        <w:t>آدمی کلمہ پڑھ دے، الفاظ کلمے کے دہرا دے۔ کچھ لوگ سمجھتے ہیں کہ جو کلمہ ہے، لا الہ الا اللہ محمد رسول اللہ، اس کو ٹھیک ٹھیک پروناؤنس کر دینا، بہت زیادہ اس کا جو تلفظ کا طریقہ ہے، اس کا، اس کا دھیان رکھتے ہوئے بالکل ٹھیک ٹھیک اس کو ادا کر دینا زبان سے، تو یہ ہے کلمہ پڑھنا۔</w:t>
      </w:r>
    </w:p>
    <w:p>
      <w:r>
        <w:rPr>
          <w:b/>
        </w:rPr>
        <w:t xml:space="preserve">[09:28] </w:t>
      </w:r>
      <w:r>
        <w:t>yeh bilkul, yaani yeh is ko mein kahunga ke yeh jo log aisa kehte hain, woh kalma ya imaan ki tasgheer karte hain. woh is ko underestimate karte hain. underestimate karte hain. aap sochiye ke kalma itni bari cheez hai ke hadith mein aaya hai ke man qala la ilaha illallah dakhala al jannah jis ne kaha ke</w:t>
      </w:r>
    </w:p>
    <w:p>
      <w:pPr>
        <w:jc w:val="right"/>
      </w:pPr>
      <w:r>
        <w:t>یہ بالکل، یعنی یہ اس کو میں کہوں گا کہ یہ جو لوگ ایسا کہتے ہیں، وہ کلمہ یا ایمان کی تصغیر کرتے ہیں۔ وہ اس کو انڈر اسٹیمیٹ کرتے ہیں۔ انڈر اسٹیمیٹ کرتے ہیں۔ آپ سوچیے کہ کلمہ اتنی بڑی چیز ہے کہ حدیث میں آیا ہے کہ مَنْ قَالَ لَا إِلَٰهَ إِلَّا اللَّهُ دَخَلَ الْجَنَّةَ جس نے کہا کہ</w:t>
      </w:r>
    </w:p>
    <w:p>
      <w:r>
        <w:rPr>
          <w:b/>
        </w:rPr>
        <w:t xml:space="preserve">[09:59] </w:t>
      </w:r>
      <w:r>
        <w:t>Allah ke siwa koi ilah nahi, to woh jannat mein jayega. ab sochiye ke itni bari cheez jo aadmi ko jannat mein, paradise mein pouncha de, woh sirf recitation ho sakta hai? kuch shabdon ka uchcharan ho sakta hai? yeh kaise ho sakta hai? yeh to paradise ka underestimate hai, Khuda ka underestimate hai,</w:t>
      </w:r>
    </w:p>
    <w:p>
      <w:pPr>
        <w:jc w:val="right"/>
      </w:pPr>
      <w:r>
        <w:t>اللہ کے سوا کوئی الہ نہیں، تو وہ جنت میں جائے گا۔ اب سوچیے کہ اتنی بڑی چیز جو آدمی کو جنت میں، پارڈائز میں پہنچا دے، وہ صرف ریسیٹیشن ہو سکتا ہے؟ کچھ शब्दوں کا اُچارن ہو سکتا ہے؟ یہ کیسے ہو سکتا ہے؟ یہ تو پارڈائز کا انڈر اسٹیمیشن ہے، خدا کا انڈر اسٹیمیشن ہے،</w:t>
      </w:r>
    </w:p>
    <w:p>
      <w:r>
        <w:rPr>
          <w:b/>
        </w:rPr>
        <w:t xml:space="preserve">[10:29] </w:t>
      </w:r>
      <w:r>
        <w:t>kalma ka underestimate hai. asal baat yeh hai ke kalma ek discovery ka zuban se izhaar hai. yeh baat Quran se sabit hoti hai, kyunke Quran mein aap dekhiye, saatwein paray mein bataya gaya hai ke kuch log Rasool Allah ke paas Madina aaye, unhon ne aap se Quran suna. yeh log kar</w:t>
      </w:r>
    </w:p>
    <w:p>
      <w:pPr>
        <w:jc w:val="right"/>
      </w:pPr>
      <w:r>
        <w:t>کلمہ کا انڈر اسٹیمیشن ہے۔ اصل بات یہ ہے کہ کلمہ ایک ڈسکوری کا زبان سے اظہار ہے۔ یہ بات قرآن سے ثابت ہوتی ہے، کیونکہ قرآن میں آپ دیکھیے، ساتویں پارے میں بتایا گیا ہے کہ کچھ لوگ رسول اللہ کے پاس مدینہ آئے، انہوں نے آپ سے قرآن سنا۔ یہ لوگ کر</w:t>
      </w:r>
    </w:p>
    <w:p>
      <w:r>
        <w:rPr>
          <w:b/>
        </w:rPr>
        <w:t xml:space="preserve">[10:59] </w:t>
      </w:r>
      <w:r>
        <w:t>sachin the, musalman nahi the. to unhon ne suna aap ki zuban se Quran ko, to kya haal hua? is ayat se maloom hota hai ke wa idha sami'oo ma unzila ila ar rasooli tara 'aynahum tufreeduhum 'anid dami mimma 'arafoo minal haqq yaani Quran ki ayaton ko sun kar un ki aankhon se aansu behne lag</w:t>
      </w:r>
    </w:p>
    <w:p>
      <w:pPr>
        <w:jc w:val="right"/>
      </w:pPr>
      <w:r>
        <w:t>سچن تھے، مسلمان نہیں تھے۔ تو انہوں نے سنا آپ کی زبان سے قرآن کو، تو کیا حال ہوا؟ اس آیت سے معلوم ہوتا ہے کہ وَإِذَا سَمَوْا مَا أُنْزِلَ إِلَى الرَّسُولِ تَرَىٰ عَيْنَهُمْ تَفْرِيدُهُمْ عَنَ الْدَّمِ مِمَّا عَرَفُوا مِنَ الْحَقِّ یعنی قرآن کی آیتوں کو سن کر ان کی آنکھوں سے آنسو بہنے لگ</w:t>
      </w:r>
    </w:p>
    <w:p>
      <w:r>
        <w:rPr>
          <w:b/>
        </w:rPr>
        <w:t xml:space="preserve">[11:29] </w:t>
      </w:r>
      <w:r>
        <w:t>e, kyunke unhon ne sachai ko pehchan liya. aap sochiye, kya mahaz shabdon ke uchcharan se kisi ki aankhon se aansu beh sakte hain? kuch lafzon ko theek theek, jo un ka tareeqa hai talaffuz ka, is tarah dohra dene se kisi ki aankhon mein aansu aa sakta hai? aansu aata hai jab seene mein bhonchal aata hai, tab.</w:t>
      </w:r>
    </w:p>
    <w:p>
      <w:pPr>
        <w:jc w:val="right"/>
      </w:pPr>
      <w:r>
        <w:t>ے، کیونکہ انہوں نے سچائی کو پہچان لیا۔ آپ سوچیے، کیا محض शब्दوں کے اُچارن سے کسی کی آنکھوں سے آنسو بہہ سکتے ہیں؟ کچھ لفظوں کو ٹھیک ٹھیک، جو ان کا طریقہ ہے تلفظ کا، اس طرح دہرا دینے سے کسی کی آنکھوں میں آنسو آ سکتا ہے؟ آنسو آتا ہے جب سینے میں بھونچال آتا ہے، تب۔</w:t>
      </w:r>
    </w:p>
    <w:p>
      <w:r>
        <w:rPr>
          <w:b/>
        </w:rPr>
        <w:t xml:space="preserve">[12:00] </w:t>
      </w:r>
      <w:r>
        <w:t>sachai ki discovery jab aap ke andar ek star barpa karti hai, star, jis mein Khuda ka, jis mein aap Khuda ko discover karte hain, Khuda ki barai ko discover karte hain. Khuda ki barai ko discover karne ke baad aap ke andar Khuda ka darr sama jata hai, Khuda se mohabbat aa jati hai, Khuda aap ka supreme concern ban jata hai. jab yeh sab baatein hoti hain</w:t>
      </w:r>
    </w:p>
    <w:p>
      <w:pPr>
        <w:jc w:val="right"/>
      </w:pPr>
      <w:r>
        <w:t>سچائی کی ڈسکوری جب آپ کے اندر ایک اسٹار برپا کرتی ہے، اسٹار، جس میں خدا کا، جس میں آپ خدا کو ڈسکور کرتے ہیں، خدا کی بڑائی کو ڈسکور کرتے ہیں۔ خدا کی بڑائی کو ڈسکور کرنے کے بعد آپ کے اندر خدا کا ڈر سما جاتا ہے، خدا سے محبت آ جاتی ہے، خدا آپ کا سپریم کنسرن بن جاتا ہے۔ جب یہ سب باتیں ہوتی ہیں</w:t>
      </w:r>
    </w:p>
    <w:p>
      <w:r>
        <w:rPr>
          <w:b/>
        </w:rPr>
        <w:t xml:space="preserve">[12:30] </w:t>
      </w:r>
      <w:r>
        <w:t>tab aisa hota hai ke aadmi ki aankhon se aansu ubal paray. to yeh hai imaan. imaan naam hai Khuda ki discovery ka, sachai ki discovery ka. aur jab aadmi sachai ko ya Khuda ko discover karta hai, to poora is ka jo, poori jo hasti is ki hai, us ke andar ek emergence hota hai, ek naya,</w:t>
      </w:r>
    </w:p>
    <w:p>
      <w:pPr>
        <w:jc w:val="right"/>
      </w:pPr>
      <w:r>
        <w:t>، تب ایسا ہوتا ہے کہ آدمی کی آنکھوں سے آنسو ابل پڑے۔ تو یہ ہے ایمان۔ ایمان نام ہے خدا کی ڈسکوری کا، سچائی کی ڈسکوری کا۔ اور جب آدمی سچائی کو یا خدا کو ڈسکور کرتا ہے، تو پورا اس کا جو، پوری جو ہستی اس کی ہے، اس کے اندر ایک ایمرجنس ہوتا ہے، ایک نیا،</w:t>
      </w:r>
    </w:p>
    <w:p>
      <w:r>
        <w:rPr>
          <w:b/>
        </w:rPr>
        <w:t xml:space="preserve">[13:01] </w:t>
      </w:r>
      <w:r>
        <w:t>woh ek nayi cheez, us ke, us ke andar ek transformation hota hai. woh kuch se kuch ban jata hai. is waqt us ke andar ek halchal paida hoti hai, us ko sachai ka gyan hota hai, us ko sachai ki marifat hoti hai, mimma 'arafoo minal haqq kyunke unhon ne jana, unhon ne pehchana haqq ko. yeh sab hota hai. is ke baad</w:t>
      </w:r>
    </w:p>
    <w:p>
      <w:pPr>
        <w:jc w:val="right"/>
      </w:pPr>
      <w:r>
        <w:t>وہ ایک نئی چیز، اس کے، اس کے اندر ایک ٹرانسفارمیشن ہوتا ہے۔ وہ کچھ سے کچھ بن جاتا ہے۔ اس وقت اس کے اندر ایک ہلچل پیدا ہوتی ہے، اس کو سچائی کا گیان ہوتا ہے، اس کو سچائی کی معرفت ہوتی ہے، مِمَّا عَرَفُوا مِنَ الْحَقِّ کیونکہ انہوں نے جانا، انہوں نے پہچانا حق کو۔ یہ سب ہوتا ہے۔ اس کے بعد</w:t>
      </w:r>
    </w:p>
    <w:p>
      <w:r>
        <w:rPr>
          <w:b/>
        </w:rPr>
        <w:t xml:space="preserve">[13:31] </w:t>
      </w:r>
      <w:r>
        <w:t>is ki zuban se nikal parta hai ke la ilaha illallah Muhammadur Rasulullah to yeh sach poochhiye ke andar ke toofan ki awaz hai, yeh koi alfaaz nahi hain. andar jo toofan barpa hua hai, usi ki awaz hai jo dhal gayi hai is tareeqay se ke la ilaha illallah Muhammadur Rasulullah to farmaya ke is ke baad</w:t>
      </w:r>
    </w:p>
    <w:p>
      <w:pPr>
        <w:jc w:val="right"/>
      </w:pPr>
      <w:r>
        <w:t>اس کی زبان سے نکل پڑتا ہے کہ لَا إِلَٰهَ إِلَّا اللَّهُ مَحَمَّدٌ رَسُولُ اللَّهِ تو یہ سچ پوچھیے کہ اندر کے طوفان کی آواز ہے، یہ کوئی الفاظ نہیں ہیں۔ اندر جو طوفان برپا ہوا ہے، اسی کی آواز ہے جو ڈھل گئی ہے اس طریقے سے کہ لَا إِلَٰهَ إِلَّا اللَّهُ مَحَمَّدٌ رَسُولُ اللَّهِ تو فرمایا کہ اس کے بعد</w:t>
      </w:r>
    </w:p>
    <w:p>
      <w:r>
        <w:rPr>
          <w:b/>
        </w:rPr>
        <w:t xml:space="preserve">[14:01] </w:t>
      </w:r>
      <w:r>
        <w:t>farmaya ke fa asabahumul lahu bima qalu jannatin tajri min tahtahal nahar yaani Quran mein farmaya ke yeh jo kaha unhon ne, is ke badle mein unhein Khuda ne jannat de di, jannat ke baghat mein us ko dakhal kar diya. yahan par dekhiye, sochne ki baat yeh hai ke bima qalu ka lafz yahan par hai, yaani</w:t>
      </w:r>
    </w:p>
    <w:p>
      <w:pPr>
        <w:jc w:val="right"/>
      </w:pPr>
      <w:r>
        <w:t>فرمایا کہ فَأَصَابَهُمُ اللَّهُ بِمَا قَالُوا جَنَّاتٍ تَجْرِي مِنْ تَحَتَهَا الْنَهَارُ یعنی قرآن میں فرمایا کہ یہ جو کہا انہوں نے، اس کے بدلے میں انہیں خدا نے جنت دے دی، جنت کے باغات میں اس کو داخل کر دیا۔ یہاں پر دیکھیے، سوچنے کی بات یہ ہے کہ بِمَا قَالُوا کا لفظ یہاں پر ہے، یعنی</w:t>
      </w:r>
    </w:p>
    <w:p>
      <w:r>
        <w:rPr>
          <w:b/>
        </w:rPr>
        <w:t xml:space="preserve">[14:32] </w:t>
      </w:r>
      <w:r>
        <w:t>qol, qol par jannat, word par jannat, saying par jannat. lekin konsa qol tha yeh? yeh woh qol tha jis se aadmi ke andar ek toofan barpa ho gaya, aankhon se aansu ubal paray. is is tarah ka jo transformation hua, is ke andar is tarah ka jo ek revolution aaya, is</w:t>
      </w:r>
    </w:p>
    <w:p>
      <w:pPr>
        <w:jc w:val="right"/>
      </w:pPr>
      <w:r>
        <w:t>قول، قول پر جنت، ورڈ پر جنت، سینگ پر جنت۔ لیکن کون سا قول تھا یہ؟ یہ وہ قول تھا جس سے آدمی کے اندر ایک طوفان برپا ہو گیا، آنکھوں سے آنسو ابل پڑے۔ اس اس طرح کا جو ٹرانسفارمیشن ہوا، اس کے اندر اس طرح کا جو ایک ریولوشن آیا، اس</w:t>
      </w:r>
    </w:p>
    <w:p>
      <w:r>
        <w:rPr>
          <w:b/>
        </w:rPr>
        <w:t xml:space="preserve">[15:02] </w:t>
      </w:r>
      <w:r>
        <w:t>ke andar is se jo kalma nikla, is kalme ke badle is ko jannat de di gayi. to is se yeh maloom hota hai ke imaan naam hai discovery ka, aur kalma parhna naam hai discovery ke baad zahir hone wale, yaani zahir hone wale lafzon ka</w:t>
      </w:r>
    </w:p>
    <w:p>
      <w:pPr>
        <w:jc w:val="right"/>
      </w:pPr>
      <w:r>
        <w:t>کے اندر اس سے جو کلمہ نکلا، اس کلمے کے بدلے اس کو جنت دے دی گئی۔ تو اس سے یہ معلوم ہوتا ہے کہ ایمان نام ہے ڈسکوری کا، اور کلمہ پڑھنا نام ہے ڈسکوری کے بعد ظاہر ہونے والے، یعنی ظاہر ہونے والے لفظوں کا</w:t>
      </w:r>
    </w:p>
    <w:p>
      <w:r>
        <w:rPr>
          <w:b/>
        </w:rPr>
        <w:t xml:space="preserve">[15:33] </w:t>
      </w:r>
      <w:r>
        <w:t>jo be-tabana tor par insaan ke zuban se nikal paray. ab aap dekhiye ke imaan ke baad sab se pehli cheez hoti hai ibadat. ibadat, ibadat mein aap jante hain ke Islam mein sab se zyada importance di gayi hai namaz ko. namaz kya hai? namaz</w:t>
      </w:r>
    </w:p>
    <w:p>
      <w:pPr>
        <w:jc w:val="right"/>
      </w:pPr>
      <w:r>
        <w:t>جو بے تابانہ طور پر انسان کے زبان سے نکل پڑیں۔ اب آپ دیکھیے کہ ایمان کے بعد سب سے پہلی چیز ہوتی ہے عبادت۔ عبادت، عبادت میں آپ جانتے ہیں کہ اسلام میں سب سے زیادہ امپورٹنس دی گئی ہے نماز کو۔ نماز کیا ہے؟ نماز</w:t>
      </w:r>
    </w:p>
    <w:p>
      <w:r>
        <w:rPr>
          <w:b/>
        </w:rPr>
        <w:t xml:space="preserve">[16:03] </w:t>
      </w:r>
      <w:r>
        <w:t>kuch rituals, a set of rituals nahi hai, koi rasmon ka majmooa nahi hai. namaz ka matlab yeh nahi hai ke aap kuch, kuch rasmi a'maal kar dein to namaz ho gayi. Hazrat Umar ke samne ek aadmi aaya, us ne ek aadmi ki, ek aur aadmi ki tareef ki ke bohat acha aadmi hai. to Hazrat Umar, jo ke doosre</w:t>
      </w:r>
    </w:p>
    <w:p>
      <w:pPr>
        <w:jc w:val="right"/>
      </w:pPr>
      <w:r>
        <w:t>کچھ ریچولز، ا سیٹ آف ریچولز نہیں ہے، کوئی رسموں کا مجموعہ نہیں ہے۔ نماز کا مطلب یہ نہیں ہے کہ آپ کچھ، کچھ رسمی اعمال کر دیں تو نماز ہو گئی۔ حضرت عمر کے سامنے ایک آدمی آیا، اس نے ایک آدمی کی، ایک اور آدمی کی تعریف کی کہ بہت اچھا آدمی ہے۔ تو حضرت عمر، جو کہ دوسرے</w:t>
      </w:r>
    </w:p>
    <w:p>
      <w:r>
        <w:rPr>
          <w:b/>
        </w:rPr>
        <w:t xml:space="preserve">[16:33] </w:t>
      </w:r>
      <w:r>
        <w:t>Khalifa hain, unhon ne poocha: "kya tum ne is aadmi ke sath safar kiya hai?" us ne kaha ke nahi. phir aap ne poocha: "kya tum ne is se koi dealing hui hai tumhari? is se tumhari len den kuch hua, koi dealing hui hai?" to us ne kaha nahi. to Hazrat Umar ne farmaya ke phir tum ne is ko masjid mein uthte baithte dekha hoga. is par ghor far</w:t>
      </w:r>
    </w:p>
    <w:p>
      <w:pPr>
        <w:jc w:val="right"/>
      </w:pPr>
      <w:r>
        <w:t>خلیفہ ہیں، انہوں نے پوچھا: "کیا تم نے اس آدمی کے ساتھ سفر کیا ہے؟" اس نے کہا کہ نہیں۔ پھر آپ نے پوچھا: "کیا تم نے اس سے کوئی ڈیلنگ ہوئی ہے تمہاری؟ اس سے تمہاری لین دین کچھ ہوا، کوئی ڈیلنگ ہوئی ہے؟" تو اس نے کہا نہیں۔ تو حضرت عمر نے فرمایا کہ پھر تم نے اس کو مسجد میں اٹھتے بیٹھتے دیکھا ہوگا۔ اس پر غور فر</w:t>
      </w:r>
    </w:p>
    <w:p>
      <w:r>
        <w:rPr>
          <w:b/>
        </w:rPr>
        <w:t xml:space="preserve">[17:03] </w:t>
      </w:r>
      <w:r>
        <w:t>maiye ke Khalifa Sani yeh keh rahe hain ke phir tum ne is ko masjid mein uthte baithte dekha hoga, yaani jis namaz mein us ki jo asal haqeeqat hai, woh maujood na ho, matlab woh character maujood na ho, to woh uthna baithna hai, sirf uthne baithne ki koi qeemat nahi. isi liye Quran mein hai ke</w:t>
      </w:r>
    </w:p>
    <w:p>
      <w:pPr>
        <w:jc w:val="right"/>
      </w:pPr>
      <w:r>
        <w:t>مائیے کہ خلیفہ ثانی یہ کہہ رہے ہیں کہ پھر تم نے اس کو مسجد میں اٹھتے بیٹھتے دیکھا ہوگا، یعنی جس نماز میں اس کی جو اصل حقیقت ہے، وہ موجود نہ ہو، مطلب وہ کریکٹر موجود نہ ہو، تو وہ اٹھنا بیٹھنا ہے، صرف اٹھنے بیٹھنے کی کوئی قیمت نہیں۔ اسی لیے قرآن میں ہے کہ</w:t>
      </w:r>
    </w:p>
    <w:p>
      <w:r>
        <w:rPr>
          <w:b/>
        </w:rPr>
        <w:t xml:space="preserve">[17:34] </w:t>
      </w:r>
      <w:r>
        <w:t>inna as salata tanha 'anil fashaa'i wal munkar namaz aadmi ko rokti hai buri baaton se aur ghalat baaton se. yahan par kya hai is ka matlab is ayat ka? yaani namaz ki yeh pehchan batai, yeh namaz ka criterion hai. sachi namaz ka criterion yeh hai ke aadmi buraiyon se ruk</w:t>
      </w:r>
    </w:p>
    <w:p>
      <w:pPr>
        <w:jc w:val="right"/>
      </w:pPr>
      <w:r>
        <w:t>إِنَّ الصَّلَاةَ تَنْهَى عَنِ الْفَاشَاءِ وَالْمُنْكَرِ نماز آدمی کو روکتی ہے بری باتوں سے اور غلط باتوں سے۔ یہاں پر کیا ہے اس کا مطلب اس آیت کا؟ یعنی نماز کی یہ پہچان بتائی، یہ نماز کا کرائٹیرین ہے۔ سچی نماز کا کرائٹیرین یہ ہے کہ آدمی برائیوں سے رک</w:t>
      </w:r>
    </w:p>
    <w:p>
      <w:r>
        <w:rPr>
          <w:b/>
        </w:rPr>
        <w:t xml:space="preserve">[18:05] </w:t>
      </w:r>
      <w:r>
        <w:t>ne wala ban gaya ho, buraiyon se rukne wala ban gaya ho. jo aadmi aisa ho ke namaz parhta ho, woh lekin woh buraiyon se rukne wala na bana ho, to us ki namaz Hazrat Umar ke alfaaz mein uthna baithna hai, ibadat nahi hai. aisi namaz ibadat nahi, uthna baithna hai. unhon ne jo farmaya ke "</w:t>
      </w:r>
    </w:p>
    <w:p>
      <w:pPr>
        <w:jc w:val="right"/>
      </w:pPr>
      <w:r>
        <w:t>نے والا بن گیا ہو، برائیوں سے رکنے والا بن گیا ہو۔ جو آدمی ایسا ہو کہ نماز پڑھتا ہو، وہ لیکن وہ برائیوں سے رکنے والا نہ بنا ہو، تو اس کی نماز حضرت عمر کے الفاظ میں اٹھنا بیٹھنا ہے، عبادت نہیں ہے۔ ایسی نماز عبادت نہیں، اٹھنا بیٹھنا ہے۔ انہوں نے جو فرمایا کہ "</w:t>
      </w:r>
    </w:p>
    <w:p>
      <w:r>
        <w:rPr>
          <w:b/>
        </w:rPr>
        <w:t xml:space="preserve">[18:36] </w:t>
      </w:r>
      <w:r>
        <w:t>kya tum ne safar kiya hai? kya tumhari dealing hui hai?" to aadmi ka character pehchana jata hai safar mein, aadmi ka character pehchana jata hai dealing ke waqt ke aadmi kaisa hai, us ke moral values kya hain, us ke akhlaqiyat kya hain, yeh pehchan mein aa jata hai aadmi. to Quran mein farmaya ke namaz ki pehchan ya namaz ka criterion</w:t>
      </w:r>
    </w:p>
    <w:p>
      <w:pPr>
        <w:jc w:val="right"/>
      </w:pPr>
      <w:r>
        <w:t>کیا تم نے سفر کیا ہے؟ کیا تمہاری ڈیلنگ ہوئی ہے؟" تو آدمی کا کریکٹر پہچانا جاتا ہے سفر میں، آدمی کا کریکٹر پہچانا جاتا ہے ڈیلنگ کے وقت کہ آدمی کیسا ہے، اس کے مور ویلیوز کیا ہیں، اس کے اخلاقیات کیا ہیں، یہ پہچان میں آ جاتا ہے آدمی۔ تو قرآن میں فرمایا کہ نماز کی پہچان یا نماز کا کرائٹیرین</w:t>
      </w:r>
    </w:p>
    <w:p>
      <w:r>
        <w:rPr>
          <w:b/>
        </w:rPr>
        <w:t xml:space="preserve">[19:06] </w:t>
      </w:r>
      <w:r>
        <w:t>yeh hai ke aadmi buraiyon se rukne wala ban gaya ho, ghalat baaton se rukne wala ban gaya ho. agar aisa nahi hua to woh Hazrat Umar ke alfaaz mein woh aisa hai ke Hazrat Umar ke alfaaz mein us ki namaz goya uthna baithna hai, woh ibadat nahi hai. phir dekhiye ke namaz ki haqeeqat kya hai?</w:t>
      </w:r>
    </w:p>
    <w:p>
      <w:pPr>
        <w:jc w:val="right"/>
      </w:pPr>
      <w:r>
        <w:t>یہ ہے کہ آدمی برائیوں سے رکنے والا بن گیا ہو، غلط باتوں سے رکنے والا بن گیا ہو۔ اگر ایسا نہیں ہوا تو وہ حضرت عمر کے الفاظ میں وہ ایسا ہے کہ حضرت عمر کے الفاظ میں اس کی نماز گویا اٹھنا بیٹھنا ہے، وہ عبادت نہیں ہے۔ پھر دیکھیے کہ نماز کی حقیقت کیا ہے؟</w:t>
      </w:r>
    </w:p>
    <w:p>
      <w:r>
        <w:rPr>
          <w:b/>
        </w:rPr>
        <w:t xml:space="preserve">[19:37] </w:t>
      </w:r>
      <w:r>
        <w:t>yeh waqia hai ke namaz ka ek form hai, namaz ka ek form hai, lekin us ki haqeeqat hai. maslan anar ko lijiye, anar jab aap kharidte hain to kis liye kharidte hain? is ka zahir hai ke chhilka hai, mota sa bohat, lekin chhilke ke liye to nahi kharidte aap. is ke andar jo daane hain, us ke liye kharidte hain. to anar ka chhilka is ka form hai, aur is ke andar jo daane hain, woh is ka</w:t>
      </w:r>
    </w:p>
    <w:p>
      <w:pPr>
        <w:jc w:val="right"/>
      </w:pPr>
      <w:r>
        <w:t>یہ واقعہ ہے کہ نماز کا ایک فارم ہے، نماز کا ایک فارم ہے، لیکن اس کی حقیقت ہے۔ مثلاً انار کو لیجیے، انار جب آپ خریدتے ہیں تو کس لیے خریدتے ہیں؟ اس کا ظاہر ہے کہ چھلکا ہے، موٹا سا بہت، لیکن چھلکے کے لیے تو نہیں خریدتے آپ۔ اس کے اندر جو دانے ہیں، اس کے لیے خریدتے ہیں۔ تو انار کا چھلکا اس کا فارم ہے، اور اس کے اندر جو دانے ہیں، وہ اس کا</w:t>
      </w:r>
    </w:p>
    <w:p>
      <w:r>
        <w:rPr>
          <w:b/>
        </w:rPr>
        <w:t xml:space="preserve">[20:08] </w:t>
      </w:r>
      <w:r>
        <w:t>asal hai. isi tarah namaz bhi hai, is ka aik form hai. jab bhi aap dekhenge peR mein anar ko to bla form ke nahi hoga, wo aisa nahi hoga ke wahan daane latak rahe hon. anar jo hai, apne form ke sath hi hoga peR mein. lekin yeh bhi sahi hai ke anar ki asal haqeeqat jo hai, us ke us ke wo daane hain, na ke is ka oopar ka chhilka. isi tarah se</w:t>
      </w:r>
    </w:p>
    <w:p>
      <w:pPr>
        <w:jc w:val="right"/>
      </w:pPr>
      <w:r>
        <w:t>اصل ہے۔ اسی طرح نماز بھی ہے، اس کا ایک فارم ہے۔ جب بھی آپ دیکھیں گے پیڑ میں انار کو تو بلا فارم کے نہیں ہوگا، وہ ایسا نہیں ہوگا کہ وہاں دانے لٹک رہے ہوں۔ انار جو ہے، اپنے فارم کے ساتھ ہی ہوگا پیڑ میں۔ لیکن یہ بھی صحیح ہے کہ انار کی اصل حقیقت جو ہے، اس کے اس کے وہ دانے ہیں، نہ کہ اس کا اوپر کا چھلکا۔ اسی طرح سے</w:t>
      </w:r>
    </w:p>
    <w:p>
      <w:r>
        <w:rPr>
          <w:b/>
        </w:rPr>
        <w:t xml:space="preserve">[20:38] </w:t>
      </w:r>
      <w:r>
        <w:t>namaz jo hai, agarche is ka aik form hai: khada hona, ruku karna, sajda karna, hath baandhna, yeh sab cheezein is ke form hain. to namaz ka bilashuba aik form hai, lekin yeh formi sab kuch nahi hai. namaz ki aik haqeeqat hai, aik spirit hai. jab tak yeh spirit aur yeh haqeeqat na pa</w:t>
      </w:r>
    </w:p>
    <w:p>
      <w:pPr>
        <w:jc w:val="right"/>
      </w:pPr>
      <w:r>
        <w:t>نماز جو ہے، اگرچہ اس کا ایک فارم ہے: کھڑا ہونا، رکوع کرنا، سجدہ کرنا، ہاتھ باندھنا، یہ سب چیزیں اس کے فارم ہیں۔ تو نماز کا بلاشبہ ایک فارم ہے، لیکن یہ فارمی سب کچھ نہیں ہے۔ نماز کی ایک حقیقت ہے، ایک اسپرٹ ہے۔ جب تک یہ اسپرٹ اور یہ حقیقت نہ پ</w:t>
      </w:r>
    </w:p>
    <w:p>
      <w:r>
        <w:rPr>
          <w:b/>
        </w:rPr>
        <w:t xml:space="preserve">[21:08] </w:t>
      </w:r>
      <w:r>
        <w:t>ai jaye, to wo namaz namaz nahi. jaise ke rasool Allah ne aik bar dekha aik aadmi ko ke us ne form wali namaz to parh liya, lekin us ke andar wo spirit nahi thi jo hona chahiye. to aap ne farmaya ke إِرْجِ فَصَلِّ فَإِنَّكَ لَمْ تَصَلِّ jao phir se namaz parho, kyunke tum ne namaz nahi parhi. to quran mein bataya gaya hai ke namaz ki haqeeqat hai zikr</w:t>
      </w:r>
    </w:p>
    <w:p>
      <w:pPr>
        <w:jc w:val="right"/>
      </w:pPr>
      <w:r>
        <w:t>ائی جائے، تو وہ نماز نماز نہیں۔ جیسے کہ رسول اللہ نے ایک بار دیکھا ایک آدمی کو کہ اس نے فارم والی نماز تو پڑھ لیا، لیکن اس کے اندر وہ اسپرٹ نہیں تھی جو ہونا چاہیے۔ تو آپ نے فرمایا کہ إِرْجِ فَصَلِّ فَإِنَّكَ لَمْ تَصَلِّ جاؤ پھر سے نماز پڑھو، کیونکہ تم نے نماز نہیں پڑھی۔ تو قرآن میں بتایا گیا ہے کہ نماز کی حقیقت ہے ذکر</w:t>
      </w:r>
    </w:p>
    <w:p>
      <w:r>
        <w:rPr>
          <w:b/>
        </w:rPr>
        <w:t xml:space="preserve">[21:38] </w:t>
      </w:r>
      <w:r>
        <w:t>۔ أَقِمِ الصَّلَاةَ لِذِكْرِي namaz qaim karo meri, mere zikr ke liye, mere zikr ke liye. quran mein doosri jagah farmaya ke وَاذْكُرُوا اللَّهَ ذِكْرًا كَثِيرًا Khuda ka bohat ziyada zikr karo. to ibadat ka, ibadat ka jo asal hai, ibadat, ibadat ki asal jo hai, wo zikr hai. ibadat ki asal haqeeqat</w:t>
      </w:r>
    </w:p>
    <w:p>
      <w:pPr>
        <w:jc w:val="right"/>
      </w:pPr>
      <w:r>
        <w:t>۔ أَقِمِ الصَّلَاةَ لِذِكْرِي نماز قائم کرو میری، میرے ذکر کے لیے، میرے ذکر کے لیے۔ قرآن میں دوسری جگہ فرمایا کہ وَاذْكُرُوا اللَّهَ ذِكْرًا كَثِيرًا خدا کا بہت زیادہ ذکر کرو۔ تو عبادت کا، عبادت کا جو اصل ہے، عبادت، عبادت کی اصل جو ہے، وہ ذکر ہے۔ عبادت کی اصل حقیقت</w:t>
      </w:r>
    </w:p>
    <w:p>
      <w:r>
        <w:rPr>
          <w:b/>
        </w:rPr>
        <w:t xml:space="preserve">[22:08] </w:t>
      </w:r>
      <w:r>
        <w:t>jo hai, wo zikr hai. zikr kiya hai? zikr ka matlab yeh nahi ke kuch kuch alfaaz le kar aap dohrate rahen ke ungliyon par "subhan Allah, subhan Allah, subhan Allah", "alhamdulillah, alhamdulillah, alhamdulillah". yeh to mazak hai, yeh to mazak hai. yeh koi ibadat thori hai. zikr naam hai dil mein Khuda ki yaad ubalne ka, Khuda ko remember karne ka, remembrance of</w:t>
      </w:r>
    </w:p>
    <w:p>
      <w:pPr>
        <w:jc w:val="right"/>
      </w:pPr>
      <w:r>
        <w:t>جو ہے، وہ ذکر ہے۔ ذکر کیا ہے؟ ذکر کا مطلب یہ نہیں کہ کچھ کچھ الفاظ لے کر آپ دہراتے رہیں کہ انگلیوں پر "سبحان اللہ، سبحان اللہ، سبحان اللہ"، "الحمدللہ، الحمدللہ، الحمدللہ"۔ یہ تو مذاق ہے، یہ تو مذاق ہے۔ یہ کوئی عبادت تھوڑی ہے۔ ذکر نام ہے دل میں خدا کی یاد ابلنے کا، خدا کو ریممبر کرنے کا، ریممبرنس آف</w:t>
      </w:r>
    </w:p>
    <w:p>
      <w:r>
        <w:rPr>
          <w:b/>
        </w:rPr>
        <w:t xml:space="preserve">[22:38] </w:t>
      </w:r>
      <w:r>
        <w:t>god. aur bohat ziyada zikr karo Khuda ka, yani bohat ziyada yaad karo Khuda ko. yeh yaad is tarah nahi hoti ke kuch alfaaz ko aap dohrate rahen. nahi, aap Khuda ko sochte hain, aap Khuda ke banai hui cheezon mein ghor karte hain, aas paas ke jo experiences hote hain aap ke upar, us se Khuda ko link karte hain. aap</w:t>
      </w:r>
    </w:p>
    <w:p>
      <w:pPr>
        <w:jc w:val="right"/>
      </w:pPr>
      <w:r>
        <w:t>گاڈ۔ اور بہت زیادہ ذکر کرو خدا کا، یعنی بہت زیادہ یاد کرو خدا کو۔ یہ یاد اس طرح نہیں ہوتی کہ کچھ لفظوں کو آپ دہراتے رہیں۔ نہیں، آپ خدا کو سوچتے ہیں، آپ خدا کے بنائی ہوئی چیزوں میں غور کرتے ہیں، اس پاس کے جو ایکسپیرینس ہوتے ہیں آپ کے اوپر، اس سے خدا کو لنک کرتے ہیں۔ آپ</w:t>
      </w:r>
    </w:p>
    <w:p>
      <w:r>
        <w:rPr>
          <w:b/>
        </w:rPr>
        <w:t xml:space="preserve">[23:09] </w:t>
      </w:r>
      <w:r>
        <w:t>jannat aur jahannum ka khayal aap ke zehen par chhai rehta hai, har jagah aap us ko us ki shakalain dikhai deti hain. maslan aap ne aik achhi cheez khai, aap ko us mein taste mila, to aap sochte hain ke jab dunya ki achhi cheez mein itna taste hai, to jannat mein jo achhi cheezein hain, us ka taste kitna ziyada hoga. aise hi aap ko koi accident ho gaya,</w:t>
      </w:r>
    </w:p>
    <w:p>
      <w:pPr>
        <w:jc w:val="right"/>
      </w:pPr>
      <w:r>
        <w:t>جنت اور جہنم کا خیال آپ کے ذہن پر چھائی رہتا ہے، ہر جگہ آپ اس کو اس کی شکلیں دکھائی دیتی ہیں۔ مثلاً آپ نے ایک اچھی چیز کھائی، آپ کو اس میں ٹیسٹ ملا، تو آپ سوچتے ہیں کہ جب دنیا کی اچھی چیز میں اتنا ٹیسٹ ہے، تو جنت میں جو اچھی چیزیں ہیں، اس کا ٹیسٹ کتنا زیادہ ہوگا۔ ایسے ہی آپ کو کوئی ایکسیڈنٹ ہو گیا،</w:t>
      </w:r>
    </w:p>
    <w:p>
      <w:r>
        <w:rPr>
          <w:b/>
        </w:rPr>
        <w:t xml:space="preserve">[23:39] </w:t>
      </w:r>
      <w:r>
        <w:t>aap ko koi takleef pahunch gayi, ab us mein aap kara rahe hain, to wahan bhi aap sochte hain ke dunya ki takleef jo hai, itni museebat hai us ke andar, to jahannum ki takleef kitna ziyada museebat wali hogi. to har mauqa par, har experience jo hai, dhalta rahe aap ke liye Khuda ki yaad mein. jo kuch aap ne dekha, jo kuch aap ne suna, jo kuch aap ne socha, wo sab zikr mein dhalta rahe, wo sab zikr</w:t>
      </w:r>
    </w:p>
    <w:p>
      <w:pPr>
        <w:jc w:val="right"/>
      </w:pPr>
      <w:r>
        <w:t>آپ کو کوئی تکلیف پہنچ گئی، اب اس میں آپ کرا رہے ہیں، تو وہاں بھی آپ سوچتے ہیں کہ دنیا کی تکلیف جو ہے، اتنی مصیبت ہے اس کے اندر، تو جہنم کی تکلیف کتنا زیادہ مصیبت والی ہوگی۔ تو ہر موقع پر، ہر ایکسپیرینس جو ہے، ڈھلتا رہے آپ کے لیے خدا کی یاد میں۔ جو کچھ آپ نے دیکھا، جو کچھ آپ نے سنا، جو کچھ آپ نے سوچا، وہ سب ذکر میں ڈھلتا رہے، وہ سب ذکر</w:t>
      </w:r>
    </w:p>
    <w:p>
      <w:r>
        <w:rPr>
          <w:b/>
        </w:rPr>
        <w:t xml:space="preserve">[24:09] </w:t>
      </w:r>
      <w:r>
        <w:t>mein dhalta rahe. yeh alfaaz ki alfaaz ka repetition nahi hai, yeh zikr alfaaz ke repetition ka naam nahi hai, balke aap ke dimagh mein, aap ke dil mein, aap ke sine mein Khuda ki yaad ka toofan aate rehne ka naam hai. to yeh hai namaz, aur yeh hai zikr, aur yeh hai ibadat. isi liye hadith mein aaya hai ke</w:t>
      </w:r>
    </w:p>
    <w:p>
      <w:pPr>
        <w:jc w:val="right"/>
      </w:pPr>
      <w:r>
        <w:t>میں ڈھلتا رہے۔ یہ لفظوں کی لفظوں کا ریپیٹیشن نہیں ہے، یہ ذکر لفظوں کے ریپیٹیشن کا نام نہیں ہے، بلکہ آپ کے دماغ میں، آپ کے دل میں، آپ کے سینے میں خدا کی یاد کا طوفان آتے رہنے کا نام ہے۔ تو یہ ہے نماز، اور یہ ہے ذکر، اور یہ ہے عبادت۔ اسی لیے حدیث میں آیا ہے کہ</w:t>
      </w:r>
    </w:p>
    <w:p>
      <w:r>
        <w:rPr>
          <w:b/>
        </w:rPr>
        <w:t xml:space="preserve">[24:41] </w:t>
      </w:r>
      <w:r>
        <w:t>تَعْبُدُوا اللَّهَ كَانَكَ تَرَاهُ Khuda ki ibadat is tarah karo jaise ke tum us ko dekh rahe ho. ab sochiye ke jis aadmi ka haal yeh ho ke wo Khuda ki yaad mein, Khuda ki yaad us ke dil mein samai rehti ho, har jo bhi observation us ke samne aaye, us mein us ko Khuda ki jhalakiyan dikhai dein. jo bhi experience ho, uska negative</w:t>
      </w:r>
    </w:p>
    <w:p>
      <w:pPr>
        <w:jc w:val="right"/>
      </w:pPr>
      <w:r>
        <w:t>تَعْبُدُوا اللَّهَ كَانَكَ تَرَاهُ خدا کی عبادت اس طرح کرو جیسے کہ تم اس کو دیکھ رہے ہو۔ اب سوچیے کہ جس آدمی کا حال یہ ہو کہ وہ خدا کی یاد میں، خدا کی یاد اس کے دل میں سمائی رہتی ہو، ہر جو بھی ابزرویشن اس کے سامنے آئے، اس میں اس کو خدا کی جھلکیاں دکھائی دیں۔ جو بھی ایکسپیرینس ہو، اس کا نیگیٹی</w:t>
      </w:r>
    </w:p>
    <w:p>
      <w:r>
        <w:rPr>
          <w:b/>
        </w:rPr>
        <w:t xml:space="preserve">[25:11] </w:t>
      </w:r>
      <w:r>
        <w:t>ya positive, us mein wo us ko akhirat ki yaad aati rahe. yani har suraj chand mein bhi Khuda ki jhalak dikhai de. wo to jo aadmi is tarah se zindagi guzar raha ho, us ki ibadat yahi hogi ke ibadat karega to Khuda ka presence mehsoos karega, wo kyunke us ibadat se pehle bhi wo isi haal mein jee raha tha. is baat ko samajh lijiye ke</w:t>
      </w:r>
    </w:p>
    <w:p>
      <w:pPr>
        <w:jc w:val="right"/>
      </w:pPr>
      <w:r>
        <w:t>و یا پازیٹیو، اس میں وہ اس کو آخرت کی یاد آتی رہے۔ یعنی ہر سورج چاند میں بھی خدا کی جھلک دکھائی دے۔ وہ تو جو آدمی اس طرح سے زندگی گزار رہا ہو، اس کی عبادت یہی ہوگی کہ عبادت کرے گا تو خدا کا پریزنس محسوس کرے گا، وہ کیونکہ اس عبادت سے پہلے بھی وہ اسی حال میں جی رہا تھا۔ اس بات کو سمجھ لیجئے کہ</w:t>
      </w:r>
    </w:p>
    <w:p>
      <w:r>
        <w:rPr>
          <w:b/>
        </w:rPr>
        <w:t xml:space="preserve">[25:41] </w:t>
      </w:r>
      <w:r>
        <w:t>yeh jo farmaya ke ibadat karo is tarah goya ke tum dekh rahe ho, is ka matlab yeh nahi ke jaise hi aap ne niyat baandhi, bas aap Khuda ko dekhne lagenge. yeh matlab nahi hai. yeh koi miracle nahi hai ke idhar niyat baandhi, idhar Khuda dikhai dene laga. aisa kuch bhi nahi hai. nahi, aap isi tarah ki cheezon mein jee rahe hote hain. matlab yeh ke namaz se parhe bhi aap namaz parh</w:t>
      </w:r>
    </w:p>
    <w:p>
      <w:pPr>
        <w:jc w:val="right"/>
      </w:pPr>
      <w:r>
        <w:t>یہ جو فرمایا کہ عبادت کرو اس طرح گویا کہ تم دیکھ رہے ہو، اس کا مطلب یہ نہیں کہ جیسے ہی آپ نے نیت باندھی، بس آپ خدا کو دیکھنے لگیں گے۔ یہ مطلب نہیں ہے۔ یہ کوئی میریکل نہیں ہے کہ ادھر نیت باندھی، ادھر خدا دکھائی دینے لگا۔ ایسا کچھ بھی نہیں ہے۔ نہیں، آپ اسی طرح کی چیزوں میں جی رہے ہوتے ہیں۔ مطلب یہ کہ نماز سے پڑھے بھی آپ نماز پڑھ</w:t>
      </w:r>
    </w:p>
    <w:p>
      <w:r>
        <w:rPr>
          <w:b/>
        </w:rPr>
        <w:t xml:space="preserve">[26:11] </w:t>
      </w:r>
      <w:r>
        <w:t>rahe hote hain, namaz se pehle bhi aap namaz hi parh rahe hote hain, ibadat mein dakhil hone se pehle bhi aap ibadat kar rahe hote hain. wo kaise? Khuda ki yaad mein jeena, Khuda ke khauf mein jeena, Khuda ki mohabbat mein jeena, Khuda ki jhalakiyan har cheez mein dekhna. aap jab dekhen aasmanon ko, suraj ko aur chand ko, to Khuda ki بڑائی aap</w:t>
      </w:r>
    </w:p>
    <w:p>
      <w:pPr>
        <w:jc w:val="right"/>
      </w:pPr>
      <w:r>
        <w:t>رہے ہوتے ہیں، نماز سے پہلے بھی آپ نماز ہی پڑھ رہے ہوتے ہیں، عبادت میں داخل ہونے سے پہلے بھی آپ عبادت کر رہے ہوتے ہیں۔ وہ کیسے؟ خدا کی یاد میں جینا، خدا کے خوف میں جینا، خدا کی محبت میں جینا، خدا کی جھلکیاں ہر چیز میں دیکھنا۔ آپ جب دیکھیں آسمانوں کو، سورج کو اور چاند کو، تو خدا کی بڑائی آپ</w:t>
      </w:r>
    </w:p>
    <w:p>
      <w:r>
        <w:rPr>
          <w:b/>
        </w:rPr>
        <w:t xml:space="preserve">[26:42] </w:t>
      </w:r>
      <w:r>
        <w:t>ko dehla de ke Khuda kitna ziyada bara hai. jab aap phool ko dekhen, here here darakhton ko dekhen, to aap ko mehsoos ho ke Khuda kitna beautiful taste hai. Khuda ka aap dekhen ke darya rawan hain, us mein bhi aap dekhen ke Khuda ka faiz kis tarah se jari hai har taraf. is tarah se quran ko padhen, aap hadith ko padhen,</w:t>
      </w:r>
    </w:p>
    <w:p>
      <w:pPr>
        <w:jc w:val="right"/>
      </w:pPr>
      <w:r>
        <w:t>کو دہلا دے کہ خدا کتنا زیادہ بڑا ہے۔ جب آپ پھول کو دیکھیں، ہرے ہرے درختوں کو دیکھیں، تو آپ کو محسوس ہو کہ خدا کتنا بیوٹی فل ٹیسٹ ہے۔ خدا کا آپ دیکھیں کہ دریا رواں ہیں، اس میں بھی آپ دیکھیں کہ خدا کا فیض کس طرح سے جاری ہے ہر طرف۔ اس طرح سے قرآن کو پڑھیں، آپ حدیث کو پڑھیں،</w:t>
      </w:r>
    </w:p>
    <w:p>
      <w:r>
        <w:rPr>
          <w:b/>
        </w:rPr>
        <w:t xml:space="preserve">[27:13] </w:t>
      </w:r>
      <w:r>
        <w:t>paighambaron ke waqiat ko padhen, har cheez mein aap ko Khuda ke yaad aaye, Khuda wali baatein aap ke dil mein utarti rahen. tab yeh hoga ke aap Khuda ke presence mein jeene lagenge. aisa lagega, aisa lagega ke Khuda aap ke aas paas hi maujood hai. to is halat ko le kar jab aap namaz mein dakhil honge, is کیفیت ko le kar ke jab aap ibadat mein mashgool honge, to yeh hoga</w:t>
      </w:r>
    </w:p>
    <w:p>
      <w:pPr>
        <w:jc w:val="right"/>
      </w:pPr>
      <w:r>
        <w:t>پیغمبروں کے واقعات کو پڑھیں، ہر چیز میں آپ کو خدا کے یاد آئے، خدا والی باتیں آپ کے دل میں اترتی رہیں۔ تب یہ ہوگا کہ آپ خدا کے پریزنس میں جینے لگیں گے۔ ایسا لگے گا، ایسا لگے گا کہ خدا آپ کے اس پاس ہی موجود ہے۔ تو اس حالت کو لے کر جب آپ نماز میں داخل ہوں گے، اس کیفیت کو لے کر کے جب آپ عبادت میں مشغول ہوں گے، تو یہ ہوگا</w:t>
      </w:r>
    </w:p>
    <w:p>
      <w:r>
        <w:rPr>
          <w:b/>
        </w:rPr>
        <w:t xml:space="preserve">[27:43] </w:t>
      </w:r>
      <w:r>
        <w:t>ke aap ki namaz presence of god mein hogi. aap ki ibadat is tarah hogi jaise ke aap presence of god ka ehsas liye hue ibadat kar rahe hain. yeh matlab hai is ka. to yeh hui ibadat. ab dekhiye, aik bohat bara hukum jo Khuda ka hai</w:t>
      </w:r>
    </w:p>
    <w:p>
      <w:pPr>
        <w:jc w:val="right"/>
      </w:pPr>
      <w:r>
        <w:t>کہ آپ کی نماز پریزنس آف گاڈ میں ہوگی۔ آپ کی عبادت اس طرح ہوگی جیسے کہ آپ پریزنس آف گاڈ کا احساس لیے ہوئے عبادت کر رہے ہیں۔ یہ مطلب ہے اس کا۔ تو یہ ہوئی عبادت۔ اب دیکھیے، ایک بہت بڑا حکم جو خدا کا ہے</w:t>
      </w:r>
    </w:p>
    <w:p>
      <w:r>
        <w:rPr>
          <w:b/>
        </w:rPr>
        <w:t xml:space="preserve">[28:14] </w:t>
      </w:r>
      <w:r>
        <w:t>ahl-e-iman se, wo hai dawat. dawat yani doosron ko jo sachai aap ne pai hai, wo sachai doosron ko batana. is dunya ko banane mein, insan ko banane mein, Khuda ka jo creation plan hai, us creation plan se logon ko ba-khabar karna. quran ko aap padhenge to aisa lagega aap ko ke quran ka jo subject hai, wo hai</w:t>
      </w:r>
    </w:p>
    <w:p>
      <w:pPr>
        <w:jc w:val="right"/>
      </w:pPr>
      <w:r>
        <w:t>اہل ایمان سے، وہ ہے دعوت۔ دعوت یعنی دوسروں کو جو سچائی آپ نے پائی ہے، وہ سچائی دوسروں کو بتانا۔ اس دنیا کو بنانے میں، انسان کو بنانے میں، خدا کا جو کریشن پلان ہے، اس کریشن پلان سے لوگوں کو باخبر کرنا۔ قرآن کو آپ پڑھیں گے تو ایسا لگے گا آپ کو کہ قرآن کا جو سبجیکٹ ہے، وہ ہے</w:t>
      </w:r>
    </w:p>
    <w:p>
      <w:r>
        <w:rPr>
          <w:b/>
        </w:rPr>
        <w:t xml:space="preserve">[28:44] </w:t>
      </w:r>
      <w:r>
        <w:t>creation plan of god ko batana, taake insan jaane ke yahan par kaise rehna hai, yeh jaane ke marne ke baad kya us ke samne aayega, yeh jaane ke eternal kamyabi kis cheez ka naam hai, yeh jaane ke us ko kaise apne aap ko health se bachana hai. yeh hai creation plan of god. to in sab baaton ko aap khud discover karte hain,</w:t>
      </w:r>
    </w:p>
    <w:p>
      <w:pPr>
        <w:jc w:val="right"/>
      </w:pPr>
      <w:r>
        <w:t>کریشن پلان آف گاڈ کو بتانا، تاکہ انسان جانے کہ یہاں پر کیسے رہنا ہے، یہ جانے کہ مرنے کے بعد کیا اس کے سامنے آئے گا، یہ جانے کہ ایٹرنل کامیابی کس چیز کا نام ہے، یہ جانے کہ اس کو کیسے اپنے آپ کو ہیلتھ سے بچانا ہے۔ یہ ہے کریشن پلان آف گاڈ۔ تو ان سب باتوں کو آپ خود ڈسکور کرتے ہیں،</w:t>
      </w:r>
    </w:p>
    <w:p>
      <w:r>
        <w:rPr>
          <w:b/>
        </w:rPr>
        <w:t xml:space="preserve">[29:14] </w:t>
      </w:r>
      <w:r>
        <w:t>phir doosron ko batate hain. to yeh hai dawat, dawat ilallah. quran poori ki poori kitab dawat hai. poora poora quran jo hai, wo kitab dawat hai. yani dawat ki zaban mein hai, dawat ke usloob mein hai, dawat wali baatein us ke andar hain. insan ko Khuda mukhatib kar ke kehta hai ke dekho, maine is liye paida kiya hai tum ko. dekho, yeh hai tumhari kamyabi ka rasta</w:t>
      </w:r>
    </w:p>
    <w:p>
      <w:pPr>
        <w:jc w:val="right"/>
      </w:pPr>
      <w:r>
        <w:t>پھر دوسروں کو بتاتے ہیں۔ تو یہ ہے دعوت، دعوت الی اللہ۔ قرآن پوری کی پوری کتاب دعوت ہے۔ پورا پورا قرآن جو ہے، وہ کتاب دعوت ہے۔ یعنی دعوت کی زبان میں ہے، دعوت کے اسلوب میں ہے، دعوت والی باتیں اس کے اندر ہیں۔ انسان کو خدا مخاطب کر کے کہتا ہے کہ دیکھو، میں نے اس لیے پیدا کیا ہے تم کو۔ دیکھو، یہ ہے تمہاری کامیابی کا راستہ</w:t>
      </w:r>
    </w:p>
    <w:p>
      <w:r>
        <w:rPr>
          <w:b/>
        </w:rPr>
        <w:t xml:space="preserve">[29:44] </w:t>
      </w:r>
      <w:r>
        <w:t>۔ دیکھو، یہ ہے جو راستہ تمہارے لیے۔ یہ ہے موت، یہ ہے زندگی، یہ ہے جنت، یہ ہے جہنم۔ یہ سب قرآن میں بتایا گیا ہے۔ تو قرآن جو ہے، کیا ہے؟ وہ کتاب دعوت ہے۔ دیکھیے، دعوت کا معاملہ کوئی announcement کا معاملہ نہیں ہے۔ announcement کا معاملہ نہیں ہے کہ آپ کھڑے ہو کر تقریر کر ڈالیں، دع</w:t>
      </w:r>
    </w:p>
    <w:p>
      <w:pPr>
        <w:jc w:val="right"/>
      </w:pPr>
      <w:r>
        <w:t>۔ دیکھو، یہ ہے جو راستہ تمہارے لیے۔ یہ ہے موت، یہ ہے زندگی، یہ ہے جنت، یہ ہے جہنم۔ یہ سب قرآن میں بتایا گیا ہے۔ تو قرآن جو ہے، کیا ہے؟ وہ کتاب دعوت ہے۔ دیکھیے، دعوت کا معاملہ کوئی اناؤنسمنٹ کا معاملہ نہیں ہے۔ اناؤنسمنٹ کا معاملہ نہیں ہے کہ آپ کھڑے ہو کر تقریر کر ڈالیں، دع</w:t>
      </w:r>
    </w:p>
    <w:p>
      <w:r>
        <w:rPr>
          <w:b/>
        </w:rPr>
        <w:t xml:space="preserve">[30:14] </w:t>
      </w:r>
      <w:r>
        <w:t>وت ہو گئی۔ نہیں، دعوت سرتاپا صبر کا معاملہ ہے۔ دعوت کے ساتھ صبر جڑا ہوا ہے۔ دعوت کے بغیر صبر نہیں، اور صبر کے بغیر دعوت نہیں۔ دیکھیے، رسول اللہ صلی اللہ علیہ وسلم کو جب نبوت ملی، مکہ میں 610 عیسوی میں آپ کو پیغمبر بنایا گیا تھا۔ اس وقت آپ مکہ میں تھے۔ تو شروع میں</w:t>
      </w:r>
    </w:p>
    <w:p>
      <w:pPr>
        <w:jc w:val="right"/>
      </w:pPr>
      <w:r>
        <w:t>وت ہو گئی۔ نہیں، دعوت سرتاپا صبر کا معاملہ ہے۔ دعوت کے ساتھ صبر جڑا ہوا ہے۔ دعوت کے بغیر صبر نہیں، اور صبر کے بغیر دعوت نہیں۔ دیکھیے، رسول اللہ صلی اللہ علیہ وسلم کو جب نبوت ملی، مکہ میں 610 عیسوی میں آپ کو پیغمبر بنایا گیا تھا۔ اس وقت آپ مکہ میں تھے۔ تو شروع میں</w:t>
      </w:r>
    </w:p>
    <w:p>
      <w:r>
        <w:rPr>
          <w:b/>
        </w:rPr>
        <w:t xml:space="preserve">[30:46] </w:t>
      </w:r>
      <w:r>
        <w:t>یہ آیت اتری، یہ یہ سورہ اتری، سورہ المدثر۔ يا أيها المدثر قم فانظر ربك فکبر وسيابك فطهر ورجز فأجر ولا تمن تستكسر وربك فاصبر wahan par dekhiye, aap Allah taala ne farmaya ke يا أيها المدثر قم فانظر قم فانظر utho aur logon ko bata do,</w:t>
      </w:r>
    </w:p>
    <w:p>
      <w:pPr>
        <w:jc w:val="right"/>
      </w:pPr>
      <w:r>
        <w:t>یہ آیت اتری، یہ یہ سورہ اتری، سورہ المدثر۔ يا أيها المدثر قم فانظر ربك فکبر وسيابك فطهر ورجز فأجر ولا تمن تستكسر وربك فاصبر وہاں پر دیکھیے، آپ اللہ تعالی نے فرمایا کہ يا أيها المدثر قم فانظر قم فانظر اٹھو اور لوگوں کو بتا دو،</w:t>
      </w:r>
    </w:p>
    <w:p>
      <w:r>
        <w:rPr>
          <w:b/>
        </w:rPr>
        <w:t xml:space="preserve">[31:19] </w:t>
      </w:r>
      <w:r>
        <w:t>logon ke samne jao, bata do logon ko ke what is the creation plan of god, ja ke bata do. aur phir farmaya ke وربك فاصبر aur apne rab ke liye sabr karo, yani keep patience for the sake of god. is ko sochiye ke dawat ke sath sath yeh kehne ka kya matlab hai? Khuda ne hukum diya ke dawat</w:t>
      </w:r>
    </w:p>
    <w:p>
      <w:pPr>
        <w:jc w:val="right"/>
      </w:pPr>
      <w:r>
        <w:t>لوگوں کے سامنے جاؤ، بتا دو لوگوں کو کہ واٹ از دا کریشن پلان اف گاڈ، جا کے بتا دو۔ اور پھر فرمایا کہ وربك فاصبر اور اپنے رب کے لیے صبر کرو، یعنی کیپ پیشنس فار دا سیک اف گاڈ۔ اس کو سوچیے کہ دعوت کے ساتھ ساتھ یہ کہنے کا کیا مطلب ہے؟ خدا نے حکم دیا کہ دعوتی</w:t>
      </w:r>
    </w:p>
    <w:p>
      <w:r>
        <w:rPr>
          <w:b/>
        </w:rPr>
        <w:t xml:space="preserve">[31:49] </w:t>
      </w:r>
      <w:r>
        <w:t>kaam karo, tum ko daai banaya hai. Khuda ne dain ilallah bizni wa sirajum munira to dawat ke sath sabr kyun joda? dekhiye, is liye joda ke aap apne ko distraction se bachayen. aap daai aur madu ke darmiyan normalcy ko maintain rakhen. dekhen, jo dunya mein aap hain, is dunya mein kya hai?</w:t>
      </w:r>
    </w:p>
    <w:p>
      <w:pPr>
        <w:jc w:val="right"/>
      </w:pPr>
      <w:r>
        <w:t>کام کرو، تم کو داعی بنایا ہے۔ خدا نے داعین الی اللہ بذنی و سراج منیرہ تو دعوت کے ساتھ صبر کیوں جوڑا؟ دیکھیے، اس لیے جوڑا کہ آپ اپنے کو ڈسٹریکشن سے بچائیں۔ آپ دعائی اور مدعو کے درمیان نارملسی کو مینٹین رکھیں۔ دیکھیں، جو دنیا میں آپ ہیں، اس دنیا میں کیا ہے؟</w:t>
      </w:r>
    </w:p>
    <w:p>
      <w:r>
        <w:rPr>
          <w:b/>
        </w:rPr>
        <w:t xml:space="preserve">[32:19] </w:t>
      </w:r>
      <w:r>
        <w:t>har waqt kuch na kuch negative experiences hote rehte hain. har waqt koi provoke kar deta hai, har waqt koi aisi baat ho jati hai jis se dil mein yani bura ghussa aa jaye, dil mein intiqam aa jaye. yeh sab hota hi rehta hai subah sham. aur phir jab dawat ka kaam aap karenge to aur bhi yeh cheezein paida hongi. ab agar aap</w:t>
      </w:r>
    </w:p>
    <w:p>
      <w:pPr>
        <w:jc w:val="right"/>
      </w:pPr>
      <w:r>
        <w:t>ہر وقت کچھ نہ کچھ نیگیٹیو ایکسپیرینسز ہوتے رہتے ہیں۔ ہر وقت کوئی پرووک کر دیتا ہے، ہر وقت کوئی ایسی بات ہو جاتی ہے جس سے دل میں یعنی بری غصہ آ جائے، دل میں انتقام آ جائے۔ یہ سب ہوتا ہی رہتا ہے صبح شام۔ اور پھر جب دعوتی کام آپ کریں گے تو اور بھی یہ چیزیں پیدا ہوں گی۔ اب اگر آپ</w:t>
      </w:r>
    </w:p>
    <w:p>
      <w:r>
        <w:rPr>
          <w:b/>
        </w:rPr>
        <w:t xml:space="preserve">[32:49] </w:t>
      </w:r>
      <w:r>
        <w:t>aisa karen ke har negative tajarbe mein aap bhark uthen, ab aap khud bhi react karne lagen. matlab daai jo hai, agar aisa ho ke woh doosron ki taraf se jab negative response mile to woh khud bhi waise hi react karne lage to kya hoga? daai aur madu ke darmiyan</w:t>
      </w:r>
    </w:p>
    <w:p>
      <w:pPr>
        <w:jc w:val="right"/>
      </w:pPr>
      <w:r>
        <w:t>ایسا کریں کہ ہر نیگیٹیو تجربے میں آپ بھڑک اٹھیں، اب آپ خود بھی ری ایکٹ کرنے لگیں۔ مطلب داعی جو ہے، اگر ایسا ہو کہ وہ دوسروں کی طرف سے جب نیگیٹیو رسپانس ملے تو وہ خود بھی ویسے ہی ری ایکٹ کرنے لگے تو کیا ہوگا؟ داعی اور مدعو کے درمیان</w:t>
      </w:r>
    </w:p>
    <w:p>
      <w:r>
        <w:rPr>
          <w:b/>
        </w:rPr>
        <w:t xml:space="preserve">[33:20] </w:t>
      </w:r>
      <w:r>
        <w:t>normalcy khatm ho jayegi, muaddal halaat na rahen ge. to kya hai? to to normalize the situation, sabr ki zaroorat hai, patience ki zaroorat hai. patience jo hai, woh kya hai? situation ko normalize karne ke liye, yani Khuda ka, ya</w:t>
      </w:r>
    </w:p>
    <w:p>
      <w:pPr>
        <w:jc w:val="right"/>
      </w:pPr>
      <w:r>
        <w:t>نارملسی ختم ہو جائے گی، معدل حالات نہ رہیں گے۔ تو کیا ہے؟ تو ٹو نارملائز دا سچویشن، صبر کی ضرورت ہے، پیشنس کی ضرورت ہے۔ پیشنس جو ہے، وہ کیا ہے؟ سچویشن کو نارملائز کرنے کے لیے، یعنی خدا کا، یع</w:t>
      </w:r>
    </w:p>
    <w:p>
      <w:r>
        <w:rPr>
          <w:b/>
        </w:rPr>
        <w:t xml:space="preserve">[33:50] </w:t>
      </w:r>
      <w:r>
        <w:t>ni Khuda ka hukum jo hai ke sabr ke liye, is liye hai ke hamesha situation normal bani rahe. daai aur madu ke darmiyan situation jo hai, woh normal bani rahe. to sabr hai situation ko normal halat mein baqi rakhne ke liye, yani muaddal halat mein baqi rakhne ke liye. warna daawa work kaise hoga? daawa work kaise hoga?</w:t>
      </w:r>
    </w:p>
    <w:p>
      <w:pPr>
        <w:jc w:val="right"/>
      </w:pPr>
      <w:r>
        <w:t>نی خدا کا حکم جو ہے کہ صبر کے لیے، اس لیے ہے کہ ہمیشہ سچویشن نارمل بنی رہے۔ داعی اور مدعو کے درمیان سچویشن جو ہے، وہ نارمل بنی رہے۔ تو صبر ہے سچویشن کو نارمل حالت میں باقی رکھنے کے لیے، یعنی معدل حالت میں باقی رکھنے کے لیے۔ ورنہ دعویٰ ورک کیسے ہوگا؟ دعویٰ ورک کیسے ہوگا؟</w:t>
      </w:r>
    </w:p>
    <w:p>
      <w:r>
        <w:rPr>
          <w:b/>
        </w:rPr>
        <w:t xml:space="preserve">[34:20] </w:t>
      </w:r>
      <w:r>
        <w:t>quran mein ek warna yani paighambar kehta hai apne madu se ke hum to sabr hi karenge tumhari ezaon par, hum to sabr hi karenge tumhari ezaon par. yani tum hamein provoke karoge to hamein hamare sath bura suluk karoge, sab kuch tumhari taraf se ho sakta hai, lekin hamein</w:t>
      </w:r>
    </w:p>
    <w:p>
      <w:pPr>
        <w:jc w:val="right"/>
      </w:pPr>
      <w:r>
        <w:t>قرآن میں ایک ورنہ یعنی پیغمبر کہتا ہے اپنے مدعو سے کہ ہم تو صبر ہی کریں گے تمہاری ایذاؤں پر، ہم تو صبر ہی کریں گے تمہاری ایذاؤں پر۔ یعنی تم ہمیں پرووک کرو گے تو ہمیں ہمارے ساتھ برا سلوک کرو گے، سب کچھ تمہاری طرف سے ہو سکتا ہے، لیکن ہمیں</w:t>
      </w:r>
    </w:p>
    <w:p>
      <w:r>
        <w:rPr>
          <w:b/>
        </w:rPr>
        <w:t xml:space="preserve">[34:50] </w:t>
      </w:r>
      <w:r>
        <w:t>to baharhal sabr hi sabr kiye jana hai. hamein to kuch bhi nahi karna hai sabr ke siwa. to is ke liye kya hai? rasool Allah sallallahu alaihi wasallam Makkah mein ek baar guzre, ek wahan par thay Yasir, un ka choti si family thi. to un ko woh Islam mein dakhil ho gaye thay, yani tauheed ka mazhab unhon ne ikhtiyar kar liya tha.</w:t>
      </w:r>
    </w:p>
    <w:p>
      <w:pPr>
        <w:jc w:val="right"/>
      </w:pPr>
      <w:r>
        <w:t>تو بہرحال صبر ہی صبر کیے جانا ہے۔ ہمیں تو کچھ بھی نہیں کرنا ہے صبر کے سوا۔ تو اس کے لیے کیا ہے؟ رسول اللہ صلی اللہ علیہ وسلم مکہ میں ایک بار گزرے، ایک وہاں پر تھے یاسر، ان کا چھوٹی سی فیملی تھی۔ تو ان کو وہ اسلام میں داخل ہو گئے تھے، یعنی توحید کا مذہب انہوں نے اختیار کر لیا تھا۔</w:t>
      </w:r>
    </w:p>
    <w:p>
      <w:r>
        <w:rPr>
          <w:b/>
        </w:rPr>
        <w:t xml:space="preserve">[35:21] </w:t>
      </w:r>
      <w:r>
        <w:t>to mushrik log un ko maar rahe thay. wahan se aap guzre to Yasir ne kaha ke dekhiye, hum ko yeh log maar rahe hain, matlab sata rahe hain. to aap ne farmaya ke asbiru ya aal Yasir fa inna ma'idakum al jannah a Yasir ke ghar walon, sabr karo kyunke tumhare liye jannat hai. is ka matlab kya hua ke daai ke</w:t>
      </w:r>
    </w:p>
    <w:p>
      <w:pPr>
        <w:jc w:val="right"/>
      </w:pPr>
      <w:r>
        <w:t>تو مشرک لوگ ان کو مار رہے تھے۔ وہاں سے آپ گزرے تو یاسر نے کہا کہ دیکھیے، ہم کو یہ لوگ مار رہے ہیں، مطلب ستا رہے ہیں۔ تو آپ نے فرمایا کہ اسبروا یا ال یاسر فان ماعدكم الجنہ اے یاسر کے گھر والوں، صبر کرو کیونکہ تمہارے لیے جنت ہے۔ اس کا مطلب کیا ہوا کہ داعی کے</w:t>
      </w:r>
    </w:p>
    <w:p>
      <w:r>
        <w:rPr>
          <w:b/>
        </w:rPr>
        <w:t xml:space="preserve">[35:51] </w:t>
      </w:r>
      <w:r>
        <w:t>liye is duniya mein koi haq nahi hai. daai ka is duniya mein koi haq nahi. daai ki sirf zimmedariyan hi zimmedariyan hain. yani daai ka is duniya mein koi right nahi hai, us ko to sirf duty poori karna hai. bas yeh hai daai ka mamla. aur yeh cheez kab hogi? jab aadmi sabr karega. agar sabr nahi kar payega</w:t>
      </w:r>
    </w:p>
    <w:p>
      <w:pPr>
        <w:jc w:val="right"/>
      </w:pPr>
      <w:r>
        <w:t>لیے اس دنیا میں کوئی حق نہیں ہے۔ داعی کا اس دنیا میں کوئی حق نہیں۔ داعی کی صرف ذمہ داریاں ہی ذمہ داریاں ہیں۔ یعنی داعی کا اس دنیا میں کوئی رائٹ نہیں ہے، اس کو تو صرف ڈیوٹی پوری کرنا ہے۔ بس یہ ہے داعی کا معاملہ۔ اور یہ چیز کب ہوگی؟ جب آدمی صبر کرے گا۔ اگر صبر نہیں کر پائے گا</w:t>
      </w:r>
    </w:p>
    <w:p>
      <w:r>
        <w:rPr>
          <w:b/>
        </w:rPr>
        <w:t xml:space="preserve">[36:22] </w:t>
      </w:r>
      <w:r>
        <w:t>to da'wati kaam ko woh nahi kar sakta, kyunke da'wat jo hai, apne pride ko establish karne ka naam nahi hai. da'wat jo hai, woh koi qaumi jhagde ka naam nahi hai. da'wat to jannat ka paigham dene ka naam hai, da'wat to jahannum se darane ka naam hai, da'wat to Khuda se jodne ka naam hai. is ka na to party</w:t>
      </w:r>
    </w:p>
    <w:p>
      <w:pPr>
        <w:jc w:val="right"/>
      </w:pPr>
      <w:r>
        <w:t>تو دعوتی کام کو وہ نہیں کر سکتا، کیونکہ دعوت جو ہے، اپنے پرائیڈ کو اسٹیبلش کرنے کا نام نہیں ہے۔ دعوت جو ہے، وہ کوئی قومی جھگڑے کا نام نہیں ہے۔ دعوت تو جنت کا پیغام دینے کا نام ہے، دعوت تو جہنم سے ڈرانے کا نام ہے، دعوت تو خدا سے جوڑنے کا نام ہے۔ اس کا نہ تو پار</w:t>
      </w:r>
    </w:p>
    <w:p>
      <w:r>
        <w:rPr>
          <w:b/>
        </w:rPr>
        <w:t xml:space="preserve">[36:52] </w:t>
      </w:r>
      <w:r>
        <w:t>se koi matlab hai, na qaumi fakhr se koi matlab hai, na kisi aur worldly cheezon se ka koi matlab hai. intehai begharz ho kar ke da'wat ka kaam karna parta hai. agar aap da'wati kaam kar rahe hain aur aur aap audience ki taraf taliyan bajti hain aap ke, to aap kahiye ke aap samjhiye ke aap shaitani baatein kar rahe hain, da'wat baatein nahi kar rahe. da'wat</w:t>
      </w:r>
    </w:p>
    <w:p>
      <w:pPr>
        <w:jc w:val="right"/>
      </w:pPr>
      <w:r>
        <w:t>ٹی سے کوئی مطلب ہے، نہ قومی فخر سے کوئی مطلب ہے، نہ کسی اور ورلڈلی چیزوں سے کا کوئی مطلب ہے۔ انتہائی بے غرض ہو کر کے دعوت کا کام کرنا پڑتا ہے۔ اگر آپ دعوتی کام کر رہے ہیں اور اور آپ اڈینس کی طرف تالیاں بجتی ہیں آپ کے، تو آپ کہیے کہ آپ سمجھیے کہ آپ شیطانی باتیں کر رہے ہیں، دعوت باتیں نہیں کر رہے۔ دعوت</w:t>
      </w:r>
    </w:p>
    <w:p>
      <w:r>
        <w:rPr>
          <w:b/>
        </w:rPr>
        <w:t xml:space="preserve">[37:22] </w:t>
      </w:r>
      <w:r>
        <w:t>ke ma'ni yeh hain ke logon ko batana hai ke Khuda jahannum bhadak raha hai, apne ko bachao jahannum se. rasool Allah ne farmaya ke ayyuhal nas ittaqu an-nar walaw bi shaqi thowba jab aap ne mukhatib kiya logon ko to aap ne farmaya, jab da'wati khitab kiya aap ne to farmaya ittaqu an-nar walaw bi shaqi thowba a logon, apne aap ko</w:t>
      </w:r>
    </w:p>
    <w:p>
      <w:pPr>
        <w:jc w:val="right"/>
      </w:pPr>
      <w:r>
        <w:t>کے معنی یہ ہیں کہ لوگوں کو بتانا ہے کہ خدا جہنم بھڑک رہا ہے، اپنے کو بچاؤ جہنم سے۔ رسول اللہ نے فرمایا کہ ایہا الناس اتقوا النار ولو بشق ثوبرا جب آپ نے مخاطب کیا لوگوں کو تو آپ نے فرمایا، جب دعوتی خطاب کیا آپ نے تو فرمایا اتقوا النار ولو بشق ثوبرا اے لوگوں، اپنے آپ کو</w:t>
      </w:r>
    </w:p>
    <w:p>
      <w:r>
        <w:rPr>
          <w:b/>
        </w:rPr>
        <w:t xml:space="preserve">[37:52] </w:t>
      </w:r>
      <w:r>
        <w:t>aag se bachao, aag se. chahe khajoor ka tukra de kar kyun na ho. to wahan taliyan nahi bajin. aap ghaur kijiye ke aap logon ko is tarah se mukhatib karen to taliyan bajayenge log, to roye ge, woh tarpain ge. to agar aap ki da'wati taqreer mein taliyan bajti hon to aap shaitani kaam kar rahe hain, aap da'wati kaam nahi kar rahe.</w:t>
      </w:r>
    </w:p>
    <w:p>
      <w:pPr>
        <w:jc w:val="right"/>
      </w:pPr>
      <w:r>
        <w:t>آگ سے بچاؤ، آگ سے۔ چاہے کھجور کا ٹکڑا دے کر کیوں نہ ہو۔ تو وہاں تالیاں نہیں بجیں۔ آپ غور کیجئے کہ آپ لوگوں کو اس طرح سے خطاب کریں تو تالیاں بجائیں گے لوگ، تو روئیں گے، وہ تڑپیں گے۔ تو اگر آپ کی دعوتی تقریر میں تالیاں بجتی ہوں تو آپ شیطانی کام کر رہے ہیں، آپ دعوتی کام نہیں کر رہے۔</w:t>
      </w:r>
    </w:p>
    <w:p>
      <w:r>
        <w:rPr>
          <w:b/>
        </w:rPr>
        <w:t xml:space="preserve">[38:22] </w:t>
      </w:r>
      <w:r>
        <w:t>shaitani taqreeron pe taliyan bajti hain, da'wati taqreeron pe taliyan nahi bajti. to da'wat naam hai logon ko Khuda se jodne ka, da'wat naam hai Khuda ko logon ko Khuda se qareeb karne ka, da'wat naam hai logon ke dil mein yeh ehsas lane ka ke woh jannat ko apna super concern, apna concern banaaye. un ki zindagi</w:t>
      </w:r>
    </w:p>
    <w:p>
      <w:pPr>
        <w:jc w:val="right"/>
      </w:pPr>
      <w:r>
        <w:t>شیطانی تقریروں پہ تالیاں بجتی ہیں، دعوتی تقریروں پہ تالیاں نہیں بجتی۔ تو دعوت نام ہے لوگوں کو خدا سے جوڑنے کا، دعوت نام ہے خدا کو لوگوں کو خدا سے قریب کرنے کا، دعوت نام ہے لوگوں کے دل میں یہ احساس لانے کا کہ وہ جنت کو اپنا سپر کنسرن، اپنا کنسرن بنائے۔ ان کی زندگی</w:t>
      </w:r>
    </w:p>
    <w:p>
      <w:r>
        <w:rPr>
          <w:b/>
        </w:rPr>
        <w:t xml:space="preserve">[38:53] </w:t>
      </w:r>
      <w:r>
        <w:t>aakhirat oriented zindagi ban jaye, un ki zindagi Khuda oriented zindagi ban jaye, un ki soch jo hai yeh ban jaye ke woh har waqt Khuda ke bare mein sochen, jannat aur jahannum ke bare mein sochen, aur Khuda ka jo creation plan hai, us ko soch kar us ke mutabiq apni zindagi banayen. yeh hai da'wat. da'wat koi qaumi fakhr dikhane ka naam nahi hai, apne</w:t>
      </w:r>
    </w:p>
    <w:p>
      <w:pPr>
        <w:jc w:val="right"/>
      </w:pPr>
      <w:r>
        <w:t>آخرت اوریٹڈ زندگی بن جائے، ان کی زندگی خدا اوریٹڈ زندگی بن جائے، ان کی سوچ جو ہے یہ بن جائے کہ وہ ہر وقت خدا کے بارے میں سوچیں، جنت اور جہنم کے بارے میں سوچیں، اور خدا کا جو کریشن پلان ہے، اس کو سوچ کر اس کے مطابق اپنی زندگی بنائیں۔ یہ ہے دعوت۔ دعوت کوئی قومی فخر دکھانے کا نام نہیں ہے، اپنے</w:t>
      </w:r>
    </w:p>
    <w:p>
      <w:r>
        <w:rPr>
          <w:b/>
        </w:rPr>
        <w:t xml:space="preserve">[39:23] </w:t>
      </w:r>
      <w:r>
        <w:t>fakhr, apne qaumi fakhr ko doosron ke muqable mein establish karne ka naam da'wat nahi hai. da'wat apne pride ko doosron ke muqable mein establish karne ka naam nahi hai. da'wat insaan se khair khwahi ka naam hai, da'wat insaan se mohabbat ka naam hai, da'wat insaan ko Khuda se jodne ka naam hai, da'wat insaan ko jannat ke rastay par chalane ka naam hai. yeh sab kaam hota hai</w:t>
      </w:r>
    </w:p>
    <w:p>
      <w:pPr>
        <w:jc w:val="right"/>
      </w:pPr>
      <w:r>
        <w:t>فخر، اپنے قومی فخر کو دوسروں کے مقابلے میں اسٹیبلش کرنے کا نام دعوت نہیں ہے۔ دعوت اپنے پرائیڈ کو دوسروں کے مقابلے میں اسٹیبلش کرنے کا نام نہیں ہے۔ دعوت انسان سے خیر خواہی کا نام ہے، دعوت انسان سے محبت کا نام ہے، دعوت انسان کو خدا سے جوڑنے کا نام ہے، دعوت انسان کو جنت کے راستے پر چلانے کا نام ہے۔ یہ سب کام ہوتا ہے</w:t>
      </w:r>
    </w:p>
    <w:p>
      <w:r>
        <w:rPr>
          <w:b/>
        </w:rPr>
        <w:t xml:space="preserve">[39:53] </w:t>
      </w:r>
      <w:r>
        <w:t>is tarah se ke aap sach logon ke sache well-wisher ban jayen, jaisa ke quran mein aaya hai ke inni lakum nasihun ameen paighambar ne kaha ke mein tumhara well-wisher hoon, tumhara khair khwah hoon. to daai ko bepanah mohabbat hoti hai madu se, usi ka naam hai da'wat. isi liye da'wat ko quran mein da'wat il Allah kaha gaya gaya, Khuda ki taraf da'wat, Khuda ke</w:t>
      </w:r>
    </w:p>
    <w:p>
      <w:pPr>
        <w:jc w:val="right"/>
      </w:pPr>
      <w:r>
        <w:t>اس طرح سے کہ آپ سچ لوگوں کے سچے ولویشر بن جائیں، جیسا کہ قرآن میں آیا ہے کہ انی لکم ناس ہوں امین پیغمبر نے کہا کہ میں تمہارا ولویشر ہوں، تمہارا خیر خواہ ہوں۔ تو داعی کو بے پناہ محبت ہوتی ہے مدعو سے، اسی کا نام ہے دعوت۔ اسی لیے دعوت کو قرآن میں دعوت الی اللہ کہا گیا گیا، خدا کی طرف دعوت، خدا کے</w:t>
      </w:r>
    </w:p>
    <w:p>
      <w:r>
        <w:rPr>
          <w:b/>
        </w:rPr>
        <w:t xml:space="preserve">[40:23] </w:t>
      </w:r>
      <w:r>
        <w:t>liye da'wat. to da'wat mukammal taur par ek aisa kaam hai jo Khuda ke liye hota ho, isi liye us ko quran mein da'wat il Allah kaha gaya hai. da'wat sab se bara kaam hai, lekin da'wat ke liye sabr zaroori hai, sabr ke baghair da'wat nahi.</w:t>
      </w:r>
    </w:p>
    <w:p>
      <w:pPr>
        <w:jc w:val="right"/>
      </w:pPr>
      <w:r>
        <w:t>لیے دعوت۔ تو دعوت مکمل طور پر ایک ایسا کام ہے جو خدا کے لیے ہوتا ہو، اسی لیے اس کو قرآن میں دعوت الی اللہ کہا گیا ہے۔ دعوت سب سے بڑا کام ہے، لیکن دعوت کے لیے صبر ضروری ہے، صبر کے بغیر دعوت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