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the Quran - Part-2 (English) | March 07, 2007 | Maulana Wahiduddin Khan</w:t>
      </w:r>
    </w:p>
    <w:p>
      <w:r>
        <w:t>https://www.youtube.com/watch?v=oqDHIm3IUw4</w:t>
      </w:r>
    </w:p>
    <w:p>
      <w:r>
        <w:rPr>
          <w:b/>
        </w:rPr>
        <w:t xml:space="preserve">[00:10] </w:t>
      </w:r>
      <w:r>
        <w:t>ar-rahmanirrahim, wa sallallahu ala an-nabiyyil karim. rab ishrah li sadri, wa yassir li amri, wah-lul uqdatan min lisani, yafqahu qawli. Today I want to say a few words about the Quran.</w:t>
      </w:r>
    </w:p>
    <w:p>
      <w:pPr>
        <w:jc w:val="right"/>
      </w:pPr>
      <w:r>
        <w:t>الرحمن الرحیم، وصلی اللہ علی النبی الکریم۔ رب اشرح لی صدری، ویسر لی امری، واحل العقدۃ من لسانی، یفقہ قولی۔ Today I want to say a few words about the Quran.</w:t>
      </w:r>
    </w:p>
    <w:p>
      <w:r>
        <w:rPr>
          <w:b/>
        </w:rPr>
        <w:t xml:space="preserve">[00:42] </w:t>
      </w:r>
      <w:r>
        <w:t>You know, Quran is the most authentic book of the religion of Islam. Quran literally means "to be read." Quran is not a book in the ordinary sense of the word</w:t>
      </w:r>
    </w:p>
    <w:p>
      <w:pPr>
        <w:jc w:val="right"/>
      </w:pPr>
      <w:r>
        <w:t>You know, Quran is the most authentic book of the religion of Islam. Quran literally means "to be read." Quran is not a book in the ordinary sense of the word</w:t>
      </w:r>
    </w:p>
    <w:p>
      <w:r>
        <w:rPr>
          <w:b/>
        </w:rPr>
        <w:t xml:space="preserve">[01:14] </w:t>
      </w:r>
      <w:r>
        <w:t>. Quran was revealed to the Prophet Muhammad bin Abdullah bin Abdul Muttalib, sallallahu alaihi wasallam. Prophet Muhammad was born in Makkah in 500— in 570. He received his first revelation</w:t>
      </w:r>
    </w:p>
    <w:p>
      <w:pPr>
        <w:jc w:val="right"/>
      </w:pPr>
      <w:r>
        <w:t>. Quran was revealed to the Prophet Muhammad bin Abdullah bin Abdul Muttalib, sallallahu alaihi wasallam. Prophet Muhammad was born in Makkah in 500— in 570. He received his first revelation</w:t>
      </w:r>
    </w:p>
    <w:p>
      <w:r>
        <w:rPr>
          <w:b/>
        </w:rPr>
        <w:t xml:space="preserve">[01:45] </w:t>
      </w:r>
      <w:r>
        <w:t>in 610. This was the beginning of the Quran. Quran was revealed to him periodically, and it took 23 years to complete the whole book</w:t>
      </w:r>
    </w:p>
    <w:p>
      <w:pPr>
        <w:jc w:val="right"/>
      </w:pPr>
      <w:r>
        <w:t>in 610. This was the beginning of the Quran. Quran was revealed to him periodically, and it took 23 years to complete the whole book</w:t>
      </w:r>
    </w:p>
    <w:p>
      <w:r>
        <w:rPr>
          <w:b/>
        </w:rPr>
        <w:t xml:space="preserve">[02:15] </w:t>
      </w:r>
      <w:r>
        <w:t>of the Quran. At that time, there were no printing presses. But during those times, people were using their memory, and at that time, memory of people was</w:t>
      </w:r>
    </w:p>
    <w:p>
      <w:pPr>
        <w:jc w:val="right"/>
      </w:pPr>
      <w:r>
        <w:t>of the Quran. At that time, there were no printing presses. But during those times, people were using their memory, and at that time, memory of people was</w:t>
      </w:r>
    </w:p>
    <w:p>
      <w:r>
        <w:rPr>
          <w:b/>
        </w:rPr>
        <w:t xml:space="preserve">[02:47] </w:t>
      </w:r>
      <w:r>
        <w:t>very strong. So what happened? Prophet appointed— nearby, Prophet appointed more than a dozen persons. They were called as "Katib</w:t>
      </w:r>
    </w:p>
    <w:p>
      <w:pPr>
        <w:jc w:val="right"/>
      </w:pPr>
      <w:r>
        <w:t>very strong. So what happened? Prophet appointed— nearby, Prophet appointed more than a dozen persons. They were called as "Katib</w:t>
      </w:r>
    </w:p>
    <w:p>
      <w:r>
        <w:rPr>
          <w:b/>
        </w:rPr>
        <w:t xml:space="preserve">[03:17] </w:t>
      </w:r>
      <w:r>
        <w:t>" . Katib means secretary. So these Katib, or these persons, were available at any time during day and night. Because it was not— it was known in advance that when J</w:t>
      </w:r>
    </w:p>
    <w:p>
      <w:pPr>
        <w:jc w:val="right"/>
      </w:pPr>
      <w:r>
        <w:t>." Katib means secretary. So these Katib, or these persons, were available at any time during day and night. Because it was not— it was known in advance that when J</w:t>
      </w:r>
    </w:p>
    <w:p>
      <w:r>
        <w:rPr>
          <w:b/>
        </w:rPr>
        <w:t xml:space="preserve">[03:47] </w:t>
      </w:r>
      <w:r>
        <w:t>ibreel will come to him with any part of the Quran. So every time there was some Katib. His wife Aisha was also a Katib. His nearest companion Abu Bakr was also a Katib. And his nearest companion Umar was also a Katib. And Zayd ibn Thawbah al-Ansari was</w:t>
      </w:r>
    </w:p>
    <w:p>
      <w:pPr>
        <w:jc w:val="right"/>
      </w:pPr>
      <w:r>
        <w:t>ibreel will come to him with any part of the Quran. So every time there was some Katib. His wife Aisha was also a Katib. His nearest companion Abu Bakr was also a Katib. And his nearest companion Umar was also a Katib. And Zayd ibn Thawbah al-Ansari was</w:t>
      </w:r>
    </w:p>
    <w:p>
      <w:r>
        <w:rPr>
          <w:b/>
        </w:rPr>
        <w:t xml:space="preserve">[04:18] </w:t>
      </w:r>
      <w:r>
        <w:t>also a Katib. So these people were available every time, day and night. So they adopted a very unique method. This kind of method was not available— was not</w:t>
      </w:r>
    </w:p>
    <w:p>
      <w:pPr>
        <w:jc w:val="right"/>
      </w:pPr>
      <w:r>
        <w:t>also a Katib. So these people were available every time, day and night. So they adopted a very unique method. This kind of method was not available— was not</w:t>
      </w:r>
    </w:p>
    <w:p>
      <w:r>
        <w:rPr>
          <w:b/>
        </w:rPr>
        <w:t xml:space="preserve">[04:49] </w:t>
      </w:r>
      <w:r>
        <w:t>available in previous history. According to Dr. Maurice Bucaille, it was a double-checking system. It was based on the principle of double-checking system. It means that when a portion of the revelation was received by the Prophet, he</w:t>
      </w:r>
    </w:p>
    <w:p>
      <w:pPr>
        <w:jc w:val="right"/>
      </w:pPr>
      <w:r>
        <w:t>available in previous history. According to Dr. Maurice Bucaille, it was a double-checking system. It was based on the principle of double-checking system. It means that when a portion of the revelation was received by the Prophet, he</w:t>
      </w:r>
    </w:p>
    <w:p>
      <w:r>
        <w:rPr>
          <w:b/>
        </w:rPr>
        <w:t xml:space="preserve">[05:19] </w:t>
      </w:r>
      <w:r>
        <w:t>would recite it, and the listeners would memorize it. Then some others would write it. So memorization and writing, both were used side by side. So this was a unique method. It is this method that</w:t>
      </w:r>
    </w:p>
    <w:p>
      <w:pPr>
        <w:jc w:val="right"/>
      </w:pPr>
      <w:r>
        <w:t>would recite it, and the listeners would memorize it. Then some others would write it. So memorization and writing, both were used side by side. So this was a unique method. It is this method that</w:t>
      </w:r>
    </w:p>
    <w:p>
      <w:r>
        <w:rPr>
          <w:b/>
        </w:rPr>
        <w:t xml:space="preserve">[05:49] </w:t>
      </w:r>
      <w:r>
        <w:t>was named by Dr. Maurice Bucaille "double-checking system." It means that tally your memory from the writings, and tally your writing from the memory. So it was the most authentic way of preserving the revelation.</w:t>
      </w:r>
    </w:p>
    <w:p>
      <w:pPr>
        <w:jc w:val="right"/>
      </w:pPr>
      <w:r>
        <w:t>was named by Dr. Maurice Bucaille "double-checking system." It means that tally your memory from the writings, and tally your writing from the memory. So it was the most authentic way of preserving the revelation.</w:t>
      </w:r>
    </w:p>
    <w:p>
      <w:r>
        <w:rPr>
          <w:b/>
        </w:rPr>
        <w:t xml:space="preserve">[06:19] </w:t>
      </w:r>
      <w:r>
        <w:t>The method was that in every situation, God revealed the relevant directions. The language of Quran was Arabic. Arabic was, at that time, a very advanced language. It was not simply a colloquial</w:t>
      </w:r>
    </w:p>
    <w:p>
      <w:pPr>
        <w:jc w:val="right"/>
      </w:pPr>
      <w:r>
        <w:t>The method was that in every situation, God revealed the relevant directions. The language of Quran was Arabic. Arabic was, at that time, a very advanced language. It was not simply a colloquial</w:t>
      </w:r>
    </w:p>
    <w:p>
      <w:r>
        <w:rPr>
          <w:b/>
        </w:rPr>
        <w:t xml:space="preserve">[06:50] </w:t>
      </w:r>
      <w:r>
        <w:t>, but it was an advanced language. There were great poets, great orators, in the Arabic language. And if you read the Quran today, you will find that even at that time, when Prophet— at the advent of the</w:t>
      </w:r>
    </w:p>
    <w:p>
      <w:pPr>
        <w:jc w:val="right"/>
      </w:pPr>
      <w:r>
        <w:t>, but it was an advanced language. There were great poets, great orators, in the Arabic language. And if you read the Quran today, you will find that even at that time, when Prophet— at the advent of the</w:t>
      </w:r>
    </w:p>
    <w:p>
      <w:r>
        <w:rPr>
          <w:b/>
        </w:rPr>
        <w:t xml:space="preserve">[07:20] </w:t>
      </w:r>
      <w:r>
        <w:t>Prophet, at the time of advent of Prophet, Arabic language was, was, was quite an advanced language. It was able to express all kinds of thought. So this was the method adopted by the Prophet to preserve the word of God</w:t>
      </w:r>
    </w:p>
    <w:p>
      <w:pPr>
        <w:jc w:val="right"/>
      </w:pPr>
      <w:r>
        <w:t>Prophet, at the time of advent of Prophet, Arabic language was, was, was quite an advanced language. It was able to express all kinds of thought. So this was the method adopted by the Prophet to preserve the word of God</w:t>
      </w:r>
    </w:p>
    <w:p>
      <w:r>
        <w:rPr>
          <w:b/>
        </w:rPr>
        <w:t xml:space="preserve">[07:51] </w:t>
      </w:r>
      <w:r>
        <w:t>. After 23 years, when Quran was completed, then there was a— then the— then the angel Jibreel came to the Prophet, and he recited— the</w:t>
      </w:r>
    </w:p>
    <w:p>
      <w:pPr>
        <w:jc w:val="right"/>
      </w:pPr>
      <w:r>
        <w:t>. After 23 years, when Quran was completed, then there was a— then the— then the angel Jibreel came to the Prophet, and he recited— the</w:t>
      </w:r>
    </w:p>
    <w:p>
      <w:r>
        <w:rPr>
          <w:b/>
        </w:rPr>
        <w:t xml:space="preserve">[08:21] </w:t>
      </w:r>
      <w:r>
        <w:t>angel recited the whole Quran, from A to Z. This is called in history "Arzay ula." Arzayula means "first presentation." So Jibreel recited the whole Quran, and then Prophet recited the whole Quran. Before Jibreel, Jibreel was the link between</w:t>
      </w:r>
    </w:p>
    <w:p>
      <w:pPr>
        <w:jc w:val="right"/>
      </w:pPr>
      <w:r>
        <w:t>angel recited the whole Quran, from A to Z. This is called in history "Arzay ula." Arzayula means "first presentation." So Jibreel recited the whole Quran, and then Prophet recited the whole Quran. Before Jibreel, Jibreel was the link between</w:t>
      </w:r>
    </w:p>
    <w:p>
      <w:r>
        <w:rPr>
          <w:b/>
        </w:rPr>
        <w:t xml:space="preserve">[08:51] </w:t>
      </w:r>
      <w:r>
        <w:t>God and Prophet. So this was the Arzay ula. Then again Jibreel came, and the same process was repeated. Jibreel recited the whole Quran, and then Prophet recited the whole Quran. This was the Arzay thani'a, meaning "second presentation."</w:t>
      </w:r>
    </w:p>
    <w:p>
      <w:pPr>
        <w:jc w:val="right"/>
      </w:pPr>
      <w:r>
        <w:t>God and Prophet. So this was the Arzay ula. Then again Jibreel came, and the same process was repeated. Jibreel recited the whole Quran, and then Prophet recited the whole Quran. This was the Arzay thani'a, meaning "second presentation."</w:t>
      </w:r>
    </w:p>
    <w:p>
      <w:r>
        <w:rPr>
          <w:b/>
        </w:rPr>
        <w:t xml:space="preserve">[09:23] </w:t>
      </w:r>
      <w:r>
        <w:t>So this was the way by which Quran was preserved. Now, the first verse— the first revelation came to the Prophet was "Iqra bis-bi rabbika alladhi khalaq." At that time, Prophet was</w:t>
      </w:r>
    </w:p>
    <w:p>
      <w:pPr>
        <w:jc w:val="right"/>
      </w:pPr>
      <w:r>
        <w:t>So this was the way by which Quran was preserved. Now, the first verse— the first revelation came to the Prophet was "Iqra bis-bi rabbika alladhi khalaq." At that time, Prophet was</w:t>
      </w:r>
    </w:p>
    <w:p>
      <w:r>
        <w:rPr>
          <w:b/>
        </w:rPr>
        <w:t xml:space="preserve">[09:53] </w:t>
      </w:r>
      <w:r>
        <w:t>in the cave of Hira mountain. Hira is a mountain near Makkah. So Prophet was in a cave in this mountain. He was, at that time, was alone. The angel Jibreel came to him and said, "Ya Muhammad, iqra."</w:t>
      </w:r>
    </w:p>
    <w:p>
      <w:pPr>
        <w:jc w:val="right"/>
      </w:pPr>
      <w:r>
        <w:t>in the cave of Hira mountain. Hira is a mountain near Makkah. So Prophet was in a cave in this mountain. He was, at that time, was alone. The angel Jibreel came to him and said, "Ya Muhammad, iqra."</w:t>
      </w:r>
    </w:p>
    <w:p>
      <w:r>
        <w:rPr>
          <w:b/>
        </w:rPr>
        <w:t xml:space="preserve">[10:23] </w:t>
      </w:r>
      <w:r>
        <w:t>"O Muhammad, read." Prophet said, "Ma ana baqari. I cannot read." Jibreel said again, "Ya Muhammad, iqra." "O Muhammad, read." The Prophet again said— the Prophet again replied, "Ma ana baqari.</w:t>
      </w:r>
    </w:p>
    <w:p>
      <w:pPr>
        <w:jc w:val="right"/>
      </w:pPr>
      <w:r>
        <w:t>"O Muhammad, read." Prophet said, "Ma ana baqari. I cannot read." Jibreel said again, "Ya Muhammad, iqra." "O Muhammad, read." The Prophet again said— the Prophet again replied, "Ma ana baqari.</w:t>
      </w:r>
    </w:p>
    <w:p>
      <w:r>
        <w:rPr>
          <w:b/>
        </w:rPr>
        <w:t xml:space="preserve">[10:53] </w:t>
      </w:r>
      <w:r>
        <w:t>I cannot read." Then Jibreel third time said, "Ya Muhammad, iqra." The Prophet again said, "Ma ana baqari. I cannot read." So this dialogue was repeated three times. Then Jibreel embraced the Prophet, and then he was able to</w:t>
      </w:r>
    </w:p>
    <w:p>
      <w:pPr>
        <w:jc w:val="right"/>
      </w:pPr>
      <w:r>
        <w:t>I cannot read." Then Jibreel third time said, "Ya Muhammad, iqra." The Prophet again said, "Ma ana baqari. I cannot read." So this dialogue was repeated three times. Then Jibreel embraced the Prophet, and then he was able to</w:t>
      </w:r>
    </w:p>
    <w:p>
      <w:r>
        <w:rPr>
          <w:b/>
        </w:rPr>
        <w:t xml:space="preserve">[11:24] </w:t>
      </w:r>
      <w:r>
        <w:t>— able to read. Now, this is— this was the first lesson. See the dialogue. Think about dialogue. Jibreel says, "O Muhammad, read." And Prophet says, "I cannot read." But again Jibreel says, "O Muhammad, read." And Prophet says, "I cannot read."</w:t>
      </w:r>
    </w:p>
    <w:p>
      <w:pPr>
        <w:jc w:val="right"/>
      </w:pPr>
      <w:r>
        <w:t>— able to read. Now, this is— this was the first lesson. See the dialogue. Think about dialogue. Jibreel says, "O Muhammad, read." And Prophet says, "I cannot read." But again Jibreel says, "O Muhammad, read." And Prophet says, "I cannot read."</w:t>
      </w:r>
    </w:p>
    <w:p>
      <w:r>
        <w:rPr>
          <w:b/>
        </w:rPr>
        <w:t xml:space="preserve">[11:54] </w:t>
      </w:r>
      <w:r>
        <w:t>What— what it means— it means that read even if you cannot read. It is a very strange— read even if you cannot read. Read even if you cannot read. It is a great lesson. It tells us that the mind has enormous capacity. Mind has en</w:t>
      </w:r>
    </w:p>
    <w:p>
      <w:pPr>
        <w:jc w:val="right"/>
      </w:pPr>
      <w:r>
        <w:t>What— what it means— it means that read even if you cannot read. It is a very strange— read even if you cannot read. Read even if you cannot read. It is a great lesson. It tells us that the mind has enormous capacity. Mind has en</w:t>
      </w:r>
    </w:p>
    <w:p>
      <w:r>
        <w:rPr>
          <w:b/>
        </w:rPr>
        <w:t xml:space="preserve">[12:24] </w:t>
      </w:r>
      <w:r>
        <w:t>ormous capacity. It means that if you try, if you struggle, if you strive, you can achieve impossible, which seemingly— which, which seemingly is impossible. What is impossible in present can</w:t>
      </w:r>
    </w:p>
    <w:p>
      <w:pPr>
        <w:jc w:val="right"/>
      </w:pPr>
      <w:r>
        <w:t>ormous capacity. It means that if you try, if you struggle, if you strive, you can achieve impossible, which seemingly— which, which seemingly is impossible. What is impossible in present can</w:t>
      </w:r>
    </w:p>
    <w:p>
      <w:r>
        <w:rPr>
          <w:b/>
        </w:rPr>
        <w:t xml:space="preserve">[12:54] </w:t>
      </w:r>
      <w:r>
        <w:t>be achieved in future. So there is no difference between possible and impossible. It is a very, very important lesson. Read even if you cannot read. Try, try, try again. If you try, if you struggle, then you can achieve what seems to be not</w:t>
      </w:r>
    </w:p>
    <w:p>
      <w:pPr>
        <w:jc w:val="right"/>
      </w:pPr>
      <w:r>
        <w:t>be achieved in future. So there is no difference between possible and impossible. It is a very, very important lesson. Read even if you cannot read. Try, try, try again. If you try, if you struggle, then you can achieve what seems to be not</w:t>
      </w:r>
    </w:p>
    <w:p>
      <w:r>
        <w:rPr>
          <w:b/>
        </w:rPr>
        <w:t xml:space="preserve">[13:24] </w:t>
      </w:r>
      <w:r>
        <w:t>achievable in your present situation. So this was the first lesson received the Prophet from God. And actually, Prophet was able in Arabia to turn the impossible into possible. At that</w:t>
      </w:r>
    </w:p>
    <w:p>
      <w:pPr>
        <w:jc w:val="right"/>
      </w:pPr>
      <w:r>
        <w:t>achievable in your present situation. So this was the first lesson received the Prophet from God. And actually, Prophet was able in Arabia to turn the impossible into possible. At that</w:t>
      </w:r>
    </w:p>
    <w:p>
      <w:r>
        <w:rPr>
          <w:b/>
        </w:rPr>
        <w:t xml:space="preserve">[13:54] </w:t>
      </w:r>
      <w:r>
        <w:t>time, it was very, very difficult, but impossible, to bring about a revolution in Arabia. At that time, not only Arabia, but the whole world was— was worshippers of idols. Even Kaaba, which was built by the Prophet Ibrahim as— as the</w:t>
      </w:r>
    </w:p>
    <w:p>
      <w:pPr>
        <w:jc w:val="right"/>
      </w:pPr>
      <w:r>
        <w:t>time, it was very, very difficult, but impossible, to bring about a revolution in Arabia. At that time, not only Arabia, but the whole world was— was worshippers of idols. Even Kaaba, which was built by the Prophet Ibrahim as— as the</w:t>
      </w:r>
    </w:p>
    <w:p>
      <w:r>
        <w:rPr>
          <w:b/>
        </w:rPr>
        <w:t xml:space="preserve">[14:25] </w:t>
      </w:r>
      <w:r>
        <w:t>place of worship of God, one God, in the house of Tawheed. Kaaba was built as a house of Tawheed. But at that time, when Prophet was born in Makkah, there were 360 idols in— in Kaaba. So the whole world was</w:t>
      </w:r>
    </w:p>
    <w:p>
      <w:pPr>
        <w:jc w:val="right"/>
      </w:pPr>
      <w:r>
        <w:t>place of worship of God, one God, in the house of Tawheed. Kaaba was built as a house of Tawheed. But at that time, when Prophet was born in Makkah, there were 360 idols in— in Kaaba. So the whole world was</w:t>
      </w:r>
    </w:p>
    <w:p>
      <w:r>
        <w:rPr>
          <w:b/>
        </w:rPr>
        <w:t xml:space="preserve">[14:58] </w:t>
      </w:r>
      <w:r>
        <w:t>— the whole world became worshippers of idols. It seemed impossible to bring about a revolution that is based on Tawheed. But what was seemingly impossible became possible. So this was the first lesson. Then, if you</w:t>
      </w:r>
    </w:p>
    <w:p>
      <w:pPr>
        <w:jc w:val="right"/>
      </w:pPr>
      <w:r>
        <w:t>— the whole world became worshippers of idols. It seemed impossible to bring about a revolution that is based on Tawheed. But what was seemingly impossible became possible. So this was the first lesson. Then, if you</w:t>
      </w:r>
    </w:p>
    <w:p>
      <w:r>
        <w:rPr>
          <w:b/>
        </w:rPr>
        <w:t xml:space="preserve">[15:28] </w:t>
      </w:r>
      <w:r>
        <w:t>take a copy of the Quran and start reading it, you will find that the first verse, "Bismillahirrahmanirrahim," "In the name of God, Most Merciful, Most Compassionate," this is the first introduction of God. Quran is a— is</w:t>
      </w:r>
    </w:p>
    <w:p>
      <w:pPr>
        <w:jc w:val="right"/>
      </w:pPr>
      <w:r>
        <w:t>take a copy of the Quran and start reading it, you will find that the first verse, "Bismillahirrahmanirrahim," "In the name of God, Most Merciful, Most Compassionate," this is the first introduction of God. Quran is a— is</w:t>
      </w:r>
    </w:p>
    <w:p>
      <w:r>
        <w:rPr>
          <w:b/>
        </w:rPr>
        <w:t xml:space="preserve">[15:58] </w:t>
      </w:r>
      <w:r>
        <w:t>an introduction of God. Quran is a book of God, a word of God. In other words, Quran is an introduction of God. So this is the first introduction. And you know, first impression is the last impression. First impression of God is that He is merciful, He is compassionate, He loves His creatures.</w:t>
      </w:r>
    </w:p>
    <w:p>
      <w:pPr>
        <w:jc w:val="right"/>
      </w:pPr>
      <w:r>
        <w:t>an introduction of God. Quran is a book of God, a word of God. In other words, Quran is an introduction of God. So this is the first introduction. And you know, first impression is the last impression. First impression of God is that He is merciful, He is compassionate, He loves His creatures.</w:t>
      </w:r>
    </w:p>
    <w:p>
      <w:r>
        <w:rPr>
          <w:b/>
        </w:rPr>
        <w:t xml:space="preserve">[16:32] </w:t>
      </w:r>
      <w:r>
        <w:t>So here man finds solace. Here man understands that his creator is a— is— his creator loves him. So this is the first lesson one receives from the Quran. Then</w:t>
      </w:r>
    </w:p>
    <w:p>
      <w:pPr>
        <w:jc w:val="right"/>
      </w:pPr>
      <w:r>
        <w:t>So here man finds solace. Here man understands that his creator is a— is— his creator loves him. So this is the first lesson one receives from the Quran. Then</w:t>
      </w:r>
    </w:p>
    <w:p>
      <w:r>
        <w:rPr>
          <w:b/>
        </w:rPr>
        <w:t xml:space="preserve">[17:03] </w:t>
      </w:r>
      <w:r>
        <w:t>the first chapter of the Quran is Al-Fatiha. This chapter begins from this verse, "Alhamdulillahi Rabbil Alameen." "All praise be to God, Lord of the world." This is the first verse of the first chapter. Here again, the reader receives</w:t>
      </w:r>
    </w:p>
    <w:p>
      <w:pPr>
        <w:jc w:val="right"/>
      </w:pPr>
      <w:r>
        <w:t>the first chapter of the Quran is Al-Fatiha. This chapter begins from this verse, "Alhamdulillahi Rabbil Alameen." "All praise be to God, Lord of the world." This is the first verse of the first chapter. Here again, the reader receives</w:t>
      </w:r>
    </w:p>
    <w:p>
      <w:r>
        <w:rPr>
          <w:b/>
        </w:rPr>
        <w:t xml:space="preserve">[17:34] </w:t>
      </w:r>
      <w:r>
        <w:t>a great message that— that— that God, or His creator, is Rabbul Alameen. His control of— His control of the universe. He controls the whole process of creation. God is not only a creator, but He is s</w:t>
      </w:r>
    </w:p>
    <w:p>
      <w:pPr>
        <w:jc w:val="right"/>
      </w:pPr>
      <w:r>
        <w:t>a great message that— that— that God, or His creator, is Rabbul Alameen. His control of— His control of the universe. He controls the whole process of creation. God is not only a creator, but He is s</w:t>
      </w:r>
    </w:p>
    <w:p>
      <w:r>
        <w:rPr>
          <w:b/>
        </w:rPr>
        <w:t xml:space="preserve">[18:04] </w:t>
      </w:r>
      <w:r>
        <w:t>ustainer. He is Lord. The whole world. He is controller of the whole world. So here one— here one finds, here one discovers that God is— God is so powerful that He can comp</w:t>
      </w:r>
    </w:p>
    <w:p>
      <w:pPr>
        <w:jc w:val="right"/>
      </w:pPr>
      <w:r>
        <w:t>ustainer. He is Lord. The whole world. He is controller of the whole world. So here one— here one finds, here one discovers that God is— God is so powerful that He can comp</w:t>
      </w:r>
    </w:p>
    <w:p>
      <w:r>
        <w:rPr>
          <w:b/>
        </w:rPr>
        <w:t xml:space="preserve">[18:34] </w:t>
      </w:r>
      <w:r>
        <w:t>ensate Him. Everyone lives in— in the feeling of shortcomings. Everyone feels that I am not— I have— I am not so powerful that to overcome all the— to rule all the— all the causes.</w:t>
      </w:r>
    </w:p>
    <w:p>
      <w:pPr>
        <w:jc w:val="right"/>
      </w:pPr>
      <w:r>
        <w:t>ensate Him. Everyone lives in— in the feeling of shortcomings. Everyone feels that I am not— I have— I am not so powerful that to overcome all the— to rule all the— all the causes.</w:t>
      </w:r>
    </w:p>
    <w:p>
      <w:r>
        <w:rPr>
          <w:b/>
        </w:rPr>
        <w:t xml:space="preserve">[19:05] </w:t>
      </w:r>
      <w:r>
        <w:t>So when he reads in the Quran that God is Rabbul Alameen, He is Lord of the universe, He is Lord of the worlds, he feels that I have discovered a God who is my sustainer, who is able to give me everything that I want. So this is the discovery of</w:t>
      </w:r>
    </w:p>
    <w:p>
      <w:pPr>
        <w:jc w:val="right"/>
      </w:pPr>
      <w:r>
        <w:t>So when he reads in the Quran that God is Rabbul Alameen, He is Lord of the universe, He is Lord of the worlds, he feels that I have discovered a God who is my sustainer, who is able to give me everything that I want. So this is the discovery of</w:t>
      </w:r>
    </w:p>
    <w:p>
      <w:r>
        <w:rPr>
          <w:b/>
        </w:rPr>
        <w:t xml:space="preserve">[19:35] </w:t>
      </w:r>
      <w:r>
        <w:t>God. Then I have read several articles written by those people who were converted to Islam. There are thousands and thousands of people who read Quran and then accepted Islam. Then they accepted Islam. Almost all these people, all these persons say</w:t>
      </w:r>
    </w:p>
    <w:p>
      <w:pPr>
        <w:jc w:val="right"/>
      </w:pPr>
      <w:r>
        <w:t>God. Then I have read several articles written by those people who were converted to Islam. There are thousands and thousands of people who read Quran and then accepted Islam. Then they accepted Islam. Almost all these people, all these persons say</w:t>
      </w:r>
    </w:p>
    <w:p>
      <w:r>
        <w:rPr>
          <w:b/>
        </w:rPr>
        <w:t xml:space="preserve">[20:06] </w:t>
      </w:r>
      <w:r>
        <w:t>that we— we found the answers of our question in the Quran. For example, everyone— everyone feels by birth that he is incomplete. Everyone feels by birth, every man and every woman, that he is incomplete.</w:t>
      </w:r>
    </w:p>
    <w:p>
      <w:pPr>
        <w:jc w:val="right"/>
      </w:pPr>
      <w:r>
        <w:t>that we— we found the answers of our question in the Quran. For example, everyone— everyone feels by birth that he is incomplete. Everyone feels by birth, every man and every woman, that he is incomplete.</w:t>
      </w:r>
    </w:p>
    <w:p>
      <w:r>
        <w:rPr>
          <w:b/>
        </w:rPr>
        <w:t xml:space="preserve">[20:37] </w:t>
      </w:r>
      <w:r>
        <w:t>He is only half part of the fact. When he reads Quran, he finds that here is God who is able to complete his personality. So when one reads Quran, he finds complete version of his personality. Before reading Quran, before having</w:t>
      </w:r>
    </w:p>
    <w:p>
      <w:pPr>
        <w:jc w:val="right"/>
      </w:pPr>
      <w:r>
        <w:t>He is only half part of the fact. When he reads Quran, he finds that here is God who is able to complete his personality. So when one reads Quran, he finds complete version of his personality. Before reading Quran, before having</w:t>
      </w:r>
    </w:p>
    <w:p>
      <w:r>
        <w:rPr>
          <w:b/>
        </w:rPr>
        <w:t xml:space="preserve">[21:08] </w:t>
      </w:r>
      <w:r>
        <w:t>introduction about God, he was incomplete. But now, when he reads Quran, he feels that now I am complete. Now I— I have a sustainer. Now I have a Lord. Now I have a God Almighty. Now I have a God who is controller</w:t>
      </w:r>
    </w:p>
    <w:p>
      <w:pPr>
        <w:jc w:val="right"/>
      </w:pPr>
      <w:r>
        <w:t>introduction about God, he was incomplete. But now, when he reads Quran, he feels that now I am complete. Now I— I have a sustainer. Now I have a Lord. Now I have a God Almighty. Now I have a God who is controller</w:t>
      </w:r>
    </w:p>
    <w:p>
      <w:r>
        <w:rPr>
          <w:b/>
        </w:rPr>
        <w:t xml:space="preserve">[21:40] </w:t>
      </w:r>
      <w:r>
        <w:t>of all the universe, who controls everything. So here— here one finds compensation of his helplessness. Before the discovery of God, everyone feels that I am helpless, I am incomplete. But when he discover— when he discovers God, he— he feels that now I am complet</w:t>
      </w:r>
    </w:p>
    <w:p>
      <w:pPr>
        <w:jc w:val="right"/>
      </w:pPr>
      <w:r>
        <w:t>of all the universe, who controls everything. So here— here one finds compensation of his helplessness. Before the discovery of God, everyone feels that I am helpless, I am incomplete. But when he discover— when he discovers God, he— he feels that now I am complet</w:t>
      </w:r>
    </w:p>
    <w:p>
      <w:r>
        <w:rPr>
          <w:b/>
        </w:rPr>
        <w:t xml:space="preserve">[22:10] </w:t>
      </w:r>
      <w:r>
        <w:t>e. Now I have found that now I have found the Lord of the universe who can compensate my— my shortcomings. So this is the first impression of the Quran. Then</w:t>
      </w:r>
    </w:p>
    <w:p>
      <w:pPr>
        <w:jc w:val="right"/>
      </w:pPr>
      <w:r>
        <w:t>e. Now I have found that now I have found the Lord of the universe who can compensate my— my shortcomings. So this is the first impression of the Quran. Then</w:t>
      </w:r>
    </w:p>
    <w:p>
      <w:r>
        <w:rPr>
          <w:b/>
        </w:rPr>
        <w:t xml:space="preserve">[22:42] </w:t>
      </w:r>
      <w:r>
        <w:t>after the completion of the Quran, the charge of the Muslim society was given to Abu Bakr. He was the first caliph of Islam. So Abu Bakr, who was the first caliph, asked for Zayd ibn Thawit al-Ansari. During Prophet's time, Z</w:t>
      </w:r>
    </w:p>
    <w:p>
      <w:pPr>
        <w:jc w:val="right"/>
      </w:pPr>
      <w:r>
        <w:t>after the completion of the Quran, the charge of the Muslim society was given to Abu Bakr. He was the first caliph of Islam. So Abu Bakr, who was the first caliph, asked for Zayd ibn Thawit al-Ansari. During Prophet's time, Z</w:t>
      </w:r>
    </w:p>
    <w:p>
      <w:r>
        <w:rPr>
          <w:b/>
        </w:rPr>
        <w:t xml:space="preserve">[23:12] </w:t>
      </w:r>
      <w:r>
        <w:t>ayd ibn Thawit was head katib. That is head— that is head of this— head of this process. There were more than a dozen secretary or katib. But Zayd ibn Thawit was— Zayd ibn Thawit al-Ansari was head of that team. So</w:t>
      </w:r>
    </w:p>
    <w:p>
      <w:pPr>
        <w:jc w:val="right"/>
      </w:pPr>
      <w:r>
        <w:t>ayd ibn Thawit was head katib. That is head— that is head of this— head of this process. There were more than a dozen secretary or katib. But Zayd ibn Thawit was— Zayd ibn Thawit al-Ansari was head of that team. So</w:t>
      </w:r>
    </w:p>
    <w:p>
      <w:r>
        <w:rPr>
          <w:b/>
        </w:rPr>
        <w:t xml:space="preserve">[23:43] </w:t>
      </w:r>
      <w:r>
        <w:t>second caliph asked for Zayd ibn Thawit al-Ansari and gave him this— this task. So he— he wrote the whole Quran in— in a book form. Before this book, Quran was either in memory</w:t>
      </w:r>
    </w:p>
    <w:p>
      <w:pPr>
        <w:jc w:val="right"/>
      </w:pPr>
      <w:r>
        <w:t>second caliph asked for Zayd ibn Thawit al-Ansari and gave him this— this task. So he— he wrote the whole Quran in— in a book form. Before this book, Quran was either in memory</w:t>
      </w:r>
    </w:p>
    <w:p>
      <w:r>
        <w:rPr>
          <w:b/>
        </w:rPr>
        <w:t xml:space="preserve">[24:14] </w:t>
      </w:r>
      <w:r>
        <w:t>or in fragmentary pieces. So Zayd ibn Thawit al-Ansari gathered all those things. And also he asked all those huffaz, who— who were— who have memorized the Quran, the whole Quran. So by the aid— by the— by the help of those huffaz and also by the help of those writ</w:t>
      </w:r>
    </w:p>
    <w:p>
      <w:pPr>
        <w:jc w:val="right"/>
      </w:pPr>
      <w:r>
        <w:t>or in fragmentary pieces. So Zayd ibn Thawit al-Ansari gathered all those things. And also he asked all those huffaz, who— who were— who have memorized the Quran, the whole Quran. So by the aid— by the— by the help of those huffaz and also by the help of those writ</w:t>
      </w:r>
    </w:p>
    <w:p>
      <w:r>
        <w:rPr>
          <w:b/>
        </w:rPr>
        <w:t xml:space="preserve">[24:44] </w:t>
      </w:r>
      <w:r>
        <w:t>ings, he compiled the whole Quran. He wrote the Quran in— in the— in— in this— in— in— in sheets. You know, at that time, present kind of papers were not available, but an old kind of papers that was invented in Egypt and China</w:t>
      </w:r>
    </w:p>
    <w:p>
      <w:pPr>
        <w:jc w:val="right"/>
      </w:pPr>
      <w:r>
        <w:t>ings, he compiled the whole Quran. He wrote the Quran in— in the— in— in this— in— in— in sheets. You know, at that time, present kind of papers were not available, but an old kind of papers that was invented in Egypt and China</w:t>
      </w:r>
    </w:p>
    <w:p>
      <w:r>
        <w:rPr>
          <w:b/>
        </w:rPr>
        <w:t xml:space="preserve">[25:14] </w:t>
      </w:r>
      <w:r>
        <w:t>was available there. So he wrote the Quran on this paper. This was called papyrus. So he wrote all the Quran on papyrus. After completing this, he prepared</w:t>
      </w:r>
    </w:p>
    <w:p>
      <w:pPr>
        <w:jc w:val="right"/>
      </w:pPr>
      <w:r>
        <w:t>was available there. So he wrote the Quran on this paper. This was called papyrus. So he wrote all the Quran on papyrus. After completing this, he prepared</w:t>
      </w:r>
    </w:p>
    <w:p>
      <w:r>
        <w:rPr>
          <w:b/>
        </w:rPr>
        <w:t xml:space="preserve">[25:44] </w:t>
      </w:r>
      <w:r>
        <w:t>a book. This book was called Raba. Raba means square. The size of this first copy of the Quran was square. So it was called Raba. This was the first prepared copy of the Quran. This copy— this copy— this— this copy of the Quran was prepared during the first caliph. Th</w:t>
      </w:r>
    </w:p>
    <w:p>
      <w:pPr>
        <w:jc w:val="right"/>
      </w:pPr>
      <w:r>
        <w:t>a book. This book was called Raba. Raba means square. The size of this first copy of the Quran was square. So it was called Raba. This was the first prepared copy of the Quran. This copy— this copy— this— this copy of the Quran was prepared during the first caliph. Th</w:t>
      </w:r>
    </w:p>
    <w:p>
      <w:r>
        <w:rPr>
          <w:b/>
        </w:rPr>
        <w:t xml:space="preserve">[26:14] </w:t>
      </w:r>
      <w:r>
        <w:t>en this copy, that was authentic copy of the Quran, was kept with Hafsa. Hafsa was wife of the Prophet. He was— she was— she was a senior member of Prophet's family. So this— this— this copy of the Quran was kept</w:t>
      </w:r>
    </w:p>
    <w:p>
      <w:pPr>
        <w:jc w:val="right"/>
      </w:pPr>
      <w:r>
        <w:t>en this copy, that was authentic copy of the Quran, was kept with Hafsa. Hafsa was wife of the Prophet. He was— she was— she was a senior member of Prophet's family. So this— this— this copy of the Quran was kept</w:t>
      </w:r>
    </w:p>
    <w:p>
      <w:r>
        <w:rPr>
          <w:b/>
        </w:rPr>
        <w:t xml:space="preserve">[26:45] </w:t>
      </w:r>
      <w:r>
        <w:t>with Hafsa. Then during the— the third caliph, Uthman ibn Affan, Uthman ibn Affan wanted to prepare more copies of the Quran. So Uthman ibn Affan, the third caliph, asked for that copy. And after having that copy, he ordered</w:t>
      </w:r>
    </w:p>
    <w:p>
      <w:pPr>
        <w:jc w:val="right"/>
      </w:pPr>
      <w:r>
        <w:t>with Hafsa. Then during the— the third caliph, Uthman ibn Affan, Uthman ibn Affan wanted to prepare more copies of the Quran. So Uthman ibn Affan, the third caliph, asked for that copy. And after having that copy, he ordered</w:t>
      </w:r>
    </w:p>
    <w:p>
      <w:r>
        <w:rPr>
          <w:b/>
        </w:rPr>
        <w:t xml:space="preserve">[27:15] </w:t>
      </w:r>
      <w:r>
        <w:t>several experts to prepare more copies. So these experts prepared more copies of the Quran. And these copies were sent to every country, every city. You know, at that time, Islamic world was expanded. It was not only—</w:t>
      </w:r>
    </w:p>
    <w:p>
      <w:pPr>
        <w:jc w:val="right"/>
      </w:pPr>
      <w:r>
        <w:t>several experts to prepare more copies. So these experts prepared more copies of the Quran. And these copies were sent to every country, every city. You know, at that time, Islamic world was expanded. It was not only—</w:t>
      </w:r>
    </w:p>
    <w:p>
      <w:r>
        <w:rPr>
          <w:b/>
        </w:rPr>
        <w:t xml:space="preserve">[27:45] </w:t>
      </w:r>
      <w:r>
        <w:t>it was not confined only to Mecca and Medina, but it was expanded from Asia to Africa. So he prepared copies of the Quran and sent these copies to every country and every city. So this copy— these copies of the Quran were kept in— in Jama Masjid. In every Jama Masjid, there was a copy. And it was</w:t>
      </w:r>
    </w:p>
    <w:p>
      <w:pPr>
        <w:jc w:val="right"/>
      </w:pPr>
      <w:r>
        <w:t>it was not confined only to Mecca and Medina, but it was expanded from Asia to Africa. So he prepared copies of the Quran and sent these copies to every country and every city. So this copy— these copies of the Quran were kept in— in Jama Masjid. In every Jama Masjid, there was a copy. And it was</w:t>
      </w:r>
    </w:p>
    <w:p>
      <w:r>
        <w:rPr>
          <w:b/>
        </w:rPr>
        <w:t xml:space="preserve">[28:15] </w:t>
      </w:r>
      <w:r>
        <w:t>announced that anyone who wants to prepare a new copy, he must see this book, this copy. So then people prepared more copies. And then hundred or thousand copies were prepared by the aid of this authentic copy.</w:t>
      </w:r>
    </w:p>
    <w:p>
      <w:pPr>
        <w:jc w:val="right"/>
      </w:pPr>
      <w:r>
        <w:t>announced that anyone who wants to prepare a new copy, he must see this book, this copy. So then people prepared more copies. And then hundred or thousand copies were prepared by the aid of this authentic copy.</w:t>
      </w:r>
    </w:p>
    <w:p>
      <w:r>
        <w:rPr>
          <w:b/>
        </w:rPr>
        <w:t xml:space="preserve">[28:46] </w:t>
      </w:r>
      <w:r>
        <w:t>This continues up to several hundred years, until 18th century. You can say until 18th century. Because in 18th century, the printing press was invented in Europe. Then during Napoleon's period, printing press was imported from</w:t>
      </w:r>
    </w:p>
    <w:p>
      <w:pPr>
        <w:jc w:val="right"/>
      </w:pPr>
      <w:r>
        <w:t>This continues up to several hundred years, until 18th century. You can say until 18th century. Because in 18th century, the printing press was invented in Europe. Then during Napoleon's period, printing press was imported from</w:t>
      </w:r>
    </w:p>
    <w:p>
      <w:r>
        <w:rPr>
          <w:b/>
        </w:rPr>
        <w:t xml:space="preserve">[29:16] </w:t>
      </w:r>
      <w:r>
        <w:t>France in. So the first copy that was printed by printing press. So in Egypt— in Egypt, the first copy was printed through this printing press. Now, you know, there are developed form of printing presses, and there are million— million— billion</w:t>
      </w:r>
    </w:p>
    <w:p>
      <w:pPr>
        <w:jc w:val="right"/>
      </w:pPr>
      <w:r>
        <w:t>France in. So the first copy that was printed by printing press. So in Egypt— in Egypt, the first copy was printed through this printing press. Now, you know, there are developed form of printing presses, and there are million— million— billion</w:t>
      </w:r>
    </w:p>
    <w:p>
      <w:r>
        <w:rPr>
          <w:b/>
        </w:rPr>
        <w:t xml:space="preserve">[29:47] </w:t>
      </w:r>
      <w:r>
        <w:t>copies everywhere. You can find million— billion copies of the Quran printed in printed form everywhere in the world. So this is the method by which the Quran was preserved. Now we can say with conviction that Quran is completely preserved. Present copy of the Quran we find in market or in— in— in</w:t>
      </w:r>
    </w:p>
    <w:p>
      <w:pPr>
        <w:jc w:val="right"/>
      </w:pPr>
      <w:r>
        <w:t>copies everywhere. You can find million— billion copies of the Quran printed in printed form everywhere in the world. So this is the method by which the Quran was preserved. Now we can say with conviction that Quran is completely preserved. Present copy of the Quran we find in market or in— in— in</w:t>
      </w:r>
    </w:p>
    <w:p>
      <w:r>
        <w:rPr>
          <w:b/>
        </w:rPr>
        <w:t xml:space="preserve">[30:17] </w:t>
      </w:r>
      <w:r>
        <w:t>houses or in mosque is the same copy which was prepared first by the Prophet, then by the second caliph, and then by the third caliph. There is no doubt about it. And it is accepted among non-Muslim scholars also. I don't know any scholar, any non-Muslim— any non-Muslim scholar</w:t>
      </w:r>
    </w:p>
    <w:p>
      <w:pPr>
        <w:jc w:val="right"/>
      </w:pPr>
      <w:r>
        <w:t>houses or in mosque is the same copy which was prepared first by the Prophet, then by the second caliph, and then by the third caliph. There is no doubt about it. And it is accepted among non-Muslim scholars also. I don't know any scholar, any non-Muslim— any non-Muslim scholar</w:t>
      </w:r>
    </w:p>
    <w:p>
      <w:r>
        <w:rPr>
          <w:b/>
        </w:rPr>
        <w:t xml:space="preserve">[30:47] </w:t>
      </w:r>
      <w:r>
        <w:t>who doubts about the authenticity of the Quran. Everyone accepts that the present copies of the Quran are the same that was prepared during the Prophet and caliph. There is no difference at all, no change at all. Even an Ayetah, you cannot see any— any change. So this is the history of</w:t>
      </w:r>
    </w:p>
    <w:p>
      <w:pPr>
        <w:jc w:val="right"/>
      </w:pPr>
      <w:r>
        <w:t>who doubts about the authenticity of the Quran. Everyone accepts that the present copies of the Quran are the same that was prepared during the Prophet and caliph. There is no difference at all, no change at all. Even an Ayetah, you cannot see any— any change. So this is the history of</w:t>
      </w:r>
    </w:p>
    <w:p>
      <w:r>
        <w:rPr>
          <w:b/>
        </w:rPr>
        <w:t xml:space="preserve">[31:18] </w:t>
      </w:r>
      <w:r>
        <w:t>the Quran in brief. Then Muslims engage themselves in disciplines related to the Quran, like writing dictionary, writing grammar. So at that time, although Arabic language was a developed language, but there were no dictionary of Arabic language, no grammar of Arab</w:t>
      </w:r>
    </w:p>
    <w:p>
      <w:pPr>
        <w:jc w:val="right"/>
      </w:pPr>
      <w:r>
        <w:t>the Quran in brief. Then Muslims engage themselves in disciplines related to the Quran, like writing dictionary, writing grammar. So at that time, although Arabic language was a developed language, but there were no dictionary of Arabic language, no grammar of Arab</w:t>
      </w:r>
    </w:p>
    <w:p>
      <w:r>
        <w:rPr>
          <w:b/>
        </w:rPr>
        <w:t xml:space="preserve">[31:48] </w:t>
      </w:r>
      <w:r>
        <w:t>ic language. So during Abbasid period, this work— this work— this process began during Umayyad period, and it was completed during Abbasid period. So dozens of scholars engage themselves to prepare a dictionary</w:t>
      </w:r>
    </w:p>
    <w:p>
      <w:pPr>
        <w:jc w:val="right"/>
      </w:pPr>
      <w:r>
        <w:t>ic language. So during Abbasid period, this work— this work— this process began during Umayyad period, and it was completed during Abbasid period. So dozens of scholars engage themselves to prepare a dictionary</w:t>
      </w:r>
    </w:p>
    <w:p>
      <w:r>
        <w:rPr>
          <w:b/>
        </w:rPr>
        <w:t xml:space="preserve">[32:18] </w:t>
      </w:r>
      <w:r>
        <w:t>of the— of the Arabic language. Here I would like to give only one example. Asbai was— Asbai, A-S-M-A-I. Asbai was an expert of Arabic language. So he dedicated his whole life to</w:t>
      </w:r>
    </w:p>
    <w:p>
      <w:pPr>
        <w:jc w:val="right"/>
      </w:pPr>
      <w:r>
        <w:t>of the— of the Arabic language. Here I would like to give only one example. Asbai was— Asbai, A-S-M-A-I. Asbai was an expert of Arabic language. So he dedicated his whole life to</w:t>
      </w:r>
    </w:p>
    <w:p>
      <w:r>
        <w:rPr>
          <w:b/>
        </w:rPr>
        <w:t xml:space="preserve">[32:48] </w:t>
      </w:r>
      <w:r>
        <w:t>prepare a dictionary. So his method was very, very scientific. For example, he wanted to know what is the concept of Damdamah. You know, in the Quran, there is a verse, "Fadamdamah alayhi rabbuhum bidam bihim fasawwaha." So Damdamah is an Arabic word used in the Quran. "Fadamdamah alayhi rabbuhum bidam bihim fasawwaha." So he wanted to know what is the exact concept of</w:t>
      </w:r>
    </w:p>
    <w:p>
      <w:pPr>
        <w:jc w:val="right"/>
      </w:pPr>
      <w:r>
        <w:t>prepare a dictionary. So his method was very, very scientific. For example, he wanted to know what is the concept of Damdamah. You know, in the Quran, there is a verse, "Fadamdamah alayhi rabbuhum bidam bihim fasawwaha." So Damdamah is an Arabic word used in the Quran. "Fadamdamah alayhi rabbuhum bidam bihim fasawwaha." So he wanted to know what is the exact concept of</w:t>
      </w:r>
    </w:p>
    <w:p>
      <w:r>
        <w:rPr>
          <w:b/>
        </w:rPr>
        <w:t xml:space="preserve">[33:18] </w:t>
      </w:r>
      <w:r>
        <w:t>Damdamah. So he— at that time, the Arabic language was preserved in its original form among those people who were called Baduu. Baduu means those who were living outside the cities, mostly in desert areas. So it was held that these Baduus are—</w:t>
      </w:r>
    </w:p>
    <w:p>
      <w:pPr>
        <w:jc w:val="right"/>
      </w:pPr>
      <w:r>
        <w:t>Damdamah. So he— at that time, the Arabic language was preserved in its original form among those people who were called Baduu. Baduu means those who were living outside the cities, mostly in desert areas. So it was held that these Baduus are—</w:t>
      </w:r>
    </w:p>
    <w:p>
      <w:r>
        <w:rPr>
          <w:b/>
        </w:rPr>
        <w:t xml:space="preserve">[33:49] </w:t>
      </w:r>
      <w:r>
        <w:t>the Arabic language in its original form is preserved among these Baduus, those who are living outside the cities. So Asbai tried to live with an— with a family who was living in— in desert, a Badu family. So he joined that family.</w:t>
      </w:r>
    </w:p>
    <w:p>
      <w:pPr>
        <w:jc w:val="right"/>
      </w:pPr>
      <w:r>
        <w:t>the Arabic language in its original form is preserved among these Baduus, those who are living outside the cities. So Asbai tried to live with an— with a family who was living in— in desert, a Badu family. So he joined that family.</w:t>
      </w:r>
    </w:p>
    <w:p>
      <w:r>
        <w:rPr>
          <w:b/>
        </w:rPr>
        <w:t xml:space="preserve">[34:19] </w:t>
      </w:r>
      <w:r>
        <w:t>And he lived with this family up to six months. For what purpose? Only to know what is the exact meaning of Damdamah in an Arab mind. So his method was very scientific. He never asked to that Arab, "What do you mean by Damdamah?" No. But he wanted</w:t>
      </w:r>
    </w:p>
    <w:p>
      <w:pPr>
        <w:jc w:val="right"/>
      </w:pPr>
      <w:r>
        <w:t>And he lived with this family up to six months. For what purpose? Only to know what is the exact meaning of Damdamah in an Arab mind. So his method was very scientific. He never asked to that Arab, "What do you mean by Damdamah?" No. But he wanted</w:t>
      </w:r>
    </w:p>
    <w:p>
      <w:r>
        <w:rPr>
          <w:b/>
        </w:rPr>
        <w:t xml:space="preserve">[34:50] </w:t>
      </w:r>
      <w:r>
        <w:t>to experience it. He wanted a moment when Arab spontaneously speaks this word. So one day, they were cooking food, and during cooking the food, you know, when water is heated up to 100 degree, there is a storm, there is a steam. So</w:t>
      </w:r>
    </w:p>
    <w:p>
      <w:pPr>
        <w:jc w:val="right"/>
      </w:pPr>
      <w:r>
        <w:t>to experience it. He wanted a moment when Arab spontaneously speaks this word. So one day, they were cooking food, and during cooking the food, you know, when water is heated up to 100 degree, there is a storm, there is a steam. So</w:t>
      </w:r>
    </w:p>
    <w:p>
      <w:r>
        <w:rPr>
          <w:b/>
        </w:rPr>
        <w:t xml:space="preserve">[35:20] </w:t>
      </w:r>
      <w:r>
        <w:t>at that time, the husband said, "Damdamah." Then he found that what is the exact sense of Damdamah in an Arab mind. So he left that family by saying that, "Wajat wallaha, wajattu wallaha, wajattu. I found, I found." So this was the way</w:t>
      </w:r>
    </w:p>
    <w:p>
      <w:pPr>
        <w:jc w:val="right"/>
      </w:pPr>
      <w:r>
        <w:t>at that time, the husband said, "Damdamah." Then he found that what is the exact sense of Damdamah in an Arab mind. So he left that family by saying that, "Wajat wallaha, wajattu wallaha, wajattu. I found, I found." So this was the way</w:t>
      </w:r>
    </w:p>
    <w:p>
      <w:r>
        <w:rPr>
          <w:b/>
        </w:rPr>
        <w:t xml:space="preserve">[35:50] </w:t>
      </w:r>
      <w:r>
        <w:t>by which those Muslim scholars engaged themselves in preparing all those disciplines that were related to the Quran and to the English language, Arabic language. Then there was a calligrapher. His name was Ibn Muqala. Ibn Muqala in</w:t>
      </w:r>
    </w:p>
    <w:p>
      <w:pPr>
        <w:jc w:val="right"/>
      </w:pPr>
      <w:r>
        <w:t>by which those Muslim scholars engaged themselves in preparing all those disciplines that were related to the Quran and to the English language, Arabic language. Then there was a calligrapher. His name was Ibn Muqala. Ibn Muqala in</w:t>
      </w:r>
    </w:p>
    <w:p>
      <w:r>
        <w:rPr>
          <w:b/>
        </w:rPr>
        <w:t xml:space="preserve">[36:20] </w:t>
      </w:r>
      <w:r>
        <w:t>vented a beautiful script, beautiful letters. Before Ibn Muqala, the Arabic script was not beautiful, so beautiful. But Ibn Muqala was able to beautify the scripts. Then there are so many developments. And after long, long effort, Arabic lang</w:t>
      </w:r>
    </w:p>
    <w:p>
      <w:pPr>
        <w:jc w:val="right"/>
      </w:pPr>
      <w:r>
        <w:t>vented a beautiful script, beautiful letters. Before Ibn Muqala, the Arabic script was not beautiful, so beautiful. But Ibn Muqala was able to beautify the scripts. Then there are so many developments. And after long, long effort, Arabic lang</w:t>
      </w:r>
    </w:p>
    <w:p>
      <w:r>
        <w:rPr>
          <w:b/>
        </w:rPr>
        <w:t xml:space="preserve">[36:50] </w:t>
      </w:r>
      <w:r>
        <w:t>uage was preserved completely, and its grammar, its dictionaries, and all other books were prepared. So now we can say that Quran is a preserved book in complete form. Quran and its language, both are preserved in its original form. There is no change, no alteration.</w:t>
      </w:r>
    </w:p>
    <w:p>
      <w:pPr>
        <w:jc w:val="right"/>
      </w:pPr>
      <w:r>
        <w:t>uage was preserved completely, and its grammar, its dictionaries, and all other books were prepared. So now we can say that Quran is a preserved book in complete form. Quran and its language, both are preserved in its original form. There is no change, no alteration.</w:t>
      </w:r>
    </w:p>
    <w:p>
      <w:r>
        <w:rPr>
          <w:b/>
        </w:rPr>
        <w:t xml:space="preserve">[37:23] </w:t>
      </w:r>
      <w:r>
        <w:t>This is— this is a unique— this is a unique quality of the Quran. No other book you can find, no other ancient book— there is no other ancient book which is preserved in such a pure form. So it is a fact that there is a verse in the Quran, "Na nazalna zikra wa inna alawhul hafizun."</w:t>
      </w:r>
    </w:p>
    <w:p>
      <w:pPr>
        <w:jc w:val="right"/>
      </w:pPr>
      <w:r>
        <w:t>This is— this is a unique— this is a unique quality of the Quran. No other book you can find, no other ancient book— there is no other ancient book which is preserved in such a pure form. So it is a fact that there is a verse in the Quran, "Na nazalna zikra wa inna alawhul hafizun."</w:t>
      </w:r>
    </w:p>
    <w:p>
      <w:r>
        <w:rPr>
          <w:b/>
        </w:rPr>
        <w:t xml:space="preserve">[37:53] </w:t>
      </w:r>
      <w:r>
        <w:t>This verse was— in this verse, God declared that we will preserve the Quran. So history shows that the Quran is a preserved book in complete sense of the word. There is no doubt about it. Even non-Mus</w:t>
      </w:r>
    </w:p>
    <w:p>
      <w:pPr>
        <w:jc w:val="right"/>
      </w:pPr>
      <w:r>
        <w:t>This verse was— in this verse, God declared that we will preserve the Quran. So history shows that the Quran is a preserved book in complete sense of the word. There is no doubt about it. Even non-Mus</w:t>
      </w:r>
    </w:p>
    <w:p>
      <w:r>
        <w:rPr>
          <w:b/>
        </w:rPr>
        <w:t xml:space="preserve">[38:23] </w:t>
      </w:r>
      <w:r>
        <w:t>lim scholars accept this truth, that the present Quran is the same book which was presented by Muhammad as the book of God, the word of God. So we can say with complete conviction that Quran is a preserved book without any change, without any alteration. This is very</w:t>
      </w:r>
    </w:p>
    <w:p>
      <w:pPr>
        <w:jc w:val="right"/>
      </w:pPr>
      <w:r>
        <w:t>lim scholars accept this truth, that the present Quran is the same book which was presented by Muhammad as the book of God, the word of God. So we can say with complete conviction that Quran is a preserved book without any change, without any alteration. This is very</w:t>
      </w:r>
    </w:p>
    <w:p>
      <w:r>
        <w:rPr>
          <w:b/>
        </w:rPr>
        <w:t xml:space="preserve">[38:53] </w:t>
      </w:r>
      <w:r>
        <w:t>unique to this book. And all these things are recorded in history. If you want to know how Quran was preserved, every item of this history is recorded in the— in the books. In Arabic, there are so many books that tell you the whole history of preservation.</w:t>
      </w:r>
    </w:p>
    <w:p>
      <w:pPr>
        <w:jc w:val="right"/>
      </w:pPr>
      <w:r>
        <w:t>unique to this book. And all these things are recorded in history. If you want to know how Quran was preserved, every item of this history is recorded in the— in the books. In Arabic, there are so many books that tell you the whole history of preservation.</w:t>
      </w:r>
    </w:p>
    <w:p>
      <w:r>
        <w:rPr>
          <w:b/>
        </w:rPr>
        <w:t xml:space="preserve">[39:24] </w:t>
      </w:r>
      <w:r>
        <w:t>So Quran is a preserved word of God. There is no doubt about it.</w:t>
      </w:r>
    </w:p>
    <w:p>
      <w:pPr>
        <w:jc w:val="right"/>
      </w:pPr>
      <w:r>
        <w:t>So Quran is a preserved word of God. There is no doubt about 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