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Ijtihad in Islam December 28, 2008</w:t>
      </w:r>
    </w:p>
    <w:p>
      <w:r>
        <w:t>https://youtu.be/tQL9OXuyYFk</w:t>
      </w:r>
    </w:p>
    <w:p>
      <w:r>
        <w:rPr>
          <w:b/>
        </w:rPr>
        <w:t xml:space="preserve">[00:30] </w:t>
      </w:r>
      <w:r>
        <w:t>yafqah qooli.</w:t>
      </w:r>
    </w:p>
    <w:p>
      <w:pPr>
        <w:jc w:val="right"/>
      </w:pPr>
      <w:r>
        <w:t>یفقہ قولی۔</w:t>
      </w:r>
    </w:p>
    <w:p>
      <w:r>
        <w:rPr>
          <w:b/>
        </w:rPr>
        <w:t xml:space="preserve">[00:35] </w:t>
      </w:r>
      <w:r>
        <w:t>aaj mujhe ijtihad ke bare mein kuch kehna hai. ijtihad yani ijtihad, ijtihad.</w:t>
      </w:r>
    </w:p>
    <w:p>
      <w:pPr>
        <w:jc w:val="right"/>
      </w:pPr>
      <w:r>
        <w:t>آج مجھے اجتہاد کے بارے میں کچھ کہنا ہے۔ اجتہاد یعنی آئی جے ٹی آئی ایچ اے ڈی، اجتہاد۔</w:t>
      </w:r>
    </w:p>
    <w:p>
      <w:r>
        <w:rPr>
          <w:b/>
        </w:rPr>
        <w:t xml:space="preserve">[00:53] </w:t>
      </w:r>
      <w:r>
        <w:t>ijtihad islam ka bohat hi ek important principle hai. yani islam ke jo sources maane jaate hain, basically teen hain:</w:t>
      </w:r>
    </w:p>
    <w:p>
      <w:pPr>
        <w:jc w:val="right"/>
      </w:pPr>
      <w:r>
        <w:t>اجتہاد اسلام کا بہت ہی ایک امپورٹنٹ پرنسپل ہے۔ یعنی اسلام کے جو سورسز مانے جاتے ہیں، بیسیکلی تین ہیں:</w:t>
      </w:r>
    </w:p>
    <w:p>
      <w:r>
        <w:rPr>
          <w:b/>
        </w:rPr>
        <w:t xml:space="preserve">[01:07] </w:t>
      </w:r>
      <w:r>
        <w:t>quran, sunnat, aur ijtihad.</w:t>
      </w:r>
    </w:p>
    <w:p>
      <w:pPr>
        <w:jc w:val="right"/>
      </w:pPr>
      <w:r>
        <w:t>قرآن، سنت، اور اجتہاد۔</w:t>
      </w:r>
    </w:p>
    <w:p>
      <w:r>
        <w:rPr>
          <w:b/>
        </w:rPr>
        <w:t xml:space="preserve">[01:13] </w:t>
      </w:r>
      <w:r>
        <w:t>is ko hadith mein ijtihad kaha gaya hai, aur quran mein is ko istinbat kaha gaya hai.</w:t>
      </w:r>
    </w:p>
    <w:p>
      <w:pPr>
        <w:jc w:val="right"/>
      </w:pPr>
      <w:r>
        <w:t>اس کو حدیث میں اجتہاد کہا گیا ہے، اور قرآن میں اس کو استنباط کہا گیا ہے۔</w:t>
      </w:r>
    </w:p>
    <w:p>
      <w:r>
        <w:rPr>
          <w:b/>
        </w:rPr>
        <w:t xml:space="preserve">[01:23] </w:t>
      </w:r>
      <w:r>
        <w:t>to ijtihad ke bare mein bohat</w:t>
      </w:r>
    </w:p>
    <w:p>
      <w:pPr>
        <w:jc w:val="right"/>
      </w:pPr>
      <w:r>
        <w:t>تو اجتہاد کے بارے میں بہت</w:t>
      </w:r>
    </w:p>
    <w:p>
      <w:r>
        <w:rPr>
          <w:b/>
        </w:rPr>
        <w:t xml:space="preserve">[01:29] </w:t>
      </w:r>
      <w:r>
        <w:t>logon ki jo soch hai, woh main samajhta hoon ke kafi confusion hai is ke bare mein. halanke bohat hi simple si baat hai.</w:t>
      </w:r>
    </w:p>
    <w:p>
      <w:pPr>
        <w:jc w:val="right"/>
      </w:pPr>
      <w:r>
        <w:t>لوگوں کی جو سوچ ہے، وہ میں سمجھتا ہوں کہ کافی کنفیوژن ہے اس کے بارے میں۔ حالانکہ بہت ہی سمپل سی بات ہے۔</w:t>
      </w:r>
    </w:p>
    <w:p>
      <w:r>
        <w:rPr>
          <w:b/>
        </w:rPr>
        <w:t xml:space="preserve">[01:42] </w:t>
      </w:r>
      <w:r>
        <w:t>quran o sunnat to aap samajh rahe hain ke quran jo hai word of god hai, aur sunnat se murad hai ke rasool allah ki jo baatein ya aap ka jo model hamein milta hai, woh sunnat se milta hai.</w:t>
      </w:r>
    </w:p>
    <w:p>
      <w:pPr>
        <w:jc w:val="right"/>
      </w:pPr>
      <w:r>
        <w:t>قرآن و سنت تو آپ سمجھ رہے ہیں کہ قرآن جو ہے ورڈ آف گاڈ ہے، اور سنت سے مراد ہے کہ رسول اللہ کی جو باتیں یا آپ کا جو ماڈل ہمیں ملتا ہے، وہ سنت سے ملتا ہے۔</w:t>
      </w:r>
    </w:p>
    <w:p>
      <w:r>
        <w:rPr>
          <w:b/>
        </w:rPr>
        <w:t xml:space="preserve">[01:58] </w:t>
      </w:r>
      <w:r>
        <w:t>taqreeban yani quran mein chhe hazar se kuch zyada ayatein hain, aur hadithon ki tadad taqreeban pachas hazar hai.</w:t>
      </w:r>
    </w:p>
    <w:p>
      <w:pPr>
        <w:jc w:val="right"/>
      </w:pPr>
      <w:r>
        <w:t>تقریباً یعنی قرآن میں چھ ہزار سے کچھ زیادہ آیتیں ہیں، اور حدیثوں کی تعداد تقریباً پچاس ہزار ہے۔</w:t>
      </w:r>
    </w:p>
    <w:p>
      <w:r>
        <w:rPr>
          <w:b/>
        </w:rPr>
        <w:t xml:space="preserve">[02:09] </w:t>
      </w:r>
      <w:r>
        <w:t>yeh sab jo hadithain hain, woh ijtihad ki misalein hain. yani quran mein khuda ka jo deen hai, us ke basic principles bata diye gaye hain.</w:t>
      </w:r>
    </w:p>
    <w:p>
      <w:pPr>
        <w:jc w:val="right"/>
      </w:pPr>
      <w:r>
        <w:t>یہ سب جو حدیثیں ہیں، وہ اجتہاد کی مثالیں ہیں۔ یعنی قرآن میں خدا کا جو دین ہے، اس کے بیسک پرنسپلز بتا دیے گئے ہیں۔</w:t>
      </w:r>
    </w:p>
    <w:p>
      <w:r>
        <w:rPr>
          <w:b/>
        </w:rPr>
        <w:t xml:space="preserve">[02:25] </w:t>
      </w:r>
      <w:r>
        <w:t>us ki detail hum ko milti hai hadith mein. to hadithon ki tadad taqreeban pachas hazar hai. is se aap samajh sakte hain ke kitni zyada baatein hain ijtihad ke maamle mein.</w:t>
      </w:r>
    </w:p>
    <w:p>
      <w:pPr>
        <w:jc w:val="right"/>
      </w:pPr>
      <w:r>
        <w:t>اس کی ڈیٹیل ہم کو ملتی ہے حدیث میں۔ تو حدیثوں کی تعداد تقریباً پچاس ہزار ہے۔ اس سے آپ سمجھ سکتے ہیں کہ کتنی زیادہ باتیں ہیں اجتہاد کے معاملے میں۔</w:t>
      </w:r>
    </w:p>
    <w:p>
      <w:r>
        <w:rPr>
          <w:b/>
        </w:rPr>
        <w:t xml:space="preserve">[02:41] </w:t>
      </w:r>
      <w:r>
        <w:t>daikhen, ijtihad ka jo word hai, arabic word hai yeh, is ka matlab hota hai "to exact ones at most".</w:t>
      </w:r>
    </w:p>
    <w:p>
      <w:pPr>
        <w:jc w:val="right"/>
      </w:pPr>
      <w:r>
        <w:t>دیکھیں، اجتہاد کا جو ورڈ ہے، عربک ورڈ ہے یہ، اس کا مطلب ہوتا ہے "ٹو ایگزیکٹ ونز ایٹ موسٹ"۔</w:t>
      </w:r>
    </w:p>
    <w:p>
      <w:r>
        <w:rPr>
          <w:b/>
        </w:rPr>
        <w:t xml:space="preserve">[02:52] </w:t>
      </w:r>
      <w:r>
        <w:t>yani bohat ziyada koshish karna kisi cheez ko samajhne ke liye, bohat ziyada koshish karna. "to exact ones at most" yeh hai ijtihad ka matlab.</w:t>
      </w:r>
    </w:p>
    <w:p>
      <w:pPr>
        <w:jc w:val="right"/>
      </w:pPr>
      <w:r>
        <w:t>یعنی بہت زیادہ کوشش کرنا کسی چیز کو سمجھنے کے لیے، بہت زیادہ کوشش کرنا۔ "ٹو ایگزیکٹ ونز ایٹ موسٹ" یہ ہے اجتہاد کا مطلب۔</w:t>
      </w:r>
    </w:p>
    <w:p>
      <w:r>
        <w:rPr>
          <w:b/>
        </w:rPr>
        <w:t xml:space="preserve">[03:07] </w:t>
      </w:r>
      <w:r>
        <w:t>ab daikhen ke ijtihad ke liye koshish ka matlab kya hai? kis kaam ke liye koshish?</w:t>
      </w:r>
    </w:p>
    <w:p>
      <w:pPr>
        <w:jc w:val="right"/>
      </w:pPr>
      <w:r>
        <w:t>اب دیکھیں کہ اجتہاد کے لیے کوشش کا مطلب کیا ہے؟ کس کام کے لیے کوشش؟</w:t>
      </w:r>
    </w:p>
    <w:p>
      <w:r>
        <w:rPr>
          <w:b/>
        </w:rPr>
        <w:t xml:space="preserve">[03:17] </w:t>
      </w:r>
      <w:r>
        <w:t>to ijtihad asal mein naam hai islam ko apne naye situation mein reapply karne ka.</w:t>
      </w:r>
    </w:p>
    <w:p>
      <w:pPr>
        <w:jc w:val="right"/>
      </w:pPr>
      <w:r>
        <w:t>تو اجتہاد اصل میں نام ہے اسلام کو اپنے نئے سچویشن میں ری اپلائی کرنے کا۔</w:t>
      </w:r>
    </w:p>
    <w:p>
      <w:r>
        <w:rPr>
          <w:b/>
        </w:rPr>
        <w:t xml:space="preserve">[03:29] </w:t>
      </w:r>
      <w:r>
        <w:t>rethinking, reapplication, isi ka naam hai ijtihad.</w:t>
      </w:r>
    </w:p>
    <w:p>
      <w:pPr>
        <w:jc w:val="right"/>
      </w:pPr>
      <w:r>
        <w:t>ری تھنکنگ، ری ایپلیکیشن، اسی کا نام ہے اجتہاد۔</w:t>
      </w:r>
    </w:p>
    <w:p>
      <w:r>
        <w:rPr>
          <w:b/>
        </w:rPr>
        <w:t xml:space="preserve">[03:37] </w:t>
      </w:r>
      <w:r>
        <w:t>to is mein aap ko bohat ziyada mehnat karni parti hai. yani apne zamane ke halaat ko jaanna. jaise ke hadith mein aata hai ke "in yakun basiran bizamanih" ke aap jis age mein hain, jis situation mein hain, us ko bharpoor taur par jaanna.</w:t>
      </w:r>
    </w:p>
    <w:p>
      <w:pPr>
        <w:jc w:val="right"/>
      </w:pPr>
      <w:r>
        <w:t>تو اس میں آپ کو بہت زیادہ محنت کرنی پڑتی ہے۔ یعنی اپنے زمانے کے حالات کو جاننا۔ جیسے کہ حدیث میں آتا ہے کہ "ان یکون بصیرا بزمانہ" کہ آپ جس ایج میں ہیں، جس سچویشن میں ہیں، اس کو بھرپور طور پر جاننا۔</w:t>
      </w:r>
    </w:p>
    <w:p>
      <w:r>
        <w:rPr>
          <w:b/>
        </w:rPr>
        <w:t xml:space="preserve">[04:02] </w:t>
      </w:r>
      <w:r>
        <w:t>is ke liye bohat ziyada effort karni paregi.</w:t>
      </w:r>
    </w:p>
    <w:p>
      <w:pPr>
        <w:jc w:val="right"/>
      </w:pPr>
      <w:r>
        <w:t>اس کے لیے بہت زیادہ ایفرٹ کرنی پڑے گی۔</w:t>
      </w:r>
    </w:p>
    <w:p>
      <w:r>
        <w:rPr>
          <w:b/>
        </w:rPr>
        <w:t xml:space="preserve">[04:05] </w:t>
      </w:r>
      <w:r>
        <w:t>phir daikhen, apne aap ko decondition karna, apne andar un bias thinking paida karna, apne andar objective thinking lana.</w:t>
      </w:r>
    </w:p>
    <w:p>
      <w:pPr>
        <w:jc w:val="right"/>
      </w:pPr>
      <w:r>
        <w:t>پھر دیکھیں، اپنے آپ کو ڈی کنڈیشن کرنا، اپنے اندر ان باس تھنکنگ پیدا کرنا، اپنے اندر ابجیکٹو تھنکنگ لانا۔</w:t>
      </w:r>
    </w:p>
    <w:p>
      <w:r>
        <w:rPr>
          <w:b/>
        </w:rPr>
        <w:t xml:space="preserve">[04:17] </w:t>
      </w:r>
      <w:r>
        <w:t>yeh sab karne ke liye aap ko bohat ziyada struggle karna parta hai. is liye is ko ijtihad kaha gaya hai.</w:t>
      </w:r>
    </w:p>
    <w:p>
      <w:pPr>
        <w:jc w:val="right"/>
      </w:pPr>
      <w:r>
        <w:t>یہ سب کرنے کے لیے آپ کو بہت زیادہ سٹرگل کرنا پڑتا ہے۔ اس لیے اس کو اجتہاد کہا گیا ہے۔</w:t>
      </w:r>
    </w:p>
    <w:p>
      <w:r>
        <w:rPr>
          <w:b/>
        </w:rPr>
        <w:t xml:space="preserve">[04:27] </w:t>
      </w:r>
      <w:r>
        <w:t>daikhen, hamare jo islamic scholars hain, jo ulama, woh ziyada tar yeh batate hain ke jo ulama-e-mutaqaddimeen hain, yeh pichhle jo ulama hain, pichhle zamane ke, un ki kitabon ko khoob parhen aap,</w:t>
      </w:r>
    </w:p>
    <w:p>
      <w:pPr>
        <w:jc w:val="right"/>
      </w:pPr>
      <w:r>
        <w:t>دیکھیں، ہمارے جو اسلامک سکالرز ہیں، جو علماء، وہ زیادہ تر یہ بتاتے ہیں کہ جو علمائے متقدمین ہیں، یہ پچھلے جو علماء ہیں، پچھلے زمانے کے، ان کی کتابوں کو خوب پڑھیں آپ،</w:t>
      </w:r>
    </w:p>
    <w:p>
      <w:r>
        <w:rPr>
          <w:b/>
        </w:rPr>
        <w:t xml:space="preserve">[04:46] </w:t>
      </w:r>
      <w:r>
        <w:t>un ki baaton ko khoob jaanen aap, to aap ijtihad karne ke qabil honge. main samajhta hoon ke yeh 50 feesad hai.</w:t>
      </w:r>
    </w:p>
    <w:p>
      <w:pPr>
        <w:jc w:val="right"/>
      </w:pPr>
      <w:r>
        <w:t>ان کی باتوں کو خوب جانیں آپ، تو آپ اجتہاد کرنے کے قابل ہوں گے۔ میں سمجھتا ہوں کہ یہ 50 فیصد ہے۔</w:t>
      </w:r>
    </w:p>
    <w:p>
      <w:r>
        <w:rPr>
          <w:b/>
        </w:rPr>
        <w:t xml:space="preserve">[04:57] </w:t>
      </w:r>
      <w:r>
        <w:t>yani ulama-e-mutaqaddimeen ya pichhle zamane ke jo ulama hain, un ko parhna to must hai, zaroori hai. lekin yeh samajhna sahi nahi hai ke unhi ki kitabon ko parh kar aap ijtihad kar sakenge.</w:t>
      </w:r>
    </w:p>
    <w:p>
      <w:pPr>
        <w:jc w:val="right"/>
      </w:pPr>
      <w:r>
        <w:t>یعنی علمائے متقدمین یا پچھلے زمانے کے جو علماء ہیں، ان کو پڑھنا تو مسٹ ہے، ضروری ہے۔ لیکن یہ سمجھنا صحیح نہیں ہے کہ انہی کی کتابوں کو پڑھ کر آپ اجتہاد کر سکیں گے۔</w:t>
      </w:r>
    </w:p>
    <w:p>
      <w:r>
        <w:rPr>
          <w:b/>
        </w:rPr>
        <w:t xml:space="preserve">[05:12] </w:t>
      </w:r>
      <w:r>
        <w:t>woh 50 feesad hai.</w:t>
      </w:r>
    </w:p>
    <w:p>
      <w:pPr>
        <w:jc w:val="right"/>
      </w:pPr>
      <w:r>
        <w:t>وہ 50 فیصد ہے۔</w:t>
      </w:r>
    </w:p>
    <w:p>
      <w:r>
        <w:rPr>
          <w:b/>
        </w:rPr>
        <w:t xml:space="preserve">[05:15] </w:t>
      </w:r>
      <w:r>
        <w:t>50 feesad aap ko aur doosra kaam karna hai ke jis zamane mein aap hain, us ko samjhen gehrai ke sath, aur khud apni deconditioning karen.</w:t>
      </w:r>
    </w:p>
    <w:p>
      <w:pPr>
        <w:jc w:val="right"/>
      </w:pPr>
      <w:r>
        <w:t>50 فیصد آپ کو اور دوسرا کام کرنا ہے کہ جس زمانے میں آپ ہیں، اس کو سمجھیں گہرائی کے ساتھ، اور خود اپنی ڈی کنڈیشننگ کریں۔</w:t>
      </w:r>
    </w:p>
    <w:p>
      <w:r>
        <w:rPr>
          <w:b/>
        </w:rPr>
        <w:t xml:space="preserve">[05:31] </w:t>
      </w:r>
      <w:r>
        <w:t>apne aap, apne andar objective, objectivity paida karen. kyun ke islam ko, kyun ke ijtihad naam hai islam ko reapply karne ka,</w:t>
      </w:r>
    </w:p>
    <w:p>
      <w:pPr>
        <w:jc w:val="right"/>
      </w:pPr>
      <w:r>
        <w:t>اپنے آپ، اپنے اندر ابجیکٹو، ابجیکٹیوٹی پیدا کریں۔ کیونکہ اسلام کو، کیونکہ اجتہاد نام ہے اسلام کو ری اپلائی کرنے کا،</w:t>
      </w:r>
    </w:p>
    <w:p>
      <w:r>
        <w:rPr>
          <w:b/>
        </w:rPr>
        <w:t xml:space="preserve">[05:47] </w:t>
      </w:r>
      <w:r>
        <w:t>islam ke bare mein re thinking karne ka, poori situation ko re assess karne ka. to yeh kaise hoga?</w:t>
      </w:r>
    </w:p>
    <w:p>
      <w:pPr>
        <w:jc w:val="right"/>
      </w:pPr>
      <w:r>
        <w:t>اسلام کے بارے میں ری تھنکنگ کرنے کا، پوری سچویشن کو ری اسس کرنے کا۔ تو یہ کیسے ہوگا؟</w:t>
      </w:r>
    </w:p>
    <w:p>
      <w:r>
        <w:rPr>
          <w:b/>
        </w:rPr>
        <w:t xml:space="preserve">[05:56] </w:t>
      </w:r>
      <w:r>
        <w:t>aasani se to nahi hoga.</w:t>
      </w:r>
    </w:p>
    <w:p>
      <w:pPr>
        <w:jc w:val="right"/>
      </w:pPr>
      <w:r>
        <w:t>آسانی سے تو نہیں ہوگا۔</w:t>
      </w:r>
    </w:p>
    <w:p>
      <w:r>
        <w:rPr>
          <w:b/>
        </w:rPr>
        <w:t xml:space="preserve">[06:00] </w:t>
      </w:r>
      <w:r>
        <w:t>to main samajhta hoon ke pichhli kitabon ko parhna 50 feesad hai, khud apne aap ko prepare karna yeh 50 feesad hai.</w:t>
      </w:r>
    </w:p>
    <w:p>
      <w:pPr>
        <w:jc w:val="right"/>
      </w:pPr>
      <w:r>
        <w:t>تو میں سمجھتا ہوں کہ پچھلی کتابوں کو پڑھنا 50 فیصد ہے، خود اپنے آپ کو پریپیئر کرنا یہ 50 فیصد ہے۔</w:t>
      </w:r>
    </w:p>
    <w:p>
      <w:r>
        <w:rPr>
          <w:b/>
        </w:rPr>
        <w:t xml:space="preserve">[06:14] </w:t>
      </w:r>
      <w:r>
        <w:t>kitne hi ziyada aap parh dalen, parh dalen, parh dalen, agar aap ne apne aap ko, agar aap ne apne aap ko prepare nahi kiya hai, to phir bhi aap ijtihad nahi kar sakenge.</w:t>
      </w:r>
    </w:p>
    <w:p>
      <w:pPr>
        <w:jc w:val="right"/>
      </w:pPr>
      <w:r>
        <w:t>کتنے ہی زیادہ آپ پڑھ ڈالیں، پڑھ ڈالیں، پڑھ ڈالیں، اگر آپ نے اپنے آپ کو، اگر آپ نے اپنے آپ کو پریپیئر نہیں کیا ہے، تو پھر بھی آپ اجتہاد نہیں کر سکیں گے۔</w:t>
      </w:r>
    </w:p>
    <w:p>
      <w:r>
        <w:rPr>
          <w:b/>
        </w:rPr>
        <w:t xml:space="preserve">[06:33] </w:t>
      </w:r>
      <w:r>
        <w:t>jaise main aap ko example deta hoon.</w:t>
      </w:r>
    </w:p>
    <w:p>
      <w:pPr>
        <w:jc w:val="right"/>
      </w:pPr>
      <w:r>
        <w:t>جیسے میں آپ کو ایگزامپل دیتا ہوں۔</w:t>
      </w:r>
    </w:p>
    <w:p>
      <w:r>
        <w:rPr>
          <w:b/>
        </w:rPr>
        <w:t xml:space="preserve">[06:39] </w:t>
      </w:r>
      <w:r>
        <w:t>1857 yani 1857 mein hindustan, india ke ulama ne angrezon ke khilaf jihad kiya tha.</w:t>
      </w:r>
    </w:p>
    <w:p>
      <w:pPr>
        <w:jc w:val="right"/>
      </w:pPr>
      <w:r>
        <w:t>1857 یعنی 1857 میں ہندوستان، انڈیا کے علماء نے انگریزوں کے خلاف جہاد کیا تھا۔</w:t>
      </w:r>
    </w:p>
    <w:p>
      <w:r>
        <w:rPr>
          <w:b/>
        </w:rPr>
        <w:t xml:space="preserve">[06:48] </w:t>
      </w:r>
      <w:r>
        <w:t>yani aam struggle ki thi unhon ne. larai chhedi thi britishs ke khilaf.</w:t>
      </w:r>
    </w:p>
    <w:p>
      <w:pPr>
        <w:jc w:val="right"/>
      </w:pPr>
      <w:r>
        <w:t>یعنی عام سٹرگل کی تھی انہوں نے۔ لڑائی چھیڑی تھی برٹشز کے خلاف۔</w:t>
      </w:r>
    </w:p>
    <w:p>
      <w:r>
        <w:rPr>
          <w:b/>
        </w:rPr>
        <w:t xml:space="preserve">[06:57] </w:t>
      </w:r>
      <w:r>
        <w:t>to wahan par ek Maulana Muhammad Ahmed sahib the, unhon ne kaha ke aap logon ke liye jihad karna haram hai.</w:t>
      </w:r>
    </w:p>
    <w:p>
      <w:pPr>
        <w:jc w:val="right"/>
      </w:pPr>
      <w:r>
        <w:t>تو وہاں پر ایک مولانا محمد احمد صاحب تھے، انہوں نے کہا کہ آپ لوگوں کے لیے جہاد کرنا حرام ہے۔</w:t>
      </w:r>
    </w:p>
    <w:p>
      <w:r>
        <w:rPr>
          <w:b/>
        </w:rPr>
        <w:t xml:space="preserve">[07:08] </w:t>
      </w:r>
      <w:r>
        <w:t>yani ek taraf woh ulama the, us ko farz batate the, aur ek aalim wahan tha jo us ko bilkul haram samajhta tha.</w:t>
      </w:r>
    </w:p>
    <w:p>
      <w:pPr>
        <w:jc w:val="right"/>
      </w:pPr>
      <w:r>
        <w:t>یعنی ایک طرف وہ علماء تھے، اس کو فرض بتاتے تھے، اور ایک عالم وہاں تھا جو اس کو بالکل حرام سمجھتا تھا۔</w:t>
      </w:r>
    </w:p>
    <w:p>
      <w:r>
        <w:rPr>
          <w:b/>
        </w:rPr>
        <w:t xml:space="preserve">[07:20] </w:t>
      </w:r>
      <w:r>
        <w:t>to unhon ne poocha ke bhai aap aisa kyun kehte hain? unhon ne kaha ke hamare paas taqat nahi hai un se ladne ki.</w:t>
      </w:r>
    </w:p>
    <w:p>
      <w:pPr>
        <w:jc w:val="right"/>
      </w:pPr>
      <w:r>
        <w:t>تو انہوں نے پوچھا کہ بھئی آپ ایسا کیوں کہتے ہیں؟ انہوں نے کہا کہ ہمارے پاس طاقت نہیں ہے ان سے لڑنے کی۔</w:t>
      </w:r>
    </w:p>
    <w:p>
      <w:r>
        <w:rPr>
          <w:b/>
        </w:rPr>
        <w:t xml:space="preserve">[07:27] </w:t>
      </w:r>
      <w:r>
        <w:t>larenge to khali marenge bas.</w:t>
      </w:r>
    </w:p>
    <w:p>
      <w:pPr>
        <w:jc w:val="right"/>
      </w:pPr>
      <w:r>
        <w:t>لڑیں گے تو خالی مریں گے بس۔</w:t>
      </w:r>
    </w:p>
    <w:p>
      <w:r>
        <w:rPr>
          <w:b/>
        </w:rPr>
        <w:t xml:space="preserve">[07:33] </w:t>
      </w:r>
      <w:r>
        <w:t>un ke pas gun hai, hamare pas talwar hai. to logon ne kaha ke yeh bataiye ke badr mein jo musalman lade the, to un ke pas kitni taqat thi?</w:t>
      </w:r>
    </w:p>
    <w:p>
      <w:pPr>
        <w:jc w:val="right"/>
      </w:pPr>
      <w:r>
        <w:t>ان کے پاس گن ہے، ہمارے پاس تلوار ہے۔ تو لوگوں نے کہا کہ یہ بتائیے کہ بدر میں جو مسلمان لڑے تھے، تو ان کے پاس کتنی طاقت تھی؟</w:t>
      </w:r>
    </w:p>
    <w:p>
      <w:r>
        <w:rPr>
          <w:b/>
        </w:rPr>
        <w:t xml:space="preserve">[07:47] </w:t>
      </w:r>
      <w:r>
        <w:t>wo log ek hazar the ya teen so teer the musalman? un ke pas hathi</w:t>
      </w:r>
    </w:p>
    <w:p>
      <w:pPr>
        <w:jc w:val="right"/>
      </w:pPr>
      <w:r>
        <w:t>وہ لوگ ایک ہزار تھے یا تین سو تیرہ تھے مسلمان؟ ان کے پاس ہتھی</w:t>
      </w:r>
    </w:p>
    <w:p>
      <w:r>
        <w:rPr>
          <w:b/>
        </w:rPr>
        <w:t xml:space="preserve">[07:55] </w:t>
      </w:r>
      <w:r>
        <w:t>yar bhi kam the? dekhen, yeh kehna in logon ka bilkul hi yani bes les tha. kyun?</w:t>
      </w:r>
    </w:p>
    <w:p>
      <w:pPr>
        <w:jc w:val="right"/>
      </w:pPr>
      <w:r>
        <w:t>ار بھی کم تھے؟ دیکھیں، یہ کہنا ان لوگوں کا بالکل ہی یعنی بیس لیس تھا۔ کیوں؟</w:t>
      </w:r>
    </w:p>
    <w:p>
      <w:r>
        <w:rPr>
          <w:b/>
        </w:rPr>
        <w:t xml:space="preserve">[08:05] </w:t>
      </w:r>
      <w:r>
        <w:t>is liye ke badr ki jo battle hui thi prophet ke zamane mein, to quran se sabit hai ke agarche musalman teen so teer the, lekin is mauqe par khuda ne farishte bhej diye the, angels,</w:t>
      </w:r>
    </w:p>
    <w:p>
      <w:pPr>
        <w:jc w:val="right"/>
      </w:pPr>
      <w:r>
        <w:t>اس لیے کہ بدر کی جو بیٹل ہوئی تھی پرافٹ کے زمانے میں، تو قرآن سے ثابت ہے کہ اگرچہ مسلمان تین سو تیرہ تھے، لیکن اس موقع پر خدا نے فرشتے بھیج دیے تھے، اینجلز،</w:t>
      </w:r>
    </w:p>
    <w:p>
      <w:r>
        <w:rPr>
          <w:b/>
        </w:rPr>
        <w:t xml:space="preserve">[08:23] </w:t>
      </w:r>
      <w:r>
        <w:t>bohat ziyada tadad mein.</w:t>
      </w:r>
    </w:p>
    <w:p>
      <w:pPr>
        <w:jc w:val="right"/>
      </w:pPr>
      <w:r>
        <w:t>بہت زیادہ تعداد میں۔</w:t>
      </w:r>
    </w:p>
    <w:p>
      <w:r>
        <w:rPr>
          <w:b/>
        </w:rPr>
        <w:t xml:space="preserve">[08:28] </w:t>
      </w:r>
      <w:r>
        <w:t>chunanche jab wo wapas aaye madina, badr ki ladai ke baad sahaba, to jo theher gaye the madine mein, boorhe log ya aurten, to unhon ne mubarakbad di jeet par.</w:t>
      </w:r>
    </w:p>
    <w:p>
      <w:pPr>
        <w:jc w:val="right"/>
      </w:pPr>
      <w:r>
        <w:t>چنانچہ جب وہ واپس آئے مدینہ، بدر کی لڑائی کے بعد صحابہ، تو جو ٹھہر گئے تھے مدینے میں، بوڑھے لوگ یا عورتیں، تو انہوں نے مبارکباد دی جیت پر۔</w:t>
      </w:r>
    </w:p>
    <w:p>
      <w:r>
        <w:rPr>
          <w:b/>
        </w:rPr>
        <w:t xml:space="preserve">[08:42] </w:t>
      </w:r>
      <w:r>
        <w:t>to unhon ne kaha ke tum hum ko kya mubarakbad dete ho? yeh to kano kal ewal moqalt finhana. wo log to jaisa ke budhe hue oont the, hum ne un ko zibah kar diya.</w:t>
      </w:r>
    </w:p>
    <w:p>
      <w:pPr>
        <w:jc w:val="right"/>
      </w:pPr>
      <w:r>
        <w:t>تو انہوں نے کہا کہ تم ہم کو کیا مبارکباد دیتے ہو؟ یہ تو کانو کل ایول موقلت فنہنا۔ وہ لوگ تو جیسا کہ بدھے ہوئے اونٹ تھے، ہم نے ان کو ذبح کر دیا۔</w:t>
      </w:r>
    </w:p>
    <w:p>
      <w:r>
        <w:rPr>
          <w:b/>
        </w:rPr>
        <w:t xml:space="preserve">[08:57] </w:t>
      </w:r>
      <w:r>
        <w:t>to angels ne yeh sab kiya tha. to yeh dekhen, agarche wo sab alam the jo bol rahe the aisa, arabi zaban jante the, kitaben padhi hui the, lekin wo itna afsos the angrezon ke mamle mein ke wo open mind se soch nahi sake.</w:t>
      </w:r>
    </w:p>
    <w:p>
      <w:pPr>
        <w:jc w:val="right"/>
      </w:pPr>
      <w:r>
        <w:t>تو اینجلز نے یہ سب کیا تھا۔ تو یہ دیکھیں، اگرچہ وہ سب عالم تھے جو بول رہے تھے ایسا، عربی زبان جانتے تھے، کتابیں پڑھی ہوئی تھے، لیکن وہ اتنا افسس تھے انگریزوں کے معاملے میں کہ وہ اوپن مائنڈ سے سوچ نہیں سکے۔</w:t>
      </w:r>
    </w:p>
    <w:p>
      <w:r>
        <w:rPr>
          <w:b/>
        </w:rPr>
        <w:t xml:space="preserve">[09:17] </w:t>
      </w:r>
      <w:r>
        <w:t>bas angrezon se nafrat, angrezon se nikalna, angrezon ko harana, angrezon se ladna, itna hi jante the wo.</w:t>
      </w:r>
    </w:p>
    <w:p>
      <w:pPr>
        <w:jc w:val="right"/>
      </w:pPr>
      <w:r>
        <w:t>بس انگریزوں سے نفرت، انگریزوں سے نکالنا، انگریزوں کو ہرانا، انگریزوں سے لڑنا، اتنا ہی جانتے تھے وہ۔</w:t>
      </w:r>
    </w:p>
    <w:p>
      <w:r>
        <w:rPr>
          <w:b/>
        </w:rPr>
        <w:t xml:space="preserve">[09:25] </w:t>
      </w:r>
      <w:r>
        <w:t>yeh nahi soch paye ke badr ka reference yahan par ghalat hai. kyunke badr ka jo mamla tha, wo peghambar ke zamane ka mamla tha.</w:t>
      </w:r>
    </w:p>
    <w:p>
      <w:pPr>
        <w:jc w:val="right"/>
      </w:pPr>
      <w:r>
        <w:t>یہ نہیں سوچ پائے کہ بدر کا ریفرنس یہاں پر غلط ہے۔ کیونکہ بدر کا جو معاملہ تھا، وہ پیغمبر کے زمانے کا معاملہ تھا۔</w:t>
      </w:r>
    </w:p>
    <w:p>
      <w:r>
        <w:rPr>
          <w:b/>
        </w:rPr>
        <w:t xml:space="preserve">[09:34] </w:t>
      </w:r>
      <w:r>
        <w:t>peghambar ki madad ke liye allah ne farishte bhej diye, angels. to zahir hai ke jahan angels honge, wahan to jeet hi hogi. to ijtihad karne ke liye bohat bari samajh chahiye, bohat wisdom chahiye,</w:t>
      </w:r>
    </w:p>
    <w:p>
      <w:pPr>
        <w:jc w:val="right"/>
      </w:pPr>
      <w:r>
        <w:t>پیغمبر کی مدد کے لیے اللہ نے فرشتے بھیج دیے، اینجلز۔ تو ظاہر ہے کہ جہاں اینجلز ہوں گے، وہاں تو جیت ہی ہوگی۔ تو اجتہاد کرنے کے لیے بہت بڑی سمجھ چاہیے، بہت وزڈم چاہیے،</w:t>
      </w:r>
    </w:p>
    <w:p>
      <w:r>
        <w:rPr>
          <w:b/>
        </w:rPr>
        <w:t xml:space="preserve">[09:48] </w:t>
      </w:r>
      <w:r>
        <w:t>bohat sari baton ko janna chahiye.</w:t>
      </w:r>
    </w:p>
    <w:p>
      <w:pPr>
        <w:jc w:val="right"/>
      </w:pPr>
      <w:r>
        <w:t>بہت ساری باتوں کو جاننا چاہیے۔</w:t>
      </w:r>
    </w:p>
    <w:p>
      <w:r>
        <w:rPr>
          <w:b/>
        </w:rPr>
        <w:t xml:space="preserve">[09:51] </w:t>
      </w:r>
      <w:r>
        <w:t>sirf yeh hai ke aap ulamae mutaqaddimeen ki kitaben padh len, sirf madarse se farighat kar len, arabi zaban seekh len, yahi kafi nahi hai ijtihad karne ke liye.</w:t>
      </w:r>
    </w:p>
    <w:p>
      <w:pPr>
        <w:jc w:val="right"/>
      </w:pPr>
      <w:r>
        <w:t>صرف یہ ہے کہ آپ علمائے متقدمین کی کتابیں پڑھ لیں، صرف مدرسے سے فراغت کر لیں، عربی زبان سیکھ لیں، یہی کافی نہیں ہے اجتہاد کرنے کے لیے۔</w:t>
      </w:r>
    </w:p>
    <w:p>
      <w:r>
        <w:rPr>
          <w:b/>
        </w:rPr>
        <w:t xml:space="preserve">[10:03] </w:t>
      </w:r>
      <w:r>
        <w:t>main samajhta hoon ke ijtihad koi mysterious cheez nahi hai. ijtihad rozmarra ki zaroorat hai. har din hamein ijtihad ki zaroorat padti hai.</w:t>
      </w:r>
    </w:p>
    <w:p>
      <w:pPr>
        <w:jc w:val="right"/>
      </w:pPr>
      <w:r>
        <w:t>میں سمجھتا ہوں کہ اجتہاد کوئی مسٹیریس چیز نہیں ہے۔ اجتہاد روزمرہ کی ضرورت ہے۔ ہر دن ہمیں اجتہاد کی ضرورت پڑتی ہے۔</w:t>
      </w:r>
    </w:p>
    <w:p>
      <w:r>
        <w:rPr>
          <w:b/>
        </w:rPr>
        <w:t xml:space="preserve">[10:16] </w:t>
      </w:r>
      <w:r>
        <w:t>log samajhte hain ke ijtihad ki zaroorat kahan hai?</w:t>
      </w:r>
    </w:p>
    <w:p>
      <w:pPr>
        <w:jc w:val="right"/>
      </w:pPr>
      <w:r>
        <w:t>لوگ سمجھتے ہیں کہ اجتہاد کی ضرورت کہاں ہے؟</w:t>
      </w:r>
    </w:p>
    <w:p>
      <w:r>
        <w:rPr>
          <w:b/>
        </w:rPr>
        <w:t xml:space="preserve">[10:19] </w:t>
      </w:r>
      <w:r>
        <w:t>ke is zamane mein injection diya jata hai. to yeh masla ke sahib roze mein injection diya jaye to roza toote ga ya nahi toote ga? is ko ijtihad ka masla samajhte hain.</w:t>
      </w:r>
    </w:p>
    <w:p>
      <w:pPr>
        <w:jc w:val="right"/>
      </w:pPr>
      <w:r>
        <w:t>کہ اس زمانے میں انجیکشن دیا جاتا ہے۔ تو یہ مسئلہ کہ صاحب روزے میں انجیکشن دیا جائے تو روزہ ٹوٹے گا یا نہیں ٹوٹے گا؟ اس کو اجتہاد کا مسئلہ سمجھتے ہیں۔</w:t>
      </w:r>
    </w:p>
    <w:p>
      <w:r>
        <w:rPr>
          <w:b/>
        </w:rPr>
        <w:t xml:space="preserve">[10:32] </w:t>
      </w:r>
      <w:r>
        <w:t>ya hawa jahaz mein safar kiya jata hai is zamane mein, to namaz parhna ho to qibla ki taraf kaise? hum yani qibla ki direction mein kaise namaz padhen?</w:t>
      </w:r>
    </w:p>
    <w:p>
      <w:pPr>
        <w:jc w:val="right"/>
      </w:pPr>
      <w:r>
        <w:t>یا ہوا جہاز میں سفر کیا جاتا ہے اس زمانے میں، تو نماز پڑھنا ہو تو قبلہ کی طرف کیسے؟ ہم یعنی قبلہ کی ڈائریکشن میں کیسے نماز پڑھیں؟</w:t>
      </w:r>
    </w:p>
    <w:p>
      <w:r>
        <w:rPr>
          <w:b/>
        </w:rPr>
        <w:t xml:space="preserve">[10:44] </w:t>
      </w:r>
      <w:r>
        <w:t>isi cheezon ko wo samajhte hain ijtihad.</w:t>
      </w:r>
    </w:p>
    <w:p>
      <w:pPr>
        <w:jc w:val="right"/>
      </w:pPr>
      <w:r>
        <w:t>اسی چیزوں کو وہ سمجھتے ہیں اجتہاد۔</w:t>
      </w:r>
    </w:p>
    <w:p>
      <w:r>
        <w:rPr>
          <w:b/>
        </w:rPr>
        <w:t xml:space="preserve">[10:49] </w:t>
      </w:r>
      <w:r>
        <w:t>yeh ijtihad hain, lekin yeh to bohat hi chote masael hain. yeh to aap common sense se bhi samajh sakte hain. ziyada bare bare masael jo hain, wo bilkul hi wo is ke bare mein log sochte bhi nahi.</w:t>
      </w:r>
    </w:p>
    <w:p>
      <w:pPr>
        <w:jc w:val="right"/>
      </w:pPr>
      <w:r>
        <w:t>یہ اجتہاد ہیں، لیکن یہ تو بہت ہی چھوٹے مسائل ہیں۔ یہ تو آپ کامن سینس سے بھی سمجھ سکتے ہیں۔ زیادہ بڑے بڑے مسائل جو ہیں، وہ بالکل ہی وہ اس کے بارے میں لوگ سوچتے بھی نہیں۔</w:t>
      </w:r>
    </w:p>
    <w:p>
      <w:r>
        <w:rPr>
          <w:b/>
        </w:rPr>
        <w:t xml:space="preserve">[11:03] </w:t>
      </w:r>
      <w:r>
        <w:t>kyunke samajhte hain ke ijtihad to inhi cheezon ka naam hai, chote chote masael mein.</w:t>
      </w:r>
    </w:p>
    <w:p>
      <w:pPr>
        <w:jc w:val="right"/>
      </w:pPr>
      <w:r>
        <w:t>کیونکہ سمجھتے ہیں کہ اجتہاد تو انہی چیزوں کا نام ہے، چھوٹے چھوٹے مسائل میں۔</w:t>
      </w:r>
    </w:p>
    <w:p>
      <w:r>
        <w:rPr>
          <w:b/>
        </w:rPr>
        <w:t xml:space="preserve">[11:10] </w:t>
      </w:r>
      <w:r>
        <w:t>jaise main aap ko example deta hoon ke ijtihad ke baghair is zamane mein koi kaam bara nahi kar sakte aap.</w:t>
      </w:r>
    </w:p>
    <w:p>
      <w:pPr>
        <w:jc w:val="right"/>
      </w:pPr>
      <w:r>
        <w:t>جیسے میں آپ کو ایگزامپل دیتا ہوں کہ اجتہاد کے بغیر اس زمانے میں کوئی کام بڑا نہیں کر سکتے آپ۔</w:t>
      </w:r>
    </w:p>
    <w:p>
      <w:r>
        <w:rPr>
          <w:b/>
        </w:rPr>
        <w:t xml:space="preserve">[11:20] </w:t>
      </w:r>
      <w:r>
        <w:t>aur daawati kaam to bilkul nahi kar sakte aap.</w:t>
      </w:r>
    </w:p>
    <w:p>
      <w:pPr>
        <w:jc w:val="right"/>
      </w:pPr>
      <w:r>
        <w:t>اور دعوتی کام تو بالکل نہیں کر سکتے آپ۔</w:t>
      </w:r>
    </w:p>
    <w:p>
      <w:r>
        <w:rPr>
          <w:b/>
        </w:rPr>
        <w:t xml:space="preserve">[11:23] </w:t>
      </w:r>
      <w:r>
        <w:t>jaise abhi char december ko aap jante hain ke iraq mein</w:t>
      </w:r>
    </w:p>
    <w:p>
      <w:pPr>
        <w:jc w:val="right"/>
      </w:pPr>
      <w:r>
        <w:t>جیسے ابھی چار دسمبر کو آپ جانتے ہیں کہ عراق میں</w:t>
      </w:r>
    </w:p>
    <w:p>
      <w:r>
        <w:rPr>
          <w:b/>
        </w:rPr>
        <w:t xml:space="preserve">[11:32] </w:t>
      </w:r>
      <w:r>
        <w:t>america ke sadar george bush aaye the, president of america george bush. baghdad mein unhon ne press conference ki char december ko.</w:t>
      </w:r>
    </w:p>
    <w:p>
      <w:pPr>
        <w:jc w:val="right"/>
      </w:pPr>
      <w:r>
        <w:t>امریکہ کے صدر جارج بش آئے تھے، پریزیڈنٹ آف امریکہ جارج بش۔ بغداد میں انہوں نے پریس کانفرنس کی چار دسمبر کو۔</w:t>
      </w:r>
    </w:p>
    <w:p>
      <w:r>
        <w:rPr>
          <w:b/>
        </w:rPr>
        <w:t xml:space="preserve">[11:43] </w:t>
      </w:r>
      <w:r>
        <w:t>to kiya hua? aik arab journalist ne un par joota phenka, joota phenka, aur bilkul un ke sir ke paas joota pohncha.</w:t>
      </w:r>
    </w:p>
    <w:p>
      <w:pPr>
        <w:jc w:val="right"/>
      </w:pPr>
      <w:r>
        <w:t>تو کیا ہوا؟ ایک عرب جرنلسٹ نے ان پر جوتا پھینکا، جوتا پھینکا، اور بالکل ان کے سر کے پاس جوتا پہنچا۔</w:t>
      </w:r>
    </w:p>
    <w:p>
      <w:r>
        <w:rPr>
          <w:b/>
        </w:rPr>
        <w:t xml:space="preserve">[11:59] </w:t>
      </w:r>
      <w:r>
        <w:t>lekin woh chunaanche sir jhuka liya unhon ne, to sir se takraya nahi joota. ab saari dunya khush ho gayi, saare musalman khush</w:t>
      </w:r>
    </w:p>
    <w:p>
      <w:pPr>
        <w:jc w:val="right"/>
      </w:pPr>
      <w:r>
        <w:t>لیکن وہ چونکہ سر جھکا لیا انہوں نے، تو سر سے ٹکرایا نہیں جوتا۔ اب ساری دنیا خوش ہو گئی، سارے مسلمان خوش</w:t>
      </w:r>
    </w:p>
    <w:p>
      <w:r>
        <w:rPr>
          <w:b/>
        </w:rPr>
        <w:t xml:space="preserve">[12:07] </w:t>
      </w:r>
      <w:r>
        <w:t>. yahan tak ke aik arab ke aik, aik, aik, aik, aik bohat hi waldi arab ne aik kaha ke mein 10 million dollar is aadmi ko doon ga.</w:t>
      </w:r>
    </w:p>
    <w:p>
      <w:pPr>
        <w:jc w:val="right"/>
      </w:pPr>
      <w:r>
        <w:t>۔ یہاں تک کہ ایک عرب کے ایک، ایک، ایک، ایک، ایک بہت ہی ولدی عرب نے ایک کہا کہ میں 10 ملین ڈالر اس آدمی کو دوں گا۔</w:t>
      </w:r>
    </w:p>
    <w:p>
      <w:r>
        <w:rPr>
          <w:b/>
        </w:rPr>
        <w:t xml:space="preserve">[12:19] </w:t>
      </w:r>
      <w:r>
        <w:t>itne khush hue aur bohat saari baatain. yahan pe ijtihad ki kami hai.</w:t>
      </w:r>
    </w:p>
    <w:p>
      <w:pPr>
        <w:jc w:val="right"/>
      </w:pPr>
      <w:r>
        <w:t>اتنے خوش ہوئے اور بہت ساری باتیں۔ یہاں پہ اجتہاد کی کمی ہے۔</w:t>
      </w:r>
    </w:p>
    <w:p>
      <w:r>
        <w:rPr>
          <w:b/>
        </w:rPr>
        <w:t xml:space="preserve">[12:27] </w:t>
      </w:r>
      <w:r>
        <w:t>dekhein, aik to yeh hai ke woh aap ke guest thay, guest ki izzat ki jaati hai, us ko respect diya jaata hai.</w:t>
      </w:r>
    </w:p>
    <w:p>
      <w:pPr>
        <w:jc w:val="right"/>
      </w:pPr>
      <w:r>
        <w:t>دیکھیں، ایک تو یہ ہے کہ وہ آپ کے گیسٹ تھے، گیسٹ کی عزت کی جاتی ہے، اس کو ریسپیکٹ دیا جاتا ہے۔</w:t>
      </w:r>
    </w:p>
    <w:p>
      <w:r>
        <w:rPr>
          <w:b/>
        </w:rPr>
        <w:t xml:space="preserve">[12:40] </w:t>
      </w:r>
      <w:r>
        <w:t>guest pe joota nahi phenka jaata. aik to yeh is ka yaani moral aspect hai.</w:t>
      </w:r>
    </w:p>
    <w:p>
      <w:pPr>
        <w:jc w:val="right"/>
      </w:pPr>
      <w:r>
        <w:t>گیسٹ پہ جوتا نہیں پھینکا جاتا۔ ایک تو یہ اس کا یعنی مورل اسپیکٹ ہے۔</w:t>
      </w:r>
    </w:p>
    <w:p>
      <w:r>
        <w:rPr>
          <w:b/>
        </w:rPr>
        <w:t xml:space="preserve">[12:46] </w:t>
      </w:r>
      <w:r>
        <w:t>is se bara aspect yeh hai ke hum aaj media ke zamanay mein hain. aaj se hazar baras pehle, so baras pehle, agar kahin kuch log aktha hon, wahan aap joota phenk dein to kon jaane ga us ko?</w:t>
      </w:r>
    </w:p>
    <w:p>
      <w:pPr>
        <w:jc w:val="right"/>
      </w:pPr>
      <w:r>
        <w:t>اس سے بڑا اسپیکٹ یہ ہے کہ ہم آج میڈیا کے زمانے میں ہیں۔ آج سے ہزار برس پہلے، سو برس پہلے، اگر کہیں کچھ لوگ اکٹھا ہوں، وہاں آپ جوتا پھینک دیں تو کون جانے گا اس کو؟</w:t>
      </w:r>
    </w:p>
    <w:p>
      <w:r>
        <w:rPr>
          <w:b/>
        </w:rPr>
        <w:t xml:space="preserve">[13:03] </w:t>
      </w:r>
      <w:r>
        <w:t>koi nahi jaane ga. lekin ab media ka zamana tha to kiya hua? theek usi waqt us ke photo khinch gaya.</w:t>
      </w:r>
    </w:p>
    <w:p>
      <w:pPr>
        <w:jc w:val="right"/>
      </w:pPr>
      <w:r>
        <w:t>کوئی نہیں جانے گا۔ لیکن اب میڈیا کا زمانہ تھا تو کیا ہوا؟ ٹھیک اسی وقت اس کے فوٹو کھنچ گیا۔</w:t>
      </w:r>
    </w:p>
    <w:p>
      <w:r>
        <w:rPr>
          <w:b/>
        </w:rPr>
        <w:t xml:space="preserve">[13:13] </w:t>
      </w:r>
      <w:r>
        <w:t>chunaanche wahan camera lage hue thay.</w:t>
      </w:r>
    </w:p>
    <w:p>
      <w:pPr>
        <w:jc w:val="right"/>
      </w:pPr>
      <w:r>
        <w:t>کیونکہ وہاں کیمرے لگے ہوئے تھے۔</w:t>
      </w:r>
    </w:p>
    <w:p>
      <w:r>
        <w:rPr>
          <w:b/>
        </w:rPr>
        <w:t xml:space="preserve">[13:16] </w:t>
      </w:r>
      <w:r>
        <w:t>ab poora photo aa gaya ke aik aadmi khara hota hai, joota nikalta hai, aur hurt karta hai, us ko phenkta hai. judge george bush ke paas pohanchta hai.</w:t>
      </w:r>
    </w:p>
    <w:p>
      <w:pPr>
        <w:jc w:val="right"/>
      </w:pPr>
      <w:r>
        <w:t>اب پورا فوٹو آ گیا کہ ایک آدمی کھڑا ہوتا ہے، جوتا نکالتا ہے، اور ہرٹ کرتا ہے، اس کو پھینکتا ہے۔ جج جارج بش کے پاس پہنچتا ہے۔</w:t>
      </w:r>
    </w:p>
    <w:p>
      <w:r>
        <w:rPr>
          <w:b/>
        </w:rPr>
        <w:t xml:space="preserve">[13:24] </w:t>
      </w:r>
      <w:r>
        <w:t>yeh saara photo aa gaya aur isi din television mein saari dunya mein dikha diya gaya. is ka matlab kiya hua? islam ki badnami.</w:t>
      </w:r>
    </w:p>
    <w:p>
      <w:pPr>
        <w:jc w:val="right"/>
      </w:pPr>
      <w:r>
        <w:t>یہ سارا فوٹو آ گیا اور اسی دن ٹیلی ویژن میں ساری دنیا میں دکھا دیا گیا۔ اس کا مطلب کیا ہوا؟ اسلام کی بدنامی۔</w:t>
      </w:r>
    </w:p>
    <w:p>
      <w:r>
        <w:rPr>
          <w:b/>
        </w:rPr>
        <w:t xml:space="preserve">[13:35] </w:t>
      </w:r>
      <w:r>
        <w:t>waqti tor par aap ne khush kiya apne aap ko, lekin saari dunya mein aap ne islam ko badnaam kar diya ke yeh musalman to sharafat bhi in ka dar nahi hai.</w:t>
      </w:r>
    </w:p>
    <w:p>
      <w:pPr>
        <w:jc w:val="right"/>
      </w:pPr>
      <w:r>
        <w:t>وقتی طور پر آپ نے خوش کیا اپنے آپ کو، لیکن ساری دنیا میں آپ نے اسلام کو بدنام کر دیا کہ یہ مسلمان تو شرافت بھی ان کا در نہیں ہے۔</w:t>
      </w:r>
    </w:p>
    <w:p>
      <w:r>
        <w:rPr>
          <w:b/>
        </w:rPr>
        <w:t xml:space="preserve">[13:45] </w:t>
      </w:r>
      <w:r>
        <w:t>apne guest ko respect dena bhi nahi jaante. bohat hi un cultured log hain yeh. agar aap ko is zamanay mein dekhein, aap ko difference hai to us ko bol kar difference ko zahir kiya jaata hai.</w:t>
      </w:r>
    </w:p>
    <w:p>
      <w:pPr>
        <w:jc w:val="right"/>
      </w:pPr>
      <w:r>
        <w:t>اپنے گیسٹ کو ریسپیکٹ دینا بھی نہیں جانتے۔ بہت ہی ان کلچرڈ لوگ ہیں یہ۔ اگر آپ کو اس زمانے میں دیکھیں، آپ کو ڈیفرنس ہے تو اس کو بول کر ڈیفرنس کو ظاہر کیا جاتا ہے۔</w:t>
      </w:r>
    </w:p>
    <w:p>
      <w:r>
        <w:rPr>
          <w:b/>
        </w:rPr>
        <w:t xml:space="preserve">[14:00] </w:t>
      </w:r>
      <w:r>
        <w:t>yeh nahi ke ab joota phenka hai. to goya ke yeh aik aisa kaam tha jis ko kahain ge ghair muazzab, un cultured.</w:t>
      </w:r>
    </w:p>
    <w:p>
      <w:pPr>
        <w:jc w:val="right"/>
      </w:pPr>
      <w:r>
        <w:t>یہ نہیں کہ اب جوتا پھینکا ہے۔ تو گویا کہ یہ ایک ایسا کام تھا جس کو کہیں گے غیر مہذب، ان کلچرڈ۔</w:t>
      </w:r>
    </w:p>
    <w:p>
      <w:r>
        <w:rPr>
          <w:b/>
        </w:rPr>
        <w:t xml:space="preserve">[14:11] </w:t>
      </w:r>
      <w:r>
        <w:t>to pehle zamanay mein hota to aik local news bhi shayad na banti, wahin kahin khatam. ab to international news ban gayi. to logon ko pata nahi chunaanche un ke andar ijtihad wali soch nahi hai.</w:t>
      </w:r>
    </w:p>
    <w:p>
      <w:pPr>
        <w:jc w:val="right"/>
      </w:pPr>
      <w:r>
        <w:t>تو پہلے زمانے میں ہوتا تو ایک لوکل نیوز بھی شاید نہ بنتی، وہیں کہیں ختم۔ اب تو انٹرنیشنل نیوز بن گئی۔ تو لوگوں کو پتہ نہیں کیونکہ ان کے اندر اجتہاد والی سوچ نہیں ہے۔</w:t>
      </w:r>
    </w:p>
    <w:p>
      <w:r>
        <w:rPr>
          <w:b/>
        </w:rPr>
        <w:t xml:space="preserve">[14:25] </w:t>
      </w:r>
      <w:r>
        <w:t>ijtihad wali soch jo aati hai to creative soch hoti hai, creative. to sochte hain ke hum aaj agar hum phenkein ge aisa joota to saari dunya mein islam badnaam hoga.</w:t>
      </w:r>
    </w:p>
    <w:p>
      <w:pPr>
        <w:jc w:val="right"/>
      </w:pPr>
      <w:r>
        <w:t>اجتہاد والی سوچ جو آتی ہے تو کریٹیو سوچ ہوتی ہے، کریٹو۔ تو سوچتے ہیں کہ ہم آج اگر ہم پھینکیں گے ایسا جوتا تو ساری دنیا میں اسلام بدنام ہوگا۔</w:t>
      </w:r>
    </w:p>
    <w:p>
      <w:r>
        <w:rPr>
          <w:b/>
        </w:rPr>
        <w:t xml:space="preserve">[14:40] </w:t>
      </w:r>
      <w:r>
        <w:t>chunaanche yeh media ka zamana hai, television ka zamana hai, photo photography ka zamana hai. to logon ke zehan band hain, stagnation aa gaya hai un ke zehanon mein.</w:t>
      </w:r>
    </w:p>
    <w:p>
      <w:pPr>
        <w:jc w:val="right"/>
      </w:pPr>
      <w:r>
        <w:t>کیونکہ یہ میڈیا کا زمانہ ہے، ٹیلی ویژن کا زمانہ ہے، فوٹو فوٹوگرافی کا زمانہ ہے۔ تو لوگوں کے ذہن بند ہیں، اسٹیگنیشن آ گیا ہے ان کے ذہنوں میں۔</w:t>
      </w:r>
    </w:p>
    <w:p>
      <w:r>
        <w:rPr>
          <w:b/>
        </w:rPr>
        <w:t xml:space="preserve">[14:52] </w:t>
      </w:r>
      <w:r>
        <w:t>sochne ki taqat nahi hai. agar sochne ki taqat hoti to kabhi bhi aisa na hota ke woh karte. aur phir koi bola bhi nahi.</w:t>
      </w:r>
    </w:p>
    <w:p>
      <w:pPr>
        <w:jc w:val="right"/>
      </w:pPr>
      <w:r>
        <w:t>سوچنے کی طاقت نہیں ہے۔ اگر سوچنے کی طاقت ہوتی تو کبھی بھی ایسا نہ ہوتا کہ وہ کرتے۔ اور پھر کوئی بولا بھی نہیں۔</w:t>
      </w:r>
    </w:p>
    <w:p>
      <w:r>
        <w:rPr>
          <w:b/>
        </w:rPr>
        <w:t xml:space="preserve">[15:02] </w:t>
      </w:r>
      <w:r>
        <w:t>saari dunya mein koi aik musalman bhi nahi nikaloon ga jis ne kaha ho ke bhai yeh tum ne kiya kiya?</w:t>
      </w:r>
    </w:p>
    <w:p>
      <w:pPr>
        <w:jc w:val="right"/>
      </w:pPr>
      <w:r>
        <w:t>ساری دنیا میں کوئی ایک مسلمان بھی نہیں نکالوں گا جس نے کہا ہو کہ بھئی یہ تم نے کیا کیا؟</w:t>
      </w:r>
    </w:p>
    <w:p>
      <w:r>
        <w:rPr>
          <w:b/>
        </w:rPr>
        <w:t xml:space="preserve">[15:07] </w:t>
      </w:r>
      <w:r>
        <w:t>tum ne george bush joota nahi phenka, tum ne islam ko badnaam kiya, islam ko badnaam kiya. aur agar dawat ke lehaz dekhein to madu ke upar joota phenka gaya.</w:t>
      </w:r>
    </w:p>
    <w:p>
      <w:pPr>
        <w:jc w:val="right"/>
      </w:pPr>
      <w:r>
        <w:t>تم نے جارج بش جوتا نہیں پھینکا، تم نے اسلام کو بدنام کیا، اسلام کو بدنام کیا۔ اور اگر دعوت کے لحاظ دیکھیں تو مدو کے اوپر جوتا پھینکا گیا۔</w:t>
      </w:r>
    </w:p>
    <w:p>
      <w:r>
        <w:rPr>
          <w:b/>
        </w:rPr>
        <w:t xml:space="preserve">[15:20] </w:t>
      </w:r>
      <w:r>
        <w:t>ab ghor kijiye, madu ke upar joota kyun phenka jaata hai? quran mein kai baar aaya hai ke madu ki atrocities par, badu ki ziyadtiyon par sabar karo,</w:t>
      </w:r>
    </w:p>
    <w:p>
      <w:pPr>
        <w:jc w:val="right"/>
      </w:pPr>
      <w:r>
        <w:t>اب غور کیجئے، مدو کے اوپر جوتا کیوں پھینکا جاتا ہے؟ قرآن میں کئی بار آیا ہے کہ مدو کی ایٹراسٹیز پر، بدو کی زیادتیوں پر صبر کرو،</w:t>
      </w:r>
    </w:p>
    <w:p>
      <w:r>
        <w:rPr>
          <w:b/>
        </w:rPr>
        <w:t xml:space="preserve">[15:36] </w:t>
      </w:r>
      <w:r>
        <w:t>madu ki ziyadtiyon par sabar karo, araz karo, avoid karo. aur aap badu ke upar joota phenk rahe hain, yeh to bilkul jaiz hi nahi islam mein.</w:t>
      </w:r>
    </w:p>
    <w:p>
      <w:pPr>
        <w:jc w:val="right"/>
      </w:pPr>
      <w:r>
        <w:t>مدو کی زیادتیوں پر صبر کرو، اعراض کرو، اوائڈ کرو۔ اور آپ بدو کے اوپر جوتا پھینک رہے ہیں، یہ تو بالکل جائز ہی نہیں اسلام میں۔</w:t>
      </w:r>
    </w:p>
    <w:p>
      <w:r>
        <w:rPr>
          <w:b/>
        </w:rPr>
        <w:t xml:space="preserve">[15:47] </w:t>
      </w:r>
      <w:r>
        <w:t>kyun? logon ke soch mein stagnation aa gaya hai. ijtihadi andaaz sochne ki taqat nahi hai un ke andar. ijtihadi taqat sochne ka matlab hota hai ke hamesha aadmi tayyar rehta hai ke naye situation mein phir se soche,</w:t>
      </w:r>
    </w:p>
    <w:p>
      <w:pPr>
        <w:jc w:val="right"/>
      </w:pPr>
      <w:r>
        <w:t>کیوں؟ لوگوں کے سوچ میں اسٹیگنیشن آ گیا ہے۔ اجتہادی انداز سوچنے کی طاقت نہیں ہے ان کے اندر۔ اجتہادی طاقت سوچنے کا مطلب ہوتا ہے کہ ہمیشہ آدمی تیار رہتا ہے کہ نئے سچویشن میں پھر سے سوچے،</w:t>
      </w:r>
    </w:p>
    <w:p>
      <w:r>
        <w:rPr>
          <w:b/>
        </w:rPr>
        <w:t xml:space="preserve">[16:03] </w:t>
      </w:r>
      <w:r>
        <w:t>phir se soche.</w:t>
      </w:r>
    </w:p>
    <w:p>
      <w:pPr>
        <w:jc w:val="right"/>
      </w:pPr>
      <w:r>
        <w:t>پھر سے سوچے۔</w:t>
      </w:r>
    </w:p>
    <w:p>
      <w:r>
        <w:rPr>
          <w:b/>
        </w:rPr>
        <w:t xml:space="preserve">[16:05] </w:t>
      </w:r>
      <w:r>
        <w:t>jaise ab mein aik misaal deta hoon aap ko. rasool Allah sallallahu alaihi wasallam ne apne zamanay mein aik sahaba ke aik group ko bheja.</w:t>
      </w:r>
    </w:p>
    <w:p>
      <w:pPr>
        <w:jc w:val="right"/>
      </w:pPr>
      <w:r>
        <w:t>جیسے اب میں ایک مثال دیتا ہوں آپ کو۔ رسول اللہ صلی اللہ علیہ وسلم نے اپنے زمانے میں ایک صحابہ کے ایک گروپ کو بھیجا۔</w:t>
      </w:r>
    </w:p>
    <w:p>
      <w:r>
        <w:rPr>
          <w:b/>
        </w:rPr>
        <w:t xml:space="preserve">[16:19] </w:t>
      </w:r>
      <w:r>
        <w:t>bano qareza aik qabeela tha wahan par yahoodi logon ka. wahan bheja madine se bahir. to yeh log rawana hue, ghaliban dopahar baad rawana hue thay.</w:t>
      </w:r>
    </w:p>
    <w:p>
      <w:pPr>
        <w:jc w:val="right"/>
      </w:pPr>
      <w:r>
        <w:t>بنو قریضہ ایک قبیلہ تھا وہاں پر یہودی لوگوں کا۔ وہاں بھیجا مدینے سے باہر۔ تو یہ لوگ روانہ ہوئے، غالباً دوپہر بعد روانہ ہوئے تھے۔</w:t>
      </w:r>
    </w:p>
    <w:p>
      <w:r>
        <w:rPr>
          <w:b/>
        </w:rPr>
        <w:t xml:space="preserve">[16:35] </w:t>
      </w:r>
      <w:r>
        <w:t>to aap ne jatay hue kaha un se ke "la saali al asr illa fi bani qareza". aisa kuch alfaaz hain is ke ke tum log bani qareza pohnch kar hi namaz parhna, asr ki zaroor.</w:t>
      </w:r>
    </w:p>
    <w:p>
      <w:pPr>
        <w:jc w:val="right"/>
      </w:pPr>
      <w:r>
        <w:t>تو آپ نے جاتے ہوئے کہا ان سے کہ "لا صلی العصر الا فی بنی قریضہ"۔ ایسا کچھ الفاظ ہیں اس کے کہ تم لوگ بنی قریضہ پہنچ کر ہی نماز پڑھنا، عصر کی ضرور۔</w:t>
      </w:r>
    </w:p>
    <w:p>
      <w:r>
        <w:rPr>
          <w:b/>
        </w:rPr>
        <w:t xml:space="preserve">[16:48] </w:t>
      </w:r>
      <w:r>
        <w:t>yani "la saali" ka matlab hai ke zaroor aisa karna. tum har giz namaz na parhna jab tak asr ke, asr ke jab tak tum bano qareza mein pohnch na jao.</w:t>
      </w:r>
    </w:p>
    <w:p>
      <w:pPr>
        <w:jc w:val="right"/>
      </w:pPr>
      <w:r>
        <w:t>یعنی "لا صلی" کا مطلب ہے کہ ضرور ایسا کرنا۔ تم ہرگز نماز نہ پڑھنا جب تک عصر کے، عصر کے جب تک تم بنو قریضہ میں پہنچ نہ جاؤ۔</w:t>
      </w:r>
    </w:p>
    <w:p>
      <w:r>
        <w:rPr>
          <w:b/>
        </w:rPr>
        <w:t xml:space="preserve">[16:58] </w:t>
      </w:r>
      <w:r>
        <w:t>wahan par yeh keh kar aap ne rawana kar diya.</w:t>
      </w:r>
    </w:p>
    <w:p>
      <w:pPr>
        <w:jc w:val="right"/>
      </w:pPr>
      <w:r>
        <w:t>وہاں پر یہ کہہ کر آپ نے روانہ کر دیا۔</w:t>
      </w:r>
    </w:p>
    <w:p>
      <w:r>
        <w:rPr>
          <w:b/>
        </w:rPr>
        <w:t xml:space="preserve">[17:03] </w:t>
      </w:r>
      <w:r>
        <w:t>ab aage barhay to maloom hua ke abhi hum pohnche nahi aur suraj jo hai woh yani is par jo red ho jata hai, doobne ke qareeb ho jata hai, woh time ho gaya.</w:t>
      </w:r>
    </w:p>
    <w:p>
      <w:pPr>
        <w:jc w:val="right"/>
      </w:pPr>
      <w:r>
        <w:t>اب آگے بڑھے تو معلوم ہوا کہ ابھی ہم پہنچے نہیں اور سورج جو ہے وہ یعنی اس پر جو ریڈ ہو جاتا ہے، ڈوبنے کے قریب ہو جاتا ہے، وہ ٹائم ہو گیا۔</w:t>
      </w:r>
    </w:p>
    <w:p>
      <w:r>
        <w:rPr>
          <w:b/>
        </w:rPr>
        <w:t xml:space="preserve">[17:13] </w:t>
      </w:r>
      <w:r>
        <w:t>to wahan par ikhtilaf ho gaya. kuch logon ne kaha ke nahi bhai hum wohin pohnch kar parhein ge kyunke rasool Allah ne aisa kaha hai. kuch logon ne is ko rethinking ki, rethinking.</w:t>
      </w:r>
    </w:p>
    <w:p>
      <w:pPr>
        <w:jc w:val="right"/>
      </w:pPr>
      <w:r>
        <w:t>تو وہاں پر اختلاف ہو گیا۔ کچھ لوگوں نے کہا کہ نہیں بھئی ہم وہیں پہنچ کر پڑھیں گے کیونکہ رسول اللہ نے ایسا کہا ہے۔ کچھ لوگوں نے اس کو ری تھنکنگ کی، ری تھنکنگ۔</w:t>
      </w:r>
    </w:p>
    <w:p>
      <w:r>
        <w:rPr>
          <w:b/>
        </w:rPr>
        <w:t xml:space="preserve">[17:24] </w:t>
      </w:r>
      <w:r>
        <w:t>unhon ne kaha ke yeh rasool Allah ke jo kaha tha, emphasis dene ke liye tha. yeh</w:t>
      </w:r>
    </w:p>
    <w:p>
      <w:pPr>
        <w:jc w:val="right"/>
      </w:pPr>
      <w:r>
        <w:t>انہوں نے کہا کہ یہ رسول اللہ کے جو کہا تھا، ایمفیسز دینے کے لیے تھا۔ یہ</w:t>
      </w:r>
    </w:p>
    <w:p>
      <w:r>
        <w:rPr>
          <w:b/>
        </w:rPr>
        <w:t xml:space="preserve">[17:31] </w:t>
      </w:r>
      <w:r>
        <w:t>iska matlab tha</w:t>
      </w:r>
    </w:p>
    <w:p>
      <w:pPr>
        <w:jc w:val="right"/>
      </w:pPr>
      <w:r>
        <w:t>اس کا مطلب تھا</w:t>
      </w:r>
    </w:p>
    <w:p>
      <w:r>
        <w:rPr>
          <w:b/>
        </w:rPr>
        <w:t xml:space="preserve">[17:35] </w:t>
      </w:r>
      <w:r>
        <w:t>ke bohat tezi se jao, tezi se jao. yeh matlab tha is ka. yani aik kehne ka andaaz tha ke style tha.</w:t>
      </w:r>
    </w:p>
    <w:p>
      <w:pPr>
        <w:jc w:val="right"/>
      </w:pPr>
      <w:r>
        <w:t>کہ بہت تیزی سے جاؤ، تیزی سے جاؤ۔ یہ مطلب تھا اس کا۔ یعنی ایک کہنے کا انداز تھا کہ اسٹائل تھا۔</w:t>
      </w:r>
    </w:p>
    <w:p>
      <w:r>
        <w:rPr>
          <w:b/>
        </w:rPr>
        <w:t xml:space="preserve">[17:45] </w:t>
      </w:r>
      <w:r>
        <w:t>kehna yeh tha ke bohat tezi se jao, bohat tezi se jao. to aap ne is ko is tarah keh diya ke asr ki namaz wahan pohnchay baghair mat parhna.</w:t>
      </w:r>
    </w:p>
    <w:p>
      <w:pPr>
        <w:jc w:val="right"/>
      </w:pPr>
      <w:r>
        <w:t>کہنا یہ تھا کہ بہت تیزی سے جاؤ، بہت تیزی سے جاؤ۔ تو آپ نے اس کو اس طرح کہہ دیا کہ عصر کی نماز وہاں پہنچے بغیر مت پڑھنا۔</w:t>
      </w:r>
    </w:p>
    <w:p>
      <w:r>
        <w:rPr>
          <w:b/>
        </w:rPr>
        <w:t xml:space="preserve">[17:56] </w:t>
      </w:r>
      <w:r>
        <w:t>to kuch logon ne kaha "aradt ta'jeel fis sair". aap ka matlab tha chalne mein bohat tezi dikhao. yeh nahi ke bas literal tor par le lo is ko.</w:t>
      </w:r>
    </w:p>
    <w:p>
      <w:pPr>
        <w:jc w:val="right"/>
      </w:pPr>
      <w:r>
        <w:t>تو کچھ لوگوں نے کہا "عرادت تعجیل فی السیر"۔ آپ کا مطلب تھا چلنے میں بہت تیزی دکھاؤ۔ یہ نہیں کہ بس لٹرل طور پر لے لو اس کو۔</w:t>
      </w:r>
    </w:p>
    <w:p>
      <w:r>
        <w:rPr>
          <w:b/>
        </w:rPr>
        <w:t xml:space="preserve">[18:06] </w:t>
      </w:r>
      <w:r>
        <w:t>yeh tha ijtihad. to ijtihad ka matlab hota hai ke baar baar situation nai aati hai. is mein aap ko rethink karna parta hai.</w:t>
      </w:r>
    </w:p>
    <w:p>
      <w:pPr>
        <w:jc w:val="right"/>
      </w:pPr>
      <w:r>
        <w:t>یہ تھا اجتہاد۔ تو اجتہاد کا مطلب ہوتا ہے کہ بار بار سچویشن نئی آتی ہے۔ اس میں آپ کو ری تھنک کرنا پڑتا ہے۔</w:t>
      </w:r>
    </w:p>
    <w:p>
      <w:r>
        <w:rPr>
          <w:b/>
        </w:rPr>
        <w:t xml:space="preserve">[18:18] </w:t>
      </w:r>
      <w:r>
        <w:t>to rethinking mein agar aap ke mind jo hai khula na ho, stagnation ho, aap ke andar bias thinking ho, aap conditioned hon, aap interest se oopar uth kar na soch sakte hon, aap ke andar objectivity na ho to aap ijtihad nahi kar paayein ge.</w:t>
      </w:r>
    </w:p>
    <w:p>
      <w:pPr>
        <w:jc w:val="right"/>
      </w:pPr>
      <w:r>
        <w:t>تو ری تھنکنگ میں اگر آپ کے مائنڈ جو ہے کھلا نہ ہو، اسٹیگنیشن ہو، آپ کے اندر بائس تھنکنگ ہو، آپ کنڈیشنڈ ہوں، آپ انٹرسٹ سے اوپر اٹھ کر نہ سوچ سکتے ہوں، آپ کے اندر ابجیکٹیوٹی نہ ہو تو آپ اجتہاد نہیں کر پائیں گے۔</w:t>
      </w:r>
    </w:p>
    <w:p>
      <w:r>
        <w:rPr>
          <w:b/>
        </w:rPr>
        <w:t xml:space="preserve">[18:39] </w:t>
      </w:r>
      <w:r>
        <w:t>yani ijtihadi andaaz mein na soch paayein ge.</w:t>
      </w:r>
    </w:p>
    <w:p>
      <w:pPr>
        <w:jc w:val="right"/>
      </w:pPr>
      <w:r>
        <w:t>یعنی اجتہادی انداز میں نہ سوچ پائیں گے۔</w:t>
      </w:r>
    </w:p>
    <w:p>
      <w:r>
        <w:rPr>
          <w:b/>
        </w:rPr>
        <w:t xml:space="preserve">[18:43] </w:t>
      </w:r>
      <w:r>
        <w:t>doosre shabdon mein kahenge rethinking ke liye creativity chahiye. to creative dhang se aap soch nahi paayein ge.</w:t>
      </w:r>
    </w:p>
    <w:p>
      <w:pPr>
        <w:jc w:val="right"/>
      </w:pPr>
      <w:r>
        <w:t>دوسرے शब्दوں میں کہیں گے ری ری تھنکنگ کے لیے کریٹیوٹی چاہیے۔ تو کریٹیو ڈھنگ سے آپ سوچ نہیں پائیں گے۔</w:t>
      </w:r>
    </w:p>
    <w:p>
      <w:r>
        <w:rPr>
          <w:b/>
        </w:rPr>
        <w:t xml:space="preserve">[18:55] </w:t>
      </w:r>
      <w:r>
        <w:t>yeh hai ijtihad. to ijtihad koi mysterious cheez nahi hai. woh hamari daily life ka aik part hai. kyunke life mein baar baar changes aate hain, nai situation aati hai.</w:t>
      </w:r>
    </w:p>
    <w:p>
      <w:pPr>
        <w:jc w:val="right"/>
      </w:pPr>
      <w:r>
        <w:t>یہ ہے اجتہاد۔ تو اجتہاد کوئی مسٹیریس چیز نہیں ہے۔ وہ ہماری ڈیلی لائف کا ایک پارٹ ہے۔ کیونکہ لائف میں بار بار چینجز آتے ہیں، نئی سچویشن آتی ہے۔</w:t>
      </w:r>
    </w:p>
    <w:p>
      <w:r>
        <w:rPr>
          <w:b/>
        </w:rPr>
        <w:t xml:space="preserve">[19:08] </w:t>
      </w:r>
      <w:r>
        <w:t>to rethink karna parta hai.</w:t>
      </w:r>
    </w:p>
    <w:p>
      <w:pPr>
        <w:jc w:val="right"/>
      </w:pPr>
      <w:r>
        <w:t>تو ری تھنک کرنا پڑتا ہے۔</w:t>
      </w:r>
    </w:p>
    <w:p>
      <w:r>
        <w:rPr>
          <w:b/>
        </w:rPr>
        <w:t xml:space="preserve">[19:11] </w:t>
      </w:r>
      <w:r>
        <w:t>to rethinking ka jo process hai, isi ko kehte hain ijtihad. ijtihad means process of rethinking, process of reassessment.</w:t>
      </w:r>
    </w:p>
    <w:p>
      <w:pPr>
        <w:jc w:val="right"/>
      </w:pPr>
      <w:r>
        <w:t>تو ری تھنکنگ کا جو پراسیس ہے، اسی کو کہتے ہیں اجتہاد۔ اجتہاد مینز پراسیس آف ری تھنکنگ، پراسیس آف ری اسیسمنٹ۔</w:t>
      </w:r>
    </w:p>
    <w:p>
      <w:r>
        <w:rPr>
          <w:b/>
        </w:rPr>
        <w:t xml:space="preserve">[19:22] </w:t>
      </w:r>
      <w:r>
        <w:t>isi ka naam ijtihad hai. aur ijtihad ka word is liye bola gaya ke bohat hi mushkil kaam hai. bohat zyada sochna parta hai, bohat zyada sincerity, sincerity chahiye, bohat zyada objectivity chahiye, bohat zyada concentration chahiye.</w:t>
      </w:r>
    </w:p>
    <w:p>
      <w:pPr>
        <w:jc w:val="right"/>
      </w:pPr>
      <w:r>
        <w:t>اسی کا نام اجتہاد ہے۔ اور اجتہاد کا ورڈ اس لیے بولا گیا کہ بہت ہی مشکل کام ہے۔ بہت زیادہ سوچنا پڑتا ہے، بہت زیادہ سنسیرٹی، سنسیرٹی چاہیے، بہت زیادہ ابجیکٹیوٹی چاہیے، بہت زیادہ کنسنٹریشن چاہیے۔</w:t>
      </w:r>
    </w:p>
    <w:p>
      <w:r>
        <w:rPr>
          <w:b/>
        </w:rPr>
        <w:t xml:space="preserve">[19:38] </w:t>
      </w:r>
      <w:r>
        <w:t>tab aap sahi ijtihad kar paayein ge.</w:t>
      </w:r>
    </w:p>
    <w:p>
      <w:pPr>
        <w:jc w:val="right"/>
      </w:pPr>
      <w:r>
        <w:t>تب آپ صحیح اجتہاد کر پائیں گے۔</w:t>
      </w:r>
    </w:p>
    <w:p>
      <w:r>
        <w:rPr>
          <w:b/>
        </w:rPr>
        <w:t xml:space="preserve">[19:42] </w:t>
      </w:r>
      <w:r>
        <w:t>ab mein chand aik aur aik example deta hoon aap ko. aaj subah mein kai bohat hi achhe telephone mile. woh sab ijtihad ko samajhne ke liye batata hoon aap ko</w:t>
      </w:r>
    </w:p>
    <w:p>
      <w:pPr>
        <w:jc w:val="right"/>
      </w:pPr>
      <w:r>
        <w:t>اب میں چند ایک اور ایک ایگزامپل دیتا ہوں آپ کو۔ آج صبح میں کئی بہت ہی اچھے ٹیلی فون ملے۔ وہ سب اجتہاد کو سمجھنے کے لیے بتاتا ہوں آپ کو</w:t>
      </w:r>
    </w:p>
    <w:p>
      <w:r>
        <w:rPr>
          <w:b/>
        </w:rPr>
        <w:t xml:space="preserve">[19:56] </w:t>
      </w:r>
      <w:r>
        <w:t>ke daily life mein kis tarah ijtihad kaam karta hai. to aaj aik kai bohat achhi news bullet, kai telephone aaye kai jagah se.</w:t>
      </w:r>
    </w:p>
    <w:p>
      <w:pPr>
        <w:jc w:val="right"/>
      </w:pPr>
      <w:r>
        <w:t>کہ ڈیلی لائف میں کس طرح اجتہاد کام کرتا ہے۔ تو آج ایک کئی بہت اچھی نیوز بلیٹ، کئی ٹیلی فون آئے کئی جگہ سے۔</w:t>
      </w:r>
    </w:p>
    <w:p>
      <w:r>
        <w:rPr>
          <w:b/>
        </w:rPr>
        <w:t xml:space="preserve">[20:06] </w:t>
      </w:r>
      <w:r>
        <w:t>jaise dekhiye, aik telephone mujhe aaya Bangalore se. yani bohat hi simple way mein batana chahta hoon main aap ko ke ijtihad kya cheez hai.</w:t>
      </w:r>
    </w:p>
    <w:p>
      <w:pPr>
        <w:jc w:val="right"/>
      </w:pPr>
      <w:r>
        <w:t>جیسے دیکھیے، ایک ٹیلی فون مجھے آیا بنگلور سے۔ یعنی بہت ہی سمپل وے میں بتانا چاہتا ہوں میں آپ کو کہ اجتہاد کیا چیز ہے۔</w:t>
      </w:r>
    </w:p>
    <w:p>
      <w:r>
        <w:rPr>
          <w:b/>
        </w:rPr>
        <w:t xml:space="preserve">[20:17] </w:t>
      </w:r>
      <w:r>
        <w:t>to Bangalore mein hamare mission ke aik hain, Sarah Fatima. un ke husband jo hain, woh multinational mein kaam karte hain.</w:t>
      </w:r>
    </w:p>
    <w:p>
      <w:pPr>
        <w:jc w:val="right"/>
      </w:pPr>
      <w:r>
        <w:t>تو بنگلور میں ہمارے مشن کے ایک ہیں، سارہ فاطمہ۔ ان کے ہسبینڈ جو ہیں، وہ ملٹی نیشنل میں کام کرتے ہیں۔</w:t>
      </w:r>
    </w:p>
    <w:p>
      <w:r>
        <w:rPr>
          <w:b/>
        </w:rPr>
        <w:t xml:space="preserve">[20:26] </w:t>
      </w:r>
      <w:r>
        <w:t>to yeh log jud gaye hain bilkul mission mein. to un ka telephone aaya.</w:t>
      </w:r>
    </w:p>
    <w:p>
      <w:pPr>
        <w:jc w:val="right"/>
      </w:pPr>
      <w:r>
        <w:t>تو یہ لوگ جڑ گئے ہیں بالکل مشن میں۔ تو ان کا ٹیلی فون آیا۔</w:t>
      </w:r>
    </w:p>
    <w:p>
      <w:r>
        <w:rPr>
          <w:b/>
        </w:rPr>
        <w:t xml:space="preserve">[20:33] </w:t>
      </w:r>
      <w:r>
        <w:t>yeh log bohat dair se kaam kar rahe the lekin pehle woh community work karte the. community work yaani musalmanon ko parhana, musalmanon ke liye kaam karna, musalmanon ke andar un kikhidmat karna waghera.</w:t>
      </w:r>
    </w:p>
    <w:p>
      <w:pPr>
        <w:jc w:val="right"/>
      </w:pPr>
      <w:r>
        <w:t>یہ لوگ بہت دیر سے کام کر رہے تھے لیکن پہلے وہ کمیونٹی ورک کرتے تھے۔ کمیونٹی ورک یعنی مسلمانوں کو پڑھانا، مسلمانوں کے لیے کام کرنا، مسلمانوں کے اندر ان کی خدمت کرنا وغیرہ۔</w:t>
      </w:r>
    </w:p>
    <w:p>
      <w:r>
        <w:rPr>
          <w:b/>
        </w:rPr>
        <w:t xml:space="preserve">[20:47] </w:t>
      </w:r>
      <w:r>
        <w:t>to isi mein reh rahe the. milli work mein woh un ke subah shaam jeete the. milli work hi un ka ya kaam hota tha.</w:t>
      </w:r>
    </w:p>
    <w:p>
      <w:pPr>
        <w:jc w:val="right"/>
      </w:pPr>
      <w:r>
        <w:t>تو اسی میں رہ رہے تھے۔ مللی ورک میں وہ ان کے صبح شام جیتے تھے۔ مللی ورک ہی ان کا یا کام ہوتا تھا۔</w:t>
      </w:r>
    </w:p>
    <w:p>
      <w:r>
        <w:rPr>
          <w:b/>
        </w:rPr>
        <w:t xml:space="preserve">[20:58] </w:t>
      </w:r>
      <w:r>
        <w:t>ab kya hua? muslim area phir hamare mission juri hain. woh aaj ab to ek muslim area mein unhon ne ek book stall lagaya.</w:t>
      </w:r>
    </w:p>
    <w:p>
      <w:pPr>
        <w:jc w:val="right"/>
      </w:pPr>
      <w:r>
        <w:t>اب کیا ہوا؟ مسلم ایریا پھر ہمارے مشن جڑی ہیں۔ وہ آج اب تو ایک مسلم ایریا میں انہوں نے ایک بک سٹال لگایا۔</w:t>
      </w:r>
    </w:p>
    <w:p>
      <w:r>
        <w:rPr>
          <w:b/>
        </w:rPr>
        <w:t xml:space="preserve">[21:09] </w:t>
      </w:r>
      <w:r>
        <w:t>book stall to wahan ek hindu swami aa gaya, ittefaq se, by chance. unhon ne dekha, unhon ne kaha "Ideology of Peace" aur aur sab yaani "Peace and Islam" aur bohat sari cheezein dekhi unhon ne.</w:t>
      </w:r>
    </w:p>
    <w:p>
      <w:pPr>
        <w:jc w:val="right"/>
      </w:pPr>
      <w:r>
        <w:t>بک سٹال تو وہاں ایک ہندو سوامی آ گیا، اتفاق سے، بائی چانس۔ انہوں نے دیکھا، انہوں نے کہا "آئیڈیالوجی آف پیس" اور اور سب یعنی "پیس اینڈ اسلام" اور بہت ساری چیزیں دیکھیں انہوں نے۔</w:t>
      </w:r>
    </w:p>
    <w:p>
      <w:r>
        <w:rPr>
          <w:b/>
        </w:rPr>
        <w:t xml:space="preserve">[21:27] </w:t>
      </w:r>
      <w:r>
        <w:t>to unhon ne kaha ke sahi Islam ka yeh matlab hai. hum to samajhte hain ke Islam se ladne ladne phirne ka mazhab hai khali. to beharhaal bohat acha laga un ko.</w:t>
      </w:r>
    </w:p>
    <w:p>
      <w:pPr>
        <w:jc w:val="right"/>
      </w:pPr>
      <w:r>
        <w:t>تو انہوں نے کہا کہ صحیح اسلام کا یہ مطلب ہے۔ ہم تو سمجھتے ہیں کہ اسلام سے لڑنے لڑنے پھرنے کا مذہب ہے خالی۔ تو بہرحال بہت اچھا لگا ان کو۔</w:t>
      </w:r>
    </w:p>
    <w:p>
      <w:r>
        <w:rPr>
          <w:b/>
        </w:rPr>
        <w:t xml:space="preserve">[21:38] </w:t>
      </w:r>
      <w:r>
        <w:t>kitabein bohat pasand aayin un ko. to unhon ne offer diya ke hamare haan ek bohat bara function hone ja raha hai. aap is mein aaiye aur free aap ko jagah den ge.</w:t>
      </w:r>
    </w:p>
    <w:p>
      <w:pPr>
        <w:jc w:val="right"/>
      </w:pPr>
      <w:r>
        <w:t>کتابیں بہت پسند آئیں ان کو۔ تو انہوں نے آفر دیا کہ ہمارے ہاں ایک بہت بڑا فنکشن ہونے جا رہا ہے۔ آپ اس میں آئیے اور فری آپ کو جگہ دیں گے۔</w:t>
      </w:r>
    </w:p>
    <w:p>
      <w:r>
        <w:rPr>
          <w:b/>
        </w:rPr>
        <w:t xml:space="preserve">[21:49] </w:t>
      </w:r>
      <w:r>
        <w:t>stall lagai wahan par. to</w:t>
      </w:r>
    </w:p>
    <w:p>
      <w:pPr>
        <w:jc w:val="right"/>
      </w:pPr>
      <w:r>
        <w:t>اسٹال لگائی وہاں پر۔ تو</w:t>
      </w:r>
    </w:p>
    <w:p>
      <w:r>
        <w:rPr>
          <w:b/>
        </w:rPr>
        <w:t xml:space="preserve">[21:52] </w:t>
      </w:r>
      <w:r>
        <w:t>to Bangalore mein ek swami ka bohat bara ashram hai, kafi bara. un ko un ka meditation ka kaam hota hai.</w:t>
      </w:r>
    </w:p>
    <w:p>
      <w:pPr>
        <w:jc w:val="right"/>
      </w:pPr>
      <w:r>
        <w:t>تو بنگلور میں ایک سوامی کا بہت بڑا آشرم ہے، کافی بڑا۔ ان کو ان کا میڈیٹیشن کا کام ہوتا ہے۔</w:t>
      </w:r>
    </w:p>
    <w:p>
      <w:r>
        <w:rPr>
          <w:b/>
        </w:rPr>
        <w:t xml:space="preserve">[22:00] </w:t>
      </w:r>
      <w:r>
        <w:t>dunya bhar se log aate hain meditation. to ek bohat bare area mein un ka ashram hai. to annual function hota hai.</w:t>
      </w:r>
    </w:p>
    <w:p>
      <w:pPr>
        <w:jc w:val="right"/>
      </w:pPr>
      <w:r>
        <w:t>دنیا بھر سے لوگ آتے ہیں میڈیٹیشن۔ تو ایک بہت بڑے ایریا میں ان کا آشرم ہے۔ تو اینول فنکشن ہوتا ہے۔</w:t>
      </w:r>
    </w:p>
    <w:p>
      <w:r>
        <w:rPr>
          <w:b/>
        </w:rPr>
        <w:t xml:space="preserve">[22:10] </w:t>
      </w:r>
      <w:r>
        <w:t>is mein stall lagte hain.</w:t>
      </w:r>
    </w:p>
    <w:p>
      <w:pPr>
        <w:jc w:val="right"/>
      </w:pPr>
      <w:r>
        <w:t>اس میں اسٹال لگتے ہیں۔</w:t>
      </w:r>
    </w:p>
    <w:p>
      <w:r>
        <w:rPr>
          <w:b/>
        </w:rPr>
        <w:t xml:space="preserve">[22:12] </w:t>
      </w:r>
      <w:r>
        <w:t>stall zyada tar jo different jo hinduo ke jo different jo publishers hain ya un ke different jo ashram hain, un ke different jo organizations hain, to apne book stall lagati hain woh.</w:t>
      </w:r>
    </w:p>
    <w:p>
      <w:pPr>
        <w:jc w:val="right"/>
      </w:pPr>
      <w:r>
        <w:t>اسٹال زیادہ تر جو ڈفرنٹ جو ہندوؤں کے جو ڈفرنٹ جو پبلشرز ہیں یا ان کے ڈفرنٹ جو آشرم ہیں، ان کے ڈفرنٹ جو آرگنائزیشنز ہیں، تو اپنے بک سٹال لگاتی ہیں وہ۔</w:t>
      </w:r>
    </w:p>
    <w:p>
      <w:r>
        <w:rPr>
          <w:b/>
        </w:rPr>
        <w:t xml:space="preserve">[22:26] </w:t>
      </w:r>
      <w:r>
        <w:t>to un ko unhon ne kaha ke aap wahan aaiye, hum free zameen dete hain aap ko. aur unhon ne table waghera bhi de diya. ab lagai wahan pe stall.</w:t>
      </w:r>
    </w:p>
    <w:p>
      <w:pPr>
        <w:jc w:val="right"/>
      </w:pPr>
      <w:r>
        <w:t>تو ان کو انہوں نے کہا کہ آپ وہاں آئیے، ہم فری زمین دیتے ہیں آپ کو۔ اور انہوں نے ٹیبل وغیرہ بھی دے دیا۔ اب لگائی وہاں پہ اسٹال۔</w:t>
      </w:r>
    </w:p>
    <w:p>
      <w:r>
        <w:rPr>
          <w:b/>
        </w:rPr>
        <w:t xml:space="preserve">[22:36] </w:t>
      </w:r>
      <w:r>
        <w:t>Islam ka message dijiye wahan pe. to sahib wahan gayein.</w:t>
      </w:r>
    </w:p>
    <w:p>
      <w:pPr>
        <w:jc w:val="right"/>
      </w:pPr>
      <w:r>
        <w:t>اسلام کا میسج دیجیے وہاں پہ۔ تو صاحب وہاں گئیں۔</w:t>
      </w:r>
    </w:p>
    <w:p>
      <w:r>
        <w:rPr>
          <w:b/>
        </w:rPr>
        <w:t xml:space="preserve">[22:40] </w:t>
      </w:r>
      <w:r>
        <w:t>abhi wahan chal raha hai. 31 December ko khatam hoga woh. abhi abhi woh chal raha hai. to unhon ne bataya ke subah fajar ki namaz parh kar mein nikalte hoon aur raat ko aati hoon budh der mein.</w:t>
      </w:r>
    </w:p>
    <w:p>
      <w:pPr>
        <w:jc w:val="right"/>
      </w:pPr>
      <w:r>
        <w:t>ابھی وہاں چل رہا ہے۔ 31 دسمبر کو ختم ہوگا وہ۔ ابھی ابھی وہ چل رہا ہے۔ تو انہوں نے بتایا کہ صبح فجر کی نماز پڑھ کر میں نکلتے ہوں اور رات کو آتی ہوں بدھ دیر میں۔</w:t>
      </w:r>
    </w:p>
    <w:p>
      <w:r>
        <w:rPr>
          <w:b/>
        </w:rPr>
        <w:t xml:space="preserve">[22:53] </w:t>
      </w:r>
      <w:r>
        <w:t>aur sab bheed lagi rehti hai is jail mein. unhon ne bataya ke sab se zyada bheed hamari stall pe rehti hai. wahan Quran ka translation hai aur wahan ke chhupa hua literature hai.</w:t>
      </w:r>
    </w:p>
    <w:p>
      <w:pPr>
        <w:jc w:val="right"/>
      </w:pPr>
      <w:r>
        <w:t>اور سب بھیڑ لگی رہتی ہے اس جیل میں۔ انہوں نے بتایا کہ سب سے زیادہ بھیڑ ہماری اسٹال پہ رہتی ہے۔ وہاں قرآن کا ٹرانسیشن ہے اور وہاں کے چھپا ہوا لٹریچر ہے۔</w:t>
      </w:r>
    </w:p>
    <w:p>
      <w:r>
        <w:rPr>
          <w:b/>
        </w:rPr>
        <w:t xml:space="preserve">[23:05] </w:t>
      </w:r>
      <w:r>
        <w:t>yeh sari kitabein jo aap brochure hain, pamphlet hain, yeh sab cheezein hain wahan par.</w:t>
      </w:r>
    </w:p>
    <w:p>
      <w:pPr>
        <w:jc w:val="right"/>
      </w:pPr>
      <w:r>
        <w:t>یہ ساری کتابیں جو آپ بروشر ہیں، پمفلیٹ ہیں، یہ سب چیزیں ہیں وہاں پر۔</w:t>
      </w:r>
    </w:p>
    <w:p>
      <w:r>
        <w:rPr>
          <w:b/>
        </w:rPr>
        <w:t xml:space="preserve">[23:09] </w:t>
      </w:r>
      <w:r>
        <w:t>aur woh log khareed kar le rahe hain, khareed kar ke. aisa nahi ke free bant rahi hain woh. khareed kar le rahe hain. aur kitabein jo hain woh kam par gayi hain.</w:t>
      </w:r>
    </w:p>
    <w:p>
      <w:pPr>
        <w:jc w:val="right"/>
      </w:pPr>
      <w:r>
        <w:t>اور وہ لوگ خرید کر لے رہے ہیں، خرید کر کے۔ ایسا نہیں کہ فری بانٹ رہی ہیں وہ۔ خرید کر لے رہے ہیں۔ اور کتابیں جو ہیں وہ کم پڑ گئی ہیں۔</w:t>
      </w:r>
    </w:p>
    <w:p>
      <w:r>
        <w:rPr>
          <w:b/>
        </w:rPr>
        <w:t xml:space="preserve">[23:22] </w:t>
      </w:r>
      <w:r>
        <w:t>bar bar woh mangana parta hai un ko. to unhon ne kaha ke hindu log aate hain. kehte hain ke aap ab tak kahan the aap log?</w:t>
      </w:r>
    </w:p>
    <w:p>
      <w:pPr>
        <w:jc w:val="right"/>
      </w:pPr>
      <w:r>
        <w:t>بار بار وہ منگانا پڑتا ہے ان کو۔ تو انہوں نے کہا کہ ہندو لوگ آتے ہیں۔ کہتے ہیں کہ آپ اب تک کہاں تھے آپ لوگ؟</w:t>
      </w:r>
    </w:p>
    <w:p>
      <w:r>
        <w:rPr>
          <w:b/>
        </w:rPr>
        <w:t xml:space="preserve">[23:33] </w:t>
      </w:r>
      <w:r>
        <w:t>aap log kyun apni cell mein rehte hain? kyun musalmano mein rehte hain</w:t>
      </w:r>
    </w:p>
    <w:p>
      <w:pPr>
        <w:jc w:val="right"/>
      </w:pPr>
      <w:r>
        <w:t>آپ لوگ کیوں اپنی سیل میں رہتے ہیں؟ کیوں مسلمانوں میں رہتے ہیں</w:t>
      </w:r>
    </w:p>
    <w:p>
      <w:r>
        <w:rPr>
          <w:b/>
        </w:rPr>
        <w:t xml:space="preserve">[23:37] </w:t>
      </w:r>
      <w:r>
        <w:t>aap log? bahar aaiye, hum logo mein aaiye, hum logo ko bataiye ke Islam kya hai. ab dekhein ke woh jo hain ya un ke saathi is baat ko nahi jante the.</w:t>
      </w:r>
    </w:p>
    <w:p>
      <w:pPr>
        <w:jc w:val="right"/>
      </w:pPr>
      <w:r>
        <w:t>آپ لوگ؟ باہر آئیے، ہم لوگوں میں آئیے، ہم لوگوں کو بتائیے کہ اسلام کیا ہے۔ اب دیکھیں کہ وہ جو ہیں یا ان کے ساتھی اس بات کو نہیں جانتے تھے۔</w:t>
      </w:r>
    </w:p>
    <w:p>
      <w:r>
        <w:rPr>
          <w:b/>
        </w:rPr>
        <w:t xml:space="preserve">[23:48] </w:t>
      </w:r>
      <w:r>
        <w:t>woh samajhte hain kaam jo hai woh to musalmano mein karna hai. un ko samajhte hain ke musalman hi receptive hain. ek bohat bari baat mein aap ko arz kar raha hoon.</w:t>
      </w:r>
    </w:p>
    <w:p>
      <w:pPr>
        <w:jc w:val="right"/>
      </w:pPr>
      <w:r>
        <w:t>وہ سمجھتے ہیں کام جو ہے وہ تو مسلمانوں میں کرنا ہے۔ ان کو سمجھتے ہیں کہ مسلمان ہی ریسیپٹیو ہیں۔ ایک بہت بڑی بات میں آپ کو عرض کر رہا ہوں۔</w:t>
      </w:r>
    </w:p>
    <w:p>
      <w:r>
        <w:rPr>
          <w:b/>
        </w:rPr>
        <w:t xml:space="preserve">[23:56] </w:t>
      </w:r>
      <w:r>
        <w:t>samjhiye, aam taur par musalman yeh samajhte hain ke receptive to musalman rahega Islam ke liye. woh log kya karenge?</w:t>
      </w:r>
    </w:p>
    <w:p>
      <w:pPr>
        <w:jc w:val="right"/>
      </w:pPr>
      <w:r>
        <w:t>سمجھیے، عام طور پر مسلمان یہ سمجھتے ہیں کہ ریسیپٹیو تو مسلمان رہے گا اسلام کے لیے۔ وہ لوگ کیا کریں گے؟</w:t>
      </w:r>
    </w:p>
    <w:p>
      <w:r>
        <w:rPr>
          <w:b/>
        </w:rPr>
        <w:t xml:space="preserve">[24:06] </w:t>
      </w:r>
      <w:r>
        <w:t>yeh ek obsession hai, obsession ke Islam ke liye receptive koi hoga to musalman hoga. hindu kyun honge?</w:t>
      </w:r>
    </w:p>
    <w:p>
      <w:pPr>
        <w:jc w:val="right"/>
      </w:pPr>
      <w:r>
        <w:t>یہ ایک ابسیشن ہے، ابسیشن کہ اسلام کے لیے ریسیپٹیو کوئی ہوگا تو مسلمان ہوگا۔ ہندو کیوں ہوں گے؟</w:t>
      </w:r>
    </w:p>
    <w:p>
      <w:r>
        <w:rPr>
          <w:b/>
        </w:rPr>
        <w:t xml:space="preserve">[24:14] </w:t>
      </w:r>
      <w:r>
        <w:t>Christian kyun honge? doosre mazhab ke log kyun honge? yahan kya hai? baseerat zamana hi nahi hain.</w:t>
      </w:r>
    </w:p>
    <w:p>
      <w:pPr>
        <w:jc w:val="right"/>
      </w:pPr>
      <w:r>
        <w:t>کرسچن کیوں ہوں گے؟ دوسرے مذہب کے لوگ کیوں ہوں گے؟ یہاں کیا ہے؟ بصیرت بے زمانہ ہی نہیں ہیں۔</w:t>
      </w:r>
    </w:p>
    <w:p>
      <w:r>
        <w:rPr>
          <w:b/>
        </w:rPr>
        <w:t xml:space="preserve">[24:23] </w:t>
      </w:r>
      <w:r>
        <w:t>yeh log zamane se waqif nahi, zamane ko jante nahi.</w:t>
      </w:r>
    </w:p>
    <w:p>
      <w:pPr>
        <w:jc w:val="right"/>
      </w:pPr>
      <w:r>
        <w:t>یہ لوگ زمانے سے واقف نہیں، زمانے کو جانتے نہیں۔</w:t>
      </w:r>
    </w:p>
    <w:p>
      <w:r>
        <w:rPr>
          <w:b/>
        </w:rPr>
        <w:t xml:space="preserve">[24:29] </w:t>
      </w:r>
      <w:r>
        <w:t>daikhen, yeh zamanah jo hai is ki aik bohat bari aik aik is ki aik fenaumina hai, aik sifat hai.</w:t>
      </w:r>
    </w:p>
    <w:p>
      <w:pPr>
        <w:jc w:val="right"/>
      </w:pPr>
      <w:r>
        <w:t>دیکھیں، یہ زمانہ جو ہے اس کی ایک بہت بڑی ایک ایک اس کی ایک فیناومینا ہے، ایک صفت ہے۔</w:t>
      </w:r>
    </w:p>
    <w:p>
      <w:r>
        <w:rPr>
          <w:b/>
        </w:rPr>
        <w:t xml:space="preserve">[24:39] </w:t>
      </w:r>
      <w:r>
        <w:t>woh hai isprit of inquiry.</w:t>
      </w:r>
    </w:p>
    <w:p>
      <w:pPr>
        <w:jc w:val="right"/>
      </w:pPr>
      <w:r>
        <w:t>وہ ہے اسپرٹ آف انکوائری۔</w:t>
      </w:r>
    </w:p>
    <w:p>
      <w:r>
        <w:rPr>
          <w:b/>
        </w:rPr>
        <w:t xml:space="preserve">[24:45] </w:t>
      </w:r>
      <w:r>
        <w:t>Newton ne jab dekha ke suraj shape gira aur is se us ne gravity ko discover kiya to "that was beginning of this spirit".</w:t>
      </w:r>
    </w:p>
    <w:p>
      <w:pPr>
        <w:jc w:val="right"/>
      </w:pPr>
      <w:r>
        <w:t>نیوٹن نے جب دیکھا کہ سورج شیپ گرا اور اس سے اس نے گریوٹی کو ڈسکور کیا تو "دیٹ واز بگننگ آف دس اسپرٹ"۔</w:t>
      </w:r>
    </w:p>
    <w:p>
      <w:r>
        <w:rPr>
          <w:b/>
        </w:rPr>
        <w:t xml:space="preserve">[24:55] </w:t>
      </w:r>
      <w:r>
        <w:t>to yeh poora ka poora scientific dor jo hai woh kya hai?</w:t>
      </w:r>
    </w:p>
    <w:p>
      <w:pPr>
        <w:jc w:val="right"/>
      </w:pPr>
      <w:r>
        <w:t>تو یہ پورا کا پورا سائنٹیفک دور جو ہے وہ کیا ہے؟</w:t>
      </w:r>
    </w:p>
    <w:p>
      <w:r>
        <w:rPr>
          <w:b/>
        </w:rPr>
        <w:t xml:space="preserve">[24:59] </w:t>
      </w:r>
      <w:r>
        <w:t>yeh isprit of inquiry ka manifestation hai. nature ko discover karna, phir barhte barhte history ko discover karna, digit ko discover karna.</w:t>
      </w:r>
    </w:p>
    <w:p>
      <w:pPr>
        <w:jc w:val="right"/>
      </w:pPr>
      <w:r>
        <w:t>یہ اسپرٹ آف انکوائری کا مینیفیسٹیشن ہے۔ نیچر کو ڈسکور کرنا، پھر بڑھتے بڑھتے ہسٹری کو ڈسکور کرنا، ڈیجنٹ کو ڈسکور کرنا۔</w:t>
      </w:r>
    </w:p>
    <w:p>
      <w:r>
        <w:rPr>
          <w:b/>
        </w:rPr>
        <w:t xml:space="preserve">[25:10] </w:t>
      </w:r>
      <w:r>
        <w:t>yani poora age jo yeh hamara hai woh isprit of inquiry is ka mizaj hai. mizaj hai is zamanay ke isprit of inquiry.</w:t>
      </w:r>
    </w:p>
    <w:p>
      <w:pPr>
        <w:jc w:val="right"/>
      </w:pPr>
      <w:r>
        <w:t>یعنی پورا ایج جو یہ ہمارا ہے وہ اسپرٹ آف انکوائری اس کا مزاج ہے۔ مزاج ہے اس زمانے کے اسپرٹ آف انکوائری۔</w:t>
      </w:r>
    </w:p>
    <w:p>
      <w:r>
        <w:rPr>
          <w:b/>
        </w:rPr>
        <w:t xml:space="preserve">[25:22] </w:t>
      </w:r>
      <w:r>
        <w:t>to woh log jis tarah se aik scientific field mein nature ke is mein chhan been karte hain, survey karte hain, janne ki koshish karte hain nai nai baton ko, isi tarah mazhab mein bhi janna chahte hain.</w:t>
      </w:r>
    </w:p>
    <w:p>
      <w:pPr>
        <w:jc w:val="right"/>
      </w:pPr>
      <w:r>
        <w:t>تو وہ لوگ جس طرح سے ایک سائنٹیفک فیلڈ میں نیچر کے اس میں چھان بین کرتے ہیں، سروے کرتے ہیں، جاننے کی کوشش کرتے ہیں نئی نئی باتوں کو، اسی طرح مذہب میں بھی جاننا چاہتے ہیں۔</w:t>
      </w:r>
    </w:p>
    <w:p>
      <w:r>
        <w:rPr>
          <w:b/>
        </w:rPr>
        <w:t xml:space="preserve">[25:37] </w:t>
      </w:r>
      <w:r>
        <w:t>woh woh zamanah khatam ho gaya jab aadmi sirf apne mazhab ko janta tha, apne mazhab ko parhta tha. spirit of inquiry wardman nahi tha.</w:t>
      </w:r>
    </w:p>
    <w:p>
      <w:pPr>
        <w:jc w:val="right"/>
      </w:pPr>
      <w:r>
        <w:t>وہ وہ زمانہ ختم ہو گیا جب آدمی صرف اپنے مذہب کو جانتا تھا، اپنے مذہب کو پڑھتا تھا۔ اسپرٹ آف انکوائری واردمان نہیں تھا۔</w:t>
      </w:r>
    </w:p>
    <w:p>
      <w:r>
        <w:rPr>
          <w:b/>
        </w:rPr>
        <w:t xml:space="preserve">[25:48] </w:t>
      </w:r>
      <w:r>
        <w:t>woh</w:t>
      </w:r>
    </w:p>
    <w:p>
      <w:pPr>
        <w:jc w:val="right"/>
      </w:pPr>
      <w:r>
        <w:t>وہ</w:t>
      </w:r>
    </w:p>
    <w:p>
      <w:r>
        <w:rPr>
          <w:b/>
        </w:rPr>
        <w:t xml:space="preserve">[25:50] </w:t>
      </w:r>
      <w:r>
        <w:t>science ne aik bohat bara kaam kiya hai, bohat bara. is ne aik naya age paida kiya hai, naya age jis ko mein kahoon ga ke spirit of inquiry ka zamanah.</w:t>
      </w:r>
    </w:p>
    <w:p>
      <w:pPr>
        <w:jc w:val="right"/>
      </w:pPr>
      <w:r>
        <w:t>سائنس نے ایک بہت بڑا کام کیا ہے، بہت بڑا۔ اس نے ایک نیا ایج پیدا کیا ہے، نیا ایج جس کو میں کہوں گا کہ اسپرٹ آف انکوائری کا زمانہ۔</w:t>
      </w:r>
    </w:p>
    <w:p>
      <w:r>
        <w:rPr>
          <w:b/>
        </w:rPr>
        <w:t xml:space="preserve">[26:01] </w:t>
      </w:r>
      <w:r>
        <w:t>is se log bohat ziyadah woh hain, hamein janna chahiye doosre mazhab ko, doosre philosophies ko, doosre system ko.</w:t>
      </w:r>
    </w:p>
    <w:p>
      <w:pPr>
        <w:jc w:val="right"/>
      </w:pPr>
      <w:r>
        <w:t>اس سے لوگ بہت زیادہ وہ ہیں، ہمیں جاننا چاہیے دوسرے مذہب کو، دوسرے فلاسفیز کو، دوسرے سسٹم کو۔</w:t>
      </w:r>
    </w:p>
    <w:p>
      <w:r>
        <w:rPr>
          <w:b/>
        </w:rPr>
        <w:t xml:space="preserve">[26:12] </w:t>
      </w:r>
      <w:r>
        <w:t>is liye wahan unhon ne bataya ke jis area mein yeh hai, us ko mashhoor tha ke jo brahmanon ka area hai, RSS ka area hai, musalmanon ko wahan ghar bhi nahi detey.</w:t>
      </w:r>
    </w:p>
    <w:p>
      <w:pPr>
        <w:jc w:val="right"/>
      </w:pPr>
      <w:r>
        <w:t>اس لیے وہاں انہوں نے بتایا کہ جس ایریا میں یہ ہے، اس کو مشہور تھا کہ جو برہمنوں کا ایریا ہے، آر ایس ایس کا ایریا ہے، مسلمانوں کو وہاں گھر بھی نہیں دیتے۔</w:t>
      </w:r>
    </w:p>
    <w:p>
      <w:r>
        <w:rPr>
          <w:b/>
        </w:rPr>
        <w:t xml:space="preserve">[26:21] </w:t>
      </w:r>
      <w:r>
        <w:t>yeh mashhoor tha is ke baray mein. bangalore ka yeh area jo hai, bohat hi acha area mana jata hai. woh kahan? brahman log rehte hain, RSS ke log rehte hain, extremist hindu rehte hain wahan par, aur musalmanon ko wahan par woh ghar bhi nahi detey.</w:t>
      </w:r>
    </w:p>
    <w:p>
      <w:pPr>
        <w:jc w:val="right"/>
      </w:pPr>
      <w:r>
        <w:t>یہ مشہور تھا اس کے بارے میں۔ بنگلور کا یہ ایریا جو ہے، بہت ہی اچھا ایریا مانا جاتا ہے۔ وہ کہاں؟ برہمن لوگ رہتے ہیں، آر ایس ایس کے لوگ رہتے ہیں، ایکسٹریمسٹ ہندو رہتے ہیں وہاں پر، اور مسلمانوں کو وہاں پر وہ گھر بھی نہیں دیتے۔</w:t>
      </w:r>
    </w:p>
    <w:p>
      <w:r>
        <w:rPr>
          <w:b/>
        </w:rPr>
        <w:t xml:space="preserve">[26:37] </w:t>
      </w:r>
      <w:r>
        <w:t>yeh itnay jantay thay musalman is ke area ke baray mein.</w:t>
      </w:r>
    </w:p>
    <w:p>
      <w:pPr>
        <w:jc w:val="right"/>
      </w:pPr>
      <w:r>
        <w:t>یہ اتنے جانتے تھے مسلمان اس کے ایریا کے بارے میں۔</w:t>
      </w:r>
    </w:p>
    <w:p>
      <w:r>
        <w:rPr>
          <w:b/>
        </w:rPr>
        <w:t xml:space="preserve">[26:40] </w:t>
      </w:r>
      <w:r>
        <w:t>bas is se oopar jo sab se bari baat hai, woh spirit of spirit of inquiry wali baat, ya age yani spirit is ki baat, yani isi spirit of the age ki baat, is se is se bekhabar thay.</w:t>
      </w:r>
    </w:p>
    <w:p>
      <w:pPr>
        <w:jc w:val="right"/>
      </w:pPr>
      <w:r>
        <w:t>بس اس سے اوپر جو سب سے بڑی بات ہے، وہ اسپرٹ آف اسپرٹ آف انکوائری والی بات، یا ایج یعنی اسپرٹ اس کی بات، یعنی اسی اسپرٹ آف دا ایج کی بات، اس سے اس سے بے خبر تھے۔</w:t>
      </w:r>
    </w:p>
    <w:p>
      <w:r>
        <w:rPr>
          <w:b/>
        </w:rPr>
        <w:t xml:space="preserve">[26:53] </w:t>
      </w:r>
      <w:r>
        <w:t>bas choti si baton ko jantay thay, choti si baat. koi gaya wahan par to kaha: "arey bhai, tum to gosht khate ho, yahan to hadiyan phenk ho gaye!" nahi, nahi, hum tum ko nahi kar den gay.</w:t>
      </w:r>
    </w:p>
    <w:p>
      <w:pPr>
        <w:jc w:val="right"/>
      </w:pPr>
      <w:r>
        <w:t>بس چھوٹی سی باتوں کو جانتے تھے، چھوٹی سی بات۔ کوئی گیا وہاں پر تو کہا: "ارے بھئی، تم تو گوشت کھاتے ہو، یہاں تو ہڈیاں پھینک ہو گئے!" نہیں، نہیں، ہم تم کو نہیں کر دیں گے۔</w:t>
      </w:r>
    </w:p>
    <w:p>
      <w:r>
        <w:rPr>
          <w:b/>
        </w:rPr>
        <w:t xml:space="preserve">[27:03] </w:t>
      </w:r>
      <w:r>
        <w:t>bas mashhoor hua ke yeh musalman ko ghar nahi deta.</w:t>
      </w:r>
    </w:p>
    <w:p>
      <w:pPr>
        <w:jc w:val="right"/>
      </w:pPr>
      <w:r>
        <w:t>بس مشہور ہوا کہ یہ مسلمان کو گھر نہیں دیتا۔</w:t>
      </w:r>
    </w:p>
    <w:p>
      <w:r>
        <w:rPr>
          <w:b/>
        </w:rPr>
        <w:t xml:space="preserve">[27:07] </w:t>
      </w:r>
      <w:r>
        <w:t>yani aik waqey ko musalman generalize karte hain. koi musalman is area mein gaya, us ko aik flat lena tha to us ne poocha ke: "tum musalman ho to batao ke tum to meat khate ho ge?" unhon ne kaha: "haan, tum meat khaoge to idhar hadiyan phenkoge, kabhi hadiyan le kar ke hamare gharon mein dalenge!" nahi, hum tum ko ghar nahi de sakte.</w:t>
      </w:r>
    </w:p>
    <w:p>
      <w:pPr>
        <w:jc w:val="right"/>
      </w:pPr>
      <w:r>
        <w:t>یعنی ایک واقعے کو مسلمان جنرلائز کرتے ہیں۔ کوئی مسلمان اس ایریا میں گیا، اس کو ایک فلیٹ لینا تھا تو اس نے پوچھا کہ: "تم مسلمان ہو تو بتاؤ کہ تم تو میٹ کھاتے ہو گے؟" انہوں نے کہا: "ہاں، تم میٹ کھاؤ گے تو ادھر ہڈیاں پھینکو گے، کبھی ہڈیاں لے کر کے ہمارے گھروں میں ڈالیں گے!" نہیں، ہم تم کو گھر نہیں دے سکتے۔</w:t>
      </w:r>
    </w:p>
    <w:p>
      <w:r>
        <w:rPr>
          <w:b/>
        </w:rPr>
        <w:t xml:space="preserve">[27:29] </w:t>
      </w:r>
      <w:r>
        <w:t>us ko khoob mashhoor kiya, us ko generalize kar diya: "arey bhai, is area mein to musalman ko jagah nahi detey!"</w:t>
      </w:r>
    </w:p>
    <w:p>
      <w:pPr>
        <w:jc w:val="right"/>
      </w:pPr>
      <w:r>
        <w:t>اس کو خوب مشہور کیا، اس کو جنرلائز کر دیا: "ارے بھائی، اس ایریا میں تو مسلمان کو جگہ نہیں دیتے!"</w:t>
      </w:r>
    </w:p>
    <w:p>
      <w:r>
        <w:rPr>
          <w:b/>
        </w:rPr>
        <w:t xml:space="preserve">[27:37] </w:t>
      </w:r>
      <w:r>
        <w:t>aur yeh to aik person se chota aik waqey tha. ziyadah bari baat woh thi jo jis ko mein kahoon ga: "speed of the age".</w:t>
      </w:r>
    </w:p>
    <w:p>
      <w:pPr>
        <w:jc w:val="right"/>
      </w:pPr>
      <w:r>
        <w:t>اور یہ تو ایک پرسن سے چھوٹا ایک واقعہ تھا۔ زیادہ بڑی بات وہ تھی جو جس کو میں کہوں گا: "اسپیڈ آف دا ایج"۔</w:t>
      </w:r>
    </w:p>
    <w:p>
      <w:r>
        <w:rPr>
          <w:b/>
        </w:rPr>
        <w:t xml:space="preserve">[27:48] </w:t>
      </w:r>
      <w:r>
        <w:t>woh ziyadah bari baat thi, yeh to bohat choti si baat thi.</w:t>
      </w:r>
    </w:p>
    <w:p>
      <w:pPr>
        <w:jc w:val="right"/>
      </w:pPr>
      <w:r>
        <w:t>وہ زیادہ بڑی بات تھی، یہ تو بہت چھوٹی سی بات تھی۔</w:t>
      </w:r>
    </w:p>
    <w:p>
      <w:r>
        <w:rPr>
          <w:b/>
        </w:rPr>
        <w:t xml:space="preserve">[27:53] </w:t>
      </w:r>
      <w:r>
        <w:t>to chounke ijtehadi soch nahi hai, creativity nahi hai, halaat se oopar uth kar ke sochne ka madah nahi hai, rethinking nahi hai, isi mein unhon ne khud offer na kiya hota to yeh jati bhi nahi wahan par.</w:t>
      </w:r>
    </w:p>
    <w:p>
      <w:pPr>
        <w:jc w:val="right"/>
      </w:pPr>
      <w:r>
        <w:t>تو چونکہ اجتہادی سوچ نہیں ہے، کریٹیوٹی نہیں ہے، حالات سے اوپر اٹھ کر کے سوچنے کا مادہ نہیں ہے، ری تھنکنگ نہیں ہے، اسی میں انہوں نے خود آفر نہ کیا ہوتا تو یہ جاتی بھی نہیں وہاں پر۔</w:t>
      </w:r>
    </w:p>
    <w:p>
      <w:r>
        <w:rPr>
          <w:b/>
        </w:rPr>
        <w:t xml:space="preserve">[28:09] </w:t>
      </w:r>
      <w:r>
        <w:t>aik wahan annual function hota hai aur sari dunya ke log atay hain, wahan par parhe likhe log atay hain. woh bataya ke log hamare paas atay hain, hindu log, hindu log,</w:t>
      </w:r>
    </w:p>
    <w:p>
      <w:pPr>
        <w:jc w:val="right"/>
      </w:pPr>
      <w:r>
        <w:t>ایک وہاں اینول فنکشن ہوتا ہے اور ساری دنیا کے لوگ آتے ہیں، وہاں پر پڑھے لکھے لوگ آتے ہیں۔ وہ بتایا کہ لوگ ہمارے پاس آتے ہیں، ہندو لوگ، ہندو لوگ،</w:t>
      </w:r>
    </w:p>
    <w:p>
      <w:r>
        <w:rPr>
          <w:b/>
        </w:rPr>
        <w:t xml:space="preserve">[28:21] </w:t>
      </w:r>
      <w:r>
        <w:t>woh bohat ziyadah kehte hain ke: "hum bohat ahari aap ke hain ke aap ne hum ko bas asar diya ke hum Islam ko parh saken!" yeh kehte hain woh log.</w:t>
      </w:r>
    </w:p>
    <w:p>
      <w:pPr>
        <w:jc w:val="right"/>
      </w:pPr>
      <w:r>
        <w:t>وہ بہت زیادہ کہتے ہیں کہ: "ہم بہت آભاری آپ کے ہیں کہ آپ نے ہم کو بس اثر دیا کہ ہم اسلام کو پڑھ سکیں!" یہ کہتے ہیں وہ لوگ۔</w:t>
      </w:r>
    </w:p>
    <w:p>
      <w:r>
        <w:rPr>
          <w:b/>
        </w:rPr>
        <w:t xml:space="preserve">[28:33] </w:t>
      </w:r>
      <w:r>
        <w:t>itna khush thay ke khushi ke hawale un ka aansu nikal nikal chala jata hai un ki aankh se. to chounke musalmanon mein ijtehadi spirit nahi,</w:t>
      </w:r>
    </w:p>
    <w:p>
      <w:pPr>
        <w:jc w:val="right"/>
      </w:pPr>
      <w:r>
        <w:t>اتنا خوش تھے کہ خوشی کے حوالے ان کا آنسو نکل نکل چلا جاتا ہے ان کی آنکھ سے۔ تو کیونکہ مسلمانوں میں اجتہادی اسپرٹ نہیں،</w:t>
      </w:r>
    </w:p>
    <w:p>
      <w:r>
        <w:rPr>
          <w:b/>
        </w:rPr>
        <w:t xml:space="preserve">[28:45] </w:t>
      </w:r>
      <w:r>
        <w:t>ijtehadi spirit wala aadmi kya karta hai?</w:t>
      </w:r>
    </w:p>
    <w:p>
      <w:pPr>
        <w:jc w:val="right"/>
      </w:pPr>
      <w:r>
        <w:t>اجتہادی اسپرٹ والا آدمی کیا کرتا ہے؟</w:t>
      </w:r>
    </w:p>
    <w:p>
      <w:r>
        <w:rPr>
          <w:b/>
        </w:rPr>
        <w:t xml:space="preserve">[28:48] </w:t>
      </w:r>
      <w:r>
        <w:t>apna jo yani obsession se oopar kar soch pata hai, obsession se oopar uth uth kar soch pata hai, apni koi deconditioning kar ke sochta hai, woh phir se cheezon ko janne ki koshish karta hai, rethinking karta hai.</w:t>
      </w:r>
    </w:p>
    <w:p>
      <w:pPr>
        <w:jc w:val="right"/>
      </w:pPr>
      <w:r>
        <w:t>اپنا جو یعنی ابسیشن سے اوپر کر سوچ پاتا ہے، ابسیشن سے اوپر اٹھ اٹھ کر سوچ پاتا ہے، اپنی کوئی ڈی کنڈیشننگ کر کے سوچتا ہے، وہ پھر سے چیزوں کو جاننے کی کوشش کرتا ہے، ری تھنکنگ کرتا ہے۔</w:t>
      </w:r>
    </w:p>
    <w:p>
      <w:r>
        <w:rPr>
          <w:b/>
        </w:rPr>
        <w:t xml:space="preserve">[29:03] </w:t>
      </w:r>
      <w:r>
        <w:t>woh toh musalmanon mein khatam hai, hai hi nahi bilkul. main toh bolta hoon ke yahan se le ke amreeka tak kisi mein bhi nahi hai spirit.</w:t>
      </w:r>
    </w:p>
    <w:p>
      <w:pPr>
        <w:jc w:val="right"/>
      </w:pPr>
      <w:r>
        <w:t>وہ تو مسلمانوں میں ختم ہے، ہے ہی نہیں بالکل۔ میں تو بولتا ہوں کہ یہاں سے لے کے امریکہ تک کسی میں بھی نہیں ہے اسپرٹ۔</w:t>
      </w:r>
    </w:p>
    <w:p>
      <w:r>
        <w:rPr>
          <w:b/>
        </w:rPr>
        <w:t xml:space="preserve">[29:13] </w:t>
      </w:r>
      <w:r>
        <w:t>yahan se le ke europe tak, yahan se le ke australia tak, kisi mein nahi hai. aj</w:t>
      </w:r>
    </w:p>
    <w:p>
      <w:pPr>
        <w:jc w:val="right"/>
      </w:pPr>
      <w:r>
        <w:t>یہاں سے لے کے یورپ تک، یہاں سے لے کے آسٹریلیا تک، کسی میں نہیں ہے۔ اج</w:t>
      </w:r>
    </w:p>
    <w:p>
      <w:r>
        <w:rPr>
          <w:b/>
        </w:rPr>
        <w:t xml:space="preserve">[29:19] </w:t>
      </w:r>
      <w:r>
        <w:t>tehadi, ijtehadi soch hi nahi hai, bilkul ghayab hai. ek aur telephone aaya hai mere paas. ittefaq se aaj kai good news subah hi subah mil gayi mujhe.</w:t>
      </w:r>
    </w:p>
    <w:p>
      <w:pPr>
        <w:jc w:val="right"/>
      </w:pPr>
      <w:r>
        <w:t>تہادی، اجتہادی سوچ ہی نہیں ہے، بالکل غائب ہے۔ ایک اور ٹیلی فون آیا ہے میرے پاس۔ اتفاق سے آج کئی گڈ نیوز صبح ہی صبح مل گئی مجھے۔</w:t>
      </w:r>
    </w:p>
    <w:p>
      <w:r>
        <w:rPr>
          <w:b/>
        </w:rPr>
        <w:t xml:space="preserve">[29:31] </w:t>
      </w:r>
      <w:r>
        <w:t>yeh ajeeb baat hai, hum log jaane wale hain inshallah Azamgarh. Azamgarh mein hamari family mein ek shadi hai. toh main pehle shadi manane nahi jaata tha, phir maine bataya tha aap ko ke maine dealing kiya shadi ko aur gathering ko.</w:t>
      </w:r>
    </w:p>
    <w:p>
      <w:pPr>
        <w:jc w:val="right"/>
      </w:pPr>
      <w:r>
        <w:t>یہ عجیب بات ہے، ہم لوگ جانے والے ہیں انشاءاللہ آدم گڑھ۔ آدم گڑھ میں ہماری فیملی میں ایک شادی ہے۔ تو میں پہلے شادی منانے نہیں جاتا تھا، پھر میں نے بتایا تھا آپ کو کہ میں نے ڈیلنگ کیا شادی کو اور گیدرنگ کو۔</w:t>
      </w:r>
    </w:p>
    <w:p>
      <w:r>
        <w:rPr>
          <w:b/>
        </w:rPr>
        <w:t xml:space="preserve">[29:49] </w:t>
      </w:r>
      <w:r>
        <w:t>toh Mr Shakeel jo Dubai mein rehte hain, unki behan ke bachche ki shadi hai. toh phir Shakeel ne manage kiya wahan se Dubai se. aaj unka telephone aaya subah ko Mr Shakeel ka jo Dubai mein rehte hain ke aap logon ke thehrne ke liye hum ne das kamre wahan par reserve kiye hain Shibli College ke guest house mein.</w:t>
      </w:r>
    </w:p>
    <w:p>
      <w:pPr>
        <w:jc w:val="right"/>
      </w:pPr>
      <w:r>
        <w:t>تو مسٹر شکیل جو دبئی میں رہتے ہیں، ان کی بہن کے بچے کی شادی ہے۔ تو پھر شکیل نے مینج کیا وہاں سے دبئی سے۔ آج ان کا ٹیلی فون آیا صبح کو مسٹر شکیل کا جو دبئی میں رہتے ہیں کہ آپ لوگوں کے ٹھہرنے کے لیے ہم نے دس کمرے وہاں پر ریزرو کیے ہیں شبلی کالج کے گیسٹ ہاؤس میں۔</w:t>
      </w:r>
    </w:p>
    <w:p>
      <w:r>
        <w:rPr>
          <w:b/>
        </w:rPr>
        <w:t xml:space="preserve">[30:13] </w:t>
      </w:r>
      <w:r>
        <w:t>Azamgarh mein ek Shibli National College hai, bahut bada.</w:t>
      </w:r>
    </w:p>
    <w:p>
      <w:pPr>
        <w:jc w:val="right"/>
      </w:pPr>
      <w:r>
        <w:t>آدم گڑھ میں ایک شبلی نیشنل کالج ہے، بہت بڑا۔</w:t>
      </w:r>
    </w:p>
    <w:p>
      <w:r>
        <w:rPr>
          <w:b/>
        </w:rPr>
        <w:t xml:space="preserve">[30:17] </w:t>
      </w:r>
      <w:r>
        <w:t>toh iska jo guest house hai, ismein hum ne das kamre aap ke liye reserve kiye. toh kya hua? is kamre ke liye yani per day pandrah hazar rupay hota hai.</w:t>
      </w:r>
    </w:p>
    <w:p>
      <w:pPr>
        <w:jc w:val="right"/>
      </w:pPr>
      <w:r>
        <w:t>تو اس کا جو گیسٹ ہاؤس ہے، اس میں ہم نے دس کمرے آپ کے لیے ریزرو کیے۔ تو کیا ہوا؟ اس کمرے کے لیے یعنی پر ڈے پندرہ ہزار روپے ہوتا ہے۔</w:t>
      </w:r>
    </w:p>
    <w:p>
      <w:r>
        <w:rPr>
          <w:b/>
        </w:rPr>
        <w:t xml:space="preserve">[30:30] </w:t>
      </w:r>
      <w:r>
        <w:t>woh yani teen din ke reserve kiya aur pandrah hazar rupay per day. toh unhon ne kaha ke wahan aisa hua ke unka jo principal hai, Shibli National College ka jo principal hai, usko maloom hua ke mera naam bataya gaya ke woh aa rahe hain.</w:t>
      </w:r>
    </w:p>
    <w:p>
      <w:pPr>
        <w:jc w:val="right"/>
      </w:pPr>
      <w:r>
        <w:t>وہ یعنی تین دن کے ریزرو کیا اور پندرہ ہزار روپے پر ڈے۔ تو انہوں نے کہا کہ وہاں ایسا ہوا کہ ان کا جو پرنسپل ہے، شبلی نیشنل کالج کا جو پرنسپل ہے، اس کو معلوم ہوا کہ میرا نام بتایا گیا کہ وہ آ رہے ہیں۔</w:t>
      </w:r>
    </w:p>
    <w:p>
      <w:r>
        <w:rPr>
          <w:b/>
        </w:rPr>
        <w:t xml:space="preserve">[30:48] </w:t>
      </w:r>
      <w:r>
        <w:t>toh us ne kaha: "achha, woh aa rahe hain, phir toh hum koi paisa nahi lenge, teeno din free rahega,</w:t>
      </w:r>
    </w:p>
    <w:p>
      <w:pPr>
        <w:jc w:val="right"/>
      </w:pPr>
      <w:r>
        <w:t>تو اس نے کہا: "اچھا، وہ آ رہے ہیں، پھر تو ہم کوئی پیسہ نہیں لیں گے، تینوں دن فری رہے گا،</w:t>
      </w:r>
    </w:p>
    <w:p>
      <w:r>
        <w:rPr>
          <w:b/>
        </w:rPr>
        <w:t xml:space="preserve">[30:57] </w:t>
      </w:r>
      <w:r>
        <w:t>teeno din free rahega!" yani per day pandrah hazar rupay jo hai, teen din tak hamara rehna tha, teeno din ke liye free kar diya us ne aur aane do un ko.</w:t>
      </w:r>
    </w:p>
    <w:p>
      <w:pPr>
        <w:jc w:val="right"/>
      </w:pPr>
      <w:r>
        <w:t>تینوں دن فری رہے گا!" یعنی پر ڈے پندرہ ہزار روپے جو ہے، تین دن تک ہمارا رہنا تھا، تینوں دن کے لیے فری کر دیا اس نے اور آنے دو ان کو۔</w:t>
      </w:r>
    </w:p>
    <w:p>
      <w:r>
        <w:rPr>
          <w:b/>
        </w:rPr>
        <w:t xml:space="preserve">[31:10] </w:t>
      </w:r>
      <w:r>
        <w:t>yeh yeh yeh naya zamana hai. us ne kyun aisa kiya</w:t>
      </w:r>
    </w:p>
    <w:p>
      <w:pPr>
        <w:jc w:val="right"/>
      </w:pPr>
      <w:r>
        <w:t>یہ یہ یہ نیا زمانہ ہے۔ اس نے کیوں ایسا کیا</w:t>
      </w:r>
    </w:p>
    <w:p>
      <w:r>
        <w:rPr>
          <w:b/>
        </w:rPr>
        <w:t xml:space="preserve">[31:14] </w:t>
      </w:r>
      <w:r>
        <w:t>? us ne kaha ke: "sahab, ek hi aadmi toh hai duniya, is muslim duniya mein jo modern age ke mutabiq Islam ka relevance batata hai, is se hum paisa lenge.</w:t>
      </w:r>
    </w:p>
    <w:p>
      <w:pPr>
        <w:jc w:val="right"/>
      </w:pPr>
      <w:r>
        <w:t>؟ اس نے کہا کہ: "صاحب، ایک ہی آدمی تو ہے دنیا، اس مسلم دنیا میں جو ماڈرن ایج کے مطابق اسلام کا ریلیونس بتاتا ہے، اس سے ہم پیسہ لیں گے۔</w:t>
      </w:r>
    </w:p>
    <w:p>
      <w:r>
        <w:rPr>
          <w:b/>
        </w:rPr>
        <w:t xml:space="preserve">[31:25] </w:t>
      </w:r>
      <w:r>
        <w:t>muslim duniya mein kaun hai un ke siwa jo modern age yeh batata ho ke Islam aaj bhi relevant mazhab hai, aaj se relevance us ko batata ho?</w:t>
      </w:r>
    </w:p>
    <w:p>
      <w:pPr>
        <w:jc w:val="right"/>
      </w:pPr>
      <w:r>
        <w:t>مسلم دنیا میں کون ہے ان کے سوا جو ماڈرن ایج یہ بتاتا ہو کہ اسلام آج بھی ریلیونٹ مذہب ہے، آج سے ریلیونس اس کو بتاتا ہو؟</w:t>
      </w:r>
    </w:p>
    <w:p>
      <w:r>
        <w:rPr>
          <w:b/>
        </w:rPr>
        <w:t xml:space="preserve">[31:35] </w:t>
      </w:r>
      <w:r>
        <w:t>modern science mein jo Islam stand kar sake, woh Islam batata hai, is se hum paisa lenge."</w:t>
      </w:r>
    </w:p>
    <w:p>
      <w:pPr>
        <w:jc w:val="right"/>
      </w:pPr>
      <w:r>
        <w:t>ماڈرن سائنس میں جو اسلام اسٹینڈ کر سکے، وہ اسلام بتاتا ہے، اس سے ہم پیسہ لیں گے۔"</w:t>
      </w:r>
    </w:p>
    <w:p>
      <w:r>
        <w:rPr>
          <w:b/>
        </w:rPr>
        <w:t xml:space="preserve">[31:43] </w:t>
      </w:r>
      <w:r>
        <w:t>ab is ke andar soch thi, tab aisa soch paaya hua. agar woh yeh madarse ke padha hua hota, yeh aisa na soch paata ho, aisa nahi soch paata tha.</w:t>
      </w:r>
    </w:p>
    <w:p>
      <w:pPr>
        <w:jc w:val="right"/>
      </w:pPr>
      <w:r>
        <w:t>اب اس کے اندر سوچ تھی، تب ایسا سوچ پایا ہوا۔ اگر وہ یہ مدرسے کے پڑھا ہوا ہوتا، یہ ایسا نہ سوچ پاتا ہو، ایسا نہیں سوچ پاتا تھا۔</w:t>
      </w:r>
    </w:p>
    <w:p>
      <w:r>
        <w:rPr>
          <w:b/>
        </w:rPr>
        <w:t xml:space="preserve">[31:53] </w:t>
      </w:r>
      <w:r>
        <w:t>woh pata nahi bhai, un ko bula rahe ho toh yeh toh pata nahi kya kahenge, hamara naujawan jo hai, woh zehan bigad jayega.</w:t>
      </w:r>
    </w:p>
    <w:p>
      <w:pPr>
        <w:jc w:val="right"/>
      </w:pPr>
      <w:r>
        <w:t>وہ پتہ نہیں بھائی، ان کو بلا رہے ہو تو یہ تو پتہ نہیں کیا کہیں گے، ہمارا نوجوان جو ہے، وہ ذہن بگڑ جائے گا۔</w:t>
      </w:r>
    </w:p>
    <w:p>
      <w:r>
        <w:rPr>
          <w:b/>
        </w:rPr>
        <w:t xml:space="preserve">[32:04] </w:t>
      </w:r>
      <w:r>
        <w:t>toh us ne chunchke hamari kitabein padhi thi, us ke andar rethinking aayi thi aur naye andaaz mein soch paata tha, toh us ne aisa kaha. is principal ne</w:t>
      </w:r>
    </w:p>
    <w:p>
      <w:pPr>
        <w:jc w:val="right"/>
      </w:pPr>
      <w:r>
        <w:t>تو اس نے چونکہ ہماری کتابیں پڑھی تھیں، اس کے اندر ری تھنکنگ آئی تھی اور نئے انداز میں سوچ پاتا تھا، تو اس نے ایسا کہا۔ اس پرنسپل نے</w:t>
      </w:r>
    </w:p>
    <w:p>
      <w:r>
        <w:rPr>
          <w:b/>
        </w:rPr>
        <w:t xml:space="preserve">[32:16] </w:t>
      </w:r>
      <w:r>
        <w:t>warna kai waqiyat mujhe maloom hain, jo masjid o masjid ke log hain, unhon ne program hamare cancel kar diye. arey bhai, un ko bula rahe ho, woh toh pata nahi kya baat kahenge, hamare naujawanon ka zehan kharab ho jayega.</w:t>
      </w:r>
    </w:p>
    <w:p>
      <w:pPr>
        <w:jc w:val="right"/>
      </w:pPr>
      <w:r>
        <w:t>ورنہ کئی واقعات مجھے معلوم ہیں، جو مسجد و مسجد کے لوگ ہیں، انہوں نے پروگرام ہمارے کینسل کر دیا۔ ارے بھائی، ان کو بلا رہے ہو، وہ تو پتہ نہیں کیا بات کہیں گے، ہمارے نوجوانوں کا ذہن خراب ہو جائے گا۔</w:t>
      </w:r>
    </w:p>
    <w:p>
      <w:r>
        <w:rPr>
          <w:b/>
        </w:rPr>
        <w:t xml:space="preserve">[32:29] </w:t>
      </w:r>
      <w:r>
        <w:t>toh</w:t>
      </w:r>
    </w:p>
    <w:p>
      <w:pPr>
        <w:jc w:val="right"/>
      </w:pPr>
      <w:r>
        <w:t>تو</w:t>
      </w:r>
    </w:p>
    <w:p>
      <w:r>
        <w:rPr>
          <w:b/>
        </w:rPr>
        <w:t xml:space="preserve">[32:30] </w:t>
      </w:r>
      <w:r>
        <w:t>behala, is aadmi ne chunchke padhi thi hamari kitabein, woh jaanta tha ke in ka mission kya hai, toh us ne kaha ke hum in se koi paise nahi lenge, in ko in ko aane do.</w:t>
      </w:r>
    </w:p>
    <w:p>
      <w:pPr>
        <w:jc w:val="right"/>
      </w:pPr>
      <w:r>
        <w:t>بہرحال، اس آدمی نے چونکہ پڑھی تھی ہماری کتابیں، وہ جانتا تھا کہ ان کا مشن کیا ہے، تو اس نے کہا کہ ہم ان سے کوئی پیسے نہیں لیں گے، ان کو ان کو آنے دو۔</w:t>
      </w:r>
    </w:p>
    <w:p>
      <w:r>
        <w:rPr>
          <w:b/>
        </w:rPr>
        <w:t xml:space="preserve">[32:43] </w:t>
      </w:r>
      <w:r>
        <w:t>yeh hai ijtehadi soch ka nateeja. aise hi dekhiye, ek telephone aaya aaj hi Bhopal se. Bhopal mein hamara ek group hai, aapas mein bada in ka difference ho gaya tha,</w:t>
      </w:r>
    </w:p>
    <w:p>
      <w:pPr>
        <w:jc w:val="right"/>
      </w:pPr>
      <w:r>
        <w:t>یہ ہے اجتہادی سوچ کا نتیجہ۔ ایسے ہی دیکھیے، ایک ٹیلی فون آیا آج ہی بھوپال سے۔ بھوپال میں ہمارا ایک گروپ ہے، آپس میں بڑا ان کا ڈیفرنس ہو گیا تھا،</w:t>
      </w:r>
    </w:p>
    <w:p>
      <w:r>
        <w:rPr>
          <w:b/>
        </w:rPr>
        <w:t xml:space="preserve">[32:59] </w:t>
      </w:r>
      <w:r>
        <w:t>aapas mein door ho gaye the ek doosre se. Bhopal ke jo saathi hamare hain, toh unhon ne bataya ke maine sab ko ekhatta kiya, saathiyon ke kal un ko unhon ne hamara koi hissa padh kar sunaya.</w:t>
      </w:r>
    </w:p>
    <w:p>
      <w:pPr>
        <w:jc w:val="right"/>
      </w:pPr>
      <w:r>
        <w:t>آپس میں دور ہو گئے تھے ایک دوسرے سے۔ بھوپال کے جو ساتھی ہمارے ہیں، تو انہوں نے بتایا کہ میں نے سب کو اکٹھا کیا، ساتھیوں کے کل ان کو انہوں نے ہمارا کوئی حصہ پڑھ کر سنایا۔</w:t>
      </w:r>
    </w:p>
    <w:p>
      <w:r>
        <w:rPr>
          <w:b/>
        </w:rPr>
        <w:t xml:space="preserve">[33:16] </w:t>
      </w:r>
      <w:r>
        <w:t>is mein hum ne likha tha ke differences jo hote hain, woh is liye nahi hote ke aap is ka excuse le kar alag ho jayen. aap woh toh manage karne ke hote hain, you have to manage the difference.</w:t>
      </w:r>
    </w:p>
    <w:p>
      <w:pPr>
        <w:jc w:val="right"/>
      </w:pPr>
      <w:r>
        <w:t>اس میں ہم نے لکھا تھا کہ ڈیفرنسز جو ہوتے ہیں، وہ اس لیے نہیں ہوتے کہ آپ اس کا ایکسکیوز لے کر الگ ہو جائیں۔ آپ وہ تو مینج کرنے کے ہوتے ہیں، یو ہیو ٹو مینج دا ڈیفرنس۔</w:t>
      </w:r>
    </w:p>
    <w:p>
      <w:r>
        <w:rPr>
          <w:b/>
        </w:rPr>
        <w:t xml:space="preserve">[33:27] </w:t>
      </w:r>
      <w:r>
        <w:t>aap ko aik difference ko manage karen. yeh to aik difference paida hua, ab is ko excuse le kar alag ho gaye kyunke difference to part of nature hai.</w:t>
      </w:r>
    </w:p>
    <w:p>
      <w:pPr>
        <w:jc w:val="right"/>
      </w:pPr>
      <w:r>
        <w:t>آپ کو ایک ڈیفرنس کو مینج کریں۔ یہ تو ایک ڈیفرنس پیدا ہوا، اب اس کو ایکسکیوز لے کر الگ ہو گئے کیونکہ ڈیفرنس تو پارٹ آف نیچر ہے۔</w:t>
      </w:r>
    </w:p>
    <w:p>
      <w:r>
        <w:rPr>
          <w:b/>
        </w:rPr>
        <w:t xml:space="preserve">[33:39] </w:t>
      </w:r>
      <w:r>
        <w:t>is ko unhon ne bataya ke hum log jis bashar ko khare hue hain, le kar ke is mein to yeh bataya jata hai ke difference ko manage karo aur hum hi log difference ko excuse bana lein.</w:t>
      </w:r>
    </w:p>
    <w:p>
      <w:pPr>
        <w:jc w:val="right"/>
      </w:pPr>
      <w:r>
        <w:t>اس کو انہوں نے بتایا کہ ہم لوگ جس بشر کو کھڑے ہوئے ہیں، لے کر کے اس میں تو یہ بتایا جاتا ہے کہ ڈیفرنس کو مینج کرو اور ہم ہی لوگ ڈیفرنس کو ایکسکیوز بنا لیں۔</w:t>
      </w:r>
    </w:p>
    <w:p>
      <w:r>
        <w:rPr>
          <w:b/>
        </w:rPr>
        <w:t xml:space="preserve">[33:51] </w:t>
      </w:r>
      <w:r>
        <w:t>sab ki samajh mein aa gayi baat. aage phir se hum sab ikhatta ho gaye aur phir se bhopal mein kaam ko aage barhaya jayega. yeh hai ijtihadi soch.</w:t>
      </w:r>
    </w:p>
    <w:p>
      <w:pPr>
        <w:jc w:val="right"/>
      </w:pPr>
      <w:r>
        <w:t>سب کی سمجھ میں آ گئی بات۔ آگے پھر سے ہم سب اکٹھا ہو گئے اور پھر سے بھوپال میں کام کو آگے بڑھایا جائے گا۔ یہ ہے اجتہادی سوچ۔</w:t>
      </w:r>
    </w:p>
    <w:p>
      <w:r>
        <w:rPr>
          <w:b/>
        </w:rPr>
        <w:t xml:space="preserve">[34:02] </w:t>
      </w:r>
      <w:r>
        <w:t>yani aik soch yeh hai ke difference hai to bas baat khatam, tum alag, hum alag. yeh uncreative soch.</w:t>
      </w:r>
    </w:p>
    <w:p>
      <w:pPr>
        <w:jc w:val="right"/>
      </w:pPr>
      <w:r>
        <w:t>یعنی ایک سوچ یہ ہے کہ ڈیفرنس ہے تو بس بات ختم، تم الگ، ہم الگ۔ یہ ان کریٹیو سوچ۔</w:t>
      </w:r>
    </w:p>
    <w:p>
      <w:r>
        <w:rPr>
          <w:b/>
        </w:rPr>
        <w:t xml:space="preserve">[34:12] </w:t>
      </w:r>
      <w:r>
        <w:t>creative soch kya hai? difference to part of nature hai, difference ko manage karo, difference ko manage karo.</w:t>
      </w:r>
    </w:p>
    <w:p>
      <w:pPr>
        <w:jc w:val="right"/>
      </w:pPr>
      <w:r>
        <w:t>کریٹیو سوچ کیا ہے؟ ڈیفرنس تو پارٹ آف نیچر ہے، ڈیفرنس کو مینج کرو، ڈیفرنس کو مینج کرو۔</w:t>
      </w:r>
    </w:p>
    <w:p>
      <w:r>
        <w:rPr>
          <w:b/>
        </w:rPr>
        <w:t xml:space="preserve">[34:22] </w:t>
      </w:r>
      <w:r>
        <w:t>yeh hai creative soch.</w:t>
      </w:r>
    </w:p>
    <w:p>
      <w:pPr>
        <w:jc w:val="right"/>
      </w:pPr>
      <w:r>
        <w:t>یہ ہے کریٹیو سوچ۔</w:t>
      </w:r>
    </w:p>
    <w:p>
      <w:r>
        <w:rPr>
          <w:b/>
        </w:rPr>
        <w:t xml:space="preserve">[34:28] </w:t>
      </w:r>
      <w:r>
        <w:t>to ijtihad ka matlab hai ke logon ko creative banana, creative thinking lana logon ke andar,</w:t>
      </w:r>
    </w:p>
    <w:p>
      <w:pPr>
        <w:jc w:val="right"/>
      </w:pPr>
      <w:r>
        <w:t>تو اجتہاد کا مطلب ہے کہ لوگوں کو کریٹیو بنانا، کریٹیو تھنکنگ لانا لوگوں کے اندر،</w:t>
      </w:r>
    </w:p>
    <w:p>
      <w:r>
        <w:rPr>
          <w:b/>
        </w:rPr>
        <w:t xml:space="preserve">[34:37] </w:t>
      </w:r>
      <w:r>
        <w:t>logon ki stagnation ko todna, logon ki deconditioning karna. yeh sab hai matlab ijtihad ka.</w:t>
      </w:r>
    </w:p>
    <w:p>
      <w:pPr>
        <w:jc w:val="right"/>
      </w:pPr>
      <w:r>
        <w:t>لوگوں کی اسٹیگنیشن کو توڑنا، لوگوں کی ڈی کنڈیشننگ کرنا۔ یہ سب ہے مطلب اجتہاد کا۔</w:t>
      </w:r>
    </w:p>
    <w:p>
      <w:r>
        <w:rPr>
          <w:b/>
        </w:rPr>
        <w:t xml:space="preserve">[34:50] </w:t>
      </w:r>
      <w:r>
        <w:t>log samajhte hain ke ijtihad ka matlab sawal yeh hai ke yeh janna ke roze ke zamane mein injection diya jaye ke na diya jaye, aur jihad mein namaz parhna hai to kaise qibla ko pata karein.</w:t>
      </w:r>
    </w:p>
    <w:p>
      <w:pPr>
        <w:jc w:val="right"/>
      </w:pPr>
      <w:r>
        <w:t>لوگ سمجھتے ہیں کہ اجتہاد کا مطلب سوال یہ ہے کہ یہ جاننا کہ روزے کے زمانے میں انجیکشن دیا جائے کہ نہ دیا جائے، اور جہاد میں نماز پڑھنا ہے تو کیسے قبلہ کو پتہ کریں۔</w:t>
      </w:r>
    </w:p>
    <w:p>
      <w:r>
        <w:rPr>
          <w:b/>
        </w:rPr>
        <w:t xml:space="preserve">[35:04] </w:t>
      </w:r>
      <w:r>
        <w:t>itna hi jante hain, is se zyada kuch nahi jante. yeh bare bare issues hain, bare bare issues hain. is mein ijtihad ke principle ko apply nahi karte, bare bare issues hain.</w:t>
      </w:r>
    </w:p>
    <w:p>
      <w:pPr>
        <w:jc w:val="right"/>
      </w:pPr>
      <w:r>
        <w:t>اتنا ہی جانتے ہیں، اس سے زیادہ کچھ نہیں جانتے۔ یہ بڑے بڑے ایشوز ہیں، بڑے بڑے ایشوز ہیں۔ اس میں اجتہاد کے پرنسپل کو اپلائی نہیں کرتے، بڑے بڑے ایشوز ہیں۔</w:t>
      </w:r>
    </w:p>
    <w:p>
      <w:r>
        <w:rPr>
          <w:b/>
        </w:rPr>
        <w:t xml:space="preserve">[35:19] </w:t>
      </w:r>
      <w:r>
        <w:t>ab mein aap ko chand misalein rasool Allah salallahu alaihi wasallam ki dena chahta hoon ke kis tarah se rasool Allah salallahu alaihi wasallam sab se bare, sab se pehle mujtahid the.</w:t>
      </w:r>
    </w:p>
    <w:p>
      <w:pPr>
        <w:jc w:val="right"/>
      </w:pPr>
      <w:r>
        <w:t>اب میں آپ کو چند مثالیں رسول اللہ صلی اللہ علیہ وسلم کی دینا چاہتا ہوں کہ کس طرح سے رسول اللہ صلی اللہ علیہ وسلم سب سے بڑے، سب سے پہلے مجتہد تھے۔</w:t>
      </w:r>
    </w:p>
    <w:p>
      <w:r>
        <w:rPr>
          <w:b/>
        </w:rPr>
        <w:t xml:space="preserve">[35:28] </w:t>
      </w:r>
      <w:r>
        <w:t>wo aik aam tasawwur ghalat qism ka yeh bana hua hai ke rasool Allah salallahu alaihi wasallam ne har waqt wahi aati rehti thi. yeh wasta hi nahi hai.</w:t>
      </w:r>
    </w:p>
    <w:p>
      <w:pPr>
        <w:jc w:val="right"/>
      </w:pPr>
      <w:r>
        <w:t>وہ ایک عام تصور غلط قسم کا یہ بنا ہوا ہے کہ رسول اللہ صلی اللہ علیہ وسلم نے ہر وقت وحی آتی رہتی تھی۔ یہ واسطہ ہی نہیں ہے۔</w:t>
      </w:r>
    </w:p>
    <w:p>
      <w:r>
        <w:rPr>
          <w:b/>
        </w:rPr>
        <w:t xml:space="preserve">[35:38] </w:t>
      </w:r>
      <w:r>
        <w:t>wahi plus ijtihad, rasool Allah ka naam hai aik aise insan ka jo wahi plus ijtihad par khara hua tha.</w:t>
      </w:r>
    </w:p>
    <w:p>
      <w:pPr>
        <w:jc w:val="right"/>
      </w:pPr>
      <w:r>
        <w:t>وحی پلس اجتہاد، رسول اللہ کا نام ہے ایک ایسے انسان کا جو وحی پلس اجتہاد پر کھڑا ہوا تھا۔</w:t>
      </w:r>
    </w:p>
    <w:p>
      <w:r>
        <w:rPr>
          <w:b/>
        </w:rPr>
        <w:t xml:space="preserve">[35:48] </w:t>
      </w:r>
      <w:r>
        <w:t>yaad rakhiye, is ko agar rasool Allah ko ijtihad ka mauqa Khuda na deta to aap ki shakhsiyat ka irtaqa kaise hota? aap super intellectual kaise bante?</w:t>
      </w:r>
    </w:p>
    <w:p>
      <w:pPr>
        <w:jc w:val="right"/>
      </w:pPr>
      <w:r>
        <w:t>یاد رکھیے، اس کو اگر رسول اللہ کو اجتہاد کا موقع خدا نہ دیتا تو آپ کی شخصیت کا ارتقاء کیسے ہوتا؟ آپ سپر انٹلیکچول کیسے بنتے؟</w:t>
      </w:r>
    </w:p>
    <w:p>
      <w:r>
        <w:rPr>
          <w:b/>
        </w:rPr>
        <w:t xml:space="preserve">[36:00] </w:t>
      </w:r>
      <w:r>
        <w:t>rasool Allah salallahu alaihi wasallam super intellectual the. to agar rasool Allah salallahu alaihi wasallam ko aisa mamla hota ke bas har waqt jibril khare hue hain, to us waqt self thinking kahan se aati?</w:t>
      </w:r>
    </w:p>
    <w:p>
      <w:pPr>
        <w:jc w:val="right"/>
      </w:pPr>
      <w:r>
        <w:t>رسول اللہ صلی اللہ علیہ وسلم سپر انٹلیکچول تھے۔ تو اگر رسول اللہ صلی اللہ علیہ وسلم کو ایسا معاملہ ہوتا کہ بس ہر وقت جبرائیل کھڑے ہوئے ہیں، تو اس وقت سیلف تھنکنگ کہاں سے آتی؟</w:t>
      </w:r>
    </w:p>
    <w:p>
      <w:r>
        <w:rPr>
          <w:b/>
        </w:rPr>
        <w:t xml:space="preserve">[36:11] </w:t>
      </w:r>
      <w:r>
        <w:t>khud apne dimagh ko kaise active karte hain? wo</w:t>
      </w:r>
    </w:p>
    <w:p>
      <w:pPr>
        <w:jc w:val="right"/>
      </w:pPr>
      <w:r>
        <w:t>خود اپنے دماغ کو کیسے ایکٹیو کرتے ہیں؟ وہ</w:t>
      </w:r>
    </w:p>
    <w:p>
      <w:r>
        <w:rPr>
          <w:b/>
        </w:rPr>
        <w:t xml:space="preserve">[36:15] </w:t>
      </w:r>
      <w:r>
        <w:t>to paighambar naam hota hai, revelation plus ijtihad. yaad rakhiye is ko. ab mein aap ko chand aik misal deta hoon.</w:t>
      </w:r>
    </w:p>
    <w:p>
      <w:pPr>
        <w:jc w:val="right"/>
      </w:pPr>
      <w:r>
        <w:t>تو پیغمبر نام ہوتا ہے، ریولیشن پلس اجتہاد۔ یاد رکھیے اس کو۔ اب میں آپ کو چند ایک مثال دیتا ہوں۔</w:t>
      </w:r>
    </w:p>
    <w:p>
      <w:r>
        <w:rPr>
          <w:b/>
        </w:rPr>
        <w:t xml:space="preserve">[36:28] </w:t>
      </w:r>
      <w:r>
        <w:t>rasool Allah salallahu alaihi wasallam dekhiye, aap jante hain ke 570 mein paida hue arab mein,</w:t>
      </w:r>
    </w:p>
    <w:p>
      <w:pPr>
        <w:jc w:val="right"/>
      </w:pPr>
      <w:r>
        <w:t>رسول اللہ صلی اللہ علیہ وسلم دیکھیے، آپ جانتے ہیں کہ 570 میں پیدا ہوئے عرب میں،</w:t>
      </w:r>
    </w:p>
    <w:p>
      <w:r>
        <w:rPr>
          <w:b/>
        </w:rPr>
        <w:t xml:space="preserve">[36:39] </w:t>
      </w:r>
      <w:r>
        <w:t>570 mein. to wahan par ab makkah mein paida hue. aap</w:t>
      </w:r>
    </w:p>
    <w:p>
      <w:pPr>
        <w:jc w:val="right"/>
      </w:pPr>
      <w:r>
        <w:t>570 میں۔ تو وہاں پر اب مکہ میں پیدا ہوئے۔ آپ</w:t>
      </w:r>
    </w:p>
    <w:p>
      <w:r>
        <w:rPr>
          <w:b/>
        </w:rPr>
        <w:t xml:space="preserve">[36:45] </w:t>
      </w:r>
      <w:r>
        <w:t>makkah ke paas aik mountain tha, hira. is mein aik cave tha, cave kho. is wahan pe jaya karte the aap.</w:t>
      </w:r>
    </w:p>
    <w:p>
      <w:pPr>
        <w:jc w:val="right"/>
      </w:pPr>
      <w:r>
        <w:t>مکہ کے پاس ایک ماؤنٹن تھا، حرا۔ اس میں ایک کیو تھا، کیو کھو۔ اس وہاں پہ جایا کرتے تھے آپ۔</w:t>
      </w:r>
    </w:p>
    <w:p>
      <w:r>
        <w:rPr>
          <w:b/>
        </w:rPr>
        <w:t xml:space="preserve">[36:57] </w:t>
      </w:r>
      <w:r>
        <w:t>to 40 saal tak jo hai aap ka isi tarah guzra. matlab har din nahi jate the. zyada tar aisa hota tha ke jab aap mature age ko pahunche to kho mein chalate</w:t>
      </w:r>
    </w:p>
    <w:p>
      <w:pPr>
        <w:jc w:val="right"/>
      </w:pPr>
      <w:r>
        <w:t>تو 40 سال تک جو ہے آپ کا اسی طرح گزرا۔ مطلب ہر دن نہیں جاتے تھے۔ زیادہ تر ایسا ہوتا تھا کہ جب آپ میچور ایج کو پہنچے تو کھو میں چلاتے</w:t>
      </w:r>
    </w:p>
    <w:p>
      <w:r>
        <w:rPr>
          <w:b/>
        </w:rPr>
        <w:t xml:space="preserve">[37:10] </w:t>
      </w:r>
      <w:r>
        <w:t>the, seclusion mein. wahan par aap ibadat karte the aur ya jo bhi karte the.</w:t>
      </w:r>
    </w:p>
    <w:p>
      <w:pPr>
        <w:jc w:val="right"/>
      </w:pPr>
      <w:r>
        <w:t>تھے، سکلوجن میں۔ وہاں پر آپ عبادت کرتے تھے اور یا جو بھی کرتے تھے۔</w:t>
      </w:r>
    </w:p>
    <w:p>
      <w:r>
        <w:rPr>
          <w:b/>
        </w:rPr>
        <w:t xml:space="preserve">[37:19] </w:t>
      </w:r>
      <w:r>
        <w:t>yeh logon se alag ho kar ke jab rasool Allah salallahu alaihi wasallam ko dawat, rasool Allah salallahu alaihi wasallam ko paighambar banaya gaya to yeh hukum hua ke kun fanzir logon mein ailan karo, logon ko ja kar ke Khuda ka message pahunchao.</w:t>
      </w:r>
    </w:p>
    <w:p>
      <w:pPr>
        <w:jc w:val="right"/>
      </w:pPr>
      <w:r>
        <w:t>یہ لوگوں سے الگ ہو کر کے جب رسول اللہ صلی اللہ علیہ وسلم کو دعوت، رسول اللہ صلی اللہ علیہ وسلم کو پیغمبر بنایا گیا تو یہ حکم ہوا کہ کن فانظر لوگوں میں اعلان کرو، لوگوں کو جا کر کے خدا کا میسج پہنچاؤ۔</w:t>
      </w:r>
    </w:p>
    <w:p>
      <w:r>
        <w:rPr>
          <w:b/>
        </w:rPr>
        <w:t xml:space="preserve">[37:37] </w:t>
      </w:r>
      <w:r>
        <w:t>to hira mein aap insanon se alag raha karte the. ab yeh hua ke insanon ke darmiyan jao, insanon ko ja kar Khuda ki baat pahunchao.</w:t>
      </w:r>
    </w:p>
    <w:p>
      <w:pPr>
        <w:jc w:val="right"/>
      </w:pPr>
      <w:r>
        <w:t>تو حرا میں آپ انسانوں سے الگ رہا کرتے تھے۔ اب یہ ہوا کہ انسانوں کے درمیان جاؤ، انسانوں کو جا کر خدا کی بات پہنچاؤ۔</w:t>
      </w:r>
    </w:p>
    <w:p>
      <w:r>
        <w:rPr>
          <w:b/>
        </w:rPr>
        <w:t xml:space="preserve">[37:52] </w:t>
      </w:r>
      <w:r>
        <w:t>ab bohat se naye naye problem. pehla problem yeh tha ke makkah mein kahan aik aik aik aik insan ko to un ke ja kar mil sakte hain, lekin gathering kahan milegi?</w:t>
      </w:r>
    </w:p>
    <w:p>
      <w:pPr>
        <w:jc w:val="right"/>
      </w:pPr>
      <w:r>
        <w:t>اب بہت سے نئے نئے پرابلم۔ پہلا پرابلم یہ تھا کہ مکے میں کہاں ایک ایک ایک ایک انسان کو تو ان کے جا کر مل سکتے ہیں، لیکن گیدرنگ کہاں ملے گی؟</w:t>
      </w:r>
    </w:p>
    <w:p>
      <w:r>
        <w:rPr>
          <w:b/>
        </w:rPr>
        <w:t xml:space="preserve">[38:06] </w:t>
      </w:r>
      <w:r>
        <w:t>aik hai individual ko kahein pa jaein ya aik aadmi kahein hai, woh ja kar us ko bata diya. Lekin gathering kahan mile gi? To Makkah mein gathering ka sirf aik hi jagah thi, woh thi Ka'aba.</w:t>
      </w:r>
    </w:p>
    <w:p>
      <w:pPr>
        <w:jc w:val="right"/>
      </w:pPr>
      <w:r>
        <w:t>ایک ہے انڈیویجول کو کہیں پا جائیں یا ایک آدمی کہیں ہے، وہ جا کر اس کو بتا دیا۔ لیکن گیدرنگ کہاں ملے گی؟ تو مکے میں گیدرنگ کا صرف ایک ہی جگہ تھی، وہ تھی کعبہ۔</w:t>
      </w:r>
    </w:p>
    <w:p>
      <w:r>
        <w:rPr>
          <w:b/>
        </w:rPr>
        <w:t xml:space="preserve">[38:20] </w:t>
      </w:r>
      <w:r>
        <w:t>Kyun? 360 but thay wahan par, 360. To Makkah mein us zamane mein log audio worshipers thay, un buton ki wajah se wahan atay thay, atay rehtay thay.</w:t>
      </w:r>
    </w:p>
    <w:p>
      <w:pPr>
        <w:jc w:val="right"/>
      </w:pPr>
      <w:r>
        <w:t>کیوں؟ 360 بت تھے وہاں پر، 360۔ تو مکہ میں اس زمانے میں لوگ آڈیو ورشپر تھے، ان بتوں کی وجہ سے وہاں آتے تھے، آتے رہتے تھے۔</w:t>
      </w:r>
    </w:p>
    <w:p>
      <w:r>
        <w:rPr>
          <w:b/>
        </w:rPr>
        <w:t xml:space="preserve">[38:31] </w:t>
      </w:r>
      <w:r>
        <w:t>To woh aik assembly hoti thi, wahan par gathering hoti thi.</w:t>
      </w:r>
    </w:p>
    <w:p>
      <w:pPr>
        <w:jc w:val="right"/>
      </w:pPr>
      <w:r>
        <w:t>تو وہ ایک اسمبلی ہوتی تھی، وہاں پر گیدرنگ ہوتی تھی۔</w:t>
      </w:r>
    </w:p>
    <w:p>
      <w:r>
        <w:rPr>
          <w:b/>
        </w:rPr>
        <w:t xml:space="preserve">[38:35] </w:t>
      </w:r>
      <w:r>
        <w:t>Ab wahan par gaya to wahan aik naya problem, wahan se but rakhe hue hain.</w:t>
      </w:r>
    </w:p>
    <w:p>
      <w:pPr>
        <w:jc w:val="right"/>
      </w:pPr>
      <w:r>
        <w:t>اب وہاں پر گیا تو وہاں ایک نیا پرابلم، وہاں سے بت رکھے ہوئے ہیں۔</w:t>
      </w:r>
    </w:p>
    <w:p>
      <w:r>
        <w:rPr>
          <w:b/>
        </w:rPr>
        <w:t xml:space="preserve">[38:42] </w:t>
      </w:r>
      <w:r>
        <w:t>To aap ne, aap yeh samajhta hoon ke yeh aik ijtihad ka waqia tha ke Rasool Allah Sal Allah Alayhi Wasallam ne dealing kiya dono ko, yani buton ke ke moamle ko gathering ke moamle ko dealing kiya.</w:t>
      </w:r>
    </w:p>
    <w:p>
      <w:pPr>
        <w:jc w:val="right"/>
      </w:pPr>
      <w:r>
        <w:t>تو آپ نے، آپ یہ سمجھتا ہوں کہ یہ ایک اجتہاد کا واقعہ تھا کہ رسول اللہ صلی اللہ علیہ وسلم نے ڈیلنگ کیا دونوں کو، یعنی بتوں کے کے معاملے کو گیدرنگ کے معاملے کو ڈیلنگ کیا۔</w:t>
      </w:r>
    </w:p>
    <w:p>
      <w:r>
        <w:rPr>
          <w:b/>
        </w:rPr>
        <w:t xml:space="preserve">[38:55] </w:t>
      </w:r>
      <w:r>
        <w:t>Aap ne bhai but hai to hua karein, lekin yahan gathering to hai, hum gathering ko address karein ge.</w:t>
      </w:r>
    </w:p>
    <w:p>
      <w:pPr>
        <w:jc w:val="right"/>
      </w:pPr>
      <w:r>
        <w:t>آپ نے بھئی بت ہے تو ہوا کریں، لیکن یہاں گیدرنگ تو ہے، ہم گیدرنگ کو ایڈریس کریں گے۔</w:t>
      </w:r>
    </w:p>
    <w:p>
      <w:r>
        <w:rPr>
          <w:b/>
        </w:rPr>
        <w:t xml:space="preserve">[39:03] </w:t>
      </w:r>
      <w:r>
        <w:t>To dekhiye, jab aap thay yani cave mein, Ghar-e-Hira mein, to wahan koi gathering nahi, koi insan nahi. Yeh aik nai nai situation se aap ko yahan par face karna para.</w:t>
      </w:r>
    </w:p>
    <w:p>
      <w:pPr>
        <w:jc w:val="right"/>
      </w:pPr>
      <w:r>
        <w:t>تو دیکھیے، جب آپ تھے یعنی کیو میں، غار حرا میں، تو وہاں کوئی گیدرنگ نہیں، کوئی انسان نہیں۔ یہ ایک نئی نئی سچوئیشن سے آپ کو یہاں پر فیس کرنا پڑا۔</w:t>
      </w:r>
    </w:p>
    <w:p>
      <w:r>
        <w:rPr>
          <w:b/>
        </w:rPr>
        <w:t xml:space="preserve">[39:16] </w:t>
      </w:r>
      <w:r>
        <w:t>Nai situation, 40 saal tak aap ko yeh situation nahi pesh aayi thi. Ab achaanak aik nai situation pesh aayi ke pehle to aap akele mein mein ghor-o-fikr kar rahe hain, meditation kar rahe hain, ibadat kar rahe hain, akele mein bas.</w:t>
      </w:r>
    </w:p>
    <w:p>
      <w:pPr>
        <w:jc w:val="right"/>
      </w:pPr>
      <w:r>
        <w:t>نئی سچوئیشن، 40 سال تک آپ کو یہ سچوئیشن نہیں پیش آئی تھی۔ اب اچانک ایک نئی سچوئیشن پیش آئی کہ پہلے تو آپ اکیلے میں میں غور و فکر کر رہے ہیں، میڈیٹیشن کر رہے ہیں، عبادت کر رہے ہیں، اکیلے میں بس۔</w:t>
      </w:r>
    </w:p>
    <w:p>
      <w:r>
        <w:rPr>
          <w:b/>
        </w:rPr>
        <w:t xml:space="preserve">[39:34] </w:t>
      </w:r>
      <w:r>
        <w:t>Ab insano ke beech mein aap ko khara hona hai. Jahan insan rahein ge, wahan problem bhi rahega, un ke but bhi wahan rakhe hue hain. To aap ne dealing ki policy ikhtiyar ki ke but hai to hua karein, insan to hain, un ko hum address karein ge.</w:t>
      </w:r>
    </w:p>
    <w:p>
      <w:pPr>
        <w:jc w:val="right"/>
      </w:pPr>
      <w:r>
        <w:t>اب انسانوں کے بیچ میں آپ کو کھڑا ہونا ہے۔ جہاں انسان رہیں گے، وہاں پرابلم بھی رہے گا، ان کے بت بھی وہاں رکھے ہوئے ہیں۔ تو آپ نے ڈیلنگ کی پالیسی اختیار کی کہ بت ہے تو ہوا کریں، انسان تو ہیں، ان کو ہم ایڈریس کریں گے۔</w:t>
      </w:r>
    </w:p>
    <w:p>
      <w:r>
        <w:rPr>
          <w:b/>
        </w:rPr>
        <w:t xml:space="preserve">[39:52] </w:t>
      </w:r>
      <w:r>
        <w:t>Yeh tha Rasool Allah ka ijtihad, yeh tha Rasool Allah ka ijtihad, yeh tha creative thinking ki aik aik misaal,</w:t>
      </w:r>
    </w:p>
    <w:p>
      <w:pPr>
        <w:jc w:val="right"/>
      </w:pPr>
      <w:r>
        <w:t>یہ تھا رسول اللہ کا اجتہاد، یہ تھا رسول اللہ کا اجتہاد، یہ تھا کریٹیو تھنکنگ کی ایک ایک مثال،</w:t>
      </w:r>
    </w:p>
    <w:p>
      <w:r>
        <w:rPr>
          <w:b/>
        </w:rPr>
        <w:t xml:space="preserve">[40:04] </w:t>
      </w:r>
      <w:r>
        <w:t>aik re-assess karna, re-think karna, re-planning karna, us ki aik misaal. Yahi hai creativity, yahi ijtihad.</w:t>
      </w:r>
    </w:p>
    <w:p>
      <w:pPr>
        <w:jc w:val="right"/>
      </w:pPr>
      <w:r>
        <w:t>ایک ری اسس کرنا، ری تھنک کرنا، ری پلاننگ کرنا، اس کی ایک مثال۔ یہی ہے کریٹیوٹی، یہی اجتہاد۔</w:t>
      </w:r>
    </w:p>
    <w:p>
      <w:r>
        <w:rPr>
          <w:b/>
        </w:rPr>
        <w:t xml:space="preserve">[40:15] </w:t>
      </w:r>
      <w:r>
        <w:t>Ab aap dekhiye, Rasool Allah Sal Allah Alayhi Wasallam dawat ka kaam karte hain, wahan bohat log aap ko oppose karte hain,</w:t>
      </w:r>
    </w:p>
    <w:p>
      <w:pPr>
        <w:jc w:val="right"/>
      </w:pPr>
      <w:r>
        <w:t>اب آپ دیکھیے، رسول اللہ صلی اللہ علیہ وسلم دعوتی کام کرتے ہیں، وہاں بہت لوگ آپ کے اپوز کرتے ہیں،</w:t>
      </w:r>
    </w:p>
    <w:p>
      <w:r>
        <w:rPr>
          <w:b/>
        </w:rPr>
        <w:t xml:space="preserve">[40:23] </w:t>
      </w:r>
      <w:r>
        <w:t>kuch log aap ko mante hain, kuch log nahi mante. Phir bohat si baatein hoti hain jin ko aap jante hain, apni kitabon mein parha hai. 13 saal beet jate hain, aakhir mein kya hota hai?</w:t>
      </w:r>
    </w:p>
    <w:p>
      <w:pPr>
        <w:jc w:val="right"/>
      </w:pPr>
      <w:r>
        <w:t>کچھ لوگ آپ کو مانتے ہیں، کچھ لوگ نہیں مانتے۔ پھر بہت سی باتیں ہوتی ہیں جن کو آپ جانتے ہیں، اپنی کتابوں میں پڑھا ہے۔ 13 سال بیت جاتے ہیں، آخر میں کیا ہوتا ہے؟</w:t>
      </w:r>
    </w:p>
    <w:p>
      <w:r>
        <w:rPr>
          <w:b/>
        </w:rPr>
        <w:t xml:space="preserve">[40:38] </w:t>
      </w:r>
      <w:r>
        <w:t>Aakhir mein yeh hota hai ke woh kehte hain ke hum to tum se larein ge, tum ko qatal karein ge, tum ko yahan kaam nahi karne dein ge.</w:t>
      </w:r>
    </w:p>
    <w:p>
      <w:pPr>
        <w:jc w:val="right"/>
      </w:pPr>
      <w:r>
        <w:t>آخر میں یہ ہوتا ہے کہ وہ کہتے ہیں کہ ہم تو تم سے لڑیں گے، تم کو قتل کریں گے، تم کو یہاں کام نہیں کرنے دیں گے۔</w:t>
      </w:r>
    </w:p>
    <w:p>
      <w:r>
        <w:rPr>
          <w:b/>
        </w:rPr>
        <w:t xml:space="preserve">[40:48] </w:t>
      </w:r>
      <w:r>
        <w:t>Aik nai situation, aik nai situation woh thi ke buton ki mojoodgi ko dealing kar ke aap ne wahan par apna dawat ka opportunity ko istemal kiya.</w:t>
      </w:r>
    </w:p>
    <w:p>
      <w:pPr>
        <w:jc w:val="right"/>
      </w:pPr>
      <w:r>
        <w:t>ایک نئی سچوئیشن، ایک نئی سچوئیشن وہ تھی کہ بتوں کی موجودگی کو ڈیلنگ کر کے آپ نے وہاں پر اپنا دعوتی اپرچونیٹی کو استعمال کیا۔</w:t>
      </w:r>
    </w:p>
    <w:p>
      <w:r>
        <w:rPr>
          <w:b/>
        </w:rPr>
        <w:t xml:space="preserve">[40:59] </w:t>
      </w:r>
      <w:r>
        <w:t>Ab phir nai aik nai situation ke woh log larnay par tayyar hain, woh log talwar le kar nikal pade hain. Hum kya karein?</w:t>
      </w:r>
    </w:p>
    <w:p>
      <w:pPr>
        <w:jc w:val="right"/>
      </w:pPr>
      <w:r>
        <w:t>اب پھر نئی ایک نئی سچوئیشن کہ وہ لوگ لڑنے پر تیار ہیں، وہ لوگ تلوار لے کر نکل پڑے ہیں۔ ہم کیا کریں؟</w:t>
      </w:r>
    </w:p>
    <w:p>
      <w:r>
        <w:rPr>
          <w:b/>
        </w:rPr>
        <w:t xml:space="preserve">[41:11] </w:t>
      </w:r>
      <w:r>
        <w:t>To aaj yeh khabar maine parhi, maine radio par suni aur shayad akhbar mein bhi aa gayi ho ke Falasteen mein jo Gaza patti hai, wahan par is ne bombardment kiya hai Israel ne,</w:t>
      </w:r>
    </w:p>
    <w:p>
      <w:pPr>
        <w:jc w:val="right"/>
      </w:pPr>
      <w:r>
        <w:t>تو آج یہ خبر میں نے پڑھی، میں نے ریڈیو پر سنی اور شاید اخبار میں بھی آ گئی ہو کہ فلسطین میں جو غزہ پٹی ہے، وہاں پر اس نے بمبارمنٹ کیا ہے اسرائیل نے،</w:t>
      </w:r>
    </w:p>
    <w:p>
      <w:r>
        <w:rPr>
          <w:b/>
        </w:rPr>
        <w:t xml:space="preserve">[41:29] </w:t>
      </w:r>
      <w:r>
        <w:t>aur is mein bataya gaya hai ke do sau aadmi mar gaye aur aik hazar zakhmi hue. Itni zabardast bombardment kiya hai.</w:t>
      </w:r>
    </w:p>
    <w:p>
      <w:pPr>
        <w:jc w:val="right"/>
      </w:pPr>
      <w:r>
        <w:t>اور اس میں بتایا گیا ہے کہ دو سو آدمی مر گئے اور ایک ہزار زخمی ہوئی۔ اتنی زبردست بمبارمنٹ کیا ہے۔</w:t>
      </w:r>
    </w:p>
    <w:p>
      <w:r>
        <w:rPr>
          <w:b/>
        </w:rPr>
        <w:t xml:space="preserve">[41:38] </w:t>
      </w:r>
      <w:r>
        <w:t>Is mein radio mein tha ke 60 baras mein itni bari bombardment kabhi nahi hua tha. Phir news mein yeh bataya gaya ke is ne Israel yeh kehta hai ke tum daily hamare upar rocket phainkte ho to hum tum par bomb marein ge.</w:t>
      </w:r>
    </w:p>
    <w:p>
      <w:pPr>
        <w:jc w:val="right"/>
      </w:pPr>
      <w:r>
        <w:t>اس میں ریڈیو میں تھا کہ 60 برس میں اتنی بڑی بمبارمنٹ کبھی نہیں ہوا تھا۔ پھر نیوز میں یہ بتایا گیا کہ اس نے اسرائیل یہ کہتا ہے کہ تم ڈیلی ہمارے اوپر راکٹ پھینکتے ہو تو ہم تم پر بم ماریں گے۔</w:t>
      </w:r>
    </w:p>
    <w:p>
      <w:r>
        <w:rPr>
          <w:b/>
        </w:rPr>
        <w:t xml:space="preserve">[41:56] </w:t>
      </w:r>
      <w:r>
        <w:t>Yeh jo Gaza patti Falasteen ke log hain, woh rocket phainkte hain wahan se Yahudi logon par.</w:t>
      </w:r>
    </w:p>
    <w:p>
      <w:pPr>
        <w:jc w:val="right"/>
      </w:pPr>
      <w:r>
        <w:t>یہ جو غزہ پٹی فلسطین کے لوگ ہیں، وہ راکٹ پھینکتے ہیں وہاں سے یہودی لوگوں پر۔</w:t>
      </w:r>
    </w:p>
    <w:p>
      <w:r>
        <w:rPr>
          <w:b/>
        </w:rPr>
        <w:t xml:space="preserve">[42:05] </w:t>
      </w:r>
      <w:r>
        <w:t>To unhone kaha ke hum tum par bomb marein ge.</w:t>
      </w:r>
    </w:p>
    <w:p>
      <w:pPr>
        <w:jc w:val="right"/>
      </w:pPr>
      <w:r>
        <w:t>تو انہوں نے کہا کہ ہم تم پر بم ماریں گے۔</w:t>
      </w:r>
    </w:p>
    <w:p>
      <w:r>
        <w:rPr>
          <w:b/>
        </w:rPr>
        <w:t xml:space="preserve">[42:08] </w:t>
      </w:r>
      <w:r>
        <w:t>To gaya ke woh lar gaye Gaza patti mein. Jo jo Falasteeni rehte hain, woh yeh Israel se lar gaye. To woh retaliate kar raha hai.</w:t>
      </w:r>
    </w:p>
    <w:p>
      <w:pPr>
        <w:jc w:val="right"/>
      </w:pPr>
      <w:r>
        <w:t>تو گیا کہ وہ لڑ گئے غزہ پٹی میں۔ جو جو فلسطینی رہتے ہیں، وہ یہ اسرائیل سے لڑ گئے۔ تو وہ ریٹیلیٹ کر رہا ہے۔</w:t>
      </w:r>
    </w:p>
    <w:p>
      <w:r>
        <w:rPr>
          <w:b/>
        </w:rPr>
        <w:t xml:space="preserve">[42:19] </w:t>
      </w:r>
      <w:r>
        <w:t>Aur Rasool Allah Sal Allah Alayhi Wasallam ne kya kiya? Kyun ke logon mein ijtihadi soch nahi hai in Arabon mein. Saare Arab mein creative thinking nahi hai, ijtihadi soch nahi hai.</w:t>
      </w:r>
    </w:p>
    <w:p>
      <w:pPr>
        <w:jc w:val="right"/>
      </w:pPr>
      <w:r>
        <w:t>اور رسول اللہ صلی اللہ علیہ وسلم نے کیا کیا؟ کیونکہ لوگوں نے اجتہادی سوچ نہیں ہے ان عربوں میں۔ سارے عرب میں کریٹیو تھنکنگ نہیں ہے، اجتہادی سوچ نہیں ہے۔</w:t>
      </w:r>
    </w:p>
    <w:p>
      <w:r>
        <w:rPr>
          <w:b/>
        </w:rPr>
        <w:t xml:space="preserve">[42:31] </w:t>
      </w:r>
      <w:r>
        <w:t>Woh re-assess karna jante hain, nahi. Woh bilkul</w:t>
      </w:r>
    </w:p>
    <w:p>
      <w:pPr>
        <w:jc w:val="right"/>
      </w:pPr>
      <w:r>
        <w:t>وہ ری اسس کرنا جانتے ہیں، نہیں۔ وہ بالکل</w:t>
      </w:r>
    </w:p>
    <w:p>
      <w:r>
        <w:rPr>
          <w:b/>
        </w:rPr>
        <w:t xml:space="preserve">[42:34] </w:t>
      </w:r>
      <w:r>
        <w:t>Rasool Allah ne re-assess kiya</w:t>
      </w:r>
    </w:p>
    <w:p>
      <w:pPr>
        <w:jc w:val="right"/>
      </w:pPr>
      <w:r>
        <w:t>رسول اللہ نے ری اسس کیا</w:t>
      </w:r>
    </w:p>
    <w:p>
      <w:r>
        <w:rPr>
          <w:b/>
        </w:rPr>
        <w:t xml:space="preserve">[42:38] </w:t>
      </w:r>
      <w:r>
        <w:t>keh ab kya karein ge? to rasool Allah ne yeh nahi kaha keh bas larr kar mar jao, larr kar shaheed ho jao. yeh nahi, kyunkeh aap ka soch kya thi?</w:t>
      </w:r>
    </w:p>
    <w:p>
      <w:pPr>
        <w:jc w:val="right"/>
      </w:pPr>
      <w:r>
        <w:t>کہ اب کیا کریں گے؟ تو رسول اللہ نے یہ نہیں کہا کہ بس لڑ کر مر جاؤ، لڑ کر شہید ہو جاؤ۔ یہ نہیں، کیونکہ آپ کا سوچ کیا تھی؟</w:t>
      </w:r>
    </w:p>
    <w:p>
      <w:r>
        <w:rPr>
          <w:b/>
        </w:rPr>
        <w:t xml:space="preserve">[42:50] </w:t>
      </w:r>
      <w:r>
        <w:t>abhi hamein continue rakhna hai apni دعوتی kaam ko. abhi دعوتی kaam sara baqi hai, abhi sara Arab para hua hai.</w:t>
      </w:r>
    </w:p>
    <w:p>
      <w:pPr>
        <w:jc w:val="right"/>
      </w:pPr>
      <w:r>
        <w:t>ابھی ہمیں کنٹینیو رکھنا ہے اپنی دعوتی کام کو۔ ابھی دعوتی کام سارا باقی ہے، ابھی سارا عرب پڑا ہوا ہے۔</w:t>
      </w:r>
    </w:p>
    <w:p>
      <w:r>
        <w:rPr>
          <w:b/>
        </w:rPr>
        <w:t xml:space="preserve">[42:58] </w:t>
      </w:r>
      <w:r>
        <w:t>to aap ne bohat hi khamoshi se migrate kar liya, yaani Makkah se chale gaye Madinah.</w:t>
      </w:r>
    </w:p>
    <w:p>
      <w:pPr>
        <w:jc w:val="right"/>
      </w:pPr>
      <w:r>
        <w:t>تو آپ نے بہت ہی خاموشی سے مائیگریٹ کر لیا، یعنی مکہ سے چلے گئے مدینہ۔</w:t>
      </w:r>
    </w:p>
    <w:p>
      <w:r>
        <w:rPr>
          <w:b/>
        </w:rPr>
        <w:t xml:space="preserve">[43:08] </w:t>
      </w:r>
      <w:r>
        <w:t>orientalist is ko kehte hain client. client aik negative word hai, lekin hijrat jo hai, woh negative word nahi hai, woh positive word hai.</w:t>
      </w:r>
    </w:p>
    <w:p>
      <w:pPr>
        <w:jc w:val="right"/>
      </w:pPr>
      <w:r>
        <w:t>اورینٹلسٹ اس کو کہتے ہیں کلائٹ۔ کلائٹ ایک نیگیٹیو ورڈ ہے، لیکن ہجرت جو ہے، وہ نیگیٹیو ورڈ نہیں ہے، وہ پازیٹیو ورڈ ہے۔</w:t>
      </w:r>
    </w:p>
    <w:p>
      <w:r>
        <w:rPr>
          <w:b/>
        </w:rPr>
        <w:t xml:space="preserve">[43:21] </w:t>
      </w:r>
      <w:r>
        <w:t>yaani workplace ko badalna.</w:t>
      </w:r>
    </w:p>
    <w:p>
      <w:pPr>
        <w:jc w:val="right"/>
      </w:pPr>
      <w:r>
        <w:t>یعنی ورک پلیس کو بدلنا۔</w:t>
      </w:r>
    </w:p>
    <w:p>
      <w:r>
        <w:rPr>
          <w:b/>
        </w:rPr>
        <w:t xml:space="preserve">[43:25] </w:t>
      </w:r>
      <w:r>
        <w:t>kitna aik bari ijtihadi soch thi yeh rasool Allah ke andar. yaani aik hai keh wahin laro, wahin maro, wahin kato, wahin shaheed ho jao.</w:t>
      </w:r>
    </w:p>
    <w:p>
      <w:pPr>
        <w:jc w:val="right"/>
      </w:pPr>
      <w:r>
        <w:t>کتنا ایک بڑی اجتہادی سوچ تھی یہ رسول اللہ کے اندر۔ یعنی ایک ہے کہ وہیں لڑو، وہیں مرو، وہیں کٹو، وہیں شہید ہو جاؤ۔</w:t>
      </w:r>
    </w:p>
    <w:p>
      <w:r>
        <w:rPr>
          <w:b/>
        </w:rPr>
        <w:t xml:space="preserve">[43:35] </w:t>
      </w:r>
      <w:r>
        <w:t>aik hai apne workplace ko badal do taakeh tum un ke target mein na raho. to ab tak workplace tha Makkah, ab aap ne workplace bana liya Madinah ko, teen sau mil door.</w:t>
      </w:r>
    </w:p>
    <w:p>
      <w:pPr>
        <w:jc w:val="right"/>
      </w:pPr>
      <w:r>
        <w:t>ایک ہے اپنے ورک پلیس کو بدل دو تاکہ تم ان کے ٹارگٹ میں نہ رہو۔ تو اب تک ورک پلیس تھا مکہ، اب آپ نے ورک پلیس بنا لیا مدینہ کو، تین سو میل دور۔</w:t>
      </w:r>
    </w:p>
    <w:p>
      <w:r>
        <w:rPr>
          <w:b/>
        </w:rPr>
        <w:t xml:space="preserve">[43:51] </w:t>
      </w:r>
      <w:r>
        <w:t>kitni bara yeh creative thinking chahiye is ke liye. lekin is ke liye kya karna parega? nafrat se apne ko pak karna, reaction se apne ko pak karna, ghilzahat se apne ko pak karna,</w:t>
      </w:r>
    </w:p>
    <w:p>
      <w:pPr>
        <w:jc w:val="right"/>
      </w:pPr>
      <w:r>
        <w:t>کتنی بڑا یہ کریٹیو تھنکنگ چاہیے اس کے لیے۔ لیکن اس کے لیے کیا کرنا پڑے گا؟ نفرت سے اپنے کو پاک کرنا، ری ایکشن سے اپنے کو پاک کرنا، گجلاہٹ سے اپنے کو پاک کرنا،</w:t>
      </w:r>
    </w:p>
    <w:p>
      <w:r>
        <w:rPr>
          <w:b/>
        </w:rPr>
        <w:t xml:space="preserve">[44:06] </w:t>
      </w:r>
      <w:r>
        <w:t>hate se, negativity se pak karna apne aap ko. tab aap soch painge itni bari baat keh hum workplace badal dein, hum larr kar marein kyun?</w:t>
      </w:r>
    </w:p>
    <w:p>
      <w:pPr>
        <w:jc w:val="right"/>
      </w:pPr>
      <w:r>
        <w:t>ہیٹ سے، نیگیٹیوٹی سے پاک کرنا اپنے آپ کو۔ تب آپ سوچ پائیں گے اتنی بڑی بات کہ ہم ورک پلیس بدل دیں، ہم لڑ کر مریں کیوں؟</w:t>
      </w:r>
    </w:p>
    <w:p>
      <w:r>
        <w:rPr>
          <w:b/>
        </w:rPr>
        <w:t xml:space="preserve">[44:19] </w:t>
      </w:r>
      <w:r>
        <w:t>yaani hijrat ka matlab yeh hai keh hum larr kar marein kyun? hum apna workplace badal dein. chunacheh aap chale gaye Makkah se Madinah.</w:t>
      </w:r>
    </w:p>
    <w:p>
      <w:pPr>
        <w:jc w:val="right"/>
      </w:pPr>
      <w:r>
        <w:t>یعنی ہجرت کا مطلب یہ ہے کہ ہم لڑ کر مریں کیوں؟ ہم اپنا ورک پلیس بدل دیں۔ چنانچہ آپ چلے گئے مکہ سے مدینہ۔</w:t>
      </w:r>
    </w:p>
    <w:p>
      <w:r>
        <w:rPr>
          <w:b/>
        </w:rPr>
        <w:t xml:space="preserve">[44:30] </w:t>
      </w:r>
      <w:r>
        <w:t>ab kya yeh bohat hi zabardast strategy thi aap ki? Madinah mein aik lambi ka woh detail hai is ki, aap jante hain is baat ko keh wahan par ja kar ke aap ne apna kaam shuru kar diya dawat ka.</w:t>
      </w:r>
    </w:p>
    <w:p>
      <w:pPr>
        <w:jc w:val="right"/>
      </w:pPr>
      <w:r>
        <w:t>اب کیا یہ بہت ہی زبردست سٹریٹجی تھی آپ کی؟ مدینہ میں ایک لمبی کا وہ ڈیٹیل ہے اس کی، آپ جانتے ہیں اس بات کو کہ وہاں پر جا کر کے آپ نے اپنا کام شروع کر دیا دعوت کا۔</w:t>
      </w:r>
    </w:p>
    <w:p>
      <w:r>
        <w:rPr>
          <w:b/>
        </w:rPr>
        <w:t xml:space="preserve">[44:49] </w:t>
      </w:r>
      <w:r>
        <w:t>aur aap ka ginti aap ke sathiyon ki itni barh gayi, itni barh gayi keh sirf aap ki tadad, aap ki, aap ka jo ziyada aap sathi aap ke the, to number hi kafi ho gaya jeet ke liye.</w:t>
      </w:r>
    </w:p>
    <w:p>
      <w:pPr>
        <w:jc w:val="right"/>
      </w:pPr>
      <w:r>
        <w:t>اور آپ کا گنتی آپ کے ساتھیوں کی اتنی بڑھ گئی، اتنی بڑھ گئی کہ صرف آپ کی تعداد، آپ کی، آپ کا جو زیادہ آپ ساتھی آپ کے تھے، تو نمبر ہی کافی ہو گیا جیت کے لیے۔</w:t>
      </w:r>
    </w:p>
    <w:p>
      <w:r>
        <w:rPr>
          <w:b/>
        </w:rPr>
        <w:t xml:space="preserve">[45:04] </w:t>
      </w:r>
      <w:r>
        <w:t>ten thousand ho gaye, ten thousand. chunacheh jab is ke baad aap ne march kiya Madinah se Makkah ki taraf</w:t>
      </w:r>
    </w:p>
    <w:p>
      <w:pPr>
        <w:jc w:val="right"/>
      </w:pPr>
      <w:r>
        <w:t>ٹین تھاؤزنڈ ہو گئے، ٹین تھاؤزنڈ۔ چنانچہ جب اس کے بعد آپ نے مارچ کیا مدینے سے مکہ کی طرف</w:t>
      </w:r>
    </w:p>
    <w:p>
      <w:r>
        <w:rPr>
          <w:b/>
        </w:rPr>
        <w:t xml:space="preserve">[45:13] </w:t>
      </w:r>
      <w:r>
        <w:t>to wahan ke jo sardar, Makkah ke jo sardar the, unhone ailaan kar diya keh aaj hamein Muhammad se larrne ki taqat nahi hai, tum gharon mein chale jao.</w:t>
      </w:r>
    </w:p>
    <w:p>
      <w:pPr>
        <w:jc w:val="right"/>
      </w:pPr>
      <w:r>
        <w:t>تو وہاں کے جو سردار، مکہ کے جو سردار تھے، انہوں نے اعلان کر دیا کہ آج ہمیں محمد سے لڑنے کی طاقت نہیں ہے، تم گھروں میں چلے جاؤ۔</w:t>
      </w:r>
    </w:p>
    <w:p>
      <w:r>
        <w:rPr>
          <w:b/>
        </w:rPr>
        <w:t xml:space="preserve">[45:22] </w:t>
      </w:r>
      <w:r>
        <w:t>kaisi anokhi baat hai! wahi insan jo Makkah se thorre log jo the, Hazrat Umar ne kaha tha keh hum lareinge, hum jihad kareinge.</w:t>
      </w:r>
    </w:p>
    <w:p>
      <w:pPr>
        <w:jc w:val="right"/>
      </w:pPr>
      <w:r>
        <w:t>کیسی انوکھی بات ہے! وہی انسان جو مکہ سے تھوڑے لوگ جو تھے، حضرت عمر نے کہا تھا کہ ہم لڑیں گے، ہم جہاد کریں گے۔</w:t>
      </w:r>
    </w:p>
    <w:p>
      <w:r>
        <w:rPr>
          <w:b/>
        </w:rPr>
        <w:t xml:space="preserve">[45:32] </w:t>
      </w:r>
      <w:r>
        <w:t>rasool Allah ne kaha: "Ya Umar, inna qaleel! Ya Umar, inna qaleel! Aye Umar, hum thorre hain. Arab</w:t>
      </w:r>
    </w:p>
    <w:p>
      <w:pPr>
        <w:jc w:val="right"/>
      </w:pPr>
      <w:r>
        <w:t>رسول اللہ نے کہا: "یا عمر، انا قلیل! یا عمر، انا قلیل! اے عمر، ہم تھوڑے ہیں۔ عرب</w:t>
      </w:r>
    </w:p>
    <w:p>
      <w:r>
        <w:rPr>
          <w:b/>
        </w:rPr>
        <w:t xml:space="preserve">[45:39] </w:t>
      </w:r>
      <w:r>
        <w:t>mein koi nahi kehne wala hai keh tum thorre ho, larrte kyun Israel se? apni strategy ko badlo! sare Arab world mein aik aadmi nahi hai jo aik kahe in Falastiniyon se keh tum thorre ho, tum larrte kyun ho?"</w:t>
      </w:r>
    </w:p>
    <w:p>
      <w:pPr>
        <w:jc w:val="right"/>
      </w:pPr>
      <w:r>
        <w:t>میں کوئی نہیں کہنے والا ہے کہ تم تھوڑے ہو، لڑتے کیوں اسرائیل سے؟ اپنی سٹریٹجی کو بدلو! سارے عرب ورلڈ میں ایک آدمی نہیں ہے جو ایک کہے ان فلسطینیوں سے کہ تم تھوڑے ہو، تم لڑتے کیوں ہو؟"</w:t>
      </w:r>
    </w:p>
    <w:p>
      <w:r>
        <w:rPr>
          <w:b/>
        </w:rPr>
        <w:t xml:space="preserve">[45:56] </w:t>
      </w:r>
      <w:r>
        <w:t>rasool Allah ne kaha: "Ya Umar, inna qaleel! Aye Umar, hum thorre hain. to thorre hain to is mani hai keh hum yahan lareinge nahi, hum apni apni workplace ko badaleinge."</w:t>
      </w:r>
    </w:p>
    <w:p>
      <w:pPr>
        <w:jc w:val="right"/>
      </w:pPr>
      <w:r>
        <w:t>رسول اللہ نے کہا: "یا عمر، انا قلیل! اے عمر، ہم تھوڑے ہیں۔ تو تھوڑے ہیں تو اس معنی ہے کہ ہم یہاں لڑیں گے نہیں، ہم اپنی اپنی ورک پلیس کو بدلیں گے۔"</w:t>
      </w:r>
    </w:p>
    <w:p>
      <w:r>
        <w:rPr>
          <w:b/>
        </w:rPr>
        <w:t xml:space="preserve">[46:11] </w:t>
      </w:r>
      <w:r>
        <w:t>chunacheh yeh hua keh aap ne workplace ko badla, Makkah se Madinah gaye aur wahan par da'wati kaam ko organize kiya, reorganize kiya. aur ginti itni bari, itni bari, itni bari keh ten thousand ho gaye aap ke sathi.</w:t>
      </w:r>
    </w:p>
    <w:p>
      <w:pPr>
        <w:jc w:val="right"/>
      </w:pPr>
      <w:r>
        <w:t>چنانچہ یہ ہوا کہ آپ نے ورک پلیس کو بدلا، مکہ سے مدینہ گئے اور وہاں پر دعوتی کام کو ارگنائز کیا، ری ارگنائز کیا۔ اور گنتی اتنی بڑی، اتنی بڑی، اتنی بڑی کہ ٹین تھاؤزنڈ ہو گئے آپ کے ساتھی۔</w:t>
      </w:r>
    </w:p>
    <w:p>
      <w:r>
        <w:rPr>
          <w:b/>
        </w:rPr>
        <w:t xml:space="preserve">[46:25] </w:t>
      </w:r>
      <w:r>
        <w:t>to bohat hi silently march kiya aap ne, bohat hi khamoshi ke sath. jab Makkah ke border pahunch gaye aap aur wahan ke sardar ko pata chala, Makkah ke sardar ko</w:t>
      </w:r>
    </w:p>
    <w:p>
      <w:pPr>
        <w:jc w:val="right"/>
      </w:pPr>
      <w:r>
        <w:t>تو بہت ہی سائلنٹلی مارچ کیا آپ نے، بہت ہی خاموشی کے ساتھ۔ جب مکہ کے بارڈر پہنچ گئے آپ اور وہاں کے سردار کو پتہ چلا، مکہ کے سردار کو</w:t>
      </w:r>
    </w:p>
    <w:p>
      <w:r>
        <w:rPr>
          <w:b/>
        </w:rPr>
        <w:t xml:space="preserve">[46:36] </w:t>
      </w:r>
      <w:r>
        <w:t>to ailaan kar diya keh: "Bhaiyon, aaj hamare andar Muhammad se larrne ki taqat nahi hai, tum sab gharon mein ghus jao." kaisa anokha yeh hai misaal!</w:t>
      </w:r>
    </w:p>
    <w:p>
      <w:pPr>
        <w:jc w:val="right"/>
      </w:pPr>
      <w:r>
        <w:t>تو اعلان کر دیا کہ: "بھائیوں، آج ہمارے اندر محمد سے لڑنے کی طاقت نہیں ہے، تم سب گھروں میں گھس جاؤ۔" کیسا انوکھا یہ ہے مثال!</w:t>
      </w:r>
    </w:p>
    <w:p>
      <w:r>
        <w:rPr>
          <w:b/>
        </w:rPr>
        <w:t xml:space="preserve">[46:49] </w:t>
      </w:r>
      <w:r>
        <w:t>yeh hai ijtihad, yeh hai creativity, yeh hai rethinking, yeh hai replanning. isi ka naam ijtihad hota hai.</w:t>
      </w:r>
    </w:p>
    <w:p>
      <w:pPr>
        <w:jc w:val="right"/>
      </w:pPr>
      <w:r>
        <w:t>یہ ہے اجتہاد، یہ ہے کریٹیوٹی، یہ ہے ری تھنکنگ، یہ ہے ری پلاننگ۔ اسی کا نام اجتہاد ہوتا ہے۔</w:t>
      </w:r>
    </w:p>
    <w:p>
      <w:r>
        <w:rPr>
          <w:b/>
        </w:rPr>
        <w:t xml:space="preserve">[47:01] </w:t>
      </w:r>
      <w:r>
        <w:t>ab dekhiye, rasool Allah sallallahu alaihi wasallam jab Madinah pahunche to aaj kal kya hota hai? jis ko dekhiye, nafrat ki boli bolta hai.</w:t>
      </w:r>
    </w:p>
    <w:p>
      <w:pPr>
        <w:jc w:val="right"/>
      </w:pPr>
      <w:r>
        <w:t>اب دیکھیے، رسول اللہ صلی اللہ علیہ وسلم جب مدینہ پہنچے تو آج کل کیا ہوتا ہے؟ جس کو دیکھیے، نفرت کی بولی بولتا ہے۔</w:t>
      </w:r>
    </w:p>
    <w:p>
      <w:r>
        <w:rPr>
          <w:b/>
        </w:rPr>
        <w:t xml:space="preserve">[47:12] </w:t>
      </w:r>
      <w:r>
        <w:t>mein mislan America, Europe mein bar bar mein gaya hoon, masjidon mein nafrat ki boliyaan hoti hain, nafrat ki boliyaan Arab ke khilaf, woh Israel ke khilaf, un ke khilaf, un ke khilaf.</w:t>
      </w:r>
    </w:p>
    <w:p>
      <w:pPr>
        <w:jc w:val="right"/>
      </w:pPr>
      <w:r>
        <w:t>میں مثلاً امریکہ، یورپ میں بار بار میں گیا ہوں، مسجدوں میں نفرت کی بولیاں ہوتی ہیں، نفرت کی بولیاں عرب کے خلاف، وہ اسرائیل کے خلاف، ان کے خلاف، ان کے خلاف۔</w:t>
      </w:r>
    </w:p>
    <w:p>
      <w:r>
        <w:rPr>
          <w:b/>
        </w:rPr>
        <w:t xml:space="preserve">[47:25] </w:t>
      </w:r>
      <w:r>
        <w:t>to nafri taqreerein hoti hain har masjid mein. maine khud apni kaanon mein sunaaye</w:t>
      </w:r>
    </w:p>
    <w:p>
      <w:pPr>
        <w:jc w:val="right"/>
      </w:pPr>
      <w:r>
        <w:t>تو نفری تقریریں ہوتی ہیں ہر مسجد میں۔ میں نے خود اپنی کانوں میں سنائے</w:t>
      </w:r>
    </w:p>
    <w:p>
      <w:r>
        <w:rPr>
          <w:b/>
        </w:rPr>
        <w:t xml:space="preserve">[47:30] </w:t>
      </w:r>
      <w:r>
        <w:t xml:space="preserve"> , nafrat ki taqreeren amreeka mein, europe mein, har jagah. yaani musalmanon ko negative food de rahe hain.</w:t>
      </w:r>
    </w:p>
    <w:p>
      <w:pPr>
        <w:jc w:val="right"/>
      </w:pPr>
      <w:r>
        <w:t>، نفرت کی تقریریں امریکہ میں، یورپ میں، ہر جگہ۔ یعنی مسلمانوں کو نیگیٹیو فوڈ دے رہے ہیں۔</w:t>
      </w:r>
    </w:p>
    <w:p>
      <w:r>
        <w:rPr>
          <w:b/>
        </w:rPr>
        <w:t xml:space="preserve">[47:40] </w:t>
      </w:r>
      <w:r>
        <w:t>woh nateeja kya hai? ke musalman kuch planning nahi kar paate. negative thinking wala aadmi koi planning nahi kar sakta.</w:t>
      </w:r>
    </w:p>
    <w:p>
      <w:pPr>
        <w:jc w:val="right"/>
      </w:pPr>
      <w:r>
        <w:t>وہ نتیجہ کیا ہے؟ کہ مسلمان کچھ پلاننگ نہیں کر پاتے۔ نیگیٹیو تھنکنگ والا آدمی کوئی پلاننگ نہیں کر سکتا۔</w:t>
      </w:r>
    </w:p>
    <w:p>
      <w:r>
        <w:rPr>
          <w:b/>
        </w:rPr>
        <w:t xml:space="preserve">[47:50] </w:t>
      </w:r>
      <w:r>
        <w:t>planning requires positive thinking. yaad rakhiye, planning requires positive thinking.</w:t>
      </w:r>
    </w:p>
    <w:p>
      <w:pPr>
        <w:jc w:val="right"/>
      </w:pPr>
      <w:r>
        <w:t>پلاننگ ریکوائرز پازیٹیو تھنکنگ۔ یاد رکھیے، پلاننگ ریکوائرز پازیٹیو تھنکنگ۔</w:t>
      </w:r>
    </w:p>
    <w:p>
      <w:r>
        <w:rPr>
          <w:b/>
        </w:rPr>
        <w:t xml:space="preserve">[47:59] </w:t>
      </w:r>
      <w:r>
        <w:t>toh saare musalman, chahe europe ke hon ya amreeka ke hon ya arab ke hon ya india ke hon, jeete hain negativity mein. they are unable to plan their strategy.</w:t>
      </w:r>
    </w:p>
    <w:p>
      <w:pPr>
        <w:jc w:val="right"/>
      </w:pPr>
      <w:r>
        <w:t>تو سارے مسلمان، چاہے یورپ کے ہوں یا امریکہ کے ہوں یا عرب کے ہوں یا انڈیا کے ہوں، جیتے ہیں نیگیٹیوٹی میں۔ دیر انیبل ٹو پلان دیر سٹریٹجی۔</w:t>
      </w:r>
    </w:p>
    <w:p>
      <w:r>
        <w:rPr>
          <w:b/>
        </w:rPr>
        <w:t xml:space="preserve">[48:15] </w:t>
      </w:r>
      <w:r>
        <w:t>rasool Allah jab gaye wahan par madine mein toh aap ne kya kiya?</w:t>
      </w:r>
    </w:p>
    <w:p>
      <w:pPr>
        <w:jc w:val="right"/>
      </w:pPr>
      <w:r>
        <w:t>رسول اللہ جب گئے وہاں پر مدینے میں تو آپ نے کیا کیا؟</w:t>
      </w:r>
    </w:p>
    <w:p>
      <w:r>
        <w:rPr>
          <w:b/>
        </w:rPr>
        <w:t xml:space="preserve">[48:21] </w:t>
      </w:r>
      <w:r>
        <w:t>jo pehla address aap ka tha, pehla address, ek bhi aap dekh lijiye, is mein ek shabd nahi hai jo makkah walon ke protest mein bola gaya ho.</w:t>
      </w:r>
    </w:p>
    <w:p>
      <w:pPr>
        <w:jc w:val="right"/>
      </w:pPr>
      <w:r>
        <w:t>جو پہلا ایڈریس آپ کا تھا، پہلا ایڈریس، ایک بھی آپ دیکھ لیجئے، اس میں ایک शब्द نہیں ہے جو مکے والوں کے پروٹیسٹ میں بولا گیا ہو۔</w:t>
      </w:r>
    </w:p>
    <w:p>
      <w:r>
        <w:rPr>
          <w:b/>
        </w:rPr>
        <w:t xml:space="preserve">[48:35] </w:t>
      </w:r>
      <w:r>
        <w:t>ab ghaur kijiye ke watan se nikaal diya gaya, watan se nikaal diya gaya. lekin makkah se madina pahunchte hain toh aap kuch bhi nahi kehte ke hum ko nikaal diya gaya hai, hum par zulm kiya gaya hai, kuch bhi nahi.</w:t>
      </w:r>
    </w:p>
    <w:p>
      <w:pPr>
        <w:jc w:val="right"/>
      </w:pPr>
      <w:r>
        <w:t>اب غور کیجئے کہ وطن سے نکال دیا گیا، وطن سے نکال دیا گیا۔ لیکن مکہ سے مدینہ پہنچتے ہیں تو آپ کچھ بھی نہیں کہتے کہ ہم کو نکال دیا گیا ہے، ہم پر ظلم کیا گیا ہے، کچھ بھی نہیں۔</w:t>
      </w:r>
    </w:p>
    <w:p>
      <w:r>
        <w:rPr>
          <w:b/>
        </w:rPr>
        <w:t xml:space="preserve">[48:49] </w:t>
      </w:r>
      <w:r>
        <w:t>jabke saari duniya mein musalman yeh boli bol rahe hain. ek martaba mein amreeka gaya toh wahan par maloom hua ke wahan par ek hai media watch.</w:t>
      </w:r>
    </w:p>
    <w:p>
      <w:pPr>
        <w:jc w:val="right"/>
      </w:pPr>
      <w:r>
        <w:t>جبکہ ساری دنیا میں مسلمان یہ بولی بول رہے ہیں۔ ایک مرتبہ میں امریکہ گیا تو وہاں پر معلوم ہوا کہ وہاں پر ایک ہے میڈیا واچ۔</w:t>
      </w:r>
    </w:p>
    <w:p>
      <w:r>
        <w:rPr>
          <w:b/>
        </w:rPr>
        <w:t xml:space="preserve">[49:00] </w:t>
      </w:r>
      <w:r>
        <w:t>ab aap saare interactions bade hue hain is amreeka ke. media watch, media watch kya hai? woh yeh hai ke musalmanon ke khilaaf kahan koi cheez chhupp raha hai, us ko pata karte hain, woh us ko highlight karte hain</w:t>
      </w:r>
    </w:p>
    <w:p>
      <w:pPr>
        <w:jc w:val="right"/>
      </w:pPr>
      <w:r>
        <w:t>اب آپ سارے انٹریکشنز بڑے ہوئے ہیں اس امریکہ کے۔ میڈیا واچ، میڈیا واچ کیا ہے؟ وہ یہ ہے کہ مسلمانوں کے خلاف کہاں کوئی چیز چھپ رہا ہے، اس کو پتہ کرتے ہیں، وہ اس کو ہائی لائٹ کرتے ہیں</w:t>
      </w:r>
    </w:p>
    <w:p>
      <w:r>
        <w:rPr>
          <w:b/>
        </w:rPr>
        <w:t xml:space="preserve">[49:16] </w:t>
      </w:r>
      <w:r>
        <w:t>, dikhate hain ke musalmanon ne dekho bhai, hamare khilaaf yeh baatein aa rahi hain, hamare khilaaf yeh baatein aa rahi hain. toh media watch naam hai is musalmanon ke khilaaf jo khabrein hain, us ko pata karna.</w:t>
      </w:r>
    </w:p>
    <w:p>
      <w:pPr>
        <w:jc w:val="right"/>
      </w:pPr>
      <w:r>
        <w:t>، دکھاتے ہیں کہ مسلمانوں نے دیکھو بھئی، ہمارے خلاف یہ باتیں آ رہی ہیں، ہمارے خلاف یہ باتیں آ رہی ہیں۔ تو میڈیا واچ نام ہے اس مسلمانوں کے خلاف جو خبریں ہیں، اس کو پتہ کرنا۔</w:t>
      </w:r>
    </w:p>
    <w:p>
      <w:r>
        <w:rPr>
          <w:b/>
        </w:rPr>
        <w:t xml:space="preserve">[49:28] </w:t>
      </w:r>
      <w:r>
        <w:t>haalanke jo wahan opportunities hain, us ka koi nahi pata charcha karta, us ke koi watch nahi karta. woh opportunities ko discover karo, yeh koi nahi karta.</w:t>
      </w:r>
    </w:p>
    <w:p>
      <w:pPr>
        <w:jc w:val="right"/>
      </w:pPr>
      <w:r>
        <w:t>حالانکہ جو وہاں اپرچونیٹیز ہیں، اس کا کوئی نہیں پتہ چرچا کرتا، اس کے کوئی واچ نہیں کرتا۔ وہ اپرچونیٹیز کو ڈسکور کرو، یہ کوئی نہیں کرتا۔</w:t>
      </w:r>
    </w:p>
    <w:p>
      <w:r>
        <w:rPr>
          <w:b/>
        </w:rPr>
        <w:t xml:space="preserve">[49:39] </w:t>
      </w:r>
      <w:r>
        <w:t>bas hamare khilaaf kya chhuppa hai, us ko pata karte hain. yeh ek negativity phaila rahe hain. negativi</w:t>
      </w:r>
    </w:p>
    <w:p>
      <w:pPr>
        <w:jc w:val="right"/>
      </w:pPr>
      <w:r>
        <w:t>بس ہمارے خلاف کیا چھپا ہے، اس کو پتہ کرتے ہیں۔ یہ ایک نیگیٹیوٹی پھیلا رہے ہیں۔ نیگیٹی</w:t>
      </w:r>
    </w:p>
    <w:p>
      <w:r>
        <w:rPr>
          <w:b/>
        </w:rPr>
        <w:t xml:space="preserve">[49:46] </w:t>
      </w:r>
      <w:r>
        <w:t>ty toh positive planning kahan se hogi? if you are living in negativity, you cannot plan in a positive way.</w:t>
      </w:r>
    </w:p>
    <w:p>
      <w:pPr>
        <w:jc w:val="right"/>
      </w:pPr>
      <w:r>
        <w:t>وٹی تو پازیٹیو پلاننگ کہاں سے ہوگی؟ اف یو آر لیونگ ان نیگیٹیوٹی، یو کین ناٹ پلان ان اے پازیٹیو وے۔</w:t>
      </w:r>
    </w:p>
    <w:p>
      <w:r>
        <w:rPr>
          <w:b/>
        </w:rPr>
        <w:t xml:space="preserve">[49:55] </w:t>
      </w:r>
      <w:r>
        <w:t>bilkul simple formula hai. toh rasool Allah ne wahan kaha ja kar ke: "Ayyuha an-nas!" aap ne farmaya ke: "Ittqaw an-nar walaw bi shaqqi tamrah".</w:t>
      </w:r>
    </w:p>
    <w:p>
      <w:pPr>
        <w:jc w:val="right"/>
      </w:pPr>
      <w:r>
        <w:t>بالکل سمپل فارمولا ہے۔ تو رسول اللہ نے وہاں کہا جا کر کے: "ایہا الناس!" آپ نے فرمایا کہ: "اتقوا النار ولو بشق طبرا"۔</w:t>
      </w:r>
    </w:p>
    <w:p>
      <w:r>
        <w:rPr>
          <w:b/>
        </w:rPr>
        <w:t xml:space="preserve">[50:13] </w:t>
      </w:r>
      <w:r>
        <w:t>apne aap ko bachao, chahe khajoor ke ek tukde ke zariye kyun na ho. is ka matlab kya tha? bahut gehra matlab tha is ka, gehra matlab ke worldly complain se oopar uth jao.</w:t>
      </w:r>
    </w:p>
    <w:p>
      <w:pPr>
        <w:jc w:val="right"/>
      </w:pPr>
      <w:r>
        <w:t>اپنے آپ کو بچاؤ، چاہے کھجور کے ایک ٹکڑے کے ذریعے کیوں نہ ہو۔ اس کا مطلب کیا تھا؟ بہت گہرا مطلب تھا اس کا، گہرا مطلب کہ ورلڈلی کمپلین سے اوپر اٹھ جاؤ۔</w:t>
      </w:r>
    </w:p>
    <w:p>
      <w:r>
        <w:rPr>
          <w:b/>
        </w:rPr>
        <w:t xml:space="preserve">[50:29] </w:t>
      </w:r>
      <w:r>
        <w:t>duniya ke jo complain hote hain, koi zulm kar raha hai, koi conspiracy kar raha hai, kisi ne patthar maar diya, kisi ne hamare khilaaf yeh baat likh di ke woh baat likh di, us se oopar uth jao.</w:t>
      </w:r>
    </w:p>
    <w:p>
      <w:pPr>
        <w:jc w:val="right"/>
      </w:pPr>
      <w:r>
        <w:t>دنیا کے جو کمپلین ہوتے ہیں، کوئی ظلم کر رہا ہے، کوئی کنسپریسی کر رہا ہے، کسی نے پتھر مار دیا، کسی نے ہمارے خلاف یہ بات لکھ دی کہ وہ بات لکھ دی، اس سے اوپر اٹھ جاؤ۔</w:t>
      </w:r>
    </w:p>
    <w:p>
      <w:r>
        <w:rPr>
          <w:b/>
        </w:rPr>
        <w:t xml:space="preserve">[50:39] </w:t>
      </w:r>
      <w:r>
        <w:t>bilkul aakhirat ko apna concern banao. concern hamare haan kya hai? jahan dekhiye, jahan musalmanon ka akhbaar padhiye, un ki un ki baaton ko suniye, har jagah bas yeh bataya jaata hai ke hamare khilaaf yeh conspiracy hai, hamare khilaaf woh zulm ho raha hai, hamare khilaaf woh ho raha hai.</w:t>
      </w:r>
    </w:p>
    <w:p>
      <w:pPr>
        <w:jc w:val="right"/>
      </w:pPr>
      <w:r>
        <w:t>بالکل آخرت کو اپنا کنسرن بناؤ۔ کنسرن ہمارے ہاں کیا ہے؟ جہاں دیکھیے، جہاں مسلمانوں کا اخبار پڑھیے، ان کی ان کی باتوں کو سنیے، ہر جگہ بس یہ بتایا جاتا ہے کہ ہمارے خلاف یہ کنسپریسی ہے، ہمارے خلاف وہ ظلم ہو رہا ہے، ہمارے خلاف وہ ہو رہا ہے۔</w:t>
      </w:r>
    </w:p>
    <w:p>
      <w:r>
        <w:rPr>
          <w:b/>
        </w:rPr>
        <w:t xml:space="preserve">[50:55] </w:t>
      </w:r>
      <w:r>
        <w:t>yahan se le kar</w:t>
      </w:r>
    </w:p>
    <w:p>
      <w:pPr>
        <w:jc w:val="right"/>
      </w:pPr>
      <w:r>
        <w:t>یہاں سے لے کر</w:t>
      </w:r>
    </w:p>
    <w:p>
      <w:r>
        <w:rPr>
          <w:b/>
        </w:rPr>
        <w:t xml:space="preserve">[50:56] </w:t>
      </w:r>
      <w:r>
        <w:t>western world tak, har jagah, har jagah, har jagah. toh rasool Allah ne jab yeh sikhaya, jab yeh aap bole yeh ke bhai asal masla toh aakhirat ka hai, asal masla toh hell fire se apne aap ko bachane ka hai,</w:t>
      </w:r>
    </w:p>
    <w:p>
      <w:pPr>
        <w:jc w:val="right"/>
      </w:pPr>
      <w:r>
        <w:t>ویسٹرن ورلڈ تک، ہر جگہ، ہر جگہ، ہر جگہ۔ تو رسول اللہ نے جب یہ سکھایا، جب یہ آپ بولے یہ کہ بھئی اصل مسئلہ تو آخرت کا ہے، اصل مسئلہ تو ہیلپ فائر سے اپنے آپ کو بچانے کا ہے،</w:t>
      </w:r>
    </w:p>
    <w:p>
      <w:r>
        <w:rPr>
          <w:b/>
        </w:rPr>
        <w:t xml:space="preserve">[51:11] </w:t>
      </w:r>
      <w:r>
        <w:t>toh aap ne logon ke andar high thinking paida ki. high thinking, us se oopar uth kar socho. kitni badi baat hai yeh!</w:t>
      </w:r>
    </w:p>
    <w:p>
      <w:pPr>
        <w:jc w:val="right"/>
      </w:pPr>
      <w:r>
        <w:t>تو آپ نے لوگوں کے اندر ہائی تھنکنگ پیدا کی۔ ہائی تھنکنگ، اس سے اوپر اٹھ کر سوچو۔ کتنی بڑی بات ہے یہ!</w:t>
      </w:r>
    </w:p>
    <w:p>
      <w:r>
        <w:rPr>
          <w:b/>
        </w:rPr>
        <w:t xml:space="preserve">[51:21] </w:t>
      </w:r>
      <w:r>
        <w:t>kitni badi baat hai yeh!</w:t>
      </w:r>
    </w:p>
    <w:p>
      <w:pPr>
        <w:jc w:val="right"/>
      </w:pPr>
      <w:r>
        <w:t>کتنی بڑی بات ہے یہ!</w:t>
      </w:r>
    </w:p>
    <w:p>
      <w:r>
        <w:rPr>
          <w:b/>
        </w:rPr>
        <w:t xml:space="preserve">[51:25] </w:t>
      </w:r>
      <w:r>
        <w:t>sab log, sab log, sab log jo hain, saare muslim world mein, kisi ke andar high thinking nahi hai. isi satah par sochte hain: "Arre bhai! Yahudiyon ne aisa kar diya!</w:t>
      </w:r>
    </w:p>
    <w:p>
      <w:pPr>
        <w:jc w:val="right"/>
      </w:pPr>
      <w:r>
        <w:t>سب لوگ، سب لوگ، سب لوگ جو ہیں، سارے مسلم ورلڈ میں، کسی کے اندر ہائی تھنکنگ نہیں ہے۔ اسی سطح پر سوچتے ہیں: "ارے بھائی! یہودیوں نے ایسا کر دیا!</w:t>
      </w:r>
    </w:p>
    <w:p>
      <w:r>
        <w:rPr>
          <w:b/>
        </w:rPr>
        <w:t xml:space="preserve">[51:34] </w:t>
      </w:r>
      <w:r>
        <w:t>Arre bhai! Hinduo ne aisa kar diya! Arre bhai! Amreeka ne aisa kar diya!" yaani musalmanon ke khilaaf jo cheez hai, us ko select kar ke wohi musalmanon ko phailate hain musalmanon ke darmiyan.</w:t>
      </w:r>
    </w:p>
    <w:p>
      <w:pPr>
        <w:jc w:val="right"/>
      </w:pPr>
      <w:r>
        <w:t>ارے بھائی! ہندوؤں نے ایسا کر دیا! ارے بھائی! امریکہ نے ایسا کر دیا!" یعنی مسلمانوں کے خلاف جو چیز ہے، اس کو سلیکٹ کر کے وہی مسلمانوں کو پھیلاتے ہیں مسلمانوں کے درمیان۔</w:t>
      </w:r>
    </w:p>
    <w:p>
      <w:r>
        <w:rPr>
          <w:b/>
        </w:rPr>
        <w:t xml:space="preserve">[51:48] </w:t>
      </w:r>
      <w:r>
        <w:t>rasool Allah ne in saari cheezon ko aisa bana diya hai ke jis ko kehte hain ke yaani woh charcha karne qabil hi nahi.</w:t>
      </w:r>
    </w:p>
    <w:p>
      <w:pPr>
        <w:jc w:val="right"/>
      </w:pPr>
      <w:r>
        <w:t>رسول اللہ نے ان ساری چیزوں کو ایسا بنا دیا ہے کہ جس کو کہتے ہیں کہ یعنی وہ چرچا کرنے قابل ہی نہیں۔</w:t>
      </w:r>
    </w:p>
    <w:p>
      <w:r>
        <w:rPr>
          <w:b/>
        </w:rPr>
        <w:t xml:space="preserve">[52:00] </w:t>
      </w:r>
      <w:r>
        <w:t>into be recorded one, jis ko kehte hain angrezi mein, to be recorded one ke qabil hi nahi. is ka charcha kya hai? is ka zikr karna kya hai? woh toh kuch bhi nahi hai. yaani agar apni, agar makkah mein hum ko sataya gaya toh is ka charcha kya karna hai?</w:t>
      </w:r>
    </w:p>
    <w:p>
      <w:pPr>
        <w:jc w:val="right"/>
      </w:pPr>
      <w:r>
        <w:t>ان ٹو بی ریکارڈ ون، جس کو کہتے ہیں انگریزی میں، ٹو بی ریکارڈ ون کے قابل ہی نہیں۔ اس کا چرچا کیا ہے؟ اس کا ذکر کرنا کیا ہے؟ وہ تو کچھ بھی نہیں ہے۔ یعنی اگر اپنی، اگر مکہ میں ہم کو ستایا گیا تو اس کا چرچا کیا کرنا ہے؟</w:t>
      </w:r>
    </w:p>
    <w:p>
      <w:r>
        <w:rPr>
          <w:b/>
        </w:rPr>
        <w:t xml:space="preserve">[52:15] </w:t>
      </w:r>
      <w:r>
        <w:t>charcha to karo akhirat ka.</w:t>
      </w:r>
    </w:p>
    <w:p>
      <w:pPr>
        <w:jc w:val="right"/>
      </w:pPr>
      <w:r>
        <w:t>چرچا تو کرو آخرت کا۔</w:t>
      </w:r>
    </w:p>
    <w:p>
      <w:r>
        <w:rPr>
          <w:b/>
        </w:rPr>
        <w:t xml:space="preserve">[52:18] </w:t>
      </w:r>
      <w:r>
        <w:t>is tarah aap ne logon ke andar positive thinking paida ki, aap ke andar high thinking paida ki, logon ke andar creative thinking paida ki, logon ko nikala obsession se, conspiracy ka obsession, zulm ka obsession.</w:t>
      </w:r>
    </w:p>
    <w:p>
      <w:pPr>
        <w:jc w:val="right"/>
      </w:pPr>
      <w:r>
        <w:t>اس طرح آپ نے لوگوں کے اندر پازیٹیو تھنکنگ پیدا کی، آپ کے اندر ہائی تھنکنگ پیدا کی، لوگوں کے اندر کریٹیو تھنکنگ پیدا کی، لوگوں کو نکالا ابسیشن سے، کانسپریسی کا ابسیشن، ظلم کا ابسیشن۔</w:t>
      </w:r>
    </w:p>
    <w:p>
      <w:r>
        <w:rPr>
          <w:b/>
        </w:rPr>
        <w:t xml:space="preserve">[52:33] </w:t>
      </w:r>
      <w:r>
        <w:t>yeh complaint, woh complaint, is obsession se oopar nikal diya. to woh logon ko rasool Allah sal Allah alaihi wasallam ne un ko superman bana diya.</w:t>
      </w:r>
    </w:p>
    <w:p>
      <w:pPr>
        <w:jc w:val="right"/>
      </w:pPr>
      <w:r>
        <w:t>یہ کمپلینٹ، وہ کمپلینٹ، اس ابسیشن سے اوپر نکال دیا۔ تو وہ لوگوں کو رسول اللہ صلی اللہ علیہ وسلم نے ان کو سپرمین بنا دیا۔</w:t>
      </w:r>
    </w:p>
    <w:p>
      <w:r>
        <w:rPr>
          <w:b/>
        </w:rPr>
        <w:t xml:space="preserve">[52:44] </w:t>
      </w:r>
      <w:r>
        <w:t>ek ek aadmi superman ban gaya.</w:t>
      </w:r>
    </w:p>
    <w:p>
      <w:pPr>
        <w:jc w:val="right"/>
      </w:pPr>
      <w:r>
        <w:t>ایک ایک آدمی سپرمین بن گیا۔</w:t>
      </w:r>
    </w:p>
    <w:p>
      <w:r>
        <w:rPr>
          <w:b/>
        </w:rPr>
        <w:t xml:space="preserve">[52:49] </w:t>
      </w:r>
      <w:r>
        <w:t>dekhiye, man ko superman banane ka formula kya hai? man ko superman banane ka formula kya hai? high thinking! high thinking!</w:t>
      </w:r>
    </w:p>
    <w:p>
      <w:pPr>
        <w:jc w:val="right"/>
      </w:pPr>
      <w:r>
        <w:t>دیکھیے، مین کو سپرمین بنانے کا فارمولا کیا ہے؟ مین کو سپرمین بنانے کا فارمولا کیا ہے؟ ہائی تھنکنگ! ہائی تھنکنگ!</w:t>
      </w:r>
    </w:p>
    <w:p>
      <w:r>
        <w:rPr>
          <w:b/>
        </w:rPr>
        <w:t xml:space="preserve">[53:00] </w:t>
      </w:r>
      <w:r>
        <w:t>jab tak aadmi dekhiye, negativity mein jeeta hai, complaint mein jeeta hai, protest mein jeeta hai, tab tak woh ek saada aadmi hai, bas animal level par jee raha hai woh.</w:t>
      </w:r>
    </w:p>
    <w:p>
      <w:pPr>
        <w:jc w:val="right"/>
      </w:pPr>
      <w:r>
        <w:t>جب تک آدمی دیکھیے، نیگیٹیوٹی میں جیتا ہے، کمپلینٹ میں جیتا ہے، پروٹیسٹ میں جیتا ہے، تب تک وہ ایک سادہ آدمی ہے، بس اینیمل لیول پر جی رہا ہے وہ۔</w:t>
      </w:r>
    </w:p>
    <w:p>
      <w:r>
        <w:rPr>
          <w:b/>
        </w:rPr>
        <w:t xml:space="preserve">[53:13] </w:t>
      </w:r>
      <w:r>
        <w:t>aur jab is se oopar uth gaya woh to woh superman ban gaya woh.</w:t>
      </w:r>
    </w:p>
    <w:p>
      <w:pPr>
        <w:jc w:val="right"/>
      </w:pPr>
      <w:r>
        <w:t>اور جب اس سے اوپر اٹھ گیا وہ تو وہ سپرمین بن گیا وہ۔</w:t>
      </w:r>
    </w:p>
    <w:p>
      <w:r>
        <w:rPr>
          <w:b/>
        </w:rPr>
        <w:t xml:space="preserve">[53:21] </w:t>
      </w:r>
      <w:r>
        <w:t>to high thinking jo hai, woh aadmi ko superman banati hai. high thinking superman banati hai aap ko. aksar jo historian hain, woh likhte hain ke arab jo hai, woh ek ek sleeping country tha, sleeping nation tha.</w:t>
      </w:r>
    </w:p>
    <w:p>
      <w:pPr>
        <w:jc w:val="right"/>
      </w:pPr>
      <w:r>
        <w:t>تو ہائی تھنکنگ جو ہے، وہ آدمی کو سپرمین بناتی ہے۔ ہائی تھنکنگ سپرمین بناتی ہے آپ کو۔ اکثر جو ہسٹورین ہیں، وہ لکھتے ہیں کہ عرب جو ہے، وہ ایک ایک سلیپنگ کنٹری تھا، سلیپنگ نیشن تھا۔</w:t>
      </w:r>
    </w:p>
    <w:p>
      <w:r>
        <w:rPr>
          <w:b/>
        </w:rPr>
        <w:t xml:space="preserve">[53:38] </w:t>
      </w:r>
      <w:r>
        <w:t>koi unhon ne koi bada kaam nahi kiya tha, lekin rasool Allah ke baad ek ek aadmi hero ban gaya.</w:t>
      </w:r>
    </w:p>
    <w:p>
      <w:pPr>
        <w:jc w:val="right"/>
      </w:pPr>
      <w:r>
        <w:t>کوئی انہوں نے کوئی بڑا کام نہیں کیا تھا، لیکن رسول اللہ کے بعد ایک ایک آدمی ہیرو بن گیا۔</w:t>
      </w:r>
    </w:p>
    <w:p>
      <w:r>
        <w:rPr>
          <w:b/>
        </w:rPr>
        <w:t xml:space="preserve">[53:46] </w:t>
      </w:r>
      <w:r>
        <w:t>yani ek aadmi ne likha hai ke nasriya firoze ban gaya poora arab. nasriya firoze to kaise bana? high thinking se bana.</w:t>
      </w:r>
    </w:p>
    <w:p>
      <w:pPr>
        <w:jc w:val="right"/>
      </w:pPr>
      <w:r>
        <w:t>یعنی ایک آدمی نے لکھا ہے کہ نصریہ فیروز بن گیا پورا عرب۔ نصریہ فیروز تو کیسے بنا؟ ہائی تھنکنگ سے بنا۔</w:t>
      </w:r>
    </w:p>
    <w:p>
      <w:r>
        <w:rPr>
          <w:b/>
        </w:rPr>
        <w:t xml:space="preserve">[53:58] </w:t>
      </w:r>
      <w:r>
        <w:t>yani yeh baat to likhi hai historian ne ke arab jo hai, rasool Allah ke baad nasriya firoze ban gaya. kisi ne likha ke nation of firoze ban gaye saare log.</w:t>
      </w:r>
    </w:p>
    <w:p>
      <w:pPr>
        <w:jc w:val="right"/>
      </w:pPr>
      <w:r>
        <w:t>یعنی یہ بات تو لکھی ہے ہسٹورین نے کہ عرب جو ہے، رسول اللہ کے بعد نصریہ فیروز بن گیا۔ کسی نے لکھا کہ نیشن آف فیروز بن گئے سارے لوگ۔</w:t>
      </w:r>
    </w:p>
    <w:p>
      <w:r>
        <w:rPr>
          <w:b/>
        </w:rPr>
        <w:t xml:space="preserve">[54:08] </w:t>
      </w:r>
      <w:r>
        <w:t>lekin kaise bana?</w:t>
      </w:r>
    </w:p>
    <w:p>
      <w:pPr>
        <w:jc w:val="right"/>
      </w:pPr>
      <w:r>
        <w:t>لیکن کیسے بنا؟</w:t>
      </w:r>
    </w:p>
    <w:p>
      <w:r>
        <w:rPr>
          <w:b/>
        </w:rPr>
        <w:t xml:space="preserve">[54:10] </w:t>
      </w:r>
      <w:r>
        <w:t>woh bana high high thinking se, creative thinking se, ijtihadi tarz fikr se.</w:t>
      </w:r>
    </w:p>
    <w:p>
      <w:pPr>
        <w:jc w:val="right"/>
      </w:pPr>
      <w:r>
        <w:t>وہ بنا ہائی ہائی تھنکنگ سے، کریٹیو تھنکنگ سے، اجتہادی طرز فکر سے۔</w:t>
      </w:r>
    </w:p>
    <w:p>
      <w:r>
        <w:rPr>
          <w:b/>
        </w:rPr>
        <w:t xml:space="preserve">[54:22] </w:t>
      </w:r>
      <w:r>
        <w:t>aaj kal koi jaanta bhi nahi ke yeh hai kyunke ijtihad ka mind nahi hai. logon ke mind mein yeh ijtihad, yani logon ke mind mein stagnation aa gaya.</w:t>
      </w:r>
    </w:p>
    <w:p>
      <w:pPr>
        <w:jc w:val="right"/>
      </w:pPr>
      <w:r>
        <w:t>آج کل کوئی جانتا بھی نہیں کہ یہ ہے کیونکہ اجتہاد کا کا مائنڈ نہیں ہے۔ لوگوں کے مائنڈ میں یہ اجتہاد، یعنی لوگوں کے مائنڈ میں اسٹیگنیشن آ گیا۔</w:t>
      </w:r>
    </w:p>
    <w:p>
      <w:r>
        <w:rPr>
          <w:b/>
        </w:rPr>
        <w:t xml:space="preserve">[54:34] </w:t>
      </w:r>
      <w:r>
        <w:t>stagnation, jamood. jahan zehn mein jamood ho, wahan aap ijtihad nahi kar sakte.</w:t>
      </w:r>
    </w:p>
    <w:p>
      <w:pPr>
        <w:jc w:val="right"/>
      </w:pPr>
      <w:r>
        <w:t>اسٹیگنیشن، جمود۔ جہاں ذہن میں جمود ہو، وہاں آپ اجتہاد نہیں کر سکتے۔</w:t>
      </w:r>
    </w:p>
    <w:p>
      <w:r>
        <w:rPr>
          <w:b/>
        </w:rPr>
        <w:t xml:space="preserve">[54:40] </w:t>
      </w:r>
      <w:r>
        <w:t>wahan to creativity nahi hogi aap ke andar. to phir aap oonchi oonchi baat bhi nahi soch sakte hain. oonchi baat nahi soch payenge aap.</w:t>
      </w:r>
    </w:p>
    <w:p>
      <w:pPr>
        <w:jc w:val="right"/>
      </w:pPr>
      <w:r>
        <w:t>وہاں تو کریٹیوٹی نہیں ہوگی آپ کے اندر۔ تو پھر آپ اونچی اونچی بات بھی نہیں سوچ سکتے ہیں۔ اونچی بات نہیں سوچ پائیں گے آپ۔</w:t>
      </w:r>
    </w:p>
    <w:p>
      <w:r>
        <w:rPr>
          <w:b/>
        </w:rPr>
        <w:t xml:space="preserve">[54:48] </w:t>
      </w:r>
      <w:r>
        <w:t>yeh jo moajza hua, kaise hua? ginti badhane ka rasool Allah ki zindagi mein. to woh log to ladai par tal gaye.</w:t>
      </w:r>
    </w:p>
    <w:p>
      <w:pPr>
        <w:jc w:val="right"/>
      </w:pPr>
      <w:r>
        <w:t>یہ جو معجزہ ہوا، کیسے ہوا؟ گنتی بڑھانے کا رسول اللہ کی زندگی میں۔ تو وہ لوگ تو لڑائی پر تل گئے۔</w:t>
      </w:r>
    </w:p>
    <w:p>
      <w:r>
        <w:rPr>
          <w:b/>
        </w:rPr>
        <w:t xml:space="preserve">[54:58] </w:t>
      </w:r>
      <w:r>
        <w:t>jab aap migrate kar ke madina aa gaye, ladai chhodna chahte the. woh kai ladai ki bhi unhon ne. rasool Allah ne negotiate shuru kar di</w:t>
      </w:r>
    </w:p>
    <w:p>
      <w:pPr>
        <w:jc w:val="right"/>
      </w:pPr>
      <w:r>
        <w:t>جب آپ مائیگریٹ کر کے مدینہ آ گئے، لڑائی چھوڑنا چاہتے تھے۔ وہ کئی لڑائی کی بھی انہوں نے۔ رسول اللہ نے نیگوشیٹ شروع کر دی</w:t>
      </w:r>
    </w:p>
    <w:p>
      <w:r>
        <w:rPr>
          <w:b/>
        </w:rPr>
        <w:t xml:space="preserve">[55:09] </w:t>
      </w:r>
      <w:r>
        <w:t>peace ke liye ke chalo bhai, hamare to bas peace ho jaye, peace ho jaye. is mein ek bahut bada raaz tha ke agar jang rehti hai to woh log hathiyar zyada hain, ginti zyada hai,</w:t>
      </w:r>
    </w:p>
    <w:p>
      <w:pPr>
        <w:jc w:val="right"/>
      </w:pPr>
      <w:r>
        <w:t>پیس کے لیے کہ چلو بھئی، ہمارے تو بس پیس ہو جائے، پیس ہو جائے۔ اس میں ایک بہت بڑا راز تھا کہ اگر جنگ رہتی ہے تو وہ لوگ ہتھیار زیادہ ہیں، گنتی زیادہ ہے،</w:t>
      </w:r>
    </w:p>
    <w:p>
      <w:r>
        <w:rPr>
          <w:b/>
        </w:rPr>
        <w:t xml:space="preserve">[55:28] </w:t>
      </w:r>
      <w:r>
        <w:t>un ke saathi zyada hain to woh jeetenge. aur agar peace ho jati hai to kya hoga? deen ideology will prevail.</w:t>
      </w:r>
    </w:p>
    <w:p>
      <w:pPr>
        <w:jc w:val="right"/>
      </w:pPr>
      <w:r>
        <w:t>ان کے ساتھی زیادہ ہیں تو وہ جیتیں گے۔ اور اگر پیس ہو جاتی ہے تو کیا ہوگا؟ دین آئیڈیالوجی ول پلویل۔</w:t>
      </w:r>
    </w:p>
    <w:p>
      <w:r>
        <w:rPr>
          <w:b/>
        </w:rPr>
        <w:t xml:space="preserve">[55:37] </w:t>
      </w:r>
      <w:r>
        <w:t>yani ideology ki power jo hai, woh work karne lagegi. abhi to hathiyar ka power work kar rahi hai jab tak ladai chal rahi hai. aur jab peace ho jayega to ideology ki power work karegi.</w:t>
      </w:r>
    </w:p>
    <w:p>
      <w:pPr>
        <w:jc w:val="right"/>
      </w:pPr>
      <w:r>
        <w:t>یعنی آئیڈیالوجی کی پاور جو ہے، وہ ورک کرنے لگے گی۔ ابھی تو ہتھیار کا پاور ورک کر رہی ہے جب تک لڑائی چل رہی ہے۔ اور جب پیس ہو جائے گا تو آئیڈیالوجی کی پاور ورک کرے گی۔</w:t>
      </w:r>
    </w:p>
    <w:p>
      <w:r>
        <w:rPr>
          <w:b/>
        </w:rPr>
        <w:t xml:space="preserve">[55:54] </w:t>
      </w:r>
      <w:r>
        <w:t>to is ko main ek ek mein ek qissa mein ne parha ek baar. woh qissa bahut achha is ko illustrate karta hai ke ek lomri mein ek saaras mein dosti hui.</w:t>
      </w:r>
    </w:p>
    <w:p>
      <w:pPr>
        <w:jc w:val="right"/>
      </w:pPr>
      <w:r>
        <w:t>تو اس کو میں ایک ایک میں ایک قصہ میں نے پڑھا ایک بار۔ وہ قصہ بہت اچھا اس کو السٹریٹ کرتا ہے کہ ایک لومڑی میں ایک سارس میں دوستی ہوئی۔</w:t>
      </w:r>
    </w:p>
    <w:p>
      <w:r>
        <w:rPr>
          <w:b/>
        </w:rPr>
        <w:t xml:space="preserve">[56:07] </w:t>
      </w:r>
      <w:r>
        <w:t>to lomri ne kaha ke chalo bhai, kheer pakate hain. to kheer pakai gayi aur aur is mein rakh di gayi, yani khule bartan mein, aisi plate mein, badi plate mein.</w:t>
      </w:r>
    </w:p>
    <w:p>
      <w:pPr>
        <w:jc w:val="right"/>
      </w:pPr>
      <w:r>
        <w:t>تو لومڑی نے کہا کہ چلو بھئی، کھیر پکاتے ہیں۔ تو کھیر پکائی گئی اور اور اس میں رکھ دی گئی، یعنی کھلے برتن میں، ایسی پلیٹ میں، بڑی پلیٹ میں۔</w:t>
      </w:r>
    </w:p>
    <w:p>
      <w:r>
        <w:rPr>
          <w:b/>
        </w:rPr>
        <w:t xml:space="preserve">[56:20] </w:t>
      </w:r>
      <w:r>
        <w:t>to lomri ne khoob khaya aur saaras ki lambi chonch hoti hai, us ko kuch mila hi nahi. woh chonch idhar udhar karta raha. jab is tarah khuli plate mein reh gayi to saaras nahi kha payega.</w:t>
      </w:r>
    </w:p>
    <w:p>
      <w:pPr>
        <w:jc w:val="right"/>
      </w:pPr>
      <w:r>
        <w:t>تو لومڑی نے خوب کھایا اور سارس کی لمبی چونچ ہوتی ہے، اس کو کچھ ملا ہی نہیں۔ وہ چونچ ادھر ادھر کرتا رہا۔ جب اس طرح کھلی پلیٹ میں رہ گئی تو سارس نہیں کھا پائے گا۔</w:t>
      </w:r>
    </w:p>
    <w:p>
      <w:r>
        <w:rPr>
          <w:b/>
        </w:rPr>
        <w:t xml:space="preserve">[56:30] </w:t>
      </w:r>
      <w:r>
        <w:t>lomri khoob khayegi. to saaras ne kaha ke yeh to bada bewakoof banaya hai is ne.</w:t>
      </w:r>
    </w:p>
    <w:p>
      <w:pPr>
        <w:jc w:val="right"/>
      </w:pPr>
      <w:r>
        <w:t>لومڑی خوب کھائے گی۔ تو سارس نے کہا کہ یہ تو بڑا بیوقوف بنایا ہے اس نے۔</w:t>
      </w:r>
    </w:p>
    <w:p>
      <w:r>
        <w:rPr>
          <w:b/>
        </w:rPr>
        <w:t xml:space="preserve">[56:35] </w:t>
      </w:r>
      <w:r>
        <w:t>to saars ne kaha acha bhai, phir kheer pakate hain. to is ne kiya kiya? kheer pakai ke ek baar is ko rakh diya surahi mein, jaise ke is tarah ki surahi jo hoti hai, pata nahi aap log surahi samajhte hain ke nahi samajhte hain.</w:t>
      </w:r>
    </w:p>
    <w:p>
      <w:pPr>
        <w:jc w:val="right"/>
      </w:pPr>
      <w:r>
        <w:t>تو سارس نے کہا اچھا بھئی، پھر کھیر پکاتے ہیں۔ تو اس نے کیا کیا؟ کھیر پکائی کہ ایک بار اس کو رکھ دیا سوراہی میں، جیسے کہ اس طرح کی سوراہی جو ہوتی ہے، پتہ نہیں آپ لوگ سوراہی سمجھتے ہیں کہ نہیں سمجھتے ہیں۔</w:t>
      </w:r>
    </w:p>
    <w:p>
      <w:r>
        <w:rPr>
          <w:b/>
        </w:rPr>
        <w:t xml:space="preserve">[56:50] </w:t>
      </w:r>
      <w:r>
        <w:t>yani lamba is ka hota hai. to is ke baad is ne chonch daal diya is ke andar aur laga khane aur lomri ne lomri se kaha ke tum bhi khao.</w:t>
      </w:r>
    </w:p>
    <w:p>
      <w:pPr>
        <w:jc w:val="right"/>
      </w:pPr>
      <w:r>
        <w:t>یعنی لمبا اس کا ہوتا ہے۔ تو اس کے بعد اس نے چونچ ڈال دیا اس کے اندر اور لگا کھانے اور لومڑی نے لومڑی سے کہا کہ تم بھی کھاؤ۔</w:t>
      </w:r>
    </w:p>
    <w:p>
      <w:r>
        <w:rPr>
          <w:b/>
        </w:rPr>
        <w:t xml:space="preserve">[57:00] </w:t>
      </w:r>
      <w:r>
        <w:t>to lomri ke surahi surahi mein kaise khaye? wo to agar kheer jo hai plate mein ho to lomri ke hisse mein aayegi aur kheer agar surahi mein ho to saars ke hisse mein aayegi.</w:t>
      </w:r>
    </w:p>
    <w:p>
      <w:pPr>
        <w:jc w:val="right"/>
      </w:pPr>
      <w:r>
        <w:t>تو لومڑی کے سوراہی سوراہی میں کیسے کھائے؟ وہ تو اگر کھیر جو ہے پلیٹ میں ہو تو لومڑی کے حصے میں آئے گی اور کھیر اگر سوراہی میں ہو تو سارس کے حصے میں آئے گی۔</w:t>
      </w:r>
    </w:p>
    <w:p>
      <w:r>
        <w:rPr>
          <w:b/>
        </w:rPr>
        <w:t xml:space="preserve">[57:14] </w:t>
      </w:r>
      <w:r>
        <w:t>ye tha wahan muamla. agar muqabla ladai ke maidan mein ho to wo jeetne ki position mein thay aur muqabla ideology ke maidan mein aa jaye to rasool Allah ke saathi jeetne ki position mein ho jatay thay.</w:t>
      </w:r>
    </w:p>
    <w:p>
      <w:pPr>
        <w:jc w:val="right"/>
      </w:pPr>
      <w:r>
        <w:t>یہ تھا وہاں معاملہ۔ اگر مقابلہ لڑائی کے میدان میں ہو تو وہ جیتنے کی پوزیشن میں تھے اور مقابلہ آئیڈیالوجی کے میدان میں آ جائے تو رسول اللہ کے ساتھی جیتنے کی پوزیشن میں ہو جاتے تھے۔</w:t>
      </w:r>
    </w:p>
    <w:p>
      <w:r>
        <w:rPr>
          <w:b/>
        </w:rPr>
        <w:t xml:space="preserve">[57:27] </w:t>
      </w:r>
      <w:r>
        <w:t>ye tha muamla. ye kaise soch paaye aap? kyunke aap ke andar bohat ziyada ijtihadi taqat thi, bohat ziyada creativity thi, bohat ziyada yani khulay zehn se soch paate thay aap.</w:t>
      </w:r>
    </w:p>
    <w:p>
      <w:pPr>
        <w:jc w:val="right"/>
      </w:pPr>
      <w:r>
        <w:t>یہ تھا معاملہ۔ یہ کیسے سوچ پائے آپ؟ کیونکہ آپ کے اندر بہت زیادہ اجتہادی طاقت تھی، بہت زیادہ کریٹیوٹی تھی، بہت زیادہ یعنی کھلے ذہن سے سوچ پاتے تھے آپ۔</w:t>
      </w:r>
    </w:p>
    <w:p>
      <w:r>
        <w:rPr>
          <w:b/>
        </w:rPr>
        <w:t xml:space="preserve">[57:40] </w:t>
      </w:r>
      <w:r>
        <w:t>bohat ziyada objective mind tha aap ka.</w:t>
      </w:r>
    </w:p>
    <w:p>
      <w:pPr>
        <w:jc w:val="right"/>
      </w:pPr>
      <w:r>
        <w:t>بہت زیادہ ابجیکٹو مائنڈ تھا آپ کا۔</w:t>
      </w:r>
    </w:p>
    <w:p>
      <w:r>
        <w:rPr>
          <w:b/>
        </w:rPr>
        <w:t xml:space="preserve">[57:44] </w:t>
      </w:r>
      <w:r>
        <w:t>yehi hum chahte hain musalmanon ko dilana. aaj ke musalman bilkul yani stagnant in is is mein jee rahe hain, stagnation mein jee rahe hain.</w:t>
      </w:r>
    </w:p>
    <w:p>
      <w:pPr>
        <w:jc w:val="right"/>
      </w:pPr>
      <w:r>
        <w:t>یہی ہم چاہتے ہیں مسلمانوں کو دلانا۔ آج کے مسلمان بالکل یعنی اسٹیگنٹ ان اس اس میں جی رہے ہیں، اسٹیگنیشن میں جی رہے ہیں۔</w:t>
      </w:r>
    </w:p>
    <w:p>
      <w:r>
        <w:rPr>
          <w:b/>
        </w:rPr>
        <w:t xml:space="preserve">[57:55] </w:t>
      </w:r>
      <w:r>
        <w:t>koi creativity nahi, koi creativity nahi. yahan tak ke ye bhi nahi kehne kehne ki position mein ke i was wrong. main daily aise musalmanon se milta hoon ke koi baat un se kahi jati hai, ye nahi keh paate ke bhai ab tak to hum nahi samajh paate thay, ab samajh mein aya, i was wrong.</w:t>
      </w:r>
    </w:p>
    <w:p>
      <w:pPr>
        <w:jc w:val="right"/>
      </w:pPr>
      <w:r>
        <w:t>کوئی کریٹیوٹی نہیں، کوئی کریٹیوٹی نہیں۔ یہاں تک کہ یہ بھی نہیں کہنے کہنے کی پوزیشن میں کہ آئی واز رونگ۔ میں ڈیلی ایسے مسلمانوں سے ملتا ہوں کہ کوئی بات ان سے کہی جاتی ہے، یہ نہیں کہہ پاتے کہ بھئی اب تک تو ہم نہیں سمجھ پاتے تھے، اب سمجھ میں آیا، آئی واز رونگ۔</w:t>
      </w:r>
    </w:p>
    <w:p>
      <w:r>
        <w:rPr>
          <w:b/>
        </w:rPr>
        <w:t xml:space="preserve">[58:10] </w:t>
      </w:r>
      <w:r>
        <w:t>ye bhi nahi keh paate.</w:t>
      </w:r>
    </w:p>
    <w:p>
      <w:pPr>
        <w:jc w:val="right"/>
      </w:pPr>
      <w:r>
        <w:t>یہ بھی نہیں کہہ پاتے۔</w:t>
      </w:r>
    </w:p>
    <w:p>
      <w:r>
        <w:rPr>
          <w:b/>
        </w:rPr>
        <w:t xml:space="preserve">[58:12] </w:t>
      </w:r>
      <w:r>
        <w:t>appreciate karne ki position mein bhi nahi hai wo, due to this stagnation. aaj kal ke musalmanon ka haal ye hai ke appreciate karne ki position mein bhi nahi.</w:t>
      </w:r>
    </w:p>
    <w:p>
      <w:pPr>
        <w:jc w:val="right"/>
      </w:pPr>
      <w:r>
        <w:t>ایپریشیٹ کرنے کی پوزیشن میں بھی نہیں ہے وہ، ڈیو ٹو دس اسٹیگنیشن۔ آج کل کے مسلمانوں کا حال یہ ہے کہ ایپریشیٹ کرنے کی پوزیشن میں بھی نہیں۔</w:t>
      </w:r>
    </w:p>
    <w:p>
      <w:r>
        <w:rPr>
          <w:b/>
        </w:rPr>
        <w:t xml:space="preserve">[58:26] </w:t>
      </w:r>
      <w:r>
        <w:t>to beharhaal hamein musalmanon ke andar rethinking lana hai, un ke andar creativity lana hai. yani ek taraf to hamein non muslim mein Islam ka paigham pohanch</w:t>
      </w:r>
    </w:p>
    <w:p>
      <w:pPr>
        <w:jc w:val="right"/>
      </w:pPr>
      <w:r>
        <w:t>تو بہرحال ہمیں مسلمانوں کے اندر ری تھنکنگ لانا ہے، ان کے اندر کریٹیوٹی لانا ہے۔ یعنی ایک طرف تو ہمیں نان مسلم میں اسلام کا پیغام پہنچ</w:t>
      </w:r>
    </w:p>
    <w:p>
      <w:r>
        <w:rPr>
          <w:b/>
        </w:rPr>
        <w:t xml:space="preserve">[58:37] </w:t>
      </w:r>
      <w:r>
        <w:t>ana hai, wo kaam Khuda ke fazal se chal raha hai aur musalmanon ke stagnation ko todna hai, un ke andar ijtihad wali spirit lana hai.</w:t>
      </w:r>
    </w:p>
    <w:p>
      <w:pPr>
        <w:jc w:val="right"/>
      </w:pPr>
      <w:r>
        <w:t>انا ہے، وہ کام خدا کے فضل سے چل رہا ہے اور مسلمانوں کے اسٹیگنیشن کو توڑنا ہے، ان کے اندر اجتہاد والی سپرٹ لانا ہے۔</w:t>
      </w:r>
    </w:p>
    <w:p>
      <w:r>
        <w:rPr>
          <w:b/>
        </w:rPr>
        <w:t xml:space="preserve">[58:47] </w:t>
      </w:r>
      <w:r>
        <w:t>ijtihad kisi ki kisi khatarnak cheez ka naam nahi hai. to ye hai hamara two fold mission: ghair muslimon mein Islam ki dawat pohanchana aur musalmanon mein creativity lana, musalmanon ko creative mind banana.</w:t>
      </w:r>
    </w:p>
    <w:p>
      <w:pPr>
        <w:jc w:val="right"/>
      </w:pPr>
      <w:r>
        <w:t>اجتہاد کسی کی کسی خطرناک چیز کا نام نہیں ہے۔ تو یہ ہے ہمارا ٹو فولڈ مشن: غیر مسلموں میں اسلام کی دعوت پہنچانا اور مسلمانوں میں کریٹیوٹی لانا، مسلمانوں کو کریٹیو مائنڈ بنانا۔</w:t>
      </w:r>
    </w:p>
    <w:p>
      <w:r>
        <w:rPr>
          <w:b/>
        </w:rPr>
        <w:t xml:space="preserve">[59:04] </w:t>
      </w:r>
      <w:r>
        <w:t>aqool qawli haza wastaghfirullah</w:t>
      </w:r>
    </w:p>
    <w:p>
      <w:pPr>
        <w:jc w:val="right"/>
      </w:pPr>
      <w:r>
        <w:t>اقول قولیھذا واستغفراللہ</w:t>
      </w:r>
    </w:p>
    <w:p>
      <w:r>
        <w:rPr>
          <w:b/>
        </w:rPr>
        <w:t xml:space="preserve">[59:07] </w:t>
      </w:r>
      <w:r>
        <w:t>lakum ajmaeen.</w:t>
      </w:r>
    </w:p>
    <w:p>
      <w:pPr>
        <w:jc w:val="right"/>
      </w:pPr>
      <w:r>
        <w:t>لولکم اجمعین۔</w:t>
      </w:r>
    </w:p>
    <w:p>
      <w:r>
        <w:rPr>
          <w:b/>
        </w:rPr>
        <w:t xml:space="preserve">[59:21] </w:t>
      </w:r>
      <w:r>
        <w:t>what is the difference between ijtihad, qiyas and ijm'a? dekhiye, aam taur par jo fuqaha hain, yani Islam ke scholars, wo ye kehte hain ke Islam shariat ke masadir char hain.</w:t>
      </w:r>
    </w:p>
    <w:p>
      <w:pPr>
        <w:jc w:val="right"/>
      </w:pPr>
      <w:r>
        <w:t>واٹ از دا ڈیفرنس بٹوین اجتہاد، قیاس اینڈ اجماع؟ دیکھیے، عام طور پر جو فقہاء ہیں، یعنی اسلام کے سکالرز، وہ یہ کہتے ہیں کہ اسلام شریعت کے مصادر چار ہیں۔</w:t>
      </w:r>
    </w:p>
    <w:p>
      <w:r>
        <w:rPr>
          <w:b/>
        </w:rPr>
        <w:t xml:space="preserve">[59:38] </w:t>
      </w:r>
      <w:r>
        <w:t>masadir ka matlab source hai, yani masadir ka matlab hai source. yani Islam ke char sources hain: Quran, sunnat, ijm'a aur qiyas.</w:t>
      </w:r>
    </w:p>
    <w:p>
      <w:pPr>
        <w:jc w:val="right"/>
      </w:pPr>
      <w:r>
        <w:t>مصادر کا مطلب سورس ہے، یعنی مصادر کا مطلب ہے سورس۔ یعنی اسلام کے چار سورسز ہیں: قرآن، سنت، اجماع اور قیاس۔</w:t>
      </w:r>
    </w:p>
    <w:p>
      <w:r>
        <w:rPr>
          <w:b/>
        </w:rPr>
        <w:t xml:space="preserve">[59:52] </w:t>
      </w:r>
      <w:r>
        <w:t>main ne is par ek kitab likhi hai, fikr Islami, us mein bataya hai main ne ke char kehne ki koi zaroorat nahi hai, teen kafi hain. kyunke ijm'a aur qiyas dono ijtihadi ki sooraten hain.</w:t>
      </w:r>
    </w:p>
    <w:p>
      <w:pPr>
        <w:jc w:val="right"/>
      </w:pPr>
      <w:r>
        <w:t>میں نے اس پر ایک کتاب لکھی ہے، فکر اسلامی، اس میں بتایا ہے میں نے کہ چار کہنے کی کوئی ضرورت نہیں ہے، تین کافی ہیں۔ کیونکہ اجماع اور قیاس دونوں اجتہادی کی صورتیں ہیں۔</w:t>
      </w:r>
    </w:p>
    <w:p>
      <w:r>
        <w:rPr>
          <w:b/>
        </w:rPr>
        <w:t xml:space="preserve">[1:00:04] </w:t>
      </w:r>
      <w:r>
        <w:t>kitab se Quran se murad jo jo Quran hamare paas hai, sunnat se murad rasool Allah sallallahu alaihi wasallam ka jo zakhira hamare paas hai, aur is ke baad jo cheez hai, us ko main sirf ijtihad kehta hoon.</w:t>
      </w:r>
    </w:p>
    <w:p>
      <w:pPr>
        <w:jc w:val="right"/>
      </w:pPr>
      <w:r>
        <w:t>کتاب سے قرآن سے مراد جو جو قرآن ہمارے پاس ہے، سنت سے مراد رسول اللہ صلی اللہ علیہ وسلم کا جو ذخیرہ ہمارے پاس ہے، اور اس کے بعد جو چیز ہے، اس کو میں صرف اجتہاد کہتا ہوں۔</w:t>
      </w:r>
    </w:p>
    <w:p>
      <w:r>
        <w:rPr>
          <w:b/>
        </w:rPr>
        <w:t xml:space="preserve">[1:00:18] </w:t>
      </w:r>
      <w:r>
        <w:t>yani jo cheez Quran mein na milay, hadith mein na milay, us par hum Quran o hadith ki roshni mein aur sochen, aur sochen, aur reapply karen apni situation mein Quran ki taleemat ko.</w:t>
      </w:r>
    </w:p>
    <w:p>
      <w:pPr>
        <w:jc w:val="right"/>
      </w:pPr>
      <w:r>
        <w:t>یعنی جو چیز قرآن میں نہ ملے، حدیث میں نہ ملے، اس پر ہم قرآن و حدیث کی روشنی میں اور سوچیں، اور سوچیں، اور ری اپلائی کریں اپنی سچوئیشن میں قرآن کی تعلیمات کو۔</w:t>
      </w:r>
    </w:p>
    <w:p>
      <w:r>
        <w:rPr>
          <w:b/>
        </w:rPr>
        <w:t xml:space="preserve">[1:00:33] </w:t>
      </w:r>
      <w:r>
        <w:t>fuqaha ne ijm'a aur qiyas ke jo lafz istemal kiye hain, to main samajhta hoon ke ek bilkul unnecessary hai. kyunke kya cheez hai?</w:t>
      </w:r>
    </w:p>
    <w:p>
      <w:pPr>
        <w:jc w:val="right"/>
      </w:pPr>
      <w:r>
        <w:t>فقہاء نے اجماع اور قیاس کے جو لفظ استعمال کیے ہیں، تو میں سمجھتا ہوں کہ ایک بالکل ان نیسیسری ہے۔ کیونکہ کیا چیز ہے؟</w:t>
      </w:r>
    </w:p>
    <w:p>
      <w:r>
        <w:rPr>
          <w:b/>
        </w:rPr>
        <w:t xml:space="preserve">[1:00:41] </w:t>
      </w:r>
      <w:r>
        <w:t>qiyas wahi cheez ko main ijtihad keh raha hoon, ijm'a wahi cheez ko main ijtihad keh raha hoon. jab consensus ho jaye to use kehte hain ijm'a kehte hain, consensus na ho to wahan qiyas kahenge.</w:t>
      </w:r>
    </w:p>
    <w:p>
      <w:pPr>
        <w:jc w:val="right"/>
      </w:pPr>
      <w:r>
        <w:t>قیاس وہی چیز کو میں اجتہاد کہہ رہا ہوں، اجماع وہی چیز کو میں اجتہاد کہہ رہا ہوں۔ جب کنسنس کنسنس ہو جائے تو اسے کہتے ہیں اجماع کہتے ہیں، کنسنس نہ ہو تو وہاں قیاس کہیں گے۔</w:t>
      </w:r>
    </w:p>
    <w:p>
      <w:r>
        <w:rPr>
          <w:b/>
        </w:rPr>
        <w:t xml:space="preserve">[1:00:52] </w:t>
      </w:r>
      <w:r>
        <w:t>is ko to do category banane ki kya zaroorat hai? aap yani jis ijtihad par consensus ho jaye, us ko ijm'a kahenge.</w:t>
      </w:r>
    </w:p>
    <w:p>
      <w:pPr>
        <w:jc w:val="right"/>
      </w:pPr>
      <w:r>
        <w:t>اس کو تو دو کیٹگری بنانے کی کیا ضرورت ہے؟ آپ یعنی جس اجتہاد پر کنسنسس ہو جائے، اس کو اجماع کہیں گے۔</w:t>
      </w:r>
    </w:p>
    <w:p>
      <w:r>
        <w:rPr>
          <w:b/>
        </w:rPr>
        <w:t xml:space="preserve">[1:01:02] </w:t>
      </w:r>
      <w:r>
        <w:t>jis ijtihad par consensus na ho, us ko qiyas kahenge. to char ki zaroorat hi kya hai? use main teen kehta hoon: Quran, sunnat aur ijtihad.</w:t>
      </w:r>
    </w:p>
    <w:p>
      <w:pPr>
        <w:jc w:val="right"/>
      </w:pPr>
      <w:r>
        <w:t>جس اجتہاد پر کنسنس نہ ہو، اس کو قیاس کہیں گے۔ تو چار کی ضرورت ہی کیا ہے؟ اسے میں تین کہتا ہوں: قرآن، سنت اور اجتہاد۔</w:t>
      </w:r>
    </w:p>
    <w:p>
      <w:r>
        <w:rPr>
          <w:b/>
        </w:rPr>
        <w:t xml:space="preserve">[1:01:13] </w:t>
      </w:r>
      <w:r>
        <w:t>aur dekhiye, jo main lafz istemal karta hoon, wo Quran o hadith se sabit hota hai. ijm'a aur qiyas ka word to Quran o hadith mein nahi hai,</w:t>
      </w:r>
    </w:p>
    <w:p>
      <w:pPr>
        <w:jc w:val="right"/>
      </w:pPr>
      <w:r>
        <w:t>اور دیکھیے، جو میں لفظ استعمال کرتا ہوں، وہ قرآن و حدیث سے ثابت ہوتا ہے۔ اجماع اور قیاس کا ورڈ تو قرآن و حدیث میں نہیں ہے،</w:t>
      </w:r>
    </w:p>
    <w:p>
      <w:r>
        <w:rPr>
          <w:b/>
        </w:rPr>
        <w:t xml:space="preserve">[1:01:23] </w:t>
      </w:r>
      <w:r>
        <w:t>lekin yeh hai. hadith mein is ko ijtihad kaha gaya hai, is teesri category ko, aur quran mein is ko istinbat kaha gaya hai.</w:t>
      </w:r>
    </w:p>
    <w:p>
      <w:pPr>
        <w:jc w:val="right"/>
      </w:pPr>
      <w:r>
        <w:t>لیکن یہ ہے۔ حدیث میں اس کو اجتہاد کہا گیا ہے، اس تیسری کیٹگری کو، اور قرآن میں اس کو استنباط کہا گیا ہے۔</w:t>
      </w:r>
    </w:p>
    <w:p>
      <w:r>
        <w:rPr>
          <w:b/>
        </w:rPr>
        <w:t xml:space="preserve">[1:01:33] </w:t>
      </w:r>
      <w:r>
        <w:t>yani agar hum quran ka term lein to is ko hum istinbat kahein ge, aur hadith ka term lein to is ko hum ijtihad kahein ge. to yeh dono mein farq nahi hai, sirf yeh hai ke is ko char batate hain, mein teen batata hoon.</w:t>
      </w:r>
    </w:p>
    <w:p>
      <w:pPr>
        <w:jc w:val="right"/>
      </w:pPr>
      <w:r>
        <w:t>یعنی اگر ہم قرآن کا ٹرم لیں تو اس کو ہم استنباط کہیں گے، اور حدیث کا ٹرم لیں تو اس کو ہم اجتہاد کہیں گے۔ تو یہ دونوں میں فرق نہیں ہے، صرف یہ ہے کہ اس کو چار بتاتے ہیں، میں تین بتاتا ہوں۔</w:t>
      </w:r>
    </w:p>
    <w:p>
      <w:r>
        <w:rPr>
          <w:b/>
        </w:rPr>
        <w:t xml:space="preserve">[1:01:48] </w:t>
      </w:r>
      <w:r>
        <w:t>koi basic difference nahi hai.</w:t>
      </w:r>
    </w:p>
    <w:p>
      <w:pPr>
        <w:jc w:val="right"/>
      </w:pPr>
      <w:r>
        <w:t>کوئی بیسک ڈیفرنس نہیں ہے۔</w:t>
      </w:r>
    </w:p>
    <w:p>
      <w:r>
        <w:rPr>
          <w:b/>
        </w:rPr>
        <w:t xml:space="preserve">[1:01:53] </w:t>
      </w:r>
      <w:r>
        <w:t>das question is from qazi muhammad mian: what is your opinion on publication of quran with out the arabic text?</w:t>
      </w:r>
    </w:p>
    <w:p>
      <w:pPr>
        <w:jc w:val="right"/>
      </w:pPr>
      <w:r>
        <w:t>دس کوئسچن از فرام قاضی محمد میاں: واٹ از یور اوپینین ان پبلیکیشن اف قرآن ودا آؤٹ دی عربک ٹیکسٹ؟</w:t>
      </w:r>
    </w:p>
    <w:p>
      <w:r>
        <w:rPr>
          <w:b/>
        </w:rPr>
        <w:t xml:space="preserve">[1:02:04] </w:t>
      </w:r>
      <w:r>
        <w:t>is it right or wrong? bilashuba right hai yeh. yeh is mein koi ghalati ki baat nahi hai, balkey humein doosron tak quran ko pohnchaney ke liye bila text hi chhapna chahiye.</w:t>
      </w:r>
    </w:p>
    <w:p>
      <w:pPr>
        <w:jc w:val="right"/>
      </w:pPr>
      <w:r>
        <w:t>از اٹ رائٹ اور رونگ؟ بلاشبہ رائٹ ہے یہ۔ یہ اس میں کوئی غلطی کی بات نہیں ہے، بلکہ ہمیں دوسروں تک قرآن کو پہنچانے کے لیے بلا ٹیکسٹ ہی چھاپنا چاہیے۔</w:t>
      </w:r>
    </w:p>
    <w:p>
      <w:r>
        <w:rPr>
          <w:b/>
        </w:rPr>
        <w:t xml:space="preserve">[1:02:18] </w:t>
      </w:r>
      <w:r>
        <w:t>is ko</w:t>
      </w:r>
    </w:p>
    <w:p>
      <w:pPr>
        <w:jc w:val="right"/>
      </w:pPr>
      <w:r>
        <w:t>اس کو</w:t>
      </w:r>
    </w:p>
    <w:p>
      <w:r>
        <w:rPr>
          <w:b/>
        </w:rPr>
        <w:t xml:space="preserve">[1:02:20] </w:t>
      </w:r>
      <w:r>
        <w:t>yeh yeh jo hamare ulama ne yeh shart lagai, is ki wajah se ek so saal printing press aaney ke baad, yani hum ne kho di.</w:t>
      </w:r>
    </w:p>
    <w:p>
      <w:pPr>
        <w:jc w:val="right"/>
      </w:pPr>
      <w:r>
        <w:t>یہ یہ جو ہمارے علماء نے یہ شرط لگائی، اس کی وجہ سے ایک سو سال پرنٹنگ پریس آنے کے بعد، یعنی ہم نے کھو دیے۔</w:t>
      </w:r>
    </w:p>
    <w:p>
      <w:r>
        <w:rPr>
          <w:b/>
        </w:rPr>
        <w:t xml:space="preserve">[1:02:30] </w:t>
      </w:r>
      <w:r>
        <w:t>so saal se yeh fatwa tha ke text ko shamil kar ke tab chhape ga, nahi to nahi chhape ga. acha, doosra fatwa yeh tha ke is ko chhoo nahi sakte baghair wuzu ke.</w:t>
      </w:r>
    </w:p>
    <w:p>
      <w:pPr>
        <w:jc w:val="right"/>
      </w:pPr>
      <w:r>
        <w:t>سو سال سے یہ فتویٰ تھا کہ ٹیکسٹ کو شامل کر کے تب چھپے گا، نہیں تو نہیں چھپے گا۔ اچھا، دوسرا فتویٰ یہ تھا کہ اس کو چھو نہیں سکتے بغیر وضو کے۔</w:t>
      </w:r>
    </w:p>
    <w:p>
      <w:r>
        <w:rPr>
          <w:b/>
        </w:rPr>
        <w:t xml:space="preserve">[1:02:41] </w:t>
      </w:r>
      <w:r>
        <w:t>to kiya practically impossible bana diya quran ke zariye dawat pohnchaney ko?</w:t>
      </w:r>
    </w:p>
    <w:p>
      <w:pPr>
        <w:jc w:val="right"/>
      </w:pPr>
      <w:r>
        <w:t>تو کیا پریکٹیکلی امپاسیبل بنا دیا قرآن کے ذریعے دعوت پہنچانے کو؟</w:t>
      </w:r>
    </w:p>
    <w:p>
      <w:r>
        <w:rPr>
          <w:b/>
        </w:rPr>
        <w:t xml:space="preserve">[1:02:46] </w:t>
      </w:r>
      <w:r>
        <w:t>ab pata nahi kaise, ek taraf to aap kehte hain ke text ke baghair chhapao nahi, agar shamil kiya to kahein ke wuzu ke baghair chhoro nahi is ko. to kiya aap samajhte hain ghair muslim wuzu kar ke parhe ga is ko?</w:t>
      </w:r>
    </w:p>
    <w:p>
      <w:pPr>
        <w:jc w:val="right"/>
      </w:pPr>
      <w:r>
        <w:t>اب پتہ نہیں کیسے، ایک طرف تو آپ کہتے ہیں کہ ٹیکسٹ کے بغیر چھاپو نہیں، اگر شامل کیا تو کہیں کہ وضو کے بغیر چھوڑو نہیں اس کو۔ تو کیا آپ سمجھتے ہیں غیر مسلم وضو کر کے پڑھے گا اس کو؟</w:t>
      </w:r>
    </w:p>
    <w:p>
      <w:r>
        <w:rPr>
          <w:b/>
        </w:rPr>
        <w:t xml:space="preserve">[1:02:58] </w:t>
      </w:r>
      <w:r>
        <w:t>mein is ko nonsense samajhta hoon, nonsense. ab to yeh fatwa khatam ho gaya hai amalan. yani logon ne fatwa apna wapas to liya nahi hai, lekin hamare ulama ne bar bar aise kiya ke fatwa dete hain, fatwa khatam ho jata hai, yani wapas nahi lete is ko.</w:t>
      </w:r>
    </w:p>
    <w:p>
      <w:pPr>
        <w:jc w:val="right"/>
      </w:pPr>
      <w:r>
        <w:t>میں اس کو نان سینس سمجھتا ہوں، نان سینس۔ اب تو یہ فتویٰ ختم ہو گیا ہے عملاً۔ یعنی لوگوں نے فتویٰ اپنا واپس تو لیا نہیں ہے، لیکن ہمارے علماء نے بار بار ایسے کیا کہ فتویٰ دیتے ہیں، فتویٰ ختم ہو جاتا ہے، یعنی واپس نہیں لیتے اس کو۔</w:t>
      </w:r>
    </w:p>
    <w:p>
      <w:r>
        <w:rPr>
          <w:b/>
        </w:rPr>
        <w:t xml:space="preserve">[1:03:14] </w:t>
      </w:r>
      <w:r>
        <w:t>unhein kehna chahiye ke we were wrong, yeh fatwa hi ghalat tha. ab sari duniya mein quran chhap raha hai, barey barey professionals chhap rahe hain baghair text ke, baghair matan ke, aur khoob log usey parh parh ke islam ko samajh rahe hain.</w:t>
      </w:r>
    </w:p>
    <w:p>
      <w:pPr>
        <w:jc w:val="right"/>
      </w:pPr>
      <w:r>
        <w:t>انہیں کہنا چاہیے کہ وی ویر رونگ، یہ فتویٰ ہی غلط تھا۔ اب ساری دنیا میں قرآن چھپ رہا ہے، بڑے بڑے پرفیشنرز چھاپ رہے ہیں بغیر ٹیکسٹ کے، بغیر متن کے، اور خوب لوگ اسے پڑھ پڑھ کے اسلام کو سمجھ رہے ہیں۔</w:t>
      </w:r>
    </w:p>
    <w:p>
      <w:r>
        <w:rPr>
          <w:b/>
        </w:rPr>
        <w:t xml:space="preserve">[1:03:30] </w:t>
      </w:r>
      <w:r>
        <w:t>abhi hamare stall par log dhoom machi rehti hai quran ke tarjamey ki, woh bila text hota hai. woh sahi ke insaan ko aap mehroom karna chahte hain, kaisi ajeeb baat hai, kaisi ajeeb baat hai.</w:t>
      </w:r>
    </w:p>
    <w:p>
      <w:pPr>
        <w:jc w:val="right"/>
      </w:pPr>
      <w:r>
        <w:t>ابھی ہمارے اسٹیال پر لوگ دھوم مچی رہتی ہے قرآن کے ترجمے کی، وہ بلا ٹیکسٹ ہوتا ہے۔ وہ صحیح کہ انسان کو آپ محروم کرنا چاہتے ہیں، کیسی عجیب بات ہے، کیسی عجیب بات ہے۔</w:t>
      </w:r>
    </w:p>
    <w:p>
      <w:r>
        <w:rPr>
          <w:b/>
        </w:rPr>
        <w:t xml:space="preserve">[1:03:44] </w:t>
      </w:r>
      <w:r>
        <w:t>yusuf islam jo ek angrez they, pop singer they, to un ka bhai gaya cairo, wahan se ek translation mil gaya us ko, english translation bila text ka.</w:t>
      </w:r>
    </w:p>
    <w:p>
      <w:pPr>
        <w:jc w:val="right"/>
      </w:pPr>
      <w:r>
        <w:t>یوسف اسلام جو ایک انگریز تھے، پاپ سنگر تھے، تو ان کا بھائی گیا قیرو، وہاں سے ایک ٹرانسلیشن مل گیا اس کو، انگلش ٹرانسلیشن بلا ٹیکسٹ کا۔</w:t>
      </w:r>
    </w:p>
    <w:p>
      <w:r>
        <w:rPr>
          <w:b/>
        </w:rPr>
        <w:t xml:space="preserve">[1:03:56] </w:t>
      </w:r>
      <w:r>
        <w:t>is mein text nahi, us ne la kar diya un ko, yusuf islam ko london mein. us waqt woh hospital mein they to parha unhone.</w:t>
      </w:r>
    </w:p>
    <w:p>
      <w:pPr>
        <w:jc w:val="right"/>
      </w:pPr>
      <w:r>
        <w:t>اس میں ٹیکسٹ نہیں، اس نے لا کر دیا ان کو، یوسف اسلام کو لندن میں۔ اس وقت وہ ہاسپٹل میں تھے تو پڑھا انہوں نے۔</w:t>
      </w:r>
    </w:p>
    <w:p>
      <w:r>
        <w:rPr>
          <w:b/>
        </w:rPr>
        <w:t xml:space="preserve">[1:04:05] </w:t>
      </w:r>
      <w:r>
        <w:t>to translation ne un ko itna mutasir kiya ke unhone islam qabool kar liya. kyun?</w:t>
      </w:r>
    </w:p>
    <w:p>
      <w:pPr>
        <w:jc w:val="right"/>
      </w:pPr>
      <w:r>
        <w:t>تو ٹرانسلیشن نے ان کو اتنا متاثر کیا کہ انہوں نے اسلام قبول کر لیا۔ کیوں؟</w:t>
      </w:r>
    </w:p>
    <w:p>
      <w:r>
        <w:rPr>
          <w:b/>
        </w:rPr>
        <w:t xml:space="preserve">[1:04:11] </w:t>
      </w:r>
      <w:r>
        <w:t>ek bohat anokhi cheez mili un ko jo kisi kitab mein nahi pai thi unhone ke quran mein khuda direct bandon se khitab karta hai: aye insaan!</w:t>
      </w:r>
    </w:p>
    <w:p>
      <w:pPr>
        <w:jc w:val="right"/>
      </w:pPr>
      <w:r>
        <w:t>ایک بہت انوکھی چیز ملی ان کو جو کسی کتاب میں نہیں پائی تھی انہوں نے کہ قرآن میں خدا ڈائریکٹ بندوں سے خطاب کرتا ہے: اے انسان!</w:t>
      </w:r>
    </w:p>
    <w:p>
      <w:r>
        <w:rPr>
          <w:b/>
        </w:rPr>
        <w:t xml:space="preserve">[1:04:20] </w:t>
      </w:r>
      <w:r>
        <w:t>aye insaan! aye insaan! kaha aisi to koi kitab hi nahi duniya mein. ya ayyuhal insaan! ya ayyuhal insaan! o man!</w:t>
      </w:r>
    </w:p>
    <w:p>
      <w:pPr>
        <w:jc w:val="right"/>
      </w:pPr>
      <w:r>
        <w:t>اے انسان! اے انسان! کہا ایسی تو کوئی کتاب ہی نہیں دنیا میں۔ یا ایہا الانسان! یا ایہا الانسان! او مین!</w:t>
      </w:r>
    </w:p>
    <w:p>
      <w:r>
        <w:rPr>
          <w:b/>
        </w:rPr>
        <w:t xml:space="preserve">[1:04:31] </w:t>
      </w:r>
      <w:r>
        <w:t>o mankind!</w:t>
      </w:r>
    </w:p>
    <w:p>
      <w:pPr>
        <w:jc w:val="right"/>
      </w:pPr>
      <w:r>
        <w:t>او مین کائنڈ!</w:t>
      </w:r>
    </w:p>
    <w:p>
      <w:r>
        <w:rPr>
          <w:b/>
        </w:rPr>
        <w:t xml:space="preserve">[1:04:33] </w:t>
      </w:r>
      <w:r>
        <w:t>yeh jo address hai quran mein, is liye itna zyada un ko mutasir kiya ke acha, yahan par khuda khud direct mujh se address kar raha hai.</w:t>
      </w:r>
    </w:p>
    <w:p>
      <w:pPr>
        <w:jc w:val="right"/>
      </w:pPr>
      <w:r>
        <w:t>یہ جو ایڈریس ہے قرآن میں، اس لیے اتنا زیادہ ان کو متاثر کیا کہ اچھا، یہاں پر خدا خود ڈائریکٹ مجھ سے ایڈریس کر رہا ہے۔</w:t>
      </w:r>
    </w:p>
    <w:p>
      <w:r>
        <w:rPr>
          <w:b/>
        </w:rPr>
        <w:t xml:space="preserve">[1:04:42] </w:t>
      </w:r>
      <w:r>
        <w:t>hum is ko to aap yani kyun aise unnecessary condition lagate hain ke insaan mehroom ho kar reh jaye? is ke liye na koi na quran mein hai, na kahin hadith mein hai.</w:t>
      </w:r>
    </w:p>
    <w:p>
      <w:pPr>
        <w:jc w:val="right"/>
      </w:pPr>
      <w:r>
        <w:t>ہم اس کو تو آپ یعنی کیوں ایسے ان نیسیسری کنڈیشن لگاتے ہیں کہ انسان محروم ہو کر رہ جائے؟ اس کے لیے نہ کوئی نہ قرآن میں ہے، نہ کہیں حدیث میں ہے۔</w:t>
      </w:r>
    </w:p>
    <w:p>
      <w:r>
        <w:rPr>
          <w:b/>
        </w:rPr>
        <w:t xml:space="preserve">[1:04:53] </w:t>
      </w:r>
      <w:r>
        <w:t>yeh apna self style fatwa hai, yeh koi is ke liye daleel nahi hai.</w:t>
      </w:r>
    </w:p>
    <w:p>
      <w:pPr>
        <w:jc w:val="right"/>
      </w:pPr>
      <w:r>
        <w:t>یہ اپنا سیلف اسٹائل فتویٰ ہے، یہ کوئی اس کے لیے دلیل نہیں ہے۔</w:t>
      </w:r>
    </w:p>
    <w:p>
      <w:r>
        <w:rPr>
          <w:b/>
        </w:rPr>
        <w:t xml:space="preserve">[1:05:01] </w:t>
      </w:r>
      <w:r>
        <w:t>quran ki ek ayat ko banate hain daleel: la yamassuhu illal mutahharoon. bilkul hi woh ghalat tafseer hai, is ki bilkul hi ghalat tafseer hai. is ka yeh matlab nahi hai ke quran kuch quran ko chhorney se koi taluq nahi hai is ayat ka.</w:t>
      </w:r>
    </w:p>
    <w:p>
      <w:pPr>
        <w:jc w:val="right"/>
      </w:pPr>
      <w:r>
        <w:t>قرآن کی ایک آیت کو بناتے ہیں دلیل: لا یمس البتہ حرور۔ بالکل ہی وہ غلط تفسیر ہے، اس کی بالکل ہی غلط تفسیر ہے۔ اس کا یہ مطلب نہیں ہے کہ قرآن کچھ قرآن کو چھوڑنے سے کوئی تعلق ہے نہیں اس آیت کا۔</w:t>
      </w:r>
    </w:p>
    <w:p>
      <w:r>
        <w:rPr>
          <w:b/>
        </w:rPr>
        <w:t xml:space="preserve">[1:05:12] </w:t>
      </w:r>
      <w:r>
        <w:t>is ko le kar ke itna bara fatwa de rakha hai. mein is fatwe ko bilkul ghalat samajhta hoon. aur insaan ki mohabbat nahi logon ke andar yaad rakhiye.</w:t>
      </w:r>
    </w:p>
    <w:p>
      <w:pPr>
        <w:jc w:val="right"/>
      </w:pPr>
      <w:r>
        <w:t>اس کو لے کر کے اتنا بڑا فتویٰ دے رکھا ہے۔ میں اس فتوے کو بالکل غلط سمجھتا ہوں۔ اور انسان کی محبت نہیں لوگوں کے اندر یاد رکھیے۔</w:t>
      </w:r>
    </w:p>
    <w:p>
      <w:r>
        <w:rPr>
          <w:b/>
        </w:rPr>
        <w:t xml:space="preserve">[1:05:23] </w:t>
      </w:r>
      <w:r>
        <w:t>log logon ko yani tadapte nahi ke insaan jahannum mein ja raha hai.</w:t>
      </w:r>
    </w:p>
    <w:p>
      <w:pPr>
        <w:jc w:val="right"/>
      </w:pPr>
      <w:r>
        <w:t>لوگ لوگوں کو یعنی تڑپتے نہیں کہ انسان جہنم میں جا رہا ہے۔</w:t>
      </w:r>
    </w:p>
    <w:p>
      <w:r>
        <w:rPr>
          <w:b/>
        </w:rPr>
        <w:t xml:space="preserve">[1:05:29] </w:t>
      </w:r>
      <w:r>
        <w:t>tarapte nahin log, is liye aise fatwe de rahe hain. main kahunga aisa fatwa dene wale jo hain, insan ke dard se khali hain. unhein dar nahin, dar nahin hai ke insan jahannum mein chala ja raha hai.</w:t>
      </w:r>
    </w:p>
    <w:p>
      <w:pPr>
        <w:jc w:val="right"/>
      </w:pPr>
      <w:r>
        <w:t>تڑپتے نہیں لوگ، اس لیے ایسے فتوے دے رہے ہیں۔ میں کہوں گا ایسا فتویٰ دینے والے جو ہیں، انسان کے درد سے خالی ہیں۔ انہیں ڈر نہیں، ڈر نہیں ہے کہ انسان جہنم میں چلا جا رہا ہے۔</w:t>
      </w:r>
    </w:p>
    <w:p>
      <w:r>
        <w:rPr>
          <w:b/>
        </w:rPr>
        <w:t xml:space="preserve">[1:05:40] </w:t>
      </w:r>
      <w:r>
        <w:t>agar tarapte to woh kehte hain ke jaldi se chhaapo, jaldi se pahunchao, chhaap chhaap kar.</w:t>
      </w:r>
    </w:p>
    <w:p>
      <w:pPr>
        <w:jc w:val="right"/>
      </w:pPr>
      <w:r>
        <w:t>اگر تڑپتے تو وہ کہتے ہیں کہ جلدی سے چھاپو، جلدی سے پہنچاؤ، چھاپ چھاپ کر۔</w:t>
      </w:r>
    </w:p>
    <w:p>
      <w:r>
        <w:rPr>
          <w:b/>
        </w:rPr>
        <w:t xml:space="preserve">[1:05:48] </w:t>
      </w:r>
      <w:r>
        <w:t>beh-haal main arz karta hoon ke is ke Quran o Hadees ke mutabiq koi bhi is ka reference nahin hai ke hum text ke baghair Quran ko na chhaapein.</w:t>
      </w:r>
    </w:p>
    <w:p>
      <w:pPr>
        <w:jc w:val="right"/>
      </w:pPr>
      <w:r>
        <w:t>بہرحال میں عرض کرتا ہوں کہ اس کہ قرآن و حدیث کے مطابق کوئی بھی اس کا ریفرنس نہیں ہے کہ ہم ٹیکسٹ کے بغیر قرآن کو نہ چھاپیں۔</w:t>
      </w:r>
    </w:p>
    <w:p>
      <w:r>
        <w:rPr>
          <w:b/>
        </w:rPr>
        <w:t xml:space="preserve">[1:06:00] </w:t>
      </w:r>
      <w:r>
        <w:t>aur Quran ke text ke baghair chhaapna chahiye taake woh doosre insano tak pahunche. hum musalmano ke liye chhaapiye aap text ke saath to musalmano ke to har ghar mein text rehta hi hai.</w:t>
      </w:r>
    </w:p>
    <w:p>
      <w:pPr>
        <w:jc w:val="right"/>
      </w:pPr>
      <w:r>
        <w:t>اور قرآن کے ٹیکسٹ کے بغیر چھاپنا چاہیے تاکہ وہ دوسرے انسانوں تک پہنچے۔ ہم مسلمانوں کے لیے چھاپیے آپ ٹیکسٹ کے ساتھ تو مسلمانوں کے تو ہر گھر میں ٹیکسٹ رہتا ہی ہے۔</w:t>
      </w:r>
    </w:p>
    <w:p>
      <w:r>
        <w:rPr>
          <w:b/>
        </w:rPr>
        <w:t xml:space="preserve">[1:06:12] </w:t>
      </w:r>
      <w:r>
        <w:t>is kon musalman hoga jis ke ghar mein Quran jo hai maujood na ho printing press ke zamane mein? to mera zehan bilkul khula hua hai, bilkul saaf hai.</w:t>
      </w:r>
    </w:p>
    <w:p>
      <w:pPr>
        <w:jc w:val="right"/>
      </w:pPr>
      <w:r>
        <w:t>اس کون مسلمان ہوگا جس کے گھر میں قرآن جو ہے موجود نہ ہو پرنٹنگ پریس کے زمانے میں؟ تو میرا ذہن بالکل کھلا ہوا ہے، بالکل صاف ہے۔</w:t>
      </w:r>
    </w:p>
    <w:p>
      <w:r>
        <w:rPr>
          <w:b/>
        </w:rPr>
        <w:t xml:space="preserve">[1:06:23] </w:t>
      </w:r>
      <w:r>
        <w:t>das question is from miss naghma: many ulema say the door to ijtihad is either closed or open to only aalims.</w:t>
      </w:r>
    </w:p>
    <w:p>
      <w:pPr>
        <w:jc w:val="right"/>
      </w:pPr>
      <w:r>
        <w:t>دس کوئسچن از فرام مس نغمہ: مینی علماء سے دا ڈور ٹو اجتہاد از ایدر کلوزڈ اور اوپن ٹو اونلی عالمز۔</w:t>
      </w:r>
    </w:p>
    <w:p>
      <w:r>
        <w:rPr>
          <w:b/>
        </w:rPr>
        <w:t xml:space="preserve">[1:06:34] </w:t>
      </w:r>
      <w:r>
        <w:t>what is your opinion? dekhiye, is par maine likha hai details ke saath apni kitaab mein fikr Islami. yeh ek rumour hai ke ulema ne keh diya hai ke door close ho gaya.</w:t>
      </w:r>
    </w:p>
    <w:p>
      <w:pPr>
        <w:jc w:val="right"/>
      </w:pPr>
      <w:r>
        <w:t>واٹ از یور اوپینین؟ دیکھیے، اس پر میں نے لکھا ہے ڈیٹیلز کے ساتھ اپنی کتاب میں فکر اسلامی۔ یہ ایک ریومر ہے کہ علماء نے کہہ دیا ہے کہ ڈور کلوز ہو گیا۔</w:t>
      </w:r>
    </w:p>
    <w:p>
      <w:r>
        <w:rPr>
          <w:b/>
        </w:rPr>
        <w:t xml:space="preserve">[1:06:46] </w:t>
      </w:r>
      <w:r>
        <w:t>ek rumour hai yeh.</w:t>
      </w:r>
    </w:p>
    <w:p>
      <w:pPr>
        <w:jc w:val="right"/>
      </w:pPr>
      <w:r>
        <w:t>ایک ریومر ہے یہ۔</w:t>
      </w:r>
    </w:p>
    <w:p>
      <w:r>
        <w:rPr>
          <w:b/>
        </w:rPr>
        <w:t xml:space="preserve">[1:06:48] </w:t>
      </w:r>
      <w:r>
        <w:t>is mein dikhaya hai ke bade ulema ne kaha hai ke yahan tak kaha hai ke yeh deewangi hai yeh kehna ke darwaza band ho gaya. kuch logon ne aisa kaha hai, main manta hoon kuch logon ne.</w:t>
      </w:r>
    </w:p>
    <w:p>
      <w:pPr>
        <w:jc w:val="right"/>
      </w:pPr>
      <w:r>
        <w:t>اس میں دکھایا ہے کہ بڑے علماء نے کہا ہے کہ یہاں تک کہا ہے کہ یہ دیوانگی ہے یہ کہنا کہ دروازہ بند ہو گیا۔ کچھ لوگوں نے ایسا کہا ہے، میں مانتا ہوں کچھ لوگوں نے۔</w:t>
      </w:r>
    </w:p>
    <w:p>
      <w:r>
        <w:rPr>
          <w:b/>
        </w:rPr>
        <w:t xml:space="preserve">[1:06:59] </w:t>
      </w:r>
      <w:r>
        <w:t>lekin yeh kehna ke isi par saare ulema ka ijma hai, bilkul galat hai. aap ko agar detail janna chahein to aap meri kitaab fikr Islami ko dekhiye.</w:t>
      </w:r>
    </w:p>
    <w:p>
      <w:pPr>
        <w:jc w:val="right"/>
      </w:pPr>
      <w:r>
        <w:t>لیکن یہ کہنا کہ اسی پر سارے علماء کا اجماع ہے، بالکل غلط ہے۔ آپ کو اگر ڈیٹیل جاننا چاہیں تو آپ میری کتاب فکر اسلامی کو دیکھیے۔</w:t>
      </w:r>
    </w:p>
    <w:p>
      <w:r>
        <w:rPr>
          <w:b/>
        </w:rPr>
        <w:t xml:space="preserve">[1:07:09] </w:t>
      </w:r>
      <w:r>
        <w:t>doosri baat yeh hai ke ijtihad ka darwaza band karna possible hi nahin hai is siray se. ke</w:t>
      </w:r>
    </w:p>
    <w:p>
      <w:pPr>
        <w:jc w:val="right"/>
      </w:pPr>
      <w:r>
        <w:t>دوسری بات یہ ہے کہ اجتہاد کا دروازہ بند کرنا پاسیبل ہی نہیں ہے اس سرے سے۔ کی</w:t>
      </w:r>
    </w:p>
    <w:p>
      <w:r>
        <w:rPr>
          <w:b/>
        </w:rPr>
        <w:t xml:space="preserve">[1:07:17] </w:t>
      </w:r>
      <w:r>
        <w:t>yon? ijtihad jo hai woh woh to har lamha karna padta hai, har waqt. ijtihad ke baghair aap ki zindagi guzaar nahin sakte. is liye ek glass hai to Rasool Allah ne to kabhi is glass mein paani nahin piya tha, shishe ke glass mein kabhi bhi nahin piya tha.</w:t>
      </w:r>
    </w:p>
    <w:p>
      <w:pPr>
        <w:jc w:val="right"/>
      </w:pPr>
      <w:r>
        <w:t>وں؟ اجتہاد جو ہے وہ وہ تو ہر لمحہ کرنا پڑتا ہے، ہر وقت۔ اجتہاد کے بغیر آپ کی زندگی گزار نہیں سکتے۔ اس لیے ایک گلاس ہے تو رسول اللہ نے تو کبھی اس گلاس میں پانی نہیں پیا تھا، شیشے کے گلاس میں کبھی بھی نہیں پیا تھا۔</w:t>
      </w:r>
    </w:p>
    <w:p>
      <w:r>
        <w:rPr>
          <w:b/>
        </w:rPr>
        <w:t xml:space="preserve">[1:07:34] </w:t>
      </w:r>
      <w:r>
        <w:t>wahan to ya to lakri ka hota tha ya mitti ka hota tha. ab shishe ke glass aa gaya aur is ke banane mein bank ka interest shamil hai.</w:t>
      </w:r>
    </w:p>
    <w:p>
      <w:pPr>
        <w:jc w:val="right"/>
      </w:pPr>
      <w:r>
        <w:t>وہاں تو یا تو لکڑی کا ہوتا تھا یا مٹی کا ہوتا تھا۔ اب شیشے کے گلاس آ گیا اور اس کے بنانے میں بینک کا انٹرسٹ شامل ہے۔</w:t>
      </w:r>
    </w:p>
    <w:p>
      <w:r>
        <w:rPr>
          <w:b/>
        </w:rPr>
        <w:t xml:space="preserve">[1:07:45] </w:t>
      </w:r>
      <w:r>
        <w:t>aap jante hain ke is zamane ki poori industries jo hai banking par khadi hui hai. koi industry aisi nahin hai jo bank se loan liye baghair banti ho. to kaha ke is mein interest bhi shamil hai, in direct mein hai.</w:t>
      </w:r>
    </w:p>
    <w:p>
      <w:pPr>
        <w:jc w:val="right"/>
      </w:pPr>
      <w:r>
        <w:t>آپ جانتے ہیں کہ اس زمانے کی پوری انڈسٹریز جو ہے بینکنگ پر کھڑی ہوئی ہے۔ کوئی انڈسٹری ایسی نہیں ہے جو بینک سے لون لیے بغیر بنتی ہو۔ تو کہا کہ اس میں انٹرسٹ بھی شامل ہے، ان ڈائریکٹ میں ہے۔</w:t>
      </w:r>
    </w:p>
    <w:p>
      <w:r>
        <w:rPr>
          <w:b/>
        </w:rPr>
        <w:t xml:space="preserve">[1:07:59] </w:t>
      </w:r>
      <w:r>
        <w:t>to insan kya kare? kya kahin se dhoonde woh ja kar ke mitti ka kooda aur lakri ka bartan? woh woh woh bazaar mein kharedega ho aur paani piyega?</w:t>
      </w:r>
    </w:p>
    <w:p>
      <w:pPr>
        <w:jc w:val="right"/>
      </w:pPr>
      <w:r>
        <w:t>تو انسان کیا کرے؟ کیا کہیں سے ڈھونڈے وہ جا کر کے مٹی کا کودا اور لکڑی کا برتن؟ وہ وہ وہ بازار میں خریدے گا ہو اور پانی پیئے گا؟</w:t>
      </w:r>
    </w:p>
    <w:p>
      <w:r>
        <w:rPr>
          <w:b/>
        </w:rPr>
        <w:t xml:space="preserve">[1:08:12] </w:t>
      </w:r>
      <w:r>
        <w:t>to ijtihad ka darwaza na band hua hai na band hoga kabhi. Turkey mein ek bada jhagda macha tha ek zamane mein kyunke Turkey ki jo army thi, us ke paas traditional haath hathiyaar hote the.</w:t>
      </w:r>
    </w:p>
    <w:p>
      <w:pPr>
        <w:jc w:val="right"/>
      </w:pPr>
      <w:r>
        <w:t>تو اجتہاد کا دروازہ نہ بند ہوا ہے نہ بند ہوگا کبھی۔ ترکی میں ایک بڑا جھگڑا مچا تھا ایک زمانے میں کیونکہ ترکی کی جو آرمی تھی، اس کے پاس ٹریڈیشنل ہاتھ ہتھیار ہوتے تھے۔</w:t>
      </w:r>
    </w:p>
    <w:p>
      <w:r>
        <w:rPr>
          <w:b/>
        </w:rPr>
        <w:t xml:space="preserve">[1:08:26] </w:t>
      </w:r>
      <w:r>
        <w:t>traditional hathiyaar ab naya zamana aaya scientific hathiyaar ka to wahan par kuch ulema isi qism ke the.</w:t>
      </w:r>
    </w:p>
    <w:p>
      <w:pPr>
        <w:jc w:val="right"/>
      </w:pPr>
      <w:r>
        <w:t>ٹریڈیشنل ہتھیار اب نیا زمانہ آیا سائنٹیفک ہتھیار کا تو وہاں پر کچھ علماء اسی قسم کے تھے۔</w:t>
      </w:r>
    </w:p>
    <w:p>
      <w:r>
        <w:rPr>
          <w:b/>
        </w:rPr>
        <w:t xml:space="preserve">[1:08:35] </w:t>
      </w:r>
      <w:r>
        <w:t>unhone kaha ke yeh sab hathiyaar Islam mein nahin hain. to bada ek par behas hui wahan par.</w:t>
      </w:r>
    </w:p>
    <w:p>
      <w:pPr>
        <w:jc w:val="right"/>
      </w:pPr>
      <w:r>
        <w:t>انہوں نے کہا کہ یہ سب ہتھیار اسلام میں نہیں ہیں۔ تو بڑا ایک پر بحث ہوئی وہاں پر۔</w:t>
      </w:r>
    </w:p>
    <w:p>
      <w:r>
        <w:rPr>
          <w:b/>
        </w:rPr>
        <w:t xml:space="preserve">[1:08:42] </w:t>
      </w:r>
      <w:r>
        <w:t>aakhir kaar ulema ne maana is baat ko ke is ko modernize karna padega warna hum duniya se peechay ho jayenge. aise hi Quran mein likha hua hai ke dabli oonton par sawaar ho kar ke hajj ke liye jana.</w:t>
      </w:r>
    </w:p>
    <w:p>
      <w:pPr>
        <w:jc w:val="right"/>
      </w:pPr>
      <w:r>
        <w:t>آخر کار علماء نے مانا اس بات کو کہ اس کو ماڈرنائز کرنا پڑے گا ورنہ ہم دنیا سے پیچھے ہو جائیں گے۔ ایسے ہی قرآن میں لکھا ہوا ہے کہ دبلی اونٹیوں پر سوار ہو کر کے حج کے لیے جانا۔</w:t>
      </w:r>
    </w:p>
    <w:p>
      <w:r>
        <w:rPr>
          <w:b/>
        </w:rPr>
        <w:t xml:space="preserve">[1:08:56] </w:t>
      </w:r>
      <w:r>
        <w:t>to kya koi koi molvi, koi aalim hai jo dabli oont talash kare? us ko us ko sawaar kar ke hajj karne nahin jaye? sab log hawai jahaz se jaate hain to baghair ailaan ke ijtihad jaari hai.</w:t>
      </w:r>
    </w:p>
    <w:p>
      <w:pPr>
        <w:jc w:val="right"/>
      </w:pPr>
      <w:r>
        <w:t>تو کیا کوئی کوئی مولوی، کوئی عالم ہے جو دبلی اونٹی تلاش کرے؟ اس کو اس کو سوار کر کے حج کرنے نہیں جائے؟ سب لوگ حواجات جاتے ہیں تو بغیر اعلان کے اجتہاد جاری ہے۔</w:t>
      </w:r>
    </w:p>
    <w:p>
      <w:r>
        <w:rPr>
          <w:b/>
        </w:rPr>
        <w:t xml:space="preserve">[1:09:11] </w:t>
      </w:r>
      <w:r>
        <w:t>yaani kisi ne fatwa nahin diya ke ab zamana khatam ho gaya, ab ab ab oont ko chodo, ab hawai jahaz safar karo. koi fatwa nahin aaya lekin lekin sab logon ne badal liya apna sawari ko.</w:t>
      </w:r>
    </w:p>
    <w:p>
      <w:pPr>
        <w:jc w:val="right"/>
      </w:pPr>
      <w:r>
        <w:t>یعنی کسی نے فتویٰ نہیں دیا کہ اب زمانہ ختم ہو گیا، اب اب اب اونٹ کو چھوڑو، اب حواجات سفر کرو۔ کوئی فتویٰ نہیں آیا لیکن لیکن سب لوگوں نے بدل لیا اپنا سواری کو۔</w:t>
      </w:r>
    </w:p>
    <w:p>
      <w:r>
        <w:rPr>
          <w:b/>
        </w:rPr>
        <w:t xml:space="preserve">[1:09:25] </w:t>
      </w:r>
      <w:r>
        <w:t>to ijtihad jo hai part of life hai, is ka door aap band hi nahin kar sakte, woh to chalta rahega. band karein tab bhi khula rahega woh.</w:t>
      </w:r>
    </w:p>
    <w:p>
      <w:pPr>
        <w:jc w:val="right"/>
      </w:pPr>
      <w:r>
        <w:t>تو اجتہاد جو ہے پارٹ آف لائف ہے، اس کا ڈور آپ بند ہی نہیں کر سکتے، وہ تو چلتا رہے گا۔ بند کریں تب بھی کھلا رہے گا وہ۔</w:t>
      </w:r>
    </w:p>
    <w:p>
      <w:r>
        <w:rPr>
          <w:b/>
        </w:rPr>
        <w:t xml:space="preserve">[1:09:36] </w:t>
      </w:r>
      <w:r>
        <w:t>yaani aap hazar taala laga dein tab bhi khula rahega kyunke life jo hai woh ek, woh us ko aap kaise khatam karenge? har lamha insan ko jahan ijtihad karna padta hai to karega woh.</w:t>
      </w:r>
    </w:p>
    <w:p>
      <w:pPr>
        <w:jc w:val="right"/>
      </w:pPr>
      <w:r>
        <w:t>یعنی آپ ہزار تالا لگا دیں تب بھی کھلا رہے گا کیونکہ لائف جو ہے وہ ایک، وہ اس کو آپ کیسے ختم کریں گے؟ ہر لمحہ انسان کو جہاں اجتہاد کرنا پڑتا ہے تو کرے گا وہ۔</w:t>
      </w:r>
    </w:p>
    <w:p>
      <w:r>
        <w:rPr>
          <w:b/>
        </w:rPr>
        <w:t xml:space="preserve">[1:09:48] </w:t>
      </w:r>
      <w:r>
        <w:t>aap band karenge tab bhi khula rahega woh darwaza. is wajah se yeh bilkul is mein mein kaafi detail se likha hai. maine meri kitaab aap padh lijiye fikr Islami.</w:t>
      </w:r>
    </w:p>
    <w:p>
      <w:pPr>
        <w:jc w:val="right"/>
      </w:pPr>
      <w:r>
        <w:t>آپ بند کریں گے تب بھی کھلا رہے گا وہ دروازہ۔ اس وجہ سے یہ بالکل اس میں میں کافی ڈیٹیل سے لکھا ہے۔ میں نے میری کتاب آپ پڑھ لیجئے فکر اسلامی۔</w:t>
      </w:r>
    </w:p>
    <w:p>
      <w:r>
        <w:rPr>
          <w:b/>
        </w:rPr>
        <w:t xml:space="preserve">[1:09:59] </w:t>
      </w:r>
      <w:r>
        <w:t>jo bade bade ulema hain, unhone likha hai ke yeh deewangi hai yeh kehna ke ijtihad darwaza band ho gaya.</w:t>
      </w:r>
    </w:p>
    <w:p>
      <w:pPr>
        <w:jc w:val="right"/>
      </w:pPr>
      <w:r>
        <w:t>جو بڑے بڑے علماء ہیں، انہوں نے لکھا ہے کہ یہ دیوانگی ہے یہ کہنا کہ اجتہاد دروازہ بند ہو گیا۔</w:t>
      </w:r>
    </w:p>
    <w:p>
      <w:r>
        <w:rPr>
          <w:b/>
        </w:rPr>
        <w:t xml:space="preserve">[1:10:05] </w:t>
      </w:r>
      <w:r>
        <w:t>haan, kuch kuch log aisa kehte hain to is ke karne se kya hoga? das question is from miss tooti: you said that any person can perform ijtihad if their intention is good.</w:t>
      </w:r>
    </w:p>
    <w:p>
      <w:pPr>
        <w:jc w:val="right"/>
      </w:pPr>
      <w:r>
        <w:t>ہاں، کچھ کچھ لوگ ایسا کہتے ہیں تو اس کے کرنے سے کیا ہوگا؟ دس کوئسچن از فرام مس طوطی: یو سیڈ دیٹ اینی پرسن کین پرفارم اجتہاد اف دیر انٹینشن از گڈ۔</w:t>
      </w:r>
    </w:p>
    <w:p>
      <w:r>
        <w:rPr>
          <w:b/>
        </w:rPr>
        <w:t xml:space="preserve">[1:10:21] </w:t>
      </w:r>
      <w:r>
        <w:t>please elaborate on this. dekhiye, ijtihad mein ghalti karna yeh to hota hi hota hai. har aadmi ijtihad mein ghalti karta hai, ulama bhi.</w:t>
      </w:r>
    </w:p>
    <w:p>
      <w:pPr>
        <w:jc w:val="right"/>
      </w:pPr>
      <w:r>
        <w:t>پلیز ایلیبریٹ ان دس۔ دیکھیے، اجتہاد میں غلطی کرنا یہ تو ہوتا ہی ہوتا ہے۔ ہر آدمی اجتہاد میں غلطی کرتا ہے، علماء بھی۔</w:t>
      </w:r>
    </w:p>
    <w:p>
      <w:r>
        <w:rPr>
          <w:b/>
        </w:rPr>
        <w:t xml:space="preserve">[1:10:33] </w:t>
      </w:r>
      <w:r>
        <w:t>yeh excuse le kar ke ke is mein ghalti ho jaye gi, aap band karein darwaza to yeh bilkul islam mein nahi hai aisa. kyun? bukhari mein riwayat hai ke ijtihad karne wala agar sahi ijtihad kare to us ko double reward milta hai.</w:t>
      </w:r>
    </w:p>
    <w:p>
      <w:pPr>
        <w:jc w:val="right"/>
      </w:pPr>
      <w:r>
        <w:t>یہ ایکسکیوز لے کر کے کہ اس میں غلطی ہو جائے گی، آپ بند کریں دروازہ تو یہ بالکل اسلام میں نہیں ہے ایسا۔ کیوں؟ بخاری میں روایت ہے کہ اجتہاد کرنے والا اگر صحیح اجتہاد کرے تو اس کو ڈبل ریوارڈ ملتا ہے۔</w:t>
      </w:r>
    </w:p>
    <w:p>
      <w:r>
        <w:rPr>
          <w:b/>
        </w:rPr>
        <w:t xml:space="preserve">[1:10:50] </w:t>
      </w:r>
      <w:r>
        <w:t>ghalat ghalat kar de to us tab bhi us ko aik reward mile ga. koi rasool Allah ne encourage kiya ke ijtihad karo, yeh risk le kar ke bhi tum se ghalti ho jaye gi.</w:t>
      </w:r>
    </w:p>
    <w:p>
      <w:pPr>
        <w:jc w:val="right"/>
      </w:pPr>
      <w:r>
        <w:t>غلط غلط کر دے تو اس تب بھی اس کو ایک ریوارڈ ملے گا۔ کوئی رسول اللہ نے انکریج کیا کہ اجتہاد کرو، یہ رسک لے کر کے بھی تم سے غلطی ہو جائے گی۔</w:t>
      </w:r>
    </w:p>
    <w:p>
      <w:r>
        <w:rPr>
          <w:b/>
        </w:rPr>
        <w:t xml:space="preserve">[1:11:01] </w:t>
      </w:r>
      <w:r>
        <w:t>yeh risk le kar ke bhi ijtihad karo.</w:t>
      </w:r>
    </w:p>
    <w:p>
      <w:pPr>
        <w:jc w:val="right"/>
      </w:pPr>
      <w:r>
        <w:t>یہ رسک لے کر کے بھی اجتہاد کرو۔</w:t>
      </w:r>
    </w:p>
    <w:p>
      <w:r>
        <w:rPr>
          <w:b/>
        </w:rPr>
        <w:t xml:space="preserve">[1:11:03] </w:t>
      </w:r>
      <w:r>
        <w:t>yeh yeh riwayat bukhari mein hai ke agar aadmi sahi ijtihad karta hai to double reward mil pata hai. woh agar ghalti kar jata hai tab bhi aik reward mile ga us ko.</w:t>
      </w:r>
    </w:p>
    <w:p>
      <w:pPr>
        <w:jc w:val="right"/>
      </w:pPr>
      <w:r>
        <w:t>یہ یہ روایت بخاری میں ہے کہ اگر آدمی صحیح اجتہاد کرتا ہے تو ڈبل ریوارڈ مل پاتا ہے۔ وہ اگر غلطی کر جاتا ہے تب بھی ایک ریوارڈ ملے گا اس کو۔</w:t>
      </w:r>
    </w:p>
    <w:p>
      <w:r>
        <w:rPr>
          <w:b/>
        </w:rPr>
        <w:t xml:space="preserve">[1:11:14] </w:t>
      </w:r>
      <w:r>
        <w:t>is ka matlab hai ke ijtihad ka process chalna chahiye, chalna chahiye, chalna chahiye, chahe is risk ho ke log ghalat kar jayein ge. ulama ne itna zyada, mein poori history bata sakta hoon ke kitni baar ulama ne ghaltiyan ki hain ijtihad karne mein.</w:t>
      </w:r>
    </w:p>
    <w:p>
      <w:pPr>
        <w:jc w:val="right"/>
      </w:pPr>
      <w:r>
        <w:t>اس کا مطلب ہے کہ اجتہاد کا پراسیس چلنا چاہیے، چلنا چاہیے، چلنا چاہیے۔ چاہے اس رسک ہو کہ لوگ غلط کر جائیں گے۔ علماء نے اتنا زیادہ، میں پوری ہسٹری بتا سکتا ہوں کہ کتنی بار علماء نے غلطیاں کی ہیں اجتہاد کرنے میں۔</w:t>
      </w:r>
    </w:p>
    <w:p>
      <w:r>
        <w:rPr>
          <w:b/>
        </w:rPr>
        <w:t xml:space="preserve">[1:11:31] </w:t>
      </w:r>
      <w:r>
        <w:t>to awami ke baad kyun karte hain? aap ulama bhi ijtihad mein ghalti karte hain. jaise abhi mein ne misaal di aap ko ke badr ki misaal de di unhone aur phir sawa lakh ulama ko maar dala angrezon ne.</w:t>
      </w:r>
    </w:p>
    <w:p>
      <w:pPr>
        <w:jc w:val="right"/>
      </w:pPr>
      <w:r>
        <w:t>تو عوامی کے بعد کیوں کرتے ہیں؟ آپ علماء بھی اجتہاد میں غلطی کرتے ہیں۔ جیسے ابھی میں نے مثال دی آپ کو کہ بدر کی مثال دے دی انہوں نے اور پھر سوا لاکھ علماء کو مار ڈالا انگریزوں نے۔</w:t>
      </w:r>
    </w:p>
    <w:p>
      <w:r>
        <w:rPr>
          <w:b/>
        </w:rPr>
        <w:t xml:space="preserve">[1:11:47] </w:t>
      </w:r>
      <w:r>
        <w:t>kyun? ghalti ki thi unhone. yeh samajh nahi paye ke wahan to farishtay aaye thay, is tarah se woh jeet sakte thay. woh aap kaise jeetein ge? aap kaise jeetein ge?</w:t>
      </w:r>
    </w:p>
    <w:p>
      <w:pPr>
        <w:jc w:val="right"/>
      </w:pPr>
      <w:r>
        <w:t>کیوں؟ غلطی کی تھی انہوں نے۔ یہ سمجھ نہیں پائے کہ وہاں تو فرشتے آئے تھے، اس طرح سے وہ جیت سکتے تھے۔ وہ آپ کیسے جیتیں گے؟ آپ کیسے جیتیں گے؟</w:t>
      </w:r>
    </w:p>
    <w:p>
      <w:r>
        <w:rPr>
          <w:b/>
        </w:rPr>
        <w:t xml:space="preserve">[1:11:59] </w:t>
      </w:r>
      <w:r>
        <w:t>aisa dekhiye, saare arab ulama ki mein ghalti batata hoon aap ko. saare arab ulama, saare arab ulama jo hain, ikhwan ul muslimeen mein shamil hain. al ikhwan ul muslimeen aur ikhwan ul muslimeen misr mein aur doosre is mein lad rahe hain apne rulers se kyun ke secular hain.</w:t>
      </w:r>
    </w:p>
    <w:p>
      <w:pPr>
        <w:jc w:val="right"/>
      </w:pPr>
      <w:r>
        <w:t>ایسے دیکھیں، سارے عرب علماء کی میں غلطی بتاتا ہوں آپ کو۔ سارے عرب علماء، سارے عرب علماء جو ہیں، اخوان المسلمین میں شامل ہیں۔ ال اخوان المسلمون اور اخوان المسلمون مصر میں اور دوسرے اس میں لڑ رہے ہیں اپنے رولرز سے کیونکہ سیکولر ہیں۔</w:t>
      </w:r>
    </w:p>
    <w:p>
      <w:r>
        <w:rPr>
          <w:b/>
        </w:rPr>
        <w:t xml:space="preserve">[1:12:20] </w:t>
      </w:r>
      <w:r>
        <w:t>yani muslim countries mein jo log rule kar rahe hain woh secular</w:t>
      </w:r>
    </w:p>
    <w:p>
      <w:pPr>
        <w:jc w:val="right"/>
      </w:pPr>
      <w:r>
        <w:t>یعنی مسلم کنٹریز میں جو لوگ رول کر رہے ہیں وہ سیکولر</w:t>
      </w:r>
    </w:p>
    <w:p>
      <w:r>
        <w:rPr>
          <w:b/>
        </w:rPr>
        <w:t xml:space="preserve">[1:12:23] </w:t>
      </w:r>
      <w:r>
        <w:t>hain. to har muslim countries mein chal rahi hai campaign, movement ke secular unhein hatao. yeh kya hai?</w:t>
      </w:r>
    </w:p>
    <w:p>
      <w:pPr>
        <w:jc w:val="right"/>
      </w:pPr>
      <w:r>
        <w:t>ہیں۔ تو ہر مسلم کنٹریز میں چل رہی ہے کیمپین، موومنٹ کہ سیکولر انہیں ہٹاؤ۔ یہ کیا ہے؟</w:t>
      </w:r>
    </w:p>
    <w:p>
      <w:r>
        <w:rPr>
          <w:b/>
        </w:rPr>
        <w:t xml:space="preserve">[1:12:33] </w:t>
      </w:r>
      <w:r>
        <w:t>ijtihad ki ghalti hai. is ki misaal dekhiye, Hazrat Yusuf (AS) ke zamane mein mushrik badshah tha.</w:t>
      </w:r>
    </w:p>
    <w:p>
      <w:pPr>
        <w:jc w:val="right"/>
      </w:pPr>
      <w:r>
        <w:t>اجتہاد کی غلطی ہے۔ اس کی مثال دیکھیے، حضرت یوسف علیہ السلام کے زمانے میں مشرک بادشاہ تھا۔</w:t>
      </w:r>
    </w:p>
    <w:p>
      <w:r>
        <w:rPr>
          <w:b/>
        </w:rPr>
        <w:t xml:space="preserve">[1:12:43] </w:t>
      </w:r>
      <w:r>
        <w:t>mushrik badshah ke under mein unhone food ministry qabool kar li.</w:t>
      </w:r>
    </w:p>
    <w:p>
      <w:pPr>
        <w:jc w:val="right"/>
      </w:pPr>
      <w:r>
        <w:t>مشرک بادشاہ کے انڈر میں انہوں نے فوڈ منسٹری قبول کر لی۔</w:t>
      </w:r>
    </w:p>
    <w:p>
      <w:r>
        <w:rPr>
          <w:b/>
        </w:rPr>
        <w:t xml:space="preserve">[1:12:48] </w:t>
      </w:r>
      <w:r>
        <w:t>us ke under mein aur misr mein jawab nasser ne offer diya ke aap education ministry le lijiye syed qutb ko jo ke leadership kar rahe thay.</w:t>
      </w:r>
    </w:p>
    <w:p>
      <w:pPr>
        <w:jc w:val="right"/>
      </w:pPr>
      <w:r>
        <w:t>اس کے انڈر میں اور مصر میں جواب ناصر نے افر دیا کہ آپ ایجوکیشن منسٹری لے لیجئے سید قطب کو جو کہ لیڈری کر رہے تھے۔</w:t>
      </w:r>
    </w:p>
    <w:p>
      <w:r>
        <w:rPr>
          <w:b/>
        </w:rPr>
        <w:t xml:space="preserve">[1:13:00] </w:t>
      </w:r>
      <w:r>
        <w:t>isi isi isi isi oopar unhone qabool nahi kiya. unhone to unhone kaha ke ijtihad ki ghalti ki unhone syed qutb mein</w:t>
      </w:r>
    </w:p>
    <w:p>
      <w:pPr>
        <w:jc w:val="right"/>
      </w:pPr>
      <w:r>
        <w:t>اسی اسی اسی اسی اوپر انہوں نے قبول نہیں کیا۔ انہوں نے تو انہوں نے کہا کہ اجتہاد کی غلطی کی انہوں نے سید قطب میں</w:t>
      </w:r>
    </w:p>
    <w:p>
      <w:r>
        <w:rPr>
          <w:b/>
        </w:rPr>
        <w:t xml:space="preserve">[1:13:09] </w:t>
      </w:r>
      <w:r>
        <w:t>kyun ke Hazrat Yusuf (AS) misaal qaim kar chuke thay ke agar mushrik badshah ho lekin tum ko opportunity mil rahi ho to us ke under mein ministry qabool kar lo.</w:t>
      </w:r>
    </w:p>
    <w:p>
      <w:pPr>
        <w:jc w:val="right"/>
      </w:pPr>
      <w:r>
        <w:t>کیونکہ حضرت یوسف علیہ السلام مثال قائم کر چکے تھے کہ اگر مشرک بادشاہ ہو لیکن تم کو اپرچونیٹی مل رہی ہو تو اس کے انڈر میں منسٹری قبول کر لو۔</w:t>
      </w:r>
    </w:p>
    <w:p>
      <w:r>
        <w:rPr>
          <w:b/>
        </w:rPr>
        <w:t xml:space="preserve">[1:13:19] </w:t>
      </w:r>
      <w:r>
        <w:t>to opportunity is the criterion. ab zahir hai ke jawab nasser keh raha tha ke poore arab, poore jo nayi generation hai Egypt ki, us ko tum educate karo.</w:t>
      </w:r>
    </w:p>
    <w:p>
      <w:pPr>
        <w:jc w:val="right"/>
      </w:pPr>
      <w:r>
        <w:t>تو اپرچونیٹی از دا کرائٹیرین۔ اب ظاہر ہے کہ جواب ناصر کہہ رہا تھا کہ پورے عرب، پورے جو نئی جنریشن ہے ایجپٹ کی، اس کو تم ایجوکیٹ کرو۔</w:t>
      </w:r>
    </w:p>
    <w:p>
      <w:r>
        <w:rPr>
          <w:b/>
        </w:rPr>
        <w:t xml:space="preserve">[1:13:34] </w:t>
      </w:r>
      <w:r>
        <w:t>kitna bari opportunity thi Hazrat Yusuf (AS) se zyada bari opportunity thi. yeh</w:t>
      </w:r>
    </w:p>
    <w:p>
      <w:pPr>
        <w:jc w:val="right"/>
      </w:pPr>
      <w:r>
        <w:t>کتنا بڑی اپرچونیٹی تھی حضرت یوسف علیہ السلام سے زیادہ بڑی اپرچونیٹی تھی۔ یہ</w:t>
      </w:r>
    </w:p>
    <w:p>
      <w:r>
        <w:rPr>
          <w:b/>
        </w:rPr>
        <w:t xml:space="preserve">[1:13:39] </w:t>
      </w:r>
      <w:r>
        <w:t>Hazrat Yusuf (AS) ko to yeh opportunity thi ke unhone ke food supply kar sakein logon ko. yahan to yeh hai ke poori poori nasl ko aap educate karne ka aap ko chance mil raha tha.</w:t>
      </w:r>
    </w:p>
    <w:p>
      <w:pPr>
        <w:jc w:val="right"/>
      </w:pPr>
      <w:r>
        <w:t>حضرت یوسف علیہ السلام کو تو یہ اپرچونیٹی تھی کہ انہوں نے کہ فوڈ سپلائی کر سکیں لوگوں کو۔ یہاں تو یہ ہے کہ پوری پوری نسل کو آپ ایجوکیٹ کرنے کا آپ کو چانس مل رہا تھا۔</w:t>
      </w:r>
    </w:p>
    <w:p>
      <w:r>
        <w:rPr>
          <w:b/>
        </w:rPr>
        <w:t xml:space="preserve">[1:13:53] </w:t>
      </w:r>
      <w:r>
        <w:t>aisa hi ibrahim modoodi sahib ke zamane mein hua ke Hazrat ayub jo thay, unhone offer diya ke aap hum aik bohat bari university qaim karein ge, national university. us ka charge hum aap ko de dete hain, aap Pakistan ki nayi nasl ko banaiye.</w:t>
      </w:r>
    </w:p>
    <w:p>
      <w:pPr>
        <w:jc w:val="right"/>
      </w:pPr>
      <w:r>
        <w:t>ایسے ہی ابراہیم مودی صاحب کے زمانے میں ہوا کہ حضرت ایوب جو تھے، انہوں نے افر دیا کہ آپ ہم ایک بہت بڑی یونیورسٹی قائم کریں گے، نیشنل یونیورسٹی۔ اس کا چارج ہم آپ کو دے دیتے ہیں، آپ پاکستان کی نئی نسل کو بنائیے۔</w:t>
      </w:r>
    </w:p>
    <w:p>
      <w:r>
        <w:rPr>
          <w:b/>
        </w:rPr>
        <w:t xml:space="preserve">[1:14:06] </w:t>
      </w:r>
      <w:r>
        <w:t>un ko radd kar diya unhone.</w:t>
      </w:r>
    </w:p>
    <w:p>
      <w:pPr>
        <w:jc w:val="right"/>
      </w:pPr>
      <w:r>
        <w:t>ان کو رد کیا کر دیا انہوں نے۔</w:t>
      </w:r>
    </w:p>
    <w:p>
      <w:r>
        <w:rPr>
          <w:b/>
        </w:rPr>
        <w:t xml:space="preserve">[1:14:09] </w:t>
      </w:r>
      <w:r>
        <w:t>kyun? secular ruler ko hatana tha unhein. modoodi sahib ko bhi aur syed qutb ko bhi. secular ruler aap ko mauqa de raha hai, itna bara mauqa ke aap poori poori naslon ko educate karein.</w:t>
      </w:r>
    </w:p>
    <w:p>
      <w:pPr>
        <w:jc w:val="right"/>
      </w:pPr>
      <w:r>
        <w:t>کیوں؟ سیکولر رولر کو ہٹانا تھا انہیں۔ مودودی صاحب کو بھی اور سید قطب کو بھی۔ سیکولر رولر آپ کو موقع دے رہا ہے، اتنا بڑا موقع کہ آپ پوری پوری نسلوں کو ایجوکیٹ کریں۔</w:t>
      </w:r>
    </w:p>
    <w:p>
      <w:r>
        <w:rPr>
          <w:b/>
        </w:rPr>
        <w:t xml:space="preserve">[1:14:24] </w:t>
      </w:r>
      <w:r>
        <w:t>to yeh yeh ghalat ijtihad tha. yeh</w:t>
      </w:r>
    </w:p>
    <w:p>
      <w:pPr>
        <w:jc w:val="right"/>
      </w:pPr>
      <w:r>
        <w:t>تو یہ یہ غلط اجتہاد تھا۔ یہ</w:t>
      </w:r>
    </w:p>
    <w:p>
      <w:r>
        <w:rPr>
          <w:b/>
        </w:rPr>
        <w:t xml:space="preserve">[1:14:27] </w:t>
      </w:r>
      <w:r>
        <w:t>sahi ijtihad woh tha jis ki misaal qaim ki Hazrat Yusuf (AS) ne ke chahe badshah jo hai mushrik ho, secular ho, lekin us ki us ki kingship ke andar humein aik opportunity mil rahi thi, us ko humein avail karna pare ga.</w:t>
      </w:r>
    </w:p>
    <w:p>
      <w:pPr>
        <w:jc w:val="right"/>
      </w:pPr>
      <w:r>
        <w:t>صحیح اجتہاد وہ تھا جس کی مثال قائم کی حضرت یوسف علیہ السلام نے کہ چاہے بادشاہ جو ہے مشرک ہو، سیکولر ہو، لیکن اس کے اس کی کنگ شپ کے اندر ہمیں ایک اپرچونیٹی مل رہی تھی، اس کو ہمیں اویل کرنا پڑے گا۔</w:t>
      </w:r>
    </w:p>
    <w:p>
      <w:r>
        <w:rPr>
          <w:b/>
        </w:rPr>
        <w:t xml:space="preserve">[1:14:43] </w:t>
      </w:r>
      <w:r>
        <w:t>hum awail karein ge is ko. to Maulana Modi ko opportunity mil rahi thi secular ruler ke andar mein, lekin unhon ne kaha ke woh secular ruler pehle hat.</w:t>
      </w:r>
    </w:p>
    <w:p>
      <w:pPr>
        <w:jc w:val="right"/>
      </w:pPr>
      <w:r>
        <w:t>ہم اویل کریں گے اس کو۔ تو مولا مودی کو اپرچونیٹی مل رہی تھی سیکولر رولر کے اندر میں، لیکن انہوں نے کہا کہ وہ سیکولر رولر پہلے ہٹے۔</w:t>
      </w:r>
    </w:p>
    <w:p>
      <w:r>
        <w:rPr>
          <w:b/>
        </w:rPr>
        <w:t xml:space="preserve">[1:14:53] </w:t>
      </w:r>
      <w:r>
        <w:t>aisi sehat qudrat mil rahi thi Misr</w:t>
      </w:r>
    </w:p>
    <w:p>
      <w:pPr>
        <w:jc w:val="right"/>
      </w:pPr>
      <w:r>
        <w:t>ایسی صحت قدرت مل رہی تھی مصر</w:t>
      </w:r>
    </w:p>
    <w:p>
      <w:r>
        <w:rPr>
          <w:b/>
        </w:rPr>
        <w:t xml:space="preserve">[1:14:55] </w:t>
      </w:r>
      <w:r>
        <w:t>mein. yeh sab sab wrong ijtihad thay, ghalat ijtihad thay. yeh aise mein bohat se misalein de sakta hoon aap ko ke yeh sirf yeh kafi nahi ke aadmi arabi janta hai, woh aalim hai to woh sahi ijtihad kare ga.</w:t>
      </w:r>
    </w:p>
    <w:p>
      <w:pPr>
        <w:jc w:val="right"/>
      </w:pPr>
      <w:r>
        <w:t>میں۔ یہ سب سب رونگ اجتہاد تھے، غلط اجتہاد تھے۔ یہ ایسے میں بہت سے مثالیں دے سکتا ہوں آپ کو کہ یہ صرف یہ کافی نہیں کہ آدمی عربی جانتا ہے، وہ عالم ہے تو وہ صحیح اجتہاد کرے گا۔</w:t>
      </w:r>
    </w:p>
    <w:p>
      <w:r>
        <w:rPr>
          <w:b/>
        </w:rPr>
        <w:t xml:space="preserve">[1:15:08] </w:t>
      </w:r>
      <w:r>
        <w:t>koi aalim ka ghalat ijtihad aap target kar sakte hain to aap ka woh common aadmi ka bhi target kijiye, uska ghalat ijtihad, us ko samjhaiye, us ko bataiye.</w:t>
      </w:r>
    </w:p>
    <w:p>
      <w:pPr>
        <w:jc w:val="right"/>
      </w:pPr>
      <w:r>
        <w:t>کوئی عالم کا غلط اجتہاد آپ ٹارگٹ کر سکتے ہیں تو آپ کا وہ کامن آدمی کا بھی ٹارگٹ کیجئے، اس کا غلط اجتہاد، اس کو سمجھائیے، اس کو بتائیے۔</w:t>
      </w:r>
    </w:p>
    <w:p>
      <w:r>
        <w:rPr>
          <w:b/>
        </w:rPr>
        <w:t xml:space="preserve">[1:15:21] </w:t>
      </w:r>
      <w:r>
        <w:t>bhai, yeh belief bilkul ghalat hai ke chounke log ijtihad mein ghalti karein ge, is liye is ka darwaza band rakho. bilkul ghalat hai. yeh ghalti karein to karne dijiye.</w:t>
      </w:r>
    </w:p>
    <w:p>
      <w:pPr>
        <w:jc w:val="right"/>
      </w:pPr>
      <w:r>
        <w:t>بھئی، یہ بیلیف بالکل غلط ہے کہ چونکہ لوگ اجتہاد میں غلطی کریں گے، اس لیے اس کا دروازہ بند رکھو۔ بالکل غلط ہے۔ یہ غلطی کریں تو کرنے دیجئے۔</w:t>
      </w:r>
    </w:p>
    <w:p>
      <w:r>
        <w:rPr>
          <w:b/>
        </w:rPr>
        <w:t xml:space="preserve">[1:15:32] </w:t>
      </w:r>
      <w:r>
        <w:t>aap jo sahib samajhdar hain, woh ja ke batayein, un ko samjhayein. kaun darwaza rok raha hai aap ka? bataiye us ko.</w:t>
      </w:r>
    </w:p>
    <w:p>
      <w:pPr>
        <w:jc w:val="right"/>
      </w:pPr>
      <w:r>
        <w:t>آپ جو صاحب سمجھدار ہیں، وہ جا کے بتائیں، ان کو سمجھائیں۔ کون دروازہ روک رہا ہے آپ کا؟ بتائیے اس کو۔</w:t>
      </w:r>
    </w:p>
    <w:p>
      <w:r>
        <w:rPr>
          <w:b/>
        </w:rPr>
        <w:t xml:space="preserve">[1:15:41] </w:t>
      </w:r>
      <w:r>
        <w:t>aakhir logon ne Qadianiyon ke khilaf aik poori muhim chalai, hazaron aalim is mein shareek ho gaye is ke khilaf. to jo ghalat ijtihad kar raha hai, us ke khilaf bhi muhim chalaie. aap</w:t>
      </w:r>
    </w:p>
    <w:p>
      <w:pPr>
        <w:jc w:val="right"/>
      </w:pPr>
      <w:r>
        <w:t>آخر لوگوں نے قادیانیوں کے خلاف ایک پوری مہم چلائی، ہزاروں علماء اس میں شریک ہو گئے اس کے خلاف۔ تو جو غلط اجتہاد کر رہا ہے، اس کے خلاف بھی مہم چلائیے۔ آپ</w:t>
      </w:r>
    </w:p>
    <w:p>
      <w:r>
        <w:rPr>
          <w:b/>
        </w:rPr>
        <w:t xml:space="preserve">[1:15:51] </w:t>
      </w:r>
      <w:r>
        <w:t>is ke ghalat ijtihad ko khatam kijiye. to khulasa yeh hai ke is is fear se, is andeshe se ke ghalat ijtihad koi kar dein ge, darwaza band nahi kiya jaye ga.</w:t>
      </w:r>
    </w:p>
    <w:p>
      <w:pPr>
        <w:jc w:val="right"/>
      </w:pPr>
      <w:r>
        <w:t>اس کے غلط اجتہاد کو ختم کیجئے۔ تو خلاصہ یہ ہے کہ اس اس فیئر سے، اس اندیشے سے کہ غلط اجتہاد کوئی کر دیں گے، دروازہ بند نہیں کیا جائے گا۔</w:t>
      </w:r>
    </w:p>
    <w:p>
      <w:r>
        <w:rPr>
          <w:b/>
        </w:rPr>
        <w:t xml:space="preserve">[1:16:03] </w:t>
      </w:r>
      <w:r>
        <w:t>kyun? ghalat ijtihad to phir bhi ho raha hai, aalim ki taraf se ho raha hai. to aap kya karein ge?</w:t>
      </w:r>
    </w:p>
    <w:p>
      <w:pPr>
        <w:jc w:val="right"/>
      </w:pPr>
      <w:r>
        <w:t>کیوں؟ غلط اجتہاد تو پھر بھی ہو رہا ہے، علماء کی طرف سے ہو رہا ہے۔ تو آپ کیا کریں گے؟</w:t>
      </w:r>
    </w:p>
    <w:p>
      <w:r>
        <w:rPr>
          <w:b/>
        </w:rPr>
        <w:t xml:space="preserve">[1:16:12] </w:t>
      </w:r>
      <w:r>
        <w:t>ijtihad ka process jari rahe</w:t>
      </w:r>
    </w:p>
    <w:p>
      <w:pPr>
        <w:jc w:val="right"/>
      </w:pPr>
      <w:r>
        <w:t>اجتہاد کا پراسیس جاری رہے</w:t>
      </w:r>
    </w:p>
    <w:p>
      <w:r>
        <w:rPr>
          <w:b/>
        </w:rPr>
        <w:t xml:space="preserve">[1:16:16] </w:t>
      </w:r>
      <w:r>
        <w:t>ga. agar koi ghalti karta hai to doosre log jo us ko samjhein ke yeh ghalti hai, us ko aakhir ko us ko correct karein ge, us ko samjhayein, bujhayein ge, us ke liye yani theek karein ge.</w:t>
      </w:r>
    </w:p>
    <w:p>
      <w:pPr>
        <w:jc w:val="right"/>
      </w:pPr>
      <w:r>
        <w:t>گا۔ اگر کوئی غلطی کرتا ہے تو دوسرے لوگ جو اس کو سمجھیں کہ یہ غلطی ہے، اس کو آخر کو اس کو کریکٹ کریں گے، اس کو سمجھائیں، بجھائیں گے، اس کے لیے یعنی ٹھیک کریں گے۔</w:t>
      </w:r>
    </w:p>
    <w:p>
      <w:r>
        <w:rPr>
          <w:b/>
        </w:rPr>
        <w:t xml:space="preserve">[1:16:29] </w:t>
      </w:r>
      <w:r>
        <w:t>us ko yahi sahi baat hai mere nazdeek. das question is from Miss Najma Siddiqui: Suppose you apply your mind to an important religious issue and come to some conclusion,</w:t>
      </w:r>
    </w:p>
    <w:p>
      <w:pPr>
        <w:jc w:val="right"/>
      </w:pPr>
      <w:r>
        <w:t>اس کو یہی صحیح بات ہے میرے نزدیک۔ دس کوئسچن از فرام مس نجمہ صدیقی: سپوز یو اپلائی یور مائنڈ ٹو این امپورٹنٹ ریلیجیس ایشو اینڈ کم ٹو سم کنکلوژن،</w:t>
      </w:r>
    </w:p>
    <w:p>
      <w:r>
        <w:rPr>
          <w:b/>
        </w:rPr>
        <w:t xml:space="preserve">[1:16:47] </w:t>
      </w:r>
      <w:r>
        <w:t>do you need to get it authenticated by some ulema? how can you be sure that application of your rethinking is in the right direction and would not be considered innovation in Islam?</w:t>
      </w:r>
    </w:p>
    <w:p>
      <w:pPr>
        <w:jc w:val="right"/>
      </w:pPr>
      <w:r>
        <w:t>ڈو یو نیڈ ٹو گیٹ اٹ اتھنٹیکیٹڈ بائے سم علماء؟ ہاؤ کین یو بی شور دیٹ ایپلیکیشن اف یور ری تھنکنگ از ان دا رائٹ ڈائریکشن اینڈ وڈ ناٹ بی کنسیڈرڈ انویشن ان اسلام؟</w:t>
      </w:r>
    </w:p>
    <w:p>
      <w:r>
        <w:rPr>
          <w:b/>
        </w:rPr>
        <w:t xml:space="preserve">[1:17:01] </w:t>
      </w:r>
      <w:r>
        <w:t>dekho, innovation nahi kaha jaye ga is ko. yeh bohat bari bhool hai ke is ko innovation samjha jaye. yani ghalat ijtihad innovation nahi hota. agar hota to Rasool Allah (SAW) kyun kehte hain ke is par bhi ishq reward mile ga?</w:t>
      </w:r>
    </w:p>
    <w:p>
      <w:pPr>
        <w:jc w:val="right"/>
      </w:pPr>
      <w:r>
        <w:t>دیکھو، انویشن نہیں کہا جائے گا اس کو۔ یہ بہت بڑی بھول ہے کہ اس کو انویشن سمجھا جائے۔ یعنی غلط اجتہاد انویشن نہیں ہوتا۔ اگر ہوتا تو رسول اللہ صلی اللہ علیہ وسلم کیوں کہتے ہیں کہ اس پر بھی عشق ریوارڈ ملے گا؟</w:t>
      </w:r>
    </w:p>
    <w:p>
      <w:r>
        <w:rPr>
          <w:b/>
        </w:rPr>
        <w:t xml:space="preserve">[1:17:16] </w:t>
      </w:r>
      <w:r>
        <w:t>innovation par kabhi reward nahi milta, bid'at par kabhi reward nahi hai. kull bid'atin zalalah, har bid'at jo hai zalalah hai. kisi bhi bid'at par koi reward nahi hai.</w:t>
      </w:r>
    </w:p>
    <w:p>
      <w:pPr>
        <w:jc w:val="right"/>
      </w:pPr>
      <w:r>
        <w:t>انویشن پر کبھی ریوارڈ نہیں ملتا، بدعت پر کبھی ریوارڈ نہیں ہے۔ کل بیت ذلالہ، ہر بدعت جو ہے ذلالت ہے۔ کسی بھی بدعت پر کوئی ریوارڈ نہیں ہے۔</w:t>
      </w:r>
    </w:p>
    <w:p>
      <w:r>
        <w:rPr>
          <w:b/>
        </w:rPr>
        <w:t xml:space="preserve">[1:17:26] </w:t>
      </w:r>
      <w:r>
        <w:t>lekin Bukhari ki riwayat keh rahi hai ke agar tum ne ijtihad ghalat kiya to is par tum ko reward mile ga. to is mani hai ke aap ghalat ijtihad ko bid'at se equate nahi kar sakte.</w:t>
      </w:r>
    </w:p>
    <w:p>
      <w:pPr>
        <w:jc w:val="right"/>
      </w:pPr>
      <w:r>
        <w:t>لیکن بخاری کی روایت کہہ رہی ہے کہ اگر تم نے اجتہاد غلط کیا تو اس پر تم کو ریوارڈ ملے گا۔ تو اس معنی ہے کہ آپ غلط اجتہاد کو بدعت سے ایکویٹ نہیں کر سکتے۔</w:t>
      </w:r>
    </w:p>
    <w:p>
      <w:r>
        <w:rPr>
          <w:b/>
        </w:rPr>
        <w:t xml:space="preserve">[1:17:37] </w:t>
      </w:r>
      <w:r>
        <w:t>yeh equation, this equation is completely wrong.</w:t>
      </w:r>
    </w:p>
    <w:p>
      <w:pPr>
        <w:jc w:val="right"/>
      </w:pPr>
      <w:r>
        <w:t>یہ ایکویشن، دس ایکویشن از کمپلیٹلی رونگ۔</w:t>
      </w:r>
    </w:p>
    <w:p>
      <w:r>
        <w:rPr>
          <w:b/>
        </w:rPr>
        <w:t xml:space="preserve">[1:17:41] </w:t>
      </w:r>
      <w:r>
        <w:t>doosri baat yeh hai ke sab ka woh laina. yahan mein arz karunga ke do different situation hain.</w:t>
      </w:r>
    </w:p>
    <w:p>
      <w:pPr>
        <w:jc w:val="right"/>
      </w:pPr>
      <w:r>
        <w:t>دوسری بات یہ ہے کہ سب کا وہ لینا۔ یہاں میں عرض کروں گا کہ دو ڈفرنٹ سچویشن ہیں۔</w:t>
      </w:r>
    </w:p>
    <w:p>
      <w:r>
        <w:rPr>
          <w:b/>
        </w:rPr>
        <w:t xml:space="preserve">[1:17:53] </w:t>
      </w:r>
      <w:r>
        <w:t>do different situation hain. aik yeh hai ke aap sab logon ko chahte hain ke sab log wohi baat karein jo aap keh rahe hain. koi aisa issue aa gaya ke sab ko united way mein is ko karna hai, tab aap ikhatta ikhatta kar ke sab ka layenge, sab ki rai banayenge.</w:t>
      </w:r>
    </w:p>
    <w:p>
      <w:pPr>
        <w:jc w:val="right"/>
      </w:pPr>
      <w:r>
        <w:t>دو ڈفرنٹ سچویشن ہیں۔ ایک یہ ہے کہ آپ سب لوگوں کو چاہتے ہیں کہ سب لوگ وہی بات کریں جو آپ کہہ رہے ہیں۔ کوئی ایسا ایشو آ گیا کہ سب کو یونائٹڈ وے میں اس کو کرنا ہے، تب آپ اکٹھا اکٹھا کر کے سب کا لائیں گے، سب کی رائے بنائیں گے۔</w:t>
      </w:r>
    </w:p>
    <w:p>
      <w:r>
        <w:rPr>
          <w:b/>
        </w:rPr>
        <w:t xml:space="preserve">[1:18:09] </w:t>
      </w:r>
      <w:r>
        <w:t>lekin aap aik movement chala rahe hain, agar to movement jo chala rahe hain to woh to zehnon ki engineering ke ke liye hoti hai, zehnon ki islaah ke liye hoti hai.</w:t>
      </w:r>
    </w:p>
    <w:p>
      <w:pPr>
        <w:jc w:val="right"/>
      </w:pPr>
      <w:r>
        <w:t>لیکن آپ ایک موومنٹ چلا رہے ہیں، اگر تو موومنٹ جو چلا رہے ہیں تو وہ تو ذہنوں کی انجینئرنگ کے کے لیے ہوتی ہے، ذہنوں کی اصلاح کے لیے ہوتی ہے۔</w:t>
      </w:r>
    </w:p>
    <w:p>
      <w:r>
        <w:rPr>
          <w:b/>
        </w:rPr>
        <w:t xml:space="preserve">[1:18:18] </w:t>
      </w:r>
      <w:r>
        <w:t>is mein yeh shart nahi hai ke sab se rai le lo, sab kaam karo. tum yeh nahi ho sakta.</w:t>
      </w:r>
    </w:p>
    <w:p>
      <w:pPr>
        <w:jc w:val="right"/>
      </w:pPr>
      <w:r>
        <w:t>اس میں یہ شرط نہیں ہے کہ سب سے رائے لے لو، سب کام کرو۔ تم یہ نہیں ہو سکتا۔</w:t>
      </w:r>
    </w:p>
    <w:p>
      <w:r>
        <w:rPr>
          <w:b/>
        </w:rPr>
        <w:t xml:space="preserve">[1:18:25] </w:t>
      </w:r>
      <w:r>
        <w:t>yani aik aik social issue hai, woh jabhi social issue hai, is mein hum sab ki rai le kar ke chahte hain ke aik aik aisa, aik si baat logon ke samne aaye jo sab log maan lein jaldi se aur phir woh chal pade.</w:t>
      </w:r>
    </w:p>
    <w:p>
      <w:pPr>
        <w:jc w:val="right"/>
      </w:pPr>
      <w:r>
        <w:t>یعنی ایک ایک سوشل ایشو ہے، وہ جبھی سوشل ایشو ہے، اس میں ہم سب کی رائے لے کر کے چاہتے ہیں کہ ایک ایک ایسا، ایک سی بات لوگوں کے سامنے آئے جو سب لوگ مان لیں جلدی سے اور پھر وہ چل پڑے۔</w:t>
      </w:r>
    </w:p>
    <w:p>
      <w:r>
        <w:rPr>
          <w:b/>
        </w:rPr>
        <w:t xml:space="preserve">[1:18:42] </w:t>
      </w:r>
      <w:r>
        <w:t>to wahan par aap sab ko ikhatta kar ke aur sab ki rai pata kijiye.</w:t>
      </w:r>
    </w:p>
    <w:p>
      <w:pPr>
        <w:jc w:val="right"/>
      </w:pPr>
      <w:r>
        <w:t>تو وہاں پر آپ سب کو اکٹھا کر کے اور سب کی رائے پتہ کیجئے۔</w:t>
      </w:r>
    </w:p>
    <w:p>
      <w:r>
        <w:rPr>
          <w:b/>
        </w:rPr>
        <w:t xml:space="preserve">[1:18:46] </w:t>
      </w:r>
      <w:r>
        <w:t>lekin jab aap aik movement chalayein ge, aap logon ki islaah ke liye, logon ke zehan ko theek karne ke liye, mind ki re-engineering ke liye, to is is tarah nahi hota kabhi kabhi bhi kaam.</w:t>
      </w:r>
    </w:p>
    <w:p>
      <w:pPr>
        <w:jc w:val="right"/>
      </w:pPr>
      <w:r>
        <w:t>لیکن جب آپ ایک موومنٹ چلائیں گے، آپ لوگوں کی اصلاح کے لیے، لوگوں کے ذہن کو ٹھیک کرنے کے لیے، مائنڈ کی ری انجینئرنگ کے لیے، تو اس اس طرح نہیں ہوتا کبھی کبھی بھی کام۔</w:t>
      </w:r>
    </w:p>
    <w:p>
      <w:r>
        <w:rPr>
          <w:b/>
        </w:rPr>
        <w:t xml:space="preserve">[1:18:57] </w:t>
      </w:r>
      <w:r>
        <w:t>tab aik individually uthta hai kaam karne ke liye. to aik aik hai movement chalana aur aik hai koi kisi social issue par sab ka consensus laina.</w:t>
      </w:r>
    </w:p>
    <w:p>
      <w:pPr>
        <w:jc w:val="right"/>
      </w:pPr>
      <w:r>
        <w:t>تب ایک انڈیویجولی اٹھتا ہے کام کرنے کے لیے۔ تو ایک ایک ہے موومنٹ چلانا اور ایک ہے کوئی کسی سوشل ایشو پر سب کا کنسنس لینا۔</w:t>
      </w:r>
    </w:p>
    <w:p>
      <w:r>
        <w:rPr>
          <w:b/>
        </w:rPr>
        <w:t xml:space="preserve">[1:19:09] </w:t>
      </w:r>
      <w:r>
        <w:t>to woh ek alag cheez hai, woh ek practical issue hai. woh</w:t>
      </w:r>
    </w:p>
    <w:p>
      <w:pPr>
        <w:jc w:val="right"/>
      </w:pPr>
      <w:r>
        <w:t>تو وہ ایک الگ چیز ہے، وہ ایک پریکٹیکل ایشو ہے۔ وہ</w:t>
      </w:r>
    </w:p>
    <w:p>
      <w:r>
        <w:rPr>
          <w:b/>
        </w:rPr>
        <w:t xml:space="preserve">[1:19:13] </w:t>
      </w:r>
      <w:r>
        <w:t>to mein samajhta hoon ke poori tareekh mein islam ki poori tareekh mein reformer jo paida hue, musleh un ko woh kehte hain. muslehain ne aisa nahi kiya ke sab ko jama kar ke sab ki rai lo, tab phir phir islaah ka kaam shuru karo.</w:t>
      </w:r>
    </w:p>
    <w:p>
      <w:pPr>
        <w:jc w:val="right"/>
      </w:pPr>
      <w:r>
        <w:t>تو میں سمجھتا ہوں کہ پوری تاریخ میں اسلام کی پوری تاریخ میں ریفارمر جو پیدا ہوئے، مصلح ان کو وہ کہتے ہیں۔ مصلحین نے ایسا نہیں کیا کہ سب کو جمع کر کے سب کی رائے لو، تب پھر پھر اصلاح کا کام شروع کرو۔</w:t>
      </w:r>
    </w:p>
    <w:p>
      <w:r>
        <w:rPr>
          <w:b/>
        </w:rPr>
        <w:t xml:space="preserve">[1:19:25] </w:t>
      </w:r>
      <w:r>
        <w:t>aisa kabhi bhi nahi hua. agar aisa hota to islam mein tajdeed aur islaah ki jo koshish hai, woh wajood hi bhi na aati. woh jis ko shakk ho to woh un ki kitaab parh le.</w:t>
      </w:r>
    </w:p>
    <w:p>
      <w:pPr>
        <w:jc w:val="right"/>
      </w:pPr>
      <w:r>
        <w:t>ایسا کبھی بھی نہیں ہوا۔ اگر ایسا ہوتا تو اسلام میں تجدید اور اصلاح کی جو کوشش ہے، وہ وجود ہی بھی نہ آتی۔ وہ جس کو شک ہو تو وہ ان کی کتاب پڑھ لے۔</w:t>
      </w:r>
    </w:p>
    <w:p>
      <w:r>
        <w:rPr>
          <w:b/>
        </w:rPr>
        <w:t xml:space="preserve">[1:19:37] </w:t>
      </w:r>
      <w:r>
        <w:t>maulana ali miyan ki kitaab hai,</w:t>
      </w:r>
    </w:p>
    <w:p>
      <w:pPr>
        <w:jc w:val="right"/>
      </w:pPr>
      <w:r>
        <w:t>مولانا علی میاں کی کتاب ہے،</w:t>
      </w:r>
    </w:p>
    <w:p>
      <w:r>
        <w:rPr>
          <w:b/>
        </w:rPr>
        <w:t xml:space="preserve">[1:19:39] </w:t>
      </w:r>
      <w:r>
        <w:t>woh tareekh dawat o azmat. usay poori tareekh mein musalmanon mein jo reformer nikle hain, un ko unhon ne liya hai.</w:t>
      </w:r>
    </w:p>
    <w:p>
      <w:pPr>
        <w:jc w:val="right"/>
      </w:pPr>
      <w:r>
        <w:t>وہ تاریخ دعوت و عظمت۔ اسے پوری تاریخ میں مسلمانوں میں جو ریفارمر نکلے ہیں، ان کو انہوں نے لیا ہے۔</w:t>
      </w:r>
    </w:p>
    <w:p>
      <w:r>
        <w:rPr>
          <w:b/>
        </w:rPr>
        <w:t xml:space="preserve">[1:19:50] </w:t>
      </w:r>
      <w:r>
        <w:t>to kisi ne is tarah kaam nahi kiya ke pehle sab ko akatha karo, sab ki rai jo hai haasil karo, sab agree karein, tab kaam shuru karo. nahi, jis ke zehen mein aaya ke yeh baat kaam karne ka hai, uth khara hua.</w:t>
      </w:r>
    </w:p>
    <w:p>
      <w:pPr>
        <w:jc w:val="right"/>
      </w:pPr>
      <w:r>
        <w:t>تو کسی نے اس طرح کام نہیں کیا کہ پہلے سب کو اکٹھا کرو، سب کی رائے جو ہے حاصل کرو، سب ایگری کریں، تب کام شروع کرو۔ نہیں، جس کے ذہن میں آیا کہ یہ بات کام کرنے کا ہے، اٹھ کھڑا ہوا۔</w:t>
      </w:r>
    </w:p>
    <w:p>
      <w:r>
        <w:rPr>
          <w:b/>
        </w:rPr>
        <w:t xml:space="preserve">[1:20:01] </w:t>
      </w:r>
      <w:r>
        <w:t>woh is ke liye paanch jildon mein kitaab hai, woh tareekh dawat o azmat ke tareekh mein jo aise log guzre hain jinhon ne islaah ke liye kaam kiya hai, to is tarah kaam kiya ke unhein khud samajh mein aayi yeh baat quran ki hadees ke mutalliq se.</w:t>
      </w:r>
    </w:p>
    <w:p>
      <w:pPr>
        <w:jc w:val="right"/>
      </w:pPr>
      <w:r>
        <w:t>وہ اس کے لیے پانچ جلدوں میں کتاب ہے، وہ تاریخ دعوت و عظمت کہ تاریخ میں جو ایسے لوگ گزرے ہیں جنہوں نے اصلاح کے لیے کام کیا ہے، تو اس طرح کام کیا کہ انہیں خود سمجھ میں آئی یہ بات قرآن کی حدیث کے متعلق سے۔</w:t>
      </w:r>
    </w:p>
    <w:p>
      <w:r>
        <w:rPr>
          <w:b/>
        </w:rPr>
        <w:t xml:space="preserve">[1:20:14] </w:t>
      </w:r>
      <w:r>
        <w:t>to uth khare hue, woh phir un ke saathi bane, saathi bane, saathi bane. woh nahi ke conference kar ke sab ko akatha kar ke sab ki rai lein, phir unhon ne kaam apna shuru kiya.</w:t>
      </w:r>
    </w:p>
    <w:p>
      <w:pPr>
        <w:jc w:val="right"/>
      </w:pPr>
      <w:r>
        <w:t>تو اٹھ کھڑے ہوئے، وہ پھر ان کے ساتھی بنے، ساتھی بنے، ساتھی بنے۔ وہ نہیں کہ کانفرنس کر کے سب کو اکٹھا کر کے سب کی رائے لیں، پھر انہوں نے کام اپنا شروع کیا۔</w:t>
      </w:r>
    </w:p>
    <w:p>
      <w:r>
        <w:rPr>
          <w:b/>
        </w:rPr>
        <w:t xml:space="preserve">[1:20:24] </w:t>
      </w:r>
      <w:r>
        <w:t>yeh un natural hai, woh un natural hai. woh kabhi is tarah se na kisi ne kaam kiya hai, na kabhi woh kaam ho sakta hai.</w:t>
      </w:r>
    </w:p>
    <w:p>
      <w:pPr>
        <w:jc w:val="right"/>
      </w:pPr>
      <w:r>
        <w:t>یہ ان نیچرل ہے، وہ ان نیچرل ہے۔ وہ کبھی اس طرح سے نہ کسی نے کام کیا ہے، نہ کبھی وہ کام ہو سکتا ہے۔</w:t>
      </w:r>
    </w:p>
    <w:p>
      <w:r>
        <w:rPr>
          <w:b/>
        </w:rPr>
        <w:t xml:space="preserve">[1:20:32] </w:t>
      </w:r>
      <w:r>
        <w:t>maulana, she is asking that when somebody comes to an important conclusion in some religious matter, then should that person get it authenticated by some ulema.</w:t>
      </w:r>
    </w:p>
    <w:p>
      <w:pPr>
        <w:jc w:val="right"/>
      </w:pPr>
      <w:r>
        <w:t>مولانا، شی از اسکنگ دیٹ وین سم بڈی کمز ٹو این امپورٹنٹ کنکلوژن ان سم ریلیجیس میٹر، دین شوڈ دیٹ پرسن گیٹ اٹ اتھنٹیکیٹڈ بائے سم علماء۔</w:t>
      </w:r>
    </w:p>
    <w:p>
      <w:r>
        <w:rPr>
          <w:b/>
        </w:rPr>
        <w:t xml:space="preserve">[1:20:47] </w:t>
      </w:r>
      <w:r>
        <w:t>yeh yeh koi shart nahi hai, na is par kabhi amal ho sakta hai. koi is par karta bhi nahi ke saare ulema ki rai le kar ke us ko authenticate kare, phir us par amal kare.</w:t>
      </w:r>
    </w:p>
    <w:p>
      <w:pPr>
        <w:jc w:val="right"/>
      </w:pPr>
      <w:r>
        <w:t>یہ یہ کوئی شرط نہیں ہے، نہ اس پر کبھی عمل ہو سکتا ہے۔ کوئی اس پر کرتا بھی نہیں کہ سارے علماء کی رائے لے کر کے اس کو اتھنٹیکیٹ کرے، پھر اس پر عمل کرے۔</w:t>
      </w:r>
    </w:p>
    <w:p>
      <w:r>
        <w:rPr>
          <w:b/>
        </w:rPr>
        <w:t xml:space="preserve">[1:20:58] </w:t>
      </w:r>
      <w:r>
        <w:t>yeh un natural hai. yeh</w:t>
      </w:r>
    </w:p>
    <w:p>
      <w:pPr>
        <w:jc w:val="right"/>
      </w:pPr>
      <w:r>
        <w:t>یہ ان نیچرل ہے۔ یہ</w:t>
      </w:r>
    </w:p>
    <w:p>
      <w:r>
        <w:rPr>
          <w:b/>
        </w:rPr>
        <w:t xml:space="preserve">[1:21:00] </w:t>
      </w:r>
      <w:r>
        <w:t>mujhe koi misaal batai ke is tarah se kabhi koi kaam hua ho duniya mein. yeh koi yeh koi shart hai, na koi tareeqa hai. woh kitaab jo hai, maula ali miyan ki paanch jildon mein tareekh dawat o azmat, us mein poori history ke aise log ka bayan kiya unhon ne jinhon ne koi kaam kiya tajdeed ka, as</w:t>
      </w:r>
    </w:p>
    <w:p>
      <w:pPr>
        <w:jc w:val="right"/>
      </w:pPr>
      <w:r>
        <w:t>مجھے کوئی مثال بتائی کہ اس طرح سے کبھی کوئی کام ہوا ہو دنیا میں۔ یہ کوئی یہ کوئی شرط ہے، نہ کوئی طریقہ ہے۔ وہ کتاب جو ہے، مولا علی میاں کی پانچ جلدوں میں تاریخ دعوت و عظمت، اس میں پوری ہسٹری کے ایسے لوگ کا بیان کیا انہوں نے جنہوں نے کوئی کام کیا تجدید کا، اص</w:t>
      </w:r>
    </w:p>
    <w:p>
      <w:r>
        <w:rPr>
          <w:b/>
        </w:rPr>
        <w:t xml:space="preserve">[1:21:21] </w:t>
      </w:r>
      <w:r>
        <w:t>laah ka. to kisi ne aisa nahi kiya ke pehle conference kare aur sab ko akatha kare, phir sab ka yaani sab ki rai, sab ka woh haasil kare, phir kaam shuru kare.</w:t>
      </w:r>
    </w:p>
    <w:p>
      <w:pPr>
        <w:jc w:val="right"/>
      </w:pPr>
      <w:r>
        <w:t>لاح کا۔ تو کسی نے ایسا نہیں کیا کہ پہلے کانفرنس کرے اور سب کو اکٹھا کرے، پھر سب کا یعنی سب کی رائے، سب کا وہ حاصل کرے، پھر کام شروع کرے۔</w:t>
      </w:r>
    </w:p>
    <w:p>
      <w:r>
        <w:rPr>
          <w:b/>
        </w:rPr>
        <w:t xml:space="preserve">[1:21:32] </w:t>
      </w:r>
      <w:r>
        <w:t>yeh un natural hai. authenticate karne ka jo yeh hai shart, woh kisi khaas cheezon mein ho sakti hai, kuch khaas cheezon mein.</w:t>
      </w:r>
    </w:p>
    <w:p>
      <w:pPr>
        <w:jc w:val="right"/>
      </w:pPr>
      <w:r>
        <w:t>یہ ان نیچرل ہے۔ اتھنٹیکیٹ کرنے کا جو یہ ہے شرط، وہ کسی خاص چیزوں میں ہو سکتی ہے، کچھ خاص چیزوں میں۔</w:t>
      </w:r>
    </w:p>
    <w:p>
      <w:r>
        <w:rPr>
          <w:b/>
        </w:rPr>
        <w:t xml:space="preserve">[1:21:43] </w:t>
      </w:r>
      <w:r>
        <w:t>lekin lekin tajdeed ka kaam jo hai, us mein yeh condition nahi hua karti hai.</w:t>
      </w:r>
    </w:p>
    <w:p>
      <w:pPr>
        <w:jc w:val="right"/>
      </w:pPr>
      <w:r>
        <w:t>لیکن لیکن تجدید کا کام جو ہے، اس میں یہ کنڈیشن نہیں ہوا کرتی ہے۔</w:t>
      </w:r>
    </w:p>
    <w:p>
      <w:r>
        <w:rPr>
          <w:b/>
        </w:rPr>
        <w:t xml:space="preserve">[1:21:48] </w:t>
      </w:r>
      <w:r>
        <w:t>kisi khaas cheezon mein maanta hoon mein ke woh us ki ahmiyat hai ke sab ko akatha kar ke rai li jaye. lekin jo jaise hamara jo mission hai, misaal ke taur par ya tableegh jamaat ka mission hai, us mein yeh usool nahi chal sakta.</w:t>
      </w:r>
    </w:p>
    <w:p>
      <w:pPr>
        <w:jc w:val="right"/>
      </w:pPr>
      <w:r>
        <w:t>کسی خاص چیزوں میں مانتا ہوں میں کہ وہ اس کی اہمیت ہے کہ سب کو اکٹھا کر کے رائے لی جائے۔ لیکن جو جیسے ہمارا جو مشن ہے، مثال کے طور پر یا تبلیغ جماعت کا مشن ہے، اس میں یہ اصول نہیں چل سکتا۔</w:t>
      </w:r>
    </w:p>
    <w:p>
      <w:r>
        <w:rPr>
          <w:b/>
        </w:rPr>
        <w:t xml:space="preserve">[1:22:01] </w:t>
      </w:r>
      <w:r>
        <w:t>tableegh jamaat ne maulana ilyas sahib the, maa ilyas sahib ne kaam shuru kiya. woh kya hua? mewat gaye. woh mewat mein unhon ne dekha ke aise musalman hain jo aadhe muslim, aadhe hindu hain.</w:t>
      </w:r>
    </w:p>
    <w:p>
      <w:pPr>
        <w:jc w:val="right"/>
      </w:pPr>
      <w:r>
        <w:t>تبلیغ جماعت نے مولانا الیاس صاحب تھے، ماں الیاس صاحب نے کام شروع کیا۔ وہ کیا ہوا؟ میوات گئے۔ وہ میوات میں انہوں نے دیکھا کہ ایسے مسلمان ہیں جو ادھے مسلم، ادھے ہندو ہیں۔</w:t>
      </w:r>
    </w:p>
    <w:p>
      <w:r>
        <w:rPr>
          <w:b/>
        </w:rPr>
        <w:t xml:space="preserve">[1:22:15] </w:t>
      </w:r>
      <w:r>
        <w:t>yaani un ke sar par choti hai.</w:t>
      </w:r>
    </w:p>
    <w:p>
      <w:pPr>
        <w:jc w:val="right"/>
      </w:pPr>
      <w:r>
        <w:t>یعنی ان کے سر پر چوٹی ہے۔</w:t>
      </w:r>
    </w:p>
    <w:p>
      <w:r>
        <w:rPr>
          <w:b/>
        </w:rPr>
        <w:t xml:space="preserve">[1:22:18] </w:t>
      </w:r>
      <w:r>
        <w:t>aise musalman the, sar par choti the un ke. aur is tarah ke bohat saare yaani woh karte the, woh hindu customs the un ke haan.</w:t>
      </w:r>
    </w:p>
    <w:p>
      <w:pPr>
        <w:jc w:val="right"/>
      </w:pPr>
      <w:r>
        <w:t>ایسے مسلمان تھے، سر پر چوٹی تھے ان کے۔ اور اس طرح کے بہت سارے یعنی وہ کرتے تھے، وہ ہندو کسٹمز تھے ان کے ہاں۔</w:t>
      </w:r>
    </w:p>
    <w:p>
      <w:r>
        <w:rPr>
          <w:b/>
        </w:rPr>
        <w:t xml:space="preserve">[1:22:29] </w:t>
      </w:r>
      <w:r>
        <w:t>to dekha unhon ne, bas kaam shuru kar diya. yeh nahi ke saare ulema akatha karte hain ke bhai dekho, aisa problem hai, hamein ek kaam karna hai aur hum ne ek chilla ki shakal banai hai.</w:t>
      </w:r>
    </w:p>
    <w:p>
      <w:pPr>
        <w:jc w:val="right"/>
      </w:pPr>
      <w:r>
        <w:t>تو دیکھا انہوں نے، بس کام شروع کر دیا۔ یہ نہیں کہ سارے علماء اکٹھا کرتے ہیں کہ بھئی دیکھو، ایسا پرابلم ہے، ہمیں ایک کام کرنا ہے اور ہم نے ایک چلے کی شکل بنائی ہے۔</w:t>
      </w:r>
    </w:p>
    <w:p>
      <w:r>
        <w:rPr>
          <w:b/>
        </w:rPr>
        <w:t xml:space="preserve">[1:22:40] </w:t>
      </w:r>
      <w:r>
        <w:t>jamaatein jayengi, chilla hoga, yeh hoga, woh hoga. kisi se unhon ne akatha kar ke authenticate nahi kiya. us ko</w:t>
      </w:r>
    </w:p>
    <w:p>
      <w:pPr>
        <w:jc w:val="right"/>
      </w:pPr>
      <w:r>
        <w:t>جماعتیں جائیں گی، چلہ ہوگا، یہ ہوگا، وہ ہوگا۔ کسی سے انہوں نے اکٹھا کر کے اتھنٹیکیٹ نہیں کیا۔ اس کو</w:t>
      </w:r>
    </w:p>
    <w:p>
      <w:r>
        <w:rPr>
          <w:b/>
        </w:rPr>
        <w:t xml:space="preserve">[1:22:48] </w:t>
      </w:r>
      <w:r>
        <w:t>apna jo un ka experience tha, us par jo unhon ne ek naqsha banaya tha, us par kaam shuru kar diya unhon ne. aur itna bara kaam ho raha hai. yeh tareeqa hai kaam karna, yeh yeh natural tareeqa hai.</w:t>
      </w:r>
    </w:p>
    <w:p>
      <w:pPr>
        <w:jc w:val="right"/>
      </w:pPr>
      <w:r>
        <w:t>اپنا جو ان کا ایکسپیرینس تھا، اس پر جو انہوں نے ایک نقشہ بنایا تھا، اس پر کام شروع کر دیا انہوں نے۔ اور اتنا بڑا کام ہو رہا ہے۔ یہ طریقہ ہے کام کرنا، یہ یہ نیچرل طریقہ ہے۔</w:t>
      </w:r>
    </w:p>
    <w:p>
      <w:r>
        <w:rPr>
          <w:b/>
        </w:rPr>
        <w:t xml:space="preserve">[1:23:00] </w:t>
      </w:r>
      <w:r>
        <w:t>this question is from mr op sikha: maulana sahib, can one person be religious as well as rational?</w:t>
      </w:r>
    </w:p>
    <w:p>
      <w:pPr>
        <w:jc w:val="right"/>
      </w:pPr>
      <w:r>
        <w:t>دس کوئسچن از فرام مسٹر او پی سکہ: مولانا صاحب، کین ون پرسن بی ریلیجیس ایز ویل ایز ریشنل؟</w:t>
      </w:r>
    </w:p>
    <w:p>
      <w:r>
        <w:rPr>
          <w:b/>
        </w:rPr>
        <w:t xml:space="preserve">[1:23:11] </w:t>
      </w:r>
      <w:r>
        <w:t>please comment.</w:t>
      </w:r>
    </w:p>
    <w:p>
      <w:pPr>
        <w:jc w:val="right"/>
      </w:pPr>
      <w:r>
        <w:t>پلیز کمنٹ۔</w:t>
      </w:r>
    </w:p>
    <w:p>
      <w:r>
        <w:rPr>
          <w:b/>
        </w:rPr>
        <w:t xml:space="preserve">[1:23:14] </w:t>
      </w:r>
      <w:r>
        <w:t>daikhen, mera jo meri jo study hai, islam ke sath doosre jo religion hai, is mein dono mein takrao hai.</w:t>
      </w:r>
    </w:p>
    <w:p>
      <w:pPr>
        <w:jc w:val="right"/>
      </w:pPr>
      <w:r>
        <w:t>دیکھیں، میرا جو میری جو سٹڈی ہے، اسلام کے ساتھ دوسرے جو ریلیجن ہے، اس میں دونوں میں ٹکراؤ ہے۔</w:t>
      </w:r>
    </w:p>
    <w:p>
      <w:r>
        <w:rPr>
          <w:b/>
        </w:rPr>
        <w:t xml:space="preserve">[1:23:23] </w:t>
      </w:r>
      <w:r>
        <w:t>reason aur religion mein dono mein takrao hai kyunke wahan alteration bohat ziyada ho gaya hai. alteration to reason aur religion mein takrao doosre mazhabon mein zaroor hai, islam mein nahin hai.</w:t>
      </w:r>
    </w:p>
    <w:p>
      <w:pPr>
        <w:jc w:val="right"/>
      </w:pPr>
      <w:r>
        <w:t>ریزن اور ریلیجن میں دونوں میں ٹکراؤ ہے کیونکہ وہاں الٹریشن بہت زیادہ ہو گیا ہے۔ الٹریشن تو ریزن اور ریلیجن میں ٹکراؤ دوسرے مذہبوں میں ضرور ہے، اسلام میں نہیں ہے۔</w:t>
      </w:r>
    </w:p>
    <w:p>
      <w:r>
        <w:rPr>
          <w:b/>
        </w:rPr>
        <w:t xml:space="preserve">[1:23:36] </w:t>
      </w:r>
      <w:r>
        <w:t>islam intact hai, apni original shakal mein abhi bhi hai, preserved hai. aur Khuda ne jo bheja tha mazhab, wohi abhi baqi hai.</w:t>
      </w:r>
    </w:p>
    <w:p>
      <w:pPr>
        <w:jc w:val="right"/>
      </w:pPr>
      <w:r>
        <w:t>اسلام انٹیکٹ ہے، اپنی اوریجنل شکل میں ابھی بھی ہے، پریزروڈ ہے۔ اور خدا نے جو بھیجا تھا مذہب، وہی ابھی باقی ہے۔</w:t>
      </w:r>
    </w:p>
    <w:p>
      <w:r>
        <w:rPr>
          <w:b/>
        </w:rPr>
        <w:t xml:space="preserve">[1:23:46] </w:t>
      </w:r>
      <w:r>
        <w:t>is mein reason aur religion alag alag nahin hain. doosre mazhabon mein due to alteration, wahan reason aur religion mein farq ho gaya hai.</w:t>
      </w:r>
    </w:p>
    <w:p>
      <w:pPr>
        <w:jc w:val="right"/>
      </w:pPr>
      <w:r>
        <w:t>اس میں ریزن اور ریلیجن الگ الگ نہیں ہیں۔ دوسرے مذہبوں میں ڈیو ٹو الٹریشن، وہاں ریزن اور ریلیجن میں فرق ہو گیا ہے۔</w:t>
      </w:r>
    </w:p>
    <w:p>
      <w:r>
        <w:rPr>
          <w:b/>
        </w:rPr>
        <w:t xml:space="preserve">[1:23:54] </w:t>
      </w:r>
      <w:r>
        <w:t>main manta hoon is ko, islam mein nahin aisa hai. koi bhi shakhs bataye ke islam mein kaun si baat hai jo reason ke khilaf hai, jabke woh doosre mazhab bata sakta hai.</w:t>
      </w:r>
    </w:p>
    <w:p>
      <w:pPr>
        <w:jc w:val="right"/>
      </w:pPr>
      <w:r>
        <w:t>میں مانتا ہوں اس کو، اسلام میں نہیں ایسا ہے۔ کوئی بھی شخص بتائے کہ اسلام میں کون سی بات ہے جو ریزن کے خلاف ہے، جبکہ وہ دوسرے مذہب بتا سکتا ہوں۔</w:t>
      </w:r>
    </w:p>
    <w:p>
      <w:r>
        <w:rPr>
          <w:b/>
        </w:rPr>
        <w:t xml:space="preserve">[1:24:03] </w:t>
      </w:r>
      <w:r>
        <w:t>main</w:t>
      </w:r>
    </w:p>
    <w:p>
      <w:pPr>
        <w:jc w:val="right"/>
      </w:pPr>
      <w:r>
        <w:t>میں</w:t>
      </w:r>
    </w:p>
    <w:p>
      <w:r>
        <w:rPr>
          <w:b/>
        </w:rPr>
        <w:t xml:space="preserve">[1:24:04] </w:t>
      </w:r>
      <w:r>
        <w:t>jo bhi kahega, main bata sakta hoon ke is mein mazhab reason ke khilaf baat ho hai. islam mein aisi koi baat nahin hai jo reason ke khilaf ho. kyun?</w:t>
      </w:r>
    </w:p>
    <w:p>
      <w:pPr>
        <w:jc w:val="right"/>
      </w:pPr>
      <w:r>
        <w:t>جو بھی کہے گا، میں بتا سکتا ہوں کہ اس میں مذہب ریزن کے خلاف بات ہو ہے۔ اسلام میں ایسی کوئی بات نہیں ہے جو ریزن کے خلاف ہو۔ کیوں؟</w:t>
      </w:r>
    </w:p>
    <w:p>
      <w:r>
        <w:rPr>
          <w:b/>
        </w:rPr>
        <w:t xml:space="preserve">[1:24:13] </w:t>
      </w:r>
      <w:r>
        <w:t>jo Khuda ki taraf se jo revelation aaya tha, woh pehle se aaj bhi preserve hai. to is mein reason se takrao ki koi baat nahin hai.</w:t>
      </w:r>
    </w:p>
    <w:p>
      <w:pPr>
        <w:jc w:val="right"/>
      </w:pPr>
      <w:r>
        <w:t>جو خدا کی طرف سے جو ریولیشن آیا تھا، وہ پہلے سے آج بھی پریزرو ہے۔ تو اس میں ریزن سے ٹکراؤ کی کوئی بات نہیں ہے۔</w:t>
      </w:r>
    </w:p>
    <w:p>
      <w:r>
        <w:rPr>
          <w:b/>
        </w:rPr>
        <w:t xml:space="preserve">[1:24:26] </w:t>
      </w:r>
      <w:r>
        <w:t>das question is from Mr Khalid Ansari</w:t>
      </w:r>
    </w:p>
    <w:p>
      <w:pPr>
        <w:jc w:val="right"/>
      </w:pPr>
      <w:r>
        <w:t>دس کوئسچن از فرام مسٹر خالد انصاری</w:t>
      </w:r>
    </w:p>
    <w:p>
      <w:r>
        <w:rPr>
          <w:b/>
        </w:rPr>
        <w:t xml:space="preserve">[1:24:30] </w:t>
      </w:r>
      <w:r>
        <w:t>according to the majority of current Islamic scholars, prophet of Islam did the last ijtihad with the finality of his prophethood.</w:t>
      </w:r>
    </w:p>
    <w:p>
      <w:pPr>
        <w:jc w:val="right"/>
      </w:pPr>
      <w:r>
        <w:t>: اکارڈنگ ٹو دا میجورٹی اف کرنٹ اسلامک سکالرز، پرافٹ اف اسلام ڈیڈ دا لاسٹ اجتہاد ود دا فائنلٹی اف ہز پرافٹ ہڈ۔</w:t>
      </w:r>
    </w:p>
    <w:p>
      <w:r>
        <w:rPr>
          <w:b/>
        </w:rPr>
        <w:t xml:space="preserve">[1:24:41] </w:t>
      </w:r>
      <w:r>
        <w:t>so there is no need to apply your own thought to suit your situations.</w:t>
      </w:r>
    </w:p>
    <w:p>
      <w:pPr>
        <w:jc w:val="right"/>
      </w:pPr>
      <w:r>
        <w:t>سو دیر از نو نیڈ ٹو اپلائی یور اون تھاٹ ٹو سوٹ یور سچویشنز۔</w:t>
      </w:r>
    </w:p>
    <w:p>
      <w:r>
        <w:rPr>
          <w:b/>
        </w:rPr>
        <w:t xml:space="preserve">[1:24:47] </w:t>
      </w:r>
      <w:r>
        <w:t>also as per their supporting argument, they quote a reference that if anyone brings a new aspect or adds a new dimension to our religion, it will be rejected.</w:t>
      </w:r>
    </w:p>
    <w:p>
      <w:pPr>
        <w:jc w:val="right"/>
      </w:pPr>
      <w:r>
        <w:t>السو ایز پر دیر سپورٹنگ ارگیومنٹ، دے کوٹ ا ریفرنس دیٹ اف اینی ون برنگز ا نیو ایسپیکٹ اور ایڈز ا نیو ڈائمنشن ٹو ار ریلیجن، اٹ ول بی ریجیکٹڈ۔</w:t>
      </w:r>
    </w:p>
    <w:p>
      <w:r>
        <w:rPr>
          <w:b/>
        </w:rPr>
        <w:t xml:space="preserve">[1:25:01] </w:t>
      </w:r>
      <w:r>
        <w:t>could you provide the correct perspective on this issue? nahin, daikhen, yeh to sahi nahin hai. ijtihad ek continuous process ka naam hai.</w:t>
      </w:r>
    </w:p>
    <w:p>
      <w:pPr>
        <w:jc w:val="right"/>
      </w:pPr>
      <w:r>
        <w:t>کڈ یو پرووائیڈ دا کریکٹ پرسپیکٹو ان دس ایشو؟ نہیں، دیکھیں، یہ تو صحیح نہیں ہے۔ اجتہاد ایک کنٹینیوس پراسیس کا نام ہے۔</w:t>
      </w:r>
    </w:p>
    <w:p>
      <w:r>
        <w:rPr>
          <w:b/>
        </w:rPr>
        <w:t xml:space="preserve">[1:25:13] </w:t>
      </w:r>
      <w:r>
        <w:t>Rasool Allah par na khatam hua, na Sahaba par khatam hua, na kisi par khatam ho sakta hai. woh kyunke hadith mein khud aata hai ke in yakun baseeran biz-zamani ke aap ko baseer-e-zamana banna hai,</w:t>
      </w:r>
    </w:p>
    <w:p>
      <w:pPr>
        <w:jc w:val="right"/>
      </w:pPr>
      <w:r>
        <w:t>رسول اللہ پر نہ ختم ہوا، نہ صحابہ پر ختم ہوا، نہ کسی پر ختم ہو سکتا ہے۔ وہ کیونکہ حدیث میں خود آتا ہے کہ ان یکون بصیرا بزمانی کہ آپ کو بصیر زمانہ بننا ہے،</w:t>
      </w:r>
    </w:p>
    <w:p>
      <w:r>
        <w:rPr>
          <w:b/>
        </w:rPr>
        <w:t xml:space="preserve">[1:25:26] </w:t>
      </w:r>
      <w:r>
        <w:t>apne situation ko janna hai, apne age ko janna hai, apne zamane ke halaat ko janna hai. yeh to zamana to khatam nahin ho gaya, woh chal raha hai, chal raha hai, chal raha hai.</w:t>
      </w:r>
    </w:p>
    <w:p>
      <w:pPr>
        <w:jc w:val="right"/>
      </w:pPr>
      <w:r>
        <w:t>اپنے سچویشن کو جاننا ہے، اپنے ایج کو جاننا ہے، اپنے زمانے کے حالات کو جاننا ہے۔ یہ تو زمانہ تو ختم نہیں ہو گیا، وہ چل رہا ہے، چل رہا ہے، چل رہا ہے۔</w:t>
      </w:r>
    </w:p>
    <w:p>
      <w:r>
        <w:rPr>
          <w:b/>
        </w:rPr>
        <w:t xml:space="preserve">[1:25:36] </w:t>
      </w:r>
      <w:r>
        <w:t>to ijtihad ki zaroorat har zamane ke liye hai, har zamane ke liye hai.</w:t>
      </w:r>
    </w:p>
    <w:p>
      <w:pPr>
        <w:jc w:val="right"/>
      </w:pPr>
      <w:r>
        <w:t>تو اجتہاد کی ضرورت ہر زمانے کے لیے ہے، ہر زمانے کے لیے ہے۔</w:t>
      </w:r>
    </w:p>
    <w:p>
      <w:r>
        <w:rPr>
          <w:b/>
        </w:rPr>
        <w:t xml:space="preserve">[1:25:41] </w:t>
      </w:r>
      <w:r>
        <w:t>yeh kabhi bhi yeh process stop nahin ho sakta hai. impossible hai ke yeh process stop ho jaye. jaise misaal ke taur par, main ek baat arz karta hoon ke woh ulama jo traditional ulama hain, woh samajhte hain ke jihad jo hai,</w:t>
      </w:r>
    </w:p>
    <w:p>
      <w:pPr>
        <w:jc w:val="right"/>
      </w:pPr>
      <w:r>
        <w:t>یہ کبھی بھی یہ پراسیس سٹاپ نہیں ہو سکتا ہے۔ امپاسیبل ہے کہ یہ پراسیس سٹاپ ہو جائے۔ جیسے مثال کے طور پر، میں ایک بات عرض کرتا ہوں کہ وہ علماء جو ٹریڈیشنل علماء ہیں، وہ سمجھتے ہیں کہ جہاد جو ہے،</w:t>
      </w:r>
    </w:p>
    <w:p>
      <w:r>
        <w:rPr>
          <w:b/>
        </w:rPr>
        <w:t xml:space="preserve">[1:25:59] </w:t>
      </w:r>
      <w:r>
        <w:t>hamesha jari rahega. yeh samajhte hain woh. to aaj bhi samajhte hain ke jihad karna hai. humein Kashmir mein, Palestine mein, har jagah woh jiha</w:t>
      </w:r>
    </w:p>
    <w:p>
      <w:pPr>
        <w:jc w:val="right"/>
      </w:pPr>
      <w:r>
        <w:t>ہمیشہ جاری رہے گا۔ یہ سمجھتے ہیں وہ۔ تو آج بھی سمجھتے ہیں کہ جہاد کرنا ہے۔ ہمیں کشمیر میں، فلسطین میں، ہر جگہ وہ جہ</w:t>
      </w:r>
    </w:p>
    <w:p>
      <w:r>
        <w:rPr>
          <w:b/>
        </w:rPr>
        <w:t xml:space="preserve">[1:26:08] </w:t>
      </w:r>
      <w:r>
        <w:t>ad kar rahe hain. sab log is ko justify kar rahe hain. koi yeh sab jihad hai. main kahoon ke jihad nahin hai, yeh jihad hi nahin hai.</w:t>
      </w:r>
    </w:p>
    <w:p>
      <w:pPr>
        <w:jc w:val="right"/>
      </w:pPr>
      <w:r>
        <w:t>اد کر رہے ہیں۔ سب لوگ اس کو جسٹیفائی کر رہے ہیں۔ کوئی یہ سب جہاد ہے۔ میں کہوں کہ جہاد نہیں ہے، یہ جہاد ہی نہیں ہے۔</w:t>
      </w:r>
    </w:p>
    <w:p>
      <w:r>
        <w:rPr>
          <w:b/>
        </w:rPr>
        <w:t xml:space="preserve">[1:26:16] </w:t>
      </w:r>
      <w:r>
        <w:t>yeh kyun? daikhen, jihad hota hai kisi result ke liye. result ke liye jihad hota hai. yeh to nahin ke khwamkhwah ladne marne ka naam jihad hai.</w:t>
      </w:r>
    </w:p>
    <w:p>
      <w:pPr>
        <w:jc w:val="right"/>
      </w:pPr>
      <w:r>
        <w:t>یہ کیوں؟ دیکھیں، جہاد ہوتا ہے کسی رزلٹ کے لیے۔ رزلٹ کے لیے جہاد ہوتا ہے۔ یہ تو نہیں کہ خوامخواہ لڑنے مرنے کا نام جہاد ہے۔</w:t>
      </w:r>
    </w:p>
    <w:p>
      <w:r>
        <w:rPr>
          <w:b/>
        </w:rPr>
        <w:t xml:space="preserve">[1:26:28] </w:t>
      </w:r>
      <w:r>
        <w:t>jihad ki ek condition hai. daikhiye, woh condition kya hai?</w:t>
      </w:r>
    </w:p>
    <w:p>
      <w:pPr>
        <w:jc w:val="right"/>
      </w:pPr>
      <w:r>
        <w:t>جہاد کی ایک کنڈیشن ہے۔ دیکھیے، وہ کنڈیشن کیا ہے؟</w:t>
      </w:r>
    </w:p>
    <w:p>
      <w:r>
        <w:rPr>
          <w:b/>
        </w:rPr>
        <w:t xml:space="preserve">[1:26:34] </w:t>
      </w:r>
      <w:r>
        <w:t>jihad mein, jihad in the sense of qital, muqatil aur ghair muqatil ko farq kiya gaya hai. yani you can kill a combatant, but you can't kill a non-combatant.</w:t>
      </w:r>
    </w:p>
    <w:p>
      <w:pPr>
        <w:jc w:val="right"/>
      </w:pPr>
      <w:r>
        <w:t>جہاد میں، جہاد ان دا سینس اف قتال، مقاتل اور غیر مقاتل کو فرق کیا گیا ہے۔ یعنی یو کین کل ا کمبیٹنٹ، بٹ یو کینٹ ناٹ کٹ ا نان کمبیٹنٹ۔</w:t>
      </w:r>
    </w:p>
    <w:p>
      <w:r>
        <w:rPr>
          <w:b/>
        </w:rPr>
        <w:t xml:space="preserve">[1:26:48] </w:t>
      </w:r>
      <w:r>
        <w:t>in Islam, Islam differentiates between combatant and non-combatant. to ab yahi zamana aa gaya hai weapons of mass destruction</w:t>
      </w:r>
    </w:p>
    <w:p>
      <w:pPr>
        <w:jc w:val="right"/>
      </w:pPr>
      <w:r>
        <w:t>ان اسلام، اسلام ڈیفرنشیٹس بٹوین کمبیٹنٹ اینڈ نان کمبیٹنٹ۔ تو اب یہی زمانہ آ گیا ہے ویپنز اف ماس ڈسٹرسٹ</w:t>
      </w:r>
    </w:p>
    <w:p>
      <w:r>
        <w:rPr>
          <w:b/>
        </w:rPr>
        <w:t xml:space="preserve">[1:27:01] </w:t>
      </w:r>
      <w:r>
        <w:t>ka. aap kaise aisi ladai ladenge jis mein non-combatant number hai? impossible hai ke yeh zamana jo ke weapons of non of woh mass destruction ka zamana aa gaya hai ke aap yahan marenge, bomb wahan ka aadmi mar jayega.</w:t>
      </w:r>
    </w:p>
    <w:p>
      <w:pPr>
        <w:jc w:val="right"/>
      </w:pPr>
      <w:r>
        <w:t>کا۔ آپ کیسے ایسی لڑائی لڑیں گے جس میں نان کمبیٹنٹ نمبر ہے؟ امپاسیبل ہے کہ یہ زمانہ جو کہ ویپنز اف نان اف وہ ماس ڈسٹرسٹ کا زمانہ آ گیا ہے کہ آپ یہاں ماریں گے، بم وہاں کا آدمی مر جائے گا۔</w:t>
      </w:r>
    </w:p>
    <w:p>
      <w:r>
        <w:rPr>
          <w:b/>
        </w:rPr>
        <w:t xml:space="preserve">[1:27:18] </w:t>
      </w:r>
      <w:r>
        <w:t>to is ka kahin ke woh us us condition ke sath ladai ladna is zamane mein impossible ho gaya hai. is liye aap jihad kar nahin sakte is sense mein jis sense mein ke aap mante hain jihad ko.</w:t>
      </w:r>
    </w:p>
    <w:p>
      <w:pPr>
        <w:jc w:val="right"/>
      </w:pPr>
      <w:r>
        <w:t>تو اس کا کہیں کہ وہ اس اس کنڈیشن کے ساتھ لڑائی لڑنا اس زمانے میں امپاسیبل ہو گیا ہے۔ اس لیے آپ جہاد کر نہیں سکتے اس سینس میں جس سینس میں کہ آپ مانتے ہیں جہاد کو۔</w:t>
      </w:r>
    </w:p>
    <w:p>
      <w:r>
        <w:rPr>
          <w:b/>
        </w:rPr>
        <w:t xml:space="preserve">[1:27:29] </w:t>
      </w:r>
      <w:r>
        <w:t>ab peaceful jihad hi rahega dunya mein, reveal karega. doosri cheez yeh hai ke ab peaceful act mein, peaceful struggle ke darwaze itne zyada khul gaye hain jo kabhi nahi khule the.</w:t>
      </w:r>
    </w:p>
    <w:p>
      <w:pPr>
        <w:jc w:val="right"/>
      </w:pPr>
      <w:r>
        <w:t>اب پیس فل جہاد ہی رہے گا دنیا میں، ریویل کرے گا۔ دوسری چیز یہ ہے کہ اب پیس فل ایکٹ میں، پیس فل سٹرگل کے دروازے اتنے زیادہ کھل گئے ہیں جو کبھی نہیں کھلے تھے۔</w:t>
      </w:r>
    </w:p>
    <w:p>
      <w:r>
        <w:rPr>
          <w:b/>
        </w:rPr>
        <w:t xml:space="preserve">[1:27:42] </w:t>
      </w:r>
      <w:r>
        <w:t>pehle zamane mein azadi nahi thi, aaj azadi hai. printing press nahi tha, aaj printing press hai. media nahi tha, aaj media hai. communication nahi tha, aaj communication hai.</w:t>
      </w:r>
    </w:p>
    <w:p>
      <w:pPr>
        <w:jc w:val="right"/>
      </w:pPr>
      <w:r>
        <w:t>پہلے زمانے میں آزادی نہیں تھی، آج آزادی ہے۔ پرنٹنگ پریس نہیں تھا، آج پرنٹنگ پریس ہے۔ میڈیا نہیں تھا، آج میڈیا ہے۔ کمیونیکیشن نہیں تھا، آج کمیونیکیشن ہے۔</w:t>
      </w:r>
    </w:p>
    <w:p>
      <w:r>
        <w:rPr>
          <w:b/>
        </w:rPr>
        <w:t xml:space="preserve">[1:27:53] </w:t>
      </w:r>
      <w:r>
        <w:t>free thinking nahi thi, aaj free thinking hai.</w:t>
      </w:r>
    </w:p>
    <w:p>
      <w:pPr>
        <w:jc w:val="right"/>
      </w:pPr>
      <w:r>
        <w:t>فری تھنکنگ نہیں تھی، آج فری تھنکنگ ہے۔</w:t>
      </w:r>
    </w:p>
    <w:p>
      <w:r>
        <w:rPr>
          <w:b/>
        </w:rPr>
        <w:t xml:space="preserve">[1:27:57] </w:t>
      </w:r>
      <w:r>
        <w:t>to ab ladne ki zaroorat hi kya hai? koi ladne ki zaroorat nahi hai. ab mein dekh raha hoon ke armed struggle senseless ban chuki hai kyunke woh condition ko fulfill karna padega aap ko.</w:t>
      </w:r>
    </w:p>
    <w:p>
      <w:pPr>
        <w:jc w:val="right"/>
      </w:pPr>
      <w:r>
        <w:t>تو اب لڑنے کی ضرورت ہی کیا ہے؟ کوئی لڑنے کی ضرورت نہیں ہے۔ اب میں دیکھ رہا ہوں کہ ارمڈ سٹرگل سینس لیس بن چکی ہے کیونکہ وہ کنڈیشن کو فل فل کرنا پڑے گا آپ کو۔</w:t>
      </w:r>
    </w:p>
    <w:p>
      <w:r>
        <w:rPr>
          <w:b/>
        </w:rPr>
        <w:t xml:space="preserve">[1:28:09] </w:t>
      </w:r>
      <w:r>
        <w:t>agar aap kahein ke mujhe ladna hai to aap ko is condition ko fulfill karna padega ke aap non combatant ko nahi maar sakte, sirf combatant ko marenge aap. to kaise aap fulfill karenge?</w:t>
      </w:r>
    </w:p>
    <w:p>
      <w:pPr>
        <w:jc w:val="right"/>
      </w:pPr>
      <w:r>
        <w:t>اگر آپ کہیں کہ مجھے لڑنا ہے تو آپ کو اس کنڈیشن کو فل فل کرنا پڑے گا کہ آپ نان کمبیٹنٹ کو نہیں مار سکتے، صرف کمبیٹنٹ کو ماریں گے آپ۔ تو کیسے آپ فل فل کریں گے؟</w:t>
      </w:r>
    </w:p>
    <w:p>
      <w:r>
        <w:rPr>
          <w:b/>
        </w:rPr>
        <w:t xml:space="preserve">[1:28:20] </w:t>
      </w:r>
      <w:r>
        <w:t>kya talwar se ladenge aap?</w:t>
      </w:r>
    </w:p>
    <w:p>
      <w:pPr>
        <w:jc w:val="right"/>
      </w:pPr>
      <w:r>
        <w:t>کیا تلوار سے لڑیں گے آپ؟</w:t>
      </w:r>
    </w:p>
    <w:p>
      <w:r>
        <w:rPr>
          <w:b/>
        </w:rPr>
        <w:t xml:space="preserve">[1:28:23] </w:t>
      </w:r>
      <w:r>
        <w:t>to ijtihad aaj bhi jaari hai aur ijtihad ki zaroorat hamesha jaari rahegi. aisi bahut sari example mein de sakta hoon ke yeh kehna bilkul galat hai ke ijtihad koi continuous amal nahi hai.</w:t>
      </w:r>
    </w:p>
    <w:p>
      <w:pPr>
        <w:jc w:val="right"/>
      </w:pPr>
      <w:r>
        <w:t>تو اجتہاد آج بھی جاری ہے اور اجتہاد کی ضرورت ہمیشہ جاری رہے گی۔ ایسی بہت ساری ایگزامپل میں دے سکتا ہوں کہ یہ کہنا بالکل غلط ہے کہ اجتہاد کوئی کنٹینیوس عمل نہیں ہے۔</w:t>
      </w:r>
    </w:p>
    <w:p>
      <w:r>
        <w:rPr>
          <w:b/>
        </w:rPr>
        <w:t xml:space="preserve">[1:28:38] </w:t>
      </w:r>
      <w:r>
        <w:t>ek continuous process ka naam hai ijtihad. rasool Allah ne apne zamane mein ijtihad kiya, sahaba ne apne zamane mein ijtihad kiya. aap jante hain, sahaba ke zamane mein ijtihad jaari tha barabar.</w:t>
      </w:r>
    </w:p>
    <w:p>
      <w:pPr>
        <w:jc w:val="right"/>
      </w:pPr>
      <w:r>
        <w:t>ایک کنٹینیوس پراسیس کا نام ہے اجتہاد۔ رسول اللہ نے اپنے زمانے میں اجتہاد کیا، صحابہ نے اپنے زمانے میں اجتہاد کیا۔ آپ جانتے ہیں، صحابہ کے زمانے میں اجتہاد جاری تھا برابر۔</w:t>
      </w:r>
    </w:p>
    <w:p>
      <w:r>
        <w:rPr>
          <w:b/>
        </w:rPr>
        <w:t xml:space="preserve">[1:28:49] </w:t>
      </w:r>
      <w:r>
        <w:t>iski bahut sari misalein hain.</w:t>
      </w:r>
    </w:p>
    <w:p>
      <w:pPr>
        <w:jc w:val="right"/>
      </w:pPr>
      <w:r>
        <w:t>اس کی بہت ساری مثالیں ہیں۔</w:t>
      </w:r>
    </w:p>
    <w:p>
      <w:r>
        <w:rPr>
          <w:b/>
        </w:rPr>
        <w:t xml:space="preserve">[1:28:52] </w:t>
      </w:r>
      <w:r>
        <w:t>to tabieen ke zamane mein ijtihad jaari raha, sab ke zamane mein jaari raha. sahaba rasool Allah par stop hoga, yeh bilkul hi non sense hai yeh kehna.</w:t>
      </w:r>
    </w:p>
    <w:p>
      <w:pPr>
        <w:jc w:val="right"/>
      </w:pPr>
      <w:r>
        <w:t>تو تابعین کے زمانے میں اجتہاد جاری رہا، سب کے زمانے میں جاری رہا۔ صحابہ رسول اللہ پر سٹاپ ہوگا، یہ بالکل ہی نان سینس ہے یہ کہنا۔</w:t>
      </w:r>
    </w:p>
    <w:p>
      <w:r>
        <w:rPr>
          <w:b/>
        </w:rPr>
        <w:t xml:space="preserve">[1:29:02] </w:t>
      </w:r>
      <w:r>
        <w:t>misal ke taur par dekhiye, Hazrat Abu Bakr ke zamane mein Quran ko likha gaya, yani is se pehle tukde tukde hua karta tha.</w:t>
      </w:r>
    </w:p>
    <w:p>
      <w:pPr>
        <w:jc w:val="right"/>
      </w:pPr>
      <w:r>
        <w:t>مثال کے طور پر دیکھیے، حضرت ابوبکر کے زمانے میں قرآن کو لکھا گیا، یعنی اس سے پہلے ٹکڑے ٹکڑے ہوا کرتا تھا۔</w:t>
      </w:r>
    </w:p>
    <w:p>
      <w:r>
        <w:rPr>
          <w:b/>
        </w:rPr>
        <w:t xml:space="preserve">[1:29:13] </w:t>
      </w:r>
      <w:r>
        <w:t>ek ek woh banayi gayi, ek book banayi gayi, book jis ko kehte the rawa. to sab ke paas tukde tukde hua karte the, sab ka tukda laya gaya, kisi ne likha tha ek tukde par, kisi doosre tukde par ikattha kiya gaya aur phir ek ek ek book banayi gayi, ek book jis ko rawa kehte the.</w:t>
      </w:r>
    </w:p>
    <w:p>
      <w:pPr>
        <w:jc w:val="right"/>
      </w:pPr>
      <w:r>
        <w:t>ایک ایک وہ بنائی گئی، ایک بک بنائی گئی، بک جس کو کہتے تھے روا۔ تو سب کے پاس ٹکڑے ٹکڑے ہوا کرتے تھے، سب کا ٹکڑا لایا گیا، کسی نے لکھا تھا ایک ٹکڑے پر، کسی دوسرے ٹکڑے پر اکٹھا کیا گیا اور پھر ایک ایک ایک بک بنائی گئی، ایک بک جس کو روا کہتے تھے۔</w:t>
      </w:r>
    </w:p>
    <w:p>
      <w:r>
        <w:rPr>
          <w:b/>
        </w:rPr>
        <w:t xml:space="preserve">[1:29:31] </w:t>
      </w:r>
      <w:r>
        <w:t>is ke baad kya hua ke Hazrat Abu Bakr ke zamane mein is saare tukdon ko jala diya gaya.</w:t>
      </w:r>
    </w:p>
    <w:p>
      <w:pPr>
        <w:jc w:val="right"/>
      </w:pPr>
      <w:r>
        <w:t>اس کے بعد کیا ہوا کہ حضرت ابوبکر کے زمانے میں اس سارے ٹکڑوں کو جلا دیا گیا۔</w:t>
      </w:r>
    </w:p>
    <w:p>
      <w:r>
        <w:rPr>
          <w:b/>
        </w:rPr>
        <w:t xml:space="preserve">[1:29:37] </w:t>
      </w:r>
      <w:r>
        <w:t>yeh kitna bada ijtihad tha ke Quran ko jalana. aaj to himmat nahi kare koi Quran ko jalane ki. saare tukde jala diye gaye, yeh kaha ijtihad tha.</w:t>
      </w:r>
    </w:p>
    <w:p>
      <w:pPr>
        <w:jc w:val="right"/>
      </w:pPr>
      <w:r>
        <w:t>یہ کتنا بڑا اجتہاد تھا کہ قرآن کو جلانا۔ آج تو ہمت نہیں کرے کوئی قرآن کو جلانے کی۔ سارے ٹکڑے جلا دیے گئے، یہ کہا اجتہاد تھا۔</w:t>
      </w:r>
    </w:p>
    <w:p>
      <w:r>
        <w:rPr>
          <w:b/>
        </w:rPr>
        <w:t xml:space="preserve">[1:29:49] </w:t>
      </w:r>
      <w:r>
        <w:t>yeh rasool Allah ke baad bhi ijtihad kiya gaya. to aisi bahut sari misalein hain. ijtihad ek process hai kyunke hamesha situation hamesha vary karti rehti hai.</w:t>
      </w:r>
    </w:p>
    <w:p>
      <w:pPr>
        <w:jc w:val="right"/>
      </w:pPr>
      <w:r>
        <w:t>یہ رسول اللہ کے بعد بھی اجتہاد کیا گیا۔ تو ایسی بہت ساری مثالیں ہیں۔ اجتہاد ایک پراسیس ہے کیونکہ ہمیشہ سچویشن ہمیشہ ویری کرتی رہتی ہے۔</w:t>
      </w:r>
    </w:p>
    <w:p>
      <w:r>
        <w:rPr>
          <w:b/>
        </w:rPr>
        <w:t xml:space="preserve">[1:30:03] </w:t>
      </w:r>
      <w:r>
        <w:t>ijtihad ka process bhi kabhi band nahi hoga,</w:t>
      </w:r>
    </w:p>
    <w:p>
      <w:pPr>
        <w:jc w:val="right"/>
      </w:pPr>
      <w:r>
        <w:t>اجتہاد کا پراسیس بھی کبھی بند نہیں ہوگا،</w:t>
      </w:r>
    </w:p>
    <w:p>
      <w:r>
        <w:rPr>
          <w:b/>
        </w:rPr>
        <w:t xml:space="preserve">[1:30:05] </w:t>
      </w:r>
      <w:r>
        <w:t>woh chalta rahega. aaj bhi woh band nahi hua, aaj bhi chal raha hai. jaise yeh ijtihad agarche ulama ne nahi kiya, woh karna padega unhein ke aap is zamane mein aap ladai wala jihad nahi kar sakte kyunke is mein aap non combatant ko marenge jo Islam mein haram hai.</w:t>
      </w:r>
    </w:p>
    <w:p>
      <w:pPr>
        <w:jc w:val="right"/>
      </w:pPr>
      <w:r>
        <w:t>وہ چلتا رہے گا۔ آج بھی وہ بند نہیں ہوا، آج بھی چل رہا ہے۔ جیسے یہ اجتہاد اگرچہ علماء نے نہیں کیا، وہ کرنا پڑے گا انہیں کہ آپ اس زمانے میں آپ لڑائی والا جہاد نہیں کر سکتے کیونکہ اس میں آپ نان کمبیٹنٹ کو ماریں گے جو اسلام میں حرام ہے۔</w:t>
      </w:r>
    </w:p>
    <w:p>
      <w:r>
        <w:rPr>
          <w:b/>
        </w:rPr>
        <w:t xml:space="preserve">[1:30:24] </w:t>
      </w:r>
      <w:r>
        <w:t>is liye aap peaceful struggle kijiye. ab peaceful struggle ki rahein itni khul chuki hain, itni khul chuki hain ke Hudaybiyyah, sulah Hudaybiyyah ki baat jitni khuli thi, is se tha time zyada khul chuki hain.</w:t>
      </w:r>
    </w:p>
    <w:p>
      <w:pPr>
        <w:jc w:val="right"/>
      </w:pPr>
      <w:r>
        <w:t>اس لیے آپ پیس فل سٹرگل کیجئے۔ اب پیس فل سٹرگل کی راہیں اتنی کھل چکی ہیں، اتنی کھل چکی ہیں کہ حدیبیہ، صلح حدیبیہ کی بات جتنی کھلی تھی، اس سے تھا ٹائم زیادہ کھل چکی ہیں۔</w:t>
      </w:r>
    </w:p>
    <w:p>
      <w:r>
        <w:rPr>
          <w:b/>
        </w:rPr>
        <w:t xml:space="preserve">[1:30:36] </w:t>
      </w:r>
      <w:r>
        <w:t>to rasool Allah ke zamane mein jo mauqa khule, us par aap ne rok diya ladai ko. is ko sochiye aap ke Hudaybiyyah mein das saal ka peace agreement hua tha, nau nau war agreement hua tha, low war pact hua tha, das saal, ten years ke liye.</w:t>
      </w:r>
    </w:p>
    <w:p>
      <w:pPr>
        <w:jc w:val="right"/>
      </w:pPr>
      <w:r>
        <w:t>تو رسول اللہ کے زمانے میں جو موقع کھلے، اس پر آپ نے روک دیا لڑائی کو۔ اس کو سوچیے آپ کہ حدیبیہ میں دس سال کا پیس ایگریمنٹ ہوا تھا، نو نو وار ایگریمنٹ ہوا تھا، لو وار پیکٹ ہوا تھا، دس سال، ٹین ایئرز کے لیے۔</w:t>
      </w:r>
    </w:p>
    <w:p>
      <w:r>
        <w:rPr>
          <w:b/>
        </w:rPr>
        <w:t xml:space="preserve">[1:30:55] </w:t>
      </w:r>
      <w:r>
        <w:t>yeh das saal ke liye rasool Allah sallallahu alaihi wasallam ne apne ko woh kar liya ke hum ladai nahi ladenge. kyun?</w:t>
      </w:r>
    </w:p>
    <w:p>
      <w:pPr>
        <w:jc w:val="right"/>
      </w:pPr>
      <w:r>
        <w:t>یہ دس سال کے لیے رسول اللہ صلی اللہ علیہ وسلم نے اپنے کو وہ کر لیا کہ ہم لڑائی نہیں لڑیں گے۔ کیوں؟</w:t>
      </w:r>
    </w:p>
    <w:p>
      <w:r>
        <w:rPr>
          <w:b/>
        </w:rPr>
        <w:t xml:space="preserve">[1:31:04] </w:t>
      </w:r>
      <w:r>
        <w:t>peaceful da'wah work ke raaste khul gaye. is liye aaj to peaceful da'wah work ke raaste tha time zyada khul chuke hain.</w:t>
      </w:r>
    </w:p>
    <w:p>
      <w:pPr>
        <w:jc w:val="right"/>
      </w:pPr>
      <w:r>
        <w:t>پیس فل داؤ ورک کے راستے کھل گئے۔ اس لیے آج تو پیس فل داؤ ورک کے راستے تھا ٹائم زیادہ کھل چکے ہیں۔</w:t>
      </w:r>
    </w:p>
    <w:p>
      <w:r>
        <w:rPr>
          <w:b/>
        </w:rPr>
        <w:t xml:space="preserve">[1:31:14] </w:t>
      </w:r>
      <w:r>
        <w:t>to ab universal Hudaybiyyah ho chuki hai. ab hum jee rahe hain ek aise zamane mein jab ke universal Hudaybiyyah ho chuki hai.</w:t>
      </w:r>
    </w:p>
    <w:p>
      <w:pPr>
        <w:jc w:val="right"/>
      </w:pPr>
      <w:r>
        <w:t>تو اب یونیورسل حدیبیہ ہو چکی ہے۔ اب ہم جی رہے ہیں ایک ایسے زمانے میں جب کہ یونیورسل حدیبیہ ہو چکی ہے۔</w:t>
      </w:r>
    </w:p>
    <w:p>
      <w:r>
        <w:rPr>
          <w:b/>
        </w:rPr>
        <w:t xml:space="preserve">[1:31:23] </w:t>
      </w:r>
      <w:r>
        <w:t>to kis liye? rasool Allah ne das saal ke liye band kiya tha. ab to mustaqil band kar dijiye aap ladai ko kyunke universal Hudaybiyyah ho chuki hai.</w:t>
      </w:r>
    </w:p>
    <w:p>
      <w:pPr>
        <w:jc w:val="right"/>
      </w:pPr>
      <w:r>
        <w:t>تو کس لیے؟ رسول اللہ نے دس سال کے لیے بند کیا تھا۔ اب تو مستقل بند کر دیجئے آپ لڑائی کو کیونکہ یونیورسل حدیبیہ ہو چکی ہے۔</w:t>
      </w:r>
    </w:p>
    <w:p>
      <w:r>
        <w:rPr>
          <w:b/>
        </w:rPr>
        <w:t xml:space="preserve">[1:31:32] </w:t>
      </w:r>
      <w:r>
        <w:t>khoob da'wah hai kaam kijiye, khoob kijiye. abhi mujhe jo bataya qissa mein ne saara kaha, saare Hindu aakar kehte hain ke hamein kitab do, hamein kitab do, Quran do, hamein Islami kitab do, hum janna chahte hain ke Islam kya hai.</w:t>
      </w:r>
    </w:p>
    <w:p>
      <w:pPr>
        <w:jc w:val="right"/>
      </w:pPr>
      <w:r>
        <w:t>خوب دعوت ہے کام کیجئے، خوب کیجئے۔ ابھی مجھے جو بتایا قصہ میں نے سارا کہا، سارے ہندو آ کر کہتے ہیں کہ ہمیں کتاب دو، ہمیں کتاب دو، قرآن دو، ہمیں اسلامی کتاب دو، ہم جاننا چاہتے ہیں کہ اسلام کیا ہے۔</w:t>
      </w:r>
    </w:p>
    <w:p>
      <w:r>
        <w:rPr>
          <w:b/>
        </w:rPr>
        <w:t xml:space="preserve">[1:31:46] </w:t>
      </w:r>
      <w:r>
        <w:t>yeh bataiye, khud da'wah jo hai, aap se aakar mang raha hai ke hamein kitabein do. to ladein kis liye? aap kis liye ladenge? bhai, aap kis liye ladenge?</w:t>
      </w:r>
    </w:p>
    <w:p>
      <w:pPr>
        <w:jc w:val="right"/>
      </w:pPr>
      <w:r>
        <w:t>یہ بتائیے، خود مدعو جو ہے، آپ سے آ کر مانگ رہا ہے کہ ہمیں کتابیں دو۔ تو لڑیں کس لیے؟ آپ کس لیے لڑیں گے؟ بھئی، آپ کس لیے لڑیں گے؟</w:t>
      </w:r>
    </w:p>
    <w:p>
      <w:r>
        <w:rPr>
          <w:b/>
        </w:rPr>
        <w:t xml:space="preserve">[1:31:55] </w:t>
      </w:r>
      <w:r>
        <w:t>aap bataiye, kis liye gardanein kaatein ge?</w:t>
      </w:r>
    </w:p>
    <w:p>
      <w:pPr>
        <w:jc w:val="right"/>
      </w:pPr>
      <w:r>
        <w:t>آپ بتائیے، کس لیے گردنیں کاٹیں گے؟</w:t>
      </w:r>
    </w:p>
    <w:p>
      <w:r>
        <w:rPr>
          <w:b/>
        </w:rPr>
        <w:t xml:space="preserve">[1:32:00] </w:t>
      </w:r>
      <w:r>
        <w:t>to ijtihad ek aisa process hai jo kabhi band nahin ho sakta. band karein ge to is degradation aa jayega.</w:t>
      </w:r>
    </w:p>
    <w:p>
      <w:pPr>
        <w:jc w:val="right"/>
      </w:pPr>
      <w:r>
        <w:t>تو اجتہاد ایک ایسا پراسیس ہے جو کبھی بند نہیں ہو سکتا۔ بند کریں گے تو اس ڈیگریشن آ جائے گا۔</w:t>
      </w:r>
    </w:p>
    <w:p>
      <w:r>
        <w:rPr>
          <w:b/>
        </w:rPr>
        <w:t xml:space="preserve">[1:32:09] </w:t>
      </w:r>
      <w:r>
        <w:t>das question is from Maulana Zikwan Nadvi: what is the minus point of over confidence?</w:t>
      </w:r>
    </w:p>
    <w:p>
      <w:pPr>
        <w:jc w:val="right"/>
      </w:pPr>
      <w:r>
        <w:t>دس کوئسچن از فرام مولانا زکوان ندوی: واٹ از دا مائنس پوائنٹ اف اوور کانفیڈنس؟</w:t>
      </w:r>
    </w:p>
    <w:p>
      <w:r>
        <w:rPr>
          <w:b/>
        </w:rPr>
        <w:t xml:space="preserve">[1:32:19] </w:t>
      </w:r>
      <w:r>
        <w:t>dekhiye, maine ek martaba kisi ke idare pe likha tha ke confidence is good, but over confidence is equally bad.</w:t>
      </w:r>
    </w:p>
    <w:p>
      <w:pPr>
        <w:jc w:val="right"/>
      </w:pPr>
      <w:r>
        <w:t>دیکھیے، میں نے ایک مرتبہ کسی کے ادارے پہ لکھا تھا کہ کانفیڈنس از گڈ، بٹ اوور کانفیڈنس از ایکولی بیڈ۔</w:t>
      </w:r>
    </w:p>
    <w:p>
      <w:r>
        <w:rPr>
          <w:b/>
        </w:rPr>
        <w:t xml:space="preserve">[1:32:33] </w:t>
      </w:r>
      <w:r>
        <w:t>confidence is good, but over confidence is equally bad. main samajhta hoon, maine apni zindagi mein bohat se aise log dekhe hain jo over confidence mein parre, woh kabhi bhi sachai ko discover nahin kar paate.</w:t>
      </w:r>
    </w:p>
    <w:p>
      <w:pPr>
        <w:jc w:val="right"/>
      </w:pPr>
      <w:r>
        <w:t>کانفیڈنس از گڈ، بٹ اوور کانفیڈنس از ایکولی بیڈ۔ میں سمجھتا ہوں، میں نے اپنی زندگی میں بہت سے ایسے لوگ دیکھے ہیں جو اوور کانفیڈنس میں پڑے، وہ کبھی بھی سچائی کو ڈسکور نہیں کر پاتے۔</w:t>
      </w:r>
    </w:p>
    <w:p>
      <w:r>
        <w:rPr>
          <w:b/>
        </w:rPr>
        <w:t xml:space="preserve">[1:32:46] </w:t>
      </w:r>
      <w:r>
        <w:t>aise log kyun? woh samajhte hain ke bas hum ko sab aata hai, hum sab kuch jaante hain, to sunne ko tayyar nahin hote.</w:t>
      </w:r>
    </w:p>
    <w:p>
      <w:pPr>
        <w:jc w:val="right"/>
      </w:pPr>
      <w:r>
        <w:t>ایسے لوگ کیوں؟ وہ سمجھتے ہیں کہ بس ہم کو سب آتا ہے، ہم سب کچھ جانتے ہیں، تو سننے کو تیار نہیں ہوتے۔</w:t>
      </w:r>
    </w:p>
    <w:p>
      <w:r>
        <w:rPr>
          <w:b/>
        </w:rPr>
        <w:t xml:space="preserve">[1:32:56] </w:t>
      </w:r>
      <w:r>
        <w:t>jo aadmi over confident ho, main ho, woh appreciate nahin kar payega doosre ki</w:t>
      </w:r>
    </w:p>
    <w:p>
      <w:pPr>
        <w:jc w:val="right"/>
      </w:pPr>
      <w:r>
        <w:t>جو آدمی اوور کانفیڈنس ہو، میں ہو، وہ اپریشیٹ نہیں کر پائے گا دوسرے کی</w:t>
      </w:r>
    </w:p>
    <w:p>
      <w:r>
        <w:rPr>
          <w:b/>
        </w:rPr>
        <w:t xml:space="preserve">[1:33:01] </w:t>
      </w:r>
      <w:r>
        <w:t>baat ko. I was wrong, yeh keh nahin payega. woh is ke mind ke bahar bohat si baatein hongi, lekin us ko apne mind ka part nahin bana payega. woh kyun?</w:t>
      </w:r>
    </w:p>
    <w:p>
      <w:pPr>
        <w:jc w:val="right"/>
      </w:pPr>
      <w:r>
        <w:t>بات کو۔ آئی واز رونگ، یہ کہہ نہیں پائے گا۔ وہ اس کے مائنڈ کے باہر بہت سی باتیں ہوں گی، لیکن اس کو اپنے مائنڈ کا پارٹ نہیں بنا پائے گا۔ وہ کیوں؟</w:t>
      </w:r>
    </w:p>
    <w:p>
      <w:r>
        <w:rPr>
          <w:b/>
        </w:rPr>
        <w:t xml:space="preserve">[1:33:10] </w:t>
      </w:r>
      <w:r>
        <w:t>over confidence ki wajah se. hamare ek ek saathi ne bataya ke woh Dilli mein kahin gaye, yeh kitabein le kar ke, risale le kar ke, to wahan ghar walon ne kaha: "humein is ki zaroorat nahin hai, hum sab Islam jaante hain." to kaise?</w:t>
      </w:r>
    </w:p>
    <w:p>
      <w:pPr>
        <w:jc w:val="right"/>
      </w:pPr>
      <w:r>
        <w:t>اوور کانفیڈنس کی وجہ سے۔ ہمارے ایک ایک ساتھی نے بتایا کہ وہ دلی میں کہیں گئے، یہ کتابیں لے کر کے، رسالہ لے کر کے، تو وہاں گھر والوں نے کہا: "ہمیں اس کی ضرورت نہیں ہے، ہم سب اسلام جانتے ہیں۔" تو کیسے؟</w:t>
      </w:r>
    </w:p>
    <w:p>
      <w:r>
        <w:rPr>
          <w:b/>
        </w:rPr>
        <w:t xml:space="preserve">[1:33:26] </w:t>
      </w:r>
      <w:r>
        <w:t>hum QTV sunte hain.</w:t>
      </w:r>
    </w:p>
    <w:p>
      <w:pPr>
        <w:jc w:val="right"/>
      </w:pPr>
      <w:r>
        <w:t>ہم کیو ٹی وی سنتے ہیں۔</w:t>
      </w:r>
    </w:p>
    <w:p>
      <w:r>
        <w:rPr>
          <w:b/>
        </w:rPr>
        <w:t xml:space="preserve">[1:33:29] </w:t>
      </w:r>
      <w:r>
        <w:t>maine isi ke baad, maine QCTV do do mahine tak suna. QCTV ko sirf form ko batata hai, QCTV bas aur kuch nahin. form kaise kapra pehnein, kaise chalein, kaise khana khayein, kaise namaz padhein.</w:t>
      </w:r>
    </w:p>
    <w:p>
      <w:pPr>
        <w:jc w:val="right"/>
      </w:pPr>
      <w:r>
        <w:t>میں نے اسی کے بعد، میں نے کیو سی دو دو مہینے تک سنا۔ کیو ٹی وی کو صرف فارم کو بتاتا ہے، کیو ٹی وی بس اور کچھ نہیں۔ فارم کیسے کپڑا پہنیں، کیسے چلیں، کیسے کھانا کھائیں، کیسے نماز پڑھیں۔</w:t>
      </w:r>
    </w:p>
    <w:p>
      <w:r>
        <w:rPr>
          <w:b/>
        </w:rPr>
        <w:t xml:space="preserve">[1:33:44] </w:t>
      </w:r>
      <w:r>
        <w:t>form to form ko jaan kar samajh liya unhone ke main sab kuch jaan liya. maine that was kaisa over confidence.</w:t>
      </w:r>
    </w:p>
    <w:p>
      <w:pPr>
        <w:jc w:val="right"/>
      </w:pPr>
      <w:r>
        <w:t>فارم تو فارم کو جان کر سمجھ لیا انہوں نے کہ میں سب کچھ جان لیا۔ میں نے دیٹ واز کیسا اوور کانفیڈنس۔</w:t>
      </w:r>
    </w:p>
    <w:p>
      <w:r>
        <w:rPr>
          <w:b/>
        </w:rPr>
        <w:t xml:space="preserve">[1:33:54] </w:t>
      </w:r>
      <w:r>
        <w:t>to over confidence, maine dekha, bohat hi zyada yaani disastrous cheez hai kisi kisi bhi insaan ke liye, chahe aap qalqa ho ya ya jahil ho.</w:t>
      </w:r>
    </w:p>
    <w:p>
      <w:pPr>
        <w:jc w:val="right"/>
      </w:pPr>
      <w:r>
        <w:t>تو اوور کانفیڈنس، میں نے دیکھا، بہت ہی زیادہ یعنی ڈساسرس چیز ہے کسی کسی بھی انسان کے لیے، چاہے آپ قالقہ ہو یا یا جاہل ہو۔</w:t>
      </w:r>
    </w:p>
    <w:p>
      <w:r>
        <w:rPr>
          <w:b/>
        </w:rPr>
        <w:t xml:space="preserve">[1:34:04] </w:t>
      </w:r>
      <w:r>
        <w:t>kyun ke over confidence aane ke baad kya hota hai? aap samajhte hain ke main to sab kuch jaan liya, maine aur mujhe kya seekhna hai? haalankeh universe of universe of knowledge, knowledge jo hai, bohat badi hai.</w:t>
      </w:r>
    </w:p>
    <w:p>
      <w:pPr>
        <w:jc w:val="right"/>
      </w:pPr>
      <w:r>
        <w:t>کیونکہ اوور کانفیڈنس آنے کے بعد کیا ہوتا ہے؟ آپ سمجھتے ہیں کہ میں تو سب کچھ جان لیا، میں نے اور مجھے کیا سیکھنا ہے؟ حالانکہ یونیورس اف یونیورس اف نالج، نالج جو ہے، بہت بڑی ہے۔</w:t>
      </w:r>
    </w:p>
    <w:p>
      <w:r>
        <w:rPr>
          <w:b/>
        </w:rPr>
        <w:t xml:space="preserve">[1:34:17] </w:t>
      </w:r>
      <w:r>
        <w:t>universe of knowledge bohat badi hai.</w:t>
      </w:r>
    </w:p>
    <w:p>
      <w:pPr>
        <w:jc w:val="right"/>
      </w:pPr>
      <w:r>
        <w:t>یونیورس اف نالج بہت بڑی ہے۔</w:t>
      </w:r>
    </w:p>
    <w:p>
      <w:r>
        <w:rPr>
          <w:b/>
        </w:rPr>
        <w:t xml:space="preserve">[1:34:19] </w:t>
      </w:r>
      <w:r>
        <w:t>Newton ne kaha tha ke main kisi ne poocha Newton se ke tum ne bohat study ki hai, bohat jaana hai, batao apne bare mein.</w:t>
      </w:r>
    </w:p>
    <w:p>
      <w:pPr>
        <w:jc w:val="right"/>
      </w:pPr>
      <w:r>
        <w:t>نیوٹن نے کہا تھا کہ میں کسی نے پوچھا نیوٹن سے کہ تم نے بہت اسٹڈی کی ہے، بہت جانا ہے، بتاؤ اپنے بارے میں۔</w:t>
      </w:r>
    </w:p>
    <w:p>
      <w:r>
        <w:rPr>
          <w:b/>
        </w:rPr>
        <w:t xml:space="preserve">[1:34:29] </w:t>
      </w:r>
      <w:r>
        <w:t>to unhon ne kaha ke main is bachche ki maanind hoon jo samundar ke kinare woh ghogha sameit raha hai.</w:t>
      </w:r>
    </w:p>
    <w:p>
      <w:pPr>
        <w:jc w:val="right"/>
      </w:pPr>
      <w:r>
        <w:t>تو انہوں نے کہا کہ میں اس بچے کی مانند ہوں جو سمندر کے کنارے وہ گھوگھا سمیٹ رہا ہے۔</w:t>
      </w:r>
    </w:p>
    <w:p>
      <w:r>
        <w:rPr>
          <w:b/>
        </w:rPr>
        <w:t xml:space="preserve">[1:34:38] </w:t>
      </w:r>
      <w:r>
        <w:t>yaani universe of knowledge jo hai, bohat hi badi hai. to over confidence aap ko rok deta hai ke aap aur seekhein, aur seekhein, aur seekhein.</w:t>
      </w:r>
    </w:p>
    <w:p>
      <w:pPr>
        <w:jc w:val="right"/>
      </w:pPr>
      <w:r>
        <w:t>یعنی یونیورس اف نالج جو ہے، بہت ہی بڑی ہے۔ تو اوور کانفیڈنس آپ کو روک دیتا ہے کہ آپ اور سیکھیں، اور سیکھیں، اور سیکھیں۔</w:t>
      </w:r>
    </w:p>
    <w:p>
      <w:r>
        <w:rPr>
          <w:b/>
        </w:rPr>
        <w:t xml:space="preserve">[1:34:46] </w:t>
      </w:r>
      <w:r>
        <w:t>to learning process jo hai, woh hamesha chalna chahiye. isi liye main samajh paya hoon ke sab se badi cheez hai modesty, sab se buri cheez hai arrogance, sab se buri achhi cheez hai modesty.</w:t>
      </w:r>
    </w:p>
    <w:p>
      <w:pPr>
        <w:jc w:val="right"/>
      </w:pPr>
      <w:r>
        <w:t>تو لرننگ پراسیس جو ہے، وہ ہمیشہ چلنا چاہیے۔ اسی لیے میں سمجھ پایا ہوں کہ سب سے بڑی چیز ہے ماڈیسٹی، سب سے بری چیز ہے اروگنس، سب سے بری اچھی چیز ہے ماڈیسٹی۔</w:t>
      </w:r>
    </w:p>
    <w:p>
      <w:r>
        <w:rPr>
          <w:b/>
        </w:rPr>
        <w:t xml:space="preserve">[1:35:01] </w:t>
      </w:r>
      <w:r>
        <w:t>yeh mera apna experience hai ke kisi insaan ki zindagi mein sab se buri cheez hai arrogance, aur sab se buri bhali cheez hai modest.</w:t>
      </w:r>
    </w:p>
    <w:p>
      <w:pPr>
        <w:jc w:val="right"/>
      </w:pPr>
      <w:r>
        <w:t>یہ میرا اپنا ایکسپیرینس ہے کہ کسی انسان کی زندگی میں سب سے بری چیز ہے اروگنس، اور سب سے بری بھلی چیز ہے ماڈیسٹ۔</w:t>
      </w:r>
    </w:p>
    <w:p>
      <w:r>
        <w:rPr>
          <w:b/>
        </w:rPr>
        <w:t xml:space="preserve">[1:35:11] </w:t>
      </w:r>
      <w:r>
        <w:t>modesty, modesty hogi to aap ka learning process chalta rahega, chalta rahega.</w:t>
      </w:r>
    </w:p>
    <w:p>
      <w:pPr>
        <w:jc w:val="right"/>
      </w:pPr>
      <w:r>
        <w:t>ماڈیسٹی، ماڈیسٹی ہوگی تو آپ کا لرننگ پراسیس چلتا رہے گا، چلتا رہے گا۔</w:t>
      </w:r>
    </w:p>
    <w:p>
      <w:r>
        <w:rPr>
          <w:b/>
        </w:rPr>
        <w:t xml:space="preserve">[1:35:16] </w:t>
      </w:r>
      <w:r>
        <w:t>arrogance aage aa gaya to learning process ruk jayega. das question is from Dr. Fareeda Khanam: what is the reason for Muslim stagnation all over the world, even at places where they possess political power?</w:t>
      </w:r>
    </w:p>
    <w:p>
      <w:pPr>
        <w:jc w:val="right"/>
      </w:pPr>
      <w:r>
        <w:t>اروگنس آگے آگیا تو لرننگ پراسیس رک جائے گا۔ دس کوئسچن از فرام ڈاکٹر فریدہ خانم: واٹ از دا ریزن فار مسلم سٹیگنیشن ال اوور دا ورلڈ، ایون ایٹ پلیسز ویئر دے پوزیس پولیٹیکل پاور؟</w:t>
      </w:r>
    </w:p>
    <w:p>
      <w:r>
        <w:rPr>
          <w:b/>
        </w:rPr>
        <w:t xml:space="preserve">[1:35:37] </w:t>
      </w:r>
      <w:r>
        <w:t>yeh bohat hi mushkil sawal hai,</w:t>
      </w:r>
    </w:p>
    <w:p>
      <w:pPr>
        <w:jc w:val="right"/>
      </w:pPr>
      <w:r>
        <w:t>یہ بہت ہی مشکل سوال ہے،</w:t>
      </w:r>
    </w:p>
    <w:p>
      <w:r>
        <w:rPr>
          <w:b/>
        </w:rPr>
        <w:t xml:space="preserve">[1:35:43] </w:t>
      </w:r>
      <w:r>
        <w:t>lekin meri jo finding hai, woh to yeh hai ke yeh aayi colonialism, colonialism ke baad, no abadiyati daur ke baad.</w:t>
      </w:r>
    </w:p>
    <w:p>
      <w:pPr>
        <w:jc w:val="right"/>
      </w:pPr>
      <w:r>
        <w:t>لیکن میری جو فائنڈنگ ہے، وہ تو یہ ہے کہ یہ آئی ہے کلونیلزم، کلونیلزم کے بعد، نو آبادیاتی دور کے بعد۔</w:t>
      </w:r>
    </w:p>
    <w:p>
      <w:r>
        <w:rPr>
          <w:b/>
        </w:rPr>
        <w:t xml:space="preserve">[1:35:54] </w:t>
      </w:r>
      <w:r>
        <w:t>yaani western powers jo Asia aur Africa mein dakhil hue hain, unhon ne Muslim empire ko khatam kar diya aur musalmanon ko, musalmanon ki civilization khatam kar di.</w:t>
      </w:r>
    </w:p>
    <w:p>
      <w:pPr>
        <w:jc w:val="right"/>
      </w:pPr>
      <w:r>
        <w:t>یعنی ویسٹرن پاورز جو ایشیا اور افریقہ میں داخل ہوئے ہیں، انہوں نے مسلم ایمپائر کو ختم کر دیا اور مسلمانوں کو، مسلمانوں کی سویلائزیشن ختم کر دی۔</w:t>
      </w:r>
    </w:p>
    <w:p>
      <w:r>
        <w:rPr>
          <w:b/>
        </w:rPr>
        <w:t xml:space="preserve">[1:36:12] </w:t>
      </w:r>
      <w:r>
        <w:t>to saare musalman negative soch mein pad gaye, abhi bhi negativity mein jee rahe hain. Musalman nafrat, nafrat, nafrat, nafrat har taraf. To nafrat se hi stagnation aata hai, kyunke jahan nafrat hogi to wahan soch sochen ge.</w:t>
      </w:r>
    </w:p>
    <w:p>
      <w:pPr>
        <w:jc w:val="right"/>
      </w:pPr>
      <w:r>
        <w:t>تو سارے مسلمان نیگیٹیو سوچ میں پڑ گئے، ابھی بھی نیگیٹیوٹی میں جی رہے ہیں۔ مسلمان نفرت، نفرت، نفرت، نفرت ہر طرف۔ تو نفرت سے ہی سٹیگنیشن آتا ہے، کیونکہ جہاں نفرت ہوگی تو وہاں سوچ سوچیں گے۔</w:t>
      </w:r>
    </w:p>
    <w:p>
      <w:r>
        <w:rPr>
          <w:b/>
        </w:rPr>
        <w:t xml:space="preserve">[1:36:28] </w:t>
      </w:r>
      <w:r>
        <w:t>kya aap ek hi soch rahe gi ke yeh sab kharab, yeh sab kharab hain, sab kharab hain, sab kharab hain? Positive soch jab tak nahi hogi, tab tak stagnation nahi toot sakta hai.</w:t>
      </w:r>
    </w:p>
    <w:p>
      <w:pPr>
        <w:jc w:val="right"/>
      </w:pPr>
      <w:r>
        <w:t>کیا آپ ایک ہی سوچ رہے گی کہ یہ سب خراب، یہ سب خراب ہیں، سب خراب ہیں، سب خراب ہیں؟ پازیٹیو سوچ جب تک نہیں ہوگی، تب تک اسٹیگنیشن نہیں ٹوٹ سکتا ہے۔</w:t>
      </w:r>
    </w:p>
    <w:p>
      <w:r>
        <w:rPr>
          <w:b/>
        </w:rPr>
        <w:t xml:space="preserve">[1:36:41] </w:t>
      </w:r>
      <w:r>
        <w:t>isi liye main bohat zyada is par zor deta hoon ke saare insaanon se mohabbat karna seekhein, hum log negativity ko khatam karna seekhein. Jab tak negativity khatam nahi hogi, tab tak creativity nahi aayegi, positive thinking nahi aayegi, aur ijtihad nahi aayega.</w:t>
      </w:r>
    </w:p>
    <w:p>
      <w:pPr>
        <w:jc w:val="right"/>
      </w:pPr>
      <w:r>
        <w:t>اسی لیے میں بہت زیادہ اس پر زور دیتا ہوں کہ سارے انسانوں سے محبت کرنا سیکھیں، ہم لوگ نیگیٹیوٹی کو ختم کرنا سیکھیں۔ جب تک نیگیٹیوٹی ختم نہیں ہوگی، تب تک کریٹیوٹی نہیں آئے گی، پازیٹیو تھنکنگ نہیں آئے گی، اور اجتہاد نہیں آئے گا۔</w:t>
      </w:r>
    </w:p>
    <w:p>
      <w:r>
        <w:rPr>
          <w:b/>
        </w:rPr>
        <w:t xml:space="preserve">[1:36:58] </w:t>
      </w:r>
      <w:r>
        <w:t>to jar ki baat hai, main dekhein negativity aur negativity aayi hai is waqt se jab se ke western logon se aap ne nafrat karna seekha.</w:t>
      </w:r>
    </w:p>
    <w:p>
      <w:pPr>
        <w:jc w:val="right"/>
      </w:pPr>
      <w:r>
        <w:t>تو جڑ کی بات ہے، میں دیکھیں نیگیٹیوٹی اور نیگیٹیوٹی آئی ہے اس وقت سے جب سے کہ ویسٹرن لوگوں سے آپ نے نفرت کرنا سیکھا۔</w:t>
      </w:r>
    </w:p>
    <w:p>
      <w:r>
        <w:rPr>
          <w:b/>
        </w:rPr>
        <w:t xml:space="preserve">[1:37:08] </w:t>
      </w:r>
      <w:r>
        <w:t>abhi aaj hi ke paper mein khabar thi ke woh aadmi mar gaya, jo Samuel Huntington, aaj hi ke paperon mein tha ke uska death ho gaya.</w:t>
      </w:r>
    </w:p>
    <w:p>
      <w:pPr>
        <w:jc w:val="right"/>
      </w:pPr>
      <w:r>
        <w:t>ابھی آج ہی کے پیپر میں خبر تھی کہ وہ آدمی مر گیا، جو سمبول ہنٹنگٹن، آج ہی کے پیپروں میں تھا کہ اس کا ڈیتھ ہو گئی۔</w:t>
      </w:r>
    </w:p>
    <w:p>
      <w:r>
        <w:rPr>
          <w:b/>
        </w:rPr>
        <w:t xml:space="preserve">[1:37:17] </w:t>
      </w:r>
      <w:r>
        <w:t>us ne kitaab likhi hai, moti si "Clash of Civilizations". Yeh kya hai? Yeh isi ka reflection hai.</w:t>
      </w:r>
    </w:p>
    <w:p>
      <w:pPr>
        <w:jc w:val="right"/>
      </w:pPr>
      <w:r>
        <w:t>اس نے کتاب لکھی ہے، موٹی سی "کلیش اف سویلائزیشنز"۔ یہ کیا ہے؟ یہ اسی کا ریفلیکشن ہے۔</w:t>
      </w:r>
    </w:p>
    <w:p>
      <w:r>
        <w:rPr>
          <w:b/>
        </w:rPr>
        <w:t xml:space="preserve">[1:37:27] </w:t>
      </w:r>
      <w:r>
        <w:t>main ne is ko parha to main ne kaha ke is ka title hi galat hai, yeh to "Clash of Interest" ko is ne "Clash of Civilization" bana diya.</w:t>
      </w:r>
    </w:p>
    <w:p>
      <w:pPr>
        <w:jc w:val="right"/>
      </w:pPr>
      <w:r>
        <w:t>میں نے اس کو پڑھا تو میں نے کہا کہ اس کا ٹائٹل ہی غلط ہے، یہ تو "کلیش اف انٹرسٹ" کو اس نے "کلیش اف سویلائزیشن" بنا دیا۔</w:t>
      </w:r>
    </w:p>
    <w:p>
      <w:r>
        <w:rPr>
          <w:b/>
        </w:rPr>
        <w:t xml:space="preserve">[1:37:35] </w:t>
      </w:r>
      <w:r>
        <w:t>is waqt jo musalmanon mein aur doosron mein, basically musalmanon mein aur doosron mein jo takrao hai, is ko is ne samajh liya ke civilization ka takrao yeh hai.</w:t>
      </w:r>
    </w:p>
    <w:p>
      <w:pPr>
        <w:jc w:val="right"/>
      </w:pPr>
      <w:r>
        <w:t>اس وقت جو مسلمانوں میں اور دوسروں میں، بیسیکلی مسلمانوں میں اور دوسروں میں جو ٹکراؤ ہے، اس کو اس نے سمجھ لیا کہ سویلائزیشن کا ٹکراؤ یہ ہے۔</w:t>
      </w:r>
    </w:p>
    <w:p>
      <w:r>
        <w:rPr>
          <w:b/>
        </w:rPr>
        <w:t xml:space="preserve">[1:37:45] </w:t>
      </w:r>
      <w:r>
        <w:t>kuch nahi, blend ka jhagda hai, political power ka jhagda hai, bas is ka is civilization se kehta hai log. Is ka to itna zyada popular hui, yeh kitaab duniya mein parhi gayi har jagah, lekin is ka title hi galat hai.</w:t>
      </w:r>
    </w:p>
    <w:p>
      <w:pPr>
        <w:jc w:val="right"/>
      </w:pPr>
      <w:r>
        <w:t>کچھ نہیں، بلینڈ کا جھگڑا ہے، پولیٹیکل پاور کا جھگڑا ہے، بس اس کا اس سویلائزیشن سے کہتا ہے لوگ۔ اس کا تو اتنا زیادہ پاپولر ہوئی، یہ کتاب دنیا میں پڑھی گئی ہر جگہ، لیکن اس کا ٹائٹل ہی غلط ہے۔</w:t>
      </w:r>
    </w:p>
    <w:p>
      <w:r>
        <w:rPr>
          <w:b/>
        </w:rPr>
        <w:t xml:space="preserve">[1:37:58] </w:t>
      </w:r>
      <w:r>
        <w:t>is ka yani title hai ke "Clash of Civil</w:t>
      </w:r>
    </w:p>
    <w:p>
      <w:pPr>
        <w:jc w:val="right"/>
      </w:pPr>
      <w:r>
        <w:t>اس کا یعنی ٹائٹل ہے کہ "کلیش اف سویل</w:t>
      </w:r>
    </w:p>
    <w:p>
      <w:r>
        <w:rPr>
          <w:b/>
        </w:rPr>
        <w:t xml:space="preserve">[1:38:04] </w:t>
      </w:r>
      <w:r>
        <w:t>izations", halanke is ka naam hona chahiye "Clash of Interest".</w:t>
      </w:r>
    </w:p>
    <w:p>
      <w:pPr>
        <w:jc w:val="right"/>
      </w:pPr>
      <w:r>
        <w:t>ائزیشنز"، حالانکہ اس کا نام ہونا چاہیے "کلیش اف انٹرسٹ"۔</w:t>
      </w:r>
    </w:p>
    <w:p>
      <w:r>
        <w:rPr>
          <w:b/>
        </w:rPr>
        <w:t xml:space="preserve">[1:38:11] </w:t>
      </w:r>
      <w:r>
        <w:t>civilization to musalmanon ke samne nahi aayi, woh to land ke liye lad rahe hain, political power ke liye lad rahe hain, worldly cheezon ke liye lad rahe hain.</w:t>
      </w:r>
    </w:p>
    <w:p>
      <w:pPr>
        <w:jc w:val="right"/>
      </w:pPr>
      <w:r>
        <w:t>سویلائزیشن تو مسلمانوں کے سامنے نہیں آئی، وہ تو لینڈ کے لیے لڑ رہے ہیں، پولیٹیکل پاور کے لیے لڑ رہے ہیں، ورلڈلی چیزوں کے لیے لڑ رہے ہیں۔</w:t>
      </w:r>
    </w:p>
    <w:p>
      <w:r>
        <w:rPr>
          <w:b/>
        </w:rPr>
        <w:t xml:space="preserve">[1:38:20] </w:t>
      </w:r>
      <w:r>
        <w:t>civilization kahan hai? Woh to kahin hi nahi hoti.</w:t>
      </w:r>
    </w:p>
    <w:p>
      <w:pPr>
        <w:jc w:val="right"/>
      </w:pPr>
      <w:r>
        <w:t>سویلائزیشن کہاں ہے؟ وہ تو کہیں ہی نہیں ہوتی۔</w:t>
      </w:r>
    </w:p>
    <w:p>
      <w:r>
        <w:rPr>
          <w:b/>
        </w:rPr>
        <w:t xml:space="preserve">[1:38:25] </w:t>
      </w:r>
      <w:r>
        <w:t>is tarah se zehan kharab kiye ja rahe hain logon ke, aur logon ke andar negativity ko badhaya ja raha hai. Aur hamara mission jo hai, ke logon ke andar positive thinking lana.</w:t>
      </w:r>
    </w:p>
    <w:p>
      <w:pPr>
        <w:jc w:val="right"/>
      </w:pPr>
      <w:r>
        <w:t>اس طرح سے ذہن خراب کیے جا رہے ہیں لوگوں کے، اور لوگوں کے اندر نیگیٹیوٹی کو بڑھایا جا رہا ہے۔ اور ہمارا مشن جو ہے، کہ لوگوں کے اندر پازیٹیو تھنکنگ لانا۔</w:t>
      </w:r>
    </w:p>
    <w:p>
      <w:r>
        <w:rPr>
          <w:b/>
        </w:rPr>
        <w:t xml:space="preserve">[1:38:38] </w:t>
      </w:r>
      <w:r>
        <w:t>das question is from Dr. Hamid Hussain: What is bid'at? Is it different from shirk in pursuing ijtihad?</w:t>
      </w:r>
    </w:p>
    <w:p>
      <w:pPr>
        <w:jc w:val="right"/>
      </w:pPr>
      <w:r>
        <w:t>دس کوئسچن از فرام ڈاکٹر حامد حسین: واٹ از بدعت؟ از اٹ ڈفرنٹ فرام شرک ان پرسوئنگ اجتہاد؟</w:t>
      </w:r>
    </w:p>
    <w:p>
      <w:r>
        <w:rPr>
          <w:b/>
        </w:rPr>
        <w:t xml:space="preserve">[1:38:49] </w:t>
      </w:r>
      <w:r>
        <w:t>How can we steer clear from bid'at or shirk?</w:t>
      </w:r>
    </w:p>
    <w:p>
      <w:pPr>
        <w:jc w:val="right"/>
      </w:pPr>
      <w:r>
        <w:t>ہاؤ کین وی سٹیئر کلیئر فرام بدعت اور شرک؟</w:t>
      </w:r>
    </w:p>
    <w:p>
      <w:r>
        <w:rPr>
          <w:b/>
        </w:rPr>
        <w:t xml:space="preserve">[1:38:55] </w:t>
      </w:r>
      <w:r>
        <w:t>dekhein, shirk to yeh hai ke kisi ko Khuda ka partner banana. Khuda ka partner yani Khuda ke jo attributes hain, un mein koi doosre ko aap samjhein ke woh bhi uska bhi hissa hai,</w:t>
      </w:r>
    </w:p>
    <w:p>
      <w:pPr>
        <w:jc w:val="right"/>
      </w:pPr>
      <w:r>
        <w:t>دیکھیں، شرک تو یہ ہے کہ کسی کو خدا کا پارٹنر بنانا۔ خدا کا پارٹنر یعنی خدا کے جو ایٹریبیوٹس ہیں، ان میں کوئی دوسرے کو آپ سمجھیں کہ وہ بھی اس کا بھی حصہ ہے،</w:t>
      </w:r>
    </w:p>
    <w:p>
      <w:r>
        <w:rPr>
          <w:b/>
        </w:rPr>
        <w:t xml:space="preserve">[1:39:11] </w:t>
      </w:r>
      <w:r>
        <w:t>to us ko shirk kaha jata hai. Ab bid'at yeh hai ke Rasool Allah Salallahu Alaihi Wasallam ne jo tareeqe bataye hain Islam mein, us ke us ke siwa koi tareeqa nikalein.</w:t>
      </w:r>
    </w:p>
    <w:p>
      <w:pPr>
        <w:jc w:val="right"/>
      </w:pPr>
      <w:r>
        <w:t>تو اس کو شرک کہا جاتا ہے۔ اب بدعت یہ ہے کہ رسول اللہ صلی اللہ علیہ وسلم نے جو طریقے بتائے ہیں اسلام میں، اس کے اس کے سوا کوئی طریقہ نکالیں۔</w:t>
      </w:r>
    </w:p>
    <w:p>
      <w:r>
        <w:rPr>
          <w:b/>
        </w:rPr>
        <w:t xml:space="preserve">[1:39:24] </w:t>
      </w:r>
      <w:r>
        <w:t>aap</w:t>
      </w:r>
    </w:p>
    <w:p>
      <w:pPr>
        <w:jc w:val="right"/>
      </w:pPr>
      <w:r>
        <w:t>آپ</w:t>
      </w:r>
    </w:p>
    <w:p>
      <w:r>
        <w:rPr>
          <w:b/>
        </w:rPr>
        <w:t xml:space="preserve">[1:39:25] </w:t>
      </w:r>
      <w:r>
        <w:t>hadees mein aata hai ke "man ahdatha fi amrihi ma laysa minhu" jo hamare deen mein koi nayi cheez nikale, woh radd hai, woh rejected hai.</w:t>
      </w:r>
    </w:p>
    <w:p>
      <w:pPr>
        <w:jc w:val="right"/>
      </w:pPr>
      <w:r>
        <w:t>حدیث میں آتا ہے کہ "من احدث فی امر نہاضہ مال زمین" جو ہمارے دین میں کوئی نئی چیز نکالے، وہ رد ہے، وہ ریجیکٹڈ ہے۔</w:t>
      </w:r>
    </w:p>
    <w:p>
      <w:r>
        <w:rPr>
          <w:b/>
        </w:rPr>
        <w:t xml:space="preserve">[1:39:39] </w:t>
      </w:r>
      <w:r>
        <w:t>koi bhi cheez, maslan farz kiya ke hum namaz parhte hain, ijtihad bandhte hain, aur koi kahe namaz ijtihad bandho, sar par rakho, to bid'at hai. Woh woh bid'at ho jayegi.</w:t>
      </w:r>
    </w:p>
    <w:p>
      <w:pPr>
        <w:jc w:val="right"/>
      </w:pPr>
      <w:r>
        <w:t>کوئی بھی چیز، مثلاً فرض کیا کہ ہم نماز پڑھتے ہیں، اجتہاد باندھتے ہیں، اور کوئی کہے نماز اجتہاد باندھو، سر پر رکھو، تو بدعت ہے۔ وہ وہ بدعت ہو جائے گی۔</w:t>
      </w:r>
    </w:p>
    <w:p>
      <w:r>
        <w:rPr>
          <w:b/>
        </w:rPr>
        <w:t xml:space="preserve">[1:39:49] </w:t>
      </w:r>
      <w:r>
        <w:t>lekin jo aisi cheez ka jinka taluq worldly matters se hai, us mein bid'at nahi hai.</w:t>
      </w:r>
    </w:p>
    <w:p>
      <w:pPr>
        <w:jc w:val="right"/>
      </w:pPr>
      <w:r>
        <w:t>لیکن جو ایسی چیز کا جن کا تعلق ورلڈلی میٹرز سے ہے، اس میں بدعت نہیں ہے۔</w:t>
      </w:r>
    </w:p>
    <w:p>
      <w:r>
        <w:rPr>
          <w:b/>
        </w:rPr>
        <w:t xml:space="preserve">[1:39:56] </w:t>
      </w:r>
      <w:r>
        <w:t>maslan agar Rasool Allah ne pani piya tha mitti ke bartan mein, aap pani pyein shishe ke bartan mein, yeh bid'at nahi hai. Bid'at un cheezon mein hai jinka taluq, yani jis ko kehte hain ta'abuddi.</w:t>
      </w:r>
    </w:p>
    <w:p>
      <w:pPr>
        <w:jc w:val="right"/>
      </w:pPr>
      <w:r>
        <w:t>مثلاً اگر رسول اللہ نے پانی پیا تھا مٹی کے برتن میں، آپ پانی پئیں شیشے کے برتن میں، یہ بدعت نہیں ہے۔ بدعت ان چیزوں میں ہے جس کا تعلق، یعنی جس کو کہتے ہیں تعبدی۔</w:t>
      </w:r>
    </w:p>
    <w:p>
      <w:r>
        <w:rPr>
          <w:b/>
        </w:rPr>
        <w:t xml:space="preserve">[1:40:08] </w:t>
      </w:r>
      <w:r>
        <w:t>ta'abuddi ka matlab hote hain woh cheezein jis se aap samjhein ke is se salvation milegi, is se reward milega, jis se yeh yeh belief juda hua ho.</w:t>
      </w:r>
    </w:p>
    <w:p>
      <w:pPr>
        <w:jc w:val="right"/>
      </w:pPr>
      <w:r>
        <w:t>تعبدی کا مطلب ہوتے ہیں وہ چیزیں جس سے آپ سمجھتے ہیں کہ اس سے سالویشن ملے گی، اس سے ریوارڈ ملے گا، جس سے یہ یہ بیلیف جڑا ہوا ہو۔</w:t>
      </w:r>
    </w:p>
    <w:p>
      <w:r>
        <w:rPr>
          <w:b/>
        </w:rPr>
        <w:t xml:space="preserve">[1:40:18] </w:t>
      </w:r>
      <w:r>
        <w:t>to salvation ya reward sirf un cheezon mein hai jo Rasool Allah Salallahu Alaihi Wasallam ne bata diya hai, kisi aur cheez mein nahi hai. Jaise ulta ult kar namaz parhne ko samjhein ke aap parhoge to bas jannat mil jayegi, that is bid'at.</w:t>
      </w:r>
    </w:p>
    <w:p>
      <w:pPr>
        <w:jc w:val="right"/>
      </w:pPr>
      <w:r>
        <w:t>تو سالویشن یا ریوارڈ صرف ان چیزوں میں ہے جو رسول اللہ صلی اللہ علیہ وسلم نے بتا دیا ہے، کسی اور چیز میں نہیں ہے۔ جیسے الٹا الٹ کر نماز پڑھنے کو سمجھیں کہ آپ پڑھو گے تو بس جنت مل جائے گی، دیٹ از بدعت۔</w:t>
      </w:r>
    </w:p>
    <w:p>
      <w:r>
        <w:rPr>
          <w:b/>
        </w:rPr>
        <w:t xml:space="preserve">[1:40:33] </w:t>
      </w:r>
      <w:r>
        <w:t>to dunya ki woh cheezen jo ke pehle rasool Allah sal Allah aleh wasallam oont par beth te the, aap motor car par bethe the, yeh bidat nahi hai.</w:t>
      </w:r>
    </w:p>
    <w:p>
      <w:pPr>
        <w:jc w:val="right"/>
      </w:pPr>
      <w:r>
        <w:t>تو دنیا کی وہ چیزیں جو کہ پہلے رسول اللہ صلی اللہ علیہ وسلم اونٹ پر بیٹھتے تھے، آپ موٹر کار پر بیٹھے تھے، یہ بدعت نہیں ہے۔</w:t>
      </w:r>
    </w:p>
    <w:p>
      <w:r>
        <w:rPr>
          <w:b/>
        </w:rPr>
        <w:t xml:space="preserve">[1:40:43] </w:t>
      </w:r>
      <w:r>
        <w:t>lekin in cheezon ko ko agar aap in cheezon mein nai baaten nikalein jin ka talluq umoor e taabdi se hai, yaani jis ka salvation se ya akhirat ki jannat se talluq hai, woh bidat qarar diya jayega.</w:t>
      </w:r>
    </w:p>
    <w:p>
      <w:pPr>
        <w:jc w:val="right"/>
      </w:pPr>
      <w:r>
        <w:t>لیکن ان چیزوں کو کو اگر آپ ان چیزوں میں نئی باتیں نکالیں جن کا تعلق امور تعبدی سے ہے، یعنی جس کا سالویشن سے یا آخرت کی جنت سے تعلق ہے، وہ بدعت قرار دیا جائے گا۔</w:t>
      </w:r>
    </w:p>
    <w:p>
      <w:r>
        <w:rPr>
          <w:b/>
        </w:rPr>
        <w:t xml:space="preserve">[1:40:57] </w:t>
      </w:r>
      <w:r>
        <w:t>woh woh woh Islam mein qabil e qabool nahi hoga. misaal ke taur par, aaj kal bohat se log samajhte hain ke dargah chale jao to tumhara kaam ban jayega, falan Hazrat Dawood pakad lo to jannat mein pahunch jao ge.</w:t>
      </w:r>
    </w:p>
    <w:p>
      <w:pPr>
        <w:jc w:val="right"/>
      </w:pPr>
      <w:r>
        <w:t>وہ وہ وہ اسلام میں قابل قبول نہیں ہوگا۔ مثال کے طور پر، آج کل بہت سے لوگ سمجھتے ہیں کہ درگاہ چلے جاؤ تو تمہارا کام بن جائے گا، فلاں حضرت داؤد پکڑ لو تو جنت میں پہنچ جاؤ گے۔</w:t>
      </w:r>
    </w:p>
    <w:p>
      <w:r>
        <w:rPr>
          <w:b/>
        </w:rPr>
        <w:t xml:space="preserve">[1:41:09] </w:t>
      </w:r>
      <w:r>
        <w:t>yeh sab bidat hai,</w:t>
      </w:r>
    </w:p>
    <w:p>
      <w:pPr>
        <w:jc w:val="right"/>
      </w:pPr>
      <w:r>
        <w:t>یہ سب بدعت ہے،</w:t>
      </w:r>
    </w:p>
    <w:p>
      <w:r>
        <w:rPr>
          <w:b/>
        </w:rPr>
        <w:t xml:space="preserve">[1:41:10] </w:t>
      </w:r>
      <w:r>
        <w:t>yeh sab bidat hai, kyunke kahin rasool Allah ne aisa bataya nahi, Quran kahin se likha nahi hai.</w:t>
      </w:r>
    </w:p>
    <w:p>
      <w:pPr>
        <w:jc w:val="right"/>
      </w:pPr>
      <w:r>
        <w:t>یہ سب بدعت ہے، کیونکہ کہیں رسول اللہ نے ایسا بتایا نہیں، قرآن کہیں سے لکھا نہیں ہے۔</w:t>
      </w:r>
    </w:p>
    <w:p>
      <w:r>
        <w:rPr>
          <w:b/>
        </w:rPr>
        <w:t xml:space="preserve">[1:41:17] </w:t>
      </w:r>
      <w:r>
        <w:t>das question is from doctor Fareeda Khanum: please explain the difference between ijtihad in acts of worship and in social matters.</w:t>
      </w:r>
    </w:p>
    <w:p>
      <w:pPr>
        <w:jc w:val="right"/>
      </w:pPr>
      <w:r>
        <w:t>دس کوئسچن از فرام ڈاکٹر فریدہ خانم: پلیز ایکسپلین دا ڈفرنس بٹوین اجتہاد ان ایکٹس اف ورشپ اینڈ ان سوشل میٹرز۔</w:t>
      </w:r>
    </w:p>
    <w:p>
      <w:r>
        <w:rPr>
          <w:b/>
        </w:rPr>
        <w:t xml:space="preserve">[1:41:31] </w:t>
      </w:r>
      <w:r>
        <w:t>haan, yeh bohat acha sawal hai. Sufi logon ne jo nai nai baaten nikali hain, is ko bhi ijtihad kehte hain, woh lekin bilkul galat hai. yeh</w:t>
      </w:r>
    </w:p>
    <w:p>
      <w:pPr>
        <w:jc w:val="right"/>
      </w:pPr>
      <w:r>
        <w:t>ہاں، یہ بہت اچھا سوال ہے۔ صوفی لوگوں نے جو نئی نئی باتیں نکالی ہیں، اس کو بھی اجتہاد کہتے ہیں، وہ لیکن بالکل غلط ہے۔ یہ</w:t>
      </w:r>
    </w:p>
    <w:p>
      <w:r>
        <w:rPr>
          <w:b/>
        </w:rPr>
        <w:t xml:space="preserve">[1:41:40] </w:t>
      </w:r>
      <w:r>
        <w:t>Sufiyon ne bohat si cheezen nikali hain, jaise murakaba in ke haan jo hota hai, woh sab yogiyon se liya hua hai. yogiyon ka tareeqa, paase alfaaz aur habs e dam, aur kya kya sab jo yogi log karte the, practice, woh unhon ne le liya.</w:t>
      </w:r>
    </w:p>
    <w:p>
      <w:pPr>
        <w:jc w:val="right"/>
      </w:pPr>
      <w:r>
        <w:t>صوفیوں نے بہت سی چیزیں نکالی ہیں، جیسے مراقبہ ان کے ہاں جو ہوتا ہے، وہ سب یوگیوں سے لیا ہوا ہے۔ یوگیوں کا طریقہ، پاسے الفاظ اور حبس دم، اور کیا کیا سب جو یوگی لوگ کرتے تھے، پریکٹس، وہ انہوں نے لے لیا۔</w:t>
      </w:r>
    </w:p>
    <w:p>
      <w:r>
        <w:rPr>
          <w:b/>
        </w:rPr>
        <w:t xml:space="preserve">[1:41:57] </w:t>
      </w:r>
      <w:r>
        <w:t>yogi log mante the ke aadmi ke body mein chhe jagah aisi hain jo, yaani woh in kuch point hain, chhe point, is ko activate karne se spirituality jaagti hai,</w:t>
      </w:r>
    </w:p>
    <w:p>
      <w:pPr>
        <w:jc w:val="right"/>
      </w:pPr>
      <w:r>
        <w:t>یوگی لوگ مانتے تھے کہ آدمی کے باڈی میں چھ جگہ ایسی ہیں جو، یعنی وہ ان کچھ پوائنٹ ہیں، چھ پوائنٹ، اس کو ایکٹیویٹ کرنے سے اسپرچولیٹی جاگتی ہے،</w:t>
      </w:r>
    </w:p>
    <w:p>
      <w:r>
        <w:rPr>
          <w:b/>
        </w:rPr>
        <w:t xml:space="preserve">[1:42:08] </w:t>
      </w:r>
      <w:r>
        <w:t>is ko unhon ne le liya, lataif e sitta ke naam se. yeh sab bidat hai. yaani ibadat ke maamle mein yaad rakhiye, har woh cheez bidat hai jo rasool Allah ne na kiya ho.</w:t>
      </w:r>
    </w:p>
    <w:p>
      <w:pPr>
        <w:jc w:val="right"/>
      </w:pPr>
      <w:r>
        <w:t>اس کو انہوں نے لے لیا، لطائف ستہ کے نام سے۔ یہ سب بدعت ہے۔ یعنی عبادت کے معاملے میں یاد رکھیے، ہر وہ چیز بدعت ہے جو رسول اللہ نے نہ کیا ہو۔</w:t>
      </w:r>
    </w:p>
    <w:p>
      <w:r>
        <w:rPr>
          <w:b/>
        </w:rPr>
        <w:t xml:space="preserve">[1:42:19] </w:t>
      </w:r>
      <w:r>
        <w:t>ibadat ke maamle mein to Sufiyon ke saari cheezen bidat theen, bilashuba woh galat theen, un ko haq nahi tha ke ibadat ke maamle mein koi nai baat nikalein.</w:t>
      </w:r>
    </w:p>
    <w:p>
      <w:pPr>
        <w:jc w:val="right"/>
      </w:pPr>
      <w:r>
        <w:t>عبادت کے معاملے میں تو صوفیوں کے ساری چیزیں بدعت تھیں، بلاشبہ وہ غلط تھیں، ان کو حق نہیں تھا کہ عبادت کے معاملے میں کوئی نئی بات نکالیں۔</w:t>
      </w:r>
    </w:p>
    <w:p>
      <w:r>
        <w:rPr>
          <w:b/>
        </w:rPr>
        <w:t xml:space="preserve">[1:42:29] </w:t>
      </w:r>
      <w:r>
        <w:t>woh</w:t>
      </w:r>
    </w:p>
    <w:p>
      <w:pPr>
        <w:jc w:val="right"/>
      </w:pPr>
      <w:r>
        <w:t>وہ</w:t>
      </w:r>
    </w:p>
    <w:p>
      <w:r>
        <w:rPr>
          <w:b/>
        </w:rPr>
        <w:t xml:space="preserve">[1:42:30] </w:t>
      </w:r>
      <w:r>
        <w:t>lekin jis ka talluq dunya ki tadbeer se hota hai, jaise sawari hai, city planning hai, ya aur jo cheezen jis ka talluq industry lagana hai, jinka talluq dunya ke, yaani worldly matters hai,</w:t>
      </w:r>
    </w:p>
    <w:p>
      <w:pPr>
        <w:jc w:val="right"/>
      </w:pPr>
      <w:r>
        <w:t>لیکن جس کا تعلق دنیا کی تدبیر سے ہوتا ہے، جیسے سواری ہے، سٹی پلاننگ ہے، یا اور جو چیزیں جس کا تعلق انڈسٹری لگانا ہے، جن کا تعلق دنیا کے، یعنی ورلڈلی میٹرز ہے،</w:t>
      </w:r>
    </w:p>
    <w:p>
      <w:r>
        <w:rPr>
          <w:b/>
        </w:rPr>
        <w:t xml:space="preserve">[1:42:47] </w:t>
      </w:r>
      <w:r>
        <w:t>woh aap aap kar sakte hain ijtihad, woh woh bidat nahi kaha jayega, is ko bidat nahi keh</w:t>
      </w:r>
    </w:p>
    <w:p>
      <w:pPr>
        <w:jc w:val="right"/>
      </w:pPr>
      <w:r>
        <w:t>وہ آپ آپ کر سکتے ہیں اجتہاد، وہ وہ بدعت نہیں کہا جائے گا، اس کو بدعت نہیں کہ</w:t>
      </w:r>
    </w:p>
    <w:p>
      <w:r>
        <w:rPr>
          <w:b/>
        </w:rPr>
        <w:t xml:space="preserve">[1:42:55] </w:t>
      </w:r>
      <w:r>
        <w:t>enge. bidat kahenge ibadat ke maamle mein nai cheez ko nikalna, aur jo civilization hai, jo city planning hai, jo dunya mein zindagi guzarnay ke tareeqay hain, is mein aap nai baaten nikalein to bidat nahi hai, woh bilkul jaiz hai Islam mein.</w:t>
      </w:r>
    </w:p>
    <w:p>
      <w:pPr>
        <w:jc w:val="right"/>
      </w:pPr>
      <w:r>
        <w:t>یں گے۔ بدعت کہیں گے عبادت کے معاملے میں نئی چیز کو نکالنا، اور جو سویلائزیشن ہے، جو سٹی پلاننگ ہے، جو دنیا میں زندگی گزارنے کے طریقے ہیں، اس میں آپ نئی باتیں نکالیں تو بدعت نہیں ہے، وہ بالکل جائز ہے اسلام میں۔</w:t>
      </w:r>
    </w:p>
    <w:p>
      <w:r>
        <w:rPr>
          <w:b/>
        </w:rPr>
        <w:t xml:space="preserve">[1:43:16] </w:t>
      </w:r>
      <w:r>
        <w:t>das question is from doctor Hamid Hussain: M J Akbar has commented</w:t>
      </w:r>
    </w:p>
    <w:p>
      <w:pPr>
        <w:jc w:val="right"/>
      </w:pPr>
      <w:r>
        <w:t>دس کوئسچن از فرام ڈاکٹر حامد حسین: ایم جے اکبر ہیز کمنٹڈ</w:t>
      </w:r>
    </w:p>
    <w:p>
      <w:r>
        <w:rPr>
          <w:b/>
        </w:rPr>
        <w:t xml:space="preserve">[1:43:22] </w:t>
      </w:r>
      <w:r>
        <w:t>that Mr Z B who threw shoes on George Bush should a Gandhian act of non violence. please comment if it is the right way of jihad.</w:t>
      </w:r>
    </w:p>
    <w:p>
      <w:pPr>
        <w:jc w:val="right"/>
      </w:pPr>
      <w:r>
        <w:t>دیٹ مسٹر زی بی ہو تھرو شوز ان جارج بش شوڈ ا گاندھین ایکٹ اف نان وائلنس۔ پلیز کمنٹ اف اٹ از دا رائٹ وے اف جہاد۔</w:t>
      </w:r>
    </w:p>
    <w:p>
      <w:r>
        <w:rPr>
          <w:b/>
        </w:rPr>
        <w:t xml:space="preserve">[1:43:34] </w:t>
      </w:r>
      <w:r>
        <w:t>Allah woh baat hai, Gandhi ne kab kisi wajood par phenka tha? par thi Allah woh baat hai, aap intellectuals jo hain, beautiful alfaaz mein choti baaten likha karte hain,</w:t>
      </w:r>
    </w:p>
    <w:p>
      <w:pPr>
        <w:jc w:val="right"/>
      </w:pPr>
      <w:r>
        <w:t>اللہ وہ بات ہے، گاندھی نے کب کسی وجود پر پھینکا تھا؟ پر تھی اللہ وہ بات ہے، آپ انٹلیکچولرز جو ہیں، بیوٹی فل الفاظ میں چھوٹی باتیں لکھا کرتے ہیں،</w:t>
      </w:r>
    </w:p>
    <w:p>
      <w:r>
        <w:rPr>
          <w:b/>
        </w:rPr>
        <w:t xml:space="preserve">[1:43:47] </w:t>
      </w:r>
      <w:r>
        <w:t>na Gandhian hai na Islami hai. Gandhi to izzat karte the log</w:t>
      </w:r>
    </w:p>
    <w:p>
      <w:pPr>
        <w:jc w:val="right"/>
      </w:pPr>
      <w:r>
        <w:t>نہ گاندھین ہے نہ اسلامی ہے۔ گاندھی تو عزت کرتے تھے لوگ</w:t>
      </w:r>
    </w:p>
    <w:p>
      <w:r>
        <w:rPr>
          <w:b/>
        </w:rPr>
        <w:t xml:space="preserve">[1:43:51] </w:t>
      </w:r>
      <w:r>
        <w:t>on ki, kab joota phenka Gandhi ne? jo aadmi aisa likhta hai, woh na to Gandhi ko jaanta na Islam ko jaanta. mujhe bataiye, Gandhi ne likha hua tha ke joota phenka kisi ko?</w:t>
      </w:r>
    </w:p>
    <w:p>
      <w:pPr>
        <w:jc w:val="right"/>
      </w:pPr>
      <w:r>
        <w:t>وں کی، کب جوتا پھینکا گاندھی نے؟ جو آدمی ایسا لکھتا ہے، وہ نہ تو گاندھی کو جانتا نہ اسلام کو جانتا۔ مجھے بتائیے، گاندھی نے لکھا ہوا تھا کہ جوتا پھینکا کسی کو؟</w:t>
      </w:r>
    </w:p>
    <w:p>
      <w:r>
        <w:rPr>
          <w:b/>
        </w:rPr>
        <w:t xml:space="preserve">[1:44:03] </w:t>
      </w:r>
      <w:r>
        <w:t>Gandhi hamesha daleel se baat karte the, argument se baat karte the, yeh yeh aisa tareeqa Gandhi ka nahi tha. ek hadith hai, dekhiye: man kan yumin billahi wal yawm al akhir fal yukrim daifahu.</w:t>
      </w:r>
    </w:p>
    <w:p>
      <w:pPr>
        <w:jc w:val="right"/>
      </w:pPr>
      <w:r>
        <w:t>گاندھی ہمیشہ دلیل سے بات کرتے تھے، ارگومنٹ سے بات کرتے تھے، یہ یہ ایسا طریقہ گاندھی کا نہیں تھا۔ ایک حدیث ہے، دیکھیے: من کان یومن باللہ والیوم الاخر فلیکرم ضعیفہ۔</w:t>
      </w:r>
    </w:p>
    <w:p>
      <w:r>
        <w:rPr>
          <w:b/>
        </w:rPr>
        <w:t xml:space="preserve">[1:44:20] </w:t>
      </w:r>
      <w:r>
        <w:t>is ka translation yeh hai ke jo aadmi Allah par aur akhirat ke din par yaqeen rakhta ho, us ko chahiye ke woh apne guest ki izzat kare.</w:t>
      </w:r>
    </w:p>
    <w:p>
      <w:pPr>
        <w:jc w:val="right"/>
      </w:pPr>
      <w:r>
        <w:t>اس کا ٹرانسلیشن یہ ہے کہ جو آدمی اللہ پر اور آخرت کے دن پر یقین رکھتا ہو، اس کو چاہیے کہ وہ اپنے گیسٹ کی عزت کرے۔</w:t>
      </w:r>
    </w:p>
    <w:p>
      <w:r>
        <w:rPr>
          <w:b/>
        </w:rPr>
        <w:t xml:space="preserve">[1:44:33] </w:t>
      </w:r>
      <w:r>
        <w:t>to jaan boojh wahan par bator guest the, bator mehman the, farz tha un logon par un ki izzat karna.</w:t>
      </w:r>
    </w:p>
    <w:p>
      <w:pPr>
        <w:jc w:val="right"/>
      </w:pPr>
      <w:r>
        <w:t>تو جان بوجھ وہاں پر بطور گیسٹ تھے، بطور مہمان تھے، فرض تھا ان لوگوں پر ان کی عزت کرنا۔</w:t>
      </w:r>
    </w:p>
    <w:p>
      <w:r>
        <w:rPr>
          <w:b/>
        </w:rPr>
        <w:t xml:space="preserve">[1:44:42] </w:t>
      </w:r>
      <w:r>
        <w:t>yeh to Islam jo unhon ne aisa kiya, woh goya ke Allah ko nahi maanne wale the aur akhirat ko nahi maanne wale the. yaani Allah ka darr nahi tha un ke dilon mein, tha sirf Allah se better log hi aisa kar sakte hain kaam.</w:t>
      </w:r>
    </w:p>
    <w:p>
      <w:pPr>
        <w:jc w:val="right"/>
      </w:pPr>
      <w:r>
        <w:t>یہ تو اسلام جو انہوں نے ایسا کیا، وہ گویا کہ اللہ کو نہیں ماننے والے تھے اور آخرت کو نہیں ماننے والے تھے۔ یعنی اللہ کا ڈر نہیں تھا ان کے دلوں میں، تھا صرف اللہ سے بیٹر لوگ ہی ایسا کر سکتے ہیں کام۔</w:t>
      </w:r>
    </w:p>
    <w:p>
      <w:r>
        <w:rPr>
          <w:b/>
        </w:rPr>
        <w:t xml:space="preserve">[1:44:55] </w:t>
      </w:r>
      <w:r>
        <w:t>aur jo aadmi ek hai Gandhian par tareeqa tha, woh to aur bhi zyada upset baat hai. Gandhi to bohat ooncha insaan tha, woh insaan ki izzat karna jaanta tha. woh aisi aisa kisi ko joota phenka, Gandhi jaisa aadmi.</w:t>
      </w:r>
    </w:p>
    <w:p>
      <w:pPr>
        <w:jc w:val="right"/>
      </w:pPr>
      <w:r>
        <w:t>اور جو آدمی ایک ہے گاندھین پر طریقہ تھا، وہ تو اور بھی زیادہ ایپسیٹ بات ہے۔ گاندھی تو بہت اونچا انسان تھا، وہ انسان کی عزت کرنا جانتا تھا۔ وہ ایسی ایسا کسی کو جوتا پھینکا، گاندھی جیسا آدمی۔</w:t>
      </w:r>
    </w:p>
    <w:p>
      <w:r>
        <w:rPr>
          <w:b/>
        </w:rPr>
        <w:t xml:space="preserve">[1:45:11] </w:t>
      </w:r>
      <w:r>
        <w:t>mein to samajhta hoon ke jo jo likha hai, bohat hi upset baat likhi hai. das question is from doctor farida khanum: waz rida war during hazrat abubakar and act of ijtihad?</w:t>
      </w:r>
    </w:p>
    <w:p>
      <w:pPr>
        <w:jc w:val="right"/>
      </w:pPr>
      <w:r>
        <w:t>میں تو سمجھتا ہوں کہ جو جو لکھا ہے، بہت ہی ایپسیٹ بات لکھی ہے۔ دس کوئسچن از فرام ڈاکٹر فریدہ خانم: واز ردا وار ڈیورنگ حضرت ابوبکر اینڈ ایکٹ اف اجتہاد؟</w:t>
      </w:r>
    </w:p>
    <w:p>
      <w:r>
        <w:rPr>
          <w:b/>
        </w:rPr>
        <w:t xml:space="preserve">[1:45:27] </w:t>
      </w:r>
      <w:r>
        <w:t>because this war was fought with the muslims. haan, yeh ijtihad ka mamla tha. aap jante hain ke tareekh jo history ki books hain, us mein bataya gaya hai ke log khilaf ho gaye thay,</w:t>
      </w:r>
    </w:p>
    <w:p>
      <w:pPr>
        <w:jc w:val="right"/>
      </w:pPr>
      <w:r>
        <w:t>بیکاز دس وار واز فاٹ ود دا مسلمز۔ ہاں، یہ اجتہاد کا معاملہ تھا۔ آپ جانتے ہیں کہ تاریخ جو ہسٹری کی بکس ہیں، اس میں بتایا گیا ہے کہ لوگ خلاف ہو گئے تھے،</w:t>
      </w:r>
    </w:p>
    <w:p>
      <w:r>
        <w:rPr>
          <w:b/>
        </w:rPr>
        <w:t xml:space="preserve">[1:45:40] </w:t>
      </w:r>
      <w:r>
        <w:t>hazrat umar ke khilaf ho gaye thay is mamle mein.</w:t>
      </w:r>
    </w:p>
    <w:p>
      <w:pPr>
        <w:jc w:val="right"/>
      </w:pPr>
      <w:r>
        <w:t>حضرت عمر کے خلاف ہو گئے تھے اس معاملے میں۔</w:t>
      </w:r>
    </w:p>
    <w:p>
      <w:r>
        <w:rPr>
          <w:b/>
        </w:rPr>
        <w:t xml:space="preserve">[1:45:45] </w:t>
      </w:r>
      <w:r>
        <w:t>yeh to bohat lambi kaha, yaani is ki detail hai ke hazrat abubakar ke khilaf log ho gaye thay, lekin bohat bari bahas hui, bohat bari, bohat bahas hui.</w:t>
      </w:r>
    </w:p>
    <w:p>
      <w:pPr>
        <w:jc w:val="right"/>
      </w:pPr>
      <w:r>
        <w:t>یہ تو بہت لمبی کہا، یعنی اس کی ڈیٹیل ہے کہ حضرت ابوبکر کے خلاف لوگ ہو گئے تھے، لیکن بہت بڑی بحث ہوئی، بہت بڑی، بہت بحث ہوئی۔</w:t>
      </w:r>
    </w:p>
    <w:p>
      <w:r>
        <w:rPr>
          <w:b/>
        </w:rPr>
        <w:t xml:space="preserve">[1:45:55] </w:t>
      </w:r>
      <w:r>
        <w:t>tab aakhir mein tay hua ke haan, yeh theek hai. to hazrat abubakar ne aik aik ijtihad kiya tha jo shuru mein logon ko samajh mein nahi aaya tha,</w:t>
      </w:r>
    </w:p>
    <w:p>
      <w:pPr>
        <w:jc w:val="right"/>
      </w:pPr>
      <w:r>
        <w:t>تب آخر میں طے ہوا کہ ہاں، یہ ٹھیک ہے۔ تو حضرت ابوبکر نے ایک ایک اجتہاد کیا تھا جو شروع میں لوگوں کو سمجھ میں نہیں آیا تھا،</w:t>
      </w:r>
    </w:p>
    <w:p>
      <w:r>
        <w:rPr>
          <w:b/>
        </w:rPr>
        <w:t xml:space="preserve">[1:46:05] </w:t>
      </w:r>
      <w:r>
        <w:t>baat ko samajh mein aaya logon ke, aur log is pe raazi ho gaye, aur phir woh kiya gaya. to bilashuba yeh aik ijtihad ka mamla tha.</w:t>
      </w:r>
    </w:p>
    <w:p>
      <w:pPr>
        <w:jc w:val="right"/>
      </w:pPr>
      <w:r>
        <w:t>بات کو سمجھ میں آیا لوگوں کے، اور لوگ اس پہ راضی ہو گئے، اور پھر وہ کیا گیا۔ تو بلاشبہ یہ ایک اجتہاد کا معاملہ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