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Laws of 30 seconds (English) | April 10, 2007 | Maulana Wahiduddin Khan</w:t>
      </w:r>
    </w:p>
    <w:p>
      <w:r>
        <w:t>https://www.youtube.com/watch?v=gO17yriKYfs</w:t>
      </w:r>
    </w:p>
    <w:p>
      <w:r>
        <w:rPr>
          <w:b/>
        </w:rPr>
        <w:t xml:space="preserve">[00:10] </w:t>
      </w:r>
      <w:r>
        <w:t>al rehman al rahim, wa salli allah ala al nabiy al karim. rab ishrah li sadri, wa yassir li amri, wa hlul uqdatan min lisani yafqahu qawli. da theme for the present talk is "</w:t>
      </w:r>
    </w:p>
    <w:p>
      <w:pPr>
        <w:jc w:val="right"/>
      </w:pPr>
      <w:r>
        <w:t>الرحمن الرحیم، و صلی اللہ علی النبی الکریم۔ رب اشرح لی صدری، ویسر لی امری، واحل العقدۃ من لسانی یفقہ قولی۔ دا تھیم فار دی پریزنٹ ٹاک از "</w:t>
      </w:r>
    </w:p>
    <w:p>
      <w:r>
        <w:rPr>
          <w:b/>
        </w:rPr>
        <w:t xml:space="preserve">[00:42] </w:t>
      </w:r>
      <w:r>
        <w:t>la 30 second la 30 second". it seems to be a mysterious topic, but it is not. it is only the other name of the law of nature. in every human being, man or woman both</w:t>
      </w:r>
    </w:p>
    <w:p>
      <w:pPr>
        <w:jc w:val="right"/>
      </w:pPr>
      <w:r>
        <w:t>لا 30 سیکنڈ لا 30 سیکنڈ"۔ اٹ سیمز ٹو بی ا مسٹیریس ٹاپک، بٹ اٹ از ناٹ۔ اٹ از اونلی دی ادر نیم اف دی لا اف نیچر۔ ان ایوری ہیومن بینگ، مین اور وومن بوت</w:t>
      </w:r>
    </w:p>
    <w:p>
      <w:r>
        <w:rPr>
          <w:b/>
        </w:rPr>
        <w:t xml:space="preserve">[01:12] </w:t>
      </w:r>
      <w:r>
        <w:t>h, there is law. there is natural process, or a natural mechanism. in every human being, a natural mechanism. it is this natural mechanism, which i have named after the law of</w:t>
      </w:r>
    </w:p>
    <w:p>
      <w:pPr>
        <w:jc w:val="right"/>
      </w:pPr>
      <w:r>
        <w:t>ھ، دیر از لا۔ دیر از نیچرل پروسیس، اور ا نیچرل میکنزم۔ ان ایوری ہیومن بینگ، ا نیچرل میکنزم۔ اٹ از دس نیچرل میکنزم، وچ ائی ہیو نیمڈ افٹر دی لا اف</w:t>
      </w:r>
    </w:p>
    <w:p>
      <w:r>
        <w:rPr>
          <w:b/>
        </w:rPr>
        <w:t xml:space="preserve">[01:42] </w:t>
      </w:r>
      <w:r>
        <w:t>30 second. now, let us begin from a hadith of prophetic saying. the prophet of islam has said: a person came to the prophet and asked, "o prophet, give me</w:t>
      </w:r>
    </w:p>
    <w:p>
      <w:pPr>
        <w:jc w:val="right"/>
      </w:pPr>
      <w:r>
        <w:t>30 سیکنڈ۔ ناؤ، لیٹ اس بگن فرام اے حدیث اف پرافٹک سینگ۔ دا پرافٹ اف اسلام ہیز سیڈ: ا پرسن کیم ٹو دا پرافٹ اینڈ اسکڈ، "او پرافٹ، گیو می</w:t>
      </w:r>
    </w:p>
    <w:p>
      <w:r>
        <w:rPr>
          <w:b/>
        </w:rPr>
        <w:t xml:space="preserve">[02:12] </w:t>
      </w:r>
      <w:r>
        <w:t>a master advice by which i may be able to manage all the affairs of my life." it means that, "o prophet, give me a master advice by which i may be able to manage all the affairs of my life</w:t>
      </w:r>
    </w:p>
    <w:p>
      <w:pPr>
        <w:jc w:val="right"/>
      </w:pPr>
      <w:r>
        <w:t>ا ماسٹر ایڈوائس بائی وچ ائی می بی ایبل ٹو مینج ال دا افیئرز اف مائی لائف۔" اٹ مینز دیٹ، "او پرافٹ، گیو می ا ماسٹر ایڈوائس بائی وچ ائی می بی ایبل ٹو مینج ال دا افیئرز اف مائی لائف</w:t>
      </w:r>
    </w:p>
    <w:p>
      <w:r>
        <w:rPr>
          <w:b/>
        </w:rPr>
        <w:t xml:space="preserve">[02:44] </w:t>
      </w:r>
      <w:r>
        <w:t>". ya rasul allah, allimni kalimatin aish biha, wa la tusarrir alay inna. prophet replied: "la taghdab, don't be angry." now, what is the meaning of this answer?</w:t>
      </w:r>
    </w:p>
    <w:p>
      <w:pPr>
        <w:jc w:val="right"/>
      </w:pPr>
      <w:r>
        <w:t>۔" یا رسول اللہ، علمنی کلمات عیش بہن، ولا تکسر علی انسا۔ پرافٹ ریپلائیڈ: "لا تغضب، ڈونٹ بی اینگری۔" ناؤ، واٹ از دا میننگ اف دس انسر؟</w:t>
      </w:r>
    </w:p>
    <w:p>
      <w:r>
        <w:rPr>
          <w:b/>
        </w:rPr>
        <w:t xml:space="preserve">[03:17] </w:t>
      </w:r>
      <w:r>
        <w:t>abwaisali, it is not very simple answer. why? because when one is provoked, you know, anger is result of provocation. without provocation, there is no anger, no anger at all. so, one is provoked b</w:t>
      </w:r>
    </w:p>
    <w:p>
      <w:pPr>
        <w:jc w:val="right"/>
      </w:pPr>
      <w:r>
        <w:t>ابویسلی، اٹ از ناٹ ویری سمپل انسر۔ وائی؟ بیکاز وین ون از پرووکڈ، یو نو، اینگر از رزلٹ اف پرووکیشن۔ وداؤٹ پرووکیشن، دیر از نو اینگر، نو اینگر ایٹ ال۔ سو، ون از پرووکڈ ب</w:t>
      </w:r>
    </w:p>
    <w:p>
      <w:r>
        <w:rPr>
          <w:b/>
        </w:rPr>
        <w:t xml:space="preserve">[03:47] </w:t>
      </w:r>
      <w:r>
        <w:t>aai sam idhar person, it is, it seems to be but natural that he may become angry. it is but natural. so, why prophet said, "don't be angry"? while it is, it obvious that when one is provoked, he will become angry.</w:t>
      </w:r>
    </w:p>
    <w:p>
      <w:pPr>
        <w:jc w:val="right"/>
      </w:pPr>
      <w:r>
        <w:t>ائی سم ادر پرسن، اٹ از، اٹ سیمز ٹو بی بٹ نیچرل دیٹ ہی می بیکم اینگری۔ اٹ از بٹ نیچرل۔ سو، وائی پرافٹ سیڈ، "ڈونٹ بی اینگری"؟ وائل اٹ از، اٹ ابویس دیٹ وین ون از پرووکڈ، ہی ویل بیکم اینگری۔</w:t>
      </w:r>
    </w:p>
    <w:p>
      <w:r>
        <w:rPr>
          <w:b/>
        </w:rPr>
        <w:t xml:space="preserve">[04:20] </w:t>
      </w:r>
      <w:r>
        <w:t>abuwaisali, it is not very easy. here you can, here here you have. if you want to understand this, you have to add some more aspects. that is natural aspect. it means that, avail the upperchun</w:t>
      </w:r>
    </w:p>
    <w:p>
      <w:pPr>
        <w:jc w:val="right"/>
      </w:pPr>
      <w:r>
        <w:t>ابویسلی، اٹ از ناٹ ویری ایزی۔ ہیر یو کین، ہیر ہیر یو ہیو۔ اف یو وانٹ ٹو انڈرسٹینڈ دس، یو ہیو ٹو ایڈ سم مور اسپیکٹس۔ دیٹ از نیچرل اسپیکٹ۔ اٹ مینز دیٹ، اویل دا اپرچون</w:t>
      </w:r>
    </w:p>
    <w:p>
      <w:r>
        <w:rPr>
          <w:b/>
        </w:rPr>
        <w:t xml:space="preserve">[04:50] </w:t>
      </w:r>
      <w:r>
        <w:t>ti af natural process. it means that, in you, in your mind, in your heart, there is an opportunity given by by the creator. you have to avail that opportunity. then we, then you will save your s</w:t>
      </w:r>
    </w:p>
    <w:p>
      <w:pPr>
        <w:jc w:val="right"/>
      </w:pPr>
      <w:r>
        <w:t>ٹی اف نیچرل پروسیس۔ اٹ مینز دیٹ، ان یو، ان یور مائنڈ، ان یور ہارٹ، دیر از این اپرچونٹی گیون بائی بائی دا کریٹر۔ یو ہیو ٹو اویل دیٹ اپرچونٹی۔ دین وی، دین یو ویل سیو یور س</w:t>
      </w:r>
    </w:p>
    <w:p>
      <w:r>
        <w:rPr>
          <w:b/>
        </w:rPr>
        <w:t xml:space="preserve">[05:20] </w:t>
      </w:r>
      <w:r>
        <w:t>yelf fraam beng angree. naao, waat iz deyt aprchoonti? dis iz di aprchoonti wich aai hev kaal laa of 30 sekind. it iz di laa of nechar. it iz a laa of nechar deyt, wen</w:t>
      </w:r>
    </w:p>
    <w:p>
      <w:pPr>
        <w:jc w:val="right"/>
      </w:pPr>
      <w:r>
        <w:t>یلف فرام بینگ اینگری۔ ناؤ، واٹ از دیٹ اپرچونٹی؟ دس از دی اپرچونٹی وچ ائی ہیو کال لا اف 30 سیکنڈ۔ اٹ از دی لا اف نیچر۔ اٹ از ا لا اف نیچر دیٹ، وین</w:t>
      </w:r>
    </w:p>
    <w:p>
      <w:r>
        <w:rPr>
          <w:b/>
        </w:rPr>
        <w:t xml:space="preserve">[05:51] </w:t>
      </w:r>
      <w:r>
        <w:t>aur any other negative thought comes in his mind, at that, at the time, there are two option for that person. in the first instance, you are becoming angry more and more.</w:t>
      </w:r>
    </w:p>
    <w:p>
      <w:pPr>
        <w:jc w:val="right"/>
      </w:pPr>
      <w:r>
        <w:t>ون از پرووکڈ، اور اینی ادر نیگیٹیو تھاٹ کمز ان ہز مائنڈ، ایٹ دیٹ، ایٹ دا ٹائم، دیر ار ٹو اپشن فار دیٹ پرسن۔ ان دا فرسٹ انسٹنس، یو ار بیکمنگ اینگری مور اینڈ مور۔</w:t>
      </w:r>
    </w:p>
    <w:p>
      <w:r>
        <w:rPr>
          <w:b/>
        </w:rPr>
        <w:t xml:space="preserve">[06:25] </w:t>
      </w:r>
      <w:r>
        <w:t>so, da natural process is that, first you have to restrain yourself from speaking. don't speak at all. in every human being, there are two different faculties: desire and intellectual fac</w:t>
      </w:r>
    </w:p>
    <w:p>
      <w:pPr>
        <w:jc w:val="right"/>
      </w:pPr>
      <w:r>
        <w:t>سو، دا نیچرل پروسیس از دیٹ، فرسٹ یو ہیو ٹو ریسٹرین یور سیلف فرام سپیکنگ۔ ڈونٹ سپیک ایٹ ال۔ ان ایوری ہیومن بینگ، دیر ار ٹو ڈفرنٹ فیکلٹیز: ڈیزائر اینڈ انٹلیکچول فیک</w:t>
      </w:r>
    </w:p>
    <w:p>
      <w:r>
        <w:rPr>
          <w:b/>
        </w:rPr>
        <w:t xml:space="preserve">[06:55] </w:t>
      </w:r>
      <w:r>
        <w:t>lutti. desire has no logic. desire has no logic, but your intellectual faculty has logic. your mind always think in logical terms, but desire don't know to think.</w:t>
      </w:r>
    </w:p>
    <w:p>
      <w:pPr>
        <w:jc w:val="right"/>
      </w:pPr>
      <w:r>
        <w:t>لٹی۔ ڈیزائر ہیز نو لاجک۔ ڈیزائر ہیز نو لاجک، بٹ یور انٹلیکچول فیکلٹی ہیز لاجک۔ یور مائنڈ الویز تھنک ان لاجیکل ٹرمز، بٹ ڈیزائر ڈونٹ نو ٹو تھنک۔</w:t>
      </w:r>
    </w:p>
    <w:p>
      <w:r>
        <w:rPr>
          <w:b/>
        </w:rPr>
        <w:t xml:space="preserve">[07:25] </w:t>
      </w:r>
      <w:r>
        <w:t>so, if you keep yourself, if you keep patience for a while, for 30 seconds, then there will be a miracle. and in the same moment, you open the door of your mind. you start thinking. you start think</w:t>
      </w:r>
    </w:p>
    <w:p>
      <w:pPr>
        <w:jc w:val="right"/>
      </w:pPr>
      <w:r>
        <w:t>سو، اف یو کیپ یور سیلف، اف یو کیپ پیشنس فار ا وائل، فار 30 سیکنڈ، دین دیر ویل بی ا میریکل۔ اینڈ ان دا سیم مومنٹ، یو اوپن دا ڈور اف یور مائنڈ۔ یو سٹارٹ تھنکنگ۔ یو سٹارٹ تھن</w:t>
      </w:r>
    </w:p>
    <w:p>
      <w:r>
        <w:rPr>
          <w:b/>
        </w:rPr>
        <w:t xml:space="preserve">[07:55] </w:t>
      </w:r>
      <w:r>
        <w:t>ing what to do. when you are provoked and you feel anger in your heart, don't speak at all, but open your mind. you start thinking what would be the result of i become angry. so, when you start thinking</w:t>
      </w:r>
    </w:p>
    <w:p>
      <w:pPr>
        <w:jc w:val="right"/>
      </w:pPr>
      <w:r>
        <w:t>کنگ واٹ ٹو ڈو۔ وین یو ار پرووکڈ اینڈ یو فیل اینگر ان یور ہارٹ، ڈونٹ سپیک ایٹ ال، بٹ اوپن یور مائنڈ۔ یو سٹارٹ تھنکنگ واٹ وڈ بی دا رزلٹ اف ائی بیکم اینگری۔ سو، وین یو سٹارٹ تھنکنگ</w:t>
      </w:r>
    </w:p>
    <w:p>
      <w:r>
        <w:rPr>
          <w:b/>
        </w:rPr>
        <w:t xml:space="preserve">[08:27] </w:t>
      </w:r>
      <w:r>
        <w:t xml:space="preserve"> , then the whole thing will be changed. then you will find that after 30 seconds, there is u turn in your natural mechanism. in the first instance, the direction was towards negativity, towards anger. but if you keep silence, if you start think</w:t>
      </w:r>
    </w:p>
    <w:p>
      <w:pPr>
        <w:jc w:val="right"/>
      </w:pPr>
      <w:r>
        <w:t>، دین دا ہول تھنگ ویل بی چینج۔ دین یو ویل فائنڈ دیٹ افٹر 30 سیکنڈ، دیر از یو ٹرن ان یور نیچرل میکنزم۔ ان دا فرسٹ انسٹنس، دا ڈائریکشن واز ٹوڈز نیگیٹیوٹی، ٹوڈز اینگر۔ بٹ اف یو کیپ سائلنس، اف یو سٹارٹ تھنک</w:t>
      </w:r>
    </w:p>
    <w:p>
      <w:r>
        <w:rPr>
          <w:b/>
        </w:rPr>
        <w:t xml:space="preserve">[08:57] </w:t>
      </w:r>
      <w:r>
        <w:t>ing, if you start applying logic, then you will see the after 30 seconds, there will be a u turn. then you see, you see that your, your will, your freedom is</w:t>
      </w:r>
    </w:p>
    <w:p>
      <w:pPr>
        <w:jc w:val="right"/>
      </w:pPr>
      <w:r>
        <w:t>نگ، اف یو سٹارٹ اپلائینگ لاجک، دین یو ویل سی دا افٹر 30 سیکنڈ، دیر ویل بی ا یو ٹرن۔ دین یو سی، یو سی دیٹ یور، یور ول، یور فریڈم از</w:t>
      </w:r>
    </w:p>
    <w:p>
      <w:r>
        <w:rPr>
          <w:b/>
        </w:rPr>
        <w:t xml:space="preserve">[09:27] </w:t>
      </w:r>
      <w:r>
        <w:t>proceeding towards the positive direction. so, after 30 seconds, you can stop that process in reverse direction. for the first 30 seconds, the direction is towards negative. but when you keep silence and you start thinking, then it is ve</w:t>
      </w:r>
    </w:p>
    <w:p>
      <w:pPr>
        <w:jc w:val="right"/>
      </w:pPr>
      <w:r>
        <w:t>پروسیڈنگ ٹوڈز دی پازیٹیو ڈائریکشن۔ سو، افٹر 30 سیکنڈ، یو کین سٹاپ دیٹ پروسیس ان ریورس ڈائریکشن۔ فار دا فرسٹ 30 سیکنڈ، دا ڈائریکشن از ٹوڈز نیگیٹیو۔ بٹ وین یو کیپ سائلنس اینڈ یو سٹارٹ تھنکنگ، دین اٹ از وی</w:t>
      </w:r>
    </w:p>
    <w:p>
      <w:r>
        <w:rPr>
          <w:b/>
        </w:rPr>
        <w:t xml:space="preserve">[09:57] </w:t>
      </w:r>
      <w:r>
        <w:t>ry easy to, to change the course of your thought. to change the course of your thought and take a u turn. then slowly, slowly, and gradually, well find that the whole thing is specified. whole thing is normalized.</w:t>
      </w:r>
    </w:p>
    <w:p>
      <w:pPr>
        <w:jc w:val="right"/>
      </w:pPr>
      <w:r>
        <w:t>ری ایزی ٹو، ٹو چینج دا کورس اف یور تھاٹ۔ ٹو چینج دا کورس اف یور تھاٹ اینڈ ٹیک ا یو ٹرن۔ دین سلولی، سلولی، اینڈ گریجولی، ویل فائنڈ دیٹ دا ہول تھنگ از سپیسیفائیڈ۔ ہول تھنگ از نارملائزڈ۔</w:t>
      </w:r>
    </w:p>
    <w:p>
      <w:r>
        <w:rPr>
          <w:b/>
        </w:rPr>
        <w:t xml:space="preserve">[10:28] </w:t>
      </w:r>
      <w:r>
        <w:t>you will very soon, you will find that now your mind is calm and cool. now you are normal person. so, this is law of 30 seconds. this is applicable to every, all kind of negative thought, all kind of desires. for example, there was a report about a well known,</w:t>
      </w:r>
    </w:p>
    <w:p>
      <w:pPr>
        <w:jc w:val="right"/>
      </w:pPr>
      <w:r>
        <w:t>یو ویل ویری سون، یو ویل فائنڈ دیٹ ناؤ یور مائنڈ از کام اینڈ کول۔ ناؤ یو ار نارمل پرسن۔ سو، دس از لا اف 30 سیکنڈ۔ دس از ایپلیکیبل ٹو ایوری، ال کائنڈ اف نیگیٹیو تھاٹ، ال کائنڈ اف ڈیزائرز۔ فار ایگزمپل، دیر واز ا رپورٹ اباؤٹ ا ویل نون،</w:t>
      </w:r>
    </w:p>
    <w:p>
      <w:r>
        <w:rPr>
          <w:b/>
        </w:rPr>
        <w:t xml:space="preserve">[10:59] </w:t>
      </w:r>
      <w:r>
        <w:t>well known singer and dancer. she says that my mouth is, my mouth is the greatest source of my pleasure. my mouth is the greatest source of my pleasure. at the same t</w:t>
      </w:r>
    </w:p>
    <w:p>
      <w:pPr>
        <w:jc w:val="right"/>
      </w:pPr>
      <w:r>
        <w:t>ویل نون سنگر اینڈ ڈانسر۔ شی سیز دیٹ مائی ماؤتھ از، مائی ماؤتھ از دا گریٹسٹ سورس اف مائی پلیژر۔ مائی ماؤتھ از دا گریٹسٹ سورس اف مائی پلیژر۔ ایٹ دا سیم ٹ</w:t>
      </w:r>
    </w:p>
    <w:p>
      <w:r>
        <w:rPr>
          <w:b/>
        </w:rPr>
        <w:t xml:space="preserve">[11:29] </w:t>
      </w:r>
      <w:r>
        <w:t>ime, at the same time, she complains about her digestive system. why? why this? this phenomena you will find to every person, every man and every woman. all those people who like to take tasty foods, they always complain about the digestive system.</w:t>
      </w:r>
    </w:p>
    <w:p>
      <w:pPr>
        <w:jc w:val="right"/>
      </w:pPr>
      <w:r>
        <w:t>ائم، ایٹ دا سیم ٹائم، شی کمپلینز اباؤٹ ہر ڈائجسٹیو سسٹم۔ وائی؟ وائی دس؟ دس فینامینا یو ویل فائنڈ ٹو ایوری پرسن، ایوری مین اینڈ ایوری وومن۔ ال دوز پیپل ہو لائک ٹو ٹیک ٹیسٹی فوڈز، دے الویز کمپلین اباؤٹ دا ڈائجسٹو سسٹم۔</w:t>
      </w:r>
    </w:p>
    <w:p>
      <w:r>
        <w:rPr>
          <w:b/>
        </w:rPr>
        <w:t xml:space="preserve">[12:00] </w:t>
      </w:r>
      <w:r>
        <w:t>because why? when they are taking tasty foods, then they are limit of your digestive system. so, the moment comes when there is alarm from inside, that, that now you have reach the limit. so, at that moment, if you stop for 30 seconds and you start think</w:t>
      </w:r>
    </w:p>
    <w:p>
      <w:pPr>
        <w:jc w:val="right"/>
      </w:pPr>
      <w:r>
        <w:t>بیکاز وائی؟ وین دے ار ٹیکنگ ٹیسٹی فوڈز، دین دے ار لمیٹ اف یور ڈائجسٹو سسٹم۔ سو، دا مومنٹ کم وین دیر از الارم فرام انسائیڈ، دیٹ، دیٹ ناؤ یو ہیو ریچ دا لمیٹ۔ سو، ایٹ دیٹ مومنٹ، اف یو سٹاپ فار 30 سیکنڈ اینڈ یو سٹارٹ تھنک</w:t>
      </w:r>
    </w:p>
    <w:p>
      <w:r>
        <w:rPr>
          <w:b/>
        </w:rPr>
        <w:t xml:space="preserve">[12:30] </w:t>
      </w:r>
      <w:r>
        <w:t>ing, then your appetite will, will disappear. initially, there is great appetite, great passion to eat more and more and more. but you, if you, but you stop 30 seconds. but if you stop for 30 seconds and you start think</w:t>
      </w:r>
    </w:p>
    <w:p>
      <w:pPr>
        <w:jc w:val="right"/>
      </w:pPr>
      <w:r>
        <w:t>نگ، دین یور ایپیٹائٹ ویل، ویل ڈس اپیئر۔ انیشلی، دیر از گریٹ ایپیٹائٹ، گریٹ پیشن ٹو ایٹ مور اینڈ مور اینڈ مور۔ بٹ یو، اف یو، بٹ یو سٹاپ 30 سیکنڈ۔ بٹ اف یو سٹاپ فار 30 سیکنڈ اینڈ یو سٹارٹ تھنک</w:t>
      </w:r>
    </w:p>
    <w:p>
      <w:r>
        <w:rPr>
          <w:b/>
        </w:rPr>
        <w:t xml:space="preserve">[13:00] </w:t>
      </w:r>
      <w:r>
        <w:t>ing, then you will see that your appetite is diminished. your appetite is weaken. and after, after a while, after, after a moment, you will see that you are normal person without appetite. this you can save your digestive system. otherwise, you will ruin your digestive system.</w:t>
      </w:r>
    </w:p>
    <w:p>
      <w:pPr>
        <w:jc w:val="right"/>
      </w:pPr>
      <w:r>
        <w:t>نگ، دین یو ویل سی دیٹ یور ایپیٹائٹ از ڈیمینشڈ۔ یور ایپیٹائٹ از ویکن۔ اینڈ افٹر، افٹر ا وائل، افٹر، افٹر ا مومنٹ، یو ویل سی دیٹ یو ار نارمل پرسن وداؤٹ ایپیٹائٹ۔ دس یو کین سیو یور ڈائجسٹیو سسٹم۔ ادروائز، یو ویل رین یور ڈائجسٹیو سسٹم۔</w:t>
      </w:r>
    </w:p>
    <w:p>
      <w:r>
        <w:rPr>
          <w:b/>
        </w:rPr>
        <w:t xml:space="preserve">[13:32] </w:t>
      </w:r>
      <w:r>
        <w:t>and i have found that majority of men or women have ruin their digestive system. all those diseases are due to, result of, due to, result of this kind of any wrong habit. the source of all kind of diseases are your stomach. so, all those</w:t>
      </w:r>
    </w:p>
    <w:p>
      <w:pPr>
        <w:jc w:val="right"/>
      </w:pPr>
      <w:r>
        <w:t>اینڈ ائی ہیو فاؤنڈ دیٹ میجورٹی اف مین اور ویمن ہیو روئن دیر ڈائجسٹو سسٹم۔ ال دوز ڈیزیزز ار ڈیو ٹو، رزلٹ اف، ڈیو ٹو، رزلٹ اف دس کائنڈ اف اینی رونگ ہیبٹ۔ دا سورس اف ال کائنڈ اف ڈیزیزز ار یور سٹمک۔ سو، ال دوز</w:t>
      </w:r>
    </w:p>
    <w:p>
      <w:r>
        <w:rPr>
          <w:b/>
        </w:rPr>
        <w:t xml:space="preserve">[14:02] </w:t>
      </w:r>
      <w:r>
        <w:t>diseases in which people are, people complain, all those diseases about which people complain are due to, due to follow their appetite without using this law of 30 seconds. it is this</w:t>
      </w:r>
    </w:p>
    <w:p>
      <w:pPr>
        <w:jc w:val="right"/>
      </w:pPr>
      <w:r>
        <w:t>ڈیزیزز ان وچ پیپل ار، پیپل کمپلین، ال دوز ڈیزیزز اباؤٹ وچ پیپل کمپلین ار ڈیو ٹو، ڈیو ٹو فالو دیر ایپیٹائٹ وداؤٹ یوزنگ دس لا اف 30 سیکنڈ۔ اٹ از دس</w:t>
      </w:r>
    </w:p>
    <w:p>
      <w:r>
        <w:rPr>
          <w:b/>
        </w:rPr>
        <w:t xml:space="preserve">[14:33] </w:t>
      </w:r>
      <w:r>
        <w:t>any, all though not with this word, but it is mentioned in the hadith. also there is hadith that take food in limited quantity, limited quantity, not without fulfilling your stomach. your stomach is in fulfilled, then you stop eating. a</w:t>
      </w:r>
    </w:p>
    <w:p>
      <w:pPr>
        <w:jc w:val="right"/>
      </w:pPr>
      <w:r>
        <w:t>اینی، ال دو ناٹ ود دس ورڈ، بٹ اٹ از مینشن ان دا حدیث۔ السو دیر از حدیث دیٹ ٹیک فوڈ ان لمیٹڈ کوانٹٹی، لمیٹڈ کوانٹٹی، ناٹ وداؤٹ فلفلنگ یور سٹمک۔ یور سٹمک از ان فلفلڈ، دین یو سٹاپ ایٹنگ۔ ا</w:t>
      </w:r>
    </w:p>
    <w:p>
      <w:r>
        <w:rPr>
          <w:b/>
        </w:rPr>
        <w:t xml:space="preserve">[15:03] </w:t>
      </w:r>
      <w:r>
        <w:t>t is this principle that is adopted by sufi people. qillat taam, qillat taam. so, all those things which are, all those desires come under this principle.</w:t>
      </w:r>
    </w:p>
    <w:p>
      <w:pPr>
        <w:jc w:val="right"/>
      </w:pPr>
      <w:r>
        <w:t>ٹ از دس پرنسپل دیٹ از اڈاپٹڈ بائی صوفی پیپل۔ قلت تام، قلت تام۔ سو، ال دوز تھنگز وچ ار، ال دوز ڈیزائرز کم انڈر دس پرنسپل۔</w:t>
      </w:r>
    </w:p>
    <w:p>
      <w:r>
        <w:rPr>
          <w:b/>
        </w:rPr>
        <w:t xml:space="preserve">[15:34] </w:t>
      </w:r>
      <w:r>
        <w:t>you know, in islam there are dos and don'ts. there are many hadith and quran that says that do not do this, do not do this, that don't do this, don't do that. so, it is an injunction, but understood that y</w:t>
      </w:r>
    </w:p>
    <w:p>
      <w:pPr>
        <w:jc w:val="right"/>
      </w:pPr>
      <w:r>
        <w:t>یو نو، ان اسلام دیر ار ڈوز اینڈ ڈونٹس۔ دیر ار مینی حدیث اینڈ قران دیٹ سیز دیٹ ڈو ناٹ ڈو دس، ڈو ناٹ ڈو دس، دیٹ ڈونٹ ڈو دس، ڈونٹ ڈو دیٹ۔ سو، اٹ از این انجنکشن، بٹ انڈرسٹڈ دیٹ ی</w:t>
      </w:r>
    </w:p>
    <w:p>
      <w:r>
        <w:rPr>
          <w:b/>
        </w:rPr>
        <w:t xml:space="preserve">[16:04] </w:t>
      </w:r>
      <w:r>
        <w:t>aur us ke baad aap is 30 second ke qanoon ko follow kar sakte hain, phir aap is usool ko follow kar payenge. is liye, tamam woh manfi khayalat jaise gussa aur ego aur takabbur aur hawas aur inteqaam aur na-bardasht aur woh sab</w:t>
      </w:r>
    </w:p>
    <w:p>
      <w:pPr>
        <w:jc w:val="right"/>
      </w:pPr>
      <w:r>
        <w:t>و ہیو ٹو فالو دس لا اف 30 سیکنڈ، دین یو ویل ایبل ٹو فالو دس پرنسپل۔ سو، ال دوز نیگیٹیو تھاٹس لائک اینگر اینڈ ایگو اینڈ اروگنس اینڈ لسٹ اینڈ ریونج اینڈ انٹولرنس اینڈ ال دوز</w:t>
      </w:r>
    </w:p>
    <w:p>
      <w:r>
        <w:rPr>
          <w:b/>
        </w:rPr>
        <w:t xml:space="preserve">[16:34] </w:t>
      </w:r>
      <w:r>
        <w:t>manfi khayalat ko 30 second ke qanoon par amal karke control kiya ja sakta hai. jab aap mehsoos karein ke kisi manfi khayal ne aap ke zehn ya dil par hamla kiya hai. is liye, jab aap mehsoos karein ke egoism ke aitbaar se, takabbur ke aitbaar se hamla ho raha hai</w:t>
      </w:r>
    </w:p>
    <w:p>
      <w:pPr>
        <w:jc w:val="right"/>
      </w:pPr>
      <w:r>
        <w:t>نیگیٹیو تھاٹس کین بی کنٹرولڈ بائی اپلائینگ دس لا اف 30 سیکنڈ۔ وین یو فیل دیٹ سم نیگیٹیو تھاٹ ہیز اٹیکڈ اپان یور مائنڈ اور ہارٹ۔ سو، وین یو فیل دیٹ دیر از اٹیک ان ٹرم اف ایگو ازم، ان ٹرم اف اروگنس</w:t>
      </w:r>
    </w:p>
    <w:p>
      <w:r>
        <w:rPr>
          <w:b/>
        </w:rPr>
        <w:t xml:space="preserve">[17:04] </w:t>
      </w:r>
      <w:r>
        <w:t>hawas ke aitbaar se, hasad ke aitbaar se. is liye, 30 second ke liye ruk jaayen. apne zehn ko 30 second ke liye rok dein aur sochein. khwahish ke peeche chalne ke bajaye, thodi der sochein, aur phir aap payenge ke ek badi tabdeeli hai. tabdeeli dekhein,</w:t>
      </w:r>
    </w:p>
    <w:p>
      <w:pPr>
        <w:jc w:val="right"/>
      </w:pPr>
      <w:r>
        <w:t>، ان ٹرم اف لسٹ، ان ٹرم اف جیلسی۔ سو، سٹاپ فار 30 سیکنڈ۔ سٹاپ یور مائنڈ فار 30 سیکنڈ اینڈ اینڈ تھنک۔ انسٹیڈ فالوئنگ دا ڈیزائر، تھنک فار ا وائل، اینڈ دین یو ویل فائنڈ دیٹ دیر از گریٹ چینج۔ سی چینج،</w:t>
      </w:r>
    </w:p>
    <w:p>
      <w:r>
        <w:rPr>
          <w:b/>
        </w:rPr>
        <w:t xml:space="preserve">[17:35] </w:t>
      </w:r>
      <w:r>
        <w:t>rukawat ki simt badal gayi hai. agar rukawat, agar, agar pehle rukawat manfi simt mein thi aur ab yeh manfi simt mein jayegi. is liye, yeh 30 second ka qanoon hai. ab, main, main quran se zikr karna chahunga.</w:t>
      </w:r>
    </w:p>
    <w:p>
      <w:pPr>
        <w:jc w:val="right"/>
      </w:pPr>
      <w:r>
        <w:t>دا ڈائریکشن ہیز بین چینج۔ اف دا ڈائریکشن واز، اف، اف دا ڈائریکشن پریویسلی واز ٹوڈز نیگیٹیو اینڈ ناؤ اٹ ویل گو ٹو پازیٹیو اینڈ۔ سو، دس از لا اف 30 سیکنڈ۔ ناؤ، ائی ویل، ائی وڈ لائک ٹو ریفر فرام دا قران۔</w:t>
      </w:r>
    </w:p>
    <w:p>
      <w:r>
        <w:rPr>
          <w:b/>
        </w:rPr>
        <w:t xml:space="preserve">[18:05] </w:t>
      </w:r>
      <w:r>
        <w:t>aap jante hain, pehla insan jisay khuda ne banaya tha woh adam thay. adam pehle insan thay. woh bilkul hamare jaisay thay. woh ek mukammal insan thay. woh kisi janwar ki tarah nahi thay. nahi, woh ek mukammal insan thay. is liye,</w:t>
      </w:r>
    </w:p>
    <w:p>
      <w:pPr>
        <w:jc w:val="right"/>
      </w:pPr>
      <w:r>
        <w:t>یو نو، دا فرسٹ مین کریٹڈ بائی گاڈ واز ادم۔ ادم واز دا فرسٹ مین۔ ہی واز جسٹ لائک اور۔ ہی واز ا کمپلیٹ ہیومن بینگ۔ ہی واز ناٹ لائک سب ہیومن۔ نو، ہی واز پرفیکٹ مین۔ سو،</w:t>
      </w:r>
    </w:p>
    <w:p>
      <w:r>
        <w:rPr>
          <w:b/>
        </w:rPr>
        <w:t xml:space="preserve">[18:37] </w:t>
      </w:r>
      <w:r>
        <w:t>kya hua? adam ke do bete thay, qabil aur habil. wahan, wahan kuch, kuch ikhtilaf paida hua dono bhaiyon ke darmiyan. ek bhai, qabil gussa ho gaya. ek habil tha aur doosra qabil tha. to qabil gussa ho gaya</w:t>
      </w:r>
    </w:p>
    <w:p>
      <w:pPr>
        <w:jc w:val="right"/>
      </w:pPr>
      <w:r>
        <w:t>واٹ ہیپنڈ؟ دیر وار ٹو سنز اف ادم، قابیل اینڈ ہابیل۔ تو دیر، دیر اروز سم، سم کنٹروورسی بٹوین دا ٹو برڈرز۔ ون برادر، قابیل بیکم اینگری۔ ون واز ہابیل اینڈ دا سیکنڈ واز قابیل۔ تو قابیل بیکم اینگری</w:t>
      </w:r>
    </w:p>
    <w:p>
      <w:r>
        <w:rPr>
          <w:b/>
        </w:rPr>
        <w:t xml:space="preserve">[19:08] </w:t>
      </w:r>
      <w:r>
        <w:t>kuch ikhtilaf ki wajah se. us ne kaha, "main, main tujhe maar dalunga." phir woh 30 second ke us qanoon ko mannay mein nakaam raha. yeh pehla nakami ka waqia hai. pehla waqia quran mein zikr kiya gaya hai. chapter number 5 mein, al-maidah hai.</w:t>
      </w:r>
    </w:p>
    <w:p>
      <w:pPr>
        <w:jc w:val="right"/>
      </w:pPr>
      <w:r>
        <w:t>ڈیو ٹو سم کنٹروورسی۔ ہی سیڈ، "ائی، ائی ویل کل یو۔" دین ہی فیل ٹو اویل دیٹ لا اف 30 سیکنڈ۔ دس از دا فرسٹ کیس اف فیلیر۔ فرسٹ کیس از مینشن ان دا قران۔ ان چیپٹر نمبر فائیو، دیر از المائدہ۔</w:t>
      </w:r>
    </w:p>
    <w:p>
      <w:r>
        <w:rPr>
          <w:b/>
        </w:rPr>
        <w:t xml:space="preserve">[19:41] </w:t>
      </w:r>
      <w:r>
        <w:t>chapter 5, ayat number 30 aur 31 mein, chapter al-maidah, chapter 5 mein. to, kya hua? qabil, is ikhtilaf ke baad, qabil gussa ho gaya. aur woh apne bhai ko marna chahta tha. aur asal mein, us ne use maar dala. phir quran kehta hai</w:t>
      </w:r>
    </w:p>
    <w:p>
      <w:pPr>
        <w:jc w:val="right"/>
      </w:pPr>
      <w:r>
        <w:t>ان، ان ورس نمبر 30 اینڈ 31، چیپٹر المائدہ، چیپٹر فائیو۔ سو، واٹ ہیپنڈ؟ قابیل افٹر دس کنٹروورسی، قابیل بیکم اینگری۔ اینڈ ہی وانٹڈ ٹو کل ہز برادر۔ اینڈ ایکچولی، ہی کلڈ ہم۔ دین قران سی</w:t>
      </w:r>
    </w:p>
    <w:p>
      <w:r>
        <w:rPr>
          <w:b/>
        </w:rPr>
        <w:t xml:space="preserve">[20:11] </w:t>
      </w:r>
      <w:r>
        <w:t>ke woh nadim hone walon mein se ho gaya. nadim hone walon mein se ho gaya. apne bhai ko maarne ke baad, woh pachtane laga. woh afsos mein doob gaya. to, kyun? kyun yeh pachtawa? yeh us 30 second ki nakami hai. jab, jab, jab insan us</w:t>
      </w:r>
    </w:p>
    <w:p>
      <w:pPr>
        <w:jc w:val="right"/>
      </w:pPr>
      <w:r>
        <w:t>ز دیٹ فاسبہ من النادمین۔ فاسبہ من النادمین۔ افٹر کلنگ ہز برادر، ہی بیکم ریپنٹنٹ۔ ہی فیل ان ٹو ریگریٹ۔ دین وائی؟ وائی دس ریپنٹنس؟ وائی اٹ از ریگریٹ؟ اٹ از دا فیلیر اف دیٹ 30 سیکنڈ۔ وین، وین، وین مین فیلز ٹو</w:t>
      </w:r>
    </w:p>
    <w:p>
      <w:r>
        <w:rPr>
          <w:b/>
        </w:rPr>
        <w:t xml:space="preserve">[20:43] </w:t>
      </w:r>
      <w:r>
        <w:t>30 second ke qanoon ko mannay mein nakaam ho jata hai, aur apni khwahish ka shikar ho jata hai, to woh khud pachtawa mehsoos karta hai. to, pehle mauqe par kya zaroori tha? woh us lamhe ko mannay mein nakaam raha. phir</w:t>
      </w:r>
    </w:p>
    <w:p>
      <w:pPr>
        <w:jc w:val="right"/>
      </w:pPr>
      <w:r>
        <w:t>اویل دیٹ لا اف 30 سیکنڈ، اینڈ اینڈ بیکم وکٹم اف اف ہز ڈیزائر، دین ہی فیلز ریپنٹنٹ ہم سیلف۔ سو، واٹ واز ریکوائرڈ ان دا فرسٹ انسٹنس؟ ہی فیل ٹو اویل دیٹ مومنٹ۔ دین ان دا</w:t>
      </w:r>
    </w:p>
    <w:p>
      <w:r>
        <w:rPr>
          <w:b/>
        </w:rPr>
        <w:t xml:space="preserve">[21:14] </w:t>
      </w:r>
      <w:r>
        <w:t>us, us, us akhir mein, us ka zehn, yeh alarm ki tarah hai. yeh zehn ke liye ek alarm tha. to, jab khuda kehta hai, jab quran kehta hai ke woh nadim hone walon mein se ho gaya, apne bhai ko maarne ke baad woh pachtane laga. is ka matlab hai ke us ke zehn ne use alarm diya ke tum galat ho</w:t>
      </w:r>
    </w:p>
    <w:p>
      <w:pPr>
        <w:jc w:val="right"/>
      </w:pPr>
      <w:r>
        <w:t>، ان دا، ان دا اینڈ، ہز کانشیس، اٹس لائک الارم۔ اٹ واز این الارم فار کانشیس۔ سو، وین گاڈ سیز، وین قران سیز دیٹ فاسبہ من النادمین، ہی بیکم ریپنٹنٹ افٹر کلنگ ہز برادر۔ اٹ مینز دیٹ ہز کانشیس گیو ہز الارم دیٹ یو ار رون</w:t>
      </w:r>
    </w:p>
    <w:p>
      <w:r>
        <w:rPr>
          <w:b/>
        </w:rPr>
        <w:t xml:space="preserve">[21:44] </w:t>
      </w:r>
      <w:r>
        <w:t>galat ho. tum is qudrati mauqe, 30 second ke qanoon ko mannay mein nakaam rahe. to, yeh hai, yeh hai, yeh nakami aap ko mukammal tareekh mein nazar aa sakti hai. mukammal ta</w:t>
      </w:r>
    </w:p>
    <w:p>
      <w:pPr>
        <w:jc w:val="right"/>
      </w:pPr>
      <w:r>
        <w:t>گ۔ یو ار رونگ۔ یو فیل ٹو اویل دس نیچرل اپرچونٹی، لا اف 30 سیکنڈ۔ سو، دس از دا، دس از دا، دس کائنڈ اف فیلیر یو کین سی ان دا ہول ہسٹری۔ ہول ہ</w:t>
      </w:r>
    </w:p>
    <w:p>
      <w:r>
        <w:rPr>
          <w:b/>
        </w:rPr>
        <w:t xml:space="preserve">[22:14] </w:t>
      </w:r>
      <w:r>
        <w:t>areekh. mujhe lagta hai ke yeh chapter at-teen mein zikr kiya gaya hai quran mein. chapter at-teen. phir quran kehta hai, "hum ne insan ko sab se achi surat mein banaya, phir hum ne use sab se nichay darjon mein gira diya." yeh</w:t>
      </w:r>
    </w:p>
    <w:p>
      <w:pPr>
        <w:jc w:val="right"/>
      </w:pPr>
      <w:r>
        <w:t>سٹری۔ ائی تھنک دیٹ دس از مینشن ان دی چیپٹر التین ان دا قران۔ چیپٹر التین۔ دین قران سیز، "لقد خلقنا الانسان فی احسن تقویم، ثم رددناه اسفل سافلین۔" اٹ</w:t>
      </w:r>
    </w:p>
    <w:p>
      <w:r>
        <w:rPr>
          <w:b/>
        </w:rPr>
        <w:t xml:space="preserve">[22:44] </w:t>
      </w:r>
      <w:r>
        <w:t>hum ne insan ko sab se achi surat mein banaya. phir hum ne use sab se nichay darjon mein gira diya. main keh sakta hoon ke yeh is, is tarah ki nakami ka ishara karta hai. ke insan us qudrati mauqe ko mannay mein nakaam ho jata hai,</w:t>
      </w:r>
    </w:p>
    <w:p>
      <w:pPr>
        <w:jc w:val="right"/>
      </w:pPr>
      <w:r>
        <w:t>مینز دیٹ وی گاڈ سیز ان دیز ورسز، وی کریٹڈ مین ان دا بیسٹ مولڈ۔ وی کریٹڈ مین ان دا بیسٹ مولڈ۔ دین وی کاسٹ ہم ڈاؤن ٹو دا لوئسٹ اف دا لو۔</w:t>
      </w:r>
    </w:p>
    <w:p>
      <w:r>
        <w:rPr>
          <w:b/>
        </w:rPr>
        <w:t xml:space="preserve">[23:17] </w:t>
      </w:r>
      <w:r>
        <w:t>jisay main 30 second ka qanoon kehta hoon. to, khuda ne insan ko khwahishat ke sath banaya, kyun ke woh khuda ne insan ko yahan imtehan ke liye rakha hai. is duniya mein, insan imtehan mein hai. to, imtehan ke baghair, koi khwahish nahi. khwahish ke baghair, koi imtehan nahi. koi imtehan nahi. agar insan robot hota</w:t>
      </w:r>
    </w:p>
    <w:p>
      <w:pPr>
        <w:jc w:val="right"/>
      </w:pPr>
      <w:r>
        <w:t>وی کریٹڈ مین ان دا بیسٹ مولڈ۔ دین وی کاسٹ ہم ڈاؤن ٹو دا لوئسٹ اف دا لو۔ ائی کین سے دیٹ دس ریفرز ٹو دس، ٹو دیٹ کائنڈ اف فیلیر۔ دیٹ مین فیلز ٹو اویل دیٹ نیچرل اپرچونٹی،</w:t>
      </w:r>
    </w:p>
    <w:p>
      <w:r>
        <w:rPr>
          <w:b/>
        </w:rPr>
        <w:t xml:space="preserve">[23:50] </w:t>
      </w:r>
      <w:r>
        <w:t>to, usay imtehan mein rakhna namumkin hota. to, insan robot nahi hai. insan farishta nahi hai. insan khwahishat se bhara hua hai. yeh khwahishat zaroori hain, kyun ke khwahish ke baghair, koi imtehan nahi. to, khuda</w:t>
      </w:r>
    </w:p>
    <w:p>
      <w:pPr>
        <w:jc w:val="right"/>
      </w:pPr>
      <w:r>
        <w:t>وچ ائی کال لا اف 30 سیکنڈ۔ سو، گاڈ کریٹ مین ود ڈیزائرز، بیکاز ہی از گاڈ پٹ مین ہیر ان دا ٹیسٹ۔ ان دس ورلڈ، مین از ان دا ٹیسٹ۔ سو، وداؤٹ ٹیسٹ، دیر از نو ڈیزائر۔ وداؤٹ ڈیزائر، دیر از نو ٹیسٹ۔ نو ٹیسٹ۔ اف مین واز لائک</w:t>
      </w:r>
    </w:p>
    <w:p>
      <w:r>
        <w:rPr>
          <w:b/>
        </w:rPr>
        <w:t xml:space="preserve">[24:20] </w:t>
      </w:r>
      <w:r>
        <w:t>ne insan ko khwahishat ke sath banaya, khwahish, khwahish. lekin sath hi sath, khuda ne har insan mein, har mard aur aurat mein ek qudrati nizaam faraham kiya hai. yeh qudrati nizaam, jisay main 30 second ka qanoon kehta hoon. ke jab aap ki khwahish aap par hamla karti hai, aur aap kuch</w:t>
      </w:r>
    </w:p>
    <w:p>
      <w:pPr>
        <w:jc w:val="right"/>
      </w:pPr>
      <w:r>
        <w:t>روبوٹ، دین امپاسیبل ٹو پٹ ہم ان ٹیسٹ۔ سو، مین از ناٹ روبوٹ۔ مین از ناٹ اینجل۔ مین از فل اف ڈیزائرز۔ دیز ڈیزائرز ار نیسیسری، بیکاز وداؤٹ ڈیزائر، دیر از نو ٹیسٹ۔ سو، گاڈ</w:t>
      </w:r>
    </w:p>
    <w:p>
      <w:r>
        <w:rPr>
          <w:b/>
        </w:rPr>
        <w:t xml:space="preserve">[24:52] </w:t>
      </w:r>
      <w:r>
        <w:t>galat karna chahte hain, jaise takabbur, hawas, qatl aur na-bardasht aur zyadati aur gussa, yeh sab khwahishat ke bure pehlu hain, khwahishat ke manfi pehlu hain. to, yeh imtehan ke liye hai.</w:t>
      </w:r>
    </w:p>
    <w:p>
      <w:pPr>
        <w:jc w:val="right"/>
      </w:pPr>
      <w:r>
        <w:t>کریٹ مین ود ڈیزائرز، ڈیزائر، ڈیزائر۔ بٹ ایٹ دا سیم ٹائم، گاڈ پرووائیڈڈ ا نیچرل میکنزم ان ایوری ہیومن بینگ، ایوری مین اینڈ وومن۔ دس نیچرل میکنزم، وچ ائی کال لا اف 30 سیکنڈ۔ دیٹ وین یور ڈیزائر اٹیکس اپان یو، اینڈ یو وانٹ ٹو ڈو سمتھنگ ر</w:t>
      </w:r>
    </w:p>
    <w:p>
      <w:r>
        <w:rPr>
          <w:b/>
        </w:rPr>
        <w:t xml:space="preserve">[25:22] </w:t>
      </w:r>
      <w:r>
        <w:t>to, jab jab koi khwahish aap par hamla karti hai, ek waqt aata hai jab aap ko us 30 second ke qanoon ko manna chahiye. aap ko khamosh rehna chahiye. ek lamhe ke liye ruk jaayen aur sochne lagayen.</w:t>
      </w:r>
    </w:p>
    <w:p>
      <w:pPr>
        <w:jc w:val="right"/>
      </w:pPr>
      <w:r>
        <w:t>ونگ، لائک اروگنس، لسٹ، مرڈر اینڈ انٹولرنس اینڈ انجسٹس اینڈ اینگر، ال دیز تھنگز ار بیڈ اسپیکٹ اف ڈیزائرز، نیگیٹیو اسپیکٹس اف ڈیزائرز۔ سو، دس از فار</w:t>
      </w:r>
    </w:p>
    <w:p>
      <w:r>
        <w:rPr>
          <w:b/>
        </w:rPr>
        <w:t xml:space="preserve">[25:52] </w:t>
      </w:r>
      <w:r>
        <w:t>ek taraf, khwahishat hain. doosri taraf, aap ka zehn hai. khwahish ka koi zehn nahi hota. khwahish soch nahi sakti, lekin sath hi sath, aap ke paas zehn hai. sochne ki salahiyat hai. to, jab aap payen ke aap khwahishat ke hamle mein hain, foran aap ko</w:t>
      </w:r>
    </w:p>
    <w:p>
      <w:pPr>
        <w:jc w:val="right"/>
      </w:pPr>
      <w:r>
        <w:t>ٹیسٹ۔ سو، وین وین ا ڈیزائر اٹیکس اپان یو، دیر از ٹائم وین یو مسٹ اویل دیٹ لا اف 30 سیکنڈ۔ یو ہیو ٹو کیپ سائلنس۔ سٹاپ فار ا مومنٹ اینڈ سٹارٹ تھنکنگ۔</w:t>
      </w:r>
    </w:p>
    <w:p>
      <w:r>
        <w:rPr>
          <w:b/>
        </w:rPr>
        <w:t xml:space="preserve">[26:27] </w:t>
      </w:r>
      <w:r>
        <w:t>apna zehn kholna chahiye. foran, aap ko apni soch shuru karni chahiye. yeh 30 second hain. yeh bohat ahem hain. yeh 30 second bohat, bohat ahem hain. agar aap ne sochna shuru kar diya, to aap us mauqe ko man jayenge. aur achanak, aap mehsoos karenge ke</w:t>
      </w:r>
    </w:p>
    <w:p>
      <w:pPr>
        <w:jc w:val="right"/>
      </w:pPr>
      <w:r>
        <w:t>ایٹ ون سائیڈ، دیر ار ڈیزائرز۔ ایٹ دا ادر سائیڈ، دیر ار یور مائنڈ۔ ڈیزائر ہیز نو مائنڈ۔ ڈیزائر کین ناٹ تھنک، بٹ ایٹ دا سیم ٹائم، یو ہیو مائنڈ۔ دیر از ایبل ٹو تھنک۔ سو، وین یو فائنڈ دیٹ یو ار انڈر دی اٹیک اف ڈیزائرز، ایٹ ونس یو ہیو ٹ</w:t>
      </w:r>
    </w:p>
    <w:p>
      <w:r>
        <w:rPr>
          <w:b/>
        </w:rPr>
        <w:t xml:space="preserve">[26:57] </w:t>
      </w:r>
      <w:r>
        <w:t>ek you-turn hai. you-turn. aap ki khwahish, aap ki khwahish kam ho rahi hai. aap ki khwahish kamzor ho rahi hai. aap ki soch aap ki khwahish ko kamzor karegi. jab aap apni soch ke amal ko jagayenge, aap</w:t>
      </w:r>
    </w:p>
    <w:p>
      <w:pPr>
        <w:jc w:val="right"/>
      </w:pPr>
      <w:r>
        <w:t>و اوپن یور مائنڈ۔ ایٹ ایٹ ونس، یو ہیو ٹو بگن یور تھنکنگ۔ دس از 30 سیکنڈ۔ دس از ویری کروشل۔ دیز 30 سیکنڈز ار ویری، ویری کروشل۔ اف یو سٹارٹ تھنکنگ، دین یو ویل اویل دیٹ اپرچونٹی۔ اینڈ سڈنلی، یو فیل دیٹ</w:t>
      </w:r>
    </w:p>
    <w:p>
      <w:r>
        <w:rPr>
          <w:b/>
        </w:rPr>
        <w:t xml:space="preserve">[27:27] </w:t>
      </w:r>
      <w:r>
        <w:t>dekhenge ke is ne aap ki khwahishat ko kamzor kar diya hai. to, ahista ahista aap ki khwahish khatam ho jayegi. to, 30 second ka matlab hai ke waqeat ke rukh ko badalna. waqeat ke rukh ko badalna. 30 second ka qanoon</w:t>
      </w:r>
    </w:p>
    <w:p>
      <w:pPr>
        <w:jc w:val="right"/>
      </w:pPr>
      <w:r>
        <w:t>دیر از یو ٹرن۔ یو ٹرن۔ یور ڈیزائر، یور ڈیزائر از ڈیمینشنگ۔ یور ڈیزائر از ویکننگ۔ یور تھنکنگ ویل ویکن یور ڈیزائر۔ وین یو اویکن یور تھنکنگ پراسیس، یو ویل</w:t>
      </w:r>
    </w:p>
    <w:p>
      <w:r>
        <w:rPr>
          <w:b/>
        </w:rPr>
        <w:t xml:space="preserve">[27:57] </w:t>
      </w:r>
      <w:r>
        <w:t>ka matlab hai ke aap ko dakhal dena chahiye, ta ke aap waqeat ke rukh ko badal saken. aap dakhal de sakte hain, al-hawa khwahishat ka koi zehn nahi hota. khwahishat sirf khwahishat hain. lekin aap apni khwahish ko control kar sakte hain. aap ke paas</w:t>
      </w:r>
    </w:p>
    <w:p>
      <w:pPr>
        <w:jc w:val="right"/>
      </w:pPr>
      <w:r>
        <w:t>سی دیٹ اٹ ہیز ویکن یور ڈیزائرز۔ تو، سلولی یور ڈیزائر ویل ڈس اپیئر۔ سو، 30 سیکنڈ مینز ٹو چینج دا کورس اف ایونٹ۔ ٹو چینج دا کورس اف ایونٹ۔ لا اف 30 سیکن</w:t>
      </w:r>
    </w:p>
    <w:p>
      <w:r>
        <w:rPr>
          <w:b/>
        </w:rPr>
        <w:t xml:space="preserve">[28:27] </w:t>
      </w:r>
      <w:r>
        <w:t>d means that you have to intervene, so that you may change the course of events. you are able to intervene, although desires have no mind. desires are simply desires. but you can control your desire. you he</w:t>
      </w:r>
    </w:p>
    <w:p>
      <w:pPr>
        <w:jc w:val="right"/>
      </w:pPr>
      <w:r>
        <w:t>ڈ مینز دیٹ یو ہیو ٹو انٹروین، سو دیٹ یو می چینج دا کورس اف ایونٹس۔ یو ار ایبل ٹو انٹروین، التhough ڈیزائرز ہیو نو مائنڈ۔ ڈیزائرز ار سمپلی ڈیزائرز۔ بٹ یو کین کنٹرول یور ڈیزائر۔ یو ہی</w:t>
      </w:r>
    </w:p>
    <w:p>
      <w:r>
        <w:rPr>
          <w:b/>
        </w:rPr>
        <w:t xml:space="preserve">[28:57] </w:t>
      </w:r>
      <w:r>
        <w:t>aur da capacity to change da course of events. you have da capacity to take you turn. so, if you keep silence, then you will be able to revive this capacity. silence is very important.</w:t>
      </w:r>
    </w:p>
    <w:p>
      <w:pPr>
        <w:jc w:val="right"/>
      </w:pPr>
      <w:r>
        <w:t>و دا کپیسٹی ٹو چینج دا کورس اف ایونٹس۔ یو ہیو دا کپیسٹی ٹو ٹیک یو ٹرن۔ سو، اف یو کیپ سائلنس، دین یو ویل بی ایبل ٹو ریوائیو دس کپیسٹی۔ سائلنس از ویری امپورٹنٹ۔</w:t>
      </w:r>
    </w:p>
    <w:p>
      <w:r>
        <w:rPr>
          <w:b/>
        </w:rPr>
        <w:t xml:space="preserve">[29:29] </w:t>
      </w:r>
      <w:r>
        <w:t>there is hadith, very, very important hadith. man samata naja. man samata naja. it means that one who keep silence, will get salvation. man samata naja.</w:t>
      </w:r>
    </w:p>
    <w:p>
      <w:pPr>
        <w:jc w:val="right"/>
      </w:pPr>
      <w:r>
        <w:t>دیر از حدیث، ویری، ویری امپورٹنٹ حدیث۔ من سماتا نجا۔ من سماتا نجا۔ اٹ مینز دیٹ ون ہو کیپ سائلنس، ویل گیٹ سالویشن۔ من سماتا نجا۔</w:t>
      </w:r>
    </w:p>
    <w:p>
      <w:r>
        <w:rPr>
          <w:b/>
        </w:rPr>
        <w:t xml:space="preserve">[30:03] </w:t>
      </w:r>
      <w:r>
        <w:t>success is for those who can keep silence. to, silence is da key to success. man samata naja means silence is da key to success. so, silence is very, very important. silence can change da course of events from negative direction to positive direction.</w:t>
      </w:r>
    </w:p>
    <w:p>
      <w:pPr>
        <w:jc w:val="right"/>
      </w:pPr>
      <w:r>
        <w:t>سکسیس از فار دوز ہو کین کیپ سائلنس۔ تو، سائلنس از دا کی ٹو سکسیس۔ من سماتا نجا مینز سائلنس از دا کی ٹو سکسیس۔ سو، سائلنس از ویری، ویری امپورٹنٹ۔ سائلنس کین چینج دا کورس اف ایونٹس فرام نیگیٹیو ڈائریکشن ٹو پازیٹیو ڈائریکشن۔</w:t>
      </w:r>
    </w:p>
    <w:p>
      <w:r>
        <w:rPr>
          <w:b/>
        </w:rPr>
        <w:t xml:space="preserve">[30:36] </w:t>
      </w:r>
      <w:r>
        <w:t>silence is not simply silence. silence means when you are silent, you are thinking. you when you are silent, you are thinking. no silence can stop your thinking. no silence can stop your thinking.</w:t>
      </w:r>
    </w:p>
    <w:p>
      <w:pPr>
        <w:jc w:val="right"/>
      </w:pPr>
      <w:r>
        <w:t>سائلنس از ناٹ سمپلی سائلنس۔ سائلنس مینز وین یو ار سائلنٹ، یو ار تھنکنگ۔ یو وین یو ار سائلنٹ، یو ار تھنکنگ۔ نو سائلنس کین اسٹاپ یور تھنکنگ۔ نو سائلنس کین اسٹاپ یور تھنکنگ۔</w:t>
      </w:r>
    </w:p>
    <w:p>
      <w:r>
        <w:rPr>
          <w:b/>
        </w:rPr>
        <w:t xml:space="preserve">[31:09] </w:t>
      </w:r>
      <w:r>
        <w:t>silence means to accelerate your thinking. man samata naja. so, why success? why silence is key to success? because when you are silent, you are able to activate your mind in positive way.</w:t>
      </w:r>
    </w:p>
    <w:p>
      <w:pPr>
        <w:jc w:val="right"/>
      </w:pPr>
      <w:r>
        <w:t>سائلنس مینز ٹو ایکسیلریٹ یور تھنکنگ۔ من سماتا نجا۔ سو، وائی سکسیس؟ وائی سائلنس از کی ٹو سکسیس؟ بیکاز وین یو ار سائلنٹ، یو ار ایبل ٹو ایکٹیویٹ یور مائنڈ ان پازیٹیو وے۔</w:t>
      </w:r>
    </w:p>
    <w:p>
      <w:r>
        <w:rPr>
          <w:b/>
        </w:rPr>
        <w:t xml:space="preserve">[31:40] </w:t>
      </w:r>
      <w:r>
        <w:t>so, when you feel that you are under attack of satan, you are under attack of desire, you are under attack of negative thought. keep silence and start thinking. then within moment, you you will find that there is process of normalization.</w:t>
      </w:r>
    </w:p>
    <w:p>
      <w:pPr>
        <w:jc w:val="right"/>
      </w:pPr>
      <w:r>
        <w:t>سو، وین یو فیل دیٹ یو ار انڈر اٹیک اف سیٹن، یو ار انڈر اٹیک اف ڈیزائر، یو ار انڈر اٹیک اف نیگیٹیو تھاٹ۔ کیپ سائلنس اینڈ سٹارٹ تھنکنگ۔ دین ود ان مومنٹ، یو یو ویل فائنڈ دیٹ دیر از پراسیس اف نارملائزیشن۔</w:t>
      </w:r>
    </w:p>
    <w:p>
      <w:r>
        <w:rPr>
          <w:b/>
        </w:rPr>
        <w:t xml:space="preserve">[32:13] </w:t>
      </w:r>
      <w:r>
        <w:t>silence activate da process of normalization in your personality, in your mind. so, this mentioned in da chapter altin. we created man in da best bold. then we</w:t>
      </w:r>
    </w:p>
    <w:p>
      <w:pPr>
        <w:jc w:val="right"/>
      </w:pPr>
      <w:r>
        <w:t>سائلنس ایکٹیویٹ دا پراسیس اف نارملائزیشن ان یور پرسنیلٹی، ان یور مائنڈ۔ سو، دس مینشنڈ ان دا چیپٹر التین۔ وی کریٹڈ مین ان دا بیسٹ بولڈ۔ دین وی</w:t>
      </w:r>
    </w:p>
    <w:p>
      <w:r>
        <w:rPr>
          <w:b/>
        </w:rPr>
        <w:t xml:space="preserve">[32:43] </w:t>
      </w:r>
      <w:r>
        <w:t>cast him down to da lowest of da low. it means that we created man and put him in test. so, we gave him desires. then at da same time, we equipped him with the law of 30 second. god gave you desir</w:t>
      </w:r>
    </w:p>
    <w:p>
      <w:pPr>
        <w:jc w:val="right"/>
      </w:pPr>
      <w:r>
        <w:t>کاسٹ ہم ڈاؤن ٹو دا لوئسٹ اف دا لو۔ اٹ مینز دیٹ وی کریٹڈ مین اینڈ پٹ ہم ان ٹیسٹ۔ سو، وی گیو ہم ڈیزائرز۔ دین ایٹ دا سیم ٹائم، وی ایکوپڈ ہم ود دی لا اف 30 سیکنڈ۔ گاڈ گیو یو ڈیزائ</w:t>
      </w:r>
    </w:p>
    <w:p>
      <w:r>
        <w:rPr>
          <w:b/>
        </w:rPr>
        <w:t xml:space="preserve">[33:13] </w:t>
      </w:r>
      <w:r>
        <w:t>es, so many desires. but at da same time, god equipped you with the law of 30 second, so that you may cope that desire. so that you may find the solution, so that you may manage the desires. law of 30 second makes you able to</w:t>
      </w:r>
    </w:p>
    <w:p>
      <w:pPr>
        <w:jc w:val="right"/>
      </w:pPr>
      <w:r>
        <w:t>رز، سو مینی ڈیزائرز۔ بٹ ایٹ دا سیم ٹائم، گاڈ ایکوپڈ یو ود دی لا اف 30 سیکنڈ، سو دیٹ یو می کوپ دیٹ ڈیزائر۔ سو دیٹ یو می فائنڈ دا سولیوشن، سو دیٹ یو می مینج دا ڈیزائرز۔ لا اف 30 سیکنڈ میکس یو ایبل ٹو</w:t>
      </w:r>
    </w:p>
    <w:p>
      <w:r>
        <w:rPr>
          <w:b/>
        </w:rPr>
        <w:t xml:space="preserve">[33:43] </w:t>
      </w:r>
      <w:r>
        <w:t>manage your desires. i can say that this law of 30 second makes you to manage all those desires in positive way. law of law of 30 seconds makes you able to convert your negative into positive.</w:t>
      </w:r>
    </w:p>
    <w:p>
      <w:pPr>
        <w:jc w:val="right"/>
      </w:pPr>
      <w:r>
        <w:t>مینج یور ڈیزائرز۔ ائی کین سے دیٹ دس لا اف 30 سیکنڈ میکس یو ٹو مینج ال دوز ڈیزائرز ان پازیٹیو وے۔ لا اف لا اف 30 سیکنڈز میکس یو ایبل ٹو کنورٹ یور نیگیٹیو انٹو پازیٹیو۔</w:t>
      </w:r>
    </w:p>
    <w:p>
      <w:r>
        <w:rPr>
          <w:b/>
        </w:rPr>
        <w:t xml:space="preserve">[34:14] </w:t>
      </w:r>
      <w:r>
        <w:t>here, i would like to add one more point. you see, the whole universe is based on the law of conversion. our our universe is universe of conversion. every, everything, everything. lets take water. what is water? initially, water is compression of two gases:</w:t>
      </w:r>
    </w:p>
    <w:p>
      <w:pPr>
        <w:jc w:val="right"/>
      </w:pPr>
      <w:r>
        <w:t>ہیر، ائی وڈ لائک ٹو ایڈ ون مور پوائنٹ۔ یو سی، دا ہول یونیورس از بیسڈ ان دا لا اف کنورژن۔ اور اور یونیورس از یونیورس اف کنورژن۔ ایوری، ایوری تھنگ، ایوری تھنگ۔ لیٹس ٹیک واٹر۔ واٹ از واٹر؟ انیشلی، واٹر از کمپریشن اف ٹو گیسز:</w:t>
      </w:r>
    </w:p>
    <w:p>
      <w:r>
        <w:rPr>
          <w:b/>
        </w:rPr>
        <w:t xml:space="preserve">[34:45] </w:t>
      </w:r>
      <w:r>
        <w:t>hydrogen and and hydrogen and oxygen. oxygen, hydrogen and oxygen. so, hydro water means conversion of two gases into water. water means conversion of non water into water.</w:t>
      </w:r>
    </w:p>
    <w:p>
      <w:pPr>
        <w:jc w:val="right"/>
      </w:pPr>
      <w:r>
        <w:t>ہائیڈروجن اینڈ اینڈ ہائیڈروجن اینڈ اکسیجن۔ اکسیجن، ہائیڈروجن اینڈ اکسیجن۔ سو، ہائیڈرو واٹر مینز کنورژن اف ٹو گیسز انٹو واٹر۔ واٹر مینز کنورژن اف نان واٹر انٹو واٹر۔</w:t>
      </w:r>
    </w:p>
    <w:p>
      <w:r>
        <w:rPr>
          <w:b/>
        </w:rPr>
        <w:t xml:space="preserve">[35:15] </w:t>
      </w:r>
      <w:r>
        <w:t>hydrogen or oxygen are not water. you can not take hydrogen or oxygen as water. no. but when under the law of nature, law under the under the law of nature, oxygen and hydrogen converts. they become</w:t>
      </w:r>
    </w:p>
    <w:p>
      <w:pPr>
        <w:jc w:val="right"/>
      </w:pPr>
      <w:r>
        <w:t>ہائیڈروجن اور اکسیجن ار ناٹ واٹر۔ یو کین ناٹ ٹیک ہائیڈروجن اور اکسیجن ایز واٹر۔ نو۔ بٹ وین انڈر دی لا اف نیچر، لا انڈر دی انڈر دی لا اف نیچر، اکسیجن اینڈ ہائیڈروجن کنورٹس۔ دے بیکم</w:t>
      </w:r>
    </w:p>
    <w:p>
      <w:r>
        <w:rPr>
          <w:b/>
        </w:rPr>
        <w:t xml:space="preserve">[35:45] </w:t>
      </w:r>
      <w:r>
        <w:t>water. so, water is a conversion of non water into water. so, in the case of everything, for example, sun, you take the sun. sun is also conversion of non light into light. converge, conversion sun is also conversion of non light into light. trees conversion of</w:t>
      </w:r>
    </w:p>
    <w:p>
      <w:pPr>
        <w:jc w:val="right"/>
      </w:pPr>
      <w:r>
        <w:t>واٹر۔ سو، واٹر از ا کنورژن اف نان واٹر انٹو واٹر۔ سو، ان دا کیس اف ایوری تھنگ، فار ایگزامپل، سن، یو ٹیک دا سن۔ سن از السو کنورژن اف نان لائٹ انٹو لائٹ۔ کنورج، کنورژن سن از السو کنورژن اف نان لائٹ انٹو لائٹ۔ ٹریز کنورژن اف</w:t>
      </w:r>
    </w:p>
    <w:p>
      <w:r>
        <w:rPr>
          <w:b/>
        </w:rPr>
        <w:t xml:space="preserve">[36:16] </w:t>
      </w:r>
      <w:r>
        <w:t>non tree into tree. because initially, there was no tree. there war. but when non tree converted, then we see it into form of of tree. so, this is it is this law of conversion. there is required by man. also with the only difference</w:t>
      </w:r>
    </w:p>
    <w:p>
      <w:pPr>
        <w:jc w:val="right"/>
      </w:pPr>
      <w:r>
        <w:t>نان ٹری انٹو ٹری۔ بیکاز انیشلی، دیر واز نو ٹری۔ دیر وار۔ بٹ وین نان ٹری کنورٹڈ، دین وی سی اٹ انٹو فارم اف اف ٹری۔ سو، دس از اٹ از دس لا اف کنورژن۔ دیر از ریکوائرڈ بائی مین۔ السو ود دا اونلی ڈیفرنس</w:t>
      </w:r>
    </w:p>
    <w:p>
      <w:r>
        <w:rPr>
          <w:b/>
        </w:rPr>
        <w:t xml:space="preserve">[36:46] </w:t>
      </w:r>
      <w:r>
        <w:t>that in other parts of the universe, this laws god has imposed this law under compulsion. sun and water are compulsively. there is compulsive conversion in case of water, in case of tree, in case</w:t>
      </w:r>
    </w:p>
    <w:p>
      <w:pPr>
        <w:jc w:val="right"/>
      </w:pPr>
      <w:r>
        <w:t>دیٹ ان ادر پارٹس اف دا یونیورس، دس لاز گاڈ ہیز امپوزڈ دس لا انڈر کمپلشن۔ سن اینڈ واٹر ار کمپلسولی۔ دیر از کمپلسو کنورژن ان کیس اف واٹر، ان کیس اف ٹری، ان کیس</w:t>
      </w:r>
    </w:p>
    <w:p>
      <w:r>
        <w:rPr>
          <w:b/>
        </w:rPr>
        <w:t xml:space="preserve">[37:16] </w:t>
      </w:r>
      <w:r>
        <w:t>of sun. there is conversion, but that is conversion by force. because they have no option. they have no option. but man is man has free will. to, man converts by own choice. man quran says</w:t>
      </w:r>
    </w:p>
    <w:p>
      <w:pPr>
        <w:jc w:val="right"/>
      </w:pPr>
      <w:r>
        <w:t>اف سن۔ دیر از کنورژن، بٹ دیٹ از کنورژن بائی فورس۔ بیکاز دے ہیو نو اپشن۔ دے ہیو نو اپشن۔ بٹ مین از مین ہیز فری ول۔ تو، مین کنورٹس بائی اون چوائس۔ مین قران سیز</w:t>
      </w:r>
    </w:p>
    <w:p>
      <w:r>
        <w:rPr>
          <w:b/>
        </w:rPr>
        <w:t xml:space="preserve">[37:47] </w:t>
      </w:r>
      <w:r>
        <w:t>when they become angry, they forgive. this is without compulsion. man is able to convert his anger into forgiveness by own choice. man man is capable to convert organs</w:t>
      </w:r>
    </w:p>
    <w:p>
      <w:pPr>
        <w:jc w:val="right"/>
      </w:pPr>
      <w:r>
        <w:t>، وین دے بیکم اینگری، دے فارگیو۔ دس از وداؤٹ کمپلشن۔ مین از ایبل ٹو کنورٹ ہز اینگر انٹو فارگیونس بائی اون چوائس۔ مین مین از کیپیبل ٹو کنورٹ ارگنز</w:t>
      </w:r>
    </w:p>
    <w:p>
      <w:r>
        <w:rPr>
          <w:b/>
        </w:rPr>
        <w:t xml:space="preserve">[38:17] </w:t>
      </w:r>
      <w:r>
        <w:t>into modesty by own choice. man is capable to convert lust and jealousy into dua. jealousy into dua. so, this conversion is conversion by choice. and it is this choice that the price of paradise.</w:t>
      </w:r>
    </w:p>
    <w:p>
      <w:pPr>
        <w:jc w:val="right"/>
      </w:pPr>
      <w:r>
        <w:t>انٹو ماڈیسٹی بائی اون چوائس۔ مین از کیپیبل ٹو کنورٹ لسٹ اینڈ جیلسی انٹو دعا۔ جیلسی انٹو دعا۔ سو، دس کنورژن از کنورژن بائی چوائس۔ اینڈ اٹ از دس چوائس دیٹ دا پرائس اف پیراڈائز۔</w:t>
      </w:r>
    </w:p>
    <w:p>
      <w:r>
        <w:rPr>
          <w:b/>
        </w:rPr>
        <w:t xml:space="preserve">[38:51] </w:t>
      </w:r>
      <w:r>
        <w:t>so, surah matin tells us that man was given a great opportunity in the form of law law of 30 second. but he failed to avail this opportunity and became became a case of failure, case of disasters. success lies here.</w:t>
      </w:r>
    </w:p>
    <w:p>
      <w:pPr>
        <w:jc w:val="right"/>
      </w:pPr>
      <w:r>
        <w:t>سو، سورہ متین ٹیلز اس دیٹ مین واز گیون ا گریٹ اپرچونیٹی ان دا فارم اف لا لا اف 30 سیکنڈ۔ بٹ ہی فیلڈ ٹو اویل دس اپرچونیٹی اینڈ بیکم بیکم ا کیس اف فیلیر، کیس اف ڈیساسٹرز۔ سکسیس لائیز ہیر۔</w:t>
      </w:r>
    </w:p>
    <w:p>
      <w:r>
        <w:rPr>
          <w:b/>
        </w:rPr>
        <w:t xml:space="preserve">[39:21] </w:t>
      </w:r>
      <w:r>
        <w:t>one who want to go to paradise, he must avail this opportunity. he must manage desires by using the law of 30 second. this is the this this law of 30 second is applicable to everything. it covers all the human activities</w:t>
      </w:r>
    </w:p>
    <w:p>
      <w:pPr>
        <w:jc w:val="right"/>
      </w:pPr>
      <w:r>
        <w:t>ون ہو وانٹ ٹو گو ٹو پیراڈائز، ہی مسٹ اویل دس اپرچونیٹی۔ ہی مسٹ مینج ڈیزائرز بائی یوزنگ دی لا اف 30 سیکنڈ۔ دس از دا دس دس لا اف 30 سیکنڈ از ایپلیکیبل ٹو ایوری تھنگ۔ اٹ کورز ال دا ہیومن ایکٹیویٹیز</w:t>
      </w:r>
    </w:p>
    <w:p>
      <w:r>
        <w:rPr>
          <w:b/>
        </w:rPr>
        <w:t xml:space="preserve">[39:52] </w:t>
      </w:r>
      <w:r>
        <w:t>and here is the key to success. here is the key to paradise. astaghfirullah alaikum ajmaeen.</w:t>
      </w:r>
    </w:p>
    <w:p>
      <w:pPr>
        <w:jc w:val="right"/>
      </w:pPr>
      <w:r>
        <w:t>۔ اینڈ ہیر از دی کی ٹو سکسیس۔ ہیر از دی کی ٹو پیراڈائز۔ 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