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Momin is like a tree | April 11, 2007</w:t>
      </w:r>
    </w:p>
    <w:p>
      <w:r>
        <w:t>https://www.youtube.com/watch?v=buv324nJoBk</w:t>
      </w:r>
    </w:p>
    <w:p>
      <w:r>
        <w:rPr>
          <w:b/>
        </w:rPr>
        <w:t xml:space="preserve">[00:11] </w:t>
      </w:r>
      <w:r>
        <w:t>wasallallahu ala nabiyil kareem. rab ishrah li sadri, wa yassir li amri, wahlul uqdatan min lisani yafqahu qawli. the title for the present talk is "a momin is like a tree". this title is derived from</w:t>
      </w:r>
    </w:p>
    <w:p>
      <w:pPr>
        <w:jc w:val="right"/>
      </w:pPr>
      <w:r>
        <w:t>وصلی اللہ علی النبی الکریم۔ رب اشرح لی صدری، ویسر لی امری، واحل العقدۃ من لسانی یفقہ قولی۔ دا ٹائٹل فار دا پریزنٹ ٹاک از "ا مومن از لائک ا ٹری"۔ دس ٹائٹل از ڈرائیوڈ فرام</w:t>
      </w:r>
    </w:p>
    <w:p>
      <w:r>
        <w:rPr>
          <w:b/>
        </w:rPr>
        <w:t xml:space="preserve">[00:42] </w:t>
      </w:r>
      <w:r>
        <w:t>a verse of the quran. in the chapter number 14 of the quran, in the verse 24-25, "mathala kalimatin tayyibatin kashajaratin tayyibatin asluha thabitun wa faruha fi as-sama"</w:t>
      </w:r>
    </w:p>
    <w:p>
      <w:pPr>
        <w:jc w:val="right"/>
      </w:pPr>
      <w:r>
        <w:t>ا ورس اف دا قرآن۔ ان دا چیپٹر نمبر 14 اف دا قرآن، ان دی ورس 24-25، "مثل کلمۃ طیبۃ کشجرۃ طیبۃ اصلہا ثابت وفرہا فی السماء"</w:t>
      </w:r>
    </w:p>
    <w:p>
      <w:r>
        <w:rPr>
          <w:b/>
        </w:rPr>
        <w:t xml:space="preserve">[01:12] </w:t>
      </w:r>
      <w:r>
        <w:t>kadhālika yadribullāhu al-amthāla, la'allahum yatafakkarūn. it means that the example of a true believer, momin or true believer, is that he is like a</w:t>
      </w:r>
    </w:p>
    <w:p>
      <w:pPr>
        <w:jc w:val="right"/>
      </w:pPr>
      <w:r>
        <w:t>۔ کذالک یضرب اللہ الامثال، لعلہم یتفکرون۔ اٹ مینز دیٹ دا ایگزیمپل اف ا ٹرو بیلیور، مومن اور ٹرو بیلیور، از دیٹ ہی از لائک ا</w:t>
      </w:r>
    </w:p>
    <w:p>
      <w:r>
        <w:rPr>
          <w:b/>
        </w:rPr>
        <w:t xml:space="preserve">[01:42] </w:t>
      </w:r>
      <w:r>
        <w:t>tree, like a healthy tree. Its roots are firm in the earth, and its branches are in the heaven. It gives its fruit at all times.</w:t>
      </w:r>
    </w:p>
    <w:p>
      <w:pPr>
        <w:jc w:val="right"/>
      </w:pPr>
      <w:r>
        <w:t>ٹری، لائک ا ہیلدی ٹری۔ اٹس روٹس ار فرم ان دی ارتھ، اینڈ اٹس برانچز ار ان دا ہیون۔ اٹ گیوز اٹس فروٹ ایٹ ال ٹائمز۔</w:t>
      </w:r>
    </w:p>
    <w:p>
      <w:r>
        <w:rPr>
          <w:b/>
        </w:rPr>
        <w:t xml:space="preserve">[02:12] </w:t>
      </w:r>
      <w:r>
        <w:t>This is a parable for those who try to reflect. First of all, we must know why God chose tree as a parable</w:t>
      </w:r>
    </w:p>
    <w:p>
      <w:pPr>
        <w:jc w:val="right"/>
      </w:pPr>
      <w:r>
        <w:t>دس از ا پیرابل فار دوز ہو ٹرائی ٹو ریفلیکٹ۔ فرسٹ اف ال، وی مسٹ نو وائی گاڈ چوز ٹری ایز ا پیرابل</w:t>
      </w:r>
    </w:p>
    <w:p>
      <w:r>
        <w:rPr>
          <w:b/>
        </w:rPr>
        <w:t xml:space="preserve">[02:42] </w:t>
      </w:r>
      <w:r>
        <w:t>or as an example. You know, in the universe, in this vast universe, there are numerous creatures, numerous items, like sun, moon, planets, stars, mountain, ocean. So many, so many, so many, more than billion and trillion items.</w:t>
      </w:r>
    </w:p>
    <w:p>
      <w:pPr>
        <w:jc w:val="right"/>
      </w:pPr>
      <w:r>
        <w:t>اور ایز این ایگزامپل۔ یو نو، ان دی یونیورس، ان دس واسٹ یونیورس، دیر ار نیومرس کریچرز، نیومرس ائٹمز، لائک سن، مون، پلینٹس، اسٹارز، ماؤنٹن، اوشن۔ سو مینی، سو مینی، سو مینی، مور دین بلین اینڈ ٹریلین ائٹمز۔</w:t>
      </w:r>
    </w:p>
    <w:p>
      <w:r>
        <w:rPr>
          <w:b/>
        </w:rPr>
        <w:t xml:space="preserve">[03:13] </w:t>
      </w:r>
      <w:r>
        <w:t>But God selected only tree, because tree is a very unique type of creature. Tree is a very unique creation of God. Tree is, tree has the capacity to grow</w:t>
      </w:r>
    </w:p>
    <w:p>
      <w:pPr>
        <w:jc w:val="right"/>
      </w:pPr>
      <w:r>
        <w:t>بٹ گاڈ سلیکٹڈ اونلی ٹری، بیکاز ٹری از ا ویری یونیک ٹائپ اف کریچر۔ ٹری از ا ویری یونیک کریشن اف گاڈ۔ ٹری از، ٹری ہیز دا کیپیسٹی ٹو گرو</w:t>
      </w:r>
    </w:p>
    <w:p>
      <w:r>
        <w:rPr>
          <w:b/>
        </w:rPr>
        <w:t xml:space="preserve">[03:45] </w:t>
      </w:r>
      <w:r>
        <w:t>, capacity to grow. Tree begins its life from seed, a small seed. Then it grows, grows, grows, grows, until it reaches a full tree, until it becomes a full tree, with stems, with branches, with leaves, with</w:t>
      </w:r>
    </w:p>
    <w:p>
      <w:pPr>
        <w:jc w:val="right"/>
      </w:pPr>
      <w:r>
        <w:t>، کیپیسٹی ٹو گرو۔ ٹری بگنز اٹس لائف فرام سیڈ، اے سمال سیڈ۔ دین اٹ گروز، گروز، گروز، گروز، انٹل اٹ ریچز ا فل ٹری، انٹل اٹ بیکمز ا فل ٹری، ود اسٹمز، ود برانچز، ود لیوز، ود</w:t>
      </w:r>
    </w:p>
    <w:p>
      <w:r>
        <w:rPr>
          <w:b/>
        </w:rPr>
        <w:t xml:space="preserve">[04:15] </w:t>
      </w:r>
      <w:r>
        <w:t>flowers, with fruits, with shadow, with greenery. So this kind of phenomena is unique in this universe. Because of this, God chose a tree to tell us that this is example for</w:t>
      </w:r>
    </w:p>
    <w:p>
      <w:pPr>
        <w:jc w:val="right"/>
      </w:pPr>
      <w:r>
        <w:t>فلاورز، ود فروٹس، ود شیڈو، ود گرینری۔ سو دس کائنڈ اف فینومینا از یونیک ان دس یونیورس۔ بیکاز اف دس، گاڈ چوز ا ٹری ٹو ٹیل اس دیٹ دس از ایگزیمپل فار</w:t>
      </w:r>
    </w:p>
    <w:p>
      <w:r>
        <w:rPr>
          <w:b/>
        </w:rPr>
        <w:t xml:space="preserve">[04:45] </w:t>
      </w:r>
      <w:r>
        <w:t>you. I can say that God has demonstrated a momin or ایمان in the form of a tree. Momin or believer, or true believer, begins from a small seed, that is kalma.</w:t>
      </w:r>
    </w:p>
    <w:p>
      <w:pPr>
        <w:jc w:val="right"/>
      </w:pPr>
      <w:r>
        <w:t>یو۔ ائی کین سے دیٹ گاڈ ہیز ڈیمونسٹریٹڈ ا مومن اور ایمان ان دا فارم اف ا ٹری۔ مومن اور بیلیور، اور ٹرو بیلیور، بگنز فرام اے سمال سیڈ، دیٹ از کلمہ۔</w:t>
      </w:r>
    </w:p>
    <w:p>
      <w:r>
        <w:rPr>
          <w:b/>
        </w:rPr>
        <w:t xml:space="preserve">[05:20] </w:t>
      </w:r>
      <w:r>
        <w:t>Kalma, kalma is the starting point of momin. Now, kalma is not simply a recitation, kalma is not simply a kind of lip service. Kalma means realization, kalma means معرفہ, realization, kalma means discovery. When one discovers the truth, with capital T</w:t>
      </w:r>
    </w:p>
    <w:p>
      <w:pPr>
        <w:jc w:val="right"/>
      </w:pPr>
      <w:r>
        <w:t>کلمہ، کلمہ از دی سٹارٹنگ پوائنٹ اف مومن۔ ناؤ، کلمہ از ناٹ سمپلی ا ریسیٹیشن، کلمہ از ناٹ سمپلی ا کائنڈ اف لپ سروس۔ کلمہ مینز ریلائزیشن، کلمہ مینز معرفہ، ریلائزیشن، کلمہ مینز ڈسکوری۔ وین ون ڈسکورز دا ٹروتھ، ود کیپیٹل ٹی</w:t>
      </w:r>
    </w:p>
    <w:p>
      <w:r>
        <w:rPr>
          <w:b/>
        </w:rPr>
        <w:t xml:space="preserve">[05:50] </w:t>
      </w:r>
      <w:r>
        <w:t>he discovers God as supreme truth. When he discovers Muhammad as a supreme guide for mankind. When one discovers Quran as a word of God, and then he say, then he sees la</w:t>
      </w:r>
    </w:p>
    <w:p>
      <w:pPr>
        <w:jc w:val="right"/>
      </w:pPr>
      <w:r>
        <w:t>ہی ڈسکورز گاڈ ایز سپریم ٹروتھ۔ وین ہی ڈسکورز محمد ایز ا سپریم گائیڈ فار مین کائنڈ۔ وین ون ڈسکورز قران ایز ا ورڈ اف گاڈ، اینڈ دین ہی سے، دین ہی سیز لا</w:t>
      </w:r>
    </w:p>
    <w:p>
      <w:r>
        <w:rPr>
          <w:b/>
        </w:rPr>
        <w:t xml:space="preserve">[06:20] </w:t>
      </w:r>
      <w:r>
        <w:t>ilah ila Allah Muhammad Rasul Allah. This kalma. So معرفہ or realization or ایمان is like a seed, like a seed. So the personality of a momin begins from this seed, then it grows, grows, grows, like a tree, until it reaches</w:t>
      </w:r>
    </w:p>
    <w:p>
      <w:pPr>
        <w:jc w:val="right"/>
      </w:pPr>
      <w:r>
        <w:t>الہ الا اللہ محمد رسول اللہ۔ دس کلمہ۔ سو معرفہ اور ریلائزیشن اور ایمان از لائک ا سیڈ، لائک ا سیڈ۔ سو دا پرسنیلٹی اف اے مومن بگنز فرام دس سیڈ، دین اٹ گروز، گروز، گروز، لائک ا ٹری، انٹل اٹ ریچز</w:t>
      </w:r>
    </w:p>
    <w:p>
      <w:r>
        <w:rPr>
          <w:b/>
        </w:rPr>
        <w:t xml:space="preserve">[06:51] </w:t>
      </w:r>
      <w:r>
        <w:t>its complete height. So the first aspect of this, so one aspect of this is given in the Quran in these verses. Its root is firm in the earth, and its branches are in heaven. It is said that tree</w:t>
      </w:r>
    </w:p>
    <w:p>
      <w:pPr>
        <w:jc w:val="right"/>
      </w:pPr>
      <w:r>
        <w:t>اٹس کمپلیٹ ہائٹ۔ سو دا فرسٹ اسپیکٹ اف دس، سو ون اسپیکٹ اف دس از گیون ان دا قران ان دیز ورس۔ اٹس روٹ از فرم ان دا ارتھ، اینڈ اٹس برانچز ار ان ہیون۔ اٹ از سیڈ دیٹ ٹری</w:t>
      </w:r>
    </w:p>
    <w:p>
      <w:r>
        <w:rPr>
          <w:b/>
        </w:rPr>
        <w:t xml:space="preserve">[07:23] </w:t>
      </w:r>
      <w:r>
        <w:t>is as much downward as it is upward. Tree is a unique phenomena. Tree is as much downward as it is upward.</w:t>
      </w:r>
    </w:p>
    <w:p>
      <w:pPr>
        <w:jc w:val="right"/>
      </w:pPr>
      <w:r>
        <w:t>از ایز مچ ڈاؤن ورڈ ایز اٹ از اپورڈ۔ ٹری از ا یونیک فینامینا۔ ٹری از ایز مچ ڈاؤن ورڈ ایز اٹ از اپورڈ۔</w:t>
      </w:r>
    </w:p>
    <w:p>
      <w:r>
        <w:rPr>
          <w:b/>
        </w:rPr>
        <w:t xml:space="preserve">[07:54] </w:t>
      </w:r>
      <w:r>
        <w:t>It means that tree always try to consolidate itself. It is symbol of consolidation. This kind of firm roots, it means that it is completely, it has completely consolidated its existence. No man can r</w:t>
      </w:r>
    </w:p>
    <w:p>
      <w:pPr>
        <w:jc w:val="right"/>
      </w:pPr>
      <w:r>
        <w:t>اٹ مینز دیٹ ٹری الویز ٹرائی ٹو کنسولیڈیٹ اٹ سیلف۔ اٹ از سمبل اف کنسولیڈیشن۔ دس کائنڈ اف فرم روٹس، اٹ مینز دیٹ اٹ از کمپلیٹلی، اٹ ہیز کمپلیٹلی کنسولیڈیٹڈ اٹس ایگزسٹنس۔ نو مین کین ر</w:t>
      </w:r>
    </w:p>
    <w:p>
      <w:r>
        <w:rPr>
          <w:b/>
        </w:rPr>
        <w:t xml:space="preserve">[08:24] </w:t>
      </w:r>
      <w:r>
        <w:t>emove it. So is the case of a believer. Believer also moves and act, but first of all, he tries to consolidate itself in the earth, in its ground. Without consolidation, jumping here and there</w:t>
      </w:r>
    </w:p>
    <w:p>
      <w:pPr>
        <w:jc w:val="right"/>
      </w:pPr>
      <w:r>
        <w:t>یموو اٹ۔ سو از دا کیس اف ا بیلیور۔ بیلیور السو مووز اینڈ ایکٹ، بٹ فرسٹ اف ال، ہی ٹرائیز ٹو کنسولیڈیٹ اٹ سیلف ان دی ارتھ، ان اٹس گراؤنڈ۔ وداؤٹ کنسولیڈیشن، جمپنگ ہیر اینڈ دیر</w:t>
      </w:r>
    </w:p>
    <w:p>
      <w:r>
        <w:rPr>
          <w:b/>
        </w:rPr>
        <w:t xml:space="preserve">[08:54] </w:t>
      </w:r>
      <w:r>
        <w:t>, is not ایمان. So this is the, so the first, first aspect of tree was that it is a, it has unique capacity to grow, to grow, grow, grow. There is no stagnation in trees life, no stagnation</w:t>
      </w:r>
    </w:p>
    <w:p>
      <w:pPr>
        <w:jc w:val="right"/>
      </w:pPr>
      <w:r>
        <w:t>، از ناٹ ایمان۔ سو دس از دا، سو دا فرسٹ، فرسٹ اسپیکٹ اف ٹری واز دیٹ اٹ از ا، اٹ ہیز یونیک کیپیسٹی ٹو گرو، ٹو گرو، گرو، گرو۔ دیر از نو سٹیگنیشن ان ٹریز لائف، نو سٹیگنیشن</w:t>
      </w:r>
    </w:p>
    <w:p>
      <w:r>
        <w:rPr>
          <w:b/>
        </w:rPr>
        <w:t xml:space="preserve">[09:24] </w:t>
      </w:r>
      <w:r>
        <w:t>like stone. In stone, there is stagnation. Stone is a phenomena of stagnation. But tree is a phenomena of growing. So is the case of a momin. There is no stagnation in momin life,</w:t>
      </w:r>
    </w:p>
    <w:p>
      <w:pPr>
        <w:jc w:val="right"/>
      </w:pPr>
      <w:r>
        <w:t>لائک سٹون۔ ان سٹون، دیر از سٹیگنیشن۔ سٹون از اے فینامینا اف سٹیگنیشن۔ بٹ ٹری از ا فینامینا اف گروئنگ۔ سو از دا کیس اف ا مومن۔ دیر از نو سٹیگنیشن ان مومن لائف،</w:t>
      </w:r>
    </w:p>
    <w:p>
      <w:r>
        <w:rPr>
          <w:b/>
        </w:rPr>
        <w:t xml:space="preserve">[09:55] </w:t>
      </w:r>
      <w:r>
        <w:t>no intellectual stagnation, no spiritual stagnation, no thinking stagnation. In momin life, there is always development, always progress. Momin is always, momin always try to develop its, its spiritual</w:t>
      </w:r>
    </w:p>
    <w:p>
      <w:pPr>
        <w:jc w:val="right"/>
      </w:pPr>
      <w:r>
        <w:t>نو انٹلیکچول سٹیگنیشن، نو اسپرچول سٹیگنیشن، نو تھنکنگ سٹیگنیشن۔ ان مومن لائف، دیر از الویز ڈیولپمنٹ، الویز پروگریس۔ مومن از الویز، مومن الویز ٹرائی ٹو ڈیولپ اٹس، اٹس سپرچول</w:t>
      </w:r>
    </w:p>
    <w:p>
      <w:r>
        <w:rPr>
          <w:b/>
        </w:rPr>
        <w:t xml:space="preserve">[10:25] </w:t>
      </w:r>
      <w:r>
        <w:t>ity. Momin always tries to develop his spirituality, his mind, his energy. So momin is like a tree, it always try to grow. Then momin don't know stagne</w:t>
      </w:r>
    </w:p>
    <w:p>
      <w:pPr>
        <w:jc w:val="right"/>
      </w:pPr>
      <w:r>
        <w:t>یٹی۔ مومن الویز ٹرائیز ٹو ڈیولپ ہز سپرچولیٹی، ہز مائنڈ، ہز انرجی۔ سو مومن از لائک ا ٹری، اٹ الویز ٹرائی ٹو گرو۔ دین مومن ڈونٹ نو سٹیگنی</w:t>
      </w:r>
    </w:p>
    <w:p>
      <w:r>
        <w:rPr>
          <w:b/>
        </w:rPr>
        <w:t xml:space="preserve">[10:55] </w:t>
      </w:r>
      <w:r>
        <w:t>tion. Momin is a, momin is always in progress, and at the same time, momin always try to consolidate in its ground, in his ground. Then you see, it is now well known that tree has a very important function</w:t>
      </w:r>
    </w:p>
    <w:p>
      <w:pPr>
        <w:jc w:val="right"/>
      </w:pPr>
      <w:r>
        <w:t>شن۔ مومن از ا، مومن از الویز ان پروگریس، اینڈ ایٹ دا سیم ٹائم، مومن الویز ٹرائی ٹو کنسولیڈیٹ ان اٹس گراؤنڈ، ان ہز گراؤنڈ۔ دین یو سی، اٹ از ناؤ ویل نون دیٹ ٹری ہیز ا ویری امپورٹنٹ فنکشن</w:t>
      </w:r>
    </w:p>
    <w:p>
      <w:r>
        <w:rPr>
          <w:b/>
        </w:rPr>
        <w:t xml:space="preserve">[11:27] </w:t>
      </w:r>
      <w:r>
        <w:t>, that is tree and also all plants. So plants purify that atmosphere by observing carbon dioxide and releasing oxygen. A unique</w:t>
      </w:r>
    </w:p>
    <w:p>
      <w:pPr>
        <w:jc w:val="right"/>
      </w:pPr>
      <w:r>
        <w:t>، دیٹ از ٹری اینڈ السو ال پلانٹس۔ سو پلانٹس پیوریفائی دیٹ موسفیئر بائی ابزارونگ کاربن ڈائی اکسائیڈ اینڈ ریلیزنگ اکسیجن۔ اے یونیک</w:t>
      </w:r>
    </w:p>
    <w:p>
      <w:r>
        <w:rPr>
          <w:b/>
        </w:rPr>
        <w:t xml:space="preserve">[11:57] </w:t>
      </w:r>
      <w:r>
        <w:t>phenomena. Plants purify that atmosphere by observing carbon dioxide and releasing oxygen. This is a very unique phenomena. And this phenomena, and and momin has also this quality.</w:t>
      </w:r>
    </w:p>
    <w:p>
      <w:pPr>
        <w:jc w:val="right"/>
      </w:pPr>
      <w:r>
        <w:t>فینامینا۔ پلانٹس پیوریفائی دیٹ موسفیئر بائی ابزارونگ کاربن ڈائی اکسائیڈ اینڈ ریلیزنگ اکسیجن۔ دس از ا ویری یونیک فینامینا۔ اینڈ دس فینامینا، اینڈ اینڈ مومن ہیز السو دس کوالٹی۔</w:t>
      </w:r>
    </w:p>
    <w:p>
      <w:r>
        <w:rPr>
          <w:b/>
        </w:rPr>
        <w:t xml:space="preserve">[12:29] </w:t>
      </w:r>
      <w:r>
        <w:t>Momin always try to live like a tree. You know, in our world, in this present world, that is testing ground, and everyone has freedom. So in such such situation, every time there are negative experiences, there are provocation. Every time</w:t>
      </w:r>
    </w:p>
    <w:p>
      <w:pPr>
        <w:jc w:val="right"/>
      </w:pPr>
      <w:r>
        <w:t>مومن الویز ٹرائی ٹو لیو لائک ا ٹری۔ یو نو، ان اور ورلڈ، ان دس پریزنٹ ورلڈ، دیٹ از ٹیسٹنگ گراؤنڈ، اینڈ ایوری ون ہیز فریڈم۔ سو ان سچ سچویشن، ایوری ٹائم دیر ار نیگیٹیو ایکسپیرینسز، دیر ار پرووکیشن۔ ایوری ٹائم</w:t>
      </w:r>
    </w:p>
    <w:p>
      <w:r>
        <w:rPr>
          <w:b/>
        </w:rPr>
        <w:t xml:space="preserve">[13:00] </w:t>
      </w:r>
      <w:r>
        <w:t>there are such experiences, like, like anger, like greed, like malice, like intolerance, like revenge, like greed, like injustice. So all these are negative kind of habits</w:t>
      </w:r>
    </w:p>
    <w:p>
      <w:pPr>
        <w:jc w:val="right"/>
      </w:pPr>
      <w:r>
        <w:t>دیر ار سچ ایکسپیرینسز، لائک، لائک اینگر، لائک گریڈ، لائک میلش، لائک انٹولرنس، لائک ریونج، لائک گریڈ، لائک انجسٹس۔ سو ال دیز ار نیگیٹیو کائنڈ اف ہیبٹس</w:t>
      </w:r>
    </w:p>
    <w:p>
      <w:r>
        <w:rPr>
          <w:b/>
        </w:rPr>
        <w:t xml:space="preserve">[13:30] </w:t>
      </w:r>
      <w:r>
        <w:t>. And every time momin faces these kind of negative experiences. But he adopts the culture of tree, that is momin takes negative experiences, and then momin releases it in the form of positive,</w:t>
      </w:r>
    </w:p>
    <w:p>
      <w:pPr>
        <w:jc w:val="right"/>
      </w:pPr>
      <w:r>
        <w:t>۔ اینڈ ایوری ٹائم مومن فیسز دیز کائنڈ اف نیگیٹیو ایکسپیرینسز۔ بٹ ہی اڈاپٹس دا کلچر اف ٹری، دیٹ از مومن ٹیکس نیگیٹیو ایکسپیرینسز، اینڈ دین مومن ریلیزز اٹ ان دا فارم اف پازیٹیو،</w:t>
      </w:r>
    </w:p>
    <w:p>
      <w:r>
        <w:rPr>
          <w:b/>
        </w:rPr>
        <w:t xml:space="preserve">[14:00] </w:t>
      </w:r>
      <w:r>
        <w:t>in the form of positivity. For example, if there is provocation, and he becomes angry, then in response, he will not return it into, into anger or revenge. No, he turns the anger into forgiveness.</w:t>
      </w:r>
    </w:p>
    <w:p>
      <w:pPr>
        <w:jc w:val="right"/>
      </w:pPr>
      <w:r>
        <w:t>ان دا فارم اف پازیٹیوٹی۔ فار ایگزامپل، اف دیر از پرووکیشن، اینڈ ہی بیکمز اینگری، دین ان ریسپانس، ہی ول ناٹ ریٹرن اٹ انٹو، انٹو اینگر اور ریونج۔ نو، ہی ٹرنز دا اینگر انٹو فارگونس</w:t>
      </w:r>
    </w:p>
    <w:p>
      <w:r>
        <w:rPr>
          <w:b/>
        </w:rPr>
        <w:t xml:space="preserve">[14:32] </w:t>
      </w:r>
      <w:r>
        <w:t>so one who provokes him, he gives him forgiveness, he gives him dua, he gives him compassion. So in return for negative thought, he gives positive thought. So this is the culture of</w:t>
      </w:r>
    </w:p>
    <w:p>
      <w:pPr>
        <w:jc w:val="right"/>
      </w:pPr>
      <w:r>
        <w:t>۔ سو ون ہو پرووک ہم، ہی گیوز ہم فارگونس، ہی گیوز ہم دعا، ہی گیوز ہم کمپیشن۔ سو ان ریٹرن فار نیگیٹیو تھاٹ، ہی گیوز پازیٹیو تھاٹ۔ سو دس از دا کلچر اف</w:t>
      </w:r>
    </w:p>
    <w:p>
      <w:r>
        <w:rPr>
          <w:b/>
        </w:rPr>
        <w:t xml:space="preserve">[15:02] </w:t>
      </w:r>
      <w:r>
        <w:t>tree. This culture is also adopted by momin. Momin, there is hadith that ashra nas bukhluq hasanain. It means that give people positive</w:t>
      </w:r>
    </w:p>
    <w:p>
      <w:pPr>
        <w:jc w:val="right"/>
      </w:pPr>
      <w:r>
        <w:t>ٹری۔ دس کلچر از السو اڈاپٹڈ بائی مومن۔ مومن، دیر از حدیث دیٹ اشر ناس بخلق حسنین۔ اٹ مینز دیٹ گیو پیپل پازیٹی</w:t>
      </w:r>
    </w:p>
    <w:p>
      <w:r>
        <w:rPr>
          <w:b/>
        </w:rPr>
        <w:t xml:space="preserve">[15:32] </w:t>
      </w:r>
      <w:r>
        <w:t>experience. People must receive positive experience from you, no negative experience. Although there are negative items every time, but momin saves himself from being victim of that negative experience. He always tries to live in posi</w:t>
      </w:r>
    </w:p>
    <w:p>
      <w:pPr>
        <w:jc w:val="right"/>
      </w:pPr>
      <w:r>
        <w:t>و ایکسپیرینس۔ پیپل مسٹ ریسیو پازیٹیو ایکسپیرینس فرام یو، نو نیگیٹیو ایکسپیرینس۔ الدو دیر ار نیگیٹیو ائٹمز ایوری ٹائم، بٹ مومن سیوز ہم سیلف فرام بینگ وکٹم اف دیٹ نیگیٹیو ایکسپیرینس۔ ہی الویز ٹرائیز ٹو لیو ان پازی</w:t>
      </w:r>
    </w:p>
    <w:p>
      <w:r>
        <w:rPr>
          <w:b/>
        </w:rPr>
        <w:t xml:space="preserve">[16:02] </w:t>
      </w:r>
      <w:r>
        <w:t>tivity. This is culture of tree. Tree takes carbon dioxide and returns it into in the form of oxygen. So is the case of momin. Momin experiences negative thought, but he returns it into a positive one. This is the tree culture, and also this is the momin culture</w:t>
      </w:r>
    </w:p>
    <w:p>
      <w:pPr>
        <w:jc w:val="right"/>
      </w:pPr>
      <w:r>
        <w:t>ٹیوٹی۔ دس از کلچر اف ٹری۔ ٹری ٹیکس کاربن ڈائی اکسائیڈ اینڈ ریٹرن اٹ انٹو ان دا فارم اف اکسیجن۔ سو از دا کیس اف مومن۔ مومن ایکسپیرینسز نیگیٹیو تھاٹ، بٹ ہی ریٹرنز اٹ انٹو ا پازیٹیو ون۔ دس از دا ٹری کلچر، اینڈ السو دس از دا مومن کلچر</w:t>
      </w:r>
    </w:p>
    <w:p>
      <w:r>
        <w:rPr>
          <w:b/>
        </w:rPr>
        <w:t xml:space="preserve">[16:32] </w:t>
      </w:r>
      <w:r>
        <w:t>. Then you see, Quran says that every time tree gives its fruit. Every time. So is the case of momin. Momin</w:t>
      </w:r>
    </w:p>
    <w:p>
      <w:pPr>
        <w:jc w:val="right"/>
      </w:pPr>
      <w:r>
        <w:t>۔ دین یو سی، قران سیز دیٹ ایوری ٹائم ٹری گیوز اٹس فروٹ۔ ایوری ٹائم۔ سو از دا کیس اف مومن۔ مومن</w:t>
      </w:r>
    </w:p>
    <w:p>
      <w:r>
        <w:rPr>
          <w:b/>
        </w:rPr>
        <w:t xml:space="preserve">[17:04] </w:t>
      </w:r>
      <w:r>
        <w:t>is a healthy tree, very very healthy tree. It always gives nice fruit to his neighbors, to his companions, to his family, to society. Every time. So tree, tree is a giver member of universal society</w:t>
      </w:r>
    </w:p>
    <w:p>
      <w:pPr>
        <w:jc w:val="right"/>
      </w:pPr>
      <w:r>
        <w:t>از ا ہیلدی ٹری، ویری ویری ہیلدی ٹری۔ اٹ الویز گیوز نائس فروٹ ٹو ہز نیبرز، ٹو ہز کمپینینز، ٹو ہز فیملی، ٹو سوسائٹی۔ ایوری ٹائم۔ سو ٹری، ٹری از ا گیور ممبر اف یونیورسل سوسائٹی</w:t>
      </w:r>
    </w:p>
    <w:p>
      <w:r>
        <w:rPr>
          <w:b/>
        </w:rPr>
        <w:t xml:space="preserve">[17:35] </w:t>
      </w:r>
      <w:r>
        <w:t>. Of universal society, and tree is member of that society. So tree is a giver member of the society, not a taker member. Tree gives people oxygen, tree gives people fruit and flowers. Tree gives to other, to others</w:t>
      </w:r>
    </w:p>
    <w:p>
      <w:pPr>
        <w:jc w:val="right"/>
      </w:pPr>
      <w:r>
        <w:t>۔ اف یونیورس سوسائٹی، اینڈ ٹری از ممبر اف دیٹ سوسائٹی۔ سو ٹری از ا گیور ممبر اف دی سوسائٹی، ناٹ ا ٹیکر ممبر۔ ٹری گیوز پیپل اکسیجن، ٹری گیوز پیپل فروٹ اینڈ فلاورز۔ ٹری گیوز ٹو ادر، ٹو ادرز</w:t>
      </w:r>
    </w:p>
    <w:p>
      <w:r>
        <w:rPr>
          <w:b/>
        </w:rPr>
        <w:t xml:space="preserve">[18:06] </w:t>
      </w:r>
      <w:r>
        <w:t>shade, and everything there is useful for mankind. So is the case of a momin. Momin lives as a giver member of the society, not as a taker member of the society. There is hadith. So this hadith gives</w:t>
      </w:r>
    </w:p>
    <w:p>
      <w:pPr>
        <w:jc w:val="right"/>
      </w:pPr>
      <w:r>
        <w:t>شیڈو، اینڈ ایوری تھنگ دیر از یوزفل فار مین کائنڈ۔ سو از دا کیس اف ا مومن۔ مومن لیوز ایز ا گیور ممبر اف دا سوسائٹی، ناٹ ایز ا ٹیکر ممبر اف دا سوسائٹی۔ دیر از حدیث۔ سو دس حدیث گیوز</w:t>
      </w:r>
    </w:p>
    <w:p>
      <w:r>
        <w:rPr>
          <w:b/>
        </w:rPr>
        <w:t xml:space="preserve">[18:36] </w:t>
      </w:r>
      <w:r>
        <w:t>us a two point formula. Either you have to live as a giver member of society, or no problem member of the society. There is no third position, only two position, no third. That is either you must live</w:t>
      </w:r>
    </w:p>
    <w:p>
      <w:pPr>
        <w:jc w:val="right"/>
      </w:pPr>
      <w:r>
        <w:t>اس ا ٹو پوائنٹ فارمولا۔ ائیدر یو ہیو ٹو لیو ایز ا گیور ممبر اف سوسائٹی، اور نو پرابلم ممبر اف دا سوسائٹی۔ دیر از نو تھرڈ پوزیشن، اونلی ٹو پوزیشن، نو تھرڈ۔ دیٹ از ائیدر یو مسٹ لیو</w:t>
      </w:r>
    </w:p>
    <w:p>
      <w:r>
        <w:rPr>
          <w:b/>
        </w:rPr>
        <w:t xml:space="preserve">[19:06] </w:t>
      </w:r>
      <w:r>
        <w:t>as a giver member of your society, or you have to live as a no problem member of society. There is no third position. So this is the culture of tree, and this is the culture of momin. With only difference that tree is tree has everything, but</w:t>
      </w:r>
    </w:p>
    <w:p>
      <w:pPr>
        <w:jc w:val="right"/>
      </w:pPr>
      <w:r>
        <w:t>ایز ا گیور ممبر اف یور سوسائٹی، اور یو ہیو ٹو لیو ایز ا نو پرابلم ممبر اف سوسائٹی۔ دیر از نو تھرڈ پوزیشن۔ سو دس از دا کلچر اف ٹری، اینڈ دس از دا کلچر اف مومن۔ ود اونلی ڈیفرنس دیٹ ٹری از ٹری ہیز ایوری تھنگ، بٹ</w:t>
      </w:r>
    </w:p>
    <w:p>
      <w:r>
        <w:rPr>
          <w:b/>
        </w:rPr>
        <w:t xml:space="preserve">[19:37] </w:t>
      </w:r>
      <w:r>
        <w:t>thinking tree has no mind. So tree, all these behaviors which we see in tree is a compulsive behavior. Tree is under the law of nature. So tree has no option. Tree has no option. Tree has no freedom. So what tree?</w:t>
      </w:r>
    </w:p>
    <w:p>
      <w:pPr>
        <w:jc w:val="right"/>
      </w:pPr>
      <w:r>
        <w:t>تھنکنگ ٹری ہیز نو مائنڈ۔ سو ٹری، ال دیز بیہیویئرز وچ وی سی ان ٹری از ا کمپلسو بیہیویئر۔ ٹری از انڈر دی لا اف نیچر۔ سو ٹری ہیز نو اپشن۔ ٹری ہیز نو اپشن۔ ٹری ہیز نو فریڈم۔ سو واٹ ٹری؟</w:t>
      </w:r>
    </w:p>
    <w:p>
      <w:r>
        <w:rPr>
          <w:b/>
        </w:rPr>
        <w:t xml:space="preserve">[20:11] </w:t>
      </w:r>
      <w:r>
        <w:t>So tree's behavior is compulsive behavior, but momin's behavior is an by choice. What tree has adopted? What, what tree has adopted under compulsion? Momin adopts the same behavior, but as a choice. This is the</w:t>
      </w:r>
    </w:p>
    <w:p>
      <w:pPr>
        <w:jc w:val="right"/>
      </w:pPr>
      <w:r>
        <w:t>سو ٹریز بیہیویئر از کمپلسو بیہیویئر، بٹ مومنٹس بیہیویئر از این بائی چوائس۔ واٹ ٹری ہیز اڈاپٹ؟ واٹ، واٹ ٹری ہیز اڈاپٹڈ انڈر کمپلشن؟ مومن اڈاپٹس دا سیم بیہیویئر، بٹ ایز ا چوائس۔ دس از دا</w:t>
      </w:r>
    </w:p>
    <w:p>
      <w:r>
        <w:rPr>
          <w:b/>
        </w:rPr>
        <w:t xml:space="preserve">[20:41] </w:t>
      </w:r>
      <w:r>
        <w:t>uniqueness of a momin. So momin activates his mind, and he control, he controls his behavior by his mind, by his thinking. So momin is. So tree is under the law of nature, and momin is under, under his own mind, under, under his own thinking</w:t>
      </w:r>
    </w:p>
    <w:p>
      <w:pPr>
        <w:jc w:val="right"/>
      </w:pPr>
      <w:r>
        <w:t>یونیکنس اف ا مومن۔ سو مومن ایکٹیویٹ ہز مائنڈ، اینڈ ہی کنٹرول، ہی کنٹرولز ہز بیہیویئر بائی ہز مائنڈ، بائی ہز تھنکنگ۔ سو مومن از۔ سو ٹری از انڈر دی لا اف نیچر، اینڈ مومن از انڈر، انڈر ہز اون مائنڈ، انڈر، انڈر ہز اون تھنکنگ</w:t>
      </w:r>
    </w:p>
    <w:p>
      <w:r>
        <w:rPr>
          <w:b/>
        </w:rPr>
        <w:t xml:space="preserve">[21:11] </w:t>
      </w:r>
      <w:r>
        <w:t>, under, under his own free will. Because of this paradise is only for momin, not for trees. So this is the tree culture, which you can see every time in momin life. So</w:t>
      </w:r>
    </w:p>
    <w:p>
      <w:pPr>
        <w:jc w:val="right"/>
      </w:pPr>
      <w:r>
        <w:t>، انڈر، انڈر ہز اون فری ول۔ بیکاز اف دس پیارڈائز از اونلی فار مومن، ناٹ فار ٹریز۔ سو دس از دا ٹری کلچر، وچ یو کین سی ایوری ٹائم ان مومن لائف۔ سو</w:t>
      </w:r>
    </w:p>
    <w:p>
      <w:r>
        <w:rPr>
          <w:b/>
        </w:rPr>
        <w:t xml:space="preserve">[21:43] </w:t>
      </w:r>
      <w:r>
        <w:t>every tree, tree is free of malice, free of revenge, free of anger. So is the case of momin. Momin is free of all these negative thoughts. Momin is, momin has, momin is master of the art of management, art of difference management, art of malice management</w:t>
      </w:r>
    </w:p>
    <w:p>
      <w:pPr>
        <w:jc w:val="right"/>
      </w:pPr>
      <w:r>
        <w:t>ایوری ٹری، ٹری از فری اف میلش، فری اف ریونج، فری اف اینگر۔ سو از دا کیس اف مومن۔ مومن از فری اف ال دیز نیگیٹیو تھاٹس۔ مومن از، مومن ہیز، مومن از ماسٹر اف دی ارٹ اف مینجمنٹ، ارٹ اف ڈیفرنس مینجمنٹ، ارٹ اف میلش مینجمنٹ</w:t>
      </w:r>
    </w:p>
    <w:p>
      <w:r>
        <w:rPr>
          <w:b/>
        </w:rPr>
        <w:t xml:space="preserve">[22:13] </w:t>
      </w:r>
      <w:r>
        <w:t>, art of anger management. So momin is an expert of all these arts. So what tree does under the law of nature? Momin does his his own decision, under his, under his own, under his, under his own decision. Then</w:t>
      </w:r>
    </w:p>
    <w:p>
      <w:pPr>
        <w:jc w:val="right"/>
      </w:pPr>
      <w:r>
        <w:t>، ارٹ اف اینگر مینجمنٹ۔ سو مومن از این ایکسپرٹ اف ال دیز ارٹس۔ سو واٹ ٹری ڈز انڈر دی لا اف نیچر؟ مومن ڈز ہیز ہز اون ڈیسیژن، انڈر ہز، انڈر ہز اون، انڈر ہز، انڈر ہز اون ڈیسیژن۔ دین</w:t>
      </w:r>
    </w:p>
    <w:p>
      <w:r>
        <w:rPr>
          <w:b/>
        </w:rPr>
        <w:t xml:space="preserve">[22:48] </w:t>
      </w:r>
      <w:r>
        <w:t>this is the quality of individual tree, or individual momin. So individual momin is like a tree, like healthy tree. Then if there are, there are a good number of momin, like 50 or 100 or more. Then it is like a garden. When there are</w:t>
      </w:r>
    </w:p>
    <w:p>
      <w:pPr>
        <w:jc w:val="right"/>
      </w:pPr>
      <w:r>
        <w:t>دس از دا کوالٹی اف انڈیویجول ٹری، اور انڈیویجول مومن۔ سو انڈیویجول مومن از لائک ا ٹری، لائک ہیلدی ٹری۔ دین اف دیر ار، دیر ار ا گڈ نمبر اف مومنٹس، لائک 50 اور 100 اور مور۔ دین اٹ از لائک ا گارڈن۔ وین دیر ار</w:t>
      </w:r>
    </w:p>
    <w:p>
      <w:r>
        <w:rPr>
          <w:b/>
        </w:rPr>
        <w:t xml:space="preserve">[23:20] </w:t>
      </w:r>
      <w:r>
        <w:t>many many trees, there is garden. So is the case of momin. When momin are, when momin is not only one, but there are many many momin like this. Then there there accumulation, there</w:t>
      </w:r>
    </w:p>
    <w:p>
      <w:pPr>
        <w:jc w:val="right"/>
      </w:pPr>
      <w:r>
        <w:t>مینی مینی ٹریز، دیر از گارڈن۔ سو از دا کیس اف مومن۔ وین مومن ار، وین مومن از ناٹ اونلی ون، بٹ دیر ار مینی مینی مومنٹس لائک دس۔ دین دیر دیر اکوملیشن، دیر</w:t>
      </w:r>
    </w:p>
    <w:p>
      <w:r>
        <w:rPr>
          <w:b/>
        </w:rPr>
        <w:t xml:space="preserve">[23:50] </w:t>
      </w:r>
      <w:r>
        <w:t>gathering leads to a garden. So society or at individual, at individual level, momin is a single tree, but at a social level, this kind of momin</w:t>
      </w:r>
    </w:p>
    <w:p>
      <w:pPr>
        <w:jc w:val="right"/>
      </w:pPr>
      <w:r>
        <w:t>گیدرنگ لیڈز ٹو ا گارڈن۔ تو سوسائٹی اور ایٹ انڈیویجول، ایٹ انڈیویجول لیول، مومن از ا سنگل ٹری، بٹ ایٹ ا سوشل لیول، دس کائنڈ اف مومن</w:t>
      </w:r>
    </w:p>
    <w:p>
      <w:r>
        <w:rPr>
          <w:b/>
        </w:rPr>
        <w:t xml:space="preserve">[24:20] </w:t>
      </w:r>
      <w:r>
        <w:t>form a garden, a garden, a beautiful garden, and all those things which we see in individual momin. Here you can see at a larger scale. Garden means the same quality at a larger scale, same kind of shade, greenery, flowers, fruit, and positivity,</w:t>
      </w:r>
    </w:p>
    <w:p>
      <w:pPr>
        <w:jc w:val="right"/>
      </w:pPr>
      <w:r>
        <w:t>فارم ا گارڈن، ا گارڈن، ا بیوٹی فل گارڈن، اینڈ ال دوز تھنگز وچ وی سی ان انڈیویجول مومن۔ ہیر یو کین سی ایٹ ا لارجر سکیل۔ گارڈن مینز دا سیم کوالٹی ایٹ ا لارجر سکیل، سیم کائنڈ اف شیڈو، گرینری، فلاورز، فروٹ، اینڈ پازیٹیوٹی،</w:t>
      </w:r>
    </w:p>
    <w:p>
      <w:r>
        <w:rPr>
          <w:b/>
        </w:rPr>
        <w:t xml:space="preserve">[24:52] </w:t>
      </w:r>
      <w:r>
        <w:t>and no anger, no malice. So this is the quality of a beautiful garden. Then there is the third phase. The first phase, momin is like a tree. In the second phase, the group of momin are like a</w:t>
      </w:r>
    </w:p>
    <w:p>
      <w:pPr>
        <w:jc w:val="right"/>
      </w:pPr>
      <w:r>
        <w:t>اینڈ نو اینگر، نو میلش۔ سو دس از دی کوالٹی اف ا بیوٹی فل گارڈن۔ دین دیر از دا تھرڈ فیز۔ دا فرسٹ فیز، مومن از لائک ا ٹری۔ ان دا سیکنڈ فیز، دا گروپ اف مومنٹس ار لائک ا</w:t>
      </w:r>
    </w:p>
    <w:p>
      <w:r>
        <w:rPr>
          <w:b/>
        </w:rPr>
        <w:t xml:space="preserve">[25:22] </w:t>
      </w:r>
      <w:r>
        <w:t>garden. When there is a group of momin, then there is garden, beautiful garden, healthy garden, nice garden. Then there is third phase. This third phase is mentioned in hadith. The prophet of Islam has said that at night</w:t>
      </w:r>
    </w:p>
    <w:p>
      <w:pPr>
        <w:jc w:val="right"/>
      </w:pPr>
      <w:r>
        <w:t>گارڈن۔ وین دیر از ا گروپ اف مومنٹس، دین دیر از گارڈن، بیوٹی فل گارڈن، ہیلدی گارڈن، نائس گارڈن۔ دین دیر از تھرڈ فیز۔ دس تھرڈ فیز از مینشن ان حدیث۔ دا پرافٹ اف اسلام ہیز سیڈ دیٹ ایٹ نائٹ</w:t>
      </w:r>
    </w:p>
    <w:p>
      <w:r>
        <w:rPr>
          <w:b/>
        </w:rPr>
        <w:t xml:space="preserve">[25:52] </w:t>
      </w:r>
      <w:r>
        <w:t>of miraj, there is ascension. He happened to meet prophet Ibrahim. Prophet Ibrahim. So prophet Ibrahim said to him, O Muhammad, say to your ummah</w:t>
      </w:r>
    </w:p>
    <w:p>
      <w:pPr>
        <w:jc w:val="right"/>
      </w:pPr>
      <w:r>
        <w:t>اف معراج، دیر از اسنشن۔ ہی ہیپن ٹو میٹ پرافٹ ابراہیم۔ پرافٹ ابراہیم۔ سو پرافٹ ابراہیم سیڈ ٹو ہم، او محمد، سے ٹو یور امہ</w:t>
      </w:r>
    </w:p>
    <w:p>
      <w:r>
        <w:rPr>
          <w:b/>
        </w:rPr>
        <w:t xml:space="preserve">[26:23] </w:t>
      </w:r>
      <w:r>
        <w:t>, ummah to your followers, that paradise is a qian. QIAN paradise like a qian. Qian means open field, open field. So he said that paradise like a qian.</w:t>
      </w:r>
    </w:p>
    <w:p>
      <w:pPr>
        <w:jc w:val="right"/>
      </w:pPr>
      <w:r>
        <w:t>، امہ ٹو یور فالوورز، دیٹ پیارڈائز از عقیان۔ کیو ائی اے این پیارڈائز لائک ا قیان۔ قیان مینز اوپن فیلڈ، اوپن فیلڈ۔ سو ہی سیڈ دیٹ پیارڈائز لائک ا قیان۔</w:t>
      </w:r>
    </w:p>
    <w:p>
      <w:r>
        <w:rPr>
          <w:b/>
        </w:rPr>
        <w:t xml:space="preserve">[26:53] </w:t>
      </w:r>
      <w:r>
        <w:t>its, its soil is very very nice soil, very good soil. Its soil is very fertile soil, and its water is very nice water. So everything is there, but it is an open field. It is qian. And these, these trees, these momin</w:t>
      </w:r>
    </w:p>
    <w:p>
      <w:pPr>
        <w:jc w:val="right"/>
      </w:pPr>
      <w:r>
        <w:t>اٹس، اٹس سوائل از ویری ویری نائس سوائل، ویری گڈ سوائل۔ اٹس سوائل از ویری فرٹائل سوائل، اینڈ اٹس واٹر از ویری نائس واٹر۔ سو ایوری تھنگ از دیر، بٹ اٹ از این اوپن فیلڈ۔ اٹ از قیان۔ اینڈ دیز، دیز ٹریز، دیز مومن</w:t>
      </w:r>
    </w:p>
    <w:p>
      <w:r>
        <w:rPr>
          <w:b/>
        </w:rPr>
        <w:t xml:space="preserve">[27:25] </w:t>
      </w:r>
      <w:r>
        <w:t>ول بی پلانٹڈ ان دس لینڈ۔ سو اکارڈنگ ٹو دس حدیث، ان دس پریزنٹ ورلڈ، ایوری مومن از لائک ا ٹری، اور یو کین سے دیٹ دس ورلڈ از لائک نرسری۔ پریزنٹ ورلڈ از لائک نرسری۔ ال دا م</w:t>
      </w:r>
    </w:p>
    <w:p>
      <w:pPr>
        <w:jc w:val="right"/>
      </w:pPr>
      <w:r>
        <w:t>ول بی پلانٹڈ ان دس لینڈ۔ سو اکارڈنگ ٹو دس حدیث، ان دس پریزنٹ ورلڈ، ایوری مومن از لائک ا ٹری، اور یو کین سے دیٹ دس ورلڈ از لائک نرسری۔ پریزنٹ ورلڈ از لائک نرسری۔ ال دا م</w:t>
      </w:r>
    </w:p>
    <w:p>
      <w:r>
        <w:rPr>
          <w:b/>
        </w:rPr>
        <w:t xml:space="preserve">[27:55] </w:t>
      </w:r>
      <w:r>
        <w:t>ومن ار نرچرڈ ان دس نرسری۔ دین دیر از ٹرانسپلانٹیشن۔ دین دیر از ٹرانسپلانٹیشن۔ ان پریڈ پیریڈ، وی ار لائک نرسری۔ وی ار لیونگ ان نرسری۔ ان پریڈ پیریڈ۔ دین ان دا پیریڈ ہیر افٹر، ان دا پوسٹ ڈیتھ پیریڈ، ایوری</w:t>
      </w:r>
    </w:p>
    <w:p>
      <w:pPr>
        <w:jc w:val="right"/>
      </w:pPr>
      <w:r>
        <w:t>ومن ار نرچرڈ ان دس نرسری۔ دین دیر از ٹرانسپلانٹیشن۔ دین دیر از ٹرانسپلانٹیشن۔ ان پریڈ پیریڈ، وی ار لائک نرسری۔ وی ار لیونگ ان نرسری۔ ان پریڈ پیریڈ۔ دین ان دا پیریڈ ہیر افٹر، ان دا پوسٹ ڈیتھ پیریڈ، ایوری</w:t>
      </w:r>
    </w:p>
    <w:p>
      <w:r>
        <w:rPr>
          <w:b/>
        </w:rPr>
        <w:t xml:space="preserve">[28:25] </w:t>
      </w:r>
      <w:r>
        <w:t>مومن ول بی ری پلانٹڈ اور ٹرانسپلانٹڈ ان دا پیارڈائز۔ بٹ دس ٹرانسپلانٹیشن ول بی ان سلیکٹیو بیسز، ناٹ ا جنرل بیسز۔ اونلی دوز ٹریز، دیٹ ار ہیلدی ٹریز۔ اونلی دوز ٹریز، دیٹ پروف</w:t>
      </w:r>
    </w:p>
    <w:p>
      <w:pPr>
        <w:jc w:val="right"/>
      </w:pPr>
      <w:r>
        <w:t>مومن ول بی ری پلانٹڈ اور ٹرانسپلانٹڈ ان دا پیارڈائز۔ بٹ دس ٹرانسپلانٹیشن ول بی ان سلیکٹیو بیسز، ناٹ ا جنرل بیسز۔ اونلی دوز ٹریز، دیٹ ار ہیلدی ٹریز۔ اونلی دوز ٹریز، دیٹ پروف</w:t>
      </w:r>
    </w:p>
    <w:p>
      <w:r>
        <w:rPr>
          <w:b/>
        </w:rPr>
        <w:t xml:space="preserve">[28:55] </w:t>
      </w:r>
      <w:r>
        <w:t>ٹو بی ہیلدی ٹریز۔ اونلی دیز ٹریز ول بی سلیکٹڈ فار ٹرانسپلانٹیشن ان دی لینڈ اف دا پیارڈائز۔ سو دیر ار تھری فیزز۔ فرسٹ اف ال، ایوری مومن مسٹ گرو اٹ سیلف، مسٹ گرو ہز پرسنلٹی ایز ا ہیلدی ٹری۔ ہی مسٹ</w:t>
      </w:r>
    </w:p>
    <w:p>
      <w:pPr>
        <w:jc w:val="right"/>
      </w:pPr>
      <w:r>
        <w:t>ٹو بی ہیلدی ٹریز۔ اونلی دیز ٹریز ول بی سلیکٹڈ فار ٹرانسپلانٹیشن ان دی لینڈ اف دا پیارڈائز۔ سو دیر ار تھری فیزز۔ فرسٹ اف ال، ایوری مومن مسٹ گرو اٹ سیلف، مسٹ گرو ہز پرسنلٹی ایز ا ہیلدی ٹری۔ ہی مسٹ</w:t>
      </w:r>
    </w:p>
    <w:p>
      <w:r>
        <w:rPr>
          <w:b/>
        </w:rPr>
        <w:t xml:space="preserve">[29:25] </w:t>
      </w:r>
      <w:r>
        <w:t>اڈاپٹ دا کلچر اف ٹری۔ دین وین دیر ار گروپ، دین دے ول بیکم گارڈن، ا بیوٹی فل گارڈن۔ بٹ دس از ناٹ دا اینڈ۔ دیر از فائنل فیز۔ دیر از تھرڈ فیز، فائنل فیز۔ اینڈ دس فیز از ان دا پوسٹ ڈیتھ پیریڈ</w:t>
      </w:r>
    </w:p>
    <w:p>
      <w:pPr>
        <w:jc w:val="right"/>
      </w:pPr>
      <w:r>
        <w:t>اڈاپٹ دا کلچر اف ٹری۔ دین وین دیر ار گروپ، دین دے ول بیکم گارڈن، ا بیوٹی فل گارڈن۔ بٹ دس از ناٹ دا اینڈ۔ دیر از فائنل فیز۔ دیر از تھرڈ فیز، فائنل فیز۔ اینڈ دس فیز از ان دا پوسٹ ڈیتھ پیریڈ</w:t>
      </w:r>
    </w:p>
    <w:p>
      <w:r>
        <w:rPr>
          <w:b/>
        </w:rPr>
        <w:t xml:space="preserve">[29:56] </w:t>
      </w:r>
      <w:r>
        <w:t>۔ سو اکارڈنگ ٹو دا حدیث، پیارڈائز از اوپن فیلڈ، بٹ ویری ویری فرٹائل فیلڈ، ویری ویری فرٹائل۔ اینڈ ایوری تھنگ از دیر۔ سو ان دا ہیر افٹر، دس</w:t>
      </w:r>
    </w:p>
    <w:p>
      <w:pPr>
        <w:jc w:val="right"/>
      </w:pPr>
      <w:r>
        <w:t>۔ سو اکارڈنگ ٹو دا حدیث، پیارڈائز از اوپن فیلڈ، بٹ ویری ویری فرٹائل فیلڈ، ویری ویری فرٹائل۔ اینڈ ایوری تھنگ از دیر۔ سو ان دا ہیر افٹر، دس</w:t>
      </w:r>
    </w:p>
    <w:p>
      <w:r>
        <w:rPr>
          <w:b/>
        </w:rPr>
        <w:t xml:space="preserve">[30:27] </w:t>
      </w:r>
      <w:r>
        <w:t>دیر انٹر، دیر از دیر ول بی ٹرانسپلانٹیشن۔ بٹ دس ٹرانسپلانٹیشن، دس ٹرانسپلانٹیشن ول بی ان سلیکٹیو بیسز۔ ناٹ ال دا ٹریز ول بی ری پلانٹڈ ان دیٹ فیلڈ، نو۔ بٹ دس ری پلانٹیشن اور ٹرانسپلانٹیشن، دس ٹرانسپلانٹیشن ول بی ان سلیک</w:t>
      </w:r>
    </w:p>
    <w:p>
      <w:pPr>
        <w:jc w:val="right"/>
      </w:pPr>
      <w:r>
        <w:t>دیر انٹر، دیر از دیر ول بی ٹرانسپلانٹیشن۔ بٹ دس ٹرانسپلانٹیشن، دس ٹرانسپلانٹیشن ول بی ان سلیکٹیو بیسز۔ ناٹ ال دا ٹریز ول بی ری پلانٹڈ ان دیٹ فیلڈ، نو۔ بٹ دس ری پلانٹیشن اور ٹرانسپلانٹیشن، دس ٹرانسپلانٹیشن ول بی ان سلیک</w:t>
      </w:r>
    </w:p>
    <w:p>
      <w:r>
        <w:rPr>
          <w:b/>
        </w:rPr>
        <w:t xml:space="preserve">[30:57] </w:t>
      </w:r>
      <w:r>
        <w:t>ٹیو بیسز۔ اونلی دوز ٹری اور دوز پرسن ہو پروف ٹو بی ویری ہیلدی ٹری۔ اونلی دوز پیپل ہو پروف ٹو بی پوزیٹیو پرسنیلٹی۔ سو دے ول بی سلیکٹڈ ٹو ری پلانٹ اور ٹرانسپل</w:t>
      </w:r>
    </w:p>
    <w:p>
      <w:pPr>
        <w:jc w:val="right"/>
      </w:pPr>
      <w:r>
        <w:t>ٹیو بیسز۔ اونلی دوز ٹری اور دوز پرسن ہو پروف ٹو بی ویری ہیلدی ٹری۔ اونلی دوز پیپل ہو پروف ٹو بی پوزیٹیو پرسنیلٹی۔ سو دے ول بی سلیکٹڈ ٹو ری پلانٹ اور ٹرانسپل</w:t>
      </w:r>
    </w:p>
    <w:p>
      <w:r>
        <w:rPr>
          <w:b/>
        </w:rPr>
        <w:t xml:space="preserve">[31:27] </w:t>
      </w:r>
      <w:r>
        <w:t>انٹ ان دیٹ فیلڈ، وچ از پیارڈائز۔ اینڈ ال ادر ٹریز ول بی ریجیکٹڈ۔ ال ادر ٹریز ول بی ریجیکٹڈ۔ ان بائبل، دیر از ورڈ الفضۃ المرفوظہ۔ ریجیکٹڈ سلور، ریجیکٹڈ سلور۔</w:t>
      </w:r>
    </w:p>
    <w:p>
      <w:pPr>
        <w:jc w:val="right"/>
      </w:pPr>
      <w:r>
        <w:t>انٹ ان دیٹ فیلڈ، وچ از پیارڈائز۔ اینڈ ال ادر ٹریز ول بی ریجیکٹڈ۔ ال ادر ٹریز ول بی ریجیکٹڈ۔ ان بائبل، دیر از ورڈ الفضۃ المرفوظہ۔ ریجیکٹڈ سلور، ریجیکٹڈ سلور۔</w:t>
      </w:r>
    </w:p>
    <w:p>
      <w:r>
        <w:rPr>
          <w:b/>
        </w:rPr>
        <w:t xml:space="preserve">[31:57] </w:t>
      </w:r>
      <w:r>
        <w:t>تو ال دوز پیپل، ال دوز پرسن ہو فیل ٹو ڈیولپ دیم سیلف ایز ا ہیلدی ٹری۔ دے ول بی ریجیکٹڈ۔ الدو دیر ابویسلی، دیر مین اور وومن، دے ہیو دے ہیو باڈی اینڈ ایوری تھنگ۔ بٹ ان دا ائیز اف گاڈ</w:t>
      </w:r>
    </w:p>
    <w:p>
      <w:pPr>
        <w:jc w:val="right"/>
      </w:pPr>
      <w:r>
        <w:t>تو ال دوز پیپل، ال دوز پرسن ہو فیل ٹو ڈیولپ دیم سیلف ایز ا ہیلدی ٹری۔ دے ول بی ریجیکٹڈ۔ الدو دیر ابویسلی، دیر مین اور وومن، دے ہیو دے ہیو باڈی اینڈ ایوری تھنگ۔ بٹ ان دا ائیز اف گاڈ</w:t>
      </w:r>
    </w:p>
    <w:p>
      <w:r>
        <w:rPr>
          <w:b/>
        </w:rPr>
        <w:t xml:space="preserve">[32:28] </w:t>
      </w:r>
      <w:r>
        <w:t>، دے ار ناٹ اپرووڈ پرسن۔ دے ول بی ریجیکٹڈ۔ اونلی دوز پرسنز ول بی سلیکٹڈ فار دس ری پلانٹیشن اور ٹرانسپلانٹیشن۔ سو ٹریز ا ڈیمانسٹریشن فرام گاڈ ٹو میک پیپل نو دیٹ واٹ از دا ریکوائرمنٹ اف گاڈ۔ وا</w:t>
      </w:r>
    </w:p>
    <w:p>
      <w:pPr>
        <w:jc w:val="right"/>
      </w:pPr>
      <w:r>
        <w:t>، دے ار ناٹ اپرووڈ پرسن۔ دے ول بی ریجیکٹڈ۔ اونلی دوز پرسنز ول بی سلیکٹڈ فار دس ری پلانٹیشن اور ٹرانسپلانٹیشن۔ سو ٹریز ا ڈیمانسٹریشن فرام گاڈ ٹو میک پیپل نو دیٹ واٹ از دا ریکوائرمنٹ اف گاڈ۔ وا</w:t>
      </w:r>
    </w:p>
    <w:p>
      <w:r>
        <w:rPr>
          <w:b/>
        </w:rPr>
        <w:t xml:space="preserve">[32:58] </w:t>
      </w:r>
      <w:r>
        <w:t>ٹ از دا ریکوائرمنٹ اف گاڈ۔ واٹ از دا ریکوائرمنٹ اف پیارڈائز۔ سو ٹری از ا ڈیمانسٹریشن۔ ٹری گیوز اس ا پکچر اف پیارڈائز پیپل۔ ال دوز کوالٹی وچ وی سی ان دا ٹری، وی مسٹ اڈاپٹ دوز کوالٹیز ان اور پرسنیلٹی۔</w:t>
      </w:r>
    </w:p>
    <w:p>
      <w:pPr>
        <w:jc w:val="right"/>
      </w:pPr>
      <w:r>
        <w:t>ٹ از دا ریکوائرمنٹ اف گاڈ۔ واٹ از دا ریکوائرمنٹ اف پیارڈائز۔ سو ٹری از ا ڈیمانسٹریشن۔ ٹری گیوز اس ا پکچر اف پیارڈائز پیپل۔ ال دوز کوالٹی وچ وی سی ان دا ٹری، وی مسٹ اڈاپٹ دوز کوالٹیز ان اور پرسنیلٹی۔</w:t>
      </w:r>
    </w:p>
    <w:p>
      <w:r>
        <w:rPr>
          <w:b/>
        </w:rPr>
        <w:t xml:space="preserve">[33:30] </w:t>
      </w:r>
      <w:r>
        <w:t>ود اونلی ڈیفرنس دیٹ دیز کوالٹیز ان دا ٹری ار انڈر دی لا اف نیچر۔ ٹری ہیز نو مائنڈ، ٹری ہیز نو فری ول۔ ال دوز ایکٹیویٹیز ان ٹری ار اکارڈنگ ٹو دا لا اف نیچر۔ سو ٹری از کنٹرولڈ بائی دا لا اف نیچر</w:t>
      </w:r>
    </w:p>
    <w:p>
      <w:pPr>
        <w:jc w:val="right"/>
      </w:pPr>
      <w:r>
        <w:t>ود اونلی ڈیفرنس دیٹ دیز کوالٹیز ان دا ٹری ار انڈر دی لا اف نیچر۔ ٹری ہیز نو مائنڈ، ٹری ہیز نو فری ول۔ ال دوز ایکٹیویٹیز ان ٹری ار اکارڈنگ ٹو دا لا اف نیچر۔ سو ٹری از کنٹرولڈ بائی دا لا اف نیچر</w:t>
      </w:r>
    </w:p>
    <w:p>
      <w:r>
        <w:rPr>
          <w:b/>
        </w:rPr>
        <w:t xml:space="preserve">[34:01] </w:t>
      </w:r>
      <w:r>
        <w:t>۔ بٹ مین اینڈ وومن ار کنٹرولڈ بائی دیم سیلف۔ وی ار وی ہیو مائنڈ، وی ہیو فری ول، وی ہیو چوائس، وی ہیو فریڈم۔ سو وی ار سپوز ٹو کنٹرول اور سیلف۔ بٹ ان دا سیم لائن،</w:t>
      </w:r>
    </w:p>
    <w:p>
      <w:pPr>
        <w:jc w:val="right"/>
      </w:pPr>
      <w:r>
        <w:t>۔ بٹ مین اینڈ وومن ار کنٹرولڈ بائی دیم سیلف۔ وی ار وی ہیو مائنڈ، وی ہیو فری ول، وی ہیو چوائس، وی ہیو فریڈم۔ سو وی ار سپوز ٹو کنٹرول اور سیلف۔ بٹ ان دا سیم لائن،</w:t>
      </w:r>
    </w:p>
    <w:p>
      <w:r>
        <w:rPr>
          <w:b/>
        </w:rPr>
        <w:t xml:space="preserve">[34:32] </w:t>
      </w:r>
      <w:r>
        <w:t>واٹ ٹری ہیز ڈیمونسٹریٹڈ بیفور اس، وی ہیو ٹو اڈاپٹ دا سیم کلچر بائی اور بائی بائی اور اون چوائس۔ سو اف وی پروف دیٹ وی ار لائک لائک ہیلدی ٹری، وی ہیو پریپیرڈ اس لائک ہیلدی ٹری۔</w:t>
      </w:r>
    </w:p>
    <w:p>
      <w:pPr>
        <w:jc w:val="right"/>
      </w:pPr>
      <w:r>
        <w:t>واٹ ٹری ہیز ڈیمونسٹریٹڈ بیفور اس، وی ہیو ٹو اڈاپٹ دا سیم کلچر بائی اور بائی بائی اور اون چوائس۔ سو اف وی پروف دیٹ وی ار لائک لائک ہیلدی ٹری، وی ہیو پریپیرڈ اس لائک ہیلدی ٹری۔</w:t>
      </w:r>
    </w:p>
    <w:p>
      <w:r>
        <w:rPr>
          <w:b/>
        </w:rPr>
        <w:t xml:space="preserve">[35:07] </w:t>
      </w:r>
      <w:r>
        <w:t>دین وی ول بی سلیکٹڈ ٹو بی ری پلانٹڈ ان دی پیارڈائز۔ ناؤ، پیارڈائز از دا پلیس ویر وی ول فائنڈ ہیپینس فار ایور۔ پیارڈائز از این ایٹرنل ورلڈ۔ پیارڈائز از فری اف ال کائنڈ اف لیمیٹیشنز۔ پیارڈائز از فری اف ال کائن</w:t>
      </w:r>
    </w:p>
    <w:p>
      <w:pPr>
        <w:jc w:val="right"/>
      </w:pPr>
      <w:r>
        <w:t>دین وی ول بی سلیکٹڈ ٹو بی ری پلانٹڈ ان دی پیارڈائز۔ ناؤ، پیارڈائز از دا پلیس ویر وی ول فائنڈ ہیپینس فار ایور۔ پیارڈائز از این ایٹرنل ورلڈ۔ پیارڈائز از فری اف ال کائنڈ اف لیمیٹیشنز۔ پیارڈائز از فری اف ال کائن</w:t>
      </w:r>
    </w:p>
    <w:p>
      <w:r>
        <w:rPr>
          <w:b/>
        </w:rPr>
        <w:t xml:space="preserve">[35:37] </w:t>
      </w:r>
      <w:r>
        <w:t>ڈ اف ڈس ایڈوانٹیجز۔ پیارڈائز از فری اف ال کائنڈ اف پین اینڈ اینگزائٹی اینڈ بورڈم۔ دیر از نو ایکسیڈنٹ، نو ڈیزیزز، نو اولڈ ایج، نو ڈیتھ</w:t>
      </w:r>
    </w:p>
    <w:p>
      <w:pPr>
        <w:jc w:val="right"/>
      </w:pPr>
      <w:r>
        <w:t>ڈ اف ڈس ایڈوانٹیجز۔ پیارڈائز از فری اف ال کائنڈ اف پین اینڈ اینگزائٹی اینڈ بورڈم۔ دیر از نو ایکسیڈنٹ، نو ڈیزیزز، نو اولڈ ایج، نو ڈیتھ</w:t>
      </w:r>
    </w:p>
    <w:p>
      <w:r>
        <w:rPr>
          <w:b/>
        </w:rPr>
        <w:t xml:space="preserve">[36:08] </w:t>
      </w:r>
      <w:r>
        <w:t>۔ پیارڈائز از فری اف ال دیز ڈس ایڈوانٹیجز۔ سو ون ہو وانٹ ٹو فائنڈ ا پلیس ان دس پیارڈائز۔ سو ون ہو وانٹ ٹو بی ری پلانٹڈ ان دیٹ لینڈ اف پیارڈائز، ہی مسٹ اڈاپٹ دا کلچر اف ٹری۔</w:t>
      </w:r>
    </w:p>
    <w:p>
      <w:pPr>
        <w:jc w:val="right"/>
      </w:pPr>
      <w:r>
        <w:t>۔ پیارڈائز از فری اف ال دیز ڈس ایڈوانٹیجز۔ سو ون ہو وانٹ ٹو فائنڈ ا پلیس ان دس پیارڈائز۔ سو ون ہو وانٹ ٹو بی ری پلانٹڈ ان دیٹ لینڈ اف پیارڈائز، ہی مسٹ اڈاپٹ دا کلچر اف ٹری۔</w:t>
      </w:r>
    </w:p>
    <w:p>
      <w:r>
        <w:rPr>
          <w:b/>
        </w:rPr>
        <w:t xml:space="preserve">[36:40] </w:t>
      </w:r>
      <w:r>
        <w:t>ہی مسٹ اڈاپٹ دی کلچر اف ٹری۔ ہی مسٹ اڈاپٹ دا پازیٹیو وے اف لائف۔ پازیٹیو وے اف لائف۔ یو نو، پیارڈائز از مینٹ فار اونلی دوز پیپل ہو ار پروف ہو پروف دیٹ دے ار ایبل ٹو لیو ل</w:t>
      </w:r>
    </w:p>
    <w:p>
      <w:pPr>
        <w:jc w:val="right"/>
      </w:pPr>
      <w:r>
        <w:t>ہی مسٹ اڈاپٹ دی کلچر اف ٹری۔ ہی مسٹ اڈاپٹ دا پازیٹیو وے اف لائف۔ پازیٹیو وے اف لائف۔ یو نو، پیارڈائز از مینٹ فار اونلی دوز پیپل ہو ار پروف ہو پروف دیٹ دے ار ایبل ٹو لیو ل</w:t>
      </w:r>
    </w:p>
    <w:p>
      <w:r>
        <w:rPr>
          <w:b/>
        </w:rPr>
        <w:t xml:space="preserve">[37:11] </w:t>
      </w:r>
      <w:r>
        <w:t>ائک ٹری۔ لائک ٹری۔ سو پیارڈائز از ا بیوٹی فل گارڈن، ویری نائس گارڈن، ویر ایوری ون ول لیو ان پوزیٹیوٹی۔ بٹ وی مسٹ پروف دیٹ وی ار ایبل ٹو لیو لائک دس۔ سو ان پریزنٹ ورلڈ، وی ہیو</w:t>
      </w:r>
    </w:p>
    <w:p>
      <w:pPr>
        <w:jc w:val="right"/>
      </w:pPr>
      <w:r>
        <w:t>ائک ٹری۔ لائک ٹری۔ سو پیارڈائز از ا بیوٹی فل گارڈن، ویری نائس گارڈن، ویر ایوری ون ول لیو ان پوزیٹیوٹی۔ بٹ وی مسٹ پروف دیٹ وی ار ایبل ٹو لیو لائک دس۔ سو ان پریزنٹ ورلڈ، وی ہیو</w:t>
      </w:r>
    </w:p>
    <w:p>
      <w:r>
        <w:rPr>
          <w:b/>
        </w:rPr>
        <w:t xml:space="preserve">[37:41] </w:t>
      </w:r>
      <w:r>
        <w:t>ٹو لیو لائک ا ٹری۔ دین وی ول بی ایبل ٹو ٹو لیو ان پیارڈائز فار ایور۔ دس از دا فارمولا اف پیارڈائز گیون ان دی قران۔ ان سورہ ابراہیم، دیٹ از چیپٹر نمبر 14، ورس نمبر 24</w:t>
      </w:r>
    </w:p>
    <w:p>
      <w:pPr>
        <w:jc w:val="right"/>
      </w:pPr>
      <w:r>
        <w:t>ٹو لیو لائک ا ٹری۔ دین وی ول بی ایبل ٹو ٹو لیو ان پیارڈائز فار ایور۔ دس از دا فارمولا اف پیارڈائز گیون ان دی قران۔ ان سورہ ابراہیم، دیٹ از چیپٹر نمبر 14، ورس نمبر 24</w:t>
      </w:r>
    </w:p>
    <w:p>
      <w:r>
        <w:rPr>
          <w:b/>
        </w:rPr>
        <w:t xml:space="preserve">[38:11] </w:t>
      </w:r>
      <w:r>
        <w:t>، 25۔ استغفراللہ علیہم اجمعین۔</w:t>
      </w:r>
    </w:p>
    <w:p>
      <w:pPr>
        <w:jc w:val="right"/>
      </w:pPr>
      <w:r>
        <w:t>، 25۔ استغفراللہ علیہم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