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Trust in God | February 05, 2017</w:t>
      </w:r>
    </w:p>
    <w:p>
      <w:r>
        <w:t>https://www.youtube.com/watch?v=khPS-kyRILc</w:t>
      </w:r>
    </w:p>
    <w:p>
      <w:r>
        <w:rPr>
          <w:b/>
        </w:rPr>
        <w:t xml:space="preserve">[00:14] </w:t>
      </w:r>
      <w:r>
        <w:t>bismillah-hir-rahman-nir-rahim, wa-sallallahu 'ala-n-nabiyyi-l-karim. rab-bish-rah-li sadri, wa yassir-li amri, wa-hlul-'uqdatan-min-lisani yafqahu qawli. aaj main ek mashhur hadith ke bare mein soch raha tha, woh mashhur hadith yeh hai</w:t>
      </w:r>
    </w:p>
    <w:p>
      <w:pPr>
        <w:jc w:val="right"/>
      </w:pPr>
      <w:r>
        <w:t>بسم اللہ الرحمن الرحیم، وصلی اللہ علی النبی الکریم۔ رب اشرح لی صدری، ویسر لی امری، واحل العقدۃ من لسانی یفقہ قولی۔ آج میں ایک مشہور حدیث کے بارے میں سوچ رہا تھا، وہ مشہور حدیث یہ ہے</w:t>
      </w:r>
    </w:p>
    <w:p>
      <w:r>
        <w:rPr>
          <w:b/>
        </w:rPr>
        <w:t xml:space="preserve">[00:44] </w:t>
      </w:r>
      <w:r>
        <w:t>ke: "iska matlab yeh hai ke ummat-e-muslimah apne baad ke zamane mein yahud ki</w:t>
      </w:r>
    </w:p>
    <w:p>
      <w:pPr>
        <w:jc w:val="right"/>
      </w:pPr>
      <w:r>
        <w:t>کہ: "اس کا مطلب یہ ہے کہ امت مسلمہ اپنے بعد کے زمانے میں یہود کی</w:t>
      </w:r>
    </w:p>
    <w:p>
      <w:r>
        <w:rPr>
          <w:b/>
        </w:rPr>
        <w:t xml:space="preserve">[01:14] </w:t>
      </w:r>
      <w:r>
        <w:t>pairvi karegi, har mamle mein, yahan tak ke woh kisi goh ki bil mein ghusein ge to wahan bhi ghus jayen ge." to main sochta tha ke yeh kya matlab hai, goh ki bil? goh jo hai, insan ke liye ek khatarnak janwar hai, yani ek aise us mein kood paden ge jis mein sirf khatra ho</w:t>
      </w:r>
    </w:p>
    <w:p>
      <w:pPr>
        <w:jc w:val="right"/>
      </w:pPr>
      <w:r>
        <w:t>پیروی کرے گی، ہر معاملے میں، یہاں تک کہ وہ کسی گوہ کی بل میں گھسیں گے تو وہاں بھی گھس جائیں گے۔" تو میں سوچتا تھا کہ یہ کیا مطلب ہے، گوہ کی بل؟ گوہ جو ہے، انسان کے لیے ایک خطرناک جانور ہے، یعنی ایک ایسے اس میں کود پڑیں گے جس میں صرف خطرہ ہو</w:t>
      </w:r>
    </w:p>
    <w:p>
      <w:r>
        <w:rPr>
          <w:b/>
        </w:rPr>
        <w:t xml:space="preserve">[01:44] </w:t>
      </w:r>
      <w:r>
        <w:t>, milne wala kuch bhi na ho. to buza zamane mein main sochta tha ke musalmanon ka case kya hai? musalmanon ka case yahi hai ke woh yahud ki sunnat par chal rahe hain, agarche woh yahud se nafrat karte hain, magar 'amalan woh yahudi ki sunnat par chal rahe hain. iski wajah yeh hai ke yahud ki sunnat ko bahut hi khud-sakhta taur par kuch item bana rakhe hain, yeh hai yahud ki sunnat.</w:t>
      </w:r>
    </w:p>
    <w:p>
      <w:pPr>
        <w:jc w:val="right"/>
      </w:pPr>
      <w:r>
        <w:t>، ملنے والا کچھ بھی نہ ہو۔ تو بوزہ زمانے میں میں سوچ رہا تھا کہ مسلمانوں کا کیس کیا ہے؟ مسلمانوں کا کیس یہی ہے کہ وہ یہود کی سنت پر چل رہے ہیں، اگرچہ وہ یہود سے نفرت کرتے ہیں، مگر عملاً وہ یہودی کی سنت پر چل رہے ہیں۔ اس کی وجہ یہ ہے کہ یہود کی سنت کو بہت ہی خود ساختہ طور پر کچھ آئٹم بنا رکھے ہیں، یہ ہے یہود کی سنت۔</w:t>
      </w:r>
    </w:p>
    <w:p>
      <w:r>
        <w:rPr>
          <w:b/>
        </w:rPr>
        <w:t xml:space="preserve">[02:16] </w:t>
      </w:r>
      <w:r>
        <w:t>misalan moochh badhana, dadi katwana, yeh hai yahud ki sunnat. nai badi badi sunnatain hain yahud ki, isi par musalman chal rahe hain. misalan dekhiye, is zamane mein yahud ne sab se badi jo tehrik chalai, isko kehte hain zionism, return to zion. to falasteen mein ek pahadi hai, zion, isko '</w:t>
      </w:r>
    </w:p>
    <w:p>
      <w:pPr>
        <w:jc w:val="right"/>
      </w:pPr>
      <w:r>
        <w:t>مثلاً مونچھ بڑھانا، داڑھی کٹوانا، یہ ہے یہود کی سنت۔ نئی بڑی بڑی سنتیں ہیں یہود کی، اسی پر مسلمان چل رہے ہیں۔ مثلاً دیکھیے، اس زمانے میں یہود نے سب سے بڑی جو تحریک چلائی، اس کو کہتے ہیں زائینزم، ریٹرن ٹو زائین۔ تو فلسطین میں ایک پہاڑی ہے، صہیون، اس کو ع</w:t>
      </w:r>
    </w:p>
    <w:p>
      <w:r>
        <w:rPr>
          <w:b/>
        </w:rPr>
        <w:t xml:space="preserve">[02:46] </w:t>
      </w:r>
      <w:r>
        <w:t>ilamati taur par istemal kiya unhon ne, ke woh samajhte hain ke falasteen hamara mulk hai, to hamein wahan pahunchna hai. to do badshahon ne, yani babal ke badshah aur iran ke badshah ne, in ko falasteen se nikala tha, woh chale gaye mukhtalif mulkon mein, europe mein bhi. yeh tehrik europe mein shuru hui, 19th century ke aakhir mein, zionism ki tehrik.</w:t>
      </w:r>
    </w:p>
    <w:p>
      <w:pPr>
        <w:jc w:val="right"/>
      </w:pPr>
      <w:r>
        <w:t>لامتی طور پر استعمال کیا انہوں نے، کہ وہ سمجھتے ہیں کہ فلسطین ہمارا ملک ہے، تو ہمیں وہاں پہنچنا ہے۔ تو دو بادشاہوں نے، یعنی بابل کے بادشاہ اور ایران کے بادشاہ نے، ان کو فلسطین سے نکالا تھا، وہ چلے گئے مختلف ملکوں میں، یورپ میں بھی۔ یہ تحریک یورپ میں شروع ہوئی، 19th century کے آخر میں، زائینزم کی تحریک۔</w:t>
      </w:r>
    </w:p>
    <w:p>
      <w:r>
        <w:rPr>
          <w:b/>
        </w:rPr>
        <w:t xml:space="preserve">[03:16] </w:t>
      </w:r>
      <w:r>
        <w:t>goya pehle din se woh apni tehrik ko internationalize kiya, yani lauta to tha falasteen mein, tehrik chala rahe hain europe mein. to aaj kal musalman isi ko kehte hain, jitne musalmanon ke masail hain, sab internationalize karte hain woh. kashmir ka masla, pakistan ka masla, iska naam rakh rakha hai internationalize, halanke woh hai yahud ki sunnat, yani yahud ke raste par chalna.</w:t>
      </w:r>
    </w:p>
    <w:p>
      <w:pPr>
        <w:jc w:val="right"/>
      </w:pPr>
      <w:r>
        <w:t>گویا پہلے دن سے وہ اپنی تحریک کو انٹرنیشنلائز کیا، یعنی لوٹا تو تھا فلسطین میں، تحریک چلا رہے ہیں یورپ میں۔ تو آج کل مسلمان اسی کو کہتے ہیں، جتنے مسلمانوں کے مسئلے ہیں، سب انٹرنیشنلائز کرتے ہیں وہ۔ کشمیر کا مسئلہ، پاکستان کا مسئلہ، اس کا نام رکھ رکھا ہے انٹرنیشنلائز، حالانکہ وہ ہے یہود کی سنت، یعنی یہود کے راستے پر چلنا۔</w:t>
      </w:r>
    </w:p>
    <w:p>
      <w:r>
        <w:rPr>
          <w:b/>
        </w:rPr>
        <w:t xml:space="preserve">[03:50] </w:t>
      </w:r>
      <w:r>
        <w:t>aap ghaur kijiye ke masla to pakistan mein hai, kashmir mein to aap is ko america, europe mein kyun chala rahe hain? iska khubsurat naam de rakha hai internationalize, internationalizing of our cause. yeh bilkul yahud ki sunnat hai, aap ne ab jahan aap ka masla hai, jahan aap rehte hain, wahan aap kaam kijiye. aap europe, america mein ja kar kyun is ko internationalize kar rahe hain?</w:t>
      </w:r>
    </w:p>
    <w:p>
      <w:pPr>
        <w:jc w:val="right"/>
      </w:pPr>
      <w:r>
        <w:t>آپ غور کیجیے کہ مسئلہ تو پاکستان میں ہے، کشمیر میں تو آپ اس کو امریکہ، یورپ میں کیوں چلا رہے ہیں؟ اس کا خوبصورت نام دے رکھا ہے انٹرنیشنلائز، انٹرنیشنلائزنگ آف آور کاز۔ یہ بالکل یہود کی سنت ہے، آپ نے اب جہاں آپ کا مسئلہ ہے، جہاں آپ رہتے ہیں، وہاں آپ کام کیجیے۔ آپ یورپ، امریکہ میں جا کر کیوں اس کو انٹرنیشنلائز کر رہے ہیں؟</w:t>
      </w:r>
    </w:p>
    <w:p>
      <w:r>
        <w:rPr>
          <w:b/>
        </w:rPr>
        <w:t xml:space="preserve">[04:21] </w:t>
      </w:r>
      <w:r>
        <w:t>to dekhiye, is mein sab se badi baat jo hai woh yeh hai ke yahud ko nikala gaya falasteen se, to falasteen ki taraf wapsi, yeh un ka sab se bada national agenda ban gaya. yani khoye hue ko, is ko badal liya aap lafzon mein, jo cheez khoi gayi thi un se, yani falasteen ko woh samajhte the ke woh Allah ki taraf se hum ko diya hua</w:t>
      </w:r>
    </w:p>
    <w:p>
      <w:pPr>
        <w:jc w:val="right"/>
      </w:pPr>
      <w:r>
        <w:t>تو دیکھیے، اس میں سب سے بڑی بات جو ہے وہ یہ ہے کہ یہود کو نکالا گیا فلسطین سے، تو فلسطین کی طرف واپسی، یہ ان کا سب سے بڑا نیشنل ایجنڈا بن گیا۔ یعنی کھوئے ہوئے کو، اس کو بدل لیا آپ لفظوں میں، جو چیز کھوئی گئی تھی ان سے، یعنی فلسطین کو وہ سمجھتے تھے کہ وہ اللہ کی طرف سے ہم کو دیا ہوا</w:t>
      </w:r>
    </w:p>
    <w:p>
      <w:r>
        <w:rPr>
          <w:b/>
        </w:rPr>
        <w:t xml:space="preserve">[04:52] </w:t>
      </w:r>
      <w:r>
        <w:t>mulk hai, promise land hai, woh promise land hai. to woh khoiya gaya, babal ke badshah ne, iran ke badshah ne, hamla kar ke in ko nikal diya, idhar udhar chale gaye woh. to khoye hue ko wapas lena, yeh tha un ka sara national, national tehrik ka target</w:t>
      </w:r>
    </w:p>
    <w:p>
      <w:pPr>
        <w:jc w:val="right"/>
      </w:pPr>
      <w:r>
        <w:t>ملک ہے، پرامس لینڈ ہے، وہ پرامس لینڈ ہے۔ تو وہ کھویا گیا، بابل کے بادشاہ نے، ایران کے بادشاہ نے، حملہ کر کے ان کو نکال دیا، ادھر ادھر چلے گئے وہ۔ تو کھوئے ہوئے کو واپس لینا، یہ تھا ان کا سارا نیشنل، نیشنل تحریک کا ٹارگٹ</w:t>
      </w:r>
    </w:p>
    <w:p>
      <w:r>
        <w:rPr>
          <w:b/>
        </w:rPr>
        <w:t xml:space="preserve">[05:22] </w:t>
      </w:r>
      <w:r>
        <w:t>, ya national movement, national goal, ke jo cheez khoi gayi hai, yani falasteen ko jo hum ne khoya hai, us ko wapas lena. ab aap dekhiye, kya wapas mila? kya falasteen un ko wapas mila? woh is pure area ko, jo falasteen aur sham kaha jata hai, apna haq samajhte hain. to kya mil gaya un ko? kuch bhi nahi mila.</w:t>
      </w:r>
    </w:p>
    <w:p>
      <w:pPr>
        <w:jc w:val="right"/>
      </w:pPr>
      <w:r>
        <w:t>، یا نیشنل موومنٹ، نیشنل گول، کہ جو چیز کھوئی گئی ہے، یعنی فلسطین کو جو ہم نے کھویا ہے، اس کو واپس لینا۔ اب آپ دیکھیے، کیا واپس ملا؟ کیا فلسطین ان کو واپس ملا؟ وہ اس پورے ایریا کو، جو فلسطین اور شام کہا جاتا ہے، اپنا حق سمجھتے ہیں۔ تو کیا مل گیا ان کو؟ کچھ بھی نہیں ملا۔</w:t>
      </w:r>
    </w:p>
    <w:p>
      <w:r>
        <w:rPr>
          <w:b/>
        </w:rPr>
        <w:t xml:space="preserve">[05:54] </w:t>
      </w:r>
      <w:r>
        <w:t>yahi musalman kar rahe hain, mile hue par nahi chalate tehrik apni, woh khoye hue par chalate hain woh. jo khoya hua, jo khoya gaya, us ko wapas lena, yahi kashmir kar rahe hain, kashmir ke log kar rahe hain, yeh pakistan ke log kar rahe hain. jis ko dekhen woh yahi kar raha hai ke khoye hue ko wapas lena, yeh un ka nishana hota hai. aur phir billion trillion dollar kharch kar rahe hain, janen</w:t>
      </w:r>
    </w:p>
    <w:p>
      <w:pPr>
        <w:jc w:val="right"/>
      </w:pPr>
      <w:r>
        <w:t>یہی مسلمان کر رہے ہیں، ملے ہوئے پر نہیں چلاتے تحریک اپنی، وہ کھوئے ہوئے پر چلاتے ہیں وہ۔ جو کھویا ہوا، جو کھویا گیا، اس کو واپس لینا، یہی کشمیر کر رہے ہیں، کشمیر کے لوگ کر رہے ہیں، یہ پاکستان کے لوگ کر رہے ہیں۔ جس کو دیکھیں وہ یہی کر رہا ہے کہ کھوئے ہوئے کو واپس لینا، یہ ان کا نشانہ ہوتا ہے۔ اور پھر بلین ٹریلین ڈالر خرچ کر رہے ہیں، جانیں</w:t>
      </w:r>
    </w:p>
    <w:p>
      <w:r>
        <w:rPr>
          <w:b/>
        </w:rPr>
        <w:t xml:space="preserve">[06:24] </w:t>
      </w:r>
      <w:r>
        <w:t>halak kar rahe hain, lekin mila kuch nahi. aap dekhiye, kya khoya hua mila un ko? kya un ko khoya hua mila? misalan dekhiye, pakistan mein jo khoya tha, us par tehrikain chal rahi hain, beshumar janen zaya ho rahi hain, suicide bombing ho rahi hai. kya pakistan ko is ka khoya hua ilaka mil gaya? nahi mila. ab rasool Allah ko lijiye</w:t>
      </w:r>
    </w:p>
    <w:p>
      <w:pPr>
        <w:jc w:val="right"/>
      </w:pPr>
      <w:r>
        <w:t>ہلاک کر رہے ہیں، لیکن ملا کچھ نہیں۔ آپ دیکھیے، کیا کھویا ہوا ملا ان کو؟ کیا ان کو کھویا ہوا ملا؟ مثلاً دیکھیے، پاکستان میں جو کھویا تھا، اس پر تحریکیں چل رہی ہیں، بے شمار جانیں ضائع ہو رہی ہیں، سوسائڈ بمبنگ ہو رہی ہے۔ کیا پاکستان کو اس کا کھویا ہوا علاقہ مل گیا؟ نہیں ملا۔ اب رسول اللہ کو لیجیے</w:t>
      </w:r>
    </w:p>
    <w:p>
      <w:r>
        <w:rPr>
          <w:b/>
        </w:rPr>
        <w:t xml:space="preserve">[06:54] </w:t>
      </w:r>
      <w:r>
        <w:t>, aap rasool Allah ke bare mein, main kal ek, ek sun raha tha, ek sahib hain, musalmanon ke speaker aaj kal hain, woh bahut hi, bahut hi, bahut hi popular. ek sath se maine poocha ke yeh kitna popular hai? unhon ne kaha ke dunya mein, muslim dunya mein number one popular hai. main un ka naam nahi loon ga, sare muslim dunya mein woh number one popular speaker bane hue hain.</w:t>
      </w:r>
    </w:p>
    <w:p>
      <w:pPr>
        <w:jc w:val="right"/>
      </w:pPr>
      <w:r>
        <w:t>، آپ رسول اللہ کے بارے میں، میں کل ایک، ایک سن رہا تھا، ایک صاحب ہیں، مسلمانوں کے اسپیکر آج کل ہیں، وہ بہت ہی، بہت ہی، بہت ہی پاپولر۔ ایک ساتھ سے میں نے پوچھا کہ یہ کتنا پاپولر ہے؟ انہوں نے کہا کہ دنیا میں، مسلم دنیا میں نمبر ون پاپولر ہے۔ میں ان کا نام نہیں لوں گا، سارے مسلم دنیا میں وہ نمبر ون پاپولر اسپیکر بنے ہوئے ہیں۔</w:t>
      </w:r>
    </w:p>
    <w:p>
      <w:r>
        <w:rPr>
          <w:b/>
        </w:rPr>
        <w:t xml:space="preserve">[07:25] </w:t>
      </w:r>
      <w:r>
        <w:t>to kal maine un ki speech suni, us ki speech kya thi? main aksar sochta hoon ke musalmanon ne rasool Allah ko uswa-e-hasna nahi banaya apna, balke naat khwani shuru kardi. koi nazm mein naat khwani kar raha hai, koi nasr mein naat khwani kar raha hai, ajeeb o ghareeb tareeqe se us ki tareefein bayan kar raha hai. misalan jo kal maine suna, us mein bade hi, bahut hi jazbati andaz mein, main us ko keh nahi sakta us tareeqe se, bahut</w:t>
      </w:r>
    </w:p>
    <w:p>
      <w:pPr>
        <w:jc w:val="right"/>
      </w:pPr>
      <w:r>
        <w:t>تو کل میں نے ان کی اسپیچ سنی، اس کی اسپیچ کیا تھی؟ میں اکثر سوچتا ہوں کہ مسلمانوں نے رسول اللہ کو اسوارہ نہیں بنایا اپنا، بلکہ نعت خوانی شروع کر دی۔ کوئی نظم میں نعت خوانی کر رہا ہے، کوئی نثر میں نعت خوانی کر رہا ہے، عجیب و غریب طریقے سے اس کی تعریفیں بیان کر رہا ہے۔ مثلاً جو کل میں نے سنا، اس میں بڑے ہی، بہت ہی جذباتی انداز میں، میں اس کو کہہ نہیں سکتا اس طریقے سے، بہت</w:t>
      </w:r>
    </w:p>
    <w:p>
      <w:r>
        <w:rPr>
          <w:b/>
        </w:rPr>
        <w:t xml:space="preserve">[07:55] </w:t>
      </w:r>
      <w:r>
        <w:t>jazbati andaz mein, kya kehte hain, ke kaha jata hai ke rasool Allah ka chehra chand se zyada khubsurat tha, aur suraj se zyada roshan tha. nahi, main kehta hoon ke chand se bhi aap suraj se us ko tashbih nahi de sakte, kyunke chand mein to daagh hain, aur mere, mere nabi ke chehre mein daagh nahi tha. chand mein to daagh hain, mere nabi ke chehre mein daagh nahi tha.</w:t>
      </w:r>
    </w:p>
    <w:p>
      <w:pPr>
        <w:jc w:val="right"/>
      </w:pPr>
      <w:r>
        <w:t>جذباتی انداز میں، کیا کہتے ہیں، کہ کہا جاتا ہے کہ رسول اللہ کا چہرہ چاند سے زیادہ خوبصورت تھا، اور سورج سے زیادہ روشن تھا۔ نہیں، میں کہتا ہوں کہ چاند سے بھی آپ سورج سے اس کو تشبیہ نہیں دے سکتے، کیونکہ چاند میں تو داغ ہیں، اور میرے، میرے نبی کے چہرے میں داغ نہیں تھا۔ چاند میں تو داغ ہیں، میرے نبی کے چہرے میں داغ نہیں تھا۔</w:t>
      </w:r>
    </w:p>
    <w:p>
      <w:r>
        <w:rPr>
          <w:b/>
        </w:rPr>
        <w:t xml:space="preserve">[08:26] </w:t>
      </w:r>
      <w:r>
        <w:t>suraj mein to garmi hai, mere nabi ka chehra to thanda tha. yeh koi, yeh koi baat hai? yeh koi baat hai? yeh koi baat hi nahi hai. isi qism ki jhooti naat khwani musalman kar rahe hain rasool Allah ke bare mein, rasool Allah se koi sabak nahi lete. yeh naat khwan jo nikle hain na, koi nasr mein naat khwani kar raha hai, koi nazm mein naat khwani kar raha hai, ajeeb o ghareeb baatein nikalte hain. ab main aap ko batata hoon,</w:t>
      </w:r>
    </w:p>
    <w:p>
      <w:pPr>
        <w:jc w:val="right"/>
      </w:pPr>
      <w:r>
        <w:t>سورج میں تو گرمی ہے، میرے نبی کا چہرہ تو ٹھنڈا تھا۔ یہ کوئی، یہ کوئی بات ہے؟ یہ کوئی بات ہے؟ یہ کوئی بات ہی نہیں ہے۔ اسی قسم کی جھوٹی نعت خوانی مسلمان کر رہے ہیں رسول اللہ کے بارے میں، رسول اللہ سے کوئی سبق نہیں لیتے۔ یہ نعت خواں جو نکلے ہیں نا، کوئی نثر میں نعت خوانی کر رہا ہے، کوئی نظم میں نعت خوانی کر رہا ہے، عجیب و غریب باتیں نکالتے ہیں۔ اب میں آپ کو بتاتا ہوں،</w:t>
      </w:r>
    </w:p>
    <w:p>
      <w:r>
        <w:rPr>
          <w:b/>
        </w:rPr>
        <w:t xml:space="preserve">[08:56] </w:t>
      </w:r>
      <w:r>
        <w:t>rasool Allah ki sunnat, aap jante hain ke rasool Allah ne apna mission shuru kiya 610 isvi mein makka mein, wahan 13 saal tak kaam karte rahe. aap us ke baad wahan ke jo leader the, sardar qabaili sardar, unhon ne ultimatum de diya ke aap makka chhod dein, nahi to aap ko maar dalen ge. aap khamoshi se chale gaye madina. us waqt aap ne kaha</w:t>
      </w:r>
    </w:p>
    <w:p>
      <w:pPr>
        <w:jc w:val="right"/>
      </w:pPr>
      <w:r>
        <w:t>رسول اللہ کی سنت، آپ جانتے ہیں کہ رسول اللہ نے اپنا مشن شروع کیا 610 عیسوی میں مکہ میں، وہاں 13 سال تک کام کرتے رہے۔ آپ اس کے بعد وہاں کے جو لیڈر تھے، سردار قبائلی سردار، انہوں نے الٹیمیٹم دے دیا کہ آپ مکہ چھوڑ دیں، نہیں تو آپ کو مار ڈالیں گے۔ آپ خاموشی سے چلے گئے مدینہ۔ اس وقت آپ نے کہا</w:t>
      </w:r>
    </w:p>
    <w:p>
      <w:r>
        <w:rPr>
          <w:b/>
        </w:rPr>
        <w:t xml:space="preserve">[09:26] </w:t>
      </w:r>
      <w:r>
        <w:t>tha ke yeh bukhari mein aur sahih muslim mein yeh riwayat maujud hai: "mujhe hukum diya gaya hai, matlab Allah ne hukum diya, mujhe hukum diya hai ke main ek basti mein chala jaoon." yeh basti tamam bastiyon ko kha jayegi. log is</w:t>
      </w:r>
    </w:p>
    <w:p>
      <w:pPr>
        <w:jc w:val="right"/>
      </w:pPr>
      <w:r>
        <w:t>تھا کہ یہ بخاری میں اور صحیح مسلم میں یہ روایت موجود ہے: "مجھے حکم دیا گیا ہے، مطلب اللہ نے حکم دیا، مجھے حکم دیا ہے کہ میں ایک بستی میں چلا جاؤں۔" یہ بستی تمام بستیوں کو کھا جائے گی۔ لوگ اس</w:t>
      </w:r>
    </w:p>
    <w:p>
      <w:r>
        <w:rPr>
          <w:b/>
        </w:rPr>
        <w:t xml:space="preserve">[09:56] </w:t>
      </w:r>
      <w:r>
        <w:t>ko kehte hain yaseb, aur woh madina hai. achha dekhiye, aaj kal jo tareeqa bana hua hai, woh kya hai? ke rasool Allah makka pahunch kar wahan ek, jis ko kehte hain exile government chalaen. kya rasool Allah ne makka se nikal kar jab madina pahunche to wahan aap ne exile government chalai? wahan se baith kar makka walon ko zulm ka khub propaganda karne lage, aur kaha ke hum</w:t>
      </w:r>
    </w:p>
    <w:p>
      <w:pPr>
        <w:jc w:val="right"/>
      </w:pPr>
      <w:r>
        <w:t>کو کہتے ہیں یثرب، اور وہ مدینہ ہے۔ اچھا دیکھیے، آج کل جو طریقہ بنا ہوا ہے، وہ کیا ہے؟ کہ رسول اللہ مکہ پہنچ کر وہاں ایک، جس کو کہتے ہیں ایگزائل گورنمنٹ چلاتے۔ کیا رسول اللہ نے مکہ سے نکل کر جب مدینہ پہنچے تو وہاں آپ نے ایگزائل گورنمنٹ چلائی؟ وہاں سے بیٹھ کر مکے والوں کو ظلم کا خوب پروپیگنڈا کرنے لگے، اور کہا کہ ہم</w:t>
      </w:r>
    </w:p>
    <w:p>
      <w:r>
        <w:rPr>
          <w:b/>
        </w:rPr>
        <w:t xml:space="preserve">[10:27] </w:t>
      </w:r>
      <w:r>
        <w:t>, hum ko wapas jana hai, hum ko watan, makka hamara watan hai, hum wapas jayen ge. yeh sab nare lagaye, kuch bhi nahi, kuch bhi nahi, kuch bhi nahi, kuch bhi nahi. aap ne sara focus kar diya us par jo Allah ne hukum diya tha ke madina chale jao, madina chale jao, sara focus madine par. jo, jo chhota tha, jo, jo un se le liya gaya tha, us par kuch bhi nahi, uska zikr hi nahi. is ka woh kehte hain ke makka jo hai, hamara</w:t>
      </w:r>
    </w:p>
    <w:p>
      <w:pPr>
        <w:jc w:val="right"/>
      </w:pPr>
      <w:r>
        <w:t>، ہم کو واپس جانا ہے، ہم کو وطن، مکہ ہمارا وطن ہے، ہم واپس جائیں گے۔ یہ سب نعرے لگائے، کچھ بھی نہیں، کچھ بھی نہیں، کچھ بھی نہیں، کچھ بھی نہیں۔ آپ نے سارا فوکس کر دیا اس پر جو اللہ نے حکم دیا تھا کہ مدینہ چلے جاؤ، مدینہ چلے جاؤ، سارا فوکس مدینے پر۔ جو، جو چھوٹا تھا، جو، جو ان سے لے لیا گیا تھا، اس پر کچھ بھی نہیں، اس کا ذکر ہی نہیں۔ اس کا وہ کہتے ہیں کہ مکہ جو ہے، ہمار</w:t>
      </w:r>
    </w:p>
    <w:p>
      <w:r>
        <w:rPr>
          <w:b/>
        </w:rPr>
        <w:t xml:space="preserve">[10:57] </w:t>
      </w:r>
      <w:r>
        <w:t>haq hai, wahan ka'ba hai, wahan ibrahim aur ismail ki yadgarain hain, woh hamara haq hai, hum jayen ge wahan par. yeh sab nahi kiya aap ne? yahi musalman karte hain aaj kal, sari dunya ke musalman yahi karte hain. to yeh kya yahud ki sunnat hai? yahud jo hai, jo us ko, jin ko chheena tha babal aur iran ke badshahon ne, usi par tareekh, tareekh chalate rahe. return to, return to zion, return to zion. to</w:t>
      </w:r>
    </w:p>
    <w:p>
      <w:pPr>
        <w:jc w:val="right"/>
      </w:pPr>
      <w:r>
        <w:t>ا حق ہے، وہاں کعبہ ہے، وہاں ابراہیم اور اسماعیل کی یادگاریں ہیں، وہ ہمارا حق ہے، ہم جائیں گے وہاں پر۔ یہ سب نہیں کیا آپ نے؟ یہی مسلمان کرتے ہیں آج کل، ساری دنیا کے مسلمان یہی کرتے ہیں۔ تو یہ کیا یہود کی سنت ہے؟ یہود جو ہے، جو اس کو، جن کو چھینا تھا بابل اور ایران کے بادشاہوں نے، اسی پر تاریخ، تاریخ چلاتے رہے۔ ریٹرن ٹو، ریٹرن ٹو زائین، ریٹرن ٹو زائین۔ تو</w:t>
      </w:r>
    </w:p>
    <w:p>
      <w:r>
        <w:rPr>
          <w:b/>
        </w:rPr>
        <w:t xml:space="preserve">[11:27] </w:t>
      </w:r>
      <w:r>
        <w:t>khoye hue par focus karna, aur mile hue par focus na karna, yeh, yeh yahud ki sunnat hai, yeh. aur yahi musalman kar rahe hain. yeh sare muslim country mein yahi ho raha hai, jo un se khoya gaya hai, usi par sara focus. jitne muslim countries hain, aap sochiye, jo cheez kisi ne chheni hai, usi par focus.</w:t>
      </w:r>
    </w:p>
    <w:p>
      <w:pPr>
        <w:jc w:val="right"/>
      </w:pPr>
      <w:r>
        <w:t>کھوئے ہوئے پر فوکس کرنا، اور ملے ہوئے پر فوکس نہ کرنا، یہ، یہ یہود کی سنت ہے، یہ۔ اور یہی مسلمان کر رہے ہیں۔ یہ سارے مسلم کنٹری میں یہی ہو رہا ہے، جو ان سے کھویا گیا ہے، اسی پر سارا فوکس۔ جتنے مسلم کنٹریز ہیں، آپ سوچیے، جو چیز کسی نے چھینی ہے، اسی پر فوکس۔</w:t>
      </w:r>
    </w:p>
    <w:p>
      <w:r>
        <w:rPr>
          <w:b/>
        </w:rPr>
        <w:t xml:space="preserve">[11:57] </w:t>
      </w:r>
      <w:r>
        <w:t>ab aaj ke akhbar mein dekhiye, aap ne padha hoga, aaj ke akhbar mein ke america ke president donald trump ne ek order jari kiya ke saat muslim majority countries ke logon ki entry par ban laga diya. ab woh log jo hain, kitna paisa kharch kiya hoga un logon ne? yani inhi logon ne, yeh jo muslim countries ke log wahan rehte hain, adalat mein gaye, wahan se ek faisla le liya,</w:t>
      </w:r>
    </w:p>
    <w:p>
      <w:pPr>
        <w:jc w:val="right"/>
      </w:pPr>
      <w:r>
        <w:t>اب آج کے اخبار میں دیکھیے، آپ نے پڑھا ہوگا، آج کے اخبار میں کہ امریکہ کے پریزیڈنٹ ڈونلڈ ٹرمپ نے ایک آرڈر جاری کیا کہ سات مسلم میجورٹی کنٹریز کے لوگوں کی انٹری پر بین لگا دیا۔ اب وہ لوگ جو ہیں، کتنا پیسہ خرچ کیا ہوگا ان لوگوں نے؟ یعنی انہی لوگوں نے، یہ جو مسلم کنٹریز کے لوگ وہاں رہتے ہیں، عدالت میں گئے، وہاں سے ایک فیصلہ لے لیا،</w:t>
      </w:r>
    </w:p>
    <w:p>
      <w:r>
        <w:rPr>
          <w:b/>
        </w:rPr>
        <w:t xml:space="preserve">[12:28] </w:t>
      </w:r>
      <w:r>
        <w:t>aur donald trump ke order ko kal adam kar diya. yeh koi kaam nahi, mere nazdeek, bas jo cheez khoi gayi hai, usi ko lena hai unhein, usi ko chheena hai. yani donald trump ne jo cheez chheni hai, usi ko wapas lena hai. hazaron nahi, lakhon nahi, million million mauqe abhi america maujud hain, us par focus karo. abhi bhi musalman wahan itni achhi halat mein hain, america mein, jo kisi</w:t>
      </w:r>
    </w:p>
    <w:p>
      <w:pPr>
        <w:jc w:val="right"/>
      </w:pPr>
      <w:r>
        <w:t>اور ڈونلڈ ٹرمپ کے آرڈر کو کل عدم کر دیا۔ یہ کوئی کام نہیں، میرے نزدیک، بس جو چیز کھوئی گئی ہے، اسی کو لینا ہے انہیں، اسی کو چھیننا ہے۔ یعنی ڈونلڈ ٹرمپ نے جو چیز چھینی ہے، اسی کو واپس لینا ہے۔ ہزاروں نہیں، لاکھوں نہیں، ملین ملین مواقع ابھی امریکہ موجود ہیں، اس پر فوکس کرو۔ ابھی بھی مسلمان وہاں اتنی اچھی حالت میں ہیں، امریکہ میں، جو کسی</w:t>
      </w:r>
    </w:p>
    <w:p>
      <w:r>
        <w:rPr>
          <w:b/>
        </w:rPr>
        <w:t xml:space="preserve">[12:58] </w:t>
      </w:r>
      <w:r>
        <w:t>muslim countries mein nahi hai. abhi bhi mein kehta hoon, aaj bhi, aaj bhi saare muslim countries mein musalmanon mein is haalat mein nahi hain jaise ke america mein hain. is par kabhi shukr nahi kiya, na pehle kiya, na aap kar rahe hain. america mein jo in ko mila hua tha, kabhi shukr nahi kiya. ab mein mila hua, abhi bhi, abhi bhi, is par shukr nahi, bas donald trump ne aisa keh diya, is par, is par hungama. yeh yehud ki sunnat hai ke</w:t>
      </w:r>
    </w:p>
    <w:p>
      <w:pPr>
        <w:jc w:val="right"/>
      </w:pPr>
      <w:r>
        <w:t>مسلم کنٹریز میں نہیں ہے۔ ابھی بھی میں کہتا ہوں، آج بھی، آج بھی سارے مسلم کنٹریز میں مسلمانوں میں اس حالت میں نہیں ہیں جیسے کہ امریکہ میں ہیں۔ اس پر کبھی شکر نہیں کیا، نہ پہلے کیا، نہ آپ کر رہے ہیں۔ امریکہ میں جو ان کو ملا ہوا تھا، کبھی شکر نہیں کیا۔ اب میں ملا ہوا، ابھی بھی، ابھی بھی، اس پر شکر نہیں، بس ڈونلڈ ٹرمپ نے ایسا کہہ دیا، اس پر، اس پر ہنگامہ۔ یہ یہود کی سنت ہے کہ</w:t>
      </w:r>
    </w:p>
    <w:p>
      <w:r>
        <w:rPr>
          <w:b/>
        </w:rPr>
        <w:t xml:space="preserve">[13:28] </w:t>
      </w:r>
      <w:r>
        <w:t>mile hue par focus karna chhoden, aur na mile hue par focus karna pakden. jo cheez nahi mili hai, usi par focus. yeh to shaitan ki sunnat hai. already abhi bhi aap ko har mulk mein, including india, bohat kuch mila hua hai, billion billion cheezen mili hui hain. is par focus karo, is par shukr karo, is par planning karo. to rasool allah sallallahu alai</w:t>
      </w:r>
    </w:p>
    <w:p>
      <w:pPr>
        <w:jc w:val="right"/>
      </w:pPr>
      <w:r>
        <w:t>ملے ہوئے پر فوکس کرنا چھوڑیں، اور نہ ملے ہوئے پر فوکس کرنا پکڑیں۔ جو چیز نہیں ملی ہے، اسی پر فوکس۔ یہ تو شیطان کی سنت ہے۔ الریڈی ابھی بھی آپ کو ہر ملک میں، انکلوڈنگ انڈیا، بہت کچھ ملا ہوا ہے، بلین بلین چیزیں ملی ہوئی ہیں۔ اس پر فوکس کرو، اس پر شکر کرو، اس پر پلاننگ کرو۔ تو رسول اللہ صلی اللہ علی</w:t>
      </w:r>
    </w:p>
    <w:p>
      <w:r>
        <w:rPr>
          <w:b/>
        </w:rPr>
        <w:t xml:space="preserve">[13:58] </w:t>
      </w:r>
      <w:r>
        <w:t>hi wasallam ne makkah mein jo chheena tha un se, makkah mein makkah chheena tha, kaba chheena tha, property chheni thi, kitne rishtedar chhoot gaye the wahan par, kyunke kuch, kuch gaye, kuch nahi gaye, is par focus nahi kiya. balkeh madina jo tha, jo allah ne kaha tha ke madina chale jao, is par focus kiya. saari planning madine ko le kar ki, makkah ko le kar nahi ki.</w:t>
      </w:r>
    </w:p>
    <w:p>
      <w:pPr>
        <w:jc w:val="right"/>
      </w:pPr>
      <w:r>
        <w:t>ہ وسلم نے مکہ میں جو چھینا تھا ان سے، مکہ میں مکہ چھینا تھا، کعبہ چھینا تھا، پراپرٹی چھینی تھی، کتنے رشتہ دار چھوٹ گئے تھے وہاں پر، کیونکہ کچھ، کچھ گئے، کچھ نہیں گئے، اس پر فوکس نہیں کیا۔ بلکہ مدینہ جو تھا، جو اللہ نے کہا تھا کہ مدینہ چلے جاؤ، اس پر فوکس کیا۔ ساری پلاننگ مدینے کو لے کر کی، مکہ کو لے کر نہیں کی۔</w:t>
      </w:r>
    </w:p>
    <w:p>
      <w:r>
        <w:rPr>
          <w:b/>
        </w:rPr>
        <w:t xml:space="preserve">[14:31] </w:t>
      </w:r>
      <w:r>
        <w:t>to aaj jo naat khwani kar rahe hain musalman, mein kehta hoon ke allah, rasool allah sallallahu alaihi wasallam un ko pathar marenge ke tum naat khwani kar rahe the meri, aur meri sunnat par amal nahi kiya tum ne. alfaaz mein meri naat khwani kar rahe ho, mera nabi suraj se zyada roshan hai, mera nabi chand se zyada khoobsurat hai, yeh koi, koi baat hai? yeh rasool allah aise logon ke bare mein, yahi logon ke bare mein aata hai ke rasool allah dekhenge</w:t>
      </w:r>
    </w:p>
    <w:p>
      <w:pPr>
        <w:jc w:val="right"/>
      </w:pPr>
      <w:r>
        <w:t>تو آج جو نعت خوانی کر رہے ہیں مسلمان، میں کہتا ہوں کہ اللہ، رسول اللہ صلی اللہ علیہ وسلم ان کو پتھر ماریں گے کہ تم نعت خوانی کر رہے تھے میری، اور میری سنت پر عمل نہیں کیا تم نے۔ الفاظ میں میری نعت خوانی کر رہے ہو، میرا نبی سورج سے زیادہ روشن ہے، میرا نبی چاند سے زیادہ خوبصورت ہے، یہ کوئی، کوئی بات ہے؟ یہ رسول اللہ ایسے لوگوں کے بارے میں، یہی لوگوں کے بارے میں آتا ہے کہ رسول اللہ دیکھیں گے</w:t>
      </w:r>
    </w:p>
    <w:p>
      <w:r>
        <w:rPr>
          <w:b/>
        </w:rPr>
        <w:t xml:space="preserve">[15:02] </w:t>
      </w:r>
      <w:r>
        <w:t>aaqirat mein ke farishte, yaani jahannum ke farishte, kuch musalmanon ko pakad le ja rahe hain. to rasool allah kahenge, kahan le ja rahe ho? yeh to mere ummat ke log hain. to rasool allah, woh farishte kahenge ke aap ke baad unhon ne rasta chhod diya aap ka. to aap kahenge, fusooq, fusooq, le jao un ko, le jao un ko. logon ko dar</w:t>
      </w:r>
    </w:p>
    <w:p>
      <w:pPr>
        <w:jc w:val="right"/>
      </w:pPr>
      <w:r>
        <w:t>آخرت میں کہ فرشتے، یعنی جہنم کے فرشتے، کچھ مسلمانوں کو پکڑ لے جا رہے ہیں۔ تو رسول اللہ کہیں گے، کہاں لے جا رہے ہو؟ یہ تو میرے امت کے لوگ ہیں۔ تو رسول اللہ، وہ فرشتے کہیں گے کہ آپ کے بعد انہوں نے راستہ چھوڑ دیا آپ کا۔ تو آپ کہیں گے، فسوق، فسوق، لے جاؤ ان کو، لے جاؤ ان کو۔ لوگوں کو ڈر</w:t>
      </w:r>
    </w:p>
    <w:p>
      <w:r>
        <w:rPr>
          <w:b/>
        </w:rPr>
        <w:t xml:space="preserve">[15:32] </w:t>
      </w:r>
      <w:r>
        <w:t>nahi, logon ko dar nahi ke yeh log hamare saath ho jayen. fusooq, fusooq, le jao un ko, meri ummat ke log nahi hain yeh. pata nahi kya, aap samajhte hain rasool allah ko kya samajhte hain aap? lafzi naat khwani se khush ho jayenge? aap ghor karen, ghor kijiye ke rasool allah ka kitna yaani bara grave understatution hai yeh. rasool allah ka bohat hi</w:t>
      </w:r>
    </w:p>
    <w:p>
      <w:pPr>
        <w:jc w:val="right"/>
      </w:pPr>
      <w:r>
        <w:t>نہیں، لوگوں کو ڈر نہیں کہ یہ لوگ ہمارے ساتھ ہو جائیں۔ فسوق، فسوق، لے جاؤ ان کو، میری امت کے لوگ نہیں ہیں یہ۔ پتہ نہیں کیا، آپ سمجھتے ہیں رسول اللہ کو کیا سمجھتے ہیں آپ؟ لفظی نعت خوانی سے خوش ہو جائیں گے؟ آپ غور کریں، غور کیجیے کہ رسول اللہ کا کتنا یعنی بڑا گریو انڈر اسٹیٹیوشن ہے یہ۔ رسول اللہ کا بہت ہی</w:t>
      </w:r>
    </w:p>
    <w:p>
      <w:r>
        <w:rPr>
          <w:b/>
        </w:rPr>
        <w:t xml:space="preserve">[16:02] </w:t>
      </w:r>
      <w:r>
        <w:t>bara grave understatution hai yeh, ke is tarah ki naat khwaniyon se khush ho jayenge woh. mera nabi, mera nabi to chand se zyada khoobsurat tha, mera nabi, mera nabi suraj se zyada roshan tha. yeh, yeh, agar aap yeh samajhte hain ke rasool allah is se khush ho jayenge, to aap rasool allah ko understimate kar rahe hain. rasool allah ko understimate kar rahe hain. rasool allah ne to kaha tha, kisi, koi shakhs tumhari tareef kare to</w:t>
      </w:r>
    </w:p>
    <w:p>
      <w:pPr>
        <w:jc w:val="right"/>
      </w:pPr>
      <w:r>
        <w:t>بڑا گریو انڈر اسٹیٹیوشن ہے یہ، کہ اس طرح کی نعت خوانیوں سے خوش ہو جائیں گے وہ۔ میرا نبی، میرا نبی تو چاند سے زیادہ خوبصورت تھا، میرا نبی، میرا نبی سورج سے زیادہ روشن تھا۔ یہ، یہ، اگر آپ یہ سمجھتے ہیں کہ رسول اللہ اس سے خوش ہو جائیں گے، تو آپ رسول اللہ کو انڈر ایسٹیمیٹ کر رہے ہیں۔ رسول اللہ کو انڈر ایسٹیمیٹ کر رہے ہیں۔ رسول اللہ نے تو کہا تھا، کسی، کوئی شخص تمہاری تعریف کرے تو</w:t>
      </w:r>
    </w:p>
    <w:p>
      <w:r>
        <w:rPr>
          <w:b/>
        </w:rPr>
        <w:t xml:space="preserve">[16:32] </w:t>
      </w:r>
      <w:r>
        <w:t>munh mein mitti daal do. rasool allah ne farmaya tha ke koi tumhari tareef kare to us ke munh mein mitti, mitti daal do. aur khud rasool allah ko sab se acha lagta hai ke un ki tareefein ki jayen. yeh, yeh, yeh rasool allah ka maqam hai yeh. to rasool allah ki sunnaton ko mutalliq restudy kijiye, phir is se dekhiye ke rasool allah ki sunnat kya thi. isi mein se ek sunnat yeh hai</w:t>
      </w:r>
    </w:p>
    <w:p>
      <w:pPr>
        <w:jc w:val="right"/>
      </w:pPr>
      <w:r>
        <w:t>منہ میں مٹی ڈال دو۔ رسول اللہ نے فرمایا تھا کہ کوئی تمہاری تعریف کرے تو اس کے منہ میں مٹی، مٹی ڈال دو۔ اور خود رسول اللہ کو سب سے اچھا لگتا ہے کہ ان کی تعریفیں کی جائیں۔ یہ، یہ، یہ رسول اللہ کا مقام ہے یہ۔ تو رسول اللہ کی سنتوں کو متعلق ری اسٹڈی کیجیے، پھر اس سے دیکھیے کہ رسول اللہ کی سنت کیا تھی۔ اسی میں سے ایک سنت یہ ہے</w:t>
      </w:r>
    </w:p>
    <w:p>
      <w:r>
        <w:rPr>
          <w:b/>
        </w:rPr>
        <w:t xml:space="preserve">[17:02] </w:t>
      </w:r>
      <w:r>
        <w:t>ke khoye hue ko bhulana, aur mile hue par focus karna. makkah ko bhulana, yaani itna bhulaya, itna bhulaya ke kaba ko qibla banana chhod diya. aap ghor kijiye, itna is had tak bhulaya ke kaba se koi attachment na rahe logon ko. yaani itna kiya ke sahaba ko kaba se, makkah se attachment na rahe. kyunke qibla agar rehta badastoor</w:t>
      </w:r>
    </w:p>
    <w:p>
      <w:pPr>
        <w:jc w:val="right"/>
      </w:pPr>
      <w:r>
        <w:t>کہ کھوئے ہوئے کو بھلانا، اور ملے ہوئے پر فوکس کرنا۔ مکہ کو بھلانا، یعنی اتنا بھلایا، اتنا بھلایا کہ کعبہ کو قبلہ بنانا چھوڑ دیا۔ آپ غور کیجیے، اتنا اس حد تک بھلایا کہ کعبہ سے کوئی اٹیچمنٹ نہ رہے لوگوں کو۔ یعنی اتنا کیا کہ صحابہ کو کعبہ سے، مکہ سے اٹیچمنٹ نہ رہے۔ کیونکہ قبلہ اگر رہتا بدستور</w:t>
      </w:r>
    </w:p>
    <w:p>
      <w:r>
        <w:rPr>
          <w:b/>
        </w:rPr>
        <w:t xml:space="preserve">[17:33] </w:t>
      </w:r>
      <w:r>
        <w:t>to sahaba ko attachment rehta makkah ki taraf. aap ne detach kiya, detach kiya logon ke soch ko. makkah se attachment ko itna khatam kiya, itna khatam kiya ke qibla badal diya, temporary. aur yahan kaha hai saare musalman bas jo khula hua hai usi par focus kiye hue hain. zulm ho raha hai hum se, hum, hum par science ho rahi hai, hamara, hamara, h</w:t>
      </w:r>
    </w:p>
    <w:p>
      <w:pPr>
        <w:jc w:val="right"/>
      </w:pPr>
      <w:r>
        <w:t>تو صحابہ کو اٹیچمنٹ رہتا مکہ کی طرف۔ آپ نے ڈیٹیچ کیا، ڈیٹیچ کیا لوگوں کے سوچ کو۔ مکہ سے اٹیچمنٹ کو اتنا ختم کیا، اتنا ختم کیا کہ قبلہ بدل دیا، ٹیمپرری۔ اور یہاں کہا ہے سارے مسلمان بس جو کھلا ہوا ہے اسی پر فوکس کیے ہوئے ہیں۔ ظلم ہو رہا ہے ہم سے، ہم، ہم پر سائنس ہو رہی ہے، ہمارا، ہمارا، ہ</w:t>
      </w:r>
    </w:p>
    <w:p>
      <w:r>
        <w:rPr>
          <w:b/>
        </w:rPr>
        <w:t xml:space="preserve">[18:03] </w:t>
      </w:r>
      <w:r>
        <w:t>mara yaani hamari zameen hum se chheen li gayi hai. yeh sab is ka islam se koi talluq nahi. isi liye dekhen, nateeja kuch nahi nikal raha. kabhi bhi yaad rakhiye ke aap naat khwaniyon se nateeja nahi niklega. nateeja niklega jab rasool allah ki sunnat par amal karen aap. rasool allah ki naat khwani karenge aap, kuch bhi nahi hone wala hai. rasool allah to khud aap</w:t>
      </w:r>
    </w:p>
    <w:p>
      <w:pPr>
        <w:jc w:val="right"/>
      </w:pPr>
      <w:r>
        <w:t>مارا یعنی ہماری زمین ہم سے چھین لی گئی ہے۔ یہ سب اس کا اسلام سے کوئی تعلق نہیں۔ اسی لیے دیکھیں، نتیجہ کچھ نہیں نکل رہا۔ کبھی بھی یاد رکھیے کہ آپ نعت خوانیوں سے نتیجہ نہیں نکلے گا۔ نتیجہ نکلے گا جب رسول اللہ کی سنت پر عمل کریں آپ۔ رسول اللہ کی نعت خوانی کریں گے آپ، کچھ بھی نہیں ہونے والا ہے۔ رسول اللہ تو خود آپ</w:t>
      </w:r>
    </w:p>
    <w:p>
      <w:r>
        <w:rPr>
          <w:b/>
        </w:rPr>
        <w:t xml:space="preserve">[18:33] </w:t>
      </w:r>
      <w:r>
        <w:t>ko kahenge, kya kar rahe ho? to musalmanon ko replanning karna hai, rediscover karna hai rasool allah ki sunnat ko. rasool allah ki sunnat ko rediscover karna hai ke rasool allah ki sunnat mein se ek sunnat yeh hai ke khoye hue ko bhulao, allah khwah mein dalo, mile hue par focus karo, us ko le kar apni planning karo.</w:t>
      </w:r>
    </w:p>
    <w:p>
      <w:pPr>
        <w:jc w:val="right"/>
      </w:pPr>
      <w:r>
        <w:t>کو کہیں گے، کیا کر رہے ہو؟ تو مسلمانوں کو ری پلاننگ کرنا ہے، ری ڈسکور کرنا ہے رسول اللہ کی سنت کو۔ رسول اللہ کی سنت کو ری ڈسکور کرنا ہے کہ رسول اللہ کی سنت میں سے ایک سنت یہ ہے کہ کھوئے ہوئے کو بھلاؤ، اللہ خواہ میں ڈالو، ملے ہوئے پر فوکس کرو، اس کو لے کر اپنی پلاننگ کرو۔</w:t>
      </w:r>
    </w:p>
    <w:p>
      <w:r>
        <w:rPr>
          <w:b/>
        </w:rPr>
        <w:t xml:space="preserve">[19:04] </w:t>
      </w:r>
      <w:r>
        <w:t>yaani rasool allah ne makkah ko bhula diya aur madine ko focus kiya. focus kaise kiya aap ne? ke madina pahunchne ke baad aap kitabon mein padhen to ek aata hai chapter aam al wufood. kitabon mein ek chapter aata hai aam al wufood, wufd ka saal. yaani rasool allah ne madina pahunch kar</w:t>
      </w:r>
    </w:p>
    <w:p>
      <w:pPr>
        <w:jc w:val="right"/>
      </w:pPr>
      <w:r>
        <w:t>یعنی رسول اللہ نے مکہ کو بھلا دیا اور مدینے کو فوکس کیا۔ فوکس کیسے کیا آپ نے؟ کہ مدینہ پہنچنے کے بعد آپ کتابوں میں پڑھیں تو ایک آتا ہے چیپٹر عام الوفود۔ کتابوں میں ایک چیپٹر آتا ہے عام الوفود، وفد کا سال۔ یعنی رسول اللہ نے مدینہ پہنچ کر</w:t>
      </w:r>
    </w:p>
    <w:p>
      <w:r>
        <w:rPr>
          <w:b/>
        </w:rPr>
        <w:t xml:space="preserve">[19:34] </w:t>
      </w:r>
      <w:r>
        <w:t>jo arab mein phaili hui qabail the, sab mein wufood bhejane shuru kiye. wufood bhejane shuru kiye. ek group sahaba ka group jata tha, yahan, yahan wahan quran sunata tha, islam ki peaceful paigham deta tha, yeh karta tha. us ko kehte hain aam al wufood. isi ke sath aap ne kiya kiya? arab ke atraf mein jo badshah log the, sab ko khatoot bhejhe. woh khatoot</w:t>
      </w:r>
    </w:p>
    <w:p>
      <w:pPr>
        <w:jc w:val="right"/>
      </w:pPr>
      <w:r>
        <w:t>جو عرب میں پھیلے ہوئے قبائل تھے، سب میں وفد بھیجنے شروع کیے۔ وفد بھیجنے شروع کیے۔ ایک گروپ صحابہ کا گروپ جاتا تھا، یہاں، یہاں وہاں قرآن سناتا تھا، اسلام کی پیس فل پیغام دیتا تھا، یہ کرتا تھا۔ اس کو کہتے ہیں عام الوفود۔ اسی کے ساتھ آپ نے کیا کیا؟ عرب کے اطراف میں جو بادشاہ لوگ تھے، سب کو خطوط بھیجے۔ وہ خطوط</w:t>
      </w:r>
    </w:p>
    <w:p>
      <w:r>
        <w:rPr>
          <w:b/>
        </w:rPr>
        <w:t xml:space="preserve">[20:05] </w:t>
      </w:r>
      <w:r>
        <w:t>jihadi khatoot nahi the, peaceful tareekh, peaceful tareekh islam ki. ke allah ka paigham mere paas hai, us ko lo, us ko samjho, yaani toheed ko. to aap ne arab ke qabail mein wufood bhejhe, atraf ke, atraf ke mulkon mein jo rulers the, un ko bhejhe. yahan tak ke aap ka jo aakhri khutba hai, us mein aap ne aelan kar diya</w:t>
      </w:r>
    </w:p>
    <w:p>
      <w:pPr>
        <w:jc w:val="right"/>
      </w:pPr>
      <w:r>
        <w:t>جہادی خطوط نہیں تھے، پیس فل تاریخ، پیس فل تاریخ اسلام کی۔ کہ اللہ کا پیغام میرے پاس ہے، اس کو لو، اس کو سمجھو، یعنی توحید کو۔ تو آپ نے عرب کے قبائل میں وفود بھیجے، اطراف کے، اطراف کے ملکوں میں جو رولرز تھے، ان کو بھیجے۔ یہاں تک کہ آپ کا جو آخری خطبہ ہے، اس میں آپ نے اعلان کر دیا</w:t>
      </w:r>
    </w:p>
    <w:p>
      <w:r>
        <w:rPr>
          <w:b/>
        </w:rPr>
        <w:t xml:space="preserve">[20:36] </w:t>
      </w:r>
      <w:r>
        <w:t>ke bikhar phail jao duniya mein. to aaj sahaba itna phailen, itna phailen ke makkah madine mein un ki qabrein bohat kam hain. kyunke woh chale gaye, wafat kahin hui, kahin wahan, wahan hui. yaani sahaba ki jo tadad hai kitabon mein, itni qabrein dhoondhen aap makkah madine mein to nahi milengi aap ko. jo is se pehle aap ko bataya tha</w:t>
      </w:r>
    </w:p>
    <w:p>
      <w:pPr>
        <w:jc w:val="right"/>
      </w:pPr>
      <w:r>
        <w:t>کہ بکھر پھیل جاؤ دنیا میں۔ تو آج صحابہ اتنا پھیلے، اتنا پھیلے کہ مکہ مدینے میں ان کی قبریں بہت کم ہیں۔ کیونکہ وہ چلے گئے، وفات کہیں ہوئی، کہیں وہاں، وہاں ہوئی۔ یعنی صحابہ کی جو تعداد ہے کتابوں میں، اتنی قبریں ڈھونڈیں آپ مکہ مدینے میں تو نہیں ملیں گی آپ کو۔ جو اس سے پہلے آپ کو بتایا تھا</w:t>
      </w:r>
    </w:p>
    <w:p>
      <w:r>
        <w:rPr>
          <w:b/>
        </w:rPr>
        <w:t xml:space="preserve">[21:06] </w:t>
      </w:r>
      <w:r>
        <w:t>mein ne ke ek murekh ne likha hai ke yeh stones were conquered not by the sword but by the quran ke misr ke log jo hain woh talwar se fateh nahi hue balkeh quran se fateh hue. ab bataiye quran kaise pahuncha un ko? quran kaise pahuncha misriyon ko jahan qibti qaum abad thi? yahi sahaba gaye wahan, koi fauj le kar nahi gaye, talwar le kar nahi gaye, quran le kar gaye</w:t>
      </w:r>
    </w:p>
    <w:p>
      <w:pPr>
        <w:jc w:val="right"/>
      </w:pPr>
      <w:r>
        <w:t>میں نے کہ ایک مورخ نے لکھا ہے کہ یہ سٹونز ویر کانکرڈ ناٹ بائی دا سوٹ بٹ بائی دا قرآن کہ مصر کے لوگ جو ہیں وہ تلوار سے فتح نہیں ہوئے بلکہ قرآن سے فتح ہوئے۔ اب بتائیے قرآن کیسے پہنچا ان کو؟ قرآن کیسے پہنچا مصریوں کو جہاں قبطی قوم آباد تھی؟ یہی صحابہ گئے وہاں، کوئی فوج لے کر نہیں گئے، تلوار لے کر نہیں گئے، قرآن لے کر گئے</w:t>
      </w:r>
    </w:p>
    <w:p>
      <w:r>
        <w:rPr>
          <w:b/>
        </w:rPr>
        <w:t xml:space="preserve">[21:36] </w:t>
      </w:r>
      <w:r>
        <w:t>quran. quran ka phailaya. yeh is ka musannif hai sarar turkit, yeh egyptology ka expert samjha jata hai, yaani misriyat ka. us ne likha hai ke egyptians were conquered not by the sword but by the quran. to bajaye is ke ke makkah ke zulm ko bayan karen, mak</w:t>
      </w:r>
    </w:p>
    <w:p>
      <w:pPr>
        <w:jc w:val="right"/>
      </w:pPr>
      <w:r>
        <w:t>، قرآن۔ قرآن کا پھیلایا۔ یہ اس کا مصنف ہے سرار ترکیت، یہ ایجپٹولوجی کا ایکسپرٹ سمجھا جاتا ہے، یعنی مصریات کا۔ اس نے لکھا ہے کہ ایجپشینز ویر کانکرڈ ناٹ بائی دا سوٹ بٹ بائی دا قرآن۔ تو بجائے اس کے کہ مکہ کے ظلم کو بیان کریں، مک</w:t>
      </w:r>
    </w:p>
    <w:p>
      <w:r>
        <w:rPr>
          <w:b/>
        </w:rPr>
        <w:t xml:space="preserve">[22:06] </w:t>
      </w:r>
      <w:r>
        <w:t>kah walon ne bohat zulm kiya tha, kisi ne koi zulm ki dastaan nahi phailai idhar udhar, jaisa ke aaj kal musalman karte hain. zulm ki dastaan, sazish ki dastaan, saare musalman isi ke expert bane hue hain, expert. saare musalman expert bane hue hain zulm ki dastaan'en bayan karne ke. aur yeh sahaba jo rasool allah ke kehne par bahar nikle, to kahin unhon ne nahi bataya ke makkah walon ne zulm kiya hamare par. kuch nahi, aap kitabon mein dekh ke bataiye mujhe kahan hai.</w:t>
      </w:r>
    </w:p>
    <w:p>
      <w:pPr>
        <w:jc w:val="right"/>
      </w:pPr>
      <w:r>
        <w:t>ہ والوں نے بہت ظلم کیا تھا، کسی نے کوئی ظلم کی داستان نہیں پھیلائی ادھر ادھر، جیسا کہ آج کل مسلمان کرتے ہیں۔ ظلم کی داستان، سازش کی داستان، سارے مسلمان اسی کے ایکسپرٹ بنے ہوئے ہیں، ایکسپرٹ۔ سارے مسلمان ایکسپرٹ بنے ہوئے ہیں ظلم کی داستانیں بیان کرنے کے۔ اور یہ صحابہ جو رسول اللہ کے کہنے پر باہر نکلے، تو کہیں انہوں نے نہیں بتایا کہ مکہ والوں نے ظلم کیا ہمارے پر۔ کچھ نہیں، آپ کتابوں میں دیکھ کے بتائیے مجھے کہاں ہے۔</w:t>
      </w:r>
    </w:p>
    <w:p>
      <w:r>
        <w:rPr>
          <w:b/>
        </w:rPr>
        <w:t xml:space="preserve">[22:38] </w:t>
      </w:r>
      <w:r>
        <w:t>to rasool allah ne aur aap ke ashaab ne jo un se chheena gaya tha, us ko bhula diya. aur jo already mila hua tha, us ko le kar planning ki. aur is ke baad islam ki ek tareekh ban gayi. islam ki ek history ban gayi. yeh karna chahiye pakistan ko, yeh karna chahiye misr ko, yeh karna chahiye iran ko, yeh karna chahiye saari duniya ke musalmanon ko, yeh america ke musalmanon ko. ab woh saare, saare log isi charcha kar rahe hain</w:t>
      </w:r>
    </w:p>
    <w:p>
      <w:pPr>
        <w:jc w:val="right"/>
      </w:pPr>
      <w:r>
        <w:t>تو رسول اللہ نے اور آپ کے اصحاب نے جو ان سے چھینا گیا تھا، اس کو بھلا دیا۔ اور جو الریڈی ملا ہوا تھا، اس کو لے کر پلاننگ کی۔ اور اس کے بعد اسلام کی ایک تاریخ بن گئی۔ اسلام کی ایک ہسٹری بن گئی۔ یہ کرنا چاہیے پاکستان کو، یہ کرنا چاہیے مصر کو، یہ کرنا چاہیے ایران کو، یہ کرنا چاہیے ساری دنیا کے مسلمانوں کو، یہ امریکہ کے مسلمانوں کو۔ اب وہ سارے، سارے لوگ اسی چرچا کر رہے ہیں</w:t>
      </w:r>
    </w:p>
    <w:p>
      <w:r>
        <w:rPr>
          <w:b/>
        </w:rPr>
        <w:t xml:space="preserve">[23:08] </w:t>
      </w:r>
      <w:r>
        <w:t>ke donald trump ne ek woh karen. yeh charcha kyun nahi karte ke hum yahan itne dinon se reh rahe hain, itne shaan ke sath, is ka koi charcha nahi. yaani donald trump ne kya keh diya, us ka to khoob charcha ho raha hai. aur jo sau saal se musalmanon ko mila hua tha america mein, us ka koi charcha nahi. yeh sab chhodna padega aap ko. mile hue par focus karna padega. aur jo aap ko na mil</w:t>
      </w:r>
    </w:p>
    <w:p>
      <w:pPr>
        <w:jc w:val="right"/>
      </w:pPr>
      <w:r>
        <w:t>کہ ڈونلڈ ٹرمپ نے ایک وہ کریں۔ یہ چرچا کیوں نہیں کرتے کہ ہم یہاں اتنے دنوں سے رہ رہے ہیں، اتنے شان کے ساتھ، اس کا کوئی چرچا نہیں۔ یعنی ڈونلڈ ٹرمپ نے کیا کہہ دیا، اس کا تو خوب چرچا ہو رہا ہے۔ اور جو سو سال سے مسلمانوں کو ملا ہوا تھا امریکہ میں، اس کا کوئی چرچا نہیں۔ یہ سب چھوڑنا پڑے گا آپ کو۔ ملے ہوئے پر فوکس کرنا پڑے گا۔ اور جو آپ کو نہ مل</w:t>
      </w:r>
    </w:p>
    <w:p>
      <w:r>
        <w:rPr>
          <w:b/>
        </w:rPr>
        <w:t xml:space="preserve">[23:38] </w:t>
      </w:r>
      <w:r>
        <w:t>e, chhin jaye aap se, us ko phailana padega. har jagah, har mulk mein. chahe india ho, chahe pakistan ho, chahe kashmir ho, chahe misr ho, har jagah aap ko yeh karna padega. yeh sunnat yehud ki hai. yeh yehud ki sunnat hai. jo un ki aap padhen, us ki, un ki woh zionist movement ki, bohat milega aap ko internet par. zionist,</w:t>
      </w:r>
    </w:p>
    <w:p>
      <w:pPr>
        <w:jc w:val="right"/>
      </w:pPr>
      <w:r>
        <w:t>ے، چھن جائے آپ سے، اس کو پھیلانا پڑے گا۔ ہر جگہ، ہر ملک میں۔ چاہے انڈیا ہو، چاہے پاکستان ہو، چاہے کشمیر ہو، چاہے مصر ہو، ہر جگہ آپ کو یہ کرنا پڑے گا۔ یہ سنت یہود کی ہے۔ یہ یہود کی سنت ہے۔ جو ان کی آپ پڑھیں، اس کی، ان کی وہ زائنز کی موومنٹ کی، بہت ملے گا آپ کو انٹرنیٹ پر۔ زائنز،</w:t>
      </w:r>
    </w:p>
    <w:p>
      <w:r>
        <w:rPr>
          <w:b/>
        </w:rPr>
        <w:t xml:space="preserve">[24:08] </w:t>
      </w:r>
      <w:r>
        <w:t>sihyoniyat. to saara zionist ka saara jo hai, isi par hai ke hum par zulm kiya gaya, hum par sazish'en ho rahi hain, hamara mulk chheen liya gaya, yeh, yahi hai. aap internet par zionist ke literature bohat hai, aap padh, padh, nikaal ke padhiye us ko. yeh sau saal se yahudi yahi kar rahe hain ke hum se hamara mulk chheen liya gaya, aman land chheen liya gaya hum se, hamare paas sazish'en ho rahi hain</w:t>
      </w:r>
    </w:p>
    <w:p>
      <w:pPr>
        <w:jc w:val="right"/>
      </w:pPr>
      <w:r>
        <w:t>صہیونیت۔ تو سارا زائنز کا سارا جو ہے، اسی پر ہے کہ ہم پر ظلم کیا گیا، ہم پر سازشیں ہو رہی ہیں، ہمارا ملک چھین لیا گیا، یہ، یہی ہے۔ آپ انٹرنیٹ پر زائنز کے لٹریچر بہت ہے، آپ پڑھ، پڑھ، نکال کے پڑھیے اس کو۔ یہ سو سال سے یہودی یہی کر رہے ہیں کہ ہم سے ہمارا ملک چھین لیا گیا، پرامن لینڈ چھین لیا گیا ہم سے، ہمارے پاس سازشیں ہو رہی ہیں</w:t>
      </w:r>
    </w:p>
    <w:p>
      <w:r>
        <w:rPr>
          <w:b/>
        </w:rPr>
        <w:t xml:space="preserve">[24:38] </w:t>
      </w:r>
      <w:r>
        <w:t>hamare paas zulm ho raha hai, hamein wapas jana hai falasteen. to bohat mushkil se unhein falasteen ka kuch hissa mila. abhi bhi izzat nahi mili, abhi bhi, abhi bhi ladai bhadai chal rahi hai. to yeh yehud ki sunnat hai ke jo chheena gaya hai, us par focus karna, jo mila hua hai, us ko bhulana. yahi kar rahe hain saari duniya ke musalman</w:t>
      </w:r>
    </w:p>
    <w:p>
      <w:pPr>
        <w:jc w:val="right"/>
      </w:pPr>
      <w:r>
        <w:t>، ہمارے پاس ظلم ہو رہا ہے، ہمیں واپس جانا ہے فلسطین۔ تو بہت مشکل سے انہیں فلسطین کا کچھ حصہ ملا۔ ابھی بھی عزت نہیں ملی، ابھی بھی، ابھی بھی لڑائی بھڑائی چل رہی ہے۔ تو یہ یہود کی سنت ہے کہ جو چھینا گیا ہے، اس پر فوکس کرنا، جو ملا ہوا ہے، اس کو بھلانا۔ یہی کر رہے ہیں ساری دنیا کے مسلمان</w:t>
      </w:r>
    </w:p>
    <w:p>
      <w:r>
        <w:rPr>
          <w:b/>
        </w:rPr>
        <w:t xml:space="preserve">[25:08] </w:t>
      </w:r>
      <w:r>
        <w:t>aaj. aap jaiye america mein, saara charcha ho raha hai donald trump ka. aur mein kehta hoon isi america ne sau saal ke andar aap ko jo diya hai, us ka charcha kyun nahi? us ka charcha kyun nahi? itna zyada diya hai america ne musalmanon ko, jab tak kisi mulk ko nahi diya. woh koi charcha nahi. yaani turki ki khilafat ke zamane mein, mein dekhiye aap, mughalon ke hukumat ke daur mein dekhiye, kisi ne musalmanon ko itna nahi diya tha j</w:t>
      </w:r>
    </w:p>
    <w:p>
      <w:pPr>
        <w:jc w:val="right"/>
      </w:pPr>
      <w:r>
        <w:t>آج۔ آپ جائیے امریکہ میں، سارا چرچا ہو رہا ہے ڈونلڈ ٹرمپ کا۔ اور میں کہتا ہوں اسی امریکہ نے سو سال کے اندر آپ کو جو دیا ہے، اس کا چرچا کیوں نہیں؟ اس کا چرچا کیوں نہیں؟ اتنا زیادہ دیا ہے امریکہ نے مسلمانوں کو، جب تک کسی ملک کو نہیں دیا۔ وہ کوئی چرچا نہیں۔ یعنی ترکی کی خلافت کے زمانے میں، میں دیکھیے آپ، مغلوں کے حکومت کے دور میں دیکھیے، کسی نے مسلمانوں کو اتنا نہیں دیا تھا ج</w:t>
      </w:r>
    </w:p>
    <w:p>
      <w:r>
        <w:rPr>
          <w:b/>
        </w:rPr>
        <w:t xml:space="preserve">[25:38] </w:t>
      </w:r>
      <w:r>
        <w:t>tana keh amreeka ne diya hai. kyunkeh charcha kis ka ho raha hai? donald trump ke barat ka. yaani jo cheez chheeni gayi hai, us par focus karna, jo mili hui hai, us ko bhulana. yeh nashukri hai. is nashukri ke saath aap ko Allah ki rehmat nahi mile gi. main to waqai ke rota hoon yeh soch kar ke keh musalmanon ko kya ho gaya hai? yahood ki</w:t>
      </w:r>
    </w:p>
    <w:p>
      <w:pPr>
        <w:jc w:val="right"/>
      </w:pPr>
      <w:r>
        <w:t>تنا کہ امریکہ نے دیا ہے۔ کیونکہ چرچا کس کا ہو رہا ہے؟ ڈونلڈ ٹرمپ کے بارات کا۔ یعنی جو چیز چھینی گئی ہے، اس پر فوکس کرنا، جو ملی ہوئی ہے، اس کو بھلانا۔ یہ ناشکری ہے۔ اس ناشکری کے ساتھ آپ کو اللہ کی رحمت نہیں ملے گی۔ میں تو واقعی کہ روتا ہوں یہ سوچ کر کے کہ مسلمانوں کو کیا ہو گیا ہے؟ یہود کی</w:t>
      </w:r>
    </w:p>
    <w:p>
      <w:r>
        <w:rPr>
          <w:b/>
        </w:rPr>
        <w:t xml:space="preserve">[26:08] </w:t>
      </w:r>
      <w:r>
        <w:t>sunnat chal rahe hain woh. kya ho gaya musalmanon ko? aaj raat bhar mein yeh sochta raha ke aaj itwaar hai, mujhe kya bolna hai. phir aaj ke akhbar mein jab dekha ke donald trump ka woh qissa jo hai, aap sab log jante honge, aur saare musalman is ke khilaaf ek zabaan ho rahe hain. ek bhi shakhs nahi poori dunya mein mil</w:t>
      </w:r>
    </w:p>
    <w:p>
      <w:pPr>
        <w:jc w:val="right"/>
      </w:pPr>
      <w:r>
        <w:t>سنت چل رہے ہیں وہ۔ کیا ہو گیا مسلمانوں کو؟ آج رات بھر میں یہ سوچتا رہا کہ آج اتوار ہے، مجھے کیا بولنا ہے۔ پھر آج کے اخبار میں جب دیکھا کہ ڈونلڈ ٹرمپ کا وہ قصہ جو ہے، آپ سب لوگ جانتے ہوں گے، اور سارے مسلمان اس کے خلاف ایک زبان ہو رہے ہیں۔ ایک بھی شخص نہیں پوری دنیا میں مل</w:t>
      </w:r>
    </w:p>
    <w:p>
      <w:r>
        <w:rPr>
          <w:b/>
        </w:rPr>
        <w:t xml:space="preserve">[26:38] </w:t>
      </w:r>
      <w:r>
        <w:t>e ga jo is baare mein misbat baat bolta ho, donald trump ke baare mein. to mujhe theme mil gayi ke yahood ki sunnat hai yeh. ke amreeka ne jo diya tha, us ka shukr nahi kiya aap ne. sau saal ke andar. chand saal ke liye ek president aaya hai, kuch boli bol raha hai, us par aap cheekh rahe hain, us par hungama kiye hue hain, us par negative ho rahe hain. to aaj raat bhar mein sochta raha ke itwaar hai, kal yeh theme</w:t>
      </w:r>
    </w:p>
    <w:p>
      <w:pPr>
        <w:jc w:val="right"/>
      </w:pPr>
      <w:r>
        <w:t>ے گا جو اس بارے میں مثبت بات بولتا ہو، ڈونلڈ ٹرمپ کے بارے میں۔ تو مجھے تھیم مل گئی کہ یہود کی سنت ہے یہ۔ کہ امریکہ نے جو دیا تھا، اس کا شکر نہیں کیا آپ نے۔ سو سال کے اندر۔ چند سال کے لیے ایک پریزیڈنٹ آیا ہے، کچھ بولی بول رہا ہے، اس پر آپ چیخ رہے ہیں، اس پر ہنگامہ کیے ہوئے ہیں، اس پر نیگیٹو ہو رہے ہیں۔ تو آج رات بھر میں سوچتا رہا کہ اتوار ہے، کل یہ تھیم</w:t>
      </w:r>
    </w:p>
    <w:p>
      <w:r>
        <w:rPr>
          <w:b/>
        </w:rPr>
        <w:t xml:space="preserve">[27:09] </w:t>
      </w:r>
      <w:r>
        <w:t>kya honi chahiye? to aaj ke akhbar ne mujhe theme de di. abhi aap chale jaiye pakistan, mislan chale jaiye. pakistan ko amreeka ne billion billion dollar diya hai. bohat kuch diya hai. lekin aaj har, har pakistani bohat dollar dollar ke khilaaf. yeh koi, yeh koi islam hai? yeh to aqal bhi nahi hai, islam kahan se ho gayi?</w:t>
      </w:r>
    </w:p>
    <w:p>
      <w:pPr>
        <w:jc w:val="right"/>
      </w:pPr>
      <w:r>
        <w:t>کیا ہونی چاہیے؟ تو آج کے اخبار نے مجھے تھیم دے دی۔ ابھی آپ چلے جائیے پاکستان، مثلاً چلے جائیے۔ پاکستان کو امریکہ نے بلین بلین ڈالر دیا ہے۔ بہت کچھ دیا ہے۔ لیکن آج ہر، ہر پاکستانی بہت ڈالر ڈالر کے خلاف۔ یہ کوئی، یہ کوئی اسلام ہے؟ یہ تو عقل بھی نہیں ہے، اسلام کہاں سے ہو گئی؟</w:t>
      </w:r>
    </w:p>
    <w:p>
      <w:r>
        <w:rPr>
          <w:b/>
        </w:rPr>
        <w:t xml:space="preserve">[27:42] </w:t>
      </w:r>
      <w:r>
        <w:t>germany ne khoya tha second world war mein. khoye ko bhulaya us ne. jo, jo already us ke paas tha, us par planning ki. aur germany kamyab mulk hai. japan ne khoya tha second world war mein. us ko bhulaya us ne. jo, jo us ke paas tha, us, us par planning ki, woh kamyab raha. lekin musalman jo hain, yahood ki sunnat par chal rahe hain. zionism kya hai? zionism yahi hai.</w:t>
      </w:r>
    </w:p>
    <w:p>
      <w:pPr>
        <w:jc w:val="right"/>
      </w:pPr>
      <w:r>
        <w:t>جرمنی نے کھوایا تھا سیکنڈ ورلڈ وار میں۔ کھوئے کو بھلایا اس نے۔ جو، جو الریڈی اس کے پاس تھا، اس پر پلاننگ کی۔ اور جرمنی کامیاب ملک ہے۔ جاپان نے کھویا تھا سیکنڈ ورلڈ وار میں۔ اس کو بھلایا اس نے۔ جو، جو اس کے پاس تھا، اس، اس پر پلاننگ کی، وہ کامیاب رہا۔ لیکن مسلمان جو ہیں، یہود کی سنت پر چل رہے ہیں۔ زائنز کیا ہے؟ زائنز یہی ہے۔</w:t>
      </w:r>
    </w:p>
    <w:p>
      <w:r>
        <w:rPr>
          <w:b/>
        </w:rPr>
        <w:t xml:space="preserve">[28:12] </w:t>
      </w:r>
      <w:r>
        <w:t>jo khoya hua hai, us par focus karna. jo mila hua hai, us ko bhulana. yeh, yahi zionism hai, yahoodiyat. to musalmanon ko reassess karna pare ga. reassess karna pare ga. replan karna pare ga. aur yahood ki policy ko chhodna pare ga. yahood ki jo policy hai, us ko chhodna pare ga. tab ja</w:t>
      </w:r>
    </w:p>
    <w:p>
      <w:pPr>
        <w:jc w:val="right"/>
      </w:pPr>
      <w:r>
        <w:t>جو کھویا ہوا ہے، اس پر فوکس کرنا۔ جو ملا ہوا ہے، اس کو بھلانا۔ یہ، یہی زائنز ہے، صہیونیت۔ تو مسلمانوں کو ری اسیس کرنا پڑے گا۔ ری اسیس کرنا پڑے گا۔ ری پلان کرنا پڑے گا۔ اور یہود کی پالیسی کو چھوڑنا پڑے گا۔ یہود کی جو پالیسی ہے، اس کو چھوڑنا پڑے گا۔ تب جا</w:t>
      </w:r>
    </w:p>
    <w:p>
      <w:r>
        <w:rPr>
          <w:b/>
        </w:rPr>
        <w:t xml:space="preserve">[28:42] </w:t>
      </w:r>
      <w:r>
        <w:t>kar un ke andar, un ki, un ko koi nayi tareekh banegi. nayi tareekh. aaj saari raat mein sochta raha ke kal itwaar hai, mujhe kya bolna chahiye? to subah ka jo akhbar aaya, aur donald trump ka qissa, to mujhe theme mil gayi ke yeh to saare musalmanon ki tasveerein hain. saare musalman yahi kar rahe hain. jo</w:t>
      </w:r>
    </w:p>
    <w:p>
      <w:pPr>
        <w:jc w:val="right"/>
      </w:pPr>
      <w:r>
        <w:t>کر ان کے اندر، ان کی، ان کو کوئی نئی تاریخ بنے گی۔ نئی تاریخ۔ آج ساری رات میں سوچتا رہا کہ کل اتوار ہے، مجھے کیا بولنا چاہیے؟ تو صبح کا جو اخبار آیا، اور ڈونلڈ ٹرمپ کا قصہ، تو مجھے تھیم مل گئی کہ یہ تو سارے مسلمانوں کی تصویریں ہیں۔ سارے مسلمان یہی کر رہے ہیں۔ جو</w:t>
      </w:r>
    </w:p>
    <w:p>
      <w:r>
        <w:rPr>
          <w:b/>
        </w:rPr>
        <w:t xml:space="preserve">[29:13] </w:t>
      </w:r>
      <w:r>
        <w:t>khoya hua hai, us ki, us ke upar shikayat hai, us par taqreer hai, us par kitaab hai, us par bayanaat. amreeka mein ek adara banaya musalmanon ne, media watch. amreeka mein media watch. media watch kya hai? jahan kahin musalmanon ke khilaaf koi baat aata hai, us ko, us ko nikalte hain, us ko, us ko batate hain ke dekho musalmano, yeh hamare khilaaf yeh media mein aaya hai. aur is se ziyada billion billion</w:t>
      </w:r>
    </w:p>
    <w:p>
      <w:pPr>
        <w:jc w:val="right"/>
      </w:pPr>
      <w:r>
        <w:t>کھویا ہوا ہے، اس کی، اس کے اوپر شکایت ہے، اس پر تقریر ہے، اس پر کتاب ہے، اس پر بیانات۔ امریکہ میں ایک ادارہ بنایا مسلمانوں نے، میڈیا واچ۔ امریکہ میں میڈیا واچ۔ میڈیا واچ کیا ہے؟ جہاں کہیں مسلمانوں کے خلاف کوئی بات آتا ہے، اس کو، اس کو نکالتے ہیں، اس کو، اس کو بتاتے ہیں کہ دیکھو مسلمانوں، یہ ہمارے خلاف یہ میڈیا میں آیا ہے۔ اور اس سے زیادہ بلین بلین</w:t>
      </w:r>
    </w:p>
    <w:p>
      <w:r>
        <w:rPr>
          <w:b/>
        </w:rPr>
        <w:t xml:space="preserve">[29:43] </w:t>
      </w:r>
      <w:r>
        <w:t>cheezein musalmanon ko amreeka de raha hai. is ka koi, is ka koi zikr nahi. main kam az kam barah bar amreeka gaya hoon, aur kabhi main kisi ko shukr karne wala nahi paya. jisko paya, shikayat karne wala. ab naya un ko mila hai donald trump ka qissa. to yeh saara ka saara yahood ki sunnat par chalna hai. ke jo mila hua hai, us</w:t>
      </w:r>
    </w:p>
    <w:p>
      <w:pPr>
        <w:jc w:val="right"/>
      </w:pPr>
      <w:r>
        <w:t>چیزیں مسلمانوں کو امریکہ دے رہا ہے۔ اس کا کوئی، اس کا کوئی ذکر نہیں۔ میں کم از کم بارہ بار امریکہ گیا ہوں، اور کبھی میں کسی کو شکر کرنے والا نہیں پایا۔ جس کو پایا، شکایت کرنے والا۔ اب نیا ان کو ملا ہے ڈونلڈ ٹرمپ کا قصہ۔ تو یہ سارا کا سارا یہود کی سنت پر چلنا ہے۔ کہ جو ملا ہوا ہے، اس</w:t>
      </w:r>
    </w:p>
    <w:p>
      <w:r>
        <w:rPr>
          <w:b/>
        </w:rPr>
        <w:t xml:space="preserve">[30:13] </w:t>
      </w:r>
      <w:r>
        <w:t>par acknowledge nahi karna, us ka shukr na karna. jo kisi wajah se chhin gaya ho, chahe woh ek rai ke barabar ho, usi ko le kar hungama karein ge. yaani mila hua agar 99 percent hai, us ko bhulayen ge, aur khoya hua 1 percent hai, usi ko, usi ko le kar ke hungama karein ge. to dekhiye, jo rasool Allah ne farmaya tha</w:t>
      </w:r>
    </w:p>
    <w:p>
      <w:pPr>
        <w:jc w:val="right"/>
      </w:pPr>
      <w:r>
        <w:t>پر اکناڈ نہیں کرنا، اس کا شکر نہ کرنا۔ جو کسی وجہ سے چھن گیا ہو، چاہے وہ ایک رائی کے برابر ہو، اسی کو لے کر ہنگامہ کریں گے۔ یعنی ملا ہوا اگر 99 پرسنٹ ہے، اس کو بھلائیں گے، اور کھویا ہوا ون پرسنٹ ہے، اسی کو، اسی کو لے کر کے ہنگامہ کریں گے۔ تو دیکھیے، جو رسول اللہ نے فرمایا تھا</w:t>
      </w:r>
    </w:p>
    <w:p>
      <w:r>
        <w:rPr>
          <w:b/>
        </w:rPr>
        <w:t xml:space="preserve">[30:43] </w:t>
      </w:r>
      <w:r>
        <w:t>hijrat ke waqt ke umar to yasarib al madina, to lafz badal kar is ka matlab kya hai? lafz badal kar. is ka matlab hai ke aye Muhammad, aye ashaab Muhammad, makkah ko waqt se bhulao, madina ko focus karo. lafz badal kar is ka matlab yeh hai: madina, makkah ko yahan tak bhulao ke qibla</w:t>
      </w:r>
    </w:p>
    <w:p>
      <w:pPr>
        <w:jc w:val="right"/>
      </w:pPr>
      <w:r>
        <w:t>ہجرت کے وقت کہ عمر تو یسرب المدینہ، تو لفظ بدل کر اس کا مطلب کیا ہے؟ لفظ بدل کر۔ اس کا مطلب ہے کہ اے محمد، اے اصحاب محمد، مکہ کو وقت سے بھلاؤ، مدینہ کو فوکس کرو۔ لفظ بدل کر اس کا مطلب یہ ہے: مدینہ، مکہ کو یہاں تک بھلاؤ کہ قبل</w:t>
      </w:r>
    </w:p>
    <w:p>
      <w:r>
        <w:rPr>
          <w:b/>
        </w:rPr>
        <w:t xml:space="preserve">[31:13] </w:t>
      </w:r>
      <w:r>
        <w:t>bhi badal do apna. yaani bhulane ki aakhri had hai yeh. waqti tor par, temporary tor par. baad ko to makkah mile ga, madina mile ga, sab kuch mil jaye ga. that was strategy. yeh koi mutlaq aqeeday ki baat nahi thi. yeh strategy thi. ke madine se apni nazar ko itna, woh makkah se apni nazar ko itna hatao, itna hatao ke qibla bhi</w:t>
      </w:r>
    </w:p>
    <w:p>
      <w:pPr>
        <w:jc w:val="right"/>
      </w:pPr>
      <w:r>
        <w:t>ہ بدل دو اپنا۔ یعنی بھلانے کی آخری حد ہے یہ۔ وقتی طور پر، ٹمپریری طور پر۔ بعد کو تو مکہ ملے گا، مدینہ ملے گا، سب کچھ مل جائے گا۔ دیٹ واز اسٹریٹجی۔ یہ کوئی مطلق عقیدے کی بات نہیں تھی۔ یہ اسٹریٹجی تھی۔ کہ مدینے سے اپنی نظر کو اتنا، وہ مکہ سے اپنی نظر کو اتنا ہٹاؤ، اتنا ہٹاؤ کہ قبلہ بھی</w:t>
      </w:r>
    </w:p>
    <w:p>
      <w:r>
        <w:rPr>
          <w:b/>
        </w:rPr>
        <w:t xml:space="preserve">[31:43] </w:t>
      </w:r>
      <w:r>
        <w:t>chhod do. madina mein apna qibla bana lo. that was for temporary period. kyun, kyun tha? focus ek ho jaye. yaani agar musalman jo hain, dono taraf rehte, idhar bhi, idhar bhi, idhar bhi, idhar bhi, chuki bara kaam nahi kar sakte thay. to qibla jo hai, jo 16 mahine tak hijrat ke baad kaaba</w:t>
      </w:r>
    </w:p>
    <w:p>
      <w:pPr>
        <w:jc w:val="right"/>
      </w:pPr>
      <w:r>
        <w:t>چھوڑ دو۔ مدینہ میں اپنا قبلہ بنا لو۔ دیٹ واز فار ٹمپریری پیریڈ۔ کیوں، کیوں تھا؟ فوکس ایک ہو جائے۔ یعنی اگر مسلمان جو ہیں، دونوں طرف رہتے، ادھر بھی، ادھر بھی، ادھر بھی، ادھر بھی، چونکہ بڑا کام نہیں کر سکتے تھے۔ تو قبلہ جو ہے، جو سولہ مہینے تک ہجرت کے بعد کعب</w:t>
      </w:r>
    </w:p>
    <w:p>
      <w:r>
        <w:rPr>
          <w:b/>
        </w:rPr>
        <w:t xml:space="preserve">[32:13] </w:t>
      </w:r>
      <w:r>
        <w:t>ke bajaye banaya gaya tha, bait ul maqdis ko, woh ek strategy thi ke saara focus, saara focus, saara focus madine par aa jaye. mamooli baat nahi hai yeh. rasool Allah ne itni bari misaal qaim ki, itni bari misaal qaim ki, is se bari misaal koi ho nahi sakti. rasool Allah chahte thay ke hijrat ke baad musalmanon ka saara focus ho</w:t>
      </w:r>
    </w:p>
    <w:p>
      <w:pPr>
        <w:jc w:val="right"/>
      </w:pPr>
      <w:r>
        <w:t>ہ کے بجائے بنایا گیا تھا، بیت المقدس کو، وہ ایک اسٹریٹجی تھی کہ سارا فوکس، سارا فوکس، سارا فوکس مدینے پر آ جائے۔ معمولی بات نہیں ہے یہ۔ رسول اللہ نے اتنی بڑی مثال قائم کی، اتنی بڑی مثال قائم کی، اس سے بڑی مثال کوئی ہو نہیں سکتی۔ رسول اللہ چاہتے تھے کہ ہجرت کے بعد مسلمانوں کا سارا فوکس ہو</w:t>
      </w:r>
    </w:p>
    <w:p>
      <w:r>
        <w:rPr>
          <w:b/>
        </w:rPr>
        <w:t xml:space="preserve">[32:43] </w:t>
      </w:r>
      <w:r>
        <w:t>jaye replanning par, replanning par. idhar se nazar hat jaye. jo khoya hua hai, us par nazar hat jaye. aur naye opportunity ko le kar replanning. to aap ne yahan tak kiya, yahan tak kiya ke qibla bhi badal diya, bohat temporary tor par. ke musalman socha to madina ke rukh kar socha, makkah ke rukh kar socha, yeh</w:t>
      </w:r>
    </w:p>
    <w:p>
      <w:pPr>
        <w:jc w:val="right"/>
      </w:pPr>
      <w:r>
        <w:t>جائے ری پلاننگ پر، ری پلاننگ پر۔ ادھر سے نظر ہٹ جائے۔ جو کھویا ہوا ہے، اس پر نظر ہٹ جائے۔ اور نئے اپرچونیٹی کو لے کر ری پلاننگ۔ تو آپ نے یہاں تک کیا، یہاں تک کیا کہ قبلہ بھی بدل دیا، بہت ٹمپریری طور پر۔ کہ مسلمان سوچا تو مدینہ کے رخ کر سوچا، مکہ کے رخ کر سوچا، یہ</w:t>
      </w:r>
    </w:p>
    <w:p>
      <w:r>
        <w:rPr>
          <w:b/>
        </w:rPr>
        <w:t xml:space="preserve">[33:13] </w:t>
      </w:r>
      <w:r>
        <w:t>waqti tor par. tab ja kar itni bari kahani mili hai. jo kaha jata hai khone wala pata hai. khone wala pata hai. to rasool Allah ne aur aap ke sahaba ne khone ko bhulaya, tab ja kar un ko itni bari cheez mili. yahan musalmanon ka haal yeh hai ke saari un ki, un ka jo saari baatein</w:t>
      </w:r>
    </w:p>
    <w:p>
      <w:pPr>
        <w:jc w:val="right"/>
      </w:pPr>
      <w:r>
        <w:t>وقتی طور پر۔ تب جا کر اتنی بڑی کہانی ملی ہے۔ جو کہا جاتا ہے کھونے والا پاتا ہے۔ کھونے والا پاتا ہے۔ تو رسول اللہ نے اور آپ کے ساتھیوں نے کھونے کو بھلایا، تب جا کر ان کو اتنی بڑی چیز ملی۔ یہاں مسلمانوں کا حال یہ ہے کہ ساری ان کی، ان کا جو ساری باتیں</w:t>
      </w:r>
    </w:p>
    <w:p>
      <w:r>
        <w:rPr>
          <w:b/>
        </w:rPr>
        <w:t xml:space="preserve">[33:44] </w:t>
      </w:r>
      <w:r>
        <w:t>khoye par hoti hain. jo mila, jo, jo mila hua hai, us par koi shukr nahi. bas khone, khoyi hui cheez par saari baatein. 1952 mein jab masjid babri bhai girai gayi thi, jo saare musalman, bas babri masjid, babri masjid, us waqt mein ne likha tha ke abhi bhi india mein saade panch lakh masjidain hain, abhi bhi, uska to unhone kabhi shukr nahi kiya.</w:t>
      </w:r>
    </w:p>
    <w:p>
      <w:pPr>
        <w:jc w:val="right"/>
      </w:pPr>
      <w:r>
        <w:t>کھوئے پر ہوتی ہیں۔ جو مل، جو، جو ملا ہوا ہے، اس پر کوئی شکر نہیں۔ بس کھونے، کھوئی ہوئی چیز پر ساری باتیں۔ انیس سو باون میں جب مسجد بابری بھائی گرائی گئی تھی، جو سارے مسلمان، بس بابری مسجد، بابری مسجد، اس وقت میں نے لکھا تھا کہ ابھی بھی انڈیا میں ساڑھے پانچ لاکھ مسجدیں ہیں، ابھی بھی، اس کا تو انہوں نے کبھی شکر نہیں کیا۔</w:t>
      </w:r>
    </w:p>
    <w:p>
      <w:r>
        <w:rPr>
          <w:b/>
        </w:rPr>
        <w:t xml:space="preserve">[34:14] </w:t>
      </w:r>
      <w:r>
        <w:t>bas ek masjid ka waweela. yaani us babri masjid girane ke baad bhi musalmanon ke paas half billion masjidain theen india mein. is ka koi shukr nahi. is ka koi tazkira nahi. bas babri masjid, babri masjid. yahi, yahi musalmanon ki, yahi musalmanon ki woh hai. yaani yeh musalmanon ka tareeqa hai. ke saara,</w:t>
      </w:r>
    </w:p>
    <w:p>
      <w:pPr>
        <w:jc w:val="right"/>
      </w:pPr>
      <w:r>
        <w:t>بس ایک مسجد کا واویلا۔ یعنی اس بابری مسجد گرانے کے بعد بھی مسلمانوں کے پاس ہاف بلین مسجدیں تھیں انڈیا میں۔ اس کا کوئی شکر نہیں۔ اس کا کوئی تذکرہ نہیں۔ بس بابری مسجد، بابری مسجد۔ یہی، یہی مسلمانوں کی، یہی مسلمانوں کی وہ ہے۔ یعنی یہ مسلمانوں کا طریقہ ہے۔ کہ سارا،</w:t>
      </w:r>
    </w:p>
    <w:p>
      <w:r>
        <w:rPr>
          <w:b/>
        </w:rPr>
        <w:t xml:space="preserve">[34:45] </w:t>
      </w:r>
      <w:r>
        <w:t>saara charcha jo karte hain, khoye hue par karte hain. mile hue par koi charcha nahi. yeh jar ki baat hai musalmanon ke maamle mein. yeh jar ki baat hai. to saare logon ko phir se sochna pare ga, replanning karni pare gi. aur yahood ki sunnat ko chhodna pare ga. tab kya hoga? to ek bohat bara</w:t>
      </w:r>
    </w:p>
    <w:p>
      <w:pPr>
        <w:jc w:val="right"/>
      </w:pPr>
      <w:r>
        <w:t>سارا چرچا جو کرتے ہیں، کھوئے ہوئے پر کرتے ہیں۔ ملے ہوئے پر کوئی چرچا نہیں۔ یہ جڑ کی بات ہے مسلمانوں کے معاملے میں۔ یہ جڑ کی بات ہے۔ تو سارے لوگوں کو پھر سے سوچنا پڑے گا، ری پلاننگ کرنی پڑے گی۔ اور یہود کی سنت کو چھوڑنا پڑے گا۔ تب کیا ہوگا؟ تو ایک بہت بڑا</w:t>
      </w:r>
    </w:p>
    <w:p>
      <w:r>
        <w:rPr>
          <w:b/>
        </w:rPr>
        <w:t xml:space="preserve">[35:15] </w:t>
      </w:r>
      <w:r>
        <w:t>kaam hoga. woh kaam yeh hoga ke musalmanon mein dawat ka jazba aaye ga. kyunkeh dawat ka jazba jo musalmanon mein chala gaya hai, is liye ke woh dunya ke qomon ke khilaaf negative ho gaye hain. saari dunya se nafrat, nafrat. tamam qomon se nafrat, nafrat. jab nafrat khatm ho gayi to dawat ubhray gi. phir musalman quran ko le kar uthein ge. woh baat jo misr ki kahani mein us ne likhi hai ke the yusuf were conquered not by the sword but by the quran,</w:t>
      </w:r>
    </w:p>
    <w:p>
      <w:pPr>
        <w:jc w:val="right"/>
      </w:pPr>
      <w:r>
        <w:t>کام ہوگا۔ وہ کام یہ ہوگا کہ مسلمانوں میں دعوت کا جذبہ آئے گا۔ کیونکہ دعوت کا جذبہ جو مسلمانوں میں چلا گیا ہے، اس لیے کہ وہ دنیا کے قوموں کے خلاف نیگیٹو ہو گئے ہیں۔ ساری دنیا سے نفرت، نفرت۔ تمام قوموں سے نفرت، نفرت۔ جب نفرت ختم ہو گئی تو دعوت ابھرے گی۔ پھر مسلمان قرآن کو لے کر اٹھیں گے۔ وہ بات جو مصر کی کہانی میں اس نے لکھی ہے کہ دی یوسف ور کانکرڈ ناٹ بائی دا سوٹ بٹ بائی دا قرآن،</w:t>
      </w:r>
    </w:p>
    <w:p>
      <w:r>
        <w:rPr>
          <w:b/>
        </w:rPr>
        <w:t xml:space="preserve">[35:45] </w:t>
      </w:r>
      <w:r>
        <w:t>woh saari dunya ke baare mein ho jaye gi. jab musalman is, is, is mizaj ko chhoden ge to is ke baad kya aaye ga? dawat aaye gi. is ke baad kya aaye ga? quran aaye ga. kitna bari baat aa jaye gi. yaani choti cheez chhoden, choti cheez khoyen ge aur bari cheez payein ge. jab aap ki nazrein hatengi, hatengi dushmani se, saazish se, is tarah ki negative</w:t>
      </w:r>
    </w:p>
    <w:p>
      <w:pPr>
        <w:jc w:val="right"/>
      </w:pPr>
      <w:r>
        <w:t>وہ ساری دنیا کے بارے میں ہو جائے گی۔ جب مسلمان اس، اس، اس مزاج کو چھوڑیں گے تو اس کے بعد کیا آئے گا؟ دعوت آئے گی۔ اس کے بعد کیا آئے گا؟ قرآن آئے گا۔ کتنا بڑی بات آ جائے گی۔ یعنی چھوٹی چیز چھوڑیں، چھوٹی چیز کھوئیں گے اور بڑی چیز پائیں گے۔ جب آپ کی نظریں ہٹیں گی، ہٹیں گی دشمنی سے، سازش سے، اس طرح کی نیگیٹو</w:t>
      </w:r>
    </w:p>
    <w:p>
      <w:r>
        <w:rPr>
          <w:b/>
        </w:rPr>
        <w:t xml:space="preserve">[36:15] </w:t>
      </w:r>
      <w:r>
        <w:t>baaton se, to is ke baad kya aaye ga? dawat. is ke baad kya aaye ga? quran. is ke baad kya aaye ga? aalami satah par islam ki wapsi. yeh hai raaz, yeh hai hikmat, yeh hai wisdom. islamic wisdom, prophetic wisdom. is ko main kahoon ga ke prophetic wisdom hai yeh.</w:t>
      </w:r>
    </w:p>
    <w:p>
      <w:pPr>
        <w:jc w:val="right"/>
      </w:pPr>
      <w:r>
        <w:t>باتوں سے، تو اس کے بعد کیا آئے گا؟ دعوت۔ اس کے بعد کیا آئے گا؟ قرآن۔ اس کے بعد کیا آئے گا؟ عالمی سطح پر اسلام کی واپسی۔ یہ ہے راز، یہ ہے حکمت، یہ ہے وزڈم۔ اسلامک وزڈم، پرافٹک وزڈم۔ اس کو میں کہوں گا کہ پرافٹک وزڈم ہے یہ۔</w:t>
      </w:r>
    </w:p>
    <w:p>
      <w:r>
        <w:rPr>
          <w:b/>
        </w:rPr>
        <w:t xml:space="preserve">[36:46] </w:t>
      </w:r>
      <w:r>
        <w:t>yaani khoye hue ko bhulana aur mile hue par focus karna, yeh prophetic wisdom hai yeh. maine aap, aap, aap survey kijiye. har musalman donald trump ke khilaaf bolta hua mile ga aap ko. koi yeh nahi kehta mile ga aap ko ke amreeka mein sau saal se hum khoob aaram se reh rahe thay, abhi bhi reh rahe hain. bare bare masjidain, bare bare barkat, bare bare adaray. to</w:t>
      </w:r>
    </w:p>
    <w:p>
      <w:pPr>
        <w:jc w:val="right"/>
      </w:pPr>
      <w:r>
        <w:t>یعنی کھوئے ہوئے کو بلانا اور ملے ہوئے پر فوکس کرنا، یہ پرافٹک وزڈم ہے یہ۔ میں نے آپ، آپ، آپ سروے کیجیے۔ ہر مسلمان ڈونلڈ ٹرمپ کے خلاف بولتا ہوا ملے گا آپ کو۔ کوئی یہ نہیں کہتا ملے گا آپ کو کہ امریکہ میں سو سال سے ہم خوب آرام سے رہ رہے تھے، ابھی بھی رہ رہے ہیں۔ بڑے بڑے مسجدیں، بڑے بڑے برکت، بڑے بڑے ادارے۔ تو</w:t>
      </w:r>
    </w:p>
    <w:p>
      <w:r>
        <w:rPr>
          <w:b/>
        </w:rPr>
        <w:t xml:space="preserve">[37:16] </w:t>
      </w:r>
      <w:r>
        <w:t>us ka koi zikr ab karne wala nahi mile ga aap ko. bas sab donald trump ki baatein karein ge. is mizaj ko khatm karna pare ga. kyunkeh sunnat rasool ke khilaaf hai yeh mizaj. yeh sunnat yahood ke mutabiq hai. to jaisa ke maine kaha ke aaj raat bhar mein sochta raha ke kal itwaar hai, kya bolna hai. to subah ka jo akhbar aaya</w:t>
      </w:r>
    </w:p>
    <w:p>
      <w:pPr>
        <w:jc w:val="right"/>
      </w:pPr>
      <w:r>
        <w:t>اس کا کوئی ذکر اب کرنے والا نہیں ملے گا آپ کو۔ بس سب ڈونلڈ ٹرمپ کی باتیں کریں گے۔ اس مزاج کو ختم کرنا پڑے گا۔ کیونکہ سنت رسول کے خلاف ہے یہ مزاج۔ یہ سنت یہود کے مطابق ہے۔ تو جیسا کہ میں نے کہا کہ آج رات بھر میں سوچتا رہا کہ کل اتوار ہے، کیا بولنا ہے۔ تو صبح کا جو اخبار آیا</w:t>
      </w:r>
    </w:p>
    <w:p>
      <w:r>
        <w:rPr>
          <w:b/>
        </w:rPr>
        <w:t xml:space="preserve">[37:46] </w:t>
      </w:r>
      <w:r>
        <w:t>woh, to yeh maine dekha. to us waqt mujhe theme mil gayi. aur jar ki baat mil gayi, jar ki baat. ke donald trump ke, ke chand baaton ko le kar saari dunya ke musalman negative ho rahe hain. aur million cheezein amreeka mein abhi bhi musalmanon ke muafiq hain. us ko le kar koi charcha hota? us ko le kar, le kar koi nahi charcha hota. beharhaal yeh baatein mein jo keh raha hoon, yeh batore</w:t>
      </w:r>
    </w:p>
    <w:p>
      <w:pPr>
        <w:jc w:val="right"/>
      </w:pPr>
      <w:r>
        <w:t>، تو یہ میں نے دیکھا۔ تو اس وقت مجھے تھیم مل گئی۔ اور جڑ کی بات مل گئی، جڑ کی بات۔ کہ ڈونلڈ ٹرمپ کے، کے چند باتوں کو لے کر ساری دنیا کے مسلمان نیگیٹو ہو رہے ہیں۔ اور ملین چیزیں امریکہ میں ابھی بھی مسلمانوں کے موافق ہیں۔ اس کو لے کر کوئی چرچا ہوتا؟ اس کو لے کر، لے کر کوئی نہیں چرچا ہوتا۔ بہرحال یہ باتیں میں جو کہہ رہا ہوں، یہ بطور</w:t>
      </w:r>
    </w:p>
    <w:p>
      <w:r>
        <w:rPr>
          <w:b/>
        </w:rPr>
        <w:t xml:space="preserve">[38:16] </w:t>
      </w:r>
      <w:r>
        <w:t>naseehat hai. yeh yaad dehani hai. yeh Allah ke rasool ke paas lotna hai. musalman jo naatein parhte hain aur qasaid, qaseeda ki zabaan mein taqreerein karte hain, is se kuch hone wala nahi hai. kuch bhi nahi hone wala hai. hoga to haqeeqi maano mein rasool Allah ki sunnat par amal karne se. qaseeda khwani se nahi hoga. na</w:t>
      </w:r>
    </w:p>
    <w:p>
      <w:pPr>
        <w:jc w:val="right"/>
      </w:pPr>
      <w:r>
        <w:t>نصیحت ہے۔ یہ یاد دہانی ہے۔ یہ اللہ کے رسول کے پاس لوٹنا ہے۔ مسلمان جو نعتیں پڑھتے ہیں اور قصائد، قصیدہ کی زبان میں تقریریں کرتے ہیں، اس سے کچھ ہونے والا نہیں ہے۔ کچھ بھی نہیں ہونے والا ہے۔ ہوگا تو حقیقی معنوں میں رسول اللہ کی سنت پر عمل کرنے سے۔ قصیدہ خوانی سے نہیں ہوگا۔ ن</w:t>
      </w:r>
    </w:p>
    <w:p>
      <w:r>
        <w:rPr>
          <w:b/>
        </w:rPr>
        <w:t xml:space="preserve">[38:46] </w:t>
      </w:r>
      <w:r>
        <w:t>at khwani aur qaseeda khwani aur is mein taqreerein, hawaai qism ki tareefein, is se kuch hone wala nahi hai. real, real sunnat jo hai rasool Allah ki, us ko discover kijiye. haqeeqi jo rasool Allah ka tareeqa hai, us ko discover kijiye. us ko follow kijiye. tab history badlegi. tab halaat badlenge. tab naya daur aayega.</w:t>
      </w:r>
    </w:p>
    <w:p>
      <w:pPr>
        <w:jc w:val="right"/>
      </w:pPr>
      <w:r>
        <w:t>عت خوانی اور قصیدہ خوانی اور اس میں تقریریں، ہوائی قسم کے تعریفیں، اس سے کچھ ہونے والا نہیں ہے۔ ریئل، ریئل سنت جو ہے رسول اللہ کی، اس کو ڈسکور کیجیے۔ حقیقی جو رسول اللہ کا طریقہ ہے، اس کو ڈسکور کیجیے۔ اس کو فالو کیجیے۔ تب ہسٹری بدلے گی۔ تب حالات بدلیں گے۔ تب نیا دور آئے گا۔</w:t>
      </w:r>
    </w:p>
    <w:p>
      <w:r>
        <w:rPr>
          <w:b/>
        </w:rPr>
        <w:t xml:space="preserve">[39:20] </w:t>
      </w:r>
      <w:r>
        <w:t>yeh hai meri aaj ki baat ka khulasa. aur mein achaanak yeh baat nahi kar raha, yeh to isi par sochta rehta hoon, sochta rehta hoon, sochta rehta hoon. tab mein keh raha hoon yeh baat hai. aur yeh dekhiye, yeh, yeh jo baat hai, yeh law of nature ki baat hai. yahi law of nature hai. yaani Allah ne jo nizaam banaya hai dunya</w:t>
      </w:r>
    </w:p>
    <w:p>
      <w:pPr>
        <w:jc w:val="right"/>
      </w:pPr>
      <w:r>
        <w:t>یہ ہے میری آج کی بات کا خلاصہ۔ اور میں اچانک یہ بات نہیں کر رہا، یہ تو اسی پر سوچتا رہتا ہوں، سوچتا رہتا ہوں، سوچتا رہتا ہوں۔ تب میں کہہ رہا ہوں یہ بات ہے۔ اور یہ دیکھیے، یہ، یہ جو بات ہے، یہ لا آف نیچر کی بات ہے۔ یہی لا آف نیچر ہے۔ یعنی اللہ نے جو نظام بنایا ہے دنیا</w:t>
      </w:r>
    </w:p>
    <w:p>
      <w:r>
        <w:rPr>
          <w:b/>
        </w:rPr>
        <w:t xml:space="preserve">[39:50] </w:t>
      </w:r>
      <w:r>
        <w:t>mein, us ko kehte hain law of nature. is dunya mein koi bhi cheez hoti hai, law of nature ke mutabiq hoti hai. aap law of nature ko follow karenge to aap ko milega. aap law of nature ke khilaaf jayenge to aap ko kuch nahi milega. to yeh law of nature hai ke khoye hue ko bhulao, paaye hue par focus karo. yeh law of nature hai yeh.</w:t>
      </w:r>
    </w:p>
    <w:p>
      <w:pPr>
        <w:jc w:val="right"/>
      </w:pPr>
      <w:r>
        <w:t>میں، اس کو کہتے ہیں لا آف نیچر۔ اس دنیا میں کوئی بھی چیز ہوتی ہے، لا آف نیچر کے مطابق ہوتی ہے۔ آپ لا آف نیچر کو فالو کریں گے تو آپ کو ملے گا۔ آپ لا آف نیچر کے خلاف جائیں گے تو آپ کو کچھ نہیں ملے گا۔ تو یہ لا آف نیچر ہے کہ کھوئے ہوئے کو بھلاؤ، پائے ہوئے پر فوکس کرو۔ یہ لا آف نیچر ہے یہ۔</w:t>
      </w:r>
    </w:p>
    <w:p>
      <w:r>
        <w:rPr>
          <w:b/>
        </w:rPr>
        <w:t xml:space="preserve">[40:24] </w:t>
      </w:r>
      <w:r>
        <w:t>mein aik baar tha gaya malihabad. to malihabad mein baagon ka karobar hota hai, aam ka. to mein ne dekha ke aik jagah kai darakht kaat, kaat diye gaye thay, tana, tanay par kaat diye gaye thay. wahan par shakhain nikal rahi theen. to wahan ke baghbaan ne kaha ke ab jab darakht ziyada purana ho jata hai to hum kaat dete hain.</w:t>
      </w:r>
    </w:p>
    <w:p>
      <w:pPr>
        <w:jc w:val="right"/>
      </w:pPr>
      <w:r>
        <w:t>میں ایک بار تھا گیا ملیح آباد۔ تو ملیح آباد میں باغوں کا کاروبار ہوتا ہے، آم کا۔ تو میں نے دیکھا کہ ایک جگہ کئی درخت کاٹ، کاٹ دیے گئے تھے، تنا، تنے پر کاٹ دیے گئے تھے۔ وہاں پر شاخیں نکل رہی تھیں۔ تو وہاں کے باغبان نے کہا کہ اب جب درخت زیادہ پرانا ہو جاتا ہے تو ہم کاٹ دیتے ہیں۔</w:t>
      </w:r>
    </w:p>
    <w:p>
      <w:r>
        <w:rPr>
          <w:b/>
        </w:rPr>
        <w:t xml:space="preserve">[40:54] </w:t>
      </w:r>
      <w:r>
        <w:t>to ab mein ne sochne laga ke dekhiye, is, yeh jo tana hai, is ke oopar aik poora darakht raha hoga. kaat ke phenk diya. jo stem hai, stem, tana, woh kaat diya to us ke oopar to bohat bara darakht raha hoga. darakht ne is tanay, is khoye hue ko yaad nahi kiya. balkay phir se shakhain nikalne laga woh. is tanay ko is tarah kaat te hain woh ke</w:t>
      </w:r>
    </w:p>
    <w:p>
      <w:pPr>
        <w:jc w:val="right"/>
      </w:pPr>
      <w:r>
        <w:t>تو اب میں نے سوچنے لگا کہ دیکھیے، اس، یہ جو تنا ہے، اس کے اوپر ایک پورا درخت رہا ہوگا۔ کاٹ کے پھینک دیا۔ جو اسٹم ہے، اسٹم، تنا، وہ کاٹ دیا تو اس کے اوپر تو بہت بڑا درخت رہا ہوگا۔ درخت نے اس تنے، اس کھوئے ہوئے کو یاد نہیں کیا۔ بلکہ پھر سے شاخیں نکالنے لگا وہ۔ اس تنے کو اس طرح کاٹتے ہیں وہ کہ</w:t>
      </w:r>
    </w:p>
    <w:p>
      <w:r>
        <w:rPr>
          <w:b/>
        </w:rPr>
        <w:t xml:space="preserve">[41:25] </w:t>
      </w:r>
      <w:r>
        <w:t>jar ke saath jo laga hua tana hai, stem, woh baqi rehta hai. oopar kat jata hai. to mein sochne laga, der tak mein sochta raha, woh khara ho kar. ke is darakht ko Allah taala ne namoona bana diya hai, namoona. ke woh tana jo hai, woh stem jo hai, us ko khoya gaya, aik poora darakht khoya gaya. lekin us ke liye roya nahi. us ke liye us ne gham nahi kiya.</w:t>
      </w:r>
    </w:p>
    <w:p>
      <w:pPr>
        <w:jc w:val="right"/>
      </w:pPr>
      <w:r>
        <w:t>جڑ کے ساتھ جو لگا ہوا تنا ہے، اسٹم، وہ باقی رہتا ہے۔ اوپر کٹ جاتا ہے۔ تو میں سوچنے لگا، دیر تک میں سوچتا رہا، وہ کھڑا ہو کر۔ کہ اس درخت کو اللہ تعالیٰ نے نمونہ بنا دیا ہے، نمونہ۔ کہ وہ تنا جو ہے، وہ اسٹم جو ہے، اس کو کھویا گیا، ایک پورا درخت کھویا گیا۔ لیکن اس کے لیے رویا نہیں۔ اس کے لیے اس نے غم نہیں کیا۔</w:t>
      </w:r>
    </w:p>
    <w:p>
      <w:r>
        <w:rPr>
          <w:b/>
        </w:rPr>
        <w:t xml:space="preserve">[41:56] </w:t>
      </w:r>
      <w:r>
        <w:t>balkay all ready jo us ke paas bacha hua hissa tha, us mein shakhain nikali, shakhain nikali. aur phir us ke baad baat ko nahi dekha, mein ne. wahan aik naya darakht ban, naya baagh ban gaya hoga. naya darakht khara ho gaya hoga. yeh bara ajeeb manzar tha mere liye. to is dunya mein Allah taala ne misalein qaim kar di hain, misalein. ke</w:t>
      </w:r>
    </w:p>
    <w:p>
      <w:pPr>
        <w:jc w:val="right"/>
      </w:pPr>
      <w:r>
        <w:t>بلکہ آل ریڈی جو اس کے پاس بچا ہوا حصہ تھا، اس میں شاخیں نکالی، شاخیں نکالی۔ اور پھر اس کے بعد بات کو نہیں دیکھا، میں نے۔ وہاں ایک نیا درخت بن، نیا باغ بن گیا ہوگا۔ نیا درخت کھڑا ہو گیا ہوگا۔ یہ بڑا عجیب منظر تھا میرے لیے۔ تو اس دنیا میں اللہ تعالیٰ نے مثالیں قائم کر دی ہیں، مثالیں۔ کہ</w:t>
      </w:r>
    </w:p>
    <w:p>
      <w:r>
        <w:rPr>
          <w:b/>
        </w:rPr>
        <w:t xml:space="preserve">[42:26] </w:t>
      </w:r>
      <w:r>
        <w:t>darakht bhi kaata jata hai to apne pichlay maazi ko yaad nahi karta. naye imkanaat ko istemaal karta hai woh. wohi hamein karna hai. to meri dua hai ke Allah taala mujh ko aur aap ko tofeeq de ke hum Allah ke qanoon ko samjhein, rasool Allah ki sunnat ko samjhein. hum Islam ko re-discover karein. aur phir us ko</w:t>
      </w:r>
    </w:p>
    <w:p>
      <w:pPr>
        <w:jc w:val="right"/>
      </w:pPr>
      <w:r>
        <w:t>درخت بھی کاٹا جاتا ہے تو اپنے پچھلے ماضی کو یاد نہیں کرتا۔ نئے امکانات کو استعمال کرتا ہے وہ۔ وہی ہمیں کرنا ہے۔ تو میری دعا ہے کہ اللہ تعالیٰ مجھ کو اور آپ کو توفیق دے کہ ہم اللہ کے قانون کو سمجھیں، رسول اللہ کی سنت کو سمجھیں۔ ہم اسلام کو ری ڈسکور کریں۔ اور پھر اس کو</w:t>
      </w:r>
    </w:p>
    <w:p>
      <w:r>
        <w:rPr>
          <w:b/>
        </w:rPr>
        <w:t xml:space="preserve">[42:57] </w:t>
      </w:r>
      <w:r>
        <w:t>saheeh tareeqay par apni zindagi mein apply karein. isi se Allah ki nasrat aayegi. assalam o alaikum wa rehmatullah. aik baat mein phir arz kar doon? ji Maulana. dekhiye, yeh jo mein ne kaha hai, aap log</w:t>
      </w:r>
    </w:p>
    <w:p>
      <w:pPr>
        <w:jc w:val="right"/>
      </w:pPr>
      <w:r>
        <w:t>صحیح طریقے پر اپنی زندگیوں میں اپلائی کریں۔ اسی سے اللہ کی نصرت آئے گی۔ السلام علیکم ورحمۃ اللہ۔ ایک بات میں پھر عرض کر دوں؟ جی مولانا۔ دیکھیے، یہ جو میں نے کہا ہے، آپ لوگ</w:t>
      </w:r>
    </w:p>
    <w:p>
      <w:r>
        <w:rPr>
          <w:b/>
        </w:rPr>
        <w:t xml:space="preserve">[43:27] </w:t>
      </w:r>
      <w:r>
        <w:t>is ko phir se Sochiye. mein bohat sochta tha ke qibla kyun badla gaya? qibla kyun badla gaya? qibla wohi rehta jo tha pehle se? to rasool Allah chahte thay ke emotional attachments bhi khatam ho jayein. kuch bhi dhyan na jaye idhar. sara focus chala jaye madine par aur re-planning par. re-planning par sara focus dalna</w:t>
      </w:r>
    </w:p>
    <w:p>
      <w:pPr>
        <w:jc w:val="right"/>
      </w:pPr>
      <w:r>
        <w:t>اس کو پھر سے سوچیے۔ میں بہت سوچتا تھا کہ قبلہ کیوں بدلا گیا؟ قبلہ کیوں بدلا گیا؟ قبلہ وہی رہتا جو تھا پہلے سے؟ تو رسول اللہ چاہتے تھے کہ ایموشنل اٹیچمنٹس بھی ختم ہو جائیں۔ کچھ بھی دھیان نہ جائے ادھر۔ سارا فوکس چلا جائے مدینے پر اور ری پلاننگ پر۔ ری پلاننگ پر سارا فوکس ڈالنا</w:t>
      </w:r>
    </w:p>
    <w:p>
      <w:r>
        <w:rPr>
          <w:b/>
        </w:rPr>
        <w:t xml:space="preserve">[43:57] </w:t>
      </w:r>
      <w:r>
        <w:t>۔ yeh tha maqsad qibla badalne ka. aarzai tor par. us par Sochiye aap log.</w:t>
      </w:r>
    </w:p>
    <w:p>
      <w:pPr>
        <w:jc w:val="right"/>
      </w:pPr>
      <w:r>
        <w:t>۔ یہ تھا مقصد قبلہ بدلنے کا۔ عارضی طور پر۔ اس پر سوچیے آپ لوگ۔</w:t>
      </w:r>
    </w:p>
    <w:p>
      <w:r>
        <w:rPr>
          <w:b/>
        </w:rPr>
        <w:t xml:space="preserve">[44:08] </w:t>
      </w:r>
      <w:r>
        <w:t>okay, we will be starting with the question and answer session. all the online viewers are requested to send their questions on info@cpsglobal.org. Maulana, sawal lene se pehle kuch comments parhna chahenge. pehla comment aaya hai Kolkata se. Faraz Khan sahib ne bheja hai, unhone likha hai: Maulana sahib, your books show how to become a true Muslim and spread the divine message</w:t>
      </w:r>
    </w:p>
    <w:p>
      <w:pPr>
        <w:jc w:val="right"/>
      </w:pPr>
      <w:r>
        <w:t>اوکے، وی ویل بی سٹارٹنگ ود دی کوئسچن اینڈ آنسر سیشن۔ آل دی آن لائن ویورز آر ریکویسٹڈ ٹو سینڈ دیر کوئسچنز آن info@cpsglobal.org۔ مولانا، سوال لینے سے پہلے کچھ کمنٹس پڑھنا چاہیں گے۔ پہلا کمنٹ آیا ہے کلکتہ سے۔ فراز خان صاحب نے بھیجا ہے، انہوں نے لکھا ہے: مولانا صاحب، یور بکس شو ہاؤ ٹو بیکم ا ٹرو مسلم اینڈ سپریڈ دی ڈیوائن میسج</w:t>
      </w:r>
    </w:p>
    <w:p>
      <w:r>
        <w:rPr>
          <w:b/>
        </w:rPr>
        <w:t xml:space="preserve">[44:38] </w:t>
      </w:r>
      <w:r>
        <w:t>to others. we must stop complaining against others and adopt peaceful means for dawah work. Allah grant you jannat in the life hereafter. Iqbal Umri sahib, Maulana Iqbal Umri sahib ne Chennai se likha hai: Maulana sahib, aaj hi maloom hua ke applied itteba-e-yahood kya hota hai. Shahid Hussain sahib ne Srinagar se likha hai: trying to harness the available opportunities and not lamenting on the lost</w:t>
      </w:r>
    </w:p>
    <w:p>
      <w:pPr>
        <w:jc w:val="right"/>
      </w:pPr>
      <w:r>
        <w:t>ٹو ادرز۔ وی مسٹ سٹاپ کمپلیننگ اگینسٹ ادرز اینڈ اڈاپٹ پیس فل مینز فار دعویٰ ورک۔ اللہ گرانٹ یو جنت ان دا لائف ہیر آفٹر۔ اقبال عمری صاحب، مولانا اقبال عمری صاحب نے چنئی سے لکھا ہے: مولانا صاحب، آج ہی معلوم ہوا کہ اپلائیڈ اتباع یہود کیا ہوتا ہے۔ شاہد حسین صاحب نے سری نگر سے لکھا ہے: ٹرائینگ ٹو ہارنس دی اویلیبل اپرچونیٹیز اینڈ ناٹ لیمنٹنگ آن دی لاسٹ</w:t>
      </w:r>
    </w:p>
    <w:p>
      <w:r>
        <w:rPr>
          <w:b/>
        </w:rPr>
        <w:t xml:space="preserve">[45:08] </w:t>
      </w:r>
      <w:r>
        <w:t>once is the only viable option. Maulana Fayyazuddin Muhammad sahib ne Hyderabad se likha hai: Maulana sahib, this is the first time I know what is the real meaning of prohibited itteba-e-yahood in Quran and Hadith literature. I agree hundred percent with you. Maulana ab sawal lete hain. yeh pehla sawal Farooq sahib ne bheja hai Muradabad se. aur unhone likha hai</w:t>
      </w:r>
    </w:p>
    <w:p>
      <w:pPr>
        <w:jc w:val="right"/>
      </w:pPr>
      <w:r>
        <w:t>ونس از دی اونلی وائیبل آپشن۔ مولانا فیاض الدین محمد صاحب نے حیدرآباد سے لکھا ہے: مولانا صاحب، دس از دا فرسٹ ٹائم آئی نو واٹ از دا ریئل میننگ آف پروہیبیٹڈ اتباع یہود ان قرآن اینڈ حدیث لٹریچر۔ آئی ایگری ہنڈریڈ پرسنٹ ود یو۔ مولانا اب سوال لیتے ہیں۔ یہ پہلا سوال فاروق صاحب نے بھیجا ہے مراد آباد سے۔ اور انہوں نے لکھا ہے</w:t>
      </w:r>
    </w:p>
    <w:p>
      <w:r>
        <w:rPr>
          <w:b/>
        </w:rPr>
        <w:t xml:space="preserve">[45:38] </w:t>
      </w:r>
      <w:r>
        <w:t>: Maulana focusing on what you have and not on what we don't have is a great wisdom. I learned this great wisdom from today's Sunday session. My question is how to manage this at a mind level. As it is natural that if someone loses his land, property, life, etcetera, then the entire focus goes on recovering it. Please guide all of us</w:t>
      </w:r>
    </w:p>
    <w:p>
      <w:pPr>
        <w:jc w:val="right"/>
      </w:pPr>
      <w:r>
        <w:t>: مولانا فوکسنگ آن واٹ یو ہیو اینڈ ناٹ آن واٹ وی ڈونٹ ہیو از ا گریٹ وزڈم۔ آئی لرنڈ دس گریٹ وزڈم فرام ٹوڈے سنڈے سیشن۔ مائی کوئسچن از ہاؤ ٹو مینیج دس ایٹ ا مائنڈ لیول۔ ایز اٹ از نیچرل دیٹ اف سم ون لوزز ہز لینڈ، پراپرٹی، لائف، ایٹسیٹرا، دین دی انٹائر فوکس گوز آن ریکورنگ اٹ۔ پلیز گائیڈ آل آف اس</w:t>
      </w:r>
    </w:p>
    <w:p>
      <w:r>
        <w:rPr>
          <w:b/>
        </w:rPr>
        <w:t xml:space="preserve">[46:08] </w:t>
      </w:r>
      <w:r>
        <w:t>on how to face this mental challenge.</w:t>
      </w:r>
    </w:p>
    <w:p>
      <w:pPr>
        <w:jc w:val="right"/>
      </w:pPr>
      <w:r>
        <w:t>آن ہاؤ ٹو فیس دس مینٹل چیلنج۔</w:t>
      </w:r>
    </w:p>
    <w:p>
      <w:r>
        <w:rPr>
          <w:b/>
        </w:rPr>
        <w:t xml:space="preserve">[46:13] </w:t>
      </w:r>
      <w:r>
        <w:t>bhai, bohat hi aasan hai. Quran ka haq musalman samajhte hain ke bas tilawat karna. rasool Allah ka haq samajhte hain naat khwani karna. yeh us ko chhod dijiye. Quran ko samajh kar parhiye. aur rasool Allah ki sunnat ko daryaft kijiye aur amal kijiye. yeh Quran aur sunnat ko chhodne ki wajah se hua hai. aur Quran o sunnat ki taraf hamein lotna padega. yeh sara maamla yahi hai.</w:t>
      </w:r>
    </w:p>
    <w:p>
      <w:pPr>
        <w:jc w:val="right"/>
      </w:pPr>
      <w:r>
        <w:t>بھائی، بہت ہی آسان ہے۔ قرآن کا حق مسلمان سمجھتے ہیں کہ بس تلاوت کرنا۔ رسول اللہ کا حق سمجھتے ہیں نعت خوانی کرنا۔ یہ اس کو چھوڑ دیجیے۔ قرآن کو سمجھ کر پڑھیے۔ اور رسول اللہ کی سنت کو دریافت کیجیے اور عمل کیجیے۔ یہ قرآن اور سنت کو چھوڑنے کی وجہ سے ہوا ہے۔ اور قرآن و سنت کی طرف ہمیں لوٹنا پڑے گا۔ یہ سارا معاملہ یہی ہے۔</w:t>
      </w:r>
    </w:p>
    <w:p>
      <w:r>
        <w:rPr>
          <w:b/>
        </w:rPr>
        <w:t xml:space="preserve">[46:43] </w:t>
      </w:r>
      <w:r>
        <w:t>Maulana, agla sawal Ahmedabad se Zubair sahib ne bheja hai. unhone likha hai: Maulana sahib, what you said today is new to me. and I did not look at Islamic history in this way. for me as a Muslim, I felt it is a duty to contribute towards the causes of various Muslim movements. it has all so made me think that not to follow the principle you gave today would also mean that i trust</w:t>
      </w:r>
    </w:p>
    <w:p>
      <w:pPr>
        <w:jc w:val="right"/>
      </w:pPr>
      <w:r>
        <w:t>مولانا، اگلا سوال احمد آباد سے زبیر صاحب نے بھیجا ہے۔ انہوں نے لکھا ہے: مولانا صاحب، واٹ یو سیڈ ٹوڈے از نیو ٹو می۔ اینڈ آئی ڈیڈ ناٹ لوک ایٹ اسلامک ہسٹری ان دس وے۔ فار می ایز ا مسلم، آئی فیلٹ اٹ از آ ڈیوٹی ٹو کنٹریبیوٹ ٹوورڈز دی کازز آف ویریس مسلم موومنٹس۔ اٹ ہیز آل سو میڈ می تھنک دیٹ ناٹ ٹو فالو دا پرنسپل یو گیو ٹوڈے وڈ آل سو مین دیٹ آ ٹرسٹ</w:t>
      </w:r>
    </w:p>
    <w:p>
      <w:r>
        <w:rPr>
          <w:b/>
        </w:rPr>
        <w:t xml:space="preserve">[47:13] </w:t>
      </w:r>
      <w:r>
        <w:t>in God is weak. is my thinking correct, Maulana sahib?</w:t>
      </w:r>
    </w:p>
    <w:p>
      <w:pPr>
        <w:jc w:val="right"/>
      </w:pPr>
      <w:r>
        <w:t>ان گاڈ از ویک۔ از مائی تھنکنگ کریکٹ، مولانا صاحب؟</w:t>
      </w:r>
    </w:p>
    <w:p>
      <w:r>
        <w:rPr>
          <w:b/>
        </w:rPr>
        <w:t xml:space="preserve">[47:21] </w:t>
      </w:r>
      <w:r>
        <w:t>haan, mere khayal se theek hai.</w:t>
      </w:r>
    </w:p>
    <w:p>
      <w:pPr>
        <w:jc w:val="right"/>
      </w:pPr>
      <w:r>
        <w:t>ہاں، میرے خیال سے ٹھیک ہے۔</w:t>
      </w:r>
    </w:p>
    <w:p>
      <w:r>
        <w:rPr>
          <w:b/>
        </w:rPr>
        <w:t xml:space="preserve">[47:24] </w:t>
      </w:r>
      <w:r>
        <w:t>ji.</w:t>
      </w:r>
    </w:p>
    <w:p>
      <w:pPr>
        <w:jc w:val="right"/>
      </w:pPr>
      <w:r>
        <w:t>جی۔</w:t>
      </w:r>
    </w:p>
    <w:p>
      <w:r>
        <w:rPr>
          <w:b/>
        </w:rPr>
        <w:t xml:space="preserve">[47:25] </w:t>
      </w:r>
      <w:r>
        <w:t>mere khayal se theek hai.</w:t>
      </w:r>
    </w:p>
    <w:p>
      <w:pPr>
        <w:jc w:val="right"/>
      </w:pPr>
      <w:r>
        <w:t>میرے خیال سے ٹھیک ہے۔</w:t>
      </w:r>
    </w:p>
    <w:p>
      <w:r>
        <w:rPr>
          <w:b/>
        </w:rPr>
        <w:t xml:space="preserve">[47:26] </w:t>
      </w:r>
      <w:r>
        <w:t>ji.</w:t>
      </w:r>
    </w:p>
    <w:p>
      <w:pPr>
        <w:jc w:val="right"/>
      </w:pPr>
      <w:r>
        <w:t>جی۔</w:t>
      </w:r>
    </w:p>
    <w:p>
      <w:r>
        <w:rPr>
          <w:b/>
        </w:rPr>
        <w:t xml:space="preserve">[47:27] </w:t>
      </w:r>
      <w:r>
        <w:t>koi baat hai is mein?</w:t>
      </w:r>
    </w:p>
    <w:p>
      <w:pPr>
        <w:jc w:val="right"/>
      </w:pPr>
      <w:r>
        <w:t>کوئی بات ہے اس میں؟</w:t>
      </w:r>
    </w:p>
    <w:p>
      <w:r>
        <w:rPr>
          <w:b/>
        </w:rPr>
        <w:t xml:space="preserve">[47:28] </w:t>
      </w:r>
      <w:r>
        <w:t>nahi, Maulana sahib, bas woh un ka yeh tha ke kya is principal ko, jo khoye hue wala jo principal aap ne bataya hai, is pe agar hum focus na karein to kya is se yeh bhi zahir hoga ke hamara Allah pe bharosa kam hai?</w:t>
      </w:r>
    </w:p>
    <w:p>
      <w:pPr>
        <w:jc w:val="right"/>
      </w:pPr>
      <w:r>
        <w:t>نہیں، مولانا صاحب، بس وہ ان کا یہ تھا کہ کیا اس پرنسپل کو، جو کھوئے ہوئے والا جو پرنسپل آپ نے بتایا ہے، اس پہ اگر ہم فوکس نہ کریں تو کیا اس سے یہ بھی ظاہر ہوگا کہ ہمارا اللہ پہ بھروسہ کم ہے؟</w:t>
      </w:r>
    </w:p>
    <w:p>
      <w:r>
        <w:rPr>
          <w:b/>
        </w:rPr>
        <w:t xml:space="preserve">[47:44] </w:t>
      </w:r>
      <w:r>
        <w:t>Zaroor zahir hoga. Jo bataya Allah ne, woh to karo. Yeh baat jo hai, mujhe bohat aneeq lagti hai ke Rasool Allah ne qibla kyun badla. Qibla na badalte, koi, koi rukawat thi nahi. Makka wale yeh to nahi kehte the ke qibla badlo. Makka walon ne kabhi nahi kaha tha qibla badlo. Kyun badal diya? Aur phir baat ko isi ko ikhtiyar kar liya. To woh period</w:t>
      </w:r>
    </w:p>
    <w:p>
      <w:pPr>
        <w:jc w:val="right"/>
      </w:pPr>
      <w:r>
        <w:t>ضرور ظاہر ہوگا۔ جو بتایا اللہ نے، وہ تو کرو۔ یہ بات جو ہے، مجھے بہت انیکوی لگتی ہے کہ رسول اللہ نے قبلہ کیوں بدل دیا۔ قبلہ نہ بدلتے، کوئی، کوئی رکاوٹ تھی نہیں۔ مکہ والے یہ تو نہیں کہتے تھے کہ قبلہ بدلو۔ مکہ والوں نے کبھی نہیں کہا تھا قبلہ بدلو۔ کیوں بدل دیا؟ اور پھر بات کو اسی کو اختیار کر لیا۔ تو وہ پیریڈ</w:t>
      </w:r>
    </w:p>
    <w:p>
      <w:r>
        <w:rPr>
          <w:b/>
        </w:rPr>
        <w:t xml:space="preserve">[48:14] </w:t>
      </w:r>
      <w:r>
        <w:t>jo tha, re-planning ka period, is period mein aap chahte ho sara focus aa jaye is par. Re-planning par. Aur maazi ko bhulao, maazi ko bhulao, maazi ko bhulao. Rasool Allah ne aakhri misaal qaim ki hai ke sara emotional jo talluq hota hai maazi par, woh khatam karo. Aur sara focus karo present par, present par. Yani past ko bhulana aur present ko focus karna. Is ki</w:t>
      </w:r>
    </w:p>
    <w:p>
      <w:pPr>
        <w:jc w:val="right"/>
      </w:pPr>
      <w:r>
        <w:t>جو تھا، ری پلاننگ کا پیریڈ، اس پیریڈ میں آپ چاہتے ہو سارا فوکس آ جائے اس پر۔ ری پلاننگ پر۔ اور ماضی کو بھلاؤ، ماضی کو بھلاؤ، ماضی کو بھلاؤ۔ رسول اللہ نے آخری مثال قائم کی ہے کہ سارا ایموشنل جو تعلق ہوتا ہے ماضی پر، وہ ختم کرو۔ اور سارا فوکس کرو پریزنٹ پر، پریزنٹ پر۔ یعنی پاسٹ کو بھلانا اور پریزنٹ کو فوکس کرنا۔ اس کی</w:t>
      </w:r>
    </w:p>
    <w:p>
      <w:r>
        <w:rPr>
          <w:b/>
        </w:rPr>
        <w:t xml:space="preserve">[48:44] </w:t>
      </w:r>
      <w:r>
        <w:t>is ke liye aap yahan tak gaye, yahan tak gaye ke qibla badal diya aap ne. Musalmanon ko yeh karna padega. Bari, kisi bari achievement ke liye.</w:t>
      </w:r>
    </w:p>
    <w:p>
      <w:pPr>
        <w:jc w:val="right"/>
      </w:pPr>
      <w:r>
        <w:t>، اس کے لیے آپ یہاں تک گئے، یہاں تک گئے کہ قبلہ بدل دیا آپ نے۔ مسلمانوں کو یہ کرنا پڑے گا۔ بڑی، کسی بڑی اچیومنٹ کے لیے۔</w:t>
      </w:r>
    </w:p>
    <w:p>
      <w:r>
        <w:rPr>
          <w:b/>
        </w:rPr>
        <w:t xml:space="preserve">[48:57] </w:t>
      </w:r>
      <w:r>
        <w:t>Maulana, agla sawal Ajmer se bheja hai Dr. Safina Tabassum ne. Unhone likha hai: Maulana sahib, my question is that a sensitive person can't forget easily and usually lives in complaints. So is sensitivity a negative trait? What would you say to this?</w:t>
      </w:r>
    </w:p>
    <w:p>
      <w:pPr>
        <w:jc w:val="right"/>
      </w:pPr>
      <w:r>
        <w:t>مولانا، اگلا سوال اجمیر سے بھیجا ہے ڈاکٹر سفینہ تبسم نے۔ انہوں نے لکھا ہے: مولانا صاحب، مائی کوئسچن از دیٹ ا سینسیٹو پرسن کانٹ فارگیٹ ایزیلی اینڈ یوژولی لیوز ان کمپلینٹس۔ سو از سینسیٹیوٹی ا نیگیٹیو ٹریٹ؟ واٹ وڈ یو سی ٹو دس؟</w:t>
      </w:r>
    </w:p>
    <w:p>
      <w:r>
        <w:rPr>
          <w:b/>
        </w:rPr>
        <w:t xml:space="preserve">[49:20] </w:t>
      </w:r>
      <w:r>
        <w:t>Nahi, sahi lafz is ke liye hai realism. Ek martaba Canada ke ek professor se baat ho rahi thi. Unhone poocha ke Islam ka gist kya hai? Maine kaha realism. Yani haqeeqat pasandi. Bhai, jo khoya gaya hai, us ke liye aap apna dimagh kyun kharab karein aap? Yeh to reality ke khilaf hai. To Islam ka, main samajhta hoon ke ek bohat bari taleem yeh bhi hai: acceptance of reality.</w:t>
      </w:r>
    </w:p>
    <w:p>
      <w:pPr>
        <w:jc w:val="right"/>
      </w:pPr>
      <w:r>
        <w:t>نہیں، صحیح لفظ اس کے لیے ہے ریئلزم۔ ایک مرتبہ کینیڈا کے ایک پروفیسر سے بات ہو رہی تھی۔ انہوں نے پوچھا کہ اسلام کا جست کیا ہے؟ میں نے کہا ریئلزم۔ یعنی حقیقت پسندی۔ بھئی، جو کھویا گیا ہے، اس کے لیے آپ اپنا دماغ کیوں خراب کریں آپ؟ یہ تو ریئلٹی کے خلاف ہے۔ تو اسلام کا، میں سمجھتا ہوں کہ ایک بہت بڑی تعلیم یہ بھی ہے: ایکسیپٹنس آف ریئلٹی۔</w:t>
      </w:r>
    </w:p>
    <w:p>
      <w:r>
        <w:rPr>
          <w:b/>
        </w:rPr>
        <w:t xml:space="preserve">[49:50] </w:t>
      </w:r>
      <w:r>
        <w:t>Aap ka baap mar jaye, aap ka maa mar jaye to aap bhulate hain aap? Kyun ke woh jante hain ke aap zinda to main kar nahi sakta. That is acceptance of reality. To Islam ke mutabiq zindagi ki ek bohat bari, yani bohat bari taleem yeh hai, jis ko main kahunga ke acceptance of reality. Yeh clear hai?</w:t>
      </w:r>
    </w:p>
    <w:p>
      <w:pPr>
        <w:jc w:val="right"/>
      </w:pPr>
      <w:r>
        <w:t>آپ کا باپ مر جائے، آپ کا ماں مر جائے تو آپ بھلاتے ہیں آپ؟ کیونکہ وہ جانتے ہیں کہ آپ زندہ تو میں کر نہیں سکتا۔ دیٹ از ایکسیپٹنس آف ریئلٹی۔ تو اسلام کے مطابق زندگی کی ایک بہت بڑی، یعنی بہت بڑی تعلیم یہ ہے، جس کو میں کہوں گا کہ ایکسیپٹنس آف ریئلٹی۔ یہ کلیئر ہے؟</w:t>
      </w:r>
    </w:p>
    <w:p>
      <w:r>
        <w:rPr>
          <w:b/>
        </w:rPr>
        <w:t xml:space="preserve">[50:16] </w:t>
      </w:r>
      <w:r>
        <w:t>Ji. Ji Maulana. Maulana, agla sawal bheja hai Pakistan se Muhammad Yunus sahib ne. Aur unhone likha hai: Maulana, there is a verse in the Quran on Da'wah which says that when God's word is justly carried out against them, we will produce a Da'wah from the earth which will tell them that mankind had no real faith in Our signs. This is given in chapter 27</w:t>
      </w:r>
    </w:p>
    <w:p>
      <w:pPr>
        <w:jc w:val="right"/>
      </w:pPr>
      <w:r>
        <w:t>جی۔ جی مولانا۔ مولانا، اگلا سوال بھیجا ہے پاکستان سے محمد یونس صاحب نے۔ اور انہوں نے لکھا ہے: مولانا، دیر از ا ورڈز ان دا قرآن آن دعویٰ وچ سیز دیٹ وین گاڈز ورڈ از جسٹلی کیریڈ آؤٹ اگینسٹ دیم، وی ویل پروڈیوس ا دعویٰ فرام دی ارتھ وچ ویل ٹیل دیم دیٹ مین کائنڈ ہیڈ نو ریئل فیتھ ان آور سائنس۔ دس از گیون ان چیپٹر 27</w:t>
      </w:r>
    </w:p>
    <w:p>
      <w:r>
        <w:rPr>
          <w:b/>
        </w:rPr>
        <w:t xml:space="preserve">[50:46] </w:t>
      </w:r>
      <w:r>
        <w:t>verse 82 of Quran. Maulana, kindly elaborate on this verse.</w:t>
      </w:r>
    </w:p>
    <w:p>
      <w:pPr>
        <w:jc w:val="right"/>
      </w:pPr>
      <w:r>
        <w:t>، ورث 82 آف قرآن۔ مولانا، کائنڈلی ایلیبریٹ آن دس ورث۔</w:t>
      </w:r>
    </w:p>
    <w:p>
      <w:r>
        <w:rPr>
          <w:b/>
        </w:rPr>
        <w:t xml:space="preserve">[50:52] </w:t>
      </w:r>
      <w:r>
        <w:t>Dekhiye, is par ulama ka ikhtilaf hai. Yahan main is par nahi kuch bol sakta. Aap tasweeron ko padhiye. Yeh is, is discussion ka mauzu nahi hai. Kyun ke yeh future ki baat hai. Aur Quran aur Hadees mein is par jo baatein hain, us se logon mein ikhtilafat hain. To aap, main kuch us waqt kuch nahi kahunga. Aap tafseeron ko padhiye. Aur Hadeeson ko pad</w:t>
      </w:r>
    </w:p>
    <w:p>
      <w:pPr>
        <w:jc w:val="right"/>
      </w:pPr>
      <w:r>
        <w:t>دیکھیے، اس پر علماء کا اختلاف ہے۔ یہاں میں اس پر نہیں کچھ بول سکتا۔ آپ تصویروں کو پڑھیے۔ یہ اس، اس ڈسکشن کا موضوع نہیں ہے۔ کیونکہ یہ فیوچر کی بات ہے۔ اور قرآن اور حدیث میں اس پر جو باتیں ہیں، اس سے لوگوں میں اختلافات ہیں۔ تو آپ، میں کچھ اس وقت کچھ نہیں کہوں گا۔ آپ تفسیروں کو پڑھیے۔ اور حدیثوں کو پڑ</w:t>
      </w:r>
    </w:p>
    <w:p>
      <w:r>
        <w:rPr>
          <w:b/>
        </w:rPr>
        <w:t xml:space="preserve">[51:22] </w:t>
      </w:r>
      <w:r>
        <w:t>hiye.</w:t>
      </w:r>
    </w:p>
    <w:p>
      <w:pPr>
        <w:jc w:val="right"/>
      </w:pPr>
      <w:r>
        <w:t>ھیے۔</w:t>
      </w:r>
    </w:p>
    <w:p>
      <w:r>
        <w:rPr>
          <w:b/>
        </w:rPr>
        <w:t xml:space="preserve">[51:23] </w:t>
      </w:r>
      <w:r>
        <w:t>Ji. Maulana, agla sawal lene se pehle ek comment padhna chahenge jo Shahid Hussain sahib ne bheja hai Srinagar se. Unhone likha hai: Maulana sahib, aaj pehli dafa is Hadees ka matlab samajh mein aaya jis mein Yahood ki pairvi mein goh ke bil mein dakhil hone ki baat kahi gayi hai. Jazak Allah Maulana sahib. Agla sawal Maulana kya hai? Muhammad Irfan</w:t>
      </w:r>
    </w:p>
    <w:p>
      <w:pPr>
        <w:jc w:val="right"/>
      </w:pPr>
      <w:r>
        <w:t>جی۔ مولانا، اگلا سوال لینے سے پہلے ایک کمنٹ پڑھنا چاہیں گے جو شاہد حسین صاحب نے بھیجا ہے سری نگر سے۔ انہوں نے لکھا ہے: مولانا صاحب، آج پہلی دفعہ اس حدیث کا مطلب سمجھ میں آیا جس میں یہود کی پیروی میں گوہ کے بل میں داخل ہونے کی بات کہی گئی ہے۔ جزاک اللہ مولانا صاحب۔ اگلا سوال مولانا کیا ہے؟ محمد عرفان</w:t>
      </w:r>
    </w:p>
    <w:p>
      <w:r>
        <w:rPr>
          <w:b/>
        </w:rPr>
        <w:t xml:space="preserve">[51:54] </w:t>
      </w:r>
      <w:r>
        <w:t>Rashidi sahib ne. Unhone likha hai: On the occasion of Republic Day 2017, an event is being organized in my city. In the event, the orators highlighted the role of Ulama in the freedom struggle of India. Maulana sahib, in present times, does this, does these type of events serve any purpose? What is your say on this?</w:t>
      </w:r>
    </w:p>
    <w:p>
      <w:pPr>
        <w:jc w:val="right"/>
      </w:pPr>
      <w:r>
        <w:t>رشیدی صاحب نے۔ انہوں نے لکھا ہے: آن دی اوکیژن آف ریپبلک ڈے 2017، این ایونٹ از بینگ آرگنائزڈ ان مائی سٹی۔ ان دی ایونٹ، دی اوریٹرز ہائی لائٹڈ دا رول آف علماءز ان دا فریڈم سٹرگل آف انڈیا۔ مولانا صاحب، ان پریزنٹ ٹائمز، ڈز دس، ڈز دیز ٹائپ آف ایونٹس سرَو اینی پرپز؟ واٹ از یور سے آن دس؟</w:t>
      </w:r>
    </w:p>
    <w:p>
      <w:r>
        <w:rPr>
          <w:b/>
        </w:rPr>
        <w:t xml:space="preserve">[52:22] </w:t>
      </w:r>
      <w:r>
        <w:t>Main to, us waqt bhi Ulama ne ghalt kiya, aaj bhi ghalt kar rahe hain, dohra rahe hain. Koi, koi, koi is ka koi reason nahi tha ke kyun lad gaye Angrezon se aur apna nuksan kiya. Is ladai ka nuksan sirf Ulama ko hua tha aur Musalmanon ko hua tha. Koi positive gear nahi tha is ka. Aur main samajhta hoon ke Islam mein yeh, yeh taleem hi nahi hai ke positive gear na ho to abhi lad ke maro. Yeh to hai hi nahi Islam</w:t>
      </w:r>
    </w:p>
    <w:p>
      <w:pPr>
        <w:jc w:val="right"/>
      </w:pPr>
      <w:r>
        <w:t>میں تو، اس وقت بھی علماء نے غلط کیا، آج بھی غلط کر رہے ہیں، دہرا رہے ہیں۔ کوئی، کوئی، کوئی اس کا کوئی ریزن نہیں تھا کہ کیوں لڑ گئے انگریزوں سے اور اپنا نقصان کیا۔ اس لڑائی کا نقصان صرف علماء کو ہوا تھا اور مسلمانوں کو ہوا تھا۔ کوئی پازیٹو گیئر نہیں تھا اس کا۔ اور میں سمجھتا ہوں کہ اسلام میں یہ، یہ تعلیم ہی نہیں ہے کہ پازیٹو گیئر نہ ہو تو ابھی لڑ کے مرو۔ یہ تو ہے ہی نہیں اسلام</w:t>
      </w:r>
    </w:p>
    <w:p>
      <w:r>
        <w:rPr>
          <w:b/>
        </w:rPr>
        <w:t xml:space="preserve">[52:53] </w:t>
      </w:r>
      <w:r>
        <w:t>mein. To Ulama ne lad ke mare hain khali. Aur na un ko kuch mila, na ummat ko kuch mila. To is ko aaj ki, aaj se ailan karo ke hum ne ghalti ki thi. Ab waqt hai ke log ailan karein ke Ulama ne ghalti ki thi. Yani Islam ke mutabiq unhe kuch aur karna chahiye tha, Da'wah ka kaam karna chahiye tha. Islam ke mutabiq unho ne Da'wah ka kaam karna chahiye tha. Main aap ko ek, ek, ek bohat bari cheez batata hoon jis se Ulama bilkul bekhabar</w:t>
      </w:r>
    </w:p>
    <w:p>
      <w:pPr>
        <w:jc w:val="right"/>
      </w:pPr>
      <w:r>
        <w:t>میں۔ تو علماء نے لڑ کے مرے ہیں خالی۔ اور نہ ان کو کچھ ملا، نہ امت کو کچھ ملا۔ تو اس کو آج کی، آج سے اعلان کرو کہ ہم نے غلطی کی تھی۔ اب وقت ہے کہ لوگ اعلان کریں کہ علماء نے غلطی کی تھی۔ یعنی اسلام کے مطابق انہیں کچھ اور کرنا چاہیے تھا، دعوت کا کام کرنا چاہیے تھا۔ اسلام کے مطابق ان کو دعوت کا کام کرنا چاہیے تھا۔ میں آپ کو ایک، ایک، ایک بہت بڑی چیز بتاتا ہوں جس سے علماء بالکل بے خبر</w:t>
      </w:r>
    </w:p>
    <w:p>
      <w:r>
        <w:rPr>
          <w:b/>
        </w:rPr>
        <w:t xml:space="preserve">[53:23] </w:t>
      </w:r>
      <w:r>
        <w:t>the us zamane ke. Jab Angrezon ne India mein apna rule qaim kiya to unho ne yeh pata kiya ke India mein sab se zyada kaun si zuban samjhi jati hai, padhi jati hai. To unho ne nikala ke Urdu. Urdu matlab Hindustani, aasan, aasan Hindi. To wahan par baqayda yeh nizam banaya gaya ke jab Angrez chalta tha England se, us waqt</w:t>
      </w:r>
    </w:p>
    <w:p>
      <w:pPr>
        <w:jc w:val="right"/>
      </w:pPr>
      <w:r>
        <w:t>تھے اس زمانے کے۔ جب انگریزوں نے انڈیا میں اپنا رول قائم کیا تو انہوں نے یہ پتہ کیا کہ انڈیا میں سب سے زیادہ کون سی زبان سمجھی جاتی ہے، پڑھی جاتی ہے۔ تو انہوں نے نکالا کہ اردو۔ اردو مطلب ہندوستانی، آسان، آسان ہندی۔ تو وہاں پر باقاعدہ یہ نظام بنایا گیا کہ جب انگریز چلتا تھا انگلینڈ سے، اس وقت</w:t>
      </w:r>
    </w:p>
    <w:p>
      <w:r>
        <w:rPr>
          <w:b/>
        </w:rPr>
        <w:t xml:space="preserve">[53:53] </w:t>
      </w:r>
      <w:r>
        <w:t>safar hota tha us se, bahri jahaz se, samundar se, to do hafte lagta tha, two weeks. Unho ne aisa course banaya ke do hafte ke andar aadmi jab pahunche, pahunche India mein to Urdu seekh chuka ho, world chart ki zuban. Is ki maani kya hui hai ke Angrez aata tha yahan, is zuban ko seekh kar ke jo Ulama jante the. Ulama English jante nahi the. Ulama English mein baat nahi kar sakte the. Lekin unho</w:t>
      </w:r>
    </w:p>
    <w:p>
      <w:pPr>
        <w:jc w:val="right"/>
      </w:pPr>
      <w:r>
        <w:t>سفر ہوتا تھا اس سے، بحری جہاز سے، سمندر سے، تو دو ہفتہ لگتا تھا، ٹو ویک۔ انہوں نے ایسا کورس بنایا کہ دو ہفتے کے اندر آدمی جب پہنچے، پہنچے انڈیا میں تو اردو سیکھ چکا ہو، ورلڈ چارٹ کی زبان۔ اس کی معنی کیا ہوئی ہے کہ انگریز آتا تھا یہاں، اس زبان کو سیکھ کر کے جو علماء جانتے تھے۔ علماء انگلش جانتے نہیں تھے۔ علماء انگلش میں بات نہیں کر سکتے تھے۔ لیکن انہوں</w:t>
      </w:r>
    </w:p>
    <w:p>
      <w:r>
        <w:rPr>
          <w:b/>
        </w:rPr>
        <w:t xml:space="preserve">[54:23] </w:t>
      </w:r>
      <w:r>
        <w:t>ne khud Angrezon ko sikhaya Urdu ke ja kar wahan un ki baat karo un se. Allah taala ne un ke dil mein dala ke jo Angrez jaye England se India ke liye to woh zuban ko jan chuka ho jo Ulama jante hain. Yani Allah taala ne language gate khatam kar diya. Main sochta hoon to mujhe hairani hoti hai ke Ulama kaise bekhabar the. Yani Allah taala ne un Angrezon se, Angrezon ke</w:t>
      </w:r>
    </w:p>
    <w:p>
      <w:pPr>
        <w:jc w:val="right"/>
      </w:pPr>
      <w:r>
        <w:t>نے خود انگریزوں کو سکھایا اردو کہ جا کر وہاں ان کی بات کرو ان سے۔ اللہ تعالی نے ان کے دل میں ڈالا کہ جو انگریز جائے انگلینڈ سے انڈیا کے لیے تو وہ زبان کو جان چکا ہو جو علماء جانتے ہیں۔ یعنی اللہ تعالی نے لینگویج گیٹ ختم کر دیا۔ میں سوچتا ہوں تو مجھے حیرانی ہوتی ہے کہ علماء کیسے بے خبر تھے۔ یعنی اللہ تعالی نے ان انگریزوں سے، انگریزوں کے</w:t>
      </w:r>
    </w:p>
    <w:p>
      <w:r>
        <w:rPr>
          <w:b/>
        </w:rPr>
        <w:t xml:space="preserve">[54:53] </w:t>
      </w:r>
      <w:r>
        <w:t>darmiyan aur Ulama ke darmiyan ek language gap tha. Language gap. Allah taala ne language khatam kar diya, language gap ko. Ke jao aur Ulama se Islam ko jano, Islam ki taleem ko. Yeh bekhabari ka qissa hai. Is ko fakhr karte hain, is pe fakhr karte hain. Ulama ne jo kuch kiya woh bekhabari ka waqia tha. Itna bara chance khola tha Allah taala ne ke Angrezon ko Urdu sikhwai. Lang</w:t>
      </w:r>
    </w:p>
    <w:p>
      <w:pPr>
        <w:jc w:val="right"/>
      </w:pPr>
      <w:r>
        <w:t>درمیان اور علماء کے درمیان ایک لینگویج گیپ تھا۔ لینگویج گیپ۔ اللہ تعالی نے لینگویج ختم کر دیا، لینگویج گیپ کو۔ کہ جاؤ اور علماء سے اسلام کو جانو، اسلام کی تعلیم کو۔ یہ بے خبری کا قصہ ہے۔ اس کو فخر کرتے ہیں، اس پہ فخر کرتے ہیں۔ علماء نے جو کچھ کیا وہ بے خبری کا واقعہ تھا۔ اتنا بڑا چانس کھولا تھا اللہ تعالی نے کہ انگریزوں کو اردو سکھوائی۔ لینگ</w:t>
      </w:r>
    </w:p>
    <w:p>
      <w:r>
        <w:rPr>
          <w:b/>
        </w:rPr>
        <w:t xml:space="preserve">[55:23] </w:t>
      </w:r>
      <w:r>
        <w:t>uage gap khatam kiya. Ulama ke darmiyan aur Angrez ke darmiyan. Phir bhi Ulama ne is ko avail nahi kiya. Kisi ne jhoota debate chalaya munazra ke naam se. Kisi ne jihad fi sabil ko fatwa de diya. Logon ne nafrat sikhai, nafrat. Allah ki scheme ke khilaf tha woh. Jo Ulama ne kiya woh Allah ki scheme ke khilaf tha. Allah ne kitna bara, woh jo Hadees mein aata hai ke insaan ka dil</w:t>
      </w:r>
    </w:p>
    <w:p>
      <w:pPr>
        <w:jc w:val="right"/>
      </w:pPr>
      <w:r>
        <w:t>ویج گیپ ختم کیا۔ علماء کے درمیان اور انگریز کے درمیان۔ پھر بھی علماء نے اس کو اویل نہیں کیا۔ کسی نے جھوٹا ڈیبیٹ چلایا مناظرہ کے نام سے۔ کسی نے جہاد فی صاحب کو فتوی دے دیا۔ لوگوں نے نفرت سکھائی، نفرت۔ اللہ کی اسکیم کے خلاف تھا وہ۔ جو علماء نے کیا وہ اللہ کی اسکیم کے خلاف تھا۔ اللہ نے کتنا بڑا، وہ جو حدیث میں آتا ہے کہ انسان کا دل</w:t>
      </w:r>
    </w:p>
    <w:p>
      <w:r>
        <w:rPr>
          <w:b/>
        </w:rPr>
        <w:t xml:space="preserve">[55:53] </w:t>
      </w:r>
      <w:r>
        <w:t>Allah ki do ungliyon ke beech mein hai. Insaan ka dil Allah ki do ungliyon ke beech mein hai. Is ki maani kya hai? Allah ne Angrezon mein naya thought dala. Angrezon ko kaha ke tum jate ho India to wahan ki zuban tum jante nahi. Wahan ki zuban seekho. To zuban seekh seekh kar aate the India. Is tarah unho ne, Allah taala ne Ulama aur Angrez ke darmiyan language khatam kar diya.</w:t>
      </w:r>
    </w:p>
    <w:p>
      <w:pPr>
        <w:jc w:val="right"/>
      </w:pPr>
      <w:r>
        <w:t>اللہ کی دو انگلیوں کے بیچ میں ہے۔ انسان کا دل اللہ کی دو انگلیوں کے بیچ میں ہے۔ اس کی معنی کیا ہے؟ اللہ نے انگریزوں میں نیا تھاٹ ڈالا۔ انگریزوں کو کہا کہ تم جاتے ہو انڈیا تو وہاں کی زبان تم جانتے نہیں۔ وہاں کی زبان سیکھو۔ تو زبان سیکھ سیکھ کر آتے تھے انڈیا۔ اس طرح انہوں نے، اللہ تعالی نے علماء اور انگریز کے درمیان لینگویج ختم کر دیا۔</w:t>
      </w:r>
    </w:p>
    <w:p>
      <w:r>
        <w:rPr>
          <w:b/>
        </w:rPr>
        <w:t xml:space="preserve">[56:23] </w:t>
      </w:r>
      <w:r>
        <w:t>Aur Ulama ne kuch nahi kiya. Is pe fakhr karna kya? Yeh to, yeh to nadani ki tareekh hai.</w:t>
      </w:r>
    </w:p>
    <w:p>
      <w:pPr>
        <w:jc w:val="right"/>
      </w:pPr>
      <w:r>
        <w:t>اور علماء نے کچھ نہیں کیا۔ اس پہ فخر کرنا کیا؟ یہ تو، یہ تو نادانی کی تاریخ ہے۔</w:t>
      </w:r>
    </w:p>
    <w:p>
      <w:r>
        <w:rPr>
          <w:b/>
        </w:rPr>
        <w:t xml:space="preserve">[56:33] </w:t>
      </w:r>
      <w:r>
        <w:t>Maulana, agla sawal Kanpur se bheja hai Ghufran sahib ne. Aur unho ne likha hai: Maulana, if Muslims shift their stance to Da'wah work and remove their focus from lost opportunities, then can we say that maybe Muslims in near future will get back all that they have lost? What is your opinion on the same?</w:t>
      </w:r>
    </w:p>
    <w:p>
      <w:pPr>
        <w:jc w:val="right"/>
      </w:pPr>
      <w:r>
        <w:t>مولانا، اگلا سوال کانپور سے بھیجا ہے غفران صاحب نے۔ اور انہوں نے لکھا ہے: مولانا، اف مسلمز شفٹ دیر سٹانس ٹو دعویٰ ورک اینڈ ریموو دیر فوکس فرام لاسٹ اپرچونیٹیز، دین کین وی سے دیٹ می بی مسلمز ان نیئر فیوچر ویل گیٹ بیک آل دیٹ دے ہیو لاسٹ؟ واٹ از یور اوپینین آن دا سیم؟</w:t>
      </w:r>
    </w:p>
    <w:p>
      <w:r>
        <w:rPr>
          <w:b/>
        </w:rPr>
        <w:t xml:space="preserve">[57:00] </w:t>
      </w:r>
      <w:r>
        <w:t>Abhi Allah pe poochein. Pehle to aap ki jiye to. Abhi to sochna bhi nahi shuru hua. Yani yeh bilkul wahi hai ke putting the horse, putting the cart before the horse. Abhi sochna bhi nahi shuru kiya aur soch rahe hain ke is ka gain kya hoga. Pehle sochiye. Pehle yeh kahiye ke we are wrong. Jo sahib sawal kar rahe hain unhe kehna chahiye ke we are wrong. We are living in darkness. Yeh to kaha nahi. Sawal kar rahe hain future</w:t>
      </w:r>
    </w:p>
    <w:p>
      <w:pPr>
        <w:jc w:val="right"/>
      </w:pPr>
      <w:r>
        <w:t>ابھی اللہ پہ پوچھیں۔ پہلے تو آپ کیجیے تو۔ ابھی تو سوچنا بھی نہیں شروع ہوا۔ یعنی یہ بالکل وہی ہے کہ پٹنگ دی ہارس، پٹنگ دی کارڈ بیفور دی ہارس۔ ابھی سوچنا بھی نہیں شروع کیا اور سوچ رہے ہیں کہ اس کا گین کیا ہوگا۔ پہلے سوچیے۔ پہلے یہ کہیے کہ وی آر رنگ۔ جو صاحب سوال کر رہے ہیں انہیں کہنا چاہیے کہ وی آر رنگ۔ وی آر لیونگ ان ڈارکنس۔ یہ تو کہا نہیں۔ سوال کر رہے ہیں فیو</w:t>
      </w:r>
    </w:p>
    <w:p>
      <w:r>
        <w:rPr>
          <w:b/>
        </w:rPr>
        <w:t xml:space="preserve">[57:30] </w:t>
      </w:r>
      <w:r>
        <w:t>ke bare mein. Yeh koi sawal nahi mere nazdeek. Sahi baat yeh thi ke woh kehte ke aaj main aap se andhere mein bhatak raha tha. Aaj mujhe roshni mili. Ab re-planning karunga. Phir us par sawal karte hain. Yeh koi sawal hai?</w:t>
      </w:r>
    </w:p>
    <w:p>
      <w:pPr>
        <w:jc w:val="right"/>
      </w:pPr>
      <w:r>
        <w:t>چر کے بارے میں۔ یہ کوئی سوال نہیں میرے نزدیک۔ صحیح بات یہ تھی کہ وہ کہتے کہ آج میں آپ سے اندھیرے میں بھٹک رہا تھا۔ آج مجھے روشنی ملی۔ اب ری پلاننگ کروں گا۔ پھر اس پر سوال کرتے ہیں۔ یہ کوئی سوال ہے؟</w:t>
      </w:r>
    </w:p>
    <w:p>
      <w:r>
        <w:rPr>
          <w:b/>
        </w:rPr>
        <w:t xml:space="preserve">[57:46] </w:t>
      </w:r>
      <w:r>
        <w:t>ji. maulana, agla.</w:t>
      </w:r>
    </w:p>
    <w:p>
      <w:pPr>
        <w:jc w:val="right"/>
      </w:pPr>
      <w:r>
        <w:t>جی۔ مولانا، اگلا۔</w:t>
      </w:r>
    </w:p>
    <w:p>
      <w:r>
        <w:rPr>
          <w:b/>
        </w:rPr>
        <w:t xml:space="preserve">[57:49] </w:t>
      </w:r>
      <w:r>
        <w:t>itni bari baat maine keh di ke allah taala ne language gate khatm kar diya tha ulama aur angrez ke darmiyan. is par kyun nahi bolte aap log? is par boliye. yeh bohat hi bari baat hai ke allah taala ne language gate khatm kar diya tha ulama aur angrez ke darmiyan. taake woh dawat de saken. is par kyun nahi bolte log? yeh keh nahi karte ke hum andhere the, hamein pata nahi tha. ek ghair zaruri sawal karte hain.</w:t>
      </w:r>
    </w:p>
    <w:p>
      <w:pPr>
        <w:jc w:val="right"/>
      </w:pPr>
      <w:r>
        <w:t>اتنی بڑی بات میں نے کہہ دی کہ اللہ تعالی نے لینگویج گیٹ ختم کر دیا تھا علماء اور انگریز کے درمیان۔ اس پر کیوں نہیں بولتے آپ لوگ؟ اس پر بولیے۔ یہ بہت ہی بڑی بات ہے کہ اللہ تعالی نے لینگویج گیٹ ختم کر دیا تھا علماء اور انگریز کے درمیان۔ تاکہ وہ دعوت دے سکیں۔ اس پر کیوں نہیں بولتے لوگ؟ یہ کہہ نہیں کرتے کہ ہم اندھیرے تھے، ہمیں پتہ نہیں تھا۔ ایک غیر ضروری سوال کرتے ہیں۔</w:t>
      </w:r>
    </w:p>
    <w:p>
      <w:r>
        <w:rPr>
          <w:b/>
        </w:rPr>
        <w:t xml:space="preserve">[58:23] </w:t>
      </w:r>
      <w:r>
        <w:t>maulana, agla sawal kya hai chennai se maulana iqbal umri ne. aur unhone likha hai: qaumi problem pe focus karna aur life ko khuda pe focus na karna bhi kya ittaba-e-yahood ho sakta hai?</w:t>
      </w:r>
    </w:p>
    <w:p>
      <w:pPr>
        <w:jc w:val="right"/>
      </w:pPr>
      <w:r>
        <w:t>مولانا، اگلا سوال کیا ہے چنئی سے مولانا اقبال عمری نے۔ اور انہوں نے لکھا ہے: قومی پرابلم پہ فوکس کرنا اور لائف کو خدا پہ فوکس نہ کرنا بھی کیا اتباع یہود ہو سکتا ہے؟</w:t>
      </w:r>
    </w:p>
    <w:p>
      <w:r>
        <w:rPr>
          <w:b/>
        </w:rPr>
        <w:t xml:space="preserve">[58:39] </w:t>
      </w:r>
      <w:r>
        <w:t>yaqeen hai, yaqeen hai. yahood to yahoodi qaum dunya ki sab se bari qaum parast qaum hai. woh musalman bhi qaum parast bane hue hain. my qaum right or wrong. yeh jo hai, my community right or wrong. yeh yahood ka nazariya aur yeh musalmanon ne pakad rakha hai. woh musalmanon ko masoom bana rahe hain. har cheez jo waqea jo hota hai, woh musalman ka is mein koi blame nahi. doosron pe blame, doosron pe blame. yeh jo blame others ki jo</w:t>
      </w:r>
    </w:p>
    <w:p>
      <w:pPr>
        <w:jc w:val="right"/>
      </w:pPr>
      <w:r>
        <w:t>یقین ہے، یقین ہے۔ یہود تو یہودی قوم دنیا کی سب سے بڑی قوم پرست قوم ہے۔ وہ مسلمان بھی قوم پرست بنے ہوئے ہیں۔ مائی قوم رائٹ آر رنگ۔ یہ جو ہے، مائی کمیونٹی رائٹ آر رنگ۔ یہ یہود کا نظریہ اور یہ مسلمانوں نے پکڑ رکھا ہے۔ وہ مسلمانوں کو معصوم بنا رہے ہیں۔ ہر چیز جو واقعہ جو ہوتا ہے، وہ مسلمان کا اس میں کوئی بلیم نہیں۔ دوسروں پہ بلیم، دوسروں پہ بلیم۔ یہ جو بلیم ادرس کی جو</w:t>
      </w:r>
    </w:p>
    <w:p>
      <w:r>
        <w:rPr>
          <w:b/>
        </w:rPr>
        <w:t xml:space="preserve">[59:10] </w:t>
      </w:r>
      <w:r>
        <w:t>policy hai, musalmanon ki pakki yahood ki policy thi. aap padhiye yahood ki tareekh ko.</w:t>
      </w:r>
    </w:p>
    <w:p>
      <w:pPr>
        <w:jc w:val="right"/>
      </w:pPr>
      <w:r>
        <w:t>پالیسی ہے، مسلمانوں کی پکی یہود کی پالیسی تھی۔ آپ پڑھیے یہود کی تاریخ کو۔</w:t>
      </w:r>
    </w:p>
    <w:p>
      <w:r>
        <w:rPr>
          <w:b/>
        </w:rPr>
        <w:t xml:space="preserve">[59:19] </w:t>
      </w:r>
      <w:r>
        <w:t>maulana, yeh aakhri comment hai jo maulana yaqoob sahib ne bheja hai delhi se. unhone likha hai: to forget the last one and to focus on what remains, this is a great wisdom maulana sahib. and none of the muslim scholars i know has described the great wisdom behind changing of qibla. jazak allah khair. so we will end today session and will be back next sunday same time. thank you.</w:t>
      </w:r>
    </w:p>
    <w:p>
      <w:pPr>
        <w:jc w:val="right"/>
      </w:pPr>
      <w:r>
        <w:t>مولانا، یہ آخری کمنٹ ہے جو مولانا یعقوب صاحب نے بھیجا ہے دلی سے۔ انہوں نے لکھا ہے: ٹو فارگیٹ دا لاسٹ ون اینڈ ٹو فوکس آن واٹ ریمینز، دس از ا گریٹ وزڈم مولانا صاحب۔ اینڈ نن آف دا مسلم سکالرز آئی نو ہیز ڈسکرائب دا گریٹ وزڈم بیہائنڈ چینجنگ آف قبلہ۔ جزاک اللہ خیر۔ سو وی ویل اینڈ ٹوڈے سیشن اینڈ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