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Wisdom | January 29, 2017</w:t>
      </w:r>
    </w:p>
    <w:p>
      <w:r>
        <w:t>https://www.youtube.com/watch?v=4w0NZoOLzsw</w:t>
      </w:r>
    </w:p>
    <w:p>
      <w:r>
        <w:rPr>
          <w:b/>
        </w:rPr>
        <w:t xml:space="preserve">[00:14] </w:t>
      </w:r>
      <w:r>
        <w:t>bismillah hir rahman nir rahim, wa salallahu ala nabiyyil karim. rab ishrah li sadri, wa yassir li amri, wahlul uqdatan min lisani yafqahu qawli. 29 jannvari 2017. quran ke bare mein ek hadith mein kaha gaya hai ke "la tanqad</w:t>
      </w:r>
    </w:p>
    <w:p>
      <w:pPr>
        <w:jc w:val="right"/>
      </w:pPr>
      <w:r>
        <w:t>بسم اللہ الرحمن الرحیم، وصلی اللہ علی نبی الکریم۔ رب اشرح لی صدری، ویسر لی امری، واحل العقدۃ من لسانی یفقہ قولی۔ 29 جنوری 2017۔ قرآن کے بارے میں ایک حدیث میں کہا گیا ہے کہ "لا تنقض</w:t>
      </w:r>
    </w:p>
    <w:p>
      <w:r>
        <w:rPr>
          <w:b/>
        </w:rPr>
        <w:t xml:space="preserve">[00:44] </w:t>
      </w:r>
      <w:r>
        <w:t>yi ajaibuhu", yaani quran ke ajaib kabhi khatm na honge. la tanqadi ajaibuhu, quran ke ajaib kabhi khatm nahi honge. main bohat dinon se sochta tha ke aakhir is kyun aisa hai ke ajaib khatm nahi ho rahe, kya matlab hai is ka. to mujhe samajh mein aaya ke quran ko allah</w:t>
      </w:r>
    </w:p>
    <w:p>
      <w:pPr>
        <w:jc w:val="right"/>
      </w:pPr>
      <w:r>
        <w:t>ی عجائبہ"، یعنی قرآن کے عجائب کبھی ختم نہ ہوں گے۔ لا تنقضی عجائبہ، قرآن کے عجائب کبھی ختم نہیں ہوں گے۔ میں بہت دنوں سے سوچتا تھا کہ آخر اس کیوں ایسا ہے کہ عجائب ختم نہیں ہو رہے، کیا مطلب ہے اس کا۔ تو مجھے سمجھ میں آیا کہ قرآن کو اللہ</w:t>
      </w:r>
    </w:p>
    <w:p>
      <w:r>
        <w:rPr>
          <w:b/>
        </w:rPr>
        <w:t xml:space="preserve">[01:14] </w:t>
      </w:r>
      <w:r>
        <w:t>taala ne ek kitab bana diya, jis par insan soch soch kar is mein naye naye baatein daryaft karta rahe. is tarah se insan ka jo intellectual development hai, woh jari rahe. is mein bazahir to refer kiya gaya hai quran ka, haqeeqat mein reference hai insan ka. yaani quran se</w:t>
      </w:r>
    </w:p>
    <w:p>
      <w:pPr>
        <w:jc w:val="right"/>
      </w:pPr>
      <w:r>
        <w:t>تعالیٰ نے ایک کتاب بنا دیا، جس پر انسان سوچ سوچ کر اس میں نئے نئے باتیں دریافت کرتا رہے۔ اس طرح سے انسان کا جو انٹلیکچول ڈیولپمنٹ ہے، وہ جاری رہے۔ اس میں بظاہر تو ریفر کیا گیا ہے قرآن کا، حقیقت میں ریفرنس ہے انسان کا۔ یعنی قرآن سے</w:t>
      </w:r>
    </w:p>
    <w:p>
      <w:r>
        <w:rPr>
          <w:b/>
        </w:rPr>
        <w:t xml:space="preserve">[01:44] </w:t>
      </w:r>
      <w:r>
        <w:t>insan bar bar aur hamesha nayi nayi baatein daryaft karta rahega. yahi cheez hadith ke bare mein bhi hai, aur yeh is liye hai ke taake insan ki, yaani living faith baqi rahe. living faith, is ka intellectual development jari rahe. is ki creativity</w:t>
      </w:r>
    </w:p>
    <w:p>
      <w:pPr>
        <w:jc w:val="right"/>
      </w:pPr>
      <w:r>
        <w:t>انسان بار بار اور ہمیشہ نئی نئی باتیں دریافت کرتا رہے گا۔ یہی چیز حدیث کے بارے میں بھی ہے، اور یہ اس لیے ہے کہ تاکہ انسان کی، یعنی لیونگ فیتھ باقی رہے۔ لیونگ فیتھ، اس کا انٹلیکچول ڈیولپمنٹ جاری رہے۔ اس کی کریئیٹیوٹی</w:t>
      </w:r>
    </w:p>
    <w:p>
      <w:r>
        <w:rPr>
          <w:b/>
        </w:rPr>
        <w:t xml:space="preserve">[02:14] </w:t>
      </w:r>
      <w:r>
        <w:t>mein kabhi koi limit na aaye, had na aaye. is liye, yaani yeh koi kami ki baat nahi hai quran o hadith mein. agar quran o hadith aisa hota ke pehle din jo is mein aaya tha, bas wohi sab kuch hota, aur phir nayi baat is mein insan daryaft na kar sakta, to insan ki creativity na</w:t>
      </w:r>
    </w:p>
    <w:p>
      <w:pPr>
        <w:jc w:val="right"/>
      </w:pPr>
      <w:r>
        <w:t>میں کبھی کوئی لمٹ نہ آئے، حد نہ آئے۔ اس لیے، یعنی یہ کوئی کمی کی بات نہیں ہے قرآن و حدیث میں۔ اگر قرآن و حدیث ایسا ہوتا کہ پہلے دن جو اس میں آیا تھا، بس وہی سب کچھ ہوتا، اور پھر نئی بات اس میں انسان دریافت نہ کر سکتا، تو انسان کی کریئیٹیوٹی نہ</w:t>
      </w:r>
    </w:p>
    <w:p>
      <w:r>
        <w:rPr>
          <w:b/>
        </w:rPr>
        <w:t xml:space="preserve">[02:44] </w:t>
      </w:r>
      <w:r>
        <w:t>badhti. insan ka intellectual development jo hai, ruk jata. to is ko sochte hue mujhe quran ki ek ayat yaad aayi. quran mein ek ayat kai bar repeat hui hai, rasool allah sallallahu alaihi wasallam ke bare mein, ke woh logon ko quran dete hain, quran ki</w:t>
      </w:r>
    </w:p>
    <w:p>
      <w:pPr>
        <w:jc w:val="right"/>
      </w:pPr>
      <w:r>
        <w:t>بڑھتی۔ انسان کا انٹلیکچول ڈیولپمنٹ جو ہے، رک جاتا۔ تو اس کو سوچتے ہوئے مجھے قرآن کی ایک آیت یاد آئی۔ قرآن میں ایک آیت کئی بار ریپیٹ ہوئی ہے، رسول اللہ صلی اللہ علیہ وسلم کے بارے میں، کہ وہ لوگوں کو قرآن دیتے ہیں، قرآن کی</w:t>
      </w:r>
    </w:p>
    <w:p>
      <w:r>
        <w:rPr>
          <w:b/>
        </w:rPr>
        <w:t xml:space="preserve">[03:14] </w:t>
      </w:r>
      <w:r>
        <w:t>taleem dete hain, aur hikmat. wa lyuallimul kitaba wal hikmah. to hikmat jo hai, ke rasool allah sallallahu alaihi wasallam insan ko hikmat dete hain, kya matlab hai is ka. to is ke kai mani liye logon ne, lekin woh baat khatm nahi hui. insan ke liye mauqa hai ke phir</w:t>
      </w:r>
    </w:p>
    <w:p>
      <w:pPr>
        <w:jc w:val="right"/>
      </w:pPr>
      <w:r>
        <w:t>تعلیم دیتے ہیں، اور حکمت۔ وَلَيُعَلِّمُ الْكِتَابَ الْحِكْمَةَ تو حکمت جو ہے، کہ رسول اللہ صلی اللہ علیہ وسلم انسان کو حکمت دیتے ہیں، کیا مطلب ہے اس کا۔ تو اس کے کئی معنی لیے لوگوں نے، لیکن وہ بات ختم نہیں ہوئی۔ انسان کے لیے موقع ہے کہ پھر</w:t>
      </w:r>
    </w:p>
    <w:p>
      <w:r>
        <w:rPr>
          <w:b/>
        </w:rPr>
        <w:t xml:space="preserve">[03:44] </w:t>
      </w:r>
      <w:r>
        <w:t>soche, phir soche, phir soche. mujhe samajh mein aaya ke hikmat se murad hai wisdom. yaani peghamabar ek taraf insan ko allah ki kitab, word of god, deta hai, jis ko hum quran kehte hain. isi ke sath woh insan ko hikmat deta hai, yaani wisdom.</w:t>
      </w:r>
    </w:p>
    <w:p>
      <w:pPr>
        <w:jc w:val="right"/>
      </w:pPr>
      <w:r>
        <w:t>سوچے، پھر سوچے، پھر سوچے۔ مجھے سمجھ میں آیا کہ حکمت سے مراد ہے وزڈم۔ یعنی پیغمبر ایک طرف انسان کو اللہ کی کتاب، ورڈ آف گاڈ، دیتا ہے، جس کو ہم قرآن کہتے ہیں۔ اسی کے ساتھ وہ انسان کو حکمت دیتا ہے، یعنی وزڈم۔</w:t>
      </w:r>
    </w:p>
    <w:p>
      <w:r>
        <w:rPr>
          <w:b/>
        </w:rPr>
        <w:t xml:space="preserve">[04:16] </w:t>
      </w:r>
      <w:r>
        <w:t>to yeh wisdom jo hai, jo rasool allah sallallahu alaihi wasallam ne di hai, hadithon mein maujood hai, lekin abhi tak woh more or less undiscovered hai, padi hui hai. sahi maano mein hadithon se logon ne sab se zyada cheez nikali, woh fiqh hai. fiqhi ahkam, yaani hadith jo hai, fiqhi ahkam ka mauzu bani hui hai. ya fazail, fiqhi ahkam ya faz</w:t>
      </w:r>
    </w:p>
    <w:p>
      <w:pPr>
        <w:jc w:val="right"/>
      </w:pPr>
      <w:r>
        <w:t>تو یہ وزڈم جو ہے، جو رسول اللہ صلی اللہ علیہ وسلم نے دی ہے، حدیثوں میں موجود ہے، لیکن ابھی تک وہ مور اور لیس ان ڈسکورڈ ہے، پڑی ہوئی ہے۔ صحیح معنوں میں حدیثوں سے لوگوں نے سب سے زیادہ چیز نکالی، وہ فقہ ہے۔ فقہی احکام، یعنی حدیث جو ہے، فقہی احکام کا موضوع بنی ہوئی ہے۔ یا فضائل، فقہی احکام یا فض</w:t>
      </w:r>
    </w:p>
    <w:p>
      <w:r>
        <w:rPr>
          <w:b/>
        </w:rPr>
        <w:t xml:space="preserve">[04:46] </w:t>
      </w:r>
      <w:r>
        <w:t>ail, yeh nikalte rahe log. lekin jo cheez hikmat hai, yaani wisdom, woh abhi tak, yaani taqreeban taqreeban unknown bani hui hai. is ki ek misaal meri samajh mein aayi. bohat si misaalain hain, is mein se ek misaal main arz karta hoon. maslan rasool allah sallallahu alaihi wasallam ne farmaya aakhri zamane mein</w:t>
      </w:r>
    </w:p>
    <w:p>
      <w:pPr>
        <w:jc w:val="right"/>
      </w:pPr>
      <w:r>
        <w:t>ائل، یہ نکالتے رہے لوگ۔ لیکن جو چیز حکمت ہے، یعنی وزڈم، وہ ابھی تک، یعنی تقریباً تقریباً ان نون بنی ہوئی ہے۔ اس کی ایک مثال میری سمجھ میں آئی۔ بہت سی مثالیں ہیں، اس میں سے ایک مثال میں عرض کرتا ہوں۔ مثلاً رسول اللہ صلی اللہ علیہ وسلم نے فرمایا آخری زمانے میں</w:t>
      </w:r>
    </w:p>
    <w:p>
      <w:r>
        <w:rPr>
          <w:b/>
        </w:rPr>
        <w:t xml:space="preserve">[05:16] </w:t>
      </w:r>
      <w:r>
        <w:t>ke mere baad, yaani rasool allah sallallahu alaihi wasallam ki wafat ke baad, ummat mein ikhtilafat ho gaye. aapas ka takrao hoga. yeh prediction ke taur par aap ne bataya tha. to logon ne pucha ke is waqt hum kya karein? to aap ne kaha ke apne bakri aur apne oont ko le kar jangl mein chale jao. ke tum hamare paas jo oont hai, jo bakri hai, us ko le kar jangl mein chale jao,</w:t>
      </w:r>
    </w:p>
    <w:p>
      <w:pPr>
        <w:jc w:val="right"/>
      </w:pPr>
      <w:r>
        <w:t>کہ میرے بعد، یعنی رسول اللہ صلی اللہ علیہ وسلم کی وفات کے بعد، امت میں اختلافات ہو گئے۔ آپس کا ٹکراؤ ہوگا۔ یہ پریڈکشن کے طور پر آپ نے بتایا تھا۔ تو لوگوں نے پوچھا کہ اس وقت ہم کیا کریں؟ تو آپ نے کہا کہ اپنے بکری اور اپنے اونٹ کو لے کر جنگل میں چلے جاؤ۔ کہ تم ہمارے پاس جو اونٹ ہے، جو بکری ہے، اس کو لے کر جنگل میں چلے جاؤ،</w:t>
      </w:r>
    </w:p>
    <w:p>
      <w:r>
        <w:rPr>
          <w:b/>
        </w:rPr>
        <w:t xml:space="preserve">[05:46] </w:t>
      </w:r>
      <w:r>
        <w:t>pahar mein chale jao. dekhiye, yeh bohat bari wisdom ki baat hai, yeh bohat bari wisdom ki baat hai. lekin is ka jo usloob hai, woh dekhiye, kyun logon ne is ko wisdom nahi discover kar paye? kyunke woh academic language mein nahi hai, mazhabi zuban mein hai. mazhabi zuban</w:t>
      </w:r>
    </w:p>
    <w:p>
      <w:pPr>
        <w:jc w:val="right"/>
      </w:pPr>
      <w:r>
        <w:t>پہاڑ میں چلے جاؤ۔ دیکھیں، یہ بہت بڑی وزڈم کی بات ہے، یہ بہت بڑی وزڈم کی بات ہے۔ لیکن اس کا جو اسلوب ہے، وہ دیکھیے، کیوں لوگوں نے اس کو وزڈم نہیں ڈسکور کر پائے؟ کیونکہ وہ اکیڈمک لینگویج میں نہیں ہے، مذہبی زبان میں ہے۔ مذہبی زبان</w:t>
      </w:r>
    </w:p>
    <w:p>
      <w:r>
        <w:rPr>
          <w:b/>
        </w:rPr>
        <w:t xml:space="preserve">[06:17] </w:t>
      </w:r>
      <w:r>
        <w:t>mein jo cheez ho, to log us ko samajh lete hain. muqaddas sermon, mazhabi sermon. jab academic zuban mein ho to samjhein ke haan, yeh wisdom hai, is ko ghor karte hain. to yeh baat chunke academic language mein nahi thi, to logon ne is ko samjha nahi ke is mein wisdom hai. wisdom kya hai? rasool allah sallallahu alaihi wasallam ke baad jo soorat-e-haal paida hui,</w:t>
      </w:r>
    </w:p>
    <w:p>
      <w:pPr>
        <w:jc w:val="right"/>
      </w:pPr>
      <w:r>
        <w:t>میں جو چیز ہو، تو لوگ اس کو سمجھ لیتے ہیں۔ مقدس سرمن، مذہبی سرمن۔ جب اکیڈمک زبان میں ہو تو سمجھیں کہ ہاں، یہ وزڈم ہے، اس کو غور کرتے ہیں۔ تو یہ بات چونکہ اکیڈمک لینگویج میں نہیں تھی، تو لوگوں نے اس کو سمجھا نہیں کہ اس میں وزڈم ہے۔ وزڈم کیا ہے؟ رسول اللہ صلی اللہ علیہ وسلم کے بعد جو صورتحال پیدا ہوئی،</w:t>
      </w:r>
    </w:p>
    <w:p>
      <w:r>
        <w:rPr>
          <w:b/>
        </w:rPr>
        <w:t xml:space="preserve">[06:47] </w:t>
      </w:r>
      <w:r>
        <w:t>ikhtilafat paida hue, jaise ke aap log jante hain. is waqt kya karna hai, is ke liye rasool allah sallallahu alaihi wasallam ne hidayat di. to yeh symbolic language mein hai. is liye ke aap dekhiye, aap kitabon mein pata kijiye, koi ek sahabi aap ko nahi milega jo sach much jis ne aisa kiya ho ke oont bakri le kar ke chala jaye jangl mein, pahar</w:t>
      </w:r>
    </w:p>
    <w:p>
      <w:pPr>
        <w:jc w:val="right"/>
      </w:pPr>
      <w:r>
        <w:t>اختلافات پیدا ہوئے، جیسے کہ آپ لوگ جانتے ہیں۔ اس وقت کیا کرنا ہے، اس کے لیے رسول اللہ صلی اللہ علیہ وسلم نے ہدایت دی۔ تو یہ سمبولک لینگویج میں ہے۔ اس لیے کہ آپ دیکھیے، آپ کتابوں میں پتہ کیجیے، کوئی ایک صحابی آپ کو نہیں ملے گا جو سچ مچ جس نے ایسا کیا ہو کہ اونٹ بکری لے کر کے چلا جائے جنگل میں، پہاڑ</w:t>
      </w:r>
    </w:p>
    <w:p>
      <w:r>
        <w:rPr>
          <w:b/>
        </w:rPr>
        <w:t xml:space="preserve">[07:17] </w:t>
      </w:r>
      <w:r>
        <w:t>par, halanke kisi ne kiya nahi. to yeh symbolic language thi. yaani is ko agar main lafz badlun to yeh tha ke non confrontational planning. non confrontational planning. yaani jin jo tum ko nazar aa raha hai, jo log nazar aa rahe hain ke woh ikht</w:t>
      </w:r>
    </w:p>
    <w:p>
      <w:pPr>
        <w:jc w:val="right"/>
      </w:pPr>
      <w:r>
        <w:t>پر، حالانکہ کسی نے کیا نہیں۔ تو یہ سمبولک لینگویج تھی۔ یعنی اس کو اگر میں لفظ بدلوں تو یہ تھا کہ نان کنفرنٹیشنل پلاننگ۔ نان کنفرنٹیشنل پلاننگ۔ یعنی جن جو تم کو نظر آ رہا ہے، جو لوگ نظر آ رہے ہیں کہ وہ اخت</w:t>
      </w:r>
    </w:p>
    <w:p>
      <w:r>
        <w:rPr>
          <w:b/>
        </w:rPr>
        <w:t xml:space="preserve">[07:47] </w:t>
      </w:r>
      <w:r>
        <w:t>laf kar rahe hain ya koi takrao kar rahe hain, un se lado mat. lade baghair apne apne kaam ki planning karo. non confrontational planning. yahi sabr hai. sabr bhi kya hai? sabr hai non confrontational planning. quran mein hai ke rasool allah sallallahu alaihi wasallam ke shuru zaman</w:t>
      </w:r>
    </w:p>
    <w:p>
      <w:pPr>
        <w:jc w:val="right"/>
      </w:pPr>
      <w:r>
        <w:t>لاف کر رہے ہیں یا کوئی ٹکراؤ کر رہے ہیں، ان سے لڑو مت۔ لڑے بغیر اپنے اپنے کام کی پلاننگ کرو۔ نان کنفرنٹیشنل پلاننگ۔ یہی صبر ہے۔ صبر بھی کیا ہے؟ صبر ہے نان کنفرنٹیشنل پلاننگ۔ قرآن میں ہے کہ رسول اللہ صلی اللہ علیہ وسلم کے شروع زمان</w:t>
      </w:r>
    </w:p>
    <w:p>
      <w:r>
        <w:rPr>
          <w:b/>
        </w:rPr>
        <w:t xml:space="preserve">[08:17] </w:t>
      </w:r>
      <w:r>
        <w:t>e mein yeh ayat utri thi: wadh'uril fajra. gandagi ko chhod do. is ka matlab kya hai? confrontation ko chhod do. is par ghor karte hue mujhe samajh mein aaya ke rasool allah sallallahu alaihi wasallam ki sunnat ka yahi sab se bara wisdom hai, jis ko logon ne daryaft hi nahi kiya. aise bohat se log hain jinhone rasool allah sallallahu alaihi wasallam ko tareekh ka ek bohat hi kamyab insan bataya, musalmanon mein bhi, non</w:t>
      </w:r>
    </w:p>
    <w:p>
      <w:pPr>
        <w:jc w:val="right"/>
      </w:pPr>
      <w:r>
        <w:t>ے میں یہ آیت اتری تھی: وَازُرِّ الْفَجْرَ گندگی کو چھوڑ دو۔ اس کا مطلب کیا ہے؟ کنفرنٹیشن کو چھوڑ دو۔ اس پر غور کرتے ہوئے مجھے سمجھ میں آیا کہ رسول اللہ صلی اللہ علیہ وسلم کی سنت کا یہی سب سے بڑا وزڈم ہے، جس کو لوگوں نے دریافت ہی نہیں کیا۔ ایسے بہت سے لوگ ہیں جنہوں نے رسول اللہ صلی اللہ علیہ وسلم کو تاریخ کا ایک بہت ہی کامیاب انسان بتایا، مسلمانوں میں بھی، نان</w:t>
      </w:r>
    </w:p>
    <w:p>
      <w:r>
        <w:rPr>
          <w:b/>
        </w:rPr>
        <w:t xml:space="preserve">[08:47] </w:t>
      </w:r>
      <w:r>
        <w:t>muslim mein bhi. aise bohat se log hain. isi mein se ek misaal woh hai jis ne kitab doctor michael hart ki, jinhone kitab likhi "the hundred", ke poori history ke 180 varsh, super 80 varsh ki list banayi. us ne is list mein number ek rakha us ne muhammad bin abdullah ko, rasool allah sallallahu alaihi wasallam ko. lekin doctor michael hart yeh bata nahi paya ke</w:t>
      </w:r>
    </w:p>
    <w:p>
      <w:pPr>
        <w:jc w:val="right"/>
      </w:pPr>
      <w:r>
        <w:t>مسلم میں بھی۔ ایسے بہت سے لوگ ہیں۔ اسی میں سے ایک مثال وہ ہے جس نے کتاب ڈاکٹر مائیکل ہارٹ کی، جنہوں نے کتاب لکھی ہے "دا ہنڈرڈ"، کہ پوری ہسٹری کے 180 ورص، سپر 80 ورص کی لسٹ بنائی۔ اس نے اس لسٹ میں نمبر ایک رکھا اس نے محمد بن عبداللہ کو، رسول اللہ صلی اللہ علیہ وسلم کو۔ لیکن ڈاکٹر مائیک ہارٹ یہ بتا نہیں پایا کہ</w:t>
      </w:r>
    </w:p>
    <w:p>
      <w:r>
        <w:rPr>
          <w:b/>
        </w:rPr>
        <w:t xml:space="preserve">[09:17] </w:t>
      </w:r>
      <w:r>
        <w:t>what was the secret of super achievement. to maine bohat zyada socha, bohat zyada socha, aakhir kar mujhe samajh mein aaya ke woh wisdom thi non confrontational planning. aap ki poori seerat jo hai, poori zindagi makkah se le kar madinah tak, aap ki kul peghamabar wali zindagi kul aap ki 23 saal hai, 2</w:t>
      </w:r>
    </w:p>
    <w:p>
      <w:pPr>
        <w:jc w:val="right"/>
      </w:pPr>
      <w:r>
        <w:t>واٹ واز دا سیکرٹ اف سپر اچیومنٹ۔ تو میں نے بہت زیادہ سوچا، بہت زیادہ سوچا، آخر کار مجھے سمجھ میں آیا کہ وہ وزڈم تھی نان کنفرنٹیشنل پلاننگ۔ آپ کی پوری سیرت جو ہے، پوری زندگی مکہ سے لے کر مدینے تک، آپ کی کل پیغمبر والی زندگی کل آپ کی 23 سال ہے، 2</w:t>
      </w:r>
    </w:p>
    <w:p>
      <w:r>
        <w:rPr>
          <w:b/>
        </w:rPr>
        <w:t xml:space="preserve">[09:47] </w:t>
      </w:r>
      <w:r>
        <w:t>3 years. Is 23 saal ke douran aap ne hamesha isi usool par apna kaam kiya. Non confrontational planning. To is maani ke kamyabi ka bara raaz yeh hai, Rasool Allah Sal Allah Alaihi Wasallam tareekh ke sab se ziyada kamyab insaan thay. Kaise thay? Aap ne is wisdom ko follow kiya. Is liye ke dekhiye, Allah</w:t>
      </w:r>
    </w:p>
    <w:p>
      <w:pPr>
        <w:jc w:val="right"/>
      </w:pPr>
      <w:r>
        <w:t>3 ایئرز۔ اس 23 سال کے دوران آپ نے ہمیشہ اسی اصول پر اپنا کام کیا۔ نان کنفرنٹیشنل پلاننگ۔ تو اس معنی کہ کامیابی کا بڑا راز یہ ہے، رسول اللہ صلی اللہ علیہ وسلم تاریخ کے سب سے زیادہ کامیاب انسان تھے۔ کیسے تھے؟ آپ نے اس وزڈم کو فالو کیا۔ اس لیے کہ دیکھیے، اللہ</w:t>
      </w:r>
    </w:p>
    <w:p>
      <w:r>
        <w:rPr>
          <w:b/>
        </w:rPr>
        <w:t xml:space="preserve">[10:18] </w:t>
      </w:r>
      <w:r>
        <w:t>ne banaya hai duniya, to hum hi akele nahi hain duniya mein. Doosre log hain, aur har ek azaad hai. Allah Ta'ala ne sab ko azadi de di. Total freedom, total freedom. To zahir hai ke aadmi apni azadi ko istemal karega. To agar aap chahte hain ke aap ko, aap ka ek mission hai, aap chahte hain is ko chalana, to aap ko lag</w:t>
      </w:r>
    </w:p>
    <w:p>
      <w:pPr>
        <w:jc w:val="right"/>
      </w:pPr>
      <w:r>
        <w:t>نے بنایا ہے دنیا، تو ہم ہی اکیلے نہیں ہیں دنیا میں۔ دوسرے لوگ ہیں، اور ہر ایک آزاد ہے۔ اللہ تعالیٰ نے سب کو آزادی دے دی۔ ٹوٹل فریڈم، ٹوٹل فریڈم۔ تو ظاہر ہے کہ آدمی اپنی آزادی کو استعمال کرے گا۔ تو اگر آپ چاہیں کہ آپ کو، آپ کا ایک مشن ہے، آپ چاہتے ہیں اس کو چلانا، تو آپ کو لگ</w:t>
      </w:r>
    </w:p>
    <w:p>
      <w:r>
        <w:rPr>
          <w:b/>
        </w:rPr>
        <w:t xml:space="preserve">[10:48] </w:t>
      </w:r>
      <w:r>
        <w:t>e ga ke falan aadmi rukawat hai, falan aadmi rukawat hai. To pehla zehan aap ka yeh aayega ke aap is se takrao karein, ise kill karein, is ko khatam karein. Yani jo hurdle, jo aap ko hurdle dikhai padegi, hurdle, hurdle ko khatam karna. Yeh poori history mein yahi kiya hai logon ne. Poori history mein hurdle ko khatam karna, yeh paighambar ka tareeqa nahi tha. Yeh pa</w:t>
      </w:r>
    </w:p>
    <w:p>
      <w:pPr>
        <w:jc w:val="right"/>
      </w:pPr>
      <w:r>
        <w:t>ے گا کہ فلاں آدمی رکاوٹ ہے، فلاں آدمی رکاوٹ ہے۔ تو پہلا ذہن آپ کا یہ آئے گا کہ آپ اس سے ٹکراؤ کریں، اسے کل کریں، اس کو ختم کریں۔ یعنی جو ہرڈل، جو آپ کو ہرڈل دکھائی پڑے گی، ہرڈل، ہرڈل کو ختم کرنا۔ یہ پوری ہسٹری میں یہی کیا ہے لوگوں نے۔ پوری ہسٹری میں ہرڈل کو ختم کرنا، یہ پیغمبر کا طریقہ نہیں تھا۔ یہ پی</w:t>
      </w:r>
    </w:p>
    <w:p>
      <w:r>
        <w:rPr>
          <w:b/>
        </w:rPr>
        <w:t xml:space="preserve">[11:18] </w:t>
      </w:r>
      <w:r>
        <w:t>ighambar ka tareeqa tha. Aap ne ek super wisdom ko follow kiya. Woh super wisdom thi non confrontational planning. Aap dekhiye, poori tareekh Rasool Allah Sal Allah Alaihi Wasallam ki zindagi padhiye aap. Har baar aap ne yahi kiya. Shuru kiya aap ne apna mission Makka mein, to aap khamoshi se kiya. Ailaan</w:t>
      </w:r>
    </w:p>
    <w:p>
      <w:pPr>
        <w:jc w:val="right"/>
      </w:pPr>
      <w:r>
        <w:t>غمبر کا طریقہ تھا۔ آپ نے ایک سپر وزڈم کو فالو کیا۔ وہ سپر وزڈم تھی نان کنفرنٹیشنل پلاننگ۔ آپ دیکھیے، پوری تاریخ رسول اللہ صلی اللہ علیہ وسلم کی زندگی پڑھیے آپ۔ ہر بار آپ نے یہی کیا۔ شروع کیا آپ نے اپنا مشن مکہ میں، تو آپ خاموشی سے کیا۔ اع</w:t>
      </w:r>
    </w:p>
    <w:p>
      <w:r>
        <w:rPr>
          <w:b/>
        </w:rPr>
        <w:t xml:space="preserve">[11:48] </w:t>
      </w:r>
      <w:r>
        <w:t>nahi kiya aap ne. Ailaan baad mein kiya. Wahan Kaba but thay, to but ko avoid kar ke aap ne planning ki. Hijrat bhi yahi hai ke takrao na kar ke chale gaye Madina. Jitne waqiyat hain Rasool Allah Sal Allah Alaihi Wasallam ke, woh ghazwaat ke waqiyat nahi hain. Ghazwaat ke waqiyat nahi hain woh. Woh waqiyat hain non confrontational planning.</w:t>
      </w:r>
    </w:p>
    <w:p>
      <w:pPr>
        <w:jc w:val="right"/>
      </w:pPr>
      <w:r>
        <w:t>لان نہیں کیا آپ نے۔ اعلان بعد میں کیا۔ وہاں کعبہ بت تھے، تو بت کو اوارڈ کر کے آپ نے پلاننگ کی۔ ہجرت بھی یہی ہے کہ ٹکراؤ نہ کر کے چلے گئے مدینہ۔ جتنے واقعات ہیں رسول اللہ صلی اللہ علیہ وسلم کے، وہ غزوات کے واقعات نہیں ہیں۔ غزوات کے واقعات نہیں ہیں وہ۔ وہ واقعات ہیں نان کنفرنٹیشنل پلاننگ۔</w:t>
      </w:r>
    </w:p>
    <w:p>
      <w:r>
        <w:rPr>
          <w:b/>
        </w:rPr>
        <w:t xml:space="preserve">[12:19] </w:t>
      </w:r>
      <w:r>
        <w:t>Yahi aap ki kamyabi ka raaz hai. Bahut se zamane mein Musalmanon ko jo kamyabi nahi ho rahi hai, is ki wajah yahi hai. Woh hurdles se takrate hain. Jaise aap dekhiye, Misr mein Ikhwan ul Musalmoon bani, aur saare Arab mein phail gayi. Poore Muslim duniya ki sab se bari jamaat batayi jati hai, lekin kamyabi kuch nahi. Ikhwan ul Musalmoon ka</w:t>
      </w:r>
    </w:p>
    <w:p>
      <w:pPr>
        <w:jc w:val="right"/>
      </w:pPr>
      <w:r>
        <w:t>یہی آپ کی کامیابی کا راز ہے۔ بہت سے زمانے میں مسلمانوں کو جو کامیابی نہیں ہو رہی ہے، اس کی وجہ یہی ہے۔ وہ ہرڈلز سے ٹکراتے ہیں۔ جیسے آپ دیکھیے، مصر میں الخوان المسنون بنی، اور سارے عرب میں پھیل گئی۔ پورے مسلم دنیا کی سب سے بڑی جماعت بتائی جاتی ہے، لیکن کامیابی کچھ نہیں۔ الخوان المسنون کا</w:t>
      </w:r>
    </w:p>
    <w:p>
      <w:r>
        <w:rPr>
          <w:b/>
        </w:rPr>
        <w:t xml:space="preserve">[12:49] </w:t>
      </w:r>
      <w:r>
        <w:t>masbat kar nama kuch bhi nahi. Kyun? Woh hurdle se takrate rahe. Pehle Shah Farooq se takraye, phir King Abdullah se takraye, Anwar Sadat se takraye. Ab jo hai President regime jo hai, is se takra rahe hain. Un ka, un ka jo method tha, un ka jo planning thi, woh hurdle based thi, confrontation ki thi. Jo regime</w:t>
      </w:r>
    </w:p>
    <w:p>
      <w:pPr>
        <w:jc w:val="right"/>
      </w:pPr>
      <w:r>
        <w:t>مثبت کارنامہ کچھ بھی نہیں۔ کیوں؟ وہ ہرڈل سے ٹکراتے رہے۔ پہلے شاہ فاروق سے ٹکرائے، پھر جواب عبداللہ سے ٹکرائے، انور شاہ سے ٹکرائے۔ اب جو ہے پریزیڈنٹ ریجیم جو ہے، اس سے ٹکرا رہے ہیں۔ ان کا، ان کا جو میتھڈ تھا، ان کا جو پلاننگ تھی، وہ ہرڈل بیسڈ تھی، کنفرنٹیشن کی تھی۔ جو ریجیم</w:t>
      </w:r>
    </w:p>
    <w:p>
      <w:r>
        <w:rPr>
          <w:b/>
        </w:rPr>
        <w:t xml:space="preserve">[13:19] </w:t>
      </w:r>
      <w:r>
        <w:t>hai, jo log ab yani control mein hain, jo government chala rahe hain, un ko takra ke hatao, un ko takra ke hatao. Yahi Pakistan mein Maulana Maududi ne kiya. Takrate rahe, takrate rahe, takrate rahe. Yeh bilkul Rasool Allah Sal Allah Alaihi Wasallam ki sunnat ke khilaf tha. Isi liye kuch achieve nahi kar sake log. Kuch bhi nahi. Na Syed Qutb ko kuch mila, na Maulana Maududi ko kuch mila, na Khwaja Muslim ko kuch mila, na Sahib ko kuch mila.</w:t>
      </w:r>
    </w:p>
    <w:p>
      <w:pPr>
        <w:jc w:val="right"/>
      </w:pPr>
      <w:r>
        <w:t>ہے، جو لوگ اب یعنی کنٹرول میں ہیں، جو گورنمنٹ چلا رہے ہیں، ان کو ٹکرا کے ہٹاؤ، ان کو ٹکرا کے ہٹاؤ۔ یہی پاکستان میں مولانا مودودی نے کیا۔ ٹکراتے رہے، ٹکراتے رہے، ٹکراتے رہے۔ یہ بالکل رسول اللہ صلی اللہ علیہ وسلم کی سنت کے خلاف تھا۔ اسی لیے کچھ اچیو نہیں کر سکے لوگ۔ کچھ بھی نہیں۔ نہ سید قطب کو کچھ ملا، نہ مولانا مودودی کو کچھ ملا، نہ خواجہ مسلم کو کچھ ملا، نہ صاحب کو کچھ ملا۔</w:t>
      </w:r>
    </w:p>
    <w:p>
      <w:r>
        <w:rPr>
          <w:b/>
        </w:rPr>
        <w:t xml:space="preserve">[13:51] </w:t>
      </w:r>
      <w:r>
        <w:t>Kyunke unhon ne follow nahi kiya Rasool Allah Sal Allah Alaihi Wasallam ki wisdom ko. Yeh hai non confrontational planning. To Allah Ta'ala ne dekha ke ummat e muslema ke log isi tarah kar rahe hain doosron ki. Yani doosre log yahi karte hain, hurdle se takrana. Saari tareekh mein log yahi karte rahe, hurdle se takrana.</w:t>
      </w:r>
    </w:p>
    <w:p>
      <w:pPr>
        <w:jc w:val="right"/>
      </w:pPr>
      <w:r>
        <w:t>کیونکہ انہوں نے فالو نہیں کیا رسول اللہ صلی اللہ علیہ وسلم کی وزڈم کو۔ یہ ہے نان کنفرنٹیشنل پلاننگ۔ تو اللہ تعالیٰ نے دیکھا کہ امت مسلمہ کے لوگ اسی مداحات کر رہے ہیں دوسروں کی۔ یعنی دوسرے لوگ یہی کرتے ہیں، ہرڈل سے ٹکرانا۔ ساری تاریخ میں لوگ یہی کرتے رہے، ہرڈل سے ٹکرانا۔</w:t>
      </w:r>
    </w:p>
    <w:p>
      <w:r>
        <w:rPr>
          <w:b/>
        </w:rPr>
        <w:t xml:space="preserve">[14:24] </w:t>
      </w:r>
      <w:r>
        <w:t>To Allah Ta'ala ka ek tareeqa bohat khaas hai. Woh hai compulsion create kar ke misaal qaim karna. Compulsion create kar ke misaal qaim karna. To Allah Ta'ala ne paighambar bheje, Quran utara, saari baatein apni kitab mein likh dein, Hadees mein likh dein. Lekin phir bhi insaan nahi jab pakad pata</w:t>
      </w:r>
    </w:p>
    <w:p>
      <w:pPr>
        <w:jc w:val="right"/>
      </w:pPr>
      <w:r>
        <w:t>تو اللہ تعالیٰ کا ایک طریقہ بہت خاص ہے۔ وہ ہے کمپلشن کریٹ کر کے مثال قائم کرنا۔ کمپلشن کریٹ کر کے مثال قائم کرنا۔ تو اللہ تعالیٰ نے پیغمبر بھیجے، قرآن اتارا، ساری باتیں اپنی کتاب میں لکھ دیں، حدیث میں لکھ دیں۔ لیکن پھر بھی انسان نہیں جب پکڑ پاتا</w:t>
      </w:r>
    </w:p>
    <w:p>
      <w:r>
        <w:rPr>
          <w:b/>
        </w:rPr>
        <w:t xml:space="preserve">[14:55] </w:t>
      </w:r>
      <w:r>
        <w:t>to Allah Ta'ala ka tareeqa hai compulsion create kar ke misalein qaim karna. To pehla bohat hi numayan compulsion jo tha, bohat numayan compulsion woh tha Crusades ka. Crusades jo hui thi, taqreeban 200 saal tak Europe ka jo Christian, jis ko kehte hain Christendom, Europe ki Christian hukumat hai,</w:t>
      </w:r>
    </w:p>
    <w:p>
      <w:pPr>
        <w:jc w:val="right"/>
      </w:pPr>
      <w:r>
        <w:t>تو اللہ تعالیٰ کا طریقہ ہے کمپلشن کریٹ کر کے مثالیں قائم کرنا۔ تو پہلا بہت ہی نمایاں کمپلشن جو تھا، بہت نمایاں کمپلشن وہ تھا کروسیڈز کا۔ کروسیڈز جو ہوئی تھی، تقریباً 200 سال تک یورپ کا جو کرسچن، جس کو کہتے ہیں کرسچنڈم، یورپ کی کرسچن حکومت ہے،</w:t>
      </w:r>
    </w:p>
    <w:p>
      <w:r>
        <w:rPr>
          <w:b/>
        </w:rPr>
        <w:t xml:space="preserve">[15:26] </w:t>
      </w:r>
      <w:r>
        <w:t>mutahid ho kar unhon ne hamla kiya. Un ka, un ka nishana kya tha? Jerusalem par qabza karna. Jerusalem un ka muqaddas shehar tha. Hazrat Masih wahan paida hue. To Jerusalem par qabza karne ke liye poora Europe toot pada. Aur 200 saal tak ladta raha. Lekin morkheen, Gibbon ne likha hai, morkheen Gib</w:t>
      </w:r>
    </w:p>
    <w:p>
      <w:pPr>
        <w:jc w:val="right"/>
      </w:pPr>
      <w:r>
        <w:t>متحد ہو کر انہوں نے حملہ کیا۔ ان کا، ان کا نشانہ کیا تھا؟ یروشلم پر قبضہ کرنا۔ یروشلم ان کا مقدس شہر تھا۔ حضرت مسیح وہاں پیدا ہوئے۔ تو یروشلم پر قبضہ کرنے کے لیے پورا یورپ ٹوٹ پڑا۔ اور 200 سال تک لڑتا رہا۔ لیکن مورخین، گیور نے لکھا ہے، مورخین گی</w:t>
      </w:r>
    </w:p>
    <w:p>
      <w:r>
        <w:rPr>
          <w:b/>
        </w:rPr>
        <w:t xml:space="preserve">[15:56] </w:t>
      </w:r>
      <w:r>
        <w:t>bon ne ke in logon ko humiliating defeat hui, zillat aamez shikast. Utter failure. Is ke baad kya hua? Is ke baad kya hua ke un ke paas kuch raha nahi mazeed ladne ke liye.</w:t>
      </w:r>
    </w:p>
    <w:p>
      <w:pPr>
        <w:jc w:val="right"/>
      </w:pPr>
      <w:r>
        <w:t>ور نے کہ ان لوگوں کو ہیومیلیٹنگ ڈیفیٹ ہوئی، ذلت آمیز شکست۔ اٹل فیلیر۔ اس کے بعد کیا ہوا؟ اس کے بعد کیا ہوا کہ ان کے پاس کچھ رہا نہیں مزید لڑنے کے لیے۔</w:t>
      </w:r>
    </w:p>
    <w:p>
      <w:r>
        <w:rPr>
          <w:b/>
        </w:rPr>
        <w:t xml:space="preserve">[16:27] </w:t>
      </w:r>
      <w:r>
        <w:t>Mazeed ladne ke liye mazeed apna ladai jo hai jaari rakhne ke liye kuch kaha hi nahi, kuch tha hi nahi. Kya karte? That was compulsion. Under compulsion unhon ne kya kiya? Apna line of action badla. Under compulsion yani war se peace ki taraf aaye. Under compulsion. To taqreeban 200 saal ke baad</w:t>
      </w:r>
    </w:p>
    <w:p>
      <w:pPr>
        <w:jc w:val="right"/>
      </w:pPr>
      <w:r>
        <w:t>مزید لڑنے کے لیے مزید اپنا لڑائی جو ہے جاری رکھنے کے لیے کچھ کہا ہی نہیں، کچھ تھا ہی نہیں۔ کیا کرتے؟ دیٹ واز کمپلشن۔ انڈر کمپلشن انہوں نے کیا کیا؟ اپنا لائن اف ایکشن بدلا۔ انڈر کمپلشن یعنی وار سے پیس کی طرف آئے۔ انڈر کمپلشن۔ تو تقریباً 200 سال کے بعد</w:t>
      </w:r>
    </w:p>
    <w:p>
      <w:r>
        <w:rPr>
          <w:b/>
        </w:rPr>
        <w:t xml:space="preserve">[16:58] </w:t>
      </w:r>
      <w:r>
        <w:t>200 saal ka jo development tha, Crusades ke baad, is mein Renaissance hui. Renaissance ke baad dobara 200 saal aur lage to modern civilization wajood mein aayi. Science wajood mein aayi. Is ke baad woh Europe, Christian Europe, jo 200 saal ki ladai ke bawajood Jerusalem par qabza na kar saka tha,</w:t>
      </w:r>
    </w:p>
    <w:p>
      <w:pPr>
        <w:jc w:val="right"/>
      </w:pPr>
      <w:r>
        <w:t>، 200 سال کا جو ڈیولپمنٹ تھا، کروسیڈز کے بعد، اس میں رینسا ہوئی۔ رینسا کے بعد دوبارہ 200 سال اور لگے تو ماڈرن سولائزیشن وجود میں آئی۔ سائنس وجود میں آئی۔ اس کے بعد وہ یورپ، کرسچن یورپ، جو 200 سال کی لڑائی کے باوجود یروشلم پر قبضہ نہ کر سکا تھا،</w:t>
      </w:r>
    </w:p>
    <w:p>
      <w:r>
        <w:rPr>
          <w:b/>
        </w:rPr>
        <w:t xml:space="preserve">[17:28] </w:t>
      </w:r>
      <w:r>
        <w:t>woh scientific inqilab ke baad, industrial inqilab ke baad, poore duniya mein un ka dabdaba qaim ho gaya. Aaj bhi dabdaba qaim hai. Yani ek ek Jerusalem ke liye itni bari ladai ladi unhon ne, Crusades ki. Mila kuch nahi. Lekin Allah Ta'ala ne compulsion create kiya. Un ki, un ki haar jo thi woh compulsion thi. Divert kiya un ki koshishon ko.</w:t>
      </w:r>
    </w:p>
    <w:p>
      <w:pPr>
        <w:jc w:val="right"/>
      </w:pPr>
      <w:r>
        <w:t>وہ سائنسی انقلاب کے بعد، انڈسٹریل انقلاب کے بعد، پورے دنیا میں ان کا دبدبہ قائم ہو گیا۔ آج بھی دبدبہ قائم ہے۔ یعنی ایک ایک یروشلم کے لیے اتنی بڑی لڑائی لڑی انہوں نے، کروسیڈز کی۔ ملا کچھ نہیں۔ لیکن اللہ تعالیٰ نے کمپلشن کریٹ کیا۔ ان کی، ان کی ہار جو تھی وہ کمپلشن تھا۔ ڈائیورٹ کیا ان کی کوششوں کو۔</w:t>
      </w:r>
    </w:p>
    <w:p>
      <w:r>
        <w:rPr>
          <w:b/>
        </w:rPr>
        <w:t xml:space="preserve">[18:00] </w:t>
      </w:r>
      <w:r>
        <w:t>To phir un ke andar Renaissance aaya, phir scientific revolution aaya, phir industrial revolution aaya. Yahan tak ke woh ek duniya mein, poori duniya mein chha gaye. Woh apni science, apni technology ke zariye. Yeh tha ke compulsion create kar ke Allah Ta'ala ne yeh misaal qaim ki ke ladai ki confrontation se kuch nahi milega.</w:t>
      </w:r>
    </w:p>
    <w:p>
      <w:pPr>
        <w:jc w:val="right"/>
      </w:pPr>
      <w:r>
        <w:t>تو پھر ان کے اندر رینسا آیا، پھر سائنٹیفک ریولوشن آیا، پھر انڈسٹریل ریولوشن آیا۔ یہاں تک کہ وہ ایک دنیا میں، پوری دنیا میں چھا گئے۔ وہ اپنی سائنس، اپنی ٹیکنالوجی کے ذریعے۔ یہ تھا کہ کمپلشن کریٹ کر کے اللہ تعالیٰ نے یہ مثال قائم کی کہ لڑائی کی کنفرنٹیشن سے کچھ نہیں ملے گا۔</w:t>
      </w:r>
    </w:p>
    <w:p>
      <w:r>
        <w:rPr>
          <w:b/>
        </w:rPr>
        <w:t xml:space="preserve">[18:31] </w:t>
      </w:r>
      <w:r>
        <w:t>Confrontation se kuch nahi milne wala. Non confrontational planning karo. Yani ghair jazaai, ghair jazaai mansooba bandi karo. Lekin Musalman kabhi bhi is se sabaq na le sake. Doosri misaal qaim ki Allah Ta'ala ne, woh bhi under compulsion ke Japan jo hai, ubhra ek ladaka qaum ke hisse se, second world war mein.</w:t>
      </w:r>
    </w:p>
    <w:p>
      <w:pPr>
        <w:jc w:val="right"/>
      </w:pPr>
      <w:r>
        <w:t>کنفرنٹیشن سے کچھ نہیں ملنے والا۔ نان کنفرنٹیشنل پلاننگ کرو۔ یعنی غیر جزائی، غیر جزائی منصوبہ بندی کرو۔ لیکن مسلمان کبھی بھی اس سے سبق نہ لے سکے۔ دوسری مثال قائم کی اللہ تعالیٰ نے، وہ بھی انڈر کمپلشن کہ جاپان جو ہے، ابھرا ایک لڑاکا قوم کے حصے سے، سیکنڈ ورلڈ وار میں۔</w:t>
      </w:r>
    </w:p>
    <w:p>
      <w:r>
        <w:rPr>
          <w:b/>
        </w:rPr>
        <w:t xml:space="preserve">[19:02] </w:t>
      </w:r>
      <w:r>
        <w:t>Lekin yahan bhi kya hua? Total failure. Jang jab khatam hui to do atom bomb gira diye gaye Japan par. Do atom bomb shatter ho gayi is ki taqat. To Japan jo hai, utter failure ka tajurba hua. That was again a compulso</w:t>
      </w:r>
    </w:p>
    <w:p>
      <w:pPr>
        <w:jc w:val="right"/>
      </w:pPr>
      <w:r>
        <w:t>لیکن یہاں بھی کیا ہوا؟ ٹوٹل فیلیر۔ جنگ جب ختم ہوئی تو دو ایٹم بم گرا دیے گئے جاپان پر۔ دو ایٹم بم شٹر ہو گئی اس کی طاقت۔ تو جاپان جو ہے، اٹل فیلیر کا تجربہ ہوا۔ دیٹ واز اگین ا کمپلسو</w:t>
      </w:r>
    </w:p>
    <w:p>
      <w:r>
        <w:rPr>
          <w:b/>
        </w:rPr>
        <w:t xml:space="preserve">[19:33] </w:t>
      </w:r>
      <w:r>
        <w:t>example. Ek compulsion create kar ke Allah Ta'ala ne Japan ko jang se peace ki taraf lotaya. Second world war ke baad Japan mein scientific education barhi, technology barhi, industrial activities barhin. Yahan tak ke taqreeban 30 saal ke andar</w:t>
      </w:r>
    </w:p>
    <w:p>
      <w:pPr>
        <w:jc w:val="right"/>
      </w:pPr>
      <w:r>
        <w:t>ایگزمپل۔ ایک کمپلشن کریٹ کر کے اللہ تعالیٰ نے جاپان کو جنگ سے پیس کی طرف لوٹایا۔ سیکنڈ ورلڈ وار کے بعد جاپان میں سائنٹیفک ایجوکیشن بڑھی، ٹیکنالوجی بڑھی، انڈسٹریل ایکٹیویٹیز بڑھیں۔ یہاں تک کہ تقریباً 30 سال کے اندر</w:t>
      </w:r>
    </w:p>
    <w:p>
      <w:r>
        <w:rPr>
          <w:b/>
        </w:rPr>
        <w:t xml:space="preserve">[20:03] </w:t>
      </w:r>
      <w:r>
        <w:t>Japan jo hai, ek economic power ban ke ubhra. Yani jo chahta tha ladai se, us se to kuch nahi mila. Lekin peaceful activities se bohat bara darja un ko mil gaya. To Allah Ta'ala ne yeh sab kuch bata diya tha Quran mein, Hadees mein, Shiyat e Rasool mein. Lekin phir bhi Musalmanon ki aankh nahi khul rahi thi. Woh Quran ko kitab mehjoor banaye hue thay. Kitab mehjoor</w:t>
      </w:r>
    </w:p>
    <w:p>
      <w:pPr>
        <w:jc w:val="right"/>
      </w:pPr>
      <w:r>
        <w:t>جاپان جو ہے، ایک ایکانمک پاور بن کے ابھرا۔ یعنی جو چاہتا تھا لڑائی سے، اس سے تو کچھ نہیں ملا۔ لیکن پیس فل ایکٹیویٹیز سے بہت بڑا درجہ ان کو مل گیا۔ تو اللہ تعالیٰ نے یہ سب کچھ بتا دیا تھا قرآن میں، حدیث میں، شیعت رسول میں۔ لیکن پھر بھی مسلمانوں کی آنکھ نہیں کھل رہی تھی۔ وہ قرآن کو کتاب محجور بنائے ہوئے تھے۔ کتاب محجور</w:t>
      </w:r>
    </w:p>
    <w:p>
      <w:r>
        <w:rPr>
          <w:b/>
        </w:rPr>
        <w:t xml:space="preserve">[20:34] </w:t>
      </w:r>
      <w:r>
        <w:t>abandoned book. To Allah Ta'ala ne history mein bohat baray example set kiye, compulsion create kar ke. Crusades ke baad shikast khurda qaum ki itni bari kamyabi. Second world war ke baad shikast khurda Japan ki bohat bari kamyabi. Musalmanon ko yeh sabaq hai, ummat e muslema ko ke tumhari jo</w:t>
      </w:r>
    </w:p>
    <w:p>
      <w:pPr>
        <w:jc w:val="right"/>
      </w:pPr>
      <w:r>
        <w:t>، ابینڈنٹ بک۔ تو اللہ تعالیٰ نے ہسٹری میں بہت بڑے ایگزمپل سیٹ کیے، کمپلشن کریٹ کر کے۔ کروسیڈز کے بعد شکست خوردہ قوم کی اتنی بڑی کامیابی۔ سیکنڈ ورلڈ وار کے بعد شکست خوردہ جاپان کی بہت بڑی کامیابی۔ مسلمانوں کو یہ سبق ہے، امت مسلمہ کو کہ تمہاری جو</w:t>
      </w:r>
    </w:p>
    <w:p>
      <w:r>
        <w:rPr>
          <w:b/>
        </w:rPr>
        <w:t xml:space="preserve">[21:04] </w:t>
      </w:r>
      <w:r>
        <w:t>jo defeat ho rahi hai har baat par, sirf nuksan nuksan utha rahe ho, milta kuch nahi. Yeh bhi mein bataun ke 200 saal se ziyada muddat ho chuki hai ke Musalman so called jihad mein mubtala hain, ladai bhadai mein. Lekin mila kuch nahi. To yeh Musalmanon ko, yani jo Musalmanon ki jo nakami hai, woh bhi ek compulsion hai.</w:t>
      </w:r>
    </w:p>
    <w:p>
      <w:pPr>
        <w:jc w:val="right"/>
      </w:pPr>
      <w:r>
        <w:t>جو ڈیفیٹ ہو رہی ہے ہر بات پر، صرف نقصان نقصان اٹھا رہے ہو، ملتا کچھ نہیں۔ یہ بھی میں بتاؤں کہ 200 سال سے زیادہ مدت ہو چکی ہے کہ مسلمان سو کالڈ جہاد میں مبتلا ہیں، لڑائی بھڑائی میں۔ لیکن ملا کچھ نہیں۔ تو یہ مسلمانوں کو، یعنی جو مسلمانوں کی جو ناکامی ہے، وہ بھی ایک کمپلشن ہے۔</w:t>
      </w:r>
    </w:p>
    <w:p>
      <w:r>
        <w:rPr>
          <w:b/>
        </w:rPr>
        <w:t xml:space="preserve">[21:37] </w:t>
      </w:r>
      <w:r>
        <w:t>Musalmanon ki jo nakami hai har mahaz par, har mahaz par nakami. Lekin is compulsion create kar ke Allah Ta'ala ne jo sabaq dena tha, woh yeh nahi tha ke aap shikayatein karein, aap complaint culture ikhtiyar kar lein aur society mein karein. Yeh nahi tha maqsad. Yeh tha ke tum apni koshishon ka rukh badlo.</w:t>
      </w:r>
    </w:p>
    <w:p>
      <w:pPr>
        <w:jc w:val="right"/>
      </w:pPr>
      <w:r>
        <w:t>مسلمانوں کی جو ناکامی ہے ہر محاذ پر، ہر محاذ پر ناکامی۔ لیکن اس کمپلشن کریٹ کر کے اللہ تعالیٰ نے جو سبق دینا تھا، وہ یہ نہیں تھا کہ آپ شکایتیں کریں، آپ کمپلینٹ کلچر اختیار کر لیں اور سوسائٹی میں کریں۔ یہ نہیں تھا مقصد۔ یہ تھا کہ تم اپنی کوششوں کا رخ بدلو۔</w:t>
      </w:r>
    </w:p>
    <w:p>
      <w:r>
        <w:rPr>
          <w:b/>
        </w:rPr>
        <w:t xml:space="preserve">[22:07] </w:t>
      </w:r>
      <w:r>
        <w:t>Confrontational planning ke bajaye non confrontational, non confrontational planning ikhtiyar karo. Yani takrao ki policy ko chodo aur adam takrao ki policy ikhtiyar karo. Yani is haqeeqat ko Allah Ta'ala ne Quran mein, Hadees mein, Shiyat e Rasool mein likh di thi, pehle se maujood thi. Lekin Musalman</w:t>
      </w:r>
    </w:p>
    <w:p>
      <w:pPr>
        <w:jc w:val="right"/>
      </w:pPr>
      <w:r>
        <w:t>کنفرنٹیشنل پلاننگ کے بجائے نان کنفرنٹیشنل، نان کنفرنٹیشنل پلاننگ اختیار کرو۔ یعنی ٹکراؤ کی پالیسی کو چھوڑو اور عدم ٹکراؤ کی پالیسی اختیار کرو۔ یعنی اس حقیقت کو اللہ تعالیٰ نے قرآن میں، حدیث میں، شیعت رسول میں لکھ دی تھی، پہلے سے موجود تھی۔ لیکن مسلمان</w:t>
      </w:r>
    </w:p>
    <w:p>
      <w:r>
        <w:rPr>
          <w:b/>
        </w:rPr>
        <w:t xml:space="preserve">[22:38] </w:t>
      </w:r>
      <w:r>
        <w:t>is ko pakar nahi sake aur takrao, takrao, takrao ke raste par chalne lage. ab allah taala ne compulsion create kar ke pehle crusades ki misal, phir second world war ki misal paida kar ke musalmanon ko yeh sabak diya hai ke tumhari nakami ki zimmedari yeh hai ke tum ne rasool ke bataye hue tareeqe ko chhod diya.</w:t>
      </w:r>
    </w:p>
    <w:p>
      <w:pPr>
        <w:jc w:val="right"/>
      </w:pPr>
      <w:r>
        <w:t>اس کو پکڑ نہیں سکے اور ٹکراؤ، ٹکراؤ، ٹکراؤ کے راستے پر چلنے لگے۔ اب اللہ تعالیٰ نے کمپلشن کریٹ کر کے پہلے کروسیڈز کی مثال، پھر سیکنڈ ورلڈ وار کی مثال پیدا کر کے مسلمانوں کو یہ سبق دیا ہے کہ تمہاری ناکامی کی ذمہ داری یہ ہے کہ تم نے رسول کے بتائے ہوئے طریقے کو چھوڑ دیا۔</w:t>
      </w:r>
    </w:p>
    <w:p>
      <w:r>
        <w:rPr>
          <w:b/>
        </w:rPr>
        <w:t xml:space="preserve">[23:09] </w:t>
      </w:r>
      <w:r>
        <w:t>to ab tum ko kya karna hai? confrontational planning ko bilkul khatam karo aur non confrontational planning ko ikhtiyar karo. woh kya hai? sab se bada kaam hai dawat. dawat kya hai? dawat non confrontational planning ki to hai.</w:t>
      </w:r>
    </w:p>
    <w:p>
      <w:pPr>
        <w:jc w:val="right"/>
      </w:pPr>
      <w:r>
        <w:t>تو اب تم کو کیا کرنا ہے؟ کنفرنٹیشنل پلاننگ کو بالکل ختم کرو اور نان کنفرنٹیشنل پلاننگ کو اختیار کرو۔ وہ کیا ہے؟ سب سے بڑا کام ہے دعوت۔ دعوت کیا ہے؟ دعوت نان کنفرنٹیشنل پلاننگ کی تو ہے۔</w:t>
      </w:r>
    </w:p>
    <w:p>
      <w:r>
        <w:rPr>
          <w:b/>
        </w:rPr>
        <w:t xml:space="preserve">[23:39] </w:t>
      </w:r>
      <w:r>
        <w:t>ab dekhiye, sari duniya mein aik aik sawal logon ke sar par ghoom raha hai. sari duniya aik sawal se mubtala hai. kyunke sari taraqqiyon ke bawajood un ko un ke peaceful mind nahi mila. yani un ke dil ko itminan nahi mila. phir bhi un ka jo shakhsiyat hai, un ki jo</w:t>
      </w:r>
    </w:p>
    <w:p>
      <w:pPr>
        <w:jc w:val="right"/>
      </w:pPr>
      <w:r>
        <w:t>اب دیکھیے، ساری دنیا میں ایک ایک سوال لوگوں کے سروں پر گھوم رہا ہے۔ ساری دنیا ایک سوال سے مبتلا ہے۔ کیونکہ ساری ترقیوں کے باوجود ان کو ان کے پیس فل مائنڈ نہیں ملا۔ یعنی ان کے دل کو اطمینان نہیں ملا۔ پھر بھی ان کا جو شخصیت ہے، ان کی جو</w:t>
      </w:r>
    </w:p>
    <w:p>
      <w:r>
        <w:rPr>
          <w:b/>
        </w:rPr>
        <w:t xml:space="preserve">[24:09] </w:t>
      </w:r>
      <w:r>
        <w:t>andar ki jo andar ki jo maang hai, woh poori nahi hui. phir bhi tension hai. jahan dekhiye, tension hai, stress hai. to duniya bhar mein aik sawal hai ke what is the alternative? yani duniya ne taraqqiyan kin, technology mein, industry mein, civilization mein, har aitbar se, madi aitbar</w:t>
      </w:r>
    </w:p>
    <w:p>
      <w:pPr>
        <w:jc w:val="right"/>
      </w:pPr>
      <w:r>
        <w:t>اندر کی جو اندر کی جو مانگ ہے، وہ پوری نہیں ہوئی۔ پھر بھی ٹینشن ہے۔ جہاں دیکھیے، ٹینشن ہے، اسٹریس ہے۔ تو دنیا بھر میں ایک سوال ہے کہ واٹ از دا الٹرنیٹیو؟ یعنی دنیا نے ترقیاں کیں، ٹیکنالوجی میں، انڈسٹری میں، سولائزیشن میں، ہر اعتبار سے، مادی اعتبار</w:t>
      </w:r>
    </w:p>
    <w:p>
      <w:r>
        <w:rPr>
          <w:b/>
        </w:rPr>
        <w:t xml:space="preserve">[24:39] </w:t>
      </w:r>
      <w:r>
        <w:t>se taraqqiyan kin, khoob khoob taraqqiyan, shandar shehar banaye. to madi aitbar se taraqqiyon ka ka koti bilal kha kar diya unhone. taraqqiyon ka tajbil kha kar diya unhone. lekin andar se un ki rooh phir bhi ghair mutmain rahi. andar se. to sari duniya ke</w:t>
      </w:r>
    </w:p>
    <w:p>
      <w:pPr>
        <w:jc w:val="right"/>
      </w:pPr>
      <w:r>
        <w:t>سے ترقیاں کیں، خوب خوب ترقیاں، شاندار شہر بنائے۔ تو مادی اعتبار سے ترقیوں کا کا کوتی بلال کھا کر دیا انہوں نے۔ ترقیوں کا تاجبل کھا کر دیا انہوں نے۔ لیکن اندر سے ان کی روح پھر بھی غیر مطمئن رہی۔ اندر سے۔ تو ساری دنیا کے</w:t>
      </w:r>
    </w:p>
    <w:p>
      <w:r>
        <w:rPr>
          <w:b/>
        </w:rPr>
        <w:t xml:space="preserve">[25:09] </w:t>
      </w:r>
      <w:r>
        <w:t>samne aik sawal hai ke what is the alternative? madi taraqqiyon se hamein nahi mila hamari rooh ko sukoon. to what is the alternative? yeh sawal sab ke upar, sab ke dimaghon mein chhaya hua hai. madi taraqqiyon mein hum ne bohat ziyada taraqqiyan kin. bohat oonchi oonchi building</w:t>
      </w:r>
    </w:p>
    <w:p>
      <w:pPr>
        <w:jc w:val="right"/>
      </w:pPr>
      <w:r>
        <w:t>سامنے ایک سوال ہے کہ واٹ از دا الٹرنیٹیو؟ مادی ترقیوں سے ہمیں نہیں ملا ہماری روح کو سکون۔ تو واٹ از دا الٹرنیٹیو؟ یہ سوال سب کے اوپر، سب کے دماغوں میں چھایا ہوا ہے۔ مادی ترقیوں میں ہم نے بہت زیادہ ترقیاں کیں۔ بہت اونچی اونچی بلڈنگ</w:t>
      </w:r>
    </w:p>
    <w:p>
      <w:r>
        <w:rPr>
          <w:b/>
        </w:rPr>
        <w:t xml:space="preserve">[25:39] </w:t>
      </w:r>
      <w:r>
        <w:t>ein qaim banayein. bade bade shehar banayein. bade bade industry lagayein. science mein taraqqi kin. yani itni taraqqiyan jo is se pehle tareekh mein kabhi insan ko hasil nahi hui thin. lekin is ke bawajood kya wajah hai ke har taraf unrest hai, unrest, ten</w:t>
      </w:r>
    </w:p>
    <w:p>
      <w:pPr>
        <w:jc w:val="right"/>
      </w:pPr>
      <w:r>
        <w:t>یں قائم بنائیں۔ بڑے بڑے شہر بنائے۔ بڑے بڑے انڈسٹری لگائی۔ سائنس میں ترقی کی۔ یعنی اتنی ترقیاں جو اس سے پہلے تاریخ میں کبھی انسان کو حاصل نہیں ہوئی تھیں۔ لیکن اس کے باوجود کیا وجہ ہے کہ ہر طرف انرسٹ ہے، انرسٹ، ٹین</w:t>
      </w:r>
    </w:p>
    <w:p>
      <w:r>
        <w:rPr>
          <w:b/>
        </w:rPr>
        <w:t xml:space="preserve">[26:09] </w:t>
      </w:r>
      <w:r>
        <w:t>sion, stress. to sari duniya ke samne yeh sawal hai ke what is the alternative? yeh hai musalmanon ko allah taala ki taraf se message ke chodo ladai ko, chodo so called jihad ko. tum duniya ko alternative do. sab se bada alternative kya hai? quran ko phailao. yani musalmanon ke paas atom bomb se zyada badi cheez hai.</w:t>
      </w:r>
    </w:p>
    <w:p>
      <w:pPr>
        <w:jc w:val="right"/>
      </w:pPr>
      <w:r>
        <w:t>شن، اسٹریس۔ تو ساری دنیا کے سامنے یہ سوال ہے کہ واٹ از دا الٹرنیٹیو؟ یہ ہے مسلمانوں کو اللہ تعالیٰ کی طرف سے میسج کہ چھوڑو لڑائی کو، چھوڑو سو کالڈ جہاد کو۔ تم دنیا کو الٹرنیٹو دو۔ سب سے بڑا الٹرنیٹو کیا ہے؟ قرآن کو پھیلاؤ۔ یعنی مسلمانوں کے پاس ایٹم بم سے زیادہ بڑی چیز ہے۔</w:t>
      </w:r>
    </w:p>
    <w:p>
      <w:r>
        <w:rPr>
          <w:b/>
        </w:rPr>
        <w:t xml:space="preserve">[26:41] </w:t>
      </w:r>
      <w:r>
        <w:t>woh hai quran. yani aap ghor kijiye ke aik hi aisi kitab hai jo book of god, jo authentic hai, preserve hai. aaj tak bohat si kitabein aayin, lekin koi kitab aaj authentic nahi keh sakte aap, kyunke preserve nahi hai woh. yeh jo quran hai, jo word of god, aik hi kitab hai aasman ke neeche, aik hi kitab</w:t>
      </w:r>
    </w:p>
    <w:p>
      <w:pPr>
        <w:jc w:val="right"/>
      </w:pPr>
      <w:r>
        <w:t>وہ ہے قرآن۔ یعنی آپ غور کیجئے کہ ایک ہی ایسی کتاب ہے جو بک آف گاڈ، جو اتھنٹک ہے، پریزرو ہے۔ آج تک بہت سی کتابیں آئیں، لیکن کوئی کتاب آج اتھنٹک نہیں کہہ سکتے آپ، کیونکہ پریزرو نہیں ہے وہ۔ یہ جو قرآن ہے، جو ورڈ آف گاڈ، ایک ہی کتاب ہے آسمان کے نیچے، ایک ہی کتاب</w:t>
      </w:r>
    </w:p>
    <w:p>
      <w:r>
        <w:rPr>
          <w:b/>
        </w:rPr>
        <w:t xml:space="preserve">[27:14] </w:t>
      </w:r>
      <w:r>
        <w:t>jo mukammal taur par preserve hai, waise ki waise. is mein koi comma full stop ki bhi badla nahi. to is ko yahan bhi dekhiye ke christian ne hum ko rasta dikhaya hai ke unhone bible ko duniya ke tamam zabanon mein tarjuma kar ke phaila rakha hai. lekin un</w:t>
      </w:r>
    </w:p>
    <w:p>
      <w:pPr>
        <w:jc w:val="right"/>
      </w:pPr>
      <w:r>
        <w:t>جو مکمل طور پر پریزرو ہے، ویسے کی ویسے۔ اس میں کوئی کاما فل سٹاپ کی بھی بدلہ نہیں۔ تو اس کو یہاں بھی دیکھیے کہ کرسچن نے ہم کو راستہ دکھایا ہے کہ انہوں نے بائبل کو دنیا کے تمام زبانوں میں ترجمہ کر کے پھیلا رکھا ہے۔ لیکن ان</w:t>
      </w:r>
    </w:p>
    <w:p>
      <w:r>
        <w:rPr>
          <w:b/>
        </w:rPr>
        <w:t xml:space="preserve">[27:44] </w:t>
      </w:r>
      <w:r>
        <w:t>insan ki jo maang hai, woh phir poori nahi hui. amalan yeh hua hai jab printed press aya, modern taraqqiyan huin to christian ne bohat bada idara qaim kiya aur sari duniya ki tamam zabanon mein bible ko bohat achhe tareeqe se chhap kar phaila diya. har jagah, har jagah, har jagah. library mein, hotelon mein, schoolon mein, collegeon mein, idaron mein, jah</w:t>
      </w:r>
    </w:p>
    <w:p>
      <w:pPr>
        <w:jc w:val="right"/>
      </w:pPr>
      <w:r>
        <w:t>سان کی جو مانگ ہے، وہ پھر پوری نہیں ہوئی۔ عملاً یہ ہوا ہے جب پرنٹڈ پریس آیا، ماڈرن ترقیاں ہوئیں تو کرسچن نے بہت بڑا ادارہ قائم کیا اور ساری دنیا کی تمام زبانوں میں بائبل کو بہت اچھے طریقے سے چھاپ کر پھیلا دیا۔ ہر جگہ، ہر جگہ، ہر جگہ۔ لائبریری میں، ہوٹلوں میں، اسکولوں میں، کالجوں میں، اداروں میں، جہ</w:t>
      </w:r>
    </w:p>
    <w:p>
      <w:r>
        <w:rPr>
          <w:b/>
        </w:rPr>
        <w:t xml:space="preserve">[28:14] </w:t>
      </w:r>
      <w:r>
        <w:t>an jaiye wahan bible maujood hai, har zaban mein. to yeh allah taala ne musalmanon ko dikhaya hai rasta. un ki kitab chunke mehfooz kitab nahi hai, yani authentic word of god nahi hai, is liye still man kind is waiting. ab kya hai ke sara jo mis</w:t>
      </w:r>
    </w:p>
    <w:p>
      <w:pPr>
        <w:jc w:val="right"/>
      </w:pPr>
      <w:r>
        <w:t>اں جائیے وہاں بائبل موجود ہے، ہر زبان میں۔ تو یہ اللہ تعالیٰ نے مسلمانوں کو دکھایا ہے راستہ۔ ان کی کتاب چونکہ محفوظ کتاب نہیں ہے، یعنی اتھنٹک ورڈ آف گاڈ نہیں ہے، اس لیے اسٹل مین کانڈ از ویٹنگ۔ اب کیا ہے کہ سارا جو مس</w:t>
      </w:r>
    </w:p>
    <w:p>
      <w:r>
        <w:rPr>
          <w:b/>
        </w:rPr>
        <w:t xml:space="preserve">[28:44] </w:t>
      </w:r>
      <w:r>
        <w:t>salmanon ko jo mukhtalif tareeqe se allah taala jahan la rahe hain, woh yeh hi la rahe hain ke tum quran ko, word of god ko, duniya ki sab zabanon mein bohat achha tarjuma karo, bohat achhi safai karo, aur modern communication ko ikhtiyar karte hue har jagah phaila do. to bator peshgo yahi baat hadith mein kahi gayi thi</w:t>
      </w:r>
    </w:p>
    <w:p>
      <w:pPr>
        <w:jc w:val="right"/>
      </w:pPr>
      <w:r>
        <w:t>لمانوں کو جو مختلف طریقے سے اللہ تعالیٰ جہاں لا رہے ہیں، وہ یہی لا رہے ہیں کہ تم قرآن کو، ورڈ آف گاڈ کو، دنیا کی سب زبانوں میں بہت اچھا ترجمہ کرو، بہت اچھی صفائی کرو، اور ماڈرن کمیونیکیشن کو اختیار کرتے ہوئے ہر جگہ پھیلا دو۔ تو بطور پیشیگو یہی بات حدیث میں کہی گئی تھی</w:t>
      </w:r>
    </w:p>
    <w:p>
      <w:r>
        <w:rPr>
          <w:b/>
        </w:rPr>
        <w:t xml:space="preserve">[29:17] </w:t>
      </w:r>
      <w:r>
        <w:t>ke koi chhota ya bada ghar aisa bachega nahi jahan word of god pahunch na jaye. yeh yeh baat potential group mein kahi gayi. yeh jo hadith mein aya hai, woh woh potential group mein hai. yeh jo hadith hai ke koi chhota ghar aisa nahi bachega jahan word of god na pahunche. to yeh potential, yani aik</w:t>
      </w:r>
    </w:p>
    <w:p>
      <w:pPr>
        <w:jc w:val="right"/>
      </w:pPr>
      <w:r>
        <w:t>کہ کوئی چھوٹا یا بڑا گھر ایسا بچے گا نہیں جہاں ورڈ آف گاڈ پہنچ نہ جائے۔ یہ یہ بات پوٹینشل گروپ میں کہی گئی۔ یہ جو حدیث میں آیا ہے، وہ وہ پوٹینشل گروپ میں ہے۔ یہ جو حدیث ہے کہ کوئی چھوٹا گھر ایسا نہیں بچے گا جہاں ورڈ آف گاڈ نہ پہنچ جائے۔ تو یہ پوٹینشل، یعنی ایک</w:t>
      </w:r>
    </w:p>
    <w:p>
      <w:r>
        <w:rPr>
          <w:b/>
        </w:rPr>
        <w:t xml:space="preserve">[29:47] </w:t>
      </w:r>
      <w:r>
        <w:t>aisa waqt ayega jab potential taur par yeh mumkin ho jayega ke word of god ko ya quran ko har ghar mein dakhil kar diya jaye, har insan tak pahuncha diya jaye. to wohi to hai yeh. to woh sare mawaqe paida ho gaye aur aise waqiyat hue jo compulsion create kar ke bataya ke dekho yeh kaam karne ka, yeh kaam karne ka.</w:t>
      </w:r>
    </w:p>
    <w:p>
      <w:pPr>
        <w:jc w:val="right"/>
      </w:pPr>
      <w:r>
        <w:t>ایسا وقت آئے گا جب پوٹینشل طور پر یہ ممکن ہو جائے گا کہ ورڈ آف گاڈ کو یا قرآن کو ہر گھر میں داخل کر دیا جائے، ہر انسان تک پہنچا دیا جائے۔ تو وہی تو ہے یہ۔ تو وہ سارے مواقع پیدا ہو گئے اور ایسے واقعات ہوئے جو کمپلشن کریٹ کر کے بتایا کہ دیکھو یہ کام کرنے کا، یہ کام کرنے کا۔</w:t>
      </w:r>
    </w:p>
    <w:p>
      <w:r>
        <w:rPr>
          <w:b/>
        </w:rPr>
        <w:t xml:space="preserve">[30:19] </w:t>
      </w:r>
      <w:r>
        <w:t>ab jo hai insan ko aik hi single point, single point formula hai un ka, aik hi target hai, woh hai quran ko aur supported literature ko tayyar kar ke sari duniya mein phaila diya jaye. isi mein musalmanon ki kamyabi hai, duniya ki bhi, akhirat ki bhi. asal cheez to quran hai, asal ch</w:t>
      </w:r>
    </w:p>
    <w:p>
      <w:pPr>
        <w:jc w:val="right"/>
      </w:pPr>
      <w:r>
        <w:t>اب جو ہے انسان کو ایک ہی سنگل پوائنٹ، سنگل پوائنٹ فارمولا ہے ان کا، ایک ہی ٹارگٹ ہے، وہ ہے قرآن کو اور سپورٹڈ لٹریچر کو تیار کر کے ساری دنیا میں پھیلا دیا جائے۔ اسی میں مسلمانوں کی کامیابی ہے، دنیا کی بھی، آخرت کی بھی۔ اصل چیز تو قرآن ہے، اصل چ</w:t>
      </w:r>
    </w:p>
    <w:p>
      <w:r>
        <w:rPr>
          <w:b/>
        </w:rPr>
        <w:t xml:space="preserve">[30:49] </w:t>
      </w:r>
      <w:r>
        <w:t>eez to quran hai, lekin isi ke sath supported literature zaroori hai. misal ke taur par supported literature ka matlab kya hai? quran mein kai ayatein aisi hain jin mein kaha gaya hai ke jang karo, qataluhum, jang karo. to yahan par yeh batana hai ke that was due to age factor. jis zamane mein quran utra, woh zamana tribal age ka zamana tha.</w:t>
      </w:r>
    </w:p>
    <w:p>
      <w:pPr>
        <w:jc w:val="right"/>
      </w:pPr>
      <w:r>
        <w:t>یز تو قرآن ہے، لیکن اسی کے ساتھ سپورٹڈ لٹریچر ضروری ہے۔ مثال کے طور پر سپورٹڈ لٹریچر کا مطلب کیا ہے؟ قرآن میں کئی آیتیں ایسی ہیں جن میں کہا گیا ہے کہ جنگ کرو، قاتلوہم، جنگ کرو۔ تو یہاں پر یہ بتانا ہے کہ دیٹ واز ڈیو ٹو ایج فیکٹر۔ جس زمانے میں قرآن اترا، وہ زمانہ ٹرائبل ایج کا زمانہ تھا۔</w:t>
      </w:r>
    </w:p>
    <w:p>
      <w:r>
        <w:rPr>
          <w:b/>
        </w:rPr>
        <w:t xml:space="preserve">[31:19] </w:t>
      </w:r>
      <w:r>
        <w:t>wahan cheezein settle ki jati thin jang ke zariye. to logon ne jab dekha rasool allah ke mission ko to aap par attack kiye, to bator defense ke aap ko jana pada jang mein. tab bhi aap ne bohat bada example set kiya ke aap ke mukhalifeen jo the, unhone aap par attack kiya, jang chhidri, lekin aap ne bohat hi zyada</w:t>
      </w:r>
    </w:p>
    <w:p>
      <w:pPr>
        <w:jc w:val="right"/>
      </w:pPr>
      <w:r>
        <w:t>وہاں چیزیں سیٹل کی جاتی تھیں جنگ کے ذریعے۔ تو لوگوں نے جب دیکھا رسول اللہ کے مشن کو تو آپ پر اٹیک کیے، تو بطور ڈیفنس کے آپ کو جانا پڑا جنگ میں۔ تب بھی آپ نے بہت بڑا ایگزامپل سیٹ کیا کہ آپ کے مخالفین جو تھے، انہوں نے آپ پر اٹیک کیا، جنگ چھڑی، لیکن آپ نے بہت ہی زیادہ</w:t>
      </w:r>
    </w:p>
    <w:p>
      <w:r>
        <w:rPr>
          <w:b/>
        </w:rPr>
        <w:t xml:space="preserve">[31:50] </w:t>
      </w:r>
      <w:r>
        <w:t>wisdom ke sath manage kiya. manage kar ke kya kiya ke jangon ko uska rishta bana diya. yeh ajeeb o ghareeb misal hai tareekh mein ke rasool allah ne jangon ko uska rishta bana diya, ladaiyon ko jhadap jhadap bana diya. bohat badi misal hai. lekin ab jo daur hai, ab ab is ki bhi zaroorat nahi.</w:t>
      </w:r>
    </w:p>
    <w:p>
      <w:pPr>
        <w:jc w:val="right"/>
      </w:pPr>
      <w:r>
        <w:t>وزڈم کے ساتھ مینج کیا۔ مینج کر کے کیا کیا کہ جنگوں کو اس کا رشتہ بنا دیا۔ یہ عجیب و غریب مثال ہے تاریخ میں کہ رسول اللہ نے جنگوں کو اس کا رشتہ بنا دیا، لڑائیوں کو جھڑپ جھڑپ بنا دیا۔ بہت بڑی مثال ہے۔ لیکن اب جو دور ہے، اب اب اس کی بھی ضرورت نہیں۔</w:t>
      </w:r>
    </w:p>
    <w:p>
      <w:r>
        <w:rPr>
          <w:b/>
        </w:rPr>
        <w:t xml:space="preserve">[32:20] </w:t>
      </w:r>
      <w:r>
        <w:t>ab to jang ka daur hi khatam ho gaya. ab to jang ka daur hi khatam ho gaya. ab to koi ladna bhidna nahi, jang nahi karna hai, koi teer kaman nahi chalana hai. ab to peaceful tareeqe se allah ke paigham ko pahunchana hai. isi ki shakal hai ke aap word of god jo hai, quran, us ko tamam duniya ke zabanon mein tayyar kar ke sare alam tak pahuncha dein, ghar ghar dakhil dakhil ho jai</w:t>
      </w:r>
    </w:p>
    <w:p>
      <w:pPr>
        <w:jc w:val="right"/>
      </w:pPr>
      <w:r>
        <w:t>اب تو جنگ کا دور ہی ختم ہو گیا۔ اب تو جنگ کا دور ہی ختم ہو گیا۔ اب تو کوئی لڑنا بھڑنا نہیں، جنگ نہیں کرنا ہے، کوئی تیر کمان نہیں چلانا ہے۔ اب تو پیس فل طریقے سے اللہ کے پیغام کو پہنچانا ہے۔ اسی کی شکل ہے کہ آپ ورڈ آف گاڈ جو ہے، قرآن، اس کو تمام دنیا کے زبانوں میں تیار کر کے سارے عالم تک پہنچا دیں، گھر گھر داخل داخل ہو جائ</w:t>
      </w:r>
    </w:p>
    <w:p>
      <w:r>
        <w:rPr>
          <w:b/>
        </w:rPr>
        <w:t xml:space="preserve">[32:50] </w:t>
      </w:r>
      <w:r>
        <w:t>ye. yeh hai message, yeh hai sabak, yeh hai awaz. yeh awaz quran mein bhi hai, hadith mein bhi hai, aur halaat mein bhi hai, tareekh mein bhi hai. yani tareekh ko bhi khuda ne apna apne message ke liye, apne apne paigham ko dene ke liye istemal kiya. tareekh mein bhi</w:t>
      </w:r>
    </w:p>
    <w:p>
      <w:pPr>
        <w:jc w:val="right"/>
      </w:pPr>
      <w:r>
        <w:t>ے۔ یہ ہے میسج، یہ ہے سبق، یہ ہے آواز۔ یہ آواز قرآن میں بھی ہے، حدیث میں بھی ہے، اور حالات میں بھی ہے، تاریخ میں بھی ہے۔ یعنی تاریخ کو بھی خدا نے اپنا اپنے میسج کے لیے، اپنے اپنے پیغام کو دینے کے لیے استعمال کیا۔ تاریخ میں بھی</w:t>
      </w:r>
    </w:p>
    <w:p>
      <w:r>
        <w:rPr>
          <w:b/>
        </w:rPr>
        <w:t xml:space="preserve">[33:20] </w:t>
      </w:r>
      <w:r>
        <w:t>tareekh mein is tareeqe se ke musalman sari ladaiyan, sare karte karte do hafton ke sath beet gayi, mila kuch bhi nahi. to ab tareekh sabak de rahi hai ke ab you turn lo, apni koshishon ko divert karo, replanning karo. aur woh replanning kya hai? replanning yeh hai ke allah ke paigham ko pahunchao, quran ko pahunchao,</w:t>
      </w:r>
    </w:p>
    <w:p>
      <w:pPr>
        <w:jc w:val="right"/>
      </w:pPr>
      <w:r>
        <w:t>، تاریخ میں اس طریقے سے کہ مسلمان ساری لڑائیاں، سارے کرتے کرتے دو ہفتوں کے ساتھ بیت گئی، ملا کچھ بھی نہیں۔ تو اب تاریخ سبق دے رہی ہے کہ اب یو ٹرن لو، اپنی کوششوں کو ڈائیورٹ کرو، ری پلاننگ کرو۔ اور وہ ری پلاننگ کیا ہے؟ ری پلاننگ یہ ہے کہ اللہ کے پیغام کو پہنچاؤ، قرآن کو پہنچاؤ،</w:t>
      </w:r>
    </w:p>
    <w:p>
      <w:r>
        <w:rPr>
          <w:b/>
        </w:rPr>
        <w:t xml:space="preserve">[33:52] </w:t>
      </w:r>
      <w:r>
        <w:t>har ghar mein allah ke word of god ko dakhil kar do. to is waqt kya hoga? ke allah ki asal cheez kamyabi hoti hai allah ki madad se. to allah ki madad toot padegi. dekhein, jab aap kaam karenge, allah wala, allah ki machine chalayenge to allah ki madad toot padegi, nusrat toot padegi.</w:t>
      </w:r>
    </w:p>
    <w:p>
      <w:pPr>
        <w:jc w:val="right"/>
      </w:pPr>
      <w:r>
        <w:t>ہر گھر میں اللہ کے ورڈ آف گاڈ کو داخل کر دو۔ تو اس وقت کیا ہوگا؟ کہ اللہ کی اصل چیز کامیابی ہوتی ہے اللہ کی مدد سے۔ تو اللہ کی مدد ٹوٹ پڑے گی۔ دیکھیں، جب آپ کام کریں گے، اللہ والا، اللہ کی مشین چلائیں گے تو اللہ کی مدد ٹوٹ پڑے گی، نصرت ٹوٹ پڑے گی۔</w:t>
      </w:r>
    </w:p>
    <w:p>
      <w:r>
        <w:rPr>
          <w:b/>
        </w:rPr>
        <w:t xml:space="preserve">[34:23] </w:t>
      </w:r>
      <w:r>
        <w:t>allah jo allah ke liye uthta hai to allah us ko apni madad bhej deta hai. to yeh hai waqt ki awaz, yeh hai aaj ki baat. sari musalmanon ko sochna chahiye, rethink karna chahiye ke</w:t>
      </w:r>
    </w:p>
    <w:p>
      <w:pPr>
        <w:jc w:val="right"/>
      </w:pPr>
      <w:r>
        <w:t>اللہ جو اللہ کے لیے اٹھتا ہے تو اللہ اس کو اپنی مدد بھیج دیتا ہے۔ تو یہ ہے وقت کی آواز، یہ ہے آج کی بات۔ سارے مسلمانوں کو سوچنا چاہیے، ری تھنک کرنا چاہیے کہ</w:t>
      </w:r>
    </w:p>
    <w:p>
      <w:r>
        <w:rPr>
          <w:b/>
        </w:rPr>
        <w:t xml:space="preserve">[34:54] </w:t>
      </w:r>
      <w:r>
        <w:t>yani jo kehte hain ke where we miss the bus, where we miss the train, yani hum ne kahan apni sawari kho di ke muddat tak nahi pahunche. yahi kho di ke aap ne jo allah taala ka jo jo matloob tha, matloob yeh tha ke aap allah ki kitab ko sare insanon tak pahunch</w:t>
      </w:r>
    </w:p>
    <w:p>
      <w:pPr>
        <w:jc w:val="right"/>
      </w:pPr>
      <w:r>
        <w:t>یعنی جو کہتے ہیں کہ ویئر وی مس دا بس، ویئر وی مس دا ٹرین، یعنی ہم نے کہاں اپنی سواری کھو دی کہ مدت تک نہیں پہنچے۔ یہی کھو دی کہ آپ نے جو اللہ تعالیٰ کا جو جو مطلوب تھا، مطلوب یہ تھا کہ آپ اللہ کی کتاب کو سارے انسانوں تک پہنچ</w:t>
      </w:r>
    </w:p>
    <w:p>
      <w:r>
        <w:rPr>
          <w:b/>
        </w:rPr>
        <w:t xml:space="preserve">[35:24] </w:t>
      </w:r>
      <w:r>
        <w:t>aain. to Allah ki madad toot kar aaye gi aap ke paas. yahi kaam, wahi kaam nahi kiya. aur ajeeb o ghareeb tor par shaitan ne logon ko aik drama bana rakha hai, aik lafz Quran ki be-hurmati. yeh shaitani lafz hai. mere nazdeek jab hamare saathi jaate hain idhar udhar Quran ka tarjuma logon ko dene ke liye</w:t>
      </w:r>
    </w:p>
    <w:p>
      <w:pPr>
        <w:jc w:val="right"/>
      </w:pPr>
      <w:r>
        <w:t>ائیں۔ تو اللہ کی مدد ٹوٹ کر آئے گی آپ کے پاس۔ یہی کام، وہی کام نہیں کیا۔ اور عجیب و غریب طور پر شیطان نے لوگوں کو ایک ڈرامہ بنا رکھا ہے، ایک لفظ قرآن کی بے حرمتی۔ یہ شیطانی لفظ ہے۔ میرے نزدیک جب ہمارے ساتھی جاتے ہیں ادھر ادھر قرآن کا ترجمہ لوگوں کو دینے کے لیے</w:t>
      </w:r>
    </w:p>
    <w:p>
      <w:r>
        <w:rPr>
          <w:b/>
        </w:rPr>
        <w:t xml:space="preserve">[35:55] </w:t>
      </w:r>
      <w:r>
        <w:t>to Musalman wahan aa kar kehta hai: "aray, yeh to Quran ki be-hurmati karein ge, in ko koi Quran de rahe hain aap!" yeh shaitani baat hai. yaani be-hurmati karein ge, yeh to bilkul bilkul bilkul, yaani is maamle mein Musalman saare Musalman falsut mein jee rahe hain. yeh aadmi be-hurmati kyun karega? koi sochta nahi. ab to dunya bhar mein aik question aa chuka</w:t>
      </w:r>
    </w:p>
    <w:p>
      <w:pPr>
        <w:jc w:val="right"/>
      </w:pPr>
      <w:r>
        <w:t>تو مسلمان وہاں آ کے کہتا ہے: "ارے، یہ تو قرآن کی بے حرمتی کریں گے، ان کو کوئی قرآن دے رہے ہیں آپ!" یہ شیطانی بات ہے۔ یعنی بے حرمتی کریں گے، یہ تو بالکل بالکل بالکل، یعنی اس معاملے میں مسلمان سارے مسلمان فالسوٹ میں جی رہے ہیں۔ یہ آدمی بے حرمتی کیوں کرے گا؟ کوئی سوچتا نہیں۔ اب تو دنیا بھر میں ایک کوسچن آ چکا</w:t>
      </w:r>
    </w:p>
    <w:p>
      <w:r>
        <w:rPr>
          <w:b/>
        </w:rPr>
        <w:t xml:space="preserve">[36:25] </w:t>
      </w:r>
      <w:r>
        <w:t>hai ke ke what is Islam? kyunke jo Musalmanon ke jo jo tareeqe hain, un tareeqon se har taraf aik sawal paida ho gaya ke kya Islam right sikhata hai? kya Islam mis fit hai is daur mein? kya Islam ke paas hamare liye koi positive message nahi hai? yeh sawal dunya bhar mein paida ho chuka hai.</w:t>
      </w:r>
    </w:p>
    <w:p>
      <w:pPr>
        <w:jc w:val="right"/>
      </w:pPr>
      <w:r>
        <w:t>ہے کہ کہ واٹ از اسلام؟ کیونکہ جو مسلمانوں کے جو جو طریقے ہیں، ان طریقوں سے ہر طرف ایک سوال پیدا ہو گیا کہ کیا اسلام رائٹ سکھاتا ہے؟ کیا اسلام مس فٹ ہے اس دور میں؟ کیا اسلام کے پاس ہمارے لیے کوئی پازیٹو میسج نہیں ہے؟ یہ سوال دنیا بھر میں پیدا ہو چکا ہے۔</w:t>
      </w:r>
    </w:p>
    <w:p>
      <w:r>
        <w:rPr>
          <w:b/>
        </w:rPr>
        <w:t xml:space="preserve">[36:57] </w:t>
      </w:r>
      <w:r>
        <w:t>to woh to janna chahte hain. acha, yeh Quran hai, lao is ko hum padhein ge. sari dunya ke saamne yeh sawal hai ke aakhir Musalman aise kyun ho gaye? kyun mis fit ho gaye? kyun in ko society achi lagti hai? to woh to janna chahte hain ke aakhir un ka jo un ka jo kitaab, un ki jo kitaab hai Quran, us mein un ko kya bataya gaya? kya taleem di gayi? to jab aap</w:t>
      </w:r>
    </w:p>
    <w:p>
      <w:pPr>
        <w:jc w:val="right"/>
      </w:pPr>
      <w:r>
        <w:t>تو وہ تو جاننا چاہتے ہیں۔ اچھا، یہ قرآن ہے، لاؤ اس کو ہم پڑھیں گے۔ ساری دنیا کے سامنے یہ سوال ہے کہ آخر مسلمان ایسے کیوں ہو گئے؟ کیوں مس فٹ ہو گئے؟ کیوں ان کو سوسائٹی اچھی لگتی ہے؟ تو وہ تو جاننا چاہتے ہیں کہ آخر ان کا جو ان کا جو کتاب، ان کی جو کتاب ہے قرآن، اس میں ان کو کیا بتایا گیا؟ کیا تعلیم دی گئی؟ تو جب آپ</w:t>
      </w:r>
    </w:p>
    <w:p>
      <w:r>
        <w:rPr>
          <w:b/>
        </w:rPr>
        <w:t xml:space="preserve">[37:27] </w:t>
      </w:r>
      <w:r>
        <w:t>un ko Quran dein ge to woh daud kar lein ge, us ko us ko study karein ge janne ke liye ke Quran ne Musalmanon ko kya zehan diya hai. to yeh shaitani waswasa hai, be-hurmati ke Quran ki be-hurmati karein ge. bilkul jhooti baat hai. kyun be-hurmati kyun karein ge? woh to woh to is ka intezar kar rahe hain. woh woh to</w:t>
      </w:r>
    </w:p>
    <w:p>
      <w:pPr>
        <w:jc w:val="right"/>
      </w:pPr>
      <w:r>
        <w:t>ان کو قرآن دیں گے تو وہ دوڑ کر لیں گے، اس کو اس کو سٹڈی کریں گے جاننے کے لیے کہ قرآن نے مسلمانوں کو کیا ذہن دیا ہے۔ تو یہ شیطانی وسوسہ ہے، بے حرمتی کہ قرآن کی بے حرمتی کریں گے۔ بالکل جھوٹی بات ہے۔ کیوں بے حرمتی کیوں کریں گے؟ وہ تو وہ تو اس کا انتظار کر رہے ہیں۔ وہ وہ تو</w:t>
      </w:r>
    </w:p>
    <w:p>
      <w:r>
        <w:rPr>
          <w:b/>
        </w:rPr>
        <w:t xml:space="preserve">[37:57] </w:t>
      </w:r>
      <w:r>
        <w:t>intezar kar rahe hain ke Quran mile, hum is ko parh kar dekhein. mere aik saathi ne bataya ke kahin airport par aik shakhs mila un ko to thori si baat is se kuch hui to unhon ne apne bag se Quran ka English translator nikaal kar diya us ko. to us ne kaha: "aray, yeh kitaab, yeh Quran hai,</w:t>
      </w:r>
    </w:p>
    <w:p>
      <w:pPr>
        <w:jc w:val="right"/>
      </w:pPr>
      <w:r>
        <w:t>انتظار کر رہے ہیں کہ قرآن ملے، ہم اس کو پڑھ کر دیکھیں۔ میرے ایک ساتھی نے بتایا کہ کہیں ایئرپورٹ پر ایک شخص ملا ان کو تو تھوڑی سی بات اس سے کچھ ہوئی تو انہوں نے اپنے بیگ سے قرآن کا انگلش ٹرانسلیٹر نکال کے دیا اس کو۔ تو اس نے کہا: "ارے، یہ کتاب، یہ قرآن ہے،</w:t>
      </w:r>
    </w:p>
    <w:p>
      <w:r>
        <w:rPr>
          <w:b/>
        </w:rPr>
        <w:t xml:space="preserve">[38:27] </w:t>
      </w:r>
      <w:r>
        <w:t>yeh Quran hai, bhai is ko main parhoon ga." matlab yeh wahi kitaab hai jis ko main sochta tha ke bhai Quran Musalmanon ko Quran mein kya taleem di gayi? wahi kitaab hai yeh. to is ko parhna zaroori hai mere liye. to yeh nazariya jo hai ke Quran logon ko na do, ghair Musalmanon ko be-hurmati karein ge, yeh bilkul shaitani nazariya hai. yeh is ka Islam se koi ta'alluq nahi.</w:t>
      </w:r>
    </w:p>
    <w:p>
      <w:pPr>
        <w:jc w:val="right"/>
      </w:pPr>
      <w:r>
        <w:t>یہ قرآن ہے، بھئی اس کو میں پڑھوں گا۔" مطلب یہ وہی کتاب ہے جس کو میں سوچتا تھا کہ بھئی قرآن مسلمانوں کو قرآن میں کیا تعلیم دی گئی؟ وہی کتاب ہے یہ۔ تو اس کو پڑھنا ضروری ہے میرے لیے۔ تو یہ نظریہ جو ہے کہ قرآن لوگوں کو نہ دو، غیر مسلموں کو بے حرمتی کریں گے، یہ بالکل شیطانی نظریہ ہے۔ یہ اس کا اسلام سے کوئی تعلق نہیں۔</w:t>
      </w:r>
    </w:p>
    <w:p>
      <w:r>
        <w:rPr>
          <w:b/>
        </w:rPr>
        <w:t xml:space="preserve">[38:57] </w:t>
      </w:r>
      <w:r>
        <w:t>Rasool Allah ja kar ke logon ko Quran parh kar sunate thay. us waqt printing press nahi hua tha. kitabein chapi nahi theen. to aik hi tareeqa tha parh kar sunana. ab printing press aa gaya hai to aap chhaap kar dijiye. un ka un ki zabaan mein tarjuma kijiye. dunya ki jitni zabaanein hain, har zabaan mein tarjuma tayyar kar ke chha</w:t>
      </w:r>
    </w:p>
    <w:p>
      <w:pPr>
        <w:jc w:val="right"/>
      </w:pPr>
      <w:r>
        <w:t>رسول اللہ جا کر کے لوگوں کو قرآن پڑھ کے سناتے تھے۔ اس وقت پرنٹنگ پریس نہیں ہوا تھا۔ کتابیں چھپی نہیں تھیں۔ تو ایک ہی طریقہ تھا پڑھ کر سنانا۔ اب پرنٹنگ پریس آ گیا ہے تو آپ چھاپ کر دیجیے۔ ان کا ان کی زبان میں ترجمہ کیجیے۔ دنیا کی جتنی زبانیں ہیں، ہر زبان میں ترجمہ تیار کر کے چھ</w:t>
      </w:r>
    </w:p>
    <w:p>
      <w:r>
        <w:rPr>
          <w:b/>
        </w:rPr>
        <w:t xml:space="preserve">[39:27] </w:t>
      </w:r>
      <w:r>
        <w:t>piye aur logon ko pahunchaiye. be-hurmati ka koi sawal hi nahi hai. woh to intezar kar rahe hain ke mile hum ko hamari apni zabaan mein to hum is ko parhein. to meri baat ka khulasa yeh hai ke Musalmanon ne is zamane ke Rasool Allah ki di hui wisdom ko chhod diya. wisdom thi non-conflictational planning, takrao ke baghair mansooba banana.</w:t>
      </w:r>
    </w:p>
    <w:p>
      <w:pPr>
        <w:jc w:val="right"/>
      </w:pPr>
      <w:r>
        <w:t>اپیے اور لوگوں کو پہنچائیے۔ بے حرمتی کا کوئی سوال ہی نہیں ہے۔ وہ تو انتظار کر رہے ہیں کہ ملے ہم کو ہماری اپنی زبان میں تو ہم اس کو پڑھیں۔ تو میری بات کا خلاصہ یہ ہے کہ مسلمانوں نے اس زمانے کے رسول اللہ کی دی ہوئی وزڈم کو چھوڑ دیا۔ وزڈم تھی نان کنفلکٹیشنل پلاننگ، ٹکراؤ کے بغیر منصوبہ بنانا۔</w:t>
      </w:r>
    </w:p>
    <w:p>
      <w:r>
        <w:rPr>
          <w:b/>
        </w:rPr>
        <w:t xml:space="preserve">[39:59] </w:t>
      </w:r>
      <w:r>
        <w:t>woh yahi hai, woh dawat hai Quran ko phailana hai. wahi hai dawat Allah, Quran ko phailana. yahi to hai non-conflictational planning. is ke liye aap ko insaan se mohabbat karna hoga, insaan se nafrat ko chhodna hoga, bomb culture ko chhodna hoga, gun culture ko chhodna hoga. tab woh mahaul banega ke jab log normal tareeqe se Quran ko parhein.</w:t>
      </w:r>
    </w:p>
    <w:p>
      <w:pPr>
        <w:jc w:val="right"/>
      </w:pPr>
      <w:r>
        <w:t>وہ یہی ہے، وہ دعوت ہے قرآن کو پھیلانا ہے۔ وہی ہے دعوت اللہ، قرآن کو پھیلانا۔ یہی تو ہے نان کنفلکٹیشنل پلاننگ۔ اس کے لیے آپ کو انسان سے محبت کرنا ہوگا، انسان سے نفرت کو چھوڑنا ہوگا، بم کلچر کو چھوڑنا ہوگا، گن کلچر کو چھوڑنا ہوگا۔ تب وہ ماحول بنے گا کہ جب لوگ نارمل طریقے سے قرآن کو پڑھیں۔</w:t>
      </w:r>
    </w:p>
    <w:p>
      <w:r>
        <w:rPr>
          <w:b/>
        </w:rPr>
        <w:t xml:space="preserve">[40:33] </w:t>
      </w:r>
      <w:r>
        <w:t>kisi school college mein farz kijiye ke wahan gun chal rahi ho to parhai kaise hogi wahan par? to dunya mein agar Musalman bomb maar rahe hon, society bombing kar rahe hon to is is mahaul ko khatam kar rahe hain jis mein aadmi Khuda ki kitaab ko parhe. to sab se bara kaam yeh hai ke aur Christian ne woh rasta dikha diya hai ke sab se bara kaam yeh hai ke modern technology ko istemaal karte hue</w:t>
      </w:r>
    </w:p>
    <w:p>
      <w:pPr>
        <w:jc w:val="right"/>
      </w:pPr>
      <w:r>
        <w:t>کسی اسکول کالج میں فرض کیجئے کہ وہاں گن چل رہی ہو تو پڑھائی کیسے ہوگی وہاں پر؟ تو دنیا میں اگر مسلمان بم مار رہے ہوں، سوسائٹی بمنگ کر رہے ہوں تو اس اس ماحول کو ختم کر رہے ہیں جس میں آدمی خدا کی کتاب کو پڑھے۔ تو سب سے بڑا کام یہ ہے کہ اور کرسچن نے وہ راستہ دکھا دیا ہے کہ سب سے بڑا کام یہ ہے کہ ماڈرن ٹیکنالوجی کو استعمال کرتے ہوئے</w:t>
      </w:r>
    </w:p>
    <w:p>
      <w:r>
        <w:rPr>
          <w:b/>
        </w:rPr>
        <w:t xml:space="preserve">[41:03] </w:t>
      </w:r>
      <w:r>
        <w:t>Quran ke tarjume tayyar karo, har zabaan mein achi sawari ke saath aur us ko phailao, phailao, phailao. lekin is ke liye zaroori hoga ke aap nafrat ko, tashaddud ko, jang ko, bomb culture ko chhod dein taake woh mahaul ban rahe jabke aadmi Quran ki kitaab ko parhe aur usay samjhe.</w:t>
      </w:r>
    </w:p>
    <w:p>
      <w:pPr>
        <w:jc w:val="right"/>
      </w:pPr>
      <w:r>
        <w:t>قرآن کے ترجمے تیار کرو، ہر زبان میں اچھی سواری کے ساتھ اور اس کو پھیلاؤ، پھیلاؤ، پھیلاؤ۔ لیکن اس کے لیے ضروری ہوگا کہ آپ نفرت کو، تشدد کو، جنگ کو، بم کلچر کو چھوڑ دیں تاکہ وہ ماحول بن رہے جبکہ آدمی قرآن کی کتاب کو پڑھے اور اسے سمجھے۔</w:t>
      </w:r>
    </w:p>
    <w:p>
      <w:r>
        <w:rPr>
          <w:b/>
        </w:rPr>
        <w:t xml:space="preserve">[41:33] </w:t>
      </w:r>
      <w:r>
        <w:t>to meri dua hai ke Allah taala mujh ko aur aap ko aur saare Musalmanon ko yeh aql de ke woh Paighambar Islam ki wisdom ko daryaft karein aur apni planning, apne kaam ki planning Rasool Allah ki batai hui wisdom ke mutabiq karein. jis ka jis ko mein ne aik lafz yeh samjha hai non-conflictational planning, yeh</w:t>
      </w:r>
    </w:p>
    <w:p>
      <w:pPr>
        <w:jc w:val="right"/>
      </w:pPr>
      <w:r>
        <w:t>تو میری دعا ہے کہ اللہ تعالیٰ مجھ کو اور آپ کو اور سارے مسلمانوں کو یہ عقل دے کہ وہ پیغمبر اسلام کی وزڈم کو دریافت کریں اور اپنی پلاننگ، اپنے کام کی پلاننگ رسول اللہ کی بتائی ہوئی وزڈم کے مطابق کریں۔ جس کا جس کو میں نے ایک لفظ یہ سمجھا ہے نان کنفلکٹیشنل پلاننگ، یہ</w:t>
      </w:r>
    </w:p>
    <w:p>
      <w:r>
        <w:rPr>
          <w:b/>
        </w:rPr>
        <w:t xml:space="preserve">[42:03] </w:t>
      </w:r>
      <w:r>
        <w:t>yeh sab se bari baat hai jo Musalmanon ko janna chahiye aur dunya ke liye woh rehmat ban jayenge agar yeh yeh tareeqa ikhtiyar karein to Musalman dunya ke liye rehmat ban jayenge. Assalam o Alaikum wa Rahmatullahi. Okay, so we'll be starting with the question answer</w:t>
      </w:r>
    </w:p>
    <w:p>
      <w:pPr>
        <w:jc w:val="right"/>
      </w:pPr>
      <w:r>
        <w:t>ی سب سے بڑی بات ہے جو مسلمانوں کو جاننا چاہیے اور دنیا کے لیے وہ رحمت بن جائیں گے اگر یہ یہ طریقہ اختیار کریں تو مسلمان دنیا کے لیے رحمت بن جائیں گے۔ السلام علیکم ورحمۃ اللہ۔ اوکے، سو وی بی سٹارٹنگ ود دی کوسچن انسر</w:t>
      </w:r>
    </w:p>
    <w:p>
      <w:r>
        <w:rPr>
          <w:b/>
        </w:rPr>
        <w:t xml:space="preserve">[42:33] </w:t>
      </w:r>
      <w:r>
        <w:t>session now. All the online viewers are requested to send the questions on info at cpsglobal.org. People are watching it on Facebook. One request please mention your location when you post your question in the comment section. Maulana sawal shuru karne se pehle kuch comments parhna chahein ge. Aik comment bheja hai Dubai se Afaq Ansari sahib ne aur unhon ne</w:t>
      </w:r>
    </w:p>
    <w:p>
      <w:pPr>
        <w:jc w:val="right"/>
      </w:pPr>
      <w:r>
        <w:t>سیشن ناؤ۔ ال دی ان لائن ویورز ار ریکویسٹڈ ٹو سینڈ دی کوسچنز ان انفو ایٹ سی پی ایس گلوبل ڈاٹ او ار جی۔ پیپل ار واچنگ اٹ ان فیس بک۔ ون ریکویسٹ پلیز مینشن یور لوکیشن وین یو پوسٹ یور کوسچن ان دی کمنٹ سیکشن۔ مولانا سوال شروع کرنے سے پہلے کچھ کمنٹس پڑھنا چاہیں گے۔ ایک کمنٹ بھیجا ہے دبئی سے افاق انصاری صاحب نے اور انہوں نے</w:t>
      </w:r>
    </w:p>
    <w:p>
      <w:r>
        <w:rPr>
          <w:b/>
        </w:rPr>
        <w:t xml:space="preserve">[43:03] </w:t>
      </w:r>
      <w:r>
        <w:t>likha hai: "Maulana sahib, aap ke alfaaz shehad gholte hain insani rooh mein. Jazak Allah." Shabana Ansari, Miss Shabana Ansari ne Pakistan se likha hai: "Non-conflictational policy is super wisdom." Iqbal Umri, Maulana Iqbal Umri ne Chennai se likha hai: "Maulana aaj hi achhe tareeqe se jaan saka ke takrane ki policy Rasool Allah ki sunnat nahi hai."</w:t>
      </w:r>
    </w:p>
    <w:p>
      <w:pPr>
        <w:jc w:val="right"/>
      </w:pPr>
      <w:r>
        <w:t>لکھا ہے: "مولانا صاحب، آپ کے शब्द شہد گھولتے ہیں انسانی روح میں۔ جزاک اللہ۔" شبانہ انصاری، مس شبانہ انصاری نے پاکستان سے لکھا ہے: "نان کنفلکٹیشنل پالیسی از سپر وزڈم۔" اقبال عمری، مولانا اقبال عمری نے چنئی سے لکھا ہے: "مولانا آج ہی اچھے طریقے سے جان سکا کہ ٹکرانے کی پالیسی رسول اللہ کی سنت نہیں ہے۔"</w:t>
      </w:r>
    </w:p>
    <w:p>
      <w:r>
        <w:rPr>
          <w:b/>
        </w:rPr>
        <w:t xml:space="preserve">[43:35] </w:t>
      </w:r>
      <w:r>
        <w:t>Mehtab Ahmed sahib ne Dhampur se likha hai: "Maulana sahib, aaj jo log khamoshi se CPS ke mission ka kaam kar rahe hain, woh is hadees ka misdaq nazar aate hain jo aaj aap ne class mein batai. Allah behtar janne wala hai. Jazak Allah." Kashmir Pakistan se likha hai: "Maulana, unhon ne naam nahi likha hai apna, unhon ne likha hai ke Maulana, you have changed my mindset. Peace be upon you."</w:t>
      </w:r>
    </w:p>
    <w:p>
      <w:pPr>
        <w:jc w:val="right"/>
      </w:pPr>
      <w:r>
        <w:t>مہتاب احمد صاحب نے دھامپور سے لکھا ہے: "مولانا صاحب، آج جو لوگ خاموشی سے سی پی ایس کے مشن کا کام کر رہے ہیں، وہ اس حدیث کا مصداق نظر آتے ہیں جو آج آپ نے کلاس میں بتائی۔ اللہ بہتر جاننے والا ہے۔ جزاک اللہ۔" کشمیر پاکستان سے لکھا ہے: "مولانا، انہوں نے نام نہیں لکھا ہے اپنا، انہوں نے لکھا ہے کہ مولانا، یو ہیو چینجڈ مائی مائنڈ سیٹ۔ پیس بی اپون یو۔"</w:t>
      </w:r>
    </w:p>
    <w:p>
      <w:r>
        <w:rPr>
          <w:b/>
        </w:rPr>
        <w:t xml:space="preserve">[44:06] </w:t>
      </w:r>
      <w:r>
        <w:t>Masha Allah. Ab sawal lena chahein ge. Maulana pehla sawal bheja hai Hameed sahib ne Kohalpur se. Unhon ne likha hai: "Maulana, you said that sabr is non-conflictational planning. My question is what would be the timeline for maintaining sabr? As sabr can't be for infinite period?"</w:t>
      </w:r>
    </w:p>
    <w:p>
      <w:pPr>
        <w:jc w:val="right"/>
      </w:pPr>
      <w:r>
        <w:t>ماشاءاللہ۔ اب سوال لینا چاہیں گے۔ مولانا پہلا سوال بھیجا ہے حمید صاحب نے کوہلپور سے۔ انہوں نے لکھا ہے: "مولانا، یو سیڈ دیٹ صبر از نان کنفلکٹیشنل پلاننگ۔ مائی کوسچن از واٹ وڈ بی دا ٹائم لائن فار مینٹیننگ صبر؟ ایز صبر کانٹ بی فار انفائنائٹ پیریڈ؟"</w:t>
      </w:r>
    </w:p>
    <w:p>
      <w:r>
        <w:rPr>
          <w:b/>
        </w:rPr>
        <w:t xml:space="preserve">[44:30] </w:t>
      </w:r>
      <w:r>
        <w:t>dekhiye, sabr jo hai ki ahmiyat yeh hai ke is ke siwa koi alternative nahi hai. aap dekhein, Musalman besabri bhi to kar rahe hain 200 saal se. kya mila? basic baat yeh hai ke sabr hi only option hai. doosra option hi nahi hai. doosra option hai khoon kharaba, bloodshed, society</w:t>
      </w:r>
    </w:p>
    <w:p>
      <w:pPr>
        <w:jc w:val="right"/>
      </w:pPr>
      <w:r>
        <w:t>دیکھیے، صبر جو ہے کی اہمیت یہ ہے کہ اس کے سوا کوئی الٹرنیٹو نہیں ہے۔ آپ دیکھیں، مسلمان بے صبری بھی تو کر رہے ہیں 200 سال سے۔ کیا ملا؟ بیسک بات یہ ہے کہ صبر ہی اونلی اپشن ہے۔ دوسرا اپشن ہی نہیں ہے۔ دوسرا اپشن ہے خون خرابہ، بلڈ شیڈ، سوسائٹی</w:t>
      </w:r>
    </w:p>
    <w:p>
      <w:r>
        <w:rPr>
          <w:b/>
        </w:rPr>
        <w:t xml:space="preserve">[45:00] </w:t>
      </w:r>
      <w:r>
        <w:t>bombing. yeh sochna hi galat hai ke sabr kab tak? kyunke sabr ke saath koi alternative nahi hai. already kab tak ki baat hai ke already Musalman saari dunya ke sabr ke chhod kar ke takrao ka rasta ikhtiyar kiye hue hain. misaal ke taur par Falasteen mein dekhiye, Falasteen mein itni lambi muddat se ladai to ho rahi hai, bomb maar rahe hain, mila kya? mus</w:t>
      </w:r>
    </w:p>
    <w:p>
      <w:pPr>
        <w:jc w:val="right"/>
      </w:pPr>
      <w:r>
        <w:t>بمبنگ۔ یہ سوچنا ہی غلط ہے کہ صبر کب تک؟ کیونکہ صبر کے ساتھ کوئی الٹرنیٹو نہیں ہے۔ الریڈی کب تک کی بات ہے کہ الریڈی مسلمان ساری دنیا کے صبر کے چھوڑ کر کے ٹکرا کا راستہ اختیار کیے ہوئے ہیں۔ مثلاً فلسطین میں دیکھیے، فلسطین میں اتنی لمبی مدت سے لڑائی تو ہو رہی ہے، بم مار رہے ہیں، ملا کیا؟ مس</w:t>
      </w:r>
    </w:p>
    <w:p>
      <w:r>
        <w:rPr>
          <w:b/>
        </w:rPr>
        <w:t xml:space="preserve">[45:30] </w:t>
      </w:r>
      <w:r>
        <w:t>alah achhi tarah samajh lijiye yeh hai ke Allah ke qanoon ke mutabiq sabr is the only option. koi target aisa banayein, aap ko woh mil jaye to sabr hua, nahi to phir hum sabr chhod kar ladein ge. woh woh law of region ke khilaaf hai. Misr mein ladai itni lambi muddat se bila kuch nahi. Falasteen mein ladai itni lambi muddat se b</w:t>
      </w:r>
    </w:p>
    <w:p>
      <w:pPr>
        <w:jc w:val="right"/>
      </w:pPr>
      <w:r>
        <w:t>ئلہ اچھی طرح سمجھ لیجئے یہ ہے کہ اللہ کے قانون کے مطابق صبر از دا اونلی اپشن۔ کوئی ٹارگٹ ایسا بنائیں، آپ کو وہ مل جائے تو صبر ہوا، نہیں تو پھر ہم صبر چھوڑ کر لڑیں گے۔ وہ وہ لاء اف ریجن کے خلاف ہے۔ مصر میں لڑائی اتنی لمبی مدت سے بلا کچھ نہیں۔ فلسطین میں لڑائی اتنی لمبی مدت سے ب</w:t>
      </w:r>
    </w:p>
    <w:p>
      <w:r>
        <w:rPr>
          <w:b/>
        </w:rPr>
        <w:t xml:space="preserve">[46:00] </w:t>
      </w:r>
      <w:r>
        <w:t>ila kuch nahi. Kashmir mein ladai itni lambi muddat se bila kuch nahi. Pakistan mein ladai ladai bila kuch nahi. to idhar udhar sabr jo logon ko nazar aata hai, woh to is ka to is ka to tajurba kar chuke hain, abhi karna thodi baqi hai. ab to masla hai U-turn lene ka. yaani sabr ke ilawa jo aap ke zehan mein hai, woh to kar chuke hain aap. ab to U-turn</w:t>
      </w:r>
    </w:p>
    <w:p>
      <w:pPr>
        <w:jc w:val="right"/>
      </w:pPr>
      <w:r>
        <w:t>لا کچھ نہیں۔ کشمیر میں لڑائی اتنی لمبی مدت سے بلا کچھ نہیں۔ پاکستان میں لڑائی لڑائی بلا کچھ نہیں۔ تو ادھر ادھر صبر جو لوگوں کو نظر آتا ہے، وہ تو اس کا تو اس کا تو تجربہ کر چکے ہیں، ابھی کرنا تھوڑی باقی ہے۔ اب تو مسئلہ ہے یو ٹرن لینے کا۔ یعنی صبر کے علاوہ جو آپ کے ذہن میں ہے، وہ تو کر چکے ہیں آپ۔ اب تو یو ٹرن</w:t>
      </w:r>
    </w:p>
    <w:p>
      <w:r>
        <w:rPr>
          <w:b/>
        </w:rPr>
        <w:t xml:space="preserve">[46:30] </w:t>
      </w:r>
      <w:r>
        <w:t>lene ka waqt hai. to bahar haal yeh jaan lijiye ke Allah ka jo qanoon hai, us ke mutabiq sabr is the only option aur sabr ka matlab hai non-conflictational planning. takrao ke baghair apne amal ka mansooba banana.</w:t>
      </w:r>
    </w:p>
    <w:p>
      <w:pPr>
        <w:jc w:val="right"/>
      </w:pPr>
      <w:r>
        <w:t>لینے کا وقت ہے۔ تو بہرحال یہ جان لیجئے کہ اللہ کا جو قانون ہے، اس کے مطابق صبر از دا اونلی اپشن اور صبر کا مطلب ہے نان کنفلکٹیشنل پلاننگ۔ ٹکراؤ کے بغیر اپنے عمل کا منصوبہ بنانا۔</w:t>
      </w:r>
    </w:p>
    <w:p>
      <w:r>
        <w:rPr>
          <w:b/>
        </w:rPr>
        <w:t xml:space="preserve">[46:49] </w:t>
      </w:r>
      <w:r>
        <w:t>Maulana agla sawal bheja hai Miss Shabana Ansari ne Pakistan se. unhon ne likha hai: "Christians after the Crusades and Japanese after the Second World War reassessed and left the path of violence. So why Muslims can't adopt the peaceful way as their mission is dawah work and the message of Quran can only be conveyed with love and peace?"</w:t>
      </w:r>
    </w:p>
    <w:p>
      <w:pPr>
        <w:jc w:val="right"/>
      </w:pPr>
      <w:r>
        <w:t>مولانا اگلا سوال بھیجا ہے مس شبانہ انصاری نے پاکستان سے۔ انہوں نے لکھا ہے: "کرسچنز افٹر دا کروسیڈز اینڈ جیپنیز افٹر دا سیکنڈ ورلڈ وار ری اسسٹ اینڈ لیفٹ دی پاتھ اف وائلنس۔ سو وائی مسلمز کانٹ اڈاپٹ دا پیس فل وے ایز دیر مشن از دعویٰ ورک اینڈ دی میسج اف قرآن کین اونلی بی کنوےڈ ود لو اینڈ پیس؟"</w:t>
      </w:r>
    </w:p>
    <w:p>
      <w:r>
        <w:rPr>
          <w:b/>
        </w:rPr>
        <w:t xml:space="preserve">[47:20] </w:t>
      </w:r>
      <w:r>
        <w:t>dekhiye, yeh zimmedari hai hamare ulama ki. hamare ulama ne aik bohat hi bari ghalti kar rakhi hai. woh ghalti hai jihad-e-fatah se ka jihad. yeh Islam mein hai hi nahi. jihad-e-fatah yaani lado maro, shaheed ho jao aur hooron ko tumhara istiqbal karein gi. yeh nazariya bana diya ke lado maro aur is ka naam</w:t>
      </w:r>
    </w:p>
    <w:p>
      <w:pPr>
        <w:jc w:val="right"/>
      </w:pPr>
      <w:r>
        <w:t>دیکھیے، یہ ذمہ داری ہے ہمارے علماء کی۔ ہمارے علماء نے ایک بہت ہی بڑی غلطی کر رکھی ہے۔ وہ غلطی ہے جہاد فتح سے کا جہاد۔ یہ اسلام میں ہے ہی نہیں۔ جہاد فتح سے یعنی لڑو مرو، شہید ہو جاؤ اور حوروں کو تمہارا استقبال کریں گی۔ یہ نظریہ بنا دیا کہ لڑو مرو اور اس کا نام</w:t>
      </w:r>
    </w:p>
    <w:p>
      <w:r>
        <w:rPr>
          <w:b/>
        </w:rPr>
        <w:t xml:space="preserve">[47:50] </w:t>
      </w:r>
      <w:r>
        <w:t>rakha hai shaheed ho jao, is ko maroge to ja ke tum ko hoorein istiqbal karengi. isi ko mein keh raha hoon ke unhon ne nazariya banaya jehad fatah se ka jehad. woh hai hi nahin. islam mein harghiz harghiz nahin hai ke jehad fatah se ka jehad. islam mein hai jehad fatah se ka af sab positive result. agar aisa na hota to hum hijrat na karte, ladai ladte, makkah mein apna watan na chhodte</w:t>
      </w:r>
    </w:p>
    <w:p>
      <w:pPr>
        <w:jc w:val="right"/>
      </w:pPr>
      <w:r>
        <w:t>رکھا ہے شہید ہو جاؤ، اس کو مرو گے تو جا کے تم کو حوریں استقبال کریں گی۔ اسی کو میں کہہ رہا ہوں کہ انہوں نے نظریہ بنایا جہاد فتح سے کا جہاد۔ وہ ہے ہی نہیں۔ اسلام میں ہرگز ہرگز نہیں ہے کہ جہاد فتح سے کا جہاد۔ اسلام میں ہے جہاد فتح سے کا اف سب پازیٹیو رزلٹ۔ اگر ایسا نہ ہوتا تو ہم ہجرت نہ کرتے، لڑائی لڑتے، مکہ میں اپنا وطن نہ چھوڑتے</w:t>
      </w:r>
    </w:p>
    <w:p>
      <w:r>
        <w:rPr>
          <w:b/>
        </w:rPr>
        <w:t xml:space="preserve">[48:20] </w:t>
      </w:r>
      <w:r>
        <w:t>ladte rehte. islam mein ladai fatah se ka ladai hai hi nahin. yeh to haram hai, haram hai. na quran rasool allah ne aisa kiya, na quran mein aisa hai, na aql se hai, na na deen se is ka talluq hai. sare ulama ki sab se bari ghalati is daur mein yeh hai ke unhon ne ummat ke andar jehad fatah se ka jehad ka nadiya shamil kar diya. ab log lad rahe hain, lad rahe hain, lad rahe hain aur</w:t>
      </w:r>
    </w:p>
    <w:p>
      <w:pPr>
        <w:jc w:val="right"/>
      </w:pPr>
      <w:r>
        <w:t>، لڑتے رہتے۔ اسلام میں لڑائی فتح سے کا لڑائی ہے ہی نہیں۔ یہ تو حرام ہے، حرام ہے۔ نہ قرآن رسول اللہ نے ایسا کیا، نہ قرآن میں ایسا ہے، نہ عقل سے ہے، نہ نہ دین سے اس کا تعلق ہے۔ سارے علماء کی سب سے بڑی غلطی اس دور میں یہ ہے کہ انہوں نے امت کے اندر جہاد فتح سے کا جہاد کا نادیہ شامل کر دیا۔ اب لوگ لڑ رہے ہیں، لڑ رہے ہیں، لڑ رہے ہیں اور</w:t>
      </w:r>
    </w:p>
    <w:p>
      <w:r>
        <w:rPr>
          <w:b/>
        </w:rPr>
        <w:t xml:space="preserve">[48:53] </w:t>
      </w:r>
      <w:r>
        <w:t>phir aise zamane mein lad rahe hain jab ke allah taala ne ladai ka khatma hi kar diya tha. ab universal nara ban gaya hai ke kisi ko ladai ka haq nahin hai. jis ko ikhtilaf ho, woh united nations mein jaye. that is universal nara. yeh sab kis liye hua? taake musalmanon ke liye mahol yani allah taala ne yeh sab kiya is liye ke musalmanon ko peaceful daawa work ke liye mahol milay. peaceful daawa work ke</w:t>
      </w:r>
    </w:p>
    <w:p>
      <w:pPr>
        <w:jc w:val="right"/>
      </w:pPr>
      <w:r>
        <w:t>پھر ایسے زمانے میں لڑ رہے ہیں جب کہ اللہ تعالی نے لڑائی کا خاتمہ ہی کر دیا تھا۔ اب یونیورسل نعرہ بن گیا ہے کہ کسی کو لڑائی کا حق نہیں ہے۔ جس کو اختلاف ہو، وہ یونائٹڈ نیشنز میں جائے۔ دیٹ از یونیورسل نعرہ۔ یہ سب کس لیے ہوا؟ تاکہ مسلمانوں کے لیے ماحول یعنی اللہ تعالی نے یہ سب کیا اس لیے کہ مسلمانوں کو پیس فل دعویٰ ورک کے لیے ماحول ملے۔ پیس فل دعویٰ ورک کے</w:t>
      </w:r>
    </w:p>
    <w:p>
      <w:r>
        <w:rPr>
          <w:b/>
        </w:rPr>
        <w:t xml:space="preserve">[49:23] </w:t>
      </w:r>
      <w:r>
        <w:t>liye mahol milay. woh kya? allah taala ab musalman peaceful daawa work ka mahol istemal nahin kar rahe, phir society bombing. yeh sare ulama ki ghalati hai ke unhon ne bare bare fatwe diye, lekin is ka fatwa koi de nahin raha ke ab jang ki zaroorat nahin hai, ab to peaceful daawa work karo. ulama kyun chup hain? bare bare fatwe diye. misaal ke taur par india mein paanch sau ulama ne fatwa diya tha ke</w:t>
      </w:r>
    </w:p>
    <w:p>
      <w:pPr>
        <w:jc w:val="right"/>
      </w:pPr>
      <w:r>
        <w:t>لیے ماحول ملے۔ وہ کیا؟ اللہ تعالی اب مسلمان پیس فل دعویٰ ورک کا ماحول استعمال نہیں کر رہے، پھر سوسائٹی بمبنگ۔ یہ سارے علماء کی غلطی ہے کہ انہوں نے بڑے بڑے فتوے دیے، لیکن اس کا فتویٰ کوئی دے نہیں رہا کہ اب جنگ کی ضرورت نہیں ہے، اب تو پیس فل دعویٰ ورک کرو۔ علماء کیوں چپ ہیں؟ بڑے بڑے فتوے دیے۔ مثلاً انڈیا میں پانچ سو علماء نے فتویٰ دیا تھا کہ</w:t>
      </w:r>
    </w:p>
    <w:p>
      <w:r>
        <w:rPr>
          <w:b/>
        </w:rPr>
        <w:t xml:space="preserve">[49:53] </w:t>
      </w:r>
      <w:r>
        <w:t>angrez se lado, jehad faisla sahib karo. 500 ulama ne. ab kyun nahin fatwa dete? ab kyun dete hain ke woh kal fatwa galat tha? hamein jo kaam karna hai woh hai ke peaceful daawa work, quran ko phailana. yeh kyun nahin fatwa dete? behal mera yahi yani mein jo jaanta hoon, woh is ko is ke mutabiq soorat-e-haal hai.</w:t>
      </w:r>
    </w:p>
    <w:p>
      <w:pPr>
        <w:jc w:val="right"/>
      </w:pPr>
      <w:r>
        <w:t>انگریز سے لڑو، جہاد فیصلہ صاحب کرو۔ 500 علماء نے۔ اب کیوں نہیں فتویٰ دیتے؟ اب کیوں دیتے ہیں کہ وہ کل فتویٰ غلط تھا؟ ہمیں جو کام کرنا ہے وہ ہے کہ پیس فل دعویٰ ورک، قرآن کو پھیلانا۔ یہ کیوں نہیں فتویٰ دیتے؟ بہرحال میرا یہی یعنی میں جو جانتا ہوں، وہ اس کو اس کے مطابق صورتحال ہے۔</w:t>
      </w:r>
    </w:p>
    <w:p>
      <w:r>
        <w:rPr>
          <w:b/>
        </w:rPr>
        <w:t xml:space="preserve">[50:20] </w:t>
      </w:r>
      <w:r>
        <w:t>ji maulana, agla sawal lene se pehle do comment padhna chahenge. pehla comment bheja hai tariq badar sahib ne lahore pakistan se. unhon ne likha hai: "maulana sahib, you mentioned it correctly that the whole world is looking for an alternative and that alternative is daawa work and distributing quran in the whole world. this is the need of the hour. we learn today that rasool allah planning was n</w:t>
      </w:r>
    </w:p>
    <w:p>
      <w:pPr>
        <w:jc w:val="right"/>
      </w:pPr>
      <w:r>
        <w:t>جی مولانا، اگلا سوال لینے سے پہلے دو کمنٹ پڑھنا چاہیں گے۔ پہلا کمنٹ بھیجا ہے طارق بدر صاحب نے لاہور پاکستان سے۔ انہوں نے لکھا ہے: "مولانا صاحب، یو مینشنڈ اٹ کریکٹلی دیٹ دا ہول ورلڈ از لوکنگ فار این الٹرنیٹو اینڈ دیٹ الٹرنیٹو از دعویٰ ورک اینڈ ڈسٹریبیوٹنگ قرآن ان دا ہول ورلڈ۔ دس از دا نیڈ اف دی ار۔ وی لرن ٹوڈے دیٹ رسول اللہ پلاننگ واز ن</w:t>
      </w:r>
    </w:p>
    <w:p>
      <w:r>
        <w:rPr>
          <w:b/>
        </w:rPr>
        <w:t xml:space="preserve">[50:50] </w:t>
      </w:r>
      <w:r>
        <w:t>in conflictational. maulana ar daawa team from pakistan will avoid any conflictation and make quran distribution ar prime objective. jazak allah."</w:t>
      </w:r>
    </w:p>
    <w:p>
      <w:pPr>
        <w:jc w:val="right"/>
      </w:pPr>
      <w:r>
        <w:t>ان کنفلکٹیشنل۔ مولانا ار دعویٰ ٹیم فرام پاکستان ول اوائڈ اینی کنفلکٹیشن اینڈ میک قرآن ڈسٹریبیوشن ار پرائم ابجیکٹو۔ جزاک اللہ۔"</w:t>
      </w:r>
    </w:p>
    <w:p>
      <w:r>
        <w:rPr>
          <w:b/>
        </w:rPr>
        <w:t xml:space="preserve">[51:03] </w:t>
      </w:r>
      <w:r>
        <w:t>masha allah, masha allah.</w:t>
      </w:r>
    </w:p>
    <w:p>
      <w:pPr>
        <w:jc w:val="right"/>
      </w:pPr>
      <w:r>
        <w:t>ماشاءاللہ، ماشاءاللہ۔</w:t>
      </w:r>
    </w:p>
    <w:p>
      <w:r>
        <w:rPr>
          <w:b/>
        </w:rPr>
        <w:t xml:space="preserve">[51:04] </w:t>
      </w:r>
      <w:r>
        <w:t>maulana doosra comment bheja hai kemti nagpur se muhammad irfan rashidi sahib ne. unhon ne likha hai: "today talk is an eye opener for ummat musalman. non conflictational planning is result oriented planning. it works from family level to international level. jazak allah maulana sahib."</w:t>
      </w:r>
    </w:p>
    <w:p>
      <w:pPr>
        <w:jc w:val="right"/>
      </w:pPr>
      <w:r>
        <w:t>مولانا دوسرا کمنٹ بھیجا ہے کیمٹی ناگپور سے محمد عرفان رشیدی صاحب نے۔ انہوں نے لکھا ہے: "ٹوڈے ٹاک از این ائی اوپنر فار امت مسلمان۔ نان کنفلکٹیشنل پلاننگ از رزلٹ اورینٹڈ پلاننگ۔ اٹ ورکس فرام فیملی لیول ٹو انٹرنیشنل لیول۔ جزاک اللہ مولانا صاحب۔"</w:t>
      </w:r>
    </w:p>
    <w:p>
      <w:r>
        <w:rPr>
          <w:b/>
        </w:rPr>
        <w:t xml:space="preserve">[51:29] </w:t>
      </w:r>
      <w:r>
        <w:t>masha allah.</w:t>
      </w:r>
    </w:p>
    <w:p>
      <w:pPr>
        <w:jc w:val="right"/>
      </w:pPr>
      <w:r>
        <w:t>ماشاءاللہ۔</w:t>
      </w:r>
    </w:p>
    <w:p>
      <w:r>
        <w:rPr>
          <w:b/>
        </w:rPr>
        <w:t xml:space="preserve">[51:30] </w:t>
      </w:r>
      <w:r>
        <w:t>maulana agla sawal kya hai tayyab mustafa sahib ne. unhon ne location nahin likhi hai. un ka sawal hai: "as we all know that islam is the best religion of the world, why is it that muslims are the worst followers?"</w:t>
      </w:r>
    </w:p>
    <w:p>
      <w:pPr>
        <w:jc w:val="right"/>
      </w:pPr>
      <w:r>
        <w:t>مولانا اگلا سوال کیا ہے طیب مصطفی صاحب نے۔ انہوں نے لوکیشن نہیں لکھی ہے۔ ان کا سوال ہے: "ایز وی ال نو دیٹ اسلام از دی بیسٹ ریلیجن اف دا ورلڈ، وائی از اٹ دیٹ مسلمز ار دا ورسٹ فالوورز؟"</w:t>
      </w:r>
    </w:p>
    <w:p>
      <w:r>
        <w:rPr>
          <w:b/>
        </w:rPr>
        <w:t xml:space="preserve">[51:48] </w:t>
      </w:r>
      <w:r>
        <w:t>dekhiye, best ka lafz bilkul galat hai. jab quran mein yeh lafz nahin, hadith mein yeh lafz nahin, to aap kyun sawal karte hain? is se is se aata hai fall yani pride ka nazariya. jab aap kehte hain best religion to is ka matlab ke hum best community hain, hamare paas best religion hai. is se aata hai nafrat, doosre insaanon se doori, we and they concept. aap sirf yeh kahiye ke allah</w:t>
      </w:r>
    </w:p>
    <w:p>
      <w:pPr>
        <w:jc w:val="right"/>
      </w:pPr>
      <w:r>
        <w:t>دیکھیے، بیسٹ کا لفظ بالکل غلط ہے۔ جب قرآن میں یہ لفظ نہیں، حدیث میں یہ لفظ نہیں، تو آپ کیوں سوال کرتے ہیں؟ اس سے اس سے آتا ہے فال یعنی پرائیڈ کا نظریہ۔ جب آپ کہتے ہیں بیسٹ ریلیجن تو اس کا معنی کہ ہم بیسٹ کمیونٹی ہیں، ہمارے پاس بیسٹ ریلیجن ہے۔ اس سے آتا ہے نفرت، دوسرے انسانوں سے دوری، وی اینڈ دے کانسیپٹ۔ آپ صرف یہ کہیے کہ اللہ</w:t>
      </w:r>
    </w:p>
    <w:p>
      <w:r>
        <w:rPr>
          <w:b/>
        </w:rPr>
        <w:t xml:space="preserve">[52:18] </w:t>
      </w:r>
      <w:r>
        <w:t>ka mehfooz deen, yeh kahiye. harghiz harghiz bas lafz istemal nahin kiya. mein is ko galat samajhta hoon ke mein gunah samajhta hoon is ko. gunah is liye ke jo lafz allah ne, rasool allah ne istemal nahin kiya, woh aap kyun istemal karte hain? yeh to in logon ka zuban hai jo debate karte hain. yeh yeh debaters ki zuban hai, yeh rasool allah ki zuban nahin hai. yeh sahi baat yeh hai ke aap yeh kahein ke islam allah ka mehfooz deen hai.</w:t>
      </w:r>
    </w:p>
    <w:p>
      <w:pPr>
        <w:jc w:val="right"/>
      </w:pPr>
      <w:r>
        <w:t>کا محفوظ دین، یہ کہیے۔ ہرگز ہرگز بس لفظ استعمال نہیں کیا۔ میں اس کو غلط سمجھتا ہوں کہ میں گناہ سمجھتا ہوں اس کو۔ گناہ اس لیے کہ جو لفظ اللہ نے، رسول اللہ نے استعمال نہیں کیا، وہ آپ کیوں استعمال کرتے ہیں؟ یہ تو ان لوگوں کا زبان ہے جو ڈیبیٹ کرتے ہیں۔ یہ یہ ڈیبیٹرز کی زبان ہے، یہ رسول اللہ کی زبان نہیں ہے۔ یہ صحیح بات یہ ہے کہ آپ یہ کہیں کہ اسلام اللہ کا محفوظ دین ہے۔</w:t>
      </w:r>
    </w:p>
    <w:p>
      <w:r>
        <w:rPr>
          <w:b/>
        </w:rPr>
        <w:t xml:space="preserve">[52:49] </w:t>
      </w:r>
      <w:r>
        <w:t>bas ab sawal yeh hai ke musalman kyun is ko follow nahin kar rahe? to yeh sab se bari ghalati mere ulama ki hai. unhon ne mis lead diya musalmanon ko. jo waqt tha daawa ka, kaha ke jehad karo. is zamane mein ek naya fana aaya tha, naya fana. ek taraf azadi, printing press, modern communication aur doosri taraf duniya mein log yahan sama jane lage. yani aalami tijarat ke zariye</w:t>
      </w:r>
    </w:p>
    <w:p>
      <w:pPr>
        <w:jc w:val="right"/>
      </w:pPr>
      <w:r>
        <w:t>بس اب سوال یہ ہے کہ مسلمان کیوں اس کو فالو نہیں کر رہے؟ تو یہ سب سے بڑی غلطی میرے علماء کی ہے۔ انہوں نے مس لیڈ دیا مسلمانوں کو۔ جو وقت تھا دعوت کا، کہا کہ جہاد کرو۔ اس زمانے میں ایک نیا فنامہ آیا تھا، نیا فنامہ۔ ایک طرف آزادی، پرنٹنگ پریس، ماڈرن کمیونیکیشن اور دوسری طرف دنیا میں لوگ یہاں سما جانے لگے۔ یعنی عالمی تجارت کے ذریعے</w:t>
      </w:r>
    </w:p>
    <w:p>
      <w:r>
        <w:rPr>
          <w:b/>
        </w:rPr>
        <w:t xml:space="preserve">[53:19] </w:t>
      </w:r>
      <w:r>
        <w:t>aur tourism ke zariye mukhtalif zaryon se ek woh hua. sari duniya mein aamd-o-raft, mobility, mobility, mobility. is ka matlab ke mad'u aap ke darwaze pe aa gaya. mad'u aap ke darwaze pe aa gaya to daudo daawa ke liye, daudo daawa ke liye. yeh waqt tha ulama yeh fatwa dete. ulama yeh fatwa dete ke daudo daawa ke liye. fatwa de diya ke daudo jehad ke liye. to sari zimmedari ulama ki hai. mere nazdeek</w:t>
      </w:r>
    </w:p>
    <w:p>
      <w:pPr>
        <w:jc w:val="right"/>
      </w:pPr>
      <w:r>
        <w:t>اور ٹورزم کے ذریعے مختلف ذریعوں سے ایک وہ ہوا۔ ساری دنیا میں امد و رفت، موبیلٹی، موبیلٹی، موبیلٹی۔ اس کا معنی کہ مدعو آپ کے دروازے پہ آ گیا۔ مدعو آپ کے دروازے پہ آ گیا تو دوڑو دعوت کے لیے، دوڑو دعوت کے لیے۔ یہ وقت تھا علماء یہ فتویٰ دیتے۔ علماء یہ فتویٰ دیتے کہ دوڑو دعوت کے لیے۔ فتویٰ دے دیا کہ دوڑو جہاد کے لیے۔ تو ساری ذمہ داری علماء کی ہے۔ میرے نزدیک</w:t>
      </w:r>
    </w:p>
    <w:p>
      <w:r>
        <w:rPr>
          <w:b/>
        </w:rPr>
        <w:t xml:space="preserve">[53:51] </w:t>
      </w:r>
      <w:r>
        <w:t>ummat ko mis lead kiya unhon ne.</w:t>
      </w:r>
    </w:p>
    <w:p>
      <w:pPr>
        <w:jc w:val="right"/>
      </w:pPr>
      <w:r>
        <w:t>امت کو مس لیڈ کیا انہوں نے۔</w:t>
      </w:r>
    </w:p>
    <w:p>
      <w:r>
        <w:rPr>
          <w:b/>
        </w:rPr>
        <w:t xml:space="preserve">[53:57] </w:t>
      </w:r>
      <w:r>
        <w:t>maulana agla sawal ajmer se kiya hai doctor safina tabassum ne. unhon ne aapse poocha hai ke "what is the criteria of success for any plan? how can we assess whether ar plan was successful or not?"</w:t>
      </w:r>
    </w:p>
    <w:p>
      <w:pPr>
        <w:jc w:val="right"/>
      </w:pPr>
      <w:r>
        <w:t>مولانا اگلا سوال اجمیر سے کیا ہے ڈاکٹر سفینہ تبسم نے۔ انہوں نے آپ سے پوچھا ہے کہ "واٹ از دی کرائٹیریا اف سکسیس فار اینی پلان؟ ہاؤ کین وی اسیس ویدر ار پلان واز سکسیس فل اور ناٹ؟"</w:t>
      </w:r>
    </w:p>
    <w:p>
      <w:r>
        <w:rPr>
          <w:b/>
        </w:rPr>
        <w:t xml:space="preserve">[54:14] </w:t>
      </w:r>
      <w:r>
        <w:t>dekhiye, material target ka hai ke aap ek ek building banana chahte hain, ek factory banana chahte hain, ek ek aap bridge banana chahte hain, is ki success ka criteria doosra hai. material goal mein success ka criteria doosra hota hai. lekin jo jo</w:t>
      </w:r>
    </w:p>
    <w:p>
      <w:pPr>
        <w:jc w:val="right"/>
      </w:pPr>
      <w:r>
        <w:t>دیکھیے، مٹیریل ٹارگٹ کا ہے کہ آپ ایک ایک بلڈنگ بنانا چاہتے ہیں، ایک فیکٹری بنانا چاہتے ہیں، ایک ایک آپ برج بنانا چاہتے ہیں، اس کی سکسیس کا کرائٹیریا دوسرا ہے۔ مٹیریل گولڈ میں سکسیس کا کرائٹیریا دوسرا ہوتا ہے۔ لیکن جو جو</w:t>
      </w:r>
    </w:p>
    <w:p>
      <w:r>
        <w:rPr>
          <w:b/>
        </w:rPr>
        <w:t xml:space="preserve">[54:44] </w:t>
      </w:r>
      <w:r>
        <w:t>planning hoti hai allah ke mission ke liye, is ka is ka criteria doosra hota hai. quran mein hai: "aizn hasanain" do mein se ek kaam hai. abhi yani ya to aap ko yeh credit milega allah ke haan ke tum ne allah ka deen pahuncha diya logon ko, ya to yeh milega jo rasool allah ne hijjat al-wada mein kaha tha: "allah ballaght" kya mein ne pahuncha diya?</w:t>
      </w:r>
    </w:p>
    <w:p>
      <w:pPr>
        <w:jc w:val="right"/>
      </w:pPr>
      <w:r>
        <w:t>پلاننگ ہوتی ہے اللہ کے مشن کے لیے، اس کا اس کا کرائٹیریا دوسرا ہوتا ہے۔ قرآن میں ہے: "ایذن حسنین" دو میں سے ایک کام ہے۔ ابھی یعنی یا تو آپ کو یہ کریڈٹ ملے گا اللہ کے ہاں کہ تم نے اللہ کا دین پہنچا دیا لوگوں کو، یا تو یہ ملے گا جو رسول اللہ نے حجۃ الوداع میں کہا تھا: "اللہ بلغت" کیا میں نے پہنچا دیا؟</w:t>
      </w:r>
    </w:p>
    <w:p>
      <w:r>
        <w:rPr>
          <w:b/>
        </w:rPr>
        <w:t xml:space="preserve">[55:17] </w:t>
      </w:r>
      <w:r>
        <w:t>to yeh sirf audience ke lehaz se nahin tha, yeh farishton ke lehaz se tha. to farishton ne kaha ke haan pahuncha diya, haan pahuncha diya. to daawa allah mein dekhiye, ek mayar yeh hai ke aap ne logon tak allah ka deen baghair badle hue pahuncha diya. that is great success. doosra yeh hai ke logon ne qabool kiya ho</w:t>
      </w:r>
    </w:p>
    <w:p>
      <w:pPr>
        <w:jc w:val="right"/>
      </w:pPr>
      <w:r>
        <w:t>تو یہ صرف اڈینس کے لحاظ سے نہیں تھا، یہ فرشتوں کے لحاظ سے تھا۔ تو فرشتوں نے کہا کہ ہاں پہنچا دیا، ہاں پہنچا دیا۔ تو دعوت اللہ میں دیکھیے، ایک معیار یہ ہے کہ آپ نے لوگوں تک اللہ کا دین بغیر بدلے ہوئے پہنچا دیا۔ دیٹ از گریٹ سکسیس۔ دوسرا یہ ہے کہ لوگوں نے قبول کیا ہو</w:t>
      </w:r>
    </w:p>
    <w:p>
      <w:r>
        <w:rPr>
          <w:b/>
        </w:rPr>
        <w:t xml:space="preserve">[55:47] </w:t>
      </w:r>
      <w:r>
        <w:t>aur woh ek naya daur aaye, inqilab aaye, woh ek woh bhi kamyabi hai. lekin dono hi ek hi darje ki kamyabi hai. log agar qabool karein tab bhi kamyabi, na qabool karein to bhi daai ko yeh kamyabi mil gayi ke is ko farishton ke record mein aa gaya ke unhon ne allah ka deen sare insanon tak pahuncha diya.</w:t>
      </w:r>
    </w:p>
    <w:p>
      <w:pPr>
        <w:jc w:val="right"/>
      </w:pPr>
      <w:r>
        <w:t>اور وہ ایک نیا دور آئے، انقلاب آئے، وہ ایک وہ بھی کامیابی ہے۔ لیکن دونوں ہی ایک ہی درجے کی کامیابی ہے۔ لوگ اگر قبول کریں تب بھی کامیابی، نہ قبول کریں تو بھی داعی کو یہ کامیابی مل گئی کہ اس کو فرشتوں کے ریکارڈ میں آ گیا کہ انہوں نے اللہ کا دین سارے انسانوں تک پہنچا دیا۔</w:t>
      </w:r>
    </w:p>
    <w:p>
      <w:r>
        <w:rPr>
          <w:b/>
        </w:rPr>
        <w:t xml:space="preserve">[56:18] </w:t>
      </w:r>
      <w:r>
        <w:t>that is also equal success, equal success.</w:t>
      </w:r>
    </w:p>
    <w:p>
      <w:pPr>
        <w:jc w:val="right"/>
      </w:pPr>
      <w:r>
        <w:t>دیٹ از السو ایکول سکسیس، ایکول سکسیس۔</w:t>
      </w:r>
    </w:p>
    <w:p>
      <w:r>
        <w:rPr>
          <w:b/>
        </w:rPr>
        <w:t xml:space="preserve">[56:27] </w:t>
      </w:r>
      <w:r>
        <w:t>maulana agla sawal lena chahenge jo bheja hai muhammad bilal shafi sahib ne kolkata se. unhon ne maulana aap ka ek article aaya tha al-risala mein november 2016 mein. is ka hindi tarjuma kar ke bheja hai aur apna sawal poocha hai. un ka woh hindi tarjuma padhna chahenge. unhon ne likha hai jo title hai woh hai: "apne antim sanskar ki namaz". unhon ne likha hai ke dilli mein ek musalman ki maut hui,</w:t>
      </w:r>
    </w:p>
    <w:p>
      <w:pPr>
        <w:jc w:val="right"/>
      </w:pPr>
      <w:r>
        <w:t>مولانا اگلا سوال لینا چاہیں گے جو بھیجا ہے محمد بلال شفیع صاحب نے کلکتہ سے۔ انہوں نے مولانا آپ کا ایک آرٹیکل آیا تھا الرسالہ میں نومبر 2016 میں۔ اس کا ہندی ترجمہ کر کے بھیجا ہے اور اپنا سوال پوچھا ہے۔ ان کا وہ ہندی ترجمہ پڑھنا چاہیں گے۔ انہوں نے لکھا ہے جو ٹائٹل ہے وہ ہے: "اپنے انتیم سنسکار کی نماز"۔ انہوں نے لکھا ہے کہ دلی میں ایک مسلمان کی موت ہوئی،</w:t>
      </w:r>
    </w:p>
    <w:p>
      <w:r>
        <w:rPr>
          <w:b/>
        </w:rPr>
        <w:t xml:space="preserve">[56:58] </w:t>
      </w:r>
      <w:r>
        <w:t>antim sanskar ki namaz padhne ke baad un ko ek qabristan mein dafn kiya gaya. mere ek saathi ne bataya ke woh is namaz mein shamil the. namaz shuru hone wali thi to un ke paas khade hue ek musalman ne poocha: "farz ki niyat karoon ya sunnat ki?" unhon ne kaha ke khud apne antim sanskar ki namaz ki niyat karo. is aadmi ko hairani</w:t>
      </w:r>
    </w:p>
    <w:p>
      <w:pPr>
        <w:jc w:val="right"/>
      </w:pPr>
      <w:r>
        <w:t>انتیم سنسکار کی نماز پڑھنے کے بعد ان کو ایک قبرستان میں دفن کیا گیا۔ میرے ایک ساتھی نے بتایا کہ وہ اس نماز میں شامل تھے۔ نماز شروع ہونے والی تھی تو ان کے پاس کھڑے ہوئے ایک مسلمان نے پوچھا: "فرض کی نیت کروں یا سنت کی؟" انہوں نے کہا کہ خود اپنے انتیم سنسکار کی نماز کی نیت کرو۔ اس آدمی کو حیرانی</w:t>
      </w:r>
    </w:p>
    <w:p>
      <w:r>
        <w:rPr>
          <w:b/>
        </w:rPr>
        <w:t xml:space="preserve">[57:28] </w:t>
      </w:r>
      <w:r>
        <w:t>hui. baad ko unhon ne is aadmi se kaha ke kisi ke marne par antim sanskar ki namaz padhna sirf ek rasam nahin, woh ek bohat bari sachai ki yaad karna hai. mera sawal maulana yeh hai ke auratein aisa tazkiya kaise karengi? un ko to janaze ki namaz mein shamil hone ka mauqa nahin milta. is ke bare mein batayein.</w:t>
      </w:r>
    </w:p>
    <w:p>
      <w:pPr>
        <w:jc w:val="right"/>
      </w:pPr>
      <w:r>
        <w:t>ہوئی۔ بعد کو انہوں نے اس آدمی سے کہا کہ کسی کے مرنے پر انتیم سنسکار کی نماز پڑھنا صرف ایک رسم نہیں، وہ ایک بہت بڑی سچائی کی یاد کرنا ہے۔ میرا سوال مولانا یہ ہے کہ عورتیں ایسا تزکیہ کیسے کریں گی؟ ان کو تو جنازے کی نماز میں شامل ہونے کا موقع نہیں ملتا۔ اس کے بارے میں بتائیں۔</w:t>
      </w:r>
    </w:p>
    <w:p>
      <w:r>
        <w:rPr>
          <w:b/>
        </w:rPr>
        <w:t xml:space="preserve">[57:54] </w:t>
      </w:r>
      <w:r>
        <w:t>ji, antim sanskar ka lafz hi islam ke mutabiq nahi hai. woh antim sanskar kahan hota hai? woh to is dunya se nikal ke doosri dunya mein jana hota hai. antim sanskar kya hai? yeh mis leading term hai islam ke lihaz se. ji, antim sanskar mis leading term hai. is ka matlab yeh hai ke insan khatam ho gaya, ab is ka kuch rasam ada kar do, qissa khatam. nahi, islam ke mutabiq</w:t>
      </w:r>
    </w:p>
    <w:p>
      <w:pPr>
        <w:jc w:val="right"/>
      </w:pPr>
      <w:r>
        <w:t>جی، انتیم سنسکار کا لفظ ہی اسلام کے مطابق نہیں ہے۔ وہ انتیم سنسکار کہاں ہوتا ہے؟ وہ تو اس دنیا سے نکل کے دوسری دنیا میں جانا ہوتا ہے۔ انتیم سنسکار کیا ہے؟ یہ مس لیڈنگ ٹرم ہے اسلام کے لحاظ سے۔ جی، انتیم سنسکار مس لیڈنگ ٹرم ہے۔ اس کا مطلب یہ ہے کہ انسان ختم ہو گیا، اب اس کا کچھ رسم ادا کر دو، قصہ ختم۔ نہیں، اسلام کے مطابق</w:t>
      </w:r>
    </w:p>
    <w:p>
      <w:r>
        <w:rPr>
          <w:b/>
        </w:rPr>
        <w:t xml:space="preserve">[58:25] </w:t>
      </w:r>
      <w:r>
        <w:t>marne ka matlab yeh hai ke aadmi is dunya se nikal ke doosri dunya mein chala gaya. to antim sanskar irrelevant hai. yeh lafz hi irrelevant hai. main nahi manta is ko.</w:t>
      </w:r>
    </w:p>
    <w:p>
      <w:pPr>
        <w:jc w:val="right"/>
      </w:pPr>
      <w:r>
        <w:t>مرنے کا مطلب یہ ہے کہ آدمی اس دنیا سے نکل کے دوسری دنیا میں چلا گیا۔ تو انتیم سنسکار اریلیونٹ ہے۔ یہ لفظ ہی اریلیونٹ ہے۔ میں نہیں مانتا اس کو۔</w:t>
      </w:r>
    </w:p>
    <w:p>
      <w:r>
        <w:rPr>
          <w:b/>
        </w:rPr>
        <w:t xml:space="preserve">[58:36] </w:t>
      </w:r>
      <w:r>
        <w:t>maulana woh shayad wahan yeh hai ke namaz janaza is baat ki yaad dehani hai ke tumhare saath bhi yeh pesh aane wala hai. ji, antim sanskar nahi hai woh ke wahan jo khare hue hain namaz parhne ke liye, woh yaad karein ke isi tarah hamein bhi marna hai, hamein bhi qabar mein jana hai, hamein bhi akhirat mein pesh hona hai, hamein bhi allah ke samne jana hai. yeh yeh yaad karna. ji ji, to maulana is mein aurtein kaise shamil ho sakti hain? woh yeh</w:t>
      </w:r>
    </w:p>
    <w:p>
      <w:pPr>
        <w:jc w:val="right"/>
      </w:pPr>
      <w:r>
        <w:t>مولانا وہ شاید وہاں یہ ہے کہ نماز جنازہ اس بات کی یاد دہانی ہے کہ تمہارے ساتھ بھی یہ پیش آنے والا ہے۔ جی، انتیم سنسکار نہیں ہے وہ کہ وہاں جو کھڑے ہوئے ہیں نماز پڑھنے کے لیے، وہ یاد کریں کہ اسی طرح ہمیں بھی مرنا ہے، ہمیں بھی قبر میں جانا ہے، ہمیں بھی آخرت میں پیش ہونا ہے، ہمیں بھی اللہ کے سامنے جانا ہے۔ یہ یہ یاد کرنا۔ جی جی، تو مولانا اس میں عورتیں کیسے شامل ہو سکتی ہیں؟ وہ یہ</w:t>
      </w:r>
    </w:p>
    <w:p>
      <w:r>
        <w:rPr>
          <w:b/>
        </w:rPr>
        <w:t xml:space="preserve">[59:06] </w:t>
      </w:r>
      <w:r>
        <w:t>janana chah rahe the ke woh kaise tazkiya karengi? kyunke un ko tazkiya shamil kiya? ghar mein jo koi marne ke intezar karenge tazkiya ke liye? yeh kaun si baat hai? ji, yani kisi ke mare tab tazkiya hamara hoga? subah sham karna hai tazkiya? yeh koi sawal hi nahi hai. ji, maulana agla tazkiya to subah sham raat din hota hai. quran mein hai ke woh</w:t>
      </w:r>
    </w:p>
    <w:p>
      <w:pPr>
        <w:jc w:val="right"/>
      </w:pPr>
      <w:r>
        <w:t>ی جاننا چاہ رہے تھے کہ وہ کیسے تزکیہ کریں گی؟ کیونکہ ان کو تزکیہ شامل کیا؟ گھر میں جو کوئی مرنے کے انتظار کریں گے تزکیہ کے لیے؟ یہ کون سی بات ہے؟ جی، یعنی کسی کے مرے تب تزکیہ ہمارا ہوگا؟ صبح شام کرنا ہے تزکیہ؟ یہ کوئی سوال ہی نہیں ہے۔ جی، مولانا اگلا تزکیہ تو صبح شام رات دن ہوتا ہے۔ قرآن میں ہے کہ وہ</w:t>
      </w:r>
    </w:p>
    <w:p>
      <w:r>
        <w:rPr>
          <w:b/>
        </w:rPr>
        <w:t xml:space="preserve">[59:37] </w:t>
      </w:r>
      <w:r>
        <w:t>yaskurun allah qiyam o quood kaha aaya tha. woh allah qiyam o quood wa ala junubihim. haan, yeh ayat padhi hai surah al imran mein. sote, uthte, jaagte, karwat lete hue har lamha tazkiya. tazkiya yeh nahi ke qabristan mein khara ho to tazkiya. yeh tazkiya ka tasawwur hi bilkul sahi nahi hai. maulana agla sawal lene se pehle</w:t>
      </w:r>
    </w:p>
    <w:p>
      <w:pPr>
        <w:jc w:val="right"/>
      </w:pPr>
      <w:r>
        <w:t>یسکرون اللہ قیام و قعود کہا آیا تھا۔ وہ اللہ قیام و قعود وعلی جنوبہم۔ ہاں، یہ آیت پڑھی ہے سورہ ال عمران میں۔ سوتے، اٹھتے، جاگتے، کروٹ لیتے ہوئے ہر لمحہ تزکیہ۔ تزکیہ یہ نہیں کہ قبرستان میں کھڑا ہو تو تزکیہ۔ یہ تزکیہ کا تصور ہی بالکل صحیح نہیں ہے۔ مولانا اگلا سوال لینے سے پہلے</w:t>
      </w:r>
    </w:p>
    <w:p>
      <w:r>
        <w:rPr>
          <w:b/>
        </w:rPr>
        <w:t xml:space="preserve">[1:00:07] </w:t>
      </w:r>
      <w:r>
        <w:t>ek comment padhna chahenge jo maulana yaqoob umri ne bheja hai dilli se. unhone likha hai: "maulana secret behind success of prophet muhammad was non confrontational approach. this is for the first time i have heard such explanation from anyone. jazak allah maulana sahib for enlightening all of us." agla sawal tariq badar sahib ne lahore se kiya hai. unhone likha hai: "maulana the ha</w:t>
      </w:r>
    </w:p>
    <w:p>
      <w:pPr>
        <w:jc w:val="right"/>
      </w:pPr>
      <w:r>
        <w:t>ایک کمنٹ پڑھنا چاہیں گے جو مولانا یعقوب عمری نے بھیجا ہے دلی سے۔ انہوں نے لکھا ہے: "مولانا سیکرٹ بیہائنڈ سکسیس اف پرافٹ محمد واز نان کنفرنٹیشنل اپروچ۔ دس از فار دا فرسٹ ٹائم ائی ہیو ہرڈ سچ ایکسپلینیشن فرام اینی ون۔ جزاک اللہ مولانا صاحب فار انلائٹننگ ال اف اس۔" اگلا سوال طارق بدر صاحب نے لاہور سے کیا ہے۔ انہوں نے لکھا ہے: "مولانا دا ح</w:t>
      </w:r>
    </w:p>
    <w:p>
      <w:r>
        <w:rPr>
          <w:b/>
        </w:rPr>
        <w:t xml:space="preserve">[1:00:37] </w:t>
      </w:r>
      <w:r>
        <w:t>dith that you mentioned in the beginning of your today talk that we all have to take our sheep goats and migrate. some scholars interpret that current time is that time and that we should all move to isolated places to save our iman. what is your comment on this?"</w:t>
      </w:r>
    </w:p>
    <w:p>
      <w:pPr>
        <w:jc w:val="right"/>
      </w:pPr>
      <w:r>
        <w:t>دیث دیٹ یو مینشن ان دا بگننگ اف یور ٹوڈے ٹاک دیٹ وی ال ہیو ٹو ٹیک اور شیپ گوٹس اینڈ مائیگریٹ۔ سم سکالرز انٹرپریٹ دیٹ کرنٹ ٹائم از دیٹ ٹائم اینڈ دیٹ وی شوڈ ال موو ٹو ائیسولیٹڈ پلیسز ٹو سیو اور ایمان۔ واٹ از یور کمنٹ ان دس؟"</w:t>
      </w:r>
    </w:p>
    <w:p>
      <w:r>
        <w:rPr>
          <w:b/>
        </w:rPr>
        <w:t xml:space="preserve">[1:01:00] </w:t>
      </w:r>
      <w:r>
        <w:t>dekhiye, yeh bilkul galat hai. interpretation yani more than galat hai. is liye ke dekhiye, rasool allah ne yeh baat kahi thi sahaba se. to sahaba ne kya kiya? kya woh chale gaye sab janglon mein? mere ilm ke mutabiq koi ek sahabi jangal mein nahi gaya. to jo sahaba ne kiya, woh hai is ka interpretation. woh kya kiya? unhone</w:t>
      </w:r>
    </w:p>
    <w:p>
      <w:pPr>
        <w:jc w:val="right"/>
      </w:pPr>
      <w:r>
        <w:t>دیکھیے، یہ بالکل غلط ہے۔ انٹرپریٹیشن یعنی مور دین غلط ہے۔ اس لیے کہ دیکھیے، رسول اللہ نے یہ بات کہی تھی صحابہ سے۔ تو صحابہ نے کیا کیا؟ کیا وہ چلے گئے سب جنگلوں میں؟ میرے علم کے مطابق کوئی ایک صحابی جنگل میں نہیں گیا۔ تو جو صحابہ نے کیا، وہ ہے اس کا انٹرپریٹیشن۔ وہ کیا کیا؟ انہوں نے</w:t>
      </w:r>
    </w:p>
    <w:p>
      <w:r>
        <w:rPr>
          <w:b/>
        </w:rPr>
        <w:t xml:space="preserve">[1:01:31] </w:t>
      </w:r>
      <w:r>
        <w:t>us zamane mein dekhiye, aap padhiye tareekh ko. kuch sahaba woh the jo ghar mein baith gaye. apne ghar mein baithne ka matlab ghar madrasa khol diya. kuch sahaba aise the jo ghar mein baith gaye. log aate the, un ko quran hadith batate the. woh to kuch logon ne apne ghar mein madrasa bana liya aur logon ko sikhane lag gaye. kuch sahaba kya the? woh tijarat ke liye nikal gaye. mulkon mulkon mein tijarat ke maani kya the? tijarat karenge aur tablegh kari</w:t>
      </w:r>
    </w:p>
    <w:p>
      <w:pPr>
        <w:jc w:val="right"/>
      </w:pPr>
      <w:r>
        <w:t>اس زمانے میں دیکھیے، آپ پڑھیے تاریخ کو۔ کچھ صحابہ وہ تھے جو گھر میں بیٹھ گئے۔ اپنے گھر میں بیٹھنے کا مطلب گھر مدرسہ کھول دیا۔ کچھ صحابہ ایسے تھے جو گھر میں بیٹھ گئے۔ لوگ آتے تھے، ان کو قرآن حدیث بتاتے تھے۔ وہ تو کچھ لوگوں نے اپنے گھر میں مدرسہ بنا لیا اور لوگوں کو سکھانے لگے۔ کچھ صحابہ کیا تھے؟ وہ تجارت کے لیے نکل گئے۔ ملکوں ملکوں میں تجارت کے معنی کیا تھے؟ تجارت کریں گے اور تبلیغ کری</w:t>
      </w:r>
    </w:p>
    <w:p>
      <w:r>
        <w:rPr>
          <w:b/>
        </w:rPr>
        <w:t xml:space="preserve">[1:02:01] </w:t>
      </w:r>
      <w:r>
        <w:t>nge. tijarat karenge, tablegh karenge. india mein bhi taajir aaye, pehle sab aap jante hain, aur bahar ke mulkon mein chale gaye. sahaba aur tabeen dono asia mein, africa mein, hatta ke europe tak pahunch gaye. to jo kiya unhone, woh hai is ka interpretation. jo nahi kiya, woh kaise ho jayega? aap ghor kijiye ke kaun sahabi tha jo rasool allah ke is is hadith ko sun</w:t>
      </w:r>
    </w:p>
    <w:p>
      <w:pPr>
        <w:jc w:val="right"/>
      </w:pPr>
      <w:r>
        <w:t>ں گے۔ تجارت کریں گے، تبلیغ کریں گے۔ انڈیا میں بھی تاجر آئے، پہلے سب آپ جانتے ہیں، اور باہر کے ملکوں میں چلے گئے۔ صحابہ اور تابعین دونوں ایشیا میں، افریقہ میں، حتیٰ کہ یورپ تک پہنچ گئے۔ تو جو کیا انہوں نے، وہ ہے اس کا انٹرپریٹیشن۔ جو نہیں کیا، وہ کیسے ہو جائے گا؟ آپ غور کیجیے کہ کون صحابی تھا جو رسول اللہ کے اس اس حدیث کو سن</w:t>
      </w:r>
    </w:p>
    <w:p>
      <w:r>
        <w:rPr>
          <w:b/>
        </w:rPr>
        <w:t xml:space="preserve">[1:02:31] </w:t>
      </w:r>
      <w:r>
        <w:t>kar chala gaya jangal mein? koi ek bhi sahabi nahi hai. main wahan cyprus gaya. cyprus, cyprus mein wahan aaj bhi ek qabar hai. aaj bhi, aaj bhi ek qabar hai. woh qabar hai ek sahabiya ki. ek sahabiya qabar hai. to ek group gaya tha wahan se, woh samandar ke raste se</w:t>
      </w:r>
    </w:p>
    <w:p>
      <w:pPr>
        <w:jc w:val="right"/>
      </w:pPr>
      <w:r>
        <w:t>کر چلا گیا جنگل میں؟ آیت کوئی ایک بھی صحابی نہیں ہے۔ میں وہاں سائپرس گیا۔ سائپرس، سائپرس میں وہاں آج بھی ایک قبر ہے۔ آج بھی، آج بھی ایک قبر ہے۔ وہ قبر ہے ایک صحابیہ کی۔ ایک صحابیہ قبر ہے۔ تو ایک گروپ گیا تھا وہاں سے، وہ سمندر کے راستے سے</w:t>
      </w:r>
    </w:p>
    <w:p>
      <w:r>
        <w:rPr>
          <w:b/>
        </w:rPr>
        <w:t xml:space="preserve">[1:03:02] </w:t>
      </w:r>
      <w:r>
        <w:t>gaya aur dawat karte ke liye woh cyprus pahunch gaya. aise hi har jagah pahunche. turkey mein pahunche, sham mein pahunche, africa mein, asia mein. yahi log to nikal gaye idhar udhar. yahi log to nikal gaye idhar udhar. to sahaba ne aur tabeen ne is hadith ka matlab jo liya, woh yeh tha ke takrao ko chodo</w:t>
      </w:r>
    </w:p>
    <w:p>
      <w:pPr>
        <w:jc w:val="right"/>
      </w:pPr>
      <w:r>
        <w:t>گیا اور دعوت کرتے کے لیے وہ سائپرس پہنچ گیا۔ ایسے ہی ہر جگہ پہنچے۔ ترکی میں پہنچے، شام میں پہنچے، افریقہ میں، ایشیا میں۔ یہی لوگ تو نکل گئے ادھر ادھر۔ یہی لوگ تو نکل گئے ادھر ادھر۔ تو صحابہ نے اور تابعین نے اس حدیث کا مطلب جو لیا، وہ یہ تھا کہ ٹکراؤ کو چھوڑو</w:t>
      </w:r>
    </w:p>
    <w:p>
      <w:r>
        <w:rPr>
          <w:b/>
        </w:rPr>
        <w:t xml:space="preserve">[1:03:32] </w:t>
      </w:r>
      <w:r>
        <w:t>aur takrao se bahar jo maidan hai, wahan ja kar kaam karo. taleem ka maidan, dawat ka maidan, naseehat ka maidan, woh is mein gaye log to wahi is ka matlab banega. yeh to khud sakhta matlab hai ke ja kar jangal mein baso. yeh to bilkul aisi aisi tashreeh batana to mere nazdeek gunah hai. mis lead karna hai logon ko. is it clear?</w:t>
      </w:r>
    </w:p>
    <w:p>
      <w:pPr>
        <w:jc w:val="right"/>
      </w:pPr>
      <w:r>
        <w:t>اور ٹکراؤ سے باہر جو میدان ہے، وہاں جا کر کام کرو۔ تعلیم کا میدان، دعوت کا میدان، نصیحت کا میدان، وہ اس میں گئے لوگ تو وہی اس کا مطلب بنے گا۔ یہ تو خود ساختہ مطلب ہے کہ جا کے جنگل میں بسو۔ یہ تو بالکل ایسی ایسی تشریح بتانا تو میرے نزدیک گناہ ہے۔ مس لیڈ کرنا ہے لوگوں کو۔ از اٹ کلیئر؟</w:t>
      </w:r>
    </w:p>
    <w:p>
      <w:r>
        <w:rPr>
          <w:b/>
        </w:rPr>
        <w:t xml:space="preserve">[1:03:59] </w:t>
      </w:r>
      <w:r>
        <w:t>ji ji, maulana. maulana agla sawal lete hain jo ashfaq shah shah sahib ne kashmir se kiya hai. unhone likha hai: "maulana sahib, please explain to me what is the best definition of political islam? if the islamic history is non confrontational, then what made the victory of makkah possible? please give your views on this."</w:t>
      </w:r>
    </w:p>
    <w:p>
      <w:pPr>
        <w:jc w:val="right"/>
      </w:pPr>
      <w:r>
        <w:t>جی جی، مولانا۔ مولانا اگلا سوال لیتے ہیں جو اشفاق شاہ شاہ صاحب نے کشمیر سے کیا ہے۔ انہوں نے لکھا ہے: "مولانا صاحب، پلیز ایکسپلین ٹو می واٹ از دا بیسٹ ڈیفینیشن اف پولیٹیکل اسلام؟ اف دی اسلامک ہسٹری از نان کنفرنٹیشنل، دین واٹ میڈ دا وکٹری اف مکہ پوسیبل؟ پلیز گیو یور ویوز ان دس۔"</w:t>
      </w:r>
    </w:p>
    <w:p>
      <w:r>
        <w:rPr>
          <w:b/>
        </w:rPr>
        <w:t xml:space="preserve">[1:04:27] </w:t>
      </w:r>
      <w:r>
        <w:t>dekhiye, yeh sab jhoote alfaz mein jeete hain log. makkah ki fateh kahan hui thi? mujhe bataiye. sare log islam mein dakhil ho gaye. yeh thode fi deen allah fouj. kya rasool allah ne koi makkah pe hamla kiya tha? yani kaise yeh sab baatein kaise bolte hain log? yeh to yeh to mere nazdeek allah ki pakad wali baatein hain. rasool allah ne kab makkah pe hamla kiya tha? kab qabza kiya tha? wahan ja kar ke kab qabza kiya tha?</w:t>
      </w:r>
    </w:p>
    <w:p>
      <w:pPr>
        <w:jc w:val="right"/>
      </w:pPr>
      <w:r>
        <w:t>دیکھیے، یہ سب جھوٹے الفاظ میں جیتے ہیں لوگ۔ مکہ کی فتح کہاں ہوئی تھی؟ مجھے بتائیے۔ سارے لوگ اسلام میں داخل ہو گئے۔ یہ تھوڑے فی دین اللہ فوج۔ کیا رسول اللہ نے کوئی مکہ پہ حملہ کیا تھا؟ یعنی کیسے یہ سب باتیں کیسے بولتے ہیں لوگ؟ یہ تو یہ تو میرے نزدیک اللہ کی پکڑ والی باتیں ہیں۔ رسول اللہ نے کب مکہ پہ حملہ کیا تھا؟ کب قبضہ کیا تھا؟ وہاں جا کر کے کب قبضہ کیا تھا؟</w:t>
      </w:r>
    </w:p>
    <w:p>
      <w:r>
        <w:rPr>
          <w:b/>
        </w:rPr>
        <w:t xml:space="preserve">[1:04:57] </w:t>
      </w:r>
      <w:r>
        <w:t>aur quran mein surah yusuf mein jo qissa hai yusuf ka, us ko akhrul khutab bataya gaya. best story, best method. to hazrat yusuf jo peghambar the, kya unhone ladai ki thi badshah se? badshah ke badshah ki yani authority ko tasleem kar ke unhone mulk mein kaam kiya. yeh hai method ke jo jo authority hai,</w:t>
      </w:r>
    </w:p>
    <w:p>
      <w:pPr>
        <w:jc w:val="right"/>
      </w:pPr>
      <w:r>
        <w:t>اور قرآن میں سورہ یوسف میں جو قصہ ہے یوسف کا، اس کو آخر الخط بتایا گیا۔ بیسٹ سٹوری، بیسٹ میتھڈ۔ تو حضرت یوسف جو پیغمبر تھے، کیا انہوں نے لڑائی کی تھی بادشاہ سے؟ بادشاہ کے بادشاہ کی یعنی اتھارٹی کو تسلیم کر کے انہوں نے ملک میں کام کیا۔ یہ ہے میتھڈ کہ جو جو اتھارٹی ہے،</w:t>
      </w:r>
    </w:p>
    <w:p>
      <w:r>
        <w:rPr>
          <w:b/>
        </w:rPr>
        <w:t xml:space="preserve">[1:05:27] </w:t>
      </w:r>
      <w:r>
        <w:t>authority ko tasleem karo. tasleem kar ke kya hoga? confrontation se bach jaoge tum log aur phir kaam ka mauqa milega. yeh to yeh to political islam to bilashuba ek bidati islam hai. bidati. is ka islam se koi taluq nahi. political islam ka lafz hi non islamic hai. political islam, political islam ka lafz hi non islamic hai. jo log is par jeete hain, unhein toba karna chahiye.</w:t>
      </w:r>
    </w:p>
    <w:p>
      <w:pPr>
        <w:jc w:val="right"/>
      </w:pPr>
      <w:r>
        <w:t>اتھارٹی کو تسلیم کرو۔ تسلیم کر کے کیا ہوگا؟ کنفیڈریشن سے بچ جاؤ گے تم لوگ اور پھر کام کا موقع ملے گا۔ یہ تو یہ تو پولیٹیکل اسلام تو بلاشبہ ایک بدعتی اسلام ہے۔ بدعتی۔ اس کا اسلام سے کوئی تعلق نہیں۔ پولیٹیکل اسلام کا لفظ ہی نان اسلامک ہے۔ پولیٹیکل اسلام، پولیٹیکل اسلام کا لفظ ہی نان اسلامک ہے۔ جو لوگ اس پر جیتے ہیں، انہیں توبہ کرنا چاہیے۔</w:t>
      </w:r>
    </w:p>
    <w:p>
      <w:r>
        <w:rPr>
          <w:b/>
        </w:rPr>
        <w:t xml:space="preserve">[1:05:57] </w:t>
      </w:r>
      <w:r>
        <w:t>toba karna chahiye ke allah ke pakad pakde jayenge to kya jawab denge? tum ko kya haq tha ke jo lafz na quran mein na hadith mein, tum ne kyun istemal kiya us ko? political islam.</w:t>
      </w:r>
    </w:p>
    <w:p>
      <w:pPr>
        <w:jc w:val="right"/>
      </w:pPr>
      <w:r>
        <w:t>توبہ کرنا چاہیے کہ اللہ کے پکڑ پکڑے جائیں گے تو کیا جواب دیں گے؟ تم کو کیا حق تھا کہ جو لفظ نہ قرآن میں نہ حدیث میں، تم نے کیوں استعمال کیا اس کو؟ پولیٹیکل اسلام۔</w:t>
      </w:r>
    </w:p>
    <w:p>
      <w:r>
        <w:rPr>
          <w:b/>
        </w:rPr>
        <w:t xml:space="preserve">[1:06:10] </w:t>
      </w:r>
      <w:r>
        <w:t>ji ji, maulana bilkul clear hai. maulana agla sawal lete hain jo mr. ajay dwivedi ne dilli se bheja hai. unhone likha hai: "maulana, you made it clear that prophet of islam always practiced non confrontational approach and this was the reason for his success. but in today time, people who avoid confrontation are considered as weak personality. so</w:t>
      </w:r>
    </w:p>
    <w:p>
      <w:pPr>
        <w:jc w:val="right"/>
      </w:pPr>
      <w:r>
        <w:t>جی جی، مولانا بالکل کلیئر ہے۔ مولانا اگلا سوال لیتے ہیں جو مسٹر اجے دریویدی نے دلی سے بھیجا ہے۔ انہوں نے لکھا ہے: "مولانا، یو میڈ اٹ کلیئر دیٹ پرافٹ اف اسلام الویز پریکٹس نان کنفرنٹیشنل اپروچ اینڈ دس واز دا ریزن فار ہز سکسیس۔ بٹ ان ٹوڈے ٹائم، پیپل ہو اوائڈ کنفرنٹیشن ار کنسیڈر ایز ویک پرسنیلٹی۔ سو</w:t>
      </w:r>
    </w:p>
    <w:p>
      <w:r>
        <w:rPr>
          <w:b/>
        </w:rPr>
        <w:t xml:space="preserve">[1:06:41] </w:t>
      </w:r>
      <w:r>
        <w:t>confronting, proving your point, winning a debate, fighting for yourself and others are considered as great qualities. Maulana sahib, what is your opinion on this?"</w:t>
      </w:r>
    </w:p>
    <w:p>
      <w:pPr>
        <w:jc w:val="right"/>
      </w:pPr>
      <w:r>
        <w:t>کنفرنٹنگ، پروونگ یور پوائنٹ، وننگ ا ڈیبیٹ، فائٹنگ فار ون سیلف اینڈ ادرز ار کنسیڈر ایز گریٹ کوالٹیز۔ مولانا صاحب، واٹ از یور اوپینین ان دس؟"</w:t>
      </w:r>
    </w:p>
    <w:p>
      <w:r>
        <w:rPr>
          <w:b/>
        </w:rPr>
        <w:t xml:space="preserve">[1:06:53] </w:t>
      </w:r>
      <w:r>
        <w:t>kya kya just kiya is ka?</w:t>
      </w:r>
    </w:p>
    <w:p>
      <w:pPr>
        <w:jc w:val="right"/>
      </w:pPr>
      <w:r>
        <w:t>کیا کیا جسٹ کیا اس کا؟</w:t>
      </w:r>
    </w:p>
    <w:p>
      <w:r>
        <w:rPr>
          <w:b/>
        </w:rPr>
        <w:t xml:space="preserve">[1:06:56] </w:t>
      </w:r>
      <w:r>
        <w:t>maulana woh yeh keh rahe hain ke aaj ke daur mein jo confrontation approach hai, jaise debates ya apne liye ladna, doosre ke liye ladna, apna point ko prove karna, is ko achi qualities mana jata hai. to aap ne jo aaj kaha non confrontational approach se hi success mili, woh is baat ko accept karte hain. lekin woh yeh kehte hain ke jo non confrontational approach adopt karte hain, un ko weak personality mana jata hai.</w:t>
      </w:r>
    </w:p>
    <w:p>
      <w:pPr>
        <w:jc w:val="right"/>
      </w:pPr>
      <w:r>
        <w:t>مولانا وہ یہ کہہ رہے ہیں کہ آج کے دور میں جو کنفرنٹیشن اپروچ ہے، جیسے ڈیبیٹس یا اپنے لیے لڑنا، دوسرے کے لیے لڑنا، اپنا پوائنٹ کو پروف کرنا، اس کو اچھی کوالٹیز مانا جاتا ہے۔ تو آپ نے جو آج کہا نان کنفرنٹیشنل اپروچ سے ہی سکسیس ملی، وہ اس بات کو ایکسیپٹ کرتے ہیں۔ لیکن وہ یہ کہتے ہیں کہ جو نان کنفرنٹیشنل اپروچ اڈاپٹ کرتے ہیں، ان کو ویک پرسنیلٹی مانا جاتا ہے۔</w:t>
      </w:r>
    </w:p>
    <w:p>
      <w:r>
        <w:rPr>
          <w:b/>
        </w:rPr>
        <w:t xml:space="preserve">[1:07:24] </w:t>
      </w:r>
      <w:r>
        <w:t>dekhein, yeh to gaali ka lafz hai. weak personality ka gaali dete hain. un ko abuse karna hai. dekhiye, you have to see the result. result is the only criterion. yeh tareeqa, woh tareeqa, har tareeqe ko aap dekhiye, judge kijiye result ke hisab se. maslan india mein dekhiye, ladai ki unhone angrezon ke khilaf jihad kiya, ladai kiya. ulama ne kiya, so</w:t>
      </w:r>
    </w:p>
    <w:p>
      <w:pPr>
        <w:jc w:val="right"/>
      </w:pPr>
      <w:r>
        <w:t>دیکھیں، یہ تو گالی کا لفظ ہے۔ ویک پرسنیلٹی کا گالی دیتے ہیں۔ ان کو ابیوز کرنا ہے۔ دیکھیے، یو ہیو ٹو سی دا رزلٹ۔ رزلٹ از دا اونلی کرائٹیرین۔ یہ طریقہ، وہ طریقہ، ہر طریقے کو آپ دیکھیے، جج کیجیے رزلٹ کے حساب سے۔ مثلاً انڈیا میں دیکھیے، لڑائی کی انہوں نے انگریزوں کے خلاف جہاد کیا، لڑائی کیا۔ علماء نے کیا، سو</w:t>
      </w:r>
    </w:p>
    <w:p>
      <w:r>
        <w:rPr>
          <w:b/>
        </w:rPr>
        <w:t xml:space="preserve">[1:07:54] </w:t>
      </w:r>
      <w:r>
        <w:t>chund ne kiya, lekin ladai azadi mili gandhi ke zariye se, yani aain shah ke zariye se. to in every case, you have to see the result. debate se aur bahas se sirf kya hota hai? nafratein badhti hain, doori badhti hai, lekin peaceful jo tareeqa hota hai, us se mohabbat badhti hai, maqsad hasil</w:t>
      </w:r>
    </w:p>
    <w:p>
      <w:pPr>
        <w:jc w:val="right"/>
      </w:pPr>
      <w:r>
        <w:t>چند نے کیا، لیکن لڑائی آزادی ملی گاندھی کے ذریعے سے، یعنی آئین شاہ کے ذریعے سے۔ تو ان ایوری کیس، یو ہیو ٹو سی دا رزلٹ۔ ڈیبیٹ سے اور بحث سے صرف کیا ہوتا ہے؟ نفرتیں بڑھتی ہیں، دوری بڑھتی ہے، لیکن پیس فل جو طریقہ ہوتا ہے، اس سے محبت بڑھتی ہے، مقصد حاصل</w:t>
      </w:r>
    </w:p>
    <w:p>
      <w:r>
        <w:rPr>
          <w:b/>
        </w:rPr>
        <w:t xml:space="preserve">[1:08:24] </w:t>
      </w:r>
      <w:r>
        <w:t>hota hai. to main yahi kahunga ke in sab logon ne jo is tarah ki baatein karte hain, in sab logon ne kya kiya hai? criterion ko badal diya hai. criterion jo hai, woh result hai. result agar shahbaz shaukat se result nahi nikla to hum galat kahenge is ko, aur gandhi ke tareeqe se result mila to sahi samjhenge is ko. unhone kaha tha ke</w:t>
      </w:r>
    </w:p>
    <w:p>
      <w:pPr>
        <w:jc w:val="right"/>
      </w:pPr>
      <w:r>
        <w:t>ہوتا ہے۔ تو میں یہی کہوں گا کہ ان سب لوگوں نے جو اس طرح کی باتیں کرتے ہیں، ان سب لوگوں نے کیا کیا ہے؟ کرائٹیرین کو بدل دیا ہے۔ کرائٹیرین جو ہے، وہ رزلٹ ہے۔ رزلٹ اگر شہباز شوکت سے رزلٹ نہیں نکلا تو ہم غلط کہیں گے اس کو، اور گاندھی کے طریقے سے رزلٹ ملا تو صحیح سمجھیں گے اس کو۔ انہوں نے کہا تھا کہ</w:t>
      </w:r>
    </w:p>
    <w:p>
      <w:r>
        <w:rPr>
          <w:b/>
        </w:rPr>
        <w:t xml:space="preserve">[1:08:54] </w:t>
      </w:r>
      <w:r>
        <w:t>yeh to koi bhi cheez ko judge karne ke liye aap chahe home front ho, ghar mein aur mard yani shohar biwi takrate hain to dekhen result kya nikalta hai. aur takra na karen to tab kya nikalta hai result? to har case mein, har case mein, har case mein aap hamesha result ko talash kijiye. result positive hai to sahi hai, result positive nahi hai to sahi nahi hai. is it</w:t>
      </w:r>
    </w:p>
    <w:p>
      <w:pPr>
        <w:jc w:val="right"/>
      </w:pPr>
      <w:r>
        <w:t>یہ تو کوئی بھی چیز کو جج کرنے کے لیے آپ چاہے ہوم فرنٹ ہو، گھر میں اور مرد یعنی شوہر بیوی ٹکراتے ہیں تو دیکھیں رزلٹ کیا نکلتا ہے۔ اور ٹکرا نہ کریں تو تب کیا نکلتا ہے رزلٹ؟ تو ہر کیس میں، ہر کیس میں، ہر کیس میں آپ ہمیشہ رزلٹ کو تلاش کیجیے۔ رزلٹ پازیٹیو ہے تو صحیح ہے، رزلٹ پازیٹیو نہیں ہے تو صحیح نہیں ہے۔ از اٹ</w:t>
      </w:r>
    </w:p>
    <w:p>
      <w:r>
        <w:rPr>
          <w:b/>
        </w:rPr>
        <w:t xml:space="preserve">[1:09:24] </w:t>
      </w:r>
      <w:r>
        <w:t>clear?</w:t>
      </w:r>
    </w:p>
    <w:p>
      <w:pPr>
        <w:jc w:val="right"/>
      </w:pPr>
      <w:r>
        <w:t>کلیئر؟</w:t>
      </w:r>
    </w:p>
    <w:p>
      <w:r>
        <w:rPr>
          <w:b/>
        </w:rPr>
        <w:t xml:space="preserve">[1:09:25] </w:t>
      </w:r>
      <w:r>
        <w:t>ji ji, maulana bilkul clear hai. maulana agla sawal lucknow se bheja hai firoz sahab ne. unhon ne likha hai: "maulana, most of the muslims live in past pride. while you have always maintain that pride is the biggest killer and modesty is the biggest virtue. and that god loves modest people. my question is how do you maintain your modesty?"</w:t>
      </w:r>
    </w:p>
    <w:p>
      <w:pPr>
        <w:jc w:val="right"/>
      </w:pPr>
      <w:r>
        <w:t>جی جی، مولانا بالکل کلیئر ہے۔ مولانا اگلا سوال لکھنو سے بھیجا ہے فیروز صاحب نے۔ انہوں نے لکھا ہے: "مولانا، موسٹ اف دا مسلمز لیو ان پاسٹ پرائیڈ۔ وائل یو ہیو الویز مینٹین دیٹ پرائیڈ از دا بگسٹ کلر اینڈ ماڈیسٹی از دا بگسٹ ورچو۔ اینڈ دیٹ گاڈ لووز ماڈیسٹ پیپل۔ مائی کوسچن از ہاؤ ڈو یو مینٹین یور ماڈیسٹی؟"</w:t>
      </w:r>
    </w:p>
    <w:p>
      <w:r>
        <w:rPr>
          <w:b/>
        </w:rPr>
        <w:t xml:space="preserve">[1:09:54] </w:t>
      </w:r>
      <w:r>
        <w:t>dekhiye, aadmi agar apne aap ko discover kare to modesty tak pahunchega. woh log apne ko discover nahi kar paate. hawa mein jeete hain, hawa mein, hawa mein jeete hain. ise modesty nahi aati. maslan aaj hi mein soch raha tha ke agar khuda ki taraf se oxygen supply na kiya jaye 24 ghante to phir kya haal hoga? kheton mein ghalla na hoga to mera kya haal hoga?</w:t>
      </w:r>
    </w:p>
    <w:p>
      <w:pPr>
        <w:jc w:val="right"/>
      </w:pPr>
      <w:r>
        <w:t>دیکھیے، آدمی اگر اپنے آپ کو ڈسکور کرے تو ماڈیسٹی تک پہنچے گا۔ وہ لوگ اپنے کو ڈسکور نہیں کر پاتے۔ ہوا میں جیتے ہیں، ہوا میں، ہوا میں جیتے ہیں۔ اسے ماڈیسٹی نہیں آتی۔ مثلاً آج ہی میں سوچ رہا تھا کہ اگر خدا کی طرف سے اکسیجن سپلائی نہ کیا جائے 24 گھنٹے تو پھر کیا حال ہوگا؟ کھیتوں میں غلہ نہ ہوگا تو میرا کیا حال ہوگا؟</w:t>
      </w:r>
    </w:p>
    <w:p>
      <w:r>
        <w:rPr>
          <w:b/>
        </w:rPr>
        <w:t xml:space="preserve">[1:10:24] </w:t>
      </w:r>
      <w:r>
        <w:t>pani na barsa to mera kya haal hoga? suraj na nikla to mera kya haal hoga? to har cheez jo aap sochenge, modesty hi paida hogi aap ke andar ke mein to kuch bhi nahi. yeh to jo logon ka fakhr aata hai, fakhr woh is liye aata hai ke woh sochte hi nahi, sochte hi nahi, sochte hi nahi. yani aaj hi ki subah batata hoon mein aap ko, aaj</w:t>
      </w:r>
    </w:p>
    <w:p>
      <w:pPr>
        <w:jc w:val="right"/>
      </w:pPr>
      <w:r>
        <w:t>پانی نہ برسا تو میرا کیا حال ہوگا؟ سورج نہ نکلا تو میرا کیا حال ہوگا؟ تو ہر چیز جو آپ سوچیں گے، ماڈیسٹی ہی پیدا ہوگی آپ کے اندر کہ میں تو کچھ بھی نہیں۔ یہ تو جو لوگوں کا فخر آتا ہے، فخر وہ اس لیے آتا ہے کہ وہ سوچتے ہی نہیں، سوچتے ہی نہیں، سوچتے ہی نہیں۔ یعنی آج ہی کی صبح بتاتا ہوں میں آپ کو، آج</w:t>
      </w:r>
    </w:p>
    <w:p>
      <w:r>
        <w:rPr>
          <w:b/>
        </w:rPr>
        <w:t xml:space="preserve">[1:10:54] </w:t>
      </w:r>
      <w:r>
        <w:t>hi ki subah, aaj hi ki subah meri aankh mein koi problem paida hua to mein bohat der tak sochta raha ke agar mein andha ho jaon to kya hoga? to phir hamari beti jo hai, unhon ne telephone kiya doctor sakina ko jo ajmer mein hai, us se dawa poochi. to soch sochiye, sochiye, sochiye to kya hoga? aap ko modesty aayegi. na sochenge to ulta ulta hoga.</w:t>
      </w:r>
    </w:p>
    <w:p>
      <w:pPr>
        <w:jc w:val="right"/>
      </w:pPr>
      <w:r>
        <w:t>ہی کی صبح، آج ہی کی صبح میری آنکھ میں کوئی پرابلم پیدا ہوا تو میں بہت دیر تک سوچتا رہا کہ اگر میں اندھا ہو جاؤں تو کیا ہوگا؟ تو پھر ہماری بیٹی جو ہے، انہوں نے ٹیلی فون کیا ڈاکٹر سکینہ کو جو اجمیر میں ہے، اس سے دوا پوچھی۔ تو سوچ سوچیے، سوچیے، سوچیے تو کیا ہوگا؟ آپ کو ماڈیسٹی آئے گی۔ نہ سوچیں گے تو الٹا الٹا ہوگا۔</w:t>
      </w:r>
    </w:p>
    <w:p>
      <w:r>
        <w:rPr>
          <w:b/>
        </w:rPr>
        <w:t xml:space="preserve">[1:11:24] </w:t>
      </w:r>
      <w:r>
        <w:t>is it clear?</w:t>
      </w:r>
    </w:p>
    <w:p>
      <w:pPr>
        <w:jc w:val="right"/>
      </w:pPr>
      <w:r>
        <w:t>از اٹ کلیئر؟</w:t>
      </w:r>
    </w:p>
    <w:p>
      <w:r>
        <w:rPr>
          <w:b/>
        </w:rPr>
        <w:t xml:space="preserve">[1:11:25] </w:t>
      </w:r>
      <w:r>
        <w:t>ji ji, maulana. so we we'll end today session. we'll be back next sunday same time. thank you.</w:t>
      </w:r>
    </w:p>
    <w:p>
      <w:pPr>
        <w:jc w:val="right"/>
      </w:pPr>
      <w:r>
        <w:t>جی جی، مولانا۔ سو وی ویل اینڈ ٹوڈے سیشن۔ ویل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