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Prayer (Part 2) (English) | February 27, 2007 | Maulana Wahiduddin Khan</w:t>
      </w:r>
    </w:p>
    <w:p>
      <w:r>
        <w:t>https://www.youtube.com/watch?v=xoh_XiWwRlI</w:t>
      </w:r>
    </w:p>
    <w:p>
      <w:r>
        <w:rPr>
          <w:b/>
        </w:rPr>
        <w:t xml:space="preserve">[00:11] </w:t>
      </w:r>
      <w:r>
        <w:t>rab ishrah li sadri, wa yassir li amri, wah lul uqdatan min lisani yafqahu qawli. I would like to say a few words about the Islamic prayer that is Salat in Arabic and Namaaz in Persian.</w:t>
      </w:r>
    </w:p>
    <w:p>
      <w:pPr>
        <w:jc w:val="right"/>
      </w:pPr>
      <w:r>
        <w:t>رب اشرح لي صدري، ويسر لي أمري، واحلل عقدة من لساني يفقه قولي. I would like to say a few words about the Islamic prayer that is Salat in Arabic and Namaaz in Persian.</w:t>
      </w:r>
    </w:p>
    <w:p>
      <w:r>
        <w:rPr>
          <w:b/>
        </w:rPr>
        <w:t xml:space="preserve">[00:43] </w:t>
      </w:r>
      <w:r>
        <w:t>Islamic prayer, or Salat, is the most important part of Islam. There is a hadith that "baynal abdi wal kufri tarkus salati" it means that one who fails to perform Salat, he is not a Mus</w:t>
      </w:r>
    </w:p>
    <w:p>
      <w:pPr>
        <w:jc w:val="right"/>
      </w:pPr>
      <w:r>
        <w:t>Islamic prayer, or Salat, is the most important part of Islam. There is a hadith that "بين العبّ والكفر ترك الصلاة" it means that one who fails to perform Salat, he is not a Mus</w:t>
      </w:r>
    </w:p>
    <w:p>
      <w:r>
        <w:rPr>
          <w:b/>
        </w:rPr>
        <w:t xml:space="preserve">[01:13] </w:t>
      </w:r>
      <w:r>
        <w:t>lim. "baynal abdi wal kufri tarkus salati" one who fails to perform Salat, he is not a Muslim. So Salat, or Namaaz, is an integral part of</w:t>
      </w:r>
    </w:p>
    <w:p>
      <w:pPr>
        <w:jc w:val="right"/>
      </w:pPr>
      <w:r>
        <w:t>lim. "بين العبّ والكفر ترك الصلاة" one who fails to perform Salat, he is not a Muslim. So Salat, or Namaaz, is an integral part of</w:t>
      </w:r>
    </w:p>
    <w:p>
      <w:r>
        <w:rPr>
          <w:b/>
        </w:rPr>
        <w:t xml:space="preserve">[01:43] </w:t>
      </w:r>
      <w:r>
        <w:t>Islam. There is no excuse, no excuse at all, because there are some constraints. If you are ill, you are allowed to do Tayammum rather than Wudu.</w:t>
      </w:r>
    </w:p>
    <w:p>
      <w:pPr>
        <w:jc w:val="right"/>
      </w:pPr>
      <w:r>
        <w:t>Islam. There is no excuse, no excuse at all, because there are some constraints. If you are ill, you are allowed to do Tayammum rather than Wudu.</w:t>
      </w:r>
    </w:p>
    <w:p>
      <w:r>
        <w:rPr>
          <w:b/>
        </w:rPr>
        <w:t xml:space="preserve">[02:13] </w:t>
      </w:r>
      <w:r>
        <w:t>If you are weak, you are allowed, you are allowed to perform Namaaz without standing. So there are many, many constraints. So no one can present any excuse, except one who is mad,</w:t>
      </w:r>
    </w:p>
    <w:p>
      <w:pPr>
        <w:jc w:val="right"/>
      </w:pPr>
      <w:r>
        <w:t>If you are weak, you are allowed, you are allowed to perform Namaaz without standing. So there are many, many constraints. So no one can present any excuse, except one who is mad,</w:t>
      </w:r>
    </w:p>
    <w:p>
      <w:r>
        <w:rPr>
          <w:b/>
        </w:rPr>
        <w:t xml:space="preserve">[02:44] </w:t>
      </w:r>
      <w:r>
        <w:t>or his mind has failed, his memory is no more. In such instances, he can, he is allowed not to perform Namaaz. Otherwise, there is no excuse, no excuse.</w:t>
      </w:r>
    </w:p>
    <w:p>
      <w:pPr>
        <w:jc w:val="right"/>
      </w:pPr>
      <w:r>
        <w:t>or his mind has failed, his memory is no more. In such instances, he can, he is allowed not to perform Namaaz. Otherwise, there is no excuse, no excuse.</w:t>
      </w:r>
    </w:p>
    <w:p>
      <w:r>
        <w:rPr>
          <w:b/>
        </w:rPr>
        <w:t xml:space="preserve">[03:15] </w:t>
      </w:r>
      <w:r>
        <w:t>But Salat is not simply a set of rituals. No. Namaaz is a living practice. Namaaz is an intellectual worship with complete consciousness</w:t>
      </w:r>
    </w:p>
    <w:p>
      <w:pPr>
        <w:jc w:val="right"/>
      </w:pPr>
      <w:r>
        <w:t>But Salat is not simply a set of rituals. No. Namaaz is a living practice. Namaaz is an intellectual worship with complete consciousness</w:t>
      </w:r>
    </w:p>
    <w:p>
      <w:r>
        <w:rPr>
          <w:b/>
        </w:rPr>
        <w:t xml:space="preserve">[03:48] </w:t>
      </w:r>
      <w:r>
        <w:t>. So Namaaz is a combination of inner spirit and outer form, both. This is, this is a, this is an issue of The Times of India, dated February 26, February</w:t>
      </w:r>
    </w:p>
    <w:p>
      <w:pPr>
        <w:jc w:val="right"/>
      </w:pPr>
      <w:r>
        <w:t>. So Namaaz is a combination of inner spirit and outer form, both. This is, this is a, this is an issue of The Times of India, dated February 26, February</w:t>
      </w:r>
    </w:p>
    <w:p>
      <w:r>
        <w:rPr>
          <w:b/>
        </w:rPr>
        <w:t xml:space="preserve">[04:18] </w:t>
      </w:r>
      <w:r>
        <w:t>26. Here you can see, here you can see the caption. This is 20, this, this is the first page, this is the first page of Time International. So here you can see a caption: "Islam furnishes among</w:t>
      </w:r>
    </w:p>
    <w:p>
      <w:pPr>
        <w:jc w:val="right"/>
      </w:pPr>
      <w:r>
        <w:t>26. Here you can see, here you can see the caption. This is 20, this, this is the first page, this is the first page of Time International. So here you can see a caption: "Islam furnishes among</w:t>
      </w:r>
    </w:p>
    <w:p>
      <w:r>
        <w:rPr>
          <w:b/>
        </w:rPr>
        <w:t xml:space="preserve">[04:51] </w:t>
      </w:r>
      <w:r>
        <w:t>Black Americans." "Islam furnishes among Black Americans." In this report, in this report, this report is prepared by</w:t>
      </w:r>
    </w:p>
    <w:p>
      <w:pPr>
        <w:jc w:val="right"/>
      </w:pPr>
      <w:r>
        <w:t>Black Americans." "Islam furnishes among Black Americans." In this report, in this report, this report is prepared by</w:t>
      </w:r>
    </w:p>
    <w:p>
      <w:r>
        <w:rPr>
          <w:b/>
        </w:rPr>
        <w:t xml:space="preserve">[05:22] </w:t>
      </w:r>
      <w:r>
        <w:t>a writer's reporter. So in this report, he says that why Black Americans are embracing Islam. He has given some reason, and one reason, and the foremost reason is that,</w:t>
      </w:r>
    </w:p>
    <w:p>
      <w:pPr>
        <w:jc w:val="right"/>
      </w:pPr>
      <w:r>
        <w:t>a writer's reporter. So in this report, he says that why Black Americans are embracing Islam. He has given some reason, and one reason, and the foremost reason is that,</w:t>
      </w:r>
    </w:p>
    <w:p>
      <w:r>
        <w:rPr>
          <w:b/>
        </w:rPr>
        <w:t xml:space="preserve">[05:52] </w:t>
      </w:r>
      <w:r>
        <w:t>in, in his words, American Muslims are attracted to the disciplines of Islamic prayer. American Muslims are attracted to the disciplines of Islamic prayer.</w:t>
      </w:r>
    </w:p>
    <w:p>
      <w:pPr>
        <w:jc w:val="right"/>
      </w:pPr>
      <w:r>
        <w:t>in, in his words, American Muslims are attracted to the disciplines of Islamic prayer. American Muslims are attracted to the disciplines of Islamic prayer.</w:t>
      </w:r>
    </w:p>
    <w:p>
      <w:r>
        <w:rPr>
          <w:b/>
        </w:rPr>
        <w:t xml:space="preserve">[06:23] </w:t>
      </w:r>
      <w:r>
        <w:t>This is the reason why these Americans are embracing Islam. It is very important. This reminds me of an event. Once an American professor visited Delhi. He also came to our center. It was Friday.</w:t>
      </w:r>
    </w:p>
    <w:p>
      <w:pPr>
        <w:jc w:val="right"/>
      </w:pPr>
      <w:r>
        <w:t>This is the reason why these Americans are embracing Islam. It is very important. This reminds me of an event. Once an American professor visited Delhi. He also came to our center. It was Friday.</w:t>
      </w:r>
    </w:p>
    <w:p>
      <w:r>
        <w:rPr>
          <w:b/>
        </w:rPr>
        <w:t xml:space="preserve">[06:56] </w:t>
      </w:r>
      <w:r>
        <w:t>This American was, he was a research scholar, and his theme was Islam. So I said to him that today it is Friday, if you, if you want, you can visit the nearest mosque and</w:t>
      </w:r>
    </w:p>
    <w:p>
      <w:pPr>
        <w:jc w:val="right"/>
      </w:pPr>
      <w:r>
        <w:t>This American was, he was a research scholar, and his theme was Islam. So I said to him that today it is Friday, if you, if you want, you can visit the nearest mosque and</w:t>
      </w:r>
    </w:p>
    <w:p>
      <w:r>
        <w:rPr>
          <w:b/>
        </w:rPr>
        <w:t xml:space="preserve">[07:26] </w:t>
      </w:r>
      <w:r>
        <w:t>join us in the Friday prayer, and you can experience Namaaz. I said to him that without being a Muslim, you can experience Namaaz. Without being a Muslim, you can experience Namaaz. So he was ver</w:t>
      </w:r>
    </w:p>
    <w:p>
      <w:pPr>
        <w:jc w:val="right"/>
      </w:pPr>
      <w:r>
        <w:t>join us in the Friday prayer, and you can experience Namaaz. I said to him that without being a Muslim, you can experience Namaaz. Without being a Muslim, you can experience Namaaz. So he was ver</w:t>
      </w:r>
    </w:p>
    <w:p>
      <w:r>
        <w:rPr>
          <w:b/>
        </w:rPr>
        <w:t xml:space="preserve">[07:56] </w:t>
      </w:r>
      <w:r>
        <w:t>y happy, and he visited that mosque with me and joined with us in the Juma prayer. He was very much impressed. He said that this is a true worship. Other worships, other forms of worship are like</w:t>
      </w:r>
    </w:p>
    <w:p>
      <w:pPr>
        <w:jc w:val="right"/>
      </w:pPr>
      <w:r>
        <w:t>y happy, and he visited that mosque with me and joined with us in the Juma prayer. He was very much impressed. He said that this is a true worship. Other worships, other forms of worship are like</w:t>
      </w:r>
    </w:p>
    <w:p>
      <w:r>
        <w:rPr>
          <w:b/>
        </w:rPr>
        <w:t xml:space="preserve">[08:27] </w:t>
      </w:r>
      <w:r>
        <w:t>club exercises. So he was very much impressed by Namaaz. Then I will narrate a very interesting story. During the second caliphate of Al-Faruk, Muslims entered Iran.</w:t>
      </w:r>
    </w:p>
    <w:p>
      <w:pPr>
        <w:jc w:val="right"/>
      </w:pPr>
      <w:r>
        <w:t>club exercises. So he was very much impressed by Namaaz. Then I will narrate a very interesting story. During the second caliphate of Al-Faruk, Muslims entered Iran.</w:t>
      </w:r>
    </w:p>
    <w:p>
      <w:r>
        <w:rPr>
          <w:b/>
        </w:rPr>
        <w:t xml:space="preserve">[08:59] </w:t>
      </w:r>
      <w:r>
        <w:t>So at that time, there were no mosques in Iran. These, these Muslims used to perform their namaz in open field, in open field. That is congregate, congregational prayer.</w:t>
      </w:r>
    </w:p>
    <w:p>
      <w:pPr>
        <w:jc w:val="right"/>
      </w:pPr>
      <w:r>
        <w:t>So at that time, there were no mosques in Iran. These, these Muslims used to perform their Namaaz in open field, in open field. That is congregate, congregational prayer.</w:t>
      </w:r>
    </w:p>
    <w:p>
      <w:r>
        <w:rPr>
          <w:b/>
        </w:rPr>
        <w:t xml:space="preserve">[09:29] </w:t>
      </w:r>
      <w:r>
        <w:t>So the general, the Iranian General Rustam saw this scene several times. After seeing this congregational prayer, he said, "aqla'a 'umr kabidi ya lahaul kilab al-a'da'" this event is</w:t>
      </w:r>
    </w:p>
    <w:p>
      <w:pPr>
        <w:jc w:val="right"/>
      </w:pPr>
      <w:r>
        <w:t>So the general, the Iranian General Rustam saw this scene several times. After seeing this congregational prayer, he said, "أقلع عمر كبدي يا لهول كلاب الأعداء" this event is</w:t>
      </w:r>
    </w:p>
    <w:p>
      <w:r>
        <w:rPr>
          <w:b/>
        </w:rPr>
        <w:t xml:space="preserve">[09:59] </w:t>
      </w:r>
      <w:r>
        <w:t>, this event you can find in the Muqaddama Ibn Khaldun. So Rustam said, "aqla'a 'umr kabidi ya lahaul kilab al-a'da'" it means, "Omar is a headache for me. Omar is a great headache for me. Omar creates a headache</w:t>
      </w:r>
    </w:p>
    <w:p>
      <w:pPr>
        <w:jc w:val="right"/>
      </w:pPr>
      <w:r>
        <w:t>, this event you can find in the Muqaddama Ibn Khaldun. So Rustam said, "أقلع عمر كبدي يا لهول كلاب الأعداء" it means, "Omar is a headache for me. Omar is a great headache for me. Omar creates a headache</w:t>
      </w:r>
    </w:p>
    <w:p>
      <w:r>
        <w:rPr>
          <w:b/>
        </w:rPr>
        <w:t xml:space="preserve">[10:29] </w:t>
      </w:r>
      <w:r>
        <w:t>for me." He teaches discipline to his men. This was the impression of Rustam, the commander of the Iranian army. So namaz, I mean congregational prayer, is a very impressive scene for anyon</w:t>
      </w:r>
    </w:p>
    <w:p>
      <w:pPr>
        <w:jc w:val="right"/>
      </w:pPr>
      <w:r>
        <w:t>for me." He teaches discipline to his men. This was the impression of Rustam, the commander of the Iranian army. So Namaaz, I mean congregational prayer, is a very impressive scene for anyon</w:t>
      </w:r>
    </w:p>
    <w:p>
      <w:r>
        <w:rPr>
          <w:b/>
        </w:rPr>
        <w:t xml:space="preserve">[10:59] </w:t>
      </w:r>
      <w:r>
        <w:t>e. I think that is very unique. In every religion, there is no such kind of prayer. Then, although there is a discipline, you see, they call, there is adhan,</w:t>
      </w:r>
    </w:p>
    <w:p>
      <w:pPr>
        <w:jc w:val="right"/>
      </w:pPr>
      <w:r>
        <w:t>e. I think that is very unique. In every religion, there is no such kind of prayer. Then, although there is a discipline, you see, they call, there is adhan,</w:t>
      </w:r>
    </w:p>
    <w:p>
      <w:r>
        <w:rPr>
          <w:b/>
        </w:rPr>
        <w:t xml:space="preserve">[11:31] </w:t>
      </w:r>
      <w:r>
        <w:t>and, and qiyam, and ruku', and sujood, by following a leader. All these things are, look like a very impressive discipline. But there is a point. This discipline is not simply a form</w:t>
      </w:r>
    </w:p>
    <w:p>
      <w:pPr>
        <w:jc w:val="right"/>
      </w:pPr>
      <w:r>
        <w:t>and, and qiyam, and ruku', and sujood, by following a leader. All these things are, look like a very impressive discipline. But there is a point. This discipline is not simply a form</w:t>
      </w:r>
    </w:p>
    <w:p>
      <w:r>
        <w:rPr>
          <w:b/>
        </w:rPr>
        <w:t xml:space="preserve">[12:02] </w:t>
      </w:r>
      <w:r>
        <w:t>. This discipline is not a mechanical discipline. It is not a robot discipline. It is a discipline performed by human beings. So it is a living discipline. It is a, is it an intellectual discipline.</w:t>
      </w:r>
    </w:p>
    <w:p>
      <w:pPr>
        <w:jc w:val="right"/>
      </w:pPr>
      <w:r>
        <w:t>. This discipline is not a mechanical discipline. It is not a robot discipline. It is a discipline performed by human beings. So it is a living discipline. It is a, is it an intellectual discipline.</w:t>
      </w:r>
    </w:p>
    <w:p>
      <w:r>
        <w:rPr>
          <w:b/>
        </w:rPr>
        <w:t xml:space="preserve">[12:36] </w:t>
      </w:r>
      <w:r>
        <w:t>I can say that namaz is a culture of discipline. Namaz is a, a complete system of ethics. Salat ethics, you can say it, Salat ethics,</w:t>
      </w:r>
    </w:p>
    <w:p>
      <w:pPr>
        <w:jc w:val="right"/>
      </w:pPr>
      <w:r>
        <w:t>I can say that Namaaz is a culture of discipline. Namaaz is a, a complete system of ethics. Salat ethics, you can say it, Salat ethics,</w:t>
      </w:r>
    </w:p>
    <w:p>
      <w:r>
        <w:rPr>
          <w:b/>
        </w:rPr>
        <w:t xml:space="preserve">[13:06] </w:t>
      </w:r>
      <w:r>
        <w:t>ethics. Namaz provides us a complete system of ethics. In this sense, I can say that namaz is a complete culture. You may call it Salat culture. So Salat culture is not simply a, a set of some rituals</w:t>
      </w:r>
    </w:p>
    <w:p>
      <w:pPr>
        <w:jc w:val="right"/>
      </w:pPr>
      <w:r>
        <w:t>ethics. Namaaz provides us a complete system of ethics. In this sense, I can say that Namaaz is a complete culture. You may call it Salat culture. So Salat culture is not simply a, a set of some rituals</w:t>
      </w:r>
    </w:p>
    <w:p>
      <w:r>
        <w:rPr>
          <w:b/>
        </w:rPr>
        <w:t xml:space="preserve">[13:37] </w:t>
      </w:r>
      <w:r>
        <w:t>ya some outer forms. It is a living discipline. It is, Salat discipline is an outcome of faith, fear of God, sense of accountability. This is the inner spirit of Salat. A man who dis</w:t>
      </w:r>
    </w:p>
    <w:p>
      <w:pPr>
        <w:jc w:val="right"/>
      </w:pPr>
      <w:r>
        <w:t>یا some outer forms. It is a living discipline. It is, Salat discipline is an outcome of faith, fear of God, sense of accountability. This is the inner spirit of Salat. A man who dis</w:t>
      </w:r>
    </w:p>
    <w:p>
      <w:r>
        <w:rPr>
          <w:b/>
        </w:rPr>
        <w:t xml:space="preserve">[14:08] </w:t>
      </w:r>
      <w:r>
        <w:t>, a man who realizes that there is a God, there is a God all-powerful, the sustainer, the Lord of the universe, after this realization, he wants to worship Him. He wants to surrender before Him.</w:t>
      </w:r>
    </w:p>
    <w:p>
      <w:pPr>
        <w:jc w:val="right"/>
      </w:pPr>
      <w:r>
        <w:t>, a man who realizes that there is a God, there is a God all-powerful, the sustainer, the Lord of the universe, after this realization, he wants to worship Him. He wants to surrender before Him.</w:t>
      </w:r>
    </w:p>
    <w:p>
      <w:r>
        <w:rPr>
          <w:b/>
        </w:rPr>
        <w:t xml:space="preserve">[14:41] </w:t>
      </w:r>
      <w:r>
        <w:t>This spirit is translated into the form of namaz. Namaz is an expression of this discovery or this realization. Faith is a discovery. Faith is a great realization. So</w:t>
      </w:r>
    </w:p>
    <w:p>
      <w:pPr>
        <w:jc w:val="right"/>
      </w:pPr>
      <w:r>
        <w:t>This spirit is translated into the form of Namaaz. Namaaz is an expression of this discovery or this realization. Faith is a discovery. Faith is a great realization. So</w:t>
      </w:r>
    </w:p>
    <w:p>
      <w:r>
        <w:rPr>
          <w:b/>
        </w:rPr>
        <w:t xml:space="preserve">[15:11] </w:t>
      </w:r>
      <w:r>
        <w:t>when this faith, or this discovery, or this realization translates, translates into a form, it is called namaz. So namaz, or Salat culture, is a beautiful combination</w:t>
      </w:r>
    </w:p>
    <w:p>
      <w:pPr>
        <w:jc w:val="right"/>
      </w:pPr>
      <w:r>
        <w:t>when this faith, or this discovery, or this realization translates, translates into a form, it is called Namaaz. So Namaaz, or Salat culture, is a beautiful combination</w:t>
      </w:r>
    </w:p>
    <w:p>
      <w:r>
        <w:rPr>
          <w:b/>
        </w:rPr>
        <w:t xml:space="preserve">[15:41] </w:t>
      </w:r>
      <w:r>
        <w:t>of inner spirit and outer form. In its, in its inner content, in its inner content, it is realization of God. In its outer form, it is a natural w</w:t>
      </w:r>
    </w:p>
    <w:p>
      <w:pPr>
        <w:jc w:val="right"/>
      </w:pPr>
      <w:r>
        <w:t>of inner spirit and outer form. In its, in its inner content, in its inner content, it is realization of God. In its outer form, it is a natural w</w:t>
      </w:r>
    </w:p>
    <w:p>
      <w:r>
        <w:rPr>
          <w:b/>
        </w:rPr>
        <w:t xml:space="preserve">[16:11] </w:t>
      </w:r>
      <w:r>
        <w:t>ay of worship. So it is a beautiful combination of natural way of worship and inner spirit of God's realization. It was this Salat culture that was the secret of that unity we</w:t>
      </w:r>
    </w:p>
    <w:p>
      <w:pPr>
        <w:jc w:val="right"/>
      </w:pPr>
      <w:r>
        <w:t>ay of worship. So it is a beautiful combination of natural way of worship and inner spirit of God's realization. It was this Salat culture that was the secret of that unity we</w:t>
      </w:r>
    </w:p>
    <w:p>
      <w:r>
        <w:rPr>
          <w:b/>
        </w:rPr>
        <w:t xml:space="preserve">[16:41] </w:t>
      </w:r>
      <w:r>
        <w:t>see in the Muslims of early period, in the Muslims of early period. This kind of spirit and this kind of unity is great power, great source of strength. Then there is a verse in the Quran,</w:t>
      </w:r>
    </w:p>
    <w:p>
      <w:pPr>
        <w:jc w:val="right"/>
      </w:pPr>
      <w:r>
        <w:t>see in the Muslims of early period, in the Muslims of early period. This kind of spirit and this kind of unity is great power, great source of strength. Then there is a verse in the Quran,</w:t>
      </w:r>
    </w:p>
    <w:p>
      <w:r>
        <w:rPr>
          <w:b/>
        </w:rPr>
        <w:t xml:space="preserve">[17:12] </w:t>
      </w:r>
      <w:r>
        <w:t>"asta'inu bis-sabri was-salat" "asta'inu bis-sabri was-salat" seek help of God by Salat and Sabr, prayer and patience. This Quranic verse tells us that Sabr is also a part of</w:t>
      </w:r>
    </w:p>
    <w:p>
      <w:pPr>
        <w:jc w:val="right"/>
      </w:pPr>
      <w:r>
        <w:t>"استعينوا بالصبر والصلاة" "استعينوا بالصبر والصلاة" seek help of God by Salat and Sabr, prayer and patience. This Quranic verse tells us that Sabr is also a part of</w:t>
      </w:r>
    </w:p>
    <w:p>
      <w:r>
        <w:rPr>
          <w:b/>
        </w:rPr>
        <w:t xml:space="preserve">[17:42] </w:t>
      </w:r>
      <w:r>
        <w:t>namaz. Sabr is also a part of namaz, or Islamic prayer. Why? Namaz, or Islamic prayer, requires great concentration. Great, great concentration. And without Sabr or patience,</w:t>
      </w:r>
    </w:p>
    <w:p>
      <w:pPr>
        <w:jc w:val="right"/>
      </w:pPr>
      <w:r>
        <w:t>Namaaz. Sabr is also a part of Namaaz, or Islamic prayer. Why? Namaaz, or Islamic prayer, requires great concentration. Great, great concentration. And without Sabr or patience,</w:t>
      </w:r>
    </w:p>
    <w:p>
      <w:r>
        <w:rPr>
          <w:b/>
        </w:rPr>
        <w:t xml:space="preserve">[18:13] </w:t>
      </w:r>
      <w:r>
        <w:t>you cannot attain this kind of concentration. You know, in this life, every time, in this life, every time there are distractions, distractions, distractions. Every time. So you have to save yourself from these</w:t>
      </w:r>
    </w:p>
    <w:p>
      <w:pPr>
        <w:jc w:val="right"/>
      </w:pPr>
      <w:r>
        <w:t>you cannot attain this kind of concentration. You know, in this life, every time, in this life, every time there are distractions, distractions, distractions. Every time. So you have to save yourself from these</w:t>
      </w:r>
    </w:p>
    <w:p>
      <w:r>
        <w:rPr>
          <w:b/>
        </w:rPr>
        <w:t xml:space="preserve">[18:43] </w:t>
      </w:r>
      <w:r>
        <w:t>distractions. And it is Sabr or patience that gives you the strength by which you can restrain yourself from being a victim of those distractions. So</w:t>
      </w:r>
    </w:p>
    <w:p>
      <w:pPr>
        <w:jc w:val="right"/>
      </w:pPr>
      <w:r>
        <w:t>distractions. And it is Sabr or patience that gives you the strength by which you can restrain yourself from being a victim of those distractions. So</w:t>
      </w:r>
    </w:p>
    <w:p>
      <w:r>
        <w:rPr>
          <w:b/>
        </w:rPr>
        <w:t xml:space="preserve">[19:14] </w:t>
      </w:r>
      <w:r>
        <w:t>the formula is, a true Salat, a true Salat requires complete concentration. And concentration is an outcome of, and concent, and the, the formula is</w:t>
      </w:r>
    </w:p>
    <w:p>
      <w:pPr>
        <w:jc w:val="right"/>
      </w:pPr>
      <w:r>
        <w:t>the formula is, a true Salat, a true Salat requires complete concentration. And concentration is an outcome of, and concent, and the, the formula is</w:t>
      </w:r>
    </w:p>
    <w:p>
      <w:r>
        <w:rPr>
          <w:b/>
        </w:rPr>
        <w:t xml:space="preserve">[19:44] </w:t>
      </w:r>
      <w:r>
        <w:t>that true Salat requires complete concentration and complete concentration can be attained only by saying your, by saving yourself from all kind of distraction. And it is Sabr or patience</w:t>
      </w:r>
    </w:p>
    <w:p>
      <w:pPr>
        <w:jc w:val="right"/>
      </w:pPr>
      <w:r>
        <w:t>that true Salat requires complete concentration and complete concentration can be attained only by saying your, by saving yourself from all kind of distraction. And it is Sabr or patience</w:t>
      </w:r>
    </w:p>
    <w:p>
      <w:r>
        <w:rPr>
          <w:b/>
        </w:rPr>
        <w:t xml:space="preserve">[20:15] </w:t>
      </w:r>
      <w:r>
        <w:t>that gives you that kind of strength. Only by Sabr you can save yourself from distractions. So in this sense, Sabr is an integral part of Salat. In this sense, Sabr or patience is an integral part of Salat,</w:t>
      </w:r>
    </w:p>
    <w:p>
      <w:pPr>
        <w:jc w:val="right"/>
      </w:pPr>
      <w:r>
        <w:t>that gives you that kind of strength. Only by Sabr you can save yourself from distractions. So in this sense, Sabr is an integral part of Salat. In this sense, Sabr or patience is an integral part of Salat,</w:t>
      </w:r>
    </w:p>
    <w:p>
      <w:r>
        <w:rPr>
          <w:b/>
        </w:rPr>
        <w:t xml:space="preserve">[20:45] </w:t>
      </w:r>
      <w:r>
        <w:t>or Islamic prayer. It is very important. There are several verses in the Quran in which God has bracketed Sabr with Salat. "asta'inu bis-sabri was-salat" there are several verses in the Quran</w:t>
      </w:r>
    </w:p>
    <w:p>
      <w:pPr>
        <w:jc w:val="right"/>
      </w:pPr>
      <w:r>
        <w:t>or Islamic prayer. It is very important. There are several verses in the Quran in which God has bracketed Sabr with Salat. "استعينوا بالصبر والصلاة" there are several verses in the Quran</w:t>
      </w:r>
    </w:p>
    <w:p>
      <w:r>
        <w:rPr>
          <w:b/>
        </w:rPr>
        <w:t xml:space="preserve">[21:16] </w:t>
      </w:r>
      <w:r>
        <w:t>in which God has bracketed Sabr with Salat. And this is the secret of this. If you, if you have no Sabr, then you are doomed to, to be distracted.</w:t>
      </w:r>
    </w:p>
    <w:p>
      <w:pPr>
        <w:jc w:val="right"/>
      </w:pPr>
      <w:r>
        <w:t>in which God has bracketed Sabr with Salat. And this is the secret of this. If you, if you have no Sabr, then you are doomed to, to be distracted.</w:t>
      </w:r>
    </w:p>
    <w:p>
      <w:r>
        <w:rPr>
          <w:b/>
        </w:rPr>
        <w:t xml:space="preserve">[21:48] </w:t>
      </w:r>
      <w:r>
        <w:t>Without Sabr, you will live in distractions. And when you are living in distractions, you cannot concentrate the inner spirit to the inner spirit of Salat. So everyone who wants to perform true Salat, he must keep Sabr or patience. Both are</w:t>
      </w:r>
    </w:p>
    <w:p>
      <w:pPr>
        <w:jc w:val="right"/>
      </w:pPr>
      <w:r>
        <w:t>Without Sabr, you will live in distractions. And when you are living in distractions, you cannot concentrate the inner spirit to the inner spirit of Salat. So everyone who wants to perform true Salat, he must keep Sabr or patience. Both are</w:t>
      </w:r>
    </w:p>
    <w:p>
      <w:r>
        <w:rPr>
          <w:b/>
        </w:rPr>
        <w:t xml:space="preserve">[22:18] </w:t>
      </w:r>
      <w:r>
        <w:t>integral part to each other. Then there is a verse in the Quran, "qad aflaha almu'minun alladhina hum fi salatihim khashi'un" it means that successful are those who</w:t>
      </w:r>
    </w:p>
    <w:p>
      <w:pPr>
        <w:jc w:val="right"/>
      </w:pPr>
      <w:r>
        <w:t>integral part to each other. Then there is a verse in the Quran, "قد أفلح المؤمنون الذين هم في صلاتهم خاشعون" it means that successful are those who</w:t>
      </w:r>
    </w:p>
    <w:p>
      <w:r>
        <w:rPr>
          <w:b/>
        </w:rPr>
        <w:t xml:space="preserve">[22:50] </w:t>
      </w:r>
      <w:r>
        <w:t>observe khushuu in their Salat. Here you can see that khushuu, or God-fearing, is a very important part of Salat. Salat, khushuu is the inner spirit of Salat.</w:t>
      </w:r>
    </w:p>
    <w:p>
      <w:pPr>
        <w:jc w:val="right"/>
      </w:pPr>
      <w:r>
        <w:t>observe khushuu in their Salat. Here you can see that khushuu, or God-fearing, is a very important part of Salat. Salat, khushuu is the inner spirit of Salat.</w:t>
      </w:r>
    </w:p>
    <w:p>
      <w:r>
        <w:rPr>
          <w:b/>
        </w:rPr>
        <w:t xml:space="preserve">[23:20] </w:t>
      </w:r>
      <w:r>
        <w:t>Khushuu means fear of God. So fear of God is the inner spirit of Namaaz, or Islamic prayer. So one who keeps fear of God in his Salat, he is a successful person.</w:t>
      </w:r>
    </w:p>
    <w:p>
      <w:pPr>
        <w:jc w:val="right"/>
      </w:pPr>
      <w:r>
        <w:t>Khushuu means fear of God. So fear of God is the inner spirit of Namaaz, or Islamic prayer. So one who keeps fear of God in his Salat, he is a successful person.</w:t>
      </w:r>
    </w:p>
    <w:p>
      <w:r>
        <w:rPr>
          <w:b/>
        </w:rPr>
        <w:t xml:space="preserve">[23:51] </w:t>
      </w:r>
      <w:r>
        <w:t>Without khushuu, there is no true Salat. And without true Salat, there is no success. According to the Quran, Namaaz is the key to, to the paradise. "qalu lam nakum minal</w:t>
      </w:r>
    </w:p>
    <w:p>
      <w:pPr>
        <w:jc w:val="right"/>
      </w:pPr>
      <w:r>
        <w:t>Without khushuu, there is no true Salat. And without true Salat, there is no success. According to the Quran, Namaaz is the key to, to the paradise. "قَالُوا لَمْ نَكُ مِنَ ال</w:t>
      </w:r>
    </w:p>
    <w:p>
      <w:r>
        <w:rPr>
          <w:b/>
        </w:rPr>
        <w:t xml:space="preserve">[24:21] </w:t>
      </w:r>
      <w:r>
        <w:t>musallin" it means that only those people will find entry into paradise who were performing their Salat in this world. But what kind of Salat?</w:t>
      </w:r>
    </w:p>
    <w:p>
      <w:pPr>
        <w:jc w:val="right"/>
      </w:pPr>
      <w:r>
        <w:t>ْمُصَلِّينَ" it means that only those people will find entry into paradise who were performing their Salat in this world. But what kind of Salat?</w:t>
      </w:r>
    </w:p>
    <w:p>
      <w:r>
        <w:rPr>
          <w:b/>
        </w:rPr>
        <w:t xml:space="preserve">[24:52] </w:t>
      </w:r>
      <w:r>
        <w:t>It, it doesn't mean that Salat in only, Salat as a, as a ritual, the form. No. That is underestimation of Salat. If we take Salat as a rituals, if we take Salat as a, as a form, then you are reducing</w:t>
      </w:r>
    </w:p>
    <w:p>
      <w:pPr>
        <w:jc w:val="right"/>
      </w:pPr>
      <w:r>
        <w:t>It, it doesn't mean that Salat in only, Salat as a, as a ritual, the form. No. That is underestimation of Salat. If we take Salat as a rituals, if we take Salat as a, as a form, then you are reducing</w:t>
      </w:r>
    </w:p>
    <w:p>
      <w:r>
        <w:rPr>
          <w:b/>
        </w:rPr>
        <w:t xml:space="preserve">[25:23] </w:t>
      </w:r>
      <w:r>
        <w:t>it. It is a reduced form of Salat. This kind of, this kind of Salat is a reduced form of Salat. Because inner spirit is an integral part of Salat or Namaaz. So it is true that</w:t>
      </w:r>
    </w:p>
    <w:p>
      <w:pPr>
        <w:jc w:val="right"/>
      </w:pPr>
      <w:r>
        <w:t>it. It is a reduced form of Salat. This kind of, this kind of Salat is a reduced form of Salat. Because inner spirit is an integral part of Salat or Namaaz. So it is true that</w:t>
      </w:r>
    </w:p>
    <w:p>
      <w:r>
        <w:rPr>
          <w:b/>
        </w:rPr>
        <w:t xml:space="preserve">[25:55] </w:t>
      </w:r>
      <w:r>
        <w:t>Salat is a key to find paradise. But here, Salat doesn't mean that, doesn't mean in the sense of rituals or form. No. This Salat, the Salat that is, the Salat that is key</w:t>
      </w:r>
    </w:p>
    <w:p>
      <w:pPr>
        <w:jc w:val="right"/>
      </w:pPr>
      <w:r>
        <w:t>Salat is a key to find paradise. But here, Salat doesn't mean that, doesn't mean in the sense of rituals or form. No. This Salat, the Salat that is, the Salat that is key</w:t>
      </w:r>
    </w:p>
    <w:p>
      <w:r>
        <w:rPr>
          <w:b/>
        </w:rPr>
        <w:t xml:space="preserve">[26:25] </w:t>
      </w:r>
      <w:r>
        <w:t>to find God is that Salat which is a combination of form as well as the inner spirit. There are numero</w:t>
      </w:r>
    </w:p>
    <w:p>
      <w:pPr>
        <w:jc w:val="right"/>
      </w:pPr>
      <w:r>
        <w:t>to find God is that Salat which is a combination of form as well as the inner spirit. There are numero</w:t>
      </w:r>
    </w:p>
    <w:p>
      <w:r>
        <w:rPr>
          <w:b/>
        </w:rPr>
        <w:t xml:space="preserve">[26:55] </w:t>
      </w:r>
      <w:r>
        <w:t>us hadith and ayat, or Quranic verses, which tell us the detail of Salat. The Prophet of Islam has said, "usallu kama raaytumuni usalli" you perform Salat</w:t>
      </w:r>
    </w:p>
    <w:p>
      <w:pPr>
        <w:jc w:val="right"/>
      </w:pPr>
      <w:r>
        <w:t>us hadith and ayat, or Quranic verses, which tell us the detail of Salat. The Prophet of Islam has said, "صلوا كما رأيتموني أصلي" you perform Salat</w:t>
      </w:r>
    </w:p>
    <w:p>
      <w:r>
        <w:rPr>
          <w:b/>
        </w:rPr>
        <w:t xml:space="preserve">[27:27] </w:t>
      </w:r>
      <w:r>
        <w:t>as you see myself performing Salat. So the present form of Salat is prophetic form. The companions of the Prophet saw Prophet's Salat and they followed it. Then</w:t>
      </w:r>
    </w:p>
    <w:p>
      <w:pPr>
        <w:jc w:val="right"/>
      </w:pPr>
      <w:r>
        <w:t>as you see myself performing Salat. So the present form of Salat is prophetic form. The companions of the Prophet saw Prophet's Salat and they followed it. Then</w:t>
      </w:r>
    </w:p>
    <w:p>
      <w:r>
        <w:rPr>
          <w:b/>
        </w:rPr>
        <w:t xml:space="preserve">[27:58] </w:t>
      </w:r>
      <w:r>
        <w:t>the companions of the companion saw the Salat of the companion and they followed it. Then after, then generation after generation, people used to follow this form. So the form we now follow is the form of Prophet without any</w:t>
      </w:r>
    </w:p>
    <w:p>
      <w:pPr>
        <w:jc w:val="right"/>
      </w:pPr>
      <w:r>
        <w:t>the companions of the companion saw the Salat of the companion and they followed it. Then after, then generation after generation, people used to follow this form. So the form we now follow is the form of Prophet without any</w:t>
      </w:r>
    </w:p>
    <w:p>
      <w:r>
        <w:rPr>
          <w:b/>
        </w:rPr>
        <w:t xml:space="preserve">[28:29] </w:t>
      </w:r>
      <w:r>
        <w:t>perversion, without any slightest perversion. So the form is preserved in its, in its originality. And then the spirit of Salat you can see in Quran and hadith.</w:t>
      </w:r>
    </w:p>
    <w:p>
      <w:pPr>
        <w:jc w:val="right"/>
      </w:pPr>
      <w:r>
        <w:t>perversion, without any slightest perversion. So the form is preserved in its, in its originality. And then the spirit of Salat you can see in Quran and hadith.</w:t>
      </w:r>
    </w:p>
    <w:p>
      <w:r>
        <w:rPr>
          <w:b/>
        </w:rPr>
        <w:t xml:space="preserve">[29:03] </w:t>
      </w:r>
      <w:r>
        <w:t>Quran and hadith tell us all those things that is spirit of Salat. Now I would like to give a demonstration of at least one unit of Salat. You know, every Salat is a combination of several units. So here I would like to</w:t>
      </w:r>
    </w:p>
    <w:p>
      <w:pPr>
        <w:jc w:val="right"/>
      </w:pPr>
      <w:r>
        <w:t>Quran and hadith tell us all those things that is spirit of Salat. Now I would like to give a demonstration of at least one unit of Salat. You know, every Salat is a combination of several units. So here I would like to</w:t>
      </w:r>
    </w:p>
    <w:p>
      <w:r>
        <w:rPr>
          <w:b/>
        </w:rPr>
        <w:t xml:space="preserve">[29:33] </w:t>
      </w:r>
      <w:r>
        <w:t>give a demonstration of one unit. By seeing this, you can understand what is Salat. Salat, you know, the, the, the inner spirit of Salat is not demonstratable. No one can demon</w:t>
      </w:r>
    </w:p>
    <w:p>
      <w:pPr>
        <w:jc w:val="right"/>
      </w:pPr>
      <w:r>
        <w:t>give a demonstration of one unit. By seeing this, you can understand what is Salat. Salat, you know, the, the, the inner spirit of Salat is not demonstratable. No one can demon</w:t>
      </w:r>
    </w:p>
    <w:p>
      <w:r>
        <w:rPr>
          <w:b/>
        </w:rPr>
        <w:t xml:space="preserve">[30:03] </w:t>
      </w:r>
      <w:r>
        <w:t>strate, no one can give a demonstration of the inner spirit. But at least its form can be demonstrated. So here I would like to give a demonstration of one unit of Salat or Namaaz, or Islamic prayer.</w:t>
      </w:r>
    </w:p>
    <w:p>
      <w:pPr>
        <w:jc w:val="right"/>
      </w:pPr>
      <w:r>
        <w:t>strate, no one can give a demonstration of the inner spirit. But at least its form can be demonstrated. So here I would like to give a demonstration of one unit of Salat or Namaaz, or Islamic prayer.</w:t>
      </w:r>
    </w:p>
    <w:p>
      <w:r>
        <w:rPr>
          <w:b/>
        </w:rPr>
        <w:t xml:space="preserve">[30:36] </w:t>
      </w:r>
      <w:r>
        <w:t>Allahu Akbar. Alhamdulillah Rabbil Alamin Ar-Rahmanir Rahim Maliki Yawmid Din Iyyaka Na'budu Wa Iyyaka Nasta'in</w:t>
      </w:r>
    </w:p>
    <w:p>
      <w:pPr>
        <w:jc w:val="right"/>
      </w:pPr>
      <w:r>
        <w:t>"الله أكبر" "الحمد لله رب العالمين الرحمن الرحيم مالك يوم الدين إياك نعبد وإياك نستعين</w:t>
      </w:r>
    </w:p>
    <w:p>
      <w:r>
        <w:rPr>
          <w:b/>
        </w:rPr>
        <w:t xml:space="preserve">[31:06] </w:t>
      </w:r>
      <w:r>
        <w:t>Ihdinas Siratal Mustaqim Siratal ladhina An'amta Alayhim Ghayril Maghdubi Alayhim Wa Lad-Dallin Yawma Yafirru Mar'un Min Akhihi Wa Ummihi Wa Abihi Wa Sahibatihi Wa Banihi Likulli Imri'in</w:t>
      </w:r>
    </w:p>
    <w:p>
      <w:pPr>
        <w:jc w:val="right"/>
      </w:pPr>
      <w:r>
        <w:t>اهدنا الصراط المستقيم صراط الذين أنعمت عليهم غير المغضوب عليهم ولا الضالين يوم يفر المرء من أخيه وأمه وأبيه وصاحبته وبنيه لكل امرئ</w:t>
      </w:r>
    </w:p>
    <w:p>
      <w:r>
        <w:rPr>
          <w:b/>
        </w:rPr>
        <w:t xml:space="preserve">[31:36] </w:t>
      </w:r>
      <w:r>
        <w:t>minhum Yawma'idhin Sha'nuh Yughni. Wujuhu Yawma'idhin Musfirah Dahikatum Mustabshirah Wa Wujuhu Yawma'idhin Alayha Ghubaratun Tarhaquha Qatrah. Ulai'ka Humul Kafaratul Fajarah. Allahu Akbar</w:t>
      </w:r>
    </w:p>
    <w:p>
      <w:pPr>
        <w:jc w:val="right"/>
      </w:pPr>
      <w:r>
        <w:t>منهم يومئذ شأنه يغني وجوه يومئذ مسفرة ذاحكة مستبشرة ووجوه يومئذ عليها غبرة ترحقها قطرة أولئك هم الكفرة الفجرة الله أكبر</w:t>
      </w:r>
    </w:p>
    <w:p>
      <w:r>
        <w:rPr>
          <w:b/>
        </w:rPr>
        <w:t xml:space="preserve">[32:16] </w:t>
      </w:r>
      <w:r>
        <w:t>Sami Allahu Liman Hamidah. Rabbana Walakal Hamd. Hamdan Kathiran Tayyiban Mubarakam Fihi. Allahu Akbar. Allahu Ak</w:t>
      </w:r>
    </w:p>
    <w:p>
      <w:pPr>
        <w:jc w:val="right"/>
      </w:pPr>
      <w:r>
        <w:t>سمع الله لمن حمده ربنا لك الحمد حمدًا كثيرًا طيبًا مباركًا فيه الله أكبر الله أك</w:t>
      </w:r>
    </w:p>
    <w:p>
      <w:r>
        <w:rPr>
          <w:b/>
        </w:rPr>
        <w:t xml:space="preserve">[32:46] </w:t>
      </w:r>
      <w:r>
        <w:t>bar. Allahu Akbar. Allahu Akbar. Alhamdulillah</w:t>
      </w:r>
    </w:p>
    <w:p>
      <w:pPr>
        <w:jc w:val="right"/>
      </w:pPr>
      <w:r>
        <w:t>بر الله أكبر الله أكبر الحمد لله</w:t>
      </w:r>
    </w:p>
    <w:p>
      <w:r>
        <w:rPr>
          <w:b/>
        </w:rPr>
        <w:t xml:space="preserve">[33:16] </w:t>
      </w:r>
      <w:r>
        <w:t>Rabbil Alamin Ar-Rahmanir Rahim Maliki Yawmid Din Iyyaka Na'budu Wa Iyyaka Nasta'in Ihdinas Siratal Mustaqim Siratal ladhina An'amta Alayhim Ghayril Maghdubi Alayhim Wa Lad-Dallin</w:t>
      </w:r>
    </w:p>
    <w:p>
      <w:pPr>
        <w:jc w:val="right"/>
      </w:pPr>
      <w:r>
        <w:t>رب العالمين الرحمن الرحيم مالك يوم الدين إياك نعبد وإياك نستعين اهدنا الصراط المستقيم صراط الذين أنعمت عليهم غير المغضوب عليهم ولا الضالين</w:t>
      </w:r>
    </w:p>
    <w:p>
      <w:r>
        <w:rPr>
          <w:b/>
        </w:rPr>
        <w:t xml:space="preserve">[33:53] </w:t>
      </w:r>
      <w:r>
        <w:t>Wa Ma Adraka Ma Yawmid Din. Thumma Ma Adraka Ma Yawmid Din. Yawma La Tamliku Nafsun Linafsin Shay'an Wal Amru Yawma'idhin Lillahi. Allahu Akbar</w:t>
      </w:r>
    </w:p>
    <w:p>
      <w:pPr>
        <w:jc w:val="right"/>
      </w:pPr>
      <w:r>
        <w:t>وما أدراك ما يوم الدين ثم ما أدراك ما يوم الدين يوم لا تملك نفس لنفس شيئًا والأمر يومئذ لله الله أكبر</w:t>
      </w:r>
    </w:p>
    <w:p>
      <w:r>
        <w:rPr>
          <w:b/>
        </w:rPr>
        <w:t xml:space="preserve">[34:25] </w:t>
      </w:r>
      <w:r>
        <w:t>Sami Allahu Liman Hamidah. Rabbana Walakal Hamd. Allahu Akbar. Allahu Akbar.</w:t>
      </w:r>
    </w:p>
    <w:p>
      <w:pPr>
        <w:jc w:val="right"/>
      </w:pPr>
      <w:r>
        <w:t>سمع الله لمن حمدہ ربنا لك الحمد الله أكبر الله أكبر</w:t>
      </w:r>
    </w:p>
    <w:p>
      <w:r>
        <w:rPr>
          <w:b/>
        </w:rPr>
        <w:t xml:space="preserve">[34:55] </w:t>
      </w:r>
      <w:r>
        <w:t>allah o akbar allah o akbar</w:t>
      </w:r>
    </w:p>
    <w:p>
      <w:pPr>
        <w:jc w:val="right"/>
      </w:pPr>
      <w:r>
        <w:t>الله أكبر الله أكبر</w:t>
      </w:r>
    </w:p>
    <w:p>
      <w:r>
        <w:rPr>
          <w:b/>
        </w:rPr>
        <w:t xml:space="preserve">[36:02] </w:t>
      </w:r>
      <w:r>
        <w:t>assalam o alaikum wa rehmatullah assalam o alaikum wa rehmatullah</w:t>
      </w:r>
    </w:p>
    <w:p>
      <w:pPr>
        <w:jc w:val="right"/>
      </w:pPr>
      <w:r>
        <w:t>السلام عليكم ورحمة الله السلام عليكم ورحمة الله</w:t>
      </w:r>
    </w:p>
    <w:p>
      <w:r>
        <w:rPr>
          <w:b/>
        </w:rPr>
        <w:t xml:space="preserve">[36:39] </w:t>
      </w:r>
      <w:r>
        <w:t>rabbana atina fid dunya hasana wa fil akhirati hasana wa qina azab an-nar rabbana atina ma waad-tana ala rasoolik rabbana atina ma waad-tana ala rusulik wa la tukhizna yawm al-qiyamah innaka la tukhlif al-miad</w:t>
      </w:r>
    </w:p>
    <w:p>
      <w:pPr>
        <w:jc w:val="right"/>
      </w:pPr>
      <w:r>
        <w:t>ربنا آتنا في الدنيا حسنة وفي الآخرة حسنة وقنا عذاب النار ربنا آتنا ما وعدتنا على رسولك ربنا آتنا ما وعدتنا على رسلك ولا تخذنا يوم القيامة إنك لا تخلف الميعاد</w:t>
      </w:r>
    </w:p>
    <w:p>
      <w:r>
        <w:rPr>
          <w:b/>
        </w:rPr>
        <w:t xml:space="preserve">[37:12] </w:t>
      </w:r>
      <w:r>
        <w:t>rabbighfir warham wa anta khair ar-rahimin allahumma ihfazna min kulli bala ad-dunya wa azab al-akhirah rabbana taqabbal minna innaka anta as-samee al-aleem wa tub alayna innaka anta at-tawab ar</w:t>
      </w:r>
    </w:p>
    <w:p>
      <w:pPr>
        <w:jc w:val="right"/>
      </w:pPr>
      <w:r>
        <w:t>رب اغفر وارحم وأنت خير الراحمين اللهم احفظنا من كل بلاء الدنيا وعذاب الآخرة ربنا تقبل منا إنك أنت السميع العليم وتب علينا إنك أنت التواب الر</w:t>
      </w:r>
    </w:p>
    <w:p>
      <w:r>
        <w:rPr>
          <w:b/>
        </w:rPr>
        <w:t xml:space="preserve">[37:42] </w:t>
      </w:r>
      <w:r>
        <w:t>heem wa salla allah o taala ala khair khalqihi muhammad wa aalihi wa ashabihi ajmaeen bi rehmatika ya arham ar-rahimeen.</w:t>
      </w:r>
    </w:p>
    <w:p>
      <w:pPr>
        <w:jc w:val="right"/>
      </w:pPr>
      <w:r>
        <w:t>حيم وصلى الله تعالى على خير خلقه محمد واله وأصحابه أجمعين برحمتك يا أرحم الراحمين.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