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Quran: A Book of Wisdom, Dec 25, 2016</w:t>
      </w:r>
    </w:p>
    <w:p>
      <w:r>
        <w:t>https://www.youtube.com/watch?v=lv8Lg31Z-QM</w:t>
      </w:r>
    </w:p>
    <w:p>
      <w:r>
        <w:rPr>
          <w:b/>
        </w:rPr>
        <w:t xml:space="preserve">[00:14] </w:t>
      </w:r>
      <w:r>
        <w:t>bismillah ar-rahman ar-raheem, wa salla allah o ala an-nabi al-kareem. rabbishrah li sadri, wa yassir li amri, wahlu al-uqdatan min lisani yafqahu qawli. 25 december 2016. is waqt mein quran ke bare mein kuch kehna chahta hoon.</w:t>
      </w:r>
    </w:p>
    <w:p>
      <w:pPr>
        <w:jc w:val="right"/>
      </w:pPr>
      <w:r>
        <w:t>بسم اللہ الرحمن الرحیم، وصلی اللہ علی النبی الکریم۔ رب اشرح لی صدری، ویسر لی امری، واحل العقدۃ من لسانی یفقہ قولی۔ 25 دسمبر 2016۔ اس وقت میں قرآن کے بارے میں کچھ کہنا چاہتا ہوں۔</w:t>
      </w:r>
    </w:p>
    <w:p>
      <w:r>
        <w:rPr>
          <w:b/>
        </w:rPr>
        <w:t xml:space="preserve">[00:47] </w:t>
      </w:r>
      <w:r>
        <w:t>mein aik aisay zamanay mein paida hua jab har muslim ghar mein quran rozana parha jata tha. ramzan mein taraveeh ke zariye poora quran log suntay thay. to yeh sab mere sath hua. phir is ke baad mein aik aisay madrasay mein</w:t>
      </w:r>
    </w:p>
    <w:p>
      <w:pPr>
        <w:jc w:val="right"/>
      </w:pPr>
      <w:r>
        <w:t>میں ایک ایسے زمانے میں پیدا ہوا جب ہر مسلم گھر میں قرآن روزانہ پڑھا جاتا تھا۔ رمضان میں تراویح کے ذریعے پورا قرآن لوگ سنتے تھے۔ تو یہ سب میرے ساتھ ہوا۔ پھر اس کے بعد میں ایک ایسے مدرسے میں</w:t>
      </w:r>
    </w:p>
    <w:p>
      <w:r>
        <w:rPr>
          <w:b/>
        </w:rPr>
        <w:t xml:space="preserve">[01:17] </w:t>
      </w:r>
      <w:r>
        <w:t>dakhal kiya gaya jahan ka jo nisaab tha woh sab ka sab quran par base karta tha. yani aik hi madrasa aisa hai shayad jahan ke nisaab mein poora quran shamil hai, poora poora quran. phir is ke baad mein barabar quran ke mutalaye mein laga raha. to quran ki bar bar study ke baad</w:t>
      </w:r>
    </w:p>
    <w:p>
      <w:pPr>
        <w:jc w:val="right"/>
      </w:pPr>
      <w:r>
        <w:t>داخل کیا گیا جہاں کا جو نصاب تھا وہ سب کا سب قرآن پر بیس کرتا تھا۔ یعنی ایک ہی مدرسہ ایسا ہے شاید جہاں کے نصاب میں پورا قرآن شامل ہے، پورا پورا قرآن۔ پھر اس کے بعد میں برابر قرآن کے مطالعے میں لگا رہا۔ تو قرآن کی بار بار اسٹڈی کے بعد</w:t>
      </w:r>
    </w:p>
    <w:p>
      <w:r>
        <w:rPr>
          <w:b/>
        </w:rPr>
        <w:t xml:space="preserve">[01:48] </w:t>
      </w:r>
      <w:r>
        <w:t>mein ne yeh samjha hai ke quran ka sab se bara jo aspect hai woh yeh hai ke quran book of wisdom hai. book of wisdom. wisdom janna ho to quran ka quran ki deep study kijiye. quran sirf maslay maslay ki kitab nahi hai, ya sirf aik mazhabi kitab nahi hai.</w:t>
      </w:r>
    </w:p>
    <w:p>
      <w:pPr>
        <w:jc w:val="right"/>
      </w:pPr>
      <w:r>
        <w:t>میں نے یہ سمجھا ہے کہ قرآن کا سب سے بڑا جو اسپیکٹ ہے وہ یہ ہے کہ قرآن بک آف وزڈم ہے۔ بک آف وزڈم۔ وزڈم جاننا ہو تو قرآن کا قرآن کی ڈیپ اسٹڈی کیجیے۔ قرآن صرف مسئلے مسائل کی کتاب نہیں ہے، یا صرف ایک مذہبی کتاب نہیں ہے۔</w:t>
      </w:r>
    </w:p>
    <w:p>
      <w:r>
        <w:rPr>
          <w:b/>
        </w:rPr>
        <w:t xml:space="preserve">[02:19] </w:t>
      </w:r>
      <w:r>
        <w:t>quran book of wisdom hai. lekin wisdom ko janne ke liye tadabbur karna parta hai. contemplation, deep study. warna wisdom nahi milegi. to mein quran ki aik ayat par soch raha tha. yeh ayat surah talaq mein hai, jo is ka number hai 65.</w:t>
      </w:r>
    </w:p>
    <w:p>
      <w:pPr>
        <w:jc w:val="right"/>
      </w:pPr>
      <w:r>
        <w:t>قرآن بک آف وزڈم ہے۔ لیکن وزڈم کو جاننے کے لیے تدبر کرنا پڑتا ہے۔ کنٹمپلیشن، ڈیپ اسٹڈی۔ ورنہ وزڈم نہیں ملے گی۔ تو میں قرآن کی ایک آیت پر سوچ رہا تھا۔ یہ آیت سورہ الطلاق میں ہے، جو اس کا نمبر ہے 65۔</w:t>
      </w:r>
    </w:p>
    <w:p>
      <w:r>
        <w:rPr>
          <w:b/>
        </w:rPr>
        <w:t xml:space="preserve">[02:51] </w:t>
      </w:r>
      <w:r>
        <w:t>surah talaq mein talaq ka, yani separation ka zikr hai. separation yani shadi ke baad alag ho jana. talaq. yeh har insan ke liye bohat hi bara waqea hai. yani zindagi mein aik aisa waqea jo earthquake ke barabar hai. kya kya umeedon ke sath aadmi shadi karta hai. phir apas mein kuch</w:t>
      </w:r>
    </w:p>
    <w:p>
      <w:pPr>
        <w:jc w:val="right"/>
      </w:pPr>
      <w:r>
        <w:t>سورہ الطلاق میں طلاق کا، یعنی سیپریشن کا ذکر ہے۔ سیپریشن یعنی شادی کے بعد الگ ہو جانا۔ طلاق۔ یہ ہر انسان کے لیے بہت ہی بڑا واقعہ ہے۔ یعنی زندگی میں ایک ایسا واقعہ جو ارتھ کوئیک کے برابر ہے۔ کیا کیا امیدوں کے ساتھ آدمی شادی کرتا ہے۔ پھر آپس میں کچھ</w:t>
      </w:r>
    </w:p>
    <w:p>
      <w:r>
        <w:rPr>
          <w:b/>
        </w:rPr>
        <w:t xml:space="preserve">[03:22] </w:t>
      </w:r>
      <w:r>
        <w:t>differences atay hain. bachcha bhi paida ho jata hai. aur phir talaq. to koi aadmi aisa nahi hai jo is ko is se shock na lagay. shock to lagay ga. har aadmi talaq ko lay ga aik drawback ke taur par. zindagi ka sab se bara drawback. to is ka zikr hai surah talaq mein.</w:t>
      </w:r>
    </w:p>
    <w:p>
      <w:pPr>
        <w:jc w:val="right"/>
      </w:pPr>
      <w:r>
        <w:t>ڈفرنسز آتے ہیں۔ بچہ بھی پیدا ہو جاتا ہے۔ اور پھر طلاق۔ تو کوئی آدمی ایسا نہیں ہے جو اس کو اس سے شاک نہ لگے۔ شاک تو لگے گا۔ ہر آدمی طلاق کو لے گا ایک ڈرا بیک کے طور پر۔ زندگی کا سب سے بڑا ڈرا بیک۔ تو اس کا ذکر ہے سورہ الطلاق میں۔</w:t>
      </w:r>
    </w:p>
    <w:p>
      <w:r>
        <w:rPr>
          <w:b/>
        </w:rPr>
        <w:t xml:space="preserve">[03:52] </w:t>
      </w:r>
      <w:r>
        <w:t>aur is ke baad aik ayat aai hai: sayaj al allahu ba'da usrin yusra. allah tangi ke baad aasani paida kare ga. yani allah will bring ease after difficulty. allah will bring ease</w:t>
      </w:r>
    </w:p>
    <w:p>
      <w:pPr>
        <w:jc w:val="right"/>
      </w:pPr>
      <w:r>
        <w:t>اور اس کے بعد ایک آیت آئی ہے: سَيَجْعَلُ اللّٰهُ بَعْدَ أُسْرٍ يُسْرًا۔ اللہ تنگی کے بعد آسانی پیدا کرے گا۔ یعنی اللہ will bring ease after difficulty۔ اللہ will bring ease</w:t>
      </w:r>
    </w:p>
    <w:p>
      <w:r>
        <w:rPr>
          <w:b/>
        </w:rPr>
        <w:t xml:space="preserve">[04:22] </w:t>
      </w:r>
      <w:r>
        <w:t>after difficulty. to dekhiye, quran ko samajhne ke liye aik bohat ahem baat yeh hai ke quran mein aik baat kisi cheez ke reference par kahi jati hai, lekin woh aik universal fact hota hai, universal principle hota hai. to yahan par yeh ayat aai hai talaq ke reference mein. lekin is ke andar aik universal reality batai gai hai.</w:t>
      </w:r>
    </w:p>
    <w:p>
      <w:pPr>
        <w:jc w:val="right"/>
      </w:pPr>
      <w:r>
        <w:t>after difficulty۔ تو دیکھیے، قرآن کو سمجھنے کے لیے ایک بہت اہم بات یہ ہے کہ قرآن میں ایک بات کسی چیز کے ریفرنس پر کہی جاتی ہے، لیکن وہ ایک یونیورسل فیکٹ ہوتا ہے، یونیورسل پرنسپل ہوتا ہے۔ تو یہاں پر یہ آیت آئی ہے طلاق کے ریفرنس میں۔ لیکن اس کے اندر ایک یونیورسل ریلیٹی بتائی گئی ہے۔</w:t>
      </w:r>
    </w:p>
    <w:p>
      <w:r>
        <w:rPr>
          <w:b/>
        </w:rPr>
        <w:t xml:space="preserve">[04:55] </w:t>
      </w:r>
      <w:r>
        <w:t>allah will bring ease after difficulty. to talaq ko yahan par alamati misaal samjhiye. talaq ko aik alamati misaal ke taur par le kar ke allah ne aik universal reality, universal fact, universal wisdom batai hai. is mein woh yeh ke talaq jab hota hai to shock lagta hai. brain</w:t>
      </w:r>
    </w:p>
    <w:p>
      <w:pPr>
        <w:jc w:val="right"/>
      </w:pPr>
      <w:r>
        <w:t>اللہ will bring ease after difficulty۔ تو طلاق کو یہاں پر علامتی مثال سمجھئے۔ طلاق کو ایک علامتی مثال کے طور پر لے کر کے اللہ نے ایک یونیورسل ریلیٹی، یونیورسل فیکٹ، یونیورسل وزڈم بتائی ہے۔ اس میں وہ یہ کہ طلاق جب ہوتا ہے تو شاک لگتا ہے۔ برین</w:t>
      </w:r>
    </w:p>
    <w:p>
      <w:r>
        <w:rPr>
          <w:b/>
        </w:rPr>
        <w:t xml:space="preserve">[05:25] </w:t>
      </w:r>
      <w:r>
        <w:t>storming hoti hai. to aadmi talaq ko lay ga experience ke mani mein, tajrube ke mani mein. is thinking aadmi, thinking ki baat kar raha hoon mein, jo aadmi ke andar thinking mind ho, to woh talaq ke baad is ko lay ga tajrube ke mani mein, experience ke mani mein. aur phir woh soche ga, soche ga, soche ga.</w:t>
      </w:r>
    </w:p>
    <w:p>
      <w:pPr>
        <w:jc w:val="right"/>
      </w:pPr>
      <w:r>
        <w:t>اسٹارمنگ ہوتی ہے۔ تو آدمی طلاق کو لیتا ہے ایکسپیرینس کے معنی میں، تجربے کے معنی میں۔ اس تھنکنگ آدمی، تھنکنگ کی بات کر رہا ہوں میں، جو آدمی کے اندر تھنکنگ مائنڈ ہو، تو وہ طلاق کے بعد اس کو لے گا تجربے کے معنی میں، ایکسپیرینس کے معنی میں۔ اور پھر وہ سوچے گا، سوچے گا، سوچے گا۔</w:t>
      </w:r>
    </w:p>
    <w:p>
      <w:r>
        <w:rPr>
          <w:b/>
        </w:rPr>
        <w:t xml:space="preserve">[05:57] </w:t>
      </w:r>
      <w:r>
        <w:t>to is ko nai nai baatein samajh mein ayen gi. woh apni life ki re-planning kare ga. apni life ki re-planning kare ga. mein ne apne aisay misalein hain mere ilm mein ke nikah ke baad dono ne apni life ki re-planning ki aur bari success hasil ki. to aik bohat bari baat hai</w:t>
      </w:r>
    </w:p>
    <w:p>
      <w:pPr>
        <w:jc w:val="right"/>
      </w:pPr>
      <w:r>
        <w:t>تو اس کو نئی نئی باتیں سمجھ میں آئیں گی۔ وہ اپنی لائف کی ری پلاننگ کرے گا۔ اپنی لائف کی ری پلاننگ کرے گا۔ میں نے اپنے ایسے مثالیں ہیں میرے علم میں کہ نکاح کے بعد دونوں نے اپنی لائف کی ری پلاننگ کی اور بڑی سکسیس حاصل کی۔ تو ایک بہت بڑی بات ہے</w:t>
      </w:r>
    </w:p>
    <w:p>
      <w:r>
        <w:rPr>
          <w:b/>
        </w:rPr>
        <w:t xml:space="preserve">[06:27] </w:t>
      </w:r>
      <w:r>
        <w:t>ke drawback hai. talaq aik drawback hai. lekin woh ban jata hai aadmi ke liye blessing. woh kaisay? yeh hai law of nature ki wajah se. insan ka nature jo hai, insan ka jo mind hai, woh kahin rukta nahi. yani talaq aisa nahi karta ke talaq is ki thinking process ko rok de. aisa nahi karta. mind ka,</w:t>
      </w:r>
    </w:p>
    <w:p>
      <w:pPr>
        <w:jc w:val="right"/>
      </w:pPr>
      <w:r>
        <w:t>کہ ڈرا بیک ہے۔ طلاق ایک ڈرا بیک ہے۔ لیکن وہ بن جاتا ہے آدمی کے لیے بلیسنگ۔ وہ کیسے؟ یہ ہے لا آف نیچر کی وجہ سے۔ انسان کا نیچر جو ہے، انسان کا جو مائنڈ ہے، وہ کہیں رکتا نہیں۔ یعنی طلاق ایسا نہیں کرتا کہ طلاق اس کی تھنکنگ پروسیس کو روک دے۔ ایسا نہیں کرتا۔ مائنڈ کا،</w:t>
      </w:r>
    </w:p>
    <w:p>
      <w:r>
        <w:rPr>
          <w:b/>
        </w:rPr>
        <w:t xml:space="preserve">[06:58] </w:t>
      </w:r>
      <w:r>
        <w:t>yani inherent yeh sifat hai mind ki. kyun ke kahin rukay ga nahi woh. koi bhi drawback ho, kuch bhi ho, mind to soche ga, soche ga, soche ga. to mind dhalay ga is drawback ko experience mein. experience se is ka mind trigger hoga. nai nai zindagi ki nai nai realities samjhe ga woh. aur phir is drawback ko convert kare ga</w:t>
      </w:r>
    </w:p>
    <w:p>
      <w:pPr>
        <w:jc w:val="right"/>
      </w:pPr>
      <w:r>
        <w:t>یعنی انہیرنٹ یہ صفت ہے مائنڈ کی۔ کیونکہ کہیں رکے گا نہیں وہ۔ کوئی بھی ڈرا بیک ہو، کچھ بھی ہو، مائنڈ تو سوچے گا، سوچے گا، سوچے گا۔ تو مائنڈ ڈھالے گا اس ڈرا بیک کو ایکسپیرینس میں۔ ایکسپیرینس سے اس کا مائنڈ ٹرگر ہوگا۔ نئے نئے زندگی کی نئی نئی ریلیٹیز سمجھے گا وہ۔ اور پھر اس ڈرا بیک کو کنورٹ کرے گا</w:t>
      </w:r>
    </w:p>
    <w:p>
      <w:r>
        <w:rPr>
          <w:b/>
        </w:rPr>
        <w:t xml:space="preserve">[07:28] </w:t>
      </w:r>
      <w:r>
        <w:t>aik nai wisdom mein, nai success mein. yeh bataya gaya hai is ayat mein. to is par ghor karte hue mere samne aaya ke yahi to hijrat hai. hijrat hoti hai, baqa nahi, hijrat hoti hai. talaq, talaq jo hai woh taluqat ki hijrat hai. to phir mujhe aik bohat bari baat samajh mein aai. rasool allah sallallahu alaihi wasallam ko jab halaat mak</w:t>
      </w:r>
    </w:p>
    <w:p>
      <w:pPr>
        <w:jc w:val="right"/>
      </w:pPr>
      <w:r>
        <w:t>ایک نئی وزڈم میں، نئی سکسیس میں۔ یہ بتایا گیا ہے اس آیت میں۔ تو اس پر غور کرتے ہوئے میرے سامنے آیا کہ یہی تو ہجرت ہے۔ ہجرت ہوتی ہے، بقا نہیں، ہجرت ہوتی ہے۔ طلاق، طلاق جو ہے وہ تعلقات کی ہجرت ہے۔ تو پھر مجھے ایک بہت بڑی بات سمجھ میں آئی۔ رسول اللہ صلی اللہ علیہ وسلم کو جب حالات مک</w:t>
      </w:r>
    </w:p>
    <w:p>
      <w:r>
        <w:rPr>
          <w:b/>
        </w:rPr>
        <w:t xml:space="preserve">[07:58] </w:t>
      </w:r>
      <w:r>
        <w:t>ka mein bohat sakht ho gaye, aur yeh hua ke aap ko chhodna hai makka, yahan rehna mumkin nahi hai, to aap ne faisla kiya makka chhod kar madina janay ka. is waqt jo hai aap ne, yani madina pohnchne se pehle aik baat kahi thi jo bukhari mein maujood</w:t>
      </w:r>
    </w:p>
    <w:p>
      <w:pPr>
        <w:jc w:val="right"/>
      </w:pPr>
      <w:r>
        <w:t>ہ میں بہت سخت ہو گئے، اور یہ ہوا کہ آپ کو چھوڑنا ہے مکہ، یہاں رہنا ممکن نہیں ہے، تو آپ نے فیصلہ کیا مکہ چھوڑ کر مدینہ جانے کا۔ اس وقت جو ہے آپ نے، یعنی مدینہ پہنچنے سے پہلے ایک بات کہی تھی جو بخاری میں موجود</w:t>
      </w:r>
    </w:p>
    <w:p>
      <w:r>
        <w:rPr>
          <w:b/>
        </w:rPr>
        <w:t xml:space="preserve">[08:28] </w:t>
      </w:r>
      <w:r>
        <w:t>hai. bukhari mein maujood hai, ghaliban is ka number hai 1871. aap ne kaha tha ke: amirtu bi qailin ta'kulul qara, yaquluna yasrifuna wa yalmadinah. mujhe hukum diya gaya hai aik basti mein janay ka. woh basti</w:t>
      </w:r>
    </w:p>
    <w:p>
      <w:pPr>
        <w:jc w:val="right"/>
      </w:pPr>
      <w:r>
        <w:t>ہے۔ بخاری میں موجود ہے، غالباً اس کا نمبر ہے 1871۔ آپ نے کہا تھا کہ: أَمِرْتُ بِقَيْلٍ تَأْكُلُ الْقَرَاءِ، يَقُولُونَ يَسْرِفُونَ وَيَلْمَدِينَ۔ مجھے حکم دیا گیا ہے ایک بستی میں جانے کا۔ وہ بستی</w:t>
      </w:r>
    </w:p>
    <w:p>
      <w:r>
        <w:rPr>
          <w:b/>
        </w:rPr>
        <w:t xml:space="preserve">[08:59] </w:t>
      </w:r>
      <w:r>
        <w:t>tamam doosri bastiyon ko kha jaye gi. log is ko kehte hain yasrib, aur woh madina hai. yahan par dekhiye, is mein bhi kya bohat wisdom, yani hijrat ki wisdom batai gai hai. hijrat ki wisdom. hijrat ka matlab hai migration. yani apparently it is migration, but in fact it is a great wisdom.</w:t>
      </w:r>
    </w:p>
    <w:p>
      <w:pPr>
        <w:jc w:val="right"/>
      </w:pPr>
      <w:r>
        <w:t>تمام دوسری بستیوں کو کھا جائے گی۔ لوگ اس کو کہتے ہیں یسرف، اور وہ مدینہ ہے۔ یہاں پر دیکھیے، اس میں بھی کیا بہت وزڈم، یعنی ہجرت کی وزڈم بتائی گئی ہے۔ ہجرت کی وزڈم۔ ہجرت کا مطلب ہے مائیگریشن۔ یعنی اپرینٹلی اٹ از مائیگریشن، بٹ ان فیکٹ اٹ از ا گریٹ وزڈم۔</w:t>
      </w:r>
    </w:p>
    <w:p>
      <w:r>
        <w:rPr>
          <w:b/>
        </w:rPr>
        <w:t xml:space="preserve">[09:29] </w:t>
      </w:r>
      <w:r>
        <w:t>woh kaisay? hijrat ka matlab hai re-planning. jaise shadi mein talaq jab ho jati hai, to talaq ke baad dono re-planning karte hain. aur re-planning hi ka naam hai wisdom. to rasool allah sallallahu alaihi wasallam ne makka se madina ja kar ke sirf yeh nahi kaha ke yahan rehtay thay, wahan rehne lagay. nahi, aap ne poore apne mission ki re-planning ki.</w:t>
      </w:r>
    </w:p>
    <w:p>
      <w:pPr>
        <w:jc w:val="right"/>
      </w:pPr>
      <w:r>
        <w:t>وہ کیسے؟ ہجرت کا مطلب ہے ری پلاننگ۔ جیسے شادی میں طلاق جب ہو جاتی ہے، تو طلاق کے بعد دونوں ری پلاننگ کرتے ہیں۔ اور ری پلاننگ ہی کا نام ہے وزڈم۔ تو رسول اللہ صلی اللہ علیہ وسلم نے مکہ سے مدینہ جا کر کے صرف یہ نہیں کہا کہ یہاں رہتے تھے، وہاں رہنے لگے۔ نہیں، آپ نے پورے اپنے مشن کی ری پلاننگ کی۔</w:t>
      </w:r>
    </w:p>
    <w:p>
      <w:r>
        <w:rPr>
          <w:b/>
        </w:rPr>
        <w:t xml:space="preserve">[10:02] </w:t>
      </w:r>
      <w:r>
        <w:t>poore mission ki re-planning ki. is par mein ne apni kitabon mein kafi likha hai ke kaisay aap ne apne mission ki re-planning ki hijrat ke baad. kyun ke nateeja aap jantay hain ke rasool allah sallallahu alaihi wasallam makka mein 13 saal tak thay. lekin 13 saal ke andar koi bara waqea nahi hua. is ke baad aap madina aaye</w:t>
      </w:r>
    </w:p>
    <w:p>
      <w:pPr>
        <w:jc w:val="right"/>
      </w:pPr>
      <w:r>
        <w:t>پورے مشن کی ری پلاننگ کی۔ اس پر میں نے اپنی کتابوں میں کافی لکھا ہے کہ کیسے آپ نے اپنے مشن کی ری پلاننگ کی ہجرت کے بعد۔ کیونکہ نتیجہ آپ جانتے ہیں کہ رسول اللہ صلی اللہ علیہ وسلم مکہ میں 13 سال تک تھے۔ لیکن 13 سال کے اندر کوئی بڑا واقعہ نہیں ہوا۔ اس کے بعد آپ مدینہ آئے</w:t>
      </w:r>
    </w:p>
    <w:p>
      <w:r>
        <w:rPr>
          <w:b/>
        </w:rPr>
        <w:t xml:space="preserve">[10:32] </w:t>
      </w:r>
      <w:r>
        <w:t>to 10 saal ke andar andar kya hua? poora arab islamize ho gaya. that was break of re planning. to is ayat mein bataya gaya hai ke kuch bhi drawback ho, koi bhi setback ho, koi bhi problem ho, yeh mat samjho ke baat khatam ho gayi. nahin, re planning karo, re planning karo, re planning karo.</w:t>
      </w:r>
    </w:p>
    <w:p>
      <w:pPr>
        <w:jc w:val="right"/>
      </w:pPr>
      <w:r>
        <w:t>تو 10 سال کے اندر اندر کیا ہوا؟ پورا عرب اسلامائز ہو گیا۔ دیٹ واز بریکل اف ری پلاننگ۔ تو اس آیت میں بتایا گیا ہے کہ کچھ بھی ڈرا بیک ہو، کوئی بھی سیٹ بیک ہو، کوئی بھی پرابلم ہو، یہ مت سمجھو کہ بات ختم ہو گئی۔ نہیں، ری پلاننگ کرو، ری پلاننگ کرو، ری پلاننگ کرو۔</w:t>
      </w:r>
    </w:p>
    <w:p>
      <w:r>
        <w:rPr>
          <w:b/>
        </w:rPr>
        <w:t xml:space="preserve">[11:06] </w:t>
      </w:r>
      <w:r>
        <w:t>yeh re planning ek sunnat rasool hai, balkeh sunnat allah hai yeh. is par sochte hue mere samne aaya ke khud adam ke jo history hai, to adam ki history mein allah ne shamil kar diya tha is waqeye ko, jis ko main kehta hoon re planning. kyunke aap jante hain ke adam paida karne ke baad paradise mein basaye gaye, jannat</w:t>
      </w:r>
    </w:p>
    <w:p>
      <w:pPr>
        <w:jc w:val="right"/>
      </w:pPr>
      <w:r>
        <w:t>یہ ری پلاننگ ایک سنت رسول ہے، بلکہ سنت اللہ ہے یہ۔ اس پر سوچتے ہوئے میرے سامنے آیا کہ خود آدم کے جو ہسٹری ہے، تو آدم کی ہسٹری میں اللہ نے شامل کر دیا تھا اس واقعے کو، جس کو میں کہتا ہوں ری پلاننگ۔ کیونکہ آپ جانتے ہیں کہ آدم پیدا کرنے کے بعد پیرائز میں بسائے گئے، جنت</w:t>
      </w:r>
    </w:p>
    <w:p>
      <w:r>
        <w:rPr>
          <w:b/>
        </w:rPr>
        <w:t xml:space="preserve">[11:36] </w:t>
      </w:r>
      <w:r>
        <w:t>mein basaye gaye. to wahan par kaha gaya tha ke yeh yeh jo darakht hai, yeh forbidden tree hai tumhare liye. is ke paas nahin jana hai tum ko. lekin woh gaye, is ka phal kha liya. to jannat se nikal kar zameen mein bhej diye gaye. is mein is par ghor kijiye aap. to allah ne ek demonstration</w:t>
      </w:r>
    </w:p>
    <w:p>
      <w:pPr>
        <w:jc w:val="right"/>
      </w:pPr>
      <w:r>
        <w:t>میں بسائے گئے۔ تو وہاں پر کہا گیا تھا کہ یہ یہ جو درخت ہے، یہ فاربینٹری ہے تمہارے لیے۔ اس کے پاس نہیں جانا ہے تم کو۔ لیکن وہ گئے، اس کا پھل کھا لیا۔ تو جنت سے نکال کر زمین میں بھیج دیے گئے۔ اس میں اس پر غور کیجیے آپ۔ تو اللہ نے ایک ڈیمونسٹریشن</w:t>
      </w:r>
    </w:p>
    <w:p>
      <w:r>
        <w:rPr>
          <w:b/>
        </w:rPr>
        <w:t xml:space="preserve">[12:06] </w:t>
      </w:r>
      <w:r>
        <w:t>diya. demonstration. that was a demonstration of wisdom. ke pehle allah ne yeh faisla kiya tha ke insaan ko general basis par paradise de di jaye. yaani sab jannat mein jayen, sab jannat mein jayen. lekin jab adam ne darakht ka phal kha liya</w:t>
      </w:r>
    </w:p>
    <w:p>
      <w:pPr>
        <w:jc w:val="right"/>
      </w:pPr>
      <w:r>
        <w:t>دیا۔ ڈیمونسٹریشن۔ دیٹ واز ا ڈیمونسٹریشن اف وزڈم۔ کہ پہلے اللہ نے یہ فیصلہ کیا تھا کہ انسان کو جنرل بیسز پر پیرائز دے دی جائے۔ یعنی سب جنت میں جائیں، سب جنت میں جائیں۔ لیکن جب آدم نے درخت کا پھل کھا لیا</w:t>
      </w:r>
    </w:p>
    <w:p>
      <w:r>
        <w:rPr>
          <w:b/>
        </w:rPr>
        <w:t xml:space="preserve">[12:36] </w:t>
      </w:r>
      <w:r>
        <w:t>to is ke baad re planning ki gayi. ab kya hua? selective basis par jannat mili kisi ko. pehle yeh tha ke jannat mil jaye gi general basis par. jo insaan hai woh jannat. ab yeh hoga after re planning ke jo select jo apne amal se is qabil thehre ke woh yeh samjha jaye ke yeh deserving</w:t>
      </w:r>
    </w:p>
    <w:p>
      <w:pPr>
        <w:jc w:val="right"/>
      </w:pPr>
      <w:r>
        <w:t>تو اس کے بعد ری پلاننگ کی گئی۔ اب کیا ہوا؟ سلیکٹو بیسز پر جنت ملی کسی کو۔ پہلے یہ تھا کہ جنت مل جائے گی جنرل بیسز پر۔ جو انسان ہے وہ جنت۔ اب یہ ہوگا افٹر ری پلاننگ کہ جو سلیکٹ جو اپنے عمل سے اس قابل ٹھہرے کہ وہ یہ سمجھا جائے کہ یہ ڈیزرو</w:t>
      </w:r>
    </w:p>
    <w:p>
      <w:r>
        <w:rPr>
          <w:b/>
        </w:rPr>
        <w:t xml:space="preserve">[13:06] </w:t>
      </w:r>
      <w:r>
        <w:t>candidate hai jannat ka, to us ko mile gi. yaani selective basis par. to first planning mein general basis tha. second planning mein woh hoga selective basis par. to yeh allah taala ne ek demonstration diya ke dunya mein insaan jab rahega to yeh bohat bara usool us ke liye hai. aur main to yeh study karne ke baad quran ki yeh samjha hoon ke do sab se bari cheezein hain quran</w:t>
      </w:r>
    </w:p>
    <w:p>
      <w:pPr>
        <w:jc w:val="right"/>
      </w:pPr>
      <w:r>
        <w:t>نگ کینڈیڈیٹ ہے جنت کا، تو اس کو ملے گی۔ یعنی سلیکٹو بیسز پر۔ تو فرسٹ پلاننگ میں جنرل بیسز تھا۔ سیکنڈ پلاننگ میں وہ ہوگا سلیکٹو بیسز پر۔ تو یہ اللہ تعالی نے ایک ڈیمونسٹریشن دیا کہ دنیا میں انسان جب رہے گا تو یہ بہت بڑا اصول اس کے لیے ہے۔ اور میں تو یہ اسٹڈی کرنے کے بعد قرآن کی یہ سمجھا ہوں کہ دو سب سے بڑی چیزیں ہیں قرآ</w:t>
      </w:r>
    </w:p>
    <w:p>
      <w:r>
        <w:rPr>
          <w:b/>
        </w:rPr>
        <w:t xml:space="preserve">[13:36] </w:t>
      </w:r>
      <w:r>
        <w:t>ke mutabiq insaan ki zindagi ke liye: tauheed aur sabr. tauheed aur sabr. to ideological wisdom jo hai woh kya hai? tauheed. ideological wisdom hai tauheed. aur practical wisdom hai, practical wisdom sabr. sab sab yahi hai re planning ke aap ne ek</w:t>
      </w:r>
    </w:p>
    <w:p>
      <w:pPr>
        <w:jc w:val="right"/>
      </w:pPr>
      <w:r>
        <w:t>ن کے مطابق انسان کی زندگی کے لیے: توحید اور صبر۔ توحید اور صبر۔ تو آئیڈیلوجیکل وزڈم جو ہے وہ کیا ہے؟ توحید۔ آئیڈیلوجیکل وزڈم ہے توحید۔ اور پریکٹیکل وزڈم ہے، پریکٹیکل وزڈم صبر۔ سب سب یہی ہے ری پلاننگ کہ آپ نے ایک</w:t>
      </w:r>
    </w:p>
    <w:p>
      <w:r>
        <w:rPr>
          <w:b/>
        </w:rPr>
        <w:t xml:space="preserve">[14:08] </w:t>
      </w:r>
      <w:r>
        <w:t>ek option khula aap ke liye. is option mein aap ne jump kiya, koshishein keen, magar aap apne goal ko achieve nahin kar sake. to aap ne sabr kiya. sabr ka matlab kya hai? apne aap ko thaam kar socha aap ne. sabr ka matlab hai reaction ke bajaye sochna.</w:t>
      </w:r>
    </w:p>
    <w:p>
      <w:pPr>
        <w:jc w:val="right"/>
      </w:pPr>
      <w:r>
        <w:t>ایک آپشن کھلا آپ کے لیے۔ اس آپشن میں آپ نے جمپ کیا، کوششیں کیں، مگر آپ اپنے گول کو اچیو نہیں کر سکے۔ تو آپ نے صبر کیا۔ صبر کا معنی کیا ہے؟ اپنے آپ کو تھام کر سوچا آپ نے۔ صبر کا مطلب ہے ری ایکشن کے بجائے سوچنا۔</w:t>
      </w:r>
    </w:p>
    <w:p>
      <w:r>
        <w:rPr>
          <w:b/>
        </w:rPr>
        <w:t xml:space="preserve">[14:38] </w:t>
      </w:r>
      <w:r>
        <w:t>to isi ko kehta hoon re planning. to kaha quran ke mutabiq ideological wisdom hai tauheed, aur practical wisdom hai sabr. ya agar lafz badlun mein to adjustment, adjust karna. re planning mein aadmi adjust karta hai. apne naye experience ko shamil karta hai.</w:t>
      </w:r>
    </w:p>
    <w:p>
      <w:pPr>
        <w:jc w:val="right"/>
      </w:pPr>
      <w:r>
        <w:t>تو اسی کو کہتا ہوں ری پلاننگ۔ تو کہا قرآن کے مطابق آئیڈیلوجیکل وزڈم ہے توحید، اور پریکٹیکل وزڈم ہے صبر۔ یا اگر لفظ بدلوں میں تو ایڈجسٹمنٹ، ایڈجسٹ کرنا۔ ری پلاننگ میں آدمی ایڈجسٹ کرتا ہے۔ اپنے نئے ایکسپیرینس کو شامل کرتا ہے۔</w:t>
      </w:r>
    </w:p>
    <w:p>
      <w:r>
        <w:rPr>
          <w:b/>
        </w:rPr>
        <w:t xml:space="preserve">[15:09] </w:t>
      </w:r>
      <w:r>
        <w:t>nai soch ko shamil karta hai. halaat ki mazeed riayat karta hai, jis ki pehle us ne riayat nahin ki thi. to wahi to hai adjustment. to do cheezein sab se bari hain. allah ko ek manna, allah se us ko sab se zyada, sab apna sab se bara concern banana. allah rab ul alameen ko ek manna, aur us ko apna sab se bara concern banana, sole</w:t>
      </w:r>
    </w:p>
    <w:p>
      <w:pPr>
        <w:jc w:val="right"/>
      </w:pPr>
      <w:r>
        <w:t>نئی سوچ کو شامل کرتا ہے۔ حالات کی مزید رعایت کرتا ہے، جس کی پہلے اس نے رعایت نہیں کی تھی۔ تو وہی تو ہے ایڈجسٹمنٹ۔ تو دو چیزیں سب سے بڑی ہیں۔ اللہ کو ایک ماننا، اللہ سے اس کو سب سے زیادہ، سب سے اپنا سب سے بڑا کنسرن بنانا۔ اللہ رب العالمین کو ایک ماننا، اور اس کو اپنا سب سے بڑا کنسرن بنانا، س</w:t>
      </w:r>
    </w:p>
    <w:p>
      <w:r>
        <w:rPr>
          <w:b/>
        </w:rPr>
        <w:t xml:space="preserve">[15:39] </w:t>
      </w:r>
      <w:r>
        <w:t>concern. yeh to aqeeday ki baat hui. aur doosri baat jo hai woh yeh ke aap dunya ki zindagi mein, social life mein, social life mein, political life mein har waqt tayyar rahen re planning ke liye, adjustment ke liye, sabr ke liye. kyunke yahan par jo jo dunya ki zindagi hai, woh jo human society hai,</w:t>
      </w:r>
    </w:p>
    <w:p>
      <w:pPr>
        <w:jc w:val="right"/>
      </w:pPr>
      <w:r>
        <w:t>ول کنسرن۔ یہ تو عقیدے کی بات ہوئی۔ اور دوسری بات جو ہے وہ یہ کہ آپ دنیا کی زندگی میں، سوشل لائف میں، سوشل لائف میں، پولیٹیکل لائف میں ہر وقت تیار رہیں ری پلاننگ کے لیے، ایڈجسٹمنٹ کے لیے، صبر کے لیے۔ کیونکہ یہاں پر جو جو دنیا کی زندگی ہے، وہ جو ہیومن سوسائٹی ہے،</w:t>
      </w:r>
    </w:p>
    <w:p>
      <w:r>
        <w:rPr>
          <w:b/>
        </w:rPr>
        <w:t xml:space="preserve">[16:10] </w:t>
      </w:r>
      <w:r>
        <w:t>woh material world ki tarah nahin hai. material world mein aap ko re planning ki zaroorat nahin hai. sab cheezein set hain bilkul mathematical basis par. aap ek martaba bana lejiye, phir aap poora kar sakte ho us ko. lekin human life mein aap ko bar bar re planning karni pare gi. jaise main apne gaon mein tha</w:t>
      </w:r>
    </w:p>
    <w:p>
      <w:pPr>
        <w:jc w:val="right"/>
      </w:pPr>
      <w:r>
        <w:t>وہ مٹیریل ورلڈ کی طرح نہیں ہے۔ مٹیریل ورلڈ میں آپ کو ری پلاننگ کی ضرورت نہیں ہے۔ سب چیزیں سیٹ ہیں بالکل میتھمیٹیکل بیس پر۔ آپ ایک مرتبہ بنا لیجئے، پھر آپ پورا کر سکتے ہو اس کو۔ لیکن ہیومن لائف میں آپ کو بار بار ری پلاننگ کرنی پڑے گی۔ جیسے میں اپنے گاؤں میں تھا</w:t>
      </w:r>
    </w:p>
    <w:p>
      <w:r>
        <w:rPr>
          <w:b/>
        </w:rPr>
        <w:t xml:space="preserve">[16:40] </w:t>
      </w:r>
      <w:r>
        <w:t>UP mein, to 1936 mein wahan par pul bana. ek nadi hai hamare haan, 1936 mein. woh aaj tak khara hua hai. yaani first planning kaafi ho gayi. lekin hamare gaon mein ek sahib the jinhon ne namaz ki tehreek chalai. sara gaon namaz parhne laga. har aadmi namaz, har zamane namaz. is ke baad kya hua? sab ne namaz chhod di sab ne.</w:t>
      </w:r>
    </w:p>
    <w:p>
      <w:pPr>
        <w:jc w:val="right"/>
      </w:pPr>
      <w:r>
        <w:t>یو پی میں، تو 1936 میں وہاں پر پل بنا۔ ایک ندی ہے ہمارے ہاں، 1936 میں۔ وہ آج تک کھڑا ہوا ہے۔ یعنی فرسٹ پلاننگ کافی ہو گئی۔ لیکن ہمارے گاؤں میں ایک صاحب تھے جنہوں نے نماز کی تحریک چلائی۔ سارا گاؤں نماز پڑھنے لگا۔ ہر آدمی نماز، ہر زمانے نماز۔ اس کے بعد کیا ہوا؟ سب نے نماز چھوڑ دی سب نے۔</w:t>
      </w:r>
    </w:p>
    <w:p>
      <w:r>
        <w:rPr>
          <w:b/>
        </w:rPr>
        <w:t xml:space="preserve">[17:11] </w:t>
      </w:r>
      <w:r>
        <w:t>yaani sari namaz masjidain jo bhari rehti hain, woh khali hone lagi. tab unhon ne socha ke meri planning jo thi, to first planning meri kamyab nahin hui. ab mujhe second planning karna hai. woh kya hai? logon ko parhana, education. yaani i have to start from education. is ke mutabiq socha, unhon ne kuch kiya, us ke kaam. phir jaldi un ki death ho gayi, to poora nahin kar sake apne mission ko.</w:t>
      </w:r>
    </w:p>
    <w:p>
      <w:pPr>
        <w:jc w:val="right"/>
      </w:pPr>
      <w:r>
        <w:t>یعنی ساری نماز مسجدیں جو بھری رہتی ہیں، وہ خالی ہونے لگی۔ تب انہوں نے سوچا کہ میری پلاننگ جو تھی، تو فرسٹ پلاننگ میری کامیاب نہیں ہوئی۔ اب مجھے سیکنڈ پلاننگ کرنا ہے۔ وہ کیا ہے؟ لوگوں کو پڑھانا، ایجوکیشن۔ یعنی آئی ہیو ٹو سٹارٹ فرام ایجوکیشن۔ اس کے مطابق سوچا، انہوں نے کچھ کیا، اس کے کام۔ پھر جلدی ان کی ڈیتھ ہو گئی، تو پورا نہیں کر سکے اپنے مشن کو۔</w:t>
      </w:r>
    </w:p>
    <w:p>
      <w:r>
        <w:rPr>
          <w:b/>
        </w:rPr>
        <w:t xml:space="preserve">[17:42] </w:t>
      </w:r>
      <w:r>
        <w:t>to behal yeh bohat bari baat hai ke aadmi yeh jaan le ke mujhe zindagi mein is safar nahin hoga mera. drawback hoga. ideology mein nahin ho sakta. khuda ek hai, woh hamesha ek rahega. khuda khaliq hai, woh hamesha khaliq rahega. khuda rab ul alameen hai, woh hamesha rab ul alameen rahega. but when come</w:t>
      </w:r>
    </w:p>
    <w:p>
      <w:pPr>
        <w:jc w:val="right"/>
      </w:pPr>
      <w:r>
        <w:t>تو بہرحال یہ بہت بڑی بات ہے کہ آدمی یہ جان لے کہ مجھے زندگی میں اسبو سفر نہیں ہوگا میرا۔ ڈرا بیک ہوگا۔ آئیڈیلوجی میں نہیں ہو سکتا۔ خدا ایک ہے، وہ ہمیشہ ایک رہے گا۔ خدا خالق ہے، وہ ہمیشہ خالق رہے گا۔ خدا رب العالمین ہے، وہ ہمیشہ رب العالمین رہے گا۔ بٹ وین کم</w:t>
      </w:r>
    </w:p>
    <w:p>
      <w:r>
        <w:rPr>
          <w:b/>
        </w:rPr>
        <w:t xml:space="preserve">[18:12] </w:t>
      </w:r>
      <w:r>
        <w:t>s the human society, it is not possible to to ignore the other fact. kyunke doosre log hain, un ko azadi mili hui hai. woh kya karenge, aap nahin jante. to bar bar aap ke aap ka assessment jo hai woh galat ho jaye ga. aap ka jo andaza hai, work nahin kare ga. to yahan kya janna hai aap ko?</w:t>
      </w:r>
    </w:p>
    <w:p>
      <w:pPr>
        <w:jc w:val="right"/>
      </w:pPr>
      <w:r>
        <w:t>ز دا ہیومن سوسائٹی، اٹ از ناٹ پاسیبل ٹو ٹو اگنور دا ادر فیکٹ۔ کیونکہ دوسرے لوگ ہیں، ان کو آزادی ملی ہوئی ہے۔ وہ کیا کریں گے، آپ نہیں جانتے۔ تو بار بار آپ کے آپ کا اسیسمنٹ جو ہے وہ غلط ہو جائے گا۔ آپ کا جو اندازہ ہے، ورک نہیں کرے گا۔ تو یہاں کیا جاننا ہے آپ کو؟</w:t>
      </w:r>
    </w:p>
    <w:p>
      <w:r>
        <w:rPr>
          <w:b/>
        </w:rPr>
        <w:t xml:space="preserve">[18:44] </w:t>
      </w:r>
      <w:r>
        <w:t>material world mein aap ko sirf yeh janna hai ke law of nature ke mutabiq ho aap ka aap ki planning. material world mein aap ko sirf yeh karna hai ke jo law of nature hai, us ke mutabiq aap plan karen. building banayen, pul, bridge banayen. human life mein aap ko kya karna hai? human life mein aap ko bar bar re-dozor karna hai.</w:t>
      </w:r>
    </w:p>
    <w:p>
      <w:pPr>
        <w:jc w:val="right"/>
      </w:pPr>
      <w:r>
        <w:t>مٹیریل ورلڈ میں آپ کو صرف یہ جاننا ہے کہ لاء اف نیچر کے مطابق ہو آپ کا آپ کی پلاننگ۔ مٹیریل ورلڈ میں آپ کو صرف یہ کرنا ہے کہ جو لاء اف نیچر ہے، اس کے مطابق آپ پلان کریں۔ بلڈنگ بنائیں، پل، برج بنائیں۔ ہیومن لائف میں آپ کو کیا کرنا ہے؟ ہیومن لائف میں آپ کو بار بار ری ڈسور کرنا ہے۔</w:t>
      </w:r>
    </w:p>
    <w:p>
      <w:r>
        <w:rPr>
          <w:b/>
        </w:rPr>
        <w:t xml:space="preserve">[19:16] </w:t>
      </w:r>
      <w:r>
        <w:t>kyunke halaat eksa nahin rahen ge. to aap ko. is liye aap ko re plan karna pare ga. re plan. agar aap is ke liye tayyar na hon, re planning ke liye, to aap bari success nahin mile gi aap ko. koi bara achievement aap ko nahin mile ga. to rasool allah ne hijrat ki jo woh hijrat jo thi woh re planning thi.</w:t>
      </w:r>
    </w:p>
    <w:p>
      <w:pPr>
        <w:jc w:val="right"/>
      </w:pPr>
      <w:r>
        <w:t>کیونکہ حالات ایکسا نہیں رہیں گے۔ تو آپ کو۔ اس لیے آپ کو ری پلان کرنا پڑے گا۔ ری پلان۔ اگر آپ اس کے لیے تیار نہ ہوں، ری پلاننگ کے لیے، تو آپ بڑی سکسیس نہیں ملے گی آپ کو۔ کوئی بڑا اچیومنٹ آپ کو نہیں ملے گا۔ تو رسول اللہ نے ہجرت کی جو وہ ہجرت جو تھی وہ ری پلاننگ تھی۔</w:t>
      </w:r>
    </w:p>
    <w:p>
      <w:r>
        <w:rPr>
          <w:b/>
        </w:rPr>
        <w:t xml:space="preserve">[19:46] </w:t>
      </w:r>
      <w:r>
        <w:t>yaani first option aap ke liye tha makka, lekin second option tha aap ke liye madina. to yeh re planning thi. aap ko yeh janna pare ga ke zindagi mein hamesha aisa nahin ho sakta ke first planning hi kamyab ho jaye. aap ko re planning karni pare gi. isi ka naam hijrat, hijrat. achha yeh jo hai koi koi religious</w:t>
      </w:r>
    </w:p>
    <w:p>
      <w:pPr>
        <w:jc w:val="right"/>
      </w:pPr>
      <w:r>
        <w:t>یعنی فرسٹ آپشن آپ کے لیے تھا مکہ، لیکن سیکنڈ آپشن تھا آپ کے لیے مدینہ۔ تو یہ ری پلاننگ تھی۔ آپ کو یہ جاننا پڑے گا کہ زندگی میں ہمیشہ ایسا نہیں ہو سکتا کہ فرسٹ پلاننگ ہی کامیاب ہو جائے۔ آپ کو ری پلاننگ کرنی پڑے گی۔ اسی کا نام ہجرت، ہجرت۔ اچھا یہ جو ہے کوئی کوئی ریلی</w:t>
      </w:r>
    </w:p>
    <w:p>
      <w:r>
        <w:rPr>
          <w:b/>
        </w:rPr>
        <w:t xml:space="preserve">[20:17] </w:t>
      </w:r>
      <w:r>
        <w:t>religious baat nahin hai. yeh secular baat bhi itna hi hai jitna ke religious hai woh. yaani secular logon ko bhi is is pe chalna hai. maslan dekhiye, second world war mein japan, germany bari bari yaani hosle ke sath shamil hui. germany samjhta tha ke main sare europe rule karunga. japan samjhta tha ke main political</w:t>
      </w:r>
    </w:p>
    <w:p>
      <w:pPr>
        <w:jc w:val="right"/>
      </w:pPr>
      <w:r>
        <w:t>جیس بات نہیں ہے۔ یہ سیکولر بات بھی اتنا ہی ہے جتنا کہ ریلیجیس ہے وہ۔ یعنی سیکولر لوگوں کو بھی اس اس پہ چلنا ہے۔ مثلا دیکھیے، سیکنڈ ول ورلڈ میں جاپان، جرمنی بڑی بڑی یعنی حوصلے کے ساتھ شامل ہوئی۔ جرمنی سمجھتا تھا کہ میں سارے یورپ رول کروں گا۔ جاپان سمجھتا تھا کہ میں پولی</w:t>
      </w:r>
    </w:p>
    <w:p>
      <w:r>
        <w:rPr>
          <w:b/>
        </w:rPr>
        <w:t xml:space="preserve">[20:47] </w:t>
      </w:r>
      <w:r>
        <w:t>political empire banaunga. lekin dono fail ho gaye. dono fail ho gaye. to yeh bohat bara historical lesson hai ke dono ko yeh tofeeq mili ke unhon ne re planning ki. bohat ajeeb baat hai yeh. is ki misal tareekh mein shayad bohat kam mile gi ke germany mein east germany. cut gaya tha to unhon ne rest of germany planning ki apni</w:t>
      </w:r>
    </w:p>
    <w:p>
      <w:pPr>
        <w:jc w:val="right"/>
      </w:pPr>
      <w:r>
        <w:t>ٹیکل ایمپائر بناؤں گا۔ لیکن دونوں فیل ہو گئے۔ دونوں فیل ہو گئے۔ تو یہ بہت بڑا ہسٹوریکل لیسن ہے کہ دونوں کو یہ توفیق ملی کہ انہوں نے ری پلاننگ کی۔ بہت عجیب بات ہے یہ۔ اس کی مثال تاریخ میں شاید بہت کم ملے گی کہ جرمنی میں ایسٹ جرمنی۔ کٹ گیا تھا تو انہوں نے ریسٹ اف جرمنی پلاننگ کی اپنی</w:t>
      </w:r>
    </w:p>
    <w:p>
      <w:r>
        <w:rPr>
          <w:b/>
        </w:rPr>
        <w:t xml:space="preserve">[21:17] </w:t>
      </w:r>
      <w:r>
        <w:t>yaani west germany par apni planning ki japan mein kya tha okinawa ka jazeera chhin gaya tha un se unhon ne bhi yahi kiya okinawa ke baghair apni planning ki unhon ne to re planning ka bohat aham usool yeh hai ke mile hue par planning karna khoye hue par nahin jo jo khoya gaya us par planning karna hai aap ko jo mila hua us par planning karna hai to re planning ka bohat aham principle yeh hai</w:t>
      </w:r>
    </w:p>
    <w:p>
      <w:pPr>
        <w:jc w:val="right"/>
      </w:pPr>
      <w:r>
        <w:t>یعنی ویسٹ جرمنی پر اپنی پلاننگ کی جاپان میں کیا تھا اوکیناوا کا جزیرہ چھن گیا تھا ان سے انہوں نے بھی یہی کیا اوکیناوا کے بغیر اپنی پلاننگ کی انہوں نے تو ری پلاننگ کا بہت اہم اصول یہ ہے کہ ملے ہوئے پر پلاننگ کرنا کھوئے ہوئے پر نہیں جو جو کھویا گیا اس پر پلاننگ کرنا ہے آپ کو جو ملا ہوا اس پر پلاننگ کرنا ہے تو ری پلاننگ کا بہت اہم پرنسپل یہ ہے</w:t>
      </w:r>
    </w:p>
    <w:p>
      <w:r>
        <w:rPr>
          <w:b/>
        </w:rPr>
        <w:t xml:space="preserve">[21:49] </w:t>
      </w:r>
      <w:r>
        <w:t>ab is ko aap musalmanon ko apply kijiye to main yeh kahunga ke rasool allah sallallahu alaihi wasallam ki ek sunnat yeh hai ke aap ne hadd muqarrar kar di ke first planning ko kab tak chalayen aap kab us ko chhod den yaani makka mein aap rahe 13 saal bas is ke baad chhod diya aap ne is ka matlab ke first planning agar work na kare yeh bohat</w:t>
      </w:r>
    </w:p>
    <w:p>
      <w:pPr>
        <w:jc w:val="right"/>
      </w:pPr>
      <w:r>
        <w:t>اب اس کو آپ مسلمانوں کو اپلائی کیجئے تو میں یہ کہوں گا کہ رسول اللہ صلی اللہ علیہ وسلم کی ایک سنت یہ ہے کہ آپ نے حد مقرر کر دی کہ فرسٹ پلاننگ کو کب تک چلائیں آپ کب اس کو چھوڑ دیں یعنی مکہ میں آپ رہے 13 سال بس اس کے بعد چھوڑ دیا آپ نے اس کا معنی کہ فرسٹ پلاننگ اگر ورک نہ کرے یہ بہت</w:t>
      </w:r>
    </w:p>
    <w:p>
      <w:r>
        <w:rPr>
          <w:b/>
        </w:rPr>
        <w:t xml:space="preserve">[22:19] </w:t>
      </w:r>
      <w:r>
        <w:t>aham usool hai first planning agar work na kare to aap sirf 13 saal tak wait karne ka haq rakhte hain is ke baad chhodna pare ga aap ko first planning agar work na kare to sirf 13 saal tak aap wait kar sakte hain is ke baad aap ko re planning karni pare gi second option dhoondhna pare ga ab is usool ko apply kijiye musalmanon ke upar</w:t>
      </w:r>
    </w:p>
    <w:p>
      <w:pPr>
        <w:jc w:val="right"/>
      </w:pPr>
      <w:r>
        <w:t>اہم اصول ہے فرسٹ پلاننگ اگر ورک نہ کرے تو آپ صرف 13 سال تک ویٹ کرنے کا حق رکھتے ہیں اس کے بعد چھوڑنا پڑے گا آپ کو فرسٹ پلاننگ اگر ورک نہ کرے تو صرف 13 سال تک آپ ویٹ کر سکتے ہیں اس کے بعد آپ کو ری پلاننگ کرنی پڑے گی سیکنڈ اپشن ڈھونڈنا پڑے گا اب اس اصول کو اپلائی کیجئے مسلمانوں کے اوپر</w:t>
      </w:r>
    </w:p>
    <w:p>
      <w:r>
        <w:rPr>
          <w:b/>
        </w:rPr>
        <w:t xml:space="preserve">[22:50] </w:t>
      </w:r>
      <w:r>
        <w:t>kaha jata hai ke musalmanon ki jahad shuru hui hai sultan tipu ke zamane se yaani 200 saal pehle yeh main nahin keh raha aisa hamare mufakkireen kehte hain ke sultan tipu jo lade angrezon se is mein woh mare gaye that was beginning of muslim struggle to</w:t>
      </w:r>
    </w:p>
    <w:p>
      <w:pPr>
        <w:jc w:val="right"/>
      </w:pPr>
      <w:r>
        <w:t>کہا جاتا ہے کہ مسلمانوں کی جدوجہد شروع ہوئی ہے سلطان ٹیپو کے زمانے سے یعنی 200 سال پہلے یہ میں نہیں کہہ رہا ایسا ہمارے مفکرین کہتے ہیں کہ سلطان ٹیپو جو لڑے انگریزوں سے اس میں وہ مارے گئے دیٹ واز بگننگ اف مسلم سٹرگل تو</w:t>
      </w:r>
    </w:p>
    <w:p>
      <w:r>
        <w:rPr>
          <w:b/>
        </w:rPr>
        <w:t xml:space="preserve">[23:20] </w:t>
      </w:r>
      <w:r>
        <w:t>is ko kitne muddat kitni muddat guzri 200 saal guzar gaye 200 saal yeh to jaiz hi nahi kyunke kuch bhi nahi paya do saal ki judo jehad se koi nahi mention kar sakta ke ifraajiyat payi hum ne kuch nahi kar sakte aap siwaye khone ke jaan ko khoya baal ko khoya property khoya aur dunya ke sab se bar</w:t>
      </w:r>
    </w:p>
    <w:p>
      <w:pPr>
        <w:jc w:val="right"/>
      </w:pPr>
      <w:r>
        <w:t>اس کو کتنے مدت کتنی مدت گزری 200 سال گزر گئے 200 سال یہ تو جائز ہی نہیں کیونکہ کچھ بھی نہیں پایا دو سال کی جدوجہد سے کوئی نہیں منشن کر سکتا کہ افراجیت پائی ہم نے کچھ نہیں کر سکتے آپ سوائے کھونے کے جان کو کھویا بال کو کھویا پراپرٹی کھویا اور دنیا کے سب سے بڑ</w:t>
      </w:r>
    </w:p>
    <w:p>
      <w:r>
        <w:rPr>
          <w:b/>
        </w:rPr>
        <w:t xml:space="preserve">[23:50] </w:t>
      </w:r>
      <w:r>
        <w:t>a jo khoya ke dunya taraqqi ki taraf dor rahi thi development ki taraf dor rahi thi modern age mein aur musalman peechay ho gaye yani 200 saal ki judo jehad karte hue jo mila woh kya muslim became a backward community in the whole world to kya paya 200 saala judo jehad se koi target</w:t>
      </w:r>
    </w:p>
    <w:p>
      <w:pPr>
        <w:jc w:val="right"/>
      </w:pPr>
      <w:r>
        <w:t>ا جو کھویا کہ دنیا ترقی کی طرف دوڑ رہی تھی ڈیولپمنٹ کی طرف دوڑ رہی تھی ماڈرن ایج میں اور مسلمان پیچھے ہو گئے یعنی 200 سال کی جدوجہد کرتے ہوئے جو ملا وہ کیا مسلم بیکم ا بیکورڈ کمیونٹی ان دا ہول ورلڈ تو کیا پایا 200 سالہ جدوجہد سے کوئی ٹارگٹ</w:t>
      </w:r>
    </w:p>
    <w:p>
      <w:r>
        <w:rPr>
          <w:b/>
        </w:rPr>
        <w:t xml:space="preserve">[24:21] </w:t>
      </w:r>
      <w:r>
        <w:t>nahi mila koi goal nahi mila balke ulta ho gaya ke musalman dunya mein development ke aitbaar se backward community samajh liye gaye to yeh to jaiz hi nahi ke aap 200 saal tak isi first planning par chalte rahein aap ko re planning karni paregi yeh yani farz hai farz ab musalmanon</w:t>
      </w:r>
    </w:p>
    <w:p>
      <w:pPr>
        <w:jc w:val="right"/>
      </w:pPr>
      <w:r>
        <w:t>نہیں ملا کوئی گول نہیں ملا بلکہ الٹا ہو گیا کہ مسلمان دنیا میں ڈیولپمنٹ کے اعتبار سے بیکورڈ کمیونٹی سمجھ لیے گئے تو یہ تو جائز ہی نہیں کہ آپ 200 سال تک اسی فرسٹ پلاننگ پر چلتے رہیں آپ کو ری پلاننگ کرنی پڑے گی یہ یعنی فرض ہے فرض اب مسلمانوں</w:t>
      </w:r>
    </w:p>
    <w:p>
      <w:r>
        <w:rPr>
          <w:b/>
        </w:rPr>
        <w:t xml:space="preserve">[24:51] </w:t>
      </w:r>
      <w:r>
        <w:t>ke upar farz hai ke jab 13 saal tak nahi hasil hua balke 200 saal tak nahi hasil hua to musalman par farz hai jis tarah namaz farz hai ke woh re planning karein phir se sochein re assessment karein yeh to farz hai farz ke rasool Allah ki sunnat ke mutabiq aap sirf first planning ki kamyabi ka 13 saal tak intazar</w:t>
      </w:r>
    </w:p>
    <w:p>
      <w:pPr>
        <w:jc w:val="right"/>
      </w:pPr>
      <w:r>
        <w:t>کے اوپر فرض ہے کہ جب 13 سال تک نہیں حاصل ہوا بلکہ 200 سال تک نہیں حاصل ہوا تو مسلمان پر فرض ہے جس طرح نماز فرض ہے کہ وہ ری پلاننگ کریں پھر سے سوچیں ری اسیسمنٹ کریں یہ تو فرض ہے فرض کہ رسول اللہ کی سنت کے مطابق آپ صرف فرسٹ پلاننگ کی کامیابی کا 13 سال تک انتظ</w:t>
      </w:r>
    </w:p>
    <w:p>
      <w:r>
        <w:rPr>
          <w:b/>
        </w:rPr>
        <w:t xml:space="preserve">[25:21] </w:t>
      </w:r>
      <w:r>
        <w:t>kar sakte hain is ke baad nahi to aaj ke zamane mein musalmanon ko sab se bari baat jo batani hai woh yeh hai ke tum ek sunnat rasool ko chode hue ho to kamyabi kaise milegi kamyabi milti hai rasool Allah ke isوة par amal karne se rasool Allah ke model par chalne se warna kamyabi nahi</w:t>
      </w:r>
    </w:p>
    <w:p>
      <w:pPr>
        <w:jc w:val="right"/>
      </w:pPr>
      <w:r>
        <w:t>ار کر سکتے ہیں اس کے بعد نہیں تو آج کے زمانے میں مسلمانوں کو سب سے بڑی بات جو بتانی ہے وہ یہ ہے کہ تم ایک سنت رسول کو چھوڑے ہوئے ہو تو کامیابی کیسے ملے گی کامیابی ملتی ہے رسول اللہ کے اسوہ پر عمل کرنے سے رسول اللہ کے ماڈل پر چلنے سے ورنہ کامیابی نہیں</w:t>
      </w:r>
    </w:p>
    <w:p>
      <w:r>
        <w:rPr>
          <w:b/>
        </w:rPr>
        <w:t xml:space="preserve">[25:53] </w:t>
      </w:r>
      <w:r>
        <w:t>to us waqt musalmanon ko sab se bari baat jo janna hai ya sab se bari baat jo un ko batana hai woh yeh hai ke rasool Allah ne jo isوة bataya tha ke first planning ka intazar 13 saal to karo agar nahi poori hoti to re assess karo re plan karo work na kare to agar tumhari planning first planning jo hai work na kare to 13 saal se zyada</w:t>
      </w:r>
    </w:p>
    <w:p>
      <w:pPr>
        <w:jc w:val="right"/>
      </w:pPr>
      <w:r>
        <w:t>تو اس وقت مسلمانوں کو سب سے بڑی بات جو جاننا ہے یا سب سے بڑی بات جو ان کو بتانا ہے وہ یہ ہے کہ رسول اللہ نے جو اسوہ بتایا تھا کہ فرسٹ پلاننگ کا انتظار 13 سال تو کرو اگر نہیں پوری ہوتی تو ری اسس کرو ری پلان کرو ورک نہ کرے تو اگر تمہاری پلاننگ فرسٹ پلاننگ جو ہے ورک نہ کرے تو 13 سال سے زیادہ</w:t>
      </w:r>
    </w:p>
    <w:p>
      <w:r>
        <w:rPr>
          <w:b/>
        </w:rPr>
        <w:t xml:space="preserve">[26:23] </w:t>
      </w:r>
      <w:r>
        <w:t>intazar mat karo phir re assess karo phir re planning karo to ab to musalmanon par farz ho gaya farz stop karein woh sari fighting ko stop karein society bombing ko stop karein yani haram samajh ke chodein ab no ab koi bomb nahi koi gun nahi koi politics ki baat nahi koi qatal ki baat nahi ab to sirf sochna hai</w:t>
      </w:r>
    </w:p>
    <w:p>
      <w:pPr>
        <w:jc w:val="right"/>
      </w:pPr>
      <w:r>
        <w:t>انتظار مت کرو پھر ری اسس کرو پھر ری پلاننگ کرو تو اب تو مسلمانوں پر فرض ہو گیا فرض اسٹاپ کریں وہ ساری فائٹنگ کو اسٹاپ کریں سوسائٹی بمبنگ کو اسٹاپ کریں یعنی حرام سمجھ کے چھوڑیں اب نو اب کوئی بم نہیں کوئی گن نہیں کوئی پولیٹکس کی بات نہیں کوئی قتال کی بات نہیں اب تو صرف سوچنا ہے</w:t>
      </w:r>
    </w:p>
    <w:p>
      <w:r>
        <w:rPr>
          <w:b/>
        </w:rPr>
        <w:t xml:space="preserve">[26:54] </w:t>
      </w:r>
      <w:r>
        <w:t>re assess karna hai yani how to re plan aur strategy yeh yeh sara focus is par hona chahiye koi war nahi koi jang nahi koi society bombing nahi koi political activity nahi kyunke political activity kya hai woh beginning hai tashaddud ki pehle political activity ati hai is ke baad tashaddud shuru ho jata hai</w:t>
      </w:r>
    </w:p>
    <w:p>
      <w:pPr>
        <w:jc w:val="right"/>
      </w:pPr>
      <w:r>
        <w:t>ری اسس کرنا ہے یعنی ہاؤ ٹو ری پلان اور سٹریٹجی یہ یہ سارا فوکس اس پر ہونا چاہیے کوئی وار نہیں کوئی جنگ نہیں کوئی سوسائٹی بمبنگ نہیں کوئی پولیٹیکل ایکٹیوٹی نہیں کیونکہ پولیٹیکل ایکٹیوٹی کیا ہے وہ بگننگ ہے تشدد کی پہلے پولیٹیکل ایکٹیوٹی اتی ہے اس کے بعد تشدد شروع ہو جاتا ہے</w:t>
      </w:r>
    </w:p>
    <w:p>
      <w:r>
        <w:rPr>
          <w:b/>
        </w:rPr>
        <w:t xml:space="preserve">[27:26] </w:t>
      </w:r>
      <w:r>
        <w:t>to musalmanon par farz ho chuka hai ke woh political activity band karein nare ki siyasat band karein protest ki siyasat band karein bomb aur gun ko samundar mein phenk dein aur sab sare musalman mil kar ke re assess karein ke ab hamari nai strategy kya honi chahiye jab is tarah woh so</w:t>
      </w:r>
    </w:p>
    <w:p>
      <w:pPr>
        <w:jc w:val="right"/>
      </w:pPr>
      <w:r>
        <w:t>تو مسلمانوں پر فرض ہو چکا ہے کہ وہ پولیٹیکل ایکٹیوٹی بند کریں نعرے کی سیاست بند کریں پروٹیسٹ کی سیاست بند کریں بم اور گن کو سمندر میں پھینک دیں اور سب سارے مسلمان مل کر کے ری اسس کریں کہ اب ہماری نئی سٹریٹجی کیا ہونی چاہیے جب اس طرح وہ سو</w:t>
      </w:r>
    </w:p>
    <w:p>
      <w:r>
        <w:rPr>
          <w:b/>
        </w:rPr>
        <w:t xml:space="preserve">[27:56] </w:t>
      </w:r>
      <w:r>
        <w:t>chenge aur phir quran o hadees ko padhenge to main samajhta hoon ke ek hi nateeje tak pahunch jayenge sirf ek hi woh ek hum ne dawat Allah chhod diya aur qatal shuru kar diya mudo se mudo se to qatal jaiz hi nahi mudo se dawat ka kaam karna hai mudo ke bare mein yahi ke aap un ka khair khwah banna hai jab aap mudo friendly behaviour aap ka hoga</w:t>
      </w:r>
    </w:p>
    <w:p>
      <w:pPr>
        <w:jc w:val="right"/>
      </w:pPr>
      <w:r>
        <w:t>چیں گے اور پھر قران و حدیث کو پڑھیں گے تو میں سمجھتا ہوں کہ ایک ہی نتیجے تک پہنچ جائیں گے صرف ایک ہی وہ ایک ہم نے دعوت اللہ چھوڑ دیا اور قتال شروع کر دیا مدو سے مدو سے تو قتال جائز ہی نہیں مدو سے دعوت کا کام کرنا ہے مدو کے بارے میں یہی کہ اپ ان کا خیر خواہ بننا ہے جب اپ مدو فرینڈلی بیہیویئر اپ کا ہوگا</w:t>
      </w:r>
    </w:p>
    <w:p>
      <w:r>
        <w:rPr>
          <w:b/>
        </w:rPr>
        <w:t xml:space="preserve">[28:26] </w:t>
      </w:r>
      <w:r>
        <w:t>to aap sochenge nahi ke in se qatal karein dawat Allah kya karta hai dawat Allah ka mission dawat Allah ka mission yeh karta hai ke aap ke andar mudo friendly behaviour paida karta hai mudo friendly thinking paida karta hai to jab yeh hoga to aap qatal ki baat hi nahi sochenge hatta ke id</w:t>
      </w:r>
    </w:p>
    <w:p>
      <w:pPr>
        <w:jc w:val="right"/>
      </w:pPr>
      <w:r>
        <w:t>تو اپ سوچیں گے نہیں کہ ان سے قتال کریں دعوت اللہ کیا کرتا ہے دعوت اللہ کا مشن دعوت اللہ کا مشن یہ کرتا ہے کہ اپ کے اندر مدو فرینڈلی بیہیویئر پیدا کرتا ہے مدو فرینڈلی تھنکنگ پیدا کرتا ہے تو جب یہ ہوگا تو اپ قتال کی بات ہی نہیں سوچیں گے حتی کہ اد</w:t>
      </w:r>
    </w:p>
    <w:p>
      <w:r>
        <w:rPr>
          <w:b/>
        </w:rPr>
        <w:t xml:space="preserve">[28:56] </w:t>
      </w:r>
      <w:r>
        <w:t>har se pathar aa gaya to aap sochenge is ko avoid karo hamein ladna nahi hai hamein bhi react nahi karna hai jaise misaal ke taur par dekhiye jab Hudaibiya ki suraj ho rahi thi us waqt mukhalifeen ne ek attack kiya aur ek sahabi ko shaheed bhi kar diya yeh kitabon mein likha hua hai Hudaibiya ki baat cheet ho rahi thi us waqt</w:t>
      </w:r>
    </w:p>
    <w:p>
      <w:pPr>
        <w:jc w:val="right"/>
      </w:pPr>
      <w:r>
        <w:t>ھر سے پتھر ا گیا تو اپ سوچیں گے اس کو اوائڈ کرو ہمیں لڑنا نہیں ہے ہمیں بھی ری ایکٹ نہیں کرنا ہے جیسے مثال کے طور پر دیکھیے جب حدیبیہ کی سورج ہو رہی تھی اس وقت مخالفین نے ایک اٹیک کیا اور ایک صحابی کو شہید بھی کر دیا یہ کتابوں میں لکھا ہوا ہے حدیبیہ کی بات چیت ہو رہی تھی اس وقت</w:t>
      </w:r>
    </w:p>
    <w:p>
      <w:r>
        <w:rPr>
          <w:b/>
        </w:rPr>
        <w:t xml:space="preserve">[29:27] </w:t>
      </w:r>
      <w:r>
        <w:t>unhone ek sahabi ko maar dala to rasool Allah ne is ko avoid kiya aisa nahi ke usi ko le kar ke aap ladai shuru kar dein yani bilawaja ek sahabi ko maar dala woh hua yeh tha ke ek chattan upar chattan thi us par woh charhe dekhne ke liye ke aas paas koi idhar udhar koi baat to nahi hai to chattan par charhe the woh</w:t>
      </w:r>
    </w:p>
    <w:p>
      <w:pPr>
        <w:jc w:val="right"/>
      </w:pPr>
      <w:r>
        <w:t>انہوں نے ایک صحابی کو مار ڈالا تو رسول اللہ نے اس کو اوائڈ کیا ایسا نہیں کہ اسی کو لے کر کے اپ لڑائی شروع کر دیں یعنی بلاوجہ ایک صحابی کو مار ڈالا وہ ہوا یہ تھا کہ ایک چٹان اوپر چٹان تھی اس پر وہ چڑھے دیکھنے کے لیے کہ اس پاس کوئی ادھر ادھر کوئی بات تو نہیں ہے تو چٹان پر چڑھے تھے وہ</w:t>
      </w:r>
    </w:p>
    <w:p>
      <w:r>
        <w:rPr>
          <w:b/>
        </w:rPr>
        <w:t xml:space="preserve">[29:58] </w:t>
      </w:r>
      <w:r>
        <w:t>aas paas ko dekhne ke liye koi baat ho to rasool Allah ko batayein to wahan kisi mukhalif fareeq mein se kisi ko nazar pad gayi us ne teer mara teer mara aur shaheed ho gaya magar rasool Allah sallallahu alaihi wasallam ne aisa nahi kiya ke ab suraj ki baat cheet khatam ab to ladai hogi yeh nahi kiya aap ne is ke mani hai ke</w:t>
      </w:r>
    </w:p>
    <w:p>
      <w:pPr>
        <w:jc w:val="right"/>
      </w:pPr>
      <w:r>
        <w:t>اس پاس کو دیکھنے کے لیے کوئی بات ہو تو رسول اللہ کو بتائیں تو وہاں کسی مخالف فریق میں سے کسی کو نظر پڑ گئی اس نے تیر مارا تیر مارا اور شہید ہو گیا مگر رسول اللہ صلی اللہ علیہ وسلم نے ایسا نہیں کیا کہ اب سورج کی بات چیت ختم اب تو لڑائی ہوگی یہ نہیں کیا اپ نے اس کے معنی ہے کہ</w:t>
      </w:r>
    </w:p>
    <w:p>
      <w:r>
        <w:rPr>
          <w:b/>
        </w:rPr>
        <w:t xml:space="preserve">[30:28] </w:t>
      </w:r>
      <w:r>
        <w:t>aap ki re planning jo hai Hudaibiya was re planning jab re planning ka faisla kiya rasool Allah sallallahu alaihi wasallam ne to yeh bhi faisla kiya hamein react nahi karna hai agar aap reaction se na bachein then there is no re planning to rasool Allah sallallahu alaihi wasallam ne is ke ilawa ek aur waqia hua tha ke Hudaibiya ke</w:t>
      </w:r>
    </w:p>
    <w:p>
      <w:pPr>
        <w:jc w:val="right"/>
      </w:pPr>
      <w:r>
        <w:t>اپ کی ری پلاننگ جو ہے حدیبیہ واز ری پلاننگ جب ری پلاننگ کا فیصلہ کیا رسول اللہ صلی اللہ علیہ وسلم نے تو یہ بھی فیصلہ کیا ہمیں ری ایکٹ نہیں کرنا ہے اگر اپ ری ایکشن سے نہ بچیں دین دیر از نو ری پلاننگ تو رسول اللہ صلی اللہ علیہ وسلم نے اس کے علاوہ ایک اور واقعہ ہوا تھا کہ حدیبیہ کے</w:t>
      </w:r>
    </w:p>
    <w:p>
      <w:r>
        <w:rPr>
          <w:b/>
        </w:rPr>
        <w:t xml:space="preserve">[30:58] </w:t>
      </w:r>
      <w:r>
        <w:t>15 din tak baat cheet chalti rahi 15 din tak do hafte tak to ek martaba rasool Allah sallallahu alaihi wasallam jamaat ke sath namaz padh rahe the wahan bhi attack kar diya in logon ne aa kar ke namaz ki halat mein is ke ilawa aur bhi bohat si pareshan karne ki baatein hui thi maslan lafz rasool Allah ko bitwaya unhone kaghaz kaghaz par se to is tarah ke</w:t>
      </w:r>
    </w:p>
    <w:p>
      <w:pPr>
        <w:jc w:val="right"/>
      </w:pPr>
      <w:r>
        <w:t>15 دن تک بات چیت چلتی رہی 15 دن تک دو ہفتے تک تو ایک مرتبہ رسول اللہ صلی اللہ علیہ وسلم جماعت کے ساتھ نماز پڑھ رہے تھے وہاں بھی اٹیک کر دیا ان لوگوں نے ا کر کے نماز کی حالت میں اس کے علاوہ اور بھی بہت سی پریشان کرنے کی باتیں ہوئی تھیں مثلا لفظ رسول اللہ کو بٹوایا انہوں نے کاغذ کاغذ پر سے تو اس طرح کے</w:t>
      </w:r>
    </w:p>
    <w:p>
      <w:r>
        <w:rPr>
          <w:b/>
        </w:rPr>
        <w:t xml:space="preserve">[31:28] </w:t>
      </w:r>
      <w:r>
        <w:t>kayi baatein aisi hui thi in 15 dinon ke darmiyan to rasool Allah ko rasool Allah ne aisa nahi kaha ke react agar rasool Allah react karte reaction ka tareeqa to aap kehte chhod do in se in se surah nahi karna in se ladai karna hai yeh sultanate of Oudh ne kaha to hum to hum ko ladna hai mashhoor hai ke unhone kaha tha jab angrez fauj wahan pahunch gayi to unhone kaha</w:t>
      </w:r>
    </w:p>
    <w:p>
      <w:pPr>
        <w:jc w:val="right"/>
      </w:pPr>
      <w:r>
        <w:t>کئی باتیں ایسی ہوئی تھیں ان 15 دنوں کے دوران تو رسول اللہ کو رسول اللہ نے ایسا نہیں کہا کہ ری ایکٹ اگر رسول اللہ ری ایکٹ کرتے ری ایکشن کا طریقہ تو اپ کہتے چھوڑو ان سے ان سے سورہ نہیں کرنا ان سے لڑائی کرنا ہے یہ سلطان ٹیبو نے کہا تو ہم تو ہم کو لڑنا ہے مشہور ہے کہ انہوں نے کہا تھا جب انگریز فوج وہاں پہنچ گئی تو انہوں نے کہا</w:t>
      </w:r>
    </w:p>
    <w:p>
      <w:r>
        <w:rPr>
          <w:b/>
        </w:rPr>
        <w:t xml:space="preserve">[31:58] </w:t>
      </w:r>
      <w:r>
        <w:t>tha ke zinda baad sher ki ek din ki zindagi zinda baad zinda baad gidar ki hazar saal zindagi se behtar hai is ka matlab yeh hai ke chahe hum lad ke mar jayein lekin hamein to ladna hai bahar haal to rasool Allah ne aisa nahi kiya aap ne avoid kiya aap ne sabr kiya is ko nazar andaaz kiya kyunke aap ko re planning karni thi</w:t>
      </w:r>
    </w:p>
    <w:p>
      <w:pPr>
        <w:jc w:val="right"/>
      </w:pPr>
      <w:r>
        <w:t>تھا کہ زندہ باد شیر کی ایک دن کی زندگی زندہ باد زندہ باد گیدر کی ہزار سال زندگی سے بہتر ہے اس کا مطلب یہ ہے کہ چاہے ہم لڑ کے مر جائیں لیکن ہمیں تو لڑنا ہے بہرحال تو رسول اللہ نے ایسا نہیں کیا اپ نے اوائڈ کیا اپ نے صبر کیا اس کو نظر انداز کیا کیونکہ اپ کو ری پلاننگ کرنی تھی</w:t>
      </w:r>
    </w:p>
    <w:p>
      <w:r>
        <w:rPr>
          <w:b/>
        </w:rPr>
        <w:t xml:space="preserve">[32:32] </w:t>
      </w:r>
      <w:r>
        <w:t>to musalmanon ko kya karna hai sari warnt activities ko foran khatam kar dena hai foran haram samajh kar ke phir re assess karna hai situation ko phir re plan karna hai aur re planning ki yeh lazmi shart hai ke aap react na karein kuch bhi idhar se ho misaal ke taur par</w:t>
      </w:r>
    </w:p>
    <w:p>
      <w:pPr>
        <w:jc w:val="right"/>
      </w:pPr>
      <w:r>
        <w:t>تو مسلمانوں کو کیا کرنا ہے ساری وارنٹ ایکٹیوٹیز کو بالفور ختم کر دینا ہے فل فور حرام سمجھ کر کے پھر ری اسس کرنا ہے سچویشن کو پھر ری پلان کرنا ہے اور ری پلاننگ کی یہ لازمی شرط ہے کہ اپ ری ایکٹ نہ کریں کچھ بھی ادھر سے ہو مثال کے طور پر</w:t>
      </w:r>
    </w:p>
    <w:p>
      <w:r>
        <w:rPr>
          <w:b/>
        </w:rPr>
        <w:t xml:space="preserve">[33:02] </w:t>
      </w:r>
      <w:r>
        <w:t>dekhiye koi aisi novel chhap jaye jis mein rasool Allah ka zikr achhe alfaaz mein na ho koi film ban jaye jis mein rasool Allah sallallahu alaihi wasallam ki tasveer achhi na ho musalmanon ke nazariye se aisa kuch ho jata hai koi koi kitab chhap jaye to foran react karte hain musalman aur muzahire hote hain nare lagte hain kitne log bahar aate hain is mein yeh sab nahi karna hai</w:t>
      </w:r>
    </w:p>
    <w:p>
      <w:pPr>
        <w:jc w:val="right"/>
      </w:pPr>
      <w:r>
        <w:t>دیکھیے کوئی ایسی ناول چھپ جائے جس میں رسول اللہ کا ذکر اچھا الفاظ میں نہ ہو کوئی فلم بن جائے جس میں رسول اللہ صلی اللہ علیہ وسلم کی تصویر اچھی نہ ہو مسلمانوں کے نظریے سے ایسا کچھ ہو جاتا ہے کوئی کوئی کتاب چھپ جائے تو فورا ری ایکٹ کرتے ہیں مسلمان اور مظاہرے ہوتے ہیں نعرے لگتے ہیں کتنے لوگ باہر اتے ہیں اس میں یہ سب نہیں کرنا ہے</w:t>
      </w:r>
    </w:p>
    <w:p>
      <w:r>
        <w:rPr>
          <w:b/>
        </w:rPr>
        <w:t xml:space="preserve">[33:32] </w:t>
      </w:r>
      <w:r>
        <w:t>re planning ki shart hai ke aap reaction ko mukammal taur par chhod dein otherwise there is no planning otherwise there is no re planning to waqt aa gaya hai ke musalman dobara quran ko padhein dobara hadeeson ko padhein dobara seerat ko padhein dobara rasool Allah sallallahu alaihi wasallam ka mutala kar ke</w:t>
      </w:r>
    </w:p>
    <w:p>
      <w:pPr>
        <w:jc w:val="right"/>
      </w:pPr>
      <w:r>
        <w:t>ری پلاننگ کی شرط ہے کہ اپ ری ایکشن کو مکمل طور پر چھوڑ دیں ادروائز دیر از نو پلاننگ ادروائز دیر از نو ری پلاننگ تو وقت اگیا ہے کہ مسلمان دوبارہ قران کو پڑھیں دوبارہ حدیثوں کو پڑھیں دوبارہ سیرت کو پڑھیں دوبارہ رسول اللہ صلی اللہ علیہ وسلم کا مطالعہ کر کے</w:t>
      </w:r>
    </w:p>
    <w:p>
      <w:r>
        <w:rPr>
          <w:b/>
        </w:rPr>
        <w:t xml:space="preserve">[34:03] </w:t>
      </w:r>
      <w:r>
        <w:t>jaanein ke hamein ab kya karna hai jab first planning fail ho gayi aur 13 saal se bohat zyada din beet gaye to aap dua karein dua karein aur padhein padhein rasool اکثریت ko ke hamein re planning kis basis par banayein hum apni mamooli baat nahi hai yeh agar aap aisa na karein agar musalman aisa na karein to Allah ke nazdeek woh</w:t>
      </w:r>
    </w:p>
    <w:p>
      <w:pPr>
        <w:jc w:val="right"/>
      </w:pPr>
      <w:r>
        <w:t>جانیں کہ ہمیں اب کیا کرنا ہے جب فرسٹ پلاننگ فیل ہو گئی اور 13 سال سے بہت زیادہ دن بیت گئے تو اپ دعا کریں دعا کریں اور پڑھیں پڑھیں رسول اکثریت کو کہ ہمیں ری پلاننگ کس بیسس پہ بنائیں ہم اپنی معمولی بات نہیں ہے یہ اگر اپ ایسا نہ کریں اگر مسلمان ایسا نہ کریں تو اللہ کے نزدیک وہ</w:t>
      </w:r>
    </w:p>
    <w:p>
      <w:r>
        <w:rPr>
          <w:b/>
        </w:rPr>
        <w:t xml:space="preserve">[34:33] </w:t>
      </w:r>
      <w:r>
        <w:t>un ka ummat e muhammadi hona mashhoor ho jayega is ko yaad rakhiye achhi tarah se ke agar musalmanon ko itna bada shock lagaye ke 200 saal ke bawajood kuch bhi achieve nahi hua to super shock hai yeh to super shock hai is se bada shock kya ho sakta hai aur sari dunya mein backward community ban gaye musalman is se bada shock kya ho s</w:t>
      </w:r>
    </w:p>
    <w:p>
      <w:pPr>
        <w:jc w:val="right"/>
      </w:pPr>
      <w:r>
        <w:t>ان کا امت محمدی ہونا مشہور ہو جائے گا اس کو یاد رکھیے اچھی طریقے سے کہ اگر مسلمانوں کو اتنا بڑا شک شک لگائے کہ 200 سال کے باوجود کچھ بھی اچیو نہیں ہوا تو سپر شاک ہے یہ تو سپر شاک ہے اس سے بڑا شاک کیا ہو سکتا ہے اور ساری دنیا میں بیکورڈ کمیونٹی بن گئے مسلمان اس سے بڑا شاک کیا ہو س</w:t>
      </w:r>
    </w:p>
    <w:p>
      <w:r>
        <w:rPr>
          <w:b/>
        </w:rPr>
        <w:t xml:space="preserve">[35:03] </w:t>
      </w:r>
      <w:r>
        <w:t>akta hai is shock ke bawajood agar woh na daudein rasool Allah ki seerat ki taraf rasool Allah ke model ki taraf to kya hoga Allah ke nazdeek woh un ka ummat e muhammadi hona hi mujtaba ho jayega doubt full ho jayega phir dekhiye phir phir hamari koi option baqi hai hamari koi option baqi hai koi</w:t>
      </w:r>
    </w:p>
    <w:p>
      <w:pPr>
        <w:jc w:val="right"/>
      </w:pPr>
      <w:r>
        <w:t>کتا ہے اس شاک کے باوجود اگر وہ نہ دوڑیں رسول اللہ کی سیرت کی طرف رسول اللہ کے ماڈل کی طرف تو کیا ہوگا اللہ کے نزدیک وہ ان کا امت محمدی ہونا ہی مجتبی ہو جائے گا ڈاؤٹ فل ہو جائے گا پھر دیکھیے پھر پھر ہماری کوئی اپشن باقی ہے ہماری کوئی اپشن باقی ہے کوئی</w:t>
      </w:r>
    </w:p>
    <w:p>
      <w:r>
        <w:rPr>
          <w:b/>
        </w:rPr>
        <w:t xml:space="preserve">[35:35] </w:t>
      </w:r>
      <w:r>
        <w:t>koi option hi nahi hai siwaye is ke ke aap daudein rasool Allah ki taraf rasool Allah ke model ki taraf dua karein phir se seerat rasool ko padhein there is no other option for muslims kyunke dekhiye sab se bada jo risk hai sab se bada risk ke musalmanon ke liye Allah ke haan yeh se declare kar diya jaye ke tum ummat e muhammadi ki hesiyat khatam tumhari tumhara ummat e muhammadi hona khatam kaise</w:t>
      </w:r>
    </w:p>
    <w:p>
      <w:pPr>
        <w:jc w:val="right"/>
      </w:pPr>
      <w:r>
        <w:t>کوئی اپشن ہی نہیں ہے سوائے اس کے کہ اپ دوڑیں رسول اللہ کی طرف رسول اللہ کے ماڈل کی طرف دعا کریں پھر سے سیرت رسول کو پڑھیں دیر از نو ادر اپشن فار مسلمز کیونکہ دیکھیں سب سے بڑا جو رسک ہے سب سے بڑا رسک کہ مسلمانوں کے لیے اللہ کے ہاں یہ سے ڈیکلیئر کر دیا جائے کہ تم امت محمدی کی حیثیت ختم تمہاری تمہارا امت محمدی ہونا ختم کیسے</w:t>
      </w:r>
    </w:p>
    <w:p>
      <w:r>
        <w:rPr>
          <w:b/>
        </w:rPr>
        <w:t xml:space="preserve">[36:05] </w:t>
      </w:r>
      <w:r>
        <w:t>bardasht karen ge ap kya ap bardasht karte hain is ko kya ap is ko bardasht karen farishte elaan karen a musalmano tum ummat e muhammadi Allah ke nazdeek to ummat e muhammadi ke baqi nahin ho tumhara muhammadi ka hona khatm kiya kya is ko bardasht is ko ap afford kar sakte hain kya is ko afford kar sakte hain</w:t>
      </w:r>
    </w:p>
    <w:p>
      <w:pPr>
        <w:jc w:val="right"/>
      </w:pPr>
      <w:r>
        <w:t>برداشت کریں گے اپ کیا اپ برداشت کرتے ہیں اس کو کیا اپ اس کو برداشت کریں فرشتے اعلان کریں اے مسلمانوں تم امت محمدی اللہ کے نزدیک تو امت محمدی کے باقی نہیں ہو تمہارا محمدی کا ہونا ختم کیا کیا اس کو برداشت اس کو اپ افورڈ کر سکتے ہیں کیا اس کو افورڈ کر سکتے ہیں</w:t>
      </w:r>
    </w:p>
    <w:p>
      <w:r>
        <w:rPr>
          <w:b/>
        </w:rPr>
        <w:t xml:space="preserve">[36:41] </w:t>
      </w:r>
      <w:r>
        <w:t>Allah ka faisla farishton ki zaban se elaan hota hai is ka to agar Allah farishton se keh de ke elaan kar do ke yeh musalman jo hain ab ummat e muhammadi ki hesiyat in ki khatm ho chuki hai to kya ap afford kar sakte hain is ko yeh mamla bohat zyada serious hai aur bohat risk ke kinare khadi hui hai musalman aaj ka</w:t>
      </w:r>
    </w:p>
    <w:p>
      <w:pPr>
        <w:jc w:val="right"/>
      </w:pPr>
      <w:r>
        <w:t>اللہ کا فیصلہ فرشتوں کی زبان سے اعلان ہوتا ہے اس کا تو اگر اللہ فرشتوں سے کہہ دے کہ اعلان کر دو کہ یہ مسلمان جو ہیں اب امت محمدی کی حیثیت ان کی ختم ہو چکی ہے تو کیا اپ افورڈ کر سکتے ہیں اس کو یہ معاملہ بہت زیادہ سیریس ہے اور بہت رسک کے کنارے کھڑی ہوئی ہے مسلمان اج کا</w:t>
      </w:r>
    </w:p>
    <w:p>
      <w:r>
        <w:rPr>
          <w:b/>
        </w:rPr>
        <w:t xml:space="preserve">[37:11] </w:t>
      </w:r>
      <w:r>
        <w:t>jo musalman hai jitne musalmanon ke bolne wale likhne wale hain woh kya musalmanon ki mazruiyat batate hain sare jitne musalman hain likhte hain bolte hain akhbar nikalte hain magazine nikalte hain woh sirf is liye ke musalmanon ki mazruiyat ko batayen yeh masla hi nahin hai mazruiyat masla hi nahin hai masla to yeh hai ke ummat e muhammadi ne muhammad</w:t>
      </w:r>
    </w:p>
    <w:p>
      <w:pPr>
        <w:jc w:val="right"/>
      </w:pPr>
      <w:r>
        <w:t>جو مسلمان ہے جتنے مسلمانوں کے بولنے والے لکھنے والے ہیں وہ کیا مسلمانوں کی مضرویت بتاتے ہیں سارے جتنے مسلمان ہیں لکھتے ہیں بولتے ہیں اخبار نکالتے ہیں میگزین نکالتے ہیں وہ صرف اس لیے کہ مسلمانوں کی مضرویت کو بتائیں یہ مسئلہ ہی نہیں ہے مضرویت مسئلہ ہی نہیں ہے مسئلہ تو یہ ہے کہ امت محمدی نے محمد</w:t>
      </w:r>
    </w:p>
    <w:p>
      <w:r>
        <w:rPr>
          <w:b/>
        </w:rPr>
        <w:t xml:space="preserve">[37:41] </w:t>
      </w:r>
      <w:r>
        <w:t>sallallahu alaihi wasallam ke border ko chhod diya hai yeh jitne musalmanon ke stage hain jitne musalmanon ke magazine hain jitne musalmanon ke akhbar hain one to all sab ke sab ek hi kaam kar rahe hain musalmanon ki mazruiyat ko batana yeh to bilkul irrelevant baat hai koi masla hi nahin hai masla to yeh hai ke musalman ek aisa risk un ke samne ag</w:t>
      </w:r>
    </w:p>
    <w:p>
      <w:pPr>
        <w:jc w:val="right"/>
      </w:pPr>
      <w:r>
        <w:t>صلی اللہ علیہ وسلم کے بارڈر کو چھوڑ دیا ہے یہ جتنے مسلمانوں کے اسٹیج ہیں جتنے مسلمانوں کے میگزین ہیں جتنے مسلمانوں کے اخبار ہیں ون ٹو ال سب کے سب ایک ہی کام کر رہے ہیں مسلمانوں کی مضرویت کو بتانا یہ تو بالکل یعنی اریلیونٹ بات ہے کوئی مسئلہ ہی نہیں ہے مسئلہ تو یہ ہے کہ مسلمان ایک ایسا رسک ان کے سامنے اگ</w:t>
      </w:r>
    </w:p>
    <w:p>
      <w:r>
        <w:rPr>
          <w:b/>
        </w:rPr>
        <w:t xml:space="preserve">[38:11] </w:t>
      </w:r>
      <w:r>
        <w:t>ya hai ke un ka ummat e muhammadi hona hi doubt full ho jaye is is risk ka masla hai woh to hai hi nahin baat mazruiyat wali jaise kisi ko pan kisi kisi kisi ghar mein aag lag jaye aap jaisai le ke dauren to bilkul be matlab baat hogi g</w:t>
      </w:r>
    </w:p>
    <w:p>
      <w:pPr>
        <w:jc w:val="right"/>
      </w:pPr>
      <w:r>
        <w:t>یا ہے کہ ان کا امت محمدی ہونا ہی ڈاؤٹ فل ہو جائے اس اس رسک کا مسئلہ ہے وہ تو ہے ہی نہیں بات مضرویت والی جیسے کسی کو پان کسی کسی کسی گھر میں اگ لگ جائے اپ جیسائی لے کے دوڑیں تو بالکل بے مطلب بات ہوگی گ</w:t>
      </w:r>
    </w:p>
    <w:p>
      <w:r>
        <w:rPr>
          <w:b/>
        </w:rPr>
        <w:t xml:space="preserve">[38:41] </w:t>
      </w:r>
      <w:r>
        <w:t>har mein aag lagi hai aap jaisai le ke daur rahe hain ab to pani le ke daudna padega aap ko to masla ek bohat bade risk ka hai yeh risk ke musalmanon ke bare mein declare kar diya jaye Allah rab ul alameen ki taraf se ke tumhara ummat e muhammadi hona mujtaba ho chuka hai to yeh jo log</w:t>
      </w:r>
    </w:p>
    <w:p>
      <w:pPr>
        <w:jc w:val="right"/>
      </w:pPr>
      <w:r>
        <w:t>ھر میں اگ لگی ہے اپ جیسائی لے کے دوڑ رہے ہیں اب تو پانی لے کے دوڑنا پڑے گا اپ کو تو مسئلہ ایک بہت بڑے رسک کا ہے یہ رسک کہ مسلمانوں کے بارے میں ڈیکلیئر کر دیا جائے اللہ رب العالمین کی طرف سے کہ تمہارا امت محمدی ہونا مجتبی ہو چکا ہے تو یہ جو لوگ</w:t>
      </w:r>
    </w:p>
    <w:p>
      <w:r>
        <w:rPr>
          <w:b/>
        </w:rPr>
        <w:t xml:space="preserve">[39:12] </w:t>
      </w:r>
      <w:r>
        <w:t>mazruiyat dastan bayan karte hain musalman mazloom hai musalman par discrimination hota hai waghera waghera yeh koi sab koi matlab hi nahin hai is baat ka aisa hi hai jaise ke ghar mein aag lagi hui hai aur aap jaisai le ke daur rahe hain is ki taraf koi matlab hi nahin is ka matlab to yeh batao musalmanon ko ke a musalmano tum ek risk ke samne khadi hui ho tum ne muhammad ke model ko chhod</w:t>
      </w:r>
    </w:p>
    <w:p>
      <w:pPr>
        <w:jc w:val="right"/>
      </w:pPr>
      <w:r>
        <w:t>مضرویت داستان بیان کرتے ہیں مسلمان مظلوم ہے مسلمان پر ڈسکریمنیشن ہوتا ہے وغیرہ وغیرہ یہ کوئی سب کوئی مطلب ہی نہیں ہے اس بات کا ایسا ہی ہے جیسے کہ گھر میں اگ لگی ہوئی ہے اور اپ جیسائی لے کے دوڑ رہے ہیں اس کی طرف کوئی مطلب ہی نہیں اس کا مطلب تو یہ بتاؤ مسلمانوں کو کہ اے مسلمانوں تم ایک رسک کے سامنے کھڑی ہوئی ہو تم نے محمد کے ماڈل کو چھوڑ</w:t>
      </w:r>
    </w:p>
    <w:p>
      <w:r>
        <w:rPr>
          <w:b/>
        </w:rPr>
        <w:t xml:space="preserve">[39:42] </w:t>
      </w:r>
      <w:r>
        <w:t>diya hai ke muhammad ka model yeh tha ke first planning agar 13 saal tak work na kare to chhod do is ko doosri planning karo aur tum 200 saal se aisa nahin kar rahe ho to ab to tumhara ummat e muhammadi ho rahe hain doubt full ho gaya jo quran ki woh ayat hai woh is is waqt sab se</w:t>
      </w:r>
    </w:p>
    <w:p>
      <w:pPr>
        <w:jc w:val="right"/>
      </w:pPr>
      <w:r>
        <w:t>دیا ہے کہ محمد کا ماڈل یہ تھا کہ فرسٹ پلاننگ اگر 13 سال تک ورک نہ کرے تو چھوڑو اس کو دوسری پلاننگ کرو اور تم 200 سال سے ایسا نہیں کر رہے ہو تو اب تو تمہارا امت محمدی ہو رہے ہیں ڈاؤٹ فل ہو گیا جو قران کی وہ ایت ہے وہ اس اس وقت سب سے</w:t>
      </w:r>
    </w:p>
    <w:p>
      <w:r>
        <w:rPr>
          <w:b/>
        </w:rPr>
        <w:t xml:space="preserve">[40:12] </w:t>
      </w:r>
      <w:r>
        <w:t>zyada apply hoti hai tab a Allah jameeen ayuhal musalmoon yani sare musalmano mil kar ke toba karo toba jamee toba ejtimai mein hairaan hoon ke woh jab mein is se pehle jab mein</w:t>
      </w:r>
    </w:p>
    <w:p>
      <w:pPr>
        <w:jc w:val="right"/>
      </w:pPr>
      <w:r>
        <w:t>زیادہ اپلائی ہوتی ہے تب اے اللہ جامعین ایہا المسلمون یعنی سارے مسلمانوں مل کر کے توبہ کرو توبہ جمیع توبہ اجتماعی میں حیران ہوں کہ وہ جب میں اس سے پہلے جب میں</w:t>
      </w:r>
    </w:p>
    <w:p>
      <w:r>
        <w:rPr>
          <w:b/>
        </w:rPr>
        <w:t xml:space="preserve">[40:42] </w:t>
      </w:r>
      <w:r>
        <w:t>lucknow mein tha to lucknow mein ek tanzeem bani thi muslim majlis ke naam se us waqt mein lucknow mein tha muslim majlis ke naam se musalmanon ki ek tanzeem bani thi us waqt ke akabir is mein bra direct ya indirect shareek the is mein to mujhe yaad hai is ke editor sahab jo the unhone likha tha apne editorial mein ke</w:t>
      </w:r>
    </w:p>
    <w:p>
      <w:pPr>
        <w:jc w:val="right"/>
      </w:pPr>
      <w:r>
        <w:t>لکھنو میں تھا تو لکھنو میں ایک تنظیم بنی تھی مسلم مجلس کے نام سے اس وقت میں لکھنو میں تھا مسلم مجلس کے نام سے مسلمانوں کی ایک تنظیم بنی تھی اس وقت کے اکابر اس میں برا ڈائریکٹ یا ان ڈائریکٹ شریک تھے اس میں تو مجھے یاد ہے اس کے ایڈیٹر صاحب جو تھے انہوں نے لکھا تھا اپنے ایڈیٹوریل میں کہ</w:t>
      </w:r>
    </w:p>
    <w:p>
      <w:r>
        <w:rPr>
          <w:b/>
        </w:rPr>
        <w:t xml:space="preserve">[41:12] </w:t>
      </w:r>
      <w:r>
        <w:t>muslim sahafat ehtijaji sahafat hai muslim sahafat sahafat ehtijaj yani muslim sahafat ka kaam hai protest karna muslim sahafat ka kaam hai protest karna yeh yeh positive sense mein kaha tha unhone kyunke hum aap pe zulm ho raha hai to hum is ke is ke baad protest karenge hamare paas hamare sath discrimination ho raha hai is ke sath bolenge hum apni mazruiyat ko elaan karenge yahi</w:t>
      </w:r>
    </w:p>
    <w:p>
      <w:pPr>
        <w:jc w:val="right"/>
      </w:pPr>
      <w:r>
        <w:t>مسلم صحافت احتجاجی صحافت ہے مسلم صحافت صحافت احتجاج یعنی مسلم صحافت کا کام ہے پروٹیسٹ کرنا مسلم صحافت کا کام ہے پروٹیسٹ کرنا یہ یہ پازیٹو سینس میں کہا تھا انہوں نے کیونکہ ہم اپ پہ ظلم ہو رہا ہے تو ہم اس کے اس کے بعد پروٹیسٹ کریں گے ہمارے پاس ہمارے ساتھ ڈسکریمنیشن ہو رہا ہے اس کے ساتھ بولیں گے ہم اپنی مضرویت کو اعلان کریں گے یہی</w:t>
      </w:r>
    </w:p>
    <w:p>
      <w:r>
        <w:rPr>
          <w:b/>
        </w:rPr>
        <w:t xml:space="preserve">[41:42] </w:t>
      </w:r>
      <w:r>
        <w:t>yahi thi muslim sahafat is pure press ka daur aya press ka daur printing press ke daur mein musalmanon ne bohat se akhbar nikale bohat se magazine nikale urdu mein nikale angrezi mein nikale sab ka mushtarak jo topic hota tha musalmanon ki mazruiyat ko bayan karna sab ka one to</w:t>
      </w:r>
    </w:p>
    <w:p>
      <w:pPr>
        <w:jc w:val="right"/>
      </w:pPr>
      <w:r>
        <w:t>یہی تھی مسلم صحافت اس پورے پریس کا دور ایا پریس کا دور پرنٹنگ پریس کے دور میں مسلمانوں نے بہت سے اخبار نکالے بہت سے میگزین نکالے اردو میں نکالے انگریزی میں نکالے سب کا مشترک جو ٹاپک ہوتا تھا مسلمانوں کی مضرویت کو بیان کرنا سب کا ون ٹ</w:t>
      </w:r>
    </w:p>
    <w:p>
      <w:r>
        <w:rPr>
          <w:b/>
        </w:rPr>
        <w:t xml:space="preserve">[42:13] </w:t>
      </w:r>
      <w:r>
        <w:t>all musalmanon ki mazruiyat ko bayan karna musalmanon ke upar yeh ho raha hai woh ho raha hai is ko bayan karna yeh yahi tha to yeh sab yeh sab baaten irrelevant thin ya aise parche nikle ya na nikle koi farq nahin padta kyunke baat jo kehne ki hai woh yeh hai ke musalman ek risk kinare khade hue hain</w:t>
      </w:r>
    </w:p>
    <w:p>
      <w:pPr>
        <w:jc w:val="right"/>
      </w:pPr>
      <w:r>
        <w:t>و ال مسلمانوں کی مضرویت کو بیان کرنا مسلمانوں کے اوپر یہ ہو رہا ہے وہ ہو رہا ہے اس کو بیان کرنا یہ یہی تھا تو یہ سب یہ سب باتیں اریلیونٹ تھیں یا ایسے پرچے نکلے یا نہ نکلے کوئی فرق نہیں پڑتا کیونکہ بات جو کہنے کی ہے وہ یہ ہے کہ مسلمان ایک رسک کنارے کھڑے ہوئے ہیں</w:t>
      </w:r>
    </w:p>
    <w:p>
      <w:r>
        <w:rPr>
          <w:b/>
        </w:rPr>
        <w:t xml:space="preserve">[42:45] </w:t>
      </w:r>
      <w:r>
        <w:t>unhone muhammad sallallahu alaihi wasallam ke border ko chhod diya hai is liye ab is in ko risk kara rahe hain ke woh in ko elaan kar diya jaye ke tum muhammadi tum muhammadi ummat e muhammadi ki tareekh khatm ho gayi to kya hua kya karenge hum is ke baad kya karenge hum</w:t>
      </w:r>
    </w:p>
    <w:p>
      <w:pPr>
        <w:jc w:val="right"/>
      </w:pPr>
      <w:r>
        <w:t>انہوں نے محمد محمد صلی اللہ علیہ وسلم کے بارڈر کو چھوڑ دیا ہے اس لیے اب اس ان کو رسک کرا رہے ہیں کہ وہ ان کو اعلان کر دیا جائے کہ تم محمدی تم محمدی امت محمدی کی تاریخ ختم ہو گئی تو کیا ہوا کیا کریں گے ہم اس کے بعد کیا کریں گے ہم</w:t>
      </w:r>
    </w:p>
    <w:p>
      <w:r>
        <w:rPr>
          <w:b/>
        </w:rPr>
        <w:t xml:space="preserve">[43:17] </w:t>
      </w:r>
      <w:r>
        <w:t>mein ne apni poori lambi zindagi mein musalmanon ke parche jo niklte hain bohat padhta tha mein rozana das das parche padhta tha yani musalmanon ke parche musalmanon ke magazine bohat padhta tha sara khulasa sab ka yahi ke musalmanon ke mazruiyat ka elaan karna sab ka khulasa yeh to bilkul yani ar</w:t>
      </w:r>
    </w:p>
    <w:p>
      <w:pPr>
        <w:jc w:val="right"/>
      </w:pPr>
      <w:r>
        <w:t>میں نے اپنی پوری لمبی زندگی میں مسلمانوں کے پرچے جو نکلتے ہیں بہت پڑھتا تھا میں روزانہ دس دس پرچے پڑھتا تھا یعنی مسلمانوں کے پرچے مسلمانوں کے میگزین بہت پڑھتا تھا سارا خلاصہ سب کا یہی کہ مسلمانوں کے مضرویت کا اعلان کرنا سب کا خلاصہ یہ تو بالکل یعنی ار</w:t>
      </w:r>
    </w:p>
    <w:p>
      <w:r>
        <w:rPr>
          <w:b/>
        </w:rPr>
        <w:t xml:space="preserve">[43:47] </w:t>
      </w:r>
      <w:r>
        <w:t>irrelevant baat hai bilkul be matlab baat hai baat doosri hai woh yeh hai ke musalman waqt agya hai ke musalmanon ke bare mein naoozubillah elaan ho jaye farishton ki taraf se ke tumhara muhammad ummat ummat e muhammadi hona mujtaba ho chuka tumhara ummat e muhammadi hona doubt full ho chuka alayaaz billah Allah taala mujh ko aur aap ko aur sare musalmano ko aqal de</w:t>
      </w:r>
    </w:p>
    <w:p>
      <w:pPr>
        <w:jc w:val="right"/>
      </w:pPr>
      <w:r>
        <w:t>یلیونٹ بات ہے بالکل بے مطلب بات ہے بات دوسری ہے وہ یہ ہے کہ مسلمان وقت اگیا ہے کہ مسلمانوں کے بارے میں نعوذ باللہ اعلان ہو جائے فرشتوں کی طرف سے کہ تمہارا محمد امت امت محمدی ہونا مجتبی ہو چکا تمہارا امت محمدی ہونا ڈاؤٹ فل ہو چکا الایاذ باللہ اللہ تعالی مجھ کو اور اپ کو اور سارے مسلمانوں کو عقل دے</w:t>
      </w:r>
    </w:p>
    <w:p>
      <w:r>
        <w:rPr>
          <w:b/>
        </w:rPr>
        <w:t xml:space="preserve">[44:18] </w:t>
      </w:r>
      <w:r>
        <w:t>hum is anjam se apna aap ko bachayen assalam o alaikum wa rahmatullah okay we we will start with the question answer session today Maulana sahib sawal lene se pehle kuch comments padhna chahenge jo aaye hain pehla comment aaya hai muhammad</w:t>
      </w:r>
    </w:p>
    <w:p>
      <w:pPr>
        <w:jc w:val="right"/>
      </w:pPr>
      <w:r>
        <w:t>ہم اس انجام سے اپنا اپ کو بچائیں السلام علیکم ورحمۃ اللہ اوکے وی ویل سٹارٹ ود دی کوسچن انسر سیشن ٹوڈے مولانا صاحب سوال لینے سے پہلے کچھ کمنٹس پڑھنا چاہیں گے جو ائے ہیں پہلا کمنٹ ایا ہے محمد</w:t>
      </w:r>
    </w:p>
    <w:p>
      <w:r>
        <w:rPr>
          <w:b/>
        </w:rPr>
        <w:t xml:space="preserve">[44:48] </w:t>
      </w:r>
      <w:r>
        <w:t>danish fazal sahib ka lucknow se unhone likha hai Maulana sahib you very rightly gave us lesson today that in social life practical wisdom is sabr that is re planning or second planning pakistan se miss shabana ansari ne comment bheja hai ideological wisdom is tauheed and practical wisdom is sabr that is very true</w:t>
      </w:r>
    </w:p>
    <w:p>
      <w:pPr>
        <w:jc w:val="right"/>
      </w:pPr>
      <w:r>
        <w:t>دانش فضل صاحب کا لکھنو سے انہوں نے لکھا ہے مولانا صاحب یو ویری رائٹلی گیو اس لیسن ٹوڈے دیٹ ان سوشل لائف پریکٹیکل وزڈم از صبر دیٹ از ری پلاننگ اور سیکنڈ پلاننگ پاکستان سے مس شبانہ انصاری نے کمنٹ بھیجا ہے ائیڈیالوجیکل وزڈم از توحید اینڈ پریکٹیکل وزڈم از صبر دیٹ از ویری ٹرو</w:t>
      </w:r>
    </w:p>
    <w:p>
      <w:r>
        <w:rPr>
          <w:b/>
        </w:rPr>
        <w:t xml:space="preserve">[45:19] </w:t>
      </w:r>
      <w:r>
        <w:t>miss shabana idrees ne raipur se comment bheja hai Maulana sahib some time ago i started to explain quran meaning to my children but i observed that they could not understand it so i replanned and started explaining chapters from your book quranic wisdom but one question always came into my mind that am i doing right then i got answer from your last sun</w:t>
      </w:r>
    </w:p>
    <w:p>
      <w:pPr>
        <w:jc w:val="right"/>
      </w:pPr>
      <w:r>
        <w:t>مس شبانہ ادریس نے رائے پور سے کمنٹ بھیجا ہے مولانا صاحب سم ٹائم اگو ائی سٹارٹڈ ٹو ایکسپلین قران میننگ ٹو مائی چلڈرن بٹ ائی ابزرو دیٹ دے کڈ ناٹ انڈرسٹینڈ اٹ سو ائی ری پلانڈ اینڈ سٹارٹڈ ایکسپلیننگ چیپٹرز فرام یور بک قرانک وزڈم بٹ ون کوسچن الویز کیم انٹو مائی مائنڈ دیٹ ایم ائی ڈوئنگ رائٹ دین ائی گاٹ انسر فرام یور لاسٹ سن</w:t>
      </w:r>
    </w:p>
    <w:p>
      <w:r>
        <w:rPr>
          <w:b/>
        </w:rPr>
        <w:t xml:space="preserve">[45:49] </w:t>
      </w:r>
      <w:r>
        <w:t>day lecture when you said that before understanding quran you need to develop right thinking now i am satisfied because now my children are learning how to be positive what is the creation plan of god importance of patience etcetera from your book quranic wisdom i hope later they will understand quran in its true sense inshallah Maulana sahib please do dua for my chil</w:t>
      </w:r>
    </w:p>
    <w:p>
      <w:pPr>
        <w:jc w:val="right"/>
      </w:pPr>
      <w:r>
        <w:t>ڈے لیکچر وین یو سیڈ دیٹ بیفور انڈرسٹینڈنگ قران یو نیڈ ٹو ڈیویلپ رائٹ تھنکنگ ناؤ ائی ایم سیٹسفائیڈ بیکاز ناؤ مائی چلڈرن ار لرننگ ہاؤ ٹو بی پوزیٹیو واٹ از دا کریشن پلان اف گاڈ امپورٹنس اف پیشنس ایٹسیٹرا فرام یور بک قرانک وزڈم ائی ہوپ لیٹر دے ول انڈرسٹینڈ قران ان اٹس ٹرو سینس انشاءاللہ مولانا صاحب پلیز ڈو دعا فار مائی چل</w:t>
      </w:r>
    </w:p>
    <w:p>
      <w:r>
        <w:rPr>
          <w:b/>
        </w:rPr>
        <w:t xml:space="preserve">[46:19] </w:t>
      </w:r>
      <w:r>
        <w:t>dren Maulana is ke baad comment bheja hai shafi ahmed dar sahib ne srinagar se unhone likha hai many scholars have extracted law and order rules and violence from the verses of the quran Maulana wahiduddin khan sahib is the lone islamic saint who has derived wisdom from the quranic text and sure that quran is a book of peace</w:t>
      </w:r>
    </w:p>
    <w:p>
      <w:pPr>
        <w:jc w:val="right"/>
      </w:pPr>
      <w:r>
        <w:t>ڈرن مولانا اس کے بعد کمنٹ بھیجا ہے شفیع احمد ڈار صاحب نے سری نگر سے انہوں نے لکھا ہے مینی سکالرز ہیو ایکسٹریکٹڈ لاء اینڈ ارڈر رولز اینڈ وائیلنس فرام دی ورسز اف دا قران مولانا وحید الدین خان صاحب از دی لون اسلامک سینٹ ہو ہیز ڈیرائیوڈ وزڈم فرام دی قرانک ٹیکسٹ اینڈ شور دیٹ قران از ا بک اف پیس</w:t>
      </w:r>
    </w:p>
    <w:p>
      <w:r>
        <w:rPr>
          <w:b/>
        </w:rPr>
        <w:t xml:space="preserve">[46:50] </w:t>
      </w:r>
      <w:r>
        <w:t>this is the reason he always sees that islam should be understood from its basic sources and not by the actions of muslims Maulana ab sawal lena chahenge jo shafi ahmed dar sahib ne bheja hai unhone likha hai Maulana sahib we keep hearing news about honor killings from all over the muslim world what is your view on honor killing</w:t>
      </w:r>
    </w:p>
    <w:p>
      <w:pPr>
        <w:jc w:val="right"/>
      </w:pPr>
      <w:r>
        <w:t>دس از دا ریزن ہی الویز سیز دیٹ اسلام شوڈ بی انڈرسٹڈ فرام اٹس بیسک سورسز اینڈ ناٹ بائی دی ایکشنز اف مسلمز مولانا اب سوال لینا چاہیں گے جو شفیع احمد ڈار صاحب نے بھیجا ہے انہوں نے لکھا ہے مولانا صاحب وی کیپ ہیئرنگ نیوز اباؤٹ اونر کلنگز فرام ال اوور دا مسلم ورلڈ واٹ از یور ویو ان اونر کلنگ</w:t>
      </w:r>
    </w:p>
    <w:p>
      <w:r>
        <w:rPr>
          <w:b/>
        </w:rPr>
        <w:t xml:space="preserve">[47:22] </w:t>
      </w:r>
      <w:r>
        <w:t>dekhiye honor killing kya hai sab log jante hain yani khandani izzat ke naam par kisi ko marna apne beta beti ko to honor killing bilashuba haram hai is mein koi shaq nahin quran mein saaf saaf hai ke baaz baaz arab ke baaz qabail mein</w:t>
      </w:r>
    </w:p>
    <w:p>
      <w:pPr>
        <w:jc w:val="right"/>
      </w:pPr>
      <w:r>
        <w:t>دیکھیے اونر کلنگ کیا ہے سب لوگ جانتے ہیں یعنی خاندانی عزت کے نام پر کسی کو مارنا اپنے بیٹا بیٹی کو تو اونر کلنگ بلاشبہ حرام ہے اس میں کوئی شک نہیں قران میں صاف صاف ہے کہ بعض بعض عرب کے بعض قبیلے میں</w:t>
      </w:r>
    </w:p>
    <w:p>
      <w:r>
        <w:rPr>
          <w:b/>
        </w:rPr>
        <w:t xml:space="preserve">[47:52] </w:t>
      </w:r>
      <w:r>
        <w:t>honor ke liye thi woh al-mawtah woh honor ke liye thi woh aap padh lijiye quran mein is ko bohat bura kaha gaya bohat zyada bura kaha gaya woh to safar haram hai aur quran se is ki hurmat sabit hoti hai to honor killing ke bare mein koi do rai ho hi nahin</w:t>
      </w:r>
    </w:p>
    <w:p>
      <w:pPr>
        <w:jc w:val="right"/>
      </w:pPr>
      <w:r>
        <w:t>اونر کے لیے تھی وہ الموتۃ وہ اونر کے لیے تھی وہ اپ پڑھ لیجئے قران میں اس کو بہت برا کہا گیا بہت زیادہ برا کہا گیا وہ تو سفر حرام ہے اور قران سے اس کی حرمت ثابت ہوتی ہے تو اونر کلنگ کے بارے میں کوئی دو رائے ہو ہی نہیں</w:t>
      </w:r>
    </w:p>
    <w:p>
      <w:r>
        <w:rPr>
          <w:b/>
        </w:rPr>
        <w:t xml:space="preserve">[48:22] </w:t>
      </w:r>
      <w:r>
        <w:t>sakti honor kill honor killing ke bare mein do rai nahin ho sakti aap is ayat ko quran mein padhiye al-mawtah yeh honor killing ke bare mein hai ke Allah taala is aise logon par ghazab nak hote hain ghazab nak jo honor killing karen to jo log aisa karte hain unhein</w:t>
      </w:r>
    </w:p>
    <w:p>
      <w:pPr>
        <w:jc w:val="right"/>
      </w:pPr>
      <w:r>
        <w:t>سکتی اونر کل اونر کلنگ کے بارے میں دو رائے نہیں ہو سکتی اپ اس ایت کو قران میں پڑھیے الموتۃ یہ اونر کلنگ کے بارے میں ہے کہ اللہ تعالی اس ایسے لوگوں پر غضب ناک ہوتے ہیں غضب ناک جو اونر کلنگ کریں تو جو لوگ ایسا کرتے ہیں انہیں</w:t>
      </w:r>
    </w:p>
    <w:p>
      <w:r>
        <w:rPr>
          <w:b/>
        </w:rPr>
        <w:t xml:space="preserve">[48:54] </w:t>
      </w:r>
      <w:r>
        <w:t>foran chhod dena chahiye is ko Allah se toba karna chahiye unhein aelan karna chahiye ke aaj ke baad hum kabhi aisa nahi karenge aur pichla jo gunah hai us ke liye toba karein is ke siwa koi option un ke liye nahi hai Maulana agla sawal Dilli se kya hai Dr Fareeda Khanam ne aur unhone likha hai da problem is that only a living nation that is zinda</w:t>
      </w:r>
    </w:p>
    <w:p>
      <w:pPr>
        <w:jc w:val="right"/>
      </w:pPr>
      <w:r>
        <w:t>فورا چھوڑ دینا چاہیے اس کو اللہ سے توبہ کرنا چاہیے انہیں اعلان کرنا چاہیے کہ اج کے بعد ہم کبھی ایسا نہیں کریں گے اور پچھلا جو گناہ ہے اس کے لیے توبہ کریں اس کے سوا کوئی اپشن ان کے لیے نہیں ہے مولانا اگلا سوال دلی سے کیا ہے ڈاکٹر فریدہ خانم نے اور انہوں نے لکھا ہے دا پرابلم از دیٹ اونلی ا لیونگ نیشن دیٹ از زندہ</w:t>
      </w:r>
    </w:p>
    <w:p>
      <w:r>
        <w:rPr>
          <w:b/>
        </w:rPr>
        <w:t xml:space="preserve">[49:24] </w:t>
      </w:r>
      <w:r>
        <w:t>qaum can think of replanning but when degeneration sets in community it is unable to replan because it has lost its creativity what can be done in such situation dekhiye pehle zamane mein yani cheen ke emergency se pehle</w:t>
      </w:r>
    </w:p>
    <w:p>
      <w:pPr>
        <w:jc w:val="right"/>
      </w:pPr>
      <w:r>
        <w:t>قوم کین تھنک اف ری پلاننگ بٹ وین ڈی جنریشن سیٹس ان کمیونٹی اٹ از ان ایبل ٹو ری پلان بیکاز اٹ ہیز لاسٹ اٹس کریٹیوٹی واٹ کین بی ڈن ان سچ سچویشن دیکھیے پہلے زمانے میں یعنی چین کے ایمرجنسی سے پہلے</w:t>
      </w:r>
    </w:p>
    <w:p>
      <w:r>
        <w:rPr>
          <w:b/>
        </w:rPr>
        <w:t xml:space="preserve">[49:55] </w:t>
      </w:r>
      <w:r>
        <w:t>cheen mein ek new emergence hua hai is se pehle dunya ke tamam log yeh samajhte the ke dead civilization dobara zinda nahi hoti jo tehzeeb ek bar mar chuki ho wo phir dobara zinda nahi hogi lekin China ki jo misaal hai us ne is nazariye ko radd kar diya hai China bhi ek bohat bari tehzeeb tha bohat bari civilization</w:t>
      </w:r>
    </w:p>
    <w:p>
      <w:pPr>
        <w:jc w:val="right"/>
      </w:pPr>
      <w:r>
        <w:t>چین میں ایک نیو ایمرجنس ہوا ہے اس سے پہلے دنیا کے تمام لوگ یہ سمجھتے تھے کہ ڈیڈ سولائزیشن دوبارہ زندہ نہیں ہوتی جو تہذیب ایک بار مر چکی ہو وہ پھر دوبارہ زندہ نہیں ہوگی لیکن چائنہ کی جو مثال ہے اس نے اس نظریے کو رد کر دیا ہے چائنہ بھی ایک بہت بڑی تہذیب تھا بہت بڑی سولائزیشن</w:t>
      </w:r>
    </w:p>
    <w:p>
      <w:r>
        <w:rPr>
          <w:b/>
        </w:rPr>
        <w:t xml:space="preserve">[50:25] </w:t>
      </w:r>
      <w:r>
        <w:t>ka markaz tha phir wo khatam ho gayi lekin aap jante hain ke is ko re emergence hua aaj China jo hai dunya ke sab se zyada developed country se takkar le raha hai America se takkar lena hai America ke liye wo risk bana hua hai to yeh nazariya to Allah taala ne China ki misaal ke zariye khatam kar diya</w:t>
      </w:r>
    </w:p>
    <w:p>
      <w:pPr>
        <w:jc w:val="right"/>
      </w:pPr>
      <w:r>
        <w:t>کا مرکز تھا پھر وہ ختم ہوگئی لیکن اپ جانتے ہیں کہ اس کو ری ایمرجنس ہوا اج چائنہ جو ہے دنیا کے سب سے زیادہ ڈیولپڈ کنٹری سے ٹکر لے رہا ہے امریکہ سے ٹکر لینا ہے امریکہ کے لیے وہ رسک بنا ہوا ہے تو یہ نظریہ تو اللہ تعالی نے چائنہ کی مثال کے ذریعے ختم کر دیا</w:t>
      </w:r>
    </w:p>
    <w:p>
      <w:r>
        <w:rPr>
          <w:b/>
        </w:rPr>
        <w:t xml:space="preserve">[50:57] </w:t>
      </w:r>
      <w:r>
        <w:t>khatam kar diya sirf yeh hai ke humein right planning karni hogi musalmanon ko dobara zinda karne ke liye right planning nahi ki gayi logon ne kya kiya ladna bhi na sikhaya protest karna sikhaya hum mazloom hain is ka aelan karna sikhaya sare logon ne kya one to all kisi ne peaceful andaz mein protest karna sikhaya kisi ne violent ka tareeqa ikhtiyar kiya kaha ke suicide bomb karo</w:t>
      </w:r>
    </w:p>
    <w:p>
      <w:pPr>
        <w:jc w:val="right"/>
      </w:pPr>
      <w:r>
        <w:t>ختم کر دیا صرف یہ ہے کہ ہمیں رائٹ پلاننگ کرنی ہوگی مسلمانوں کو دوبارہ زندہ کرنے کے لیے رائٹ پلاننگ نہیں کی گئی لوگوں نے کیا کیا لڑنا بھی نہ سکھایا پروٹیسٹ کرنا سکھایا ہم مظلوم ہیں اس کا اعلان کرنا سکھایا سارے لوگوں نے کیا ون ٹو ال کسی نے پسیفل انداز میں پروٹیسٹ کرنا سکھایا کسی نے وائلنٹ کا طریقہ اختیار کیا کہا کہ سوزائے بم کرو</w:t>
      </w:r>
    </w:p>
    <w:p>
      <w:r>
        <w:rPr>
          <w:b/>
        </w:rPr>
        <w:t xml:space="preserve">[51:29] </w:t>
      </w:r>
      <w:r>
        <w:t>musalmanon ko peaceful andaz mein positive andaz mein wisdom ke andaz mein kabhi un ko zinda karne ki koshish nahi ki gayi hamara mission pehla mission hai is poore daur mein jo musalmanon ko peaceful andaz mein zinda karne ki koshish kar raha hai to humein yani Allah taala ne China ko misaal bana diya hai ke murda tehzeeb zinda ho sakti hai</w:t>
      </w:r>
    </w:p>
    <w:p>
      <w:pPr>
        <w:jc w:val="right"/>
      </w:pPr>
      <w:r>
        <w:t>مسلمانوں کو پیس فل انداز میں پازیٹیو انداز میں وزڈم کے انداز میں کبھی ان کو زندہ کرنے کی کوشش نہیں کی گئی ہمارا مشن پہلا مشن ہے اس پورے دور میں جو مسلمانوں کو پیس فل انداز میں زندہ کرنے کی کوشش کر رہا ہے تو ہمیں یعنی اللہ تعالی نے چائنہ کو مثال بنا دیا ہے کہ مردہ تہذیب زندہ ہو سکتی ہے</w:t>
      </w:r>
    </w:p>
    <w:p>
      <w:r>
        <w:rPr>
          <w:b/>
        </w:rPr>
        <w:t xml:space="preserve">[52:01] </w:t>
      </w:r>
      <w:r>
        <w:t>to humein musalmanon ko ke revival ke liye koshish karni hai lekin tareeqa sahi hona chahiye yeh jo protest karna reference sikhana mazruiyat ke sath sath sunana musalman ke sath discussion ho raha hai yeh sab baton se kuch nahi hone wala aap un ko hope dijiye un ko positive message dijiye un ko ek workable formula dijiye musalmanon ko workable form</w:t>
      </w:r>
    </w:p>
    <w:p>
      <w:pPr>
        <w:jc w:val="right"/>
      </w:pPr>
      <w:r>
        <w:t>تو ہمیں مسلمانوں کو کے ریوائیول کے لیے کوشش کرنا ہے لیکن طریقہ صحیح ہونا چاہیے یہ جو پروٹیسٹ کرنا ریفرنس سکھانا مضرویت کے ساتھ ساتھ سنانا مسلمان کے ساتھ ڈسکشن ہو رہا ہے یہ سب باتوں سے کچھ نہیں ہونے والا اپ ان کو ہوپ دیجیے ان کو پازیٹیو میسج دیجیے ان کو ایک ورکیبل فارمولا دیجیے مسلمانوں کو ورکیبل فارم</w:t>
      </w:r>
    </w:p>
    <w:p>
      <w:r>
        <w:rPr>
          <w:b/>
        </w:rPr>
        <w:t xml:space="preserve">[52:31] </w:t>
      </w:r>
      <w:r>
        <w:t>ula dene ki zarurat hai jo abhi tak nahi diya gaya Maulana agla sawal aaya hai Miss Maria Khan ka Germany se aur unhone likha hai Maulana sahab mujhe poochna tha ke kya bayat lena musalman pe wajib hai mere ek janne wale hain jo bohat israr karte hain ke bayat le lo is ke bare mein bataein bhai bayat kya matlab kis mani mein ek to peer peer log bayat</w:t>
      </w:r>
    </w:p>
    <w:p>
      <w:pPr>
        <w:jc w:val="right"/>
      </w:pPr>
      <w:r>
        <w:t>ولا دینے کی ضرورت ہے جو ابھی تک نہیں دیا گیا مولانا اگلا سوال ایا ہے مس ماریہ خان کا جرمنی سے اور انہوں نے لکھا ہے مولانا صاحب مجھے پوچھنا تھا کہ کیا بیعت لینا مسلمان پہ واجب ہے میرے ایک جاننے والے ہیں جو بہت اصرار کرتے ہیں کہ بیعت لے لو اس کے بارے میں بتائیں بھئی بیعت کیا مطلب کس معنی میں ایک تو پیر پیر لوگ بیعت</w:t>
      </w:r>
    </w:p>
    <w:p>
      <w:r>
        <w:rPr>
          <w:b/>
        </w:rPr>
        <w:t xml:space="preserve">[53:01] </w:t>
      </w:r>
      <w:r>
        <w:t>lete hain yeh kaun si bayat ya government pe liya jata hai pledge lete hain yeh to clear nahi na ji unhone detail mein nahi likha hai Maulana short mein question bheja hai detail ki baat nahi hai haan specific nahi hai hum agar bayat se murad woh hai jo sufi log lete hain bayat agar to mein yeh kahunga ke bayat</w:t>
      </w:r>
    </w:p>
    <w:p>
      <w:pPr>
        <w:jc w:val="right"/>
      </w:pPr>
      <w:r>
        <w:t>لیتے ہیں یہ کون سی بیعت یا گورنمنٹ پہ لیا جاتا ہے پلیج لیتے ہیں یہ تو کلیئر نہیں نا جی انہوں نے ڈیٹیل میں نہیں لکھا ہے مولانا شارٹ میں کوئسچن بھیجا ہے ڈیٹیل کی بات نہیں ہے ہاں اسپیسیفک نہیں ہے ہمم اگر بیعت سے مراد وہ ہے جو صوفی لوگ لیتے ہیں بیعت اگر تو میں یہ کہوں گا کہ بیعت</w:t>
      </w:r>
    </w:p>
    <w:p>
      <w:r>
        <w:rPr>
          <w:b/>
        </w:rPr>
        <w:t xml:space="preserve">[53:31] </w:t>
      </w:r>
      <w:r>
        <w:t>koi ناجائز فعل nahi hai lekin yeh sunnat rasool nahi hai kyunke rasool Allah ne yani khud to bayat li sahaba ne kabhi bayat nahi li is ko kehte hain bayat eimani bayat siyasi hai baad ke zamane mein rasool Allah ke zamane mein bayat eimani hoti thi lekin baad ke zamane mein bayat eimani khatam ho gayi sirf bayat siyasi jari rahi</w:t>
      </w:r>
    </w:p>
    <w:p>
      <w:pPr>
        <w:jc w:val="right"/>
      </w:pPr>
      <w:r>
        <w:t>کوئی ناجائز فعل نہیں ہے لیکن یہ سنت رسول نہیں ہے کیونکہ رسول اللہ نے یعنی خود تو بیعت لی صحابہ نے کبھی بیعت نہیں لی اس کو کہتے ہیں بیعت ایمانی بیعت سیاسی ہے بعد کے زمانے میں رسول اللہ کے زمانے میں بیعت ایمانی ہوتی تھی لیکن بعد کے زمانے میں بیعت ایمانی ختم ہوگئی صرف بیعت سیاسی جاری رہی</w:t>
      </w:r>
    </w:p>
    <w:p>
      <w:r>
        <w:rPr>
          <w:b/>
        </w:rPr>
        <w:t xml:space="preserve">[54:01] </w:t>
      </w:r>
      <w:r>
        <w:t>ab bayat siyasi bhi koi zarurat nahi hai ab to voting hoti hai ab bayat siyasi ki jagah voting hoti hai to mein sochta hoon ke bayat eimani koi ناجائز to nahi hai lekin woh sunnat sahaba nahi hai rasool Allah ke liye woh khaas tha rasool Allah ne bayat eimani li thi lekin sahaba ne kabhi kisi sahabi sabit nahi hai ke woh is ne bayat eimani li ho bayat siyasi zaroor thi baad ke zamane mein</w:t>
      </w:r>
    </w:p>
    <w:p>
      <w:pPr>
        <w:jc w:val="right"/>
      </w:pPr>
      <w:r>
        <w:t>اب بیعت سیاسی بھی کوئی ضرورت نہیں ہے اب تو ووٹنگ ہوتی ہے اب بیعت سیاسی کی جگہ ووٹنگ ہوتی ہے تو میں سوچتا ہوں کہ بیعت ایمانی کوئی ناجائز تو نہیں ہے لیکن وہ سنت صحابہ نہیں ہے رسول اللہ کے لیے وہ خاص تھا رسول اللہ نے بیعت ایمانی لی تھی لیکن صحابہ نے کبھی کسی صحابی ثابت نہیں ہے کہ وہ اس نے بیعت ایمانی لی ہو بیعت سیاسی ضرور تھی بعد کے زمانے میں</w:t>
      </w:r>
    </w:p>
    <w:p>
      <w:r>
        <w:rPr>
          <w:b/>
        </w:rPr>
        <w:t xml:space="preserve">[54:31] </w:t>
      </w:r>
      <w:r>
        <w:t>lekin ab to is ki zarurat bhi nahi ab to voting hoti hai ji Maulana un ka ek aur sawal hai unhone aap se poocha hai ke hasad apne behan bhaiyon ke darmiyan ho to kaise khatam kiya jaye is ke bare mein bhi bataein hasad kahin bhi ho chahe ghar ke andar ho ghar ke bahar ho hasad haram hai bilkul yani hasad to aadmi ko jahannum ka khatra mol raha hai aadmi</w:t>
      </w:r>
    </w:p>
    <w:p>
      <w:pPr>
        <w:jc w:val="right"/>
      </w:pPr>
      <w:r>
        <w:t>لیکن اب تو اس کی ضرورت بھی نہیں اب تو ووٹنگ ہوتی ہے جی مولانا ان کا ایک اور سوال ہے انہوں نے اپ سے پوچھا ہے کہ حسد اپنے بہن بھائیوں کے درمیان ہو تو کیسے ختم کیا جائے اس کے بارے میں بھی بتائیں حضرت کہیں بھی ہو چاہے گھر کے اندر ہو گھر کے باہر ہو حسد حرام ہے بالکل یعنی حسد تو ادمی کو جہنم کا خطرہ مول رہا ہے ادمی</w:t>
      </w:r>
    </w:p>
    <w:p>
      <w:r>
        <w:rPr>
          <w:b/>
        </w:rPr>
        <w:t xml:space="preserve">[55:02] </w:t>
      </w:r>
      <w:r>
        <w:t>rasool Allah sal Allah alaihi wasallam ne ek sahabi ko ke kandhe par hath rakh ke kaha ke ghish se bacho ghish ke mani hote hain nafrat to nafrat hasad yeh sab ek hi cheezein hain jis aadmi ke andar nafrat ho ghish ho kina ho woh apni jannat ko doubt full doubt full bana raha hai to masla yeh nahi ke kis kis ke khilaf hasad hai masla yeh hai ke khud apna</w:t>
      </w:r>
    </w:p>
    <w:p>
      <w:pPr>
        <w:jc w:val="right"/>
      </w:pPr>
      <w:r>
        <w:t>رسول اللہ صلی اللہ علیہ وسلم نے ایک صحابی کو کے کندھے پر ہاتھ رکھ کے کہا کہ غش سے بچو غش کے معنی ہوتے ہیں نفرت تو نفرت حسد یہ سب ایک ہی چیزیں ہیں جس ادمی کے اندر نفرت ہو غش ہو کینہ ہو وہ اپنی جنت کو ٹاؤٹ فل ڈاؤٹ فل بنا رہا ہے تو مسئلہ یہ نہیں کہ کس کس کے خلاف حسد ہے مسئلہ یہ ہے کہ خود اپنا</w:t>
      </w:r>
    </w:p>
    <w:p>
      <w:r>
        <w:rPr>
          <w:b/>
        </w:rPr>
        <w:t xml:space="preserve">[55:34] </w:t>
      </w:r>
      <w:r>
        <w:t>apna jannat ka mamla doubt full ho raha hai is tarah agar aap ne socha to kabhi nafrat hasad kina nahi karega ji Maulana do comments padhna chahenge jo abhi abhi aaye hain pehla comment bheja hai Maulana Farhad Ahmed sahab ne Dilli se unhone likha hai ke Maulana sahab you have given a very precise summary of Islam in today's talk when</w:t>
      </w:r>
    </w:p>
    <w:p>
      <w:pPr>
        <w:jc w:val="right"/>
      </w:pPr>
      <w:r>
        <w:t>اپنا جنت کا معاملہ ڈاؤٹ فل ہو رہا ہے اس طرح اگر اپ نے سوچا تو کبھی نفرت حسد کینہ نہیں کرے گا جی مولانا دو کمنٹس پڑھنا چاہیں گے جو ابھی ابھی ائے ہیں پہلا کمنٹ بھیجا ہے مولانا فرہاد احمد صاحب نے دلی سے انہوں نے لکھا ہے کہ مولانا صاحب یو ہیو گیون ا ویری پریسائز سمری اف اسلام ان ٹوڈے ٹاک وین</w:t>
      </w:r>
    </w:p>
    <w:p>
      <w:r>
        <w:rPr>
          <w:b/>
        </w:rPr>
        <w:t xml:space="preserve">[56:04] </w:t>
      </w:r>
      <w:r>
        <w:t>you mentioned that tawheed is ideological wisdom and sabr is practical wisdom Maulana dusra comment bheja hai Maulana Iqbal Umri ne Chennai se aur unhone likha hai Maulana aap ki baatein is hadith rasool ki roshni mein hain the hadith which is narrated by Abu Musa al Ashari where he prophet of Islam had mentioned before the</w:t>
      </w:r>
    </w:p>
    <w:p>
      <w:pPr>
        <w:jc w:val="right"/>
      </w:pPr>
      <w:r>
        <w:t>یو مینشن دیٹ توحید از ائیڈیالوجیکل وزڈم اینڈ صبر از پریکٹیکل وزڈم مولانا دوسرا کمنٹ بھیجا ہے مولانا اقبال عمری نے چنئی سے اور انہوں نے لکھا ہے مولانا اپ کی باتیں اس حدیث رسول کی روشنی میں ہیں دا حدیث وچ از نیریٹڈ بائے ابو موسی العشری ویئر ہی پرافٹ اف اسلام ہیڈ مینشن بیفور دا</w:t>
      </w:r>
    </w:p>
    <w:p>
      <w:r>
        <w:rPr>
          <w:b/>
        </w:rPr>
        <w:t xml:space="preserve">[56:34] </w:t>
      </w:r>
      <w:r>
        <w:t>last or there will be commotion like pieces of dark night in which man will be a believer in the morning and infidel in the evening or believer in the evening and infidel in the morning he who sits during them will be better than he who gets up and he who walks during them is better than who runs so break your bows cut your bolstering and strike your swords</w:t>
      </w:r>
    </w:p>
    <w:p>
      <w:pPr>
        <w:jc w:val="right"/>
      </w:pPr>
      <w:r>
        <w:t>لاسٹ اور دیر ول بی کموشن لائک پیسز اف ڈارک نائٹ ان وچ مین ول بی ا بیلیور ان دا مارننگ اینڈ انفڈل ان دا ایوننگ اور بیلیور ان دا ایوننگ اینڈ انفڈل ان دا مارننگ ہی ہو سٹس ڈیورنگ دیم ول بی بیٹر دین ہی ہو گیٹس اپ اینڈ ہی ہو واکس ڈیورنگ دیم از بیٹر دین ہو رنز سو بریک یور بوس کٹ یور بوسٹرنگز اینڈ سٹرائیک یور سورڈز</w:t>
      </w:r>
    </w:p>
    <w:p>
      <w:r>
        <w:rPr>
          <w:b/>
        </w:rPr>
        <w:t xml:space="preserve">[57:04] </w:t>
      </w:r>
      <w:r>
        <w:t>on stones of people then come into one of you let him be like the better of Adam's two sons Maulana aap hamein jo rehnumai kar rahe hain woh is hadith ke mutabiq hai hathiyar ko ghair moasar karo aur afkar ke maidan mein kaam karo jazak Allah Maulana sahab Maulana agla sawal kya hai Feroz Ahmed sahab ne Ahmedabad se aur unho</w:t>
      </w:r>
    </w:p>
    <w:p>
      <w:pPr>
        <w:jc w:val="right"/>
      </w:pPr>
      <w:r>
        <w:t>ان سٹونز اف پیپل دین کم انٹو ون اف یو لیٹ ہم بی لائک دا بیٹر اف ایڈمز ٹو سنز مولانا اپ ہمیں جو رہنمائی کر رہے ہیں وہ اس حدیث کے مطابق ہے ہتھیار کو غیر موثر کرو اور افکار کے میدان میں کام کرو جزاک اللہ مولانا صاحب مولانا اگلا سوال کیا ہے فیروز احمد صاحب نے احمد اباد سے اور انہوں</w:t>
      </w:r>
    </w:p>
    <w:p>
      <w:r>
        <w:rPr>
          <w:b/>
        </w:rPr>
        <w:t xml:space="preserve">[57:34] </w:t>
      </w:r>
      <w:r>
        <w:t>ne likha hai Maulana you said today that Muslims should abandon violence and replan but Maulana sahab the problem is that if we stop reacting then the enemy will increase their oppression oppression and Muslims would be killed in greater number don't you think that Muslims should rather increase their protest yeh kaisi ajeeb sawal hai bhai do sau saal ka tajur</w:t>
      </w:r>
    </w:p>
    <w:p>
      <w:pPr>
        <w:jc w:val="right"/>
      </w:pPr>
      <w:r>
        <w:t>نے لکھا ہے مولانا یو سیڈ ٹوڈے دیٹ مسلمز شوڈ ابینڈن وائیلنس اینڈ ری پلان بٹ مولانا صاحب دا پرابلم از دیٹ اف وی سٹاپ ری ایکٹنگ دین دی اینمی ول انکریز دیر اپریشن اپریشن اینڈ مسلمز وڈ بی کلڈ ان گریٹر نمبر ڈونٹ یو تھنک دیٹ مسلم شوڈ رادر انکریز دیر پروٹیسٹ یہ کیسی عجیب سوال ہے بھئی دو سو سال کا تج</w:t>
      </w:r>
    </w:p>
    <w:p>
      <w:r>
        <w:rPr>
          <w:b/>
        </w:rPr>
        <w:t xml:space="preserve">[58:04] </w:t>
      </w:r>
      <w:r>
        <w:t>ba kab hota hai do saal reaction ke kya saal hain do sau saal se musalman react kar rahe hain yani violent reaction kar rahe hain nateeja ulta hua to yeh to bilkul yani yani koi ab koi reason hi nahi hai ise continue rakhne ki kyunke result dekha jata hai to result ulta nikla jab result jis ko kehte hain angrezi mein counter productive</w:t>
      </w:r>
    </w:p>
    <w:p>
      <w:pPr>
        <w:jc w:val="right"/>
      </w:pPr>
      <w:r>
        <w:t>ربہ کب ہوتا ہے دو سال ری ایکشن کے کیا سال ہیں دو سو سال سے مسلمان ری ایکٹ کر رہے ہیں یعنی وائلنٹ ری ایکشن کر رہے ہیں نتیجہ الٹا ہوا تو یہ تو بالکل یعنی یعنی کوئی اب کوئی ریزن ہی نہیں ہے اسے کنٹینیو رکھنے کی کیونکہ رزلٹ دیکھا جاتا ہے تو رزلٹ الٹا نکلا جب رزلٹ جس کو کہتے ہیں انگریزی میں کاؤنٹر پروڈکٹو</w:t>
      </w:r>
    </w:p>
    <w:p>
      <w:r>
        <w:rPr>
          <w:b/>
        </w:rPr>
        <w:t xml:space="preserve">[58:34] </w:t>
      </w:r>
      <w:r>
        <w:t>jab result ulta nikal raha nikal raha ho to us ko continue rakhne ka kya kya justification hai kya justification hai yeh to incapable incapable log ho sakta hai ke khwamkhwahi ladte rahein okay there is one announcement as you all know that the world book fair happens every year in Delhi so this year the world book fair is starting from seventh January and will continue till 15 January at Pragati Maidan</w:t>
      </w:r>
    </w:p>
    <w:p>
      <w:pPr>
        <w:jc w:val="right"/>
      </w:pPr>
      <w:r>
        <w:t>جب رزلٹ الٹا نکل رہا نکل رہا ہو تو اس کو کنٹینیو رکھنے کا کیا کیا جسٹیفیکیشن ہے کیا جسٹیفیکیشن ہے یہ تو انیبل انیبل لوگ ہو سکتا ہے کہ خوامخواہی لڑتے رہیں اوکے دیر از ون اناؤنسمنٹ ایز یو ال نو دیٹ دا ورلڈ بک فیئر ہیپنز ایوری ایئر ان دہلی سو دس ایئر دا ورلڈ بک فیئر از سٹارٹنگ فرام سیونتھ جنوری اینڈ ول کنٹینیو ٹل 15 جنوری ایٹ پراگتی میدان</w:t>
      </w:r>
    </w:p>
    <w:p>
      <w:r>
        <w:rPr>
          <w:b/>
        </w:rPr>
        <w:t xml:space="preserve">[59:05] </w:t>
      </w:r>
      <w:r>
        <w:t>CPS international and good word books have taken stall in hall number 18 stall number 31 and 32 so we would request all of you to visit our stall and also we request Delhi field team members today to stay back as we will be discussing the modalities of the world book fair so now we will you know and the question answer session today today we have in our presence Mr Khwaja Kaleemuddin sahab who is visiting Delhi from</w:t>
      </w:r>
    </w:p>
    <w:p>
      <w:pPr>
        <w:jc w:val="right"/>
      </w:pPr>
      <w:r>
        <w:t>سی پی ایس انٹرنیشنل اینڈ گڈ ورڈ بکس ہیو ٹیکن سٹال ان ہال نمبر 18 سٹال نمبر 31 اینڈ 32 سو وی وڈ ریکویسٹ ال اف یو ٹو وزٹ اور سٹال اینڈ السو وی ریکویسٹ ڈیلی فیلڈ ٹیم ممبرز ٹوڈے ٹو سٹے بیک ایز وی بی ڈسکسنگ دا موڈیلٹیز اف دا ورلڈ بک فیئر سو ناؤ وی ول یو نو اینڈ دی کوئسچن انسر سیشن ٹوڈے ٹوڈے وی ہیو ان اور پریزنس مسٹر خواجہ کلیم الدین صاحب ہو از وزٹنگ ڈیلی فرام</w:t>
      </w:r>
    </w:p>
    <w:p>
      <w:r>
        <w:rPr>
          <w:b/>
        </w:rPr>
        <w:t xml:space="preserve">[59:35] </w:t>
      </w:r>
      <w:r>
        <w:t>USA so as we all know that Khwaja Kaleemuddin sahab is senior CPS member and has been engaged in a lot of da'wah work in America so we would request Khwaja Khwaja Kaleemuddin sahab to come and share some of his experiences with all of us Mr Khwaja Kaleemuddin sahab bohat bohat Islam alaikum I am very grateful to Allah subhanahu wa taala for bringing me here</w:t>
      </w:r>
    </w:p>
    <w:p>
      <w:pPr>
        <w:jc w:val="right"/>
      </w:pPr>
      <w:r>
        <w:t>یو ایس اے سو ایز وی ال نو دیٹ خواجہ کلیم الدین صاحب از سینئر سی پی ایس ممبر اینڈ ہیز بین انگیجڈ ان لاٹ اف دعوی ورک ان امریکہ سو وی وڈ ریکویسٹ خواجہ خواجہ کلیم الدین صاحب ٹو کم اینڈ شیئر سم اف ہز ایکسپیرینس ود ال اف اس مسٹر خواجہ کلیم الدین صاحب بہت بہت اسلام علیکم ائی ایم ویری گریٹ فل ٹو اللہ سبحانہ و تعالی فور برنگ می ہیر</w:t>
      </w:r>
    </w:p>
    <w:p>
      <w:r>
        <w:rPr>
          <w:b/>
        </w:rPr>
        <w:t xml:space="preserve">[1:00:05] </w:t>
      </w:r>
      <w:r>
        <w:t>on Sunday class with Maulana sahab and rest of CPS members Maulana sahab has given us as he claims in his movement that it is re engineering of people's mind and truly I was experiencing when I was flying last week I</w:t>
      </w:r>
    </w:p>
    <w:p>
      <w:pPr>
        <w:jc w:val="right"/>
      </w:pPr>
      <w:r>
        <w:t>ان سنڈے کلاس ود مولانا صاحب اینڈ ریسٹ اف سی پی ایس ممبرز مولانا صاحب ہیز گیون اس ایز ہی کلیمز ان ہز موومنٹ دیٹ اٹ از ری انجینئرنگ اف پیپلز مائنڈ اینڈ ٹرولی ائی واز ایکسپیرینسنگ وین ائی واز فلائنگ لاسٹ ویک ائی</w:t>
      </w:r>
    </w:p>
    <w:p>
      <w:r>
        <w:rPr>
          <w:b/>
        </w:rPr>
        <w:t xml:space="preserve">[1:00:35] </w:t>
      </w:r>
      <w:r>
        <w:t>thought of coming over and visiting Maulana sahab and everything happened you know as if angels are working behind and everything smoothly went off and then and when I was flying I was thinking that 40 40 thousand miles above and biggest aircraft air bus 380 with over 5</w:t>
      </w:r>
    </w:p>
    <w:p>
      <w:pPr>
        <w:jc w:val="right"/>
      </w:pPr>
      <w:r>
        <w:t>تھاٹ اف کمنگ اوور اینڈ وزٹنگ مولانا صاحب اینڈ ایوری تھنگ ہیپنڈ یو نو ایز اف اینجلز ار ورکنگ بیہائنڈ اینڈ ایوری تھنگ سموتھلی وینٹ اف اینڈ دین اینڈ وین ائی واز فلائنگ ائی واز تھنکنگ دیٹ 40 40 تھا مائلز اباؤ اینڈ بگسٹ ایئر کرافٹ ایئر بس 380 ود اوور 5</w:t>
      </w:r>
    </w:p>
    <w:p>
      <w:r>
        <w:rPr>
          <w:b/>
        </w:rPr>
        <w:t xml:space="preserve">[1:01:05] </w:t>
      </w:r>
      <w:r>
        <w:t>00 passengers and everyone was sitting there as if confidently not fearing that aircraft fall from above so but I was thinking how Allah subhanahu wa taala gave us whatever we thought of</w:t>
      </w:r>
    </w:p>
    <w:p>
      <w:pPr>
        <w:jc w:val="right"/>
      </w:pPr>
      <w:r>
        <w:t>00 پیسنجرز اینڈ ایوری ون واز سٹنگ دیر ایز اف کانفیڈنٹلی ناٹ فیئرنگ دیٹ ایئر کرافٹ فال فرام اباؤ سو بٹ ائی واز تھنکنگ ہاؤ اللہ سبحانہ و تعالی گیو اس واٹ ایور وی تھاٹ اف</w:t>
      </w:r>
    </w:p>
    <w:p>
      <w:r>
        <w:rPr>
          <w:b/>
        </w:rPr>
        <w:t xml:space="preserve">[1:01:36] </w:t>
      </w:r>
      <w:r>
        <w:t>hyung sahib refers aya from quran so main thought of flying in shortest time and in large numbers and happened and potential was in this world in this universe and god knows what else</w:t>
      </w:r>
    </w:p>
    <w:p>
      <w:pPr>
        <w:jc w:val="right"/>
      </w:pPr>
      <w:r>
        <w:t>ہیونگ صاحب ریفرز ایا فرام قران سو مین تھاٹ اف فلائنگ ان شارٹسٹ ٹائم اینڈ ان لارج نمبرز اینڈ ہیپنڈ اینڈ پوٹینشل واز ان دس ورلڈ ان دس یونیورس اینڈ گاڈ نوز واٹ ایلس</w:t>
      </w:r>
    </w:p>
    <w:p>
      <w:r>
        <w:rPr>
          <w:b/>
        </w:rPr>
        <w:t xml:space="preserve">[1:02:07] </w:t>
      </w:r>
      <w:r>
        <w:t>is in store man will discover so thats divine thinking Maulana writing give us i wish everyone i could you know tell people that confidence you have got in flying you realize discover god behind it who is doing it and how you have this confidence so as far as</w:t>
      </w:r>
    </w:p>
    <w:p>
      <w:pPr>
        <w:jc w:val="right"/>
      </w:pPr>
      <w:r>
        <w:t>از ان سٹور مین ول ڈسکور سو دیٹس ڈیوائن تھنکنگ مولانا رائٹنگ گیو اس ائی وش ایوری ون ائی کڈ یو نو ٹیل پیپل دیٹ کانفیڈنس یو ہیو گٹ ان فلائنگ یو ریلائز ڈسکور گاڈ بیہائنڈ اٹ ہو از ڈوئنگ اٹ اینڈ ہاؤ یو ہیو دس کانفیڈنس سو ایز فار ایز</w:t>
      </w:r>
    </w:p>
    <w:p>
      <w:r>
        <w:rPr>
          <w:b/>
        </w:rPr>
        <w:t xml:space="preserve">[1:02:38] </w:t>
      </w:r>
      <w:r>
        <w:t>aur work activities are concern in united states الحمدللہ we are you know the with i mean slowly it is progressing weekly when i mail quran free request comes and it</w:t>
      </w:r>
    </w:p>
    <w:p>
      <w:pPr>
        <w:jc w:val="right"/>
      </w:pPr>
      <w:r>
        <w:t>اور ورک ایکٹیوٹیز ار کنسرن ان یونائٹڈ سٹیٹس الحمدللہ وی ار یو نو دی ود ائی مین سلولی اٹ از پروگریسنگ ویکلی وین ائی میل قران فری ریکویسٹ کمز اینڈ اٹ</w:t>
      </w:r>
    </w:p>
    <w:p>
      <w:r>
        <w:rPr>
          <w:b/>
        </w:rPr>
        <w:t xml:space="preserve">[1:03:08] </w:t>
      </w:r>
      <w:r>
        <w:t>goes almost all 50 states quran request comes from almost all 50 states where i cant even think that from hawaii from alaska people ask for quran that is a great feeling you know people want to know about quran and also recently i been</w:t>
      </w:r>
    </w:p>
    <w:p>
      <w:pPr>
        <w:jc w:val="right"/>
      </w:pPr>
      <w:r>
        <w:t>گوز الموسٹ ال 50 سٹیٹس قران ریکویسٹ کمز فرام الموسٹ ال 50 سٹیٹس ویئر ائی کینٹ ایون تھنک دیٹ فرام ہوائی فرام الاسکا پیپل اسک فار قران دیٹ از ا گریٹ فیلنگ یو نو پیپل وانٹ ٹو نو اباؤٹ قران اینڈ السو ریسنٹلی ائی بین</w:t>
      </w:r>
    </w:p>
    <w:p>
      <w:r>
        <w:rPr>
          <w:b/>
        </w:rPr>
        <w:t xml:space="preserve">[1:03:39] </w:t>
      </w:r>
      <w:r>
        <w:t>distributing literature to my even colleagues in my school where i teach this experience also you know a new experience for me because in america we dont talk about politics and religion at work workplace people refrain from these two things they keep away they might talk in private places but not at workplace</w:t>
      </w:r>
    </w:p>
    <w:p>
      <w:pPr>
        <w:jc w:val="right"/>
      </w:pPr>
      <w:r>
        <w:t>ڈسٹریبیوٹنگ لٹریچر ٹو مائی ایون کولیگز ان مائی سکول ویئر ائی ٹیچ دس ایکسپیرینس السو یو نو ا نیو ایکسپیرینس فار می بیکاز ان امریکہ وی ڈونٹ ٹاک اباؤٹ پولیٹکس اینڈ ریلیجن ایٹ ورک ورک پلیس پیپل ریفرین فرام دیز ٹو تھنگز دے کیپ اوی دے مائٹ ٹاک ان پرائیویٹ پلیسز بٹ ناٹ ایٹ ورک پلیس</w:t>
      </w:r>
    </w:p>
    <w:p>
      <w:r>
        <w:rPr>
          <w:b/>
        </w:rPr>
        <w:t xml:space="preserve">[1:04:09] </w:t>
      </w:r>
      <w:r>
        <w:t>but with allah grace i have special privilege in school before i came today from you know traveling because it is holiday season people have habit of giving holiday gifts so recently i got Maulana book leading leading spiritual life so i gave it to my principal</w:t>
      </w:r>
    </w:p>
    <w:p>
      <w:pPr>
        <w:jc w:val="right"/>
      </w:pPr>
      <w:r>
        <w:t>بٹ ود اللہ گریس ائی ہیو سپیشل پریولج ان سکول بیفور ائی کیم ٹوڈے فرام یو نو ٹریولنگ بیکاز اٹ از ہالیڈے سیزن پیپل ہیو ہیبٹ اف گیونگ ہالیڈے گفٹس سو ریسنٹلی ائی گاٹ مولانا بک لیڈنگ لیڈنگ سپرچول لائف سو ائی گیو اٹ ٹو مائی پرنسپل</w:t>
      </w:r>
    </w:p>
    <w:p>
      <w:r>
        <w:rPr>
          <w:b/>
        </w:rPr>
        <w:t xml:space="preserve">[1:04:40] </w:t>
      </w:r>
      <w:r>
        <w:t>we call aur principal as president because special school because use to give international diploma bachelors degree so now it is not giving but position is still there so i been giving him and after giving this book to him and to many colleagues they were so happy seeing title itself oh i need this and definitely</w:t>
      </w:r>
    </w:p>
    <w:p>
      <w:pPr>
        <w:jc w:val="right"/>
      </w:pPr>
      <w:r>
        <w:t>وی کال اور پرنسپل ایز پریزیڈنٹ بیکاز سپیشل سکول بیکاز یوز ٹو گیو انٹرنیشنل ڈپلومہ بیچلرز ڈگری سو ناؤ اٹ از ناٹ گیونگ بٹ پوزیشن از سٹل دیر سو ائی بین گیونگ ہم اینڈ افٹر گیونگ دس بک ٹو ہم اینڈ ٹو مینی کولیگز دے وار سو ہیپی سینگ ٹائٹل اٹ سیلف او ائی نیڈ دس اینڈ ڈیفینٹلی</w:t>
      </w:r>
    </w:p>
    <w:p>
      <w:r>
        <w:rPr>
          <w:b/>
        </w:rPr>
        <w:t xml:space="preserve">[1:05:11] </w:t>
      </w:r>
      <w:r>
        <w:t>during this holidays i will read this book everyone were very happy to get that book and similarly to some of them i gave quran and prophets life so they know that i am you know they treat me specially you know i distribute peace literature and also many people also know Maulana you know one time one</w:t>
      </w:r>
    </w:p>
    <w:p>
      <w:pPr>
        <w:jc w:val="right"/>
      </w:pPr>
      <w:r>
        <w:t>ڈیورنگ دس ہالیڈیز ائی ویل ریڈ دس بک ایوری ون وار ویری ہیپی ٹو گیٹ دیٹ بک اینڈ سمیلرلی ٹو سم اف دیم ائی گیو قران اینڈ پرافٹس لائف سو دے نو دیٹ ائی ایم یو نو دے ٹریٹ می سپیشلی یو نو ائی ڈسٹریبیوٹ پیس لٹریچر اینڈ السو مینی پیپل السو نو مولانا یو نو ون ٹائم ون</w:t>
      </w:r>
    </w:p>
    <w:p>
      <w:r>
        <w:rPr>
          <w:b/>
        </w:rPr>
        <w:t xml:space="preserve">[1:05:41] </w:t>
      </w:r>
      <w:r>
        <w:t>of the. In one synagogue program the organizer at the end of the program gets up and says there is some literature behind on the tables so i guarantee you whoever picks up the books and reads i i assure you that you will be a peaceful man its a peaceful literature is there so thats the reputation so actually we need to</w:t>
      </w:r>
    </w:p>
    <w:p>
      <w:pPr>
        <w:jc w:val="right"/>
      </w:pPr>
      <w:r>
        <w:t>اف دی. In one synagogue program the organizer at the end of the program gets up and says there is some literature behind on the tables so i guarantee you whoever picks up the books and reads i i assure you that you will be a peaceful man it's a peaceful literature is there so that's the reputation so actually we need to</w:t>
      </w:r>
    </w:p>
    <w:p>
      <w:r>
        <w:rPr>
          <w:b/>
        </w:rPr>
        <w:t xml:space="preserve">[1:06:11] </w:t>
      </w:r>
      <w:r>
        <w:t>develop our efforts to distribute as much as possible whatever we are doing its a very small work we need your dua so that we develop our efforts and do work so i am very happy and grateful to allah subhana wa taala to be here assalam o alaikum ek baat</w:t>
      </w:r>
    </w:p>
    <w:p>
      <w:pPr>
        <w:jc w:val="right"/>
      </w:pPr>
      <w:r>
        <w:t>develop our efforts to distribute as much as possible whatever we are doing it's a very small work we need your dua so that we develop our efforts and do work so i am very happy and grateful to اللہ سبحانہ و تعالی to be here اسلام علیکم ایک بات</w:t>
      </w:r>
    </w:p>
    <w:p>
      <w:r>
        <w:rPr>
          <w:b/>
        </w:rPr>
        <w:t xml:space="preserve">[1:06:41] </w:t>
      </w:r>
      <w:r>
        <w:t>mein add karoon ji ji Maulana ji ji khwaja kaleemuddin sahib kya main gaya hoon america mein inka thehra hoon kai din tak to maine ek ajeeb cheez dekhi inka bada ghar hai wahan par to sara ghar jo hai quran literature yeh har taraf isi ka</w:t>
      </w:r>
    </w:p>
    <w:p>
      <w:pPr>
        <w:jc w:val="right"/>
      </w:pPr>
      <w:r>
        <w:t>میں ایڈ کروں جی جی مولانا جی جی خواجہ کلیم الدین صاحب کیا میں گیا ہوں امریکہ میں ان کا ٹھہرا ہوں کئی دن تک تو میں نے ایک عجیب چیز دیکھی ان کا بڑا گھر ہے وہاں پر تو سارا گھر جو ہے قران لٹریچر یہ ہر طرف اسی کا</w:t>
      </w:r>
    </w:p>
    <w:p>
      <w:r>
        <w:rPr>
          <w:b/>
        </w:rPr>
        <w:t xml:space="preserve">[1:07:11] </w:t>
      </w:r>
      <w:r>
        <w:t>manzar tha wahan par mere samne ek bada truck aaya bada sa aur bahut der tak isse kitabein utari jati rahin main ja ke poocha ke bhai yeh kya hai tumhare paas quran ka translation english translation quran ka to maine kaha ke bhai yeh to aapne to dawat ki industry khol di wahan jo manzar tha dekhte dekhte maine kaha tha unse ke aapne to dawat ki industry khol di mashaa</w:t>
      </w:r>
    </w:p>
    <w:p>
      <w:pPr>
        <w:jc w:val="right"/>
      </w:pPr>
      <w:r>
        <w:t>منظر تھا وہاں پر میرے سامنے ایک بڑا ٹرک ایا بڑا سا اور بہت دیر تک اس سے کتابیں اتاری جاتی رہیں میں جا کے پوچھا کہ بھئی یہ کیا ہے تمہارے پاس قران کا ٹرانسلیشن انگلش ٹرانسلیشن قران کا تو میں نے کہا کہ بھئی یہ تو اپ نے تو دعوت کی انڈسٹری کھول دی وہاں جو منظر تھا دیکھتے دیکھتے میں نے کہا تھا ان سے کہ اپ نے تو دعوت کی انڈسٹری کھول دی ماشاء</w:t>
      </w:r>
    </w:p>
    <w:p>
      <w:r>
        <w:rPr>
          <w:b/>
        </w:rPr>
        <w:t xml:space="preserve">[1:07:41] </w:t>
      </w:r>
      <w:r>
        <w:t>allah aaj bhi abhi tak wahan par dawat ki industry khuli hui hai aur sirf america hi nahi balki canada europe har jagah allah taala unke zariye se literature ko quran ko phaila rahe hain to main dua karta hoon ke allah taala unko unke sathiyon ko khoob madad farmaye ameen.</w:t>
      </w:r>
    </w:p>
    <w:p>
      <w:pPr>
        <w:jc w:val="right"/>
      </w:pPr>
      <w:r>
        <w:t>اللہ اج بھی ابھی تک وہاں پر دعوت کی انڈسٹری کھلی ہوئی ہے اور صرف امریکہ ہی نہیں بلکہ کینیڈا یورپ ہر جگہ اللہ تعالی ان کے ذریعے سے لٹریچر کو قران کو پھیلا رہے ہیں تو میں دعا کرتا ہوں کہ اللہ تعالی ان کو ان کے ساتھیوں کو خوب مدد فرمائے امین.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