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Preservation of Religion | December 4, 2016</w:t>
      </w:r>
    </w:p>
    <w:p>
      <w:r>
        <w:t>https://www.youtube.com/watch?v=kuRk4X6ovE4</w:t>
      </w:r>
    </w:p>
    <w:p>
      <w:r>
        <w:rPr>
          <w:b/>
        </w:rPr>
        <w:t xml:space="preserve">[00:14] </w:t>
      </w:r>
      <w:r>
        <w:t>rab ishrah li sadri, wa yassir li amri, wah lul uqdatan min lisani, yafqahu qawli. 4 december 2016. aaj ka topic hai: hifazat e deen. quran mein surah al hijr mein</w:t>
      </w:r>
    </w:p>
    <w:p>
      <w:pPr>
        <w:jc w:val="right"/>
      </w:pPr>
      <w:r>
        <w:t>رب اشرح لی صدری، ویسر لی امری، واحل العقدۃ من لسانی، یفقہ قولی۔ 4 دسمبر 2016۔ آج کا ٹاپک ہے: حفاظتِ دین۔ قرآن میں سورہ الحجر میں</w:t>
      </w:r>
    </w:p>
    <w:p>
      <w:r>
        <w:rPr>
          <w:b/>
        </w:rPr>
        <w:t xml:space="preserve">[00:45] </w:t>
      </w:r>
      <w:r>
        <w:t>ek ayat hai: "inna nahnu nazzalna z zikra wa inna lahu la hafizoon". yaani allah ne utara hai quran, allah ne utara hai zikr, aur wahi iski hifazat karne wala hai. yahan lafz zikr hai, zikr se matlab hai bazahir quran, lekin</w:t>
      </w:r>
    </w:p>
    <w:p>
      <w:pPr>
        <w:jc w:val="right"/>
      </w:pPr>
      <w:r>
        <w:t>ایک آیت ہے: "إِنَّا نَحْنُ نَزِّلُوا الذِّكْرَ وَإِنَّا لَهُ الْحَافِظُونَ"۔ یعنی اللہ نے اتارا ہے قرآن، اللہ نے اتارا ہے ذکر، اور وہی اس کی حفاظت کرنے والا ہے۔ یہاں لفظ ذکر ہے، ذکر سے مطلب ہے بظاہر قرآن، لیکن</w:t>
      </w:r>
    </w:p>
    <w:p>
      <w:r>
        <w:rPr>
          <w:b/>
        </w:rPr>
        <w:t xml:space="preserve">[01:19] </w:t>
      </w:r>
      <w:r>
        <w:t>extrinsic sense mein iska matlab poora deen hai. yaani allah ne is deen ki, yaani deen e islam ki, hifazat ka zimma khud le liya hai. allah ne is deen ki hifazat ka zimma khud le liya hai. yeh deen zaroor qayamat tak mehfooz rahega, as it is. ismein koi shakhs</w:t>
      </w:r>
    </w:p>
    <w:p>
      <w:pPr>
        <w:jc w:val="right"/>
      </w:pPr>
      <w:r>
        <w:t>ایکسٹرینٹ سینس میں اس کا مطلب پورا دین ہے۔ یعنی اللہ نے اس دین کی، یعنی دینِ اسلام کی، حفاظت کا ذمہ خود لے لیا ہے۔ اللہ نے اس دین کی حفاظت کا ذمہ خود لے لیا ہے۔ یہ دین ضرور قیامت تک محفوظ رہے گا، as it is۔ اس میں کوئی شخص</w:t>
      </w:r>
    </w:p>
    <w:p>
      <w:r>
        <w:rPr>
          <w:b/>
        </w:rPr>
        <w:t xml:space="preserve">[01:49] </w:t>
      </w:r>
      <w:r>
        <w:t>badlav nahi la sakega. aam taur par log isko fazilat ke mani mein lete hain. yeh fazilat ki baat harghiz nahi hai. kyunke allah ke paas jo deen aaya, sab barabar the. asal yeh hai ke quran utra Muhammad sallallahu alaihi wasallam par, aur allah ne apni hikmat ke tehat</w:t>
      </w:r>
    </w:p>
    <w:p>
      <w:pPr>
        <w:jc w:val="right"/>
      </w:pPr>
      <w:r>
        <w:t>بدلاؤ نہیں لا سکے گا۔ عام طور پر لوگ اس کو فضیلت کے معنی میں لیتے ہیں۔ یہ فضیلت کی بات ہرگز نہیں ہے۔ کیونکہ اللہ کے پاس جو دین آیا، سب برابر تھے۔ اصل یہ ہے کہ قرآن اترا محمد صلی اللہ علیہ وسلم پر، اور اللہ نے اپنی حکمت کے تحت</w:t>
      </w:r>
    </w:p>
    <w:p>
      <w:r>
        <w:rPr>
          <w:b/>
        </w:rPr>
        <w:t xml:space="preserve">[02:21] </w:t>
      </w:r>
      <w:r>
        <w:t>yeh faisla kiya ke Muhammad sallallahu alaihi wasallam aakhri paighambar honge. unko khatam un nabiyyin kaha gaya quran mein. to jab nabuwat nahi aane wali hai koi doosri, to zaroori ho gaya ke is paighambar ke zariye jo deen aaya hai, woh mehfooz rahe. kyunke deen mein agar zara bhi koi milawat ho jaye to naye paighambar ka aana zaroori ho jayega.</w:t>
      </w:r>
    </w:p>
    <w:p>
      <w:pPr>
        <w:jc w:val="right"/>
      </w:pPr>
      <w:r>
        <w:t>یہ فیصلہ کیا کہ محمد صلی اللہ علیہ وسلم آخری پیغمبر ہوں گے۔ ان کو خاتم النبین کہا گیا قرآن میں۔ تو جب نبوت نہیں آنے والی ہے کوئی دوسری، تو ضروری ہو گیا کہ اس پیغمبر کے ذریعے جو دین آیا ہے، وہ محفوظ رہے۔ کیونکہ دین میں اگر ذرا بھی کوئی ملاوٹ ہو جائے تو نئے پیغمبر کا آنا ضروری ہو جائے گا۔</w:t>
      </w:r>
    </w:p>
    <w:p>
      <w:r>
        <w:rPr>
          <w:b/>
        </w:rPr>
        <w:t xml:space="preserve">[02:53] </w:t>
      </w:r>
      <w:r>
        <w:t>to allah ko chunke koi naya paighambar nahi bhejnewala hai, is wajah se is deen ki mehfooziyat ka faisla farmaya allah taala ne. ab dekhiye ke deen ko mehfooz karne ka matlab kya hai. maine jahan tak socha hai is mauzu par, woh yeh hai ke yeh mehfooziyat hoti hai do level par.</w:t>
      </w:r>
    </w:p>
    <w:p>
      <w:pPr>
        <w:jc w:val="right"/>
      </w:pPr>
      <w:r>
        <w:t>تو اللہ کو چونکہ کوئی نیا پیغمبر نہیں بھیجنے والا ہے، اس وجہ سے اس دین کی محفوظیت کا فیصلہ فرمایا اللہ تعالیٰ نے۔ اب دیکھیے کہ دین کو محفوظ کرنے کا مطلب کیا ہے۔ میں نے جہاں تک سوچا ہے اس موضوع پر، وہ یہ ہے کہ یہ محفوظیت ہوتی ہے دو لیول پر۔</w:t>
      </w:r>
    </w:p>
    <w:p>
      <w:r>
        <w:rPr>
          <w:b/>
        </w:rPr>
        <w:t xml:space="preserve">[03:25] </w:t>
      </w:r>
      <w:r>
        <w:t>do level par. ek level hai iska, yaani deen ka jo practical aspect hai, uske aitbar se. practical aspect, jaise namaz hai, aur doosri ibadatein hain, woh practical aspect hain. aur doosra hai iska ideological aspect. ideological aspect. to dono</w:t>
      </w:r>
    </w:p>
    <w:p>
      <w:pPr>
        <w:jc w:val="right"/>
      </w:pPr>
      <w:r>
        <w:t>دو لیول پر۔ ایک لیول ہے اس کا، یعنی دین کا جو پریکٹیکل ایسپیکٹ ہے، اس کے اعتبار سے۔ پریکٹیکل ایسپیکٹ، جیسے نماز ہے، اور دوسری عبادتیں ہیں، وہ پریکٹیکل ایسپیکٹ ہیں۔ اور دوسرا ہے اس کا ایڈلوجیکل ایسپیکٹ۔ ایڈلوجیکل ایسپیکٹ۔ تو دونوں</w:t>
      </w:r>
    </w:p>
    <w:p>
      <w:r>
        <w:rPr>
          <w:b/>
        </w:rPr>
        <w:t xml:space="preserve">[03:55] </w:t>
      </w:r>
      <w:r>
        <w:t>ki hifazat ka zimma allah taala ne liya hai. albatta hifazat ki jo shakal hai, woh dono iqbal mein alag alag hai. deen ka jo form hai, jo uska practical aspect hai, uski hifazat ho rahi hai institution ke zariye, idaron ke zariye.</w:t>
      </w:r>
    </w:p>
    <w:p>
      <w:pPr>
        <w:jc w:val="right"/>
      </w:pPr>
      <w:r>
        <w:t>کی حفاظت کا ذمہ اللہ تعالیٰ نے لیا ہے۔ البتہ حفاظت کی جو شکل ہے، وہ دونوں اقبال میں الگ الگ ہے۔ دین کا جو فارم ہے، جو اس کا پریکٹیکل ایسپیکٹ ہے، اس کی حفاظت ہو رہی ہے انسٹیٹیوشن کے ذریعے، اداروں کے ذریعے۔</w:t>
      </w:r>
    </w:p>
    <w:p>
      <w:r>
        <w:rPr>
          <w:b/>
        </w:rPr>
        <w:t xml:space="preserve">[04:26] </w:t>
      </w:r>
      <w:r>
        <w:t>aur deen ka jo ideological aspect hai, uski hifazat ho rahi hai mujaddideen ke zariye, ulama aur mujaddideen. dekhiye, jab se islam aaya, us waqt se deen ka ek, deen ke institution bane. institutions. maslan dekhiye</w:t>
      </w:r>
    </w:p>
    <w:p>
      <w:pPr>
        <w:jc w:val="right"/>
      </w:pPr>
      <w:r>
        <w:t>اور دین کا جو ایڈلوجیکل ایسپیکٹ ہے، اس کی حفاظت ہو رہی ہے مجددین کے ذریعے، علماء اور مجددین۔ دیکھیے، جب سے اسلام آیا، اس وقت سے دین کا ایک، دین کے انسٹیٹیوشن بنے۔ انسٹیٹیوشنز۔ مثلاً دیک</w:t>
      </w:r>
    </w:p>
    <w:p>
      <w:r>
        <w:rPr>
          <w:b/>
        </w:rPr>
        <w:t xml:space="preserve">[04:56] </w:t>
      </w:r>
      <w:r>
        <w:t>ye, rasool allah sallallahu alaihi wasallam ne madine mein masjid banai. That was an institution. wahan par hajj ka nizam qaim hua, woh bhi ek institution tha. to yeh namaz, roza, hajj, umrah, quran ka jo matan hai, yeh sab cheezein institution</w:t>
      </w:r>
    </w:p>
    <w:p>
      <w:pPr>
        <w:jc w:val="right"/>
      </w:pPr>
      <w:r>
        <w:t>ھیے، رسول اللہ صلی اللہ علیہ وسلم نے مدینے میں مسجد بنائی۔ That was an institution. وہاں پر حج کا نظام قائم ہوا، وہ بھی ایک انسٹیٹیوشن تھا۔ تو یہ نماز، روزہ، حج، عمرہ، قرآن کا جو متن ہے، یہ سب چیزیں انسٹیٹیوشن</w:t>
      </w:r>
    </w:p>
    <w:p>
      <w:r>
        <w:rPr>
          <w:b/>
        </w:rPr>
        <w:t xml:space="preserve">[05:26] </w:t>
      </w:r>
      <w:r>
        <w:t>mein aati hain. to in cheezon ko be aitbar shakal, be aitbar form mehfooz karna zaroori tha. to allah taala ne ek tasalsul qaim kar diya poori history mein. poori history mein tasalsul. kyunke ismein zaroori hai ke woh practical taur par maujood ho, taake log dekhein isko. isi liye rasool allah sallallahu alaihi wasallam ne farmaya ke</w:t>
      </w:r>
    </w:p>
    <w:p>
      <w:pPr>
        <w:jc w:val="right"/>
      </w:pPr>
      <w:r>
        <w:t>میں آتی ہیں۔ تو ان چیزوں کو بے اعتبار شکل، بے اعتبار فارم محفوظ کرنا ضروری تھا۔ تو اللہ تعالیٰ نے ایک تسلسل قائم کر دیا پوری ہسٹری میں۔ پوری ہسٹری میں تسلسل۔ کیونکہ اس میں ضروری ہے کہ وہ پریکٹیکل طور پر موجود ہو، تاکہ لوگ دیکھیں اس کو۔ اسی لیے رسول اللہ صلی اللہ علیہ وسلم نے فرمایا کہ</w:t>
      </w:r>
    </w:p>
    <w:p>
      <w:r>
        <w:rPr>
          <w:b/>
        </w:rPr>
        <w:t xml:space="preserve">[05:57] </w:t>
      </w:r>
      <w:r>
        <w:t>"sallu kama raaytumuni usalli". jaise tum dekho mujhko namaz padhte hue, waise tum bhi namaz padho. hajj ke bare mein farmaya ke "khudhu anni manasikakum". khudhu anni manasikum. yaani hajj ka tareeqa is se seekho. to islam ka jo practical form hai, woh zaroori hai ke woh hamesha non stop zinda rahe.</w:t>
      </w:r>
    </w:p>
    <w:p>
      <w:pPr>
        <w:jc w:val="right"/>
      </w:pPr>
      <w:r>
        <w:t>"صَلُّوا كَمَا رَأَيْتُنِّ أُسَلِّيًّا"۔ جیسے تم دیکھو مجھ کو نماز پڑھتے ہوئے، ویسے تم بھی نماز پڑھو۔ حج کے بارے میں فرمایا کہ "خُذُوا أَنِّىٰ مُنَاسِكَهُمْ"۔ خذوا انی مناسککم۔ یعنی حج کا طریقہ اس سے سیکھو۔ تو اسلام کا جو پریکٹیکل فارم ہے، وہ ضروری ہے کہ وہ ہمیشہ نان اسٹاپ زندہ رہے۔</w:t>
      </w:r>
    </w:p>
    <w:p>
      <w:r>
        <w:rPr>
          <w:b/>
        </w:rPr>
        <w:t xml:space="preserve">[06:27] </w:t>
      </w:r>
      <w:r>
        <w:t>hamesha. kabhi is mein gap na paray. kyunke phir is ka namoona nahi rahay ga. practical namoona. practical namoonay mein kon non stop history mein chalna chahiye. to chunancha woh islam ka yeh aspect continue hai. yani masjid ka nizam, madrasay ka nizam, haj ka nizam, yeh saaray jo nazamat hain,</w:t>
      </w:r>
    </w:p>
    <w:p>
      <w:pPr>
        <w:jc w:val="right"/>
      </w:pPr>
      <w:r>
        <w:t>ہمیشہ۔ کبھی اس میں گیپ نہ پڑے۔ کیونکہ پھر اس کا نمونہ نہیں رہے گا۔ پریکٹیکل نمونہ۔ پریکٹیکل نمونے میں کو نان اسٹاپ ہسٹری میں چلنا چاہیے۔ تو چنانچہ وہ اسلام کا یہ ایسپیکٹ کنٹینیو ہے۔ یعنی مسجد کا نظام، مدرسے کا نظام، حج کا نظام، یہ سارے جو نظامات ہیں،</w:t>
      </w:r>
    </w:p>
    <w:p>
      <w:r>
        <w:rPr>
          <w:b/>
        </w:rPr>
        <w:t xml:space="preserve">[06:58] </w:t>
      </w:r>
      <w:r>
        <w:t>yeh baray barabar chalay ja rahay hain. in mein koi kabhi beech mein gap nahi para. gap nahi para. hamesha se masjidain abad hain, madaris chal rahay hain, log umrah kar rahay hain, haj kar rahay hain. yeh jo islam ka jo practical aspect hai, woh barabar jaari hai. yeh hai mehfooziyat. yani Allah taala ne deen</w:t>
      </w:r>
    </w:p>
    <w:p>
      <w:pPr>
        <w:jc w:val="right"/>
      </w:pPr>
      <w:r>
        <w:t>یہ بڑے برابر چلے جا رہے ہیں۔ ان میں کوئی کبھی بیچ میں گیپ نہیں پڑا۔ گیپ نہیں پڑا۔ ہمیشہ سے مسجدیں آباد ہیں، مدرسے چل رہے ہیں، لوگ عمرہ کر رہے ہیں، حج کر رہے ہیں۔ یہ جو اسلام کا جو پریکٹیکل ایسپیکٹ ہے، وہ برابر جاری ہے۔ یہ ہے محفوظیت۔ یعنی اللہ تعالیٰ نے دین</w:t>
      </w:r>
    </w:p>
    <w:p>
      <w:r>
        <w:rPr>
          <w:b/>
        </w:rPr>
        <w:t xml:space="preserve">[07:28] </w:t>
      </w:r>
      <w:r>
        <w:t>ke practical pehlu ko mehfooz kar diya hai is tarah se ke woh is par institution ban gaye. is ki buniyad institution ban gaye. woh nasal dar nasal chalay ja rahay hain. ab kisi ko is mein shakk nahi ho sakta ke namaz kaise parhi jaye, roza kaise rakha jaye, umrah kaise kiya jaye, haj kaise kiya jaye. har aadmi dekh kar jaan leta hai ke aise karna hai, aise karna hai, aise karna hai.</w:t>
      </w:r>
    </w:p>
    <w:p>
      <w:pPr>
        <w:jc w:val="right"/>
      </w:pPr>
      <w:r>
        <w:t>کے پریکٹیکل پہلو کو محفوظ کر دیا ہے اس طریقے سے کہ وہ اس پر انسٹیٹیوشن بن گئے۔ اس کی بنیاد انسٹیٹیوشن بن گئے۔ وہ نسل در نسل چلے جا رہے ہیں۔ اب کسی کو اس میں شک نہیں ہو سکتا کہ نماز کیسے پڑھی جائے، روزہ کیسے رکھا جائے، عمرہ کیسے کیا جائے، حج کیسے کیا جائے۔ ہر آدمی دیکھ کر جان لیتا ہے کہ ایسے کرنا ہے، ایسے کرنا ہے، ایسے کرنا ہے۔</w:t>
      </w:r>
    </w:p>
    <w:p>
      <w:r>
        <w:rPr>
          <w:b/>
        </w:rPr>
        <w:t xml:space="preserve">[07:59] </w:t>
      </w:r>
      <w:r>
        <w:t>to Allah taala ne yeh deen ke form ko mehfooz kar diya institution ke zariye. ab koi is ko badal nahi sakta. woh rahay ga. kyunke Allah taala ki guarantee hai ke woh rahay ga. yeh jo nizam hai, woh non stop chalta rahay ga qayamat tak. jaise kuch log conference karte hain,</w:t>
      </w:r>
    </w:p>
    <w:p>
      <w:pPr>
        <w:jc w:val="right"/>
      </w:pPr>
      <w:r>
        <w:t>تو اللہ تعالیٰ نے یہ دین کے فارم کو محفوظ کر دیا انسٹیٹیوشن کے ذریعے۔ اب کوئی اس کو بدل نہیں سکتا۔ وہ رہے گا۔ کیونکہ اللہ تعالیٰ کی گارنٹی ہے کہ وہ رہے گا۔ یہ جو نظام ہے، وہ نان اسٹاپ چلتا رہے گا قیامت تک۔ جیسے کچھ لوگ کانفرنس کرتے ہیں،</w:t>
      </w:r>
    </w:p>
    <w:p>
      <w:r>
        <w:rPr>
          <w:b/>
        </w:rPr>
        <w:t xml:space="preserve">[08:31] </w:t>
      </w:r>
      <w:r>
        <w:t>"tahaffuz nabuwat" conference. is ki koi zaroorat nahi hai. tahaffuz nabuwat to Allah taala ka zimma hai. Allah taala ka zimma hai. to aik pehlu hai deen ka, is ka practical pehlu. is ki hifazat ho rahi hai institutions ke zariye.</w:t>
      </w:r>
    </w:p>
    <w:p>
      <w:pPr>
        <w:jc w:val="right"/>
      </w:pPr>
      <w:r>
        <w:t>"تحفظ نبوت" کانفرنس۔ اس کی کوئی ضرورت نہیں ہے۔ تحفظ نبوت تو اللہ تعالیٰ کا ذمہ ہے۔ اللہ تعالیٰ کا ذمہ ہے۔ تو ایک پہلو ہے دین کا، اس کا پریکٹیکل پہلو۔ اس کی حفاظت ہو رہی ہے انسٹیٹیوشنز کے ذریعے۔</w:t>
      </w:r>
    </w:p>
    <w:p>
      <w:r>
        <w:rPr>
          <w:b/>
        </w:rPr>
        <w:t xml:space="preserve">[09:02] </w:t>
      </w:r>
      <w:r>
        <w:t>is aitbaar se jo log masjidain chala rahay hain, madaris chala rahay hain, haj ka nizam chala rahay hain, umrah ka nizam chala rahay hain, woh log bohat bara kaam kar rahay hain. woh deen ki aik zaroorat ko poora kar rahay hain. aur Allah ki madad se kar rahay hain. Allah ki madad na ho to yeh nizam mustaqil tor par jaari nahi reh sakta.</w:t>
      </w:r>
    </w:p>
    <w:p>
      <w:pPr>
        <w:jc w:val="right"/>
      </w:pPr>
      <w:r>
        <w:t>اس اعتبار سے جو لوگ مسجدیں چلا رہے ہیں، مدرسے چلا رہے ہیں، حج کا نظام چلا رہے ہیں، عمرہ کا نظام چلا رہے ہیں، وہ لوگ بہت بڑا کام کر رہے ہیں۔ وہ دین کی ایک ضرورت کو پورا کر رہے ہیں۔ اور اللہ کی مدد سے کر رہے ہیں۔ اللہ کی مدد نہ ہو تو یہ نظام مستقل طور پر جاری نہیں رہ سکتا۔</w:t>
      </w:r>
    </w:p>
    <w:p>
      <w:r>
        <w:rPr>
          <w:b/>
        </w:rPr>
        <w:t xml:space="preserve">[09:34] </w:t>
      </w:r>
      <w:r>
        <w:t>ab doosra jo aspect hai, ideological aspect. to ideological aspect mein dekhiye, is tarah ki aqsam ho sakti hain, jaise form mein hoti hain. form mein namaz ka tareeqa wahi rahay ga, haj ka tareeqa wahi rahay ga. is mein koi change nahi aanay wala. is liye wahan institution kaafi hai.</w:t>
      </w:r>
    </w:p>
    <w:p>
      <w:pPr>
        <w:jc w:val="right"/>
      </w:pPr>
      <w:r>
        <w:t>اب دوسرا جو ایسپیکٹ ہے، ایڈلوجیکل ایسپیکٹ۔ تو ایڈلوجیکل ایسپیکٹ میں دیکھیے، اس طرح کی اقسام ہو سکتی ہیں، جیسے فارم میں ہوتی ہے۔ فارم میں نماز کا طریقہ وہی رہے گا، حج کا طریقہ وہی رہے گا۔ اس میں کوئی چینج نہیں آنے والا۔ اس لیے وہاں انسٹیٹیوشن کافی ہے۔</w:t>
      </w:r>
    </w:p>
    <w:p>
      <w:r>
        <w:rPr>
          <w:b/>
        </w:rPr>
        <w:t xml:space="preserve">[10:05] </w:t>
      </w:r>
      <w:r>
        <w:t>lekin yeh jo mamla hai ideology ka, to har zamanay mein is ko reapply karna parta hai. har zamanay mein is ko logon ke liye understandable banana parta hai. is wajah se is ke liye doosra nizam qaim kiya gaya. hadith mein aata hai ke "إِنَّ اللَّهَ يَبْعَثُ أَلَىٰ كُلِّ</w:t>
      </w:r>
    </w:p>
    <w:p>
      <w:pPr>
        <w:jc w:val="right"/>
      </w:pPr>
      <w:r>
        <w:t>لیکن یہ جو معاملہ ہے آئیڈیالوجی کا، تو ہر زمانے میں اس کو ری اپلائی کرنا پڑتا ہے۔ ہر زمانے میں اس کو لوگوں کے لیے انڈرسٹینڈ ایبل بنانا پڑتا ہے۔ اس وجہ سے اس کے لیے دوسرا نظام قائم کیا گیا۔ حدیث میں آتا ہے کہ "إِنَّ اللَّهَ يَبْعَثُ أَلَىٰ كُلِّ</w:t>
      </w:r>
    </w:p>
    <w:p>
      <w:r>
        <w:rPr>
          <w:b/>
        </w:rPr>
        <w:t xml:space="preserve">[10:35] </w:t>
      </w:r>
      <w:r>
        <w:t>بَيْتٍ سَنَةً"۔ Allah har sadi par aisa insaan paida karega jo is ki tajdeed karega. tajdeed ke lafzi maani hain naya banana. lekin woh koi naya nahi karega, woh naya nahi karega. woh reestablish karega. masjid ko reeste</w:t>
      </w:r>
    </w:p>
    <w:p>
      <w:pPr>
        <w:jc w:val="right"/>
      </w:pPr>
      <w:r>
        <w:t>بَيْتٍ سَنَةً"۔ اللہ ہر صدی پر ایسا انسان پیدا کرے گا جو اس کی تجدید کرے گا۔ تجدید کے لفظی معنی ہیں نیا بنانا۔ لیکن وہ کوئی نیا نہیں کرے گا، وہ نیا نہیں کرے گا۔ وہ ری اسٹیبلش کرے گا۔ مسجد کو ری اسٹی</w:t>
      </w:r>
    </w:p>
    <w:p>
      <w:r>
        <w:rPr>
          <w:b/>
        </w:rPr>
        <w:t xml:space="preserve">[11:05] </w:t>
      </w:r>
      <w:r>
        <w:t>blish nahi karna hai, haj ko reestablish nahi karna hai. is ko to bas chalatay rehna hai. lekin jo ideological aspect hai islam ka, is ke baray mein hamesha logon ko kabhi shubha ho jata hai, kabhi is mein ikhtilaf ho jata hai. to is ko hamesha zaroorat hoti hai ke is ko reestablish kiya jaye. har zamanay ke lehaz se. har zamanay ke lehaz se reestablish kiya j</w:t>
      </w:r>
    </w:p>
    <w:p>
      <w:pPr>
        <w:jc w:val="right"/>
      </w:pPr>
      <w:r>
        <w:t>بلش نہیں کرنا ہے، حج کو ری اسٹیبلش نہیں کرنا ہے۔ اس کو تو بس چلاتے رہنا ہے۔ لیکن جو آئیڈیالوجیکل ایسپیکٹ ہے اسلام کا، اس کے بارے میں ہمیشہ لوگوں کو کبھی شبہ ہو جاتا ہے، کبھی اس میں اختلاف ہو جاتا ہے۔ تو اس کو ہمیشہ ضرورت ہوتی ہے کہ اس کو ری اسٹیبلش کیا جائے۔ ہر زمانے کے لحاظ سے۔ ہر زمانے کے لحاظ سے ری اسٹیبلش کیا جائ</w:t>
      </w:r>
    </w:p>
    <w:p>
      <w:r>
        <w:rPr>
          <w:b/>
        </w:rPr>
        <w:t xml:space="preserve">[11:35] </w:t>
      </w:r>
      <w:r>
        <w:t>ayay. is liye is ke liye mujaddid atay hain. mujaddid aanay ke baad naik koi aasman se aata hai, koi. yeh ulama jo hain, yahi tajdeedi kaam karte hain. rasekh ulama. jin ko kaha jata hai rasekh ulama. inhi mein se aisay log uthtay hain jo tajdeedi kaam karte hain. ab dekhiye, mein arz karoon ke kya role hota hai in logon</w:t>
      </w:r>
    </w:p>
    <w:p>
      <w:pPr>
        <w:jc w:val="right"/>
      </w:pPr>
      <w:r>
        <w:t>ے۔ اس لیے اس کے لیے مجدد آتے ہیں۔ مجدد آنے کے بعد نیک کوئی آسمان سے آتا ہے، کوئی۔ یہ علماء جو ہیں، یہی تجدیدی کام کرتے ہیں۔ راسخ علماء۔ جن کو کہا جاتا ہے راسخ علماء۔ انہی میں سے ایسے لوگ اٹھتے ہیں جو تجدیدی کام کرتے ہیں۔ اب دیکھیے، میں عرض کروں کہ کیا رول ہوتا ہے ان لوگوں</w:t>
      </w:r>
    </w:p>
    <w:p>
      <w:r>
        <w:rPr>
          <w:b/>
        </w:rPr>
        <w:t xml:space="preserve">[12:05] </w:t>
      </w:r>
      <w:r>
        <w:t>ka. in logon ka kya role hota hai halaat ke badalnay ke aitbaar se. aur yeh rasool Allah ki zuban se shuru ho gaya tha. yani yeh tajdeed ka jo kaam hai, woh rasool Allah ki zuban se shuru ho gaya tha. misaal ke tor par dekhiye, rasool Allah ne aik bar madinay se aik sahaba ka aik group bheja. banoo qaree</w:t>
      </w:r>
    </w:p>
    <w:p>
      <w:pPr>
        <w:jc w:val="right"/>
      </w:pPr>
      <w:r>
        <w:t>کا۔ ان لوگوں کا کیا رول ہوتا ہے حالات کے بدلنے کے اعتبار سے۔ اور یہ رسول اللہ کی زبان سے شروع ہو گیا تھا۔ یعنی یہ تجدید کا جو کام ہے، وہ رسول اللہ کی زبان سے شروع ہو گیا تھا۔ مثلاً دیکھیے، رسول اللہ نے ایک بار مدینے سے ایک صحابہ کا ایک گروپ بھیجا۔ بنو قری</w:t>
      </w:r>
    </w:p>
    <w:p>
      <w:r>
        <w:rPr>
          <w:b/>
        </w:rPr>
        <w:t xml:space="preserve">[12:35] </w:t>
      </w:r>
      <w:r>
        <w:t>za. banoo qareza yehudiyon ki basti thi us zamanay mein. yehud ki basti thi. to aap ne sahaba ki jamaat ko banoo qareza ki basti mein bheja. koi message de kar. to aap ne chaltay huay un ko yeh kaha ke "لَا يَصَلَّنَ أَهْدَكُمُ الْأَصْرَ إِلَّا فِي بَنِي ق</w:t>
      </w:r>
    </w:p>
    <w:p>
      <w:pPr>
        <w:jc w:val="right"/>
      </w:pPr>
      <w:r>
        <w:t>ضہ۔ بنو قریضہ یہودوں کی بستی تھی اس زمانے میں۔ یہود کی بستی تھی۔ تو آپ نے صحابہ کی جماعت کو بنو قریضہ کی بستی میں بھیجا۔ کوئی میسج دے کر۔ تو آپ نے چلتے ہوئے ان کو یہ کہا کہ "لَا يَصَلَّنَ أَهْدَكُمُ الْأَصْرَ إِلَّا فِي بَنِي ق</w:t>
      </w:r>
    </w:p>
    <w:p>
      <w:r>
        <w:rPr>
          <w:b/>
        </w:rPr>
        <w:t xml:space="preserve">[13:05] </w:t>
      </w:r>
      <w:r>
        <w:t>urayza". yeh log zuhr ke baad rawana huay thay. zuhr ke baad. to aap ne kaha ke tum log banoo qareza ki basti mein puhanch kar asar ki namaz parhna. aur taakeed ke sath kaha aap ne. lekin hua yeh ke yeh log jab rawana huay to banoo qareza ki basti ke aanay se kuch pehle hi suraj mein, suraj red ho gaya,</w:t>
      </w:r>
    </w:p>
    <w:p>
      <w:pPr>
        <w:jc w:val="right"/>
      </w:pPr>
      <w:r>
        <w:t>ُرَيْضَةٍ"۔ یہ لوگ ظہر کے بعد روانہ ہوئے تھے۔ ظہر کے بعد۔ تو آپ نے کہا کہ تم لوگ بنو قریضہ کی بستی میں پہنچ کر عصر کی نماز پڑھنا۔ اور تاکید کے ساتھ کہا آپ نے۔ لیکن ہوا یہ کہ یہ لوگ جب روانہ ہوئے تو بنو قریضہ کی بستی کے آنے سے کچھ پہلے ہی سورج میں، سورج ریڈ ہو گیا،</w:t>
      </w:r>
    </w:p>
    <w:p>
      <w:r>
        <w:rPr>
          <w:b/>
        </w:rPr>
        <w:t xml:space="preserve">[13:35] </w:t>
      </w:r>
      <w:r>
        <w:t>lali aa gayi. to is maani ke ab suraj doobnay qareeb hai. to ab wahan par yeh sawal bhi hua ke ab kya karein? kyunke abhi to banoo qareza ki basti hum puhanchay nahi. aur asar ka waqt khatam ho raha hai. to is mein jo ziyada, ziyada deen se waqif sahaba thay, unhon ne kaha ke nahi</w:t>
      </w:r>
    </w:p>
    <w:p>
      <w:pPr>
        <w:jc w:val="right"/>
      </w:pPr>
      <w:r>
        <w:t>لالی آ گئی۔ تو اس معنی کہ اب سورج ڈوبنے قریب ہے۔ تو اب وہاں پر یہ سوال بھی ہوا کہ اب کیا کریں؟ کیونکہ ابھی تو بنو قریضہ کی بستی ہم پہنچے نہیں۔ اور عصر کا وقت ختم ہو رہا ہے۔ تو اس میں جو زیادہ، زیادہ دین سے واقف صحابہ تھے، انہوں نے کہا کہ نہیں</w:t>
      </w:r>
    </w:p>
    <w:p>
      <w:r>
        <w:rPr>
          <w:b/>
        </w:rPr>
        <w:t xml:space="preserve">[14:05] </w:t>
      </w:r>
      <w:r>
        <w:t>، hum yahin parh lenge. kyunke is ki tawajjuh unhon ne likhi ke "إِنَّمَا أَرَادَ التَّاجِرُ فِي السَّيْرِ"۔ yani safar mein jaldi karein. aap rasool Allah salallaho alaihi wasallam ne jo kaha tha, to woh un ka maqsad tha ke khoob jald, taiz taiz chal ke wahan puhncho. yeh tha</w:t>
      </w:r>
    </w:p>
    <w:p>
      <w:pPr>
        <w:jc w:val="right"/>
      </w:pPr>
      <w:r>
        <w:t>، ہم یہیں پڑھ لیں گے۔ کیونکہ اس کی توجہ انہوں نے لکھی کہ "إِنَّمَا أَرَادَ التَّاجِرُ فِي السَّيْرِ"۔ یعنی سفر میں جلدی کریں۔ آپ رسول اللہ صلی اللہ علیہ وسلم نے جو کہا تھا، تو وہ ان کا مقصد تھا کہ خوب جلد، تیز تیز چل کے وہاں پہنچو۔ یہ تھا</w:t>
      </w:r>
    </w:p>
    <w:p>
      <w:r>
        <w:rPr>
          <w:b/>
        </w:rPr>
        <w:t xml:space="preserve">[14:37] </w:t>
      </w:r>
      <w:r>
        <w:t>reinterpretation. zaroorat ke lehaz se reinterpretation. to yeh kaam hamesha hota raha hai. aur yeh kaam 20th century mein ziyada baray paimaanay par is ki zaroorat pesh aayi. kyunke 20th century mein modern civilization duniya mein phail gayi. naye naye masail paida huay.</w:t>
      </w:r>
    </w:p>
    <w:p>
      <w:pPr>
        <w:jc w:val="right"/>
      </w:pPr>
      <w:r>
        <w:t>ری انٹرپریٹیشن۔ ضرورت کے لحاظ سے ری انٹرپریٹیشن۔ تو یہ کام ہمیشہ ہوتا رہا ہے۔ اور یہ کام 20th century میں زیادہ بڑے پانے پر اس کی ضرورت پیش آئی۔ کیونکہ 20th century میں ماڈرن سویلائزیشن دنیا میں پھیل گئی۔ نئے نئے مسائل پیدا ہوئے۔</w:t>
      </w:r>
    </w:p>
    <w:p>
      <w:r>
        <w:rPr>
          <w:b/>
        </w:rPr>
        <w:t xml:space="preserve">[15:08] </w:t>
      </w:r>
      <w:r>
        <w:t>ab zaroorat hui ke yahan par woh sawal nahi tha ke aik form hai, is ko chaltay raho, chaltay raho, chaltay raho. nahi. naye halaat hain, in naye halaat mein deen ko reapply karo. reapply. jaise rasool Allah ki zuban mein yeh tha ke deen ko phailao, deen ki ishaat karo. agar koi deen</w:t>
      </w:r>
    </w:p>
    <w:p>
      <w:pPr>
        <w:jc w:val="right"/>
      </w:pPr>
      <w:r>
        <w:t>اب ضرورت ہوئی کہ یہاں پر وہ سوال نہیں تھا کہ ایک فارم ہے، اس کو چلاتے رہو، چلاتے رہو، چلاتے رہو۔ نہیں۔ نئے حالات ہیں، ان نئے حالات میں دین کو ری اپلائی کرو۔ ری اپلائی۔ جیسے رسول اللہ کی زبان میں یہ تھا کہ دین کو پھیلاؤ، دین کی اشاعت کرو۔ اگر کوئی دین</w:t>
      </w:r>
    </w:p>
    <w:p>
      <w:r>
        <w:rPr>
          <w:b/>
        </w:rPr>
        <w:t xml:space="preserve">[15:38] </w:t>
      </w:r>
      <w:r>
        <w:t>ki ishaat mein rukawat dalay to tum us se lar kar apna rasta banao. kyunke deen ki ishaat farz hai tumhara. ab, ab jo daur aaya, United Nations ke qayam ke baad, to is agar ki zaroorat hi nahi rahi. is if and but ki zaroorat hi nahi rahi. kyunke ab universal level</w:t>
      </w:r>
    </w:p>
    <w:p>
      <w:pPr>
        <w:jc w:val="right"/>
      </w:pPr>
      <w:r>
        <w:t>کی اشاعت میں رکاوٹ ڈالے تو تم اس سے لڑ کر اپنا راستہ بناؤ۔ کیونکہ دین کی اشاعت فرض ہے تمہارا۔ اب، اب جو دور آیا، یونائیٹڈ نیشنز کے قیام کے بعد، تو اس اگر کی ضرورت ہی نہیں رہی۔ اس اف اینڈ بٹ کی ضرورت ہی نہیں رہی۔ کیونکہ اب یونیورسل لیول</w:t>
      </w:r>
    </w:p>
    <w:p>
      <w:r>
        <w:rPr>
          <w:b/>
        </w:rPr>
        <w:t xml:space="preserve">[16:08] </w:t>
      </w:r>
      <w:r>
        <w:t>par tamam mauqon, tamam qomon ne yeh ahad kiya. aap jantay hain ke United Nations ke member tamam nations hain, tamam mulk hain. unhon ne ahad kiya ke har mulk mein, har country mein, har fard ko pooray maani mein religious freedom hogi.</w:t>
      </w:r>
    </w:p>
    <w:p>
      <w:pPr>
        <w:jc w:val="right"/>
      </w:pPr>
      <w:r>
        <w:t>پر تمام موقعوں، تمام قوموں نے یہ عہد کیا۔ آپ جانتے ہیں کہ یونائیٹڈ نیشنز کے ممبر تمام نیشنز ہیں، تمام ملک ہیں۔ انہوں نے عہد کیا کہ ہر ملک میں، ہر کنٹری میں، ہر فرد کو پورے معنی میں ریلیجیس فریڈم ہوگی۔</w:t>
      </w:r>
    </w:p>
    <w:p>
      <w:r>
        <w:rPr>
          <w:b/>
        </w:rPr>
        <w:t xml:space="preserve">[16:38] </w:t>
      </w:r>
      <w:r>
        <w:t>pooray maani mein mazhabi azadi hogi. to woh daur jo tha, jo tribal age tha, badshahon ka age tha, us zamanay mein yeh hua karta tha ke azadi nahi hai. kyunke woh log chahtay thay ke sab log hamaray, hamaray qabzay mein rahen, rebel, rebel na banen. to unhon ne har qism ki pabandiyan laga rakhi theen, hatta ke mazhab par bhi. ab naya daur aaya to yeh sadi</w:t>
      </w:r>
    </w:p>
    <w:p>
      <w:pPr>
        <w:jc w:val="right"/>
      </w:pPr>
      <w:r>
        <w:t>پورے معنی میں مذہبی آزادی ہوگی۔ تو وہ دور جو تھا، جو ٹرائبل ایج تھا، بادشاہوں کا ایج تھا، اس زمانے میں یہ ہوا کرتا تھا کہ آزادی نہیں ہے۔ کیونکہ وہ لوگ چاہتے تھے کہ سب لوگ ہمارے، ہمارے قبضے میں رہیں، ریبل، ریبل نہ بنیں۔ تو انہوں نے ہر قسم کی پابندیاں لگا رکھی تھیں، حتیٰ کہ مذہب پر بھی۔ اب نیا دور آیا تو یہ صدی</w:t>
      </w:r>
    </w:p>
    <w:p>
      <w:r>
        <w:rPr>
          <w:b/>
        </w:rPr>
        <w:t xml:space="preserve">[17:08] </w:t>
      </w:r>
      <w:r>
        <w:t>on ke aik process ke baad aaya naya daur. aasan nahi aaya. sadiyon se aik process chal raha tha, aik process chal raha tha. aakhir kar yeh cheez establish hui 20th century mein ke har insaan ko aik bator right ke, bator absolute right ke, bator absolute right ke har insaan ko azadi hasil hai. sirf aik hi pabandi hai ke woh</w:t>
      </w:r>
    </w:p>
    <w:p>
      <w:pPr>
        <w:jc w:val="right"/>
      </w:pPr>
      <w:r>
        <w:t>وں کے ایک پراسیس کے بعد آیا نیا دور۔ آسان نہیں آیا۔ صدیوں سے ایک پراسیس چل رہا تھا، ایک پراسیس چل رہا تھا۔ آخر کار یہ چیز اسٹیبلش ہوئی 20th century میں کہ ہر انسان کو ایک بطور رائٹ کے، بطور ایبسولیوٹ رائٹ کے، بطور ایبسولیوٹ رائٹ کے ہر انسان کو آزادی حاصل ہے۔ صرف ایک ہی پابندی ہے کہ وہ</w:t>
      </w:r>
    </w:p>
    <w:p>
      <w:r>
        <w:rPr>
          <w:b/>
        </w:rPr>
        <w:t xml:space="preserve">[17:39] </w:t>
      </w:r>
      <w:r>
        <w:t>violence na kare. bas. to ab woh rasool Allah ne jo ke zamanay mein jo, jo soorat thi ke logon ko larna para, woh khatam ho gaya woh. ab koi, koi rokne wala hi nahi. to larai kis se karenge aap? ab koi rokne wala hi nahi hai. aap jis tarah chahen islam ka ishaat kijiye. letter phailaiye, quran phailaiye. masjid banaiye, madrasa</w:t>
      </w:r>
    </w:p>
    <w:p>
      <w:pPr>
        <w:jc w:val="right"/>
      </w:pPr>
      <w:r>
        <w:t>وائلنس نہ کرے۔ بس۔ تو اب وہ رسول اللہ نے جو کے زمانے میں جو، جو صورت تھی کہ لوگوں کو لڑنا پڑا، وہ ختم ہو گیا وہ۔ اب کوئی، کوئی روکنے والا ہی نہیں۔ تو لڑائی کس سے کریں گے آپ؟ اب کوئی روکنے والا ہی نہیں ہے۔ آپ جس طرح چاہیں اسلام کا اشاعت کیجیے۔ لیٹر پھیلائیے، قرآن پھیلائیے۔ مسجد بنائیے، مدرسہ</w:t>
      </w:r>
    </w:p>
    <w:p>
      <w:r>
        <w:rPr>
          <w:b/>
        </w:rPr>
        <w:t xml:space="preserve">[18:09] </w:t>
      </w:r>
      <w:r>
        <w:t>banaiye. koi rukawat hai hi nahi. to is ka maani yeh hai ke ab larai ka hukum jo hai, amalan mauqoof ho gaya. amalan. amalan woh suspend ho gaya. yeh mujaddid ko batana parta hai. yeh batana parta hai ke islam mein jo qital ka hukum diya gaya tha,</w:t>
      </w:r>
    </w:p>
    <w:p>
      <w:pPr>
        <w:jc w:val="right"/>
      </w:pPr>
      <w:r>
        <w:t>بنائیے۔ کوئی رکاوٹ ہے ہی نہیں۔ تو اس کا معنی یہ ہے کہ اب لڑائی کا حکم جو ہے، عملاً موقوف ہو گیا۔ عملاً۔ عملاً وہ سسپینڈ ہو گیا۔ یہ مجدد کو بتانا پڑتا ہے۔ یہ بتانا پڑتا ہے کہ اسلام میں جو قتال کا حکم دیا گیا تھا،</w:t>
      </w:r>
    </w:p>
    <w:p>
      <w:r>
        <w:rPr>
          <w:b/>
        </w:rPr>
        <w:t xml:space="preserve">[18:39] </w:t>
      </w:r>
      <w:r>
        <w:t>woh us waqt tha jab koi rukawat dali jaye. yani deen ka jo peaceful ishaat ka kaam hai, is mein rukawat dali jaye. to qadeem zamanay ke jo badshah thay, woh is ko apnay liye khatra samajhtay thay, khatra. to unhon ne aik kar rakha tha ke aik official religion hai, us official religion hi ko follow karein. koi khud</w:t>
      </w:r>
    </w:p>
    <w:p>
      <w:pPr>
        <w:jc w:val="right"/>
      </w:pPr>
      <w:r>
        <w:t>وہ اس وقت تھا جب کوئی رکاوٹ ڈالی جائے۔ یعنی دین کا جو پیس فل اشاعت کا کام ہے، اس میں رکاوٹ ڈالی جائے۔ تو قدیم زمانے کے جو بادشاہ تھے، وہ اس کو اپنے لیے خطرہ سمجھتے تھے، خطرہ۔ تو انہوں نے ایک کر رکھا تھا کہ ایک آفیشل ریلیجن ہے، اس آفیشل ریلیجن ہی کو فالو کریں۔ کوئی خود</w:t>
      </w:r>
    </w:p>
    <w:p>
      <w:r>
        <w:rPr>
          <w:b/>
        </w:rPr>
        <w:t xml:space="preserve">[19:09] </w:t>
      </w:r>
      <w:r>
        <w:t>kisi ka choice nahi hai. to wo connection khatm ho gaye, wo daur khatm ho gaya. united nations ka qayam ho gaya. aur yeh tay ho gaya ke ab kisi ke liye mazhab ke mamle mein koi bhi pabandi nahi hogi. sirf yeh hai ke wo violence na kare. to ab, ab kis liye ladai? ab ladai kis liye? aab o aamd, talab o barkhast.</w:t>
      </w:r>
    </w:p>
    <w:p>
      <w:pPr>
        <w:jc w:val="right"/>
      </w:pPr>
      <w:r>
        <w:t>کسی کا چوائس نہیں ہے۔ تو وہ کنکشن ختم ہو گئے، وہ دور ختم ہو گیا۔ یونائیٹڈ نیشنز کا قیام ہو گیا۔ اور یہ طے ہو گیا کہ اب کسی کے لیے مذہب کے معاملے میں کوئی بھی پابندی نہیں ہوگی۔ صرف یہ ہے کہ وہ وائلنس نہ کرے۔ تو اب، اب کس لیے لڑائی؟ اب لڑائی کس لیے؟ آب و آمد، طلب و برخاست۔</w:t>
      </w:r>
    </w:p>
    <w:p>
      <w:r>
        <w:rPr>
          <w:b/>
        </w:rPr>
        <w:t xml:space="preserve">[19:41] </w:t>
      </w:r>
      <w:r>
        <w:t>ek wo hai persian mein ke aab o aamd, talab o barkhast. ke jab pani nahi tha to tayammum karne ke liye kaha gaya. tayammum kar lo, namaz padho. ab jab pani aa gaya to tayammum ki zaroorat hi nahi. to aab o aamd, talab o barkhast. pani aayega to tayammum mauqoof ho gaya. isi tarike se jab duniya mein peace aa gaya, azadi aa gayi, to wo khatm.</w:t>
      </w:r>
    </w:p>
    <w:p>
      <w:pPr>
        <w:jc w:val="right"/>
      </w:pPr>
      <w:r>
        <w:t>ایک وہ ہے پرشین میں کہ آب و آمد، طلب و برخاست۔ کہ جب پانی نہیں تھا تو تیمم کرنے کے لیے کہا گیا۔ تیمم کر لو، نماز پڑھو۔ اب جب پانی آ گیا تو تیمم کی ضرورت ہی نہیں۔ تو آب و آمد، طلب و برخاست۔ پانی آئے گا تو تیمم موقوف ہو گیا۔ اسی طریقے سے جب دنیا میں پیس آ گیا، آزادی آ گئی، تو وہ ختم۔</w:t>
      </w:r>
    </w:p>
    <w:p>
      <w:r>
        <w:rPr>
          <w:b/>
        </w:rPr>
        <w:t xml:space="preserve">[20:12] </w:t>
      </w:r>
      <w:r>
        <w:t>achha, lekin yeh bhi yaad rakhiye ke azadi sirf aap ke liye nahi hai, sab ke liye hai. aisa nahi ke musalmanon ko azadi hai aur baqi logon par pabandi hai. aisa nahi ho sakta. yeh daur equality ka daur hai, sab ko ekal. democracy mein har aadmi ekal hai. to yeh azadi ka jo mili, to sab ke liye mili.</w:t>
      </w:r>
    </w:p>
    <w:p>
      <w:pPr>
        <w:jc w:val="right"/>
      </w:pPr>
      <w:r>
        <w:t>اچھا، لیکن یہ بھی یاد رکھیے کہ آزادی صرف آپ کے لیے نہیں ہے، سب کے لیے ہے۔ ایسا نہیں کہ مسلمانوں کو آزادی ہے اور باقی لوگوں پر پابندی ہے۔ ایسا نہیں ہو سکتا۔ یہ دور ایکولٹی کا دور ہے، سب کو ایکول۔ ڈیموکریسی میں ہر آدمی ایکول ہے۔ تو یہ آزادی کا جو ملی، تو سب کے لیے ملی۔</w:t>
      </w:r>
    </w:p>
    <w:p>
      <w:r>
        <w:rPr>
          <w:b/>
        </w:rPr>
        <w:t xml:space="preserve">[20:43] </w:t>
      </w:r>
      <w:r>
        <w:t>to ab dekhiye, kuch log hain jin ko differences hain. wo ilhad ko mante hain, mazhab ko nahi mante. wo insani kitaab ko mante hain, quran ko nahi mante. un ka nazariya ilhad ka nazariya hai. to wo apne hisab se is par izhar khayal karte hain. quran mein aisa hai, muhammad sahib ki</w:t>
      </w:r>
    </w:p>
    <w:p>
      <w:pPr>
        <w:jc w:val="right"/>
      </w:pPr>
      <w:r>
        <w:t>تو اب دیکھیے، کچھ لوگ ہیں جن کو ڈفرنسز ہیں۔ وہ الحاد کو مانتے ہیں، مذہب کو نہیں مانتے۔ وہ انسانی کتاب کو مانتے ہیں، قرآن کو نہیں مانتے۔ ان کا نظریہ الحاد کا نظریہ ہے۔ تو وہ اپنے حساب سے اس پر اظہار خیال کرتے ہیں۔ قرآن میں ایسا ہے، محمد صاحب کی</w:t>
      </w:r>
    </w:p>
    <w:p>
      <w:r>
        <w:rPr>
          <w:b/>
        </w:rPr>
        <w:t xml:space="preserve">[21:14] </w:t>
      </w:r>
      <w:r>
        <w:t>hadith mein aisa hai. apne hisab se wo izhar khayal karte hain, comment dete hain, naqd karte hain, tanqeed karte hain. wo kya hai? wo hai, wo apni azadi ko avail kar rahe hain. jab koi shakhs quran par izhar khayal karta hai ya muhammad sallallahu alaihi wasallam par koi izhar khayal karta hai, to wo apni azadi ko jo age dete</w:t>
      </w:r>
    </w:p>
    <w:p>
      <w:pPr>
        <w:jc w:val="right"/>
      </w:pPr>
      <w:r>
        <w:t>حدیث میں ایسا ہے۔ اپنے حساب سے وہ اظہار خیال کرتے ہیں، کمنٹ دیتے ہیں، نقد کرتے ہیں، تنقید کرتے ہیں۔ وہ کیا ہے؟ وہ ہے، وہ اپنی آزادی کو اویل کر رہے ہیں۔ جب کوئی شخص قرآن پر اظہار خیال کرتا ہے یا محمد صلی اللہ علیہ وسلم پر کوئی اظہار خیال کرتا ہے، تو وہ اپنی آزادی کو جو ایج دیتے</w:t>
      </w:r>
    </w:p>
    <w:p>
      <w:r>
        <w:rPr>
          <w:b/>
        </w:rPr>
        <w:t xml:space="preserve">[21:44] </w:t>
      </w:r>
      <w:r>
        <w:t>hain rakhi hai, us ko avail kar rahe hain. to freedom of expression part of azadi hai. freedom of expression yeh hai azadi ka ek integral part. wo kar raha hai. to aap ko is par kuch haq nahi hai ke aap ko roka hai is ko. yani pehle zamane mein rok tok hoti thi. jaise ibn taimiya ne ek kitaab likhi,</w:t>
      </w:r>
    </w:p>
    <w:p>
      <w:pPr>
        <w:jc w:val="right"/>
      </w:pPr>
      <w:r>
        <w:t>ہیں رکھی ہے، اس کو اویل کر رہے ہیں۔ تو فریڈم آف ایکسپریشن پارٹ آف آزادی ہے۔ فریڈم آف ایکسپریشن یہ ہے آزادی کا ایک انٹیگرل پارٹ۔ وہ کر رہا ہے۔ تو آپ کو اس پر کچھ حق نہیں ہے کہ آپ کو روکا ہے اس کو۔ یعنی پہلے زمانے میں روک ٹوک ہوتی تھی۔ جیسے ابن تیمیہ نے ایک کتاب لکھی،</w:t>
      </w:r>
    </w:p>
    <w:p>
      <w:r>
        <w:rPr>
          <w:b/>
        </w:rPr>
        <w:t xml:space="preserve">[22:14] </w:t>
      </w:r>
      <w:r>
        <w:t>alsarimul musool ala shatib al rasool. alsarimul musool ala shatib al rasool. wo daur ki baat hai. ab aap kisi ko qatl nahi kar sakte is liye ke wo aap ke paighambar ke khilaf bol raha hai. nahi qatl kar sakte aap. kyunke us ko rokenge to khud bhi rukna padega aap ko. us ko aap rokenge to aap ko hi rukna padega. dusra kahega mat banao</w:t>
      </w:r>
    </w:p>
    <w:p>
      <w:pPr>
        <w:jc w:val="right"/>
      </w:pPr>
      <w:r>
        <w:t>الصارم المسول علی شاطب الرسول۔ الصارم المسول علی شاطب الرسول۔ وہ دور کی بات ہے۔ اب آپ کسی کو قتل نہیں کر سکتے اس لیے کہ وہ آپ کے پیغمبر کے خلاف بول رہا ہے۔ نہیں قتل کر سکتے آپ۔ کیونکہ اس کو روکیں گے تو خود بھی رکنا پڑے گا آپ کو۔ اس کو آپ روکیں گے تو آپ کو ہی رکنا پڑے گا۔ دوسرا کہے گا مت بنا</w:t>
      </w:r>
    </w:p>
    <w:p>
      <w:r>
        <w:rPr>
          <w:b/>
        </w:rPr>
        <w:t xml:space="preserve">[22:44] </w:t>
      </w:r>
      <w:r>
        <w:t>o, mat banao, madrasa mat banao. to kya aap manenge is ko? hajj mat karo. apne liye azadi lene ke liye aap ko doosre ko azadi dena padta hai. apne liye azadi paane ke liye doosre ko azadi dena padta hai. to main samajhta hoon ke ab shatme rasool ka masla khatm. jis cheez ko shatme kehte the aap,</w:t>
      </w:r>
    </w:p>
    <w:p>
      <w:pPr>
        <w:jc w:val="right"/>
      </w:pPr>
      <w:r>
        <w:t>ؤ، مت بناؤ، مدرسہ مت بناؤ۔ تو کیا آپ مانیں گے اس کو؟ حج مت کرو۔ اپنے لیے آزادی لینے کے لیے آپ کو دوسرے کو آزادی دینا پڑتا ہے۔ اپنے لیے آزادی پانے کے لیے دوسرے کو آزادی دینا پڑتا ہے۔ تو میں سمجھتا ہوں کہ اب شتم رسول کا مسئلہ ختم۔ جس چیز کو شتم کہتے تھے آپ،</w:t>
      </w:r>
    </w:p>
    <w:p>
      <w:r>
        <w:rPr>
          <w:b/>
        </w:rPr>
        <w:t xml:space="preserve">[23:15] </w:t>
      </w:r>
      <w:r>
        <w:t>wo shatme nahi hai. wo azadi ka istemal hai. yeh to shatme khud apna naam tha, diya hua. jo bol raha hai, jo criticize kar raha hai, us ne nahi kaha ke main shatme kar raha hoon. wo apne ko shatim nahi kehta. main shatim e rasool hoon, yeh nahi kehta apne aap ko. yeh aap ne unhein yeh de rakha hai ke tum shatme karte ho. to shatim keh kar aap kehte hain ke is ko hum marenge.</w:t>
      </w:r>
    </w:p>
    <w:p>
      <w:pPr>
        <w:jc w:val="right"/>
      </w:pPr>
      <w:r>
        <w:t>وہ شتم نہیں ہے۔ وہ آزادی کا استعمال ہے۔ یہ تو شتم خود اپنا نام تھا، دیا ہوا۔ جو بول رہا ہے، جو کریٹیسائز کر رہا ہے، اس نے نہیں کہا کہ میں شتم کر رہا ہوں۔ وہ اپنے کو شاتم نہیں کہتا۔ میں شاتم رسول ہوں، یہ نہیں کہتا اپنے آپ کو۔ یہ آپ نے انہیں یہ دے رکھا ہے کہ تم شتم کرتے ہو۔ تو شاتم کہہ کر آپ کہتے ہیں کہ اس کو ہم ماریں گے۔</w:t>
      </w:r>
    </w:p>
    <w:p>
      <w:r>
        <w:rPr>
          <w:b/>
        </w:rPr>
        <w:t xml:space="preserve">[23:46] </w:t>
      </w:r>
      <w:r>
        <w:t>yeh bilkul islam ke khilaf hai. bilkul yeh isi liye kaha jata hai ke musalman baaz zamane mein misfit hain. yeh ek tasawwur ban gaya hai ke musalman baaz zamane mein misfit, misfit hain. kyunke wo freedom of expression ko allow karne ke liye tayyar nahi hain. to waqai misfit maane jayenge wo? misfit maane jayenge? to aap ko achhi tarah</w:t>
      </w:r>
    </w:p>
    <w:p>
      <w:pPr>
        <w:jc w:val="right"/>
      </w:pPr>
      <w:r>
        <w:t>یہ بالکل اسلام کے خلاف ہے۔ بالکل یہ اسی لیے کہا جاتا ہے کہ مسلمان بعض زمانے میں مس فٹ ہیں۔ یہ ایک تصور بن گیا ہے کہ مسلمان بعض زمانے میں مس فٹ، مس فٹ ہیں۔ کیونکہ وہ فریڈم آف ایکسپریشن کو الاؤ کرنے کے لیے تیار نہیں ہیں۔ تو واقعی مس فٹ مانے جائیں گے وہ؟ مس فٹ مانے جائیں گے؟ تو آپ کو اچھی طرح</w:t>
      </w:r>
    </w:p>
    <w:p>
      <w:r>
        <w:rPr>
          <w:b/>
        </w:rPr>
        <w:t xml:space="preserve">[24:16] </w:t>
      </w:r>
      <w:r>
        <w:t>samajhna chahiye ke duniya mein naya jo daur aaya hai, jis ne sab ko azadi di hai, to wo azadi sirf musalman ke liye nahi, sab ke liye hai. to ab aap ko yeh right nahi hai ke aap kisi ko shatim keh ke us ko marain. yeh right nahi hai. aap ko sirf yeh right hai ke us ne kitaab likhi hai, to aap bhi kitaab likhiye. us ne taqreer ki hai, to aap bhi taqreer kijiye.</w:t>
      </w:r>
    </w:p>
    <w:p>
      <w:pPr>
        <w:jc w:val="right"/>
      </w:pPr>
      <w:r>
        <w:t>سمجھنا چاہیے کہ دنیا میں نیا جو دور آیا ہے، جس نے سب کو آزادی دی ہے، تو وہ آزادی صرف مسلمان کے لیے نہیں، سب کے لیے ہے۔ تو اب آپ کو یہ رائٹ نہیں ہے کہ آپ کسی کو شاتم کہہ کے اس کو ماریں۔ یہ رائٹ نہیں ہے۔ آپ کو صرف یہ رائٹ ہے کہ اس نے کتاب لکھی ہے، تو آپ بھی کتاب لکھیے۔ اس نے تقریر کی ہے، تو آپ بھی تقریر کیجیے۔</w:t>
      </w:r>
    </w:p>
    <w:p>
      <w:r>
        <w:rPr>
          <w:b/>
        </w:rPr>
        <w:t xml:space="preserve">[24:47] </w:t>
      </w:r>
      <w:r>
        <w:t>us ne koi bayan diya hai, to aap bhi bayan dijiye. bas. aap yeh nahi keh sakte ke us ne hamare rasool ke khilaf shatme kiya hai, to is liye hum ko qatl, qatl karenge, qatl kahenge. yeh bilkul islam ke khilaf hai, age ke khilaf hai. har cheez ke khilaf hai. to musalmanon mein yeh soch hai, isi ki wajah se yeh tasawwur ban gaya hai ke islam, ke musalman misfit hain daur jadeed mein.</w:t>
      </w:r>
    </w:p>
    <w:p>
      <w:pPr>
        <w:jc w:val="right"/>
      </w:pPr>
      <w:r>
        <w:t>اس نے کوئی بیان دیا ہے، تو آپ بھی بیان دیجیے۔ بس۔ آپ یہ نہیں کہہ سکتے کہ اس نے ہمارے رسول کے خلاف شتم کیا ہے، تو اس لیے ہم کو قتل، قتل کریں گے، قتل کہیں گے۔ یہ بالکل اسلام کے خلاف ہے، ایج کے خلاف ہے۔ ہر چیز کے خلاف ہے۔ تو مسلمانوں میں یہ سوچ ہے، اسی کی وجہ سے یہ تصور بن گیا ہے کہ اسلام، کہ مسلمان مس فٹ ہیں دور جدید میں۔</w:t>
      </w:r>
    </w:p>
    <w:p>
      <w:r>
        <w:rPr>
          <w:b/>
        </w:rPr>
        <w:t xml:space="preserve">[25:18] </w:t>
      </w:r>
      <w:r>
        <w:t>to musalman nahi bhi misfit hain. musalmanon ne ek naya jo tareeqa bana liya, us wo cheez misfit hai. yani musalman as a community misfit nahi hain. balke yeh misfit hai, yeh baat, yeh baat, yeh baat misfit hai ke jo islam ke khilaf, quran ke khilaf, rasool allah ke khilaf koi mazmoon likha hai, to aap kahen ke us ko hum qatl karenge. yeh, yeh baat mis</w:t>
      </w:r>
    </w:p>
    <w:p>
      <w:pPr>
        <w:jc w:val="right"/>
      </w:pPr>
      <w:r>
        <w:t>تو مسلمان نہیں بھی مس فٹ ہیں۔ مسلمانوں نے ایک نیا جو طریقہ بنا لیا، اس وہ چیز مس فٹ ہے۔ یعنی مسلمان ایز اے کمیونٹی مس فٹ نہیں ہیں۔ بلکہ یہ مس فٹ ہے، یہ بات، یہ بات، یہ بات مس فٹ ہے کہ جو اسلام کے خلاف، قرآن کے خلاف، رسول اللہ کے خلاف کوئی مضمون لکھا ہے، تو آپ کہیں کہ اس کو ہم قتل کریں گے۔ یہ، یہ بات مس</w:t>
      </w:r>
    </w:p>
    <w:p>
      <w:r>
        <w:rPr>
          <w:b/>
        </w:rPr>
        <w:t xml:space="preserve">[25:48] </w:t>
      </w:r>
      <w:r>
        <w:t>fit hai. to hamein is daur ke badast kaam yeh hai ke musalmanon ko update karen. musalmanon ko, musalmanon ke andar rethinking layein. musalmanon ko bataye ke is daur mein tum kahan khade ho? kya right tum ko mila hua hai?</w:t>
      </w:r>
    </w:p>
    <w:p>
      <w:pPr>
        <w:jc w:val="right"/>
      </w:pPr>
      <w:r>
        <w:t>فٹ ہے۔ تو ہمیں اس دور کے بددست کام یہ ہے کہ مسلمانوں کو اپڈیٹ کریں۔ مسلمانوں کو، مسلمانوں کے اندر ری تھنکنگ لائے۔ مسلمانوں کو بتایا کہ اس دور میں تم کہاں کھڑے ہو؟ کیا رائٹ تم کو ملا ہوا ہے؟</w:t>
      </w:r>
    </w:p>
    <w:p>
      <w:r>
        <w:rPr>
          <w:b/>
        </w:rPr>
        <w:t xml:space="preserve">[26:18] </w:t>
      </w:r>
      <w:r>
        <w:t>daur jadeed ke lehaz se mawaqe jo hain, un ko avail karne ke liye kya shartein hain? yeh bataye. to badast ka kaam jo hai, wo hai reapplication. yani islam ki taleemat ka zamane ke lehaz se reapplication. to jin ulama ne fatwa diya tha ke jo rasool allah par shatme kare, us ko qatl kiya jayega,</w:t>
      </w:r>
    </w:p>
    <w:p>
      <w:pPr>
        <w:jc w:val="right"/>
      </w:pPr>
      <w:r>
        <w:t>دور جدید کے لحاظ سے مواقع جو ہیں، ان کو اویل کرنے کے لیے کیا شرطیں ہیں؟ یہ بتائے۔ تو بددست کا کام جو ہے، وہ ہے ری ایپلیکیشن۔ یعنی اسلام کی تعلیمات کا زمانے کے لحاظ سے ری ایپلیکیشن۔ تو جن علماء نے فتویٰ دیا تھا کہ جو رسول اللہ پر شتم کرے، اس کو قتل کیا جائے گا،</w:t>
      </w:r>
    </w:p>
    <w:p>
      <w:r>
        <w:rPr>
          <w:b/>
        </w:rPr>
        <w:t xml:space="preserve">[26:48] </w:t>
      </w:r>
      <w:r>
        <w:t>wo ulama ab irrelevant ban gaye hain daur jadeed mein. aisi kitabein, aisi fatawa ab daur jadeed mein irrelevant ban gaye hain. wo yeh hai ke aab o aamd, talab o barkhast, yani tayammum ka masla irrelevant ho jayega jab pani aa jaye. tayammum ka masla irrelevant ho jayega jab pani aa jaye. aise hi jab azadi aa jaye to shatim ko qatl karo ka masla bhi ar</w:t>
      </w:r>
    </w:p>
    <w:p>
      <w:pPr>
        <w:jc w:val="right"/>
      </w:pPr>
      <w:r>
        <w:t>وہ علماء اب اریلیونٹ بن گئے ہیں دور جدید میں۔ ایسی کتابیں، ایسے فتاویٰ اب دور جدید میں اریلیونٹ بن گئے ہیں۔ وہ یہ ہے کہ آب و آمد، طلب و برخاست، یعنی تیمم کا مسئلہ اریلیونٹ ہو جائے گا جب پانی آ جائے۔ تیمم کا مسئلہ اریلیونٹ ہو جائے گا جب پانی آ جائے۔ ایسے ہی جب آزادی آ جائے تو شاتم کو قتل کرو کا مسئلہ بھی ار</w:t>
      </w:r>
    </w:p>
    <w:p>
      <w:r>
        <w:rPr>
          <w:b/>
        </w:rPr>
        <w:t xml:space="preserve">[27:18] </w:t>
      </w:r>
      <w:r>
        <w:t>relevant ho jayega. ab aap azadi ko ek nemat samjhiye. aap khoob islam ki ishaat kijiye. quran ke tarjume tayyar kar ke kitaab duniya mein phailaiye. islam par kitabein likhiye, islam par lecture dijiye. yani peaceful andaaz mein jo bhi aap chahen kar sakte hain, kijiye. lekin sath sath doosron ko bhi aap ko azadi</w:t>
      </w:r>
    </w:p>
    <w:p>
      <w:pPr>
        <w:jc w:val="right"/>
      </w:pPr>
      <w:r>
        <w:t>یلیونٹ ہو جائے گا۔ اب آپ آزادی کو ایک نعمت سمجھئے۔ آپ خوب اسلام کی اشاعت کیجیے۔ قرآن کے ترجمے تیار کر کے کتاب دنیا میں پھیلائیے۔ اسلام پر کتابیں لکھیے، اسلام پر لیکچر دیجیے۔ یعنی پیس فل انداز میں جو بھی آپ چاہیں کر سکتے ہیں، کیجیے۔ لیکن ساتھ ساتھ دوسروں کو بھی آپ کو آز</w:t>
      </w:r>
    </w:p>
    <w:p>
      <w:r>
        <w:rPr>
          <w:b/>
        </w:rPr>
        <w:t xml:space="preserve">[27:48] </w:t>
      </w:r>
      <w:r>
        <w:t>deni padegi. misaal ke taur par salman rushdie ne ek kitaab likhi, satanic verses. to baqayda ek fatwa diya gaya sare ulama ki taraf se ke qatl karo, qatl karo, qatl karo. yeh bilkul galat fatwa tha. is mein koi shaq nahi ke galat fatwa tha. ulama ko yeh dena chahiye tha, kehna chahiye tha ke is kitaab</w:t>
      </w:r>
    </w:p>
    <w:p>
      <w:pPr>
        <w:jc w:val="right"/>
      </w:pPr>
      <w:r>
        <w:t>ادی دینی پڑے گی۔ مثال کے طور پر سلمان رشدی نے ایک کتاب لکھی، سیٹیرک ورسز۔ تو باقاعدہ ایک فتویٰ دیا گیا سارے علماء کی طرف سے کہ قتل کرو، قتل کرو، قتل کرو۔ یہ بالکل غلط فتویٰ تھا۔ اس میں کوئی شک نہیں کہ غلط فتویٰ تھا۔ علماء کو یہ دینا چاہیے تھا، کہنا چاہیے تھا کہ اس کتاب</w:t>
      </w:r>
    </w:p>
    <w:p>
      <w:r>
        <w:rPr>
          <w:b/>
        </w:rPr>
        <w:t xml:space="preserve">[28:18] </w:t>
      </w:r>
      <w:r>
        <w:t>ko padho, padh kar ke doosri kitaab likho is jawab mein. us ne agar rasool allah ki image bigadi hai to tum image ko correct karo, ek nayi kitaab likh kar ke. aur yeh mujhe maloom hai ke ek aadmi ne aisa kiya tha. doctor majid sahib the, haan jahan jahan mil rahe hain, professor the wo. doctor majid sahib, islamiat ke professor the wo. unhone baqayda ek kitaab likhi</w:t>
      </w:r>
    </w:p>
    <w:p>
      <w:pPr>
        <w:jc w:val="right"/>
      </w:pPr>
      <w:r>
        <w:t>کو پڑھو، پڑھ کر کے دوسری کتاب لکھو اس جواب میں۔ اس نے اگر رسول اللہ کی امیج بگاڑی ہے تو تم امیج کو کریکٹ کرو، ایک نئی کتاب لکھ کر کے۔ اور یہ مجھے معلوم ہے کہ ایک آدمی نے ایسا کیا تھا۔ ڈاکٹر ماجد صاحب تھے، ہاں جہاں جہاں مل رہے ہیں، پروفیسر تھے وہ۔ ڈاکٹر ماجد صاحب، اسلامیات کے پروفیسر تھے وہ۔ انہوں نے باقاعدہ ایک کتاب لکھی</w:t>
      </w:r>
    </w:p>
    <w:p>
      <w:r>
        <w:rPr>
          <w:b/>
        </w:rPr>
        <w:t xml:space="preserve">[28:48] </w:t>
      </w:r>
      <w:r>
        <w:t>thi, satanic verses ke khilaf. lekin wo kitaab zyada aam nahi hui. wo fatwa zyada aam ho gaya, un ki kitaab zyada aam nahi hui. english thi wo kitaab. to baharhaal jin logon ne yeh fatwa diya ke salman rushdie ko qatl karo, wo bilashuba galat fatwa diya unhone. un ko yeh kehna chahiye tha ke</w:t>
      </w:r>
    </w:p>
    <w:p>
      <w:pPr>
        <w:jc w:val="right"/>
      </w:pPr>
      <w:r>
        <w:t>تھی، سیٹیرک ورسز کے خلاف۔ لیکن وہ کتاب زیادہ عام نہیں ہوئی۔ وہ فتویٰ زیادہ عام ہو گیا، ان کی کتاب زیادہ عام نہیں ہوئی۔ انگلش تھی وہ کتاب۔ تو بہرحال جن لوگوں نے یہ فتویٰ دیا کہ سلمان رشدی کو قتل کرو، وہ بلاشبہ غلط فتویٰ دیا انہوں نے۔ ان کو یہ کہنا چاہیے تھا کہ</w:t>
      </w:r>
    </w:p>
    <w:p>
      <w:r>
        <w:rPr>
          <w:b/>
        </w:rPr>
        <w:t xml:space="preserve">[29:20] </w:t>
      </w:r>
      <w:r>
        <w:t>scholars ko, jo padhe likhe log hain, un ko chahiye is kitaab ko padhein, padh kar ke ilmi andaaz mein, daleel ki zabaan se is ka jawab likhein, nayi kitaab. yeh hai, yeh aisa na karne ki wajah se musalmanon ki image ban gayi ke wo misfit hain. yani ek daur to wo hai ke har aadmi ko haq hai kitaab likhe, apni rai de. wo kehte hain nahi, hum to qatl karenge is ko.</w:t>
      </w:r>
    </w:p>
    <w:p>
      <w:pPr>
        <w:jc w:val="right"/>
      </w:pPr>
      <w:r>
        <w:t>اسکالرز کو، جو پڑھے لکھے لوگ ہیں، ان کو چاہیے اس کتاب کو پڑھیں، پڑھ کر کے علمی انداز میں، دلیل کی زبان سے اس کا جواب لکھیں، نئی کتاب۔ یہ ہے، یہ ایسا نہ کرنے کی وجہ سے مسلمانوں کی امیج بن گئی کہ وہ مس فٹ ہیں۔ یعنی ایک دور تو وہ ہے کہ ہر آدمی کو حق ہے کتاب لکھے، اپنی رائے دے۔ وہ کہتے ہیں نہیں، ہم تو قتل کریں گے اس کو۔</w:t>
      </w:r>
    </w:p>
    <w:p>
      <w:r>
        <w:rPr>
          <w:b/>
        </w:rPr>
        <w:t xml:space="preserve">[29:52] </w:t>
      </w:r>
      <w:r>
        <w:t>to jaisa ke maine arz kiya ke islam ke do pehlu hain. ek hai practical pehlu is ka. namaz, roza, hajj, zakat, yeh practical pehlu hai. wo chal raha hai institution ke zariye se. institution qaim hai sari duniya mein. wahan sargarmian rozana hoti hain. isi mein main tablighi jamaat ko bhi shamil karta hoon. tablighi jamaat bhi goya ke ek idara hai</w:t>
      </w:r>
    </w:p>
    <w:p>
      <w:pPr>
        <w:jc w:val="right"/>
      </w:pPr>
      <w:r>
        <w:t>تو جیسا کہ میں نے عرض کیا کہ اسلام کے دو پہلو ہیں۔ ایک ہے پریکٹیکل پہلو اس کا۔ نماز، روزہ، حج، زکوۃ، یہ پریکٹیکل پہلو ہے۔ وہ چل رہا ہے انسٹیٹیوشن کے ذریعے سے۔ انسٹیٹیوشن قائم ہے ساری دنیا میں۔ وہاں سرگرمیاں روزانہ ہوتی ہیں۔ اسی میں میں تبلیغی جماعت کو بھی شامل کرتا ہوں۔ تبلیغی جماعت بھی گویا کہ ایک ادارہ ہے</w:t>
      </w:r>
    </w:p>
    <w:p>
      <w:r>
        <w:rPr>
          <w:b/>
        </w:rPr>
        <w:t xml:space="preserve">[30:22] </w:t>
      </w:r>
      <w:r>
        <w:t>jo islam ke practical aspect ko le kar chal raha hai. yani form ke aitbar se. yeh sare idare jo hain, yeh islam ke practical form ko hamesha ke liye zinda rakhe hue hain. logon ke liye taake log dekhein, dekh kar janen ke hum kaise, hamein follow karna hai. aur doosra pehlu jo tha, wo</w:t>
      </w:r>
    </w:p>
    <w:p>
      <w:pPr>
        <w:jc w:val="right"/>
      </w:pPr>
      <w:r>
        <w:t>جو اسلام کے پریکٹیکل ایسپیکٹ کو لے کر چل رہا ہے۔ یعنی فارم کے اعتبار سے۔ یہ سارے ادارے جو ہیں، یہ اسلام کے پریکٹیکل فارم کو ہمیشہ کے لیے زندہ رکھے ہوئے ہیں۔ لوگوں کے لیے تاکہ لوگ دیکھیں، دیکھ کر جانیں کہ ہم کیسے، ہمیں فالو کرنا ہے۔ اور دوسرا پہلو جو تھا، وہ</w:t>
      </w:r>
    </w:p>
    <w:p>
      <w:r>
        <w:rPr>
          <w:b/>
        </w:rPr>
        <w:t xml:space="preserve">[30:52] </w:t>
      </w:r>
      <w:r>
        <w:t>yeh tha ke islam ki ideology ko reestablish karna. lekin yahan hamare ulama bohat hi zyada apna role nahi ada kar sake. apna role ada nahi kar sake. is wajah se musalman jagah jagah takrate hain. jagah jagah un ko protest karte hain. aur isi wajah se islam ki yeh image ban gayi hai ke islam daur jadeed mein misfit hai. to</w:t>
      </w:r>
    </w:p>
    <w:p>
      <w:pPr>
        <w:jc w:val="right"/>
      </w:pPr>
      <w:r>
        <w:t>یہ تھا کہ اسلام کی آئیڈیالوجی کو ری اسٹیبلش کرنا۔ لیکن یہاں ہمارے علماء بہت ہی زیادہ اپنا رول نہیں ادا کر سکے۔ اپنا رول ادا نہیں کر سکے۔ اس وجہ سے مسلمان جگہ جگہ ٹکراتے ہیں۔ جگہ جگہ ان کو پروٹیسٹ کرتے ہیں۔ اور اسی وجہ سے اسلام کی یہ امیج بن گئی ہے کہ اسلام دور جدید میں مس فٹ ہے۔ تو</w:t>
      </w:r>
    </w:p>
    <w:p>
      <w:r>
        <w:rPr>
          <w:b/>
        </w:rPr>
        <w:t xml:space="preserve">[31:23] </w:t>
      </w:r>
      <w:r>
        <w:t>jo log yeh kehte hain ke madaris mein quran hisab badlo, masjidon mein yeh tabdeeli lao, hajj mein yeh karo, yeh sab galat, mere mutalbe hain. hajj ka nizam wahi rahega, madarse ka nizam wahi rahega, masjid ka nizam wahi rahega. is mein kisi tabdeeli ki zaroorat nahi hai. kyunke wo to ek hi form hai jo chalta rahega. namaz isi tarah padhi jayegi. quran o hadith ka dar</w:t>
      </w:r>
    </w:p>
    <w:p>
      <w:pPr>
        <w:jc w:val="right"/>
      </w:pPr>
      <w:r>
        <w:t>جو لوگ یہ کہتے ہیں کہ مدارس میں قرآن حساب بدلو، مسجدوں میں یہ تبدیلی لاؤ، حج میں یہ کرو، یہ سب غلط، میرے مطالبے ہیں۔ حج کا نظام وہی رہے گا، مدرسے کا نظام وہی رہے گا، مسجد کا نظام وہی رہے گا۔ اس میں کسی تبدیلی کی ضرورت نہیں ہے۔ کیونکہ وہ تو ایک ہی فارم ہے جو چلتا رہے گا۔ نماز اسی طرح پڑھی جائے گی۔ قرآن و حدیث کا در</w:t>
      </w:r>
    </w:p>
    <w:p>
      <w:r>
        <w:rPr>
          <w:b/>
        </w:rPr>
        <w:t xml:space="preserve">[31:53] </w:t>
      </w:r>
      <w:r>
        <w:t>s isi tarah diya jayega. haj isi tarah kiya jayega. to yeh permanent form hai yeh. yeh sab cheezein jo hain, islam ke permanent form ko zinda rakhe hue hain. yeh idare bhi aur tablighi jamaat jo hain, jamaatein bhi. to is mein yeh kehna ke is mein yeh tabdeeli karo, woh tabdeeli karo, mere nazdeek galat mutalba hai. is ko aap mat chodiye.</w:t>
      </w:r>
    </w:p>
    <w:p>
      <w:pPr>
        <w:jc w:val="right"/>
      </w:pPr>
      <w:r>
        <w:t>س اسی طرح دیا جائے گا۔ حج اسی طرح کیا جائے گا۔ تو یہ پرمننٹ فارم ہے یہ۔ یہ سب چیزیں جو ہیں، اسلام کے پرمننٹ فارم کو زندہ رکھے ہوئے ہیں۔ یہ ادارے بھی اور تبلیغی جماعت جو ہیں، جماعتیں بھی۔ تو اس میں یہ کہنا کہ اس میں یہ تبدیلی کرو، وہ تبدیلی کرو، میرے نزدیک غلط مطالبہ ہے۔ اس کو آپ مت چھوڑیے۔</w:t>
      </w:r>
    </w:p>
    <w:p>
      <w:r>
        <w:rPr>
          <w:b/>
        </w:rPr>
        <w:t xml:space="preserve">[32:23] </w:t>
      </w:r>
      <w:r>
        <w:t>jaise kar rahe hain karne dijiye. aap ka kaam yahan hai, tajdeed ke maidan mein. tajdeed ke maidan mein. misaal ke taur par abhi dekhiye, ek bohat bada nuqsan musalmanon ko uthana pada. aaj ka zamana banking ka zamana hai. banking ka tareeqa ek established tareeqa hai, accepted tareeqa hai. is mein saving bank hota hai, saving account</w:t>
      </w:r>
    </w:p>
    <w:p>
      <w:pPr>
        <w:jc w:val="right"/>
      </w:pPr>
      <w:r>
        <w:t>جیسے کر رہے ہیں کرنے دیجیے۔ آپ کا کام یہاں ہے، تجدید کے میدان میں۔ تجدید کے میدان میں۔ مثال کے طور پر ابھی دیکھیے، ایک بہت بڑا نقصان مسلمانوں کو اٹھانا پڑا۔ آج کا زمانہ بینکنگ کا زمانہ ہے۔ بینکنگ کا طریقہ ایک اسٹیبلش طریقہ ہے، ایکسیپٹڈ طریقہ ہے۔ اس میں سیونگ بینک ہوتا ہے، سیونگ اکاؤنٹ</w:t>
      </w:r>
    </w:p>
    <w:p>
      <w:r>
        <w:rPr>
          <w:b/>
        </w:rPr>
        <w:t xml:space="preserve">[32:53] </w:t>
      </w:r>
      <w:r>
        <w:t>hota hai. ulama ne nihayat hi galat taur par yeh fatwa de diya ke bank mein, yaani account rakhna hi najayaz hai. to logon ne saving bank mein account rakhna chhod diya. ab gharon mein rakhne lage paisa. ab jo naya qanoon aaya, to un ka ghar ka paisa jo hai, invalid ho gaya. agar woh paise ko rakhte bank mein, to woh valid rehta, valid. waise hi khinchta rehta</w:t>
      </w:r>
    </w:p>
    <w:p>
      <w:pPr>
        <w:jc w:val="right"/>
      </w:pPr>
      <w:r>
        <w:t>ہوتا ہے۔ علماء نے نہایت ہی غلط طور پر یہ فتویٰ دے دیا کہ بینک میں، یعنی اکاؤنٹ رکھنا ہی ناجائز ہے۔ تو لوگوں نے سیونگ بینک میں اکاؤنٹ رکھنا چھوڑ دیا۔ اب گھروں میں رکھنے لگے پیسہ۔ اب جو نیا قانون آیا، تو ان کا گھر کا پیسہ جو ہے، ان ویلڈ ہو گیا۔ اگر وہ پیسے کو رکھتے بینک میں، تو وہ ویلڈ رہتا، ویلڈ۔ ویسے ہی کھنچتا رہتا</w:t>
      </w:r>
    </w:p>
    <w:p>
      <w:r>
        <w:rPr>
          <w:b/>
        </w:rPr>
        <w:t xml:space="preserve">[33:23] </w:t>
      </w:r>
      <w:r>
        <w:t>yeh kya hai? zamane ke lehaz se rehnumai na karna. aaj ke jo ulama hain, aaj ke jo muhaddis hain, woh is maamle mein fail ho gaye. unhone kaha bank mein rakho, saving account rakho paisa apna. is mein koi harj nahi hai. lekin ek hai sood ka nizam khud chalana. ek</w:t>
      </w:r>
    </w:p>
    <w:p>
      <w:pPr>
        <w:jc w:val="right"/>
      </w:pPr>
      <w:r>
        <w:t>۔ یہ کیا ہے؟ زمانے کے لحاظ سے رہنمائی نہ کرنا۔ آج کے جو علماء ہیں، آج کے جو محدد ہیں، وہ اس معاملے میں فیل ہو گئے۔ انہوں نے کہا بینک میں رکھو، سیونگ اکاؤنٹ رکھو پیسہ اپنا۔ اس میں کوئی حرج نہیں ہے۔ لیکن ایک ہے سود کا نظام خود چلانا۔ ایک</w:t>
      </w:r>
    </w:p>
    <w:p>
      <w:r>
        <w:rPr>
          <w:b/>
        </w:rPr>
        <w:t xml:space="preserve">[33:53] </w:t>
      </w:r>
      <w:r>
        <w:t>hai sood ka nizam khud chalana. ek hai sood, yaani banking ka jo system hai, us se mustafida hona. dono mein farq hai. aap sood ka nizam mat chalaiye. lekin jo bank ka nizam sari duniya mein qaim hai, us se faida uthane mein kya harj hai? ab is ke baad jo saving account mein paisa rakhiye apna. to agar musalmanon ne saving account mein, bankon mein paisa rakha hota</w:t>
      </w:r>
    </w:p>
    <w:p>
      <w:pPr>
        <w:jc w:val="right"/>
      </w:pPr>
      <w:r>
        <w:t>ہے سود کا نظام خود چلانا۔ ایک ہے سود، یعنی بینکنگ کا جو سسٹم ہے، اس سے استفادہ کرنا۔ دونوں میں فرق ہے۔ آپ سود کا نظام مت چلائیے۔ لیکن جو بینک کا نظام ساری دنیا میں قائم ہے، اس سے فائدہ اٹھانے میں کیا حرج ہے؟ اب اس کے بعد جو سیونگ اکاؤنٹ میں پیسہ رکھیے اپنا۔ تو اگر مسلمانوں نے سیونگ اکاؤنٹ میں، بینکوں میں پیسہ رکھا ہوت</w:t>
      </w:r>
    </w:p>
    <w:p>
      <w:r>
        <w:rPr>
          <w:b/>
        </w:rPr>
        <w:t xml:space="preserve">[34:23] </w:t>
      </w:r>
      <w:r>
        <w:t>to ek paisa bhi un ka zaya na hota. sab ka sab un ke paas rehta. lekin ghair zaroori soorat mein musalman phans gaye. yeh hai rehnumai ki kotahi, bad-dast ki. to bad-dast ka kaam yeh hai, zamane ke lehaz se islam ki taleemat ko re-apply karna. re-apply karna.</w:t>
      </w:r>
    </w:p>
    <w:p>
      <w:pPr>
        <w:jc w:val="right"/>
      </w:pPr>
      <w:r>
        <w:t>ا، تو ایک پیسہ بھی ان کا ضائع نہ ہوتا۔ سب کا سب ان کے پاس رہتا۔ لیکن غیر ضروری صورت میں مسلمان پھنس گئے۔ یہ ہے رہنمائی کی کوتاہی، بددست کی۔ تو بددست کا کام یہ ہے، زمانے کے لحاظ سے اسلام کی تعلیمات کو ری اپلائی کرنا۔ ری اپلائی کرنا۔</w:t>
      </w:r>
    </w:p>
    <w:p>
      <w:r>
        <w:rPr>
          <w:b/>
        </w:rPr>
        <w:t xml:space="preserve">[34:57] </w:t>
      </w:r>
      <w:r>
        <w:t>to main samajhta hoon ke ummat ne ek pehlu mein to bohat zabardast kaam kiya. yaani islam ke form ko zinda rakhna. islam ke form ko, yaani non-stop taur par duniya mein chalana. is maamle mein ummat ne bohat achha kaam kiya. isi wajah se islam ki ek tareekh qaim hai. tareekh mein jaise gap pad jaye to tareekh toot jati hai. break in history ho jata</w:t>
      </w:r>
    </w:p>
    <w:p>
      <w:pPr>
        <w:jc w:val="right"/>
      </w:pPr>
      <w:r>
        <w:t>تو میں سمجھتا ہوں کہ امت نے ایک پہلو میں تو بہت زبردست کام کیا۔ یعنی اسلام کے فارم کو زندہ رکھنا۔ اسلام کے فارم کو، یعنی نان اسٹاپ طور پر دنیا میں چلانا۔ اس معاملے میں امت نے بہت اچھا کام کیا۔ اسی وجہ سے اسلام کی ایک تاریخ قائم ہے۔ تاریخ میں جیسے گیپ پڑ جائے تو تاریخ ٹوٹ جاتی ہے۔ بریک ان ہسٹری ہو جاتا</w:t>
      </w:r>
    </w:p>
    <w:p>
      <w:r>
        <w:rPr>
          <w:b/>
        </w:rPr>
        <w:t xml:space="preserve">[35:27] </w:t>
      </w:r>
      <w:r>
        <w:t>hai. islam ki tareekh mein break in history nahi hone paya. ke namaz ka, ka koi form bhi logon ke samne na ho. haj ka koi form bhi logon ke samne na ho. kitab padhna pade. aisa waqt nahi aaya. aisa waqt nahi aaya. islam ka form logon ke samne</w:t>
      </w:r>
    </w:p>
    <w:p>
      <w:pPr>
        <w:jc w:val="right"/>
      </w:pPr>
      <w:r>
        <w:t>ہے۔ اسلام کی تاریخ میں بریک ان ہسٹری نہیں ہونے پایا۔ کہ نماز کا، کا کوئی فارم بھی لوگوں کے سامنے نہ ہو۔ حج کا کوئی فارم بھی لوگوں کے سامنے نہ ہو۔ کتاب پڑھنا پڑے۔ ایسا وقت نہیں آیا۔ ایسا وقت نہیں آیا۔ اسلام کا فارم لوگوں کے سامنے</w:t>
      </w:r>
    </w:p>
    <w:p>
      <w:r>
        <w:rPr>
          <w:b/>
        </w:rPr>
        <w:t xml:space="preserve">[35:57] </w:t>
      </w:r>
      <w:r>
        <w:t>musalsal taur par dohraya jata raha. to kya islam ki tareekh mein is aitbar se break nahi aaya? break nahi aaya. lekin jo tajdeed ka kaam hai, is mein break aa gaya. yaani re-application jo maamla tha, islam ki taleemat ka re-application, wahan break aa gaya. masalan yeh ke ulama ko, maine jo misaal di, ulama ko fatwa dena chahiye tha ke tum soodi nizam mat qaim karo. lekin jo bank hain</w:t>
      </w:r>
    </w:p>
    <w:p>
      <w:pPr>
        <w:jc w:val="right"/>
      </w:pPr>
      <w:r>
        <w:t>مسلسل طور پر دہرایا جاتا رہا۔ تو کیا اسلام کی تاریخ میں اس اعتبار سے بریک نہیں آیا؟ بریک نہیں آیا۔ لیکن جو تجدید کا کام ہے، اس میں بریک آ گیا۔ یعنی ری اپلیکیشن جو معاملہ تھا، اسلام کی تعلیمات کا ری اپلیکیشن، وہاں بریک آ گیا۔ مثلاً یہ کہ علماء کو، میں نے جو مثال دی، علماء کو فتویٰ دینا چاہیے تھا کہ تم سودی نظام مت قائم کرو۔ لیکن جو بینک ہیں</w:t>
      </w:r>
    </w:p>
    <w:p>
      <w:r>
        <w:rPr>
          <w:b/>
        </w:rPr>
        <w:t xml:space="preserve">[36:27] </w:t>
      </w:r>
      <w:r>
        <w:t>qaim, sooda, is mein apna paisa rakho, saving account, account mein, mehfooz, mehfooz rakhne ke liye. to bohat bade nuqsan se musalman bach jaate. aise hi agar woh kehte ke is daur mein azadi aayi hai, khoob istemal karo azadi ko, deen ki dawat ke liye. aur log agar kuch aisi baatein kehte hain jo tumhare khilaf hain, to tum bhi kitabein likho. qalam ka jawab</w:t>
      </w:r>
    </w:p>
    <w:p>
      <w:pPr>
        <w:jc w:val="right"/>
      </w:pPr>
      <w:r>
        <w:t>، قائم، سودا، اس میں اپنا پیسہ رکھو، سیونگ اکاؤنٹ، اکاؤنٹ میں، محفوظ، محفوظ رکھنے کے لیے۔ تو بہت بڑے نقصان سے مسلمان بچ جاتے۔ ایسے ہی اگر وہ کہتے کہ اس دور میں آزادی آئی ہے، خوب استعمال کرو آزادی کو، دین کی دعوت کے لیے۔ اور لوگ اگر کچھ ایسی باتیں کہتے ہیں جو تمہارے خلاف ہیں، تو تم بھی کتابیں لکھو۔ قلم کا جواب</w:t>
      </w:r>
    </w:p>
    <w:p>
      <w:r>
        <w:rPr>
          <w:b/>
        </w:rPr>
        <w:t xml:space="preserve">[36:57] </w:t>
      </w:r>
      <w:r>
        <w:t>qalam ka, qalam ka jawab qalam se do. woh qalam se likhte hain, tum bhi qalam se likho. woh bolte hain, tum bhi bolo. yeh kehna chahiye tha. yeh nahi kaha. wohi cheez dohrate hain, yaqtulu haddan yaqtulu haddan. yeh jo pichli hazar saal pehle kitabon mein likh diya gaya tha ke shaatim ke bare mein ke yaqtulu haddan, badr haddan, badr haddan, us ko qatl kiya jaye, wohi liye chale rahe hain. ab kehna chahiye tha unhein ke</w:t>
      </w:r>
    </w:p>
    <w:p>
      <w:pPr>
        <w:jc w:val="right"/>
      </w:pPr>
      <w:r>
        <w:t>، قلم کا، قلم کا جواب قلم سے دو۔ وہ قلم سے لکھتے ہیں، تم بھی قلم سے لکھو۔ وہ بولتے ہیں، تم بھی بولو۔ یہ کہنا چاہیے تھا۔ یہ نہیں کہا۔ وہی چیز دہراتے ہیں، یقتلو حداً یقتلو حداً۔ یہ جو پچھلی ہزار سال پہلے کتابوں میں لکھ دیا گیا تھا کہ شاتم کے بارے میں کہ یقتلو حداً، بدرحد، بدرحد، اس کو قتل کیا جائے، وہی لیے چلے رہے ہیں۔ اب کہنا چاہیے تھا انہیں کہ</w:t>
      </w:r>
    </w:p>
    <w:p>
      <w:r>
        <w:rPr>
          <w:b/>
        </w:rPr>
        <w:t xml:space="preserve">[37:27] </w:t>
      </w:r>
      <w:r>
        <w:t>aab o aamd, talab o barkhast, ab qatl ki koi zaroorat hi nahi hai. aab o aamd, talab o barkhast, pani aaya, ab talab o barkhast ho gaya. to main samajhta hoon ke ummat muslima ne islam ke ek kaam ko bohat achhi tarah anjam diya. yaani islam ke form ko hamesha ke liye jari rakhna, jari rakhna, jari rakhna. taake log dekhein.</w:t>
      </w:r>
    </w:p>
    <w:p>
      <w:pPr>
        <w:jc w:val="right"/>
      </w:pPr>
      <w:r>
        <w:t>آب و آمد، طلب و برخاست، اب قتل کی کوئی ضرورت ہی نہیں ہے۔ آب و آمد، طلب و برخاست، پانی آیا، اب طلب و برخاست ہو گیا۔ تو میں سمجھتا ہوں کہ امت مسلمہ نے اسلام کے ایک کام کو بہت اچھی طرح انجام دیا۔ یعنی اسلام کے فارم کو ہمیشہ کے لیے جاری رکھنا، جاری رکھنا، جاری رکھنا۔ تاکہ لوگ دیکھیں۔</w:t>
      </w:r>
    </w:p>
    <w:p>
      <w:r>
        <w:rPr>
          <w:b/>
        </w:rPr>
        <w:t xml:space="preserve">[37:59] </w:t>
      </w:r>
      <w:r>
        <w:t>lekin islam ka jo ideology ka pehlu tha, is mein bohat zyada fail ho gaye log. bohat zyada fail ho gaye. aur jahan tak main samajhta hoon ke is ki bunyadi wajah yeh hai ke jab yeh modern education aayi, to ulama ne is ko bura batana shuru kiya, najayaz batana shuru kiya, kehte hain unhone haram keh diya. to modern education se musalman door ho gaye.</w:t>
      </w:r>
    </w:p>
    <w:p>
      <w:pPr>
        <w:jc w:val="right"/>
      </w:pPr>
      <w:r>
        <w:t>لیکن اسلام کا جو آئیڈیالوجی کا پہلو تھا، اس میں بہت زیادہ فیل ہو گئے لوگ۔ بہت زیادہ فیل ہو گئے۔ اور جہاں تک میں سمجھتا ہوں کہ اس کی بنیادی وجہ یہ ہے کہ جب یہ ماڈرن ایجوکیشن آئی، تو علماء نے اس کو برا بتانا شروع کیا، ناجائز بتانا شروع کیا، کہتے ہیں انہوں نے حرام کہہ دیا۔ تو ماڈرن ایجوکیشن سے مسلمان دور ہو گئے۔</w:t>
      </w:r>
    </w:p>
    <w:p>
      <w:r>
        <w:rPr>
          <w:b/>
        </w:rPr>
        <w:t xml:space="preserve">[38:30] </w:t>
      </w:r>
      <w:r>
        <w:t>is ki wajah ghaleban yeh thi ke ek hi waqt do cheezein aayin. modern education aur modern colonialism ek saath. to modern colonialism jo tha, woh musalmanon ka jo political system raaij tha, us se takkar ho gayi is ki. unhone Mughal saltanat ko khatm kar diya. aur bhi isi tarah se. to musalmanon ne yeh farz kar liya ke yeh islam dushman hain yeh log. to ch</w:t>
      </w:r>
    </w:p>
    <w:p>
      <w:pPr>
        <w:jc w:val="right"/>
      </w:pPr>
      <w:r>
        <w:t>اس کی وجہ غالباً یہ تھی کہ ایک ہی وقت دو چیزیں آئیں۔ ماڈرن ایجوکیشن اور ماڈرن کلونیلزم ایک ساتھ۔ تو ماڈرن کلونیلزم جو تھا، وہ مسلمانوں کا جو پولیٹیکل سسٹم رائج تھا، اس سے ٹکر ہو گئی اس کی۔ انہوں نے مغل سلطنت کو ختم کر دیا۔ اور بھی اسی طریقے سے۔ تو مسلمانوں نے یہ فرض کر لیا کہ یہ اسلام دشمن ہیں یہ لوگ۔ تو چ</w:t>
      </w:r>
    </w:p>
    <w:p>
      <w:r>
        <w:rPr>
          <w:b/>
        </w:rPr>
        <w:t xml:space="preserve">[39:00] </w:t>
      </w:r>
      <w:r>
        <w:t>unki isi ke saath saath aaya tha modern education, us ko bhi samajh lein ke islam ke khilaf hai. unhone kaha ke yeh qatlgah hai. yaani universityon ko qatlgah bataya. universityon ko, collegeon ko qatlgah banaya. mazak udaya Akbar Nawaz ne ke bachchon ke kabhi qatl se badnaam na hota. afsos ke firaun ko kali kis ne sochi.</w:t>
      </w:r>
    </w:p>
    <w:p>
      <w:pPr>
        <w:jc w:val="right"/>
      </w:pPr>
      <w:r>
        <w:t>ونکہ اسی کے ساتھ ساتھ آیا تھا ماڈرن ایجوکیشن، اس کو بھی سمجھ لیں کہ اسلام کے خلاف ہے۔ انہوں نے کہا کہ یہ قتل گاہ ہے۔ یعنی یونیورسٹیوں کو قتل گاہ بتایا۔ یونیورسٹیوں کو، کالجوں کو قتل گاہ بنایا۔ مذاق اڑایا اکبر نواز نے کہ بچوں کے کبھی قتل سے بدنام نہ ہوتا۔ افسوس کہ فرعون کو کالی کس نے سوچی۔</w:t>
      </w:r>
    </w:p>
    <w:p>
      <w:r>
        <w:rPr>
          <w:b/>
        </w:rPr>
        <w:t xml:space="preserve">[39:32] </w:t>
      </w:r>
      <w:r>
        <w:t>ek jamaat bani bohat, dhoom se unhone kaha ke yeh qatlgah hai. college aur universityon ka qatlgah hai. ulama ne kaha ke yeh haram hai. is ki wajah se woh samajh nahi paye ke daur jadeed kya hai. dekhiye, yeh jo tajdeed ka kaam hai, is mein zamane ko samajhna bohat zaroori hai. jaise hadith mein aata hai, momin ke bare mein</w:t>
      </w:r>
    </w:p>
    <w:p>
      <w:pPr>
        <w:jc w:val="right"/>
      </w:pPr>
      <w:r>
        <w:t>ایک جماعت بنی بہت، دھوم سے انہوں نے کہا کہ یہ قتل گاہ ہے۔ کالج اور یونیورسٹیوں کا قتل گاہ ہے۔ علماء نے کہا کہ یہ حرام ہے۔ اس کی وجہ سے وہ سمجھ نہیں پائے کہ دور جدید کیا ہے۔ دیکھیے، یہ جو تجدید کا کام ہے، اس میں زمانے کو سمجھنا بہت ضروری ہے۔ جیسے حدیث میں آتا ہے، مومن کے بارے میں</w:t>
      </w:r>
    </w:p>
    <w:p>
      <w:r>
        <w:rPr>
          <w:b/>
        </w:rPr>
        <w:t xml:space="preserve">[40:02] </w:t>
      </w:r>
      <w:r>
        <w:t>ke wa alal aaqil, yaani kaun basarat pe zabani. wa alal aaqil, yaani kaun basarat pe zabani. aaqil ka matlab mujaddid. yahan aaqil se murad hai mujaddid. yaani mujaddid ko janna chahiye ke zamana kya hai. mujaddid ko zamane se waqif hona chahiye. to chuki hamare ulama ne aur musalmanon ki bari</w:t>
      </w:r>
    </w:p>
    <w:p>
      <w:pPr>
        <w:jc w:val="right"/>
      </w:pPr>
      <w:r>
        <w:t>کہ وعلی العاقل، یعنی کون بصیرت پہ زبانی۔ وعلی العاقل، یعنی کون بصیرت پہ زبانی۔ عاقل کا مطلب مجدد۔ یہاں عاقل سے مراد ہے مجدد۔ یعنی مجدد کو جاننا چاہیے کہ زمانہ کیا ہے۔ مجدد کو زمانے سے واقف ہونا چاہیے۔ تو چونکہ ہمارے علماء نے اور مسلمانوں کی ب</w:t>
      </w:r>
    </w:p>
    <w:p>
      <w:r>
        <w:rPr>
          <w:b/>
        </w:rPr>
        <w:t xml:space="preserve">[40:32] </w:t>
      </w:r>
      <w:r>
        <w:t>tadad ne modern education mein hissa nahi liya, is wajah se zamane se be-khabar ho gaye. jab zamane se be-khabar ho gaye to musalmanon ko sahi lead nahi de sake, sahi lead. tajdeedi kaam mein anjam na de sake. modern education se door hona, yeh bohat</w:t>
      </w:r>
    </w:p>
    <w:p>
      <w:pPr>
        <w:jc w:val="right"/>
      </w:pPr>
      <w:r>
        <w:t>ڑی تعداد نے ماڈرن ایجوکیشن میں حصہ نہیں لیا، اس وجہ سے زمانے سے بے خبر ہو گئے۔ جب زمانے سے بے خبر ہو گئے تو مسلمانوں کو صحیح لیڈ نہیں دے سکے، صحیح لیڈ۔ تجدیدی کام میں انجام نہ دے سکے۔ ماڈرن ایجوکیشن سے دور ہونا، یہ بہت</w:t>
      </w:r>
    </w:p>
    <w:p>
      <w:r>
        <w:rPr>
          <w:b/>
        </w:rPr>
        <w:t xml:space="preserve">[41:02] </w:t>
      </w:r>
      <w:r>
        <w:t>hi bada nuqsan hua, nuqsan hua is zamane mein. ek aalim ne kitab likhi thi ke raza bin ababakar, raza bin ababakar, yaani jadeed taleem logon ko murtad bana rahi hai aur koi abubakar nahi, us ko utha us ke khilaf jang karne ke liye. yeh kitab galat kitab bilkul. yeh rishta nahi hai, yeh ustad nahi hai.</w:t>
      </w:r>
    </w:p>
    <w:p>
      <w:pPr>
        <w:jc w:val="right"/>
      </w:pPr>
      <w:r>
        <w:t>ہی بڑا نقصان ہوا، نقصان ہوا اس زمانے میں۔ ایک عالم نے کتاب لکھی تھی کہ رضا بن ابا بکر، رضا بن ابا بکر، یعنی جدید تعلیم لوگوں کو مرتد بنا رہی ہے اور کوئی ابوبکر نہیں، اس کو اٹھا اس کے خلاف جنگ کرنے کے لیے۔ یہ کتاب غلط کتاب بالکل۔ یہ رشتہ نہیں ہے، یہ استاد نہیں ہے۔</w:t>
      </w:r>
    </w:p>
    <w:p>
      <w:r>
        <w:rPr>
          <w:b/>
        </w:rPr>
        <w:t xml:space="preserve">[41:35] </w:t>
      </w:r>
      <w:r>
        <w:t>ek naya daur tha jo science ki discoveries par bana tha. qadeem zamane mein science discover nahi hui thi. to science ki discovery, yaani tabiyat-i qawaneen ki discovery, law of nature ki discovery hui is zamane mein. is se naye halaat paida hue. is se ek naya daur aaya. to is se chuki hamare rehnuma, hamare ulama be</w:t>
      </w:r>
    </w:p>
    <w:p>
      <w:pPr>
        <w:jc w:val="right"/>
      </w:pPr>
      <w:r>
        <w:t>ایک نیا دور تھا جو سائنس کی ڈسکوریز پر بنا تھا۔ قدیم زمانے میں سائنس ڈسکور نہیں ہوئی تھی۔ تو سائنس کی ڈسکوری، یعنی طبیعاتی قوانین کی ڈسکوری، لاء آف نیچر کی ڈسکوری ہوئی اس زمانے میں۔ اس سے نئے حالات پیدا ہوئے۔ اس سے ایک نیا دور آیا۔ تو اس سے چونکہ ہمارے رہنما، ہمارے علماء بے</w:t>
      </w:r>
    </w:p>
    <w:p>
      <w:r>
        <w:rPr>
          <w:b/>
        </w:rPr>
        <w:t xml:space="preserve">[42:05] </w:t>
      </w:r>
      <w:r>
        <w:t>khabar rahe, kyunke un ko modern education doori ki bina par, to galat rehnumai di, galat fatwe diye. is bina par wohi ummat muslima jo ek aitbar se bohat successful andaaz mein islam ka kaam kar rahi thi, doosre aitbar se woh bilkul fail ho gayi. jo log badnasoo ka nisaab, badalk kehte hain, main</w:t>
      </w:r>
    </w:p>
    <w:p>
      <w:pPr>
        <w:jc w:val="right"/>
      </w:pPr>
      <w:r>
        <w:t>خبر رہے، کیونکہ ان کو ماڈرن ایجوکیشن دوری کی بنا پر، تو غلط رہنمائی دی، غلط فتوے دیے۔ اس بنا پر وہی امت مسلمہ جو ایک اعتبار سے بہت سکسیس فل انداز میں اسلام کا کام کر رہی تھی، دوسرے اعتبار سے وہ بالکل فیل ہو گئی۔ جو لوگ بدنسو کا نصاب، بدلک کہتے ہیں، میں</w:t>
      </w:r>
    </w:p>
    <w:p>
      <w:r>
        <w:rPr>
          <w:b/>
        </w:rPr>
        <w:t xml:space="preserve">[42:35] </w:t>
      </w:r>
      <w:r>
        <w:t>un ko galat batata hoon. yeh sahi nahi hai. badnasoo ka nizam chalne dijiye, badnasoo ka masjid ka nizam chalne dijiye, haj ka nizam chalne dijiye. is mein aap ko koi dakhal dene ki zaroorat nahi hai. kyunke woh to form jo hai islam ka, jo practical aspect hai, us ko zinda rakhe hue hain. aap ko jo kaam karna hai, woh yeh kaam karna hai ke</w:t>
      </w:r>
    </w:p>
    <w:p>
      <w:pPr>
        <w:jc w:val="right"/>
      </w:pPr>
      <w:r>
        <w:t>ان کو غلط بتاتا ہوں۔ یہ صحیح نہیں ہے۔ بدنسو کا نظام چلنے دیجیے، بدنسو کا مسجد کا نظام چلنے دیجیے، حج کا نظام چلنے دیجیے۔ اس میں آپ کو کوئی دخل دینے کی ضرورت نہیں ہے۔ کیونکہ وہ تو فارم جو ہے اسلام کا، جو پریکٹیکل اسپیکٹ ہے، اس کو زندہ رکھے ہوئے ہیں۔ آپ کو جو کام کرنا ہے، وہ یہ کام کرنا ہے کہ</w:t>
      </w:r>
    </w:p>
    <w:p>
      <w:r>
        <w:rPr>
          <w:b/>
        </w:rPr>
        <w:t xml:space="preserve">[43:06] </w:t>
      </w:r>
      <w:r>
        <w:t>daur jadeed ko samjhein aur daur jadeed ke lehaz se musalmanon ko lead dein. yeh karna hai kaam. to main dua karta hoon ke Allah taala hum sab ko aqal de, hum baat ko samjhein</w:t>
      </w:r>
    </w:p>
    <w:p>
      <w:pPr>
        <w:jc w:val="right"/>
      </w:pPr>
      <w:r>
        <w:t>دور جدید کو سمجھیں اور دور جدید کے لحاظ سے مسلمانوں کو لیڈ دیں۔ یہ کرنا ہے کام۔ تو میں دعا کرتا ہوں کہ اللہ تعالیٰ ہم سب کو عقل دے، ہم بات کو سمجھیں</w:t>
      </w:r>
    </w:p>
    <w:p>
      <w:r>
        <w:rPr>
          <w:b/>
        </w:rPr>
        <w:t xml:space="preserve">[43:36] </w:t>
      </w:r>
      <w:r>
        <w:t>aur re-planning karein. zamane ko samjhein aur us ke mutabiq islami khidmat ki re-planning karein. is ke liye main dua karta hoon apne liye, aap sab logon ke liye. assalam o alaikum wa rehmatullah.</w:t>
      </w:r>
    </w:p>
    <w:p>
      <w:pPr>
        <w:jc w:val="right"/>
      </w:pPr>
      <w:r>
        <w:t>اور ری پلاننگ کریں۔ زمانے کو سمجھیں اور اس کے مطابق اسلامی خدمت کی ری پلاننگ کریں۔ اس کے لیے میں دعا کرتا ہوں اپنے لیے، آپ سب لوگوں کے لیے۔ السلام علیکم ورحمۃ اللہ۔</w:t>
      </w:r>
    </w:p>
    <w:p>
      <w:r>
        <w:rPr>
          <w:b/>
        </w:rPr>
        <w:t xml:space="preserve">[44:05] </w:t>
      </w:r>
      <w:r>
        <w:t>okay, we will be starting with the question answer session now. all the online viewers can send their questions on info@cpsglobal.org. people who are watching it on the facebook, can send their questions on the comments section. please also mention your location when you send in your questions. Maulana sahib, pehla sawal aaya hai moradabad se, gufran sahib ne kiya hai. aur unhone likha hai:</w:t>
      </w:r>
    </w:p>
    <w:p>
      <w:pPr>
        <w:jc w:val="right"/>
      </w:pPr>
      <w:r>
        <w:t>اوکے، وی ویل بی سٹارٹنگ ود دی کوئسچن انسر سیشن ناؤ۔ آل دی آن لائن ویورز کین سینڈ دے کوئسچنز آن info@cpsglobal.org۔ پیپل ہو آر واچنگ اٹ آن دی فیس بک، کین سینڈ دے کوئسچنز آن دی کمنٹس سیکشن۔ پلیز آل سو مینشن یور لوکیشن وین یو سینڈ ان یور کوئسچنز۔ مولانا صاحب، پہلا سوال آیا ہے مراد آباد سے، گفران صاحب نے کیا ہے۔ اور انہوں نے لکھا ہے:</w:t>
      </w:r>
    </w:p>
    <w:p>
      <w:r>
        <w:rPr>
          <w:b/>
        </w:rPr>
        <w:t xml:space="preserve">[44:35] </w:t>
      </w:r>
      <w:r>
        <w:t>molana sahib, af islam iz a dein iz prezervod, dein wye do musalmans alway say that we are living in a siege? what is the reason behind this kind of thinking?</w:t>
      </w:r>
    </w:p>
    <w:p>
      <w:pPr>
        <w:jc w:val="right"/>
      </w:pPr>
      <w:r>
        <w:t>"مولانا صاحب، اف اسلام ایز ا دین از پریزروڈ، دین وائی ڈو مسلمز آلویز سے دیٹ وی آر لیونگ ان ا سیج؟ واٹ از دا ریزن بیہائنڈ دس کائنڈ آف تھنکنگ؟"</w:t>
      </w:r>
    </w:p>
    <w:p>
      <w:r>
        <w:rPr>
          <w:b/>
        </w:rPr>
        <w:t xml:space="preserve">[44:48] </w:t>
      </w:r>
      <w:r>
        <w:t>yeh to is liye hai jaisa ke maine arz kiya ke zamane ko na samajhne ki wajah se. hum siege mein nahi hain. hum to naye opportunity ka darwaza khul gaya hamare liye. naya daur hamare liye nemat hai. ek nemat hai. lekin musalmanon ki sab se bari ghalti yeh thi ke modern education nahi liya unhon ne. study bhi nahi ki. yani education nahi liya aur jo aaj ka daur hai, is par jo maloom</w:t>
      </w:r>
    </w:p>
    <w:p>
      <w:pPr>
        <w:jc w:val="right"/>
      </w:pPr>
      <w:r>
        <w:t>یہ تو اس لیے ہے جیسا کہ میں نے عرض کیا کہ زمانے کو نہ سمجھنے کی وجہ سے۔ ہم سیج میں نہیں ہیں۔ ہم تو نئے اپرچونیٹی کا دروازہ کھل گیا ہمارے لیے۔ نیا دور ہمارے لیے نعمت ہے۔ ایک نعمت ہے۔ لیکن مسلمانوں کی سب سے بڑی غلطی یہ تھی کہ ماڈرن ایجوکیشن نہیں لیا انہوں نے۔ اسٹڈی بھی نہیں کی۔ یعنی ایجوکیشن نہیں لیا اور جو آج کا دور ہے، اس پر جو معلوم</w:t>
      </w:r>
    </w:p>
    <w:p>
      <w:r>
        <w:rPr>
          <w:b/>
        </w:rPr>
        <w:t xml:space="preserve">[45:18] </w:t>
      </w:r>
      <w:r>
        <w:t>at theen, is ko study bhi nahi ki. to bekhabar ho gaye. to yeh bilkul yani be asal baat hai, be be be buniyad baat hai ke we are under siege. nahi, hum hum ek naye daur mein hain jahan naye mawaqe hain, nayi azadiyan hain. ab koi rukawat nahi hai. hum khoob dein ka kaam kar sakte hain. sirf ek hi shart hai ke hum violence na kari</w:t>
      </w:r>
    </w:p>
    <w:p>
      <w:pPr>
        <w:jc w:val="right"/>
      </w:pPr>
      <w:r>
        <w:t>ات تھیں، اس کو اسٹڈی بھی نہیں کی۔ تو بے خبر ہو گئے۔ تو یہ بالکل یعنی بے اصل بات ہے، بے بے بے بنیاد بات ہے کہ وی آر انڈر سیج۔ نہیں، ہم ہم ایک نئے دور میں ہیں جہاں نئے مواقع ہیں، نئی آزادیاں ہیں۔ اب کوئی رکاوٹ نہیں ہے۔ ہم خوب دین کا کام کر سکتے ہیں۔ صرف ایک ہی شرط ہے کہ ہم وائلنس نہ کری</w:t>
      </w:r>
    </w:p>
    <w:p>
      <w:r>
        <w:rPr>
          <w:b/>
        </w:rPr>
        <w:t xml:space="preserve">[45:48] </w:t>
      </w:r>
      <w:r>
        <w:t>n. bas. aur koi shart nahi hai.</w:t>
      </w:r>
    </w:p>
    <w:p>
      <w:pPr>
        <w:jc w:val="right"/>
      </w:pPr>
      <w:r>
        <w:t>ں۔ بس۔ اور کوئی شرط نہیں ہے۔</w:t>
      </w:r>
    </w:p>
    <w:p>
      <w:r>
        <w:rPr>
          <w:b/>
        </w:rPr>
        <w:t xml:space="preserve">[45:52] </w:t>
      </w:r>
      <w:r>
        <w:t>ji. molana, agla sawal kolkata se poocha hai farhan sahib ne aur unhon ne likha hai: "molana sahib, you said in your talk that islam is preserved, but today we see so many sects have come up. so how is dein preserved as coming of sects show that islam has already been disintegrated? what is your opinion on this?"</w:t>
      </w:r>
    </w:p>
    <w:p>
      <w:pPr>
        <w:jc w:val="right"/>
      </w:pPr>
      <w:r>
        <w:t>جی۔ مولانا، اگلا سوال کلکتہ سے پوچھا ہے فرحان صاحب نے اور انہوں نے لکھا ہے: "مولانا صاحب، یو سیڈ ان یور ٹاک دیٹ اسلام از پریزروڈ، بٹ ٹوڈے وی سی سو مینی سیکٹس ہیو کم اپ۔ سو ہاؤ از دین پریزروڈ ایز کمنگ آف سیکٹس شو دیٹ اسلام ہیز آلریڈی بین ڈس انٹیگریٹڈ؟ واٹ از یور اوپینین آن دس؟"</w:t>
      </w:r>
    </w:p>
    <w:p>
      <w:r>
        <w:rPr>
          <w:b/>
        </w:rPr>
        <w:t xml:space="preserve">[46:22] </w:t>
      </w:r>
      <w:r>
        <w:t>dekhiye, islam preserved hai ka matlab hai quran preserved hai. logon ko azadi phir bhi rahegi. quran aur sunnat, quran aur sunnat rasool yeh preserved hai. matlab criterion preserved hai. ka matlab hai criterion mehfooz hai. koi agar naya sect banata hai, naya dein banata hai, nayi baatein phailata hai to aap ke paas cri</w:t>
      </w:r>
    </w:p>
    <w:p>
      <w:pPr>
        <w:jc w:val="right"/>
      </w:pPr>
      <w:r>
        <w:t>دیکھیے، اسلام پریزروڈ ہے کا مطلب ہے قرآن پریزروڈ ہے۔ لوگوں کو آزادی پھر بھی رہے گی۔ قرآن اور سنت، قرآن اور سنت رسول یہ پریزروڈ ہے۔ مطلب کرائٹیرین پریزروڈ ہے۔ کا مطلب ہے کرائٹیرین محفوظ ہے۔ کوئی اگر نیا سیکٹ بناتا ہے، نیا دین بناتا ہے، نئی باتیں پھیلاتا ہے تو آپ کے پاس کرائ</w:t>
      </w:r>
    </w:p>
    <w:p>
      <w:r>
        <w:rPr>
          <w:b/>
        </w:rPr>
        <w:t xml:space="preserve">[46:52] </w:t>
      </w:r>
      <w:r>
        <w:t>terion hai judge karne ke liye. to dein mehfooz hone ka matlab hai ke is ka criterion hamesha mehfooz rahega. koi criterion ko badal nahi payega. to yeh to bohat acha hai. bohat acha hai. koi agar nayi baat nikalta hai to aap us ko judge kijiye, quran aur hadith, aur us ko sabit kijiye ke woh us ne</w:t>
      </w:r>
    </w:p>
    <w:p>
      <w:pPr>
        <w:jc w:val="right"/>
      </w:pPr>
      <w:r>
        <w:t>ٹیریا ہے جج کرنے کے لیے۔ تو دین محفوظ ہونے کا معنی ہے کہ اس کا کرائٹیرین ہمیشہ محفوظ رہے گا۔ کوئی کرائٹیرین کو بدل نہیں پائے گا۔ تو یہ تو بہت اچھا ہے۔ بہت اچھا ہے۔ کوئی اگر نئی بات نکالتا ہے تو آپ اس کو جج کیجیے، قرآن اور حدیث، اور اس کو ثابت کیجیے کہ وہ اس نے</w:t>
      </w:r>
    </w:p>
    <w:p>
      <w:r>
        <w:rPr>
          <w:b/>
        </w:rPr>
        <w:t xml:space="preserve">[47:23] </w:t>
      </w:r>
      <w:r>
        <w:t>debit kiya hai asal talimat se. to us ko achi tarah samajh lijiye ke dein ke mehfooz ke matlab kya hain? dein ke mehfooz ke matlab hain ke mayar, criterion ka mehfooz hona. ab woh poori tarah mehfooz hai.</w:t>
      </w:r>
    </w:p>
    <w:p>
      <w:pPr>
        <w:jc w:val="right"/>
      </w:pPr>
      <w:r>
        <w:t>ڈیبیٹ کیا ہے اصل تعلیمات سے۔ تو اس کو اچھی طرح سمجھ لیجیے کہ دین کے محفوظ کے معنی کیا ہیں؟ دین کے محفوظ کے معنی ہیں کہ معیار، کرائٹیرین کا محفوظ ہونا۔ اب وہ پوری طرح محفوظ ہے۔</w:t>
      </w:r>
    </w:p>
    <w:p>
      <w:r>
        <w:rPr>
          <w:b/>
        </w:rPr>
        <w:t xml:space="preserve">[47:38] </w:t>
      </w:r>
      <w:r>
        <w:t>molana sahib, jamshedpur se qurban ali sahib ne sawal kiya hai. unhon ne likha hai: "molana sahib, today session was very enlightening for me. my question to you is that if islam was preserved, then one thing implicit is the relevance of islam as a religion till the end of time. but we see that islam is slowly getting incompatible with the contemporary time. so</w:t>
      </w:r>
    </w:p>
    <w:p>
      <w:pPr>
        <w:jc w:val="right"/>
      </w:pPr>
      <w:r>
        <w:t>مولانا صاحب، جمشید پور سے قربان علی صاحب نے سوال کیا ہے۔ انہوں نے لکھا ہے: "مولانا صاحب، ٹوڈے سیشن واز ویری انلائٹننگ فار می۔ مائی کوئسچن ٹو یو از دیٹ اف اسلام واز پریزروڈ، دین ون تھنگ ایمپلسٹ از دی ریلیونس آف اسلام ایز ا ریلیجن ٹل دی اینڈ آف ٹائم۔ بٹ وی سی دیٹ اسلام از سلولی گیٹنگ ان کمپیٹیبل ود دا کنٹیمپرری ٹائم۔ سو</w:t>
      </w:r>
    </w:p>
    <w:p>
      <w:r>
        <w:rPr>
          <w:b/>
        </w:rPr>
        <w:t xml:space="preserve">[48:08] </w:t>
      </w:r>
      <w:r>
        <w:t>what is the reason that despite being an eternal religion which is preserved by god's will, it is so much lacking in its contemporary relevance? what is your opinion on this?"</w:t>
      </w:r>
    </w:p>
    <w:p>
      <w:pPr>
        <w:jc w:val="right"/>
      </w:pPr>
      <w:r>
        <w:t>واٹ از دا ریزن دیٹ ڈسپائٹ بینگ این ایٹرنل ریلیجن وچ از پریزروڈ بائی گاڈز ویل، اٹ از سو مچ لیکنگ ان اٹس کنٹیمپرری ریلیونس؟ واٹ از یور اوپینین آن دس؟"</w:t>
      </w:r>
    </w:p>
    <w:p>
      <w:r>
        <w:rPr>
          <w:b/>
        </w:rPr>
        <w:t xml:space="preserve">[48:23] </w:t>
      </w:r>
      <w:r>
        <w:t>dekhiye, quran mein aur hadith mein yeh baatein maujood hain. maine bataya ke reapplication ka darwaza kabhi band nahi hoga. khud rasool allah ke zamane mein bhi band nahi hua. reapplication ka darwaza. rasool allah ne kaha tha ke tum sirf banu quraiza ke paas namaz parhna. is se pehle mat parhna asar ki namaz. lekin jab suraj doobne laga to unhon ne beech mein parh liya. to reapply kiya</w:t>
      </w:r>
    </w:p>
    <w:p>
      <w:pPr>
        <w:jc w:val="right"/>
      </w:pPr>
      <w:r>
        <w:t>دیکھیے، قرآن میں اور حدیث میں یہ باتیں موجود ہیں۔ میں نے بتایا کہ ری ایپلیکیشن کا دروازہ کبھی بند نہیں ہوگا۔ خود رسول اللہ کے زمانے میں بھی بند نہیں ہوا۔ ری ایپلیکیشن کا دروازہ۔ رسول اللہ نے کہا تھا کہ تم صرف بنو قریضہ کے پاس نماز پڑھنا۔ اس سے پہلے مت پڑھنا عصر کی نماز۔ لیکن جب سورج ڈوبنے لگا تو انہوں نے بیچ میں پڑھ لیا۔ تو ری اپلائی کیا</w:t>
      </w:r>
    </w:p>
    <w:p>
      <w:r>
        <w:rPr>
          <w:b/>
        </w:rPr>
        <w:t xml:space="preserve">[48:53] </w:t>
      </w:r>
      <w:r>
        <w:t>unhon ne. aur kaha ke inma raat raat tajar al sahar. to yaad rakhiye ke islam ka jo buniyadi ideology hai, jo buniyadi dhancha hai, woh un changeable hai. lekin zamana badalta hai. zamana badalta hai. to zamane ki tabdili ki bina par yeh khud islam mein yeh talim di gayi hai ke tum reapply karo. rasool allah ke zamane mein bhi yahi thi ke reapply karo.</w:t>
      </w:r>
    </w:p>
    <w:p>
      <w:pPr>
        <w:jc w:val="right"/>
      </w:pPr>
      <w:r>
        <w:t>انہوں نے۔ اور کہا کہ انما رات رات تاجر السحر۔ تو یاد رکھیے کہ اسلام کا جو بنیادی آئیڈیالوجی ہے، جو بنیادی ڈھانچہ ہے، وہ ان چینج ایبل ہے۔ لیکن زمانہ بدلتا ہے۔ زمانہ بدلتا ہے۔ تو زمانے کی تبدیلی کی بنا پر یہ خود اسلام میں یہ تعلیم دی گئی ہے کہ تم ری اپلائی کرو۔ رسول اللہ کے زمانے میں بھی یہی تھی کہ ری اپلائی کرو۔</w:t>
      </w:r>
    </w:p>
    <w:p>
      <w:r>
        <w:rPr>
          <w:b/>
        </w:rPr>
        <w:t xml:space="preserve">[49:24] </w:t>
      </w:r>
      <w:r>
        <w:t>ab bhi wahi rahega. to jo failure hai woh hai reapply karne ke mamle mein. khud islam ke mamle mein nahi. reapply karne ka kaam rasool allah ke zamane mein shuru ho gaya tha. woh ab bhi jari rahega. to achi tarah samajh lijiye ke khud islam jo hai wahi ka wahi hai aur wahi ka wahi rahega. lekin zamana chuki badalta hai, is ke lehaz se humein islam</w:t>
      </w:r>
    </w:p>
    <w:p>
      <w:pPr>
        <w:jc w:val="right"/>
      </w:pPr>
      <w:r>
        <w:t>اب بھی وہی رہے گا۔ تو جو فیلیر ہے وہ ہے ری اپلائی کرنے کے معاملے میں۔ خود اسلام کے معاملے میں نہیں۔ ری اپلائی کرنے کا کام رسول اللہ کے زمانے میں شروع ہو گیا تھا۔ وہ اب بھی جاری رہے گا۔ تو اچھی طرح سمجھ لیجیے کہ خود اسلام جو ہے وہی کا وہی ہے اور وہی کا وہی رہے گا۔ لیکن زمانہ چونکہ بدلتا ہے، اس کے لحاظ سے ہمیں اسلام</w:t>
      </w:r>
    </w:p>
    <w:p>
      <w:r>
        <w:rPr>
          <w:b/>
        </w:rPr>
        <w:t xml:space="preserve">[49:54] </w:t>
      </w:r>
      <w:r>
        <w:t>ki talimat ko zamane ke lehaz se reapply karna padega. to failure is here. yahan log fail ho gaye. yani islam ko reapply karne mein fail ho gaye. ab aap ko is ko samjhein aur islam ko sahi andaaz se pesh kijiye logon ke samne.</w:t>
      </w:r>
    </w:p>
    <w:p>
      <w:pPr>
        <w:jc w:val="right"/>
      </w:pPr>
      <w:r>
        <w:t>کی تعلیمات کو زمانے کے لحاظ سے ری اپلائی کرنا پڑے گا۔ تو فیلیر از ہیر۔ یہاں لوگ فیل ہو گئے۔ یعنی اسلام کو ری اپلائی کرنے میں فیل ہو گئے۔ اب آپ کو اس کو سمجھیں اور اسلام کو صحیح انداز سے پیش کیجیے لوگوں کے سامنے۔</w:t>
      </w:r>
    </w:p>
    <w:p>
      <w:r>
        <w:rPr>
          <w:b/>
        </w:rPr>
        <w:t xml:space="preserve">[50:15] </w:t>
      </w:r>
      <w:r>
        <w:t>molana, agla sawal lene se pehle do comments parhna chahenge. pehla comment bheja hai doctor farida khanam ne delhi se. unhon ne likha hai: "ulama have miserable fail to play their role of guiding the community on how to lead their life in accordance with the spirit of age." aur doosra comment bheja hai miss shabana ansari ne pakistan se. unhon ne likha hai: "shatm rasool type of l</w:t>
      </w:r>
    </w:p>
    <w:p>
      <w:pPr>
        <w:jc w:val="right"/>
      </w:pPr>
      <w:r>
        <w:t>مولانا، اگلا سوال لینے سے پہلے دو کمنٹس پڑھنا چاہیں گے۔ پہلا کمنٹ بھیجا ہے ڈاکٹر فریدہ خانم نے دلی سے۔ انہوں نے لکھا ہے: "علماء ہیو میزریبل فیل ٹو پلے دیر رول آف گائیڈنگ دا کمیونٹی آن ہاؤ ٹو لیڈ دیر لائف ان اکارڈنس ود دا سپرٹ آف ایج۔" اور دوسرا کمنٹ بھیجا ہے مس شبانہ انصاری نے پاکستان سے۔ انہوں نے لکھا ہے: "شتم رسول ٹائپ آف ل</w:t>
      </w:r>
    </w:p>
    <w:p>
      <w:r>
        <w:rPr>
          <w:b/>
        </w:rPr>
        <w:t xml:space="preserve">[50:45] </w:t>
      </w:r>
      <w:r>
        <w:t>aw is damage the image of islam in the whole world." molana, agla sawal kya hai doctor safeena tabassum ne ajmer se. aur unhon ne aapse poocha hai ke molana sahib, can you illustrate some examples of reapplication of islamic ideology in the history after prophet of islam?</w:t>
      </w:r>
    </w:p>
    <w:p>
      <w:pPr>
        <w:jc w:val="right"/>
      </w:pPr>
      <w:r>
        <w:t>از ڈیمیج دی امیج آف اسلام ان دا ہول ورلڈ۔" مولانا، اگلا سوال کیا ہے ڈاکٹر سفینہ تبسم نے اجمیر سے۔ اور انہوں نے آپ سے پوچھا ہے کہ مولانا صاحب، کین یو اللسٹریٹ سم ایگزیمپلز آف ری ایپلیکیشن آف اسلامک آئیڈیالوجی ان دا ہسٹری آفٹر پرافٹ آف اسلام؟</w:t>
      </w:r>
    </w:p>
    <w:p>
      <w:r>
        <w:rPr>
          <w:b/>
        </w:rPr>
        <w:t xml:space="preserve">[51:14] </w:t>
      </w:r>
      <w:r>
        <w:t>dekhiye, early history ka main aap ko deta hoon ek. early history ka reapplication ka. islam mein kaha gaya tha ke amruhum shura bainahum. yani hukumat ka amr jo hai, yani hukmati nizam jo hai, woh bashura hoga. yani democracy hoga. islam mein democracy ko sahi tareeqa bataya gaya hai. dem</w:t>
      </w:r>
    </w:p>
    <w:p>
      <w:pPr>
        <w:jc w:val="right"/>
      </w:pPr>
      <w:r>
        <w:t>دیکھیے، ارلی ہسٹری کا میں آپ کو دیتا ہوں ایک۔ ارلی ہسٹری کا ری ایپلیکیشن کا۔ اسلام میں کہا گیا تھا کہ امرہم شورا بینہم۔ یعنی حکومت کا امر جو ہے، یعنی حکومتی نظام جو ہے، وہ بشرح ہوگا۔ یعنی ڈیموکریسی ہوگا۔ اسلام میں ڈیموکریسی کو صحیح طریقہ بتایا گیا ہے۔ ڈیم</w:t>
      </w:r>
    </w:p>
    <w:p>
      <w:r>
        <w:rPr>
          <w:b/>
        </w:rPr>
        <w:t xml:space="preserve">[51:44] </w:t>
      </w:r>
      <w:r>
        <w:t>ocracy ko. lekin aap ko maloom hai ke hazrat ali ke baad democracy chali gayi. khilafat rashidi jo char the, wahan thi democracy. shura par faisla hota tha. lekin hazrat ali ke baad wahan dynasty aa gayi. dynasty. aur phir chalti rahi, chalti rahi, hazar saal tak chalti rahi dynasty. yani khandani nizam hukumat. sare ulama ne is ko maan liya. woh zamana tha ke muhaddiseen the</w:t>
      </w:r>
    </w:p>
    <w:p>
      <w:pPr>
        <w:jc w:val="right"/>
      </w:pPr>
      <w:r>
        <w:t>وکریسی کو۔ لیکن آپ کو معلوم ہے کہ حضرت علی کے بعد ڈیموکریسی چلی گئی۔ خلافت راشدی جو چار تھے، وہاں تھی ڈیموکریسی۔ شورا پر فیصلہ ہوتا تھا۔ لیکن حضرت علی کے بعد وہاں ڈائنسٹی آ گئی۔ ڈائنسٹی۔ اور پھر چلتی رہی، چلتی رہی، ہزار سال تک چلتی رہی ڈائنسٹی۔ یعنی خاندانی نظام حکومت۔ سارے علماء نے اس کو مان لیا۔ وہ زمانہ تھا کہ محدثین تھے</w:t>
      </w:r>
    </w:p>
    <w:p>
      <w:r>
        <w:rPr>
          <w:b/>
        </w:rPr>
        <w:t xml:space="preserve">[52:14] </w:t>
      </w:r>
      <w:r>
        <w:t>fuqaha the, aur tamam akabir the, sab the maujood. sab ne is ko maan liya. yahan tak ke teesri sadi hijri mein imam nabwi ne likha hai ke yeh fatwa, yani sab ke ittifaq se, consensus se fatwa diya gaya ke khuruj haram hai. yani jo yeh khuruj haram hoga, jo fatwa diya gaya tha,</w:t>
      </w:r>
    </w:p>
    <w:p>
      <w:pPr>
        <w:jc w:val="right"/>
      </w:pPr>
      <w:r>
        <w:t>، فقہاء تھے، اور تمام اکابر تھے، سب تھے موجود۔ سب نے اس کو مان لیا۔ یہاں تک کہ تیسری صدی ہجری میں امام نبوی نے لکھا ہے کہ یہ فتویٰ، یعنی سب کے اتفاق سے، کنسنسس سے فتویٰ دیا گیا کہ خروج حرام ہے۔ یعنی جو یہ خروج حرام ہوگا، جو فتویٰ دیا گیا تھا،</w:t>
      </w:r>
    </w:p>
    <w:p>
      <w:r>
        <w:rPr>
          <w:b/>
        </w:rPr>
        <w:t xml:space="preserve">[52:44] </w:t>
      </w:r>
      <w:r>
        <w:t>to kis ke khilaf? dynasty ke khilaf. jis zamane mein yeh fatwa diya gaya, woh zamana woh tha ke jab dynasty qaim ho chuki thi. to reapply kiya unhon ne. kyun? unhon ne dekha ke democracy jo hai, us mein ladai bhidai ho rahi hai. stability hasil nahi ho rahi. is zamane mein abhi log itna trend nahi hote. democracy ke liye zaroori hai ke log trend hon. log educated hon. to</w:t>
      </w:r>
    </w:p>
    <w:p>
      <w:pPr>
        <w:jc w:val="right"/>
      </w:pPr>
      <w:r>
        <w:t>تو کس کے خلاف؟ ڈائنسٹی کے خلاف۔ جس زمانے میں یہ فتویٰ دیا گیا، وہ زمانہ وہ تھا کہ جب ڈائنسٹی قائم ہو چکی تھی۔ تو ری اپلائی کیا انہوں نے۔ کیوں؟ انہوں نے دیکھا کہ ڈیموکریسی جو ہے، اس میں لڑائی بھڑائی ہو رہی ہے۔ اسٹیبلٹی حاصل نہیں ہو رہی۔ اس زمانے میں ابھی لوگ اتنا ٹرینڈ نہیں ہوتے۔ ڈیموکریسی کے لیے ضروری ہے کہ لوگ ٹرینڈ ہوں۔ لوگ ایجوکیٹڈ ہوں۔ تو</w:t>
      </w:r>
    </w:p>
    <w:p>
      <w:r>
        <w:rPr>
          <w:b/>
        </w:rPr>
        <w:t xml:space="preserve">[53:14] </w:t>
      </w:r>
      <w:r>
        <w:t>ulama ne dekha ke democracy ki wajah se ladaiyan ho rahi hain aur stability nahi aa rahi hai. stability to bohat zaroori hai. is ke bar aks jab hazrat muawiya ke zamane mein dynasty aayi to stability qaim ho gayi. to is practical reason ki bina par unhon ne yeh fatwa diya ke khuruj haram hai. is fatwe ka matlab hai ke yeh jo hukumat qaim hai, dynasty wali, us ke khilaf kh</w:t>
      </w:r>
    </w:p>
    <w:p>
      <w:pPr>
        <w:jc w:val="right"/>
      </w:pPr>
      <w:r>
        <w:t>علماء نے دیکھا کہ ڈیموکریسی کی وجہ سے لڑائیاں ہو رہی ہیں اور اسٹیبلٹی نہیں آ رہی ہے۔ اسٹیبلٹی تو بہت ضروری ہے۔ اس کے برعکس جب حضرت معاویہ کے زمانے میں ڈائنسٹی آئی تو اسٹیبلٹی قائم ہو گئی۔ تو اس پریکٹیکل ریزن کی بنا پر انہوں نے یہ فتویٰ دیا کہ خروج حرام ہے۔ اس فتوے کا مطلب ہے کہ یہ جو حکومت قائم ہے، ڈائنسٹی والی، اس کے خلاف خ</w:t>
      </w:r>
    </w:p>
    <w:p>
      <w:r>
        <w:rPr>
          <w:b/>
        </w:rPr>
        <w:t xml:space="preserve">[53:44] </w:t>
      </w:r>
      <w:r>
        <w:t>uruj mat karo. that was case of reapplication. clear taur par. clear hai?</w:t>
      </w:r>
    </w:p>
    <w:p>
      <w:pPr>
        <w:jc w:val="right"/>
      </w:pPr>
      <w:r>
        <w:t>روج مت کرو۔ دیٹ واز کیس آف ری ایپلیکیشن۔ کلیئر طور پر۔ کلیئر ہے؟</w:t>
      </w:r>
    </w:p>
    <w:p>
      <w:r>
        <w:rPr>
          <w:b/>
        </w:rPr>
        <w:t xml:space="preserve">[53:54] </w:t>
      </w:r>
      <w:r>
        <w:t>ji molana.</w:t>
      </w:r>
    </w:p>
    <w:p>
      <w:pPr>
        <w:jc w:val="right"/>
      </w:pPr>
      <w:r>
        <w:t>جی مولانا۔</w:t>
      </w:r>
    </w:p>
    <w:p>
      <w:r>
        <w:rPr>
          <w:b/>
        </w:rPr>
        <w:t xml:space="preserve">[53:56] </w:t>
      </w:r>
      <w:r>
        <w:t>isi tarah baat ko, isi tarah se baat ko bhi karna chahiye tha. lekin ulama fail ho gaye.</w:t>
      </w:r>
    </w:p>
    <w:p>
      <w:pPr>
        <w:jc w:val="right"/>
      </w:pPr>
      <w:r>
        <w:t>اسی طرح بات کو، اسی طرح سے بات کو بھی کرنا چاہیے تھا۔ لیکن علماء فیل ہو گئے۔</w:t>
      </w:r>
    </w:p>
    <w:p>
      <w:r>
        <w:rPr>
          <w:b/>
        </w:rPr>
        <w:t xml:space="preserve">[54:05] </w:t>
      </w:r>
      <w:r>
        <w:t>molana, agla sawal chennai se molana iqbal umri ne kiya hai. aur unhon ne likha hai ke azadi paane ke liye doosron ko azadi dena padta hai. molana musalman yeh kyun nahi samjhe? dawat-i-zehan na hona hi asal sabab hai aur siyasi mahroomi mein jeena hi sabab hai. is ke bare mein bataein.</w:t>
      </w:r>
    </w:p>
    <w:p>
      <w:pPr>
        <w:jc w:val="right"/>
      </w:pPr>
      <w:r>
        <w:t>مولانا، اگلا سوال چنئی سے مولانا اقبال عمری نے کیا ہے۔ اور انہوں نے لکھا ہے کہ آزادی پانے کے لیے دوسروں کو آزادی دینا پڑتا ہے۔ مولانا مسلمان یہ کیوں نہیں سمجھے؟ دعوتی ذہن نہ ہونا ہی اصل سبب ہے اور سیاسی محرومی میں جینا ہی سبب ہے۔ اس کے بارے میں بتائیں۔</w:t>
      </w:r>
    </w:p>
    <w:p>
      <w:r>
        <w:rPr>
          <w:b/>
        </w:rPr>
        <w:t xml:space="preserve">[54:29] </w:t>
      </w:r>
      <w:r>
        <w:t>haan, sahi kaha aap ne. da'oti zehan na hone ki wajah se yeh sab hota hai. kyun ke da'oti zehan mein kya hota hai? da'oti zehan mein hota hai ke aap acceptance aata hai, zamane ko accept kijiye. logon se mu'tadil ta'alluqaat qaim kijiye. peace qaim kijiye, peace waghera. to da'wat sirf sirf announcement ka naam nahi hai. da'wat ek poora culture laati hai. poora culture. is culture mein peace hota</w:t>
      </w:r>
    </w:p>
    <w:p>
      <w:pPr>
        <w:jc w:val="right"/>
      </w:pPr>
      <w:r>
        <w:t>ہاں، صحیح کہا آپ نے۔ دعوتی ذہن نہ ہونے کی وجہ سے یہ سب ہوتا ہے۔ کیونکہ دعوتی ذہن میں کیا ہوتا ہے؟ دعوتی ذہن میں ہوتا ہے کہ آپ ایکسیپٹنس آتا ہے، زمانے کو ایکسیپٹ کیجیے۔ لوگوں سے معتدل تعلقات قائم کیجیے۔ پیس قائم کیجیے، پیس وغیرہ۔ تو دعوت صرف صرف اناؤنسمنٹ کا نام نہیں ہے۔ دعوت ایک پورا کلچر لاتی ہے۔ پورا کلچر۔ اس کلچر میں پیس ہوتا</w:t>
      </w:r>
    </w:p>
    <w:p>
      <w:r>
        <w:rPr>
          <w:b/>
        </w:rPr>
        <w:t xml:space="preserve">[54:59] </w:t>
      </w:r>
      <w:r>
        <w:t>hai. doosron se mu'tadil ta'alluqaat hote hain. doosron ko nasih banna padta hai waghera. to is mein shakk nahi ke da'wat ka kaam chhodne ki wajah se musalmanon mein yeh sab kharabiyaan aayi hain.</w:t>
      </w:r>
    </w:p>
    <w:p>
      <w:pPr>
        <w:jc w:val="right"/>
      </w:pPr>
      <w:r>
        <w:t>ہے۔ دوسروں سے معتدل تعلقات ہوتے ہیں۔ دوسروں کو ناصح بننا پڑتا ہے وغیرہ۔ تو اس میں شک نہیں کہ دعوت کا کام چھوڑنے کی وجہ سے مسلمانوں میں یہ سب خرابیاں آئی ہیں۔</w:t>
      </w:r>
    </w:p>
    <w:p>
      <w:r>
        <w:rPr>
          <w:b/>
        </w:rPr>
        <w:t xml:space="preserve">[55:19] </w:t>
      </w:r>
      <w:r>
        <w:t>maulana, agla sawal lene se pehle ek comment padhna chahenge jo raipur se miss shabana idrees ne kiya hai. unhone comment diya hai. unhone likha hai: "maulana sahib, i always find spiritual food for my mind in your lectures. it develops my personality and encourages me to replan my life. jazak allah." maulana, agla sawal kya hai lucknow se shah n</w:t>
      </w:r>
    </w:p>
    <w:p>
      <w:pPr>
        <w:jc w:val="right"/>
      </w:pPr>
      <w:r>
        <w:t>مولانا، اگلا سوال لینے سے پہلے ایک کمنٹ پڑھنا چاہیں گے جو رائے پور سے مس شبانہ ادریس نے کیا ہے۔ انہوں نے کمنٹ دیا ہے۔ انہوں نے لکھا ہے: "مولانا صاحب، آئی آلویز فائنڈ سپرچول فوڈ فار مائی مائنڈ ان یور لیکچرز۔ اٹ ڈیولپس مائی پرسنیلٹی اینڈ انکریجز می ٹو ری پلان مائی لائف۔ جزاک اللہ۔" مولانا، اگلا سوال کیا ہے لکھنو سے شاہ ن</w:t>
      </w:r>
    </w:p>
    <w:p>
      <w:r>
        <w:rPr>
          <w:b/>
        </w:rPr>
        <w:t xml:space="preserve">[55:49] </w:t>
      </w:r>
      <w:r>
        <w:t>awaz khan sahib ne. aur unhone likha hai: "maulana sahib, since quran has been preserved by god almighty himself, then it also indicates that muslim ummah as a whole have huge responsibility to ensure that the religion should not be misinterpreted or misunderstood by non muslims. am i right in my thinking? and if yes, then what should all muslims do today to play their</w:t>
      </w:r>
    </w:p>
    <w:p>
      <w:pPr>
        <w:jc w:val="right"/>
      </w:pPr>
      <w:r>
        <w:t>واز خان صاحب نے۔ اور انہوں نے لکھا ہے: "مولانا صاحب، سنس قرآن ہیز بین پریزروڈ بائی گاڈ آل مائٹی ہم سیلف، دین اٹ آل سو انڈیکیٹس دیٹ مسلم امہ ایز ا ہول ہیو ہیوج ریسپانسبیلٹی ٹو انشور دیٹ دا ریلیجن شوڈ ناٹ بی مس انٹرپریٹڈ اور مس انڈرسٹڈ بائی نان مسلمز۔ ایم آئی رائٹ ان مائی تھنکنگ؟ اینڈ اف یس، دین واٹ شوڈ آل مسلمز ڈو ٹوڈے ٹو پلے د</w:t>
      </w:r>
    </w:p>
    <w:p>
      <w:r>
        <w:rPr>
          <w:b/>
        </w:rPr>
        <w:t xml:space="preserve">[56:19] </w:t>
      </w:r>
      <w:r>
        <w:t>role?"</w:t>
      </w:r>
    </w:p>
    <w:p>
      <w:pPr>
        <w:jc w:val="right"/>
      </w:pPr>
      <w:r>
        <w:t>یر رول؟"</w:t>
      </w:r>
    </w:p>
    <w:p>
      <w:r>
        <w:rPr>
          <w:b/>
        </w:rPr>
        <w:t xml:space="preserve">[56:22] </w:t>
      </w:r>
      <w:r>
        <w:t>musalmanon ko yahi karna hai ke woh peaceful tareeqe se is ka peaceful tareeqe se apna kaam karen. ladai na karen. ladai na karen. bas itna hi karna hai. yaani islam ko as it is pesh karne ke liye woh azaad hain, woh khoob karen. lekin ladai nahi karen. nafrat na karen. kisi ko dushman na samjhen. bas yeh karna hai.</w:t>
      </w:r>
    </w:p>
    <w:p>
      <w:pPr>
        <w:jc w:val="right"/>
      </w:pPr>
      <w:r>
        <w:t>مسلمانوں کو یہی کرنا ہے کہ وہ پیس فل طریقے سے اس کا پیس فل طریقے سے اپنا کام کریں۔ لڑائی نہ کریں۔ لڑائی نہ کریں۔ بس اتنا ہی کرنا ہے۔ یعنی اسلام کو ایز اٹ از پیش کرنے کے لیے وہ آزاد ہیں، وہ خوب کریں۔ لیکن لڑائی نہیں کریں۔ نفرت نہ کریں۔ کسی کو دشمن نہ سمجھیں۔ بس یہ کرنا ہے۔</w:t>
      </w:r>
    </w:p>
    <w:p>
      <w:r>
        <w:rPr>
          <w:b/>
        </w:rPr>
        <w:t xml:space="preserve">[56:50] </w:t>
      </w:r>
      <w:r>
        <w:t>ji. maulana, agla sawal chisti sahib ne kiya hai karachi pakistan se. unhone likha hai ke "how can we make scientific education introduced in madrasas?" what is your opinion on that?</w:t>
      </w:r>
    </w:p>
    <w:p>
      <w:pPr>
        <w:jc w:val="right"/>
      </w:pPr>
      <w:r>
        <w:t>جی۔ مولانا، اگلا سوال چشتی صاحب نے کیا ہے کراچی پاکستان سے۔ انہوں نے لکھا ہے کہ "ہاؤ کین وی میک سائنٹیفک ایجوکیشن انٹروڈیوسڈ ان مدرساز؟" واٹ از یور اوپینین آن دیٹ؟</w:t>
      </w:r>
    </w:p>
    <w:p>
      <w:r>
        <w:rPr>
          <w:b/>
        </w:rPr>
        <w:t xml:space="preserve">[57:07] </w:t>
      </w:r>
      <w:r>
        <w:t>nahi, main is ka, main is se agree nahi karta. madrase mein scientific education ki zaroorat nahi hai. madrase ki taleem ke baad woh padhe. jo talib ilm chahe woh science padhe, kuch aur padhe. is ki koi zaroorat nahi ke madrase mein taleem shamil karen aap science ki. is ki koi zaroorat nahi hai. madrase mein padhne ke baad woh khoob padh sakte hain. maine khud padha madrase ki taleem ke baad</w:t>
      </w:r>
    </w:p>
    <w:p>
      <w:pPr>
        <w:jc w:val="right"/>
      </w:pPr>
      <w:r>
        <w:t>نہیں، میں اس کا، میں اس سے ایگری نہیں کرتا۔ مدرسے میں سائنٹیفک ایجوکیشن کی ضرورت نہیں ہے۔ مدرسے کی تعلیم کے بعد وہ پڑھے۔ جو طالب علم چاہے وہ سائنس پڑھے، کچھ اور پڑھے۔ اس کی کوئی ضرورت نہیں کہ مدرسے میں تعلیم شامل کریں آپ سائنس کی۔ اس کی کوئی ضرورت نہیں ہے۔ مدرسے میں پڑھنے کے بعد وہ خوب پڑھ سکتے ہیں۔ میں نے خود پڑھا مدرسے کی تعلیم کے بعد</w:t>
      </w:r>
    </w:p>
    <w:p>
      <w:r>
        <w:rPr>
          <w:b/>
        </w:rPr>
        <w:t xml:space="preserve">[57:37] </w:t>
      </w:r>
      <w:r>
        <w:t>۔ maine madrase ki taleem ke baad science padhi maine. is mein koi rukawat nahi hai.</w:t>
      </w:r>
    </w:p>
    <w:p>
      <w:pPr>
        <w:jc w:val="right"/>
      </w:pPr>
      <w:r>
        <w:t>۔ میں نے مدرسے کی تعلیم کے بعد سائنس پڑھی میں نے۔ اس میں کوئی رکاوٹ نہیں ہے۔</w:t>
      </w:r>
    </w:p>
    <w:p>
      <w:r>
        <w:rPr>
          <w:b/>
        </w:rPr>
        <w:t xml:space="preserve">[57:43] </w:t>
      </w:r>
      <w:r>
        <w:t>maulana, unhone ek aur sawal kiya hai, isi se juda hua hai. unhone likha hai ke "without scientific education, how can religious leaders be relevant to their times?" to shayad isi liye woh keh rahe hain.</w:t>
      </w:r>
    </w:p>
    <w:p>
      <w:pPr>
        <w:jc w:val="right"/>
      </w:pPr>
      <w:r>
        <w:t>مولانا، انہوں نے ایک اور سوال کیا ہے، اسی سے جڑا ہوا ہے۔ انہوں نے لکھا ہے کہ "وِد آؤٹ سائنٹیفک ایجوکیشن، ہاؤ کین ریلیجیس لیڈرز بی ریلیونٹ ٹو دیر ٹائمز؟" تو شاید اسی لیے وہ کہہ رہے ہیں۔</w:t>
      </w:r>
    </w:p>
    <w:p>
      <w:r>
        <w:rPr>
          <w:b/>
        </w:rPr>
        <w:t xml:space="preserve">[57:58] </w:t>
      </w:r>
      <w:r>
        <w:t>madrase mein padha hai, is ki koi zaroorat hi nahi. bahut bada scientist hai haldon, woh kisi university mein nahi padha hua. lekin bahut bada scientist banaya tha us ko, haldon ko. to aap madrase ke talba mein yeh roop ho ke tum ko madrase ki taleem ke baad angrezi padhna hai, science padhna hai, yeh karo. koi rukawat nahi hai is mein. maine khud misalon mein ke madrase ki taleem ke baad maine science pad</w:t>
      </w:r>
    </w:p>
    <w:p>
      <w:pPr>
        <w:jc w:val="right"/>
      </w:pPr>
      <w:r>
        <w:t>مدرسے میں پڑھا ہے، اس کی کوئی ضرورت ہی نہیں۔ بہت بڑا سائنٹسٹ ہے ہالڈن، وہ کسی یونیورسٹی میں نہیں پڑھا ہوا۔ لیکن بہت بڑا سائنٹسٹ بنایا تھا اس کو، ہالڈن کو۔ تو آپ مدرسے کے طلبہ میں یہ روپ ہو کہ تم کو مدرسے کی تعلیم کے بعد انگریزی پڑھنا ہے، سائنس پڑھنا ہے، یہ کرو۔ کوئی رکاوٹ نہیں ہے اس میں۔ میں نے خود مثالوں میں کہ مدرسے کی تعلیم کے بعد میں نے سائنس پڑ</w:t>
      </w:r>
    </w:p>
    <w:p>
      <w:r>
        <w:rPr>
          <w:b/>
        </w:rPr>
        <w:t xml:space="preserve">[58:28] </w:t>
      </w:r>
      <w:r>
        <w:t>ha, angrezi padhi.</w:t>
      </w:r>
    </w:p>
    <w:p>
      <w:pPr>
        <w:jc w:val="right"/>
      </w:pPr>
      <w:r>
        <w:t>ھا، انگریزی پڑھی۔</w:t>
      </w:r>
    </w:p>
    <w:p>
      <w:r>
        <w:rPr>
          <w:b/>
        </w:rPr>
        <w:t xml:space="preserve">[58:33] </w:t>
      </w:r>
      <w:r>
        <w:t>maulana, agla sawal kya hai karnataka se mr. venkatesh prasad ne. unhone likha hai: "maulana sahib, i know five languages and have seen english and other language translations of the quran. and they seem so different in meaning when it comes to few chapters. and i have personally compared some of the chapters and verses. so how are you claiming that islam as a religion is preserved</w:t>
      </w:r>
    </w:p>
    <w:p>
      <w:pPr>
        <w:jc w:val="right"/>
      </w:pPr>
      <w:r>
        <w:t>مولانا، اگلا سوال کیا ہے کرناٹکا سے مسٹر وینکٹیش پرساد نے۔ انہوں نے لکھا ہے: "مولانا صاحب، آئی نو فائیو لینگویجز اینڈ ہیو سین انگلش اینڈ ادر لینگویج ٹرانسلیشنز آف دا قرآن۔ اینڈ دے سیم سو ڈفرنٹ ان میننگ وین اٹ کمز ٹو فیو چیپٹرز۔ اینڈ آئی ہیو پرسنلی کمپئیرڈ سم آف دی چیپٹرز اینڈ ورسز۔ سو ہاؤ آر یو کلیمنگ دیٹ اسلام ایز ا ریلیجن از پریزروڈ</w:t>
      </w:r>
    </w:p>
    <w:p>
      <w:r>
        <w:rPr>
          <w:b/>
        </w:rPr>
        <w:t xml:space="preserve">[59:03] </w:t>
      </w:r>
      <w:r>
        <w:t>? i am confused."</w:t>
      </w:r>
    </w:p>
    <w:p>
      <w:pPr>
        <w:jc w:val="right"/>
      </w:pPr>
      <w:r>
        <w:t>؟ آئی ایم کنفیوزڈ۔"</w:t>
      </w:r>
    </w:p>
    <w:p>
      <w:r>
        <w:rPr>
          <w:b/>
        </w:rPr>
        <w:t xml:space="preserve">[59:07] </w:t>
      </w:r>
      <w:r>
        <w:t>preserved is ka text hai. translation to preserved hai. yahan bhi kab kaha ke jo translation hai woh preserved hai. text preserved hai. to text ke interpretation mein fark ho sakta hai. jaise constitution hai, constitution of india hai, to is ka text preserved hai. lekin judges jo hain us ko justice wale andaaz mein interpret karte hain. to interpretation mein fark to rahega, hamesha rahega. shayad duniya mein aisa hota hai. har duniya ka ek constitution hai,</w:t>
      </w:r>
    </w:p>
    <w:p>
      <w:pPr>
        <w:jc w:val="right"/>
      </w:pPr>
      <w:r>
        <w:t>پریزروڈ اس کا ٹیکسٹ ہے۔ ٹرانسلیشن تو پریزروڈ ہے۔ یہاں بھی کب کہا کہ جو ٹرانسلیشن ہے وہ پریزروڈ ہے۔ ٹیکسٹ پریزروڈ ہے۔ تو ٹیکسٹ کے انٹرپریٹیشن میں فرق ہو سکتا ہے۔ جیسے کانسٹیٹیوشن ہے، کانسٹیٹیوشن آف انڈیا ہے، تو اس کا ٹیکسٹ پریزروڈ ہے۔ لیکن ججز جو ہیں اس کو جسٹس والے انداز میں انٹرپریٹ کرتے ہیں۔ تو انٹرپریٹیشن میں فرق تو رہے گا، ہمیشہ رہے گا۔ شاید دنیا میں ایسا ہوتا ہے۔ ہر دنیا کا ایک کانسٹیٹیوشن ہے،</w:t>
      </w:r>
    </w:p>
    <w:p>
      <w:r>
        <w:rPr>
          <w:b/>
        </w:rPr>
        <w:t xml:space="preserve">[59:37] </w:t>
      </w:r>
      <w:r>
        <w:t>lekin judges us pe justice wale andaaz se interpret karte hain. to quran ka yaani mehfooz ma'ni yahan ek text mehfooz hai. text. is ka matlab nahi ke koi apne tareeqe se is ko interpret nahi kar payega. logon ka haath bandha rahega. yeh matlab nahi hai is ka. kisi ka haath bandh nahi sakta. yeh naam ke liye.</w:t>
      </w:r>
    </w:p>
    <w:p>
      <w:pPr>
        <w:jc w:val="right"/>
      </w:pPr>
      <w:r>
        <w:t>لیکن ججز اس پہ جسٹس والے انداز سے انٹرپریٹ کرتے ہیں۔ تو قرآن کا یعنی محفوظ معنی یہاں ایک ٹیکسٹ محفوظ ہے۔ ٹیکسٹ۔ اس کا مطلب نہیں کہ کوئی اپنے طریقے سے اس کو انٹرپریٹ نہیں کر پائے گا۔ لوگوں کا ہاتھ بندھا رہے گا۔ یہ مطلب نہیں ہے اس کا۔ کسی کا ہاتھ بندھ نہیں سکتا۔ یہ نام کے لیے۔</w:t>
      </w:r>
    </w:p>
    <w:p>
      <w:r>
        <w:rPr>
          <w:b/>
        </w:rPr>
        <w:t xml:space="preserve">[1:00:04] </w:t>
      </w:r>
      <w:r>
        <w:t>anwar subhani sahib ne delhi se agla sawal kiya hai. unhone aapse poocha hai ke "islamic point of view capitalism ke murad se kya hai?" kya hamein capitalism ko badhava dena chahiye ya nahi? is ke bare mein bataen.</w:t>
      </w:r>
    </w:p>
    <w:p>
      <w:pPr>
        <w:jc w:val="right"/>
      </w:pPr>
      <w:r>
        <w:t>انور سبحانی صاحب نے دلی سے اگلا سوال کیا ہے۔ انہوں نے آپ سے پوچھا ہے کہ "اسلامک پوائنٹ آف ویو کیپیٹلزم کے مراد سے کیا ہے؟" کیا ہمیں کیپیٹلزم کو بڑھاوا دینا چاہیے یا نہیں؟ اس کے بارے میں بتائیں۔</w:t>
      </w:r>
    </w:p>
    <w:p>
      <w:r>
        <w:rPr>
          <w:b/>
        </w:rPr>
        <w:t xml:space="preserve">[1:00:20] </w:t>
      </w:r>
      <w:r>
        <w:t>dekhen, capitalism galat naam hai. jo log capitalism chalate hain unhone kabhi nahi kaha ke hamara nizam capitalism hai. yeh to mukhalifeen ka diya hua naam hai. capitalism is nothing. matlab capitalism koi cheez hai hi nahi. yeh to jhootha naam hai. yeh to critic ne jhootha naam de rakha hai. free economy sahi lafz hai. sirf free economy. to free ka kaam hona chahiye.</w:t>
      </w:r>
    </w:p>
    <w:p>
      <w:pPr>
        <w:jc w:val="right"/>
      </w:pPr>
      <w:r>
        <w:t>دیکھیں، کیپیٹلزم غلط نام ہے۔ جو لوگ کیپیٹلزم چلاتے ہیں انہوں نے کبھی نہیں کہا کہ ہمارا نظام کیپیٹلزم ہے۔ یہ تو مخالفین کا دیا ہوا نام ہے۔ کیپیٹلزم از نتھنگ۔ مطلب کیپیٹلزم کوئی چیز ہے ہی نہیں۔ یہ تو جھوٹا نام ہے۔ یہ تو کریٹیک نے جھوٹا نام دے رکھا ہے۔ فری اکانومی صحیح لفظ ہے۔ صرف فری اکانومی۔ تو فری کا کام ہونا چاہیے۔</w:t>
      </w:r>
    </w:p>
    <w:p>
      <w:r>
        <w:rPr>
          <w:b/>
        </w:rPr>
        <w:t xml:space="preserve">[1:00:52] </w:t>
      </w:r>
      <w:r>
        <w:t>capitalism ka lafz hi galat hai. yeh ek gaali ka lafz hai, gaali ka. aur yeh un logon ne diya hai jo socialist log hote hain, socialist thinkers ne diya hai. yeh to gaali ka lafz hai. capitalism apne aap mein koi cheez nahi hai. sahi cheez jo hai woh hai free economy. socialist economy aur free economy. to main socialist economy se ittefaq nahi karta. main free economy se ittefaq karta hoon.</w:t>
      </w:r>
    </w:p>
    <w:p>
      <w:pPr>
        <w:jc w:val="right"/>
      </w:pPr>
      <w:r>
        <w:t>کیپیٹلزم کا لفظ ہی غلط ہے۔ یہ ایک گالی کا لفظ ہے، گالی کا۔ اور یہ ان لوگوں نے دیا ہے جو سوشلسٹ لوگ ہوتے ہیں، سوشلسٹ تھنکرز نے دیا ہے۔ یہ تو گالی کا لفظ ہے۔ کیپیٹلزم اپنے آپ میں کوئی چیز نہیں ہے۔ صحیح چیز جو ہے وہ ہے فری اکانومی۔ سوشلسٹ اکانومی اور فری اکانومی۔ تو میں سوشلسٹ اکانومی سے اتفاق نہیں کرتا۔ میں فری اکانومی سے اتفاق کرتا ہوں۔</w:t>
      </w:r>
    </w:p>
    <w:p>
      <w:r>
        <w:rPr>
          <w:b/>
        </w:rPr>
        <w:t xml:space="preserve">[1:01:23] </w:t>
      </w:r>
      <w:r>
        <w:t>is par maine bahut kuch likha hai, aap chahen to padh sakte hain.</w:t>
      </w:r>
    </w:p>
    <w:p>
      <w:pPr>
        <w:jc w:val="right"/>
      </w:pPr>
      <w:r>
        <w:t>اس پر میں نے بہت کچھ لکھا ہے، آپ چاہیں تو پڑھ سکتے ہیں۔</w:t>
      </w:r>
    </w:p>
    <w:p>
      <w:r>
        <w:rPr>
          <w:b/>
        </w:rPr>
        <w:t xml:space="preserve">[1:01:28] </w:t>
      </w:r>
      <w:r>
        <w:t>maulana, uk se dr. hannah khan ne sawal bheja hai. unhone likha hai: "maulana sahib, may allah give you hayat-e-khizr to keep explaining us wisdom. my question is that how can we balance between revival and innovation? as there is always a danger. what is your opinion on this?"</w:t>
      </w:r>
    </w:p>
    <w:p>
      <w:pPr>
        <w:jc w:val="right"/>
      </w:pPr>
      <w:r>
        <w:t>مولانا، یو کے سے ڈاکٹر ہنا خان نے سوال بھیجا ہے۔ انہوں نے لکھا ہے: "مولانا صاحب، می اللہ گیو یو حیاتِ خضر ٹو کیپ ایکسپلیننگ اس وزڈم۔ مائی کویسچن از دیٹ ہاؤ کین وی بیلنس بٹوین ریوائیول اینڈ انوویشن؟ ایز دیر از آلویز ا ڈینجر۔ واٹ از یور اوپینین آن دس؟"</w:t>
      </w:r>
    </w:p>
    <w:p>
      <w:r>
        <w:rPr>
          <w:b/>
        </w:rPr>
        <w:t xml:space="preserve">[1:01:52] </w:t>
      </w:r>
      <w:r>
        <w:t>dekhiye, is duniya mein kabhi bhi aap yeh aisa nahi kar sakte ke evil ko jail khaane mein band kar den. evil ko prison mein band karna possible nahi. rasool allah ke zamane mein bhi aisa nahi tha. to kaise aap aisa karenge? na khuda ne kabhi kiya hai ke evil ko jail khaane mein band kar de. na rasool allah ne aisa kiya, na sahaba ne aisa kiya. to aap kaise kar sakte hain? is ko, un ko</w:t>
      </w:r>
    </w:p>
    <w:p>
      <w:pPr>
        <w:jc w:val="right"/>
      </w:pPr>
      <w:r>
        <w:t>دیکھیے، اس دنیا میں کبھی بھی آپ یہ ایسا نہیں کر سکتے کہ ایول کو جیل خانے میں بند کر دیں۔ ایول کو پریزن میں بند کرنا پاسیبل نہیں۔ رسول اللہ کے زمانے میں بھی ایسا نہیں تھا۔ تو کیسے آپ ایسا کریں گے؟ نہ خدا نے کبھی کیا ہے کہ ایول کو جیل خانے میں بند کر دے۔ نہ رسول اللہ نے ایسا کیا، نہ صحابہ نے ایسا کیا۔ تو آپ کیسے کر سکتے ہیں؟ اس کو، ان کو</w:t>
      </w:r>
    </w:p>
    <w:p>
      <w:r>
        <w:rPr>
          <w:b/>
        </w:rPr>
        <w:t xml:space="preserve">[1:02:22] </w:t>
      </w:r>
      <w:r>
        <w:t>azaadi dijiye. aap ki bhi azaadi hai ke aap un ko galat saabit karen. aap un ko galat saabit kar dijiye. rok nahi sakte aap. lekin ek hai rokna, ek hai un ko galat saabit karna. to galat saabit karne ke liye aap ka darwaza khula hua hai. rokne ki zaroorat hi nahi hai.</w:t>
      </w:r>
    </w:p>
    <w:p>
      <w:pPr>
        <w:jc w:val="right"/>
      </w:pPr>
      <w:r>
        <w:t>آزادی دیجیے۔ آپ کی بھی آزادی ہے کہ آپ ان کو غلط ثابت کریں۔ آپ ان کو غلط ثابت کر دیجیے۔ روک نہیں سکتے آپ۔ لیکن ایک ہے روکنا، ایک ہے ان کو غلط ثابت کرنا۔ تو غلط ثابت کرنے کے لیے آپ کا دروازہ کھلا ہوا ہے۔ روکنے کی ضرورت ہی نہیں ہے۔</w:t>
      </w:r>
    </w:p>
    <w:p>
      <w:r>
        <w:rPr>
          <w:b/>
        </w:rPr>
        <w:t xml:space="preserve">[1:02:43] </w:t>
      </w:r>
      <w:r>
        <w:t>maulana, agla sawal lene se pehle ek comment padhna chahenge jo bharm dut sharma ji ne bheja hai nagpur se. unhone likha hai: "maulana sahib, i am a non muslim and follow your articles which appear in the speaking tree. i find your writings address all the minds of all the communities. regarding your talk today, i had long ago read your book 'quran and abiding wonder'</w:t>
      </w:r>
    </w:p>
    <w:p>
      <w:pPr>
        <w:jc w:val="right"/>
      </w:pPr>
      <w:r>
        <w:t>مولانا، اگلا سوال لینے سے پہلے ایک کمنٹ پڑھنا چاہیں گے جو بھرم دت شرما جی نے بھیجا ہے ناگپور سے۔ انہوں نے لکھا ہے: "مولانا صاحب، آئی ایم اے نان مسلم اینڈ فالو یور آرٹیکلز وچ اپیئر ان دا سپیکنگ ٹری۔ آئی فائنڈ یور رائٹنگز ایڈریس آل دا مائنڈز آف آل دا کمیونٹیز۔ ریگارڈنگ یور ٹاک ٹوڈے، آئی ہیڈ لانگ اگو ریڈ یور بک 'قرآن اینڈ ابائنڈنگ ونڈر'</w:t>
      </w:r>
    </w:p>
    <w:p>
      <w:r>
        <w:rPr>
          <w:b/>
        </w:rPr>
        <w:t xml:space="preserve">[1:03:13] </w:t>
      </w:r>
      <w:r>
        <w:t>"which deals with preservation of islam very scientifically. maulana sahib, i must say that not only muslims but even non muslims all over the world should listen to your voice."</w:t>
      </w:r>
    </w:p>
    <w:p>
      <w:pPr>
        <w:jc w:val="right"/>
      </w:pPr>
      <w:r>
        <w:t>وچ ڈیلز ود پریزرویشن آف اسلام ویری سائنٹیفکلی۔ مولانا صاحب، آئی مسٹ سے دیٹ ناٹ اونلی مسلمز بٹ ایون نان مسلمز آل اوور دی ورلڈ شوڈ لسن ٹو یور وائس۔"</w:t>
      </w:r>
    </w:p>
    <w:p>
      <w:r>
        <w:rPr>
          <w:b/>
        </w:rPr>
        <w:t xml:space="preserve">[1:03:28] </w:t>
      </w:r>
      <w:r>
        <w:t>masha'allah.</w:t>
      </w:r>
    </w:p>
    <w:p>
      <w:pPr>
        <w:jc w:val="right"/>
      </w:pPr>
      <w:r>
        <w:t>ماشاءاللہ۔</w:t>
      </w:r>
    </w:p>
    <w:p>
      <w:r>
        <w:rPr>
          <w:b/>
        </w:rPr>
        <w:t xml:space="preserve">[1:03:29] </w:t>
      </w:r>
      <w:r>
        <w:t>maulana, agla sawal kanpur se shaukat siddiqui sahib ne kiya hai. aur unhone likha hai: "maulana sahib, why muslims today do not come forward in giving quran to members of other communities? why do they hold themself back when it comes to distribution of quran?"</w:t>
      </w:r>
    </w:p>
    <w:p>
      <w:pPr>
        <w:jc w:val="right"/>
      </w:pPr>
      <w:r>
        <w:t>مولانا، اگلا سوال کانپور سے شوکت صدیقی صاحب نے کیا ہے۔ اور انہوں نے لکھا ہے: "مولانا صاحب، وائی مسلمز ٹوڈے ڈو ناٹ کم فارورڈ ان گیونگ قرآن ٹو ممبرز آف ادر کمیونٹیز؟ وائی ڈو دے ہولڈ دیم سیلف بیک وین اٹ کمز ٹو ڈسٹریبیوشن آف قرآن؟"</w:t>
      </w:r>
    </w:p>
    <w:p>
      <w:r>
        <w:rPr>
          <w:b/>
        </w:rPr>
        <w:t xml:space="preserve">[1:03:51] </w:t>
      </w:r>
      <w:r>
        <w:t>yeh to aap jante hain ke dawat ka tasawwur musalmanon mein hadaf ho gaya. bas community ko jante hain woh. aaj ka musalman jo hai, insan ko nahi janta. apni community ko janta hai. my community right or wrong. dawat ka tasawwur aata hai jab sare insan aap ko concern hon. sari duniya aap ko concern ho. sare insan se aap ko khair khwahi ho. yeh cheez musalmanon mein nikal gayi. bas woh apni community ko jante hain. jab community ko le kar sochenge,</w:t>
      </w:r>
    </w:p>
    <w:p>
      <w:pPr>
        <w:jc w:val="right"/>
      </w:pPr>
      <w:r>
        <w:t>یہ تو آپ جانتے ہیں کہ دعوت کا تصور مسلمانوں میں حذف ہو گیا۔ بس کمیونٹی کو جانتے ہیں وہ۔ آج کا مسلمان جو ہے، انسان کو نہیں جانتا۔ اپنی کمیونٹی کو جانتا ہے۔ مائی کمیونٹی رائٹ اور رانگ۔ دعوت کا تصور آتا ہے جب سارے انسان آپ کو کنسرن ہوں۔ ساری دنیا آپ کو کنسرن ہو۔ سارے انسان سے آپ کو خیر خواہی ہو۔ یہ چیز مسلمانوں میں نکل گئی۔ بس وہ اپنی کمیونٹی کو جانتے ہیں۔ جب کمیونٹی کو لے کر سوچیں گے،</w:t>
      </w:r>
    </w:p>
    <w:p>
      <w:r>
        <w:rPr>
          <w:b/>
        </w:rPr>
        <w:t xml:space="preserve">[1:04:21] </w:t>
      </w:r>
      <w:r>
        <w:t>muslim community ko le kar un ke idare banenge, is mein koi kharana nahi hai dawat ka. insan ko le kar jab banenge tab is mein kharana dawat ka banta hai. to islam ek insan aur religion hai. aap quran mein padhiye to is mein insan, insan, insan aata hai. community nahi aata. to musalmanon mein jo community par mabni mazhab ban gaya hai, is ki wajah se yeh sab baatein hain. insan par mabni jo mazh</w:t>
      </w:r>
    </w:p>
    <w:p>
      <w:pPr>
        <w:jc w:val="right"/>
      </w:pPr>
      <w:r>
        <w:t>مسلم کمیونٹی کو لے کر ان کے ادارے بنیں گے، اس میں کوئی خرانہ نہیں ہے دعوت کا۔ انسان کو لے کر جب بنیں گے تب اس میں خرانہ دعوت کا بنتا ہے۔ تو اسلام ایک انسان اور ریلیجن ہے۔ آپ قرآن میں پڑھیے تو اس میں انسان، انسان، انسان آتا ہے۔ کمیونٹی نہیں آتا۔ تو مسلمانوں میں جو کمیونٹی پر مبنی مذہب بن گیا ہے، اس کی وجہ سے یہ سب باتیں ہیں۔ انسان پر مبنی جو مذ</w:t>
      </w:r>
    </w:p>
    <w:p>
      <w:r>
        <w:rPr>
          <w:b/>
        </w:rPr>
        <w:t xml:space="preserve">[1:04:51] </w:t>
      </w:r>
      <w:r>
        <w:t>hab hai, jo quran ka mazhab hai, woh agar zinda ho jaye to phir dawat zinda hogi. jab dawat zinda hogi to yeh sab cheezein apne aap un ki islaah ho jayengi.</w:t>
      </w:r>
    </w:p>
    <w:p>
      <w:pPr>
        <w:jc w:val="right"/>
      </w:pPr>
      <w:r>
        <w:t>ہب ہے، جو قرآن کا مذہب ہے، وہ اگر زندہ ہو جائے تو پھر دعوت زندہ ہو گی۔ جب دعوت زندہ ہو گی تو یہ سب چیزیں اپنے آپ ان کی اصلاح ہو جائیں گی۔</w:t>
      </w:r>
    </w:p>
    <w:p>
      <w:r>
        <w:rPr>
          <w:b/>
        </w:rPr>
        <w:t xml:space="preserve">[1:05:01] </w:t>
      </w:r>
      <w:r>
        <w:t>maulana, tamapur se naseer sana sahib ne sawal bheja hai. unhone likha hai ke "maulana sahib, jab insan ka mind negative hota hai to us ko har positive baat bhi negative lagti hai. aisa kyun hota hai? is ki kya wajah hai?"</w:t>
      </w:r>
    </w:p>
    <w:p>
      <w:pPr>
        <w:jc w:val="right"/>
      </w:pPr>
      <w:r>
        <w:t>مولانا، تماپور سے نصیر سنا صاحب نے سوال بھیجا ہے۔ انہوں نے لکھا ہے کہ "مولانا صاحب، جب انسان کا مائنڈ نیگیٹو ہوتا ہے تو اس کو ہر پازیٹو بات بھی نیگیٹو لگتی ہے۔ ایسا کیوں ہوتا ہے؟ اس کی کیا وجہ ہے؟"</w:t>
      </w:r>
    </w:p>
    <w:p>
      <w:r>
        <w:rPr>
          <w:b/>
        </w:rPr>
        <w:t xml:space="preserve">[1:05:20] </w:t>
      </w:r>
      <w:r>
        <w:t>musalmanon mein duniya mein sab se kam jo cheez hai woh hai art of thinking. kaise sochte hain, log jante nahi hain is ko. kyunke bachpan se yeh sikhaya nahi jata ke kaise socho. bas jo baat mind mein aa gayi wohi aa gayi, wohi padhi hui hai, usi mein aadmi conditioned ho raha hai. to art of thinking ka subject jo hai bohat hi kam logon ne is ko padha hai. bohat</w:t>
      </w:r>
    </w:p>
    <w:p>
      <w:pPr>
        <w:jc w:val="right"/>
      </w:pPr>
      <w:r>
        <w:t>مسلمانوں میں دنیا میں سب سے کم جو چیز ہے وہ ہے آرٹ آف تھنکنگ۔ کیسے سوچتے ہیں، لوگ جانتے نہیں ہیں اس کو۔ کیونکہ بچپن سے یہ سکھایا نہیں جاتا کہ کیسے سوچو۔ بس جو بات مائنڈ میں آ گئی وہی آ گئی، وہی پڑھی ہوئی ہے، اسی میں آدمی کنڈیشنڈ ہو رہا ہے۔ تو آرٹ آف تھنکنگ کا سبجیکٹ جو ہے بہت ہی کم لوگوں نے اس کو پڑھا ہے۔ بہت</w:t>
      </w:r>
    </w:p>
    <w:p>
      <w:r>
        <w:rPr>
          <w:b/>
        </w:rPr>
        <w:t xml:space="preserve">[1:05:50] </w:t>
      </w:r>
      <w:r>
        <w:t>kam log is se waqif hain ke kaise sochte hain, kaise. jaise yahi baat jo maine kahi ke agar aap chahte hain azadi lena to aap ko doosron ko azadi deni padegi. yeh hai sochne ka tareeqa. agar aap yeh chahein ke mujhe to azadi ho, doosron ko azadi na ho to aap ko bhi nahi milegi. yeh hai art of thinking. to logon mein yeh kami hai ke woh art of thinking jante nahi. is liye</w:t>
      </w:r>
    </w:p>
    <w:p>
      <w:pPr>
        <w:jc w:val="right"/>
      </w:pPr>
      <w:r>
        <w:t>کم لوگ اس سے واقف ہیں کہ کیسے سوچتے ہیں، کیسے۔ جیسے یہی بات جو میں نے کہی کہ اگر آپ چاہتے ہیں آزادی لینا تو آپ کو دوسروں کو آزادی دینی پڑے گی۔ یہ ہے سوچنے کا طریقہ۔ اگر آپ یہ چاہیں کہ مجھے تو آزادی ہو، دوسروں کو آزادی نہ ہو تو آپ کو بھی نہیں ملے گی۔ یہ ہے آرٹ آف تھنکنگ۔ تو لوگوں میں یہ کمی ہے کہ وہ آرٹ آف تھنکنگ جانتے نہیں۔ اس لیے</w:t>
      </w:r>
    </w:p>
    <w:p>
      <w:r>
        <w:rPr>
          <w:b/>
        </w:rPr>
        <w:t xml:space="preserve">[1:06:20] </w:t>
      </w:r>
      <w:r>
        <w:t>un ki soch galat ho gayi hai aur woh galat faisle karte hain.</w:t>
      </w:r>
    </w:p>
    <w:p>
      <w:pPr>
        <w:jc w:val="right"/>
      </w:pPr>
      <w:r>
        <w:t>ان کی سوچ غلط ہو گئی ہے اور وہ غلط فیصلے کرتے ہیں۔</w:t>
      </w:r>
    </w:p>
    <w:p>
      <w:r>
        <w:rPr>
          <w:b/>
        </w:rPr>
        <w:t xml:space="preserve">[1:06:26] </w:t>
      </w:r>
      <w:r>
        <w:t>ji. maulana, agla sawal kya hai doctor farida khanam ne dilli se. unhone likha hai: "what is the main reason for the failure of ulema on every front? am i right in thinking that it is blind taqlid which has made them incapable of understanding the requirements of the modern age?"</w:t>
      </w:r>
    </w:p>
    <w:p>
      <w:pPr>
        <w:jc w:val="right"/>
      </w:pPr>
      <w:r>
        <w:t>جی۔ مولانا، اگلا سوال کیا ہے ڈاکٹر فریدہ خانم نے دلی سے۔ انہوں نے لکھا ہے: "واٹ از دا مین ریزن فار دا فیلیر آف علماء آن ایوری فرنٹ؟ ایم آئی رائٹ ان تھنکنگ دیٹ اٹ از بلائنڈ تقلید وچ ہیز میڈ دیم ان کیپیبل آف انڈرسٹینڈنگ دا ریکوائرمنٹس آف دا ماڈرن ایج؟"</w:t>
      </w:r>
    </w:p>
    <w:p>
      <w:r>
        <w:rPr>
          <w:b/>
        </w:rPr>
        <w:t xml:space="preserve">[1:06:50] </w:t>
      </w:r>
      <w:r>
        <w:t>yeh bilkul sahi hai. taqlidi ki wajah se modern education ke part samjhe nahi unhone. kyunke pichhle unhone modern education nahi li thi to us ko unhone samjha ke is ki koi zaroorat nahi hai. to yeh to sahi baat hai ke taqlid is ki jar mein hai.</w:t>
      </w:r>
    </w:p>
    <w:p>
      <w:pPr>
        <w:jc w:val="right"/>
      </w:pPr>
      <w:r>
        <w:t>یہ بالکل صحیح ہے۔ تقلیدی کی وجہ سے ماڈرن ایجوکیشن کے پارٹ نہیں سمجھے انہوں نے۔ کیونکہ پچھلے انہوں نے ماڈرن ایجوکیشن نہیں لی تھی تو اس کو انہوں نے سمجھا کہ اس کی کوئی ضرورت نہیں ہے۔ تو یہ تو صحیح بات ہے کہ تقلید اس کی جڑ میں ہے۔</w:t>
      </w:r>
    </w:p>
    <w:p>
      <w:r>
        <w:rPr>
          <w:b/>
        </w:rPr>
        <w:t xml:space="preserve">[1:07:12] </w:t>
      </w:r>
      <w:r>
        <w:t>maulana, un ka doosra sawal hai: "muslims are discouraged to receive modern education. to ulema, all non-muslims are kafir. so they don't allow their students to read their books. what is the solution to this problem?"</w:t>
      </w:r>
    </w:p>
    <w:p>
      <w:pPr>
        <w:jc w:val="right"/>
      </w:pPr>
      <w:r>
        <w:t>مولانا، ان کا دوسرا سوال ہے: "مسلمز آر ڈسکریج ٹو ریسیو ماڈرن ایجوکیشن۔ ٹو علماء، آل نان مسلمز آر کافر۔ سو دے ڈونٹ الاؤ دیر سٹوڈنٹس ٹو ریڈ دیر بکس۔ واٹ از دا سلوشن ٹو دس پرابلم؟"</w:t>
      </w:r>
    </w:p>
    <w:p>
      <w:r>
        <w:rPr>
          <w:b/>
        </w:rPr>
        <w:t xml:space="preserve">[1:07:31] </w:t>
      </w:r>
      <w:r>
        <w:t>un ki soch ko badla jaye. yani woh, main un ko yeh nahi samajhta ke un ki bad intention kaise nahi hai. bad intention kaise nahi hai. woh samajhte hain ke is tarah se hum muslim generation ko mehfooz rakh payenge. un ko bachane ke liye. un ka soul jo concern hai woh hai bachana. apne bachon ko bachana. yeh tasawwur galat hai. bachane ki</w:t>
      </w:r>
    </w:p>
    <w:p>
      <w:pPr>
        <w:jc w:val="right"/>
      </w:pPr>
      <w:r>
        <w:t>ان کی سوچ کو بدلا جائے۔ یعنی وہ، میں ان کو یہ نہیں سمجھتا کہ ان کی بیڈ انٹینشن کیسے نہیں ہے۔ بیڈ انٹینشن کیسے نہیں ہے۔ وہ سمجھتے ہیں کہ اس طرح سے ہم مسلم جنریشن کو محفوظ رکھ پائیں گے۔ ان کو بچانے کے لیے۔ ان کا سول جو کنسرن ہے وہ ہے بچانا۔ اپنے بچوں کو بچانا۔ یہ تصوری غلط ہے۔ بچانے کی</w:t>
      </w:r>
    </w:p>
    <w:p>
      <w:r>
        <w:rPr>
          <w:b/>
        </w:rPr>
        <w:t xml:space="preserve">[1:08:01] </w:t>
      </w:r>
      <w:r>
        <w:t>koshish mein woh back out ho jayenge. jo result niklega woh backward hai. to yeh un ki soch jo hai, main un ki niyat ka nahi mamla manta is ko. bad intention is mein involve nahi hai. un ki soch galat hai. to un ki soch ko badla jayega. un ko samjhaya jayega. un ko kitabein di jayengi. aur bohat se ulema badal gaye hain masha'allah.</w:t>
      </w:r>
    </w:p>
    <w:p>
      <w:pPr>
        <w:jc w:val="right"/>
      </w:pPr>
      <w:r>
        <w:t>کوشش میں وہ بیک آؤٹ ہو جائیں گے۔ جو رزلٹ نکلے گا وہ بیک ورڈ ہے۔ تو یہ ان کی سوچ جو ہے، میں ان کی نیت کا نہیں معاملہ مانتا اس کو۔ بیڈ انٹینشن اس میں انوالو نہیں ہے۔ ان کی سوچ غلط ہے۔ تو ان کی سوچ کو بدلا جائے گا۔ ان کو سمجھایا جائے گا۔ ان کو کتابیں دی جائیں گی۔ اور بہت سے علماء بدل گئے ہیں ماشاءاللہ۔</w:t>
      </w:r>
    </w:p>
    <w:p>
      <w:r>
        <w:rPr>
          <w:b/>
        </w:rPr>
        <w:t xml:space="preserve">[1:08:32] </w:t>
      </w:r>
      <w:r>
        <w:t>ji.</w:t>
      </w:r>
    </w:p>
    <w:p>
      <w:pPr>
        <w:jc w:val="right"/>
      </w:pPr>
      <w:r>
        <w:t>جی۔</w:t>
      </w:r>
    </w:p>
    <w:p>
      <w:r>
        <w:rPr>
          <w:b/>
        </w:rPr>
        <w:t xml:space="preserve">[1:08:32] </w:t>
      </w:r>
      <w:r>
        <w:t>bohat se ulema badal gaye hain.</w:t>
      </w:r>
    </w:p>
    <w:p>
      <w:pPr>
        <w:jc w:val="right"/>
      </w:pPr>
      <w:r>
        <w:t>بہت سے علماء بدل گئے ہیں۔</w:t>
      </w:r>
    </w:p>
    <w:p>
      <w:r>
        <w:rPr>
          <w:b/>
        </w:rPr>
        <w:t xml:space="preserve">[1:08:36] </w:t>
      </w:r>
      <w:r>
        <w:t>maulana srinagar se qurutulain mas qurutulain ne sawal bheja hai. unhone likha hai ke "why are ulema apprehensive of going for ijtihad in spite of the fact that it is the dire need today?"</w:t>
      </w:r>
    </w:p>
    <w:p>
      <w:pPr>
        <w:jc w:val="right"/>
      </w:pPr>
      <w:r>
        <w:t>مولانا شری نگر سے قروت العین مس قروت العین نے سوال بھیجا ہے۔ انہوں نے لکھا ہے کہ "وائی آر علماء ایپریہینسیو آف گوئنگ فار اجتہاد ان سپائٹ آف دا فیکٹ دیٹ اٹ از دا ڈائر نیڈ ٹوڈے؟"</w:t>
      </w:r>
    </w:p>
    <w:p>
      <w:r>
        <w:rPr>
          <w:b/>
        </w:rPr>
        <w:t xml:space="preserve">[1:08:55] </w:t>
      </w:r>
      <w:r>
        <w:t>is mein yeh galat fehmi ki baat hai. kuch logon ne yeh samajh liya ke ijtihad ka darwaza band ho gaya. lekin khud ulema ne likha hai ke yeh galat hai. ijtihad darwaza kabhi band nahi ho sakta. is par maine likha hai tafseel ke sath, meri kitab hai woh 'fikr-e-islami'. 'fikr-e-islami' mein maine ulema ka hawala diya hai ke jo log yeh samajhte hain ke islam ke jahan ijtihad darwaza band ho ga woh galat kehte hain.</w:t>
      </w:r>
    </w:p>
    <w:p>
      <w:pPr>
        <w:jc w:val="right"/>
      </w:pPr>
      <w:r>
        <w:t>اس میں یہ غلط فہمی کی بات ہے۔ کچھ لوگوں نے یہ سمجھ لیا کہ اجتہاد کا دروازہ بند ہو گیا۔ لیکن خود علماء نے لکھا ہے کہ یہ غلط ہے۔ اجتہاد دروازہ کبھی بند نہیں ہو سکتا۔ اس پر میں نے لکھا ہے تفصیل کے ساتھ، میری کتاب ہے وہ 'فکر اسلامی'۔ 'فکر اسلامی' میں میں نے علماء کا حوالہ دیا ہے کہ جو لوگ یہ سمجھتے ہیں کہ اسلام کے جہاں اجتہاد دروازہ بند ہو گا وہ غلط کہتے ہیں۔</w:t>
      </w:r>
    </w:p>
    <w:p>
      <w:r>
        <w:rPr>
          <w:b/>
        </w:rPr>
        <w:t xml:space="preserve">[1:09:25] </w:t>
      </w:r>
      <w:r>
        <w:t>ijtihad darwaza khula hua hai. to main samajhta hoon ke baat yeh nahi hai. baat wohi hai ke modern education na lene ki wajah se daur-e-jadeed ko woh samajh nahi sake. yeh asal baat hai. woh study bhi nahi ki. agar woh university mein, college mein ja kar chahte, padhna nahi chahte the to college mein woh library mein ja ke padhte. maine library mein padha. maine college university mein nahi padha kuch.</w:t>
      </w:r>
    </w:p>
    <w:p>
      <w:pPr>
        <w:jc w:val="right"/>
      </w:pPr>
      <w:r>
        <w:t>اجتہاد دروازہ کھلا ہوا ہے۔ تو میں سمجھتا ہوں کہ بات یہ نہیں ہے۔ بات وہی ہے کہ ماڈرن ایجوکیشن نہ لینے کی وجہ سے دور جدید کو وہ سمجھ نہیں سکے۔ یہ اصل بات ہے۔ وہ اسٹڈی بھی نہیں کی۔ اگر وہ یونیورسٹی میں، کالج میں جا کر چاہتے، پڑھنا نہیں چاہتے تھے تو کالج میں وہ لائبریری میں جا کے پڑھتے۔ میں نے لائبریری میں پڑھا۔ میں نے کالج یونیورسٹی میں نہیں پڑھا کچھ۔</w:t>
      </w:r>
    </w:p>
    <w:p>
      <w:r>
        <w:rPr>
          <w:b/>
        </w:rPr>
        <w:t xml:space="preserve">[1:09:56] </w:t>
      </w:r>
      <w:r>
        <w:t>madrasa ke baad jo kuch maine padha woh library mein padha hai. yeh rasta sab ke liye khula hua hai. yani madrasa mein aap traditional ilm hasil kijiye. us ke baad jo mazeed ilm hai woh aap library mein ja ke hasil kijiye. padhiye, study kijiye. baqayda safar kiya hai maine is ke liye. collegeon aur universityon mein gaya hua hoon. wahan thehra. phir bohat bar</w:t>
      </w:r>
    </w:p>
    <w:p>
      <w:pPr>
        <w:jc w:val="right"/>
      </w:pPr>
      <w:r>
        <w:t>مدرسے کے بعد جو کچھ میں نے پڑھا وہ لائبریری میں پڑھا ہے۔ یہ راستہ سب کے لیے کھلا ہوا ہے۔ یعنی مدرسے میں آپ ٹریڈیشنل علم حاصل کیجیے۔ اس کے بعد جو مزید علم ہے وہ آپ لائبریری میں جا کے حاصل کیجیے۔ پڑھیے، اسٹڈی کیجیے۔ باقاعدہ سفر کیا ہے میں نے اس کے لیے۔ کالجوں اور یونیورسٹیوں میں گیا ہوا ہوں۔ وہاں ٹھہرا۔ پھر بہت بڑ</w:t>
      </w:r>
    </w:p>
    <w:p>
      <w:r>
        <w:rPr>
          <w:b/>
        </w:rPr>
        <w:t xml:space="preserve">[1:10:26] </w:t>
      </w:r>
      <w:r>
        <w:t>ha maidan ek hai libraryon ka. is ka faida uthaiye.</w:t>
      </w:r>
    </w:p>
    <w:p>
      <w:pPr>
        <w:jc w:val="right"/>
      </w:pPr>
      <w:r>
        <w:t>ا میدان ایک ہے لائبریریوں کا۔ اس کا فائدہ اٹھائیے۔</w:t>
      </w:r>
    </w:p>
    <w:p>
      <w:r>
        <w:rPr>
          <w:b/>
        </w:rPr>
        <w:t xml:space="preserve">[1:10:31] </w:t>
      </w:r>
      <w:r>
        <w:t>ji. maulana, isi se juda hua agla sawal woh bhi srinagar se aaya hai aamir mori sahib ka. aur unhone likha hai ke "maulana sahib, people think that reapplication of deen is a very sensitive thing. and majority of them feel that it is sin to think beyond what is mentioned in the books. so maulana, how can we change the mindsets of such muslims?"</w:t>
      </w:r>
    </w:p>
    <w:p>
      <w:pPr>
        <w:jc w:val="right"/>
      </w:pPr>
      <w:r>
        <w:t>جی۔ مولانا، اسی سے جڑا ہوا اگلا سوال وہ بھی شری نگر سے آیا ہے عامر موری صاحب کا۔ اور انہوں نے لکھا ہے کہ "مولانا صاحب، پیپل تھنک دیٹ ری ایپلیکیشن آف دین از ا ویری سینسیٹو تھنگ۔ اینڈ میجورٹی آف دیم فیل دیٹ اٹ از سن ٹو تھنک بیونڈ واٹ از مینشنڈ ان دا بکس۔ سو مولانا، ہاؤ کین وی چینج دا مائنڈ سیٹس آف سچ مسلمز؟"</w:t>
      </w:r>
    </w:p>
    <w:p>
      <w:r>
        <w:rPr>
          <w:b/>
        </w:rPr>
        <w:t xml:space="preserve">[1:10:59] </w:t>
      </w:r>
      <w:r>
        <w:t>yeh soch bilkul galat hai. yeh soch bilkul galat hai. hadith se sabit hai ke ijtihad bilkul khula hua hai. kyunke rasool Allah ne farmaya ke agar tum ijtihad karo aur ijtihad tumhara sahi ho to tum ko double sawab mile ga. aur tum ijtihad karo, tumhara ijtihad galat ho jaye tab bhi tum ko aadha sawab mile ga. isi maani mein rasool</w:t>
      </w:r>
    </w:p>
    <w:p>
      <w:pPr>
        <w:jc w:val="right"/>
      </w:pPr>
      <w:r>
        <w:t>یہ سوچ بالکل غلط ہے۔ یہ سوچ بالکل غلط ہے۔ حدیث سے ثابت ہے کہ اجتہاد بالکل کھلا ہوا ہے۔ کیونکہ رسول اللہ نے فرمایا کہ اگر تم اجتہاد کرو اور اجتہاد تمہارا صحیح ہو تو تم کو ڈبل ثواب ملے گا۔ اور تم اجتہاد کرو، تمہارا اجتہاد غلط ہو جائے تب بھی تم کو آدھا ثواب ملے گا۔ اسی معنی میں رسول</w:t>
      </w:r>
    </w:p>
    <w:p>
      <w:r>
        <w:rPr>
          <w:b/>
        </w:rPr>
        <w:t xml:space="preserve">[1:11:29] </w:t>
      </w:r>
      <w:r>
        <w:t>Allah ne encourage kiya hai. ijtihad ko rasool Allah sallallahu alaihi wasallam ne encourage kiya hai. khoob encourage kiya. ghalati karoge tab bhi sawab mile ga. yeh to bilkul yani islam se is ka koi ta'alluq nahi hai is soch ka.</w:t>
      </w:r>
    </w:p>
    <w:p>
      <w:pPr>
        <w:jc w:val="right"/>
      </w:pPr>
      <w:r>
        <w:t>اللہ نے انکریج کیا ہے۔ اجتہاد کو رسول اللہ صلی اللہ علیہ وسلم نے انکریج کیا ہے۔ خوب انکریج کیا۔ غلطی کرو گے تب بھی ثواب ملے گا۔ یہ تو بالکل یعنی اسلام سے اس کا کوئی تعلق نہیں ہے اس سوچ کا۔</w:t>
      </w:r>
    </w:p>
    <w:p>
      <w:r>
        <w:rPr>
          <w:b/>
        </w:rPr>
        <w:t xml:space="preserve">[1:11:47] </w:t>
      </w:r>
      <w:r>
        <w:t>jammu se abdul nadvi sahib ne sawal bheja hai. unhone likha hai ke "maulana sahib, don't you think that madrasa syllabus needs moderation in this age?"</w:t>
      </w:r>
    </w:p>
    <w:p>
      <w:pPr>
        <w:jc w:val="right"/>
      </w:pPr>
      <w:r>
        <w:t>جموں سے عبدالندوی صاحب نے سوال بھیجا ہے۔ انہوں نے لکھا ہے کہ "مولانا صاحب، ڈونٹ یو تھنک دیٹ مدرسہ سلیبس نیڈز ماڈریشن ان دس ایج؟"</w:t>
      </w:r>
    </w:p>
    <w:p>
      <w:r>
        <w:rPr>
          <w:b/>
        </w:rPr>
        <w:t xml:space="preserve">[1:11:59] </w:t>
      </w:r>
      <w:r>
        <w:t>nahi, main is ko nahi manta. syllabus se koi talluq nahi hai. log madarse mein parhein, madarse ke baad phir woh cheezein parhein jo aap is mein add karna chahte hain. yeh kya ajeeb o ghareeb baat hai ke chahte hain ke madarse mein sab cheezein parhi jayen. is ki kya zaroorat kya hai? chand saal aap madarse mein parhte hain, is ke baad library mein parhein ja kar ke. jaisa ke maine kiya. main is ko sahi nahi samajhta ke madarse ke syllabus mein badla jaye, badla jaye. kuch nahi, is ka koi faida nahi</w:t>
      </w:r>
    </w:p>
    <w:p>
      <w:pPr>
        <w:jc w:val="right"/>
      </w:pPr>
      <w:r>
        <w:t>نہیں، میں اس کو نہیں مانتا۔ سلیبس سے کوئی تعلق نہیں ہے۔ لوگ مدرسے میں پڑھیں، مدرسے کے بعد پھر وہ چیزیں پڑھیں جو آپ اس میں ایڈ کرنا چاہتے ہیں۔ یہ کیا عجیب و غریب بات ہے کہ چاہتے ہیں کہ مدرسے میں سب چیزیں پڑھی جائیں۔ اس کی کیا ضرورت کیا ہے؟ چند سال آپ مدرسے میں پڑھتے ہیں، اس کے بعد لائبریری میں پڑھیں جا کر کے۔ جیسا کہ میں نے کیا۔ میں اس کو صحیح نہیں سمجھتا کہ مدرسے کے سلیبس میں بدلا جائے، بدلا جائے۔ کچھ نہیں، اس کا کوئی فائدہ نہیں</w:t>
      </w:r>
    </w:p>
    <w:p>
      <w:r>
        <w:rPr>
          <w:b/>
        </w:rPr>
        <w:t xml:space="preserve">[1:12:29] </w:t>
      </w:r>
      <w:r>
        <w:t>hoga.</w:t>
      </w:r>
    </w:p>
    <w:p>
      <w:pPr>
        <w:jc w:val="right"/>
      </w:pPr>
      <w:r>
        <w:t>ہو گا۔</w:t>
      </w:r>
    </w:p>
    <w:p>
      <w:r>
        <w:rPr>
          <w:b/>
        </w:rPr>
        <w:t xml:space="preserve">[1:12:33] </w:t>
      </w:r>
      <w:r>
        <w:t>Maulana, agla sawal Miss Farhana Ansari ne bheja hai Pakistan se. unhon ne likha hai ke "aap ne kaha ke musalmanon ko bhi apna paisa bank mein rakhna chahiye. Maulana sahib, hamein yeh bhi guide karein ke phir hum sood ka kya karein?"</w:t>
      </w:r>
    </w:p>
    <w:p>
      <w:pPr>
        <w:jc w:val="right"/>
      </w:pPr>
      <w:r>
        <w:t>مولانا، اگلا سوال مس فرحانہ انصاری نے بھیجا ہے پاکستان سے۔ انہوں نے لکھا ہے کہ "آپ نے کہا کہ مسلمانوں کو بھی اپنا پیسہ بینک میں رکھنا چاہیے۔ مولانا صاحب، ہمیں یہ بھی گائیڈ کریں کہ پھر ہم سود کا کیا کریں؟"</w:t>
      </w:r>
    </w:p>
    <w:p>
      <w:r>
        <w:rPr>
          <w:b/>
        </w:rPr>
        <w:t xml:space="preserve">[1:12:50] </w:t>
      </w:r>
      <w:r>
        <w:t>jo chahe kijiye, phenk dijiye nali mein. lekin paisa to mehfooz kijiye. bhai, main kehta hoon ke paise ko to mehfooz rakhiye. sood ko chhod dijiye bank mein, nadi mein phenk dijiye. lekin paisa to mehfooz rakhiye. kya khayal hai?</w:t>
      </w:r>
    </w:p>
    <w:p>
      <w:pPr>
        <w:jc w:val="right"/>
      </w:pPr>
      <w:r>
        <w:t>جو چاہے کیجیے، پھینک دیجیے نالی میں۔ لیکن پیسہ تو محفوظ کیجیے۔ بھائی، میں کہتا ہوں کہ پیسے کو تو محفوظ رکھیے۔ سود کو چھوڑ دیجیے بینک میں، ندی میں پھینک دیجیے۔ لیکن پیسہ تو محفوظ رکھیے۔ کیا خیال ہے؟</w:t>
      </w:r>
    </w:p>
    <w:p>
      <w:r>
        <w:rPr>
          <w:b/>
        </w:rPr>
        <w:t xml:space="preserve">[1:13:07] </w:t>
      </w:r>
      <w:r>
        <w:t>ji, sahi hai Maulana. sab se pehle jo important need of the hour hai ke paisa ko mehfooz karein.</w:t>
      </w:r>
    </w:p>
    <w:p>
      <w:pPr>
        <w:jc w:val="right"/>
      </w:pPr>
      <w:r>
        <w:t>جی، صحیح ہے مولانا۔ سب سے پہلے جو امپورٹنٹ نیڈ آف دی آر ہے کہ پیسہ کو محفوظ کریں۔</w:t>
      </w:r>
    </w:p>
    <w:p>
      <w:r>
        <w:rPr>
          <w:b/>
        </w:rPr>
        <w:t xml:space="preserve">[1:13:12] </w:t>
      </w:r>
      <w:r>
        <w:t>bhai, hamara jo asal hai woh to mehfooz rahe.</w:t>
      </w:r>
    </w:p>
    <w:p>
      <w:pPr>
        <w:jc w:val="right"/>
      </w:pPr>
      <w:r>
        <w:t>بھائی، ہمارا جو اصل ہے وہ تو محفوظ رہے۔</w:t>
      </w:r>
    </w:p>
    <w:p>
      <w:r>
        <w:rPr>
          <w:b/>
        </w:rPr>
        <w:t xml:space="preserve">[1:13:15] </w:t>
      </w:r>
      <w:r>
        <w:t>ji. Maulana, yeh aakhri sawal hai jo Muhammad Asif Khan sahib ne Delhi se bheja hai. unhon ne likha hai ke "only definition of God is in the absolute sense. can we take Quran in an absolute form or in the absolute sense? what is your opinion on this?"</w:t>
      </w:r>
    </w:p>
    <w:p>
      <w:pPr>
        <w:jc w:val="right"/>
      </w:pPr>
      <w:r>
        <w:t>جی۔ مولانا، یہ آخری سوال ہے جو محمد آصف خان صاحب نے دلی سے بھیجا ہے۔ انہوں نے لکھا ہے کہ "اونلی ڈیفینیشن آف گاڈ از ان دی ایبسولیوٹ سینس۔ کین وی ٹیک قرآن ان این ایبسولیوٹ فارم اور ان دی ایبسولیوٹ سینس؟ واٹ از یور اوپینین آن دس؟"</w:t>
      </w:r>
    </w:p>
    <w:p>
      <w:r>
        <w:rPr>
          <w:b/>
        </w:rPr>
        <w:t xml:space="preserve">[1:13:38] </w:t>
      </w:r>
      <w:r>
        <w:t>nahi, God ke mamle mein bhi definition ki jati hai. absolutely nahi chalta. yeh to aap kalam ki jo kitabein hain us ko parhiye, mutakallim mein kitabein hain. God ka jo definition hai, tarah tarah ki definition hai. yani Islam ke bahar jo log Khuda ko mante hain unhon ne bhi tarah tarah ki definition rakhi hai. to absolutely nahi chalta, woh apni aql ko istemal karna padega aap</w:t>
      </w:r>
    </w:p>
    <w:p>
      <w:pPr>
        <w:jc w:val="right"/>
      </w:pPr>
      <w:r>
        <w:t>نہیں، گاڈ کے معاملے میں بھی ڈیفینیشن کی جاتی ہے۔ ایبسولیوٹلی نہیں چلتا۔ یہ تو آپ کلام کی جو کتابیں ہیں اس کو پڑھیے، متکلم میں کتابیں ہیں۔ گاڈ کا جو ڈیفینیشن ہے، طرح طرح کی ڈیفینیشن ہے۔ یعنی اسلام کے باہر جو لوگ خدا کو مانتے ہیں انہوں نے بھی طرح طرح کی ڈیفینیشن رکھی ہے۔ تو ایبسولیوٹلی نہیں چلتا، وہ اپنی عقل کو استعمال کرنا پڑے گا آپ</w:t>
      </w:r>
    </w:p>
    <w:p>
      <w:r>
        <w:rPr>
          <w:b/>
        </w:rPr>
        <w:t xml:space="preserve">[1:14:08] </w:t>
      </w:r>
      <w:r>
        <w:t>ko. apni aql ko istemal kar ke aap ko discover karna padega. right aur wrong. absolutely to kahin bhi nahi hai. kahin bhi nahi hai.</w:t>
      </w:r>
    </w:p>
    <w:p>
      <w:pPr>
        <w:jc w:val="right"/>
      </w:pPr>
      <w:r>
        <w:t>کو۔ اپنی عقل کو استعمال کر کے آپ کو ڈسکور کرنا پڑے گا۔ رائٹ اور رانگ۔ ایبسولیوٹلی تو کہیں بھی نہیں ہے۔ کہیں بھی نہیں ہے۔</w:t>
      </w:r>
    </w:p>
    <w:p>
      <w:r>
        <w:rPr>
          <w:b/>
        </w:rPr>
        <w:t xml:space="preserve">[1:14:23] </w:t>
      </w:r>
      <w:r>
        <w:t>Okay, so we will end the session. if you want to join CPS International in your city or you want to contribute to Quran's distribution activities, then please write to us on info@cpsglobal.org. keep watching CPS International. we will be back next week same time. thank you.</w:t>
      </w:r>
    </w:p>
    <w:p>
      <w:pPr>
        <w:jc w:val="right"/>
      </w:pPr>
      <w:r>
        <w:t>اوکے، سو وی ویل اینڈ دی سیشن۔ اف یو وانٹ ٹو جوائن سی پی ایس انٹرنیشنل ان یور سٹی اور یو وانٹ ٹو کنٹریبیوٹ ٹو قرآنز ڈسٹریبیوشن ایکٹیویٹیز، دین پلیز رائٹ ٹو اس آن info@cpsglobal.org۔ کیپ واچنگ سی پی ایس انٹرنیشنل۔ ویل بی بیک نیکسٹ ویک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