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Moses Part 2, August 28, 2022</w:t>
      </w:r>
    </w:p>
    <w:p>
      <w:r>
        <w:t>https://youtu.be/2grjIPh0AFc</w:t>
      </w:r>
    </w:p>
    <w:p>
      <w:r>
        <w:rPr>
          <w:b/>
        </w:rPr>
        <w:t xml:space="preserve">[00:11] </w:t>
      </w:r>
      <w:r>
        <w:t>assalam o alaikum. pichhle session mein hum ne doctor saniya hasnain khan sahib ke saath prophet moosa ki kahani ki charcha ki thi.</w:t>
      </w:r>
    </w:p>
    <w:p>
      <w:pPr>
        <w:jc w:val="right"/>
      </w:pPr>
      <w:r>
        <w:t>السلامعلیکم۔ پچھلے سی شنمیں ہمنے ڈاکٹر ثانیہحسنین خانصاحبکےساتھ پرافٹ موسی ٰکیکہانیکی چرچاکی تھی۔</w:t>
      </w:r>
    </w:p>
    <w:p>
      <w:r>
        <w:rPr>
          <w:b/>
        </w:rPr>
        <w:t xml:space="preserve">[00:21] </w:t>
      </w:r>
      <w:r>
        <w:t>aaj hum session ko inshallah aage badhayenge. to chaliye baat cheet karte hain doctor sahib ke saath. assalam o alaikum doctor sahib, kaise hain aap? wa alaikum assalam, alhamdulillah. aap kaise hain? alhamdulillah.</w:t>
      </w:r>
    </w:p>
    <w:p>
      <w:pPr>
        <w:jc w:val="right"/>
      </w:pPr>
      <w:r>
        <w:t>آجہم سیشنکو انشاءاللہ آگےبڑھائیںگے۔ توچلیےباتچیتکرتے ہیں ڈاکٹرصاحبکےساتھ ۔ السلامعلیکمڈاکٹرصاحب،کیسےہیںآپ؟وعلیکمالسلام ،الحمدللہ۔آپکیسےہیں؟الحمدللہ۔</w:t>
      </w:r>
    </w:p>
    <w:p>
      <w:r>
        <w:rPr>
          <w:b/>
        </w:rPr>
        <w:t xml:space="preserve">[00:33] </w:t>
      </w:r>
      <w:r>
        <w:t>doctor sahib, pichhla jo pehla session aap ne prophet moosa ki kahani ko le kar kiya tha, to hum kahani ke is mod tak pahunche the ki kaise prophet moosa</w:t>
      </w:r>
    </w:p>
    <w:p>
      <w:pPr>
        <w:jc w:val="right"/>
      </w:pPr>
      <w:r>
        <w:t>ڈاکٹرصاحب، پچھلا جو پہلاسیشنآپنے پرافٹ موسیٰکیکہانیکولےکرکیاتھا ، تو ہم کہانیکےاس موڑتکپہنچےتھےکہکیسے پرافٹموسیٰ</w:t>
      </w:r>
    </w:p>
    <w:p>
      <w:r>
        <w:rPr>
          <w:b/>
        </w:rPr>
        <w:t xml:space="preserve">[00:44] </w:t>
      </w:r>
      <w:r>
        <w:t>misr se bhaag kar madyan pahunche, aur phir wahan par ek ped ke neeche baith kar unho ne ek bahut hi pyari dua ki, "rabbi inni lima anzalta ilayya min khairin faqeer".</w:t>
      </w:r>
    </w:p>
    <w:p>
      <w:pPr>
        <w:jc w:val="right"/>
      </w:pPr>
      <w:r>
        <w:t>مصر سےبھاگکر مد ینپہنچے، اورپھروہاںپہ ایک پیڑکےنیچےبیٹھکر انہوںنےایکبہت ہی پی اری دعاکی ، "رب ّانی لم ّا انزلتال ہیّمن خیر فقیر"۔</w:t>
      </w:r>
    </w:p>
    <w:p>
      <w:r>
        <w:rPr>
          <w:b/>
        </w:rPr>
        <w:t xml:space="preserve">[00:57] </w:t>
      </w:r>
      <w:r>
        <w:t>phir doctor sahib, aap ne bataya ki yeh dua foran qubool ho gayi, aur prophet moosa ne jin do auraton ki madad ki thi kunwein mein paani nikalne ke liye, woh phir prophet moosa ko apne walid yani hazrat shuaib ke paas le kar gayin.</w:t>
      </w:r>
    </w:p>
    <w:p>
      <w:pPr>
        <w:jc w:val="right"/>
      </w:pPr>
      <w:r>
        <w:t>پھرڈاکٹرصاحب،آپنےبتایاکہیہ دعافوراًقبولہوگئی ، اور پرافٹموسی ٰ نے جن دو عورتوں کیمد دکی تھی کنویںمیںپانینکالنےکےلیے، وہ پھر پرافٹموسیٰکواپنے والد یعنیحضرت شعیبکےپاس لےکرگئیں۔</w:t>
      </w:r>
    </w:p>
    <w:p>
      <w:r>
        <w:rPr>
          <w:b/>
        </w:rPr>
        <w:t xml:space="preserve">[01:14] </w:t>
      </w:r>
      <w:r>
        <w:t>prophet moosa hazrat shuaib se milte hain, to us ke baad phir kya hota hai doctor sahib, us ke bare mein bataein. bismillah hir rahman nir rahim.</w:t>
      </w:r>
    </w:p>
    <w:p>
      <w:pPr>
        <w:jc w:val="right"/>
      </w:pPr>
      <w:r>
        <w:t>پرافٹموسیٰ حضرت شعیبسےملتےہیں، تو اسکےبعد پھرکیا ہوتاہےڈاکٹرصاحب،اسکےبارےمیںبتائیں۔ بسماللہ الرحمنالرحیم۔</w:t>
      </w:r>
    </w:p>
    <w:p>
      <w:r>
        <w:rPr>
          <w:b/>
        </w:rPr>
        <w:t xml:space="preserve">[01:24] </w:t>
      </w:r>
      <w:r>
        <w:t>rabbi ishrah li sadri, wa yassir li amri, wahlul uqdatan min lisani, yafqahu qawli. jaisa aap ne abhi bataya ki moosa alaihissalam madyan pahunche aur wahan dua ki, aur allah taala ne dua qubool ki.</w:t>
      </w:r>
    </w:p>
    <w:p>
      <w:pPr>
        <w:jc w:val="right"/>
      </w:pPr>
      <w:r>
        <w:t>رب اشرحلیصدری ،و یسرلیامری ، واحل العقدۃ منلسانی ، یفقہ قولی۔ جیساآپنےابھی بت ایا کہ موسی ٰعلیہالسلام مد ینپہنچے اور وہاں دعاکی ،اور اللہ تعالیٰنےدعاقبول کی۔</w:t>
      </w:r>
    </w:p>
    <w:p>
      <w:r>
        <w:rPr>
          <w:b/>
        </w:rPr>
        <w:t xml:space="preserve">[01:41] </w:t>
      </w:r>
      <w:r>
        <w:t>to jin do ladies, young ladies, ki madad ki thi moosa alaihissalam ne, un ke janwaron ko paani pilaya tha, woh jab apne ghar pahunchin to un ke father ne kaha ki aaj tum log itni jaldi kaise aa gaye?</w:t>
      </w:r>
    </w:p>
    <w:p>
      <w:pPr>
        <w:jc w:val="right"/>
      </w:pPr>
      <w:r>
        <w:t>تو جن دو لیڈیز ، ینگلیڈیز، کیمددکیتھی موسیٰعلیہالسلام نے ،انکےجانوروںکوپانیپلایاتھا، وہجب اپنے گھر پہنچیں تو انکےفادرنےکہاکہ آجتم لوگ اتنیجلدیکیسےآگئے ؟</w:t>
      </w:r>
    </w:p>
    <w:p>
      <w:r>
        <w:rPr>
          <w:b/>
        </w:rPr>
        <w:t xml:space="preserve">[01:58] </w:t>
      </w:r>
      <w:r>
        <w:t>to unho ne kaha ki wahan ek naujawan aaya tha kunwein ke paas, aur us ne humari bakriyon ko bhi paani pila diya to hum jaldi aa gaye.</w:t>
      </w:r>
    </w:p>
    <w:p>
      <w:pPr>
        <w:jc w:val="right"/>
      </w:pPr>
      <w:r>
        <w:t>تو انہوںنےکہاکہوہاں ایکنوجوانآیاتھا کنویںکےپاس، اور اسنےہماریبکریوںکو بھیپانیپلادیاتوہمجلدیآگئے۔</w:t>
      </w:r>
    </w:p>
    <w:p>
      <w:r>
        <w:rPr>
          <w:b/>
        </w:rPr>
        <w:t xml:space="preserve">[02:08] </w:t>
      </w:r>
      <w:r>
        <w:t>to unho ne kaha ki achha tum in ko lao, hamare yahan lao, ghar lao, hum in ko kuch compensate karein, hamare saath dinner karein woh.</w:t>
      </w:r>
    </w:p>
    <w:p>
      <w:pPr>
        <w:jc w:val="right"/>
      </w:pPr>
      <w:r>
        <w:t>تو انہوں نےکہاکہاچھاتم انکو لاؤ،ہمارےہاںلاؤ،گھرلاؤ،ہمانکوکچھ کمپنسیٹکریں،ہمارےساتھ ڈنرکریںوہ۔</w:t>
      </w:r>
    </w:p>
    <w:p>
      <w:r>
        <w:rPr>
          <w:b/>
        </w:rPr>
        <w:t xml:space="preserve">[02:19] </w:t>
      </w:r>
      <w:r>
        <w:t>to un mein se ek jo beti thi woh gayi aur kaha ki hamare father aap ko bula rahe hain taaki aap ko compensate karein, aap hamare saath dinner karein.</w:t>
      </w:r>
    </w:p>
    <w:p>
      <w:pPr>
        <w:jc w:val="right"/>
      </w:pPr>
      <w:r>
        <w:t>تو انمیںسے ایک جو بیٹیتھی وہ گئی اور کہاکہ ہمارےفادرآپکوبلارہےہیں تاکہآپکوکمپنسیٹکریں، آپہمارےساتھ ڈنرکریں۔</w:t>
      </w:r>
    </w:p>
    <w:p>
      <w:r>
        <w:rPr>
          <w:b/>
        </w:rPr>
        <w:t xml:space="preserve">[02:33] </w:t>
      </w:r>
      <w:r>
        <w:t>to woh gaye aur mile.</w:t>
      </w:r>
    </w:p>
    <w:p>
      <w:pPr>
        <w:jc w:val="right"/>
      </w:pPr>
      <w:r>
        <w:t>تو وہ گئے اور ملے۔</w:t>
      </w:r>
    </w:p>
    <w:p>
      <w:r>
        <w:rPr>
          <w:b/>
        </w:rPr>
        <w:t xml:space="preserve">[02:38] </w:t>
      </w:r>
      <w:r>
        <w:t>to jo father the un do ladies ke father ka naam shuaib aata hai kitabon mein, aur ulama ka kehna hai ki yeh woh shuaib alaihissalam nahi hain jo paighambar the,</w:t>
      </w:r>
    </w:p>
    <w:p>
      <w:pPr>
        <w:jc w:val="right"/>
      </w:pPr>
      <w:r>
        <w:t>توجو فادر تھے ان دو لیڈیز کےفادرکانام شعیبآتاہے کتاب وںمیں ، اور علم اءکاکہناہےکہیہوہ شعیبعلیہالسلامنہیںہیںجوپیغمبرتھے ،</w:t>
      </w:r>
    </w:p>
    <w:p>
      <w:r>
        <w:rPr>
          <w:b/>
        </w:rPr>
        <w:t xml:space="preserve">[02:54] </w:t>
      </w:r>
      <w:r>
        <w:t>un ka zamana moosa alaihissalam se bahut pehle ka zamana hai. balke yeh bhi ek buzurg the, nek insaan the, quran mein shaikh al kabir aaya hai, old man.</w:t>
      </w:r>
    </w:p>
    <w:p>
      <w:pPr>
        <w:jc w:val="right"/>
      </w:pPr>
      <w:r>
        <w:t>انکا زمان ہ موسیٰعلیہالسلامسےبہت پہلے کازمان ہہے۔ بلکہیہبھی ایک بزرگ تھے، نیک انسان تھے ، قرآنمیں شیخ الکبیرآیاہے، اولڈمین۔</w:t>
      </w:r>
    </w:p>
    <w:p>
      <w:r>
        <w:rPr>
          <w:b/>
        </w:rPr>
        <w:t xml:space="preserve">[03:10] </w:t>
      </w:r>
      <w:r>
        <w:t>to woh aaye aur mile to saara qissa suna, moosa alaihissalam ne bataya ki kaise kaise firoun se bach kar aaye hain woh.</w:t>
      </w:r>
    </w:p>
    <w:p>
      <w:pPr>
        <w:jc w:val="right"/>
      </w:pPr>
      <w:r>
        <w:t>تو وہ آئےاور ملے تو سار اقصہسن ایا، موسیٰعلیہالسلامنےبتایاکہکیسےکیسے فرعون سےبچکےآئےہیںوہ ۔</w:t>
      </w:r>
    </w:p>
    <w:p>
      <w:r>
        <w:rPr>
          <w:b/>
        </w:rPr>
        <w:t xml:space="preserve">[03:23] </w:t>
      </w:r>
      <w:r>
        <w:t>to jab unho ne saara qissa suna to kaha ki "qala la takhaf najawta minal qawmiz zalimin" ke ab tum daro mat, jo zalim log the ab tum bach kar aa gaye ho</w:t>
      </w:r>
    </w:p>
    <w:p>
      <w:pPr>
        <w:jc w:val="right"/>
      </w:pPr>
      <w:r>
        <w:t>توجب انہوںنےساراقصہسنا تو کہاکہ "قال لا تخ ف نجوت من القوم الظالمین" کہابتمڈرومت ، جو ظالم لوگ سے ابتم بچکےآگئےہو</w:t>
      </w:r>
    </w:p>
    <w:p>
      <w:r>
        <w:rPr>
          <w:b/>
        </w:rPr>
        <w:t xml:space="preserve">[03:39] </w:t>
      </w:r>
      <w:r>
        <w:t>। Don't be afraid, you have been saved from the wrongdoing people. chunke jo misr ki sarhad thi, territory thi, us se bahar tha yeh madyan.</w:t>
      </w:r>
    </w:p>
    <w:p>
      <w:pPr>
        <w:jc w:val="right"/>
      </w:pPr>
      <w:r>
        <w:t>۔ Don'tbeafraid, youhavebeen sav ed from the wrongdoingpeople . چونکہ جو مصر کی سرحد تھی، ٹیریٹریتھی،اسسےباہرتھا یہ مد ین ۔</w:t>
      </w:r>
    </w:p>
    <w:p>
      <w:r>
        <w:rPr>
          <w:b/>
        </w:rPr>
        <w:t xml:space="preserve">[03:54] </w:t>
      </w:r>
      <w:r>
        <w:t>jeeto wahan iska jo frootha, iska laanahi chalta tha. In this sense, unho ne kaha ke ab tum safe ho, ab daro mat.</w:t>
      </w:r>
    </w:p>
    <w:p>
      <w:pPr>
        <w:jc w:val="right"/>
      </w:pPr>
      <w:r>
        <w:t>جیتووہاں اسکا جو فیروتھا،اسکا لاءنہیںچلتاتھا۔ اسسینسمیںانہوںنےکہاکہابتم سیفہو ، ابڈرومت۔</w:t>
      </w:r>
    </w:p>
    <w:p>
      <w:r>
        <w:rPr>
          <w:b/>
        </w:rPr>
        <w:t xml:space="preserve">[04:05] </w:t>
      </w:r>
      <w:r>
        <w:t>to hazrat shuaib se baatein huin moosa alehالسلام ki, woh bade mutasir huwe unki shakhsiyat se, aur saath mein unho ne dinner kiya.</w:t>
      </w:r>
    </w:p>
    <w:p>
      <w:pPr>
        <w:jc w:val="right"/>
      </w:pPr>
      <w:r>
        <w:t>تو حضرت شعیب سےباتیںہوئیں موسیٰعلیہالسلامکی،وہبڑےمتاثرہوئے انکیشخص یتسے ،اور ساتھمیںانہوںنے ڈنرکیا۔</w:t>
      </w:r>
    </w:p>
    <w:p>
      <w:r>
        <w:rPr>
          <w:b/>
        </w:rPr>
        <w:t xml:space="preserve">[04:16] </w:t>
      </w:r>
      <w:r>
        <w:t>jo hazrat shuaib hain, yeh jaise mein ne kaha ke log kuch paighambar bhi samajhte hain, lekin yeh ek buzurg ji the, aur bible mein inka naam jethro aata hai.</w:t>
      </w:r>
    </w:p>
    <w:p>
      <w:pPr>
        <w:jc w:val="right"/>
      </w:pPr>
      <w:r>
        <w:t>جوحضرت شعیب ہیں،یہ جیسےمیںنےکہاکہ لوگکچھ پیغمبربھیسمجھتےہیں،لیکن یہ ایک بزرگ جی تھے، اور بائبلمیںانکانام جتھروآتاہے۔</w:t>
      </w:r>
    </w:p>
    <w:p>
      <w:r>
        <w:rPr>
          <w:b/>
        </w:rPr>
        <w:t xml:space="preserve">[04:27] </w:t>
      </w:r>
      <w:r>
        <w:t>ji aur inka zaman moosa alehالسلام se pehle ka hai.</w:t>
      </w:r>
    </w:p>
    <w:p>
      <w:pPr>
        <w:jc w:val="right"/>
      </w:pPr>
      <w:r>
        <w:t>جی اور انکازمان ہموسیٰعلیہالسلامسے پہلے کاہے۔</w:t>
      </w:r>
    </w:p>
    <w:p>
      <w:r>
        <w:rPr>
          <w:b/>
        </w:rPr>
        <w:t xml:space="preserve">[04:32] </w:t>
      </w:r>
      <w:r>
        <w:t>jeeto yeh jo safar raha hoga moosa alehالسلام ka, bada inspiration, ismein bohat inspirations mile honge, bohat hi achha safar raha hoga, naye tajrubaat huwe honge.</w:t>
      </w:r>
    </w:p>
    <w:p>
      <w:pPr>
        <w:jc w:val="right"/>
      </w:pPr>
      <w:r>
        <w:t>جیتویہجوسفر رہاہوگا موسیٰعلیہالسلامکا ،بڑا انسپیریشن ،اسمیںبہت انسپیریشنزملےہوںگے،بہتہی اچھاسفررہاہوگا،نئےتجربات ہوئے ہوںگے۔</w:t>
      </w:r>
    </w:p>
    <w:p>
      <w:r>
        <w:rPr>
          <w:b/>
        </w:rPr>
        <w:t xml:space="preserve">[04:44] </w:t>
      </w:r>
      <w:r>
        <w:t>purane zaman e mein kya hota tha ke log travel karte the, aur chunke woh zaman tha nahi communication ka, to jahan jahan buzurg hote the, sufisaints hote the, jaise ibn battuta india aaye the, ji tughluq ke zaman e mein, before mughals</w:t>
      </w:r>
    </w:p>
    <w:p>
      <w:pPr>
        <w:jc w:val="right"/>
      </w:pPr>
      <w:r>
        <w:t>پرانےزمان ےمیںکیاہوتاتھاکہلوگ ٹریولکرتے تھے ،اور چونکہوہزمانہتھا نہیں کمیونیکیشنکا ، تو جہاںجہاں بزرگ ہوتےتھے، صوفیسینٹسہوتےتھے، جیسے ابن بط وطہانڈیاآئےتھے، جی طقلقکےزمان ےمیں، بیفورمغ لز</w:t>
      </w:r>
    </w:p>
    <w:p>
      <w:r>
        <w:rPr>
          <w:b/>
        </w:rPr>
        <w:t xml:space="preserve">[05:01] </w:t>
      </w:r>
      <w:r>
        <w:t>. to yahan jo is is zaman e mein bade bade saints the, unse mile, unke saath rahe. to yeh woh is zaman e ka tareeqa tha. to isliye yeh panchhon cheezein taqreeban moosa alehالسلام ke is safar mein humein nazar aati hain.</w:t>
      </w:r>
    </w:p>
    <w:p>
      <w:pPr>
        <w:jc w:val="right"/>
      </w:pPr>
      <w:r>
        <w:t>۔ تویہاںجو اس اسزمانےمیں بڑےبڑےسینٹستھے، انسے ملے،انکےساتھ رہے۔ تویہ وہ اسزمانےکا طریقہتھا۔تواسلیے یہ پانچوںچیزیںتقریباً موسیٰعلیہالسلام کے اسسفرمیںہمیں نظر آتیہیں۔</w:t>
      </w:r>
    </w:p>
    <w:p>
      <w:r>
        <w:rPr>
          <w:b/>
        </w:rPr>
        <w:t xml:space="preserve">[05:16] </w:t>
      </w:r>
      <w:r>
        <w:t>yeh bohat achhi baatein bataein doctor sahib, aap ne. aksar log safar ko le ke bohat pareshan rehte hain ke difficulties hongi aur kaise isko</w:t>
      </w:r>
    </w:p>
    <w:p>
      <w:pPr>
        <w:jc w:val="right"/>
      </w:pPr>
      <w:r>
        <w:t>یہ بہتاچھیباتیںبتائیں ڈاکٹرصاحب،آپنے۔اکثرلوگ سفرکولےکے بڑاپریشانرہتےہیں کہ ڈیفیکلٹیزہوںگی اور کیسےاسکو</w:t>
      </w:r>
    </w:p>
    <w:p>
      <w:r>
        <w:rPr>
          <w:b/>
        </w:rPr>
        <w:t xml:space="preserve">[05:26] </w:t>
      </w:r>
      <w:r>
        <w:t>tay karein ge. to aap ne ek bohat purposeful direction de diya safar ko le ke ke kitna insaan jo hai seekh sakta hai aur isko is se faida bhi mil sakta hai.</w:t>
      </w:r>
    </w:p>
    <w:p>
      <w:pPr>
        <w:jc w:val="right"/>
      </w:pPr>
      <w:r>
        <w:t>طےکریںگے۔ توآپنےایکبڑا پرپسفل ڈائریکشندےدیا سفرکولےکر کہ کتنا انسان جوہے سیکھسکتاہےاوراسکواسسےفائدہبھیملسکتاہے۔</w:t>
      </w:r>
    </w:p>
    <w:p>
      <w:r>
        <w:rPr>
          <w:b/>
        </w:rPr>
        <w:t xml:space="preserve">[05:35] </w:t>
      </w:r>
      <w:r>
        <w:t>jazak Allah doctor sahib. doctor sahib, phir hazrat shuaib ko ya unki ek beti yeh advice karti hai ke aap moosa ko hire kar lein, matlab for employment.</w:t>
      </w:r>
    </w:p>
    <w:p>
      <w:pPr>
        <w:jc w:val="right"/>
      </w:pPr>
      <w:r>
        <w:t>جزاک اللہڈاکٹرصاحب۔ ڈاکٹرصاحب،پھر حضرت شعیبکویاانہیکیایکبیٹی یہ ایڈوائسکرتیہے کہ آپ موسی ٰکو ہائرکرلیں،مطلب فار ایمپلائمنٹ۔</w:t>
      </w:r>
    </w:p>
    <w:p>
      <w:r>
        <w:rPr>
          <w:b/>
        </w:rPr>
        <w:t xml:space="preserve">[05:47] </w:t>
      </w:r>
      <w:r>
        <w:t>to iske bare mein hum sab ko bataiye.</w:t>
      </w:r>
    </w:p>
    <w:p>
      <w:pPr>
        <w:jc w:val="right"/>
      </w:pPr>
      <w:r>
        <w:t>تواسکےبارےمیں ہمسبکو بت ائیے۔</w:t>
      </w:r>
    </w:p>
    <w:p>
      <w:r>
        <w:rPr>
          <w:b/>
        </w:rPr>
        <w:t xml:space="preserve">[05:51] </w:t>
      </w:r>
      <w:r>
        <w:t>chunke jo tajruba hua hoga un logon ka moosa alehالسلام ke ta'alluq se, dekha hoga ke bohat mehanti aur honest hain aur bohat hi well mannered hain.</w:t>
      </w:r>
    </w:p>
    <w:p>
      <w:pPr>
        <w:jc w:val="right"/>
      </w:pPr>
      <w:r>
        <w:t>چونکہجو تجربہہوا ہوگا انلوگوںکا موسیٰعلیہالسلامکےتعلقسے، دیکھاہوگاکہبہت محنتی اور اونسٹہیں اوربہت ہی ویلمینڈہیں۔</w:t>
      </w:r>
    </w:p>
    <w:p>
      <w:r>
        <w:rPr>
          <w:b/>
        </w:rPr>
        <w:t xml:space="preserve">[06:03] </w:t>
      </w:r>
      <w:r>
        <w:t>zahira hai woh palas mein unki upbringing hui thi, to bohat hi cultured aur mannered rahe honge. to ek beti ne kaha apne father se ya ab tist ajro o mai fader hire him</w:t>
      </w:r>
    </w:p>
    <w:p>
      <w:pPr>
        <w:jc w:val="right"/>
      </w:pPr>
      <w:r>
        <w:t>ظاہرہےوہ پیلسمیںانکیاپبرنگنگہوئیتھی، توبہتہی کل چرڈاورمینڈ رہےہوںگے۔ تو ایک بیٹینےکہا اپنے فادرسے یا اب تی است اجرہ او مائیفادر ہائرہم</w:t>
      </w:r>
    </w:p>
    <w:p>
      <w:r>
        <w:rPr>
          <w:b/>
        </w:rPr>
        <w:t xml:space="preserve">[06:19] </w:t>
      </w:r>
      <w:r>
        <w:t>aur ek aur baat bohat achhi kahi in khair man ist ajr al qawi al amin ke jo best person hire karein aap, woh hai jo honest ho aur trust worthy ho aur aur strong ho, strong ho aur trust worthy ho.</w:t>
      </w:r>
    </w:p>
    <w:p>
      <w:pPr>
        <w:jc w:val="right"/>
      </w:pPr>
      <w:r>
        <w:t>اور ایکاورباتبہتاچھی کہی ان خیر من است اجرت القوی الامین کہجوبیسٹ پرسن ہائر کریںآپ ،وہ ہے جو اونسٹہو اور ٹرسٹ وردیہو اور اور سٹرانگہو، سٹرانگہواور ٹرسٹوردیہو۔</w:t>
      </w:r>
    </w:p>
    <w:p>
      <w:r>
        <w:rPr>
          <w:b/>
        </w:rPr>
        <w:t xml:space="preserve">[06:37] </w:t>
      </w:r>
      <w:r>
        <w:t>to is zaman e mein to physically strong hona bohat zaroori hota tha. ji</w:t>
      </w:r>
    </w:p>
    <w:p>
      <w:pPr>
        <w:jc w:val="right"/>
      </w:pPr>
      <w:r>
        <w:t>تو اسزمان ےمیں تو فزیکلی سٹرانگہونابہتضروریہوتاتھا۔ ج</w:t>
      </w:r>
    </w:p>
    <w:p>
      <w:r>
        <w:rPr>
          <w:b/>
        </w:rPr>
        <w:t xml:space="preserve">[06:42] </w:t>
      </w:r>
      <w:r>
        <w:t>ji ab kitabon mein aata hai ke hazrat moosa alehالسلام ne jab pani pilaya, to woh woh us waqt ka kaam kai logon ka hota raha hoga.</w:t>
      </w:r>
    </w:p>
    <w:p>
      <w:pPr>
        <w:jc w:val="right"/>
      </w:pPr>
      <w:r>
        <w:t>ی ابکتاب وںمیںآتاہے کہحضرتموسیٰعلیہالسلام نےجب پانی پلایا، تو وہ وہ اسوقت کام کئیلوگوںکاہوتارہاہوگا۔</w:t>
      </w:r>
    </w:p>
    <w:p>
      <w:r>
        <w:rPr>
          <w:b/>
        </w:rPr>
        <w:t xml:space="preserve">[06:52] </w:t>
      </w:r>
      <w:r>
        <w:t>jeeto unho ne akele hi kar diya, kar diya. haan to kitabon mein to aata hai ke das ghani taqat thi unki aam insaanon ke lihaaz se. thoda exaggeration lagta hai, lekin yaqeenan bohat hi stronger rahe honge. ji ji to isko dekh ke un ladies ne socha hoga ke yeh bohat hi strong hain aur bohat hi mannered aur cultured insaan rahe honge.</w:t>
      </w:r>
    </w:p>
    <w:p>
      <w:pPr>
        <w:jc w:val="right"/>
      </w:pPr>
      <w:r>
        <w:t>جیتوانہوںنےاکیلےہی کردیا،کردیا۔ ہاںتوکتاب وںمیںتوآتاہےکہ دسگنیطاقتتھیانکی عامانسانوںکےلحاظسے۔تھوڑاایگزیجریشنلگتاہے، لیکن یقینابہتہیسٹرانگرہےہوںگے۔جیجی تو اسکو دیکھکے انلیڈیزنےسوچاہوگاکہیہبہتہیسٹرانگہیں اور بہت ہی مینڈاورکلچرڈانسان رہےہوںگے۔</w:t>
      </w:r>
    </w:p>
    <w:p>
      <w:r>
        <w:rPr>
          <w:b/>
        </w:rPr>
        <w:t xml:space="preserve">[07:11] </w:t>
      </w:r>
      <w:r>
        <w:t>to jo yani jo do baatein bataein unho ne, qawi aur amin yani strong aur trust worthy. ji to is zaman e ke lihaaz se to theek hai, physically strong hona zaroori tha, ab to mentally strong ji hona zaroori hai.</w:t>
      </w:r>
    </w:p>
    <w:p>
      <w:pPr>
        <w:jc w:val="right"/>
      </w:pPr>
      <w:r>
        <w:t>تو جو یعنیجو دوباتیںبتائیںانہوںنے،قویاور امین یعنی سٹرانگ اور ٹرسٹوردی۔جی تواسزمانےکےلحاظسےتوٹھیکہے، فزیکلیسٹرانگہوناضروریتھا،ابتو مینٹلیسٹرانگ جی ہوناضروریہے۔</w:t>
      </w:r>
    </w:p>
    <w:p>
      <w:r>
        <w:rPr>
          <w:b/>
        </w:rPr>
        <w:t xml:space="preserve">[07:28] </w:t>
      </w:r>
      <w:r>
        <w:t>maulana isko excellence kehte the. haan ke aap excellence ki buniyad pe aage badh sakte hain. aur jo honesty hai, iska ta'alluq eman se hai.</w:t>
      </w:r>
    </w:p>
    <w:p>
      <w:pPr>
        <w:jc w:val="right"/>
      </w:pPr>
      <w:r>
        <w:t>مول انااسکوایکسیلنسکہتےتھے۔ ہاں کہآپایکسیلنسکیبنی ادپہ آگے بڑھسکتےہیں۔ اور جو اونسٹٹیہے، اسکا تعلق ایمانسے ہے۔</w:t>
      </w:r>
    </w:p>
    <w:p>
      <w:r>
        <w:rPr>
          <w:b/>
        </w:rPr>
        <w:t xml:space="preserve">[07:41] </w:t>
      </w:r>
      <w:r>
        <w:t>chunke hadith mein aata hai ke la iman liman la amanat lah yani uska eman eman nahi hai jo honest nahi hai. aur zahira hai eman ka ta'alluq akhirat se hai.</w:t>
      </w:r>
    </w:p>
    <w:p>
      <w:pPr>
        <w:jc w:val="right"/>
      </w:pPr>
      <w:r>
        <w:t>چونکہحدیثمیںآتاہےکہلا ایمان لم اللہ امانت له یعنی اسکا ایمانایماننہیںہے جو اونسٹنہیںہے۔ اور ظاہرہے ایمانکاتعلق آخرتسے ہے۔</w:t>
      </w:r>
    </w:p>
    <w:p>
      <w:r>
        <w:rPr>
          <w:b/>
        </w:rPr>
        <w:t xml:space="preserve">[07:53] </w:t>
      </w:r>
      <w:r>
        <w:t>to yeh bohat aham cheez hai. ji</w:t>
      </w:r>
    </w:p>
    <w:p>
      <w:pPr>
        <w:jc w:val="right"/>
      </w:pPr>
      <w:r>
        <w:t>تویہبہت اہم چیز ہے۔ ج</w:t>
      </w:r>
    </w:p>
    <w:p>
      <w:r>
        <w:rPr>
          <w:b/>
        </w:rPr>
        <w:t xml:space="preserve">[07:56] </w:t>
      </w:r>
      <w:r>
        <w:t>jeeto is tarah se hazrat shuaib bohat hi mutasir huwe unki shakhsiyat se, personality se. to unho ne hire kar liya. ji aur ek qaul hai hazrat abu ibn masood radiallahu anh ka, ke teen logon mein jo far sightedness aur wisdom, woh kisi aur mein nahi paayi gayi.</w:t>
      </w:r>
    </w:p>
    <w:p>
      <w:pPr>
        <w:jc w:val="right"/>
      </w:pPr>
      <w:r>
        <w:t>یتواسطرحسےحضرت شعیببہتہی متاثرہوئے انکیشخص یتسے،پرسنیلٹیسے۔ توانہوں نےہائرکرلیا۔ جی اور ایک قولہے حضرت ابو ابن مسعودرضیاللہعنہکا ،کہ تینلوگوںمیں جو فار سائیڈڈنس اور وز ڈم، وہ کسی اور میںنہیںپائیگئی۔</w:t>
      </w:r>
    </w:p>
    <w:p>
      <w:r>
        <w:rPr>
          <w:b/>
        </w:rPr>
        <w:t xml:space="preserve">[08:20] </w:t>
      </w:r>
      <w:r>
        <w:t>to</w:t>
      </w:r>
    </w:p>
    <w:p>
      <w:pPr>
        <w:jc w:val="right"/>
      </w:pPr>
      <w:r>
        <w:t>تو</w:t>
      </w:r>
    </w:p>
    <w:p>
      <w:r>
        <w:rPr>
          <w:b/>
        </w:rPr>
        <w:t xml:space="preserve">[08:21] </w:t>
      </w:r>
      <w:r>
        <w:t>unho ne bataya ke pehla to bataya hazrat abu bakr ka naam, ke jab unho ne umar radiallahu anh ko khalifa banaya, aur jab khalifa banaya tha to unho ne yeh hi kaha tha,</w:t>
      </w:r>
    </w:p>
    <w:p>
      <w:pPr>
        <w:jc w:val="right"/>
      </w:pPr>
      <w:r>
        <w:t>انہوںنےبتایا کہ پہلاتوبتایا حضرت ابوبکرکانام ، کہجب انہوںنے عمر رضیاللہ عنہکو خلیفہبنایا، اورجب خلیفہبنایاتھاتوانہوںنےیہیکہاتھا،</w:t>
      </w:r>
    </w:p>
    <w:p>
      <w:r>
        <w:rPr>
          <w:b/>
        </w:rPr>
        <w:t xml:space="preserve">[08:36] </w:t>
      </w:r>
      <w:r>
        <w:t>yeh hi yeh hi iska purpose bataya tha hu al qawi al amin yani woh strong bhi hain aur trust worthy bhi hain.</w:t>
      </w:r>
    </w:p>
    <w:p>
      <w:pPr>
        <w:jc w:val="right"/>
      </w:pPr>
      <w:r>
        <w:t>یہی یہی اسکاپرپسبتایاتھا هو القوی الامینیعنی وہ سٹرانگبھیہیںاور ٹرسٹوردیبھیہیں۔</w:t>
      </w:r>
    </w:p>
    <w:p>
      <w:r>
        <w:rPr>
          <w:b/>
        </w:rPr>
        <w:t xml:space="preserve">[08:44] </w:t>
      </w:r>
      <w:r>
        <w:t>hazrat abu umar ke bare mein hazrat abu bakr ne kaha. aur doosri jo ah doosra jo bataya unhone, ah hazrat ibn masood ne, woh aziz misr jo yusuf alaihissalam ko jisne slave ke taur par khareeda tha, aur la ke apni wife se ghar mein kaha tha ke don't treat him like a slave treat him as a guest yeh hamara hamara ghar ka kaam sambhal lega aur hamara beta shayad ban jaye.</w:t>
      </w:r>
    </w:p>
    <w:p>
      <w:pPr>
        <w:jc w:val="right"/>
      </w:pPr>
      <w:r>
        <w:t>حضرت ابو عمر کےبارےمیں حضرت اب وبکرنےکہا۔ اور دوس ریجو اہ دوس راجوبتایا انہوںنے، اہ حضرت ابن مسعودنے، وہ عزیز مصر جو یوسفعلیہالسلامکو جسنے سلیوکےطورپرخریداتھا، اور لا کےاپنی وائفسےگھرمیںکہاکہdon'ttreathimlikeaslave treathimasایکگیسٹ یہہمارا ہماراگھر کاکام سنبھاللےگااورہمارا بیٹا ہیشایدبنجائے۔</w:t>
      </w:r>
    </w:p>
    <w:p>
      <w:r>
        <w:rPr>
          <w:b/>
        </w:rPr>
        <w:t xml:space="preserve">[09:11] </w:t>
      </w:r>
      <w:r>
        <w:t>to</w:t>
      </w:r>
    </w:p>
    <w:p>
      <w:pPr>
        <w:jc w:val="right"/>
      </w:pPr>
      <w:r>
        <w:t>تو</w:t>
      </w:r>
    </w:p>
    <w:p>
      <w:r>
        <w:rPr>
          <w:b/>
        </w:rPr>
        <w:t xml:space="preserve">[09:12] </w:t>
      </w:r>
      <w:r>
        <w:t>iski bhi jo baat thi woh bohat hi wisdom wali thi. aur chauthi baat yeh hai jo abhi maine zikr kiya ke leader ne kaha, leader ne kaha ke aap hire kar lain.</w:t>
      </w:r>
    </w:p>
    <w:p>
      <w:pPr>
        <w:jc w:val="right"/>
      </w:pPr>
      <w:r>
        <w:t>اسکیبھیجو باتتھیوہبہتہی وزڈموالی تھی۔اور چوتھی ب اتیہہے جو ابھی میںنے ذکرکیا کہ لیڈینےکہا،لیڈینےکہاکہآپ ہائرکرلیں۔</w:t>
      </w:r>
    </w:p>
    <w:p>
      <w:r>
        <w:rPr>
          <w:b/>
        </w:rPr>
        <w:t xml:space="preserve">[09:24] </w:t>
      </w:r>
      <w:r>
        <w:t>to yeh hazrat ah abu masood ka qaul bara meaningful hai. ji bohat hi zabardast baat hai yeh doctor sahib</w:t>
      </w:r>
    </w:p>
    <w:p>
      <w:pPr>
        <w:jc w:val="right"/>
      </w:pPr>
      <w:r>
        <w:t>تو یہ حضرت اہابو مسعودکا قولبڑا میننگفلہے۔جی بہت ہی زبرد ست باتہے یہڈاکٹرصاحب</w:t>
      </w:r>
    </w:p>
    <w:p>
      <w:r>
        <w:rPr>
          <w:b/>
        </w:rPr>
        <w:t xml:space="preserve">[09:34] </w:t>
      </w:r>
      <w:r>
        <w:t>ji in fact doctor sahib umar bin khattab ke hawale se bhi aata hai ke unhone bhi ek martaba kaha tha ke jo pathar unhone hataya woh 10 log mil kar hata sakte the.</w:t>
      </w:r>
    </w:p>
    <w:p>
      <w:pPr>
        <w:jc w:val="right"/>
      </w:pPr>
      <w:r>
        <w:t>۔جیانفیکٹڈاکٹرصاحب عمر بن خطاب کے اسحوالےسےبھیآتاہےکہانہوںنےبھیایک مرتبہکہاتھا کہ جو پتھرانہوںنےہٹایا وہ دسلوگ ملکر ہٹاسکتےتھے۔</w:t>
      </w:r>
    </w:p>
    <w:p>
      <w:r>
        <w:rPr>
          <w:b/>
        </w:rPr>
        <w:t xml:space="preserve">[09:46] </w:t>
      </w:r>
      <w:r>
        <w:t>to itni zyada unke andar strength thi. to woh jo leader ne kaha tha ke the best one to hire is one who is strong and the faithful to woh bilkul bohat bohat zabardast baat baat</w:t>
      </w:r>
    </w:p>
    <w:p>
      <w:pPr>
        <w:jc w:val="right"/>
      </w:pPr>
      <w:r>
        <w:t>تواتنیزیادہ انکےاندرسٹرینتھتھی۔ تووہجولیڈینےکہاکہ thebest one tohireisone whoisstrongandthefaithful تو وہ بالکل بہت بہت زبرد ستباتبت</w:t>
      </w:r>
    </w:p>
    <w:p>
      <w:r>
        <w:rPr>
          <w:b/>
        </w:rPr>
        <w:t xml:space="preserve">[09:57] </w:t>
      </w:r>
      <w:r>
        <w:t>aayi aap ne. doctor sahib phir aisa hota hai ke iske baad phir prophet musa madain mein rehne lag jaate hain. to iske aage kya hota hai iske bare mein bataein.</w:t>
      </w:r>
    </w:p>
    <w:p>
      <w:pPr>
        <w:jc w:val="right"/>
      </w:pPr>
      <w:r>
        <w:t>ائی آپنے۔ ڈاکٹرصاحبپھر ایساہوتاہےکہ اسکےبعد پرافٹ موسی ٰ مد ینمیں رہنےلگجاتےہیں۔ تو اسکےآگےکیاہوتاہےاسکےبارےمیںبت ائیں۔</w:t>
      </w:r>
    </w:p>
    <w:p>
      <w:r>
        <w:rPr>
          <w:b/>
        </w:rPr>
        <w:t xml:space="preserve">[10:08] </w:t>
      </w:r>
      <w:r>
        <w:t>to hazrat shuaib bohat hi mutasir the unki personality se</w:t>
      </w:r>
    </w:p>
    <w:p>
      <w:pPr>
        <w:jc w:val="right"/>
      </w:pPr>
      <w:r>
        <w:t>تو حضرت شعیب بہت ہی متاثرتھے انکیشخص یتسے</w:t>
      </w:r>
    </w:p>
    <w:p>
      <w:r>
        <w:rPr>
          <w:b/>
        </w:rPr>
        <w:t xml:space="preserve">[10:13] </w:t>
      </w:r>
      <w:r>
        <w:t>to unhone kaha tha ke meri khwahish hai ke aap meri do betiyon mein se ek se shadi kar lein aur madain mein rahein is shart par ke 8 10 saal tak aap mere ghar ka kaam sambhalein.</w:t>
      </w:r>
    </w:p>
    <w:p>
      <w:pPr>
        <w:jc w:val="right"/>
      </w:pPr>
      <w:r>
        <w:t>۔توانہوںنےکہاکہ میریخواہشہےکہ آپ میریدو بیٹیوںمیںسےایکسےشادیکرلیں اور مد ینمیںرہیں اسشرطپہ کہ اٹھیادسسالتک آپ میرےگھرکا کام سنبھالیں۔</w:t>
      </w:r>
    </w:p>
    <w:p>
      <w:r>
        <w:rPr>
          <w:b/>
        </w:rPr>
        <w:t xml:space="preserve">[10:28] </w:t>
      </w:r>
      <w:r>
        <w:t>aur kaha tha ke sat joodo naya illah minas salihin yani aap mujhe ek fair insan paayenge. aisa nahi ke jo main ab baat kar raha hoon aage kuch aur badal doon ise, ji</w:t>
      </w:r>
    </w:p>
    <w:p>
      <w:pPr>
        <w:jc w:val="right"/>
      </w:pPr>
      <w:r>
        <w:t>اور کہاکہ ست جد ونيانشاءاللہ من الصالحين یعنیآپمجھےایک فیئرانسان پائیںگے۔ ایسانہیںکہجومیںابباتکررہاہوںآگےکچھاور بدلدوںاسے ،جی</w:t>
      </w:r>
    </w:p>
    <w:p>
      <w:r>
        <w:rPr>
          <w:b/>
        </w:rPr>
        <w:t xml:space="preserve">[10:40] </w:t>
      </w:r>
      <w:r>
        <w:t>you will find me a fair person aur ek bohat achhi baat kahi wallah ala ma nqoolo qeel ke jo hum baatein kar rahe hain jo qaul qarar hai hamara woh Allah gawah hai.</w:t>
      </w:r>
    </w:p>
    <w:p>
      <w:pPr>
        <w:jc w:val="right"/>
      </w:pPr>
      <w:r>
        <w:t>youwillfind me a fairperson اورایکبہتاچھیباتکہیواللہ علی مانقولوکیل کہجوہمباتیںکررہےہیںجو قولقرار ہےہمارا وہاللہ گواہہے۔</w:t>
      </w:r>
    </w:p>
    <w:p>
      <w:r>
        <w:rPr>
          <w:b/>
        </w:rPr>
        <w:t xml:space="preserve">[10:52] </w:t>
      </w:r>
      <w:r>
        <w:t>ah God is witness to what we say yani quran mein bhi yeh aata hai ke agar do log baat kar rahe hote hain to teesra Allah hai. hum m j</w:t>
      </w:r>
    </w:p>
    <w:p>
      <w:pPr>
        <w:jc w:val="right"/>
      </w:pPr>
      <w:r>
        <w:t>اہ God is witness towhatwe say یعنی قرآنمیںبھییہآتاہےکہاگر دولوگ باتکررہےہوتےہیںتو تیسرااللہ ہے۔ ہم م ج</w:t>
      </w:r>
    </w:p>
    <w:p>
      <w:r>
        <w:rPr>
          <w:b/>
        </w:rPr>
        <w:t xml:space="preserve">[11:01] </w:t>
      </w:r>
      <w:r>
        <w:t>to kabhi bhi insan koi agar koi agreement kare, koi ahad kare to yeh hamesha jaane ke Allah bhi witness hai aur woh bhi ji dekhne wala hai.</w:t>
      </w:r>
    </w:p>
    <w:p>
      <w:pPr>
        <w:jc w:val="right"/>
      </w:pPr>
      <w:r>
        <w:t>یتوکبھیبھیانسان کوئیاگر کوئی ایگریمنٹکرے، کوئی عہدکرے تو یہ ہمیشہجانےکہ اللہ بھی وٹنس ہےاور وہبھی جی دیکھنےوالاہے۔</w:t>
      </w:r>
    </w:p>
    <w:p>
      <w:r>
        <w:rPr>
          <w:b/>
        </w:rPr>
        <w:t xml:space="preserve">[11:12] </w:t>
      </w:r>
      <w:r>
        <w:t>to is tarah se hazrat musa alaihissalam ki shadi ho jati hai, ah hazrat shuaib ki ek beti se jinka naam safura aata hai kitabon mein aur bible mein zohra aata hai.</w:t>
      </w:r>
    </w:p>
    <w:p>
      <w:pPr>
        <w:jc w:val="right"/>
      </w:pPr>
      <w:r>
        <w:t>تواسطرحسے حضرت موسیٰعلیہالسلامکیشادیہوجاتیہے، اہ حضرت شعیبکیایکبیٹیسےجنکانام صف ورت آتاہےکتاب وںمیںاور بائبلمیںزپورہآتاہے۔</w:t>
      </w:r>
    </w:p>
    <w:p>
      <w:r>
        <w:rPr>
          <w:b/>
        </w:rPr>
        <w:t xml:space="preserve">[11:24] </w:t>
      </w:r>
      <w:r>
        <w:t>aur phir woh wahan reh</w:t>
      </w:r>
    </w:p>
    <w:p>
      <w:pPr>
        <w:jc w:val="right"/>
      </w:pPr>
      <w:r>
        <w:t>اور پھروہوہاںرہ</w:t>
      </w:r>
    </w:p>
    <w:p>
      <w:r>
        <w:rPr>
          <w:b/>
        </w:rPr>
        <w:t xml:space="preserve">[11:26] </w:t>
      </w:r>
      <w:r>
        <w:t>ne lage. hum to quran mein to aaya hai 8 10 saal, lekin confirm nahi hai. to hazrat ah Muhammad ah ne ek baar poocha, hmm jibril se ke kitne saal rahe wahan? ji to jibril ne kaha poore 10 saal unhone guzare.</w:t>
      </w:r>
    </w:p>
    <w:p>
      <w:pPr>
        <w:jc w:val="right"/>
      </w:pPr>
      <w:r>
        <w:t>نےلگے۔ ہممتو قرآنمیںتو آیاہےاٹھیادسسال ، لیکن کنفرمنہیںہے۔توحضرت اہ محمد اہ نےایکبارپوچھا، ہمم جبرائیلسے کہکتنےسال رہےوہاں؟جیتوجبرائیلنےکہاپورےدسسال انہوںنے گزارے۔</w:t>
      </w:r>
    </w:p>
    <w:p>
      <w:r>
        <w:rPr>
          <w:b/>
        </w:rPr>
        <w:t xml:space="preserve">[11:41] </w:t>
      </w:r>
      <w:r>
        <w:t>ji ji ji aur ek baar isi tarah ka sawal kisi ne abdullah ibn abbas se bhi poocha. ji to ah hazrat abdullah ibn abbas radiallahu anhum unhone kaha ke jo peghambar hai jab woh wada kar leta hai to use poora karta hai. ji ji ji to bohat hi zabardast hissa hai yeh hazrat musa alaihissalam ki zindagi ka.</w:t>
      </w:r>
    </w:p>
    <w:p>
      <w:pPr>
        <w:jc w:val="right"/>
      </w:pPr>
      <w:r>
        <w:t>جیجیجی اور ایکباراسیطرحکاسوال کسی نےعبداللہابنعباسسےبھی پوچھا۔ جی تو اہ حضرت عبداللہابن عباسرضیاللہعنہانہوںنےکہاکہ جو پیغمبرہےجب وہوعدہکرلیتاہےتواسے پوراکرتاہے۔جیجیجی توبہت ہی زبردست حصہہےیہ حضرتموسیٰعلیہالسلام کیزندگی کا۔</w:t>
      </w:r>
    </w:p>
    <w:p>
      <w:r>
        <w:rPr>
          <w:b/>
        </w:rPr>
        <w:t xml:space="preserve">[12:01] </w:t>
      </w:r>
      <w:r>
        <w:t>unhone bhi yeh kaha tha ke best in the longer period best and a longer period. best and a longer period. ji ji bohat khoob.</w:t>
      </w:r>
    </w:p>
    <w:p>
      <w:pPr>
        <w:jc w:val="right"/>
      </w:pPr>
      <w:r>
        <w:t>انہوںنےبھییہکہاکہ best inthelongerperiod بیسٹاندالانگرپیریڈ۔بیسٹاندالانگرپیریڈ۔جیجیبہت خوب ۔</w:t>
      </w:r>
    </w:p>
    <w:p>
      <w:r>
        <w:rPr>
          <w:b/>
        </w:rPr>
        <w:t xml:space="preserve">[12:07] </w:t>
      </w:r>
      <w:r>
        <w:t>ah doctor sahib phir kis tarah unki zindagi, ah matlab chalti hai madain mein iske bare mein bhi bataein. ah kya karte rahe woh madain mein?</w:t>
      </w:r>
    </w:p>
    <w:p>
      <w:pPr>
        <w:jc w:val="right"/>
      </w:pPr>
      <w:r>
        <w:t>اہ ڈاکٹرصاحبپھر کسطرح انکیزندگی ،اہ مطلبچلتیہے مدینمیں اسکےبارےمیںبھیبتائیں۔ اہکیا کرتے رہےوہ مد ینمیں؟</w:t>
      </w:r>
    </w:p>
    <w:p>
      <w:r>
        <w:rPr>
          <w:b/>
        </w:rPr>
        <w:t xml:space="preserve">[12:16] </w:t>
      </w:r>
      <w:r>
        <w:t>ah iski details bhi hum sab ko dijiye. ab zahir hai is zamane mein jo kaam hota tha gharelu he kaam hote the sare bakriyan charana.</w:t>
      </w:r>
    </w:p>
    <w:p>
      <w:pPr>
        <w:jc w:val="right"/>
      </w:pPr>
      <w:r>
        <w:t>اہ اسکی ڈیٹیلزبھیہمسبکودیجئے۔ ابظاہرہےاسزمان ےمیںجو کامہوتاتھاگھریلو ہیکامہوتےتھےسارے بکریاںچرانا۔</w:t>
      </w:r>
    </w:p>
    <w:p>
      <w:r>
        <w:rPr>
          <w:b/>
        </w:rPr>
        <w:t xml:space="preserve">[12:24] </w:t>
      </w:r>
      <w:r>
        <w:t>ji aur ghar mein jo kaam hote hain jo ladies hain woh ah unse kapde banti thi.</w:t>
      </w:r>
    </w:p>
    <w:p>
      <w:pPr>
        <w:jc w:val="right"/>
      </w:pPr>
      <w:r>
        <w:t>جی اور گھرمیںجو کام ہوتےہیں جو لیڈیزہیںوہ اہ اونسےکپڑےبناتیتھیں۔</w:t>
      </w:r>
    </w:p>
    <w:p>
      <w:r>
        <w:rPr>
          <w:b/>
        </w:rPr>
        <w:t xml:space="preserve">[12:33] </w:t>
      </w:r>
      <w:r>
        <w:t>wohi bheer bakri ke jo oon hote hain woh ghar mein paneer bana ya ghar ghar mein ghee aur un sansi yeh sab cheezein choti moti iski wohi tejarat bhi karte the khud bhi istemal karte the. to yeh hi sab kaam woh karne lage aur jo dekh bhaal hai,</w:t>
      </w:r>
    </w:p>
    <w:p>
      <w:pPr>
        <w:jc w:val="right"/>
      </w:pPr>
      <w:r>
        <w:t>وہیبھیڑبکریکےجواونہوتےہیں وہگھرمیں پنیربن ایا گھر گھرمیں گھی اور ان سنسیہسبچیزیںچھوٹیموٹی اسیکیوہتج ارتبھیکرتے تھےخودبھیاستعمال کرتے تھے۔تویہیسب کام وہ کرنے لگےاورجو دیکھبھالہے،</w:t>
      </w:r>
    </w:p>
    <w:p>
      <w:r>
        <w:rPr>
          <w:b/>
        </w:rPr>
        <w:t xml:space="preserve">[12:50] </w:t>
      </w:r>
      <w:r>
        <w:t>ah shuaib hazrat shuaib ke ghar ki aur unke kaam ki kyunke woh old the kafi. ji to us hisab se unhone kaha tha ke 8 10 saal tum mere sath raho. ji</w:t>
      </w:r>
    </w:p>
    <w:p>
      <w:pPr>
        <w:jc w:val="right"/>
      </w:pPr>
      <w:r>
        <w:t>اہ شعیب حضرتشعیبکےگھرکیاور انکےکام کیچونکہوہ اولڈ تھے کافی ۔ جیتواسلحاظسےانہوںنےکہاتھاکہ اٹھدسسالتم میرےساتھ رہو۔جی</w:t>
      </w:r>
    </w:p>
    <w:p>
      <w:r>
        <w:rPr>
          <w:b/>
        </w:rPr>
        <w:t xml:space="preserve">[13:00] </w:t>
      </w:r>
      <w:r>
        <w:t>to jo bakriyan charana aur yeh sab kaam karte rahe yani woh jo wadi thi madain ki woh bari khoobsurat wadi thi. hmm pahad aur greenery bohat hi sukoon</w:t>
      </w:r>
    </w:p>
    <w:p>
      <w:pPr>
        <w:jc w:val="right"/>
      </w:pPr>
      <w:r>
        <w:t>توجوبکریاں چر انا اور یہسب کامکرتے رہےیعنیوہجو وادیتھی مدینکیوہبڑیخوبصورتوادیتھی۔ ہمم پہاڑ اور گرینری بہت ہی سک ون</w:t>
      </w:r>
    </w:p>
    <w:p>
      <w:r>
        <w:rPr>
          <w:b/>
        </w:rPr>
        <w:t xml:space="preserve">[13:11] </w:t>
      </w:r>
      <w:r>
        <w:t>to ek baar phir prophet Muhammad sallallahu alaihi wasallam ne kaha tha ke wa ma min nabiyyin illa qad ra al ghanam ke koi aisa peghambar nahi hua jisne bheer bakriyan na nahi charai.</w:t>
      </w:r>
    </w:p>
    <w:p>
      <w:pPr>
        <w:jc w:val="right"/>
      </w:pPr>
      <w:r>
        <w:t>۔ تو ایک بار پرافٹمحمد صلیاللہعلیہوسلمنےکہاتھاکہ وما مننبین الا وقد را الغنم کہکوئی ایسا پیغمبرنہیںہوا جسنے بھیڑبکریاں نہنہیںچرائی۔</w:t>
      </w:r>
    </w:p>
    <w:p>
      <w:r>
        <w:rPr>
          <w:b/>
        </w:rPr>
        <w:t xml:space="preserve">[13:23] </w:t>
      </w:r>
      <w:r>
        <w:t>ji to jo sahaba the woh zara hairan se hue unhone pucha ke wo anta ya rasool allah ke aapne bhi kya charai hain ae khuda ke rasool? to rasool allah ne kaha wa ana mein ne bhi charai hain.</w:t>
      </w:r>
    </w:p>
    <w:p>
      <w:pPr>
        <w:jc w:val="right"/>
      </w:pPr>
      <w:r>
        <w:t>جی توجو صحابہتھےوہذراحیرانسے ہوئے انہوںنےپوچھا کہو انت يارسولاللہ کہآپنےبھیکیاچرائیہیں اےخداکےرسول ؟ تورسولاللہنےکہاو انا میںنےبھیچرائیہیں۔</w:t>
      </w:r>
    </w:p>
    <w:p>
      <w:r>
        <w:rPr>
          <w:b/>
        </w:rPr>
        <w:t xml:space="preserve">[13:34] </w:t>
      </w:r>
      <w:r>
        <w:t>ji to bhed bakriyan charane ka matlab yeh hai ke insan nature mein chala jata hai. hmm aur jo dunya ki cheezen hain un se door kat ke aur jo nature hai woh insan ko inspire karti hai.</w:t>
      </w:r>
    </w:p>
    <w:p>
      <w:pPr>
        <w:jc w:val="right"/>
      </w:pPr>
      <w:r>
        <w:t>جی تو بھیڑبکریاںچرانےکامطلبیہہےکہ انسان نیچرمیںچلاجاتا ہے۔ ہمم اور جو دنیا کی چیزیںہیںانسےدور کٹکے اورجونیچرہےوہانسانکو انسپائرکرتیہے۔</w:t>
      </w:r>
    </w:p>
    <w:p>
      <w:r>
        <w:rPr>
          <w:b/>
        </w:rPr>
        <w:t xml:space="preserve">[13:46] </w:t>
      </w:r>
      <w:r>
        <w:t>nature inspire karti hai. hmm to wohan ja ke phir ek mauqa hota hai ke insan soche. hmm ke yeh kainat kis ne banai hai yeh dunya kis ne banai hai yeh sab jo nizam chal raha hai kaun is ke peeche hai kaun khaliq hai kaun malik hai.</w:t>
      </w:r>
    </w:p>
    <w:p>
      <w:pPr>
        <w:jc w:val="right"/>
      </w:pPr>
      <w:r>
        <w:t>نیچر انسپائراس ۔ ہممتووہاںجاکےپھرایکموقعہوتاہے کہانسان سوچے۔ ہمم کہ یہ کائناتکسنےبنائیہے یہدنیا کسنےبنائیہے یہسب جونظامچلرہاہے کون اسکے پیچھےہےکون خالقہے کون مالکہے۔</w:t>
      </w:r>
    </w:p>
    <w:p>
      <w:r>
        <w:rPr>
          <w:b/>
        </w:rPr>
        <w:t xml:space="preserve">[14:01] </w:t>
      </w:r>
      <w:r>
        <w:t>to yeh lagta hai ke Allah taala ka ek intezam tha.</w:t>
      </w:r>
    </w:p>
    <w:p>
      <w:pPr>
        <w:jc w:val="right"/>
      </w:pPr>
      <w:r>
        <w:t>تو یہ لگتاہےکہاللہ تعالی کاایک انتظامتھا۔</w:t>
      </w:r>
    </w:p>
    <w:p>
      <w:r>
        <w:rPr>
          <w:b/>
        </w:rPr>
        <w:t xml:space="preserve">[14:05] </w:t>
      </w:r>
      <w:r>
        <w:t>ji Hazrat Musa aleh-e-salam ke liye ke un ka isi ke zariye spiritual development ho. hmm an ko peghamabr banana tha Allah ko aur jo sachai ki daryaft ho. to is aesa lagta hai ke yeh jo Madyan ka safar hua is se Hazrat Musa ke andar sachai ki daryaft o maarfat ki aur zyada</w:t>
      </w:r>
    </w:p>
    <w:p>
      <w:pPr>
        <w:jc w:val="right"/>
      </w:pPr>
      <w:r>
        <w:t>جی حضرت موسیعلیہالسلامکےلیے کہ انکا اسی کےذریعےسپرچولڈیویلپمنٹہو۔ہممانکوپیغمبر بن اناتھااللہکو اور جو سچائیکیدریا فت ہو۔تو اس ایسالگتاہےکہ یہجومد ینکاسفرہوا اسسے حضرت موسی کےاندر سچائیکی دریا فت ومعرفت کی اور زیادہ</w:t>
      </w:r>
    </w:p>
    <w:p>
      <w:r>
        <w:rPr>
          <w:b/>
        </w:rPr>
        <w:t xml:space="preserve">[14:25] </w:t>
      </w:r>
      <w:r>
        <w:t>ah ah yaani jazba bedar ho gaya. ah aur ah Hazrat Shuaib ke sath ghanton baat cheet kar raha hai woh bhi ek koi buzurg rahe hon ge to un se exchange jo intellectual exchange ki baaten mol ana karte the.</w:t>
      </w:r>
    </w:p>
    <w:p>
      <w:pPr>
        <w:jc w:val="right"/>
      </w:pPr>
      <w:r>
        <w:t>اہ اہیعنیجذبہبیدارہوگیا۔ اہ اور اہحضرت شعیب کےساتھ گھنٹوںباتچیتکررہاہےوہبھیایککوئیبزرگ رہےہوںگے تو انسے ایکسچینججو انٹلیکچولایکسچینجکیباتمول اناکرتے تھے۔</w:t>
      </w:r>
    </w:p>
    <w:p>
      <w:r>
        <w:rPr>
          <w:b/>
        </w:rPr>
        <w:t xml:space="preserve">[14:39] </w:t>
      </w:r>
      <w:r>
        <w:t>ji ji ji to hikmat ki baaten wisdom ki baaten karte raha rahe hon ge to yaani Allah taala ek bohat hi azeem role ke liye Hazrat Musa aleh-e-salam ko tayar kar raha tha.</w:t>
      </w:r>
    </w:p>
    <w:p>
      <w:pPr>
        <w:jc w:val="right"/>
      </w:pPr>
      <w:r>
        <w:t>جیجیجیتوحکمتکیباتیں وزڈمکیباتیںکرتے رہا رہےہوںگےتویعنیاللہتعالیایکبہتہیعظیم رولکےلیے حضرت موسی علیہالسلامکوتیار کررہاتھا۔</w:t>
      </w:r>
    </w:p>
    <w:p>
      <w:r>
        <w:rPr>
          <w:b/>
        </w:rPr>
        <w:t xml:space="preserve">[14:49] </w:t>
      </w:r>
      <w:r>
        <w:t>to aap dekhiye ke ah ah</w:t>
      </w:r>
    </w:p>
    <w:p>
      <w:pPr>
        <w:jc w:val="right"/>
      </w:pPr>
      <w:r>
        <w:t>تو آپ دیکھیےکہ اہ اہ</w:t>
      </w:r>
    </w:p>
    <w:p>
      <w:r>
        <w:rPr>
          <w:b/>
        </w:rPr>
        <w:t xml:space="preserve">[14:52] </w:t>
      </w:r>
      <w:r>
        <w:t>phir Prophet Muhammad sallallahu alaihi wasallam ki bhi zindagi ka isi tarike se hua ke ah jab peghamabr banaya gaya us se kafi saal pehle se woh ghar e hira mein jane lage ghor o fikr mein aur ibadat mein waqt guzarnay lage.</w:t>
      </w:r>
    </w:p>
    <w:p>
      <w:pPr>
        <w:jc w:val="right"/>
      </w:pPr>
      <w:r>
        <w:t>پرافٹمحمد صلیاللہعلیہوسلمکیبھیزندگی کا اسیطریقےسےہوا کہ اہ جب پیغمبر بنایاگیااسسے کافی سال پہلے سےوہ غارحرامیںجانےلگے غوروفکرمیں اور عبادتمیں وقت گزار نےلگے۔</w:t>
      </w:r>
    </w:p>
    <w:p>
      <w:r>
        <w:rPr>
          <w:b/>
        </w:rPr>
        <w:t xml:space="preserve">[15:06] </w:t>
      </w:r>
      <w:r>
        <w:t>to sare ah peghamabron ka yahi ah tareeqa raha ke apne mahol se nikal ke nature mein jayen aur wahan ah Khuda ki yaad aur ghor o fikr aur soch.</w:t>
      </w:r>
    </w:p>
    <w:p>
      <w:pPr>
        <w:jc w:val="right"/>
      </w:pPr>
      <w:r>
        <w:t>توسارے اہ پیغمبروںکایہی اہطریقہرہا کہاپنے ماحولسےنکلکے نیچرمیںجائیں اور وہاں اہ خداکییاداور غوروفکراورسوچیں۔</w:t>
      </w:r>
    </w:p>
    <w:p>
      <w:r>
        <w:rPr>
          <w:b/>
        </w:rPr>
        <w:t xml:space="preserve">[15:18] </w:t>
      </w:r>
      <w:r>
        <w:t>to yeh mere khayal se maqsad tha Allah taala ka yahan ah lane ka Madyan. ji</w:t>
      </w:r>
    </w:p>
    <w:p>
      <w:pPr>
        <w:jc w:val="right"/>
      </w:pPr>
      <w:r>
        <w:t>تو یہیمیرےخیالسے مقصدتھااللہتعالیکا یہاں اہ لانےکا مدین ۔جی</w:t>
      </w:r>
    </w:p>
    <w:p>
      <w:r>
        <w:rPr>
          <w:b/>
        </w:rPr>
        <w:t xml:space="preserve">[15:25] </w:t>
      </w:r>
      <w:r>
        <w:t>ah aur Doctor sahib kyun ke das saal ek lambi muddat hoti hai. ji to das saal baad aane ke baad phir woh bohat bechain ho jate hain ke wapas Misr jayen apni maan se milen apne bhai se milen. ji to woh poori family ko le ke un mein is ke in ke do bachche do bete aur flakaf sheeps un ko le ke phir woh Misr ki taraf safar karte hain.</w:t>
      </w:r>
    </w:p>
    <w:p>
      <w:pPr>
        <w:jc w:val="right"/>
      </w:pPr>
      <w:r>
        <w:t>اہ اور ڈاکٹرصاحبکیونکہ دسسال ایک لمبی مد تہوتیہے۔ جیتودسسال بت انےکےبعد پھروہ بہت بےتابہوجاتےہیںکہ واپس مصر جائیں اپنی ماںسےملیںاپنےبھائیسےملیں۔جیتووہ پوریفیملیکولےکے انمیں اسکے انکےدوبچے دوبیٹے اور فلاکاف شیپس انکولےکرپھروہ مصرکیطرف سفرکرتے ہیں۔</w:t>
      </w:r>
    </w:p>
    <w:p>
      <w:r>
        <w:rPr>
          <w:b/>
        </w:rPr>
        <w:t xml:space="preserve">[15:47] </w:t>
      </w:r>
      <w:r>
        <w:t>ji to is mein kya hota hai is ke bare mein bataein.</w:t>
      </w:r>
    </w:p>
    <w:p>
      <w:pPr>
        <w:jc w:val="right"/>
      </w:pPr>
      <w:r>
        <w:t>جیتو اسمیں کیا ہوتاہے اسکےبارےمیں بت ائیں۔</w:t>
      </w:r>
    </w:p>
    <w:p>
      <w:r>
        <w:rPr>
          <w:b/>
        </w:rPr>
        <w:t xml:space="preserve">[15:51] </w:t>
      </w:r>
      <w:r>
        <w:t>haan jaisa aap ne bataya das saal jab mukammal ho gaye. hmm to ah Hazrat Musa aleh-e-salam ko yaad aaya hoga ke mujhe wapas bhi jana hai woh ek zimmedari ke taur pe ke wahan ke log kyun ke ah jo Firon tha us us ki jo musibat thi us se is ki nijat bhi ah woh chahte the ke mil jaye Bani Israel ko.</w:t>
      </w:r>
    </w:p>
    <w:p>
      <w:pPr>
        <w:jc w:val="right"/>
      </w:pPr>
      <w:r>
        <w:t>ہاںجیساآپنےبتایا دسسالجبمک ملہوگئے۔ ہمم تو اہحضرت موسی علیہالسلام کویادآیاہوگاکہمجھےواپسبھیجاناہےوہایکذمہداریکےطور پہ کہوہاںکےلوگ چونکہ اہ جو فرعونتھا اس اسکیجو مصیبت تھی اسسے اسکینجاتبھی اہ وہچاہتےتھےکہملجائے بنی اسرائیلکو ۔</w:t>
      </w:r>
    </w:p>
    <w:p>
      <w:r>
        <w:rPr>
          <w:b/>
        </w:rPr>
        <w:t xml:space="preserve">[16:17] </w:t>
      </w:r>
      <w:r>
        <w:t>to us waqt jo Firon tha jab ah Musa aleh-e-salam the wahan us ka naam tha Ramses II Ramses second. to us ki death ho gayi thi.</w:t>
      </w:r>
    </w:p>
    <w:p>
      <w:pPr>
        <w:jc w:val="right"/>
      </w:pPr>
      <w:r>
        <w:t>تو اس وقت جو فرعونتھاجب اہ موسی علیہالسلامتھے وہاں اسکانام تھا رمس یس دوم ر مسیسداسیکنڈ ۔تواسکیڈیتھہوگئیتھی۔</w:t>
      </w:r>
    </w:p>
    <w:p>
      <w:r>
        <w:rPr>
          <w:b/>
        </w:rPr>
        <w:t xml:space="preserve">[16:28] </w:t>
      </w:r>
      <w:r>
        <w:t>ji phir doosra Firon us ka beta bana us ka naam tha Merneptah ya Manfatah woh bhi usi us ka baap ki tarah se bohat hi shatir aur jabar ah badshah tha.</w:t>
      </w:r>
    </w:p>
    <w:p>
      <w:pPr>
        <w:jc w:val="right"/>
      </w:pPr>
      <w:r>
        <w:t>جی پھردوسرافرعون اسکا بیٹا بنا اسکانام تھا مرنیپتھا یا من فتح وہبھی اسی اس کا باپکیطرحسےبہتہی شاطراورجابر اہ بادشاہتھا۔</w:t>
      </w:r>
    </w:p>
    <w:p>
      <w:r>
        <w:rPr>
          <w:b/>
        </w:rPr>
        <w:t xml:space="preserve">[16:43] </w:t>
      </w:r>
      <w:r>
        <w:t>to Hazrat Musa aleh-e-salam apni wife ko aur do bachon ko le ke do beton ka zikr aata hai Torat mein Torat mein aur kuch bakriyan jaise aap ne bataya.</w:t>
      </w:r>
    </w:p>
    <w:p>
      <w:pPr>
        <w:jc w:val="right"/>
      </w:pPr>
      <w:r>
        <w:t>تو حضرت موسی علیہالسلام اپنی وائفکو اور دوبچوںکولےکے دو بیٹوں کاکاذکرآتاہے توراتمیں توراتمیں اور کچھ بکریاںجیسےآپنےبتائیں۔</w:t>
      </w:r>
    </w:p>
    <w:p>
      <w:r>
        <w:rPr>
          <w:b/>
        </w:rPr>
        <w:t xml:space="preserve">[16:57] </w:t>
      </w:r>
      <w:r>
        <w:t>ji to woh bakriyan le ke aur kuch apni family ko le ke bachon ko le ke woh nikle. to bohat thandak ka zaman tha.</w:t>
      </w:r>
    </w:p>
    <w:p>
      <w:pPr>
        <w:jc w:val="right"/>
      </w:pPr>
      <w:r>
        <w:t>جیتووہ بکریاں لےکے اور کچھ اپنی فیملیکولےکے بچوںکولےکےوہ نکلے۔ تو بہت ٹھنڈککازمان ہتھا۔</w:t>
      </w:r>
    </w:p>
    <w:p>
      <w:r>
        <w:rPr>
          <w:b/>
        </w:rPr>
        <w:t xml:space="preserve">[17:08] </w:t>
      </w:r>
      <w:r>
        <w:t>ji aur sakht sard thi thand hawayen chal rahi thin aur suraj doobne laga sham hone lagi aur thori der mein kuch andhera sa woh hone laga aur bohat thandak ka zaman tha.</w:t>
      </w:r>
    </w:p>
    <w:p>
      <w:pPr>
        <w:jc w:val="right"/>
      </w:pPr>
      <w:r>
        <w:t>جی اور سخت سردیتھی ٹھنڈیہوائیںچلرہیتھیں اور سورج ڈوبنےلگا شامہونےلگی اور تھوڑیدیرمیںکچھ اندھیراسا وہ ہونےلگا اور بہت ٹھنڈککا زمان ہتھا۔</w:t>
      </w:r>
    </w:p>
    <w:p>
      <w:r>
        <w:rPr>
          <w:b/>
        </w:rPr>
        <w:t xml:space="preserve">[17:22] </w:t>
      </w:r>
      <w:r>
        <w:t>ji to Hazrat Musa aleh-e-salam ko aesa laga ke woh rasta bhi bhool gaye. ji aur phir unhone idhar udhar nazar daurai to ek pahadi ke toor ki taraf unhein kuch aag jalti hui nazar aayi.</w:t>
      </w:r>
    </w:p>
    <w:p>
      <w:pPr>
        <w:jc w:val="right"/>
      </w:pPr>
      <w:r>
        <w:t>جی تو حضرت موسی علیہالسلامکوایسالگاکہوہراستہبھیبھولگئے۔ جی اور پھر انہوں نےادھرادھرنظر دوڑائیتوایک پہاڑیکے طور کی کیطرف انہیں کچھاگ جلتیبھینظر آئی۔</w:t>
      </w:r>
    </w:p>
    <w:p>
      <w:r>
        <w:rPr>
          <w:b/>
        </w:rPr>
        <w:t xml:space="preserve">[17:38] </w:t>
      </w:r>
      <w:r>
        <w:t>woh yeh samjhe ke kuch log wahan baithe hon ge woh aag jala ke apne ko sek rahe hon ge garmi hasil karne ke liye baithe hon ge woh. to unhone apni family se kaha ke baitho yahan rako zara ah ah inni ana astu narra mein ne aag jalti hui dekhi hai mein wahan jata hoon aur raste ka pata karta hoon kyun ke rasta bhi bhool gaye the.</w:t>
      </w:r>
    </w:p>
    <w:p>
      <w:pPr>
        <w:jc w:val="right"/>
      </w:pPr>
      <w:r>
        <w:t>وہ یہسمجھےکہ کچھلوگ وہاںبیٹھےہوںگےوہاگجلاکے اپنے کو سیکرہےہوںگےگرمیحاصل کرنےکےلیے بیٹھےہوںگےوہ ۔ تو انہوںنےاپنیفیملیسےکہاکہبیٹھو یہاں رکو ذرا اہ اہ انی ان ست نارا میںنے اگجلتیبھیدیکھیہے میں وہاںجاتاہوںاور راستےکاپتہکرتاہوں چونکہراستہبھیبھولگئےتھے۔</w:t>
      </w:r>
    </w:p>
    <w:p>
      <w:r>
        <w:rPr>
          <w:b/>
        </w:rPr>
        <w:t xml:space="preserve">[18:03] </w:t>
      </w:r>
      <w:r>
        <w:t>ah ya wahan se koi burning branch le ke aajaoon ga. ji</w:t>
      </w:r>
    </w:p>
    <w:p>
      <w:pPr>
        <w:jc w:val="right"/>
      </w:pPr>
      <w:r>
        <w:t>اہ یا وہاںسےکوئیبرننگبرانچلےکےآجاؤںگا۔ جی</w:t>
      </w:r>
    </w:p>
    <w:p>
      <w:r>
        <w:rPr>
          <w:b/>
        </w:rPr>
        <w:t xml:space="preserve">[18:07] </w:t>
      </w:r>
      <w:r>
        <w:t>tah ke hum bhi lakriyan jama kar ke aag jala ke ah sekain. to is tarah se woh us aag ki taraf barhna shuru kiya unhone.</w:t>
      </w:r>
    </w:p>
    <w:p>
      <w:pPr>
        <w:jc w:val="right"/>
      </w:pPr>
      <w:r>
        <w:t>تاکہہمبھیلکڑیاںجمعکرکےاگ جلاکے اہ سیکیں۔ تواسطرحسے وہاس اگکیطرف بڑھناشروع کیا انہوںنے۔</w:t>
      </w:r>
    </w:p>
    <w:p>
      <w:r>
        <w:rPr>
          <w:b/>
        </w:rPr>
        <w:t xml:space="preserve">[18:16] </w:t>
      </w:r>
      <w:r>
        <w:t>ji ah Doctor sahib kuch ah do comments parhna chahoonga log bohat pasand kar rahe hain conversation aur ah ah kafi logon ne achhe comments likhe hain.</w:t>
      </w:r>
    </w:p>
    <w:p>
      <w:pPr>
        <w:jc w:val="right"/>
      </w:pPr>
      <w:r>
        <w:t>جی اہ ڈاکٹرصاحبکچھ اہ دوکمنٹسپڑھناچاہوںگا لوگبہت پسندکررہےہیں کنورسیشن اور اہ اہکافیلوگوںنے اچھےکمنٹسلکھےہیں۔</w:t>
      </w:r>
    </w:p>
    <w:p>
      <w:r>
        <w:rPr>
          <w:b/>
        </w:rPr>
        <w:t xml:space="preserve">[18:27] </w:t>
      </w:r>
      <w:r>
        <w:t>ah CFR Khan sahib ne likha hai ke I am watching from Jammu and Kashmir India feeling very good to listen to you Doctor sahib.</w:t>
      </w:r>
    </w:p>
    <w:p>
      <w:pPr>
        <w:jc w:val="right"/>
      </w:pPr>
      <w:r>
        <w:t>اہ سیارایفخان صاحبنےلکھاہےکہ آئیایمواچنگفرامجم وںاینڈکشمیرانڈیا فیل نگویریگڈٹولسن ٹویو ڈاکٹرصاحب۔</w:t>
      </w:r>
    </w:p>
    <w:p>
      <w:r>
        <w:rPr>
          <w:b/>
        </w:rPr>
        <w:t xml:space="preserve">[18:37] </w:t>
      </w:r>
      <w:r>
        <w:t>ah</w:t>
      </w:r>
    </w:p>
    <w:p>
      <w:pPr>
        <w:jc w:val="right"/>
      </w:pPr>
      <w:r>
        <w:t>اہ ستوتی مل وت رانےدلیسےلکھاہےاٹازبیوٹیفل انسان کا ایمان ایماننہیں ہے اگر وہ اونسٹنہیںہے۔</w:t>
      </w:r>
    </w:p>
    <w:p>
      <w:r>
        <w:rPr>
          <w:b/>
        </w:rPr>
        <w:t xml:space="preserve">[18:45] </w:t>
      </w:r>
      <w:r>
        <w:t>dasaz very nice . ah jaz ak allah doctor sahib. acha doctor sahib phir aap jis tarah aap ne abhi bataya ke ah raat bohat ziyada kali ho chuki thi aur bohat ziyada thand thi aur yeh in ko laga ke rasta bhool gaye hain to woh aisa laga ke woh gunah ho gaya hai in ke liye.</w:t>
      </w:r>
    </w:p>
    <w:p>
      <w:pPr>
        <w:jc w:val="right"/>
      </w:pPr>
      <w:r>
        <w:t>دسازویرینائس ۔اہ جز اک اللہڈاکٹرصاحب۔ اچھاڈاکٹرصاحبپھرآپ جسطرحآپنےابھیبتایا کہ اہ راتبہت زیادہ کالیہوچکیتھیاور بہت زیادہ ٹھنڈتھی اور یہ انکولگاکہراستہبھولگئےہیںتووہ ایسالگاکہوہدگناہوگیاہےانکےلیے۔</w:t>
      </w:r>
    </w:p>
    <w:p>
      <w:r>
        <w:rPr>
          <w:b/>
        </w:rPr>
        <w:t xml:space="preserve">[19:03] </w:t>
      </w:r>
      <w:r>
        <w:t>phir jaise aap ne bataya ke in ko aik jalti hui jhaari kuch nazar aai woh wohan gaye. ah to wohi pe in ko ah pehli guidance maloom allah ki taraf se . hum to woh kia guidance thi us ke baray mein aap hum sab ko bata dein.</w:t>
      </w:r>
    </w:p>
    <w:p>
      <w:pPr>
        <w:jc w:val="right"/>
      </w:pPr>
      <w:r>
        <w:t>پھر جیسےآپنےبتایا کہانکوایک جلتیہوئی جھاڑیکچھ نظر آئیوہوہاںگئے۔ اہتو وہیں پہ انکو اہ پہلیگائیڈنسملی اللہ کیطرفسے ۔ہممتو وہکیا گائیڈنستھیاسکےبارےمیںآپ ہمسبکوبت ائیں۔</w:t>
      </w:r>
    </w:p>
    <w:p>
      <w:r>
        <w:rPr>
          <w:b/>
        </w:rPr>
        <w:t xml:space="preserve">[19:20] </w:t>
      </w:r>
      <w:r>
        <w:t>to moosa alaihissalam is aag ki taraf barhe woh thora kisi pahar ki taraf nazar aai thi.</w:t>
      </w:r>
    </w:p>
    <w:p>
      <w:pPr>
        <w:jc w:val="right"/>
      </w:pPr>
      <w:r>
        <w:t>تو موسی علیہالسلام اس اگکیطرف بڑھے وہتھوڑا کسی پہاڑیکیطرف نظر آئیتھی۔</w:t>
      </w:r>
    </w:p>
    <w:p>
      <w:r>
        <w:rPr>
          <w:b/>
        </w:rPr>
        <w:t xml:space="preserve">[19:27] </w:t>
      </w:r>
      <w:r>
        <w:t>to woh khair kaise charhe thore woh pahari pe halka charh ke wahan aur ooper ki taraf jab gaye to aik valley mein puhanch gaye aik wadi thi wahan .</w:t>
      </w:r>
    </w:p>
    <w:p>
      <w:pPr>
        <w:jc w:val="right"/>
      </w:pPr>
      <w:r>
        <w:t>تو وہخیرکیسے چڑھےتھوڑے وہ پہاڑی پہہلکا چڑھکے وہاں اور اوپرکیطرف جب گئےتوایک ویلیمیںپہنچگئےایک وادیتھیوہاں ۔</w:t>
      </w:r>
    </w:p>
    <w:p>
      <w:r>
        <w:rPr>
          <w:b/>
        </w:rPr>
        <w:t xml:space="preserve">[19:40] </w:t>
      </w:r>
      <w:r>
        <w:t>to jo wadi thi aur us wahin kahin woh peir dekha tha inhon ne to us peir ki taraf aagay barhe.</w:t>
      </w:r>
    </w:p>
    <w:p>
      <w:pPr>
        <w:jc w:val="right"/>
      </w:pPr>
      <w:r>
        <w:t>تو جو وادیتھی اور اس وہیںکہیںوہپیڑدیکھاتھاانہوںنے تواسپیڑکیطرف آگےبڑھے۔</w:t>
      </w:r>
    </w:p>
    <w:p>
      <w:r>
        <w:rPr>
          <w:b/>
        </w:rPr>
        <w:t xml:space="preserve">[19:48] </w:t>
      </w:r>
      <w:r>
        <w:t>toh jab peed se woh qareeb pahunche</w:t>
      </w:r>
    </w:p>
    <w:p>
      <w:pPr>
        <w:jc w:val="right"/>
      </w:pPr>
      <w:r>
        <w:t>توجب پیڑسے وہ قریبپہنچے</w:t>
      </w:r>
    </w:p>
    <w:p>
      <w:r>
        <w:rPr>
          <w:b/>
        </w:rPr>
        <w:t xml:space="preserve">[19:52] </w:t>
      </w:r>
      <w:r>
        <w:t>toh unke right side mein peed ke upar se ek awaaz aayi woh Allah ta'ala ki awaaz thi aur Allah ta'ala ne farmaya</w:t>
      </w:r>
    </w:p>
    <w:p>
      <w:pPr>
        <w:jc w:val="right"/>
      </w:pPr>
      <w:r>
        <w:t>تو انکےرائٹسائیڈمیں پیڑکےاوپرسےایکآواز آئی وہ اللہ تعالیکیآواز تھی اور اللہ تعالینےفرمایا</w:t>
      </w:r>
    </w:p>
    <w:p>
      <w:r>
        <w:rPr>
          <w:b/>
        </w:rPr>
        <w:t xml:space="preserve">[20:02] </w:t>
      </w:r>
      <w:r>
        <w:t>ya Musa inni an rabbuka a Musa main tumhara Rabb hoon</w:t>
      </w:r>
    </w:p>
    <w:p>
      <w:pPr>
        <w:jc w:val="right"/>
      </w:pPr>
      <w:r>
        <w:t>یا موسی انی اناربک اےموسی میںتمہاراربہوں</w:t>
      </w:r>
    </w:p>
    <w:p>
      <w:r>
        <w:rPr>
          <w:b/>
        </w:rPr>
        <w:t xml:space="preserve">[20:09] </w:t>
      </w:r>
      <w:r>
        <w:t>aur kaha ke fa khla na'laik</w:t>
      </w:r>
    </w:p>
    <w:p>
      <w:pPr>
        <w:jc w:val="right"/>
      </w:pPr>
      <w:r>
        <w:t>اور کہاکہ فخل نالک</w:t>
      </w:r>
    </w:p>
    <w:p>
      <w:r>
        <w:rPr>
          <w:b/>
        </w:rPr>
        <w:t xml:space="preserve">[20:13] </w:t>
      </w:r>
      <w:r>
        <w:t>apne sandals utaar do in kabaal wad wadqis tuwa</w:t>
      </w:r>
    </w:p>
    <w:p>
      <w:pPr>
        <w:jc w:val="right"/>
      </w:pPr>
      <w:r>
        <w:t>اپنے سینڈلزکواتاردو ان کبال واد المقد س طوا</w:t>
      </w:r>
    </w:p>
    <w:p>
      <w:r>
        <w:rPr>
          <w:b/>
        </w:rPr>
        <w:t xml:space="preserve">[20:18] </w:t>
      </w:r>
      <w:r>
        <w:t>tum tawa ki muqaddas wadi mein ho . yeh allah ta'ala ne direct kalam kiya kisi peghambar ke sath aisa nahi hua ke allah ne direct baat ki ho. ji aur phir allah ta'ala ne kaha ke maine tumhein chun liya hai peghambari ke liye apne paigham ko insano ko puhanchane ke liye.</w:t>
      </w:r>
    </w:p>
    <w:p>
      <w:pPr>
        <w:jc w:val="right"/>
      </w:pPr>
      <w:r>
        <w:t>تم طوا کی مقدس وادیمیںہو ۔یہاللہ تعالینےڈائریکٹ کلام کیا کسی پیغمبرکےساتھ ایسانہیںہوا کہاللہنےڈائریکٹ باتکیہو۔جی اورپھراللہ تعالینےکہاکہمیںنےتم ہیں چنلیاہے پیغمبریکےلیے اپنے پیغامکو انسانوںکو پہنچانےکےلیے۔</w:t>
      </w:r>
    </w:p>
    <w:p>
      <w:r>
        <w:rPr>
          <w:b/>
        </w:rPr>
        <w:t xml:space="preserve">[20:37] </w:t>
      </w:r>
      <w:r>
        <w:t>to jo baat mein keh raha hoon jo wahi tumhare ooper nazil hogi ab us ko ghaur se suno. to yeh bara ajeeb experience raha hoga.</w:t>
      </w:r>
    </w:p>
    <w:p>
      <w:pPr>
        <w:jc w:val="right"/>
      </w:pPr>
      <w:r>
        <w:t>تو جو بات میں کہہرہاہوں جو وحیتمہارےاوپر نازل ہوگی اب اسکو غورسے سن و۔ تو یہبڑا عجیبایکسپیرینسرہاہوگا۔</w:t>
      </w:r>
    </w:p>
    <w:p>
      <w:r>
        <w:rPr>
          <w:b/>
        </w:rPr>
        <w:t xml:space="preserve">[20:47] </w:t>
      </w:r>
      <w:r>
        <w:t>j</w:t>
      </w:r>
    </w:p>
    <w:p>
      <w:pPr>
        <w:jc w:val="right"/>
      </w:pPr>
      <w:r>
        <w:t>ج</w:t>
      </w:r>
    </w:p>
    <w:p>
      <w:r>
        <w:rPr>
          <w:b/>
        </w:rPr>
        <w:t xml:space="preserve">[20:48] </w:t>
      </w:r>
      <w:r>
        <w:t>ye hazrat moosa alaihissalam ka ke allah ta'ala ki direct awaz unhon ne suni to keh mujhe to lagta hai ke woh tharthar kanpte lage honge.</w:t>
      </w:r>
    </w:p>
    <w:p>
      <w:pPr>
        <w:jc w:val="right"/>
      </w:pPr>
      <w:r>
        <w:t>ی حضرت موسی علیہالسلامکا کہاللہتعالیکیڈائریکٹآواز انہوںنے سنی تو کہ مجھےتولگتاہےکہوہتھرتھرکانپنےلگےہوںگے۔</w:t>
      </w:r>
    </w:p>
    <w:p>
      <w:r>
        <w:rPr>
          <w:b/>
        </w:rPr>
        <w:t xml:space="preserve">[20:57] </w:t>
      </w:r>
      <w:r>
        <w:t>ji yaqeenan kyunke kyunke humein ah seerat se pata chalta hai ke jab ah rasool allah sallallahu alaihi wasallam ke paas pehli wahi aai to in ka bhi isi tarah ka alam</w:t>
      </w:r>
    </w:p>
    <w:p>
      <w:pPr>
        <w:jc w:val="right"/>
      </w:pPr>
      <w:r>
        <w:t>جی یقیناکیونکہچونکہہمیں اہ سیرتسےپتہچلتاہےکہجب اہ رسولاللہصلیاللہعلیہوسلمکےپاسپہلیوحیآئی تو انکابھی اسیطرح کاعالم</w:t>
      </w:r>
    </w:p>
    <w:p>
      <w:r>
        <w:rPr>
          <w:b/>
        </w:rPr>
        <w:t xml:space="preserve">[21:08] </w:t>
      </w:r>
      <w:r>
        <w:t>hua tha ke woh kanpte lage aur aisa laga tha ke inhein kuch bimari ho gayi aur bohat hi ghabrahat ki halat mein puhanche apne ghar aur hazrat khadija se kaha ke anikhashiyat ala nafsi to mujhe lagta hai ke meri jaan nikal jaye gi. ji to mujhe lagta hai kuch aisi hi kefiyat hazrat moosa alaihissalam ki bhi ho gi hui ho gi.</w:t>
      </w:r>
    </w:p>
    <w:p>
      <w:pPr>
        <w:jc w:val="right"/>
      </w:pPr>
      <w:r>
        <w:t>ہوا تھاکہوہکانپنےلگےاورایسالگاتھاکہانہیں کچھ بیماریہوگئی اور بہت ہیگھبراہٹکیحالتمیںپہنچےاپنےگھر اور حضرت خدیجہسےکہاکہانیخشیت علی نفسی تومجھےلگتاہےکہمیریجانینکلجائےگی۔جی تومجھےلگتاہےکچھایسیکی فیت حضرت موسی علیہالسلامکیبھیہوگی ہوئیہوگی۔</w:t>
      </w:r>
    </w:p>
    <w:p>
      <w:r>
        <w:rPr>
          <w:b/>
        </w:rPr>
        <w:t xml:space="preserve">[21:26] </w:t>
      </w:r>
      <w:r>
        <w:t>ji ke woh hairaan ho gaye honge ke yeh yani woh aaye the ah aag ki talash mein aur allah ta'ala se baat ho rahi hogi.</w:t>
      </w:r>
    </w:p>
    <w:p>
      <w:pPr>
        <w:jc w:val="right"/>
      </w:pPr>
      <w:r>
        <w:t>جیکہوہحیرانہوگئےہوںگےکہیہ یعنیوہآئےتھے اہ اگکیتلاشمیںاوراللہتعالیسےباتہورہی ہوگی۔</w:t>
      </w:r>
    </w:p>
    <w:p>
      <w:r>
        <w:rPr>
          <w:b/>
        </w:rPr>
        <w:t xml:space="preserve">[21:34] </w:t>
      </w:r>
      <w:r>
        <w:t>ji to bari ajeeb kefiyat rahi hogi us waqt. ji yaqeenan</w:t>
      </w:r>
    </w:p>
    <w:p>
      <w:pPr>
        <w:jc w:val="right"/>
      </w:pPr>
      <w:r>
        <w:t>جی توبڑی عجیبکیفیترہیہوگیاسوقت۔جییقینا</w:t>
      </w:r>
    </w:p>
    <w:p>
      <w:r>
        <w:rPr>
          <w:b/>
        </w:rPr>
        <w:t xml:space="preserve">[21:38] </w:t>
      </w:r>
      <w:r>
        <w:t>acha doctor sahib kyunke hum wahi ko le kar baat kar rahe hain bohat se ah people from mother faith also watch program. ji ah to woh wahi ke baray mein jante nahi hain.</w:t>
      </w:r>
    </w:p>
    <w:p>
      <w:pPr>
        <w:jc w:val="right"/>
      </w:pPr>
      <w:r>
        <w:t>اچھاڈاکٹرصاحب کیونکہہم وحیکولےکر باتکررہےہیںبہت سے اہ پیپلفرامادرفیتھالس وواچیورپروگرام۔ جی اہتو وہ وحیکےبارےمیںجانتےنہیںہیں۔</w:t>
      </w:r>
    </w:p>
    <w:p>
      <w:r>
        <w:rPr>
          <w:b/>
        </w:rPr>
        <w:t xml:space="preserve">[21:49] </w:t>
      </w:r>
      <w:r>
        <w:t>agar aap us ko wazeh karein ke what is wahi ah us ka kia concept hai to woh bohat acha rahe ga. ah wahi waise teen qism qism ki batai jati hain.</w:t>
      </w:r>
    </w:p>
    <w:p>
      <w:pPr>
        <w:jc w:val="right"/>
      </w:pPr>
      <w:r>
        <w:t>اگرآپاسکو واضحکریںکہ واٹازوحی اہاسکاکیا کانسیپٹہے تووہبہتاچھارہےگا۔ اہ وحی ویسےتینقسم قسم وںکیبتائیجاتیہے۔</w:t>
      </w:r>
    </w:p>
    <w:p>
      <w:r>
        <w:rPr>
          <w:b/>
        </w:rPr>
        <w:t xml:space="preserve">[22:02] </w:t>
      </w:r>
      <w:r>
        <w:t>ji teen tarah ki wahi hoti hain. aik to hai jise wahi qalbi kehte hain. ji</w:t>
      </w:r>
    </w:p>
    <w:p>
      <w:pPr>
        <w:jc w:val="right"/>
      </w:pPr>
      <w:r>
        <w:t>جی تینطرح کیوحیہوتیہے۔ ایکتوہے جسےوحی قلبیکہتےہیں۔ جی</w:t>
      </w:r>
    </w:p>
    <w:p>
      <w:r>
        <w:rPr>
          <w:b/>
        </w:rPr>
        <w:t xml:space="preserve">[22:08] </w:t>
      </w:r>
      <w:r>
        <w:t>yani dil mein baat dalna . to allah ta'ala peghambaron ke dil mein kuch baat dal diya karta tha. hmm aur peghambaron ko yeh pata chal jata tha ke yeh allah ta'ala ne baat dali hai.</w:t>
      </w:r>
    </w:p>
    <w:p>
      <w:pPr>
        <w:jc w:val="right"/>
      </w:pPr>
      <w:r>
        <w:t>یعنی دلمیں باتڈالنا ۔تواللہ تعالی پیغمبروںکےدلمیںکچھباتڈالدیاکرتاتھا۔ ہمم اور پیغمبروںکویہپتہچلجاتا تھاکہیہاللہتعالینےباتڈالیہے۔</w:t>
      </w:r>
    </w:p>
    <w:p>
      <w:r>
        <w:rPr>
          <w:b/>
        </w:rPr>
        <w:t xml:space="preserve">[22:19] </w:t>
      </w:r>
      <w:r>
        <w:t>yeh bedari mein bhi ho sakti thi aur neend mein bhi yani khwab ke zariye bhi . kyunke jo peghambaron ka khwab hota tha woh sach khwab hota tha aur woh woh wahi us ko mana mana jata tha.</w:t>
      </w:r>
    </w:p>
    <w:p>
      <w:pPr>
        <w:jc w:val="right"/>
      </w:pPr>
      <w:r>
        <w:t>یہ بیداریمیںبھیہوسکتاتھا اور نیندمیںبھییعنی خوابکےذریعےبھی ۔ چونکہجوپیغمبروںکاخوابہوتاتھا وہ سچاخوابہوتاتھااور وہ وہ وحی اسکو ماناماناجاتا تھا۔</w:t>
      </w:r>
    </w:p>
    <w:p>
      <w:r>
        <w:rPr>
          <w:b/>
        </w:rPr>
        <w:t xml:space="preserve">[22:32] </w:t>
      </w:r>
      <w:r>
        <w:t>to yeh jo tareeqa hai wahi qalbi is mein ah ah yaani is mein koi farishtay ka involvment</w:t>
      </w:r>
    </w:p>
    <w:p>
      <w:pPr>
        <w:jc w:val="right"/>
      </w:pPr>
      <w:r>
        <w:t>تو یہجو طریقہہے وحی قلبی اسمیں اہ اہ یعنیاسمیںکوئی فرشتےکاانوال</w:t>
      </w:r>
    </w:p>
    <w:p>
      <w:r>
        <w:rPr>
          <w:b/>
        </w:rPr>
        <w:t xml:space="preserve">[22:42] </w:t>
      </w:r>
      <w:r>
        <w:t>woh mint nahi hai. direct Allah ta'ala paigambar ke dil mein yeh baat daal deta hai.</w:t>
      </w:r>
    </w:p>
    <w:p>
      <w:pPr>
        <w:jc w:val="right"/>
      </w:pPr>
      <w:r>
        <w:t>ومنٹنہیںہے۔ ڈائریکٹاللہتعالی پیغمبرکے دل میں اہ یہبات ڈالدیتاہے۔</w:t>
      </w:r>
    </w:p>
    <w:p>
      <w:r>
        <w:rPr>
          <w:b/>
        </w:rPr>
        <w:t xml:space="preserve">[22:48] </w:t>
      </w:r>
      <w:r>
        <w:t>aur doosri jo qism hai kalam ilahi yani direct Allah ta'ala baat karta hai paigambar se yeh sirf Musa alaihi salam ke qism mein hua</w:t>
      </w:r>
    </w:p>
    <w:p>
      <w:pPr>
        <w:jc w:val="right"/>
      </w:pPr>
      <w:r>
        <w:t>اور دوس ریجو قسم ہے کلام الہی یعنی ڈائریکٹاللہ تعالی باتکرتاہے پیغمبرسےیہ صرف اہ موسی علیہالسلام کے کیسمیںہوا</w:t>
      </w:r>
    </w:p>
    <w:p>
      <w:r>
        <w:rPr>
          <w:b/>
        </w:rPr>
        <w:t xml:space="preserve">[22:59] </w:t>
      </w:r>
      <w:r>
        <w:t>jaisa abhi zikr kiya maine ke ismein bhi koi farishte ka woh nahin hota hai role. direct Allah ta'ala</w:t>
      </w:r>
    </w:p>
    <w:p>
      <w:pPr>
        <w:jc w:val="right"/>
      </w:pPr>
      <w:r>
        <w:t>جیساابھیذکرکیا میںنے کہ اسمیںبھیکوئیفرشتےکا وہنہیںہوتاہے رول ۔ڈائریکٹاللہتعالی</w:t>
      </w:r>
    </w:p>
    <w:p>
      <w:r>
        <w:rPr>
          <w:b/>
        </w:rPr>
        <w:t xml:space="preserve">[23:06] </w:t>
      </w:r>
      <w:r>
        <w:t>kalam Allah Moosa takleema Quran mein aata hai ke Allah ta'ala ne Moosa alaihis salam se direct baat ki.</w:t>
      </w:r>
    </w:p>
    <w:p>
      <w:pPr>
        <w:jc w:val="right"/>
      </w:pPr>
      <w:r>
        <w:t>کلم اللہ موسی تکلیما قرآنمیںآتاہےکہ اللہتعالینےموسی علیہالسلامسےڈائریکٹباتکی۔</w:t>
      </w:r>
    </w:p>
    <w:p>
      <w:r>
        <w:rPr>
          <w:b/>
        </w:rPr>
        <w:t xml:space="preserve">[23:12] </w:t>
      </w:r>
      <w:r>
        <w:t>to yeh kalam elahi us ko kaha ja sakta hai aur jo teesri qism hai woh hai wahi malaki yani malaki ka matlab hai farishtay.</w:t>
      </w:r>
    </w:p>
    <w:p>
      <w:pPr>
        <w:jc w:val="right"/>
      </w:pPr>
      <w:r>
        <w:t>تو یہ ک لام الہی اسکو کہاجا جاسکتاہےاورجو تیسری قسم ہے وہہے وحی ملکی یعنی ملکی کامطلبہے فرشتے۔</w:t>
      </w:r>
    </w:p>
    <w:p>
      <w:r>
        <w:rPr>
          <w:b/>
        </w:rPr>
        <w:t xml:space="preserve">[23:24] </w:t>
      </w:r>
      <w:r>
        <w:t>ji ke through wahi to farishtay ke zariye wahi hoti hai aur farishtay ke bhi zariye kai qism se wahi</w:t>
      </w:r>
    </w:p>
    <w:p>
      <w:pPr>
        <w:jc w:val="right"/>
      </w:pPr>
      <w:r>
        <w:t>جی کےتھرو وحی تو فرشتےکےذریعےوحیہوتیہے اور فرشتےکےبھیذریعےکئیقسم سےوح</w:t>
      </w:r>
    </w:p>
    <w:p>
      <w:r>
        <w:rPr>
          <w:b/>
        </w:rPr>
        <w:t xml:space="preserve">[23:32] </w:t>
      </w:r>
      <w:r>
        <w:t>yeh ho sakti hai. aik to woh sirf awaz farishtay ki awaz aaye aur farishta samnay na ho aur doosri soorat yeh hai ke farishta kisi insan ki shakal mein aaye.</w:t>
      </w:r>
    </w:p>
    <w:p>
      <w:pPr>
        <w:jc w:val="right"/>
      </w:pPr>
      <w:r>
        <w:t>یہوسکتیہے۔ ایکتو وہ صرف آواز فرشتےکیآوازآئے اور فرشتہ سامنے نہہو اور دوس ریصورت یہہےکہ فرشتہکسی انسانکیشکلمیںآئے۔</w:t>
      </w:r>
    </w:p>
    <w:p>
      <w:r>
        <w:rPr>
          <w:b/>
        </w:rPr>
        <w:t xml:space="preserve">[23:43] </w:t>
      </w:r>
      <w:r>
        <w:t>ham jaisay hazrat muhammad rasool allah (SAW) ke ah ke paas jab farishta aata tha to kabhi woh kisi insaan ki shakl mein aata tha.</w:t>
      </w:r>
    </w:p>
    <w:p>
      <w:pPr>
        <w:jc w:val="right"/>
      </w:pPr>
      <w:r>
        <w:t>ہممجیسےحضرت محمد رسولاللہصلیاللہعلیہوسلمکے اہ کےپاسجبفرشتہآتاتھا تو کبھیوہکسی انسان کیشکلمیںآتاتھا۔</w:t>
      </w:r>
    </w:p>
    <w:p>
      <w:r>
        <w:rPr>
          <w:b/>
        </w:rPr>
        <w:t xml:space="preserve">[23:51] </w:t>
      </w:r>
      <w:r>
        <w:t>ji aur</w:t>
      </w:r>
    </w:p>
    <w:p>
      <w:pPr>
        <w:jc w:val="right"/>
      </w:pPr>
      <w:r>
        <w:t>جی اور</w:t>
      </w:r>
    </w:p>
    <w:p>
      <w:r>
        <w:rPr>
          <w:b/>
        </w:rPr>
        <w:t xml:space="preserve">[23:52] </w:t>
      </w:r>
      <w:r>
        <w:t>aik aik teesri soorat yeh bhi hai ke farishta apne original form mein aaye aur jab woh original form hai woh toh ah rasool allah (SAW) ne bataya hai ke aik baar jibril apne original form mein aaye thay toh poora aasman chhaya hua tha unke wings east say west tak phailay hue thay.</w:t>
      </w:r>
    </w:p>
    <w:p>
      <w:pPr>
        <w:jc w:val="right"/>
      </w:pPr>
      <w:r>
        <w:t>ایک ایک تیسریصورت یہبھیہےکہ فرشتہاپنے اوریجنلفارممیںآئے اور جب وہاوریجنلفارمہے وہ تو اہ رسولاللہصلیاللہعلیہوسلمنے بتایاہے کہ ایکبار جبرائیلاپنے اوریجنلفارممیں آئےتھےتوپورا اسمان چھایاہواتھا انکےونگز ایسٹسےویسٹتک پھیلےہوئےتھے۔</w:t>
      </w:r>
    </w:p>
    <w:p>
      <w:r>
        <w:rPr>
          <w:b/>
        </w:rPr>
        <w:t xml:space="preserve">[24:12] </w:t>
      </w:r>
      <w:r>
        <w:t>ji toh yeh teen cheezein hain teen tarah ki baatein hain.</w:t>
      </w:r>
    </w:p>
    <w:p>
      <w:pPr>
        <w:jc w:val="right"/>
      </w:pPr>
      <w:r>
        <w:t>جی تو یہ تین چیزیںہیں تین طرح کی باتیںہیں۔</w:t>
      </w:r>
    </w:p>
    <w:p>
      <w:r>
        <w:rPr>
          <w:b/>
        </w:rPr>
        <w:t xml:space="preserve">[24:19] </w:t>
      </w:r>
      <w:r>
        <w:t>toh ismein aik baat aur reh gayi thi pichli sawal mein ke aap ne poocha tha ke kya commandments mile toh jo aham command ah jo aham wahi allah ta'ala ne di jo sab se pehli baat woh yeh ke in ni in allah la ilaha illa ana.</w:t>
      </w:r>
    </w:p>
    <w:p>
      <w:pPr>
        <w:jc w:val="right"/>
      </w:pPr>
      <w:r>
        <w:t>تو اسمیںایکباتاور رہگئیتھی پچھلی سوال میں کہ آپنےپوچھاتھاکہکیا کمانڈمنٹس ملے توجو اہم کمانڈ اہ جواہم وحی اللہ تعالینےدیجوسبسےپہلیبات وہ یہ کہ ان نی ان اللہ لا الہ الا انا۔</w:t>
      </w:r>
    </w:p>
    <w:p>
      <w:r>
        <w:rPr>
          <w:b/>
        </w:rPr>
        <w:t xml:space="preserve">[24:41] </w:t>
      </w:r>
      <w:r>
        <w:t>ji ke mein allah hoon mere siwa koi ibadat ke laiq nahin.</w:t>
      </w:r>
    </w:p>
    <w:p>
      <w:pPr>
        <w:jc w:val="right"/>
      </w:pPr>
      <w:r>
        <w:t>جیکہمیں اللہ ہوں میرےسواکوئی عبادتکےلائقنہیں ۔</w:t>
      </w:r>
    </w:p>
    <w:p>
      <w:r>
        <w:rPr>
          <w:b/>
        </w:rPr>
        <w:t xml:space="preserve">[24:47] </w:t>
      </w:r>
      <w:r>
        <w:t>fa'abudni toh tum meri hi ibadat karo. waqim as-salata li dhikri aur mere liye tum namaz qaim karo mere zikr ke liye meri yaad ke liye namaz qaim karo.</w:t>
      </w:r>
    </w:p>
    <w:p>
      <w:pPr>
        <w:jc w:val="right"/>
      </w:pPr>
      <w:r>
        <w:t>فاعبد نی توتم میریہیعبادتکرو ۔واق م الصلوۃلذکری اور میرےلیے تم نماز قائمکرومیرےذکرکےلیے میرییادکےلیےنماز قائمکرو ۔</w:t>
      </w:r>
    </w:p>
    <w:p>
      <w:r>
        <w:rPr>
          <w:b/>
        </w:rPr>
        <w:t xml:space="preserve">[24:58] </w:t>
      </w:r>
      <w:r>
        <w:t>in as-sa'ata atiyatu qiyamat aanay wali hai. ji akad akhfiyatu li jaza kulli nafsin bima tasmein isko chhupaye rakhoonga taake har insaan ko apne kiye ka badla mil sake.</w:t>
      </w:r>
    </w:p>
    <w:p>
      <w:pPr>
        <w:jc w:val="right"/>
      </w:pPr>
      <w:r>
        <w:t>ان الساعت عاطیۃ قیامتآنےوالی ہے۔ جی اکاد اخفیہ لت جزا کل نفس بما تس عمیں اسکو چھپائےرکھوںگا تاکہ ہر انسان کو اپنے کیےکابد لہ مل سکے۔</w:t>
      </w:r>
    </w:p>
    <w:p>
      <w:r>
        <w:rPr>
          <w:b/>
        </w:rPr>
        <w:t xml:space="preserve">[25:17] </w:t>
      </w:r>
      <w:r>
        <w:t>toh yeh bari aham baat thi yahi pehli baat thi jo allah ta'ala ne musa (AS) se kaha ismein paanch baatein hain aur paanch ant hai hai bani adi basic baatein hain yani tauheed. ji ke mein allah hoon mere siwa koi ibadat ke laiq nahin aur ibadat yani meri ibadat karo aur namaz namaz qaim karo aur qiyamat aanay wali hai qiyamat aur akhirat</w:t>
      </w:r>
    </w:p>
    <w:p>
      <w:pPr>
        <w:jc w:val="right"/>
      </w:pPr>
      <w:r>
        <w:t>تویہبڑیاہم بات تھی یہیپہلیبات تھیجو اللہ تعالینے موسی علیہالسلام سےکہیاسمیں پانچ باتیںہیںاورپانچانت ہائی بنی ادی بیسک باتیںہیںیعنیتوحید ۔جی کہ میں اللہہوںمیرےسواکوئیعبادتکےلائقنہیں اور عبادت یعنی میریعبادتکرو اور نماز نماز قائمکرو اور قیامتآنےوالی ہے قیامتاور آخرت</w:t>
      </w:r>
    </w:p>
    <w:p>
      <w:r>
        <w:rPr>
          <w:b/>
        </w:rPr>
        <w:t xml:space="preserve">[25:45] </w:t>
      </w:r>
      <w:r>
        <w:t>toh yeh is yeh woh taleem thi yeh basic taleem jo har paighambar ko di gayi. ji aur ah aisa nahin ke har paighambar ko koi alag tarah ki taleem di gayi adam (AS) se le ke hazrat muhammad (SAW) tak aik hi taleem di gayi woh musa (AS) ko bhi bataya gaya.</w:t>
      </w:r>
    </w:p>
    <w:p>
      <w:pPr>
        <w:jc w:val="right"/>
      </w:pPr>
      <w:r>
        <w:t>تو یہ اسیہ یہوہ تعلیم تھی یہبیسکتعلیم جو ہرپیغمبرکو دیگئی۔جی اور اہ ایسانہیںکہہرپیغمبرکوکوئیالگطرح کیتعلیم دیگئی آدمعلیہالسلامسےلےکےحضرتمحمد صلیاللہعلیہوسلمتک ایکہی تعلیم دیگئیوہیموسی علیہالسلامکوبھی بتایاگیا۔</w:t>
      </w:r>
    </w:p>
    <w:p>
      <w:r>
        <w:rPr>
          <w:b/>
        </w:rPr>
        <w:t xml:space="preserve">[26:02] </w:t>
      </w:r>
      <w:r>
        <w:t>bas farq yeh tha ke allah ta'ala ne direct kalam kiya aur direct baat ki. ji achha doctor sahib wahi ke bare mein jaisay aap ne abhi bataya toh aik bohat hi an</w:t>
      </w:r>
    </w:p>
    <w:p>
      <w:pPr>
        <w:jc w:val="right"/>
      </w:pPr>
      <w:r>
        <w:t>بسفرقیہتھاکہ اللہ تعالینے ڈائریکٹ کلامکیااورڈائریکٹباتکی۔ جی اچھاڈاکٹرصاحب وحیکےبارےمیںجیسےآپنےابھیبتایاتوایکبہتہیان</w:t>
      </w:r>
    </w:p>
    <w:p>
      <w:r>
        <w:rPr>
          <w:b/>
        </w:rPr>
        <w:t xml:space="preserve">[26:11] </w:t>
      </w:r>
      <w:r>
        <w:t>trusting baat molana wahiduddin khan sahib ne apni commentary mein bhi likhi hai ke ah prophet musa received the first prophetic call ah and amount in side aur jab unhein toor ki bhi command mili toh unhein mountain mein bulaya gaya toh unho ne likha hai ke this gives an indication that the best place to receive divine inspiration is when a person is in nature exactly</w:t>
      </w:r>
    </w:p>
    <w:p>
      <w:pPr>
        <w:jc w:val="right"/>
      </w:pPr>
      <w:r>
        <w:t>ٹرسٹنگ بات مولاناوحیدالدینخانصاحبنے اپنی کمنٹریمیںبھیلکھیہے کہ اہ پراف ٹ موسی ریسیوڈدافرسٹپرافیٹککال اہ انداماؤنٹینسائیڈ اورجبانہیں ٹوراکیبھیکمانڈزملی تو انہیں ماؤنٹینمیںبلایاگیا تو انہوںنےلکھاہےکہ دس گیوزاینانڈ یکیشندیٹ دا بیسٹ پلیسٹو ریسیوڈیوائنانسپیریشن از ویناپرسناز اننیچر ایگزیکٹلیاہ</w:t>
      </w:r>
    </w:p>
    <w:p>
      <w:r>
        <w:rPr>
          <w:b/>
        </w:rPr>
        <w:t xml:space="preserve">[26:37] </w:t>
      </w:r>
      <w:r>
        <w:t>away from the clutter and the noisy environment of the human society. ah toh jab aik insaan peed ke darmiyan rivers mountains nature mein rehta hai toh then he becomes closer to god aur doctor sahib molana khud bhi kitni baar sessions ke liye hum logon ko lodhi garden aur kahin jahan pe bhi green ho wahan le ke jaya karte thay.</w:t>
      </w:r>
    </w:p>
    <w:p>
      <w:pPr>
        <w:jc w:val="right"/>
      </w:pPr>
      <w:r>
        <w:t>اوےفرامدی کل ٹرڈ اینڈدینوئزیانوائرمنٹافدیہیومنسوسائٹی۔ اہتوجبایک انسان پیڑکے درمیان ری ورزماؤنٹینزنیچرمیںرہتاہے تو دینہیبیکمز کل وزر ٹوگاڈ اور ڈاکٹرصاحب مول اناخود بھی کتنیبار سی شنزکےلیےہملوگوںکو لودھیگارڈن اور کہیں جہاںپہبھیگرینریہو وہاںلےکےجایاکرتے تھے۔</w:t>
      </w:r>
    </w:p>
    <w:p>
      <w:r>
        <w:rPr>
          <w:b/>
        </w:rPr>
        <w:t xml:space="preserve">[27:01] </w:t>
      </w:r>
      <w:r>
        <w:t>ji ji balkeh unka jo bajra tha usmein ek</w:t>
      </w:r>
    </w:p>
    <w:p>
      <w:pPr>
        <w:jc w:val="right"/>
      </w:pPr>
      <w:r>
        <w:t>جیجیبلکہ انکاجو باجرہتھااسمیںایک</w:t>
      </w:r>
    </w:p>
    <w:p>
      <w:r>
        <w:rPr>
          <w:b/>
        </w:rPr>
        <w:t xml:space="preserve">[27:04] </w:t>
      </w:r>
      <w:r>
        <w:t>aah triya hai jo poora cover karta tha balkeh ne to wohin pe bhi baitha baitha karte the.</w:t>
      </w:r>
    </w:p>
    <w:p>
      <w:pPr>
        <w:jc w:val="right"/>
      </w:pPr>
      <w:r>
        <w:t>اہ ٹریہےجو پوراکورکرتاتھا بالکنیکو تو وہیںپہبیٹھا بیٹھاکرتے تھے۔</w:t>
      </w:r>
    </w:p>
    <w:p>
      <w:r>
        <w:rPr>
          <w:b/>
        </w:rPr>
        <w:t xml:space="preserve">[27:09] </w:t>
      </w:r>
      <w:r>
        <w:t>spiritual trajectory وہ اس کو وہ کہتے تھے spiritual trajectory کئی آرٹیکلز لکھے انہوں نے from the spiritual trajectory کہہ کے</w:t>
      </w:r>
    </w:p>
    <w:p>
      <w:pPr>
        <w:jc w:val="right"/>
      </w:pPr>
      <w:r>
        <w:t>سپرچولٹریتواسکووہکہتےتھے سپرچولٹریکئیارٹیکلزلکھےانہوںنے فر امداسپرچولٹریکہہکے</w:t>
      </w:r>
    </w:p>
    <w:p>
      <w:r>
        <w:rPr>
          <w:b/>
        </w:rPr>
        <w:t xml:space="preserve">[27:16] </w:t>
      </w:r>
      <w:r>
        <w:t>تو ہم لوگوں کو بھی کہتے تھے کہ صبح جلدی اٹھو نیچر میں جاؤ کیونکہ وہاں پہ ڈیوائن انسپیریشن ملتی ہے۔</w:t>
      </w:r>
    </w:p>
    <w:p>
      <w:pPr>
        <w:jc w:val="right"/>
      </w:pPr>
      <w:r>
        <w:t>توہملوگوں کوبھیکہتےتھےکہ صبحجلدیاٹھو نیچرمیںجاؤ اہکیونکہ وہاں پہ ڈیوائنانسپیریشنملتیہے</w:t>
      </w:r>
    </w:p>
    <w:p>
      <w:r>
        <w:rPr>
          <w:b/>
        </w:rPr>
        <w:t xml:space="preserve">[27:23] </w:t>
      </w:r>
      <w:r>
        <w:t>کچھ noise نہیں ہوتا and ایک انسان جو ہوتا ہے وہ پورے ذہن میں اس کا پورا ایک</w:t>
      </w:r>
    </w:p>
    <w:p>
      <w:pPr>
        <w:jc w:val="right"/>
      </w:pPr>
      <w:r>
        <w:t>کچھ نوائز نہیںہوت ا اینڈایکانسان جوہوتاہےوہپورے ذہنمیںاسکاپوراایک</w:t>
      </w:r>
    </w:p>
    <w:p>
      <w:r>
        <w:rPr>
          <w:b/>
        </w:rPr>
        <w:t xml:space="preserve">[27:29] </w:t>
      </w:r>
      <w:r>
        <w:t>ek recipient zehan hota hai to</w:t>
      </w:r>
    </w:p>
    <w:p>
      <w:pPr>
        <w:jc w:val="right"/>
      </w:pPr>
      <w:r>
        <w:t>ایک ریسیپینٹذہنہوتاہے تو</w:t>
      </w:r>
    </w:p>
    <w:p>
      <w:r>
        <w:rPr>
          <w:b/>
        </w:rPr>
        <w:t xml:space="preserve">[27:31] </w:t>
      </w:r>
      <w:r>
        <w:t>yeh aik bari interesting baat thi doctor sahib jo unho ne batayi. achha doctor sahib kuch comments loonga aglay sawal lene se pehle. ah Zahoor ur Rehman sahib ne New Zealand se likha hai ka via and amazing takeaway of the day apart from five reasons of traveling.</w:t>
      </w:r>
    </w:p>
    <w:p>
      <w:pPr>
        <w:jc w:val="right"/>
      </w:pPr>
      <w:r>
        <w:t>یہ ایک بڑیانٹرسٹنگباتتھی ڈاکٹرصاحبجوانہوںنےبتائی۔ اچھاڈاکٹرصاحبکچھکمنٹسلوںگااگلےسوال لینےسےپہلے۔ اہ ظہور الرحمن صاحبنے نی وزیلینڈسےلکھاہے کا ویاینڈ امیناز داٹیکاوےافداڈے اپارٹفر ام فائیوریزنز اف ٹریولنگ۔</w:t>
      </w:r>
    </w:p>
    <w:p>
      <w:r>
        <w:rPr>
          <w:b/>
        </w:rPr>
        <w:t xml:space="preserve">[27:49] </w:t>
      </w:r>
      <w:r>
        <w:t>hmm Shahid Mahmood sahib ne likha hai I am from Karachi Pakistan just wanted to say blessings of Allah on you sir</w:t>
      </w:r>
    </w:p>
    <w:p>
      <w:pPr>
        <w:jc w:val="right"/>
      </w:pPr>
      <w:r>
        <w:t>ہمم شاہد محمودصاحبنےلکھاہےائیایمفرامکراچی پاکستان جسٹ وانٹڈٹوسے بلیسنگزاف اللہ ان یوسر</w:t>
      </w:r>
    </w:p>
    <w:p>
      <w:r>
        <w:rPr>
          <w:b/>
        </w:rPr>
        <w:t xml:space="preserve">[27:57] </w:t>
      </w:r>
      <w:r>
        <w:t>Faheem Umar sahib ne Malaysia se likha hai Mashallah doctor sahib this is wonderful and beautiful. ah Feroz Rashid sahib ne likha hai ah Allah hum sab ko deen ki sachai de aur Allah aap sab ko jaza e khair ata farmaye.</w:t>
      </w:r>
    </w:p>
    <w:p>
      <w:pPr>
        <w:jc w:val="right"/>
      </w:pPr>
      <w:r>
        <w:t>فہیمعمر صاحبنےملی شیاسےلکھاہے ماشاءاللہڈاکٹرصاحب دساز ونڈرفل اینڈبیوٹیفل ۔ اہ فیروج راشدصاحبنےلکھاہے اہ اللہ ہم سب کو دین کی سچائیدے اور اللہ اپ سب کو جز ائےخیرعطا فرمائے۔</w:t>
      </w:r>
    </w:p>
    <w:p>
      <w:r>
        <w:rPr>
          <w:b/>
        </w:rPr>
        <w:t xml:space="preserve">[28:18] </w:t>
      </w:r>
      <w:r>
        <w:t>ameen. ah Sabir Khan sahib ne likha hai I am from Pakistan and I love Maulana Wahiduddin Khan and his team toh</w:t>
      </w:r>
    </w:p>
    <w:p>
      <w:pPr>
        <w:jc w:val="right"/>
      </w:pPr>
      <w:r>
        <w:t>امین ۔ اہ سب طینخانصاحبنےلکھاہےائیایمفرام پاکستان اینڈائیلو مول انا وحیدالدینخان اینڈ ہز ٹیم تو</w:t>
      </w:r>
    </w:p>
    <w:p>
      <w:r>
        <w:rPr>
          <w:b/>
        </w:rPr>
        <w:t xml:space="preserve">[28:27] </w:t>
      </w:r>
      <w:r>
        <w:t>bohat achhay pyare comments aa rahe hain doctor sahib aapke talk ko le kar. ah doctor sahib aap kahani ko aage badhate hain phir uske baad aisa hota hai ke inko do miracles diye jaate hain.</w:t>
      </w:r>
    </w:p>
    <w:p>
      <w:pPr>
        <w:jc w:val="right"/>
      </w:pPr>
      <w:r>
        <w:t>بہت اچھےپیارےکمنٹسآرہےہیںڈاکٹرصاحب آپکےٹاککولےکر۔ اہڈاکٹرصاحبابکہانیکوآگےبڑھاتےہیں پھر اسکےبعد ایساہوتاہےکہانکو دو می ریکلز دیےجاتےہیں۔</w:t>
      </w:r>
    </w:p>
    <w:p>
      <w:r>
        <w:rPr>
          <w:b/>
        </w:rPr>
        <w:t xml:space="preserve">[28:38] </w:t>
      </w:r>
      <w:r>
        <w:t>ji toh yeh kya miracles thay uske bare mein hum sab ko batayein. toh musa (AS) bilkul hairani ke alam mein khamosh khade ho gaye kuch samajh mein nahin aaya unke ke kya ho raha hai zahir hai pehli baar allah ta'ala ki awaz suni unho ne toh allah ta'ala ne farmaya ke wa ma tilka bi yamin ki ay musa yeh tumhare right hand mein kya hai.</w:t>
      </w:r>
    </w:p>
    <w:p>
      <w:pPr>
        <w:jc w:val="right"/>
      </w:pPr>
      <w:r>
        <w:t>جی تو یہ کیا میریکلزتھے اسکےبارےمیںہمسبکوبتائیں۔ تو موسی علیہالسلام بالکل حیرانیکےعالممیں خاموش کھڑےہوگئے کچھسمجھمیںنہیںآیاانکے کہ کیا ہورہاہے ظاہرہےپہلیبار اللہ تعالیکیآوازسنیانہوںنے تواللہ تعالینےفرمایا کہ و ماتلکب یمین کیاموسی کہاےموسی یہتمہارےرائٹہینڈمیںکیاہے۔</w:t>
      </w:r>
    </w:p>
    <w:p>
      <w:r>
        <w:rPr>
          <w:b/>
        </w:rPr>
        <w:t xml:space="preserve">[29:05] </w:t>
      </w:r>
      <w:r>
        <w:t>allah ta'ala ko maloom tha ke right hand mein kya hai lekin woh allah ta'ala chahta tha ke musa ko consciously pata chal jaye ke unho ne right hand mein liya kya hua hai chunke aik bohat bari cheez aik moajza honay wala tha</w:t>
      </w:r>
    </w:p>
    <w:p>
      <w:pPr>
        <w:jc w:val="right"/>
      </w:pPr>
      <w:r>
        <w:t>اللہ تعالیکومعلوم تھاکہرائٹہینڈمیںکیاہے لیکن وہ اللہتعالیچاہتاتھا کہ موسی کو کان شیسلییہپتہچلجائےکہانہوں نےرائٹہینڈمیںلیا کیا ہواہے چونکہایکبہتبڑیچیز ایکمعجزہہونےوالاتھا</w:t>
      </w:r>
    </w:p>
    <w:p>
      <w:r>
        <w:rPr>
          <w:b/>
        </w:rPr>
        <w:t xml:space="preserve">[29:18] </w:t>
      </w:r>
      <w:r>
        <w:t>toh musa (AS) ne bare masoomana andaaz mein kaha ke yeh mera ah meri laathi hai qala ya saiyai yeh meri laathi hai mein is se kabhi tick lagata hoon mein is se kabhi ah patte jhadta hoon apne bakriyon ke liye aur mere doosre kaam bhi hain wa li fiha ma'aribu ukhra aur bhi kai kaam karta hoon toh allah ta'ala ne farmaya alqihi ya musa ke usko daal do tum zameen pe</w:t>
      </w:r>
    </w:p>
    <w:p>
      <w:pPr>
        <w:jc w:val="right"/>
      </w:pPr>
      <w:r>
        <w:t>تو موسی علیہالسلامنےبڑے معصوماندازمیںکہا کہیہمیرا اہمیریلاٹھیہے قالہ یاسایا یہمیری لاٹھیہے میں اسسےکبھیٹیکلگاتاہوں میں اسسےکبھی اہ پتےجھاڑتاہوںاپنے بکریوںکےلیے اور میرے دوسرےکام بھی ہیں ولی فیہامعارب اخری اور بھیکئیکام کرتاہوں تواللہ تعالینےفرمایا القیہیاموسی کہاسکوڈالدوتم زمین پہ</w:t>
      </w:r>
    </w:p>
    <w:p>
      <w:r>
        <w:rPr>
          <w:b/>
        </w:rPr>
        <w:t xml:space="preserve">[29:48] </w:t>
      </w:r>
      <w:r>
        <w:t>. ji toh jaise unho ne dala usko zameen pe toh woh bohat bara azdahab ban gaya serpent ban gaya. ji toh musa (AS) palte aur bhaage aur mud nahin rahe thay bhaage ja rahe thay.</w:t>
      </w:r>
    </w:p>
    <w:p>
      <w:pPr>
        <w:jc w:val="right"/>
      </w:pPr>
      <w:r>
        <w:t>۔جی تو جیسےانہوںنےڈالااسکوزمین پہ تووہبہت بڑا ازدہابنگیا سرپنٹ بنگیا۔ جی تو موسی علیہالسلام پلٹےاوربھاگے اور مڑنہیںرہےتھےبھاگےجارہےتھے۔</w:t>
      </w:r>
    </w:p>
    <w:p>
      <w:r>
        <w:rPr>
          <w:b/>
        </w:rPr>
        <w:t xml:space="preserve">[29:59] </w:t>
      </w:r>
      <w:r>
        <w:t>ji toh wallah ma braa wa lam ya'qib ke bas bhaage chale ja rahe thay dar gaye woh dekh ke wahan par zahir hai aik achanak aik itna bara azdahab zahir ho gaya aur woh chalne laga</w:t>
      </w:r>
    </w:p>
    <w:p>
      <w:pPr>
        <w:jc w:val="right"/>
      </w:pPr>
      <w:r>
        <w:t>جی تو وال لہمد برا ولم یعقب کہبس بھاگےچلےجارہےتھے ڈر ڈرگئےوہ دیکھکے وہاںپر ظاہرہےایکاچانکایکاتنابڑا ازدہا ظاہرہوگیااوروہچلنےلگا</w:t>
      </w:r>
    </w:p>
    <w:p>
      <w:r>
        <w:rPr>
          <w:b/>
        </w:rPr>
        <w:t xml:space="preserve">[30:14] </w:t>
      </w:r>
      <w:r>
        <w:t>toh allah ta'ala ne kaha ke uz'hu wa la takhaf ke pakad usko aur daro mat hum isko wapas iske original form mein wapas kar denge.</w:t>
      </w:r>
    </w:p>
    <w:p>
      <w:pPr>
        <w:jc w:val="right"/>
      </w:pPr>
      <w:r>
        <w:t>تو اللہ تعالینےکہا کہ اعلیخذہ اولا تخ ف کہپکڑواسکو اور ڈرومت ہماسکو واپس اسکیاوریجنلفارممیں واپسکردیںگے۔</w:t>
      </w:r>
    </w:p>
    <w:p>
      <w:r>
        <w:rPr>
          <w:b/>
        </w:rPr>
        <w:t xml:space="preserve">[30:28] </w:t>
      </w:r>
      <w:r>
        <w:t>to moosa علیہالسلامne darte darte darte kitaab won mein aata hai ke dam pakri. ji</w:t>
      </w:r>
    </w:p>
    <w:p>
      <w:pPr>
        <w:jc w:val="right"/>
      </w:pPr>
      <w:r>
        <w:t>تو موسی علیہالسلامنےڈرتےڈرتےڈرتےکتاب وںمیںآتاہےکہ دم پکڑی۔ جی</w:t>
      </w:r>
    </w:p>
    <w:p>
      <w:r>
        <w:rPr>
          <w:b/>
        </w:rPr>
        <w:t xml:space="preserve">[30:34] </w:t>
      </w:r>
      <w:r>
        <w:t>to jaise usko pakro waise hi woh dobara unki laathi laathi bangayi sa bangaya. to phir Allah ta'ala ne kaha ke apna haath jo hai right hand ko apne aam pat mein daalo to unhone aise daala aur jab bahar nikala to woh chamakta haath tha jaise koi polished silver koi shining hoti hai aise chamakta haath tha.</w:t>
      </w:r>
    </w:p>
    <w:p>
      <w:pPr>
        <w:jc w:val="right"/>
      </w:pPr>
      <w:r>
        <w:t>تو جیسےاسکوپکڑاویسےہیوہدوبارہ انکیلاٹھی لاٹھیبنگئیاسا بنگیا۔ تو پھر اللہ تعالینےکہاکہاپناہاتھجوہے رائٹہینڈکو اپنے عام پٹ میںڈالو توانہوںنےایسے ڈالااورجبباہرنکالاتووہچمکرہاتھاجیسےکوئیپالشڈ سلور کوئیشائننگہوتیہے ایسےچمکرہاتھا۔</w:t>
      </w:r>
    </w:p>
    <w:p>
      <w:r>
        <w:rPr>
          <w:b/>
        </w:rPr>
        <w:t xml:space="preserve">[30:55] </w:t>
      </w:r>
      <w:r>
        <w:t>to yeh do miracles the. ji jo Allah ta'ala ne ya moosa علیہالسلام ko wahan diye.</w:t>
      </w:r>
    </w:p>
    <w:p>
      <w:pPr>
        <w:jc w:val="right"/>
      </w:pPr>
      <w:r>
        <w:t>تو یہ دو اہ میریکلزتھے۔ جی جو اللہ تعالینے یاموسی علیہالسلامکو وہاں دیے۔</w:t>
      </w:r>
    </w:p>
    <w:p>
      <w:r>
        <w:rPr>
          <w:b/>
        </w:rPr>
        <w:t xml:space="preserve">[31:04] </w:t>
      </w:r>
      <w:r>
        <w:t>doctor sahib ek sawaal isiko wazeh karne ke liye ke miracle kisko kaha jaata hai matlab miracle kya hai ah isko bhi aap agar wazeh karein to bohat se log jo program dekh rahe hain unko clarity milegi.</w:t>
      </w:r>
    </w:p>
    <w:p>
      <w:pPr>
        <w:jc w:val="right"/>
      </w:pPr>
      <w:r>
        <w:t>ڈاکٹرصاحب ایک اہ سوال اسیکو واضحکرنےکےلیےکہمیریکلکسکوکہاجاتا ہےمطلب میریکلکیاہے اہاسکوبھیآپاگر واضحکریںتو بہت سےلوگجو پروگرامدیکھرہےہیںانکو کلیرٹیملےگی۔</w:t>
      </w:r>
    </w:p>
    <w:p>
      <w:r>
        <w:rPr>
          <w:b/>
        </w:rPr>
        <w:t xml:space="preserve">[31:19] </w:t>
      </w:r>
      <w:r>
        <w:t>ah miracle ya moajza ah Allah ta'ala ke hukum se aur logon ki demand pe peghambar pesh karta hai aur moajza dikhane ke baad agar jo qaum hai jisne demand ki woh imaan nahi laati to phir azaab aata hai</w:t>
      </w:r>
    </w:p>
    <w:p>
      <w:pPr>
        <w:jc w:val="right"/>
      </w:pPr>
      <w:r>
        <w:t>اہمیریکل یا معجزہ اہاللہ تعالیکےحکمسے اور لوگوںکیڈیمانڈپہ پیغمبر پیش کرتاہے اور معجزہ دکھانےکےبعد اگر جو قومہے جسنےڈیمانڈکی وہ ایماننہیں لاتی توپھرعذابآتاہے</w:t>
      </w:r>
    </w:p>
    <w:p>
      <w:r>
        <w:rPr>
          <w:b/>
        </w:rPr>
        <w:t xml:space="preserve">[31:41] </w:t>
      </w:r>
      <w:r>
        <w:t>to yeh sirf peghambaron ke liye tha aur Rasool Allah صلی اللہ علیہ وسلم ne kaha tha ke ah saare peghambaron ko nishaniyan deen gayen yaani moajzaat diye gaye lekin mera jo moajza hai woh Quran hai to is sense mein phir prophet ko koi moajza nahi diya gaya jaisa moajza jaise aur prophets ko diye gaye balkeh Quran khud hi ek bohat bada moajza bangaya.</w:t>
      </w:r>
    </w:p>
    <w:p>
      <w:pPr>
        <w:jc w:val="right"/>
      </w:pPr>
      <w:r>
        <w:t>تویہصرف پیغمبروںکےلیےتھا اور رسولاللہصلیاللہعلیہوسلمنےکہاتھاکہ اہ سارےپیغمبروںکو نش انیاںدیگئیںیعنی معجزاتدیےگئےلیکن میراجو معجزہہےوہقرآنہے تو اس سینسمیں پرافٹکوکوئیمعجزہنہیںدیا گیا حسیمعجزہجیسےاور پرافٹسکودیےگئے بلکہ قرآنخود ہیایکبہتبڑا معجزہبنگیا۔</w:t>
      </w:r>
    </w:p>
    <w:p>
      <w:r>
        <w:rPr>
          <w:b/>
        </w:rPr>
        <w:t xml:space="preserve">[32:08] </w:t>
      </w:r>
      <w:r>
        <w:t>ji</w:t>
      </w:r>
    </w:p>
    <w:p>
      <w:pPr>
        <w:jc w:val="right"/>
      </w:pPr>
      <w:r>
        <w:t>جی</w:t>
      </w:r>
    </w:p>
    <w:p>
      <w:r>
        <w:rPr>
          <w:b/>
        </w:rPr>
        <w:t xml:space="preserve">[32:09] </w:t>
      </w:r>
      <w:r>
        <w:t>aur Maulana ne likha hai ke jo moajza hai ya miracle hai woh ek scientific phenomenon tha. hmm ah</w:t>
      </w:r>
    </w:p>
    <w:p>
      <w:pPr>
        <w:jc w:val="right"/>
      </w:pPr>
      <w:r>
        <w:t>اور مول انانےلکھاہےکہ جو معجزہہےیا میریکلہے وہ ایک پریسائنٹیفکایجکافیناومیناتھا۔ ہمم اہ</w:t>
      </w:r>
    </w:p>
    <w:p>
      <w:r>
        <w:rPr>
          <w:b/>
        </w:rPr>
        <w:t xml:space="preserve">[32:19] </w:t>
      </w:r>
      <w:r>
        <w:t>kitaab Izhaar-e-Deen mein ek bada acha article hai iske upar aur ismein yeh wazeh kiya hai ke moajza to ek scientific phenomenon tha aur jo scientific age hai jismein hum reh rahe hain yahan har cheez moajza hai har cheez miracle ho gaya hai miracle ho gayi kyunke insaan ne micro level se aur macro level pe har cheez ko discover kar liya hai ek cell ek drop of water is a miracle even a drop of water is a miracle</w:t>
      </w:r>
    </w:p>
    <w:p>
      <w:pPr>
        <w:jc w:val="right"/>
      </w:pPr>
      <w:r>
        <w:t>کتاب اظہاردینمیںایکبڑااچھاارٹیکلہےاسکےاوپر اور اسمیں یہ واضحکیا ہےکہ معجزہ توایک پریسائنٹیفکایج کافیناومیناتھا اورجو سائنٹیفکایجہے جسمیںہمرہرہےہیں یہاںہرچیزمعجزہہے ہرچیز میریکلہوگیاہے میریکلہوگئیچونکہانساننے مائیکرو لیولسےاور میکرولیولپہ ہرچیزکو ڈسکورکرلیاہے ایک سیل ایک ڈراپاف وا ٹر ازامیریکل ایوناڈراپافواٹرازامیریکل</w:t>
      </w:r>
    </w:p>
    <w:p>
      <w:r>
        <w:rPr>
          <w:b/>
        </w:rPr>
        <w:t xml:space="preserve">[32:47] </w:t>
      </w:r>
      <w:r>
        <w:t>to is tareeqe se ah ah ab moajze ki zaroorat nahi hai kyunke har taraf moajze phailay hue hain ab toh insaan is pe ghaur karke Khuda ko daryaft kare. Hadees mein aata hai ke kuch aise bande honge aakhir mein jo na peghambar honge na shaheed honge shaheed se murad hai jinhone dawat ka kaam kiya lekin unpe peghambar rashk karenge.</w:t>
      </w:r>
    </w:p>
    <w:p>
      <w:pPr>
        <w:jc w:val="right"/>
      </w:pPr>
      <w:r>
        <w:t>تو اس طریقےسے اہ اہ اب معجزےکیضرورتنہیںہے چونکہہرطرف معجزےپھیلےہوئےہیںابتوانسان اسپہغورکرکے خداکو دریا فت کر ے حدیثمیںآتاہےکہکچھایسےبندےہوںگےآخرتمیں جو نہ پیغمبرہوںگےنہ شہیدہوںگے شہیدسےمر ادہے جنہوںنےدعوتیکامکیا لیکن انپر پیغمبر رشکریںگے۔</w:t>
      </w:r>
    </w:p>
    <w:p>
      <w:r>
        <w:rPr>
          <w:b/>
        </w:rPr>
        <w:t xml:space="preserve">[33:13] </w:t>
      </w:r>
      <w:r>
        <w:t>ji</w:t>
      </w:r>
    </w:p>
    <w:p>
      <w:pPr>
        <w:jc w:val="right"/>
      </w:pPr>
      <w:r>
        <w:t>جی</w:t>
      </w:r>
    </w:p>
    <w:p>
      <w:r>
        <w:rPr>
          <w:b/>
        </w:rPr>
        <w:t xml:space="preserve">[33:14] </w:t>
      </w:r>
      <w:r>
        <w:t>to ghaleban yahi log honge jo jinhone modern age mein Khuda ko daryaft kiya kyunke jo ah purana zamana tha us waqt to Allah ta'ala ah ghayab ko dikhata tha peghambaron ko aur moajze ah karwata</w:t>
      </w:r>
    </w:p>
    <w:p>
      <w:pPr>
        <w:jc w:val="right"/>
      </w:pPr>
      <w:r>
        <w:t>تو غالبایہوہیلوگہوںگےجو جنہوںنے ماڈرنایجمیںخداکو دریا فتکیا چونکہجو اہ پر انازمان ہتھااسوقت تواللہتعالی اہ غیبکودکھاتاتھا پیغمبروںکو اور معجزے اہ کرواتا</w:t>
      </w:r>
    </w:p>
    <w:p>
      <w:r>
        <w:rPr>
          <w:b/>
        </w:rPr>
        <w:t xml:space="preserve">[33:31] </w:t>
      </w:r>
      <w:r>
        <w:t>tha lekin ab toh har insaan ke liye mumkin ho gaya hai ke woh bohat hi aala marifat ji Khuda ki haasil kar sake aur ah iski azmat aur iski glory apne upar taari kar sake is is daur mein to peghambaron ko yeh sab cheezein dikhayi gayeen mushahida karaya gaya.</w:t>
      </w:r>
    </w:p>
    <w:p>
      <w:pPr>
        <w:jc w:val="right"/>
      </w:pPr>
      <w:r>
        <w:t>تھا لیکن ابتو ہر انسان کےلیے ممکنہوگیاہےکہوہ بہتہی اعلیمعرفت جیخداکی حاصل کر سکے اور اہ اسکی عظمت اور اسکی گل وری اپنےاوپر طاری کرسکے اس اس دور میں تو پیغمبروںکویہسبچیزیںدکھائیگئیں مشاہدہ کرایاگیا۔</w:t>
      </w:r>
    </w:p>
    <w:p>
      <w:r>
        <w:rPr>
          <w:b/>
        </w:rPr>
        <w:t xml:space="preserve">[33:52] </w:t>
      </w:r>
      <w:r>
        <w:t>ah lekin aaj ka jo insaan hai iske liye to har cheez moajza</w:t>
      </w:r>
    </w:p>
    <w:p>
      <w:pPr>
        <w:jc w:val="right"/>
      </w:pPr>
      <w:r>
        <w:t>اہلیکن اج کاجوانسان ہے اسکےلیےتوہرچیز معجز</w:t>
      </w:r>
    </w:p>
    <w:p>
      <w:r>
        <w:rPr>
          <w:b/>
        </w:rPr>
        <w:t xml:space="preserve">[33:57] </w:t>
      </w:r>
      <w:r>
        <w:t>hai ab jis tarah se yeh recording ho rahi hai yeh saari duniya mein ja rahi hai yeh kitna bada moajza hai to Maulana ne isiko kaha tha ke point of reference se aap Khuda ko yaad karein.</w:t>
      </w:r>
    </w:p>
    <w:p>
      <w:pPr>
        <w:jc w:val="right"/>
      </w:pPr>
      <w:r>
        <w:t>ہہے ابجسطرحسےیہریکارڈنگہورہیہےیہساریدنیا میںجارہیہےیہ کتنابڑامعجزہہے تو مول انانےاسیکوکہاتھاکہپوائنٹاف ریفرنس سےاپ خداکویادکریے۔</w:t>
      </w:r>
    </w:p>
    <w:p>
      <w:r>
        <w:rPr>
          <w:b/>
        </w:rPr>
        <w:t xml:space="preserve">[34:07] </w:t>
      </w:r>
      <w:r>
        <w:t>ji to har cheez point of reference ban jaati hai har cheez moajza ban jaati hai aaj ke daur mein. Achha doctor sahib ek aur ismein element ah jo ah Maulana ne kaha tha ah ke prophets were given miracles ah ah according to the mindset of their contemporaries</w:t>
      </w:r>
    </w:p>
    <w:p>
      <w:pPr>
        <w:jc w:val="right"/>
      </w:pPr>
      <w:r>
        <w:t>جی توہرچیزپوائنٹافریفرنس بنجاتیہے ہرچیزمعجزہبنجاتیہےاجکےدورمیں۔ اچھا ڈاکٹرصاحبایکاور اسمیں ایلیمنٹ اہجو اہمول انانےکہاتھا اہ کہ پرافٹسوارگیون میریکلز اہ اہ اکارڈنگٹودامائنڈسیٹسافدیرکنٹیمپریریز</w:t>
      </w:r>
    </w:p>
    <w:p>
      <w:r>
        <w:rPr>
          <w:b/>
        </w:rPr>
        <w:t xml:space="preserve">[34:25] </w:t>
      </w:r>
      <w:r>
        <w:t>exactly to matlab jaise Moosa علیہالسلام ke waqt woh is magic ke daur tha to unko woh magic wale miracles diye gaye Isa علیہالسلام ke waqt medicine ka zor tha to woh matlab ek leprosy jisko agar hai usko theek kar sakte the murde ko zinda kar sakte the aur jaise apne bataya ke Rasool Allah ke daur se ek reasoned wala daur</w:t>
      </w:r>
    </w:p>
    <w:p>
      <w:pPr>
        <w:jc w:val="right"/>
      </w:pPr>
      <w:r>
        <w:t>۔ایگزیکٹلیتومطلبجیسے موسی علیہالسلامکےوقت وہ اس میجککادور تھا توانکو وہ میجک والے میریکلزدیےگئے عیسیعلیہالسلامکےوقت میڈیسنکا زورتھا تو وہ مطلب ایک لیپریسی جسکواگر ہےاسکوٹھیککرسکتےتھے مرد ےکوزندہکرسکتےتھے اور جیسےاپنےبتایا کہ رسولاللہ کے دور سے ایک ریزنڈوالادور</w:t>
      </w:r>
    </w:p>
    <w:p>
      <w:r>
        <w:rPr>
          <w:b/>
        </w:rPr>
        <w:t xml:space="preserve">[34:49] </w:t>
      </w:r>
      <w:r>
        <w:t>shuru ho raha tha to isi liye Quran ne reason pe emphasis kiya and Quran wants people to change the basis of their argument to jaise apne bataya ke abhi poora moajza ka hi ah daur hai dekhein agar kis tarah se recording ho rahi hai itna scientific daur hai to bohat bohat behtar se apne explain kiya doctor sahib mashallah jazak Allah.</w:t>
      </w:r>
    </w:p>
    <w:p>
      <w:pPr>
        <w:jc w:val="right"/>
      </w:pPr>
      <w:r>
        <w:t>شروع ہورہاتھا تواسیلیےقرآننے ریزنپہایمفیسزکیا اینڈ قرآنوانٹسپیپلٹوچینجان دیبیسزافداسٹرینتھافدیارگیومنٹ توجیسےاپنےبتایاکہابھی پورا معجزہکاہی اہ دورہے دیکھیںاگرکسطریقےسےریکارڈنگہورہیہے اتناسائنٹیفکدورہے تو بہت بہت بہتاچھےسےاپنےایکسپلینکیاڈاکٹرصاحبماشاءاللہ جزاک اللہ۔</w:t>
      </w:r>
    </w:p>
    <w:p>
      <w:r>
        <w:rPr>
          <w:b/>
        </w:rPr>
        <w:t xml:space="preserve">[35:11] </w:t>
      </w:r>
      <w:r>
        <w:t>doctor sahib kuch comments padhna chahunga agar agla sawaal lene se pehle.</w:t>
      </w:r>
    </w:p>
    <w:p>
      <w:pPr>
        <w:jc w:val="right"/>
      </w:pPr>
      <w:r>
        <w:t>ڈاکٹرصاحب کچھکمنٹسپڑھناچاہوںگا اگلاسواللینےسےپہلے۔</w:t>
      </w:r>
    </w:p>
    <w:p>
      <w:r>
        <w:rPr>
          <w:b/>
        </w:rPr>
        <w:t xml:space="preserve">[35:17] </w:t>
      </w:r>
      <w:r>
        <w:t>ah yeh Ahmed Siddiqui sahib ne likha hai Dubai se unhone likha hai mashallah Allah aapko ajr aur sawab de is program ka ameen.</w:t>
      </w:r>
    </w:p>
    <w:p>
      <w:pPr>
        <w:jc w:val="right"/>
      </w:pPr>
      <w:r>
        <w:t>اہیہ احمد صدی قیصاحبنےلکھاہے دبئیسے انہوںنےلکھاہےماشاءاللہ اللہ اپکو اجراور ثوابدےاس پروگرامکا امین ۔</w:t>
      </w:r>
    </w:p>
    <w:p>
      <w:r>
        <w:rPr>
          <w:b/>
        </w:rPr>
        <w:t xml:space="preserve">[35:26] </w:t>
      </w:r>
      <w:r>
        <w:t>ah Miss Karutulain ne Srinagar se likha hai that nature inspires to ponder and discover the creator is an everlasting as well as evergreen truth even an ordinary person like us is a testament to this reality</w:t>
      </w:r>
    </w:p>
    <w:p>
      <w:pPr>
        <w:jc w:val="right"/>
      </w:pPr>
      <w:r>
        <w:t>اہ مس کروتل یننےسرینگرسےلکھاہے دیٹنیچرانسپائرٹو پ ونڈراینڈڈسکور دا کریٹر از اینایورلاسٹنگ ایزویلایز ایور گرینٹروتھ ایون اینارڈینریپرسن لائکاس از اٹیسٹ یمونیاف دس ر یلیٹی</w:t>
      </w:r>
    </w:p>
    <w:p>
      <w:r>
        <w:rPr>
          <w:b/>
        </w:rPr>
        <w:t xml:space="preserve">[35:43] </w:t>
      </w:r>
      <w:r>
        <w:t>beauty of nature leaves us no option but to contemplate broad and conclude to the creator no wonder Maulana would contribute papers under the title spiritualism in another takeaway from today's conversation is the brilliant explanation of wahy.</w:t>
      </w:r>
    </w:p>
    <w:p>
      <w:pPr>
        <w:jc w:val="right"/>
      </w:pPr>
      <w:r>
        <w:t>بیوٹیافنیچر لیوز اسودنو اپ شن بٹٹو کنٹیمپلیٹ بروڈاینڈکمکلوزرٹوداکری ٹر نو ونڈرمول اناوڈ کنٹریبیوٹ ان پیپرز انڈرداٹائٹل سپرچولٹری انادرٹیکاوےفرامٹوڈےکنورسیشنازدا بریلینٹایکسپلینیشناف وحی۔</w:t>
      </w:r>
    </w:p>
    <w:p>
      <w:r>
        <w:rPr>
          <w:b/>
        </w:rPr>
        <w:t xml:space="preserve">[36:03] </w:t>
      </w:r>
      <w:r>
        <w:t>ah doctor sahib ab Firon jo tha woh he was very ah powerful in terms of his</w:t>
      </w:r>
    </w:p>
    <w:p>
      <w:pPr>
        <w:jc w:val="right"/>
      </w:pPr>
      <w:r>
        <w:t>اہ ڈاکٹرصاحب اب فرعونجو تھاوہ ہیوازویری اہ پاورفل انٹرمزافہز</w:t>
      </w:r>
    </w:p>
    <w:p>
      <w:r>
        <w:rPr>
          <w:b/>
        </w:rPr>
        <w:t xml:space="preserve">[36:11] </w:t>
      </w:r>
      <w:r>
        <w:t>power aur he was very proud arrogant you know his wealth of the big palatial buildings to phir Moosa علیہالسلام ko Allah ki taraf se ishara aata hai ke tum jao Firon ke paas aur message convey karo.</w:t>
      </w:r>
    </w:p>
    <w:p>
      <w:pPr>
        <w:jc w:val="right"/>
      </w:pPr>
      <w:r>
        <w:t>پ اورہیوازویریپراؤڈ ایروگنٹ یونوافہز ویلتھافدا بگپالیشلبلڈنگز تو پ ھر موسی علیہالسلامکو اللہ کیطرف سے اشار ہآتاہےکہ تم جاؤفرعونکےپاس اور میسجکنوےکرو۔</w:t>
      </w:r>
    </w:p>
    <w:p>
      <w:r>
        <w:rPr>
          <w:b/>
        </w:rPr>
        <w:t xml:space="preserve">[36:26] </w:t>
      </w:r>
      <w:r>
        <w:t>to iske baad kya hota hai iske bare mein hum sab ko bataein. To Allah ta'ala ne farmaya ke azhab ila Firon innahu tagha</w:t>
      </w:r>
    </w:p>
    <w:p>
      <w:pPr>
        <w:jc w:val="right"/>
      </w:pPr>
      <w:r>
        <w:t>تواسکےبعد کیاہوتاہےاسکےبارےمیںہمسبکوبت ائیں۔ تو اللہ تعالینے فرمایا کہ اذہب الیفرعون انہتغ ا</w:t>
      </w:r>
    </w:p>
    <w:p>
      <w:r>
        <w:rPr>
          <w:b/>
        </w:rPr>
        <w:t xml:space="preserve">[36:38] </w:t>
      </w:r>
      <w:r>
        <w:t>keh fironke paas jao woh boht teiz sarakh ho gaya hai aur paigham do mera to hazrat moosa alehislam dawat ke shadeed ehsas mein doob gaye inko pehle se bhi zimmedari thi woh</w:t>
      </w:r>
    </w:p>
    <w:p>
      <w:pPr>
        <w:jc w:val="right"/>
      </w:pPr>
      <w:r>
        <w:t>کہ فرعونکےپاس جاؤوہبہتہیسرکشہوگیاہے اور پیغامدومیرا تو حضرتموسی علیہالسلام دعوت کے شدید احساسمیںڈوبگئے انکوپہلے سےبھیذمہداریتھی وہ</w:t>
      </w:r>
    </w:p>
    <w:p>
      <w:r>
        <w:rPr>
          <w:b/>
        </w:rPr>
        <w:t xml:space="preserve">[36:54] </w:t>
      </w:r>
      <w:r>
        <w:t>chahte the ke Misr jayen Firaun ko aur Firaun ke logon ko yaani Qibti jo ka pat kalog hain wahan par unko ah Khuda ki baatein bata ayen dawat dein unko Khuda ka paigham dein</w:t>
      </w:r>
    </w:p>
    <w:p>
      <w:pPr>
        <w:jc w:val="right"/>
      </w:pPr>
      <w:r>
        <w:t>چاہتےتھےکہ مصر جائیں فرعونکو اور فرعونکےلوگوںکو یعنی قبطیجو کا پٹ کلوگہیںوہاںپر انکو اہ خداکیباتیں بت ائیں دعوتدیںانکوخداکاپیغامدیں</w:t>
      </w:r>
    </w:p>
    <w:p>
      <w:r>
        <w:rPr>
          <w:b/>
        </w:rPr>
        <w:t xml:space="preserve">[37:07] </w:t>
      </w:r>
      <w:r>
        <w:t>aur ah woh</w:t>
      </w:r>
    </w:p>
    <w:p>
      <w:pPr>
        <w:jc w:val="right"/>
      </w:pPr>
      <w:r>
        <w:t>اور اہ وہ</w:t>
      </w:r>
    </w:p>
    <w:p>
      <w:r>
        <w:rPr>
          <w:b/>
        </w:rPr>
        <w:t xml:space="preserve">[37:10] </w:t>
      </w:r>
      <w:r>
        <w:t>ek unko darr bhi tha ke ghalti se unhone qatl kar diya tha qatl ho gaya tha</w:t>
      </w:r>
    </w:p>
    <w:p>
      <w:pPr>
        <w:jc w:val="right"/>
      </w:pPr>
      <w:r>
        <w:t>ایک انکوڈربھیتھا کہ غلطیسےانہوںنےقتلکردیا تھا قتلہوگیاتھا</w:t>
      </w:r>
    </w:p>
    <w:p>
      <w:r>
        <w:rPr>
          <w:b/>
        </w:rPr>
        <w:t xml:space="preserve">[37:17] </w:t>
      </w:r>
      <w:r>
        <w:t>kisi ka patka ka patka to unko yeh ehsaas tha ke kahin</w:t>
      </w:r>
    </w:p>
    <w:p>
      <w:pPr>
        <w:jc w:val="right"/>
      </w:pPr>
      <w:r>
        <w:t>کسی کا پٹکا کاپٹککا توانکویہاحساستھاکہیں</w:t>
      </w:r>
    </w:p>
    <w:p>
      <w:r>
        <w:rPr>
          <w:b/>
        </w:rPr>
        <w:t xml:space="preserve">[37:22] </w:t>
      </w:r>
      <w:r>
        <w:t>ah Firaun unko arrest na kar le koi saza na de to</w:t>
      </w:r>
    </w:p>
    <w:p>
      <w:pPr>
        <w:jc w:val="right"/>
      </w:pPr>
      <w:r>
        <w:t>اہ فرعونانکو اریسٹنہکرلے کوئیسزانہدے تو</w:t>
      </w:r>
    </w:p>
    <w:p>
      <w:r>
        <w:rPr>
          <w:b/>
        </w:rPr>
        <w:t xml:space="preserve">[37:27] </w:t>
      </w:r>
      <w:r>
        <w:t>yeh darr bhi tha aur inko yeh bhi ehsas tha keh woh akele kaise yeh kaam karein to ah ah lekin inko boht shauq tha keh woh jayen to allah ta'ala ne yeh hukum diya to inke upar ek zimmedari aa gayi aur unhon ne socha keh ab main misr jaunga aur wahan par ah khuda ka paigham dunga aur allah ta'ala ne farmaya keh fa qoola lahu qolan layyina keh tum narm se baat karna</w:t>
      </w:r>
    </w:p>
    <w:p>
      <w:pPr>
        <w:jc w:val="right"/>
      </w:pPr>
      <w:r>
        <w:t>یہڈربھیتھا اور انکویہبھیاحساستھاکہوہ اکیلےکیسےیہکام کریں تو اہ اہ لیکن انکوبہت شوقتھاکہوہ جائیں تو اللہ تعالینےیہحکمدیا تو انکےاوپرایک ذمہداری اگئیاورانہوںنےسوچاکہابمیں مصر جاؤںگااوروہاںپر اہ خداکاپیغامدوںگا اور اللہ تعالینےفرمایا کہ فقولا لہ قولا لینا کہتم نرمیسےباتکرنا</w:t>
      </w:r>
    </w:p>
    <w:p>
      <w:r>
        <w:rPr>
          <w:b/>
        </w:rPr>
        <w:t xml:space="preserve">[37:56] </w:t>
      </w:r>
      <w:r>
        <w:t>yani firon jaise ek shaatir o jabir badshah ke liye bhi allah ta'ala ne kaha keh narm se baat karna la'allahu yatazakkaru aw yakhsha keh ho sakta hai keh woh dar jaye ya woh isko yaad dehani ho jaye yani ek jo da'ee hai jisko khuda ka paigham pahunchana hai logon tak woh kabhi bhi mayoos nahi hota kabhi negative nahi hota</w:t>
      </w:r>
    </w:p>
    <w:p>
      <w:pPr>
        <w:jc w:val="right"/>
      </w:pPr>
      <w:r>
        <w:t>یعنی فرعونجیسے ایک شاطروجابر بادشاہکےلیےبھیاللہتعالینےکہاکہنرمیسےباتکرنا ل الہ یتذکر اویک شا کہہوسکتاہےکہ وہ ڈرجائے یا وہ اسکو یاددہ انی ہوجائے یعنی ایکجو داعیہے جسکو خداکاپیغامپہنچ اناہےلوگوںتک وہ کبھیبھیمایوسنہیںہوتا کبھی نیگیٹیونہیںہوتا</w:t>
      </w:r>
    </w:p>
    <w:p>
      <w:r>
        <w:rPr>
          <w:b/>
        </w:rPr>
        <w:t xml:space="preserve">[38:24] </w:t>
      </w:r>
      <w:r>
        <w:t>isko aakhri had tak yani dunya ka jo sab se ah shaatir aur jabir insan paida hua hoga woh shayad firon hi hua hoga yani isne bachon tak ko nahi chhoda to ah iske liye bhi allah ta'ala ne kaha hai keh tum narm se baat karna aur ah ho sakta hai keh woh hidayat qabool kar le woh isko ah baat tumhari samajh mein aa jaye</w:t>
      </w:r>
    </w:p>
    <w:p>
      <w:pPr>
        <w:jc w:val="right"/>
      </w:pPr>
      <w:r>
        <w:t>اسکو اخریحدتک یعنی دنیا کاجوسبسے اہ شاطراور جابرانسان پیدا ہواہوگاوہشایدفرعونیہواہوگا یعنی اسنےبچوںتککونہیںچھوڑا تو اہاسکےلیےبھیاللہتعالینےکہاہےکہتمنرمیسےباتکرنا اور اہہوسکتاہےکہوہ ہدایت قبولکر لے وہ اسکو اہ باتتمہاری سمجھمیںاج ائے</w:t>
      </w:r>
    </w:p>
    <w:p>
      <w:r>
        <w:rPr>
          <w:b/>
        </w:rPr>
        <w:t xml:space="preserve">[38:48] </w:t>
      </w:r>
      <w:r>
        <w:t>to yeh ek boht bara lesson hai ah khaas taur se un logon ke liye jo dawat ka kaam kar rahe hain ah to yani humein kisi bhi haal mein negative nahi hona aaj aap dekh rahe hain keh koi zara si baat ho jati hai to har taraf se negative comments aane lagte hain to isse hamara islam ka jo chehra hai woh maskh hota hai yani badanama islam ko jata hai aur ghalat tasawwur paida hota hai</w:t>
      </w:r>
    </w:p>
    <w:p>
      <w:pPr>
        <w:jc w:val="right"/>
      </w:pPr>
      <w:r>
        <w:t>تویہایکبہتبڑا لیسن ہے اہ خاص طورسےانلوگوںکےلیے جو دعوتکاکامکررہےہیں اہتو یعنی ہمیںکسیبھیحالمیں نیگیٹیونہیںہونا اج اپدیکھرہےہیںکہ کوئیذراسیباتہوجاتیہےتو ہرطرف سےنیگیٹیوکمنٹسانےلگتےہیں تواسسے ہماسلام کا جو چہرہہےوہمسخہوتاہے یعنی بیڈنیم اسلام کو جاتا ہےاور غلط تاثر پیدا ہوتاہے</w:t>
      </w:r>
    </w:p>
    <w:p>
      <w:r>
        <w:rPr>
          <w:b/>
        </w:rPr>
        <w:t xml:space="preserve">[39:17] </w:t>
      </w:r>
      <w:r>
        <w:t>to yeh sab humein humein chahiye keh har haal mein hum positive rahein aur apni koshish karte rahein aur ah yani firon jaise admi agar phir koi hai to us se bhi negative na hon balkeh umeed karein keh woh bhi shayad ek waqt aisa aaye ga keh baat uski samajh mein aa jayegi</w:t>
      </w:r>
    </w:p>
    <w:p>
      <w:pPr>
        <w:jc w:val="right"/>
      </w:pPr>
      <w:r>
        <w:t>تو یہ سب ہمیںہمیںچاہیےکہہرحال میں ہم پوزیٹیورہیں اور اپنیکوشش کرتے رہیں اور اہ یعنیفرعونجیسےادمی اگر پھر کوئیہےتو اسسےبھی نیگیٹیو نہہوںبلکہ امید کریںکہوہبھیشاید ایک وقت ایساائےگاکہ باتاسکیسمجھمیںاجائےگی۔</w:t>
      </w:r>
    </w:p>
    <w:p>
      <w:r>
        <w:rPr>
          <w:b/>
        </w:rPr>
        <w:t xml:space="preserve">[39:37] </w:t>
      </w:r>
      <w:r>
        <w:t>doctor sahib boht hi yeh important aur zabardast baat apne bata</w:t>
      </w:r>
    </w:p>
    <w:p>
      <w:pPr>
        <w:jc w:val="right"/>
      </w:pPr>
      <w:r>
        <w:t>ڈاکٹرصاحببہتہی یہ امپورٹنٹاور زبرد ست باتاپنےبت</w:t>
      </w:r>
    </w:p>
    <w:p>
      <w:r>
        <w:rPr>
          <w:b/>
        </w:rPr>
        <w:t xml:space="preserve">[39:41] </w:t>
      </w:r>
      <w:r>
        <w:t>in fact ah ek da'ee ka dil jo hai woh aisa hi hona chahiye jaise ek maa ka apne bachhe ki taraf hota hai keh woh bachhe ki har ghalti ko nazar andaz kar deti hai</w:t>
      </w:r>
    </w:p>
    <w:p>
      <w:pPr>
        <w:jc w:val="right"/>
      </w:pPr>
      <w:r>
        <w:t>ائی ان فیکٹ اہ ایک داعیکادل جوہے وہ ایساہیہوناچاہیےجیسےایک ماںکااپنے بچےکیطرف ہوتاہےکہوہبچےکیہرغلطیکونظر اندازکردیتیہے</w:t>
      </w:r>
    </w:p>
    <w:p>
      <w:r>
        <w:rPr>
          <w:b/>
        </w:rPr>
        <w:t xml:space="preserve">[39:52] </w:t>
      </w:r>
      <w:r>
        <w:t>Toh aksar log confrontation mein aa jaate hain jaise aapne bataya ke negative ho jaate hain.</w:t>
      </w:r>
    </w:p>
    <w:p>
      <w:pPr>
        <w:jc w:val="right"/>
      </w:pPr>
      <w:r>
        <w:t>تواکثرلوگ کانفر نٹیشنمیںاجاتےہیںجیسے اپنےبتایاکہنیگیٹیوہوجاتےہیں</w:t>
      </w:r>
    </w:p>
    <w:p>
      <w:r>
        <w:rPr>
          <w:b/>
        </w:rPr>
        <w:t xml:space="preserve">[39:57] </w:t>
      </w:r>
      <w:r>
        <w:t>Ah, agar samne wala theek se baat ko nahin samajh raha hai aur woh react karta hai to ek da'i ko aisa nahin hai ki uske saath ulajh jaana chahiye.</w:t>
      </w:r>
    </w:p>
    <w:p>
      <w:pPr>
        <w:jc w:val="right"/>
      </w:pPr>
      <w:r>
        <w:t>اہ کہاگر سام نےوالا ٹھیکسےباتکونہیں سمجھرہاہے اور وہ ریایکٹکرتاہےتو ایک داعیکو ایسانہیںہےکہاسکےساتھالجھجاناچاہیے</w:t>
      </w:r>
    </w:p>
    <w:p>
      <w:r>
        <w:rPr>
          <w:b/>
        </w:rPr>
        <w:t xml:space="preserve">[40:06] </w:t>
      </w:r>
      <w:r>
        <w:t>balkeh Maulana to yeh kehte the ke agar woh aap ko gaali bhi de to aap uske liye dua karein</w:t>
      </w:r>
    </w:p>
    <w:p>
      <w:pPr>
        <w:jc w:val="right"/>
      </w:pPr>
      <w:r>
        <w:t>بلکہ مول اناتویہکہتےتھےکہ اگر وہاپکو گالیبھیدےتواپاسکےلیےدعاکریں</w:t>
      </w:r>
    </w:p>
    <w:p>
      <w:r>
        <w:rPr>
          <w:b/>
        </w:rPr>
        <w:t xml:space="preserve">[40:10] </w:t>
      </w:r>
      <w:r>
        <w:t>aur Maulana ne apne ek aakhri video mein yeh kaha tha ke meri sabse badi</w:t>
      </w:r>
    </w:p>
    <w:p>
      <w:pPr>
        <w:jc w:val="right"/>
      </w:pPr>
      <w:r>
        <w:t>اور مول انا نے اپنے ایکاخریویڈیومیںیہیکہاتھاکہمیریسبسےبڑی</w:t>
      </w:r>
    </w:p>
    <w:p>
      <w:r>
        <w:rPr>
          <w:b/>
        </w:rPr>
        <w:t xml:space="preserve">[40:15] </w:t>
      </w:r>
      <w:r>
        <w:t>Daryaft yeh hai ke insaan ko is duniya mein aise rehna hai ke uske dil mein kisi ke liye koi negativity, koi nafrat na ho.</w:t>
      </w:r>
    </w:p>
    <w:p>
      <w:pPr>
        <w:jc w:val="right"/>
      </w:pPr>
      <w:r>
        <w:t>دریا فت یہہے کہ انسانکواسدنیا میں ایسےرہناہے کہ اسکےدلمیںکسی کےلیےکوئی نیگیٹیوٹیکوئینفرتنہہو</w:t>
      </w:r>
    </w:p>
    <w:p>
      <w:r>
        <w:rPr>
          <w:b/>
        </w:rPr>
        <w:t xml:space="preserve">[40:22] </w:t>
      </w:r>
      <w:r>
        <w:t>aur woh is duniya se aise hi chala jaye ek positive insaan ki tarah</w:t>
      </w:r>
    </w:p>
    <w:p>
      <w:pPr>
        <w:jc w:val="right"/>
      </w:pPr>
      <w:r>
        <w:t>اور وہاسدنیا سےایسےہیچلاجائے ایک پوزیٹیو انسانکیطرح</w:t>
      </w:r>
    </w:p>
    <w:p>
      <w:r>
        <w:rPr>
          <w:b/>
        </w:rPr>
        <w:t xml:space="preserve">[40:27] </w:t>
      </w:r>
      <w:r>
        <w:t>to yeh ek boht boht important baat apne batayi keh kaise humein is dinya mein rehna hai aur kis tarike se humein logon ke sath ek message convey karna hai</w:t>
      </w:r>
    </w:p>
    <w:p>
      <w:pPr>
        <w:jc w:val="right"/>
      </w:pPr>
      <w:r>
        <w:t>تو یہایکبہت بہت امپورٹنٹ بات اپنےبتائی کہکیسےہمیںاسدنیا میںرہناہےاور کسطریقےسےہمیں لوگوںکےساتھ ایک میسج کنوےکرناہے۔</w:t>
      </w:r>
    </w:p>
    <w:p>
      <w:r>
        <w:rPr>
          <w:b/>
        </w:rPr>
        <w:t xml:space="preserve">[40:37] </w:t>
      </w:r>
      <w:r>
        <w:t>doctor sahib kuch comments aur padhna chahunga Maulana Iqbal abid ne Chennai se likha hai ab to har cheez moajza hai yaqeenan boht thar wali baat hai jazak allah fahim omar sahib ne Malishia se likha hai mashallah doctor sahib no one needs your description science incident and so way awesome</w:t>
      </w:r>
    </w:p>
    <w:p>
      <w:pPr>
        <w:jc w:val="right"/>
      </w:pPr>
      <w:r>
        <w:t>ڈاکٹرصاحبکچھکمنٹساورپڑھناچاہوںگا مول انااقبال اب رینے چنئیسےلکھاہے ابتوہرچیز معجزہہے یقینا بہت تھرلوالیباتہے جز اک اللہ فہیمعمر صاحبنےملی شیاسےلکھاہے ماشاءاللہ ڈاکٹرصاحب نوونہیزایورڈسکرائبدسانسیڈنٹاندسوے اہ اوسم</w:t>
      </w:r>
    </w:p>
    <w:p>
      <w:r>
        <w:rPr>
          <w:b/>
        </w:rPr>
        <w:t xml:space="preserve">[40:57] </w:t>
      </w:r>
      <w:r>
        <w:t>faiz faisal sahib ne likha hai ah salam from Saudi to the team really loved this line insan ka iman iman nahi hai agar woh onus nahi attach my heart Allah subhanahu wa ta'ala makes our iman more stronger to be ours always inshallah</w:t>
      </w:r>
    </w:p>
    <w:p>
      <w:pPr>
        <w:jc w:val="right"/>
      </w:pPr>
      <w:r>
        <w:t>فائز فیضلصاحبنےلکھاہے اہ سلام فر ام سعودیٹودا ٹیم ریلیلو دسلائن انسان کا ایمان ایماننہیںہے اگر وہ اونس نہیں اٹٹچزمائی ہارٹ اللہ سبحانہوتعالی میکسارایمان مور سٹرونگر ٹوبی ا ونس الویز انشاءاللہ۔</w:t>
      </w:r>
    </w:p>
    <w:p>
      <w:r>
        <w:rPr>
          <w:b/>
        </w:rPr>
        <w:t xml:space="preserve">[41:18] </w:t>
      </w:r>
      <w:r>
        <w:t>ah</w:t>
      </w:r>
    </w:p>
    <w:p>
      <w:pPr>
        <w:jc w:val="right"/>
      </w:pPr>
      <w:r>
        <w:t>اہ</w:t>
      </w:r>
    </w:p>
    <w:p>
      <w:r>
        <w:rPr>
          <w:b/>
        </w:rPr>
        <w:t xml:space="preserve">[41:19] </w:t>
      </w:r>
      <w:r>
        <w:t>doctor sahib ah ab aage aage badhte hain to ah prophet moosa jo hain woh ghabra rahe hain ah keh firon ke paas kaise jayenge ah aur inko apna purana waqia bhi yaad hai keh jab ek hadsa inke hathon se ho jata hai to ah jab woh ah ja jate hain matlab jaane se pehle dua karte hain aur ek boht hi zabardast dua hai historical dua hai ah to</w:t>
      </w:r>
    </w:p>
    <w:p>
      <w:pPr>
        <w:jc w:val="right"/>
      </w:pPr>
      <w:r>
        <w:t>ڈاکٹرصاحب اہ اب اگے اگےبڑھتےہیںتو اہ پرافٹ موسی جوہےوہ گھبرارہےہیں اہ کہ فرعونکےپاسکیسےجائیںگے اہاورانکواپناپراناواقع ہبھییادہے کہجب ایک حادثہانکے ہاتھوںسےہوجاتا ہے تو اہجب وہ اہ جا جاتےہیں مطلبوہ جانےسےپہلے دعاکرتےہیں اورایک بہت ہی زبرد ست دعاہے ہسٹوریکلدعاہے اہتو</w:t>
      </w:r>
    </w:p>
    <w:p>
      <w:r>
        <w:rPr>
          <w:b/>
        </w:rPr>
        <w:t xml:space="preserve">[41:46] </w:t>
      </w:r>
      <w:r>
        <w:t>main chahunga keh is dua ke bare mein aap humein bataein aaj jab boht hi zimmedari ka ehsas inke upar taari hua allah ta'ala ne kaha keh firon ke paas jao aur ah hamara paigham pahunchao jaisa apne kaha keh inko zimmedari bhi thi aur darr bhi tha keh kahin koi ah nuksan na pahunchaye firon to us waqt inke dil se bari gehrai dua nikli yeh wohi dua hai jo hum log padhte hain</w:t>
      </w:r>
    </w:p>
    <w:p>
      <w:pPr>
        <w:jc w:val="right"/>
      </w:pPr>
      <w:r>
        <w:t>میں چاہوںگاکہاسدعاکےبارےمیں اپ ہمیںبت ائیں۔ اج جببہتہی ذمہداری کااحساس انکےاوپر طاریہوا اللہ تعالینےکہا کہ فرعونکےپاسجاؤ اور اہ ہماراپیغامپہنچاؤ جیسااپنےکہاکہ انکو ذمہداریبھیتھیاور ڈربھیتھا کہ کہیں کوئی اہ نقصاننہپہنچائےفرعون تواسوقت انکےدلسےبڑی گہریدعانکلی یہوہیدعاہےجوہملوگ پڑھتےہیں</w:t>
      </w:r>
    </w:p>
    <w:p>
      <w:r>
        <w:rPr>
          <w:b/>
        </w:rPr>
        <w:t xml:space="preserve">[42:15] </w:t>
      </w:r>
      <w:r>
        <w:t>ji koi baat kehne se pehle Rab israil is sadri</w:t>
      </w:r>
    </w:p>
    <w:p>
      <w:pPr>
        <w:jc w:val="right"/>
      </w:pPr>
      <w:r>
        <w:t>جی کوئیباتکہنےسےپہلے رباسرائیلیصدری</w:t>
      </w:r>
    </w:p>
    <w:p>
      <w:r>
        <w:rPr>
          <w:b/>
        </w:rPr>
        <w:t xml:space="preserve">[42:19] </w:t>
      </w:r>
      <w:r>
        <w:t>ah balkeh yeh dua bohat hi ahem dua hai yaani is sense mein ke yeh ek daayi ke dil ki awaaz hai</w:t>
      </w:r>
    </w:p>
    <w:p>
      <w:pPr>
        <w:jc w:val="right"/>
      </w:pPr>
      <w:r>
        <w:t>اہبلکہیہدعابہتہی اہم دعاہےیعنیاس سینسمیں کہ یہ ایک داعی کے دل کیاوازہے</w:t>
      </w:r>
    </w:p>
    <w:p>
      <w:r>
        <w:rPr>
          <w:b/>
        </w:rPr>
        <w:t xml:space="preserve">[42:28] </w:t>
      </w:r>
      <w:r>
        <w:t>aur ah Maulana ne likha hai</w:t>
      </w:r>
    </w:p>
    <w:p>
      <w:pPr>
        <w:jc w:val="right"/>
      </w:pPr>
      <w:r>
        <w:t>اور اہ مول انانےلکھاہے</w:t>
      </w:r>
    </w:p>
    <w:p>
      <w:r>
        <w:rPr>
          <w:b/>
        </w:rPr>
        <w:t xml:space="preserve">[42:32] </w:t>
      </w:r>
      <w:r>
        <w:t>ke Rab israil is sadri jo pehli line hai uske bare mein Maulana ne likha hai ke</w:t>
      </w:r>
    </w:p>
    <w:p>
      <w:pPr>
        <w:jc w:val="right"/>
      </w:pPr>
      <w:r>
        <w:t>کہ رباسرائیلیصدری جو پہلی لائنہے اسکےبارےمیں مولانانےلکھاہےکہ</w:t>
      </w:r>
    </w:p>
    <w:p>
      <w:r>
        <w:rPr>
          <w:b/>
        </w:rPr>
        <w:t xml:space="preserve">[42:39] </w:t>
      </w:r>
      <w:r>
        <w:t>daayi ke seenay ka khulna yeh hai</w:t>
      </w:r>
    </w:p>
    <w:p>
      <w:pPr>
        <w:jc w:val="right"/>
      </w:pPr>
      <w:r>
        <w:t>داعیکے سین ےکا کھلنایہہے</w:t>
      </w:r>
    </w:p>
    <w:p>
      <w:r>
        <w:rPr>
          <w:b/>
        </w:rPr>
        <w:t xml:space="preserve">[42:42] </w:t>
      </w:r>
      <w:r>
        <w:t>iska matlab hota hai ke Rab israil is sadri ka matlab hota hai ke O Lord open up my heart</w:t>
      </w:r>
    </w:p>
    <w:p>
      <w:pPr>
        <w:jc w:val="right"/>
      </w:pPr>
      <w:r>
        <w:t>اسکامطلبہوتاہےکہ رباسرائیلیصدریکامطلبہوتاہے کہ او لارڈ اوپن اپمائیہارٹ</w:t>
      </w:r>
    </w:p>
    <w:p>
      <w:r>
        <w:rPr>
          <w:b/>
        </w:rPr>
        <w:t xml:space="preserve">[42:48] </w:t>
      </w:r>
      <w:r>
        <w:t>hum mutawassil mein Maulana ne boht acha likha hai tazkir ul quran mein keh da'ee ke liye sine ka khulna yeh hai keh hasb e mauqa iske andar moassar mazameen ka wird ho</w:t>
      </w:r>
    </w:p>
    <w:p>
      <w:pPr>
        <w:jc w:val="right"/>
      </w:pPr>
      <w:r>
        <w:t>ہم متواسمیںمول انانےبہتاچھا لکھاہے تذکیر القرانمیں کہداعیکےلیے سینےکاکھلنایہہے کہ حسب موقع اسکےاندر مو ثر مضامینکا ورودہو</w:t>
      </w:r>
    </w:p>
    <w:p>
      <w:r>
        <w:rPr>
          <w:b/>
        </w:rPr>
        <w:t xml:space="preserve">[43:01] </w:t>
      </w:r>
      <w:r>
        <w:t>yani sine ka khulna yeh hai keh jo hesitation hai humm woh khatm ho aur allah ta'ala ki taraf se hasb e mauqa matlab jaisa mauqa hai usi tarah ke boht achhe ah mazameen achhi baatein aayein taakeh woh apni baat present kar sake</w:t>
      </w:r>
    </w:p>
    <w:p>
      <w:pPr>
        <w:jc w:val="right"/>
      </w:pPr>
      <w:r>
        <w:t>یعنی سینےکاکھلنایہہے کہجوہیزیٹیشنہے ہمموہ ختم ہواور اللہ تعالیکیطرف سے حسب موقع یعنیجیساموقعہے اسیطرح کےبہت اچھے اہ مض امیناچھیباتیں ائیںتاکہوہ اپنیبات پریزنٹ کرسکے</w:t>
      </w:r>
    </w:p>
    <w:p>
      <w:r>
        <w:rPr>
          <w:b/>
        </w:rPr>
        <w:t xml:space="preserve">[43:19] </w:t>
      </w:r>
      <w:r>
        <w:t>to yeh ah jo alfaaz ah ah nikle moosa alehislam ke dil se yeh matlab jo dawat ki ek boht hi nazuk zimmedari hai uski akkas hai yeh in alfaaz</w:t>
      </w:r>
    </w:p>
    <w:p>
      <w:pPr>
        <w:jc w:val="right"/>
      </w:pPr>
      <w:r>
        <w:t>تو یہ اہ جو الفاظ اہ اہ نکلے موسی علیہالسلام کےدلسے یہ یعنیجودعوت کیایکبہتہی نازک ذمہداریہے اسکی عکاسیہے اس ان الفاظ</w:t>
      </w:r>
    </w:p>
    <w:p>
      <w:r>
        <w:rPr>
          <w:b/>
        </w:rPr>
        <w:t xml:space="preserve">[43:34] </w:t>
      </w:r>
      <w:r>
        <w:t>mein mashallah aur ah matlab iska yeh hai keh gehri marifat yeh kehne ko toh yeh dil ko kholne ki dua hai matlab dil ko narm ah dil mein aasani paida karne ke liye lekin yeh ek da'ee ke liye apni dua bhi hai ji apni bhi dua hai keh mere mere andar gehri marifat jagh de mere andar gehra shauq aur gehri marifat ah paida kar de</w:t>
      </w:r>
    </w:p>
    <w:p>
      <w:pPr>
        <w:jc w:val="right"/>
      </w:pPr>
      <w:r>
        <w:t>میں ماشاءاللہاور اہ یعنی اسکامطلبیہہے کہ گہری معرفت یہ کہنےکوتویہ دلکوکھولنےکی دعاہے یعنی دل کو نرم اہ دلمیںاسانیپیدا کرنے کےلیےلیکن یہایک داعیکے لیے اپنی دعابھیہے جی اپنی بھیدعاہےکہمیرے میرےاندرگہریمعرفتجگہدے میرےاندر گہرا شوق اور گہریمعرفت اہ پیدا کر دے</w:t>
      </w:r>
    </w:p>
    <w:p>
      <w:r>
        <w:rPr>
          <w:b/>
        </w:rPr>
        <w:t xml:space="preserve">[44:02] </w:t>
      </w:r>
      <w:r>
        <w:t>dawat ke liye to boht hi acha acha acha yeh lafz hai Rabbi ishrah li sadri mere rab mere sine ko mere liye khol de to yeh baat matlab dawat ke liye yeh dua boht achhi hai aur ismein is dua mein taqriban sari baat aa jati hai jo ek da'ee ke liye boht hi</w:t>
      </w:r>
    </w:p>
    <w:p>
      <w:pPr>
        <w:jc w:val="right"/>
      </w:pPr>
      <w:r>
        <w:t>دعوتکےلیے تو بہتہیاچھا اچھا اچھایہلفظہےرباسرائیلیصدری میرےرب میرےسینوںکومیرےلیےکھولدے تویہ بات یعنی دعوتکےلیے یہ دعابہتاچھیہے اور اسمیں اسدعامیں تقریباساری بات اجاتیہے جو ایک داعیکےلیےبہتہی</w:t>
      </w:r>
    </w:p>
    <w:p>
      <w:r>
        <w:rPr>
          <w:b/>
        </w:rPr>
        <w:t xml:space="preserve">[44:20] </w:t>
      </w:r>
      <w:r>
        <w:t>zaroori hai ji aur aur doctor sahib ah Maulana ne yeh bhi kaha tha ek martaba keh ah jis tarah moosa alehislam ki dua qabool hui agar aap bhi uskiifiyat ke sath jaise apne kaha marifat ke andaz mein agar apni yeh dua karein to allah aapki bhi dua zaroor ah qabool karega</w:t>
      </w:r>
    </w:p>
    <w:p>
      <w:pPr>
        <w:jc w:val="right"/>
      </w:pPr>
      <w:r>
        <w:t>ضروریہے جی اور اور ڈاکٹرصاحب اہ مول انا نے یہبھیکہاتھا ایک مرتبہکہ اہجس طرح موسی علیہالسلامکیدعاقبولہوئی اگراپبھیاسیکیفیتکےساتھ جیسےاپنےکہامعرفت کے اندازمیںاگراپیہدعاکریںتواللہ اپکیبھیدعاضرور اہ قبولکرےگا</w:t>
      </w:r>
    </w:p>
    <w:p>
      <w:r>
        <w:rPr>
          <w:b/>
        </w:rPr>
        <w:t xml:space="preserve">[44:39] </w:t>
      </w:r>
      <w:r>
        <w:t>to ah yeh ek boht hi important dua hai to doctor sahib hum is dua ko lekar hi aagle do teen sawal karenge ji aur isi pe hum session ko bhi khatm karenge to uske baad phir woh dua karte hain keh ah make my task easy for me and lose the knot that is in my tongue so that they may understand me matlab meri zuban ke girah ko khol de taakeh woh meri baat ko samajh sake to doctor sahib is hisse ko main chahunga keh aap achhe se wazeh karein</w:t>
      </w:r>
    </w:p>
    <w:p>
      <w:pPr>
        <w:jc w:val="right"/>
      </w:pPr>
      <w:r>
        <w:t>تو اہیہ ایک بہت ہی امپورٹنٹدعاہےتوڈاکٹرصاحبہماسیدعا کولےکرہیاگلےدوتینسوالکریںگے جیاوراسیپہہمسیشنکوبھیختمکریںگےتواسکےبعد پھروہ دعاکرتے ہیں کہ اہ میکمائیٹاسک ایزی فار می اینڈ لوز دا ناٹ لوزندیناٹ انمائیٹنگ سو دیٹ دےمیانڈرسٹینڈ می مطلبمیریزبان کےگر ہکوکھولدےتاکہوہمیریباتکوسمجھسکے تو ڈاکٹرصاحباسحصےکو میںچاہوںگاکہاپ اچھےسے واضحکریں</w:t>
      </w:r>
    </w:p>
    <w:p>
      <w:r>
        <w:rPr>
          <w:b/>
        </w:rPr>
        <w:t xml:space="preserve">[45:08] </w:t>
      </w:r>
      <w:r>
        <w:t>haan jaise apne kaha hai keh wa yassir li amri keh mere kaam ko mere liye aasan kar de and make my task easy for me to ismein bhi Maulana ne likha hai keh ah task ka aasan karna yeh hai keh ah jo mukhatib hai jo addressee hai us us ko woh baat samajh sake</w:t>
      </w:r>
    </w:p>
    <w:p>
      <w:pPr>
        <w:jc w:val="right"/>
      </w:pPr>
      <w:r>
        <w:t>ہاں جیسےاپنےکہا ہےکہ وی سر لی امری کہمیرے کام کومیرےلیےاسانکردےاینڈمیکمائیٹاسکایزی فارمی تو اسمیںبھیمول انانےلکھاہےکہ اہ ٹاسککااسانکرنا یہہے کہ اہ جو مخاطبہے جو ایڈریسیہے اس اس کووہباتسمجھسکے</w:t>
      </w:r>
    </w:p>
    <w:p>
      <w:r>
        <w:rPr>
          <w:b/>
        </w:rPr>
        <w:t xml:space="preserve">[45:32] </w:t>
      </w:r>
      <w:r>
        <w:t>aah tawaaj kal yani dawat ke imkanat bohat barh gaye hain to yeh jo dua hai wae sarliya mere mere kaam ko mere liye aasan kar de</w:t>
      </w:r>
    </w:p>
    <w:p>
      <w:pPr>
        <w:jc w:val="right"/>
      </w:pPr>
      <w:r>
        <w:t>اہ تواج کل یعنی دعوتکے امکاناتبہت بڑھگئےہیں تو یہ جو دعاہے وی سرلیامریمیرےکامکو میرےلیے اسانکردے</w:t>
      </w:r>
    </w:p>
    <w:p>
      <w:r>
        <w:rPr>
          <w:b/>
        </w:rPr>
        <w:t xml:space="preserve">[45:45] </w:t>
      </w:r>
      <w:r>
        <w:t>yani ek zimmedari ka ehsas jo hazrat musa alaihissalam ke dil mein tha ke bohat bari zimmedari hai fir'on ko aah paigham dena hai to uske uske uske samne rakhte hue hazrat musa alaihissalam ne kaha ke aey Allah mere is mushkil kaam ko to aasan kar de</w:t>
      </w:r>
    </w:p>
    <w:p>
      <w:pPr>
        <w:jc w:val="right"/>
      </w:pPr>
      <w:r>
        <w:t>یعنیایک ذمہداریکااحساس جو حضرتموسی علیہالسلام کےدل میںتھا کہبہت بڑیذمہداریہے فرعونکو اہ پیغامدیناہے تو اسکے اسکے اسسامنےرکھتےہوئے حضرتموسی علیہالسلامنےکہاکہاےاللہ میرےاس مشکل کامکو تو اسان کردے</w:t>
      </w:r>
    </w:p>
    <w:p>
      <w:r>
        <w:rPr>
          <w:b/>
        </w:rPr>
        <w:t xml:space="preserve">[46:07] </w:t>
      </w:r>
      <w:r>
        <w:t>jo mera yeh task hai woh usko mere liye aasan kar de aur jo rukawat hai aah is mein woh door kar de to yeh aah bohat hi achhi dua hai aur phir kaha ke wa ahl al-uqdat min lisani yafqahu qawli ke jo meri zuban mein girah hai aah jo knot hai use khol de taake woh meri baat samajh saken kuch logon ka kehna hai ke woh stammering karte the</w:t>
      </w:r>
    </w:p>
    <w:p>
      <w:pPr>
        <w:jc w:val="right"/>
      </w:pPr>
      <w:r>
        <w:t>جومیرا یہٹاسکہے وہاسکو میرےلیے اسان کردے اورجو رکاوٹ ہے اہاسمیں وہدور کردے تو یہ اہ بہتہیاچھیدعاہےاورپھرکہاکہواہل العقد ۃ منلسانی یفقہ قولی کہجومیری زبان میں گرہہے اہجو ناٹہے اسے کھولدے تاکہوہمیریبات سمجھسکیں کچھلوگوںکاکہناہےکہوہ سٹیمرنگکرتے تھے</w:t>
      </w:r>
    </w:p>
    <w:p>
      <w:r>
        <w:rPr>
          <w:b/>
        </w:rPr>
        <w:t xml:space="preserve">[46:35] </w:t>
      </w:r>
      <w:r>
        <w:t>aah ho sakta hai balke kuch log kehte hain ke unhone bachpan mein koi angara munh mein le liya tha woh baat thoda bahut zyada samajh mein nahin aati hai lekin kitabon mein aati hai aisi baat Maulana ne usko explain kiya hai ke girah jo hai knot ka khulna kya hai</w:t>
      </w:r>
    </w:p>
    <w:p>
      <w:pPr>
        <w:jc w:val="right"/>
      </w:pPr>
      <w:r>
        <w:t>اہہوسکتاہے بلکہ کچھلوگ کہتےہیںکہانہوںنے بچپنمیں کوئی انگارہ منہمیں لےلیاتھا وہباتتھوڑا بہتزیادہ سمجھمیںنہیںاتیہےلیکن کتاب وںمیں اتیہےایسیبات مول انانےاسکوایکسپلینکیاہےکہ گرہجوہے ناٹکاکھلناکیاہے</w:t>
      </w:r>
    </w:p>
    <w:p>
      <w:r>
        <w:rPr>
          <w:b/>
        </w:rPr>
        <w:t xml:space="preserve">[46:53] </w:t>
      </w:r>
      <w:r>
        <w:t>to is mein likha hai tazkir al-quran mein ke zuban ki girah khulna yeh hai ke bare bare majme mein bare bare gathering mein bila jhijhak dawat ko pesh karne ka saleeqa mil jaye ji yani aap ke andar woh art paida ho jaye ke aap bari gathering mein bhi to aap dawat ko pesh kar saken</w:t>
      </w:r>
    </w:p>
    <w:p>
      <w:pPr>
        <w:jc w:val="right"/>
      </w:pPr>
      <w:r>
        <w:t>تواسمیںلکھاہے تذکیرالقرانمیں کہ زبان کی گرہ کھلنایہہےکہ بڑےبڑے مجمعےمیں بڑےبڑے گیدرنگمیں بلاجھجک دعوتکو پیش کرنے کا مل کہپیدا ہوجائے جی یعنیاپ کےاندروہ ارٹپیداہوجائےکہاپبڑیگیدرنگبھیہے تو اپ دعوت کوپیش کرسکیں</w:t>
      </w:r>
    </w:p>
    <w:p>
      <w:r>
        <w:rPr>
          <w:b/>
        </w:rPr>
        <w:t xml:space="preserve">[47:12] </w:t>
      </w:r>
      <w:r>
        <w:t>is sense mein yeh baat kahi gayi hai ke jo girah hai jo hesitation hai woh woh khatm ho jaye aur bari bari gathering mein bhi aap achhe andaaz mein Islam ke paigham ko pesh kar saken ji aah doctor sahib phir woh apni dua mein hi kehte hain ke and appoint for me a helper my brother haroon and strengthen me with him so that they may share my task</w:t>
      </w:r>
    </w:p>
    <w:p>
      <w:pPr>
        <w:jc w:val="right"/>
      </w:pPr>
      <w:r>
        <w:t>اس سینسمیںیہبات کہیگئیہےکہجو گرہہےجو ہیزیٹیشنہے وہ وہ ختمہوجائےاوربڑی بڑی گیدرنگمیںبھیاپ اچھےاندازمیں اسلام کےپیغامکو پیش کرسکیں جی اہ ڈاکٹرصاحبپھروہ اپنی دعامیںہیکہتےہیںکی اینڈاپوائنٹ فار می اہہیلپر مائیبرادر ہارون اینڈ سٹرینتھنمیتھروہمم سودیٹہیمی ٹیک سودیٹہی می شیئرمائیٹاسک</w:t>
      </w:r>
    </w:p>
    <w:p>
      <w:r>
        <w:rPr>
          <w:b/>
        </w:rPr>
        <w:t xml:space="preserve">[47:41] </w:t>
      </w:r>
      <w:r>
        <w:t>to usko bhi doctor sahib aap wazeh kar dein is hisse ki is dua ke is hisse ko hisse ko bhi haan yeh bohat hi aham tareen hissa hai waj'al li waziran min ahli haroon akhi ke mere mere qareebi rishtedaron mein se ek helper appoint kar de mere bhai haroon ko yeh basically team ki taraf ishara hai ji jab aap log aaye 2001 mein</w:t>
      </w:r>
    </w:p>
    <w:p>
      <w:pPr>
        <w:jc w:val="right"/>
      </w:pPr>
      <w:r>
        <w:t>تو اسکوبھی ڈاکٹرصاحباپواضحکردیںاسحصےکی اس دعاکےاسحصےکوحصےکوبھی ہاںیہبہت ہی اہم ترین حصہہے وجہ لیوزیر من اہلی ہارون اخی اہ کہمیرے میریفیملیمیںسے ایک ہیلپر اپوائنٹکردے میرےبھائی ہارونکو یہ بیسیکلی ٹیم کیطرف اشار ہہے جی جباپلوگ ائے 2 001 میں</w:t>
      </w:r>
    </w:p>
    <w:p>
      <w:r>
        <w:rPr>
          <w:b/>
        </w:rPr>
        <w:t xml:space="preserve">[48:09] </w:t>
      </w:r>
      <w:r>
        <w:t>to aapne yeh alfaaz istemal kiye team building ji humein to pata nahin tha ke dawat mein bhi koi team ka concept hai ji to aapne team ka lafz istemal kiya networking ka lafz istemal kiya aur jo modern aaj kal jo business terminology hai woh sab use kiye ji to yeh jo baat kahi ja rahi hai ke woh team ki baat hai ji ke mere bhai ko mera helper bana de</w:t>
      </w:r>
    </w:p>
    <w:p>
      <w:pPr>
        <w:jc w:val="right"/>
      </w:pPr>
      <w:r>
        <w:t>جیتواپنےیہالفاظاستعمال کیے ٹیم بلڈنگ جیہمیںتوپتہہینہیںتھاکہ دعوتمیںبھیکوئیٹیم کا تص ورہے جی تواپ نے ٹیم کالفظاستعمال کیا نیٹورکنگکا لفظاستعمال کیا اورجوماڈرن اج کلجوبزنس ٹرمین الوجیہےوہسب یوزکیے جی تویہجوبات کہیجارہیہے کہوہ ٹیمکیبات ہے جی کہ میرےبھائیکو میراہیلپربنادے</w:t>
      </w:r>
    </w:p>
    <w:p>
      <w:r>
        <w:rPr>
          <w:b/>
        </w:rPr>
        <w:t xml:space="preserve">[48:34] </w:t>
      </w:r>
      <w:r>
        <w:t>hmm to yeh yeh bada ahem baat hai ke jo ah daayi hai woh chahta hai ke mil ke kaam kare kuch saathi hon like minded hon</w:t>
      </w:r>
    </w:p>
    <w:p>
      <w:pPr>
        <w:jc w:val="right"/>
      </w:pPr>
      <w:r>
        <w:t>ہمم تو یہ یہبڑیاہمباتہے کہ جو اہ داعیہےوہ چاہتاہےکہ مل کےکام کرے کچھ ساتھیہوں لائکمائنڈڈہوں</w:t>
      </w:r>
    </w:p>
    <w:p>
      <w:r>
        <w:rPr>
          <w:b/>
        </w:rPr>
        <w:t xml:space="preserve">[48:46] </w:t>
      </w:r>
      <w:r>
        <w:t>jinka bhi yeh mission ho jinka bhi yeh soche jo jinke andar bhi yahi jazba ho</w:t>
      </w:r>
    </w:p>
    <w:p>
      <w:pPr>
        <w:jc w:val="right"/>
      </w:pPr>
      <w:r>
        <w:t>جنکابھییہیمشنہو جنکابھییہیسوچہو جنکےاندربھییہیجذبہہو</w:t>
      </w:r>
    </w:p>
    <w:p>
      <w:r>
        <w:rPr>
          <w:b/>
        </w:rPr>
        <w:t xml:space="preserve">[48:52] </w:t>
      </w:r>
      <w:r>
        <w:t>ke unko Khuda ke paigham doosron tak</w:t>
      </w:r>
    </w:p>
    <w:p>
      <w:pPr>
        <w:jc w:val="right"/>
      </w:pPr>
      <w:r>
        <w:t>کہ انکو خداکےپیغامدوسروںتک</w:t>
      </w:r>
    </w:p>
    <w:p>
      <w:r>
        <w:rPr>
          <w:b/>
        </w:rPr>
        <w:t xml:space="preserve">[48:54] </w:t>
      </w:r>
      <w:r>
        <w:t>pehunchana hai to yeh is is ehsaas ke tehat yeh yeh dua ki wajh se wazir manahli jo wazir lafz hai Arabic mein wazir waise hum kehte hain minister ko</w:t>
      </w:r>
    </w:p>
    <w:p>
      <w:pPr>
        <w:jc w:val="right"/>
      </w:pPr>
      <w:r>
        <w:t>پہنچ اناہے تو یہ اس اس احساسکےتحت یہ یہ دعاکیوجہ لیوزیر مناہلی جو وزیر لفظہے عربکمیں وزیر ویسےہمکہتےہیںمنسٹرکو</w:t>
      </w:r>
    </w:p>
    <w:p>
      <w:r>
        <w:rPr>
          <w:b/>
        </w:rPr>
        <w:t xml:space="preserve">[49:07] </w:t>
      </w:r>
      <w:r>
        <w:t>Urdu mein wazir ka matlab hai ke one who takes your responsibility</w:t>
      </w:r>
    </w:p>
    <w:p>
      <w:pPr>
        <w:jc w:val="right"/>
      </w:pPr>
      <w:r>
        <w:t>ارد ومیں وزیر کامطلبہےکہ ون ہو ٹیکسیورریسپانسبیل</w:t>
      </w:r>
    </w:p>
    <w:p>
      <w:r>
        <w:rPr>
          <w:b/>
        </w:rPr>
        <w:t xml:space="preserve">[49:13] </w:t>
      </w:r>
      <w:r>
        <w:t>ty ji who not takes your task ji who shares your your task ji to is sense mein hai ke ek mera bhai jo hai aaj Hazrat aah Haroon alaihissalam jo the woh he was elder brother hmm and he was more eloquent and more fluent as so</w:t>
      </w:r>
    </w:p>
    <w:p>
      <w:pPr>
        <w:jc w:val="right"/>
      </w:pPr>
      <w:r>
        <w:t>ٹی جیونہوٹیکسیور ٹاسک جی ہو شیئرزیور یوریورٹاسک جی تو اس سینسمیںہےکہ ایک میرا بھائیجوہے اج حضرت اہہارون علیہالسلامجو تھےوہ ہیوازایلڈر برادر ہمم اینڈہیوازمور ایلیکونٹاینڈمورفلوئنٹ الس و</w:t>
      </w:r>
    </w:p>
    <w:p>
      <w:r>
        <w:rPr>
          <w:b/>
        </w:rPr>
        <w:t xml:space="preserve">[49:32] </w:t>
      </w:r>
      <w:r>
        <w:t>to is is is bunyad par Hazrat Musa alaihissalam ne kaha hai ke mere bhai ko mera saathi bana de taake hum dono mil ke yani mere andar agar kuch kami ho bolne mein to yeh compensate kar</w:t>
      </w:r>
    </w:p>
    <w:p>
      <w:pPr>
        <w:jc w:val="right"/>
      </w:pPr>
      <w:r>
        <w:t>تو اس اس اسبناپہ حضرت موسی علیہالسلامنےکہاہےکہمیرےبھائیکومیراساتھیبنادے تاکہ ہمدونوںمل کے یعنی میرےاندراگر کچھکمیہو بول نےمیںتویہ کمپنسیٹ کرد</w:t>
      </w:r>
    </w:p>
    <w:p>
      <w:r>
        <w:rPr>
          <w:b/>
        </w:rPr>
        <w:t xml:space="preserve">[49:46] </w:t>
      </w:r>
      <w:r>
        <w:t>dein to is lihaz se aah bohat achhi dua waj'al li waziran ahli haroon akhi aur aage kaha wa shrik fi amri ke mere kaam mein shareek kar de ke mere kaam mein unko shareek kar de yani hum mil ke kaam karen to carry the burden on my behalf aur Hazrat Aisha ka ek qaul hai ke woh ek bar Umrah karne ja rahi thin</w:t>
      </w:r>
    </w:p>
    <w:p>
      <w:pPr>
        <w:jc w:val="right"/>
      </w:pPr>
      <w:r>
        <w:t>یں تواسلحاظسے اہبہتاچھی دعاکیوجہ لیوزیر مناہلی ہارون اخی اور اگےکہا واشرکہوفیامری کہمیرے کام میںشر یک کردے کہ میرےکام میںانکوشریککردےیعنیہممل کے کام کریں ٹوکیری دابرڈن ان مائیبہاف اور حضرت عائشہ کا ایکقولہے کہ وہایکبار عمر ہکرنےجارہیتھیں</w:t>
      </w:r>
    </w:p>
    <w:p>
      <w:r>
        <w:rPr>
          <w:b/>
        </w:rPr>
        <w:t xml:space="preserve">[50:15] </w:t>
      </w:r>
      <w:r>
        <w:t>to us zamaney mein aah Madinah se Makkah taqreeban aath das din mein pahunchte the log raaste mein rukte the ji to kahin kisi gaon waghera mein ruke to wahan ke jo dehati log the woh sab jama ho gaye to baatein karne lage to kisi ne kaha ke kis bhai ne apne bhai ke upar sabse zyada bada favor kiya hai to kisi ne jawab nahin diya</w:t>
      </w:r>
    </w:p>
    <w:p>
      <w:pPr>
        <w:jc w:val="right"/>
      </w:pPr>
      <w:r>
        <w:t>تو اسزمان ےمیں اہ مدینہسےمکہ تقریبا اٹھدسدنمیں پہنچتےتھےلوگ راستےمیںرکتےتھے جی تو کہیں کسی گاؤںوغیرہمیں رکے تو وہاںکےجو دیہاتیلوگتھےوہسبجمع ہوگئے تو باتیںکرنے لگے توکسی نےکہاکہ کس بھائینے اپنے بھائی کےاوپر سبسےزیادہ بڑا فیورکیاہے تو کسی نے جوابنہیںدیا</w:t>
      </w:r>
    </w:p>
    <w:p>
      <w:r>
        <w:rPr>
          <w:b/>
        </w:rPr>
        <w:t xml:space="preserve">[50:42] </w:t>
      </w:r>
      <w:r>
        <w:t>to Hazrat Aisha bolin ke Musa alaihissalam ne sabse bada favor kiya hai apne bhai Haroon ke upar chuki Musa alaihissalam ne dua ki to Allah Ta'ala ne unko bhi payambar bana diya</w:t>
      </w:r>
    </w:p>
    <w:p>
      <w:pPr>
        <w:jc w:val="right"/>
      </w:pPr>
      <w:r>
        <w:t>تو حضرت عائشہبولیں کہ موسی علیہالسلامنے سبسےبڑافیورکیا ہے اپنے بھائی ہارونکےاوپر چونکہ موسی علیہالسلامنےدعاکی تواللہ تعالینےانکوبھیپیغمبر بنادیا</w:t>
      </w:r>
    </w:p>
    <w:p>
      <w:r>
        <w:rPr>
          <w:b/>
        </w:rPr>
        <w:t xml:space="preserve">[50:56] </w:t>
      </w:r>
      <w:r>
        <w:t>to yeh Haroon alaihissalam aur Musa alaihissalam mil ke aah dono ne kaam kiya aur yeh bohat achhi is sense mein dua hai ke Allah Ta'ala humein aah saathi de like minded log de aur jo mil ke hum kaam karen dawat ke kaam ko mo'assar andaaz mein kar saken ji</w:t>
      </w:r>
    </w:p>
    <w:p>
      <w:pPr>
        <w:jc w:val="right"/>
      </w:pPr>
      <w:r>
        <w:t>تویہ ہارون علیہالسلام اور موسی علیہالسلام مل کے اہ دونوںنے کام کیا اور یہبہتاچھی اسسینسمیں دعاہے کہاللہ تعالی ہمیں اہ ساتھیدے لائکمائنڈڈلوگدے اور جو مل کے ہم کام کریں دعوتیکام موثراندازمیںکرسکیں جی</w:t>
      </w:r>
    </w:p>
    <w:p>
      <w:r>
        <w:rPr>
          <w:b/>
        </w:rPr>
        <w:t xml:space="preserve">[51:22] </w:t>
      </w:r>
      <w:r>
        <w:t>aah Maulana ne to likha bhi hai doctor sahib ke yeh jo special assistance prophet ko mili hum yeh aah da'ee ko bhi mil sakti hai aah par iski condition yeh hai ke woh aah poora fully dedicated hokar woh Allah Ta'ala ka kaam kare to zaroor jo hai special assistance Allah ki taraf se uske liye aayegi aah doctor sahib phir woh dua karte hain so that we may glorify you much and remember you much to uske bare mein bhi bataein</w:t>
      </w:r>
    </w:p>
    <w:p>
      <w:pPr>
        <w:jc w:val="right"/>
      </w:pPr>
      <w:r>
        <w:t>اہمولانانےتولکھابھیہےڈاکٹرصاحبکہیہجوسپیشلاسسٹنس پرافٹکوملی ہممیہ اہ داعیکوبھیملسکتیہے اہپراسکیکنڈیشنیہہے کہوہ اہ پورا ف لی ڈیڈیکیٹہوکر وہ اللہ تعالیکاکام کرےتو ضرور جوہے سپیشلاس سٹنس اللہکیطرفسے اسکےلیےائےگی اہڈاکٹرصاحبپھروہ دعاکرتے ہیں سودیٹویمیکگلوریفائییومچ اینڈ ریممبریومچ تو اسکےبارےمیںبھیبتائیں</w:t>
      </w:r>
    </w:p>
    <w:p>
      <w:r>
        <w:rPr>
          <w:b/>
        </w:rPr>
        <w:t xml:space="preserve">[51:50] </w:t>
      </w:r>
      <w:r>
        <w:t>haan jo agla hissa hai is dua ka kay nasbah lakathiraun dhikra kathiraun taake hum dono kasrat se teri paaki bayan karen tujhe glori glori fy karen aur tera zikr karen tujhe tera bayan karen teri paaki bayan karen aur kasrat se tera charcha karen so that we may glorify you much and remember you much to</w:t>
      </w:r>
    </w:p>
    <w:p>
      <w:pPr>
        <w:jc w:val="right"/>
      </w:pPr>
      <w:r>
        <w:t>ہاںجواگلاحصہہےاسدعاکا کئی نصب حہکاکثیرہ ون ذکر ک ثیرہ تاکہہمدونوں کثرتسے تیریپاکیبیانکریں تجھےگل وری گل وریفائیکریں اور تیرا ذکرکریں تجھے تیرا بیانکریں تیریپاکیبیانکریں اور کثرتسےتیراچرچہکریں سو دیٹویمی گل وریفائییومچ اینڈ ریممبریومچ تو</w:t>
      </w:r>
    </w:p>
    <w:p>
      <w:r>
        <w:rPr>
          <w:b/>
        </w:rPr>
        <w:t xml:space="preserve">[52:15] </w:t>
      </w:r>
      <w:r>
        <w:t>yeh ek tarike se</w:t>
      </w:r>
    </w:p>
    <w:p>
      <w:pPr>
        <w:jc w:val="right"/>
      </w:pPr>
      <w:r>
        <w:t>یہ ایک طریقےسے</w:t>
      </w:r>
    </w:p>
    <w:p>
      <w:r>
        <w:rPr>
          <w:b/>
        </w:rPr>
        <w:t xml:space="preserve">[52:17] </w:t>
      </w:r>
      <w:r>
        <w:t>miuchol enh ankrejment ka mamla hai miuchol learning ka mamla hai ke hum mil</w:t>
      </w:r>
    </w:p>
    <w:p>
      <w:pPr>
        <w:jc w:val="right"/>
      </w:pPr>
      <w:r>
        <w:t>میوچول اہ انکریجمنٹ کامعاملہہے میوچوللرننگکامعاملہہےکہہممل</w:t>
      </w:r>
    </w:p>
    <w:p>
      <w:r>
        <w:rPr>
          <w:b/>
        </w:rPr>
        <w:t xml:space="preserve">[52:24] </w:t>
      </w:r>
      <w:r>
        <w:t>ke hum milke tera zikr karein hum milke tujhe yaad karein aur zikr aur khuda ki yaad jo maulana ne explain kiya woh koi lafz ko</w:t>
      </w:r>
    </w:p>
    <w:p>
      <w:pPr>
        <w:jc w:val="right"/>
      </w:pPr>
      <w:r>
        <w:t>کے ہم ملکے تیراذکرکریں ہمملکے تجھےیاد کریں اور ذکر اور خداکییاد جو مول انانے ایکسپلینکیا وہکوئی لفظ کو</w:t>
      </w:r>
    </w:p>
    <w:p>
      <w:r>
        <w:rPr>
          <w:b/>
        </w:rPr>
        <w:t xml:space="preserve">[52:38] </w:t>
      </w:r>
      <w:r>
        <w:t>dohrana nahi hai koi ek lafz hai subhanallah alhamdulillah woh ap bar bar padhte rahein padhte rahein</w:t>
      </w:r>
    </w:p>
    <w:p>
      <w:pPr>
        <w:jc w:val="right"/>
      </w:pPr>
      <w:r>
        <w:t>دہرانانہیںہےکوئیایکلفظہے سبحاناللہ الحمدللہ وہ اپباربار پڑھتےرہیںپڑھتےرہیں</w:t>
      </w:r>
    </w:p>
    <w:p>
      <w:r>
        <w:rPr>
          <w:b/>
        </w:rPr>
        <w:t xml:space="preserve">[52:46] </w:t>
      </w:r>
      <w:r>
        <w:t>balke yeh hai Khuda ki nematوں ka dariaft ke jo Khuda ki nematें hamari hamari taraf Allah Ta'ala ki har taraf bikhri hui hain khud insan ka jo wajood hai woh ek itni bari nemat hai to un nematوں ko jisko Maulana kehte the point of reference se yaad karna Khuda ko har cheez Khuda ki nemat nazar aayegi ek glass pani bhi</w:t>
      </w:r>
    </w:p>
    <w:p>
      <w:pPr>
        <w:jc w:val="right"/>
      </w:pPr>
      <w:r>
        <w:t>بل کہیہ ہے خداکی نعمتوںکیدریا فت کہجو خداکینعمتیں ہماری ہماریطرف اللہ تعالی کی ہرطرف بکھریہوئی ہیں خود انسان کاجووجود ہے وہ ایکاتنیبڑینعمتہے تو ان نعمتوںکو جسکومول اناکہتےتھےپوائنٹاف ریفرنسسےیادکرناخداکو ہرچیز خداکینعمت نظر ائےگیایک گلاسپانیبھی</w:t>
      </w:r>
    </w:p>
    <w:p>
      <w:r>
        <w:rPr>
          <w:b/>
        </w:rPr>
        <w:t xml:space="preserve">[53:12] </w:t>
      </w:r>
      <w:r>
        <w:t>to un nematوں ka idrak aur un nematوں ko leke Khuda ko yaad karna yahi haqeeqi zikr hai to isiko Hazrat Musa alaihissalam Musa alaihissalam ne kaha ke hum dono mil ke teri khoob paaki bayan karen khoob tera charcha karen yani unhone pehle to kaha ke saathi bana de mujhe aur phir kaha hai ke hum taake hum dono mil ke tujhe yaad karen ji</w:t>
      </w:r>
    </w:p>
    <w:p>
      <w:pPr>
        <w:jc w:val="right"/>
      </w:pPr>
      <w:r>
        <w:t>تو ان نعمتوں کا ادراک اور ان نعمتوںکولےکےخداکویاد کرنا یہی حقی قی ذکر ہے تو اسیکو حضرت موسی علیہالسلامموسی علیہالسلامنےکہا کہہمدونوںمل کے تیریخوب پاکیبیانکریںخوب تیراچرچہ کریں یعنی انہوںنے پہلے توکہاکہساتھیبنادےمجھے اور پھرکہاہےکہہم تاکہہمدونوںمل کے تجھےیادکریں جی</w:t>
      </w:r>
    </w:p>
    <w:p>
      <w:r>
        <w:rPr>
          <w:b/>
        </w:rPr>
        <w:t xml:space="preserve">[53:37] </w:t>
      </w:r>
      <w:r>
        <w:t>yani jo ek da'ee hai woh chahta hai ke uske saath yeh hon jiske saath woh intellectual exchange kare spiritual exchange kare baatein karen woh matlab nahin jo hawa karne wale saathi hon ke party aur yeh sab bemaqsad yani ek ba maqsad zindagi ji</w:t>
      </w:r>
    </w:p>
    <w:p>
      <w:pPr>
        <w:jc w:val="right"/>
      </w:pPr>
      <w:r>
        <w:t>یعنیجو ایک داعیہےوہ چاہتاہےکہ اسکےساتھ یہوں جسکےساتھ وہ انٹلیکچولایکسچینجکرے سپریچولایکسچینجکرے باتیںکریں وہمطلب نہیںجو ہوا کرنے والے ساتھیہوں کہ پارٹیاوریہسب بےمقصد یعنیایک بامقصد زندگی جی</w:t>
      </w:r>
    </w:p>
    <w:p>
      <w:r>
        <w:rPr>
          <w:b/>
        </w:rPr>
        <w:t xml:space="preserve">[53:57] </w:t>
      </w:r>
      <w:r>
        <w:t>ek haqeeqi jo ba maqsad zindagi hai iski planning aur iska iske zikr yani miuchol effort aur miuchol planning miuchol discussion</w:t>
      </w:r>
    </w:p>
    <w:p>
      <w:pPr>
        <w:jc w:val="right"/>
      </w:pPr>
      <w:r>
        <w:t>ایک اہ حقیقی جو بامقصد زندگی ہےاسکی پلاننگ اور اسکا اسکے ذکر یعنی میوچول ایفرٹ اور میوچولپلاننگ میوچولڈسکشن</w:t>
      </w:r>
    </w:p>
    <w:p>
      <w:r>
        <w:rPr>
          <w:b/>
        </w:rPr>
        <w:t xml:space="preserve">[54:09] </w:t>
      </w:r>
      <w:r>
        <w:t>yani ek common goal ho hamara ke hum mil ke Allah ka kaam karein aur balkeh ap dekhein is seerat mein agar ap padhein</w:t>
      </w:r>
    </w:p>
    <w:p>
      <w:pPr>
        <w:jc w:val="right"/>
      </w:pPr>
      <w:r>
        <w:t>یعنی ایک کامن گولہو ہمارا کہہم مل کے اللہ کا کام کریں اور بلکہ اپ دیکھیںاسسیرتمیںاگراپپڑھیں</w:t>
      </w:r>
    </w:p>
    <w:p>
      <w:r>
        <w:rPr>
          <w:b/>
        </w:rPr>
        <w:t xml:space="preserve">[54:20] </w:t>
      </w:r>
      <w:r>
        <w:t>rasool Allah sal Allah aleh wasallam ki zindagi mein hamein milta hai early period mein jab bohat thode the sahaba to ek sahabi the unka naam tha arqam raz</w:t>
      </w:r>
    </w:p>
    <w:p>
      <w:pPr>
        <w:jc w:val="right"/>
      </w:pPr>
      <w:r>
        <w:t>رسولاللہصلیاللہعلیہوسلمکیزندگی میںہمیںملتاہے ارلی پیریڈمیںجببہت تھوڑےتھے صحابہ تو ایک صحابیتھےانکانامتھا ارقم رض</w:t>
      </w:r>
    </w:p>
    <w:p>
      <w:r>
        <w:rPr>
          <w:b/>
        </w:rPr>
        <w:t xml:space="preserve">[54:29] </w:t>
      </w:r>
      <w:r>
        <w:t>yallahu anhu woh young the 2022 saal ke the to unka ghar tha Safa pahadi ke ek kone pe chuki jab Sahaba milte the na kahin to Quraish ke log aake unko marne peetne lagte the bhagate the unko to bara masla banta tha to Arqam aah Dar al-Arqam kaha jata hai woh aur aah Hazrat Arqam ke ghar pe ji milte the hum</w:t>
      </w:r>
    </w:p>
    <w:p>
      <w:pPr>
        <w:jc w:val="right"/>
      </w:pPr>
      <w:r>
        <w:t>یاللہ عنہوہ ینگتھے 2022سالکےتھے تو انکاگھر تھا صفاپہاڑیکے ایککونےپہ چونکہجب صحابہ ملتےتھےناکہیں تو قریشکےلوگاکےانکو مارنےپیٹنےلگتےتھے بھگاتےتھےانکو تو بڑامسئلہبنگیاتھا تو ارقم اہ دار الارقمکہاجاتاہےوہ اور اہ حضرتارقمکےگھرپہ جی ملتےتھے ہم</w:t>
      </w:r>
    </w:p>
    <w:p>
      <w:r>
        <w:rPr>
          <w:b/>
        </w:rPr>
        <w:t xml:space="preserve">[54:54] </w:t>
      </w:r>
      <w:r>
        <w:t>m to Rasool Allah Sallallahu Alaihi Wasallam aate the aur do aath das Sahaba ke planning karte the dawat ki planning aur apni ma'rifat ko jagate the apna gehra ilm apna apne andar jagate the aur Quran ki jo aayatein aati rahti thin usko discuss karte the yani apna apne andar spiritually ko jagana</w:t>
      </w:r>
    </w:p>
    <w:p>
      <w:pPr>
        <w:jc w:val="right"/>
      </w:pPr>
      <w:r>
        <w:t>م تو رسولاللہصلیاللہعلیہوسلماتےتھےاور دو اٹھدسصحابہاکے پلاننگکرتے تھے دعوتکیپلاننگ اور اپنی معرفتکوجگاتےتھے اپنا گہراعلم اپنا اپنے اندرجگاتےتھےاورقرانکیجو ایتیںاتریہوتیتھیںاسکوڈسکسکرتے تھے یعنی اپنا اپنےاندر سپریچولیٹیکو جگانا</w:t>
      </w:r>
    </w:p>
    <w:p>
      <w:r>
        <w:rPr>
          <w:b/>
        </w:rPr>
        <w:t xml:space="preserve">[55:15] </w:t>
      </w:r>
      <w:r>
        <w:t>to yeh baat kahi gayi hai is mein is is mein is hisse mein ke kai nasb hah ka kasir hona zikr ka kasir ho yehi hai ke jo like minded log hain</w:t>
      </w:r>
    </w:p>
    <w:p>
      <w:pPr>
        <w:jc w:val="right"/>
      </w:pPr>
      <w:r>
        <w:t>تو یہجوبات کہی جائے کہیگئیہےاسمیں اس اسمیں اسحصےمیں کہکئی نصب حہکاکثیرہون ذکر ک ثیرہوہیہیہےکہجو لائکمائنڈڈلوگہیں</w:t>
      </w:r>
    </w:p>
    <w:p>
      <w:r>
        <w:rPr>
          <w:b/>
        </w:rPr>
        <w:t xml:space="preserve">[55:25] </w:t>
      </w:r>
      <w:r>
        <w:t>jo jin ka jin ka mission dawat hai jo ek gehri zimmedari ke ehsas mein</w:t>
      </w:r>
    </w:p>
    <w:p>
      <w:pPr>
        <w:jc w:val="right"/>
      </w:pPr>
      <w:r>
        <w:t>جو اہ جنکا جنکام شن دعوتہے جو ایک گہریذمہداریکےاحساسمیں</w:t>
      </w:r>
    </w:p>
    <w:p>
      <w:r>
        <w:rPr>
          <w:b/>
        </w:rPr>
        <w:t xml:space="preserve">[55:32] </w:t>
      </w:r>
      <w:r>
        <w:t>dube hue hain ke hamein khuda ka paigham logon tak pahunch ana hai aur to is ki dua hai ke aise sath dein hamein</w:t>
      </w:r>
    </w:p>
    <w:p>
      <w:pPr>
        <w:jc w:val="right"/>
      </w:pPr>
      <w:r>
        <w:t>ڈوبےہوئےہیںکہہمیں خداکا پیغاملوگوںتک پہنچ اناہے اور تو اسیکیدعاہےکہایسےساتھیدےہمیں</w:t>
      </w:r>
    </w:p>
    <w:p>
      <w:r>
        <w:rPr>
          <w:b/>
        </w:rPr>
        <w:t xml:space="preserve">[55:40] </w:t>
      </w:r>
      <w:r>
        <w:t>ke hum mil ke ek effort karein ek conscious effort karein</w:t>
      </w:r>
    </w:p>
    <w:p>
      <w:pPr>
        <w:jc w:val="right"/>
      </w:pPr>
      <w:r>
        <w:t>کہہم مل کے اہ اہایک ایفرٹکریں ایک کانشیسایفرٹکریں</w:t>
      </w:r>
    </w:p>
    <w:p>
      <w:r>
        <w:rPr>
          <w:b/>
        </w:rPr>
        <w:t xml:space="preserve">[55:46] </w:t>
      </w:r>
      <w:r>
        <w:t>taake hum hamara jo hamara jo koshish hai woh kamyab ho aur logon tak yeh baat</w:t>
      </w:r>
    </w:p>
    <w:p>
      <w:pPr>
        <w:jc w:val="right"/>
      </w:pPr>
      <w:r>
        <w:t>تاکہہم ہماراجو ہماراجو کوششہے وہ اہ کامیابہواورلوگوںتک یہ بات</w:t>
      </w:r>
    </w:p>
    <w:p>
      <w:r>
        <w:rPr>
          <w:b/>
        </w:rPr>
        <w:t xml:space="preserve">[55:54] </w:t>
      </w:r>
      <w:r>
        <w:t>pohanchsakeyani ek mission ki zimmedari ki baat hai ah aur ah apne andar bhi imaan aur marifat ko jagayen aur doosron tak bhi ah isko pohancha ayen ji ah aur doctor sahib phir woh dua ke akhri hisse ah ko ah kehte hain ke yawar shor li waching awar humm ah phir god says that your request has been granted moosa bohat to iske bare mein batayen d</w:t>
      </w:r>
    </w:p>
    <w:p>
      <w:pPr>
        <w:jc w:val="right"/>
      </w:pPr>
      <w:r>
        <w:t>پہنچسکےیعنیایک مشن کی ذمہداری کیبات ہے اہاور اہ اپنےاندربھی ایماناور معرفتکوجگائیںاوردوسروںتکبھی اہ اسکو پہنچ ائیں جی اہ اورڈاکٹرصاحبپھروہ دعاکے اخریحصے اہکو اہ کہتےہیں کہ یوارشور لی واچنگاووراس ہمم اہپھر گاڈ سی زدیٹ یورریکویسٹ ہیزبین گرانٹڈ موسی بہت تو اسکےبارےمیںبتائیںڈ</w:t>
      </w:r>
    </w:p>
    <w:p>
      <w:r>
        <w:rPr>
          <w:b/>
        </w:rPr>
        <w:t xml:space="preserve">[56:23] </w:t>
      </w:r>
      <w:r>
        <w:t>actor sahib haan jo akhri hissa hai dua ka woh hai ke un kunt binabseer qala qad at yat ya moosa ke unhon ne kaha moosa alaihissalam ne kaha ke tu hamein janta hai</w:t>
      </w:r>
    </w:p>
    <w:p>
      <w:pPr>
        <w:jc w:val="right"/>
      </w:pPr>
      <w:r>
        <w:t>اکٹرصاحب ہاںجواخریحصہہےدعاکاوہہے کہ ان ککنتبنابصیرہ قال قد ات یت یا موسی کہ انہوںنےکہا موسی علیہالسلامنےکہتو ہمیں جانتاہے</w:t>
      </w:r>
    </w:p>
    <w:p>
      <w:r>
        <w:rPr>
          <w:b/>
        </w:rPr>
        <w:t xml:space="preserve">[56:46] </w:t>
      </w:r>
      <w:r>
        <w:t>ke tu hamein dekh raha hai</w:t>
      </w:r>
    </w:p>
    <w:p>
      <w:pPr>
        <w:jc w:val="right"/>
      </w:pPr>
      <w:r>
        <w:t>کہتوہمیںدیکھرہاہے</w:t>
      </w:r>
    </w:p>
    <w:p>
      <w:r>
        <w:rPr>
          <w:b/>
        </w:rPr>
        <w:t xml:space="preserve">[56:54] </w:t>
      </w:r>
      <w:r>
        <w:t>un kunt binabseer to beshak humein dekh raha hai to humse waqif hai to hamare maqam se waqif hai</w:t>
      </w:r>
    </w:p>
    <w:p>
      <w:pPr>
        <w:jc w:val="right"/>
      </w:pPr>
      <w:r>
        <w:t>ان ک کنت بنابصیرہ تو بےشکہمکودیکھرہاہے توہمسے واق فہے توہمارے مقام سے واقفہے</w:t>
      </w:r>
    </w:p>
    <w:p>
      <w:r>
        <w:rPr>
          <w:b/>
        </w:rPr>
        <w:t xml:space="preserve">[57:08] </w:t>
      </w:r>
      <w:r>
        <w:t>to hamara nigahban hai</w:t>
      </w:r>
    </w:p>
    <w:p>
      <w:pPr>
        <w:jc w:val="right"/>
      </w:pPr>
      <w:r>
        <w:t>توہمارا نگہبانہے</w:t>
      </w:r>
    </w:p>
    <w:p>
      <w:r>
        <w:rPr>
          <w:b/>
        </w:rPr>
        <w:t xml:space="preserve">[57:16] </w:t>
      </w:r>
      <w:r>
        <w:t>to hamara madadgar hai</w:t>
      </w:r>
    </w:p>
    <w:p>
      <w:pPr>
        <w:jc w:val="right"/>
      </w:pPr>
      <w:r>
        <w:t>توہمارا مددگارہے</w:t>
      </w:r>
    </w:p>
    <w:p>
      <w:r>
        <w:rPr>
          <w:b/>
        </w:rPr>
        <w:t xml:space="preserve">[57:21] </w:t>
      </w:r>
      <w:r>
        <w:t>hadees mein aata hai ke phir farishtay ne kaha ke la tak leeni la takalni illa nafsi taraf ain ke ek second ke liye bhi to mujh se apne apne nigah ko hata</w:t>
      </w:r>
    </w:p>
    <w:p>
      <w:pPr>
        <w:jc w:val="right"/>
      </w:pPr>
      <w:r>
        <w:t>حدیثمیںاتاہے کہ پرافٹنےکہاکہ لا تک لینی لا تکلنی الا الا نفسی طرف عین کہ ایک سیکنڈکےلیےبھی تو مجھسے اپنے اپنے نگاہکومتہٹا</w:t>
      </w:r>
    </w:p>
    <w:p>
      <w:r>
        <w:rPr>
          <w:b/>
        </w:rPr>
        <w:t xml:space="preserve">[57:43] </w:t>
      </w:r>
      <w:r>
        <w:t>rasool Allah sallallahu alaihi wasallam ne Allah taala se farmaya ke don't leave me in my own self even for a blink of an eye yani ek second ek lamhe ke liye bhi mujh se to door mat</w:t>
      </w:r>
    </w:p>
    <w:p>
      <w:pPr>
        <w:jc w:val="right"/>
      </w:pPr>
      <w:r>
        <w:t>رسولاللہصلیاللہعلیہوسلمنےاللہتعالیسےفرمایا کہ ڈونٹلیومی ان مائیاونسیلف ایونفار ا بلنکافاینائی یعنیایک سیکنڈ ایک لمحےکےلیےبھی مجھسے تو دور مت</w:t>
      </w:r>
    </w:p>
    <w:p>
      <w:r>
        <w:rPr>
          <w:b/>
        </w:rPr>
        <w:t xml:space="preserve">[57:55] </w:t>
      </w:r>
      <w:r>
        <w:t>ho to Allah taala se jo aakhri baat kaha is dua mein</w:t>
      </w:r>
    </w:p>
    <w:p>
      <w:pPr>
        <w:jc w:val="right"/>
      </w:pPr>
      <w:r>
        <w:t>ہو تو اللہ تعالی سے جو اخریبات کہیاسدعامیں</w:t>
      </w:r>
    </w:p>
    <w:p>
      <w:r>
        <w:rPr>
          <w:b/>
        </w:rPr>
        <w:t xml:space="preserve">[58:00] </w:t>
      </w:r>
      <w:r>
        <w:t>in k kntab nbsirh ke tu hamein dekh raha hai to hamein waqif hai to hamare inner ehsasat se waqif hai to hamare kaam se waqif hai to hamare maqam se waqif hai to to hamein hamara madad</w:t>
      </w:r>
    </w:p>
    <w:p>
      <w:pPr>
        <w:jc w:val="right"/>
      </w:pPr>
      <w:r>
        <w:t>ان ککنتبنابصیرہ کہتوہمیںدیکھرہاہے توہمسے واقفہے توہمارے انر احساساتسےواق فہے توہمارےکامسے واقفہے توہمارے مقام سے واقفہے تو توہمیں ہماریمد</w:t>
      </w:r>
    </w:p>
    <w:p>
      <w:r>
        <w:rPr>
          <w:b/>
        </w:rPr>
        <w:t xml:space="preserve">[58:14] </w:t>
      </w:r>
      <w:r>
        <w:t>de farma har haal se har haal mein har haal se waqif hai to to hamara madad gar hai to Allah taala ne farmaya</w:t>
      </w:r>
    </w:p>
    <w:p>
      <w:pPr>
        <w:jc w:val="right"/>
      </w:pPr>
      <w:r>
        <w:t>دفرما ہرحالسے ہرحال میں ہرحالسے واقفہے توتوہمارامد دگارہے تواللہ تعالینےفرمایا</w:t>
      </w:r>
    </w:p>
    <w:p>
      <w:r>
        <w:rPr>
          <w:b/>
        </w:rPr>
        <w:t xml:space="preserve">[58:22] </w:t>
      </w:r>
      <w:r>
        <w:t>qala qad uti yati yamusa kaha ae musa tumhara sawal tumhein mil gaya tumhein hamein de diya yani jo bhi baatein is dua mein</w:t>
      </w:r>
    </w:p>
    <w:p>
      <w:pPr>
        <w:jc w:val="right"/>
      </w:pPr>
      <w:r>
        <w:t>قال قد ات یت یاموسی کہاےموسی تمہارا سوال تمہیں ملگیا تمہیںہمنےدےدیا یعنیجوبھیباتیںاسدعامیں</w:t>
      </w:r>
    </w:p>
    <w:p>
      <w:r>
        <w:rPr>
          <w:b/>
        </w:rPr>
        <w:t xml:space="preserve">[58:32] </w:t>
      </w:r>
      <w:r>
        <w:t>ki ںke mere sine ko khol de mere bhai ko mera helper bana de mere meri jo</w:t>
      </w:r>
    </w:p>
    <w:p>
      <w:pPr>
        <w:jc w:val="right"/>
      </w:pPr>
      <w:r>
        <w:t>کی ںکہ میرےسینےکوکھول دے میرےبھائیکو میرا ہیلپربنادے میرے میریجو</w:t>
      </w:r>
    </w:p>
    <w:p>
      <w:r>
        <w:rPr>
          <w:b/>
        </w:rPr>
        <w:t xml:space="preserve">[58:41] </w:t>
      </w:r>
      <w:r>
        <w:t>ah hesitation hai woh door kar de woh sari baatein Allah taala ne kahin ke woh sab humne poori kar din to</w:t>
      </w:r>
    </w:p>
    <w:p>
      <w:pPr>
        <w:jc w:val="right"/>
      </w:pPr>
      <w:r>
        <w:t>اہ ہیزیٹیشنہےوہدور کردے وہ ساریباتیںاللہتعالینےکہیںکہوہسب ہمنے پوری کردیں تو</w:t>
      </w:r>
    </w:p>
    <w:p>
      <w:r>
        <w:rPr>
          <w:b/>
        </w:rPr>
        <w:t xml:space="preserve">[58:49] </w:t>
      </w:r>
      <w:r>
        <w:t>is lihaz se yeh qissa bohat hi aham hai ek daai ek momin ki zindagi ka kaisa safar hota hai iska ek bada achha namuna hai aur aur kaise Hazrat Moosa alaihissalam ka yeh jo marifat ka safar tha dawat ka safar tha yeh kaise tay hua aur ismein hamare liye kya sabak</w:t>
      </w:r>
    </w:p>
    <w:p>
      <w:pPr>
        <w:jc w:val="right"/>
      </w:pPr>
      <w:r>
        <w:t>اس لحاظسے یہ قصہبہتہی اہمہے ایک داعیایکمومنکی زندگی کا کیسا سفرہوتاہے اسکاایکبڑا اچھا نمونہہے اور اور کیسے حضرت موسی علیہالسلام کا یہجومعرفتکاسفرتھا دعوتکاسفرتھا یہ کیسے طےہوا اور اسمیںہمارےلیےکیا سبق</w:t>
      </w:r>
    </w:p>
    <w:p>
      <w:r>
        <w:rPr>
          <w:b/>
        </w:rPr>
        <w:t xml:space="preserve">[59:13] </w:t>
      </w:r>
      <w:r>
        <w:t>hai yeh ek bohat hi yani bada hi achha aur bohat hi madadgar waqe hai jis se hum sab ke liye bohat hi rehnumai ka jiske andar samana hai ji jazaak Allah doctor sahib kuch comments aur padhna chahunga kafi comments aaye hain main sare comments nahi le pa raha hoon kuch sawal bhi aaye hain lekin main kuch comments end mein padhna chahunga yeh comment bheja hai patna se miss miss auda sultana ne unhone likha hai</w:t>
      </w:r>
    </w:p>
    <w:p>
      <w:pPr>
        <w:jc w:val="right"/>
      </w:pPr>
      <w:r>
        <w:t>ہے یہایکبہت ہی یعنی بڑاہی اچھااور بہت ہی مد دگار واقع ہہےجسسےہمسب کےلیےبہتہی رہنمائیکاجسکےاندرسامانہے جی جز اک اللہ ڈاکٹرصاحبکچھکمنٹساورپڑھناچاہوںگا کافی کمنٹسائےہیںمیںسارےکمنٹسنہیںلےپارہاہوں کچھسوال بھیائےہیں اہلیکن میںکچھ کمنٹس اینڈمیںپڑھناچاہوںگایہکمنٹبھیجاہے پٹنہسے مس مس عودہ سلطانہنےانہوںنےلکھاہے</w:t>
      </w:r>
    </w:p>
    <w:p>
      <w:r>
        <w:rPr>
          <w:b/>
        </w:rPr>
        <w:t xml:space="preserve">[59:40] </w:t>
      </w:r>
      <w:r>
        <w:t>ah assalam o alaikum sir very well explained the minute details miracles are given according to the belief and need of the society and also about the three types of wahy ah phir unhone yeh bhi likha hai sharing dividing and discussing the task helps in performing the dawah work more effectively jazaak Allah ah</w:t>
      </w:r>
    </w:p>
    <w:p>
      <w:pPr>
        <w:jc w:val="right"/>
      </w:pPr>
      <w:r>
        <w:t>اہ السلامعلیکمسر ویریویلایکسپلینودمائنیوٹڈیٹیلز میریکلزوارگیوناکارڈنگٹودا بیلیف اینڈنیڈ اف دا سوسائٹی اینڈالس واباؤٹدا تھریٹائپساف وحی اہپھرانہوںنےیہبھیلکھاہے شی ئرنگ ڈیوائیڈنگاینڈڈسکسنگدا ٹاسک ہیلپسانپرفارمنگدا دعویورک مور ایفیکٹیولی جز اک اللہ اہ</w:t>
      </w:r>
    </w:p>
    <w:p>
      <w:r>
        <w:rPr>
          <w:b/>
        </w:rPr>
        <w:t xml:space="preserve">[1:00:03] </w:t>
      </w:r>
      <w:r>
        <w:t>am missam irshad ne likha hai chennai se salam ti huwa ap dono par mujhe mehsoos ho raha hai ke kh khud is conversation ko sun ne aaye hain really amazing lecture jazaak Allah doctor aslam khan sahib ne saharanpur se likha hai the sky is not a black board where god would have written the aim of creating the world this has to be discovered by us in our own contemplation on mystery of quran with deep study</w:t>
      </w:r>
    </w:p>
    <w:p>
      <w:pPr>
        <w:jc w:val="right"/>
      </w:pPr>
      <w:r>
        <w:t>ام مسام ارشادنےلکھاہےچنئیسے سلام تیہواپدونوںپر مجھے محسوسہورہاہے کہ خ داخود اس کنورسیشنکو سن نےاگئےہیں ریلیامیزنگلیکچر جزاک اللہ ڈاکٹراسلم خانصاحبنے سہارنپورسےلکھاہے داسکائیازناٹابلیک بورڈویئر گاڈوڈہیورٹندا ایماف کری ٹنگدا ورلڈ دسہیزٹوبیڈسکورڈبائے اس ان اور اون کنٹمپلیشن ون مسٹریڈقر ان ود ڈیپ سٹڈی</w:t>
      </w:r>
    </w:p>
    <w:p>
      <w:r>
        <w:rPr>
          <w:b/>
        </w:rPr>
        <w:t xml:space="preserve">[1:00:33] </w:t>
      </w:r>
      <w:r>
        <w:t>doctor farida khan ne delhi se likha hai how important it is that a daiya has to be a velo sharaf madu and that sense even in the case of fear the great appreciation thank you for reminding the important point of dawah doctor safeena tabassum ne saharanpur se likha hai very important dua jazaak Allah for discussing</w:t>
      </w:r>
    </w:p>
    <w:p>
      <w:pPr>
        <w:jc w:val="right"/>
      </w:pPr>
      <w:r>
        <w:t>ڈاکٹرفریدہخانمنےدلیسےلکھاہے ہاؤامپورٹنٹاٹازدیٹادائیہیزٹوبی ا ویلو شراف مد و انداٹرو سینس ایونانداکیساف فی رو داگریٹاپری سر تھینکیوفارریمائنڈنگدیامپورٹنٹپوائنٹاف دعوی ڈاکٹرسفینہتبسم نے سہارنپورسےلکھاہے ویریامپورٹنٹدعا جز اک اللہفارڈسکس نگ</w:t>
      </w:r>
    </w:p>
    <w:p>
      <w:r>
        <w:rPr>
          <w:b/>
        </w:rPr>
        <w:t xml:space="preserve">[1:00:57] </w:t>
      </w:r>
      <w:r>
        <w:t>ah miss trikhalil rehman ne hyderabad pakistan se likha hai jazaak Allah to both the regards and respect ah doctor sahib bohat bohat shukriya aaj waqai mein bohat hi ah roohani bhar lecture tha alhamdulillah aur is session ko hum jari rakhenge inshallah aaj doosra session tha inshallah hum do aur session karenge doctor saniastand khan sahib ke sath apko kaisa laga program aur zaroor comments section mein apna feedback zaroor dalen</w:t>
      </w:r>
    </w:p>
    <w:p>
      <w:pPr>
        <w:jc w:val="right"/>
      </w:pPr>
      <w:r>
        <w:t>اہ مس ٹرخلیلرحماننے حیدراباد پاکستانسےلکھاہے جزاک اللہٹوبوتھریگارڈزاینڈریسپیکٹ اہڈاکٹرصاحببہتبہت شکریہاج واقعیمیںبہت ہی اہ روحانیبھرالیکچرتھا الحمدللہ اور اسسیشنکوہم جاریرکھیںگے انشاءاللہاج دوسراسیشنتھا انشاءاللہہمدو اورسیشنکریںگے ڈاکٹرثانیاسٹینڈخانصاحبکےساتھ اپکو کیسالگاپروگرام اور ضرور کمنٹسیکشنمیں اپنا فیڈبیکضرورڈالیں ا</w:t>
      </w:r>
    </w:p>
    <w:p>
      <w:r>
        <w:rPr>
          <w:b/>
        </w:rPr>
        <w:t xml:space="preserve">[1:01:26] </w:t>
      </w:r>
      <w:r>
        <w:t>ah thank you for watching this program and before you and the program to important releases ah that we have to announce so ah because doctor sahib is here so we will request him to release these two very important books of Maulana Wahiduddin Khan sahib ah yeh pehli kitab jo hum launch karne ja rahe hain yeh hai pearls of wisdom</w:t>
      </w:r>
    </w:p>
    <w:p>
      <w:pPr>
        <w:jc w:val="right"/>
      </w:pPr>
      <w:r>
        <w:t>ہ تھینکیوفارواچنگدسپروگرام اینڈ بیفورویاینڈداپروگرام ٹوامپورٹنٹریلیزز اہدیٹویہیوٹواناؤنس سو اہبیکازڈاکٹرصاحبازہیرسو ویویلریکویسٹہمٹوریلیزدیزٹوویریامپورٹنٹبکس اف مول اناوحیدالدینخان صاحب اہ یہ پہلیکتاب جوہملانچکرنے جارہےہیں یہ ہے پر ز اف وز ڈم</w:t>
      </w:r>
    </w:p>
    <w:p>
      <w:r>
        <w:rPr>
          <w:b/>
        </w:rPr>
        <w:t xml:space="preserve">[1:01:49] </w:t>
      </w:r>
      <w:r>
        <w:t>ah is kitab ko translate kiya hai professor farida khan ne and this is a translation of urdu book of Maulana Wahiduddin Khan sahib aqwal e hikmat ah yeh book bhi cpc website pe bhi available hai aur aap good order website se bhi isko hasil kar sakte hain to main doctor saniastand khan sahib se request karunga ke is book ko woh launch karen</w:t>
      </w:r>
    </w:p>
    <w:p>
      <w:pPr>
        <w:jc w:val="right"/>
      </w:pPr>
      <w:r>
        <w:t>اہاسکتاب کو ٹرانسلیٹکیاہے پروفیسرفریدہخان منے اینڈدساز ا ٹرانسلیشناف ارد و بک اف مول اناوحیدالدینخان صاحب اقوال حک مت اہیہبکاب سیپیایسویبسائٹ پہبھیاویلیبلہے اور اپ گڈورڈویبسائٹسےبھیاسکو حاصل کرسکتےہیں تو میں ڈاکٹر ثانیاسٹینڈخانصاحبسےریکویسٹکروںگا کہاسبککووہلانچکریں</w:t>
      </w:r>
    </w:p>
    <w:p>
      <w:r>
        <w:rPr>
          <w:b/>
        </w:rPr>
        <w:t xml:space="preserve">[1:02:18] </w:t>
      </w:r>
      <w:r>
        <w:t>mujhe behad khushi ho rahi hai is kitab ko launch karte hue pearls of wisdom by Maulana Wahiduddin Khan and translated by professor farida khan yeh kitab jaise doctor raj tamloothra ne abhi bataya ke aqwal e hikmat ah ka translation hai</w:t>
      </w:r>
    </w:p>
    <w:p>
      <w:pPr>
        <w:jc w:val="right"/>
      </w:pPr>
      <w:r>
        <w:t>مجھےبےحد خوشیہورہیہے اس کتاب کو لانچکرتے ہوئے پر لز اور وزڈمبائےمول اناوحیدالدینخان اینڈٹرانسلیٹڈبائےپروفیسر فریدہخان م یہکتاب جیسےڈاکٹررج تملوثرہنےابھیبتائیکہ اقوال حکمت اہ کاٹرانسلیشنہے</w:t>
      </w:r>
    </w:p>
    <w:p>
      <w:r>
        <w:rPr>
          <w:b/>
        </w:rPr>
        <w:t xml:space="preserve">[1:02:37] </w:t>
      </w:r>
      <w:r>
        <w:t>bohat pehle jab ah Maulana ne kaha mujh se ke jo al risala ke upar do lines aati hain ek ko quote usko jama karke ek kitab banao to phir woh kitab aqwal e hikmat bani woh bada achha maqbool</w:t>
      </w:r>
    </w:p>
    <w:p>
      <w:pPr>
        <w:jc w:val="right"/>
      </w:pPr>
      <w:r>
        <w:t>بہت پہلے جب اہ مول انانے کہا مجھسے کہجو الرسالہکےاوپر دولائنیں اتیہیں ایککوٹ اسکو جمع کرکےایککتاب بناؤ توپھروہکتاب اقوال حکمتبنی وہبڑیاچھی مقبول</w:t>
      </w:r>
    </w:p>
    <w:p>
      <w:r>
        <w:rPr>
          <w:b/>
        </w:rPr>
        <w:t xml:space="preserve">[1:02:54] </w:t>
      </w:r>
      <w:r>
        <w:t>hui log gift ke taur par dete hain ek choti si baat lekin ismein jo jo quote hai woh bohat hi meaningful hai aur bohat hi yani jaise main ek do padhta hoon change your self your locale change and it's not sound</w:t>
      </w:r>
    </w:p>
    <w:p>
      <w:pPr>
        <w:jc w:val="right"/>
      </w:pPr>
      <w:r>
        <w:t>ہوئی لوگ گفٹکےطور پر دیتےہیںایکچھوٹیسیباتلیکن اسمیںجو جو کوٹہے وہبہتہی میننگ فل ہے اور بہت ہی یعنی جیسےمیںایکدوپڑھتاہوں چینجیورسیلف یورلکول چینج اناٹساون</w:t>
      </w:r>
    </w:p>
    <w:p>
      <w:r>
        <w:rPr>
          <w:b/>
        </w:rPr>
        <w:t xml:space="preserve">[1:03:18] </w:t>
      </w:r>
      <w:r>
        <w:t>and we at once good deeds as the fire at sap</w:t>
      </w:r>
    </w:p>
    <w:p>
      <w:pPr>
        <w:jc w:val="right"/>
      </w:pPr>
      <w:r>
        <w:t>این ڈوی ایٹساپ ونسگڈڈیڈز ایزدا فائرایٹساپ</w:t>
      </w:r>
    </w:p>
    <w:p>
      <w:r>
        <w:rPr>
          <w:b/>
        </w:rPr>
        <w:t xml:space="preserve">[1:03:22] </w:t>
      </w:r>
      <w:r>
        <w:t>wod is tarike se maulana ke aqwal zyada tar hain yeh is mein jo al risala ke cover pe chhapte rahe hain to yeh behtar kitab hai jo abhi pablash hui</w:t>
      </w:r>
    </w:p>
    <w:p>
      <w:pPr>
        <w:jc w:val="right"/>
      </w:pPr>
      <w:r>
        <w:t>وڈ اسطریقےسے مول اناکےاقوال زیادہ ترہیںیہ اسمیں جو الرسالہکے کورپہ چھپتےرہےہیں تو یہبہتاچھیکتاب ہے جو ابھی اہ پبلشہوئی</w:t>
      </w:r>
    </w:p>
    <w:p>
      <w:r>
        <w:rPr>
          <w:b/>
        </w:rPr>
        <w:t xml:space="preserve">[1:03:36] </w:t>
      </w:r>
      <w:r>
        <w:t>hai cpias ki website se available hai aur isko ap gift ke taur par logon ko de sakte hain</w:t>
      </w:r>
    </w:p>
    <w:p>
      <w:pPr>
        <w:jc w:val="right"/>
      </w:pPr>
      <w:r>
        <w:t>ہےسیپیایسکیویبسائٹسےاویلیبلہے اور اسکواپ گفٹکےطور پرلوگوںکودےسکتےہیں</w:t>
      </w:r>
    </w:p>
    <w:p>
      <w:r>
        <w:rPr>
          <w:b/>
        </w:rPr>
        <w:t xml:space="preserve">[1:03:42] </w:t>
      </w:r>
      <w:r>
        <w:t>jazak Allah shukriya doctor sahib jo doosri kitab</w:t>
      </w:r>
    </w:p>
    <w:p>
      <w:pPr>
        <w:jc w:val="right"/>
      </w:pPr>
      <w:r>
        <w:t>جزاک اللہ شکریہڈاکٹرصاحب اہ جودوسریکتاب</w:t>
      </w:r>
    </w:p>
    <w:p>
      <w:r>
        <w:rPr>
          <w:b/>
        </w:rPr>
        <w:t xml:space="preserve">[1:03:47] </w:t>
      </w:r>
      <w:r>
        <w:t>hum launch karne ja rahe hain woh hai the spirit of Islam</w:t>
      </w:r>
    </w:p>
    <w:p>
      <w:pPr>
        <w:jc w:val="right"/>
      </w:pPr>
      <w:r>
        <w:t>ہملانچکرنے جارہےہیںوہ ہے دا سپرٹاف اسلام</w:t>
      </w:r>
    </w:p>
    <w:p>
      <w:r>
        <w:rPr>
          <w:b/>
        </w:rPr>
        <w:t xml:space="preserve">[1:03:52] </w:t>
      </w:r>
      <w:r>
        <w:t>is pe bohat time se kaam chal raha tha aur ab yeh mukammal ho chuki hai yeh maulana ki urdu kitab Islam ek taaruf is ka translation hai jo</w:t>
      </w:r>
    </w:p>
    <w:p>
      <w:pPr>
        <w:jc w:val="right"/>
      </w:pPr>
      <w:r>
        <w:t>اسپہ بہت ٹائمسےکام چلرہاتھااورابیہ مک ملہوچکیہے اہ یہ مول اناکی ارد وکتاب اسلام ایک تعارف اسکا ٹرانسلیشنہےجو</w:t>
      </w:r>
    </w:p>
    <w:p>
      <w:r>
        <w:rPr>
          <w:b/>
        </w:rPr>
        <w:t xml:space="preserve">[1:04:02] </w:t>
      </w:r>
      <w:r>
        <w:t>doctor fareeda khan ne kiya hai aur ab yeh book bhi cpias website pe available hai</w:t>
      </w:r>
    </w:p>
    <w:p>
      <w:pPr>
        <w:jc w:val="right"/>
      </w:pPr>
      <w:r>
        <w:t>ڈاکٹرفریدہخانمنےکیاہے اور ابیہ بکبھی سیپیایسویبسائٹپہاویلیبلہے</w:t>
      </w:r>
    </w:p>
    <w:p>
      <w:r>
        <w:rPr>
          <w:b/>
        </w:rPr>
        <w:t xml:space="preserve">[1:04:08] </w:t>
      </w:r>
      <w:r>
        <w:t>infact comments section mein dono hi link post kar diye gaye hain to ap wahan se bhi is ko hasil kar sakte hain to mein doctor thania stand khan sahib se request karunga ke woh is book ko</w:t>
      </w:r>
    </w:p>
    <w:p>
      <w:pPr>
        <w:jc w:val="right"/>
      </w:pPr>
      <w:r>
        <w:t>انفیکٹکمنٹسیکشنمیں دونوںہی لنک پوسٹکردیےگئےہیں تواپوہاںسےبھی اسکوحاصل کرسکتےہیں تومیں ڈاکٹرثانیاسٹینڈخانصاحبسےریکویسٹکروںگاکہوہاسبککو</w:t>
      </w:r>
    </w:p>
    <w:p>
      <w:r>
        <w:rPr>
          <w:b/>
        </w:rPr>
        <w:t xml:space="preserve">[1:04:17] </w:t>
      </w:r>
      <w:r>
        <w:t>launch karein</w:t>
      </w:r>
    </w:p>
    <w:p>
      <w:pPr>
        <w:jc w:val="right"/>
      </w:pPr>
      <w:r>
        <w:t>لانچکریں</w:t>
      </w:r>
    </w:p>
    <w:p>
      <w:r>
        <w:rPr>
          <w:b/>
        </w:rPr>
        <w:t xml:space="preserve">[1:04:25] </w:t>
      </w:r>
      <w:r>
        <w:t>ah mujhe behad khushi ho rahi hai is kitab ko launch karte hue the spirit of Islam yeh ek bohat hi aham kitab hai Maulana ki purani kitabon mein se aur aham kitabon mein se ek kitab ah ah Islam ka taaruf iska trans</w:t>
      </w:r>
    </w:p>
    <w:p>
      <w:pPr>
        <w:jc w:val="right"/>
      </w:pPr>
      <w:r>
        <w:t>اہمجھےبےحدخوشیہورہیہے اس کتاب کو لانچکرتے ہوئے داسپرٹافاسلام یہایکبہتہی اہم کتاب ہے مول اناکیپرانی کتاب وںمیںسےاوراہمکتاب وںمیںسےایککتاب اہاہ اسلام کا تعارف اسکا ٹرانس</w:t>
      </w:r>
    </w:p>
    <w:p>
      <w:r>
        <w:rPr>
          <w:b/>
        </w:rPr>
        <w:t xml:space="preserve">[1:04:41] </w:t>
      </w:r>
      <w:r>
        <w:t>lation hai yeh ap ne translate kiya hai professor fareeda khan m</w:t>
      </w:r>
    </w:p>
    <w:p>
      <w:pPr>
        <w:jc w:val="right"/>
      </w:pPr>
      <w:r>
        <w:t>لیشنہےیہ اپ انےٹرانسلیٹکیاہے پروفیسرفریدہخانم</w:t>
      </w:r>
    </w:p>
    <w:p>
      <w:r>
        <w:rPr>
          <w:b/>
        </w:rPr>
        <w:t xml:space="preserve">[1:04:45] </w:t>
      </w:r>
      <w:r>
        <w:t>aur yeh kitab aslah-e-zaat se bhi behtar hai ke is mein chhote chhote articles hain ek ek page ke articles jaise al-risala ka andaaz tha aur bohat hi mu'assir</w:t>
      </w:r>
    </w:p>
    <w:p>
      <w:pPr>
        <w:jc w:val="right"/>
      </w:pPr>
      <w:r>
        <w:t>اور یہ کتاب اسلحاظسےبھیبہتاچھیہے کہاسمیں چھوٹےچھوٹے ارٹیکلزہیں ایکایک پیجکےارٹیکلز جیسے الرسالہکا انداز تھا اور بہت ہی مو ثر</w:t>
      </w:r>
    </w:p>
    <w:p>
      <w:r>
        <w:rPr>
          <w:b/>
        </w:rPr>
        <w:t xml:space="preserve">[1:04:58] </w:t>
      </w:r>
      <w:r>
        <w:t>aah yaani ek article agar aah koi is ko roz parh le to behtar baat is ke zehn mein aa sakti hai jaise</w:t>
      </w:r>
    </w:p>
    <w:p>
      <w:pPr>
        <w:jc w:val="right"/>
      </w:pPr>
      <w:r>
        <w:t>اہ یعنی ایک ارٹیکلاگر اہ کوئیاسکوروز پڑھلے تو بہتاچھیبات اسکےذہنمیںاسکتیہےجیسے</w:t>
      </w:r>
    </w:p>
    <w:p>
      <w:r>
        <w:rPr>
          <w:b/>
        </w:rPr>
        <w:t xml:space="preserve">[1:05:06] </w:t>
      </w:r>
      <w:r>
        <w:t>chand aah hi headings mein paRhata hoon one is of God</w:t>
      </w:r>
    </w:p>
    <w:p>
      <w:pPr>
        <w:jc w:val="right"/>
      </w:pPr>
      <w:r>
        <w:t>چند اہ ہیڈنگزمیںپڑھتاہوں ون نس افگاڈ</w:t>
      </w:r>
    </w:p>
    <w:p>
      <w:r>
        <w:rPr>
          <w:b/>
        </w:rPr>
        <w:t xml:space="preserve">[1:05:11] </w:t>
      </w:r>
      <w:r>
        <w:t>who are the angels dar-ul-afraat what is the quran</w:t>
      </w:r>
    </w:p>
    <w:p>
      <w:pPr>
        <w:jc w:val="right"/>
      </w:pPr>
      <w:r>
        <w:t>ہو اردااینجل ز دارولاف پرافٹس واٹازداقر ان</w:t>
      </w:r>
    </w:p>
    <w:p>
      <w:r>
        <w:rPr>
          <w:b/>
        </w:rPr>
        <w:t xml:space="preserve">[1:05:18] </w:t>
      </w:r>
      <w:r>
        <w:t>the traditions of the prophet is tarah se ek ek dedh ek dedh page ka mazmoon hai aur bohat hi achhi</w:t>
      </w:r>
    </w:p>
    <w:p>
      <w:pPr>
        <w:jc w:val="right"/>
      </w:pPr>
      <w:r>
        <w:t>داٹریڈیشنزافداپرافٹ اسطرحسے ایک ایک ڈیڑھ ایکڈیڑھپیجکا مضمونہےاوربہتہیاچھی</w:t>
      </w:r>
    </w:p>
    <w:p>
      <w:r>
        <w:rPr>
          <w:b/>
        </w:rPr>
        <w:t xml:space="preserve">[1:05:24] </w:t>
      </w:r>
      <w:r>
        <w:t>kitab hai yeh aur</w:t>
      </w:r>
    </w:p>
    <w:p>
      <w:pPr>
        <w:jc w:val="right"/>
      </w:pPr>
      <w:r>
        <w:t>کتاب ہےیہ اور</w:t>
      </w:r>
    </w:p>
    <w:p>
      <w:r>
        <w:rPr>
          <w:b/>
        </w:rPr>
        <w:t xml:space="preserve">[1:05:27] </w:t>
      </w:r>
      <w:r>
        <w:t>ah kafi is kay andar mazameen hain ah yeh 4 8 8 page ki kitab hai aur behta hi ah well produced bhi hai to inshallah is kitab say logon ko behta faida hoga ji</w:t>
      </w:r>
    </w:p>
    <w:p>
      <w:pPr>
        <w:jc w:val="right"/>
      </w:pPr>
      <w:r>
        <w:t>اہکافی اسکےاندرمض امینہیں اہیہ 4 8 8پیجکی کی کتاب ہےاوربہتہی اہ ویل پروڈیوسڈبھیہے تو انشاءاللہ اسکتاب سے لوگوںکوبہت فائدہہوگا جی</w:t>
      </w:r>
    </w:p>
    <w:p>
      <w:r>
        <w:rPr>
          <w:b/>
        </w:rPr>
        <w:t xml:space="preserve">[1:05:41] </w:t>
      </w:r>
      <w:r>
        <w:t>jazakallahu doctor sahib soweeviyelandtoday session bibibicnextsunday 10:30 amthankyou .</w:t>
      </w:r>
    </w:p>
    <w:p>
      <w:pPr>
        <w:jc w:val="right"/>
      </w:pPr>
      <w:r>
        <w:t>جز اکاللہڈاکٹرصاحب سوویویلاینڈٹوڈےسیشنبی بیبیکنیکسٹسنڈے 10:30اےایمتھینکیو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