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Model of Paradise June 22, 2014</w:t>
      </w:r>
    </w:p>
    <w:p>
      <w:r>
        <w:t>https://youtu.be/7jXD8E_dN-E</w:t>
      </w:r>
    </w:p>
    <w:p>
      <w:r>
        <w:rPr>
          <w:b/>
        </w:rPr>
        <w:t xml:space="preserve">[00:28] </w:t>
      </w:r>
      <w:r>
        <w:t>wahal al-aqdah min lisani, yafqah qawli.</w:t>
      </w:r>
    </w:p>
    <w:p>
      <w:pPr>
        <w:jc w:val="right"/>
      </w:pPr>
      <w:r>
        <w:t>واحل العقدۃ من لسانی، یفقہ قولی۔</w:t>
      </w:r>
    </w:p>
    <w:p>
      <w:r>
        <w:rPr>
          <w:b/>
        </w:rPr>
        <w:t xml:space="preserve">[00:39] </w:t>
      </w:r>
      <w:r>
        <w:t>aaj ka topic hai "model of paradise", yaani jannat ka model.</w:t>
      </w:r>
    </w:p>
    <w:p>
      <w:pPr>
        <w:jc w:val="right"/>
      </w:pPr>
      <w:r>
        <w:t>آج کا ٹاپک ہے "ماڈل آف پیراڈائز"، یعنی جنت کا ماڈل۔</w:t>
      </w:r>
    </w:p>
    <w:p>
      <w:r>
        <w:rPr>
          <w:b/>
        </w:rPr>
        <w:t xml:space="preserve">[00:52] </w:t>
      </w:r>
      <w:r>
        <w:t>yeh bohat zyada aham sawal hai kyunke quran mein sara focus jo hai jannat par hai.</w:t>
      </w:r>
    </w:p>
    <w:p>
      <w:pPr>
        <w:jc w:val="right"/>
      </w:pPr>
      <w:r>
        <w:t>یہ بہت زیادہ اہم سوال ہے کیونکہ قرآن میں سارا فوکس جو ہے جنت پر ہے۔</w:t>
      </w:r>
    </w:p>
    <w:p>
      <w:r>
        <w:rPr>
          <w:b/>
        </w:rPr>
        <w:t xml:space="preserve">[01:04] </w:t>
      </w:r>
      <w:r>
        <w:t>sara focus, aakhri jo destination quran ki batata hai insaan ki, woh paradise hai.</w:t>
      </w:r>
    </w:p>
    <w:p>
      <w:pPr>
        <w:jc w:val="right"/>
      </w:pPr>
      <w:r>
        <w:t>سارا فوکس، آخری جو ڈیسٹینیشن قرآن کی بتاتا ہے انسان کی، وہ پیراڈائز ہے۔</w:t>
      </w:r>
    </w:p>
    <w:p>
      <w:r>
        <w:rPr>
          <w:b/>
        </w:rPr>
        <w:t xml:space="preserve">[01:14] </w:t>
      </w:r>
      <w:r>
        <w:t>lekin paradise ke baray mein jo maloomat hain quran mein, woh squared way mein hain.</w:t>
      </w:r>
    </w:p>
    <w:p>
      <w:pPr>
        <w:jc w:val="right"/>
      </w:pPr>
      <w:r>
        <w:t>لیکن پیراڈائز کے بارے میں جو معلومات ہیں قرآن میں، وہ اسکوائرڈ وے میں ہیں۔</w:t>
      </w:r>
    </w:p>
    <w:p>
      <w:r>
        <w:rPr>
          <w:b/>
        </w:rPr>
        <w:t xml:space="preserve">[01:20] </w:t>
      </w:r>
      <w:r>
        <w:t>aisa nahi ke koi aik chapter ho, is chapter mein sari detail jannat ki maujood ho. to different aayaton ko le kar aap ko is ka picture banani parti hai.</w:t>
      </w:r>
    </w:p>
    <w:p>
      <w:pPr>
        <w:jc w:val="right"/>
      </w:pPr>
      <w:r>
        <w:t>ایسا نہیں کہ کوئی ایک چیپٹر ہو، اس چیپٹر میں ساری ڈیٹیل جنت کی موجود ہو۔ تو ڈفرنٹ آیتوں کو لے کر آپ کو اس کا پکچر بنانی پڑتی ہے۔</w:t>
      </w:r>
    </w:p>
    <w:p>
      <w:r>
        <w:rPr>
          <w:b/>
        </w:rPr>
        <w:t xml:space="preserve">[01:35] </w:t>
      </w:r>
      <w:r>
        <w:t>different aayaton ko. aam taur par jo insani kitabein hoti hain, us mein har aik ka alag alag chapter hota hai, maslan jannat ka aik chapter.</w:t>
      </w:r>
    </w:p>
    <w:p>
      <w:pPr>
        <w:jc w:val="right"/>
      </w:pPr>
      <w:r>
        <w:t>ڈفرنٹ آیتوں کو۔ عام طور پر جو انسانی کتابیں ہوتی ہیں، اس میں ہر ایک کا الگ الگ چیپٹر ہوتا ہے، مثلاً جنت کا ایک چیپٹر۔</w:t>
      </w:r>
    </w:p>
    <w:p>
      <w:r>
        <w:rPr>
          <w:b/>
        </w:rPr>
        <w:t xml:space="preserve">[01:48] </w:t>
      </w:r>
      <w:r>
        <w:t>to quran mein aisa nahi hai. poore quran mein aap ko in aayaton ko le kar aik tasweer banani paregi, tab aap ko clear hoga ke jannat ka model kya hai.</w:t>
      </w:r>
    </w:p>
    <w:p>
      <w:pPr>
        <w:jc w:val="right"/>
      </w:pPr>
      <w:r>
        <w:t>تو قرآن میں ایسا نہیں ہے۔ پورے قرآن میں آپ کو ان آیتوں کو لے کر ایک تصویر بنانی پڑے گی، تب آپ کو کلیئر ہوگا کہ جنت کا ماڈل کیا ہے۔</w:t>
      </w:r>
    </w:p>
    <w:p>
      <w:r>
        <w:rPr>
          <w:b/>
        </w:rPr>
        <w:t xml:space="preserve">[02:07] </w:t>
      </w:r>
      <w:r>
        <w:t>to dekhiye, mein is ko shuru karta hoon aik aayat se</w:t>
      </w:r>
    </w:p>
    <w:p>
      <w:pPr>
        <w:jc w:val="right"/>
      </w:pPr>
      <w:r>
        <w:t>تو دیکھیے، میں اس کو شروع کرتا ہوں ایک آیت سے</w:t>
      </w:r>
    </w:p>
    <w:p>
      <w:r>
        <w:rPr>
          <w:b/>
        </w:rPr>
        <w:t xml:space="preserve">[02:14] </w:t>
      </w:r>
      <w:r>
        <w:t>۔ quran mein aik aayat hai:</w:t>
      </w:r>
    </w:p>
    <w:p>
      <w:pPr>
        <w:jc w:val="right"/>
      </w:pPr>
      <w:r>
        <w:t>۔ قرآن میں ایک آیت ہے:</w:t>
      </w:r>
    </w:p>
    <w:p>
      <w:r>
        <w:rPr>
          <w:b/>
        </w:rPr>
        <w:t xml:space="preserve">[02:19] </w:t>
      </w:r>
      <w:r>
        <w:t>"wa min kulli shai'in khalaqna zawjain la'allakum tadhakkarun" ۔ yaani khaliq ne har cheez ko banaya hai jore jore,</w:t>
      </w:r>
    </w:p>
    <w:p>
      <w:pPr>
        <w:jc w:val="right"/>
      </w:pPr>
      <w:r>
        <w:t>"ومن کل شئ خلقنا زوجین لعلكم تذکرون" ۔ یعنی خالق نے ہر چیز کو بنایا ہے جوڑے جوڑے،</w:t>
      </w:r>
    </w:p>
    <w:p>
      <w:r>
        <w:rPr>
          <w:b/>
        </w:rPr>
        <w:t xml:space="preserve">[02:34] </w:t>
      </w:r>
      <w:r>
        <w:t>taake tum ghaur karo.</w:t>
      </w:r>
    </w:p>
    <w:p>
      <w:pPr>
        <w:jc w:val="right"/>
      </w:pPr>
      <w:r>
        <w:t>تاکہ تم غور کرو۔</w:t>
      </w:r>
    </w:p>
    <w:p>
      <w:r>
        <w:rPr>
          <w:b/>
        </w:rPr>
        <w:t xml:space="preserve">[02:39] </w:t>
      </w:r>
      <w:r>
        <w:t>yeh bohat important aayat hai.</w:t>
      </w:r>
    </w:p>
    <w:p>
      <w:pPr>
        <w:jc w:val="right"/>
      </w:pPr>
      <w:r>
        <w:t>یہ بہت امپورٹنٹ آیت ہے۔</w:t>
      </w:r>
    </w:p>
    <w:p>
      <w:r>
        <w:rPr>
          <w:b/>
        </w:rPr>
        <w:t xml:space="preserve">[02:43] </w:t>
      </w:r>
      <w:r>
        <w:t>is kainat mein jitni cheezein hum jante hain, woh sab mein jore jore ka ka tareeqa maujood hai.</w:t>
      </w:r>
    </w:p>
    <w:p>
      <w:pPr>
        <w:jc w:val="right"/>
      </w:pPr>
      <w:r>
        <w:t>اس کائنات میں جتنی چیزیں ہم جانتے ہیں، وہ سب میں جوڑے جوڑے کا کا طریقہ موجود ہے۔</w:t>
      </w:r>
    </w:p>
    <w:p>
      <w:r>
        <w:rPr>
          <w:b/>
        </w:rPr>
        <w:t xml:space="preserve">[02:52] </w:t>
      </w:r>
      <w:r>
        <w:t>maslan dekhiye, material world mein kya hai? har atom mein negative particle hote hain aur positive particle hote hain.</w:t>
      </w:r>
    </w:p>
    <w:p>
      <w:pPr>
        <w:jc w:val="right"/>
      </w:pPr>
      <w:r>
        <w:t>مثلاً دیکھیے، مٹیریل ورلڈ میں کیا ہے؟ ہر ایٹم میں نیگیٹیو پارٹیکل ہوتے ہیں اور پازیٹیو پارٹیکل ہوتے ہیں۔</w:t>
      </w:r>
    </w:p>
    <w:p>
      <w:r>
        <w:rPr>
          <w:b/>
        </w:rPr>
        <w:t xml:space="preserve">[03:06] </w:t>
      </w:r>
      <w:r>
        <w:t>sirf negative particle ho, positive particle na ho, atom hi nahi banega.</w:t>
      </w:r>
    </w:p>
    <w:p>
      <w:pPr>
        <w:jc w:val="right"/>
      </w:pPr>
      <w:r>
        <w:t>صرف نیگیٹیو پارٹیکل ہو، پازیٹیو پارٹیکل نہ ہو، ایٹم ہی نہیں بنے گا۔</w:t>
      </w:r>
    </w:p>
    <w:p>
      <w:r>
        <w:rPr>
          <w:b/>
        </w:rPr>
        <w:t xml:space="preserve">[03:13] </w:t>
      </w:r>
      <w:r>
        <w:t>yeh dono mein se koi aik na ho to atom nahi banega, aur phir duniya nahi hogi. aise hi dekhiye, yeh jo plant kingdom hai, darakhton ki duniya, wahan bhi darakhton mein male female hote hain.</w:t>
      </w:r>
    </w:p>
    <w:p>
      <w:pPr>
        <w:jc w:val="right"/>
      </w:pPr>
      <w:r>
        <w:t>یہ دونوں میں سے کوئی ایک نہ ہو تو ایٹم نہیں بنے گا، اور پھر دنیا نہیں ہوگی۔ ایسے ہی دیکھیے، یہ جو پلانٹ کنگڈم ہے، درختوں کی دنیا، وہاں بھی درختوں میں میل فیمیل ہوتے ہیں۔</w:t>
      </w:r>
    </w:p>
    <w:p>
      <w:r>
        <w:rPr>
          <w:b/>
        </w:rPr>
        <w:t xml:space="preserve">[03:33] </w:t>
      </w:r>
      <w:r>
        <w:t>agar male female na hon to darakht bhi nahi banega.</w:t>
      </w:r>
    </w:p>
    <w:p>
      <w:pPr>
        <w:jc w:val="right"/>
      </w:pPr>
      <w:r>
        <w:t>اگر میل فیمیل نہ ہوں تو درخت بھی نہیں بنے گا۔</w:t>
      </w:r>
    </w:p>
    <w:p>
      <w:r>
        <w:rPr>
          <w:b/>
        </w:rPr>
        <w:t xml:space="preserve">[03:42] </w:t>
      </w:r>
      <w:r>
        <w:t>is liye ke male female na ho to phal nahi banega. phal nahi banega to darakht ka silsila kaise qaim hoga? aise hi dekhiye, haiwanat mein.</w:t>
      </w:r>
    </w:p>
    <w:p>
      <w:pPr>
        <w:jc w:val="right"/>
      </w:pPr>
      <w:r>
        <w:t>اس لیے کہ میل فیمیل نہ ہو تو پھل نہیں بنے گا۔ پھل نہیں بنے گا تو درخت کا سلسلہ کیسے قائم ہوگا؟ ایسے ہی دیکھیے، حیوانات میں۔</w:t>
      </w:r>
    </w:p>
    <w:p>
      <w:r>
        <w:rPr>
          <w:b/>
        </w:rPr>
        <w:t xml:space="preserve">[03:58] </w:t>
      </w:r>
      <w:r>
        <w:t>haiwanat mein bhi</w:t>
      </w:r>
    </w:p>
    <w:p>
      <w:pPr>
        <w:jc w:val="right"/>
      </w:pPr>
      <w:r>
        <w:t>حیوانات میں بھی</w:t>
      </w:r>
    </w:p>
    <w:p>
      <w:r>
        <w:rPr>
          <w:b/>
        </w:rPr>
        <w:t xml:space="preserve">[04:02] </w:t>
      </w:r>
      <w:r>
        <w:t>hi animal aur she animal hota hai. agar agar dono na hon to haiwanat ki nasal khatm ho jaye.</w:t>
      </w:r>
    </w:p>
    <w:p>
      <w:pPr>
        <w:jc w:val="right"/>
      </w:pPr>
      <w:r>
        <w:t>ہی اینیمل اور شی اینیمل ہوتا ہے۔ اگر اگر دونوں نہ ہوں تو حیوانات کی نسل ختم ہو جائے۔</w:t>
      </w:r>
    </w:p>
    <w:p>
      <w:r>
        <w:rPr>
          <w:b/>
        </w:rPr>
        <w:t xml:space="preserve">[04:11] </w:t>
      </w:r>
      <w:r>
        <w:t>t</w:t>
      </w:r>
    </w:p>
    <w:p>
      <w:pPr>
        <w:jc w:val="right"/>
      </w:pPr>
      <w:r>
        <w:t>ٹ</w:t>
      </w:r>
    </w:p>
    <w:p>
      <w:r>
        <w:rPr>
          <w:b/>
        </w:rPr>
        <w:t xml:space="preserve">[04:12] </w:t>
      </w:r>
      <w:r>
        <w:t>theek hai, mamla insan ka hai. yahan bhi dekhiye, mard hota hai aur عورت bhi hoti hai. agar dono mein se koi ek na ho to insan ki nasal khatm ho jaye.</w:t>
      </w:r>
    </w:p>
    <w:p>
      <w:pPr>
        <w:jc w:val="right"/>
      </w:pPr>
      <w:r>
        <w:t>ھیک ہے، معاملہ انسان کا ہے۔ یہاں بھی دیکھیے، مرد ہوتا ہے اور عورت بھی ہوتی ہے۔ اگر دونوں میں سے کوئی ایک نہ ہو تو انسان کی نسل ختم ہو جائے۔</w:t>
      </w:r>
    </w:p>
    <w:p>
      <w:r>
        <w:rPr>
          <w:b/>
        </w:rPr>
        <w:t xml:space="preserve">[04:26] </w:t>
      </w:r>
      <w:r>
        <w:t>to poori duniya ka mutala batata hai ke duniya ka jo nizam hai, woh pair par base karta hai, pair system par.</w:t>
      </w:r>
    </w:p>
    <w:p>
      <w:pPr>
        <w:jc w:val="right"/>
      </w:pPr>
      <w:r>
        <w:t>تو پوری دنیا کا مطالعہ بتاتا ہے کہ دنیا کا جو نظام ہے، وہ پیئر پر بیس کرتا ہے، پیئر سسٹم پر۔</w:t>
      </w:r>
    </w:p>
    <w:p>
      <w:r>
        <w:rPr>
          <w:b/>
        </w:rPr>
        <w:t xml:space="preserve">[04:41] </w:t>
      </w:r>
      <w:r>
        <w:t>to ab sawal yeh hai ke hum jis zameen par rehte hain, planet earth, iska bhi ek pair hona chahiye. chunancha science ne guess kar ke yeh bataya hai ke is duniya ka bhi ek pair maujood hai.</w:t>
      </w:r>
    </w:p>
    <w:p>
      <w:pPr>
        <w:jc w:val="right"/>
      </w:pPr>
      <w:r>
        <w:t>تو اب سوال یہ ہے کہ ہم جس زمین پر رہتے ہیں، پلینٹ ارتھ، اس کا بھی ایک پیئر ہونا چاہیے۔ چنانچہ سائنس نے گیس کر کے یہ بتایا ہے کہ اس دنیا کا بھی ایک پیئر موجود ہے۔</w:t>
      </w:r>
    </w:p>
    <w:p>
      <w:r>
        <w:rPr>
          <w:b/>
        </w:rPr>
        <w:t xml:space="preserve">[04:59] </w:t>
      </w:r>
      <w:r>
        <w:t>yeh ek scientific guess hai. aisa nahi ke kisi telescope se duniya ko dekha gaya ho. lekin beharhal yeh kaha jata hai ke yeh duniya jo negative world hai, ek aur duniya hai jo positive world hai.</w:t>
      </w:r>
    </w:p>
    <w:p>
      <w:pPr>
        <w:jc w:val="right"/>
      </w:pPr>
      <w:r>
        <w:t>یہ ایک سائنٹیفک گیس ہے۔ ایسا نہیں کہ کسی ٹیلیسکوپ سے دنیا کو دیکھا گیا ہو۔ لیکن بہرحال یہ کہا جاتا ہے کہ یہ دنیا جو نیگیٹیو ورلڈ ہے، ایک اور دنیا ہے جو پازیٹیو ورلڈ ہے۔</w:t>
      </w:r>
    </w:p>
    <w:p>
      <w:r>
        <w:rPr>
          <w:b/>
        </w:rPr>
        <w:t xml:space="preserve">[05:12] </w:t>
      </w:r>
      <w:r>
        <w:t>nahi, yeh duniya positive world hai, ek aur duniya negative world hai. agar yeh agar yeh dono duniya na hon to yeh duniya khatm ho jaye.</w:t>
      </w:r>
    </w:p>
    <w:p>
      <w:pPr>
        <w:jc w:val="right"/>
      </w:pPr>
      <w:r>
        <w:t>نہیں، یہ دنیا پازیٹیو ورلڈ ہے، ایک اور دنیا نیگیٹیو ورلڈ ہے۔ اگر یہ اگر یہ دونوں دنیا نہ ہوں تو یہ دنیا ختم ہو جائے۔</w:t>
      </w:r>
    </w:p>
    <w:p>
      <w:r>
        <w:rPr>
          <w:b/>
        </w:rPr>
        <w:t xml:space="preserve">[05:22] </w:t>
      </w:r>
      <w:r>
        <w:t>aisa kaha jata hai. to hamari duniya jo hai, ek pair world ki shakal mein hai.</w:t>
      </w:r>
    </w:p>
    <w:p>
      <w:pPr>
        <w:jc w:val="right"/>
      </w:pPr>
      <w:r>
        <w:t>ایسا کہا جاتا ہے۔ تو ہماری دنیا جو ہے، ایک پیئر ورلڈ کی شکل میں ہے۔</w:t>
      </w:r>
    </w:p>
    <w:p>
      <w:r>
        <w:rPr>
          <w:b/>
        </w:rPr>
        <w:t xml:space="preserve">[05:29] </w:t>
      </w:r>
      <w:r>
        <w:t>to yeh keh kar yeh bataya gaya hai ke isi tarah se aur cheezon ka mamla hai. maslan dekhiye, hum is duniya mein paida hote hain,</w:t>
      </w:r>
    </w:p>
    <w:p>
      <w:pPr>
        <w:jc w:val="right"/>
      </w:pPr>
      <w:r>
        <w:t>تو یہ کہہ کر یہ بتایا گیا ہے کہ اسی طرح سے اور چیزوں کا معاملہ ہے۔ مثلاً دیکھیے، ہم اس دنیا میں پیدا ہوتے ہیں،</w:t>
      </w:r>
    </w:p>
    <w:p>
      <w:r>
        <w:rPr>
          <w:b/>
        </w:rPr>
        <w:t xml:space="preserve">[05:44] </w:t>
      </w:r>
      <w:r>
        <w:t>jawani ki umar ko pohanchte hain, phir kuch kaam karte hain aur phir mar jate hain. average umar insan ki 70 saal batayi jati hai.</w:t>
      </w:r>
    </w:p>
    <w:p>
      <w:pPr>
        <w:jc w:val="right"/>
      </w:pPr>
      <w:r>
        <w:t>جوانی کی عمر کو پہنچتے ہیں، پھر کچھ کام کرتے ہیں اور پھر مر جاتے ہیں۔ ایوریج عمر انسان کی 70 سال بتائی جاتی ہے۔</w:t>
      </w:r>
    </w:p>
    <w:p>
      <w:r>
        <w:rPr>
          <w:b/>
        </w:rPr>
        <w:t xml:space="preserve">[05:56] </w:t>
      </w:r>
      <w:r>
        <w:t>to yeh incomplete zindagi hai. complete zindagi nahi hai. is par ghor kiya jaye to yeh yeh jo yeh jo zameen hai, yeh hamara habitat hi nahi hai, sahi maano mein.</w:t>
      </w:r>
    </w:p>
    <w:p>
      <w:pPr>
        <w:jc w:val="right"/>
      </w:pPr>
      <w:r>
        <w:t>تو یہ ان کمپلیٹ زندگی ہے۔ کمپلیٹ زندگی نہیں ہے۔ اس پر غور کیا جائے تو یہ یہ جو یہ جو زمین ہے، یہ ہمارا ہیبیٹاٹ ہی نہیں ہے، صحیح معنوں میں۔</w:t>
      </w:r>
    </w:p>
    <w:p>
      <w:r>
        <w:rPr>
          <w:b/>
        </w:rPr>
        <w:t xml:space="preserve">[06:14] </w:t>
      </w:r>
      <w:r>
        <w:t>to foran yeh sawal paida hota hai ke haiwanat ke habitat hote hain, to insan ka habitat kahan hai?</w:t>
      </w:r>
    </w:p>
    <w:p>
      <w:pPr>
        <w:jc w:val="right"/>
      </w:pPr>
      <w:r>
        <w:t>تو فوراً یہ سوال پیدا ہوتا ہے کہ حیوانات کے ہیبیٹاٹ ہوتے ہیں، تو انسان کا ہیبیٹاٹ کہاں ہے؟</w:t>
      </w:r>
    </w:p>
    <w:p>
      <w:r>
        <w:rPr>
          <w:b/>
        </w:rPr>
        <w:t xml:space="preserve">[06:26] </w:t>
      </w:r>
      <w:r>
        <w:t>to is jo woh jo usool hai ke jor ka usool, har cheez ka ek jor hai, to iska bhi jor hona chahiye.</w:t>
      </w:r>
    </w:p>
    <w:p>
      <w:pPr>
        <w:jc w:val="right"/>
      </w:pPr>
      <w:r>
        <w:t>تو اس جو وہ جو اصول ہے کہ زوج کا اصول، ہر چیز کا ایک زوج ہے، تو اس کا بھی زوج ہونا چاہیے۔</w:t>
      </w:r>
    </w:p>
    <w:p>
      <w:r>
        <w:rPr>
          <w:b/>
        </w:rPr>
        <w:t xml:space="preserve">[06:38] </w:t>
      </w:r>
      <w:r>
        <w:t>to yeh ek bazahir ek qiyasi logic hai, lekin aap jante hain ke khud science bhi qiyasi logic phadi hui hai.</w:t>
      </w:r>
    </w:p>
    <w:p>
      <w:pPr>
        <w:jc w:val="right"/>
      </w:pPr>
      <w:r>
        <w:t>تو یہ ایک بظاہر ایک قیاسی لاجک ہے، لیکن آپ جانتے ہیں کہ خود سائنس بھی قیاسی لاجک پھڑی ہوئی ہے۔</w:t>
      </w:r>
    </w:p>
    <w:p>
      <w:r>
        <w:rPr>
          <w:b/>
        </w:rPr>
        <w:t xml:space="preserve">[06:49] </w:t>
      </w:r>
      <w:r>
        <w:t>aur agar guess ko, yani qiyas ko, science se kharij kar diya jaye to jitni theories hain science ki, woh bhi khatm ho jayengi.</w:t>
      </w:r>
    </w:p>
    <w:p>
      <w:pPr>
        <w:jc w:val="right"/>
      </w:pPr>
      <w:r>
        <w:t>اور اگر گیس کو، یعنی قیاس کو، سائنس سے خارج کیا کر دیا جائے تو جتنی تھیوریز ہیں سائنس کی، وہ بھی ختم ہو جائیں گی۔</w:t>
      </w:r>
    </w:p>
    <w:p>
      <w:r>
        <w:rPr>
          <w:b/>
        </w:rPr>
        <w:t xml:space="preserve">[07:00] </w:t>
      </w:r>
      <w:r>
        <w:t>kyun ke jitni bhi theories hain, jitni bhi theories hain, is mein kahin ke element guess ka hai, qiyas ka hai, inference ka hai.</w:t>
      </w:r>
    </w:p>
    <w:p>
      <w:pPr>
        <w:jc w:val="right"/>
      </w:pPr>
      <w:r>
        <w:t>کیونکہ جتنی بھی تھیوریز ہیں، جتنی بھی تھیوریز ہیں، اس میں کہیں کہ ایلیمنٹ گیس کا ہے، قیاس کا ہے، انفرنس کا ہے۔</w:t>
      </w:r>
    </w:p>
    <w:p>
      <w:r>
        <w:rPr>
          <w:b/>
        </w:rPr>
        <w:t xml:space="preserve">[07:09] </w:t>
      </w:r>
      <w:r>
        <w:t>to is is soch ko aap badhaiye, is soch ko aap badhaiye to aap ko ek maqam par pohanch kar jannat ki discovery ho jayegi.</w:t>
      </w:r>
    </w:p>
    <w:p>
      <w:pPr>
        <w:jc w:val="right"/>
      </w:pPr>
      <w:r>
        <w:t>تو اس اس سوچ کو آپ بڑھائیے، اس سوچ کو آپ بڑھائیے تو آپ کو ایک مقام پر پہنچ کر جنت کی ڈسکوری ہو جائے گی۔</w:t>
      </w:r>
    </w:p>
    <w:p>
      <w:r>
        <w:rPr>
          <w:b/>
        </w:rPr>
        <w:t xml:space="preserve">[07:24] </w:t>
      </w:r>
      <w:r>
        <w:t>jannat ki discovery ho jayegi. ab dekhiye, main aap ko ek pehlu par ghor karne ki dawat deta hoon.</w:t>
      </w:r>
    </w:p>
    <w:p>
      <w:pPr>
        <w:jc w:val="right"/>
      </w:pPr>
      <w:r>
        <w:t>جنت کی ڈسکوری ہو جائے گی۔ اب دیکھیے، میں آپ کو ایک پہلو پر غور کرنے کی دعوت دیتا ہوں۔</w:t>
      </w:r>
    </w:p>
    <w:p>
      <w:r>
        <w:rPr>
          <w:b/>
        </w:rPr>
        <w:t xml:space="preserve">[07:34] </w:t>
      </w:r>
      <w:r>
        <w:t>insan jo paida hua hai, to ek is ka ek physical body hai aur ek is ka mind hai. hum dekhte hain ke jo hamari physical body hai, is ka to saman yahan bharpoor maujood hai.</w:t>
      </w:r>
    </w:p>
    <w:p>
      <w:pPr>
        <w:jc w:val="right"/>
      </w:pPr>
      <w:r>
        <w:t>انسان جو پیدا ہوا ہے، تو ایک اس کا ایک فزیکل باڈی ہے اور ایک اس کا مائنڈ ہے۔ ہم دیکھتے ہیں کہ جو ہماری فزیکل باڈی ہے، اس کا تو سامان یہاں بھرپور موجود ہے۔</w:t>
      </w:r>
    </w:p>
    <w:p>
      <w:r>
        <w:rPr>
          <w:b/>
        </w:rPr>
        <w:t xml:space="preserve">[07:52] </w:t>
      </w:r>
      <w:r>
        <w:t>pyaas ke liye pani, khane ke liye food, aaram ke liye bistar, har cheez maujood hai. aur modern civilization ne bohat ziyada saman mein izafa kiya hai.</w:t>
      </w:r>
    </w:p>
    <w:p>
      <w:pPr>
        <w:jc w:val="right"/>
      </w:pPr>
      <w:r>
        <w:t>پیاس کے لیے پانی، کھانے کے لیے فوڈ، آرام کے لیے بستر، ہر چیز موجود ہے۔ اور ماڈرن سویلائزیشن نے بہت زیادہ سامان میں اضافہ کیا ہے۔</w:t>
      </w:r>
    </w:p>
    <w:p>
      <w:r>
        <w:rPr>
          <w:b/>
        </w:rPr>
        <w:t xml:space="preserve">[08:06] </w:t>
      </w:r>
      <w:r>
        <w:t>pehlay zamanay mein jo physical life thi insan ki, woh bohat hi crude qism ki thi. khud mere bachpan mein, mere bachpan mein bhi bohat hi crude life hua karti thi.</w:t>
      </w:r>
    </w:p>
    <w:p>
      <w:pPr>
        <w:jc w:val="right"/>
      </w:pPr>
      <w:r>
        <w:t>پہلے زمانے میں جو فزیکل لائف تھی انسان کی، وہ بہت ہی کروڈ قسم کی تھی۔ خود میرے بچپن میں، میرے بچپن میں بھی بہت ہی کروڈ لائف ہوا کرتی تھی۔</w:t>
      </w:r>
    </w:p>
    <w:p>
      <w:r>
        <w:rPr>
          <w:b/>
        </w:rPr>
        <w:t xml:space="preserve">[08:20] </w:t>
      </w:r>
      <w:r>
        <w:t>aaj science ne itnay ziyada item badha diye hain ke hum bohat hi comfortable life guzarne ki position mein ho gaye hain.</w:t>
      </w:r>
    </w:p>
    <w:p>
      <w:pPr>
        <w:jc w:val="right"/>
      </w:pPr>
      <w:r>
        <w:t>آج سائنس نے اتنے زیادہ آئٹم بڑھا دیے ہیں کہ ہم بہت ہی کمفرٹیبل لائف گزارنے کی پوزیشن میں ہو گئے ہیں۔</w:t>
      </w:r>
    </w:p>
    <w:p>
      <w:r>
        <w:rPr>
          <w:b/>
        </w:rPr>
        <w:t xml:space="preserve">[08:29] </w:t>
      </w:r>
      <w:r>
        <w:t>beshumar qism ki luxury wajood mein aa gayi hai. to physical life jo hai, physical aspect jo hai insan ka, is ke liye to bohat item mil gaye hum ko.</w:t>
      </w:r>
    </w:p>
    <w:p>
      <w:pPr>
        <w:jc w:val="right"/>
      </w:pPr>
      <w:r>
        <w:t>بے شمار قسم کی لگژری وجود میں آ گئی ہے۔ تو فزیکل لائف جو ہے، فزیکل اسپیکٹ جو ہے انسان کا، اس کے لیے تو بہت آئٹم مل گئے ہم کو۔</w:t>
      </w:r>
    </w:p>
    <w:p>
      <w:r>
        <w:rPr>
          <w:b/>
        </w:rPr>
        <w:t xml:space="preserve">[08:45] </w:t>
      </w:r>
      <w:r>
        <w:t>lekin hamari ek aur life hai, woh intellectual life.</w:t>
      </w:r>
    </w:p>
    <w:p>
      <w:pPr>
        <w:jc w:val="right"/>
      </w:pPr>
      <w:r>
        <w:t>لیکن ہماری ایک اور لائف ہے، وہ انٹلیکچول لائف۔</w:t>
      </w:r>
    </w:p>
    <w:p>
      <w:r>
        <w:rPr>
          <w:b/>
        </w:rPr>
        <w:t xml:space="preserve">[08:50] </w:t>
      </w:r>
      <w:r>
        <w:t>is ke liye koi saman hi nahin. har aadmi jo logon ke andar jo stress hota hai, jo tension hota hai, dis satisfaction hota hai, woh kahan hota hai?</w:t>
      </w:r>
    </w:p>
    <w:p>
      <w:pPr>
        <w:jc w:val="right"/>
      </w:pPr>
      <w:r>
        <w:t>اس کے لیے کوئی سامان ہی نہیں۔ ہر آدمی جو لوگوں کے اندر جو اسٹریس ہوتا ہے، جو ٹینشن ہوتا ہے، ڈس سیٹسفیکشن ہوتا ہے، وہ کہاں ہوتا ہے؟</w:t>
      </w:r>
    </w:p>
    <w:p>
      <w:r>
        <w:rPr>
          <w:b/>
        </w:rPr>
        <w:t xml:space="preserve">[09:05] </w:t>
      </w:r>
      <w:r>
        <w:t>woh body ke level par nahin hota hai, woh mind ke level par hota hai.</w:t>
      </w:r>
    </w:p>
    <w:p>
      <w:pPr>
        <w:jc w:val="right"/>
      </w:pPr>
      <w:r>
        <w:t>وہ باڈی کے لیول پر نہیں ہوتا ہے، وہ مائنڈ کے لیول پر ہوتا ہے۔</w:t>
      </w:r>
    </w:p>
    <w:p>
      <w:r>
        <w:rPr>
          <w:b/>
        </w:rPr>
        <w:t xml:space="preserve">[09:12] </w:t>
      </w:r>
      <w:r>
        <w:t>body jo chahti hai, woh to mil raha hai us ko. body ke level par hamari body ko koi dis satisfaction nahin hai. lekin intellectual level par itna zyada hai ke har aadmi tension jeeta hai, har aadmi ko stress hai,</w:t>
      </w:r>
    </w:p>
    <w:p>
      <w:pPr>
        <w:jc w:val="right"/>
      </w:pPr>
      <w:r>
        <w:t>باڈی جو چاہتی ہے، وہ تو مل رہا ہے اس کو۔ باڈی کے لیول پر ہماری باڈی کو کوئی ڈس سیٹسفیکشن نہیں ہے۔ لیکن انٹلیکچول لیول پر اتنا زیادہ ہے کہ ہر آدمی ٹینشن جیتا ہے، ہر آدمی کو اسٹریس ہے،</w:t>
      </w:r>
    </w:p>
    <w:p>
      <w:r>
        <w:rPr>
          <w:b/>
        </w:rPr>
        <w:t xml:space="preserve">[09:31] </w:t>
      </w:r>
      <w:r>
        <w:t>har aadmi tension mein marta hai.</w:t>
      </w:r>
    </w:p>
    <w:p>
      <w:pPr>
        <w:jc w:val="right"/>
      </w:pPr>
      <w:r>
        <w:t>ہر آدمی ٹینشن میں مرتا ہے۔</w:t>
      </w:r>
    </w:p>
    <w:p>
      <w:r>
        <w:rPr>
          <w:b/>
        </w:rPr>
        <w:t xml:space="preserve">[09:35] </w:t>
      </w:r>
      <w:r>
        <w:t>to is ke mani kya hue? ke insaan jo hai, physical level par to apni need pa raha hai, lekin intellectual level par nahin pa raha hai.</w:t>
      </w:r>
    </w:p>
    <w:p>
      <w:pPr>
        <w:jc w:val="right"/>
      </w:pPr>
      <w:r>
        <w:t>تو اس کے معنی کیا ہوئے؟ کہ انسان جو ہے، فزیکل لیول پر تو اپنی نیڈ پا رہا ہے، لیکن انٹلیکچول لیول پر نہیں پا رہا ہے۔</w:t>
      </w:r>
    </w:p>
    <w:p>
      <w:r>
        <w:rPr>
          <w:b/>
        </w:rPr>
        <w:t xml:space="preserve">[09:49] </w:t>
      </w:r>
      <w:r>
        <w:t>to sawal yeh hai ke intellectual level par jab mind hai to is ka pair hona chahiye. body ka hai to is ka pair maujood hai ke har qism ki ghiza, har qism ke saman maujood hain is duniya mein.</w:t>
      </w:r>
    </w:p>
    <w:p>
      <w:pPr>
        <w:jc w:val="right"/>
      </w:pPr>
      <w:r>
        <w:t>تو سوال یہ ہے کہ انٹلیکچول لیول پر جب مائنڈ ہے تو اس کا پیئر ہونا چاہیے۔ باڈی کا ہے تو اس کا پیئر موجود ہے کہ ہر قسم کی غذا، ہر قسم کے سامان موجود ہیں اس دنیا میں۔</w:t>
      </w:r>
    </w:p>
    <w:p>
      <w:r>
        <w:rPr>
          <w:b/>
        </w:rPr>
        <w:t xml:space="preserve">[10:04] </w:t>
      </w:r>
      <w:r>
        <w:t>aur modern civilization ne, modern history ne in ko bohat zyada izafa kar diya hai. to hamari physical being jo hai, is ka pair to maujood hai,</w:t>
      </w:r>
    </w:p>
    <w:p>
      <w:pPr>
        <w:jc w:val="right"/>
      </w:pPr>
      <w:r>
        <w:t>اور ماڈرن سویلائزیشن نے، ماڈرن ہسٹری نے ان کو بہت زیادہ اضافہ کر دیا ہے۔ تو ہماری فزیکل بینگ جو ہے، اس کا پیئر تو موجود ہے،</w:t>
      </w:r>
    </w:p>
    <w:p>
      <w:r>
        <w:rPr>
          <w:b/>
        </w:rPr>
        <w:t xml:space="preserve">[10:17] </w:t>
      </w:r>
      <w:r>
        <w:t>lekin jo intellectual being hai, is ka pair maujood nahin hai.</w:t>
      </w:r>
    </w:p>
    <w:p>
      <w:pPr>
        <w:jc w:val="right"/>
      </w:pPr>
      <w:r>
        <w:t>لیکن جو انٹلیکچول بینگ ہے، اس کا پیئر موجود نہیں ہے۔</w:t>
      </w:r>
    </w:p>
    <w:p>
      <w:r>
        <w:rPr>
          <w:b/>
        </w:rPr>
        <w:t xml:space="preserve">[10:23] </w:t>
      </w:r>
      <w:r>
        <w:t>is ki ek misaal deta hoon mein ke intellectual need se bari murad kya hai?</w:t>
      </w:r>
    </w:p>
    <w:p>
      <w:pPr>
        <w:jc w:val="right"/>
      </w:pPr>
      <w:r>
        <w:t>اس کی ایک مثال دیتا ہوں میں کہ انٹلیکچول نیڈ سے بری مراد کیا ہے؟</w:t>
      </w:r>
    </w:p>
    <w:p>
      <w:r>
        <w:rPr>
          <w:b/>
        </w:rPr>
        <w:t xml:space="preserve">[10:32] </w:t>
      </w:r>
      <w:r>
        <w:t>aadmi ka jo mind hai, woh chahta hai ek cheez ko explain kare, cheezon ko mein andar jo deep meaning hai, us ko daryaft kare, cheezon ke andar jo marifat ke pehlu hain, us ko jaane.</w:t>
      </w:r>
    </w:p>
    <w:p>
      <w:pPr>
        <w:jc w:val="right"/>
      </w:pPr>
      <w:r>
        <w:t>آدمی کا جو مائنڈ ہے، وہ چاہتا ہے ایک چیز کو ایکسپلین کرے، چیزوں کو میں اندر جو ڈیپ میننگ ہے، اس کو دریافت کرے، چیزوں کے اندر جو معرفت کے پہلو ہیں، اس کو جانے۔</w:t>
      </w:r>
    </w:p>
    <w:p>
      <w:r>
        <w:rPr>
          <w:b/>
        </w:rPr>
        <w:t xml:space="preserve">[10:49] </w:t>
      </w:r>
      <w:r>
        <w:t>lekin aadmi jaan nahin pata. misaal ke tor par, saatvi sadi isvi mein quran utra. aap surah al-nahal ko parhein</w:t>
      </w:r>
    </w:p>
    <w:p>
      <w:pPr>
        <w:jc w:val="right"/>
      </w:pPr>
      <w:r>
        <w:t>لیکن آدمی جان نہیں پاتا۔ مثال کے طور پر، ساتویں صدی عیسوی میں قرآن اترا۔ آپ سورہ النحل کو پڑھیں</w:t>
      </w:r>
    </w:p>
    <w:p>
      <w:r>
        <w:rPr>
          <w:b/>
        </w:rPr>
        <w:t xml:space="preserve">[11:00] </w:t>
      </w:r>
      <w:r>
        <w:t>to al-nahal ki ayat number 69 mein shehad ki makhi, yani honey bee ka zikr hai. honey bee ka zikr hai.</w:t>
      </w:r>
    </w:p>
    <w:p>
      <w:pPr>
        <w:jc w:val="right"/>
      </w:pPr>
      <w:r>
        <w:t>تو النحل کی آیت نمبر 69 میں شہد کی مکھی، یعنی ہنی بی کا ذکر ہے۔ ہنی بی کا ذکر ہے۔</w:t>
      </w:r>
    </w:p>
    <w:p>
      <w:r>
        <w:rPr>
          <w:b/>
        </w:rPr>
        <w:t xml:space="preserve">[11:11] </w:t>
      </w:r>
      <w:r>
        <w:t>wa huwa rabbuka illa al-nahla</w:t>
      </w:r>
    </w:p>
    <w:p>
      <w:pPr>
        <w:jc w:val="right"/>
      </w:pPr>
      <w:r>
        <w:t>وَهُوَ رَبُّكَ اِلَّا النَّحْلَ</w:t>
      </w:r>
    </w:p>
    <w:p>
      <w:r>
        <w:rPr>
          <w:b/>
        </w:rPr>
        <w:t xml:space="preserve">[11:14] </w:t>
      </w:r>
      <w:r>
        <w:t>to is mein yeh ayat hai ke thumma kulli min kulli al-thabrat. thumma kulli min kulli al-thabrat.</w:t>
      </w:r>
    </w:p>
    <w:p>
      <w:pPr>
        <w:jc w:val="right"/>
      </w:pPr>
      <w:r>
        <w:t>۔ تو اس میں یہ آیت ہے کہ ثُمَّ كُلِّ مِنْ كُلِّ الثَّبْرَاتِ ۔ ثُمَّ كُلِّ مِنْ كُلِّ الثَّبْرَاتِ ۔</w:t>
      </w:r>
    </w:p>
    <w:p>
      <w:r>
        <w:rPr>
          <w:b/>
        </w:rPr>
        <w:t xml:space="preserve">[11:24] </w:t>
      </w:r>
      <w:r>
        <w:t>yani phir, phir, yani phir kha ya phir khao har phal se.</w:t>
      </w:r>
    </w:p>
    <w:p>
      <w:pPr>
        <w:jc w:val="right"/>
      </w:pPr>
      <w:r>
        <w:t>یعنی پھر، پھر، یعنی پھر کھا یا پھر کھاؤ ہر پھل سے۔</w:t>
      </w:r>
    </w:p>
    <w:p>
      <w:r>
        <w:rPr>
          <w:b/>
        </w:rPr>
        <w:t xml:space="preserve">[11:38] </w:t>
      </w:r>
      <w:r>
        <w:t>is ka literal tarjuma hoga ke shehad makhi se Allah ne farmaya ke tum har phal se apna ghiza hasil karo.</w:t>
      </w:r>
    </w:p>
    <w:p>
      <w:pPr>
        <w:jc w:val="right"/>
      </w:pPr>
      <w:r>
        <w:t>اس کا لٹرل ترجمہ ہوگا کہ شہد مکھی سے اللہ نے فرمایا کہ تم ہر پھل سے اپنا غذا حاصل کرو۔</w:t>
      </w:r>
    </w:p>
    <w:p>
      <w:r>
        <w:rPr>
          <w:b/>
        </w:rPr>
        <w:t xml:space="preserve">[11:51] </w:t>
      </w:r>
      <w:r>
        <w:t>to saatvi sadi mein insaan janta nahin tha ke phal se ghiza lene ka matlab kya hai. yeh ayat jo hai, saatvi sadi mein unexplained thi.</w:t>
      </w:r>
    </w:p>
    <w:p>
      <w:pPr>
        <w:jc w:val="right"/>
      </w:pPr>
      <w:r>
        <w:t>تو ساتویں صدی میں انسان جانتا نہیں تھا کہ پھل سے غذا لینے کا مطلب کیا ہے۔ یہ آیت جو ہے، ساتویں صدی میں ان ایکسپلینڈ تھی۔</w:t>
      </w:r>
    </w:p>
    <w:p>
      <w:r>
        <w:rPr>
          <w:b/>
        </w:rPr>
        <w:t xml:space="preserve">[12:04] </w:t>
      </w:r>
      <w:r>
        <w:t>unexplained.</w:t>
      </w:r>
    </w:p>
    <w:p>
      <w:pPr>
        <w:jc w:val="right"/>
      </w:pPr>
      <w:r>
        <w:t>ان ایکسپلینڈ۔</w:t>
      </w:r>
    </w:p>
    <w:p>
      <w:r>
        <w:rPr>
          <w:b/>
        </w:rPr>
        <w:t xml:space="preserve">[12:06] </w:t>
      </w:r>
      <w:r>
        <w:t>ab yeh pata chala hai jo is zamane mein jo research hui hai, woh yeh hai ke shehad ki makhi apni ghiza phal se nahin leti.</w:t>
      </w:r>
    </w:p>
    <w:p>
      <w:pPr>
        <w:jc w:val="right"/>
      </w:pPr>
      <w:r>
        <w:t>اب یہ پتہ چلا ہے جو اس زمانے میں جو ریسرچ ہوئی ہے، وہ یہ ہے کہ شہد کی مکھی اپنی غذا پھل سے نہیں لیتی۔</w:t>
      </w:r>
    </w:p>
    <w:p>
      <w:r>
        <w:rPr>
          <w:b/>
        </w:rPr>
        <w:t xml:space="preserve">[12:20] </w:t>
      </w:r>
      <w:r>
        <w:t>fruit se nahin leti. woh leti hai phool ke andar ek nectar hota hai, us ko leti hai.</w:t>
      </w:r>
    </w:p>
    <w:p>
      <w:pPr>
        <w:jc w:val="right"/>
      </w:pPr>
      <w:r>
        <w:t>فروٹ سے نہیں لیتی۔ وہ لیتی ہے پھول کے اندر ایک نیکٹر ہوتا ہے، اس کو لیتی ہے۔</w:t>
      </w:r>
    </w:p>
    <w:p>
      <w:r>
        <w:rPr>
          <w:b/>
        </w:rPr>
        <w:t xml:space="preserve">[12:30] </w:t>
      </w:r>
      <w:r>
        <w:t>shehad ki makhiyan urti hain ya idhar jati hain, utar jati hain. to woh pahunchti hain kahan</w:t>
      </w:r>
    </w:p>
    <w:p>
      <w:pPr>
        <w:jc w:val="right"/>
      </w:pPr>
      <w:r>
        <w:t>شہد کی مکھیاں اڑتی ہیں یا ادھر جاتی ہیں، اتر جاتی ہیں۔ تو وہ پہنچتی ہیں کہاں</w:t>
      </w:r>
    </w:p>
    <w:p>
      <w:r>
        <w:rPr>
          <w:b/>
        </w:rPr>
        <w:t xml:space="preserve">[12:38] </w:t>
      </w:r>
      <w:r>
        <w:t>? phoolon par. phoolon ke andar ek bohat hi chota sa nectar hota hai, us us ko chusti hain. phir le a kar apne chhatay mein jama karti hain.</w:t>
      </w:r>
    </w:p>
    <w:p>
      <w:pPr>
        <w:jc w:val="right"/>
      </w:pPr>
      <w:r>
        <w:t>؟ پھولوں پر۔ پھولوں کے اندر ایک بہت ہی چھوٹا سا نیکٹر ہوتا ہے، اس اس کو چوستیں۔ پھر لے آ کر اپنے چھتے میں جمع کرتی ہیں۔</w:t>
      </w:r>
    </w:p>
    <w:p>
      <w:r>
        <w:rPr>
          <w:b/>
        </w:rPr>
        <w:t xml:space="preserve">[12:48] </w:t>
      </w:r>
      <w:r>
        <w:t>ja kar</w:t>
      </w:r>
    </w:p>
    <w:p>
      <w:pPr>
        <w:jc w:val="right"/>
      </w:pPr>
      <w:r>
        <w:t>جا کر</w:t>
      </w:r>
    </w:p>
    <w:p>
      <w:r>
        <w:rPr>
          <w:b/>
        </w:rPr>
        <w:t xml:space="preserve">[12:51] </w:t>
      </w:r>
      <w:r>
        <w:t>to yeh pata kiya gaya hai ke isi nectar ke majmooay ka naam shehad hai. yani shehad ki makhi khud se kuch nahin karti.</w:t>
      </w:r>
    </w:p>
    <w:p>
      <w:pPr>
        <w:jc w:val="right"/>
      </w:pPr>
      <w:r>
        <w:t>تو یہ پتہ کیا گیا ہے کہ اسی نیکٹر کے مجموعے کا نام شہد ہے۔ یعنی شہد کی مکھی خود سے کچھ نہیں کرتی۔</w:t>
      </w:r>
    </w:p>
    <w:p>
      <w:r>
        <w:rPr>
          <w:b/>
        </w:rPr>
        <w:t xml:space="preserve">[13:03] </w:t>
      </w:r>
      <w:r>
        <w:t>woh nectar ko hasil karti hai, bas nectar ko jama karti hai. khud kuch nahin karti. nectar ke majmooay ka naam shehad honey hai.</w:t>
      </w:r>
    </w:p>
    <w:p>
      <w:pPr>
        <w:jc w:val="right"/>
      </w:pPr>
      <w:r>
        <w:t>وہ نیکٹر کو حاصل کرتی ہے، بس نیکٹر کو جمع کرتی ہے۔ خود کچھ نہیں کرتی۔ نیکٹر کے مجموعے کا نام شہد ہنی ہے۔</w:t>
      </w:r>
    </w:p>
    <w:p>
      <w:r>
        <w:rPr>
          <w:b/>
        </w:rPr>
        <w:t xml:space="preserve">[13:17] </w:t>
      </w:r>
      <w:r>
        <w:t>to is zamane mein pata kya gaya hai ke ek pound shehad banane ke liye shehad ki makhi ko do million phoolon ka nectar lena parta hai.</w:t>
      </w:r>
    </w:p>
    <w:p>
      <w:pPr>
        <w:jc w:val="right"/>
      </w:pPr>
      <w:r>
        <w:t>تو اس زمانے میں پتہ کیا گیا ہے کہ ایک پاؤنڈ شہد بنانے کے لیے شہد کی مکھی کو دو ملین پھولوں کا نیکٹر لینا پڑتا ہے۔</w:t>
      </w:r>
    </w:p>
    <w:p>
      <w:r>
        <w:rPr>
          <w:b/>
        </w:rPr>
        <w:t xml:space="preserve">[13:32] </w:t>
      </w:r>
      <w:r>
        <w:t>raat sara din, subah se sham tak udti hai, yahan jati hai, wahan jati hai. to do million phoolon ka nectar jab nikalti hai woh aur la ke chhatay mein dalti hai,</w:t>
      </w:r>
    </w:p>
    <w:p>
      <w:pPr>
        <w:jc w:val="right"/>
      </w:pPr>
      <w:r>
        <w:t>رات سارا دن، صبح سے شام تک اڑتی ہے، یہاں جاتی ہے، وہاں جاتی ہے۔ تو دو ملین پھولوں کا نیکٹر جب نکالتی ہے وہ اور لا کے چھتے میں ڈالتی ہے،</w:t>
      </w:r>
    </w:p>
    <w:p>
      <w:r>
        <w:rPr>
          <w:b/>
        </w:rPr>
        <w:t xml:space="preserve">[13:47] </w:t>
      </w:r>
      <w:r>
        <w:t>tab shehad banta hai. aur ek pound shehad banane ke liye shehad ki makhi ko do million phoolon ka nectar lena parta hai.</w:t>
      </w:r>
    </w:p>
    <w:p>
      <w:pPr>
        <w:jc w:val="right"/>
      </w:pPr>
      <w:r>
        <w:t>تب شہد بنتا ہے۔ اور ایک پاؤنڈ شہد بنانے کے لیے شہد کی مکھی کو دو ملین پھولوں کا نیکٹر لینا پڑتا ہے۔</w:t>
      </w:r>
    </w:p>
    <w:p>
      <w:r>
        <w:rPr>
          <w:b/>
        </w:rPr>
        <w:t xml:space="preserve">[13:59] </w:t>
      </w:r>
      <w:r>
        <w:t>ab yeh insan ko pata nahi tha. to quran mein mention bhi nahi thi yeh baat. kyunke quran mein us waqt agar bataya jata hai, agar nectar ki baat, to insan samajhta hi nahi ke kya matlab is ka hai.</w:t>
      </w:r>
    </w:p>
    <w:p>
      <w:pPr>
        <w:jc w:val="right"/>
      </w:pPr>
      <w:r>
        <w:t>اب یہ انسان کو پتہ نہیں تھا۔ تو قرآن میں مینشن بھی نہیں تھی یہ بات۔ کیونکہ قرآن میں اس وقت اگر بتایا جاتا ہے، اگر نیکٹر کی بات، تو انسان سمجھتا ہی نہیں کہ کیا مطلب اس کا ہے۔</w:t>
      </w:r>
    </w:p>
    <w:p>
      <w:r>
        <w:rPr>
          <w:b/>
        </w:rPr>
        <w:t xml:space="preserve">[14:16] </w:t>
      </w:r>
      <w:r>
        <w:t>to is ke mani ke jo quran hai, jo rabbani haqiqaten hain, is mein bohat zyada research kar karne ka mamla hai.</w:t>
      </w:r>
    </w:p>
    <w:p>
      <w:pPr>
        <w:jc w:val="right"/>
      </w:pPr>
      <w:r>
        <w:t>تو اس کے معنی کہ جو قرآن ہے، جو ربانی حقیقتیں ہیں، اس میں بہت زیادہ ریسرچ کر کرنے کا معاملہ ہے۔</w:t>
      </w:r>
    </w:p>
    <w:p>
      <w:r>
        <w:rPr>
          <w:b/>
        </w:rPr>
        <w:t xml:space="preserve">[14:27] </w:t>
      </w:r>
      <w:r>
        <w:t>jitna zyada research karenge, utni zyada aur jankari badhegi. to yeh jo nectar ki baat hai, yeh baat khatam nahi hai. is ke ilawa beshumar pehlu hain shehad ki makhi ke.</w:t>
      </w:r>
    </w:p>
    <w:p>
      <w:pPr>
        <w:jc w:val="right"/>
      </w:pPr>
      <w:r>
        <w:t>جتنا زیادہ ریسرچ کریں گے، اتنی زیادہ اور جانکاری بڑھے گی۔ تو یہ جو نیکٹر کی بات ہے، یہ بات ختم نہیں ہے۔ اس کے علاوہ بے شمار پہلو ہیں شہد کی مکھی کے۔</w:t>
      </w:r>
    </w:p>
    <w:p>
      <w:r>
        <w:rPr>
          <w:b/>
        </w:rPr>
        <w:t xml:space="preserve">[14:40] </w:t>
      </w:r>
      <w:r>
        <w:t>is beshumar pehlu shehad ki makhi ke hain, phool ke hain, nectar ke hain, drakht ke hain, khud makhiyon ke hain. yani billion trillion se bhi zyada pehlu hain jo sab namaloom hain.</w:t>
      </w:r>
    </w:p>
    <w:p>
      <w:pPr>
        <w:jc w:val="right"/>
      </w:pPr>
      <w:r>
        <w:t>اس بے شمار پہلو شہد کی مکھی کے ہیں، پھول کے ہیں، نیکٹر کے ہیں، درخت کے ہیں، خود مکھیوں کے ہیں۔ یعنی بلین ٹریلین سے بھی زیادہ پہلو ہیں جو سب نامعلوم ہیں۔</w:t>
      </w:r>
    </w:p>
    <w:p>
      <w:r>
        <w:rPr>
          <w:b/>
        </w:rPr>
        <w:t xml:space="preserve">[14:54] </w:t>
      </w:r>
      <w:r>
        <w:t>ise kaha gaya hai kalmat allah.</w:t>
      </w:r>
    </w:p>
    <w:p>
      <w:pPr>
        <w:jc w:val="right"/>
      </w:pPr>
      <w:r>
        <w:t>اسے کہا گیا ہے کلمات اللہ۔</w:t>
      </w:r>
    </w:p>
    <w:p>
      <w:r>
        <w:rPr>
          <w:b/>
        </w:rPr>
        <w:t xml:space="preserve">[14:58] </w:t>
      </w:r>
      <w:r>
        <w:t>to yeh intellectual level par insan chahta hai ke cheezon par research kare, daryaft kare, aur phir is se woh rizq ki marifat hasil karay.</w:t>
      </w:r>
    </w:p>
    <w:p>
      <w:pPr>
        <w:jc w:val="right"/>
      </w:pPr>
      <w:r>
        <w:t>تو یہ انٹلیکچول لیول پر انسان چاہتا ہے کہ چیزوں پر ریسرچ کرے، دریافت کرے، اور پھر اس سے وہ رزق کی معرفت حاصل کرے۔</w:t>
      </w:r>
    </w:p>
    <w:p>
      <w:r>
        <w:rPr>
          <w:b/>
        </w:rPr>
        <w:t xml:space="preserve">[15:11] </w:t>
      </w:r>
      <w:r>
        <w:t>rizq ki marifat.</w:t>
      </w:r>
    </w:p>
    <w:p>
      <w:pPr>
        <w:jc w:val="right"/>
      </w:pPr>
      <w:r>
        <w:t>رزق کی معرفت۔</w:t>
      </w:r>
    </w:p>
    <w:p>
      <w:r>
        <w:rPr>
          <w:b/>
        </w:rPr>
        <w:t xml:space="preserve">[15:13] </w:t>
      </w:r>
      <w:r>
        <w:t>to rizq madi to woh pa raha hai khane se, phalon se, ghiza se. lekin jo rizq marifat ya rizq zehni jo hai,</w:t>
      </w:r>
    </w:p>
    <w:p>
      <w:pPr>
        <w:jc w:val="right"/>
      </w:pPr>
      <w:r>
        <w:t>تو رزق مادی تو وہ پا رہا ہے کھانے سے، پھلوں سے، غذا سے۔ لیکن جو رزق معرفت یا رزق ذہنی جو ہے،</w:t>
      </w:r>
    </w:p>
    <w:p>
      <w:r>
        <w:rPr>
          <w:b/>
        </w:rPr>
        <w:t xml:space="preserve">[15:27] </w:t>
      </w:r>
      <w:r>
        <w:t>is ke liye kuch aur saman chahiye. woh kahan hai?</w:t>
      </w:r>
    </w:p>
    <w:p>
      <w:pPr>
        <w:jc w:val="right"/>
      </w:pPr>
      <w:r>
        <w:t>اس کے لیے کچھ اور سامان چاہیے۔ وہ کہاں ہے؟</w:t>
      </w:r>
    </w:p>
    <w:p>
      <w:r>
        <w:rPr>
          <w:b/>
        </w:rPr>
        <w:t xml:space="preserve">[15:34] </w:t>
      </w:r>
      <w:r>
        <w:t>dunya mein jo mein ne arz kiya, yeh jo ek ek pound shehad ke liye do million phool se net lena, yeh to bohat hi, yani tareekh se bhi kam hissa hai.</w:t>
      </w:r>
    </w:p>
    <w:p>
      <w:pPr>
        <w:jc w:val="right"/>
      </w:pPr>
      <w:r>
        <w:t>دنیا میں جو میں نے عرض کیا، یہ جو ایک ایک پاؤنڈ شہد کے لیے دو ملین پھول سے نیٹ لینا، یہ تو بہت ہی، یعنی تاریخ سے بھی کم حصہ ہے۔</w:t>
      </w:r>
    </w:p>
    <w:p>
      <w:r>
        <w:rPr>
          <w:b/>
        </w:rPr>
        <w:t xml:space="preserve">[15:49] </w:t>
      </w:r>
      <w:r>
        <w:t>abhi beshumar cheezen hain jo science daryaft nahi kar saki. kyunke science ke paas sadhan nahi hai.</w:t>
      </w:r>
    </w:p>
    <w:p>
      <w:pPr>
        <w:jc w:val="right"/>
      </w:pPr>
      <w:r>
        <w:t>ابھی بے شمار چیزیں ہیں جو سائنس دریافت نہیں کر سکی۔ کیونکہ سائنس کے پاس سادھن نہیں ہے۔</w:t>
      </w:r>
    </w:p>
    <w:p>
      <w:r>
        <w:rPr>
          <w:b/>
        </w:rPr>
        <w:t xml:space="preserve">[15:57] </w:t>
      </w:r>
      <w:r>
        <w:t>to is ke mani hain ke hum is dunya mein is tarah hain ke hum ko physical food to mil raha hai, lekin intellectual food nahi mil raha hai. mila bohat hi partial sa milta hai.</w:t>
      </w:r>
    </w:p>
    <w:p>
      <w:pPr>
        <w:jc w:val="right"/>
      </w:pPr>
      <w:r>
        <w:t>تو اس کے معنی ہیں کہ ہم اس دنیا میں اس طرح ہیں کہ ہم کو فزیکل فوڈ تو مل رہا ہے، لیکن انٹلیکچول فوڈ نہیں مل رہا ہے۔ ملا بہت ہی پارشل سا ملتا ہے۔</w:t>
      </w:r>
    </w:p>
    <w:p>
      <w:r>
        <w:rPr>
          <w:b/>
        </w:rPr>
        <w:t xml:space="preserve">[16:08] </w:t>
      </w:r>
      <w:r>
        <w:t>isi liye hum bechain rehte hain. hamara body nahi bechain rehta. bechain rehta hai mind.</w:t>
      </w:r>
    </w:p>
    <w:p>
      <w:pPr>
        <w:jc w:val="right"/>
      </w:pPr>
      <w:r>
        <w:t>اسی لیے ہم بے چین رہتے ہیں۔ ہمارا باڈی نہیں بے چین رہتا۔ بے چین رہتا ہے مائنڈ۔</w:t>
      </w:r>
    </w:p>
    <w:p>
      <w:r>
        <w:rPr>
          <w:b/>
        </w:rPr>
        <w:t xml:space="preserve">[16:19] </w:t>
      </w:r>
      <w:r>
        <w:t>is ko sochte hue jab mein is ayat par puhanchta hoon jannat ke baray mein, quran mein aya hai wa lakum fiha ma tashtahi anfusukum</w:t>
      </w:r>
    </w:p>
    <w:p>
      <w:pPr>
        <w:jc w:val="right"/>
      </w:pPr>
      <w:r>
        <w:t>اس کو سوچتے ہوئے جب میں اس آیت پر پہنچتا ہوں جنت کے بارے میں، قرآن میں آیا ہے وَلَكُمْ فِيهَا مَا تَشْتَهِيُّ أَنْفُسُكُمْ</w:t>
      </w:r>
    </w:p>
    <w:p>
      <w:r>
        <w:rPr>
          <w:b/>
        </w:rPr>
        <w:t xml:space="preserve">[16:32] </w:t>
      </w:r>
      <w:r>
        <w:t>. jannat mein woh sab hoga jis ko tumhara nafs chahe.</w:t>
      </w:r>
    </w:p>
    <w:p>
      <w:pPr>
        <w:jc w:val="right"/>
      </w:pPr>
      <w:r>
        <w:t>۔ جنت میں وہ سب ہوگا جس کو تمہارا نفس چاہے۔</w:t>
      </w:r>
    </w:p>
    <w:p>
      <w:r>
        <w:rPr>
          <w:b/>
        </w:rPr>
        <w:t xml:space="preserve">[16:40] </w:t>
      </w:r>
      <w:r>
        <w:t>to mein samajhta hoon ke yahan nafs se murad aql hai. aur chahne se murad kya hai? yahan yeh cheez understood hai.</w:t>
      </w:r>
    </w:p>
    <w:p>
      <w:pPr>
        <w:jc w:val="right"/>
      </w:pPr>
      <w:r>
        <w:t>تو میں سمجھتا ہوں کہ یہاں نفس سے مراد عقل ہے۔ اور چاہنے سے مراد کیا ہے؟ یہاں یہ چیز انڈرسٹڈ ہے۔</w:t>
      </w:r>
    </w:p>
    <w:p>
      <w:r>
        <w:rPr>
          <w:b/>
        </w:rPr>
        <w:t xml:space="preserve">[16:48] </w:t>
      </w:r>
      <w:r>
        <w:t>yani yeh nahi hai ke jannat mein puhanch kar chahenge aap. jannat mein puhanch kar chahna murad nahi hai asal mein. is ka matlab yeh hai ke jo cheez tum ne dunya mein chahi thi, magar tum ko wahan mili nahi, woh sab jannat mein maujood hai.</w:t>
      </w:r>
    </w:p>
    <w:p>
      <w:pPr>
        <w:jc w:val="right"/>
      </w:pPr>
      <w:r>
        <w:t>یعنی یہ نہیں ہے کہ جنت میں پہنچ کر چاہیں گے آپ۔ جنت میں پہنچ کر چاہنا مراد نہیں ہے اصلاً۔ اس کا مطلب یہ ہے کہ جو چیز تم نے دنیا میں چاہی تھی، مگر تم کو وہاں ملی نہیں، وہ سب جنت میں موجود ہے۔</w:t>
      </w:r>
    </w:p>
    <w:p>
      <w:r>
        <w:rPr>
          <w:b/>
        </w:rPr>
        <w:t xml:space="preserve">[17:09] </w:t>
      </w:r>
      <w:r>
        <w:t>yeh matlab hai is ka.</w:t>
      </w:r>
    </w:p>
    <w:p>
      <w:pPr>
        <w:jc w:val="right"/>
      </w:pPr>
      <w:r>
        <w:t>یہ مطلب ہے اس کا۔</w:t>
      </w:r>
    </w:p>
    <w:p>
      <w:r>
        <w:rPr>
          <w:b/>
        </w:rPr>
        <w:t xml:space="preserve">[17:12] </w:t>
      </w:r>
      <w:r>
        <w:t>jo tum ne chaha tha, yani intellectual food, intellectual development, intellectual marifat, jo tum ne chaha tha aur dunya mein is ka saman maujood nahi tha,</w:t>
      </w:r>
    </w:p>
    <w:p>
      <w:pPr>
        <w:jc w:val="right"/>
      </w:pPr>
      <w:r>
        <w:t>جو تم نے چاہا تھا، یعنی انٹلیکچول فوڈ، انٹلیکچول ڈیولپمنٹ، انٹلیکچول معرفت، جو تم نے چاہا تھا اور دنیا میں اس کا سامان موجود نہیں تھا،</w:t>
      </w:r>
    </w:p>
    <w:p>
      <w:r>
        <w:rPr>
          <w:b/>
        </w:rPr>
        <w:t xml:space="preserve">[17:25] </w:t>
      </w:r>
      <w:r>
        <w:t>woh sab yahan tum ko milega.</w:t>
      </w:r>
    </w:p>
    <w:p>
      <w:pPr>
        <w:jc w:val="right"/>
      </w:pPr>
      <w:r>
        <w:t>وہ سب یہاں تم کو ملے گا۔</w:t>
      </w:r>
    </w:p>
    <w:p>
      <w:r>
        <w:rPr>
          <w:b/>
        </w:rPr>
        <w:t xml:space="preserve">[17:29] </w:t>
      </w:r>
      <w:r>
        <w:t>to is par ghor karte hue meri samajh mein ata hai ke insan is dunya mein sab kuch paane ke bawajood do cheezon se mahroom hai.</w:t>
      </w:r>
    </w:p>
    <w:p>
      <w:pPr>
        <w:jc w:val="right"/>
      </w:pPr>
      <w:r>
        <w:t>تو اس پر غور کرتے ہوئے میری سمجھ میں آتا ہے کہ انسان اس دنیا میں سب کچھ پانے کے باوجود دو چیزوں سے محروم ہے۔</w:t>
      </w:r>
    </w:p>
    <w:p>
      <w:r>
        <w:rPr>
          <w:b/>
        </w:rPr>
        <w:t xml:space="preserve">[17:41] </w:t>
      </w:r>
      <w:r>
        <w:t>basically ek kya hai? eternity, eternal life. hum paida hote hain, har insan, har insan chahta hai ke woh zinda rahe, zinda rahe, zinda rahe.</w:t>
      </w:r>
    </w:p>
    <w:p>
      <w:pPr>
        <w:jc w:val="right"/>
      </w:pPr>
      <w:r>
        <w:t>بیسیکلی ایک کیا ہے؟ ایٹرنیٹی، ایٹرنل لائف۔ ہم پیدا ہوتے ہیں، ہر انسان، ہر انسان چاہتا ہے کہ وہ زندہ رہے، زندہ رہے، زندہ رہے۔</w:t>
      </w:r>
    </w:p>
    <w:p>
      <w:r>
        <w:rPr>
          <w:b/>
        </w:rPr>
        <w:t xml:space="preserve">[18:00] </w:t>
      </w:r>
      <w:r>
        <w:t>lekin zinda rehna kisi ko naseeb nahi hota.</w:t>
      </w:r>
    </w:p>
    <w:p>
      <w:pPr>
        <w:jc w:val="right"/>
      </w:pPr>
      <w:r>
        <w:t>لیکن زندہ رہنا کسی کو نصیب نہیں ہوتا۔</w:t>
      </w:r>
    </w:p>
    <w:p>
      <w:r>
        <w:rPr>
          <w:b/>
        </w:rPr>
        <w:t xml:space="preserve">[18:06] </w:t>
      </w:r>
      <w:r>
        <w:t>ek lateefa hai ke ek aurat thi, us ka ek boodha aadmi tha, us ki bohat mohabbat karti thi woh.</w:t>
      </w:r>
    </w:p>
    <w:p>
      <w:pPr>
        <w:jc w:val="right"/>
      </w:pPr>
      <w:r>
        <w:t>ایک لطیفہ ہے کہ ایک عورت تھی، اس کا ایک بوڑھا آدمی تھا، اس کی بہت محبت کرتی تھی وہ۔</w:t>
      </w:r>
    </w:p>
    <w:p>
      <w:r>
        <w:rPr>
          <w:b/>
        </w:rPr>
        <w:t xml:space="preserve">[18:15] </w:t>
      </w:r>
      <w:r>
        <w:t>to us ne kaha ke mujh ko maut aa jaye aur yeh acha ho jaye. is aurat ne yeh dua kiya ke khudaaya mujh ko maut aa jaye aur yeh acha ho jaye.</w:t>
      </w:r>
    </w:p>
    <w:p>
      <w:pPr>
        <w:jc w:val="right"/>
      </w:pPr>
      <w:r>
        <w:t>تو اس نے کہا کہ مجھ کو موت آ جائے اور یہ اچھا ہو جائے۔ اس عورت نے یہ دعا کیا کہ خدایا مجھ کو موت آ جائے اور یہ اچھا ہو جائے۔</w:t>
      </w:r>
    </w:p>
    <w:p>
      <w:r>
        <w:rPr>
          <w:b/>
        </w:rPr>
        <w:t xml:space="preserve">[18:31] </w:t>
      </w:r>
      <w:r>
        <w:t>to malik ul maut aaya us ke paas, us ki rooh qabz karne ke liye. to woh aurat ne kiya kaha? nahi, woh woh main nahi, woh woh to woh hai, other hai, idhar jao.</w:t>
      </w:r>
    </w:p>
    <w:p>
      <w:pPr>
        <w:jc w:val="right"/>
      </w:pPr>
      <w:r>
        <w:t>تو ملک الموت آیا اس کے پاس، اس کی روح قبض کرنے کے لیے۔ تو وہ عورت نے کیا کہا؟ نہیں، وہ وہ میں نہیں، وہ وہ تو وہ ہے، اتر ہے، ادھر جاؤ۔</w:t>
      </w:r>
    </w:p>
    <w:p>
      <w:r>
        <w:rPr>
          <w:b/>
        </w:rPr>
        <w:t xml:space="preserve">[18:43] </w:t>
      </w:r>
      <w:r>
        <w:t>to aadmi koi marna nahi chahta. har aadmi abadi tor par jeena chahta hai.</w:t>
      </w:r>
    </w:p>
    <w:p>
      <w:pPr>
        <w:jc w:val="right"/>
      </w:pPr>
      <w:r>
        <w:t>تو آدمی کوئی مرنا نہیں چاہتا۔ ہر آدمی ابدی طور پر جینا چاہتا ہے۔</w:t>
      </w:r>
    </w:p>
    <w:p>
      <w:r>
        <w:rPr>
          <w:b/>
        </w:rPr>
        <w:t xml:space="preserve">[18:53] </w:t>
      </w:r>
      <w:r>
        <w:t>to is par ghor karte hue meri samajh mein aaya ke is dunya mein hum do cheezein aisi hain jo hamein haasil nahi.</w:t>
      </w:r>
    </w:p>
    <w:p>
      <w:pPr>
        <w:jc w:val="right"/>
      </w:pPr>
      <w:r>
        <w:t>تو اس پر غور کرتے ہوئے میری سمجھ میں آیا کہ اس دنیا میں ہم دو چیزیں ایسی ہیں جو ہمیں حاصل نہیں۔</w:t>
      </w:r>
    </w:p>
    <w:p>
      <w:r>
        <w:rPr>
          <w:b/>
        </w:rPr>
        <w:t xml:space="preserve">[19:04] </w:t>
      </w:r>
      <w:r>
        <w:t>ek hai eternity, abadi zindagi, aur doosre intellectual, intellectual life, intellectual</w:t>
      </w:r>
    </w:p>
    <w:p>
      <w:pPr>
        <w:jc w:val="right"/>
      </w:pPr>
      <w:r>
        <w:t>ایک ہے ایٹرنیٹی، ابدی زندگی، اور دوسرے انٹلیکچول، انٹلیکچول لائف، انٹلیکچول</w:t>
      </w:r>
    </w:p>
    <w:p>
      <w:r>
        <w:rPr>
          <w:b/>
        </w:rPr>
        <w:t xml:space="preserve">[19:17] </w:t>
      </w:r>
      <w:r>
        <w:t>satisfaction.</w:t>
      </w:r>
    </w:p>
    <w:p>
      <w:pPr>
        <w:jc w:val="right"/>
      </w:pPr>
      <w:r>
        <w:t>سیٹسفیکشن۔</w:t>
      </w:r>
    </w:p>
    <w:p>
      <w:r>
        <w:rPr>
          <w:b/>
        </w:rPr>
        <w:t xml:space="preserve">[19:19] </w:t>
      </w:r>
      <w:r>
        <w:t>hum chahte hain ke hamare jo zehn hai, woh open ho, hum har cheez ko jaanein, khoob zyada ghor o fikr karein.</w:t>
      </w:r>
    </w:p>
    <w:p>
      <w:pPr>
        <w:jc w:val="right"/>
      </w:pPr>
      <w:r>
        <w:t>ہم چاہتے ہیں کہ ہمارے جو ذہن ہے، وہ اوپن ہو، ہم ہر چیز کو جانیں، خوب زیادہ غور و فکر کریں۔</w:t>
      </w:r>
    </w:p>
    <w:p>
      <w:r>
        <w:rPr>
          <w:b/>
        </w:rPr>
        <w:t xml:space="preserve">[19:30] </w:t>
      </w:r>
      <w:r>
        <w:t>to hamein haasil nahi hota is dunya mein. aur haqeeqat mein jo log barhte hain tension mein, to woh is liye nahi ke body ke aitbaar se nahi, woh mind ke aitbaar se hota hai.</w:t>
      </w:r>
    </w:p>
    <w:p>
      <w:pPr>
        <w:jc w:val="right"/>
      </w:pPr>
      <w:r>
        <w:t>تو ہمیں حاصل نہیں ہوتا اس دنیا میں۔ اور حقیقت میں جو لوگ بڑھتے ہیں ٹینشن میں، تو وہ اس لیے نہیں کہ باڈی کے اعتبار سے نہیں، وہ مائنڈ کے اعتبار سے ہوتا ہے۔</w:t>
      </w:r>
    </w:p>
    <w:p>
      <w:r>
        <w:rPr>
          <w:b/>
        </w:rPr>
        <w:t xml:space="preserve">[19:42] </w:t>
      </w:r>
      <w:r>
        <w:t>woh mind ke aitbaar se hota hai.</w:t>
      </w:r>
    </w:p>
    <w:p>
      <w:pPr>
        <w:jc w:val="right"/>
      </w:pPr>
      <w:r>
        <w:t>وہ مائنڈ کے اعتبار سے ہوتا ہے۔</w:t>
      </w:r>
    </w:p>
    <w:p>
      <w:r>
        <w:rPr>
          <w:b/>
        </w:rPr>
        <w:t xml:space="preserve">[19:47] </w:t>
      </w:r>
      <w:r>
        <w:t>is par ghor karte hue meri samajh mein aata hai ke jannat ka model kya hai. jannat ka model yeh hai ke is dunya ke siwa ek aur dunya Allah ne banayi hai.</w:t>
      </w:r>
    </w:p>
    <w:p>
      <w:pPr>
        <w:jc w:val="right"/>
      </w:pPr>
      <w:r>
        <w:t>اس پر غور کرتے ہوئے میری سمجھ میں آتا ہے کہ جنت کا ماڈل کیا ہے۔ جنت کا ماڈل یہ ہے کہ اس دنیا کے سوا ایک اور دنیا اللہ نے بنائی ہے۔</w:t>
      </w:r>
    </w:p>
    <w:p>
      <w:r>
        <w:rPr>
          <w:b/>
        </w:rPr>
        <w:t xml:space="preserve">[19:59] </w:t>
      </w:r>
      <w:r>
        <w:t>ho sakta hai ke dark matter mein kahin chhupi hui ho.</w:t>
      </w:r>
    </w:p>
    <w:p>
      <w:pPr>
        <w:jc w:val="right"/>
      </w:pPr>
      <w:r>
        <w:t>ہو سکتا ہے کہ ڈارک میٹر میں کہیں چھپی ہوئی ہو۔</w:t>
      </w:r>
    </w:p>
    <w:p>
      <w:r>
        <w:rPr>
          <w:b/>
        </w:rPr>
        <w:t xml:space="preserve">[20:05] </w:t>
      </w:r>
      <w:r>
        <w:t>to wahan par kya hai? wahan par jo nizam hoga, woh nizam wahan ka is se mukhtalif hoga.</w:t>
      </w:r>
    </w:p>
    <w:p>
      <w:pPr>
        <w:jc w:val="right"/>
      </w:pPr>
      <w:r>
        <w:t>تو وہاں پر کیا ہے؟ وہاں پر جو نظام ہوگا، وہ نظام وہاں کا اس سے مختلف ہوگا۔</w:t>
      </w:r>
    </w:p>
    <w:p>
      <w:r>
        <w:rPr>
          <w:b/>
        </w:rPr>
        <w:t xml:space="preserve">[20:17] </w:t>
      </w:r>
      <w:r>
        <w:t>yaani sara intezaam farishtay sambhal lenge. yahan hum ko kamana parta hai, job karana parta hai, business karana parta hai, ghar ka intezaam karna parta hai.</w:t>
      </w:r>
    </w:p>
    <w:p>
      <w:pPr>
        <w:jc w:val="right"/>
      </w:pPr>
      <w:r>
        <w:t>یعنی سارا انتظام فرشتے سنبھال لیں گے۔ یہاں ہم کو کمانا پڑتا ہے، جاب کرانا پڑتا ہے، بزنس کرانا پڑتا ہے، گھر کا انتظام کرنا پڑتا ہے۔</w:t>
      </w:r>
    </w:p>
    <w:p>
      <w:r>
        <w:rPr>
          <w:b/>
        </w:rPr>
        <w:t xml:space="preserve">[20:30] </w:t>
      </w:r>
      <w:r>
        <w:t>woh sab ka sab farishtay sambhal lenge. yaani farishtay hum ko farigh kar denge.</w:t>
      </w:r>
    </w:p>
    <w:p>
      <w:pPr>
        <w:jc w:val="right"/>
      </w:pPr>
      <w:r>
        <w:t>وہ سب کا سب فرشتے سنبھال لیں گے۔ یعنی فرشتے ہم کو فارغ کر دیں گے۔</w:t>
      </w:r>
    </w:p>
    <w:p>
      <w:r>
        <w:rPr>
          <w:b/>
        </w:rPr>
        <w:t xml:space="preserve">[20:40] </w:t>
      </w:r>
      <w:r>
        <w:t>yaani jin logon ke liye Allah taala jannat ka faisla karega, jin ke liye jannat mein dakhla jin ko milega, to jannat mein dakhle ke baad un ki sari maadi zarooriyat, un ki physical need ka charge farishtay le lenge.</w:t>
      </w:r>
    </w:p>
    <w:p>
      <w:pPr>
        <w:jc w:val="right"/>
      </w:pPr>
      <w:r>
        <w:t>یعنی جن لوگوں کے لیے اللہ تعالیٰ جنت کا فیصلہ کرے گا، جن کے لیے جنت میں داخلہ جن کو ملے گا، تو جنت میں داخلے کے بعد ان کی ساری مادی ضروریات، ان کی فزیکل نیڈ کا چارج فرشتے لے لیں گے۔</w:t>
      </w:r>
    </w:p>
    <w:p>
      <w:r>
        <w:rPr>
          <w:b/>
        </w:rPr>
        <w:t xml:space="preserve">[20:59] </w:t>
      </w:r>
      <w:r>
        <w:t>aap ko wahan yeh aasan nahi karna hoga ke paisa kamayein, phir ghar banayein, phir bazaar ja kar samaan khareidein, phir khana pakayein.</w:t>
      </w:r>
    </w:p>
    <w:p>
      <w:pPr>
        <w:jc w:val="right"/>
      </w:pPr>
      <w:r>
        <w:t>آپ کو وہاں یہ آسان نہیں کرنا ہوگا کہ پیسہ کمائیں، پھر گھر بنائیں، پھر بازار جا کر سامان خریدیں، پھر کھانا پکائیں۔</w:t>
      </w:r>
    </w:p>
    <w:p>
      <w:r>
        <w:rPr>
          <w:b/>
        </w:rPr>
        <w:t xml:space="preserve">[21:09] </w:t>
      </w:r>
      <w:r>
        <w:t>yeh sari activities hain, maadi, yeh sari activities jo hain, woh wahan farishtay anjaam denge. aap farigh ho jayenge. farigh ho jayenge kis kaam</w:t>
      </w:r>
    </w:p>
    <w:p>
      <w:pPr>
        <w:jc w:val="right"/>
      </w:pPr>
      <w:r>
        <w:t>یہ ساری جو ایکٹیویٹیز ہیں، مادی، یہ ساری ایکٹیویٹیز جو ہیں، وہ وہاں فرشتے انجام دیں گے۔ آپ فارغ ہو جائیں گے۔ فارغ ہو جائیں گے کس کام</w:t>
      </w:r>
    </w:p>
    <w:p>
      <w:r>
        <w:rPr>
          <w:b/>
        </w:rPr>
        <w:t xml:space="preserve">[21:21] </w:t>
      </w:r>
      <w:r>
        <w:t>ke liye? intellectual exercise ke liye, zehni sargermi ke liye.</w:t>
      </w:r>
    </w:p>
    <w:p>
      <w:pPr>
        <w:jc w:val="right"/>
      </w:pPr>
      <w:r>
        <w:t>کے لیے؟ انٹلیکچول ایکسرسائز کے لیے، ذہنی سرگرمی کے لیے۔</w:t>
      </w:r>
    </w:p>
    <w:p>
      <w:r>
        <w:rPr>
          <w:b/>
        </w:rPr>
        <w:t xml:space="preserve">[21:28] </w:t>
      </w:r>
      <w:r>
        <w:t>aur plus yeh hoga ke wahan par aap ko, yaani dunya mein jaise telescope hai, microscope hai, is se aap cheezon ko research kar paate hain.</w:t>
      </w:r>
    </w:p>
    <w:p>
      <w:pPr>
        <w:jc w:val="right"/>
      </w:pPr>
      <w:r>
        <w:t>اور پلس یہ ہوگا کہ وہاں پر آپ کو، یعنی دنیا میں جیسے ٹیلیسکوپ ہے، مائیکروسکوپ ہے، اس سے آپ چیزوں کو ریسرچ کر پاتے ہیں۔</w:t>
      </w:r>
    </w:p>
    <w:p>
      <w:r>
        <w:rPr>
          <w:b/>
        </w:rPr>
        <w:t xml:space="preserve">[21:40] </w:t>
      </w:r>
      <w:r>
        <w:t>aisi aur samaan hain. yeh saare samaan wahan billion trillion zyada barhe pemane par aur zyada ideal shakal mein milenge aap ko.</w:t>
      </w:r>
    </w:p>
    <w:p>
      <w:pPr>
        <w:jc w:val="right"/>
      </w:pPr>
      <w:r>
        <w:t>ایسی اور سامان ہیں۔ یہ سارے سامان وہاں بلین ٹریلین زیادہ بڑے پیمانے پر اور زیادہ آئیڈیل شکل میں ملیں گے آپ کو۔</w:t>
      </w:r>
    </w:p>
    <w:p>
      <w:r>
        <w:rPr>
          <w:b/>
        </w:rPr>
        <w:t xml:space="preserve">[21:50] </w:t>
      </w:r>
      <w:r>
        <w:t>zyada perfection.</w:t>
      </w:r>
    </w:p>
    <w:p>
      <w:pPr>
        <w:jc w:val="right"/>
      </w:pPr>
      <w:r>
        <w:t>زیادہ پرفیکشن۔</w:t>
      </w:r>
    </w:p>
    <w:p>
      <w:r>
        <w:rPr>
          <w:b/>
        </w:rPr>
        <w:t xml:space="preserve">[21:52] </w:t>
      </w:r>
      <w:r>
        <w:t>to jannat ka model jo meri samajh mein aata hai, woh yeh nahi ke wahan hoorein hongi aur yahan khoob khane peene ka samaan hoga. yeh model meri samajh mein nahi aata.</w:t>
      </w:r>
    </w:p>
    <w:p>
      <w:pPr>
        <w:jc w:val="right"/>
      </w:pPr>
      <w:r>
        <w:t>تو جنت کا ماڈل جو میری سمجھ میں آتا ہے، وہ یہ نہیں کہ وہاں حوریں ہوں گی اور یہاں خوب کھانے پینے کا سامان ہوگا۔ یہ ماڈل میری سمجھ میں نہیں آتا۔</w:t>
      </w:r>
    </w:p>
    <w:p>
      <w:r>
        <w:rPr>
          <w:b/>
        </w:rPr>
        <w:t xml:space="preserve">[22:03] </w:t>
      </w:r>
      <w:r>
        <w:t>jannat ka jo model samajh mein aata hai mere, woh yeh hai ke is dunya mein hum intellectual activities kar nahi paate.</w:t>
      </w:r>
    </w:p>
    <w:p>
      <w:pPr>
        <w:jc w:val="right"/>
      </w:pPr>
      <w:r>
        <w:t>جنت کا جو ماڈل سمجھ میں آتا ہے میرے، وہ یہ ہے کہ اس دنیا میں ہم انٹلیکچول ایکٹیویٹیز کر نہیں پاتے۔</w:t>
      </w:r>
    </w:p>
    <w:p>
      <w:r>
        <w:rPr>
          <w:b/>
        </w:rPr>
        <w:t xml:space="preserve">[22:13] </w:t>
      </w:r>
      <w:r>
        <w:t>kyunke hum phanse rehte hain maadi zarooraton mein.</w:t>
      </w:r>
    </w:p>
    <w:p>
      <w:pPr>
        <w:jc w:val="right"/>
      </w:pPr>
      <w:r>
        <w:t>کیونکہ ہم پھنسے رہتے ہیں مادی ضرورتوں میں۔</w:t>
      </w:r>
    </w:p>
    <w:p>
      <w:r>
        <w:rPr>
          <w:b/>
        </w:rPr>
        <w:t xml:space="preserve">[22:17] </w:t>
      </w:r>
      <w:r>
        <w:t>aksar logon ko aap dekhenge ke un se aap ja ke kahein ke bhai aap kuch study kijiye. to kahenge bhai time milta nahin. aap un se kahein ke quran padhiye, seerat padhiye, sahaba ki ayat padhiye, aur doosri islami literature padhiye.</w:t>
      </w:r>
    </w:p>
    <w:p>
      <w:pPr>
        <w:jc w:val="right"/>
      </w:pPr>
      <w:r>
        <w:t>اکثر لوگوں کو آپ دیکھیں گے کہ ان سے آپ جا کے کہیں کہ بھئی آپ کچھ اسٹڈی کیجئے۔ تو کہیں گے بھئی ٹائم ملتا نہیں۔ آپ ان سے کہیں کہ قرآن پڑھیے، سیرت پڑھیے، صحابہ کی آیات پڑھیے، اور دوسری اسلامی لٹریچر پڑھیے۔</w:t>
      </w:r>
    </w:p>
    <w:p>
      <w:r>
        <w:rPr>
          <w:b/>
        </w:rPr>
        <w:t xml:space="preserve">[22:30] </w:t>
      </w:r>
      <w:r>
        <w:t>to kahenge bhai waqt hum ko nahin milta. to waqt kahan phansa rehta hai un ka?</w:t>
      </w:r>
    </w:p>
    <w:p>
      <w:pPr>
        <w:jc w:val="right"/>
      </w:pPr>
      <w:r>
        <w:t>تو کہیں گے بھئی وقت ہم کو نہیں ملتا۔ تو وقت کہاں پھنسا رہتا ہے ان کا؟</w:t>
      </w:r>
    </w:p>
    <w:p>
      <w:r>
        <w:rPr>
          <w:b/>
        </w:rPr>
        <w:t xml:space="preserve">[22:38] </w:t>
      </w:r>
      <w:r>
        <w:t>wo phansa rehta hai un ka, yaani is liye ke wo unhein paisa chahiye, job chahiye, business chahiye, ghar banana hai, bachon ko sambhalna hai, livelihood jo kehte hain, is ko hasil karna hai.</w:t>
      </w:r>
    </w:p>
    <w:p>
      <w:pPr>
        <w:jc w:val="right"/>
      </w:pPr>
      <w:r>
        <w:t>وہ پھنسا رہتا ہے ان کا، یعنی اس لیے کہ وہ انہیں پیسہ چاہیے، جاب چاہیے، بزنس چاہیے، گھر بنانا ہے، بچوں کو سنبھالنا ہے، لائفلی ہڈ جو کہتے ہیں، اس کو حاصل کرنا ہے۔</w:t>
      </w:r>
    </w:p>
    <w:p>
      <w:r>
        <w:rPr>
          <w:b/>
        </w:rPr>
        <w:t xml:space="preserve">[22:55] </w:t>
      </w:r>
      <w:r>
        <w:t>is mein phansa rehta hai aadmi.</w:t>
      </w:r>
    </w:p>
    <w:p>
      <w:pPr>
        <w:jc w:val="right"/>
      </w:pPr>
      <w:r>
        <w:t>اس میں پھنسا رہتا ہے آدمی۔</w:t>
      </w:r>
    </w:p>
    <w:p>
      <w:r>
        <w:rPr>
          <w:b/>
        </w:rPr>
        <w:t xml:space="preserve">[22:58] </w:t>
      </w:r>
      <w:r>
        <w:t>to aadmi ki yeh arz hai, arz. yeh jo ayat hai wa lakum fiha ma tashtahiyyu anfusukum to isi arz ki taraf ishara hai.</w:t>
      </w:r>
    </w:p>
    <w:p>
      <w:pPr>
        <w:jc w:val="right"/>
      </w:pPr>
      <w:r>
        <w:t>تو آدمی کی یہ عرض ہے، عرض۔ یہ جو آیت ہے وَلَكُمْ فِيهَا مَا تَشْتَهِيُّ أَنْفُسُكُمْ تو اسی عرض کی طرف اشارہ ہے۔</w:t>
      </w:r>
    </w:p>
    <w:p>
      <w:r>
        <w:rPr>
          <w:b/>
        </w:rPr>
        <w:t xml:space="preserve">[23:09] </w:t>
      </w:r>
      <w:r>
        <w:t>insan ki arz hai ke agar koi mujhe farigh kar de maadi aitbaar se, agar koi mujhe farigh kar de maadi aitbaar se, to ab mein apne mind ko poori tarah laga doon haqaaq ki daryaft mein.</w:t>
      </w:r>
    </w:p>
    <w:p>
      <w:pPr>
        <w:jc w:val="right"/>
      </w:pPr>
      <w:r>
        <w:t>انسان کی عرض ہے کہ اگر کوئی مجھے فارغ کر دے مادی اعتبار سے، اگر کوئی مجھے فارغ کر دے مادی اعتبار سے، تو اب میں اپنے مائنڈ کو پوری طرح لگا دوں حقائق کی دریافت میں۔</w:t>
      </w:r>
    </w:p>
    <w:p>
      <w:r>
        <w:rPr>
          <w:b/>
        </w:rPr>
        <w:t xml:space="preserve">[23:30] </w:t>
      </w:r>
      <w:r>
        <w:t>haqaaq ki daryaft mein.</w:t>
      </w:r>
    </w:p>
    <w:p>
      <w:pPr>
        <w:jc w:val="right"/>
      </w:pPr>
      <w:r>
        <w:t>حقائق کی دریافت میں۔</w:t>
      </w:r>
    </w:p>
    <w:p>
      <w:r>
        <w:rPr>
          <w:b/>
        </w:rPr>
        <w:t xml:space="preserve">[23:34] </w:t>
      </w:r>
      <w:r>
        <w:t>jo ab is tarah se sochte hue mujhe quran ki woh ayat yaad aati hain. khaas tor par do ayat hain.</w:t>
      </w:r>
    </w:p>
    <w:p>
      <w:pPr>
        <w:jc w:val="right"/>
      </w:pPr>
      <w:r>
        <w:t>جو اب اس طرح سے سوچتے ہوئے مجھے قرآن کی وہ آیات یاد آتی ہیں۔ خاص طور پر دو آیات ہیں۔</w:t>
      </w:r>
    </w:p>
    <w:p>
      <w:r>
        <w:rPr>
          <w:b/>
        </w:rPr>
        <w:t xml:space="preserve">[23:44] </w:t>
      </w:r>
      <w:r>
        <w:t>ek ayat ke alfaaz yeh hain ke</w:t>
      </w:r>
    </w:p>
    <w:p>
      <w:pPr>
        <w:jc w:val="right"/>
      </w:pPr>
      <w:r>
        <w:t>ایک آیت کے الفاظ یہ ہیں کہ</w:t>
      </w:r>
    </w:p>
    <w:p>
      <w:r>
        <w:rPr>
          <w:b/>
        </w:rPr>
        <w:t xml:space="preserve">[23:51] </w:t>
      </w:r>
      <w:r>
        <w:t>wa la anna min shai'in naqlamun wal bahru yamudduhu min ba'dihi sabatun abhurun abrun ma nafadhat kalimatu allahi</w:t>
      </w:r>
    </w:p>
    <w:p>
      <w:pPr>
        <w:jc w:val="right"/>
      </w:pPr>
      <w:r>
        <w:t>وَلَا أَنَّ مِنْ شَيْءٍ نَقْلَامٌ وَالْبَحْرُ يَمُدُّهُ مِنْ بَعْدِهِ سَبَتٌ عَبْهُرٌ عَبْرٌ مَا نَفَذُتْ كَلْمَاتُ اللَّهِ</w:t>
      </w:r>
    </w:p>
    <w:p>
      <w:r>
        <w:rPr>
          <w:b/>
        </w:rPr>
        <w:t xml:space="preserve">[24:01] </w:t>
      </w:r>
      <w:r>
        <w:t>ek ayat yeh hai. doosri ayat yeh hai ke</w:t>
      </w:r>
    </w:p>
    <w:p>
      <w:pPr>
        <w:jc w:val="right"/>
      </w:pPr>
      <w:r>
        <w:t>ایک آیت یہ ہے۔ دوسری آیت یہ ہے کہ</w:t>
      </w:r>
    </w:p>
    <w:p>
      <w:r>
        <w:rPr>
          <w:b/>
        </w:rPr>
        <w:t xml:space="preserve">[24:08] </w:t>
      </w:r>
      <w:r>
        <w:t>doosri ayat hai ke kullu kana al bahru mizadan likalimati rabbi lanafadha al bahru qabla an tanfadha kalimatu rabbi walaw janabi mithli marada yeh quran mein do ayaten hain ke quran ke jo kalimat hain,</w:t>
      </w:r>
    </w:p>
    <w:p>
      <w:pPr>
        <w:jc w:val="right"/>
      </w:pPr>
      <w:r>
        <w:t>دوسری آیت ہے کہ كُلُّ كَانَ الْبَحْرُ مِذَادًا لِكَلَمَاتِ رَبِّي لَنَفَذَ الْبَحْرُ قَبْلَ أَنْ تَنْفَذَ كَلَمَاتُ رَبِّي وَلَوْ جَنَابِي مِثْلِي مَرَضَ یہ قرآن میں دو آیتیں ہیں کہ قرآن کے جو کلمات ہیں،</w:t>
      </w:r>
    </w:p>
    <w:p>
      <w:r>
        <w:rPr>
          <w:b/>
        </w:rPr>
        <w:t xml:space="preserve">[24:23] </w:t>
      </w:r>
      <w:r>
        <w:t>kalimat ka matlab hai jo quran ke</w:t>
      </w:r>
    </w:p>
    <w:p>
      <w:pPr>
        <w:jc w:val="right"/>
      </w:pPr>
      <w:r>
        <w:t>کلمات کا مطلب ہے جو قرآن کے</w:t>
      </w:r>
    </w:p>
    <w:p>
      <w:r>
        <w:rPr>
          <w:b/>
        </w:rPr>
        <w:t xml:space="preserve">[24:26] </w:t>
      </w:r>
      <w:r>
        <w:t>rabbani item hain, jo quran ke jo allah ke rabb glory ke item hain, jo allah ke aala aala hain, aala allah, wo itne zyada, itne zyada, itne zyada hain ke agar tamam dunya ke darakht qalam banaye jayen aur tamam dunya ke</w:t>
      </w:r>
    </w:p>
    <w:p>
      <w:pPr>
        <w:jc w:val="right"/>
      </w:pPr>
      <w:r>
        <w:t>ربانی آئٹم ہیں، جو قرآن کے جو اللہ کے رب گلوری کے آئٹم ہیں، جو اللہ کے اعلیٰ اعلیٰ ہیں، اعلیٰ اللہ، وہ اتنے زیادہ، اتنے زیادہ، اتنے زیادہ ہیں کہ اگر تمام دنیا کے درخت قلم بنائے جائیں اور تمام دنیا کے</w:t>
      </w:r>
    </w:p>
    <w:p>
      <w:r>
        <w:rPr>
          <w:b/>
        </w:rPr>
        <w:t xml:space="preserve">[24:46] </w:t>
      </w:r>
      <w:r>
        <w:t>samundaron ko ink bana diya jaye aur phir un ko likhna shuru kar diya jaye aur phir itni aur allah taala de, tab bhi allah ke allah ki glory khatam nahin hogi aur woh</w:t>
      </w:r>
    </w:p>
    <w:p>
      <w:pPr>
        <w:jc w:val="right"/>
      </w:pPr>
      <w:r>
        <w:t>سمندروں کو اینک بنا دیا جائے اور پھر ان کو لکھنا شروع کر دیا جائے اور پھر اتنی اور اللہ تعالیٰ دے، تب بھی اللہ کے اللہ کی گلوری ختم نہیں ہوگی اور وہ</w:t>
      </w:r>
    </w:p>
    <w:p>
      <w:r>
        <w:rPr>
          <w:b/>
        </w:rPr>
        <w:t xml:space="preserve">[25:02] </w:t>
      </w:r>
      <w:r>
        <w:t>baqi rahegi.</w:t>
      </w:r>
    </w:p>
    <w:p>
      <w:pPr>
        <w:jc w:val="right"/>
      </w:pPr>
      <w:r>
        <w:t>باقی رہے گی۔</w:t>
      </w:r>
    </w:p>
    <w:p>
      <w:r>
        <w:rPr>
          <w:b/>
        </w:rPr>
        <w:t xml:space="preserve">[25:04] </w:t>
      </w:r>
      <w:r>
        <w:t>is yeh dekhiye, bazahir is mein jo baat kahi gayi hai, ek khabar ke roop mein hai. dekhen, yeh ab aks mein batati hai ke jannat mein ahle jannat ki activity kya hogi?</w:t>
      </w:r>
    </w:p>
    <w:p>
      <w:pPr>
        <w:jc w:val="right"/>
      </w:pPr>
      <w:r>
        <w:t>اس یہ دیکھیے، بظاہر اس میں جو بات کہی گئی ہے، ایک خبر کے روپ میں ہے۔ دیکھیں، یہ اب عکس میں بتاتی ہے کہ جنت میں اہل جنت کی ایکٹیویٹی کیا ہوگی؟</w:t>
      </w:r>
    </w:p>
    <w:p>
      <w:r>
        <w:rPr>
          <w:b/>
        </w:rPr>
        <w:t xml:space="preserve">[25:18] </w:t>
      </w:r>
      <w:r>
        <w:t>sirf ek khabar ko nahin. kyunke aap dekhiye, agar allah ke itni glory hai, itne us ke aala hain, to kya isi liye koi chhpe rahe hamesha?</w:t>
      </w:r>
    </w:p>
    <w:p>
      <w:pPr>
        <w:jc w:val="right"/>
      </w:pPr>
      <w:r>
        <w:t>صرف ایک خبر کو نہیں۔ کیونکہ آپ دیکھیے، اگر اللہ کے اتنی گلوری ہے، اتنے اس کے اعلیٰ ہیں، تو کیا اسی لیے کوئی چھپے رہے ہمیشہ؟</w:t>
      </w:r>
    </w:p>
    <w:p>
      <w:r>
        <w:rPr>
          <w:b/>
        </w:rPr>
        <w:t xml:space="preserve">[25:33] </w:t>
      </w:r>
      <w:r>
        <w:t>wo zahir na hon. yaani yeh takhleeq ka hai, bohat hi takhleeq ko aap understandable karenge.</w:t>
      </w:r>
    </w:p>
    <w:p>
      <w:pPr>
        <w:jc w:val="right"/>
      </w:pPr>
      <w:r>
        <w:t>وہ ظاہر نہ ہوں۔ یعنی یہ تخلیق کا ہے، بہت ہی تخلیق کو آپ انڈرسٹیبل کریں گے۔</w:t>
      </w:r>
    </w:p>
    <w:p>
      <w:r>
        <w:rPr>
          <w:b/>
        </w:rPr>
        <w:t xml:space="preserve">[25:41] </w:t>
      </w:r>
      <w:r>
        <w:t>yeh samjhen ke yeh sab cheezein aisi mystery bani rahen hamesha. nahin, yeh ayat hai darasal jab batati hai ke ahle jannat karenge kya jannat mein?</w:t>
      </w:r>
    </w:p>
    <w:p>
      <w:pPr>
        <w:jc w:val="right"/>
      </w:pPr>
      <w:r>
        <w:t>یہ سمجھیں کہ یہ سب چیزیں ایسی مسٹری بنی رہیں ہمیشہ۔ نہیں، یہ آیت ہے دراصل جب بتاتی ہے کہ اہل جنت کریں گے کیا جنت میں؟</w:t>
      </w:r>
    </w:p>
    <w:p>
      <w:r>
        <w:rPr>
          <w:b/>
        </w:rPr>
        <w:t xml:space="preserve">[25:52] </w:t>
      </w:r>
      <w:r>
        <w:t>un ka mashghala kya hoga? yeh batati hain.</w:t>
      </w:r>
    </w:p>
    <w:p>
      <w:pPr>
        <w:jc w:val="right"/>
      </w:pPr>
      <w:r>
        <w:t>ان کا مشغلہ کیا ہوگا؟ یہ بتاتی ہیں۔</w:t>
      </w:r>
    </w:p>
    <w:p>
      <w:r>
        <w:rPr>
          <w:b/>
        </w:rPr>
        <w:t xml:space="preserve">[25:58] </w:t>
      </w:r>
      <w:r>
        <w:t>mashghala yeh hoga ke un ki jo physical need hai, un ki jo maadi zarooraten hain, bohat hi aala pemane par, aala pemane par un ka charge jo hai, farishte le lenge.</w:t>
      </w:r>
    </w:p>
    <w:p>
      <w:pPr>
        <w:jc w:val="right"/>
      </w:pPr>
      <w:r>
        <w:t>مشغلہ یہ ہوگا کہ ان کی جو فزیکل نیڈ ہے، ان کی جو مادی ضرورتیں ہیں، بہت ہی اعلیٰ پیمانے پر، اعلیٰ پیمانے پر ان کا چارج جو ہے، فرشتے لے لیں گے۔</w:t>
      </w:r>
    </w:p>
    <w:p>
      <w:r>
        <w:rPr>
          <w:b/>
        </w:rPr>
        <w:t xml:space="preserve">[26:16] </w:t>
      </w:r>
      <w:r>
        <w:t>farishte le lenge.</w:t>
      </w:r>
    </w:p>
    <w:p>
      <w:pPr>
        <w:jc w:val="right"/>
      </w:pPr>
      <w:r>
        <w:t>فرشتے لے لیں گے۔</w:t>
      </w:r>
    </w:p>
    <w:p>
      <w:r>
        <w:rPr>
          <w:b/>
        </w:rPr>
        <w:t xml:space="preserve">[26:20] </w:t>
      </w:r>
      <w:r>
        <w:t>jaise ek waqea aata hai ke ek zamane mein jo quran ke par jo shak karte the ke quran mein yeh hai ke quran jaisa kalam koi insan bana nahin sakta.</w:t>
      </w:r>
    </w:p>
    <w:p>
      <w:pPr>
        <w:jc w:val="right"/>
      </w:pPr>
      <w:r>
        <w:t>جیسے ایک واقعہ آتا ہے کہ ایک زمانے میں جو قرآن کے پر جو شک کرتے تھے کہ قرآن میں یہ ہے کہ قرآن جیسا کلام کوئی انسان بنا نہیں سکتا۔</w:t>
      </w:r>
    </w:p>
    <w:p>
      <w:r>
        <w:rPr>
          <w:b/>
        </w:rPr>
        <w:t xml:space="preserve">[26:39] </w:t>
      </w:r>
      <w:r>
        <w:t>quran mein bataya gaya hai ke quran jaisa kalam koi insan nahi bana sakta. aur yeh suboot mein hai ke yeh quran khuda ka kalam hai.</w:t>
      </w:r>
    </w:p>
    <w:p>
      <w:pPr>
        <w:jc w:val="right"/>
      </w:pPr>
      <w:r>
        <w:t>قرآن میں بتایا گیا ہے کہ قرآن جیسا کلام کوئی انسان نہیں بنا سکتا۔ اور یہ ثبوت میں ہے کہ یہ قرآن خدا کا کلام ہے۔</w:t>
      </w:r>
    </w:p>
    <w:p>
      <w:r>
        <w:rPr>
          <w:b/>
        </w:rPr>
        <w:t xml:space="preserve">[26:51] </w:t>
      </w:r>
      <w:r>
        <w:t>to kuch log jo shakk karte thay is par ke insan bana sakta hai, koi aisi baat nahi ke na bana sakay. to kai logon ne koshishein keen.</w:t>
      </w:r>
    </w:p>
    <w:p>
      <w:pPr>
        <w:jc w:val="right"/>
      </w:pPr>
      <w:r>
        <w:t>تو کچھ لوگ جو شک کرتے تھے اس پر کہ انسان بنا سکتا ہے، کوئی ایسی بات نہیں کہ نہ بنا سکے۔ تو کئی لوگوں نے کوششیں کیں۔</w:t>
      </w:r>
    </w:p>
    <w:p>
      <w:r>
        <w:rPr>
          <w:b/>
        </w:rPr>
        <w:t xml:space="preserve">[27:01] </w:t>
      </w:r>
      <w:r>
        <w:t>in mein se aik qissa aata hai ibn muqaffa ka.</w:t>
      </w:r>
    </w:p>
    <w:p>
      <w:pPr>
        <w:jc w:val="right"/>
      </w:pPr>
      <w:r>
        <w:t>ان میں سے ایک قصہ آتا ہے ابن مقفہ کا۔</w:t>
      </w:r>
    </w:p>
    <w:p>
      <w:r>
        <w:rPr>
          <w:b/>
        </w:rPr>
        <w:t xml:space="preserve">[27:05] </w:t>
      </w:r>
      <w:r>
        <w:t>ibn muqaffa jo tha, bohat hi zyada bara adib tha. us ki aik kitab agar aap dekhein, qaleel al-diman, to us ki adabi maharat ka is ka andaza hota hai.</w:t>
      </w:r>
    </w:p>
    <w:p>
      <w:pPr>
        <w:jc w:val="right"/>
      </w:pPr>
      <w:r>
        <w:t>ابن مقفہ جو تھا، بہت ہی زیادہ بڑا ادیب تھا۔ اس کی ایک کتاب اگر آپ دیکھیں، قلیل الدمن، تو اس کی ادبی مہارت کا اس کا اندازہ ہوتا ہے۔</w:t>
      </w:r>
    </w:p>
    <w:p>
      <w:r>
        <w:rPr>
          <w:b/>
        </w:rPr>
        <w:t xml:space="preserve">[27:20] </w:t>
      </w:r>
      <w:r>
        <w:t>to bohat bara, bohat zaheen, bohat bara adib aur tasneef mein taleem ka mahir. to logon ne is ko kaha ke hum tum ko farigh karte hain.</w:t>
      </w:r>
    </w:p>
    <w:p>
      <w:pPr>
        <w:jc w:val="right"/>
      </w:pPr>
      <w:r>
        <w:t>تو بہت بڑا، بہت ذہین، بہت بڑا ادیب اور تصنیف میں تعلیم کا ماہر۔ تو لوگوں نے اس کو کہا کہ ہم تم کو فارغ کرتے ہیں۔</w:t>
      </w:r>
    </w:p>
    <w:p>
      <w:r>
        <w:rPr>
          <w:b/>
        </w:rPr>
        <w:t xml:space="preserve">[27:34] </w:t>
      </w:r>
      <w:r>
        <w:t>to</w:t>
      </w:r>
    </w:p>
    <w:p>
      <w:pPr>
        <w:jc w:val="right"/>
      </w:pPr>
      <w:r>
        <w:t>تو</w:t>
      </w:r>
    </w:p>
    <w:p>
      <w:r>
        <w:rPr>
          <w:b/>
        </w:rPr>
        <w:t xml:space="preserve">[27:35] </w:t>
      </w:r>
      <w:r>
        <w:t>is ko aik ghar diya gaya. kaha gaya is mein tum raho. is ki sari zarooraten ki zimmedariyan doosre logon ne le liya.</w:t>
      </w:r>
    </w:p>
    <w:p>
      <w:pPr>
        <w:jc w:val="right"/>
      </w:pPr>
      <w:r>
        <w:t>اس کو ایک گھر دیا گیا۔ کہا گیا اس میں تم رہو۔ اس کی ساری ضرورتیں کی ذمہ داریاں دوسرے لوگوں نے لے لیا۔</w:t>
      </w:r>
    </w:p>
    <w:p>
      <w:r>
        <w:rPr>
          <w:b/>
        </w:rPr>
        <w:t xml:space="preserve">[27:45] </w:t>
      </w:r>
      <w:r>
        <w:t>khud use kuch karna na ho. khane ke liye, pani ke liye, aaram ke liye, kisi ke liye kuch nahi. bas farigh ho kar woh quran likhe.</w:t>
      </w:r>
    </w:p>
    <w:p>
      <w:pPr>
        <w:jc w:val="right"/>
      </w:pPr>
      <w:r>
        <w:t>خود اسے کچھ کرنا نہ ہو۔ کھانے کے لیے، پانی کے لیے، آرام کے لیے، کسی کے لیے کچھ نہیں۔ بس فارغ ہو کر وہ قرآن لکھے۔</w:t>
      </w:r>
    </w:p>
    <w:p>
      <w:r>
        <w:rPr>
          <w:b/>
        </w:rPr>
        <w:t xml:space="preserve">[27:54] </w:t>
      </w:r>
      <w:r>
        <w:t>to aage jo woh likh nahi saka, woh lekin aik misaal mein de raha hoon ke farigh hone ka matlab</w:t>
      </w:r>
    </w:p>
    <w:p>
      <w:pPr>
        <w:jc w:val="right"/>
      </w:pPr>
      <w:r>
        <w:t>تو آگے جو وہ لکھ نہیں سکا، وہ لیکن ایک مثال میں دے رہا ہوں کہ فارغ ہونے کا مطلب</w:t>
      </w:r>
    </w:p>
    <w:p>
      <w:r>
        <w:rPr>
          <w:b/>
        </w:rPr>
        <w:t xml:space="preserve">[28:01] </w:t>
      </w:r>
      <w:r>
        <w:t>to insan ki yeh aik tamanna hai, aik arz hai ke meri maadi zarooraton ka koi le le zimmedari.</w:t>
      </w:r>
    </w:p>
    <w:p>
      <w:pPr>
        <w:jc w:val="right"/>
      </w:pPr>
      <w:r>
        <w:t>تو انسان کی یہ ایک تمنا ہے، ایک عرض ہے کہ میری مادی ضرورتوں کا کوئی لے لے ذمہ داری۔</w:t>
      </w:r>
    </w:p>
    <w:p>
      <w:r>
        <w:rPr>
          <w:b/>
        </w:rPr>
        <w:t xml:space="preserve">[28:10] </w:t>
      </w:r>
      <w:r>
        <w:t>sari maadi zarooraten mujhe koi faraham karta rahe to mein intellectual level par apne aap ko mashghool karoon.</w:t>
      </w:r>
    </w:p>
    <w:p>
      <w:pPr>
        <w:jc w:val="right"/>
      </w:pPr>
      <w:r>
        <w:t>ساری مادی ضرورتیں مجھے کوئی فراہم کرتا رہے تو میں انٹلیکچول لیول پر اپنے آپ کو مشغول کروں۔</w:t>
      </w:r>
    </w:p>
    <w:p>
      <w:r>
        <w:rPr>
          <w:b/>
        </w:rPr>
        <w:t xml:space="preserve">[28:20] </w:t>
      </w:r>
      <w:r>
        <w:t>to yeh jo insan ki arz hai, insan ki jo tamanna hai, yeh akhirat mein poori hogi. jannat mein poori hogi. ahl-e-jannat ke liye</w:t>
      </w:r>
    </w:p>
    <w:p>
      <w:pPr>
        <w:jc w:val="right"/>
      </w:pPr>
      <w:r>
        <w:t>تو یہ جو انسان کی عرض ہے، انسان کی جو تمنا ہے، یہ آخرت میں پوری ہوگی۔ جنت میں پوری ہوگی۔ اہل جنت کے لیے</w:t>
      </w:r>
    </w:p>
    <w:p>
      <w:r>
        <w:rPr>
          <w:b/>
        </w:rPr>
        <w:t xml:space="preserve">[28:30] </w:t>
      </w:r>
      <w:r>
        <w:t>jin ko Allah taala jannat ke liye yani muntakhib farmayenge, to un ke liye intezam hoga. yani quran ki ayaton se par ghaur karne se meri samajh mein yeh baat aati hai ke farishtay un ki maadi zarooraton ke liye kafeel ho jayenge.</w:t>
      </w:r>
    </w:p>
    <w:p>
      <w:pPr>
        <w:jc w:val="right"/>
      </w:pPr>
      <w:r>
        <w:t>جن کو اللہ تعالیٰ جنت کے لیے یعنی منتخب فرمائیں گے، تو ان کے لیے انتظام ہوگا۔ یعنی قرآن کی آیتوں سے پر غور کرنے سے میری سمجھ میں یہ بات آتی ہے کہ فرشتے ان کی مادی ضرورتوں کے لیے کفیل ہو جائیں گے۔</w:t>
      </w:r>
    </w:p>
    <w:p>
      <w:r>
        <w:rPr>
          <w:b/>
        </w:rPr>
        <w:t xml:space="preserve">[28:50] </w:t>
      </w:r>
      <w:r>
        <w:t>aala aala peymanay par is ka intezam karenge. woh sab kuch</w:t>
      </w:r>
    </w:p>
    <w:p>
      <w:pPr>
        <w:jc w:val="right"/>
      </w:pPr>
      <w:r>
        <w:t>اعلیٰ اعلیٰ پیمانے پر اس کا انتظام کریں گے۔ وہ سب کچھ</w:t>
      </w:r>
    </w:p>
    <w:p>
      <w:r>
        <w:rPr>
          <w:b/>
        </w:rPr>
        <w:t xml:space="preserve">[28:57] </w:t>
      </w:r>
      <w:r>
        <w:t>yani ahl-e-jannat ko na to kahin se pani lana hoga, na khana pakana hoga, na bistar bichana hoga. yeh sara jo hai charge le lenge farishtay aur un ko farigh kar denge.</w:t>
      </w:r>
    </w:p>
    <w:p>
      <w:pPr>
        <w:jc w:val="right"/>
      </w:pPr>
      <w:r>
        <w:t>یعنی اہل جنت کو نہ تو کہیں سے پانی لانا ہوگا، نہ کھانا پکانا ہوگا، نہ بستر بچھانا ہوگا۔ یہ سارا جو ہے چارج لے لیں گے فرشتے اور ان کو فارغ کر دیں گے۔</w:t>
      </w:r>
    </w:p>
    <w:p>
      <w:r>
        <w:rPr>
          <w:b/>
        </w:rPr>
        <w:t xml:space="preserve">[29:12] </w:t>
      </w:r>
      <w:r>
        <w:t>is ko jis ko kehte hain farigh kar dena ke tum apna intellectual activities karo. to intellectual activities kahan karenge?</w:t>
      </w:r>
    </w:p>
    <w:p>
      <w:pPr>
        <w:jc w:val="right"/>
      </w:pPr>
      <w:r>
        <w:t>اس کو جس کو کہتے ہیں فارغ کر دینا کہ تم اپنا انٹلیکچول ایکٹیویٹیز کرو۔ تو انٹلیکچول ایکٹیویٹیز کہاں کریں گے؟</w:t>
      </w:r>
    </w:p>
    <w:p>
      <w:r>
        <w:rPr>
          <w:b/>
        </w:rPr>
        <w:t xml:space="preserve">[29:21] </w:t>
      </w:r>
      <w:r>
        <w:t>intellectual activities ke liye bhi to koi buniyad honi chahiye. kahan karenge? waqai mein to nahi ho sakti. intellectual activities waqai mein nahi ho sakti.</w:t>
      </w:r>
    </w:p>
    <w:p>
      <w:pPr>
        <w:jc w:val="right"/>
      </w:pPr>
      <w:r>
        <w:t>انٹلیکچول ایکٹیویٹیز کے لیے بھی تو کوئی بنیاد ہونی چاہیے۔ کہاں کریں گے؟ ویکم میں تو نہیں ہو سکتی۔ انٹلیکچول ایکٹیویٹیز ویکم میں نہیں ہو سکتی۔</w:t>
      </w:r>
    </w:p>
    <w:p>
      <w:r>
        <w:rPr>
          <w:b/>
        </w:rPr>
        <w:t xml:space="preserve">[29:32] </w:t>
      </w:r>
      <w:r>
        <w:t>to yeh jo nature hai, jo jo Khuda ki takhleeq hai, yeh jo kainat hai, is mein yani</w:t>
      </w:r>
    </w:p>
    <w:p>
      <w:pPr>
        <w:jc w:val="right"/>
      </w:pPr>
      <w:r>
        <w:t>تو یہ جو نیچر ہے، جو جو خدا کی تخلیق ہے، یہ جو کائنات ہے، اس میں یعنی</w:t>
      </w:r>
    </w:p>
    <w:p>
      <w:r>
        <w:rPr>
          <w:b/>
        </w:rPr>
        <w:t xml:space="preserve">[29:43] </w:t>
      </w:r>
      <w:r>
        <w:t>yani itnay zyada item hain ma'rifat ke, itnay zyada item hain glory ke, jis ki aik misaal mein ne di ke shahad ki makkhi mein bohat sare item hain.</w:t>
      </w:r>
    </w:p>
    <w:p>
      <w:pPr>
        <w:jc w:val="right"/>
      </w:pPr>
      <w:r>
        <w:t>یعنی اتنے زیادہ آئٹم ہیں معرفت کے، اتنے زیادہ آئٹم ہیں گلوری کے، جس کی ایک مثال میں نے دی کہ شہادت کی مکھی میں بہت سارے آئٹم ہیں۔</w:t>
      </w:r>
    </w:p>
    <w:p>
      <w:r>
        <w:rPr>
          <w:b/>
        </w:rPr>
        <w:t xml:space="preserve">[29:56] </w:t>
      </w:r>
      <w:r>
        <w:t>is mein bari bari kitabein likhi gayi hain.</w:t>
      </w:r>
    </w:p>
    <w:p>
      <w:pPr>
        <w:jc w:val="right"/>
      </w:pPr>
      <w:r>
        <w:t>اس میں بڑی بڑی کتابیں لکھی گئی ہیں۔</w:t>
      </w:r>
    </w:p>
    <w:p>
      <w:r>
        <w:rPr>
          <w:b/>
        </w:rPr>
        <w:t xml:space="preserve">[29:58] </w:t>
      </w:r>
      <w:r>
        <w:t>is mein se aik baat yeh hai ke jo pehle insan nahi jaanta tha ke shahad ki makkhi do million phoolon par jati hai, wahan ki direct leti hai, phir woh aik pound shayad bana pati hai.</w:t>
      </w:r>
    </w:p>
    <w:p>
      <w:pPr>
        <w:jc w:val="right"/>
      </w:pPr>
      <w:r>
        <w:t>اس میں سے ایک بات یہ ہے کہ جو پہلے انسان نہیں جانتا تھا کہ شہادت کی مکھی دو ملین پھولوں پر جاتی ہے، وہاں کی ڈائریکٹر لیتی ہے، پھر وہ ایک پاؤنڈ شاید بنا پاتی ہے۔</w:t>
      </w:r>
    </w:p>
    <w:p>
      <w:r>
        <w:rPr>
          <w:b/>
        </w:rPr>
        <w:t xml:space="preserve">[30:15] </w:t>
      </w:r>
      <w:r>
        <w:t>is tarah ke billion billion se bhi zyada item hain. aap jante hain ke is tarah ki cheezein jab aadmi discover karta hai to us ko thrill milta hai.</w:t>
      </w:r>
    </w:p>
    <w:p>
      <w:pPr>
        <w:jc w:val="right"/>
      </w:pPr>
      <w:r>
        <w:t>اس طرح کے بلین بلین سے بھی زیادہ آئٹم ہیں۔ آپ جانتے ہیں کہ اس طرح کی چیزیں جب آدمی ڈسکور کرتا ہے تو اس کو تھرل ملتا ہے۔</w:t>
      </w:r>
    </w:p>
    <w:p>
      <w:r>
        <w:rPr>
          <w:b/>
        </w:rPr>
        <w:t xml:space="preserve">[30:26] </w:t>
      </w:r>
      <w:r>
        <w:t>khane peene mein aap ko thrill nahi aata.</w:t>
      </w:r>
    </w:p>
    <w:p>
      <w:pPr>
        <w:jc w:val="right"/>
      </w:pPr>
      <w:r>
        <w:t>کھانے پینے میں آپ کو تھرل نہیں آتا۔</w:t>
      </w:r>
    </w:p>
    <w:p>
      <w:r>
        <w:rPr>
          <w:b/>
        </w:rPr>
        <w:t xml:space="preserve">[30:29] </w:t>
      </w:r>
      <w:r>
        <w:t>kehti hain acha khana khayen, aap kehti hain ache naram bistar par aap soyein. is mein aap ko thrill nahi aayega. bas aaram to zaroor milega.</w:t>
      </w:r>
    </w:p>
    <w:p>
      <w:pPr>
        <w:jc w:val="right"/>
      </w:pPr>
      <w:r>
        <w:t>کہتی ہیں اچھا کھانا کھائیں، آپ کہتی ہیں اچھے نرم بستر پر آپ سوئیں۔ اس میں آپ کو تھرل نہیں آئے گا۔ بس آرام تو ضرور ملے گا۔</w:t>
      </w:r>
    </w:p>
    <w:p>
      <w:r>
        <w:rPr>
          <w:b/>
        </w:rPr>
        <w:t xml:space="preserve">[30:38] </w:t>
      </w:r>
      <w:r>
        <w:t>aaram to zaroor milega. lekin jo jo jis ko kehte hain thrill, thrilling khushi, woh to milti hai jab maa kuch aap discover karte hain, apne mind ko us par istemal karte hain.</w:t>
      </w:r>
    </w:p>
    <w:p>
      <w:pPr>
        <w:jc w:val="right"/>
      </w:pPr>
      <w:r>
        <w:t>آرام تو ضرور ملے گا۔ لیکن جو جو جس کو کہتے ہیں تھرل، تھرلنگ خوشی، وہ تو ملتی ہے جب ماں کچھ آپ ڈسکور کرتے ہیں، اپنے مائنڈ کو اس پر استعمال کرتے ہیں۔</w:t>
      </w:r>
    </w:p>
    <w:p>
      <w:r>
        <w:rPr>
          <w:b/>
        </w:rPr>
        <w:t xml:space="preserve">[30:54] </w:t>
      </w:r>
      <w:r>
        <w:t>to yeh jo jannat walon ko jo cheez mile gi, woh yeh ho gi ke un ko moqa diya jaye ga ke Allah ko daryaft karen, Kalmat Allah ko unfold karen,</w:t>
      </w:r>
    </w:p>
    <w:p>
      <w:pPr>
        <w:jc w:val="right"/>
      </w:pPr>
      <w:r>
        <w:t>تو یہ جو جنت والوں کو جو چیز ملے گی، وہ یہ ہوگی کہ ان کو موقع دیا جائے گا کہ الاؤ اللہ کو دریافت کریں، کلمۃ اللہ کو ان فولڈ کریں،</w:t>
      </w:r>
    </w:p>
    <w:p>
      <w:r>
        <w:rPr>
          <w:b/>
        </w:rPr>
        <w:t xml:space="preserve">[31:10] </w:t>
      </w:r>
      <w:r>
        <w:t>discovery ki yani aik discovery ki aik zindagi guzaren. Farishtay un ki maadi zarooraton ki aala peymanay par faraham karen gay.</w:t>
      </w:r>
    </w:p>
    <w:p>
      <w:pPr>
        <w:jc w:val="right"/>
      </w:pPr>
      <w:r>
        <w:t>ڈسکوری کی یعنی ایک ڈسکوری کی ایک زندگی گزاریں۔ فرشتے ان کی مادی ضرورتوں کی اعلیٰ پیمانے پر فراہم کریں گے۔</w:t>
      </w:r>
    </w:p>
    <w:p>
      <w:r>
        <w:rPr>
          <w:b/>
        </w:rPr>
        <w:t xml:space="preserve">[31:24] </w:t>
      </w:r>
      <w:r>
        <w:t>is mein aap ko kuch sochna nahi hoga. Lekin aap ko wahan moqa hoga. Aisay instrument hon gay, aisay saman hon gay ke jo Allah Rabb ul Izzat ki ke jo aala hain, us ke jo kalmat hain, us ki jo glory hai, ingant, us ko aap discover karte rahen, discover karte rahen aur abad tak discover karte rahen.</w:t>
      </w:r>
    </w:p>
    <w:p>
      <w:pPr>
        <w:jc w:val="right"/>
      </w:pPr>
      <w:r>
        <w:t>اس میں آپ کو کچھ سوچنا نہیں ہوگا۔ لیکن آپ کو وہاں موقع ہوگا۔ ایسے انسٹرومنٹ ہوں گے، ایسے سامان ہوں گے کہ جو اللہ رب العزت کی کی جو اعلیٰ ہیں، اس کے جو کلمات ہیں، اس کی جو گلوری ہے، ان گنت، اس کو آپ ڈسکور کرتے رہیں، ڈسکور کرتے رہیں اور ابد تک ڈسکور کرتے رہیں۔</w:t>
      </w:r>
    </w:p>
    <w:p>
      <w:r>
        <w:rPr>
          <w:b/>
        </w:rPr>
        <w:t xml:space="preserve">[31:50] </w:t>
      </w:r>
      <w:r>
        <w:t>is mein aap ko aik thrilling khushi hasil hogi. Dekhen, jannat ke baray mein aik hadith aati hai ke jab jannat par log settle ho chukay hon gay aur jannat par rehna shuru karen gay to</w:t>
      </w:r>
    </w:p>
    <w:p>
      <w:pPr>
        <w:jc w:val="right"/>
      </w:pPr>
      <w:r>
        <w:t>اس میں آپ کو ایک تھرلنگ خوشی حاصل ہوگی۔ دیکھیں، جنت کے بارے میں ایک حدیث آتی ہے کہ جب جنت پر لوگ سیٹل ہو چکے ہوں گے اور جنت پر رہنا شروع کریں گے تو</w:t>
      </w:r>
    </w:p>
    <w:p>
      <w:r>
        <w:rPr>
          <w:b/>
        </w:rPr>
        <w:t xml:space="preserve">[32:10] </w:t>
      </w:r>
      <w:r>
        <w:t>awaz di jaye gi ke ae jannat walon! tum khush ho, mutmaen ho? to woh kahen gay haan, bohat khush hain, bohat mutmaen hain.</w:t>
      </w:r>
    </w:p>
    <w:p>
      <w:pPr>
        <w:jc w:val="right"/>
      </w:pPr>
      <w:r>
        <w:t>آواز دی جائے گی کہ اے جنت والوں! تم خوش ہو، مطمئن ہو؟ تو وہ کہیں گے ہاں، بہت خوش ہیں، بہت مطمئن ہیں۔</w:t>
      </w:r>
    </w:p>
    <w:p>
      <w:r>
        <w:rPr>
          <w:b/>
        </w:rPr>
        <w:t xml:space="preserve">[32:21] </w:t>
      </w:r>
      <w:r>
        <w:t>phir aelan kiya jaye ga ke Allah apna jalwa dikhayen ga. To Allah apna jalwa dikhayen ga. To hadith mein aata hai ke woh itna zyada is mein un ko thrill aye ga, itna zyada un ko pleasure hoga, pleasure ke woh pichli cheez chezen bhool jayen gay.</w:t>
      </w:r>
    </w:p>
    <w:p>
      <w:pPr>
        <w:jc w:val="right"/>
      </w:pPr>
      <w:r>
        <w:t>پھر اعلان کیا جائے گا کہ اللہ اپنا جلوہ دکھائے گا۔ تو اللہ اپنا جلوہ دکھائے گا۔ تو حدیث میں آتا ہے کہ وہ اتنا زیادہ اس میں ان کو تھرل آئے گا، اتنا زیادہ ان کو پلیژر ہوگا، پلیژر کہ وہ پچھلی چیز چیزیں بھول جائیں گے۔</w:t>
      </w:r>
    </w:p>
    <w:p>
      <w:r>
        <w:rPr>
          <w:b/>
        </w:rPr>
        <w:t xml:space="preserve">[32:42] </w:t>
      </w:r>
      <w:r>
        <w:t>to dekhen, yeh bhi mein samajhta hoon ke aik tamseel ki zuban hai. Aisa nahi ke fiza mein koi chand ki tarah se koi cheez zahir hogi.</w:t>
      </w:r>
    </w:p>
    <w:p>
      <w:pPr>
        <w:jc w:val="right"/>
      </w:pPr>
      <w:r>
        <w:t>تو دیکھیں، یہ بھی میں سمجھتا ہوں کہ ایک تمثیل کی زبان ہے۔ ایسا نہیں کہ فضا میں کوئی چاند کی طرح سے کوئی چیز ظاہر ہوگی۔</w:t>
      </w:r>
    </w:p>
    <w:p>
      <w:r>
        <w:rPr>
          <w:b/>
        </w:rPr>
        <w:t xml:space="preserve">[32:52] </w:t>
      </w:r>
      <w:r>
        <w:t>mera apna ehsas yeh hai ke yeh bhi yahi hai ke kuch aur set of glory, kuch aur set of kalmat daryaft karne ka moqa mile ga ahl e jannat ko.</w:t>
      </w:r>
    </w:p>
    <w:p>
      <w:pPr>
        <w:jc w:val="right"/>
      </w:pPr>
      <w:r>
        <w:t>میرا اپنا احساس یہ ہے کہ یہ بھی یہی ہے کہ کچھ اور سیٹ آف گلوری، کچھ اور سیٹ آف کلمات دریافت کرنے کا موقع ملے گا اہل جنت کو۔</w:t>
      </w:r>
    </w:p>
    <w:p>
      <w:r>
        <w:rPr>
          <w:b/>
        </w:rPr>
        <w:t xml:space="preserve">[33:05] </w:t>
      </w:r>
      <w:r>
        <w:t>to woh daily thrill un ko milti rahe gi, milti rahe gi, milti rahe gi. Hadith mein aata hai ke bar bar Allah taala apna jalwa dikhayen ga.</w:t>
      </w:r>
    </w:p>
    <w:p>
      <w:pPr>
        <w:jc w:val="right"/>
      </w:pPr>
      <w:r>
        <w:t>تو وہ ڈیلی تھرل ان کو ملتی رہے گی، ملتی رہے گی، ملتی رہے گی۔ حدیث میں آتا ہے کہ بار بار اللہ تعالیٰ اپنا جلوہ دکھائے گا۔</w:t>
      </w:r>
    </w:p>
    <w:p>
      <w:r>
        <w:rPr>
          <w:b/>
        </w:rPr>
        <w:t xml:space="preserve">[33:14] </w:t>
      </w:r>
      <w:r>
        <w:t>har bar jab jalwa dikhayen ga to un ko naya pleasure mile ga.</w:t>
      </w:r>
    </w:p>
    <w:p>
      <w:pPr>
        <w:jc w:val="right"/>
      </w:pPr>
      <w:r>
        <w:t>ہر بار جب جلوہ دکھائے گا تو ان کو نیا پلیژر ملے گا۔</w:t>
      </w:r>
    </w:p>
    <w:p>
      <w:r>
        <w:rPr>
          <w:b/>
        </w:rPr>
        <w:t xml:space="preserve">[33:18] </w:t>
      </w:r>
      <w:r>
        <w:t>is ka matlab mein yahi samajhta hoon ke aisa nahi ke space mein chand ki tarah koi cheez zahir hogi. Balke is ka matlab yeh hai ke jo kalmat Allah hain, jo jo Allah Allah hain, jo Allah ki jo glory hai,</w:t>
      </w:r>
    </w:p>
    <w:p>
      <w:pPr>
        <w:jc w:val="right"/>
      </w:pPr>
      <w:r>
        <w:t>اس کا مطلب میں یہی سمجھتا ہوں کہ ایسا نہیں کہ اسپیس میں چاند کی طرح کوئی چیز ظاہر ہوگی۔ بلکہ اس کا مطلب یہ ہے کہ جو کلمات اللہ ہیں، جو جو الاؤ اللہ ہیں، جو اللہ کی جو گلوری ہے،</w:t>
      </w:r>
    </w:p>
    <w:p>
      <w:r>
        <w:rPr>
          <w:b/>
        </w:rPr>
        <w:t xml:space="preserve">[33:37] </w:t>
      </w:r>
      <w:r>
        <w:t>jo marifat ke item hain, un ko aur discover karen gay, aur discover karen gay, aur discover karen gay. To har discovery mein un ko nai thrill, har discovery mein un ko naya inbisat hasil hoga.</w:t>
      </w:r>
    </w:p>
    <w:p>
      <w:pPr>
        <w:jc w:val="right"/>
      </w:pPr>
      <w:r>
        <w:t>جو معرفت کے آئٹم ہیں، ان کو اور ڈسکور کریں گے، اور ڈسکور کریں گے، اور ڈسکور کریں گے۔ تو ہر ڈسکوری میں ان کو نئی تھرل، ہر ڈسکوری میں ان کو نیا انبساط حاصل ہوگا۔</w:t>
      </w:r>
    </w:p>
    <w:p>
      <w:r>
        <w:rPr>
          <w:b/>
        </w:rPr>
        <w:t xml:space="preserve">[33:50] </w:t>
      </w:r>
      <w:r>
        <w:t>yeh matlab hai is ka.</w:t>
      </w:r>
    </w:p>
    <w:p>
      <w:pPr>
        <w:jc w:val="right"/>
      </w:pPr>
      <w:r>
        <w:t>یہ مطلب ہے اس کا۔</w:t>
      </w:r>
    </w:p>
    <w:p>
      <w:r>
        <w:rPr>
          <w:b/>
        </w:rPr>
        <w:t xml:space="preserve">[33:53] </w:t>
      </w:r>
      <w:r>
        <w:t>to behal yeh jo mein kar raha hoon, yeh koi ibarat un nas ki baat nahi hai. Yeh aik inference hai ya qayas hai jo mein ne is se aks kiya hai. Aap chahen to manen, chahen to na manen.</w:t>
      </w:r>
    </w:p>
    <w:p>
      <w:pPr>
        <w:jc w:val="right"/>
      </w:pPr>
      <w:r>
        <w:t>تو بہرحال یہ جو میں کر رہا ہوں، یہ کوئی عبارت النس کی بات نہیں ہے۔ یہ ایک انفرنس ہے یا قیاس ہے جو میں نے اس سے عکس کیا ہے۔ آپ چاہیں تو مانیں، چاہیں تو نہ مانیں۔</w:t>
      </w:r>
    </w:p>
    <w:p>
      <w:r>
        <w:rPr>
          <w:b/>
        </w:rPr>
        <w:t xml:space="preserve">[34:04] </w:t>
      </w:r>
      <w:r>
        <w:t>aap ko haq hai. Lekin zaati tor par jab mein ne ghor kiya jannat ke model ke baray mein to meri samajh mein yahi baat aai ke jannat ka model jo hai, woh yeh hoga ke wahan par insan ko zehni sargarmiyon ke liye farigh kar dena.</w:t>
      </w:r>
    </w:p>
    <w:p>
      <w:pPr>
        <w:jc w:val="right"/>
      </w:pPr>
      <w:r>
        <w:t>آپ کو حق ہے۔ لیکن ذاتی طور پر جب میں نے غور کیا جنت کے ماڈل کے بارے میں تو میری سمجھ میں یہی بات آئی کہ جنت کا ماڈل جو ہے، وہ یہ ہوگا کہ وہاں پر انسان کو ذہنی سرگرمیوں کے لیے فارغ کر دینا۔</w:t>
      </w:r>
    </w:p>
    <w:p>
      <w:r>
        <w:rPr>
          <w:b/>
        </w:rPr>
        <w:t xml:space="preserve">[34:24] </w:t>
      </w:r>
      <w:r>
        <w:t>maadi zarooraten sab ki sab farishton ke hawale, farishtay un ko faraham karen behtar shakal mein, dunya mein jo tha us se zyada behtar shakal mein.</w:t>
      </w:r>
    </w:p>
    <w:p>
      <w:pPr>
        <w:jc w:val="right"/>
      </w:pPr>
      <w:r>
        <w:t>مادی ضرورتیں سب کی سب فرشتوں کے حوالے، فرشتے ان کو فراہم کریں بہتر شکل میں، دنیا میں جو تھا اس سے زیادہ بہتر شکل میں۔</w:t>
      </w:r>
    </w:p>
    <w:p>
      <w:r>
        <w:rPr>
          <w:b/>
        </w:rPr>
        <w:t xml:space="preserve">[34:42] </w:t>
      </w:r>
      <w:r>
        <w:t>wahan behtar sawariyan, behtar dunya ki, dunya se behtar sawariyan, dunya se behtar ghar, dunya se behtar ghiza, dunya se behtar pani, har cheez yahan se behtar, zyada perfect shakal mein.</w:t>
      </w:r>
    </w:p>
    <w:p>
      <w:pPr>
        <w:jc w:val="right"/>
      </w:pPr>
      <w:r>
        <w:t>وہاں بہتر سواریاں، بہتر دنیا کی، دنیا سے بہتر سواریاں، دنیا سے بہتر گھر، دنیا سے بہتر غذا، دنیا سے بہتر پانی، ہر چیز یہاں سے بہتر، زیادہ پرفیکٹ شکل میں۔</w:t>
      </w:r>
    </w:p>
    <w:p>
      <w:r>
        <w:rPr>
          <w:b/>
        </w:rPr>
        <w:t xml:space="preserve">[34:57] </w:t>
      </w:r>
      <w:r>
        <w:t>kyun ke farishtay jo karte hain, woh hamesha kaam ko zyada aala shakal mein karte hain.</w:t>
      </w:r>
    </w:p>
    <w:p>
      <w:pPr>
        <w:jc w:val="right"/>
      </w:pPr>
      <w:r>
        <w:t>کیونکہ فرشتے جو کرتے ہیں، وہ ہمیشہ کام کو زیادہ اعلیٰ شکل میں کرتے ہیں۔</w:t>
      </w:r>
    </w:p>
    <w:p>
      <w:r>
        <w:rPr>
          <w:b/>
        </w:rPr>
        <w:t xml:space="preserve">[35:05] </w:t>
      </w:r>
      <w:r>
        <w:t>to yeh sab kar ke insan ko farigh kar dena ke is is sargarmi mein woh apne ko lagaye jo us ki sab se zyada mehboob cheez hai.</w:t>
      </w:r>
    </w:p>
    <w:p>
      <w:pPr>
        <w:jc w:val="right"/>
      </w:pPr>
      <w:r>
        <w:t>تو یہ سب کر کے انسان کو فارغ کر دینا کہ اس اس سرگرمی میں وہ اپنے کو لگائے جو اس کی سب سے زیادہ محبوب چیز ہے۔</w:t>
      </w:r>
    </w:p>
    <w:p>
      <w:r>
        <w:rPr>
          <w:b/>
        </w:rPr>
        <w:t xml:space="preserve">[35:16] </w:t>
      </w:r>
      <w:r>
        <w:t>yani discovery karna, marifat ke item daryaft karna, rumooz fitrat ko daryaft karna, is mein woh farigh ho jaye ga.</w:t>
      </w:r>
    </w:p>
    <w:p>
      <w:pPr>
        <w:jc w:val="right"/>
      </w:pPr>
      <w:r>
        <w:t>یعنی ڈسکوری کرنا، معرفت کے آئٹم دریافت کرنا، رموز فطرت کو دریافت کرنا، اس میں وہ فارغ ہو جائے گا۔</w:t>
      </w:r>
    </w:p>
    <w:p>
      <w:r>
        <w:rPr>
          <w:b/>
        </w:rPr>
        <w:t xml:space="preserve">[35:26] </w:t>
      </w:r>
      <w:r>
        <w:t>to aik ajeeb feel hoga.</w:t>
      </w:r>
    </w:p>
    <w:p>
      <w:pPr>
        <w:jc w:val="right"/>
      </w:pPr>
      <w:r>
        <w:t>تو ایک عجیب فیل ہوگا۔</w:t>
      </w:r>
    </w:p>
    <w:p>
      <w:r>
        <w:rPr>
          <w:b/>
        </w:rPr>
        <w:t xml:space="preserve">[35:30] </w:t>
      </w:r>
      <w:r>
        <w:t>to jo hadith mein hai ke Allah taala jalwa dikhayen gay apna, to mein us ko samajhta hoon yani aap us ko na manen to mujhe koi pareshani nahi hai.</w:t>
      </w:r>
    </w:p>
    <w:p>
      <w:pPr>
        <w:jc w:val="right"/>
      </w:pPr>
      <w:r>
        <w:t>تو جو حدیث میں ہے کہ اللہ تعالیٰ جلوہ دکھائیں گے اپنا، تو میں اس کو سمجھتا ہوں یعنی آپ اس کو نہ مانیں تو مجھے کوئی پریشانی نہیں ہے۔</w:t>
      </w:r>
    </w:p>
    <w:p>
      <w:r>
        <w:rPr>
          <w:b/>
        </w:rPr>
        <w:t xml:space="preserve">[35:39] </w:t>
      </w:r>
      <w:r>
        <w:t>lekin mera ehsas yeh hai ke aik naya set of discovery, yeh jalwa dikhane ka jo hai moamla, is ka matlab hai aik nai set of discovery, nai set of discovery.</w:t>
      </w:r>
    </w:p>
    <w:p>
      <w:pPr>
        <w:jc w:val="right"/>
      </w:pPr>
      <w:r>
        <w:t>لیکن میرا احساس یہ ہے کہ ایک نیا سیٹ آف ڈسکوری، یہ جلوہ دکھانے کا جو ہے معاملہ، اس کا مطلب ہے ایک نئی سیٹ آف ڈسکوری، نئی سیٹ آف ڈسکوری۔</w:t>
      </w:r>
    </w:p>
    <w:p>
      <w:r>
        <w:rPr>
          <w:b/>
        </w:rPr>
        <w:t xml:space="preserve">[35:54] </w:t>
      </w:r>
      <w:r>
        <w:t>jaise aik set of discovery woh thi jab ke insan ne daryaft kiya ke ke shahadat ki makhi do billion phoolon tak jati hai, is ka nectar nikalti hai, phir aik pound shayad banati hai.</w:t>
      </w:r>
    </w:p>
    <w:p>
      <w:pPr>
        <w:jc w:val="right"/>
      </w:pPr>
      <w:r>
        <w:t>جیسے ایک سیٹ آف ڈسکوری وہ تھی جب کہ انسان نے دریافت کیا کہ کہ شہادت کی مکھی دو بلین پھولوں تک جاتی ہے، اس کا نکٹر نکالتی ہے، پھر ایک پاؤنڈ شاید بناتی ہے۔</w:t>
      </w:r>
    </w:p>
    <w:p>
      <w:r>
        <w:rPr>
          <w:b/>
        </w:rPr>
        <w:t xml:space="preserve">[36:08] </w:t>
      </w:r>
      <w:r>
        <w:t>aik set of discovery hai. Aisay aur bhi darjay hain discovery ke. Yeh yehin par khatam nahi hai. Aur bhi darjay hain discovery ke.</w:t>
      </w:r>
    </w:p>
    <w:p>
      <w:pPr>
        <w:jc w:val="right"/>
      </w:pPr>
      <w:r>
        <w:t>ایک سیٹ آف ڈسکوری ہے۔ ایسے اور بھی درجے ہیں ڈسکوری کے۔ یہ یہیں پر ختم نہیں ہے۔ اور بھی درجے ہیں ڈسکوری کے۔</w:t>
      </w:r>
    </w:p>
    <w:p>
      <w:r>
        <w:rPr>
          <w:b/>
        </w:rPr>
        <w:t xml:space="preserve">[36:21] </w:t>
      </w:r>
      <w:r>
        <w:t>to woh in ginat hain, numerous hain, un ki koi ginti nahin. to wahan par insan yani maadi zarooraton ka charge lene mein bhi shamil hai ke insan bimari nahin hogi is ko.</w:t>
      </w:r>
    </w:p>
    <w:p>
      <w:pPr>
        <w:jc w:val="right"/>
      </w:pPr>
      <w:r>
        <w:t>تو وہ ان گنت ہیں، نیومرس ہیں، ان کی کوئی گنتی نہیں۔ تو وہاں پر انسان یعنی مادی ضرورتوں کا چارج لینے میں بھی شامل ہے کہ انسان بیماری نہیں ہوگی اس کو۔</w:t>
      </w:r>
    </w:p>
    <w:p>
      <w:r>
        <w:rPr>
          <w:b/>
        </w:rPr>
        <w:t xml:space="preserve">[36:40] </w:t>
      </w:r>
      <w:r>
        <w:t>yani is ko eternal life jab mile gi is ko to is ke sath bhi sawal hai ke eternal life mein bimari kahin na ho jaye, border kahin na aa jaye, accident kahin na ho.</w:t>
      </w:r>
    </w:p>
    <w:p>
      <w:pPr>
        <w:jc w:val="right"/>
      </w:pPr>
      <w:r>
        <w:t>یعنی اس کو ایٹرنل لائف جب ملے گی اس کو تو اس کے ساتھ بھی سوال ہے کہ ایٹرنل لائف میں بیماری کہیں نہ ہو جائے، بارڈر کہیں نہ آ جائے، ایکسیڈنٹ کہیں نہ ہو۔</w:t>
      </w:r>
    </w:p>
    <w:p>
      <w:r>
        <w:rPr>
          <w:b/>
        </w:rPr>
        <w:t xml:space="preserve">[36:52] </w:t>
      </w:r>
      <w:r>
        <w:t>to insan ko wahan par agar yeh sab khatam na ho to phir khushi kaise hasil hogi insan ko?</w:t>
      </w:r>
    </w:p>
    <w:p>
      <w:pPr>
        <w:jc w:val="right"/>
      </w:pPr>
      <w:r>
        <w:t>تو انسان کو وہاں پر اگر یہ سب ختم نہ ہو تو پھر خوشی کیسے حاصل ہوگی انسان کو؟</w:t>
      </w:r>
    </w:p>
    <w:p>
      <w:r>
        <w:rPr>
          <w:b/>
        </w:rPr>
        <w:t xml:space="preserve">[37:01] </w:t>
      </w:r>
      <w:r>
        <w:t>to akhirat mein insan ko jo hai ek taraf yeh hoga ke eternal life hogi aur wahan par koi la khauf wa la hum yahzanoon.</w:t>
      </w:r>
    </w:p>
    <w:p>
      <w:pPr>
        <w:jc w:val="right"/>
      </w:pPr>
      <w:r>
        <w:t>تو آخرت میں انسان کو جو ہے ایک طرف یہ ہوگا کہ ایٹرنل لائف ہوگی اور وہاں پر کوئی لا خوف ولاہم یزنون۔</w:t>
      </w:r>
    </w:p>
    <w:p>
      <w:r>
        <w:rPr>
          <w:b/>
        </w:rPr>
        <w:t xml:space="preserve">[37:13] </w:t>
      </w:r>
      <w:r>
        <w:t>yeh jo do lafz hain, woh isi ke maani mein hain. eternal life is tarah mile gi ke wahan khauf khud nahin hoga.</w:t>
      </w:r>
    </w:p>
    <w:p>
      <w:pPr>
        <w:jc w:val="right"/>
      </w:pPr>
      <w:r>
        <w:t>یہ جو دو لفظ ہیں، وہ اسی کے معنی میں ہیں۔ ایٹرنل لائف اس طرح ملے گی کہ وہاں خوف خود نہیں ہوگا۔</w:t>
      </w:r>
    </w:p>
    <w:p>
      <w:r>
        <w:rPr>
          <w:b/>
        </w:rPr>
        <w:t xml:space="preserve">[37:21] </w:t>
      </w:r>
      <w:r>
        <w:t>eternal life ke sath aisa hoga ke bimari nahin, accident nahin, border nahin, thakan nahin, kuch bhi nahin.</w:t>
      </w:r>
    </w:p>
    <w:p>
      <w:pPr>
        <w:jc w:val="right"/>
      </w:pPr>
      <w:r>
        <w:t>ایٹرنل لائف کے ساتھ ایسا ہوگا کہ بیماری نہیں، ایکسیڈنٹ نہیں، بارڈر نہیں، تھکان نہیں، کچھ بھی نہیں۔</w:t>
      </w:r>
    </w:p>
    <w:p>
      <w:r>
        <w:rPr>
          <w:b/>
        </w:rPr>
        <w:t xml:space="preserve">[37:32] </w:t>
      </w:r>
      <w:r>
        <w:t>to eternal life ke sath sath jo yeh baat hai, ek aur jagah aaya hai quran mein ke ahle jannat kahenge: "Ashab an al-huzn" alhamdulillah alladhi ashab an al-huzn ke Allah ka shukar hai jis ne hum se huzn,</w:t>
      </w:r>
    </w:p>
    <w:p>
      <w:pPr>
        <w:jc w:val="right"/>
      </w:pPr>
      <w:r>
        <w:t>تو ایٹرنل لائف کے ساتھ ساتھ جو یہ بات ہے، ایک اور جگہ آیا ہے قرآن میں کہ اہل جنت کہیں گے: "اصحب ان الحزن" الحمدللہ الذی اصحب ان الحزن کہ اللہ کا شکر ہے جس نے ہم سے حزن،</w:t>
      </w:r>
    </w:p>
    <w:p>
      <w:r>
        <w:rPr>
          <w:b/>
        </w:rPr>
        <w:t xml:space="preserve">[37:50] </w:t>
      </w:r>
      <w:r>
        <w:t>haan, huzn se hum ko yani huzn se bacha liya. huzn ka matlab hota hai gham, takleef, sorrow.</w:t>
      </w:r>
    </w:p>
    <w:p>
      <w:pPr>
        <w:jc w:val="right"/>
      </w:pPr>
      <w:r>
        <w:t>ہاں، حزن سے ہم کو یعنی حزن سے بچا لیا۔ حزن کا مطلب ہوتا ہے غم، تکلیف، سارو۔</w:t>
      </w:r>
    </w:p>
    <w:p>
      <w:r>
        <w:rPr>
          <w:b/>
        </w:rPr>
        <w:t xml:space="preserve">[38:02] </w:t>
      </w:r>
      <w:r>
        <w:t>to huzn bohat hi ek comprehensive term hai, bohat hi jama lafz hai. har qism ki jo jo unwanted situation aati hai duniya mein, physical such, woh woh sab cover karta hai.</w:t>
      </w:r>
    </w:p>
    <w:p>
      <w:pPr>
        <w:jc w:val="right"/>
      </w:pPr>
      <w:r>
        <w:t>تو حزن بہت ہی ایک کمپریسو ٹرم ہے، بہت ہی جامع لفظ ہے۔ ہر قسم کی جو جو ان واانٹڈ سچوئیشن آتی ہے دنیا میں، فزیکل سچ، وہ وہ سب اس کور کرتا ہے۔</w:t>
      </w:r>
    </w:p>
    <w:p>
      <w:r>
        <w:rPr>
          <w:b/>
        </w:rPr>
        <w:t xml:space="preserve">[38:18] </w:t>
      </w:r>
      <w:r>
        <w:t>yeh lafz</w:t>
      </w:r>
    </w:p>
    <w:p>
      <w:pPr>
        <w:jc w:val="right"/>
      </w:pPr>
      <w:r>
        <w:t>یہ لفظ</w:t>
      </w:r>
    </w:p>
    <w:p>
      <w:r>
        <w:rPr>
          <w:b/>
        </w:rPr>
        <w:t xml:space="preserve">[38:19] </w:t>
      </w:r>
      <w:r>
        <w:t>goya ke jannat mein eternal life hogi is tarah se ke wahan par kabhi jawani khatam nahin hogi, koi barhapa nahin aayega, kabhi accident nahin hoga, kabhi sar mein dard nahin hoga.</w:t>
      </w:r>
    </w:p>
    <w:p>
      <w:pPr>
        <w:jc w:val="right"/>
      </w:pPr>
      <w:r>
        <w:t>گویا کہ جنت میں ایٹرنل لائف ہوگی اس طرح سے کہ وہاں پر کبھی جوانی ختم نہیں ہوگی، کوئی بڑھاپا نہیں آئے گا، کبھی ایکسیڈنٹ نہیں ہوگا، کبھی سر میں درد نہیں ہوگا۔</w:t>
      </w:r>
    </w:p>
    <w:p>
      <w:r>
        <w:rPr>
          <w:b/>
        </w:rPr>
        <w:t xml:space="preserve">[38:37] </w:t>
      </w:r>
      <w:r>
        <w:t>abhi kal mere pas ek sahib ka telephone aaya, un ko daant mein dard shuru ho gaya. to aap jante hain, daant ka dard mein bari takleef hoti hai aadmi ko.</w:t>
      </w:r>
    </w:p>
    <w:p>
      <w:pPr>
        <w:jc w:val="right"/>
      </w:pPr>
      <w:r>
        <w:t>ابھی کل میرے پاس ایک صاحب کا ٹیلی فون آیا، ان کو دانت میں درد شروع ہو گیا۔ تو آپ جانتے ہیں، دانت کا درد میں بڑی تکلیف ہوتی ہے آدمی کو۔</w:t>
      </w:r>
    </w:p>
    <w:p>
      <w:r>
        <w:rPr>
          <w:b/>
        </w:rPr>
        <w:t xml:space="preserve">[38:48] </w:t>
      </w:r>
      <w:r>
        <w:t>to unhon ne bataya ke main ne dard ki ek dawa kha li aur zuban chhale pad gaye. to kya daant ka dard ek ek aisa masla hai ke dawa khai to phir ek aur naya masla paida ho jaye?</w:t>
      </w:r>
    </w:p>
    <w:p>
      <w:pPr>
        <w:jc w:val="right"/>
      </w:pPr>
      <w:r>
        <w:t>تو انہوں نے بتایا کہ میں نے درد کی ایک دوا کھا لی اور زبان چھالے پڑ گئے۔ تو کیا دانت کا درد ایک ایک ایسا مسئلہ ہے کہ دوا کھائی تو پھر ایک اور نیا مسئلہ پیدا ہو جائے؟</w:t>
      </w:r>
    </w:p>
    <w:p>
      <w:r>
        <w:rPr>
          <w:b/>
        </w:rPr>
        <w:t xml:space="preserve">[39:04] </w:t>
      </w:r>
      <w:r>
        <w:t>yeh sab duniya ke masail hain. to eternal life is tarah hogi ke in sare masail minus ho, minus ho chuke honge.</w:t>
      </w:r>
    </w:p>
    <w:p>
      <w:pPr>
        <w:jc w:val="right"/>
      </w:pPr>
      <w:r>
        <w:t>یہ سب دنیا کے مسائل ہیں۔ تو ایٹرنل لائف اس طرح ہوگی کہ ان سارے مسائل مائنس ہو، مائنس ہو چکے ہوں گے۔</w:t>
      </w:r>
    </w:p>
    <w:p>
      <w:r>
        <w:rPr>
          <w:b/>
        </w:rPr>
        <w:t xml:space="preserve">[39:16] </w:t>
      </w:r>
      <w:r>
        <w:t>yeh sab farishtay karenge.</w:t>
      </w:r>
    </w:p>
    <w:p>
      <w:pPr>
        <w:jc w:val="right"/>
      </w:pPr>
      <w:r>
        <w:t>یہ سب فرشتے کریں گے۔</w:t>
      </w:r>
    </w:p>
    <w:p>
      <w:r>
        <w:rPr>
          <w:b/>
        </w:rPr>
        <w:t xml:space="preserve">[39:18] </w:t>
      </w:r>
      <w:r>
        <w:t>to farishtay maadi aitbar se aap ko ek mehfooz zindagi den ge, aap ki tamam zarooraton ka charge le len ge. yeh sab hoga.</w:t>
      </w:r>
    </w:p>
    <w:p>
      <w:pPr>
        <w:jc w:val="right"/>
      </w:pPr>
      <w:r>
        <w:t>تو فرشتے مادی اعتبار سے آپ کو ایک محفوظ زندگی دیں گے، آپ کی تمام ضرورتوں کا چارج لے لیں گے۔ یہ سب ہوگا۔</w:t>
      </w:r>
    </w:p>
    <w:p>
      <w:r>
        <w:rPr>
          <w:b/>
        </w:rPr>
        <w:t xml:space="preserve">[39:28] </w:t>
      </w:r>
      <w:r>
        <w:t>aap ko farigh kar diya jaye ga ke aap ka alao Allah ko daryaft karen, kalmat Allah ko discover karen.</w:t>
      </w:r>
    </w:p>
    <w:p>
      <w:pPr>
        <w:jc w:val="right"/>
      </w:pPr>
      <w:r>
        <w:t>آپ کو فارغ کر دیا جائے گا کہ آپ کا الاؤ اللہ کو دریافت کریں، کلمۃ اللہ کو ڈسکور کریں۔</w:t>
      </w:r>
    </w:p>
    <w:p>
      <w:r>
        <w:rPr>
          <w:b/>
        </w:rPr>
        <w:t xml:space="preserve">[39:37] </w:t>
      </w:r>
      <w:r>
        <w:t>to aap ghor kijiye ke kaisi ajeeb ghareeb yeh duniya, zameen, duniya hogi.</w:t>
      </w:r>
    </w:p>
    <w:p>
      <w:pPr>
        <w:jc w:val="right"/>
      </w:pPr>
      <w:r>
        <w:t>تو آپ غور کیجئے کہ کیسی عجیب غریب یہ دنیا، زمین، دنیا ہوگی۔</w:t>
      </w:r>
    </w:p>
    <w:p>
      <w:r>
        <w:rPr>
          <w:b/>
        </w:rPr>
        <w:t xml:space="preserve">[39:43] </w:t>
      </w:r>
      <w:r>
        <w:t>hadith mein aata hai ke jannat ke baray mein: la ayn raat wa la udhun sumi'at wa la khatar ala qalb bashar</w:t>
      </w:r>
    </w:p>
    <w:p>
      <w:pPr>
        <w:jc w:val="right"/>
      </w:pPr>
      <w:r>
        <w:t>حدیث میں آتا ہے کہ جنت کے بارے میں: لا عین رات ولا عذر سمعت ولا خطر علی قلب بشر</w:t>
      </w:r>
    </w:p>
    <w:p>
      <w:r>
        <w:rPr>
          <w:b/>
        </w:rPr>
        <w:t xml:space="preserve">[39:56] </w:t>
      </w:r>
      <w:r>
        <w:t>na kisi aankh ne dekha, na kisi kaan ne suna, aur na kisi ke dil mein khayal guzra is ka.</w:t>
      </w:r>
    </w:p>
    <w:p>
      <w:pPr>
        <w:jc w:val="right"/>
      </w:pPr>
      <w:r>
        <w:t>نہ کسی آنکھ نے دیکھا، نہ کسی کان نے سنا، اور نہ کسی کے دل میں خیال گزرا اس کا۔</w:t>
      </w:r>
    </w:p>
    <w:p>
      <w:r>
        <w:rPr>
          <w:b/>
        </w:rPr>
        <w:t xml:space="preserve">[40:09] </w:t>
      </w:r>
      <w:r>
        <w:t>to dekhen, yeh koi bawulki ki baat nahin hai.</w:t>
      </w:r>
    </w:p>
    <w:p>
      <w:pPr>
        <w:jc w:val="right"/>
      </w:pPr>
      <w:r>
        <w:t>تو دیکھیں، یہ کوئی بوالقی کی بات نہیں ہے۔</w:t>
      </w:r>
    </w:p>
    <w:p>
      <w:r>
        <w:rPr>
          <w:b/>
        </w:rPr>
        <w:t xml:space="preserve">[40:13] </w:t>
      </w:r>
      <w:r>
        <w:t>aap ghor kijiye ke perfection aur imperfection mein kitna farq hai. hum duniya mein chezen istemal karte hain, woh imperfect hoti hain.</w:t>
      </w:r>
    </w:p>
    <w:p>
      <w:pPr>
        <w:jc w:val="right"/>
      </w:pPr>
      <w:r>
        <w:t>آپ غور کیجئے کہ پرفیکشن اور امپرفیکشن میں کتنا فرق ہے۔ ہم دنیا میں چیزیں استعمال کرتے ہیں، وہ امپرفیکٹ ہوتی ہیں۔</w:t>
      </w:r>
    </w:p>
    <w:p>
      <w:r>
        <w:rPr>
          <w:b/>
        </w:rPr>
        <w:t xml:space="preserve">[40:24] </w:t>
      </w:r>
      <w:r>
        <w:t>har cheez jab perfection shakal mein mil gayi to woh ajeeb ghareeb cheez hoti hai. woh us ko hum soch nahin sakte ke woh kya cheez hogi.</w:t>
      </w:r>
    </w:p>
    <w:p>
      <w:pPr>
        <w:jc w:val="right"/>
      </w:pPr>
      <w:r>
        <w:t>ہر چیز جب پرفیکشن شکل میں مل گئی تو وہ عجیب غریب چیز ہوتی ہے۔ وہ اس کو ہم سوچ نہیں سکتے کہ وہ کیا چیز ہوگی۔</w:t>
      </w:r>
    </w:p>
    <w:p>
      <w:r>
        <w:rPr>
          <w:b/>
        </w:rPr>
        <w:t xml:space="preserve">[40:36] </w:t>
      </w:r>
      <w:r>
        <w:t>khud quran mein bhi yeh aaya hai ke wa la ya'lamu nafsun ma ukhfiya lahum min quran kisi insan ko pata nahin ke is ke liye aankhon ki kya thandak rakhi gayi hai jannat mein.</w:t>
      </w:r>
    </w:p>
    <w:p>
      <w:pPr>
        <w:jc w:val="right"/>
      </w:pPr>
      <w:r>
        <w:t>خود قرآن میں بھی یہ آیا ہے کہ ولا طالب نفس ما أخفى لهم من قرآن کسی انسان کو پتہ نہیں کہ اس کے لیے آنکھوں کی کیا ٹھنڈک رکھی گئی ہے جنت میں۔</w:t>
      </w:r>
    </w:p>
    <w:p>
      <w:r>
        <w:rPr>
          <w:b/>
        </w:rPr>
        <w:t xml:space="preserve">[40:51] </w:t>
      </w:r>
      <w:r>
        <w:t>to in sab ko le kar jab main ne socha ke jannat ka model kya ho sakta hai, to meri samajh mein aaya ke is duniya mein hum do cheezon se mahroom hain.</w:t>
      </w:r>
    </w:p>
    <w:p>
      <w:pPr>
        <w:jc w:val="right"/>
      </w:pPr>
      <w:r>
        <w:t>تو ان سب کو لے کر جب میں نے سوچا کہ جنت کا ماڈل کیا ہو سکتا ہے، تو میری سمجھ میں آیا کہ اس دنیا میں ہم دو چیزوں سے محروم ہیں۔</w:t>
      </w:r>
    </w:p>
    <w:p>
      <w:r>
        <w:rPr>
          <w:b/>
        </w:rPr>
        <w:t xml:space="preserve">[41:10] </w:t>
      </w:r>
      <w:r>
        <w:t>aik hai eternity,</w:t>
      </w:r>
    </w:p>
    <w:p>
      <w:pPr>
        <w:jc w:val="right"/>
      </w:pPr>
      <w:r>
        <w:t>ایک ہے ایٹرنیٹی،</w:t>
      </w:r>
    </w:p>
    <w:p>
      <w:r>
        <w:rPr>
          <w:b/>
        </w:rPr>
        <w:t xml:space="preserve">[41:13] </w:t>
      </w:r>
      <w:r>
        <w:t>humein eternal life hasil nahi.</w:t>
      </w:r>
    </w:p>
    <w:p>
      <w:pPr>
        <w:jc w:val="right"/>
      </w:pPr>
      <w:r>
        <w:t>ہمیں ایٹرنل لائف حاصل نہیں۔</w:t>
      </w:r>
    </w:p>
    <w:p>
      <w:r>
        <w:rPr>
          <w:b/>
        </w:rPr>
        <w:t xml:space="preserve">[41:19] </w:t>
      </w:r>
      <w:r>
        <w:t>aur doosri cheez hai ke intellectual level par hum jee nahi paate. Intellectual, intellectual activities ke satah par hum koi life nahi bana paate kyunke phanse rehte hain maadi zarooraton mein.</w:t>
      </w:r>
    </w:p>
    <w:p>
      <w:pPr>
        <w:jc w:val="right"/>
      </w:pPr>
      <w:r>
        <w:t>اور دوسری چیز ہے کہ انٹلیکچول لیول پر ہم جی نہیں پاتے۔ انٹلیکچول، انٹلیکچول ایکٹیویٹیز کے سطح پر ہم کوئی لائف نہیں بنا پاتے کیونکہ پھنسے رہتے ہیں مادی ضرورتوں میں۔</w:t>
      </w:r>
    </w:p>
    <w:p>
      <w:r>
        <w:rPr>
          <w:b/>
        </w:rPr>
        <w:t xml:space="preserve">[41:36] </w:t>
      </w:r>
      <w:r>
        <w:t>to jannat mein aik taraf eternal life milegi aur saare dukh, saare huzu aur khauf hadaf ho chuke honge.</w:t>
      </w:r>
    </w:p>
    <w:p>
      <w:pPr>
        <w:jc w:val="right"/>
      </w:pPr>
      <w:r>
        <w:t>تو جنت میں ایک طرف ایٹرنل لائف ملے گی اور سارے ڈس، سارے حزن اور خوف حذف ہو چکے ہوں گے۔</w:t>
      </w:r>
    </w:p>
    <w:p>
      <w:r>
        <w:rPr>
          <w:b/>
        </w:rPr>
        <w:t xml:space="preserve">[41:48] </w:t>
      </w:r>
      <w:r>
        <w:t>aur phir aise mawaqe milenge ke aap apne intellectual jo salahiyat aap ki hai, us ko khoob unfold karein, khoob discovery karein.</w:t>
      </w:r>
    </w:p>
    <w:p>
      <w:pPr>
        <w:jc w:val="right"/>
      </w:pPr>
      <w:r>
        <w:t>اور پھر ایسے مواقع ملیں گے کہ آپ اپنے انٹلیکچول جو صلاحیت آپ کی ہے، اس کو خوب ان فولڈ کریں، خوب ڈسکوری کریں۔</w:t>
      </w:r>
    </w:p>
    <w:p>
      <w:r>
        <w:rPr>
          <w:b/>
        </w:rPr>
        <w:t xml:space="preserve">[42:01] </w:t>
      </w:r>
      <w:r>
        <w:t>aur unlimited tor par discovery karte rahein, woh khatam nahi hoga kabhi. Eternally woh khatam na hoga. To yeh model meri samajh mein aata hai jannat ka.</w:t>
      </w:r>
    </w:p>
    <w:p>
      <w:pPr>
        <w:jc w:val="right"/>
      </w:pPr>
      <w:r>
        <w:t>اور ان لمیٹڈ طور پر ڈسکوری کرتے رہیں، وہ ختم نہیں ہوگا کبھی۔ ایٹرنلی وہ ختم نہ ہوگا۔ تو یہ ماڈل میری سمجھ میں آتا ہے جنت کا۔</w:t>
      </w:r>
    </w:p>
    <w:p>
      <w:r>
        <w:rPr>
          <w:b/>
        </w:rPr>
        <w:t xml:space="preserve">[42:15] </w:t>
      </w:r>
      <w:r>
        <w:t>to Quran mein aaya ke wa limisli haza fal ya'malil a'miloon jannat ke baray mein zikr karne ke baad farmaya:</w:t>
      </w:r>
    </w:p>
    <w:p>
      <w:pPr>
        <w:jc w:val="right"/>
      </w:pPr>
      <w:r>
        <w:t>تو قرآن میں آیا کہ وَلَمِثْلِ هٰذَا فَلْيَعْمَلِ الْعَامِلُونَ جنت کے بارے میں ذکر کرنے کے بعد فرمایا:</w:t>
      </w:r>
    </w:p>
    <w:p>
      <w:r>
        <w:rPr>
          <w:b/>
        </w:rPr>
        <w:t xml:space="preserve">[42:28] </w:t>
      </w:r>
      <w:r>
        <w:t>wa limisli haza fal ya'malil a'miloon yani yeh hai, yeh hai woh cheez jis ke liye amal karne wale amal karein.</w:t>
      </w:r>
    </w:p>
    <w:p>
      <w:pPr>
        <w:jc w:val="right"/>
      </w:pPr>
      <w:r>
        <w:t>وَلَمِثْلِ هٰذَا فَلْيَعْمَلِ الْعَامِلُونَ یعنی یہ ہے، یہ ہے وہ چیز جس کے لیے عمل کرنے والے عمل کریں۔</w:t>
      </w:r>
    </w:p>
    <w:p>
      <w:r>
        <w:rPr>
          <w:b/>
        </w:rPr>
        <w:t xml:space="preserve">[42:38] </w:t>
      </w:r>
      <w:r>
        <w:t>wa limisli haza fal ya'malil a'miloon ke yeh woh cheez hai jis ke liye amal karne wale amal karein. Yani tumhari jo hasti jo chahti hai, jo tumhari arzoo hai, tumhari woh kamil shakal mein milegi jannat mein.</w:t>
      </w:r>
    </w:p>
    <w:p>
      <w:pPr>
        <w:jc w:val="right"/>
      </w:pPr>
      <w:r>
        <w:t>وَلَمِثْلِ هٰذَا فَلْيَعْمَلِ الْعَامِلُونَ کہ یہ وہ چیز ہے جس کے لیے عمل کرنے والے عمل کریں۔ یعنی تمہاری جو ہستی جو چاہتی ہے، جو تمہاری عرض ہے، تمہاری وہ کامل شکل میں ملے گی جنت میں۔</w:t>
      </w:r>
    </w:p>
    <w:p>
      <w:r>
        <w:rPr>
          <w:b/>
        </w:rPr>
        <w:t xml:space="preserve">[42:54] </w:t>
      </w:r>
      <w:r>
        <w:t>to is ke liye apni zindagi ko tayyar karo.</w:t>
      </w:r>
    </w:p>
    <w:p>
      <w:pPr>
        <w:jc w:val="right"/>
      </w:pPr>
      <w:r>
        <w:t>تو اس کے لیے اپنی زندگی کو تیار کرو۔</w:t>
      </w:r>
    </w:p>
    <w:p>
      <w:r>
        <w:rPr>
          <w:b/>
        </w:rPr>
        <w:t xml:space="preserve">[43:00] </w:t>
      </w:r>
      <w:r>
        <w:t>to meri dua hai ke Allah taala mujh ko aur aap ko tofeeq de ke hum dunya mein Allah ki marzi par chalein aur aakhirat mein hamein Allah jannat mein dakhil farmaye,</w:t>
      </w:r>
    </w:p>
    <w:p>
      <w:pPr>
        <w:jc w:val="right"/>
      </w:pPr>
      <w:r>
        <w:t>تو میری دعا ہے کہ اللہ تعالیٰ مجھ کو اور آپ کو توفیق دے کہ ہم دنیا میں اللہ کی مرضی پر چلیں اور آخرت میں ہمیں اللہ جنت میں داخل فرمائے،</w:t>
      </w:r>
    </w:p>
    <w:p>
      <w:r>
        <w:rPr>
          <w:b/>
        </w:rPr>
        <w:t xml:space="preserve">[43:14] </w:t>
      </w:r>
      <w:r>
        <w:t>hamare gunahon ko maaf farmaye.</w:t>
      </w:r>
    </w:p>
    <w:p>
      <w:pPr>
        <w:jc w:val="right"/>
      </w:pPr>
      <w:r>
        <w:t>ہمارے گناہوں کو معاف فرمائے۔</w:t>
      </w:r>
    </w:p>
    <w:p>
      <w:r>
        <w:rPr>
          <w:b/>
        </w:rPr>
        <w:t xml:space="preserve">[43:21] </w:t>
      </w:r>
      <w:r>
        <w:t>Rabbana atina fid dunya hasanah wa fil akhirati hasanah wa qina azabannar. Assalamu alaikum wa rahmatullah.</w:t>
      </w:r>
    </w:p>
    <w:p>
      <w:pPr>
        <w:jc w:val="right"/>
      </w:pPr>
      <w:r>
        <w:t>ربنا آتنا فی الدنیا حسنہ وفی الآخرة حسنہ وقنا عذاب النار السلام علیکم ورحمۃ اللہ۔</w:t>
      </w:r>
    </w:p>
    <w:p>
      <w:r>
        <w:rPr>
          <w:b/>
        </w:rPr>
        <w:t xml:space="preserve">[43:44] </w:t>
      </w:r>
      <w:r>
        <w:t>Maulana, yeh sawal aaya hai Ahmedabad se, Hamid sahab ne kiya hai aur unhone aap se poocha hai ke What is the difference between moderation and extremism is ke baray mein bataein.</w:t>
      </w:r>
    </w:p>
    <w:p>
      <w:pPr>
        <w:jc w:val="right"/>
      </w:pPr>
      <w:r>
        <w:t>مولانا، یہ سوال آیا ہے احمد آباد سے، حامد صاحب نے کیا ہے اور انہوں نے آپ سے پوچھا ہے کہ What is the difference between moderation and extremism اس کے بارے میں بتائیں۔</w:t>
      </w:r>
    </w:p>
    <w:p>
      <w:r>
        <w:rPr>
          <w:b/>
        </w:rPr>
        <w:t xml:space="preserve">[43:58] </w:t>
      </w:r>
      <w:r>
        <w:t>dekhein, moderation ya modernity koi bohat well-defined term nahi hai.</w:t>
      </w:r>
    </w:p>
    <w:p>
      <w:pPr>
        <w:jc w:val="right"/>
      </w:pPr>
      <w:r>
        <w:t>دیکھیں، moderation یا modernity کوئی بہت well-defined term نہیں ہے۔</w:t>
      </w:r>
    </w:p>
    <w:p>
      <w:r>
        <w:rPr>
          <w:b/>
        </w:rPr>
        <w:t xml:space="preserve">[44:06] </w:t>
      </w:r>
      <w:r>
        <w:t>extremism ka to definition available hai magar modernity ka definition available nahi hai.</w:t>
      </w:r>
    </w:p>
    <w:p>
      <w:pPr>
        <w:jc w:val="right"/>
      </w:pPr>
      <w:r>
        <w:t>extremism کا تو definition available ہے مگر modernity کا definition available نہیں ہے۔</w:t>
      </w:r>
    </w:p>
    <w:p>
      <w:r>
        <w:rPr>
          <w:b/>
        </w:rPr>
        <w:t xml:space="preserve">[44:15] </w:t>
      </w:r>
      <w:r>
        <w:t>jahan tak mein jaanta hoon. Lekin</w:t>
      </w:r>
    </w:p>
    <w:p>
      <w:pPr>
        <w:jc w:val="right"/>
      </w:pPr>
      <w:r>
        <w:t>جہاں تک میں جانتا ہوں۔ لیکن</w:t>
      </w:r>
    </w:p>
    <w:p>
      <w:r>
        <w:rPr>
          <w:b/>
        </w:rPr>
        <w:t xml:space="preserve">[44:22] </w:t>
      </w:r>
      <w:r>
        <w:t>aam taur par jo yeh alfaaz istemal kiye jaate hain, us ke lehaz se mein is ki thori si wazahat karunga.</w:t>
      </w:r>
    </w:p>
    <w:p>
      <w:pPr>
        <w:jc w:val="right"/>
      </w:pPr>
      <w:r>
        <w:t>عام طور پر جو یہ الفاظ استعمال کیے جاتے ہیں، اس کے لحاظ سے میں اس کی تھوڑی سی وضاحت کروں گا۔</w:t>
      </w:r>
    </w:p>
    <w:p>
      <w:r>
        <w:rPr>
          <w:b/>
        </w:rPr>
        <w:t xml:space="preserve">[44:29] </w:t>
      </w:r>
      <w:r>
        <w:t>extremism ka matlab hai ghulu. Yani mazhab ki taleemat jo hain, us mein ghulu karna.</w:t>
      </w:r>
    </w:p>
    <w:p>
      <w:pPr>
        <w:jc w:val="right"/>
      </w:pPr>
      <w:r>
        <w:t>extremism کا مطلب ہے غلو۔ یعنی مذہب کی تعلیمات جو ہیں، اس میں غلو کرنا۔</w:t>
      </w:r>
    </w:p>
    <w:p>
      <w:r>
        <w:rPr>
          <w:b/>
        </w:rPr>
        <w:t xml:space="preserve">[44:38] </w:t>
      </w:r>
      <w:r>
        <w:t>is ka koi extremist version nikalna. Jaise aik misaal deta hoon aap ko ke</w:t>
      </w:r>
    </w:p>
    <w:p>
      <w:pPr>
        <w:jc w:val="right"/>
      </w:pPr>
      <w:r>
        <w:t>اس کا کوئی extremist version نکالنا۔ جیسے ایک مثال دیتا ہوں آپ کو کہ</w:t>
      </w:r>
    </w:p>
    <w:p>
      <w:r>
        <w:rPr>
          <w:b/>
        </w:rPr>
        <w:t xml:space="preserve">[44:50] </w:t>
      </w:r>
      <w:r>
        <w:t>wuzu hum karte hain to us mein hota hai ke saare jo aza hain, wuzu wale, woh sab dho jayen.</w:t>
      </w:r>
    </w:p>
    <w:p>
      <w:pPr>
        <w:jc w:val="right"/>
      </w:pPr>
      <w:r>
        <w:t>وضو ہم کرتے ہیں تو اس میں ہوتا ہے کہ سارے جو اعضاء ہیں، وضو والے، وہ سب دھو جائیں۔</w:t>
      </w:r>
    </w:p>
    <w:p>
      <w:r>
        <w:rPr>
          <w:b/>
        </w:rPr>
        <w:t xml:space="preserve">[44:57] </w:t>
      </w:r>
      <w:r>
        <w:t>to aik sahab thay, un ko mehsoos hua ke aankh ke andar bhi pani dalna chahiye. To aankh ke andar pani dalne lagein.</w:t>
      </w:r>
    </w:p>
    <w:p>
      <w:pPr>
        <w:jc w:val="right"/>
      </w:pPr>
      <w:r>
        <w:t>تو ایک صاحب تھے، ان کو محسوس ہوا کہ آنکھ کے اندر بھی پانی ڈالنا چاہیے۔ تو آنکھ کے اندر پانی ڈالنے لگے۔</w:t>
      </w:r>
    </w:p>
    <w:p>
      <w:r>
        <w:rPr>
          <w:b/>
        </w:rPr>
        <w:t xml:space="preserve">[45:06] </w:t>
      </w:r>
      <w:r>
        <w:t>aankh ke andar pani, woh samajhte thay ke is ke baghair wuzu nahi hoga. To aankh ke andar pani dalte dalte un ki aankh chali gayi, chali gayi.</w:t>
      </w:r>
    </w:p>
    <w:p>
      <w:pPr>
        <w:jc w:val="right"/>
      </w:pPr>
      <w:r>
        <w:t>آنکھ کے اندر پانی، وہ سمجھتے تھے کہ اس کے بغیر وضو نہیں ہوگا۔ تو آنکھ کے اندر پانی ڈالتے ڈالتے ان کی آنکھ چلی گئی، چلی گئی۔</w:t>
      </w:r>
    </w:p>
    <w:p>
      <w:r>
        <w:rPr>
          <w:b/>
        </w:rPr>
        <w:t xml:space="preserve">[45:15] </w:t>
      </w:r>
      <w:r>
        <w:t>woh nabina ho gaye. That is ghulu aur ya extremism. Abhi jo buq o haram jo hai, woh ghulu ki misaal</w:t>
      </w:r>
    </w:p>
    <w:p>
      <w:pPr>
        <w:jc w:val="right"/>
      </w:pPr>
      <w:r>
        <w:t>وہ نابینا ہو گئے۔ That is غلو اور یا extremism۔ ابھی جو بوق و حرام جو ہے، وہ غلو کی مثال</w:t>
      </w:r>
    </w:p>
    <w:p>
      <w:r>
        <w:rPr>
          <w:b/>
        </w:rPr>
        <w:t xml:space="preserve">[45:27] </w:t>
      </w:r>
      <w:r>
        <w:t>hai. Jitni bhi musalmanon mein is waqt chal rahi hain tehrikein, sab ghulu hi ki misalein hain. Sab ki sab. Yani Islam ki taleemat mein ghulu karna.</w:t>
      </w:r>
    </w:p>
    <w:p>
      <w:pPr>
        <w:jc w:val="right"/>
      </w:pPr>
      <w:r>
        <w:t>ہے۔ جتنی بھی مسلمانوں میں اس وقت چل رہی ہیں تحریکیں، سب غلو ہی کی مثالیں ہیں۔ سب کی سب۔ یعنی اسلام کی تعلیمات میں غلو کرنا۔</w:t>
      </w:r>
    </w:p>
    <w:p>
      <w:r>
        <w:rPr>
          <w:b/>
        </w:rPr>
        <w:t xml:space="preserve">[45:43] </w:t>
      </w:r>
      <w:r>
        <w:t>har taleem mein jo, jaise misaal ke taur par dekhen, ek jagah mein gaya to wahan par main chai aai aur aur biscuit aaya.</w:t>
      </w:r>
    </w:p>
    <w:p>
      <w:pPr>
        <w:jc w:val="right"/>
      </w:pPr>
      <w:r>
        <w:t>ہر تعلیم میں جو، جیسے مثال کے طور پر دیکھیں، ایک جگہ میں گیا تو وہاں پر میں چائے آئی اور اور بسکٹ آیا۔</w:t>
      </w:r>
    </w:p>
    <w:p>
      <w:r>
        <w:rPr>
          <w:b/>
        </w:rPr>
        <w:t xml:space="preserve">[45:54] </w:t>
      </w:r>
      <w:r>
        <w:t>to main ne aisa kiya ke ek haath mein biscuit le liya, ek haath mein chai le liya. to thoda main aadat aisa kar raha tha ke main chai mein shakar nahin dalta.</w:t>
      </w:r>
    </w:p>
    <w:p>
      <w:pPr>
        <w:jc w:val="right"/>
      </w:pPr>
      <w:r>
        <w:t>تو میں نے ایسا کیا کہ ایک ہاتھ میں بسکٹ لے لیا، ایک ہاتھ میں چائے لے لیا۔ تو تھوڑا میں عادت ایسا کر رہا تھا کہ میں چائے میں شکر نہیں ڈالتا۔</w:t>
      </w:r>
    </w:p>
    <w:p>
      <w:r>
        <w:rPr>
          <w:b/>
        </w:rPr>
        <w:t xml:space="preserve">[46:06] </w:t>
      </w:r>
      <w:r>
        <w:t>to biscuit istemal karta hoon. thoda sa biscuit liya aur phir chai piya.</w:t>
      </w:r>
    </w:p>
    <w:p>
      <w:pPr>
        <w:jc w:val="right"/>
      </w:pPr>
      <w:r>
        <w:t>تو بسکٹ استعمال کرتا ہوں۔ تھوڑا سا بسکٹ لیا اور پھر چائے پیا۔</w:t>
      </w:r>
    </w:p>
    <w:p>
      <w:r>
        <w:rPr>
          <w:b/>
        </w:rPr>
        <w:t xml:space="preserve">[46:12] </w:t>
      </w:r>
      <w:r>
        <w:t>to bada is ka charcha hai. woh dekho, baayein haath se kha rahe hain. yeh hai ghalu. is ka naam ghalu hai. to har cheez mein yeh ghalu hai.</w:t>
      </w:r>
    </w:p>
    <w:p>
      <w:pPr>
        <w:jc w:val="right"/>
      </w:pPr>
      <w:r>
        <w:t>تو بڑا اس کا چرچا ہے۔ وہ دیکھو، بائیں ہاتھ سے کھا رہے ہیں۔ یہ ہے غلو۔ اس کا نام غلو ہے۔ تو ہر چیز میں یہ غلو ہے۔</w:t>
      </w:r>
    </w:p>
    <w:p>
      <w:r>
        <w:rPr>
          <w:b/>
        </w:rPr>
        <w:t xml:space="preserve">[46:21] </w:t>
      </w:r>
      <w:r>
        <w:t>political ghalu, aqeedaadi ghalu, har cheez mein ghalu.</w:t>
      </w:r>
    </w:p>
    <w:p>
      <w:pPr>
        <w:jc w:val="right"/>
      </w:pPr>
      <w:r>
        <w:t>پولیٹیکل غلو، اعتقادی غلو، ہر چیز میں غلو۔</w:t>
      </w:r>
    </w:p>
    <w:p>
      <w:r>
        <w:rPr>
          <w:b/>
        </w:rPr>
        <w:t xml:space="preserve">[46:26] </w:t>
      </w:r>
      <w:r>
        <w:t>yeh hai extremism. aur jahan tak modernism ya modernity ki baat hai, to is ka matlab hai ke daur jadeed ke daur jadeed ke mutabiq banana.</w:t>
      </w:r>
    </w:p>
    <w:p>
      <w:pPr>
        <w:jc w:val="right"/>
      </w:pPr>
      <w:r>
        <w:t>یہ ہے extremism۔ اور جہاں تک modernism یا modernity کی بات ہے، تو اس کا مطلب ہے کہ دور جدید کے دور جدید کے مطابق بنانا۔</w:t>
      </w:r>
    </w:p>
    <w:p>
      <w:r>
        <w:rPr>
          <w:b/>
        </w:rPr>
        <w:t xml:space="preserve">[46:41] </w:t>
      </w:r>
      <w:r>
        <w:t>islam ki taleemat ko</w:t>
      </w:r>
    </w:p>
    <w:p>
      <w:pPr>
        <w:jc w:val="right"/>
      </w:pPr>
      <w:r>
        <w:t>اسلام کی تعلیمات کو</w:t>
      </w:r>
    </w:p>
    <w:p>
      <w:r>
        <w:rPr>
          <w:b/>
        </w:rPr>
        <w:t xml:space="preserve">[46:46] </w:t>
      </w:r>
      <w:r>
        <w:t>daur jadeed ke mutabiq banana.</w:t>
      </w:r>
    </w:p>
    <w:p>
      <w:pPr>
        <w:jc w:val="right"/>
      </w:pPr>
      <w:r>
        <w:t>دور جدید کے مطابق بنانا۔</w:t>
      </w:r>
    </w:p>
    <w:p>
      <w:r>
        <w:rPr>
          <w:b/>
        </w:rPr>
        <w:t xml:space="preserve">[46:49] </w:t>
      </w:r>
      <w:r>
        <w:t>to yeh jaisa ke main ne arz kiya, yeh bahut well-defined term nahin hai. lekin is ka matlab hai ke islam misfit na rahe daur jadeed mein.</w:t>
      </w:r>
    </w:p>
    <w:p>
      <w:pPr>
        <w:jc w:val="right"/>
      </w:pPr>
      <w:r>
        <w:t>تو یہ جیسا کہ میں نے عرض کیا، یہ بہت well-defined term نہیں ہے۔ لیکن اس کا مطلب ہے کہ اسلام misfit نہ رہے دور جدید میں۔</w:t>
      </w:r>
    </w:p>
    <w:p>
      <w:r>
        <w:rPr>
          <w:b/>
        </w:rPr>
        <w:t xml:space="preserve">[47:00] </w:t>
      </w:r>
      <w:r>
        <w:t>woh is mein logon ko lage ke yeh aaj ka mazhab hai. jaise misaal ke taur par burqa hai. auratein burqa pehenti hain to logon ko nazar aata hai ke yeh to misfit hain aaj ke mahol mein.</w:t>
      </w:r>
    </w:p>
    <w:p>
      <w:pPr>
        <w:jc w:val="right"/>
      </w:pPr>
      <w:r>
        <w:t>وہ اس میں لوگوں کو لگے کہ یہ آج کا مذہب ہے۔ جیسے مثال کے طور پر برقعہ ہے۔ عورتیں برقعہ پہنتی ہیں تو لوگوں کو نظر آتا ہے کہ یہ تو misfit ہیں آج کے ماحول میں۔</w:t>
      </w:r>
    </w:p>
    <w:p>
      <w:r>
        <w:rPr>
          <w:b/>
        </w:rPr>
        <w:t xml:space="preserve">[47:14] </w:t>
      </w:r>
      <w:r>
        <w:t>to agar aap burqa aage utar dein to kya yeh? yeh modernity ka ek ek misaal hogi. to is mani mein main koi badi judgment nahin de raha hoon.</w:t>
      </w:r>
    </w:p>
    <w:p>
      <w:pPr>
        <w:jc w:val="right"/>
      </w:pPr>
      <w:r>
        <w:t>تو اگر آپ برقعہ آگے اتار دیں تو کیا یہ؟ یہ modernity کا ایک ایک مثال ہوگی۔ تو اس معنی میں میں کوئی بڑی judgment نہیں دے رہا ہوں۔</w:t>
      </w:r>
    </w:p>
    <w:p>
      <w:r>
        <w:rPr>
          <w:b/>
        </w:rPr>
        <w:t xml:space="preserve">[47:27] </w:t>
      </w:r>
      <w:r>
        <w:t>sirf yeh bata raha hoon ke modernism kya hai aur extremism kya hai. Moderation, Maulana hain? Moderation ka matlab hota hai eitidal.</w:t>
      </w:r>
    </w:p>
    <w:p>
      <w:pPr>
        <w:jc w:val="right"/>
      </w:pPr>
      <w:r>
        <w:t>صرف یہ بتا رہا ہوں کہ modernism کیا ہے اور extremism کیا ہے۔ Moderation, مولانا ہیں؟ Moderation کا مطلب ہوتا ہے اعتدال۔</w:t>
      </w:r>
    </w:p>
    <w:p>
      <w:r>
        <w:rPr>
          <w:b/>
        </w:rPr>
        <w:t xml:space="preserve">[47:41] </w:t>
      </w:r>
      <w:r>
        <w:t>Moderation ka eitidal.</w:t>
      </w:r>
    </w:p>
    <w:p>
      <w:pPr>
        <w:jc w:val="right"/>
      </w:pPr>
      <w:r>
        <w:t>Moderation کا اعتدال۔</w:t>
      </w:r>
    </w:p>
    <w:p>
      <w:r>
        <w:rPr>
          <w:b/>
        </w:rPr>
        <w:t xml:space="preserve">[47:44] </w:t>
      </w:r>
      <w:r>
        <w:t>to bahut kam farq hai dono mein. koi bahut zyada farq nahin hai alag alag. lekin moderation ka matlab hota hai eitidal. yaani ek extreme par na jana.</w:t>
      </w:r>
    </w:p>
    <w:p>
      <w:pPr>
        <w:jc w:val="right"/>
      </w:pPr>
      <w:r>
        <w:t>تو بہت کم فرق ہے دونوں میں۔ کوئی بہت زیادہ فرق نہیں ہے الگ الگ۔ لیکن moderation کا مطلب ہوتا ہے اعتدال۔ یعنی ایک extreme پر نہ جانا۔</w:t>
      </w:r>
    </w:p>
    <w:p>
      <w:r>
        <w:rPr>
          <w:b/>
        </w:rPr>
        <w:t xml:space="preserve">[47:57] </w:t>
      </w:r>
      <w:r>
        <w:t>to jaisa ke main ne arz kiya, is ka koi bahut well-defined version maujood nahin hai. lekin is ka mafhoom yahi hai ke aap eitidal se kaam len aur extreme par na jayen.</w:t>
      </w:r>
    </w:p>
    <w:p>
      <w:pPr>
        <w:jc w:val="right"/>
      </w:pPr>
      <w:r>
        <w:t>تو جیسا کہ میں نے عرض کیا، اس کا کوئی بہت well-defined version موجود نہیں ہے۔ لیکن اس کا مفہوم یہی ہے کہ آپ اعتدال سے کام لیں اور extreme پر نہ جائیں۔</w:t>
      </w:r>
    </w:p>
    <w:p>
      <w:r>
        <w:rPr>
          <w:b/>
        </w:rPr>
        <w:t xml:space="preserve">[48:09] </w:t>
      </w:r>
      <w:r>
        <w:t>That is the moderation.</w:t>
      </w:r>
    </w:p>
    <w:p>
      <w:pPr>
        <w:jc w:val="right"/>
      </w:pPr>
      <w:r>
        <w:t>That is the moderation.</w:t>
      </w:r>
    </w:p>
    <w:p>
      <w:r>
        <w:rPr>
          <w:b/>
        </w:rPr>
        <w:t xml:space="preserve">[48:15] </w:t>
      </w:r>
      <w:r>
        <w:t>Maulana, agla sawal lene se pehle ek comment padhna chahenge. jo Maulana Iqbal Umri ne bheja hai, Chennai se. aur unhon ne likha hai ke Maulana, jannat ka intellectual tasawwur Quran aur Hadees ke baad sirf Al-Risala Mission ki tehreer aur taqreer mein milta hai.</w:t>
      </w:r>
    </w:p>
    <w:p>
      <w:pPr>
        <w:jc w:val="right"/>
      </w:pPr>
      <w:r>
        <w:t>مولانا، اگلا سوال لینے سے پہلے ایک کمنٹ پڑھنا چاہیں گے۔ جو مولانا اقبال عمری نے بھیجا ہے، چنئی سے۔ اور انہوں نے لکھا ہے کہ مولانا، جنت کا intellectual تصور قرآن اور حدیث کے بعد صرف الرسالہ مشن کی تحریر اور تقریر میں ملتا ہے۔</w:t>
      </w:r>
    </w:p>
    <w:p>
      <w:r>
        <w:rPr>
          <w:b/>
        </w:rPr>
        <w:t xml:space="preserve">[48:36] </w:t>
      </w:r>
      <w:r>
        <w:t>jo aaj ke insaan ko address kar sakta hai.</w:t>
      </w:r>
    </w:p>
    <w:p>
      <w:pPr>
        <w:jc w:val="right"/>
      </w:pPr>
      <w:r>
        <w:t>جو آج کے انسان کو address کر سکتا ہے۔</w:t>
      </w:r>
    </w:p>
    <w:p>
      <w:r>
        <w:rPr>
          <w:b/>
        </w:rPr>
        <w:t xml:space="preserve">[48:44] </w:t>
      </w:r>
      <w:r>
        <w:t>Maulana, agla sawal Jameel Akhtar Sahab ne kiya hai, Delhi se. aur unhon ne likha hai ke sunnat aur Hadees ke kya alag alag mafhoom hain?</w:t>
      </w:r>
    </w:p>
    <w:p>
      <w:pPr>
        <w:jc w:val="right"/>
      </w:pPr>
      <w:r>
        <w:t>مولانا، اگلا سوال جمیل اختر صاحب نے کیا ہے، دلی سے۔ اور انہوں نے لکھا ہے کہ سنت اور حدیث کے کیا الگ الگ مفہوم ہیں؟</w:t>
      </w:r>
    </w:p>
    <w:p>
      <w:r>
        <w:rPr>
          <w:b/>
        </w:rPr>
        <w:t xml:space="preserve">[48:58] </w:t>
      </w:r>
      <w:r>
        <w:t>is ki wazahat karen. dekhen, ek fiqhi sawal hai. yahan hum fiqhi sawal ijazat nahin let</w:t>
      </w:r>
    </w:p>
    <w:p>
      <w:pPr>
        <w:jc w:val="right"/>
      </w:pPr>
      <w:r>
        <w:t>اس کی وضاحت کریں۔ دیکھیں، ایک فقہی سوال ہے۔ یہاں ہم فقہی سوال اجازت نہیں لیت</w:t>
      </w:r>
    </w:p>
    <w:p>
      <w:r>
        <w:rPr>
          <w:b/>
        </w:rPr>
        <w:t xml:space="preserve">[49:07] </w:t>
      </w:r>
      <w:r>
        <w:t>e hain. beshak aap janna chahen to meri do maqalay main ne tayyar kiye hain isi mauzu par. is ko aap padh lijiyye.</w:t>
      </w:r>
    </w:p>
    <w:p>
      <w:pPr>
        <w:jc w:val="right"/>
      </w:pPr>
      <w:r>
        <w:t>ے ہیں۔ بے شک آپ جاننا چاہیں تو میری دو مقالے میں نے تیار کیے ہیں اسی موضوع پر۔ اس کو آپ پڑھ لیجئے۔</w:t>
      </w:r>
    </w:p>
    <w:p>
      <w:r>
        <w:rPr>
          <w:b/>
        </w:rPr>
        <w:t xml:space="preserve">[49:16] </w:t>
      </w:r>
      <w:r>
        <w:t>ek to December mein chhap chuka hai, Hadees ke mauzu par. ek ab agle mahine shayad chhap jayega, woh bhi isi mauzu par hai.</w:t>
      </w:r>
    </w:p>
    <w:p>
      <w:pPr>
        <w:jc w:val="right"/>
      </w:pPr>
      <w:r>
        <w:t>ایک تو دسمبر میں چھپ چکا ہے، حدیث کے موضوع پر۔ ایک اب اگلے مہینے شاید چھپ جائے گا، وہ بھی اسی موضوع پر ہے۔</w:t>
      </w:r>
    </w:p>
    <w:p>
      <w:r>
        <w:rPr>
          <w:b/>
        </w:rPr>
        <w:t xml:space="preserve">[49:26] </w:t>
      </w:r>
      <w:r>
        <w:t>is ko aap padh lijiyye. aur is par to bahut kitaben likhi gayi hain. aap doosron ka nuqta nazar janna chahte hon to is mein bhi kitaben maujood hain.</w:t>
      </w:r>
    </w:p>
    <w:p>
      <w:pPr>
        <w:jc w:val="right"/>
      </w:pPr>
      <w:r>
        <w:t>اس کو آپ پڑھ لیجئے۔ اور اس پر تو بہت کتابیں لکھی گئی ہیں۔ آپ دوسروں کا نقطہ نظر جاننا چاہتے ہوں تو اس میں بھی کتابیں موجود ہیں۔</w:t>
      </w:r>
    </w:p>
    <w:p>
      <w:r>
        <w:rPr>
          <w:b/>
        </w:rPr>
        <w:t xml:space="preserve">[49:36] </w:t>
      </w:r>
      <w:r>
        <w:t>baqi mera nuqta nazar janna chahte hon to aap Al-Risala ke do shumaray padh lijiyye.</w:t>
      </w:r>
    </w:p>
    <w:p>
      <w:pPr>
        <w:jc w:val="right"/>
      </w:pPr>
      <w:r>
        <w:t>باقی میرا نقطہ نظر جاننا چاہتے ہوں تو آپ الرسالہ کے دو شمارے پڑھ لیجئے۔</w:t>
      </w:r>
    </w:p>
    <w:p>
      <w:r>
        <w:rPr>
          <w:b/>
        </w:rPr>
        <w:t xml:space="preserve">[49:47] </w:t>
      </w:r>
      <w:r>
        <w:t>Maulana, agla sawal Delhi se kiya hai, Dr. Anwar Abbas Sahab ne. aur unhon ne likha hai ke ek musalman kam ibadat karta hai, doosra zyada ibadat karta hai.</w:t>
      </w:r>
    </w:p>
    <w:p>
      <w:pPr>
        <w:jc w:val="right"/>
      </w:pPr>
      <w:r>
        <w:t>مولانا، اگلا سوال دلی سے کیا ہے، ڈاکٹر انور عباس صاحب نے۔ اور انہوں نے لکھا ہے کہ ایک مسلمان کم عبادت کرتا ہے، دوسرا زیادہ عبادت کرتا ہے۔</w:t>
      </w:r>
    </w:p>
    <w:p>
      <w:r>
        <w:rPr>
          <w:b/>
        </w:rPr>
        <w:t xml:space="preserve">[50:01] </w:t>
      </w:r>
      <w:r>
        <w:t>donon ki paradise life mein kya farq hoga?</w:t>
      </w:r>
    </w:p>
    <w:p>
      <w:pPr>
        <w:jc w:val="right"/>
      </w:pPr>
      <w:r>
        <w:t>دونوں کی paradise life میں کیا فرق ہوگا؟</w:t>
      </w:r>
    </w:p>
    <w:p>
      <w:r>
        <w:rPr>
          <w:b/>
        </w:rPr>
        <w:t xml:space="preserve">[50:05] </w:t>
      </w:r>
      <w:r>
        <w:t>is ke baray mein batayen. dekhen, ibadat jo hai, form ya quantity ke aitbar se is ki</w:t>
      </w:r>
    </w:p>
    <w:p>
      <w:pPr>
        <w:jc w:val="right"/>
      </w:pPr>
      <w:r>
        <w:t>اس کے بارے میں بتائیں۔ دیکھیں، عبادت جو ہے، فارم یا quantity کے اعتبار سے اس کی</w:t>
      </w:r>
    </w:p>
    <w:p>
      <w:r>
        <w:rPr>
          <w:b/>
        </w:rPr>
        <w:t xml:space="preserve">[50:18] </w:t>
      </w:r>
      <w:r>
        <w:t>ahmiyat nahin banti.</w:t>
      </w:r>
    </w:p>
    <w:p>
      <w:pPr>
        <w:jc w:val="right"/>
      </w:pPr>
      <w:r>
        <w:t>اہمیت نہیں بنتی۔</w:t>
      </w:r>
    </w:p>
    <w:p>
      <w:r>
        <w:rPr>
          <w:b/>
        </w:rPr>
        <w:t xml:space="preserve">[50:21] </w:t>
      </w:r>
      <w:r>
        <w:t>hadith mein aata hai ke innama al a'malu binniyat aur ek hadith hai ke tum amal karte ho lekin jo tum ko in'aam milega woh tumhari samajh ke barabar hoga.</w:t>
      </w:r>
    </w:p>
    <w:p>
      <w:pPr>
        <w:jc w:val="right"/>
      </w:pPr>
      <w:r>
        <w:t>حدیث میں آتا ہے کہ إِنَّمَا الْأَعْمَالُ بِالنِّيَاتِ اور ایک حدیث ہے کہ تم عمل کرتے ہو لیکن جو تم کو انعام ملے گا وہ تمہاری سمجھ کے برابر ہوگا۔</w:t>
      </w:r>
    </w:p>
    <w:p>
      <w:r>
        <w:rPr>
          <w:b/>
        </w:rPr>
        <w:t xml:space="preserve">[50:37] </w:t>
      </w:r>
      <w:r>
        <w:t>wama yujza illa bi qadri aqlihi</w:t>
      </w:r>
    </w:p>
    <w:p>
      <w:pPr>
        <w:jc w:val="right"/>
      </w:pPr>
      <w:r>
        <w:t>وَمَا يُجْزَى إِلَّا بِقَدْرِ عَقْلِهِ</w:t>
      </w:r>
    </w:p>
    <w:p>
      <w:r>
        <w:rPr>
          <w:b/>
        </w:rPr>
        <w:t xml:space="preserve">[50:41] </w:t>
      </w:r>
      <w:r>
        <w:t>to kaha ibadat ka zyada ya kam hona is se nahin kehti hai rak'aten zyada padhi aap ne, rak'aten zyada rakhen, is par munhasir nahin hai.</w:t>
      </w:r>
    </w:p>
    <w:p>
      <w:pPr>
        <w:jc w:val="right"/>
      </w:pPr>
      <w:r>
        <w:t>تو کہا عبادت کا زیادہ یا کم ہونا اس سے نہیں کہتی ہے رکعتیں زیادہ پڑھی آپ نے، رکعتیں زیادہ رکھیں، اس پر منحصر نہیں ہے۔</w:t>
      </w:r>
    </w:p>
    <w:p>
      <w:r>
        <w:rPr>
          <w:b/>
        </w:rPr>
        <w:t xml:space="preserve">[50:51] </w:t>
      </w:r>
      <w:r>
        <w:t>balkeh is kaifiyat se hoga jis kaifiyat se aap ne koi amal kiya hai. jaise quran mein hai qurbani ke baray mein ke Allah ko tumhara sirf taqwa pahunchta.</w:t>
      </w:r>
    </w:p>
    <w:p>
      <w:pPr>
        <w:jc w:val="right"/>
      </w:pPr>
      <w:r>
        <w:t>بلکہ اس کیفیت سے ہوگا جس کیفیت سے آپ نے کوئی عمل کیا ہے۔ جیسے قرآن میں ہے قربانی کے بارے میں کہ اللہ کو تمہارا صرف تقویٰ پہنچتا۔</w:t>
      </w:r>
    </w:p>
    <w:p>
      <w:r>
        <w:rPr>
          <w:b/>
        </w:rPr>
        <w:t xml:space="preserve">[51:07] </w:t>
      </w:r>
      <w:r>
        <w:t>to taqwa to ek dakhili kaifiyat hai.</w:t>
      </w:r>
    </w:p>
    <w:p>
      <w:pPr>
        <w:jc w:val="right"/>
      </w:pPr>
      <w:r>
        <w:t>تو تقویٰ تو ایک داخلی کیفیت ہے۔</w:t>
      </w:r>
    </w:p>
    <w:p>
      <w:r>
        <w:rPr>
          <w:b/>
        </w:rPr>
        <w:t xml:space="preserve">[51:12] </w:t>
      </w:r>
      <w:r>
        <w:t>to yeh nazariya galat hai ke ibadat apni yaani quantity ke aitbar se aham o ghair aham hoti hai. nahin, apni quality ke aitbar se aham o ghair aham hoti hai.</w:t>
      </w:r>
    </w:p>
    <w:p>
      <w:pPr>
        <w:jc w:val="right"/>
      </w:pPr>
      <w:r>
        <w:t>تو یہ نظریہ غلط ہے کہ عبادت اپنی یعنی quantity کے اعتبار سے اہم و غیر اہم ہوتی ہے۔ نہیں، اپنی quality کے اعتبار سے اہم و غیر اہم ہوتی ہے۔</w:t>
      </w:r>
    </w:p>
    <w:p>
      <w:r>
        <w:rPr>
          <w:b/>
        </w:rPr>
        <w:t xml:space="preserve">[51:25] </w:t>
      </w:r>
      <w:r>
        <w:t>aur quality ka jo muamla hai woh koi jaan nahin sakta. yeh sirf Allah ko pata hai. sirf Allah ko pata hai ke kis ka amal quantitative term mein zyada hai.</w:t>
      </w:r>
    </w:p>
    <w:p>
      <w:pPr>
        <w:jc w:val="right"/>
      </w:pPr>
      <w:r>
        <w:t>اور quality کا جو معاملہ ہے وہ کوئی جان نہیں سکتا۔ یہ صرف اللہ کو پتہ ہے۔ صرف اللہ کو پتہ ہے کہ کس کا عمل quantitative term میں زیادہ ہے۔</w:t>
      </w:r>
    </w:p>
    <w:p>
      <w:r>
        <w:rPr>
          <w:b/>
        </w:rPr>
        <w:t xml:space="preserve">[51:37] </w:t>
      </w:r>
      <w:r>
        <w:t>aap quantitative term mein to aap gin sakte hain is ki rak'aton ko. lekin qualitative term mein aap nahin pata kar sakte. to yeh muamla sara ka sara Allah par depend karta hai.</w:t>
      </w:r>
    </w:p>
    <w:p>
      <w:pPr>
        <w:jc w:val="right"/>
      </w:pPr>
      <w:r>
        <w:t>آپ quantitative term میں تو آپ گن سکتے ہیں اس کی رکعتوں کو۔ لیکن qualitative term میں آپ نہیں پتہ کر سکتے۔ تو یہ معاملہ سارا کا سارا اللہ پر depend کرتا ہے۔</w:t>
      </w:r>
    </w:p>
    <w:p>
      <w:r>
        <w:rPr>
          <w:b/>
        </w:rPr>
        <w:t xml:space="preserve">[51:49] </w:t>
      </w:r>
      <w:r>
        <w:t>Allah hi ko pata hai ke kis ki ibadat zyada valuable hai, kisi ki kam valuable hai. yeh hum aap ko pata nahin is ka.</w:t>
      </w:r>
    </w:p>
    <w:p>
      <w:pPr>
        <w:jc w:val="right"/>
      </w:pPr>
      <w:r>
        <w:t>اللہ ہی کو پتہ ہے کہ کس کی عبادت زیادہ valuable ہے، کسی کی کم valuable ہے۔ یہ ہم آپ کو پتہ نہیں اس کا۔</w:t>
      </w:r>
    </w:p>
    <w:p>
      <w:r>
        <w:rPr>
          <w:b/>
        </w:rPr>
        <w:t xml:space="preserve">[52:02] </w:t>
      </w:r>
      <w:r>
        <w:t>maulana, agla sawal mehtab sahab ne kiya hai, dhampur se. aur unhon ne likha hai ke maulana sahib What is your comment on the Quranic ayat khuliqal insana ajula Is it a negative term or is there any positivity in it?</w:t>
      </w:r>
    </w:p>
    <w:p>
      <w:pPr>
        <w:jc w:val="right"/>
      </w:pPr>
      <w:r>
        <w:t>مولانا، اگلا سوال مہتاب صاحب نے کیا ہے، دھامپور سے۔ اور انہوں نے لکھا ہے کہ مولانا صاحب What is your comment on the Quranic آیت خُلِقَ الْإِنْسَانَ عَجُولًا Is it a negative term or is there any positivity in it?</w:t>
      </w:r>
    </w:p>
    <w:p>
      <w:r>
        <w:rPr>
          <w:b/>
        </w:rPr>
        <w:t xml:space="preserve">[52:21] </w:t>
      </w:r>
      <w:r>
        <w:t>please comment. jab Allah ki takhleeq ka muamla yeh hai to zahir hai ke positive lena padega is ko.</w:t>
      </w:r>
    </w:p>
    <w:p>
      <w:pPr>
        <w:jc w:val="right"/>
      </w:pPr>
      <w:r>
        <w:t>Please comment. جب اللہ کی تخلیق کا معاملہ یہ ہے تو ظاہر ہے کہ positive لینا پڑے گا اس کو۔</w:t>
      </w:r>
    </w:p>
    <w:p>
      <w:r>
        <w:rPr>
          <w:b/>
        </w:rPr>
        <w:t xml:space="preserve">[52:29] </w:t>
      </w:r>
      <w:r>
        <w:t>hum negative term nahin le sakte. ke kyunke Allah ki jo takhleeq hai woh sab ki sab positive takhleeq hai.</w:t>
      </w:r>
    </w:p>
    <w:p>
      <w:pPr>
        <w:jc w:val="right"/>
      </w:pPr>
      <w:r>
        <w:t>ہم negative term نہیں لے سکتے۔ کہ کیونکہ اللہ کی جو تخلیق ہے وہ سب کی سب positive تخلیق ہے۔</w:t>
      </w:r>
    </w:p>
    <w:p>
      <w:r>
        <w:rPr>
          <w:b/>
        </w:rPr>
        <w:t xml:space="preserve">[52:40] </w:t>
      </w:r>
      <w:r>
        <w:t>negative takhleeq koi bhi nahin hai. hum apne istemal ke aitbar se is ko negative banate hain. khud takhleeq ke aitbar se koi cheez negative nahin hai.</w:t>
      </w:r>
    </w:p>
    <w:p>
      <w:pPr>
        <w:jc w:val="right"/>
      </w:pPr>
      <w:r>
        <w:t>Negative تخلیق کوئی بھی نہیں ہے۔ ہم اپنے استعمال کے اعتبار سے اس کو negative بناتے ہیں۔ خود تخلیق کے اعتبار سے کوئی چیز negative نہیں ہے۔</w:t>
      </w:r>
    </w:p>
    <w:p>
      <w:r>
        <w:rPr>
          <w:b/>
        </w:rPr>
        <w:t xml:space="preserve">[52:52] </w:t>
      </w:r>
      <w:r>
        <w:t>to is ayat ka matlab hai ke insan ko paida kiya gaya hai, is ke andar jald bazi ka zehn hai. jaldi kaam ko jaldi karna.</w:t>
      </w:r>
    </w:p>
    <w:p>
      <w:pPr>
        <w:jc w:val="right"/>
      </w:pPr>
      <w:r>
        <w:t>تو اس آیت کا مطلب ہے کہ انسان کو پیدا کیا گیا ہے، اس کے اندر جلد بازی کا ذہن ہے۔ جلدی کام کو جلدی کرنا۔</w:t>
      </w:r>
    </w:p>
    <w:p>
      <w:r>
        <w:rPr>
          <w:b/>
        </w:rPr>
        <w:t xml:space="preserve">[53:01] </w:t>
      </w:r>
      <w:r>
        <w:t>to main samajhta hoon ke yeh jaldi ka jo muamla hai, yeh is ka ta'alluq hai incentive se. incentive se, motivation se.</w:t>
      </w:r>
    </w:p>
    <w:p>
      <w:pPr>
        <w:jc w:val="right"/>
      </w:pPr>
      <w:r>
        <w:t>تو میں سمجھتا ہوں کہ یہ جلدی کا جو معاملہ ہے، یہ اس کا تعلق ہے incentive سے۔ Incentive سے، motivation سے۔</w:t>
      </w:r>
    </w:p>
    <w:p>
      <w:r>
        <w:rPr>
          <w:b/>
        </w:rPr>
        <w:t xml:space="preserve">[53:12] </w:t>
      </w:r>
      <w:r>
        <w:t>to agar insan ke andar bohat zyada shauq na ho to bara kaam bhi woh nahin kar sakta.</w:t>
      </w:r>
    </w:p>
    <w:p>
      <w:pPr>
        <w:jc w:val="right"/>
      </w:pPr>
      <w:r>
        <w:t>تو اگر انسان کے اندر بہت زیادہ شوق نہ ہو تو بڑا کام بھی وہ نہیں کر سکتا۔</w:t>
      </w:r>
    </w:p>
    <w:p>
      <w:r>
        <w:rPr>
          <w:b/>
        </w:rPr>
        <w:t xml:space="preserve">[53:19] </w:t>
      </w:r>
      <w:r>
        <w:t xml:space="preserve">to insan ka bohat zyada shauq aur bohat zyada is ke andar jazba hona, is ka ek phenomena hai ajal. </w:t>
      </w:r>
    </w:p>
    <w:p>
      <w:pPr>
        <w:jc w:val="right"/>
      </w:pPr>
      <w:r>
        <w:t>تو انسان کا بہت زیادہ شوق اور بہت زیادہ اس کے اندر جذبہ ہونا، اس کا ایک phenomena ہے عجلت۔</w:t>
      </w:r>
    </w:p>
    <w:p>
      <w:r>
        <w:rPr>
          <w:b/>
        </w:rPr>
        <w:t xml:space="preserve">[53:30] </w:t>
      </w:r>
      <w:r>
        <w:t>ajal is ka ek phenomena hai. lekin insan ko chahiye ke woh transfunction karta rahe aur apne aap ko criticize karta rahe.</w:t>
      </w:r>
    </w:p>
    <w:p>
      <w:pPr>
        <w:jc w:val="right"/>
      </w:pPr>
      <w:r>
        <w:t>عجلت اس کا ایک phenomena ہے۔ لیکن انسان کو چاہیے کہ وہ transfunction کرتا رہے اور اپنے آپ کو criticize کرتا رہے۔</w:t>
      </w:r>
    </w:p>
    <w:p>
      <w:r>
        <w:rPr>
          <w:b/>
        </w:rPr>
        <w:t xml:space="preserve">[53:41] </w:t>
      </w:r>
      <w:r>
        <w:t>jaise sarkon par speed breaker hote hain to aap apne aap ko criticize karta rahe.</w:t>
      </w:r>
    </w:p>
    <w:p>
      <w:pPr>
        <w:jc w:val="right"/>
      </w:pPr>
      <w:r>
        <w:t>جیسے سڑکوں پر سپیڈ بریکر ہوتے ہیں تو آپ اپنے آپ کو criticize کرتا رہے۔</w:t>
      </w:r>
    </w:p>
    <w:p>
      <w:r>
        <w:rPr>
          <w:b/>
        </w:rPr>
        <w:t xml:space="preserve">[53:50] </w:t>
      </w:r>
      <w:r>
        <w:t>woh muaddal banata rahe. to insan ka ajal pasand hona, main samajhta hoon ke yeh apne aap mein mein negative nahin hai.</w:t>
      </w:r>
    </w:p>
    <w:p>
      <w:pPr>
        <w:jc w:val="right"/>
      </w:pPr>
      <w:r>
        <w:t>وہ معدل بناتا رہے۔ تو انسان کا عجلت پسند ہونا، میں سمجھتا ہوں کہ یہ اپنے آپ میں میں negative نہیں ہے۔</w:t>
      </w:r>
    </w:p>
    <w:p>
      <w:r>
        <w:rPr>
          <w:b/>
        </w:rPr>
        <w:t xml:space="preserve">[53:59] </w:t>
      </w:r>
      <w:r>
        <w:t>albata agar koi aadmi apna introspection na ho to woh negative result is mein aa sakta hai.</w:t>
      </w:r>
    </w:p>
    <w:p>
      <w:pPr>
        <w:jc w:val="right"/>
      </w:pPr>
      <w:r>
        <w:t>البتہ اگر کوئی آدمی اپنا introspection نہ ہو تو وہ negative result اس میں آ سکتا ہے۔</w:t>
      </w:r>
    </w:p>
    <w:p>
      <w:r>
        <w:rPr>
          <w:b/>
        </w:rPr>
        <w:t xml:space="preserve">[54:10] </w:t>
      </w:r>
      <w:r>
        <w:t>maulana, agla sawal dilli se hai, miss naghma siddiqui ka. aur unhon ne likha hai ke you give an example of a botany professor and a child enjoying jannat at different levels.</w:t>
      </w:r>
    </w:p>
    <w:p>
      <w:pPr>
        <w:jc w:val="right"/>
      </w:pPr>
      <w:r>
        <w:t>مولانا، اگلا سوال دلی سے ہے، مس نغمہ صدیقی کا۔ اور انہوں نے لکھا ہے کہ You give an example of a botany professor and a child enjoying جنت at different levels.</w:t>
      </w:r>
    </w:p>
    <w:p>
      <w:r>
        <w:rPr>
          <w:b/>
        </w:rPr>
        <w:t xml:space="preserve">[54:26] </w:t>
      </w:r>
      <w:r>
        <w:t>Does this mean we will only be able to discover only that extent of items in the next world that we prepare for it in this world?</w:t>
      </w:r>
    </w:p>
    <w:p>
      <w:pPr>
        <w:jc w:val="right"/>
      </w:pPr>
      <w:r>
        <w:t>Does this mean we will only be able to discover only that extent of items in the next world that we prepare for it in this world?</w:t>
      </w:r>
    </w:p>
    <w:p>
      <w:r>
        <w:rPr>
          <w:b/>
        </w:rPr>
        <w:t xml:space="preserve">[54:36] </w:t>
      </w:r>
      <w:r>
        <w:t>h</w:t>
      </w:r>
    </w:p>
    <w:p>
      <w:pPr>
        <w:jc w:val="right"/>
      </w:pPr>
      <w:r>
        <w:t>ہ</w:t>
      </w:r>
    </w:p>
    <w:p>
      <w:r>
        <w:rPr>
          <w:b/>
        </w:rPr>
        <w:t xml:space="preserve">[54:37] </w:t>
      </w:r>
      <w:r>
        <w:t>haan, sahi hai. yahan to hamein hum apne ko tayyar hi kar sakte hain. is duniya par bohat thori si discovery ho sakti hai hum ko.</w:t>
      </w:r>
    </w:p>
    <w:p>
      <w:pPr>
        <w:jc w:val="right"/>
      </w:pPr>
      <w:r>
        <w:t>اں، صحیح ہے۔ یہاں تو ہمیں ہم اپنے کو تیار ہی کر سکتے ہیں۔ اس دنیا پر بہت تھوڑی سی discovery ہو سکتی ہے ہم کو۔</w:t>
      </w:r>
    </w:p>
    <w:p>
      <w:r>
        <w:rPr>
          <w:b/>
        </w:rPr>
        <w:t xml:space="preserve">[54:47] </w:t>
      </w:r>
      <w:r>
        <w:t>to wo ek sample discovery hai, main kahunga. jaise shehad ke bare mein jo baat maine kahi, wo that is sample discovery .</w:t>
      </w:r>
    </w:p>
    <w:p>
      <w:pPr>
        <w:jc w:val="right"/>
      </w:pPr>
      <w:r>
        <w:t>تو وہ ایک sample discovery ہے، میں کہوں گا۔ جیسے شہد کے بارے میں جو بات میں نے کہی، وہ that is sample discovery ۔</w:t>
      </w:r>
    </w:p>
    <w:p>
      <w:r>
        <w:rPr>
          <w:b/>
        </w:rPr>
        <w:t xml:space="preserve">[54:58] </w:t>
      </w:r>
      <w:r>
        <w:t>badi discovery to jannat hi mein hogi.</w:t>
      </w:r>
    </w:p>
    <w:p>
      <w:pPr>
        <w:jc w:val="right"/>
      </w:pPr>
      <w:r>
        <w:t>بڑی discovery تو جنت ہی میں ہوگی۔</w:t>
      </w:r>
    </w:p>
    <w:p>
      <w:r>
        <w:rPr>
          <w:b/>
        </w:rPr>
        <w:t xml:space="preserve">[55:02] </w:t>
      </w:r>
      <w:r>
        <w:t>to sample discovery ka is liye rakha gaya hai taake aap jaan saken ke kya cheez hai discovery. kya cheez hai discovery. bas is darje mein is duniya mein hum jaan sakte hain.</w:t>
      </w:r>
    </w:p>
    <w:p>
      <w:pPr>
        <w:jc w:val="right"/>
      </w:pPr>
      <w:r>
        <w:t>تو sample discovery کا اس لیے رکھا گیا ہے تاکہ آپ جان سکیں کہ کیا چیز ہے discovery۔ کیا چیز ہے discovery۔ بس اس درجے میں اس دنیا میں ہم جان سکتے ہیں۔</w:t>
      </w:r>
    </w:p>
    <w:p>
      <w:r>
        <w:rPr>
          <w:b/>
        </w:rPr>
        <w:t xml:space="preserve">[55:13] </w:t>
      </w:r>
      <w:r>
        <w:t>is se zyada nahin.</w:t>
      </w:r>
    </w:p>
    <w:p>
      <w:pPr>
        <w:jc w:val="right"/>
      </w:pPr>
      <w:r>
        <w:t>اس سے زیادہ نہیں۔</w:t>
      </w:r>
    </w:p>
    <w:p>
      <w:r>
        <w:rPr>
          <w:b/>
        </w:rPr>
        <w:t xml:space="preserve">[55:18] </w:t>
      </w:r>
      <w:r>
        <w:t>maulana, agla sawal ah shoaib sahab ne kiya hai, dilli se. aur unhone likha hai ke Maulana Is it mandatory or necessary to recite tafsir along with word-by-word translation of the Quran?</w:t>
      </w:r>
    </w:p>
    <w:p>
      <w:pPr>
        <w:jc w:val="right"/>
      </w:pPr>
      <w:r>
        <w:t>مولانا، اگلا سوال آہ شعیب صاحب نے کیا ہے، دلی سے۔ اور انہوں نے لکھا ہے کہ مولانا Is it mandatory or necessary to recite تفسیر along with word-by-word translation of the Quran?</w:t>
      </w:r>
    </w:p>
    <w:p>
      <w:r>
        <w:rPr>
          <w:b/>
        </w:rPr>
        <w:t xml:space="preserve">[55:35] </w:t>
      </w:r>
      <w:r>
        <w:t>Some people say that if you recite it with tafsir then it should be done under the guidance of any scholar or cleric.</w:t>
      </w:r>
    </w:p>
    <w:p>
      <w:pPr>
        <w:jc w:val="right"/>
      </w:pPr>
      <w:r>
        <w:t>Some people say that if you recite it with تفسیر then it should be done under the guidance of any scholar or cleric.</w:t>
      </w:r>
    </w:p>
    <w:p>
      <w:r>
        <w:rPr>
          <w:b/>
        </w:rPr>
        <w:t xml:space="preserve">[55:44] </w:t>
      </w:r>
      <w:r>
        <w:t>Please advice.</w:t>
      </w:r>
    </w:p>
    <w:p>
      <w:pPr>
        <w:jc w:val="right"/>
      </w:pPr>
      <w:r>
        <w:t>Please advice.</w:t>
      </w:r>
    </w:p>
    <w:p>
      <w:r>
        <w:rPr>
          <w:b/>
        </w:rPr>
        <w:t xml:space="preserve">[55:46] </w:t>
      </w:r>
      <w:r>
        <w:t>dekhen, ye sab baaten irrelevant hain. is qism ki shartein sab ki sab irrelevant hain. Quran mein hai ke</w:t>
      </w:r>
    </w:p>
    <w:p>
      <w:pPr>
        <w:jc w:val="right"/>
      </w:pPr>
      <w:r>
        <w:t>دیکھیں، یہ سب باتیں irrelevant ہیں۔ اس قسم کی شرائطیں سب کی سب irrelevant ہیں۔ قرآن میں ہے کہ</w:t>
      </w:r>
    </w:p>
    <w:p>
      <w:r>
        <w:rPr>
          <w:b/>
        </w:rPr>
        <w:t xml:space="preserve">[56:03] </w:t>
      </w:r>
      <w:r>
        <w:t>atqaw Allah wa yualimkum Allah yani tum Allah se daro to Allah tumhein ilm dega.</w:t>
      </w:r>
    </w:p>
    <w:p>
      <w:pPr>
        <w:jc w:val="right"/>
      </w:pPr>
      <w:r>
        <w:t>اتقوا الله ويعلمكم الله یعنی تم اللہ سے ڈرو تو اللہ تمہیں علم دے گا۔</w:t>
      </w:r>
    </w:p>
    <w:p>
      <w:r>
        <w:rPr>
          <w:b/>
        </w:rPr>
        <w:t xml:space="preserve">[56:10] </w:t>
      </w:r>
      <w:r>
        <w:t>to main samajhta hoon Quran fehmi ka sab se bada jo sab se badi jo shart hai wo taqwa hai. ye sab shartein jo hain mere nazdeek is ki koi ahmiyat nahin hai.</w:t>
      </w:r>
    </w:p>
    <w:p>
      <w:pPr>
        <w:jc w:val="right"/>
      </w:pPr>
      <w:r>
        <w:t>تو میں سمجھتا ہوں قرآن فہمی کا سب سے بڑا جو سب سے بڑی جو شرط ہے وہ تقویٰ ہے۔ یہ سب شرطیں جو ہیں میرے نزدیک اس کی کوئی اہمیت نہیں ہے۔</w:t>
      </w:r>
    </w:p>
    <w:p>
      <w:r>
        <w:rPr>
          <w:b/>
        </w:rPr>
        <w:t xml:space="preserve">[56:24] </w:t>
      </w:r>
      <w:r>
        <w:t>agali cheez ye hai ke aap ke andar waqeatan Allah ka dar ho. waqeatan aap bohat zyada aap ne Allah ko apna karsnar banaya ho.</w:t>
      </w:r>
    </w:p>
    <w:p>
      <w:pPr>
        <w:jc w:val="right"/>
      </w:pPr>
      <w:r>
        <w:t>اگلی چیز یہ ہے کہ آپ کے اندر واقعتاً اللہ کا ڈر ہو۔ واقعتاً آپ بہت زیادہ آپ نے اللہ کو اپنا کارسنر بنایا ہو۔</w:t>
      </w:r>
    </w:p>
    <w:p>
      <w:r>
        <w:rPr>
          <w:b/>
        </w:rPr>
        <w:t xml:space="preserve">[56:33] </w:t>
      </w:r>
      <w:r>
        <w:t>is ka matlab ye hai ke bohat zyada aap ke andar ye ehsas ho ke kahin main ghalati na kar jaon. kahin main tafsir baraye ka shikar na ho jaon.</w:t>
      </w:r>
    </w:p>
    <w:p>
      <w:pPr>
        <w:jc w:val="right"/>
      </w:pPr>
      <w:r>
        <w:t>اس کا مطلب یہ ہے کہ بہت زیادہ آپ کے اندر یہ احساس ہو کہ کہیں میں غلطی نہ کر جاؤں۔ کہیں میں تفسیر برائے کا شکار نہ ہو جاؤں۔</w:t>
      </w:r>
    </w:p>
    <w:p>
      <w:r>
        <w:rPr>
          <w:b/>
        </w:rPr>
        <w:t xml:space="preserve">[56:45] </w:t>
      </w:r>
      <w:r>
        <w:t>to is ka bohat zyada ehsas aap ko ho. aap dua karte rahen, dua karte rahen, dua karte rahen. tab aap Quran ko samjhenge. baqi is se koi kisi ko Quran samajh mein nahin aata.</w:t>
      </w:r>
    </w:p>
    <w:p>
      <w:pPr>
        <w:jc w:val="right"/>
      </w:pPr>
      <w:r>
        <w:t>تو اس کا بہت زیادہ احساس آپ کو ہو۔ آپ دعا کرتے رہیں، دعا کرتے رہیں، دعا کرتے رہیں۔ تب آپ قرآن کو سمجھیں گے۔ باقی اس سے کوئی کسی کو قرآن سمجھ میں نہیں آتا۔</w:t>
      </w:r>
    </w:p>
    <w:p>
      <w:r>
        <w:rPr>
          <w:b/>
        </w:rPr>
        <w:t xml:space="preserve">[56:55] </w:t>
      </w:r>
      <w:r>
        <w:t>jo shartein logon ne laga rakhi hain, is se kisi ko samajh mein Quran</w:t>
      </w:r>
    </w:p>
    <w:p>
      <w:pPr>
        <w:jc w:val="right"/>
      </w:pPr>
      <w:r>
        <w:t>جو شرطیں لوگوں نے لگا رکھی ہیں، اس سے کسی کو سمجھ میں قرآن</w:t>
      </w:r>
    </w:p>
    <w:p>
      <w:r>
        <w:rPr>
          <w:b/>
        </w:rPr>
        <w:t xml:space="preserve">[56:59] </w:t>
      </w:r>
      <w:r>
        <w:t>nahin aata. Quran samajh samajh mein aata hai ke Allah se daren, Allah se dua karen. apne mind ko objective banaen.</w:t>
      </w:r>
    </w:p>
    <w:p>
      <w:pPr>
        <w:jc w:val="right"/>
      </w:pPr>
      <w:r>
        <w:t>نہیں آتا۔ قرآن سمجھ سمجھ میں آتا ہے کہ اللہ سے ڈریں، اللہ سے دعا کریں۔ اپنے mind کو objective بنائیں۔</w:t>
      </w:r>
    </w:p>
    <w:p>
      <w:r>
        <w:rPr>
          <w:b/>
        </w:rPr>
        <w:t xml:space="preserve">[57:08] </w:t>
      </w:r>
      <w:r>
        <w:t>in sab cheezon se Quran samajh mein aata hai. Maulana, agla sawal Farhan sahab ne kiya hai, Mumbai se. aur unhone aapse poocha hai ke What is the meaning of خلیفہ in Quran?</w:t>
      </w:r>
    </w:p>
    <w:p>
      <w:pPr>
        <w:jc w:val="right"/>
      </w:pPr>
      <w:r>
        <w:t>ان سب چیزوں سے قرآن سمجھ میں آتا ہے۔ مولانا، اگلا سوال فرحان صاحب نے کیا ہے، ممبئی سے۔ اور انہوں نے آپ سے پوچھا ہے کہ What is the meaning of خلیفہ in Quran?</w:t>
      </w:r>
    </w:p>
    <w:p>
      <w:r>
        <w:rPr>
          <w:b/>
        </w:rPr>
        <w:t xml:space="preserve">[57:21] </w:t>
      </w:r>
      <w:r>
        <w:t>is ke bare mein bataen. is par bohat list hua hua hai, aap parh li</w:t>
      </w:r>
    </w:p>
    <w:p>
      <w:pPr>
        <w:jc w:val="right"/>
      </w:pPr>
      <w:r>
        <w:t>اس کے بارے میں بتائیں۔ اس پر بہت list ہوا ہوا ہے، آپ پڑھ لی</w:t>
      </w:r>
    </w:p>
    <w:p>
      <w:r>
        <w:rPr>
          <w:b/>
        </w:rPr>
        <w:t xml:space="preserve">[57:27] </w:t>
      </w:r>
      <w:r>
        <w:t>jiye. meri tafsir mein bhi parh lijiye. aur meri kitabon mein bohat is par kafi baat aa chuki hai. is ko parh lijiye. maine arz kiya is se pehle ke jo kitab, jo baaten main likh chuka hoon, to pehle chahiye aap ko ke us ko parhen.</w:t>
      </w:r>
    </w:p>
    <w:p>
      <w:pPr>
        <w:jc w:val="right"/>
      </w:pPr>
      <w:r>
        <w:t>جئے۔ میری تفسیر میں بھی پڑھ لیجئے۔ اور میری کتابوں میں بہت اس پر کافی بات آ چکی ہے۔ اس کو پڑھ لیجئے۔ میں نے عرض کیا اس سے پہلے کہ جو کتاب، جو باتیں میں لکھ چکا ہوں، تو پہلے چاہیے آپ کو کہ اس کو پڑھئے۔</w:t>
      </w:r>
    </w:p>
    <w:p>
      <w:r>
        <w:rPr>
          <w:b/>
        </w:rPr>
        <w:t xml:space="preserve">[57:43] </w:t>
      </w:r>
      <w:r>
        <w:t>phir koi cheez nikali hai is mein ke ye baat to is mein clear nahin hui. ye baat ka jawab nahin aaya. to phir us waqt main kuch bolunga. baghair parhe hue sawal karne se koi faida nahin hai.</w:t>
      </w:r>
    </w:p>
    <w:p>
      <w:pPr>
        <w:jc w:val="right"/>
      </w:pPr>
      <w:r>
        <w:t>پھر کوئی چیز نکالی ہے اس میں کہ یہ بات تو اس میں clear نہیں ہوئی۔ یہ بات کا جواب نہیں آیا۔ تو پھر اس وقت میں کچھ بولوں گا۔ بغیر پڑھے ہوئے سوال کرنے سے کوئی فائدہ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