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Wisdom | July 24, 2016</w:t>
      </w:r>
    </w:p>
    <w:p>
      <w:r>
        <w:t>https://www.youtube.com/watch?v=9wXSSWclq6Q</w:t>
      </w:r>
    </w:p>
    <w:p>
      <w:r>
        <w:rPr>
          <w:b/>
        </w:rPr>
        <w:t xml:space="preserve">[00:15] </w:t>
      </w:r>
      <w:r>
        <w:t>Bismillah Rehman ur Rahim, wa Salla Allahu ala Nabi al Kareem. Rab ishrah li sadri, wa yassir li amri, wah lul uqdatan min lisani, yafqahu qawli. 24 July 2016.</w:t>
      </w:r>
    </w:p>
    <w:p>
      <w:pPr>
        <w:jc w:val="right"/>
      </w:pPr>
      <w:r>
        <w:t>بسم اللہ الرحمن الرحیم، وصلی اللہ علی النبی الکریم۔ رب اشرح لی صدری، ویسر لی امری، واحل العقدۃ من لسانی، یفقہ قولی۔ 24 جولائی 2016۔</w:t>
      </w:r>
    </w:p>
    <w:p>
      <w:r>
        <w:rPr>
          <w:b/>
        </w:rPr>
        <w:t xml:space="preserve">[00:45] </w:t>
      </w:r>
      <w:r>
        <w:t>aap ko maloom hai ke hadith mein ek riwayat in alfaaz mein aayi hai, yani daur-e-fitna ke bare mein. yeh jo kaha jata hai ke "daur-e-fitna" ki ahadees, to fitna ka matlab hai daur-e-zawaal ya</w:t>
      </w:r>
    </w:p>
    <w:p>
      <w:pPr>
        <w:jc w:val="right"/>
      </w:pPr>
      <w:r>
        <w:t>آپ کو معلوم ہے کہ حدیث میں ایک روایت ان الفاظ میں آئی ہے، یعنی دورِ فتنہ کے بارے میں۔ یہ جو کہا جاتا ہے کہ "دورِ فتنہ" کی احادیث، تو فتنہ کا مطلب ہے دورِ زوال یا</w:t>
      </w:r>
    </w:p>
    <w:p>
      <w:r>
        <w:rPr>
          <w:b/>
        </w:rPr>
        <w:t xml:space="preserve">[01:15] </w:t>
      </w:r>
      <w:r>
        <w:t>degeneration. har ummat mein, baad ki naslon mein, baad ke daur mein, degeneration ho jata hai. is ko kehte hain daur-e-zawaal. to daur-e-zawaal ke bare mein ek hadith hai jo riwayat kiya hai Al-Mujam Al-Awsat Tabarani ne.</w:t>
      </w:r>
    </w:p>
    <w:p>
      <w:pPr>
        <w:jc w:val="right"/>
      </w:pPr>
      <w:r>
        <w:t>ڈی جنریشن۔ ہر امت میں، بعد کی نسلوں میں، بعد کے دور میں، ڈی جنریشن ہو جاتا ہے۔ اس کو کہتے ہیں دورِ زوال۔ تو دورِ زوال کے بارے میں ایک حدیث ہے جو روایت کیا ہے المہجب الاوسط الطبرانی نے۔</w:t>
      </w:r>
    </w:p>
    <w:p>
      <w:r>
        <w:rPr>
          <w:b/>
        </w:rPr>
        <w:t xml:space="preserve">[01:46] </w:t>
      </w:r>
      <w:r>
        <w:t>ek lambi hadith hai, is mein is ka ek juz yeh hai ke "tunzao anhum wa qauluhum". is zamane ke musalmanon ki aqlein chhin jayengi. to yeh sawal paida hota hai ke aql chhinne ka matlab kya hai? ke aql to ek part hai hamare wajood ka, to</w:t>
      </w:r>
    </w:p>
    <w:p>
      <w:pPr>
        <w:jc w:val="right"/>
      </w:pPr>
      <w:r>
        <w:t>ایک لمبی حدیث ہے، اس میں اس کا ایک جز یہ ہے کہ "تُنْزَوْا عَنْهُمْ وَقُولُهُمْ"۔ اس زمانے کے مسلمانوں کی عقلیں چھن جائیں گی۔ تو یہ سوال پیدا ہوتا ہے کہ عقل چھننے کا مطلب کیا ہے؟ کہ عقل تو ایک پارٹ ہے ہمارے وجود کا، تو</w:t>
      </w:r>
    </w:p>
    <w:p>
      <w:r>
        <w:rPr>
          <w:b/>
        </w:rPr>
        <w:t xml:space="preserve">[02:16] </w:t>
      </w:r>
      <w:r>
        <w:t>paida hone se le kar aakhri umar tak woh rehta hai. to chhinne ka matlab kya hai? chhinne ka matlab hai aql ka function chhin jana. khud aql to rahegi baqi, is ka function, yani right way mein, nahi hoga. is hadith mein ek aur lafz aaya hai, us se is ki wazahat hoti hai. is zamane</w:t>
      </w:r>
    </w:p>
    <w:p>
      <w:pPr>
        <w:jc w:val="right"/>
      </w:pPr>
      <w:r>
        <w:t>پیدا ہونے سے لے کر آخری عمر تک وہ رہتا ہے۔ تو چھننے کا مطلب کیا ہے؟ چھننے کا مطلب ہے عقل کا فنکشن چھن جانا۔ خود عقل تو رہے گی باقی، اس کا فنکشن، یعنی رائٹ وے میں، نہیں ہوگا۔ اس حدیث میں ایک اور لفظ آیا ہے، اس سے اس کی وضاحت ہوتی ہے۔ اس زمانے</w:t>
      </w:r>
    </w:p>
    <w:p>
      <w:r>
        <w:rPr>
          <w:b/>
        </w:rPr>
        <w:t xml:space="preserve">[02:46] </w:t>
      </w:r>
      <w:r>
        <w:t>ke jo musalman honge, un ke bare mein bataya hai ke aql chhinne ka matlab kya hai. "yahsaboon al-ghayya rushdan" woh ghay ko rushd samajhne lagenge. ghay ke maani hote hain gumrahi, rushd ke maani hote hain sahi raaste par hona. to is zamane ke jo musalman honge, woh gumrahi ko hidayat samajhne lagenge, ghay</w:t>
      </w:r>
    </w:p>
    <w:p>
      <w:pPr>
        <w:jc w:val="right"/>
      </w:pPr>
      <w:r>
        <w:t>کے جو مسلمان ہوں گے، ان کے بارے میں بتایا ہے کہ عقل چھننے کا مطلب کیا ہے۔ يَحْسَبُونَ الْغَيْءَ رُشْدًا وہ غی کو رشد سمجھنے لگیں گے۔ غی کے معنی ہوتے ہیں گمراہی، رشد کے معنی ہوتے ہیں صحیح راستے پر ہونا۔ تو اس زمانے کے جو مسلمان ہوں گے، وہ گمراہی کو ہدایت سمجھنے لگیں گے، غی</w:t>
      </w:r>
    </w:p>
    <w:p>
      <w:r>
        <w:rPr>
          <w:b/>
        </w:rPr>
        <w:t xml:space="preserve">[03:16] </w:t>
      </w:r>
      <w:r>
        <w:t>ko rushd samajhne lagenge. to yeh maine bahut socha hai is ko, is ka matlab kya hai? ghay ko rushd samajhna kya hai? to is ke bahut se pehlu ho sakte hain. ek baat jo meri samajh mein aayi, woh yeh hai ke baad ke zamane ke musalman jo hain, un mein ek gumrahi</w:t>
      </w:r>
    </w:p>
    <w:p>
      <w:pPr>
        <w:jc w:val="right"/>
      </w:pPr>
      <w:r>
        <w:t>کو رشد سمجھنے لگیں گے۔ تو یہ میں نے بہت سوچا ہے اس کو، اس کا مطلب کیا ہے؟ غی کو رشد سمجھنا کیا ہے؟ تو اس کے بہت سے پہلو ہو سکتے ہیں۔ ایک بات جو میری سمجھ میں آئی، وہ یہ ہے کہ بعد کے زمانے کے مسلمان جو ہیں، ان میں ایک گمراہ</w:t>
      </w:r>
    </w:p>
    <w:p>
      <w:r>
        <w:rPr>
          <w:b/>
        </w:rPr>
        <w:t xml:space="preserve">[03:46] </w:t>
      </w:r>
      <w:r>
        <w:t>yeh aayegi ke woh ideology ko history se alag nahi kar payenge. is liye dekhiye, hota kya hai? jab Islam aaya to woh ek ideology tha, ideology of tauheed. ek pure ideology. phir dheere dheere history banne lagi.</w:t>
      </w:r>
    </w:p>
    <w:p>
      <w:pPr>
        <w:jc w:val="right"/>
      </w:pPr>
      <w:r>
        <w:t>ی یہ آئے گی کہ وہ آئیڈیالوجی کو ہسٹری سے الگ نہیں کر پائیں گے۔ اس لیے دیکھیے، ہوتا کیا ہے؟ جب اسلام آیا تو وہ ایک آئیڈیالوجی تھا، آئیڈیالوجی آف توحید۔ ایک پیور آئیڈیالوجی۔ پھر دھیرے دھیرے ہسٹری بننے لگی۔</w:t>
      </w:r>
    </w:p>
    <w:p>
      <w:r>
        <w:rPr>
          <w:b/>
        </w:rPr>
        <w:t xml:space="preserve">[04:19] </w:t>
      </w:r>
      <w:r>
        <w:t>history banne lagi, ek aap jante hain ke ek baqi period ki history hai, phir hijrat hoti hai, phir ghazwaat hote hain, phir sulah Hudaybiyah hoti hai, waghera waghera. yeh history hai. yeh aaj tak yeh silsila is ka jaari hai. to jo legacy ke taur par Islam milta hai logon ko, us mein ideology aur history alag alag nahi hoti, dono mila hua hota hai. yani pehle zamane mein to</w:t>
      </w:r>
    </w:p>
    <w:p>
      <w:pPr>
        <w:jc w:val="right"/>
      </w:pPr>
      <w:r>
        <w:t>ہسٹری بننے لگی، ایک آپ جانتے ہیں کہ ایک بقی پیریڈ کی ہسٹری ہے، پھر ہجرت ہوتی ہے، پھر غزوات ہوتے ہیں، پھر صلح حدیبیہ ہوتی ہے، وغیرہ وغیرہ۔ یہ ہسٹری ہے۔ یہ آج تک یہ سلسلہ اس کا جاری ہے۔ تو جو لیگیسی کے طور پر اسلام ملتا ہے لوگوں کو، اس میں آئیڈیالوجی اور ہسٹری الگ الگ نہیں ہوتی، دونوں ملا ہوا ہوتا ہے۔ یعنی پہلے زمانے میں تو</w:t>
      </w:r>
    </w:p>
    <w:p>
      <w:r>
        <w:rPr>
          <w:b/>
        </w:rPr>
        <w:t xml:space="preserve">[04:49] </w:t>
      </w:r>
      <w:r>
        <w:t>ideology pure halat mein milti hai musalmanon ko, woh thode log hote hain. phir history banne lagti hai. to baad ko, maslan hazar saal baad jis ko Islam milta hai, to woh ek aisa Islam hai jis mein history shamil hai. to yeh history jo hoti hai, yeh is ka</w:t>
      </w:r>
    </w:p>
    <w:p>
      <w:pPr>
        <w:jc w:val="right"/>
      </w:pPr>
      <w:r>
        <w:t>آئیڈیالوجی پیور حالت میں ملتی ہے مسلمانوں کو، وہ تھوڑے لوگ ہوتے ہیں۔ پھر ہسٹری بننے لگتی ہے۔ تو بعد کو، مثلاً ہزار سال بعد جس کو اسلام ملتا ہے، تو وہ ایک ایسا اسلام ہے جس میں ہسٹری شامل ہے۔ تو یہ ہسٹری جو ہوتی ہے، یہ اس کا</w:t>
      </w:r>
    </w:p>
    <w:p>
      <w:r>
        <w:rPr>
          <w:b/>
        </w:rPr>
        <w:t xml:space="preserve">[05:19] </w:t>
      </w:r>
      <w:r>
        <w:t>relative part nahi hai, is ka real part nahi hai, balkeh relative part hai. ideology ka ke saath jo history judti hai, woh Islam ka real part nahi hoti, woh relative part hoti hai. to aql ki ya wisdom ki jo definition meri samajh mein aayi hai, woh yeh hai ke the ability to discover</w:t>
      </w:r>
    </w:p>
    <w:p>
      <w:pPr>
        <w:jc w:val="right"/>
      </w:pPr>
      <w:r>
        <w:t>ریلیٹو پارٹ نہیں ہے، اس کا ریئل پارٹ نہیں ہے، بلکہ ریلیٹو پارٹ ہے۔ آئیڈیالوجی کا کے ساتھ جو ہسٹری جڑتی ہے، وہ اسلام کا ریئل پارٹ نہیں ہوتی، وہ ریلیٹو پارٹ ہوتی ہے۔ تو عقل کی یا وزڈم کی جو ڈیفینیشن میری سمجھ میں آئی ہے، وہ یہ ہے کہ the ability to discover</w:t>
      </w:r>
    </w:p>
    <w:p>
      <w:r>
        <w:rPr>
          <w:b/>
        </w:rPr>
        <w:t xml:space="preserve">[05:50] </w:t>
      </w:r>
      <w:r>
        <w:t>the relevant by sorting out the irrelevant. to baad ke zamane mein jo ideology hoti hai, ideology of tauheed, woh to real part hoti hai, woh relevant part hoti hai. lekin jo history shamil hoti hai, woh hoti hai,</w:t>
      </w:r>
    </w:p>
    <w:p>
      <w:pPr>
        <w:jc w:val="right"/>
      </w:pPr>
      <w:r>
        <w:t>the relevant by sorting out the irrelevant تو بعد کے زمانے میں جو آئیڈیالوجی ہوتی ہے، آئیڈیالوجی آف توحید، وہ تو ریئل پارٹ ہوتی ہے، وہ ریلیونٹ پارٹ ہوتی ہے۔ لیکن جو ہسٹری شامل ہوتی ہے، وہ ہوتی ہے،</w:t>
      </w:r>
    </w:p>
    <w:p>
      <w:r>
        <w:rPr>
          <w:b/>
        </w:rPr>
        <w:t xml:space="preserve">[06:21] </w:t>
      </w:r>
      <w:r>
        <w:t>woh real nahi hoti. to baad ke zamane mein jo aql se mahroomi hoti hai, woh yahi hoti hai ke log is wisdom se khali ho jate hain ke woh ideology ko history se alag karein, dono ko alag kar ke dekhein. yeh wisdom logon ke andar nahi hoti, aur sari kharabiyan is</w:t>
      </w:r>
    </w:p>
    <w:p>
      <w:pPr>
        <w:jc w:val="right"/>
      </w:pPr>
      <w:r>
        <w:t>وہ ریئل نہیں ہوتی۔ تو بعد کے زمانے میں جو عقل سے محرومی ہوتی ہے، وہ یہی ہوتی ہے کہ لوگ اس وزڈم سے خالی ہو جاتے ہیں کہ وہ آئیڈیالوجی کو ہسٹری سے الگ کریں، دونوں کو الگ کر کے دیکھیں۔ یہ وزڈم لوگوں کے اندر نہیں ہوتی، اور ساری خرابیاں اس</w:t>
      </w:r>
    </w:p>
    <w:p>
      <w:r>
        <w:rPr>
          <w:b/>
        </w:rPr>
        <w:t xml:space="preserve">[06:51] </w:t>
      </w:r>
      <w:r>
        <w:t>se paida hoti hain. maslan dekhiye, Islam aaya saatvi sadi Isvi ke first quarter mein. us waqt sari duniya mein ek fitna tha, yani Quran mein is ko fitna ke lafz se bayan kiya gaya hai. fitna kya cheez hai? woh hai religious, yani mazhabi jabr ya</w:t>
      </w:r>
    </w:p>
    <w:p>
      <w:pPr>
        <w:jc w:val="right"/>
      </w:pPr>
      <w:r>
        <w:t>ی سے پیدا ہوتی ہیں۔ مثلاً دیکھیے، اسلام آیا ساتویں صدی عیسوی کے فرسٹ کوارٹر میں۔ اس وقت ساری دنیا میں ایک فتنہ تھا، یعنی قرآن میں اس کو فتنہ کے لفظ سے بیان کیا گیا ہے۔ فتنہ کیا چیز ہے؟ وہ ہے ریلیجیس، یعنی مذہبی جبر یا</w:t>
      </w:r>
    </w:p>
    <w:p>
      <w:r>
        <w:rPr>
          <w:b/>
        </w:rPr>
        <w:t xml:space="preserve">[07:21] </w:t>
      </w:r>
      <w:r>
        <w:t>religious persecution. qadeem zamane mein aap jante hain ke sari duniya mein kingship tha. kingship. to kingship ne apne interest ke liye yeh bana rakha tha ke jo authority ka region hai, wahi sab ka region hai. woh chahte the ke revolt na ho, koi bagawat na ho, log wafadar rahein state ke. to unhon ne yeh nazariya bana liya ke jo state ka re</w:t>
      </w:r>
    </w:p>
    <w:p>
      <w:pPr>
        <w:jc w:val="right"/>
      </w:pPr>
      <w:r>
        <w:t>ریلیجیس پرسیکیوشن۔ قدیم زمانے میں آپ جانتے ہیں کہ ساری دنیا میں کنگشپ تھا۔ کنگشپ۔ تو کنگشپ نے اپنے انٹرسٹ کے لیے یہ بنا رکھا تھا کہ جو اتھارٹی کا ریجن ہے، وہی سب کا ریجن ہے۔ وہ چاہتے تھے کہ ریوولٹ نہ ہو، کوئی بغاوت نہ ہو، لوگ وفادار رہیں اسٹیٹ کے۔ تو انہوں نے یہ نظریہ بنا لیا کہ جو اسٹیٹ کا ری</w:t>
      </w:r>
    </w:p>
    <w:p>
      <w:r>
        <w:rPr>
          <w:b/>
        </w:rPr>
        <w:t xml:space="preserve">[07:51] </w:t>
      </w:r>
      <w:r>
        <w:t>jin hai, woh sab ka region hai, ya badshah ka jo region hai, woh sab ka region hai. is ko kaha jata tha al-nasu ala deeni mulukihim log apne badshah ke mazhab par hote hain. to sari dunya mein yeh culture raaij ho gaya tha ke jo ruler ka mazhab hai, wahi sab ka mazhab hai. lekin insan to azaad hai, insan ki aql to sochti hai. to kai log aise hote the</w:t>
      </w:r>
    </w:p>
    <w:p>
      <w:pPr>
        <w:jc w:val="right"/>
      </w:pPr>
      <w:r>
        <w:t>جن ہے، وہ سب کا ریجن ہے، یا بادشاہ کا جو ریجن ہے، وہ سب کا ریجن ہے۔ اس کو کہا جاتا تھا النَّاسُ عَلَىٰ دِينِ مُلُوكِهِمْ لوگ اپنے بادشاہ کے مذہب پر ہوتے ہیں۔ تو ساری دنیا میں یہ کلچر رائج ہو گیا تھا کہ جو رولر کا مذہب ہے، وہی سب کا مذہب ہے۔ لیکن انسان تو آزاد ہے، انسان کی عقل تو سوچتی ہے۔ تو کئی لوگ ایسے ہوتے تھے</w:t>
      </w:r>
    </w:p>
    <w:p>
      <w:r>
        <w:rPr>
          <w:b/>
        </w:rPr>
        <w:t xml:space="preserve">[08:21] </w:t>
      </w:r>
      <w:r>
        <w:t>jo is se rebel karte the, to un ko marte peette the. jo aadmi jo state ke region ke siwa koi region apnata tha, us ko ijazat nahi hoti thi ke woh mulk mein rahe. surah kahf mein jo jo ashab kahf ka qissa bayan hua, woh yahi tha ke</w:t>
      </w:r>
    </w:p>
    <w:p>
      <w:pPr>
        <w:jc w:val="right"/>
      </w:pPr>
      <w:r>
        <w:t>جو اس سے ریبیل کرتے تھے، تو ان کو مارتے پیٹتے تھے۔ جو آدمی جو اسٹیٹ کے ریجن کے سوا کوئی ریجن اپناتا تھا، اس کو اجازت نہیں ہوتی تھی کہ وہ ملک میں رہے۔ سورہ کہف میں جو جو اصحاب کہف کا قصہ بیان ہوا، وہ یہی تھا کہ</w:t>
      </w:r>
    </w:p>
    <w:p>
      <w:r>
        <w:rPr>
          <w:b/>
        </w:rPr>
        <w:t xml:space="preserve">[08:52] </w:t>
      </w:r>
      <w:r>
        <w:t>un logon ne, woh kuch naujawan the, un logon ne badshah ke mazhab se alag ek mazhab, yani badshah ka mazhab tha shirk, unhon ne apnaya tauheed. to un ko hukum ho gaya ke un ko maro, un ko khatm kar do. un ko to woh bhaag kar ke gaye aur ek pahad ke kho mein chup gaye. to yeh daur sari dunya mein</w:t>
      </w:r>
    </w:p>
    <w:p>
      <w:pPr>
        <w:jc w:val="right"/>
      </w:pPr>
      <w:r>
        <w:t>ان لوگوں نے، وہ کچھ نوجوان تھے، ان لوگوں نے بادشاہ کے مذہب سے الگ ایک مذہب، یعنی بادشاہ کا مذہب تھا شرک، انہوں نے اپنایا توحید۔ تو ان کو حکم ہو گیا کہ ان کو مارو، ان کو ختم کر دو۔ ان کو تو وہ بھاگ کر کے گئے اور ایک پہاڑ کے کھو میں چھپ گئے۔ تو یہ دور ساری دنیا میں</w:t>
      </w:r>
    </w:p>
    <w:p>
      <w:r>
        <w:rPr>
          <w:b/>
        </w:rPr>
        <w:t xml:space="preserve">[09:22] </w:t>
      </w:r>
      <w:r>
        <w:t>tha ke jo state ka region hai, wahi sab ka region hai. yeh tha, is ko kaha jata hai religious persecution, mazhabi jabar. to quran mein hukum diya gaya ke waqtiluhum hatta la takuna fitnah lado yahan tak ke yeh fitnah jo hai, yeh khatm ho jaye. is religious persecution ko quran mein fitnah kaha gaya hai. achha,</w:t>
      </w:r>
    </w:p>
    <w:p>
      <w:pPr>
        <w:jc w:val="right"/>
      </w:pPr>
      <w:r>
        <w:t>تھا کہ جو اسٹیٹ کا ریجن ہے، وہی سب کا ریجن ہے۔ یہ تھا، اس کو کہا جاتا ہے ریلیجیس پرسیکیوشن، مذہبی جبر۔ تو قرآن میں حکم دیا گیا کہ وَقَاتِلُوهُمْ حَتَّىٰ لَا تَكُونَ فِتْنَةً لڑو یہاں تک کہ یہ فتنہ جو ہے، یہ ختم ہو جائے۔ اس ریلیجیس پرسیکیوشن کو قرآن میں فتنہ کہا گیا ہے۔ اچھا،</w:t>
      </w:r>
    </w:p>
    <w:p>
      <w:r>
        <w:rPr>
          <w:b/>
        </w:rPr>
        <w:t xml:space="preserve">[09:52] </w:t>
      </w:r>
      <w:r>
        <w:t>dekhen, yeh fitnah khatm karna is liye nahi tha ke wahan islam ki hukumat qaim ho, musalmanon ka iqtadar qaim ho. yeh maqsad nahi tha is ka ke fitnah ko khatm kar ke apni hukumat qaim karo. yeh matlab nahi tha. fitnah ko khatm karo ta ke creation plan of god mein logon ne jo madakhlat ki hai, woh khatm ho jaye. allah taala ka jo takhleeqi</w:t>
      </w:r>
    </w:p>
    <w:p>
      <w:pPr>
        <w:jc w:val="right"/>
      </w:pPr>
      <w:r>
        <w:t>دیکھیں، یہ فتنہ ختم کرنا اس لیے نہیں تھا کہ وہاں اسلام کی حکومت قائم ہو، مسلمانوں کا اقتدار قائم ہو۔ یہ مقصد نہیں تھا اس کا کہ فتنہ کو ختم کر کے اپنی حکومت قائم کرو۔ یہ مطلب نہیں تھا۔ فتنہ کو ختم کرو تاکہ کریشن پلان آف گاڈ میں لوگوں نے جو مداخلت کی ہے، وہ ختم ہو جائے۔ اللہ تعالیٰ کا جو تخلیقی</w:t>
      </w:r>
    </w:p>
    <w:p>
      <w:r>
        <w:rPr>
          <w:b/>
        </w:rPr>
        <w:t xml:space="preserve">[10:22] </w:t>
      </w:r>
      <w:r>
        <w:t>naqsha hai, jo allah ki scheme of things hain, woh yeh hai ke har insan ko, har aurat aur mard ko poori azaadi ho, poore maanon mein religious freedom ho. kyunke choice jo hai, usi ka to imtehan hai. right choice aur wrong choice. is dunya mein jo insan rakha gaya hai, to jo test liya ja raha hai, test</w:t>
      </w:r>
    </w:p>
    <w:p>
      <w:pPr>
        <w:jc w:val="right"/>
      </w:pPr>
      <w:r>
        <w:t>نقشہ ہے، جو اللہ کی اسکیم آف تھنگز ہیں، وہ یہ ہے کہ ہر انسان کو، ہر عورت اور مرد کو پوری آزادی ہو، پورے معنوں میں ریلیجیس فریڈم ہو۔ کیونکہ چوائس جو ہے، اسی کا تو امتحان ہے۔ رائٹ چوائس اور رونگ چوائس۔ اس دنیا میں جو انسان رکھا گیا ہے، تو جو ٹیسٹ لیا جا رہا ہے، ٹیسٹ</w:t>
      </w:r>
    </w:p>
    <w:p>
      <w:r>
        <w:rPr>
          <w:b/>
        </w:rPr>
        <w:t xml:space="preserve">[10:53] </w:t>
      </w:r>
      <w:r>
        <w:t>kon right choice leta hai, kon wrong choice leta hai, usi ka, usi ka to test hai. to agar choice ki azaadi khatm kar di jaye, ke choice sirf ek hi rahe, doosra choice rahe nahi, to yeh allah ki jo creator ki jo scheme of things hai, is mein intermediate karne ka matlab hoga. is ko jeopardize karne ka matlab hoga. to ladai ka hukum jo diya gaya tha, woh is liye nahi tha ke poli</w:t>
      </w:r>
    </w:p>
    <w:p>
      <w:pPr>
        <w:jc w:val="right"/>
      </w:pPr>
      <w:r>
        <w:t>کون رائٹ چوائس لیتا ہے، کون رونگ چوائس لیتا ہے، اسی کا، اسی کا تو ٹیسٹ ہے۔ تو اگر چوائس کی آزادی ختم کر دی جائے، کہ چوائس صرف ایک ہی رہے، دوسرا چوائس رہے نہیں، تو یہ اللہ کی جو کریٹر کی جو اسکیم آف تھنگز ہے، اس میں انٹرومیڈیٹ کرنے کا معنی ہوگا۔ اس کو جیپوٹائز کرنے کا معنی ہوگا۔ تو لڑائی کا حکم جو دیا گیا تھا، وہ اس لیے نہیں تھا کہ پولی</w:t>
      </w:r>
    </w:p>
    <w:p>
      <w:r>
        <w:rPr>
          <w:b/>
        </w:rPr>
        <w:t xml:space="preserve">[11:23] </w:t>
      </w:r>
      <w:r>
        <w:t>tical rule musalmanon ko qaim kiya jaye, hargiz nahi. woh is liye tha ke jo asal mein allah ki scheme ke mutabiq jo hona chahiye, woh qaim ho jaye. yani freedom of choice qaim ho jaye. koi jo chahe ikhtiyar kare. kyunke hisab jo hona hai, woh dunya mein nahi, woh to akhirat mein hona hai. jo hisab liya jayega logon ka</w:t>
      </w:r>
    </w:p>
    <w:p>
      <w:pPr>
        <w:jc w:val="right"/>
      </w:pPr>
      <w:r>
        <w:t>ٹیکل رول مسلمانوں کو قائم کیا جائے، ہرگز نہیں۔ وہ اس لیے تھا کہ جو اصل میں اللہ کی اسکیم کے مطابق جو ہونا چاہیے، وہ قائم ہو جائے۔ یعنی فریڈم آف چوائس قائم ہو جائے۔ کوئی جو چاہے اختیار کرے۔ کیونکہ حساب جو ہونا ہے، وہ دنیا میں نہیں، وہ تو آخرت میں ہونا ہے۔ جو حساب لیا جائے گا لوگوں کا</w:t>
      </w:r>
    </w:p>
    <w:p>
      <w:r>
        <w:rPr>
          <w:b/>
        </w:rPr>
        <w:t xml:space="preserve">[11:54] </w:t>
      </w:r>
      <w:r>
        <w:t>woh dunya mein nahi hoga, woh akhirat mein hoga. to allah taala ki jo scheme of things hai, is ke mutabiq dunya mein har aadmi ko mukammal azaadi honi chahiye, freedom of choice hona chahiye. aur jahan tak is baat ka taalluq hai ke kis ko kya reward mile, kis ko kya punishment mile, yeh akhirat mein hai. to yeh jo hukum diya gaya tha ke jang</w:t>
      </w:r>
    </w:p>
    <w:p>
      <w:pPr>
        <w:jc w:val="right"/>
      </w:pPr>
      <w:r>
        <w:t>، وہ دنیا میں نہیں ہوگا، وہ آخرت میں ہوگا۔ تو اللہ تعالیٰ کی جو اسکیم آف تھنگز ہے، اس کے مطابق دنیا میں ہر آدمی کو مکمل آزادی ہونی چاہیے، فریڈم آف چوائس ہونا چاہیے۔ اور جہاں تک اس بات کا تعلق ہے کہ کس کو کیا ریوارڈ ملے، کس کو کیا پنشمنٹ ملے، یہ آخرت میں ہے۔ تو یہ جو حکم دیا گیا تھا کہ جنگ</w:t>
      </w:r>
    </w:p>
    <w:p>
      <w:r>
        <w:rPr>
          <w:b/>
        </w:rPr>
        <w:t xml:space="preserve">[12:24] </w:t>
      </w:r>
      <w:r>
        <w:t>karo yahan tak ke fitnah baqi na rahe, is ka matlab yeh nahi tha ke jang karo yahan tak ke islam ki hukumat qaim ho jaye. nahi, is ka matlab tha ke jang karo yahan tak ke logon ke banawati pabandiyan khatm ho jayen. logon ko freedom of choice mil jaye. log khud samjhen, khud ghor karen, khud padhen, apni aql ko istemal karen. aur phir apne choice ke muta</w:t>
      </w:r>
    </w:p>
    <w:p>
      <w:pPr>
        <w:jc w:val="right"/>
      </w:pPr>
      <w:r>
        <w:t>کرو یہاں تک کہ فتنہ باقی نہ رہے، اس کا مطلب یہ نہیں تھا کہ جنگ کرو یہاں تک کہ اسلام کی حکومت قائم ہو جائے۔ نہیں، اس کا مطلب تھا کہ جنگ کرو یہاں تک کہ لوگوں کے بناوٹی پابندیاں ختم ہو جائیں۔ لوگوں کو فریڈم آف چوائس مل جائے۔ لوگ خود سمجھیں، خود غور کریں، خود پڑھیں، اپنی عقل کو استعمال کریں۔ اور پھر اپنے چوائس کے مط</w:t>
      </w:r>
    </w:p>
    <w:p>
      <w:r>
        <w:rPr>
          <w:b/>
        </w:rPr>
        <w:t xml:space="preserve">[12:54] </w:t>
      </w:r>
      <w:r>
        <w:t>biq ek aqeeday ko apnayen. yeh halat qaim ho jaye. woh ek deen kullulillah ka matlab hai ke allah ka jo deen hai, yani allah ka jo nizam-e-fitrat hai, woh qaim ho jaye. to ab yahan par baad ke zamane mein kya hua? ke logon ne chunke ideology ko aur history ko alag nahi kiya, yeh history, yeh part of history tha. agar is zamane mein religious freedom hota, jaise aaj kal ke</w:t>
      </w:r>
    </w:p>
    <w:p>
      <w:pPr>
        <w:jc w:val="right"/>
      </w:pPr>
      <w:r>
        <w:t>ابق ایک عقیدے کو اپنائیں۔ یہ حالت قائم ہو جائے۔ وہ ایک دینِ کُلُّو لِلّٰہِ کا مطلب ہے کہ اللہ کا جو دین ہے، یعنی اللہ کا جو نظامِ فطرت ہے، وہ قائم ہو جائے۔ تو اب یہاں پر بعد کے زمانے میں کیا ہوا؟ کہ لوگوں نے چونکہ آئیڈیالوجی کو اور ہسٹری کو الگ نہیں کیا، یہ ہسٹری، یہ پارٹ آف ہسٹری تھا۔ اگر اس زمانے میں ریلیجیس فریڈم ہوتا، جیسے آج کل کے</w:t>
      </w:r>
    </w:p>
    <w:p>
      <w:r>
        <w:rPr>
          <w:b/>
        </w:rPr>
        <w:t xml:space="preserve">[13:24] </w:t>
      </w:r>
      <w:r>
        <w:t>hain, to hargiz yeh hukum na aata ke ladai karo. aaj ki dunya mein, har jagah aap jante hain ke religious freedom, ek aam azaadi mil gayi hai logon ko. ab, ab jo hai, freedom jo hai, aadmi ka, yani human right ka article ban gaya hai yeh. yani absolute sense mein har insan ko azaadi hai. sirf ek hi exception hai, woh yeh ke aap</w:t>
      </w:r>
    </w:p>
    <w:p>
      <w:pPr>
        <w:jc w:val="right"/>
      </w:pPr>
      <w:r>
        <w:t>ہیں، تو ہرگز یہ حکم نہ آتا کہ لڑائی کرو۔ آج کی دنیا میں، ہر جگہ آپ جانتے ہیں کہ ریلیجیس فریڈم، ایک عام آزادی مل گئی ہے لوگوں کو۔ اب، اب جو ہے، فریڈم جو ہے، آدمی کا، یعنی ہیومن رائٹ کا آرٹیکل بن گیا ہے یہ۔ یعنی ایبسولیوٹ سینس میں ہر انسان کو آزادی ہے۔ صرف ایک ہی ایکسیپشن ہے، وہ یہ کہ آپ</w:t>
      </w:r>
    </w:p>
    <w:p>
      <w:r>
        <w:rPr>
          <w:b/>
        </w:rPr>
        <w:t xml:space="preserve">[13:54] </w:t>
      </w:r>
      <w:r>
        <w:t>violence na karen. violence na karen to aap ko azaadi hai. to agar aaj ka hota to quran mein yeh ayat bhi na utarti. yaad rakhiye, chunke is zamane mein yeh mazhab ki azaadi hasil nahi thi, is liye ayat utri. to ab, ab dekhiye, jab dunya mein azaadi aa jaye</w:t>
      </w:r>
    </w:p>
    <w:p>
      <w:pPr>
        <w:jc w:val="right"/>
      </w:pPr>
      <w:r>
        <w:t>وائلنس نہ کریں۔ وائلنس نہ کریں تو آپ کو آزادی ہے۔ تو اگر آج کا ہوتا تو قرآن میں یہ آیت بھی نہ اترتی۔ یاد رکھیے، چونکہ اس زمانے میں یہ مذہب کی آزادی حاصل نہیں تھی، اس لیے آیت اتری۔ تو اب، اب دیکھیے، جب دنیا میں آزادی آ جائے</w:t>
      </w:r>
    </w:p>
    <w:p>
      <w:r>
        <w:rPr>
          <w:b/>
        </w:rPr>
        <w:t xml:space="preserve">[14:25] </w:t>
      </w:r>
      <w:r>
        <w:t>freedom of choice aa jaye, to ladai kis liye? ladai kis liye? to musalman jo lad rahe hain hazar saal se, yeh kis liye lad rahe hain? ke unhon ne, ke woh, woh, woh fail ho gaye is is mein ke ideology ko history se alag karen. history ko liye hue hain. sahi baat yeh thi ke asal nishana hamara</w:t>
      </w:r>
    </w:p>
    <w:p>
      <w:pPr>
        <w:jc w:val="right"/>
      </w:pPr>
      <w:r>
        <w:t>، فریڈم آف چوائس آ جائے، تو لڑائی کس لیے؟ لڑائی کس لیے؟ تو مسلمان جو لڑ رہے ہیں ہزار سال سے، یہ کس لیے لڑ رہے ہیں؟ کہ انہوں نے، کہ وہ، وہ، وہ فیل ہو گئے اس اس میں کہ آئیڈیالوجی کو ہسٹری سے الگ کریں۔ ہسٹری کو لیے ہوئے ہیں۔ صحیح بات یہ تھی کہ اصل نشانہ ہمارا</w:t>
      </w:r>
    </w:p>
    <w:p>
      <w:r>
        <w:rPr>
          <w:b/>
        </w:rPr>
        <w:t xml:space="preserve">[14:55] </w:t>
      </w:r>
      <w:r>
        <w:t>ideology ko phailana, yani ideology of tauheed ko phailana, yeh nishana hai. beech mein ek baat aa gayi thi ke logon ne rukawat daal rakhi thi. is rukawat, rukawat ko remove kiya gaya. is rukawat ko remove kiya gaya ta ke asal jo, jo creation plan of god ke mutabiq jo asal surat-e-haal hai, woh, woh, woh qaim ho jaye bas. aur phir tauheed ka dawat barabar</w:t>
      </w:r>
    </w:p>
    <w:p>
      <w:pPr>
        <w:jc w:val="right"/>
      </w:pPr>
      <w:r>
        <w:t>آئیڈیالوجی کو پھیلنا، یعنی آئیڈیالوجی آف توحید کو پھیلانا، یہ نشانہ ہے۔ بیچ میں ایک بات آ گئی تھی کہ لوگوں نے رکاوٹ ڈال رکھی تھی۔ اس رکاوٹ، رکاوٹ کو ریموو کیا گیا۔ اس رکاوٹ کو ریموو کیا گیا تاکہ اصل جو، جو کریشن پلان آف گاڈ کے مطابق جو اصل صورتحال ہے، وہ، وہ، وہ قائم ہو جائے بس۔ اور پھر توحید کا دعوت برابر</w:t>
      </w:r>
    </w:p>
    <w:p>
      <w:r>
        <w:rPr>
          <w:b/>
        </w:rPr>
        <w:t xml:space="preserve">[15:25] </w:t>
      </w:r>
      <w:r>
        <w:t>apne hisab se chalti rahe. to yeh hai, main samajhta hoon ke aql ka chhan jana. aql ka chhan jane ka matlab hai, aql ka sahi function baqi na rehna. aql ko allah taala ne jo diya hai, is liye ke woh tameez us ke andar hai. ek cheez doosri cheez mein farq karna aata hai is ko. yeh furqan ki salahiyat is ke andar hai ke yeh, yeh ideology hai, yeh, yeh tareekh</w:t>
      </w:r>
    </w:p>
    <w:p>
      <w:pPr>
        <w:jc w:val="right"/>
      </w:pPr>
      <w:r>
        <w:t>اپنے حساب سے چلتی رہے۔ تو یہ ہے، میں سمجھتا ہوں کہ عقل کا چھن جانا۔ عقل کا چھن جانے کا معنی ہے، عقل کا صحیح فنکشن باقی نہ رہنا۔ عقل کو اللہ تعالیٰ نے جو دیا ہے، اس لیے کہ وہ تمیز اس کے اندر ہے۔ ایک چیز دوسری چیز میں فرق کرنا آتا ہے اس کو۔ یہ فرقان کی صلاحیت اس کے اندر ہے کہ یہ، یہ آئیڈیالوجی ہے، یہ، یہ تاریخ</w:t>
      </w:r>
    </w:p>
    <w:p>
      <w:r>
        <w:rPr>
          <w:b/>
        </w:rPr>
        <w:t xml:space="preserve">[15:55] </w:t>
      </w:r>
      <w:r>
        <w:t>hai, yeh jaan hai, yeh salahiyat hai insan ki aql mein. to jab yeh kaam na kare to goya ke aql chhan gayi. halanke aql khud aql nahi chhan ti, aql ka function galat ho jata hai. to ab jo dunya mein musalman military chala rahe hain, jahan dekhiye military, jahan dekhiye military. abhi aaj ke akhbar mein hai ke bomb maar diya,</w:t>
      </w:r>
    </w:p>
    <w:p>
      <w:pPr>
        <w:jc w:val="right"/>
      </w:pPr>
      <w:r>
        <w:t>ہے، یہ جان ہے، یہ صلاحیت ہے انسان کی عقل میں۔ تو جب یہ کام نہ کرے تو گویا کہ عقل چھن گئی۔ حالانکہ عقل خود عقل نہیں چھنتی، عقل کا فنکشن غلط ہو جاتا ہے۔ تو اب جو دنیا میں مسلمان ملٹری چلا رہے ہیں، جہاں دیکھیے ملٹری، جہاں دیکھیے ملٹری۔ ابھی آج کے اخبار میں ہے کہ بم مار دیا،</w:t>
      </w:r>
    </w:p>
    <w:p>
      <w:r>
        <w:rPr>
          <w:b/>
        </w:rPr>
        <w:t xml:space="preserve">[16:25] </w:t>
      </w:r>
      <w:r>
        <w:t>80 aadmi mar gaye. 80. ab jahan 80 aadmi marenge to kitne saare log zakhmi honge? kis ka paon toote ga, kis ka hath toote ga? yeh kis liye? is liye ke woh, woh is se bekhabar hain ke yeh to daur khatm ho gaya violence ka. ab violence kis liye? qatl, qitaal kis liye?</w:t>
      </w:r>
    </w:p>
    <w:p>
      <w:pPr>
        <w:jc w:val="right"/>
      </w:pPr>
      <w:r>
        <w:t>80 آدمی مر گئے۔ 80۔ اب جہاں 80 آدمی مریں گے تو کتنے سارے لوگ زخمی ہوں گے؟ کس کا پاؤں ٹوٹے گا، کس کا ہاتھ ٹوٹے گا؟ یہ کس لیے؟ اس لیے کہ وہ، وہ اس سے بے خبر ہیں کہ یہ تو دور ختم ہو گیا وائلنس کا۔ اب وائلنس کس لیے؟ قتل، قتال کس لیے؟</w:t>
      </w:r>
    </w:p>
    <w:p>
      <w:r>
        <w:rPr>
          <w:b/>
        </w:rPr>
        <w:t xml:space="preserve">[16:57] </w:t>
      </w:r>
      <w:r>
        <w:t>qitaal kis liye? jaise azaadi se pehle india mein logon ka haal yeh tha ke woh kisi angrez ko dekhte to us ko marte the. lekin jab azaadi aa gayi to ab, ab, ab aap dekhenge ke angrez ghoomte hain idhar udhar, isi colony mein rehte hain, koi un ko marta nahi. ab aaj ka koi bhagat singh kisi angrez pe bomb nahi phenke ga</w:t>
      </w:r>
    </w:p>
    <w:p>
      <w:pPr>
        <w:jc w:val="right"/>
      </w:pPr>
      <w:r>
        <w:t>قتال کس لیے؟ جیسے آزادی سے پہلے انڈیا میں لوگوں کا حال یہ تھا کہ وہ کسی انگریز کو دیکھتے تو اس کو مارتے تھے۔ لیکن جب آزادی آ گئی تو اب، اب، اب آپ دیکھیں گے کہ انگریز گھومتے ہیں ادھر ادھر، اسی کالنی میں رہتے ہیں، کوئی ان کو مارتا نہیں۔ اب آج کا کوئی بھگت سنگھ کسی انگریز پہ بم نہیں پھینکے گا</w:t>
      </w:r>
    </w:p>
    <w:p>
      <w:r>
        <w:rPr>
          <w:b/>
        </w:rPr>
        <w:t xml:space="preserve">[17:28] </w:t>
      </w:r>
      <w:r>
        <w:t>ke woh daur khatm ho gaya jab angrez pe bomb marte the log. bhagat singh hero ban gaye kyunke unhon ne angrez ke upar bomb mara tha. yeh jab yeh baat jab ki thi jab ke british india par rule kar rahe the aur musalman aur india ke log chahte the ke bhagayen un ko, quit india. ab jab unhon ne india ko chhod diya, india walon</w:t>
      </w:r>
    </w:p>
    <w:p>
      <w:pPr>
        <w:jc w:val="right"/>
      </w:pPr>
      <w:r>
        <w:t>کہ وہ دور ختم ہو گیا جب انگریز پہ بم مارتے تھے لوگ۔ بھگت سنگھ ہیرو بن گئے کیونکہ انہوں نے انگریز کے اوپر بم مارا تھا۔ یہ جب یہ بات جب کی تھی جب کہ برٹش انڈیا پر رول کر رہے تھے اور مسلمان اور انڈیا کے لوگ چاہتے تھے کہ بھگائیں ان کو، کوئٹ انڈیا۔ اب جب انہوں نے انڈیا کو چھوڑ دیا، انڈیا والوں</w:t>
      </w:r>
    </w:p>
    <w:p>
      <w:r>
        <w:rPr>
          <w:b/>
        </w:rPr>
        <w:t xml:space="preserve">[17:58] </w:t>
      </w:r>
      <w:r>
        <w:t>ke haath mein rule aa gaya, political azaadi aa gayi. ab koi bhi indian angrez ko marega nahi. ab koi bhagat singh aaj ka angrez bomb nahi marega. woh to daur hi khatm ho gaya. aise hi islam mein jo hukum diya gaya tha jang ka, woh tha fitnah ko khatm karne ke liye. aur fitnah ka matlab hai religious persecution, mazhabi jabar</w:t>
      </w:r>
    </w:p>
    <w:p>
      <w:pPr>
        <w:jc w:val="right"/>
      </w:pPr>
      <w:r>
        <w:t>کے ہاتھ میں رول آ گیا، پولیٹیکل آزادی آ گئی۔ اب کوئی بھی انڈین انگریز کو مارے گا نہیں۔ اب کوئی بھگت سنگھ آج کا انگریز بم نہیں مارے گا۔ وہ تو دور ہی ختم ہو گیا۔ ایسے ہی اسلام میں جو حکم دیا گیا تھا جنگ کا، وہ تھا فتنہ کو ختم کرنے کے لیے۔ اور فتنہ کا معنی ہے ریلیجیس پرسیکیوشن، مذہبی جبر</w:t>
      </w:r>
    </w:p>
    <w:p>
      <w:r>
        <w:rPr>
          <w:b/>
        </w:rPr>
        <w:t xml:space="preserve">[18:29] </w:t>
      </w:r>
      <w:r>
        <w:t>۔ to aap jante hain ke islam ke baad jo zamana aaya to ek naya process jaari hua history mein, naya process. sasani rule aur baltin rule ke khatm hone ke baad yeh hua. to ek naya process jaari hua, woh history mein chalta raha, chalta raha, chalta raha. yahan tak ke europe mein is ka confirmation hua. is ka confirmation hua</w:t>
      </w:r>
    </w:p>
    <w:p>
      <w:pPr>
        <w:jc w:val="right"/>
      </w:pPr>
      <w:r>
        <w:t>۔ تو آپ جانتے ہیں کہ اسلام کے بعد جو زمانہ آیا تو ایک نیا پروسیس جاری ہوا ہسٹری میں، نیا پروسیس۔ ساسانی رول اور بالطین رول کے ختم ہونے کے بعد یہ ہوا۔ تو ایک نیا پروسیس جاری ہوا، وہ ہسٹری میں چلتا رہا، چلتا رہا، چلتا رہا۔ یہاں تک کہ یورپ میں اس کا کنورمیشن ہوا۔ اس کا کنورمیشن ہوا</w:t>
      </w:r>
    </w:p>
    <w:p>
      <w:r>
        <w:rPr>
          <w:b/>
        </w:rPr>
        <w:t xml:space="preserve">[18:59] </w:t>
      </w:r>
      <w:r>
        <w:t>france mein, atharveen sadi mein. aur phir is ke baad aap jante hain ke united nations bani. united nations ne sari qaumon ke consensus se, dunya ki jitni qaumein hain, us waqt dunya mein ghaliban 194 qaumein hain, ya 95, to sab ke consensus se ek charter jaari hua, universal dec</w:t>
      </w:r>
    </w:p>
    <w:p>
      <w:pPr>
        <w:jc w:val="right"/>
      </w:pPr>
      <w:r>
        <w:t>فرانس میں، اٹھارویں صدی میں۔ اور پھر اس کے بعد آپ جانتے ہیں کہ یونائٹڈ نیشنز بنی۔ یونائٹڈ نیشنز نے ساری قوموں کے کنسنسس سے، دنیا کی جتنی قومیں ہیں، اس وقت دنیا میں غالباً 194 قومیں ہیں، یا 95، تو سب کے کنسنسس سے ایک چارٹر جاری ہوا، یونیورسل ڈیک</w:t>
      </w:r>
    </w:p>
    <w:p>
      <w:r>
        <w:rPr>
          <w:b/>
        </w:rPr>
        <w:t xml:space="preserve">[19:29] </w:t>
      </w:r>
      <w:r>
        <w:t>laration of human rights. sab ke sab ne is par sign kiya, tamam qaumon ne, tamam qaumon ki razamandi se woh charter jaari hua. is mein yeh likh diya gaya ke freedom, azaadi, mazhabi azaadi ya rai ki azaadi har insan ka undeniable right hai. kisi</w:t>
      </w:r>
    </w:p>
    <w:p>
      <w:pPr>
        <w:jc w:val="right"/>
      </w:pPr>
      <w:r>
        <w:t>لریشن آف ہیومن رائٹس۔ سب کے سب نے اس پر سائن کیا، تمام قوموں نے، تمام قوموں کی رضامندی سے وہ چارٹر جاری ہوا۔ اس میں یہ لکھ دیا گیا کہ فریڈم، آزادی، مذہبی آزادی یا رائے کی آزادی ہر انسان کا ان ڈینائے ایبل رائٹ ہے۔ کسی</w:t>
      </w:r>
    </w:p>
    <w:p>
      <w:r>
        <w:rPr>
          <w:b/>
        </w:rPr>
        <w:t xml:space="preserve">[20:00] </w:t>
      </w:r>
      <w:r>
        <w:t>ko azaadi ko chheen nahi sakte aap. absolute right hai har insan ko. sirf yeh hai ke agar woh, agar woh violence kare, koi crime kare, tab aap us ko pakad sakte hain. jab tak woh peaceful hai to woh apni azaadi ko exercise kar raha hai. aap, aap, aap us ko rok nahi sakte. kuch bhi kahe woh. chahe woh prime minister ke khilaf bolay, president ke khilaf bolay, woh constable ke khilaf bolay, us</w:t>
      </w:r>
    </w:p>
    <w:p>
      <w:pPr>
        <w:jc w:val="right"/>
      </w:pPr>
      <w:r>
        <w:t>کو آزادی کو چھین نہیں سکتے آپ۔ ایبسولیوٹ رائٹ ہے ہر انسان کو۔ صرف یہ ہے کہ اگر وہ، اگر وہ وائلنس کرے، کوئی کرائم کرے، تب آپ اس کو پکڑ سکتے ہیں۔ جب تک وہ پیس فل ہے تو وہ اپنی آزادی کو ایکسرسائز کر رہا ہے۔ آپ، آپ، آپ اس کو روک نہیں سکتے۔ کچھ بھی کہے وہ۔ چاہے وہ پرائم منسٹر کے خلاف بولے، پریزیڈنٹ کے خلاف بولے، وہ کانسٹیبل کے خلاف بولے، اس</w:t>
      </w:r>
    </w:p>
    <w:p>
      <w:r>
        <w:rPr>
          <w:b/>
        </w:rPr>
        <w:t xml:space="preserve">[20:30] </w:t>
      </w:r>
      <w:r>
        <w:t>waqt tak is ke khilaaf koi karrawai nahi ki jayegi jab tak woh violence nahi karta, bomb nahi marta. to jis tarah se british rule dunya mein khatam hone ke baad ab bhagat singh ka koi role nahi hai. aaj bhagat singh zinda hon to un ko ijazat nahi hogi, ijazat nahi hogi ke woh angrez par bomb marein. isi tarah ab musalmanon ko yeh ijazat</w:t>
      </w:r>
    </w:p>
    <w:p>
      <w:pPr>
        <w:jc w:val="right"/>
      </w:pPr>
      <w:r>
        <w:t>وقت تک اس کے خلاف کوئی کارروائی نہیں کی جائے گی جب تک وہ وائلنس نہیں کرتا، بم نہیں مارتا۔ تو جس طرح سے برٹش رول دنیا میں ختم ہونے کے بعد اب بھگت سنگھ کا کوئی رول نہیں ہے۔ آج بھگت سنگھ زندہ ہوں تو ان کو اجازت نہیں ہوگی، اجازت نہیں ہوگی کہ وہ انگریز پر بم ماریں۔ اسی طرح اب مسلمانوں کو یہ اجازت</w:t>
      </w:r>
    </w:p>
    <w:p>
      <w:r>
        <w:rPr>
          <w:b/>
        </w:rPr>
        <w:t xml:space="preserve">[21:00] </w:t>
      </w:r>
      <w:r>
        <w:t>nahi hai ke violence karein woh. kis liye violence karein ge? ab to violence jo hai woh fasaad ka fasaad hoga woh. to dekhiye, dunya mein sab logon ko pareshani is baat ki hai ke musalman kyun bomb marte hain, kyun society bombing karte hain. aap jante hain ke rozana media mein khabrein aati hain, aaj bhi khabar aayi hai. to achi tarah samajh lijiye ke</w:t>
      </w:r>
    </w:p>
    <w:p>
      <w:pPr>
        <w:jc w:val="right"/>
      </w:pPr>
      <w:r>
        <w:t>نہیں ہے کہ وائلنس کریں وہ۔ کس لیے وائلنس کریں گے؟ اب تو وائلنس جو ہے وہ فساد کا فساد ہوگا وہ۔ تو دیکھیے، دنیا میں سب لوگوں کو پریشانی اس بات کی ہے کہ مسلمان کیوں بم مارتے ہیں، کیوں سوسائٹی بمنگ کرتے ہیں۔ آپ جانتے ہیں کہ روزانہ میڈیا میں خبریں آتی ہیں، آج بھی خبر آئی ہے۔ تو اچھی طرح سمجھ لیجیے کہ</w:t>
      </w:r>
    </w:p>
    <w:p>
      <w:r>
        <w:rPr>
          <w:b/>
        </w:rPr>
        <w:t xml:space="preserve">[21:30] </w:t>
      </w:r>
      <w:r>
        <w:t>aap is muslim military ka khatma, jahan bhi military nahi kar sakte aap. aap bhi agar bomb marein to is ka khatma nahi hoga. is ke peeche ek ideology hai, ek nazariya hai, woh ghalat concept islam ki, islam ki history ka, us ko aap ko khatam karna parega, spread karna parega. yani ideol</w:t>
      </w:r>
    </w:p>
    <w:p>
      <w:pPr>
        <w:jc w:val="right"/>
      </w:pPr>
      <w:r>
        <w:t>آپ اس مسلم ملٹری کا خاتمہ، جہاں بھی ملٹری نہیں کر سکتے آپ۔ آپ بھی اگر بم ماریں تو اس کا خاتمہ نہیں ہوگا۔ اس کے پیچھے ایک آئیڈیالوجی ہے، ایک نظریہ ہے، وہ غلط کانسیپٹ اسلام کی، اسلام کی ہسٹری کا، اس کو آپ کو ختم کرنا پڑے گا، سپرٹ کرنا پڑے گا۔ یعنی آئیڈی</w:t>
      </w:r>
    </w:p>
    <w:p>
      <w:r>
        <w:rPr>
          <w:b/>
        </w:rPr>
        <w:t xml:space="preserve">[22:00] </w:t>
      </w:r>
      <w:r>
        <w:t>ogy aur history ko alag karna parega, deal nahi karna parega. logon ko batana parega ke tum jo kaam kar rahe ho, us ka taluq islam se nahi hai. woh to ek aisi history ko tum dohra rahe ho jo khatam ho chuki. yani bhagat singh ka daur khatam ho chuka, ab bhagat singh ka koi role nahi hai. aise hi military ka daur khatam ho chuka, ab us ki military ka koi role nahi hai.</w:t>
      </w:r>
    </w:p>
    <w:p>
      <w:pPr>
        <w:jc w:val="right"/>
      </w:pPr>
      <w:r>
        <w:t>الوجی اور ہسٹری کو الگ کرنا پڑے گا، ڈیل نہیں کرنا پڑے گا۔ لوگوں کو بتانا پڑے گا کہ تم جو کام کر رہے ہو، اس کا تعلق اسلام سے نہیں ہے۔ وہ تو ایک ایسی ہسٹری کو تم دہرا رہے ہو جو ختم ہو چکی۔ یعنی بھگت سنگھ کا دور ختم ہو چکا، اب بھگت سنگھ کا کوئی رول نہیں ہے۔ ایسے ہی ملٹری کا دور ختم ہو چکا، اب اس کی ملٹری کا کوئی رول نہیں ہے۔</w:t>
      </w:r>
    </w:p>
    <w:p>
      <w:r>
        <w:rPr>
          <w:b/>
        </w:rPr>
        <w:t xml:space="preserve">[22:32] </w:t>
      </w:r>
      <w:r>
        <w:t>ab kya hai? peaceful daawa, peaceful, peaceful andaaz mein quran ko sahib niyat tak pahunchana, peaceful andaaz mein Allah ka paigham logon tak pahunchana. ab to yahi, yahi kaam karna hai. sirf peace hai, ab kuch nahi hai. jaise misaal ke taur par islam mein tayammum ka ijazat hai, kahin pani na mil raha ho to</w:t>
      </w:r>
    </w:p>
    <w:p>
      <w:pPr>
        <w:jc w:val="right"/>
      </w:pPr>
      <w:r>
        <w:t>اب کیا ہے؟ پیس فل داؤور، پیس فل، پیس فل انداز میں قرآن کو صاحب النیت تک پہنچانا، پیس فل انداز میں اللہ کا پیغام لوگوں تک پہنچانا۔ اب تو یہی، یہی کام کرنا ہے۔ صرف پیس ہے، اب کچھ نہیں ہے۔ جیسے مثال کے طور پر اسلام میں تیمم کا اجازت ہے، کہیں پانی نہ مل رہا ہو تو</w:t>
      </w:r>
    </w:p>
    <w:p>
      <w:r>
        <w:rPr>
          <w:b/>
        </w:rPr>
        <w:t xml:space="preserve">[23:03] </w:t>
      </w:r>
      <w:r>
        <w:t>kaha jayega ke tayammum kar lo, mitti se tayammum kar lo. lekin agar pani mil jaye to kaha jata hai ke aap ba aamad tayammum barkhast, aap ba aamad tayammum barkhast, yani pani aa gaya to tayammum khatam. aise hi jab mazhabi azadi aa gayi to, to tak tak tak takra khatam. baad ke logon ne ek mazeed ghalti ki is par</w:t>
      </w:r>
    </w:p>
    <w:p>
      <w:pPr>
        <w:jc w:val="right"/>
      </w:pPr>
      <w:r>
        <w:t>کہا جائے گا کہ تیمم کر لو، مٹی سے تیمم کر لو۔ لیکن اگر پانی مل جائے تو کہا جاتا ہے کہ آپ با آمد تیمم برخاست، آپ با آمد تیمم برخاست، یعنی پانی آ گیا تو تیمم ختم۔ ایسے ہی جب مذہبی آزادی آ گئی تو، تو ٹک ٹک ٹک ٹکرا ختم۔ بعد کے لوگوں نے ایک مزید غلطی کی اس پر</w:t>
      </w:r>
    </w:p>
    <w:p>
      <w:r>
        <w:rPr>
          <w:b/>
        </w:rPr>
        <w:t xml:space="preserve">[23:34] </w:t>
      </w:r>
      <w:r>
        <w:t>ke ko jo unhon ne jaari rakha, violence ko, aur is ko naam de diya jihad ka. dekhiye, jihad hargiz, hargiz, hargiz kisi qism ke tashaddud ka naam nahin hai. jihad naam hai peaceful da'wah ka. is ka saboot hai Surah Al-Furqan ki ayat ke wa jahidhum bihi jihadan kabeera ke jihad karo Quran ke zariye.</w:t>
      </w:r>
    </w:p>
    <w:p>
      <w:pPr>
        <w:jc w:val="right"/>
      </w:pPr>
      <w:r>
        <w:t>کہ کو جو انہوں نے جاری رکھا، وائلنس کو، اور اس کو نام دے دیا جہاد کا۔ دیکھیے، جہاد ہرگز، ہرگز، ہرگز کسی قسم کے تشدد کا نام نہیں ہے۔ جہاد نام ہے پیس فل داؤور کا۔ اس کا ثبوت ہے سورہ الفرقان کی آیت کہ وَجَاهِدُهُمْ بِهِ جَهَادًا كَبِيرًا کہ جہاد کرو قرآن کے ذریعے۔</w:t>
      </w:r>
    </w:p>
    <w:p>
      <w:r>
        <w:rPr>
          <w:b/>
        </w:rPr>
        <w:t xml:space="preserve">[24:04] </w:t>
      </w:r>
      <w:r>
        <w:t>to aap bataiye ke quran ke zariye aap kaise jehad karenge? agar jehad ke ma'ne talwar ho, gun ho, agar jehad ka ma'ne talwar marna aur gun marna ho to quran ke zariye kaise jehad karenge aap? woh to gun nahi hai, woh to quran ek kitab hai. to wa jahidhum bihi jahadan kabira jehad karo quran ke zariye. iska ma'ne kya hoga? ke do</w:t>
      </w:r>
    </w:p>
    <w:p>
      <w:pPr>
        <w:jc w:val="right"/>
      </w:pPr>
      <w:r>
        <w:t>تو آپ بتائیے کہ قرآن کے ذریعے آپ کیسے جہاد کریں گے؟ اگر جہاد کے معنی تلوار ہو، گن ہو، اگر جہاد کا معنی تلوار مارنا اور گن مارنا ہو تو قرآن کے ذریعے کیسے جہاد کریں گے آپ؟ وہ تو گن نہیں ہے، وہ تو قرآن ایک کتاب ہے۔ تو وَجَاهِدُهُمْ بِهِ جَهَادًا كَبِيرًا جہاد کرو قرآن کے ذریعے۔ اس کا معنی کیا ہوگا؟ کہ ڈو</w:t>
      </w:r>
    </w:p>
    <w:p>
      <w:r>
        <w:rPr>
          <w:b/>
        </w:rPr>
        <w:t xml:space="preserve">[24:34] </w:t>
      </w:r>
      <w:r>
        <w:t>peaceful da'wah. is ayat ka matlab hai do peaceful da'wah, peaceful method ke zariye, aman ke zariye da'wah ka kaam karo. yeh matlab hai is ka. to jihad naam hai, yaad rakhiye, peaceful da'wah ka. hargiz, hargiz jihad nahi hai. yeh military ka naam jihad nahi hai. yeh logon ne baat ko rakh liya. aap quran ko padhiye, quran ko aap</w:t>
      </w:r>
    </w:p>
    <w:p>
      <w:pPr>
        <w:jc w:val="right"/>
      </w:pPr>
      <w:r>
        <w:t>پیس فل داؤور۔ اس آیت کا مطلب ہے ڈو پیس فل داؤور، پیس فل میتھڈ کے ذریعے، امن کے ذریعے دعوت کا کام کرو۔ یہ مطلب ہے اس کا۔ تو جہاد نام ہے، یاد رکھیے، پیس فل داؤور کا۔ ہرگز، ہرگز جہاد نہیں ہے۔ یہ ملٹری کا نام جہاد نہیں ہے۔ یہ لوگوں نے بات کو رکھ لیا۔ آپ قرآن کو پڑھیے، قرآن کو آپ</w:t>
      </w:r>
    </w:p>
    <w:p>
      <w:r>
        <w:rPr>
          <w:b/>
        </w:rPr>
        <w:t xml:space="preserve">[25:04] </w:t>
      </w:r>
      <w:r>
        <w:t>sau baar parhiye, yeh janne ke liye ke quran mein jihad ka lafz qital ke ma'ne mein nahi aaya hai. jahan islam quran ka matlab qital hai to wahan qital ka lafz hai, jihad nahi hai. aap jante hain ke is zamane mein logon ne attack kar rakha tha islam par, to attack ki wajah se defensive war ladni pari. rasool Allah ke zamane mein aap ka jo</w:t>
      </w:r>
    </w:p>
    <w:p>
      <w:pPr>
        <w:jc w:val="right"/>
      </w:pPr>
      <w:r>
        <w:t>سو بار پڑھیے، یہ جاننے کے لیے کہ قرآن میں جہاد کا لفظ قتال کے معنی میں نہیں آیا ہے۔ جہاں اسلام قرآن کا مطلب قتال ہے تو وہاں قتال کا لفظ ہے، جہاد نہیں ہے۔ آپ جانتے ہیں کہ اس زمانے میں لوگوں نے اٹیک کر رکھا تھا اسلام پر، تو اٹیک کی وجہ سے ڈیفینسو وار لڑنی پڑی۔ رسول اللہ کے زمانے میں آپ کا جو</w:t>
      </w:r>
    </w:p>
    <w:p>
      <w:r>
        <w:rPr>
          <w:b/>
        </w:rPr>
        <w:t xml:space="preserve">[25:35] </w:t>
      </w:r>
      <w:r>
        <w:t>opposite group tha, us ne attack kar rakha tha, to us ki waja se Rasool Allah ko defensive war larni pari. To wahan par lafz hai qital, qatilul lazeena yuqatiloonakum. Jitni bhi ayatein hain jis mein defensive war ka hukum hai, woh sab qital ka lafz hai, qital. Kahin bhi jihad nahi hai, kahin bhi jihad nahi hai.</w:t>
      </w:r>
    </w:p>
    <w:p>
      <w:pPr>
        <w:jc w:val="right"/>
      </w:pPr>
      <w:r>
        <w:t>اپوزٹ گروپ تھا، اس نے اٹیک کر رکھا تھا، تو اس کی وجہ سے رسول اللہ کو ڈیفینسو وار لڑنی پڑی۔ تو وہاں پر لفظ ہے قتال، قاتل الذین یقاتلونکم۔ جتنی بھی آیتیں ہیں جس میں ڈیفینسو وار کا حکم ہے، وہ سب قتال کا لفظ ہے، قتال۔ کہیں بھی جہاد نہیں ہے، کہیں بھی جہاد نہیں ہے۔</w:t>
      </w:r>
    </w:p>
    <w:p>
      <w:r>
        <w:rPr>
          <w:b/>
        </w:rPr>
        <w:t xml:space="preserve">[26:06] </w:t>
      </w:r>
      <w:r>
        <w:t>kyunke jahad ke zariye, jahad ke literal meaning kya hai? koshish, utmost struggle. yeh matlab hai jahad ka. jahad ke mani hain koshish, utmost struggle. kis ke liye? peaceful da'wah ke liye. to yaad rahe ke quran mein do lafz alag alag aaye hain, ek hai jahad, ek hai qital. qital hai ek waqti hukum ke taur par ke woh tribal age tha,</w:t>
      </w:r>
    </w:p>
    <w:p>
      <w:pPr>
        <w:jc w:val="right"/>
      </w:pPr>
      <w:r>
        <w:t>کیونکہ جہاد کے ذریعے، جہاد کے لٹرل میننگ کیا ہے؟ کوشش، اٹ موسٹ اسٹرگل۔ یہ مطلب ہے جہاد کا۔ جہاد کے معنی ہیں کوشش، اٹ موسٹ اسٹرگل۔ کس کے لیے؟ پیس فل داؤور کے لیے۔ تو یاد رہے کہ قرآن میں دو لفظ الگ الگ آئے ہیں، ایک ہے جہاد، ایک ہے قتال۔ قتال ہے ایک وقتی حکم کے طور پر کہ وہ ٹرائبل ایج تھا،</w:t>
      </w:r>
    </w:p>
    <w:p>
      <w:r>
        <w:rPr>
          <w:b/>
        </w:rPr>
        <w:t xml:space="preserve">[26:37] </w:t>
      </w:r>
      <w:r>
        <w:t>us zamane mein angrez prosecution ka zamana tha. yaani jo log shirk ko mante the, woh toheed ke manne walon ko marte the. jo log shirk ka aqeedah rakhte the, woh un logon ko marte the jo toheed ka aqeedah mante the ke khuda ek hai. is ki wajah se wahan par ladai pesh aati thi. to is ke liye q</w:t>
      </w:r>
    </w:p>
    <w:p>
      <w:pPr>
        <w:jc w:val="right"/>
      </w:pPr>
      <w:r>
        <w:t>اس زمانے میں انگریز پرسیکیوشن کا زمانہ تھا۔ یعنی جو لوگ شرک کو مانتے تھے، وہ توحید کے ماننے والوں کو مارتے تھے۔ جو لوگ شرک کا عقیدہ رکھتے تھے، وہ ان لوگوں کو مارتے تھے جو توحید کا عقیدہ مانتے تھے کہ خدا ایک ہے۔ اس کی وجہ سے وہاں پر لڑائی پیش آتی تھی۔ تو اس کے لیے ق</w:t>
      </w:r>
    </w:p>
    <w:p>
      <w:r>
        <w:rPr>
          <w:b/>
        </w:rPr>
        <w:t xml:space="preserve">[27:07] </w:t>
      </w:r>
      <w:r>
        <w:t>ital ka lafz hai. lekin jahan tak da'wati kaam ko jaldi, tablegh, tablegh ka kaam, da'wah ka kaam ka taluq hai, is ke liye sirf jahad hai, jahad, jahad. is ke liye ya to da'wah aayega ya tablegh aayega ya jahad aayega. quran mein is yaani jo mission ka mamla hai, islam ka mission, is ke liye jo alfaaz aayenge to woh da'wah aayega, ya</w:t>
      </w:r>
    </w:p>
    <w:p>
      <w:pPr>
        <w:jc w:val="right"/>
      </w:pPr>
      <w:r>
        <w:t>تال کا لفظ ہے۔ لیکن جہاں تک دعوتی کام کو جلدی، تبلیغ، تبلیغ کا کام، دعوت کا کام کا تعلق ہے، اس کے لیے صرف جہاد ہے، جہاد، جہاد۔ اس کے لیے یا تو دعوت آئے گا یا تبلیغ آئے گا یا جہاد آئے گا۔ قرآن میں اس یعنی جو مشن کا معاملہ ہے، اسلام کا مشن، اس کے لیے جو الفاظ آئیں گے تو وہ دعوت آئے گا، یا</w:t>
      </w:r>
    </w:p>
    <w:p>
      <w:r>
        <w:rPr>
          <w:b/>
        </w:rPr>
        <w:t xml:space="preserve">[27:38] </w:t>
      </w:r>
      <w:r>
        <w:t>tablegh aayega, ya jahad aayega, yeh sab alfaaz peaceful struggle ke mani mein hain. aur defensive war ki zaroorat pesh aayi thi waqti taur par, ek temporary period ke liye, to is ke liye qital ka lafz aaya.</w:t>
      </w:r>
    </w:p>
    <w:p>
      <w:pPr>
        <w:jc w:val="right"/>
      </w:pPr>
      <w:r>
        <w:t>تبلیغ آئے گا، یا جہاد آئے گا، یہ سب الفاظ پیس فل اسٹرگل کے معنی میں ہیں۔ اور ڈیفینسو وار کی ضرورت پیش آئی تھی وقتی طور پر، ایک ٹیمپرری پیریڈ کے لیے، تو اس کے لیے قتال کا لفظ آیا۔</w:t>
      </w:r>
    </w:p>
    <w:p>
      <w:r>
        <w:rPr>
          <w:b/>
        </w:rPr>
        <w:t xml:space="preserve">[28:10] </w:t>
      </w:r>
      <w:r>
        <w:t>to main jahan tak socha hai, main ne, main yeh samajh paya hoon ke baad ke zamane mein jo kaha gaya ke logon ki aqlein chhin jayengi, is ka matlab yeh hai ke aqal ka function, right function nahi baqi rahega. aur is ki ek bohat hi clear misaal yahi hai ke log ideology ko alag nahi kar payenge history se</w:t>
      </w:r>
    </w:p>
    <w:p>
      <w:pPr>
        <w:jc w:val="right"/>
      </w:pPr>
      <w:r>
        <w:t>تو میں جہاں تک سوچا ہے، میں نے، میں یہ سمجھ پایا ہوں کہ بعد کے زمانے میں جو کہا گیا کہ لوگوں کی عقلیں چھن جائیں گی، اس کا مطلب یہ ہے کہ عقل کا فنکشن، رائٹ فنکشن نہیں باقی رہے گا۔ اور اس کی ایک بہت ہی کلیر مثال یہی ہے کہ لوگ آئیڈیالوجی کو الگ نہیں کر پائیں گے ہسٹری سے</w:t>
      </w:r>
    </w:p>
    <w:p>
      <w:r>
        <w:rPr>
          <w:b/>
        </w:rPr>
        <w:t xml:space="preserve">[28:40] </w:t>
      </w:r>
      <w:r>
        <w:t>. islam mein jo uhud ki ladai hui, hunain ki ladai hui, woh that is part of history. musalman jo hajj karte the ya roza namaz padhte the, woh part of history nahi tha, woh part of ideology tha. rasool Allah ne namaz padhi aur baad ke har zamane mein log namaz padhte rahe. rasool Allah ne hajj kiya, baad ke zamane mein log hajj karte rahe. yeh namaz aur hajj, yeh part of history nahi tha,</w:t>
      </w:r>
    </w:p>
    <w:p>
      <w:pPr>
        <w:jc w:val="right"/>
      </w:pPr>
      <w:r>
        <w:t>۔ اسلام میں جو احد کی لڑائی ہوئی، حنین کی لڑائی ہوئی، وہ دیٹ از پارٹ آف ہسٹری۔ مسلمان جو حج کرتے تھے یا روزہ نماز پڑھتے تھے، وہ پارٹ آف ہسٹری نہیں تھا، وہ پارٹ آف آئیڈیالوجی تھا۔ رسول اللہ نے نماز پڑھی اور بعد کے ہر زمانے میں لوگ نماز پڑھتے رہے۔ رسول اللہ نے حج کیا، بعد کے زمانے میں لوگ حج کرتے رہے۔ یہ نماز اور حج، یہ پارٹ آف ہسٹری نہیں تھا،</w:t>
      </w:r>
    </w:p>
    <w:p>
      <w:r>
        <w:rPr>
          <w:b/>
        </w:rPr>
        <w:t xml:space="preserve">[29:11] </w:t>
      </w:r>
      <w:r>
        <w:t>yeh tha part of ideology. lekin jo rasool Allah ke zamane mein ya hazrat umar ke zamane mein jo ladai hui, that was part of history. kuch historical reason the jis ki wajah se ladai pesh aayi, woh reason khatam ho gaye. jab khatam ho gaye to ab ladai bhi nahi.</w:t>
      </w:r>
    </w:p>
    <w:p>
      <w:pPr>
        <w:jc w:val="right"/>
      </w:pPr>
      <w:r>
        <w:t>یہ تھا پارٹ آف آئیڈیالوجی۔ لیکن جو رسول اللہ کے زمانے میں یا حضرت عمر کے زمانے میں جو لڑائی ہوئی، دیٹ واز پارٹ آف ہسٹری۔ کچھ ہسٹوریکل ریزن تھے جس کی وجہ سے لڑائی پیش آئی، وہ ریزن ختم ہو گئے۔ جب ختم ہو گئے تو اب لڑائی بھی نہیں۔</w:t>
      </w:r>
    </w:p>
    <w:p>
      <w:r>
        <w:rPr>
          <w:b/>
        </w:rPr>
        <w:t xml:space="preserve">[29:41] </w:t>
      </w:r>
      <w:r>
        <w:t>to main samajhta hoon ke musalmanon ko is is haqiqat se ba khabar karna padega ke tum log jo kuch kar rahe ho, woh part of history hai, woh part of islam nahi hai, woh part of ideology nahi hai, part of aqeedah nahi hai. jab yeh aap batayenge un ko, tab woh chhod chhodenge is ko. nahi to bomb marte rahiye, bomb marne se kuch nahi hota. aap jante hain ke gulf war ke zamane mein wahan</w:t>
      </w:r>
    </w:p>
    <w:p>
      <w:pPr>
        <w:jc w:val="right"/>
      </w:pPr>
      <w:r>
        <w:t>تو میں سمجھتا ہوں کہ مسلمانوں کو اس اس حقیقت سے باخبر کرنا پڑے گا کہ تم لوگ جو کچھ کر رہے ہو، وہ پارٹ آف ہسٹری ہے، وہ پارٹ آف اسلام نہیں ہے، وہ پارٹ آف آئیڈیالوجی نہیں ہے، پارٹ آف عقیدہ نہیں ہے۔ جب یہ آپ بتائیں گے ان کو، تب وہ چھوڑ چھوڑیں گے اس کو۔ نہیں تو بم مارتے رہیے، بم مارنے سے کچھ نہیں ہوتا۔ آپ جانتے ہیں کہ گلف وار کے زمانے میں وہاں</w:t>
      </w:r>
    </w:p>
    <w:p>
      <w:r>
        <w:rPr>
          <w:b/>
        </w:rPr>
        <w:t xml:space="preserve">[30:11] </w:t>
      </w:r>
      <w:r>
        <w:t>carpet par bombardment kiya gaya tha, carpet bombardment, carpet bombardment matlab ke chepe chepe bomb girana. lekin kya military, musalmanon ki military khatam ho gayi? aaj hi aap dekhiye, bomb maar diya, 80 aadmi mar gaye. kyun? ke asal jo jar hai, jo root cause hai,</w:t>
      </w:r>
    </w:p>
    <w:p>
      <w:pPr>
        <w:jc w:val="right"/>
      </w:pPr>
      <w:r>
        <w:t>کارڈ پر بمبارمنٹ کیا گیا تھا، کارپٹ بمبارمنٹ، کارپٹ بمبارمنٹ مطلب کہ چپے چپے بم گرانا۔ لیکن کیا ملٹری، مسلمانوں کی ملٹری ختم ہو گئی؟ آج ہی آپ دیکھیے، بم مار دیا، 80 آدمی مر گئے۔ کیوں؟ کہ اصل جو جڑ ہے، جو روٹ کاز ہے،</w:t>
      </w:r>
    </w:p>
    <w:p>
      <w:r>
        <w:rPr>
          <w:b/>
        </w:rPr>
        <w:t xml:space="preserve">[30:42] </w:t>
      </w:r>
      <w:r>
        <w:t>woh to mind mein hai, woh to soch mein hai, aur woh aap ne badla nahi, wahan par aap ne kuch kiya nahi. isi liye hum bhi sara zor dete hain, hamara mission jo hai, hamare jo saathi hain, woh sab literature phaila rahe hain, quran phaila rahe hain, quran ka tarjuma har zaban mein phaila rahe hain, hamare saathi. yeh ek ideological campaign hai. hamare saathi sari duniya mein hain,</w:t>
      </w:r>
    </w:p>
    <w:p>
      <w:pPr>
        <w:jc w:val="right"/>
      </w:pPr>
      <w:r>
        <w:t>وہ تو مائنڈ میں ہے، وہ تو سوچ میں ہے، اور وہ آپ نے بدلا نہیں، وہاں پر آپ نے کچھ کیا نہیں۔ اسی لیے ہم بھی سارا زور دیتے ہیں، ہمارا مشن جو ہے، ہمارے جو ساتھی ہیں، وہ سب لٹریچر پھیلا رہے ہیں، قرآن پھیلا رہے ہیں، قرآن کا ترجمہ ہر زبان میں پھیلا رہے ہیں، ہمارے ساتھی۔ یہ ایک آئیڈیالوجیکل کیمپین ہے۔ ہمارے ساتھی ساری دنیا میں ہیں،</w:t>
      </w:r>
    </w:p>
    <w:p>
      <w:r>
        <w:rPr>
          <w:b/>
        </w:rPr>
        <w:t xml:space="preserve">[31:12] </w:t>
      </w:r>
      <w:r>
        <w:t>Allah ke fazl se. to woh kya kar rahe hain? literature phaila rahe hain, quran ke tarjume phaila rahe hain. islami literature, jo peaceful literature hai, us ko phaila rahe hain. to jin logon ka zehan badalta hai, jin ki soch badalti hai, to woh chhod dete hain, woh aise hazaron log hain sari duniya mein jinhon ne hamare m</w:t>
      </w:r>
    </w:p>
    <w:p>
      <w:pPr>
        <w:jc w:val="right"/>
      </w:pPr>
      <w:r>
        <w:t>اللہ کے فضل سے۔ تو وہ کیا کر رہے ہیں؟ لٹریچر پھیلا رہے ہیں، قرآن کے ترجمے پھیلا رہے ہیں۔ اسلامی لٹریچر، جو پیس فل لٹریچر ہے، اس کو پھیلا رہے ہیں۔ تو جن لوگوں کا ذہن بدلتا ہے، جن کی سوچ بدلتی ہے، تو وہ چھوڑ دیتے ہیں، وہ ایسے ہزاروں لوگ ہیں ساری دنیا میں جنہوں نے ہمارے م</w:t>
      </w:r>
    </w:p>
    <w:p>
      <w:r>
        <w:rPr>
          <w:b/>
        </w:rPr>
        <w:t xml:space="preserve">[31:42] </w:t>
      </w:r>
      <w:r>
        <w:t>ission ki cheezein padh kar woh chhod diya, woh military chhod di. military ka aaghaz jo hai, hate hai. military kaise hoti hai? pehle hate aaya, phir intolerance aaya, phir violence aaya, phir war aayi, phir kya hui? society bombardment aayi. yaani achaanak nahi aaya,</w:t>
      </w:r>
    </w:p>
    <w:p>
      <w:pPr>
        <w:jc w:val="right"/>
      </w:pPr>
      <w:r>
        <w:t>شن کی چیزیں پڑھ کر وہ چھوڑ دیا، وہ ملٹری چھوڑ دی۔ ملٹری کا آغاز جو ہے، ہیٹ ہے۔ ملٹری کیسے ہوتی ہے؟ پہلے ہیٹ آیا، پھر انٹالرنس آیا، پھر وائلنس آیا، پھر وار آئی، پھر کیا ہوئی؟ سوسائٹی بمبارمنٹ آئی۔ یعنی اچانک نہیں آیا،</w:t>
      </w:r>
    </w:p>
    <w:p>
      <w:r>
        <w:rPr>
          <w:b/>
        </w:rPr>
        <w:t xml:space="preserve">[32:12] </w:t>
      </w:r>
      <w:r>
        <w:t>violence achaanak nahi aata, pehle aata hai hate, pehle aayega, phir intolerance aayega, phir violence aayega, phir war aayegi. phir jab dekhenge log ke war se kaam aayi bhi nahi ho rahi hai, to out of revenge woh society bombardment karenge. lekin in sab ke peeche kya hai? ghalat soch</w:t>
      </w:r>
    </w:p>
    <w:p>
      <w:pPr>
        <w:jc w:val="right"/>
      </w:pPr>
      <w:r>
        <w:t>وائلنس اچانک نہیں آتا، پہلے آتا ہے ہیٹ، پہلے آئے گا، پھر انٹالرنس آئے گا، پھر وائلنس آئے گا، پھر وار آئے گی۔ پھر جب دیکھیں گے لوگ کہ وار سے کام آئی بھی نہیں ہو رہی ہے، تو آؤٹ آف ریونج وہ سوسائٹی بمبارمنٹ کریں گے۔ لیکن ان سب کے پیچھے کیا ہے؟ غلط سوچ</w:t>
      </w:r>
    </w:p>
    <w:p>
      <w:r>
        <w:rPr>
          <w:b/>
        </w:rPr>
        <w:t xml:space="preserve">[32:42] </w:t>
      </w:r>
      <w:r>
        <w:t>, right ideology ko chhod kar wrong ideology ko pakadna. to wahan aap ko theek karna padega. hamare saathi Allah ke fazl se yahi kaam kar rahe hain. to kisi bhi kaam ko, sirf yahi kaam nahi hai, har kaam ki ek root cause hoti hai. aap ko root cause se chalna padta hai. aap</w:t>
      </w:r>
    </w:p>
    <w:p>
      <w:pPr>
        <w:jc w:val="right"/>
      </w:pPr>
      <w:r>
        <w:t>، رائٹ آئیڈیالوجی کو چھوڑ کر رنگ آئیڈیالوجی کو پکڑنا۔ تو وہاں آپ کو ٹھیک کرنا پڑے گا۔ ہمارے ساتھی اللہ کے فضل سے یہی کام کر رہے ہیں۔ تو کسی بھی کام کو، صرف یہی کام نہیں ہے، ہر کام کی ایک روٹ کاز ہوتی ہے۔ آپ کو روٹ کاز سے چلنا پڑتا ہے۔ آپ</w:t>
      </w:r>
    </w:p>
    <w:p>
      <w:r>
        <w:rPr>
          <w:b/>
        </w:rPr>
        <w:t xml:space="preserve">[33:13] </w:t>
      </w:r>
      <w:r>
        <w:t>ko root cause se chalna parta hai, tab ja kar ke woh masla hal hota hai. to maujooda zamane mein hum jo burai musalmanon mein dekh rahe hain, military ki burai, violence ki burai, is ka aik root cause hai, aur root cause ka kya hai? Islam ke sath jo history shamil ho gayi, baad ke zamane mein, is ko sam</w:t>
      </w:r>
    </w:p>
    <w:p>
      <w:pPr>
        <w:jc w:val="right"/>
      </w:pPr>
      <w:r>
        <w:t>کو روٹ کاز سے چلنا پڑتا ہے، تب جا کر کے وہ مسئلہ حل ہوتا ہے۔ تو موجودہ زمانے میں ہم جو برائی مسلمانوں میں دیکھ رہے ہیں، ملٹری کی برائی، وائلنس کی برائی، اس کا ایک روٹ کاز ہے، اور روٹ کاز کا کیا ہے؟ اسلام کے ساتھ جو ہسٹری شامل ہو گئی، بعد کے زمانے میں، اس کو سم</w:t>
      </w:r>
    </w:p>
    <w:p>
      <w:r>
        <w:rPr>
          <w:b/>
        </w:rPr>
        <w:t xml:space="preserve">[33:43] </w:t>
      </w:r>
      <w:r>
        <w:t>jh liya ke yeh bhi islami hai. Islam alag cheez hai, history alag cheez hai. history hamesha waqti halaat ke nateejay mein paida hoti hai. history hamesha waqti halaat ke nateejay mein paida hoti hai. mislan Hazrat Umar ke zamane mein aap jante hain ke Sasani empire tha, us ne zulm kiya musalmanon ke khilaf</w:t>
      </w:r>
    </w:p>
    <w:p>
      <w:pPr>
        <w:jc w:val="right"/>
      </w:pPr>
      <w:r>
        <w:t>جھ لیا کہ یہ بھی اسلامی ہے۔ اسلام الگ چیز ہے، ہسٹری الگ چیز ہے۔ ہسٹری ہمیشہ وقتی حالات کے نتیجے میں پیدا ہوتی ہے۔ ہسٹری ہمیشہ وقتی حالات کے نتیجے میں پیدا ہوتی ہے۔ مثلاً حضرت عمر کے زمانے میں آپ جانتے ہیں کہ ساسانی ایمپائر تھا، اس نے ظلم کیا مسلمانوں کے خلاف</w:t>
      </w:r>
    </w:p>
    <w:p>
      <w:r>
        <w:rPr>
          <w:b/>
        </w:rPr>
        <w:t xml:space="preserve">[34:13] </w:t>
      </w:r>
      <w:r>
        <w:t>, hatta ke Rasool Allah sal Allah alaihi wasallam ne bohat hi peaceful tareeqay par aik message bheja ke aik Sahabi ke zariye aap ne aik letter bheja Sasani ruler ke paas, bilkul peaceful. us ne kya kiya? us ko phaar kar phenk diya, aur us ne kaha kya? yَktabu ilayya wa'abdi, yَktabu ilayya wa'abdi yani mujh ko khat likhta hai, halan ke woh mera ghulam hai.</w:t>
      </w:r>
    </w:p>
    <w:p>
      <w:pPr>
        <w:jc w:val="right"/>
      </w:pPr>
      <w:r>
        <w:t>، حتیٰ کہ رسول اللہ صلی اللہ علیہ وسلم نے بہت ہی پیس فل طریقے پر ایک میسج بھیجا کہ ایک صحابی کے ذریعے آپ نے ایک لیٹر بھیجا ساسانی رولر کے پاس، بالکل پیس فل۔ اس نے کیا کیا؟ اس کو پھاڑ کر پھینک دیا، اور اس نے کہا کیا؟ یَكْتَبُ إِلَيَّ وَعَبْدِي، یَكْتَبُ إِلَيَّ وَعَبْدِي یعنی مجھ کو خط لکھتا ہے، حالانکہ وہ میرا غلام ہے۔</w:t>
      </w:r>
    </w:p>
    <w:p>
      <w:r>
        <w:rPr>
          <w:b/>
        </w:rPr>
        <w:t xml:space="preserve">[34:45] </w:t>
      </w:r>
      <w:r>
        <w:t>to yeh daur khatam ho chuka. jab daur khatam hua to ladai bhi khatam ho gayi. Hazrat Umar kaha karte thay ke kaash hamare aur Iranion ke darmiyan aag ka pahaad hota. yeh zamane mein jang ho rahi thi musalmanon se, jis ko hum Irani kehte hain, woh is zamane mein Sasani kaha jata tha, Sasani. to jis zamane mein musalmanon se Sasaniyon se jang ho rahi thi, Hazrat Umar ne kaha tha ke ka</w:t>
      </w:r>
    </w:p>
    <w:p>
      <w:pPr>
        <w:jc w:val="right"/>
      </w:pPr>
      <w:r>
        <w:t>تو یہ دور ختم ہو چکا۔ جب دور ختم ہوا تو لڑائی بھی ختم ہو گئی۔ حضرت عمر کہا کرتے تھے کہ کاش ہمارے اور ایرانیوں کے درمیان آگ کا پہاڑ ہوتا۔ یہ زمانے میں جنگ ہو رہی تھی مسلمانوں سے، جس کو ہم ایرانی کہتے ہیں، وہ اس زمانے میں ساسانی کہا جاتا تھا، ساسانی۔ تو جس زمانے میں مسلمانوں سے ساسانیوں سے جنگ ہو رہی تھی، حضرت عمر نے کہا تھا کہ کا</w:t>
      </w:r>
    </w:p>
    <w:p>
      <w:r>
        <w:rPr>
          <w:b/>
        </w:rPr>
        <w:t xml:space="preserve">[35:15] </w:t>
      </w:r>
      <w:r>
        <w:t>ash hamare aur Sasaniyon ke darmiyan aag ka pahaad hota. kya kya matlab tha is ka? yahi matlab tha. ab aag ka pahaad hal ho chuka, to ab ladai kis liye? aag ka pahaad hamare aur doosron ke darmiyan hal ho chuka, aik buffer qaim ho chuki, ab ladai kis liye? to us waqt musalman jo military chala rahe hain, gun</w:t>
      </w:r>
    </w:p>
    <w:p>
      <w:pPr>
        <w:jc w:val="right"/>
      </w:pPr>
      <w:r>
        <w:t>ش ہمارے اور ساسانیوں کے درمیان آگ کا پہاڑ ہوتا۔ کیا کیا مطلب تھا اس کا؟ یہی مطلب تھا۔ اب آگ کا پہاڑ حل ہو چکا، تو اب لڑائی کس لیے؟ آگ کا پہاڑ ہمارے اور دوسروں کے درمیان حل ہو چکا، ایک بفر قائم ہو چکی، اب لڑائی کس لیے؟ تو اس وقت مسلمان جو ملٹری چلا رہے ہیں، گ</w:t>
      </w:r>
    </w:p>
    <w:p>
      <w:r>
        <w:rPr>
          <w:b/>
        </w:rPr>
        <w:t xml:space="preserve">[35:45] </w:t>
      </w:r>
      <w:r>
        <w:t>aur bomb chala rahe hain, is ka koi justification hai, ittal, koi bhi is ka justification nahi hai. yeh jari kyun hai? jari is liye hai ke hamare ulama jo hain, yeh hadith mein aata hai ke ulama hi se sari buraiyan phailengi. ulama jo hain, wahi sari buraiyon ke zimmedar honge. to kya is ka matlab kya hai? ulama ka mazhab Islam nahi</w:t>
      </w:r>
    </w:p>
    <w:p>
      <w:pPr>
        <w:jc w:val="right"/>
      </w:pPr>
      <w:r>
        <w:t>ن اور بم چلا رہے ہیں، اس کا کوئی جو جسٹیفیکیشن ہے، اٹال، کوئی بھی اس کا جسٹیفیکیشن نہیں ہے۔ یہ جاری کیوں ہے؟ جاری اس لیے ہے کہ ہمارے علماء جو ہیں، یہ حدیث میں آتا ہے کہ علماء ہی سے ساری برائیاں پھیلیں گی۔ علماء جو ہیں، وہی ساری برائیوں کے ذمہ دار ہوں گے۔ تو کیا اس کا مطلب کیا ہے؟ علماء کا مذہب اسلام نہیں</w:t>
      </w:r>
    </w:p>
    <w:p>
      <w:r>
        <w:rPr>
          <w:b/>
        </w:rPr>
        <w:t xml:space="preserve">[36:15] </w:t>
      </w:r>
      <w:r>
        <w:t>hoga, interest ban jayega. woh awam ke rujhan ko dekh kar bolenge, woh ke woh apne interest ko khatre mein nahi dalenge. is liye aap dekhen, sari duniya mein ulama ka haal kya hai? khule taur par woh military ko haram nahi batate, khule taur par society bombardment ko haram nahi batate. jahan tak mein janta hoon, sirf</w:t>
      </w:r>
    </w:p>
    <w:p>
      <w:pPr>
        <w:jc w:val="right"/>
      </w:pPr>
      <w:r>
        <w:t>ہوگا، انٹرسٹ بن جائے گا۔ وہ عوام کے رجحان کو دیکھ کر بولیں گے، وہ کہ وہ اپنے انٹرسٹ کو خطرے میں نہیں ڈالیں گے۔ اس لیے آپ دیکھیں، ساری دنیا میں علماء کا حال کیا ہے؟ کھلے طور پر وہ ملٹری کو حرام نہیں بتاتے، کھلے طور پر سوسائٹی بمبارمنٹ کو حرام نہیں بتاتے۔ جہاں تک میں جانتا ہوں، صرف</w:t>
      </w:r>
    </w:p>
    <w:p>
      <w:r>
        <w:rPr>
          <w:b/>
        </w:rPr>
        <w:t xml:space="preserve">[36:46] </w:t>
      </w:r>
      <w:r>
        <w:t>aik alam hai, woh Dr. Yusuf Qaradawi, unhone, unhone haram nahi bataya, balkay us ko jaiz qarar de diya. unhone us ko, unhone society bombardment ke liye istemal kiya, aik term, istishhad, talab-e-shahadat, yani apne aap ko shaheed banana. ab sari duniya ke ulama ko fatwa dena chahiye tha ke tum</w:t>
      </w:r>
    </w:p>
    <w:p>
      <w:pPr>
        <w:jc w:val="right"/>
      </w:pPr>
      <w:r>
        <w:t>ایک عالم ہے، وہ ڈاکٹر یوسف قرضوی، انہوں نے، انہوں نے حرام نہیں بتایا، بلکہ اس کو جائز قرار دے دیا۔ انہوں نے اس کو، انہوں نے سوسائٹی بمبارمنٹ کے لیے استعمال کیا، ایک ٹرم، استشہاد، طلب شہادت، یعنی اپنے آپ کو شہید بنانا۔ اب ساری دنیا کے علماء کو فتوی دینا چاہیے تھا کہ تم</w:t>
      </w:r>
    </w:p>
    <w:p>
      <w:r>
        <w:rPr>
          <w:b/>
        </w:rPr>
        <w:t xml:space="preserve">[37:16] </w:t>
      </w:r>
      <w:r>
        <w:t>jhoot keh rahe ho, aap log shaheed banwana nahi hota, shaheed koi kar de to aadmi shaheed ho jata hai. yani unhone yeh fatwa de diya ke istishhad hai, society bombardment ki istishhad hai, yani talab-e-shahadat hai. seeking martyrdom, istishhad ke maani hote hain seeking martyrdom. to sare ulama ko chahiye tha ke mutafqa tor par fatwa dein ke tum ne jhoot kaha,</w:t>
      </w:r>
    </w:p>
    <w:p>
      <w:pPr>
        <w:jc w:val="right"/>
      </w:pPr>
      <w:r>
        <w:t>جھوٹ کہہ رہے ہو، آپ لوگ شہید بنوانا نہیں ہوتا، شہید کوئی کر دے تو آدمی شہید ہو جاتا ہے۔ یعنی انہوں نے یہ فتوی دے دیا کہ استشہاد ہے، سوسائٹی بمبارمنٹ کی استشہاد ہے، یعنی طلب شہادت ہے۔ سیکنگ مارٹ آڈم، استشہاد کے معنی ہوتے ہیں سیکنگ مارٹ آڈم۔ تو سارے علماء کو چاہیے تھا کہ متفقہ طور پر فتوی دیں کہ تم نے جھوٹ کہا،</w:t>
      </w:r>
    </w:p>
    <w:p>
      <w:r>
        <w:rPr>
          <w:b/>
        </w:rPr>
        <w:t xml:space="preserve">[37:47] </w:t>
      </w:r>
      <w:r>
        <w:t>society bombardment har haal mein haram hai. lekin aap jante hain, duniya mein mere ilm ke mutabiq koi aik bhi alam nahi hai jo khullam khulla us ko haram bataye, ghuma phira ke bolte hain, ya to log chup hain ya ghuma phira ke bolte hain. mein akela aik shakhs hoon jo kehta hoon khullam khulla ke society bombardment Islam mein haram hai, koi kehne wala nahi. to is wajah</w:t>
      </w:r>
    </w:p>
    <w:p>
      <w:pPr>
        <w:jc w:val="right"/>
      </w:pPr>
      <w:r>
        <w:t>سوسائٹی بمبارمنٹ ہر حال میں حرام ہے۔ لیکن آپ جانتے ہیں، دنیا میں میرے علم کے مطابق کوئی ایک بھی عالم نہیں ہے جو کھلم کھلا اس کو حرام بتائے، گھما پھرا کے بولتے ہیں، یا تو لوگ چپ ہیں یا گھما پھرا کے بولتے ہیں۔ میں اکیلا ایک شخص ہوں جو کہتا ہوں کھلم کھلا کہ سوسائٹی بمبارمنٹ اسلام میں حرام ہے، کوئی کہنے والا نہیں۔ تو اس وجہ</w:t>
      </w:r>
    </w:p>
    <w:p>
      <w:r>
        <w:rPr>
          <w:b/>
        </w:rPr>
        <w:t xml:space="preserve">[38:17] </w:t>
      </w:r>
      <w:r>
        <w:t>se logon ko jurrat ho gayi hai ke woh yeh sab kaam karte rahen. to jo jahan tak reason ki baat hai, to mein ne bataya aap ko reason kya hai, lekin ulama ne apni zimmedari ada nahi ki, apni zimmedari ada nahi ki. unhein khullam khulla kehna chahiye tha ke society bombardment haram hai, lekin koi aik bhi mujhe ilm ka bataiye, koi aik bhi alam nahi hai jo</w:t>
      </w:r>
    </w:p>
    <w:p>
      <w:pPr>
        <w:jc w:val="right"/>
      </w:pPr>
      <w:r>
        <w:t>سے لوگوں کو جرات ہو گئی ہے کہ وہ یہ سب کام کرتے رہیں۔ تو جو جہاں تک ریزن کی بات ہے، تو میں نے بتایا آپ کو ریزن کیا ہے، لیکن علماء نے اپنی ذمہ داری ادا نہیں کی، اپنی ذمہ داری ادا نہیں کی۔ انہیں کھلم کھلا کہنا چاہیے تھا کہ سوسائٹی بمبارمنٹ حرام ہے، لیکن کوئی ایک بھی مجھے علم کا بتائیے، کوئی ایک بھی عالم نہیں ہے جو</w:t>
      </w:r>
    </w:p>
    <w:p>
      <w:r>
        <w:rPr>
          <w:b/>
        </w:rPr>
        <w:t xml:space="preserve">[38:48] </w:t>
      </w:r>
      <w:r>
        <w:t>openly yeh kahe ke society bombardment Islam mein haram hai. aur Dr. Yusuf Qaradawi ne to baqayda us ko jaiz hi kar diya, istishhad keh kar ke. to dekhen, aik hadith hai: "Man ra'a munkaran falyughayyir biyadayhi wa lam yastati' bilisanihi wa lam yastati' biqalbihi" to aap ko bol</w:t>
      </w:r>
    </w:p>
    <w:p>
      <w:pPr>
        <w:jc w:val="right"/>
      </w:pPr>
      <w:r>
        <w:t>اوپنلی یہ کہے کہ سوسائٹی بمبارمنٹ اسلام میں حرام ہے۔ اور ڈاکٹر یوسف قرضوی نے تو باقاعدہ اس کو جائز ہی کر دیا، استشہاد کہا کر کے۔ تو دیکھیں، ایک حدیث ہے: "من رأى مُنكراً فليغيّر بيديه ولم يستطفع بلسانه ولم يستطفع بقلبه" تو آپ کو بول</w:t>
      </w:r>
    </w:p>
    <w:p>
      <w:r>
        <w:rPr>
          <w:b/>
        </w:rPr>
        <w:t xml:space="preserve">[39:18] </w:t>
      </w:r>
      <w:r>
        <w:t>na padega, aap ko bolna padega, nahi to Allah Ta'ala ke haan pakde jayenge. to meri dua hai ke Allah Ta'ala hum ko aur aap ko samajh de, hum janen ke Islam ke taqaze kya hain, hum yeh janen ke Allah ke haan kis baat par pakad hone wali hai, hum yeh janen ke Allah ke haan inaam aur jannat kis ko milegi.</w:t>
      </w:r>
    </w:p>
    <w:p>
      <w:pPr>
        <w:jc w:val="right"/>
      </w:pPr>
      <w:r>
        <w:t>نا پڑے گا، آپ کو بولنا پڑے گا، نہیں تو اللہ تعالیٰ کے ہاں پکڑے جائیں گے۔ تو میری دعا ہے کہ اللہ تعالیٰ ہم کو اور آپ کو سمجھ دے، ہم جانیں کہ اسلام کے تقاضے کیا ہیں، ہم یہ جانیں کہ اللہ کے ہاں کس بات پر پکڑ ہونے والی ہے، ہم یہ جانیں کہ اللہ کے ہاں انعام اور جنت کس کو ملے گی۔</w:t>
      </w:r>
    </w:p>
    <w:p>
      <w:r>
        <w:rPr>
          <w:b/>
        </w:rPr>
        <w:t xml:space="preserve">[39:48] </w:t>
      </w:r>
      <w:r>
        <w:t>to Allah Ta'ala hamein is ki tofeeq de ke hum khud samjhen baat ko aur logon ko batayen. Assalamu Alaikum wa Rahmatullahi wa Barakatuh. We will be starting with the question answer session now. Maulana, yeh sawal aaya hai Kolkata se Aftab Alam Sahab ka, aur unhone likha hai:</w:t>
      </w:r>
    </w:p>
    <w:p>
      <w:pPr>
        <w:jc w:val="right"/>
      </w:pPr>
      <w:r>
        <w:t>تو اللہ تعالیٰ ہمیں اس کی توفیق دے کہ ہم خود سمجھیں بات کو اور لوگوں کو بتائیں۔ السلام علیکم ورحمۃ اللہ وبرکاتہ۔ We will be starting with the question answer session now. مولانا، یہ سوال آیا ہے کلکتہ سے آفتاب عالم صاحب کا، اور انہوں نے لکھا ہے:</w:t>
      </w:r>
    </w:p>
    <w:p>
      <w:r>
        <w:rPr>
          <w:b/>
        </w:rPr>
        <w:t xml:space="preserve">[40:18] </w:t>
      </w:r>
      <w:r>
        <w:t>"In the ancient days, if religious persecution was fitna against which it was ordered to fight, then in the modern days, is there any fitna against which Muslims should stand to fight?"</w:t>
      </w:r>
    </w:p>
    <w:p>
      <w:pPr>
        <w:jc w:val="right"/>
      </w:pPr>
      <w:r>
        <w:t>"In the ancient days, if religious persecution was fitna against which it was ordered to fight, then in the modern days, is there any fitna against which Muslims should stand to fight?"</w:t>
      </w:r>
    </w:p>
    <w:p>
      <w:r>
        <w:rPr>
          <w:b/>
        </w:rPr>
        <w:t xml:space="preserve">[40:36] </w:t>
      </w:r>
      <w:r>
        <w:t>aaj koi fitna nahi, fitna tha jab azadi na ho. to jab azadi aye gi to fitna kaun sa hai? ab koi fitna nahi, ab jo cheezen hain woh sirf yeh hain ke aap agar samajhte hain ke wahan galti ho rahi hai to aap peaceful tareeqay se logon ko bataiye. fitna mein aggressive hona zaroori hai, fitna ka matlab aggressive fitna, jahan aggression na ho to woh fitna hi nahi hai. achi tarah samajh lijiye ke fitna woh hai jis mein aggression ho,</w:t>
      </w:r>
    </w:p>
    <w:p>
      <w:pPr>
        <w:jc w:val="right"/>
      </w:pPr>
      <w:r>
        <w:t>آج کوئی فتنہ نہیں، فتنہ تھا جب آزادی نہ ہو۔ تو جب آزادی آئے گی تو فتنہ کون سا ہے؟ اب کوئی فتنہ نہیں، اب جو چیزیں ہیں وہ صرف یہ ہیں کہ آپ اگر سمجھتے ہیں کہ وہاں غلطی ہو رہی ہے تو آپ پیس فل طریقے سے لوگوں کو بتائیے۔ فتنہ میں ایگریسو ہونا ضروری ہے، فتنہ کا مطلب ایگریسو فتنہ، جہاں ایگریشن نہ ہو تو وہ فتنہ ہی نہیں ہے۔ اچھی طرح سمجھ لیجئے کہ فتنہ وہ ہے جس میں ایگریشن ہو،</w:t>
      </w:r>
    </w:p>
    <w:p>
      <w:r>
        <w:rPr>
          <w:b/>
        </w:rPr>
        <w:t xml:space="preserve">[41:07] </w:t>
      </w:r>
      <w:r>
        <w:t>jis ko kehte hain jarahiyat. jis cheez mein jarahiyat na ho, woh fitna nahi hai, woh aik problem hai. to problem hai to aap jao, koi bataiye. mislan is zamane mein aap dekhiye, ladkiyan jo hain woh aisa kapra pehanti hain jis mein body aksar khula rehta hai, misal ke tor par, to fitna nahi hai woh, kyunke is mein jarahiyat nahi hai, is mein aggression nahi hai. woh</w:t>
      </w:r>
    </w:p>
    <w:p>
      <w:pPr>
        <w:jc w:val="right"/>
      </w:pPr>
      <w:r>
        <w:t>جس کو کہتے ہیں جارحیت۔ جس چیز میں جارحیت نہ ہو، وہ فتنہ نہیں ہے، وہ وہ ایک پرابلم ہے۔ تو پرابلم ہے تو آپ جاؤ، کوئی بتائیے۔ مثلاً اس زمانے میں آپ دیکھیے، لڑکیاں جو ہیں وہ ایسا کپڑا پہنتی ہیں جس میں باڈی اکثر کھلا رہتا ہے، مثال کے طور پر، تو فتنہ نہیں ہے وہ، کیونکہ اس میں جارحیت نہیں ہے، اس میں ایگریشن نہیں ہے۔ وہ</w:t>
      </w:r>
    </w:p>
    <w:p>
      <w:r>
        <w:rPr>
          <w:b/>
        </w:rPr>
        <w:t xml:space="preserve">[41:37] </w:t>
      </w:r>
      <w:r>
        <w:t>aap un ko samjhaiye, agar aap samajhte hain ke theek nahi hai to koi dawayi nahi rakhta hai ke yeh fitna nahi hai, aap samjhayen is ko, kyunke dawayi rakhta hai to koi aggression nahi karta. woh to jin cheezon ko is zamane mein log fitna kehte hain, mein samajhta hoon ke un ko pata nahi fitna kya cheez kis ko kis ko kaha jata hai. fitna mein shamil hai aggression, yani aggressive burai ka</w:t>
      </w:r>
    </w:p>
    <w:p>
      <w:pPr>
        <w:jc w:val="right"/>
      </w:pPr>
      <w:r>
        <w:t>آپ ان کو سمجھائیے، اگر آپ سمجھتے ہیں کہ ٹھیک نہیں ہے تو کوئی دعویٰ نہیں رکھتا ہے کہ یہ فتنہ نہیں ہے، آپ سمجھائیں اس کو، کیونکہ دعویٰ رکھتا ہے تو کوئی ایگریشن نہیں کرتا۔ وہ تو جن چیزوں کو اس زمانے میں لوگ فتنہ کہتے ہیں، میں سمجھتا ہوں کہ ان کو پتہ نہیں فتنہ کیا چیز کس کو کس کو کہا جاتا ہے۔ فتنہ میں شامل ہے ایگریشن، یعنی ایگریسو برائی کا</w:t>
      </w:r>
    </w:p>
    <w:p>
      <w:r>
        <w:rPr>
          <w:b/>
        </w:rPr>
        <w:t xml:space="preserve">[42:07] </w:t>
      </w:r>
      <w:r>
        <w:t>jab ho to us ko fitna kaha jayega, aggression na ho to woh fitna nahi hai, woh aik problem hai.</w:t>
      </w:r>
    </w:p>
    <w:p>
      <w:pPr>
        <w:jc w:val="right"/>
      </w:pPr>
      <w:r>
        <w:t>جب ہو تو اس کو فتنہ کہا جائے گا، ایگریشن نہ ہو تو وہ فتنہ نہیں ہے، وہ ایک پرابلم ہے۔</w:t>
      </w:r>
    </w:p>
    <w:p>
      <w:r>
        <w:rPr>
          <w:b/>
        </w:rPr>
        <w:t xml:space="preserve">[42:18] </w:t>
      </w:r>
      <w:r>
        <w:t>Maulana, agla sawal kya hai Chennai se Maulana Iqbal Umri ne, aur unhone likha hai ke aaj ke daur mein Muhammad sal Allah alaihi wasallam ka rehmatul lil alameen hona kaise sabit hoga?</w:t>
      </w:r>
    </w:p>
    <w:p>
      <w:pPr>
        <w:jc w:val="right"/>
      </w:pPr>
      <w:r>
        <w:t>مولانا، اگلا سوال کیا ہے چنئی سے مولانا اقبال عمری نے، اور انہوں نے لکھا ہے کہ آج کے دور میں محمد صلی اللہ علیہ وسلم کا رحمت عالم ہونا کیسے ثابت ہوگا؟</w:t>
      </w:r>
    </w:p>
    <w:p>
      <w:r>
        <w:rPr>
          <w:b/>
        </w:rPr>
        <w:t xml:space="preserve">[42:33] </w:t>
      </w:r>
      <w:r>
        <w:t>dekhiye, rehmatul lil alameen ke maani kabhi bhi practical maano mein nahi tha ke practical tor par unhone rehmat ka nizam bana diya, yeh to Rasool Allah ke zamane mein bhi nahi tha, na ab hai. to rehmatul lil alameen ka lafz nazri maano mein, amli maano mein nahi hai. kabhi bhi duniya mein, na Rasool Allah ke zamane mein, na Khulafa-e-Rashideen ke zamane mein, kabhi bhi amli maano mein rehmat sari duniya mein ghayab ho gayi ho, aisa</w:t>
      </w:r>
    </w:p>
    <w:p>
      <w:pPr>
        <w:jc w:val="right"/>
      </w:pPr>
      <w:r>
        <w:t>دیکھیے، رحمت عالم کے معنی کبھی بھی پریکٹیکل معنی میں نہیں تھا کہ پریکٹیکل طور پر انہوں نے رحمت کا نظام بنا دیا، یہ تو رسول اللہ کے زمانے میں بھی نہیں تھا، نہ اب ہے۔ تو رحمت عالم کا لفظ نظری معنی میں، عملی معنی میں نہیں ہے۔ کبھی بھی دنیا میں، نہ رسول اللہ کے زمانے میں، نہ خلفائے راشدین کے زمانے میں، کبھی بھی عملی معنوں میں رحمت ساری دنیا میں غائب ہو گئی ہو، ایسا</w:t>
      </w:r>
    </w:p>
    <w:p>
      <w:r>
        <w:rPr>
          <w:b/>
        </w:rPr>
        <w:t xml:space="preserve">[43:03] </w:t>
      </w:r>
      <w:r>
        <w:t>kabhi nahi hua, na aisa Allah Ta'ala ka matlab bhi nahi hai. to Rasool Allah rehmatul lil alameen thay is maano mein ke har aik ke liye yeh rasta khula hua hai ke woh aap ke tareeqay ko apnaye aur Allah ki jannat mein dakhla mustahiq ban jaye, bas is maano mein. nizam ke maano mein nahi hai, jo log us ko nizam ke maano mein lete hain, wahi is tarah ke sawalat karte hain.</w:t>
      </w:r>
    </w:p>
    <w:p>
      <w:pPr>
        <w:jc w:val="right"/>
      </w:pPr>
      <w:r>
        <w:t>کبھی نہیں ہوا، نہ ایسا اللہ تعالیٰ کا مطلب بھی نہیں ہے۔ تو رسول اللہ رحمت عالم تھے اس معنی میں کہ ہر ایک کے لیے یہ راستہ کھلا ہوا ہے کہ وہ آپ کے طریقے کو اپنائے اور اللہ کی جنت میں داخلہ مستحق بن جائے، بس اس معنی میں۔ نظام کے معنی میں نہیں ہے، جو لوگ اس کو نظام کے معنی میں لیتے ہیں، وہی اس طرح کے سوالات کرتے ہیں۔</w:t>
      </w:r>
    </w:p>
    <w:p>
      <w:r>
        <w:rPr>
          <w:b/>
        </w:rPr>
        <w:t xml:space="preserve">[43:32] </w:t>
      </w:r>
      <w:r>
        <w:t>Maulana, agla sawal lene se pehle aik comment parhna chahenge jo Qasim Almani Sahab ne bheja hai Pakistan se, unhone likha hai: "All praise to God, before my death He made me listen to your talk titled How to Identify Your Role. I was definitely ignoring and missing the work chosen by God for me, because in my eyes it was of less importance. I pray from my heart for you, Maulana, that y</w:t>
      </w:r>
    </w:p>
    <w:p>
      <w:pPr>
        <w:jc w:val="right"/>
      </w:pPr>
      <w:r>
        <w:t>مولانا، اگلا سوال لینے سے پہلے ایک کمنٹ پڑھنا چاہیں گے جو قاسم المانی صاحب نے بھیجا ہے پاکستان سے، انہوں نے لکھا ہے: "All praise to God, before my death He made me listen to your talk titled How to Identify Your Role. I was definitely ignoring and missing the work chosen by God for me, because in my eyes it was of less importance. I pray from my heart for you, مولانا، that y</w:t>
      </w:r>
    </w:p>
    <w:p>
      <w:r>
        <w:rPr>
          <w:b/>
        </w:rPr>
        <w:t xml:space="preserve">[44:02] </w:t>
      </w:r>
      <w:r>
        <w:t>ou reminded me of my great mistake before my death."</w:t>
      </w:r>
    </w:p>
    <w:p>
      <w:pPr>
        <w:jc w:val="right"/>
      </w:pPr>
      <w:r>
        <w:t>ou reminded me of my great mistake before my death."</w:t>
      </w:r>
    </w:p>
    <w:p>
      <w:r>
        <w:rPr>
          <w:b/>
        </w:rPr>
        <w:t xml:space="preserve">[44:09] </w:t>
      </w:r>
      <w:r>
        <w:t>Jazak Allah.</w:t>
      </w:r>
    </w:p>
    <w:p>
      <w:pPr>
        <w:jc w:val="right"/>
      </w:pPr>
      <w:r>
        <w:t>جزاک اللہ۔</w:t>
      </w:r>
    </w:p>
    <w:p>
      <w:r>
        <w:rPr>
          <w:b/>
        </w:rPr>
        <w:t xml:space="preserve">[44:10] </w:t>
      </w:r>
      <w:r>
        <w:t>molana, agla sawal ajay devedi sahib ne kiya hai deli se, aur unhon ne likha hai: "Molana, there is a verse in the Quran, chapter 42, verse number 40, which says: 'Let harm be requited by an equal harm, but whosoever pardons and amends will find his reward with God.'" Molana, request you to kindly explain this verse and its context.</w:t>
      </w:r>
    </w:p>
    <w:p>
      <w:pPr>
        <w:jc w:val="right"/>
      </w:pPr>
      <w:r>
        <w:t>مولانا، اگلا سوال اجے دیویدی صاحب نے کیا ہے دلی سے، اور انہوں نے لکھا ہے: "Molana, there is a verse in the Quran, chapter 42, verse number 40, which says: 'Let harm be requited by an equal harm, but whosoever pardons and amends will find his reward with God.'" مولانا، request you to kindly explain this verse and its context.</w:t>
      </w:r>
    </w:p>
    <w:p>
      <w:r>
        <w:rPr>
          <w:b/>
        </w:rPr>
        <w:t xml:space="preserve">[44:41] </w:t>
      </w:r>
      <w:r>
        <w:t>dekhiye, yeh individual ke bare mein hai, yeh hukumat ke bare mein nahi hai. Yani social life mein ya samajhi zindagi mein hamein ek doosre se takleef pahunchti hai, to hum yani hamare andar ghussa aata hai, revenge ka aata hai, to Quran mein kaha gaya ke zyada achhi baat yeh hai ke tum maaf kar do,</w:t>
      </w:r>
    </w:p>
    <w:p>
      <w:pPr>
        <w:jc w:val="right"/>
      </w:pPr>
      <w:r>
        <w:t>دیکھیے، یہ انڈیویجول کے بارے میں ہے، یہ حکومت کے بارے میں نہیں ہے۔ یعنی سوشل لائف میں یا سماجی زندگی میں ہمیں ایک دوسرے سے تکلیف پہنچتی ہے، تو ہم یعنی ہمارے اندر غصہ آتا ہے، ریونج کا آتا ہے، تو قرآن میں کہا گیا کہ زیادہ اچھی بات یہ ہے کہ تم معاف کر دو،</w:t>
      </w:r>
    </w:p>
    <w:p>
      <w:r>
        <w:rPr>
          <w:b/>
        </w:rPr>
        <w:t xml:space="preserve">[45:11] </w:t>
      </w:r>
      <w:r>
        <w:t>maaf kar do, lekin agar tum chahte ho badla lena to bilkul equal level pe badla le sakte ho, jo us ne kiya wahi tum ko karna hai. Isi liye is ayat ko kabhi kisi ne istemal hi nahi kiya, na Sahaba ne, na baat ko achhe bolon ne, koi misaal ek bhi poori history mein nahi hai ke kisi ne is ayat ko istemal kar ke kisi ko mara ho, kyun? Jo Allah se darne wala hota hai, darta hai,</w:t>
      </w:r>
    </w:p>
    <w:p>
      <w:pPr>
        <w:jc w:val="right"/>
      </w:pPr>
      <w:r>
        <w:t>معاف کر دو، لیکن اگر تم چاہتے ہو بدلہ لینا تو بالکل ایکول لیول پہ بدلہ لے سکتے ہو، جو اس نے کیا وہی تم کو کرنا ہے۔ اسی لیے اس آیت کو کبھی کسی نے استعمال ہی نہیں کیا، نہ صحابہ نے، نہ بات کو اچھے بولوں نے، کوئی مثال ایک بھی پوری ہسٹری میں نہیں ہے کہ کسی نے اس آیت کو استعمال کر کے کسی کو مارا ہو، کیوں؟ جو اللہ سے ڈرنے والا ہوتا ہے، ڈرتا ہے،</w:t>
      </w:r>
    </w:p>
    <w:p>
      <w:r>
        <w:rPr>
          <w:b/>
        </w:rPr>
        <w:t xml:space="preserve">[45:42] </w:t>
      </w:r>
      <w:r>
        <w:t>woh sochta hai ke us ne mara hai, agar 50 percent ki mar aur main 51 percent mar doon to main pakda jaunga. Uski mar agar 50 percent ki mar ho aur maine mar diya 51 percent to main khud mujrim ban jaunga. Isi liye kisi ne is ko istemal hi nahi kiya, sab ne istemal kiya maafi ko, maafi ko, maafi ko. Aap history mein koi ek misaal nahi bata sakat</w:t>
      </w:r>
    </w:p>
    <w:p>
      <w:pPr>
        <w:jc w:val="right"/>
      </w:pPr>
      <w:r>
        <w:t>وہ سوچتا ہے کہ اس نے مارا ہے، اگر 50 پرسنٹ کی مار اور میں 51 پرسنٹ مار دوں تو میں پکڑا جاؤں گا۔ اس کی مار اگر 50 پرسنٹ کی مار ہو اور میں نے مار دیا 51 پرسنٹ تو میں خود مجرم بن جاؤں گا۔ اس لیے کسی نے اس کو استعمال ہی نہیں کیا، سب نے استعمال کیا معافی کو، معافی کو، معافی کو۔ آپ ہسٹری میں کوئی ایک مثال نہیں بتا سکت</w:t>
      </w:r>
    </w:p>
    <w:p>
      <w:r>
        <w:rPr>
          <w:b/>
        </w:rPr>
        <w:t xml:space="preserve">[46:12] </w:t>
      </w:r>
      <w:r>
        <w:t>e ke jo achhe log the us zamane mein, Sahaba, Tabeen, Taba Tabeen, buzurg log jo the, unhon ne kisi ki takleef pahunchane par kaha ke tum mujhe tum ko barabar ki mar marna hai, barabar ki mar marna kisi ne nahi kiya. To yeh to ek ek ek usloob hai kehne ka, haqeeqat mein mana karna hai, haqeeqat mein is ayat mana kar rahi hai.</w:t>
      </w:r>
    </w:p>
    <w:p>
      <w:pPr>
        <w:jc w:val="right"/>
      </w:pPr>
      <w:r>
        <w:t>ے کہ جو اچھے لوگ تھے اس زمانے میں، صحابہ، تابعین، تبع تابعین، بزرگ لوگ جو تھے، انہوں نے کسی کی تکلیف پہنچانے پر کہا کہ تم مجھے تم کو برابر کی مار مارنا ہے، برابر کی مار مارنا کسی نے نہیں کیا۔ تو یہ تو ایک ایک ایک اسلوب ہے کہنے کا، حقیقت میں منع کرنا ہے، حقیقت میں اس آیت منع کر رہی ہے۔</w:t>
      </w:r>
    </w:p>
    <w:p>
      <w:r>
        <w:rPr>
          <w:b/>
        </w:rPr>
        <w:t xml:space="preserve">[46:42] </w:t>
      </w:r>
      <w:r>
        <w:t>ayat keh rahi hai ke sirf ek hi sahi option hai, woh hai maaf karna, kyunke agar tum ne badla liya to tum ko naapa jayega akhirat mein ke tum ne theek theek barabar ka badla liya. To kaun sabit kar sakega? Koi sabit nahi kar sakta ke maine barabar ka badla liya. To ek usloob ki baat hai, sach poochhein to yeh ayat mana kar rahi hai ke tum badle ki baat hi mat socho,</w:t>
      </w:r>
    </w:p>
    <w:p>
      <w:pPr>
        <w:jc w:val="right"/>
      </w:pPr>
      <w:r>
        <w:t>آیت کہہ رہی ہے کہ صرف ایک ہی صحیح آپشن ہے، وہ ہے معاف کرنا، کیونکہ اگر تم نے بدلہ لیا تو تم کو ناپا جائے گا آخرت میں کہ تم نے ٹھیک ٹھیک برابر کا بدلہ لیا۔ تو کون ثابت کر سکے گا؟ کوئی ثابت نہیں کر سکتا کہ میں نے برابر کا بدلہ لیا۔ تو ایک اسلوب کی بات ہے، سچ پوچھیں تو یہ آیت منع کر رہی ہے کہ تم بدلے کی بات ہی مت سوچو،</w:t>
      </w:r>
    </w:p>
    <w:p>
      <w:r>
        <w:rPr>
          <w:b/>
        </w:rPr>
        <w:t xml:space="preserve">[47:12] </w:t>
      </w:r>
      <w:r>
        <w:t>revenge ki baat hi mat socho, bas maaf kar do, isi mein tumhare liye yani bachao hai.</w:t>
      </w:r>
    </w:p>
    <w:p>
      <w:pPr>
        <w:jc w:val="right"/>
      </w:pPr>
      <w:r>
        <w:t>ریونج کی بات ہی مت سوچو، بس معاف کر دو، اسی میں تمہارے لیے یعنی بچاؤ ہے۔</w:t>
      </w:r>
    </w:p>
    <w:p>
      <w:r>
        <w:rPr>
          <w:b/>
        </w:rPr>
        <w:t xml:space="preserve">[47:21] </w:t>
      </w:r>
      <w:r>
        <w:t>Molana, agla sawal Dr. Fareeda Khanam ne kiya hai Delhi se, unhon ne aapse poocha hai ke "Please explain what is religious persecution which is referred to as fitna in the Quran?"</w:t>
      </w:r>
    </w:p>
    <w:p>
      <w:pPr>
        <w:jc w:val="right"/>
      </w:pPr>
      <w:r>
        <w:t>مولانا، اگلا سوال ڈاکٹر فریدہ خانم نے کیا ہے دلی سے، انہوں نے آپ سے پوچھا ہے کہ "Please explain what is religious persecution which is referred to as fitna in the Quran?"</w:t>
      </w:r>
    </w:p>
    <w:p>
      <w:r>
        <w:rPr>
          <w:b/>
        </w:rPr>
        <w:t xml:space="preserve">[47:36] </w:t>
      </w:r>
      <w:r>
        <w:t>to unhon ne arz kar diya ke freedom of choice jo di gayi hai Allah ki taraf se, us mein koi khalal dale, us ki misaal baad ke zamane mein, in 20th century mein, Russia mein thi. Russia mein hukoomati level par yeh qanoon bana diya gaya ke religious religion illegal hai, yani koi apne ko kahe ke main Musalman hoon to mara jata tha. Wahan</w:t>
      </w:r>
    </w:p>
    <w:p>
      <w:pPr>
        <w:jc w:val="right"/>
      </w:pPr>
      <w:r>
        <w:t>تو انہوں نے عرض کر دیا کہ freedom of choice جو دی گئی ہے اللہ کی طرف سے، اس میں کوئی خلل ڈالے، اس کی مثال بعد کے زمانے میں، in 20th century میں، رشیا میں تھی۔ رشیا میں حکومتی لیول پر یہ قانون بنا دیا گیا کہ religious religion illegal ہے، یعنی کوئی اپنے کو کہے کہ میں مسلمان ہوں تو مارا جاتا تھا۔ وہاں</w:t>
      </w:r>
    </w:p>
    <w:p>
      <w:r>
        <w:rPr>
          <w:b/>
        </w:rPr>
        <w:t xml:space="preserve">[48:06] </w:t>
      </w:r>
      <w:r>
        <w:t>apne ko Musalman zahir, apne ko mazhabi zahir karna, mazhabi amal karna, mazhabi kitaab chhapna, yeh bilkul mana tha. That was intervention, to Allah ki di hui azadi mein intervene karna, yeh hai fitna, bas aur koi fitna nahi hai. Koi mazhabi aadmi kahe ke agar auratein burqa utaar dein to yeh fitna ho gaya, hum unko marenge, yeh bilkul shaitani</w:t>
      </w:r>
    </w:p>
    <w:p>
      <w:pPr>
        <w:jc w:val="right"/>
      </w:pPr>
      <w:r>
        <w:t>اپنے کو مسلمان ظاہر، اپنے کو مذہبی ظاہر کرنا، مذہبی عمل کرنا، مذہبی کتاب چھاپنا، یہ بالکل منع تھا۔ That was intervention، تو اللہ کی دی ہوئی آزادی میں intervene کرنا، یہ ہے فتنہ، بس اور کوئی فتنہ نہیں ہے۔ کوئی مذہبی آدمی کہے کہ اگر عورتیں برقعہ اتار دیں تو یہ فتنہ ہو گیا، ہم ان کو ماریں گے، یہ بالکل شیطانی</w:t>
      </w:r>
    </w:p>
    <w:p>
      <w:r>
        <w:rPr>
          <w:b/>
        </w:rPr>
        <w:t xml:space="preserve">[48:36] </w:t>
      </w:r>
      <w:r>
        <w:t>baat hogi, yeh Islam ki baat nahi hogi. Aap khud se ailaan kar dein ke burqa utarna fitna hai aur lage maarne, yeh to aap aap khud akhirat mein pakde jayenge. Aap sirf ek hi cheez ko fitna keh sakte hain, woh hai religious persecution, yani aadmi ko azadi na ho ke woh mazhab mein apna choice istemal kar. To pehle zamane mein badshahat ne is azadi ko khatam kar rakha tha, maujooda zamane mein</w:t>
      </w:r>
    </w:p>
    <w:p>
      <w:pPr>
        <w:jc w:val="right"/>
      </w:pPr>
      <w:r>
        <w:t>بات ہوگی، یہ اسلام کی بات نہیں ہوگی۔ آپ خود سے اعلان کر دیں کہ برقعہ اتارنا فتنہ ہے اور لگے مارنے، یہ تو آپ آپ خود آخرت میں پکڑے جائیں گے۔ آپ صرف ایک ہی چیز کو فتنہ کہہ سکتے ہیں، وہ ہے religious persecution، یعنی آدمی کو آزادی نہ ہو کہ وہ مذہب میں اپنا choice استعمال کرے۔ تو پہلے زمانے میں بادشاہت نے اس آزادی کو ختم کر رکھا تھا، موجودہ زمانے میں</w:t>
      </w:r>
    </w:p>
    <w:p>
      <w:r>
        <w:rPr>
          <w:b/>
        </w:rPr>
        <w:t xml:space="preserve">[49:07] </w:t>
      </w:r>
      <w:r>
        <w:t>communist hukumat ne khatam kar diya tha, to woh Allah taala hukoomati ko tod gaya. Allah taala ne jis tarah pichhle zamane mein kingship ko toda, maujooda zamane mein communist rule ko khatam kar diya, kyunke Allah taala ke jo jo scheme of things hain, usi ko jabr karna hai. Mazhab ke mamle mein freedom of choice aap ko dena padega, chahe woh Islami hukumat ho, tab bhi dena padega.</w:t>
      </w:r>
    </w:p>
    <w:p>
      <w:pPr>
        <w:jc w:val="right"/>
      </w:pPr>
      <w:r>
        <w:t>کمیونسٹ حکومت نے ختم کر دیا تھا، تو وہ اللہ تعالیٰ حکومتی کو توڑ گیا۔ اللہ تعالیٰ نے جس طرح پچھلے زمانے میں کنگ شپ کو توڑا، موجودہ زمانے میں کمیونسٹ رول کو ختم کر دیا، کیونکہ اللہ تعالیٰ کے جو جو اسکیم آف تھنگز ہیں، اسی کو جبر کرنا ہے۔ مذہب کے معاملے میں freedom of choice آپ کو دینا پڑے گا، چاہے وہ اسلامی حکومت ہو، تب بھی دینا پڑے گا۔</w:t>
      </w:r>
    </w:p>
    <w:p>
      <w:r>
        <w:rPr>
          <w:b/>
        </w:rPr>
        <w:t xml:space="preserve">[49:40] </w:t>
      </w:r>
      <w:r>
        <w:t>misal ke taur par, kal ek sahib poochh rahe the mujh se ke apostasy ka kya hukm hai Islam mein, maine kaha apostasy koi hukm nahi hai, koi hukm nahi hai apostasy, jo aadmi aaj us ne religion A ka option liya tha, kal woh religion B ka option le sakta hai, parson woh religion C ka option le sakta hai. Aap ko haq nahi hai ke aap kahein ke yeh apostasy hai, hum tum ko marenge, yeh bilkul Islam mein is ka koi gunjaish nahi hai. Apostasy ka qanoon na to Quran mein hai, na ha</w:t>
      </w:r>
    </w:p>
    <w:p>
      <w:pPr>
        <w:jc w:val="right"/>
      </w:pPr>
      <w:r>
        <w:t>مثلاً، کل ایک صاحب پوچھ رہے تھے مجھ سے کہ اپوسٹسی کا کیا حکم ہے اسلام میں، میں نے کہا اپوسٹسی کوئی حکم نہیں ہے، کوئی حکم نہیں ہے اپوسٹسی، جو آدمی آج اس نے ریلیجن اے کا آپشن لیا تھا، کل وہ ریلیجن بی کا آپشن لے سکتا ہے، پرسوں وہ ریلیجن سی کا آپشن لے سکتا ہے۔ آپ کو حق نہیں ہے کہ آپ کہیں کہ یہ اپوسٹسی ہے، ہم تم کو ماریں گے، یہ بالکل اسلام میں اس کا کوئی گنجائش نہیں ہے۔ اپوسٹسی کا قانون نہ تو قرآن میں ہے، نہ ح</w:t>
      </w:r>
    </w:p>
    <w:p>
      <w:r>
        <w:rPr>
          <w:b/>
        </w:rPr>
        <w:t xml:space="preserve">[50:10] </w:t>
      </w:r>
      <w:r>
        <w:t>deeth mein hai, yeh to baad ke zamane mein fuqaha ne banaya hai, to fiqh hamare liye koi hujjat nahi hai. Fiqh ko hum chahte hain ke dobara Quran padhein. Quran fiqh jo hai, woh Quran o Sunnat ke baad teesra source nahi hai. Yaad rakhiye ke Islam mein do hi source hain, Quran aur Sunnat. Aisa nahi ke fiqh teesra source hai, hargiz nahi, aisa hai. Aap fiqh ko jaanchenge, agar sahi</w:t>
      </w:r>
    </w:p>
    <w:p>
      <w:pPr>
        <w:jc w:val="right"/>
      </w:pPr>
      <w:r>
        <w:t>دیث میں ہے، یہ تو بعد کے زمانے میں فقہاء نے بنایا ہے، تو فقہ ہمارے لیے کوئی حجت نہیں ہے۔ فقہ کو ہم چاہتے ہیں کہ دوبارہ قرآن پڑھیں۔ قرآن فقہ جو ہے، وہ قرآن و سنت کے بعد تیسرا سورس نہیں ہے۔ یاد رکھیے کہ اسلام میں دو ہی سورس ہیں، قرآن اور سنت۔ ایسا نہیں کہ فقہ تیسرا سورس ہے، ہرگز نہیں، ایسا ہے۔ آپ فقہ کو جانچیں گے، اگر صحی</w:t>
      </w:r>
    </w:p>
    <w:p>
      <w:r>
        <w:rPr>
          <w:b/>
        </w:rPr>
        <w:t xml:space="preserve">[50:40] </w:t>
      </w:r>
      <w:r>
        <w:t>h hai to theek hai, nahi to kahenge yeh qabil e qubool nahi hai, nahi manenge aap is ko. To achhi tarah samajh lein ke apostasy aur blasphemy dono ka hukm Quran mein hai, na Sunnat Hadeeth mein hai, yeh logon ne khud se bana liya hai. Apostasy ya blasphemy hai, in Musalmanon ka diya hua naam hai. Jo aadmi aisa karta hai, woh apne ko nahi kehta ke main apostasy kar raha hoon, main</w:t>
      </w:r>
    </w:p>
    <w:p>
      <w:pPr>
        <w:jc w:val="right"/>
      </w:pPr>
      <w:r>
        <w:t>ح ہے تو ٹھیک ہے، نہیں تو کہیں گے یہ قابل قبول نہیں ہے، نہیں مانیں گے آپ اس کو۔ تو اچھی طرح سمجھ لیں کہ اپوسٹسی اور بلاسفیمی دونوں کا حکم قرآن میں ہے، نہ سنت حدیث میں ہے، یہ لوگوں نے خود سے بنا لیا ہے۔ اپوسٹسی یا بلاسفیمی ہے، ان مسلمانوں کا دیا ہوا نام ہے۔ جو آدمی ایسا کرتا ہے، وہ اپنے کو نہیں کہتا کہ میں اپوسٹسی کر رہا ہوں، میں</w:t>
      </w:r>
    </w:p>
    <w:p>
      <w:r>
        <w:rPr>
          <w:b/>
        </w:rPr>
        <w:t xml:space="preserve">[51:11] </w:t>
      </w:r>
      <w:r>
        <w:t>mein blasphemy kar raha hoon, yeh bahar walon ko in ko naam de rakha hai. Jaise maujooda zamane mein aap dekhte hain ke kehte hain ke sahib West mein Islamophobia hai, yeh Islamophobia kis ne kaha? Khud West ne kabhi nahi kaha ke hum Islamophobia hum suna. Islamophobia ka term West ne hi banaya hai, yeh Musalmanon ne bana rakha hai. Yeh bahut bada yaqeen kijiye, gunah hai, yeh mana Quran mein mana kiya gaya hai. Woh</w:t>
      </w:r>
    </w:p>
    <w:p>
      <w:pPr>
        <w:jc w:val="right"/>
      </w:pPr>
      <w:r>
        <w:t>میں بلاسفیمی کر رہا ہوں، یہ باہر والوں کو ان کو نام دے رکھا ہے۔ جیسے موجودہ زمانے میں آپ دیکھتے ہیں کہ کہتے ہیں کہ صاحب ویسٹ میں اسلامو فوبیا ہے، یہ اسلامو فوبیا کس نے کہا؟ خود ویسٹ نے کبھی نہیں کہا کہ ہم اسلامو فوبیا ہم سنائیں۔ اسلامو فوبیا کا ٹرم ویسٹ نے ہی بنایا ہے، یہ مسلمانوں نے بنا رکھا ہے۔ یہ بہت بڑا یقین کیجیے، گناہ ہے، یہ منع قرآن میں منع کیا گیا ہے۔ وہ</w:t>
      </w:r>
    </w:p>
    <w:p>
      <w:r>
        <w:rPr>
          <w:b/>
        </w:rPr>
        <w:t xml:space="preserve">[51:42] </w:t>
      </w:r>
      <w:r>
        <w:t>hai basil fazool ka badal al-iman, tum ko haq nahi hai ke tum kisi par title chipkao ke yeh log Islamophobia mein mubtala hain. Khud unhon ne kabhi bhi maghrib mein yeh nahi kaha ke hum Islamophobia mein mubtala hain, yeh Musalmanon ne ek term banaya aur us ko chaspah kar diya, unhon ne West West par. To Islamophobia is nothing, nothing, nothing.</w:t>
      </w:r>
    </w:p>
    <w:p>
      <w:pPr>
        <w:jc w:val="right"/>
      </w:pPr>
      <w:r>
        <w:t>ہے بیسل فضو کا بادل الایمان، تم کو حق نہیں ہے کہ تم کسی پر ٹائٹل چپکاؤ کہ یہ لوگ اسلامو فوبیا میں مبتلا ہیں۔ خود انہوں نے کبھی بھی مغرب میں یہ نہیں کہا کہ ہم اسلامو فوبیا میں مبتلا ہیں، یہ مسلمانوں نے ایک ٹرم بنایا اور اس کو چسپہ کر دیا، انہوں نے ویسٹ ویسٹ پر۔ تو اسلامو فوبیا از نتھنگ، نتھنگ، نتھنگ۔</w:t>
      </w:r>
    </w:p>
    <w:p>
      <w:r>
        <w:rPr>
          <w:b/>
        </w:rPr>
        <w:t xml:space="preserve">[52:12] </w:t>
      </w:r>
      <w:r>
        <w:t>aise hi apostasy is nothing, blasphemy is nothing.</w:t>
      </w:r>
    </w:p>
    <w:p>
      <w:pPr>
        <w:jc w:val="right"/>
      </w:pPr>
      <w:r>
        <w:t>ایسے ہی اپوسٹسی از نتھنگ، بلاسفیمی از نتھنگ۔</w:t>
      </w:r>
    </w:p>
    <w:p>
      <w:r>
        <w:rPr>
          <w:b/>
        </w:rPr>
        <w:t xml:space="preserve">[52:19] </w:t>
      </w:r>
      <w:r>
        <w:t>Molana, agla sawal Naseer Singh sahib ne kiya hai Timapur, Andhra Pradesh se, aur unhon ne likha hai: "Molana, bade bade ulama wisdom ki baatein karte hain magar is par amal karne mein nakaam hain, aisa kyun hai?"</w:t>
      </w:r>
    </w:p>
    <w:p>
      <w:pPr>
        <w:jc w:val="right"/>
      </w:pPr>
      <w:r>
        <w:t>مولانا، اگلا سوال نصیر سنہ صاحب نے کیا ہے تیماپور، آندھرا پردیش سے، اور انہوں نے لکھا ہے: "مولانا، بڑے بڑے علماء وزڈم کی باتیں کرتے ہیں مگر اس پر عمل کرنے میں ناکام ہیں، ایسا کیوں ہے؟"</w:t>
      </w:r>
    </w:p>
    <w:p>
      <w:r>
        <w:rPr>
          <w:b/>
        </w:rPr>
        <w:t xml:space="preserve">[52:35] </w:t>
      </w:r>
      <w:r>
        <w:t>kaun karta hai wisdom ka amal? Main to kisi kisi aalim ko nahi jaanta jo wisdom ki definition bhi nahi kisi aalim ne ki hai. Aap bataiye, is ka naam kaun aalim wisdom ki baat karta hai? To main kahunga, sachi baat hai ke hamare ulama is ko jaan nahi paye ke wisdom kya cheez hai. Khud sakhta taur par woh samajhte hain ke apostasy haram hai, blasphemy haram hai, yeh khud sakhta deen hai. Blasphemy ki definition</w:t>
      </w:r>
    </w:p>
    <w:p>
      <w:pPr>
        <w:jc w:val="right"/>
      </w:pPr>
      <w:r>
        <w:t>کون کرتا ہے وزڈم کا عمل؟ میں تو کسی کسی عالم کو نہیں جانتا جو وزڈم کی ڈیفینیشن بھی نہیں کسی عالم نے کی ہے۔ آپ بتائیے، اس کا نام کون عالم وزڈم کی بات کرتا ہے؟ تو میں کہوں گا، سچی بات ہے کہ ہمارے علماء اس کو جان نہیں پائے کہ وزڈم کیا چیز ہے۔ خود ساختہ طور پر وہ سمجھتے ہیں کہ اپوسٹسی حرام ہے، بلاسفیمی حرام ہے، یہ خود ساختہ دین ہے۔ بلاسفیمی کی ڈیفینی</w:t>
      </w:r>
    </w:p>
    <w:p>
      <w:r>
        <w:rPr>
          <w:b/>
        </w:rPr>
        <w:t xml:space="preserve">[53:05] </w:t>
      </w:r>
      <w:r>
        <w:t>kisi aalim ne nahi ki hai. Aap koi naam lijiye aur kya misaal di hai to agle itwar ko main bataunga, inshallah.</w:t>
      </w:r>
    </w:p>
    <w:p>
      <w:pPr>
        <w:jc w:val="right"/>
      </w:pPr>
      <w:r>
        <w:t>شن کسی عالم نے نہیں کی ہے۔ آپ کوئی نام لیجیے اور کیا مثال دی ہے تو اگلے اتوار کو میں بتاؤں گا، انشاءاللہ۔</w:t>
      </w:r>
    </w:p>
    <w:p>
      <w:r>
        <w:rPr>
          <w:b/>
        </w:rPr>
        <w:t xml:space="preserve">[53:15] </w:t>
      </w:r>
      <w:r>
        <w:t>Ji Maulana, agla sawal Kanpur se Muhammad Ayub sahib ne kiya hai aur unhon ne likha hai: "Molana sahib, present days Muslims are unable to discover the power of peace as they drive Islam from history and not from Islamic ideology. For example, you cannot even criticize Mahmud Ghaznavi and Aurangzeb, why is this so?"</w:t>
      </w:r>
    </w:p>
    <w:p>
      <w:pPr>
        <w:jc w:val="right"/>
      </w:pPr>
      <w:r>
        <w:t>جی مولانا، اگلا سوال کانپور سے محمد ایوب صاحب نے کیا ہے اور انہوں نے لکھا ہے: "مولانا صاحب، پریزنٹ ڈیز مسلمز آر ان ایبل ٹو ڈسکور دی پاور آف پیس ایز دے ڈرائیو اسلام فرام ہسٹری اینڈ ناٹ فرام اسلامک آئیڈیالوجی۔ فار ایگزمپل، یو کین ناٹ ایون کریٹیسائز محمود غزنوی اینڈ اورنگزیب، وائی از دس سو؟"</w:t>
      </w:r>
    </w:p>
    <w:p>
      <w:r>
        <w:rPr>
          <w:b/>
        </w:rPr>
        <w:t xml:space="preserve">[53:46] </w:t>
      </w:r>
      <w:r>
        <w:t>iski zimmedari behad ulama par hai ke woh kehte hain aurangzeb alaih rehma, Mahmud Ghaznavi alaih rehma, bhayi seedhi se batao ke unhon ne jo kiya woh haram kaam tha, masjid ko tod kar mandir banana yeh haram hai. Mahmud Ghaznavi ne Somnath ke mandir ko toda, woh haram tha, yeh kahiye, koi aalim kehne ko tayar nahi. Aurangzeb ne aap ja</w:t>
      </w:r>
    </w:p>
    <w:p>
      <w:pPr>
        <w:jc w:val="right"/>
      </w:pPr>
      <w:r>
        <w:t>اس کی ذمہ داری بے حد علماء پر ہے کہ وہ کہتے ہیں اورنگزیب علیہ الرحمہ، محمود غزنوی علیہ الرحمہ، بھئی سیدھی سے بتاؤ کہ انہوں نے جو کیا وہ حرام کام تھا، مسجد کو توڑ کر مندر بنانا یہ حرام ہے۔ محمود غزنوی نے سومناتھ کے مندر کو توڑا، وہ حرام تھا، یہ کہیے، کوئی عالم کہنے کو تیار نہیں۔ اورنگزیب نے آپ جا</w:t>
      </w:r>
    </w:p>
    <w:p>
      <w:r>
        <w:rPr>
          <w:b/>
        </w:rPr>
        <w:t xml:space="preserve">[54:16] </w:t>
      </w:r>
      <w:r>
        <w:t>ke dekhiye, wahan par Banaras mein, Banaras mein ek mandir tha, us ko tadwa kar masjid banaya Aurangzeb ke zamane mein. To kehte hain ke is ka justify kaise karte hain ke wahan par sazish hukumat ke khilaf hoti thi, to tum tala laga do is mein, to woh todne ka haq hai. Agar wahan kuch log baith kar us hukumat ke khilaf sazish karte the to tum tala laga do. Todna bilkul haram hai, har ibadat gah</w:t>
      </w:r>
    </w:p>
    <w:p>
      <w:pPr>
        <w:jc w:val="right"/>
      </w:pPr>
      <w:r>
        <w:t>کے دیکھیے، وہاں پر بنارس میں، بنارس میں ایک مندر تھا، اس کو تڑوا کر مسجد بنایا اورنگزیب کے زمانے میں۔ تو کہتے ہیں کہ اس کا جسٹیفائی کیسے کرتے ہیں کہ وہاں پر سازش حکومت کے خلاف ہوتی تھی، تو تم تالا لگا دو اس میں، تو وہ توڑنے کا حق ہے۔ اگر وہاں کچھ لوگ بیٹھ کر اس حکومت کے خلاف سازش کرتے تھے تو تم تالا لگا دو۔ توڑنا بالکل حرام ہے، ہر عبادت گاہ</w:t>
      </w:r>
    </w:p>
    <w:p>
      <w:r>
        <w:rPr>
          <w:b/>
        </w:rPr>
        <w:t xml:space="preserve">[54:47] </w:t>
      </w:r>
      <w:r>
        <w:t>woh hai ko haq hai ke woh banayi jaye, aap ko tod nahi sakte. To Aurangzeb ne jo kiya woh bhi galat tha, Mahmud Ghaznavi ne jo kiya woh bhi galat tha, is mein koi shaq nahi hai. Ulama khule taur par is ka ailaan nahi karte, khule taur par agar kahenge to bahut hi dabi zuban mein, kuch woh ghuma phira ke kahenge, openly clearly kahenge ke</w:t>
      </w:r>
    </w:p>
    <w:p>
      <w:pPr>
        <w:jc w:val="right"/>
      </w:pPr>
      <w:r>
        <w:t>وہ ہے کو حق ہے کہ وہ بنائی جائے، آپ کو توڑ نہیں سکتے۔ تو اورنگزیب نے جو کیا وہ بھی غلط تھا، محمود غزنوی نے جو کیا وہ بھی غلط تھا، اس میں کوئی شک نہیں ہے۔ علماء کھلے طور پر اس کا اعلان نہیں کرتے، کھلے طور پر اگر کہیں گے تو بہت ہی دبی زبان میں، کچھ وہ گھما پھرا کے کہیں گے، اوپنلی کلیئرلی کہیں کہ</w:t>
      </w:r>
    </w:p>
    <w:p>
      <w:r>
        <w:rPr>
          <w:b/>
        </w:rPr>
        <w:t xml:space="preserve">[55:17] </w:t>
      </w:r>
      <w:r>
        <w:t>yeh fe'l haram hai islam mein, tab logon ke andar rethinking aayegi. Maulana, rethinking nahi aayegi.</w:t>
      </w:r>
    </w:p>
    <w:p>
      <w:pPr>
        <w:jc w:val="right"/>
      </w:pPr>
      <w:r>
        <w:t>یہ فعل حرام ہے اسلام میں، تب لوگوں کے اندر ری تھنکنگ آئے گی۔ مولانا، ری تھنکنگ نہیں آئے گی۔</w:t>
      </w:r>
    </w:p>
    <w:p>
      <w:r>
        <w:rPr>
          <w:b/>
        </w:rPr>
        <w:t xml:space="preserve">[55:27] </w:t>
      </w:r>
      <w:r>
        <w:t>Maulana, agla sawal Muhammad Hamza sahib ne kiya hai Delhi se aur unhon ne likha hai: "Islam mein logon ne itne firqe bana liye hain, in firqon ko kaise khatm kiya jaye?" Aur Maulana, unka aur bhi hai sawal, phir se parhte hain: "Islam mein logon ne itne firqe bana liye hain, in firqon ko kaise khatm kiya jaye? Aur haq firqa kaun sa hai? Har firqe ke ulama kehte hain humara</w:t>
      </w:r>
    </w:p>
    <w:p>
      <w:pPr>
        <w:jc w:val="right"/>
      </w:pPr>
      <w:r>
        <w:t>مولانا، اگلا سوال محمد حمزہ صاحب نے کیا ہے دلی سے اور انہوں نے لکھا ہے: "اسلام میں لوگوں نے اتنے فرقے بنا لیے ہیں، ان فرقوں کو کیسے ختم کیا جائے؟" اور مولانا، ان کا اور بھی ہے سوال، پھر سے پڑھتے ہیں: "اسلام میں لوگوں نے اتنے فرقے بنا لیے ہیں، ان فرقوں کو کیسے ختم کیا جائے؟ اور حق فرقہ کون سا ہے؟ ہر فرقے کے علماء کہتے ہیں ہمار</w:t>
      </w:r>
    </w:p>
    <w:p>
      <w:r>
        <w:rPr>
          <w:b/>
        </w:rPr>
        <w:t xml:space="preserve">[55:57] </w:t>
      </w:r>
      <w:r>
        <w:t>firqa Huzoor صلی اللہ علیہ وسلم ke naqsh-e-qadam par hai."</w:t>
      </w:r>
    </w:p>
    <w:p>
      <w:pPr>
        <w:jc w:val="right"/>
      </w:pPr>
      <w:r>
        <w:t>ا فرقہ حضور صلی اللہ علیہ وسلم کے نقش قدم پر ہے۔"</w:t>
      </w:r>
    </w:p>
    <w:p>
      <w:r>
        <w:rPr>
          <w:b/>
        </w:rPr>
        <w:t xml:space="preserve">[56:03] </w:t>
      </w:r>
      <w:r>
        <w:t>Dekhiye, firqa ko khatm karna yeh yeh koi kaam hi nahi hai ke aap uthein laathi le kar ke aap ne firqa khatm karna hai. Jo cheez galat hai woh ghalu hai, firqa nahi hai. Firqa toh banenge lekin ghalu karna ke bas yahi sahi hai, wohi galat hai, is ko maarna yeh galat hai. Logon ko firqa banane dijiye lekin jo ghalu karta hai us ko aap condemn kijiye. Yeh bohat bari galatfehmi logon ke andar hai</w:t>
      </w:r>
    </w:p>
    <w:p>
      <w:pPr>
        <w:jc w:val="right"/>
      </w:pPr>
      <w:r>
        <w:t>دیکھیے، فرقہ کو ختم کرنا یہ یہ کوئی کام ہی نہیں ہے کہ آپ اٹھیں لاٹھی لے کر کہ آپ نے فرقہ ختم کرنا ہے۔ جو چیز غلط ہے وہ غلو ہے، فرقہ نہیں ہے۔ فرقہ تو بنیں گے لیکن غلو کرنا کہ بس یہی صحیح ہے، وہی غلط ہے، اس کو مارنا یہ غلط ہے۔ لوگوں کو فرقہ بنانے دیجیے لیکن جو غلو کرتا ہے اس کو آپ کنڈیم کیجیے۔ یہ بہت بڑی غلط فہمی لوگوں کے اندر ہے</w:t>
      </w:r>
    </w:p>
    <w:p>
      <w:r>
        <w:rPr>
          <w:b/>
        </w:rPr>
        <w:t xml:space="preserve">[56:34] </w:t>
      </w:r>
      <w:r>
        <w:t>ke woh samajhte hain ke firqabandi nahi hona chahiye, yaani firqabandi toh it is but natural, woh toh hogi lekin ghalu islam mein jaiz nahi hai. La ghalu fil islam toh aap logon ko ghalu ke khilaaf boliye, firqe ke khilaaf mat boliye, warna aap bolne ka koi faida nahi hoga. Aap ke bolne ka koi faida nahi hoga. Aap jab bhi bolein toh firqe ke khilaaf mat boliye, aap ghalu ke khilaaf</w:t>
      </w:r>
    </w:p>
    <w:p>
      <w:pPr>
        <w:jc w:val="right"/>
      </w:pPr>
      <w:r>
        <w:t>کہ وہ سمجھتے ہیں کہ فرقہ بندی نہیں ہونا چاہیے، یعنی فرقہ بندی تو اٹ از بٹ نیچرل، وہ تو ہو گی لیکن غلو اسلام میں جائز نہیں ہے۔ لا غلو فی الاسلام تو آپ لوگوں کو غلو کے خلاف بولیے، فرقے کے خلاف مت بولیے، ورنہ آپ بولنے کا کوئی فائدہ نہیں ہوگا۔ آپ کے بولنے کا کوئی فائدہ نہیں ہوگا۔ آپ جب بھی بولیں تو فرقے کے خلاف مت بولیے، آپ غلو کے خلاف</w:t>
      </w:r>
    </w:p>
    <w:p>
      <w:r>
        <w:rPr>
          <w:b/>
        </w:rPr>
        <w:t xml:space="preserve">[57:04] </w:t>
      </w:r>
      <w:r>
        <w:t>boliye. Is maamle mein aap ko tafseel jaanna ho toh meri kitaab padh lijiye, aap Tajdeed-e-Deen, us mein is ki tafseel maujood hai, Tajdeed-e-Deen is ka naam hai, us ko padh lijiye aap.</w:t>
      </w:r>
    </w:p>
    <w:p>
      <w:pPr>
        <w:jc w:val="right"/>
      </w:pPr>
      <w:r>
        <w:t>بولیے۔ اس معاملے میں آپ کو تفصیل جاننا ہو تو میری کتاب پڑھ لیجیے، آپ تجدید دین، اس میں اس کی تفصیل موجود ہے، تجدید دین اس کا نام ہے، اس کو پڑھ لیجیے آپ۔</w:t>
      </w:r>
    </w:p>
    <w:p>
      <w:r>
        <w:rPr>
          <w:b/>
        </w:rPr>
        <w:t xml:space="preserve">[57:16] </w:t>
      </w:r>
      <w:r>
        <w:t>Maulana, unka jo doosra hissa tha sawal ka ke har firqe ke ulama kehte hain ke humara firqa Huzoor صلی اللہ علیہ وسلم ke naqsh-e-qadam par hai, toh us par aap kya kahenge?</w:t>
      </w:r>
    </w:p>
    <w:p>
      <w:pPr>
        <w:jc w:val="right"/>
      </w:pPr>
      <w:r>
        <w:t>مولانا، ان کا جو دوسرا حصہ تھا سوال کا کہ ہر فرقے کے علماء کہتے ہیں کہ ہمارا فرقہ حضور صلی اللہ علیہ وسلم کے نقش قدم پر ہے، تو اس پر آپ کیا کہیں گے؟</w:t>
      </w:r>
    </w:p>
    <w:p>
      <w:r>
        <w:rPr>
          <w:b/>
        </w:rPr>
        <w:t xml:space="preserve">[57:30] </w:t>
      </w:r>
      <w:r>
        <w:t>Koi firqa naqsh-e-qadam par nahi hai, firqe bante hain cultural asbaab se. Un se poochhiye ke tumhare saboot kya hai tumhare paas ke Rasool Allah ke naqsh-e-qadam par hai? Rasool Allah ke zamane mein koi firqa tha hi nahi. Dekhiye, ek baat yeh hai ke logon ko ijazat hai, jis tarah doosri cheezon ko ijazat hai, firqa banane ki bhi ijazat hai, ghalu ki ijazat nahi hai ke woh yeh kehta hai ke hum Rasool Allah ke naqsh-e-qadam par hain, toh poochhiye ke kya tha naqsh-e-qadam Rasool Allah ka</w:t>
      </w:r>
    </w:p>
    <w:p>
      <w:pPr>
        <w:jc w:val="right"/>
      </w:pPr>
      <w:r>
        <w:t>کوئی فرقہ نقش قدم پر نہیں ہے، فرقے بنتے ہیں کلچرل اسباب سے۔ ان سے پوچھیے کہ تمہارے ثبوت کیا ہے تمہارے پاس کہ رسول اللہ کے نقش قدم پر ہے؟ رسول اللہ کے زمانے میں کوئی فرقہ تھا ہی نہیں۔ دیکھیے، ایک بات یہ ہے کہ لوگوں کو اجازت ہے، جس طرح دوسری چیزوں کو اجازت ہے، فرقہ بنانے کی بھی اجازت ہے، غلو کی اجازت نہیں ہے کہ وہ یہ کہتا ہے کہ ہم رسول اللہ کے نقش قدم پر ہیں، تو پوچھیے کہ کیا تھا نقش قدم رسول اللہ کا</w:t>
      </w:r>
    </w:p>
    <w:p>
      <w:r>
        <w:rPr>
          <w:b/>
        </w:rPr>
        <w:t xml:space="preserve">[58:00] </w:t>
      </w:r>
      <w:r>
        <w:t>? Toh aap bajaye is ke un ko maarein, un se ladai karein, aap poochhiye, sawal kijiye ke kya tha Rasool Allah ka naqsh-e-qadam? Woh batao, woh kahan likha hua hai, kis kitaab mein? Poochhiye, is ki tafseel mein likh chuka hoon, aap padh lijiye meri kitaab Tajdeed-e-Deen.</w:t>
      </w:r>
    </w:p>
    <w:p>
      <w:pPr>
        <w:jc w:val="right"/>
      </w:pPr>
      <w:r>
        <w:t>؟ تو آپ بجائے اس کے ان کو ماریں، ان سے لڑائی کریں، آپ پوچھیے، سوال کیجیے کہ کیا تھا رسول اللہ کا نقش قدم؟ وہ بتاؤ، وہ کہاں لکھا ہوا ہے، کس کتاب میں؟ پوچھیے، اس کی تفصیل میں لکھ چکا ہوں، آپ پڑھ لیجیے میری کتاب تجدید دین۔</w:t>
      </w:r>
    </w:p>
    <w:p>
      <w:r>
        <w:rPr>
          <w:b/>
        </w:rPr>
        <w:t xml:space="preserve">[58:23] </w:t>
      </w:r>
      <w:r>
        <w:t>Maulana, agla sawal Mumbai se kiya hai Abdul Rauf Khateeb sahib ne aur unhon ne likha hai: "Maulana, is it advisable to distribute other religious books along with Quran while doing da'wah work? And can we give name of da'wah work to such type of activities? Is it not necessary to clear that our da'wah mission is based on Tauheed?"</w:t>
      </w:r>
    </w:p>
    <w:p>
      <w:pPr>
        <w:jc w:val="right"/>
      </w:pPr>
      <w:r>
        <w:t>مولانا، اگلا سوال ممبئی سے کیا ہے عبدالرؤف خطیب صاحب نے اور انہوں نے لکھا ہے: "مولانا، از اٹ ایڈوائزیبل ٹو ڈسٹریبیوٹ ادر ریلیجیس بکس الونگ ود قرآن وائل ڈوئنگ دعویٰ ورک؟ اینڈ کین وی گیو نیم آف دعویٰ ورک ٹو سچ ٹائپ آف ایکٹیویٹیز؟ از اٹ ناٹ نیسیسری ٹو کلیئر دیٹ اور دعویٰ مشن از بیسڈ ان توحید؟"</w:t>
      </w:r>
    </w:p>
    <w:p>
      <w:r>
        <w:rPr>
          <w:b/>
        </w:rPr>
        <w:t xml:space="preserve">[58:48] </w:t>
      </w:r>
      <w:r>
        <w:t>Dekhiye, yeh mazhab ki baat nahi hai, kisi bhi mission mein, koi bhi mission aap ka ho toh aap do qism ki kitaabein baantenge, koi faida is ka nahi hoga. Aap ka jo mission hai, usi ki kitaab deni padegi aap ko, toh woh logon ko koi faisla nahi kar payenge ke yeh sahi hai ke woh sahi hai. Doosron ko mauqa dijiye, doosre log jo apni kitaab taqseem karein, aap kyun karein? Doosre log agar chahte hain toh un ko karne dijiye, kare woh, un se ladiye bhi nahi.</w:t>
      </w:r>
    </w:p>
    <w:p>
      <w:pPr>
        <w:jc w:val="right"/>
      </w:pPr>
      <w:r>
        <w:t>دیکھیے، یہ مذہب کی بات نہیں ہے، کسی بھی مشن میں، کوئی بھی مشن آپ کا ہو تو آپ دو قسم کی کتابیں بانٹیں گے، کوئی فائدہ اس کا نہیں ہوگا۔ آپ کا جو مشن ہے، اسی کی کتاب دینی پڑے گی آپ کو، تو وہ لوگوں کو کوئی فیصلہ نہیں کر پائیں گے کہ یہ صحیح ہے کہ وہ صحیح ہے۔ دوسروں کو موقع دیجیے، دوسرے لوگ جو اپنی کتاب تقسیم کریں، آپ کیوں کریں؟ دوسرے لوگ اگر چاہتے ہیں تو ان کو کرنے دیجیے، کرے وہ، ان سے لڑیے بھی نہیں۔</w:t>
      </w:r>
    </w:p>
    <w:p>
      <w:r>
        <w:rPr>
          <w:b/>
        </w:rPr>
        <w:t xml:space="preserve">[59:19] </w:t>
      </w:r>
      <w:r>
        <w:t>Aap jis cheez ko sahi samajhte hain, us ko distribute kijiye. Agar koi kehta hai aap se ke doosri kitaabein baanto toh kehte hain tum karo, tumhare liye maidan khula hua hai, hum kyun karein? Hum jis cheez ko theek samajhte hain, woh hum kar rahe hain. Aap kisi ko rokiye nahi, lekin aap jis cheez ko samajhte hain sahi, us ko distribute kijiye.</w:t>
      </w:r>
    </w:p>
    <w:p>
      <w:pPr>
        <w:jc w:val="right"/>
      </w:pPr>
      <w:r>
        <w:t>آپ جس چیز کو صحیح سمجھتے ہیں، اس کو ڈسٹریبیوٹ کیجیے۔ اگر کوئی کہتا ہے آپ سے کہ دوسری کتابیں بانٹو تو کہتے ہیں تم کرو، تمہارے لیے میدان کھلا ہوا ہے، ہم کیوں کریں؟ ہم جس چیز کو ٹھیک سمجھتے ہیں، وہ ہم کر رہے ہیں۔ آپ کسی کو روکیے نہیں، لیکن آپ جس چیز کو سمجھتے ہیں صحیح، اس کو ڈسٹریبیوٹ کیجیے۔</w:t>
      </w:r>
    </w:p>
    <w:p>
      <w:r>
        <w:rPr>
          <w:b/>
        </w:rPr>
        <w:t xml:space="preserve">[59:44] </w:t>
      </w:r>
      <w:r>
        <w:t>Maulana, agla sawal kiya hai Maulana Yaqoob Umri ne Delhi se aur unhon ne likha hai: "Usually Muslim scholars say that killing innocent is prohibited in Islam, but I feel that irrespective of whether an individual is innocent or criminal, nobody can punish him except the state authority. Please give your comments on this."</w:t>
      </w:r>
    </w:p>
    <w:p>
      <w:pPr>
        <w:jc w:val="right"/>
      </w:pPr>
      <w:r>
        <w:t>مولانا، اگلا سوال کیا ہے مولانا یعقوب عمری نے دلی سے اور انہوں نے لکھا ہے: "یوزلی مسلم سکالرز سے دیٹ کلنگ انوسنٹ از پروہیبیٹڈ ان اسلام، بٹ آئی فیل دیٹ اریسپیکٹو آف ویدر اینڈ انڈیویجول از انوسنٹ اور کریمینل، نو بڈی کین پنش ہم ایکسیپٹ دا سٹیٹ اتھارٹی۔ پلیز گیو یور کمنٹس ان دس۔"</w:t>
      </w:r>
    </w:p>
    <w:p>
      <w:r>
        <w:rPr>
          <w:b/>
        </w:rPr>
        <w:t xml:space="preserve">[1:00:11] </w:t>
      </w:r>
      <w:r>
        <w:t>Dekhiye, maarna jo hai, yaani punishment, chahe woh qatl ho ya us se kam darje ka punishment ho, punishment ka right individual ko hai hi nahi. Koi aadmi agar crime karta hai toh woh ek legal crime hai aur woh court mein jayega. Yeh jo Musalman lagte hain khud hi khud maarne, maslan kayi Muslim mulkon mein aap khabrein padhte honge ke kehte hain ke tum ne kahin ke tum ne humare</w:t>
      </w:r>
    </w:p>
    <w:p>
      <w:pPr>
        <w:jc w:val="right"/>
      </w:pPr>
      <w:r>
        <w:t>دیکھیے، مارنا جو ہے، یعنی پنشمنٹ، چاہے وہ قتل ہو یا اس سے کم درجے کا پنشمنٹ ہو، پنشمنٹ کا رائٹ انڈیویجول کو ہے ہی نہیں۔ کوئی آدمی اگر کرائم کرتا ہے تو وہ ایک لیگل کرائم ہے اور وہ کورٹ میں جائے گا۔ یہ جو مسلمان لگتے ہیں خود ہی خود مارنے، مثلاً کئی مسلم ملکوں میں آپ خبریں پڑھتے ہوں گے کہ کہتے ہیں کہ تم نے کہیں کہ تم نے ہمارے</w:t>
      </w:r>
    </w:p>
    <w:p>
      <w:r>
        <w:rPr>
          <w:b/>
        </w:rPr>
        <w:t xml:space="preserve">[1:00:42] </w:t>
      </w:r>
      <w:r>
        <w:t>Quran ke saath gustakhi ki hai, humein Rasool ko tum ne shat kiya, hum tumhein maarenge, yeh bilkul haram hai, bilkul haram hai, haram. Dekhiye, agar koi shakhs Rasool ke khilaaf bolta hai toh aap ke do option hain bas, ya toh aap khud us se baat kijiye peaceful andaaz mein ya refer kijiye us ko court, agar court mein, court mein refer kijiye. Jise kehte hain maraja'at, ya toh aap</w:t>
      </w:r>
    </w:p>
    <w:p>
      <w:pPr>
        <w:jc w:val="right"/>
      </w:pPr>
      <w:r>
        <w:t>قرآن کے ساتھ گستاخی کی ہے، ہمیں رسول کو تم نے شت کیا، ہم تمہیں ماریں گے، یہ بالکل حرام ہے، بالکل حرام ہے، حرام۔ دیکھیے، اگر کوئی شخص رسول کے خلاف بولتا ہے تو آپ کے دو آپشن ہیں بس، یا تو آپ خود اس سے بات کیجیے پیس فل انداز میں یا ریفر کیجیے اس کو کورٹ، اگر کورٹ میں، کورٹ میں ریفر کیجیے۔ جسے کہتے ہیں مراجعت، یا تو آپ</w:t>
      </w:r>
    </w:p>
    <w:p>
      <w:r>
        <w:rPr>
          <w:b/>
        </w:rPr>
        <w:t xml:space="preserve">[1:01:12] </w:t>
      </w:r>
      <w:r>
        <w:t>court mein refer kar sakte hain ya khud us se peaceful tareeqe se baat kar sakte hain, baqi maarna yeh toh bilkul haram hai, bilkul haram, is mein koi shaq nahi hai.</w:t>
      </w:r>
    </w:p>
    <w:p>
      <w:pPr>
        <w:jc w:val="right"/>
      </w:pPr>
      <w:r>
        <w:t>کورٹ میں ریفر کر سکتے ہیں یا خود اس سے پیس فل طریقے سے بات کر سکتے ہیں، باقی مارنا یہ تو بالکل حرام ہے، بالکل حرام، اس میں کوئی شک نہیں ہے۔</w:t>
      </w:r>
    </w:p>
    <w:p>
      <w:r>
        <w:rPr>
          <w:b/>
        </w:rPr>
        <w:t xml:space="preserve">[1:01:21] </w:t>
      </w:r>
      <w:r>
        <w:t>Maulana, agla sawal kiya hai Nisar Qazi sahib ne Jammu se, unhon ne likha hai: "Maujooda daur mein agar kahin qitaal ki koi shakal ban jaye gi toh us ki jawabi karrawai bhi qitaal se karni padegi, toh us ke liye lafz qitaal hi use hoga ya koi aur lafz? Is ke baray mein bataein."</w:t>
      </w:r>
    </w:p>
    <w:p>
      <w:pPr>
        <w:jc w:val="right"/>
      </w:pPr>
      <w:r>
        <w:t>مولانا، اگلا سوال کیا ہے نثار قاضی صاحب نے جموں سے، انہوں نے لکھا ہے: "موجودہ دور میں اگر کہیں قتال کی کوئی شکل بن جائے گی تو اس کی جوابی کارروائی بھی قتال سے کرنی پڑے گی، تو اس کے لیے لفظ قتال ہی یوز ہوگا یا کوئی اور لفظ؟ اس کے بارے میں بتائیں۔"</w:t>
      </w:r>
    </w:p>
    <w:p>
      <w:r>
        <w:rPr>
          <w:b/>
        </w:rPr>
        <w:t xml:space="preserve">[1:01:42] </w:t>
      </w:r>
      <w:r>
        <w:t>Yeh agar hi mere nazdeek sabit karna padega, yeh mere nazdeek qitaal se khatm ho chuka hai, ab kahin qitaal nahi. Aap agar kahin pathar maarein aur woh idhar se bomb maare toh woh qitaal nahi hua, aap apni ghalti ki islaah kijiye. Yaani aap kisi ko pathar maarein, woh idhar retaliate kare toh aap kahein qitaal ki zaroorat pesh aa gayi hai, toh yeh galat hai yeh. Aap kyun bomb maarte hain? Kyun</w:t>
      </w:r>
    </w:p>
    <w:p>
      <w:pPr>
        <w:jc w:val="right"/>
      </w:pPr>
      <w:r>
        <w:t>یہ اگر ہی میرے نزدیک ثابت کرنا پڑے گا، یہ اگر میرے نزدیک قتال سے ختم ہو چکا ہے، اب کہیں قتال نہیں۔ آپ اگر کہیں پتھر ماریں اور وہ ادھر سے بم مارے تو وہ قتال نہیں ہوا، آپ اپنی غلطی کی اصلاح کیجیے۔ یعنی آپ کسی کو پتھر ماریں، وہ ادھر ریٹیلیٹ کرے تو آپ کہیں قتال کی ضرورت پیش آ گئی ہے، تو یہ غلط ہے یہ۔ آپ کیوں بم مارتے ہیں؟ کیوں</w:t>
      </w:r>
    </w:p>
    <w:p>
      <w:r>
        <w:rPr>
          <w:b/>
        </w:rPr>
        <w:t xml:space="preserve">[1:02:12] </w:t>
      </w:r>
      <w:r>
        <w:t>bomb maarte hain aap? Aap kyun pathar maarte hain? Kayi jagah par aisa hai ke log pehle pathar maarein ge, phir idhar se retaliation hoga, kahan se dekho qitaal ka waqt aa gaya, toh yeh jhooti baat hai. Jahan jahan bhi Musalman qitaal ki ayat ko apply kar rahe hain is zamane mein, woh sab retaliation hai. Musalmanon ne apni taraf se pathar phenke toh idhar ke fareeq-e-sani ne retali</w:t>
      </w:r>
    </w:p>
    <w:p>
      <w:pPr>
        <w:jc w:val="right"/>
      </w:pPr>
      <w:r>
        <w:t>بم مارتے ہیں آپ؟ آپ کیوں پتھر مارتے ہیں؟ کئی جگہ پر ایسا ہے کہ لوگ پہلے پتھر ماریں گے، پھر ادھر سے ریٹیلیشن ہوگا، کہاں سے دیکھو قتال کا وقت آ گیا، تو یہ جھوٹی بات ہے۔ جہاں جہاں بھی مسلمان قتال کی آیت کو اپلائی کر رہے ہیں اس زمانے میں، وہ سب ریٹیلیشن ہے۔ مسلمانوں نے اپنی طرف سے پتھر پھینکے تو ادھر کے فریق رسال نے ریٹیلی</w:t>
      </w:r>
    </w:p>
    <w:p>
      <w:r>
        <w:rPr>
          <w:b/>
        </w:rPr>
        <w:t xml:space="preserve">[1:02:42] </w:t>
      </w:r>
      <w:r>
        <w:t>ate kiya, toh woh toh Musalmanon ko apni ghalti ki islaah karne ka waqt hai, na ke kahein ke qitaal ka waqt aa gaya hai. Mujhe is zamane yaani sau baras ke se taqreeban halaat ko mein padh raha hoon, dekh raha hoon, kahin bhi qitaal ka mauqa nahi tha. Jahan jahan Musalmanon ne qitaal kiya hai, kahin bhi nahi tha. Agar fareeq-e-sani ne kuch tashaddud kiya hai aur Musalman lad gaye ladne toh woh tashaddud un ka</w:t>
      </w:r>
    </w:p>
    <w:p>
      <w:pPr>
        <w:jc w:val="right"/>
      </w:pPr>
      <w:r>
        <w:t>ٹ کیا، تو وہ تو مسلمانوں کو اپنی غلطی کی اصلاح کرنے کا وقت ہے، نہ کہ کہیں کہ قتال کا وقت آ گیا ہے۔ مجھے اس زمانے یعنی سو برس کے سے تقریباً حالات کو میں پڑھ رہا ہوں، دیکھ رہا ہوں، کہیں بھی قتال کا موقع نہیں تھا۔ جہاں جہاں مسلمانوں نے قتال کیا ہے، کہیں بھی نہیں تھا۔ اگر فریق ثانی نے کچھ تشدد کیا ہے اور مسلمان لڑ گئے لڑنے تو وہ تشدد ان کا</w:t>
      </w:r>
    </w:p>
    <w:p>
      <w:r>
        <w:rPr>
          <w:b/>
        </w:rPr>
        <w:t xml:space="preserve">[1:03:12] </w:t>
      </w:r>
      <w:r>
        <w:t>retaliation tha.</w:t>
      </w:r>
    </w:p>
    <w:p>
      <w:pPr>
        <w:jc w:val="right"/>
      </w:pPr>
      <w:r>
        <w:t>ریٹیلیشن تھا۔</w:t>
      </w:r>
    </w:p>
    <w:p>
      <w:r>
        <w:rPr>
          <w:b/>
        </w:rPr>
        <w:t xml:space="preserve">[1:03:17] </w:t>
      </w:r>
      <w:r>
        <w:t>Maulana, agla sawal Miss Shabana Ansari ne kiya hai Pakistan se aur unhon ne aapse poocha hai ke "Is apostasy and blasphemy the are the self-made rules by Muslims that has created hatred for Islam?" What is your comment on this?</w:t>
      </w:r>
    </w:p>
    <w:p>
      <w:pPr>
        <w:jc w:val="right"/>
      </w:pPr>
      <w:r>
        <w:t>مولانا، اگلا سوال مس شبانہ انصاری نے کیا ہے پاکستان سے اور انہوں نے آپ سے پوچھا ہے کہ "از اپوسٹیسی اینڈ بلیس فیمی دا ار دا سیلف میڈ رولز بائی مسلم دیٹ ہیز کریٹڈ ہیٹریٹ فار اسلام؟" واٹ از یور کمنٹ ان دس؟</w:t>
      </w:r>
    </w:p>
    <w:p>
      <w:r>
        <w:rPr>
          <w:b/>
        </w:rPr>
        <w:t xml:space="preserve">[1:03:35] </w:t>
      </w:r>
      <w:r>
        <w:t>Bilkul sahi, bilkul sahi. Maine is par do kitaabein likhi hain, ek hai Shutt-e-Rasool ka masla, us mein aap dekh sakte hain Shutt ka masla, doosra jo apostasy ka masla hai, irtidad, woh ek aur kitaab mein hai, us ka naam Hikmat-e-Islam. Hikmat-e-Islam mein apostasy ka masla aap dekh sakti hain aur Shutt-e-Rasool ke masle mein aap blasphemy ka masla</w:t>
      </w:r>
    </w:p>
    <w:p>
      <w:pPr>
        <w:jc w:val="right"/>
      </w:pPr>
      <w:r>
        <w:t>بالکل صحیح، بالکل صحیح۔ میں نے اس پر دو کتابیں لکھی ہیں، ایک ہے شطب رسول کا مسئلہ، اس میں آپ دیکھ سکتے ہیں شطب کا مسئلہ، دوسرا جو اپوسٹیسی کا مسئلہ ہے، ارتداد، وہ ایک اور کتاب میں ہے، اس کا نام حکمت اسلام۔ حکمت اسلام میں اپوسٹیسی کا مسئلہ آپ دیکھ سکتی ہیں اور شطب رسول کے مسئلے میں آپ بلاسفیمی کا مسئلہ</w:t>
      </w:r>
    </w:p>
    <w:p>
      <w:r>
        <w:rPr>
          <w:b/>
        </w:rPr>
        <w:t xml:space="preserve">[1:04:05] </w:t>
      </w:r>
      <w:r>
        <w:t>dekh sakte hain, kaafi tafseel us ke andar maujood hai.</w:t>
      </w:r>
    </w:p>
    <w:p>
      <w:pPr>
        <w:jc w:val="right"/>
      </w:pPr>
      <w:r>
        <w:t>دیکھ سکتے ہیں، کافی تفصیل اس کے اندر موجود ہے۔</w:t>
      </w:r>
    </w:p>
    <w:p>
      <w:r>
        <w:rPr>
          <w:b/>
        </w:rPr>
        <w:t xml:space="preserve">[1:04:12] </w:t>
      </w:r>
      <w:r>
        <w:t>Maulana, agla sawal Karnataka se Muhammad Yunusuddin sahib ne kiya hai aur unhon ne likha hai: "Why present day Muslims in every corner of the world are so obsessed with political Islam? Why they are not able to rethink over negative impact of political Islam even after there is so much of destruction? Why is this so?"</w:t>
      </w:r>
    </w:p>
    <w:p>
      <w:pPr>
        <w:jc w:val="right"/>
      </w:pPr>
      <w:r>
        <w:t>مولانا، اگلا سوال کرناٹکہ سے محمد یونس الدین صاحب نے کیا ہے اور انہوں نے لکھا ہے: "وائی پریزنٹ ڈے مسلمز ان ایوری کارنر اف دا ورلڈ ار سو ابسیسڈ ود پولیٹیکل اسلام؟ وائی دے ار ناٹ ایبل ٹو ری تھنک اوور نیگیٹیو امپیکٹ اف پولیٹیکل اسلام ایون افٹر دیر از سو مچ اف ڈسٹرکشن؟ وائی از دس سو؟"</w:t>
      </w:r>
    </w:p>
    <w:p>
      <w:r>
        <w:rPr>
          <w:b/>
        </w:rPr>
        <w:t xml:space="preserve">[1:04:36] </w:t>
      </w:r>
      <w:r>
        <w:t>woh to unhon ne bata diya, aqlein chhan gayi hain, ulama ki aqlein bhi chhan gayi hain, aur yeh hadith mein maujood hai. yeh to hadith mein predict kiya gaya tha ke ek zamana aaye ga jab musalmanon ki aqlein chhan jayengi, wahi to ho raha hai. jab rasool Allah ne khud farmaya tha to aap hadith ko mutala kijiyey.</w:t>
      </w:r>
    </w:p>
    <w:p>
      <w:pPr>
        <w:jc w:val="right"/>
      </w:pPr>
      <w:r>
        <w:t>وہ تو انہوں نے بتا دیا، عقلیں چھن گئی ہیں، علماء کی عقلیں بھی چھن گئی ہیں، اور یہ حدیث میں موجود ہے۔ یہ تو حدیث میں پریڈکٹ کیا گیا تھا کہ ایک زمانہ آئے گا جب مسلمانوں کی عقلیں چھن جائیں گی، وہی تو ہو رہا ہے۔ جب رسول اللہ نے خود فرمایا تھا تو آپ حدیث کو مطالعہ کیجیے۔</w:t>
      </w:r>
    </w:p>
    <w:p>
      <w:r>
        <w:rPr>
          <w:b/>
        </w:rPr>
        <w:t xml:space="preserve">[1:05:03] </w:t>
      </w:r>
      <w:r>
        <w:t>molana, agla sawal doctor farida khanoom ne kiya hai dilli se aur unhon ne likha hai: "what is the reason for this muslim mentality that they lay all the blame at the door of non muslims? for example the non muslims react to their un islamic activities, but the muslims say that it is islamophobia in their part. why is this so?"</w:t>
      </w:r>
    </w:p>
    <w:p>
      <w:pPr>
        <w:jc w:val="right"/>
      </w:pPr>
      <w:r>
        <w:t>مولانا، اگلا سوال ڈاکٹر فریدہ خانم نے کیا ہے دلی سے اور انہوں نے لکھا ہے: "واٹ از دا ریزن فار دس مسلم مینٹیلٹی دیٹ دے لے ال دا بلیم ایٹ دا ڈور اف نان مسلمز؟ فار ایگزمپل دا نان مسلمز ری ایکٹ ٹو دیر ان اسلامک ایکٹیویٹیز، بٹ دا مسلمز سے دیٹ اٹ از اسلامو فوبیا ان دیر پارٹ۔ وائی از دس سو؟"</w:t>
      </w:r>
    </w:p>
    <w:p>
      <w:r>
        <w:rPr>
          <w:b/>
        </w:rPr>
        <w:t xml:space="preserve">[1:05:31] </w:t>
      </w:r>
      <w:r>
        <w:t>dekhiye, yeh jo hai yeh yahood mein tha, jewish supremacy to hadith mein aata hai ke tum yahood ka yahood ko follow karoge, tum yahood ki itba karoge. to yahood mubtada hue the jewish supremacy mein, us zamane ke musalman jo hain un ka wahi</w:t>
      </w:r>
    </w:p>
    <w:p>
      <w:pPr>
        <w:jc w:val="right"/>
      </w:pPr>
      <w:r>
        <w:t>دیکھیے، یہ جو ہے یہ یہود میں تھا، جوئش سپریمیسیز تو حدیث میں آتا ہے کہ تم یہود کا یہود کو فالو کرو گے، تم یہود کی اتباع کرو گے۔ تو یہود مبتدا ہوئے تھے جوئش سپریمیسیز میں، اس زمانے کے مسلمان جو ہیں ان کا وہی</w:t>
      </w:r>
    </w:p>
    <w:p>
      <w:r>
        <w:rPr>
          <w:b/>
        </w:rPr>
        <w:t xml:space="preserve">[1:06:01] </w:t>
      </w:r>
      <w:r>
        <w:t>cheez aa gayi hai aur main is ko naam deta hoon muslim supremacy. yeh sara muslim supremacy ka phenomena hai aur aaj kal jo chala hai debate karte hain log, lalkarte hain stage par aur taliyan bajti hain, woh woh that is due to muslim supremacy, islam se koi talluq nahi hai. aap jante hain kuch jo nikle hain jo debater hain woh stage par khare ho kar lalkarte hain to musalmanon ko acha lagta hai aur taliyan bajate hain,</w:t>
      </w:r>
    </w:p>
    <w:p>
      <w:pPr>
        <w:jc w:val="right"/>
      </w:pPr>
      <w:r>
        <w:t>چیز آ گئی ہے اور میں اس کو نام دیتا ہوں مسلم سپریمیسیز۔ یہ سارا مسلم سپریمیسیز کا فینامینا ہے اور آج کل جو چلا ہے ڈیبیٹ کرتے ہیں لوگ، للکارتے ہیں اسٹیج پر اور تالیاں بجتی ہیں، وہ وہ دیٹ از ڈیو ٹو مسلم سپریمیسیز، اسلام سے کوئی تعلق نہیں ہے۔ آپ جانتے ہیں کچھ جو نکلے ہیں جو ڈیبیٹر ہیں وہ اسٹیج پر کھڑے ہو کر للکارتے ہیں تو مسلمانوں کو اچھا لگتا ہے اور تالیاں بجاتے ہیں،</w:t>
      </w:r>
    </w:p>
    <w:p>
      <w:r>
        <w:rPr>
          <w:b/>
        </w:rPr>
        <w:t xml:space="preserve">[1:06:32] </w:t>
      </w:r>
      <w:r>
        <w:t>that is due to muslim supremacy. ehsas bartari musalmanon mein bohat ziyada aa gaya hai jaisa ke yahood mein tha pehle, isi ka phenomena hai us waqt.</w:t>
      </w:r>
    </w:p>
    <w:p>
      <w:pPr>
        <w:jc w:val="right"/>
      </w:pPr>
      <w:r>
        <w:t>دیٹ از ڈیو ٹو مسلم سپریمیسیز۔ احساس برتری مسلمانوں میں بہت زیادہ آ گیا ہے جیسا کہ یہود میں تھا پہلے، اسی کا فینامینا ہے اس وقت۔</w:t>
      </w:r>
    </w:p>
    <w:p>
      <w:r>
        <w:rPr>
          <w:b/>
        </w:rPr>
        <w:t xml:space="preserve">[1:06:46] </w:t>
      </w:r>
      <w:r>
        <w:t>molana, agla sawal dilli se kiya hai ghayoor ul islam sahib ne aur unhon ne likha hai: "doctors aur common hindus hamein yeh keh rahe hain ke agar namaz se health aur shifa hai to tum log namaz parh kar bhi bimar kyun hote ho? halanke quran mein saaf saaf hai ke iman wale sukoon se rahenge aur be iman wale museebat mein. is ki is ki wazahat karen."</w:t>
      </w:r>
    </w:p>
    <w:p>
      <w:pPr>
        <w:jc w:val="right"/>
      </w:pPr>
      <w:r>
        <w:t>مولانا، اگلا سوال دلی سے کیا ہے غیور الاسلام صاحب نے اور انہوں نے لکھا ہے: "ڈاکٹرز اور کامن ہندوز ہمیں یہ کہہ رہے ہیں کہ اگر نماز سے ہیلتھ اور شفا ہے تو تم لوگ نماز پڑھ کر بھی بیمار کیوں ہوتے ہو؟ حالانکہ قرآن میں صاف صاف ہے کہ ایمان والے سکون سے رہیں گے اور بے ایمان والے مصیبت میں۔ اس کی اس کی وضاحت کریں۔"</w:t>
      </w:r>
    </w:p>
    <w:p>
      <w:r>
        <w:rPr>
          <w:b/>
        </w:rPr>
        <w:t xml:space="preserve">[1:07:14] </w:t>
      </w:r>
      <w:r>
        <w:t>aisi koi ayat hi nahi, yeh kaun si ayat aisi hai? aisi koi ayat nahi quran mein. aap ayat ke hawale se agle sunday sawal kijiyey, ayat ka hawale de kar ke, yeh to bilkul baseless baatein hain. yeh bhi baseless hai ke namaz parhne wale bimar nahi honge, sari duniya mein log bimar hote hain, hindu, christian, sabhi log, yeh koi baat nahi hai. ji, sare log marte hain, doosre musalman bhi marte hain,</w:t>
      </w:r>
    </w:p>
    <w:p>
      <w:pPr>
        <w:jc w:val="right"/>
      </w:pPr>
      <w:r>
        <w:t>ایسی کوئی آیت ہی نہیں، یہ کون سی آیت ایسی ہے؟ ایسی کوئی آیت نہیں قرآن میں۔ آپ آیت کے حوالے سے اگلے سنڈے سوال کیجیے، آیت کا حوالہ دے کر کے، یہ تو بالکل بیس لیس باتیں ہیں۔ یہ بھی بیس لیس ہے کہ نماز پڑھنے والے بیمار نہیں ہوں گے، ساری دنیا میں لوگ بیمار ہوتے ہیں، ہندو، کرسچن، سبھی لوگ، یہ کوئی بات نہیں ہے۔ جی، سارے لوگ مرتے ہیں، دوسرے مسلمان بھی مرتے ہیں،</w:t>
      </w:r>
    </w:p>
    <w:p>
      <w:r>
        <w:rPr>
          <w:b/>
        </w:rPr>
        <w:t xml:space="preserve">[1:07:45] </w:t>
      </w:r>
      <w:r>
        <w:t>yeh ek bilkul yeh to baseless baatein hain. aap reference dijiye, baghair reference ke kis baat ka jawab dein?</w:t>
      </w:r>
    </w:p>
    <w:p>
      <w:pPr>
        <w:jc w:val="right"/>
      </w:pPr>
      <w:r>
        <w:t>یہ ایک بالکل یہ تو بیس لیس باتیں ہیں۔ آپ ریفرنس دیجیے، بغیر ریفرنس کے کس بات کا جواب دیں؟</w:t>
      </w:r>
    </w:p>
    <w:p>
      <w:r>
        <w:rPr>
          <w:b/>
        </w:rPr>
        <w:t xml:space="preserve">[1:07:55] </w:t>
      </w:r>
      <w:r>
        <w:t>molana, agla sawal shakeel ahmed sahib ne kiya hai, unhon ne apni location nahi likhi hai, un ka sawal hai: "what is the difference between alam and mufakkir?"</w:t>
      </w:r>
    </w:p>
    <w:p>
      <w:pPr>
        <w:jc w:val="right"/>
      </w:pPr>
      <w:r>
        <w:t>مولانا، اگلا سوال شکیل احمد صاحب نے کیا ہے، انہوں نے اپنی لوکیشن نہیں لکھی ہے، ان کا سوال ہے: "واٹ از دا ڈیفرنس بٹوین عالم اینڈ مفکر؟"</w:t>
      </w:r>
    </w:p>
    <w:p>
      <w:r>
        <w:rPr>
          <w:b/>
        </w:rPr>
        <w:t xml:space="preserve">[1:08:10] </w:t>
      </w:r>
      <w:r>
        <w:t>bhai, alam ke maani hain janne wala, agar aap kisi baat ko jante hain to aap alam hain. to alam ka matlab simply janne wale ke liye hai, aap kisi madrasay se aap ko sand mili hai to aap sand yafta alam keh jayenge, lekin mufakkir to alag cheez hai. mufakkir ka matlab hai thinker, yani waqiat ka tajziya karna, haqiqaton ko tajziyati andaaz mein mutala karna, yeh alag ek cheez</w:t>
      </w:r>
    </w:p>
    <w:p>
      <w:pPr>
        <w:jc w:val="right"/>
      </w:pPr>
      <w:r>
        <w:t>بھئی، عالم کے معنی ہیں جاننے والا، اگر آپ کسی بات کو جانتے ہیں تو آپ عالم ہیں۔ تو عالم کا مطلب سمپلی جاننے والے کے لیے ہے، آپ کسی مدرسے سے آپ کو سند ملی ہے تو آپ سند یافتہ عالم کہہ جائیں گے، لیکن مفکر تو الگ چیز ہے۔ مفکر کا مطلب ہے تھنکر، یعنی واقعات کا تجزیہ کرنا، حقیقتوں کو تجزیاتی انداز میں مطالعہ کرنا، یہ الگ ایک چیز</w:t>
      </w:r>
    </w:p>
    <w:p>
      <w:r>
        <w:rPr>
          <w:b/>
        </w:rPr>
        <w:t xml:space="preserve">[1:08:40] </w:t>
      </w:r>
      <w:r>
        <w:t>hai. jo main ne misaal di thi ke wisdom kya hai, wisdom is the ability to discover the relevant by sorting out the irrelevant, yeh sab jo kaam kare woh mufakkir hai. baqi sand kisi ke paas hai, us ke woh alag cheez hai. sand yafta alam hona ek alag cheez hai, mufakkir hona ek alag cheez hai.</w:t>
      </w:r>
    </w:p>
    <w:p>
      <w:pPr>
        <w:jc w:val="right"/>
      </w:pPr>
      <w:r>
        <w:t>ہے۔ جو میں نے مثال دی تھی کہ وزڈم کیا ہے، وزڈم از دا ایبیلیٹی ٹو ڈسکور دا ریلیونٹ بائی سارٹنگ آؤٹ دا اری ریلیونٹ، یہ سب جو کام کرے وہ مفکر ہے۔ باقی سند کسی کے پاس ہے، اس کے وہ الگ چیز ہے۔ سند یافتہ عالم ہونا ایک الگ چیز ہے، مفکر ہونا ایک الگ چیز ہے۔</w:t>
      </w:r>
    </w:p>
    <w:p>
      <w:r>
        <w:rPr>
          <w:b/>
        </w:rPr>
        <w:t xml:space="preserve">[1:09:09] </w:t>
      </w:r>
      <w:r>
        <w:t>okay, so.</w:t>
      </w:r>
    </w:p>
    <w:p>
      <w:pPr>
        <w:jc w:val="right"/>
      </w:pPr>
      <w:r>
        <w:t>اوکے، سو.</w:t>
      </w:r>
    </w:p>
    <w:p>
      <w:r>
        <w:rPr>
          <w:b/>
        </w:rPr>
        <w:t xml:space="preserve">[1:09:10] </w:t>
      </w:r>
      <w:r>
        <w:t>mufakkir hone ka matlab hai ke aadmi ke paas yani woh power analysis ho, woh relevant aur irrelevant ka farq jaane, woh tajziya kar ke lead de sake, woh ek alag hi cheez hai.</w:t>
      </w:r>
    </w:p>
    <w:p>
      <w:pPr>
        <w:jc w:val="right"/>
      </w:pPr>
      <w:r>
        <w:t>مفکر ہونے کا مطلب ہے کہ آدمی کے پاس یعنی وہ پاور انلسس ہو، وہ ریلیونٹ اور اری ریلیونٹ کا فرق جانے، وہ تجزیہ کر کے لیڈ دے سکے، وہ ایک الگ ہی چیز ہے۔</w:t>
      </w:r>
    </w:p>
    <w:p>
      <w:r>
        <w:rPr>
          <w:b/>
        </w:rPr>
        <w:t xml:space="preserve">[1:09:30] </w:t>
      </w:r>
      <w:r>
        <w:t>okay, so we will end the question answer session, we will be back next week same time 10:30 am. thank you.</w:t>
      </w:r>
    </w:p>
    <w:p>
      <w:pPr>
        <w:jc w:val="right"/>
      </w:pPr>
      <w:r>
        <w:t>اوکے، سو وی ویل اینڈ دی کوئسچن انسر سیشن، وی ویل بی بیک نیکسٹ ویک سیم ٹائم 10:30 اے ایم۔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