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 Book of Guidance | August 3, 2014</w:t>
      </w:r>
    </w:p>
    <w:p>
      <w:r>
        <w:t>https://www.youtube.com/watch?v=OO6VwFy9Nto</w:t>
      </w:r>
    </w:p>
    <w:p>
      <w:r>
        <w:rPr>
          <w:b/>
        </w:rPr>
        <w:t xml:space="preserve">[00:20] </w:t>
      </w:r>
      <w:r>
        <w:t>bismillah hir rahman nir rahim, wa salallahu ala nabi il kareem. rab ishrah li sadri, wa yassir li amri, wah lul uqdatan min lisani yafqahu qawli. aaj ka topic hai: quran ki pairvi. surah furqan ki</w:t>
      </w:r>
    </w:p>
    <w:p>
      <w:pPr>
        <w:jc w:val="right"/>
      </w:pPr>
      <w:r>
        <w:t>بسم اللہ الرحمن الرحیم، وصلی اللہ علی النبی الکریم۔ رب اشرح لی صدری، ویسر لی امری، واحل العقدۃ من لسانی یفقہ قولی۔ آج کا ٹاپک ہے: قرآن کی پیروی۔ سورہ الفرقان کی</w:t>
      </w:r>
    </w:p>
    <w:p>
      <w:r>
        <w:rPr>
          <w:b/>
        </w:rPr>
        <w:t xml:space="preserve">[00:50] </w:t>
      </w:r>
      <w:r>
        <w:t>ek ayat hai jis ke alfaaz yeh hain: وَقَالَ الرَّسُولُ يَا رَبِّ إِنَّ قَوْمِي اتَّخَذُوا هَذَا الْقُرْآنَ مَهْجُورًا yani rasool ne kaha ke aye mere rab, meri ummat ne quran ko chhori hui kitab bana diya, abandoned book.</w:t>
      </w:r>
    </w:p>
    <w:p>
      <w:pPr>
        <w:jc w:val="right"/>
      </w:pPr>
      <w:r>
        <w:t>ایک آیت ہے جس کے الفاظ یہ ہیں: وَقَالَ الرَّسُولُ يَا رَبِّ إِنَّ قَوْمِي اتَّخَذُوا هَذَا الْقُرْآنَ مَهْجُورًا یعنی رسول نے کہا کہ اے میرے رب، میری امت نے قرآن کو چھوڑی ہوئی کتاب بنا دیا، abandoned book۔</w:t>
      </w:r>
    </w:p>
    <w:p>
      <w:r>
        <w:rPr>
          <w:b/>
        </w:rPr>
        <w:t xml:space="preserve">[01:22] </w:t>
      </w:r>
      <w:r>
        <w:t>tamam mufassireen yeh mante hain ke is mein rasool se murad hai Muhammad sallallahu alaihi wasallam, aur yeh baat aap kahenge qyamat mein. to yeh ayat bohat hi hila dene wali ayat hai. aap ghor kijiyey ke rasool Allah qyamat mein yeh gawahi denge Allah ke samne ke mere baad, rasool Allah sallallahu alaihi wasallam ke baad jo zamana hai,</w:t>
      </w:r>
    </w:p>
    <w:p>
      <w:pPr>
        <w:jc w:val="right"/>
      </w:pPr>
      <w:r>
        <w:t>تمام مفسرین یہ مانتے ہیں کہ اس میں رسول سے مراد ہے محمد صلی اللہ علیہ وسلم، اور یہ بات آپ کہیں گے اقامت میں۔ تو یہ آیت بہت ہی ہلا دینے والی آیت ہے۔ آپ غور کیجیے کہ رسول اللہ قیامت میں یہ گواہی دیں گے اللہ کے سامنے کہ میرے بعد، رسول اللہ صلی اللہ علیہ وسلم کے بعد جو زمانہ ہے،</w:t>
      </w:r>
    </w:p>
    <w:p>
      <w:r>
        <w:rPr>
          <w:b/>
        </w:rPr>
        <w:t xml:space="preserve">[01:52] </w:t>
      </w:r>
      <w:r>
        <w:t>jis ko kehte hain qurun e salasa, qurun e salasa ke baad ka jo daur hai, is pure daur par yeh ayat saadiq aati hai. koi wajah nahi ke aap is ayat se qurun e salasa ke baad ke zamane ko mustasna karen. is ka matlab yeh hai ke rasool Allah yeh keh rahe hain ke rasool ke baad aur un teen adwaar ke baad, jis ki shahadat aap ne di hai ke</w:t>
      </w:r>
    </w:p>
    <w:p>
      <w:pPr>
        <w:jc w:val="right"/>
      </w:pPr>
      <w:r>
        <w:t>جس کو کہتے ہیں قرون الثلاثہ، قرون الثلاثہ کے بعد کا جو دور ہے، اس پورے دور پر یہ آیت صادق ہوتی ہے۔ کوئی وجہ نہیں کہ آپ اس آیت سے قرون الثلاثہ کے بعد کے زمانے کو مستثنیٰ کریں۔ اس کا مطلب یہ ہے کہ رسول اللہ یہ کہہ رہے ہیں کہ رسول کے بعد اور ان تین ادوار کے بعد، جس کی شہادت آپ نے دی ہے کہ</w:t>
      </w:r>
    </w:p>
    <w:p>
      <w:r>
        <w:rPr>
          <w:b/>
        </w:rPr>
        <w:t xml:space="preserve">[02:22] </w:t>
      </w:r>
      <w:r>
        <w:t>is mein millat baqi rahe gi, is ke baad ka pura daur is ke tehat aata hai. bohat hi tadpa dene wali ayat hai. yani rasool ka zamana, sahaba ka zamana, aur tabieen ka zamana. in teen zamanon ko kaha jata hai qurun mashhooda bil khair. to pura pura zamana</w:t>
      </w:r>
    </w:p>
    <w:p>
      <w:pPr>
        <w:jc w:val="right"/>
      </w:pPr>
      <w:r>
        <w:t>اس میں ملت باقی رہے گی، اس کے بعد کا پورا دور اس کے تحت آتا ہے۔ بہت ہی تڑپا دینے والی آیت ہے۔ یعنی رسول کا زمانہ، صحابہ کا زمانہ، اور تابعین کا زمانہ۔ ان تین زمانوں کو کہا جاتا ہے قرون مشہودہ بالخیر۔ تو پورا پورا زمانہ</w:t>
      </w:r>
    </w:p>
    <w:p>
      <w:r>
        <w:rPr>
          <w:b/>
        </w:rPr>
        <w:t xml:space="preserve">[02:53] </w:t>
      </w:r>
      <w:r>
        <w:t>woh hai jab koi quran ko ummat chhor degi, quran ko abandoned book bana degi. main bohat der se soch raha tha is ka matlab kya hai, kyunke tafseeron mein yeh baat to wazeh hai ke yahan rasool se murad Muhammad sallallahu alaihi wasallam hain, aur yeh baat aap kahenge qyamat mein, aur apne baad ki jo ummat hai, rasool Allah ke baad ki jo ummat hai,</w:t>
      </w:r>
    </w:p>
    <w:p>
      <w:pPr>
        <w:jc w:val="right"/>
      </w:pPr>
      <w:r>
        <w:t>وہ ہے جب کوئی قرآن کو امت چھوڑ دے گی، قرآن کو abandoned book بنا دے گی۔ میں بہت دیر سے سوچ رہا تھا اس کا مطلب کیا ہے، کیونکہ تفسیروں میں یہ بات تو واضح ہے کہ یہاں رسول سے مراد محمد صلی اللہ علیہ وسلم ہیں، اور یہ بات آپ کہیں گے قیامت میں، اور اپنے بعد کی جو امت ہے، رسول اللہ کے بعد کی جو امت ہے،</w:t>
      </w:r>
    </w:p>
    <w:p>
      <w:r>
        <w:rPr>
          <w:b/>
        </w:rPr>
        <w:t xml:space="preserve">[03:23] </w:t>
      </w:r>
      <w:r>
        <w:t>to woh apne baad ke zamane mein quran ko chhor degi. yeh baatein tafseeron mein likhi hui hain, lekin chhorne ka matlab kya hai, yeh wazeh nahi. chhorne ka matlab kya hai, yeh wazeh nahi. to aaj ek waqea guzra jis se mujhe ek clue mila, ek clue jis se maine samjha ke</w:t>
      </w:r>
    </w:p>
    <w:p>
      <w:pPr>
        <w:jc w:val="right"/>
      </w:pPr>
      <w:r>
        <w:t>تو وہ اپنے بعد کے زمانے میں قرآن کو چھوڑ دے گی۔ یہ باتیں تفسیروں میں لکھی ہوئی ہیں، لیکن چھوڑنے کا مطلب کیا ہے، یہ واضح نہیں۔ چھوڑنے کا مطلب کیا ہے، یہ واضح نہیں۔ تو آج ایک واقعہ گزرا جس سے مجھے ایک کلُّو ملا، ایک کلُّو جس سے میں نے سمجھا کہ</w:t>
      </w:r>
    </w:p>
    <w:p>
      <w:r>
        <w:rPr>
          <w:b/>
        </w:rPr>
        <w:t xml:space="preserve">[03:53] </w:t>
      </w:r>
      <w:r>
        <w:t>is ka matlab yeh hai. woh matlab hai quran ko re-apply na kar sakna. dekhiye, yeh ek waqea hai ke zamana badalta hai hamesha. jaise hazrat ibrahim ke zamane mein kaba buton se pak tha, rasool Allah aaye to us mein but sainkaron ki tadad mein maujood the, to zamana badal gaya.</w:t>
      </w:r>
    </w:p>
    <w:p>
      <w:pPr>
        <w:jc w:val="right"/>
      </w:pPr>
      <w:r>
        <w:t>اس کا مطلب یہ ہے۔ وہ مطلب ہے قرآن کو ری اپلائی نہ کر سکنا۔ دیکھیے، یہ ایک واقعہ ہے کہ زمانہ بدلتا ہے ہمیشہ۔ جیسے حضرت ابراہیم کے زمانے میں کعبہ بتوں سے پاک تھا، رسول اللہ آئے تو اس میں بت سینکڑوں کی تعداد میں موجود تھے، تو زمانہ بدل گیا۔</w:t>
      </w:r>
    </w:p>
    <w:p>
      <w:r>
        <w:rPr>
          <w:b/>
        </w:rPr>
        <w:t xml:space="preserve">[04:26] </w:t>
      </w:r>
      <w:r>
        <w:t>to zamana hamesha badalta hai. to is ayat ka matlab yeh hai ke rasool Allah yeh farma rahe hain ke baad ke zamane mein meri ummat quran ka re-application daryaft na kar saki, bhatakti rahi woh. is tarah is ne quran ko abandoned book bana diya. in terms of re-application,</w:t>
      </w:r>
    </w:p>
    <w:p>
      <w:pPr>
        <w:jc w:val="right"/>
      </w:pPr>
      <w:r>
        <w:t>تو زمانہ ہمیشہ بدلتا ہے۔ تو اس آیت کا مطلب یہ ہے کہ رسول اللہ یہ فرما رہے ہیں کہ بعد کے زمانے میں میری امت قرآن کا ری ایپلیکیشن دریافت نہ کر سکی، بھٹکتی رہی وہ۔ اس طرح اس نے قرآن کو abandoned book بنا دیا۔ In terms of re-application،</w:t>
      </w:r>
    </w:p>
    <w:p>
      <w:r>
        <w:rPr>
          <w:b/>
        </w:rPr>
        <w:t xml:space="preserve">[04:57] </w:t>
      </w:r>
      <w:r>
        <w:t>in terms of tilawat nahi, in terms of tilawat nahi, woh to kabhi aisa nahi hota ke tilawat na ki jaye. har qaum, har mazhab apni kitab ki tilawat karta rehta hai. to yeh abandoned book ya kitab mehjoor banana, yeh tha in terms of re-application. yeh matlab hai. aur yeh re-appli</w:t>
      </w:r>
    </w:p>
    <w:p>
      <w:pPr>
        <w:jc w:val="right"/>
      </w:pPr>
      <w:r>
        <w:t>in terms of تلاوت نہیں، in terms of تلاوت نہیں، وہ تو کبھی ایسا نہیں ہوتا کہ تلاوت نہ کی جائے۔ ہر قوم، ہر مذہب اپنی کتاب کی تلاوت کرتا رہتا ہے۔ تو یہ abandoned book یا کتاب مہجور بنانا، یہ تھا in terms of re-application۔ یہ مطلب ہے۔ اور یہ ری ایپل</w:t>
      </w:r>
    </w:p>
    <w:p>
      <w:r>
        <w:rPr>
          <w:b/>
        </w:rPr>
        <w:t xml:space="preserve">[05:27] </w:t>
      </w:r>
      <w:r>
        <w:t>cation bohat pehle shuru ho gaya tha. misaal ke taur par dekhiye, terahveen sadi mein jab tatariyon ne hamla kiya, abbasi hukumat ko khatam kiya, to that was time of re-application of the quran. to log yahi jante the ke ladna, ladna, ladna. pehle daur mein ladai bhadai hui to us mein se ab bhi ladna hi ladna hai.</w:t>
      </w:r>
    </w:p>
    <w:p>
      <w:pPr>
        <w:jc w:val="right"/>
      </w:pPr>
      <w:r>
        <w:t>یکیشن بہت پہلے شروع ہو گیا تھا۔ مثال کے طور پر دیکھیے، تیرہویں صدی میں جب تاتاریوں نے حملہ کیا، عباسی حکومت کو ختم کیا، تو that was time of re-application of the قرآن۔ تو لوگ یہی جانتے تھے کہ لڑنا، لڑنا، لڑنا۔ پہلے دور میں لڑائی بھڑائی ہوئی تو اس میں سے اب بھی لڑنا ہی لڑنا ہے۔</w:t>
      </w:r>
    </w:p>
    <w:p>
      <w:r>
        <w:rPr>
          <w:b/>
        </w:rPr>
        <w:t xml:space="preserve">[05:58] </w:t>
      </w:r>
      <w:r>
        <w:t>ab zamana badal chuka tha, halaat badal chuke the, ab re-apply karna tha. woh kya tha? ke ab ladaai ke bajaye dawat. yaani tatariyon ke saath ladaai ke bajaye tatariyon ke upar quran ki dawat pesh karna. to Allah taala ne is ko practically is ka demonstration diya. agarche log</w:t>
      </w:r>
    </w:p>
    <w:p>
      <w:pPr>
        <w:jc w:val="right"/>
      </w:pPr>
      <w:r>
        <w:t>اب زمانہ بدل چکا تھا، حالات بدل چکے تھے، اب ری اپلائی کرنا تھا۔ وہ کیا تھا؟ کہ اب لڑائی کے بجائے دعوت۔ یعنی تاتاریوں کے ساتھ لڑنے کے بجائے تاتاریوں کے اوپر قرآن کی دعوت پیش کرنا۔ تو اللہ تعالی نے اس کو practically اس کا demonstration دیا۔ اگرچہ لوگ</w:t>
      </w:r>
    </w:p>
    <w:p>
      <w:r>
        <w:rPr>
          <w:b/>
        </w:rPr>
        <w:t xml:space="preserve">[06:28] </w:t>
      </w:r>
      <w:r>
        <w:t>is ko parh nahi sake. is waqt ke top ke ulama, jaise ibn taimiya waghera, ne fatwa diya ke tatariyon se lada jaye. lekin hua kuch bhi nahi. in logon ki ladaai se tatari masla khatm nahi hua. khatm kaise hua? dawat se. aise asbab paida hue ke apne aap tatariyon ke darmiyan islam ki dawat phail</w:t>
      </w:r>
    </w:p>
    <w:p>
      <w:pPr>
        <w:jc w:val="right"/>
      </w:pPr>
      <w:r>
        <w:t>اس کو پڑھ نہیں سکے۔ اس وقت کے ٹاپ کے علماء، جیسے ابن تیمیہ وغیرہ، نے فتویٰ دیا کہ تاتاریوں سے لڑا جائے۔ لیکن ہوا کچھ بھی نہیں۔ ان لوگوں کی لڑائی سے تاتاری مسئلہ ختم نہیں ہوا۔ ختم کیسے ہوا؟ دعوت سے۔ ایسے اسباب پیدا ہوئے کہ اپنے آپ تاتاریوں کے درمیان اسلام کی دعوت پھیل</w:t>
      </w:r>
    </w:p>
    <w:p>
      <w:r>
        <w:rPr>
          <w:b/>
        </w:rPr>
        <w:t xml:space="preserve">[06:58] </w:t>
      </w:r>
      <w:r>
        <w:t>ne lagi. aur woh tehqeeq kar ke, Arnold Tane bhi ne likha hai, ke hua yeh ke jab tatariyon ne fateh kar liya, abbasi hukumat ko khatm kar diya, to bohat zyada unhon ne ghulam banaye, auratein aur mard dono ko, hazaron hazar ki tadad mein, pakar kar le gaye apne gharon mein. sara kaam un se karwate the. to har ghar mein,</w:t>
      </w:r>
    </w:p>
    <w:p>
      <w:pPr>
        <w:jc w:val="right"/>
      </w:pPr>
      <w:r>
        <w:t>نے لگی۔ اور وہ تحقیق کر کے، Arnold Tane بھی نے لکھا ہے، کہ ہوا یہ کہ جب تاتاریوں نے فتح کر لیا، عباسی حکومت کو ختم کر دیا، تو بہت زیادہ انہوں نے غلام بنائے، عورتیں اور مرد دونوں کو، ہزاروں ہزار کی تعداد میں، پکڑ کر لے گئے اپنے گھروں میں۔ سارا کام ان سے کرواتے تھے۔ تو ہر گھر میں،</w:t>
      </w:r>
    </w:p>
    <w:p>
      <w:r>
        <w:rPr>
          <w:b/>
        </w:rPr>
        <w:t xml:space="preserve">[07:28] </w:t>
      </w:r>
      <w:r>
        <w:t>tatariyon ke har ghar mein, muslim auratein aur muslim mard bator ghulam ke hazaron ki tadad mein wahan aa gaye. ab kya tha ke woh kuch na kuch quran ki interaction jo hota tha, un interaction ke darmiyan kuch na kuch baatein un tak pohnchne lagin. maslan ek musalman ko cheenk aayi, us ne kaha Alhamdulillah, tatari ne poocha yeh kya cheez hai?</w:t>
      </w:r>
    </w:p>
    <w:p>
      <w:pPr>
        <w:jc w:val="right"/>
      </w:pPr>
      <w:r>
        <w:t>تاتاریوں کے ہر گھر میں، مسلم عورتیں اور مسلم مرد بطور غلام کے ہزاروں کی تعداد میں وہاں آ گئے۔ اب کیا تھا کہ وہ کچھ نہ کچھ قرآن کی interaction جو ہوتا تھا، ان interaction کے دوران کچھ نہ کچھ باتیں ان تک پہنچنے لگیں۔ مثلاً ایک مسلمان کو چھینک آئی، اس نے کہا الحمدللہ، تاتاری نے پوچھا یہ کیا چیز ہے؟</w:t>
      </w:r>
    </w:p>
    <w:p>
      <w:r>
        <w:rPr>
          <w:b/>
        </w:rPr>
        <w:t xml:space="preserve">[08:00] </w:t>
      </w:r>
      <w:r>
        <w:t>yeh kya cheez hai? to unhon ne explain kiya. namaz ka waqt aaya, ek musalman ne wuzu kiya, tatari ne poocha ke bhai yeh kya cheez hai? is tarah se interaction ke darmiyan islam ka taaruf hone laga aur quran un tak pohnchne laga. aur phir dheere dheere un ke dil mein islam dakhil hone laga. is tarah jo kaam musalmanon ke jihad o qital se nahi hua tha, woh dawat ke zariye ho gaya.</w:t>
      </w:r>
    </w:p>
    <w:p>
      <w:pPr>
        <w:jc w:val="right"/>
      </w:pPr>
      <w:r>
        <w:t>یہ کیا چیز ہے؟ تو انہوں نے explain کیا۔ نماز کا وقت آیا، ایک مسلمان نے وضو کیا، تاتاری نے پوچھا کہ بھئی یہ کیا چیز ہے؟ اس طرح سے interaction کے دوران اسلام کا تعارف ہونے لگا اور قرآن ان تک پہنچنے لگا۔ اور پھر دھیرے دھیرے ان کے دل میں اسلام داخل ہونے لگا۔ اس طرح جو کام مسلمانوں کے جہاد و قتال سے نہیں ہوا تھا، وہ دعوت کے ذریعے ہو گیا۔</w:t>
      </w:r>
    </w:p>
    <w:p>
      <w:r>
        <w:rPr>
          <w:b/>
        </w:rPr>
        <w:t xml:space="preserve">[08:31] </w:t>
      </w:r>
      <w:r>
        <w:t>yeh Allah taala ne ek demonstration dikhaya ke jab halaat badal jayen to tum ko re-application talash karna chahiye. yeh nahi ke wahi talwar chalate raho. lekin is baat ko kisi ne wazeh nahi kiya, is liye abhi tak qaum is se bekhabar hai. ab is ki ek aur misaal lijiye, is maamle ko samajhne ke liye. 1948 mein,</w:t>
      </w:r>
    </w:p>
    <w:p>
      <w:pPr>
        <w:jc w:val="right"/>
      </w:pPr>
      <w:r>
        <w:t>یہ اللہ تعالی نے ایک demonstration دکھایا کہ جب حالات بدل جائیں تو تم کو re-application تلاش کرنا چاہیے۔ یہ نہیں کہ وہی تلوار چلاتے رہو۔ لیکن اس بات کو کسی نے واضح نہیں کیا، اس لیے ابھی تک قوم اس سے بے خبر ہے۔ اب اس کی ایک اور مثال لیجیے، اس معاملے کو سمجھنے کے لیے۔ 1948 میں،</w:t>
      </w:r>
    </w:p>
    <w:p>
      <w:r>
        <w:rPr>
          <w:b/>
        </w:rPr>
        <w:t xml:space="preserve">[09:02] </w:t>
      </w:r>
      <w:r>
        <w:t>1948 tak falasteen par musalmanon ki hukumat thi, taqreeban 800 saal tak, ya is se zyada. to 1948 mein yeh hua ke chunke britania ka iqtadar tha, to mukhtalif asbab ki baat ki, unhon ne jaise india ka partition kiya, unhon ne falasteen ka bhi partition kar diya. jis ko kehte hain Balfour Verdict.</w:t>
      </w:r>
    </w:p>
    <w:p>
      <w:pPr>
        <w:jc w:val="right"/>
      </w:pPr>
      <w:r>
        <w:t>1948 تک فلسطین پر مسلمانوں کی حکومت تھی، تقریباً 800 سال تک، یا اس سے زیادہ۔ تو 1948 میں یہ ہوا کہ چونکہ برطانیہ کا اقتدار تھا، تو مختلف اسباب کی بات کی، انہوں نے جیسے انڈیا کا partition کیا، انہوں نے فلسطین کا بھی partition کر دیا۔ جس کو کہتے ہیں Balfour Verdict۔</w:t>
      </w:r>
    </w:p>
    <w:p>
      <w:r>
        <w:rPr>
          <w:b/>
        </w:rPr>
        <w:t xml:space="preserve">[09:33] </w:t>
      </w:r>
      <w:r>
        <w:t>Roughly aadha diya unhon ne yahudiyon ko, aadha diya arabon ko. aur jo best hissa tha, jo lion's share tha, woh arabon ko mila. yeh arabon ne sare arab duniya mein jitne arab ulama the, sab ke sab fatwa dene lage ke maro, maro un ko, bhagao yahudiyon ko. yeh wahi kiya, wahi ghalti jo tatariyon ke zamane mein hui. dekhiye, yeh Jewish occupation ka maamla nahi tha.</w:t>
      </w:r>
    </w:p>
    <w:p>
      <w:pPr>
        <w:jc w:val="right"/>
      </w:pPr>
      <w:r>
        <w:t>Roughly آدھا دیا انہوں نے یہودیوں کو، آدھا دیا عربوں کو۔ اور جو best حصہ تھا، جو lion's share تھا، وہ عربوں کو ملا۔ یہ عربوں نے سارے عرب دنیا میں جتنے عرب علماء تھے، سب کے سب فتویٰ دینے لگے کہ مارو، مارو ان کو، بھگاؤ یہودیوں کو۔ یہ وہی کیا، وہی غلطی جو تاتاریوں کے زمانے میں ہوئی۔ دیکھیے، یہ Jewish occupation کا معاملہ نہیں تھا۔</w:t>
      </w:r>
    </w:p>
    <w:p>
      <w:r>
        <w:rPr>
          <w:b/>
        </w:rPr>
        <w:t xml:space="preserve">[10:05] </w:t>
      </w:r>
      <w:r>
        <w:t>yeh age mein change ka maamla tha. Change in the age ya change of the age ka maamla tha. yaani zamane mein tabdeeli ka maamla tha. yahudi occupation ka maamla nahi tha yeh. woh kaise? jo yahudi chale gaye the diaspora mein, yaani babal ki hukumat, babal ke badshah ne hamla kiya falasteen par, iran ke badsh</w:t>
      </w:r>
    </w:p>
    <w:p>
      <w:pPr>
        <w:jc w:val="right"/>
      </w:pPr>
      <w:r>
        <w:t>یہ age میں change کا معاملہ تھا۔ Change in the age یا change of the age کا معاملہ تھا۔ یعنی زمانے میں تبدیلی کا معاملہ تھا۔ یہودی occupation کا معاملہ نہیں تھا یہ۔ وہ کیسے؟ جو یہودی چلے گئے تھے diaspora میں، یعنی بابل کی حکومت، بابل کے بادشاہ نے حملہ کیا فلسطین پر، ایران کے بادش</w:t>
      </w:r>
    </w:p>
    <w:p>
      <w:r>
        <w:rPr>
          <w:b/>
        </w:rPr>
        <w:t xml:space="preserve">[10:35] </w:t>
      </w:r>
      <w:r>
        <w:t>ah ne hamla kiya falasteen par, jo quran mein mazkoor hai, martain ke lafz ke saath. to yahudi chale gaye diaspora mein. jab Balfour Verdict ke tehat falasteen ke aadhe hisse par yahudiyon ko de diya gaya qabza, to wahan se wapas aane lage, wapas aane lage. is ka matlab kya hua? yeh ke jo yahudi diaspora mein the, woh ikhatta ho gaye falasteen mein bator madu. kaisi ajeeb baat</w:t>
      </w:r>
    </w:p>
    <w:p>
      <w:pPr>
        <w:jc w:val="right"/>
      </w:pPr>
      <w:r>
        <w:t>اہ نے حملہ کیا فلسطین پر، جو قرآن میں مذکور ہے، مرتین کے لفظ کے ساتھ۔ تو یہودی چلے گئے diaspora میں۔ جب Balfour Verdict کے تحت فلسطین کے آدھے حصے پر یہودیوں کو دے دیا گیا قبضہ، تو وہاں سے واپس آنے لگے، واپس آنے لگے۔ اس کا معنی کیا ہوا؟ یہ کہ جو یہودی diaspora میں تھے، وہ اکٹھا ہو گئے فلسطین میں بطور مدعو۔ کیسی عجیب بات</w:t>
      </w:r>
    </w:p>
    <w:p>
      <w:r>
        <w:rPr>
          <w:b/>
        </w:rPr>
        <w:t xml:space="preserve">[11:05] </w:t>
      </w:r>
      <w:r>
        <w:t>hai ke sare yahudi aap ke madu ban gaye, khud falasteen mein. yaani aap ke paros mein aa gaye woh. jo diaspora mein the yahudi, woh aap ke paros mein aa gaye. to aap un ko dawat ka kaam karte? aise hi dekhiye, yeh jo ilaqa tha, yahudiyon ne aa kar bohat taraqqi di. yeh jo ilaqa tha falasteen ka, yahan bohat zyada</w:t>
      </w:r>
    </w:p>
    <w:p>
      <w:pPr>
        <w:jc w:val="right"/>
      </w:pPr>
      <w:r>
        <w:t>ہے کہ سارے یہودی آپ کے مدعو بن گئے، خود فلسطین میں۔ یعنی آپ کے پڑوس میں آ گئے وہ۔ جو diaspora میں تھے یہودی، وہ آپ کے پڑوس میں آ گئے۔ تو آپ ان کو دعوت کا کام کرتے؟ ایسے ہی دیکھیے، یہ جو علاقہ تھا، یہودیوں نے آ کر بہت ترقی دی۔ یہ جو علاقہ تھا فلسطین کا، یہاں بہت زیادہ</w:t>
      </w:r>
    </w:p>
    <w:p>
      <w:r>
        <w:rPr>
          <w:b/>
        </w:rPr>
        <w:t xml:space="preserve">[11:36] </w:t>
      </w:r>
      <w:r>
        <w:t>historical monuments hain, bohat zyada. is liye tourist spot wahan par bohat zyada hai. to jab israel ne jab develop kiya falasteen ko, to tourism bohat barh gaya. isi zamane mein tourism bhi aaya, pehle zamane mein tourism to tha nahi. jab communication aaya, tab tourism aaya. to ek taraf to yahudi jo hain, jo diaspora mein the, woh aap ke madu ban gaye, aap</w:t>
      </w:r>
    </w:p>
    <w:p>
      <w:pPr>
        <w:jc w:val="right"/>
      </w:pPr>
      <w:r>
        <w:t>historical monuments ہیں، بہت زیادہ۔ اس لیے tourist spot وہاں پر بہت زیادہ ہے۔ تو جب اسرائیل نے جب develop کیا فلسطین کو، تو tourism بہت بڑھ گیا۔ اسی زمانے میں tourism بھی آیا، پہلے زمانے میں tourism تو تھا نہیں۔ جب communication آیا، تب tourism آیا۔ تو ایک طرف تو یہودی جو ہیں، جو diaspora میں تھے، وہ آپ کے مدعو بن گئے، آپ</w:t>
      </w:r>
    </w:p>
    <w:p>
      <w:r>
        <w:rPr>
          <w:b/>
        </w:rPr>
        <w:t xml:space="preserve">[12:06] </w:t>
      </w:r>
      <w:r>
        <w:t>ke paros mein aa kar bas gaye. doosri taraf jo historical monuments wahan par hain, us ki wajah se sari duniya se tourists aane lage, bohat zyada. woh bhi madu the aap ke, woh bhi aap ke madu the. isi zamane mein communication bhi aaya. to communication ko istemal kar ke aap bohat zabardast dawat kar sakte the, yahudiyon ke darmiyan aur tourists ke darmiyan.</w:t>
      </w:r>
    </w:p>
    <w:p>
      <w:pPr>
        <w:jc w:val="right"/>
      </w:pPr>
      <w:r>
        <w:t>کے پڑوس میں آ کر بس گئے۔ دوسری طرف جو historical monuments وہاں پر ہیں، اس کی وجہ سے ساری دنیا سے tourists آنے لگے، بہت زیادہ۔ وہ بھی مدعو تھے آپ کے، وہ بھی آپ کے مدعو تھے۔ اسی زمانے میں communication بھی آیا۔ تو communication کو استعمال کر کے آپ بہت زبردست دعوت کر سکتے تھے، یہودیوں کے درمیان اور tourists کے درمیان۔</w:t>
      </w:r>
    </w:p>
    <w:p>
      <w:r>
        <w:rPr>
          <w:b/>
        </w:rPr>
        <w:t xml:space="preserve">[12:38] </w:t>
      </w:r>
      <w:r>
        <w:t>aur wahan par aap printing press se faida utha sakte the. to chunke naye halaat mein nahi samajh sake ke ab hamein karna kya hai, yaani re-application ko daryaft nahi kar sake. maazi mein yahi tha ke maro, maar ke qabza karo. to woh samjhe ke abhi bhi maar ke qabza karna hai. ab zamana badal chuka tha. ab woh zamana hi khatm ho chuka tha jab ke koi fauj ghus jaye aur qabza kar le.</w:t>
      </w:r>
    </w:p>
    <w:p>
      <w:pPr>
        <w:jc w:val="right"/>
      </w:pPr>
      <w:r>
        <w:t>اور وہاں پر آپ printing press سے فائدہ اٹھا سکتے تھے۔ تو چونکہ نئے حالات میں نہیں سمجھ سکے کہ اب ہمیں کرنا کیا ہے، یعنی re-application کو دریافت نہیں کر سکے۔ ماضی میں یہی تھا کہ مارو، مار کے قبضہ کرو۔ تو وہ سمجھے کہ ابھی بھی مار کے قبضہ کرنا ہے۔ اب زمانہ بدل چکا تھا۔ اب وہ زمانہ ہی ختم ہو چکا تھا جب کہ کوئی فوج گھس جائے اور قبضہ کر لے۔</w:t>
      </w:r>
    </w:p>
    <w:p>
      <w:r>
        <w:rPr>
          <w:b/>
        </w:rPr>
        <w:t xml:space="preserve">[13:10] </w:t>
      </w:r>
      <w:r>
        <w:t>yeh age of nationalism hai, yeh age of kingsship nahi hai. That was phenomenon of kingsship, woh khatm ho chuka. ab jo hai age of nationalism hai. ab maar ke kahin ghus jayein aur qabza kar lein, woh mumkin nahi hai. to in logon ne naye halaat mein islam ka application daryaft nahi kar sake, aur 60 baras se lad rahe hain, lad rahe hain, lad rahe hain.</w:t>
      </w:r>
    </w:p>
    <w:p>
      <w:pPr>
        <w:jc w:val="right"/>
      </w:pPr>
      <w:r>
        <w:t>یہ age of nationalism ہے، یہ age of kingsship نہیں ہے۔ That was phenomenon of kingsship، وہ ختم ہو چکا۔ اب جو ہے age of nationalism ہے۔ اب مار کے کہیں گھس جائیں اور قبضہ کر لیں، وہ ممکن نہیں ہے۔ تو ان لوگوں نے نئے حالات میں اسلام کا application دریافت نہیں کر سکے، اور 60 برس سے لڑ رہے ہیں، لڑ رہے ہیں، لڑ رہے ہیں۔</w:t>
      </w:r>
    </w:p>
    <w:p>
      <w:r>
        <w:rPr>
          <w:b/>
        </w:rPr>
        <w:t xml:space="preserve">[13:41] </w:t>
      </w:r>
      <w:r>
        <w:t>kal ek report chhapi hai falasteen ke bare mein, to ek western journalist wahan gaya, us ne logon se interview kiya. to ek ladka tha, taqreeban 20 saal ka, us se baat ki unhon ne. to woh ladka kya kehta hai? ke hum yahan ek flat mein rehte the, apne baap ke saath, to wahan par israel ne bomb mara,</w:t>
      </w:r>
    </w:p>
    <w:p>
      <w:pPr>
        <w:jc w:val="right"/>
      </w:pPr>
      <w:r>
        <w:t>کل ایک رپورٹ چھپی ہے فلسطین کے بارے میں، تو ایک western journalist وہاں گیا، اس نے لوگوں سے interview کیا۔ تو ایک لڑکا تھا، تقریباً 20 سال کا، اس سے بات کی انہوں نے۔ تو وہ لڑکا کیا کہتا ہے؟ کہ ہم یہاں ایک فلیٹ میں رہتے تھے، اپنے باپ کے ساتھ، تو وہاں پر اسرائیل نے بم مارا،</w:t>
      </w:r>
    </w:p>
    <w:p>
      <w:r>
        <w:rPr>
          <w:b/>
        </w:rPr>
        <w:t xml:space="preserve">[14:11] </w:t>
      </w:r>
      <w:r>
        <w:t>to mera baap mar gaya, mera baap mar gaya. to ab yeh aadmi to aman ki baat kar raha tha, us ne kaha ke mujhe aman se koi matlab nahi, mujhe to revenge lena hai, mujhe to apne father ka revenge lena hai. is ko parh kar maine samjha ke yeh jo tribal culture tha, aaj tak continue hai. Tribal culture jo tha, kya tha woh? woh tha age</w:t>
      </w:r>
    </w:p>
    <w:p>
      <w:pPr>
        <w:jc w:val="right"/>
      </w:pPr>
      <w:r>
        <w:t>تو میرا باپ مر گیا، میرا باپ مر گیا۔ تو اب یہ آدمی تو امن کی بات کر رہا تھا، اس نے کہا کہ مجھے امن سے کوئی مطلب نہیں، مجھے تو revenge لینا ہے، مجھے تو اپنے father کا revenge لینا ہے۔ اس کو پڑھ کر میں نے سمجھا کہ یہ جو tribal culture تھا، آج تک continue ہے۔ Tribal culture جو تھا، کیا تھا وہ؟ وہ تھا age</w:t>
      </w:r>
    </w:p>
    <w:p>
      <w:r>
        <w:rPr>
          <w:b/>
        </w:rPr>
        <w:t xml:space="preserve">[14:41] </w:t>
      </w:r>
      <w:r>
        <w:t>of, woh tha intiqami jangon ka zamana. intiqami jangain, revenge war. aur revenge war kya thi? main bohat dinon se sochta tha ke bachpan mein hum ne ek kitab padhi thi baholahaali ki, wabikr aur taghlab ki baham ladaai, sadi jis mein aadhi unhon ne ganwai. to wahan makkah mein</w:t>
      </w:r>
    </w:p>
    <w:p>
      <w:pPr>
        <w:jc w:val="right"/>
      </w:pPr>
      <w:r>
        <w:t>of، وہ تھا انتقامی جنگوں کا زمانہ۔ انتقامی جنگیں، revenge war۔ اور revenge war کیا تھی؟ میں بہت دنوں سے سوچتا تھا کہ بچپن میں ہم نے ایک کتاب پڑھی تھی باہولہالی کی، وبکر اور تغلب کی باہم لڑائی، صدی جس میں آدھی انہوں نے گنوائی۔ تو وہاں مکہ میں</w:t>
      </w:r>
    </w:p>
    <w:p>
      <w:r>
        <w:rPr>
          <w:b/>
        </w:rPr>
        <w:t xml:space="preserve">[15:11] </w:t>
      </w:r>
      <w:r>
        <w:t>do qabail the, banu bikr aur banu taghlab, aapas mein lade, aur pachaas saal tak ladte rahe woh. to main sochta tha ke aakhir pachaas saal tak kyun ladte rahe woh? kitabon mein is ka jawab mujhe nahi mila. aakhir kar yeh daryaft kiya ke woh kya hai? intiqami ladaai chain war ban jati hai. ek book chhapi hai is par, is</w:t>
      </w:r>
    </w:p>
    <w:p>
      <w:pPr>
        <w:jc w:val="right"/>
      </w:pPr>
      <w:r>
        <w:t>دو قبیلے تھے، بنو بکر اور بنو تغلب، آپس میں لڑے، اور پچاس سال تک لڑتے رہے وہ۔ تو میں سوچتا تھا کہ آخر پچاس سال تک کیوں لڑتے رہے وہ؟ کتابوں میں اس کا جواب مجھے نہیں ملا۔ آخر کار یہ دریافت کیا کہ وہ کیا ہے؟ انتقامی لڑائی chain war بن جاتی ہے۔ ایک book چھپی ہے اس پر، اس</w:t>
      </w:r>
    </w:p>
    <w:p>
      <w:r>
        <w:rPr>
          <w:b/>
        </w:rPr>
        <w:t xml:space="preserve">[15:41] </w:t>
      </w:r>
      <w:r>
        <w:t>ka naam hi hai, is kitab ka title hai Chain War. ke jab dada ko mara gaya, baap ne kaha ke mujhe to intiqam lena hai. phir jab jis se intiqam liya tha, us ke beton poton ne baap ko mara, to ab is ke bete poton ne kaha mujhe to intiqam lena hai. to har marne wale ke jo</w:t>
      </w:r>
    </w:p>
    <w:p>
      <w:pPr>
        <w:jc w:val="right"/>
      </w:pPr>
      <w:r>
        <w:t>کا نام ہی ہے، اس کتاب کا title ہے Chain War۔ کہ جب دادا کو مارا گیا، باپ نے کہا کہ مجھے تو انتقام لینا ہے۔ پھر جب جس سے انتقام لیا تھا، اس کے بیٹوں پوتوں نے باپ کو مارا، تو اب اس کے بیٹے پوتوں نے کہا مجھے تو انتقام لینا ہے۔ تو ہر مرنے والے کے جو</w:t>
      </w:r>
    </w:p>
    <w:p>
      <w:r>
        <w:rPr>
          <w:b/>
        </w:rPr>
        <w:t xml:space="preserve">[16:12] </w:t>
      </w:r>
      <w:r>
        <w:t>jo us ke, us ke bete pote, us ke rishtedar jo the, unhon ne kaha mujhe, hamein to intiqam lena hai. to yeh tha tribal age mein intiqami culture, culture of revenge. isi liye sab ladte rehte the, ladte rehte the, ladte rehte the. main bhi jab afghanistan gaya tha ek baar, to wahan bhi mujhe ek ladke se mulaqat hui thi. us ne bhi yahi kaha tha ke</w:t>
      </w:r>
    </w:p>
    <w:p>
      <w:pPr>
        <w:jc w:val="right"/>
      </w:pPr>
      <w:r>
        <w:t>، جو اس کے، اس کے بیٹے پوتے، اس کے رشتہ دار جو تھے، انہوں نے کہا مجھے، ہمیں تو انتقام لینا ہے۔ تو یہ تھا tribal age میں انتقامی کلچر، culture of revenge۔ اسی لیے سب لڑتے رہتے تھے، لڑتے رہتے تھے، لڑتے رہتے تھے۔ میں بھی جب افغانستان گیا تھا ایک بار، تو وہاں بھی مجھے ایک لڑکے سے ملاقات ہوئی تھی۔ اس نے بھی یہی کہا تھا کہ</w:t>
      </w:r>
    </w:p>
    <w:p>
      <w:r>
        <w:rPr>
          <w:b/>
        </w:rPr>
        <w:t xml:space="preserve">[16:42] </w:t>
      </w:r>
      <w:r>
        <w:t>mera baap mar, meri maa mujh ko chahti hai parhana, to meri maa, main zabardasti jata hoon school, baqi mujhe parhna, mujhe parhna nahi hai. to us ne bhi yahi jumla kaha tha ke mujhe to apne baap ka intiqam lena hai. yeh intiqam culture jo hai, yeh tribal age ka phenomenon hai, jo abhi tak chal raha hai musalmanon mein. abhi tak chal raha hai. ab main aap ko quran ki ek ayat, bohat hi ghair wazeh tafseeron</w:t>
      </w:r>
    </w:p>
    <w:p>
      <w:pPr>
        <w:jc w:val="right"/>
      </w:pPr>
      <w:r>
        <w:t>میرا باپ مر، میری ماں مجھ کو چاہتی ہے پڑھانا، تو میری ماں، میں زبردستی جاتا ہوں اسکول، باقی مجھے پڑھنا، مجھے پڑھنا نہیں ہے۔ تو اس نے بھی یہی جملہ کہا تھا کہ مجھے تو اپنے باپ کا انتقام لینا ہے۔ یہ انتقام کلچر جو ہے، یہ tribal age کا phenomenon ہے، جو ابھی تک چل رہا ہے مسلمانوں میں۔ ابھی تک چل رہا ہے۔ اب میں آپ کو قرآن کی ایک آیت، بہت ہی غیر واضح تفسیروں</w:t>
      </w:r>
    </w:p>
    <w:p>
      <w:r>
        <w:rPr>
          <w:b/>
        </w:rPr>
        <w:t xml:space="preserve">[17:12] </w:t>
      </w:r>
      <w:r>
        <w:t>mein, woh wazeh hoti hai isi baat se. quran mein ek ayat hai, arabon ke bare mein Allah taala ne farmaya: kuntum shifa'an min an-nar fa anqadhakum minha ke tum aag ke gurhe ke kinare khade hue the, phir Allah ne tum ko bachaya. ab yeh tafseeron mein aap parhein to kuch wazeh nahi hota ke kaise aag ka gurha tha aur kaise woh bach gaye woh, kya matlab is ka hai?</w:t>
      </w:r>
    </w:p>
    <w:p>
      <w:pPr>
        <w:jc w:val="right"/>
      </w:pPr>
      <w:r>
        <w:t>میں، وہ واضح ہوتی ہے اسی بات سے۔ قرآن میں ایک آیت ہے، عربوں کے بارے میں اللہ تعالی نے فرمایا: كُنْتُمْ شَفَاءً مِنَ النَّارِ فَأَنْقَذُكُمْ مِنْهَا کہ تم آگ کے گڑھے کے کنارے کھڑے ہوئے تھے، پھر اللہ نے تم کو بچایا۔ اب یہ تفسیروں میں آپ پڑھیں تو کچھ واضح نہیں ہوتا کہ کیسے آگ کا گڑھا تھا اور کیسے وہ بچ گئے وہ، کیا مطلب اس کا ہے؟</w:t>
      </w:r>
    </w:p>
    <w:p>
      <w:r>
        <w:rPr>
          <w:b/>
        </w:rPr>
        <w:t xml:space="preserve">[17:42] </w:t>
      </w:r>
      <w:r>
        <w:t>is ka matlab yahi hai ke woh jo tribe the arab ke, jo jee rahe the, yaani culture of revenge mein, intiqami culture ko, Allah taala ne un ko ek naya formula bataya. woh farmaya tha ke unilateral tor par tum jang ko band kar do, to idhar hi jang band ho jayegi. jo mara gaya, mar gaya, ab us ko bhula do. Unilateral tor par tum, yak</w:t>
      </w:r>
    </w:p>
    <w:p>
      <w:pPr>
        <w:jc w:val="right"/>
      </w:pPr>
      <w:r>
        <w:t>اس کا مطلب یہی ہے کہ وہ جو tribe تھے عرب کے، جو جی رہے تھے، یعنی culture of revenge میں، انتقامی کلچر کو، اللہ تعالی نے ان کو ایک نیا فارمولا بتایا۔ وہ فرمایا تھا کہ unilateral طور پر تم جنگ کو بند کر دو، تو ادھر ہی جنگ بند ہو جائے گی۔ جو مارا گیا، مر گیا، اب اس کو بھلا دو۔ Unilateral طور پر تم، یک</w:t>
      </w:r>
    </w:p>
    <w:p>
      <w:r>
        <w:rPr>
          <w:b/>
        </w:rPr>
        <w:t xml:space="preserve">[18:12] </w:t>
      </w:r>
      <w:r>
        <w:t>tarfa tor par tum apni taraf se intiqami karwai rok do, bas. us ke baad sab kuch theek ho jayega, us ke baad peace aa jayegi. yeh hua. yeh tha, yaani Allah ke naam par, Allah se reward paane ki umeed mein, tum chhod do intiqam lene ka khayal. yeh matlab tha is ka. lekin yeh ayat tafseeron mein wazeh nahi hai, is liye aaj tak log isi mein jee rahe hain, isi mein jee rahe hain. aur falasteen ka s</w:t>
      </w:r>
    </w:p>
    <w:p>
      <w:pPr>
        <w:jc w:val="right"/>
      </w:pPr>
      <w:r>
        <w:t>طرفہ طور پر تم اپنی طرف سے انتقامی کارروائی روک دو، بس۔ اس کے بعد سب کچھ ٹھیک ہو جائے گا، اس کے بعد peace آ جائے گا۔ یہ ہوا۔ یہ تھا، یعنی اللہ کے نام پر، اللہ سے reward پانے کی امید میں، تم چھوڑ دو انتقام لینے کا خیال۔ یہ مطلب تھا اس کا۔ لیکن یہ آیت تفسیروں میں واضح نہیں ہے، اس لیے آج تک لوگ اسی میں جی رہے ہیں، اسی میں جی رہے ہیں۔ اور فلسطین کا س</w:t>
      </w:r>
    </w:p>
    <w:p>
      <w:r>
        <w:rPr>
          <w:b/>
        </w:rPr>
        <w:t xml:space="preserve">[18:42] </w:t>
      </w:r>
      <w:r>
        <w:t>ara mamla intiqami culture ka mamla hai. woh ek chain war ho gayi wahan par, chain war, jo khatam hi nahi hoti. to is sab baton par sochte hue mujhe samajh aaya ke asal cheez yeh hai ke baad ke zamane mein, ummat mein creativity khatam ho jayegi. yani Quran ko jo kitaab maujood banane ka mamla hai, to woh is liye hoga ke baad ke zamane mein logon mein creativity khatam ho jayegi. naye halaat mein phir soch nahi payenge.</w:t>
      </w:r>
    </w:p>
    <w:p>
      <w:pPr>
        <w:jc w:val="right"/>
      </w:pPr>
      <w:r>
        <w:t>ارا معاملہ انتقامی کلچر کا معاملہ ہے۔ وہ ایک chain war ہو گئی وہاں پر، chain war، جو ختم ہی نہیں ہوتی۔ تو اس سب باتوں پر سوچتے ہوئے مجھے سمجھ آیا کہ اصل چیز یہ ہے کہ بعد کے زمانے میں، امت میں creativity ختم ہو جائے گی۔ یعنی قرآن کو جو کتاب موجود بنانے کا معاملہ ہے، تو وہ اس لیے ہوگا کہ بعد کے زمانے میں لوگوں میں creativity ختم ہو جائے گی۔ نئے حالات میں پھر سوچ نہیں پائیں گے۔</w:t>
      </w:r>
    </w:p>
    <w:p>
      <w:r>
        <w:rPr>
          <w:b/>
        </w:rPr>
        <w:t xml:space="preserve">[19:13] </w:t>
      </w:r>
      <w:r>
        <w:t>to aisa hua ke aaj ek waqea pesh aaya jis ne mere mind ko trigger kiya. trigger kiya to phir yeh sab baatein samajh mein aane lagin. aaj subah mobile par ek khabar aayi hai, hamare ek saathi hain kolkata mein, kolkata ke saathi, unhon ne wahan par interfaith seminar kiya hai. har mazhab ke logon ko jama kiya unhon ne</w:t>
      </w:r>
    </w:p>
    <w:p>
      <w:pPr>
        <w:jc w:val="right"/>
      </w:pPr>
      <w:r>
        <w:t>تو ایسا ہوا کہ آج ایک واقعہ پیش آیا جس نے میرے مائنڈ کو trigger کیا۔ Trigger کیا تو پھر یہ سب باتیں سمجھ میں آنے لگیں۔ آج صبح موبائل پر ایک خبر آئی ہے، ہمارے ایک ساتھی ہیں کلکتہ میں، کلکتہ کے ساتھی، انہوں نے وہاں پر interfaith seminar کیا ہے۔ ہر مذہب کے لوگوں کو جمع کیا انہوں نے</w:t>
      </w:r>
    </w:p>
    <w:p>
      <w:r>
        <w:rPr>
          <w:b/>
        </w:rPr>
        <w:t xml:space="preserve">[19:43] </w:t>
      </w:r>
      <w:r>
        <w:t>. yani jain mazhab ka leader, yani jo bengal ke aitbar se, kolkata ke aitbar se, jain mazhab ka, hindu mazhab ka, aur christian mazhab ka, har mazhab ke top ke logon ko unhon ne ekatha kiya. aur islam ka bhi numainda wahan par bola. to ab tak doosre mazhabon ke log</w:t>
      </w:r>
    </w:p>
    <w:p>
      <w:pPr>
        <w:jc w:val="right"/>
      </w:pPr>
      <w:r>
        <w:t>۔ یعنی جین مذہب کا لیڈر، یعنی جو بنگال کے اعتبار سے، کلکتہ کے اعتبار سے، جین مذہب کا، ہندو مذہب کا، اور کرسچن مذہب کا، ہر مذہب کے ٹاپ کے لوگوں کو انہوں نے اکٹھا کیا۔ اور اسلام کا بھی نمائندہ وہاں پر بولا۔ تو اب تک دوسرے مذہبوں کے لوگ</w:t>
      </w:r>
    </w:p>
    <w:p>
      <w:r>
        <w:rPr>
          <w:b/>
        </w:rPr>
        <w:t xml:space="preserve">[20:14] </w:t>
      </w:r>
      <w:r>
        <w:t>interfaith conference kiya karte the. unhon ne apni taraf se interfaith conference kiya. aur is mein unhon ne quran taqseem kiya, leader taqseem kiya, taqreer ki. yeh ek creative, ek yani creative action, mein khud nahi soch paya tha is ko. abhi tak hum yahi karte the ke doosre log karte the interfaith dialogue, to hum is mein chale jate the. hum khud aisa karein, yeh hum nahi soch paye the.</w:t>
      </w:r>
    </w:p>
    <w:p>
      <w:pPr>
        <w:jc w:val="right"/>
      </w:pPr>
      <w:r>
        <w:t>interfaith conference کیا کرتے تھے۔ انہوں نے اپنی طرف سے interfaith conference کیا۔ اور اس میں انہوں نے قرآن تقسیم کیا، لیڈر تقسیم کیا، تقریر کی۔ یہ ایک creative، ایک یعنی creative action، میں خود نہیں سوچ پایا تھا اس کو۔ ابھی تک ہم یہی کرتے تھے کہ دوسرے لوگ کرتے تھے interfaith dialogue، تو ہم اس میں چلے جاتے تھے۔ ہم خود ایسا کریں، یہ ہم نہیں سوچ پائے تھے۔</w:t>
      </w:r>
    </w:p>
    <w:p>
      <w:r>
        <w:rPr>
          <w:b/>
        </w:rPr>
        <w:t xml:space="preserve">[20:44] </w:t>
      </w:r>
      <w:r>
        <w:t>to hamare kisi, yani hamari taraf se kisi direction ke baghair, hamare kolkata ke saathiyon ne socha, unhon ne wahan kiya, aur bohat kamyab raha. is ki tasveerein bheji unhon ne. bohat kamyab raha. yeh hai creativity ka karishma. naye halaat mein phir se sochna. pehle zamana tha ladai bhadai ka, ab zamana hai dialogue ka. pehle zamane mein log milte the battlefield mein, ab milte hain conference aur</w:t>
      </w:r>
    </w:p>
    <w:p>
      <w:pPr>
        <w:jc w:val="right"/>
      </w:pPr>
      <w:r>
        <w:t>تو ہمارے کسی، یعنی ہماری طرف سے کسی direction کے بغیر، ہمارے کلکتہ کے ساتھیوں نے سوچا، انہوں نے وہاں کیا، اور بہت کامیاب رہا۔ اس کی تصویریں بھیجی انہوں نے۔ بہت کامیاب رہا۔ یہ ہے creativity کا کرشمہ۔ نئے حالات میں پھر سے سوچنا۔ پہلے زمانہ تھا لڑائی بھڑائی کا، اب زمانہ ہے dialogue کا۔ پہلے زمانے میں لوگ ملتے تھے battlefield میں، اب ملتے ہیں conference اور</w:t>
      </w:r>
    </w:p>
    <w:p>
      <w:r>
        <w:rPr>
          <w:b/>
        </w:rPr>
        <w:t xml:space="preserve">[21:14] </w:t>
      </w:r>
      <w:r>
        <w:t>seminar mein. yeh naye zamane mein aisa pesh aaya hai. to kolkata ke saathiyon ne yeh saboot diya ke woh phir se soch sakte hain. woh daur khatam hoga jabke qaumein battlefield mein milti milaya karti thin. ab zamana aagaya hai ke log milte hain conference mein, seminar mein, dialogue mein. to mujhe bohat khushi hui ke unhon ne creative andaaz mein socha. is</w:t>
      </w:r>
    </w:p>
    <w:p>
      <w:pPr>
        <w:jc w:val="right"/>
      </w:pPr>
      <w:r>
        <w:t>seminar میں۔ یہ نئے زمانے میں ایسا پیش آیا ہے۔ تو کلکتہ کے ساتھیوں نے یہ ثبوت دیا کہ وہ پھر سے سوچ سکتے ہیں۔ وہ دور ختم ہوگا جبکہ قومیں battlefield میں ملتی ملایا کرتی تھیں۔ اب زمانہ آگیا ہے کہ لوگ ملتے ہیں conference میں، seminar میں، dialogue میں۔ تو مجھے بہت خوشی ہوئی کہ انہوں نے creative انداز میں سوچا۔ اس</w:t>
      </w:r>
    </w:p>
    <w:p>
      <w:r>
        <w:rPr>
          <w:b/>
        </w:rPr>
        <w:t xml:space="preserve">[21:44] </w:t>
      </w:r>
      <w:r>
        <w:t>se mera mind trigger hua, itni saari baatein samajh mein aayin. phir abhi maine ek, ek mashhoor muslim magazine hai, english ka, us mein report, us ki cover story ke taur par report chhapi hai. woh mere paas maujood hai, woh parcha. to unhon ne bare dhoom se yeh likha hai ke india mein woh jo waqea hua tha ke ek musalman</w:t>
      </w:r>
    </w:p>
    <w:p>
      <w:pPr>
        <w:jc w:val="right"/>
      </w:pPr>
      <w:r>
        <w:t>سے میرا mind trigger ہوا، اتنی ساری باتیں سمجھ میں آئیں۔ پھر ابھی میں نے ایک، ایک مشہور مسلم میگزین ہے، انگلش کا، اس میں رپورٹ، اس کی cover story کے طور پر رپورٹ چھپی ہے۔ وہ میرے پاس موجود ہے، وہ پرچہ۔ تو انہوں نے بڑے دھوم سے یہ لکھا ہے کہ انڈیا میں وہ جو واقعہ ہوا تھا کہ ایک مسلمان</w:t>
      </w:r>
    </w:p>
    <w:p>
      <w:r>
        <w:rPr>
          <w:b/>
        </w:rPr>
        <w:t xml:space="preserve">[22:14] </w:t>
      </w:r>
      <w:r>
        <w:t>jis ne roza rakha tha, to kuch hindu logon ne uska roza todwa diya, zabardasti, kisi baat par gussa ho kar ke. is ko bare dhoom se likha hai ke india mein zulm ho raha hai, india mein musalmanon ko koi discrimination hota hai, waghera waghera. is par maine socha ke yahan bhi creativity ka fuqdan hai. yani creative thinking nahi logon ke andar. agar creative thinking hoti to woh</w:t>
      </w:r>
    </w:p>
    <w:p>
      <w:pPr>
        <w:jc w:val="right"/>
      </w:pPr>
      <w:r>
        <w:t>جس نے روزہ رکھا تھا، تو کچھ ہندو لوگوں نے اس کا روزہ تڑوا دیا، زبردستی، کسی بات پر غصہ ہو کر کے۔ اس کو بڑے دھوم سے لکھا ہے کہ انڈیا میں ظلم ہو رہا ہے، انڈیا میں مسلمانوں کو کوئی discrimination ہوتا ہے، وغیرہ وغیرہ۔ اس پر میں نے سوچا کہ یہاں بھی creativity کا فقدان ہے۔ یعنی creative thinking نہیں لوگوں کے اندر۔ اگر creative thinking ہوتی تو وہ</w:t>
      </w:r>
    </w:p>
    <w:p>
      <w:r>
        <w:rPr>
          <w:b/>
        </w:rPr>
        <w:t xml:space="preserve">[22:44] </w:t>
      </w:r>
      <w:r>
        <w:t>magazine yeh likhta ke islam ki shariyat ke mutabiq agar koi zabardasti kisi ka ko khana khila de to uska roza nahi ٹوٹتا. jo shariyat hai, jo, jo fiqh hai islam ki, us ke mutabiq yeh hai ke agar koi shakhs, ek musalman roza rakhe hue, kisi ne zabardasti us ke munh mein khana daal diya,</w:t>
      </w:r>
    </w:p>
    <w:p>
      <w:pPr>
        <w:jc w:val="right"/>
      </w:pPr>
      <w:r>
        <w:t>میگزین یہ لکھتا کہ اسلام کی شریعت کے مطابق اگر کوئی زبردستی کسی کا کو کھانا کھلا دے تو اس کا روزہ نہیں ٹوٹتا۔ جو شریعت ہے، جو، جو فقہ ہے اسلام کی، اس کے مطابق یہ ہے کہ اگر کوئی شخص، ایک مسلمان روزہ رکھے ہوئے، کسی نے زبردستی اس کے منہ میں کھانا ڈال دیا،</w:t>
      </w:r>
    </w:p>
    <w:p>
      <w:r>
        <w:rPr>
          <w:b/>
        </w:rPr>
        <w:t xml:space="preserve">[23:15] </w:t>
      </w:r>
      <w:r>
        <w:t>to chahe woh pet mein pahunch jaye khana, tab bhi roza nahi ٹوٹےga. kyunke niyat saabit hona chahiye. to yeh kehna chahiye un ko ke is musalman ko roze ka sawab phir milega. uska roze ka sawab khatam nahi hoga. aur plus yeh baat hai ke is aadmi, is musalman ko karna chahiye ke un logon se mile jinhon ne roza todwaya tha, un ko quran de, un ko islami literature de, un ko roze ki</w:t>
      </w:r>
    </w:p>
    <w:p>
      <w:pPr>
        <w:jc w:val="right"/>
      </w:pPr>
      <w:r>
        <w:t>تو چاہے وہ پیٹ میں پہنچ جائے کھانا، تب بھی روزہ نہیں ٹوٹے گا۔ کیونکہ نیت ثابت ہونا چاہیے۔ تو یہ کہنا چاہیے ان کو کہ اس مسلمان کو روزے کا ثواب پھر ملے گا۔ اس کا روزے کا ثواب ختم نہیں ہوگا۔ اور plus یہ بات ہے کہ اس آدمی، اس مسلمان کو کرنا چاہیے کہ ان لوگوں سے ملے جنہوں نے روزہ تڑوایا تھا، ان کو قرآن دے، ان کو اسلامی literature دے، ان کو روزے کی</w:t>
      </w:r>
    </w:p>
    <w:p>
      <w:r>
        <w:rPr>
          <w:b/>
        </w:rPr>
        <w:t xml:space="preserve">[23:45] </w:t>
      </w:r>
      <w:r>
        <w:t>hikmat bataye. to woh cheez, jo hogi, jo hai, ek daawa opportunity mein tabdeel ho jayegi. yeh hai creative thinking. ise shor kar rahe hain, shor kar rahe hain, shor kar rahe hain. jitne bhi musalman hain, shor kar rahe hain ke dekho bhai, india mein roza rakhne ki pabandi lagi hui hai. haalanke kuch bhi nahi. million nahi, million log roza rakh rahe hain. woh to ek single waqea tha. to agar creative,</w:t>
      </w:r>
    </w:p>
    <w:p>
      <w:pPr>
        <w:jc w:val="right"/>
      </w:pPr>
      <w:r>
        <w:t>حکمت بتائے۔ تو وہ چیز، جو ہوگی، جو ہے، ایک دعویٰ opportunity میں تبدیل ہو جائے گی۔ یہ ہے creative thinking۔ اسے شور کر رہے ہیں، شور کر رہے ہیں، شور کر رہے ہیں۔ جتنے بھی مسلمان ہیں، شور کر رہے ہیں کہ دیکھو بھئی، انڈیا میں روزہ رکھنے کی پابندی لگی ہوئی ہے۔ حالانکہ کچھ بھی نہیں۔ ملین نہیں، ملین لوگ روزہ رکھ رہے ہیں۔ وہ تو ایک single واقعہ تھا۔ تو اگر creative،</w:t>
      </w:r>
    </w:p>
    <w:p>
      <w:r>
        <w:rPr>
          <w:b/>
        </w:rPr>
        <w:t xml:space="preserve">[24:15] </w:t>
      </w:r>
      <w:r>
        <w:t>creativity hoti, logon ke andar creative thinking hoti, to woh kehte ke chalo us ne jo kiya kiya, roza to tumhara phir bhi, tumhara sawab milega tum ko, is tarah kisi ka roza ٹوٹता nahi. ab tum ek log us ko dawat do. us ke mil kar ke us ko quran parhhao, islami literature parhhao. aur jab woh aisa karega, to dekhiye insani fitrat kya hai, aadmi ke andar repentance aa jata hai.</w:t>
      </w:r>
    </w:p>
    <w:p>
      <w:pPr>
        <w:jc w:val="right"/>
      </w:pPr>
      <w:r>
        <w:t>creativity ہوتی، لوگوں کے اندر creative thinking ہوتی، تو وہ کہتے کہ چلو اس نے جو کیا کیا، روزہ تو تمہارا پھر بھی، تمہارا ثواب ملے گا تم کو، اس طرح کسی کا روزہ ٹوٹتا نہیں۔ اب تم ایک لوگ اس کو دعوت دو۔ اس کے مل کر کے اس کو قرآن پرچھاؤ، اسلامی literature پرچھاؤ۔ اور جب وہ ایسا کرے گا، تو دیکھیے انسانی فطرت کیا ہے، آدمی کے اندر repentance آ جاتا ہے۔</w:t>
      </w:r>
    </w:p>
    <w:p>
      <w:r>
        <w:rPr>
          <w:b/>
        </w:rPr>
        <w:t xml:space="preserve">[24:46] </w:t>
      </w:r>
      <w:r>
        <w:t>gusse mein to kiya us ne, roza rakhe hue aadmi ke munh mein khana daal diya, gusse mein. kisi baat par gussa ho gaya tha woh. ab us ko jab react nahi kiya karega musalman, jab musalman react nahi karega to un logon ke andar bhi repentance aa jayega, repentance. aur phir jab yeh ja ke milenge narmi ke sath, aur roze ki hikmat batayenge, quran pesh karenge</w:t>
      </w:r>
    </w:p>
    <w:p>
      <w:pPr>
        <w:jc w:val="right"/>
      </w:pPr>
      <w:r>
        <w:t>غصے میں تو کیا اس نے، روزہ رکھے ہوئے آدمی کے منہ میں کھانا ڈال دیا، غصے میں۔ کسی بات پر غصہ ہو گیا تھا وہ۔ اب اس کو جب react نہیں کیا کرے گا مسلمان، جب مسلمان react نہیں کرے گا تو ان لوگوں کے اندر بھی repentance آ جائے گا، repentance۔ اور پھر جب یہ جا کے ملیں گے نرمی کے ساتھ، اور روزے کی حکمت بتائیں گے، قرآن پیش کریں گ</w:t>
      </w:r>
    </w:p>
    <w:p>
      <w:r>
        <w:rPr>
          <w:b/>
        </w:rPr>
        <w:t xml:space="preserve">[25:16] </w:t>
      </w:r>
      <w:r>
        <w:t>e, islami kitabein pesh karenge, to bilkul jhuk jayega woh. aur woh kahega ke main zaroor padhunga is ko, mujhe maaf karo, mujh se galti ho gayi, main zaroor padhunga is ko. to dekhiye, woh opportunity bhi, yani ek daawa opportunity mein tabdeel ho jata hai woh mamla. lekin is ke liye creativity chahiye. is ke liye creativity chahiye. to rasool Allah salallahu alaihi wasallam ki jo hadith hai</w:t>
      </w:r>
    </w:p>
    <w:p>
      <w:pPr>
        <w:jc w:val="right"/>
      </w:pPr>
      <w:r>
        <w:t>ے، اسلامی کتابیں پیش کریں گے، تو بالکل جھک جائے گا وہ۔ اور وہ کہے گا کہ میں ضرور پڑھوں گا اس کو، مجھے معاف کرو، مجھ سے غلطی ہو گئی، میں ضرور پڑھوں گا اس کو۔ تو دیکھیے، وہ opportunity بھی، یعنی ایک دعویٰ opportunity میں تبدیل ہو جاتا ہے وہ معاملہ۔ لیکن اس کے لیے creativity چاہیے۔ اس کے لیے creativity چاہیے۔ تو رسول اللہ صلی اللہ علیہ وسلم کی جو حدیث ہے</w:t>
      </w:r>
    </w:p>
    <w:p>
      <w:r>
        <w:rPr>
          <w:b/>
        </w:rPr>
        <w:t xml:space="preserve">[25:46] </w:t>
      </w:r>
      <w:r>
        <w:t>ke qayamat mein aap farmayenge ke meri ummat ne quran ko chhod diya, is ka matlab kya hai? ke daur-e-zawaal aaya, baad ko degeneration hua qaum ka, aur is ki wajah se unhon ne creativity kho di, aur is ki wajah se yeh hua ke woh quran ko reapply nahi kar sake. bas ladaiyan karte rahe, mazi ki tareekh ko dohrate rahe. ladai ka daawa to khatam ho gaya.</w:t>
      </w:r>
    </w:p>
    <w:p>
      <w:pPr>
        <w:jc w:val="right"/>
      </w:pPr>
      <w:r>
        <w:t>کہ قیامت میں آپ فرمائیں گے کہ میری امت نے قرآن کو چھوڑ دیا، اس کا مطلب کیا ہے؟ کہ دور زوال آیا، بعد کو degeneration ہوا قوم کا، اور اس کی وجہ سے انہوں نے creativity کھو دی، اور اس کی وجہ سے یہ ہوا کہ وہ قرآن کو reapply نہیں کر سکے۔ بس لڑائیاں کرتے رہے، ماضی کے تاریخ کو دہراتے رہے۔ لڑائی کا دعویٰ تو ختم ہو گیا۔</w:t>
      </w:r>
    </w:p>
    <w:p>
      <w:r>
        <w:rPr>
          <w:b/>
        </w:rPr>
        <w:t xml:space="preserve">[26:17] </w:t>
      </w:r>
      <w:r>
        <w:t>ab to age of peace hai. age of war ki kitabein padh padh ke lad rahe hain log. hamari jo kitabein hain, sab ki sab woh age of war par likhi gayi hain. jo khatam ho gaya. jaise age of kingship khatam ho gaya, ab age of democracy hai. age of slavery khatam ho gayi, ab age of freedom hai. aise hi yeh baat bhi hui hai</w:t>
      </w:r>
    </w:p>
    <w:p>
      <w:pPr>
        <w:jc w:val="right"/>
      </w:pPr>
      <w:r>
        <w:t>اب تو age of peace ہے۔ age of war کی کتابیں پڑھ پڑھ کے لڑ رہے ہیں لوگ۔ ہماری جو کتابیں ہیں، سب کی سب وہ age of war پر لکھی گئی ہیں۔ جو ختم ہو گیا۔ جیسے age of kingship ختم ہو گیا، اب age of democracy ہے۔ age of slavery ختم ہو گئی، اب age of freedom ہے۔ ایسے ہی یہ بات بھی ہوئی ہے</w:t>
      </w:r>
    </w:p>
    <w:p>
      <w:r>
        <w:rPr>
          <w:b/>
        </w:rPr>
        <w:t xml:space="preserve">[26:48] </w:t>
      </w:r>
      <w:r>
        <w:t>ke age of war khatam ho chuki, ab age of peace hai. lekin musalman is se bekhabar hain. wohi qadeem zamane ki jo kitabein un ke paas hain, wohi padhte hain, padh padh ke gussa hote hain, aur talwar aur bandook uthate hain, aur nahi to suicide bomb bhi karte hain. yeh hai creativity ka fuqdan, yani lack of creativity. to kitaab majhool ka, mahjoor ka matlab yeh hai ke lack of creativity ki taraf</w:t>
      </w:r>
    </w:p>
    <w:p>
      <w:pPr>
        <w:jc w:val="right"/>
      </w:pPr>
      <w:r>
        <w:t>کہ age of war ختم ہو چکی، اب age of peace ہے۔ لیکن مسلمان اس سے بے خبر ہیں۔ وہی قدیم زمانے کی جو کتابیں ان کے پاس ہیں، وہی پڑھتے ہیں، پڑھ پڑھ کے غصہ ہوتے ہیں، اور تلوار اور بندوق اٹھاتے ہیں، اور نہیں تو suicide bomb بھی کرتے ہیں۔ یہ ہے creativity کا فقدان، یعنی lack of creativity۔ تو کتاب مجہول کا، محجور کا مطلب یہ ہے کہ lack of creativity کی طرف</w:t>
      </w:r>
    </w:p>
    <w:p>
      <w:r>
        <w:rPr>
          <w:b/>
        </w:rPr>
        <w:t xml:space="preserve">[27:19] </w:t>
      </w:r>
      <w:r>
        <w:t>ishara hai. ke baad ke zamane mein zawaal aayega, degeneration hoga, aur phir us ke nateeje mein kya hoga? logon ke andar creative thinking khatam ho jayegi. ab bas bhai, purane zamane ki baatein janenge, aur talwar le kar lad padenge, aur koi kaam nahi kar payenge. jab creativity khatam hoti hai to sab se pehla cas</w:t>
      </w:r>
    </w:p>
    <w:p>
      <w:pPr>
        <w:jc w:val="right"/>
      </w:pPr>
      <w:r>
        <w:t>اشارہ ہے۔ کہ بعد کے زمانے میں زوال آئے گا، degeneration ہوگا، اور پھر اس کے نتیجے میں کیا ہوگا؟ لوگوں کے اندر creative thinking ختم ہو جائے گی۔ اب بس بھائی، پرانے زمانے کی باتیں جانیں گے، اور تلوار لے کر لڑیں پڑیں گے، اور کوئی کام نہیں کر پائیں گے۔ جب creativity ختم ہوتی ہے تو سب سے پہلا cas</w:t>
      </w:r>
    </w:p>
    <w:p>
      <w:r>
        <w:rPr>
          <w:b/>
        </w:rPr>
        <w:t xml:space="preserve">[27:49] </w:t>
      </w:r>
      <w:r>
        <w:t>ualty kya hoti hai? dawat khatam hoti hai. creative thinking ka jab khatma hota hai to sab se pehli casualty dawat hoti hai. kyunke dawat jo ho sakti hai peaceful halaat mein, ladai bhadai ke halaat mein dawat nahi ho sakti. ladai bhadai ke halaat mein dawat nahi ho sakti. to creativity jab khatam hui to ladai bhadai log chalane lagenge, aur</w:t>
      </w:r>
    </w:p>
    <w:p>
      <w:pPr>
        <w:jc w:val="right"/>
      </w:pPr>
      <w:r>
        <w:t>ualty کیا ہوتی ہے؟ دعوت ختم ہوتی ہے۔ creative thinking کا جب خاتمہ ہوتا ہے تو سب سے پہلی casualty دعوت ہوتی ہے۔ کیونکہ دعوت جو ہو سکتی ہے peaceful حالات میں، لڑائی بھڑائی کے حالات میں دعوت نہیں ہو سکتی۔ لڑائی بھڑائی کے حالات میں دعوت نہیں ہو سکتی۔ تو creativity جب ختم ہوئی تو لڑائی بھڑائی لوگ چلانے لگیں گے، اور</w:t>
      </w:r>
    </w:p>
    <w:p>
      <w:r>
        <w:rPr>
          <w:b/>
        </w:rPr>
        <w:t xml:space="preserve">[28:19] </w:t>
      </w:r>
      <w:r>
        <w:t>ladai bhadai chalayenge to kya hoga? dawat ka mahaul khatam ho jayega. yeh hai musalmanon ka is waqt haal. saare musalman is waqt isi mein phanse hue hain. to quran mein jo kaha gaya hai ke rasool Allah salallahu alaihi wasallam ne farmaya ke qayamat ke din ke Allah baad ke zamane mein meri ummat jo hai, us ne quran ko kitaab mahjoor bana diya, abandoned book. to is par gaur kiya to is ka matlab yahi nikalta hai.</w:t>
      </w:r>
    </w:p>
    <w:p>
      <w:pPr>
        <w:jc w:val="right"/>
      </w:pPr>
      <w:r>
        <w:t>لڑائی بھڑائی چلائیں گے تو کیا ہوگا؟ دعوت کا ماحول ختم ہو جائے گا۔ یہ ہے مسلمانوں کا اس وقت حال۔ سارے مسلمان اس وقت اسی میں پھنسے ہوئے ہیں۔ تو قرآن میں جو کہا گیا ہے کہ رسول اللہ صلی اللہ علیہ وسلم نے فرمایا کہ قیامت کے دن کہ اللہ بعد کے زمانے میں میری امت جو ہے، اس نے قرآن کو کتاب محجور بنا دیا، abandoned book۔ تو اس پر غور کیا تو اس کا مطلب یہی نکلتا ہے۔</w:t>
      </w:r>
    </w:p>
    <w:p>
      <w:r>
        <w:rPr>
          <w:b/>
        </w:rPr>
        <w:t xml:space="preserve">[28:52] </w:t>
      </w:r>
      <w:r>
        <w:t>yeh matlab tareekh ke mutabiq hai, fitrat ke mutabiq hai, aur text ke mutabiq hai. to is zamane mein main samajhta hoon ke ummat ki sab se bari khwahish yeh hai ke is ke andar creative thinking paida ki jaye. muslim empowerment aur milli work aur social work, is se kuch hone wala nahi hai. aaj kal musalmanon ke bare dhoom se yeh sab kaam</w:t>
      </w:r>
    </w:p>
    <w:p>
      <w:pPr>
        <w:jc w:val="right"/>
      </w:pPr>
      <w:r>
        <w:t>یہ مطلب تاریخ کے مطابق ہے، فطرت کے مطابق ہے، اور ٹیکسٹ کے مطابق ہے۔ تو اس زمانے میں میں سمجھتا ہوں کہ امت کی سب سے بڑی خواہش یہ ہے کہ اس کے اندر creative thinking پیدا کی جائے۔ مسلم empowerment اور ملی ورک اور سوشل ورک، اس سے کچھ ہونے والا نہیں ہے۔ آج کل مسلمانوں کے بڑے دھوم سے یہ سب کام</w:t>
      </w:r>
    </w:p>
    <w:p>
      <w:r>
        <w:rPr>
          <w:b/>
        </w:rPr>
        <w:t xml:space="preserve">[29:22] </w:t>
      </w:r>
      <w:r>
        <w:t>ho rahe hain. muslim empowerment aur milli work aur social work aur musalmanon ke andar tarah tarah ke is tarah ke kaam, is se kuch bhi nahi hone wala, ab tak na hua aur na aindah hoga. jad ki baat yeh hai ke musalmanon ke andar creative thinking lai jaye. tab woh janenge ke how to reapply quran, how to reapply the quran in</w:t>
      </w:r>
    </w:p>
    <w:p>
      <w:pPr>
        <w:jc w:val="right"/>
      </w:pPr>
      <w:r>
        <w:t>ہو رہے ہیں۔ مسلم empowerment اور ملی ورک اور سوشل ورک اور مسلمانوں کے اندر طرح طرح کے اس طرح کے کام، اس سے کچھ بھی نہیں ہونے والا، اب تک نہ ہوا اور نہ آئندہ ہوگا۔ جڑ کی بات یہ ہے کہ مسلمانوں کے اندر creative thinking لائی جائے۔ تب وہ جانیں گے کہ how to reapply قرآن، how to reapply the قرآن in</w:t>
      </w:r>
    </w:p>
    <w:p>
      <w:r>
        <w:rPr>
          <w:b/>
        </w:rPr>
        <w:t xml:space="preserve">[29:53] </w:t>
      </w:r>
      <w:r>
        <w:t>the present situation. jab tak yeh nahi janenge to bas quran ko tilawat karenge aur us ko apply nahi kar payenge. apply nahi kar payenge. maslan dekhiye quran mein yeh ayat hai ke</w:t>
      </w:r>
    </w:p>
    <w:p>
      <w:pPr>
        <w:jc w:val="right"/>
      </w:pPr>
      <w:r>
        <w:t>the present situation۔ جب تک یہ نہیں جانیں گے تو بس قرآن کو تلاوت کریں گے اور اس کو apply نہیں کر پائیں گے۔ apply نہیں کر پائیں گے۔ مثلاً دیکھیے قرآن میں یہ آیت ہے کہ</w:t>
      </w:r>
    </w:p>
    <w:p>
      <w:r>
        <w:rPr>
          <w:b/>
        </w:rPr>
        <w:t xml:space="preserve">[30:27] </w:t>
      </w:r>
      <w:r>
        <w:t>is mein bataya gaya hai ke jo tumhara dushman hai us se acha sulook karo. us ke si'a ke jawab mein husna karo. to woh dushman tumhara dost ban jayega. ab creativity na hone ki wajah se is ayat ki wazahat nahi kar sake hamare mohsin ne. is ka matlab yeh hai ke jab si'a ki surat paida ho, us waqt reaction mat karo. aam taur par kya hota hai? jab si'a ki surat paida</w:t>
      </w:r>
    </w:p>
    <w:p>
      <w:pPr>
        <w:jc w:val="right"/>
      </w:pPr>
      <w:r>
        <w:t>اس میں بتایا گیا ہے کہ جو تمہارا دشمن ہے اس سے اچھا سلوک کرو۔ اس کے سیئے کے جواب میں حسنہ کرو۔ تو وہ دشمن تمہارا دوست بن جائے گا۔ اب creativity نہ ہونے کی وجہ سے اس آیت کی وضاحت نہیں کر سکے ہمارے محسن نے۔ اس کا مطلب یہ ہے کہ جب سیئہ کی صورت پیدا ہو، اس وقت reaction مت کرو۔ عام طور پر کیا ہوتا ہے؟ جب سیئہ کی صورت پیدا</w:t>
      </w:r>
    </w:p>
    <w:p>
      <w:r>
        <w:rPr>
          <w:b/>
        </w:rPr>
        <w:t xml:space="preserve">[30:57] </w:t>
      </w:r>
      <w:r>
        <w:t>hoti hai to foran log gussa ho jate hain, provoke kar bhadak uthte hain, ladne banne khade ho jate hain. isi liye to mana kiya gaya jo musalman kar rahe hain yeh sab. har jagah. har jagah si'a ka hawala de kar ke ladne ke liye tayyar hain. har jagah. ke unhon ne hamare sath si'a kiya hai to hum ladenge. yeh kyun aisa kar rahe hain? creativity khatam ho jane ki wajah se. si'a jab</w:t>
      </w:r>
    </w:p>
    <w:p>
      <w:pPr>
        <w:jc w:val="right"/>
      </w:pPr>
      <w:r>
        <w:t>ہوتی ہے تو فوراً لوگ غصہ ہو جاتے ہیں، provoke کر بھڑک اٹھتے ہیں، لڑنے بننے کھڑے ہو جاتے ہیں۔ اسی لیے تو منع کیا گیا جو مسلمان کر رہے ہیں یہ سب۔ ہر جگہ۔ ہر جگہ سیئہ کا حوالہ دے کر کے لڑنے کے لیے تیار ہیں۔ ہر جگہ۔ کہ انہوں نے ہمارے ساتھ سیئہ کیا ہے تو ہم لڑیں گے۔ یہ کیوں ایسا کر رہے ہیں؟ creativity ختم ہو جانے کی وجہ سے۔ سیئہ جب</w:t>
      </w:r>
    </w:p>
    <w:p>
      <w:r>
        <w:rPr>
          <w:b/>
        </w:rPr>
        <w:t xml:space="preserve">[31:28] </w:t>
      </w:r>
      <w:r>
        <w:t>kya jaye, usi waqt to aap ko hasna karna hai. to sari dunya mein musalman is waqt kya kar rahe hain? un ki jo aap jo nafrat mein mubtala hain, larai bhadrai mein kar rahe hain, aur ganj concert chala rahe hain. har jagah, har jagah, har jagah. wo kyon kar rahe hain? un ke pas yahi jawaz hai ke unhon ne sayyah kiya hai to hum bhi sayyah kar rah</w:t>
      </w:r>
    </w:p>
    <w:p>
      <w:pPr>
        <w:jc w:val="right"/>
      </w:pPr>
      <w:r>
        <w:t>کیا جائے، اسی وقت تو آپ کو حسنہ کرنا ہے۔ تو ساری دنیا میں مسلمان اس وقت کیا کر رہے ہیں؟ ان کی جو آپ جو نفرت میں مبتلا ہیں، لڑائی بھڑائی میں کر رہے ہیں، اور گنج کنسرٹ چلا رہے ہیں۔ ہر جگہ، ہر جگہ، ہر جگہ۔ وہ کیوں کر رہے ہیں؟ ان کے پاس یہی جواز ہے کہ انہوں نے سیئہ کیا ہے تو ہم بھی سیئہ کر رہ</w:t>
      </w:r>
    </w:p>
    <w:p>
      <w:r>
        <w:rPr>
          <w:b/>
        </w:rPr>
        <w:t xml:space="preserve">[31:58] </w:t>
      </w:r>
      <w:r>
        <w:t>e hain. yahi jawaz un ke pas hai. lekin yeh excuse bilkul batil hai. quran yeh kehta hai ke tum unhon ne sayyah kiya hai to hasna karo. tab wo tumhare dost ban jayenge. un ko kill mat karo, un ko apna dost banao. lekin is tarah soch nahi paate. kitne hi kisi se kahiye. koi soch nahi pata. abhi dekhiye</w:t>
      </w:r>
    </w:p>
    <w:p>
      <w:pPr>
        <w:jc w:val="right"/>
      </w:pPr>
      <w:r>
        <w:t>ے ہیں۔ یہی جواز ان کے پاس ہے۔ لیکن یہ excuse بالکل باطل ہے۔ قرآن یہ کہتا ہے کہ تم انہوں نے سیئہ کیا ہے تو حسنہ کرو۔ تب وہ تمہارے دوست بن جائیں گے۔ ان کو kill مت کرو، ان کو اپنا دوست بناؤ۔ لیکن اس طرح سوچ نہیں پاتے۔ کتنے ہی کسی سے کہیے۔ کوئی سوچ نہیں پاتا۔ ابھی دیک</w:t>
      </w:r>
    </w:p>
    <w:p>
      <w:r>
        <w:rPr>
          <w:b/>
        </w:rPr>
        <w:t xml:space="preserve">[32:28] </w:t>
      </w:r>
      <w:r>
        <w:t>ye, sari dunya mein musalman jo hai ramzan ke zamane mein yahudiyon ke khilaf quran tanaza padhte rahe. bad dua padhte rahe rozana masjidon mein. pure ramzan ka mahina. har jagah ki reporten yahi hain. ab yeh bhi kya hai? creativity ka faqdhan hai. log kya kehte hain ke bair momna ka jo waqia hua tha, us ke mauqe par kuch sahaba</w:t>
      </w:r>
    </w:p>
    <w:p>
      <w:pPr>
        <w:jc w:val="right"/>
      </w:pPr>
      <w:r>
        <w:t>ھیے، ساری دنیا میں مسلمان جو ہے رمضان کے زمانے میں یہودیوں کے خلاف قرآن تنازعہ پڑھتے رہے۔ بد دعا پڑھتے رہے روزانہ مسجدوں میں۔ پورے رمضان کا مہینہ۔ ہر جگہ کی رپورٹیں یہی ہیں۔ اب یہ بھی کیا ہے؟ creativity کا فقدان ہے۔ لوگ کیا کہتے ہیں کہ بیر مومنہ کا جو واقعہ ہوا تھا، اس کے موقع پر کچھ صحاب</w:t>
      </w:r>
    </w:p>
    <w:p>
      <w:r>
        <w:rPr>
          <w:b/>
        </w:rPr>
        <w:t xml:space="preserve">[32:58] </w:t>
      </w:r>
      <w:r>
        <w:t>h qatl kar diye gaye the, rasool Allah ne bad dua ki thi. bas yeh yeh jante hain, yeh jante hain. halanke isi hadith ke sath likha hua hai ke aap ne bad dua ki to us ke baad jibril aaye aur rasool Allah ko mana kiya ke aap ko bad dua karne ke liye nahi, Allah ne bheja hai. aap ko daai bana kar bheja, dawat di. phir isi riwayat mein hai ke rasool Allah ne bad dua chhod diya aur phir kabhi aap ne bad dua nahi ki. lekin is se bekhabar hain. kyunke ghusse mein</w:t>
      </w:r>
    </w:p>
    <w:p>
      <w:pPr>
        <w:jc w:val="right"/>
      </w:pPr>
      <w:r>
        <w:t>ہ قتل کر دیے گئے تھے، رسول اللہ نے بد دعا کی تھی۔ بس یہ یہ جانتے ہیں، یہ جانتے ہیں۔ حالانکہ اسی حدیث کے ساتھ لکھا ہوا ہے کہ آپ نے بد دعا کی تو اس کے بعد جبرائیل آئے اور رسول اللہ کو منع کیا کہ آپ کو بد دعا کرنے کے لیے نہیں، اللہ نے بھیجا ہے۔ آپ کو داعی بنا کر بھیجا، دعوت دی۔ پھر اسی روایت میں ہے کہ رسول اللہ نے بد دعا چھوڑ دیا اور پھر کبھی آپ نے بد دعا نہیں کی۔ لیکن اس سے بے خبر ہیں۔ کیونکہ غصے میں</w:t>
      </w:r>
    </w:p>
    <w:p>
      <w:r>
        <w:rPr>
          <w:b/>
        </w:rPr>
        <w:t xml:space="preserve">[33:28] </w:t>
      </w:r>
      <w:r>
        <w:t>hain musalman. bhadke hue hain. jab aap ghusse mein hon, bhadke hue hon, to us ke baad kya hoga? nafrat aayegi. nafrat aayegi to violence aayegi. violence aayegi to war aayegi. to jo already text mein maujood hai, us se bekhabar hain kyunke creativity nahi. to musalmanon ke islah ke liye jitni bhi koshishen ho rahi hain,</w:t>
      </w:r>
    </w:p>
    <w:p>
      <w:pPr>
        <w:jc w:val="right"/>
      </w:pPr>
      <w:r>
        <w:t>ہیں مسلمان۔ بھڑکے ہوئے ہیں۔ جب آپ غصے میں ہوں، بھڑکے ہوئے ہوں، تو اس کے بعد کیا ہوگا؟ نفرت آئے گی۔ نفرت آئے گی تو violence آئے گا۔ violence آئے گی تو وار آئے گی۔ تو جو already ٹیکسٹ میں موجود ہے، اس سے بے خبر ہیں کیونکہ creativity نہیں۔ تو مسلمانوں کے اصلاح کے لیے جتنی بھی کوششیں ہو رہی ہیں،</w:t>
      </w:r>
    </w:p>
    <w:p>
      <w:r>
        <w:rPr>
          <w:b/>
        </w:rPr>
        <w:t xml:space="preserve">[33:58] </w:t>
      </w:r>
      <w:r>
        <w:t>sab abhi tak befaida ho chuki hain, kuch bhi faida un ka nahi. aur is ki wajah kya hai? ke jad to yeh hai ke un ke andar creativity khatam ho gayi hai. ke creative thinking khatam ho gayi hai. aur is ko zinda karne ki koi tarkib nahi hai. kisi ne kaha hai ke my ways to begin from the beginning, my ways to begin from the beginning. to jo</w:t>
      </w:r>
    </w:p>
    <w:p>
      <w:pPr>
        <w:jc w:val="right"/>
      </w:pPr>
      <w:r>
        <w:t>سب ابھی تک بے فائدہ ہو چکی ہیں، کچھ بھی فائدہ ان کا نہیں۔ اور اس کی وجہ کیا ہے؟ کہ جڑ تو یہ ہے کہ ان کے اندر creativity ختم ہو گئی ہے۔ کہ creative thinking ختم ہو گئی ہے۔ اور اس کو زندہ کرنے کی کوئی ترکیب نہیں ہے۔ کسی نے کہا ہے کہ my ways to begin from the beginning، my ways to begin from the beginning۔ تو جو</w:t>
      </w:r>
    </w:p>
    <w:p>
      <w:r>
        <w:rPr>
          <w:b/>
        </w:rPr>
        <w:t xml:space="preserve">[34:28] </w:t>
      </w:r>
      <w:r>
        <w:t>jo starting point hai, wahan se shuru karne par safar jari hoga. aap starting point se safar shuru karen to aap ko safar hi nahi hoga aap ka. aap ko safar hi nahi hoga. to jo starting point hai, wo to yahi ke dobara logon ke andar creative thinking lai jaye. intellectual development un ke andar paida kiya jaye. un ki intellectual awakening ki jaye. un ke soch ko positive soch banaya jaye. here is the begin</w:t>
      </w:r>
    </w:p>
    <w:p>
      <w:pPr>
        <w:jc w:val="right"/>
      </w:pPr>
      <w:r>
        <w:t>جو starting point ہے، وہاں سے شروع کرنے پر سفر جاری ہوگا۔ آپ starting point سے سفر شروع کریں تو آپ کو سفر ہی نہیں ہوگا آپ کا۔ آپ کو سفر ہی نہیں ہوگا۔ تو جو starting point ہے، وہ تو یہی کہ دوبارہ لوگوں کے اندر creative thinking لائی جائے۔ intellectual development ان کے اندر پیدا کیا جائے۔ ان کی intellectual awakening کی جائے۔ ان کے سوچ کو positive سوچ بنایا جائے۔ here is the begin</w:t>
      </w:r>
    </w:p>
    <w:p>
      <w:r>
        <w:rPr>
          <w:b/>
        </w:rPr>
        <w:t xml:space="preserve">[34:58] </w:t>
      </w:r>
      <w:r>
        <w:t>ning. aur kal keh rahe hain ke maslan tunnel khod kar us ke andar wo late hain rocket. yeh yeh koi kaam nahi hai. yeh sab isi liye hota hai ke creative thinking maujood nahi. hamesha dekhiye halat badalte hain. halat jab badlen to aap ko re-think karni padti hai, re-planning karni padti hai, re-ass</w:t>
      </w:r>
    </w:p>
    <w:p>
      <w:pPr>
        <w:jc w:val="right"/>
      </w:pPr>
      <w:r>
        <w:t>ning۔ اور کل کہہ رہے ہیں کہ مثلاً ٹنل کھود کر اس کے اندر وہ لاتے ہیں راکٹ۔ یہ یہ کوئی کام نہیں ہے۔ یہ سب اسی لیے ہوتا ہے کہ creative thinking موجود نہیں۔ ہمیشہ دیکھیے حالات بدلتے ہیں۔ حالات جب بدلیں تو آپ کو re-think کرنی پڑتی ہے، re-planning کرنی پڑتی ہے، re-ass</w:t>
      </w:r>
    </w:p>
    <w:p>
      <w:r>
        <w:rPr>
          <w:b/>
        </w:rPr>
        <w:t xml:space="preserve">[35:28] </w:t>
      </w:r>
      <w:r>
        <w:t>ess karna padta hai. apni priority ko reset karna padta hai. that is creative thinking. to musalmanon mein jo chahe mister hon ya molvi hon, chhote hon ya bade hon, asatza hon ya akabir hon, sab ke sab one to all mere ilm ke mutabiq creative thinking se mahroom ho gaye hain. wahi purani baaton ko dohrate hain. wahi larai bhadrai ki baaten karte hain. wahi jo ladke ne kaha ke hum ne to revenge</w:t>
      </w:r>
    </w:p>
    <w:p>
      <w:pPr>
        <w:jc w:val="right"/>
      </w:pPr>
      <w:r>
        <w:t>ess کرنا پڑتا ہے۔ اپنی priority کو reset کرنا پڑتا ہے۔ that is creative thinking۔ تو مسلمانوں میں جو چاہے مسٹر ہوں یا مولوی ہوں، چھوٹے ہوں یا بڑے ہوں، اساتذہ ہوں یا اکابر ہوں، سب کے سب one to all میرے علم کے مطابق creative thinking سے محروم ہو گئے ہیں۔ وہی پرانی باتوں کو دہراتے ہیں۔ وہی لڑائی بھڑائی کی باتیں کرتے ہیں۔ وہی جو لڑکے نے کہا کہ ہم نے تو revenge</w:t>
      </w:r>
    </w:p>
    <w:p>
      <w:r>
        <w:rPr>
          <w:b/>
        </w:rPr>
        <w:t xml:space="preserve">[35:58] </w:t>
      </w:r>
      <w:r>
        <w:t>lena hai. yeh revenge lena yeh purana tribal culture ki zaban hai. mujh ko to revenge lena hai, mujh ko to inteqam lena hai, yeh tribal culture ki zaban hai jo ke khatam ho chuki hai. main jab afghanistan gaya tha tab bhi yeh boli suni thi main ne ke mujh ko to inteqam lena hai. aur abhi falasteen ki jo report aayi hai, wo bhi wahan bol rahe hain wahi wo log ke hum ko to inteqam lena hai. yeh</w:t>
      </w:r>
    </w:p>
    <w:p>
      <w:pPr>
        <w:jc w:val="right"/>
      </w:pPr>
      <w:r>
        <w:t>لینا ہے۔ یہ revenge لینا یہ پرانا tribal culture کی زبان ہے۔ مجھ کو تو revenge لینا ہے، مجھ کو تو انتقام لینا ہے، یہ tribal culture کی زبان ہے جو کہ ختم ہو چکی ہے۔ میں جب افغانستان گیا تھا تب بھی یہ بولی سنی تھی میں نے کہ مجھ کو تو انتقام لینا ہے۔ اور ابھی فلسطین کی جو رپورٹ آئی ہے، وہ بھی وہاں بول رہے ہیں وہی وہ لوگ کہ ہم کو تو انتقام لینا ہے۔ یہ</w:t>
      </w:r>
    </w:p>
    <w:p>
      <w:r>
        <w:rPr>
          <w:b/>
        </w:rPr>
        <w:t xml:space="preserve">[36:29] </w:t>
      </w:r>
      <w:r>
        <w:t>tribal age ki zaban hai. tribal age to khatam ho chuka. lekin jab creative thinking khatam ho jati hai to logon ko pata nahi chalta ke kaun age aaya, kaun age gaya. jab creative thinking khatam ho jaye to log samajh nahi paate ke kya halat mein kya change aaya hai. kaun sa zamana chala gaya, kaun sa zamana baki hai. yani kitne sare log hain</w:t>
      </w:r>
    </w:p>
    <w:p>
      <w:pPr>
        <w:jc w:val="right"/>
      </w:pPr>
      <w:r>
        <w:t>tribal age کی زبان ہے۔ tribal age تو ختم ہو چکا۔ لیکن جب creative thinking ختم ہو جاتی ہے تو لوگوں کو پتہ نہیں چلتا کہ کون age آیا، کون age گیا۔ جب creative thinking ختم ہو جائے تو لوگ سمجھ نہیں پاتے کہ کیا حالات میں کیا change آیا ہے۔ کون سا زمانہ چلا گیا، کون سا زمانہ باقی ہے۔ یعنی کتنے سارے لوگ ہیں</w:t>
      </w:r>
    </w:p>
    <w:p>
      <w:r>
        <w:rPr>
          <w:b/>
        </w:rPr>
        <w:t xml:space="preserve">[36:59] </w:t>
      </w:r>
      <w:r>
        <w:t>jo abhi bhi wahi baaten karte hain jo kingship ke daur ki baaten hain. un ko pata hi nahi ke democracy ka zamana aa gaya hai. larai ki baaten karte hain, un ko pata hi nahi ke peace ka zamana aa gaya hai. to Allah ke fazl se hamare saathi hain, wo saboot de rahe hain is baat ka ke un ke andar creative thinking hai. is ki ek misal to yeh hai ke kolkata ke sahatiyon ne</w:t>
      </w:r>
    </w:p>
    <w:p>
      <w:pPr>
        <w:jc w:val="right"/>
      </w:pPr>
      <w:r>
        <w:t>جو ابھی بھی وہی باتیں کرتے ہیں جو kingship کے دور کی باتیں ہیں۔ ان کو پتہ ہی نہیں کہ democracy کا زمانہ آ گیا ہے۔ لڑائی کی باتیں کرتے ہیں، ان کو پتہ ہی نہیں کہ peace کا زمانہ آ گیا ہے۔ تو اللہ کے فضل سے ہمارے ساتھی ہیں، وہ ثبوت دے رہے ہیں اس بات کا کہ ان کے اندر creative thinking ہے۔ اس کی ایک مثال تو یہ ہے کہ کلکتہ کے ساتھیوں نے</w:t>
      </w:r>
    </w:p>
    <w:p>
      <w:r>
        <w:rPr>
          <w:b/>
        </w:rPr>
        <w:t xml:space="preserve">[37:29] </w:t>
      </w:r>
      <w:r>
        <w:t>interfaith conference ki, us mein logon ko bulaya. main is ko bohat yani Allah ka shukr ada kiya ke hamare sahatiyon mein creative thinking hai. aise hi dekhiye, patta ke sahatiyon ne wahan ek naya wo nikala, street daawa. jis ka main ne zikr kiya pichhle hafte. street daawa bohat kamyab ho raha hai. jagah jagah wo book ka stall lagate hain street par, aur log jhok jhok aate hain is mein.</w:t>
      </w:r>
    </w:p>
    <w:p>
      <w:pPr>
        <w:jc w:val="right"/>
      </w:pPr>
      <w:r>
        <w:t>interfaith conference کی، اس میں لوگوں کو بلایا۔ میں اس کو بہت یعنی اللہ کا شکر ادا کیا کہ ہمارے ساتھیوں میں creative thinking ہے۔ ایسے ہی دیکھیے، پٹہ کے ساتھیوں نے وہاں ایک نیا وہ نکالا، street دعویٰ۔ جس کا میں نے ذکر کیا پچھلے ہفتے۔ street دعویٰ بہت کامیاب ہو رہا ہے۔ جگہ جگہ وہ book کا اسٹال لگاتے ہیں street پر، اور لوگ جھوک جھوک آتے ہیں اس میں۔</w:t>
      </w:r>
    </w:p>
    <w:p>
      <w:r>
        <w:rPr>
          <w:b/>
        </w:rPr>
        <w:t xml:space="preserve">[38:03] </w:t>
      </w:r>
      <w:r>
        <w:t>aise mukhtalif tareeqe se hamare saathi kaam kar rahe hain. aise hi main bangalore gaya to wahan main ne dekha ke wahan sahatiyon ne ek ek shutter banaya hai, chhota sa. yani wo micro center hai kehna chahiye. lekin full fledged hai. sari sahulaten us ke andar maujood hain. ek bade center mein jo hona chahiye wo sab chhote chhote center mein maujood hai. to hai to micro center lekin full fledged hai wo. wo bhi</w:t>
      </w:r>
    </w:p>
    <w:p>
      <w:pPr>
        <w:jc w:val="right"/>
      </w:pPr>
      <w:r>
        <w:t>ایسے مختلف طریقے سے ہمارے ساتھی کام کر رہے ہیں۔ ایسے ہی میں بگلور گیا تو وہاں میں نے دیکھا کہ وہاں ساتھیوں نے ایک ایک شٹر بنایا ہے، چھوٹا سا۔ یعنی وہ micro center ہے کہنا چاہیے۔ لیکن full fledged ہے۔ ساری سہولتیں اس کے اندر موجود ہیں۔ ایک بڑے center میں جو ہونا چاہیے وہ سب چھوٹے چھوٹے center میں موجود ہے۔ تو ہے تو micro center لیکن full fledged ہے وہ۔ وہ بھی</w:t>
      </w:r>
    </w:p>
    <w:p>
      <w:r>
        <w:rPr>
          <w:b/>
        </w:rPr>
        <w:t xml:space="preserve">[38:33] </w:t>
      </w:r>
      <w:r>
        <w:t>main samajhta hoon creative thinking ki ek baat hai. to hamare sahatiyon par Allah ke fazl se yeh baat aayi ke wo khud sochte hain, khud plan karte hain. naye halat mein kaise dawat ka kaam ko aage badhaya jaye, wo khud us ki tadbiren dhoondhte hain. yeh goya ke ummat mein is ko aap cps ke is ke aitbar se na dekhiye, ummat mein ek nayi beginning ke taur par dekhiye aap. yani cps ke log jo kar rahe hain</w:t>
      </w:r>
    </w:p>
    <w:p>
      <w:pPr>
        <w:jc w:val="right"/>
      </w:pPr>
      <w:r>
        <w:t>میں سمجھتا ہوں creative thinking کی ایک بات ہے۔ تو ہمارے ساتھیوں پر اللہ کے فضل سے یہ بات آئی کہ وہ خود سوچتے ہیں، خود plan کرتے ہیں۔ نئے حالات میں کیسے دعوت کا کام کو آگے بڑھایا جائے، وہ خود اس کی تدبیریں ڈھونڈتے ہیں۔ یہ گویا کہ امت میں اس کو آپ سی پی ایس کے اس کے اعتبار سے نہ دیکھیے، امت میں ایک نئی beginning کے طور پر دیکھیے آپ۔ یعنی سی پی ایس کے لوگ جو کر رہے ہیں</w:t>
      </w:r>
    </w:p>
    <w:p>
      <w:r>
        <w:rPr>
          <w:b/>
        </w:rPr>
        <w:t xml:space="preserve">[39:03] </w:t>
      </w:r>
      <w:r>
        <w:t>wo ummat ka hissa hain. to aap cps ke reference se mat dekhiye is ko. yeh dekhiye ke ummat muslima mein ek nayi beginning shuru hui hai. aap agar cps ke reference dekhenge to aap aap phir phir mehdood kar denge is ko. cps mein jo log hain wo kya hain? ummat muslima ka hissa hain. to is lihaz se yeh jo creativity ke waqiat jo hain wo ummat muslima mein ek</w:t>
      </w:r>
    </w:p>
    <w:p>
      <w:pPr>
        <w:jc w:val="right"/>
      </w:pPr>
      <w:r>
        <w:t>وہ امت کا حصہ ہیں۔ تو آپ سی پی ایس کے reference سے مت دیکھیے اس کو۔ یہ دیکھیے کہ امت مسلمہ میں ایک نئی beginning شروع ہوئی ہے۔ آپ اگر سی پی ایس کے reference دیکھیں گے تو آپ آپ پھر پھر محدود کر دیں گے اس کو۔ سی پی ایس میں جو لوگ ہیں وہ کیا ہیں؟ امت مسلمہ کا حصہ ہیں۔ تو اس لحاظ سے یہ جو creativity کے واقعات جو ہیں وہ امت مسلمہ میں ایک</w:t>
      </w:r>
    </w:p>
    <w:p>
      <w:r>
        <w:rPr>
          <w:b/>
        </w:rPr>
        <w:t xml:space="preserve">[39:33] </w:t>
      </w:r>
      <w:r>
        <w:t>naye beginning ki alamat hain. nayi beginning. is tarah aap jab sochenge to aap ko aap ka hausle mein bohat hausla bohat badh jayega. iqbal ka ek sher hai jo bohat bohat zyada stage par dohraya gaya hai. zara na maut yeh mitti bohat zar khez hai zaakir. yeh ek shayari thi, unhon ne shayari kar di. iqbal ne yeh nahi bataya ke kaise is ko zar khez kiya jaye. shayari se zar khez nahi ho sakti ummat.</w:t>
      </w:r>
    </w:p>
    <w:p>
      <w:pPr>
        <w:jc w:val="right"/>
      </w:pPr>
      <w:r>
        <w:t>نئے beginning کی علامت ہیں۔ نئی beginning۔ اس طرح آپ جب سوچیں گے تو آپ کو آپ کا حوصلے میں بہت حوصلہ بہت بڑھ جائے گا۔ اقبال کا ایک شعر ہے جو بہت بہت زیادہ stage پر دہرایا گیا ہے۔ ذرا نہ موت یہ مٹی بہت زرخیز ہے ذاکر۔ یہ ایک شاعری تھی، انہوں نے شاعری کر دیا۔ اقبال نے یہ نہیں بتایا کہ کیسے اس کو زرخیز کیا جائے۔ شاعری سے زرخیز نہیں ہو سکتی امت۔</w:t>
      </w:r>
    </w:p>
    <w:p>
      <w:r>
        <w:rPr>
          <w:b/>
        </w:rPr>
        <w:t xml:space="preserve">[40:04] </w:t>
      </w:r>
      <w:r>
        <w:t>koi ummat shayari ke zariye se nahi zinda ho jati. is ko ek way of thinking dena padta hai, ideology deni padti hai. naye halat ka analysis kar ke batana padta hai ke yeh opportunity hai. yeh iqbal ne kiya nahi, bas shayari kar di unhon ne. Allah ke fazl se hamare mission mein yeh hai ke hum yani ghusal mein use talash kar ke hum batate hain. problem mein opportunity talash kar ke batate hain.</w:t>
      </w:r>
    </w:p>
    <w:p>
      <w:pPr>
        <w:jc w:val="right"/>
      </w:pPr>
      <w:r>
        <w:t>کوئی امت شاعری کے ذریعے سے نہیں زندہ ہو جاتی۔ اس کو ایک way of thinking دینا پڑتا ہے، ideology دینی پڑتی ہے۔ نئے حالات کا analysis کر کے بتانا پڑتا ہے کہ یہ opportunity ہے۔ یہ اقبال نے کیا نہیں، بس شاعری کر دی انہوں نے۔ اللہ کے فضل سے ہمارے مشن میں یہ ہے کہ ہم یعنی غسل میں یوز تلاش کر کے ہم بتاتے ہیں۔ problem میں opportunity تلاش کر کے بتاتے ہیں۔</w:t>
      </w:r>
    </w:p>
    <w:p>
      <w:r>
        <w:rPr>
          <w:b/>
        </w:rPr>
        <w:t xml:space="preserve">[40:36] </w:t>
      </w:r>
      <w:r>
        <w:t>logon ke andar intellectual development lane ki koshish karte hain. nateeja kya hota hai ke logon ke andar creativity aa rahi hai. to cps ke logon mein Allah ke fazl se already creative thinking aa chuki hai. aur isi liye wo naye dhang par dawat ka kaam kar rahe hain, naye dhang par. aur bohat hi effective dhang par. is mein main yeh izafa karna chahunga ke aap is ko cps ke hawale se na sochiye. is ko aap samjhiye</w:t>
      </w:r>
    </w:p>
    <w:p>
      <w:pPr>
        <w:jc w:val="right"/>
      </w:pPr>
      <w:r>
        <w:t>لوگوں کے اندر intellectual development لانے کی کوشش کرتے ہیں۔ نتیجہ کیا ہوتا ہے کہ لوگوں کے اندر creativity آ رہی ہے۔ تو سی پی ایس کے لوگوں میں اللہ کے فضل سے already creative thinking آ چکی ہے۔ اور اسی لیے وہ نئے ڈھنگ پر دعوت کا کام کر رہے ہیں، نئے ڈھنگ پر۔ اور بہت ہی effective ڈھنگ پر۔ اس میں میں یہ اضافہ کرنا چاہوں گا کہ آپ اس کو سی پی ایس کے حوالے سے نہ سوچیے۔ اس کو آپ سمج</w:t>
      </w:r>
    </w:p>
    <w:p>
      <w:r>
        <w:rPr>
          <w:b/>
        </w:rPr>
        <w:t xml:space="preserve">[41:06] </w:t>
      </w:r>
      <w:r>
        <w:t>ye ke ummat muslima ka ek faction hai cps. aur ummat muslima mein goya ek ek beginning shuru hui hai. ek beginning. kyunke aap bhi ummat muslima ka ek part hain. to yeh baaten bohat hi umeed wali baaten hain. aaj mis</w:t>
      </w:r>
    </w:p>
    <w:p>
      <w:pPr>
        <w:jc w:val="right"/>
      </w:pPr>
      <w:r>
        <w:t>ھیے کہ امت مسلمہ کا ایک faction ہے سی پی ایس۔ اور امت مسلمہ میں گویا ایک ایک beginning شروع ہوئی ہے۔ ایک beginning۔ کیونکہ آپ بھی امت مسلمہ کا ایک part ہیں۔ تو یہ باتیں بہت ہی امید والی باتیں ہیں۔ آج مس</w:t>
      </w:r>
    </w:p>
    <w:p>
      <w:r>
        <w:rPr>
          <w:b/>
        </w:rPr>
        <w:t xml:space="preserve">[41:36] </w:t>
      </w:r>
      <w:r>
        <w:t>ter rajat ke pas ek ek message aaya hai poona se ek sahab ka, wo sunayenge aap ko. to wo bhi isi ki ka ek proof hai. isi ka ek proof hai jo main kar raha hoon. is mein bhi ek umeed ka ek umeed ka pehlu maujood hai. main aaj kal</w:t>
      </w:r>
    </w:p>
    <w:p>
      <w:pPr>
        <w:jc w:val="right"/>
      </w:pPr>
      <w:r>
        <w:t>ٹر رجعت کے پاس ایک ایک message آیا ہے پونا سے ایک صاحب کا، وہ سنائیں گے آپ کو۔ تو وہ بھی اسی کی کا ایک proof ہے۔ اسی کا ایک proof ہے جو میں کر رہا ہوں۔ اس میں بھی ایک امید کا ایک امید کا پہلو موجود ہے۔ میں آج کل</w:t>
      </w:r>
    </w:p>
    <w:p>
      <w:r>
        <w:rPr>
          <w:b/>
        </w:rPr>
        <w:t xml:space="preserve">[42:07] </w:t>
      </w:r>
      <w:r>
        <w:t>zyada tar kya karta hoon ke kursi par baitha hua aap logon ke liye dua karta rehta hoon. cps ki team ke liye. kyunke agar hum direction dein aur koi program check out kar ke batayein, is se kuch hone wala nahi hai. kisi bane banaye program, koi bana banaya program dein aap, is se koi bada kaam nahi</w:t>
      </w:r>
    </w:p>
    <w:p>
      <w:pPr>
        <w:jc w:val="right"/>
      </w:pPr>
      <w:r>
        <w:t>زیادہ تر کیا کرتا ہوں کہ کرسی پر بیٹھا ہوا آپ لوگوں کے لیے دعا کرتا رہتا ہوں۔ سی پی ایس کی ٹیم کے لیے۔ کیونکہ اگر ہم direction دیں اور کوئی program check out کر کے بتائیں، اس سے کچھ ہونے والا نہیں ہے۔ کسی بنے بنائے program، کوئی بنا بنایا program دیں آپ، اس سے کوئی بڑا کام نہیں</w:t>
      </w:r>
    </w:p>
    <w:p>
      <w:r>
        <w:rPr>
          <w:b/>
        </w:rPr>
        <w:t xml:space="preserve">[42:37] </w:t>
      </w:r>
      <w:r>
        <w:t>hota. bada kaam hota hai ke log self programmer ban jayein. har aadmi self planner ban jaye. khud soche, khud implement kare. tab bada kaam hota hai. to main isi ki dua karta rehta hoon. aur Allah ke fazl se hamare saathi, hamare sahatiyon mein yeh sifat bohat bade pemane par paida ho chuki hai. to meri dua hai ke Allah</w:t>
      </w:r>
    </w:p>
    <w:p>
      <w:pPr>
        <w:jc w:val="right"/>
      </w:pPr>
      <w:r>
        <w:t>ہوتا۔ بڑا کام ہوتا ہے کہ لوگ self programmer بن جائیں۔ ہر آدمی self planner بن جائے۔ خود سوچے، خود implement کرے۔ تب بڑا کام ہوتا ہے۔ تو میں اسی کی دعا کرتا رہتا ہوں۔ اور اللہ کے فضل سے ہمارے ساتھی، ہمارے ساتھیوں میں یہ صفت بہت بڑے پیمانے پر پیدا ہو چکی ہے۔ تو میری دعا ہے کہ اللہ</w:t>
      </w:r>
    </w:p>
    <w:p>
      <w:r>
        <w:rPr>
          <w:b/>
        </w:rPr>
        <w:t xml:space="preserve">[43:07] </w:t>
      </w:r>
      <w:r>
        <w:t>taala mujh ko aur aap ko tofeeq de ke hum aap Allah ki marzi par chalein. dunya mein hamein Allah ki madad hasil ho. aur aakhirat mein hamein Allah ki aaj main subah soch raha tha ke sab se badi tamanna meri yeh hai ke main apne rab ko dekhun aakhirat mein. wo</w:t>
      </w:r>
    </w:p>
    <w:p>
      <w:pPr>
        <w:jc w:val="right"/>
      </w:pPr>
      <w:r>
        <w:t>تعالی مجھ کو اور آپ کو توفیق دے کہ ہم آپ اللہ کی مرضی پر چلیں۔ دنیا میں ہمیں اللہ کی مدد حاصل ہو۔ اور آخرت میں ہمیں اللہ کی آج میں صبح سوچ رہا تھا کہ سب سے بڑی تمنا میری یہ ہے کہ میں اپنے رب کو دیکھوں آخرت میں۔ وہ</w:t>
      </w:r>
    </w:p>
    <w:p>
      <w:r>
        <w:rPr>
          <w:b/>
        </w:rPr>
        <w:t xml:space="preserve">[43:37] </w:t>
      </w:r>
      <w:r>
        <w:t>jo mera khaliq hai, kaisa hai wo? meri sab se badi tamanna yahi hai ke apne khaliq ko main dekhun. apne rab ko dekhun. to phir main ne socha ke kya main is ko is ko is ka mustahiq hoon ke main rab ka chehra dekh sakun? to dunya mein aap ko apna mustahiq establish karna hai. tab aap rab ka chehra dekh payenge.</w:t>
      </w:r>
    </w:p>
    <w:p>
      <w:pPr>
        <w:jc w:val="right"/>
      </w:pPr>
      <w:r>
        <w:t>جو میرا خالق ہے، کیسا ہے وہ؟ میری سب سے بڑی تمنا یہی ہے کہ اپنے خالق کو میں دیکھوں۔ اپنے رب کو دیکھوں۔ تو پھر میں نے سوچا کہ کیا میں اس کو اس کو اس کا مستحق ہوں کہ میں رب کا چہرہ دیکھ سکوں؟ تو دنیا میں آپ کو اپنا استحقاق establish کرنا ہے۔ تب آپ رب کا چہرہ دیکھ پائیں گے۔</w:t>
      </w:r>
    </w:p>
    <w:p>
      <w:r>
        <w:rPr>
          <w:b/>
        </w:rPr>
        <w:t xml:space="preserve">[44:08] </w:t>
      </w:r>
      <w:r>
        <w:t>hamari sari dorr dhoop jo hai ek lehaz se hum keh sakte hain ke dorr dhoop isi liye hai ke hum apne aap ko yeh prove kar saken ke hum is qabil hain ke ke Allah ka chehra humain dekhne ki tofeeq milay. hum Allah rab ul alameen ka deedaar kar saken. Allah taala mujh ko</w:t>
      </w:r>
    </w:p>
    <w:p>
      <w:pPr>
        <w:jc w:val="right"/>
      </w:pPr>
      <w:r>
        <w:t>ہماری ساری دوڑ دھوپ جو ہے ایک لحاظ سے ہم کہہ سکتے ہیں کہ دوڑ دھوپ اسی لیے ہے کہ ہم اپنے آپ کو یہ prove کر سکیں کہ ہم اس قابل ہیں کہ کہ اللہ کا چہرہ ہمیں دیکھنے کی توفیق ملے۔ ہم اللہ رب العالمین کا دیدار کر سکیں۔ اللہ تعالی مجھ کو</w:t>
      </w:r>
    </w:p>
    <w:p>
      <w:r>
        <w:rPr>
          <w:b/>
        </w:rPr>
        <w:t xml:space="preserve">[44:38] </w:t>
      </w:r>
      <w:r>
        <w:t>aur aap ko apni rehmat se nawazay aur akhirat mein humain jannat mein dakhil karay. aameen. assalam o alaikum wa rehmatullah.</w:t>
      </w:r>
    </w:p>
    <w:p>
      <w:pPr>
        <w:jc w:val="right"/>
      </w:pPr>
      <w:r>
        <w:t>اور آپ کو اپنی رحمت سے نوازے اور آخرت میں ہمیں جنت میں داخل کرے۔ آمین۔ السلام علیکم ورحمۃ اللہ۔</w:t>
      </w:r>
    </w:p>
    <w:p>
      <w:r>
        <w:rPr>
          <w:b/>
        </w:rPr>
        <w:t xml:space="preserve">[45:16] </w:t>
      </w:r>
      <w:r>
        <w:t>ek listener ne poocha hai aap se aur question is tareeqay se hai ke Maulana please guide me as to how I can convince my life partner on the message of Islam. How can one take the life partner on the journey of intellectual growth and da'wa work? How do you convince or demonstrate the right mindset? Please guide me. Dekhiye yeh koi ek aadmi ka qissa</w:t>
      </w:r>
    </w:p>
    <w:p>
      <w:pPr>
        <w:jc w:val="right"/>
      </w:pPr>
      <w:r>
        <w:t>ایک listener نے پوچھا ہے آپ سے اور question اس طریقے سے ہے کہ مولانا please guide me as to how I can convince my life partner on the message of اسلام۔ How can one take the life partner on the journey of intellectual growth and دعویٰ work؟ How do you convince or demonstrate theright mindset؟ Please guide me۔ دیکھیے یہ کوئی ایک آدمی کا قصہ</w:t>
      </w:r>
    </w:p>
    <w:p>
      <w:r>
        <w:rPr>
          <w:b/>
        </w:rPr>
        <w:t xml:space="preserve">[45:46] </w:t>
      </w:r>
      <w:r>
        <w:t>nahi hai ke da'ee aur mud'oo ke darmiyan normal situation nahi hoti. yeh hamesha hi aisa hota hai. har paighambar ke zamanay mein aisay hi hua. to da'wa work begins from the situation. da'wa work announcement se shuru nahi hoti. da'wat da'wat</w:t>
      </w:r>
    </w:p>
    <w:p>
      <w:pPr>
        <w:jc w:val="right"/>
      </w:pPr>
      <w:r>
        <w:t>نہیں ہے کہ داعی اور مودع کے درمیان normal situation نہیں ہوتی۔ یہ ہمیشہ ہی ایسا ہوتا ہے۔ ہر پیغمبر کے زمانے میں ایسے ہی ہوا۔ تو دعویٰ work begins from the situation۔ دعویٰ work announcement سے شروع نہیں ہوتی۔ دعوت دعوت</w:t>
      </w:r>
    </w:p>
    <w:p>
      <w:r>
        <w:rPr>
          <w:b/>
        </w:rPr>
        <w:t xml:space="preserve">[46:16] </w:t>
      </w:r>
      <w:r>
        <w:t>jo hai da'wat kabhi bhi ailaan se announcement se shuru nahi hoti. da'wat shuru hoti hai yahan se ke da'ee apni taraf se aisi aisay halaat paida karay ke da'ee aur mud'oo ke darmiyan normalcy qaim ho jaye. normal situation aa jaye. is ke baad hi da'wat ka kaam hota hai.</w:t>
      </w:r>
    </w:p>
    <w:p>
      <w:pPr>
        <w:jc w:val="right"/>
      </w:pPr>
      <w:r>
        <w:t>جو ہے دعوت کبھی بھی اعلان سے announcement سے شروع نہیں ہوتی۔ دعوت شروع ہوتی ہے یہاں سے کہ داعی اپنی طرف سے ایسی ایسے حالات پیدا کرے کہ داعی اور مودع کے درمیان normalcy قائم ہو جائے۔ normal situation آ جائے۔ اس کے بعد ہی دعوت کا کام ہوتا ہے۔</w:t>
      </w:r>
    </w:p>
    <w:p>
      <w:r>
        <w:rPr>
          <w:b/>
        </w:rPr>
        <w:t xml:space="preserve">[46:47] </w:t>
      </w:r>
      <w:r>
        <w:t>Dekhiye is mein da'ee ko sacrifice karna parta hai. kyunke hamesha kuch na kuch baatein hoti hain aisi jo unpleasant hoti hain. yeh hamesha hota hai. paighambar ke sath bhi aisa tha. to da'ee ko jis ko maine pichlay haftay kaha tha ke le aiy lillah for the sake of God.</w:t>
      </w:r>
    </w:p>
    <w:p>
      <w:pPr>
        <w:jc w:val="right"/>
      </w:pPr>
      <w:r>
        <w:t>دیکھیے اس میں داعی کو sacrifice کرنا پڑتا ہے۔ کیونکہ ہمیشہ کچھ نہ کچھ باتیں ہوتی ہیں ایسی جو unpleasant ہوتی ہیں۔ یہ ہمیشہ ہوتا ہے۔ پیغمبر کے ساتھ بھی ایسا تھا۔ تو داعی کو جس کو میں نے پچھلے ہفتے کہا تھا کہ لے آئی للہ for the sake of God۔</w:t>
      </w:r>
    </w:p>
    <w:p>
      <w:r>
        <w:rPr>
          <w:b/>
        </w:rPr>
        <w:t xml:space="preserve">[47:17] </w:t>
      </w:r>
      <w:r>
        <w:t>to da'ee ko le aiy lillah ya for the sake of God sacrifice karni parti hai. yani situation ko normalize karne ke liye da'ee ko sacrifice karna parta hai. yeh nahi ke bilateral buniyad par kuch nahi hota is dunya mein kaam. aur jo hota hai woh unilateral buniyad par hota hai. to main yeh kahunga ke har aadmi</w:t>
      </w:r>
    </w:p>
    <w:p>
      <w:pPr>
        <w:jc w:val="right"/>
      </w:pPr>
      <w:r>
        <w:t>تو داعی کو لے آئی للہ یا for the sake of God sacrifice کرنی پڑتی ہے۔ یعنی situation کو normalize کرنے کے لیے داعی کو sacrifice کرنا پڑتا ہے۔ یہ نہیں کہ bilateral بنیاد پر کچھ نہیں ہوتا اس دنیا میں کام۔ اور جو ہوتا ہے وہ unilateral بنیاد پر ہوتا ہے۔ تو میں یہ کہوں گا کہ ہر آدمی</w:t>
      </w:r>
    </w:p>
    <w:p>
      <w:r>
        <w:rPr>
          <w:b/>
        </w:rPr>
        <w:t xml:space="preserve">[47:48] </w:t>
      </w:r>
      <w:r>
        <w:t>ko ek hi creator ne paida kiya hai. har aadmi ke andar wohi fitrat hai, wohi wohi nature hai. to potentially har aadmi har aadmi ka is baat ke liye tayyar hai ke us ko sachai milay sahi shakal mein to woh qabool kar lay. main aap ko ek waqia arz karunga ke Rasool Allah jab Makka mein thay to wahan par</w:t>
      </w:r>
    </w:p>
    <w:p>
      <w:pPr>
        <w:jc w:val="right"/>
      </w:pPr>
      <w:r>
        <w:t>کو ایک ہی creator نے پیدا کیا ہے۔ ہر آدمی کے اندر وہی فطرت ہے، وہی وہی nature ہے۔ تو potentially ہر آدمی ہر آدمی کا اس بات کے لیے تیار ہے کہ اس کو سچائی ملے صحیح شکل میں تو وہ قبول کر لے۔ میں آپ کو ایک واقعہ عرض کروں گا کہ رسول اللہ جب مکہ میں تھے تو وہاں پر</w:t>
      </w:r>
    </w:p>
    <w:p>
      <w:r>
        <w:rPr>
          <w:b/>
        </w:rPr>
        <w:t xml:space="preserve">[48:19] </w:t>
      </w:r>
      <w:r>
        <w:t>bohat hi zabardast ek aadmi thay jin ko hum Umar bin Al-Khattab kehtay hain. to shuru mein kai saal tak woh Rasool Allah ke sath kharab thay. bohat kharab thay. to ek waqia hai ke ek sahabi ek saahib jo Islam mein dakhil ho chukay thay. biwi ne apne apne husband se kaha kuch Umar bin Al-Khattab ke baray mein koi positive report di unhon nay</w:t>
      </w:r>
    </w:p>
    <w:p>
      <w:pPr>
        <w:jc w:val="right"/>
      </w:pPr>
      <w:r>
        <w:t>بہت ہی زبردست ایک آدمی تھے جن کو ہم عمر بن الخطاب کہتے ہیں۔ تو شروع میں کئی سال تک وہ رسول اللہ کے ساتھ خراب تھے۔ بہت خراب تھے۔ تو ایک واقعہ ہے کہ ایک صحابی ایک صاحب جو اسلام میں داخل ہو چکے تھے۔ بیوی نے اپنے اپنے husband سے کہا کچھ عمر بن الخطاب کے بارے میں کوئی positive report دی انہوں نے</w:t>
      </w:r>
    </w:p>
    <w:p>
      <w:r>
        <w:rPr>
          <w:b/>
        </w:rPr>
        <w:t xml:space="preserve">[48:50] </w:t>
      </w:r>
      <w:r>
        <w:t>yeh Hijjat-e-Habasha ke waqt ki baat hai yani koi hopeful report to un ke shohar ne jo sahabi thay un ka wallah la asma muhadhah hatta asma hamara khitab ke Khuda ki qasam yeh aadmi is waqt tak Islam qabool nahi karega jab se jab tak us qabiley ka gadha bhi Islam qabool kar lay itna ziyada sakht raaye thi lekin aap jantay hain ke wohi</w:t>
      </w:r>
    </w:p>
    <w:p>
      <w:pPr>
        <w:jc w:val="right"/>
      </w:pPr>
      <w:r>
        <w:t>یہ حجۃ حبشہ کے وقت کی بات ہے یعنی کوئی hopeful report تو ان کے شوہر نے جو صحابی تھے ان کا واللہ لا اسم محاذہ حتیٰ اسم ہمارا خطاب کہ خدا کی قسم یہ آدمی اس وقت تک اسلام قبول نہیں کرے گا جب سے جب تک اس قبیلے کا گدھا بھی اسلام قبول کر لے اتنا زیادہ سخت رائے تھی لیکن آپ جانتے ہیں کہ وہی</w:t>
      </w:r>
    </w:p>
    <w:p>
      <w:r>
        <w:rPr>
          <w:b/>
        </w:rPr>
        <w:t xml:space="preserve">[49:20] </w:t>
      </w:r>
      <w:r>
        <w:t>Umar bin Al-Khattab jo hai unhon nay Islam qabool kiya aur woh Islam ke ek bohat baray sipahi ban gaye to yaad rakhen humain kabhi kisi ke baray mein mayoos nahi hona chahiye aur hamesha beginning apni taraf se hoti hai doosray ki taraf se nahi hoti kabhi bhi beginning doosray ki taraf se nahi hogi apni taraf se hogi</w:t>
      </w:r>
    </w:p>
    <w:p>
      <w:pPr>
        <w:jc w:val="right"/>
      </w:pPr>
      <w:r>
        <w:t>عمر بن الخطاب جو ہے انہوں نے اسلام قبول کیا اور وہ اسلام کے ایک بہت بڑے سپاہی بن گئے تو یاد رکھیں ہمیں کبھی کسی کے بارے میں مایوس نہیں ہونا چاہیے اور ہمیشہ beginning اپنی طرف سے ہوتی ہے دوسرے کی طرف سے نہیں ہوتی کبھی بھی beginning دوسرے کی طرف سے نہیں ہوگی اپنی طرف سے ہوگی</w:t>
      </w:r>
    </w:p>
    <w:p>
      <w:r>
        <w:rPr>
          <w:b/>
        </w:rPr>
        <w:t xml:space="preserve">[49:50] </w:t>
      </w:r>
      <w:r>
        <w:t>to in haqeeqaton ko samnay rakh kar ke planning kijiye aur Allah se dua karte rahiye hum bhi dua karte hain Allah taala aap ko kamyab ata kamyabi ata farmaye. Maulana agla sawal Dilli se hai aa Maulana Farhad sahib ka aur unhon nay poocha hai ke aaj aap nay mention kiya about creativity so my question is</w:t>
      </w:r>
    </w:p>
    <w:p>
      <w:pPr>
        <w:jc w:val="right"/>
      </w:pPr>
      <w:r>
        <w:t>تو ان حقیقتوں کو سامنے رکھ کر کے planning کیجیے اور اللہ سے دعا کرتے رہیے ہم بھی دعا کرتے ہیں اللہ تعالی آپ کو کامیاب عطا کامیابی عطا فرمائے۔ مولانا اگلا سوال دلی سے ہے آ مولانا فرہاد صاحب کا اور انہوں نے پوچھا ہے کہ آج آپ نے mention کیا about creativity so my question is</w:t>
      </w:r>
    </w:p>
    <w:p>
      <w:r>
        <w:rPr>
          <w:b/>
        </w:rPr>
        <w:t xml:space="preserve">[50:20] </w:t>
      </w:r>
      <w:r>
        <w:t>how can one inculcate creativity in oneself Dekhiye creativity to ek hidden cycle cycle capacity hai aadmi ke andar ek posheeda salahiyat hai creativity aap kahin se export nahi kar saktay karte creativity already aap ke andar maujood hai cheez kya hai apne ko</w:t>
      </w:r>
    </w:p>
    <w:p>
      <w:pPr>
        <w:jc w:val="right"/>
      </w:pPr>
      <w:r>
        <w:t>how can one inculcate creativity in oneself دیکھیے creativity تو ایک hidden سائیکل سائیکل سرکسٹی ہے آدمی کے اندر ایک پوشیدہ صلاحیت ہے creativity آپ کہیں سے export نہیں کر سکتے کرتے creativity already آپ کے اندر موجود ہے چیز کیا ہے اپنے کو</w:t>
      </w:r>
    </w:p>
    <w:p>
      <w:r>
        <w:rPr>
          <w:b/>
        </w:rPr>
        <w:t xml:space="preserve">[50:51] </w:t>
      </w:r>
      <w:r>
        <w:t>distraction se bachaiye nafrat se bachaiye negative thinking se bachaiye to apne aap hi woh unfold hoti thi honay lagegi apne aap ab jaise ke abhi waqia maine arz kiya ke is ke rozedar Musalman ke mun mein khana daal diya zabardasti to saaray log ghussa ho gaye ghussa jab hon gay to creativity to khatam ho jaye gi agar thanday tareeqay se sochtay masjid mein ja kar do rak'at namaz parh</w:t>
      </w:r>
    </w:p>
    <w:p>
      <w:pPr>
        <w:jc w:val="right"/>
      </w:pPr>
      <w:r>
        <w:t>distraction سے بچائیے نفرت سے بچائیے negative thinking سے بچائیے تو اپنے آپ ہی وہ unfold ہوتی تھی ہونے لگے گی اپنے آپ اب جیسے کہ ابھی واقعہ میں نے عرض کیا کہ اس کے روزے دار مسلمان کے منہ میں کھانا ڈال دیا زبردستی تو سارے لوگ غصہ ہو گئے غصہ جب ہوں گے تو creativity تو ختم ہو جائے گی اگر ٹھنڈے طریقے سے سوچتے مسجد میں جا کر دو رکعت نماز پڑ</w:t>
      </w:r>
    </w:p>
    <w:p>
      <w:r>
        <w:rPr>
          <w:b/>
        </w:rPr>
        <w:t xml:space="preserve">[51:21] </w:t>
      </w:r>
      <w:r>
        <w:t>tay dua karte Khudaaya humain hidiyat de to aap log pacify karte jaise hi aap log pacify karein pacify foran aap ka andar ka jo potentially khul jaye ga woh aur phir isi ka naam creativity hai apne fitrat mein aap ki fitrat mein jo potential chupa hua hai us ko unfold karne hi ka naam creativity hai koi</w:t>
      </w:r>
    </w:p>
    <w:p>
      <w:pPr>
        <w:jc w:val="right"/>
      </w:pPr>
      <w:r>
        <w:t>ھتے دعا کرتے خدایا ہمیں ہدایت دے تو آپ لوگ pacify کرتے جیسے ہی آپ لوگ pacify کریں pacify فورا آپ کا اندر کا جو potentially کھل جائے گا وہ اور پھر اسی کا نام creativity ہے اپنے فطرت میں آپ کی فطرت میں جو potential چھپا ہوا ہے اس کو unfold کرنے ہی کا نام creativity ہے کوئی</w:t>
      </w:r>
    </w:p>
    <w:p>
      <w:r>
        <w:rPr>
          <w:b/>
        </w:rPr>
        <w:t xml:space="preserve">[51:51] </w:t>
      </w:r>
      <w:r>
        <w:t>alag se koi cheez nahi hai yeh jis tarah kaha jata hai ke nature mein jitnay particle hain to ek particle bhi koi us mein add nahi kar sakta jitnay hain woh utnay hain aisay hi hum bhi koi nayi cheez apne andar nahi paida kar saktay kuch export kar ke nahi la saktay jo hai usi ko unfold karte hain to creativity is also</w:t>
      </w:r>
    </w:p>
    <w:p>
      <w:pPr>
        <w:jc w:val="right"/>
      </w:pPr>
      <w:r>
        <w:t>الگ سے کوئی چیز نہیں ہے یہ جس طرح کہا جاتا ہے کہ nature میں جتنے particle ہیں تو ایک particle بھی کوئی اس میں add نہیں کر سکتا جتنے ہیں وہ اتنے ہیں ایسے ہی ہم بھی کوئی نئی چیز اپنے اندر نہیں پیدا کر سکتے کچھ export کر کے نہیں لا سکتے جو ہے اسی کو unfold کرتے ہیں تو creativity is also</w:t>
      </w:r>
    </w:p>
    <w:p>
      <w:r>
        <w:rPr>
          <w:b/>
        </w:rPr>
        <w:t xml:space="preserve">[52:22] </w:t>
      </w:r>
      <w:r>
        <w:t>an item of unfolding yeh maine samjha hai apne tajurbay se Maulana agla sawal lainay se pehlay I would like to read the comment which has come from Pune se from Mr Kamal Kothari aa he was recently subscribed the spirit of Islam magazine by Ms Sarah Fatima to un ka comment jo aaj aaya hai woh is tareeqay se hai unhon nay likha hai ke received the</w:t>
      </w:r>
    </w:p>
    <w:p>
      <w:pPr>
        <w:jc w:val="right"/>
      </w:pPr>
      <w:r>
        <w:t>an item of unfolding یہ میں نے سمجھا ہے اپنے تجربے سے مولانا اگلا سوال لینے سے پہلے آئی would like to read the comment which has come from پونے from مسٹر کمل کوٹھاری آ he was recently subscribed the spirit of اسلام میگزین by مس سارہ فاطمہ تو ان کا comment جو آج آیا ہے وہ اس طریقے سے ہے انہوں نے لکھا ہے کہ received the</w:t>
      </w:r>
    </w:p>
    <w:p>
      <w:r>
        <w:rPr>
          <w:b/>
        </w:rPr>
        <w:t xml:space="preserve">[52:52] </w:t>
      </w:r>
      <w:r>
        <w:t>magazine today read through most of it already superb content as always some of the articles that were very useful to me were Sharia is non political the culture of peace trying to change history's outcome among these again the first one was very very useful and most informative for me I am sure even for many Muslims this must be coming as a shocking new</w:t>
      </w:r>
    </w:p>
    <w:p>
      <w:pPr>
        <w:jc w:val="right"/>
      </w:pPr>
      <w:r>
        <w:t>میگزین today read through most of it already superb content as always some of the articles that were very useful to me were شریعہ is non political the culture of peace trying to change history's outcome among these again the first one was very very useful and most informative for me آئی am sure even for many مسلمs this must be coming as a shocking new</w:t>
      </w:r>
    </w:p>
    <w:p>
      <w:r>
        <w:rPr>
          <w:b/>
        </w:rPr>
        <w:t xml:space="preserve">[53:22] </w:t>
      </w:r>
      <w:r>
        <w:t>s I admit I had a completely different view of Sharia and fatwa obviously negative until I read this masterly piece everything now has fallen into place just a few sentences and the concept sinks in beautifully Maulana Ji has explained so well thank you for sending me the magazine God bless</w:t>
      </w:r>
    </w:p>
    <w:p>
      <w:pPr>
        <w:jc w:val="right"/>
      </w:pPr>
      <w:r>
        <w:t>s آئی admit آئی had a completely different view of شریعہ and فتویٰ obviously negative until آئی read this masterly piece everything now has fallen into place just a few sentences and the concept sinks in beautifully مولانا جی has explained so well thank you for sending me the میگزین God bless</w:t>
      </w:r>
    </w:p>
    <w:p>
      <w:r>
        <w:rPr>
          <w:b/>
        </w:rPr>
        <w:t xml:space="preserve">[53:53] </w:t>
      </w:r>
      <w:r>
        <w:t>Maulana agla sawal letay hain jo Dilli se hai aur Mazhar Siddiqui sahib nay kiya hai unhon nay likha hai ke is dunya mein Quran hi sab se bari kitab hai jo humain sikhati hai ke humain sab ka well wisher hona hai logon tak Quran pohncha ke unhein jannat ka rasta dikhana hai phir kya reason hai ke isi us ko hi mannay walay nashukri aur larai ke mahol mein jee rahay hain yeh k</w:t>
      </w:r>
    </w:p>
    <w:p>
      <w:pPr>
        <w:jc w:val="right"/>
      </w:pPr>
      <w:r>
        <w:t>مولانا اگلا سوال لیتے ہیں جو دلی سے ہے اور مظہر صدیقی صاحب نے کیا ہے انہوں نے لکھا ہے کہ اس دنیا میں قرآن ہی سب سے بڑی کتاب ہے جو ہمیں سکھاتی ہے کہ ہمیں سب کا well wisher ہونا ہے لوگوں تک قرآن پہنچا کے انہیں جنت کا راستہ دکھانا ہے پھر کیا reason ہے کہ اسی اس کو ہی ماننے والے ناشکری اور لڑائی کے ماحول میں جی رہے ہیں یہ ک</w:t>
      </w:r>
    </w:p>
    <w:p>
      <w:r>
        <w:rPr>
          <w:b/>
        </w:rPr>
        <w:t xml:space="preserve">[54:23] </w:t>
      </w:r>
      <w:r>
        <w:t>s amal ki sab se ziyada yahan kis amal ki sab se ziyada zaroorat hai Dekhiye yeh hamesha hi aisa hota hai insani zindagi mein negative halaat maujood rehtay hain problem maujood rahay gay shikayatein maujood rahay gi yeh hamesha hi hota hai koi nayi baat nahi hai har paighambar ke zamanay mein sahaba ke zamanay mein har zamanay mein to sab se bara jo</w:t>
      </w:r>
    </w:p>
    <w:p>
      <w:pPr>
        <w:jc w:val="right"/>
      </w:pPr>
      <w:r>
        <w:t>س عمل کی سب سے زیادہ یہاں کس عمل کی سب سے زیادہ ضرورت ہے دیکھیے یہ ہمیشہ ہی ایسا ہوتا ہے انسانی زندگی میں negative حالات موجود رہتے ہیں problem موجود رہیں گے شکایتیں موجود رہیں گی یہ ہمیشہ ہی ہوتا ہے کوئی نئی بات نہیں ہے ہر پیغمبر کے زمانے میں صحابہ کے زمانے میں ہر زمانے میں تو سب سے بڑا جو</w:t>
      </w:r>
    </w:p>
    <w:p>
      <w:r>
        <w:rPr>
          <w:b/>
        </w:rPr>
        <w:t xml:space="preserve">[54:55] </w:t>
      </w:r>
      <w:r>
        <w:t>sab se zaroori kaam jo karna hai woh yeh hai ke in spite of all those negative situation you have to think positively yehi sab se bara formula hai Rasool Allah ke Rasool Allah ke jo ka jo uswa hai us mein ek bohat bara item hai jis ko ke hamaray ulama nay logon ko ba khabar nahi kiya jaise misaal ke tor par Ka'aba sainkaron but</w:t>
      </w:r>
    </w:p>
    <w:p>
      <w:pPr>
        <w:jc w:val="right"/>
      </w:pPr>
      <w:r>
        <w:t>سب سے ضروری کام جو کرنا ہے وہ یہ ہے کہ in spite of all those negative situation you have to think positively یہی سب سے بڑا فارمولا ہے رسول اللہ کے رسول اللہ کے جو کا جو اسوہ ہے اس میں ایک بہت بڑا item ہے جس کو کہ ہمارے علماء نے لوگوں کو باخبر نہیں کیا جیسے مثال کے طور پر کعبہ سینکڑوں بت</w:t>
      </w:r>
    </w:p>
    <w:p>
      <w:r>
        <w:rPr>
          <w:b/>
        </w:rPr>
        <w:t xml:space="preserve">[55:25] </w:t>
      </w:r>
      <w:r>
        <w:t>rakhay hue thay aap us se bharkay nahi mushtael nahi hue us ko nazar andaz kar ke us batoon ki wajah se jo wahan gathering hoti hai us ko audience ke tor par istemal kiya asal masla yeh hai ke log samajhtay hain ke hamaray liye maslay paida hue hain arzat ka masla aur Yahudi ka masla America ka masla yeh maslay to rehtay hi hain hamesha laqad khalqna al-insana fi kabad Allah nay paida kiya hai dunya ko</w:t>
      </w:r>
    </w:p>
    <w:p>
      <w:pPr>
        <w:jc w:val="right"/>
      </w:pPr>
      <w:r>
        <w:t>رکھے ہوئے تھے آپ اس سے بھڑکے نہیں مشتعل نہیں ہوئے اس کو نظر انداز کر کے اس بتوں کی وجہ سے جو وہاں gathering ہوتی ہے اس کو audience کے طور پر استعمال کیا اصل مسئلہ یہ ہے کہ لوگ سمجھتے ہیں کہ ہمارے لیے مسئلے پیدا ہوئے ہیں عارضت کا مسئلہ اور یہودی کا مسئلہ امریکہ کا مسئلہ یہ مسئلے تو رہتے ہی ہیں ہمیشہ لقد خلقت الانسان فی کبد اللہ نے پیدا کیا ہے دنیا کو</w:t>
      </w:r>
    </w:p>
    <w:p>
      <w:r>
        <w:rPr>
          <w:b/>
        </w:rPr>
        <w:t xml:space="preserve">[55:56] </w:t>
      </w:r>
      <w:r>
        <w:t>as a world of problems to woh to rahay gay rahay gay to karna yeh tha ke hamaray ulama yeh karte ke jo masail paida ho rahay hain tumharay liye woh to paida hi hamesha hotay rahay is masail ko nazar andaz karo yehi kaam nahi kiya jahan mauqa hua bhark uthay hamaray log angrez aaye India mein to bhark uthay laro usay maro Yahudi aaye France bhark uthay maro un ko bhagao</w:t>
      </w:r>
    </w:p>
    <w:p>
      <w:pPr>
        <w:jc w:val="right"/>
      </w:pPr>
      <w:r>
        <w:t>as a world of problems تو وہ تو رہیں گے رہیں گے تو کرنا یہ تھا کہ ہمارے علماء یہ کرتے کہ جو مسائل پیدا ہو رہے ہیں تمہارے لیے وہ تو پیدا ہی ہمیشہ ہوتے رہے اس مسائل کو نظر انداز کرو یہی کام نہیں کیا جہاں موقع ہوا بھڑک اٹھے ہمارے لوگ انگریز آئے انڈیا میں تو بھڑک اٹھے لڑو اسے مارو یہودی آئے فرانس بھڑک اٹھے مارو ان کو بھگاؤ</w:t>
      </w:r>
    </w:p>
    <w:p>
      <w:r>
        <w:rPr>
          <w:b/>
        </w:rPr>
        <w:t xml:space="preserve">[56:27] </w:t>
      </w:r>
      <w:r>
        <w:t>abhi election mein masla tha to bas BJP ko harao yeh jo negative role hai ulama ka sab se bari sab se bari zimmedari sari dunya mein jo negative thinking hai us ke sab se bari zimmedari mein rehtay hain ulama hain ke jo soorat e haal paida hui to bas woh dushman hai us ko maro America dushman hai Yahudi dushman hai arzat dushman hai BJP dushman hai bas sab dushman hi dushman hain un ke un ke fatway hain un ke ta</w:t>
      </w:r>
    </w:p>
    <w:p>
      <w:pPr>
        <w:jc w:val="right"/>
      </w:pPr>
      <w:r>
        <w:t>ابھی election میں مسئلہ تھا تو بس بی جے پی کو ہراؤ یہ جو negative role ہے علماء کا سب سے بڑی سب سے بڑی ذمہ داری ساری دنیا میں جو negative thinking ہے اس کے سب سے بڑی ذمہ داری میں رہتے ہیں علماء ہیں کہ جو صورتحال پیدا ہوئی تو بس وہ دشمن ہے اس کو مارو امریکہ دشمن ہے یہودی دشمن ہے عارضت دشمن ہے بی جے پی دشمن ہے بس سب دشمن ہی دشمن ہیں ان کے ان کے فتوے ہیں ان کے تق</w:t>
      </w:r>
    </w:p>
    <w:p>
      <w:r>
        <w:rPr>
          <w:b/>
        </w:rPr>
        <w:t xml:space="preserve">[56:57] </w:t>
      </w:r>
      <w:r>
        <w:t>re re hain sab isi isi nafs par hain isi musalman ke upar negative ho gaye hadith mein aata hai ke ulma hi se hadith mein aata hai ke ke burai ulma se niklegi aur inhi ki taraf lotegi is ka matlab yahi to hai fitna haan fitna ka lafz hai</w:t>
      </w:r>
    </w:p>
    <w:p>
      <w:pPr>
        <w:jc w:val="right"/>
      </w:pPr>
      <w:r>
        <w:t>ریریں ہیں سب اسی اسی نفس پر ہیں اسی مسلمان کے اوپر negative ہو گئے حدیث میں آتا ہے کہ علماء ہی سے حدیث میں آتا ہے کہ کہ برائی علماء سے نکلے گی اور انہی کی طرف لوٹے گی اس کا مطلب یہی تو ہے فتنہ ہاں فتنہ کا لفظ ہے</w:t>
      </w:r>
    </w:p>
    <w:p>
      <w:r>
        <w:rPr>
          <w:b/>
        </w:rPr>
        <w:t xml:space="preserve">[57:28] </w:t>
      </w:r>
      <w:r>
        <w:t>aise kuch alfaaz hain inhi se fitna niklega inhi ki taraf lotega to sab se bara jo is zamane mein jo ghalati hui hai wo yeh ke jo masail hamesha paida hote the abhi paida hue to ulma is pe lage negative fatwe dene ke yeh kafir hai munafiq hai is ko maro dushman hai yeh kuch nahi is ko nazar andaaz kar ke kehte hain ke naye halaat mein dawat ke mawaqe khule hue hain dawat ka kaam k</w:t>
      </w:r>
    </w:p>
    <w:p>
      <w:pPr>
        <w:jc w:val="right"/>
      </w:pPr>
      <w:r>
        <w:t>ایسے کچھ الفاظ ہیں انہی سے فتنہ نکلے گا انہی کی طرف لوٹے گا تو سب سے بڑا جو اس زمانے میں جو غلطی ہوئی ہے وہ یہ کہ جو مسائل ہمیشہ پیدا ہوتے تھے ابھی پیدا ہوئے تو علماء اس پہ لگے negative فتوے دینے کہ یہ کافر ہے منافق ہے اس کو مارو دشمن ہے یہ کچھ نہیں اس کو نظر انداز کر کے کہتے ہیں کہ نئے حالات میں دعوت کے مواقع کھلے ہوئے ہیں دعوت کا کام ک</w:t>
      </w:r>
    </w:p>
    <w:p>
      <w:r>
        <w:rPr>
          <w:b/>
        </w:rPr>
        <w:t xml:space="preserve">[57:58] </w:t>
      </w:r>
      <w:r>
        <w:t>ro sab baddu hai tumhare liye jar ki ghalati hai yeh aur jab tak ulma apni ghalatiyon ko maan kar ke apni rawish badlenge nahi kuch hone wala nahi kuch bhi nahi hone wala ulma ko chahiye ke ijtamai taur par wo toba karein toba karein ke mani ke etaraf karein ke unhon ne galat fatwe diye musalmanon ko galat rahnumai di un ko kehna chahiye tha ke masail to hote rehte hain mus</w:t>
      </w:r>
    </w:p>
    <w:p>
      <w:pPr>
        <w:jc w:val="right"/>
      </w:pPr>
      <w:r>
        <w:t>رو سب بدو ہے تمہارے لیے جڑ کی غلطی ہے یہ اور جب تک علماء اپنی غلطیوں کو مان کر کے اپنی روش بدلیں گے نہیں کچھ ہونے والا نہیں کچھ بھی نہیں ہونے والا علماء کو چاہیے کہ اجتماعی طور پر وہ توبہ کریں توبہ کریں کے معنی کہ اعتراف کریں کہ انہوں نے غلط فتوے دیے مسلمانوں کو غلط رہنمائی دی ان کو کہنا چاہیے تھا کہ مسائل تو ہوتے رہتے ہیں مس</w:t>
      </w:r>
    </w:p>
    <w:p>
      <w:r>
        <w:rPr>
          <w:b/>
        </w:rPr>
        <w:t xml:space="preserve">[58:28] </w:t>
      </w:r>
      <w:r>
        <w:t>ail ko chodo masail se duniya kab khali rahi hai to masail ko nazar andaaz kar ke dawat ka kaam karo bas yahi asal ghalati hai jis ki wajah se sare masle paida hue Maulana agla sawal lene se pehle aa do comment padhna chahenge pehla comment aaya hai doctor farida khanoom ka dilli se aur unhon ne likha hai ke in the same palestine where muslims are only destroying themselves</w:t>
      </w:r>
    </w:p>
    <w:p>
      <w:pPr>
        <w:jc w:val="right"/>
      </w:pPr>
      <w:r>
        <w:t>ائل کو چھوڑو مسائل سے دنیا کب خالی رہی ہے تو مسائل کو نظر انداز کر کے دعوت کا کام کرو بس یہی اصل غلطی ہے جس کی وجہ سے سارے مسئلے پیدا ہوئے مولانا اگلا سوال لینے سے پہلے آ دو comment پڑھنا چاہیں گے پہلا comment آیا ہے ڈاکٹر فریدہ خانم کا دلی سے اور انہوں نے لکھا ہے کہ in the same palestine where مسلمز are only destroying themselves</w:t>
      </w:r>
    </w:p>
    <w:p>
      <w:r>
        <w:rPr>
          <w:b/>
        </w:rPr>
        <w:t xml:space="preserve">[58:58] </w:t>
      </w:r>
      <w:r>
        <w:t>by engaging in war and violence there is a group of israeli arabs who are actively engaged in dawah work they distribute the quran and other literature on islam to the jews and other tourists the non muslim happily accept the gifts with thanks haan dekhiye yeh baat aap logon ke ilm mein hai nahi ke hamare saathi jo wahan gaye</w:t>
      </w:r>
    </w:p>
    <w:p>
      <w:pPr>
        <w:jc w:val="right"/>
      </w:pPr>
      <w:r>
        <w:t>by engaging in war and violence there is a group of اسرائیلی عربs who are actively engaged in دعویٰ work they distribute the قرآن and other literature on اسلام to the Jews and other tourists the non مسلم happily accept the gifts with thanks ہاں دیکھیے یہ بات آپ لوگوں کے علم میں ہے نہیں کہ ہمارے ساتھی جو وہاں گئے</w:t>
      </w:r>
    </w:p>
    <w:p>
      <w:r>
        <w:rPr>
          <w:b/>
        </w:rPr>
        <w:t xml:space="preserve">[59:28] </w:t>
      </w:r>
      <w:r>
        <w:t>yerushalayim aur wahan ke ilaqon mein unhon ne quran ko phailaya literature ko phailaya to wahan khud yani arbon mein yani wo arab jo israel mein rehte hain un ke andar ek ek naya ek roshni mili un ko ke hum ladein kyon un se humein daiti kaam karna chahiye chunancha unhon ne ek baqayda ek tanzeem qaim kar li hai baqayda is ka daftar wahan qaim kiya unhon ne</w:t>
      </w:r>
    </w:p>
    <w:p>
      <w:pPr>
        <w:jc w:val="right"/>
      </w:pPr>
      <w:r>
        <w:t>یروشلم اور وہاں کے علاقوں میں انہوں نے قرآن کو پھیلایا literature کو پھیلایا تو وہاں خود یعنی عربوں میں یعنی وہ عرب جو اسرائیل میں رہتے ہیں ان کے اندر ایک ایک نیا ایک روشنی ملی ان کو کہ ہم لڑیں کیوں ان سے ہمیں دعوتی کام کرنا چاہیے چنانچہ انہوں نے ایک باقاعدہ ایک تنظیم قائم کر لی ہے باقاعدہ اس کا دفتر وہاں قائم کیا انہوں نے</w:t>
      </w:r>
    </w:p>
    <w:p>
      <w:r>
        <w:rPr>
          <w:b/>
        </w:rPr>
        <w:t xml:space="preserve">[59:59] </w:t>
      </w:r>
      <w:r>
        <w:t>masjid aqsa ke premises mein aur baqayda wo kaam kar rahe hain dawat ka aur quran distribution ka yeh bohat hi bari shukr ki baat hai ke jahan log goliyan chala rahe hain wahin par quran taqseem kiya ja raha hai Maulana agla comment doctor saniya hasnain khan ka hai dilli se aur unhon ne likha hai ke in sixty years muslims in palestine and the arab world</w:t>
      </w:r>
    </w:p>
    <w:p>
      <w:pPr>
        <w:jc w:val="right"/>
      </w:pPr>
      <w:r>
        <w:t>مسجد اقصیٰ کے premises میں اور باقاعدہ وہ کام کر رہے ہیں دعوت کا اور قرآن distribution کا یہ بہت ہی بڑی شکر کی بات ہے کہ جہاں لوگ گولیاں چلا رہے ہیں وہیں پر قرآن تقسیم کیا جا رہا ہے مولانا اگلا comment ڈاکٹر ثانیہ حسنین خان کا ہے دلی سے اور انہوں نے لکھا ہے کہ in sixty years مسلمز in palestine and the عرب world</w:t>
      </w:r>
    </w:p>
    <w:p>
      <w:r>
        <w:rPr>
          <w:b/>
        </w:rPr>
        <w:t xml:space="preserve">[1:00:30] </w:t>
      </w:r>
      <w:r>
        <w:t>failed to translate the quran in hebrew there are three translations of the quran all of them has been done by jews this shows lack of dawah spirit in the arabs ab dekhein kaisi ajib baat hai ke yahudi logon ne to quran ka tarjuma kiya apni zuban mein aur musalman nahi kar sake yani beshumar paisa barbad kiya gaya billion trillion dollar se zyada</w:t>
      </w:r>
    </w:p>
    <w:p>
      <w:pPr>
        <w:jc w:val="right"/>
      </w:pPr>
      <w:r>
        <w:t>failed to translate the قرآن in Hebrew there are three translations of the قرآن all of them has been done by Jews this shows lack of دعویٰ spirit in the Arabs اب دیکھیں کیسی عجیب بات ہے کہ یہودی لوگوں نے تو قرآن کا ترجمہ کیا اپنی زبان میں اور مسلمان نہیں کر سکے یعنی بے شمار پیسہ برباد کیا گیا billion trillion ڈالر سے زیادہ</w:t>
      </w:r>
    </w:p>
    <w:p>
      <w:r>
        <w:rPr>
          <w:b/>
        </w:rPr>
        <w:t xml:space="preserve">[1:01:00] </w:t>
      </w:r>
      <w:r>
        <w:t>paisa barbad hua yeh palestine ki war mein so called jihad yeh jihad nahi mere aziz lekin yeh jazbanon ke andar nahi paida hua ke yahudiyon ki zuban mein yani hebrew mein quran ka tarjuma kiya jaye yeh kitni bari bhayanak ghalati hai yeh ke beshumar paisa barbad kar rahe hain janein de rahe hain apne sab kuch luta rahe hain aur quran ka tarjuma kar ke</w:t>
      </w:r>
    </w:p>
    <w:p>
      <w:pPr>
        <w:jc w:val="right"/>
      </w:pPr>
      <w:r>
        <w:t>پیسہ برباد ہوا یہ فلسطین کی وار میں so called جہاد یہ جہاد نہیں میرے عزیز لیکن یہ جذبانوں کے اندر نہیں پیدا ہوا کہ یہودیوں کی زبان میں یعنی Hebrew میں قرآن کا ترجمہ کیا جائے یہ کتنی بڑی بھیانک غلطی ہے یہ کہ بے شمار پیسہ برباد کر رہے ہیں جانیں دے رہے ہیں اپنے سب کچھ لٹا رہے ہیں اور قرآن کا ترجمہ کر کے</w:t>
      </w:r>
    </w:p>
    <w:p>
      <w:r>
        <w:rPr>
          <w:b/>
        </w:rPr>
        <w:t xml:space="preserve">[1:01:30] </w:t>
      </w:r>
      <w:r>
        <w:t>pohanchaya logon ko is ka jazba nahi yahi to poocha jayega akhirat mein ke yahi to kaam tumhara tha ke quran pohanchao wahi to unhein pohanchaya nahi jo asal kaam karna tha wahi kiya nahi goliyan marne ki kya zarurat thi un ko quran pohanchate to kaisi ajib baat hai yeh Maulana agla sawal doctor pradhan ne kiya hai dilli se aur unhon ne likha hai ke Maulana many muslims call our non muslim fri</w:t>
      </w:r>
    </w:p>
    <w:p>
      <w:pPr>
        <w:jc w:val="right"/>
      </w:pPr>
      <w:r>
        <w:t>پہنچایا لوگوں کو اس کا جذبہ نہیں یہی تو پوچھا جائے گا آخرت میں کہ یہی تو کام تمہارا تھا کہ قرآن پہنچاؤ وہی تو انہیں پہنچایا نہیں جو اصل کام کرنا تھا وہی کیا نہیں گولیاں مارنے کی کیا ضرورت تھی ان کو قرآن پہنچاتے تو کیسی عجیب بات ہے یہ مولانا اگلا سوال ڈاکٹر پردھان نے کیا ہے دلی سے اور انہوں نے لکھا ہے کہ مولانا many مسلمز call our non مسلم fri</w:t>
      </w:r>
    </w:p>
    <w:p>
      <w:r>
        <w:rPr>
          <w:b/>
        </w:rPr>
        <w:t xml:space="preserve">[1:02:00] </w:t>
      </w:r>
      <w:r>
        <w:t>ends kafir this hurts their sentiments very badly what is the right perspective about it according to islam dekhiye is pe hamara ek article bohat tafseel ke sath chapa hua hai aap us ko padh lijiye hum us ko galat samajhte hain ke kafir kaha jaye bilkul yeh yani mein kahoon ke yeh jhoot hai un ko kafir kehna wo insan hain rasool Allah ne yeh madine ke yahudi ko insan</w:t>
      </w:r>
    </w:p>
    <w:p>
      <w:pPr>
        <w:jc w:val="right"/>
      </w:pPr>
      <w:r>
        <w:t>ends کافر this hurts their sentiments very badly what is theright perspective about it according to اسلام دیکھیے اس پہ ہمارا ایک article بہت تفصیل کے ساتھ چھپا ہوا ہے آپ اس کو پڑھ لیجیے ہم اس کو غلط سمجھتے ہیں کہ کافر کہا جائے بالکل یہ یعنی میں کہوں کہ یہ جھوٹ ہے ان کو کافر کہنا وہ انسان ہیں رسول اللہ نے یہ مدینے کے یہودی کو انسان</w:t>
      </w:r>
    </w:p>
    <w:p>
      <w:r>
        <w:rPr>
          <w:b/>
        </w:rPr>
        <w:t xml:space="preserve">[1:02:30] </w:t>
      </w:r>
      <w:r>
        <w:t>kaha tha kafir nahi kaha tha yeh bukhari mein riwayat maujood hai ke madine mein yahudi the rasool Allah ne un ko kafir nahi kaha balkeh insan kaha to chahe yahudi hon chahe hindu hon chahe jaini hon chahe koi bhi ho wo insan hain sab ke sab koi kafir nahi hai yeh Allah ke ki yani yeh Allah ke domain ki baat hai ke kisi ke bare mein kahe ke kaun kaha tha kaun kaha nahi tha hamara aap ka kaam nahi hai</w:t>
      </w:r>
    </w:p>
    <w:p>
      <w:pPr>
        <w:jc w:val="right"/>
      </w:pPr>
      <w:r>
        <w:t>کہا تھا کافر نہیں کہا تھا یہ بخاری میں روایت موجود ہے کہ مدینے میں یہودی تھے رسول اللہ نے ان کو کافر نہیں کہا بلکہ انسان کہا تو چاہے یہودی ہوں چاہے ہندو ہوں چاہے جینی ہوں چاہے کوئی بھی ہو وہ انسان ہیں سب کے سب کوئی کافر نہیں ہے یہ اللہ کے کی یعنی یہ اللہ کے ڈومین کی بات ہے کہ کسی کے بارے میں کہے کہ کون کہا تھا کون کہا نہیں تھا ہمارا آپ کا کام نہیں ہے</w:t>
      </w:r>
    </w:p>
    <w:p>
      <w:r>
        <w:rPr>
          <w:b/>
        </w:rPr>
        <w:t xml:space="preserve">[1:03:01] </w:t>
      </w:r>
      <w:r>
        <w:t>to is is maqale mein is article mein maine dikhaya ke sari duniya darul insan hai koi darul kafar nahi yeh bilkul jhoota fatwa hai ke yeh darul kafar hai yeh mein bilashubah yeh kehne ki zimmedari leta hoon ke yeh fatwa jhoota hai ke yeh darul kafar hai yeh darul insan hai yeh yeh darul insan hai sari duniya ke log darul insan hain sari duniya ke log insan hain aur duniya jo hai hamari darul insan hai hamein sirf</w:t>
      </w:r>
    </w:p>
    <w:p>
      <w:pPr>
        <w:jc w:val="right"/>
      </w:pPr>
      <w:r>
        <w:t>تو اس اس مقالے میں اس article میں میں نے دکھایا کہ ساری دنیا دارالانسان ہے کوئی دارالکفر نہیں یہ بالکل جھوٹا فتویٰ ہے کہ یہ دارالکفر ہے یہ میں بلاشبہ یہ کہنے کی ذمہ داری لیتا ہوں کہ یہ فتویٰ جھوٹا ہے کہ یہ دارالکفر ہے یہ دارالانسان ہے یہ یہ دارالانسان ہے ساری دنیا کے لوگ دارالانسان ہیں ساری دنیا کے لوگ انسان ہیں اور دنیا جو ہے ہماری دارالانسان ہے ہمیں صرف</w:t>
      </w:r>
    </w:p>
    <w:p>
      <w:r>
        <w:rPr>
          <w:b/>
        </w:rPr>
        <w:t xml:space="preserve">[1:03:31] </w:t>
      </w:r>
      <w:r>
        <w:t>un ko Allah ka paigham pohanchana hai yeh bilkul bilashubah bohat jo bhi lafz is ke liye ho main bolne ke liye tayyar hoon ke hamein haq nahi ke hum kahein ke yeh kafir hain hamein sirf yeh haq hai ke hum ko dawat ka paigham pohanchayein to aap is maqale ko padhiye jo main chupa chuka hai ke sare log insan hain aur mojood duniya jo hai hamare liye darul insan hai wo yeh na darul kafar nahi hai hergiz nahi hai</w:t>
      </w:r>
    </w:p>
    <w:p>
      <w:pPr>
        <w:jc w:val="right"/>
      </w:pPr>
      <w:r>
        <w:t>ان کو اللہ کا پیغام پہنچانا ہے یہ بالکل بلاشبہ بہت جو بھی لفظ اس کے لیے ہو میں بولنے کے لیے تیار ہوں کہ ہمیں حق نہیں کہ ہم کہیں کہ یہ کافر ہیں ہمیں صرف یہ حق ہے کہ ہم کو دعوت کا پیغام پہنچائیں تو آپ اس مقالے کو پڑھیے جو میں چھپ چکا ہے کہ سارے لوگ انسان ہیں اور موجد دنیا جو ہے ہمارے لیے دارالانسان ہے وہ یہ نہ دارالکفر نہیں ہے ہرگز نہیں ہے</w:t>
      </w:r>
    </w:p>
    <w:p>
      <w:r>
        <w:rPr>
          <w:b/>
        </w:rPr>
        <w:t xml:space="preserve">[1:04:02] </w:t>
      </w:r>
      <w:r>
        <w:t>Maulana agla sawal naveed hussain sahab ka hai lucknow se aur unhon ne likha hai ke which organizations and teachers in today's world according to you are in line with your thinking with respect to creation creative plan of God patience and tolerance bhai yeh aap ka jaan kaam hai ke aap janiye hamara jo mission hai wo sab log jante hain hamari kitabon mein padh lijiye aap aap tay kijiye ke k</w:t>
      </w:r>
    </w:p>
    <w:p>
      <w:pPr>
        <w:jc w:val="right"/>
      </w:pPr>
      <w:r>
        <w:t>مولانا اگلا سوال ناوید حسین صاحب کا ہے لکھنو سے اور انہوں نے لکھا ہے کہ which organizations and teachers in today's world according to you are in line with your thinking with respect to creation creative plan of God patience and tolerance بھائی یہ آپ کا جان کام ہے کہ آپ جانیے ہمارا جو مشن ہے وہ سب لوگ جانتے ہیں ہماری کتابوں میں پڑھ لیجیے آپ آپ طے کیجیے کہ ک</w:t>
      </w:r>
    </w:p>
    <w:p>
      <w:r>
        <w:rPr>
          <w:b/>
        </w:rPr>
        <w:t xml:space="preserve">[1:04:32] </w:t>
      </w:r>
      <w:r>
        <w:t>on is ke mutabiq hai ya kya hai ya mein kis ko mein kisi ko declare nahi kar sakta mein kisi ko declare nahi kar sakta baqi hamari jo rai hai hamari jo ideology hai hamari jo interpretation hai wo sab aap padh sakte hain hamari kitabon mein aap khud faisla kijiye yeh yeh hamara kaam nahi ke hum faisla karein Maulana agla sawal dilli se hai miss atiya ka aur wo janna</w:t>
      </w:r>
    </w:p>
    <w:p>
      <w:pPr>
        <w:jc w:val="right"/>
      </w:pPr>
      <w:r>
        <w:t>ون اس کے مطابق ہے یا کیا ہے یا میں کس کو میں کسی کو declare نہیں کر سکتا میں کسی کو declare نہیں کر سکتا باقی ہماری جو رائے ہے ہماری جو ideology ہے ہماری جو interpretation ہے وہ سب آپ پڑھ سکتے ہیں ہماری کتابوں میں آپ خود فیصلہ کیجیے یہ یہ ہمارا کام نہیں کہ ہم فیصلہ کریں مولانا اگلا سوال دلی سے ہے مس عطیہ کا اور وہ جاننا</w:t>
      </w:r>
    </w:p>
    <w:p>
      <w:r>
        <w:rPr>
          <w:b/>
        </w:rPr>
        <w:t xml:space="preserve">[1:05:02] </w:t>
      </w:r>
      <w:r>
        <w:t>chahti hain aap se ke unhon ne likha hai ke please tell me about hijab for women and men is par behal hijab ke masle par meri kitab maujood hai aap us ko padh lijiye is ka naam hai khatoon e islam wo urdu mein bhi hai aur angrezi mein bhi hai is mein ek pura chapter hai isi masle par us ko aap padh lijiye Maulana agla sawal dilli se hai</w:t>
      </w:r>
    </w:p>
    <w:p>
      <w:pPr>
        <w:jc w:val="right"/>
      </w:pPr>
      <w:r>
        <w:t>چاہتی ہیں آپ سے کہ انہوں نے لکھا ہے کہ please tell me about حجاب for women and men اس پر بہرحال حجاب کے مسئلے پر میری کتاب موجود ہے آپ اس کو پڑھ لیجیے اس کا نام ہے خاتون اسلام وہ اردو میں بھی ہے اور انگریزی میں بھی ہے اس میں ایک پورا chapter ہے اسی مسئلے پر اس کو آپ پڑھ لیجیے مولانا اگلا سوال دلی سے ہے</w:t>
      </w:r>
    </w:p>
    <w:p>
      <w:r>
        <w:rPr>
          <w:b/>
        </w:rPr>
        <w:t xml:space="preserve">[1:05:32] </w:t>
      </w:r>
      <w:r>
        <w:t>miss naghma siddiqui ka aur unhon ne likha hai ke you said we should follow unilateral ethics for the sake of God my question is whether it is possible to follow unilateral ethics based on social good and not belief in God what is your comment on this mein maan sakta hoon ke yeh law of nature hai agar aap mazhab</w:t>
      </w:r>
    </w:p>
    <w:p>
      <w:pPr>
        <w:jc w:val="right"/>
      </w:pPr>
      <w:r>
        <w:t>مس نغمہ صدیقی کا اور انہوں نے لکھا ہے کہ you said we should follow unilateral ethics for the sake of God my question is whether it is possible to follow unilateral ethics based on social good and not belief in God what is your comment on this میں مان سکتا ہوں کہ یہ لاء آف نیچر ہے اگر آپ مذہ</w:t>
      </w:r>
    </w:p>
    <w:p>
      <w:r>
        <w:rPr>
          <w:b/>
        </w:rPr>
        <w:t xml:space="preserve">[1:06:02] </w:t>
      </w:r>
      <w:r>
        <w:t>ko na manta hoon tab bhi solution yahi hai aap secular hon aap khuda ko na manta hoon tab bhi masle khatam hote hain hamesha unilateral basis par is ki ek saboot hai japan sukhar sukhar walon ke baad aap jante hain ke japan ko is se zyada shikayat ho sakti thi jitni hum logon ko shikayat hai hum logon ko shikayat hai apne yani so called enemies the is se bohat zyada shikayat</w:t>
      </w:r>
    </w:p>
    <w:p>
      <w:pPr>
        <w:jc w:val="right"/>
      </w:pPr>
      <w:r>
        <w:t>ب کو نہ مانتا ہوں تب بھی solution یہی ہے آپ سیکولر ہوں آپ خدا کو نہ مانتا ہوں تب بھی مسئلے ختم ہوتے ہیں ہمیشہ unilateral basis پر اس کی ایک ثبوت ہے جاپان سکھر سکھر والوں کے بعد آپ جانتے ہیں کہ جاپان کو اس سے زیادہ شکایت ہو سکتی تھی جتنی ہم لوگوں کو شکایت ہے ہم لوگوں کو شکایت ہے اپنے یعنی so called enemies تھے اس سے بہت زیادہ شکایت</w:t>
      </w:r>
    </w:p>
    <w:p>
      <w:r>
        <w:rPr>
          <w:b/>
        </w:rPr>
        <w:t xml:space="preserve">[1:06:33] </w:t>
      </w:r>
      <w:r>
        <w:t>ke asbab the japan ke liye america ke muqable mein kyunke is ne do do atom bomb gira diya tha lekin is ne ek taraf khatam kar diya phir taraqqi is ki hui samajhta hoon ke yeh hai nature ka formula formula of nature hai yeh chahe aap secular goal aap kaho ya religion goal ho dono halaton mein yani success ka rasta yahi hai Maulana agla sawal</w:t>
      </w:r>
    </w:p>
    <w:p>
      <w:pPr>
        <w:jc w:val="right"/>
      </w:pPr>
      <w:r>
        <w:t>کے اسباب تھے جاپان کے لیے امریکہ کے مقابلے میں کیونکہ اس نے دو دو ایٹم بم گرا دیا تھا لیکن اس نے ایک طرف ختم کر دیا پھر ترقی اس کی ہوئی سمجھتا ہوں کہ یہ ہے نیچر کا فارمولا فارمولا آف نیچر ہے یہ چاہے آپ سیکولر گول آپ کہو یا ریلیجنٹ گول ہو دونوں حالتوں میں یعنی سکسیس کا راستہ یہی ہے مولانا اگلا سوال</w:t>
      </w:r>
    </w:p>
    <w:p>
      <w:r>
        <w:rPr>
          <w:b/>
        </w:rPr>
        <w:t xml:space="preserve">[1:07:03] </w:t>
      </w:r>
      <w:r>
        <w:t>pakistan se hai abdul latif sahab ne kiya hai aur unhon ne likha hai ke ummat muslima is waqt mukammal taur par dore zawal mein hain lekin siwaye CPS ke poori ummat ke ulma danishwar aur rehnuma is baat ko nahi jante is liye wo ummat muslima ki rahnumai aur islaah islam mein bhi nakam ho rahe hain Maulana sahib ulma danish</w:t>
      </w:r>
    </w:p>
    <w:p>
      <w:pPr>
        <w:jc w:val="right"/>
      </w:pPr>
      <w:r>
        <w:t>پاکستان سے ہے عبداللطیف صاحب نے کیا ہے اور انہوں نے لکھا ہے کہ امت مسلمان اس وقت مکمل طور پر دور زوال میں ہیں لیکن سوائے سی پی ایس کے پوری امت کے علماء دانشور اور رہنما اس بات کو نہیں جانتے اس لیے وہ امت مسلمان کی رہنمائی اور اصلاح اسلام میں بھی ناکام ہو رہے ہیں مولانا صاحب علماء دانش</w:t>
      </w:r>
    </w:p>
    <w:p>
      <w:r>
        <w:rPr>
          <w:b/>
        </w:rPr>
        <w:t xml:space="preserve">[1:07:33] </w:t>
      </w:r>
      <w:r>
        <w:t>war aur rehnuma ki is bekhabari ko kis tarike se toda jaye is ke bare mein batayein wo jo tod rahe hain khud jo CPS ka halqa dunya bhar mein hai wo ummat muslim toot kar nikla hai yeh kahin alag se paida nahi hua yani CPS ke jitne afraad hain dunya bhar mein to aap jante hain ke wo kisi kahin hum ne kisi planet se to export nahi kiya hai</w:t>
      </w:r>
    </w:p>
    <w:p>
      <w:pPr>
        <w:jc w:val="right"/>
      </w:pPr>
      <w:r>
        <w:t>ور اور رہنما کی اس بے خبری کو کس طریقے سے توڑا جائے اس کے بارے میں بتائیں وہ جو توڑ رہے ہیں خود جو سی پی ایس کا حلقہ دنیا بھر میں ہے وہ امت مسلم ٹوٹ کر نکلا ہے یہ کہیں الگ سے پیدا نہیں ہوا یعنی سی پی ایس کے جتنے افراد ہیں دنیا بھر میں تو آپ جانتے ہیں کہ وہ کسی کہیں ہم نے کسی پلینٹ سے تو export نہیں کیا ہے</w:t>
      </w:r>
    </w:p>
    <w:p>
      <w:r>
        <w:rPr>
          <w:b/>
        </w:rPr>
        <w:t xml:space="preserve">[1:08:04] </w:t>
      </w:r>
      <w:r>
        <w:t>isi ummat muslima ke afraad sab ke sab to ummat muslima aur doosre log jo hain sab ki fitrat same hai har insan ki fitrat wahi hoti hai aap insan ki fitrat ko address kijiye aur phir aap dekhenge ke inhi logon mein aap ko aise log milenge jo aap ki baat ko ek etaraf kar ke is</w:t>
      </w:r>
    </w:p>
    <w:p>
      <w:pPr>
        <w:jc w:val="right"/>
      </w:pPr>
      <w:r>
        <w:t>اسی امت مسلمہ کے افراد سب کے سب تو امت مسلمہ اور دوسرے لوگ جو ہیں سب کی فطرت same ہے ہر انسان کی فطرت وہی ہوتی ہے آپ انسان کی فطرت کو address کیجیے اور پھر آپ دیکھیں گے کہ انہی لوگوں میں آپ کو ایسے لوگ ملیں گے جو آپ کی بات کو ایک اعتراف کر کے اس</w:t>
      </w:r>
    </w:p>
    <w:p>
      <w:r>
        <w:rPr>
          <w:b/>
        </w:rPr>
        <w:t xml:space="preserve">[1:08:34] </w:t>
      </w:r>
      <w:r>
        <w:t>ka saath denge Maulana agla ek comment aaya hai jo miss bushra ne bheja hai dammam se aur unhon ne likha hai ke mashallah very enthusiastic talk truly comprehensive I congratulate all the dawah teams who are struggling hard for dawah work in India may Allah include all the CPS dawahis in his muqarrabeen okay so we will end the session now thank you.</w:t>
      </w:r>
    </w:p>
    <w:p>
      <w:pPr>
        <w:jc w:val="right"/>
      </w:pPr>
      <w:r>
        <w:t>کا ساتھ دیں گے مولانا اگلا ایک comment آیا ہے جو مس بشریٰ نے بھیجا ہے دمام سے اور انہوں نے لکھا ہے کہ ماشاءاللہ very enthusiastic talk truly comprehensive I congratulate all the دعویٰ teams who are struggling hard for دعویٰ work in انڈیا may اللہ include all the سی پی ایس داعی in his مقربین okay so we will end the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