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Duaa | March 6, 2016</w:t>
      </w:r>
    </w:p>
    <w:p>
      <w:r>
        <w:t>https://www.youtube.com/watch?v=4DBIpoNPcog</w:t>
      </w:r>
    </w:p>
    <w:p>
      <w:r>
        <w:rPr>
          <w:b/>
        </w:rPr>
        <w:t xml:space="preserve">[00:21] </w:t>
      </w:r>
      <w:r>
        <w:t>bismillah rahman rahim, wasallahu ala nabiyil karim. rab ishrah li sadri, wa yassir li amri, wah lul uqdatan min lisani yafqahu qawli. 6 March 2016. aaj ka topic hai: dua. aap jante hain ke</w:t>
      </w:r>
    </w:p>
    <w:p>
      <w:pPr>
        <w:jc w:val="right"/>
      </w:pPr>
      <w:r>
        <w:t>بسم اللہ الرحمن الرحیم، وصلی اللہ علی النبی الکریم۔ رب اشرح لی صدری، ویسر لی امری، واحل العقدۃ من لسانی یفقہ قولی۔ 6 مارچ 2016۔ آج کا ٹاپک ہے: دعا۔ آپ جانتے ہیں کہ</w:t>
      </w:r>
    </w:p>
    <w:p>
      <w:r>
        <w:rPr>
          <w:b/>
        </w:rPr>
        <w:t xml:space="preserve">[00:51] </w:t>
      </w:r>
      <w:r>
        <w:t>dua ka darja islam mein bohat ziyada hai. kuch hadiseen hain jin mein bataya gaya hai ke agar insan ism e azam ke sath dua kare to woh zaroor qubool hoti hai. is mein ikhtilaf hai ulma mein ke ism e azam se murad kaun sa ism hai. k</w:t>
      </w:r>
    </w:p>
    <w:p>
      <w:pPr>
        <w:jc w:val="right"/>
      </w:pPr>
      <w:r>
        <w:t>دعا کا درجہ اسلام میں بہت زیادہ ہے۔ کچھ حدیثیں ہیں جن میں بتایا گیا ہے کہ اگر انسان اسم اعظم کے ساتھ دعا کرے تو وہ ضرور قبول ہوتی ہے۔ اس میں اختلاف ہے علماء میں کہ اسم اعظم سے مراد کون سا اسم ہے۔ ک</w:t>
      </w:r>
    </w:p>
    <w:p>
      <w:r>
        <w:rPr>
          <w:b/>
        </w:rPr>
        <w:t xml:space="preserve">[01:21] </w:t>
      </w:r>
      <w:r>
        <w:t>chh log kehte hain ke is se murad Allah hai, kuch log kehte hain ke as samad hai, kuch log kehte hain ke ar rehman hai, kuch log kehte hain ke sare hi asma Allah ke ism e azam hain. main samajhta hoon ke yeh rai sahi nahi hai. dekhiye, asal baat yeh hai ke dua ke do tareeqe hain: ek hai</w:t>
      </w:r>
    </w:p>
    <w:p>
      <w:pPr>
        <w:jc w:val="right"/>
      </w:pPr>
      <w:r>
        <w:t>چھ لوگ کہتے ہیں کہ اس سے مراد اللہ ہے، کچھ لوگ کہتے ہیں کہ الصمد ہے، کچھ لوگ کہتے ہیں کہ الرحمن ہے، کچھ لوگ کہتے ہیں کہ سارے ہی اسماء اللہ کے اسم اعظم ہیں۔ میں سمجھتا ہوں کہ یہ رائے صحیح نہیں ہے۔ دیکھیے، اصل بات یہ ہے کہ دعا کے دو طریقے ہیں: ایک ہے</w:t>
      </w:r>
    </w:p>
    <w:p>
      <w:r>
        <w:rPr>
          <w:b/>
        </w:rPr>
        <w:t xml:space="preserve">[01:52] </w:t>
      </w:r>
      <w:r>
        <w:t>prescribed dua, ek hai creative dua. prescribed dua woh hai jis mein—aap dekhte honge—aaj kal choti choti kitabein bohat bikti hain bazaar mein. masnoon duaein, akabir ki duaein, qurani duaein, is tarah ki kitabein bohat bikti hain. to log samajhte hain ke woh jo dua is mein likhi hui hai, us dua ke alfaz ko rat liya j</w:t>
      </w:r>
    </w:p>
    <w:p>
      <w:pPr>
        <w:jc w:val="right"/>
      </w:pPr>
      <w:r>
        <w:t>پریسکرائبڈ دعا، ایک ہے کریئیٹو دعا۔ پریسکرائبڈ دعا وہ ہے جس میں—آپ دیکھتے ہوں گے—آج کل چھوٹی چھوٹی کتابیں بہت بکتی ہیں بازاروں میں۔ مسنون دعائیں، اکابر کی دعائیں، قرآنی دعائیں، اس طرح کی کتابیں بہت بکتی ہیں۔ تو لوگ سمجھتے ہیں کہ وہ جو دعا اس میں لکھی ہوئی ہے، اس دعا کے الفاظ کو رٹ لیا ج</w:t>
      </w:r>
    </w:p>
    <w:p>
      <w:r>
        <w:rPr>
          <w:b/>
        </w:rPr>
        <w:t xml:space="preserve">[02:22] </w:t>
      </w:r>
      <w:r>
        <w:t>aye, rat kar ke is ko mauqa mauqa par padhte rahein, to bas yahi dua hai. lekin maine jo samjha hai, yeh dua nahi hai. awam ki aasani ke liye aap keh sakte hain, lekin haqeeqat mein jo dua hai woh wohi hai jo creative dua ho. aur main samajhta hoon ke ism e azam ki dua se murad hai creative dua. ism e azam ka</w:t>
      </w:r>
    </w:p>
    <w:p>
      <w:pPr>
        <w:jc w:val="right"/>
      </w:pPr>
      <w:r>
        <w:t>ائے، رٹ کر کے اس کو موقع موقع پر پڑھتے رہیں، تو بس یہی دعا ہے۔ لیکن میں نے جو سمجھا ہے، یہ دعا نہیں ہے۔ عوام کی آسانی کے لیے آپ کہہ سکتے ہیں، لیکن حقیقت میں جو دعا ہے وہ وہی ہے جو کریئیٹو دعا ہو۔ اور میں سمجھتا ہوں کہ اسم اعظم کی دعا سے مراد ہے کریئیٹو دعا۔ اسم اعظم کا</w:t>
      </w:r>
    </w:p>
    <w:p>
      <w:r>
        <w:rPr>
          <w:b/>
        </w:rPr>
        <w:t xml:space="preserve">[02:52] </w:t>
      </w:r>
      <w:r>
        <w:t>matlab yeh nahi ke koi khaas naam hai Allah taala ka, bas us ko le liya to bas dua qubool ho jayegi. aisa nahi hai. balke ism e azam se murad hai creative dua, takhleeqi dua. takhleeqi dua kya hai? jo aap ke andar jo halaat paida hote hain, aap ki nafsiyat mein b</w:t>
      </w:r>
    </w:p>
    <w:p>
      <w:pPr>
        <w:jc w:val="right"/>
      </w:pPr>
      <w:r>
        <w:t>مطلب یہ نہیں کہ کوئی خاص نام ہے اللہ تعالیٰ کا، بس اس کو لے لیا تو بس دعا قبول ہو جائے گی۔ ایسا نہیں ہے۔ بلکہ اسم اعظم سے مراد ہے کریئیٹو دعا، تخلیقی دعا۔ تخلیقی دعا کیا ہے؟ جو آپ کے اندر جو حالات پیدا ہوتے ہیں، آپ کی نفسیات میں ب</w:t>
      </w:r>
    </w:p>
    <w:p>
      <w:r>
        <w:rPr>
          <w:b/>
        </w:rPr>
        <w:t xml:space="preserve">[03:22] </w:t>
      </w:r>
      <w:r>
        <w:t>edaari aati hai, aap ke zehan mein ubal aata hai, aap ke dakhli nafsiyat mein halchal paida hoti hai. to us ko main kahunga ke rabbani halaat. rabbani halaat mein jab aap hote hain to kuch khaas duaein nikal padti hain aap ki zuban se.</w:t>
      </w:r>
    </w:p>
    <w:p>
      <w:pPr>
        <w:jc w:val="right"/>
      </w:pPr>
      <w:r>
        <w:t>یداری آتی ہے، آپ کے ذہن میں ابال آتا ہے، آپ کے داخلی نفسیات میں ہلچل پیدا ہوتی ہے۔ تو اس کو میں کہوں گا کہ ربانی حالات۔ ربانی حالات میں جب آپ ہوتے ہیں تو کچھ خاص دعائیں نکل پڑتی ہیں آپ کی زبان سے۔</w:t>
      </w:r>
    </w:p>
    <w:p>
      <w:r>
        <w:rPr>
          <w:b/>
        </w:rPr>
        <w:t xml:space="preserve">[03:54] </w:t>
      </w:r>
      <w:r>
        <w:t>woh hai ism e azam ke sath dua. koi muqarrar lafz nahi, koi prescribed tareeqa nahi. jab aap prepared mind hon, jab aap Allah ki mohabbat mein, Allah ke khauf mein jeete hon, to mukhtalif halaat mein aap ke andar khaas tarah ki nafsiyat jaag uthti hai. jis ko main kahunga rabbani nafsiyat.</w:t>
      </w:r>
    </w:p>
    <w:p>
      <w:pPr>
        <w:jc w:val="right"/>
      </w:pPr>
      <w:r>
        <w:t>وہ ہے اسم اعظم کے ساتھ دعا۔ کوئی مقرر لفظ نہیں، کوئی پریسکرائبڈ طریقہ نہیں۔ جب آپ پریپیئرڈ مائنڈ ہوں، جب آپ اللہ کی محبت میں، اللہ کے خوف میں جیتے ہوں، تو مختلف حالات میں آپ کے اندر خاص طرح کی نفسیات جاگ اٹھتی ہے۔ جس کو میں کہوں گا ربانی نفسیات۔</w:t>
      </w:r>
    </w:p>
    <w:p>
      <w:r>
        <w:rPr>
          <w:b/>
        </w:rPr>
        <w:t xml:space="preserve">[04:24] </w:t>
      </w:r>
      <w:r>
        <w:t>us waqt aap ki zuban se kuch duai alfaz nikal padte hain. woh hai ism e azam ke sath dua. misaal ke taur par dekhiye, hadith mein aata hai ke hijrat ke mauqe par rasool Allah abubakar siddiq ke sath nikle the makkah se. rastay mein aap ko maloom hua ke dushman aap ka peecha kar rahe hain, to</w:t>
      </w:r>
    </w:p>
    <w:p>
      <w:pPr>
        <w:jc w:val="right"/>
      </w:pPr>
      <w:r>
        <w:t>اس وقت آپ کی زبان سے کچھ دعائیہ الفاظ نکل پڑتے ہیں۔ وہ ہے اسم اعظم کے ساتھ دعا۔ مثلاً دیکھیے، حدیث میں آتا ہے کہ ہجرت کے موقع پر رسول اللہ ابوبکر صدیق کے ساتھ نکلے تھے مکہ سے۔ راستے میں آپ کو معلوم ہوا کہ دشمن آپ کا پیچھا کر رہے ہیں، تو</w:t>
      </w:r>
    </w:p>
    <w:p>
      <w:r>
        <w:rPr>
          <w:b/>
        </w:rPr>
        <w:t xml:space="preserve">[04:54] </w:t>
      </w:r>
      <w:r>
        <w:t>aap ne ek ghar mein panah liya, jis ko kehte hain ghar e soor. jab aap ghar e soor mein panah liye hue the, aap aur abubakar siddiq, to woh wahan tak pahunch gaye, aap ke dushman talwarein liye hue. to hazrat abubakar siddiq ne dekh liya, kaha ke woh to yahan bhi aa gaye. us waqt rasool Allah ne kaha tha:</w:t>
      </w:r>
    </w:p>
    <w:p>
      <w:pPr>
        <w:jc w:val="right"/>
      </w:pPr>
      <w:r>
        <w:t>آپ نے ایک غار میں پناہ لیا، جس کو کہتے ہیں غار ثور۔ جب آپ غار ثور میں پناہ لیے ہوئے تھے، آپ اور ابوبکر صدیق، تو وہ وہاں تک پہنچ گئے، آپ کے دشمن تلواریں لیے ہوئے۔ تو حضرت ابوبکر صدیق نے دیکھ لیا، کہا کہ وہ تو یہاں بھی آ گئے۔ اس وقت رسول اللہ نے کہا تھا:</w:t>
      </w:r>
    </w:p>
    <w:p>
      <w:r>
        <w:rPr>
          <w:b/>
        </w:rPr>
        <w:t xml:space="preserve">[05:25] </w:t>
      </w:r>
      <w:r>
        <w:t>"ya abubakar, ma azin laka bi ithnain?" Allah talithuhuma. aye abubakar, tumhara kya khayal hai un do ke bare mein jin ke sath teesra un ka Allah ho? dekhiye, teesra un ka Allah ho, yeh koi rate hue alfaz nahi hain. yeh ek poora, ek poora, ek poori soch ke nateeje mein yeh alfaz nikle h</w:t>
      </w:r>
    </w:p>
    <w:p>
      <w:pPr>
        <w:jc w:val="right"/>
      </w:pPr>
      <w:r>
        <w:t>"یا ابوبکر، ماذن لک بِاثنَيْنِ؟" اللہ ثالثُهما۔ اے ابوبکر، تمہارا کیا خیال ہے ان دو کے بارے میں جن کے ساتھ تیسرا ان کا اللہ ہو؟ دیکھیے، تیسرا ان کا اللہ ہو، یہ کوئی رٹے ہوئے الفاظ نہیں ہیں۔ یہ ایک پورا، ایک پورا، ایک پوری سوچ کے نتیجے میں یہ الفاظ نکلے ہ</w:t>
      </w:r>
    </w:p>
    <w:p>
      <w:r>
        <w:rPr>
          <w:b/>
        </w:rPr>
        <w:t xml:space="preserve">[05:55] </w:t>
      </w:r>
      <w:r>
        <w:t>onge. jab makkah mein aap ke halaat aise hon ke aap reh nahi sakte makkah mein, aap ne duaein ki hongi, aap ne kaha hoga: "khuda, tere naam tera mission maine chalaya makkah mein, ab log mere dushman ho gaye hain, tu hi meri madad farma, tu hi mera saathi hai." to is tarah ke jazbat ke sath aap makkah mein rahe honge.</w:t>
      </w:r>
    </w:p>
    <w:p>
      <w:pPr>
        <w:jc w:val="right"/>
      </w:pPr>
      <w:r>
        <w:t>وں گے۔ جب مکہ میں آپ کے حالات ایسے ہوں کہ آپ رہ نہیں سکتے مکہ میں، آپ نے دعائیں کی ہوں گی، آپ نے کہا ہوگا: "خدا، تیرے نام تیرا مشن میں نے چلایا مکہ میں، اب لوگ میرے دشمن ہو گئے ہیں، تو ہی میری مدد فرما، تو ہی میرا ساتھی ہے۔" تو اس طرح کے جذبات کے ساتھ آپ مکہ میں رہے ہوں گے۔</w:t>
      </w:r>
    </w:p>
    <w:p>
      <w:r>
        <w:rPr>
          <w:b/>
        </w:rPr>
        <w:t xml:space="preserve">[06:27] </w:t>
      </w:r>
      <w:r>
        <w:t>phir woh waqt aaya ke aap ne faisla kiya ke mujhe ab makkah chhod dena chahiye. to aap Allah ki yaad mein, Allah ke bharose par, Allah par aitmad karte hue makkah se nikle. aur hote hote, hote hote, woh waqt aaya ke aap ne apne, aap ne ghar e soor mein panah liya. to us waqt aap sochen ke aap ke jazbat kya honge? jazbat kya honge?</w:t>
      </w:r>
    </w:p>
    <w:p>
      <w:pPr>
        <w:jc w:val="right"/>
      </w:pPr>
      <w:r>
        <w:t>پھر وہ وقت آیا کہ آپ نے فیصلہ کیا کہ مجھے اب مکہ چھوڑ دینا چاہیے۔ تو آپ اللہ کی یاد میں، اللہ کے بھروسے پر، اللہ پر اعتماد کرتے ہوئے مکہ سے نکلے۔ اور ہوتے ہوتے، ہوتے ہوتے، وہ وقت آیا کہ آپ نے اپنے، آپ نے غار ثور میں پناہ لیا۔ تو اس وقت آپ سوچیں کہ آپ کے جذبات کیا ہوں گے؟ جذبات کیا ہوں گے؟</w:t>
      </w:r>
    </w:p>
    <w:p>
      <w:r>
        <w:rPr>
          <w:b/>
        </w:rPr>
        <w:t xml:space="preserve">[06:57] </w:t>
      </w:r>
      <w:r>
        <w:t>yani kaha jata hai ke aap nangay paon nikle the, paon joota bhi nahi tha. kuch nahi pata ke khane ko kya milega, pani kahan milega, jo zindagi ki zarooriyat thi woh kaise poori hongi. to is sab kuch ko aap ne secondary banaya aur Allah ke mission ke liye nikal pade. to woh, woh yeh sab hote hue woh lamha aaya jab ke ghar e soor mein aap sallallahu alaihi wasallam</w:t>
      </w:r>
    </w:p>
    <w:p>
      <w:pPr>
        <w:jc w:val="right"/>
      </w:pPr>
      <w:r>
        <w:t>یعنی کہا جاتا ہے کہ آپ ننگے پاؤں نکلے تھے، پاؤں جوتا بھی نہیں تھا۔ کچھ نہیں پتہ کہ کھانے کو کیا ملے گا، پانی کہاں ملے گا، جو زندگی کی ضروریات تھیں وہ کیسے پوری ہوں گی۔ تو اس سب کچھ کو آپ نے سیکنڈری بنایا اور اللہ کے مشن کے لیے نکل پڑے۔ تو وہ، وہ یہ سب ہوتے ہوئے وہ لمحہ آیا جب کہ غار ثور میں آپ صلی اللہ علیہ وسلم</w:t>
      </w:r>
    </w:p>
    <w:p>
      <w:r>
        <w:rPr>
          <w:b/>
        </w:rPr>
        <w:t xml:space="preserve">[07:27] </w:t>
      </w:r>
      <w:r>
        <w:t>apne ek saathi ke sath the. to woh sara, woh sari nafsiyat ko zehan mein laiye, woh sare jo jazbat rasool Allah ke rahe honge, us ko zehan mein laiye. to us ne tab aap ko samajh mein aayega ke kaise aap ki zuban se nikla. bade anokhe alfaz hain yeh. "ya abubakar, ma azin laka bi ithnain?" Allah talithuhuma. yeh bahut hi anokhe alfaz hain.</w:t>
      </w:r>
    </w:p>
    <w:p>
      <w:pPr>
        <w:jc w:val="right"/>
      </w:pPr>
      <w:r>
        <w:t>اپنے ایک ساتھی کے ساتھ تھے۔ تو وہ سارا، وہ ساری نفسیات کو ذہن میں لائیے، وہ سارے جو جذبات رسول اللہ کے رہے ہوں گے، اس کو ذہن میں لائیے۔ تو اس نے تب آپ کو سمجھ میں آئے گا کہ کیسے آپ کی زبان سے نکلا۔ بڑے انوکھے الفاظ ہیں یہ۔ "یا ابوبکر، ماذن لک بِاثنَيْنِ؟" اللہ ثالثُهما۔ یہ بہت ہی انوکھے الفاظ ہیں۔</w:t>
      </w:r>
    </w:p>
    <w:p>
      <w:r>
        <w:rPr>
          <w:b/>
        </w:rPr>
        <w:t xml:space="preserve">[07:58] </w:t>
      </w:r>
      <w:r>
        <w:t>yeh aise hi ittefaqan nahi nikal sakte, rat ke nahi aa sakte zuban par. yeh ek khaas nafsiyat hoti hai, koi rabbani halaat hote hain. aadmi ke andar ek brain storming hoti hai. ek aadmi ek prepared mind ban jata hai, rabbani shakhsiyat us ke andar jaag uthti hai. tab woh keh uthta hai ke "ya abubakar, ma azin laka bi ithnain?" Allah talithu</w:t>
      </w:r>
    </w:p>
    <w:p>
      <w:pPr>
        <w:jc w:val="right"/>
      </w:pPr>
      <w:r>
        <w:t>یہ ایسے ہی اتفاقاً نہیں نکل سکتے، رٹ کے نہیں آ سکتے زبان پر۔ یہ ایک خاص نفسیات ہوتی ہے، کوئی ربانی حالات ہوتے ہیں۔ آدمی کے اندر ایک برین اسٹارمنگ ہوتی ہے۔ ایک آدمی ایک پریپیئرڈ مائنڈ بن جاتا ہے، ربانی شخصیت اس کے اندر جاگ اٹھتی ہے۔ تب وہ کہہ اٹھتا ہے کہ "یا ابوبکر، ماذن لک بِاثنَيْنِ؟" اللہ ثالثُ</w:t>
      </w:r>
    </w:p>
    <w:p>
      <w:r>
        <w:rPr>
          <w:b/>
        </w:rPr>
        <w:t xml:space="preserve">[08:28] </w:t>
      </w:r>
      <w:r>
        <w:t>huma. to yeh hai ism e azam. ism e azam ka matlab hai ke rabbani halaat mein, rabbani nafsiyat ke tehat, koi rabbani kalmat ka nikal padna. na koi rate hue alfaz ka naam ism e azam hai, na koi lage hue alfaz ka naam ism e azam hai. to paighambaron ki zindagi mein aise bohat</w:t>
      </w:r>
    </w:p>
    <w:p>
      <w:pPr>
        <w:jc w:val="right"/>
      </w:pPr>
      <w:r>
        <w:t>هما۔ تو یہ ہے اسم اعظم۔ اسم اعظم کا مطلب ہے کہ ربانی حالات میں، ربانی نفسیات کے تحت، کوئی ربانی کلمات کا نکل پڑنا۔ نہ کوئی رٹے ہوئے الفاظ کا نام اسم اعظم ہے، نہ کوئی لگے ہوئے الفاظ کا نام اسم اعظم ہے۔ تو پیغمبروں کی زندگی میں ایسے بہت</w:t>
      </w:r>
    </w:p>
    <w:p>
      <w:r>
        <w:rPr>
          <w:b/>
        </w:rPr>
        <w:t xml:space="preserve">[08:58] </w:t>
      </w:r>
      <w:r>
        <w:t>se waqiyat milte hain, bohat se waqiyat milte hain. misaal ke taur par dekhiye, hazrat ibrahim iraq mein paida hue, wahan unhon ne dawat di, wahan logon ne mukhalifat ki aap ki, aap ko marne ke dar pe ho gaye. un sab halaat mein aap ne faisla kiya ke mujhe ab iraq chhod dena chahiye. aur yahi baat nahi, bil</w:t>
      </w:r>
    </w:p>
    <w:p>
      <w:pPr>
        <w:jc w:val="right"/>
      </w:pPr>
      <w:r>
        <w:t>سے واقعات ملتے ہیں، بہت سے واقعات ملتے ہیں۔ مثال کے طور پر دیکھیے، حضرت ابراہیم عراق میں پیدا ہوئے، وہاں انہوں نے دعوت دی، وہاں لوگوں نے مخالفت کی آپ کی، آپ کو مارنے کے درپے ہو گئے۔ ان سب حالات میں آپ نے فیصلہ کیا کہ مجھے اب عراق چھوڑ دینا چاہیے۔ اور یہی بات نہیں، بل</w:t>
      </w:r>
    </w:p>
    <w:p>
      <w:r>
        <w:rPr>
          <w:b/>
        </w:rPr>
        <w:t xml:space="preserve">[09:29] </w:t>
      </w:r>
      <w:r>
        <w:t>ke Allah ki tofeeq se aap ne faisla kiya ke ab mujhe ek nai nasal banane ke liye planning karna hai. yeh nasal jo shirk ke culture mein pali بڑhi hai, mushrikana halaat mein pali بڑhi hai, woh itna conditioned ho chuki hai ke tauheed ki baat us ki samajh mein nahi aati. ab mujhe ek nai nasal banana hai, khule mahol mein, desert ke mahol mein.</w:t>
      </w:r>
    </w:p>
    <w:p>
      <w:pPr>
        <w:jc w:val="right"/>
      </w:pPr>
      <w:r>
        <w:t>کہ اللہ کی توفیق سے آپ نے فیصلہ کیا کہ اب مجھے ایک نئی نسل بنانے کے لیے پلاننگ کرنا ہے۔ یہ نسل جو شرک کے کلچر میں پلی بڑھی ہے، مشرکانہ حالات میں پلی بڑھی ہے، وہ اتنا کنڈیشنڈ ہو چکی ہے کہ توحید کی بات اس کی سمجھ میں نہیں آتی۔ اب مجھے ایک نئی نسل بنانا ہے، کھلے ماحول میں، ڈیزرٹ کے ماحول میں۔</w:t>
      </w:r>
    </w:p>
    <w:p>
      <w:r>
        <w:rPr>
          <w:b/>
        </w:rPr>
        <w:t xml:space="preserve">[10:00] </w:t>
      </w:r>
      <w:r>
        <w:t>yeh sab jazbat ke sath nikle aap iraq se. aur phir aap ne kya kiya? makkah ke qareeb, sab ka sab desert tha us zamane mein, sara. wahan par aap ne basa diya hajra ko, ismail ko, ke yahan ek nai nasal paida hogi. to jab aap ne basaya tha wahan par, to wahan na pani tha, na koi sabza tha, na khane peene ki koi cheezein thi, kuch bhi nahi tha.</w:t>
      </w:r>
    </w:p>
    <w:p>
      <w:pPr>
        <w:jc w:val="right"/>
      </w:pPr>
      <w:r>
        <w:t>یہ سب جذبات کے ساتھ نکلے آپ عراق سے۔ اور پھر آپ نے کیا کیا؟ مکہ کے قریب، سب کا سب ڈیزرٹ تھا اس زمانے میں، سارا۔ وہاں پر آپ نے بسا دیا ہاجرہ کو، اسماعیل کو، کہ یہاں ایک نئی نسل پیدا ہوگی۔ تو جب آپ نے بسایا تھا وہاں پر، تو وہاں نہ پانی تھا، نہ کوئی سبزہ تھا، نہ کھانے پینے کی کوئی چیزیں تھیں، کچھ بھی نہیں تھا۔</w:t>
      </w:r>
    </w:p>
    <w:p>
      <w:r>
        <w:rPr>
          <w:b/>
        </w:rPr>
        <w:t xml:space="preserve">[10:32] </w:t>
      </w:r>
      <w:r>
        <w:t>koi shelter bhi nahi tha, koi insan nahi tha. wahan na koi bazaar the, na khet the, na baghat the, kuch bhi nahi. us waqt kaise jazbat aap ke paida hue honge? aap ne kya kiya socha hoga? khuda, tere hukum se, tere mission ke liye, tere mission ke liye maine yeh faisla kiya hai, yahan par main apni aulad ko basaun, aur ek nai n</w:t>
      </w:r>
    </w:p>
    <w:p>
      <w:pPr>
        <w:jc w:val="right"/>
      </w:pPr>
      <w:r>
        <w:t>کوئی شیلٹر بھی نہیں تھا، کوئی انسان نہیں تھا۔ وہاں نہ کوئی بازار تھے، نہ کھیت تھے، نہ باغات تھے، کچھ بھی نہیں۔ اس وقت کیسے جذبات آپ کے پیدا ہوئے ہوں گے؟ آپ نے کیا کیا سوچا ہوگا؟ خدا، تیرے حکم سے، تیرے مشن کے لیے، تیرے مشن کے لیے میں نے یہ فیصلہ کیا ہے، یہاں پر میں اپنی اولاد کو بساؤں، اور ایک نئی ن</w:t>
      </w:r>
    </w:p>
    <w:p>
      <w:r>
        <w:rPr>
          <w:b/>
        </w:rPr>
        <w:t xml:space="preserve">[11:02] </w:t>
      </w:r>
      <w:r>
        <w:t>asal paida ho yahan se. in sab nafsiyat mein aap subah shaam jite honge. tab jab aap ne basaya wahan, to aap ki zuban se yeh dua nikli: "wa rizquhum minath thamarat." yeh qissa bayan hua hai surah ibrahim mein. aap padhiye us ko, to us mein lamba aata hai. is dua mein yeh alfaz aap ki zuban se nikle ke "wa rizquhum minath thamarat"</w:t>
      </w:r>
    </w:p>
    <w:p>
      <w:pPr>
        <w:jc w:val="right"/>
      </w:pPr>
      <w:r>
        <w:t>سل پیدا ہو یہاں سے۔ ان سب نفسیات میں آپ صبح شام جیتے ہوں گے۔ تب جب آپ نے بسایا وہاں، تو آپ کی زبان سے یہ دعا نکلی: "یہ وَرْزُوخُمْ بَيْسَوْرَاءُ"۔ یہ قصہ بیان ہوا ہے سورہ ابراہیم میں۔ آپ پڑھیے اس کو، تو اس میں لمبا آتا ہے۔ اس دعا میں یہ الفاظ آپ کی زبان سے نکلے کہ "وَرْزُوخُمْ بَيْسَوْرَاءُ"</w:t>
      </w:r>
    </w:p>
    <w:p>
      <w:r>
        <w:rPr>
          <w:b/>
        </w:rPr>
        <w:t xml:space="preserve">[11:32] </w:t>
      </w:r>
      <w:r>
        <w:t>۔ aye Allah, in logon ko, yeh nasal jo yahan paida hogi, in ko zameen ki pedawar se rizq de, yani phalon, phalon ka rizq de. ab zahir hai ke wahan to kuch bhi nahi tha us waqt. aap ghor kijiye, sehra mein khade ho kar yeh dua karna, kya yeh rate hue alfaz dohrana hai? yeh rate hue alfaz</w:t>
      </w:r>
    </w:p>
    <w:p>
      <w:pPr>
        <w:jc w:val="right"/>
      </w:pPr>
      <w:r>
        <w:t>۔ اے اللہ، ان لوگوں کو، یہ نسل جو یہاں پیدا ہوگی، ان کو زمین کی پیداوار سے رزق دے، یعنی پھلوں، پھلوں کا رزق دے۔ اب ظاہر ہے کہ وہاں تو کچھ بھی نہیں تھا اس وقت۔ آپ غور کیجیے، صحرا میں کھڑے ہو کر یہ دعا کرنا، کیا یہ رٹے ہوئے الفاظ دہرانا ہے؟ یہ رٹے ہوئے الفاظ</w:t>
      </w:r>
    </w:p>
    <w:p>
      <w:r>
        <w:rPr>
          <w:b/>
        </w:rPr>
        <w:t xml:space="preserve">[12:02] </w:t>
      </w:r>
      <w:r>
        <w:t>jo aap aaj kal masjidon mein, yani air conditioned masjidon mein karte hain. arab, arab mulkon mein aap jayen to tamam masjidain wahan par air conditioned hoti hain. woh air conditioned masjidon mein khade ho kar aap rate hue alfaz dua ko dohrate hain. woh kaifiyat us mein kahan se aayegi? ke sehra mein ek shakhs khada hua hai, wahan kuch bhi nahi hai, na wahan bagh hai, na khet hai, na pani hai.</w:t>
      </w:r>
    </w:p>
    <w:p>
      <w:pPr>
        <w:jc w:val="right"/>
      </w:pPr>
      <w:r>
        <w:t>جو آپ آج کل مسجدوں میں، یعنی ایئر کنڈیشنڈ مسجدوں میں کرتے ہیں۔ عرب، عرب ملکوں میں آپ جائیں تو تمام مسجدیں وہاں پر ایئر کنڈیشنڈ ہوتی ہیں۔ وہ ایئر کنڈیشنڈ مسجدوں میں کھڑے ہو کر آپ رٹے ہوئے الفاظ دعا کو دہراتے ہیں۔ وہ کیفیت اس میں کہاں سے آئے گی؟ کہ صحرا میں ایک شخص کھڑا ہوا ہے، وہاں کچھ بھی نہیں ہے، نہ وہاں باغ ہے، نہ کھیت ہے، نہ پانی ہے۔</w:t>
      </w:r>
    </w:p>
    <w:p>
      <w:r>
        <w:rPr>
          <w:b/>
        </w:rPr>
        <w:t xml:space="preserve">[12:33] </w:t>
      </w:r>
      <w:r>
        <w:t>to us ki nafsiyat mein ek inqalabi hejaan aaya hoga. us waqt us ne kaha hoga ke khuda ya, mere bas mein yahi tha ke maine apne bachchon ko yahan basa diya, nai nasal paida karne ke liye. ab aage ka kaam to aa raha hai, aage kaam to aa raha hai ke tu un ko pani de, un ko phal de, un ko khane ke liye saman de. to woh jo nafsiyat hoti hai, us nafsiyat ke</w:t>
      </w:r>
    </w:p>
    <w:p>
      <w:pPr>
        <w:jc w:val="right"/>
      </w:pPr>
      <w:r>
        <w:t>تو اس کی نفسیات میں ایک انقلابی ہیجان آیا ہوگا۔ اس وقت اس نے کہا ہوگا کہ خدایا، میرے بس میں یہی تھا کہ میں نے اپنے بچوں کو یہاں بسا دیا، نئی نسل پیدا کرنے کے لیے۔ اب آگے کا کام تو آ رہا ہے، آگے کام تو آ رہا ہے کہ تو ان کو پانی دے، ان کو پھل دے، ان کو کھانے کے لیے سامان دے۔ تو وہ جو نفسیات ہوتی ہے، اس نفسیات کے</w:t>
      </w:r>
    </w:p>
    <w:p>
      <w:r>
        <w:rPr>
          <w:b/>
        </w:rPr>
        <w:t xml:space="preserve">[13:03] </w:t>
      </w:r>
      <w:r>
        <w:t>sath dua karne ka naam ism e azam hai. is nafsiyat ke sath. to kya is mani ke ism e azam ka matlab, yani azam naam nahi hai, azam nafsiyat hai. isi ko main kehta hoon ke creative dua. to ek hoti hai prescrib dua. kuch alfaz hain, un ko rat liya aap ne, aur us ko aap</w:t>
      </w:r>
    </w:p>
    <w:p>
      <w:pPr>
        <w:jc w:val="right"/>
      </w:pPr>
      <w:r>
        <w:t>ساتھ دعا کرنے کا نام اسم اعظم ہے۔ اس نفسیات کے ساتھ۔ تو کیا اس معنی کہ اسم اعظم کا مطلب، یعنی اعظم نام نہیں ہے، اعظم نفسیات ہے۔ اسی کو میں کہتا ہوں کہ کریئیٹو دعا۔ تو ایک ہوتی ہے پریسکرائب دعا۔ کچھ الفاظ ہیں، ان کو رٹ لیا آپ نے، اور اس کو آپ</w:t>
      </w:r>
    </w:p>
    <w:p>
      <w:r>
        <w:rPr>
          <w:b/>
        </w:rPr>
        <w:t xml:space="preserve">[13:33] </w:t>
      </w:r>
      <w:r>
        <w:t>subah sham parh rahe hain. aur ek hai ke aap apne ko deen ki khatir, deeni mission ki khatir halaat mein dala. aap ke andar hejaan paida hua, aap ke andar jazbaat umde, aap ke andar rabbani shakhsiyat bedar hui. is waqt to aap ki zuban se kuch kalmaat nikle. to is ka naam hai ism e aazam ke sath dua. woh creative dua hoti hai.</w:t>
      </w:r>
    </w:p>
    <w:p>
      <w:pPr>
        <w:jc w:val="right"/>
      </w:pPr>
      <w:r>
        <w:t>صبح شام پڑھ رہے ہیں۔ اور ایک ہے کہ آپ اپنے کو دین کی خاطر، دینی مشن کی خاطر حالات میں ڈالا۔ آپ کے اندر ہیجان پیدا ہوا، آپ کے اندر جذبات امڈے، آپ کے اندر ربانی شخصیت بیدار ہوئی۔ اس وقت تو آپ کی زبان سے کچھ کلمات نکلے۔ تو اس کا نام ہے اسم اعظم کے ساتھ دعا۔ وہ کریئیٹو دعا ہوتی ہے۔</w:t>
      </w:r>
    </w:p>
    <w:p>
      <w:r>
        <w:rPr>
          <w:b/>
        </w:rPr>
        <w:t xml:space="preserve">[14:03] </w:t>
      </w:r>
      <w:r>
        <w:t>aur jab creative dua karta hai aadmi, to us ke liye Allah ka wada hai ke woh zaroor poori hoti hai. aise hi dekhiye, ek dua Hazrat Musa ki aati hai. Hazrat Musa ka qissa aap ke zehen mein hoga ke woh Misr mein paida hue, aur bohat sare halaat pesh aaye un ke sath. phir woh Misr se nikle,</w:t>
      </w:r>
    </w:p>
    <w:p>
      <w:pPr>
        <w:jc w:val="right"/>
      </w:pPr>
      <w:r>
        <w:t>اور جب کریئیٹو دعا کرتا ہے آدمی، تو اس کے لیے اللہ کا وعدہ ہے کہ وہ ضرور پوری ہوتی ہے۔ ایسے ہی دیکھیے، ایک دعا حضرت موسیٰ کی آتی ہے۔ حضرت موسیٰ کا قصہ آپ کے ذہن میں ہوگا کہ وہ مصر میں پیدا ہوئے، اور بہت سارے حالات پیش آئے ان کے ساتھ۔ پھر وہ مصر سے نکلے،</w:t>
      </w:r>
    </w:p>
    <w:p>
      <w:r>
        <w:rPr>
          <w:b/>
        </w:rPr>
        <w:t xml:space="preserve">[14:36] </w:t>
      </w:r>
      <w:r>
        <w:t>kyun ke Misr mein un ko khatra tha ke un ko dooba dalen ge. to wahan pohanche, jahan woh qissa hai ke ladkiyan apne maishiyon ke liye pani pila rahi theen. wahan unhon ne un ki madad ki. to is waqt aata hai Quran majeed mein ke woh saaye ke neeche baith gaye, yaani woh thake hue honge, safar</w:t>
      </w:r>
    </w:p>
    <w:p>
      <w:pPr>
        <w:jc w:val="right"/>
      </w:pPr>
      <w:r>
        <w:t>کیونکہ مصر میں ان کو خطرہ تھا کہ ان کو ڈوبا ڈالیں گے۔ تو وہاں پہنچے، جہاں وہ قصہ ہے کہ لڑکیاں اپنے معاشیوں کے لیے پانی پلا رہی تھیں۔ وہاں انہوں نے ان کی مدد کی۔ تو اس وقت آتا ہے قرآن مجید میں کہ وہ سائے کے نیچے بیٹھ گئے، یعنی وہ تھکے ہوئے ہوں گے، سفر</w:t>
      </w:r>
    </w:p>
    <w:p>
      <w:r>
        <w:rPr>
          <w:b/>
        </w:rPr>
        <w:t xml:space="preserve">[15:07] </w:t>
      </w:r>
      <w:r>
        <w:t>ki thakan, khana peena ka koi intezam nahi, koi aage, koi peechhe. to is ke baad woh ek darakht ke neeche woh baith gaye. is waqt ek un ki zuban se ek dua manqool hai Quran majeed mein. woh yeh hai ke "RABBI INNI LAMA ANZALTA ILAIYA MIN KHAIRIN FAQIRUN".</w:t>
      </w:r>
    </w:p>
    <w:p>
      <w:pPr>
        <w:jc w:val="right"/>
      </w:pPr>
      <w:r>
        <w:t>کے تھکان، کھانا پینا کا کوئی انتظام نہیں، کوئی آگے، کوئی پیچھے۔ تو اس کے بعد وہ ایک درخت کے نیچے وہ بیٹھ گئے۔ اس وقت ایک ان کی زبان سے ایک دعا منقول ہے قرآن مجید میں۔ وہ یہ ہے کہ "رَبَّ إِنِّي لَمَا أَنزَلْتَ إِلَيَّ مِنْ خَيْرٍ فَقِيرٌ"۔</w:t>
      </w:r>
    </w:p>
    <w:p>
      <w:r>
        <w:rPr>
          <w:b/>
        </w:rPr>
        <w:t xml:space="preserve">[15:37] </w:t>
      </w:r>
      <w:r>
        <w:t>"RABBI INNI LAMA ANZALTA ILAIYA MIN KHAIRIN FAQIRUN". mere jo khair tu ne utara, us ka main mohtaj hoon. to is par maine ghor kiya, to meri samajh mein aaya ke is waqt Hazrat Musa jis nafsiyat mein the, jab unhon ne darakht ko dekha hoga, kyun ke darakht ke saaye mein the woh, to dekha hoga ke darakht hara bhara khada hua hai, neeche khushk tana hai, upar</w:t>
      </w:r>
    </w:p>
    <w:p>
      <w:pPr>
        <w:jc w:val="right"/>
      </w:pPr>
      <w:r>
        <w:t>"رَبَّ إِنِّي لَمَا أَنزَلْتَ إِلَيَّ مِنْ خَيْرٍ فَقِيرٌ"۔ میرے جو خیر تو نے اتارا، اس کا میں محتاج ہوں۔ تو اس پر میں نے غور کیا، تو میری سمجھ میں آیا کہ اس وقت حضرت موسیٰ جس نفسیات میں تھے، جب انہوں نے درخت کو دیکھا ہوگا، کیونکہ درخت کے سائے میں تھے وہ، تو دیکھا ہوگا کہ درخت ہرا بھرا کھڑا ہوا ہے، نیچے خشک تنا ہے، اوپر</w:t>
      </w:r>
    </w:p>
    <w:p>
      <w:r>
        <w:rPr>
          <w:b/>
        </w:rPr>
        <w:t xml:space="preserve">[16:07] </w:t>
      </w:r>
      <w:r>
        <w:t>sabz shakhain hain. to un ke zehen mein aaya hoga ke Allah taala darakht ko sabz o sarsabz banata hai, darakht ko zindagi deta hai, darakht ko jo khurak chahiye woh us ko faraham karta hai. tab un ke dil mein aaya hoga ke khudaaya, teri rehmat darakht tak phaili hui hai, teri rehmat darakht tak phaili hui hai,</w:t>
      </w:r>
    </w:p>
    <w:p>
      <w:pPr>
        <w:jc w:val="right"/>
      </w:pPr>
      <w:r>
        <w:t>سبز شاخیں ہیں۔ تو ان کے ذہن میں آیا ہوگا کہ اللہ تعالیٰ درخت کو سبز و سرسبز بناتا ہے، درخت کو زندگی دیتا ہے، درخت کو جو خوراک چاہیے وہ اس کو فراہم کرتا ہے۔ تب ان کے دل میں آیا ہوگا کہ خدایا، تیری رحمت درخت تک پھیلی ہوئی ہے، تیری رحمت درخت تک پھیلی ہوئی ہے،</w:t>
      </w:r>
    </w:p>
    <w:p>
      <w:r>
        <w:rPr>
          <w:b/>
        </w:rPr>
        <w:t xml:space="preserve">[16:38] </w:t>
      </w:r>
      <w:r>
        <w:t>darakht tak teri rehmat se shadab ho rahe hain. to main to insaan hoon. to un kaifiyat ke sath yeh nikle honge alfaaz un ki zuban se ke khudaaya, tu ne sab ke liye rehmatain utar rakhi hain, to mere liye bhi utar, mere, mere liye bhi, mujh par bhi reham farma. to yeh is cheez ne, is kaifiyat ne, un halaat ne, un rabbani, yaani nafsiyat</w:t>
      </w:r>
    </w:p>
    <w:p>
      <w:pPr>
        <w:jc w:val="right"/>
      </w:pPr>
      <w:r>
        <w:t>درخت تک تیری رحمت سے شاداب ہو رہے ہیں۔ تو میں تو انسان ہوں۔ تو ان کیفیات کے ساتھ یہ نکلے ہوں گے الفاظ ان کی زبان سے کہ خدایا، تو نے سب کے لیے رحمتیں اتار رکھی ہیں، تو میرے لیے بھی اتار، میرے، میرے لیے بھی، مجھ پر بھی رحم فرما۔ تو یہ اس چیز نے، اس کیفیت نے، ان حالات نے، ان ربانی، یعنی نفسیات</w:t>
      </w:r>
    </w:p>
    <w:p>
      <w:r>
        <w:rPr>
          <w:b/>
        </w:rPr>
        <w:t xml:space="preserve">[17:08] </w:t>
      </w:r>
      <w:r>
        <w:t>ne, un ki is dua ko ism e aazam ki dua bana diya, aur woh qabool hui. to is tarah ki bohat si duaen Quran mein aur hadith mein aai hain. in dua ke, woh dua ka, is dua ki jo sifat hai, woh us ke alfaaz mein nahi hai, balkeh dua karne wale ke halaat mein hai.</w:t>
      </w:r>
    </w:p>
    <w:p>
      <w:pPr>
        <w:jc w:val="right"/>
      </w:pPr>
      <w:r>
        <w:t>نے، ان کی اس دعا کو اسم اعظم کی دعا بنا دیا، اور وہ قبول ہوئی۔ تو اس طرح کی بہت سی دعائیں قرآن میں اور حدیث میں آئی ہیں۔ ان دعا کے، وہ دعا کا، اس دعا کی جو صفت ہے، وہ اس کے الفاظ میں نہیں ہے، بلکہ دعا کرنے والے کے حالات میں ہے۔</w:t>
      </w:r>
    </w:p>
    <w:p>
      <w:r>
        <w:rPr>
          <w:b/>
        </w:rPr>
        <w:t xml:space="preserve">[17:41] </w:t>
      </w:r>
      <w:r>
        <w:t>is dua ki jo sifat hai, woh in halaat, alfaaz mein nahi hai, is balkeh dua karne wale ke halaat mein hai. jaise Rasool Allah ne Quran mein aata hai ke Rasool Allah ne dua ki thi, us waqt Hazrat Abu Bakr ne farmaya tha: "LA TAHZAN INNALLAHA MAANA". "LA TAHZAN INNALLAHA MAANA". ghar</w:t>
      </w:r>
    </w:p>
    <w:p>
      <w:pPr>
        <w:jc w:val="right"/>
      </w:pPr>
      <w:r>
        <w:t>اس دعا کی جو صفت ہے، وہ ان حالات، الفاظ میں نہیں ہے، اس بلکہ دعا کرنے والے کے حالات میں ہے۔ جیسے رسول اللہ نے قرآن میں آتا ہے کہ رسول اللہ نے دعا کی تھی، اس وقت حضرت ابوبکر نے فرمایا تھا: "لا تَهْزَنْ إِنَّ اللَّهَ مَعَنَا"۔ "لا تَهْزَنْ إِنَّ اللَّهَ مَعَنَا"۔ غار</w:t>
      </w:r>
    </w:p>
    <w:p>
      <w:r>
        <w:rPr>
          <w:b/>
        </w:rPr>
        <w:t xml:space="preserve">[18:11] </w:t>
      </w:r>
      <w:r>
        <w:t>e Saur mein kaha tha. to is ka matlab nahi ke aap kahin sakht halaat mein hon, bas in alfaaz ko dohra dein to bas qabool ho jayegi. aap chahe air conditioned chhat ke neeche hon, tab bhi nahi, woh, woh halaat hon, woh nafsiyat jaagen, woh roohaniyat bedar ho, aur tab woh is waqt hota hai ke automatic tor par dua nikalti hai aap ki zuban se</w:t>
      </w:r>
    </w:p>
    <w:p>
      <w:pPr>
        <w:jc w:val="right"/>
      </w:pPr>
      <w:r>
        <w:t>ثور میں کہا تھا۔ تو اس کا مطلب نہیں کہ آپ کہیں سخت حالات میں ہوں، بس ان الفاظ کو دہرا دیں تو بس قبول ہو جائے گی۔ آپ چاہے ایئر کنڈیشنڈ چھت کے نیچے ہوں، تب بھی نہیں، وہ، وہ حالات ہوں، وہ نفسیات جاگیں، وہ روحانیت بیدار ہو، اور تب وہ اس وقت ہوتا ہے کہ آٹومیٹک طور پر دعا نکلتی ہے آپ کی زبان سے</w:t>
      </w:r>
    </w:p>
    <w:p>
      <w:r>
        <w:rPr>
          <w:b/>
        </w:rPr>
        <w:t xml:space="preserve">[18:41] </w:t>
      </w:r>
      <w:r>
        <w:t>۔ to woh ism e aazam hoti hai, aur woh qabool hoti hai. to is tarah ki hadithain Quran mein aur hadith mein, is tarah ki duaen Quran mein aur hadith mein bohat si aai hain. in hadithon ke bare mein achhe se samajh lena chahiye ke in ka, in ka jo, in ki jo fazilat hai, alfaaz mein nahi hai,</w:t>
      </w:r>
    </w:p>
    <w:p>
      <w:pPr>
        <w:jc w:val="right"/>
      </w:pPr>
      <w:r>
        <w:t>۔ تو وہ اسم اعظم ہوتی ہے، اور وہ قبول ہوتی ہے۔ تو اس طرح کی حدیثیں قرآن میں اور حدیث میں، اس طرح کی دعائیں قرآن میں اور حدیث میں بہت سی آئی ہیں۔ ان حدیثوں کے بارے میں اچھے سے سمجھ لینا چاہیے کہ ان کا، ان کا جو، ان کی جو فضیلت ہے، الفاظ میں نہیں ہے،</w:t>
      </w:r>
    </w:p>
    <w:p>
      <w:r>
        <w:rPr>
          <w:b/>
        </w:rPr>
        <w:t xml:space="preserve">[19:11] </w:t>
      </w:r>
      <w:r>
        <w:t>dua karne wale ke halaat mein hai. maslan dekhiye, kal parson ka waqea hai, main jis ghar mein rehta hoon, us ghar mein samne ki taraf, peechhe ki taraf kafi sabza hai, yaani garden jaisa.</w:t>
      </w:r>
    </w:p>
    <w:p>
      <w:pPr>
        <w:jc w:val="right"/>
      </w:pPr>
      <w:r>
        <w:t>دعا کرنے والے کے حالات میں ہے۔ مثلاً دیکھیے، کل پرسوں کا واقعہ ہے، میں جس گھر میں رہتا ہوں، اس گھر میں سامنے کی طرف، پیچھے کی طرف کافی سبزہ ہے، یعنی گارڈن جیسا۔</w:t>
      </w:r>
    </w:p>
    <w:p>
      <w:r>
        <w:rPr>
          <w:b/>
        </w:rPr>
        <w:t xml:space="preserve">[19:42] </w:t>
      </w:r>
      <w:r>
        <w:t>to main wahan rozana baithta hoon, subah sham taqreeban rozana baithta hoon. to barson se baitha hoon, to parson achaanak ek, ek kaifiyat mere andar paida hui. woh yeh ke main baitha tha, baitha hua tha, mere samne ek sabz, sarsabz duniya thi, yaani sarsabz darakht, us ke upar chiriyaan ur rahi hain,</w:t>
      </w:r>
    </w:p>
    <w:p>
      <w:pPr>
        <w:jc w:val="right"/>
      </w:pPr>
      <w:r>
        <w:t>تو میں وہاں روزانہ بیٹھتا ہوں، صبح شام تقریباً روزانہ بیٹھتا ہوں۔ تو برسوں سے بیٹھا ہوں، تو پرسوں اچانک ایک، ایک کیفیت میرے اندر پیدا ہوئی۔ وہ یہ کہ میں بیٹھا تھا، بیٹھا ہوا تھا، میرے سامنے ایک سبز، سرسبز دنیا تھی، یعنی سرسبز درخت، اس کے اوپر چڑیاں اڑ رہی ہیں،</w:t>
      </w:r>
    </w:p>
    <w:p>
      <w:r>
        <w:rPr>
          <w:b/>
        </w:rPr>
        <w:t xml:space="preserve">[20:12] </w:t>
      </w:r>
      <w:r>
        <w:t>hawaein chal rahi hain, upar badal ke tukde tair rahe hain, suraj ki roshni hai. yeh sara ek mahaul jo hai, bohat hi ajeeb mahaul. to mujhe mehsoos hua ke yeh door se jannat ka taaruf hai. is waqt meri zuban par yeh alfaaz aaye ke "Glimpses of Paradise from a Dist</w:t>
      </w:r>
    </w:p>
    <w:p>
      <w:pPr>
        <w:jc w:val="right"/>
      </w:pPr>
      <w:r>
        <w:t>ہوائیں چل رہی ہیں، اوپر بادل کے ٹکڑے تیر رہے ہیں، سورج کی روشنی ہے۔ یہ سارا ایک ماحول جو ہے، بہت ہی عجیب ماحول۔ تو مجھے محسوس ہوا کہ یہ دور سے جنت کا تعارف ہے۔ اس وقت میری زبان پر یہ الفاظ آئے کہ "Glimpses of Paradise from a Dist</w:t>
      </w:r>
    </w:p>
    <w:p>
      <w:r>
        <w:rPr>
          <w:b/>
        </w:rPr>
        <w:t xml:space="preserve">[20:43] </w:t>
      </w:r>
      <w:r>
        <w:t>ance"۔ "Glimpses of Paradise from a Distance"۔ to in kaifiyat mein main tha, kai din tak yeh kaifiyat rahi, kai din tak, yaani kai din tak main yeh sochta raha ke "Glimpses of Paradise from a Distance"۔ to phir parson aisa hua ke mujhe ek ayat yaad aayi, Quran mein</w:t>
      </w:r>
    </w:p>
    <w:p>
      <w:pPr>
        <w:jc w:val="right"/>
      </w:pPr>
      <w:r>
        <w:t>ance"۔ "Glimpses of Paradise from a Distance"۔ تو ان کیفیات میں میں تھا، کئی دن تک یہ کیفیت رہی، کئی دن تک، یعنی کئی دن تک میں یہ سوچتا رہا کہ "Glimpses of Paradise from a Distance"۔ تو پھر پرسوں ایسا ہوا کہ مجھے ایک آیت یاد آئی، قرآن میں</w:t>
      </w:r>
    </w:p>
    <w:p>
      <w:r>
        <w:rPr>
          <w:b/>
        </w:rPr>
        <w:t xml:space="preserve">[21:17] </w:t>
      </w:r>
      <w:r>
        <w:t>Surah Nisa mein ek ayat hai jo wirasat ki taqseem ke bare mein hai. aap jante hain ke Islam ki taleem yeh hai ke jab koi shakhs ki wafat ho jaye to us ne jo kuch chhora hai, woh wirsa ke darmiyan taqseem kiya jata hai. to "WA IDHA HAZARA AL QISMA ULOOL QURBA WAL YATAMA WAL MU</w:t>
      </w:r>
    </w:p>
    <w:p>
      <w:pPr>
        <w:jc w:val="right"/>
      </w:pPr>
      <w:r>
        <w:t>سورہ النساء میں ایک آیت ہے جو وراثت کی تقسیم کے بارے میں ہے۔ آپ جانتے ہیں کہ اسلام کی تعلیم یہ ہے کہ جب کوئی شخص کی وفات ہو جائے تو اس نے جو کچھ چھوڑا ہے، وہ ورثاء کے درمیان تقسیم کیا جاتا ہے۔ تو "وَإِذَا هَزَلَ الْقِسْمَةَ أُولُو الْقُرْبَىٰ وَالْيَتَامَىٰ وَالْمُ</w:t>
      </w:r>
    </w:p>
    <w:p>
      <w:r>
        <w:rPr>
          <w:b/>
        </w:rPr>
        <w:t xml:space="preserve">[21:47] </w:t>
      </w:r>
      <w:r>
        <w:t>SAKEENA FARZUQHUM MINHU WA QOOLOO LAHUM QAWLAM MA'RUFAAN". Surah Nisa ayat number 8. is ka tarjuma yeh hai ke wirasat ki taqseem ke waqt jab kuch log wahan aa jayen, wirasat taqseem ho rahi ho logon ke beech mein, jo us ke haqdar hain, jo us ke haqdar hain, jo ghair</w:t>
      </w:r>
    </w:p>
    <w:p>
      <w:pPr>
        <w:jc w:val="right"/>
      </w:pPr>
      <w:r>
        <w:t>سَاكِينَ فَرْزُقُهُمْ مِنْهُ وَقُولُوا لَّهُمْ قَالُوا مَعْرُوفًا"۔ سورہ نساء آیت نمبر 8۔ اس کا ترجمہ یہ ہے کہ وراثت کی تقسیم کے وقت جب کچھ لوگ وہاں آ جائیں، وراثت تقسیم ہو رہی ہو لوگوں کے بیچ میں، جو اس کے حقدار ہیں، جو اس کے حقدار ہیں، جو غیر</w:t>
      </w:r>
    </w:p>
    <w:p>
      <w:r>
        <w:rPr>
          <w:b/>
        </w:rPr>
        <w:t xml:space="preserve">[22:17] </w:t>
      </w:r>
      <w:r>
        <w:t>haqdar aa jayen wahan par, jo yateem hon aur miskeen hon aur ghareeb rishtedar hon, to woh wahan sirf khare dekh rahe hain, un ka koi hissa us mein nahi hai, kuch bol bhi nahi rahe, woh bas dekh rahe hain ke dekho falan aadmi ne chhora hai to falan log ka yeh pahunch raha hai. to</w:t>
      </w:r>
    </w:p>
    <w:p>
      <w:pPr>
        <w:jc w:val="right"/>
      </w:pPr>
      <w:r>
        <w:t>حقدار آ جائیں وہاں پر، جو یتیم ہوں اور مسکین ہوں اور غریب رشتہ دار ہوں، تو وہ وہاں صرف کھڑے دیکھ رہے ہیں، ان کا کوئی حصہ اس میں نہیں ہے، کچھ بول بھی نہیں رہے، وہ بس دیکھ رہے ہیں کہ دیکھو فلاں آدمی نے چھوڑا ہے تو فلاں لوگ کا یہ پہنچ رہا ہے۔ تو</w:t>
      </w:r>
    </w:p>
    <w:p>
      <w:r>
        <w:rPr>
          <w:b/>
        </w:rPr>
        <w:t xml:space="preserve">[22:47] </w:t>
      </w:r>
      <w:r>
        <w:t>Quran mein aaya hai ke woh jo qareeb aa kar khare ho gaye hain wahan, un ko bhi kuch do. "FARZUQHUM MINHU". saman jo chhora hai aadmi ne, us mein se kuch un ko bhi de do. yeh ayat mujhe yaad aayi. to maine socha ke main inhi khare hone walon mein hoon, main inhi khare hone walon mein hoon. maine</w:t>
      </w:r>
    </w:p>
    <w:p>
      <w:pPr>
        <w:jc w:val="right"/>
      </w:pPr>
      <w:r>
        <w:t>قرآن میں آیا ہے کہ وہ جو قریب آ کر کھڑے ہو گئے ہیں وہاں، ان کو بھی کچھ دو۔ "فَرْزُقُوهُمْ مِنْهُ"۔ سامان جو چھوڑا ہے آدمی نے، اس میں سے کچھ ان کو بھی دے دو۔ یہ آیت مجھے یاد آئی۔ تو میں نے سوچا کہ میں انہی کھڑے ہونے والوں میں ہوں، میں انہی کھڑے ہونے والوں میں ہوں۔ میں نے</w:t>
      </w:r>
    </w:p>
    <w:p>
      <w:r>
        <w:rPr>
          <w:b/>
        </w:rPr>
        <w:t xml:space="preserve">[23:17] </w:t>
      </w:r>
      <w:r>
        <w:t>kaha ke yeh, yeh jis ko maine kaha ke "Glimpses of Paradise from a Distance", yeh jannat hai, kuch logon ke liye banai gayi hai, akhirat mein kuch logon ko di jayegi. ab main khara hua dekh raha hoon ke kuch muttaqi log, kuch haqdar log, jo Allah ke naik bande hain, un ko di ja rahi hai. main dekh, main khara ho kar dekh raha hoon. to meri dua nikli ke khudaaya,</w:t>
      </w:r>
    </w:p>
    <w:p>
      <w:pPr>
        <w:jc w:val="right"/>
      </w:pPr>
      <w:r>
        <w:t>کہا کہ یہ، یہ جس کو میں نے کہا کہ "Glimpses of Paradise from a Distance"، یہ جنت ہے، کچھ لوگوں کے لیے بنائی گئی ہے، آخرت میں کچھ لوگوں کو دی جائے گی۔ اب میں کھڑا ہوا دیکھ رہا ہوں کہ کچھ متقی لوگ، کچھ حقدار لوگ، جو اللہ کے نیک بندے ہیں، ان کو دی جا رہی ہے۔ میں دیکھ، میں کھڑا ہو کر دیکھ رہا ہوں۔ تو میری دعا نکلی کہ خدایا،</w:t>
      </w:r>
    </w:p>
    <w:p>
      <w:r>
        <w:rPr>
          <w:b/>
        </w:rPr>
        <w:t xml:space="preserve">[23:47] </w:t>
      </w:r>
      <w:r>
        <w:t>tu ne yeh usool bataya hai ke ghair haqdar bhi agar wahan par khare ho gaye hon, to agarche woh ghair haqdar hain, unhein bhi kuch de do, unhein bhi kuch de do. to maine socha ke khuda, main inhi ghair haqdar logon mein se hoon ke jannat ki taqseem ke waqt</w:t>
      </w:r>
    </w:p>
    <w:p>
      <w:pPr>
        <w:jc w:val="right"/>
      </w:pPr>
      <w:r>
        <w:t>تو نے یہ اصول بتایا ہے کہ غیر حقدار بھی اگر وہاں پر کھڑے ہو گئے ہوں، تو اگرچہ وہ غیر حقدار ہیں، انہیں بھی کچھ دے دو، انہیں بھی کچھ دے دو۔ تو میں نے سوچا کہ خدا، میں انہی غیر حقدار لوگوں میں سے ہوں کہ جنت کی تقسیم کے وقت</w:t>
      </w:r>
    </w:p>
    <w:p>
      <w:r>
        <w:rPr>
          <w:b/>
        </w:rPr>
        <w:t xml:space="preserve">[24:18] </w:t>
      </w:r>
      <w:r>
        <w:t>door se main us ka manzar dekh raha hoon. to tu apne is usool ke mutabiq, is is rehimana usool ke mutabiq, mere sath bhi reham farma, mujhe bhi us mein thoda sa hissa, mujhe bhi de de. to main samajhta hoon ke yeh, yaani halaat ke tehat jo dua nikalti hai, us ki ek misaal yeh hai.</w:t>
      </w:r>
    </w:p>
    <w:p>
      <w:pPr>
        <w:jc w:val="right"/>
      </w:pPr>
      <w:r>
        <w:t>دور سے میں اس کا منظر دیکھ رہا ہوں۔ تو تو اپنے اس اصول کے مطابق، اس اس رحیمانہ اصول کے مطابق، میرے ساتھ بھی رحم فرما، مجھے بھی اس میں تھوڑا سا حصہ، مجھے بھی دے دے۔ تو میں سمجھتا ہوں کہ یہ، یعنی حالات کے تحت جو دعا نکلتی ہے، اس کی ایک مثال یہ ہے۔</w:t>
      </w:r>
    </w:p>
    <w:p>
      <w:r>
        <w:rPr>
          <w:b/>
        </w:rPr>
        <w:t xml:space="preserve">[24:52] </w:t>
      </w:r>
      <w:r>
        <w:t>to Allah taala ne khud yeh usool bataya hai ke jab wirasat taqseem ho rahi hai, haqdar logon ko di ja rahi hai, aur kuch log aa gaye wahan par jo haqdar nahi hain, bas aa gaye hain, dekh rahe hain, taqseem ko dekh rahe hain. to izhar e rehmat, izhar e humdardi, unhein bhi kuch de do. to me</w:t>
      </w:r>
    </w:p>
    <w:p>
      <w:pPr>
        <w:jc w:val="right"/>
      </w:pPr>
      <w:r>
        <w:t>تو اللہ تعالیٰ نے خود یہ اصول بتایا ہے کہ جب وراثت تقسیم ہو رہی ہے، حقدار لوگوں کو دی جا رہی ہے، اور کچھ لوگ آ گئے وہاں پر جو حقدار نہیں ہیں، بس آ گئے ہیں، دیکھ رہے ہیں، تقسیم کو دیکھ رہے ہیں۔ تو اضرار رحمت، اضرار ہمدردی، انہیں بھی کچھ دے دو۔ تو می</w:t>
      </w:r>
    </w:p>
    <w:p>
      <w:r>
        <w:rPr>
          <w:b/>
        </w:rPr>
        <w:t xml:space="preserve">[25:22] </w:t>
      </w:r>
      <w:r>
        <w:t>re is waqt jo kaifiyat paida hui, to main ne socha ke yeh, yeh jannat hai, logon ko di jane wali hai. ab main wahan khara ho gaya hoon. to Allah taala ke ab khud apne usool rehmat ke mutabiq, shayad mujhe bhi us mein hissa daar bana de. to main apne lafzon mein kahunga ke ek</w:t>
      </w:r>
    </w:p>
    <w:p>
      <w:pPr>
        <w:jc w:val="right"/>
      </w:pPr>
      <w:r>
        <w:t>رے اس وقت جو کیفیت پیدا ہوئی، تو میں نے سوچا کہ یہ، یہ جنت ہے، لوگوں کو دی جانے والی ہے۔ اب میں وہاں کھڑا ہو گیا ہوں۔ تو اللہ تعالیٰ کے اب خود اپنے اصول رحمت کے مطابق، شاید مجھے بھی اس میں حصہ دار بنا دے۔ تو میں اپنے لفظوں میں کہوں گا کہ ایک</w:t>
      </w:r>
    </w:p>
    <w:p>
      <w:r>
        <w:rPr>
          <w:b/>
        </w:rPr>
        <w:t xml:space="preserve">[25:52] </w:t>
      </w:r>
      <w:r>
        <w:t>hai, ek hai prescribed dua, ek hai creative dua. prescribed dua jo hai, woh ism e aazam ki dua nahi hoti hai, creative dua jo hoti hai, woh hai ism e aazam ki dua. aur creative dua ke liye Allah taala ka yeh wada hai ke woh zaroor qabool hoti hai. to is tarah</w:t>
      </w:r>
    </w:p>
    <w:p>
      <w:pPr>
        <w:jc w:val="right"/>
      </w:pPr>
      <w:r>
        <w:t>ہے، ایک ہے prescribed دعا، ایک ہے creative دعا۔ prescribed دعا جو ہے، وہ اسم اعظم کی دعا نہیں ہوتی ہے، creative دعا جو ہوتی ہے، وہ ہے اسم اعظم کی دعا۔ اور creative دعا کے لیے اللہ تعالیٰ کا یہ وعدہ ہے کہ وہ ضرور قبول ہوتی ہے۔ تو اس طرح</w:t>
      </w:r>
    </w:p>
    <w:p>
      <w:r>
        <w:rPr>
          <w:b/>
        </w:rPr>
        <w:t xml:space="preserve">[26:22] </w:t>
      </w:r>
      <w:r>
        <w:t>ki bohat si aap is nazar se jab mutala karain ge quran ka, hadith ka, seerat ka, to aap ko is tarah ki bohat si misalein milein gi. lekin usooli tor par main yeh kahoon ga ke prescribed dua alag cheez hai aur creative dua alag cheez hai. creative dua hi woh cheez hai jis ko kaha gaya ke ism e aazam ke sath dua. to ism e aazam</w:t>
      </w:r>
    </w:p>
    <w:p>
      <w:pPr>
        <w:jc w:val="right"/>
      </w:pPr>
      <w:r>
        <w:t>کی بہت سی آپ اس نظر سے جب مطالعہ کریں گے قرآن کا، حدیث کا، سیرت کا، تو آپ کو اس طرح کی بہت سی مثالیں ملیں گی۔ لیکن اصولی طور پر میں یہ کہوں گا کہ prescribed دعا الگ چیز ہے اور creative دعا الگ چیز ہے۔ creative دعا ہی وہ چیز ہے جس کو کہا گیا کہ اسم اعظم کے ساتھ دعا۔ تو اسم اعظم</w:t>
      </w:r>
    </w:p>
    <w:p>
      <w:r>
        <w:rPr>
          <w:b/>
        </w:rPr>
        <w:t xml:space="preserve">[26:52] </w:t>
      </w:r>
      <w:r>
        <w:t>ke sath dua kaise hoti hai? ab yeh sochiye, ism e aazam ke sath dua ya creative dua in logon se hoti hai jo prepared mind hon. yani aik aadmi ne, aik aadmi seeker tha, us ne ghore o fikr kiya, us ne quran ko aur sunnat ko parha, phir us ko marifat ke darje mein allah</w:t>
      </w:r>
    </w:p>
    <w:p>
      <w:pPr>
        <w:jc w:val="right"/>
      </w:pPr>
      <w:r>
        <w:t>کے ساتھ دعا کیسے ہوتی ہے؟ اب یہ سوچیے، اسم اعظم کے ساتھ دعا یا creative دعا ان لوگوں سے ہوتی ہے جو prepared mind ہوں۔ یعنی ایک آدمی نے، ایک آدمی seeker تھا، اس نے غور و فکر کیا، اس نے قرآن کو اور سنت کو پڑھا، پھر اس کو معرفت کے درجے میں اللہ</w:t>
      </w:r>
    </w:p>
    <w:p>
      <w:r>
        <w:rPr>
          <w:b/>
        </w:rPr>
        <w:t xml:space="preserve">[27:22] </w:t>
      </w:r>
      <w:r>
        <w:t>ki daryaft hui, marifat ke darje mein. isi mein jeene laga woh, isi mein woh jeene laga. phir kuch halaat paish aaye, to woh halaat paish aaye, aik prepared, aik aisa insaan ke sath jo prepared insaan tha. to us ke preparation ki wajah se us ke andar rabbani nafsiyat</w:t>
      </w:r>
    </w:p>
    <w:p>
      <w:pPr>
        <w:jc w:val="right"/>
      </w:pPr>
      <w:r>
        <w:t>کی دریافت ہوئی، معرفت کے درجے میں۔ اسی میں جینے لگا وہ، اسی میں وہ جینے لگا۔ پھر کچھ حالات پیش آئے، تو وہ حالات پیش آئے، ایک prepared، ایک ایسا انسان کے ساتھ جو prepared انسان تھا۔ تو اس کے preparation کی وجہ سے اس کے اندر ربانی نفسیات</w:t>
      </w:r>
    </w:p>
    <w:p>
      <w:r>
        <w:rPr>
          <w:b/>
        </w:rPr>
        <w:t xml:space="preserve">[27:53] </w:t>
      </w:r>
      <w:r>
        <w:t>jaage gi, us ke andar aik, aik rabbani hijan paida hoga. aur in halaat mein us ki zuban se kuch bohat hi creative alfaaz nikal parein ge, jis mein allah ka yaqeen hoga, allah ki mohabbat hogi, allah ka khauf hoga, allah</w:t>
      </w:r>
    </w:p>
    <w:p>
      <w:pPr>
        <w:jc w:val="right"/>
      </w:pPr>
      <w:r>
        <w:t>جاگے گی، اس کے اندر ایک، ایک ربانی حیجان پیدا ہوگا۔ اور ان حالات میں اس کی زبان سے کچھ بہت ہی creative الفاظ نکل پڑیں گے، جس میں اللہ کا یقین ہوگا، اللہ کی محبت ہوگی، اللہ کا خوف ہوگا، اللہ</w:t>
      </w:r>
    </w:p>
    <w:p>
      <w:r>
        <w:rPr>
          <w:b/>
        </w:rPr>
        <w:t xml:space="preserve">[28:23] </w:t>
      </w:r>
      <w:r>
        <w:t>ki qurbat hogi. to woh is baat ki zamanat ban jaye gi ke woh qubool hogi. jaise main ne is se pehle aik waqia sunaya tha yahan imam ibn taimiyah ka, quran parh rahe thay woh, koi ayat un ki samajh mein clear nahi thi. to unhon ne kya kiya? uthe, wuzu kiya, do rak'at namaz parhi, aur phir dua ki: "ya muallima ibrahim, ilm</w:t>
      </w:r>
    </w:p>
    <w:p>
      <w:pPr>
        <w:jc w:val="right"/>
      </w:pPr>
      <w:r>
        <w:t>کی قربت ہوگی۔ تو وہ اس بات کی ضامن بن جائے گی کہ وہ قبول ہوگی۔ جیسے میں نے اس سے پہلے ایک واقعہ سنایا تھا یہاں امام ابن تیمیہ کا، قرآن پڑھ رہے تھے وہ، کوئی آیت ان کی سمجھ میں clear نہیں تھی۔ تو انہوں نے کیا کیا؟ اٹھے، وضو کیا، دو رکعت نماز پڑھی، اور پھر دعا کی: "یا معلمہ ابراہیم، علم</w:t>
      </w:r>
    </w:p>
    <w:p>
      <w:r>
        <w:rPr>
          <w:b/>
        </w:rPr>
        <w:t xml:space="preserve">[28:53] </w:t>
      </w:r>
      <w:r>
        <w:t>ni". yeh bhi wohi dua hai, kyun ke woh khaas halaat mein ki thi unhon ne. woh quran ka mutala kar rahe thay, kisi ayat par atak gaye, woh ab soch rahe hain, soch rahe hain, soch rahe hain, clear nahi ho raha mafhoom is ka. to namaz parh ke dua jab kiya unhon ne, to woh dua aik rabbani nafsiyat wale insaan ki dua thi, us ko kaha jata hai.</w:t>
      </w:r>
    </w:p>
    <w:p>
      <w:pPr>
        <w:jc w:val="right"/>
      </w:pPr>
      <w:r>
        <w:t>نی"۔ یہ بھی وہی دعا ہے، کیونکہ وہ خاص حالات میں کی تھی انہوں نے۔ وہ قرآن کا مطالعہ کر رہے تھے، کسی آیت پر اٹک گئے، وہ اب سوچ رہے ہیں، سوچ رہے ہیں، سوچ رہے ہیں، clear نہیں ہو رہا مفہوم اس کا۔ تو نماز پڑھ کے دعا جب کیا انہوں نے، تو وہ دعا ایک ربانی نفسیات والے انسان کی دعا تھی، اس کو کہا جاتا ہے۔</w:t>
      </w:r>
    </w:p>
    <w:p>
      <w:r>
        <w:rPr>
          <w:b/>
        </w:rPr>
        <w:t xml:space="preserve">[29:24] </w:t>
      </w:r>
      <w:r>
        <w:t>invoke karne wale alfaaz ke sath dua karna, allah ki rehmat ko invoke karne wale alfaaz ke sath dua karna. to unhon ne kaha ke: "ae allah! tu ne ibrahim ko ilm diya tha, apne peghambar ibrahim ko ilm diya tha, mujhe bhi ilm de de." yeh hai, wohi hai, invoke karne wali dua. to is mein aksar aisi dua mein aksar koi point of reference hota hai, is mein allah ki rehmat ko invoke</w:t>
      </w:r>
    </w:p>
    <w:p>
      <w:pPr>
        <w:jc w:val="right"/>
      </w:pPr>
      <w:r>
        <w:t>Invoke کرنے والے الفاظ کے ساتھ دعا کرنا، اللہ کی رحمت کو invoke کرنے والے الفاظ کے ساتھ دعا کرنا۔ تو انہوں نے کہا کہ: "اے اللہ! تو نے ابراہیم کو علم دیا تھا، اپنے پیغمبر ابراہیم کو علم دیا تھا، مجھے بھی علم دے دے۔" یہ ہے، وہی ہے، invoke کرنے والی دعا۔ تو اس میں اکثر ایسی دعا میں اکثر کوئی point of reference ہوتا ہے، اس میں اللہ کی رحمت کو invoke</w:t>
      </w:r>
    </w:p>
    <w:p>
      <w:r>
        <w:rPr>
          <w:b/>
        </w:rPr>
        <w:t xml:space="preserve">[29:54] </w:t>
      </w:r>
      <w:r>
        <w:t>karne wale alfaaz hote hain, allah ki qurbat is mein jhalakti hai, allah ki marifat ka is mein bohat zabardast izhaar hota hai. in sab cheezon se mil kar ke aik rabbani nafsiyat banti hai, is mein woh dua nikalti hai jis ko creative dua kaha jaye ga ya ism e aazam ke sath dua kaha jaye ga.</w:t>
      </w:r>
    </w:p>
    <w:p>
      <w:pPr>
        <w:jc w:val="right"/>
      </w:pPr>
      <w:r>
        <w:t>کرنے والے الفاظ ہوتے ہیں، اللہ کی قربت اس میں جھلکتی ہے، اللہ کی معرفت کا اس میں بہت زبردست اظہار ہوتا ہے۔ ان سب چیزوں سے مل کر کے ایک ربانی نفسیات بنتی ہے، اس میں وہ دعا نکلتی ہے جس کو creative دعا کہا جائے گا یا اسم اعظم کے ساتھ دعا کہا جائے گا۔</w:t>
      </w:r>
    </w:p>
    <w:p>
      <w:r>
        <w:rPr>
          <w:b/>
        </w:rPr>
        <w:t xml:space="preserve">[30:29] </w:t>
      </w:r>
      <w:r>
        <w:t>to ism e aazam ke sath dua kisi chupi hui kitab mein nahi milti, aap bazaar mein jayen, wahan aap dua ki kitabein chupi hui bikti hain, koi dua ki kitab le len, aap us ko rat len. yeh haji log aksar yahi karte hain, jab koi haji jata hai hajj ke liye to bazaar se kitabein kharidta hai woh. to woh us moqa</w:t>
      </w:r>
    </w:p>
    <w:p>
      <w:pPr>
        <w:jc w:val="right"/>
      </w:pPr>
      <w:r>
        <w:t>تو اسم اعظم کے ساتھ دعا کسی چھپی ہوئی کتاب میں نہیں ملتی، آپ بازار میں جائیں، وہاں آپ دعا کی کتابیں چھپی ہوئی بکتی ہیں، کوئی دعا کی کتاب لے لیں، آپ اس کو رٹ لیں۔ یہ حاجی لوگ اکثر یہی کرتے ہیں، جب کوئی حاجی جاتا ہے حج کے لیے تو بازار سے کتابیں خریدتا ہے وہ۔ تو وہ اس موقع</w:t>
      </w:r>
    </w:p>
    <w:p>
      <w:r>
        <w:rPr>
          <w:b/>
        </w:rPr>
        <w:t xml:space="preserve">[30:59] </w:t>
      </w:r>
      <w:r>
        <w:t>ki yeh dua, us moqa ki woh dua is mein rehta hai, zikr aur dua. to zikr aur dua jo is mein rehta hai, woh rat leta hai aur phir wahan ja kar parhta hai. yeh alag cheez hai, isi ko main kehta hoon ke prescribed dua, prescribed zikr. to creative dua ya ism e aazam wali dua woh hai jo aap ki zindagi ke halaat se nikalti hai.</w:t>
      </w:r>
    </w:p>
    <w:p>
      <w:pPr>
        <w:jc w:val="right"/>
      </w:pPr>
      <w:r>
        <w:t>کی یہ دعا، اس موقع کی وہ دعا اس میں رہتا ہے، ذکر اور دعا۔ تو ذکر اور دعا جو اس میں رہتا ہے، وہ رٹ لیتا ہے اور پھر وہاں جا کر پڑھتا ہے۔ یہ الگ چیز ہے، اسی کو میں کہتا ہوں کہ prescribed دعا، prescribed ذکر۔ تو creative دعا یا اسم اعظم والی دعا وہ ہے جو آپ کی زندگی کے حالات سے نکلتی ہے۔</w:t>
      </w:r>
    </w:p>
    <w:p>
      <w:r>
        <w:rPr>
          <w:b/>
        </w:rPr>
        <w:t xml:space="preserve">[31:30] </w:t>
      </w:r>
      <w:r>
        <w:t>woh kitab mein nahi hoti, woh marifat mein hoti hai, is ka ma khaz kitab nahi hota, is ka ma khaz aap ki apni marifat hoti hai. yeh har aik ke liye mumkin hai, yani yeh nahi ke kisi khaas buzurg ke liye thi woh. yeh kitab mein ne dekha, aik buzurgon ke, buzurgon ki duaen, buzurgon ki duaen koi</w:t>
      </w:r>
    </w:p>
    <w:p>
      <w:pPr>
        <w:jc w:val="right"/>
      </w:pPr>
      <w:r>
        <w:t>وہ کتاب میں نہیں ہوتی، وہ معرفت میں ہوتی ہے، اس کا ماخذ کتاب نہیں ہوتا، اس کا ماخذ آپ کی اپنی معرفت ہوتی ہے۔ یہ ہر ایک کے لیے ممکن ہے، یعنی یہ نہیں کہ کسی خاص بزرگ کے لیے تھی وہ۔ یہ کتاب میں نے دیکھا، ایک بزرگوں کے، بزرگوں کی دعائیں، بزرگوں کی دعائیں کوئی</w:t>
      </w:r>
    </w:p>
    <w:p>
      <w:r>
        <w:rPr>
          <w:b/>
        </w:rPr>
        <w:t xml:space="preserve">[32:00] </w:t>
      </w:r>
      <w:r>
        <w:t>cheez nahi hoti, rabbani nafsiyat ki dua hai. to rabbani nafsiyat khud dua karne wale ke andar hoti hai, kisi kitab mein nahi hoti. jaise, jaise hazrat zakariya aik peghambar thay, woh jab boorhe ho gaye to unhon ne dekha ke mera koi, mera mission jo hai, mere upar khatam ho jaye ga, koi follower nahi, koi saathi nahi, koi team nahi.</w:t>
      </w:r>
    </w:p>
    <w:p>
      <w:pPr>
        <w:jc w:val="right"/>
      </w:pPr>
      <w:r>
        <w:t>چیز نہیں ہوتی، ربانی نفسیات کی دعا ہے۔ تو ربانی نفسیات خود دعا کرنے والے کے اندر ہوتی ہے، کسی کتاب میں نہیں ہوتی۔ جیسے، جیسے حضرت زکریا ایک پیغمبر تھے، وہ جب بوڑھے ہو گئے تو انہوں نے دیکھا کہ میرا کوئی، میرا مشن جو ہے، میرے اوپر ختم ہو جائے گا، کوئی فالوور نہیں، کوئی ساتھی نہیں، کوئی ٹیم نہیں۔</w:t>
      </w:r>
    </w:p>
    <w:p>
      <w:r>
        <w:rPr>
          <w:b/>
        </w:rPr>
        <w:t xml:space="preserve">[32:33] </w:t>
      </w:r>
      <w:r>
        <w:t>to unhon ne aulad ki dua ki, woh aulad, aulad ke aitbar se nahi thi, woh mission ki, apne baad mission ko jari rakhne ke liye dua thi. hazrat zakariya ne jo dua ki thi ke mujhe aik aulad de, woh is mani mein nahi thi jis mani mein log aulad ki dua karte rehte hain, woh alag cheez hai. woh akele thay, koi un ka follower nahi tha, koi team nahi thi, koi saathi nahi tha, aur ho gaye boorhe.</w:t>
      </w:r>
    </w:p>
    <w:p>
      <w:pPr>
        <w:jc w:val="right"/>
      </w:pPr>
      <w:r>
        <w:t>تو انہوں نے اولاد کی دعا کی، وہ اولاد، اولاد کے اعتبار سے نہیں تھی، وہ مشن کی، اپنے بعد مشن کو جاری رکھنے کے لیے دعا تھی۔ حضرت زکریا نے جو دعا کی تھی کہ مجھے ایک اولاد دے، وہ اس معنی میں نہیں تھی جس معنی میں لوگ اولاد کی دعا کرتے رہتے ہیں، وہ الگ چیز ہے۔ وہ اکیلے تھے، کوئی ان کا فالوور نہیں تھا، کوئی ٹیم نہیں تھی، کوئی ساتھی نہیں تھا، اور ہو گئے بوڑھے۔</w:t>
      </w:r>
    </w:p>
    <w:p>
      <w:r>
        <w:rPr>
          <w:b/>
        </w:rPr>
        <w:t xml:space="preserve">[33:03] </w:t>
      </w:r>
      <w:r>
        <w:t>to ab un ke zehan mein yeh tha ke mere baad yeh mission, tauheed ka mission, kaise jari rahe ga? to unhon ne dua ki. us waqt unhon ne yeh kaha tha ke: "rab la tazni khardan" . rab la tazni khardan, ae allah! mujh ko akela na chhod, ae allah! mujh ko akela na chhod. to yeh poora aik, poora aik</w:t>
      </w:r>
    </w:p>
    <w:p>
      <w:pPr>
        <w:jc w:val="right"/>
      </w:pPr>
      <w:r>
        <w:t>تو اب ان کے ذہن میں یہ تھا کہ میرے بعد یہ مشن، توحید کا مشن، کیسے جاری رہے گا؟ تو انہوں نے دعا کی۔ اس وقت انہوں نے یہ کہا تھا کہ: "رب لا تزنی خردا"۔ رب لا تزنی خردا، اے اللہ! مجھ کو اکیلا نہ چھوڑ، اے اللہ! مجھ کو اکیلا نہ چھوڑ۔ تو یہ پورا ایک، پورا ایک</w:t>
      </w:r>
    </w:p>
    <w:p>
      <w:r>
        <w:rPr>
          <w:b/>
        </w:rPr>
        <w:t xml:space="preserve">[33:34] </w:t>
      </w:r>
      <w:r>
        <w:t>, us waqt ke halaat mein jo paida hui thi, nafsiyat un ke andar, woh sab ki sab is mein shamil hai ke: "khudaya! main ne tere liye aik mission chalaya, sari koshish ke bawajood mujhe koi aadmi nahi mila, ab main boorha ho gaya, ab mere baad is mission ko kaun continue rakhe ga, kaun is ko jari rakhe ga?"</w:t>
      </w:r>
    </w:p>
    <w:p>
      <w:pPr>
        <w:jc w:val="right"/>
      </w:pPr>
      <w:r>
        <w:t>، اس وقت کے حالات میں جو پیدا ہوئی تھی، نفسیات ان کے اندر، وہ سب کی سب اس میں شامل ہے کہ: "خدایا! میں نے تیرے لیے ایک مشن چلایا، ساری کوشش کے باوجود مجھے کوئی آدمی نہیں ملا، اب میں بوڑھا ہو گیا، اب میرے بعد اس مشن کو کون continue رکھے گا، کون اس کو جاری رکھے گا؟"</w:t>
      </w:r>
    </w:p>
    <w:p>
      <w:r>
        <w:rPr>
          <w:b/>
        </w:rPr>
        <w:t xml:space="preserve">[34:04] </w:t>
      </w:r>
      <w:r>
        <w:t>is ehsas se woh dua nikal pari. to main samajhta hoon ke is ka matlab yeh tha ke meri zindagi mein to ne, insaan ne mera sath nahi diya, to ne farishton ko mera sath kar diya. is ki spirituality yeh thi, ghaliban ke meri zindagi mein insaan ne sath nahi diya, to ne farishton ko mere sath kar diya. is tarah yeh mission chalta raha. ab mere baad kya hoga?</w:t>
      </w:r>
    </w:p>
    <w:p>
      <w:pPr>
        <w:jc w:val="right"/>
      </w:pPr>
      <w:r>
        <w:t>اس احساس سے وہ دعا نکل پڑی۔ تو میں سمجھتا ہوں کہ اس کا مطلب یہ تھا کہ میری زندگی میں تو نے، انسان نے میرا ساتھ نہیں دیا، تو نے فرشتوں کو میرا ساتھ کر دیا۔ اس کی spirituality یہ تھی، غالباً کہ میری زندگی میں انسان نے ساتھ نہیں دیا، تو نے فرشتوں کو میرے ساتھ کر دیا۔ اس طرح یہ مشن چلتا رہا۔ اب میرے بعد کیا ہوگا؟</w:t>
      </w:r>
    </w:p>
    <w:p>
      <w:r>
        <w:rPr>
          <w:b/>
        </w:rPr>
        <w:t xml:space="preserve">[34:39] </w:t>
      </w:r>
      <w:r>
        <w:t>yani meri zindagi mein kisi insaan ne mera sath nahi diya, to tu ne farishton ko hukum diya ke un ke sath, un ke saathi bano, un ke saathi bano. is tarah yeh mission chalta raha. ab mere baad kya hoga? to hi unhon ne kaha tha ke: "khudaya! aik aulad de, us aulad ko main tarbiyat de kar tayyar karoon apne mission ke liye."</w:t>
      </w:r>
    </w:p>
    <w:p>
      <w:pPr>
        <w:jc w:val="right"/>
      </w:pPr>
      <w:r>
        <w:t>یعنی میری زندگی میں کسی انسان نے میرا ساتھ نہیں دیا، تو تو نے فرشتوں کو حکم دیا کہ ان کے ساتھ، ان کے ساتھی بنو، ان کے ساتھی بنو۔ اس طرح یہ مشن چلتا رہا۔ اب میرے بعد کیا ہوگا؟ تو ہی انہوں نے کہا تھا کہ: "خدایا! ایک اولاد دے، اس اولاد کو میں تربیت دے کر تیار کروں اپنے مشن کے لیے۔"</w:t>
      </w:r>
    </w:p>
    <w:p>
      <w:r>
        <w:rPr>
          <w:b/>
        </w:rPr>
        <w:t xml:space="preserve">[35:09] </w:t>
      </w:r>
      <w:r>
        <w:t>yeh poori aik nafsiyat ho gayi, hazrat zakariya ke andar poora aik, aik, aik rabbani jazbat overto rahe hon ge un ke andar, tab yeh dua nikli hogi. to yeh hai dua, aur yeh hai ism e aazam ke sath dua. is mein main yeh bhi kahoon ga ke ism e aazam ki duaen jo quran ya hadith mein hain</w:t>
      </w:r>
    </w:p>
    <w:p>
      <w:pPr>
        <w:jc w:val="right"/>
      </w:pPr>
      <w:r>
        <w:t>یہ پوری ایک نفسیات ہو گئی، حضرت زکریا کے اندر پورا ایک، ایک، ایک ربانی جذبات اوورٹو رہے ہوں گے ان کے اندر، تب یہ دعا نکلی ہوگی۔ تو یہ ہے دعا، اور یہ ہے اسم اعظم کے ساتھ دعا۔ اس میں میں یہ بھی کہوں گا کہ اسم اعظم کی دعائیں جو قرآن یا حدیث میں ہیں</w:t>
      </w:r>
    </w:p>
    <w:p>
      <w:r>
        <w:rPr>
          <w:b/>
        </w:rPr>
        <w:t xml:space="preserve">[35:39] </w:t>
      </w:r>
      <w:r>
        <w:t>, wahan bhi log bas us lafz ko le lete hain, us ki nafsiyat se alag kar ke. quran mein to sirf mukhtasar sa kuch alfaaz rahen ge, yeh hazrat musa ki dua jo main ne batai abhi aap ko, bas kuch dua ke alfaaz hain. to is mein aap ko is ka background apne hisab se shamil karna pare ga, jis background mein hazrat</w:t>
      </w:r>
    </w:p>
    <w:p>
      <w:pPr>
        <w:jc w:val="right"/>
      </w:pPr>
      <w:r>
        <w:t>، وہاں بھی لوگ بس اس لفظ کو لے لیتے ہیں، اس کی نفسیات سے الگ کر کے۔ قرآن میں تو صرف مختصر سا کچھ الفاظ رہیں گے، یہ حضرت موسیٰ کی دعا جو میں نے بتائی ابھی آپ کو، بس کچھ دعا کے الفاظ ہیں۔ تو اس میں آپ کو اس کا بیک گراؤنڈ اپنے حساب سے شامل کرنا پڑے گا، جس بیک گراؤنڈ میں حضرت</w:t>
      </w:r>
    </w:p>
    <w:p>
      <w:r>
        <w:rPr>
          <w:b/>
        </w:rPr>
        <w:t xml:space="preserve">[36:09] </w:t>
      </w:r>
      <w:r>
        <w:t>musa ne socha hoga, jo background us waqt tha un ka, un ka mazi aur haal, woh sab kuch shamil kar ke aap ko aik background banata. is background ko aap ko apne zehan mein lena pare ga, tab samajh payen ge aap ke is dua ka matlab kya hai. sirf alfaaz se nahi samajh ata, yani alfaaz jo hain, koi shobda nahi,</w:t>
      </w:r>
    </w:p>
    <w:p>
      <w:pPr>
        <w:jc w:val="right"/>
      </w:pPr>
      <w:r>
        <w:t>موسیٰ نے سوچا ہوگا، جو بیک گراؤنڈ اس وقت تھا ان کا، ان کا ماضی اور حال، وہ سب کچھ شامل کر کے آپ کو ایک بیک گراؤنڈ بناتا۔ اس بیک گراؤنڈ کو آپ کو اپنے ذہن میں لینا پڑے گا، تب سمجھ پائیں گے آپ کہ اس دعا کا مطلب کیا ہے۔ صرف الفاظ سے نہیں سمجھ آتا، یعنی الفاظ جو ہیں، کوئی شعبدہ نہیں،</w:t>
      </w:r>
    </w:p>
    <w:p>
      <w:r>
        <w:rPr>
          <w:b/>
        </w:rPr>
        <w:t xml:space="preserve">[36:40] </w:t>
      </w:r>
      <w:r>
        <w:t>aisa nahi ke un alfaaz mein koi tasmiyati sifat hai, koi karamati sifat hai, bas woh alfaaz bol diye to ho gaya. nahi, woh alfaaz to kuch nafsiyat ke numainda hain, represent kar rahe hain. asal cheez woh nafsiyat nahi, asal cheez woh alfaaz nahi, balkeh woh, woh background hai, woh nafsiyati background. to jo dua</w:t>
      </w:r>
    </w:p>
    <w:p>
      <w:pPr>
        <w:jc w:val="right"/>
      </w:pPr>
      <w:r>
        <w:t>ایسا نہیں کہ ان الفاظ میں کوئی تسماتی صفت ہے، کوئی کراماتی صفت ہے، بس وہ الفاظ بول دیے تو ہو گیا۔ نہیں، وہ الفاظ تو کچھ نفسیات کے نمائندہ ہیں، represent کر رہے ہیں۔ اصل چیز وہ نفسیات نہیں، اصل چیز وہ الفاظ نہیں، بلکہ وہ، وہ بیک گراؤنڈ ہے، وہ نفسیاتی بیک گراؤنڈ۔ تو جو دع</w:t>
      </w:r>
    </w:p>
    <w:p>
      <w:r>
        <w:rPr>
          <w:b/>
        </w:rPr>
        <w:t xml:space="preserve">[37:10] </w:t>
      </w:r>
      <w:r>
        <w:t>en quran mein, hadith mein hain, us ko bhi samajhne ke liye zaroori hai ke us ke background ko is mein add kiya jaye. in duaon ko samajhne ke liye un ke alfaaz ka tarjuma jan lena kafi nahi, balkeh in duaon ka jo background tha, us background ko daryaft kijiye, tab ja kar ke aap samajh payen ge ke</w:t>
      </w:r>
    </w:p>
    <w:p>
      <w:pPr>
        <w:jc w:val="right"/>
      </w:pPr>
      <w:r>
        <w:t>ائیں قرآن میں، حدیث میں ہیں، اس کو بھی سمجھنے کے لیے ضروری ہے کہ اس کے بیک گراؤنڈ کو اس میں add کیا جائے۔ ان دعاؤں کو سمجھنے کے لیے ان کے الفاظ کا ترجمہ جان لینا کافی نہیں، بلکہ ان دعاؤں کا جو بیک گراؤنڈ تھا، اس بیک گراؤنڈ کو دریافت کیجیے، تب جا کر کے آپ سمجھ پائیں گے کہ</w:t>
      </w:r>
    </w:p>
    <w:p>
      <w:r>
        <w:rPr>
          <w:b/>
        </w:rPr>
        <w:t xml:space="preserve">[37:41] </w:t>
      </w:r>
      <w:r>
        <w:t>is dua ki haqeeqat kya hai. to dua bazahir kuch alfaaz ka naam hoti hai, lekin asal role is mein dua go ka hota hai, asal role is mein dua go ki nafsiyat ka hota hai, dua go ke halaat ka hota hai, dua go ki rabbani shakhsiyat ka hota hai.</w:t>
      </w:r>
    </w:p>
    <w:p>
      <w:pPr>
        <w:jc w:val="right"/>
      </w:pPr>
      <w:r>
        <w:t>اس دعا کی حقیقت کیا ہے۔ تو دعا بظاہر کچھ الفاظ کا نام ہوتی ہے، لیکن اصل رول اس میں دعا گو کا ہوتا ہے، اصل رول اس میں دعا گو کی نفسیات کا ہوتا ہے، دعا گو کے حالات کا ہوتا ہے، دعا گو کی ربانی شخصیت کا ہوتا ہے۔</w:t>
      </w:r>
    </w:p>
    <w:p>
      <w:r>
        <w:rPr>
          <w:b/>
        </w:rPr>
        <w:t xml:space="preserve">[38:12] </w:t>
      </w:r>
      <w:r>
        <w:t>jab tak aap dua go ki rabbani shakhsiyat ko daryaft na karen, aap us dua ko samajh nahi sakte. is dua ke alfaaz milen ge aap ko, haqeeqat nahi mile gi. yeh aise hi hai jaise ke aik badam mile aap ko, to badam mein us ka aik chhilka hota hai, aik us ka maghz hota hai. to agar chhilka aap ko mil</w:t>
      </w:r>
    </w:p>
    <w:p>
      <w:pPr>
        <w:jc w:val="right"/>
      </w:pPr>
      <w:r>
        <w:t>جب تک آپ دعا گو کی ربانی شخصیت کو دریافت نہ کریں، آپ اس دعا کو سمجھ نہیں سکتے۔ اس دعا کے الفاظ ملیں گے آپ کو، حقیقت نہیں ملے گی۔ یہ ایسے ہی ہے جیسے کہ ایک بادام ملے آپ کو، تو بادام میں اس کا ایک چھلکا ہوتا ہے، ایک اس کا مغز ہوتا ہے۔ تو اگر چھلکا آپ کو مل</w:t>
      </w:r>
    </w:p>
    <w:p>
      <w:r>
        <w:rPr>
          <w:b/>
        </w:rPr>
        <w:t xml:space="preserve">[38:42] </w:t>
      </w:r>
      <w:r>
        <w:t>jaye, to woh badam nahi mila aap ko, badam nahi mile ga jabke maghz mile aap ko. agar sirf chhilka mila to badam nahi mila aap ko. aise hi dua mein bhi agar sirf alfaaz mil gaye to dua nahi mili aap ko. to yeh baat us waqt samajh mein ati hai jab ke aap tadabbur karen, ghore o fikr karen,</w:t>
      </w:r>
    </w:p>
    <w:p>
      <w:pPr>
        <w:jc w:val="right"/>
      </w:pPr>
      <w:r>
        <w:t>جائے، تو وہ بادام نہیں ملا آپ کو، بادام نہیں ملے گا جبکہ مغز ملے آپ کو۔ اگر صرف چھلکا ملا تو بادام نہیں ملا آپ کو۔ ایسے ہی دعا میں بھی اگر صرف الفاظ مل گئے تو دعا نہیں ملی آپ کو۔ تو یہ بات اس وقت سمجھ میں آتی ہے جب کہ آپ تدبر کریں، غور و فکر کریں،</w:t>
      </w:r>
    </w:p>
    <w:p>
      <w:r>
        <w:rPr>
          <w:b/>
        </w:rPr>
        <w:t xml:space="preserve">[39:13] </w:t>
      </w:r>
      <w:r>
        <w:t>background ko shamil kar ke dua ko samajhne ki koshish karen. aur dekhiye, zindagi mein hamesha tajrubaat hote hain, har subah shaam. aisa nahi ke kisi ki zindagi spot nahi hoti, spot zindagi to robot ki hoti hai. jo zinda insan hai, uski zindagi kabhi bhi spot nahi hoti, har</w:t>
      </w:r>
    </w:p>
    <w:p>
      <w:pPr>
        <w:jc w:val="right"/>
      </w:pPr>
      <w:r>
        <w:t>بیک گراؤنڈ کو شامل کر کے دعا کو سمجھنے کی کوشش کریں۔ اور دیکھیے، زندگی میں ہمیشہ تجربات ہوتے ہیں، ہر صبح شام۔ ایسا نہیں کہ کسی کی زندگی سپاٹ نہیں ہوتی، سپاٹ زندگی تو روبوٹ کی ہوتی ہے۔ جو زندہ انسان ہے، اس کی زندگی کبھی بھی سپاٹ نہیں ہوتی، ہر</w:t>
      </w:r>
    </w:p>
    <w:p>
      <w:r>
        <w:rPr>
          <w:b/>
        </w:rPr>
        <w:t xml:space="preserve">[39:43] </w:t>
      </w:r>
      <w:r>
        <w:t>waqt kuch na kuch tajruba, har waqt kuch na kuch halaat, har waqt kuch na kuch up and down. to agar aap tayyar shakhs hain, agar aap ek prepared insan hain, to inhi halaat mein aap ko ism e aazam ki tofeeq milti rehti hai, milti rahegi. to ism e aazam ke halaat har insan ke liye</w:t>
      </w:r>
    </w:p>
    <w:p>
      <w:pPr>
        <w:jc w:val="right"/>
      </w:pPr>
      <w:r>
        <w:t>وقت کچھ نہ کچھ تجربہ، ہر وقت کچھ نہ کچھ حالات، ہر وقت کچھ نہ کچھ up and down۔ تو اگر آپ تیار شخص ہیں، اگر آپ ایک prepared انسان ہیں، تو انہی حالات میں آپ کو اسم اعظم کی توفیق ملتی رہتی ہے، ملتی رہے گی۔ تو اسم اعظم کے حالات ہر انسان کے لیے</w:t>
      </w:r>
    </w:p>
    <w:p>
      <w:r>
        <w:rPr>
          <w:b/>
        </w:rPr>
        <w:t xml:space="preserve">[40:13] </w:t>
      </w:r>
      <w:r>
        <w:t>hamesha maujood rehte hain, har subah shaam. misaal ke taur par aap farz kijiye ke raat ko so kar uthe, raat ko soye, phir subah uthe to dekha aap pe suraj nikla hua hai, to aap ki dua nikli ke: "khudaya! main andhere mein ja chuka tha, phir tu ne meri zindagi ko ujala kar diya." isi tarah meri zindagi</w:t>
      </w:r>
    </w:p>
    <w:p>
      <w:pPr>
        <w:jc w:val="right"/>
      </w:pPr>
      <w:r>
        <w:t>ہمیشہ موجود رہتے ہیں، ہر صبح شام۔ مثلاً آپ فرض کیجیے کہ رات کو سو کر اٹھے، رات کو سوئے، پھر صبح اٹھے تو دیکھا آپ پہ سورج نکلا ہوا ہے، تو آپ کی دعا نکلی کہ: "خدایا! میں اندھیرے میں جا چکا تھا، پھر تو نے میری زندگی کو اجالا کر دیا۔" اسی طرح میری زندگی</w:t>
      </w:r>
    </w:p>
    <w:p>
      <w:r>
        <w:rPr>
          <w:b/>
        </w:rPr>
        <w:t xml:space="preserve">[40:43] </w:t>
      </w:r>
      <w:r>
        <w:t>mein hamesha mera madadgar ban ja, yani hamesha halaat agar aap ke andar zinda zehn hai, zinda aap ke andar bedaar zehn hai, to har, har, har subah shaam aise waqiaat paish aayenge jin ko aap ism e aazam ki dua mein tabdeel kar den. meri dua hai ke Allah taala mujhe aur aap ko</w:t>
      </w:r>
    </w:p>
    <w:p>
      <w:pPr>
        <w:jc w:val="right"/>
      </w:pPr>
      <w:r>
        <w:t>میں ہمیشہ میرا مددگار بن جا، یعنی ہمیشہ حالات اگر آپ کے اندر زندہ ذہن ہے، زندہ آپ کے اندر بیدار ذہن ہے، تو ہر، ہر، ہر صبح شام ایسے واقعات پیش آئیں گے جن کو آپ اسم اعظم کی دعا میں تبدیل کر دیں۔ میری دعا ہے کہ اللہ تعالیٰ مجھے اور آپ کو</w:t>
      </w:r>
    </w:p>
    <w:p>
      <w:r>
        <w:rPr>
          <w:b/>
        </w:rPr>
        <w:t xml:space="preserve">[41:13] </w:t>
      </w:r>
      <w:r>
        <w:t>iski tofeeq ata farmaye. assalam o alaikum wa rehmatullahi. dua mein asal cheez hai dua karne wale ki kaifiyat, yani asal aitbaar alfaaz ka nahi, dua go ka hoga ke wo kis nafsiyat ke tehat is ne kaha hai. to is tarah agar dekha jaye to nabiyon ki jo duain Quran mein manqool hain, wo to sirf alfaaz hain, us ko un ke background ke sath joR kar dekhte hain, tabhi wo samajh mein aati hain. to mol</w:t>
      </w:r>
    </w:p>
    <w:p>
      <w:pPr>
        <w:jc w:val="right"/>
      </w:pPr>
      <w:r>
        <w:t>اس کی توفیق عطا فرمائے۔ السلام علیکم ورحمۃ اللہ۔ دعا میں اصل چیز ہے دعا کرنے والے کی کیفیت، یعنی اصل اعتبار الفاظ کا نہیں، دعا گو کا ہوگا کہ وہ کس نفسیات کے تحت اس نے کہا ہے۔ تو اس طرح اگر دیکھا جائے تو نبیوں کی جو دعائیں قرآن میں منقول ہیں، وہ تو صرف الفاظ ہیں، اس کو ان کے بیک گراؤنڈ کے ساتھ جوڑ کر دیکھتے ہیں، تبھی وہ سمجھ میں آتی ہیں۔ تو مول</w:t>
      </w:r>
    </w:p>
    <w:p>
      <w:r>
        <w:rPr>
          <w:b/>
        </w:rPr>
        <w:t xml:space="preserve">[41:43] </w:t>
      </w:r>
      <w:r>
        <w:t>ana Hazrat Zakariya ki jo dua thi: "Rab la tazni khirran khair al wariseen" ye dua ko jo hai na, sirf wahi jis tarah sab log apni aulad ke liye dua karte hain, wo aisi ek aulad ki dua samajh mein aati thi Maulana. lekin un ke mission se joR kar dekhne ke baad pehli martaba ye samajh mein aayi baat ke unhon ne mission ke jaari rakhne ke liye dua ki thi. Maulana ek dua aap ne aur zikr kiya tha pehle, Rasool Allah ne ek dua ki thi Maulana Ghazwa e Uhud Badr ke time par</w:t>
      </w:r>
    </w:p>
    <w:p>
      <w:pPr>
        <w:jc w:val="right"/>
      </w:pPr>
      <w:r>
        <w:t>انا حضرت زکریا کی جو دعا تھی: "رب لا تزنی خردا خیر الوارثین" یہ دعا کو جو ہے نا، صرف وہی جس طرح سب لوگ اپنی اولاد کے لیے دعا کرتے ہیں، وہ ایسی ایک اولاد کی دعا سمجھ میں آتی تھی مولانا۔ لیکن ان کے مشن سے جوڑ کر دیکھنے کے بعد پہلی مرتبہ یہ سمجھ میں آئی بات کہ انہوں نے مشن کے جاری رکھنے کے لیے دعا کی تھی۔ مولانا ایک دعا آپ نے اور ذکر کیا تھا پہلے، رسول اللہ نے ایک دعا کی تھی مولانا غزوہ احد بدر کے ٹائم پر</w:t>
      </w:r>
    </w:p>
    <w:p>
      <w:r>
        <w:rPr>
          <w:b/>
        </w:rPr>
        <w:t xml:space="preserve">[42:14] </w:t>
      </w:r>
      <w:r>
        <w:t>ke agar ye 313 shaheed ho gaye to Allah tera koi naam lene wala nahi hoga. to wo, wo, wo cheez is mein matlab ek aur example tha is cheez ka. dekhiye, ye bohat ahem baat hai, ye jo aap ne farmaya, is dua ko bhi log samajhte nahi, is dua ko bilkul nahi samajhte log. fazeelat ka unhein khayal nahi hota, fazeelat. Rasool Allah ye jab Badr ke</w:t>
      </w:r>
    </w:p>
    <w:p>
      <w:pPr>
        <w:jc w:val="right"/>
      </w:pPr>
      <w:r>
        <w:t>کہ اگر یہ 313 شہید ہو گئے تو اللہ تیرا کوئی نام لینے والا نہیں ہوگا۔ تو وہ، وہ، وہ چیز اس میں مطلب ایک اور example تھا اس چیز کا۔ دیکھیے، یہ بہت اہم بات ہے، یہ جو آپ نے فرمایا، اس دعا کو بھی لوگ سمجھتے نہیں، اس دعا کو بالکل نہیں سمجھتے لوگ۔ فضیلت کا انہیں خیال نہیں ہوتا، فضیلت۔ رسول اللہ یہ جب بدر کے</w:t>
      </w:r>
    </w:p>
    <w:p>
      <w:r>
        <w:rPr>
          <w:b/>
        </w:rPr>
        <w:t xml:space="preserve">[42:45] </w:t>
      </w:r>
      <w:r>
        <w:t>Badr ka maidan aap ke samne hai, wahan dushman jo hai bari tadad mein bohat hi tayyari ke sath maujood hai, idhar sahaba kam tadad mein aur kam tayyari ke sath is ke muqable mein khade ho gaye hain. is manzar ko dekh kar ke Rasool Allah par ek kaifiyat taari hui. is waqt aap ne kaha tha: "agar Allah toba,</w:t>
      </w:r>
    </w:p>
    <w:p>
      <w:pPr>
        <w:jc w:val="right"/>
      </w:pPr>
      <w:r>
        <w:t>بدر کا میدان آپ کے سامنے ہے، وہاں دشمن جو ہے بڑی تعداد میں بہت ہی تیاری کے ساتھ موجود ہے، ادھر صحابہ کم تعداد میں اور کم تیاری کے ساتھ اس کے مقابلے میں کھڑے ہو گئے ہیں۔ اس منظر کو دیکھ کر کے رسول اللہ پر ایک کیفیت طاری ہوئی۔ اس وقت آپ نے کہا تھا: "اگر اللہ توبہ،</w:t>
      </w:r>
    </w:p>
    <w:p>
      <w:r>
        <w:rPr>
          <w:b/>
        </w:rPr>
        <w:t xml:space="preserve">[43:16] </w:t>
      </w:r>
      <w:r>
        <w:t>ae Allah! agar is choti si jamaat jo hai sahaba ki ye halak ho gayi, to phir tera naam duniya mein nahi le aayega is ka." dekhiye, is ke peeche sahaba ki fazeelat nahi hai, do hazar saal ki tayyari hai. Hazrat Ibrahim ki, Ibrahim ke jo scheme thi, jo mansooba tha, yani</w:t>
      </w:r>
    </w:p>
    <w:p>
      <w:pPr>
        <w:jc w:val="right"/>
      </w:pPr>
      <w:r>
        <w:t>اے اللہ! اگر اس چھوٹی سی جماعت جو ہے صحابہ کی یہ ہلاک ہو گئی، تو پھر تیرا نام دنیا میں نہیں لے آیا اس کا۔" دیکھیے، اس کے پیچھے صحابہ کی فضیلت نہیں ہے، دو ہزار سال کی تیاری ہے۔ حضرت ابراہیم کی، ابراہیم کے جو اسکیم تھی، جو منصوبہ تھا، یعنی</w:t>
      </w:r>
    </w:p>
    <w:p>
      <w:r>
        <w:rPr>
          <w:b/>
        </w:rPr>
        <w:t xml:space="preserve">[43:46] </w:t>
      </w:r>
      <w:r>
        <w:t>Hajra aur Ismail, ye log sara mein do hazar saal tak museebaten uthate rahe. to phir wahan par log ek nasal bani to do hazar saal ki ke halaat mein ek nasal bani thi, us ke muntakhib afraad the sahaba. to is dua mein ye tha ke ab dobara kahan se halaat paida honge? phir do hazar saal chahiye. to ye saada baat nahi hai,</w:t>
      </w:r>
    </w:p>
    <w:p>
      <w:pPr>
        <w:jc w:val="right"/>
      </w:pPr>
      <w:r>
        <w:t>ہاجرہ اور اسماعیل، یہ لوگ سارا میں دو ہزار سال تک مصیبتیں اٹھاتے رہے۔ تو پھر وہاں پر لوگ ایک نسل بنی تو دو ہزار سال کی کے حالات میں ایک نسل بنی تھی، اس کے منتخب افراد تھے صحابہ۔ تو اس دعا میں یہ تھا کہ اب دوبارہ کہاں سے حالات پیدا ہوں گے؟ پھر دو ہزار سال چاہیے۔ تو یہ سادہ بات نہیں ہے،</w:t>
      </w:r>
    </w:p>
    <w:p>
      <w:r>
        <w:rPr>
          <w:b/>
        </w:rPr>
        <w:t xml:space="preserve">[44:17] </w:t>
      </w:r>
      <w:r>
        <w:t>is pura mansooba jo tha, Ibrahim ne shuru hua tha, Khuda is pure mansoobe ko kaun dohraega? is mansoobe ke, is planning ka culmination the ye log jin ko hum sahaba kehte hain. wo kaun hai jo is planning ko phir dohraega? ye matlab tha is ka. wo sirf kuch afraad ki fazeelat ki baat nahi thi wo. to khula</w:t>
      </w:r>
    </w:p>
    <w:p>
      <w:pPr>
        <w:jc w:val="right"/>
      </w:pPr>
      <w:r>
        <w:t>اس پورا منصوبہ جو تھا، ابراہیم نے شروع ہوا تھا، خدا اس پورے منصوبے کو کون دہرائے گا؟ اس منصوبے کے، اس پلاننگ کا culmination تھے یہ لوگ جن کو ہم صحابہ کہتے ہیں۔ وہ کون ہے جو اس پلاننگ کو پھر دہرائے؟ یہ مطلب تھا اس کا۔ وہ صرف کچھ افراد کی فضیلت کی بات نہیں تھی وہ۔ تو خلا</w:t>
      </w:r>
    </w:p>
    <w:p>
      <w:r>
        <w:rPr>
          <w:b/>
        </w:rPr>
        <w:t xml:space="preserve">[44:48] </w:t>
      </w:r>
      <w:r>
        <w:t>sa ye hai ke dua ke alfaaz asal nahi hain, daai ki nafsiyat asal hai, dua karne wale ke jazbaat kya hain, wo asal cheez hai. deciding factor daai ki nafsiyat, deciding factor hai, na ke dua ke alfaaz. Maulana aap hamesha hi is tarah ki baaten karte hain, to is se waqai mein hamari zindagi pe asar to hua hai, aur</w:t>
      </w:r>
    </w:p>
    <w:p>
      <w:pPr>
        <w:jc w:val="right"/>
      </w:pPr>
      <w:r>
        <w:t>صہ یہ ہے کہ دعا کے الفاظ اصل نہیں ہیں، داعی کی نفسیات اصل ہے، دعا کرنے والے کے جذبات کیا ہیں، وہ اصل چیز ہے۔ Deciding factor داعی کی نفسیات، deciding factor ہے، نہ کہ دعا کے الفاظ۔ مولانا آپ ہمیشہ ہی اس طرح کی باتیں کرتے ہیں، تو اس سے واقعی میں ہماری زندگیوں پہ اثر تو ہوا ہے، اور</w:t>
      </w:r>
    </w:p>
    <w:p>
      <w:r>
        <w:rPr>
          <w:b/>
        </w:rPr>
        <w:t xml:space="preserve">[45:18] </w:t>
      </w:r>
      <w:r>
        <w:t>dua mangne ke tareeqe mein bhi badlao aaya hai ke jo cheez bhi dekho, jab aap ye dekhte hain ke jab patte jhadte hain, aur is ka ek mujhe scientific phenomena poora pata tha ke is ke andar ek chemical hai, wo block kar deta hai, and the water does not go there, lekin Allah aisa ek ek patte mein kar raha hai, aur patte jhadte hain, to us waqt wo phenomena samajh ke dil se aisi dua nikalti hai</w:t>
      </w:r>
    </w:p>
    <w:p>
      <w:pPr>
        <w:jc w:val="right"/>
      </w:pPr>
      <w:r>
        <w:t>دعا مانگنے کے طریقے میں بھی بدلاؤ آیا ہے کہ جو چیز بھی دیکھو، جب آپ یہ دیکھتے ہیں کہ جب پتے جھڑتے ہیں، اور اس کا ایک مجھے scientific phenomena پورا پتہ تھا کہ اس کے اندر ایک chemical ہے، وہ بلاک کر دیتا ہے، and the water does not go there، لیکن اللہ ایسا ایک ایک پتے میں کر رہا ہے، اور پتے جھڑتے ہیں، تو اس وقت وہ phenomena سمجھ کے دل سے ایسی دعا نکلتی ہے</w:t>
      </w:r>
    </w:p>
    <w:p>
      <w:r>
        <w:rPr>
          <w:b/>
        </w:rPr>
        <w:t xml:space="preserve">[45:48] </w:t>
      </w:r>
      <w:r>
        <w:t>ab, aur us ko is context mein dua mangne ka tareeqa kuch kuch aa gaya hai, lekin phir bhi aisa hota hai ke kisi waqt jaldi se dua nikalti hai, kisi waqt bohat soch ke us ko samajh ke jab karte hain to waqai mein wo lagta hai ke wo hamari nafsiyat badal rahi hain. doosre mein ne ye bhi socha ke baaz waqt hamein dua nahi samajh mein aati, to jo Quranic aur wo duain</w:t>
      </w:r>
    </w:p>
    <w:p>
      <w:pPr>
        <w:jc w:val="right"/>
      </w:pPr>
      <w:r>
        <w:t>اب، اور اس کو اس context میں دعا مانگنے کا طریقہ کچھ کچھ آ گیا ہے، لیکن پھر بھی ایسا ہوتا ہے کہ کسی وقت جلدی سے دعا نکل جاتی ہے، کسی وقت بہت سوچ کے اس کو سمجھ کے جب کرتے ہیں تو واقعی میں وہ لگتا ہے کہ وہ ہماری نفسیات بدل رہی ہیں۔ دوسرے میں نے یہ بھی سوچا کہ بعض وقت ہمیں دعا نہیں سمجھ میں آتی، تو جو قرآنی اور وہ دع</w:t>
      </w:r>
    </w:p>
    <w:p>
      <w:r>
        <w:rPr>
          <w:b/>
        </w:rPr>
        <w:t xml:space="preserve">[46:18] </w:t>
      </w:r>
      <w:r>
        <w:t>hain, masnoon duain hain, un ko hum is context se padhte hain jab, to nafsiyat bhi badalti hain. to ye ek process hai dua karne ki, mujhe lagta hai jo develop ho rahi hai aur hoti rahe, aur Allah se dua hai ke hum sahi tarah se dua kar saken. dekhiye, maqbool duao ka jo concept hai, wo us ko main nahi manta, main bilkul nahi manta. koi maqbool dua nahi hai, maqbool nafsiyat</w:t>
      </w:r>
    </w:p>
    <w:p>
      <w:pPr>
        <w:jc w:val="right"/>
      </w:pPr>
      <w:r>
        <w:t>ائیں ہیں، مسنون دعائیں ہیں، ان کو ہم اس context سے پڑھتے ہیں جب، تو نفسیات بھی بدلتی ہیں۔ تو یہ ایک process ہے دعا کرنے کی، مجھے لگتا ہے جو develop ہو رہی ہے اور ہوتی رہے، اور اللہ سے دعا ہے کہ ہم صحیح طرح سے دعا کر سکیں۔ دیکھیں، مقبول دعاؤں کا جو concept ہے، وہ اس کو میں نہیں مانتا، میں بالکل نہیں مانتا۔ کوئی مقبول دعا نہیں ہے، مقبول نفسیات</w:t>
      </w:r>
    </w:p>
    <w:p>
      <w:r>
        <w:rPr>
          <w:b/>
        </w:rPr>
        <w:t xml:space="preserve">[46:48] </w:t>
      </w:r>
      <w:r>
        <w:t>hain. kitabon mein maqbool duain chhipi rehti hain, main us ko bilkul nahi manta, ye baad ki pedawar hai. sahaba, sahaba ne kabhi aisa nahi kaha tha ke kuch maqbool duain hoti hain, us ko dohra do aur phir ho jaye ga. maqbool nafsiyat hoti hain, insan ke andar nafsiyat wo hain maqbooliyat wali, to dua qabool hogi, nahi to koi alfaaz dohrate rahen, kuch nahi hone wala. to jab main Hajj pe gaya tha to main ne bhi yahi kiya tha, kitaab khareed li thi</w:t>
      </w:r>
    </w:p>
    <w:p>
      <w:pPr>
        <w:jc w:val="right"/>
      </w:pPr>
      <w:r>
        <w:t>ہیں۔ کتابوں میں مقبول دعائیں چھپی رہتی ہیں، میں اس کو بالکل نہیں مانتا، یہ بعد کی پیداوار ہے۔ صحابہ، صحابہ نے کبھی ایسا نہیں کہا تھا کہ کچھ مقبول دعائیں ہوتی ہیں، اس کو دہرا دو اور پھر ہو جائے گا۔ مقبول نفسیات ہوتی ہیں، انسان کے اندر نفسیات وہ ہیں مقبولیت والی، تو دعا قبول ہو گی، نہیں تو کوئی الفاظ دہراتے رہیں، کچھ نہیں ہونے والا۔ تو جب میں حج پہ گیا تھا تو میں نے بھی یہی کیا تھا، کتاب خرید لی تھ</w:t>
      </w:r>
    </w:p>
    <w:p>
      <w:r>
        <w:rPr>
          <w:b/>
        </w:rPr>
        <w:t xml:space="preserve">[47:18] </w:t>
      </w:r>
      <w:r>
        <w:t>to is mein aadmi isi cheez mein phansa rehta hai ke yahan khare ho ke ye dua mangen, yahan khare ho ke ye dua mangen, yahan khare ho ke ye dua mangen. to aadmi jo hai na, in alfaazon mein phansa rehta hai. to jo bunyadi cheez honi chahiye ke us ki nafsiyat, psychology change honi chahiye Hajj karne ke baad, wo is cheez mein badlao nahi aata Maulana kyunke wo sawab ke concept mein phansa rehta hai, yahan pe zyada sawab milega ye parhne pe. bazaar mein koi duain, koi kitaben chapti hain, maqbool duain, ye bilkul baseless hai</w:t>
      </w:r>
    </w:p>
    <w:p>
      <w:pPr>
        <w:jc w:val="right"/>
      </w:pPr>
      <w:r>
        <w:t>ی، تو اس میں آدمی اسی چیز میں پھنسا رہتا ہے کہ یہاں کھڑے ہو کے یہ دعا مانگیں، یہاں کھڑے ہو کے یہ دعا مانگیں، یہاں کھڑے ہو کے یہ دعا مانگیں۔ تو آدمی جو ہے نا، ان الفاظوں میں پھنسا رہتا ہے۔ تو جو بنیادی چیز ہونی چاہیے کہ اس کی نفسیات، psychology change ہونی چاہیے حج کرنے کے بعد، وہ اس چیز میں بدلاؤ نہیں آتا مولانا کیونکہ وہ ثواب کے concept میں پھنسا رہتا ہے، یہاں پہ زیادہ ثواب ملے گا یہ پڑھنے پہ۔ بازار میں کوئی دعائیں، کوئی کتابیں چھپتی ہیں، مقبول دعائیں، یہ بالکل baseless ہے</w:t>
      </w:r>
    </w:p>
    <w:p>
      <w:r>
        <w:rPr>
          <w:b/>
        </w:rPr>
        <w:t xml:space="preserve">[47:48] </w:t>
      </w:r>
      <w:r>
        <w:t>kyunke us ki, us ki yani kisi sahabi se koi us ki tasdeeq nahi milti ke sahabi ne kabhi nahi kaha ke falan dua maqbool dua hai, wo parhoge to ho jayega. kuch nahi, koi maqbool dua nahi, maqbool nafsiyat hai, yani maqbool agar aap ke andar wo kaifiyat hain, wo jazbaat hain, wo nafsiyat hain, us ke tehat aap jo keh parhen to wo hai maqbool dua. mol</w:t>
      </w:r>
    </w:p>
    <w:p>
      <w:pPr>
        <w:jc w:val="right"/>
      </w:pPr>
      <w:r>
        <w:t>کیونکہ اس کی، اس کی یعنی کسی صحابی سے کوئی اس کی تصدیق نہیں ملتی کہ صحابی نے کبھی نہیں کہا کہ فلاں دعا مقبول دعا ہے، وہ پڑھو گے تو ہو جائے گا۔ کچھ نہیں، کوئی مقبول دعا نہیں، مقبول نفسیات ہے، یعنی مقبول اگر آپ کے اندر وہ کیفیات ہیں، وہ جذبات ہیں، وہ نفسیات ہیں، اس کے تحت آپ جو کہہ پڑھیں تو وہ ہے مقبول دعا۔ مول</w:t>
      </w:r>
    </w:p>
    <w:p>
      <w:r>
        <w:rPr>
          <w:b/>
        </w:rPr>
        <w:t xml:space="preserve">[48:18] </w:t>
      </w:r>
      <w:r>
        <w:t>ana how important is to reach a state of helplessness to do such a dua dekhiye, insan to helpless hai hi, yani koi emperor bhi helpless hi hai, discovery nahi kar paate log, discovery nahi kar paat. kaha jata hai ke Namrood jo tha, us ke naak ke raste se ek machhar guzra, us</w:t>
      </w:r>
    </w:p>
    <w:p>
      <w:pPr>
        <w:jc w:val="right"/>
      </w:pPr>
      <w:r>
        <w:t>انا how important is to reach a state of helplessness to do such a dua دیکھیں، انسان تو helpless ہے ہی، یعنی کوئی emperor بھی helpless ہی ہے، discovery نہیں کر پاتے لوگ، discovery نہیں کر پاتے۔ کہا جاتا ہے کہ نمرود جو تھا، اس کے ناک کے راستے سے ایک مچھر گزرا، اس</w:t>
      </w:r>
    </w:p>
    <w:p>
      <w:r>
        <w:rPr>
          <w:b/>
        </w:rPr>
        <w:t xml:space="preserve">[48:48] </w:t>
      </w:r>
      <w:r>
        <w:t>ne sari us ki shehanshayiat khatm kar di. to insan helpless hai hi, lekin log is se bekhabar rehte hain. is discovery ko jab aap cover karenge to apne aap wo cheez aa jayegi, wo to nature hai, yani nature jo hai wo chupa hua hai bekhabari ki wajah se. jab hum us ko discover kar len to king</w:t>
      </w:r>
    </w:p>
    <w:p>
      <w:pPr>
        <w:jc w:val="right"/>
      </w:pPr>
      <w:r>
        <w:t>نے ساری اس کی شہنشاہیت ختم کر دی۔ تو انسان helpless ہے ہی، لیکن لوگ اس سے بے خبر رہتے ہیں۔ اس discovery کو جب آپ cover کریں گے تو اپنے آپ وہ چیز آ جائے گی، وہ تو nature ہے، یعنی nature جو ہے وہ چھپا ہوا ہے بے خبری کی وجہ سے۔ جب ہم اس کو discover کر لیں تو king</w:t>
      </w:r>
    </w:p>
    <w:p>
      <w:r>
        <w:rPr>
          <w:b/>
        </w:rPr>
        <w:t xml:space="preserve">[49:18] </w:t>
      </w:r>
      <w:r>
        <w:t>aur emperor bhi hote hain, yani helpless hain haqeeqat mein jitna kaam hai. halaat bhi Maulana kai baar insan ko realize karate hain ke wo kitne helpless hain, haan halaat mein bhi hoti hai ye cheez. jaise Alexander the Great jo tha, Greece se chala sari duniya fateh karne ke liye aur bohat se mulk fateh kara le, yahan tak ke Iraq pahunch gaya wo. to ek raat khushi mana raha tha, khoob sharab pi raha tha, usi raat ko mar gaya wo.</w:t>
      </w:r>
    </w:p>
    <w:p>
      <w:pPr>
        <w:jc w:val="right"/>
      </w:pPr>
      <w:r>
        <w:t>اور emperor بھی ہوتے ہیں، یعنی helpless ہیں حقیقت میں جتنا کام ہے۔ حالات بھی مولانا کئی بار انسان کو realize کراتے ہیں کہ وہ کتنے helpless ہیں، ہاں حالات میں بھی ہوتی ہے یہ چیز۔ جیسے Alexander the Great جو تھا، Greece سے چلا ساری دنیا فتح کرنے کے لیے اور بہت سے ملک فتح کرا لے، یہاں تک کہ عراق پہنچ گیا وہ۔ تو ایک رات خوشی منا رہا تھا، خوب شراب پی رہا تھا، اسی رات کو مر گیا وہ۔</w:t>
      </w:r>
    </w:p>
    <w:p>
      <w:r>
        <w:rPr>
          <w:b/>
        </w:rPr>
        <w:t xml:space="preserve">[49:49] </w:t>
      </w:r>
      <w:r>
        <w:t>us ke abhi 40 saal bhi nahi hue the umar, to log is se sabak lete ke Alexander the Great bhi hote hain helpless hain, jitna ke main hoon. yani khushi manate manate mar gaya wo. to dekhiye, helplessness jo hai wo insan ki nature hai, lekin log bekhabari ki wajah se samajh rahe the ke main ye hoon, main wo hoon, main kuch bhi nahi hoon, I am nothing. ye, ye bekhabari ki wajah se main samajh leta hoon ke main kuch hoon</w:t>
      </w:r>
    </w:p>
    <w:p>
      <w:pPr>
        <w:jc w:val="right"/>
      </w:pPr>
      <w:r>
        <w:t>اس کے ابھی 40 سال بھی نہیں ہوئے تھے عمر، تو لوگ اس سے سبق لیتے کہ Alexander the Great بھی ہوتے ہیں helpless ہیں، جتنا کہ میں ہوں۔ یعنی خوشی مناتے مناتے مر گیا وہ۔ تو دیکھیں، helplessness جو ہے وہ انسان کی nature ہے، لیکن لوگ بے خبری کی وجہ سے سمجھ رہے تھے کہ میں یہ ہوں، میں وہ ہوں، میں کچھ بھی نہیں ہوں، I am nothing۔ یہ، یہ بے خبری کی وجہ سے میں سمجھ لیتا ہوں کہ میں کچھ ہوں</w:t>
      </w:r>
    </w:p>
    <w:p>
      <w:r>
        <w:rPr>
          <w:b/>
        </w:rPr>
        <w:t xml:space="preserve">[50:19] </w:t>
      </w:r>
      <w:r>
        <w:t>۔ to aadmi agar discover kar le apni, yani jo real position us ki hai, to bas phir wo ism e aazam ki tofeeq mil jati hai us ko. to Allah taala ke jo doosre naam hain, ya Rehman, ya Raheem, ya Sattar, to un ko le kar jab dua mangen to kya is mein kaifiyat badalne ke kya chance hota hai? kya kaifiyat</w:t>
      </w:r>
    </w:p>
    <w:p>
      <w:pPr>
        <w:jc w:val="right"/>
      </w:pPr>
      <w:r>
        <w:t>۔ تو آدمی اگر discover کر لے اپنی، یعنی جو real position اس کی ہے، تو بس پھر وہ اسم اعظم کی توفیق مل جاتی ہے اس کو۔ تو اللہ تعالیٰ کے جو دوسرے نام ہیں، یا رحمان، یا رحیم، یا ستار، تو ان کو لے کر جب دعا مانگیں تو کیا اس میں کیفیت بدلنے کے کیا chance ہوتا ہے؟ کیا کیفیت</w:t>
      </w:r>
    </w:p>
    <w:p>
      <w:r>
        <w:rPr>
          <w:b/>
        </w:rPr>
        <w:t xml:space="preserve">[50:49] </w:t>
      </w:r>
      <w:r>
        <w:t>pehle se badal chuki hoti hai, tab dua karta hai. aisa nahi ke kuch alfaaz hain, un ko dohraenge to kaifiyat badal jayegi. main us ko nahi manta, alfaaz dohrane se to kaifiyat nahi aati, kaifiyat to pehle se aa chuki hoti hai, tab alfaaz nikalte hain. yani matlab wo put it the card before the heart ho jayega. agar maani ke alfaaz dohrao to kaifiyat paida ho gi. that is put it the card before the heart</w:t>
      </w:r>
    </w:p>
    <w:p>
      <w:pPr>
        <w:jc w:val="right"/>
      </w:pPr>
      <w:r>
        <w:t>پہلے سے بدل چکی ہوتی ہے، تب دعا کرتا ہے۔ ایسا نہیں کہ کچھ الفاظ ہیں، ان کو دہرائیں گے تو کیفیت بدل جائے گی۔ میں اس کو نہیں مانتا، الفاظ دہرانے سے تو کیفیت نہیں آتی، کیفیت تو پہلے سے آ چکی ہوتی ہے، تب الفاظ نکلتے ہیں۔ یعنی مطلب وہ put it the card before the heart ہو جائے گا۔ اگر معنی کے الفاظ دہراؤ تو کیفیت پیدا ہو گی۔ that is put it the card before the heart</w:t>
      </w:r>
    </w:p>
    <w:p>
      <w:r>
        <w:rPr>
          <w:b/>
        </w:rPr>
        <w:t xml:space="preserve">[51:19] </w:t>
      </w:r>
      <w:r>
        <w:t>yani ghore ke aage gaadi bandhna. kaifiyat is the first word aur the second. pehle aap halaat mein ghirte hain, jaise Hazrat Zakariya ka maine bataya, kitne dinon se socha hoga ke main boorha ho gaya, Quran mein aata hai na وَاشْتَارَ الرَّاسُ شَيْبَةً sara baal safed ho gaya. ab dekh rahe hain ke mere koi aage hai, koi peeche hai. main mission ke aitbaar se</w:t>
      </w:r>
    </w:p>
    <w:p>
      <w:pPr>
        <w:jc w:val="right"/>
      </w:pPr>
      <w:r>
        <w:t>یعنی گھوڑے کے آگے گاڑی باندھنا۔ کیفیت is the first word اور the second۔ پہلے آپ حالات میں گھرتے ہیں، جیسے حضرت زکریا کا میں نے بتایا، کتنے دنوں سے سوچا ہوگا کہ میں بوڑھا ہو گیا، قرآن میں آتا ہے نا وَاشْتَارَ الرَّاسُ شَيْبَةً سارا بال سفید ہو گیا۔ اب دیکھ رہے ہیں کہ میرے کوئی آگے ہے، کوئی پیچھے ہے۔ میں مشن کے اعتبار سے</w:t>
      </w:r>
    </w:p>
    <w:p>
      <w:r>
        <w:rPr>
          <w:b/>
        </w:rPr>
        <w:t xml:space="preserve">[51:50] </w:t>
      </w:r>
      <w:r>
        <w:t>yeh mission jo chala raha tha, woh toheed ka mission, koi follower nahi, koi team nahi, koi saathi nahi. to unhon ne kaha ke khuda ek beta mujhe de de, usi ko mein trend karoon, tarbiyat kar ke tayyar karoon. to ek bohat zabardast qism ka humoom un ko hoga, humoom gham. tab yeh alfaaz nikle thay. alfaaz, alfaaz se humoom nahi atay, humoom se alfaaz atay hain. Maulana yeh keh rahay hain ke jab yeh dawat ka kaam</w:t>
      </w:r>
    </w:p>
    <w:p>
      <w:pPr>
        <w:jc w:val="right"/>
      </w:pPr>
      <w:r>
        <w:t>یہ مشن جو چلا رہا تھا، وہ توحید کا مشن، کوئی فالوور نہیں، کوئی ٹیم نہیں، کوئی ساتھی نہیں۔ تو انہوں نے کہا کہ خدا ایک بیٹا مجھے دے دے، اسی کو میں ٹرینڈ کروں، تربیت کر کے تیار کروں۔ تو ایک بہت زبردست قسم کا ہموم ان کو ہوگا، ہموم غم۔ تب یہ الفاظ نکلے تھے۔ الفاظ، الفاظ سے ہموم نہیں آتے، ہموم سے الفاظ آتے ہیں۔ مولانا یہ کہہ رہے ہیں کہ جب یہ دعوت کا کام</w:t>
      </w:r>
    </w:p>
    <w:p>
      <w:r>
        <w:rPr>
          <w:b/>
        </w:rPr>
        <w:t xml:space="preserve">[52:21] </w:t>
      </w:r>
      <w:r>
        <w:t>unhon ne shuru kiya to un ko lagta tha ke kaam bohat hi aasan hai, aur lekin ek time aisa aya ke kuch halaat paida hue, yeh masjid mein kahin distribution kar rahay thay, to wahan bachay aaye aur unhon ne literature ko apnay pairon se masal diya, jis mein aap ki photo waghera sab thi. to is time un ko bohat takleef hui aur yeh ro diye, aur unhon ne Allah se dua ki ke tu meri madad kar. to yeh kefiyat ka bata rahay hain Maulana. haan to sahi, aap ne sahi kaha. is se pehle dawat, matlab mujhe nahi lag raha ke dua jaisi cheez ki zaroorat hai</w:t>
      </w:r>
    </w:p>
    <w:p>
      <w:pPr>
        <w:jc w:val="right"/>
      </w:pPr>
      <w:r>
        <w:t>انہوں نے شروع کیا تو ان کو لگتا تھا کہ کام بہت ہی آسان ہے، اور لیکن ایک ٹائم ایسا آیا کہ کچھ حالات پیدا ہوئے، یہ مسجد میں کہیں distribution کر رہے تھے، تو وہاں بچے آئے اور انہوں نے literature کو اپنے پیروں سے مسل دیا، جس میں آپ کی فوٹو وغیرہ سب تھی۔ تو اس ٹائم ان کو بہت تکلیف ہوئی اور یہ رو دیے، اور انہوں نے اللہ سے دعا کی کہ تو میری مدد کر۔ تو یہ کیفیت کا بتا رہے ہیں مولانا۔ ہاں تو صحیح، آپ نے صحیح کہا۔ اس سے پہلے دعوت، مطلب مجھے نہیں لگ رہا کہ دعا جیسی چیز کی ضرورت ہے</w:t>
      </w:r>
    </w:p>
    <w:p>
      <w:r>
        <w:rPr>
          <w:b/>
        </w:rPr>
        <w:t xml:space="preserve">[52:51] </w:t>
      </w:r>
      <w:r>
        <w:t>dawat ke liye, itna aasan mujhe lag raha hai kai saalon tak. lekin ek waqia aisa bhi hua ke mujhe laga ke dua nikal gayi jab aisay halaat ho gaye. nahi, wohi halaat, woh aap to bari baat keh rahay hain. ji ji ji, hadisay halaat paida hue ji to aap woh dua ke alfaaz nikle. wohi to baat hui na? ji bilkul, bilkul halaat pehle aaye. ji halaat pehle aaye, dua baad ko aayi. to woh put it the card before the heart nahi hua, kyunke halaat pehle aaye, phir dua aayi. ji to aap to meri baat ki tasdeeq kar rahay hain.</w:t>
      </w:r>
    </w:p>
    <w:p>
      <w:pPr>
        <w:jc w:val="right"/>
      </w:pPr>
      <w:r>
        <w:t>دعوت کے لیے، اتنا آسان مجھے لگ رہا ہے کئی سالوں تک۔ لیکن ایک واقعہ ایسا بھی ہوا کہ مجھے لگا کہ دعا نکل گئی جب ایسے حالات ہو گئے۔ نہیں، وہی حالات، وہ آپ تو بڑی بات کہہ رہے ہیں۔ جی جی جی، حادثے حالات پیدا ہوئے جی تو آپ وہ دعا کے الفاظ نکلے۔ وہی تو بات ہوئی نا؟ جی بالکل، بالکل حالات پہلے آئے۔ جی حالات پہلے آئے، دعا بعد کو آئی۔ تو وہ put it the card before the heart نہیں ہوا، کیونکہ حالات پہلے آئے، پھر دعا آئی۔ جی تو آپ تو میری بات کی تصدیق کر رہے ہیں۔</w:t>
      </w:r>
    </w:p>
    <w:p>
      <w:r>
        <w:rPr>
          <w:b/>
        </w:rPr>
        <w:t xml:space="preserve">[53:21] </w:t>
      </w:r>
      <w:r>
        <w:t>bazaar mein jo masnoon kitabein milti hain, masnoon duaon ki ek hoga maqbool, doosri hoti hain masnoon, masnoon duaen. Maulana aap ne abhi zikr kiya tha maqbool duaon ke hawale se ek baat kahi thi, yeh keh rahay hain kuch duaen aati hain jo masnoon duaen kehlati hain, to un ke baray mein yeh jaan'na chah rahay hain. dekhein, masnoon dua ka lafz hai, baad ko paida hua, sahaba ke haan kai sahabi'on ne nahi kaha ke masnoon dua. aap parh daliye</w:t>
      </w:r>
    </w:p>
    <w:p>
      <w:pPr>
        <w:jc w:val="right"/>
      </w:pPr>
      <w:r>
        <w:t>بازار میں جو مسنون کتابیں ملتی ہیں، مسنون دعاؤں کی ایک ہوگا مقبول، دوسری ہوتی ہیں مسنون، مسنون دعائیں۔ مولانا آپ نے ابھی ذکر کیا تھا مقبول دعاؤں کے حوالے سے ایک بات کہی تھی، یہ کہہ رہے ہیں کچھ دعائیں آتی ہیں جو مسنون دعائیں کہلاتی ہیں، تو ان کے بارے میں یہ جاننا چاہ رہے ہیں۔ دیکھیں، مسنون دعا کا لفظ ہے، بعد کو پیدا ہوا، صحابہ کے ہاں کئی صحابیوں نے نہیں کہا کہ مسنون دعا۔ آپ پڑھ ڈالیے</w:t>
      </w:r>
    </w:p>
    <w:p>
      <w:r>
        <w:rPr>
          <w:b/>
        </w:rPr>
        <w:t xml:space="preserve">[53:51] </w:t>
      </w:r>
      <w:r>
        <w:t>, sahaba ke halaat hain, halaat sahaba mein teen jildon mein sari parh daliye, kisi sahabi ne yeh lafz nahi bola, masnoon dua. yeh to baad ko paida hua hai, lekin masnoon dua ka mani hai Rasool Allah ki ki hui dua, woh dua jo Rasool Allah ne ki ho. to is ko le kar ke logon ne kitabein banai hain, sahaba ne kabhi aisa nahi kaha tha ke kuch duaen masnoon hoti hain. yeh to baad ki cheezein hain, yeh to baad ki cheezein hain. yaad rakhiye, aap ko shakk ho to halaat sahaba parh daliye</w:t>
      </w:r>
    </w:p>
    <w:p>
      <w:pPr>
        <w:jc w:val="right"/>
      </w:pPr>
      <w:r>
        <w:t>، صحابہ کے حالات ہیں، حالات صحابہ میں تین جلدوں میں ساری پڑھ ڈالیے، کسی صحابی نے یہ لفظ نہیں بولا، مسنون دعا۔ یہ تو بعد کو پیدا ہوا ہے، لیکن مسنون دعا کا معنی ہے رسول اللہ کی کی ہوئی دعا، وہ دعا جو رسول اللہ نے کی ہو۔ تو اس کو لے کر کے لوگوں نے کتابیں بنائی ہیں، صحابہ نے کبھی ایسا نہیں کہا تھا کہ کچھ دعائیں مسنون ہوتی ہیں۔ یہ تو بعد کی چیزیں ہیں، یہ تو بعد کی چیزیں ہیں۔ یاد رکھیے، آپ کو شک ہو تو حالات صحابہ پڑھ ڈالیے</w:t>
      </w:r>
    </w:p>
    <w:p>
      <w:r>
        <w:rPr>
          <w:b/>
        </w:rPr>
        <w:t xml:space="preserve">[54:21] </w:t>
      </w:r>
      <w:r>
        <w:t>ek baar aap, aur dekhein, koi koi sahabi yeh lafz bolta hai to baad ko to bohat si cheezein paida hui hain, bohat sari cheezein hain. masnoon duaen, akabir ki duaen, aur maqbool duaen, yeh sab baad ke alfaaz hain. dekhein, ek hum jo mutafiqqa maslak hai, hamaray ulama ka, woh yeh hai ke yeh maslak al-qudwa, yani sahaba</w:t>
      </w:r>
    </w:p>
    <w:p>
      <w:pPr>
        <w:jc w:val="right"/>
      </w:pPr>
      <w:r>
        <w:t>ایک بار آپ، اور دیکھیں، کوئی کوئی صحابی یہ لفظ بولتا ہے تو بعد کو تو بہت سی چیزیں پیدا ہوئی ہیں، بہت ساری چیزیں ہیں۔ مسنون دعائیں، اکابر کی دعائیں، اور مقبول دعائیں، یہ سب بعد کے الفاظ ہیں۔ دیکھیں، ایک ہم جو متفقہ مسلک ہے، ہمارے علماء کا، وہ یہ ہے کہ یہ مسلک القدوۃ، یعنی صحابہ</w:t>
      </w:r>
    </w:p>
    <w:p>
      <w:r>
        <w:rPr>
          <w:b/>
        </w:rPr>
        <w:t xml:space="preserve">[54:51] </w:t>
      </w:r>
      <w:r>
        <w:t>hi qudwa, qudwa hamaray role model, al-qudwa sahaba hi role model. to Imam Abu Hanifa ne ghaliban yeh kaha tha ke itna sham kitab Allah ta'aqal hum ne likha tha, to koi doosre hawale agar aap dein to woh acceptable nahi honge. aap bata dijiye, Quran keh dijiye, hadith keh dijiye, sahaba keh dijiye, to accept kiya jayega, warna accept nahi kiya jayega. mujhe Nabwi mein dars det</w:t>
      </w:r>
    </w:p>
    <w:p>
      <w:pPr>
        <w:jc w:val="right"/>
      </w:pPr>
      <w:r>
        <w:t>ہی قدوۃ، قدوہ ہمارے رول ماڈل، القدوۃ صحابہ ہی رول ماڈل۔ تو امام ابو حنیفہ نے غالباً یہ کہا تھا کہ اتن شام کتاب اللہ تعقل ہم نے لکھا تھا، تو کوئی دوسرے حوالے اگر آپ دیں تو وہ acceptable نہیں ہوں گے۔ آپ بتا دیجیے، قرآن کہہ دیجیے، حدیث کہہ دیجیے، صحابہ کہہ دیجیے، تو accept کیا جائے گا، ورنہ accept نہیں کیا جائے گا۔ مجھے نبوی میں درس دیت</w:t>
      </w:r>
    </w:p>
    <w:p>
      <w:r>
        <w:rPr>
          <w:b/>
        </w:rPr>
        <w:t xml:space="preserve">[55:21] </w:t>
      </w:r>
      <w:r>
        <w:t>ay thay, aur dars se pehle kehtay thay ke koi shakhs nahi hai jis ka ke baat, yani sab ki sab sahi ho, koi radd radd ki jayegi, qabool ki jayegi illa sahib hadha al-qabr haan, yani har insan ki cheezein radd ki jayengi janchnay ke baad, ya qabool ki jayengi illa sahib hadha al-qabr illa us us shakhs, us insan ke jo us qabr mein hai, yani Rasool Allah SA</w:t>
      </w:r>
    </w:p>
    <w:p>
      <w:pPr>
        <w:jc w:val="right"/>
      </w:pPr>
      <w:r>
        <w:t>ے تھے، اور درس سے پہلے کہتے تھے کہ کوئی شخص نہیں ہے جس کا کہ بات، یعنی سب کی سب صحیح ہو، کوئی رد رد کی جائے گی، قبول کی جائے گی الا صاحب هذا القبر ہاں، یعنی ہر انسان کی چیزیں رد کی جائیں گی جانچنے کے بعد، یا قبول کی جائیں گی الا صاحب هذا القبر الا اس اس شخص، اس انسان کے جو اس قبر میں ہے، یعنی رسول اللہ ص</w:t>
      </w:r>
    </w:p>
    <w:p>
      <w:r>
        <w:rPr>
          <w:b/>
        </w:rPr>
        <w:t xml:space="preserve">[55:51] </w:t>
      </w:r>
      <w:r>
        <w:t>W. yeh maslak saray ulama ka maslak hai, mera zaati nahi hai, saray ulama ka maslak hai yeh. Maulana dua karnay ke liye ek to yeh hai ke baz log yeh samajhtay hain ke special khaas haiyat mein baith kar dua karna, tabhi woh dua. special koi khaas tareeqay se baith kar dua karna woh hai, aur ek hai ke zaroorat ke hisab se aadmi koi safar mein ja raha hai, wahan par kya hai, us ko koi zaroorat paish aayi, helplessness mehsoos kar raha hai, wahan par us ne dua kiya to woh kya hai ke special</w:t>
      </w:r>
    </w:p>
    <w:p>
      <w:pPr>
        <w:jc w:val="right"/>
      </w:pPr>
      <w:r>
        <w:t>لی اللہ علیہ وسلم۔ یہ مسلک سارے علماء کا مسلک ہے، میرا ذاتی نہیں ہے، سارے علماء کا مسلک ہے یہ۔ مولانا دعا کرنے کے لیے ایک تو یہ ہے کہ بعض لوگ یہ سمجھتے ہیں کہ اسپیشل خاص حیت میں بیٹھ کر دعا کرنا، تبھی وہ دعا۔ اسپیشل کوئی خاص طریقے سے بیٹھ کر دعا کرنا وہ ہے، اور ایک ہے کہ ضرورت کے حساب سے آدمی کوئی سفر میں جا رہا ہے، وہاں پر کیا ہے، اس کو کوئی ضرورت پیش آئی، helplessness محسوس کر رہا ہے، وہاں پر اس نے دعا کیا تو وہ کیا ہے کہ اسپیشل</w:t>
      </w:r>
    </w:p>
    <w:p>
      <w:r>
        <w:rPr>
          <w:b/>
        </w:rPr>
        <w:t xml:space="preserve">[56:21] </w:t>
      </w:r>
      <w:r>
        <w:t>khaas haiyat ho, tabhi dua ki ja sakti hai, ya kabhi bhi kahin ke bhai dua to nikalti hi rehti hai har waqt, jab Allah se ta'alluq qaim ho jaye aap ka to dua to nikalti hi rehti hai. yeh koi aisa nahi, koi is tarah tareeqa nahi hai, woh to sotay jaagtay, Quran mein hai na ke alladheena yadhkurunallaha qiyamah wa quoodahum wa ala junubihim</w:t>
      </w:r>
    </w:p>
    <w:p>
      <w:pPr>
        <w:jc w:val="right"/>
      </w:pPr>
      <w:r>
        <w:t>خاص حیت ہو، تبھی دعا کی جا سکتی ہے، یا کبھی بھی کہیں کہ بھئی دعا تو نکلتی ہی رہتی ہے ہر وقت، جب اللہ سے تعلق قائم ہو جائے آپ کا تو دعا تو نکلتی ہی رہتی ہے۔ یہ کوئی ایسا نہیں، کوئی اس طرح طریقہ نہیں ہے، وہ تو سوتے جاگتے، قرآن میں ہے نا کہ الذین یذکرون اللہ قیامہ وقعودہم ولا جنبہ</w:t>
      </w:r>
    </w:p>
    <w:p>
      <w:r>
        <w:rPr>
          <w:b/>
        </w:rPr>
        <w:t xml:space="preserve">[56:52] </w:t>
      </w:r>
      <w:r>
        <w:t>wa yatafakkaroon fi khalqihi wa samadhim Surah Aal-e-Imran mein sotay jaagtay, uthtay baithtay, chaltay phirtay, har waqt zikr aur dua. zikr bhi dua hai, dua bhi zikr hai, woh momin ki ek mustaqil sifat hai. sir, dua ka jo maine samjha hai, jaise suppose mein kisi company ke malik ke paas naukri ke liye jaon, aur un ko yeh convince karnay ki koshish karoon ke mujhe naukri chahiye, mein zaroorat mand hoon, aur apni sari majboori'an un ko explain karoon, aur mujhe</w:t>
      </w:r>
    </w:p>
    <w:p>
      <w:pPr>
        <w:jc w:val="right"/>
      </w:pPr>
      <w:r>
        <w:t>جی ويتفكرون فی خلقه وصمادهم سورہ آل عمران میں سوتے جاگتے، اٹھتے بیٹھتے، چلتے پھرتے، ہر وقت ذکر اور دعا۔ ذکر بھی دعا ہے، دعا بھی ذکر ہے، وہ مومن کی ایک مستقل صفت ہے۔ سر، دعا کا جو میں نے سمجھا ہے، جیسے suppose میں کسی کمپنی کے مالک کے پاس نوکری کے لیے جاؤں، اور ان کو یہ convince کرنے کی کوشش کروں کہ مجھے نوکری چاہیے، میں ضرورت مند ہوں، اور اپنی ساری مجبوریاں ان کو explain کروں، اور مجھے</w:t>
      </w:r>
    </w:p>
    <w:p>
      <w:r>
        <w:rPr>
          <w:b/>
        </w:rPr>
        <w:t xml:space="preserve">[57:22] </w:t>
      </w:r>
      <w:r>
        <w:t>naukri mil jaye, phir meray baad koi aadmi yeh soche ke jo alfaaz mein naukri ke liye un se bola hoon, wohi alfaaz le kar agar mein jaon aur mujhe naukri mil jaye, isi tarah se rati ratai duaon ka yahi haal hai ke koi soche ke Shahnawaz Sahab ne ja kar yeh yeh alfaaz bolay thay, un ko naukri mil gayi, to aap log bhi yahi ja kar boliye ga, aap ko naukri mil jayegi. to jo masnoon duaen hain, maqbool duaen jo log rat kar mantay hain, is ka bhi yahi haal hai, yeh Allah ko convince karnay ka masla hai. haan, yeh achi misaal hai,</w:t>
      </w:r>
    </w:p>
    <w:p>
      <w:pPr>
        <w:jc w:val="right"/>
      </w:pPr>
      <w:r>
        <w:t>نوکری مل جائے، پھر میرے بعد کوئی آدمی یہ سوچے کہ جو الفاظ میں نوکری کے لیے ان سے بولا ہوں، وہی الفاظ لے کر اگر میں جاؤں اور مجھے نوکری مل جائے، اسی طرح سے رٹی رٹائی دعاؤں کا یہی حال ہے کہ کوئی سوچے کہ شاہنواز صاحب نے جا کر یہ یہ الفاظ بولے تھے، ان کو نوکری مل گئی، تو آپ لوگ بھی یہی جا کر بولیے گا، آپ کو نوکری مل جائے گی۔ تو جو مسنون دعائیں ہیں، مقبول دعائیں جو لوگ رٹ کر مانتے ہیں، اس کا بھی یہی حال ہے، یہ اللہ کو convince کرنے کا مسئلہ ہے۔ ہاں، یہ اچھی مثال ہے،</w:t>
      </w:r>
    </w:p>
    <w:p>
      <w:r>
        <w:rPr>
          <w:b/>
        </w:rPr>
        <w:t xml:space="preserve">[57:52] </w:t>
      </w:r>
      <w:r>
        <w:t>yeh achi misaal hai, yeh achi misaal hai. Maulana that means that we have to first live a life as a companion of God, and when we do that, then whatever comes out is dua, zikr, dua. haan, yeh baat sahi hai, bilkul sahi hai, bilkul sahi hai. sir, ek baar mein Kerala gaya, to jab mein train mein baitha to mein ne dua ki subhan Allah dhi shukr Allah</w:t>
      </w:r>
    </w:p>
    <w:p>
      <w:pPr>
        <w:jc w:val="right"/>
      </w:pPr>
      <w:r>
        <w:t>یہ اچھی مثال ہے، یہ اچھی مثال ہے۔ مولانا that means that we have to first live a life as a companion of God, and when we do that, then whatever comes out is دعا، ذکر، دعا۔ ہاں، یہ بات صحیح ہے، بالکل صحیح ہے، بالکل صحیح ہے۔ سر، ایک بار میں کیرالہ گیا، تو جب میں ٹرین میں بیٹھا تو میں نے دعا کی سبحان اللہ ذی شکر اللہ</w:t>
      </w:r>
    </w:p>
    <w:p>
      <w:r>
        <w:rPr>
          <w:b/>
        </w:rPr>
        <w:t xml:space="preserve">[58:25] </w:t>
      </w:r>
      <w:r>
        <w:t>to train aath ghantay late ho gayi, phir doosray din news parhi, mein ne ke news mein tha ke Japan mein trains late nahi hoti, to mein ne samjha ke dua is ke liye zaroori nahi hai ke train waqt pe pohanch jaye. haan, dekhein, is dua mein mein arz karunga ke yeh mat samjhiye ke ke aap ne dua karein aur train na late ho, yahi yahi dua</w:t>
      </w:r>
    </w:p>
    <w:p>
      <w:pPr>
        <w:jc w:val="right"/>
      </w:pPr>
      <w:r>
        <w:t>تو ٹرین آٹھ گھنٹے لیٹ ہو گئی، پھر دوسرے دن نیوز پڑھی، میں نے کہ نیوز میں تھا کہ جاپان میں ٹرینز لیٹ نہیں ہوتی، تو میں نے سمجھا کہ دعا اس کے لیے ضروری نہیں ہے کہ ٹرین وقت پہ پہنچ جائے۔ ہاں، دیکھیں، اس دعا میں میں عرض کروں گا کہ یہ مت سمجھیے کہ کہ آپ نے دعا کریں اور ٹرین نہ لیٹ ہو، یہی یہی دع</w:t>
      </w:r>
    </w:p>
    <w:p>
      <w:r>
        <w:rPr>
          <w:b/>
        </w:rPr>
        <w:t xml:space="preserve">[58:55] </w:t>
      </w:r>
      <w:r>
        <w:t>ka tareeqa hai, yani late ho sakti hai aur dua qabool bhi ho sakti hai. hadith mein aata hai ke kabhi aisa hota hai ke bazahir dua qabool nahi hoti, lekin Allah ke likh liya aati hai, to aap ne agar dua ki ho aur late phir bhi ho gayi ho, to yeh mat samjhiye qabool nahi hui, woh dua ke badlay Allah ta'ala ne kuch aur aap ke liye likh diya, kyunke dekhiye, train mein aap akele to hain nahi,</w:t>
      </w:r>
    </w:p>
    <w:p>
      <w:pPr>
        <w:jc w:val="right"/>
      </w:pPr>
      <w:r>
        <w:t>ا کا طریقہ ہے، یعنی لیٹ ہو سکتی ہے اور دعا قبول بھی ہو سکتی ہے۔ حدیث میں آتا ہے کہ کبھی ایسا ہوتا ہے کہ بظاہر دعا قبول نہیں ہوتی، لیکن اللہ کے لکھ لیا آتی ہے، تو آپ نے اگر دعا کی ہو اور لیٹ پھر بھی ہو گئی ہو، تو یہ مت سمجھیے قبول نہیں ہوئی، وہ دعا کے بدلے اللہ تعالی نے کچھ اور آپ کے لیے لکھ دیا، کیونکہ دیکھیے، ٹرین میں آپ اکیلے تو ہیں نہیں،</w:t>
      </w:r>
    </w:p>
    <w:p>
      <w:r>
        <w:rPr>
          <w:b/>
        </w:rPr>
        <w:t xml:space="preserve">[59:25] </w:t>
      </w:r>
      <w:r>
        <w:t>sainkaron hazar aur doosray log hain, to Allah ta'ala ek ek shakhs ki khatir nahi kar sakta, sari train ko aap ke tabay kar de, aisa nahi ho sakta. Allah ta'ala ko hazaron logon ko dekhna hai, lekin aap ne chunke dua ki thi, to is ka badla zaroor aap ko kisi aur shakal mein Allah ta'ala de denge, warna aisa ho to sab ke sab ko nuqsan, ek aadmi ke faiday ki khatir sab ka nuqsan honay lagay.</w:t>
      </w:r>
    </w:p>
    <w:p>
      <w:pPr>
        <w:jc w:val="right"/>
      </w:pPr>
      <w:r>
        <w:t>سینکڑوں ہزار اور دوسرے لوگ ہیں، تو اللہ تعالی ایک ایک شخص کی خاطر نہیں کر سکتا، ساری ٹرین کو آپ کے تابع کر دے، ایسا نہیں ہو سکتا۔ اللہ تعالی کو ہزاروں لوگوں کو دیکھنا ہے، لیکن آپ نے چونکہ دعا کی تھی، تو اس کا بدلہ ضرور آپ کو کسی اور شکل میں اللہ تعالی دے دیں گے، ورنہ ایسا ہو تو سب کے سب کو نقصان، ایک آدمی کے فائدے کی خاطر سب کا نقصان ہونے لگے۔</w:t>
      </w:r>
    </w:p>
    <w:p>
      <w:r>
        <w:rPr>
          <w:b/>
        </w:rPr>
        <w:t xml:space="preserve">[59:55] </w:t>
      </w:r>
      <w:r>
        <w:t>ji Maulana, aap ne ek baar bataya tha ke dua karnay ke baad phir sabr bhi karna chahiye, aur Allah ta'ala ka jo process hai, us ko denay ka time bhi dena chahiye, Allah ta'ala bohat zaroori hai, bohat zaroori hai, is ke andar woh process jari rahe, bohat zaroori hai, kyunke Allah ta'ala ka jo jo planning hai, jo process hai, nature ka jo process hai, us ko cancel nahi kiya jayega. ji Maulana Iqbal Sahab ne Chennai se sawal kiya hai,</w:t>
      </w:r>
    </w:p>
    <w:p>
      <w:pPr>
        <w:jc w:val="right"/>
      </w:pPr>
      <w:r>
        <w:t>جی مولانا، آپ نے ایک بار بتایا تھا کہ دعا کرنے کے بعد پھر صبر بھی کرنا چاہیے، اور اللہ تعالی کا جو پروسیس ہے، اس کو دینے کا ٹائم بھی دینا چاہیے، اللہ تعالی بہت ضروری ہے، بہت ضروری ہے، اس کے اندر وہ پروسیس جاری رہے، بہت ضروری ہے، کیونکہ اللہ تعالی کا جو جو پلاننگ ہے، جو پراسیس ہے، نیچر کا جو پراسیس ہے، اس کو کینسل نہیں کیا جائے گا۔ جی مولانا اقبال صاحب نے چنئی سے سوال کیا ہے،</w:t>
      </w:r>
    </w:p>
    <w:p>
      <w:r>
        <w:rPr>
          <w:b/>
        </w:rPr>
        <w:t xml:space="preserve">[1:00:26] </w:t>
      </w:r>
      <w:r>
        <w:t>Maulana Iqbal Umri Sahab ne ke dua ka maqsad kya hona chahiye? Maulana aksar dua material oriented kyun hoti hain? dekhiye, aap bohat aasan hai is ka jawab ke aap Quran ki duaon ko ikatha kijiye, Quran ki duaon ko ke kisi Nabi ne madi cheez ke liye dua nahi ki, kisi Nabi ne madi cheez ke liye dua nahi ki,</w:t>
      </w:r>
    </w:p>
    <w:p>
      <w:pPr>
        <w:jc w:val="right"/>
      </w:pPr>
      <w:r>
        <w:t>مولانا اقبال عمری صاحب نے کہ دعا کا مقصد کیا ہونا چاہیے؟ مولانا اکثر دعا مٹیریل اورینٹڈ کیوں ہوتی ہیں؟ دیکھیے، آپ بہت آسان ہے اس کا جواب کہ آپ قرآن کی دعاؤں کو اکٹھا کیجیے، قرآن کی دعاؤں کو کہ کسی نبی نے مادی چیز کے لیے دعا نہیں کی، کسی نبی نے مادی چیز کے لیے دعا نہیں کی،</w:t>
      </w:r>
    </w:p>
    <w:p>
      <w:r>
        <w:rPr>
          <w:b/>
        </w:rPr>
        <w:t xml:space="preserve">[1:00:59] </w:t>
      </w:r>
      <w:r>
        <w:t>aisi hadith mein duaen hain. dekhiye, madi cheez to apnay aap hi aap ko milti hai dua ke baghair, kyunke Quran mein saaf saaf hai, dekhiye wa ma min da'a'in butila fil ardi illa alallahi rizquha yani har paida ho, har har aik jo paida hota hai, is ka rizq Allah ke upar hai, ala Allah ka matlab Allah ke upar hai, yeh Allah ki duty hai ke us ko rizq de.</w:t>
      </w:r>
    </w:p>
    <w:p>
      <w:pPr>
        <w:jc w:val="right"/>
      </w:pPr>
      <w:r>
        <w:t>ایسی حدیث میں دعائیں ہیں۔ دیکھیے، مادی چیز تو اپنے آپ ہی آپ کو ملتی ہے دعا کے بغیر، کیونکہ قرآن میں صاف صاف ہے، دیکھیے وما من دعا بطل فی الارض الا علی اللہ رزقہ یعنی ہر پیدا ہو، ہر ہر ایک جو پیدا ہوتا ہے، اس کا رزق اللہ کے اوپر ہے، علی اللہ کا معنی اللہ کے اوپر ہے، یہ اللہ کی ڈیوٹی ہے کہ اس کو رزق دے۔</w:t>
      </w:r>
    </w:p>
    <w:p>
      <w:r>
        <w:rPr>
          <w:b/>
        </w:rPr>
        <w:t xml:space="preserve">[1:01:30] </w:t>
      </w:r>
      <w:r>
        <w:t>to material cheezon ke liye dua karna jaiz hai, lekin aam taur par sahaba ya Rasool Allah material cheezon ki dua nahi kartay thay, Allah ki rehmat ke liye dua kartay thay. Maulana Iqbal Umri Sahab ne ek comment bheja hai ke halaat ko point of ism-e-azam banana hai, na ke point of stress. aaj hi wazeh hua,</w:t>
      </w:r>
    </w:p>
    <w:p>
      <w:pPr>
        <w:jc w:val="right"/>
      </w:pPr>
      <w:r>
        <w:t>تو مٹیریل چیزوں کے لیے دعا کرنا جائز ہے، لیکن عام طور پر صحابہ یا رسول اللہ مٹیریل چیزوں کی دعا نہیں کرتے تھے، اللہ کی رحمت کے لیے دعا کرتے تھے۔ مولانا اقبال عمری صاحب نے ایک کمنٹ بھیجا ہے کہ حالات کو پوائنٹ اف اسم اعظم بنانا ہے، نہ کہ پوائنٹ اف اسٹریس۔ آج ہی واضح ہوا،</w:t>
      </w:r>
    </w:p>
    <w:p>
      <w:r>
        <w:rPr>
          <w:b/>
        </w:rPr>
        <w:t xml:space="preserve">[1:02:00] </w:t>
      </w:r>
      <w:r>
        <w:t>mashallah. dekhiye, mein ek abhi mujhe ek hadith yaad aayi ke dua mein asal ahmiyat jo hai, kefiyat ki hai, alfaaz ki nahi hai. dua mein asal ahmiyat kefiyat ke alfaaz ki nahi hai. to ek waqia aata hai hadith mein ke ek shakhs ka ek oont tha, woh sehra mein gum ho gaya, uska oont</w:t>
      </w:r>
    </w:p>
    <w:p>
      <w:pPr>
        <w:jc w:val="right"/>
      </w:pPr>
      <w:r>
        <w:t>ماشاءاللہ۔ دیکھیے، میں ایک ابھی مجھے ایک حدیث یاد آئی کہ دعا میں اصل اہمیت جو ہے، کیفیت کی ہے، الفاظ کی نہیں ہے۔ دعا میں اصل اہمیت کیفیت کے الفاظ کی نہیں ہے۔ تو ایک واقعہ آتا ہے حدیث میں کہ ایک شخص کا ایک اونٹ تھا، وہ صحرا میں گم ہو گیا، اس کا اونٹ</w:t>
      </w:r>
    </w:p>
    <w:p>
      <w:r>
        <w:rPr>
          <w:b/>
        </w:rPr>
        <w:t xml:space="preserve">[1:02:30] </w:t>
      </w:r>
      <w:r>
        <w:t>sehra mein idhar udhar pahar hotay hain, to idhar udhar pahar hotay hain, to us us ka oont gum ho gaya, aur bazahir kahin mil nahi raha tha, us ko dor raha hai, dor raha hai, dor raha hai, to achaanak ek jagah dekha us ne ke kisi pahar ke is mein khara hua tha, woh aar mein, to us waqt wahan se nikla Allahumma anta abdi wa ana rabbuk yani</w:t>
      </w:r>
    </w:p>
    <w:p>
      <w:pPr>
        <w:jc w:val="right"/>
      </w:pPr>
      <w:r>
        <w:t>صحرا میں ادھر ادھر پہاڑ ہوتے ہیں، تو ادھر ادھر پہاڑ ہوتے ہیں، تو اس اس کا اونٹ گم ہو گیا، اور بظاہر کہیں مل نہیں رہا تھا، اس کو دوڑ رہا ہے، دوڑ رہا ہے، دوڑ رہا ہے، تو اچانک ایک جگہ دیکھا اس نے کہ کسی پہاڑ کے اس میں کھڑا ہوا تھا، وہ اڑ میں، تو اس وقت وہاں سے نکلا اللہم انت عبدی وانا ربک یعنی</w:t>
      </w:r>
    </w:p>
    <w:p>
      <w:r>
        <w:rPr>
          <w:b/>
        </w:rPr>
        <w:t xml:space="preserve">[1:03:00] </w:t>
      </w:r>
      <w:r>
        <w:t>khushi mein khushi mein woh kehna chahta tha, khuda'ya tu mera rab hai, mein tera banda hoon, ulta kaha gaya ke khuda'ya tu mera banda hai, mein tera, mein tera rab. to bohat ziyada is ki yeh dua qabool ho gayi, yani is ki wajah se us ko bohat bara ajr mila, halankay ulti dua thi woh. to kefiyat ke aitbar se Allah ta'ala aap ki dua ko dekhenge, alfaaz ke aitbar se nahi. woh jo dua</w:t>
      </w:r>
    </w:p>
    <w:p>
      <w:pPr>
        <w:jc w:val="right"/>
      </w:pPr>
      <w:r>
        <w:t>خوشی میں خوشی میں وہ کہنا چاہتا تھا، خدایا تو میرا رب ہے، میں تیرا بندہ ہوں، الٹا کہا گیا کہ خدایا تو میرا بندہ ہے، میں تیرا، میں تیرا رب ہوں۔ تو بہت زیادہ اس کی یہ دعا قبول ہو گئی، یعنی اس کی وجہ سے اس کو بہت بڑا اجر ملا، حالانکہ الٹی دعا تھی وہ۔ تو کیفیت کے اعتبار سے اللہ تعالی آپ کی دعا کو دیکھیں گے، الفاظ کے اعتبار سے نہیں۔ وہ جو دعا</w:t>
      </w:r>
    </w:p>
    <w:p>
      <w:r>
        <w:rPr>
          <w:b/>
        </w:rPr>
        <w:t xml:space="preserve">[1:03:30] </w:t>
      </w:r>
      <w:r>
        <w:t>hazrat un ka naam tha, woh Asiya Firon ki jo biwi thi, un ka naam tha Asiya. to un ki dua jo hai, agar hum dohraein aisay thanday tareeqay se, to is ka matlab nahi ke woh jis tarah un ke liye dua qabool hui, hamaray liye bhi qabool ho jaye gi. unhon ne jo kaha tha ke khuda meray liye ghar bana de apnay paas jannat mein,</w:t>
      </w:r>
    </w:p>
    <w:p>
      <w:pPr>
        <w:jc w:val="right"/>
      </w:pPr>
      <w:r>
        <w:t>حضرت ان کا نام تھا، وہ اسیہ فرعون کی جو بیوی تھی، ان کا نام تھا اسیہ۔ تو ان کی دعا جو ہے، اگر ہم دہرائیں ایسی ٹھنڈے طریقے سے، تو اس کا مطلب نہیں کہ وہ جس طرح ان کے لیے دعا قبول ہوئی، ہمارے لیے بھی قبول ہو جائے گی۔ انہوں نے جو کہا تھا کہ خدا میرے لیے گھر بنا دے اپنے پاس جنت میں،</w:t>
      </w:r>
    </w:p>
    <w:p>
      <w:r>
        <w:rPr>
          <w:b/>
        </w:rPr>
        <w:t xml:space="preserve">[1:04:01] </w:t>
      </w:r>
      <w:r>
        <w:t>to ghor kijiye ke ek khatoon jis ne toheed ko ikhtiyar kiya, aur Firon keh raha hai ke mein tum ko mor dalunga, aur woh waqai mor dala. is mahol mein woh, woh halaat mein us ki zuban se nikalta hai yeh ke maal chhoot raha hai, zindagi khatam ho rahi hai, talwar liye khara hai ek aadmi. is is kya halaat honge? aur ghor kijiye, kya halaat honge?</w:t>
      </w:r>
    </w:p>
    <w:p>
      <w:pPr>
        <w:jc w:val="right"/>
      </w:pPr>
      <w:r>
        <w:t>تو غور کیجئے کہ ایک خاتون جس نے توحید کو اختیار کیا، اور فرعون کہہ رہا ہے کہ میں تم کو موڑ ڈالوں گا، اور وہ واقعی موڑ ڈالا۔ اس ماحول میں وہ، وہ اس حالات میں اس کی زبان سے نکلتا ہے یہ کہ مال چھوٹ رہا ہے، زندگی ختم ہو رہی ہے، تلوار لیے کھڑا ہے ایک آدمی۔ اس اس کیا حالات ہوں گے؟ اور غور کیجئے، کیا حالات ہوں گے</w:t>
      </w:r>
    </w:p>
    <w:p>
      <w:r>
        <w:rPr>
          <w:b/>
        </w:rPr>
        <w:t xml:space="preserve">[1:04:31] </w:t>
      </w:r>
      <w:r>
        <w:t>? bohat hi toofani, toofani halaat honge. tab un ki taraf aaya hoga, khudaaya is maal ki kya haqeeqat hai? is badshah ki kya haqeeqat hai? is dunya ki haqeeqat hai? aisa haqeeqat tere paros ke, teri jannat ke, woh mujhe de de. yeh sab kaifiyat aayi hongi, tabhi alfaaz nikle honge. is ka matlab nahi ke hum bhi kursi pe baithe hue alfaaz dohraayein to wahi darja mil jaaye hum ko, aisa nahi ho sakta. maulana, woh bani israil ke teen aadmi</w:t>
      </w:r>
    </w:p>
    <w:p>
      <w:pPr>
        <w:jc w:val="right"/>
      </w:pPr>
      <w:r>
        <w:t>؟ بہت ہی طوفانی، طوفانی حالات ہوں گے۔ تب ان کی طرف آیا ہوگا، خدایا اس مال کی کیا حقیقت ہے؟ اس بادشاہ کی کیا حقیقت ہے؟ اس دنیا کی حقیقت ہے؟ ایسا حقیقت تیرے پڑوس کے، تیری جنت کے، وہ مجھے دے دے۔ یہ سب کیفیات آئی ہوں گی، تبھی الفاظ نکلے ہوں گے۔ اس کا مطلب نہیں کہ ہم بھی کرسی پہ بیٹھے ہوئے الفاظ دہرائیں تو وہی درجہ مل جائے ہم کو، ایسا نہیں ہو سکتا۔ مولانا، وہ بنی اسرائیل کے تین آدمی</w:t>
      </w:r>
    </w:p>
    <w:p>
      <w:r>
        <w:rPr>
          <w:b/>
        </w:rPr>
        <w:t xml:space="preserve">[1:05:01] </w:t>
      </w:r>
      <w:r>
        <w:t>ka jo waqea hai, teen aadmi jo ghar mein gaye the, ghar mein gaye, aur wahan par jo unhone dua ki thi, koi bhi is mein se aisi dua nahi jo masnoon ho. woh halaat apne batate hain ke maine, mere saath yeh halat pesh aaye, jaise ek aadmi apne apne halaat ke hawale se dua kiya tha. unhone har ek ne apne halaat, ji, koi kisi koi rati hui dua ko nahi dohrata tha. sahi kaha aap ne.</w:t>
      </w:r>
    </w:p>
    <w:p>
      <w:pPr>
        <w:jc w:val="right"/>
      </w:pPr>
      <w:r>
        <w:t>کا جو واقعہ ہے، تین آدمی جو غار میں گئے تھے، غار میں گئے، اور وہاں پر جو انہوں نے دعا کی تھی، کوئی بھی اس میں سے ایسی دعا نہیں جو مسنون ہو۔ وہ حالات اپنے بتاتے ہیں کہ میں نے، میرے ساتھ یہ حالت پیش آئے، جیسے ایک آدمی اپنے اپنے حالات کے حوالے سے دعا کیا تھا۔ انہوں نے ہر ایک نے اپنے حالات، جی، کوئی کسی کوئی رٹی ہوئی دعا کو نہیں دہرایا تھا۔ صحیح کہا آپ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