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 Quran 03 07 07</w:t>
      </w:r>
    </w:p>
    <w:p>
      <w:r>
        <w:t>https://www.youtube.com/watch?v=-5s9-7Xj6jU</w:t>
      </w:r>
    </w:p>
    <w:p>
      <w:r>
        <w:rPr>
          <w:b/>
        </w:rPr>
        <w:t xml:space="preserve">[00:21] </w:t>
      </w:r>
      <w:r>
        <w:t>bismillah hir rahman nir rahim, wa salla Allahu ala an nabiyyil karim. rab ishrah li sadri, wa yassir li amri, wah lul uqdata min lisani yafqahu qawli. yeh dars-e-quran hai. quran ke dars ka tareeqa</w:t>
      </w:r>
    </w:p>
    <w:p>
      <w:pPr>
        <w:jc w:val="right"/>
      </w:pPr>
      <w:r>
        <w:t>بسم اللہ الرحمن الرحیم، وصلی اللہ علی النبی الکریم۔ رب اشرح لی صدری، ویسر لی امری، واحل العقدۃ من لسانی یفقہ قولی۔ یہ درس قرآن ہے۔ قرآن کے درس کا طریق</w:t>
      </w:r>
    </w:p>
    <w:p>
      <w:r>
        <w:rPr>
          <w:b/>
        </w:rPr>
        <w:t xml:space="preserve">[00:51] </w:t>
      </w:r>
      <w:r>
        <w:t>ek yeh hai ke poora quran silsila war liya jaye, ek ek surah ko aur ek ek hissay ko silsila war bayan kiya jaye. doosra tareeqa yeh hai ke muntakhib andaaz mein iske hissay liye jayein, yaani selective verses ko le kar uski tash</w:t>
      </w:r>
    </w:p>
    <w:p>
      <w:pPr>
        <w:jc w:val="right"/>
      </w:pPr>
      <w:r>
        <w:t>ہ ایک یہ ہے کہ پورا قرآن سلسلہ وار لیا جائے، ایک ایک سورہ کو اور ایک ایک حصے کو سلسلہ وار بیان کیا جائے۔ دوسرا طریقہ یہ ہے کہ منتخب انداز میں اس کے حصے لیے جائیں، یعنی سلیکٹو ورسز کو لے کر اس کی تش</w:t>
      </w:r>
    </w:p>
    <w:p>
      <w:r>
        <w:rPr>
          <w:b/>
        </w:rPr>
        <w:t xml:space="preserve">[01:21] </w:t>
      </w:r>
      <w:r>
        <w:t>reeh ki jaye. dekhiye, rasool Allah sal Allahu alaihi wasallam ke zamane mein jo tareeqa tha, aur sahaba ke zamane mein jo tareeqa tha, woh yahi tha ke selective way mein kuch verses ko le kar dars diya jata tha. silsila war dars ka tareeqa is zamane mein nahi tha, kyunke quran utra nahi tha poora. quran jaisa ke maloom hai,</w:t>
      </w:r>
    </w:p>
    <w:p>
      <w:pPr>
        <w:jc w:val="right"/>
      </w:pPr>
      <w:r>
        <w:t>ریح کی جائے۔ دیکھیے، رسول اللہ صلی اللہ علیہ وسلم کے زمانے میں جو طریقہ تھا، اور صحابہ کے زمانے میں جو طریقہ تھا، وہ یہی تھا کہ سلیکٹو وے میں کچھ ورسز کو لے کر درس دیا جاتا تھا۔ سلسلہ وار درس کا طریقہ اس زمانے میں نہیں تھا، کیونکہ قرآن اترا نہیں تھا پورا۔ قرآن جیسا کہ معلوم ہے،</w:t>
      </w:r>
    </w:p>
    <w:p>
      <w:r>
        <w:rPr>
          <w:b/>
        </w:rPr>
        <w:t xml:space="preserve">[01:51] </w:t>
      </w:r>
      <w:r>
        <w:t>fragmentary way mein 23 saal mein utra hai, 23 years mein. aisa nahi hai ke ek kitaab ki tarah ikatthe utar diya gaya ho. to 23 saal mein, fragmentary way mein, uski verses utari gayeen. unko phir jod kar, compile kar ke, woh quran</w:t>
      </w:r>
    </w:p>
    <w:p>
      <w:pPr>
        <w:jc w:val="right"/>
      </w:pPr>
      <w:r>
        <w:t>فریگمنٹری وے میں 23 سال میں اترا ہے، 23 ایئرز میں۔ ایسا نہیں ہے کہ ایک کتاب کی طرح اکٹھے اتار دیا گیا ہو۔ تو 23 سال میں، فریگمنٹری وے میں، اس کی ورسز اتاری گئیں۔ ان کو پھر جوڑ کر، کمپائل کر کے، وہ قرآن</w:t>
      </w:r>
    </w:p>
    <w:p>
      <w:r>
        <w:rPr>
          <w:b/>
        </w:rPr>
        <w:t xml:space="preserve">[02:21] </w:t>
      </w:r>
      <w:r>
        <w:t>banaya gaya jo aaj hamare paas hai. phir rasool Allah ke baad bhi quran ke likhe hue, quran likhi hui shakal mein bohat kam paya jata tha. yeh to ab printing press ke zamane mein aisa hua hai ke lakhon lakh quran ki copies chapi hui har</w:t>
      </w:r>
    </w:p>
    <w:p>
      <w:pPr>
        <w:jc w:val="right"/>
      </w:pPr>
      <w:r>
        <w:t>بنایا گیا جو آج ہمارے پاس ہے۔ پھر رسول اللہ کے بعد بھی قرآن کے لکھے ہوئے، قرآن لکھی ہوئی شکل میں بہت کم پایا جاتا تھا۔ یہ تو اب پرنٹنگ پریس کے زمانے میں ایسا ہوا ہے کہ لاکھوں لاکھ قرآن کی کاپیز چھپی ہوئی ہر</w:t>
      </w:r>
    </w:p>
    <w:p>
      <w:r>
        <w:rPr>
          <w:b/>
        </w:rPr>
        <w:t xml:space="preserve">[02:51] </w:t>
      </w:r>
      <w:r>
        <w:t>jagah maujood hain. pehle aisa nahi tha. to kisi kisi ke paas quran haath ka likha hua hota tha. zyada tar logon ko quran ka poora ya kuch hissa yaad rehta tha, to usi ko woh charcha karte the. to ek tareeqa bahar haal woh bhi hai ke silsila war quran ka dars diya jaye. lekin main samajhta hoon ke zyada</w:t>
      </w:r>
    </w:p>
    <w:p>
      <w:pPr>
        <w:jc w:val="right"/>
      </w:pPr>
      <w:r>
        <w:t>جگہ موجود ہیں۔ پہلے ایسا نہیں تھا۔ تو کسی کسی کے پاس قرآن ہاتھ کا لکھا ہوا ہوتا تھا۔ زیادہ تر لوگوں کو قرآن کا پورا یا کچھ حصہ یاد رہتا تھا، تو اسی کو وہ چرچہ کرتے تھے۔ تو ایک طریقہ بہرحال وہ بھی ہے کہ سلسلہ وار قرآن کا درس دیا جائے۔ لیکن میں سمجھتا ہوں کہ زیادہ</w:t>
      </w:r>
    </w:p>
    <w:p>
      <w:r>
        <w:rPr>
          <w:b/>
        </w:rPr>
        <w:t xml:space="preserve">[03:21] </w:t>
      </w:r>
      <w:r>
        <w:t>mufeed tareeqa yeh hai ke selective way mein quran ke kuch verses le kar bayan kiya jaye. yahi tareeqa sunnat ke mutabiq bhi hai, aur yahi tareeqa zyada mufeed bhi hai. is wajah se hum ne yeh tareeqa ikhtiyar kiya hai. yaani hum is dars-e-quran mein aisa nahi kar rahe hain ke silsila war</w:t>
      </w:r>
    </w:p>
    <w:p>
      <w:pPr>
        <w:jc w:val="right"/>
      </w:pPr>
      <w:r>
        <w:t>مفید طریقہ یہ ہے کہ سلیکٹو وے میں قرآن کے کچھ ورسز لے کر بیان کیا جائے۔ یہی طریقہ سنت کے مطابق بھی ہے، اور یہی طریقہ زیادہ مفید بھی ہے۔ اس وجہ سے ہم نے یہ طریقہ اختیار کیا ہے۔ یعنی ہم اس درس قرآن میں ایسا نہیں کر رہے ہیں کہ سلسلہ وار</w:t>
      </w:r>
    </w:p>
    <w:p>
      <w:r>
        <w:rPr>
          <w:b/>
        </w:rPr>
        <w:t xml:space="preserve">[03:51] </w:t>
      </w:r>
      <w:r>
        <w:t>quran ka dars dein, balkeh selective verses ko le kar hum quran ki talimat ko, quran ki teachings ko bata rahe hain. to ab jo chal rahi hai surah, woh hai al-baqarah. al-baqarah quran ki sab se bari surah hai, sab se bada chapter hai quran ka. quran ke kul</w:t>
      </w:r>
    </w:p>
    <w:p>
      <w:pPr>
        <w:jc w:val="right"/>
      </w:pPr>
      <w:r>
        <w:t>قرآن کا درس دیں، بلکہ سلیکٹو ورسز کو لے کر ہم قرآن کی تعلیمات کو، قرآن کی ٹیچنگز کو بتا رہے ہیں۔ تو اب جو چل رہی ہے سورہ، وہ ہے البقرہ۔ البقرہ قرآن کی سب سے بڑی سورہ ہے، سب سے بڑا چیپٹر ہے قرآن کا۔ قرآن کے کل</w:t>
      </w:r>
    </w:p>
    <w:p>
      <w:r>
        <w:rPr>
          <w:b/>
        </w:rPr>
        <w:t xml:space="preserve">[04:21] </w:t>
      </w:r>
      <w:r>
        <w:t>30 paray hain, 30 paray. aur surah al-baqarah jo hai, woh dhai paray par phaili hui hai. to yeh quran ki sab se bari surah hai, aur quran ke aksar mazameen, quran ki aksar baatein is surah mein aa gayeen hain. to bahar haal is waqt hum surah baqarah ki kuch ayaton ko le kar</w:t>
      </w:r>
    </w:p>
    <w:p>
      <w:pPr>
        <w:jc w:val="right"/>
      </w:pPr>
      <w:r>
        <w:t>30 پارے ہیں، 30 پارے۔ اور سورہ البقرہ جو ہے، وہ ڈھائی پارے پر پھیلی ہوئی ہے۔ تو یہ قرآن کی سب سے بڑی سورہ ہے، اور قرآن کے اکثر مضامین، قرآن کی اکثر باتیں اس سورہ میں آ گئی ہیں۔ تو بہرحال اس وقت ہم سورہ بقرہ کی کچھ آیتوں کو لے کر</w:t>
      </w:r>
    </w:p>
    <w:p>
      <w:r>
        <w:rPr>
          <w:b/>
        </w:rPr>
        <w:t xml:space="preserve">[04:52] </w:t>
      </w:r>
      <w:r>
        <w:t>iski tashreeh karenge. is waqt dekhiye, surah al-baqarah ki ayat number 219 ko main le raha hoon sab se pehle. to surah al-baqarah ki ayat 219 mein sharab aur jue ko,</w:t>
      </w:r>
    </w:p>
    <w:p>
      <w:pPr>
        <w:jc w:val="right"/>
      </w:pPr>
      <w:r>
        <w:t>اس کی تشریح کریں گے۔ اس وقت دیکھیے، سورہ البقرہ کی آیت نمبر 219 کو میں لے رہا ہوں سب سے پہلے۔ تو سورہ البقرہ کی آیت 219 میں شراب اور جوئے کو،</w:t>
      </w:r>
    </w:p>
    <w:p>
      <w:r>
        <w:rPr>
          <w:b/>
        </w:rPr>
        <w:t xml:space="preserve">[05:24] </w:t>
      </w:r>
      <w:r>
        <w:t>sharab aur jue ka hukm bataya gaya hai. aap jante hain ke islam mein sharab aur jawa dono haram hain, in la qaul hain. sharab bhi islam mein haram hai, aur jawa bhi islam mein haram hai. to inhi dono cheezon ke bare mein hukm batate hue ayat mein yeh alfaaz aaye hain ke: "isma akbar min na</w:t>
      </w:r>
    </w:p>
    <w:p>
      <w:pPr>
        <w:jc w:val="right"/>
      </w:pPr>
      <w:r>
        <w:t>شراب اور جوئے کا حکم بتایا گیا ہے۔ آپ جانتے ہیں کہ اسلام میں شراب اور جوا دونوں حرام ہیں، ان لاقول ہیں۔ شراب بھی اسلام میں حرام ہے، اور جوا بھی اسلام میں حرام ہے۔ تو انہی دونوں چیزوں کے بارے میں حکم بتاتے ہوئے آیت میں یہ الفاظ آئے ہیں کہ: "اسمہ اکبر من ن</w:t>
      </w:r>
    </w:p>
    <w:p>
      <w:r>
        <w:rPr>
          <w:b/>
        </w:rPr>
        <w:t xml:space="preserve">[05:54] </w:t>
      </w:r>
      <w:r>
        <w:t>fihima". jab hukm aaya quran mein sharab aur jue ka, to logon ko ek, ek logon ke mind mein ek sawal aaya. woh yeh ke woh samajhte the ke sharab mein aur jue mein dono mein faide bhi hain, to kyun isko haram kar diya gaya? maslan kuch logon ka yeh khayal tha ke sharab</w:t>
      </w:r>
    </w:p>
    <w:p>
      <w:pPr>
        <w:jc w:val="right"/>
      </w:pPr>
      <w:r>
        <w:t>فہما"۔ جب حکم آیا قرآن میں شراب اور جوئے کا، تو لوگوں کو ایک، ایک لوگوں کے مائنڈ میں ایک سوال آیا۔ وہ یہ کہ وہ سمجھتے تھے کہ شراب میں اور جوئے میں دونوں میں فائدے بھی ہیں، تو کیوں اس کو حرام کر دیا گیا؟ مثلاً کچھ لوگوں کا یہ خیال تھا کہ شراب</w:t>
      </w:r>
    </w:p>
    <w:p>
      <w:r>
        <w:rPr>
          <w:b/>
        </w:rPr>
        <w:t xml:space="preserve">[06:27] </w:t>
      </w:r>
      <w:r>
        <w:t>se sehat banti hai. yaani sharab jo hai, woh kam miqdar mein istemal ki jaye, achhi sharab ho, logon ki kahani ke mutabiq, to isse sehat banti hai. ya kam az kam yeh hai ke isse ek waqti saroor milta hai, tension ko aur stress ko ghatane ka zariya hai sharab. is waqt bhi yeh sab khayalat the, jo ke aaj hain.</w:t>
      </w:r>
    </w:p>
    <w:p>
      <w:pPr>
        <w:jc w:val="right"/>
      </w:pPr>
      <w:r>
        <w:t>سے صحت بنتی ہے۔ یعنی شراب جو ہے، وہ کم مقدار میں استعمال کی جائے، اچھی شراب ہو، لوگوں کی کہانی کے مطابق، تو اس سے صحت بنتی ہے۔ یا کم از کم یہ ہے کہ اس سے ایک وقتی سرور ملتا ہے، ٹینشن کو اور اسٹریس کو گھٹانے کا ذریعہ ہے شراب۔ اس وقت بھی یہ سب خیالات تھے، جو کہ آج ہیں۔</w:t>
      </w:r>
    </w:p>
    <w:p>
      <w:r>
        <w:rPr>
          <w:b/>
        </w:rPr>
        <w:t xml:space="preserve">[06:59] </w:t>
      </w:r>
      <w:r>
        <w:t>to woh samajhte the ke bahar haal sharab mein kuch faida hai, to haram kyun? aise hi jue ke bare mein unka khayal tha. woh kehte the ke jue mein jab koi aadmi paisa jeetta hai, to woh paisa sab ka sab khud hi nahi le leta, woh ghareebon ko bhi deta hai, logon ko khana khilata hai khushi mein. to yeh bhi faida hai jue mein. yaani jeet</w:t>
      </w:r>
    </w:p>
    <w:p>
      <w:pPr>
        <w:jc w:val="right"/>
      </w:pPr>
      <w:r>
        <w:t>تو وہ سمجھتے تھے کہ بہرحال شراب میں کچھ فائدہ ہے، تو حرام کیوں؟ ایسے ہی جوئے کے بارے میں ان کا خیال تھا۔ وہ کہتے تھے کہ جوئے میں جب کوئی آدمی پیسہ جیتتا ہے، تو وہ پیسہ سب کا سب خود ہی نہیں لے لیتا، وہ غریبوں کو بھی دیتا ہے، لوگوں کو کھانا کھلاتا ہے خوشی میں۔ تو یہ بھی فائدہ ہے جوئے میں۔ یعنی جیت</w:t>
      </w:r>
    </w:p>
    <w:p>
      <w:r>
        <w:rPr>
          <w:b/>
        </w:rPr>
        <w:t xml:space="preserve">[07:29] </w:t>
      </w:r>
      <w:r>
        <w:t>ki khushi mein logon ko khilata hai, pilata hai. yeh khayal tha ke sharab mein bhi kuch faida hai, aur jue mein bhi kuch faida hai, to isko haram kyun kiya gaya? to farmaya ke: "isma akbar min nafihima". in dono ka nuqsan inke faide se zyada hai. yeh ek bohat bada princi</w:t>
      </w:r>
    </w:p>
    <w:p>
      <w:pPr>
        <w:jc w:val="right"/>
      </w:pPr>
      <w:r>
        <w:t>کی خوشی میں لوگوں کو کھلاتا ہے، پلاتا ہے۔ یہ خیال تھا کہ شراب میں بھی کچھ فائدہ ہے، اور جوئے میں بھی کچھ فائدہ ہے، تو اس کو حرام کیوں کیا گیا؟ تو فرمایا کہ: "اسمہ اکبر من نفہما"۔ ان دونوں کا نقصان ان کے فائدے سے زیادہ ہے۔ یہ ایک بہت بڑا پرنس</w:t>
      </w:r>
    </w:p>
    <w:p>
      <w:r>
        <w:rPr>
          <w:b/>
        </w:rPr>
        <w:t xml:space="preserve">[07:59] </w:t>
      </w:r>
      <w:r>
        <w:t>ple bataya gaya hai islam mein. woh kya hai? dekhiye, is duniya mein Khuda ne jo cheezein banai hain, woh sab test ke liye hain. to is duniya mein koi bhi cheez aisi nahi hai jis mein kuch na kuch faida na ho. saanp mein bhi faida hai, bhedde mein bhi faida hai.</w:t>
      </w:r>
    </w:p>
    <w:p>
      <w:pPr>
        <w:jc w:val="right"/>
      </w:pPr>
      <w:r>
        <w:t>پل بتایا گیا ہے اسلام میں۔ وہ کیا ہے؟ دیکھیے، اس دنیا میں خدا نے جو چیزیں بنائی ہیں، وہ سب ٹیسٹ کے لیے ہیں۔ تو اس دنیا میں کوئی بھی چیز ایسی نہیں ہے جس میں کچھ نہ کچھ فائدہ نہ ہو۔ سانپ میں بھی فائدہ ہے، بھیڑے میں بھی فائدہ ہے۔</w:t>
      </w:r>
    </w:p>
    <w:p>
      <w:r>
        <w:rPr>
          <w:b/>
        </w:rPr>
        <w:t xml:space="preserve">[08:29] </w:t>
      </w:r>
      <w:r>
        <w:t>is duniya mein har cheez mein kuch na kuch faida bhi shamil hai. yeh is, yeh yeh principle hai, law of nature hai yeh ke har cheez mein positive aspect hota hai, aur sath sath negative aspect bhi hota hai. koi bhi cheez na to 100 percent negative hoti, na aur na 100 percent positive hoti. yeh law of nature hai. to</w:t>
      </w:r>
    </w:p>
    <w:p>
      <w:pPr>
        <w:jc w:val="right"/>
      </w:pPr>
      <w:r>
        <w:t>اس دنیا میں ہر چیز میں کچھ نہ کچھ فائدہ بھی شامل ہے۔ یہ اس، یہ یہ پرنسپل ہے، لاء آف نیچر ہے یہ کہ ہر چیز میں پازیٹو اسپیکٹ ہوتا ہے، اور ساتھ ساتھ نیگیٹیو اسپیکٹ بھی ہوتا ہے۔ کوئی بھی چیز نہ تو 100 پرسنٹ نیگیٹیو ہوتی، نہ اور نہ 100 پرسنٹ پازیٹیو ہوتی۔ یہ لاء آف نیچر ہے۔ تو</w:t>
      </w:r>
    </w:p>
    <w:p>
      <w:r>
        <w:rPr>
          <w:b/>
        </w:rPr>
        <w:t xml:space="preserve">[09:01] </w:t>
      </w:r>
      <w:r>
        <w:t>yahan par yeh principle bataya gaya: "isma akbar min nafihima". inka nuqsan, inka loss, inke faide se zyada hai. yeh ek principle hai, iska taalluq sirf sharab se aur jue se nahi hai. yeh ek general principle hai ke jab bhi aap kisi cheez ko lena chahein, to aap ko dekhna hoga ke iska</w:t>
      </w:r>
    </w:p>
    <w:p>
      <w:pPr>
        <w:jc w:val="right"/>
      </w:pPr>
      <w:r>
        <w:t>یہاں پر یہ پرنسپل بتایا گیا: "اسمہ اکبر من نفہما"۔ ان کا نقصان، ان کا لاس، ان کے فائدے سے زیادہ ہے۔ یہ ایک پرنسپل ہے، اس کا تعلق صرف شراب سے اور جوئے سے نہیں ہے۔ یہ ایک جنرل پرنسپل ہے کہ جب بھی آپ کسی چیز کو لینا چاہیں، تو آپ کو دیکھنا ہوگا کہ اس کا</w:t>
      </w:r>
    </w:p>
    <w:p>
      <w:r>
        <w:rPr>
          <w:b/>
        </w:rPr>
        <w:t xml:space="preserve">[09:32] </w:t>
      </w:r>
      <w:r>
        <w:t>faida zyada hai ya nuqsan zyada hai. to sharab mein, suppose yeh salahiyat hai ke woh aap ko saroor deti hai, woh tension free banati hai aap ko. to doosra nuqsan kya hai? ke sharab aap ko insensitive banati hai. aaj kal doctor log kehte hain ke sharab se bi</w:t>
      </w:r>
    </w:p>
    <w:p>
      <w:pPr>
        <w:jc w:val="right"/>
      </w:pPr>
      <w:r>
        <w:t>فائدہ زیادہ ہے یا نقصان زیادہ ہے۔ تو شراب میں، سپوز یہ صلاحیت ہے کہ وہ آپ کو سرور دیتی ہے، وہ ٹینشن فری بناتی ہے آپ کو۔ تو دوسرا نقصان کیا ہے؟ کہ شراب آپ کو ان سینسٹیو بنا دیتی ہے۔ آج کل ڈاکٹر لوگ کہتے ہیں کہ شراب سے ب</w:t>
      </w:r>
    </w:p>
    <w:p>
      <w:r>
        <w:rPr>
          <w:b/>
        </w:rPr>
        <w:t xml:space="preserve">[10:02] </w:t>
      </w:r>
      <w:r>
        <w:t>mariyan paida hoti hain. lekin in sab se barh kar main yeh kahunga ke sharab aadmi ko insensitive banati hai. to values iske nazdeek kuch bhi nahi rehti. values ki iske nazdeek koi ahmiyat nahi hoti. kyunke jitne bhi values hain, jitne bhi virtues hain, unka taalluq sensitivity se hai. agar aap sensitive na hon to kuch bhi aap ko sab theek hi</w:t>
      </w:r>
    </w:p>
    <w:p>
      <w:pPr>
        <w:jc w:val="right"/>
      </w:pPr>
      <w:r>
        <w:t>یماریاں پیدا ہوتی ہیں۔ لیکن ان سب سے بڑھ کر میں یہ کہوں گا کہ شراب آدمی کو ان سینسٹیو بناتی ہے۔ تو ویلیوز اس کے نزدیک کچھ بھی نہیں رہتی۔ ویلیوز کی اس کے نزدیک کوئی اہمیت نہیں ہوتی۔ کیونکہ جتنے بھی ویلیوز ہیں، جتنے بھی ورچوز ہیں، ان کا تعلق سینسٹیوٹی سے ہے۔ اگر آپ سینسٹیو نہ ہوں تو کچھ بھی آپ کو سب ٹھیک ہی</w:t>
      </w:r>
    </w:p>
    <w:p>
      <w:r>
        <w:rPr>
          <w:b/>
        </w:rPr>
        <w:t xml:space="preserve">[10:32] </w:t>
      </w:r>
      <w:r>
        <w:t>lagega. jaise animal hai, animal ke haan moral values nahi hoti. animal mein moral sense nahi hota. to woh kuch bhi kar sakte hain. unke andar conscience nahi hai jo unhein roke. to insaan ke andar ek check hai bhalay aur buray ka, woh hai conscience, woh hai moral sense.</w:t>
      </w:r>
    </w:p>
    <w:p>
      <w:pPr>
        <w:jc w:val="right"/>
      </w:pPr>
      <w:r>
        <w:t>لگے گا۔ جیسے اینیمل ہے، اینیمل کے ہاں مورل ویلیوز نہیں ہوتی۔ اینیمل میں مورل سینس نہیں ہوتا۔ تو وہ کچھ بھی کر سکتے ہیں۔ ان کے اندر کانشیس نہیں ہے جو انہیں روکے۔ تو انسان کے اندر ایک چیک ہے بھلے اور برے کا، وہ ہے کانسنس، وہ ہے مورل سینس۔</w:t>
      </w:r>
    </w:p>
    <w:p>
      <w:r>
        <w:rPr>
          <w:b/>
        </w:rPr>
        <w:t xml:space="preserve">[11:03] </w:t>
      </w:r>
      <w:r>
        <w:t>to sharab ka yeh nuqsan hai ke aadmi ko woh insensitive banati hai. ab bataiye ke agar temporary taur par is mein kuch saroor mil jaye, to woh temporary saroor jo hai, woh bohat choti cheez hai. aur moral sense aap ke andar chala jaye to aap phir to animal ban gaye, insaan nahi rahe. to</w:t>
      </w:r>
    </w:p>
    <w:p>
      <w:pPr>
        <w:jc w:val="right"/>
      </w:pPr>
      <w:r>
        <w:t>تو شراب کا یہ نقصان ہے کہ آدمی کو وہ ان سینسٹیو بناتی ہے۔ اب بتائیے کہ اگر ٹیمپرری طور پر اس میں کچھ سرور مل جائے، تو وہ ٹیمپرری سرور جو ہے، وہ بہت چھوٹی چیز ہے۔ اور مورل سینس آپ کے اندر چلا جائے تو آپ پھر تو اینیمل بن گئے، انسان نہیں رہے۔ تو</w:t>
      </w:r>
    </w:p>
    <w:p>
      <w:r>
        <w:rPr>
          <w:b/>
        </w:rPr>
        <w:t xml:space="preserve">[11:33] </w:t>
      </w:r>
      <w:r>
        <w:t>yeh ek principle hai jo har cheez mein chalta hai. misaal ke taur par, agar aap ko kisi ne nuqsan pahuncha diya, farz kiye ke usne aap ka hazar rupay ka nuqsan pahuncha diya, ab aap us se intiqam lena chahte hain, hazar rupay ko wapas lena chahte hain, to aap ko sochna chahiye ke jo main action loonga, to woh action mera jo hai, uska result kya hog</w:t>
      </w:r>
    </w:p>
    <w:p>
      <w:pPr>
        <w:jc w:val="right"/>
      </w:pPr>
      <w:r>
        <w:t>یہ ایک پرنسپل ہے جو ہر چیز میں چلتا ہے۔ مثال کے طور پر، اگر آپ کو کسی نے نقصان پہنچا دیا، فرض کیے کہ اس نے آپ کا ہزار روپے کا نقصان پہنچا دیا، اب آپ اس سے انتقام لینا چاہتے ہیں، ہزار روپے کو واپس لینا چاہتے ہیں، تو آپ کو سوچنا چاہیے کہ جو میں ایکشن لوں گا، تو وہ ایکشن میرا جو ہے، اس کا رزلٹ کیا ہوگ</w:t>
      </w:r>
    </w:p>
    <w:p>
      <w:r>
        <w:rPr>
          <w:b/>
        </w:rPr>
        <w:t xml:space="preserve">[12:03] </w:t>
      </w:r>
      <w:r>
        <w:t>a? agar das hazar rupay lene ke chakkar mein aap ka, agar agar ek hazar, ek hazar rupay lene ke chakkar mein aap ka das hazar rupay aur bhi chala jaye, to to wahi baat ho gayi ke nuqsan zyada aur faida kam. das hazar rupay kharch kar ke aap apna ek hazar wapas le sakein, to is se behtar hai ke usko chhod diya jaye.</w:t>
      </w:r>
    </w:p>
    <w:p>
      <w:pPr>
        <w:jc w:val="right"/>
      </w:pPr>
      <w:r>
        <w:t>ا؟ اگر دس ہزار روپے لینے کے چکر میں آپ کا، اگر اگر ایک ہزار، ایک ہزار روپیہ لینے کے چکر میں آپ کا دس ہزار روپیہ اور بھی چلا جائے، تو تو وہی بات ہو گئی کہ نقصان زیادہ اور فائدہ کم۔ دس ہزار روپیہ خرچ کر کے آپ اپنا ایک ہزار واپس لے سکیں، تو اس سے بہتر ہے کہ اس کو چھوڑ دیا جائے۔</w:t>
      </w:r>
    </w:p>
    <w:p>
      <w:r>
        <w:rPr>
          <w:b/>
        </w:rPr>
        <w:t xml:space="preserve">[12:38] </w:t>
      </w:r>
      <w:r>
        <w:t>jaise aksar hota hai ke jab kisi ko kisi se koi bohat hi bura tajurba hota hai, to uske andar revenge ka jazba lagta hai, intiqam ka jazba ubhar aata hai. woh intiqam lene ke liye khada ho jata hai. lekin kya hota hai? intiqam ka bhi intiqam liya jata hai. aap ne kisi aadmi ko intiqam ke josh mein</w:t>
      </w:r>
    </w:p>
    <w:p>
      <w:pPr>
        <w:jc w:val="right"/>
      </w:pPr>
      <w:r>
        <w:t>جیسے اکثر ہوتا ہے کہ جب کسی کو کسی سے کوئی بہت ہی برا تجربہ ہوتا ہے، تو اس کے اندر ریونج کا جذبہ لگتا ہے، انتقام کا جذبہ ابھر آتا ہے۔ وہ انتقام لینے کے لیے کھڑا ہو جاتا ہے۔ لیکن کیا ہوتا ہے؟ انتقام کا بھی انتقام لیا جاتا ہے۔ آپ نے کسی آدمی کو انتقام کے جوش میں</w:t>
      </w:r>
    </w:p>
    <w:p>
      <w:r>
        <w:rPr>
          <w:b/>
        </w:rPr>
        <w:t xml:space="preserve">[13:08] </w:t>
      </w:r>
      <w:r>
        <w:t>maar dala, to ab phir kya hoga? is ke bete phir aap ko maren ge. har inteqam ka dobara inteqam liya jata hai. inteqam ya revenge wohin par khatam nahi hota. har revenge ke baad doosra revenge aata hai, teesra revenge aata hai. to agar aap hisab lagayen to yahan bhi nuqsan zyada hai, faida kam hai.</w:t>
      </w:r>
    </w:p>
    <w:p>
      <w:pPr>
        <w:jc w:val="right"/>
      </w:pPr>
      <w:r>
        <w:t>مار ڈالا، تو اب پھر کیا ہوگا؟ اس کے بیٹے پھر آپ کو ماریں گے۔ ہر انتقام کا دوبارہ انتقام لیا جاتا ہے۔ انتقام یا ریونج وہیں پر ختم نہیں ہوتا۔ ہر ریونج کے بعد دوسرا ریونج آتا ہے، تیسرا ریونج آتا ہے۔ تو اگر آپ حساب لگائیں تو یہاں بھی نقصان زیادہ ہے، فائدہ کم ہے۔</w:t>
      </w:r>
    </w:p>
    <w:p>
      <w:r>
        <w:rPr>
          <w:b/>
        </w:rPr>
        <w:t xml:space="preserve">[13:38] </w:t>
      </w:r>
      <w:r>
        <w:t>to yeh ek usool hai zindagi ka, har mamle ke liye. ek general principle hai ke koi bhi kaam aap karna chahen, to pehle yeh sochein ke is ka result kya hai? kuch faida agar is mein hai, aur kuch faide ko le kar aap jump kar ke pahunch jayen, ek kaam shuru kar den,</w:t>
      </w:r>
    </w:p>
    <w:p>
      <w:pPr>
        <w:jc w:val="right"/>
      </w:pPr>
      <w:r>
        <w:t>تو یہ ایک اصول ہے زندگی کا، ہر معاملے کے لیے۔ ایک جنرل پرنسپل ہے کہ کوئی بھی کام آپ کرنا چاہیں، تو پہلے یہ سوچیے کہ اس کا رزلٹ کیا ہے؟ کچھ فائدہ اگر اس میں ہے، اور کچھ فائدے کو لے کر آپ جمپ کر کے پہنچ جائیں، ایک کام شروع کر دیں،</w:t>
      </w:r>
    </w:p>
    <w:p>
      <w:r>
        <w:rPr>
          <w:b/>
        </w:rPr>
        <w:t xml:space="preserve">[14:09] </w:t>
      </w:r>
      <w:r>
        <w:t>yeh sahi nahi hoga. kuch faide ki wajah se aap shuru kar den ek kaam, aur phir baad ko pata chale ke is mein faida thoda tha aur nuqsan zyada tha. yeh bhi islam mein is ko bhi mana kiya gaya hai. nuqsan kam ho, faida zyada ho</w:t>
      </w:r>
    </w:p>
    <w:p>
      <w:pPr>
        <w:jc w:val="right"/>
      </w:pPr>
      <w:r>
        <w:t>یہ صحیح نہیں ہوگا۔ کچھ فائدے کی وجہ سے آپ شروع کر دیں ایک کام، اور پھر بعد کو پتہ چلے کہ اس میں فائدہ تھوڑا تھا اور نقصان زیادہ تھا۔ یہ بھی اسلام میں اس کو بھی منع کیا گیا ہے۔ نقصان کم ہو، فائدہ زیادہ ہو</w:t>
      </w:r>
    </w:p>
    <w:p>
      <w:r>
        <w:rPr>
          <w:b/>
        </w:rPr>
        <w:t xml:space="preserve">[14:39] </w:t>
      </w:r>
      <w:r>
        <w:t>tab to aap ko woh kaam karna chahiye. baz kaam aise hote hain jis mein faida hi faida ho, woh to behrahal karna chahiye. kuch kaam aise hote hain jis mein nuqsan kam ho aur faida zyada ho, woh bhi aap ko karna chahiye. lekin aisa har kaam jis mein nuqsan zyada ho aur faida kam ho, to us ko isi tarah chhod dena chahiye jis tarah aap ek</w:t>
      </w:r>
    </w:p>
    <w:p>
      <w:pPr>
        <w:jc w:val="right"/>
      </w:pPr>
      <w:r>
        <w:t>، تب تو آپ کو وہ کام کرنا چاہیے۔ بعض کام ایسے ہوتے ہیں جس میں فائدہ ہی فائدہ ہو، وہ تو بہرحال کرنا چاہیے۔ کچھ کام ایسے ہوتے ہیں جس میں نقصان کم ہو اور فائدہ زیادہ ہو، وہ بھی آپ کو کرنا چاہیے۔ لیکن ایسا ہر کام جس میں نقصان زیادہ ہو اور فائدہ کم ہو، تو اس کو اسی طرح چھوڑ دینا چاہیے جس طرح آپ ایک</w:t>
      </w:r>
    </w:p>
    <w:p>
      <w:r>
        <w:rPr>
          <w:b/>
        </w:rPr>
        <w:t xml:space="preserve">[15:09] </w:t>
      </w:r>
      <w:r>
        <w:t>haram cheez ko chhod dete hain. to yeh hai usool "asma akbar min nafhema" jo al-baqarah ki ayat number 219 mein bataya gaya ke sharab aur jue ka jo faida tum batate ho, to us se zyada is ke andar nuqsan hai. aur jab nuqsan zyada hai, to woh is qabil hai ke tum use chhod do, tum us ko haram samjho apne liye.</w:t>
      </w:r>
    </w:p>
    <w:p>
      <w:pPr>
        <w:jc w:val="right"/>
      </w:pPr>
      <w:r>
        <w:t>حرام چیز کو چھوڑ دیتے ہیں۔ تو یہ ہے اصول "اسمہ اکبر من نفہما" جو البقرہ کی آیت نمبر 219 میں بتایا گیا کہ شراب اور جوئے کا جو فائدہ تم بتاتے ہو، تو اس سے زیادہ اس کے اندر نقصان ہے۔ اور جب نقصان زیادہ ہے، تو وہ اس قابل ہے کہ تم اسے چھوڑ دو، تم اس کو حرام سمجھو اپنے لیے۔</w:t>
      </w:r>
    </w:p>
    <w:p>
      <w:r>
        <w:rPr>
          <w:b/>
        </w:rPr>
        <w:t xml:space="preserve">[15:44] </w:t>
      </w:r>
      <w:r>
        <w:t>is ke baad dekhiye, is ke baad ayat hai ke "yasaloona kama tha yunfiquna qul al-a</w:t>
      </w:r>
    </w:p>
    <w:p>
      <w:pPr>
        <w:jc w:val="right"/>
      </w:pPr>
      <w:r>
        <w:t>اس کے بعد دیکھیے، اس کے بعد آیت ہے کہ "یسلون کماذاینفقون قل الع</w:t>
      </w:r>
    </w:p>
    <w:p>
      <w:r>
        <w:rPr>
          <w:b/>
        </w:rPr>
        <w:t xml:space="preserve">[16:14] </w:t>
      </w:r>
      <w:r>
        <w:t>fu". is ke baad ayat hai "yasaloona kama tha yunfiquna qul al-a</w:t>
      </w:r>
    </w:p>
    <w:p>
      <w:pPr>
        <w:jc w:val="right"/>
      </w:pPr>
      <w:r>
        <w:t>فو"۔ اس کے بعد آیت ہے "یسلون کماذاینفقون قل العفو"۔</w:t>
      </w:r>
    </w:p>
    <w:p>
      <w:r>
        <w:rPr>
          <w:b/>
        </w:rPr>
        <w:t xml:space="preserve">[16:45] </w:t>
      </w:r>
      <w:r>
        <w:t>fu". log poochte hain ke hum apni kamai mein se kitna kharch karen khuda ke raste mein? "yasaloona kama tha yunfiquna qul al-a</w:t>
      </w:r>
    </w:p>
    <w:p>
      <w:pPr>
        <w:jc w:val="right"/>
      </w:pPr>
      <w:r>
        <w:t>لوگ پوچھتے ہیں کہ ہم اپنی کمائی میں سے کتنا خرچ کریں خدا کے راستے میں؟ "یسلون کماذاینفقون قل العفو"۔ کیونکہ قرآن میں بہت زیادہ زور دیا گیا ہے خدا کے راستے میں خرچ کرو، جس کو انفاق کہا گیا ہے۔ انفاق معنی ہے خرچ کرنا خدا کے راستے میں۔ تو قرآن میں بار</w:t>
      </w:r>
    </w:p>
    <w:p>
      <w:r>
        <w:rPr>
          <w:b/>
        </w:rPr>
        <w:t xml:space="preserve">[17:15] </w:t>
      </w:r>
      <w:r>
        <w:t>fu". kyunke quran mein bohat zyada zor diya gaya hai khuda ke raste mein kharch karo, jis ko infaq kaha gaya hai. infaq mani hai kharch karna khuda ke raste mein. to quran mein bar</w:t>
      </w:r>
    </w:p>
    <w:p>
      <w:pPr>
        <w:jc w:val="right"/>
      </w:pPr>
      <w:r>
        <w:t>بار زور دیا گیا ہے کہ اے لوگوں، اپنی کمائی کو صرف اپنے ہی ذاتی کام میں نہ لگاؤ، بلکہ اس کو خدا کے راستے میں خرچ کرو۔ اور اس کا بہت ثواب بتایا گیا، بہت زیادہ ثواب بتایا گیا انفاق کا، یعنی خدا کے راستے میں خرچ کرنے کا۔ تو لوگ پوچھتے تھے کہ ہم کتنا خرچ کریں؟</w:t>
      </w:r>
    </w:p>
    <w:p>
      <w:r>
        <w:rPr>
          <w:b/>
        </w:rPr>
        <w:t xml:space="preserve">[17:51] </w:t>
      </w:r>
      <w:r>
        <w:t>bar zor diya gaya hai ke aye logon, apni kamai ko sirf apne hi zaati kaam mein na lagao, balke us ko khuda ke raste mein kharch karo. aur is ka bohat sawab bataya gaya, bohat zyada sawab bataya gaya infaq ka, yani khuda ke raste mein kharch karne ka. to log poochte the ke hum kitna kharch karen?</w:t>
      </w:r>
    </w:p>
    <w:p>
      <w:pPr>
        <w:jc w:val="right"/>
      </w:pPr>
      <w:r>
        <w:t>"یسلون کماذاینفقون قل العفو"۔ لوگ تم سے پوچھتے ہیں کہ ہم اپنی کمائی میں سے، اپنے مال میں سے کتنا خرچ کریں خدا کے راستے میں؟ تو فرمایا کہ ان سے کہہ دو کہ عفو</w:t>
      </w:r>
    </w:p>
    <w:p>
      <w:r>
        <w:rPr>
          <w:b/>
        </w:rPr>
        <w:t xml:space="preserve">[18:37] </w:t>
      </w:r>
      <w:r>
        <w:t>"yasaloona kama tha yunfiquna qul al-a</w:t>
      </w:r>
    </w:p>
    <w:p>
      <w:pPr>
        <w:jc w:val="right"/>
      </w:pPr>
      <w:r>
        <w:t>ان سے کہہ دو کہ عفو، عفو مطلب ہے بیسک نیڈ سے جو بھی زیادہ ہو۔ عفو کہتے ہیں بیسک نیڈ سے زیادہ۔ تو اس آیت کا مطلب یہ ہوا کہ آدمی جو کچھ کمائے، جو مال اس کے پاس آئے،</w:t>
      </w:r>
    </w:p>
    <w:p>
      <w:r>
        <w:rPr>
          <w:b/>
        </w:rPr>
        <w:t xml:space="preserve">[19:07] </w:t>
      </w:r>
      <w:r>
        <w:t>fu". log tum se poochte hain ke hum apni kamai mein se, apne maal mein se kitna kharch karen khuda ke raste mein? to farmaya ke un se keh do ke afu</w:t>
      </w:r>
    </w:p>
    <w:p>
      <w:pPr>
        <w:jc w:val="right"/>
      </w:pPr>
      <w:r>
        <w:t>اس میں سے وہ بیسک نیڈ کو لینے کا حقدار ہے۔ آپ جانتے ہیں کہ انسان کی ضرورتیں ہیں، انسان کو گھر چاہیے، انسان کو کپڑا چاہیے، انسان کو کھانا چاہیے۔ تو اس طرح کی بیسک نیڈز ہیں۔ اس کے بغیر انسان اس دنیا میں</w:t>
      </w:r>
    </w:p>
    <w:p>
      <w:r>
        <w:rPr>
          <w:b/>
        </w:rPr>
        <w:t xml:space="preserve">[19:38] </w:t>
      </w:r>
      <w:r>
        <w:t>un se keh do ke afu, afu matlab hai basic need se jo bhi zyada ho. afu kehte hain basic need se zyada. to is ayat ka matlab yeh hua ke aadmi jo kuch kamaye, jo maal us ke paas aaye,</w:t>
      </w:r>
    </w:p>
    <w:p>
      <w:pPr>
        <w:jc w:val="right"/>
      </w:pPr>
      <w:r>
        <w:t>زندگی گزار نہیں سکتا۔ تو اس آیت، تو اس تو قرآن کی اس آیت کے مطابق انفاق کے بارے میں جو اصول ہے، وہ یہ ہے کہ آدمی اپنی کمائی میں سے، اپنے مال میں سے بیسک نیڈ کے بقدر لینے کا حقدار ہے۔</w:t>
      </w:r>
    </w:p>
    <w:p>
      <w:r>
        <w:rPr>
          <w:b/>
        </w:rPr>
        <w:t xml:space="preserve">[20:10] </w:t>
      </w:r>
      <w:r>
        <w:t>us mein se woh basic need ko lene ka haqdar hai. aap jante hain ke insaan ki zarooraten hain, insaan ko ghar chahiye, insaan ko kapda chahiye, insaan ko khana chahiye. to is tarah ki basic needs hain. is ke baghair insaan is dunya mein</w:t>
      </w:r>
    </w:p>
    <w:p>
      <w:pPr>
        <w:jc w:val="right"/>
      </w:pPr>
      <w:r>
        <w:t>بیسک نیڈ سے زیادہ جو مال اس کے پاس ہے، اس کو وہ خدا کے راستے میں خرچ کرے۔ یہ ہے اصول۔ تو یہاں میں کہوں گا کہ اسلام میں ہر معاملے میں ایک منیمم ہوتا ہے، ایک میکسیمم ہوتا ہے۔ منیمم اور میکسیمم ہر معاملے میں۔</w:t>
      </w:r>
    </w:p>
    <w:p>
      <w:r>
        <w:rPr>
          <w:b/>
        </w:rPr>
        <w:t xml:space="preserve">[20:45] </w:t>
      </w:r>
      <w:r>
        <w:t>zindagi guzar nahi sakta. to is ayat, to is to quran ki is ayat ke mutabiq infaq ke bare mein jo usool hai, woh yeh hai ke aadmi apni kamai mein se, apne maal mein se basic need ke qadar lene ka haqdar hai.</w:t>
      </w:r>
    </w:p>
    <w:p>
      <w:pPr>
        <w:jc w:val="right"/>
      </w:pPr>
      <w:r>
        <w:t>جیسے قرآن کے معاملے میں منیمم یہ ہے کہ آپ اس کا ٹرانسیشن پڑھ لیں۔ میکسیمم یہ ہے کہ آپ عربی زبان سیکھیں اور عربی میں براہ راست، ڈائریکٹ طور پر جو قرآن کا ٹیکسٹ ہے عربی زبان میں، اس سے آپ قرآن کو پڑھیں۔ تو قرآن کے بارے میں بھی منیمم اور میکسیمم ہے۔ منیمم یہ ہے</w:t>
      </w:r>
    </w:p>
    <w:p>
      <w:r>
        <w:rPr>
          <w:b/>
        </w:rPr>
        <w:t xml:space="preserve">[21:15] </w:t>
      </w:r>
      <w:r>
        <w:t>basic need se zyada jo maal us ke paas hai, us ko woh khuda ke raste mein kharch kare. yeh hai usool. to yahan main kahunga ke islam mein har mamle mein ek minimum hota hai, ek maximum hota hai. minimum aur maximum har mamle mein.</w:t>
      </w:r>
    </w:p>
    <w:p>
      <w:pPr>
        <w:jc w:val="right"/>
      </w:pPr>
      <w:r>
        <w:t>کہ آپ قرآن کا ترجمہ پڑھ لیں، یا آپ کو ترجمہ پڑھنا بھی نہیں آتا تو کسی کو پڑھوا کر سن لیں۔ یہ منیمم ہوا۔ اور میکسیمم یہ ہے کہ آپ قرآن کو ڈائریکٹ طور پر اس کی عربک لینگویج میں پڑھیں اور غور کریں، غور کر کے اس کے مطلب کو سمجھیں۔ تو حدیث میں آتا ہے کہ "لکل آیت منہا زہر وبطر"</w:t>
      </w:r>
    </w:p>
    <w:p>
      <w:r>
        <w:rPr>
          <w:b/>
        </w:rPr>
        <w:t xml:space="preserve">[21:46] </w:t>
      </w:r>
      <w:r>
        <w:t>jaise quran ke mamle mein minimum yeh hai ke aap is ka translation padh len. maximum yeh hai ke aap arabi zaban seekhen aur arabi mein barah e rast, direct taur par jo quran ka text hai arabi zaban mein, us se aap quran ko padhen. to quran ke bare mein bhi minimum aur maximum hai. minimum yeh hai</w:t>
      </w:r>
    </w:p>
    <w:p>
      <w:pPr>
        <w:jc w:val="right"/>
      </w:pPr>
      <w:r>
        <w:t>۔ یعنی قرآن کی ہر آیت کا کچھ مطلب قرآن کی ہر آیت کا کچھ مطلب اس کے سطروں میں ہے، اور کچھ مطلب بانس سطور ہے، یعنی کچھ لائنز میں ہے، کچھ بٹوین دی لائنز۔ تو لائنز میں جو باتیں ہیں، وہ ہیں منیمم، اور میکسیمم یہ ہے کہ جو بٹوین دی لائنز ہے، اس کو بھی غور کر کے سمجھیں۔</w:t>
      </w:r>
    </w:p>
    <w:p>
      <w:r>
        <w:rPr>
          <w:b/>
        </w:rPr>
        <w:t xml:space="preserve">[22:17] </w:t>
      </w:r>
      <w:r>
        <w:t>ke aap quran ka tarjuma padh len, ya aap ko tarjuma padhna bhi nahi aata to kisi ko padhwa kar sun len. yeh minimum hua. aur maximum yeh hai ke aap quran ko direct taur par is ki arabic language mein padhen aur ghaur karen, ghaur kar ke is ke matlab ko samajhen. to hadith mein aata hai ke "likulli aayatin minha zahr wa batr"</w:t>
      </w:r>
    </w:p>
    <w:p>
      <w:pPr>
        <w:jc w:val="right"/>
      </w:pPr>
      <w:r>
        <w:t>تو ہر چیز میں ہر چیز میں کچھ منیمم ہوتا ہے، کچھ میکسیمم ہوتا ہے۔ تو انفاق، انفاق یعنی خدا کے راستے میں خرچ کرنا،</w:t>
      </w:r>
    </w:p>
    <w:p>
      <w:r>
        <w:rPr>
          <w:b/>
        </w:rPr>
        <w:t xml:space="preserve">[22:49] </w:t>
      </w:r>
      <w:r>
        <w:t>yani quran ki har ayat ka kuch matlab quran ki har ayat ka kuch matlab is ke satron mein hai, aur kuch matlab bans satoor hai, yani kuch lines mein hai, kuch between the lines. to lines mein jo baaten hain, woh hain minimum, aur maximum yeh hai ke jo between the lines hai, us ko bhi ghaur kar ke samajhen.</w:t>
      </w:r>
    </w:p>
    <w:p>
      <w:pPr>
        <w:jc w:val="right"/>
      </w:pPr>
      <w:r>
        <w:t>یہ جو کام ہے، تو اس کا بھی ایک منیمم ہے، ایک میکسیمم ہے۔ منیمم کیا ہے؟ منیمم ہے ڈھائی فیصد دینا اپنی کمائی میں سے۔ سال بھر، سال پورا ہونے کے بعد آپ کے پاس جو مال بچا، آپ کما رہے ہیں، خرچ کر رہے ہیں،</w:t>
      </w:r>
    </w:p>
    <w:p>
      <w:r>
        <w:rPr>
          <w:b/>
        </w:rPr>
        <w:t xml:space="preserve">[23:20] </w:t>
      </w:r>
      <w:r>
        <w:t>to har cheez mein har cheez mein kuch minimum hota hai, kuch maximum hota hai. to infaq, infaq yani khuda ke raste mein kharch karna,</w:t>
      </w:r>
    </w:p>
    <w:p>
      <w:pPr>
        <w:jc w:val="right"/>
      </w:pPr>
      <w:r>
        <w:t>تو اس کو کہتے ہیں حولان حول۔ یعنی ایک سال پورا ہونے پر جو مال آپ کے پاس بچا، اس مال میں سے آپ ڈھائی فیصد ادا کریں زکوۃ کے طور پر۔ یہ ہے منیمم۔ تو ڈھائی فیصد زکوۃ جو ہے، وہ منیمم ہے۔ اور میکسیمم کیا ہے؟ میکسیمم یہ ہے کہ</w:t>
      </w:r>
    </w:p>
    <w:p>
      <w:r>
        <w:rPr>
          <w:b/>
        </w:rPr>
        <w:t xml:space="preserve">[23:51] </w:t>
      </w:r>
      <w:r>
        <w:t>yeh jo kaam hai, to is ka bhi ek minimum hai, ek maximum hai. minimum kya hai? minimum hai dhai feesad dena apni kamai mein se. saal bhar, saal poora hone ke baad aap ke paas jo maal bacha, aap kama rahe hain, kharch kar rahe hain,</w:t>
      </w:r>
    </w:p>
    <w:p>
      <w:pPr>
        <w:jc w:val="right"/>
      </w:pPr>
      <w:r>
        <w:t>بیسک نیڈ سے زیادہ جو کچھ بھی ہے، وہ سب خدا کے راستے میں دے دیں۔ یہ ہے اسلام کا اصول۔ تو فرمایا کہ، تو فرمایا کہ "یسلون کماذاینفقون قل العفو"۔ وہ تم سے پوچھتے ہیں کہ ہم کتنا خرچ کریں؟</w:t>
      </w:r>
    </w:p>
    <w:p>
      <w:r>
        <w:rPr>
          <w:b/>
        </w:rPr>
        <w:t xml:space="preserve">[24:21] </w:t>
      </w:r>
      <w:r>
        <w:t>to us ko kehte hain haulan hawal. yani ek saal poora hone par jo maal aap ke paas bacha, us maal mein se aap dhai feesad ada karen zakat ke taur par. yeh hai minimum. to dhai feesad zakat jo hai, woh minimum hai. aur maximum kya hai? maximum yeh hai ke</w:t>
      </w:r>
    </w:p>
    <w:p>
      <w:pPr>
        <w:jc w:val="right"/>
      </w:pPr>
      <w:r>
        <w:t>کتنا کا مطلب ہے زیادہ سے زیادہ کتنا خرچ کریں؟ کیونکہ کم کا تو پتہ تھا کہ ڈھائی فیصد، وہ لوگوں کو پتہ تھا۔ ایسا نہیں کہ وہ اس کو نہ جانتے ہوں۔ وہ جب قرآن میں بہت زیادہ زور دیا گیا کہ اللہ کے راستے میں خرچ کرو، اللہ کے راستے میں خرچ کرو، تو ان کے ذہن میں یہ سوال آیا کہ جو منیمم</w:t>
      </w:r>
    </w:p>
    <w:p>
      <w:r>
        <w:rPr>
          <w:b/>
        </w:rPr>
        <w:t xml:space="preserve">[24:52] </w:t>
      </w:r>
      <w:r>
        <w:t>basic need se zyada jo kuch bhi hai, woh sab khuda ke raste mein de den. yeh hai islam ka usool. to farmaya ke, to farmaya ke "yasaloona kama tha yunfiquna qul al-a</w:t>
      </w:r>
    </w:p>
    <w:p>
      <w:pPr>
        <w:jc w:val="right"/>
      </w:pPr>
      <w:r>
        <w:t>حد ہے، ڈھائی فیصد، وہ تو ہم جانتے ہیں، لیکن میکسیمم حد کیا ہے اس معاملے میں؟ تو فرمایا کہ بیسک نیڈ سے زیادہ جو کچھ بھی ہے تمہارے پاس مال، وہ سب خدا کے راستے میں خرچ کرو۔ تو اس سے ایک اصول معلوم ہوا کہ دین کے ہر معاملے میں، ہر معامل</w:t>
      </w:r>
    </w:p>
    <w:p>
      <w:r>
        <w:rPr>
          <w:b/>
        </w:rPr>
        <w:t xml:space="preserve">[25:22] </w:t>
      </w:r>
      <w:r>
        <w:t>fu". woh tum se poochte hain ke hum kitna kharch karen?</w:t>
      </w:r>
    </w:p>
    <w:p>
      <w:pPr>
        <w:jc w:val="right"/>
      </w:pPr>
      <w:r>
        <w:t>ے میں ایک منیمم ہے، ایک میکسیمم ہے۔ یہاں تک کلمہ جو ہے، اس کا بھی منیمم اور میکسیمم ہے۔ اگر آپ نے ایک بار کلمہ پڑھ لیا تو آپ کو، تو آپ ایمان کے دائرے میں داخل ہو گئے۔ لیکن حدیث میں آتا ہے کہ "جددو ایمانکم بقول لا الہ الا اللہ"۔ اپنے ایمان کو</w:t>
      </w:r>
    </w:p>
    <w:p>
      <w:r>
        <w:rPr>
          <w:b/>
        </w:rPr>
        <w:t xml:space="preserve">[25:52] </w:t>
      </w:r>
      <w:r>
        <w:t>kitna ka matlab hai zyada se zyada kitna kharch karen? kyunke kam ka to pata tha ke dhai feesad, woh logon ko pata tha. aisa nahi ke woh us ko na jante hon. woh jab quran mein bohat zyada zor diya gaya ke Allah ke raste mein kharch karo, Allah ke raste mein kharch karo, to un ke zehen mein yeh sawal aaya ke jo minimum</w:t>
      </w:r>
    </w:p>
    <w:p>
      <w:pPr>
        <w:jc w:val="right"/>
      </w:pPr>
      <w:r>
        <w:t>ریوائیو کرتے رہو، اپنے ایمان کو تازہ کرتے رہو، یہ کہہ کر کہ لا الہ الا اللہ۔ اب دیکھیے، یہ میکسیمم ہے۔ تو ایک بار اگر آپ نے کلمہ پڑھا تو آپ ایمان کے دائرے میں داخل ہو گئے۔ یہ تھا منیمم۔ میکسیمم یہ ہے کہ آپ ڈیلی اس کو ریوائیو کرتے رہیں، اس کو، اس کو ری کال کرتے رہیں</w:t>
      </w:r>
    </w:p>
    <w:p>
      <w:r>
        <w:rPr>
          <w:b/>
        </w:rPr>
        <w:t xml:space="preserve">[26:22] </w:t>
      </w:r>
      <w:r>
        <w:t>apne mind mein is ko taza karte rahen taake aap ka, aap ka jo, aap ka jo personality building ka jo process hai, woh tezi ke sath chalta rahe. Khuda ki yaad, Khuda ki azmat, Khuda ki glory. Agar ek baar aap ne yaad kiya to bohat kam aap ke mind mein Khuda ki azmat baithe</w:t>
      </w:r>
    </w:p>
    <w:p>
      <w:pPr>
        <w:jc w:val="right"/>
      </w:pPr>
      <w:r>
        <w:t>، اپنے مائنڈ میں اس کو تازہ کرتے رہیں تاکہ آپ کا، آپ کا جو، آپ کا جو پرسنیلٹی بلڈنگ کا جو پراسیس ہے، وہ تیزی کے ساتھ چلتا رہے۔ خدا کی یاد، خدا کی عظمت، خدا کی گلوری۔ اگر ایک بار آپ نے یاد کیا تو بہت کم آپ کے مائنڈ میں خدا کی عظمت بیٹھے</w:t>
      </w:r>
    </w:p>
    <w:p>
      <w:r>
        <w:rPr>
          <w:b/>
        </w:rPr>
        <w:t xml:space="preserve">[26:52] </w:t>
      </w:r>
      <w:r>
        <w:t>gi. Lekin jab bar bar sochenge, bar bar is ko revive karenge, tab Khuda ki azmat, Khuda ki glory bohat zyada baithegi. Aap ko rozana thrilling experience hoga Khuda ke bare mein soch kar ke.</w:t>
      </w:r>
    </w:p>
    <w:p>
      <w:pPr>
        <w:jc w:val="right"/>
      </w:pPr>
      <w:r>
        <w:t>گی۔ لیکن جب بار بار سوچیں گے، بار بار اس کو ریوائیو کریں گے، تب خدا کی عظمت، خدا کی گلوری بہت زیادہ بیٹھے گی۔ آپ کو روزانہ تھرلنگ ایکسپیرینس ہوگا خدا کے بارے میں سوچ کر کے۔</w:t>
      </w:r>
    </w:p>
    <w:p>
      <w:r>
        <w:rPr>
          <w:b/>
        </w:rPr>
        <w:t xml:space="preserve">[27:23] </w:t>
      </w:r>
      <w:r>
        <w:t>is ke baad ayat number 238, 238 hai. Ayat number 238: "Qumu lillahi qaniteen". "Qumu lil</w:t>
      </w:r>
    </w:p>
    <w:p>
      <w:pPr>
        <w:jc w:val="right"/>
      </w:pPr>
      <w:r>
        <w:t>اس کے بعد آیت نمبر 238، 238 ہے۔ آیت نمبر 238: "کومو للہ کانتین"۔ "کومو لل</w:t>
      </w:r>
    </w:p>
    <w:p>
      <w:r>
        <w:rPr>
          <w:b/>
        </w:rPr>
        <w:t xml:space="preserve">[27:53] </w:t>
      </w:r>
      <w:r>
        <w:t>hi qaniteen". Yeh ayat namaz ke context mein hai, yaani jo worship hoti hai, jo namaz hoti hai, jis ko salat kaha gaya hai Quran mein, us ke context mein hai ke utho Allah ke liye qanit bankar. Qanit ka matlab hota hai ke aap ke dil mein jhukao ho</w:t>
      </w:r>
    </w:p>
    <w:p>
      <w:pPr>
        <w:jc w:val="right"/>
      </w:pPr>
      <w:r>
        <w:t>ہ کانتین"۔ یہ آیت نماز کے کنٹیکسٹ میں ہے، یعنی جو ورشپ ہوتی ہے، جو نماز ہوتی ہے، جس کو صلاۃ کہا گیا ہے قرآن میں، اس کے کنٹیکسٹ میں ہے کہ اٹھو اللہ کے لیے قانت بن کر۔ قانت کا مطلب ہوتا ہے کہ آپ کے دل میں جھکاؤ ہو</w:t>
      </w:r>
    </w:p>
    <w:p>
      <w:r>
        <w:rPr>
          <w:b/>
        </w:rPr>
        <w:t xml:space="preserve">[28:23] </w:t>
      </w:r>
      <w:r>
        <w:t>aap ka dil surrender kiye hue ho, aap ke dil mein submission ki spirit ho. Yeh hai qanit. Is se maloom hua ke namaz koi rituals ki baat nahi hai. Kuch rituals hain, us ko ada kar liya. Kuch form hai, us ko poora kar liya. Dekhen, form ka taluq aap ke body se hota hai aur qanoot ka taluq</w:t>
      </w:r>
    </w:p>
    <w:p>
      <w:pPr>
        <w:jc w:val="right"/>
      </w:pPr>
      <w:r>
        <w:t>، آپ کا دل سرینڈر کیے ہوئے ہو، آپ کے دل میں سبمیشن کی سپرٹ ہو۔ یہ ہے قانت۔ اس سے معلوم ہوا کہ نماز کوئی ریچولز کی بات نہیں ہے۔ کچھ ریچولز ہیں، اس کو ادا کر لیا۔ کچھ فارم ہے، اس کو پورا کر لیا۔ دیکھیں، فارم کا تعلق آپ کے باڈی سے ہوتا ہے اور قنوت کا تعلق</w:t>
      </w:r>
    </w:p>
    <w:p>
      <w:r>
        <w:rPr>
          <w:b/>
        </w:rPr>
        <w:t xml:space="preserve">[28:53] </w:t>
      </w:r>
      <w:r>
        <w:t>aap ke andar ke wajood se hota hai. To namaz yeh nahi hai ke ek form hai, ek set of rituals hai, aur us ko dohrate rahen, aap dohrate rahen. Yeh namaz nahi hai. Farmaya: "Qumu lillahi qaniteen". Utho Khuda ke liye, Khuda ke liye namaz parhne ke liye, submission ke sath, jhuka</w:t>
      </w:r>
    </w:p>
    <w:p>
      <w:pPr>
        <w:jc w:val="right"/>
      </w:pPr>
      <w:r>
        <w:t>آپ کے اندر کے وجود سے ہوتا ہے۔ تو نماز یہ نہیں ہے کہ ایک فارم ہے، ایک سیٹ آف ریچولز ہے، اور اس کو دہراتے رہیں، آپ دہراتے رہیں۔ یہ نماز نہیں ہے۔ فرمایا: "کومو للہ کانتین"۔ اٹھو خدا کے لیے، خدا کے لیے نماز پڑھنے کے لیے، سبمیشن کے ساتھ، جھکا</w:t>
      </w:r>
    </w:p>
    <w:p>
      <w:r>
        <w:rPr>
          <w:b/>
        </w:rPr>
        <w:t xml:space="preserve">[29:23] </w:t>
      </w:r>
      <w:r>
        <w:t>o ke sath, khushu ke sath. To dil mein agar khushu ho, submission ho, jhukao ho, tabhi woh namaz namaz hai. Sirf form ko dohrane se koi namaz namaz nahi banegi. To farmaya: "Qunoot". Farmaya ke "Qumu lillahi qaniteen". Utho namaz ke liye,</w:t>
      </w:r>
    </w:p>
    <w:p>
      <w:pPr>
        <w:jc w:val="right"/>
      </w:pPr>
      <w:r>
        <w:t>ؤ کے ساتھ، خشوع کے ساتھ۔ تو دل میں اگر خشوع ہو، سبمیشن ہو، جھکاؤ ہو، تبھی وہ نماز نماز ہے۔ صرف فارم کو دہرانے سے کوئی نماز نماز نہیں بنے گی۔ تو فرمایا: "کونٹو"۔ فرمایا کہ "کومو للہ کانتین"۔ اٹھو نماز کے لیے،</w:t>
      </w:r>
    </w:p>
    <w:p>
      <w:r>
        <w:rPr>
          <w:b/>
        </w:rPr>
        <w:t xml:space="preserve">[29:55] </w:t>
      </w:r>
      <w:r>
        <w:t>qanoot ke sath, jhukao ke sath, submission ke sath, dil mein izzat ka jazba liye hue, kyunke jab aap ja rahe hain namaz mein to aap ruku karenge, sajda karenge, apne jism ko aap jhukayenge. To jism ka jhukana asal mein andar ki spirit ka ek manifest hona chahiye, na ke wahi wahi sab kuch hai. Yaani andar jhukao jo tha, woh jhuka</w:t>
      </w:r>
    </w:p>
    <w:p>
      <w:pPr>
        <w:jc w:val="right"/>
      </w:pPr>
      <w:r>
        <w:t>قنوت کے ساتھ، جھکاؤ کے ساتھ، سبمیشن کے ساتھ، دل میں عزت کا جذبہ لیے ہوئے، کیونکہ جب آپ جا رہے ہیں نماز میں تو آپ رکوع کریں گے، سجدہ کریں گے، اپنے جسم کو آپ جھکائیں گے۔ تو جسم کا جھکانا اصل میں اندر کی سپرٹ کا ایک مینیفیسٹ ہونا چاہیے، نہ کہ وہی وہی سب کچھ ہے۔ یعنی اندر جھکاؤ جو تھا، وہ جھ</w:t>
      </w:r>
    </w:p>
    <w:p>
      <w:r>
        <w:rPr>
          <w:b/>
        </w:rPr>
        <w:t xml:space="preserve">[30:25] </w:t>
      </w:r>
      <w:r>
        <w:t>o dhal gaya ruku aur sajda mein. Yeh matlab hua ruku aur sajda ki haqeeqat yahi hai ke namazi ke dil mein jhukao tha Khuda ke liye, khushu tha Khuda ke liye, submission ki spirit thi Khuda ke liye. To woh andar ka jo spirit hai, woh jab translate hui practice mein to ruku aur sajda</w:t>
      </w:r>
    </w:p>
    <w:p>
      <w:pPr>
        <w:jc w:val="right"/>
      </w:pPr>
      <w:r>
        <w:t>کاؤ ڈھل گیا رکوع اور سجدہ میں۔ یہ مطلب ہوا رکوع اور سجدہ کی حقیقت یہی ہے کہ نمازی کے دل میں جھکاؤ تھا خدا کے لیے، خشوع تھا خدا کے لیے، سبمیشن کی سپرٹ تھی خدا کے لیے۔ تو وہ اندر کا جو سپرٹ ہے، وہ جب ٹرانسلیٹ ہوئی پریکٹس میں تو رکوع اور سجدہ</w:t>
      </w:r>
    </w:p>
    <w:p>
      <w:r>
        <w:rPr>
          <w:b/>
        </w:rPr>
        <w:t xml:space="preserve">[30:55] </w:t>
      </w:r>
      <w:r>
        <w:t>ban gaya. To namaz haqeeqat mein ek spirit ka kharji manifest hai ek spirit ka bahar ke aitbar se izhaar hai yaani dil ki spirit ka jism ke aitbar se izhaar hai. Jab yeh jab namaz mein yeh dono kaifiyat maujood ho, tab bhi woh namaz namaz hai.</w:t>
      </w:r>
    </w:p>
    <w:p>
      <w:pPr>
        <w:jc w:val="right"/>
      </w:pPr>
      <w:r>
        <w:t>بن گیا۔ تو نماز حقیقت میں ایک سپرٹ کا خارجی مینیفیسٹ ہے ایک سپرٹ کا باہر کے اعتبار سے اظہار ہے یعنی دل کی سپرٹ کا جسم کے اعتبار سے اظہار ہے۔ جب یہ جب نماز میں یہ دونوں کیفیت موجود ہو، تب بھی وہ نماز نماز ہے۔</w:t>
      </w:r>
    </w:p>
    <w:p>
      <w:r>
        <w:rPr>
          <w:b/>
        </w:rPr>
        <w:t xml:space="preserve">[31:25] </w:t>
      </w:r>
      <w:r>
        <w:t>To "Qumu lillahi qaniteen". To dil mein qanoot aur khushu aur khuzu aur ikhbat yeh sab kaifiyat jab maujood hogi, is maujoodgi, is is kaifiyat ke sath jab tum khade hoge namaz ke liye, is kaifiyat ke sath jab tum ruku karoge aur sajda karoge to wahi namaz namaz hogi. Isi namaz par</w:t>
      </w:r>
    </w:p>
    <w:p>
      <w:pPr>
        <w:jc w:val="right"/>
      </w:pPr>
      <w:r>
        <w:t>تو "کومو للہ کانتین"۔ تو دل میں قنوت اور خشوع اور خضوع اور اخبات یہ سب کیفیت جب موجود ہوگی، اس موجودگی، اس اس کیفیت کے ساتھ جب تم کھڑے ہوگے نماز کے لیے، اس کیفیت کے ساتھ جب تم رکوع کرو گے اور سجدہ کرو گے تو وہی نماز نماز ہوگی۔ اسی نماز پر</w:t>
      </w:r>
    </w:p>
    <w:p>
      <w:r>
        <w:rPr>
          <w:b/>
        </w:rPr>
        <w:t xml:space="preserve">[32:01] </w:t>
      </w:r>
      <w:r>
        <w:t>bare bare isi namaz par tum ko blessing milegi Khuda ki, isi namaz par tum ko reward milega Khuda ka. Quran mein hai ke jo log hell mein ja rahe honge to farishte un se puchenge ke kya cheez thi jis ne tum ko hell mein pohanchaya? To woh kahenge ke "Qalu lam naku minal musalleen".</w:t>
      </w:r>
    </w:p>
    <w:p>
      <w:pPr>
        <w:jc w:val="right"/>
      </w:pPr>
      <w:r>
        <w:t>بڑے بڑے اسی نماز پر تم کو بلیسنگ ملے گی خدا کی، اسی نماز پر تم کو ریوارڈ ملے گا خدا کا۔ قرآن میں ہے کہ جو لوگ ہیل میں جا رہے ہوں گے تو فرشتے ان سے پوچھیں گے کہ کیا چیز تھی جس نے تم کو ہیل میں پہنچایا؟ تو وہ کہیں گے کہ "قالو لم نکو من المصلین"۔</w:t>
      </w:r>
    </w:p>
    <w:p>
      <w:r>
        <w:rPr>
          <w:b/>
        </w:rPr>
        <w:t xml:space="preserve">[32:34] </w:t>
      </w:r>
      <w:r>
        <w:t>To woh kahenge ke hum namaz parhne walon mein na the. Woh kahenge ke hum namaz parhne walon mein na the. Doosri taraf isi Quran mein hai ke "Wailul lil musalleen". Kharabi hai namaz parhne walon ke liye. Ab dekhen ke ek hi Quran mein do baat ek taraf farmaya ke</w:t>
      </w:r>
    </w:p>
    <w:p>
      <w:pPr>
        <w:jc w:val="right"/>
      </w:pPr>
      <w:r>
        <w:t>تو وہ کہیں گے کہ ہم نماز پڑھنے والوں میں نہ تھے۔ وہ کہیں گے کہ ہم نماز پڑھنے والوں میں نہ تھے۔ دوسری طرف اسی قرآن میں ہے کہ "ویل المصلین"۔ خرابی ہے نماز پڑھنے والوں کے لیے۔ اب دیکھیں کہ ایک ہی قرآن میں دو بات ایک طرف فرمایا کہ</w:t>
      </w:r>
    </w:p>
    <w:p>
      <w:r>
        <w:rPr>
          <w:b/>
        </w:rPr>
        <w:t xml:space="preserve">[33:04] </w:t>
      </w:r>
      <w:r>
        <w:t>"Qalu lam nakumul musalleen". Hum namaz parhne wale hote to hamein paradise milti, jannat milti, aur namaz parhne wale nahi the hum to hamein hell mein jana pad raha hai. Lekin same Quran mein yeh bhi hai ke "Fawailul lil musalleen". Namaz parhne walon ke liye kharabi hai, tabahi hai, halakat hai. To dono mein kya farq hai?</w:t>
      </w:r>
    </w:p>
    <w:p>
      <w:pPr>
        <w:jc w:val="right"/>
      </w:pPr>
      <w:r>
        <w:t>"قالو لم نکمل المصلین"۔ ہم نماز پڑھنے والے ہوتے تو ہمیں پیارڈائز ملتی، جنت ملتی، اور نماز پڑھنے والے نہیں تھے ہم تو ہمیں ہیل میں جانا پڑ رہا ہے۔ لیکن سیم قرآن میں یہ بھی ہے کہ "فویل المصلین"۔ نماز پڑھنے والوں کے لیے خرابی ہے، تباہی ہے، ہلاکت ہے۔ تو دونوں میں کیا فرق ہے؟</w:t>
      </w:r>
    </w:p>
    <w:p>
      <w:r>
        <w:rPr>
          <w:b/>
        </w:rPr>
        <w:t xml:space="preserve">[33:44] </w:t>
      </w:r>
      <w:r>
        <w:t>Dono mein yeh farq hai ke woh namaz jo sirf form ke aitbar se parhi gayi ho, us par koi sawab nahi hai, balke wail hai. Jism se harkat kar di aadmi ne aur dil mein kuch bhi nahi. Dil ke andar aur dimagh ke andar jhukao nahi, submission nahi, ikhbat nahi, qanoot nahi.</w:t>
      </w:r>
    </w:p>
    <w:p>
      <w:pPr>
        <w:jc w:val="right"/>
      </w:pPr>
      <w:r>
        <w:t>دونوں میں یہ فرق ہے کہ وہ نماز جو صرف فارم کے اعتبار سے پڑھی گئی ہو، اس پر کوئی ثواب نہیں ہے، بلکہ وائل ہے۔ جسم سے حرکت کر دی آدمی نے اور دل میں کچھ بھی نہیں۔ دل کے اندر اور دماغ کے اندر جھکاؤ نہیں، سبمیشن نہیں، اخبات نہیں، قنوت نہیں۔</w:t>
      </w:r>
    </w:p>
    <w:p>
      <w:r>
        <w:rPr>
          <w:b/>
        </w:rPr>
        <w:t xml:space="preserve">[34:14] </w:t>
      </w:r>
      <w:r>
        <w:t>Upar upar jism se us ke form ko dohra diya. Aisi namazi ke liye hai wail. Aisi namaz pe koi reward nahi hai. Aur doosri namaz woh hai jis mein andar ki spirit poori tarah maujood ho, jis mein ruku aur sajda andar ki spirit ka manifest ho.</w:t>
      </w:r>
    </w:p>
    <w:p>
      <w:pPr>
        <w:jc w:val="right"/>
      </w:pPr>
      <w:r>
        <w:t>اوپر اوپر جسم سے اس کے فارم کو دہرا دیا۔ ایسی نمازی کے لیے ہے وائل۔ ایسی نماز پہ کوئی ریوارڈ نہیں ہے۔ اور دوسری نماز وہ ہے جس میں اندر کی سپرٹ پوری طرح موجود ہو، جس میں رکوع اور سجدہ اندر کی سپرٹ کا مینیفیسٹ ہو۔</w:t>
      </w:r>
    </w:p>
    <w:p>
      <w:r>
        <w:rPr>
          <w:b/>
        </w:rPr>
        <w:t xml:space="preserve">[34:44] </w:t>
      </w:r>
      <w:r>
        <w:t>Yaani ruku aur sajda alag se ek form ke taur par na ho, balke andar ki spirit ka izhaar ho, andar ki spirit ka manifest ho. Jab aisa ho, tabhi woh namaz namaz hai. Hadees mein aata hai ke ek aadmi aaya Madina mein, wahan ki jo masjid thi, us mein us ne namaz parhi.</w:t>
      </w:r>
    </w:p>
    <w:p>
      <w:pPr>
        <w:jc w:val="right"/>
      </w:pPr>
      <w:r>
        <w:t>یعنی رکوع اور سجدہ الگ سے ایک فارم کے طور پر نہ ہو، بلکہ اندر کی سپرٹ کا اظہار ہو، اندر کی سپرٹ کا مینیفیسٹ ہو۔ جب ایسا ہو، تبھی وہ نماز نماز ہے۔ حدیث میں آتا ہے کہ ایک آدمی آیا مدینہ میں، وہاں کی جو مسجد تھی، اس میں اس نے نماز پڑھی۔</w:t>
      </w:r>
    </w:p>
    <w:p>
      <w:r>
        <w:rPr>
          <w:b/>
        </w:rPr>
        <w:t xml:space="preserve">[35:15] </w:t>
      </w:r>
      <w:r>
        <w:t>Rasool Allah wahan maujood the. Namaz parh kar ke woh aap ke paas aaya ke aap ke paas baithe to aap farmate hain ke "Irji' fasalli fa innaka lam tushalli". Tum jao phir se namaz parho kyunke tum ne namaz nahi parhi. Ab dekhen ke apni samajh se to namaz parh liya tha us ne,</w:t>
      </w:r>
    </w:p>
    <w:p>
      <w:pPr>
        <w:jc w:val="right"/>
      </w:pPr>
      <w:r>
        <w:t>رسول اللہ وہاں موجود تھے۔ نماز پڑھ کر کے وہ آپ کے پاس آیا کہ آپ کے پاس بیٹھے تو آپ فرماتے ہیں کہ "ارجع فصل فانکلم تصل"۔ تم جاؤ پھر سے نماز پڑھو کیونکہ تم نے نماز نہیں پڑھی۔ اب دیکھیں کہ اپنی سمجھ سے تو نماز پڑھ لیا تھا اس نے،</w:t>
      </w:r>
    </w:p>
    <w:p>
      <w:r>
        <w:rPr>
          <w:b/>
        </w:rPr>
        <w:t xml:space="preserve">[35:47] </w:t>
      </w:r>
      <w:r>
        <w:t>lekin aap farmate hain ke tum ne namaz nahi parhi. "Irji' fasalli fa innaka lam tushalli". To baat kya hai? Us ne namaz parhi thi shakal wali, form wali, dil wali nahi, dil ke jhukao wali nahi, dil ki spirit ke sath nahi. To sab jab to form wali namaz jo hai,</w:t>
      </w:r>
    </w:p>
    <w:p>
      <w:pPr>
        <w:jc w:val="right"/>
      </w:pPr>
      <w:r>
        <w:t>لیکن آپ فرماتے ہیں کہ تم نے نماز نہیں پڑھی۔ "ارجع فصل فانکلم تصل"۔ تو بات کیا ہے؟ اس نے نماز پڑھی تھی شکل والی، فارم والی، دل والی نہیں، دل کے جھکاؤ والی نہیں، دل کی سپرٹ کے ساتھ نہیں۔ تو سب جب تو فارم والی نماز جو ہے،</w:t>
      </w:r>
    </w:p>
    <w:p>
      <w:r>
        <w:rPr>
          <w:b/>
        </w:rPr>
        <w:t xml:space="preserve">[36:18] </w:t>
      </w:r>
      <w:r>
        <w:t>form wali namaz jo hai, woh Khuda ke haan accept nahi hoti. Khuda ke haan woh namaz accept hoti hai jo sachi spirit ke sath parhi jaye. Aur sachi spirit kya hai? Woh yahi hai ke jismani harkat jo hai, ruku aur sajda jo hai, jo jismani harkat woh andar ki spirit ka izhaar ho.</w:t>
      </w:r>
    </w:p>
    <w:p>
      <w:pPr>
        <w:jc w:val="right"/>
      </w:pPr>
      <w:r>
        <w:t>فارم والی نماز جو ہے، وہ خدا کے ہاں ایکسیپٹ نہیں ہوتی۔ خدا کے ہاں وہ نماز ایکسیپٹ ہوتی ہے جو سچی سپرٹ کے ساتھ پڑھی جائے۔ اور سچی سپرٹ کیا ہے؟ وہ یہی ہے کہ جسمانی حرکت جو ہے، رکوع اور سجدہ جو ہے، جو جسمانی حرکت وہ اندر کی سپرٹ کا اظہار ہو۔</w:t>
      </w:r>
    </w:p>
    <w:p>
      <w:r>
        <w:rPr>
          <w:b/>
        </w:rPr>
        <w:t xml:space="preserve">[36:49] </w:t>
      </w:r>
      <w:r>
        <w:t>Andar ki spirit se aadmi ke andar yeh kaifiyat paida hui aur us ne is is spirit, is is dakhli spirit ne us ko jhuka diya. Is dakhli spirit ne us ko jhuka diya. To yeh jo farmaya ke "</w:t>
      </w:r>
    </w:p>
    <w:p>
      <w:pPr>
        <w:jc w:val="right"/>
      </w:pPr>
      <w:r>
        <w:t>اندر کی سپرٹ سے آدمی کے اندر یہ کیفیت پیدا ہوئی اور اس نے اس اس سپرٹ، اس اس داخلی سپرٹ نے اس کو جھکا دیا۔ اس داخلی سپرٹ نے اس کو جھکا دیا۔ تو یہ جو فرمایا کہ "</w:t>
      </w:r>
    </w:p>
    <w:p>
      <w:r>
        <w:rPr>
          <w:b/>
        </w:rPr>
        <w:t xml:space="preserve">[37:21] </w:t>
      </w:r>
      <w:r>
        <w:t>Qumu lillahi qaniteen" to is mein namaz ki haqeeqat bayan kar di ke qanoot jab ho, jab jhukao ho, khushu ho, submission ho, tab woh namaz namaz hai, warna woh namaz namaz nahi hai. Is ke baad dekhiye,</w:t>
      </w:r>
    </w:p>
    <w:p>
      <w:pPr>
        <w:jc w:val="right"/>
      </w:pPr>
      <w:r>
        <w:t>کومو للہ کانتین" تو اس میں نماز کی حقیقت بیان کر دی کہ قنوت جب ہو، جب جھکاؤ ہو، خشوع ہو، سبمیشن ہو، تب وہ نماز نماز ہے، ورنہ وہ نماز نماز نہیں ہے۔ اس کے بعد دیکھیے،</w:t>
      </w:r>
    </w:p>
    <w:p>
      <w:r>
        <w:rPr>
          <w:b/>
        </w:rPr>
        <w:t xml:space="preserve">[37:53] </w:t>
      </w:r>
      <w:r>
        <w:t>verse number 249 ko lijiye, Surah Al-Baqarah ki verse number 249. Is mein farmaya ke "Kam min fi'atin qaleelatin ghalabat fia'tan katheeratan bi'idhnillah". "Kam min fi'atin qaleelatin ghalabat fia'tan katheeratan</w:t>
      </w:r>
    </w:p>
    <w:p>
      <w:pPr>
        <w:jc w:val="right"/>
      </w:pPr>
      <w:r>
        <w:t>ورس نمبر 249 کو لیجئے، سورہ البقرہ کی ورس نمبر 249۔ اس میں فرمایا کہ "کم من فہت قلیلۃ غلبت فہتا کثیرۃ بزد اللہ"۔ "کم من فہت قلیلۃ غلبت فہتا کثیرۃ</w:t>
      </w:r>
    </w:p>
    <w:p>
      <w:r>
        <w:rPr>
          <w:b/>
        </w:rPr>
        <w:t xml:space="preserve">[38:23] </w:t>
      </w:r>
      <w:r>
        <w:t>bi'idhnillah". Is ka translation yeh hai ke kitne chhote giroh hain jo bare giroh par ghalib aate hain, Allah ke idhn se, Allah ke qanoon se.</w:t>
      </w:r>
    </w:p>
    <w:p>
      <w:pPr>
        <w:jc w:val="right"/>
      </w:pPr>
      <w:r>
        <w:t>بذن اللہ"۔ اس کا ٹرانسلیشن یہ ہے کہ کتنے چھوٹے گروہ ہیں جو بڑے گروہ پر غالب آتے ہیں، اللہ کے اذن سے، اللہ کے قانون سے۔</w:t>
      </w:r>
    </w:p>
    <w:p>
      <w:r>
        <w:rPr>
          <w:b/>
        </w:rPr>
        <w:t xml:space="preserve">[38:54] </w:t>
      </w:r>
      <w:r>
        <w:t>Yahan par dekhen, yeh koi mysterious baat nahi hai, yeh koi asrar baat nahi hai ke chhote giroh apne se zyada bare giroh par ghalib aa jaye. To kaise hota hai? Yeh mysteriously nahi hota hai, yeh koi asrar baat nahi hai. Yeh Khuda</w:t>
      </w:r>
    </w:p>
    <w:p>
      <w:pPr>
        <w:jc w:val="right"/>
      </w:pPr>
      <w:r>
        <w:t>یہاں پر دیکھیں، یہ کوئی مسٹیریس بات نہیں ہے، یہ کوئی پراسرار بات نہیں ہے کہ چھوٹا گروہ اپنے سے زیادہ بڑے گروہ پر غالب آ جائے۔ تو کیسے ہوتا ہے؟ یہ مسٹیریسلی نہیں ہوتا ہے، یہ کوئی پراسرار بات نہیں ہے۔ یہ خدا</w:t>
      </w:r>
    </w:p>
    <w:p>
      <w:r>
        <w:rPr>
          <w:b/>
        </w:rPr>
        <w:t xml:space="preserve">[39:24] </w:t>
      </w:r>
      <w:r>
        <w:t>ka jo qanoon hai, dunya mein jo law of nature hai, us ke mutabiq hota hai. bashart ke aadmi is qanoon ko samjhe aur us ko istemal karay. woh kaisay? dekhen, do groh hain, aik chota hai, aik bara, aik hi area mein. to kya hota hai?</w:t>
      </w:r>
    </w:p>
    <w:p>
      <w:pPr>
        <w:jc w:val="right"/>
      </w:pPr>
      <w:r>
        <w:t>کا جو قانون ہے، دنیا میں جو لاء آف نیچر ہے، اس کے مطابق ہوتا ہے۔ بشرط کہ آدمی اس قانون کو سمجھے اور اس کو استعمال کرے۔ وہ کیسے؟ دیکھیں، دو گروہ ہیں، ایک چھوٹا ہے، ایک بڑا، ایک ہی ایریا میں۔ تو کیا ہوتا ہے؟</w:t>
      </w:r>
    </w:p>
    <w:p>
      <w:r>
        <w:rPr>
          <w:b/>
        </w:rPr>
        <w:t xml:space="preserve">[39:54] </w:t>
      </w:r>
      <w:r>
        <w:t>khuda ka qanoon yeh hai ke chotay groh ke andar compression ki spirit jaagti hai, hard work ki spirit jaagti hai. yeh law of nature hai, yeh fitrat jo hai, insaan ki fitrat, fitrat khud active ho jati hai ke jab doosra agar woh bara hai to mein us ko compensate is tarah kar sakta hoon ke mein apni mehnat ko ziyada kar doon</w:t>
      </w:r>
    </w:p>
    <w:p>
      <w:pPr>
        <w:jc w:val="right"/>
      </w:pPr>
      <w:r>
        <w:t>خدا کا قانون یہ ہے کہ چھوٹے گروہ کے اندر کمپریشن کی سپرٹ جاگتی ہے، ہارڈ ورک کی سپرٹ جاگتی ہے۔ یہ لاء آف نیچر ہے، یہ فطرت جو ہے، انسان کی فطرت، فطرت خود ایکٹیو ہو جاتی ہے کہ جب دوسرا اگر وہ بڑا ہے تو میں اس کو کمپنسیٹ اس طرح کر سکتا ہوں کہ میں اپنی محنت کو زیادہ کر دوں</w:t>
      </w:r>
    </w:p>
    <w:p>
      <w:r>
        <w:rPr>
          <w:b/>
        </w:rPr>
        <w:t xml:space="preserve">[40:24] </w:t>
      </w:r>
      <w:r>
        <w:t>. apni mehnat ko ziyada kar ke, apni planning ko ziyada behtar kar ke, mein us ki adadi bartari ko number woh ziyada hai to mein apni planning ko ziyada behtar bana kar ke us par ghalib aa sakta hoon. yeh nature mein hai, fitrat mein hai. to woh woh hissa active</w:t>
      </w:r>
    </w:p>
    <w:p>
      <w:pPr>
        <w:jc w:val="right"/>
      </w:pPr>
      <w:r>
        <w:t>۔ اپنی محنت کو زیادہ کر کے، اپنی پلاننگ کو زیادہ بہتر کر کے، میں اس کی عددی برتری کو نمبر وہ زیادہ ہے تو میں اپنی پلاننگ کو زیادہ بہتر بنا کر کے اس پر غالب آ سکتا ہوں۔ یہ نیچر میں ہے، فطرت میں ہے۔ تو وہ وہ حصہ ایکٹی</w:t>
      </w:r>
    </w:p>
    <w:p>
      <w:r>
        <w:rPr>
          <w:b/>
        </w:rPr>
        <w:t xml:space="preserve">[40:54] </w:t>
      </w:r>
      <w:r>
        <w:t>ho jata hai. isi baat ko sheikh saadi ne aik shair mein is tarah kaha ke "nabini ke choon gurba ajiz shabad bararat bachangaal chashm piling". sheikh saadi ki kitaab hai "gulistan", us mein bohat wisdom ki baatein hain,</w:t>
      </w:r>
    </w:p>
    <w:p>
      <w:pPr>
        <w:jc w:val="right"/>
      </w:pPr>
      <w:r>
        <w:t>و ہو جاتا ہے۔ اسی بات کو شیخ سعدی نے ایک شعر میں اس طرح کہا کہ "نبینی کے چوں گربا عاجز شبد برارت بچنگال چشم پلنگ"۔ شیخ سعدی کی کتاب ہے "گلستاں"، اس میں بہت وزڈم کی باتیں ہیں،</w:t>
      </w:r>
    </w:p>
    <w:p>
      <w:r>
        <w:rPr>
          <w:b/>
        </w:rPr>
        <w:t xml:space="preserve">[41:24] </w:t>
      </w:r>
      <w:r>
        <w:t>ziyadah tar tamseel ki zabaan mein hain. to unhon ne kaha ke "nabini ke jo gurba ajiz shabad bararat bachangaal chashm piling". kya tum nahi dekhte ke billi jab ajiz ho jati hai to woh sher ki aankh nikaal leti hai apne changal se? woh kya hai? yani sher ne</w:t>
      </w:r>
    </w:p>
    <w:p>
      <w:pPr>
        <w:jc w:val="right"/>
      </w:pPr>
      <w:r>
        <w:t>زیادہ تر تمثیل کی زبان میں ہیں۔ تو انہوں نے کہا کہ "نبینی کے جو گربا عاجز شبد برارت بچنگال چشم پلنگ"۔ کیا تم نہیں دیکھتے کہ بلی جب عاجز ہو جاتی ہے تو وہ شیر کی آنکھ نکال لیتی ہے اپنے چنگل سے؟ وہ کیا ہے؟ یعنی شیر نے</w:t>
      </w:r>
    </w:p>
    <w:p>
      <w:r>
        <w:rPr>
          <w:b/>
        </w:rPr>
        <w:t xml:space="preserve">[41:54] </w:t>
      </w:r>
      <w:r>
        <w:t>hamla kiya billi ke oopar. ab billi jo hai, us waqt us ki saari energy jaag paray gi jo deserved energy hoti hai har aik ke andar. woh saara windows khul jayen gi aur jhapte gi, jhapta kar ke us ko changal se us ki aankh nikaal sakti hai. yeh kaha unhon ne.</w:t>
      </w:r>
    </w:p>
    <w:p>
      <w:pPr>
        <w:jc w:val="right"/>
      </w:pPr>
      <w:r>
        <w:t>حملہ کیا بلی کے اوپر۔ اب بلی جو ہے، اس وقت اس کی ساری انرجی جاگ پڑے گی جو ڈیزروڈ انرجی ہوتی ہے ہر ایک کے اندر۔ وہ سارا ونڈوز کھل جائیں گی اور جھپٹے گی، جھپٹ کر کے اس کو چنگل سے اس کی آنکھ نکال سکتی ہے۔ یہ کہا انہوں نے۔</w:t>
      </w:r>
    </w:p>
    <w:p>
      <w:r>
        <w:rPr>
          <w:b/>
        </w:rPr>
        <w:t xml:space="preserve">[42:25] </w:t>
      </w:r>
      <w:r>
        <w:t>to dekhiye, har insaan ke andar kuch reserved energy hoti hai, aam halat mein woh release nahi hoti. lekin jab crisis aa jaye, jab challenge aa jaye to mind us energy ko release kar deta hai. yeh aam aam tor par dekh sakte hain, aap aam tor par aap dekh sakte hain ke aik ghareeb aadmi hero ban jata hai ziyada paisa kamane ke liye.</w:t>
      </w:r>
    </w:p>
    <w:p>
      <w:pPr>
        <w:jc w:val="right"/>
      </w:pPr>
      <w:r>
        <w:t>تو دیکھیے، ہر انسان کے اندر کچھ ریزروڈ انرجی ہوتی ہے، عام حالت میں وہ ریلیز نہیں ہوتی۔ لیکن جب کرائسس آ جائے، جب چیلنج آ جائے تو مائنڈ اس انرجی کو ریلیز کر دیتا ہے۔ یہ عام عام طور پر دیکھ سکتے ہیں، آپ عام طور پر آپ دیکھ سکتے ہیں کہ ایک غریب آدمی ہیرو بن جاتا ہے زیادہ پیسہ کمانے کے لیے۔</w:t>
      </w:r>
    </w:p>
    <w:p>
      <w:r>
        <w:rPr>
          <w:b/>
        </w:rPr>
        <w:t xml:space="preserve">[42:56] </w:t>
      </w:r>
      <w:r>
        <w:t>aksar aisa hota hai, aap jantay hain. aur jo ameer paida hua, us ke andar woh energy release nahi hoti kyunke us ko challenge nahi pesh aaya. jisay kehtay hain English mein ke "he was born with silver spoon in his mouth" ke woh aadmi paida hua sone ke chamche ko apne mun</w:t>
      </w:r>
    </w:p>
    <w:p>
      <w:pPr>
        <w:jc w:val="right"/>
      </w:pPr>
      <w:r>
        <w:t>اکثر ایسا ہوتا ہے، آپ جانتے ہیں۔ اور جو امیر پیدا ہوا، اس کے اندر وہ انرجی ریلیز نہیں ہوتی کیونکہ اس کو چیلنج نہیں پیش آیا۔ جسے کہتے ہیں انگلش میں کہ "ہی واز بورن ود سلور اسپون ان ہز ماؤتھ" کہ وہ آدمی پیدا ہوا سونے کے چمچے کو اپنے من</w:t>
      </w:r>
    </w:p>
    <w:p>
      <w:r>
        <w:rPr>
          <w:b/>
        </w:rPr>
        <w:t xml:space="preserve">[43:26] </w:t>
      </w:r>
      <w:r>
        <w:t>h par le kar. "he was born with silver spoon in his mouth". to jis ka haal yeh ho ke bachpan hi mein us ko sona chandi mil gaya, aaram aur sukh mil gaya, to us ko kuch zindagi mein challenge pesh nahi aaya. jab challenge nahi pesh aaya to kya hoga? us ke mind mein jo reserved energy hai, to mind us ko rele</w:t>
      </w:r>
    </w:p>
    <w:p>
      <w:pPr>
        <w:jc w:val="right"/>
      </w:pPr>
      <w:r>
        <w:t>ہ پر لے کر۔ "ہی واز بورن ود سلور اسپون ان ہز ماؤتھ"۔ تو جس کا حال یہ ہو کہ بچپن ہی میں اس کو سونا چاندی مل گیا، آرام اور سکھ مل گیا، تو اس کو کچھ زندگی میں چیلنج پیش نہیں آیا۔ جب چیلنج نہیں پیش آیا تو کیا ہوگا؟ اس کے مائنڈ میں جو ریزروڈ انرجی ہے، تو مائنڈ اس کو ریلی</w:t>
      </w:r>
    </w:p>
    <w:p>
      <w:r>
        <w:rPr>
          <w:b/>
        </w:rPr>
        <w:t xml:space="preserve">[43:56] </w:t>
      </w:r>
      <w:r>
        <w:t>ase nahi kare ga. is ke bar aks jo aadmi aisa ho ke mushkil halaat mein paida hua, us ko zindagi ka challenge pesh aaya, to us ke andar jo reserved energy hai, to mind us ko release kar de ga. is tarah woh ziyada mehnat kare ga, ziyada hard work kare ga</w:t>
      </w:r>
    </w:p>
    <w:p>
      <w:pPr>
        <w:jc w:val="right"/>
      </w:pPr>
      <w:r>
        <w:t>ز نہیں کرے گا۔ اس کے برعکس جو آدمی ایسا ہو کہ مشکل حالات میں پیدا ہوا، اس کو زندگی کا چیلنج پیش آیا، تو اس کے اندر جو ریزروڈ انرجی ہے، تو مائنڈ اس کو ریلیز کر دے گا۔ اس طرح وہ زیادہ محنت کرے گا، زیادہ ہارڈ ورک کرے گ</w:t>
      </w:r>
    </w:p>
    <w:p>
      <w:r>
        <w:rPr>
          <w:b/>
        </w:rPr>
        <w:t xml:space="preserve">[44:26] </w:t>
      </w:r>
      <w:r>
        <w:t>a, ziyada achi planning kare ga, ziyada acha management kare ga, ziyada achay tareeqay par apne kaam ko organize kare ga. kyunke us ki jo jo reserved energy thi, woh release ho kar ke us ne us ko man se superman bana diya. to yeh matlab hai is ka "kam min fi'at qaleela ghalabat fi'at</w:t>
      </w:r>
    </w:p>
    <w:p>
      <w:pPr>
        <w:jc w:val="right"/>
      </w:pPr>
      <w:r>
        <w:t>ا، زیادہ اچھی پلاننگ کرے گا، زیادہ اچھا مینجمنٹ کرے گا، زیادہ اچھے طریقے پر اپنے کام کو ارگنائز کرے گا۔ کیونکہ اس کی جو جو ریزروڈ انرجی تھی، وہ ریلیز ہو کر کے اس نے اس کو مین سے سپر مین بنا دیا۔ تو یہ مطلب ہے اس کا "کم من فہت قلیلۃ غلبت فہ</w:t>
      </w:r>
    </w:p>
    <w:p>
      <w:r>
        <w:rPr>
          <w:b/>
        </w:rPr>
        <w:t xml:space="preserve">[44:57] </w:t>
      </w:r>
      <w:r>
        <w:t>kaseera bi'dhnillah". kitnay hi chotay groh hain jo baray groh par ghalib atay hain. yeh kya hai? yeh aik good tidings hai, yeh khushkhabri hai kis baat ki? yani agar tum dekho ke tum minority mein ho, tum chota groh ho apne samaj mein, doosron se kam ho tum. yani individual ke liye</w:t>
      </w:r>
    </w:p>
    <w:p>
      <w:pPr>
        <w:jc w:val="right"/>
      </w:pPr>
      <w:r>
        <w:t>ت کثیرۃ بذن اللہ"۔ کتنے ہی چھوٹے گروہ ہیں جو بڑے گروہ پر غالب آتے ہیں۔ یہ کیا ہے؟ یہ ایک گڈ ٹائڈنگ ہے، یہ خوشخبری ہے کس بات کی؟ یعنی اگر تم دیکھو کہ تم مائنورٹی میں ہو، تم چھوٹا گروہ ہو اپنے سماج میں، دوسروں سے کم ہو تم۔ یعنی انڈیویجول کے لیے</w:t>
      </w:r>
    </w:p>
    <w:p>
      <w:r>
        <w:rPr>
          <w:b/>
        </w:rPr>
        <w:t xml:space="preserve">[45:27] </w:t>
      </w:r>
      <w:r>
        <w:t>bhi hai, group ke liye bhi hai, dono ke liye hai. to tum ko kya chahiye? frustration mein na parho, negative negative thought ka shikar mat bano, balkay himmat se kaam lo. himmat, courage, courage se kaam lo to law of nature tumhara saath de ga. dekhen, har aisay mauqa par jab ke</w:t>
      </w:r>
    </w:p>
    <w:p>
      <w:pPr>
        <w:jc w:val="right"/>
      </w:pPr>
      <w:r>
        <w:t>بھی ہے، گروپ کے لیے بھی ہے، دونوں کے لیے ہے۔ تو تم کو کیا چاہیے؟ فرسٹریشن میں نہ پڑو، نیگیٹیو نیگیٹیو تھاٹ کا شکار مت بنو، بلکہ ہمت سے کام لو۔ ہمت، کریج، کریج سے کام لو تو لاء آف نیچر تمہارا ساتھ دے گا۔ دیکھیں، ہر ایسے موقع پر جب کہ</w:t>
      </w:r>
    </w:p>
    <w:p>
      <w:r>
        <w:rPr>
          <w:b/>
        </w:rPr>
        <w:t xml:space="preserve">[45:57] </w:t>
      </w:r>
      <w:r>
        <w:t>aadmi apne aap ko paaye disadvantageous position mein, apne ko minority mein paaye, apne aap ko kamtar position mein paaye, to aisi halat mein agar woh frustration ka shikar ho jaye, us ke andar negative thought aa jayen aur doosron ko complaint aur protest mein apne aap time laganay lag</w:t>
      </w:r>
    </w:p>
    <w:p>
      <w:pPr>
        <w:jc w:val="right"/>
      </w:pPr>
      <w:r>
        <w:t>آدمی اپنے آپ کو پائے ڈس ایڈوانٹیجس پوزیشن میں، اپنے کو مائنورٹی میں پائے، اپنے آپ کو کمتر پوزیشن میں پائے، تو ایسی حالت میں اگر وہ فرسٹریشن کا شکار ہو جائے، اس کے اندر نیگیٹیو تھاٹ آ جائیں اور دوسروں کو کمپلینٹ اور پروٹیسٹ میں اپنے آپ ٹائم لگانے لگ</w:t>
      </w:r>
    </w:p>
    <w:p>
      <w:r>
        <w:rPr>
          <w:b/>
        </w:rPr>
        <w:t xml:space="preserve">[46:27] </w:t>
      </w:r>
      <w:r>
        <w:t>ay ke yeh hain zalim, yeh hain conspiracy karne walay, unhon ne mujhe aisa kar diya hai, unhon ne mujhe aisa kar diya hai, to doosron ke khilaaf shikayat le kar agar baith jata hai woh, ya frustration mein mubtala ho kar ke, yani past himmat ho jata hai woh, to kya hoga? us ke andar jo reserved energy hai, woh release nahi hogi, woh band ki band pari rahe gi.</w:t>
      </w:r>
    </w:p>
    <w:p>
      <w:pPr>
        <w:jc w:val="right"/>
      </w:pPr>
      <w:r>
        <w:t>ے کہ یہ ہیں ظالم، یہ ہیں کانسپریسی کرنے والے، انہوں نے مجھے ایسا کر دیا ہے، انہوں نے مجھے ایسا کر دیا ہے، تو دوسروں کے خلاف شکایت لے کر اگر بیٹھ جاتا ہے وہ، یا فرسٹریشن میں مبتلا ہو کر کے، یعنی پست ہمت ہو جاتا ہے وہ، تو کیا ہوگا؟ اس کے اندر جو ریزروڈ انرجی ہے، وہ ریلیز نہیں ہوگی، وہ بند کی بند پڑی رہے گی۔</w:t>
      </w:r>
    </w:p>
    <w:p>
      <w:r>
        <w:rPr>
          <w:b/>
        </w:rPr>
        <w:t xml:space="preserve">[46:58] </w:t>
      </w:r>
      <w:r>
        <w:t>lekin agar woh himmat se kaam le, woh frustration ka shikar na ho, woh woh negativity mein na jaye, woh complaint aur protest ka tareeqa ikhtiyar na kare, apne potential ko soche, woh apne potential ko manage karne seekhay, woh apne potential ko avail karne ka dhiyan laaye</w:t>
      </w:r>
    </w:p>
    <w:p>
      <w:pPr>
        <w:jc w:val="right"/>
      </w:pPr>
      <w:r>
        <w:t>لیکن اگر وہ ہمت سے کام لے، وہ فرسٹریشن کا شکار نہ ہو، وہ وہ نیگیٹیوٹی میں نہ جائے، وہ کمپلینٹ اور پروٹیسٹ کا طریقہ اختیار نہ کرے، اپنے پوٹینشل کو سوچے، وہ اپنے پوٹینشل کو مینج کرنے سیکھے، وہ اپنے پوٹینشل کو اویل کرنے کا دھیان لائے</w:t>
      </w:r>
    </w:p>
    <w:p>
      <w:r>
        <w:rPr>
          <w:b/>
        </w:rPr>
        <w:t xml:space="preserve">[47:28] </w:t>
      </w:r>
      <w:r>
        <w:t>apne andar, to us ka matlab yeh ho gaya ke us ne apne aap ko is qabil banaya ke us ka mind us ki reserved energy ko release kare aur phir us ko man se superman bana de. to "kam min fi'at qaleela ghalabat fi'at kaseera bi'dhnillah" yeh koi mysterious baat nahi hai, balkay yeh aik good tidings hai, yeh khushkhabri hai,</w:t>
      </w:r>
    </w:p>
    <w:p>
      <w:pPr>
        <w:jc w:val="right"/>
      </w:pPr>
      <w:r>
        <w:t>اپنے اندر، تو اس کا معنی یہ ہو گیا کہ اس نے اپنے آپ کو اس قابل بنایا کہ اس کا مائنڈ اس کی ریزروڈ انرجی کو ریلیز کرے اور پھر اس کو مین سے سپر مین بنا دے۔ تو "کم من فہت قلیلۃ غلبت فہت کثیرۃ بذن اللہ" یہ کوئی مسٹیریس بات نہیں ہے، بلکہ یہ ایک گڈ ٹائڈنگ ہے، یہ خوشخبری ہے،</w:t>
      </w:r>
    </w:p>
    <w:p>
      <w:r>
        <w:rPr>
          <w:b/>
        </w:rPr>
        <w:t xml:space="preserve">[47:59] </w:t>
      </w:r>
      <w:r>
        <w:t>yeh himmat ka sabaq hai un logon ke liye jo apne aap ko disadvantageous position mein payein. to is mein yeh bataya gaya, aik hai normal situation mein tumhari ability, to normal is situation ko dekh kar agar tum rai banao ge to lagay ga ke tum kam ho. lekin</w:t>
      </w:r>
    </w:p>
    <w:p>
      <w:pPr>
        <w:jc w:val="right"/>
      </w:pPr>
      <w:r>
        <w:t>یہ ہمت کا سبق ہے ان لوگوں کے لیے جو اپنے آپ کو ڈس ایڈوانٹیجس پوزیشن میں پائیں۔ تو اس میں یہ بتایا گیا، ایک ہے نارمل سچویشن میں تمہاری ایبیلیٹی، تو نارمل اس سچویشن کو دیکھ کر اگر تم رائے بناؤ گے تو لگے گا کہ تم کم ہو۔ لیکن</w:t>
      </w:r>
    </w:p>
    <w:p>
      <w:r>
        <w:rPr>
          <w:b/>
        </w:rPr>
        <w:t xml:space="preserve">[48:30] </w:t>
      </w:r>
      <w:r>
        <w:t>jab tum apne potential ko socho le kar, jab tum apne potential ko le kar socho, yeh baat le kar socho ke law of nature mere meri side mein hai, woh law of nature yeh hai ke meri side mein hai ke mera mind jo hai, jis ke andar atha capacity hai, enormous capacity hai, isi mein se aik capacity yeh hai ke mind mein,</w:t>
      </w:r>
    </w:p>
    <w:p>
      <w:pPr>
        <w:jc w:val="right"/>
      </w:pPr>
      <w:r>
        <w:t>جب تم اپنے پوٹینشل کو سوچو لے کر، جب تم اپنے پوٹینشل کو لے کر سوچو، یہ بات لے کر سوچو کہ لاء آف نیچر میرے میری سائیڈ میں ہے، وہ لاء آف نیچر یہ ہے کہ میری سائیڈ میں ہے کہ میرا مائنڈ جو ہے، جس کے اندر اتھا کیپیسٹی ہے، انارمس کیپیسٹی ہے، اسی میں سے ایک کیپیسٹی یہ ہے کہ مائنڈ میں،</w:t>
      </w:r>
    </w:p>
    <w:p>
      <w:r>
        <w:rPr>
          <w:b/>
        </w:rPr>
        <w:t xml:space="preserve">[49:00] </w:t>
      </w:r>
      <w:r>
        <w:t>inner mind mein reserved energy maujood hoti hai, woh sirf us waqt release ki jati hai jab ke jab ke abnormal situation paida ho, jab ke challenge pesh aaye. to mind ko kaam karne ka mauqa do, khud apne andar jo soi hui salahiyat hai, jo dormant position mein hai, us ko bahar aanay ka mauqa do. aur mauqa dena yeh</w:t>
      </w:r>
    </w:p>
    <w:p>
      <w:pPr>
        <w:jc w:val="right"/>
      </w:pPr>
      <w:r>
        <w:t>انر مائنڈ میں ریزروڈ انرجی موجود ہوتی ہے، وہ صرف اس وقت ریلیز کی جاتی ہے جب کہ جب کہ اب نارمل سچویشن پیدا ہو، جب کہ چیلنج پیش آئے۔ تو مائنڈ کو کام کرنے کا موقع دو، خود اپنے اندر جو سوئی ہوئی صلاحیت ہے، جو ڈارمنٹ پوزیشن میں ہے، اس کو باہر آنے کا موقع دو۔ اور موقع دینا یہ</w:t>
      </w:r>
    </w:p>
    <w:p>
      <w:r>
        <w:rPr>
          <w:b/>
        </w:rPr>
        <w:t xml:space="preserve">[49:30] </w:t>
      </w:r>
      <w:r>
        <w:t>hai ke tum mayoosi ka shikar na ho, tum negativity ka shikar na ho, tum complaint aur protest le kar na baith jao. to yeh hai bohat bara, yeh yeh aik sabaq, bohat bari khushkhabri ya good tidings, "kam min fi'at qaleela ghalabat fi'at kaseera bi'dhnillah" yeh ayat number 249 hai ya "idhnillah</w:t>
      </w:r>
    </w:p>
    <w:p>
      <w:pPr>
        <w:jc w:val="right"/>
      </w:pPr>
      <w:r>
        <w:t>ہے کہ تم مایوسی کا شکار نہ ہو، تم نیگیٹیوٹی کا شکار نہ ہو، تم کمپلینٹ اور پروٹیسٹ لے کر نہ بیٹھ جاؤ۔ تو یہ ہے بہت بڑا، یہ یہ ایک سبق، بہت بڑی خوشخبری یا گڈ ٹائڈنگ، "کم من فہت قلیلۃ غلبت فہت کثیرۃ بذن اللہ" یہ آیت نمبر 249 ہے یا "ازن اللہ</w:t>
      </w:r>
    </w:p>
    <w:p>
      <w:r>
        <w:rPr>
          <w:b/>
        </w:rPr>
        <w:t xml:space="preserve">[50:00] </w:t>
      </w:r>
      <w:r>
        <w:t>" ka literal tarjuma hai ke Allah ki ijazat se, Allah ke sanction se. to sanction ka matlab kya hai? yahi hai law of nature ke Khuda ne jo potential tumharay liye rakh diye hain, us ko istemal honay ka mauqa do, us ko bahar aanay ka mauqa do. yeh hai idhnillah.</w:t>
      </w:r>
    </w:p>
    <w:p>
      <w:pPr>
        <w:jc w:val="right"/>
      </w:pPr>
      <w:r>
        <w:t>" کا لٹرل ترجمہ ہے کہ اللہ کی اجازت سے، اللہ کے سینکشن سے۔ تو سینکشن کا مطلب کیا ہے؟ یہی ہے لاء آف نیچر کہ خدا نے جو پوٹینشل تمہارے لیے رکھ دیے ہیں، اس کو استعمال ہونے کا موقع دو، اس کو باہر آنے کا موقع دو۔ یہ ہے اذن اللہ۔</w:t>
      </w:r>
    </w:p>
    <w:p>
      <w:r>
        <w:rPr>
          <w:b/>
        </w:rPr>
        <w:t xml:space="preserve">[50:48] </w:t>
      </w:r>
      <w:r>
        <w:t>ab dekhiye, ayat number 255 hai surah al baqarah ki ayat number 255, yeh hai jis ko hum kehtay hain ayat al kursi. ayat al kursi aik lambi ayat hai: "allahu la ilaha illa huwal hayyul qayyum la ta khuzuhu sinatun wa la nawm lahuma fis</w:t>
      </w:r>
    </w:p>
    <w:p>
      <w:pPr>
        <w:jc w:val="right"/>
      </w:pPr>
      <w:r>
        <w:t>اب دیکھیے، آیت نمبر 255 ہے سورہ البقرہ کی آیت نمبر 255، یہ ہے جس کو ہم کہتے ہیں آیت الکرسی۔ آیت الکرسی ایک لمبی آیت ہے: "اللہ لا الہ الاھو الحی القیوم لا تاخذہ سنت ولا نوم لہ ما فی الس</w:t>
      </w:r>
    </w:p>
    <w:p>
      <w:r>
        <w:rPr>
          <w:b/>
        </w:rPr>
        <w:t xml:space="preserve">[51:18] </w:t>
      </w:r>
      <w:r>
        <w:t>samawati wama fil ardi man dhal lazi yashfa'u indahu illa bi'idhnih ya'lamu ma bayna aydihim wama khalfahum wala yuheetuna bishai'im min ilmihi illa ma sha'a wasi'a kursiyus samawati wal ardi wala ya'uduhu hifzuhuma wahuwal aliyul azeem".</w:t>
      </w:r>
    </w:p>
    <w:p>
      <w:pPr>
        <w:jc w:val="right"/>
      </w:pPr>
      <w:r>
        <w:t>ماوات وما فی الارض من الذی یشفع عندہ الا باذنی یعلم ما بین ایدیہ وما خلفہم ولا ولا یحیون بشئی من المہ الا ماشاء وسع کرسی السماوات والارض ولا یعودہ حفظہما وھو العلی العظیم"۔ قرآن کی اس آیت میں</w:t>
      </w:r>
    </w:p>
    <w:p>
      <w:r>
        <w:rPr>
          <w:b/>
        </w:rPr>
        <w:t xml:space="preserve">[51:49] </w:t>
      </w:r>
      <w:r>
        <w:t>tauheed ka poora khulasa bata diya gaya hai. tauheed ka poora khulasa yani ayat number 200 55, yeh aam tor par ayat al kursi ke naam se mashhoor hai. 255 tauheed</w:t>
      </w:r>
    </w:p>
    <w:p>
      <w:pPr>
        <w:jc w:val="right"/>
      </w:pPr>
      <w:r>
        <w:t>توحید کا پورا خلاصہ بتا دیا گیا ہے۔ توحید کا پورا خلاصہ یعنی آیت نمبر 200 55، یہ عام طور پر آیت الکرسی کے نام سے مشہور ہے۔ 255 توحید</w:t>
      </w:r>
    </w:p>
    <w:p>
      <w:r>
        <w:rPr>
          <w:b/>
        </w:rPr>
        <w:t xml:space="preserve">[52:19] </w:t>
      </w:r>
      <w:r>
        <w:t>ka tasawwur agar ek ayat mein aap ko janna ho to aap is ayat ko padhein ke "woh Allah, us ke siwa koi maabood nahi, us ke siwa koi khuda nahi, woh zinda hai, woh qayyum hai"۔ qayyum maani hain sustainer, woh zinda hai, woh sustainer hai sari kainat, sari universe ka۔ is ko neend nahi aati،</w:t>
      </w:r>
    </w:p>
    <w:p>
      <w:pPr>
        <w:jc w:val="right"/>
      </w:pPr>
      <w:r>
        <w:t>کا تصور اگر ایک آیت میں آپ کو جاننا ہو تو آپ اس آیت کو پڑھیں کہ "وہ اللہ، اس کے سوا کوئی معبود نہیں، اس کے سوا کوئی خدا نہیں، وہ زندہ ہے، وہ قیوم ہے"۔ قیوم معنی ہیں سسٹینر، وہ زندہ ہے، وہ سسٹینر ہے ساری کائنات، سارے یونیورس کا۔ اس کو نیند نہیں آتی،</w:t>
      </w:r>
    </w:p>
    <w:p>
      <w:r>
        <w:rPr>
          <w:b/>
        </w:rPr>
        <w:t xml:space="preserve">[52:50] </w:t>
      </w:r>
      <w:r>
        <w:t>bhook nahi aati, is ko sab kuch jo zameen o aasman mein hai, woh isi ke liye hai۔ aur kon hai jo is ke darbar mein recommendation kare? woh khud khud sab kuch janta hai, khud faisla karta hai۔ woh janta hai jo kuch logon ke aage</w:t>
      </w:r>
    </w:p>
    <w:p>
      <w:pPr>
        <w:jc w:val="right"/>
      </w:pPr>
      <w:r>
        <w:t>بھوک نہیں آتی، اس کو سب کچھ جو زمین و آسمان میں ہے، وہ اسی کے لیے ہے۔ اور کون ہے جو اس کے دربار میں ریکمنڈیشن کرے؟ وہ خود خود سب کچھ جانتا ہے، خود فیصلہ کرتا ہے۔ وہ جانتا ہے جو کچھ لوگوں کے آگے</w:t>
      </w:r>
    </w:p>
    <w:p>
      <w:r>
        <w:rPr>
          <w:b/>
        </w:rPr>
        <w:t xml:space="preserve">[53:20] </w:t>
      </w:r>
      <w:r>
        <w:t>hai aur jo kuch logon ke peeche hai۔ yaani woh to sab kuch janta hai, lekin insan is ke janne mein share nahi kar sakta۔ woh sari kainat ka intezam kar raha hai aur thakta nahi, woh intezam karne se, aur woh sab se bara hai aur sab se ooncha hai۔</w:t>
      </w:r>
    </w:p>
    <w:p>
      <w:pPr>
        <w:jc w:val="right"/>
      </w:pPr>
      <w:r>
        <w:t>ہے اور جو کچھ لوگوں کے پیچھے ہے۔ یعنی وہ تو سب کچھ جانتا ہے، لیکن انسان اس کے جاننے میں شیئر نہیں کر سکتا۔ وہ ساری کائنات کا انتظام کر رہا ہے اور تھکتا نہیں، وہ انتظام کرنے سے، اور وہ سب سے بڑا ہے اور سب سے اونچا ہے۔</w:t>
      </w:r>
    </w:p>
    <w:p>
      <w:r>
        <w:rPr>
          <w:b/>
        </w:rPr>
        <w:t xml:space="preserve">[53:50] </w:t>
      </w:r>
      <w:r>
        <w:t>yeh hai tauheed ka tasawwur۔ tauheed ka jo concept hai, is ka ek ek ayat mein agar aap ko is ka samajhna ho ke quran mein tauheed ka concept kya hai, to aap is ayat ko padhiye۔ is mein sari baat aa gayi, khuda ki greatness, khuda ki glory</w:t>
      </w:r>
    </w:p>
    <w:p>
      <w:pPr>
        <w:jc w:val="right"/>
      </w:pPr>
      <w:r>
        <w:t>یہ ہے توحید کا تصور۔ توحید کا جو کانسیپٹ ہے، اس کا ایک ایک آیت میں اگر آپ کو اس کا سمجھنا ہو کہ قرآن میں توحید کا کانسیپٹ کیا ہے، تو آپ اس آیت کو پڑھیے۔ اس میں ساری بات آ گئی، خدا کی کا گریٹنس، خدا کی گلوری</w:t>
      </w:r>
    </w:p>
    <w:p>
      <w:r>
        <w:rPr>
          <w:b/>
        </w:rPr>
        <w:t xml:space="preserve">[54:21] </w:t>
      </w:r>
      <w:r>
        <w:t>، woh sab kuch is mein bohat hi beautiful andaaz mein bata di gayi hai۔ aam taur par jo bohat si baatein hum dekhte hain logon mein, woh isi liye hoti hain ke khuda ko log underestimate karte hain۔ is ayat mein khuda ki jo barai bayan ki gayi hai, woh dhyan mein kisi ko ho</w:t>
      </w:r>
    </w:p>
    <w:p>
      <w:pPr>
        <w:jc w:val="right"/>
      </w:pPr>
      <w:r>
        <w:t>، وہ سب کچھ اس میں بہت ہی بیوٹی فل انداز میں بتا دی گئی ہے۔ عام طور پر جو بہت سی باتیں ہم دیکھتے ہیں لوگوں میں، وہ اسی لیے ہوتی ہیں کہ خدا کو لوگ انڈر اسٹیمیٹ کرتے ہیں۔ اس آیت میں خدا کی جو بڑائی بیان کی گئی ہے، وہ دھیان میں کسی کو ہو</w:t>
      </w:r>
    </w:p>
    <w:p>
      <w:r>
        <w:rPr>
          <w:b/>
        </w:rPr>
        <w:t xml:space="preserve">[54:52] </w:t>
      </w:r>
      <w:r>
        <w:t>، woh agar dhyan mein kisi ko ho to woh sari baatein jis ko aap shirk kehte hain, shirk khafi ya shirk jali, woh apne aap khatam ho jayegi, apne aap khatam ho jayegi۔ is azmat wale khuda ka tasawwur aadmi ko har doosri cheez ko hadaf kar deta hai, minus kar deta hai۔ jab bhi aadmi kisi aur ko bara maane, kisi aur se umeed rakhe</w:t>
      </w:r>
    </w:p>
    <w:p>
      <w:pPr>
        <w:jc w:val="right"/>
      </w:pPr>
      <w:r>
        <w:t>، وہ اگر دھیان میں کسی کو ہو تو وہ ساری باتیں جس کو آپ شرک کہتے ہیں، شرک خفی یا شرک جلی، وہ اپنے آپ ختم ہو جائے گی، اپنے آپ ختم ہو جائے گی۔ اس عظمت والے خدا کا تصور آدمی کو ہر دوسری چیز کو حذف کر دیتا ہے، مائنس کر دیتا ہے۔ جب بھی آدمی کسی اور کو بڑا مانے، کسی اور سے امید رکھے</w:t>
      </w:r>
    </w:p>
    <w:p>
      <w:r>
        <w:rPr>
          <w:b/>
        </w:rPr>
        <w:t xml:space="preserve">[55:22] </w:t>
      </w:r>
      <w:r>
        <w:t>، kisi aur se dua kare, kisi aur se woh apni haajatein maange, kisi aur se dare, kisi aur se mohabbat kare, to yeh sab sirf is waqt hota hai jab ke khuda ki azmat ka jo concept hai, woh is ke zehan se nikal gaya ho۔ is ayat ul kursi mein</w:t>
      </w:r>
    </w:p>
    <w:p>
      <w:pPr>
        <w:jc w:val="right"/>
      </w:pPr>
      <w:r>
        <w:t>، کسی اور سے دعا کرے، کسی اور سے وہ اپنی حاجتیں مانگے، کسی اور سے ڈرے، کسی اور سے محبت کرے، تو یہ سب صرف اس وقت ہوتا ہے جب کہ خدا کی عظمت کا جو کانسیپٹ ہے، وہ اس کے ذہن سے نکل گیا ہو۔ اس آیت الکرسی میں</w:t>
      </w:r>
    </w:p>
    <w:p>
      <w:r>
        <w:rPr>
          <w:b/>
        </w:rPr>
        <w:t xml:space="preserve">[55:52] </w:t>
      </w:r>
      <w:r>
        <w:t>jis tareeqe se khuda ka introduction diya gaya hai, us tarah se agar aap ke aap ke mind mein is ka tasawwur baitha hua ho to sab kuch minus ho jata hai۔ har cheez helpless hai, koi bhi cheez aisi nahi hai jis ke paas koi barai ho, khuda ke siwa۔ sari barai khuda ke liye hai, sari qudrat khuda</w:t>
      </w:r>
    </w:p>
    <w:p>
      <w:pPr>
        <w:jc w:val="right"/>
      </w:pPr>
      <w:r>
        <w:t>جس طریقے سے خدا کا انٹروڈکشن دیا گیا ہے، اس طرح سے اگر آپ کے آپ کے مائنڈ میں اس کا تصور بیٹھا ہوا ہو تو سب کچھ مائنس ہو جاتا ہے۔ ہر چیز ہیلپ لیس ہے، کوئی بھی چیز ایسی نہیں ہے جس کے پاس کوئی بڑائی ہو، خدا کے سوا۔ ساری بڑائی خدا کے لیے ہے، ساری قدرت خدا</w:t>
      </w:r>
    </w:p>
    <w:p>
      <w:r>
        <w:rPr>
          <w:b/>
        </w:rPr>
        <w:t xml:space="preserve">[56:22] </w:t>
      </w:r>
      <w:r>
        <w:t>ke liye hai, sara ikhtiyar khuda ke liye hai, aur khuda na to thakta, na is ko neend aati, na woh kabhi aaram karta۔ khuda is se zyada bara hai ke is ko aaram ki zaroorat pesh aaye۔ yeh hum hain jin ko aaram ki zaroorat pesh aati hai۔ hamare body ka degeneration hota rehta hai،</w:t>
      </w:r>
    </w:p>
    <w:p>
      <w:pPr>
        <w:jc w:val="right"/>
      </w:pPr>
      <w:r>
        <w:t>کے لیے ہے، سارا اختیار خدا کے لیے ہے، اور خدا نہ تو تھکتا، نہ اس کو نیند آتی، نہ وہ کبھی آرام کرتا۔ خدا اس سے زیادہ بڑا ہے کہ اس کو آرام کی ضرورت پیش آئے۔ یہ ہم ہیں جن کو آرام کی ضرورت پیش آتی ہے۔ ہمارے باڈی کا ڈی جنریشن ہوتا رہتا ہے،</w:t>
      </w:r>
    </w:p>
    <w:p>
      <w:r>
        <w:rPr>
          <w:b/>
        </w:rPr>
        <w:t xml:space="preserve">[56:52] </w:t>
      </w:r>
      <w:r>
        <w:t>lekin khuda ka koi khuda is law se ooper hai, law of generation, law of degeneration se ooper hai۔ khuda, khuda agar law of degeneration se ooper na ho to woh khuda hi nahi hai۔ phir woh to khuda ki greatness ka, khuda ki glory ka is ayat mein jis tareeqe se</w:t>
      </w:r>
    </w:p>
    <w:p>
      <w:pPr>
        <w:jc w:val="right"/>
      </w:pPr>
      <w:r>
        <w:t>لیکن خدا کا کوئی خدا اس لاء سے اوپر ہے، لاء آف جنریشن، لاء آف ڈی جنریشن سے اوپر ہے۔ خدا، خدا اگر لاء آف ڈی جنریشن سے اوپر نہ ہو تو وہ خدا ہی نہیں ہے۔ پھر وہ تو خدا کی گریٹنس کا، خدا کی گلوری کا اس آیت میں جس طریقے سے</w:t>
      </w:r>
    </w:p>
    <w:p>
      <w:r>
        <w:rPr>
          <w:b/>
        </w:rPr>
        <w:t xml:space="preserve">[57:23] </w:t>
      </w:r>
      <w:r>
        <w:t>taaruf diya gaya hai, woh agar aadmi ke dil mein baith jaye, aadmi ke dimagh mein baith jaye to wohi hoga jo quran mein kaha gaya hai ke "walladhina amanu ashadd hubban lillah"۔ jo believers hain, woh sab se zyada mohabbat karte hain khuda se, aur doosri jagah farmaya ke "wa lam yakhsha illa Allah"۔ is ke dil</w:t>
      </w:r>
    </w:p>
    <w:p>
      <w:pPr>
        <w:jc w:val="right"/>
      </w:pPr>
      <w:r>
        <w:t>تعارف دیا گیا ہے، وہ اگر آدمی کے دل میں بیٹھ جائے، آدمی کے دماغ میں بیٹھ جائے تو وہی ہوگا جو قرآن میں کہا گیا ہے کہ "والذی نعمن اشد حبا للہ"۔ جو بلیورز ہیں، وہ سب سے زیادہ محبت کرتے ہیں خدا سے، اور دوسری جگہ فرمایا کہ "ولم یخش الا اللہ"۔ اس کے دل</w:t>
      </w:r>
    </w:p>
    <w:p>
      <w:r>
        <w:rPr>
          <w:b/>
        </w:rPr>
        <w:t xml:space="preserve">[57:53] </w:t>
      </w:r>
      <w:r>
        <w:t>mein darr nahi hota, siwa khuda ke, sirf khuda ka darr hota hai۔ isi tarah quran mein farmaya ke "idha dhukir Allah wajilat quloobuhum"۔ momin to woh hai ke jab khuda ka zikr kiya jaye is ke samne to is ka dil dahal uthe, dil dahal uthe۔ "innal momineenalladhina dhukir Allah wajilat quloobuhum"۔</w:t>
      </w:r>
    </w:p>
    <w:p>
      <w:pPr>
        <w:jc w:val="right"/>
      </w:pPr>
      <w:r>
        <w:t>میں ڈر نہیں ہوتا، سوا خدا کے، صرف خدا کا ڈر ہوتا ہے۔ اسی طرح قرآن میں فرمایا کہ "اذا ذکر اللہ وجلت قلوبہم"۔ مومن تو وہ ہے کہ جب خدا کا ذکر کیا جائے اس کے سامنے تو اس کا دل دہل اٹھے، دل دہل اٹھے۔ "ان المومنون الذین ذکر اللہ وجلت قلوبہم"۔</w:t>
      </w:r>
    </w:p>
    <w:p>
      <w:r>
        <w:rPr>
          <w:b/>
        </w:rPr>
        <w:t xml:space="preserve">[58:24] </w:t>
      </w:r>
      <w:r>
        <w:t>momin woh hain ke jab un ke samne khuda ka zikr kiya jaye to un ka dil dahal uthe۔ to jo concept khuda ka hai, tauheed ka hai, is ayat mein woh aadmi ke dil par, woh aadmi ke zehan mein wazeh ho, woh is aadmi ke dil mein baitha hua ho to is ka haal yahi hoga۔ is ko darr</w:t>
      </w:r>
    </w:p>
    <w:p>
      <w:pPr>
        <w:jc w:val="right"/>
      </w:pPr>
      <w:r>
        <w:t>مومن وہ ہیں کہ جب ان کے سامنے خدا کا ذکر کیا جائے تو ان کا دل دہل اٹھے۔ تو جو کانسیپٹ خدا کا ہے، توحید کا ہے، اس آیت میں وہ آدمی کے دل پر، وہ آدمی کے ذہن میں واضح ہو، وہ اس آدمی کے دل میں بیٹھا ہوا ہو تو اس کا حال یہی ہوگا۔ اس کو ڈر</w:t>
      </w:r>
    </w:p>
    <w:p>
      <w:r>
        <w:rPr>
          <w:b/>
        </w:rPr>
        <w:t xml:space="preserve">[58:54] </w:t>
      </w:r>
      <w:r>
        <w:t>hoga to khuda ka darr hoga, is ko mohabbat hogi to khuda se mohabbat hogi۔ khuda ko soch kar is ke andar thrill paida hoga۔ thrill! dekhein, agar yeh kaifiyatein na hon kisi ke andar, yaani agar woh koi kahe ke main khuda ko manta hoon, agar koi mujh se bole ke main to khuda ko manta hoon, lekin</w:t>
      </w:r>
    </w:p>
    <w:p>
      <w:pPr>
        <w:jc w:val="right"/>
      </w:pPr>
      <w:r>
        <w:t>ہوگا تو خدا کا ڈر ہوگا، اس کو محبت ہوگی تو خدا سے محبت ہوگی۔ خدا کو سوچ کر اس کے اندر تھرل پیدا ہوگا۔ تھرل! دیکھیں، اگر یہ کیفیتیں نہ ہوں کسی کے اندر، یعنی اگر وہ کوئی کہے کہ میں خدا کو مانتا ہوں، اگر کوئی مجھ سے بولے کہ میں تو خدا کو مانتا ہوں، لیکن</w:t>
      </w:r>
    </w:p>
    <w:p>
      <w:r>
        <w:rPr>
          <w:b/>
        </w:rPr>
        <w:t xml:space="preserve">[59:25] </w:t>
      </w:r>
      <w:r>
        <w:t>us ke andar yeh kaifiyat na ho ke sab se zyada darr is ko khuda ka ho, yeh kaifiyat na ho ke sab se zyada mohabbat woh khuda se kare, yeh kaifiyat na ho ke khuda ka naam lene par is ka dil mein dhal uthe, is ke andar thrill paida ho jata ho۔ agar yeh baatein na hon to samajh lijiye ke woh lift service ke taur par khuda ko manta hai۔ is ko khuda ki discovery nahi hui</w:t>
      </w:r>
    </w:p>
    <w:p>
      <w:pPr>
        <w:jc w:val="right"/>
      </w:pPr>
      <w:r>
        <w:t>اس کے اندر یہ کیفیت نہ ہو کہ سب سے زیادہ ڈر اس کو خدا کا ہو، یہ کیفیت نہ ہو کہ سب سے زیادہ محبت وہ خدا سے کرے، یہ کیفیت نہ ہو کہ خدا کا نام لینے پر اس کا دل میں دھل اٹھے، اس کے اندر تھرل پیدا ہو جاتا ہو۔ اگر یہ باتیں نہ ہوں تو سمجھ لیجئے کہ وہ لفٹ سروس کے طور پر خدا کو مانتا ہے۔ اس کو خدا کی ڈسکوری نہیں ہوئی</w:t>
      </w:r>
    </w:p>
    <w:p>
      <w:r>
        <w:rPr>
          <w:b/>
        </w:rPr>
        <w:t xml:space="preserve">[59:57] </w:t>
      </w:r>
      <w:r>
        <w:t>، is ko khuda ka realization nahi hua۔ khuda ka koi bohat hi reduced form is ke mind mein hai۔ khuda ka bohat hi reduced form۔ to yeh hai criterion is baat ka ke kon aadmi khuda ko manta hai ya nahi manta</w:t>
      </w:r>
    </w:p>
    <w:p>
      <w:pPr>
        <w:jc w:val="right"/>
      </w:pPr>
      <w:r>
        <w:t>، اس کو خدا کا ریلائزیشن نہیں ہوا۔ خدا کا کوئی بہت ہی ریڈیوسڈ فارم اس کے مائنڈ میں ہے۔ خدا کا بہت ہی ریڈیوسڈ فارم۔ تو یہ ہے کرائٹیرین اس بات کا کہ کون آدمی خدا کو مانتا ہے یا نہیں مانتا</w:t>
      </w:r>
    </w:p>
    <w:p>
      <w:r>
        <w:rPr>
          <w:b/>
        </w:rPr>
        <w:t xml:space="preserve">[1:00:27] </w:t>
      </w:r>
      <w:r>
        <w:t>ke agar is ke andar yeh kaifiyatein hon tab woh khuda ko maan raha hai, warna woh khuda ko maanne wala nahi hai۔ is ka maanna sirf lip service hai۔ aqool qawli hadha wastaghfirullaha li walakum ajmaeen۔</w:t>
      </w:r>
    </w:p>
    <w:p>
      <w:pPr>
        <w:jc w:val="right"/>
      </w:pPr>
      <w:r>
        <w:t>کہ اگر اس کے اندر یہ کیفیتیں ہوں تب وہ خدا کو مان رہا ہے، ورنہ وہ خدا کو ماننے والا نہیں ہے۔ اس کا ماننا صرف لپ سروس ہے۔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