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 Session, November 28, 2013</w:t>
      </w:r>
    </w:p>
    <w:p>
      <w:r>
        <w:t>https://www.youtube.com/watch?v=DvwywcoXWf0</w:t>
      </w:r>
    </w:p>
    <w:p>
      <w:r>
        <w:rPr>
          <w:b/>
        </w:rPr>
        <w:t xml:space="preserve">[00:12] </w:t>
      </w:r>
      <w:r>
        <w:t>maulana bombay se hain, mahboob bol raha hoon. aah, mera sawal talif-e-qalb ko le kar hai, maulana. kya talif-e-qalb ki bhi koi had hoti hai? yeh main janna chahta hoon, maulana.</w:t>
      </w:r>
    </w:p>
    <w:p>
      <w:pPr>
        <w:jc w:val="right"/>
      </w:pPr>
      <w:r>
        <w:t>مولانا بمبئی سے ہیں، محبوب بول رہا ہوں۔ آہ، میرا سوال تالیفِ قلب کو لے کر ہے، مولانا۔ کیا تالیفِ قلب کی بھی کوئی حد ہوتی ہے؟ یہ میں جاننا چاہتا ہوں، مولانا۔</w:t>
      </w:r>
    </w:p>
    <w:p>
      <w:r>
        <w:rPr>
          <w:b/>
        </w:rPr>
        <w:t xml:space="preserve">[00:22] </w:t>
      </w:r>
      <w:r>
        <w:t>bhai, main to yahi jaanta hoon, koi had nahi hai. had kyun ho gi? agar aap ke dil mein humdardi hai mad'u ki, to had kyun ho gi? main to samajhta hoon ke rasool Allah sal-lal-lahu alaihi wa-sallam ne aisi misalein qaim ki hain ke had se bhi aage ki misaal hai. misaal ke taur par dekhiye, rasool Allah sal-lal-lahu alaihi wa-sallam hijrat kar ke jab madina gaye,</w:t>
      </w:r>
    </w:p>
    <w:p>
      <w:pPr>
        <w:jc w:val="right"/>
      </w:pPr>
      <w:r>
        <w:t>بھئی، میں تو یہی جانتا ہوں، کوئی حد نہیں ہے۔ حد کیوں ہو گی؟ اگر آپ کے دل میں ہمدردی ہے مدعو کی، تو حد کیوں ہو گی؟ میں تو سمجھتا ہوں کہ رسول اللہ صلی اللہ علیہ وسلم نے ایسی مثالیں قائم کی ہیں کہ حد سے بھی آگے کی مثال ہے۔ مثال کے طور پر دیکھیے، رسول اللہ صلی اللہ علیہ وسلم ہجرت کر کے جب مدینہ گئے،</w:t>
      </w:r>
    </w:p>
    <w:p>
      <w:r>
        <w:rPr>
          <w:b/>
        </w:rPr>
        <w:t xml:space="preserve">[00:53] </w:t>
      </w:r>
      <w:r>
        <w:t>to us waqt madine mein taqreeban 50% yahood thay. un ka dabdaba tha, maashi aitbaar se aur har aitbaar se. to rasool Allah sal-lal-lahu alaihi wa-sallam ne taqreeban 16 mahine tak yahoodi qible ki taraf rukh kar ke namaz parhi. aap ghaur kijiye ke aaj koi aalim-e-deen aap ko fatwa</w:t>
      </w:r>
    </w:p>
    <w:p>
      <w:pPr>
        <w:jc w:val="right"/>
      </w:pPr>
      <w:r>
        <w:t>تو اس وقت مدینے میں تقریباً 50% یہود تھے۔ ان کا دبدبہ تھا، معاشی اعتبار سے اور ہر اعتبار سے۔ تو رسول اللہ صلی اللہ علیہ وسلم نے تقریباً 16 مہینے تک یہودی قبلے کی طرف رخ کر کے نماز پڑھی۔ آپ غور کیجیے کہ آج کوئی عالمِ علم آپ کو فتوی</w:t>
      </w:r>
    </w:p>
    <w:p>
      <w:r>
        <w:rPr>
          <w:b/>
        </w:rPr>
        <w:t xml:space="preserve">[01:23] </w:t>
      </w:r>
      <w:r>
        <w:t>de sakta hai? ke aap kaba ke bajaye rukh karein qutb-e-minar ki taraf, to kahega tumhari namaz ho gi nahi? namaz itni ahem cheez hai ke agar kaba ke siwa kisi aur taraf rukh karein to namaz hi nahi hoti. sari namaz batil ho jati hai. to jab tak rasool Allah thay makkah mein, to kaba ki taraf rukh kar ke namaz padhte thay. hazrat ibra</w:t>
      </w:r>
    </w:p>
    <w:p>
      <w:pPr>
        <w:jc w:val="right"/>
      </w:pPr>
      <w:r>
        <w:t>ٰ دے سکتا ہے؟ کہ آپ کعبہ کے بجائے رخ کریں قطبِ منار کی طرف، تو کہے گا تمہاری نماز ہو گی نہیں؟ نماز اتنی اہم چیز ہے کہ اگر کعبہ کے سوا کسی اور طرف رخ کریں تو نماز ہی نہیں ہوتی۔ ساری نماز باطل ہو جاتی ہے۔ تو جب تک رسول اللہ تھے مکہ میں، تو کعبہ کی طرف رخ کر کے نماز پڑھتے تھے۔ حضرت ابرا</w:t>
      </w:r>
    </w:p>
    <w:p>
      <w:r>
        <w:rPr>
          <w:b/>
        </w:rPr>
        <w:t xml:space="preserve">[01:53] </w:t>
      </w:r>
      <w:r>
        <w:t>heem ke zamane se yahi chala aa raha tha. wahan gaye to 16 mahine tak aap ne yahoodi qible ki taraf namaz padhna shuru kar diya. aur tafseer mein likha hua hai ke aap ne aisa kiya: "talif-an lil yahood". talif-an lil yahood, yahood ki talif-e-qalb ke liye. yeh likha hua hai. to main to samajhta hoon ke had se bhi aage ka maamla yeh hai.</w:t>
      </w:r>
    </w:p>
    <w:p>
      <w:pPr>
        <w:jc w:val="right"/>
      </w:pPr>
      <w:r>
        <w:t>ہیم کے زمانے سے یہی چلا آ رہا تھا۔ وہاں گئے تو 16 مہینے تک آپ نے یہودی قبلے کی طرف نماز پڑھنا شروع کر دیا۔ اور تفسیر میں لکھا ہوا ہے کہ آپ نے ایسا کیا: "تألیفاً لليهود"۔ تألیفاً لليهود، یہود کی تالیفِ قلب کے لیے۔ یہ لکھا ہوا ہے۔ تو میں تو سمجھتا ہوں کہ حد سے بھی آگے کا معاملہ یہ ہے۔</w:t>
      </w:r>
    </w:p>
    <w:p>
      <w:r>
        <w:rPr>
          <w:b/>
        </w:rPr>
        <w:t xml:space="preserve">[02:23] </w:t>
      </w:r>
      <w:r>
        <w:t>koi had jo aap ke zehen mein aati ho gi, us se aage ka maamla yeh hai. talif-an lil yahood. to main samajhta hoon ke talif-e-qalb ke maamle mein koi had nahi hai. aur jitna zyada mumkin ho, aap ko talif-e-qalb karni chahiye taake dawat ke liye logon ke dil mein saaf corner paida ho. talif ka maqsad hai logon ke dil mein</w:t>
      </w:r>
    </w:p>
    <w:p>
      <w:pPr>
        <w:jc w:val="right"/>
      </w:pPr>
      <w:r>
        <w:t>کوئی حد جو آپ کے ذہن میں آتی ہو گی، اس سے آگے کا معاملہ یہ ہے۔ تألیفاً لليهود۔ تو میں سمجھتا ہوں کہ تالیفِ قلب کے معاملے میں کوئی حد نہیں ہے۔ اور جتنا زیادہ ممکن ہو، آپ کو تالیفِ قلب کرنی چاہیے تاکہ دعوت کے لیے لوگوں کے دل میں صاف کارنر پیدا ہو۔ تالیف کا مقصد ہے لوگوں کے دلوں میں</w:t>
      </w:r>
    </w:p>
    <w:p>
      <w:r>
        <w:rPr>
          <w:b/>
        </w:rPr>
        <w:t xml:space="preserve">[02:53] </w:t>
      </w:r>
      <w:r>
        <w:t>dawat ke liye saaf corner paida karna.</w:t>
      </w:r>
    </w:p>
    <w:p>
      <w:pPr>
        <w:jc w:val="right"/>
      </w:pPr>
      <w:r>
        <w:t>دعوت کے لیے صاف کارنر پیدا کرنا۔</w:t>
      </w:r>
    </w:p>
    <w:p>
      <w:r>
        <w:rPr>
          <w:b/>
        </w:rPr>
        <w:t xml:space="preserve">[02:58] </w:t>
      </w:r>
      <w:r>
        <w:t>main abdul aleem, hyderabad se baat kar raha hoon. maulana, aap ki dawat ki sari baat se poora ittefaq hai. main yeh janna chahta hoon ke dawat ki ahliyat kya hai? kya har aadmi jo insani shakal mein musalman ho, kya us se dawat ki tawaqqo ki jaye? ya kuch bunyadi ahliyat ya qabliyat bhi hoti hai?</w:t>
      </w:r>
    </w:p>
    <w:p>
      <w:pPr>
        <w:jc w:val="right"/>
      </w:pPr>
      <w:r>
        <w:t>میں عبدالعلیم، حیدرآباد سے بات کر رہا ہوں۔ مولانا، آپ کی دعوت کی ساری بات سے پورا اتفاق ہے۔ میں یہ جاننا چاہتا ہوں کہ دعوت کی اہلیت کیا ہے؟ کیا ہر آدمی جو انسانی شکل میں مسلمان ہو، کیا اس سے دعوت کی توقع کی جائے؟ یا کچھ بنیادی اہلیت یا قابلیت بھی ہوتی ہے؟</w:t>
      </w:r>
    </w:p>
    <w:p>
      <w:r>
        <w:rPr>
          <w:b/>
        </w:rPr>
        <w:t xml:space="preserve">[03:18] </w:t>
      </w:r>
      <w:r>
        <w:t>dekhiye, agar aap ko farz kijiye ke taqreer aur tehreer karna ho, tab to aap ko deen ka aalim hona chahiye. lekin printing press ke zamane mein is ki zaroorat nahi. aap ko chupa hua literature hai, chupa hua quran majeed hai, woh dete rahiye. to andha behra bhi kar sakta hai. koi bhi kar sakta hai. ahliyat ka sawal qadeem zamane mein ho sakta tha, printing press ke zamane mein ahliyat ka koi sawal nahi.</w:t>
      </w:r>
    </w:p>
    <w:p>
      <w:pPr>
        <w:jc w:val="right"/>
      </w:pPr>
      <w:r>
        <w:t>دیکھیے، اگر آپ کو فرض کیجیے کہ تقریر اور تحریر کرنا ہو، تب تو آپ کو دین کا عالم ہونا چاہیے۔ لیکن پرنٹنگ پریس کے زمانے میں اس کی ضرورت نہیں۔ آپ کو چھپا ہوا لٹریچر ہے، چھپا ہوا قرآن مجید ہے، وہ دیتے رہیے۔ تو اندھا بہرا بھی کر سکتا ہے۔ کوئی بھی کر سکتا ہے۔ اہلیت کا سوال قدیم زمانے میں ہو سکتا تھا، پرنٹنگ پریس کے زمانے میں اہلیت کا کوئی سوال نہیں۔</w:t>
      </w:r>
    </w:p>
    <w:p>
      <w:r>
        <w:rPr>
          <w:b/>
        </w:rPr>
        <w:t xml:space="preserve">[03:50] </w:t>
      </w:r>
      <w:r>
        <w:t>aik rickshaw chalane wale aik sahib hain kisi shehar mein, mujhe maloom hua, rickshaw chalate hain woh, aur quran ka chupa hua tarjuma apne paas rakhte hain. aur parhe likhe nahi hain woh, bas jo aata hai us ko aik de dete hain musafir ko. to printing press ke zamane mein ahliyat ka sawal bilkul irrelevant ho chuka hai. pehle yeh sawal ho sakta tha.</w:t>
      </w:r>
    </w:p>
    <w:p>
      <w:pPr>
        <w:jc w:val="right"/>
      </w:pPr>
      <w:r>
        <w:t>ایک رکشہ چلانے والے ایک صاحب ہیں کسی شہر میں، مجھے معلوم ہوا، رکشہ چلاتے ہیں وہ، اور قرآن کا چھپا ہوا ترجمہ اپنے پاس رکھتے ہیں۔ اور پڑھے لکھے نہیں ہیں وہ، بس جو آتا ہے اس کو ایک دے دیتے ہیں مسافر کو۔ تو پرنٹنگ پریس کے زمانے میں اہلیت کا سوال بالکل irrelevant ہو چکا ہے۔ پہلے یہ سوال ہو سکتا تھا۔</w:t>
      </w:r>
    </w:p>
    <w:p>
      <w:r>
        <w:rPr>
          <w:b/>
        </w:rPr>
        <w:t xml:space="preserve">[04:22] </w:t>
      </w:r>
      <w:r>
        <w:t>khud agar kar sakta hai to khud kare, nahi to chupi hui shakal mein cheezein maujood hain, us ko distribute kare.</w:t>
      </w:r>
    </w:p>
    <w:p>
      <w:pPr>
        <w:jc w:val="right"/>
      </w:pPr>
      <w:r>
        <w:t>خود اگر کر سکتا ہے تو خود کرے، نہیں تو چھپی ہوئی شکل میں چیزیں موجود ہیں، اس کو distribute کرے۔</w:t>
      </w:r>
    </w:p>
    <w:p>
      <w:r>
        <w:rPr>
          <w:b/>
        </w:rPr>
        <w:t xml:space="preserve">[04:28] </w:t>
      </w:r>
      <w:r>
        <w:t>maulana, yeh sawal miss naghma siddiqui ne kiya hai, delhi se. unhon ne poocha hai aap se. unhon ne likha hai ke "you said we should not underestimate our responsibility and god's blessings. does this mean that we only think of our duty while having feelings of helplessness? then have full faith that god's help will come to do the</w:t>
      </w:r>
    </w:p>
    <w:p>
      <w:pPr>
        <w:jc w:val="right"/>
      </w:pPr>
      <w:r>
        <w:t>مولانا، یہ سوال مس نغمہ صدیقی نے کیا ہے، دلی سے۔ انہوں نے پوچھا ہے آپ سے۔ انہوں نے لکھا ہے کہ "You said we should not underestimate our responsibility and God's blessings. Does this mean that we only think of our duty while having feelings of helplessness? Then have full faith that God's help will come to do the</w:t>
      </w:r>
    </w:p>
    <w:p>
      <w:r>
        <w:rPr>
          <w:b/>
        </w:rPr>
        <w:t xml:space="preserve">[04:58] </w:t>
      </w:r>
      <w:r>
        <w:t>rest." is ke baray mein bataein.</w:t>
      </w:r>
    </w:p>
    <w:p>
      <w:pPr>
        <w:jc w:val="right"/>
      </w:pPr>
      <w:r>
        <w:t>rest." اس کے بارے میں بتائیں۔</w:t>
      </w:r>
    </w:p>
    <w:p>
      <w:r>
        <w:rPr>
          <w:b/>
        </w:rPr>
        <w:t xml:space="preserve">[05:00] </w:t>
      </w:r>
      <w:r>
        <w:t>kya matlab hua?</w:t>
      </w:r>
    </w:p>
    <w:p>
      <w:pPr>
        <w:jc w:val="right"/>
      </w:pPr>
      <w:r>
        <w:t>کیا مطلب ہوا؟</w:t>
      </w:r>
    </w:p>
    <w:p>
      <w:r>
        <w:rPr>
          <w:b/>
        </w:rPr>
        <w:t xml:space="preserve">[05:02] </w:t>
      </w:r>
      <w:r>
        <w:t>ke aap ne jo abhi kaha tha talk mein, ke hamein underestimate nahi karna chahiye apni responsibility ko aur god ki blessing ko, to kya hamein, aah, hum- hamein sirf apni duty ko dekhna chahiye aur poora faith rakhna chahiye Allah par, ke baqi woh Allah ta'ala poora kar dein ge?</w:t>
      </w:r>
    </w:p>
    <w:p>
      <w:pPr>
        <w:jc w:val="right"/>
      </w:pPr>
      <w:r>
        <w:t>کہ آپ نے جو ابھی کہا تھا ٹاک میں، کہ ہمیں underestimate نہیں کرنا چاہیے اپنی responsibility کو اور God کی blessing کو، تو کیا ہمیں، آہ، ہم- ہمیں صرف اپنی duty کو دیکھنا چاہیے اور پورا faith رکھنا چاہیے اللہ پر، کہ باقی وہ اللہ تعالیٰ پورا کر دیں گے؟</w:t>
      </w:r>
    </w:p>
    <w:p>
      <w:r>
        <w:rPr>
          <w:b/>
        </w:rPr>
        <w:t xml:space="preserve">[05:20] </w:t>
      </w:r>
      <w:r>
        <w:t>nahi, dekhiye, har baat ki, koi bhi baat absolute sense mein nahi hoti. koi baat aql ke taabe hoti hai. absolute sense mein nahi hoti, aql ke taabe hoti hai. maslan aap kisi ko, aap ko farz kijiye kisi ko quran dena hai. aap ja rahe hain, ja rahe hain, maloom hua ke beech mein aik darya hai, aur pul hai nahi. woh aadmi us paar hai. to aap darya mein kood padein, aur us mein doob</w:t>
      </w:r>
    </w:p>
    <w:p>
      <w:pPr>
        <w:jc w:val="right"/>
      </w:pPr>
      <w:r>
        <w:t>نہیں، دیکھیے، ہر بات کی، کوئی بھی بات absolute sense میں نہیں ہوتی۔ کوئی بات عقل کے تابع ہوتی ہے۔ absolute sense میں نہیں ہوتی، عقل کے تابع ہوتی ہے۔ مثلاً آپ کسی کو، آپ کو فرض کیجیے کسی کو قرآن دینا ہے۔ آپ جا رہے ہیں، جا رہے ہیں، معلوم ہوا کہ بیچ میں ایک دریا ہے، اور پل ہے نہیں۔ وہ آدمی اس پار ہے۔ تو آپ دریا میں کود پڑیں، اور اس میں ڈوب</w:t>
      </w:r>
    </w:p>
    <w:p>
      <w:r>
        <w:rPr>
          <w:b/>
        </w:rPr>
        <w:t xml:space="preserve">[05:50] </w:t>
      </w:r>
      <w:r>
        <w:t>jayein, to yeh- yeh matlab nahi is ka. har baat, koi bhi baat absolute nahi hoti. koi baat bhi, jo hoti hai, woh aql ke taabe hoti hai. to apni aql ko istemal kijiye. kyunke asal cheez hai nateeja. aap jab jump- jump laga dein ge darya mein, to zahir hai ke dawat thori ho gi, maut ho gi. to aql ka istemal to hamesha</w:t>
      </w:r>
    </w:p>
    <w:p>
      <w:pPr>
        <w:jc w:val="right"/>
      </w:pPr>
      <w:r>
        <w:t>جائیں، تو یہ- یہ مطلب نہیں اس کا۔ ہر بات، کوئی بھی بات absolute نہیں ہوتی۔ کوئی بات بھی، جو ہوتی ہے، وہ عقل کے تابع ہوتی ہے۔ تو اپنی عقل کو استعمال کیجیے۔ کیونکہ اصل چیز ہے نتیجہ۔ آپ جب جَمپ- jump لگا دیں گے دریا میں، تو ظاہر ہے کہ دعوت تھوڑی ہو گی، موت ہو گی۔ تو عقل کا استعمال تو ہمیشہ</w:t>
      </w:r>
    </w:p>
    <w:p>
      <w:r>
        <w:rPr>
          <w:b/>
        </w:rPr>
        <w:t xml:space="preserve">[06:21] </w:t>
      </w:r>
      <w:r>
        <w:t>karna hi pare ga.</w:t>
      </w:r>
    </w:p>
    <w:p>
      <w:pPr>
        <w:jc w:val="right"/>
      </w:pPr>
      <w:r>
        <w:t>کرنا ہی پڑے گا۔</w:t>
      </w:r>
    </w:p>
    <w:p>
      <w:r>
        <w:rPr>
          <w:b/>
        </w:rPr>
        <w:t xml:space="preserve">[06:26] </w:t>
      </w:r>
      <w:r>
        <w:t>aftab alam. doctor israr ahmed ke aik cassette mein hai ke unhon ne pakistan ke aik stage par aap se kaha ke hamesha aap sulah aur aman ki baat karte hain, to kya aap batayein ge ke sulah hudaybiya toot jane ke baad aap sal-lal-lahu alaihi wa-sallam ne abu sufyan ke kehne par bhi is mu'ahida ki tasdeeq kyun nahi ki? is mauqe par aap ne kaha tha "no comment". mera sawal hai ke aap ne aisa kyun kaha?</w:t>
      </w:r>
    </w:p>
    <w:p>
      <w:pPr>
        <w:jc w:val="right"/>
      </w:pPr>
      <w:r>
        <w:t>افتاب عالم۔ ڈاکٹر اسرار احمد کے ایک کیسیٹ میں ہے کہ انہوں نے پاکستان کے ایک اسٹیج پر آپ سے کہا کہ ہمیشہ آپ صلح اور امن کی بات کرتے ہیں، تو کیا آپ بتائیں گے کہ صلح حدیبیہ ٹوٹ جانے کے بعد آپ صلی اللہ علیہ وسلم نے ابو سفیان کے کہنے پر بھی اس معاہدہ کی تصدیق کیوں نہیں کی؟ اس موقع پر آپ نے کہا تھا "no comment"۔ میرا سوال ہے کہ آپ نے ایسا کیوں کہا؟</w:t>
      </w:r>
    </w:p>
    <w:p>
      <w:r>
        <w:rPr>
          <w:b/>
        </w:rPr>
        <w:t xml:space="preserve">[06:54] </w:t>
      </w:r>
      <w:r>
        <w:t>aap abu sufyan se aaghaz nahi kar sakte. aap ko aaghaz karna pare ga ya "al-muddathir" "kafandil" se. yeh bilkul hi sarkashi ki baat hai ke wahan se aaghaz karna. yaani rasool Allah ko hukum hua ke dawat do. aap ne makkah mein dawat shuru ki. har tareeqe se aap ne un ke sath hikmat ka, talif-e-qalb ka, yak-tarfa sabr ka maamla kiya. yahan tak ke unhon</w:t>
      </w:r>
    </w:p>
    <w:p>
      <w:pPr>
        <w:jc w:val="right"/>
      </w:pPr>
      <w:r>
        <w:t>آپ ابو سفیان سے آغاز نہیں کر سکتے۔ آپ کو آغاز کرنا پڑے گا یا علِّ المدثر کفاندل سے۔ یہ بالکل ہی سرکشی کی بات ہے کہ وہاں سے آغاز کرنا۔ یعنی رسول اللہ کو حکم ہوا کہ دعوت دو۔ آپ نے مکہ میں دعوت شروع کی۔ ہر طریقے سے آپ نے ان کے ساتھ حکمت کا، تالیفِ قلب کا، یکطرفہ صبر کا معاملہ کیا۔ یہاں تک کہ انہوں</w:t>
      </w:r>
    </w:p>
    <w:p>
      <w:r>
        <w:rPr>
          <w:b/>
        </w:rPr>
        <w:t xml:space="preserve">[07:24] </w:t>
      </w:r>
      <w:r>
        <w:t>ne makkah se nikal- qatl ka faisla kiya, aur makkah se nikal ke chale gaye madinah. madinah jaane ke baad bhi un logon ne kiya kiya? ke attack karna shuru kar diya. is ke baad yeh nabat aati hai ke rasool allah jo hai, yani hudaybiyah agreement karte hain, aur phir abu sufyan ka waqia pesh aata hai. pakistan walon ne to kuch bhi nahi kiya. dawat ka kaam ek din bhi nahi kiya. unhon ne to</w:t>
      </w:r>
    </w:p>
    <w:p>
      <w:pPr>
        <w:jc w:val="right"/>
      </w:pPr>
      <w:r>
        <w:t>نے مکہ سے نکل- قتل کا فیصلہ کیا، اور مکہ سے نکل کے چلے گئے مدینہ۔ مدینہ جانے کے بعد بھی ان لوگوں نے کیا کیا؟ کہ attack کرنا شروع کر دیا۔ اس کے بعد یہ نوبت آتی ہے کہ رسول اللہ جو ہے، یعنی حدیبیہ agreement کرتے ہیں، اور پھر ابو سفیان کا واقعہ پیش آتا ہے۔ پاکستان والوں نے تو کچھ بھی نہیں کیا۔ دعوت کا کام ایک دن بھی نہیں کیا۔ انہوں نے تو</w:t>
      </w:r>
    </w:p>
    <w:p>
      <w:r>
        <w:rPr>
          <w:b/>
        </w:rPr>
        <w:t xml:space="preserve">[07:54] </w:t>
      </w:r>
      <w:r>
        <w:t>quami larai ladi. yani quami larai ke liye in cheezon ko bator justification ikhtiyar karna, yeh to sarkashi hai. yani sara case pakistan ka quami larai ka case hai. is ka islam se koi talluq hi nahi. to abu sufyan ka waqia ek lambe silsile dawat ki ek kadi ka hissa hai. is- is ko aap dohraen, aur dohra kar tareekh ko wahan tak pahunchayen, to aap is ka hawala de sakte hain.</w:t>
      </w:r>
    </w:p>
    <w:p>
      <w:pPr>
        <w:jc w:val="right"/>
      </w:pPr>
      <w:r>
        <w:t>قومی لڑائی لڑی۔ یعنی قومی لڑائی کے لیے ان چیزوں کو بطور justification اختیار کرنا، یہ تو سرکشی ہے۔ یعنی سارا کیس پاکستان کا قومی لڑائی کا کیس ہے۔ اس کا اسلام سے کوئی تعلق ہی نہیں۔ تو ابو سفیان کا واقعہ ایک لمبے سلسلہ دعوت کی ایک کڑی کا حصہ ہے۔ اس- اس کو آپ دہرائیں، اور دہرا کر تاریخ کو وہاں تک پہنچائیں، تو آپ اس کا حوالہ دے سکتے ہیں۔</w:t>
      </w:r>
    </w:p>
    <w:p>
      <w:r>
        <w:rPr>
          <w:b/>
        </w:rPr>
        <w:t xml:space="preserve">[08:26] </w:t>
      </w:r>
      <w:r>
        <w:t>pakistan wale to bilkul hi, yani sarkashi karte hain ke woh kiya, unhon ne quami kaam. ab bataiye, india ke jo hindu- hindu the, woh madu the? madu sahab kehte hain ke hum to phir alag honge? rasool allah sallallahu alaihi wasallam ki alahdagi ka mutalba kiya makkah mein? yani madu se alahdagi kar- karna, madu se ladna, madu se nafrat karna. ek ek pakistani hindu se nafrat karta hai. aur nafrat woh nahi karta, balkeh sari dunya mein nafr</w:t>
      </w:r>
    </w:p>
    <w:p>
      <w:pPr>
        <w:jc w:val="right"/>
      </w:pPr>
      <w:r>
        <w:t>پاکستان والے تو بالکل ہی، یعنی سرکشی کرتے ہیں کہ وہ کیا، انہوں نے قومی کام۔ اب بتائیے، انڈیا کے جو ہندو- ہندو تھے، وہ مدعو تھے؟ مدعو صاحب کہتے ہیں کہ ہم تو پھر الگ ہوں گے؟ رسول اللہ صلی اللہ علیہ وسلم کی علیحدگی کا مطالبہ کیا مکے میں؟ یعنی مدعو سے علیحدگی کر- کرنا، مدعو سے لڑنا، مدعو سے نفرت کرنا۔ ایک ایک پاکستانی ہندو سے نفرت کرتا ہے۔ اور نفرت وہ نہیں کرتا، بلکہ ساری دنیا میں نفر</w:t>
      </w:r>
    </w:p>
    <w:p>
      <w:r>
        <w:rPr>
          <w:b/>
        </w:rPr>
        <w:t xml:space="preserve">[08:56] </w:t>
      </w:r>
      <w:r>
        <w:t>at phaila rakhi hai unhon ne. yani pakistaniyon ke liye to mehran ke islam ka naam lena bhi jaiz nahi un ke liye. madu se nafrat ki buniyad par pakistan ka- ka kaam shuru hua tareekh. nafrat ki buniyad par pakistan banaya gaya. aur pakistan banne ke baad poora pakistan jo hai, kiya hate india ka adda ban gaya. hate india. is ka kiya talluq is se? woh- woh aap ki jiye ke aap dawat</w:t>
      </w:r>
    </w:p>
    <w:p>
      <w:pPr>
        <w:jc w:val="right"/>
      </w:pPr>
      <w:r>
        <w:t>ت پھیلا رکھی ہے انہوں نے۔ یعنی پاکستانیوں کے لیے تو مہران کے اسلام کا نام لینا بھی جائز نہیں ان کے لیے۔ مدعو سے نفرت کی بنیاد پر پاکستان کا- کا کام شروع ہوا تاریخ۔ نفرت کی بنیاد پر پاکستان بنایا گیا۔ اور پاکستان بننے کے بعد پورا پاکستان جو ہے، کیا hate انڈیا کا اڈا بن گیا۔ hate انڈیا۔ اس کا کیا تعلق اس سے؟ وہ- وہ آپ کیجیے کہ آپ دعوت</w:t>
      </w:r>
    </w:p>
    <w:p>
      <w:r>
        <w:rPr>
          <w:b/>
        </w:rPr>
        <w:t xml:space="preserve">[09:26] </w:t>
      </w:r>
      <w:r>
        <w:t>den, sabr karen, aur har tarah se yak-tarfa sabr karte hue dawat ka aap karen. woh sare marhal guzarne, to abu sufyan ke mamle ka aap hawala de sakte hain. yeh bilkul sarkashi hai yeh, abu sufyan ke mamle ka hawala dena.</w:t>
      </w:r>
    </w:p>
    <w:p>
      <w:pPr>
        <w:jc w:val="right"/>
      </w:pPr>
      <w:r>
        <w:t>دیں، صبر کریں، اور ہر طریقے سے یکطرفہ صبر کرتے ہوئے دعوت کا آپ کریں۔ وہ سارے مراحل گزریں، تو ابو سفیان کے معاملے کا آپ حوالہ دے سکتے ہیں۔ یہ بالکل سرکشی ہے یہ، ابو سفیان کے معاملے کا حوالہ دینا۔</w:t>
      </w:r>
    </w:p>
    <w:p>
      <w:r>
        <w:rPr>
          <w:b/>
        </w:rPr>
        <w:t xml:space="preserve">[09:42] </w:t>
      </w:r>
      <w:r>
        <w:t>maulana, yeh sawal doctor joginder sakan ne kiya hai. unhon ne likha hai: "Some people think that acceptance of Islam necessarily also entails joining the community that today calls itself or claims to be Muslim. Is this necessary? Please explain this in the light of the distinction you make between Islam on the one hand and the people</w:t>
      </w:r>
    </w:p>
    <w:p>
      <w:pPr>
        <w:jc w:val="right"/>
      </w:pPr>
      <w:r>
        <w:t>مولانا، یہ سوال ڈاکٹر جوگندر سکن نے کیا ہے۔ انہوں نے لکھا ہے: "Some people think that acceptance of Islam necessarily also entails joining the community that today calls itself or claims to be Muslim. Is this necessary? Please explain this in the light of the distinction you make between Islam on the one hand and the people</w:t>
      </w:r>
    </w:p>
    <w:p>
      <w:r>
        <w:rPr>
          <w:b/>
        </w:rPr>
        <w:t xml:space="preserve">[10:12] </w:t>
      </w:r>
      <w:r>
        <w:t>who call themselves Muslims on the other."</w:t>
      </w:r>
    </w:p>
    <w:p>
      <w:pPr>
        <w:jc w:val="right"/>
      </w:pPr>
      <w:r>
        <w:t>who call themselves Muslims on the other."</w:t>
      </w:r>
    </w:p>
    <w:p>
      <w:r>
        <w:rPr>
          <w:b/>
        </w:rPr>
        <w:t xml:space="preserve">[10:16] </w:t>
      </w:r>
      <w:r>
        <w:t>soorat-e-haal yeh hai ke koi islam qabool karta hai to musalman kehte hain ke apna naam badlo, culture badlo, libas badlo, waghera waghera. yeh sab bilkul hi galat mutalbe hain. is ka islam se koi talluq nahi. yeh mus- musalman to khud hi zawal ki aakhrit par hain. in se join kiya kare koi? main samajhta hoon ke is waqt hadithon mein jo- jo- jo peshin goi thi: "لَتَتَّبَعُنَّ سُنَنَ مَن کَانُوا قَبْلُكُمْ شِبْرًا بِشِبْرٍ وَزِرَانًا بِزِر</w:t>
      </w:r>
    </w:p>
    <w:p>
      <w:pPr>
        <w:jc w:val="right"/>
      </w:pPr>
      <w:r>
        <w:t>صورتحال یہ ہے کہ کوئی اسلام قبول کرتا ہے تو مسلمان کہتے ہیں کہ اپنا نام بدلو، کلچر بدلو، لباس بدلو، وغیرہ وغیرہ۔ یہ سب بالکل ہی غلط مطالبے ہیں۔ اس کا اسلام سے کوئی تعلق نہیں۔ یہ مس- مسلمان تو خود ہی زوال کی آخریت پر ہیں۔ ان سے join کیا کرے کوئی؟ میں سمجھتا ہوں کہ اس وقت حدیثوں میں جو- جو- جو پیشین گوئی تھی: "لَتَتَّبَعُنَّ سُنَنَ مَن کَانُوا قَبْلُكُمْ شِبْرًا بِشِبْرٍ وَزِرَانًا بِزِر</w:t>
      </w:r>
    </w:p>
    <w:p>
      <w:r>
        <w:rPr>
          <w:b/>
        </w:rPr>
        <w:t xml:space="preserve">[10:46] </w:t>
      </w:r>
      <w:r>
        <w:t>َانٍ حَتَّىٰ لَا تَخْلُوا جَوْنَ ذَبًّا لَا تَخَلْتَمُوهُمْ" woh sari zawal ki sari cheezen musalmanon mein aa chuki thi. to woh kahein ke meri community join karo, to kiya zawal-yafta community ko join kare woh? zawal-yafta community ko join karega woh? aur apne aap ko dobara darakaye nabk, rifat nabk shud bana dega? main yeh sare musalmanon ke mutalbe ko galat samajhta hoon.</w:t>
      </w:r>
    </w:p>
    <w:p>
      <w:pPr>
        <w:jc w:val="right"/>
      </w:pPr>
      <w:r>
        <w:t>َانٍ حَتَّىٰ لَا تَخْلُوا جَوْنَ ذَبًّا لَا تَخَلْتَمُوهُمْ" وہ ساری زوال کی ساری چیزیں مسلمانوں میں آ چکی تھیں۔ تو وہ کہیں کہ میری کمیونٹی join کرو، تو کیا زوال یافتہ کمیونٹی کو join کرے وہ؟ زوال یافتہ کمیونٹی کو join کرے گا وہ؟ اور اپنے آپ کو دوبارہ درکائے نبک، رفعت نبک شد بنا دے گا؟ میں یہ سارے مسلمانوں کے مطالبے کو غلط سمجھتا ہوں۔</w:t>
      </w:r>
    </w:p>
    <w:p>
      <w:r>
        <w:rPr>
          <w:b/>
        </w:rPr>
        <w:t xml:space="preserve">[11:16] </w:t>
      </w:r>
      <w:r>
        <w:t>aur ek- aaj koi islam qabool kare to is ka koi bhi is par musalmanon ka haq nahi hai. is ko sirf quran ko, hadith ko dekhna chahiye. is ke mutabiq amal karna chahiye.</w:t>
      </w:r>
    </w:p>
    <w:p>
      <w:pPr>
        <w:jc w:val="right"/>
      </w:pPr>
      <w:r>
        <w:t>اور ایک- آج کوئی اسلام قبول کرے تو اس کا کوئی بھی اس پر مسلمانوں کا حق نہیں ہے۔ اس کو صرف قرآن کو، حدیث کو دیکھنا چاہیے۔ اس کے مطابق عمل کرنا چاہیے۔</w:t>
      </w:r>
    </w:p>
    <w:p>
      <w:r>
        <w:rPr>
          <w:b/>
        </w:rPr>
        <w:t xml:space="preserve">[11:29] </w:t>
      </w:r>
      <w:r>
        <w:t>"Women be an intellectual partner? And what role do women have in this mission?" is ke bare mein aap.</w:t>
      </w:r>
    </w:p>
    <w:p>
      <w:pPr>
        <w:jc w:val="right"/>
      </w:pPr>
      <w:r>
        <w:t>"Women be an intellectual partner? And what role do women have in this mission?" اس کے بارے میں آپ.</w:t>
      </w:r>
    </w:p>
    <w:p>
      <w:r>
        <w:rPr>
          <w:b/>
        </w:rPr>
        <w:t xml:space="preserve">[11:38] </w:t>
      </w:r>
      <w:r>
        <w:t>kiya phir se parhiye?</w:t>
      </w:r>
    </w:p>
    <w:p>
      <w:pPr>
        <w:jc w:val="right"/>
      </w:pPr>
      <w:r>
        <w:t>کیا پھر سے پڑھیے؟</w:t>
      </w:r>
    </w:p>
    <w:p>
      <w:r>
        <w:rPr>
          <w:b/>
        </w:rPr>
        <w:t xml:space="preserve">[11:39] </w:t>
      </w:r>
      <w:r>
        <w:t>"What can women- how can women be an intellectual partner? And what role do women have in this mission?"</w:t>
      </w:r>
    </w:p>
    <w:p>
      <w:pPr>
        <w:jc w:val="right"/>
      </w:pPr>
      <w:r>
        <w:t>"What can women- how can women be an intellectual partner? And what role do women have in this mission?"</w:t>
      </w:r>
    </w:p>
    <w:p>
      <w:r>
        <w:rPr>
          <w:b/>
        </w:rPr>
        <w:t xml:space="preserve">[11:48] </w:t>
      </w:r>
      <w:r>
        <w:t>is mein do baaten hain. ek to yeh ke auraton ko hissa ada karne ki baat, doosri to yeh ke zamane ki baat. dekhiye, zamane ke jo taqaze hain, us ko le kar hi aap samajh sakte hain ke humein is waqt kiya karna- kar sakte hain. main aap ko misaal deta hoon ke islam ki ya tauheed ki jo tareekh hai, us mein kuch khawateen hain jinhon ne bohat bade role kiye hain. maslan Hazrat Hajra ne ek</w:t>
      </w:r>
    </w:p>
    <w:p>
      <w:pPr>
        <w:jc w:val="right"/>
      </w:pPr>
      <w:r>
        <w:t>اس میں دو باتیں ہیں۔ ایک تو یہ کہ عورتوں کو حصہ ادا کرنے کی بات، دوسری تو یہ کہ زمانے کی بات۔ دیکھیے، زمانہ کے جو تقاضے ہیں، اس کو لے کر ہی آپ سمجھ سکتے ہیں کہ ہمیں اس وقت کیا کرنا- کر سکتے ہیں۔ میں آپ کو مثال دیتا ہوں کہ اسلام کی یا توحید کی جو تاریخ ہے، اس میں کچھ خواتین ہیں جنہوں نے بہت بڑے رول کیے ہیں۔ مثلاً حضرت ہاجرہ نے ایک</w:t>
      </w:r>
    </w:p>
    <w:p>
      <w:r>
        <w:rPr>
          <w:b/>
        </w:rPr>
        <w:t xml:space="preserve">[12:18] </w:t>
      </w:r>
      <w:r>
        <w:t>role ada kiya. Hazrat Khadija ne ek role ada kiya. Hazrat Aisha ne ek role ada kiya. kyunke har ek ka role apne zamane ke lihaz se tha. aaj kal jo segregation ki policy hai musalmanon ki, woh- is ko main sahi nahi samajhta. bilkul islam se koi talluq nahi hai is ka. lekin role kiya karen auratain? is ka koi ek- ek hi, yani bana banaya model nahi hai.</w:t>
      </w:r>
    </w:p>
    <w:p>
      <w:pPr>
        <w:jc w:val="right"/>
      </w:pPr>
      <w:r>
        <w:t>رول ادا کیا۔ حضرت خدیجہ نے ایک رول ادا کیا۔ حضرت عائشہ نے ایک رول ادا کیا۔ کیونکہ ہر ایک کا رول اپنے زمانے کے لحاظ سے تھا۔ آج کل جو segregation کی پالیسی ہے مسلمانوں کی، وہ- اس کو میں صحیح نہیں سمجھتا۔ بالکل اسلام سے کوئی تعلق نہیں ہے اس کا۔ لیکن رول کیا کریں عورتیں؟ اس کا کوئی ایک- ایک ہی، یعنی بنا بنایا ماڈل نہیں ہے۔</w:t>
      </w:r>
    </w:p>
    <w:p>
      <w:r>
        <w:rPr>
          <w:b/>
        </w:rPr>
        <w:t xml:space="preserve">[12:50] </w:t>
      </w:r>
      <w:r>
        <w:t>aap ko apne zamane ke lihaz se apna model daryaft karna hoga. Hajra ka model, Aisha- Hajra ka model Khadija ne nahi dohraya. Khadija ka model Aisha ne nahi dohraya. lekin sab ne bohat bada kaam kiya islam ke liye. to aaj jo naya daur hai, us mein main sirf yeh kahunga ke- ke</w:t>
      </w:r>
    </w:p>
    <w:p>
      <w:pPr>
        <w:jc w:val="right"/>
      </w:pPr>
      <w:r>
        <w:t>آپ کو اپنے زمانے کے لحاظ سے اپنا ماڈل دریافت کرنا ہو گا۔ ہاجرہ کا ماڈل، عائشہ- ہاجرہ کا ماڈل خدیجہ نے نہیں دہرایا۔ خدیجہ کا ماڈل عائشہ نے نہیں دہرایا۔ لیکن سب نے بہت بڑا کام کیا اسلام کے لیے۔ تو آج جو نیا دور ہے، اس میں میں صرف یہ کہوں گا کہ- کہ</w:t>
      </w:r>
    </w:p>
    <w:p>
      <w:r>
        <w:rPr>
          <w:b/>
        </w:rPr>
        <w:t xml:space="preserve">[13:20] </w:t>
      </w:r>
      <w:r>
        <w:t>khawateen ko, yani apna role discover karna hai, zamane ke taqazon ko samajhte hue. koi mazi ka model jo hai, dohrayen, us se kaam nahi chalega.</w:t>
      </w:r>
    </w:p>
    <w:p>
      <w:pPr>
        <w:jc w:val="right"/>
      </w:pPr>
      <w:r>
        <w:t>خواتین کو، یعنی اپنا رول discover کرنا ہے، زمانے کے تقاضوں کو سمجھتے ہوئے۔ کوئی ماضی کا ماڈل جو ہے، دہرائیں، اس سے کام نہیں چلے گا۔</w:t>
      </w:r>
    </w:p>
    <w:p>
      <w:r>
        <w:rPr>
          <w:b/>
        </w:rPr>
        <w:t xml:space="preserve">[13:33] </w:t>
      </w:r>
      <w:r>
        <w:t>maulana, main zaheeruddin raichur se sawal kar raha hoon ke quran ki ek ayat hai ke "وَادُوا اِلَىٰ سَبِيلِ رَبِّكَ بِالْحِكْمَةِ وَالْمُعْجِزَةِ وَتُجَادِلْهُمْ بِالَّتِي هِيَ أَحْسَنُ"۔ to is ayat mein teen baaton ka zikr hai: hikmat, muajizat, aur mujadala. to is pe aap zara roshni dalenge?</w:t>
      </w:r>
    </w:p>
    <w:p>
      <w:pPr>
        <w:jc w:val="right"/>
      </w:pPr>
      <w:r>
        <w:t>مولانا، میں ظہیرالدین رائچور سے سوال کر رہا ہوں کہ قرآن کی ایک آیت ہے کہ "وَادُوا اِلَىٰ سَبِيلِ رَبِّكَ بِالْحِكْمَةِ وَالْمُعْجِزَةِ وَتُجَادِلْهُمْ بِالَّتِي هِيَ أَحْسَنُ"۔ تو اس آیت میں تین باتوں کا ذکر ہے: حکمت، معجزت، اور مجادلہ۔ تو اس پہ آپ ذرا روشنی ڈالیں گے؟</w:t>
      </w:r>
    </w:p>
    <w:p>
      <w:r>
        <w:rPr>
          <w:b/>
        </w:rPr>
        <w:t xml:space="preserve">[13:55] </w:t>
      </w:r>
      <w:r>
        <w:t>dekhiye, yeh jo hukum hai, is hukum ko main kahun ke application mein ek hi model nahi ho sakta. in teeno baaton ko jab aap apply karenge, to zaroori nahi ke ek hi model ho is ka apply karne ka. zamane ke lihaz se model mukhtalif ho sakte hain. aaj ka zamana bilkul hi badla hua zamana hai. musalmanon ko is ki khabar hi nahi ke aaj ka zamana kiya hai. shayad musalmanon ki sab se badi kamzori yeh hai ke they</w:t>
      </w:r>
    </w:p>
    <w:p>
      <w:pPr>
        <w:jc w:val="right"/>
      </w:pPr>
      <w:r>
        <w:t>دیکھیے، یہ جو حکم ہے، اس حکم کو میں کہوں کہ application میں ایک ہی ماڈل نہیں ہو سکتا۔ ان تینوں باتوں کو جب آپ apply کریں گے، تو ضروری نہیں کہ ایک ہی ماڈل ہو اس کا apply کرنے کا۔ زمانے کے لحاظ سے ماڈل مختلف ہو سکتے ہیں۔ آج کا زمانہ بالکل ہی بدلا ہوا زمانہ ہے۔ مسلمانوں کو اس کی خبر ہی نہیں کہ آج کا زمانہ کیا ہے۔ شاید مسلمانوں کی سب سے بڑی کمزوری یہ ہے کہ they</w:t>
      </w:r>
    </w:p>
    <w:p>
      <w:r>
        <w:rPr>
          <w:b/>
        </w:rPr>
        <w:t xml:space="preserve">[14:25] </w:t>
      </w:r>
      <w:r>
        <w:t>fail to discover the modern age. bilkul hi nahi jante. aur is ki main ek misaal deta hoon ke syed qutb jo hain, arab ke mashhoor aa- aa- scholar the, woh america gaye. america mein un ki kuch taleem hui, aur kitaab likhi "أمريكا التي رأيته"۔ is kitaab ka kuch bhi talluq nahi hai america ke haqeeqi- is se. kuch sarsari baaten likhin aur us ko kitaab likh dali.</w:t>
      </w:r>
    </w:p>
    <w:p>
      <w:pPr>
        <w:jc w:val="right"/>
      </w:pPr>
      <w:r>
        <w:t>fail to discover the modern age۔ بالکل ہی نہیں جانتے۔ اور اس کی میں ایک مثال دیتا ہوں کہ سید قطب جو ہیں، عرب کے مشہور آ- آ- اسکالر تھے، وہ امریکہ گئے۔ امریکہ میں ان کی کچھ تعلیم ہوئی، اور کتاب لکھی "أمريكا التي رأيته"۔ اس کتاب کا کچھ بھی تعلق نہیں ہے امریکہ کے حقیقی- اس سے۔ کچھ سرسری باتیں لکھیں اور اس کو کتاب لکھ ڈالی۔</w:t>
      </w:r>
    </w:p>
    <w:p>
      <w:r>
        <w:rPr>
          <w:b/>
        </w:rPr>
        <w:t xml:space="preserve">[14:55] </w:t>
      </w:r>
      <w:r>
        <w:t>to main samajhta hoon ke top ke log bhi nahi jante ke what is the modern age, what is western civilization. yeh sab jante hi nahi kuch. ABCD bhi nahi jante is ki. to aap ko daur-e-jadeed mein kaam karna hai, to aap ko yeh bhi karna padega ke daur-e-jadeed ke lihaz se apna model tay karen. jaise hum ne ek choti si misaal li ke hum ne auraton ki segregation khatam kar di hai. ab bohat zyada auratain hamar</w:t>
      </w:r>
    </w:p>
    <w:p>
      <w:pPr>
        <w:jc w:val="right"/>
      </w:pPr>
      <w:r>
        <w:t>تو میں سمجھتا ہوں کہ ٹاپ کے لوگ بھی نہیں جانتے کہ what is the modern age، what is western civilization۔ یہ سب جانتے ہی نہیں کچھ۔ ABCD بھی نہیں جانتے اس کی۔ تو آپ کو دورِ جدید میں کام کرنا ہے، تو آپ کو یہ بھی کرنا پڑے گا کہ دورِ جدید کے لحاظ سے اپنا ماڈل طے کریں۔ جیسے ہم نے ایک چھوٹی سی مثال لی کہ ہم نے عورتوں کی segregation ختم کر دی ہے۔ اب بہت زیادہ عورتیں ہمار</w:t>
      </w:r>
    </w:p>
    <w:p>
      <w:r>
        <w:rPr>
          <w:b/>
        </w:rPr>
        <w:t xml:space="preserve">[15:25] </w:t>
      </w:r>
      <w:r>
        <w:t>e mission mein kaam kar rahi hain. haqeeqat yeh hai ke main manta hoon ke agar auraton ko hum ne involve na kiya hota, to kaam ho sakta hai. jante hain kiya- is ka kiya faida hua hum ko? yani poori muslim ملت mein ek kaam allah ta'ala ne is mission ke zariye- karne ka moqa diya hai, woh hai jis ko kehte hain outsourcing. hamare ulama jante bhi nahi ke outsourcing kiya cheez hai. outsourcing daur-e-jadeed ka ek</w:t>
      </w:r>
    </w:p>
    <w:p>
      <w:pPr>
        <w:jc w:val="right"/>
      </w:pPr>
      <w:r>
        <w:t>ے مشن میں کام کر رہی ہیں۔ حقیقت یہ ہے کہ میں مانتا ہوں کہ اگر عورتوں کو ہم نے involve نہ کیا ہوتا، تو کام ہو سکتا ہے۔ جانتے ہیں کیا- اس کا کیا فائدہ ہوا ہم کو؟ یعنی پوری مسلم ملت میں ایک کام اللہ تعالیٰ نے اس مشن کے ذریعے- کرنے کا موقع دیا ہے، وہ ہے جس کو کہتے ہیں outsourcing۔ ہمارے علماء جانتے بھی نہیں کہ outsourcing کیا چیز ہے۔ outsourcing دورِ جدید کا ایک</w:t>
      </w:r>
    </w:p>
    <w:p>
      <w:r>
        <w:rPr>
          <w:b/>
        </w:rPr>
        <w:t xml:space="preserve">[15:55] </w:t>
      </w:r>
      <w:r>
        <w:t>bohat bada woh hai. dekhiye, humein- hum ne dawat ko comp- comp- computerize kiya hai. hum international level par kaam kar rahe hain. hum yahan bolte hain, dunya ke mukhtalif maqam par sunte hain log. is ke liye technology chahiye. technology expert chahiye. hum- hamare paas paisa nahi hai ke hum in ke expert logon ko hire karen. achhe expert jo hote hain, un ka paisa bohat zyada hota hai. to khawateen jo hain</w:t>
      </w:r>
    </w:p>
    <w:p>
      <w:pPr>
        <w:jc w:val="right"/>
      </w:pPr>
      <w:r>
        <w:t>بہت بڑا وہ ہے۔ دیکھیے، ہمیں- ہم نے دعوت کو کمپ- کمپ- کمپیوٹرائز کیا ہے۔ ہم international level پر کام کر رہے ہیں۔ ہم یہاں بولتے ہیں، دنیا کے مختلف مقام پر سنتے ہیں لوگ۔ اس کے لیے ٹیکنالوجی چاہیے۔ ٹیکنالوجی expert چاہیے۔ ہم- ہمارے پاس پیسہ نہیں ہے کہ ہم ان کے expert لوگوں کو hire کریں۔ اچھے expert جو ہوتے ہیں، ان کا پیسہ بہت زیادہ ہوتا ہے۔ تو خواتین جو ہیں</w:t>
      </w:r>
    </w:p>
    <w:p>
      <w:r>
        <w:rPr>
          <w:b/>
        </w:rPr>
        <w:t xml:space="preserve">[16:25] </w:t>
      </w:r>
      <w:r>
        <w:t>khawateen- mardon ke muqable mein khawateen zyada- in mein yeh sifat hoti hai ke woh apne aap ko, yani, in- ek aisi cheez mein involve kar saken jis mein interest bilkul nahi. mard sara ka sara man of interest hota hai. mard ka pehla concern interest hai. khawateen emotional hoti hain. khawateen interest ko supreme concern nahi banati. mardon ka haal to yeh hai ke mera tajurba hai ke sare</w:t>
      </w:r>
    </w:p>
    <w:p>
      <w:pPr>
        <w:jc w:val="right"/>
      </w:pPr>
      <w:r>
        <w:t>، عورتوں- مردوں کے مقابلے میں خواتین زیادہ- ان میں یہ صفت ہوتی ہے کہ وہ اپنے آپ کو، یعنی، ان- ایک ایسی چیز میں involve کر سکیں جس میں انٹرسٹ بالکل نہیں۔ مرد سارا کا سارا man of interest ہوتا ہے۔ مرد کا پہلا concern interest ہے۔ عورتیں emotional ہوتی ہیں۔ عورتیں interest کو supreme concern نہیں بناتیں۔ مردوں کا حال تو یہ ہے کہ میرا تجربہ ہے کہ سارے</w:t>
      </w:r>
    </w:p>
    <w:p>
      <w:r>
        <w:rPr>
          <w:b/>
        </w:rPr>
        <w:t xml:space="preserve">[16:55] </w:t>
      </w:r>
      <w:r>
        <w:t>mard- in ka sole concern jo hai interest hai, interest hai, interest hai. kisi ke liye fame hai, kisi ke liye stage hai, kisi ke liye paisa hai, kisi ke liye ohda hai. khawateen ko agar aap- agar aap emotional approach kar saken to khawateen bohat aasani se manage ho jati hain. to ab khawateen kaam kar rahi hain multinational companiyon mein. badi badi tankhwahain un ki hoti hain. hum in ko hire nahi kar sakte. to outsourcing ke principle ko</w:t>
      </w:r>
    </w:p>
    <w:p>
      <w:pPr>
        <w:jc w:val="right"/>
      </w:pPr>
      <w:r>
        <w:t>مرد- ان کا sole concern جو ہے interest ہے، interest ہے، interest ہے۔ کسی کے لیے fame ہے، کسی کے لیے stage ہے، کسی کے لیے پیسہ ہے، کسی کے لیے عہدہ ہے۔ عورتوں کو اگر آپ- اگر آپ emotional approach کر سکیں تو عورتیں بہت آسانی سے manage ہو جاتی ہیں۔ تو اب خواتین کام کر رہی ہیں ملٹی نیشنل کمپنیوں میں۔ بڑی بڑی تنخواہیں ان کی ہوتی ہیں۔ ہم ان کو hire نہیں کر سکتے۔ تو outsourcing کے principle کو</w:t>
      </w:r>
    </w:p>
    <w:p>
      <w:r>
        <w:rPr>
          <w:b/>
        </w:rPr>
        <w:t xml:space="preserve">[17:26] </w:t>
      </w:r>
      <w:r>
        <w:t>- ko ikhtiyar kar ke hum in logon ko is mission mein laga rakha hai hum ne, jin ki- jin mein se aik ko bhi hum tankhwah de kar nahi rakh sakte is kaam mein. Aur tankhwah dene ke qabil bhi nahi woh, kyunke woh multinational mein jayenge. To outsourcing jo hamari ho rahi hai, woh zyada tar mard- auraton ke zariye ho rahi hai. Yeh hamare ulama jante hi nahi. To hum ne dore jadeed ke lehaz se segregation ko hum ne kaha ke Islam se koi talluq nahi hai. Is liye hamare</w:t>
      </w:r>
    </w:p>
    <w:p>
      <w:pPr>
        <w:jc w:val="right"/>
      </w:pPr>
      <w:r>
        <w:t>- کو اختیار کر کے ہم ان لوگوں کو اس مشن میں لگا رکھا ہے ہم نے، جن کی- جن میں سے ایک کو بھی ہم تنخواہ دے کر نہیں رکھ سکتے اس کام میں۔ اور تنخواہ دینے کے قابل بھی نہیں وہ، کیونکہ وہ ملٹی نیشنل میں جائیں گے۔ تو outsourcing جو ہماری ہو رہی ہے، وہ زیادہ تر مرد- عورتوں کے ذریعے ہو رہی ہے۔ یہ ہمارے علماء جانتے ہی نہیں۔ تو ہم نے دورِ جدید کے لحاظ سے segregation کو ہم نے کہا کہ اسلام سے کوئی تعلق نہیں ہے۔ اس لیے ہمارے</w:t>
      </w:r>
    </w:p>
    <w:p>
      <w:r>
        <w:rPr>
          <w:b/>
        </w:rPr>
        <w:t xml:space="preserve">[17:56] </w:t>
      </w:r>
      <w:r>
        <w:t>liye yeh possible ho gaya ke hum outsourcing kar sakein is mission ke ko computerize karne ke liye. Yaad rakhiye, dore jadeed mein dawat ka mission koi khel tamasha nahi hai. Bahut zyada danishmandi, bahut zyada hikmat, bahut zyada aql chahiye. Jo dawat ke naam se idhar udhar kar rahe hain log, woh kuch bhi nahi jante, ABCD bhi nahi jante ke dore jadeed mein dawat kya cheez hai.</w:t>
      </w:r>
    </w:p>
    <w:p>
      <w:pPr>
        <w:jc w:val="right"/>
      </w:pPr>
      <w:r>
        <w:t>لیے یہ possible ہو گیا کہ ہم outsourcing کر سکیں اس مشن کے کو کمپیوٹرائز کرنے کے لیے۔ یاد رکھیے، دورِ جدید میں دعوت کا مشن کوئی کھیل تماشہ نہیں ہے۔ بہت زیادہ دانش مندی، بہت زیادہ حکمت، بہت زیادہ عقل چاہیے۔ جو دعوت کے نام سے ادھر ادھر کر رہے ہیں لوگ، وہ کچھ بھی نہیں جانتے، ABCD بھی نہیں جانتے کہ دورِ جدید میں دعوت کیا چیز ہے۔</w:t>
      </w:r>
    </w:p>
    <w:p>
      <w:r>
        <w:rPr>
          <w:b/>
        </w:rPr>
        <w:t xml:space="preserve">[18:26] </w:t>
      </w:r>
      <w:r>
        <w:t>Dore jadeed mein dawat aik bahut hi zyada- yaani bahut hi zyada mushkil, bahut hi complex, aur bahut hi aql wala kaam hai. Is ki aik misaal maine di ke hum bare bare jo expert hote hain computer ke, un ko hum hire nahi kar sakte. Mardoon ko to bilkul nahi kar sakte ke. Mard sab ke sab apne interest ki taraf daurte hain. Apne interest ki taraf daurte hain. Lekin auratein jo hain, Allah taala ne un ko emotionally paida kiya hai.</w:t>
      </w:r>
    </w:p>
    <w:p>
      <w:pPr>
        <w:jc w:val="right"/>
      </w:pPr>
      <w:r>
        <w:t>دورِ جدید میں دعوت ایک بہت ہی زیادہ- یعنی بہت ہی زیادہ مشکل، بہت ہی complex، اور بہت ہی عقل والا کام ہے۔ اس کی ایک مثال میں نے دی کہ ہم بڑے بڑے جو expert ہوتے ہیں کمپیوٹر کے، ان کو ہم hire نہیں کر سکتے۔ مردوں کو تو بالکل نہیں کر سکتے کہیں۔ مرد سب کے سب اپنے interest کی طرف دوڑتے ہیں۔ اپنے interest کی طرف دوڑتے ہیں۔ لیکن عورتیں جو ہیں، اللہ تعالیٰ نے ان کو emotionally پیدا کیا ہے۔</w:t>
      </w:r>
    </w:p>
    <w:p>
      <w:r>
        <w:rPr>
          <w:b/>
        </w:rPr>
        <w:t xml:space="preserve">[18:57] </w:t>
      </w:r>
      <w:r>
        <w:t>Un ke emotions ko aap touch kar sakein to woh interest ko chhod kar kaam karne aa jayengi aap ke paas. To hum ne yeh bataya ke yeh jannat ka rasta hai. To jannat ke- unhone dekha ke jab ke jannat ka rasta yeh hai, to unhone hamara saath diya. Yeh bahut badi niktay ki baat mein kar raha hoon, wisdom ki baat, agar aap is ko samajh sakein ke kis tarah se hum ne auraton ko is mein istemal kiya outsourcing ke zariye se. Koi janta</w:t>
      </w:r>
    </w:p>
    <w:p>
      <w:pPr>
        <w:jc w:val="right"/>
      </w:pPr>
      <w:r>
        <w:t>ان کے emotions کو آپ touch کر سکیں تو وہ interest کو چھوڑ کر کام کرنے آ جائیں گی آپ کے پاس۔ تو ہم نے یہ بتایا کہ یہ جنت کا راستہ ہے۔ تو جنت کے- انہوں نے دیکھا کہ جب کہ جنت کا راستہ یہ ہے، تو انہوں نے ہمارا ساتھ دیا۔ یہ بہت بڑی نکتے کی بات میں کر رہا ہوں، wisdom کی بات، اگر آپ اس کو سمجھ سکیں کہ کس طرح سے ہم نے عورتوں کو اس میں استعمال کیا outsourcing کے ذریعے سے۔ کوئی جانتا</w:t>
      </w:r>
    </w:p>
    <w:p>
      <w:r>
        <w:rPr>
          <w:b/>
        </w:rPr>
        <w:t xml:space="preserve">[19:27] </w:t>
      </w:r>
      <w:r>
        <w:t>bhi nahi hamare ulama ke outsourcing kya cheez hai aur kaise is ko istemal kiya ja sakta hai.</w:t>
      </w:r>
    </w:p>
    <w:p>
      <w:pPr>
        <w:jc w:val="right"/>
      </w:pPr>
      <w:r>
        <w:t>بھی نہیں ہمارے علماء کہ outsourcing کیا چیز ہے اور کیسے اس کو استعمال کیا جا سکتا ہے۔</w:t>
      </w:r>
    </w:p>
    <w:p>
      <w:r>
        <w:rPr>
          <w:b/>
        </w:rPr>
        <w:t xml:space="preserve">[19:33] </w:t>
      </w:r>
      <w:r>
        <w:t>Kya Isa alaihissalam ko Allah ne Bani Israel ki islaah ke liye sirf bheja tha ya un ko dawat ka fariza bhi anjam dena tha?</w:t>
      </w:r>
    </w:p>
    <w:p>
      <w:pPr>
        <w:jc w:val="right"/>
      </w:pPr>
      <w:r>
        <w:t>کیا عیسیٰ علیہ السلام کو اللہ نے بنی اسرائیل کی اصلاح کے لیے صرف بھیجا تھا یا ان کو دعوت کا فریضہ بھی انجام دینا تھا؟</w:t>
      </w:r>
    </w:p>
    <w:p>
      <w:r>
        <w:rPr>
          <w:b/>
        </w:rPr>
        <w:t xml:space="preserve">[19:43] </w:t>
      </w:r>
      <w:r>
        <w:t>Bhai, jo tareekh hai ke dawat ka fariza anjam diya unhone. Hadithon se bhi sabit hai, Quran se bhi sabit hai, Bible se bhi sabit hai. Yeh to koi aisi baat nahi jo dhaki chhuppi ho. Yaani Hazrat Isa alaihissalam ne Yahood par kaam kiya, aur bahut sakht tanqideen ki jab dekha ke Yahood aap ki baat maan nahi rahe. Aap Bible mein padhein, bahut sakht tanqideen. Lekin daawti kaam bhi saath saath kiya.</w:t>
      </w:r>
    </w:p>
    <w:p>
      <w:pPr>
        <w:jc w:val="right"/>
      </w:pPr>
      <w:r>
        <w:t>بھئی، جو تاریخ ہے کہ دعوت کا فریضہ انجام دیا انہوں نے۔ حدیثوں سے بھی ثابت ہے، قرآن سے بھی ثابت ہے، بائبل سے بھی ثابت ہے۔ یہ تو کوئی ایسی بات نہیں جو ڈھکی چھپی ہو۔ یعنی حضرت عیسیٰ علیہ السلام نے یہود پر کام کیا، اور بہت سخت تنقیدیں کیں جب دیکھا کہ یہود آپ کی بات مان نہیں رہے۔ آپ بائبل میں پڑھیں، بہت سخت تنقیدیں۔ لیکن دعوتی کام بھی ساتھ ساتھ کیا۔</w:t>
      </w:r>
    </w:p>
    <w:p>
      <w:r>
        <w:rPr>
          <w:b/>
        </w:rPr>
        <w:t xml:space="preserve">[20:13] </w:t>
      </w:r>
      <w:r>
        <w:t>Aur daawti kaam ke nateeje mein unhone kuch logon ko hawari kaha jata hai. Hawareen ko unhone kaha. Sayyid- Sayyid Ibn Hisham mein aik riwayat hai ke hawareen se unhone kaha ke tum jao tablegh karo mulkon mulkon mein. To hawareen ne kaha ke humein to zubanein nahi aati un mulkon ki, hum kaise tablegh karenge? To riwayat mein yeh hai, Sayyid Ibn Hisham mein, ke Hazrat Isa ne dua ki aur sab wohi zuban bolne lage. Dekhiye, ro</w:t>
      </w:r>
    </w:p>
    <w:p>
      <w:pPr>
        <w:jc w:val="right"/>
      </w:pPr>
      <w:r>
        <w:t>اور دعوتی کام کے نتیجے میں انہوں نے کچھ لوگوں کو حواری کہا جاتا ہے۔ حوارین کو انہوں نے کہا۔ سید- سید ابن ہشام میں ایک روایت ہے کہ حوارین سے انہوں نے کہا کہ تم جاؤ تبلیغ کرو ملکوں ملکوں میں۔ تو حوارین نے کہا کہ ہمیں تو زبانیں نہیں آتی ان ملکوں کی، ہم کیسے تبلیغ کریں گے؟ تو روایت میں یہ ہے، سید ابن ہشام میں، کہ حضرت عیسیٰ نے دعا کی اور سب وہی زبان بولنے لگے۔ دیکھیے، رو</w:t>
      </w:r>
    </w:p>
    <w:p>
      <w:r>
        <w:rPr>
          <w:b/>
        </w:rPr>
        <w:t xml:space="preserve">[20:43] </w:t>
      </w:r>
      <w:r>
        <w:t>ayaton ko samajhne ke liye mein aik baat kehta hoon ke period hadaf ho jate hain, period. Jam kar ke rawi baat ko batata hai. Yeh sirf period hadaf hai. Yaani yeh matlab nahi ke moajza aaye to aap bolne lage woh. Hazrat Isa ne kaha ke jao, mein dua karta hoon, jao. Aur dakhil ho gaye. Dheere dheere bolne lage. To riwayat mein aik- aik- aik baat mein aap ko batata hoon, itaa'aton ko samajhne ke liye, ke is mein period- period hadaf hote hain.</w:t>
      </w:r>
    </w:p>
    <w:p>
      <w:pPr>
        <w:jc w:val="right"/>
      </w:pPr>
      <w:r>
        <w:t>ایتوں کو سمجھنے کے لیے میں ایک بات کہتا ہوں کہ period حذف ہو جاتے ہیں، period۔ جم کر کے راوی بات کو بتاتا ہے۔ یہ صرف period حذف ہے۔ یعنی یہ مطلب نہیں کہ معجزہ آئے تو آپ بولنے لگے وہ۔ حضرت عیسیٰ نے کہا کہ جاؤ، میں دعا کرتا ہوں، جاؤ۔ اور داخل ہو گئے۔ دھیرے دھیرے بولنے لگے۔ تو روایتوں میں ایک- ایک- ایک بات میں آپ کو بتاتا ہوں، اطاعتوں کو سمجھنے کے لیے، کہ اس میں period- period حذف ہوتے ہیں۔</w:t>
      </w:r>
    </w:p>
    <w:p>
      <w:r>
        <w:rPr>
          <w:b/>
        </w:rPr>
        <w:t xml:space="preserve">[21:14] </w:t>
      </w:r>
      <w:r>
        <w:t>Is ko aap ko ja kar samajhna padta hai. Yeh period hadaf hai ke unhone kaha ke jao, hum dua karte hain, jao, chalo, chalo. To dakhil ho gaye mulkon mulkon mein. Bolte bolte bolna aa gaya. Aaj kal dekhiye, kitne tajar milenge aap ko, har mulk mein jo bilkul jahil chale gaye wahan se, Africa ke misaal ke taur par, ab khoob thoot se angrezi bolte hain woh. Aise hi hua wahan par. To chunke period hadaf hai, to is liye log samajhte hain ke moajza aaye to aap bolne lage.</w:t>
      </w:r>
    </w:p>
    <w:p>
      <w:pPr>
        <w:jc w:val="right"/>
      </w:pPr>
      <w:r>
        <w:t>اس کو آپ کو جا کر سمجھنا پڑتا ہے۔ یہ period حذف ہے کہ انہوں نے کہا کہ جاؤ، ہم دعا کرتے ہیں، جاؤ، چلو، چلو۔ تو داخل ہو گئے ملکوں ملکوں میں۔ بولتے بولتے بولنا آ گیا۔ آج کل دیکھیے، کتنے تاجر ملیں گے آپ کو، ہر ملک میں جو بالکل جاہل چلے گئے وہاں سے، افریقہ کے مثال کے طور پر، اب خوب ٹھوٹ سے انگریزی بولتے ہیں وہ۔ ایسے ہی ہوا وہاں پر۔ تو چونکہ period حذف ہے، تو اس لیے لوگ سمجھتے ہیں کہ معجزہ آئی تو آپ بولنے لگے۔</w:t>
      </w:r>
    </w:p>
    <w:p>
      <w:r>
        <w:rPr>
          <w:b/>
        </w:rPr>
        <w:t xml:space="preserve">[21:45] </w:t>
      </w:r>
      <w:r>
        <w:t>Aisa nahi hua. To woh hawareen jo the, woh dua- dua the.</w:t>
      </w:r>
    </w:p>
    <w:p>
      <w:pPr>
        <w:jc w:val="right"/>
      </w:pPr>
      <w:r>
        <w:t>ایسا نہیں ہوا۔ تو وہ حوارین جو تھے، وہ دعا- دعا تھے۔</w:t>
      </w:r>
    </w:p>
    <w:p>
      <w:r>
        <w:rPr>
          <w:b/>
        </w:rPr>
        <w:t xml:space="preserve">[21:52] </w:t>
      </w:r>
      <w:r>
        <w:t>Maulana, un ka aik aur sawal hai. Unhone aap se poocha hai ke dawat ke mukhatib kaun hain?</w:t>
      </w:r>
    </w:p>
    <w:p>
      <w:pPr>
        <w:jc w:val="right"/>
      </w:pPr>
      <w:r>
        <w:t>مولانا، ان کا ایک اور سوال ہے۔ انہوں نے آپ سے پوچھا ہے کہ دعوت کے مخاطب کون ہیں؟</w:t>
      </w:r>
    </w:p>
    <w:p>
      <w:r>
        <w:rPr>
          <w:b/>
        </w:rPr>
        <w:t xml:space="preserve">[21:59] </w:t>
      </w:r>
      <w:r>
        <w:t>Dekhiye, mein jahan tak samajh pa raha hoon, hum jis soorat-e-haal mein hain, to hamare mukhatib do hain. Aik to ghair Muslim, jin ke mutalliq aap samajh sakte hain ke unhein humein dawat pahunchana hai, kyunke woh hamari zimmedari hai. Lekin Musalmanon mein aik bada tabqa jo- jis ko niche model education hasil ki, us ke bare mein mein kahunga ke aik bahut bada aalim ne kitab likhi hai ke "Riddah wala aboo bakar</w:t>
      </w:r>
    </w:p>
    <w:p>
      <w:pPr>
        <w:jc w:val="right"/>
      </w:pPr>
      <w:r>
        <w:t>دیکھیے، میں جہاں تک سمجھ پا رہا ہوں، ہم جس صورتحال میں ہیں، تو ہمارے مخاطب دو ہیں۔ ایک تو غیر مسلم، جن کے متعلق آپ سمجھ سکتے ہیں کہ انہیں ہمیں دعوت پہنچانا ہے، کیونکہ وہ ہماری ذمہ داری ہے۔ لیکن مسلمانوں میں ایک بڑا طبقہ جو- جس کو نیچے ماڈل ایجوکیشن حاصل کی، اس کے بارے میں میں کہوں گا کہ ایک بہت بڑا عالم نے کتاب لکھی ہے کہ "ردۃ ولا ابا بکر</w:t>
      </w:r>
    </w:p>
    <w:p>
      <w:r>
        <w:rPr>
          <w:b/>
        </w:rPr>
        <w:t xml:space="preserve">[22:30] </w:t>
      </w:r>
      <w:r>
        <w:t>laha". Yaani irtidad phail gaya Musalmanon mein, koi un ko aboo bakar nahi jo un ko- to woh irtidad nahi hai. Jin logon ki taleem wahi hai model education, woh sakht mubtala ho gaye. To unhone is ko irtidad ka case bana diya. Nahi, dissatisfaction case hai. To Musalmanon mein jo jadeed taleem yafta log hain, un ki majority un logon ki hai jin ko ke Islam ke bare mein</w:t>
      </w:r>
    </w:p>
    <w:p>
      <w:pPr>
        <w:jc w:val="right"/>
      </w:pPr>
      <w:r>
        <w:t>لہا"۔ یعنی ارتداد پھیل گیا مسلمانوں میں، کوئی ان کو ابوبکر نہیں جو ان کو- تو وہ ارتداد نہیں ہے۔ جن لوگوں کی تعلیم وہی ہے ماڈل ایجوکیشن، وہ سخت مبتلا ہو گئے۔ تو انہوں نے اس کو ارتداد کا کیس بنا دیا۔ نہیں، dissatisfaction کیس ہے۔ تو مسلمانوں میں جو جدید تعلیم یافتہ لوگ ہیں، ان کی میجورٹی ان لوگوں کی ہے جن کو کہ اسلام کے بارے میں</w:t>
      </w:r>
    </w:p>
    <w:p>
      <w:r>
        <w:rPr>
          <w:b/>
        </w:rPr>
        <w:t xml:space="preserve">[23:00] </w:t>
      </w:r>
      <w:r>
        <w:t>shubhat hain. To woh hamara target hai, woh bhi daawti target hai. Is liye mein kaha karta hoon, ghair Musalmanon ke liye hamara kaam hai, un ke liye Islam ko un ki discovery banana. Aur yeh jo Musalman hain, un ke liye hamara kaam hai ke un ko- un ke liye Islam ko un ki rediscovery banana. Yeh do nishane hamare hain. Mein "Riddah wala aboo bakar laha" wali kitab ko sahi nahi samajhta. Riddah</w:t>
      </w:r>
    </w:p>
    <w:p>
      <w:pPr>
        <w:jc w:val="right"/>
      </w:pPr>
      <w:r>
        <w:t>شبہات ہیں۔ تو وہ ہمارا ٹارگٹ ہے، وہ بھی دعوتی ٹارگٹ ہے۔ اس لیے میں کہا کرتا ہوں، غیر مسلموں کے لیے ہمارا کام ہے، ان کے لیے اسلام کو ان کی discovery بنانا۔ اور یہ جو مسلمان ہیں، ان کے لیے ہمارا کام ہے کہ ان کو- ان کے لیے اسلام کو ان کی rediscovery بنانا۔ یہ دو نشانے ہمارے ہیں۔ میں "ردۃ ولا ابا بکر لہا" والی کتاب کو صحیح نہیں سمجھتا۔ ردۃ</w:t>
      </w:r>
    </w:p>
    <w:p>
      <w:r>
        <w:rPr>
          <w:b/>
        </w:rPr>
        <w:t xml:space="preserve">[23:31] </w:t>
      </w:r>
      <w:r>
        <w:t>- Riddah case nahi tha woh, irtidad case nahi tha woh, woh tha dissatisfaction case. Aur hum isi ko bataya ke hamari jo kitabein hain, sach poochhein to isi ke aitbar se hain.</w:t>
      </w:r>
    </w:p>
    <w:p>
      <w:pPr>
        <w:jc w:val="right"/>
      </w:pPr>
      <w:r>
        <w:t>- ردہ کیس نہیں تھا وہ، ارتداد کیس نہیں تھا وہ، وہ تھا dissatisfaction کیس۔ اور ہم اسی کو بتایا کہ ہماری جو کتابیں ہیں، سچ پوچھیں تو اسی کے اعتبار سے ہیں۔</w:t>
      </w:r>
    </w:p>
    <w:p>
      <w:r>
        <w:rPr>
          <w:b/>
        </w:rPr>
        <w:t xml:space="preserve">[23:44] </w:t>
      </w:r>
      <w:r>
        <w:t>Sawal Maulana Zikwan ne kiya hai aap se, aur unhone likha hai ke aap ne aik baar farmaya tha ke dawat ke liye hamare aur Musalmanon ke darmiyan aik common ground maujood hai. Hum is common ground ko kis tarah avail karein, us ke bare mein batayein.</w:t>
      </w:r>
    </w:p>
    <w:p>
      <w:pPr>
        <w:jc w:val="right"/>
      </w:pPr>
      <w:r>
        <w:t>سوال مولانا زکوان نے کیا ہے آپ سے، اور انہوں نے لکھا ہے کہ آپ نے ایک بار فرمایا تھا کہ دعوت کے لیے ہمارے اور مسلمانوں کے درمیان ایک common ground موجود ہے۔ ہم اس common ground کو کس طرح avail کریں، اس کے بارے میں بتائیں۔</w:t>
      </w:r>
    </w:p>
    <w:p>
      <w:r>
        <w:rPr>
          <w:b/>
        </w:rPr>
        <w:t xml:space="preserve">[24:06] </w:t>
      </w:r>
      <w:r>
        <w:t>Haan, dekhiye, yeh bahut important baat hai. Jab aap kisi ghair Muslim se baat karte hain to woh pehle se yeh maane hue nahi hota hai ke Quran Khuda ki kitab hai, ya Rasool Allah Sallallahu Alaihi Wasallam Allah ke Nabi hain. Woh maane hue nahi hota hai. Is wajah se us se aap ke paas baat karne ke liye koi qalb swa maujood nahi</w:t>
      </w:r>
    </w:p>
    <w:p>
      <w:pPr>
        <w:jc w:val="right"/>
      </w:pPr>
      <w:r>
        <w:t>ہاں، دیکھیے، یہ بہت important بات ہے۔ جب آپ کسی غیر مسلم سے بات کرتے ہیں تو وہ پہلے سے یہ مانے ہوئے نہیں ہوتا ہے کہ قرآن خدا کی کتاب ہے، یا رسول اللہ صلی اللہ علیہ وسلم اللہ کے نبی ہیں۔ وہ مانے ہوئے نہیں ہوتا ہے۔ اس وجہ سے اس سے آپ کے پاس بات کرنے کے لیے کوئی قلب سوا موجود نہیں</w:t>
      </w:r>
    </w:p>
    <w:p>
      <w:r>
        <w:rPr>
          <w:b/>
        </w:rPr>
        <w:t xml:space="preserve">[24:37] </w:t>
      </w:r>
      <w:r>
        <w:t>hota. Lekin Musalman jo hain, Musalman se meri murad hai taleem yafta Musalman. Jab mein lafz Musalman bolta hoon to chunke hamara mukhatib taleem yafta tabqa hai, wahi murad hota hai mera, awam nahi. Kyunke awam ke mamle mein hamara ehsas yeh hai ke hamare aur un ke darmiyan language gap hai. Woh fazail</w:t>
      </w:r>
    </w:p>
    <w:p>
      <w:pPr>
        <w:jc w:val="right"/>
      </w:pPr>
      <w:r>
        <w:t>ہوتا۔ لیکن مسلمان جو ہیں، مسلمان سے میری مراد ہے تعلیم یافتہ مسلمان۔ جب میں لفظ مسلمان بولتا ہوں تو چونکہ ہمارا مخاطب تعلیم یافتہ طبقہ ہے، وہی مراد ہوتا ہے میرا، عوام نہیں۔ کیونکہ عوام کے معاملے میں ہمارا احساس یہ ہے کہ ہمارے اور ان کے درمیان language gap ہے۔ وہ فض</w:t>
      </w:r>
    </w:p>
    <w:p>
      <w:r>
        <w:rPr>
          <w:b/>
        </w:rPr>
        <w:t xml:space="preserve">[25:07] </w:t>
      </w:r>
      <w:r>
        <w:t>wagairah ki baatein un ke samne aati hain. Hum dalail- dalail ki baat karte hain to hamare aur un ke darmiyan language gap hai, kyunke fazail ki barkat ki baat un ke samne aati hai, lekin dalail ki baat un ke samne nahi aati. Is liye mein jab bhi kehta hoon to taleem yafta Musalmanon ke bare mein kehta hoon. To dekhiye, jo taleem yafta Musalman hai, woh bahar paida</w:t>
      </w:r>
    </w:p>
    <w:p>
      <w:pPr>
        <w:jc w:val="right"/>
      </w:pPr>
      <w:r>
        <w:t>ائل وغیرہ کی باتیں ان کے سامنے آتی ہیں۔ ہم دلائل- دلائل کی بات کرتے ہیں تو ہمارے اور ان کے درمیان language gap ہے، کیونکہ فضائل کی برکت کی بات ان کے سامنے آتی ہے، لیکن دلائل کی بات ان کے سامنے نہیں آتی۔ اس لیے میں جب بھی کہتا ہوں تو تعلیم یافتہ مسلمانوں کے بارے میں کہتا ہوں۔ تو دیکھیے، جو تعلیم یافتہ مسلمان ہے، وہ باہر پیدا</w:t>
      </w:r>
    </w:p>
    <w:p>
      <w:r>
        <w:rPr>
          <w:b/>
        </w:rPr>
        <w:t xml:space="preserve">[25:37] </w:t>
      </w:r>
      <w:r>
        <w:t>hua Muslim khandan mein, masjid madrasa se kuch na kuch wabasta raha ho, chahe university mein padha ho tab bhi. To ba'tor aqeedah us ke mind mein yeh baat maujood hai ke Islam Khuda ka deen hai, Rasool Allah Sallallahu Alaihi Wasallam Allah ke Nabi the, Quran Khuda ki kitab hai. Yeh qalam swa us ko mein kehta hoon ke goya hum Musalman se, yaani taleem yafta Musalman se</w:t>
      </w:r>
    </w:p>
    <w:p>
      <w:pPr>
        <w:jc w:val="right"/>
      </w:pPr>
      <w:r>
        <w:t>ہوا مسلم خاندان میں، مسجد مدرسے سے کچھ نہ کچھ وابستہ رہا ہو، چاہے یونیورسٹی میں پڑھا ہو تب بھی۔ تو بطور عقیدہ اس کے mind میں یہ بات موجود ہے کہ اسلام خدا کا دین ہے، رسول اللہ صلی اللہ علیہ وسلم اللہ کے نبی تھے، قرآن خدا کی کتاب ہے۔ یہ قلم سوا اس کو میں کہتا ہوں کہ گویا ہم مسلمان سے، یعنی تعلیم یافتہ مسلمان سے</w:t>
      </w:r>
    </w:p>
    <w:p>
      <w:r>
        <w:rPr>
          <w:b/>
        </w:rPr>
        <w:t xml:space="preserve">[26:07] </w:t>
      </w:r>
      <w:r>
        <w:t>aagaz karte hain, kar sa- kar sakte hain common ground se ke tum jis Quran ko mante ho, dekho is mein yeh baat likhi hai, jis Rasool ko mante ho us ne aisa kiya hai. To ghair Musalmanon se aagaz karne ke liye hamare paas is tarah ka common ground nahi hota. To mein samajhta hoon ke aik advantage hai hamari dawat ke liye Musalmanon mein, yaani taleem yafta Musalmanon mein baat karne ke liye. Aur mein is se pehle jo mein ne kaha tha</w:t>
      </w:r>
    </w:p>
    <w:p>
      <w:pPr>
        <w:jc w:val="right"/>
      </w:pPr>
      <w:r>
        <w:t>آغاز کرتے ہیں، کر س- کر سکتے ہیں common ground سے کہ تم جس قرآن کو مانتے ہو، دیکھو اس میں یہ بات لکھی ہے، جس رسول کو مانتے ہو اس نے ایسا کیا ہے۔ تو غیر مسلموں سے آغاز کرنے کے لیے ہمارے پاس اس طرح کا common ground نہیں ہوتا۔ تو میں سمجھتا ہوں کہ ایک advantage ہے ہماری دعوت کے لیے مسلمانوں میں، یعنی تعلیم یافتہ مسلمانوں میں بات کرنے کے لیے۔ اور میں اس سے پہلے جو میں نے کہا تھا</w:t>
      </w:r>
    </w:p>
    <w:p>
      <w:r>
        <w:rPr>
          <w:b/>
        </w:rPr>
        <w:t xml:space="preserve">[26:38] </w:t>
      </w:r>
      <w:r>
        <w:t>ke "Riddah wala aboo bakar laha", jo isi kitabon mein jo tasawwur diya gaya hai, woh isi kitab ki baat nahi hai. Maulana Abu Huraira Baghdadi ne likha tha, Khuda ne bahut mashhoor hua tha ke yeh college university jo hai qatlgahain hain. Yeh bilkul absurd baat hai, qatlgahain nahi hain woh. Harghiz nahi, yeh bilkul hi bilkul hi baseless baat hai. To jo log ja kar padh rahe hain wahan par,</w:t>
      </w:r>
    </w:p>
    <w:p>
      <w:pPr>
        <w:jc w:val="right"/>
      </w:pPr>
      <w:r>
        <w:t>کہ "ردۃ ولا ابا بکر لہا"، جو اسی کتابوں میں جو تصور دیا گیا ہے، وہ اسی کتاب کی بات نہیں ہے۔ مولانا ابو ہریرہ بغدلی نے لکھا تھا، خدا نے بہت مشہور ہوا تھا کہ یہ کالج یونیورسٹی جو ہے قتل گاہیں ہیں۔ یہ بالکل absurd بات ہے، قتل گاہیں نہیں ہیں وہ۔ ہرگز نہیں، یہ بالکل ہی بالکل ہی baseless بات ہے۔ تو جو لوگ جا کر پڑھ رہے ہیں وہاں پر،</w:t>
      </w:r>
    </w:p>
    <w:p>
      <w:r>
        <w:rPr>
          <w:b/>
        </w:rPr>
        <w:t xml:space="preserve">[27:08] </w:t>
      </w:r>
      <w:r>
        <w:t>woh hamare liye behtareen log hain, kyunke hamare aur un ke darmiyan language gap nahi hai. Jaise mein ne kaha ke outsourcing, to woh awam samjhegi nahi. Woh foran samajh jayenge. Foran aik lafz bolenge aur samajh jayenge. To hamare woh bahut hi qeemti log hain jin ko ke logon ne keh diya ke yeh to qatlgah mein qatl ho gaye hain yeh log ja kar</w:t>
      </w:r>
    </w:p>
    <w:p>
      <w:pPr>
        <w:jc w:val="right"/>
      </w:pPr>
      <w:r>
        <w:t>وہ ہمارے لیے بہترین لوگ ہیں، کیونکہ ہمارے اور ان کے درمیان language gap نہیں ہے۔ جیسے میں نے کہا کہ outsourcing، تو وہ عوام سمجھے گی نہیں۔ وہ فوراً سمجھ جائیں گے۔ فوراً ایک لفظ بولیں گے اور سمجھ جائیں گے۔ تو ہمارے وہ بہت ہی قیمتی لوگ ہیں جن کو کہ لوگوں نے کہہ دیا کہ یہ تو قتل گاہ میں قتل ہو گئے ہیں یہ لوگ جا کر</w:t>
      </w:r>
    </w:p>
    <w:p>
      <w:r>
        <w:rPr>
          <w:b/>
        </w:rPr>
        <w:t xml:space="preserve">[27:38] </w:t>
      </w:r>
      <w:r>
        <w:t>ke. Qeemti log hain, kyunke hamare aur un ke beech mein qalam swa maujood hai. To bahut hi mein qeemti samajhta hoon un logon ko jin ki taleem universityon mein ja kar hui hai. Kyunke un ka jo traditional approach hai, woh khatam hua ja kar Islam. Jo us ki qatl hui hai, yaad rakhiye, woh traditional approach khatam hua, Islam nahi khatam hua. Yeh bahut</w:t>
      </w:r>
    </w:p>
    <w:p>
      <w:pPr>
        <w:jc w:val="right"/>
      </w:pPr>
      <w:r>
        <w:t>کے۔ قیمتی لوگ ہیں، کیونکہ ہمارے اور ان کے بیچ میں قلم سوا موجود ہے۔ تو بہت ہی میں قیمتی سمجھتا ہوں ان لوگوں کو جن کی تعلیم یونیورسٹیوں میں جا کر ہوئی ہے۔ کیونکہ ان کا جو traditional approach ہے، وہ ختم ہوا جا کر اسلام۔ جو اس کی قتل ہوئی ہے، یاد رکھیے، وہ traditional approach ختم ہوا، اسلام نہیں ختم ہوا۔ یہ بہت</w:t>
      </w:r>
    </w:p>
    <w:p>
      <w:r>
        <w:rPr>
          <w:b/>
        </w:rPr>
        <w:t xml:space="preserve">[28:08] </w:t>
      </w:r>
      <w:r>
        <w:t>bari ghalati thi is zamane ke logon ki, ke logon ne yeh samjha ke islam qatl ho gaya. Traditional approach, yaani islam ko hamare ulama jis tareeqe se pesh karte the, yaani do ya don't ki zuban mein, karo ya karo, yeh karo woh na karo, yeh sawab hai is mein azab hai, yeh zuban bolte the ulama, is ki samajh mein nahi aata.</w:t>
      </w:r>
    </w:p>
    <w:p>
      <w:pPr>
        <w:jc w:val="right"/>
      </w:pPr>
      <w:r>
        <w:t>بڑی غلطی تھی اس زمانے کے لوگوں کی، کہ لوگوں نے یہ سمجھا کہ اسلام قتل ہو گیا۔ Traditional approach، یعنی اسلام کو ہمارے علماء جس طریقے سے پیش کرتے تھے، یعنی do یا don't کی زبان میں، کرو یا کرو، یہ کرو وہ نہ کرو، یہ ثواب ہے اس میں عذاب ہے، یہ زبان بولتے تھے علماء، اس کی سمجھ میں نہیں آتا۔</w:t>
      </w:r>
    </w:p>
    <w:p>
      <w:r>
        <w:rPr>
          <w:b/>
        </w:rPr>
        <w:t xml:space="preserve">[28:39] </w:t>
      </w:r>
      <w:r>
        <w:t>to unhon ne chaha ke cheezon ko reason- reason- reason out karen, rational ground par samjhen, to ulama is ke ahle nahi the. Aur un ke ahle na hone ki wajah se un ke andar ek inhiraf aaya, to log kehte hain ke sahib yeh to murtad ho gaye. Bilkul galat baat hai yeh. Isi ko maine kaha tha ke woh log hamare liye bohat hi qeemti hain, kyunke ek taraf to hamare aur un ke beech mein language gap nahi hai, doosri taraf yeh ke</w:t>
      </w:r>
    </w:p>
    <w:p>
      <w:pPr>
        <w:jc w:val="right"/>
      </w:pPr>
      <w:r>
        <w:t>تو انہوں نے چاہا کہ چیزوں کو reason- reason- reason out کریں، rational ground پر سمجھیں، تو علماء اس کے اہل نہیں تھے۔ اور ان کے اہل نہ ہونے کی وجہ سے ان کے اندر ایک انحراف آیا، تو لوگ کہتے ہیں کہ صاحب یہ تو مرتد ہو گئے۔ بالکل غلط بات ہے یہ۔ اسی کو میں نے کہا تھا کہ وہ لوگ ہمارے لیے بہت ہی قیمتی ہیں، کیونکہ ایک طرف تو ہمارے اور ان کے بیچ میں language gap نہیں ہے، دوسری طرف یہ کہ</w:t>
      </w:r>
    </w:p>
    <w:p>
      <w:r>
        <w:rPr>
          <w:b/>
        </w:rPr>
        <w:t xml:space="preserve">[29:09] </w:t>
      </w:r>
      <w:r>
        <w:t>un ke paas qalam sawa maujood hai, yaani common ground. Ab sirf yeh teesri baat hum ne karna hai ke islam ko hum reason out kar saken, rational ground par islam ki ahmiyat ko bata saken, yeh teesri baat hai. To main samajhta hoon ke is aitbar se musalman ka woh tabqa jo jis ki taleem universityon mein kaazib hui hai, woh hamare liye behtareen, yaani garhho hai kaam karne ke liye. Aur woh</w:t>
      </w:r>
    </w:p>
    <w:p>
      <w:pPr>
        <w:jc w:val="right"/>
      </w:pPr>
      <w:r>
        <w:t>ان کے پاس قلم سوا موجود ہے، یعنی common ground۔ اب صرف یہ تیسری بات ہم نے کرنا ہے کہ اسلام کو ہم reason out کر سکیں، rational ground پر اسلام کی اہمیت کو بتا سکیں، یہ تیسری بات ہے۔ تو میں سمجھتا ہوں کہ اس اعتبار سے مسلمان کا وہ طبقہ جو جس کی تعلیم یونیورسٹیوں میں کاذب ہوئی ہے، وہ ہمارے لیے بہترین، یعنی گڑھو ہے کام کرنے کے لیے۔ اور وہ</w:t>
      </w:r>
    </w:p>
    <w:p>
      <w:r>
        <w:rPr>
          <w:b/>
        </w:rPr>
        <w:t xml:space="preserve">[29:39] </w:t>
      </w:r>
      <w:r>
        <w:t>logon ki bohat bhayanak ghalati thi jinhon ne kaha ke sahib yeh to qatlgahain hain universityan. Aur un ka shair ek zamane mein bohat mashhoor hua tha, yeh Akbar Ilahabadi ka, ke yun qatl ke ilzaam se badnaam na hota, afsos ke firaun ko kaali kalesh ho jaye. Yeh sab bilkul absurd baatein hain, baseless baatein hain. To mera apni goya ek jab kaam karte karte ek discovery mujhe hui, daryaft hui ke yeh to</w:t>
      </w:r>
    </w:p>
    <w:p>
      <w:pPr>
        <w:jc w:val="right"/>
      </w:pPr>
      <w:r>
        <w:t>لوگوں کی بہت بھیانک غلطی تھی جنہوں نے کہا کہ صاحب یہ تو قتل گاہیں ہیں یونیورسٹیاں۔ اور ان کا شعر ایک زمانے میں بہت مشہور ہوا تھا، یہ اکبر احبادی کا، کہ یوں قتل کے الزام سے بدنام نہ ہوتا، افسوس کہ فرعون کو کالی کلیس ہو جائے۔ یہ سب بالکل absurd باتیں ہیں، baseless باتیں ہیں۔ تو میرا اپنی گویا ایک جب کام کرتے کرتے ایک discovery مجھے ہوئی، دریافت ہوئی کہ یہ تو</w:t>
      </w:r>
    </w:p>
    <w:p>
      <w:r>
        <w:rPr>
          <w:b/>
        </w:rPr>
        <w:t xml:space="preserve">[30:09] </w:t>
      </w:r>
      <w:r>
        <w:t>qeemti log hain, yeh to sab se zyada, yaani samajh sakte hain hamari baaton ko. Muslim awam samajh nahi sakte, kyunke hamare aur un ke darmiyan language gap hai. Un ko to yeh samajh mein aata hai ke tasbeeh parho to jannat ke darwaze khul jayenge, aur falan hai. To, yaani main- mera jo ghar hai is ke paas mila hua ek park hai, to wahan log walk karne aate hain.</w:t>
      </w:r>
    </w:p>
    <w:p>
      <w:pPr>
        <w:jc w:val="right"/>
      </w:pPr>
      <w:r>
        <w:t>قیمتی لوگ ہیں، یہ تو سب سے زیادہ، یعنی سمجھ سکتے ہیں ہماری باتوں کو۔ مسلم عوام سمجھ نہیں سکتے، کیونکہ ہمارے اور ان کے درمیان language gap ہے۔ ان کو تو یہ سمجھ میں آتا ہے کہ تسبیح پڑھو تو جنت کے دروازے کھل جائیں گے، اور فلاں ہے۔ تو، یعنی میں- میرا جو گھر ہے اس کے پاس ملا ہوا ایک پارک ہے، تو وہاں لوگ walk کرنے آتے ہیں۔</w:t>
      </w:r>
    </w:p>
    <w:p>
      <w:r>
        <w:rPr>
          <w:b/>
        </w:rPr>
        <w:t xml:space="preserve">[30:39] </w:t>
      </w:r>
      <w:r>
        <w:t>taqreeban rozana main dekhta hoon ke hindu to walk karta hai keep left ke usool par, musalman walk karte hain keep right ke usool par. Kuch samajhte hain ke yeh seedha rasta hai aur jannat ka rasta hai yeh. Aisay logon ko hum kya samjha sakte hain? Yeh sab wohi hote hain fazail wale. To ek- ek meri ek aham daryaft hui hai ke jin logon ko hamare logon ne samjha tha ke yeh to qatlgahon mein ja kar qatl ho gaye, aur islam se door</w:t>
      </w:r>
    </w:p>
    <w:p>
      <w:pPr>
        <w:jc w:val="right"/>
      </w:pPr>
      <w:r>
        <w:t>تقریباً روزانہ میں دیکھتا ہوں کہ ہندو تو walk کرتا ہے keep left کے اصول پر، مسلمان walk کرتے ہیں keepright کے اصول پر۔ کچھ سمجھتے ہیں کہ یہ سیدھا راستہ ہے اور جنت کا راستہ ہے یہ۔ ایسے لوگوں کو ہم کیا سمجھا سکتے ہیں؟ یہ سب وہی ہوتے ہیں فضائل والے۔ تو ایک- ایک میری ایک اہم دریافت ہوئی ہے کہ جن لوگوں کو ہمارے لوگوں نے سمجھا تھا کہ یہ تو قتل گاہوں میں جا کر قتل ہو گئے، اور اسلام سے دور</w:t>
      </w:r>
    </w:p>
    <w:p>
      <w:r>
        <w:rPr>
          <w:b/>
        </w:rPr>
        <w:t xml:space="preserve">[31:09] </w:t>
      </w:r>
      <w:r>
        <w:t>murtad ho gaye waghera, yeh sab bilkul laغو tha. Woh hamare liye behtareen log hain, kyunke in idaron mein in ki decommissioning hui hai, jo hum nahi kar sakte the. Secular idaron mein bohat bare paimane par hamare naujawanon ki decommissioning hui hai, aur traditional soch ke bajaye rational soch aayi hai un ke andar. To bohat qeemti baat hai. Yeh hamare ulama ki ghalati thi ke unhon ne traditional soch ko islam</w:t>
      </w:r>
    </w:p>
    <w:p>
      <w:pPr>
        <w:jc w:val="right"/>
      </w:pPr>
      <w:r>
        <w:t>مرتد ہو گئے وغیرہ، یہ سب بالکل لغو تھا۔ وہ ہمارے لیے بہترین لوگ ہیں، کیونکہ ان اداروں میں ان کی decommissioning ہوئی ہے، جو ہم نہیں کر سکتے تھے۔ سیکولر اداروں میں بہت بڑے پیمانے پر ہمارے نوجوانوں کی decommissioning ہوئی ہے، اور traditional سوچ کے بجائے rational سوچ آئی ہے ان کے اندر۔ تو بہت قیمتی بات ہے۔ یہ ہمارے علماء کی غلطی تھی کہ انہوں نے traditional سوچ کو اسلام</w:t>
      </w:r>
    </w:p>
    <w:p>
      <w:r>
        <w:rPr>
          <w:b/>
        </w:rPr>
        <w:t xml:space="preserve">[31:39] </w:t>
      </w:r>
      <w:r>
        <w:t>samajh liya, aur rational soch ko irtidad samajh liya. To yeh meri daryaft hai ke yeh jo logon ka case sirf yeh tha ke traditional approach khatam, traditional soch un ki khatam hui thi. Is ke jagah par jo chahiye woh irtidad nahi tha, balke rational soch thi. Is liye main kehta hoon ke hamare liye, hamare aur un ke beech mein qalam sawa hai. Yeh hai mamla.</w:t>
      </w:r>
    </w:p>
    <w:p>
      <w:pPr>
        <w:jc w:val="right"/>
      </w:pPr>
      <w:r>
        <w:t>سمجھ لیا، اور rational سوچ کو ارتداد سمجھ لیا۔ تو یہ میری دریافت ہے کہ یہ جو لوگوں کا کیس صرف یہ تھا کہ traditional approach ختم، traditional سوچ ان کی ختم ہوئی تھی۔ اس کے جگہ پر جو چاہیے وہ ارتداد نہیں تھا، بلکہ rational سوچ تھی۔ اس لیے میں کہتا ہوں کہ ہمارے لیے، ہمارے اور ان کے بیچ میں قلم سوا ہے۔ یہ ہے معاملہ۔</w:t>
      </w:r>
    </w:p>
    <w:p>
      <w:r>
        <w:rPr>
          <w:b/>
        </w:rPr>
        <w:t xml:space="preserve">[32:06] </w:t>
      </w:r>
      <w:r>
        <w:t>kya hai abdul aleem sahib ne, unhon ne likha hai: "In your previous Q&amp;A session you mentioned that da'wah is complex, complicated, and sensitive to handle. So should there not be some basic virtues, if not qualifications, for a da'i?"</w:t>
      </w:r>
    </w:p>
    <w:p>
      <w:pPr>
        <w:jc w:val="right"/>
      </w:pPr>
      <w:r>
        <w:t>کیا ہے عبدالعلیم صاحب نے، انہوں نے لکھا ہے: "In your previous Q&amp;A session you mentioned that دعویٰ is complex, complicated, and sensitive to handle. So should there not be some basic virtues, if not qualifications, for a داعی؟"</w:t>
      </w:r>
    </w:p>
    <w:p>
      <w:r>
        <w:rPr>
          <w:b/>
        </w:rPr>
        <w:t xml:space="preserve">[32:29] </w:t>
      </w:r>
      <w:r>
        <w:t>haan, yaani hum jin logon ke darmiyan kaam karna chahte hain un ke liye aa sakta tha. Hum awam mein, awam hamara awam mein to fazilat ki- ki kahaniyan sunaiye, aur mozu rawaiyat bayan kijiye to us par un ko bohat acha lagta hai un ko. Lekin hum ne aslan jis groh ko apna mukhatib banaya hai woh taleem yafta tabqa hai. To taleem yafta tabqa ke bare mein yeh hai ke koi literature hi maujood nahi. Ulama jo kitaben likh</w:t>
      </w:r>
    </w:p>
    <w:p>
      <w:pPr>
        <w:jc w:val="right"/>
      </w:pPr>
      <w:r>
        <w:t>ہاں، یعنی ہم جن لوگوں کے درمیان کام کرنا چاہتے ہیں ان کے لیے آ سکتا تھا۔ ہم عوام میں، عوام ہمارا عوام میں تو فضیلت کی- کی کہانیاں سنائیے، اور موضوع روایتیں بیان کیجیے تو اس پر ان کو بہت اچھا لگتا ہے ان کو۔ لیکن ہم نے اصلًا جس گروہ کو اپنا مخاطب بنایا ہے وہ تعلیم یافتہ طبقہ ہے۔ تو تعلیم یافتہ طبقہ کے بارے میں یہ ہے کہ کوئی لٹریچر ہی موجود نہیں۔ علماء جو کتابیں لکھ</w:t>
      </w:r>
    </w:p>
    <w:p>
      <w:r>
        <w:rPr>
          <w:b/>
        </w:rPr>
        <w:t xml:space="preserve">[32:59] </w:t>
      </w:r>
      <w:r>
        <w:t>te hain woh rubbish hain, rubbish. Main aap ko qissa batata hoon ke hamare haan kuch log aaye, woh hindu background ke, to hamare liye kuch hindu background ke log dilli mein the, un ko khayal hua kisi wajah se ke islam ka mutala karen, islam ka mutala karen. Isi mein se ek priya malik bohat hi zaheen khatoon thi,</w:t>
      </w:r>
    </w:p>
    <w:p>
      <w:pPr>
        <w:jc w:val="right"/>
      </w:pPr>
      <w:r>
        <w:t>ے ہیں وہ ربش ہیں، ربش۔ میں آپ کو قصہ بتاتا ہوں کہ ہمارے ہاں کچھ لوگ آئے، وہ ہندو بیک گراؤنڈ کے، تو ہمارے لیے کچھ ہندو بیک گراؤنڈ کے لوگ دلی میں تھے، ان کو خیال ہوا کسی وجہ سے کہ اسلام کا مطالعہ کریں، اسلام کا مطالعہ کریں۔ اسی میں سے ایک پریا ملک بہت ہی ذہین خاتون تھی،</w:t>
      </w:r>
    </w:p>
    <w:p>
      <w:r>
        <w:rPr>
          <w:b/>
        </w:rPr>
        <w:t xml:space="preserve">[33:29] </w:t>
      </w:r>
      <w:r>
        <w:t>bohat parhi likhi, aur un ke saathi. To kisi ne, woh english wale log the, kisi ne bataya ke jamaat sahi mein jao, wahan english mein kitaben tum ko milengi. To woh log gaye, to unhon ne Maulana Abu Huraira Baghdadi ki kitaben jo english mein tarjuma hui hain woh un ko de deen. Taqreeban bees choti choti kitaben, unhon ne parha us ko, to ja kar unhon ne kaha jamaat islami ke daftar mein ke yeh kitaben</w:t>
      </w:r>
    </w:p>
    <w:p>
      <w:pPr>
        <w:jc w:val="right"/>
      </w:pPr>
      <w:r>
        <w:t>بہت پڑھی لکھی، اور ان کے ساتھی۔ تو کسی نے، وہ انگلش والے لوگ تھے، کسی نے بتایا کہ جماعت صحیح میں جاؤ، وہاں انگلش میں کتابیں تم کو ملیں گی۔ تو وہ لوگ گئے، تو انہوں نے مولانا ابو ہریرہ بغدلی کی کتابیں جو انگلش میں ترجمہ ہوئی ہیں وہ ان کو دے دیا۔ تقریباً بیس چھوٹی چھوٹی کتابیں، انہوں نے پڑھا اس کو، تو جا کر انہوں نے کہا جماعت اسلامی کے دفتر میں کہ یہ کتابیں</w:t>
      </w:r>
    </w:p>
    <w:p>
      <w:r>
        <w:rPr>
          <w:b/>
        </w:rPr>
        <w:t xml:space="preserve">[34:00] </w:t>
      </w:r>
      <w:r>
        <w:t>hamare mind ko address nahi karti, yeh to un ke liye hain jo musalman apne ko samajhte hain aur musalman islami hukumat banana chahte hain, un ke liye hain yeh kitaben. Hamara woh masla nahi hai. To unhon ne kaha ke yeh kitaben hamare mind ko address nahi karti. To wahan jo secretary sahib the unhon ne kaha ke bhai, yaani unhon ne ba taur is ke light board mein kaha, are woh to tum ko main naam bataoon, woh to wahan milega. Aisay hi light board mein keh diya. To ab hamare paas aaye woh log,</w:t>
      </w:r>
    </w:p>
    <w:p>
      <w:pPr>
        <w:jc w:val="right"/>
      </w:pPr>
      <w:r>
        <w:t>ہمارے mind کو address نہیں کرتی، یہ تو ان کے لیے ہیں جو مسلمان اپنے کو سمجھتے ہیں اور مسلمان اسلامی حکومت بنانا چاہتے ہیں، ان کے لیے ہیں یہ کتابیں۔ ہمارا وہ مسئلہ نہیں ہے۔ تو انہوں نے کہا کہ یہ کتابیں ہمارے mind کو address نہیں کرتی۔ تو وہاں جو سیکرٹری صاحب تھے انہوں نے کہا کہ بھئی، یعنی انہوں نے بطور اس کے لائٹ بورڈ میں کہا، ارے وہ تو تم کو میں نام بتاؤں، وہ تو وہاں ملے گا۔ ایسے ہی لائٹ بورڈ میں کہہ دیا۔ تو اب ہمارے پاس آئے وہ لوگ،</w:t>
      </w:r>
    </w:p>
    <w:p>
      <w:r>
        <w:rPr>
          <w:b/>
        </w:rPr>
        <w:t xml:space="preserve">[34:30] </w:t>
      </w:r>
      <w:r>
        <w:t>hamari kitaben parhin. Ab woh Allah ke fazl se, yaani un ko bohat zabardast, unhi mein se ek yeh bhi hain jo khare hue hain. To mera manna yeh hai ke ulama ne jo literature tayyar kiya hai, bashbur, ahl-e-quran wa bashbur, bashbur jamaat islami, woh bilkul hi address nahi karta hamare modern mind ko. Traditional mind ko address</w:t>
      </w:r>
    </w:p>
    <w:p>
      <w:pPr>
        <w:jc w:val="right"/>
      </w:pPr>
      <w:r>
        <w:t>ہماری کتابیں پڑھیں۔ اب وہ اللہ کے فضل سے، یعنی ان کو بہت زبردست، انہی میں سے ایک یہ بھی ہیں جو کھڑے ہوئے ہیں۔ تو میرا ماننا یہ ہے کہ علماء نے جو لٹریچر تیار کیا ہے، بشبور، اہل قرآن و بشبور، بشبور جماعت اسلامی، وہ بالکل ہی address نہیں کرتا ہمارے modern mind کو۔ traditional mind کو address</w:t>
      </w:r>
    </w:p>
    <w:p>
      <w:r>
        <w:rPr>
          <w:b/>
        </w:rPr>
        <w:t xml:space="preserve">[35:00] </w:t>
      </w:r>
      <w:r>
        <w:t>karta hai. To hamara jo nishana hai woh yeh hai ke yeh jo log jo ghair mutma'in ho gaye the ulama ke kitabon ko dekh kar ke, un ko hum apna mukhatib bana rahe hain, unhi ke liye hum kitaben tayyar ki hain. Is liye main ne baat kahi thi, kyunke woh un ko handle karna asan kaam nahi hai.</w:t>
      </w:r>
    </w:p>
    <w:p>
      <w:pPr>
        <w:jc w:val="right"/>
      </w:pPr>
      <w:r>
        <w:t>کرتا ہے۔ تو ہمارا جو نشانہ ہے وہ یہ ہے کہ یہ جو لوگ جو غیر مطمئن ہو گئے تھے علماء کے کتابوں کو دیکھ کر کے، ان کو ہم اپنا مخاطب بنا رہے ہیں، انہی کے لحاظ سے ہم کتابیں تیار کی ہیں۔ اس لحاظ سے میں نے بات کہی تھی، کیونکہ وہ ان کو handle کرنا آسان کام نہیں ہے۔</w:t>
      </w:r>
    </w:p>
    <w:p>
      <w:r>
        <w:rPr>
          <w:b/>
        </w:rPr>
        <w:t xml:space="preserve">[35:32] </w:t>
      </w:r>
      <w:r>
        <w:t>un ko handle karna asan kaam nahi hai. Misal ke taur par kya karte hain log, hamare ulama ke kehte hain ke islam qabool karo to dua rakhni padegi, naam badalna padega, aur phir hanfi bano ge, shafi, hanfi bano ge, salhi bano ge, is tarah ki baatein. To ek bohat, is ko maine kaha tha ke bohat hi mushkil hai, mushkil ke ma'ni yeh nahi ke koi</w:t>
      </w:r>
    </w:p>
    <w:p>
      <w:pPr>
        <w:jc w:val="right"/>
      </w:pPr>
      <w:r>
        <w:t>ان کو handle کرنا آسان کام نہیں ہے۔ مثال کے طور پر کیا کرتے ہیں لوگ، ہمارے علماء کہ کہتے ہیں کہ اسلام قبول کرو تو دعا رکھنی پڑے گی، نام بدلنا پڑے گا، اور پھر حنفی بنو گے، شافعی، حنفی بنو گے، صالحی بنو گے، اس طرح کی باتیں۔ تو ایک بہت، اس کو میں نے کہا تھا کہ بہت ہی مشکل ہے، مشکل کے معنی یہ نہیں کہ کوئی</w:t>
      </w:r>
    </w:p>
    <w:p>
      <w:r>
        <w:rPr>
          <w:b/>
        </w:rPr>
        <w:t xml:space="preserve">[36:02] </w:t>
      </w:r>
      <w:r>
        <w:t>koi einstein ki theory samajhne ka mamla hai. Nahi, aap ko un se mohabbat karni padegi, aap ko un ka khair khwah banna padega, aap ko yeh manna padega ke yeh dushman nahi hain islam ke. Yeh sab baaton ko dhyan se nikal denge, tab ja kar samajh mein aayega ke in se hamare approach kya ho. Bas is ma'ni mein kaha tha maine.</w:t>
      </w:r>
    </w:p>
    <w:p>
      <w:pPr>
        <w:jc w:val="right"/>
      </w:pPr>
      <w:r>
        <w:t>کوئی آئنسٹین کی تھیوری سمجھنے کا معاملہ ہے۔ نہیں، آپ کو ان سے محبت کرنی پڑے گی، آپ کو ان کا خیر خواہ بننا پڑے گا، آپ کو یہ ماننا پڑے گا کہ یہ دشمن نہیں ہیں اسلام کے۔ یہ سب باتوں کو دھیان سے نکال دیں گے، تب جا کر سمجھ میں آئے گا کہ ان سے ہمارے approach کیا ہو۔ بس اس معنی میں کہا تھا میں نے۔</w:t>
      </w:r>
    </w:p>
    <w:p>
      <w:r>
        <w:rPr>
          <w:b/>
        </w:rPr>
        <w:t xml:space="preserve">[36:26] </w:t>
      </w:r>
      <w:r>
        <w:t>agla sawal kya hai Muhammad Yunusuddin sahib ne, unhon ne likha hai: "Quran se maloom hota hai ke rasoolon ke itmam-e-hujjat ke baad qomon ko halak kar diya gaya. Is halakat ki hikmat kya thi?" Is ke baad.</w:t>
      </w:r>
    </w:p>
    <w:p>
      <w:pPr>
        <w:jc w:val="right"/>
      </w:pPr>
      <w:r>
        <w:t>اگلا سوال کیا ہے محمد یونس الدین صاحب نے، انہوں نے لکھا ہے: "قرآن سے معلوم ہوتا ہے کہ رسولوں کے اتمام حجت کے بعد قوموں کو ہلاک کر دیا گیا۔ اس ہلاکت کی حکمت کیا تھی؟" اس کے بعد.</w:t>
      </w:r>
    </w:p>
    <w:p>
      <w:r>
        <w:rPr>
          <w:b/>
        </w:rPr>
        <w:t xml:space="preserve">[36:45] </w:t>
      </w:r>
      <w:r>
        <w:t>nahi, har qaum ko halak nahi kiya gaya, kuch qomon ko halak kiya gaya, jaise qaum-e-loot ko halak kiya gaya, Hazrat Ibrahim ki qaum ko halak nahi kiya gaya. Yeh hum aap baith kar discuss nahi kar sakte ke kya hikmat thi, kyunke dono tarah ki misalein hain, dono tarah ki misalein hain ke Hazrat Loot ki qaum ko halak kiya gaya, Hazrat Ibrahim ki qaum ko halak nahi kiya gaya. To yeh Allah taala ke</w:t>
      </w:r>
    </w:p>
    <w:p>
      <w:pPr>
        <w:jc w:val="right"/>
      </w:pPr>
      <w:r>
        <w:t>نہیں، ہر قوم کو ہلاک نہیں کیا گیا، کچھ قوموں کو ہلاک کیا گیا، جیسے قوم لوط کو ہلاک کیا گیا، حضرت ابراہیم کی قوم کو ہلاک نہیں کیا گیا۔ یہ ہم آپ بیٹھ کر discuss نہیں کر سکتے کہ کیا حکمت تھی، کیونکہ دونوں طرح کی مثالیں ہیں، دونوں طرح کی مثالیں ہیں کہ حضرت لوط کی قوم کو ہلاک کیا گیا، حضرت ابراہیم کی قوم کو ہلاک نہیں کیا گیا۔ تو یہ اللہ تعالیٰ کے</w:t>
      </w:r>
    </w:p>
    <w:p>
      <w:r>
        <w:rPr>
          <w:b/>
        </w:rPr>
        <w:t xml:space="preserve">[37:15] </w:t>
      </w:r>
      <w:r>
        <w:t>- ke domain ki baat hai, is par discuss karne se koi faida nahi hai. Aap ko apni zimmedari ke aitbar se sochna chahiye, yeh Allah ke hawale karna chahiye. Ba taur-e-aqida mera yeh manna yeh hai ke Allah taala jis ko dekhte hain ke yeh ab woh darja aa chuka ke to ab un ko mazeed zindagi dene ka koi mamla nahi. Yeh ba taur-e-aqida main manta hoon.</w:t>
      </w:r>
    </w:p>
    <w:p>
      <w:pPr>
        <w:jc w:val="right"/>
      </w:pPr>
      <w:r>
        <w:t>- کے domain کی بات ہے، اس پر discuss کرنے سے کوئی فائدہ نہیں ہے۔ آپ کو اپنی ذمہ داری کے اعتبار سے سوچنا چاہیے، یہ اللہ کے حوالے کرنا چاہیے۔ بطور عقیدہ میرا یہ ماننا یہ ہے کہ اللہ تعالیٰ جس کو دیکھتے ہیں کہ یہ اب وہ درجہ آ چکا کہ تو اب ان کو مزید زندگی دینے کا کوئی معاملہ نہیں۔ یہ بطور عقیدہ میں مانتا ہوں۔</w:t>
      </w:r>
    </w:p>
    <w:p>
      <w:r>
        <w:rPr>
          <w:b/>
        </w:rPr>
        <w:t xml:space="preserve">[37:46] </w:t>
      </w:r>
      <w:r>
        <w:t>to yeh Allah hi ko behtar pata hai. Acha, is ke bar aks misal bhi hai, dekhiye, Hazrat Yunus ki qaum jo thi woh iman layi, to hum ko aap ko kya pata ke kya hai mamla. To yeh- yeh ilm na to peghambar ko hota na hum ko ho sakta, Allah apne ilm ke tehat faisla farmata hai ke kis ke sath kya mamla kiya jaye, kis ke sath kya mamla kiya jaye.</w:t>
      </w:r>
    </w:p>
    <w:p>
      <w:pPr>
        <w:jc w:val="right"/>
      </w:pPr>
      <w:r>
        <w:t>تو یہ اللہ ہی کو بہتر پتہ ہے۔ اچھا، اس کے برعکس مثال بھی ہے، دیکھیے، حضرت یونس کی قوم جو تھی وہ ایمان لائی، تو ہم کو آپ کو کیا پتہ کہ کیا ہے معاملہ۔ تو یہ- یہ علم نہ تو پیغمبر کو ہوتا نہ ہم کو ہو سکتا، اللہ اپنے علم کے تحت فیصلہ فرماتا ہے کہ کس کے ساتھ کیا معاملہ کیا جائے، کس کے ساتھ کیا معاملہ کیا جائے۔</w:t>
      </w:r>
    </w:p>
    <w:p>
      <w:r>
        <w:rPr>
          <w:b/>
        </w:rPr>
        <w:t xml:space="preserve">[38:13] </w:t>
      </w:r>
      <w:r>
        <w:t>Maulana, mera sawal yeh hai ke dawah ke kaam mein hum log ke darmiyan kabhi kabhi ikhtilafat ho jate hain, aur as a human being jo hai, ego jo hai woh wahan pe bhi aa jata hai, aur surat yahan tak pahunch jati hai ke hum samajhte hain ke hum bhi jo hai Maulana ki baat ko jante hain aur padhte rahen to hum sahi bol rahe hain, aur samne ka jo saathi hai woh bhi samajhta hai ke hum ne bhi Maulana ka mutala kiya hai to main bhi sahi</w:t>
      </w:r>
    </w:p>
    <w:p>
      <w:pPr>
        <w:jc w:val="right"/>
      </w:pPr>
      <w:r>
        <w:t>مولانا، میرا سوال یہ ہے کہ دعوت کے کام میں ہم لوگ کے درمیان کبھی کبھی اختلافات ہو جاتے ہیں، اور as a human being جو ہے، ego جو ہے وہ وہاں پہ بھی آ جاتا ہے، اور صورت یہاں تک پہنچ جاتی ہے کہ ہم سمجھتے ہیں کہ ہم بھی جو ہے مولانا کی بات کو جانتے ہیں اور پڑھتے رہیں تو ہم صحیح بول رہے ہیں، اور سامنے کا جو ساتھی ہے وہ بھی سمجھتا ہے کہ ہم نے بھی مولانا کا مطالعہ کیا ہے تو میں بھی صحی</w:t>
      </w:r>
    </w:p>
    <w:p>
      <w:r>
        <w:rPr>
          <w:b/>
        </w:rPr>
        <w:t xml:space="preserve">[38:43] </w:t>
      </w:r>
      <w:r>
        <w:t>kar raha hoon. To is mamle mein aap ki kya rehnumai hai, is ko kaise manage kiya jaye?</w:t>
      </w:r>
    </w:p>
    <w:p>
      <w:pPr>
        <w:jc w:val="right"/>
      </w:pPr>
      <w:r>
        <w:t>ح کر رہا ہوں۔ تو اس معاملے میں آپ کی کیا رہنمائی ہے، اس کو کیسے manage کیا جائے؟</w:t>
      </w:r>
    </w:p>
    <w:p>
      <w:r>
        <w:rPr>
          <w:b/>
        </w:rPr>
        <w:t xml:space="preserve">[38:52] </w:t>
      </w:r>
      <w:r>
        <w:t>dekhiye, ikhtilaf to dunya mein kabhi mitne wala hai nahi. Yeh mat samjhiye ke aisa ho sakta hai ke ikhtilaf mit jaye. Rasool Allah ki jamaat mein ikhtilaf paida hua to ikhtilaf hoga, is ko- is ko jo kehte hain ke take it easy, bas jab ikhtilaf itni zyada inherent hai insan ke andar ke woh Rasool Allah ki jamaat mein ikhtilaf</w:t>
      </w:r>
    </w:p>
    <w:p>
      <w:pPr>
        <w:jc w:val="right"/>
      </w:pPr>
      <w:r>
        <w:t>دیکھیے، اختلاف تو دنیا میں کبھی مٹنے والا ہے نہیں۔ یہ مت سمجھیے کہ ایسا ہو سکتا ہے کہ اختلاف مٹ جائے۔ رسول اللہ کی جماعت میں اختلاف پیدا ہوا تو اختلاف ہوگا، اس کو- اس کو جو کہتے ہیں کہ take it easy، بس جب اختلاف اتنی زیادہ inherent ہے انسان کے اندر کہ وہ رسول اللہ کی جماعت میں اخت</w:t>
      </w:r>
    </w:p>
    <w:p>
      <w:r>
        <w:rPr>
          <w:b/>
        </w:rPr>
        <w:t xml:space="preserve">[39:22] </w:t>
      </w:r>
      <w:r>
        <w:t>paida hua, to hum aap kahan se aisa group banayenge jis mein ikhtilaf na ho. To main yahi kahunga take it easy, aur apni baat samjhate rahiye, jo samjhe woh samajh jayega, nahi samjha to na samjhe tab bhi us ko bura mat maniye, har aadmi azaad hai, us ko haq hai, aur koi hal doosra hai nahi. To saada formula hai ke take it easy.</w:t>
      </w:r>
    </w:p>
    <w:p>
      <w:pPr>
        <w:jc w:val="right"/>
      </w:pPr>
      <w:r>
        <w:t>لاف پیدا ہوا، تو ہم آپ کہاں سے ایسا گروپ بنائیں گے جس میں اختلاف نہ ہو۔ تو میں یہی کہوں گا take it easy، اور اپنی بات سمجھاتے رہیے، جو سمجھے وہ سمجھ جائے گا، نہیں سمجھا تو نہ سمجھے تب بھی اس کو برا مت مانیے، ہر آدمی آزاد ہے، اس کو حق ہے، اور کوئی حل دوسرا ہے نہیں۔ تو سادہ فارمولا ہے کہ take it easy۔</w:t>
      </w:r>
    </w:p>
    <w:p>
      <w:r>
        <w:rPr>
          <w:b/>
        </w:rPr>
        <w:t xml:space="preserve">[39:52] </w:t>
      </w:r>
      <w:r>
        <w:t>maulana, agla sawal doctor.</w:t>
      </w:r>
    </w:p>
    <w:p>
      <w:pPr>
        <w:jc w:val="right"/>
      </w:pPr>
      <w:r>
        <w:t>مولانا، اگلا سوال ڈاکٹر.</w:t>
      </w:r>
    </w:p>
    <w:p>
      <w:r>
        <w:rPr>
          <w:b/>
        </w:rPr>
        <w:t xml:space="preserve">[39:54] </w:t>
      </w:r>
      <w:r>
        <w:t>haan, ek baat mein arz kar doon ke ikhtilaf ke baad aap yeh nahi keh sakte ke falan bad niyat hai, falan achi niyat wala hai, yeh nahi keh sakte aap. kyon? dekhiye, do alag alag different shobay hain, ek hai science ka shoba, ek hai humanities ka shoba. sirf science ke shobay mein bhi yeh mumkin hai ke wahan mathematical reasoning hoti hai, to wahan ikhtilaf ganjaiysh nahi hoti, do aur do mil kar chaar hi</w:t>
      </w:r>
    </w:p>
    <w:p>
      <w:pPr>
        <w:jc w:val="right"/>
      </w:pPr>
      <w:r>
        <w:t>ہاں، ایک بات میں عرض کر دوں کہ اختلاف کے بعد آپ یہ نہیں کہہ سکتے کہ فلاں بد نیت ہے، فلاں اچھی نیت والا ہے، یہ نہیں کہہ سکتے آپ۔ کیوں؟ دیکھیے، دو الگ الگ different شعبے ہیں، ایک ہے سائنس کا شعبہ، ایک ہے ہیومینٹیز کا شعبہ۔ صرف سائنس کے شعبے میں بھی یہ ممکن ہے کہ وہاں mathematical reasoning ہوتی ہے، تو وہاں اختلاف گنجائش نہیں ہوتی، دو اور دو مل کر چار ہی</w:t>
      </w:r>
    </w:p>
    <w:p>
      <w:r>
        <w:rPr>
          <w:b/>
        </w:rPr>
        <w:t xml:space="preserve">[40:24] </w:t>
      </w:r>
      <w:r>
        <w:t>banega. lekin humanities ka jo shoba hai, aur mazhab isi ke daire mein aata hai, wahan hamesha ganjaiysh rahegi different interpretation ki. yeh namumkin hai ke aap jis tarah se physical sciences mein ikhtilaf ko mitaya ja sakta hai, usi tarah yahan bhi mita diya jaye ga. yahan nahi mitega, rahega. yani</w:t>
      </w:r>
    </w:p>
    <w:p>
      <w:pPr>
        <w:jc w:val="right"/>
      </w:pPr>
      <w:r>
        <w:t>بنے گا۔ لیکن ہیومینٹیز کا جو شعبہ ہے، اور مذہب اسی کے دائرے میں آتا ہے، وہاں ہمیشہ گنجائش رہے گی different interpretation کی۔ یہ ناممکن ہے کہ آپ جس طرح سے physical sciences میں اختلاف کو مٹایا جا سکتا ہے، اسی طرح یہاں بھی مٹا دیا جائے گا۔ یہاں نہیں مٹے گا، رہے گا۔ یعنی</w:t>
      </w:r>
    </w:p>
    <w:p>
      <w:r>
        <w:rPr>
          <w:b/>
        </w:rPr>
        <w:t xml:space="preserve">[40:55] </w:t>
      </w:r>
      <w:r>
        <w:t>kyonke jahan inference aaya, wahan ikhtilaf aaya. jahan inference aaya, wahan ikhtilaf aaya. to ab is- is ko- is ko seriously lena hi nahi chahiye.</w:t>
      </w:r>
    </w:p>
    <w:p>
      <w:pPr>
        <w:jc w:val="right"/>
      </w:pPr>
      <w:r>
        <w:t>کیونکہ جہاں inference آیا، وہاں اختلاف آیا۔ جہاں inference آیا، وہاں اختلاف آیا۔ تو اب اس- اس کو- اس کو seriously لینا ہی نہیں چاہیے۔</w:t>
      </w:r>
    </w:p>
    <w:p>
      <w:r>
        <w:rPr>
          <w:b/>
        </w:rPr>
        <w:t xml:space="preserve">[41:12] </w:t>
      </w:r>
      <w:r>
        <w:t>She has written that sometimes when a daai does daawa work, he faces negative situations. So the question is that how can a daai keep himself motivated despite these negative experiences? to is ke bare mein aap ka kya advice hai?</w:t>
      </w:r>
    </w:p>
    <w:p>
      <w:pPr>
        <w:jc w:val="right"/>
      </w:pPr>
      <w:r>
        <w:t>She has written that sometimes when a داعی does دعویٰ work, he faces negative situations. So the question is that how can a داعی keep himself motivated despite these negative experiences? تو اس کے بارے میں آپ کا کیا advice ہے؟</w:t>
      </w:r>
    </w:p>
    <w:p>
      <w:r>
        <w:rPr>
          <w:b/>
        </w:rPr>
        <w:t xml:space="preserve">[41:33] </w:t>
      </w:r>
      <w:r>
        <w:t>bhai, negative responses ko to mein blessing samajhta hoon, blessing. negative responses agar parhe likhe logon ki taraf se ho, jahilon ki taraf se nahi, maslan koi kahe ke tum to dushmanon ke agent ho, to negative response nahi, yeh to gaali galoch hai. negative response is mani mein ke koi daleel se aap ko- aap ke khilaf bole, that's very good. mein apni zindagi mein keh</w:t>
      </w:r>
    </w:p>
    <w:p>
      <w:pPr>
        <w:jc w:val="right"/>
      </w:pPr>
      <w:r>
        <w:t>بھائی، negative responses کو تو میں blessing سمجھتا ہوں، blessing۔ negative responses اگر پڑھے لکھے لوگوں کی طرف سے ہو، جاہلوں کی طرف سے نہیں، مثلاً کوئی کہے کہ تم تو دشمنوں کے agent ہو، تو negative response نہیں، یہ تو گالی گلوچ ہے۔ negative response اس معنی میں کہ کوئی دلیل سے آپ کو- آپ کے خلاف بولے، that's very good۔ میں اپنی زندگی میں کہہ</w:t>
      </w:r>
    </w:p>
    <w:p>
      <w:r>
        <w:rPr>
          <w:b/>
        </w:rPr>
        <w:t xml:space="preserve">[42:03] </w:t>
      </w:r>
      <w:r>
        <w:t>sakta hoon ke bohat si kitabein meri aisi hain jo isi ki pedawar hain, ke yeh pachas saal ka mera tajurba hai, balke saath-saath saal ka. misaal ke taur par dekhiye, hamari ek kitab hai, uska naam hai "Islam daur jadeed ka khaliq", english mein hai ke "Islam creator of modern</w:t>
      </w:r>
    </w:p>
    <w:p>
      <w:pPr>
        <w:jc w:val="right"/>
      </w:pPr>
      <w:r>
        <w:t>سکتا ہوں کہ بہت سی کتابیں میری ایسی ہیں جو اسی کی پیداوار ہیں، کہ یہ پچاس سال کا میرا تجربہ ہے، بلکہ ساٹھ-ساٹھ سال کا۔ مثال کے طور پر دیکھیے، ہماری ایک کتاب ہے، اس کا نام ہے "اسلام دور جدید کا خالق"، انگلش میں ہے کہ "Islam creator of modern</w:t>
      </w:r>
    </w:p>
    <w:p>
      <w:r>
        <w:rPr>
          <w:b/>
        </w:rPr>
        <w:t xml:space="preserve">[42:33] </w:t>
      </w:r>
      <w:r>
        <w:t>age". is ek kitab jo uska idea aaya tha, ek bohat parhe likhe aadmi se meri baat hui lakshav mein, aur usne ek bohat sakht remark diya, usne mere mind ko activate kar diya, aur sochne laga mein ke maine ek qissa likha hai, aap parh sakte hain. to is se ek kitab ban gayi. meri aksar kitabon, bohat si kitabon ka haal yahi hai. hatta ke jo kitab zyada mashhoor hui, "maz</w:t>
      </w:r>
    </w:p>
    <w:p>
      <w:pPr>
        <w:jc w:val="right"/>
      </w:pPr>
      <w:r>
        <w:t>age"۔ اس ایک کتاب جو اس کا idea آیا تھا، ایک بہت پڑھے لکھے آدمی سے میری بات ہوئی لکشاؤ میں، اور اس نے ایک بہت سخت remark دیا، اس نے میرے mind کو activate کر دیا، اور سوچنے لگا میں کہ میں نے ایک قصہ لکھا ہے، آپ پڑھ سکتے ہیں۔ تو اس سے ایک کتاب بن گئی۔ میری اکثر کتابوں، بہت سی کتابوں کا حال یہی ہے۔ حتیٰ کہ جو کتاب زیادہ مشہور ہوئی، "مذ</w:t>
      </w:r>
    </w:p>
    <w:p>
      <w:r>
        <w:rPr>
          <w:b/>
        </w:rPr>
        <w:t xml:space="preserve">[43:03] </w:t>
      </w:r>
      <w:r>
        <w:t>hab aur yeh challenge", is ke peeche bhi aisi qissa hai. to negative response to bohat achi cheez hai. gaali galoch buri cheez hai, gaali galoch koi karta hai to aap ignore kijiye us ko, lekin agar koi negative andaaz mein aap ke khilaf bolta hai to suniye us ko, suniye us ko, suniye kya keh raha hai woh. bohat, mein to bohat is mein faida paya hai, bohat faida paya hai is mein.</w:t>
      </w:r>
    </w:p>
    <w:p>
      <w:pPr>
        <w:jc w:val="right"/>
      </w:pPr>
      <w:r>
        <w:t>ہب اور یہ چیلنج"، اس کے پیچھے بھی ایسی قصہ ہے۔ تو negative response تو بہت اچھی چیز ہے۔ گالی گلوچ بری چیز ہے، گالی گلوچ کوئی کرتا ہے تو آپ ignore کیجیے اس کو، لیکن اگر کوئی negative انداز میں آپ کے خلاف بولتا ہے تو سنیے اس کو، سنیے اس کو، سنیے کیا کہہ رہا ہے وہ۔ بہت، میں تو بہت اس میں فائدہ پایا ہے، بہت فائدہ پایا ہے اس میں۔</w:t>
      </w:r>
    </w:p>
    <w:p>
      <w:r>
        <w:rPr>
          <w:b/>
        </w:rPr>
        <w:t xml:space="preserve">[43:33] </w:t>
      </w:r>
      <w:r>
        <w:t>kya hai, unhon ne aap se poocha hai ke kindly explain what is the art of questioning?</w:t>
      </w:r>
    </w:p>
    <w:p>
      <w:pPr>
        <w:jc w:val="right"/>
      </w:pPr>
      <w:r>
        <w:t>کیا ہے، انہوں نے آپ سے پوچھا ہے کہ kindly explain what is the art of questioning?</w:t>
      </w:r>
    </w:p>
    <w:p>
      <w:r>
        <w:rPr>
          <w:b/>
        </w:rPr>
        <w:t xml:space="preserve">[43:43] </w:t>
      </w:r>
      <w:r>
        <w:t>Scientific definition to hai nahi. abhi aap samjhein ke definition wahid hoti hai sirf science mein. jitne bhi humanities ke shobay hain, is mein kabhi bhi definition ek nahi hoti, hamesha kai hoti hai. maslan political science kya hai, uski taqreeban ek darjan definition hain. to behal art of questioning jo hai, jis ko mein apni samajh se jo kahunga, apne tajurbe ke lahaz</w:t>
      </w:r>
    </w:p>
    <w:p>
      <w:pPr>
        <w:jc w:val="right"/>
      </w:pPr>
      <w:r>
        <w:t>Scientific definition تو ہے نہیں۔ ابھی آپ سمجھیں کہ definition واحد ہوتی ہے صرف سائنس میں۔ جتنے بھی ہیومینٹیز کے شعبے ہیں، اس میں کبھی بھی definition ایک نہیں ہوتی، ہمیشہ کئی ہوتی ہے۔ مثلاً political science کیا ہے، اس کی تقریباً ایک درجن definition ہیں۔ تو بہرحال art of questioning جو ہے، جس کو میں اپنی سمجھ سے جو کہوں گا، اپنے تجربے کے لحاظ</w:t>
      </w:r>
    </w:p>
    <w:p>
      <w:r>
        <w:rPr>
          <w:b/>
        </w:rPr>
        <w:t xml:space="preserve">[44:13] </w:t>
      </w:r>
      <w:r>
        <w:t>se, yeh mera zindagi bhar ka tareeqa raha hai ke jab ek sawal mere mind mein aata hai to mein dhar se doosre ko nahi, is se kehta ke uska jawab kya hai, nahi, mein us ko digest karta hoon, khud sochta hoon, khud sochta hoon, khud sochta hoon. to art of questioning ka tareeqa yahi hai jo mere tajurbe mein aaya ke agar koi aap ko doubt aata hai, koi sawal aata hai</w:t>
      </w:r>
    </w:p>
    <w:p>
      <w:pPr>
        <w:jc w:val="right"/>
      </w:pPr>
      <w:r>
        <w:t>سے، یہ میرا زندگی بھر کا طریقہ رہا ہے کہ جب ایک سوال میرے mind میں آتا ہے تو میں دھڑ سے دوسرے کو نہیں، اس سے کہتا کہ اس کا جواب کیا ہے، نہیں، میں اس کو digest کرتا ہوں، خود سوچتا ہوں، خود سوچتا ہوں، خود سوچتا ہوں۔ تو art of questioning کا طریقہ یہی ہے جو میرے تجربے میں آیا کہ اگر کوئی آپ کو doubt آتا ہے، کوئی سوال آتا ہے</w:t>
      </w:r>
    </w:p>
    <w:p>
      <w:r>
        <w:rPr>
          <w:b/>
        </w:rPr>
        <w:t xml:space="preserve">[44:43] </w:t>
      </w:r>
      <w:r>
        <w:t>to aap us ko sochiye, study kijiye, mutala kar kijiye, aur khoob khoob digest kijiye. to kya hoga? ya to aap khud hi apne sawal ka jawab pa lenge, khud hi, khud hi pa lenge, ya agar nahi paate hain to kisi parhe likhe aadmi se jab baat karenge to baat cheet ke dauran aap ko uska jawab mil jayega.</w:t>
      </w:r>
    </w:p>
    <w:p>
      <w:pPr>
        <w:jc w:val="right"/>
      </w:pPr>
      <w:r>
        <w:t>تو آپ اس کو سوچیے، study کیجیے، مطالعہ کیجیے، اور خوب خوب digest کیجیے۔ تو کیا ہوگا؟ یا تو آپ خود ہی اپنے سوال کا جواب پا لیں گے، خود ہی، خود ہی پا لیں گے، یا اگر نہیں پاتے ہیں تو کسی پڑھے لکھے آدمی سے جب بات کریں گے تو بات چیت کے دوران آپ کو اس کا جواب مل جائے گا۔</w:t>
      </w:r>
    </w:p>
    <w:p>
      <w:r>
        <w:rPr>
          <w:b/>
        </w:rPr>
        <w:t xml:space="preserve">[45:14] </w:t>
      </w:r>
      <w:r>
        <w:t>baqi jo insincere log hote hain, khwamkhwah sawal karte hain, khab confusion padi hui hai, unhi ko mein kehta tha ke aap to kya kehta tha mein aap ko?</w:t>
      </w:r>
    </w:p>
    <w:p>
      <w:pPr>
        <w:jc w:val="right"/>
      </w:pPr>
      <w:r>
        <w:t>باقی جو insincere لوگ ہوتے ہیں، خوامخواہ سوال کرتے ہیں، خب confusion پڑی ہوئی ہے، انہی کو میں کہتا تھا کہ آپ تو کیا کہتا تھا میں آپ کو؟</w:t>
      </w:r>
    </w:p>
    <w:p>
      <w:r>
        <w:rPr>
          <w:b/>
        </w:rPr>
        <w:t xml:space="preserve">[45:23] </w:t>
      </w:r>
      <w:r>
        <w:t>Mr confusion.</w:t>
      </w:r>
    </w:p>
    <w:p>
      <w:pPr>
        <w:jc w:val="right"/>
      </w:pPr>
      <w:r>
        <w:t>Mr confusion.</w:t>
      </w:r>
    </w:p>
    <w:p>
      <w:r>
        <w:rPr>
          <w:b/>
        </w:rPr>
        <w:t xml:space="preserve">[45:24] </w:t>
      </w:r>
      <w:r>
        <w:t>Mr confusion. to dekhiye, there is difference between confusion and question. pehli baat yeh hai, art of questioning mein number one pe yeh aaya ke aap janen ke what is questioning, question kya hai, aur confusion kya hai. pehli baat, beshtar log jeete hain confusion mein, samajhte hain ke unke paas ek qu</w:t>
      </w:r>
    </w:p>
    <w:p>
      <w:pPr>
        <w:jc w:val="right"/>
      </w:pPr>
      <w:r>
        <w:t>Mr confusion۔ تو دیکھیے، there is difference between confusion and question۔ پہلی بات یہ ہے، art of questioning میں نمبر ون پہ یہ آیا کہ آپ جانیں کہ what is questioning، question کیا ہے، اور confusion کیا ہے۔ پہلی بات، بیشتر لوگ جیتے ہیں confusion میں، سمجھتے ہیں کہ ان کے پاس ایک qu</w:t>
      </w:r>
    </w:p>
    <w:p>
      <w:r>
        <w:rPr>
          <w:b/>
        </w:rPr>
        <w:t xml:space="preserve">[45:54] </w:t>
      </w:r>
      <w:r>
        <w:t>estion hai. to behal is ko mein do do sawal ki tarah se is ki koi definition nahi de sakta, apna tajurba mein ne bayan kar diya.</w:t>
      </w:r>
    </w:p>
    <w:p>
      <w:pPr>
        <w:jc w:val="right"/>
      </w:pPr>
      <w:r>
        <w:t>estion ہے۔ تو بہرحال اس کو میں دو دو سوال کی طرح سے اس کی کوئی definition نہیں دے سکتا، اپنا تجربہ میں نے بیان کر دیا۔</w:t>
      </w:r>
    </w:p>
    <w:p>
      <w:r>
        <w:rPr>
          <w:b/>
        </w:rPr>
        <w:t xml:space="preserve">[46:10] </w:t>
      </w:r>
      <w:r>
        <w:t>maulana, agla sawal kya hai miss naghma siddiqui ne, unhon ne poocha hai aap se ke how can we develop teamwork and what is the importance of teamwork?</w:t>
      </w:r>
    </w:p>
    <w:p>
      <w:pPr>
        <w:jc w:val="right"/>
      </w:pPr>
      <w:r>
        <w:t>مولانا، اگلا سوال کیا ہے مس نغمہ صدیقی نے، انہوں نے پوچھا ہے آپ سے کہ how can we develop teamwork and what is the importance of teamwork؟</w:t>
      </w:r>
    </w:p>
    <w:p>
      <w:r>
        <w:rPr>
          <w:b/>
        </w:rPr>
        <w:t xml:space="preserve">[46:25] </w:t>
      </w:r>
      <w:r>
        <w:t>dekhiye, teamwork ka ek hi formula hai, ek hi formula hai, woh hai difference ko tolerate karna, bas aur koi formula nahi. difference zaroor aayenge, difference ko tolerate kijiye, phir team ban jayegi. aur jahan difference ko badhayenge, badhayenge, badhayenge, to team nahi banegi. ek hi formula hai. kyonke jab bhi k</w:t>
      </w:r>
    </w:p>
    <w:p>
      <w:pPr>
        <w:jc w:val="right"/>
      </w:pPr>
      <w:r>
        <w:t>دیکھیے، teamwork کا ایک ہی فارمولا ہے، ایک ہی فارمولا ہے، وہ ہے difference کو tolerate کرنا، بس اور کوئی فارمولا نہیں۔ difference ضرور آئیں گے، difference کو tolerate کیجیے، پھر ٹیم بن جائے گی۔ اور جہاں difference کو بڑھائیں گے، بڑھائیں گے، بڑھائیں گے، تو ٹیم نہیں بنے گی۔ ایک ہی فارمولا ہے۔ کیونکہ جب بھی ک</w:t>
      </w:r>
    </w:p>
    <w:p>
      <w:r>
        <w:rPr>
          <w:b/>
        </w:rPr>
        <w:t xml:space="preserve">[46:55] </w:t>
      </w:r>
      <w:r>
        <w:t>oi aadmi milenge to lazman differences aayenge, lazman. jaise mein aap ko arz karta hoon ke mein rehta hoon ek ghar mein, ja ke mein hoon, aur meri beti doctor farida khanoom bhi hain, woh parhi likhi hain, mujh se zyada un ki taleem hui hai, to zahir hai ke differences aate hain. to difference</w:t>
      </w:r>
    </w:p>
    <w:p>
      <w:pPr>
        <w:jc w:val="right"/>
      </w:pPr>
      <w:r>
        <w:t>ئی آدمی ملیں گے تو لازماً differences آئیں گے، لازماً۔ جیسے میں آپ کو عرض کرتا ہوں کہ میں رہتا ہوں ایک گھر میں، جا کے میں ہوں، اور میری بیٹی ڈاکٹر فریدہ خانم بھی ہیں، وہ پڑھی لکھی ہیں، مجھ سے زیادہ ان کی تعلیم ہوئی ہے، تو ظاہر ہے کہ differences آتے ہیں۔ تو difference</w:t>
      </w:r>
    </w:p>
    <w:p>
      <w:r>
        <w:rPr>
          <w:b/>
        </w:rPr>
        <w:t xml:space="preserve">[47:26] </w:t>
      </w:r>
      <w:r>
        <w:t>jab hum baat karte hain, kabhi aisa bhi hota hai ke baat kisi conclusion par nahi pohnchti, to mein kya karta hoon? You are right, I am wrong. is tarah se mera un ka ittehad chal raha hai. to difference aaye, baat baat cheet kijiye, nahi baat cheet khatam hoti hai to keh dijiye, jo pehle kahega zyada sawab us ko milega, you are right, I am wrong.</w:t>
      </w:r>
    </w:p>
    <w:p>
      <w:pPr>
        <w:jc w:val="right"/>
      </w:pPr>
      <w:r>
        <w:t>جب ہم بات کرتے ہیں، کبھی ایسا بھی ہوتا ہے کہ بات کسی conclusion پر نہیں پہنچتی، تو میں کیا کرتا ہوں؟ You areright, I am wrong۔ اس طرح سے میرا ان کا اتحاد چل رہا ہے۔ تو difference آئے، بات بات چیت کیجیے، نہیں بات چیت ختم ہوتی ہے تو کہہ دیجیے، جو پہلے کہے گا زیادہ ثواب اس کو ملے گا، you areright, I am wrong۔</w:t>
      </w:r>
    </w:p>
    <w:p>
      <w:r>
        <w:rPr>
          <w:b/>
        </w:rPr>
        <w:t xml:space="preserve">[47:56] </w:t>
      </w:r>
      <w:r>
        <w:t>taake- taake woh baqi rahe, yani ittehad baqi rahe. aap poochiye, doctor farida yahan maujood hain, kitni baar mein keh deta hoon foran, bhai you are right, I am wrong. meri to taleem un se kam hui hai, woh- woh double MA hain, to mein keh deta hoon, mujhe koi pareshani nahi kehne mein, you are right, I am wrong. to aap behas</w:t>
      </w:r>
    </w:p>
    <w:p>
      <w:pPr>
        <w:jc w:val="right"/>
      </w:pPr>
      <w:r>
        <w:t>تاکہ- تاکہ وہ باقی رہے، یعنی اتحاد باقی رہے۔ آپ پوچھیے، ڈاکٹر فریدہ یہاں موجود ہیں، کتنی بار میں کہہ دیتا ہوں فوراً، بھائی you areright, I am wrong۔ میری تو تعلیم ان سے کم ہوئی ہے، وہ- وہ double ایم اے ہیں، تو میں کہہ دیتا ہوں، مجھے کوئی پریشانی نہیں کہنے میں، you areright, I am wrong۔ تو آپ بحث</w:t>
      </w:r>
    </w:p>
    <w:p>
      <w:r>
        <w:rPr>
          <w:b/>
        </w:rPr>
        <w:t xml:space="preserve">[48:26] </w:t>
      </w:r>
      <w:r>
        <w:t>hi kijiye. kyonke dekhiye, kabhi bhi aisa nahi ho sakta, mein aap ko ek misaal deta hoon, mahatma gandhi bohat hi top ke leader maane jaate hain, aur unhon ne kamyabi ke sath ek party banai, yani congress, kaha jata tha ke gandhi jo hain woh greater than congress hain, greater</w:t>
      </w:r>
    </w:p>
    <w:p>
      <w:pPr>
        <w:jc w:val="right"/>
      </w:pPr>
      <w:r>
        <w:t>ہی کیجیے۔ کیونکہ دیکھیے، کبھی بھی ایسا نہیں ہو سکتا، میں آپ کو ایک مثال دیتا ہوں، مہاتما گاندھی بہت ہی ٹاپ کے لیڈر مانے جاتے ہیں، اور انہوں نے کامیابی کے ساتھ ایک پارٹی بنائی، یعنی کانگریس، کہا جاتا تھا کہ گاندھی جو ہیں وہ greater than کانگریس ہیں، greater</w:t>
      </w:r>
    </w:p>
    <w:p>
      <w:r>
        <w:rPr>
          <w:b/>
        </w:rPr>
        <w:t xml:space="preserve">[48:56] </w:t>
      </w:r>
      <w:r>
        <w:t>than congress. lekin jarhun naru ne likha hai ke aisa bohat hota tha ke gandhi ek baat kehte the, hum us se agree nahi kar paate the, hum agree nahi kar paate the. to jab zyada baat badhti thi aur congress ke log agree nahi kar paate the, to mahatma gandhi kehte the, "thus my inner side speaks", "thus</w:t>
      </w:r>
    </w:p>
    <w:p>
      <w:pPr>
        <w:jc w:val="right"/>
      </w:pPr>
      <w:r>
        <w:t>than کانگریس۔ لیکن جارحون نارو نے لکھا ہے کہ ایسا بہت ہوتا تھا کہ گاندھی ایک بات کہتے تھے، ہم اس سے agree نہیں کر پاتے تھے، ہم agree نہیں کر پاتے تھے۔ تو جب زیادہ بات بڑھتی تھی اور کانگریس کے لوگ agree نہیں کر پاتے تھے، تو مہاتما گاندھی کہتے تھے، "thus my inner side speaks"، "thus</w:t>
      </w:r>
    </w:p>
    <w:p>
      <w:r>
        <w:rPr>
          <w:b/>
        </w:rPr>
        <w:t xml:space="preserve">[49:27] </w:t>
      </w:r>
      <w:r>
        <w:t>my inner voice speaks", "thus my inner voice speaks", aur us ke baad sab log maan lete the. to ek- ek had banai, ek had ke baad baat khatam kar di. yeh nahi ke ikhtilaf, dekhiye, mein yeh jo baat karna chahta hoon, yeh ke ek hai ikhtilaf logon ke kat jana, ek hai ek usool bana lena ke ek had pe ja ke hum khatam kar denge. koi kahe "thus my inner voice speaks" maan lijiye,</w:t>
      </w:r>
    </w:p>
    <w:p>
      <w:pPr>
        <w:jc w:val="right"/>
      </w:pPr>
      <w:r>
        <w:t>my inner voice speaks"، "thus my inner voice speaks"، اور اس کے بعد سب لوگ مان لیتے تھے۔ تو ایک- ایک حد بنائی، ایک حد کے بعد بات ختم کر دی۔ یہ نہیں کہ اختلاف، دیکھیے، میں یہ جو بات کرنا چاہتا ہوں، یہ کہ ایک ہے اختلاف لوگوں کے کٹ جانا، ایک ہے ایک اصول بنا لینا کہ ایک حد پہ جا کے ہم ختم کر دیں گے۔ کوئی کہے "thus my inner voice speaks" مان لیجیے،</w:t>
      </w:r>
    </w:p>
    <w:p>
      <w:r>
        <w:rPr>
          <w:b/>
        </w:rPr>
        <w:t xml:space="preserve">[49:58] </w:t>
      </w:r>
      <w:r>
        <w:t xml:space="preserve"> kahe "you areright, I am wrong" to maan lijie, koi kahe "let us disagree" to maan lijie, koi ek formula bana lijie, bada achha formula hai "let us agree to disagree". Kyunke dekhiye, ittifaq ko, woh ikhtilaf ko aap khatm nahi kar sakte. Rasool Allah ke zamane mein ikhtilafat the, yeh aap jante hain, kitaab maujood</w:t>
      </w:r>
    </w:p>
    <w:p>
      <w:pPr>
        <w:jc w:val="right"/>
      </w:pPr>
      <w:r>
        <w:t>کہے "you areright, I am wrong" تو مان لیجیے، کوئی کہے "let us disagree" تو مان لیجیے، کوئی ایک فارمولا بنا لیجیے، بڑا اچھا فارمولا ہے "let us agree to disagree"۔ کیونکہ دیکھیے، اتفاق کو، وہ اختلاف کو آپ ختم نہیں کر سکتے۔ رسول اللہ کے زمانے میں اختلافات تھے، یہ آپ جانتے ہیں، کتاب موجود</w:t>
      </w:r>
    </w:p>
    <w:p>
      <w:r>
        <w:rPr>
          <w:b/>
        </w:rPr>
        <w:t xml:space="preserve">[50:28] </w:t>
      </w:r>
      <w:r>
        <w:t>hai. Rasool Allah se ikhtilaf hua, sahaba mein aapas mein ikhtilaf hua, tabeen ke darmiyan aapas mein ikhtilaf hua, yeh sab baatein kitaab mein maujood hain. To aap chunke ittehad zyada qeemti hai, ittehad jab tootne ke muqabil, yaani option jin do beech mein hai, ittehad aur toot jana, jab yeh nabat aaye ke tootne ki nabat aaye to jaldi se aap keh dijie, ek</w:t>
      </w:r>
    </w:p>
    <w:p>
      <w:pPr>
        <w:jc w:val="right"/>
      </w:pPr>
      <w:r>
        <w:t>ہے۔ رسول اللہ سے اختلاف ہوا، صحابہ میں آپس میں اختلاف ہوا، تابعین کے درمیان آپس میں اختلاف ہوا، یہ سب باتیں کتاب میں موجود ہیں۔ تو آپ چونکہ اتحاد زیادہ قیمتی ہے، اتحاد جب ٹوٹنے کے مقابل، یعنی option جن دو بیچ میں ہے، اتحاد اور ٹوٹ جانا، جب یہ نوبت آئے کہ ٹوٹنے کی نوبت آئے تو جلدی سے آپ کہہ دیجیے، ایک</w:t>
      </w:r>
    </w:p>
    <w:p>
      <w:r>
        <w:rPr>
          <w:b/>
        </w:rPr>
        <w:t xml:space="preserve">[50:58] </w:t>
      </w:r>
      <w:r>
        <w:t>usool bana lijie, ya to "let us agree to disagree" ya "thus my inner voice speaks" ya jaise mein kehta hoon, mein to yeh keh ke mein khud foran keh deta hoon, "you areright, I am wrong", bas baat khatm. Kyunke unity ko baqi rakhna hai, unity ko baqi rakhne ke liye ek usool bana lijie, faisla to Allah taala ka kiya hoga. Woh doctor Asar sahib wali baat, unka</w:t>
      </w:r>
    </w:p>
    <w:p>
      <w:pPr>
        <w:jc w:val="right"/>
      </w:pPr>
      <w:r>
        <w:t>اصول بنا لیجیے، یا تو "let us agree to disagree" یا "thus my inner voice speaks" یا جیسے میں کہتا ہوں، میں تو یہ کہہ کے میں خود فوراً کہہ دیتا ہوں، "you areright, I am wrong"، بس بات ختم۔ کیونکہ unity کو باقی رکھنا ہے، unity کو باقی رکھنے کے لیے ایک اصول بنا لیجیے، فیصلہ تو اللہ تعالیٰ کا کیا ہوگا۔ وہ ڈاکٹر اعصار صاحب والی بات، ان کا</w:t>
      </w:r>
    </w:p>
    <w:p>
      <w:r>
        <w:rPr>
          <w:b/>
        </w:rPr>
        <w:t xml:space="preserve">[51:28] </w:t>
      </w:r>
      <w:r>
        <w:t>ek saalana ijtima hota tha, us mein bulaya tha unhon ne mujhe, to stage pe baat ho rahi thi, to mein ne apni taqreer mein yeh baat kahi thi ke Pakistan mein aisa kiya ja raha hai ke established muslim hukumat ke khilaf revolt karna, jaise sadar Ayub ke zamane mein election hua, election ke baad woh president bane, lekin yeh islami log jo</w:t>
      </w:r>
    </w:p>
    <w:p>
      <w:pPr>
        <w:jc w:val="right"/>
      </w:pPr>
      <w:r>
        <w:t>ایک سالانہ اجتماع ہوتا تھا، اس میں بلایا تھا انہوں نے مجھے، تو اسٹیج پہ بات ہو رہی تھی، تو میں نے اپنی تقریر میں یہ بات کہی تھی کہ پاکستان میں ایسا کیا جا رہا ہے کہ established مسلم حکومت کے خلاف revolt کرنا، جیسے صدر ایوب کے زمانے میں election ہوا، election کے بعد وہ president بنے، لیکن یہ اسلامی لوگ جو</w:t>
      </w:r>
    </w:p>
    <w:p>
      <w:r>
        <w:rPr>
          <w:b/>
        </w:rPr>
        <w:t xml:space="preserve">[51:58] </w:t>
      </w:r>
      <w:r>
        <w:t>the wahan Pakistan ke, un ke khilaf jhanda le ke khare ho gaye. To mein ne kaha ke yeh- yeh tareeqa Islam mein jaiz nahi hai, aur mere paas bahut mustanad is ka hawala tha, kyunke aap dekh lijie, sahih Muslim mein jo kitaab al-fitan hai, us ke sharah ke tehat Imam Nawawi ne likha hai, jo top ke aalim hain, ke</w:t>
      </w:r>
    </w:p>
    <w:p>
      <w:pPr>
        <w:jc w:val="right"/>
      </w:pPr>
      <w:r>
        <w:t>تھے وہاں پاکستان کے، ان کے خلاف جھنڈا لے کے کھڑے ہو گئے۔ تو میں نے کہا کہ یہ- یہ طریقہ اسلام میں جائز نہیں ہے، اور میرے پاس بہت مستند اس کا حوالہ تھا، کیونکہ آپ دیکھ لیجیے، صحیح مسلم میں جو کتاب الفتن ہے، اس کے شرح کے تحت امام نووی نے لکھا ہے، جو ٹاپ کے عالم ہیں، کہ</w:t>
      </w:r>
    </w:p>
    <w:p>
      <w:r>
        <w:rPr>
          <w:b/>
        </w:rPr>
        <w:t xml:space="preserve">[52:29] </w:t>
      </w:r>
      <w:r>
        <w:t>jab hukumat ek- ek hukumat qaim hai, establish ho chuki hai, us se aap ka ikhtilaf waghera hota hai, to aap un se tanhai mein un ko samjhaien. Un ke alfaaz hain, "فَفِيمَا بَيْنَكَ وَبَيْنَهُ"، fa-feema bainaka wa bainahu, yaani person to person, person to person. Is ke baad woh likhte hain, un ke alfaaz yeh hain ke, "</w:t>
      </w:r>
    </w:p>
    <w:p>
      <w:pPr>
        <w:jc w:val="right"/>
      </w:pPr>
      <w:r>
        <w:t>جب حکومت ایک- ایک حکومت قائم ہے، establish ہو چکی ہے، اس سے آپ کا اختلاف وغیرہ ہوتا ہے، تو آپ ان سے تنہائی میں ان کو سمجھائیے۔ ان کے الفاظ ہیں، "فَفِيمَا بَيْنَكَ وَبَيْنَهُ"، فَفِيمَا بَيْنَكَ وَبَيْنَهُ، یعنی person to person، person to person۔ اس کے بعد وہ لکھتے ہیں، ان کے الفاظ یہ ہیں کہ، "</w:t>
      </w:r>
    </w:p>
    <w:p>
      <w:r>
        <w:rPr>
          <w:b/>
        </w:rPr>
        <w:t xml:space="preserve">[53:00] </w:t>
      </w:r>
      <w:r>
        <w:t>وَأَمَّا الْخُرُوجُ عَلَيْهِمْ فَحَرَامٌ لِأَجْلِ الْمُسْلِمِينَ وَلَوْ كَانُوا فَسَقَةً وَلَوْ كَانُوا ظَالِمِينَ"۔ Yeh Imam Nawawi ke alfaaz hain ke jahan tak khurooj ki baat hai, khurooj ka matlab hota hai revolt karna, revolt karna, woh haram hai, ijma se is par ijma hai, chahe aap un ko faasiq samjhen, chahe aap un ko kaafir samjhen, yaani haqeeqatan faasiq faasiq ka matlab nahi hai, aap ki nazar</w:t>
      </w:r>
    </w:p>
    <w:p>
      <w:pPr>
        <w:jc w:val="right"/>
      </w:pPr>
      <w:r>
        <w:t>وَأَمَّا الْخُرُوجُ عَلَيْهِمْ فَحَرَامٌ لَيْهِ بَعْيِ الْمُسْلِمِينَ وَلَوْ كَانُوا فَسَقَى وَلَوْ كَانُوا ظَالِمِينَ"۔ یہ امام نووی کے الفاظ ہیں کہ جہاں تک خروج کی بات ہے، خروج کا مطلب ہوتا ہے revolt کرنا، revolt کرنا، وہ حرام ہے، اجماع سے اس پر اجماع ہے، چاہے آپ ان کو فاسق سمجھیں، چاہے آپ ان کو کافر سمجھیں، یعنی حقیقتاً فاسق فاسق کا مطلب نہیں ہے، آپ کی نظر</w:t>
      </w:r>
    </w:p>
    <w:p>
      <w:r>
        <w:rPr>
          <w:b/>
        </w:rPr>
        <w:t xml:space="preserve">[53:30] </w:t>
      </w:r>
      <w:r>
        <w:t>mein ho, tab bhi aap ko revolt karna, khurooj karna jaiz nahi, yeh mein ne kaha tha. To is par unhon ne kaha tha, Doctor Asrar sahib ne ke aur kya rai hai aap ki Ali aur Muawiya ki jang ke bare mein, ke Muawiya ne Ali ke khilaf, yaani uthe woh, to aap yeh bahut nazuk, us ko kehte hain mushajat-e-sahaba,</w:t>
      </w:r>
    </w:p>
    <w:p>
      <w:pPr>
        <w:jc w:val="right"/>
      </w:pPr>
      <w:r>
        <w:t>میں ہو، تب بھی آپ کو revolt کرنا، خروج کرنا جائز نہیں، یہ میں نے کہا تھا۔ تو اس پر انہوں نے کہا تھا، ڈاکٹر اسرار صاحب نے کہ اور کیا رائے ہے آپ کی علی اور معاویہ کی جنگ کے بارے میں، کہ معاویہ نے علی کے خلاف، یعنی اٹھے وہ، تو آپ یہ بہت نازک، اس کو کہتے ہیں مشاجرات صحابہ،</w:t>
      </w:r>
    </w:p>
    <w:p>
      <w:r>
        <w:rPr>
          <w:b/>
        </w:rPr>
        <w:t xml:space="preserve">[54:00] </w:t>
      </w:r>
      <w:r>
        <w:t>yeh mushajat-e-sahaba ki baat hai, wahan bheed thi, wahan to mein ne is par jawab nahi diya kuch, akele baat ho to mere paas jawab hai is ka, yahin koi mujh se baat kare to mere paas jawab hai, matlab kuch parhe likhe log baithe hon to mere paas jawab hai, lekin woh- woh Pakistan mein to jalsa hota hai, bheed hoti hai, ab woh stage pe kaha unhon ne yeh baat ke Ali aur Muawiya ki jang ke bare mein aap kya rai hai, to mein khamosh ho gaya, is par unhon ne kaha tha yeh lafz, "achha</w:t>
      </w:r>
    </w:p>
    <w:p>
      <w:pPr>
        <w:jc w:val="right"/>
      </w:pPr>
      <w:r>
        <w:t>یہ مشاجرات صحابہ کی بات ہے، وہاں بھیڑ تھی، وہاں تو میں نے اس پر جواب نہیں دیا کچھ، اکیلے بات ہو تو میرے پاس جواب ہے اس کا، یہیں کوئی مجھ سے بات کرے تو میرے پاس جواب ہے، مطلب کچھ پڑھے لکھے لوگ بیٹھے ہوں تو میرے پاس جواب ہے، لیکن وہ- وہ پاکستان میں تو جلسہ ہوتا ہے، بھیڑ ہوتی ہے، اب وہ اسٹیج پہ کہا انہوں نے یہ بات کہ علی اور معاویہ کی جنگ کے بارے میں آپ کیا رائے ہے، تو میں خاموش ہو گیا، اس پر انہوں نے کہا تھا یہ لفظ، "اچھا</w:t>
      </w:r>
    </w:p>
    <w:p>
      <w:r>
        <w:rPr>
          <w:b/>
        </w:rPr>
        <w:t xml:space="preserve">[54:30] </w:t>
      </w:r>
      <w:r>
        <w:t>no comment", muskurate hue, light way mein, "achha no comment", lekin unhon ne chunke us ko bahut hi mukhtasar andaaz mein is ki report ki thi, woh incomplete thi, to logon ko galat fehmiyan huin, aur bhi kai log mujh se yeh baat keh chuke hain, to mein ne kabhi likha nahi hai risale mein, kyunke mein chhodna chahta tha is behas ko, lekin aaj mein clear kar raha hoon aap ko ke baat thi kya asal mein, yaani mein sakht kharab tha is ke ke</w:t>
      </w:r>
    </w:p>
    <w:p>
      <w:pPr>
        <w:jc w:val="right"/>
      </w:pPr>
      <w:r>
        <w:t>نو کمنٹ"، مسکراتے ہوئے، light way میں، "اچھا نو کمنٹ"، لیکن انہوں نے چونکہ اس کو بہت ہی مختصر انداز میں اس کی رپورٹ کی تھی، وہ incomplete تھی، تو لوگوں کو غلط فہمیاں ہوئیں، اور بھی کئی لوگ مجھ سے یہ بات کہہ چکے ہیں، تو میں نے کبھی لکھا نہیں ہے رسالے میں، کیونکہ میں چھوڑنا چاہتا تھا اس بحث کو، لیکن آج میں clear کر رہا ہوں آپ کو کہ بات تھی کیا اصل میں، یعنی میں سخت خراب تھا اس کے کہ</w:t>
      </w:r>
    </w:p>
    <w:p>
      <w:r>
        <w:rPr>
          <w:b/>
        </w:rPr>
        <w:t xml:space="preserve">[55:02] </w:t>
      </w:r>
      <w:r>
        <w:t>sadar Ayub ki hukumat qaim ho gayi hai, us ke khilaf tehreek chala rahe hain aap, us ko down karne ke liye, yeh mein us ko jaiz nahi samajhta tha, aur is par mein janta hoon ke mera manna durust tha, kyunke Imam Nawawi ek maane hue Imam hain, unhon ne likha hai, aur unhon ne kaha hai ke ek kitaab chhapi hai Saudi Arab se, us ka naam hai woh "Al-Ghulw fi al-Din", us mein pura chapter isi par hai ke hukumat ke khilaf khurooj karna jaiz nahi hai, ulama ke nazdeek, aap</w:t>
      </w:r>
    </w:p>
    <w:p>
      <w:pPr>
        <w:jc w:val="right"/>
      </w:pPr>
      <w:r>
        <w:t>صدر ایوب کی حکومت قائم ہو گئی ہے، اس کے خلاف تحریک چلا رہے ہیں آپ، اس کو down کرنے کے لیے، یہ میں اس کو جائز نہیں سمجھتا تھا، اور اس پر میں جانتا ہوں کہ میرا ماننا درست تھا، کیونکہ امام نووی ایک مانے ہوئے امام ہیں، انہوں نے لکھا ہے، اور انہوں نے کہا ہے کہ ایک کتاب چھپی ہے سعودی عرب سے، اس کا نام ہے وہ "الغلو فی الدین"، اس میں پورا چیپٹر اسی پر ہے کہ حکومت کے خلاف خروج کرنا جائز نہیں ہے، علماء کے نزدیک، آپ</w:t>
      </w:r>
    </w:p>
    <w:p>
      <w:r>
        <w:rPr>
          <w:b/>
        </w:rPr>
        <w:t xml:space="preserve">[55:32] </w:t>
      </w:r>
      <w:r>
        <w:t>wo kitaab padh lijie, badi si kitaab hai, us ka ek chapter isi par hai, to qaim shuda hukumat thi Syed Ayub ki, us ke khilaf hangama kar rahe hain, sare-sare ulama ittehad kar ke, sare ulama, to mein ne kaha yeh galat tareeqa hai, to is par unhon ne kaha ke aur Muawiya aur Ali ki, ab stage pe baitha hoon, wahan bheed hai, to mein is par yeh mushajat-e-sahaba wali baat dekhiye, yeh bheed ke darmiyan tay nahi hoti,</w:t>
      </w:r>
    </w:p>
    <w:p>
      <w:pPr>
        <w:jc w:val="right"/>
      </w:pPr>
      <w:r>
        <w:t>وہ کتاب پڑھ لیجیے، بڑی سی کتاب ہے، اس کا ایک چیپٹر اسی پر ہے، تو قائم شدہ حکومت تھی سید ایوب کی، اس کے خلاف ہنگامہ کر رہے ہیں، سارے- سارے علماء متحد ہو کر، سارے علماء، تو میں نے کہا یہ غلط طریقہ ہے، تو اس پر انہوں نے کہا کہ اور معاویہ اور علی کی، اب اسٹیج پہ بیٹھا ہوں، وہاں بھیڑ ہے، تو میں اس پر یہ مشاجرات صحابہ والی بات دیکھیے، یہ بھیڑ کے درمیان طے نہیں ہوتی،</w:t>
      </w:r>
    </w:p>
    <w:p>
      <w:r>
        <w:rPr>
          <w:b/>
        </w:rPr>
        <w:t xml:space="preserve">[56:03] </w:t>
      </w:r>
      <w:r>
        <w:t>to mein khamosh ho gaya, to unhon ne ek- ek light way mein kaha tha, "achha no comment", bas yeh baat khatm ho gayi, itni si- itni si baat thi.</w:t>
      </w:r>
    </w:p>
    <w:p>
      <w:pPr>
        <w:jc w:val="right"/>
      </w:pPr>
      <w:r>
        <w:t>تو میں خاموش ہو گیا، تو انہوں نے ایک- ایک light way میں کہا تھا، "اچھا نو کمنٹ"، بس یہ بات ختم ہو گئی، اتنی سی- اتنی سی بات تھی۔</w:t>
      </w:r>
    </w:p>
    <w:p>
      <w:r>
        <w:rPr>
          <w:b/>
        </w:rPr>
        <w:t xml:space="preserve">[56:16] </w:t>
      </w:r>
      <w:r>
        <w:t>Aapa wants to add something?</w:t>
      </w:r>
    </w:p>
    <w:p>
      <w:pPr>
        <w:jc w:val="right"/>
      </w:pPr>
      <w:r>
        <w:t>آپا wants to add something؟</w:t>
      </w:r>
    </w:p>
    <w:p>
      <w:r>
        <w:rPr>
          <w:b/>
        </w:rPr>
        <w:t xml:space="preserve">[56:19] </w:t>
      </w:r>
      <w:r>
        <w:t>Woh teamwork par mein apna batana chah rahi thi ke mein kis tareeqe se mission mein juri hui hoon, har ek ka ego hota hai, koi bhi ego-less to hota nahi hai, to hamein yeh dekhna hai ke hum mission ko ego ke taabe karein ya ego ko mission ke taabe karein, to jab bhi aisa koi mauqa hota hai, aur jaise sab log emotional hote hain, waise hi hum bhi emotional hain, to jab bhi aisa koi mauqa hota hai to hum foran yeh sochte hain ke hamein</w:t>
      </w:r>
    </w:p>
    <w:p>
      <w:pPr>
        <w:jc w:val="right"/>
      </w:pPr>
      <w:r>
        <w:t>وہ teamwork پر میں اپنا بتانا چاہ رہی تھی کہ میں کس طریقے سے مشن میں جڑی ہوئی ہوں، ہر ایک کا ego ہوتا ہے، کوئی بھی ego-less تو ہوتا نہیں ہے، تو ہمیں یہ دیکھنا ہے کہ ہم مشن کو ego کے تابع کریں یا ego کو مشن کے تابع کریں، تو جب بھی ایسا کوئی موقع ہوتا ہے، اور جیسے سب لوگ emotional ہوتے ہیں، ویسے ہی ہم بھی emotional ہیں، تو جب بھی ایسا کوئی موقع ہوتا ہے تو ہم فوراً یہ سوچتے ہیں کہ ہمیں</w:t>
      </w:r>
    </w:p>
    <w:p>
      <w:r>
        <w:rPr>
          <w:b/>
        </w:rPr>
        <w:t xml:space="preserve">[56:49] </w:t>
      </w:r>
      <w:r>
        <w:t>apni ego ko surrender karna hoga, kyunke hum jis mission ke liye uthe hain woh divine mission hai, to hum apni ego ke liye divine mission ki sacrifice nahi kar sakte hain, is liye bar bar- bar bar shikayatein hoti rehti hain, aur hum apni ego ko surrender karte rehte hain, sirf is liye ke yeh khudaai mission hai, agar hum is mission ko chhod denge to Allah kisi aur ko uthayega, kisi aur se kaam lega, Allah ka mission to successful hona hi</w:t>
      </w:r>
    </w:p>
    <w:p>
      <w:pPr>
        <w:jc w:val="right"/>
      </w:pPr>
      <w:r>
        <w:t>اپنی ego کو surrender کرنا ہوگا، کیونکہ ہم جس مشن کے لیے اٹھے ہیں وہ divine mission ہے، تو ہم اپنی ego کے لیے divine mission کی sacrifice نہیں کر سکتے ہیں، اس لیے بار بار- بار بار شکایتیں ہوتی رہتی ہیں، اور ہم اپنی ego کو surrender کرتے رہتے ہیں، صرف اس لیے کہ یہ خدائی mission ہے، اگر ہم اس mission کو چھوڑ دیں گے تو اللہ کسی اور کو اٹھائے گا، کسی اور سے کام لے گا، اللہ کا mission تو successful ہونا ہی</w:t>
      </w:r>
    </w:p>
    <w:p>
      <w:r>
        <w:rPr>
          <w:b/>
        </w:rPr>
        <w:t xml:space="preserve">[57:19] </w:t>
      </w:r>
      <w:r>
        <w:t>hona hai, agar hum karein to is- hamein Khuda ki blessing milegi, nahi karein to is mein koi rukawat nahi hogi, Allah kisi aur se kaam le lega.</w:t>
      </w:r>
    </w:p>
    <w:p>
      <w:pPr>
        <w:jc w:val="right"/>
      </w:pPr>
      <w:r>
        <w:t>ہونا ہے، اگر ہم کریں تو اس- ہمیں خدا کی blessing ملے گی، نہیں کریں تو اس میں کوئی رکاوٹ نہیں ہوگی، اللہ کسی اور سے کام لے لے گا۔</w:t>
      </w:r>
    </w:p>
    <w:p>
      <w:r>
        <w:rPr>
          <w:b/>
        </w:rPr>
        <w:t xml:space="preserve">[57:30] </w:t>
      </w:r>
      <w:r>
        <w:t>Maulana, agla sawal jo hai woh Doctor Yogendra Saklani ne kiya hai, unhon ne likha hai, "Maulana sahib, can you please tell us what gives you the firm confidence in your views despite the fact that they may be opposed and critiqued by everyone else? Most people would fall prey to self-doubt if they found themselves opposed by the whole world, but</w:t>
      </w:r>
    </w:p>
    <w:p>
      <w:pPr>
        <w:jc w:val="right"/>
      </w:pPr>
      <w:r>
        <w:t>مولانا، اگلا سوال جو ہے وہ ڈاکٹر یوگندر سکن نے کیا ہے، انہوں نے لکھا ہے، "مولانا صاحب، can you please tell us what gives you the firm confidence in your views despite the fact that they may be opposed and critiqued by everyone else? Most people would fall prey to self-doubt if they found themselves opposed by the whole world, but</w:t>
      </w:r>
    </w:p>
    <w:p>
      <w:r>
        <w:rPr>
          <w:b/>
        </w:rPr>
        <w:t xml:space="preserve">[58:00] </w:t>
      </w:r>
      <w:r>
        <w:t>not you. Can you tell us something about what gives you this firm conviction in the rightness of your views?"</w:t>
      </w:r>
    </w:p>
    <w:p>
      <w:pPr>
        <w:jc w:val="right"/>
      </w:pPr>
      <w:r>
        <w:t>not you. Can you tell us something about what gives you this firm conviction in therightness of your views?"</w:t>
      </w:r>
    </w:p>
    <w:p>
      <w:r>
        <w:rPr>
          <w:b/>
        </w:rPr>
        <w:t xml:space="preserve">[58:11] </w:t>
      </w:r>
      <w:r>
        <w:t>Dekhie, is ka jawab jo hai mushkil bhi hai aur aasan bhi hai, aasan yeh hai ke pehli baat yeh zehan mein rakhen ke- ke yaade stick kya hai, yaade stick musalmanon ke khwahishat hain ya Quran hai, to mere khilaf jitne bhi log bolte hain, yahan se le kar America tak</w:t>
      </w:r>
    </w:p>
    <w:p>
      <w:pPr>
        <w:jc w:val="right"/>
      </w:pPr>
      <w:r>
        <w:t>دیکھیے، اس کا جواب جو ہے مشکل بھی ہے اور آسان بھی ہے، آسان یہ ہے کہ پہلی بات یہ آپ ذہن میں رکھیں کہ- کہ یادِ اسٹک کیا ہے، یادِ اسٹک مسلمانوں کے خواہشات ہیں یا قرآن ہے، تو میرے خلاف جتنے بھی لوگ بولتے ہیں، یہاں سے لے کر امریکہ تک</w:t>
      </w:r>
    </w:p>
    <w:p>
      <w:r>
        <w:rPr>
          <w:b/>
        </w:rPr>
        <w:t xml:space="preserve">[58:41] </w:t>
      </w:r>
      <w:r>
        <w:t>, aur yahan se le kar Arab tak, woh sab mere bare mein ra- yaade stick istemal karte hain, ke dekho bhai yeh to Yahudi ki muwafiqat kar rahe hain, yeh dekho bhai yeh Isaiyon ki muwafiqat kar rahe hain, yeh to mere Sallallahu Alaihi Wasallam nahi kehte, yeh koi yaade stick nahi hai, mein jab keh raha hoon Quran ki ek aayat pesh karte, to aap aayat se is ka jawab de sakte hain, misaal ke taur par dekhiye, Arabon se meri baat hoti hai, mein ne kaha ke aap ki ladai Falasteen mein bilkul ghlat</w:t>
      </w:r>
    </w:p>
    <w:p>
      <w:pPr>
        <w:jc w:val="right"/>
      </w:pPr>
      <w:r>
        <w:t>، اور یہاں سے لے کر عرب تک، وہ سب میرے بارے میں را- یادِ اسٹک استعمال کرتے ہیں، کہ دیکھو بھئی یہ تو یہودی کی موافقت کر رہے ہیں، یہ دیکھو بھئی یہ عیسائیوں کی موافقت کر رہے ہیں، یہ تو میرے صلی اللہ علیہ وسلم نہیں کہتے، یہ کوئی یادِ اسٹک نہیں ہے، میں جب کہہ رہا ہوں قرآن کی ایک آیت پیش کرتے، تو آپ آیت سے اس کا جواب دے سکتے ہیں، مثال کے طور پر دیکھیے، عربوں سے میری بات ہوتی ہے، میں نے کہا کہ آپ کی لڑائی فلسطین میں بالکل غل</w:t>
      </w:r>
    </w:p>
    <w:p>
      <w:r>
        <w:rPr>
          <w:b/>
        </w:rPr>
        <w:t xml:space="preserve">[59:11] </w:t>
      </w:r>
      <w:r>
        <w:t>hai, yaani sari duniya ke khilaf mein bolta hoon, koi ek shakhs bhi mera haami shadi nahi milega us ko, to mein- mere paas ek aayat hai, ke ek aayat hai Quran mein jis mein hai ke "كَتَبَ اللّٰهُ الْأَرْضَ لَهُمْ"، yaani Allah ne likh diya hai Falasteen ko Yahud ke liye, yeh wahi lafz hai taqreeban jo Bible mein hai, dekhie, Bible mein Falasteen ke bare mein, Yahud ke bare mein ke woh</w:t>
      </w:r>
    </w:p>
    <w:p>
      <w:pPr>
        <w:jc w:val="right"/>
      </w:pPr>
      <w:r>
        <w:t>ط ہے، یعنی ساری دنیا کے خلاف میں بولتا ہوں، کوئی ایک شخص بھی میرا حامی شادی نہیں ملے گا اس کو، تو میں- میرے پاس ایک آیت ہے، کہ ایک آیت ہے قرآن میں جس میں ہے کہ "کَتَبَ اللّٰهُ الْكُتُبَ"، یعنی اللہ نے لکھ دیا ہے فلسطین کو یہود کے لیے، یہ وہی لفظ ہے تقریباً جو بائبل میں ہے، دیکھیے، بائبل میں فلسطین کے بارے میں، یہود کے بارے میں کہ وہ</w:t>
      </w:r>
    </w:p>
    <w:p>
      <w:r>
        <w:rPr>
          <w:b/>
        </w:rPr>
        <w:t xml:space="preserve">[59:41] </w:t>
      </w:r>
      <w:r>
        <w:t>promised land hai, un ki promised land, yahan pe assigned land, likha hua, koi farq nahi hai, to mein kehta hoon ke jab un ke liye "كَتَبَ اللّٰهُ الْأَرْضَ لَهُمْ" ka lafz aaya hua hai ke Allah ne Falasteen ko likh diya un ke liye, to aap ka kya haq hai ke un ko ladein, marein un ko, marein, yeh nikal gaye, to kisi Arab ke paas bhi yeh baat ka jawab nahi, lekin kehte hain kya,</w:t>
      </w:r>
    </w:p>
    <w:p>
      <w:pPr>
        <w:jc w:val="right"/>
      </w:pPr>
      <w:r>
        <w:t>promised land ہے، ان کی promised land، یہاں پہ assigned land، لکھا ہوا، کوئی فرق نہیں ہے، تو میں کہتا ہوں کہ جب ان کے لیے "کَتَبَ اللّٰهُ الْكُتُبَ" کا لفظ آیا ہوا ہے کہ اللہ نے فلسطین کو لکھ دیا ان کے لیے، تو آپ کا کیا حق ہے کہ ان کو لڑیں، ماریں ان کو، ماریں، یہ نکل گئے، تو کسی عرب کے پاس بھی یہ بات کا جواب نہیں، لیکن کہتے ہیں کیا،</w:t>
      </w:r>
    </w:p>
    <w:p>
      <w:r>
        <w:rPr>
          <w:b/>
        </w:rPr>
        <w:t xml:space="preserve">[1:00:12] </w:t>
      </w:r>
      <w:r>
        <w:t>ulta seedha kiya hai, un ko Yahud se paisa milta hai, aur yeh- yeh- yeh Yahud ke se mile hue hain, yeh koi jawab nahi hai, koi meri is baat ka jawab de, ek sahib ne kaha ke woh aayat mansookh ho gayi, to mein ne kaha, kya ghar baithe mansookh kar lenge aap, koi kahega namaz mansookh ho gayi, aap ko ek hawala dena padega ke woh aayat jo hai mansookh ho gayi, yeh koi mazak hai,</w:t>
      </w:r>
    </w:p>
    <w:p>
      <w:pPr>
        <w:jc w:val="right"/>
      </w:pPr>
      <w:r>
        <w:t>الٹا سیدھا کیا ہے، ان کو یہود سے پیسہ ملتا ہے، اور یہ- یہ- یہ یہود کے سے ملے ہوئے ہیں، یہ کوئی جواب نہیں ہے، کوئی میری اس بات کا جواب دے، ایک صاحب نے کہا کہ وہ آیت منسوخ ہو گئی، تو میں نے کہا، کیا گھر بیٹھے منسوخ کر لیں گے آپ، کوئی کہے گا نماز منسوخ ہو گئی، آپ کو ایک حوالہ دینا پڑے گا کہ وہ آیت جو ہے منسوخ ہو گئی، یہ کوئی مذاق ہے،</w:t>
      </w:r>
    </w:p>
    <w:p>
      <w:r>
        <w:rPr>
          <w:b/>
        </w:rPr>
        <w:t xml:space="preserve">[1:00:42] </w:t>
      </w:r>
      <w:r>
        <w:t>to mansookh to har cheez ko mansookh kar dijiye, khud hi khud karna hai, agar khud hi khud, to aap jis cheez ko chahen mansookh kar dijiye, Hajj mansookh ho gaya, Quran- namaz mansookh ho gayi, woh aayat Quran mein maujood hai, "وَقَالَ مُوسَىٰ عَلَىٰ قَوْمِهِ"، kya aap padhenge sab aayat? "وَقَالَ مُوسَىٰ عَلَىٰ قَوْمِهِ"، "كَتَبَ اللّٰهُ الْأَرْضَ لَهُمْ" yaad hai, koi padhe?</w:t>
      </w:r>
    </w:p>
    <w:p>
      <w:pPr>
        <w:jc w:val="right"/>
      </w:pPr>
      <w:r>
        <w:t>تو منسوخ تو ہر چیز کو منسوخ کر دیجیے، خود ہی خود کرنا ہے، اگر خود ہی خود، تو آپ جس چیز کو چاہیں منسوخ کر دیجیے، حج منسوخ ہو گیا، قرآن- نماز منسوخ ہو گئی، وہ آیت قرآن میں موجود ہے، "وَقَالَ مُوسَىٰ عَلَى قَوْمِهِ"، کیا آپ پڑھیں گے سب آیت؟ "وَقَالَ مُوسَىٰ عَلَى قَوْمِهِ"، "کَتَبَ اللّٰهُ الْكُتُبَ" یاد ہے، کوئی پڑھے؟</w:t>
      </w:r>
    </w:p>
    <w:p>
      <w:r>
        <w:rPr>
          <w:b/>
        </w:rPr>
        <w:t xml:space="preserve">[1:01:10] </w:t>
      </w:r>
      <w:r>
        <w:t>ya qaumehi qulu al-ardha al-muqaddasata allati kataba allahu al-kutub</w:t>
      </w:r>
    </w:p>
    <w:p>
      <w:pPr>
        <w:jc w:val="right"/>
      </w:pPr>
      <w:r>
        <w:t>یا قَوْمِهِ قُلُوا الْأَرْضَ الْمُقَدَّسَةَ الَّتِي كَتَبَ اللّٰهُ الْكُتُبَ"۔</w:t>
      </w:r>
    </w:p>
    <w:p>
      <w:r>
        <w:rPr>
          <w:b/>
        </w:rPr>
        <w:t xml:space="preserve">[1:01:13] </w:t>
      </w:r>
      <w:r>
        <w:t>haan, yahi-yahi-yahi, yani hazrat musa ne kaha bani israel se, yani yahud se ke tum log falasteen mein dakhil ho jao, falasteen ko allah ne tumhare liye likh diya hai, to koi dev ban jao, yeh to koi yaad-e-stick mansookh hui, main kehta hoon ke jis cheez ko main chahoon keh doon ke mansookh ho gaya, koi bhi hadith ya koi bhi ayat pesh nahi kar sake yeh log ke yeh ayat mansookh ho gayi hai, aise hi dekhiye, sari duniya mein</w:t>
      </w:r>
    </w:p>
    <w:p>
      <w:pPr>
        <w:jc w:val="right"/>
      </w:pPr>
      <w:r>
        <w:t>ہاں، یہی- یہی- یہی، یعنی حضرت موسیٰ نے کہا بنی اسرائیل سے، یعنی یہود سے کہ تم لوگ فلسطین میں داخل ہو جاؤ، فلسطین کو اللہ نے تمہارے لیے لکھ دیا ہے، تو کوئی دیو بن جاؤ، یہ تو کوئی یادِ اسٹک منسوخ ہوئی، میں کہتا ہوں کہ جس چیز کو میں چاہوں کہہ دوں کہ منسوخ ہو گیا، کوئی بھی حدیث یا کوئی بھی آیت پیش نہیں کر سکے یہ لوگ کہ یہ آیت منسوخ ہو گئی ہے، ایسے ہی دیکھیے، ساری دنیا میں</w:t>
      </w:r>
    </w:p>
    <w:p>
      <w:r>
        <w:rPr>
          <w:b/>
        </w:rPr>
        <w:t xml:space="preserve">[1:01:45] </w:t>
      </w:r>
      <w:r>
        <w:t>chal raha hai ke yeh zalim hain, yeh dushman hain, yeh sazishi hain, to main ek ayat pesh karta hoon, woh ayat yeh hai, "wa in tasbiru wa tattaqu la yadhirukum qauduhum shai'an", iska tarjuma yeh hai ke agar tum sabr karo aur taqwa ikhtiyar karo, to logon ki sazish, qaid ka wahi matlab hai jisko hum kehte hain sazish, conspiracy, madad, tum ko nuksan nahi pahunchayegi, is ayat ko le kar main ke</w:t>
      </w:r>
    </w:p>
    <w:p>
      <w:pPr>
        <w:jc w:val="right"/>
      </w:pPr>
      <w:r>
        <w:t>چل رہا ہے کہ یہ ظالم ہیں، یہ دشمن ہیں، یہ سازشی ہیں، تو میں ایک آیت پیش کرتا ہوں، وہ آیت یہ ہے، "وَإِن تَصْبِرُوا وَتَتَّقُوا لَا يَضِرُّكُمْ قَوْدُهُمْ شَيْئًا"، اس کا ترجمہ یہ ہے کہ اگر تم صبر کرو اور تقویٰ اختیار کرو، تو لوگوں کی سازش، قید کا وہی مطلب ہے جس کو ہم کہتے ہیں سازش، conspiracy، معاونت، تم کو نقصان نہیں پہنچائے گی، اس آیت کو لے کر میں کہ</w:t>
      </w:r>
    </w:p>
    <w:p>
      <w:r>
        <w:rPr>
          <w:b/>
        </w:rPr>
        <w:t xml:space="preserve">[1:02:15] </w:t>
      </w:r>
      <w:r>
        <w:t>hta hoon ke laika al-taqwa masla hai, na ke presence of sazish, yani fuqdan-e-taqwa ka masla hai, na ke maujudgi sazish ka masla, to koi jawab de iska, koi jawab nahi de pata, kehta hai ke dekho ji, aisi boli bol rahe hain jo unko suit kare, aisi boli bol rahe hain jo dushmanon ko suit kare, achha, sari arab duniya kehti hai america adu</w:t>
      </w:r>
    </w:p>
    <w:p>
      <w:pPr>
        <w:jc w:val="right"/>
      </w:pPr>
      <w:r>
        <w:t>تا ہوں کہ لَيْكَ التَّقْوَى مسئلہ ہے، نہ کہ presence of سازش، یعنی فقدان تقویٰ کا مسئلہ ہے، نہ کہ موجودگی سازش کا مسئلہ، تو کوئی جواب دے اس کا، کوئی جواب نہیں دے پاتا، کہتا ہے کہ دیکھو جی، ایسی بولی بول رہے ہیں جو ان کو suit کرے، ایسی بولی بول رہے ہیں جو دشمنوں کو suit کرے، اچھا، ساری عرب دنیا کہتی ہے امریکہ عدو</w:t>
      </w:r>
    </w:p>
    <w:p>
      <w:r>
        <w:rPr>
          <w:b/>
        </w:rPr>
        <w:t xml:space="preserve">[1:02:45] </w:t>
      </w:r>
      <w:r>
        <w:t>al-islam raqam wahid, sari arab duniya, main kehta hoon ke yeh haq kahan se mila aap ko, kahin kaha america adu al-islam raqam wahid, kahan se mila aap ko, achha, doosri baat yeh hai ke beshumar arab aaj bhi kaam karte hain, aur na arab aur na america mein, taqreeban seven million muslim, un sab ko haram mein mara hai na, agar yeh sahi ho to, agar sach much america islam ka dushman hai to aap h</w:t>
      </w:r>
    </w:p>
    <w:p>
      <w:pPr>
        <w:jc w:val="right"/>
      </w:pPr>
      <w:r>
        <w:t>الاسلام رقم واحد، ساری عرب دنیا، میں کہتا ہوں کہ یہ حق کہاں سے ملا آپ کو، کہیں کہا امریکہ عدو الاسلام رقم واحد، کہاں سے ملا آپ کو، اچھا، دوسری بات یہ ہے کہ بے شمار عرب آج بھی کام کرتے ہیں، اور نہ عرب اور نہ امریکہ میں، تقریباً seven million مسلم، ان سب کو حرام میں مارا ہے نا، اگر یہ صحیح ہو تو، اگر سچ مچ امریکہ اسلام کا دشمن ہے تو آپ ہ</w:t>
      </w:r>
    </w:p>
    <w:p>
      <w:r>
        <w:rPr>
          <w:b/>
        </w:rPr>
        <w:t xml:space="preserve">[1:03:15] </w:t>
      </w:r>
      <w:r>
        <w:t>ijrat kijiye wahan se, hijrat kijiye wahan se, yeh nahi kar sakte ke aap kahein ke woh america adu al-islam raqam wahid hai, enemy number one of islam, aur phir wahin rahein bhi, khana khayein bhi, to iski koi daleel, meri daleel ka koi jawab de, to allah ke fazl se main, yani hamesha se, yani awwal din se taqreeban quran ka student ban gaya,</w:t>
      </w:r>
    </w:p>
    <w:p>
      <w:pPr>
        <w:jc w:val="right"/>
      </w:pPr>
      <w:r>
        <w:t>جرت کیجیے وہاں سے، ہجرت کیجیے وہاں سے، یہ نہیں کر سکتے کہ آپ کہیں کہ وہ امریکہ عدو الاسلام رقم واحد ہے، enemy number one of Islam، اور پھر وہیں رہیں بھی، کھانا کھائیں بھی، تو اس کی کوئی دلیل، میری دلیل کا کوئی جواب دے، تو اللہ کے فضل سے میں، یعنی ہمیشہ سے، یعنی اول دن سے تقریباً قرآن کا student بن گیا،</w:t>
      </w:r>
    </w:p>
    <w:p>
      <w:r>
        <w:rPr>
          <w:b/>
        </w:rPr>
        <w:t xml:space="preserve">[1:03:45] </w:t>
      </w:r>
      <w:r>
        <w:t>hamare gaon hi se, main mere gaon mein jo maulana fazlur rehman ismail the, woh arabi, hamara madrasa jo gaon ka tha, to pehli baar wahan ek molvi muqarrar hua tha, to uske baad jo meri taleem aage hui bade madarse mein, usse pehle main, lekin nikal gaya shayad, apne gaon ke madarse hi mein arabi shuru ho gayi thi meri, maulana fazlur rehman ismail, koi aur usse pehle aalim</w:t>
      </w:r>
    </w:p>
    <w:p>
      <w:pPr>
        <w:jc w:val="right"/>
      </w:pPr>
      <w:r>
        <w:t>ہمارے گاؤں ہی سے، میں میرے گاؤں میں جو مولانا فضل الرحمن اسماعیل تھے، وہ عربی، ہمارا مدرسہ جو گاؤں کا تھا، تو پہلی بار وہاں ایک مولوی مقرر ہوا تھا، تو اس کے بعد جو میری تعلیم آگے ہوئی بڑے مدرسے میں، اس سے پہلے میں، لیکن نکل گیا شاید، اپنے گاؤں کے مدرسے ہی میں عربی شروع ہو گئی تھی میری، مولانا فضل الرحمن اسماعیل، کوئی اور اس سے پہلے عالم</w:t>
      </w:r>
    </w:p>
    <w:p>
      <w:r>
        <w:rPr>
          <w:b/>
        </w:rPr>
        <w:t xml:space="preserve">[1:04:15] </w:t>
      </w:r>
      <w:r>
        <w:t>nahi aaya tha hamare gaon mein, to us waqt se main arabi padhna shuru kiya, us waqt se quran par ghaur o fikr shuru hua, aur kuch by nature hamara aisa tha ke main is cheez se curious tha ke akabir ne kya likha hai, quran mein kya likha hai, hadith mein kya hai, is- yeh mera by nature mizaj tha, is liye main kaha karta hoon ke I'm a born scientist, yeh main aksar kaha karta hoon ke I'm a born scientist, scientist, yani paida hi hua main scientist,</w:t>
      </w:r>
    </w:p>
    <w:p>
      <w:pPr>
        <w:jc w:val="right"/>
      </w:pPr>
      <w:r>
        <w:t>نہیں آیا تھا ہمارے گاؤں میں، تو اس وقت سے میں عربی پڑھنا شروع کیا، اس وقت سے قرآن پر غور و فکر شروع ہوا، اور کچھ by nature ہمارا ایسا تھا کہ میں اس چیز سے curious تھا کہ اکابر نے کیا لکھا ہے، قرآن میں کیا لکھا ہے، حدیث میں کیا ہے، اس- یہ میرا by nature مزاج تھا، اس لیے میں کہا کرتا ہوں کہ I'm a born scientist، یہ میں اکثر کہا کرتا ہوں کہ I'm a born scientist، scientist، یعنی پیدا ہی ہوا میں scientist،</w:t>
      </w:r>
    </w:p>
    <w:p>
      <w:r>
        <w:rPr>
          <w:b/>
        </w:rPr>
        <w:t xml:space="preserve">[1:04:46] </w:t>
      </w:r>
      <w:r>
        <w:t>cheezon ke bare mein scientific andaaz mein sochna, yeh mera tareeqa tha, to awwal din se main quran, hadith, quran, hadith, quran, hadith par sochta raha, ab mere liye kuch ahmiyat nahi ke hamare log, hamare jo musalman hain na, jante hain kya unka nazariya hai, har ghader al-shu'ara mein mutarajjimi samajhte hain ke jo ulama ne likh diya to bas woh to kafi ho gaya, ab aur kya sochna hai, main in cheezon ko baseless samajhta hoon, mera nazariya wahi hai jo ek</w:t>
      </w:r>
    </w:p>
    <w:p>
      <w:pPr>
        <w:jc w:val="right"/>
      </w:pPr>
      <w:r>
        <w:t>چیزوں کے بارے میں scientific انداز میں سوچنا، یہ میرا طریقہ تھا، تو اول دن سے میں قرآن، حدیث، قرآن، حدیث، قرآن، حدیث پر سوچتا رہا، اب میرے لیے کچھ اہمیت نہیں کہ ہمارے لوگ، ہمارے جو مسلمان ہیں نا، جانتے ہیں کیا ان کا نظریہ ہے، ہر غادر الشعراء میں مترجمی سمجھتے ہیں کہ جو علماء نے لکھ دیا تو بس وہ تو کافی ہو گیا، اب اور کیا سوچنا ہے، میں ان چیزوں کو baseless سمجھتا ہوں، میرا نظریہ وہی ہے جو ایک</w:t>
      </w:r>
    </w:p>
    <w:p>
      <w:r>
        <w:rPr>
          <w:b/>
        </w:rPr>
        <w:t xml:space="preserve">[1:05:16] </w:t>
      </w:r>
      <w:r>
        <w:t>imam ka nazariya tha, unhone kaha tha ke "itu ni shai'an min kitab allahi ta'aqqalu", quran se lao to manenge, koi iski ahmiyat nahi in baaton ki, to by nature main, mere andar scientific thinking thi, to scientific thinking ka matlab kya hai, yeh har aadmi manega ke islam mein jo cheez حجت ban sakti hai sirf quran o sunnat hai, koi aur cheez حجت nahi ban sakti,</w:t>
      </w:r>
    </w:p>
    <w:p>
      <w:pPr>
        <w:jc w:val="right"/>
      </w:pPr>
      <w:r>
        <w:t>امام کا نظریہ تھا، انہوں نے کہا تھا کہ "إِيْتُونِي شَيْئًا مِن كِتَابَ اللّٰهِ تَعَقُلُ"، قرآن سے لاؤ تو مانیں گے، کوئی اس کی اہمیت نہیں ان باتوں کی، تو by nature میں، میرے اندر scientific thinking تھی، تو scientific thinking کا مطلب کیا ہے، یہ ہر آدمی مانے گا کہ اسلام میں جو چیز حجت بن سکتی ہے صرف قرآن و سنت ہے، کوئی اور چیز حجت نہیں بن سکتی،</w:t>
      </w:r>
    </w:p>
    <w:p>
      <w:r>
        <w:rPr>
          <w:b/>
        </w:rPr>
        <w:t xml:space="preserve">[1:05:47] </w:t>
      </w:r>
      <w:r>
        <w:t>in itself koi حجت nahi hai, in itself jo hai quran o sunnat hai, yeh bachpan se mera mizaj tha, meri family mein bhi mujh se takrao hua is tarah ki baaton par, to dheere dheere itna zyada baith gayi yeh baat mere mind mein ke quran o hadith se sabit na ho to woh rubbish hai, kya iski haqeeqat kya hai iski, woh rubbish hai woh, koi duniya manti rahe,</w:t>
      </w:r>
    </w:p>
    <w:p>
      <w:pPr>
        <w:jc w:val="right"/>
      </w:pPr>
      <w:r>
        <w:t>in itself کوئی حجت نہیں ہے، in itself جو ہے قرآن و سنت ہے، یہ بچپن سے میرا مزاج تھا، میری family میں بھی مجھ سے ٹکراؤ ہوا اس طرح کی باتوں پر، تو دھیرے دھیرے اتنا زیادہ بیٹھ گئی یہ بات میرے mind میں کہ قرآن و حدیث سے ثابت نہ ہو تو وہ rubbish ہے، کیا اس کی حقیقت کیا ہے اس کی، وہ rubbish ہے وہ، کوئی دنیا مانتی رہے،</w:t>
      </w:r>
    </w:p>
    <w:p>
      <w:r>
        <w:rPr>
          <w:b/>
        </w:rPr>
        <w:t xml:space="preserve">[1:06:18] </w:t>
      </w:r>
      <w:r>
        <w:t>koi yeh sabit kare ke islam mein quran aur hadith ke sawabiq koi madar-e-hujjat hai, koi madar-e-istidlal hai, yeh kisi ki himmat nahi ke aisa sabit kare koi, yeh nahi koi kar sakta, kisi ki himmat hi nahi, kyun ke hadith mein hai ke "talakkufi kumusqalatan", kitab allah aur sunnat, do cheezein rasool allah ne farmayi hain ke kitab allah hai aur sunnat rasool allah, is-</w:t>
      </w:r>
    </w:p>
    <w:p>
      <w:pPr>
        <w:jc w:val="right"/>
      </w:pPr>
      <w:r>
        <w:t>کوئی یہ ثابت کرے کہ اسلام میں قرآن اور حدیث کے سوابق کوئی مدارِ حجت ہے، کوئی مدارِ استدلال ہے، یہ کسی کی ہمت نہیں کہ ایسا ثابت کرے کوئی، یہ نہیں کوئی کر سکتا، کسی کی ہمت ہی نہیں، کیونکہ حدیث میں ہے کہ "تَلَكُّفِي كُمُسَّقَلَةٌ"، کتاب اللہ اور سنت، دو چیزیں رسول اللہ نے فرمائی ہیں کہ کتاب اللہ ہے اور سنت رسول اللہ، اس-</w:t>
      </w:r>
    </w:p>
    <w:p>
      <w:r>
        <w:rPr>
          <w:b/>
        </w:rPr>
        <w:t xml:space="preserve">[1:06:48] </w:t>
      </w:r>
      <w:r>
        <w:t>wahi yani madar-e-hujjat hai, to bachpan se mera mizaj scientific ban gaya, ke real, yani haqeeqi daleel honi chahiye is cheez ko sabit karne ke liye, main ne nahi, to main apne- apne- apne ghar mein aise log the jo mujh ko mad kehte the, mad, apni- meri family mein, mad mad, kyun ke main kisi ki baat sunta nahi tha,</w:t>
      </w:r>
    </w:p>
    <w:p>
      <w:pPr>
        <w:jc w:val="right"/>
      </w:pPr>
      <w:r>
        <w:t>وہی یعنی مدارِ حجت ہے، تو بچپن سے میرا مزاج scientific بن گیا، کہ real، یعنی حقیقی دلیل ہونی چاہیے اس چیز کو ثابت کرنے کے لیے، میں نے نہیں، تو میں اپنے- اپنے- اپنے گھر میں ایسے لوگ تھے جو مجھ کو mad کہتے تھے، mad، اپنی- میری family میں، mad mad، کیونکہ میں کسی کی بات سنتا نہیں تھا،</w:t>
      </w:r>
    </w:p>
    <w:p>
      <w:r>
        <w:rPr>
          <w:b/>
        </w:rPr>
        <w:t xml:space="preserve">[1:07:19] </w:t>
      </w:r>
      <w:r>
        <w:t>kisi ki baat sunte hi nahi the, yeh mashhoor tha meri family ke haan, to kisi ki baat manenge nahi, kisi ki baat manenge nahi, to manenge nahi kabhi baatein, main kehta hoon daleel lao to manunga nahi to kyun- kyun manun main, woh cheez develop karte karte karte yahan tak bani ke ab mujhe iski koi parwah nahi ke duniya mein muwafiq hai ya mukhalif, main sirf yeh dekhta hoon quran o hadith se kya sabit hota hai, yeh bilkul yani rational thinking hai, scientific approach hai, yeh- yeh mere andar</w:t>
      </w:r>
    </w:p>
    <w:p>
      <w:pPr>
        <w:jc w:val="right"/>
      </w:pPr>
      <w:r>
        <w:t>کسی کی بات سنتے ہی نہیں تھے، یہ مشہور تھا میری family کے ہاں، تو کسی کی بات مانیں گے نہیں، کسی کی بات مانیں گے نہیں، تو مانیں گے نہیں کبھی باتیں، میں کہتا ہوں دلیل لاؤ تو مانوں گا نہیں تو کیوں- کیوں مانوں میں، وہ چیز develop کرتے کرتے کرتے یہاں تک بنی کہ اب مجھے اس کی کوئی پرواہ نہیں کہ دنیا میں موافق ہے یا مخالف، میں صرف یہ دیکھتا ہوں قرآن و حدیث سے کیا ثابت ہوتا ہے، یہ بالکل یعنی rational thinking ہے، scientific approach ہے، یہ- یہ میرے اندر</w:t>
      </w:r>
    </w:p>
    <w:p>
      <w:r>
        <w:rPr>
          <w:b/>
        </w:rPr>
        <w:t xml:space="preserve">[1:07:49] </w:t>
      </w:r>
      <w:r>
        <w:t>itna sokh rasekh ho gaya ke mujhe kisi ki parwah hi nahi hoti, main aap ko waqia batata hoon, jamaat-e-islami ke jo ameer hain abhi is waqt, hum woh the rampur mein, to main jo likhta tha us zamane mein, yeh unhone kaha tha aap sirf likhte hain, yeh- yeh kaun manega in baaton ko, to main ne kaha aap kya samajhte hain ke main kisi ke manne ya na manne ke liye likhta hoon, manega kaha tha ya padha hai kaun tha, main ne kaha</w:t>
      </w:r>
    </w:p>
    <w:p>
      <w:pPr>
        <w:jc w:val="right"/>
      </w:pPr>
      <w:r>
        <w:t>اتنا سوکھ راسخ ہو گیا کہ مجھے کسی کی پرواہ ہی نہیں ہوتی، میں آپ کو واقعہ بتاتا ہوں، جماعت اسلامی کے جو امیر ہیں ابھی اس وقت، ہم وہ تھے رام پور میں، تو میں جو لکھتا تھا اس زمانے میں، یہ انہوں نے کہا تھا آپ صرف لکھتے ہیں، یہ- یہ کون مانے گا ان باتوں کو، تو میں نے کہا آپ کیا سمجھتے ہیں کہ میں کسی کے ماننے یا نہ ماننے کے لیے لکھتا ہوں، مانے گا کہا تھا یا پڑھا ہے کون تھا، میں نے کہا</w:t>
      </w:r>
    </w:p>
    <w:p>
      <w:r>
        <w:rPr>
          <w:b/>
        </w:rPr>
        <w:t xml:space="preserve">[1:08:19] </w:t>
      </w:r>
      <w:r>
        <w:t>main kisi ke liye apne dil ka bojh utarne ke liye likhta hoon, jab main rampur mein tha, tab ki baat hai, aur abhi zinda hain, un se koi pooch sakta hai, ameer jamaat jo the, woh samajhte the ke yeh aadmi likhta hai, maulana sadruddin ismail ne mere bare mein kehte the ke ibn taimiya ne char cheezon mein ijtihad kiya tha, yeh nahi kaha tha har cheez mein ijtihad hota hai, woh jamaat-e-islami ke ameer bhi kuch din rahe the woh, to us dauran bhi meri image yahi thi, jab jamaat-e-islami mein tha main tab</w:t>
      </w:r>
    </w:p>
    <w:p>
      <w:pPr>
        <w:jc w:val="right"/>
      </w:pPr>
      <w:r>
        <w:t>میں کسی کے لیے اپنے دل کا بوجھ اتارنے کے لیے لکھتا ہوں، جب میں رام پور میں تھا، تب کی بات ہے، اور ابھی زندہ ہیں، ان سے کوئی پوچھ سکتا ہے، امیر جماعت جو تھے، وہ سمجھتے تھے کہ یہ آدمی لکھتا ہے، مولانا صدرالدین اسماعیل نے میرے بارے میں کہتے تھے کہ ابن تیمیہ نے چار چیزوں میں اجتہاد کیا تھا، یہ نہیں کہا تھا ہر چیز میں اجتہاد ہوتا ہے، وہ جماعت اسلامی کے امیر بھی کچھ دن رہے تھے وہ، تو اس دوران بھی میری image یہی تھی، جب جماعت اسلامی میں تھا میں تب</w:t>
      </w:r>
    </w:p>
    <w:p>
      <w:r>
        <w:rPr>
          <w:b/>
        </w:rPr>
        <w:t xml:space="preserve">[1:08:49] </w:t>
      </w:r>
      <w:r>
        <w:t>، unhone kaha ke ibn taimiya ne char cheezon mein ijtihad kiya tha, unhone kaha tha har cheez mein ijtihad hota hai, to mujhe kisi ki parwah nahi, main akele jee sakta hoon, lekin illogical base par main nahi jee sakta, main akele jee sakta hoon, lekin illogical base par nahi jee sakta main, mujhe kisi ki bheed ki parwah nahi, koi mujhe paisa de ya na de uski parwah nahi,</w:t>
      </w:r>
    </w:p>
    <w:p>
      <w:pPr>
        <w:jc w:val="right"/>
      </w:pPr>
      <w:r>
        <w:t>، انہوں نے کہا کہ ابن تیمیہ نے چار چیزوں میں اجتہاد کیا تھا، انہوں نے کہا تھا ہر چیز میں اجتہاد ہوتا ہے، تو مجھے کسی کی پرواہ نہیں، میں اکیلے جی سکتا ہوں، لیکن illogical base پر میں نہیں جی سکتا، میں اکیلے جی سکتا ہوں، لیکن illogical base پر نہیں جی سکتا میں، مجھے کسی کی بھیڑ کی پرواہ نہیں، کوئی مجھے پیسہ دے یا نہ دے اس کی پرواہ نہیں،</w:t>
      </w:r>
    </w:p>
    <w:p>
      <w:r>
        <w:rPr>
          <w:b/>
        </w:rPr>
        <w:t xml:space="preserve">[1:09:19] </w:t>
      </w:r>
      <w:r>
        <w:t>agar mera dil kehta hai, conscience ke yeh baat jo main kar raha hoon yahi quran o sunnat se sabit hai, to log kehte rahein log, misaal ke taur par dekhiye, sari ulama baat karte hain, deen-e-islam ke in kamil o shamil, ke islam mukammal nizam hai, main poochta hoon kahan yeh quran mein likha hua hai, koi ek bhi ayat aisi quran mein nahi hai jahan ke islam mukammal nizam hai, to main kehta hoon sari ulama kehte rahein,</w:t>
      </w:r>
    </w:p>
    <w:p>
      <w:pPr>
        <w:jc w:val="right"/>
      </w:pPr>
      <w:r>
        <w:t>اگر میرا دل کہتا ہے، conscience کہ یہ بات جو میں کر رہا ہوں یہی قرآن و سنت سے ثابت ہے، تو لوگ کہتے رہیں لوگ، مثال کے طور پر دیکھیے، سارے علماء بات کرتے ہیں، دین اسلام کے ان کامل و شامل، کہ اسلام مکمل نظام ہے، میں پوچھتا ہوں کہاں یہ قرآن میں لکھا ہوا ہے، کوئی ایک بھی آیت ایسی قرآن میں نہیں ہے جہاں کہ اسلام مکمل نظام ہے، تو میں کہتا ہوں سارے علماء کہتے رہیں،</w:t>
      </w:r>
    </w:p>
    <w:p>
      <w:r>
        <w:rPr>
          <w:b/>
        </w:rPr>
        <w:t xml:space="preserve">[1:09:50] </w:t>
      </w:r>
      <w:r>
        <w:t>sari ulama kehte rahein, jab nahi hai to yeh- yeh- yeh ta'beer galat hai, yeh expression galat hai, yeh islam mukammal nizam hai, koi aur ta'beer dhoondna chahiye, aise hi misaal ke taur par dekhiye, حجتullah- حجتullah al-balagha ko log samajhte hain ke poori tareekh islam ki sab se badi kitab hai, to main kehta hoon mujhe bataiye is kitab mein sitra ki fazilat batai gayi hai, jahad ki fazilat batai gayi hai, dawat-e-allah ki fazilat kahan batai gayi hai,</w:t>
      </w:r>
    </w:p>
    <w:p>
      <w:pPr>
        <w:jc w:val="right"/>
      </w:pPr>
      <w:r>
        <w:t>سارے علماء کہتے رہیں، جب نہیں ہے تو یہ- یہ- یہ تعبیر غلط ہے، یہ expression غلط ہے، یہ اسلام مکمل نظام ہے، کوئی اور تعبیر ڈھونڈنا چاہیے، ایسے ہی مثال کے طور پر دیکھیے، حجت اللہ- حجت اللہ البلاغہ کو لوگ سمجھتے ہیں کہ پوری تاریخ اسلام کی سب سے بڑی کتاب ہے، تو میں کہتا ہوں مجھے بتائیے اس کتاب میں سترا کی فضیلت بتائی گئی ہے، جہاد کی فضیلت بتائی گئی ہے، دعوت اللہ کی فضیلت کہاں بتائی گئی ہے،</w:t>
      </w:r>
    </w:p>
    <w:p>
      <w:r>
        <w:rPr>
          <w:b/>
        </w:rPr>
        <w:t xml:space="preserve">[1:10:20] </w:t>
      </w:r>
      <w:r>
        <w:t>aap koi himmat bata pata hai mujhe, koi- koi dekh lo falan chapter mein, kaise hum keh sakte hain ke woh aakhri kitab hai is- islami tareekh ki, ke is mein sitra ki fazilat padh lijiye aap, hikmat, sitra ki hikmat padh lijiye, aur jahad ki hikmat padh lijiye, lekin dawat-e-allah ki hikmat aur fazilat se bhai nahi, babi nahi hai, to koi bataye mujhe, main ne teen martaba ghaliban padha hai حجتullah al-balagha, yeh</w:t>
      </w:r>
    </w:p>
    <w:p>
      <w:pPr>
        <w:jc w:val="right"/>
      </w:pPr>
      <w:r>
        <w:t>آپ کوئی ہمت بتا پاتا ہے مجھے، کوئی- کوئی دیکھ لو فلاں چیپٹر میں، کیسے ہم کہہ سکتے ہیں کہ وہ آخری کتاب ہے اس- اسلامی تاریخ کی، کہ اس میں سترا کی فضیلت پڑھ لیجیے آپ، حکمت، سترا کی حکمت پڑھ لیجیے، اور جہاد کی حکمت پڑھ لیجیے، لیکن دعوت اللہ کی حکمت اور فضیلت سے بھائی نہیں، بابی نہیں ہے، تو کوئی بتائے مجھے، میں نے تین مرتبہ غالباً پڑھا ہے حجت اللہ البلاغہ، یہ</w:t>
      </w:r>
    </w:p>
    <w:p>
      <w:r>
        <w:rPr>
          <w:b/>
        </w:rPr>
        <w:t xml:space="preserve">[1:10:50] </w:t>
      </w:r>
      <w:r>
        <w:t>dhoondne ke liye, to nahi hai, to main daleel par khada hua hoon, yeh meri nature hai, nature, ke main daleel par jab khada ho jata hoon to mujhe kisi ki parwah nahi hoti, hamare saathi hain maulana zakwan azizi se pooch lijiye ke mera mizaj kya hai, ke koi shakhs jo daleel se mujhe, yani</w:t>
      </w:r>
    </w:p>
    <w:p>
      <w:pPr>
        <w:jc w:val="right"/>
      </w:pPr>
      <w:r>
        <w:t>ڈھونڈنے کے لیے، تو نہیں ہے، تو میں دلیل پر کھڑا ہوا ہوں، یہ میری nature ہے، nature، کہ میں دلیل پر جب کھڑا ہو جاتا ہوں تو مجھے کسی کی پرواہ نہیں ہوتی، ہمارے ساتھی ہیں مولانا زکوان عزیزی سے پوچھ لیجیے کہ میرا مزاج کیا ہے، کہ کوئی شخص جو دلیل سے مجھے، یعنی</w:t>
      </w:r>
    </w:p>
    <w:p>
      <w:r>
        <w:rPr>
          <w:b/>
        </w:rPr>
        <w:t xml:space="preserve">[1:11:20] </w:t>
      </w:r>
      <w:r>
        <w:t>kuch bhi manwa sakta hai, lekin daleel ke baghair mujh se koi kuch manwa nahi sakta, bahut nuksan maine is ko uthaya, bahut zyada nuksan, yani paise ka, property ka, aur shohrat ka, aur izzat ka, popularity ka, nuksan, lekin ek second ke liye bhi mujhe afsos nahi hua ke maine yeh cheez kho di, kyun ke mujhe abhi bhi yaqeen hasil hai ke jo main</w:t>
      </w:r>
    </w:p>
    <w:p>
      <w:pPr>
        <w:jc w:val="right"/>
      </w:pPr>
      <w:r>
        <w:t>کچھ بھی منوا سکتا ہے، لیکن دلیل کے بغیر مجھ سے کوئی کچھ منوا نہیں سکتا، بہت نقصان میں نے اس کو اٹھایا، بہت زیادہ نقصان، یعنی پیسے کا، property کا، اور شہرت کا، اور عزت کا، popularity کا، نقصان، لیکن ایک سیکنڈ کے لیے بھی مجھے افسوس نہیں ہوا کہ میں نے یہ چیز کھو دی، کیوں کہ مجھے ابھی بھی یقین حاصل ہے کہ جو میں</w:t>
      </w:r>
    </w:p>
    <w:p>
      <w:r>
        <w:rPr>
          <w:b/>
        </w:rPr>
        <w:t xml:space="preserve">[1:11:51] </w:t>
      </w:r>
      <w:r>
        <w:t>keh raha hoon wahi quran se wahi sabit hai, hadith se wahi sabit hai, to shayad allah taala ne mujhe, yani ek mera, kisi wajah se mera yeh mizaj ban gaya, aur bahut din se main kehta hoon ke I'm a born scientist, is mathematical sense mein nahi, scientific attitude sense mein, jawwal allah alaih ne kaha tha ke hamare india mein sab se cheez jo cheez nahi hai woh scientific temper, unko pata nahi tha ke main to scientific temper ka badshah</w:t>
      </w:r>
    </w:p>
    <w:p>
      <w:pPr>
        <w:jc w:val="right"/>
      </w:pPr>
      <w:r>
        <w:t>کہہ رہا ہوں وہی قرآن سے وہی ثابت ہے، حدیث سے وہی ثابت ہے، تو شاید اللہ تعالی نے مجھے، یعنی ایک میرا، کسی وجہ سے میرا یہ مزاج بن گیا، اور بہت دن سے میں کہتا ہوں کہ I'm a born scientist، اس mathematical sense میں نہیں، scientific attitude sense میں، جوال اللہ علیہ نے کہا تھا کہ ہمارے انڈیا میں سب سے چیز جو چیز نہیں ہے وہ scientific temper، ان کو پتہ نہیں تھا کہ میں تو scientific temper کا بادش</w:t>
      </w:r>
    </w:p>
    <w:p>
      <w:r>
        <w:rPr>
          <w:b/>
        </w:rPr>
        <w:t xml:space="preserve">[1:12:21] </w:t>
      </w:r>
      <w:r>
        <w:t>a hoon.</w:t>
      </w:r>
    </w:p>
    <w:p>
      <w:pPr>
        <w:jc w:val="right"/>
      </w:pPr>
      <w:r>
        <w:t>اہ ہوں۔</w:t>
      </w:r>
    </w:p>
    <w:p>
      <w:r>
        <w:rPr>
          <w:b/>
        </w:rPr>
        <w:t xml:space="preserve">[1:12:28] </w:t>
      </w:r>
      <w:r>
        <w:t>maulana agla sawal kaleem sahib ne kiya hai, unhone likha hai ke agar lambe arse tak apne maqam par hum team na bana payein, aur jo dawah work hai woh hum sirf electronic way se hi kar sakein, to aisi surat mein hamein kya karna chahiye?</w:t>
      </w:r>
    </w:p>
    <w:p>
      <w:pPr>
        <w:jc w:val="right"/>
      </w:pPr>
      <w:r>
        <w:t>مولانا اگلا سوال کلیم صاحب نے کیا ہے، انہوں نے لکھا ہے کہ اگر لمبے عرصے تک اپنے مقام پر ہم ٹیم نہ بنا پائیں، اور جو دعویٰ work ہے وہ ہم صرف electronic way سے ہی کر سکیں، تو ایسی صورت میں ہمیں کیا کرنا چاہیے؟</w:t>
      </w:r>
    </w:p>
    <w:p>
      <w:r>
        <w:rPr>
          <w:b/>
        </w:rPr>
        <w:t xml:space="preserve">[1:12:47] </w:t>
      </w:r>
      <w:r>
        <w:t>karna chahiye, jari rakhna chahiye, kyunke pehchan hasil hai, kyunke pehchan hasil hai, pehchan hasil hai, dekhiye ek bohat nuqte ki baat mein arz karta hoon ke hadith mein hai ke ek waqt aayega ke kalma-e-islam daakhil ho jayega, illa adkhallaahu kalimatal islaami fi kulli, woh is mein jo lafz hai idkh</w:t>
      </w:r>
    </w:p>
    <w:p>
      <w:pPr>
        <w:jc w:val="right"/>
      </w:pPr>
      <w:r>
        <w:t>کرنا چاہیے، جاری رکھنا چاہیے، کیونکہ پہچان حاصل ہے، کیونکہ پہچان حاصل ہے، پہچان حاصل ہے، دیکھیے ایک بہت نقطے کی بات میں عرض کرتا ہوں کہ حدیث میں ہے کہ ایک وقت آئے گا کہ کلمہ اسلام داخل ہو جائے گا، إِلَّا أَدْخَلَ اللّٰهُ كَلَمَةَ الإِسْلَامِ فِي كُلِّ، وہ اس میں جو لفظ ہے إِدْخَ</w:t>
      </w:r>
    </w:p>
    <w:p>
      <w:r>
        <w:rPr>
          <w:b/>
        </w:rPr>
        <w:t xml:space="preserve">[1:13:17] </w:t>
      </w:r>
      <w:r>
        <w:t>alul kalimati fil buyooti ka lafz hai, idkhalul kalimati fil quloobi ka lafz nahi hai, yeh bohat important point hai, woh hadith jo hai us mein idkhalul kalimati fil buyooti ka lafz hai, fil quloobi ka lafz nahi hai, toh hamara woh target hi nahi ke hum dil badal daalein, hamara target yeh hai ke har ghar woh pahunch jaye, toh hadith mein khud. isi ko mein kehta hoon ke mujhe kaise koi woh kar sakta hai, jab- jab mein sa</w:t>
      </w:r>
    </w:p>
    <w:p>
      <w:pPr>
        <w:jc w:val="right"/>
      </w:pPr>
      <w:r>
        <w:t>الُ الْكَلْمَةِ فِي الْبَيُوتِ کا لفظ ہے، إِدْخَالُ الْكَلْمَةِ فِي الْقُلُوبِ کا لفظ نہیں ہے، یہ بہت important point ہے، وہ حدیث جو ہے اس میں إِدْخَالُ الْكَلْمَةِ فِي الْبَيُوتِ کا لفظ ہے، فِي الْقُلُوبِ کا لفظ نہیں ہے، تو ہمارا وہ target ہی نہیں کہ ہم دل بدل ڈالیں، ہمارا target یہ ہے کہ ہر گھر وہ پہنچ جائے، تو حدیث میں خود۔ اسی کو میں کہتا ہوں کہ مجھے کیسے کوئی وہ کر سکتا ہے، جب- جب میں ص</w:t>
      </w:r>
    </w:p>
    <w:p>
      <w:r>
        <w:rPr>
          <w:b/>
        </w:rPr>
        <w:t xml:space="preserve">[1:13:47] </w:t>
      </w:r>
      <w:r>
        <w:t>af saaf dekhta hoon ke hadith mein hai idkhalul kalimati fil buyooti, toh koi kuch bhi kehta rahe, hadith mein hai hi nahi ke idkhalul kalimati fil quloobi, toh tum kehte raho, tumhari baat ki qeemat kya hai, kyunke dekhiye ek baat aur bhi arz kar doon, mein tareekh ka sab se zyada yaani simpleest aadmi hoon, meri koi zaroorat nahi, meri koi khwahish nahi, koi mujhe khana chahiye, koi kapda chahiye, kuch bhi</w:t>
      </w:r>
    </w:p>
    <w:p>
      <w:pPr>
        <w:jc w:val="right"/>
      </w:pPr>
      <w:r>
        <w:t>اف صاف دیکھتا ہوں کہ حدیث میں ہے إِدْخَالُ الْكَلْمَةِ فِي الْبَيُوتِ، تو کوئی کچھ بھی کہتا رہے، حدیث میں ہے ہی نہیں کہ إِدْخَالُ الْكَلْمَةِ فِي الْقُلُوبِ، تو تم کہتے رہو، تمہاری بات کی قیمت کیا ہے، کیونکہ دیکھیے ایک بات اور بھی عرض کر دوں، میں تاریخ کا سب سے زیادہ یعنی simpleest آدمی ہوں، میری کوئی ضرورت نہیں، میری کوئی خواہش نہیں، کوئی مجھے کھانا چاہیے، کوئی کپڑا چاہیے، کچھ بھی</w:t>
      </w:r>
    </w:p>
    <w:p>
      <w:r>
        <w:rPr>
          <w:b/>
        </w:rPr>
        <w:t xml:space="preserve">[1:14:17] </w:t>
      </w:r>
      <w:r>
        <w:t>bistar chahiye, kuch bhi nahi, na bank balance chahiye, duniya ka mein samajhta hoon ke mere jaisa simple aadmi koi paida shayad nahi hua, koi kisi se shikayat nahi, koi de do theek hai, nahi do, nahi do, tab bhi theek hai, toh- toh kisi ki parwah karo, kisi ki, dekhiye parwah karta aadmi interest hota hai, woh aap ko film di hui hai, woh aap ko property di hui hai, woh aap ko paisa de raha hai, woh aap ko building de raha hai, hamein parwah hi nahi,</w:t>
      </w:r>
    </w:p>
    <w:p>
      <w:pPr>
        <w:jc w:val="right"/>
      </w:pPr>
      <w:r>
        <w:t>، بستر چاہیے، کچھ بھی نہیں، نہ بینک balance چاہیے، دنیا کا میں سمجھتا ہوں کہ میرے جیسا simple آدمی کوئی پیدا شاید نہیں ہوا، کوئی کسی سے شکایت نہیں، کوئی دے دو ٹھیک ہے، نہیں دو، نہیں دو، تب بھی ٹھیک ہے، تو- تو کسی کی پرواہ کرو، کسی کی، دیکھیے پرواہ کرتا آدمی interest ہوتا ہے، وہ آپ کو film دی ہوئی ہے، وہ آپ کو property دی ہوئی ہے، وہ آپ کو پیسہ دے رہا ہے، وہ آپ کو building دے رہا ہے، ہمیں پرواہ ہی نہیں،</w:t>
      </w:r>
    </w:p>
    <w:p>
      <w:r>
        <w:rPr>
          <w:b/>
        </w:rPr>
        <w:t xml:space="preserve">[1:14:48] </w:t>
      </w:r>
      <w:r>
        <w:t>hum aap yaqeen kijiye ke cheenti ke barabar bhi mujhe parwah nahi hai is baat ki ke mere paas crowd ho, mere paas stage ho, kuch bhi nahi, nothing mein samajhta hoon is ko, toh mujhe is cheez ne mere andar yaqeen paida kiya hai, aur doosri baat dekhiye yeh hai ke mera mizaj jo hai woh bana hai, mere baap jo the jinka inteqal ho gaya 1929 mein,</w:t>
      </w:r>
    </w:p>
    <w:p>
      <w:pPr>
        <w:jc w:val="right"/>
      </w:pPr>
      <w:r>
        <w:t>ہم آپ یقین کیجیے کہ چیونٹی کے برابر بھی مجھے پرواہ نہیں ہے اس بات کی کہ میرے پاس crowd ہو، میرے پاس stage ہو، کچھ بھی نہیں، nothing میں سمجھتا ہوں اس کو، تو مجھے اس چیز نے میرے اندر یقین پیدا کیا ہے، اور دوسری بات دیکھیے یہ ہے کہ میرا مزاج جو ہے وہ بنا ہے، میرے باپ جو تھے جن کا انتقال ہو گیا 1929 میں،</w:t>
      </w:r>
    </w:p>
    <w:p>
      <w:r>
        <w:rPr>
          <w:b/>
        </w:rPr>
        <w:t xml:space="preserve">[1:15:19] </w:t>
      </w:r>
      <w:r>
        <w:t>woh bohat hi mukhlis aadmi the, taleem bohat urdu ki taleem thi bas, toh woh kaha karte the apne andaaz mein Khuda ko munh dikhana hai, Khuda ko munh dikhana hai, toh mera jo hai ke ek din mujhe Allah ke saamne khada hona hai, koi doosri concern nahi meri, la tazaalu qadama abdin hatta yusala an arbaeen</w:t>
      </w:r>
    </w:p>
    <w:p>
      <w:pPr>
        <w:jc w:val="right"/>
      </w:pPr>
      <w:r>
        <w:t>وہ بہت ہی مخلص آدمی تھے، تعلیم بہت اردو کی تعلیم تھی بس، تو وہ کہا کرتے تھے اپنے انداز میں خدا کو منہ دکھانا ہے، خدا کو منہ دکھانا ہے، تو میرا جو ہے کہ ایک دن مجھے اللہ کے سامنے کھڑا ہونا ہے، کوئی دوسری concern نہیں میری، لَا تَزَالُ قَدَمُ عَبْدٍ حَتَّى يُسْأَلَ عَنْ أَرْبَعِينَ</w:t>
      </w:r>
    </w:p>
    <w:p>
      <w:r>
        <w:rPr>
          <w:b/>
        </w:rPr>
        <w:t xml:space="preserve">[1:15:49] </w:t>
      </w:r>
      <w:r>
        <w:t>toh yawma yaqoomun naasu lirabbi al aalameen, waahid concern mera yeh hai ke ek din mera saamne Allah taala se hoga, toh woh jab poochega toh mein kya jawab doonga, mujhe iski kuch bhi parwah nahi, duniya muwafiq karti hai ya mukhalifat karti hai, meri parwah yeh hai ke yawma yaqoomun naasu lirabbi al aalameen, is cheez ne mujhe yaqeen paida kar diya ke mujhe Allah ke saamne khada hona hai, aur itfa</w:t>
      </w:r>
    </w:p>
    <w:p>
      <w:pPr>
        <w:jc w:val="right"/>
      </w:pPr>
      <w:r>
        <w:t>، تو يَوْمَ يَقُومُ النَّاسُ لِلرَّبِّ الْعَالَمِينَ، واحد concern میرا یہ ہے کہ ایک دن میرا سامنے اللہ تعالی سے ہوگا، تو وہ جب پوچھے گا تو میں کیا جواب دوں گا، مجھے اس کی کچھ بھی پرواہ نہیں، دنیا موافقت کرتی ہے یا مخالفت کرتی ہے، میری پرواہ یہ ہے کہ يَوْمَ يَقُومُ النَّاسُ لِلرَّبِّ الْعَالَمِينَ، اس چیز نے مجھے یقین پیدا کر دیا کہ مجھے اللہ کے سامنے کھڑا ہونا ہے، اور اتف</w:t>
      </w:r>
    </w:p>
    <w:p>
      <w:r>
        <w:rPr>
          <w:b/>
        </w:rPr>
        <w:t xml:space="preserve">[1:16:19] </w:t>
      </w:r>
      <w:r>
        <w:t>aq se yeh cheez mujhe bator-e-wirasa mili, wirasa, kyunke mere baap yeh kaha karte the ke Khuda ko munh dikhana hai.</w:t>
      </w:r>
    </w:p>
    <w:p>
      <w:pPr>
        <w:jc w:val="right"/>
      </w:pPr>
      <w:r>
        <w:t>اق سے یہ چیز مجھے بطور وراثت ملی، وراثت، کیونکہ میرے باپ یہ کہا کرتے تھے کہ خدا کو منہ دکھانا ہے۔</w:t>
      </w:r>
    </w:p>
    <w:p>
      <w:r>
        <w:rPr>
          <w:b/>
        </w:rPr>
        <w:t xml:space="preserve">[1:16:27] </w:t>
      </w:r>
      <w:r>
        <w:t>Maulana agla sawal Mahboob bhai ne kiya hai, unhone likha hai Maulana you said momin is a creative being, can you please explain with an example?</w:t>
      </w:r>
    </w:p>
    <w:p>
      <w:pPr>
        <w:jc w:val="right"/>
      </w:pPr>
      <w:r>
        <w:t>مولانا اگلا سوال محبوب بھائی نے کیا ہے، انہوں نے لکھا ہے مولانا you said مومن is a creative being، can you please explain with an example؟</w:t>
      </w:r>
    </w:p>
    <w:p>
      <w:r>
        <w:rPr>
          <w:b/>
        </w:rPr>
        <w:t xml:space="preserve">[1:16:43] </w:t>
      </w:r>
      <w:r>
        <w:t>Creative ka matlab kya hai, to produce new idea, yaani creative us ko kehte hain jo naya idea ki takhleeq kar sake, aam taur par dekhiye hamari jo literature jo hai, dictionary mein aap dekhein toh creative ke bare mein woh nahi milte jo mein istemaal karta hoon, woh log shayar ko aur novel nigar ko is ko creative samajhte hain, kyunke woh nayi nayi baatein nikalta hai, har ek ko fiction hoti hai, shayari ki baat</w:t>
      </w:r>
    </w:p>
    <w:p>
      <w:pPr>
        <w:jc w:val="right"/>
      </w:pPr>
      <w:r>
        <w:t>Creative کا مطلب کیا ہے، to produce new idea، یعنی creative اس کو کہتے ہیں جو نیا idea کی تخلیق کر سکے، عام طور پر دیکھیے ہماری جو literature جو ہے، ڈکشنری میں آپ دیکھیں تو creative کے بارے میں وہ نہیں ملتے جو میں استعمال کرتا ہوں، وہ لوگ شاعر کو اور ناول نگار کو اس کو creative سمجھتے ہیں، کیونکہ وہ نئی نئی باتیں نکالتا ہے، ہر ایک کو fiction ہوتی ہے، شاعری کی بات</w:t>
      </w:r>
    </w:p>
    <w:p>
      <w:r>
        <w:rPr>
          <w:b/>
        </w:rPr>
        <w:t xml:space="preserve">[1:17:13] </w:t>
      </w:r>
      <w:r>
        <w:t>mein fiction wali hoti hain, lekin creative usi ko maante hain log, ke mein- yaani mein ne pehli baar is ko istemaal kiya hai other than art, creativity ko, aap dictionary mein dekhein toh artists ko log creative maante hain, aur mein toh yaani zamanan un ko maan sakta hoon, asal jo hai woh creativity hai jo mein bolta hoon is zamane mein, fikri maamle mein, toh log jaante hi nahi, sachi baat yeh hai ke poori tareekh-</w:t>
      </w:r>
    </w:p>
    <w:p>
      <w:pPr>
        <w:jc w:val="right"/>
      </w:pPr>
      <w:r>
        <w:t>یں fiction والی ہوتی ہیں، لیکن creative اسی کو مانتے ہیں لوگ، کہ میں- یعنی میں نے پہلی بار اس کو استعمال کیا ہے other than art، creativity کو، آپ ڈکشنری میں دیکھیں تو artistوں کو لوگ creative مانتے ہیں، اور میں تو یعنی ضمناً ان کو مان سکتا ہوں، اصل جو ہے وہ creativity ہے جو میں بولتا ہوں اس زمانے میں، فکری معاملے میں، تو لوگ جانتے ہی نہیں، سچی بات یہ ہے کہ پوری تاریخ-</w:t>
      </w:r>
    </w:p>
    <w:p>
      <w:r>
        <w:rPr>
          <w:b/>
        </w:rPr>
        <w:t xml:space="preserve">[1:17:43] </w:t>
      </w:r>
      <w:r>
        <w:t>yaani tareekh bashri mein yeh hazf hai yeh cheez, ke fikri maamlaat mein creativity, log shayari mein creativity jaante hain, art mein jaante hain, novel nigari mein jaante hain, yeh jo mein kehta hoon is ko koi jaanta hi nahi, yeh toh Aristotle bhi nahi jaante the, aap- aap ko agar shakk ho toh aap mujhe iski kitaab bataiye jahan hai, yaani creativity jo hai, creative thinking jo hai, is maani mein jis maani mein bolta hoon, is maani mein tareekh mein yeh boli hi nahi gayi kabhi, woh toh bari art of shayari aur</w:t>
      </w:r>
    </w:p>
    <w:p>
      <w:pPr>
        <w:jc w:val="right"/>
      </w:pPr>
      <w:r>
        <w:t>یعنی تاریخ بشری میں یہ حذف ہے یہ چیز، کہ فکری معاملات میں creativity، لوگ شاعری میں creativity جانتے ہیں، art میں جانتے ہیں، ناول نگاری میں جانتے ہیں، یہ جو میں کہتا ہوں اس کو کوئی جانتا ہی نہیں، یہ تو ارسطو بھی نہیں جانتے تھے، آپ- آپ کو اگر شک ہو تو آپ مجھے اس کی کتاب بتائیے جہاں ہے، یعنی creativity جو ہے، creative thinking جو ہے، اس معنی میں جس معنی میں بولتا ہوں، اس معنی میں تاریخ میں یہ بولی ہی نہیں گئی کبھی، وہ تو بڑی art of شاعری اور</w:t>
      </w:r>
    </w:p>
    <w:p>
      <w:r>
        <w:rPr>
          <w:b/>
        </w:rPr>
        <w:t xml:space="preserve">[1:18:13] </w:t>
      </w:r>
      <w:r>
        <w:t>funoon-e-lateefa mein boli jaati thi, achha ab mein creativity ko hi misaal jo hai woh aap ko batai thi, ke agar aap ka mind prepared hai, ab mein seedhi pe chadh raha tha toh chadh raha tha yahan haal mein aane ke liye, lekin mere mind mein ek naya idea create hua, mere mind mein ek naya idea create kiya, toh woh mera chadhna jo tha asal laga ke jaise mein aakhirat mein Allah ki taraf ja raha hoon,</w:t>
      </w:r>
    </w:p>
    <w:p>
      <w:pPr>
        <w:jc w:val="right"/>
      </w:pPr>
      <w:r>
        <w:t>فنون لطیفہ میں بولی جاتی تھی، اچھا اب میں creativity کو ہی مثال جو ہے وہ آپ کو بتائی تھی، کہ اگر آپ کا mind prepared ہے، اب میں سیڑھی پہ چڑھ رہا تھا تو چڑھ رہا تھا یہاں حال میں آنے کے لیے، لیکن میرے mind میں ایک نیا idea create ہوا، میرے mind میں ایک نیا idea create کیا، تو وہ میرا چڑھنا جو تھا اصل لگا کہ جیسے میں آخرت میں اللہ کی طرف جا رہا ہوں،</w:t>
      </w:r>
    </w:p>
    <w:p>
      <w:r>
        <w:rPr>
          <w:b/>
        </w:rPr>
        <w:t xml:space="preserve">[1:18:43] </w:t>
      </w:r>
      <w:r>
        <w:t>yeh hai creative thinking, toh mujh ko toh Allah ka fazl hai, rozana hi is ke creative experience hote hain, lekin yeh tareekh mein yeh lafz is maani mein istemaal hi nahi hua, agarche dictionary mein bante hain yeh maani is ke, dictionary mein, istemaal ke lihaaz se nahi istemaal hua, istemaal kyunke shayari, mujhe ek qissa yaad aata hai ke hamare bhai jo the Abdul Majeed Khan woh engineer the,</w:t>
      </w:r>
    </w:p>
    <w:p>
      <w:pPr>
        <w:jc w:val="right"/>
      </w:pPr>
      <w:r>
        <w:t>یہ ہے creative thinking، تو مجھ کو تو اللہ کا فضل ہے، روزانہ ہی اس کے creative experience ہوتے ہیں، لیکن یہ تاریخ میں یہ لفظ اس معنی میں استعمال ہی نہیں ہوا، اگرچہ ڈکشنری میں بنتے ہیں یہ معنی اس کے، ڈکشنری میں، استعمال کے لحاظ سے نہیں استعمال ہوا، استعمال کیوں کہ شاعری، مجھے ایک قصہ یاد آتا ہے کہ ہمارے بھائی جو تھے عبدالمحید خان وہ انجینئر تھے،</w:t>
      </w:r>
    </w:p>
    <w:p>
      <w:r>
        <w:rPr>
          <w:b/>
        </w:rPr>
        <w:t xml:space="preserve">[1:19:14] </w:t>
      </w:r>
      <w:r>
        <w:t>toh ek bahar ka ek aadmi shayad England ka tha ya America ka, woh aaya, woh- yeh woh the polytechnic mein principal the, toh principalon ki training ke liye bulaya gaya tha America se ya Britain ka tha woh aadmi, aur Chandi Garh mein camp laga tha, toh sawal ke dauraan us ne kaha ke who are creatives</w:t>
      </w:r>
    </w:p>
    <w:p>
      <w:pPr>
        <w:jc w:val="right"/>
      </w:pPr>
      <w:r>
        <w:t>تو ایک باہر کا ایک آدمی شاید انگلینڈ کا تھا یا امریکہ کا، وہ آیا، وہ- یہ وہ تھے پولی ٹیکنیک میں پرنسپل تھے، تو پرنسپلوں کی ٹریننگ کے لیے بلایا گیا تھا امریکہ سے یا برٹن کا تھا وہ آدمی، اور چاندی گڑھ میں کیمپ لگا تھا، تو سوال کے دوران اس نے کہا کہ who are creatives</w:t>
      </w:r>
    </w:p>
    <w:p>
      <w:r>
        <w:rPr>
          <w:b/>
        </w:rPr>
        <w:t xml:space="preserve">[1:19:45] </w:t>
      </w:r>
      <w:r>
        <w:t>yeh sab principal log the woh jo baithe hue wahan par, hamare bhai bhi the, us ne kaha ke who are creatives, toh yeh log yaani kisi ne kaha ke poet- poet, toh us ne us ke saamne kaha ke kya keh rahe hain poet, kyunke poet bolte hain British accent mein, aur- aur American kehte hain poet, haan woh American tha woh, American us ko poet kehte hain, aur</w:t>
      </w:r>
    </w:p>
    <w:p>
      <w:pPr>
        <w:jc w:val="right"/>
      </w:pPr>
      <w:r>
        <w:t>، یہ سب پرنسپل لوگ تھے وہ جو بیٹھے ہوئے وہاں پر، ہمارے بھائی بھی تھے، اس نے کہا کہ who are creatives، تو یہ لوگ یعنی کسی نے کہا کہ poet- poet، تو اس نے اس کے سامنے کہا کہ کیا کہہ رہے ہیں poet، کیونکہ poet بولتے ہیں برٹش accent میں، اور- اور امریکن کہتے ہیں poet، ہاں وہ امریکن تھا وہ، امریکن اس کو poet کہتے ہیں، اور</w:t>
      </w:r>
    </w:p>
    <w:p>
      <w:r>
        <w:rPr>
          <w:b/>
        </w:rPr>
        <w:t xml:space="preserve">[1:20:16] </w:t>
      </w:r>
      <w:r>
        <w:t>Britishers kehte hain poet, us ko samajh mein nahi aaya, toh us ne poocha spelling, toh unhone kaha P-O-E-T, achha us ne kaha achha oh poet- poet, tab se mere zehan mein yeh baat hai ke duniya ne creativity ke lafz ko tabaah kar rakha hai, bas poet hai toh creative hai, novel likhne wala creative, art banane wala creative hai, is se bada jo maidan hai wahan toh us ko istemaal hi nahi kiya logon ne, toh is par mein ne</w:t>
      </w:r>
    </w:p>
    <w:p>
      <w:pPr>
        <w:jc w:val="right"/>
      </w:pPr>
      <w:r>
        <w:t>برٹشز کہتے ہیں poet، اس کو سمجھ میں نہیں آیا، تو اس نے پوچھا spelling، تو انہوں نے کہا P-O-E-T، اچھا اس نے کہا اچھا اوہ poet- poet، تب سے میرے ذہن میں یہ بات ہے کہ دنیا نے creativity کے لفظ کو تباہ کر رکھا ہے، بس poet ہے تو creative ہے، ناول لکھنے والا creative، art بنانے والا creative ہے، اس سے بڑا جو میدان ہے وہاں تو اس کو استعمال ہی نہیں کیا لوگوں نے، تو اس پر میں نے</w:t>
      </w:r>
    </w:p>
    <w:p>
      <w:r>
        <w:rPr>
          <w:b/>
        </w:rPr>
        <w:t xml:space="preserve">[1:20:46] </w:t>
      </w:r>
      <w:r>
        <w:t>kaafi padha toh mujhe samajh mein yeh baat aayi.</w:t>
      </w:r>
    </w:p>
    <w:p>
      <w:pPr>
        <w:jc w:val="right"/>
      </w:pPr>
      <w:r>
        <w:t>کافی پڑھا تو مجھے سمجھ میں یہ بات آئی۔</w:t>
      </w:r>
    </w:p>
    <w:p>
      <w:r>
        <w:rPr>
          <w:b/>
        </w:rPr>
        <w:t xml:space="preserve">[1:20:55] </w:t>
      </w:r>
      <w:r>
        <w:t>Maulana agla sawal kiya hai Maulana Asrar Umri ne, unhone likha hai Maulana aap ne kal kaha tha ke shar ki taaqat khair ki taaqat se hazaar guna zyada hai, is ki wazahat farmaein.</w:t>
      </w:r>
    </w:p>
    <w:p>
      <w:pPr>
        <w:jc w:val="right"/>
      </w:pPr>
      <w:r>
        <w:t>مولانا اگلا سوال کیا ہے مولانا اسرار عمری نے، انہوں نے لکھا ہے مولانا آپ نے کل کہا تھا کہ شر کی طاقت خیر کی طاقت سے ہزار گنا زیادہ ہے، اس کی وضاحت فرمائیں۔</w:t>
      </w:r>
    </w:p>
    <w:p>
      <w:r>
        <w:rPr>
          <w:b/>
        </w:rPr>
        <w:t xml:space="preserve">[1:21:12] </w:t>
      </w:r>
      <w:r>
        <w:t>Hazaar se bhi zyada hai, aur poori tareekh gawah hai, ek aadmi- ek shareer aadmi paida ho jaye toh aap dekhiye har tobar ko qatl kar dalta hai, har tashi' peghambar ko qatl kar dalta hai, har musalman ko, har Ali ko qatl karta hai, Chandi log toh the woh, toh cheez yeh hai ke insaan jo hai yaani insaan ya</w:t>
      </w:r>
    </w:p>
    <w:p>
      <w:pPr>
        <w:jc w:val="right"/>
      </w:pPr>
      <w:r>
        <w:t>ہزار سے بھی زیادہ ہے، اور پوری تاریخ گواہ ہے، ایک آدمی- ایک شریر آدمی پیدا ہو جائے تو آپ دیکھیے ہر توبر کو قتل کر ڈالتا ہے، ہر تشیع پیغمبر کو قتل کر ڈالتا ہے، ہر مسلمان کو، ہر علی کو قتل کرتا ہے، چاندی لوگ تو تھے وہ، تو چیز یہ ہے کہ انسان جو ہے یعنی انسان یع</w:t>
      </w:r>
    </w:p>
    <w:p>
      <w:r>
        <w:rPr>
          <w:b/>
        </w:rPr>
        <w:t xml:space="preserve">[1:21:42] </w:t>
      </w:r>
      <w:r>
        <w:t>ani apne halaat ke lihaaz se bohat hi ek is ke sift paida ho jati hai nafrat ki, ek moti si kitaab hai C.M. Joad ki, us ko aap padhiye, uska naam hai The Modern Wickedness, The Modern Wickedness mein us ne likha hai ke tareekh ka tajruba batata hai ke saare insaan nafrat- nafrat liye hue hote hain, isi liye nafrat ki base par tareekh uthai jati hai, dhara dhar phailti hai, yeh janab sahib ne</w:t>
      </w:r>
    </w:p>
    <w:p>
      <w:pPr>
        <w:jc w:val="right"/>
      </w:pPr>
      <w:r>
        <w:t>نی اپنے حالات کے لحاظ سے بہت ہی ایک اس کے صفت پیدا ہو جاتی ہے نفرت کی، ایک موٹی سی کتاب ہے سی ایم جوڑ کی، اس کو آپ پڑھیے، اس کا نام ہے The Modern Wickedness، The Modern Wickedness میں اس نے لکھا ہے کہ تاریخ کا تجربہ بتاتا ہے کہ سارے انسان نفرت- نفرت لیے ہوئے ہوتے ہیں، اسی لیے نفرت کی بیس پر تاریخ اٹھائی جاتی ہے، دھڑا دھڑ پھیلتی ہے، یہ جناب صاحب نے</w:t>
      </w:r>
    </w:p>
    <w:p>
      <w:r>
        <w:rPr>
          <w:b/>
        </w:rPr>
        <w:t xml:space="preserve">[1:22:12] </w:t>
      </w:r>
      <w:r>
        <w:t>Hindu nafrat uthaya dhara dhar phail gayi, Arabon ne Hasan Manna Yahudi nafrat ko uthaya toh dhara dhar un ko following mil gayi, aur mohabbat ko uthaya jaye toh koi faida nahi hota, Hazrat Masih ne kaha ke Love you already, kisi ne un ko saath nahi diya, toh C.M. Joad ne is kitaab mein jo likha hai ke isi wajah hai ke insaan ke andar jo nafrat peshgi maujood hoti hai, usi ko flare up kar dete hain</w:t>
      </w:r>
    </w:p>
    <w:p>
      <w:pPr>
        <w:jc w:val="right"/>
      </w:pPr>
      <w:r>
        <w:t>ہندو نفرت اٹھایا دھڑا دھڑ پھیل گئی، عربوں نے حسن منا نے یہودی نفرت کو اٹھایا تو دھڑا دھڑ ان کو فالونگ مل گئی، اور محبت کو اٹھایا جائے تو کوئی فائدہ نہیں ہوتا، حضرت مسیح نے کہا کہ Love you already، کسی نے ان کو ساتھ نہیں دیا، تو سی ایم جوڑ نے اس کتاب میں جو لکھا ہے کہ اسی وجہ ہے کہ انسان کے اندر جو نفرت پیشگی موجود ہوتی ہے، اسی کو flare up کر دیتے ہیں</w:t>
      </w:r>
    </w:p>
    <w:p>
      <w:r>
        <w:rPr>
          <w:b/>
        </w:rPr>
        <w:t xml:space="preserve">[1:22:42] </w:t>
      </w:r>
      <w:r>
        <w:t>toh dhara dhar tehreekein uth jati hain nafrat ki buniyad pe, aur mohabbat ki buniyad pe koi tehreek uthayi jaye toh chand aadmi saath denge is ka, toh isi liye maine kaha ke shar ki taaqat, shar ki taaqat is maani mein zyada hai ke bohat jald is ko talqib-ul-qaul mil jata hai, shar ki taaqat, shar ke naare ko bohat jald talqib-ul-qaul milta hai, aur khair ke- khair ka naara nahi milta, yeh- yeh saari tareekh ka yeh</w:t>
      </w:r>
    </w:p>
    <w:p>
      <w:pPr>
        <w:jc w:val="right"/>
      </w:pPr>
      <w:r>
        <w:t>، تو دھڑا دھڑ تحریکیں اٹھ جاتی ہیں نفرت کی بنیاد پہ، اور محبت کی بنیاد پہ کوئی تحریک اٹھائی جائے تو چند آدمی ساتھ دیں گے اس کا، تو اسی لیے میں نے کہا کہ شر کی طاقت، شر کی طاقت اس معنی میں زیادہ ہے کہ بہت جلد اس کو تلقیب القول مل جاتا ہے، شر کی طاقت، شر کے نعرے کو بہت جلد تلقیب القول ملتا ہے، اور خر کے- خیر کا نعرہ نہیں ملتا، یہ- یہ ساری تاریخ کا یہ</w:t>
      </w:r>
    </w:p>
    <w:p>
      <w:r>
        <w:rPr>
          <w:b/>
        </w:rPr>
        <w:t xml:space="preserve">[1:23:12] </w:t>
      </w:r>
      <w:r>
        <w:t>tajruba hai ke chand aadmi shar ko le kar uthte hain aur tehwar kar dete hain, woh chand hi aadmi hote hain jo hote hain jo ke koi Gandhi ko maar dalta hai, koi Indira Gandhi ko maar dalta hai, koi Kennedy ko maar dalta hai, koi Umar Khattaab ko maar dalta hai, koi Usman Ghani ko maar dalta hai, yeh chand hi log toh hote hain woh, majority nahi hoti, toh behal yeh tareekh ke tajrube ki bana par yeh</w:t>
      </w:r>
    </w:p>
    <w:p>
      <w:pPr>
        <w:jc w:val="right"/>
      </w:pPr>
      <w:r>
        <w:t>تجربہ ہے کہ چند آدمی شر کو لے کر اٹھتے ہیں اور تہوار کر دیتے ہیں، وہ چند ہی آدمی ہوتے ہیں جو ہوتے ہیں جو کہ کوئی گاندھی کو مار ڈالتا ہے، کوئی اندرا گاندھی کو مار ڈالتا ہے، کوئی کینیڈی کو مار ڈالتا ہے، کوئی عمر خطا کو مار ڈالتا ہے، کوئی عثمان غنی کو مار ڈالتا ہے، یہ چند ہی لوگ تو ہوتے ہیں وہ، majority نہیں ہوتی، تو بہرحال یہ تاریخ کے تجربے کی بنا پر یہ</w:t>
      </w:r>
    </w:p>
    <w:p>
      <w:r>
        <w:rPr>
          <w:b/>
        </w:rPr>
        <w:t xml:space="preserve">[1:23:42] </w:t>
      </w:r>
      <w:r>
        <w:t>likhi hai C.M. Joad ne, aur mein samajhta hoon ke sahi hai, isi ki bana par maine kaha ke shar ki taaqat zyada hoti hai, khair ki taaqat kam hoti hai, is liye shar se aakhri had tak bachna chahiye, jahan shar ko chhoda aap ne toh aap ne jangla ko chhod diya, shar ko chhodna nahi chahiye, Rasool Allah Sallallahu Alaihi Wasallam ki khaas policy yeh thi ke shar ko chhodte nahi the aap, hamesha aap retreat karte the, retreat, kabhi bhi aap</w:t>
      </w:r>
    </w:p>
    <w:p>
      <w:pPr>
        <w:jc w:val="right"/>
      </w:pPr>
      <w:r>
        <w:t>لکھی ہے سی ایم جوڑ نے، اور میں سمجھتا ہوں کہ صحیح ہے، اسی کی بنا پر میں نے کہا کہ شر کی طاقت زیادہ ہوتی ہے، خیر کی طاقت کم ہوتی ہے، اس لیے شر سے آخری حد تک بچنا چاہیے، جہاں شر کو چھوڑا آپ نے تو آپ نے جنگل کو چھوڑ دیا، شر کو چھوڑنا نہیں چاہیے، رسول اللہ صلی اللہ علیہ وسلم کی خاص پالیسی یہ تھی کہ شر کو چھوڑتے نہیں تھے آپ، ہمیشہ آپ retreat کرتے تھے، retreat، کبھی بھی آپ</w:t>
      </w:r>
    </w:p>
    <w:p>
      <w:r>
        <w:rPr>
          <w:b/>
        </w:rPr>
        <w:t xml:space="preserve">[1:24:13] </w:t>
      </w:r>
      <w:r>
        <w:t>ne shar se takrao nahi kiya, ab musalman to aap wale bahir ki policy chalate hain, har jagah shar se takra rahe hain, misaal mein batata hoon aap ko, burma mein ek sahili ilaaqa hai jahan musalmanon ki majority thi, to wahan par kuch leader paida ho gaye, aise jo leader hote hain cheap property wale, ke aap ko yahan pe azaad state chahiye, ab nare lagate lagate</w:t>
      </w:r>
    </w:p>
    <w:p>
      <w:pPr>
        <w:jc w:val="right"/>
      </w:pPr>
      <w:r>
        <w:t>نے شر سے ٹکراؤ نہیں کیا، اب مسلمان تو آپ والے باہر کی پالیسی چلاتے ہیں، ہر جگہ شر سے ٹکرا رہے ہیں، مثال میں بتاتا ہوں آپ کو، برما میں ایک ساحلی علاقہ ہے جہاں مسلمانوں کی majority تھی، تو وہاں پر کچھ لیڈر پیدا ہو گئے، ایسے جو لیڈر ہوتے ہیں چیپ property والے، کہ آپ کو یہاں پہ آزاد state چاہیے، اب نعرے لگاتے لگاتے</w:t>
      </w:r>
    </w:p>
    <w:p>
      <w:r>
        <w:rPr>
          <w:b/>
        </w:rPr>
        <w:t xml:space="preserve">[1:24:43] </w:t>
      </w:r>
      <w:r>
        <w:t>saare musalmanon ko bharka diya unhon ne ke hamari alag state chahiye, kehte hain kya hua ke jo central government thi rangoon wali, us ne hum ko mara peeta, ab saare jo hain hum shor kar rahe hain mazloom mazloom mazloom, yeh mazloom nahi, they are paying the price of their stupid policies, rohingya musalmanon ko kaha jata hai they are paying the price of their stupid policies, even Arabs are paying the price of their stupid policies, kashmiri</w:t>
      </w:r>
    </w:p>
    <w:p>
      <w:pPr>
        <w:jc w:val="right"/>
      </w:pPr>
      <w:r>
        <w:t>سارے مسلمانوں کو بھڑکا دیا انہوں نے کہ ہماری الگ state چاہیے، کہتے ہیں کیا ہوا کہ جو central government تھی رنگول والی، اس نے ہم کو مارا پیٹا، اب سارے جو ہیں ہم شور کر رہے ہیں مظلوم مظلوم مظلوم، یہ مظلوم نہیں، they are paying the price of their stupid policies، روہنگیا مسلمانوں کو کہا جاتا ہے they are paying the price of their stupid policies، even Arabs are paying the price of their stupid policies، کشمیری</w:t>
      </w:r>
    </w:p>
    <w:p>
      <w:r>
        <w:rPr>
          <w:b/>
        </w:rPr>
        <w:t xml:space="preserve">[1:25:14] </w:t>
      </w:r>
      <w:r>
        <w:t>they are paying the price of their stupid policies, kyunke shar ko kyun chhoda aap ne, shar ko chhodenge to bhugtna padega aap ko, rasool Allah salallahu alaihi wasallam ne abdullah rabah ko aap dekhiye qatl nahi karwaya, unhon ne kaha- unhon ne kaha har koi beta qatl karne ko tayyar tha, kyunke shar ne shar ko- shar ko dawat dene ka maani tha.</w:t>
      </w:r>
    </w:p>
    <w:p>
      <w:pPr>
        <w:jc w:val="right"/>
      </w:pPr>
      <w:r>
        <w:t>they are paying the price of their stupid policies، کیونکہ شر کو کیوں چھوڑا آپ نے، شر کو چھوڑیں گے تو بھگتنا پڑے گا آپ کو، رسول اللہ صلی اللہ علیہ وسلم نے عبداللہ ربع کو آپ دیکھیے قتل نہیں کروایا، انہوں نے کہا- انہوں نے کہا ہر کوئی بیٹا قتل کرنے کو تیار تھا، کیونکہ شر نے شر کو- شر کو دعوت دینے کا معنی تھا۔</w:t>
      </w:r>
    </w:p>
    <w:p>
      <w:r>
        <w:rPr>
          <w:b/>
        </w:rPr>
        <w:t xml:space="preserve">[1:25:41] </w:t>
      </w:r>
      <w:r>
        <w:t>maulana agla sawal daniyal sahib ne kiya hai, unhon ne likha hai aaj kal kuch musalman yeh kehte hain ke doosri shadi karna sunnat hai, is ke baray mein aap kya kahenge?</w:t>
      </w:r>
    </w:p>
    <w:p>
      <w:pPr>
        <w:jc w:val="right"/>
      </w:pPr>
      <w:r>
        <w:t>مولانا اگلا سوال دانیال صاحب نے کیا ہے، انہوں نے لکھا ہے آج کل کچھ مسلمان یہ کہتے ہیں کہ دوسری شادی کرنا سنت ہے، اس کے بارے میں آپ کیا کہیں گے؟</w:t>
      </w:r>
    </w:p>
    <w:p>
      <w:r>
        <w:rPr>
          <w:b/>
        </w:rPr>
        <w:t xml:space="preserve">[1:25:55] </w:t>
      </w:r>
      <w:r>
        <w:t>main is ko bilkul galat samajhta hoon, hargiz hargiz sunnat nahi hai, aur dekhiye rasool Allah ki sunnat kehna yeh double jurm hai yeh, jis context mein aaya hai quran mein yeh ayat aayi hai woh hai us waqt jab ke jangain shuru ho- shuru gayi theen aur makkah mein aurtain surplus ho gayi theen, is context mein aaya hai,</w:t>
      </w:r>
    </w:p>
    <w:p>
      <w:pPr>
        <w:jc w:val="right"/>
      </w:pPr>
      <w:r>
        <w:t>میں اس کو بالکل غلط سمجھتا ہوں، ہرگز ہرگز سنت نہیں ہے، اور دیکھیے رسول اللہ کی سنت کہنا یہ double جرم ہے یہ، جس context میں آیا ہے قرآن میں یہ آیت آئی ہے وہ ہے اس وقت جب کہ جنگیں شروع ہو- شروع گئی تھیں اور مکہ میں عورتیں surplus ہو گئی تھیں، اس context میں آیا ہے،</w:t>
      </w:r>
    </w:p>
    <w:p>
      <w:r>
        <w:rPr>
          <w:b/>
        </w:rPr>
        <w:t xml:space="preserve">[1:26:26] </w:t>
      </w:r>
      <w:r>
        <w:t>aur madine mein, makkah mein nahi aaya, makkah mein jang nahi hui thi to wahan pe aurtain surplus nahi hui theen, madine mein raiwand mein aurtain surplus ho gayeen, to bilkul mera yeh qatai meri rai hai ke jab aurtain surplus ho jayen to un ko- to un ko masla hota hai kahan settle kiya jaye un ko, to settle karne ke aitbar se ijazat di gayi, yeh nahi ke do do shadiyan karo, aur yeh bilkul hi ghal</w:t>
      </w:r>
    </w:p>
    <w:p>
      <w:pPr>
        <w:jc w:val="right"/>
      </w:pPr>
      <w:r>
        <w:t>اور مدینے میں، مکے میں نہیں آیا، مکے میں جنگ نہیں ہوئی تھی تو وہاں پہ عورتیں surplus نہیں ہوئی تھیں، مدینے میں رائیونڈ میں عورتیں surplus ہو گئیں، تو بالکل میرا یہ قطعی میری رائے ہے کہ جب عورتیں surplus ہو جائیں تو ان کو- تو ان کو مسئلہ ہوتا ہے کہاں settle کیا جائے ان کو، تو settle کرنے کے اعتبار سے اجازت دی گئی، یہ نہیں کہ دو دو شادیاں کرو، اور یہ بالکل ہی غل</w:t>
      </w:r>
    </w:p>
    <w:p>
      <w:r>
        <w:rPr>
          <w:b/>
        </w:rPr>
        <w:t xml:space="preserve">[1:26:56] </w:t>
      </w:r>
      <w:r>
        <w:t>at hai, yeh Allah par ilzam hai naozubillah, dekhiye yeh log jante nahi, yeh hazrat ulama jo hain bas fatwa dete hain khali baithe baithe, baqayda ek ilm hai abadi ke baray mein, abadi insani kaise badhti hai, kaise jo aage badhti hai, to is ilm se yeh pata chala hai bohat tehqeeq hui hai ke nature hamesha population ke maamle mein ek equilibrium ko maintain karti hai, yeh</w:t>
      </w:r>
    </w:p>
    <w:p>
      <w:pPr>
        <w:jc w:val="right"/>
      </w:pPr>
      <w:r>
        <w:t>ط ہے، یہ اللہ پر الزام ہے نعوذ باللہ، دیکھیے یہ لوگ جانتے نہیں، یہ حضرات علماء جو ہیں بس فتوی دیتے ہیں خالی بیٹھے بیٹھے، باقاعدہ ایک علم ہے آبادی کے بارے میں، آبادی انسانی کیسے بڑھتی ہے، کیسے جو آگے بڑھتی ہے، تو اس علم سے یہ پتہ چلا ہے بہت تحقیق ہوئی ہے کہ نیچر ہمیشہ population کے معاملے میں ایک equilibrium کو maintain کرتی ہے، یہ</w:t>
      </w:r>
    </w:p>
    <w:p>
      <w:r>
        <w:rPr>
          <w:b/>
        </w:rPr>
        <w:t xml:space="preserve">[1:27:26] </w:t>
      </w:r>
      <w:r>
        <w:t>baqayda sabit hua survey se, insani abadi ke baray mein nature jo hai, nature matlab law jo hai woh law, to woh- woh nature bolte hain woh, to nature jo hai insani abadi ke maamle mein hamesha equilibrium maintain karti hai, yani taqreeban jitni umar taqreeban hoti hai aurtain, yeh baqayda sabit shuda hai, ab bataiye ke Allah taala hi to</w:t>
      </w:r>
    </w:p>
    <w:p>
      <w:pPr>
        <w:jc w:val="right"/>
      </w:pPr>
      <w:r>
        <w:t>باقاعدہ ثابت ہوا سروے سے، انسانی آبادی کے بارے میں نیچر جو ہے، نیچر مطلب law جو ہے وہ law، تو وہ- وہ نیچر بولتے ہیں وہ، تو نیچر جو ہے انسانی آبادی کے معاملے میں ہمیشہ equilibrium maintain کرتی ہے، یعنی تقریباً جتنی عمر تقریباً ہوتی ہے عورتیں، یہ باقاعدہ ثابت شدہ ہے، اب بتائیے کہ اللہ تعالی ہی تو</w:t>
      </w:r>
    </w:p>
    <w:p>
      <w:r>
        <w:rPr>
          <w:b/>
        </w:rPr>
        <w:t xml:space="preserve">[1:27:57] </w:t>
      </w:r>
      <w:r>
        <w:t>is equilibrium ko maintain kar raha hai, wohi is ke khilaf woh bhi dega, qanoon banayega, ek taraf to Allah taala apne qanoon ke mutabiq aurat mard ko barabar barabar paida kar raha hai, doosri taraf musalman hukum de rahe hain ke do do char char shadiyan karo, yeh- yeh baatein kitni stupid baatein hain yeh, yeh sirf jis ko kehte hain woh- jis ko kehte hain woh al-zarurat wa</w:t>
      </w:r>
    </w:p>
    <w:p>
      <w:pPr>
        <w:jc w:val="right"/>
      </w:pPr>
      <w:r>
        <w:t>اس equilibrium کو maintain کر رہا ہے، وہی اس کے خلاف وہ بھی دے گا، قانون بنائے گا، ایک طرف تو اللہ تعالی اپنے قانون کے مطابق عورت مرد کو برابر برابر پیدا کر رہا ہے، دوسری طرف مسلمان حکم دے رہے ہیں کہ دو دو چار چار شادیاں کرو، یہ- یہ باتیں کتنی stupid باتیں ہیں یہ، یہ صرف جس کو کہتے ہیں وہ- جس کو کہتے ہیں وہ الضرورات و</w:t>
      </w:r>
    </w:p>
    <w:p>
      <w:r>
        <w:rPr>
          <w:b/>
        </w:rPr>
        <w:t xml:space="preserve">[1:28:27] </w:t>
      </w:r>
      <w:r>
        <w:t>al-mazoorat, yani law of necessity, law of necessity ke tehat yeh hua hai na ke koi aam- aam Allah yeh nahi hai, yeh kaam Allah nahi, yeh law of necessity ke tehat hai, al-zarurat wa al-mazoorat, is par agar aap ko shakk ho to maine kitab bhi likhi hai is par, aap padh lijiye is ko, mazeed tafseel aap ko janna ho to meri kitab maujood hai is par.</w:t>
      </w:r>
    </w:p>
    <w:p>
      <w:pPr>
        <w:jc w:val="right"/>
      </w:pPr>
      <w:r>
        <w:t>المعذورات، یعنی law of necessity، law of necessity کے تحت یہ ہوا ہے نہ کہ کوئی عام- عام اللہ یہ نہیں ہے، یہ کام اللہ نہیں، یہ law of necessity کے تحت ہے، الضرورات و المعذورات، اس پر اگر آپ کو شک ہو تو میں نے کتاب بھی لکھی ہے اس پر، آپ پڑھ لیجیے اس کو، مزید تفصیل آپ کو جاننا ہو تو میری کتاب موجود ہے اس پر۔</w:t>
      </w:r>
    </w:p>
    <w:p>
      <w:r>
        <w:rPr>
          <w:b/>
        </w:rPr>
        <w:t xml:space="preserve">[1:28:56] </w:t>
      </w:r>
      <w:r>
        <w:t>okay we will end the session for today thank you.</w:t>
      </w:r>
    </w:p>
    <w:p>
      <w:pPr>
        <w:jc w:val="right"/>
      </w:pPr>
      <w:r>
        <w:t>اوکے we will end the session for today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