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Purpose of Human Life I 2nd Dec. '12</w:t>
      </w:r>
    </w:p>
    <w:p>
      <w:r>
        <w:t>https://www.youtube.com/watch?v=ilEf2fol6Gk</w:t>
      </w:r>
    </w:p>
    <w:p>
      <w:r>
        <w:rPr>
          <w:b/>
        </w:rPr>
        <w:t xml:space="preserve">[00:07] </w:t>
      </w:r>
      <w:r>
        <w:t>bismillah hir rahman nir rahim, wa salallahu ala nabiyyil karim. rab ishrah li sadri, wa yassir li amri, wahalul uqdatan min lisani, yafqahu qawli. aaj december 2012 ki 2 tareekh hai,</w:t>
      </w:r>
    </w:p>
    <w:p>
      <w:pPr>
        <w:jc w:val="right"/>
      </w:pPr>
      <w:r>
        <w:t>بسم اللہ الرحمن الرحیم، وصلی اللہ علی النبی الکریم۔ رب اشرح لی صدری، ویسر لی امری، واحل العقدۃ من لسانی، یفقہ قولی۔ آج دسمبر 2012 کی 2 تاریخ ہے،</w:t>
      </w:r>
    </w:p>
    <w:p>
      <w:r>
        <w:rPr>
          <w:b/>
        </w:rPr>
        <w:t xml:space="preserve">[00:38] </w:t>
      </w:r>
      <w:r>
        <w:t>aaj ka topic hai "purpose of human life" yani insani zindagi ka maqsad. main is topic par soch raha tha to sochte sochte yeh baat sar aayi ke hum apne dimagh ke kuch sochen, apne dimagh se</w:t>
      </w:r>
    </w:p>
    <w:p>
      <w:pPr>
        <w:jc w:val="right"/>
      </w:pPr>
      <w:r>
        <w:t>آج کا ٹاپک ہے "Purpose of Human Life" یعنی انسانی زندگی کا مقصد۔ میں اس ٹاپک پر سوچ رہا تھا تو سوچتے سوچتے یہ بات سر آئی کہ ہم اپنے دماغ کے کچھ سوچیں، اپنے دماغ سے</w:t>
      </w:r>
    </w:p>
    <w:p>
      <w:r>
        <w:rPr>
          <w:b/>
        </w:rPr>
        <w:t xml:space="preserve">[01:08] </w:t>
      </w:r>
      <w:r>
        <w:t>ya falsafi kitabon se ya science se, agar sochen to woh sahi sochna nahi hoga. kyun? quran mein surah al-anbiya mein ek ayat hai ke "laqad anzalna ilaikum kitaban feehi zikrukum afala ta'qilun" yani hum ne utari, Allah ne farmaya ke hum ne ut</w:t>
      </w:r>
    </w:p>
    <w:p>
      <w:pPr>
        <w:jc w:val="right"/>
      </w:pPr>
      <w:r>
        <w:t>یا فلسفی کتابوں سے یا سائنس سے، اگر سوچیں تو وہ صحیح سوچنا نہیں ہوگا۔ کیوں؟ قرآن میں سورہ الانبیاء میں ایک آیت ہے کہ "لقد أنزلنا إليكم كتابًا فيه ذكركم أفلا تأخذون" یعنی ہم نے اتاری، اللہ نے فرمایا کہ ہم نے ات</w:t>
      </w:r>
    </w:p>
    <w:p>
      <w:r>
        <w:rPr>
          <w:b/>
        </w:rPr>
        <w:t xml:space="preserve">[01:38] </w:t>
      </w:r>
      <w:r>
        <w:t>ari ek kitab, yani quran, is mein tumhara zikr hai. to kya tum sochte nahi? yani in it there is a message for you. quran mein tumhare liye ek message hai. to "afala ta'qilun" ka maani hai ke phir soch kar samjho is message ko.</w:t>
      </w:r>
    </w:p>
    <w:p>
      <w:pPr>
        <w:jc w:val="right"/>
      </w:pPr>
      <w:r>
        <w:t>اری ایک کتاب، یعنی قرآن، اس میں تمہارا ذکر ہے۔ تو کیا تم سوچتے نہیں؟ یعنی in it there is a message for you۔ قرآن میں تمہارے لیے ایک میسج ہے۔ تو "أفلا تأخذون" کا معنی ہے کہ پھر سوچ کر سمجھو اس میسج کو۔</w:t>
      </w:r>
    </w:p>
    <w:p>
      <w:r>
        <w:rPr>
          <w:b/>
        </w:rPr>
        <w:t xml:space="preserve">[02:09] </w:t>
      </w:r>
      <w:r>
        <w:t>soch kar is message ko nikalo. to yeh Allah ka fazal hai ke yeh zehn mera aaj se nahi, bohat dinon se hai. dekhiye, yeh kitab aap ke samne hai, quran ka matloob insan. yeh baat hai 1961 ki, yani 196</w:t>
      </w:r>
    </w:p>
    <w:p>
      <w:pPr>
        <w:jc w:val="right"/>
      </w:pPr>
      <w:r>
        <w:t>سوچ کر اس میسج کو نکالو۔ تو یہ اللہ کا فضل ہے کہ یہ ذہن میرا آج سے نہیں، بہت دنوں سے ہے۔ دیکھیں، یہ کتاب آپ کے سامنے ہے، قرآن کا مطلوب انسان۔ یہ بات ہے 1961 کی، یعنی 196</w:t>
      </w:r>
    </w:p>
    <w:p>
      <w:r>
        <w:rPr>
          <w:b/>
        </w:rPr>
        <w:t xml:space="preserve">[02:39] </w:t>
      </w:r>
      <w:r>
        <w:t>1 ki. badayun mein ek jalsa tha, us mein mujhe invite kiya gaya, aur yahi topic diya gaya, yani yahi topic ke quran ka matloob insan. quran kaisa insan chahta hai. to is mein woh maqala shamil hai, 10 page ya 11 page ka maqala. is</w:t>
      </w:r>
    </w:p>
    <w:p>
      <w:pPr>
        <w:jc w:val="right"/>
      </w:pPr>
      <w:r>
        <w:t>1 کی۔ بدائیوں میں ایک جلسہ تھا، اس میں مجھے انوائٹ کیا گیا، اور یہی ٹاپک دیا گیا، یعنی یہی ٹاپک کہ قرآن کا مطلوب انسان۔ قرآن کیسا انسان چاہتا ہے۔ تو اس میں وہ مقالہ شامل ہے، 10 پیج یا 11 پیج کا مقالہ۔ اس</w:t>
      </w:r>
    </w:p>
    <w:p>
      <w:r>
        <w:rPr>
          <w:b/>
        </w:rPr>
        <w:t xml:space="preserve">[03:09] </w:t>
      </w:r>
      <w:r>
        <w:t>ek maqale ko likhne ke liye maine poore quran ko padha, 1961 mein. to poora quran padhne ke baad jo message mujhe mila, us ko le kar maine maqala likha, wahan ja kar pesh kiya. aise hi aaj bhi jo mujhe bolna hai, us ke baray mein main soch raha hoon kai din se, aur quran ke ko padh raha hoon.</w:t>
      </w:r>
    </w:p>
    <w:p>
      <w:pPr>
        <w:jc w:val="right"/>
      </w:pPr>
      <w:r>
        <w:t>ایک مقالے کو لکھنے کے لیے میں نے پورے قرآن کو پڑھا، 1961 میں۔ تو پورا قرآن پڑھنے کے بعد جو میسج مجھے ملا، اس کو لے کر میں نے مقالہ لکھا، وہاں جا کر پیش کیا۔ ایسے ہی آج بھی جو مجھے بولنا ہے، اس کے بارے میں میں سوچ رہا ہوں کئی دن سے، اور قرآن کے کو پڑھ رہا ہوں۔</w:t>
      </w:r>
    </w:p>
    <w:p>
      <w:r>
        <w:rPr>
          <w:b/>
        </w:rPr>
        <w:t xml:space="preserve">[03:44] </w:t>
      </w:r>
      <w:r>
        <w:t>to meri samajh mein jo baat aayi, woh ab main arz karna chahta hoon. dekhiye, quran mein ek ayat hai jo ke do suraton mein aayi hai, woh ayat yeh hai: "wa alamoo" woh ayat yeh hai ke woh kis tarah se?</w:t>
      </w:r>
    </w:p>
    <w:p>
      <w:pPr>
        <w:jc w:val="right"/>
      </w:pPr>
      <w:r>
        <w:t>تو میری سمجھ میں جو بات آئی، وہ اب میں عرض کرنا چاہتا ہوں۔ دیکھیں، قرآن میں ایک آیت ہے جو کہ دو سورتوں میں آئی ہے، وہ آیت یہ ہے: "وَأَلَمُوا" وہ آیت یہ ہے کہ وہ کس طرح سے؟</w:t>
      </w:r>
    </w:p>
    <w:p>
      <w:r>
        <w:rPr>
          <w:b/>
        </w:rPr>
        <w:t xml:space="preserve">[04:14] </w:t>
      </w:r>
      <w:r>
        <w:t>wa alamoo innama amwalukum wa awladukum fitnah.</w:t>
      </w:r>
    </w:p>
    <w:p>
      <w:pPr>
        <w:jc w:val="right"/>
      </w:pPr>
      <w:r>
        <w:t>وَأَلَمُوا إِنَّمَا أَمْوَالُكُمْ وَأَولَادُكُمْ فِتْنَةٌ۔</w:t>
      </w:r>
    </w:p>
    <w:p>
      <w:r>
        <w:rPr>
          <w:b/>
        </w:rPr>
        <w:t xml:space="preserve">[04:17] </w:t>
      </w:r>
      <w:r>
        <w:t>wa alamoo innama amwalukum wa awladukum fitnah, wa innallaha alimul alimeen. yeh ayat quran mein do jagah aayi hai, yani jaan lo ke tumhare maal, tumhare aulad, tumhare liye fitnah hain, ek test paper hain. aur Allah ke paas tumhare</w:t>
      </w:r>
    </w:p>
    <w:p>
      <w:pPr>
        <w:jc w:val="right"/>
      </w:pPr>
      <w:r>
        <w:t>وَأَلَمُوا إِنَّمَا أَمْوَالُكُمْ وَأَولَادُكُمْ فِتْنَةٌ، وَإِنَّ اللَّهَ عِلْمُ الْعَالَمِينَ۔ یہ آیت قرآن میں دو جگہ آئی ہے، یعنی جان لو کہ تمہارے مال، تمہارے اولاد، تمہارے لیے فتنہ ہیں، ایک ٹیسٹ پیپر ہیں۔ اور اللہ کے پاس تمہارے</w:t>
      </w:r>
    </w:p>
    <w:p>
      <w:r>
        <w:rPr>
          <w:b/>
        </w:rPr>
        <w:t xml:space="preserve">[04:47] </w:t>
      </w:r>
      <w:r>
        <w:t>liye bara ajr hai, zyada bara inaam, zyada bara reward. to quran mein mujhe yahi ayat mili jo aaj ke musalmanon ke liye batati hai guidance. woh kis tarah? aaj ke saare musalman, taqreeban sab ke sab, kahan apne ko involve kar rakha hai</w:t>
      </w:r>
    </w:p>
    <w:p>
      <w:pPr>
        <w:jc w:val="right"/>
      </w:pPr>
      <w:r>
        <w:t>لیے بڑا اجر ہے، زیادہ بڑا انعام، زیادہ بڑا ریوارڈ۔ تو قرآن میں مجھے یہی آیت ملی جو آج کے مسلمانوں کے لیے بتاتی ہے گائیڈنس۔ وہ کس طرح؟ آج کے سارے مسلمان، تقریباً سب کے سب، کہاں اپنے کو انوالو کر رکھا ہے</w:t>
      </w:r>
    </w:p>
    <w:p>
      <w:r>
        <w:rPr>
          <w:b/>
        </w:rPr>
        <w:t xml:space="preserve">[05:17] </w:t>
      </w:r>
      <w:r>
        <w:t>unhon ne? inhi do cheezon mein. aulad aur maal. maal ke maani sirf paisa nahi, property shamil hai is mein. land shamil hai is mein. to yahan to kuch log hain jo ke maal kamane mein lage hue hain, kuch log hain jo kisi na kisi land ko le kar lad rahe hain ke yeh land hamein chahiye. chahe falasteen ho, chahe kash</w:t>
      </w:r>
    </w:p>
    <w:p>
      <w:pPr>
        <w:jc w:val="right"/>
      </w:pPr>
      <w:r>
        <w:t>انہوں نے؟ انہی دو چیزوں میں۔ اولاد اور مال۔ مال کے معنی صرف پیسہ نہیں، پراپرٹی شامل ہے اس میں۔ لینڈ شامل ہے اس میں۔ تو یہاں تو کچھ لوگ ہیں جو کہ مال کمانے میں لگے ہوئے ہیں، کچھ لوگ ہیں جو کسی نہ کسی لینڈ کو لے کر لڑ رہے ہیں کہ یہ لینڈ ہمیں چاہیے۔ چاہے فلسطین ہو، چاہے کش</w:t>
      </w:r>
    </w:p>
    <w:p>
      <w:r>
        <w:rPr>
          <w:b/>
        </w:rPr>
        <w:t xml:space="preserve">[05:47] </w:t>
      </w:r>
      <w:r>
        <w:t>meer ho, ya doosre maqamat par jo ladaiyan ho rahi hain, woh sab ladaiyan kahan hain? land ke liye hain. to musalman ya to maal kamane mein lage hue hain, ya land ko acquire karne mein lage hue hain. to "wa alamoo innama amwalukum wa awladukum fitnah". wa innallaha alimul azmi al azeem. yani tum is ko acquire bhi kar lo, pa bhi lo, to kya cheez pa</w:t>
      </w:r>
    </w:p>
    <w:p>
      <w:pPr>
        <w:jc w:val="right"/>
      </w:pPr>
      <w:r>
        <w:t>میر ہو، یا دوسرے مقامات پر جو لڑائیاں ہو رہی ہیں، وہ سب لڑائیاں کہاں ہیں؟ لینڈ کے لیے ہیں۔ تو مسلمان یا تو مال کمانے میں لگے ہوئے ہیں، یا لینڈ کو اکوائر کرنے میں لگے ہوئے ہیں۔ تو "وَأَلَمُوا إِنَّمَا أَمْوَالُكُمْ وَأَولَادُكُمْ فِتْنَةٌ"۔ وَإِنَّ اللَّهَ عِلْمُ الْعَزْمِ العَظِيمُ۔ یعنی تم اس کو اکوائر بھی کر لو، پا بھی لو، تو کیا چیز پ</w:t>
      </w:r>
    </w:p>
    <w:p>
      <w:r>
        <w:rPr>
          <w:b/>
        </w:rPr>
        <w:t xml:space="preserve">[06:17] </w:t>
      </w:r>
      <w:r>
        <w:t>oge? test paper hi to milega. aur kya milega? Allah ke nazdeek maal aur land dono kya hain? test papers hain, imtehani parche hain. to sari qurbaniyan de kar, apne aap ko lita kar, jo mila to woh kya mila? test paper mila, inaam nahi mila. Allah ke paas bara</w:t>
      </w:r>
    </w:p>
    <w:p>
      <w:pPr>
        <w:jc w:val="right"/>
      </w:pPr>
      <w:r>
        <w:t>اؤ گے؟ ٹیسٹ پیپر ہی تو ملے گا۔ اور کیا ملے گا؟ اللہ کے نزدیک مال اور لینڈ دونوں کیا ہیں؟ ٹیسٹ پیپرز ہیں، امتحانی پرچے ہیں۔ تو ساری قربانیاں دے کر، اپنے آپ کو لٹا کر، جو ملا تو وہ کیا ملا؟ ٹیسٹ پیپر ملا، انعام نہیں ملا۔ اللہ کے پاس بڑا</w:t>
      </w:r>
    </w:p>
    <w:p>
      <w:r>
        <w:rPr>
          <w:b/>
        </w:rPr>
        <w:t xml:space="preserve">[06:47] </w:t>
      </w:r>
      <w:r>
        <w:t>in'aam hai, is ke liye dauddo. wa libisna haza falya'muroon. woh kya hai? jannat, paradise. jis ke bare mein quran mein aaya hai ke "ayyuha al-samawat wa al-ard". ayyuha al-samawat wa al-ard. yeh sara zameen o aasman mein is ka, sara zameen o aasman is ka maidan hai. yaani yeh itni bari</w:t>
      </w:r>
    </w:p>
    <w:p>
      <w:pPr>
        <w:jc w:val="right"/>
      </w:pPr>
      <w:r>
        <w:t>انعام ہے، اس کے لیے دوڑو۔ وَلِبِسْنَا هَذَا فَلِيَعْمَرُونَ۔ وہ کیا ہے؟ جنت، پیراڈائز۔ جس کے بارے میں قرآن میں آیا ہے کہ "أَيْهَا السَّمَاوَاتُ وَالْأَرْضُ"۔ أَيْهَا السَّمَاوَاتُ وَالْأَرْضُ۔ یہ سارا زمین و آسمان میں اس کا، سارا زمین و آسمان اس کا میدان ہے۔ یعنی یہ اتنی بڑی</w:t>
      </w:r>
    </w:p>
    <w:p>
      <w:r>
        <w:rPr>
          <w:b/>
        </w:rPr>
        <w:t xml:space="preserve">[07:17] </w:t>
      </w:r>
      <w:r>
        <w:t>hai, itni bari, jaise sari zameen aasman mein phaili hui ho. to aap ghor kijiye, is ayat ki roshni mein, ke Allah to aap ko bula raha hai is jannat ki taraf, jis ke charon taraf sare zameen o aasman ho. aap kahan lad rahe hain? chand paise ke</w:t>
      </w:r>
    </w:p>
    <w:p>
      <w:pPr>
        <w:jc w:val="right"/>
      </w:pPr>
      <w:r>
        <w:t>ہے، اتنی بڑی، جیسے ساری زمین آسمان میں پھیلی ہوئی ہو۔ تو آپ غور کیجیے، اس آیت کی روشنی میں، کہ اللہ تو آپ کو بلا رہا ہے اس جنت کی طرف، جس کے چاروں طرف سارے زمین و آسمان ہوں۔ آپ کہاں لڑ رہے ہیں؟ چند پیسے کے</w:t>
      </w:r>
    </w:p>
    <w:p>
      <w:r>
        <w:rPr>
          <w:b/>
        </w:rPr>
        <w:t xml:space="preserve">[07:47] </w:t>
      </w:r>
      <w:r>
        <w:t>liye, chhote chhote land ke liye, woh bhi waqti taur par. yaani aaj mil bhi jaye to kal mar jayenge. aur jannat to abadi hai. is ko le kar main soch raha tha. to kal ka akhbar jo mujhe mila, kal ke akhbar mein ek item tha, bohat hi eye opener, chashm kusha.</w:t>
      </w:r>
    </w:p>
    <w:p>
      <w:pPr>
        <w:jc w:val="right"/>
      </w:pPr>
      <w:r>
        <w:t>لیے، چھوٹے چھوٹے لینڈ کے لیے، وہ بھی وقتی طور پر۔ یعنی آج مل بھی جائے تو کل مر جائیں گے۔ اور جنت تو ابدی ہے۔ اس کو لے کر میں سوچ رہا تھا۔ تو کل کا اخبار جو مجھے ملا، کل کے اخبار میں ایک آئٹم تھا، بہت ہی آئی اوپنر، چشم کشا۔</w:t>
      </w:r>
    </w:p>
    <w:p>
      <w:r>
        <w:rPr>
          <w:b/>
        </w:rPr>
        <w:t xml:space="preserve">[08:19] </w:t>
      </w:r>
      <w:r>
        <w:t>is mein do item hain. ek to yeh bataya gaya hai ke abhi united nations ne ek scientiston ki team bithai thi study ke liye, yaani duniya ke andar jo life support system tha, aap jante hain ke woh toot raha hai. aaye din khabrein aati hain, kahin earthquake hai, kahin tsunami hai,</w:t>
      </w:r>
    </w:p>
    <w:p>
      <w:pPr>
        <w:jc w:val="right"/>
      </w:pPr>
      <w:r>
        <w:t>اس میں دو آئٹم ہیں۔ ایک تو یہ بتایا گیا ہے کہ ابھی یونائٹڈ نیشنز نے ایک سائنس دانوں کی ٹیم بٹھائی تھی اسٹڈی کے لیے، یعنی دنیا کے اندر جو لائف سپورٹ سسٹم تھا، آپ جانتے ہیں کہ وہ ٹوٹ رہا ہے۔ آئے دن خبریں آتی ہیں، کہیں ارتھ کویک ہے، کہیں سونامی ہے،</w:t>
      </w:r>
    </w:p>
    <w:p>
      <w:r>
        <w:rPr>
          <w:b/>
        </w:rPr>
        <w:t xml:space="preserve">[08:50] </w:t>
      </w:r>
      <w:r>
        <w:t>glacier pighal rahe hain, qutbon ki ice cap pighal rahi hai, samandar ke pani ka level barh raha hai, fiza mein garmi barh rahi hai. to latest news yeh hai ke abhi ek north pole ka ek jo bohat bara ice cap tha, barf ka toda, bohat bara, woh pighal gaya.</w:t>
      </w:r>
    </w:p>
    <w:p>
      <w:pPr>
        <w:jc w:val="right"/>
      </w:pPr>
      <w:r>
        <w:t>گلیشیئر پگھل رہے ہیں، قطبین کی آئس کیپ پگھل رہی ہے، سمندر کے پانی کا لیول بڑھ رہا ہے، فضا میں گرمی بڑھ رہی ہے۔ تو لیٹسٹ نیوز یہ ہے کہ ابھی ایک نارتھ پول کا ایک جو بہت بڑا آئس کیپ تھا، برف کا تودا، بہت بڑا، وہ پگھل گیا۔</w:t>
      </w:r>
    </w:p>
    <w:p>
      <w:r>
        <w:rPr>
          <w:b/>
        </w:rPr>
        <w:t xml:space="preserve">[09:21] </w:t>
      </w:r>
      <w:r>
        <w:t>woh itna bara hai ke usa ke se bhi zyada is ka raqba hai. yaani america, maujooda america, ya is se bhi bara raqba hai. aur america, aap jante hain ke hamare india ka teen guna hai. teen guna hai. india ka teen guna america hai. america se yeh bara barf ka toda pighal gaya. to yeh jo barf ke tode the, Allah taala ne rakhe the glacier ki shakal mein, iceberg</w:t>
      </w:r>
    </w:p>
    <w:p>
      <w:pPr>
        <w:jc w:val="right"/>
      </w:pPr>
      <w:r>
        <w:t>وہ اتنا بڑا ہے کہ یو ایس اے کے سے بھی زیادہ اس کا رقبہ ہے۔ یعنی امریکہ، موجودہ امریکہ، یا اس سے بھی بڑا رقبہ ہے۔ اور امریکہ، آپ جانتے ہیں کہ ہمارے انڈیا کا تین گنا ہے۔ تین گنا ہے۔ انڈیا کا تین گنا امریکہ ہے۔ امریکہ سے یہ بڑا برف کا تودا پگھل گیا۔ تو یہ جو برف کے تودے تھے، اللہ تعالیٰ نے رکھے تھے گلیشیئر کی شکل میں، آئس برگ</w:t>
      </w:r>
    </w:p>
    <w:p>
      <w:r>
        <w:rPr>
          <w:b/>
        </w:rPr>
        <w:t xml:space="preserve">[09:51] </w:t>
      </w:r>
      <w:r>
        <w:t>ki shakal mein, aur north pole aur south pole par jo ice cap tha, us ki shakal mein. yeh to hamari, yeh to zindagi hai hamari. pani nahi to zindagi kya hai? pani nahi to zindagi ka khatam. to yeh fresh water tha, meetha pani, pighal pighal ja raha hai samandar mein. yaani namkeen ban raha hai. meethe pani ke zakheere, jo barf ke pahadon ki sh</w:t>
      </w:r>
    </w:p>
    <w:p>
      <w:pPr>
        <w:jc w:val="right"/>
      </w:pPr>
      <w:r>
        <w:t>کی شکل میں، اور نارتھ پول اور ساؤتھ پول پر جو آئس کیپ تھا، اس کی شکل میں۔ یہ تو ہماری، یہ تو زندگی ہے ہماری۔ پانی نہیں تو زندگی کیا ہے؟ پانی نہیں تو زندگی کا ختم۔ تو یہ فریش واٹر تھا، میٹھا پانی، پگھل پگھل جا رہا ہے سمندر میں۔ یعنی نمکین بن رہا ہے۔ میٹھے پانی کے ذخیرے، جو برف کے پہاڑوں کی ش</w:t>
      </w:r>
    </w:p>
    <w:p>
      <w:r>
        <w:rPr>
          <w:b/>
        </w:rPr>
        <w:t xml:space="preserve">[10:21] </w:t>
      </w:r>
      <w:r>
        <w:t>iklon mein the, yeh iceberg, yeh glacier, yeh north pole aur south pole ke ice cap, yeh kya tha? yeh barf ke pahad the. yaani meethe pani ke pahad. ke thoda thoda woh barh kar ke aaye hamare paas, aur hum us ko istemal karein, nadiyon ke zariye aayein, chashmon ke zariye aayein. to global warming ke nateejay mein bohat</w:t>
      </w:r>
    </w:p>
    <w:p>
      <w:pPr>
        <w:jc w:val="right"/>
      </w:pPr>
      <w:r>
        <w:t>کل میں تھے، یہ آئس برگ، یہ گلیشیئر، یہ نارتھ پول اور ساؤتھ پول کے آئس کیپ، یہ کیا تھا؟ یہ برف کے پہاڑ تھے۔ یعنی میٹھے پانی کے پہاڑ۔ کہ تھوڑا تھوڑا وہ بڑھ کر کے آئیں ہمارے پاس، اور ہم اس کو استعمال کریں، ندیوں کے ذریعے آئیں، چشموں کے ذریعے آئیں۔ تو گلوبل وارمنگ کے نتیجے میں بہت بڑ</w:t>
      </w:r>
    </w:p>
    <w:p>
      <w:r>
        <w:rPr>
          <w:b/>
        </w:rPr>
        <w:t xml:space="preserve">[10:51] </w:t>
      </w:r>
      <w:r>
        <w:t>bare peymanay par pighalne lage woh. ab pighal pighal kahan ja rahe hain woh? samandar mein. yaani salty water ban raha hai woh. meetha water salty water ban raha hai. yaani wohi nabat aanay wali hai jo ek english poet ne, jis ka naam cartage tha, us ne ek nazm likhi hai, "ancient mariner". us mein</w:t>
      </w:r>
    </w:p>
    <w:p>
      <w:pPr>
        <w:jc w:val="right"/>
      </w:pPr>
      <w:r>
        <w:t>ے پیمانے پر پگھلنے لگے وہ۔ اب پگھل پگھل کہاں جا رہے ہیں وہ؟ سمندر میں۔ یعنی سالٹی واٹر بن رہا ہے وہ۔ میٹھا واٹر سالٹی واٹر بن رہا ہے۔ یعنی وہی نوبت آنے والی ہے جو ایک انگلش پوئٹ نے، جس کا نام کارڈج تھا، اس نے ایک نظم لکھی ہے، "اینسیٹ میرینر"۔ اس میں</w:t>
      </w:r>
    </w:p>
    <w:p>
      <w:r>
        <w:rPr>
          <w:b/>
        </w:rPr>
        <w:t xml:space="preserve">[11:21] </w:t>
      </w:r>
      <w:r>
        <w:t>hai ke ek aadmi, pehle zamanay ki baat hai, us camp ship se pehle ki baat hai, to us ka jahaz ya us ki kashti toot jati hai samandar mein. ek takhta us ke hath lagta hai, us takhte par woh apne ko lata deta hai. us takhte par bahar aaya woh. us ke charon taraf pani hai, samandar ka pani. lekin, aur us ko</w:t>
      </w:r>
    </w:p>
    <w:p>
      <w:pPr>
        <w:jc w:val="right"/>
      </w:pPr>
      <w:r>
        <w:t>ہے کہ ایک آدمی، پہلے زمانے کی بات ہے، اس کیمپ شپ سے پہلے کی بات ہے، تو اس کا جہاز یا اس کی کشتی ٹوٹ جاتی ہے سمندر میں۔ ایک تختہ اس کے ہاتھ لگتا ہے، اس تختے پر وہ اپنے کو لٹا دیتا ہے۔ اس تختے پر باہر آیا وہ۔ اس کے چاروں طرف پانی ہے، سمندر کا پانی۔ لیکن، اور اس کو</w:t>
      </w:r>
    </w:p>
    <w:p>
      <w:r>
        <w:rPr>
          <w:b/>
        </w:rPr>
        <w:t xml:space="preserve">[11:51] </w:t>
      </w:r>
      <w:r>
        <w:t>pyas lagi hui hai, sakht pyas. lekin samandar ke pani mein aap jante hain ke 3% namak mila hua hota hai, bohat khari hota hai. aap pi nahi sakte us ko. to pyasa hai, charon taraf pani hai, aur pi nahi sakta. to woh kehta hai ke "water, water, every where, now any drop to drink".</w:t>
      </w:r>
    </w:p>
    <w:p>
      <w:pPr>
        <w:jc w:val="right"/>
      </w:pPr>
      <w:r>
        <w:t>پیاس لگی ہوئی ہے، سخت پیاس۔ لیکن سمندر کے پانی میں آپ جانتے ہیں کہ 3% نمک ملا ہوا ہوتا ہے، بہت کھاری ہوتا ہے۔ آپ پی نہیں سکتے اس کو۔ تو پیاسا ہے، چاروں طرف پانی ہے، اور پی نہیں سکتا۔ تو وہ کہتا ہے کہ "واٹر، واٹر، ایوری ویر، ناؤ اینی ڈراپ ٹو ڈرنک"۔</w:t>
      </w:r>
    </w:p>
    <w:p>
      <w:r>
        <w:rPr>
          <w:b/>
        </w:rPr>
        <w:t xml:space="preserve">[12:22] </w:t>
      </w:r>
      <w:r>
        <w:t>mere charon taraf pani hai, charon taraf pani hai, lekin ek qatra nahi jis ko main pi sakoon. to duniya kahan ja rahi hai? is waqt ek insan ko waqia pesh aaya tha, aaj pure insanon ko waqia pesh aanay wala hai. sare insan. jo barf kashmir ke pahadon par hai, jo barf himalaya ke pahadon</w:t>
      </w:r>
    </w:p>
    <w:p>
      <w:pPr>
        <w:jc w:val="right"/>
      </w:pPr>
      <w:r>
        <w:t>میرے چاروں طرف پانی ہے، چاروں طرف پانی ہے، لیکن ایک قطرہ نہیں جس کو میں پی سکوں۔ تو دنیا کہاں جا رہی ہے؟ اس وقت ایک انسان کو واقعہ پیش آیا تھا، آج پورے انسانوں کو واقعہ پیش آنے والا ہے۔ سارے انسان۔ جو برف کشمیر کے پہاڑوں پر ہے، جو برف ہمالیہ کے پہاڑوں</w:t>
      </w:r>
    </w:p>
    <w:p>
      <w:r>
        <w:rPr>
          <w:b/>
        </w:rPr>
        <w:t xml:space="preserve">[12:52] </w:t>
      </w:r>
      <w:r>
        <w:t>par hai, woh bhi pighal rahi hai. jo north pole aur south pole, woh bhi pighal rahi hai. pighal pighal kar kya ho raha hai? samandar mein ja raha hai. samandar bananay ka matlab kya hai? khari ban raha hai. to us waqt to ek insan ne kaha tha, "ancient mariner" jo kaha us ne, ke "water, water,</w:t>
      </w:r>
    </w:p>
    <w:p>
      <w:pPr>
        <w:jc w:val="right"/>
      </w:pPr>
      <w:r>
        <w:t>پر ہے، وہ بھی پگھل رہی ہے۔ جو نارتھ پول اور ساؤتھ پول، وہ بھی پگھل رہی ہے۔ پگھل پگھل کر کیا ہو رہا ہے؟ سمندر میں جا رہا ہے۔ سمندر بنانے کا معنی کیا ہے؟ کھاری بن رہا ہے۔ تو اس وقت تو ایک انسان نے کہا تھا، "اینسیٹ میرینر" جو کہا اس نے، کہ "واٹر، واٹر،</w:t>
      </w:r>
    </w:p>
    <w:p>
      <w:r>
        <w:rPr>
          <w:b/>
        </w:rPr>
        <w:t xml:space="preserve">[13:22] </w:t>
      </w:r>
      <w:r>
        <w:t>every where, now any drop to drink". ab sare insan yahi kehne wale hain. sare insanon ko yeh dukh dukhane wala hai ke har taraf pani, har taraf pani, har taraf pani. main pyas se tarp raha hoon, lekin peenay ke liye ek ghont bhi nahi. yeh Allah taala bata rahe hain ke qyamat bohat qareeb</w:t>
      </w:r>
    </w:p>
    <w:p>
      <w:pPr>
        <w:jc w:val="right"/>
      </w:pPr>
      <w:r>
        <w:t>ایوری ویر، ناؤ اینی ڈراپ ٹو ڈرنک"۔ اب سارے انسان یہی کہنے والے ہیں۔ سارے انسانوں کو یہ دکھ دکھانے والا ہے کہ ہر طرف پانی، ہر طرف پانی، ہر طرف پانی۔ میں پیاس سے تڑپ رہا ہوں، لیکن پینے کے لیے ایک گھونٹ بھی نہیں۔ یہ اللہ تعالیٰ بتا رہے ہیں کہ قیامت بہت قریب</w:t>
      </w:r>
    </w:p>
    <w:p>
      <w:r>
        <w:rPr>
          <w:b/>
        </w:rPr>
        <w:t xml:space="preserve">[13:52] </w:t>
      </w:r>
      <w:r>
        <w:t>hai. is duniya mein ab insan ka rehna mumkin nahi rahega. is duniya mein Allah taala ne insan ko settle kiya tha, to us ke liye tha life support system, us ke liye pani. woh sab khatam ho raha hai, khatam ho raha hai, khatam ho raha hai. yeh ek warning hai ke duniya mein tumhari abadi ab khatam honay wali nahi hai. jin zameenon ke liye aap lad rahe hain, jin mulkon ke liye aap lad rahe hain,</w:t>
      </w:r>
    </w:p>
    <w:p>
      <w:pPr>
        <w:jc w:val="right"/>
      </w:pPr>
      <w:r>
        <w:t>ہے۔ اس دنیا میں اب انسان کا رہنا ممکن نہیں رہے گا۔ اس دنیا میں اللہ تعالیٰ نے انسان کو سیٹل کیا تھا، تو اس کے لیے تھا لائف سپورٹ سسٹم، اس کے لیے پانی۔ وہ سب ختم ہو رہا ہے، ختم ہو رہا ہے، ختم ہو رہا ہے۔ یہ ایک وارننگ ہے کہ دنیا میں تمہاری آبادی اب ختم ہونے والی نہیں ہے۔ جن زمینوں کے لیے آپ لڑ رہے ہیں، جن ملکوں کے لیے آپ لڑ رہے ہیں،</w:t>
      </w:r>
    </w:p>
    <w:p>
      <w:r>
        <w:rPr>
          <w:b/>
        </w:rPr>
        <w:t xml:space="preserve">[14:24] </w:t>
      </w:r>
      <w:r>
        <w:t>mulk rahenge tab bhi aap par kuch nahi hoga. aap sari duniya ko fateh kar lein, sari duniya mein musalmanon ki hukumat qaim ho jaye, to kya karenge aap? sara pani khali ho jaye ga, to kya karenge aap? na peenay ke liye kheti, na peenay ke liye pani, na khana pakane ke liye pani, na kheti ke liye pani. sare musalman jo hain, kya khwab dekh rahe hain? duniya bhar mein un ki</w:t>
      </w:r>
    </w:p>
    <w:p>
      <w:pPr>
        <w:jc w:val="right"/>
      </w:pPr>
      <w:r>
        <w:t>ملک رہیں گے تب بھی آپ پر کچھ نہیں ہوگا۔ آپ ساری دنیا کو فتح کر لیں، ساری دنیا میں مسلمانوں کی حکومت قائم ہو جائے، تو کیا کریں گے آپ؟ سارا پانی خالی ہو جائے گا، تو کیا کریں گے آپ؟ نہ پینے کے لیے کھیتی، نہ پینے کے لیے پانی، نہ کھانا پکانے کے لیے پانی، نہ کھیتی کے لیے پانی۔ سارے مسلمان جو ہیں، کیا خواب دیکھ رہے ہیں؟ دنیا بھر میں ان کی</w:t>
      </w:r>
    </w:p>
    <w:p>
      <w:r>
        <w:rPr>
          <w:b/>
        </w:rPr>
        <w:t xml:space="preserve">[14:54] </w:t>
      </w:r>
      <w:r>
        <w:t>hukumat qaim ho jaye. aur Khuda kya dikha raha hai aap ko? ke jab tak tumhari duniya mein hukumat qaim ho jaye gi, tab tak to sara pani khali ho chuka hoga. kya karoge? yeh hai Allah ki taraf se final call. airport par aap jate hain to aap dekhte hain ke woh awaz deta hai woh announcer ke jahaz ab janay wala hai. jab tak waqt qareeb aa jata</w:t>
      </w:r>
    </w:p>
    <w:p>
      <w:pPr>
        <w:jc w:val="right"/>
      </w:pPr>
      <w:r>
        <w:t>حکومت قائم ہو جائے۔ اور خدا کیا دکھا رہا ہے آپ کو؟ کہ جب تک تمہاری دنیا میں حکومت قائم ہو جائے گی، تب تک تو سارا پانی خالی ہو چکا ہوگا۔ کیا کرو گے؟ یہ ہے اللہ کی طرف سے فائنل کال۔ ایئرپورٹ پر آپ جاتے ہیں تو آپ دیکھتے ہیں کہ وہ آواز دیتا ہے وہ اناؤنسر کہ جہاز اب جانے والا ہے۔ جب تک وقت قریب آ جاتا</w:t>
      </w:r>
    </w:p>
    <w:p>
      <w:r>
        <w:rPr>
          <w:b/>
        </w:rPr>
        <w:t xml:space="preserve">[15:24] </w:t>
      </w:r>
      <w:r>
        <w:t>hai to final call deta hai ke ab jahaz urr jaye ga, tum ko daur kar aao, tum bhago. to yeh sare jo hain, yeh zale, yeh tsunami, yeh pani ka pighalna, north ka south ki jo ice cap hai, woh pighal pighal kar samandar mein jana, yeh sab final</w:t>
      </w:r>
    </w:p>
    <w:p>
      <w:pPr>
        <w:jc w:val="right"/>
      </w:pPr>
      <w:r>
        <w:t>ہے تو فائنل کال دیتا ہے کہ اب جہاز اڑ جائے گا، تم کو دوڑ کر آؤ، تم بھاگو۔ تو یہ سارے جو ہیں، یہ زلزلے، یہ سونامی، یہ پانی کا پگھلنا، نارتھ کا ساؤتھ کی جو آئس کیپ ہے، وہ پگھل پگھل کر سمندر میں جانا، یہ سب فائن</w:t>
      </w:r>
    </w:p>
    <w:p>
      <w:r>
        <w:rPr>
          <w:b/>
        </w:rPr>
        <w:t xml:space="preserve">[15:54] </w:t>
      </w:r>
      <w:r>
        <w:t>call hai. final call hai ke jo kuch karna hai kar lo, is izzat deen ke liye, is jannat ke liye. Allah taala bata raha hai, aye insan, tu maal ke liye daud raha hai, tu land ke liye daud raha hai, tu mulkon ko qabza karne ke liye daud raha hai. lekin aakhir kar kya honay wala hai? bohat jald.</w:t>
      </w:r>
    </w:p>
    <w:p>
      <w:pPr>
        <w:jc w:val="right"/>
      </w:pPr>
      <w:r>
        <w:t>ل کال ہے۔ فائنل کال ہے کہ جو کچھ کرنا ہے کر لو، اس عزت دین کے لیے، اس جنت کے لیے۔ اللہ تعالیٰ بتا رہا ہے، اے انسان، تو مال کے لیے دوڑ رہا ہے، تو لینڈ کے لیے دوڑ رہا ہے، تو ملکوں کو قبضہ کرنے کے لیے دوڑ رہا ہے۔ لیکن آخر کار کیا ہونے والا ہے؟ بہت جلد۔</w:t>
      </w:r>
    </w:p>
    <w:p>
      <w:r>
        <w:rPr>
          <w:b/>
        </w:rPr>
        <w:t xml:space="preserve">[16:24] </w:t>
      </w:r>
      <w:r>
        <w:t>to tumhare paas mulk ho gaye, lekin pani nahi hoga, to kya karoge? paise bharoge. to tayyari karo is duniya ki, jahan par jis ko jannat kaha gaya hai, jahan ka meetha pani abadi hai, jahan ke baghat abadi hain, jahan ki nematein abadi hain, attendal hain.</w:t>
      </w:r>
    </w:p>
    <w:p>
      <w:pPr>
        <w:jc w:val="right"/>
      </w:pPr>
      <w:r>
        <w:t>تو تمہارے پاس ملک ہو گئے، لیکن پانی نہیں ہوگا، تو کیا کرو گے؟ پیسے بھرو گے۔ تو تیاری کرو اس دنیا کی، جہاں پر جس کو جنت کہا گیا ہے، جہاں کا میٹھا پانی ابدی ہے، جہاں کے باغات ابدی ہیں، جہاں کی نعمتیں ابدی ہیں، اٹینڈل ہیں۔</w:t>
      </w:r>
    </w:p>
    <w:p>
      <w:r>
        <w:rPr>
          <w:b/>
        </w:rPr>
        <w:t xml:space="preserve">[16:54] </w:t>
      </w:r>
      <w:r>
        <w:t>to ek item yeh tha is mein, is mein ek aur item hai, bohat hi yaani ajeeb baat ek aayi hai ke abhi daryaft kiya hai scientiston ne ke hamari space jo hai, hamari space bohat hi bari hai, bohat hi bari hai. is mein ek naya dark star</w:t>
      </w:r>
    </w:p>
    <w:p>
      <w:pPr>
        <w:jc w:val="right"/>
      </w:pPr>
      <w:r>
        <w:t>تو ایک آئٹم یہ تھا اس میں، اس میں ایک اور آئٹم ہے، بہت ہی یعنی عجیب بات ایک آئی ہے کہ ابھی دریافت کیا ہے سائنس دانوں نے کہ ہماری اسپیس جو ہے، ہماری اسپیس بہت ہی بڑی ہے، بہت ہی بڑی ہے۔ اس میں ایک نیا ڈارک اسٹار</w:t>
      </w:r>
    </w:p>
    <w:p>
      <w:r>
        <w:rPr>
          <w:b/>
        </w:rPr>
        <w:t xml:space="preserve">[17:24] </w:t>
      </w:r>
      <w:r>
        <w:t>daryaft kiya hai. yeh bohat bare bare star hote hain, in ko dark star kaha jata hai, kyun ke roshni in tak nahi pohnchti in ki. dark matter ya dark star. to woh itna zyada bara hai, itna zyada bara hai ke hamari jo sun hai, is se 17 billion guna zyada bara hai. yaani 70 arab guna bara hai woh. aur hamari jo</w:t>
      </w:r>
    </w:p>
    <w:p>
      <w:pPr>
        <w:jc w:val="right"/>
      </w:pPr>
      <w:r>
        <w:t>دریافت کیا ہے۔ یہ بہت بڑے بڑے اسٹار ہوتے ہیں، ان کو ڈارک اسٹار کہا جاتا ہے، کیونکہ روشنی ان تک نہیں پہنچتی ان کی۔ ڈارک میٹر یا ڈارک اسٹار۔ تو وہ اتنا زیادہ بڑا ہے، اتنا زیادہ بڑا ہے کہ ہماری جو سن ہے، اس سے 17 بلین گنا زیادہ بڑا ہے۔ یعنی 70 ارب گنا بڑا ہے وہ۔ اور ہماری جو</w:t>
      </w:r>
    </w:p>
    <w:p>
      <w:r>
        <w:rPr>
          <w:b/>
        </w:rPr>
        <w:t xml:space="preserve">[17:56] </w:t>
      </w:r>
      <w:r>
        <w:t>sun hai, hamari jo suraj hai, hamari zameen se 16 lakh guna bara hai, 13 lakh guna bara hai. hamara jo suraj hai, woh hamari zameen se 13 lakh guna bara hai. aur woh jo dark star jo daryaft hua hai, woh suraj se 17 billion guna bara hai. ab is ko lijiye, is ayat ko lijiye,</w:t>
      </w:r>
    </w:p>
    <w:p>
      <w:pPr>
        <w:jc w:val="right"/>
      </w:pPr>
      <w:r>
        <w:t>سن ہے، ہماری جو سورج ہے، ہماری زمین سے 16 لاکھ گنا بڑا ہے، 13 لاکھ گنا بڑا ہے۔ ہمارا جو سورج ہے، وہ ہماری زمین سے 13 لاکھ گنا بڑا ہے۔ اور وہ جو ڈارک اسٹار جو دریافت ہوا ہے، وہ سورج سے 17 بلین گنا بڑا ہے۔ اب اس کو لیجیے، اس آیت کو لیجیے،</w:t>
      </w:r>
    </w:p>
    <w:p>
      <w:r>
        <w:rPr>
          <w:b/>
        </w:rPr>
        <w:t xml:space="preserve">[18:28] </w:t>
      </w:r>
      <w:r>
        <w:t>"jannat ard wa samawat wa al-ard". is jannat ki taraf dauddo, jis ka raqba zameen o aasman ke barabar hoga. yeh sari kainat is mein shamil hai. to insan ek aisi cheez ki lad raha hai jo ek zarre se bhi kam hai, aur ek aisi cheez kho raha hai jo million trillion se</w:t>
      </w:r>
    </w:p>
    <w:p>
      <w:pPr>
        <w:jc w:val="right"/>
      </w:pPr>
      <w:r>
        <w:t>"جنت ارض و سماوات و الارض"۔ اس جنت کی طرف دوڑو، جس کا رقبہ زمین و آسمان کے برابر ہوگا۔ یہ ساری کائنات اس میں شامل ہے۔ تو انسان ایک ایسی چیز کی لڑ رہا ہے جو ایک ذرے سے بھی کم ہے، اور ایک ایسی چیز کھو رہا ہے جو ملین ٹریل سے</w:t>
      </w:r>
    </w:p>
    <w:p>
      <w:r>
        <w:rPr>
          <w:b/>
        </w:rPr>
        <w:t xml:space="preserve">[19:00] </w:t>
      </w:r>
      <w:r>
        <w:t>bhi zyada bari hai. to main aap logon ko yeh naseehat karta hoon ke aap apni national policy par, apni inforadi policy par, har cheez par kulli ehsas kijiye.</w:t>
      </w:r>
    </w:p>
    <w:p>
      <w:pPr>
        <w:jc w:val="right"/>
      </w:pPr>
      <w:r>
        <w:t>بھی زیادہ بڑی ہے۔ تو میں آپ لوگوں کو یہ نصیحت کرتا ہوں کہ آپ اپنی نیشنل پالیسی پر، اپنی انفرادی پالیسی پر، ہر چیز پر کلی احساس کیجیے۔</w:t>
      </w:r>
    </w:p>
    <w:p>
      <w:r>
        <w:rPr>
          <w:b/>
        </w:rPr>
        <w:t xml:space="preserve">[19:30] </w:t>
      </w:r>
      <w:r>
        <w:t>phir se sochiye ke aap kya kar rahe hain, aakhir kar kahan pounchanay walay hain. phir in sab baaton par sochtay hue, main mera mind yahan tak pouncha ke maujooda zamanay mein musalman 200 saal</w:t>
      </w:r>
    </w:p>
    <w:p>
      <w:pPr>
        <w:jc w:val="right"/>
      </w:pPr>
      <w:r>
        <w:t>پھر سے سوچیے کہ آپ کیا کر رہے ہیں، آخر کار کہاں پہنچنے والے ہیں۔ پھر ان سب باتوں پر سوچتے ہوئے، میں میرا مائنڈ یہاں تک پہنچا کہ موجودہ زمانے میں مسلمان 200 سال</w:t>
      </w:r>
    </w:p>
    <w:p>
      <w:r>
        <w:rPr>
          <w:b/>
        </w:rPr>
        <w:t xml:space="preserve">[20:00] </w:t>
      </w:r>
      <w:r>
        <w:t>se jehad kar rahe hain. ti pi sultan ko angrezon ne halak kiya tha 1799 mein, 1799. to 200 saal ho chukay, tab se larai jaari hai, aur mera kya? kuch bhi nahin. kahin bhi nahin gaya, na kashmir mein, na falasteen mein, na</w:t>
      </w:r>
    </w:p>
    <w:p>
      <w:pPr>
        <w:jc w:val="right"/>
      </w:pPr>
      <w:r>
        <w:t>سے جہاد کر رہے ہیں۔ ٹی پی سلطان کو انگریزوں نے ہلاک کیا تھا 1799 میں، 1799۔ تو 200 سال ہو چکے، تب سے لڑائی جاری ہے، اور میرا کیا؟ کچھ بھی نہیں۔ کہیں بھی نہیں گیا، نہ کشمیر میں، نہ فلسطین میں، نہ</w:t>
      </w:r>
    </w:p>
    <w:p>
      <w:r>
        <w:rPr>
          <w:b/>
        </w:rPr>
        <w:t xml:space="preserve">[20:30] </w:t>
      </w:r>
      <w:r>
        <w:t>dunya mein kahin aur bhi. jaan o maal ki halakat itni ziyada hai, itni ziyada hai, itni ziyada hai ke poori musalmanon ki sari tareekh mein itni qurbani nahin di gayi jitni qurbani in 200 barson mein di gayi. lekin mera kuch bhi nahin. is par main sochta raha, sochta raha. to dobara mujhe aik ayat yaad aayi. is ayat mein hamein aik jo</w:t>
      </w:r>
    </w:p>
    <w:p>
      <w:pPr>
        <w:jc w:val="right"/>
      </w:pPr>
      <w:r>
        <w:t>دنیا میں کہیں اور بھی۔ جان و مال کی ہلاکت اتنی زیادہ ہے، اتنی زیادہ ہے، اتنی زیادہ ہے کہ پوری مسلمانوں کی ساری تاریخ میں اتنی قربانی نہیں دی گئی جتنی قربانی ان 200 برسوں میں دی گئی۔ لیکن میرا کچھ بھی نہیں۔ اس پر میں سوچتا رہا، سوچتا رہا۔ تو دوبارہ مجھے ایک آیت یاد آئی۔ اس آیت میں ہمیں ایک جو</w:t>
      </w:r>
    </w:p>
    <w:p>
      <w:r>
        <w:rPr>
          <w:b/>
        </w:rPr>
        <w:t xml:space="preserve">[21:00] </w:t>
      </w:r>
      <w:r>
        <w:t>ab diya gaya hai. yeh ayat hai surah al-fateh. surah al-fateh woh ayat hai jis mein hudaybiyyah ka zikr hai. aap jantay hain ke rasool Allah sal-lal-lahu alaihi wasallam ke zamanay mein aik agreement hua tha rasool Allah se aur aap ke mukhalifeen se, us ko kehtay hain hudaybiyyah pact ya sulah huday</w:t>
      </w:r>
    </w:p>
    <w:p>
      <w:pPr>
        <w:jc w:val="right"/>
      </w:pPr>
      <w:r>
        <w:t>اب دیا گیا ہے۔ یہ آیت ہے سورہ الفتح۔ سورہ الفتح وہ آیت ہے جس میں حجبیہ کا ذکر ہے۔ آپ جانتے ہیں کہ رسول اللہ صلی اللہ علیہ وسلم کے زمانے میں ایک ایگریمنٹ ہوا تھا رسول اللہ سے اور آپ کے مخالفین سے، اس کو کہتے ہیں حجبیہ پیکٹ یا صلح حج</w:t>
      </w:r>
    </w:p>
    <w:p>
      <w:r>
        <w:rPr>
          <w:b/>
        </w:rPr>
        <w:t xml:space="preserve">[21:30] </w:t>
      </w:r>
      <w:r>
        <w:t>biyyah. to us mein rasool Allah sal-lal-lahu alaihi wasallam raazi ho gaye thay un ki sari sharton ko mannay par, un ki sari condition ko mannay par. aur sirf is rasool Allah ko jo mil rahi thi woh sirf yeh ke peace, larai band. is se pehle jo badr, uhud waghera ke qissay hue thay, woh sab band. ab larai nahin hogi, ab peace rahe gi. to</w:t>
      </w:r>
    </w:p>
    <w:p>
      <w:pPr>
        <w:jc w:val="right"/>
      </w:pPr>
      <w:r>
        <w:t>بیہ۔ تو اس میں رسول اللہ صلی اللہ علیہ وسلم راضی ہو گئے تھے ان کی ساری شرطوں کو ماننے پر، ان کی ساری کنڈیشن کو ماننے پر۔ اور صرف اس رسول اللہ کو جو مل رہی تھی وہ صرف یہ کہ پیس، لڑائی بند۔ اس سے پہلے جو بدر، احد وغیرہ کے قصے ہوئے تھے، وہ سب بند۔ اب لڑائی نہیں ہوگی، اب پیس رہے گی۔ تو</w:t>
      </w:r>
    </w:p>
    <w:p>
      <w:r>
        <w:rPr>
          <w:b/>
        </w:rPr>
        <w:t xml:space="preserve">[22:00] </w:t>
      </w:r>
      <w:r>
        <w:t>peace ko qaim karne ki khatir aap ne sari shartein un ki maan leen. sari shartein. mislan, aap aur aap ke ashaab ja rahe thay umrah karne ke liye. us zamanay mein umrah karna sab ka haq mana jata tha. koi bhi shakhs jaye, umrah kare. unhon ne kaha ke nahin, aap ko janay nahin dain ge, aap ko makkah umrah karne ke liye. to saaray</w:t>
      </w:r>
    </w:p>
    <w:p>
      <w:pPr>
        <w:jc w:val="right"/>
      </w:pPr>
      <w:r>
        <w:t>پیس کو قائم کرنے کی خاطر آپ نے ساری شرطیں ان کی مان لیں۔ ساری شرطیں۔ مثلاً آپ اور آپ کا اصحاب جا رہے تھے عمرہ کرنے کے لیے۔ اس زمانے میں عمرہ کرنا سب کا حق مانا جاتا تھا۔ کوئی بھی شخص جائے، عمرہ کرے۔ انہوں نے کہا کہ نہیں، آپ کو جانے نہیں دیں گے، آپ کو مکہ عمرہ کرنے کے لیے۔ تو سارے</w:t>
      </w:r>
    </w:p>
    <w:p>
      <w:r>
        <w:rPr>
          <w:b/>
        </w:rPr>
        <w:t xml:space="preserve">[22:30] </w:t>
      </w:r>
      <w:r>
        <w:t>sahaba ghussa ho gaye ke woh to hamara haq hai. poore arab ki riwayat mein yeh shamil tha ke jo shakhs bhi chahe, aaye woh kaaba ki ziyarat kare, umrah kare. kyun ke aap jantay hain hajj jo hai, Islam se pehle bhi tha, hazrat ibrahim ke zamanay se shuru hua tha hajj. to apne lihaaz se woh hajj karte thay, apne dhang se. to unhon ne rok</w:t>
      </w:r>
    </w:p>
    <w:p>
      <w:pPr>
        <w:jc w:val="right"/>
      </w:pPr>
      <w:r>
        <w:t>صحابہ غصہ ہو گئے کہ وہ تو ہمارا حق ہے۔ پورے عرب کی روایات میں یہ شامل تھا کہ جو شخص بھی چاہے، آئے وہ کعبہ کی زیارت کرے، عمرہ کرے۔ کیونکہ آپ جانتے ہیں حج جو ہے، اسلام سے پہلے بھی تھا، حضرت ابراہیم کے زمانے سے شروع ہوا تھا حج۔ تو اپنے لحاظ سے وہ حج کرتے تھے، اپنے ڈھنگ سے۔ تو انہوں نے روک</w:t>
      </w:r>
    </w:p>
    <w:p>
      <w:r>
        <w:rPr>
          <w:b/>
        </w:rPr>
        <w:t xml:space="preserve">[23:00] </w:t>
      </w:r>
      <w:r>
        <w:t>diya. magar rasool Allah sal-lal-lahu alaihi wasallam raazi ho gaye. theek hai, hum wapas madinah chalay jatay hain. jab muahida kaaghaz par likha janay laga, jis mein likha gaya tha "Muhammad Rasool Allah", unhon ne kaha us ko mitaiye, hum aap ko Rasool Allah mantay hi nahin. likhein "Muhammad bin Abdullah". to rasool Allah ne us ko bhi mita diya, kaha ke theek hai, "Muhammad bin Abdullah". yaani jo aap ki</w:t>
      </w:r>
    </w:p>
    <w:p>
      <w:pPr>
        <w:jc w:val="right"/>
      </w:pPr>
      <w:r>
        <w:t>دیا۔ مگر رسول اللہ صلی اللہ علیہ وسلم راضی ہو گئے۔ ٹھیک ہے، ہم واپس مدینہ چلے جاتے ہیں۔ جب معاہدہ کاغذ پر لکھا جانے لگا، جس میں لکھا گیا تھا "محمد رسول اللہ"، انہوں نے کہا اس کو مٹائیے، ہم آپ کو رسول اللہ مانتے ہی نہیں۔ لکھیں "محمد بن عبداللہ"۔ تو رسول اللہ نے اس کو بھی مٹا دیا، کہا کہ ٹھیک ہے، "محمد بن عبداللہ"۔ یعنی جو آپ کی</w:t>
      </w:r>
    </w:p>
    <w:p>
      <w:r>
        <w:rPr>
          <w:b/>
        </w:rPr>
        <w:t xml:space="preserve">[23:31] </w:t>
      </w:r>
      <w:r>
        <w:t>asal haisiyat thi, usi ko kaaghaz par mita diya. zahir hai ke rasool Allah ka asal haisiyat yeh thi ke aap Allah ke rasool thay. to kaaghaz par usi ko mita diya. un ki jitni bhi condition theen, literally aap ne maan liya, sirf aik cheez ki khatir ke aap ka un ke darmiyan larai band ho jaye aur peace qaim ho jaye.</w:t>
      </w:r>
    </w:p>
    <w:p>
      <w:pPr>
        <w:jc w:val="right"/>
      </w:pPr>
      <w:r>
        <w:t>اصل حیثیت تھی، اسی کو کاغذ پر مٹا دیا۔ ظاہر ہے کہ رسول اللہ کا اصل حیثیت یہ تھی کہ آپ اللہ کے رسول تھے۔ تو کاغذ پر اسی کو مٹا دیا۔ ان کی جتنی بھی کنڈیشن تھیں، لیٹرلی آپ نے مان لیا، صرف ایک چیز کی خاطر کہ آپ کا ان کے درمیان لڑائی بند ہو جائے اور پیس قائم ہو جائے۔</w:t>
      </w:r>
    </w:p>
    <w:p>
      <w:r>
        <w:rPr>
          <w:b/>
        </w:rPr>
        <w:t xml:space="preserve">[24:04] </w:t>
      </w:r>
      <w:r>
        <w:t>to yeh baat jo thi, sahaba ko bohat nagawar thi. hazrat umar ne yahan tak keh diya ke "yeh to hamari zillat hai, hamari shikast hai, hamari hai, hum kaisay is ko manen?" us waqt dekhiye, aik ayat utri surah al-fateh mein, jab rasool Allah raazi ho gaye Allah ke wahi ke mutabiq. "ala ma taala".</w:t>
      </w:r>
    </w:p>
    <w:p>
      <w:pPr>
        <w:jc w:val="right"/>
      </w:pPr>
      <w:r>
        <w:t>تو یہ بات جو تھی، صحابہ کو بہت ناگوار تھی۔ حضرت عمر نے یہاں تک کہہ دیا کہ "یہ تو ہماری ذلت ہے، ہماری شکست ہے، ہماری ہے، ہم کیسے اس کو مانیں؟" اس وقت دیکھیے، ایک آیت اتری سورہ الفتح میں، جب رسول اللہ راضی ہو گئے اللہ کے وحی کے مطابق۔ "علی مال طال"۔</w:t>
      </w:r>
    </w:p>
    <w:p>
      <w:r>
        <w:rPr>
          <w:b/>
        </w:rPr>
        <w:t xml:space="preserve">[24:38] </w:t>
      </w:r>
      <w:r>
        <w:t>yeh bohat hi zabardast ayat hai. "ala ma taala". Allah ne woh jaana jo tum ne nahin jaana. is ka tarjuma hai "Allah ne woh jaana jo tum ne nahin jaana". yaani "God knew what you did not know". "God knew what you did not know". dekhiye, in lafzon ka matlab kya hai? matlab kya hai in lafzon ka</w:t>
      </w:r>
    </w:p>
    <w:p>
      <w:pPr>
        <w:jc w:val="right"/>
      </w:pPr>
      <w:r>
        <w:t>یہ بہت ہی زبردست آیت ہے۔ "علی مال طال"۔ اللہ نے وہ جانا جو تم نے نہیں جانا۔ اس کا ترجمہ ہے "اللہ نے وہ جانا جو تم نے نہیں جانا"۔ یعنی "God knew what you did not know"۔ "God knew what you did not know"۔ دیکھیے، ان لفظوں کا مطلب کیا ہے؟ مطلب کیا ہے ان لفظوں کا</w:t>
      </w:r>
    </w:p>
    <w:p>
      <w:r>
        <w:rPr>
          <w:b/>
        </w:rPr>
        <w:t xml:space="preserve">[25:08] </w:t>
      </w:r>
      <w:r>
        <w:t>؟ is ka matlab yeh hai ke rasool Allah jo thay, Allah ki rehnumai mein, yaani ilm-e-ilahi ki rehnumai mein, unhon ne woh muamla kiya, woh pact kiya jo creation plan of God ke mutabiq tha. aur tum apne dimaagh pe chal rahe thay. "ala ma taala" ka matlab hai ke tum apne</w:t>
      </w:r>
    </w:p>
    <w:p>
      <w:pPr>
        <w:jc w:val="right"/>
      </w:pPr>
      <w:r>
        <w:t>؟ اس کا مطلب یہ ہے کہ رسول اللہ جو تھے، اللہ کے رہنمائی میں، یعنی علم الہی کی رہنمائی میں، انہوں نے وہ معاملہ کیا، وہ پیکٹ کیا جو کریشن پلان اف گاڈ کے مطابق تھا۔ اور تم اپنے دماغ پہ چل رہے تھے۔ "علی مال طال" کا معنی ہے کہ تم اپنے</w:t>
      </w:r>
    </w:p>
    <w:p>
      <w:r>
        <w:rPr>
          <w:b/>
        </w:rPr>
        <w:t xml:space="preserve">[25:38] </w:t>
      </w:r>
      <w:r>
        <w:t>ilm par, apne dimaagh pe chal rahe thay. aur peghambar Allah ke dimaagh par chala. yaani Allah ne jo is dunya ke liye, Allah ki takhleeq ke mutabiq, is dunya ke liye jo mansooba hai, Allah ka jo creation plan of God jo hai, aik hai planning, us ke mutabiq us ko jaan kar planning karna. yaani aik hai</w:t>
      </w:r>
    </w:p>
    <w:p>
      <w:pPr>
        <w:jc w:val="right"/>
      </w:pPr>
      <w:r>
        <w:t>علم پر، اپنے دماغ پہ چل رہے تھے۔ اور پیغمبر اللہ کے دماغ پر چلا۔ یعنی اللہ نے جو اس دنیا کے لیے، اللہ کی تخلیق کے مطابق، اس دنیا کے لیے جو منصوبہ ہے، اللہ کا جو کریشن پلان اف گاڈ جو ہے، ایک ہے پلاننگ، اس کے مطابق اس کو جان کر پلاننگ کرنا۔ یعنی ایک ہے</w:t>
      </w:r>
    </w:p>
    <w:p>
      <w:r>
        <w:rPr>
          <w:b/>
        </w:rPr>
        <w:t xml:space="preserve">[26:08] </w:t>
      </w:r>
      <w:r>
        <w:t>creation plan of God ko jaan kar us ki planning karna, us ke mutabiq. aik hai bas apne mind mein jo aa gaya, usi par chal rahe hain aap. to kamyabi kis mein hai? is mein ayat Quran mein "inna fatahna fat-han mubeena". yeh fath-e-mubeen hai. is mein kya message mila? ke agar tum apni planning</w:t>
      </w:r>
    </w:p>
    <w:p>
      <w:pPr>
        <w:jc w:val="right"/>
      </w:pPr>
      <w:r>
        <w:t>کریشن پلان اف گاڈ کو جان کر اس کی پلاننگ کرنا، اس کے مطابق۔ ایک ہے بس اپنے مائنڈ میں جو آ گیا، اسی پر چل رہے ہیں آپ۔ تو کامیابی کس میں ہے؟ اس میں آیت قرآن میں "انا فتح فتح مدینہ"۔ یہ فتح مدینہ ہے۔ اس میں کیا میسج ملا؟ کہ اگر تم اپنی پلاننگ</w:t>
      </w:r>
    </w:p>
    <w:p>
      <w:r>
        <w:rPr>
          <w:b/>
        </w:rPr>
        <w:t xml:space="preserve">[26:38] </w:t>
      </w:r>
      <w:r>
        <w:t>، creation plan of God ko jaan kar karoge to tumhare liye fath-e-mubeen hai. aur agar tum apne hi dimaagh pe chalay gaye, apni soch pe chalay gaye to kya hai? shikast-e-mubeen hai. yaani hazeemat-e-mubeen hai. aur yeh</w:t>
      </w:r>
    </w:p>
    <w:p>
      <w:pPr>
        <w:jc w:val="right"/>
      </w:pPr>
      <w:r>
        <w:t>، کریشن پلان اف گاڈ کو جان کر کرو گے تو تمہارے لیے فتح مبین ہے۔ اور اگر تم اپنے ہی دماغ پہ چلے گئے، اپنی سوچ پہ چلے گئے تو کیا ہے؟ شکست مبین ہے۔ یعنی ہزیمت مبین ہے۔ اور یہ</w:t>
      </w:r>
    </w:p>
    <w:p>
      <w:r>
        <w:rPr>
          <w:b/>
        </w:rPr>
        <w:t xml:space="preserve">[27:08] </w:t>
      </w:r>
      <w:r>
        <w:t>bilkul hamare halaat par apply ho rahi hai. 200 saal mein musalmanon ko kya mil raha hai? shikast-e-azeem, hazeemat-e-azeem, fath-e-mubeen kahan mil rahi hai? is se kya nikla? ke Allah taala ki taraf se khamosh zabaan mein ailaan kiya ja raha hai ke "ae ummat-e-muslima, tum ne</w:t>
      </w:r>
    </w:p>
    <w:p>
      <w:pPr>
        <w:jc w:val="right"/>
      </w:pPr>
      <w:r>
        <w:t>بالکل ہمارے حالات پر اپلائی ہو رہی ہے۔ 200 سال میں مسلمانوں کو کیا مل رہا ہے؟ شکست عظیم، ہزیمت عظیم، فتح مبین کہاں مل رہی ہے؟ اس سے کیا نکلا؟ کہ اللہ تعالیٰ کی طرف سے خاموش زبان میں اعلان کیا جا رہا ہے کہ "اے امت مسلمہ، تم نے</w:t>
      </w:r>
    </w:p>
    <w:p>
      <w:r>
        <w:rPr>
          <w:b/>
        </w:rPr>
        <w:t xml:space="preserve">[27:39] </w:t>
      </w:r>
      <w:r>
        <w:t>Allah taala ke creation plan ko jaana hi nahin, khud apne khud-sakhta zehan se planning ki to kya ho raha hai? tum ko shikast-e-azeem mil rahi hai. sirf failure, sirf failure, sirf failure. to tum badlo apne zehan ko, reassess karo, revise karo,</w:t>
      </w:r>
    </w:p>
    <w:p>
      <w:pPr>
        <w:jc w:val="right"/>
      </w:pPr>
      <w:r>
        <w:t>اللہ تعالیٰ کے کریشن پلان کو جانا ہی نہیں، خود اپنے خود ساختہ ذہن سے پلاننگ کی تو کیا ہو رہا ہے؟ تم کو شکست عظیم مل رہی ہے۔ صرف فیلیر، صرف فیلیر، صرف فیلیر۔ تو تم بدلو اپنے ذہن کو، ری ایسس کرو، ریوائز کرو،</w:t>
      </w:r>
    </w:p>
    <w:p>
      <w:r>
        <w:rPr>
          <w:b/>
        </w:rPr>
        <w:t xml:space="preserve">[28:09] </w:t>
      </w:r>
      <w:r>
        <w:t>you turn lo, aur Allah taala ke naqshay ke mutabiq, jo Allah taala ka jo creation plan hai, us ko jaan kar us ke mutabiq planning karo. tab tum ko kamyabi mile gi. yeh message hai. tab woh jannat mile gi, woh jannat jo sari zameen o aasman ke barabar hai, sari kainat ke barabar hai. "al-samawati wal ard"</w:t>
      </w:r>
    </w:p>
    <w:p>
      <w:pPr>
        <w:jc w:val="right"/>
      </w:pPr>
      <w:r>
        <w:t>یو ٹرن لو، اور اللہ تعالیٰ کے نقشے کے مطابق، جو اللہ تعالیٰ کا جو کریشن پلان ہے، اس کو جان کر اس کے مطابق پلاننگ کرو۔ تب تم کو کامیابی ملے گی۔ یہ میسج ہے۔ تب وہ جنت ملے گی، وہ جنت جو ساری زمین و آسمان کے برابر ہے، ساری کائنات کے برابر ہے۔ "الزماوات والارض"</w:t>
      </w:r>
    </w:p>
    <w:p>
      <w:r>
        <w:rPr>
          <w:b/>
        </w:rPr>
        <w:t xml:space="preserve">[28:39] </w:t>
      </w:r>
      <w:r>
        <w:t>۔ abhi tumhein kuch bhi nahin mil raha. ab yeh sab sochtay hue phir maine ghor kiya ke Allah taala ke creation plan ke mutabiq ab hamein kya karna hai? to dekhiye, Allah taala isharon ki zabaan mein bolta hai. Allah ka jo kalam</w:t>
      </w:r>
    </w:p>
    <w:p>
      <w:pPr>
        <w:jc w:val="right"/>
      </w:pPr>
      <w:r>
        <w:t>۔ ابھی تمہیں کچھ بھی نہیں مل رہا۔ اب یہ سب سوچتے ہوئے پھر میں نے غور کیا کہ اللہ تعالیٰ کے کریشن پلان کے مطابق اب ہمیں کیا کرنا ہے؟ تو دیکھیے، اللہ تعالیٰ اشاروں کی زبان میں بولتا ہے۔ اللہ کا جو کلام</w:t>
      </w:r>
    </w:p>
    <w:p>
      <w:r>
        <w:rPr>
          <w:b/>
        </w:rPr>
        <w:t xml:space="preserve">[29:09] </w:t>
      </w:r>
      <w:r>
        <w:t>hai, isharon ki zabaan mein aata hai. yaani adaa dar prafit ke liye. is ki aik misaal deta hoon main aap ko. Allah taala ko matloob hai ke kisaan jo hai, saal mein kheti kare, ghalla paida kare, logon ke liye khurak muhaiya ho. zahir hai ke Allah taala ki mansha hai.</w:t>
      </w:r>
    </w:p>
    <w:p>
      <w:pPr>
        <w:jc w:val="right"/>
      </w:pPr>
      <w:r>
        <w:t>ہے، اشاروں کی زبان میں آتا ہے۔ یعنی ادا در پرافٹ کے لیے۔ اس کی ایک مثال دیتا ہوں میں آپ کو۔ اللہ تعالیٰ کو مطلوب ہے کہ کسان جو ہے، سال میں کھیتی کرے، غلہ پیدا کرے، لوگوں کے لیے خوراک مہیا ہو۔ ظاہر ہے کہ اللہ تعالیٰ کی منشا ہے۔</w:t>
      </w:r>
    </w:p>
    <w:p>
      <w:r>
        <w:rPr>
          <w:b/>
        </w:rPr>
        <w:t xml:space="preserve">[29:42] </w:t>
      </w:r>
      <w:r>
        <w:t>phir Allah ki taraf se baarish aati hai. baarish ke baghair kheti nahin ho sakti hai. to baarish ke sath sath koi ailaan nahin hota, koi announcement nahin hota, koi loud speaker nahin lagaya jata baarish ke sath ke "ae kisaanon, dekho baarish aa gayi, utho apne khet mein jao". yeh ailaan nahin hota. yeh ta hissa kisaan ko khud jaanna parta hai. baarish Allah ki taraf se, Allah</w:t>
      </w:r>
    </w:p>
    <w:p>
      <w:pPr>
        <w:jc w:val="right"/>
      </w:pPr>
      <w:r>
        <w:t>پھر اللہ کی طرف سے بارش آتی ہے۔ بارش کے بغیر کھیتی نہیں ہو سکتی ہے۔ تو بارش کے ساتھ ساتھ کوئی اعلان نہیں ہوتا، کوئی اناؤنسمنٹ نہیں ہوتا، کوئی لاڈ فکر نہیں لگایا جاتا بارش کے ساتھ کہ "اے کسانوں، دیکھو بارش آ گئی، اٹھو اپنے کھیت میں جاؤ"۔ یہ اعلان نہیں ہوتا۔ یہ تا حصہ کسان کو خود جاننا پڑتا ہے۔ بارش اللہ کی طرف سے، اللہ</w:t>
      </w:r>
    </w:p>
    <w:p>
      <w:r>
        <w:rPr>
          <w:b/>
        </w:rPr>
        <w:t xml:space="preserve">[30:12] </w:t>
      </w:r>
      <w:r>
        <w:t>ke plan ko jaanna kisaan ki taraf se. to us waqt bhi yahi soorat-e-haal hai. aaj Allah taala ko kya matloob hai? yaani Allah ka jo creation plan hai, us ke mutabiq aaj kya matloob hai? is ke liye Allah taala apni khamosh zabaan mein ailaan kar raha hai. aik baarish ho rahi hai, aik baarish ho rahi hai, aik baarish ho rahi hai.</w:t>
      </w:r>
    </w:p>
    <w:p>
      <w:pPr>
        <w:jc w:val="right"/>
      </w:pPr>
      <w:r>
        <w:t>کے پلان کو جاننا کسان کی طرف سے۔ تو اس وقت بھی یہی صورتحال ہے۔ آج اللہ تعالیٰ کو کیا مطلوب ہے؟ یعنی اللہ کا جو کریشن پلان ہے، اس کے مطابق آج کیا مطلوب ہے؟ اس کے لیے اللہ تعالیٰ اپنی خاموش زبان میں اعلان کر رہا ہے۔ ایک بارش ہو رہی ہے، ایک بارش ہو رہی ہے، ایک بارش ہو رہی ہے۔</w:t>
      </w:r>
    </w:p>
    <w:p>
      <w:r>
        <w:rPr>
          <w:b/>
        </w:rPr>
        <w:t xml:space="preserve">[30:43] </w:t>
      </w:r>
      <w:r>
        <w:t>woh baarish kya hai? woh hai modern opportunities. aaj woh aisi opportunities hain jo tareekh mein is se pehle kabhi theen hi nahin. jaise ke main is waqt bol raha hoon, to bol raha hoon to sari dunya mein har jagah jo chahe sun sakta hai us ko. chahe woh America mein ho, chahe Europe mein ho, chahe woh Arab mein ho. aur bohat se log isi</w:t>
      </w:r>
    </w:p>
    <w:p>
      <w:pPr>
        <w:jc w:val="right"/>
      </w:pPr>
      <w:r>
        <w:t>وہ بارش کیا ہے؟ وہ ہے ماڈرن اپرچونیٹیز۔ آج وہ ایسی اپرچونیٹیز ہیں جو تاریخ میں اس سے پہلے کبھی تھیں ہی نہیں۔ جیسے کہ میں اس وقت بول رہا ہوں، تو بول رہا ہوں تو ساری دنیا میں ہر جگہ جو چاہے سن سکتا ہے اس کو۔ چاہے وہ امریکہ میں ہو، چاہے یورپ میں ہو، چاہے وہ عرب میں ہو۔ اور بہت سے لوگ اسی</w:t>
      </w:r>
    </w:p>
    <w:p>
      <w:r>
        <w:rPr>
          <w:b/>
        </w:rPr>
        <w:t xml:space="preserve">[31:14] </w:t>
      </w:r>
      <w:r>
        <w:t>waqt sun rahe hain jab main bol raha hoon. bataiye, is se pehle kahan aisa tha? is se pehle to kabhi aisa nahin tha. to modern communication jo hai, printing press aaya aur technology aayi. modern technology, computer aaya.</w:t>
      </w:r>
    </w:p>
    <w:p>
      <w:pPr>
        <w:jc w:val="right"/>
      </w:pPr>
      <w:r>
        <w:t>وقت سن رہے ہیں جب میں بول رہا ہوں۔ بتائیے، اس سے پہلے کہاں ایسا تھا؟ اس سے پہلے تو کبھی ایسا نہیں تھا۔ تو ماڈرن کمیونیکیشن جو ہے، پرنٹنگ پریس آیا اور ٹیکنالوجی آئی۔ ماڈرن ٹیکنالوجی، کمپیوٹر آیا۔</w:t>
      </w:r>
    </w:p>
    <w:p>
      <w:r>
        <w:rPr>
          <w:b/>
        </w:rPr>
        <w:t xml:space="preserve">[31:47] </w:t>
      </w:r>
      <w:r>
        <w:t>is liye yeh sochiye, yeh sochiye. aur phir us zamanay mein travels aaya. sari dunya ke log apni jagah se nikal kar doosre mulkon mein ja rahe hain. yeh sab kya hai? yeh baarish hai. baarish. modern travels aik baarish hai. modern communication aik baarish hai. printing</w:t>
      </w:r>
    </w:p>
    <w:p>
      <w:pPr>
        <w:jc w:val="right"/>
      </w:pPr>
      <w:r>
        <w:t>اس لیے یہ سوچیے، یہ سوچیے۔ اور پھر اس زمانے میں ٹرولز آیا۔ ساری دنیا کے لوگ اپنی جگہ سے نکل کر دوسرے ملکوں میں جا رہے ہیں۔ یہ سب کیا ہے؟ یہ بارش ہے۔ بارش۔ ماڈرن ٹرولز ایک بارش ہے۔ ماڈرن کمیونیکیشن ایک بارش ہے۔ پرنٹ</w:t>
      </w:r>
    </w:p>
    <w:p>
      <w:r>
        <w:rPr>
          <w:b/>
        </w:rPr>
        <w:t xml:space="preserve">[32:17] </w:t>
      </w:r>
      <w:r>
        <w:t>media, electronic media aik barish hai. woh aik ailaan kar rahi hai. woh ailaan kya hai? is ko sochiye aap. is ko sochte hue aap aik hadith tak pahunchen ge. aik hadith tak pahunchen ge. rasool Allah sal Allah alaih wasallam ne kai baaten prediction zaban mein kahi hain, peshin go</w:t>
      </w:r>
    </w:p>
    <w:p>
      <w:pPr>
        <w:jc w:val="right"/>
      </w:pPr>
      <w:r>
        <w:t>میڈیا، الیکٹرانک میڈیا ایک بارش ہے۔ وہ ایک اعلان کر رہی ہے۔ وہ اعلان کیا ہے؟ اس کو سوچیے آپ۔ اس کو سوچتے ہوئے آپ ایک حدیث تک پہنچیں گے۔ ایک حدیث تک پہنچیں گے۔ رسول اللہ صلی اللہ علیہ وسلم نے کئی باتیں پریڈکشن زبان میں کہی ہیں، پیشین گ</w:t>
      </w:r>
    </w:p>
    <w:p>
      <w:r>
        <w:rPr>
          <w:b/>
        </w:rPr>
        <w:t xml:space="preserve">[32:47] </w:t>
      </w:r>
      <w:r>
        <w:t>yi ki zaban mein. yaani future mein aisa aisa hone wala hai. future mein. aap jante hain ke aap aaye seven century mein, aap ki paidaish hui 570 isvi mein, mission aap ne shuru kiya 110 isvi mein. to aap ke mission ka jo period hai woh seven century ady ka first quarter hai. is waqt aap ne aik baat kahi</w:t>
      </w:r>
    </w:p>
    <w:p>
      <w:pPr>
        <w:jc w:val="right"/>
      </w:pPr>
      <w:r>
        <w:t>وئی کی زبان میں۔ یعنی فیوچر میں ایسا ایسا ہونے والا ہے۔ فیوچر میں۔ آپ جانتے ہیں کہ آپ آئے سیون سینچری میں، آپ کی پیدائش ہوئی 570 عیسوی میں، مشن آپ نے شروع کیا 110 عیسوی میں۔ تو آپ کے مشن کا جو پیریڈ ہے وہ سیون سینچری ایڈی کا فرسٹ کوارٹر ہے۔ اس وقت آپ نے ایک بات کہی</w:t>
      </w:r>
    </w:p>
    <w:p>
      <w:r>
        <w:rPr>
          <w:b/>
        </w:rPr>
        <w:t xml:space="preserve">[33:17] </w:t>
      </w:r>
      <w:r>
        <w:t>prediction ki zaban mein. woh kya thi? ke "la ilaha illallah kalmatul islam". yaani aisa hone wala hai ke zameen ka koi ghar, chhota bada, baqi nahin rahe ga ke wahan par Islam</w:t>
      </w:r>
    </w:p>
    <w:p>
      <w:pPr>
        <w:jc w:val="right"/>
      </w:pPr>
      <w:r>
        <w:t>پریڈکشن کی زبان میں۔ وہ کیا تھی؟ کہ "لا الہ الا اللہ کلمۃ الاسلام"۔ یعنی ایسا ہونے والا ہے کہ زمین کا کوئی گھر، چھوٹا بڑا، باقی نہیں رہے گا کہ وہاں پر اسلام</w:t>
      </w:r>
    </w:p>
    <w:p>
      <w:r>
        <w:rPr>
          <w:b/>
        </w:rPr>
        <w:t xml:space="preserve">[33:47] </w:t>
      </w:r>
      <w:r>
        <w:t>ka kalma pahunch jae ga. har ghar mein, har insan tak, har aurat aur mard tak. to aap sochiye ke jab aap yeh farmate, tab to mumkin nahin tha. tab to insan geography nahin janta tha. geography kitna bada hai. yahan se wahan awaz nahin pahunch sakti thi. tab na car tha, na hawa jahaz the, na computer tha, na printing</w:t>
      </w:r>
    </w:p>
    <w:p>
      <w:pPr>
        <w:jc w:val="right"/>
      </w:pPr>
      <w:r>
        <w:t>کا کلمہ پہنچ جائے گا۔ ہر گھر میں، ہر انسان تک، ہر عورت اور مرد تک۔ تو آپ سوچیے کہ جب آپ یہ فرماتے، تب تو ممکن نہیں تھا۔ تب تو انسان جغرافیہ نہیں جانتا تھا۔ جغرافیہ کتنا بڑا ہے۔ یہاں سے وہاں آواز نہیں پہنچ سکتی تھی۔ تب نہ کار تھا، نہ ہوا جہاز تھے، نہ کمپیوٹر تھا، نہ پرنٹنگ</w:t>
      </w:r>
    </w:p>
    <w:p>
      <w:r>
        <w:rPr>
          <w:b/>
        </w:rPr>
        <w:t xml:space="preserve">[34:17] </w:t>
      </w:r>
      <w:r>
        <w:t>press tha, na print media tha, na electronic media tha, na modern communication tha. is waqt yeh phir impossible tha. impossible. tab aap ne aisa farmaya. to is ka matlab kya hua? is ka matlab yeh tha ke Allah taala ne barish barsae ga. opportunities ki barish, mawaqe ki barish. aise mawaqe jin ko istemal kar ke tum,</w:t>
      </w:r>
    </w:p>
    <w:p>
      <w:pPr>
        <w:jc w:val="right"/>
      </w:pPr>
      <w:r>
        <w:t>پریس تھا، نہ پرنٹ میڈیا تھا، نہ الیکٹرانک میڈیا تھا، نہ ماڈرن کمیونیکیشن تھا۔ اس وقت یہ پھر امپاسیبل تھا۔ امپاسیبل۔ تب آپ نے ایسا فرمایا۔ تو اس کا معنی کیا ہوا؟ اس کا معنی یہ تھا کہ اللہ تعالیٰ نے بارش برسائے گا۔ اپرچونیٹیز کی بارش، مواقع کی بارش۔ ایسے مواقع جن کو استعمال کر کے تم،</w:t>
      </w:r>
    </w:p>
    <w:p>
      <w:r>
        <w:rPr>
          <w:b/>
        </w:rPr>
        <w:t xml:space="preserve">[34:48] </w:t>
      </w:r>
      <w:r>
        <w:t>yaani ahl-e-iman, sari dunya tak Allah ka paigham pahuncha dein. to yeh to woh daur hai. yaani communication ki barish baras rahi hai. ab hamein kya karna hai? is khamosh awaz ko sunna hai, is Allah ke paigham ko janna hai, Allah ki planning ko janna hai.</w:t>
      </w:r>
    </w:p>
    <w:p>
      <w:pPr>
        <w:jc w:val="right"/>
      </w:pPr>
      <w:r>
        <w:t>یعنی اہل ایمان، ساری دنیا تک اللہ کا پیغام پہنچا دیں۔ تو یہ تو وہ دور ہے۔ یعنی کمیونیکیشن کی بارش برس رہی ہے۔ اب ہمیں کیا کرنا ہے؟ اس خاموش آواز کو سننا ہے، اس اللہ کے پیغام کو جاننا ہے، اللہ کی پلاننگ کو جاننا ہے۔</w:t>
      </w:r>
    </w:p>
    <w:p>
      <w:r>
        <w:rPr>
          <w:b/>
        </w:rPr>
        <w:t xml:space="preserve">[35:20] </w:t>
      </w:r>
      <w:r>
        <w:t>aik taraf dekhiye, Allah taala ne aaj ki dunya mein religious freedom de diya. total freedom aaj hai mazhab ke mamle mein. koi rukawat nahin hai. koi rukawat nahin hai. phir modern communication jo hai ke kisi goshe mein aap apni awaz pahuncha sakte hain. aik</w:t>
      </w:r>
    </w:p>
    <w:p>
      <w:pPr>
        <w:jc w:val="right"/>
      </w:pPr>
      <w:r>
        <w:t>ایک طرف دیکھیے، اللہ تعالیٰ نے آج کی دنیا میں ریلجس فریڈم دے دیا۔ ٹوٹل فریڈم آج ہے مذہب کے معاملے میں۔ کوئی رکاوٹ نہیں ہے۔ کوئی رکاوٹ نہیں ہے۔ پھر ماڈرن کمیونیکیشن جو ہے کہ کسی گوشے میں آپ اپنی آواز پہنچا سکتے ہیں۔ ایک</w:t>
      </w:r>
    </w:p>
    <w:p>
      <w:r>
        <w:rPr>
          <w:b/>
        </w:rPr>
        <w:t xml:space="preserve">[35:50] </w:t>
      </w:r>
      <w:r>
        <w:t>hi jagah baith kar ke. main yahan baitha hoon aur paas, yaani har jagah meri awaz pahunch sakti hai. jahan bhi chahe, koi apne computer ko download kar ke meri baat sun le. to yeh barish hi to hai. yeh phir dekhiye, aik bilkul aik naya phenomenon jis ko main kaha karta</w:t>
      </w:r>
    </w:p>
    <w:p>
      <w:pPr>
        <w:jc w:val="right"/>
      </w:pPr>
      <w:r>
        <w:t>ہی جگہ بیٹھ کر کے۔ میں یہاں بیٹھا ہوں اور پاس، یعنی ہر جگہ میری آواز پہنچ سکتی ہے۔ جہاں بھی چاہے، کوئی اپنے کمپیوٹر کو ڈاؤن لوڈ کر کے میری بات سن لے۔ تو یہ بارش ہی تو ہے۔ یہ پھر دیکھیے، ایک بالکل ایک نیا فیناومینا جس کو میں کہا کرتا</w:t>
      </w:r>
    </w:p>
    <w:p>
      <w:r>
        <w:rPr>
          <w:b/>
        </w:rPr>
        <w:t xml:space="preserve">[36:21] </w:t>
      </w:r>
      <w:r>
        <w:t>hoon global mobility. aalmi amad o raft. aaj dekhiye, education ke liye, business ke liye, job ke liye log yahan se wahan, wahan se wahan ja rahe hain. aur sab se bada tourism. tourism ke liye apne mulkon se nikal kar ke ja rahe hain doosre mulkon mein. aur chuki musalmanon ka jo hai pichhle zamane mein</w:t>
      </w:r>
    </w:p>
    <w:p>
      <w:pPr>
        <w:jc w:val="right"/>
      </w:pPr>
      <w:r>
        <w:t>ہوں گلوبل موبیلٹی۔ عالمی امد و رفت۔ آج دیکھیے، ایجوکیشن کے لیے، بزنس کے لیے، جاب کے لیے لوگ یہاں سے وہاں، وہاں سے وہاں جا رہے ہیں۔ اور سب سے بڑا ٹورزم۔ ٹورزم کے لیے اپنے ملکوں سے نکل کر کے جا رہے ہیں دوسرے ملکوں میں۔ اور چونکہ مسلمانوں کا جو ہے پچھلے زمانے میں</w:t>
      </w:r>
    </w:p>
    <w:p>
      <w:r>
        <w:rPr>
          <w:b/>
        </w:rPr>
        <w:t xml:space="preserve">[36:52] </w:t>
      </w:r>
      <w:r>
        <w:t>aik hazar saal tak dabdaba tha, aik hazar saal tak dabdaba tha, is bana par aksar mulkon mein un ke historical yadgaaren hain. yeh Turkey hai. main Turkey gaya to wahan jidhar jaiye, bheed hai siyahon ki. kyun? Turkey mein bahut daur hukumat kiya musalmanon ne aur bahut wahan par historical monument hain, un ko dekhne ke liye aate hain</w:t>
      </w:r>
    </w:p>
    <w:p>
      <w:pPr>
        <w:jc w:val="right"/>
      </w:pPr>
      <w:r>
        <w:t>ایک ہزار سال تک دبدبہ تھا، ایک ہزار سال تک دبدبہ تھا، اس بنا پر اکثر ملکوں میں ان کے ہسٹوریکل یادگاریں ہیں۔ یہ ترکی ہے۔ میں ترکی گیا تو وہاں جدھر جائیے، بھیڑ ہے سیاحوں کی۔ کیوں؟ ترکی میں بہت دور حکومت کیا مسلمانوں نے اور بہت وہاں پر ہسٹوریکل مونومنٹ ہیں، ان کو دیکھنے کے لیے آتے ہیں</w:t>
      </w:r>
    </w:p>
    <w:p>
      <w:r>
        <w:rPr>
          <w:b/>
        </w:rPr>
        <w:t xml:space="preserve">[37:22] </w:t>
      </w:r>
      <w:r>
        <w:t>wo. to dunya bhar mein yeh global tourism jo hai, woh kya hai? woh bhi aik barish hai. kyun? ke madu aa raha hai dawah ke paas. khud muslim mulkon mein aa raha hai. aaj Iraq mein, Afghanistan mein, Palestine mein, Syria mein, Kashmir mein</w:t>
      </w:r>
    </w:p>
    <w:p>
      <w:pPr>
        <w:jc w:val="right"/>
      </w:pPr>
      <w:r>
        <w:t>وہ۔ تو دنیا بھر میں یہ گلوبل ٹورزم جو ہے، وہ کیا ہے؟ وہ بھی ایک بارش ہے۔ کیوں؟ کہ مدعو آ رہا ہے دائیں کے پاس۔ خود مسلم ملکوں میں آ رہا ہے۔ آج عراق میں، افغانستان میں، فلسطین میں، شام میں، کشمیر میں</w:t>
      </w:r>
    </w:p>
    <w:p>
      <w:r>
        <w:rPr>
          <w:b/>
        </w:rPr>
        <w:t xml:space="preserve">[37:53] </w:t>
      </w:r>
      <w:r>
        <w:t>jitne bhi mumalik hain, bahut zyada yaani woh attractive ban gaya hai aaj kal ke zamane ke siyahon ke liye, touriston ke liye. aur bheed lagi hui hai jagah jagah. jaise 2011 mein Kashmir mein 10 lakh tourist aaye aur Turkey mein to 30 lakh tourist aaye. aisi har jagah.</w:t>
      </w:r>
    </w:p>
    <w:p>
      <w:pPr>
        <w:jc w:val="right"/>
      </w:pPr>
      <w:r>
        <w:t>جتنے بھی ممالک ہیں، بہت زیادہ یعنی وہ اٹریکٹو بن گیا ہے آج کل کے زمانے کے سیاحوں کے لیے، ٹورسٹوں کے لیے۔ اور بھیڑ لگی ہوئی ہے جگہ جگہ۔ جیسے 2011 میں کشمیر میں 10 لاکھ ٹورسٹ آئے اور ترکی میں تو 30 لاکھ ٹورسٹ آئے۔ ایسی ہر جگہ۔</w:t>
      </w:r>
    </w:p>
    <w:p>
      <w:r>
        <w:rPr>
          <w:b/>
        </w:rPr>
        <w:t xml:space="preserve">[38:25] </w:t>
      </w:r>
      <w:r>
        <w:t>to aik taraf Allah taala ne modern communication ki surat mein aap ko mawaslat ke mawaqe de diye. religious freedom ki surat mein tamam rukawaten door kar dein. modern tourism ki shakal mein madu ko khud aap ke darwaze pahuncha diya. printing press ki wajah se yeh mumkin hoga ke aap Islami kitaben chhappen, chhoti</w:t>
      </w:r>
    </w:p>
    <w:p>
      <w:pPr>
        <w:jc w:val="right"/>
      </w:pPr>
      <w:r>
        <w:t>تو ایک طرف اللہ تعالیٰ نے ماڈرن کمیونیکیشن کی صورت میں آپ کو مواصلات کے مواقع دے دیے۔ ریلجس فریڈم کی صورت میں تمام رکاوٹیں دور کر دیں۔ ماڈرن ٹورزم کی شکل میں مدعو کو خود آپ کے دروازے پہنچا دیا۔ پرنٹنگ پریس کی وجہ سے یہ ممکن ہوگا کہ آپ اسلامی کتابیں چھاپیں، چھوٹی</w:t>
      </w:r>
    </w:p>
    <w:p>
      <w:r>
        <w:rPr>
          <w:b/>
        </w:rPr>
        <w:t xml:space="preserve">[38:55] </w:t>
      </w:r>
      <w:r>
        <w:t>badi, aur har jagah logon ko dete rahen, distribute karen. yeh sab aasani aasani. to dawah ki asaniyon ki barish ho rahi hai. jis tarah kisan ke liye pani ki barish hoti hai, woh is mein fasal ugata hai. to is zamane mein dawah ki barish ho rahi hai, dawah mawaqe ki barish ho rahi hai, dawah opportunities ki barish ho rahi hai.</w:t>
      </w:r>
    </w:p>
    <w:p>
      <w:pPr>
        <w:jc w:val="right"/>
      </w:pPr>
      <w:r>
        <w:t>بڑی، اور ہر جگہ لوگوں کو دیتے رہیں، ڈسٹریبیوٹ کریں۔ یہ سب آسانی آسانی۔ تو دعوتی آسانیوں کی بارش ہو رہی ہے۔ جس طرح کسان کے لیے پانی کی بارش ہوتی ہے، وہ اس میں فصل اگاتا ہے۔ تو اس زمانے میں دعوت کی بارش ہو رہی ہے، دعوتی مواقع کی بارش ہو رہی ہے، دعوت اپرچونیٹیز کی بارش ہو رہی ہے۔</w:t>
      </w:r>
    </w:p>
    <w:p>
      <w:r>
        <w:rPr>
          <w:b/>
        </w:rPr>
        <w:t xml:space="preserve">[39:26] </w:t>
      </w:r>
      <w:r>
        <w:t>is ko samjhiye, is ko samjhiye. yeh jo akhbar maine padha aur Quran ki ayat ko dekha ke log bohat hi chhoti cheezon ke liye, thode se maal ke liye, ya thodi si land ke liye, thodi si property ki ladai kar rahe hain. aur Allah taala phir poori rosh ka pesh kar raha hai aap ke liye ke tum</w:t>
      </w:r>
    </w:p>
    <w:p>
      <w:pPr>
        <w:jc w:val="right"/>
      </w:pPr>
      <w:r>
        <w:t>اس کو سمجھیے، اس کو سمجھیے۔ یہ جو اخبار میں نے پڑھا اور قرآن کی آیت کو دیکھا کہ لوگ بہت ہی چھوٹی چیزوں کے لیے، تھوڑے سے مال کے لیے، یا تھوڑے سے لینڈ کے لیے، تھوڑی سی پراپرٹی کی لڑائی کر رہے ہیں۔ اور اللہ تعالیٰ پھر پوری روش کا پیش کر رہا ہے آپ کے لیے کہ تم</w:t>
      </w:r>
    </w:p>
    <w:p>
      <w:r>
        <w:rPr>
          <w:b/>
        </w:rPr>
        <w:t xml:space="preserve">[39:58] </w:t>
      </w:r>
      <w:r>
        <w:t>dawah Allah ka kaam karo aur sari jannat tumhare liye hai. kyun ke dawah Allah ka kaam kya hai? yeh Allah ka kaam hai. is ko Quran mein kaha gaya Allah ki madad karna. is ko Allah ki madad karna kaha gaya hai. aik hi kaam aisa hai jis ko Allah ne apni madad karna bataya hai Quran mein. aur woh hai dawah Allah.</w:t>
      </w:r>
    </w:p>
    <w:p>
      <w:pPr>
        <w:jc w:val="right"/>
      </w:pPr>
      <w:r>
        <w:t>دعوت اللہ کا کام کرو اور ساری جنت تمہارے لیے ہے۔ کیونکہ دعوت اللہ کا کام کیا ہے؟ یہ اللہ کا کام ہے۔ اس کو قرآن میں کہا گیا اللہ کی مدد کرنا۔ اس کو اللہ کی مدد کرنا کہا گیا ہے۔ ایک ہی کام ایسا ہے جس کو اللہ نے اپنی مدد کرنا بتایا ہے قرآن میں۔ اور وہ ہے دعوت اللہ۔</w:t>
      </w:r>
    </w:p>
    <w:p>
      <w:r>
        <w:rPr>
          <w:b/>
        </w:rPr>
        <w:t xml:space="preserve">[40:31] </w:t>
      </w:r>
      <w:r>
        <w:t>ab ghor kijiye ke jo aadmi Allah ka kaam kare to Allah kitna zyada is ko inaam de ga. is ka andaza nahin kar sakte aap. to yeh woh baaten hain jis par hamein sochna chahiye. log yeh baaton ko soch rahe hain. sare jo log insan kya soch rahe hain?</w:t>
      </w:r>
    </w:p>
    <w:p>
      <w:pPr>
        <w:jc w:val="right"/>
      </w:pPr>
      <w:r>
        <w:t>اب غور کیجیے کہ جو آدمی اللہ کا کام کرے تو اللہ کتنا زیادہ اس کو انعام دے گا۔ اس کا اندازہ نہیں کر سکتے آپ۔ تو یہ وہ باتیں ہیں جس پر ہمیں سوچنا چاہیے۔ لوگ یہ باتوں کو سوچ رہے ہیں۔ سارے جو لوگ انسان کیا سوچ رہے ہیں؟</w:t>
      </w:r>
    </w:p>
    <w:p>
      <w:r>
        <w:rPr>
          <w:b/>
        </w:rPr>
        <w:t xml:space="preserve">[41:03] </w:t>
      </w:r>
      <w:r>
        <w:t>sare jo log insan ki soch problem oriented soch hai. dunya bhar ke musalman problem oriented soch. kisi bhi yahan se le kar America tak, kaise mili hai? yahan se Arab tak, kaise mili hai? sab problem ki baaten kare ga. koi bhi opportunities ki baat nahin karta. bas problem, problem, problem. yeh to shaitani</w:t>
      </w:r>
    </w:p>
    <w:p>
      <w:pPr>
        <w:jc w:val="right"/>
      </w:pPr>
      <w:r>
        <w:t>سارے جو لوگ انسان کی سوچ پرابلم اورینٹڈ سوچ ہے۔ دنیا بھر کے مسلمان پرابلم اورینٹڈ سوچ۔ کسی بھی یہاں سے لے کر امریکہ تک، کیسے ملی ہے؟ یہاں سے عرب تک، کیسے ملی ہے؟ سب پرابلم کی باتیں کرے گا۔ کوئی بھی اپرچونیٹیز کی بات نہیں کرتا۔ بس پرابلم، پرابلم، پرابلم۔ یہ تو شیطانی</w:t>
      </w:r>
    </w:p>
    <w:p>
      <w:r>
        <w:rPr>
          <w:b/>
        </w:rPr>
        <w:t xml:space="preserve">[41:34] </w:t>
      </w:r>
      <w:r>
        <w:t>shaitani yaani behkawa hai. shaitani behkawa hai. shaitan ne hum ko hata diya hai Khuda wali soch se aur daal diya hai idhar jidhar hum kuch na paen. yaani is se bhatakte rahen. dawah soch se hatane ke liye shaitan ne kya kiya? musalmanon ke andar problem wali soch mein un ko daal diya hai. log subah ka problem padhte</w:t>
      </w:r>
    </w:p>
    <w:p>
      <w:pPr>
        <w:jc w:val="right"/>
      </w:pPr>
      <w:r>
        <w:t>، شیطانی یعنی بہکاوا ہے۔ شیطانی بہکاوا ہے۔ شیطان نے ہم کو ہٹا دیا ہے خدا والی سوچ سے اور ڈال دیا ہے ادھر جدھر ہم کچھ نہ پائیں۔ یعنی اس سے بھٹکتے رہیں۔ دعوت سوچ سے ہٹانے کے لیے شیطان نے کیا کیا؟ مسلمانوں کے اندر پرابلم والی سوچ میں ان کو ڈال دیا ہے۔ لوگ رات صبح کا پرابلم پڑھتے</w:t>
      </w:r>
    </w:p>
    <w:p>
      <w:r>
        <w:rPr>
          <w:b/>
        </w:rPr>
        <w:t xml:space="preserve">[42:04] </w:t>
      </w:r>
      <w:r>
        <w:t>hain, woh yahan yeh problem, wahan woh problem, isi isi ki isi ki charcha karte hain, isi ki baaten karte hain. aap jante hain ke is zamane mein bohat bada aik industry hai jis ko hum kehte hain media. media aik industry hai. akhbar jo nikalte hain woh aik industry hote hain. TV jo hai aik industry hai. less matlab ke interest ke liye kiya jata hai. interest</w:t>
      </w:r>
    </w:p>
    <w:p>
      <w:pPr>
        <w:jc w:val="right"/>
      </w:pPr>
      <w:r>
        <w:t>ہیں، وہ یہاں یہ پرابلم، وہاں وہ پرابلم، اسی اسی کی اسی کی چرچا کرتے ہیں، اسی کی باتیں کرتے ہیں۔ آپ جانتے ہیں کہ اس زمانے میں بہت بڑا ایک انڈسٹری ہے جس کو ہم کہتے ہیں میڈیا۔ میڈیا ایک انڈسٹری ہے۔ اخبار جو نکلتے ہیں وہ ایک انڈسٹری ہوتے ہیں۔ ٹی وی جو ہے ایک انڈسٹری ہے۔ لیس مطلب کہ انٹرسٹ کے لیے کیا جاتا ہے۔ انٹرسٹ</w:t>
      </w:r>
    </w:p>
    <w:p>
      <w:r>
        <w:rPr>
          <w:b/>
        </w:rPr>
        <w:t xml:space="preserve">[42:34] </w:t>
      </w:r>
      <w:r>
        <w:t>ke liye. is bana par kya hua hai ke is zamane ke tamam jo media hai, is ka focus kya ho gaya hai? sensational news. chahe akhbar ho, chahe TV ho. kyun ke woh jante hain ke log jo hai sensational news ko bohat jald sunte hain, bohat jald padhte hain, isi tarah attract hote hain. to media ka kaam hai</w:t>
      </w:r>
    </w:p>
    <w:p>
      <w:pPr>
        <w:jc w:val="right"/>
      </w:pPr>
      <w:r>
        <w:t>کے لیے۔ اس بنا پر کیا ہوا ہے کہ اس زمانے کے تمام جو میڈیا ہے، اس کا فوکس کیا ہو گیا ہے؟ سنسیشنل نیوز۔ چاہے اخبار ہو، چاہے ٹی وی ہو۔ کیونکہ وہ جانتے ہیں کہ لوگ جو ہے سنسیشنل نیوز کو بہت جلد سنتے ہیں، بہت جلد پڑھتے ہیں، اسی طرح اٹریکٹ ہوتے ہیں۔ تو میڈیا کا کام ہے</w:t>
      </w:r>
    </w:p>
    <w:p>
      <w:r>
        <w:rPr>
          <w:b/>
        </w:rPr>
        <w:t xml:space="preserve">[43:04] </w:t>
      </w:r>
      <w:r>
        <w:t>news ko sell karna. aur jab market mein jis cheez ke, jis cheez ki demand hai, usi ko sell kare ga aadmi. to market mein demand, demand hai sensational news ki. to media isi ko chhaptata hai, isi ko phailata hai. to dhoond dhoond kar aise baaten laen ga. dhoond dhoond kar.</w:t>
      </w:r>
    </w:p>
    <w:p>
      <w:pPr>
        <w:jc w:val="right"/>
      </w:pPr>
      <w:r>
        <w:t>نیوز کو سیل کرنا۔ اور جب مارکیٹ میں جس چیز کے، جس چیز کی ڈیمانڈ ہے، اسی کو سیل کرے گا آدمی۔ تو مارکیٹ میں ڈیمانڈ، ڈیمانڈ ہے سنسیشنل نیوز کی۔ تو میڈیا اسی کو چھاپتا ہے، اسی کو پھیلاتا ہے۔ تو ڈھونڈ ڈھونڈ کر ایسے باتیں لائیں گے۔ ڈھونڈ ڈھونڈ کر۔</w:t>
      </w:r>
    </w:p>
    <w:p>
      <w:r>
        <w:rPr>
          <w:b/>
        </w:rPr>
        <w:t xml:space="preserve">[43:40] </w:t>
      </w:r>
      <w:r>
        <w:t>main aap ko aik qissa bataun aap ko. aik martaba main bahar gaya hua tha to hawa jahaz mein jo akhbar hote hain, us ko maine padha. to us mein aik Urdu akhbar tha, nahin, aik Pakistani akhbar tha, Urdu ka Pakistani akhbar. jahaz mein to us mein likha hua tha, y</w:t>
      </w:r>
    </w:p>
    <w:p>
      <w:pPr>
        <w:jc w:val="right"/>
      </w:pPr>
      <w:r>
        <w:t>میں آپ کو ایک قصہ بتاؤں آپ کو۔ ایک مرتبہ میں باہر گیا ہوا تھا تو ہوا جہاز میں جو اخبار ہوتے ہیں، اس کو میں نے پڑھا۔ تو اس میں ایک اردو اخبار تھا، نہیں، ایک پاکستانی اخبار تھا، اردو کا پاکستانی اخبار۔ جہاز میں تو اس میں لکھا ہوا تھا، ی</w:t>
      </w:r>
    </w:p>
    <w:p>
      <w:r>
        <w:rPr>
          <w:b/>
        </w:rPr>
        <w:t xml:space="preserve">[44:10] </w:t>
      </w:r>
      <w:r>
        <w:t>aani headline thi: "Bharat mein, Bharat mein Hindu Muslim fasad". Bharat ka lafz tha. ab main jab airport pe utra to main ne socha ke jab sare Bharat mein fasad ho raha hai to Delhi mein fasad hoga. to bohat is mein tha ke kya pata yeh halaat honge Delhi mein. to airport se utar kar maine ja ke telephone kiya ghar walon ko to telephone mila nahin.</w:t>
      </w:r>
    </w:p>
    <w:p>
      <w:pPr>
        <w:jc w:val="right"/>
      </w:pPr>
      <w:r>
        <w:t>عنی ہیڈ لائن تھی: "بھارت میں، بھارت میں ہندو مسلم فساد"۔ بھارت کا لفظ تھا۔ اب میں جب ایئرپورٹ پہ اترا تو میں نے سوچا کہ جب سارے بھارت میں فساد ہو رہا ہے تو دلی میں فساد ہوگا۔ تو بہت اس میں تھا کہ کیا پتہ یہ حالات ہوں گے دلی میں۔ تو ایئرپورٹ سے اتر کر میں نے جا کے ٹیلی فون کیا گھر والوں کو تو ٹیلی فون ملا نہیں۔</w:t>
      </w:r>
    </w:p>
    <w:p>
      <w:r>
        <w:rPr>
          <w:b/>
        </w:rPr>
        <w:t xml:space="preserve">[44:41] </w:t>
      </w:r>
      <w:r>
        <w:t>to behraal dar dar ke aaya. to yahan kuch bhi nahin tha. aik chhota sa waqea tha. aik chhoti si colony hai Delhi mein, in Athras colony aik hai chhoti si Delhi mein. wahan par kuch do ek masmaar aik hadiyon mein jhagda ho gaya tha. wahan kuch is ka qissa hua tha. to us mein chhapa Bharat mein Hindu Muslim fasad.</w:t>
      </w:r>
    </w:p>
    <w:p>
      <w:pPr>
        <w:jc w:val="right"/>
      </w:pPr>
      <w:r>
        <w:t>تو بہرحال ڈر ڈر کے آیا۔ تو یہاں کچھ بھی نہیں تھا۔ ایک چھوٹا سا واقعہ تھا۔ ایک چھوٹی سی کالونی ہے دلی میں، ان ایتھراس کالونی ایک ہے چھوٹی سی دلی میں۔ وہاں پر کچھ دو ایک مسمار ایک ہڈیوں میں جھگڑا ہو گیا تھا۔ وہاں کچھ اس کا قصہ ہوا تھا۔ تو اس میں چھاپا بھارت میں ہندو مسلم فساد۔</w:t>
      </w:r>
    </w:p>
    <w:p>
      <w:r>
        <w:rPr>
          <w:b/>
        </w:rPr>
        <w:t xml:space="preserve">[45:12] </w:t>
      </w:r>
      <w:r>
        <w:t>yeh karta hai har akhbar, yeh karta hai. Dhoondh kar ke matlab sari dunya mein hazaron news thi. Hazaron news ko nahi chhapna tha, chhapna tha kya news? Ek chhoti si news. To is se aaj kal kya haal hai sab ka ke TV dekhte hain, akhbar padhte hain, isi se woh apna mind banate hain. Aur jo TV</w:t>
      </w:r>
    </w:p>
    <w:p>
      <w:pPr>
        <w:jc w:val="right"/>
      </w:pPr>
      <w:r>
        <w:t>یہ کرتا ہے ہر اخبار، یہ کرتا ہے۔ ڈھونڈ کر کے مطلب ساری دنیا میں ہزاروں نیوز تھیں۔ ہزاروں نیوز کو نہیں چھاپنا تھا، چھاپنا تھا کیا نیوز؟ ایک چھوٹی سی نیوز۔ تو اس سے آج کل کیا حال ہے سب کا کہ ٹی وی دیکھتے ہیں، اخبار پڑھتے ہیں، اسی سے وہ اپنا مائنڈ بناتے ہیں۔ اور جو ٹی وی</w:t>
      </w:r>
    </w:p>
    <w:p>
      <w:r>
        <w:rPr>
          <w:b/>
        </w:rPr>
        <w:t xml:space="preserve">[45:42] </w:t>
      </w:r>
      <w:r>
        <w:t>hai, jo akhbar hai, uska culture kya hai? Sensational news ko dhoondh dhoondh kar, dhoondh dhoondh kar lana, unko numayan karna. To is se musalmanon ka zehan bana hai. Aaj ka musalman jo hai, uska zehan Quran ne nahi banaya hai, Hadees ne nahi banaya hai, zehan banaya hai akhbaron ne, TV ne. Yeh kitni kitni ajeeb baat hai yeh.</w:t>
      </w:r>
    </w:p>
    <w:p>
      <w:pPr>
        <w:jc w:val="right"/>
      </w:pPr>
      <w:r>
        <w:t>ہے، جو اخبار ہے، اس کا کلچر کیا ہے؟ سنسیشنل نیوز کو ڈھونڈ ڈھونڈ کر، ڈھونڈ ڈھونڈ کر لانا، ان کو نمایاں کرنا۔ تو اس سے مسلمانوں کا ذہن بنا ہے۔ آج کا مسلمان جو ہے، اس کا ذہن قرآن نے نہیں بنایا ہے، حدیث نے نہیں بنایا ہے، ذہن بنایا ہے اخباروں نے، ٹی وی نے۔ یہ کتنی کتنی عجیب بات ہے یہ۔</w:t>
      </w:r>
    </w:p>
    <w:p>
      <w:r>
        <w:rPr>
          <w:b/>
        </w:rPr>
        <w:t xml:space="preserve">[46:13] </w:t>
      </w:r>
      <w:r>
        <w:t>Musalman ka zehan banna chahiye Quran se, Hadees se, Allah ki baaton se. Kis se ban raha hai? Media se. Aur media kya hai? Woh selective news deta hai, selective news. Yani sari news nahi deta. Kehne ke liye to woh news industry hai, lekin yeh galat baat hai. Media news industry nahi hai, woh to sirf selective news ki industry hai. Selective. Woh bhi konsa</w:t>
      </w:r>
    </w:p>
    <w:p>
      <w:pPr>
        <w:jc w:val="right"/>
      </w:pPr>
      <w:r>
        <w:t>مسلمان کا ذہن بننا چاہیے قرآن سے، حدیث سے، اللہ کی باتوں سے۔ کس سے بن رہا ہے؟ میڈیا سے۔ اور میڈیا کیا ہے؟ وہ سلیکٹو نیوز دیتا ہے، سلیکٹو نیوز۔ یعنی ساری نیوز نہیں دیتا۔ کہنے کے لیے تو وہ نیوز انڈسٹری ہے، لیکن یہ غلط بات ہے۔ میڈیا نیوز انڈسٹری نہیں ہے، وہ تو صرف سلیکٹو نیوز کی انڈسٹری ہے۔ سلیکٹو۔ وہ بھی کون سا</w:t>
      </w:r>
    </w:p>
    <w:p>
      <w:r>
        <w:rPr>
          <w:b/>
        </w:rPr>
        <w:t xml:space="preserve">[46:44] </w:t>
      </w:r>
      <w:r>
        <w:t>sensational news? Sensational news. To hamein apne is zehan ko badalna hoga. Tab ja kar hum Allah wali baaton ko samajh payenge. Tab Allah ka jo itna bada inaam hai, jis ko bataya ja raha hai Quran o Hadees mein, us ko hum jaan payenge. Tab ja kar apni zindagi ka orientation badlenge. Orientation. Abhi to orientation galat hai.</w:t>
      </w:r>
    </w:p>
    <w:p>
      <w:pPr>
        <w:jc w:val="right"/>
      </w:pPr>
      <w:r>
        <w:t>سنسیشنل نیوز؟ سنسیشنل نیوز۔ تو ہمیں اپنے اس ذہن کو بدلنا ہوگا۔ تب جا کر ہم اللہ والی باتوں کو سمجھ پائیں گے۔ تب اللہ کا جو اتنا بڑا انعام ہے، جس کو بتایا جا رہا ہے قرآن و حدیث میں، اس کو ہم جان پائیں گے۔ تب جا کر اپنی زندگی کا اورینٹیشن بدلیں گے۔ اورینٹیشن۔ ابھی تو اورینٹیشن غلط ہے۔</w:t>
      </w:r>
    </w:p>
    <w:p>
      <w:r>
        <w:rPr>
          <w:b/>
        </w:rPr>
        <w:t xml:space="preserve">[47:16] </w:t>
      </w:r>
      <w:r>
        <w:t>Abhi to orientation galat hai. To ab main yeh arz karna chahunga ke Allah ke kitab ke mutabiq musalman ka ya ahle iman ka nishana kya hona chahiye? Sirf do nishana: Maarifat aur Dawat.</w:t>
      </w:r>
    </w:p>
    <w:p>
      <w:pPr>
        <w:jc w:val="right"/>
      </w:pPr>
      <w:r>
        <w:t>ابھی تو اورینٹیشن غلط ہے۔ تو اب میں یہ عرض کرنا چاہوں گا کہ اللہ کے کتاب کے مطابق مسلمان کا یا اہل ایمان کا نشانہ کیا ہونا چاہیے؟ صرف دو نشانہ: معرفت اور دعوت۔</w:t>
      </w:r>
    </w:p>
    <w:p>
      <w:r>
        <w:rPr>
          <w:b/>
        </w:rPr>
        <w:t xml:space="preserve">[47:47] </w:t>
      </w:r>
      <w:r>
        <w:t>Maarifat ka matlab hai self realization. Yani apne aap ko itna aap develop karein, apni samajh ko itna apne andar intellectual development layein ke Allah ko aap discovery ke zariye pa sakein. Abhi to humne paya hai sirf kalma padhte the. Kalma padh liya aur samajhte hain ke Allah mil gaya. Allah nahi mila hai. Allah ko pa</w:t>
      </w:r>
    </w:p>
    <w:p>
      <w:pPr>
        <w:jc w:val="right"/>
      </w:pPr>
      <w:r>
        <w:t>معرفت کا مطلب ہے سیلف ریالائزیشن۔ یعنی اپنے آپ کو اتنا آپ ڈیولپ کریں، اپنی سمجھ کو اتنا اپنے اندر انٹلیکچول ڈیولپمنٹ لائیں کہ اللہ کو آپ ڈسکوری کے ذریعے پا سکیں۔ ابھی تو ہم نے پایا ہے صرف کلمہ پڑھتے تھے۔ کلمہ پڑھ لیا اور سمجھتے ہیں کہ اللہ مل گیا۔ اللہ نہیں ملا ہے۔ اللہ کو پ</w:t>
      </w:r>
    </w:p>
    <w:p>
      <w:r>
        <w:rPr>
          <w:b/>
        </w:rPr>
        <w:t xml:space="preserve">[48:17] </w:t>
      </w:r>
      <w:r>
        <w:t>ane wala woh hai jis ne discovery ke darje mein Allah ko paya ho. Yeh hai maarifat. Kalma padhne wale ne Allah ko nahi paya hai. To jab aap Quran mein ghor karenge, jab aap nature mein ghor karenge, zameen o aasman mein ghor karenge, jaisa ke Quran mein bar</w:t>
      </w:r>
    </w:p>
    <w:p>
      <w:pPr>
        <w:jc w:val="right"/>
      </w:pPr>
      <w:r>
        <w:t>انے والا وہ ہے جس نے ڈسکوری کے درجے میں اللہ کو پایا ہو۔ یہ ہے معرفت۔ کلمہ پڑھنے والے نے اللہ کو نہیں پایا ہے۔ تو جب آپ قرآن میں غور کریں گے، جب آپ نیچر میں غور کریں گے، زمین و آسمان میں غور کریں گے، جیسا کہ قرآن میں بار</w:t>
      </w:r>
    </w:p>
    <w:p>
      <w:r>
        <w:rPr>
          <w:b/>
        </w:rPr>
        <w:t xml:space="preserve">[48:47] </w:t>
      </w:r>
      <w:r>
        <w:t>bar kaha gaya hai ke zameen o aasman ko socho, zameen o aasman par ghor karo, yani matlab nature pe ghor karo. To jab aap Quran mein ghor karenge, Allah ke creation par ghor karenge, Rasool aur Ashab e Rasool ki zindagi par ghor karenge, tab ja kar aisa hoga ke aap ko maarifat milegi. Maarifat, maarifat wala inaam. Maarifat wala inaam ka matlab kya hai? Discovery ke darje mein paya hua</w:t>
      </w:r>
    </w:p>
    <w:p>
      <w:pPr>
        <w:jc w:val="right"/>
      </w:pPr>
      <w:r>
        <w:t>بار کہا گیا ہے کہ زمین و آسمان کو سوچو، زمین و آسمان پر غور کرو، یعنی مطلب نیچر پہ غور کرو۔ تو جب آپ قرآن میں غور کریں گے، اللہ کے کریشن پر غور کریں گے، رسول اور اصحاب رسول کی زندگیوں پر غور کریں گے، تب جا کر ایسا ہوگا کہ آپ کو معرفت ملے گی۔ معرفت، معرفت والا انعام۔ معرفت والا انعام کا مطلب کیا ہے؟ ڈسکوری کے درجے میں پایا ہوا</w:t>
      </w:r>
    </w:p>
    <w:p>
      <w:r>
        <w:rPr>
          <w:b/>
        </w:rPr>
        <w:t xml:space="preserve">[49:17] </w:t>
      </w:r>
      <w:r>
        <w:t>iman. Daryaft ke darje mein paya hua iman. To jab discovery ke darje mein milta hai iman to saada baat nahi hoti. Woh bemisal mein hota hai. Woh aap ke andar ek samajh mein hajar paida karta hai. Aap ke andar ek chashma jari hota hai Allah ke yaqeen ka, Allah se ta'alluq ka. To woh jab iman hasil hota hai, tab ja kar aap ke andar woh parshad banti hai jo parshad</w:t>
      </w:r>
    </w:p>
    <w:p>
      <w:pPr>
        <w:jc w:val="right"/>
      </w:pPr>
      <w:r>
        <w:t>ایمان۔ دریافت کے درجے میں پایا ہوا ایمان۔ تو جب ڈسکوری کے درجے میں ملتا ہے ایمان تو سادہ بات نہیں ہوتی۔ وہ بے مثال میں ہوتا ہے۔ وہ آپ کے اندر ایک سمجھ میں حجر پیدا کرتا ہے۔ آپ کے اندر ایک چشمہ جاری ہوتا ہے اللہ کے یقین کا، اللہ سے تعلق کا۔ تو وہ جب ایمان حاصل ہوتا ہے، تب جا کر آپ کے اندر وہ پرشاد بنتی ہے جو پرشاد</w:t>
      </w:r>
    </w:p>
    <w:p>
      <w:r>
        <w:rPr>
          <w:b/>
        </w:rPr>
        <w:t xml:space="preserve">[49:47] </w:t>
      </w:r>
      <w:r>
        <w:t>jannat mein dakhil karne ke qabil ho. Sirf kalma padh kar jannat nahi milegi. Zalik jaza mantazakah. Yani ba-dqah shakhsiyat banane se jannat milegi. Ba-dqah shakhsiyat ka matlab kya hai? Woh personality jis ke andar maarifat ho, woh personality jis ke andar Allah ka ghar yaqeen ho, woh personality jis ke andar Allah se</w:t>
      </w:r>
    </w:p>
    <w:p>
      <w:pPr>
        <w:jc w:val="right"/>
      </w:pPr>
      <w:r>
        <w:t>جنت میں داخل کرنے کے قابل ہو۔ صرف کلمہ پڑھ کر جنت نہیں ملے گی۔ ذالک جزا منتزکہ۔ یعنی بدقہ شخصیت بنانے سے جنت ملے گی۔ بدقہ شخصیت کا مطلب کیا ہے؟ وہ پرسنیلٹی جس کے اندر معرفت ہو، وہ پرسنیلٹی جس کے اندر اللہ کا گھر یقین ہو، وہ پرسنیلٹی جس کے اندر اللہ سے</w:t>
      </w:r>
    </w:p>
    <w:p>
      <w:r>
        <w:rPr>
          <w:b/>
        </w:rPr>
        <w:t xml:space="preserve">[50:18] </w:t>
      </w:r>
      <w:r>
        <w:t>hubb shadeed aur khauf shadeed ho, woh personality jis mein Allah uska solid concentration ban gaya ho, tab ja kar aadmi is qabil hota hai ke aakhirat mein woh jannat mein dakhle ke liye uska intikhab kiya jae. Doosri hai Dawat Allah. Yani jis haqeeqat ko aap ne apne liye</w:t>
      </w:r>
    </w:p>
    <w:p>
      <w:pPr>
        <w:jc w:val="right"/>
      </w:pPr>
      <w:r>
        <w:t>حب شدید اور خوف شدید ہو، وہ پرسنیلٹی جس میں اللہ اس کا سولڈ کنسنٹ بن گیا ہو، تب جا کر آدمی اس قابل ہوتا ہے کہ آخرت میں وہ جنت میں داخلے کے لیے اس کا انتخاب کیا جائے۔ دوسری ہے دعوت اللہ۔ یعنی جس حقیقت کو آپ نے اپنے لیے</w:t>
      </w:r>
    </w:p>
    <w:p>
      <w:r>
        <w:rPr>
          <w:b/>
        </w:rPr>
        <w:t xml:space="preserve">[50:48] </w:t>
      </w:r>
      <w:r>
        <w:t>paya hai, jis sachai ko aap ne apne liye jana hai, us ko doosron tak pahunchana. Aur yeh doosron tak pahunchana yeh Allah ka kaam hai. Isi liye paygambar bheje gaye. Quran mein aaya hai ke yeh ayat Surah Nisa mein hai. Yani Allah</w:t>
      </w:r>
    </w:p>
    <w:p>
      <w:pPr>
        <w:jc w:val="right"/>
      </w:pPr>
      <w:r>
        <w:t>پایا ہے، جس سچائی کو آپ نے اپنے لیے جانا ہے، اس کو دوسروں تک پہنچانا۔ اور یہ دوسروں تک پہنچانا یہ اللہ کا کام ہے۔ اسی لیے پیغمبر بھیجے گئے۔ قرآن میں آیا ہے کہ یہ آیت سورہ النساء میں ہے۔ یعنی اللہ</w:t>
      </w:r>
    </w:p>
    <w:p>
      <w:r>
        <w:rPr>
          <w:b/>
        </w:rPr>
        <w:t xml:space="preserve">[51:18] </w:t>
      </w:r>
      <w:r>
        <w:t>ne bheje paygambar, basharat dene wale aur darane wale, ta ke Allah par log حجت na rahein. Yani aap jante hain ke Allah taala ek din aane wala hai jab ke sare insan mar chuke honge.</w:t>
      </w:r>
    </w:p>
    <w:p>
      <w:pPr>
        <w:jc w:val="right"/>
      </w:pPr>
      <w:r>
        <w:t>نے بھیجے پیغمبر، بشارت دینے والے اور ڈرانے والے، تاکہ اللہ پر لوگ حجت نہ رہیں۔ یعنی آپ جانتے ہیں کہ اللہ تعالی ایک دن آنے والا ہے جب کہ سارے انسان مر چکے ہوں گے۔</w:t>
      </w:r>
    </w:p>
    <w:p>
      <w:r>
        <w:rPr>
          <w:b/>
        </w:rPr>
        <w:t xml:space="preserve">[51:50] </w:t>
      </w:r>
      <w:r>
        <w:t>Sare hi insan hashr ke maidan mein ekattha kiye jayenge. Tamam insan, tamam insan is waqt logon ko maloom hoga ke kamyab woh hai jis ki jannat ka faisla hua, nakam woh hai jis ko jahannum jis ke liye muqaddar, jis ke liye ho gai. Is waqt insan chekhega.</w:t>
      </w:r>
    </w:p>
    <w:p>
      <w:pPr>
        <w:jc w:val="right"/>
      </w:pPr>
      <w:r>
        <w:t>سارے ہی انسان حشر کے میدان میں اکٹھا کیے جائیں گے۔ تمام انسان، تمام انسان اس وقت لوگوں کو معلوم ہوگا کہ کامیاب وہ ہے جس کی جنت کا فیصلہ ہوا، ناکام وہ ہے جس کو جہنم جس کے لیے مقدر، جس کے لیے ہو گئی۔ اس وقت انسان چیخے گا۔</w:t>
      </w:r>
    </w:p>
    <w:p>
      <w:r>
        <w:rPr>
          <w:b/>
        </w:rPr>
        <w:t xml:space="preserve">[52:20] </w:t>
      </w:r>
      <w:r>
        <w:t>To Allah taala ke manzoor ko yeh na keh sake is din ke hum ko to pata nahi tha ke maut ke baad yeh sab hone wala hai. Hum to jante nahi the ke maut ke baad hashr mein Allah ke samne hisab hona hai. Maut ke baad jannat jahannum ka amal hai. Humein is ki khabar nahi thi. To Allah ko manzoor nahi hai ke koi insan hashr ke maidan mein yeh keh sake. Is liye Rasool bheje</w:t>
      </w:r>
    </w:p>
    <w:p>
      <w:pPr>
        <w:jc w:val="right"/>
      </w:pPr>
      <w:r>
        <w:t>تو اللہ تعالی کے منظور کو یہ نہ کہہ سکے اس دن کہ ہم کو تو پتہ نہیں تھا کہ موت کے بعد یہ سب ہونے والا ہے۔ ہم تو جانتے نہیں تھے کہ موت کے بعد حشر میں اللہ کے سامنے حساب ہونا ہے۔ موت کے بعد جنت جہنم کا عمل ہے۔ ہمیں اس کی خبر نہیں تھی۔ تو اللہ کو منظور نہیں ہے کہ کوئی انسان حشر کے میدان میں یہ کہہ سکے۔ اس لیے رسول بھیجے</w:t>
      </w:r>
    </w:p>
    <w:p>
      <w:r>
        <w:rPr>
          <w:b/>
        </w:rPr>
        <w:t xml:space="preserve">[52:51] </w:t>
      </w:r>
      <w:r>
        <w:t>aur khatam e risalat ke baad yeh zimmedari Islam ke qarar pai. Isi liye Hadees mein aata hai ke Al-musalmoon shuhada Allah fil ardh. To ab koi Nabi aane wala nahi hai, lekin zimmedari jo thi Nabi ki woh khatam nahi hui. To Ummat e Muslima maqam e Nubuwat par hai. Yani woh kaam Nabi, woh</w:t>
      </w:r>
    </w:p>
    <w:p>
      <w:pPr>
        <w:jc w:val="right"/>
      </w:pPr>
      <w:r>
        <w:t>اور ختم رسالت کے بعد یہ ذمہ داری الاسلام کے قرار پائی۔ اسی لیے حدیث میں آتا ہے کہ المسلمون شہداء اللہ فی الارض۔ تو اب کوئی نبی آنے والا نہیں ہے، لیکن ذمہ داری جو تھی نبی کی وہ ختم نہیں ہوئی۔ تو امت مسلمہ مقام نبوت پر ہے۔ یعنی وہ کام نبی، وہ</w:t>
      </w:r>
    </w:p>
    <w:p>
      <w:r>
        <w:rPr>
          <w:b/>
        </w:rPr>
        <w:t xml:space="preserve">[53:21] </w:t>
      </w:r>
      <w:r>
        <w:t>kaam Ummat e Muslima ko karna hai jis ke liye Nabi aate the. Ab fard fard har ek par yeh farz nahi hai, yeh farz hai Dawat Allah. To hamari do zimmedariyan hain. Ek taraf apni zaat ke aitbar se Allah ki maarifat hasil karna, apne iman ko discovery wala iman banana.</w:t>
      </w:r>
    </w:p>
    <w:p>
      <w:pPr>
        <w:jc w:val="right"/>
      </w:pPr>
      <w:r>
        <w:t>کام امت مسلمہ کو کرنا ہے جس کے لیے نبی آتے تھے۔ اب فرد فرد ہر ایک پر یہ فرض نہیں ہے، یہ فرض ہے دعوت اللہ۔ تو ہماری دو ذمہ داریاں ہیں۔ ایک طرف اپنی ذات کے اعتبار سے اللہ کی معرفت حاصل کرنا، اپنے ایمان کو ڈسکوری والا ایمان بنانا۔</w:t>
      </w:r>
    </w:p>
    <w:p>
      <w:r>
        <w:rPr>
          <w:b/>
        </w:rPr>
        <w:t xml:space="preserve">[53:53] </w:t>
      </w:r>
      <w:r>
        <w:t>Ek yeh hai. Doosra yeh hai ke hum insanon tak Allah ka paigham pahuncha dein. Logon ki un awareness ko todna yeh maqsood hai Allah taala ka. Kyun ke dekhein Quran mein hai ke</w:t>
      </w:r>
    </w:p>
    <w:p>
      <w:pPr>
        <w:jc w:val="right"/>
      </w:pPr>
      <w:r>
        <w:t>ایک یہ ہے۔ دوسرا یہ ہے کہ ہم انسانوں تک اللہ کا پیغام پہنچا دیں۔ لوگوں کی ان اویرنس کو توڑنا یہ مقصود ہے اللہ تعالی کا۔ کیونکہ دیکھیں قرآن میں ہے کہ</w:t>
      </w:r>
    </w:p>
    <w:p>
      <w:r>
        <w:rPr>
          <w:b/>
        </w:rPr>
        <w:t xml:space="preserve">[54:26] </w:t>
      </w:r>
      <w:r>
        <w:t>Allah ka tareeqa yeh nahi ke logon ko pakde is haal mein ke woh ghafil hon, yani woh bekhabar hon, un awareness mein jee rahe hon. To Dawat Allah ka matlab hai logon ki un awareness ko todna, bekhabri ko todna, logon ko Allah ke creation plan se ba-khabar karna. Yeh hai maqsad Dawat Allah ka,</w:t>
      </w:r>
    </w:p>
    <w:p>
      <w:pPr>
        <w:jc w:val="right"/>
      </w:pPr>
      <w:r>
        <w:t>اللہ کا طریقہ یہ نہیں کہ لوگوں کو پکڑے اس حال میں کہ وہ غافل ہوں، یعنی وہ بے خبر ہوں، ان اویرنس میں جی رہے ہوں۔ تو دعوت اللہ کا مطلب ہے لوگوں کی ان اویرنس کو توڑنا، بے خبری کو توڑنا، لوگوں کو اللہ کے کریشن پلان سے باخبر کرنا۔ یہ ہے مقصد دعوت اللہ کا،</w:t>
      </w:r>
    </w:p>
    <w:p>
      <w:r>
        <w:rPr>
          <w:b/>
        </w:rPr>
        <w:t xml:space="preserve">[54:58] </w:t>
      </w:r>
      <w:r>
        <w:t>ta ke aakhirat mein jis ka jo faisla ho woh buniyad par ho, par na ho. To yeh hai aap ki zindagi ka maqsad. Apni zindagi ke maqsad ko phir se samjhiye,</w:t>
      </w:r>
    </w:p>
    <w:p>
      <w:pPr>
        <w:jc w:val="right"/>
      </w:pPr>
      <w:r>
        <w:t>تاکہ تاکہ آخرت میں جس کا جو فیصلہ ہو وہ بنیاد پر ہو، پر نہ ہو۔ تو یہ ہے آپ کی زندگی کا مقصد۔ اپنی زندگی کے مقصد کو پھر سے سمجھیے،</w:t>
      </w:r>
    </w:p>
    <w:p>
      <w:r>
        <w:rPr>
          <w:b/>
        </w:rPr>
        <w:t xml:space="preserve">[55:31] </w:t>
      </w:r>
      <w:r>
        <w:t>apni priorities ko reset kijiye, apne zindagi ke activities ko dobara uska ta'ayyun kijiye. Is aitbar se jaiza lijiye ke aap kya aap ko maarifat wala Islam mila hai ke mardhan</w:t>
      </w:r>
    </w:p>
    <w:p>
      <w:pPr>
        <w:jc w:val="right"/>
      </w:pPr>
      <w:r>
        <w:t>اپنی پرائرٹیز کو ری سیٹ کیجئے، اپنے زندگی کے ایکٹیویٹیز کو دوبارہ اس کا تعین کیجئے۔ اس اعتبار سے جائزہ لیجئے کہ آپ کیا آپ کو معرفت والا اسلام ملا ہے کہ مردن</w:t>
      </w:r>
    </w:p>
    <w:p>
      <w:r>
        <w:rPr>
          <w:b/>
        </w:rPr>
        <w:t xml:space="preserve">[56:01] </w:t>
      </w:r>
      <w:r>
        <w:t>ka ba-dqah ki wajah se aap musalman ho gaye hain ya kalma ke alfaaz ke daraan se musalman ho gaye hain ya sach much aap ne Allah ko discover kiya hai, sach much aap ko Allah ki maarifat hui hai, sach much aap ne Allah ko daryaft ke darje mein paya hai. To dekhiye Quran mein</w:t>
      </w:r>
    </w:p>
    <w:p>
      <w:pPr>
        <w:jc w:val="right"/>
      </w:pPr>
      <w:r>
        <w:t>کا بد کی وجہ سے آپ مسلمان ہو گئے ہیں یا کلمہ کے الفاظ کے دوران سے مسلمان ہو گئے ہیں یا سچ مچ آپ نے اللہ کو ڈسکور کیا ہے، سچ مچ آپ کو اللہ کی معرفت ہوئی ہے، سچ مچ آپ نے اللہ کو دریافت کے درجے میں پایا ہے۔ تو دیکھیے قرآن میں</w:t>
      </w:r>
    </w:p>
    <w:p>
      <w:r>
        <w:rPr>
          <w:b/>
        </w:rPr>
        <w:t xml:space="preserve">[56:33] </w:t>
      </w:r>
      <w:r>
        <w:t>yeh ayat aayi hai ke qayamat ke din ahle iman ka noor un ke aage aage chal raha hoga. Yeh is ka matlab kya hai? Ek aur surah mein hai ke qayamat ke din kuch log siyah chehre wale honge, kuch roshan</w:t>
      </w:r>
    </w:p>
    <w:p>
      <w:pPr>
        <w:jc w:val="right"/>
      </w:pPr>
      <w:r>
        <w:t>یہ آیت آئی ہے کہ قیامت کے دن اہل ایمان کا نور ان کے آگے آگے چل رہا ہوگا۔ یہ اس کا مطلب کیا ہے؟ ایک اور سورہ میں ہے کہ قیامت کے دن کچھ لوگ سیاہ چہرے والے ہوں گے، کچھ روشن</w:t>
      </w:r>
    </w:p>
    <w:p>
      <w:r>
        <w:rPr>
          <w:b/>
        </w:rPr>
        <w:t xml:space="preserve">[57:03] </w:t>
      </w:r>
      <w:r>
        <w:t>chehre wale honge, yani kuch bright face wale honge, kuch darkend face wale honge. Surah Ahzab mein aap dekhiye, yani qayamat mein jo log hazir honge to un mein kuch log honge jin ke jo bright face wale honge, un ke chehre chamak rahe honge. Wahi hai noor ka matlab. Noor koi daud daud nahi raha hoga, aap ki apni personality mein numayan hoga. Aisa nahi ke koi aage peeche daud raha hoga.</w:t>
      </w:r>
    </w:p>
    <w:p>
      <w:pPr>
        <w:jc w:val="right"/>
      </w:pPr>
      <w:r>
        <w:t>چہرے والے ہوں گے، یعنی کچھ برائٹ فیس والے ہوں گے، کچھ ڈارکنڈ فیس والے ہوں گے۔ سورہ احس میں آپ دیکھیے، یعنی قیامت میں جو لوگ حاضر ہوں گے تو ان میں کچھ لوگ ہوں گے جن کے جو برائٹ فیس والے ہوں گے، ان کے چہرے چمک رہے ہوں گے۔ وہی ہے نور کا مطلب۔ نور کوئی دوڑ دوڑ نہیں رہا ہوگا، آپ کی اپنی پرسنیلٹی میں نمایاں ہوگا۔ ایسا نہیں کہ کوئی آگے پیچھے دوڑ رہا ہوگا۔</w:t>
      </w:r>
    </w:p>
    <w:p>
      <w:r>
        <w:rPr>
          <w:b/>
        </w:rPr>
        <w:t xml:space="preserve">[57:40] </w:t>
      </w:r>
      <w:r>
        <w:t>To itni zabardast bright personality hogi ke woh doosre logon ko dikhai degi. To do qism ke log honge. Ek hai jin ka siyah chehre wale, darkend face wale, yeh woh hain jinho ne Allah ke mansoobe ko batao dunya mein zindagi nahi ja rahi, apni khwahish pe chalte rahe, apni bhn pe chalte rahe. Aur jinho ne Allah ki marzi ke mutabiq zindagi guzari, woh wahan roshan roshan chehre ke</w:t>
      </w:r>
    </w:p>
    <w:p>
      <w:pPr>
        <w:jc w:val="right"/>
      </w:pPr>
      <w:r>
        <w:t>تو اتنی زبردست برائٹ پرسنیلٹی ہوگی کہ وہ دوسرے لوگوں کو دکھائی دے گی۔ تو دو قسم کے لوگ ہوں گے۔ ایک ہے جن کا سیاہ چہرے والے، ڈارکنڈ فیس والے، یہ وہ ہیں جنہوں نے اللہ کے منصوبے کو بتاؤ دنیا میں زندگی نہیں جا رہی، اپنی خواہش پہ چلتے رہے، اپنی بھن پہ چلتے رہے۔ اور جنہوں نے اللہ کی مرضی کے مطابق زندگی گزاری، وہ وہاں روشن روشن چہرے کے</w:t>
      </w:r>
    </w:p>
    <w:p>
      <w:r>
        <w:rPr>
          <w:b/>
        </w:rPr>
        <w:t xml:space="preserve">[58:10] </w:t>
      </w:r>
      <w:r>
        <w:t>saath honge. Ab ghor kijiye, kaisa ajeeb din hoga woh, kaisa ajeeb din hoga jo log apni khwahish pe chale, apne hulm pe chale, apne us waqt pe chale. Unke chehre pe siyahi hogi, kaalak hogi, taarik hoga, darkeen chehra hoga unka. Kitni kitni ajeeb haal</w:t>
      </w:r>
    </w:p>
    <w:p>
      <w:pPr>
        <w:jc w:val="right"/>
      </w:pPr>
      <w:r>
        <w:t>ساتھ ہوں گے۔ اب غور کیجیے، کیسا عجیب دن ہوگا وہ، کیسا عجیب دن ہوگا جو لوگ اپنی خواہش پہ چلے، اپنے حلم پہ چلے، اپنے اس وقت پہ چلے۔ ان کے چہرے پہ سیاہی ہوگی، کالک ہوگی، تارک ہوگا، ڈارکن چہرہ ہوگا ان کا۔ کتنی کتنی عجیب حال</w:t>
      </w:r>
    </w:p>
    <w:p>
      <w:r>
        <w:rPr>
          <w:b/>
        </w:rPr>
        <w:t xml:space="preserve">[58:40] </w:t>
      </w:r>
      <w:r>
        <w:t>at hogi unki. Doosra woh log jo Allah ki kitaab, Allah ke Rasool ki sunnat ke mutabiq zindagi guzari, unhone to woh roshan chehre honge, bright faces honge unke, aur jannat unka intezar kar rahi hogi. To woh din aane wala hai hum sab ke liye, aur sab se zyada aham baat yeh hai ke hum is din ko soch kar apni zindagi ki planning karein,</w:t>
      </w:r>
    </w:p>
    <w:p>
      <w:pPr>
        <w:jc w:val="right"/>
      </w:pPr>
      <w:r>
        <w:t>ت ہوگی ان کی۔ دوسرا وہ لوگ جو اللہ کی کتاب، اللہ کے رسول کی سنت کے مطابق زندگی گزاری، انہوں نے تو وہ روشن چہرے ہوں گے، برائٹ فیسز ہوں گے ان کے، اور جنت ان کا انتظار کر رہی ہوگی۔ تو وہ دن آنے والا ہے ہم سب کے لیے، اور سب سے زیادہ اہم بات یہ ہے کہ ہم اس دن کو سوچ کر اپنی زندگی کی پلاننگ کریں،</w:t>
      </w:r>
    </w:p>
    <w:p>
      <w:r>
        <w:rPr>
          <w:b/>
        </w:rPr>
        <w:t xml:space="preserve">[59:13] </w:t>
      </w:r>
      <w:r>
        <w:t>apne poore maamle ko reassess karein, phir se apni zindagi ka naqsha banayein. Yeh waqt hum mein se har shakhs par aane wala hai, koi is mein istisna nahi, koi exception nahi. Phir se sochiye ke aap jo kar rahe hain, shakhsi aitbaar se ya qaumi aitbaar se woh kya hai?</w:t>
      </w:r>
    </w:p>
    <w:p>
      <w:pPr>
        <w:jc w:val="right"/>
      </w:pPr>
      <w:r>
        <w:t>اپنے پورے معاملے کو ری ایسس کریں، پھر سے اپنی زندگی کا نقشہ بنائیں۔ یہ وقت ہم میں سے ہر شخص پر آنے والا ہے، کوئی اس میں استثنا نہیں، کوئی ایکسیپشن نہیں۔ پھر سے سوچیے کہ آپ جو کر رہے ہیں، شخصیت اعتبار سے یا قومی اعتبار سے وہ کیا ہے؟</w:t>
      </w:r>
    </w:p>
    <w:p>
      <w:r>
        <w:rPr>
          <w:b/>
        </w:rPr>
        <w:t xml:space="preserve">[59:46] </w:t>
      </w:r>
      <w:r>
        <w:t>Meri dua hai ke Allah taala hum sab ko tofeeq de ke hum jab Allah se milein to hum roshan chehre wale hon, na ke siyah chehre wale. Aqool qaul wa astaghfirullah. Maulana, yeh sawal Lucknow se hai Muhammad Salman sahab ka. Unhone likha hai: "Jis aadmi par yeh baat khul jaye ke karne ka asal kaam sirf dawat il Allah</w:t>
      </w:r>
    </w:p>
    <w:p>
      <w:pPr>
        <w:jc w:val="right"/>
      </w:pPr>
      <w:r>
        <w:t>میری دعا ہے کہ اللہ تعالی ہم سب کو توفیق دے کہ ہم جب اللہ سے ملیں تو ہم روشن چہرے والے ہوں، نہ کہ سیاہ چہرے والے۔ اقول قول واستغفراللہ۔ مولانا، یہ سوال لکھنو سے ہے محمد سلمان صاحب کا۔ انہوں نے لکھا ہے: "جس آدمی پر یہ بات کھل جائے کہ کرنے کا اصل کام صرف دعوت الا اللہ</w:t>
      </w:r>
    </w:p>
    <w:p>
      <w:r>
        <w:rPr>
          <w:b/>
        </w:rPr>
        <w:t xml:space="preserve">[1:00:16] </w:t>
      </w:r>
      <w:r>
        <w:t>hai, uske bawajood agar woh daawti kaam ko chhod de to uska anjaam kya hoga?" Yeh wohi hoga jisko kaha gaya farar min azh-zahab. Farar min azh-zahab ke maani hain maidan-e-haq se bhagna. Log farar min azh-zahab ko lete hain battlefield se bhagna. Woh to waqti cheez hai. Asal</w:t>
      </w:r>
    </w:p>
    <w:p>
      <w:pPr>
        <w:jc w:val="right"/>
      </w:pPr>
      <w:r>
        <w:t>ہے، اس کے باوجود اگر وہ دعوتی کام کو چھوڑ دے تو اس کا انجام کیا ہوگا؟" یہ وہی ہوگا جس کو کہا گیا فرار من الذہب۔ فرار من الذہب کے معنی ہیں میدان حق سے بھاگنا۔ لوگ فرار من الذہب کو لیتے ہیں بیٹل فیلڈ سے بھاگنا۔ وہ تو وقتی چیز ہے۔ اصل</w:t>
      </w:r>
    </w:p>
    <w:p>
      <w:r>
        <w:rPr>
          <w:b/>
        </w:rPr>
        <w:t xml:space="preserve">[1:00:46] </w:t>
      </w:r>
      <w:r>
        <w:t>cheez hai dawat ke maidan se bhagna, dawat field se bhagna. Asal farar min azh-zahab yeh hai ke aap samjhein, aap jaan lein ke dawat Allah sab se aham kaam hai. Aap agar jaan lete hain ke dawat Allah sab se aham kaam hai, aur phir usko chhod kar kisi aur taraf apne aap ko laga dete hain to yeh farar min azh-zahab hai, aur iski bohat sakht pak</w:t>
      </w:r>
    </w:p>
    <w:p>
      <w:pPr>
        <w:jc w:val="right"/>
      </w:pPr>
      <w:r>
        <w:t>چیز ہے دعوت کے میدان سے بھاگنا، دعوت فیلڈ سے بھاگنا۔ اصل فرار من الذہب یہ ہے کہ آپ سمجھ، آپ جان لیں کہ دعوت اللہ سب سے اہم کام ہے۔ آپ اگر جان لیتے ہیں کہ دعوت اللہ سب سے اہم کام ہے، اور پھر اس کو چھوڑ کر کسی اور طرف اپنے آپ کو لگا دیتے ہیں تو یہ فرار من الذہب ہے، اور اس کی بہت سخت پک</w:t>
      </w:r>
    </w:p>
    <w:p>
      <w:r>
        <w:rPr>
          <w:b/>
        </w:rPr>
        <w:t xml:space="preserve">[1:01:16] </w:t>
      </w:r>
      <w:r>
        <w:t>ad hai Allah taala ke haan, bohat sakht pakad hai. Iska sochna bhi rongta kha kar deta hai. Yahan dekhein, jis cheez ko hamare literature mein farar min azh-zahab kaha gaya hai, log samajhte hain ke woh jang ke maidan se bhagna nahi hai, dawat ke maidan se bhagna. Asal to yahi hai, jang to jang nahi hai, waqti hai. To</w:t>
      </w:r>
    </w:p>
    <w:p>
      <w:pPr>
        <w:jc w:val="right"/>
      </w:pPr>
      <w:r>
        <w:t>ڑ ہے اللہ تعالی کے ہاں، بہت سخت پکڑ ہے۔ اس کا سوچنا بھی رونگٹا کھا کر دیتا ہے۔ یہاں دیکھیں، جس چیز کو ہمارے لٹریچر میں فرار من الذہب کہا گیا ہے، لوگ سمجھتے ہیں کہ وہ جنگ کے میدان سے بھاگنا نہیں ہے، دعوت کے میدان سے بھاگنا۔ اصل تو یہی ہے، جنگ تو جنگ نہیں ہے، وقتی ہے۔ تو</w:t>
      </w:r>
    </w:p>
    <w:p>
      <w:r>
        <w:rPr>
          <w:b/>
        </w:rPr>
        <w:t xml:space="preserve">[1:01:46] </w:t>
      </w:r>
      <w:r>
        <w:t>jin logon ko dawat ka shaoor nahi hua, woh bhi pakad mein aayenge ke kyun nahi hua. Apni zaati mafad ko to unhone jaan liya tha, to usko kyun nahi jaana? Woh bach nahi sakte hain. Aur jin logon ko, yaani iska shaoor hoga, woh to aur bhi zyada pakad mein aayenge. Bohat hi yeh bohat hi serious maamla hai, yeh bohat zyada serious maam</w:t>
      </w:r>
    </w:p>
    <w:p>
      <w:pPr>
        <w:jc w:val="right"/>
      </w:pPr>
      <w:r>
        <w:t>جن لوگوں کو دعوت کا شعور نہیں ہوا، وہ بھی پکڑ میں آئیں گے کہ کیوں نہیں ہوا۔ اپنی ذاتی مفاد کو تو انہوں نے جان لیا تھا، تو اس کو کیوں نہیں جانا؟ وہ بچ نہیں سکتے ہیں۔ اور جن لوگوں کو، یعنی اس کا شعور ہوگا، وہ تو اور بھی زیادہ پکڑ میں آئیں گے۔ بہت ہی یہ بہت ہی سیریس معاملہ ہے، یہ بہت زیادہ سیریس معامل</w:t>
      </w:r>
    </w:p>
    <w:p>
      <w:r>
        <w:rPr>
          <w:b/>
        </w:rPr>
        <w:t xml:space="preserve">[1:02:16] </w:t>
      </w:r>
      <w:r>
        <w:t>la hai. Maulana, agla sawal Tamil Nadu se hai Abu Rehan sahab ka. Unhone aapse poocha hai ke Islam mein complete system hai ya complete ideology? Iske bare mein bataein. Complete system ka lafz ek bidat hai, innovation hai. Kahin na Quran mein yeh lafz aaya hai, na Hadees mein yeh lafz aaya hai, na dawat mein kabhi kisi</w:t>
      </w:r>
    </w:p>
    <w:p>
      <w:pPr>
        <w:jc w:val="right"/>
      </w:pPr>
      <w:r>
        <w:t>ہ ہے۔ مولانا، اگلا سوال تمل ناڈو سے ہے ابو ریحان صاحب کا۔ انہوں نے آپ سے پوچھا ہے کہ اسلام میں کمپلیٹ سسٹم ہے یا کمپلیٹ آئیڈیالوجی؟ اس کے بارے میں بتائیں۔ کمپلیٹ سسٹم کا لفظ ایک بدعت ہے، انویشن ہے۔ کہیں نہ قرآن میں یہ لفظ آیا ہے، نہ حدیث میں یہ لفظ آیا ہے، نہ دعوت میں کبھی کسی</w:t>
      </w:r>
    </w:p>
    <w:p>
      <w:r>
        <w:rPr>
          <w:b/>
        </w:rPr>
        <w:t xml:space="preserve">[1:02:46] </w:t>
      </w:r>
      <w:r>
        <w:t>ne yeh lafz istemal kiya. Mukammal nizaam ka lafz yeh to us zamane mein mudahat ke taur par aaya hai, mudahat yaani naqal karna. Jis zamane mein Marxism chala tha, Communism, tab yeh istilaah bohat badhi. Kyun ke Marx ne yeh kaha tha ke qadeem zamane mein insaan jo hai, iqtisadiyat ko zindagi ka ek shoba samajhta tha</w:t>
      </w:r>
    </w:p>
    <w:p>
      <w:pPr>
        <w:jc w:val="right"/>
      </w:pPr>
      <w:r>
        <w:t>نے یہ لفظ استعمال کیا۔ مکمل نظام کا لفظ یہ تو اس زمانے میں مداحات کے طور پر آیا ہے، مداحات یعنی نقل کرنا۔ جس زمانے میں مارکسزم چلا تھا، کمیونزم، تب یہ اصطلاح بہت بڑھی۔ کیونکہ مارکس نے یہ کہا تھا کہ قدیم زمانے میں انسان جو ہے، اقتصادیات کو زندگی کا ایک شعبہ سمجھتا تھا</w:t>
      </w:r>
    </w:p>
    <w:p>
      <w:r>
        <w:rPr>
          <w:b/>
        </w:rPr>
        <w:t xml:space="preserve">[1:03:16] </w:t>
      </w:r>
      <w:r>
        <w:t>ek shoba. Nahi, woh woh mukammal nizaam-e-hayat hai. Economic activities jo hain, wohi saari zindagi ko dhalta hain. To isi ko lekar ke hamare log lekar bolne ki ke Islam jo hai, woh masjid madrasay ki cheez nahi hai, woh to mukammal nizaam hai. Yeh Marx ne kaha tha ke</w:t>
      </w:r>
    </w:p>
    <w:p>
      <w:pPr>
        <w:jc w:val="right"/>
      </w:pPr>
      <w:r>
        <w:t>، ایک شعبہ۔ نہیں، وہ وہ مکمل نظام حیات ہے۔ ایکانمک ایکٹیویٹیز جو ہیں، وہی ساری زندگی کو ڈھالتی ہیں۔ تو اسی کو لے کر کے ہمارے لوگ لے کر بولنے کی کہ اسلام جو ہے، وہ مسجد مدرسے کی چیز نہیں ہے، وہ تو مکمل نظام ہے۔ یہ مارکس نے کہا تھا کہ</w:t>
      </w:r>
    </w:p>
    <w:p>
      <w:r>
        <w:rPr>
          <w:b/>
        </w:rPr>
        <w:t xml:space="preserve">[1:03:47] </w:t>
      </w:r>
      <w:r>
        <w:t>jo iqtisadi ya maashi ya economic hissa zindagi ka, woh ek hissa nahi hai, woh poori zindagi ko dhapta hai, wohi wohi poori zindagi ko shape karta hai. Iske liye usne bohat overplayed kiya Communist hukumaton mein. To isi ko bazahat ke taur par kar ke hamare kuch leaders ne yeh kiya ke Islam jo hai,</w:t>
      </w:r>
    </w:p>
    <w:p>
      <w:pPr>
        <w:jc w:val="right"/>
      </w:pPr>
      <w:r>
        <w:t>جو اقتصادی یا معاشی یا ایکانمک حصہ زندگی کا، وہ ایک حصہ نہیں ہے، وہ پوری زندگی کو ڈھانپتا ہے، وہی وہی پوری زندگی کو شیپ کرتا ہے۔ اس کے لیے اس نے بہت اوور پریڈ کیا کمیونسٹ حکومتوں میں۔ تو اسی کو بظاہت کے طور پر کر کے ہمارے کچھ لیڈروں نے یہ کیا کہ اسلام جو ہے،</w:t>
      </w:r>
    </w:p>
    <w:p>
      <w:r>
        <w:rPr>
          <w:b/>
        </w:rPr>
        <w:t xml:space="preserve">[1:04:18] </w:t>
      </w:r>
      <w:r>
        <w:t>masjid madrasay ka deen nahi hai, woh to mukammal nizaam-e-hayat hai. Yeh sab bidat hai, sab mudahat hai. Is mein shakk nahi ke Islam ek mukammal ideology hai, ek sahi hai, lekin mukammal nizaam-e-hayat hai, yeh bidat hai. Maulana, agla sawal Roorkee se hai Sajid Anwar sahab ka. Unhone likha hai: "Maulana, in recent issues of Al-Risalah, you have men</w:t>
      </w:r>
    </w:p>
    <w:p>
      <w:pPr>
        <w:jc w:val="right"/>
      </w:pPr>
      <w:r>
        <w:t>مسجد مدرسے کا دین نہیں ہے، وہ تو مکمل نظام حیات ہے۔ یہ سب بدعت ہے، سب مداحات ہے۔ اس میں شک نہیں کہ اسلام ایک مکمل آئیڈالوجی ہے، ایک صحیح ہے، لیکن مکمل نظام حیات ہے، یہ بدعت ہے۔ مولانا، اگلا سوال روڑکی سے ہے ساجد انور صاحب کا۔ انہوں نے لکھا ہے: "مولانا، ان ریسنٹ ایشوز اف الرسالہ، یو ہیو مین</w:t>
      </w:r>
    </w:p>
    <w:p>
      <w:r>
        <w:rPr>
          <w:b/>
        </w:rPr>
        <w:t xml:space="preserve">[1:04:48] </w:t>
      </w:r>
      <w:r>
        <w:t>tioned that Turkey is your new hope of international dawah center, while you have also mentioned many times, including in yesterday's Kashmir dawah meet talk, that Kashmir is the place from where dawah explosion would take place." Maulana, how to correlate these two points? Please explain. Dekhein, Turkey ki ahmiyat is aitbaar se hai ke Turkey East aur West ke beech mein hai, aadha hissa</w:t>
      </w:r>
    </w:p>
    <w:p>
      <w:pPr>
        <w:jc w:val="right"/>
      </w:pPr>
      <w:r>
        <w:t>شن دیٹ ٹرکی از یور نیو ہوپ اف انٹرنیشنل دعوت سینٹر، وائل یو ہیو السو مینشن مینی ٹائمز، انکلوڈنگ ان یسٹرڈیز کشمیر دعوی میٹ ٹاک، دیٹ کشمیر از دا پلیس فرام ویئر دعوی ایکسپلوژن وڈ ٹیک پلیس۔" مولانا، ہاؤ ٹو کوریلیٹ دیز ٹو پوائنٹس؟ پلیز ایکسپلین۔ دیکھیں، ٹرکی کی اہمیت اس اعتبار سے ہے کہ ٹرکی ایسٹ اور ویسٹ کے بیچ میں ہے، ادھا حصہ</w:t>
      </w:r>
    </w:p>
    <w:p>
      <w:r>
        <w:rPr>
          <w:b/>
        </w:rPr>
        <w:t xml:space="preserve">[1:05:18] </w:t>
      </w:r>
      <w:r>
        <w:t>East mein hai, aadha hissa West mein hai, aadha hissa iska Europe ka part hai, aadha hissa mashriqi duniya ka part hai. Aur bohat tourist wahan aate hain, bohat tourist aate hain. Is aitbaar se woh bohat aham spot hai ke woh dawah ko phailane ke liye bohat zabardast jagah hai. Main wahan gaya, jagah jahan dekhein bheed lagi hui hai touriston ki,</w:t>
      </w:r>
    </w:p>
    <w:p>
      <w:pPr>
        <w:jc w:val="right"/>
      </w:pPr>
      <w:r>
        <w:t>ایسٹ میں ہے، ادھا حصہ ویسٹ میں ہے، ادھا حصہ اس کا یورپ کا پارٹ ہے، ادھا حصہ مشرقی دنیا کا پارٹ ہے۔ اور بہت ٹورسٹ وہاں آتے ہیں، بہت ٹورسٹ آتے ہیں۔ اس اعتبار سے وہ بہت اہم اسپاٹ ہے کہ وہ دعوی کو پھیلانے کے لیے بہت زبردست جگہ ہے۔ میں وہاں گیا، جگہ جہاں دیکھیں بھیڑ لگی ہوئی ہے ٹورسٹوں کی،</w:t>
      </w:r>
    </w:p>
    <w:p>
      <w:r>
        <w:rPr>
          <w:b/>
        </w:rPr>
        <w:t xml:space="preserve">[1:05:50] </w:t>
      </w:r>
      <w:r>
        <w:t>kyun ke wahan bohat zyada do empire Turkey mein theen, do empire: Roman Empire aur Ottoman Empire. To bohat lambi muddat tak do empire ne wahan rule kiya hai, Roman Empire ne aur Turkey, aur Ottoman Empire ne. To bohat monument wahan par hai, historical, aur tourist logon ko bohat zyada dilchaspi hoti hai history se, historical monument se. Is aitbaar se wahan bheed lagi rehti hai.</w:t>
      </w:r>
    </w:p>
    <w:p>
      <w:pPr>
        <w:jc w:val="right"/>
      </w:pPr>
      <w:r>
        <w:t>کیونکہ وہاں بہت زیادہ دو ایمپائر ٹرکی میں تھیں، دو ایمپائر: رومن ایمپائر اور اٹمان ایمپائر۔ تو بہت لمبی مدت تک دو ایمپائر نے وہاں رول کیا ہے، رومن ایمپائر نے اور ٹرکی، اور اٹمان ایمپائر نے۔ تو بہت مونومنٹ وہاں پر ہے، ہسٹوریکل، اور ٹورسٹ لوگوں کو بہت زیادہ دلچسپی ہوتی ہے ہسٹری سے، ہسٹوریکل مونومنٹ سے۔ اس اعتبار سے وہاں بھیڑ لگی رہتی ہے۔</w:t>
      </w:r>
    </w:p>
    <w:p>
      <w:r>
        <w:rPr>
          <w:b/>
        </w:rPr>
        <w:t xml:space="preserve">[1:06:21] </w:t>
      </w:r>
      <w:r>
        <w:t>To dawah ke aitbaar se Turkey mein main samajhta hoon ke bohat badi position usko hasil hai. Kashmir ka maamla hai ke aap military se chalayenge, Turkey mein koi military nahi chalegi. Islam ke naam par tashaddud, Islam ke naam par military. To is mission ko duniya ko dene ke liye ke Islam is range of peace, iske liye Kashmir ki ahmiyat bohat zyada hai. Aur</w:t>
      </w:r>
    </w:p>
    <w:p>
      <w:pPr>
        <w:jc w:val="right"/>
      </w:pPr>
      <w:r>
        <w:t>تو دعوت کے اعتبار سے ٹرکی میں میں سمجھتا ہوں کہ بہت بڑی پوزیشن اس کو حاصل ہے۔ کشمیر کا معاملہ ہے کہ آپ ملٹری سے چلائیں گے، ٹرکی میں کوئی ملٹری نہیں چلے گی۔ اسلام کا نام پر تشدد، اسلام کے نام پر ملٹری۔ تو اس مشن کو دنیا کو دینے کے لیے کہ اسلام از رنج آف پیس، اس کے لیے کشمیر کی اہمیت بہت زیادہ ہے۔ اور</w:t>
      </w:r>
    </w:p>
    <w:p>
      <w:r>
        <w:rPr>
          <w:b/>
        </w:rPr>
        <w:t xml:space="preserve">[1:06:52] </w:t>
      </w:r>
      <w:r>
        <w:t>dawah ko East aur West mein phailane ke liye Turkey ki ahmiyat bohat zyada hai. Ab dono ki jagah, dono ki ahmiyat apne apne aitbaar se hai. Maulana, agla sawal Srinagar se hai Zahoor Ahmed sahab ka. Unhone likha hai: "Maulana, as you have said, that the security of dawah is incumbent upon Allah. In these circumstances, various messengers</w:t>
      </w:r>
    </w:p>
    <w:p>
      <w:pPr>
        <w:jc w:val="right"/>
      </w:pPr>
      <w:r>
        <w:t>دعوت کو ایسٹ اور ویسٹ میں پھیلانے کے لیے ٹرکی کی اہمیت بہت زیادہ ہے۔ اب دونوں کی جگہ، دونوں کی اہمیت اپنے اپنے اعتبار سے ہے۔ مولانا، اگلا سوال سری نگر سے ہے ظہور احمد صاحب کا۔ انہوں نے لکھا ہے: "مولانا، ایز یو ہیو سیڈ، دیٹ دا سیکیورٹی اف دائی از انکمبیٹ اپون اللہ۔ ان دیز سرکمسٹنسز، ویریس میسنجرز</w:t>
      </w:r>
    </w:p>
    <w:p>
      <w:r>
        <w:rPr>
          <w:b/>
        </w:rPr>
        <w:t xml:space="preserve">[1:07:22] </w:t>
      </w:r>
      <w:r>
        <w:t>who were murdered, were they not enjoy this security? Please explain." Nahi, various ka galat hai, sirf ek Hazrat Yahya aur aur koi nahi. Hazrat Yahya ka jo qatl kiya tha, Allah taala ne chhod diya Yahudiyon ko, warna Allah taala ki hifazat mein rehte hain tamam paighambar, taake Yahud ki ko Allah taala ko Yahud ko, yaani</w:t>
      </w:r>
    </w:p>
    <w:p>
      <w:pPr>
        <w:jc w:val="right"/>
      </w:pPr>
      <w:r>
        <w:t>ہو وار مرڈرڈ، وار دے ناٹ انجوائے دس سیکیورٹی؟ پلیز ایکسپلین۔" نہیں، ویریس کا غلط ہے، صرف ایک حضرت یحییٰ اور اور کوئی نہیں۔ حضرت یحییٰ کا جو قتل کیا تھا، اللہ تعالی نے چھوڑ دیا یہودیوں کو، ورنہ اللہ تعالی کی حفاظت میں رہتے ہیں تمام پیغمبر، تاکہ یہود کی کو اللہ تعالی کو یہود کو، یعنی</w:t>
      </w:r>
    </w:p>
    <w:p>
      <w:r>
        <w:rPr>
          <w:b/>
        </w:rPr>
        <w:t xml:space="preserve">[1:07:52] </w:t>
      </w:r>
      <w:r>
        <w:t>woh maazoor karna tha us maqam se jo diya gaya tha. To unko chhoot di gayi ke kahan tak jaate hain, kahan tak jaate hain. To unhone Hazrat Yahya ko qatl kar diya, baqi koi bhi qatl nahi kiya gaya, Hazrat Masih bhi qatl nahi kiye gaye, woh bhi Allah ki planning thi. Woh wahan par yeh logon ko chhoot di gayi ke dekhein kahan tak jaate hain. Yeh to ek exception thi, baqi logon ko Allah taala ne apni hifazat mein rakha.</w:t>
      </w:r>
    </w:p>
    <w:p>
      <w:pPr>
        <w:jc w:val="right"/>
      </w:pPr>
      <w:r>
        <w:t>وہ معذور کرنا تھا اس مقام سے جو دیا گیا تھا۔ تو ان کو چھوٹ دی گئی کہ کہاں تک جاتے ہیں، کہاں تک جاتے ہیں۔ تو انہوں نے حضرت یحییٰ کو قتل کر دیا، باقی کوئی بھی قتل نہیں کیا گیا، حضرت مسیح بھی قتل نہیں کیے گئے، وہ بھی اللہ کی پلاننگ تھی۔ وہ وہاں پر یہ لوگوں کو چھوٹ دی گئی کہ دیکھیں کہاں تک جاتے ہیں۔ یہ تو ایک ایکسیپشن تھی، باقی لوگوں کو اللہ تعالی نے اپنی حفاظت میں رکھا۔</w:t>
      </w:r>
    </w:p>
    <w:p>
      <w:r>
        <w:rPr>
          <w:b/>
        </w:rPr>
        <w:t xml:space="preserve">[1:08:23] </w:t>
      </w:r>
      <w:r>
        <w:t>Lekin hifazat mein rakhna bohat us zamane mein aur bhi zyada qabil-e-fahm ho gaya hai. Hifazat mein rakhna, dekhein, koi mysterious baat nahi hai, koi mysterious baat nahi hai. Dawah ka civil crusade hota hai, peaceful dawah work, civil crusade, peaceful dawah work, strictly non, strictly non political m</w:t>
      </w:r>
    </w:p>
    <w:p>
      <w:pPr>
        <w:jc w:val="right"/>
      </w:pPr>
      <w:r>
        <w:t>لیکن حفاظت میں رکھنا بہت اس زمانے میں اور بھی زیادہ قابل فہم ہو گیا ہے۔ حفاظت میں رکھنا، دیکھیں، کوئی مسٹیئس بات نہیں ہے، کوئی مسٹیئس بات نہیں ہے۔ دعوی کا سول کرسن ہوتا ہے، پیس فل دعوی ورک، سول کرسن، پیس فل دعوی ورک، اسٹرکٹلی نان، اسٹرکٹلی نان پولیٹیکل م</w:t>
      </w:r>
    </w:p>
    <w:p>
      <w:r>
        <w:rPr>
          <w:b/>
        </w:rPr>
        <w:t xml:space="preserve">[1:08:53] </w:t>
      </w:r>
      <w:r>
        <w:t>ovement hai. Yeh to qadeem zamane mein aqeeday mein aur partiyon mein farq nahi hua karta tha. Is bana par log ladte the. Ab to woh khatam ho gaya, ab to mazhab aur party alag ho gayi hai. Ab agar aap dawah ka kaam karein peaceful andaaz se, to ab to koi sawal hi nahi hai ke aap ko koi maarne ke liye aaye. Jahan jahan qisse kahaniyan aayi ke Musalmanon ko marte hain, woh sab, woh sab kahaniyan bilkul j</w:t>
      </w:r>
    </w:p>
    <w:p>
      <w:pPr>
        <w:jc w:val="right"/>
      </w:pPr>
      <w:r>
        <w:t>شن ہے۔ یہ تو قدیم زمانے میں عقیدے میں اور پارٹیوں میں فرق نہیں ہوا کرتا تھا۔ اس بنا پر لوگ لڑتے تھے۔ اب تو وہ ختم ہو گیا، اب تو مذہب اور پارٹی الگ ہو گئی ہے۔ اب اگر آپ دعوت کا کام کریں پیس فل انداز سے، تو اب تو کوئی سوال ہی نہیں ہے کہ آپ کو کوئی مارنے کے لیے آئے۔ جہاں جہاں قصے کہانیاں آئیں کہ مسلمانوں کو مارتے ہیں، وہ سب، وہ سب کہانیاں بالکل ج</w:t>
      </w:r>
    </w:p>
    <w:p>
      <w:r>
        <w:rPr>
          <w:b/>
        </w:rPr>
        <w:t xml:space="preserve">[1:09:23] </w:t>
      </w:r>
      <w:r>
        <w:t>hooti hain. Musalmanon ne kuch political leaderon ke fareb la kar ke wahan par partiyan chalayi, partiyan chalayi, yaani wahan azaad Muslim land, azaad Muslim hukumat banane ka nara lagaya. To wahan ke jo hukumaten theen, unhone mara unko, jaise Bosnia mein, jaise Burma mein, aise har jagah hua. Sri Lanka mein kahin bhi main poore aitbaar se keh sakta hoon ke jahan bhi Musalman kehte hain ke un par zulm ho raha hai, woh bilkul ghal</w:t>
      </w:r>
    </w:p>
    <w:p>
      <w:pPr>
        <w:jc w:val="right"/>
      </w:pPr>
      <w:r>
        <w:t>ھوٹی ہیں۔ مسلمانوں نے کچھ پولیٹیکل لیڈروں کے فریب لا کر کے وہاں پر پارٹیز چلائی، پارٹیز چلائی، یعنی وہاں آزاد مسلم لینڈ، آزاد مسلم حکومت بنانے کا نعرہ لگایا۔ تو وہاں کے جو حکومتیں تھیں، انہوں نے مارا ان کو، جیسے بوسنیا میں، جیسے برما میں، ایسے ہر جگہ ہوا۔ سری لنکا میں کہیں بھی میں پورے اعتبار سے کہہ سکتا ہوں کہ جہاں بھی مسلمان کہتے ہیں کہ ان پر ظلم ہو رہا ہے، وہ بالکل غل</w:t>
      </w:r>
    </w:p>
    <w:p>
      <w:r>
        <w:rPr>
          <w:b/>
        </w:rPr>
        <w:t xml:space="preserve">[1:09:53] </w:t>
      </w:r>
      <w:r>
        <w:t>at hai. Muslims are pay press of our street policies. To is zamane mein to sawal hi nahi hai ke koi aap ko mare, marega to woh hoga ke aap mujhe maar ke policy ikhtiyar kareinge. Aap khwamkhwah marwayenge logon ko, woh uska kahega aap mujhe maro. Main ne koi sawal nahi, agar aap peace ke saath dawah work karein to koi sawal nahi ke aap ko maarne ka hai, kyun ke aaj ka jo norm</w:t>
      </w:r>
    </w:p>
    <w:p>
      <w:pPr>
        <w:jc w:val="right"/>
      </w:pPr>
      <w:r>
        <w:t>ط ہے۔ مسلمز آر پے پریس اف اور اسٹریٹ پالیسیز۔ تو اس زمانے میں تو سوال ہی نہیں ہے کہ کوئی آپ کو مارے، مارے گا تو وہ ہوگا کہ آپ مجھے مار کے پالیسی اختیار کریں گے۔ آپ خوامخواہ ماروائیں گے لوگوں کو، وہ اس کا کہے گا آپ مجھے مارو۔ میں نے کوئی سوال نہیں، اگر آپ پیس کے ساتھ دعوی ورک کریں تو کوئی سوال نہیں کہ آپ کو مارنے کا ہے، کیونکہ آج کا جو نار</w:t>
      </w:r>
    </w:p>
    <w:p>
      <w:r>
        <w:rPr>
          <w:b/>
        </w:rPr>
        <w:t xml:space="preserve">[1:10:23] </w:t>
      </w:r>
      <w:r>
        <w:t>hai, woh is norm mein United Nations ne likhe 1948 mein, poori duniya ke tamam mumalik ke signature se ek declaration jari hua, jis mein yeh hua ke aadmi ko mazhab ki mukammal azaadi rahegi, total freedom. To ab to aap ko mehfooziyat mil gayi hai, khud duniya ke modern jo nizaam hai, uski taraf se. Pehle</w:t>
      </w:r>
    </w:p>
    <w:p>
      <w:pPr>
        <w:jc w:val="right"/>
      </w:pPr>
      <w:r>
        <w:t>م ہے، وہ اس نارم میں یونائٹ نیشنز نے لکھے 1948 میں، پوری دنیا کے تمام ممالک کے سگنیچر سے ایک ڈیکلریشن جاری ہوا، جس میں یہ ہوا کہ آدمی کو مذہب کی مکمل آزادی رہے گی، ٹوٹل فریڈم۔ تو اب تو آپ کو محفوظیت مل گئی ہے، خود دنیا کے ماڈرن جو نظام ہے، اس کی طرف سے۔ پہلے</w:t>
      </w:r>
    </w:p>
    <w:p>
      <w:r>
        <w:rPr>
          <w:b/>
        </w:rPr>
        <w:t xml:space="preserve">[1:10:53] </w:t>
      </w:r>
      <w:r>
        <w:t>aisa nahi tha pehle allah ta'ala special farishton ke zariye se un ki hifazat farmate the ab allah ta'ala ne pura zamane ko badal diya pure zamane ko badal diya agar aap non political andaz mein peaceful andaz mein dawah work karein to aap ko kisi qism ka koi khatra hai hi nahi not at all maulana in ka dusra s</w:t>
      </w:r>
    </w:p>
    <w:p>
      <w:pPr>
        <w:jc w:val="right"/>
      </w:pPr>
      <w:r>
        <w:t>ایسا نہیں تھا۔ پہلے اللہ تعالی اسپیشل فرشتوں کے ذریعے سے ان کی حفاظت فرماتے تھے۔ اب اللہ تعالی نے پورا زمانے کو بدل دیا، پورے زمانے کو بدل دیا۔ اگر آپ نان پولیٹیکل انداز میں، پیس فل انداز میں دعوی ورک کریں تو آپ کو کسی قسم کا کوئی خطرہ ہے ہی نہیں، ناٹ ایٹ آل۔ مولانا، ان کا دوسرا س</w:t>
      </w:r>
    </w:p>
    <w:p>
      <w:r>
        <w:rPr>
          <w:b/>
        </w:rPr>
        <w:t xml:space="preserve">[1:11:23] </w:t>
      </w:r>
      <w:r>
        <w:t>wal yeh hai unhone likha hai da presence of negativity in human mind is natural process i want to know from you is its removal by positivity a continuous process nahi main yeh manta hoon ke yeh nature mein hai hargiz nature mein nahi hai yeh conditioning ki wajah se aata hai conditioning ki wajah se jaise main aap logon ko batata hoon</w:t>
      </w:r>
    </w:p>
    <w:p>
      <w:pPr>
        <w:jc w:val="right"/>
      </w:pPr>
      <w:r>
        <w:t>وال یہ ہے، انہوں نے لکھا ہے: "دا پریزنس اف نیگیٹیوٹی ان ہیومن مائنڈ از نیچرل پروسیس۔ آئی وانٹ ٹو نو فرام یو، از اٹس ریموول بائی پوزیٹیوٹی ا کنٹینیوس پروسیس؟" نہیں، میں یہ مانتا ہوں کہ یہ نیچر میں ہے، ہرگز نیچر میں نہیں ہے۔ یہ کنڈیشننگ کی وجہ سے آتا ہے، کنڈیشننگ کی وجہ سے۔ جیسے میں آپ لوگوں کو بتاتا ہوں</w:t>
      </w:r>
    </w:p>
    <w:p>
      <w:r>
        <w:rPr>
          <w:b/>
        </w:rPr>
        <w:t xml:space="preserve">[1:11:53] </w:t>
      </w:r>
      <w:r>
        <w:t>ke main ek jaisar mein raha ek gaon mein bahut door shehron se bahut door political activities se bahut door yeh sab jhagde jo hain rss ka jhagda sab bahut door ek ek remote village tha woh to main bilkul neeche mein pada pada tha to jab main chota tha shayad das saal ka apne ghar ke bahar khada tha</w:t>
      </w:r>
    </w:p>
    <w:p>
      <w:pPr>
        <w:jc w:val="right"/>
      </w:pPr>
      <w:r>
        <w:t>کہ میں ایک جیسر میں رہا، ایک گاؤں میں، بہت دور شہروں سے، بہت دور پولیٹیکل ایکٹیویٹیز سے، بہت دور یہ سب جھگڑے جو ہیں، آر ایس ایس کا جھگڑا، سب بہت دور۔ ایک ایک ریموٹ ویلج تھا وہ۔ تو میں بالکل نیچے میں پڑا پڑا۔ تو جب میں چھوٹا تھا، شاید دس سال کا، اپنے گھر کے باہر کھڑا تھا</w:t>
      </w:r>
    </w:p>
    <w:p>
      <w:r>
        <w:rPr>
          <w:b/>
        </w:rPr>
        <w:t xml:space="preserve">[1:12:23] </w:t>
      </w:r>
      <w:r>
        <w:t>to ek ladka aaya jo bahut hi jahil qism ka be padha likha likha tha woh to mujh ko bahut buri gaali di bahut buri gaali us pe laga rehti hain to maine kaha ke tum khud yeh kar ke ghar chala jao kehne laga ghussa na maar peet na rishta kuch nahi aise hi isi ke baad ek hai ke ek sahib ne mere bare mein keh diya ke unhone un ke haan sone ke</w:t>
      </w:r>
    </w:p>
    <w:p>
      <w:pPr>
        <w:jc w:val="right"/>
      </w:pPr>
      <w:r>
        <w:t>تو ایک لڑکا آیا، جو بہت ہی جاہل قسم کا، بے پڑھ لکھا لکھا تھا، وہ تو مجھ کو بہت بری گالی دی، بہت بری گالی اس پہ لگا رہتی ہیں۔ تو میں نے کہا کہ تم خود یہ کر کے گھر چلا جاؤ۔ کہنے لگا، غصہ نہ، مار پیٹ نہ، رشتہ کچھ نہیں۔ ایسے ہی اسی کے بعد ایک ہے کہ ایک صاحب نے میرے بارے میں کہہ دیا کہ انہوں نے ان کے ہاں سونے کے</w:t>
      </w:r>
    </w:p>
    <w:p>
      <w:r>
        <w:rPr>
          <w:b/>
        </w:rPr>
        <w:t xml:space="preserve">[1:12:53] </w:t>
      </w:r>
      <w:r>
        <w:t>jo chori ho gaye the wahan par post ke the woh unhone kaha ke mere bare mein kahin chura le gaya to mere sath wahan se hansi aa gayi mujhe ghussa nahi aaya hansi aa gayi kyunke main nature par tha dekhen yeh sab negative thinking jo hai yeh sab out of conditioning hoti hai nature mein hargiz yeh baat nahi hai is ka nature se koi ta'alluq nahi ya to apne ko aap conditioning se bachayein ya conditioning ho gayi</w:t>
      </w:r>
    </w:p>
    <w:p>
      <w:pPr>
        <w:jc w:val="right"/>
      </w:pPr>
      <w:r>
        <w:t>جو چوری ہو گئے تھے، وہاں پر پوسٹ کے تھے۔ وہ انہوں نے کہا کہ میرے بارے میں کہیں چرا لے گیا۔ تو میرے ساتھ وہاں سے ہنسی آ گئی، مجھے غصہ نہیں آیا، ہنسی آ گئی کیونکہ میں نیچر پر تھا۔ دیکھیں، یہ سب نیگیٹیو تھنکنگ جو ہے، یہ سب آؤٹ اف کنڈیشننگ ہوتی ہے۔ نیچر میں ہرگز یہ بات نہیں ہے، اس کا نیچر سے کوئی تعلق نہیں۔ یا تو اپنے کو آپ کنڈیشننگ سے بچائیں، یا کنڈیشننگ ہو گئی</w:t>
      </w:r>
    </w:p>
    <w:p>
      <w:r>
        <w:rPr>
          <w:b/>
        </w:rPr>
        <w:t xml:space="preserve">[1:13:23] </w:t>
      </w:r>
      <w:r>
        <w:t>to apne ko de condition karein to us ke baad jo kaam jo cheez ho gi woh positive thinking ho gi maulana agla sawal karnataka se hai ah shaker sahib ka unhone likha hai africa ke ek sahib se baat hui unhone kaha ke aaj kal ke daai ko chahiye ke woh kai kai non muslim auraton se shadi karein taake zyada se zyada logon tak</w:t>
      </w:r>
    </w:p>
    <w:p>
      <w:pPr>
        <w:jc w:val="right"/>
      </w:pPr>
      <w:r>
        <w:t>تو اپنے کو ڈی کنڈیشن کریں۔ تو اس کے بعد جو کام جو چیز ہو گی، وہ پازیٹیو تھنکنگ ہو گی۔ مولانا، اگلا سوال کرناٹکہ سے ہے اے ایچ شاکر صاحب کا۔ انہوں نے لکھا ہے: "افریقہ کے ایک صاحب سے بات ہوئی، انہوں نے کہا کہ آج کل کے داعی کو چاہیے کہ وہ کئی کئی نان مسلم عورتوں سے شادی کریں تاکہ زیادہ سے زیادہ لوگوں تک</w:t>
      </w:r>
    </w:p>
    <w:p>
      <w:r>
        <w:rPr>
          <w:b/>
        </w:rPr>
        <w:t xml:space="preserve">[1:13:54] </w:t>
      </w:r>
      <w:r>
        <w:t>dawah aasani se pahunch jaye is ke bare mein yeh sab jhooti baatein hain sab bilkul low hain yeh ridiculous hai ridiculous ridiculous hain yeh baatein yeh log jo hain allah ka pakde jayenge un ki flogging ho gi asal mein jo baatein karte hain allah ki dawah pahunchane wale woh log hain jo allah se darein</w:t>
      </w:r>
    </w:p>
    <w:p>
      <w:pPr>
        <w:jc w:val="right"/>
      </w:pPr>
      <w:r>
        <w:t>دعوت آسانی سے پہنچ جائے۔" اس کے بارے میں یہ سب جھوٹی باتیں ہیں، سب بالکل لو ہیں۔ یہ ریڈیکولس ہے، ریڈیکولس، ریڈیکولس ہیں۔ یہ باتیں یہ لوگ جو ہیں، اللہ کا پکڑے جائیں گے، ان کی فلاگنگ ہو گی۔ اصل میں جو باتیں کرتے ہیں، اللہ کی دعوت پہنچانے والے وہ لوگ ہیں جو اللہ سے ڈریں۔</w:t>
      </w:r>
    </w:p>
    <w:p>
      <w:r>
        <w:rPr>
          <w:b/>
        </w:rPr>
        <w:t xml:space="preserve">[1:14:24] </w:t>
      </w:r>
      <w:r>
        <w:t>yeh out of taqwa dawah ka kaam hota hai aur is ke liye khair khwahi chahiye is ke liye majlis mohabbat chahiye is ke liye sabr chahiye yeh sab jhooti tajweezein hain aur astaghfirullah kehna chahiye aadmi ko ke shaitan ne sab sikhaya un ko kuch nahi dekhen do shartein hain quran mein</w:t>
      </w:r>
    </w:p>
    <w:p>
      <w:pPr>
        <w:jc w:val="right"/>
      </w:pPr>
      <w:r>
        <w:t>یہ آؤٹ اف تقویٰ دعوت کا کام ہوتا ہے، اور اس کے لیے خیر خواہی چاہیے، اس کے لیے مجلس محبت چاہیے، اس کے لیے صبر چاہیے۔ یہ سب جھوٹی تجویزیں ہیں، اور استغفراللہ کہنا چاہیے آدمی کو کہ شیطان نے سب سکھایا ان کو، کچھ نہیں۔ دیکھیں، دو شرطیں ہیں قرآن میں،</w:t>
      </w:r>
    </w:p>
    <w:p>
      <w:r>
        <w:rPr>
          <w:b/>
        </w:rPr>
        <w:t xml:space="preserve">[1:14:55] </w:t>
      </w:r>
      <w:r>
        <w:t>dawah ke andar do sifat hona chahiye ek sifat khair khwahi khair khwahi yani well wishing mardon ke liye well wisher hona dusri sifat hai ke wahi baat kehna jo allah ne batayi hai yani quran ki baat apni taraf se kuch nahi yeh to apni taraf se aayi hai yeh shadi wali baat unhone kahi apni taraf se kahan likha hua hai quran mein to jo cheez quran mein hai hadith hai woh apni jaan kare aap</w:t>
      </w:r>
    </w:p>
    <w:p>
      <w:pPr>
        <w:jc w:val="right"/>
      </w:pPr>
      <w:r>
        <w:t>دعوی کے اندر دو صفت ہونا چاہیے، ایک صفت خیر خواہی، خیر خواہی یعنی ویل وشنگ، مردوں کے لیے ویل وشر ہونا۔ دوسری صفت ہے کہ وہی بات کہنا جو اللہ نے بتائی ہے، یعنی قرآن کی بات اپنی طرف سے کچھ نہیں، یہ تو اپنی طرف سے آئی ہے۔ یہ شادی والی بات انہوں نے کہی اپنی طرف سے، کہاں لکھا ہوا ہے قرآن میں؟ تو جو چیز قرآن میں ہے، حدیث ہے، وہ اپنی جان کرے، آپ</w:t>
      </w:r>
    </w:p>
    <w:p>
      <w:r>
        <w:rPr>
          <w:b/>
        </w:rPr>
        <w:t xml:space="preserve">[1:15:26] </w:t>
      </w:r>
      <w:r>
        <w:t>yeh yeh bilkul gunah hai to aap ke andar badu ke liye bahut zyada well wishing hona chahiye bahut zyada khair khwahi aur dusri baat strictly aap wahi baat kahein jo quran hadith mein hai kisi aur ko kehne ko gunah samjhein bas yeh do sifat chahiye yahi kaha gaya hai nasir aur amin maulana agla sawal kashmir se hai hamidullah hameed sahib ka unhone likha</w:t>
      </w:r>
    </w:p>
    <w:p>
      <w:pPr>
        <w:jc w:val="right"/>
      </w:pPr>
      <w:r>
        <w:t>یہ یہ بالکل گناہ ہے۔ تو آپ کے اندر بدو کے لیے بہت زیادہ ویلوشن ہونا چاہیے، بہت زیادہ خیر خواہی۔ اور دوسری بات، اسٹرکٹلی آپ وہی بات کہیں جو قرآن حدیث میں ہے، کسی اور کو کہنے کو گناہ سمجھیں۔ بس یہ دو صفت چاہیے، یہی کہا گیا ہے ناصر اور امین۔ مولانا، اگلا سوال کشمیر سے ہے حامد اللہ حمید صاحب کا۔ انہوں نے لکھا</w:t>
      </w:r>
    </w:p>
    <w:p>
      <w:r>
        <w:rPr>
          <w:b/>
        </w:rPr>
        <w:t xml:space="preserve">[1:15:56] </w:t>
      </w:r>
      <w:r>
        <w:t>hai maulana sahib muslims and even their ulema say that kafir is najis so how can we give them quran dekhen kafir ke liye musalmanon ko bolne ka haq hi nahi hai jo kafir jo musalman kafir ke liye bolta hai woh pakda jayega allah ta'ala ke haan ke faragh ho gi kis ne tum ko last time diya kafir kehne ka woh allah ka domain hai ya allah jo faisla karega ke kaun kafir hai</w:t>
      </w:r>
    </w:p>
    <w:p>
      <w:pPr>
        <w:jc w:val="right"/>
      </w:pPr>
      <w:r>
        <w:t>ہے: "مولانا صاحب، مسلمز اینڈ ایون دیر علماء سے دیٹ کافر از نجس، سو ہاؤ کین وی گیو دیم قرآن؟" دیکھیں، کافر کے لیے مسلمانوں کو بولنے کا حق ہی نہیں ہے۔ جو کافر، جو مسلمان کافر کے لیے بولتا ہے، وہ پکڑا جائے گا اللہ تعالی کے ہاں، کہ فراغ ہو گی۔ کس نے تم کو لاسٹ ٹائم دیا کافر کہنے کا؟ وہ اللہ کا ڈومین ہے، یا اللہ جو فیصلہ کرے گا کہ کون کافر ہے۔</w:t>
      </w:r>
    </w:p>
    <w:p>
      <w:r>
        <w:rPr>
          <w:b/>
        </w:rPr>
        <w:t xml:space="preserve">[1:16:26] </w:t>
      </w:r>
      <w:r>
        <w:t>aap hum aap nahi hain jo fatwa dete hain takfeer ka woh bilashuba gunah karte hain woh log aap kaun hote hain kisi ko kafir manne wale ek bahut hi sakht hadith mein batata hoon aap ko ek hadith hai ke jis ne kisi ko kafir kaha woh kafir na ho to khud aadmi kafir ho jayega aur kafir muslim mamla dekhiye hadith mein aata hai ke</w:t>
      </w:r>
    </w:p>
    <w:p>
      <w:pPr>
        <w:jc w:val="right"/>
      </w:pPr>
      <w:r>
        <w:t>آپ ہم آپ نہیں ہیں، جو فتوی دیتے ہیں تکفیر کا، وہ بلاشبہ گناہ کرتے ہیں۔ وہ لوگ آپ کون ہوتے ہیں کسی کو کافر ماننے والے؟ ایک بہت ہی سخت حدیث میں بتاتا ہوں آپ کو، ایک حدیث ہے کہ جس نے کسی کو کافر کہا، وہ کافر نہ ہو تو خود آدمی کافر ہو جائے گا۔ اور کافر مسلم معاملہ دیکھیے، حدیث میں آتا ہے کہ</w:t>
      </w:r>
    </w:p>
    <w:p>
      <w:r>
        <w:rPr>
          <w:b/>
        </w:rPr>
        <w:t xml:space="preserve">[1:16:57] </w:t>
      </w:r>
      <w:r>
        <w:t>allah tauba qabul farmata hai us waqt tak jab tak ke gharghara na ho jaye maut ke aakhri waqt tak ab kaun janta hai ke woh aadmi jo hai tauba nahi kar lega kis ko pata hai misaal ke taur par yahudiyon ko aap bura samajhte hain bahut bura sare musalman yahudiyon se nafrat karte hain un yahudiyon ko dekhiye is is zamane mein jab ke yahud se lad rahe hain yahud ko bata kar lad rahe hain in se is zamane mein</w:t>
      </w:r>
    </w:p>
    <w:p>
      <w:pPr>
        <w:jc w:val="right"/>
      </w:pPr>
      <w:r>
        <w:t>اللہ توبہ قبول فرماتا ہے، اس وقت تک جب تک کہ غرغرہ نہ ہو جائے، موت کے آخری وقت تک۔ اب کون جانتا ہے کہ وہ آدمی جو ہے توبہ نہیں کر لے گا؟ کس کو پتہ ہے؟ مثال کے طور پر یہودیوں کو آپ برا سمجھتے ہیں، بہت برا۔ سارے مسلمان یہودیوں سے نفرت کرتے ہیں۔ ان یہودیوں کو دیکھیے، اس اس زمانے میں جب کہ یہود سے لڑ رہے ہیں، یہود کو بتا کر لڑ رہے ہیں، ان سے اس زمانے میں</w:t>
      </w:r>
    </w:p>
    <w:p>
      <w:r>
        <w:rPr>
          <w:b/>
        </w:rPr>
        <w:t xml:space="preserve">[1:17:28] </w:t>
      </w:r>
      <w:r>
        <w:t>qatl kai log paida hue maslan asad sahib jo lepor un ka naam tha hungary mein paida hue the unhone islam qabul kiya quran tafsir likhi unhone aur jinka naam margaret tha america mein paida hue dono yahudi the aur bahut hi islam yani sachhe islam pe jiye sachhe islam par milen to aap kaun hote hain kehne wale ke woh kafir hai ek</w:t>
      </w:r>
    </w:p>
    <w:p>
      <w:pPr>
        <w:jc w:val="right"/>
      </w:pPr>
      <w:r>
        <w:t>قتل کئی لوگ پیدا ہوئے، مثلاً اسد صاحب، جو لیپور ان کا نام تھا، ہنگری میں پیدا ہوئے تھے، انہوں نے اسلام قبول کیا، قرآن تفسیر لکھی، انہوں نے اور جن کا نام مارگریٹ تھا، امریکہ میں پیدا ہوئے، دونوں یہودی تھے اور بہت ہی اسلام یعنی سچے اسلام پہ جیے، سچے اسلام پر ملے۔ تو آپ کون ہوتے ہیں کہنے والے کہ وہ کافر ہے؟ ایک</w:t>
      </w:r>
    </w:p>
    <w:p>
      <w:r>
        <w:rPr>
          <w:b/>
        </w:rPr>
        <w:t xml:space="preserve">[1:17:58] </w:t>
      </w:r>
      <w:r>
        <w:t>yahudi islam mein dakhil hua to aap us waqt aap jo fatwa diye hote hain ke yeh kafir hai to aaj aap allah ka qarzah dete hain aap to behal yaad rakhiye kisi musalman ko kisi bhi musalman ko haq nahi ke kafir kahe kafir kehna apne aap mein gunah ka fe'al hai aap insan kahiye insan mujhe kisi ne bataya ke wahan arab emaraat mein ek</w:t>
      </w:r>
    </w:p>
    <w:p>
      <w:pPr>
        <w:jc w:val="right"/>
      </w:pPr>
      <w:r>
        <w:t>یہودی اسلام میں داخل ہوا تو آپ اس وقت آپ جو فتوی دیے ہوتے ہیں کہ یہ کافر ہے، تو آج آپ اللہ کا قرضہ دیتے ہیں۔ آپ تو بہرحال یاد رکھیے، کسی مسلمان کو، کسی بھی مسلمان کو حق نہیں کہ کافر کہے۔ کافر کہنا اپنے آپ میں گناہ کا فعل ہے۔ آپ انسان کہیے، انسان۔ مجھے کسی نے بتایا کہ وہاں عرب امارات میں ایک</w:t>
      </w:r>
    </w:p>
    <w:p>
      <w:r>
        <w:rPr>
          <w:b/>
        </w:rPr>
        <w:t xml:space="preserve">[1:18:29] </w:t>
      </w:r>
      <w:r>
        <w:t>manwai se gayi hui hai ek jahan quran likha hua hai us mein likha hua hai ke us ko touch na karein yeh to shaitani hai hai koi nahi touch karenge sab ke liye aaya hai quran aap ki monopoly hai quran par musalman ki monopoly hai quran par yeh kitni shaitani baat hai ek wahan likh rakha hai ke us pe non muslim us ko touch na karein yeh bilkul khud sakhta mazhab hai is ka islam se koi ta'a</w:t>
      </w:r>
    </w:p>
    <w:p>
      <w:pPr>
        <w:jc w:val="right"/>
      </w:pPr>
      <w:r>
        <w:t>منوائی سے گئی ہوئی ہے، ایک جہاں قرآن لکھا ہوا ہے، اس میں لکھا ہوا ہے کہ اس کو ٹچ نہ کریں۔ یہ تو شیطانی ہے ہے، کوئی نہیں ٹچ کریں گے، سب کے لیے آیا ہے قرآن۔ آپ کی مناپلی ہے قرآن پر، مسلمان کی مناپلی ہے قرآن پر۔ یہ کتنی شیطانی بات ہے، ایک وہاں لکھ رکھا ہے کہ اس پہ نان مسلم اس کو ٹچ نہ کریں۔ یہ بالکل خود ساختہ مذہب ہے، اس کا اسلام سے کوئی تع</w:t>
      </w:r>
    </w:p>
    <w:p>
      <w:r>
        <w:rPr>
          <w:b/>
        </w:rPr>
        <w:t xml:space="preserve">[1:18:59] </w:t>
      </w:r>
      <w:r>
        <w:t>luq nahi hai quran sab ke liye sare alam ke liye to aap aap kaun hote hain ke aap ne us ko quran ko apna bana liya bilkul yeh sab galat nazariyat hain har aadmi insan hai kisi ko haq nahi ke kisi ko kafir bataye yeh dunya darul kafar nahi hai dunya darul insan hai yeh jo log darul kafar bat</w:t>
      </w:r>
    </w:p>
    <w:p>
      <w:pPr>
        <w:jc w:val="right"/>
      </w:pPr>
      <w:r>
        <w:t>لق نہیں ہے۔ قرآن سب کے لیے، سارے عالم کے لیے۔ تو آپ آپ کون ہوتے ہیں کہ آپ نے اس کو قرآن کو اپنا بنا لیا؟ بالکل یہ سب غلط نظریات ہیں۔ ہر آدمی انسان ہے، کسی کو حق نہیں کہ کسی کو کافر بتائے۔ یہ دنیا دارالکفر نہیں ہے، دنیا دارالانسان ہے۔ یہ جو لوگ دارالکفر بت</w:t>
      </w:r>
    </w:p>
    <w:p>
      <w:r>
        <w:rPr>
          <w:b/>
        </w:rPr>
        <w:t xml:space="preserve">[1:19:29] </w:t>
      </w:r>
      <w:r>
        <w:t>late hain woh bilkul jhoot bolte hain jhoot kyunke khud se nikal rakha hai unhone quran mein aap dekhiye bada hua insan insan ya insaan ya insaan ya insan to khuda is dunya ko insanon ko bhi kiya samajhta hai to yeh insan hai aap kaun hote hain ke is ko darul kafar kehne wale hain jis aadmi ki yeh soch hai us ko tauba karna chahiye warna is mein koi shakk nahi ke allah ta'ala</w:t>
      </w:r>
    </w:p>
    <w:p>
      <w:pPr>
        <w:jc w:val="right"/>
      </w:pPr>
      <w:r>
        <w:t>اتے ہیں، وہ بالکل جھوٹ بولتے ہیں، جھوٹ کیونکہ خود سے نکال رکھا ہے۔ انہوں نے قرآن میں آپ دیکھیے، بڑا ہوا انسان، انسان یا الانسان یا الانسان یا انسان۔ تو خدا اس دنیا کو انسانوں کو بھی کیا سمجھتا ہے؟ تو یہ انسان ہے۔ آپ کون ہوتے ہیں کہ اس کو دارالکفر کہنے والے ہیں؟ جس آدمی کی یہ سوچ ہے، اس کو توبہ کرنا چاہیے، ورنہ اس میں کوئی شک نہیں کہ اللہ تعالی</w:t>
      </w:r>
    </w:p>
    <w:p>
      <w:r>
        <w:rPr>
          <w:b/>
        </w:rPr>
        <w:t xml:space="preserve">[1:19:59] </w:t>
      </w:r>
      <w:r>
        <w:t>ka pakda jayega woh sakht is se saza ho gi maulana agla sawal kashmir se hai mir omar sahib ka unhone likha hai maulana sahib may you please elaborate that whether islam allows these things or not firstly can a muslim girl wear like a boy wears that is pant or jeans and that she can move outside with her hair open secondly can</w:t>
      </w:r>
    </w:p>
    <w:p>
      <w:pPr>
        <w:jc w:val="right"/>
      </w:pPr>
      <w:r>
        <w:t>کا پکڑا جائے گا، وہ سخت اس سے سزا ہو گی۔ مولانا، اگلا سوال کشمیر سے ہے میر عمر صاحب کا۔ انہوں نے لکھا ہے: "مولانا صاحب، می یو پلیز ایلیبوریٹ دیٹ ویدر اسلام الاوز دیز تھنگز اور ناٹ؟ فرسٹلی، کین ا مسلم گرل ویئر لائک ا بوائے ویئرز، دیٹ از پینٹ اور جینز، اینڈ دیٹ شی کین موو آؤٹ سائیڈ ود ہیر اوپن؟ سیکنڈلی، کین</w:t>
      </w:r>
    </w:p>
    <w:p>
      <w:r>
        <w:rPr>
          <w:b/>
        </w:rPr>
        <w:t xml:space="preserve">[1:20:29] </w:t>
      </w:r>
      <w:r>
        <w:t>a muslim boy wear earings and can he have half chin beard and thirdly can a muslim work in bank that is muslims versus bank job on behalf of سود please explain dekhen yeh sawalat galat sawalat hain jo sahib ne sawal kiya hai woh khud ghalati par hain kyun unhone</w:t>
      </w:r>
    </w:p>
    <w:p>
      <w:pPr>
        <w:jc w:val="right"/>
      </w:pPr>
      <w:r>
        <w:t>ا مسلم بوائے ویئر ایئرنگز اینڈ کین ہیو ہاف چن بیئرڈ؟ اینڈ تھرڈلی، کین ا مسلم ورک ان بینک، دیٹ از مسلمز ورسز بینک جاب ان بیہاف اف سود؟ پلیز ایکسپلین۔" دیکھیں، یہ سوالات غلط سوالات ہیں۔ جو صاحب نے سوال کیا ہے، وہ خود غلطی پر ہیں۔ کیوں؟ انہوں نے</w:t>
      </w:r>
    </w:p>
    <w:p>
      <w:r>
        <w:rPr>
          <w:b/>
        </w:rPr>
        <w:t xml:space="preserve">[1:20:59] </w:t>
      </w:r>
      <w:r>
        <w:t>wrong starting point liya hai yeh starting point nahi hai jo aap soch rahe hain yeh wrong starting point hai aap sochiye bahut peeche se is ke mind ko adjust kijiye is ki soch ko sahi kijiye is ki thinking ko change kijiye aap culture pe chale jayein yani culture wali baaton se starting start karna yeh galat starting point hai aur jo start karega woh khud pa</w:t>
      </w:r>
    </w:p>
    <w:p>
      <w:pPr>
        <w:jc w:val="right"/>
      </w:pPr>
      <w:r>
        <w:t>رونگ اسٹارٹنگ پوائنٹ لیا ہے۔ یہ اسٹارٹنگ پوائنٹ نہیں ہے جو آپ سوچ رہے ہیں، یہ رونگ اسٹارٹنگ پوائنٹ ہے۔ آپ سوچیے، بہت پیچھے سے اس کے مائنڈ کو ایڈجسٹ کیجیے، اس کی سوچ کو صحیح کیجیے، اس کی تھنکنگ کو چینج کیجیے۔ آپ کلچر پہ چلے جائیں، یعنی کلچر والی باتوں سے اسٹارٹنگ اسٹارٹ کرنا، یہ غلط اسٹارٹنگ پوائنٹ ہے۔ اور جو اسٹارٹ کرے گا، وہ خود پ</w:t>
      </w:r>
    </w:p>
    <w:p>
      <w:r>
        <w:rPr>
          <w:b/>
        </w:rPr>
        <w:t xml:space="preserve">[1:21:29] </w:t>
      </w:r>
      <w:r>
        <w:t>kda jayega yani woh aadmi jo hai woh to baad mein pakda jayega aise pehle pakad jayenge rasool allah ke zamane mein makkah mein yani sharab peete the log sudi len den tha aap koi ayatein nahi hoti thi is zamane mein baaz ayatein hoti hain jab ke log tayyar ho gaye dekhen quran bukhari mein ek riwayat hai aisha ki us ko aap padh li</w:t>
      </w:r>
    </w:p>
    <w:p>
      <w:pPr>
        <w:jc w:val="right"/>
      </w:pPr>
      <w:r>
        <w:t>کڑا جائے گا۔ یعنی وہ آدمی جو ہے، وہ تو بعد میں پکڑا جائے گا، ایسے پہلے پکڑ جائیں گے۔ رسول اللہ کے زمانے میں مکے میں، یعنی شراب پیتے تھے لوگ، سودی لین دین تھا، آپ کوئی آیتیں نہیں ہوتی تھیں اس زمانے میں۔ بعض آیتیں ہوتی ہیں جب کہ لوگ تیار ہو گئے۔ دیکھیں، قرآن بخاری میں ایک روایت ہے طائشہ کی، اس کو آپ پڑھ لیج</w:t>
      </w:r>
    </w:p>
    <w:p>
      <w:r>
        <w:rPr>
          <w:b/>
        </w:rPr>
        <w:t xml:space="preserve">[1:21:59] </w:t>
      </w:r>
      <w:r>
        <w:t>jiye bab talif quran ke tehat hazrat aisha kehti hain ke quran mein pehle utri woh ayatein hain jis mein jannat aur jahannum ka zikr tha yahan tak ke logon ki dunya mein aa gayi log paper mind ban gaye tab ja ke utra ke zina chhod do aur sharab chhod do to kehti hain ke agar pehle utarta yeh ke zina chhod do aur sharab chhod do to woh kehte la</w:t>
      </w:r>
    </w:p>
    <w:p>
      <w:pPr>
        <w:jc w:val="right"/>
      </w:pPr>
      <w:r>
        <w:t>ئے، باب تالیف القرآن کے تحت۔ حضرت عائشہ کہتی ہیں کہ قرآن میں پہلے اتری وہ آیتیں ہیں جس میں جنت اور جہنم کا ذکر تھا، یہاں تک کہ لوگوں کی دنیا میں آگئی، لوگ پیپر مائنڈ بن گئے، تب جا کے اترا کہ زنا چھوڑ دو اور شراب چھوڑ دو۔ تو کہتی ہیں کہ اگر پہلے اترتا یہ کہ زنا چھوڑ دو اور شراب چھوڑ دو، تو وہ کہتے: "لا</w:t>
      </w:r>
    </w:p>
    <w:p>
      <w:r>
        <w:rPr>
          <w:b/>
        </w:rPr>
        <w:t xml:space="preserve">[1:22:29] </w:t>
      </w:r>
      <w:r>
        <w:t>nad'u az zina abadan wa la nad'u al-khmr abadan hum kabhi nahi chhodenge zina na kabhi chhodenge sharab yeh kya hai is ka matlab kya hai islam ka tareeqa culture se start karne ka nahi hai thinking se start karne ka hai jo log aisa sawalat karte hain woh khud bahut badi ghalati mein mubtala hain ke culture se start karte hain starting point galat hai aap</w:t>
      </w:r>
    </w:p>
    <w:p>
      <w:pPr>
        <w:jc w:val="right"/>
      </w:pPr>
      <w:r>
        <w:t>ندعو الزنا ابدا ولا ندعو الخمر ابدا"۔ ہم کبھی نہیں چھوڑیں گے زنا، نہ کبھی چھوڑیں گے شراب۔ یہ کیا ہے؟ اس کا مطلب کیا ہے؟ اسلام کا طریقہ کلچر سے اسٹارٹ کرنے کا نہیں ہے، تھنکنگ سے اسٹارٹ کرنے کا ہے۔ جو لوگ ایسا سوالات کرتے ہیں، وہ خود بہت بڑی غلطی میں مبتلا ہیں کہ کلچر سے اسٹارٹ کرتے ہیں۔ اسٹارٹنگ پوائنٹ غلط ہے آپ</w:t>
      </w:r>
    </w:p>
    <w:p>
      <w:r>
        <w:rPr>
          <w:b/>
        </w:rPr>
        <w:t xml:space="preserve">[1:22:59] </w:t>
      </w:r>
      <w:r>
        <w:t>ka aap is ke fikr ko sahi kijiye is ke mind ko adjust kijiye dalail ki zaban mein islam pesh kijiye yani reason ke sath islam pesh kijiye yeh bilkul galat hai aur is tarah se na aap ko koi sawab milega na is tarah se aap dawah kar sakte hain dawah jo hota hai bahut zyada is ke andar yani tahammul hona chahiye tolerance hona chahiye without tolerance there is</w:t>
      </w:r>
    </w:p>
    <w:p>
      <w:pPr>
        <w:jc w:val="right"/>
      </w:pPr>
      <w:r>
        <w:t>کا، آپ اس کے فکر کو صحیح کیجیے، اس کے مائنڈ کو ایڈجسٹ کیجیے، دلائل کی زبان میں اسلام پیش کیجیے، یعنی ریزن کے ساتھ اسلام پیش کیجیے۔ یہ بالکل غلط ہے، اور اس طرح سے نہ آپ کو کوئی ثواب ملے گا، نہ اس طرح سے آپ دعوی کر سکتے ہیں۔ دعوی جو ہوتا ہے، بہت زیادہ اس کے اندر، یعنی تحمل ہونا چاہیے، ٹالرنس ہونا چاہیے۔ وداؤٹ ٹالرنس، دیر از</w:t>
      </w:r>
    </w:p>
    <w:p>
      <w:r>
        <w:rPr>
          <w:b/>
        </w:rPr>
        <w:t xml:space="preserve">[1:23:29] </w:t>
      </w:r>
      <w:r>
        <w:t>no dua work. yaad rakhiye, without patience, there is no dua work. without tolerance, there is no dua work. yeh meri is mizaj ka dua work nahi ho sakta hai, harghiz nahi ho sakta hai. dawat ke liye bohat hi bara dil chahiye, bohat bara dil. main aap ko ek hadith sunaoon: rasool Allah sal Allah alaihi wasallam ek baar safar kar raha</w:t>
      </w:r>
    </w:p>
    <w:p>
      <w:pPr>
        <w:jc w:val="right"/>
      </w:pPr>
      <w:r>
        <w:t>نو دعا ورک۔ یاد رکھیے، وداؤٹ پیشنس، دیر از نو دعا ورک۔ وداؤٹ ٹالرنس، دیر از نو دعا ورک۔ یہ میری اس مزاج کا دعا ورک نہیں ہو سکتا ہے، ہرگز نہیں ہو سکتا ہے۔ دعوت کے لیے بہت ہی بڑا دل چاہیے، بہت بڑا دل۔ میں آپ کو ایک حدیث سناؤں: رسول اللہ صلی اللہ علیہ وسلم ایک بار سفر کر رہ</w:t>
      </w:r>
    </w:p>
    <w:p>
      <w:r>
        <w:rPr>
          <w:b/>
        </w:rPr>
        <w:t xml:space="preserve">[1:23:59] </w:t>
      </w:r>
      <w:r>
        <w:t>e the, khachar par baithe hue the, aap khachar ya oont par, to aap ke peeche aap ke khandan ke ek naujawan baithe hue the, Abdullah Abbas, us naujawan the. woh to ek naujawan ladki aage masla poochne ke liye, uska face khula hua tha. to hadith mein jo alfaaz aa rahe hain, ek jawant</w:t>
      </w:r>
    </w:p>
    <w:p>
      <w:pPr>
        <w:jc w:val="right"/>
      </w:pPr>
      <w:r>
        <w:t>ے تھے، خچر پر بیٹھے ہوئے تھے، آپ خچر یا اونٹ پر، تو آپ کے پیچھے آپ کے خاندان کے ایک نوجوان بیٹھے ہوئے تھے، عبداللہ عباس، اس نوجوان تھے۔ وہ تو ایک نوجوان لڑکی آگے مسئلہ پوچھنے کے لیے، اس کا فیس کھلا ہوا تھا۔ تو حدیث میں جو الفاظ آ رہے ہیں، ایک جوانت</w:t>
      </w:r>
    </w:p>
    <w:p>
      <w:r>
        <w:rPr>
          <w:b/>
        </w:rPr>
        <w:t xml:space="preserve">[1:24:39] </w:t>
      </w:r>
      <w:r>
        <w:t>yani woh ladki lagi dekhne, us naujawan ko, naujawan ladka dekhne, us ladki ko. is tarah taleem hai lekin rasool Allah sal Allah alaihi wasallam ne us ko daanta, us ko daanta. yeh dawat ka maqsad hi hota hai ke aap mufti ban jayein. mufti banne se dawat ka nahi hota hai. aap ke dil mein bohat zyada tahammul, bohat zyada bardasht</w:t>
      </w:r>
    </w:p>
    <w:p>
      <w:pPr>
        <w:jc w:val="right"/>
      </w:pPr>
      <w:r>
        <w:t>یعنی وہ لڑکی لگی دیکھنے، اس نوجوان کو، نوجوان لڑکا دیکھنے، اس لڑکی کو۔ اس طرح تعلیم ہے لیکن رسول اللہ صلی اللہ علیہ وسلم نے اس کو ڈانٹا، اس کو ڈانٹا۔ یہ دعوت کا مقصد ہی ہوتا ہے کہ آپ مفتی بن جائیں۔ مفتی بننے سے دعوت کا نہیں ہوتا۔ آپ کے دل میں بہت زیادہ تحمل، بہت زیادہ برداشت</w:t>
      </w:r>
    </w:p>
    <w:p>
      <w:r>
        <w:rPr>
          <w:b/>
        </w:rPr>
        <w:t xml:space="preserve">[1:25:09] </w:t>
      </w:r>
      <w:r>
        <w:t>bohat zyada rawani hona chahiye. dua karna chahiye, bajaye is ke ke aap masle batane, us ko dua ki dua kyun nahi karte? aap dua kyun nahi karte? aap dawat aur dua, yeh hai dawah ka tareeqa. yeh harghiz yeh tareeqa nahi hai jo aap ne farmaya. aisa bohat se log aisi baatein karte hain, main samajhta hoon woh khud gunah mein mubtala hain. jo dawat ka aaghaz karte hain, is tarah ke masle batane se, is tarah ke fatwe dene se, woh khud gunah mein mubtala hain.</w:t>
      </w:r>
    </w:p>
    <w:p>
      <w:pPr>
        <w:jc w:val="right"/>
      </w:pPr>
      <w:r>
        <w:t>، بہت زیادہ روانی ہونا چاہیے۔ دعا کرنا چاہیے، بجائے اس کے کہ آپ مسئلے بتانے، اس کو دعا کی دعا کیوں نہیں کرتے؟ آپ دعا کیوں نہیں کرتے؟ آپ دعوت اور دعا، یہ ہے دعوی کا طریقہ۔ یہ ہرگز یہ طریقہ نہیں ہے جو آپ نے فرمایا۔ ایسا بہت سے لوگ ایسی باتیں کرتے ہیں، میں سمجھتا ہوں وہ خود گناہ میں مبتلا ہیں۔ جو دعوت کا آغاز کرتے ہیں، اس طرح کے مسئلے بتانے سے، اس طرح کے فتوے دینے سے، وہ خود گناہ میں مبتلا ہیں۔</w:t>
      </w:r>
    </w:p>
    <w:p>
      <w:r>
        <w:rPr>
          <w:b/>
        </w:rPr>
        <w:t xml:space="preserve">[1:25:41] </w:t>
      </w:r>
      <w:r>
        <w:t>un ko khud tauba karna chahiye aur dawat ka tareeqa seekhna chahiye. kya tareeqa hai dawat karne ka? bohat tahammul darkar hai, bohat zyada bardasht darkar hai, bohat zyada rawadari darkar hai. tab ja ke dawat ka kaam hota hai. Maulana, agla sawal Amir Jan sahib ka hai Kashmir se. unhone likha hai: "in order to leave the god oriented life, it is very important to give least importance to</w:t>
      </w:r>
    </w:p>
    <w:p>
      <w:pPr>
        <w:jc w:val="right"/>
      </w:pPr>
      <w:r>
        <w:t>ان کو خود توبہ کرنا چاہیے اور دعوت کا طریقہ سیکھنا چاہیے۔ کیا طریقہ ہے دعوت کرنے کا؟ بہت تحمل درکار ہے، بہت زیادہ برداشت درکار ہے، بہت زیادہ رواداری درکار ہے۔ تب جا کے دعوت کا کام ہوتا ہے۔ مولانا، اگلا سوال عامر جن صاحب کا ہے کشمیر سے۔ انہوں نے لکھا ہے: "ان آرڈر ٹو لیو دا گاڈ اورینٹڈ لائف، اٹ از ویری امپورٹنٹ ٹو گیو لیسٹ امپورٹنس ٹو</w:t>
      </w:r>
    </w:p>
    <w:p>
      <w:r>
        <w:rPr>
          <w:b/>
        </w:rPr>
        <w:t xml:space="preserve">[1:26:11] </w:t>
      </w:r>
      <w:r>
        <w:t>the worldly affairs of this world and completely align all actions with respect to hereafter. but it is nature that man comes with unlimited desires in this world and he puts all efforts to meet those desires. while chasing for those desires, he loses all the focus for the eternal life." Maulana sahib, my question is how one can balance this equation</w:t>
      </w:r>
    </w:p>
    <w:p>
      <w:pPr>
        <w:jc w:val="right"/>
      </w:pPr>
      <w:r>
        <w:t>دا ورلڈلی افیئرز اف دس ورلڈ اینڈ کمپلیٹلی الائن ال ایکشنز ود ریسپیکٹ ٹو ہیئر افٹر۔ بٹ اٹ از نیچر دیٹ مین کمز ود ان لمیٹڈ ڈیزائرز ان دس ورلڈ اینڈ ہی پٹس ال ایفرٹس ٹو میٹ دوز ڈیزائرز۔ وائل چیزنگ فار دوز ڈیزائرز، ہی لوزز ال دا فوکس فار دی ایٹرنل لائف۔" مولانا صاحب، مائی کوسچن از ہاؤ ون کین بیلنس دس ایکویشن</w:t>
      </w:r>
    </w:p>
    <w:p>
      <w:r>
        <w:rPr>
          <w:b/>
        </w:rPr>
        <w:t xml:space="preserve">[1:26:41] </w:t>
      </w:r>
      <w:r>
        <w:t>؟ nahi, yeh balance ka sawal nahi hai, correction ka sawal hai. balance sawal nahi, correction ka sawal hai. dekhiye, unlimited desire kis liye hai? yeh ek fitrat ka part hai. unlimited, mere bhi, mere bhi unlimited desire hai. is ko jaanein ke woh kyun hai? yani why God created unlimited desire? yeh is ko jaanein</w:t>
      </w:r>
    </w:p>
    <w:p>
      <w:pPr>
        <w:jc w:val="right"/>
      </w:pPr>
      <w:r>
        <w:t>؟ نہیں، یہ بیلنس کا سوال نہیں ہے، کریکشن کا سوال ہے۔ بیلنس سوال نہیں، کریکشن کا سوال ہے۔ دیکھیے، ان لمیٹڈ ڈیزائر کس لیے ہے؟ یہ ایک فطرت کا پارٹ ہے۔ ان لمیٹڈ، میرے بھی، میرے بھی ان لمیٹڈ ڈیزائر ہے۔ اس کو جانیں کہ وہ کیوں ہے؟ یعنی وائی گاڈ کریٹڈ ان لمیٹڈ ڈیزائر؟ یہ اس کو جانیں</w:t>
      </w:r>
    </w:p>
    <w:p>
      <w:r>
        <w:rPr>
          <w:b/>
        </w:rPr>
        <w:t xml:space="preserve">[1:27:13] </w:t>
      </w:r>
      <w:r>
        <w:t>taake aap jannat ke mushtaq banen. unlimited desire kahan fulfill hogi? is ko talash karen. lekin kya karte hain log? bajaye jannat ke, isi duniya mein phans jate hain. yani jo unlimited desire rakhi gayi thi, is liye ke unhone jannat ko talash karen. jannat ko apna cursor banayein, jannat ko apna goal banayein. unhone kya kiya? isi duniya mein</w:t>
      </w:r>
    </w:p>
    <w:p>
      <w:pPr>
        <w:jc w:val="right"/>
      </w:pPr>
      <w:r>
        <w:t>تاکہ آپ جنت کے مشتاق بنیں۔ ان لمیٹڈ ڈیزائر کہاں فلفل ہوگی؟ اس کو تلاش کریں۔ لیکن کیا کرتے ہیں لوگ؟ بجائے جنت کے، اسی دنیا میں پھنس جاتے ہیں۔ یعنی جو ان لمیٹڈ ڈیزائر رکھی گئی تھی، اس لیے کہ انہوں نے جنت کو تلاش کریں۔ جنت کو اپنا کرسر بنائیں، جنت کو اپنا گول بنائیں۔ انہوں نے کیا کیا؟ اسی دنیا میں</w:t>
      </w:r>
    </w:p>
    <w:p>
      <w:r>
        <w:rPr>
          <w:b/>
        </w:rPr>
        <w:t xml:space="preserve">[1:27:43] </w:t>
      </w:r>
      <w:r>
        <w:t>phans liya aap ne. isi Quran pak ke matlab, Allah ne to us ko unlimited desire is liye di thi ke woh jannat ka saak bane. aur us ne kya kiya? ke aap ne is desire ko is duniya mein phansa diya. yeh masla balance ka nahi hai, balkeh apni apni immaturity ko khatam karne ka hai, apni soch ko correct karne ka hai.</w:t>
      </w:r>
    </w:p>
    <w:p>
      <w:pPr>
        <w:jc w:val="right"/>
      </w:pPr>
      <w:r>
        <w:t>پھنسا لیا آپ نے۔ اسی قرآن پاک کے مطلب، اللہ نے تو اس کو ان لمیٹڈ ڈیزائر اس لیے دی تھی کہ وہ جنت کا ساک بنے۔ اور اس نے کیا کیا؟ کہ آپ نے اس ڈیزائر کو اس دنیا میں پھنسا دیا۔ یہ مسئلہ بیلنس کا نہیں ہے، بلکہ اپنی اپنی ان میچورٹی کو ختم کرنے کا ہے، اپنی سوچ کو کریکٹ کرنے کا ہے۔</w:t>
      </w:r>
    </w:p>
    <w:p>
      <w:r>
        <w:rPr>
          <w:b/>
        </w:rPr>
        <w:t xml:space="preserve">[1:28:16] </w:t>
      </w:r>
      <w:r>
        <w:t>Maulana, agla sawal Lahore Pakistan se hai Miss Salma ka. unhone likha hai: "ek khatoon ne kaha ke main dawat al Allah ke kaam mein apne aap ko kis tarah shamil karoon jabke main ek anpadh khatoon hoon?" is ke bare mein bataein. dekhen, printing press ka zamana hai, anpadh to kya, andha bhi kaam kar sakta hai. daawati kaam kitabein rakh len apne paas. hamar</w:t>
      </w:r>
    </w:p>
    <w:p>
      <w:pPr>
        <w:jc w:val="right"/>
      </w:pPr>
      <w:r>
        <w:t>مولانا، اگلا سوال لاہور پاکستان سے ہے مس سلمہ کا۔ انہوں نے لکھا ہے: "ایک خاتون نے کہا کہ میں دعوت الا اللہ کے کام میں اپنے آپ کو کس طرح شامل کروں جبکہ میں ایک ان پڑھ خاتون ہوں؟" اس کے بارے میں بتائیں۔ دیکھیں، پینٹنگ پریس کا زمانہ ہے، ان پڑھ تو کیا، اندھا بھی کام کر سکتا ہے۔ دعوتی کام کتابیں رکھ لیں اپنے پاس۔ ہمار</w:t>
      </w:r>
    </w:p>
    <w:p>
      <w:r>
        <w:rPr>
          <w:b/>
        </w:rPr>
        <w:t xml:space="preserve">[1:28:46] </w:t>
      </w:r>
      <w:r>
        <w:t>e haan dekhen, Quran ke tarjume chhpe hain, sankron kitabein chhapi hain. apni book mein, woh apne purse mein, apne bag mein, apni pocket mein rakh lijiyega. jo bhi hai, us ko dete rahiye. is zamane mein to koi exclusion nahi raha hai. andha ho, langra ho, kuch bhi ho, woh daawati kaam kar sakta hai. ab is zamane mein koi rukawat nahi hai. baqi is ke liye woh zamana hai ke main kaha karta</w:t>
      </w:r>
    </w:p>
    <w:p>
      <w:pPr>
        <w:jc w:val="right"/>
      </w:pPr>
      <w:r>
        <w:t>ے ہاں دیکھیں، قرآن کے ترجمے چھپے ہیں، سینکڑوں کتابیں چھپی ہیں۔ اپنی بک میں، وہ اپنے پرس میں، اپنے بیگ میں، اپنی پاکٹ میں رکھ لیجئے۔ جو بھی ہے، اس کو دیتے رہیے۔ اس زمانے میں تو کوئی ایکسکلوژ نہیں رہا ہے۔ اندھا ہو، لنگڑا ہو، کچھ بھی ہو، وہ دعوتی کام کر سکتا ہے۔ اب اس زمانے میں کوئی رکاوٹ نہیں ہے۔ باقی اس کے لیے وہ زمانہ ہے کہ میں کہا کرتا</w:t>
      </w:r>
    </w:p>
    <w:p>
      <w:r>
        <w:rPr>
          <w:b/>
        </w:rPr>
        <w:t xml:space="preserve">[1:29:16] </w:t>
      </w:r>
      <w:r>
        <w:t>hoon ke "if you are good excuse, don't use it". woh zamana hai yeh. ab ab excuse ka zamana khatam ho gaya. Maulana, agla sawal Kashmir se hai Mr. G.A. Rangrez sahib ka. unhone likha hai: "kya Khuda ka concern sirf Musalman hain ya doosre log bhi? kya yahi mamla jannat aur jahannum ka bhi hai?" harghiz Musalman nahi hain, Musalman to ek qaum hai, woh Khuda</w:t>
      </w:r>
    </w:p>
    <w:p>
      <w:pPr>
        <w:jc w:val="right"/>
      </w:pPr>
      <w:r>
        <w:t>ہوں کہ "اف یو ار گڈ ایکسکلوز، ڈونٹ یوز اٹ"۔ وہ زمانہ ہے یہ۔ اب اب ایکسکلوز کا زمانہ ختم ہو گیا۔ مولانا، اگلا سوال کشمیر سے ہے مسٹر جی اے رنگریز صاحب کا۔ انہوں نے لکھا ہے: "کیا خدا کا کنسرن صرف مسلمان ہیں یا دوسرے لوگ بھی؟ کیا یہی معاملہ جنت اور جہنم کا بھی ہے؟" ہرگز مسلمان نہیں ہیں، مسلمان تو ایک قوم ہے، وہ خدا</w:t>
      </w:r>
    </w:p>
    <w:p>
      <w:r>
        <w:rPr>
          <w:b/>
        </w:rPr>
        <w:t xml:space="preserve">[1:29:46] </w:t>
      </w:r>
      <w:r>
        <w:t>ka concern kaun rahenge? Allah ka concern Muslim qaum nahi hai, Allah ka concern woh insan hai jo aarif ho, jis ne Allah ko realize kiya ho, jo Allah se hub-e-shadeed, Allah se khauf-e-shadeed mein us ki zindagi guzarti ho. yeh Musalman qaum, is ka Allah concern hai. yeh Allah ko aap underestimate kar rahe hain.</w:t>
      </w:r>
    </w:p>
    <w:p>
      <w:pPr>
        <w:jc w:val="right"/>
      </w:pPr>
      <w:r>
        <w:t>کا کنسرن کون رہیں گے؟ اللہ کا کنسرن مسلم قوم نہیں ہے، اللہ کا کنسرن وہ انسان ہے جو عارف ہو، جس نے اللہ کو ریلائز کیا ہو، جو اللہ سے حب شدید، اللہ سے خوف شدید میں اس کی زندگی گزرتی ہو۔ یہ مسلمان قوم، اس کا اللہ کنسرن ہے۔ یہ اللہ کو آپ انڈر ایسٹیمیٹ کر رہے ہیں۔</w:t>
      </w:r>
    </w:p>
    <w:p>
      <w:r>
        <w:rPr>
          <w:b/>
        </w:rPr>
        <w:t xml:space="preserve">[1:30:17] </w:t>
      </w:r>
      <w:r>
        <w:t>kabhi zamane mein Yahud ne samajh rakha tha aisi ke hum Allah concern hain, woh aap ne Quran samajh rakha hai. yahan dekhen, Quran mein ek lesa bil ma'ani hukum, bil ma'ani ahl-e-kitab, na kabhi zamane mein Yahud Allah concern the, na zamane mein Musalman Allah concern hain. Allah ka concern afraad hain, afraad individuals, jo Allah se darne wala ho, jo mut</w:t>
      </w:r>
    </w:p>
    <w:p>
      <w:pPr>
        <w:jc w:val="right"/>
      </w:pPr>
      <w:r>
        <w:t>کبھی زمانے میں یہودیوں نے سمجھ رکھا تھا ایسی کہ ہم اللہ کنسرن ہیں، وہ آپ نے قرآن سمجھ رکھا ہے۔ یہاں دیکھیے، قرآن میں ایک لیسا بلا معنی حکم، بلا معنی اہل کتاب، نہ کبھی زمانے میں یہود اللہ کنسرن تھے، نہ زمانے میں مسلمان اللہ کنسرن ہیں۔ اللہ کا کنسرن افراد ہیں، افراد انڈیویجولز، جو اللہ سے ڈرنے والا ہو، جو مت</w:t>
      </w:r>
    </w:p>
    <w:p>
      <w:r>
        <w:rPr>
          <w:b/>
        </w:rPr>
        <w:t xml:space="preserve">[1:30:47] </w:t>
      </w:r>
      <w:r>
        <w:t>taqi ho, jis ko tazkiya ki fikr ho, jis ko Allah se mohabbat ho. is fard, woh fard Allah ka insan hai. harghiz yeh na qaum Yahud aur na qaum Muslim. yeh soch bohat hi ghalat soch hai. Maulana, agla sawal Kashmir se hai Syed Yunus Bukhari sahib ka. unhone likha hai: "I want to ask Maulana sahib, that what are the conditions in which jihad is</w:t>
      </w:r>
    </w:p>
    <w:p>
      <w:pPr>
        <w:jc w:val="right"/>
      </w:pPr>
      <w:r>
        <w:t>قی ہو، جس کو تزکیہ کی فکر ہو، جس کو اللہ سے محبت ہو۔ اس فرد، وہ فرد اللہ کا انسان ہے۔ ہرگز یہ نہ قوم یہود اور نہ قوم مسلم۔ یہ سوچ بہت ہی غلط سوچ ہے۔ مولانا، اگلا سوال کشمیر سے ہے سید یونس بخاری صاحب کا۔ انہوں نے لکھا ہے: "آئی وانٹ ٹو اسک مولانا صاحب، دیٹ واٹ آر دا کنڈیشنز ان وچ جہاد از</w:t>
      </w:r>
    </w:p>
    <w:p>
      <w:r>
        <w:rPr>
          <w:b/>
        </w:rPr>
        <w:t xml:space="preserve">[1:31:17] </w:t>
      </w:r>
      <w:r>
        <w:t>fard for Muslims?" also I want to give suggestion to Maulana sahib, that if it is possible, then please also organize the dawah meet for women only, in which both Muslims and non-Muslims can take part, because it's the women who can be a mother, daughter and wife, and it's the mother who can play the most important role in the teachings of Islam to her children. as the mother is the</w:t>
      </w:r>
    </w:p>
    <w:p>
      <w:pPr>
        <w:jc w:val="right"/>
      </w:pPr>
      <w:r>
        <w:t>فرض فار مسلم؟" السو آئی وانٹ ٹو گیو سجیشن ٹو مولانا صاحب، دیٹ اف اٹ از پوسیبل، دین پلیز السو ارگنائز دا دعوی میٹ فار وومن اونلی، ان وچ بوتھ مسلمز اینڈ نان مسلمز کین ٹیک پارٹ، بیکاز اٹس دا وومن ہو کین بی ا مدر، ڈاٹر اینڈ وائف، اینڈ اٹس دا مدر ہو کین پلے دا موسٹ امپورٹنٹ رول ان دا ٹیچنگز اف اسلام ٹو ہر چلڈرن۔ ایز دا مدر از دا</w:t>
      </w:r>
    </w:p>
    <w:p>
      <w:r>
        <w:rPr>
          <w:b/>
        </w:rPr>
        <w:t xml:space="preserve">[1:31:47] </w:t>
      </w:r>
      <w:r>
        <w:t>first school for the children. hamara to sara kaam aurtein kar rahi hain, aap ko shayad maloom nahi hai. main to khud samajhta hoon ke main kuch nahi kar raha hoon. hamare mission mein auraton ko woh role mila hai jo is se pehle Ibrahimi mission mein aurat ko mila tha, Hazrat Hajra ko. Hazrat Hajra ka central role tha Ibrahimi mission mein. Ibrahimi mission mein Hazrat Hajra ka central role tha.</w:t>
      </w:r>
    </w:p>
    <w:p>
      <w:pPr>
        <w:jc w:val="right"/>
      </w:pPr>
      <w:r>
        <w:t>فرسٹ سکول فار دا چلڈرن۔ ہمارا تو سارا کام عورتیں کر رہی ہیں، آپ کو شاید معلوم نہیں ہے۔ میں تو خود سمجھتا ہوں کہ میں کچھ نہیں کر رہا ہوں۔ ہمارے مشن میں عورتوں کو وہ رول ملا ہے جو اس سے پہلے ابراہیمی مشن میں عورت کو ملا تھا، حضرت ہاجرہ کو۔ حضرت ہاجرہ کا سینٹرل رول تھا ابراہیمی مشن میں۔ ابراہیمی مشن میں حضرت ہاجرہ کا سینٹرل رول تھا۔</w:t>
      </w:r>
    </w:p>
    <w:p>
      <w:r>
        <w:rPr>
          <w:b/>
        </w:rPr>
        <w:t xml:space="preserve">[1:32:18] </w:t>
      </w:r>
      <w:r>
        <w:t>khud rasool Allah ke mission mein Khadija aur Aisha ka bohat zabardast role tha. aise hamare mission mein hai. cheez aap ko khabar hi nahi shayad ke hamara mission kis tarah chal raha hai. baqi jahan hijab ki baat hai to sab se bari jo bekhabri Musalmanon ki hai, woh yeh samajhte hain ke har Musalman ke liye jihad hai. bilkul gunah hai, gunah. ar-rahim al-imam jihad bimanah qitaar sirf hukumat ka kaam hai. sirf hukumat ka kaam hai. is zamane</w:t>
      </w:r>
    </w:p>
    <w:p>
      <w:pPr>
        <w:jc w:val="right"/>
      </w:pPr>
      <w:r>
        <w:t>خود رسول اللہ کے مشن میں خدیجہ اور عائشہ کا بہت زبردست رول تھا۔ ایسے ہمارے مشن میں ہے۔ چیز آپ کو خبر ہی نہیں شاید کہ ہمارا مشن کس طرح چل رہا ہے۔ باقی جہاں حجاب کی بات ہے تو سب سے بڑی جو بے خبری مسلمانوں کی ہے، وہ یہ سمجھتے ہیں کہ ہر مسلمان کے لیے جہاد ہے۔ بالکل گناہ ہے، گناہ۔ الرحیم الامام جہاد بمانہ قطار صرف حکومت کا کام ہے۔ صرف حکومت کا کام ہے۔ اس زمانے</w:t>
      </w:r>
    </w:p>
    <w:p>
      <w:r>
        <w:rPr>
          <w:b/>
        </w:rPr>
        <w:t xml:space="preserve">[1:32:48] </w:t>
      </w:r>
      <w:r>
        <w:t>mein jitne jihad chal rahe hain, sau jihad woh sab NGOs kar rahe hain. jo jihad tha hi nahi, woh kahin bhi state directly involve nahi hai. jahan kahin involve hai to woh woh proxy war chala rahi hai. proxy war to khud haram hai Islam mein. sab se pehli ghalat fehmi se niklen aap bahar ke harghiz harghiz NGOs ke liye aam Musalmanon ke liye jihad nahi hai.</w:t>
      </w:r>
    </w:p>
    <w:p>
      <w:pPr>
        <w:jc w:val="right"/>
      </w:pPr>
      <w:r>
        <w:t>میں جتنے جہاد چل رہے ہیں، سو جہاد وہ سب این جی اوز کر رہے ہیں۔ جو جہاد تھا ہی نہیں، وہ کہیں بھی اسٹیٹ ڈائریکٹلی انوالو نہیں ہے۔ جہاں کہیں انوالو ہے تو وہ وہ پراکسی وار چلا رہی ہے۔ پراکسی وار تو خود حرام ہے اسلام میں۔ سب سے پہلی غلط فہمی سے نکلیے آپ باہر کہ ہرگز ہرگز این جی اوز کے لیے عام مسلمانوں کے لیے جہاد نہیں ہے۔</w:t>
      </w:r>
    </w:p>
    <w:p>
      <w:r>
        <w:rPr>
          <w:b/>
        </w:rPr>
        <w:t xml:space="preserve">[1:33:18] </w:t>
      </w:r>
      <w:r>
        <w:t>bilashuba log fi'l haram kar rahe hain, karenge aisa kahin to jihad hukumat ke liye hai. ar-rahim al-imam hukumat ke liye, jab tak hukumat rasool Allah ne Makkah mein jihad is liye nahi kiya, wahan hukumat ki hesiyat nahi thi. aap ki Makkah mein aap ne jihad kiya, woh Madinah mein aap ne jihad kiya. to aaj kal jo jihad ho raha hai, yeh to bilkul fi'l haram ho raha hai ke jis ko woh bandook le kar jihad kar raha hai.</w:t>
      </w:r>
    </w:p>
    <w:p>
      <w:pPr>
        <w:jc w:val="right"/>
      </w:pPr>
      <w:r>
        <w:t>بلاشبہ لوگ فعل حرام کر رہے ہیں، کریں گے ایسا کہیں تو جہاد حکومت کے لیے ہے۔ الرحیم الامام حکومت کے لیے، جب تک حکومت رسول اللہ نے مکہ میں جہاد اس لیے نہیں کیا، وہاں حکومت کی حیثیت نہیں تھی۔ آپ کی مکہ میں آپ نے جہاد کیا، وہ مدینہ میں آپ نے جہاد کیا۔ تو آج کل جو جہاد ہو رہا ہے، یہ تو بالکل فعل حرام ہو رہا ہے کہ جس کو وہ بندوق لے کر جہاد کر رہا ہے۔</w:t>
      </w:r>
    </w:p>
    <w:p>
      <w:r>
        <w:rPr>
          <w:b/>
        </w:rPr>
        <w:t xml:space="preserve">[1:33:49] </w:t>
      </w:r>
      <w:r>
        <w:t>mein aap ko batata hoon, aap ko dil dekh lijiyega, is mein Al-Bidaya wa Al-Nihaya mein Imam Taimiyah jo the, un ke zamane mein Tatariyon ne hamla kiya. woh jis ko aap kehte hain jihad, uska surat paida ho gayi ke Tatariyon ne hamla kiya, sab unhone Samarkand se bohat tabah kar dala. to woh tha jihad. aaj kal ke zamane mein jo yaad kar rahe hain, jis liye is se bara mauqa</w:t>
      </w:r>
    </w:p>
    <w:p>
      <w:pPr>
        <w:jc w:val="right"/>
      </w:pPr>
      <w:r>
        <w:t>میں آپ کو بتاتا ہوں، آپ کو دل دیکھ لیجئے، اس میں البدایہ والنعایہ میں امام تیمیہ جو تھے، ان کے زمانے میں تاتاریوں نے حملہ کیا۔ وہ جس کو آپ کہتے ہیں جہاد، اس کا صورت پیدا ہو گئی کہ تاتاریوں نے حملہ کیا، سب انہوں نے سمرقند سے بہت تباہ کر ڈالا۔ تو وہ تھا جہاد۔ آج کل کے زمانے میں جو یاد کر رہے ہیں، جس لیے اس سے بڑا موقع</w:t>
      </w:r>
    </w:p>
    <w:p>
      <w:r>
        <w:rPr>
          <w:b/>
        </w:rPr>
        <w:t xml:space="preserve">[1:34:19] </w:t>
      </w:r>
      <w:r>
        <w:t>tha, woh to Ibn Taimiyah ne khud se jihad nahi kiya, khud tegh le ke nikal pade hain. is zamane mein do sultanon the, ek Sham mein aur ek Misr mein, us se ja ke mile woh, aur kaha ke yeh waqt aa gaya hai ke aap Tatariyon ka muqabla karen. aap bhi ja ke miliye, hukumat se miliye, hukumat direct agar samajhti hai jihad, jihad kare, aap kaun hote hain jihad karne wale? yeh waqia likha</w:t>
      </w:r>
    </w:p>
    <w:p>
      <w:pPr>
        <w:jc w:val="right"/>
      </w:pPr>
      <w:r>
        <w:t>تھا، وہ تو ابن تیمیہ نے خود سے جہاد نہیں کیا، خود طیبہ لے کے نکل پڑے ہیں۔ اس زمانے میں دو سلاطین تھے، ایک شام میں اور ایک مصر میں، اس سے جا کے ملے وہ، اور اسے کہا کہ یہ وقت آ گیا ہے کہ آپ تاتاریوں کا مقابلہ کریں۔ آپ بھی جا کے ملیے، حکومت سے ملیے، حکومت ڈائریکٹ اگر سمجھتی ہے جہاد، جہاد کرے، آپ کون ہوتے ہیں جہاد کرنے والے؟ یہ واقعہ لکھا</w:t>
      </w:r>
    </w:p>
    <w:p>
      <w:r>
        <w:rPr>
          <w:b/>
        </w:rPr>
        <w:t xml:space="preserve">[1:34:49] </w:t>
      </w:r>
      <w:r>
        <w:t>hua hai, Al-Bidaya wa Al-Nihaya mein aap padh lijiyega ke Ibn Taimiyah jo bohat bare aalim maane jaate hain, khud se jihad nahi kiya unhone, balkeh Sham ka jo Muslim sultan tha, Misr ka jo Muslim sultan tha, us se mile aur us se kaha ke aap jo jihad kijiye, Tatariyon ke khilaf, yeh koi jihad hai jo Musalman kar rahe hain, yeh to fasad hai. yeh jihad nahi hai, fasad hai jo Musalman kar rahe hain, jis ko yeh ek</w:t>
      </w:r>
    </w:p>
    <w:p>
      <w:pPr>
        <w:jc w:val="right"/>
      </w:pPr>
      <w:r>
        <w:t>ہوا ہے، البدایہ والنعایہ میں آپ پڑھ لیجئے کہ ابن تیمیہ جو بہت بڑے عالم مانے جاتے ہیں، خود سے جہاد نہیں کیا انہوں نے، بلکہ شام کا جو مسلم سلطان تھا، مصر کا جو مسلم سلطان تھا، اس سے ملے اور اس سے کہا کہ آپ جو جہاد کیجیے، تاتاریوں کے خلاف، یہ کوئی جہاد ہے جو مسلمان کر رہے ہیں، یہ تو فساد ہے۔ یہ جہاد نہیں ہے، فساد ہے جو مسلمان کر رہے ہیں، جس کو یہ ایک</w:t>
      </w:r>
    </w:p>
    <w:p>
      <w:r>
        <w:rPr>
          <w:b/>
        </w:rPr>
        <w:t xml:space="preserve">[1:35:19] </w:t>
      </w:r>
      <w:r>
        <w:t>party bana kar ke talwar le ke lad raha hai, khud hi khud kahin bhi aap dekhen, kahin bhi Muslim state involve nahi hai. agar hai to proxy war hai, aur dono galat hain Islam mein. Maulana, agla sawal Srinagar se hai Muhammad Maqbool Bhat sahib ka. unhone likha hai: "you have written in Al-Risalah that today we should follow the Isa model. it has confused Muslims and they suspected and propagated it in bad way, and blamed that Khan sahib is propagating Christianity and not Islam. please clear it for me." clear karne ka matlab aap Surah As-Saff padhiye, Surah As-Saff padhiye, us mein Allah taala ne khud hi farmaya hai. pehle Surah As-Saff ko das baar padhiye, aap phir sawal kijiyega. yeh to Musalmanon ki yani qaumi sarkashi hai, kaise aise aitraaz karte hain hamare</w:t>
      </w:r>
    </w:p>
    <w:p>
      <w:pPr>
        <w:jc w:val="right"/>
      </w:pPr>
      <w:r>
        <w:t>پارٹی بنا کر کے تلوار لے کے لڑ رہا ہے، خود ہی خود کہیں بھی آپ دیکھیں، کہیں بھی مسلم اسٹیٹ انوالو نہیں ہے۔ اگر ہے تو پراکسی وار ہے، اور دونوں غلط ہیں اسلام میں۔ مولانا، اگلا سوال سری نگر سے ہے محمد مقبول بھٹ صاحب کا۔ انہوں نے لکھا ہے: "یو ہیو رٹن ان الرسالہ دیٹ ٹوڈے وی شوڈ فالو دا عیسی ماڈل۔ اٹ ہیز کنفیوزڈ مس</w:t>
      </w:r>
    </w:p>
    <w:p>
      <w:r>
        <w:rPr>
          <w:b/>
        </w:rPr>
        <w:t xml:space="preserve">[1:35:49] </w:t>
      </w:r>
      <w:r>
        <w:t>مسلمانوں کی یعنی قومی سرکشی ہے، کیسے ایسے اعتراض کرتے ہیں ہمارے</w:t>
      </w:r>
    </w:p>
    <w:p>
      <w:pPr>
        <w:jc w:val="right"/>
      </w:pPr>
      <w:r>
        <w:t>لمز اینڈ دے سسپیکٹڈ اینڈ پروپیگیٹڈ اٹ ان بیڈ وے، اینڈ بلیم دیٹ خان صاحب از پروپیگیٹنگ کرسچینٹی اینڈ ناٹ اسلام۔ پلیز کلیئر اٹ فار می۔" کلیئر کرنے کا مطلب آپ سورہ الصف پڑھیے، سورہ الصف پڑھیے، اس میں اللہ تعالی نے خود ہی فرمایا ہے۔ پہلے سورہ الصف کو دس بار پڑھیے، آپ پھر سوال کیجیے۔ یہ تو مسلمانوں کی یعنی قومی سرکشی ہے، کیسے ایسے اعتراض کرتے ہیں ہمارے</w:t>
      </w:r>
    </w:p>
    <w:p>
      <w:r>
        <w:rPr>
          <w:b/>
        </w:rPr>
        <w:t xml:space="preserve">[1:36:19] </w:t>
      </w:r>
      <w:r>
        <w:t>upar? jo baat mein kehta hoon, quran ka hawale se, us ko kehte hain ke das bar aap surah as-saff ko parhiye, aur is ke baad phir mujh se sawal kijiye. bilashubah yeh sarkashi hai jo musalman kar rahe hain, sarkashi, aur is ke liye Allah taala ka bohat sakht saza di jaye gi ke maine kaha quran ki baat, aur us ko mera meri taraf laga diya. falan ji woh kaise, falan ji, aur mein aap ko khud dawat deta hoon ke aap parhiye surah as-saff ko, is mein kya</w:t>
      </w:r>
    </w:p>
    <w:p>
      <w:pPr>
        <w:jc w:val="right"/>
      </w:pPr>
      <w:r>
        <w:t>اوپر؟ جو بات میں کہتا ہوں، قرآن کا حوالے سے، اس کو کہتے ہیں کہ دس بار آپ سورہ الصف کو پڑھیے، اور اس کے بعد پھر مجھ سے سوال کیجیے۔ بلاشبہ یہ سرکشی ہے جو مسلمان کر رہے ہیں، سرکشی، اور اس کے لیے اللہ تعالی کا بہت سخت سزا دی جائے گی کہ میں نے کہا قرآن کی بات، اور اس کو میرا میری طرف لگا دیں۔ فلاں جی وہ کیسے، فلاں جی، اور میں آپ کو خود دعوت دیتا ہوں کہ آپ پڑھیے سورہ الصف کو، اس میں کیا</w:t>
      </w:r>
    </w:p>
    <w:p>
      <w:r>
        <w:rPr>
          <w:b/>
        </w:rPr>
        <w:t xml:space="preserve">[1:36:50] </w:t>
      </w:r>
      <w:r>
        <w:t>Allah taala ne kya farmaya hai? maulana, agla sawal dilli se hai shah imran hasan sahib ka. unhon ne likha hai: "UNO mein mile falasteen ke vote ko aap kis tarah se dekhte hain? kyunke muslim halqe mein is ko le kar kafi khushi manai ja rahi hai." maine abhi ek non event, non event, is liye ke already bohat se muslim countries is ke full flat member hain, to kya kar liya unhon ne?</w:t>
      </w:r>
    </w:p>
    <w:p>
      <w:pPr>
        <w:jc w:val="right"/>
      </w:pPr>
      <w:r>
        <w:t>اللہ تعالی نے کیا فرمایا ہے؟ مولانا، اگلا سوال دلی سے ہے شاہ عمران حسن صاحب کا۔ انہوں نے لکھا ہے: "یو این او میں ملے فلسطین کے ووٹ کو آپ کس طرح سے دیکھتے ہیں؟ کیونکہ مسلم حلقے میں اس کو لے کر کافی خوشی منائی جا رہی ہے۔" میں نے ابھی ایک نان ایونٹ، نان ایونٹ، اس لیے کہ الریڈی بہت سے مسلم کنٹریز اس کے فل فلیٹ ممبر ہیں، تو کیا کر لیا انہوں نے؟</w:t>
      </w:r>
    </w:p>
    <w:p>
      <w:r>
        <w:rPr>
          <w:b/>
        </w:rPr>
        <w:t xml:space="preserve">[1:37:20] </w:t>
      </w:r>
      <w:r>
        <w:t>itna ek non member status kya kar liya wahan par? aap bataiye, already muslim countries jo hain, sab ke sab wahan par full flat membership mili hui hai un ko, to kya kar liya unhon ne? to un ko agar non state, non member status mil jaye, us se kya kar len ge woh? to musalman to un ka ghussa bhi jhoota hota hai, un ko khushi bhi jhooti hoti hai. yeh bhi khushi mana rahe hain.</w:t>
      </w:r>
    </w:p>
    <w:p>
      <w:pPr>
        <w:jc w:val="right"/>
      </w:pPr>
      <w:r>
        <w:t>اتنا ایک نان ممبر سٹیٹس کیا کر لیا وہاں پر؟ آپ بتائیے، الریڈی مسلم کنٹریز جو ہیں، سب کے سب وہاں پر فل فلیٹ ممبرشپ ملی ہوئی ہے ان کو، تو کیا کر لیا انہوں نے؟ تو ان کو اگر نان اسٹیٹ، نان ممبر اسٹیٹس مل جائے، اسے کیا کر لیں گے وہ؟ تو مسلمان تو ان کا غصہ بھی جھوٹا ہوتا ہے، ان کو خوشی بھی جھوٹی ہوتی ہے۔ یہ بھی خوشی منا رہے ہیں۔</w:t>
      </w:r>
    </w:p>
    <w:p>
      <w:r>
        <w:rPr>
          <w:b/>
        </w:rPr>
        <w:t xml:space="preserve">[1:37:51] </w:t>
      </w:r>
      <w:r>
        <w:t>musalmanon ka ya to ghussa jhoota hota hai ya khushi jhooti hoti hai. maulana, agla sawal roorkee se hai sajid anwar sahib ka. unhon ne likha hai: "maulana, in todays lecture you rightly mentioned that modern media is an industry which promotes and spreads sensational news. maulana, my question is how to save our self from the negative influence of media, and how to use them effectively for</w:t>
      </w:r>
    </w:p>
    <w:p>
      <w:pPr>
        <w:jc w:val="right"/>
      </w:pPr>
      <w:r>
        <w:t>مسلمانوں کا یا تو غصہ جھوٹا ہوتا ہے یا خوشی جھوٹی ہوتی ہے۔ مولانا، اگلا سوال روڑکی سے ہے ساجد انور صاحب کا۔ انہوں نے لکھا ہے: "مولانا، ان ٹوڈےز لیکچر یو رائٹلی مینشنڈ دیٹ ماڈرن میڈیا از این انڈسٹری وچ پروموٹس اینڈ سپریڈ سنسیشنل نیوز۔ مولانا، مائی کوسچن از ہاؤ ٹو سیو اور سیلف فرام دا نیگیٹیو انفلوئنس اف میڈیا، اینڈ ہاؤ ٹو یوز دیم ایفیکٹولی فار</w:t>
      </w:r>
    </w:p>
    <w:p>
      <w:r>
        <w:rPr>
          <w:b/>
        </w:rPr>
        <w:t xml:space="preserve">[1:38:22] </w:t>
      </w:r>
      <w:r>
        <w:t>da'wa work?" mein sabr kar raha hoon, mein bohat se akhbarat parhta hoon, urdu akhbar, angrezi akhbar, arabi akhbar, farsi akhbar, aaj kal to maine kam kar diya, lekin dekhiye, parhta raha hoon, koi aisa nahin. yani akhbar mein chhap ke sarwar banayein, kabhi chhap gaye, akhbar mein chhap gaye, usi se aap rahe hain. yani aap apni</w:t>
      </w:r>
    </w:p>
    <w:p>
      <w:pPr>
        <w:jc w:val="right"/>
      </w:pPr>
      <w:r>
        <w:t>دعوی ورک؟" میں صبر کر رہا ہوں، میں بہت سے اخبارات پڑھتا ہوں، اردو اخبار، انگریزی اخبار، عربی اخبار، فارسی اخبار، آج کل تو میں نے کم کر دیا، لیکن دیکھیے، پڑھتا رہا ہوں، کوئی ایسا نہیں۔ یعنی اخبار میں چھپ کے سرور بنائیں، کبھی چھپ گئے، اخبار میں چھپ گئے، اسی سے آپ رہے ہیں۔ یعنی آپ اپنی</w:t>
      </w:r>
    </w:p>
    <w:p>
      <w:r>
        <w:rPr>
          <w:b/>
        </w:rPr>
        <w:t xml:space="preserve">[1:38:52] </w:t>
      </w:r>
      <w:r>
        <w:t>shakhsiyat ko akhbar se kam samajhte hain. mein samajhta hoon akhbar ki shakhsiyat, meri shakhsiyat ke muqable mein akhbar koi bhi nahin. subah chhapta hai aur sham rab bakta hai. woh akhbar jo hai, subah chhapta hai aur sham rab bakta hai. mein is se billion time ziyada bari cheez hoon. ek akhbar ke muqable mein meri shakhsiyat jo hai, billion ten time ziyada hai. to mein is akhbar ko kyun? yani muqablon ko meri meri personality banayein, mera zehn banayein.</w:t>
      </w:r>
    </w:p>
    <w:p>
      <w:pPr>
        <w:jc w:val="right"/>
      </w:pPr>
      <w:r>
        <w:t>شخصیت کو اخبار سے کم سمجھتے ہیں۔ میں سمجھتا ہوں اخبار کی شخصیت، میری شخصیت کے مقابلے میں اخبار کوئی بھی نہیں۔ صبح چھپتا ہے اور شام رب بکتا ہے۔ وہ اخبار جو ہے، صبح چھپتا ہے اور شام رب بکتا ہے۔ میں اس سے بلین ٹائم زیادہ بڑی چیز ہوں۔ ایک اخبار کے مقابلے میں میری شخصیت جو ہے، بلین ٹین ٹائم زیادہ ہے۔ تو میں اس اخبار کو کیوں؟ یعنی مقابلوں کو میری میری پرسنیلٹی بنائیں، میرا ذہن بنائیں۔</w:t>
      </w:r>
    </w:p>
    <w:p>
      <w:r>
        <w:rPr>
          <w:b/>
        </w:rPr>
        <w:t xml:space="preserve">[1:39:22] </w:t>
      </w:r>
      <w:r>
        <w:t>mein khud apne aql se sochta hoon, apni aql se sochein. mein yani zindagi bhar mein akhbar bohat ziyada parhta tha, aaj kal mein ne kam kar diya hai. mein kabhi bhi thoda sa akhbar ne mera zehn nahin banaya. akhbar kya cheez hai? yani mein mubalgha nahin kar raha hoon ke ek akhbar jo hai, subah chhapta hai aur sham ja ke rab bakta hai.</w:t>
      </w:r>
    </w:p>
    <w:p>
      <w:pPr>
        <w:jc w:val="right"/>
      </w:pPr>
      <w:r>
        <w:t>میں خود اپنے عقل سے سوچتا ہوں، اپنی عقل سے سوچیں۔ میں یعنی زندگی بھر میں اخبار بہت زیادہ پڑھتا تھا، آج کل میں نے کم کر دیا ہے۔ میں کبھی بھی تھوڑا سا اخبار نے میرا ذہن نہیں بنایا۔ اخبار کیا چیز ہے؟ یعنی میں مبالغہ نہیں کر رہا ہوں کہ ایک اخبار جو ہے، صبح چھپتا ہے اور شام جا کے رب بکتا ہے۔</w:t>
      </w:r>
    </w:p>
    <w:p>
      <w:r>
        <w:rPr>
          <w:b/>
        </w:rPr>
        <w:t xml:space="preserve">[1:39:53] </w:t>
      </w:r>
      <w:r>
        <w:t>aur mujhe jo Allah ne shakhsiyat di hai, woh to billion ten time ziyada hai, us se bari cheez hai. to mein kyun apne ko is se is ke asar maney doon? kaisa woh musalman hai jo akhbaron ko parh kar rai banate hain? kaise woh musalman hai woh? maulana, ek sawal, agla sawal karachi Pakistan se hai miss saira latif ka. unhon ne likha hai: "ek aurat apne aap ko khane yani kitchen ke masle se kis</w:t>
      </w:r>
    </w:p>
    <w:p>
      <w:pPr>
        <w:jc w:val="right"/>
      </w:pPr>
      <w:r>
        <w:t>اور مجھے جو اللہ نے شخصیت دی ہے، وہ تو بلین ٹین ٹائم زیادہ ہے، اس سے بڑی چیز ہے۔ تو میں کیوں اپنے کو اس سے اس کے اثر مانے دوں؟ کیسا وہ مسلمان ہے جو اخباروں کو پڑھ کر رائے بناتے ہیں؟ کیسے وہ مسلمان ہے وہ؟ مولانا، ایک سوال، اگلا سوال کراچی پاکستان سے مس سائرہ لطیف کا ہے۔ انہوں نے لکھا ہے: "ایک عورت اپنے آپ کو کھانے یعنی کچن کے مسئلے سے کس</w:t>
      </w:r>
    </w:p>
    <w:p>
      <w:r>
        <w:rPr>
          <w:b/>
        </w:rPr>
        <w:t xml:space="preserve">[1:40:23] </w:t>
      </w:r>
      <w:r>
        <w:t>tarah bachaye jabke khana bhi ek zaroorat hai?" bohat asan hai, zaroorat darja zaroorat mein likhe, lazzat mein nahin. khana ko lazzat na banai, zaroorat banai to koi masla hi nahin. mein dekhiye, bachpan se ab tak Allah ke fazl se, mein jab madrasay parhta tha to aata tha ghar, jab chuttiyon mein bachche aate hain ghar</w:t>
      </w:r>
    </w:p>
    <w:p>
      <w:pPr>
        <w:jc w:val="right"/>
      </w:pPr>
      <w:r>
        <w:t>طرح بچائے جبکہ کھانا بھی ایک ضرورت ہے؟" بہت آسان ہے، ضرورت درجہ ضرورت میں لکھے، لذت میں نہیں۔ کھانا کو لذت نہ بنائی، ضرورت بنائی تو کوئی مسئلہ ہی نہیں۔ میں دیکھیے، بچپن سے اب تک اللہ کے فضل سے، میں جب مدرسے پڑھتا تھا تو آتا تھا گھر، جب چھٹیوں میں بچے آتے ہیں گھر</w:t>
      </w:r>
    </w:p>
    <w:p>
      <w:r>
        <w:rPr>
          <w:b/>
        </w:rPr>
        <w:t xml:space="preserve">[1:40:53] </w:t>
      </w:r>
      <w:r>
        <w:t>to maan kehti thi, "kya khaya? kya pakaya?" rozana, "aaj kya pakaya?" mein ne kabhi apni maan se nikah kiya pakai? mein ne kaha, "jo hai wahi kha len ge." lekin gharon mein kya hai ke baqayda yani lazzat ke liye khate hain log, na ke sirf zaroorat ke liye. is liye masla hai, agar khane ko aap bra lazzat bana dein to koi masla hi nahin hai, kuch bhi nahin. zaroor banayein, is mein haqeeqat hai, bilkul koi shakk nahin ke khane ko agar aap sirf</w:t>
      </w:r>
    </w:p>
    <w:p>
      <w:pPr>
        <w:jc w:val="right"/>
      </w:pPr>
      <w:r>
        <w:t>تو ماں کہتی تھی، "کیا کھایا؟ کیا پکایا؟" روزانہ، "آج کیا پکایا؟" میں نے کبھی اپنی ماں سے نکاح کیا پکائی؟ میں نے کہا، "جو ہے وہی کھا لیں گے۔" لیکن گھروں میں کیا ہے کہ باقاعدہ یعنی لذت کے لیے کھاتے ہیں لوگ، نہ کہ صرف ضرورت کے لیے۔ اس لیے مسئلہ ہے، اگر کھانے کو آپ برا لذت بنا دیں تو کوئی مسئلہ ہی نہیں ہے، کچھ بھی نہیں۔ ضرور بنائیں، اس میں حقیقت ہے، بالکل کوئی شک نہیں کہ کھانے کو اگر آپ صرف</w:t>
      </w:r>
    </w:p>
    <w:p>
      <w:r>
        <w:rPr>
          <w:b/>
        </w:rPr>
        <w:t xml:space="preserve">[1:41:24] </w:t>
      </w:r>
      <w:r>
        <w:t>darja zaroorat mein le lein to kuch bhi nahin. sirf roti kha liya, tab bhi khana hoga. sirf daal pi liya, tab bhi khana hoga. sirf chawal kha liya, tab bhi khana hoga. yeh to lazzaton mein log bhagte hain, lazzaton ke peeche, is liye masla bana hua hai. maulana, agla sawal iqbal ahmed, maulana iqbal ahmed umri sahib ka hai, tamil nadu se. unhon ne likha hai: "ek aalim ne aap ki kai kitabein parhein.</w:t>
      </w:r>
    </w:p>
    <w:p>
      <w:pPr>
        <w:jc w:val="right"/>
      </w:pPr>
      <w:r>
        <w:t>درجہ ضرورت میں لے لیں تو کچھ بھی نہیں۔ صرف روٹی کھا لیا، تب بھی کھانا ہوگا۔ صرف دال پی لیا، تب بھی کھانا ہوگا۔ صرف چاول کھا لیا، تب بھی کھانا ہوگا۔ یہ تو لذتوں میں لوگ بھاگتے ہیں، لذتوں کے پیچھے، اس لیے مسئلہ بنا ہوا ہے۔ مولانا، اگلا سوال اقبال احمد، مولانا اقبال احمد عمری صاحب کا ہے، تمل ناڈو سے۔ انہوں نے لکھا ہے: "ایک عالم نے آپ کی کئی کتابیں پڑھیں۔</w:t>
      </w:r>
    </w:p>
    <w:p>
      <w:r>
        <w:rPr>
          <w:b/>
        </w:rPr>
        <w:t xml:space="preserve">[1:41:54] </w:t>
      </w:r>
      <w:r>
        <w:t>unhon ne kaha ke maulana ki books mein maine quran aur hadith ke mutabiq koi ghalat baat nahin pai. albata in kitabon mein parhne se akabir se ehtiyat uthta hua mehsoos hota hai." is ke bare mein aap bataein. to ek sahib ne mujh se yeh baat kahi thi, to maine sanjeedgi se kaha ke yeh bataiye, kya Allah aur rasool ka bhi aitbar hatta hai? Allah</w:t>
      </w:r>
    </w:p>
    <w:p>
      <w:pPr>
        <w:jc w:val="right"/>
      </w:pPr>
      <w:r>
        <w:t>انہوں نے کہا کہ مولانا کی بکس میں میں نے قرآن اور حدیث کے مطابق کوئی غلط بات نہیں پائی۔ البتہ ان کتابوں میں پڑھنے سے اکابر سے احتیاط اٹھتا ہوا محسوس ہوتا ہے۔" اس کے بارے میں آپ بتائیں۔ تو ایک صاحب نے مجھ سے یہ بات کہی تھی، تو میں نے سنجیدگی سے کہا کہ یہ بتائیے، کیا اللہ اور رسول کا بھی اعتبار ہٹتا ہے؟ اللہ</w:t>
      </w:r>
    </w:p>
    <w:p>
      <w:r>
        <w:rPr>
          <w:b/>
        </w:rPr>
        <w:t xml:space="preserve">[1:42:24] </w:t>
      </w:r>
      <w:r>
        <w:t>aur rasool ka aitbar hatta hai? agar nahin hatta hai to aap jo bol bol rahe hain, wahi hai jo yani to ho gaye. maulana, agla sawal tamil nadu se hai abu rayan sahib ka. unhon ne likha hai ke quran ke chapter number two, verse number 223 mein aaya hai: "qaddumon infuskum".</w:t>
      </w:r>
    </w:p>
    <w:p>
      <w:pPr>
        <w:jc w:val="right"/>
      </w:pPr>
      <w:r>
        <w:t>اور رسول کا اعتبار ہٹتا ہے؟ اگر نہیں ہٹتا ہے تو آپ جو بول بول رہے ہیں، وہی ہے جو یعنی تو ہو گئے۔ مولانا، اگلا سوال تمل ناڈو سے ہے ابو ریان صاحب کا۔ انہوں نے لکھا ہے کہ قرآن کے چیپٹر نمبر ٹو، ورس نمبر 223 میں آیا ہے: "قدیمون انفوسکم"۔</w:t>
      </w:r>
    </w:p>
    <w:p>
      <w:r>
        <w:rPr>
          <w:b/>
        </w:rPr>
        <w:t xml:space="preserve">[1:42:54] </w:t>
      </w:r>
      <w:r>
        <w:t>is ka matlab kya hai? bhai, is par maine ek article likha hai, woh kab chhape ga sir? jaldi chhape ga. isi ayat par ek article likha hai, woh jaldi chhape ga, us ko aap parh lijiye ga. is waqt jo hai yani is ki tafseel ka mauqa nahin hai. isi ayat ko le kar ke hum ne ek mazmoon likha hai jo risala jo hamara monthly parcha hai, us mein chhape ga inshallah jaldi. maulana, agla sawal mumbai se hai jin</w:t>
      </w:r>
    </w:p>
    <w:p>
      <w:pPr>
        <w:jc w:val="right"/>
      </w:pPr>
      <w:r>
        <w:t>اس کا مطلب کیا ہے؟ بھائی، اس پر میں نے ایک آرٹیکل لکھا ہے، وہ کب چھپے گا سر؟ جلدی چھپے گا۔ اسی آیت پر ایک آرٹیکل لکھا ہے، وہ جلدی چھپے گا، اس کو آپ پڑھ لیجیے گا۔ اس وقت جو ہے یعنی اس کی تفصیل کا موقع نہیں ہے۔ اسی آیت کو لے کر کے ہم نے ایک مضمون لکھا ہے جو رسالہ جو ہمارا منتھلی پرچہ ہے، اس میں چھپے گا انشاءاللہ جلدی۔ مولانا، اگلا سوال ممبئی سے ہے جن</w:t>
      </w:r>
    </w:p>
    <w:p>
      <w:r>
        <w:rPr>
          <w:b/>
        </w:rPr>
        <w:t xml:space="preserve">[1:43:24] </w:t>
      </w:r>
      <w:r>
        <w:t>yed shaikh sahib ka. unhon ne likha hai: "maulana, could you please share your experience or incidence when you began the da'wa work and how you address the human mind?" dekhiye, mein yeh keh sakta hoon ke sincerity meri zindagi ka hissa thi, hamesha se. mein bohat hi sincere tha bachpan se. misaal ke taur par dekhiye, jab mein chhota tha to gaon mein rehta tha,</w:t>
      </w:r>
    </w:p>
    <w:p>
      <w:pPr>
        <w:jc w:val="right"/>
      </w:pPr>
      <w:r>
        <w:t>ید شیخ صاحب کا۔ انہوں نے لکھا ہے: "مولانا، کڈ یو پلیز شیئر یور ایکسپیرینس اور انسیڈنس وین یو بیگن دی دعوی ورک اینڈ ہاؤ یو ایڈریس دی ہیومن مائنڈ؟" دیکھیں، میں یہ کہہ سکتا ہوں کہ سنسیرٹی میری زندگی کا حصہ تھی، ہمیشہ سے۔ میں بہت ہی سنسیر تھا بچپن سے۔ مثلاً دیکھیے، جب میں چھوٹا تھا تو گاؤں میں رہتا تھا،</w:t>
      </w:r>
    </w:p>
    <w:p>
      <w:r>
        <w:rPr>
          <w:b/>
        </w:rPr>
        <w:t xml:space="preserve">[1:43:55] </w:t>
      </w:r>
      <w:r>
        <w:t>to yeh jab mein naya kapra banta bachchon ko, mein apne naya kapra pehante hi nahin tha. meri maan yomsi karti thi, "yeh parh lo, pehan lo." mein ne kaha, "chhodein, mujhe koi shauq nahin tha mere kapde se." mein sochta insan ke masail pe sochta tha bachpan se, hamesha se. phir 1950 ka waqea ghaliban hai ke alamgarh shahar mein hamare bhai baitha to</w:t>
      </w:r>
    </w:p>
    <w:p>
      <w:pPr>
        <w:jc w:val="right"/>
      </w:pPr>
      <w:r>
        <w:t>تو یہ جب میں نیا کپڑا بنتا بچوں کو، میں اپنے نیا کپڑا پہنتے ہی نہیں تھے۔ میری ماں یومسی کرتی تھی، "یہ پڑھ لو، پہن لو۔" میں نے کہا، "چھوڑیں، مجھے کوئی شوق نہیں تھا میرے کپڑے سے۔" میں سوچتا انسان کے مسائل پہ سوچتا تھا بچپن سے، ہمیشہ سے۔ پھر 1950 کا واقعہ غالباً ہے کہ عالمگڑ شہر میں ہمارے بھائی بیٹھا تو</w:t>
      </w:r>
    </w:p>
    <w:p>
      <w:r>
        <w:rPr>
          <w:b/>
        </w:rPr>
        <w:t xml:space="preserve">[1:44:25] </w:t>
      </w:r>
      <w:r>
        <w:t>wahan par ek exhibition lagi. exhibition to mein is mein andar shauq paida hua ke wahan par hindu log aayenge, christian aayenge, sab log aayenge to wahan kuch karein. to wahan maine ek stall lagaya tha. to ek bohat bara sa, bara sa shayad hoga, woh ek board banaya gaya tha ke us waqt artist the, unhon ne is mein kaam kiya tha to bara bara likha tha us ke upar. is se aap samajhte hain ke da'wa ka zehn mera kahan se aaya? 1950 se</w:t>
      </w:r>
    </w:p>
    <w:p>
      <w:pPr>
        <w:jc w:val="right"/>
      </w:pPr>
      <w:r>
        <w:t>وہاں پر ایک ایگزیبشن لگی۔ ایگزیبشن تو میں اس میں اندر شوق پیدا ہوا کہ وہاں پر ہندو لوگ آئیں گے، کرسچن آئیں گے، سب لوگ آئیں گے تو وہاں کچھ کریں۔ تو وہاں میں نے ایک اسٹال لگایا تھا۔ تو ایک بہت بڑا سا، بڑا سا شاید ہوگا، وہ ایک بورڈ بنایا گیا تھا کہ اس وقت آرٹسٹ تھے، انہوں نے اس میں کام کیا تھا تو بڑا بڑا لکھا تھا اس کے اوپر۔ اس سے آپ سمجھتے ہیں کہ دعوی کا ذہن میرا کہاں سے آیا؟ 1950 سے</w:t>
      </w:r>
    </w:p>
    <w:p>
      <w:r>
        <w:rPr>
          <w:b/>
        </w:rPr>
        <w:t xml:space="preserve">[1:44:56] </w:t>
      </w:r>
      <w:r>
        <w:t>is mein likha hua tha is ayat ka tarjuma: "Allah as-salaam and God calls to the home of peace". to gate par se aadmi dekhta tha us ko: "and God calls to the home of peace". to da'wat zehn mera hamesha se tha, lekin is mein maturity aage ki nahin thi. to dheere dheere, dheere dheere mature hote chala gaya. yani aisa nahin ke darmiyan se paida hua, hamesh</w:t>
      </w:r>
    </w:p>
    <w:p>
      <w:pPr>
        <w:jc w:val="right"/>
      </w:pPr>
      <w:r>
        <w:t>اس میں لکھا ہوا تھا اس آیت کا ترجمہ: "اللہ السلام اینڈ گاڈ کالز ٹو دا ہوم اف پیس"۔ تو گیٹ پر سے آدمی دیکھتا تھا اس کو: "اینڈ گاڈ کالز ٹو دا ہوم اف پیس"۔ تو دعوت ذہن میرا ہمیشہ سے تھا، لیکن اس میں میچورٹی آگے کی نہیں تھی۔ تو دھیرے دھیرے، دھیرے دھیرے میچور ہوتے چلا گیا۔ یعنی ایسا نہیں کہ درمیان سے پیدا ہوا، ہمیش</w:t>
      </w:r>
    </w:p>
    <w:p>
      <w:r>
        <w:rPr>
          <w:b/>
        </w:rPr>
        <w:t xml:space="preserve">[1:45:26] </w:t>
      </w:r>
      <w:r>
        <w:t>se tha mera da'wati zehn. ab woh da'wati zehn jab mutala barha, maturity barhi to ab ziyada aur clear ho gayi. itni farq hai. maulana, agla sawal meerut se hai muhammad Javed sahib ka. unhon ne likha hai: "hindustan mein da'wa ka usloob kya hona chahiye?" is ke bare mein bataein. koi India ka usloob</w:t>
      </w:r>
    </w:p>
    <w:p>
      <w:pPr>
        <w:jc w:val="right"/>
      </w:pPr>
      <w:r>
        <w:t>ہ سے تھا میرا دعوتی ذہن۔ اب وہ دعوتی ذہن جب مطالعہ بڑھا، میچورٹی بڑھی تو اب زیادہ اور کلیئر ہو گئی۔ اتنی فرق ہے۔ مولانا، اگلا سوال میرٹ سے ہے محمد جاوید صاحب کا۔ انہوں نے لکھا ہے: "ہندوستان میں دعوت کا اسلوب کیا ہونا چاہیے؟" اس کے بارے میں بتائیں۔ کوئی انڈیا کا اسلوب</w:t>
      </w:r>
    </w:p>
    <w:p>
      <w:r>
        <w:rPr>
          <w:b/>
        </w:rPr>
        <w:t xml:space="preserve">[1:45:56] </w:t>
      </w:r>
      <w:r>
        <w:t>nahin hota, har jagah koi usloob ek hi hota hai. yeh yeh sawal hi ghalat hai. hum se ek sahib ne kaha ke aap vedon se nikal kar pesh kijiye. yeh mein ghalat samajhta hoon is ko. yeh sab tareeqa mein aisa nahin karta. yeh kaam ke vedon se nikalein Islam, quran se Islam nikaliye, quran pesh kijiye. dekhiye, is zamane mein sab se acha kaam kya hai ke quran ke tarjume tayyar kijiye, English mein</w:t>
      </w:r>
    </w:p>
    <w:p>
      <w:pPr>
        <w:jc w:val="right"/>
      </w:pPr>
      <w:r>
        <w:t>نہیں ہوتا، ہر جگہ کوئی اسلوب ایک ہی ہوتا ہے۔ یہ یہ سوال ہی غلط ہے۔ ہم سے ایک صاحب نے کہا کہ آپ ویگنوں سے نکال کر پیش کیجیے۔ یہ میں غلط سمجھتا ہوں اس کو۔ یہ سب طریقہ میں ایسا نہیں کرتا۔ یہ کام کہ ویگنوں سے نکالیں اسلام، قرآن سے اسلام نکالیے، قرآن پیش کیجیے۔ دیکھیں، اس زمانے میں سب سے اچھا کام کیا ہے کہ قرآن کے ترجمے تیار کیجیے، انگلش میں</w:t>
      </w:r>
    </w:p>
    <w:p>
      <w:r>
        <w:rPr>
          <w:b/>
        </w:rPr>
        <w:t xml:space="preserve">[1:46:26] </w:t>
      </w:r>
      <w:r>
        <w:t>hindi mein, har zaban mein aur chhote chhote size mein, aur us ko logon ko dijiye. bas asan, sab se asan tareeqa da'wa ka yeh hai ke quran ke tarjume logon ko phailaye jayen. sab se asan baqi hai ke vedon se nikalo aur gita se nikalo. yeh mere bilkul third class ki baat hai. mein is ko da'wa nahin samajhta. maulana, agla sawal lucknow se hai muhammad naseem sahib ka. unhon ne likha hai: "</w:t>
      </w:r>
    </w:p>
    <w:p>
      <w:pPr>
        <w:jc w:val="right"/>
      </w:pPr>
      <w:r>
        <w:t>، ہندی میں، ہر زبان میں اور چھوٹے چھوٹے سائز میں، اور اس کو لوگوں کو دیجیے۔ بس آسان، سب سے آسان طریقہ دعوت کا یہ ہے کہ قرآن کے ترجمے لوگوں کو پھیلائے جائیں۔ سب سے آسان باقی ہے کہ ویدوں سے نکالو اور گیتا سے نکالو۔ یہ میرے بالکل تھرڈ کلاس کی بات ہے۔ میں اس کو دعوت نہیں سمجھتا۔ مولانا، اگلا سوال لکھنو سے ہے محمد نسیم صاحب کا۔ انہوں نے لکھا ہے: "</w:t>
      </w:r>
    </w:p>
    <w:p>
      <w:r>
        <w:rPr>
          <w:b/>
        </w:rPr>
        <w:t xml:space="preserve">[1:46:56] </w:t>
      </w:r>
      <w:r>
        <w:t>jo log jihadi ideology mein yaqeen rakhte hain, woh peace aur peace ka kaam karne walon ke khilaf violence tak pahunch jate hain. aise logon ke shar se apne aap ko kaise bachaya jaye?" bas un se aap takrayein mat, a'raz kijiye. bas dekhiye, yeh dunya ka usool hai ke taali do haath se bajti hai. yani dono haath aap ke samne aayenge, taali bajegi. ek haath aap neeche</w:t>
      </w:r>
    </w:p>
    <w:p>
      <w:pPr>
        <w:jc w:val="right"/>
      </w:pPr>
      <w:r>
        <w:t>جو لوگ جہادی آئیڈیالوجی میں یقین رکھتے ہیں، وہ پیس اور پیس کا کام کرنے والوں کے خلاف وائلنس تک پہنچ جاتے ہیں۔ ایسے لوگوں کے شر سے اپنے آپ کو کیسے بچایا جائے؟" بس ان سے آپ ٹکرائیے مت، اعراض کیجیے۔ بس دیکھیے، یہ دنیا کا اصول ہے کہ تالی دو ہاتھ سے بجتی ہے۔ یعنی دونوں ہاتھ آپ کے سامنے آئیں گے، تالی بجے گی۔ ایک ہاتھ آپ نیچ</w:t>
      </w:r>
    </w:p>
    <w:p>
      <w:r>
        <w:rPr>
          <w:b/>
        </w:rPr>
        <w:t xml:space="preserve">[1:47:26] </w:t>
      </w:r>
      <w:r>
        <w:t>kar lein, taali nahin bajegi. to aap jab jawabi andaaz na ikhtiyar karein, reaction na karein. sara masla reaction ka hota hai. reaction karenge to is mein paida honge. reaction mat kijiye, na kijiye, koi masla nahin. koi bhi shakhs khwamkhwah kisi ko marta nahin. aap jab react karte hain to baat barhti hai. baat jab barhti hai to der der pahunch jati hai ladai bhadai tak.</w:t>
      </w:r>
    </w:p>
    <w:p>
      <w:pPr>
        <w:jc w:val="right"/>
      </w:pPr>
      <w:r>
        <w:t>ے کر لیں، تالی نہیں بجے گی۔ تو آپ جب جوابی انداز نہ اختیار کریں، ری ایکشن نہ کریں۔ سارا مسئلہ ری ایکشن کا ہوتا ہے۔ ری ایکشن کریں گے تو اس میں پیدا ہوں گے۔ ری ایکشن مت کیجئے، نہ کیجیے، کوئی مسئلہ نہیں۔ کوئی بھی شخص خوامخواہ کسی کو مارتا نہیں۔ آپ جب ری ایکٹ کرتے ہیں تو بات بڑھتی ہے۔ بات جب بڑھتی ہے تو دیر دیر پہنچ جاتی ہے لڑائی بھڑائی تک۔</w:t>
      </w:r>
    </w:p>
    <w:p>
      <w:r>
        <w:rPr>
          <w:b/>
        </w:rPr>
        <w:t xml:space="preserve">[1:47:59] </w:t>
      </w:r>
      <w:r>
        <w:t>maulana, agla sawal kashmir se hai muhammad maqbool shah ka. unhon ne likha hai: "musalman ilm mein doosre logon se peechhe kyun ho gaye hain? kya musalman ilm mein kabhi aage barh sakte hain?" kisi ne peechhe nahin, mujhe bataiye, kis cheez mein peechhe nahin? musalman discipline mein peechhe hain, thinking mein peechhe hain, har cheez mein peechhe hain, business mein peechhe hain,</w:t>
      </w:r>
    </w:p>
    <w:p>
      <w:pPr>
        <w:jc w:val="right"/>
      </w:pPr>
      <w:r>
        <w:t>مولانا، اگلا سوال کشمیر سے ہے محمد مقبول شاہ کا۔ انہوں نے لکھا ہے: "مسلمان علم میں دوسرے لوگوں سے پیچھے کیوں ہو گئے ہیں؟ کیا مسلمان علم میں کبھی آگے بڑھ سکتے ہیں؟" کسی نے پیچھے نہیں، مجھے بتائیے، کس چیز میں پیچھے نہیں؟ مسلمان ڈسپلن میں پیچھے ہیں، تھنکنگ میں پیچھے ہیں، ہر چیز میں پیچھے ہیں، بزنس میں پیچھے ہیں،</w:t>
      </w:r>
    </w:p>
    <w:p>
      <w:r>
        <w:rPr>
          <w:b/>
        </w:rPr>
        <w:t xml:space="preserve">[1:48:29] </w:t>
      </w:r>
      <w:r>
        <w:t>har aitbar mein peechhe hain. kyunke musalman zawal yafta hain. akhbar waghera isi baat ko samjha nahin aur ek jhoota sher likh diya ke "zeer-e-naam namon ki mitti bohat ziyada khaiz". fitrat ke qanoon ke mutabiq musalman is waqt apne daur-e-zawal mein hain. ibn khaldun ne likha hai ke "min al-quwam al-a'mar kama al-a'rad al-a'mar". jis tarah fard par zawal aata hai, us tarah qaumon par zawal aata hai.</w:t>
      </w:r>
    </w:p>
    <w:p>
      <w:pPr>
        <w:jc w:val="right"/>
      </w:pPr>
      <w:r>
        <w:t>ہر اعتبار میں پیچھے ہیں۔ کیونکہ مسلمان زوال یافتہ ہیں۔ اخبار وغیرہ اسی بات کو سمجھا نہیں اور ایک جھوٹا شعر لکھ دیا کہ "زیرہ ناموں کی مٹی بہت زیادہ خیز"۔ فطرت کے قانون کے مطابق مسلمان اس وقت اپنے دور زوال میں ہیں۔ ابن خلدون نے لکھا ہے کہ "من اقوام الاعمار کما افراد الاعمار"۔ جس طرح فرد پر زوال آتا ہے، اس طرح قوموں پر زوال آتا ہے۔</w:t>
      </w:r>
    </w:p>
    <w:p>
      <w:r>
        <w:rPr>
          <w:b/>
        </w:rPr>
        <w:t xml:space="preserve">[1:49:01] </w:t>
      </w:r>
      <w:r>
        <w:t>aap in ko khadim samajhte hain, khadim nahin hain. musalman yeh zawal yafta groh ek hai. bas to zawal yafta hai to is ki wajah sab se fateh ho gayi. is ke andar mujhe to koi pareshani is ki nahin hai, kyunke fitrat ka qanoon hai ke qaumein zawal ka shikar hoti hain. is liye ab hamara jo kaam ka hai, woh hum individual ko target karte hain, individual ko, poori poori ummat-e-muslima ko nahin.</w:t>
      </w:r>
    </w:p>
    <w:p>
      <w:pPr>
        <w:jc w:val="right"/>
      </w:pPr>
      <w:r>
        <w:t>آپ ان کو خادم سمجھتے ہیں، خادم نہیں ہیں۔ مسلمان یہ زوال یافتہ گروہ ایک ہے۔ بس تو زوال یافتہ ہے تو اس کی وجہ سب سے فتح ہو گئی۔ اس کے اندر مجھے تو کوئی پریشانی اس کی نہیں ہے، کیونکہ فطرت کا قانون ہے کہ قومیں زوال کا شکار ہوتی ہیں۔ اس لیے اب ہمارا جو کام کا ہے، وہ ہم انڈیویجول کو ٹارگٹ کرتے ہیں، انڈیویجول کو، پوری پوری امت مسلمہ کو نہیں۔</w:t>
      </w:r>
    </w:p>
    <w:p>
      <w:r>
        <w:rPr>
          <w:b/>
        </w:rPr>
        <w:t xml:space="preserve">[1:49:31] </w:t>
      </w:r>
      <w:r>
        <w:t>isi wajah se itne sare log yahan ekattha hain aur jab bheed jama karte hain to main aap se arz karta hoon ke jo bheed jama karte hain, woh aksar mere paas aate hain, koi sahib in mein se to main poochta hoon ke wahan se take away kya tha aap ka? ek do lakh, kitne lakh jab se hue to take away kya tha? yaqeen kijiye, aaj tak kisi ne nahin bataya take away kya tha. bas jaate hain, bheed bhaad, ek mela hota hai, is mein jaate hain, jhagadte hain.</w:t>
      </w:r>
    </w:p>
    <w:p>
      <w:pPr>
        <w:jc w:val="right"/>
      </w:pPr>
      <w:r>
        <w:t>اسی وجہ سے اتنے سارے لوگ یہاں اکٹھا ہیں اور جب بھیڑ جمع کرتے ہیں تو میں آپ سے عرض کرتا ہوں کہ جو بھیڑ جمع کرتے ہیں، وہ اکثر میرے پاس آتے ہیں، کوئی صاحب ان میں سے تو میں پوچھتا ہوں کہ وہاں سے ٹیک اوے کیا تھا آپ کا؟ ایک دو لاکھ، کتنے لاکھ جب سے ہوئے تو ٹیک اوے کیا تھا؟ یقین کیجیے، آج تک کسی نے نہیں بتایا ٹیک اوے کیا تھا۔ بس جاتے ہیں، بھیڑ بھاڑ، ایک میلہ ہوتا ہے، اس میں جاتے ہیں، جھگڑتے ہیں۔</w:t>
      </w:r>
    </w:p>
    <w:p>
      <w:r>
        <w:rPr>
          <w:b/>
        </w:rPr>
        <w:t xml:space="preserve">[1:50:02] </w:t>
      </w:r>
      <w:r>
        <w:t>to woh hai poori ummat ko le kar kaam karna, bheed akatha karna. hamara woh tareeqa nahin hai. hamara tareeqa hai individual ko le kar, fard fard ko le kar. to fard fard ko le kar aap kaam karein to is mein jo aise afraad jin ke abhi potential hai, jo seekhar hain, jin ki jin ki roohani zinda hai, woh aap ko milte chale jayenge. to mass level par jo kaam karte hain, jo log</w:t>
      </w:r>
    </w:p>
    <w:p>
      <w:pPr>
        <w:jc w:val="right"/>
      </w:pPr>
      <w:r>
        <w:t>تو وہ ہے پوری امت کو لے کر کام کرنا، بھیڑ اکٹھا کرنا۔ ہمارا وہ طریقہ نہیں ہے۔ ہمارا طریقہ ہے انڈیویجول کو لے کر، فرد فرد کو لے کر۔ تو فرد فرد کو لے کر آپ کام کریں تو اس میں جو ایسے افراد جن کے ابھی پوٹینشل ہے، جو سیکھر ہیں، جن کی جن کی روحانی زندہ ہے، وہ آپ کو ملتے چلے جائیں گے۔ تو ماس لیول پر جو کام کرتے ہیں، جو لوگ</w:t>
      </w:r>
    </w:p>
    <w:p>
      <w:r>
        <w:rPr>
          <w:b/>
        </w:rPr>
        <w:t xml:space="preserve">[1:50:32] </w:t>
      </w:r>
      <w:r>
        <w:t>is mein bheed aati hai, sirf aur jo individual ko le kar ke kaam karenge, un ke paas aap ko ek team banegi, afraad milenge aur waqai aisa kaam hoga jis ko aap keh sakte hain ke yeh kaam hai. Maulana, agla sawal Karachi Pakistan se hai Abdul Latif sahib ka. unhon ne likha hai: "musalman kehte hain ke internet par sab kuch maujood hai, lehaza dawat ka kaam nafl hai, na na ke farz.</w:t>
      </w:r>
    </w:p>
    <w:p>
      <w:pPr>
        <w:jc w:val="right"/>
      </w:pPr>
      <w:r>
        <w:t>اس میں بھیڑ آتی ہے، صرف اور جو انڈیویجول کو لے کر کے کام کریں گے، ان کے پاس آپ کو ایک ٹیم بنے گی، افراد ملیں گے اور واقعی ایسا کام ہوگا جس کو آپ کہہ سکتے ہیں کہ یہ کام ہے۔ مولانا، اگلا سوال کراچی پاکستان سے ہے عبداللطیف صاحب کا۔ انہوں نے لکھا ہے: "مسلمان کہتے ہیں کہ انٹرنیٹ پر سب کچھ موجود ہے، لہذا دعوت کا کام نفل ہے، نہ نہ کہ فرض۔</w:t>
      </w:r>
    </w:p>
    <w:p>
      <w:r>
        <w:rPr>
          <w:b/>
        </w:rPr>
        <w:t xml:space="preserve">[1:51:02] </w:t>
      </w:r>
      <w:r>
        <w:t>" yeh bilkul jhooti baat hai, sarkashi ki baat hai. aise log hain jin ko Allah taala ka project hogi, aise logon ki hamara yaani hamari khair khwahi kahan chali gayi? hamari khair khwahi kahan chali gayi? aur bete ke liye kyun karte hain? koi maar ke khula hua jaye, button bajaye kamayega. aap jaan tod kar kamakar bete ke liye sara saman laate hain. kyun apne bete ke liye karte hain? yeh keh diji</w:t>
      </w:r>
    </w:p>
    <w:p>
      <w:pPr>
        <w:jc w:val="right"/>
      </w:pPr>
      <w:r>
        <w:t>" یہ بالکل جھوٹی بات ہے، سرکشی کی بات ہے۔ ایسے لوگ ہیں جن کو اللہ تعالی کا پراجیکٹ ہوگی، ایسے لوگوں کی ہمارا یعنی ہماری خیر خواہی کہاں چلی گئی؟ ہماری خیر خواہی کہاں چلی گئی؟ اور بیٹے کے لیے کیوں کرتے ہیں؟ کوئی مار کے کھلا ہوا جائے، بٹن بجائے کمائے گا۔ آپ جان توڑ کر کما کر بیٹے کے لیے سارا سامان لاتے ہیں۔ کیوں اپنے بیٹے کے لیے کرتے ہیں؟ یہ کہہ دیجی</w:t>
      </w:r>
    </w:p>
    <w:p>
      <w:r>
        <w:rPr>
          <w:b/>
        </w:rPr>
        <w:t xml:space="preserve">[1:51:32] </w:t>
      </w:r>
      <w:r>
        <w:t>ye ke dunya kamane ki khuli hui hai, mera beta bhi kamayega. asal cheez yeh hai ke insaan se khair khwahi nahin, insaan se mohabbat nahin, insaan ka karasan nahin, bas beta beti ka karasan hai. bas beta beti jeete hain, insaan ke liye nahin jeete. isi liye aisi baatein bolte hain, isi liye aisi baatein bolte hain. Maulana, agla sawal Dilli se hai Khurram Qureshi sahib ka. unhon ne likha hai:</w:t>
      </w:r>
    </w:p>
    <w:p>
      <w:pPr>
        <w:jc w:val="right"/>
      </w:pPr>
      <w:r>
        <w:t>ے کہ دنیا کمانے کی کھلی ہوئی ہے، میرا بیٹا بھی کمائے گا۔ اصل چیز یہ ہے کہ انسان سے خیر خواہی نہیں، انسان سے محبت نہیں، انسان کا کرسن نہیں، بس بیٹا بیٹی کا کرسن ہے۔ بس بیٹا بیٹی جیتے ہیں، انسان کے لیے نہیں جیتے۔ اسی لیے ایسی باتیں بولتے ہیں، اسی لیے ایسی باتیں بولتے ہیں۔ مولانا، اگلا سوال دلی سے ہے خرم قریشی صاحب کا۔ انہوں نے لکھا ہے:</w:t>
      </w:r>
    </w:p>
    <w:p>
      <w:r>
        <w:rPr>
          <w:b/>
        </w:rPr>
        <w:t xml:space="preserve">[1:52:02] </w:t>
      </w:r>
      <w:r>
        <w:t>"how important is the role of team work in doing dawah work? if an individual member of the team does dawah work, then will the whole team get reward for doing dawah work?" please explain. bhai, team work ziyadati bohat aham hai. hadith mein aata hai ke team work par Allah ki khushi aati hai, lekin jab team na ho, ek hi aadmi ho to</w:t>
      </w:r>
    </w:p>
    <w:p>
      <w:pPr>
        <w:jc w:val="right"/>
      </w:pPr>
      <w:r>
        <w:t>"ہاؤ امپورٹنٹ از دا رول اف ٹیم ورک ان ڈوئنگ دعوی ورک؟ اف این انڈیویجول ممبر اف دا ٹیم ڈز دعوی ورک، دین ول دا ہول ٹیم گیٹ ریوارڈ فار ڈوئنگ دعوی ورک؟" پلیز ایکسپلین۔ بھئی، ٹیم ورک زیادتی بہت اہم ہے۔ حدیث میں آتا ہے کہ ٹیم ورک پر اللہ کی خوشی آتی ہے، لیکن جب ٹیم نہ ہو، ایک ہی آدمی ہو تو</w:t>
      </w:r>
    </w:p>
    <w:p>
      <w:r>
        <w:rPr>
          <w:b/>
        </w:rPr>
        <w:t xml:space="preserve">[1:52:32] </w:t>
      </w:r>
      <w:r>
        <w:t>woh woh ek aadmi kaam karega. lekin is par depend karta hai ke aap ke paas team hai ke sirf afraad hain, kyunke is wale kuch aur hain. yahi tha ji. ji Maulana. Maulana, agla sawal Tamil Nadu se hai Abu Rayan sahib ka. unhon ne likha hai: "kya ek daai ke liye paan sigret,</w:t>
      </w:r>
    </w:p>
    <w:p>
      <w:pPr>
        <w:jc w:val="right"/>
      </w:pPr>
      <w:r>
        <w:t>وہ وہ ایک آدمی کام کرے گا۔ لیکن اس پر ڈیپینڈ کرتا ہے کہ آپ کے پاس ٹیم ہے کہ صرف افراد ہیں، کیونکہ اس والے کچھ اور ہیں۔ یہی تھا جی۔ جی مولانا۔ مولانا، اگلا سوال تمل ناڈو سے ہے ابو ریان صاحب کا۔ انہوں نے لکھا ہے: "کیا ایک داعی کے لیے پان سگریٹ،</w:t>
      </w:r>
    </w:p>
    <w:p>
      <w:r>
        <w:rPr>
          <w:b/>
        </w:rPr>
        <w:t xml:space="preserve">[1:53:02] </w:t>
      </w:r>
      <w:r>
        <w:t>tambaku aur gutka istemal karna jaiz hai?" Maulana sahib, yeh bhi bataiye ke nashe ki is aadat ka ilaaj kya hai? dekhiye, jaiz najais ki baat nahin hai. aap kisi ke paas jaiz dawat ka kaam karne ke liye aur yeh sab aadatein aap ki hon to aap se baat nahin karna chahega. woh yaani aap aisa us ki nazar mein aise haqeer ban jayenge ke aap ko koi ahmiyat nahin dega. woh</w:t>
      </w:r>
    </w:p>
    <w:p>
      <w:pPr>
        <w:jc w:val="right"/>
      </w:pPr>
      <w:r>
        <w:t>تمباکو اور گٹکا استعمال کرنا جائز ہے؟" مولانا صاحب، یہ بھی بتائیے کہ نشے کی اس عادت کا علاج کیا ہے؟ دیکھیے، جائز ناجائز کی بات نہیں ہے۔ آپ کسی کے پاس جائز دعوت کا کام کرنے کے لیے اور یہ سب عادتیں آپ کی ہوں تو آپ سے بات نہیں کرنا چاہے گا۔ وہ یعنی آپ ایسا اس کی نظر میں ایسے حقیر بن جائیں گے کہ آپ کو کوئی اہمیت نہیں دے گا۔ وہ</w:t>
      </w:r>
    </w:p>
    <w:p>
      <w:r>
        <w:rPr>
          <w:b/>
        </w:rPr>
        <w:t xml:space="preserve">[1:53:32] </w:t>
      </w:r>
      <w:r>
        <w:t>mujhe ek qissa, ek qissa maloom hai, ek sahib ne khud bataya apna, woh gutka khate hain. unhon ne kaha ke ek Hindu aurat mili un ko kahin aur us ko unhon ne Islam pesh kiya, Islam ki baat ki aur gutka un ke munh mein tha. to us ne kaha ke aap gutka chhod nahin sakte, mujh se chahte hain ke main Hindu dharm chhod doon? yeh bohat hi ziyada, yaani bohat hi radical</w:t>
      </w:r>
    </w:p>
    <w:p>
      <w:pPr>
        <w:jc w:val="right"/>
      </w:pPr>
      <w:r>
        <w:t>مجھے ایک قصہ، ایک قصہ معلوم ہے، ایک صاحب نے خود بتایا اپنا، وہ گٹکا کھاتے ہیں۔ انہوں نے کہا کہ ایک ہندو عورت ملی ان کو کہیں اور اس کو انہوں نے اسلام پیش کیا، اسلام کی بات کی اور گٹکا ان کے منہ میں تھا۔ تو اس نے کہا کہ آپ گٹکا چھوڑ نہیں سکتے، مجھ سے چاہتے ہیں کہ میں ہندو دھرم چھوڑ دوں؟ یہ بہت ہی زیادہ، یعنی بہت ہی ریڈیک</w:t>
      </w:r>
    </w:p>
    <w:p>
      <w:r>
        <w:rPr>
          <w:b/>
        </w:rPr>
        <w:t xml:space="preserve">[1:54:02] </w:t>
      </w:r>
      <w:r>
        <w:t>ous hai, bohat third class ki baat hai ke aisi aadaton aap phanse hue hain aur phir aap daai banna chahte hain. nahin, aap ko aap ki sanjeedgi ka taqaza hai. aap yaani daai jab bohat sanjeeda hota hai, bohat hi serious hota hai, bohat hi sincere hota hai. agar aap sach mein sincere hain to yeh baatein apne aap chhoot jayengi, aap ke andar se apne aap chhoot jayengi. misaal ke taur par dekhiye, jitne achhe doctor hot</w:t>
      </w:r>
    </w:p>
    <w:p>
      <w:pPr>
        <w:jc w:val="right"/>
      </w:pPr>
      <w:r>
        <w:t>ولس ہے، بہت تھرڈ کلاس کی بات ہے کہ ایسی عادتوں آپ پھنسے ہوئے ہیں اور پھر آپ داعی بننا چاہتے ہیں۔ نہیں، آپ کو آپ کی سنجیدگی کا تقاضا ہے۔ آپ یعنی داعی جب بہت سنجیدہ ہوتا ہے، بہت ہی سیریس ہوتا ہے، بہت ہی سنسیر ہوتا ہے۔ اگر آپ سچ میں سنسیر ہیں تو یہ باتیں اپنے آپ چھوٹ جائیں گی، آپ کے اندر سے اپنے آپ چھوٹ جائیں گی۔ مثال کے طور پر دیکھیے، جتنے اچھے ڈاکٹر ہوت</w:t>
      </w:r>
    </w:p>
    <w:p>
      <w:r>
        <w:rPr>
          <w:b/>
        </w:rPr>
        <w:t xml:space="preserve">[1:54:32] </w:t>
      </w:r>
      <w:r>
        <w:t>e hain, woh kabhi aap yeh sab aadaton mein nahin payenge. un ko, kyunke is ka sara focus is pe hota hai ke is mareez ko main samhoon, is mareez ko ilaaj karoon. ab koi achha doctor main ne dekha hai ke woh sigret peeta ho, paan khata ho, gutka khata ho. yaani professional sincerity ke khilaaf hai yeh baat. wohi baat ziyada bade paimane par daai ke liye durust hai. Maulana, agla sawal lene se pehle ek</w:t>
      </w:r>
    </w:p>
    <w:p>
      <w:pPr>
        <w:jc w:val="right"/>
      </w:pPr>
      <w:r>
        <w:t>ے ہیں، وہ کبھی آپ یہ سب عادتوں میں نہیں پائیں گے۔ ان کو، کیونکہ اس کا سارا فوکس اس پہ ہوتا ہے کہ اس مریض کو میں سمجھوں، اس مریض کو علاج کروں۔ اب کوئی اچھا ڈاکٹر میں نے دیکھا ہے کہ وہ سگریٹ پیتا ہو، پان کھاتا ہو، گٹکا کھاتا ہو۔ یعنی پروفیشنل سنسیرٹی کے خلاف ہے یہ بات۔ وہی بات زیادہ بڑے پیمانے پر داعی کے لیے درست ہے۔ مولانا، اگلا سوال لینے سے پہلے ایک</w:t>
      </w:r>
    </w:p>
    <w:p>
      <w:r>
        <w:rPr>
          <w:b/>
        </w:rPr>
        <w:t xml:space="preserve">[1:55:02] </w:t>
      </w:r>
      <w:r>
        <w:t>comment padhna chahenge jo Doha Qatar se aaya hai Maulana Abdul Basit Umri sahib ka. unhon ne likha hai: "Maulana, aap ki baatein sun kar Khuda ki sachi yaad aati hai, aankhon mein aansu aate hain, jannat ka shauq paida hota hai, dawat ka jazba paida hota hai, aur dunya hamare liye dawat ke imkanat ban jati hai, aur jannat ka taaruf Islam ek marghoob cheez ban jati hai."</w:t>
      </w:r>
    </w:p>
    <w:p>
      <w:pPr>
        <w:jc w:val="right"/>
      </w:pPr>
      <w:r>
        <w:t>کمنٹ پڑھنا چاہیں گے جو دوہا قطر سے آیا ہے مولانا عبدالباسط عمری صاحب کا۔ انہوں نے لکھا ہے: "مولانا، آپ کی باتیں سن کر خدا کی سچی یاد آتی ہے، آنکھوں میں آنسو آتے ہیں، جنت کا شوق پیدا ہوتا ہے، دعوت کا جذبہ پیدا ہوتا ہے، اور دنیا ہمارے لیے دعوتی امکانات بن جاتی ہے، اور جنت کا تعارف اسلام ایک مرغوب چیز بن جاتی ہے۔"</w:t>
      </w:r>
    </w:p>
    <w:p>
      <w:r>
        <w:rPr>
          <w:b/>
        </w:rPr>
        <w:t xml:space="preserve">[1:55:32] </w:t>
      </w:r>
      <w:r>
        <w:t>Alrisala Mission ke bare mein aksar yeh ehsaas hota hai ke agar mujhe Alrisala Mission nahin mila hota to main hamesha mayusi mein jeeta aur mayusi mein marta. Allah ka shukar hai ke us ne mujhe Alrisala Mission ki daryaft kara di. Maulana, agla sawal lete hain jo Tamil Nadu se hain Abu Rayan sahib ka. unhon ne likha hai: "aurat ya biwi ke bare mein Khuda ki scheme kya hai</w:t>
      </w:r>
    </w:p>
    <w:p>
      <w:pPr>
        <w:jc w:val="right"/>
      </w:pPr>
      <w:r>
        <w:t>الرسالہ مشن کے بارے میں اکثر یہ احساس ہوتا ہے کہ اگر مجھے الرسالہ مشن نہیں ملا ہوتا تو میں ہمیشہ مایوسی میں جیتا اور مایوسی میں مرتا۔ اللہ کا شکر ہے کہ اس نے مجھے الرسالہ مشن کی دریافت کرا دی۔ مولانا، اگلا سوال لیتے ہیں جو تمل ناڈو سے ہیں ابو ریان صاحب کا۔ انہوں نے لکھا ہے: "عورت یا بیوی کے بارے میں خدا کی سکیم کیا ہے</w:t>
      </w:r>
    </w:p>
    <w:p>
      <w:r>
        <w:rPr>
          <w:b/>
        </w:rPr>
        <w:t xml:space="preserve">[1:56:03] </w:t>
      </w:r>
      <w:r>
        <w:t>? ek daai ko apni biwi ko kaisa behaviour karna chahiye? is ka kaise apni biwi ko train karna chahiye?" is ke bare mein bataein. bhai, aap bohat kitaab padh lijiye, Aurat Ma'maar-e-Insaniyat, is mein aap ko jawab mil jayega. phir bhi jawab nahin mile to hamein sawal kijiye. aap is ka naam hai kis ka? yeh naam hai ji Aurat Ma'maar-e-Insaniyat. Maulana, agla sawal Dilli se hai Prateek</w:t>
      </w:r>
    </w:p>
    <w:p>
      <w:pPr>
        <w:jc w:val="right"/>
      </w:pPr>
      <w:r>
        <w:t>؟ ایک داعی کو اپنی بیوی کو کیسا بیہیویئر کرنا چاہیے؟ اس کا کیسے اپنی بیوی کو ٹرین کرنا چاہیے؟" اس کے بارے میں بتائیں۔ بھئی، آپ بہت کتاب پڑھ لیجیے، عورت معمار انسانیت، اس میں آپ کو جواب مل جائے گا۔ پھر بھی جواب نہیں ملے تو ہمیں سوال کیجیے۔ آپ اس کا نام ہے کس کا؟ یہ نام ہے جی عورت معمار انسانیت۔ مولانا، اگلا سوال دلی سے ہے پرتیک</w:t>
      </w:r>
    </w:p>
    <w:p>
      <w:r>
        <w:rPr>
          <w:b/>
        </w:rPr>
        <w:t xml:space="preserve">[1:56:33] </w:t>
      </w:r>
      <w:r>
        <w:t>Sharma. Mr Prateek Sharma ne kya hai. unhon ne aap se poocha hai ke "shouldn't we say Inshallah and Alhamdulillah in everyday living?" bhai, dekhein, yeh koi poochne ki baat nahin hai, yeh koi jaiz naraz ki baat nahin hai. lekin aaj kal jo musalman chala gaya hai na, bar bar Alhamdulillah, Alhamdulillah, har baat mein Alhamdulillah, Alhamdulillah, mera beta paida hua, Alhamdulillah, mere ladke ka dakhla ho gaya skol</w:t>
      </w:r>
    </w:p>
    <w:p>
      <w:pPr>
        <w:jc w:val="right"/>
      </w:pPr>
      <w:r>
        <w:t>شرما۔ مسٹر پرتیک شرما نے کیا ہے۔ انہوں نے آپ سے پوچھا ہے کہ "شوڈنٹ وی سے انشاءاللہ اینڈ الحمدللہ ان ایوری ڈے لیونگ؟" بھائی، دیکھیں، یہ کوئی پوچھنے کی بات نہیں ہے، یہ کوئی جائز ناراض کی بات نہیں ہے۔ لیکن آج کل جو مسلمان چلا گیا ہے نا، بار بار الحمدللہ، الحمدللہ، ہر بات میں الحمدللہ، الحمدللہ، میرا بیٹا پیدا ہوا، الحمدللہ، میرے لڑکے کا داخلہ ہو گیا اسک</w:t>
      </w:r>
    </w:p>
    <w:p>
      <w:r>
        <w:rPr>
          <w:b/>
        </w:rPr>
        <w:t xml:space="preserve">[1:57:03] </w:t>
      </w:r>
      <w:r>
        <w:t xml:space="preserve"> mein. yeh Sahaba culture nahin hai. main ne Sahaba ki zindagi ko bohat padha hai, woh is tarah se bar bar Alhamdulillah, Alhamdulillah nahin karte the jaise aaj kal musalman karte hain. un ke dilon mein hota tha, woh aaj kal musalmanon ka un ke yaani zuban pe hota hai, dil mein nahin hota. to main ne, main is ko nahin kehta ke jaiz hai ke najais, lekin yeh Sahaba culture nahin hai jo musalmanon mein aaj kal chala hua hai. har baat mein Alhamdulillah,</w:t>
      </w:r>
    </w:p>
    <w:p>
      <w:pPr>
        <w:jc w:val="right"/>
      </w:pPr>
      <w:r>
        <w:t>ول میں۔ یہ صحابہ کلچر نہیں ہے۔ میں نے صحابہ کی زندگیوں کو بہت پڑھا ہے، وہ اس طرح سے بار بار الحمدللہ، الحمدللہ نہیں کرتے تھے جیسے آج کل مسلمان کرتے ہیں۔ ان کے دلوں میں ہوتا تھا، وہ آج کل مسلمانوں کا ان کے یعنی زبان پہ ہوتا ہے، دل میں نہیں ہوتا۔ تو میں نے، میں اس کو نہیں کہتا کہ جائز ہے کہ ناجائز، لیکن یہ صحابہ کلچر نہیں ہے جو مسلمانوں میں آج کل چلا ہوا ہے۔ ہر بات میں الحمدللہ،</w:t>
      </w:r>
    </w:p>
    <w:p>
      <w:r>
        <w:rPr>
          <w:b/>
        </w:rPr>
        <w:t xml:space="preserve">[1:57:33] </w:t>
      </w:r>
      <w:r>
        <w:t>koi baat poochhein to foran Alhamdulillah ke sath bataenge. Alhamdulillah, yeh baat, Alhamdulillah, woh baat, yeh Sahaba culture nahin hai. Maulana, agla sawal Tamil Nadu se hain Abu Rayan sahib ka. unhon ne likha hai: "CPS ke tehat dawah work karne walon ke liye Sunday ka lecture sunna kitna zaroori hai?" kitna zaroori hai? jo aadmi CPS ka kaam</w:t>
      </w:r>
    </w:p>
    <w:p>
      <w:pPr>
        <w:jc w:val="right"/>
      </w:pPr>
      <w:r>
        <w:t>کوئی بات پوچھیں تو فوراً الحمدللہ کے ساتھ بتائیں گے۔ الحمدللہ، یہ بات، الحمدللہ، وہ بات، یہ صحابہ کلچر نہیں ہے۔ مولانا، اگلا سوال تمل ناڈو سے ہیں ابو ریان صاحب کا۔ انہوں نے لکھا ہے: "سی پی ایس کے تحت دعوی ورک کرنے والوں کے لیے سنڈے کا لیکچر سننا کتنا ضروری ہے؟" کتنا ضروری ہے؟ جو آدمی سی پی ایس کا کام</w:t>
      </w:r>
    </w:p>
    <w:p>
      <w:r>
        <w:rPr>
          <w:b/>
        </w:rPr>
        <w:t xml:space="preserve">[1:58:03] </w:t>
      </w:r>
      <w:r>
        <w:t>karta hoga, woh khud hi kahega: "mujhe subah sone baghair neend nahin aati, mujh se kyun poochte hain?" aap woh kaam hi nahin karta hoga. yaani CPS ke tehat jo kaam karta hoga, woh yeh sawal kabhi nahin karega. haan, jo na kaam karta ho, woh sawal kar sakta hai, kyunke CPS ke tehat jo kaam karta hoga, us mein us ko guideline milegi, us ko is mein yaani ghiza milegi, us ko is mein</w:t>
      </w:r>
    </w:p>
    <w:p>
      <w:pPr>
        <w:jc w:val="right"/>
      </w:pPr>
      <w:r>
        <w:t>کرتا ہوگا، وہ خود ہی کہے گا: "مجھے صبح سونے بغیر نیند نہیں آتی، مجھ سے کیوں پوچھتے ہیں؟" آپ وہ کام ہی نہیں کرتا ہوگا۔ یعنی سی پی ایس کے تحت جو کام کرتا ہوگا، وہ یہ سوال کبھی نہیں کرے گا۔ ہاں، جو نہ کام کرتا ہو، وہ سوال کر سکتا ہے، کیونکہ سی پی ایس کے تحت جو کام کرتا ہوگا، اس میں اس کو گائیڈ لائن ملے گی، اس کو اس میں یعنی غذا ملے گی، اس کو اس میں</w:t>
      </w:r>
    </w:p>
    <w:p>
      <w:r>
        <w:rPr>
          <w:b/>
        </w:rPr>
        <w:t xml:space="preserve">[1:58:33] </w:t>
      </w:r>
      <w:r>
        <w:t>sawalat ka jawab milega. to woh pooche, sawal kyun karega? to aisa aisa sawal kar sakta hai jo CPS ke tehat kaam na kar raha ho. yeh is liye is sawal ko main samajhta hoon ke ghair aam sawal hai yeh. Maulana, agla sawal Mumbai se hain Junaid Sheikh sahib ka. unhon ne likha hai: "Maulana, kuch log kehte hain ke Rasool aur Allah mein bohat kam farq hai, hum Allah ko sajda karte hain, Rasool ko nahin, baqi</w:t>
      </w:r>
    </w:p>
    <w:p>
      <w:pPr>
        <w:jc w:val="right"/>
      </w:pPr>
      <w:r>
        <w:t>سوالات کا جواب ملے گا۔ تو وہ پوچھے، سوال کیوں کرے گا؟ تو ایسا ایسا سوال کر سکتا ہے جو سی پی ایس کے تحت کام نہ کر رہا ہو۔ یہ اس لیے اس سوال کو میں سمجھتا ہوں کہ غیر عام سوال ہے یہ۔ مولانا، اگلا سوال ممبئی سے ہیں جنید شیخ صاحب کا۔ انہوں نے لکھا ہے: "مولانا، کچھ لوگ کہتے ہیں کہ رسول اور اللہ میں بہت کم فرق ہے، ہم اللہ کو سجدہ کرتے ہیں، رسول کو نہیں، باقی</w:t>
      </w:r>
    </w:p>
    <w:p>
      <w:r>
        <w:rPr>
          <w:b/>
        </w:rPr>
        <w:t xml:space="preserve">[1:59:03] </w:t>
      </w:r>
      <w:r>
        <w:t>sab kuch same hai, unhein kaise samjhayein?" phir samjhana kya hai? is se poochhein, Quran mein kahan likha hua hai? khud hi khud aap ne dimagh kaise bana liya? aap ne is se poochhein, Quran mein to main tumhare jaisa ek bashar hoon, tumhare jaisa ek insaan hoon. to yeh aadmi Quran o Hadith ke ilawa baat karta hai, woh jhoota hai, woh aadmi woh jhoot bol raha hai.</w:t>
      </w:r>
    </w:p>
    <w:p>
      <w:pPr>
        <w:jc w:val="right"/>
      </w:pPr>
      <w:r>
        <w:t>سب کچھ سیم ہے، انہیں کیسے سمجھائیں؟" پھر سمجھانا کیا ہے؟ اس سے پوچھیں، قرآن میں کہاں لکھا ہوا ہے؟ خود ہی خود آپ نے دماغ کیسے بنا لیا؟ آپ نے اس سے پوچھیں، قرآن میں تو میں تمہارے جیسا ایک بشر ہوں، تمہارے جیسا ایک انسان ہوں۔ تو یہ آدمی قرآن و حدیث کے علاوہ بات کرتا ہے، وہ جھوٹا ہے، وہ آدمی وہ جھوٹ بول رہا ہے۔</w:t>
      </w:r>
    </w:p>
    <w:p>
      <w:r>
        <w:rPr>
          <w:b/>
        </w:rPr>
        <w:t xml:space="preserve">[1:59:34] </w:t>
      </w:r>
      <w:r>
        <w:t>to yeh isi se poochhein, mujh se kyun poochte hain? aap is se poochhein, kahan Quran mein likha hua hai? aisa jab Allah bata saka to samjhein ke tum jhoot bolte ho. tum Allah par ek ek buhtan bandhte ho, Allah par ke jo kaam, jo jo cheez Allah ne nahin batai Quran majeed mein, woh tum ne nikaal rakha hai. is ko Maulana, agla sawal Dr. Paridan ka hai Dilli se. unhon ne aap se poocha hai ke "how c</w:t>
      </w:r>
    </w:p>
    <w:p>
      <w:pPr>
        <w:jc w:val="right"/>
      </w:pPr>
      <w:r>
        <w:t>تو یہ اسی سے پوچھیں، مجھ سے کیوں پوچھتے ہیں؟ آپ اس سے پوچھیں، کہاں قرآن میں لکھا ہوا ہے؟ ایسا جب اللہ بتا سکا تو سمجھیں کہ تم جھوٹ بولتے ہو۔ تم اللہ پر ایک ایک بہتان باندھتے ہو، اللہ پر کہ جو کام، جو جو چیز اللہ نے نہیں بتائی قرآن مجید میں، وہ تم نے نکال رکھا ہے۔ اس کو مولانا، اگلا سوال ڈاکٹر پریدان کا ہے دلی سے۔ انہوں نے آپ سے پوچھا ہے کہ "ہاؤ ک</w:t>
      </w:r>
    </w:p>
    <w:p>
      <w:r>
        <w:rPr>
          <w:b/>
        </w:rPr>
        <w:t xml:space="preserve">[2:00:04] </w:t>
      </w:r>
      <w:r>
        <w:t>an we avoid conflict with others?" bas conflict band kijiye, jaise main karta hoon. main aap ko ek dilchasp qissa yahan bata chuka hoon. is se pehle dekhiye, hamare ghar mein peeche ki taraf woh hai pool hai, to taar idhar se udhar aata hai, to wahan main aksar barhta hoon,</w:t>
      </w:r>
    </w:p>
    <w:p>
      <w:pPr>
        <w:jc w:val="right"/>
      </w:pPr>
      <w:r>
        <w:t>ین وی اوائڈ کانفلکٹ ود ادر؟" بس کنفلکٹ بند کیجیے، جیسے میں کرتا ہوں۔ میں آپ کو ایک دلچسپ قصہ یہاں بتا چکا ہوں۔ اس سے پہلے دیکھیے، ہمارے گھر میں پیچھے کی طرف وہ ہے پول ہے، تو تار ادھر سے ادھر آتا ہے، تو وہاں میں اکثر بڑھتا ہوں،</w:t>
      </w:r>
    </w:p>
    <w:p>
      <w:r>
        <w:rPr>
          <w:b/>
        </w:rPr>
        <w:t xml:space="preserve">[2:00:34] </w:t>
      </w:r>
      <w:r>
        <w:t>to yeh taar idhar se udhar aa raha hota hai. is waqt is mein gehraiyan doudti rehti hain, main wahan barh ke tamasha dekhta hoon is ka. to ek din kya hua ke ek gali idhar se aa rahi thi aur ek gali idhar se aa rahi thi, to yahan par takrao hota. to kya hua ke jaise aamne samne hua, ek gali latak gayi, ek jab guzar gayi to phir door chali gayi. to main ne kaha, yeh hai Allah taala ki taraf se sabak insaan ko ke takrao mat karo, is ko</w:t>
      </w:r>
    </w:p>
    <w:p>
      <w:pPr>
        <w:jc w:val="right"/>
      </w:pPr>
      <w:r>
        <w:t>تو یہ تار ادھر سے ادھر آ رہا ہوتا ہے۔ اس وقت اس میں گہریاں دوڑتی رہتی ہیں، میں وہاں بڑھ کے تماشہ دیکھتا ہوں اس کا۔ تو ایک دن کیا ہوا کہ ایک گلی ادھر سے آ رہی تھی اور ایک گلی ادھر سے آ رہی تھی، تو یہاں پر ٹکراؤ ہوتا۔ تو کیا ہوا کہ جیسے آمنے سامنے ہوا، ایک گلی لٹک گئی، ایک جب گزر گئی تو پھر دور چلی گئی۔ تو میں نے کہا، یہ ہے اللہ تعالی کی طرف سے سبق انسان کو کہ ٹکراؤ مت کرو، اس کو</w:t>
      </w:r>
    </w:p>
    <w:p>
      <w:r>
        <w:rPr>
          <w:b/>
        </w:rPr>
        <w:t xml:space="preserve">[2:01:04] </w:t>
      </w:r>
      <w:r>
        <w:t>jane do, rasta de do is ko. yaani baghair kisi bahas ke, baghair kisi takrar ke, yaani jaise hi woh samne aayi, jaldi se latak gayi neeche aur woh chali gayi. yeh kijiye, yeh to yeh to yeh to ghussa log ho jaate hain, mushtael ho jaate hain, bhadak uthte hain. is ki wajah se sab paida hoti hai. aap ghussa na hon, ishtial na paida karein to aap yeh karenge,</w:t>
      </w:r>
    </w:p>
    <w:p>
      <w:pPr>
        <w:jc w:val="right"/>
      </w:pPr>
      <w:r>
        <w:t>جانے دو، راستہ دے دو اس کو۔ یعنی بغیر کسی بحث کے، بغیر کسی تکرار کے، یعنی جیسے ہی وہ سامنے آئی، جلدی سے لٹک گئی نیچے اور وہ چلی گئی۔ یہ کیجیے، یہ تو یہ تو یہ تو غصہ لوگ ہو جاتے ہیں، مشتل ہو جاتے ہیں، بھڑک اٹھتے ہیں۔ اس کی وجہ سے سب پیدا ہوتی ہے۔ آپ غصہ نہ ہوں، اشتعال نہ پیدا کریں تو آپ یہ کریں گے،</w:t>
      </w:r>
    </w:p>
    <w:p>
      <w:r>
        <w:rPr>
          <w:b/>
        </w:rPr>
        <w:t xml:space="preserve">[2:01:35] </w:t>
      </w:r>
      <w:r>
        <w:t>tumhein panic mil jao, hum baat ko jayenge, tumhein panic mil jao. yeh jo yaani yeh gre culture maine khud ikhtiyar kar rakha hai bachpan se, yeh jo gre culture hai, jo is ko main kahunga nature culture, woh zindagi mein tareeqa yeh raha. main kabhi kisi se takrao nahi karta, jab bhi main.</w:t>
      </w:r>
    </w:p>
    <w:p>
      <w:pPr>
        <w:jc w:val="right"/>
      </w:pPr>
      <w:r>
        <w:t>تمہیں پینک مل جاؤ، ہم بات کو جائیں گے، تمہیں پینک مل جاؤ۔ یہ جو یعنی یہ گری کلچر میں نے خود اختیار کر رکھا ہے بچپن سے، یہ جو گری کلچر ہے، جو اس کو میں کہوں گا نیچر کلچر، وہ زندگی میں طریقہ یہ رہا۔ میں کبھی کسی سے ٹکراؤ نہیں کرتا، جب بھی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