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Voilence  27 7 08</w:t>
      </w:r>
    </w:p>
    <w:p>
      <w:r>
        <w:t>https://www.youtube.com/watch?v=aNMv0hKp-lw</w:t>
      </w:r>
    </w:p>
    <w:p>
      <w:r>
        <w:rPr>
          <w:b/>
        </w:rPr>
        <w:t xml:space="preserve">[00:21] </w:t>
      </w:r>
      <w:r>
        <w:t>bismillah rehman rehim, wa salli allah ala nabiyil karim. rab ishrah li sadri, wa yassir li amri, wahul uqdatan min lisani. aaj ka jo topic hai woh hai: islam</w:t>
      </w:r>
    </w:p>
    <w:p>
      <w:pPr>
        <w:jc w:val="right"/>
      </w:pPr>
      <w:r>
        <w:t>بسم اللہ الرحمن الرحیم، وصلی اللہ علی النبی الکریم۔ رب اشرح لی صدری، ویسر لی امری، واحل العقدۃ من لسانی۔ آج کا جو ٹاپک ہے وہ ہے: اسلام</w:t>
      </w:r>
    </w:p>
    <w:p>
      <w:r>
        <w:rPr>
          <w:b/>
        </w:rPr>
        <w:t xml:space="preserve">[00:51] </w:t>
      </w:r>
      <w:r>
        <w:t>and violence, ya islam and peace. aaj kal jo news bohat zyada aa rahi hai media mein, isi ko le kar maine yeh topic chuna hai. aaj bhi aap ne dekha hoga newspapers mein, is silsile mein bohat hi hot news aa rahi hain. main yeh keh sakta hoon ke p</w:t>
      </w:r>
    </w:p>
    <w:p>
      <w:pPr>
        <w:jc w:val="right"/>
      </w:pPr>
      <w:r>
        <w:t>اینڈ وائلنس، یا اسلام اینڈ پیس۔ آج کل جو نیوز بہت زیادہ آ رہی ہے میڈیا میں، اسی کو لے کر میں نے یہ ٹاپک چنا ہے۔ آج بھی آپ نے دیکھا ہوگا نیوز پیپرز میں، اس سلسلے میں بہت ہی ہاٹ نیوز آ رہی ہیں۔ میں یہ کہہ سکتا ہوں کہ پ</w:t>
      </w:r>
    </w:p>
    <w:p>
      <w:r>
        <w:rPr>
          <w:b/>
        </w:rPr>
        <w:t xml:space="preserve">[01:22] </w:t>
      </w:r>
      <w:r>
        <w:t>chale kam az kam 50 saal se yeh ho raha hai ke musalman jagah jagah conference karte hain, india mein, india ke bahar, har jagah. is ka maqsad ek hi hota hai, woh hai islam ke khilaf ya musalmanon ke khilaf misunderstanding ko khatam karna.</w:t>
      </w:r>
    </w:p>
    <w:p>
      <w:pPr>
        <w:jc w:val="right"/>
      </w:pPr>
      <w:r>
        <w:t>چھلے کم از کم 50 سال سے یہ ہو رہا ہے کہ مسلمان جگہ جگہ کانفرنس کرتے ہیں، انڈیا میں، انڈیا کے باہر، ہر جگہ۔ اس کا مقصد ایک ہی ہوتا ہے، وہ ہے اسلام کے خلاف یا مسلمانوں کے خلاف مس انڈرسٹینڈنگ کو ختم کرنا۔</w:t>
      </w:r>
    </w:p>
    <w:p>
      <w:r>
        <w:rPr>
          <w:b/>
        </w:rPr>
        <w:t xml:space="preserve">[01:53] </w:t>
      </w:r>
      <w:r>
        <w:t>sab ka yahi hota hai. yaani yeh jo duniya mein image ban gayi islam ki ya musalmanon ki, ke yeh log violent hote hain, aur yeh ke yeh log jo hain aaj ki yaani modern society mein misfit hain, kahin bhi woh adjust nahi kar paate, aur phir woh militancy par utar aate hain.</w:t>
      </w:r>
    </w:p>
    <w:p>
      <w:pPr>
        <w:jc w:val="right"/>
      </w:pPr>
      <w:r>
        <w:t>سب کا یہی ہوتا ہے۔ یعنی یہ جو دنیا میں امیج بن گئی اسلام کی یا مسلمانوں کی، کہ یہ لوگ وائلنٹ ہوتے ہیں، اور یہ کہ یہ لوگ جو ہیں آج کی یعنی ماڈرن سوسائٹی میں مس فٹ ہیں، کہیں بھی وہ ایڈجسٹ نہیں کر پاتے، اور پھر وہ ملیٹنسی پر اتر آتے ہیں۔</w:t>
      </w:r>
    </w:p>
    <w:p>
      <w:r>
        <w:rPr>
          <w:b/>
        </w:rPr>
        <w:t xml:space="preserve">[02:24] </w:t>
      </w:r>
      <w:r>
        <w:t>is tarah ki aap duniya mein jahan bhi jayen to yeh image aap ko payenge musalmanon ke bare mein. to pichhle 50 baras se taqreeban yeh ho raha hai ke saare log lage hue hain aisi kitabein chhapte hain, jaise islam the most misunderstood religion. aur jalsay</w:t>
      </w:r>
    </w:p>
    <w:p>
      <w:pPr>
        <w:jc w:val="right"/>
      </w:pPr>
      <w:r>
        <w:t>اس طرح کی آپ دنیا میں جہاں بھی جائیں تو یہ امیج آپ کو پائیں گے مسلمانوں کے بارے میں۔ تو پچھلے 50 برس سے تقریباً یہ ہو رہا ہے کہ سارے لوگ لگے ہوئے ہیں ایسی کتابیں چھاپتے ہیں، جیسے اسلام دا موسٹ مس انڈرسٹڈ ریلیجن۔ اور جلسے</w:t>
      </w:r>
    </w:p>
    <w:p>
      <w:r>
        <w:rPr>
          <w:b/>
        </w:rPr>
        <w:t xml:space="preserve">[02:54] </w:t>
      </w:r>
      <w:r>
        <w:t>, conferencein waghera. ek mahatma gandhi ke pote ne ek kitab chhapi hai, moti si kitab hai, to us mein islam par bhi kuch pages hain. to us mein unhon ne likha hai musalmanon ke bare mein ke</w:t>
      </w:r>
    </w:p>
    <w:p>
      <w:pPr>
        <w:jc w:val="right"/>
      </w:pPr>
      <w:r>
        <w:t>، کانفرنسیں وغیرہ۔ ایک مہاتما گاندھی کے پوتے نے ایک کتاب چھاپی ہے، موٹی سی کتاب ہے، تو اس میں اسلام پر بھی کچھ پیجز ہیں۔ تو اس میں انہوں نے لکھا ہے مسلمانوں کے بارے میں کہ</w:t>
      </w:r>
    </w:p>
    <w:p>
      <w:r>
        <w:rPr>
          <w:b/>
        </w:rPr>
        <w:t xml:space="preserve">[03:27] </w:t>
      </w:r>
      <w:r>
        <w:t>us mein yeh likha hai unhon ne ke "to every vein of falsehood", "to every vein of falsehood". oh, "to every vein of falsehood", muslim was a knife, k n i f e. to is</w:t>
      </w:r>
    </w:p>
    <w:p>
      <w:pPr>
        <w:jc w:val="right"/>
      </w:pPr>
      <w:r>
        <w:t>اس میں یہ لکھا ہے انہوں نے کہ "ٹو ایوری وین اف فالس ہڈ"، "ٹو ایوری وین اف فالس ہڈ"۔ اوہ، "ٹو ایوری وین اف فالس ہڈ"، مسلم واز ا نائف، کے این ائی ایف ای۔ تو اس</w:t>
      </w:r>
    </w:p>
    <w:p>
      <w:r>
        <w:rPr>
          <w:b/>
        </w:rPr>
        <w:t xml:space="preserve">[03:57] </w:t>
      </w:r>
      <w:r>
        <w:t>par bhi logon ne kafi likha, magar yeh to translation hai iqbal ke ek misre ka. iqbal ne yeh likha tha ke "har musalma rag e batil ke liye nashtar tha", "har musalma rag e batil ke liye nashtar tha". "to every vein of falsehood", muslim was a knife. to yeh tarjuma kiya khushwant singh ne, phir us ko</w:t>
      </w:r>
    </w:p>
    <w:p>
      <w:pPr>
        <w:jc w:val="right"/>
      </w:pPr>
      <w:r>
        <w:t>پر بھی لوگوں نے کافی لکھا، مگر یہ تو ٹرانسلیشن ہے اقبال کے ایک مصرعے کا۔ اقبال نے یہ لکھا تھا کہ "ہر مسلمہ لگ باطل کے لیے نشتر تھا"، "ہر مسلمہ رگ باطل کے لیے نشتر تھا"۔ "ٹو ایوری وین اف فالس ہڈ"، مسلم واز ا نائف۔ تو یہ ترجمہ کیا خوشبند سنگھ نے، پھر اس کو</w:t>
      </w:r>
    </w:p>
    <w:p>
      <w:r>
        <w:rPr>
          <w:b/>
        </w:rPr>
        <w:t xml:space="preserve">[04:27] </w:t>
      </w:r>
      <w:r>
        <w:t>naqal kiya mahatma gandhi ke pote ne apni kitab mein. magar sawal yeh hai ke likha kis ne? likha to iqbal ne. to dekhen, is masle ka maine bohat zyada study ki hai. yeh masla misunderstanding ka hai nahi, yeh soch hi basically galat hai, yaani yeh diagnosis galat hai ke yeh masla misunderstanding ka hai. yeh masla yeh hai ke musalman khud</w:t>
      </w:r>
    </w:p>
    <w:p>
      <w:pPr>
        <w:jc w:val="right"/>
      </w:pPr>
      <w:r>
        <w:t>نقل کیا مہاتما گاندھی کے پوتے نے اپنی کتاب میں۔ لیکن سوال یہ ہے کہ لکھا کس نے؟ لکھا تو اقبال نے۔ تو دیکھیں، اس مسئلے کا میں نے بہت زیادہ اسٹڈی کی ہے۔ یہ مسئلہ مس انڈرسٹینڈنگ کا ہے نہیں، یہ سوچ ہی بیسکلی غلط ہے، یعنی یہ ڈائیگنوسس غلط ہے کہ یہ مسئلہ مس انڈرسٹینڈنگ کا ہے۔ یہ مسئلہ یہ ہے کہ مسلمان خود</w:t>
      </w:r>
    </w:p>
    <w:p>
      <w:r>
        <w:rPr>
          <w:b/>
        </w:rPr>
        <w:t xml:space="preserve">[04:59] </w:t>
      </w:r>
      <w:r>
        <w:t>apne bare mein revise karen, reassessment karen. aur yeh haqeeqat hai ke aaj ki duniya mein musalman fit nahi ho rahe hain, aur is liye woh react karte hain. jab react karte hain to woh pahunch jata hai society bombing tak. phir us ko aap sochen to yeh baat bohat door tak jati hai. hadith mein aata hai ke rasool allah ne farmaya</w:t>
      </w:r>
    </w:p>
    <w:p>
      <w:pPr>
        <w:jc w:val="right"/>
      </w:pPr>
      <w:r>
        <w:t>اپنے بارے میں ریوائز کریں، ری اسیسمنٹ کریں۔ اور یہ حقیقت ہے کہ آج کی دنیا میں مسلمان فٹ نہیں ہو رہے ہیں، اور اس لیے وہ ری ایکٹ کرتے ہیں۔ جب ری ایکٹ کرتے ہیں تو وہ پہنچ جاتا ہے سوسائٹی بمبنگ تک۔ پھر اس کو آپ سوچیں تو یہ بات بہت دور تک جاتی ہے۔ حدیث میں آتا ہے کہ رسول اللہ نے فرمایا</w:t>
      </w:r>
    </w:p>
    <w:p>
      <w:r>
        <w:rPr>
          <w:b/>
        </w:rPr>
        <w:t xml:space="preserve">[05:29] </w:t>
      </w:r>
      <w:r>
        <w:t>ke teen period jo hain woh sahi period ho gaye islam mein, us ke baad bigad aa jayega. khair ul qurun qarni, thumma alladhina yalunahum, thumma alladhina yalunahum. to teen period kaun hain? ek hai prophetic period, doosra hai khilafat period, aur teesra hai ummat period. in teen periods mein islam more or less apni</w:t>
      </w:r>
    </w:p>
    <w:p>
      <w:pPr>
        <w:jc w:val="right"/>
      </w:pPr>
      <w:r>
        <w:t>کہ تین پیریڈ جو ہیں وہ صحیح پیریڈ ہو گئے اسلام میں، اس کے بعد بگاڑ آ جائے گا۔ خیر القرون قرنی، ثم الذینیلونہم، ثم الذینیلونہم۔ تو تین پیریڈ کون ہیں؟ ایک ہے پرافٹک پیریڈ، دوسرا ہے خلافت پیریڈ، اور تیسرا ہے امیت پیریڈ۔ ان تین پیریڈز میں اسلام مور لیس اپنی</w:t>
      </w:r>
    </w:p>
    <w:p>
      <w:r>
        <w:rPr>
          <w:b/>
        </w:rPr>
        <w:t xml:space="preserve">[05:59] </w:t>
      </w:r>
      <w:r>
        <w:t>sahi shakal mein raha. us ke baad jab abbasi period aaya to wahan se deviation shuru hua. abbasi period mein aisa hua ke musalmanon ka ek empire ban gaya, bohat bada empire. to ab yeh model hi badal gaya. pehle islam chal raha tha daawa model par. daawa model mein peace hota hai, tolerance hota hai,</w:t>
      </w:r>
    </w:p>
    <w:p>
      <w:pPr>
        <w:jc w:val="right"/>
      </w:pPr>
      <w:r>
        <w:t>صحیح شکل میں رہا۔ اس کے بعد جب عباسی پیریڈ آیا تو وہاں سے ڈیوی ایشن شروع ہوا۔ عباسی پیریڈ میں ایسا ہوا کہ مسلمانوں کا ایک ایمپائر بن گیا، بہت بڑا ایمپائر۔ تو اب یہ ماڈل ہی بدل گیا۔ پہلے اسلام چل رہا تھا دعویٰ ماڈل پر۔ دعویٰ ماڈل میں پیس ہوتا ہے، ٹالرنس ہوتا ہے،</w:t>
      </w:r>
    </w:p>
    <w:p>
      <w:r>
        <w:rPr>
          <w:b/>
        </w:rPr>
        <w:t xml:space="preserve">[06:29] </w:t>
      </w:r>
      <w:r>
        <w:t>insan ke liye love hoti hai, compassion hota hai, well wishing hoti hai. to islam makkah se damishq tak, yaani prophetic period, khilafat period, aur ummat period tak daawa model tha is ka. abbasi period mein aisa hua ke wahan par model badal gaya. ab political role jo hai woh model ban gaya.</w:t>
      </w:r>
    </w:p>
    <w:p>
      <w:pPr>
        <w:jc w:val="right"/>
      </w:pPr>
      <w:r>
        <w:t>انسان کے لیے لو ہوتی ہے، کمپیشن ہوتا ہے، ویل وشنگ ہوتی ہے۔ تو اسلام مکہ سے دمشق تک، یعنی پرافٹک پیریڈ، خلافت پیریڈ، اور امیت پیریڈ تک دعویٰ ماڈل تھا اس کا۔ عباسی پیریڈ میں ایسا ہوا کہ وہاں پر ماڈل بدل گیا۔ اب پولیٹیکل رول جو ہے وہ ماڈل بن گیا۔</w:t>
      </w:r>
    </w:p>
    <w:p>
      <w:r>
        <w:rPr>
          <w:b/>
        </w:rPr>
        <w:t xml:space="preserve">[07:00] </w:t>
      </w:r>
      <w:r>
        <w:t>yahin se sari kharabiyan paida huin. abbasi daur mein aise log paida hue, aise scholars jinhon ne duniya ko do category mein banta: darul islam aur darul kufr. yaani ek woh land jahan musalman rule kar rahe hain, doosra woh land jahan musalman rule nahi kar rahe. yeh ek bidat thi. rasool allah ne aisa nahi kiya tha.</w:t>
      </w:r>
    </w:p>
    <w:p>
      <w:pPr>
        <w:jc w:val="right"/>
      </w:pPr>
      <w:r>
        <w:t>یہیں سے ساری خرابیاں پیدا ہوئیں۔ عباسی دور میں ایسے لوگ پیدا ہوئے، ایسے اسکالرز جنہوں نے دنیا کو دو کیٹیگری میں بانٹا: دارالاسلام اور دارالکفر۔ یعنی ایک وہ لینڈ جہاں مسلمان رول کر رہے ہیں، دوسرا وہ لینڈ جہاں مسلمان رول نہیں کر رہے۔ یہ ایک بدعت تھی۔ رسول اللہ نے ایسا نہیں کیا تھا۔</w:t>
      </w:r>
    </w:p>
    <w:p>
      <w:r>
        <w:rPr>
          <w:b/>
        </w:rPr>
        <w:t xml:space="preserve">[07:30] </w:t>
      </w:r>
      <w:r>
        <w:t>yahan se aisa hua ke model ban gaya political supremacy. maine ek bar ek speech suni, ek bare muslim scholar ki, to un ki speech jab khatam hui to question hua. to ek indian muslim ne wahan poocha un se ke india ke bare mein aap kya kehte hain?</w:t>
      </w:r>
    </w:p>
    <w:p>
      <w:pPr>
        <w:jc w:val="right"/>
      </w:pPr>
      <w:r>
        <w:t>یہاں سے ایسا ہوا کہ ماڈل بن گیا پولیٹیکل سپریمیسی۔ میں نے ایک بار ایک سپیچ سنی، ایک بڑے مسلم اسکالر کی، تو ان کی سپیچ جب ختم ہوئی تو کوئسچن ہوا۔ تو ایک انڈین مسلم نے وہاں پوچھا ان سے کہ انڈیا کے بارے میں آپ کیا کہتے ہیں؟</w:t>
      </w:r>
    </w:p>
    <w:p>
      <w:r>
        <w:rPr>
          <w:b/>
        </w:rPr>
        <w:t xml:space="preserve">[08:01] </w:t>
      </w:r>
      <w:r>
        <w:t>unhon ne islam and west pe bolay thay woh. to kuch dair woh chup rahe. for a moment there was a pause. phir woh bolay ke yeh bara mushkil sawal hai, kyun ke islam mein position of strength ka model hai, lekin islam mein position of modesty ka model nahi. yeh bohat hi anokhi baat thi.</w:t>
      </w:r>
    </w:p>
    <w:p>
      <w:pPr>
        <w:jc w:val="right"/>
      </w:pPr>
      <w:r>
        <w:t>انہوں نے اسلام اینڈ ویسٹ پہ بولے تھے وہ۔ تو کچھ دیر وہ چپ رہے۔ فار ا مومنٹ دیر واز ا پاز۔ پھر وہ بولے کہ یہ بڑا مشکل سوال ہے، کیونکہ اسلام میں پوزیشن اف اسٹرینتھ کا ماڈل ہے، لیکن اسلام میں پوزیشن اف مورسٹی کا ماڈل نہیں۔ یہ بہت ہی انوکھی بات تھی۔</w:t>
      </w:r>
    </w:p>
    <w:p>
      <w:r>
        <w:rPr>
          <w:b/>
        </w:rPr>
        <w:t xml:space="preserve">[08:33] </w:t>
      </w:r>
      <w:r>
        <w:t>yaani unhon ne islam ko shuru kiya hai abbasi period se, jab islam musalman jo hain empire bana chuke thay apna. to model badal gaya. basic baat hai ke model badal gaya. modesty hi asal model hai islam mein. ab model ban gaya political role. ab dekhen, sab se bara jo word use kiya hai quran mein woh abd hai. jab</w:t>
      </w:r>
    </w:p>
    <w:p>
      <w:pPr>
        <w:jc w:val="right"/>
      </w:pPr>
      <w:r>
        <w:t>یعنی انہوں نے اسلام کو شروع کیا ہے عباسی پیریڈ سے، جب اسلام مسلمان جو ہیں ایمپائر بنا چکے تھے اپنا۔ تو ماڈل بدل گیا۔ بیسک بات ہے کہ ماڈل بدل گیا۔ ماڈیسٹی ہی اصل ماڈل ہے اسلام میں۔ اب ماڈل بن گیا پولیٹیکل رول۔ اب دیکھیں، سب سے بڑا جو ورڈ یوز کیا ہے قرآن میں وہ عبد ہے۔ جب</w:t>
      </w:r>
    </w:p>
    <w:p>
      <w:r>
        <w:rPr>
          <w:b/>
        </w:rPr>
        <w:t xml:space="preserve">[09:03] </w:t>
      </w:r>
      <w:r>
        <w:t>hum kalma padhte hain to us mein hum padhte hain ke ashhadu an la ilaha illallah, wa ashhadu anna muhammadan abdahu wa rasuluh. rasool allah ke liye pehle kehte hain abd. abd maani banda, servant. rasool allah ka jab miraj hua aur aap makkah se madinah gaye to wahan pe aap dekhiye quran majeed mein: subhan alladhi asra bi abdhihi lailan min al masjid al haram ila al masjid al aqsa. yahan bhi aap dekhiye apne band</w:t>
      </w:r>
    </w:p>
    <w:p>
      <w:pPr>
        <w:jc w:val="right"/>
      </w:pPr>
      <w:r>
        <w:t>ہم کلمہ پڑھتے ہیں تو اس میں ہم پڑھتے ہیں کہ اشھد ان لا الہ الا اللہ، واشہد ان محمد عبدہ ورسولہ۔ رسول اللہ کے لیے پہلے کہتے ہیں عبد۔ عبد معنی بندہ، سرونٹ۔ رسول اللہ کا جب معراج ہوا اور آپ مکہ سے مدینہ گئے تو وہاں پہ آپ دیکھیے قرآن مجید میں: سبحان اللہ، یہاں بھی آپ دیکھیے اپنے بند</w:t>
      </w:r>
    </w:p>
    <w:p>
      <w:r>
        <w:rPr>
          <w:b/>
        </w:rPr>
        <w:t xml:space="preserve">[09:34] </w:t>
      </w:r>
      <w:r>
        <w:t>e ko le gaya allah makkah se yerushalim. to jitna bhi aap padhenge to modesty hi islam mein model hai asal. chahe aap political role aap ke paas ho, tab bhi modesty model hai. jaise hazrat umar farooq ke zamane mein aap jante hain ke islam ki hukumat ban chuki thi bare area mein. to ek bar aisa hua</w:t>
      </w:r>
    </w:p>
    <w:p>
      <w:pPr>
        <w:jc w:val="right"/>
      </w:pPr>
      <w:r>
        <w:t>ے کو لے گیا اللہ مکہ سے یروشلم۔ تو جتنا بھی آپ پڑھیں گے تو ماڈیسٹی ہی اسلام میں ماڈل ہے اصل۔ چاہے آپ پولیٹیکل رول آپ کے پاس ہو، تب بھی ماڈیسٹی ماڈل ہے۔ جیسے حضرت عمر فاروق کے زمانے میں آپ جانتے ہیں کہ اسلام کی حکومت بن چکی تھی بڑے ایریا میں۔ تو ایک بار ایسا ہوا</w:t>
      </w:r>
    </w:p>
    <w:p>
      <w:r>
        <w:rPr>
          <w:b/>
        </w:rPr>
        <w:t xml:space="preserve">[10:05] </w:t>
      </w:r>
      <w:r>
        <w:t>ke ek shakhs milne aaya hazrat umar farooq se jo khalifa thay us waqt, second caliph. to woh madinah ke bahar phir rahe thay to unhon ne kaha ke aap kya kar rahe hain? unhon ne kaha ke main baitul maal ka oont gum ho gaya, main us ko dhoondh raha hoon. ab khalifa keh raha hai ke main oont dhoondh raha hoon. to unhon ne kaha ke yeh to aap kisi ghulam se keh dete, aap</w:t>
      </w:r>
    </w:p>
    <w:p>
      <w:pPr>
        <w:jc w:val="right"/>
      </w:pPr>
      <w:r>
        <w:t>کہ ایک شخص ملنے آیا حضرت عمر فاروق سے جو خلیفہ تھے اس وقت، سیکنڈ کیلیف۔ تو وہ مدینہ کے باہر پھر رہے تھے تو انہوں نے کہا کہ آپ کیا کر رہے ہیں؟ انہوں نے کہا کہ میں بیت البال کا اونٹ گم ہو گیا، میں اس کو ڈھونڈ رہا ہوں۔ اب خلیفہ کہہ رہا ہے کہ میں اونٹ ڈھونڈ رہا ہوں۔ تو انہوں نے کہا کہ یہ تو آپ کسی غلام سے کہہ دیتے، آپ</w:t>
      </w:r>
    </w:p>
    <w:p>
      <w:r>
        <w:rPr>
          <w:b/>
        </w:rPr>
        <w:t xml:space="preserve">[10:36] </w:t>
      </w:r>
      <w:r>
        <w:t>kisi mulazim se keh dete, aap kisi servant se keh dete, aap woh dhoondh lata oont ko. to abd ka lafz istemal kiya tha unhon ne. to hazrat umar ne farmaya ke ay abd abd minni, ay abd abd minni. mujh se bara abd kaun hai? mujh se bara servant of god kaun hai? yaani khalifa hote hue unhon ne abd bataya apne aap ko.</w:t>
      </w:r>
    </w:p>
    <w:p>
      <w:pPr>
        <w:jc w:val="right"/>
      </w:pPr>
      <w:r>
        <w:t>کسی ملازم سے کہہ دیتے، آپ کسی سرونٹ سے کہہ دیتے، آپ وہ ڈھونڈ لاتا اونٹ کو۔ تو عبد کا لفظ استعمال کیا تھا انہوں نے۔ تو حضرت عمر نے فرمایا کہ ای عبد عبد منی، ای عبد عبد منی۔ مجھ سے بڑا عبد کون ہے؟ مجھ سے بڑا سرونٹ اف گاڈ کون ہے؟ یعنی خلیفہ ہوتے ہوئے انہوں نے عبد بتایا اپنے آپ کو۔</w:t>
      </w:r>
    </w:p>
    <w:p>
      <w:r>
        <w:rPr>
          <w:b/>
        </w:rPr>
        <w:t xml:space="preserve">[11:06] </w:t>
      </w:r>
      <w:r>
        <w:t>to dekhen, yeh galat, yeh categorization galat hai. yeh do category banana ke position of strength, position of modesty. ek hi category hai, woh hai position of modesty. position of strength jo hai woh apne aap mein galat hai. kyun? agar aap ko strength mili hui hai to woh to test hai. test hai woh. woh koi status nahi hai aap ka. status to ek hi hai ke aap</w:t>
      </w:r>
    </w:p>
    <w:p>
      <w:pPr>
        <w:jc w:val="right"/>
      </w:pPr>
      <w:r>
        <w:t>تو دیکھیں، یہ غلط، یہ کیٹیگرائزیشن غلط ہے۔ یہ دو کیٹگری بنانا کہ پوزیشن اف اسٹرینتھ، پوزیشن اف ماڈیسٹی۔ ایک ہی کیٹگری ہے، وہ ہے پوزیشن اف ماڈیسٹی۔ پوزیشن اف اسٹرینتھ جو ہے وہ اپنے آپ میں غلط ہے۔ کیوں؟ اگر آپ کو اسٹرینتھ ملی ہوئی ہے تو وہ تو ٹیسٹ ہے۔ ٹیسٹ ہے وہ۔ وہ کوئی اسٹیٹس نہیں ہے آپ کا۔ اسٹیٹس تو ایک ہی ہے کہ آپ</w:t>
      </w:r>
    </w:p>
    <w:p>
      <w:r>
        <w:rPr>
          <w:b/>
        </w:rPr>
        <w:t xml:space="preserve">[11:37] </w:t>
      </w:r>
      <w:r>
        <w:t>modesty. to yeh bohat bari bhool hui hai sankaron saal se ke logon ne is ko bhi is ko target bana liya. jab aap ne kaha yeh to is ka matlab ke aap ne target badal diya. ab target kya ho gaya? political role banana. to taqreeban 800 saal ya kuch badhaya to ek hazar saal tak musalman ko duniya mein iqtadar mila raha, kam kam</w:t>
      </w:r>
    </w:p>
    <w:p>
      <w:pPr>
        <w:jc w:val="right"/>
      </w:pPr>
      <w:r>
        <w:t>ماڈیسٹی۔ تو یہ بہت بڑی بھول ہوئی ہے سینکڑوں سال سے کہ لوگوں نے اس کو بھی اس کو ٹارگٹ بنا لیا۔ جب آپ نے کہا یہ تو اس کا معنی کہ آپ نے ٹارگٹ بدل دیا۔ اب ٹارگٹ کیا ہو گیا؟ پولیٹیکل رول بنانا۔ تو تقریباً 800 سال یا کچھ بڑھایا تو ایک ہزار سال تک مسلمان کو دنیا میں اقتدار ملا رہا، کم کم</w:t>
      </w:r>
    </w:p>
    <w:p>
      <w:r>
        <w:rPr>
          <w:b/>
        </w:rPr>
        <w:t xml:space="preserve">[12:07] </w:t>
      </w:r>
      <w:r>
        <w:t>ya zyada, more or less. jab yeh iqtadar chhin gaya, jaise mughal empire khatam hua, turkish empire khatam hua, fatimi empire khatam hua, to musalmanon ne mehsoos kiya ke jo hamari asal, jo hamara status tha, woh chhin gaya hum se. kyun ke model badal rakha tha unhon ne. wahan se shuru ho raha hai yeh sab. yaani 200 saal se shuru ho raha hai yeh.</w:t>
      </w:r>
    </w:p>
    <w:p>
      <w:pPr>
        <w:jc w:val="right"/>
      </w:pPr>
      <w:r>
        <w:t>یا زیادہ، مور لیس۔ جب یہ اقتدار چھنا، جیسے مغل ایمپائر ختم ہوا، ٹرکش ایمپائر ختم ہوا، فاطمی ایمپائر ختم ہوا، تو مسلمانوں نے محسوس کیا کہ جو ہماری اصل، جو ہمارا اسٹیٹس تھا، وہ چھن گیا ہم سے۔ کیونکہ ماڈل بدل رکھا تھا انہوں نے۔ وہاں سے شروع ہو رہا ہے یہ سب۔ یعنی 200 سال سے شروع ہو رہا ہے یہ۔</w:t>
      </w:r>
    </w:p>
    <w:p>
      <w:r>
        <w:rPr>
          <w:b/>
        </w:rPr>
        <w:t xml:space="preserve">[12:37] </w:t>
      </w:r>
      <w:r>
        <w:t>to pehle aise log paida hue jo is par book likhi, literature tayyar kiya ke hamein phir se regain karna chahiye apni political glory ko. is mein sab se pehle main samajhta hoon ke zyada numayan naam hai Syed Jawad Al-Nu'mani ka. phir bohat se log aaye is mein, aur yahi saare leader, saare thinker, saare reformer yahi karte rahe ke political role ko, political gl</w:t>
      </w:r>
    </w:p>
    <w:p>
      <w:pPr>
        <w:jc w:val="right"/>
      </w:pPr>
      <w:r>
        <w:t>تو پہلے ایسے لوگ پیدا ہوئے جو اس پر بک لکھی، لٹریچر تیار کیا کہ ہمیں پھر سے ری گین کرنا چاہیے اپنی پولیٹیکل گلوری کو۔ اس میں سب سے پہلے میں سمجھتا ہوں کہ زیادہ نمایاں نام ہے سید جواد النعوانی کا۔ پھر بہت سے لوگ آئے اس میں، اور یہی سارے لیڈر، سارے تھنکر، سارے ریفارمر یہی کرتے رہے کہ پولیٹیکل رول کو، پولیٹیکل گل</w:t>
      </w:r>
    </w:p>
    <w:p>
      <w:r>
        <w:rPr>
          <w:b/>
        </w:rPr>
        <w:t xml:space="preserve">[13:07] </w:t>
      </w:r>
      <w:r>
        <w:t>ory ko phir se wapas lana. alag alag dhang se ek hi maqsad tha sab ka. phir kya hua ke literature ya kitabon ke zariye se kuch mila nahi un ko. to phir unhone kya kiya ke aur aage badhe woh. phir jihad shuru kiya. jihad yaani hum mein to kahunga ke militancy shuru ki</w:t>
      </w:r>
    </w:p>
    <w:p>
      <w:pPr>
        <w:jc w:val="right"/>
      </w:pPr>
      <w:r>
        <w:t>وری کو پھر سے واپس لانا۔ الگ الگ ڈھنگ سے ایک ہی مقصد تھا سب کا۔ پھر کیا ہوا کہ لٹریچر یا کتابوں کے ذریعے سے کچھ ملا نہیں ان کو۔ تو پھر انہوں نے کیا کیا کہ اور آگے بڑھے وہ۔ پھر جہاد شروع کیا۔ جہاد یعنی ہم میں تو کہوں گا کہ ملیٹنس شروع کی</w:t>
      </w:r>
    </w:p>
    <w:p>
      <w:r>
        <w:rPr>
          <w:b/>
        </w:rPr>
        <w:t xml:space="preserve">[13:37] </w:t>
      </w:r>
      <w:r>
        <w:t>unhone. to militancy mein bhi kaamyaab nahi hue. to phir ab aap dekh rahe hain society bombing ho rahi hai jagah jagah. society bombing ho rahi hai. to yeh to ek ek ghalati hai jo chal rahi hai bohat dino se. to aap ko revise karna chahiye apni is thinking ko. lotna chahiye is taraf ke modesty hamara model ho. political role hamara model hi na ho.</w:t>
      </w:r>
    </w:p>
    <w:p>
      <w:pPr>
        <w:jc w:val="right"/>
      </w:pPr>
      <w:r>
        <w:t>انہوں نے۔ تو ملیٹنس میں بھی کامیاب نہیں ہوئے۔ تو پھر اب آپ دیکھ رہے ہیں سوسائٹی بمبنگ ہو رہی ہے جگہ جگہ۔ سوسائٹی بمبنگ ہو رہی ہے۔ تو یہ تو ایک ایک غلطی ہے جو چل رہی ہے بہت دنوں سے۔ تو آپ کو ریوائز کرنا چاہیے اپنی اس تھنکنگ کو۔ لوٹنا چاہیے اس طرف کہ ماڈیسٹی ہمارا ماڈل ہو۔ پولیٹیکل رول ہمارا ماڈل ہی نہ ہو۔</w:t>
      </w:r>
    </w:p>
    <w:p>
      <w:r>
        <w:rPr>
          <w:b/>
        </w:rPr>
        <w:t xml:space="preserve">[14:09] </w:t>
      </w:r>
      <w:r>
        <w:t>mein aap ko do example deta hoon. bohat hi teen example balkeh Jawaduddin Afwani, Syed Qutb, aur Maulana Maududi. Jawaduddin Afwani gaye Turkey mein jab abhi khilafat baqi thi wahan par. to us ne bohat zyada un ko ezaaz kiya aur bohat zyada un ko mawaqe diye ke aap Islam ke taleem ko badhaiye, Islam ki teaching ko badhaiye, logon ko Islam ke line pe e</w:t>
      </w:r>
    </w:p>
    <w:p>
      <w:pPr>
        <w:jc w:val="right"/>
      </w:pPr>
      <w:r>
        <w:t>میں آپ کو دو ایگزامپل دیتا ہوں۔ بہت ہی تین ایگزامپل بلکہ جواد الدین افوانی، سید قطب، اور مولانا مودودی۔ جواد الدین افوانی گئے ترکی میں جب ابھی خلافت باقی تھی وہاں پر۔ تو اس نے بہت زیادہ ان کو اعزاز کیا اور بہت زیادہ ان کو مواقع دیے کہ آپ اسلام کے تعلیم کو بڑھائیے، اسلام کی ٹیچنگ کو بڑھائیے، لوگوں کو اسلام کے لائن پہ ای</w:t>
      </w:r>
    </w:p>
    <w:p>
      <w:r>
        <w:rPr>
          <w:b/>
        </w:rPr>
        <w:t xml:space="preserve">[14:39] </w:t>
      </w:r>
      <w:r>
        <w:t>ducate kijiye. lekin unhone kaha ke tum tum khud hatto, tumhari seat par hamein qabza karna hai. to us ne Turkey ke Sultan ne un ko nikaal diya. ab dekhiye ke Syed Qutb ko dekhiye. Jamaat Abdul Nasser jo wahan president the, unhone peshkash ki, offer kiya un ko ke aap ko hum education minister bana dete hain Egypt mein. aap poore Misr ke jo nayi</w:t>
      </w:r>
    </w:p>
    <w:p>
      <w:pPr>
        <w:jc w:val="right"/>
      </w:pPr>
      <w:r>
        <w:t>جوکیٹ کیجئے۔ لیکن انہوں نے کہا کہ تم تم خود ہٹو، تمہاری سیٹ پر ہمیں قبضہ کرنا ہے۔ تو اس نے ترکی کے سلطان نے ان کو نکال دیا۔ اب دیکھیں کہ سید قطب کو دیکھیے۔ جماعت عبدالناصر جو وہاں پریزیڈنٹ تھے، انہوں نے پیشکش کی، آفر کیا ان کو کہ آپ کو ہم ایجوکیشن منسٹر بنا دیتے ہیں ایجپٹ میں۔ آپ پورے مصر کے جو نئی</w:t>
      </w:r>
    </w:p>
    <w:p>
      <w:r>
        <w:rPr>
          <w:b/>
        </w:rPr>
        <w:t xml:space="preserve">[15:09] </w:t>
      </w:r>
      <w:r>
        <w:t>nasl hai, us ko educate kijiye. magar unhone accept nahi kiya is ko. is ke unhone throat par baithna tha. Syed Abul A'la Maududi ko offer diya Sadar Ayub Khan ne ke aap ko hum ek national university banate hain aur us ko poora charge aap ko de dete hain. us ka audit bhi nahi kiya jayega. aap wahan par ek nayi nasl banaiye, un ko educate kar ke. unhone accept nahi kiya is ko. tum takht khali karo.</w:t>
      </w:r>
    </w:p>
    <w:p>
      <w:pPr>
        <w:jc w:val="right"/>
      </w:pPr>
      <w:r>
        <w:t>نسل ہے، اس کو ایجوکیٹ کیجئے۔ مگر انہوں نے ایکسیپٹ نہیں کیا اس کو۔ اس کے انہوں نے تھروٹ پر بیٹھنا تھا۔ سید ابرار مودی کو آفر دیا صدر ایوب خان نے کہ آپ کو ہم ایک نیشنل یونیورسٹی بناتے ہیں اور اس کو پورا چارج آپ کو دے دیتے ہیں۔ اس کا آڈٹ بھی نہیں کیا جائے گا۔ آپ وہاں پر ایک نئی نسل بنائیے، ان کو ایجوکیٹ کر کے۔ انہوں نے ایکسیپٹ نہیں کیا اس کو۔ تم تخت خالی کرو۔</w:t>
      </w:r>
    </w:p>
    <w:p>
      <w:r>
        <w:rPr>
          <w:b/>
        </w:rPr>
        <w:t xml:space="preserve">[15:39] </w:t>
      </w:r>
      <w:r>
        <w:t>kyun? sab logon ke mind mein tha ke position of strength asal cheez hai. yaani political power asal cheez hai. education ko kam samjha unhone. education ko kam dikhai pada kyunke is mein modesty, mode ban kar kaam karna tha. to yeh hai asal baat. sab ke dimaghon mein bhara hua hai. maine India se le kar America tak, Europe tak sab jagah safar kiya. saare Musalmanon ko maine</w:t>
      </w:r>
    </w:p>
    <w:p>
      <w:pPr>
        <w:jc w:val="right"/>
      </w:pPr>
      <w:r>
        <w:t>کیوں؟ سب لوگوں کے مائنڈ میں تھا کہ پوزیشن اف اسٹرینتھ اصل چیز ہے۔ یعنی پولیٹیکل پاور اصل چیز ہے۔ ایجوکیشن کو کم سمجھا انہوں نے۔ ایجوکیشن کو کم دکھائی پڑا کیونکہ اس میں ماڈیسٹی، ماڈیس بن کر کام کرنا تھا۔ تو یہ ہے اصل بات۔ سب کے دماغوں میں بھرا ہوا ہے۔ میں نے انڈیا سے لے کر امریکہ تک، یورپ تک سب جگہ سفر کیا۔ سارے مسلمانوں کو میں نے</w:t>
      </w:r>
    </w:p>
    <w:p>
      <w:r>
        <w:rPr>
          <w:b/>
        </w:rPr>
        <w:t xml:space="preserve">[16:10] </w:t>
      </w:r>
      <w:r>
        <w:t>paya ke woh un ke dil mein heat bomb maujood hai. heat bomb wohi ek explosive bomb ban jata hai kabhi kabhi. ek ek Musalman ke dil mein heat bomb hai. America mein ek sahab ko bohat acha main samajhta tha ke un ke andar heat bomb nahi hai. lekin jab thoda sa un se controversy hui to maloom hua ke heat bomb hai. to maine kam az kam kisi ko nahi paya jo heat bomb se khali ho. to yeh heat bomb hai jo kabhi kabhi</w:t>
      </w:r>
    </w:p>
    <w:p>
      <w:pPr>
        <w:jc w:val="right"/>
      </w:pPr>
      <w:r>
        <w:t>پایا کہ وہ ان کے دلوں میں ہیٹ بمب موجود ہے۔ ہیٹ بمب وہی ایک ایکسپلوسو بمب بن جاتا ہے کبھی کبھی۔ ایک ایک مسلمان کے دل میں ہیٹ بمب ہے۔ امریکہ میں ایک صاحب کو بہت اچھا میں سمجھتا تھا کہ ان کے اندر ہیٹ بمب نہیں ہے۔ لیکن جب تھوڑا سا ان سے کنٹروورسی ہوئی تو معلوم ہوا کہ ہیٹ بمب ہے۔ تو میں نے کم از کم کسی کو نہیں پایا جو ہیٹ بمب سے خالی ہو۔ تو یہ ہیٹ بمب ہے جو کبھی کبھی</w:t>
      </w:r>
    </w:p>
    <w:p>
      <w:r>
        <w:rPr>
          <w:b/>
        </w:rPr>
        <w:t xml:space="preserve">[16:40] </w:t>
      </w:r>
      <w:r>
        <w:t>explosive bomb ban jata hai. to misunderstanding kiya. aap ko yeh karna padega ke jo baad ke zamane mein jo development hua aur jo Musalmanon ke zehan ko political zehan bana diya gaya, us ko theek karen. aap jante hain ke is zamane mein aap dekhen to saare log political interpretation mein jee rahe hain. saare log.</w:t>
      </w:r>
    </w:p>
    <w:p>
      <w:pPr>
        <w:jc w:val="right"/>
      </w:pPr>
      <w:r>
        <w:t>ایکسپلوسو بمب بن جاتا ہے۔ تو مس انڈرسٹینڈنگ کیا۔ آپ کو یہ کرنا پڑے گا کہ جو بعد کے زمانے میں جو ڈیولپمنٹ ہوا اور جو مسلمانوں کے ذہن کو پولیٹیکل ذہن بنا دیا گیا، اس کو ٹھیک کریں۔ آپ جانتے ہیں کہ اس زمانے میں آپ دیکھیں تو سارے لوگ پولیٹیکل انٹرپریٹیشن میں جی رہے ہیں۔ سارے لوگ۔</w:t>
      </w:r>
    </w:p>
    <w:p>
      <w:r>
        <w:rPr>
          <w:b/>
        </w:rPr>
        <w:t xml:space="preserve">[17:11] </w:t>
      </w:r>
      <w:r>
        <w:t>hamare paas ek sahab aaye the Deccan ke Fayyaz sahab, to hamari cheezein padhein unhone. to woh keh rahe the ke mera to khayal hai ke saare log political line pe sochte hain. aur yeh bilkul sahi baat hai. to political interpretation jo hai woh jar hai ke militancy ki, society bombing ki. kyunke aap ne Islam ka ki jo ta'beer ki woh political line par ki. yaani</w:t>
      </w:r>
    </w:p>
    <w:p>
      <w:pPr>
        <w:jc w:val="right"/>
      </w:pPr>
      <w:r>
        <w:t>ہمارے پاس ایک صاحب آئے تھے دکن کے فیاض صاحب، تو ہماری چیزیں پڑھیں انہوں نے۔ تو وہ کہہ رہے تھے کہ میرا تو خیال ہے کہ سارے لوگ پولیٹیکل لائن پہ سوچتے ہیں۔ اور یہ بالکل صحیح بات ہے۔ تو پولیٹیکل انٹرپریٹیشن جو ہے وہ جڑ ہے کہ ملیٹنس کی، سوسائٹی بمبنگ کی۔ کیونکہ آپ نے اسلام کا کی جو تعبیر کی وہ پولیٹیکل لائن پر کی۔ یعنی</w:t>
      </w:r>
    </w:p>
    <w:p>
      <w:r>
        <w:rPr>
          <w:b/>
        </w:rPr>
        <w:t xml:space="preserve">[17:42] </w:t>
      </w:r>
      <w:r>
        <w:t>Islam ka rule chahiye hamein taake hum Islam ke laws jo hain us ko implement karen. ab rule par doosre log hain to ab un ko hatana hai to un se aap ne sangharsh chhed diya. un ki opposition mein aa gaye aap. aap nahi un ko hata paye to aap ne militancy shuru kar di. militancy bhi nahi hata paye to aap ab society bombing kar rahe hain. main aap ko ek example deta hoon Syed Qutb ka jo poore aalam-e-Islam</w:t>
      </w:r>
    </w:p>
    <w:p>
      <w:pPr>
        <w:jc w:val="right"/>
      </w:pPr>
      <w:r>
        <w:t>اسلام کا رول چاہیے ہمیں تاکہ ہم اسلام کے لاز جو ہیں اس کو امپلیمنٹ کریں۔ اب رول پر دوسرے لوگ ہیں تو اب ان کو ہٹانا ہے تو ان سے آپ نے سنگرش چھیڑ دیا۔ ان کی اپوزیشن میں آگئے آپ۔ آپ نہیں ان کو ہٹا پائے تو آپ نے ملیٹنس شروع کر دی۔ ملیٹنس بھی نہیں ہٹا پائے تو آپ اب سوسائٹی بمبنگ کر رہے ہیں۔ میں آپ کو ایک ایگزامپل دیتا ہوں سید قطب کا جو پورے عالم اسلام</w:t>
      </w:r>
    </w:p>
    <w:p>
      <w:r>
        <w:rPr>
          <w:b/>
        </w:rPr>
        <w:t xml:space="preserve">[18:12] </w:t>
      </w:r>
      <w:r>
        <w:t>mein number one samjhate hain. aalam-e-Arab mein aalam-e-Arab mein number one samjhate hain Syed Qutb. un ki tafsir hai uska naam hai Fi Zilal al-Quran. Arabic mein un ki tafsir hai Fi Zilal al-Quran. is mein yaani yeh jo is ka main misaal de raha hoon kis tarah logon ne Islam ka political interpre</w:t>
      </w:r>
    </w:p>
    <w:p>
      <w:pPr>
        <w:jc w:val="right"/>
      </w:pPr>
      <w:r>
        <w:t>میں نمبر ون سمجھاتے ہیں۔ عالم عرب میں عالم عرب میں نمبر ون سمجھاتے ہیں سید قطب۔ ان کی تفسیر ہے اس کا نام ہے فی ضلال القرآن۔ عربک میں ان کی تفسیر ہے فی ضلال القرآن۔ اس میں یعنی یہ جو اس کا میں مثال دے رہا ہوں کس طرح لوگوں نے اسلام کا پولیٹیکل انٹر</w:t>
      </w:r>
    </w:p>
    <w:p>
      <w:r>
        <w:rPr>
          <w:b/>
        </w:rPr>
        <w:t xml:space="preserve">[18:42] </w:t>
      </w:r>
      <w:r>
        <w:t>tation diya. is mein dekhiye Quran mein qissa bataya gaya hai Hazrat Musa ka aur Firon ka. to Hazrat Musa ne jab Firon ke darbar mein apna apna message jo Allah taala ne diya tha un ko pesh kiya tauheed ka mission to woh kehta hai Firon ke darbari sab maujood the wahan par darbariyon ko address kiya</w:t>
      </w:r>
    </w:p>
    <w:p>
      <w:pPr>
        <w:jc w:val="right"/>
      </w:pPr>
      <w:r>
        <w:t>پریٹیشن دیا۔ اس میں دیکھیے قرآن میں قصہ بتایا گیا ہے حضرت موسیٰ کا اور فرعون کا۔ تو حضرت موسیٰ نے جب فرعون کے دربار میں اپنا اپنا میسج جو اللہ تعالی نے دیا تھا ان کو پیش کیا توحید کا مشن تو وہ کہتا ہے فرعون کہ درباری سب موجود تھے وہاں پر درباریوں کو ایڈریس کیا</w:t>
      </w:r>
    </w:p>
    <w:p>
      <w:r>
        <w:rPr>
          <w:b/>
        </w:rPr>
        <w:t xml:space="preserve">[19:12] </w:t>
      </w:r>
      <w:r>
        <w:t>us ne ke yureedu Musa ke bare mein ke yeh to hum ko hamari zameen se nikaal dena chahta hai yeh aadmi yureedu yukhrijakum yeh hum ko apni zameen se nikaal dena chahta hai yaani is ko political color de diya us ne political color ab yeh Hazrat Musa ke ka jo wahan par jo bole the woh is mein kuch bhi nahi tha aisa political baat is mein kuch bhi nahi tha to</w:t>
      </w:r>
    </w:p>
    <w:p>
      <w:pPr>
        <w:jc w:val="right"/>
      </w:pPr>
      <w:r>
        <w:t>اس نے کہ یریدو موسیٰ کے بارے میں کہ یہ تو ہم کو ہماری زمین سے نکال دینا چاہتا ہے یہ آدمی یریدو یخریجکم یہ ہم کو اپنی زمین سے نکال دینا چاہتا ہے یعنی اس کو پولیٹیکل کلر دے دیا اس نے پولیٹیکل کلر اب یہ حضرت موسیٰ کے کا جو وہاں پر جو بولے تھے وہ اس میں کچھ بھی نہیں تھا ایسا پولیٹیکل بات اس میں کچھ بھی نہیں تھا تو</w:t>
      </w:r>
    </w:p>
    <w:p>
      <w:r>
        <w:rPr>
          <w:b/>
        </w:rPr>
        <w:t xml:space="preserve">[19:42] </w:t>
      </w:r>
      <w:r>
        <w:t>Syed Qutb ne Hazrat Musa ki ki jo speech thi wahan par us se to kuch nahi paya apne political us ke liye interpretation ke liye to Firon ke paas se nikaal liya ke Firon ne kaha tha ke Firon ne yeh kaha tha ke Musa chahte hain ke hum ko hamari zameen se nikaal dein yaani hamare zameen ka matlab mulk hamara country hamara Egypt to Egypt par qabza kar lein hum ko nikaal kar ke to un ko unhone jo likha hai Syed Qutb</w:t>
      </w:r>
    </w:p>
    <w:p>
      <w:pPr>
        <w:jc w:val="right"/>
      </w:pPr>
      <w:r>
        <w:t>سید قطب نے حضرت موسیٰ کی کی جو سپیچ تھی وہاں پر اس سے تو کچھ نہیں پایا اپنے پولیٹیکل اس کے لیے انٹرپریٹیشن کے لیے تو فرعون کے پاس سے نکال لیا کہ فرعون نے کہا تھا کہ فرعون نے یہ کہا تھا کہ موسیٰ چاہتے ہیں کہ ہم کو ہماری زمین سے نکال دیں یعنی ہمارے زمین کا مطلب ملک ہمارا کنٹری ہمارا ایجپٹ تو ایجپٹ پر قبضہ کر لیں ہم کو نکال کر کے تو ان کو انہوں نے جو لکھا ہے سید قط</w:t>
      </w:r>
    </w:p>
    <w:p>
      <w:r>
        <w:rPr>
          <w:b/>
        </w:rPr>
        <w:t xml:space="preserve">[20:12] </w:t>
      </w:r>
      <w:r>
        <w:t>sahab ne woh yeh likha hai unhone ke unhone likha hai ke innaha dhahab al-sultan innaha dhahab al-sultan yeh to Sultan ma'ni hote hain power iqtidaar yeh to hamara iqtidaar cheenna chahta hai yeh to iqtidaar khone khone ki baat hai yaani is ko political</w:t>
      </w:r>
    </w:p>
    <w:p>
      <w:pPr>
        <w:jc w:val="right"/>
      </w:pPr>
      <w:r>
        <w:t>ب صاحب نے وہ یہ لکھا ہے انہوں نے کہ انہوں نے لکھا ہے کہ انہا ذہاب السلطان انہا ذہاب السلطان یہ تو سلطان معنی ہوتے ہیں پاور اقتدار یہ تو ہمارا اقتدار چھیننا چاہتا ہے یہ تو اقتدار کھونے کھونے کی بات ہے یعنی اس کو پولیٹیک</w:t>
      </w:r>
    </w:p>
    <w:p>
      <w:r>
        <w:rPr>
          <w:b/>
        </w:rPr>
        <w:t xml:space="preserve">[20:42] </w:t>
      </w:r>
      <w:r>
        <w:t>color de diya ke Musa aaye hain taake hamare power hamare iqtidaar cheenein hum yahan pe hukumat apni qaim karen to yeh un ke alfaaz hain yeh Hazrat Musa ke alfaaz nahi hain ke Hazrat Musa ne taqreer ke baad jo bola tha woh Firon us ka yeh Syed Qutb sahab ne yeh matlab nikala ke innaha dhahab al-sultan yeh to hamare iqtidaar hi ko cheenna chahta hai aur likha</w:t>
      </w:r>
    </w:p>
    <w:p>
      <w:pPr>
        <w:jc w:val="right"/>
      </w:pPr>
      <w:r>
        <w:t>ل کلر دے دیا کہ موسیٰ آئے ہیں تاکہ ہمارے پاور ہمارے اقتدار چھینیں ہم یہاں پہ حکومت اپنی قائم کریں تو یہ ان کے الفاظ ہیں یہ حضرت موسیٰ کے الفاظ نہیں ہیں کہ حضرت موسیٰ نے کی تقریر کے بعد جو بولا تھا وہ فرعون اس کا یہ سید قطب صاحب نے یہ مطلب نکالا کہ انہا ذہاب السلطان یہ تو ہمارے اقتدار ہی کو چھیننا چاہتا ہے اور لکھ</w:t>
      </w:r>
    </w:p>
    <w:p>
      <w:r>
        <w:rPr>
          <w:b/>
        </w:rPr>
        <w:t xml:space="preserve">[21:12] </w:t>
      </w:r>
      <w:r>
        <w:t>unhone ke muhawarat qalb al-nizam muhawarat qalb al-nizam yaani hamara system badalne ka ka yeh yeh muhawala ma'ni koshish yaani un ka maqsad ek hamari hamara jo system hai jo hamari hukumat hai hukumat ko badal de is tarah unhone nikala</w:t>
      </w:r>
    </w:p>
    <w:p>
      <w:pPr>
        <w:jc w:val="right"/>
      </w:pPr>
      <w:r>
        <w:t>ا انہوں نے کہ محاورت قلبی نظام محاورت قلبی نظام یعنی ہمارا سسٹم بدلنے کا کا یہ یہ محاولہ معنی کوشش یعنی ان کا مقصد ایک ہماری ہمارا جو سسٹم ہے جو ہمارا ہماری حکومت ہے حکومت کو بدل دے اس طرح انہوں نے نکال</w:t>
      </w:r>
    </w:p>
    <w:p>
      <w:r>
        <w:rPr>
          <w:b/>
        </w:rPr>
        <w:t xml:space="preserve">[21:42] </w:t>
      </w:r>
      <w:r>
        <w:t>ke ke nabiyon ki dawat hoti hai is baat ki ke hukumat ilahia qaim ki jaye divine rule qaim kiya jaye yaani political revolution laya jaye ab dekhen jo text hai Quran majeed ka us mein to kuch bhi nahi hai aisa aur dilchasp baat yeh hai ke agar Hazrat Musa ka target yeh tha ke E</w:t>
      </w:r>
    </w:p>
    <w:p>
      <w:pPr>
        <w:jc w:val="right"/>
      </w:pPr>
      <w:r>
        <w:t>ا کہ کہ نبیوں کی دعوت ہوتی ہے اس بات کی کہ حکومت الہیہ قائم کی جائے ڈیوائن رول قائم کیا جائے یعنی پولیٹیکل ریولوشن لایا جائے اب دیکھیں جو ٹیکسٹ ہے قرآن مجید کا اس میں تو کچھ بھی نہیں ہے ایسا اور دلچسپ بات یہ ہے کہ اگر حضرت موسیٰ کا ٹارگٹ یہ تھا کہ ای</w:t>
      </w:r>
    </w:p>
    <w:p>
      <w:r>
        <w:rPr>
          <w:b/>
        </w:rPr>
        <w:t xml:space="preserve">[22:12] </w:t>
      </w:r>
      <w:r>
        <w:t>gypt mein apni hukumat qaim karen apna rule qaim karen wahan to unhone to is ka ulta kiya aap jante hain ke Allah taala ne Firon ko aur us ke lashkar ko us ki saari jo military thi sab ko samundar mein gharaq kar diya yeh aap padhte hain Quran mein aur Bible mein bhi yeh baat maujood hai to jab Firon kh</w:t>
      </w:r>
    </w:p>
    <w:p>
      <w:pPr>
        <w:jc w:val="right"/>
      </w:pPr>
      <w:r>
        <w:t>جپٹ میں اپنی حکومت قائم کریں اپنا رول قائم کریں وہاں تو انہوں نے تو اس کا الٹا کیا آپ جانتے ہیں کہ اللہ تعالی نے فرعون کو اور اس کے لشکر کو اس کی ساری جو ملٹری تھی سب کو سمندر میں غرق کر دیا یہ آپ پڑھتے ہیں قرآن میں اور بائبل میں بھی یہ بات موجود ہے تو جب فرعون خ</w:t>
      </w:r>
    </w:p>
    <w:p>
      <w:r>
        <w:rPr>
          <w:b/>
        </w:rPr>
        <w:t xml:space="preserve">[22:43] </w:t>
      </w:r>
      <w:r>
        <w:t>tam ho gaya ab is ki is ka military is ki military power bhi khatam ho gayi to Hazrat Musa ka mauqa tha ke ab woh Misr mein apni apna rule qaim karen lekin Hazrat Musa ne kya kiya Misr ko chhod kar chale gaye Saraye Sinai mein desert mein to kaise ajeeb the Hazrat Musa ke jo nishana jo target banaya tha unhone woh target un ko mil gaya bilkul</w:t>
      </w:r>
    </w:p>
    <w:p>
      <w:pPr>
        <w:jc w:val="right"/>
      </w:pPr>
      <w:r>
        <w:t>تم ہو گیا اب اس کی اس کا ملٹری اس کی ملٹری پاور بھی ختم ہو گئی تو حضرت موسیٰ کا موقع تھا کہ اب وہ مصر میں اپنی اپنا رول قائم کریں لیکن حضرت موسیٰ نے کیا کیا مصر کو چھوڑ کر چلے گئے سرائے سینہ میں ڈیزرٹ میں تو کیسے عجیب تھے حضرت موسیٰ کہ جو نشانہ جو ٹارگٹ بنایا تھا انہوں نے وہ ٹارگٹ ان کو مل گیا بالکل</w:t>
      </w:r>
    </w:p>
    <w:p>
      <w:r>
        <w:rPr>
          <w:b/>
        </w:rPr>
        <w:t xml:space="preserve">[23:14] </w:t>
      </w:r>
      <w:r>
        <w:t>aur phir woh Egypt chhod kar chale gaye Saraye Sinai mein yeh sab aap padhenge Quran mein bhi hai Bible mein bhi yeh baat hai lekin yeh kitabein itna phaili saari duniya mein aur yeh baatein Syed Abul A'la Maududi ne likhi hain ke saari duniya ke Musalmanon ke andar aap dekhen ke political thinking mujhe to koi nahi mila jo is se bacha hua ho political thinking yaani jo zamana</w:t>
      </w:r>
    </w:p>
    <w:p>
      <w:pPr>
        <w:jc w:val="right"/>
      </w:pPr>
      <w:r>
        <w:t>اور پھر وہ ایجپٹ چھوڑ کر چلے گئے سرائے سینہ میں یہ سب آپ پڑھیں گے قرآن میں بھی ہے بائبل میں بھی یہ بات ہے لیکن یہ کتابیں اتنا پھیلی ساری دنیا میں اور یہ باتیں سید ابرار مودی نے لکھی ہیں کہ ساری دنیا کے مسلمانوں کے اندر آپ دیکھیں کہ پولیٹیکل تھنکنگ مجھے تو کوئی نہیں ملا جو اس سے بچا ہوا ہو پولیٹیکل تھنکنگ یعنی جو زمانہ</w:t>
      </w:r>
    </w:p>
    <w:p>
      <w:r>
        <w:rPr>
          <w:b/>
        </w:rPr>
        <w:t xml:space="preserve">[23:44] </w:t>
      </w:r>
      <w:r>
        <w:t>tha usi ko model samajh liya yaani empire jab qaim tha ke phir hamein empire qaim karna hai phir hamein political glory qaim karna hai to cheez kya thi aaj kal ki jo qaumein thin jin se woh takra rahe the un ka power zyada tha un ke paas zyada better technique thi un ke paas zyada achhi science thi to Musalman kahin kaamyaab nahi hue jab nahi kaamyaab hue to militancy chalai unho</w:t>
      </w:r>
    </w:p>
    <w:p>
      <w:pPr>
        <w:jc w:val="right"/>
      </w:pPr>
      <w:r>
        <w:t>تھا اسی کو ماڈل سمجھ لیا یعنی ایمپائر جب قائم تھا کہ پھر ہمیں ایمپائر قائم کرنا ہے پھر ہمیں پولیٹیکل ضروری قائم کرنا ہے تو چیز کیا تھی اج کل کی جو قومیں تھیں جن سے وہ ٹکرا رہے تھے ان کا پاور زیادہ تھا ان کے پاس زیادہ بیٹر ٹیکنیک تھی ان کے پاس زیادہ اچھی سائنس تھی تو مسلمان کہیں کامیاب نہیں ہوئے جب نہیں کامیاب ہوئے تو ملیٹنس چلائی انہوں</w:t>
      </w:r>
    </w:p>
    <w:p>
      <w:r>
        <w:rPr>
          <w:b/>
        </w:rPr>
        <w:t xml:space="preserve">[24:14] </w:t>
      </w:r>
      <w:r>
        <w:t>ne is mein bhi kuch nahi mila to ab to society bombing karte apne hi ko halaak kar ke doosron ko maarna to aaj kal jo ho rahi hai conferences idhar udhar abhi July mein Madrid conference hui hai 200 is mein bulaye gaye the log har mazhab ke log to naam to tha interfaith dialogue uska naam tha interfaith dialogue lekin maqsad saara jo focus tha us cheez par woh</w:t>
      </w:r>
    </w:p>
    <w:p>
      <w:pPr>
        <w:jc w:val="right"/>
      </w:pPr>
      <w:r>
        <w:t>نے اس میں بھی کچھ نہیں ملا تو اب تو سوسائٹی بمبنگ کرتے اپنے ہی کو ہلاک کر کے دوسروں کو مارنا تو اج کل جو ہو رہی ہے کانفرنسیں ادھر ادھر ابھی جولائی میں میڈ میں کانفرنس ہوئی ہے 200 اس میں بلائے گئے تھے لوگ ہر مذہب کے لوگ تو نام تو تھا انٹرفیس ڈائیلاگ اس کا نام تھا انٹرفیس ڈائیلاگ لیکن مقصد سارا جو فوکس تھا اس چیز پر وہ</w:t>
      </w:r>
    </w:p>
    <w:p>
      <w:r>
        <w:rPr>
          <w:b/>
        </w:rPr>
        <w:t xml:space="preserve">[24:44] </w:t>
      </w:r>
      <w:r>
        <w:t>yahi tha ke Musalmanon ke khilaaf misrepresentation ko khatam karna yeh batana ke hum log to peaceful log hain Islam ki taleemat sab peace Islam ki teaching jo hai sab peace par base karti hai to is tarah ke conferences hazaron ho chuki hain pichhle 50 saal mein hazaron se kam nahi chhoti badi aur aur aap dekhen sab in vain result</w:t>
      </w:r>
    </w:p>
    <w:p>
      <w:pPr>
        <w:jc w:val="right"/>
      </w:pPr>
      <w:r>
        <w:t>یہی تھا کہ مسلمانوں کے خلاف مصر ڈیسٹن کو ختم کرنا یہ بتانا کہ ہم لوگ تو پیس فل لوگ ہیں اسلام کی تعلیمات سب پیس اسلام کی ٹیچنگ جو ہے سب پیس پر بیس کرتی ہے تو اس طرح کے کانفرنسیں ہزاروں ہو چکی ہیں پچھلے 50 سال میں ہزاروں سے کم نہیں چھوٹی بڑی اور اور آپ دیکھیں سب ان وین رزلٹ</w:t>
      </w:r>
    </w:p>
    <w:p>
      <w:r>
        <w:rPr>
          <w:b/>
        </w:rPr>
        <w:t xml:space="preserve">[25:14] </w:t>
      </w:r>
      <w:r>
        <w:t>lees balkay barh raha hai ab aj dainkhain aj jo newspaper mein aap ne parha hoga itnay saray bomb blast huay hain to barha ja raha hai barha ja raha hai barha ja raha hai kyun barha ja raha hai ke jo asal root hai wahan par nahi koi pohanchta asal root hai ke mind mein jo basa hua hai political interpretation political glory ke sirf strength humain laina hai phir dobara</w:t>
      </w:r>
    </w:p>
    <w:p>
      <w:pPr>
        <w:jc w:val="right"/>
      </w:pPr>
      <w:r>
        <w:t>لیس بلکہ بڑھ رہا ہے اب اج دیکھیں اج جو نیوز پیپر میں آپ نے پڑھا ہوگا اتنے سارے بمب بلاسٹ ہوئے ہیں تو بڑھا جا رہا ہے بڑھا جا رہا ہے بڑھا جا رہا ہے کیوں بڑھا جا رہا ہے کہ جو اصل روٹ ہے وہاں پر نہیں کوئی پہنچتا اصل روٹ ہے کہ مائنڈ میں جو بسا ہوا ہے پولیٹیکل انٹرپریٹیشن پولیٹیکل گروری کہ صرف اسٹرینتھ ہمیں لینا ہے پھر دوبارہ</w:t>
      </w:r>
    </w:p>
    <w:p>
      <w:r>
        <w:rPr>
          <w:b/>
        </w:rPr>
        <w:t xml:space="preserve">[25:45] </w:t>
      </w:r>
      <w:r>
        <w:t>modesty pe musalman razi nahi hai is ko khatam karna paray ga ab mein aap ko aik baat arz karna chahta hoon ke aap sab se pehlay yeh samajhnay ki koshish kijiye ke khuda ka creation plan kya hai is creation plan ke subject musalman bhi hain non muslim bhi hain dono to is mein aap parhain gay</w:t>
      </w:r>
    </w:p>
    <w:p>
      <w:pPr>
        <w:jc w:val="right"/>
      </w:pPr>
      <w:r>
        <w:t>ماڈیسٹی پہ مسلمان راضی نہیں ہے اس کو ختم کرنا پڑے گا اب میں آپ کو ایک بات عرض کرنا چاہتا ہوں کہ آپ سب سے پہلے یہ سمجھنے کی کوشش کیجئے کہ خدا کا کریشن پلان کیا ہے اس کریشن پلان کے سبجیکٹ مسلمان بھی ہیں نان مسلم بھی ہیں دونوں تو اس میں آپ پڑھیں گے</w:t>
      </w:r>
    </w:p>
    <w:p>
      <w:r>
        <w:rPr>
          <w:b/>
        </w:rPr>
        <w:t xml:space="preserve">[26:16] </w:t>
      </w:r>
      <w:r>
        <w:t>ke quran ki poori quran mein aap yeh baat parhain gay ke basis karta hai sab kuch ibtila par ibtila mani test yani har aadmi test par hai is dunya mein is dunya mein har aadmi test par hai is dunya mein har aadmi test par hai misal ke quran ki aik ayat hai wabulonahum bilhasanat</w:t>
      </w:r>
    </w:p>
    <w:p>
      <w:pPr>
        <w:jc w:val="right"/>
      </w:pPr>
      <w:r>
        <w:t>کہ قرآن کی پورے قرآن میں آپ یہ بات پڑھیں گے کہ بیس کرتا ہے سب کچھ ابتلا پر ابتلا معنی ٹیسٹ یعنی ہر آدمی ٹیسٹ پر ہے اس دنیا میں اس دنیا میں ہر آدمی ٹیسٹ پر ہے اس دنیا میں ہر آدمی ٹیسٹ پر ہے مثلا قرآن کی ایک آیت ہے وبلونہم بالحسنات</w:t>
      </w:r>
    </w:p>
    <w:p>
      <w:r>
        <w:rPr>
          <w:b/>
        </w:rPr>
        <w:t xml:space="preserve">[26:46] </w:t>
      </w:r>
      <w:r>
        <w:t>wasiyat wabulonahum bilhasanat wasiyat yani hum ne un ko azmaya achay se bhi buray se bhi we tested them with both blessings and misfortunes yani museebaton mein dala tab bhi woh aik test tha aram mein dala tab bhi woh test tha aisay hi</w:t>
      </w:r>
    </w:p>
    <w:p>
      <w:pPr>
        <w:jc w:val="right"/>
      </w:pPr>
      <w:r>
        <w:t>وسیات وبلونہم بالحسنات وسیات یعنی ہم نے ان کو ازمایا اچھے سے بھی برے سے بھی وی ٹیسٹڈ دیم ود بوتھ بلیسنگز اینڈ مس فارچونز یعنی مصیبتوں میں ڈالا تب بھی وہ ایک ٹیسٹ تھا ارام میں ڈالا تب بھی وہ ٹیسٹ تھا ایسے ہی</w:t>
      </w:r>
    </w:p>
    <w:p>
      <w:r>
        <w:rPr>
          <w:b/>
        </w:rPr>
        <w:t xml:space="preserve">[27:16] </w:t>
      </w:r>
      <w:r>
        <w:t>hazrat dawood ki zaban se aap parhain gay ke un ko khuda ne hukumat di thi woh kya kehtay hain khuda ne yeh diya hai kyun ta ke hum ko azmaye wahan bhi wohi lafz istemal kartay hain woh azmanay ke liye to aap ko political role milay tab bhi test hai aap ko na milay political role tab bhi test hai</w:t>
      </w:r>
    </w:p>
    <w:p>
      <w:pPr>
        <w:jc w:val="right"/>
      </w:pPr>
      <w:r>
        <w:t>حضرت داؤد کی زبان سے آپ پڑھیں گے کہ ان کو خدا نے حکومت دی تھی وہ کیا کہتے ہیں خدا نے یہ دیا ہے کیوں تاکہ ہم کو ازمائے وہاں بھی وہی لفظ استعمال کرتے ہیں وہ ازمانے کے لیے تو آپ کو پولیٹیکل رول ملے تب بھی ٹیسٹ ہے آپ کو نہ ملے پولیٹیکل رول تب بھی ٹیسٹ ہے</w:t>
      </w:r>
    </w:p>
    <w:p>
      <w:r>
        <w:rPr>
          <w:b/>
        </w:rPr>
        <w:t xml:space="preserve">[27:47] </w:t>
      </w:r>
      <w:r>
        <w:t>ab aap ki amdani kam ho kam paisa ho tab bhi test hai ziyada paisa ho tab bhi test hai health milay tab bhi test hai aur aap ko health na ho tab bhi test hai sab kuch test hai aulad milay tab bhi test hai aulad na milay tab bhi test hai wabulonahum bilhasanat wasiyat un ko hum ne azmaya un ka test liya achay se bhi buray se bhi yani blessings se bhi aur</w:t>
      </w:r>
    </w:p>
    <w:p>
      <w:pPr>
        <w:jc w:val="right"/>
      </w:pPr>
      <w:r>
        <w:t>اب آپ کی امدنی کم ہو کم پیسہ ہو تب بھی ٹیسٹ ہے زیادہ پیسہ ہو تب بھی ٹیسٹ ہے ہیلتھ ملے تب بھی ٹیسٹ ہے اور آپ کو ہیلتھ نہ ہو تب بھی ٹیسٹ ہے سب کچھ ٹیسٹ ہے اولاد ملے تب بھی ٹیسٹ ہے اولاد نہ ملے تب بھی ٹیسٹ ہے وبلونہم بالحسنات وسیات ان کو ہم نے ازمایا ان کا ٹیسٹ لیا اچھے سے بھی برے سے بھی یعنی بلیسنگ سے بھی اور</w:t>
      </w:r>
    </w:p>
    <w:p>
      <w:r>
        <w:rPr>
          <w:b/>
        </w:rPr>
        <w:t xml:space="preserve">[28:17] </w:t>
      </w:r>
      <w:r>
        <w:t>misfortune se bhi to dono test hain is ka matlab kya hua ke musalmanon ko agar allah taala ne political role diya to bator test tha woh reward nahi tha woh yeh jo nazariya banaya gaya ke position of strength jo hai woh islam ka model hai yeh 100 percent galat tha yeh aur poora literature aap parhiye hazar saal ka khas tor par jo printed jab se printed yeh printing press</w:t>
      </w:r>
    </w:p>
    <w:p>
      <w:pPr>
        <w:jc w:val="right"/>
      </w:pPr>
      <w:r>
        <w:t>مس فارچون سے بھی تو دونوں ٹیسٹ ہیں اس کا مطلب کیا ہوا کہ مسلمانوں کو اگر اللہ تعالی نے پولیٹیکل رول دیا تو بطور ٹیسٹ تھا وہ ریوارڈ نہیں تھا وہ یہ جو نظریہ بنایا گیا کہ پوزیشن اف اسٹرینتھ جو ہے وہ اسلام کا ماڈل ہے یہ 100 پرسنٹ غلط تھا یہ اور پورا لٹریچر آپ پڑھیے ہزار سال کا خاص طور پر جو پرنٹڈ جب سے پرنٹڈ یہ پرنٹنگ پریس</w:t>
      </w:r>
    </w:p>
    <w:p>
      <w:r>
        <w:rPr>
          <w:b/>
        </w:rPr>
        <w:t xml:space="preserve">[28:47] </w:t>
      </w:r>
      <w:r>
        <w:t>ka zamana aya hai shayad koi bhi kitab is mein exception nahi hogi sab mein yahi hai tasawwur ke islam jo hai yani sarbulandi ke liye hai aur islam jo hai is liye ke woh sab se ooper rahay supremacy islam ko hasil rahay yeh model hi is tarah se galat hai model kya hai model jo hai woh har aadmi test par hai jab</w:t>
      </w:r>
    </w:p>
    <w:p>
      <w:pPr>
        <w:jc w:val="right"/>
      </w:pPr>
      <w:r>
        <w:t>کا زمانہ آیا ہے شاید کوئی بھی کتاب اس میں ایکسیپشن نہیں ہوگی سب میں یہی ہے تصور کہ اسلام جو ہے یعنی سربلندی کے لیے ہے اور اسلام جو ہے اس لیے کہ وہ سب سے اوپر رہے سپریمیسی اسلام کو حاصل رہے یہ ماڈل ہی اس طرح سے غلط ہے ماڈل کیا ہے ماڈل جو ہے وہ ہر آدمی ٹیسٹ پر ہے جب</w:t>
      </w:r>
    </w:p>
    <w:p>
      <w:r>
        <w:rPr>
          <w:b/>
        </w:rPr>
        <w:t xml:space="preserve">[29:17] </w:t>
      </w:r>
      <w:r>
        <w:t>test par hai to best model hai modesty yahan mein aap ko yaad dilaoon ga ke quran mein aik ayat hai ke quran mein aik ayat hai woh</w:t>
      </w:r>
    </w:p>
    <w:p>
      <w:pPr>
        <w:jc w:val="right"/>
      </w:pPr>
      <w:r>
        <w:t>ٹیسٹ پر ہے تو بیسٹ ماڈل ہے ماڈیسٹی یہاں میں آپ کو یاد دلاؤں گا کہ قرآن میں ایک آیت ہے کہ قرآن میں ایک آیت ہے وہ</w:t>
      </w:r>
    </w:p>
    <w:p>
      <w:r>
        <w:rPr>
          <w:b/>
        </w:rPr>
        <w:t xml:space="preserve">[29:52] </w:t>
      </w:r>
      <w:r>
        <w:t>iska matlab hai ke zameen o asman sab khuda ke tabedar hain aur isi tarah insan ko bhi tabedar banna hai haan af ghair deen allah y baghoon af ghair deen allah y baghoon manfi samawat yani jo zameen o asman ki shakal mein jo yeh yeh universe</w:t>
      </w:r>
    </w:p>
    <w:p>
      <w:pPr>
        <w:jc w:val="right"/>
      </w:pPr>
      <w:r>
        <w:t>اس کا مطلب ہے کہ زمین و اسمان سب خدا کے تابعدار ہیں اور اسی طرح انسان کو بھی تابعدار بننا ہے ہاں اف غیر دین اللہ یبغون اف غیر دین اللہ یبغون منفی سماوات یعنی جو زمین و اسمان کی شکل میں جو یہ یہ یونیورس</w:t>
      </w:r>
    </w:p>
    <w:p>
      <w:r>
        <w:rPr>
          <w:b/>
        </w:rPr>
        <w:t xml:space="preserve">[30:22] </w:t>
      </w:r>
      <w:r>
        <w:t>hai jo kainaat hai poori ki poori islam par hai yani submission surrender yeh is ka mazhab hai wahi insan ko bhi karna hai yani submission is the only religion for both man and the universe there why the different difference difference dekhen sirf aik hai rest of the universe jo hai rest of the world</w:t>
      </w:r>
    </w:p>
    <w:p>
      <w:pPr>
        <w:jc w:val="right"/>
      </w:pPr>
      <w:r>
        <w:t>ہے جو کائنات ہے پوری کی پوری اسلام پر ہے یعنی سبمیشن سرینڈر یہ اس کا مذہب ہے وہی انسان کو بھی کرنا ہے یعنی سبمیشن از دا اونلی لیجنڈ فار بوتھ مین اینڈ دا یونیورس دیر وائی دا ڈفرنٹ ڈفرنس ڈفرنس دیکھیں صرف ایک ہے ریسٹ اف دا یونیورس جو ہے ریسٹ اف دا ورلڈ</w:t>
      </w:r>
    </w:p>
    <w:p>
      <w:r>
        <w:rPr>
          <w:b/>
        </w:rPr>
        <w:t xml:space="preserve">[30:52] </w:t>
      </w:r>
      <w:r>
        <w:t>jo hai woh under compulsion surrender ki hui hai yani kisi ko bhi yeh yani surrender ke siwa is ka koi option nahi chahe solar system ho galaxy ho zameen ho pani ho hawa ho jo bhi hai is dunya mein kisi ke pas doosra koi option nahi hai law of nature jo hai is ko follow karay</w:t>
      </w:r>
    </w:p>
    <w:p>
      <w:pPr>
        <w:jc w:val="right"/>
      </w:pPr>
      <w:r>
        <w:t>جو ہے وہ انڈر کمپریشن سرینڈر کی ہوئی ہے یعنی کسی کو بھی یہ یعنی سرینڈر کے سوا اس کا کوئی اپشن نہیں چاہے سولر سسٹم ہو گلیکسی ہو زمین ہو پانی ہو ہوا ہو جو بھی ہے اس دنیا میں کسی کے پاس دوسرا کوئی اپشن نہیں ہے لاء اف نیچر جو ہے اس کو فالو کرے</w:t>
      </w:r>
    </w:p>
    <w:p>
      <w:r>
        <w:rPr>
          <w:b/>
        </w:rPr>
        <w:t xml:space="preserve">[31:22] </w:t>
      </w:r>
      <w:r>
        <w:t>jo divine law hai is ko follow karay to woh surrender kiye huay hain under compulsion aur insan ko surrender karna hai by choice mein itna hi farq hai bas ke jo position rest of the world ki hai wahi position insan ki bhi hai sab ko models ban kar rehna hai is dunya mein to modesty hi asal asal model hai</w:t>
      </w:r>
    </w:p>
    <w:p>
      <w:pPr>
        <w:jc w:val="right"/>
      </w:pPr>
      <w:r>
        <w:t>جو ڈیوائن لاء ہے اس کو فالو کرے تو وہ سرینڈر کیے ہوئے ہیں انڈر کمپلشن اور انسان کو سرینڈر کرنا ہے بائی چوائس میں اتنا ہی فرق ہے بس کہ جو پوزیشن ریسٹ اف دا ورلڈ کی ہے وہی پوزیشن انسان کی بھی ہے سب کو ماڈلز بن کر رہنا ہے اس دنیا میں تو ماڈیسٹی ہی اصل اصل ماڈل ہے</w:t>
      </w:r>
    </w:p>
    <w:p>
      <w:r>
        <w:rPr>
          <w:b/>
        </w:rPr>
        <w:t xml:space="preserve">[31:53] </w:t>
      </w:r>
      <w:r>
        <w:t>woh woh jo baitha hua hai logon ke dimaghon mein ke position of strength jo hai woh islam ka model hai aur position of modesty islam ka model nahi hai bilkul baseless baat hai baseless baat hai chahe aap ko khuda achay achay halaat mein rakhay ya buray halaat mein rakhay political power day ya na day hamesha aap ko modesty ban kar rehna hai rasool allah sallallahu alaihi wasallam jab makkah fatah hua jab victory mili aap ko wahan aap da</w:t>
      </w:r>
    </w:p>
    <w:p>
      <w:pPr>
        <w:jc w:val="right"/>
      </w:pPr>
      <w:r>
        <w:t>وہ وہ جو بیٹھا ہوا ہے لوگوں کے دماغوں میں کہ پوزیشن اف اسٹرینتھ جو ہے وہ اسلام کا ماڈل ہے اور پوزیشن اف ماڈیسٹی اسلام کا ماڈل نہیں ہے بالکل بیس لیس بات ہے بیس لیس بات ہے چاہے آپ کو خدا اچھے اچھے حالات میں رکھے یا برے حالات میں رکھے پولیٹیکل پاور دے یا نہ دے ہمیشہ آپ کو ماڈیسٹی بن کر رہنا ہے رسول اللہ صلی اللہ علیہ وسلم جب مکہ فتح ہوا جب وکٹری ملی آپ کو وہاں آپ دا</w:t>
      </w:r>
    </w:p>
    <w:p>
      <w:r>
        <w:rPr>
          <w:b/>
        </w:rPr>
        <w:t xml:space="preserve">[32:23] </w:t>
      </w:r>
      <w:r>
        <w:t>khil huay makkah mein yani yani victor ke hesiyat se fateh ke hesiyat se dakhil huay to kitabon mein ata hai ke aap oont par bethay huay thay aur sar aap ka itna jhuka hua tha ke aap ki dadi jo hai woh us par us ki peeth par lag rahi thi yani oont ki peeth par lag rahi thi aur aap keh rahay thay us waqt yani fateh ke aisay dakhil huay hain aap makkah mein</w:t>
      </w:r>
    </w:p>
    <w:p>
      <w:pPr>
        <w:jc w:val="right"/>
      </w:pPr>
      <w:r>
        <w:t>خل ہوئے مکہ میں یعنی یعنی وکٹر کے حیثیت سے فاتح کے حیثیت سے داخل ہوئے تو کتابوں میں آتا ہے کہ آپ اونٹ پر بیٹھے ہوئے تھے اور سر آپ کا اتنا جھکا ہوا تھا کہ آپ کی داڑھی جو ہے وہ اس پر اس کی پیٹھ پر لگ رہی تھی یعنی اونٹ کی پیٹھ پر لگ رہی تھی اور آپ کہہ رہے تھے اس وقت یعنی فاتح کے ایسے داخل ہوئے ہیں آپ مکہ میں</w:t>
      </w:r>
    </w:p>
    <w:p>
      <w:r>
        <w:rPr>
          <w:b/>
        </w:rPr>
        <w:t xml:space="preserve">[32:56] </w:t>
      </w:r>
      <w:r>
        <w:t>aur jhukay huay hain is tarah se abd ke tarah se aur farma rahay hain ke alhamdulillah allazi nasra abdah nasra abdah is khuda ka shukar hai jis ne apnay abd ko madad kar ke kamyab kiya abd ko yani us waqt bhi aap aik fateh nahi samajh rahay hain abd samajh rahay hain to yaad rakhiye</w:t>
      </w:r>
    </w:p>
    <w:p>
      <w:pPr>
        <w:jc w:val="right"/>
      </w:pPr>
      <w:r>
        <w:t>اور جھکے ہوئے ہیں اس طریقے سے عبد کے طریقے سے اور فرما رہے ہیں کہ الحمدللہ الذی نصر عبدہ نصر عبدہ اس خدا کا شکر ہے جس نے اپنے عبد کو مدد کر کے کامیاب کیا عبد کو یعنی اس وقت بھی آپ ایک فاتح نہیں سمجھ رہے ہیں عبد سمجھ رہے ہیں تو یاد رکھیے</w:t>
      </w:r>
    </w:p>
    <w:p>
      <w:r>
        <w:rPr>
          <w:b/>
        </w:rPr>
        <w:t xml:space="preserve">[33:26] </w:t>
      </w:r>
      <w:r>
        <w:t>sab se bari cheez jis jo musalmanon se khoi gayi hai woh yeh hai ke har cheez test hai yeh jo yaad kartay rehtay hain is daur ko to woh daur to test ka daur tha aap sahaba ke halaat parhiye to sahaba ko koi agar afsar banaya jata ya koi un ko uhda diya jata to woh bhagtay thay is se ke aap apna test paper kyun barhain hum</w:t>
      </w:r>
    </w:p>
    <w:p>
      <w:pPr>
        <w:jc w:val="right"/>
      </w:pPr>
      <w:r>
        <w:t>سب سے بڑی چیز جس جو مسلمانوں سے کھوئی گئی ہے وہ یہ ہے کہ ہر چیز ٹیسٹ ہے یہ جو یاد کرتے رہتے ہیں اس دور کو تو وہ دور تو ٹیسٹ کا دور تھا آپ صحابہ کے حالات پڑھیے تو صحابہ کو کوئی اگر افسر بنایا جاتا یا کوئی ان کو عہدہ دیا جاتا تو وہ بھاگتے تھے اس سے کہ آپ اپنا ٹیسٹ پیپر کیوں بڑھائیں ہم</w:t>
      </w:r>
    </w:p>
    <w:p>
      <w:r>
        <w:rPr>
          <w:b/>
        </w:rPr>
        <w:t xml:space="preserve">[33:56] </w:t>
      </w:r>
      <w:r>
        <w:t>agar hum uhda lay lengay to hamara test paper barh jayega to woh dartay thay ke aur test paper hum kyun barhain to hukumat ka matlab to yeh hai ke aap ka test barh gaya aap ki responsibilities barh gayeen aap ki duty barh gayi aap ghor kijiye hazrat umar jo ideal samjhatay hain ideal khalifa hai islam mein raton ko woh gasht kartay thay log sotay thay</w:t>
      </w:r>
    </w:p>
    <w:p>
      <w:pPr>
        <w:jc w:val="right"/>
      </w:pPr>
      <w:r>
        <w:t>اگر ہم عہدہ لے لیں گے تو ہمارا ٹیسٹ پیپر بڑھ جائے گا تو وہ ڈرتے تھے کہ اور ٹیسٹ پیپر ہم کیوں بڑھائیں تو حکومت کا مطلب تو یہ ہے کہ آپ کا ٹیسٹ بڑھ گیا آپ کی رسپانسبیلٹیز بڑھ گئیں آپ کی ڈیوٹی بڑھ گئی آپ غور کیجئے حضرت عمر جو ائیڈیل سمجھاتے ہیں ائیڈیل خلیفہ ہے اسلام میں راتوں کو وہ گشت کرتے تھے لوگ سوتے تھے</w:t>
      </w:r>
    </w:p>
    <w:p>
      <w:r>
        <w:rPr>
          <w:b/>
        </w:rPr>
        <w:t xml:space="preserve">[34:27] </w:t>
      </w:r>
      <w:r>
        <w:t>hazrat umar raton ko gasht kartay thay halaat lainay ke liye ke log kyunke kaisay kaisay halaat hain logon ke to agar aap aap jannay ke mujhe prime minister bananay ke baad raton ko sona nahi paray ga raton ko gasht karna paray ga to aap bhagain gay prime minister se yani president aur prime minister bananay se bhagain gay aap ke is museebat ko kaun mol le ke raat ko bhi s</w:t>
      </w:r>
    </w:p>
    <w:p>
      <w:pPr>
        <w:jc w:val="right"/>
      </w:pPr>
      <w:r>
        <w:t>حضرت عمر راتوں کو گشت کرتے تھے حالات لینے کے لیے کہ لوگ کیونکہ کیسے کیسے حالات ہیں لوگوں کے تو اگر آپ آپ جانیں کہ مجھے پرائم منسٹر بننے کے بعد راتوں کو سونا نہیں پڑے گا راتوں کو گشت کرنا پڑے گا تو آپ بھاگیں گے پرائم منسٹر سے یعنی پریزیڈنٹ اور پرائم منسٹر بننے سے بھاگیں گے آپ کہ اس مصیبت کو کون مول لے کہ رات کو بھی س</w:t>
      </w:r>
    </w:p>
    <w:p>
      <w:r>
        <w:rPr>
          <w:b/>
        </w:rPr>
        <w:t xml:space="preserve">[34:57] </w:t>
      </w:r>
      <w:r>
        <w:t>vonay ko nahi milay ga raat ko bhi sonay ko nahi milay ga gasht ke doran aik martaba aik jagah pohanchay woh jab us zamana tha jab ke qahd aya hua tha is area mein aik jagah pohanchay to aik khayma tha madinay ke bahar aik tent tha aik aurat jo hai us ke bachay thay aik do bachay ro rahay thay to</w:t>
      </w:r>
    </w:p>
    <w:p>
      <w:pPr>
        <w:jc w:val="right"/>
      </w:pPr>
      <w:r>
        <w:t>ونے کو نہیں ملے گا رات کو بھی سونے کو نہیں ملے گا گشت کے دوران ایک مرتبہ ایک جگہ پہنچے وہ جب اس زمانہ تھا جب کہ قہد ایا ہوا تھا اس ایریا میں ایک جگہ پہنچے تو ایک خیمہ تھا مدینے کے باہر ایک ٹینٹ تھا ایک عورت جو ہے اس کے بچے تھے ایک دو بچے رو رہے تھے تو</w:t>
      </w:r>
    </w:p>
    <w:p>
      <w:r>
        <w:rPr>
          <w:b/>
        </w:rPr>
        <w:t xml:space="preserve">[35:27] </w:t>
      </w:r>
      <w:r>
        <w:t>woh aurat thi aur uska shohar tha shayad do bachay thay ro rahay thay woh to unhon ne poocha ke kyun ro rahay hain bachay kuch khane ko nahi hai to kya karain gay royein gay is ke pas kuch bhi nahi tha khane ke liye ke bachon ko dein kyunke wahan uska para hua tha hazrat umar isi waqt aaye raat hi ko baitulmal se aik bori n</w:t>
      </w:r>
    </w:p>
    <w:p>
      <w:pPr>
        <w:jc w:val="right"/>
      </w:pPr>
      <w:r>
        <w:t>وہ عورت تھی اور اس کا شوہر تھا شاید دو بچے تھے رو رہے تھے وہ تو انہوں نے پوچھا کہ کیوں رو رہے ہیں بچے کچھ کھانے کو نہیں ہے تو کیا کریں گے روئیں گے اس کے پاس کچھ بھی نہیں تھا کھانے کے لیے کہ بچوں کو دیں کیونکہ وہاں اس کا پڑا ہوا تھا حضرت عمر اسی وقت ائے رات ہی کو بیت المال سے ایک بوری ن</w:t>
      </w:r>
    </w:p>
    <w:p>
      <w:r>
        <w:rPr>
          <w:b/>
        </w:rPr>
        <w:t xml:space="preserve">[35:57] </w:t>
      </w:r>
      <w:r>
        <w:t>akli ghalay ki aur apni peeth par rakh kar lay janay lagay to aik sahib thay unhon ne kaha ke aap ko aisa karain mein mein lay chalta hoon is ko to unhon ne kaha qayamat ke din poocha to poocha jayega kyunke mein khalifa hoon ab ghor kijiye ke agar yeh janay aap khalifa banna responsibility ko barhana hai</w:t>
      </w:r>
    </w:p>
    <w:p>
      <w:pPr>
        <w:jc w:val="right"/>
      </w:pPr>
      <w:r>
        <w:t>کالی غلے کی اور اپنی پیٹھ پر رکھ کر لے جانے لگے تو ایک صاحب تھے انہوں نے کہا کہ آپ کو ایسا کریں میں میں لے چلتا ہوں اس کو تو انہوں نے کہا قیامت کے دن پوچھا تو پوچھا جائے گا کیونکہ میں خلیفہ ہوں اب غور کیجئے کہ اگر یہ جانے آپ خلیفہ بننا رسپانسبیلٹی کو بڑھانا ہے</w:t>
      </w:r>
    </w:p>
    <w:p>
      <w:r>
        <w:rPr>
          <w:b/>
        </w:rPr>
        <w:t xml:space="preserve">[36:28] </w:t>
      </w:r>
      <w:r>
        <w:t>president aur prime minister banna responsibility ko barhana hai to aap to bhagain gay is se bhagain gay is se to yaad rakhiye islam mein political power jo hai woh bhi test paper hi hai ke aap power lay kar kya kartay hain koi inaam nahi hai koi reward nahi hai woh is ko achi tarah samajh lijiye ke dunya mein reward nahi hota reward to akhirat mein hota hai jab</w:t>
      </w:r>
    </w:p>
    <w:p>
      <w:pPr>
        <w:jc w:val="right"/>
      </w:pPr>
      <w:r>
        <w:t>پریزیڈنٹ اور پرائم منسٹر بننا رسپانسبیلٹی کو بڑھانا ہے تو آپ تو بھاگیں گے اس سے بھاگیں گے اس سے تو یاد رکھیے اسلام میں پولیٹیکل پاور جو ہے وہ بھی ٹیسٹ پیپر ہی ہے کہ آپ پاور لے کر کیا کرتے ہیں کوئی انعام نہیں ہے کوئی ریوارڈ نہیں ہے وہ اس کو اچھی طرح سمجھ لیجئے کہ دنیا میں ریوارڈ نہیں ہوتا ریوارڈ تو اخرت میں ہوتا ہے جب</w:t>
      </w:r>
    </w:p>
    <w:p>
      <w:r>
        <w:rPr>
          <w:b/>
        </w:rPr>
        <w:t xml:space="preserve">[36:58] </w:t>
      </w:r>
      <w:r>
        <w:t>jo kuch dunya mein milta hai woh bator test paper ke milta hai to jis political glory mein jee rahay hain log woh to political test tha woh woh glory thi hi nahi woh saray muslim psyche jo hai us zamane mein har aik ki chahe woh mister ho ya molvi ho hatta ke jo jo aam log hain woh bhi mein is se pehlay jab jamiat mein tha</w:t>
      </w:r>
    </w:p>
    <w:p>
      <w:pPr>
        <w:jc w:val="right"/>
      </w:pPr>
      <w:r>
        <w:t>جو کچھ دنیا میں ملتا ہے وہ بطور ٹیسٹ پیپر کے ملتا ہے تو جس پولیٹیکل گرو میں جی رہے ہیں لوگ وہ تو پولیٹیکل ٹیسٹ تھا وہ وہ گرو تھی ہی نہیں وہ سارے مسلم سائیکی جو ہے اس زمانے میں ہر ایک کی چاہے وہ مسٹر ہو یا مولوی ہو حتی کہ جو جو عام لوگ ہیں وہ بھی میں اس سے پہلے جب الجمعیت میں تھا</w:t>
      </w:r>
    </w:p>
    <w:p>
      <w:r>
        <w:rPr>
          <w:b/>
        </w:rPr>
        <w:t xml:space="preserve">[37:29] </w:t>
      </w:r>
      <w:r>
        <w:t>67 68 se chand saal tak to wahan par aik chaprasi hota tha uska naam tha wahid parha likha nahi tha woh rozana tha jharu denay ke liye daftar mein old daily mein to aik din mein ne kuch baat aisi hui is mein kuch musalmanon ko jhagda ho gaya tha to mein ne us se poocha ke musalman akhir yeh jhagda kyun kartay hain to us ne kaha tha ke musalman apnay</w:t>
      </w:r>
    </w:p>
    <w:p>
      <w:pPr>
        <w:jc w:val="right"/>
      </w:pPr>
      <w:r>
        <w:t>67 68 سے چند سال تک تو وہاں پر ایک چپراسی ہوتا تھا اس کا نام تھا واحد پڑھا لکھا نہیں تھا وہ روزانہ تھا جھاڑو دینے کے لیے دفتر میں اولڈ ڈیلی میں تو ایک دن میں نے کچھ بات ایسی ہوئی اس میں کچھ مسلمانوں کو جھگڑا ہو گیا تھا تو میں نے اس سے پوچھا کہ مسلمان اخر یہ جھگڑا کیوں کرتے ہیں تو اس نے کہا تھا کہ مسلمان اپنے</w:t>
      </w:r>
    </w:p>
    <w:p>
      <w:r>
        <w:rPr>
          <w:b/>
        </w:rPr>
        <w:t xml:space="preserve">[37:59] </w:t>
      </w:r>
      <w:r>
        <w:t>ra'b mein rehta hai musalman apne ra'b mein rehta hai to yeh yeh jo baitha hua hai ke islam ka model kya hai yani shan o shaukat aur political glory aur iqtidaar yeh bohat hi bari bhool hai sab kuch test hai sab kuch test hai yeh wajah hai ke sahaba jo thay woh</w:t>
      </w:r>
    </w:p>
    <w:p>
      <w:pPr>
        <w:jc w:val="right"/>
      </w:pPr>
      <w:r>
        <w:t>رعب میں رہتا ہے مسلمان اپنے رعب میں رہتا ہے تو یہ یہ جو بیٹھا ہوا ہے کہ اسلام کا ماڈل کیا ہے یعنی شان و شوکت اور پولیٹیکل گلوری اور اقتدار یہ بہت ہی بڑی بھول ہے سب کچھ ٹیسٹ ہے سب کچھ ٹیسٹ ہے یہ وجہ ہے کہ صحابہ جو تھے وہ</w:t>
      </w:r>
    </w:p>
    <w:p>
      <w:r>
        <w:rPr>
          <w:b/>
        </w:rPr>
        <w:t xml:space="preserve">[38:30] </w:t>
      </w:r>
      <w:r>
        <w:t>iqtidaar pa kar yani aur zyada pareshan ho jatay thay woh khush nahi hotay thay woh to yeh jo aaj kal conferencein ho rahi hain idhar udhar mein samajhta hoon bilkul hi bilkul useless bilkul meaningless samajhta hoon mein bilkul meaningless samajhta hoon meaningless karoron rupay kharch kar ke abhi hua hai spain mein lekin kuch bhi faida iska nahi aap dekh lijiye ga</w:t>
      </w:r>
    </w:p>
    <w:p>
      <w:pPr>
        <w:jc w:val="right"/>
      </w:pPr>
      <w:r>
        <w:t>اقتدار پا کر یعنی اور زیادہ پریشان ہو جاتے تھے وہ خوش نہیں ہوتے تھے وہ تو یہ جو اج کل کانفرنسیں ہو رہی ہیں ادھر ادھر میں سمجھتا ہوں بالکل ہی بالکل یوسف لیس بالکل میننگ لیس سمجھتا ہوں میں بالکل میننگ لیس سمجھتا ہوں میننگ لیس کروڑوں روپے خرچ کر کے ابھی ہوا ہے اسپین میں لیکن کچھ بھی فائدہ اس کا نہیں اپ دیکھ لیجئے گ</w:t>
      </w:r>
    </w:p>
    <w:p>
      <w:r>
        <w:rPr>
          <w:b/>
        </w:rPr>
        <w:t xml:space="preserve">[39:00] </w:t>
      </w:r>
      <w:r>
        <w:t>dunya se bata rahe hain ke tum apni misr ko khatam karo apne ko batao ke hum hamari soch galat ho gayi to is soch ko hamein sahi karna hai quran mein aik aayat hai jo bohat hi yani</w:t>
      </w:r>
    </w:p>
    <w:p>
      <w:pPr>
        <w:jc w:val="right"/>
      </w:pPr>
      <w:r>
        <w:t>ا دنیا سے بتا رہے ہیں کہ تم اپنی مسٹر کو ختم کرو اپنے کو بتاؤ کہ ہم ہماری سوچ غلط ہو گئی تو اس سوچ کو ہمیں صحیح کرنا ہے قران میں ایک ایت ہے جو بہت ہی یعنی</w:t>
      </w:r>
    </w:p>
    <w:p>
      <w:r>
        <w:rPr>
          <w:b/>
        </w:rPr>
        <w:t xml:space="preserve">[39:38] </w:t>
      </w:r>
      <w:r>
        <w:t>yani jo kuch diya hai woh is liye diya hai ke tum ko is mein hum test lein dobara so that he may try you in what he has given you jo kuch diya hai is mein tumhara test le is mamle mein mein aap se kahoon ga ke aap</w:t>
      </w:r>
    </w:p>
    <w:p>
      <w:pPr>
        <w:jc w:val="right"/>
      </w:pPr>
      <w:r>
        <w:t>یعنی جو کچھ دیا ہے وہ اس لیے دیا ہے کہ تم کو اس میں ہم ٹیسٹ لیں دوبارہ سو دیٹ ہی می ٹرائی یو ان واٹ ہی ہیز گیون یو جو کچھ دیا ہے اس میں تمہارا ٹیسٹ لے اس معاملے میں میں اپ سے کہوں گا کہ اپ</w:t>
      </w:r>
    </w:p>
    <w:p>
      <w:r>
        <w:rPr>
          <w:b/>
        </w:rPr>
        <w:t xml:space="preserve">[40:09] </w:t>
      </w:r>
      <w:r>
        <w:t>sab log ja kar ke wapas jab jayen to surah fajr ka mutala karen surah fajr jo aam para mein hai aur is ka number ghaliban hai 79 kis ka 89 89 89 quran majeed ke chapter 89 aap se har aik se mein kahoon ga ke ja kar ke is ko parhen woh quran majeed mein do aayatein sari history</w:t>
      </w:r>
    </w:p>
    <w:p>
      <w:pPr>
        <w:jc w:val="right"/>
      </w:pPr>
      <w:r>
        <w:t>سب لوگ جا کر کے واپس جب جائیں تو سورہ فجر کا مطالعہ کریں سورہ فجر جو عام پارہ میں ہے اور اس کا نمبر غالبا ہے 79 کس کا 89 89 89 قران مجید کے چیپٹر 89 اپ سے ہر ایک سے میں کہوں گا کہ جا کر کے اس کو پڑھیں وہ قران مجید میں دو ایتیں ساری ہسٹری</w:t>
      </w:r>
    </w:p>
    <w:p>
      <w:r>
        <w:rPr>
          <w:b/>
        </w:rPr>
        <w:t xml:space="preserve">[40:39] </w:t>
      </w:r>
      <w:r>
        <w:t>ka is mein sach poochien to aa gaya hai chapter number 89 choti si choti si chapter hai is mein aayat hai wa ma kada ibtala hu fa akramahu wa na'ama fa yaqool rabbi akram wa amalan insana itha ma ibtala hu faqadra 'alayhi rizquhu fa yaqool rabbi ahana haan fa'amalan insana itha ma ibtala hu rabbi</w:t>
      </w:r>
    </w:p>
    <w:p>
      <w:pPr>
        <w:jc w:val="right"/>
      </w:pPr>
      <w:r>
        <w:t>کا اس میں سچ پوچھیں تو اگیا ہے چیپٹر نمبر 89 چھوٹی سی چھوٹی سی چیپٹر ہے اس میں ایت ہے وماذا مبتلا ہو فاقہ ورستہ وماذا مبتلا ہو فا کس طرح سے ہے فاعمل الانسان مبتلا ربہ ہاں فاعمل الانسان اذا مبتلا ربہ</w:t>
      </w:r>
    </w:p>
    <w:p>
      <w:r>
        <w:rPr>
          <w:b/>
        </w:rPr>
        <w:t xml:space="preserve">[41:09] </w:t>
      </w:r>
      <w:r>
        <w:t>fa akramahu wa na'ama fa yaqool rabbi akram wa amalan insana itha ma ibtala hu faqadra 'alayhi rizquhu fa yaqool rabbi ahana is aayat ko ja kar parhiye aap aaj is ka translation yeh hai ke khuda jab test leta hai aur kisi ko achay haal mein kar deta hai to woh kya karta hai samajhta hai ke mera mera khuda ne meri izzat ki</w:t>
      </w:r>
    </w:p>
    <w:p>
      <w:pPr>
        <w:jc w:val="right"/>
      </w:pPr>
      <w:r>
        <w:t>فاکرمہ ونامہ فیقول ربی اکرم وامل الانسان اذا مبتلا فقدہ رزقہ ویقول ربی اہن اس ایت کو جا کر پڑھیے اپ اج اس کا ٹرانسلیشن یہ ہے کہ خدا جب ٹیسٹ لیتا ہے اور کسی کو اچھے حال میں کر دیتا ہے تو وہ کیا کرتا ہے سمجھتا ہے کہ میرا میرا خدا نے میری عزت کی</w:t>
      </w:r>
    </w:p>
    <w:p>
      <w:r>
        <w:rPr>
          <w:b/>
        </w:rPr>
        <w:t xml:space="preserve">[41:39] </w:t>
      </w:r>
      <w:r>
        <w:t>yani is mein superiority complex aa jata hai is ke andar is ko hum paisa de dein political power de dein to security complex jeenay lagta hai woh aur jab hum is ko rozi ghata detey hain koi museebat mein daal detey hain kya kehta hai khuda ne mujhe yani ahana yani meri mujhe zillat mein daal diya pasti mein daal diya yani inferiority complex mein aa jata hai khuda agar</w:t>
      </w:r>
    </w:p>
    <w:p>
      <w:pPr>
        <w:jc w:val="right"/>
      </w:pPr>
      <w:r>
        <w:t>یعنی اس میں سپیریٹی کمپلیکس ا جاتا ہے اس کے اندر اس کو ہم پیسہ دے دیں پولیٹیکل پاور دے دیں تو سیکیورٹی کمپلیکس جینے لگتا ہے وہ اور جب ہم اس کو روزی گھٹا دیتے ہیں کوئی مصیبت میں ڈال دیتے ہیں کیا کہتا ہے خدا نے مجھے یعنی اہن یعنی میری مجھے ذلت میں ڈال دیا پستی میں ڈال دیا یعنی انفیریئر کمپلیکس میں ا جاتا ہے خدا اگر</w:t>
      </w:r>
    </w:p>
    <w:p>
      <w:r>
        <w:rPr>
          <w:b/>
        </w:rPr>
        <w:t xml:space="preserve">[42:10] </w:t>
      </w:r>
      <w:r>
        <w:t>acha kare is ke sath to security complex aur is ko agar buray halaat pesh ayen to inferiority complex poori history mein yeh ho raha hai ke log fail ho rahe hain test mein yeh aayat jo hai mein kahoon ga ke poori history ke baray mein hai ke insanon ka haal yeh hai achay halaat mein hain to security complex halaat bigar jayen to inferiority complex wahi hua hai musalmanon ke sath</w:t>
      </w:r>
    </w:p>
    <w:p>
      <w:pPr>
        <w:jc w:val="right"/>
      </w:pPr>
      <w:r>
        <w:t>اچھا کرے اس کے ساتھ تو سیکیورٹی کمپلیکس اور اس کو اگر برے حالات پیش ائے تو انفیریٹیری کمپلیکس پوری ہسٹری میں یہ ہو رہا ہے کہ لوگ فیل ہو رہے ہیں ٹیسٹ میں یہ ایت جو ہے میں کہوں گا کہ پوری ہسٹری کے بارے میں ہے کہ انسانوں کا حال یہ ہے اچھے حالات میں ہیں تو سیکیورٹی کمپلیکس حالات بگڑ جائیں تو انفیریٹیری کمپلیکس وہی ہوا ہے مسلمانوں کے ساتھ</w:t>
      </w:r>
    </w:p>
    <w:p>
      <w:r>
        <w:rPr>
          <w:b/>
        </w:rPr>
        <w:t xml:space="preserve">[42:40] </w:t>
      </w:r>
      <w:r>
        <w:t>jab khuda ne unhein iqtidaar diya to security complex mein aa gaye apne ko bara samajhnay lagay ab jab is ke baad iqtidaar chhena bhi nahi hai abhi bhi 57 muslim countries hain chhena kahan hai lekin samajhtay hain ke log chheen gaya to ab inferiority complex mein paray huay hain isi inferiority complex ka nateeja kya hai ke jagah jagah yeh plating ho rahi hai suicide bombing ho rahi hai to mein sam</w:t>
      </w:r>
    </w:p>
    <w:p>
      <w:pPr>
        <w:jc w:val="right"/>
      </w:pPr>
      <w:r>
        <w:t>جب خدا نے انہیں اقتدار دیا تو سیکیورٹی کمپلیکس میں ا گئے اپنے کو بڑا سمجھنے لگے اب جب اس کے بعد اقتدار چھنا بھی نہیں ہے ابھی بھی 57 مسلم کنٹریز ہیں چھنا کہاں ہے لیکن سمجھتے ہیں کہ لوگ چھن گیا تو اب انفیریٹیری کمپلیکس میں پڑے ہوئے ہیں اسی انفیریٹیری کمپلیکس کا نتیجہ کیا ہے کہ جگہ جگہ یہ پلیٹینسی ہو رہی ہے سوسائیڈ بابنگ ہو رہی ہے تو میں سم</w:t>
      </w:r>
    </w:p>
    <w:p>
      <w:r>
        <w:rPr>
          <w:b/>
        </w:rPr>
        <w:t xml:space="preserve">[43:10] </w:t>
      </w:r>
      <w:r>
        <w:t>ajhta hoon ke yeh mamla aisa nahi hai ke aap doosron se kahein to hal ho jaye woh ke doosron se kahein ke tum misunderstanding ko khatam karo hamein apni samajh ko correct karna hai apne aap ko theek karna hai doosray ko aap doosron ko kar ke aap kuch bhi faida</w:t>
      </w:r>
    </w:p>
    <w:p>
      <w:pPr>
        <w:jc w:val="right"/>
      </w:pPr>
      <w:r>
        <w:t>جھتا ہوں کہ یہ معاملہ ایسا نہیں ہے کہ اپ دوسروں سے کہیں تو حل ہو جائے وہ کہ دوسروں سے کہیں کہ تم مس انڈرسٹینڈنگ کو ختم کرو ہمیں اپنی سمجھ کو کریکٹ کرنا ہے اپنے اپ کو ٹھیک کرنا ہے دوسرے کو اپ دوسروں کو کر کے اپ کچھ بھی فائد</w:t>
      </w:r>
    </w:p>
    <w:p>
      <w:r>
        <w:rPr>
          <w:b/>
        </w:rPr>
        <w:t xml:space="preserve">[43:40] </w:t>
      </w:r>
      <w:r>
        <w:t>hai nahi kuch bhi faida nahi ab mein aap ko yeh kahoon ga ke aap is nazar se quran majeed ko parhen ke quran target kahan deta hai quran mein target jo hai woh dawah hai political rule nahi hai saaray quran mein koi aayat aisi nahi hai jo political rule ko target ke tor par deti ho ke tum political rule qaim karo hukoomat par qabza karo</w:t>
      </w:r>
    </w:p>
    <w:p>
      <w:pPr>
        <w:jc w:val="right"/>
      </w:pPr>
      <w:r>
        <w:t>ہ نہیں کچھ بھی فائدہ نہیں اب میں اپ کو یہ کہوں گا کہ اپ اس نظر سے قران مجید کو پڑھیں کہ قران ٹارگٹ کہاں دیتا ہے قران میں ٹارگٹ جو ہے وہ دعوی ہے پولیٹیکل رول نہیں ہے سارے قران میں کوئی ایت ایسی نہیں ہے جو پولیٹیکل رول کو ٹارگٹ کے طور پر دیتی ہو کہ تم پولیٹیکل رول قائم کرو حکومت پر قبضہ کرو</w:t>
      </w:r>
    </w:p>
    <w:p>
      <w:r>
        <w:rPr>
          <w:b/>
        </w:rPr>
        <w:t xml:space="preserve">[44:11] </w:t>
      </w:r>
      <w:r>
        <w:t>aisa kahin bhi nahi hai yeh saada baat nahi hai dekhiye jab dawah jo hai dawah work aaj hi mere paas telephone aaya america se aik sahib ka telephone aaya unhon ne kaha aik sahib yahan par aaye hain aur woh un ka woh hai yani dawah program un ka hai dawah program to un ki wahan par speeches ho rahi hain to unhon ne is mein sa</w:t>
      </w:r>
    </w:p>
    <w:p>
      <w:pPr>
        <w:jc w:val="right"/>
      </w:pPr>
      <w:r>
        <w:t>ایسا کہیں بھی نہیں ہے یہ سادہ بات نہیں ہے دیکھیے جب دعوی جو ہے دعوی ورک اج ہی میرے پاس ٹیلی فون ایا امریکہ سے ایک صاحب کا ٹیلی فون ایا انہوں نے کہا ایک صاحب یہاں پر ائے ہیں اور وہ ان کا وہ ہے یعنی دعوی پروگرام ان کا ہے دعوی پروگرام تو ان کی وہاں پر اسپیچز ہو رہی ہیں تو انہوں نے اس میں س</w:t>
      </w:r>
    </w:p>
    <w:p>
      <w:r>
        <w:rPr>
          <w:b/>
        </w:rPr>
        <w:t xml:space="preserve">[44:41] </w:t>
      </w:r>
      <w:r>
        <w:t>na ke kya kehtay hain woh unhon ne kaha ke dawah program mein kya ho raha hai sirf yeh ho raha hai ke hamaray khilaf tum kyun yeh sab kar rahay ho yani doosron ko blame dena naam hai dawah program aur sari koshish is pe chal rahi hai ke log hum se hum hum hum hum hum hum hum hum hum hamein badnaam kartay hain hamaray khilaf galat propaganda kartay hain yeh yeh dawah thori hai dekhen agar sahi ma'non mein dawah ispeat ho</w:t>
      </w:r>
    </w:p>
    <w:p>
      <w:pPr>
        <w:jc w:val="right"/>
      </w:pPr>
      <w:r>
        <w:t>نا کہ کیا کہتے ہیں وہ انہوں نے کہا کہ دعوی پروگرام میں کیا ہو رہا ہے صرف یہ ہو رہا ہے کہ ہمارے خلاف تم کیوں یہ سب کر رہے ہو یعنی دوسروں کو بلیم دینا نام ہے دعوی پروگرام اور ساری کوشش اس پہ چل رہی ہے کہ لوگ ہم سے ہم ہم ہم ہم ہم ہم ہم ہم ہم ہمیں بدنام کرتے ہیں ہمارے خلاف غلط پروپورٹ کرتے ہیں یہ یہ دعوی تھوڑی ہے دیکھیں اگر صحیح معنوں میں دعوی اسپیٹ ہو</w:t>
      </w:r>
    </w:p>
    <w:p>
      <w:r>
        <w:rPr>
          <w:b/>
        </w:rPr>
        <w:t xml:space="preserve">[45:12] </w:t>
      </w:r>
      <w:r>
        <w:t>to kya hoga dawah ispeat ka matlab hai ke dunya ko aap samjhenge mad'u apna dunya ko apna mad'u samjhenge dawah jo mind hai woh mind sari dunya ko dekhta hai mad'u ke roop mein aur mad'u ke roop mein dekhnay ka matlab kya hai mad'u ke roop mein dekhnay ka matlab hai ke aap ke andar paida hota hai</w:t>
      </w:r>
    </w:p>
    <w:p>
      <w:pPr>
        <w:jc w:val="right"/>
      </w:pPr>
      <w:r>
        <w:t>تو کیا ہوگا دعوی اسپیٹ کا معنی ہے کہ دنیا کو اپ سمجھیں گے مدعو اپنا دنیا کو اپنا مدعو سمجھیں گے دعوی جو مائنڈ ہے وہ مائنڈ ساری دنیا کو دیکھتا ہے مدعو کے روپ میں اور مدعو کے روپ میں دیکھنے کا مطلب کیا ہے مدعو کے روپ میں دیکھنے کا مطلب ہے کہ اپ کے اندر پیدا ہوتا ہے</w:t>
      </w:r>
    </w:p>
    <w:p>
      <w:r>
        <w:rPr>
          <w:b/>
        </w:rPr>
        <w:t xml:space="preserve">[45:42] </w:t>
      </w:r>
      <w:r>
        <w:t>mad'u friendly mind mad'u friendly culture jaise ke taajir ke andar paida hota hai customer friendly culture kyunke mad'u ko aap ko address karna hai is ko satisfy karna hai is ke dil ko badalna hai is ke mind ki engineering karna hai to yeh to kaam hoga peaceful tareeqay se aur toleration ke zariye hoga love ke zariye hoga</w:t>
      </w:r>
    </w:p>
    <w:p>
      <w:pPr>
        <w:jc w:val="right"/>
      </w:pPr>
      <w:r>
        <w:t>مدعو فرینڈلی مائنڈ مدعو فرینڈلی کلچر جیسے کہ تاجر کے اندر پیدا ہوتا ہے کسٹمر فرینڈلی کلچر کیونکہ مدعو کو اپ کو ایڈریس کرنا ہے اس کو سیٹسفائی کرنا ہے اس کے دل کو بدلنا ہے اس کے مائنڈ کی انجینئرنگ کرنا ہے تو یہ تو کام ہوگا پیس فل طریقے سے اور ٹولیشن کے ذریعے ہوگا لو کے ذریعے ہوگا</w:t>
      </w:r>
    </w:p>
    <w:p>
      <w:r>
        <w:rPr>
          <w:b/>
        </w:rPr>
        <w:t xml:space="preserve">[46:13] </w:t>
      </w:r>
      <w:r>
        <w:t>to dawah ko jab aap banatay hain target tab paida hota hai yani sympathy humdardi khair khwahi aman tolerance mohabbat in aroos ko promotion milta hai lekin ab jo bana diya logon ne baad ke zamanay mein political rule ko target bana liya to political rule mein kya hoga hate marna jang yeh yeh cul</w:t>
      </w:r>
    </w:p>
    <w:p>
      <w:pPr>
        <w:jc w:val="right"/>
      </w:pPr>
      <w:r>
        <w:t>تو دعوت کو جب اپ بناتے ہیں ٹارگٹ تب پیدا ہوتا ہے یعنی سمپتھی ہمدردی خیر خواہی امن ٹالرنس محبت ان عروس کو پروموشن ملتا ہے لیکن اب جو بنا دیا لوگوں نے بعد کے زمانے میں پولیٹیکل رول کو ٹارگٹ بنا لیا تو پولیٹیکل رول میں کیا ہوگا ہیٹ مارنا جنگ یہ یہ کل</w:t>
      </w:r>
    </w:p>
    <w:p>
      <w:r>
        <w:rPr>
          <w:b/>
        </w:rPr>
        <w:t xml:space="preserve">[46:43] </w:t>
      </w:r>
      <w:r>
        <w:t>ture farogh pata hai dawah work se culture of love farogh pata hai aur yeh jo yani political rule ko agar aap bana lein target to kya hoga violence farogh payega wahi aap dekh rahay hain is waqt to saray musalmanon ke mind ki re engineering karni hai yaad rakhiye saray musalmanon ki</w:t>
      </w:r>
    </w:p>
    <w:p>
      <w:pPr>
        <w:jc w:val="right"/>
      </w:pPr>
      <w:r>
        <w:t>چر فروغ پاتا ہے دعا ورک سے کلچر اف لو فروغ پاتا ہے اور یہ جو یعنی پولیٹیکل رول کو اگر اپ بنا لیں ٹارگٹ تو کیا ہوگا وائلنس فروغ پائے گا وہی اپ دیکھ رہے ہیں اس وقت تو سارے مسلمانوں کے مائنڈ کی ری انجینئرنگ کرنی ہے یاد رکھیے سارے مسلمانوں کی</w:t>
      </w:r>
    </w:p>
    <w:p>
      <w:r>
        <w:rPr>
          <w:b/>
        </w:rPr>
        <w:t xml:space="preserve">[47:13] </w:t>
      </w:r>
      <w:r>
        <w:t>chahe woh yahan tak ke jo mazhabi nahi hai so called woh bhi isi mein isi isi tarah soch mein sab ke mind mein wahi bhara hua hai ke hamein yani supremacy hamein chahiye hamein hum dunya ke khalifa hain hum abd ul uloom hain aik shair ne kaha ke har mulk har mulk mil ke har mulk mil ke mask ke mulk khuda hai mask khuda hamara hai</w:t>
      </w:r>
    </w:p>
    <w:p>
      <w:pPr>
        <w:jc w:val="right"/>
      </w:pPr>
      <w:r>
        <w:t>چاہے وہ یہاں تک کہ جو مذہبی نہیں ہے سو کالڈ وہ بھی اسی میں اسی اسی طرح سوچ میں سب کے مائنڈ میں وہی بھرا ہوا ہے کہ ہمیں یعنی سپریمیسی ہمیں چاہیے ہمیں ہم دنیا کے خلیفہ ہیں ہم عبدالعلوم ہیں ایک شاعر نے کہا کہ ہر ملک ہر ملک مل کے ہر ملک مل کے ماسک کے ملک خدا ہے ماسک خدا ہمارا ہے</w:t>
      </w:r>
    </w:p>
    <w:p>
      <w:r>
        <w:rPr>
          <w:b/>
        </w:rPr>
        <w:t xml:space="preserve">[47:43] </w:t>
      </w:r>
      <w:r>
        <w:t>zameen khuda ki hai is liye zameen hamari hai kya simple formula hai ji khuda hamara hai aur zameen khuda ki hai to zameen hamari hai har mulk mil ke boss ke mulk khuda hai boss to yaad rakhen yeh jo conferencein ho rahi hain aaj kal aur yeh ho rahi hain 50 baras se ho rahi hain na to ab tak koi faida in ka hua hai na aagay koi faida in ka honay wala hai aaj kal mein ne dekha hai</w:t>
      </w:r>
    </w:p>
    <w:p>
      <w:pPr>
        <w:jc w:val="right"/>
      </w:pPr>
      <w:r>
        <w:t>زمین خدا کی ہے اس لیے زمین ہماری ہے کیا سمپل فارمولا ہے جی خدا ہمارا ہے اور زمین خدا کی ہے تو زمین ہماری ہے ہر ملک مل کے باس کے مل کے خدا ہے باس تو یاد رکھیں یہ جو کانفرنسیں ہو رہی ہیں اج کل اور یہ ہو رہی ہیں 50 برس سے ہو رہی ہیں نہ تو اب تک کوئی فائدہ ان کا ہوا ہے نہ اگے کوئی فائدہ ان کا ہونے والا ہے اج کل میں نے دیکھا ہے</w:t>
      </w:r>
    </w:p>
    <w:p>
      <w:r>
        <w:rPr>
          <w:b/>
        </w:rPr>
        <w:t xml:space="preserve">[48:15] </w:t>
      </w:r>
      <w:r>
        <w:t>jagah jagah ja kar ke ke dunya bhar ke musalmanon ke andar hate bhara hua hai hate bomb liye huay hain to kuch log woh hain jo yani jo duality mein jeetay hain ke dil mein to nafrat hai lekin job karnay ke liye business karnay ke liye doosron se milay blap kar letay hain to yeh yeh to aik double standard wali baat hui doosray woh log hain jo</w:t>
      </w:r>
    </w:p>
    <w:p>
      <w:pPr>
        <w:jc w:val="right"/>
      </w:pPr>
      <w:r>
        <w:t>جگہ جگہ جا کر کے کہ دنیا بھر کے مسلمانوں کے اندر ہیٹ بھرا ہوا ہے ہیٹ بمب لی ہوئی ہیں تو کچھ لوگ وہ ہیں جو یعنی جو ڈویلٹی میں جیتے ہیں کہ دل میں تو نفرت ہے لیکن جاب کرنے کے لیے بزنس کرنے کے لیے دوسروں سے ملے بلاپ کر لیتے ہیں تو یہ یہ تو ایک ڈبل سٹینڈرڈ والی بات ہوئی دوسرے وہ لوگ ہیں جو</w:t>
      </w:r>
    </w:p>
    <w:p>
      <w:r>
        <w:rPr>
          <w:b/>
        </w:rPr>
        <w:t xml:space="preserve">[48:45] </w:t>
      </w:r>
      <w:r>
        <w:t>chale jatay hain violence mein military chalatay hain suicide bombing kartay hain do hi qism ke log hain hamara mission jo hai logon ke mind ki re engineering hai re engineering hum chahtay hain ke logon ke dimagh mein jo galat interpretation islam ka bhar gaya us ko us ko nikalein us ko nikalein aaj hi mere</w:t>
      </w:r>
    </w:p>
    <w:p>
      <w:pPr>
        <w:jc w:val="right"/>
      </w:pPr>
      <w:r>
        <w:t>چلے جاتے ہیں وائلنس میں ملٹری چلاتے ہیں سوسائیڈ بمبنگ کرتے ہیں دو ہی قسم کے لوگ ہیں ہمارا مشن جو ہے لوگوں کے مائنڈ کی ری انجینئرنگ ہے ری انجینئرنگ ہم چاہتے ہیں کہ لوگوں کے دماغ میں جو غلط انٹرپریشن اسلام کا بھر گیا اس کو اس کو نکالیں اس کو نکالیں اج ہی میر</w:t>
      </w:r>
    </w:p>
    <w:p>
      <w:r>
        <w:rPr>
          <w:b/>
        </w:rPr>
        <w:t xml:space="preserve">[49:15] </w:t>
      </w:r>
      <w:r>
        <w:t>paas telephone aaya hamaray saathi hain kaleemuddin sahib america mein rehtay hain woh to unhon ne bataya ke yani woh kaam kar rahay hain isi ka yani internet ke zariye se sari batein la rahay hain logon ke samnay to bohat zyada logon mein response pa rahay hain woh jaise misaal di unhon ne di unhon ne kaha aik doctor anees aik hain wahan par jahan woh rehtay hain yani doctor medical doctor to un ko</w:t>
      </w:r>
    </w:p>
    <w:p>
      <w:pPr>
        <w:jc w:val="right"/>
      </w:pPr>
      <w:r>
        <w:t>ے پاس ٹیلی فون ایا ہمارے ساتھی ہیں کلیم الدین صاحب امریکہ میں رہتے ہیں وہ تو انہوں نے بتایا کہ یعنی وہ کام کر رہے ہیں اسی کا یعنی انٹرنیٹ کے ذریعے سے ساری باتیں لا رہے ہیں لوگوں کے سامنے تو بہت زیادہ لوگوں میں رسپانس پا رہے ہیں وہ جیسے مثال دی انہوں نے دی انہوں نے کہا ایک ڈاکٹر انیس ایک ہیں وہاں پر جہاں وہ رہتے ہیں یعنی ڈاکٹر میڈیکل ڈاکٹر تو ان کو</w:t>
      </w:r>
    </w:p>
    <w:p>
      <w:r>
        <w:rPr>
          <w:b/>
        </w:rPr>
        <w:t xml:space="preserve">[49:46] </w:t>
      </w:r>
      <w:r>
        <w:t>jo literature yahan ka hai us ko parhwaya unhon ne kehtay hain ke mein to bilkul is se pehle andheray mein tha ab maloom hua ke islam kya hai hum samajhtay rahay thay ke islam yeh hai to unhon ne kaha is literature ne meri zindagi badal di ab woh kaleemuddin sahib se mil kar ke wahan chahtay hain ke is ko phailaya jaye zyada se zyada phailaya jaye literature ke zariye se internet ke zariye se phailaya jaye to logon ne jo kitabein</w:t>
      </w:r>
    </w:p>
    <w:p>
      <w:pPr>
        <w:jc w:val="right"/>
      </w:pPr>
      <w:r>
        <w:t>جو لٹریچر یہاں کا ہے اس کو پڑھوایا انہوں نے کہتے ہیں کہ میں تو بالکل اس سے پہلے اندھیرے میں تھا اب معلوم ہوا کہ اسلام کیا ہے ہم سمجھتے رہے تھے کہ اسلام یہ ہے تو انہوں نے کہا اس لٹریچر نے میری زندگی بدل دی اب وہ کلیم الدین صاحب سے مل کر کے وہاں چاہتے ہیں کہ اس کو پھیلایا جائے زیادہ سے زیادہ پھیلایا جائے لٹریچر کے ذریعے سے انٹرنیٹ کے ذریعے سے پھیلایا جائے تو لوگوں نے جو کتابیں</w:t>
      </w:r>
    </w:p>
    <w:p>
      <w:r>
        <w:rPr>
          <w:b/>
        </w:rPr>
        <w:t xml:space="preserve">[50:16] </w:t>
      </w:r>
      <w:r>
        <w:t>parh rakhi hain jo speeches is is speeches sun rakhi hain is ne jo un ka mind banaya hai us mind mein wahi bhara hua hai sab glory aur supremacy aur political rule yeh sab bhara hua hai logon ko quran ka sahi tasawwur nahi maloom mein ne aap ke samnay quran ki aayatein padhein syed qutb sahib ne kis tarah is ko kuch ka kuch bana diya ke hazrat musa ne jo paigham diya tha woh toheed ka paigham tha us ko unhon ne siyasat ka</w:t>
      </w:r>
    </w:p>
    <w:p>
      <w:pPr>
        <w:jc w:val="right"/>
      </w:pPr>
      <w:r>
        <w:t>پڑھ رکھی ہیں جو اسپیچز اس اسپیچز سن رکھی ہیں اس نے جو ان کا مائنڈ بنایا ہے اس مائنڈ میں وہی بھرا ہوا ہے سب گلوری اور سپریمیسی اور پولیٹیکل رول یہ سب بھرا ہوا ہے لوگوں کو قران کا صحیح تصور نہیں معلوم میں نے اپ کے سامنے قران کی ایتیں پڑھیں سید قدب صاحب نے کس طرح اس کو کچھ کا کچھ بنا دیا کہ حضرت موسی نے جو پیغام دیا تھا وہ توحید کا پیغام تھا اس کو انہوں نے سیاست کا</w:t>
      </w:r>
    </w:p>
    <w:p>
      <w:r>
        <w:rPr>
          <w:b/>
        </w:rPr>
        <w:t xml:space="preserve">[50:46] </w:t>
      </w:r>
      <w:r>
        <w:t>paigham bana diya aisi kitabein beshumar chhap chhap ke phaili hui hain har jagah urdu mein english mein arabic mein persian mein har jagah to yaad rakhiye ke hamara jo mission hai woh kya hai is ko mein kahoon ke mind logon ke mind ki re engineering chahe muslim ho ya ghair muslim ho dono hi ki mind ki re engineering karna hai</w:t>
      </w:r>
    </w:p>
    <w:p>
      <w:pPr>
        <w:jc w:val="right"/>
      </w:pPr>
      <w:r>
        <w:t>پیغام بنا دیا ایسی کتابیں بے شمار چھپ چھپ کے پھیلی ہوئی ہیں ہر جگہ اردو میں انگلش میں عربک میں پرشین میں ہر جگہ تو یاد رکھیے کہ ہمارا جو مشن ہے وہ کیا ہے اس کو میں کہوں کہ مائنڈ لوگوں کے مائنڈ کی ری انجینئرنگ چاہے مسلم ہو یا غیر مسلم ہو دونوں ہی کی مائنڈ کی ری انجینئرنگ کرنا ہے</w:t>
      </w:r>
    </w:p>
    <w:p>
      <w:r>
        <w:rPr>
          <w:b/>
        </w:rPr>
        <w:t xml:space="preserve">[51:17] </w:t>
      </w:r>
      <w:r>
        <w:t>jo musalman apne ko musalman samajhte hain woh bhi islam ka political interpretation un ke dimaghon mein basa hua hai wahan bhi hamein un ke mind ki re engineering karna hai aur jo doosre log hain woh material andaaz mein sochte hain un ke paas ek hi sochne ka ek hi tareeqa hai ke material yaani un ke dimagh mein material interpretation hai musalmanon ke dimagh mein basa hua hai political interpretation aur non</w:t>
      </w:r>
    </w:p>
    <w:p>
      <w:pPr>
        <w:jc w:val="right"/>
      </w:pPr>
      <w:r>
        <w:t>جو مسلمان اپنے کو مسلمان سمجھتے ہیں وہ بھی اسلام کا پولیٹیکل انٹرپریشن ان کے دماغوں میں بسا ہوا ہے وہاں بھی ہمیں ان کے مائنڈ کی ری انجینئرنگ کرنا ہے اور جو دوسرے لوگ ہیں وہ مٹیریل انداز میں سوچتے ہیں ان کے پاس ایک ہی سوچنے کا ایک ہی طریقہ ہے کہ مٹیریل یعنی ان کے دماغ میں مٹیریل انٹرپریٹیشن ہے مسلمانوں کے دماغ میں بسا ہوا ہے پولیٹیکل انٹرپریٹیشن اور نان</w:t>
      </w:r>
    </w:p>
    <w:p>
      <w:r>
        <w:rPr>
          <w:b/>
        </w:rPr>
        <w:t xml:space="preserve">[51:47] </w:t>
      </w:r>
      <w:r>
        <w:t>muslim ke dimagh mein basa hua hai material interpretation to dono maamle mein hamein karna hai ke hum mind ki re engineering karein to kaam shuru hota hai mind ki islaah se jab tak aap yeh na karein koi bada nateeja saamne nahi aayega</w:t>
      </w:r>
    </w:p>
    <w:p>
      <w:pPr>
        <w:jc w:val="right"/>
      </w:pPr>
      <w:r>
        <w:t>مسلم کے دماغ میں بسا ہوا ہے مٹیریل انٹرپریٹیشن تو دونوں معاملے میں ہمیں کرنا ہے کہ ہم مائنڈ کی ری انجینئرنگ کریں تو کام شروع ہوتا ہے مائنڈ کی اصلاح سے جب تک اپ یہ نہ کریں کوئی بڑا نتیجہ سامنے نہیں ائے گا</w:t>
      </w:r>
    </w:p>
    <w:p>
      <w:r>
        <w:rPr>
          <w:b/>
        </w:rPr>
        <w:t xml:space="preserve">[52:18] </w:t>
      </w:r>
      <w:r>
        <w:t>ek aayat mein aur aap ko yaad dilaoon quran majeed mein ek aayat hai ke allah allazeena aamano wa aamelo saalehaat yeh log is aayat se nikalte hain yaani iqtidaar wali baat political power wali baat haalanke dekhiye aap is par is par sochiye aap is aayat par ke allah ne wada kiya hai wada yaani yeh amar mawood hai na ke amar maqsood y</w:t>
      </w:r>
    </w:p>
    <w:p>
      <w:pPr>
        <w:jc w:val="right"/>
      </w:pPr>
      <w:r>
        <w:t>ایک ایت میں اور اپ کو یاد دلاؤں قران مجید میں ایک ایت ہے کہ اللہ الذین امنو واعمل الصالحات یہ لوگ اس ایت سے نکالتے ہیں یعنی اقتدار والی بات پولیٹیکل پاور والی بات حالانکہ دیکھیے اپ اس پر اس پر سوچیے اپ اس ایت پر کہ اللہ نے وعدہ کیا ہے وعدہ یعنی یہ امر موعود ہے نہ کہ امر مقصود ی</w:t>
      </w:r>
    </w:p>
    <w:p>
      <w:r>
        <w:rPr>
          <w:b/>
        </w:rPr>
        <w:t xml:space="preserve">[52:48] </w:t>
      </w:r>
      <w:r>
        <w:t>ani khuda ka ek promise hai ke tum agar sachhi zindagi ikhtiyar karo iman ki zindagi amal saleh ki zindagi peaceful tareeqe se rehne ki zindagi insaan ke khair khwah banne ki zindagi yeh sab is mein shamil hai to phir to khuda tum ko aap yaani quran mein ek aur jagah hai ke wa khara tuhibboona akhra yaani secondary cheez political power ko quran mein</w:t>
      </w:r>
    </w:p>
    <w:p>
      <w:pPr>
        <w:jc w:val="right"/>
      </w:pPr>
      <w:r>
        <w:t>عنی خدا کا ایک پرومس ہے کہ تم اگر سچی زندگی اختیار کرو ایمان کی زندگی عمل صالح کی زندگی پیس فل طریقے سے رہنے کی زندگی انسان کے خیر خواہ بننے کی زندگی یہ سب اس میں شامل ہے تو پھر تو خدا تم کو اپ یعنی قران میں ایک اور جگہ ہے کہ وخرا تحبون اخرا یعنی سیکنڈری چیز پولیٹیکل پاور کو قران میں</w:t>
      </w:r>
    </w:p>
    <w:p>
      <w:r>
        <w:rPr>
          <w:b/>
        </w:rPr>
        <w:t xml:space="preserve">[53:18] </w:t>
      </w:r>
      <w:r>
        <w:t>secondary cheez bataya gaya hai primary cheez nahi bataya gaya hai to asal nishana jo bataya gaya hai ke woh yeh hai ke aap sachha faith aap ke andar ho khuda ki marifat ho khuda ka khauf ho khuda se mohabbat ho iman wali zindagi ho maal o bairooz jo hai islam ke is ko aap apnaayein dua work karein dunya ke khair khwah ban kar uthein yeh sab to phir is ke baad to izzat milti milti hai apne aap mil</w:t>
      </w:r>
    </w:p>
    <w:p>
      <w:pPr>
        <w:jc w:val="right"/>
      </w:pPr>
      <w:r>
        <w:t>سیکنڈری چیز بتایا گیا ہے پرائمری چیز نہیں بتایا گیا ہے تو اصل نشانہ جو بتایا گیا ہے کہ وہ یہ ہے کہ اپ سچا فیتھ اپ کے اندر ہو خدا کی معرفت ہو خدا کا خوف ہو خدا سے محبت ہو ایمان والی زندگی ہو مال و بیروز جو ہے اسلام کے اس کو اپ اپنائیں دعا ورک کریں دنیا کے خیر خواہ بن کر اٹھیں یہ سب تو پھر اس کے بعد تو عزت ملتی ملتی ہے اپنے اپ مل</w:t>
      </w:r>
    </w:p>
    <w:p>
      <w:r>
        <w:rPr>
          <w:b/>
        </w:rPr>
        <w:t xml:space="preserve">[53:48] </w:t>
      </w:r>
      <w:r>
        <w:t>ti hai phir to apne aap izzat milti hai to is aayat mein jo cheez bator mawood keh hai us ko unhon ne maqsood bana diya yeh bator promise keh hai us ko target bana diya kitna zabardast fallacy yeh hai kitni badi fallacy aap ghor kijiye is par rasool</w:t>
      </w:r>
    </w:p>
    <w:p>
      <w:pPr>
        <w:jc w:val="right"/>
      </w:pPr>
      <w:r>
        <w:t>تی ہے پھر تو اپنے اپ عزت ملتی ہے تو اس ایت میں جو چیز بطور موعود کہ ہے اس کو انہوں نے مقصود بنا دیا یہ بطور پرامس کہ ہے اس کو ٹارگٹ بنا دیا کتنا زبردست فلیسی یہ ہے کتنی بڑی فلیسی اپ غور کیجئے اس پر رسول</w:t>
      </w:r>
    </w:p>
    <w:p>
      <w:r>
        <w:rPr>
          <w:b/>
        </w:rPr>
        <w:t xml:space="preserve">[54:18] </w:t>
      </w:r>
      <w:r>
        <w:t>allah jab makkah mein thay aap to rasool allah ek bahut zabardast personality thi bahut yaani ek bahut zabardast wahan par ek jo insaan ke andar jo jo qualities hoti hain leadership ki woh sab aap ke andar theen to logon ne aap ko offer diya ke hum aap ko badshah bana lete hain in turid mulk mul</w:t>
      </w:r>
    </w:p>
    <w:p>
      <w:pPr>
        <w:jc w:val="right"/>
      </w:pPr>
      <w:r>
        <w:t>اللہ جب مکہ میں تھے اپ تو رسول اللہ ایک بہت زبردست پرسنیلٹی تھی بہت یعنی ایک بہت زبردست وہاں پر ایک جو انسان کے اندر جو جو کوالٹیز ہوتی ہیں لیڈرشپ کی وہ سب اپ کے اندر تھیں تو لوگوں نے اپ کو افر دیا کہ ہم اپ کو بادشاہ بنا لیتے ہیں ان ترد ملک مل</w:t>
      </w:r>
    </w:p>
    <w:p>
      <w:r>
        <w:rPr>
          <w:b/>
        </w:rPr>
        <w:t xml:space="preserve">[54:48] </w:t>
      </w:r>
      <w:r>
        <w:t>kna qaleena yeh offer diya in logon ne aap ko ke in turid mulk mulkna qaleena ke agar aap chahte ho badshah banna to hum aap ko badshah maan lete hain aap ko to aap ne kya farmaya aap ne farmaya ke ma ma ma malik alaikum mein tumhare upar</w:t>
      </w:r>
    </w:p>
    <w:p>
      <w:pPr>
        <w:jc w:val="right"/>
      </w:pPr>
      <w:r>
        <w:t>کنا قالینا یہ افر دیا ان لوگوں نے اپ کو کہ ان ترد ملک ملکنا قالینا کہ اگر اپ چاہتے ہو بادشاہ بننا تو ہم اپ کو بادشاہ مان لیتے ہیں اپ کو تو اپ نے کیا فرمایا اپ نے فرمایا کہ ما ما ما ملک علیکم میں تمہارے اوپر</w:t>
      </w:r>
    </w:p>
    <w:p>
      <w:r>
        <w:rPr>
          <w:b/>
        </w:rPr>
        <w:t xml:space="preserve">[55:20] </w:t>
      </w:r>
      <w:r>
        <w:t>tumhare upar ruler banna nahi chahta mein tumhare upar hakim nahi banna chahta kya aap ghor kijiye ke jab khud pesh kiya ja raha ho aur aadmi aisa bole ke mujhe hakim nahi banna hai mujhe political role nahi chahiye to is maani hai ke aap ka yeh target nahi tha aap ka target kya tha woh target tha jo mein is se pehle kai baar arz kar chuka hoon</w:t>
      </w:r>
    </w:p>
    <w:p>
      <w:pPr>
        <w:jc w:val="right"/>
      </w:pPr>
      <w:r>
        <w:t>تمہارے اوپر رورل بننا نہیں چاہتا میں تمہارے اوپر حاکم نہیں بننا چاہتا کیا اپ غور کیجئے کہ جب خود پیش کیا جا رہا ہو اور ادمی ایسا بولے کہ مجھے حاکم نہیں بننا ہے مجھے پولیٹیکل رول نہیں چاہیے تو اس معنی ہے کہ اپ کا یہ ٹارگٹ نہیں تھا اپ کا ٹارگٹ کیا تھا وہ ٹارگٹ تھا جو میں اس سے پہلے کئی بار عرض کر چکا ہوں</w:t>
      </w:r>
    </w:p>
    <w:p>
      <w:r>
        <w:rPr>
          <w:b/>
        </w:rPr>
        <w:t xml:space="preserve">[55:50] </w:t>
      </w:r>
      <w:r>
        <w:t>ke khuda ke jo khuda ka jo creation plan hai is se logon ko ba khabar karna yeh hai target paighambar ka jaise jab aap ko nabuwat mili makkah mein yaani 610 AD mein to pehla kaam aap ne kiya kiya ke wahan par ek choti si ek ek tha ek rock tha rock ek teela jis ko kehte hain safa kehte thay us ko makkah ke bahar us</w:t>
      </w:r>
    </w:p>
    <w:p>
      <w:pPr>
        <w:jc w:val="right"/>
      </w:pPr>
      <w:r>
        <w:t>کہ خدا کے جو خدا کا جو کریشن پلان ہے اس سے لوگوں کو باخبر کرنا یہ ہے ٹارگٹ پیغمبر کا جیسے جب اپ کو نبوت ملی مکہ میں یعنی 610 اے ڈی میں تو پہلا کام اپ نے کیا کیا کہ وہاں پر ایک چھوٹی سی ایک ایک تھا ایک راک تھا راک ایک ٹیلا جس کو کہتے ہیں صفا کہتے تھے اس کو مکے کے باہر اس</w:t>
      </w:r>
    </w:p>
    <w:p>
      <w:r>
        <w:rPr>
          <w:b/>
        </w:rPr>
        <w:t xml:space="preserve">[56:20] </w:t>
      </w:r>
      <w:r>
        <w:t>ko log stage ke taur par istemal karte thay us par khade ho kar speech dete thay to wahan par yeh tareeqa tha ke log aawaz dete thay wahan ja kar ke to log ikattha ho jatay thay to wahan par aawaz di aap ne aawaz di log ikattha ho gaye aap us par charhe us par charh ke kya kaha aap ne yahi kaha ke tum ko yaani ya jo zindagi tum ko mili hai maut</w:t>
      </w:r>
    </w:p>
    <w:p>
      <w:pPr>
        <w:jc w:val="right"/>
      </w:pPr>
      <w:r>
        <w:t>کو لوگ اسٹیج کے طور پر استعمال کرتے تھے اس پر کھڑے ہو کر اسپیچ دیتے تھے تو وہاں پر یہ طریقہ تھا کہ لوگ اواز دیتے تھے وہاں جا کر کے تو لوگ اکٹھا ہو جاتے تھے تو وہاں پر اواز دی اپ نے اواز دی لوگ اکٹھا ہو گئے اپ اس پر چڑھے اس پر چڑھ کے کیا کہا اپ نے یہی کہا کہ تم کو یعنی یا جو زندگی تم کو ملی ہے موت</w:t>
      </w:r>
    </w:p>
    <w:p>
      <w:r>
        <w:rPr>
          <w:b/>
        </w:rPr>
        <w:t xml:space="preserve">[56:50] </w:t>
      </w:r>
      <w:r>
        <w:t>par khatam nahi hogi maut ke baad phir tum ko dobara zinda kiya jayega aur khuda ke saamne pesh kiya jayega is ke baad ya to jannat hai ya jahannum hai yeh pesh kiya yeh baat kahi aap ne to abu lahab ne jab yeh suna to woh aap ka chacha bhi tha woh aadmi us ne kaha ke tum bura ho kya tum ne</w:t>
      </w:r>
    </w:p>
    <w:p>
      <w:pPr>
        <w:jc w:val="right"/>
      </w:pPr>
      <w:r>
        <w:t>پر ختم نہیں ہوگی موت کے بعد پھر تم کو دوبارہ زندہ کیا جائے گا اور خدا کے سامنے پیش کیا جائے گا اس کے بعد یا تو جنت ہے یا جہنم ہے یہ پیش کیا یہ بات کہی اپ نے تو ابو لہب نے جب یہ سنا تو وہ اپ کا چچا بھی تھا وہ ادمی اس نے کہا کہ تم برا ہو کیا تم نے</w:t>
      </w:r>
    </w:p>
    <w:p>
      <w:r>
        <w:rPr>
          <w:b/>
        </w:rPr>
        <w:t xml:space="preserve">[57:20] </w:t>
      </w:r>
      <w:r>
        <w:t>yahi kehne ke liye hum ko ikattha kiya tha yahan to mein yeh kahoon ga ke sara maamla yeh hai ke hum jo blame doosron par daalna chahte hain woh blame hum khud hamare upar aata hai doosre par blame dene se kya faida itni lambi muddat se hum blame diye chale ja rahe hain ke tum hamare bare mein galat fehmi mein mubtala ho apni galat fehmi ko sahi karo</w:t>
      </w:r>
    </w:p>
    <w:p>
      <w:pPr>
        <w:jc w:val="right"/>
      </w:pPr>
      <w:r>
        <w:t>یہی کہنے کے لیے ہم کو اکٹھا کیا تھا یہاں تو میں یہ کہوں گا کہ سارا معاملہ یہ ہے کہ ہم جو بلیم دوسروں پر ڈالنا چاہتے ہیں وہ بلیم ہم خود ہمارے اوپر اتا ہے دوسرے پر بلیم دینے سے کیا فائدہ اتنی لمبی مدت سے ہم بلیم دیے چلے جا رہے ہیں کہ تم ہمارے بارے میں غلط فہمی میں مبتلا ہو اپنی غلط فہمی کو صحیح کرو</w:t>
      </w:r>
    </w:p>
    <w:p>
      <w:r>
        <w:rPr>
          <w:b/>
        </w:rPr>
        <w:t xml:space="preserve">[57:51] </w:t>
      </w:r>
      <w:r>
        <w:t>to koi sahi nahi kar sakta kyunke woh samajhte hain galat fehmi to hai hi nahi hai to behal hamein apne zehan ko sahi karna hai logon ke mind ki re engineering karna hai aur phir se islam ko is ki sahi buniyadon par khada karna hai yeh hamara mission hai aqool qawli haza wastaghfirullaha li walakum ajmaeen</w:t>
      </w:r>
    </w:p>
    <w:p>
      <w:pPr>
        <w:jc w:val="right"/>
      </w:pPr>
      <w:r>
        <w:t>تو کوئی صحیح نہیں کر سکتا کیونکہ وہ سمجھتے ہیں غلط فہمی تو ہے ہی نہیں ہے تو بہرحال ہمیں اپنے ذہن کو صحیح کرنا ہے لوگوں کے مائنڈ کی ری انجینئرنگ کرنا ہے اور پھر سے اسلام کو اس کی صحیح بنیادوں پر کھڑا کرنا ہے یہ ہمارا مشن ہے اقول قولھذا واستغفراللہ لی ولکم اجمعین</w:t>
      </w:r>
    </w:p>
    <w:p>
      <w:r>
        <w:rPr>
          <w:b/>
        </w:rPr>
        <w:t xml:space="preserve">[58:23] </w:t>
      </w:r>
      <w:r>
        <w:t>das question is from miss zareen what is the creation plan of god for paradise why was creation of paradise required dekhiye jahan tak maine padha hai to maine samjha hai ke</w:t>
      </w:r>
    </w:p>
    <w:p>
      <w:pPr>
        <w:jc w:val="right"/>
      </w:pPr>
      <w:r>
        <w:t>دس کوسچن از فرام مس زرین واٹ از دا کریشن پلان اف گاڈ فار پیراڈائز وائی واز کریشن اف پیراڈائز ریکوائرڈ دیکھیے جہاں تک میں نے پڑھا ہے تو میں نے سمجھا ہے کہ</w:t>
      </w:r>
    </w:p>
    <w:p>
      <w:r>
        <w:rPr>
          <w:b/>
        </w:rPr>
        <w:t xml:space="preserve">[58:58] </w:t>
      </w:r>
      <w:r>
        <w:t>quran o hadees se ke allah taala ne yeh chaha ke apni jo blessing hai bahut badi woh kisi ko de to jannat jo hai woh sab se badi blessing hai khuda ki yaani jannat mein sirf ek cheez nahi hogi yaani khudai</w:t>
      </w:r>
    </w:p>
    <w:p>
      <w:pPr>
        <w:jc w:val="right"/>
      </w:pPr>
      <w:r>
        <w:t>قران و حدیث سے کہ اللہ تعالی نے یہ چاہا کہ اپنی جو بلیسنگ ہے بہت بڑی وہ کسی کو دے تو جنت جو ہے وہ سب سے بڑی بلیسنگ ہے خدا کی یعنی جنت میں صرف ایک چیز نہیں ہوگی یعنی خدائی</w:t>
      </w:r>
    </w:p>
    <w:p>
      <w:r>
        <w:rPr>
          <w:b/>
        </w:rPr>
        <w:t xml:space="preserve">[59:28] </w:t>
      </w:r>
      <w:r>
        <w:t>baqi sab kuch hoga yaani jannat mein jo log honge un mein sirf yeh hoga woh khuda nahi honge lekin sara pleasure sara comfort sari happiness sab kuch unhein mila hua hoga ab is ke liye khuda ne ek bahut hi chhota sa test rakha yaani kaun log hain jo qualify karenge</w:t>
      </w:r>
    </w:p>
    <w:p>
      <w:pPr>
        <w:jc w:val="right"/>
      </w:pPr>
      <w:r>
        <w:t>باقی سب کچھ ہوگا یعنی جنت میں جو لوگ ہوں گے ان میں صرف یہ ہوگا وہ خدا نہیں ہوں گے لیکن سارا پلیژر سارا کمفرٹ ساری ہیپینس سب کچھ انہیں ملا ہوا ہوگا اب اس کے لیے خدا نے ایک بہت ہی چھوٹا سا ٹیسٹ رکھا یعنی کون لوگ ہیں جو کوالیفائی کریں گے</w:t>
      </w:r>
    </w:p>
    <w:p>
      <w:r>
        <w:rPr>
          <w:b/>
        </w:rPr>
        <w:t xml:space="preserve">[59:59] </w:t>
      </w:r>
      <w:r>
        <w:t>paradise mein basane ke liye to chhota test woh test kya hai yeh jo life span hamara hai is dunya mein 50 60 70 saal ka to is mein jo log apne aap ko is character ka yaani yeh dikhayein ke is character ke sath woh reh sakte hain paradise mein aap jante hain ke para</w:t>
      </w:r>
    </w:p>
    <w:p>
      <w:pPr>
        <w:jc w:val="right"/>
      </w:pPr>
      <w:r>
        <w:t>پیراڈائز میں بسانے کے لیے تو چھوٹا ٹیسٹ وہ ٹیسٹ کیا ہے یہ جو لائف سپین ہمارا ہے اس دنیا میں 50 60 70 سال کا تو اس میں جو لوگ اپنے اپ کو اس کریکٹر کا یعنی یہ دکھائیں کہ اس کریکٹر کے ساتھ وہ رہ سکتے ہیں پیراڈائز میں اپ جانتے ہیں کہ پیرا</w:t>
      </w:r>
    </w:p>
    <w:p>
      <w:r>
        <w:rPr>
          <w:b/>
        </w:rPr>
        <w:t xml:space="preserve">[1:00:29] </w:t>
      </w:r>
      <w:r>
        <w:t>dise woh jagah hai quran mein agar aap padhein to milega aap ko ke paradise mein poora peace hi peace hoga sab ke liye ek doosre ke dil mein love hi love hoga wahan koi jhagda nahi koi nuisance nahi koi problem create karne wala nahi to yahan par dekha ja raha hai ke kaun woh insaan hai jo is colony mein reh sakta hai</w:t>
      </w:r>
    </w:p>
    <w:p>
      <w:pPr>
        <w:jc w:val="right"/>
      </w:pPr>
      <w:r>
        <w:t>ڈائز وہ جگہ ہے قران میں اگر اپ پڑھیں تو ملے گا اپ کو کہ پیراڈائز میں پورا پیس ہی پیس ہوگا سب کے لیے ایک دوسرے کے دل میں لو ہی لو ہوگا وہاں کوئی جھگڑا نہیں کوئی نیو سینس نہیں کوئی پرابلم کریٹ کرنے والا نہیں تو یہاں پر دیکھا جا رہا ہے کہ کون وہ انسان ہے جو اس کالونی میں رہ سکتا ہے</w:t>
      </w:r>
    </w:p>
    <w:p>
      <w:r>
        <w:rPr>
          <w:b/>
        </w:rPr>
        <w:t xml:space="preserve">[1:01:00] </w:t>
      </w:r>
      <w:r>
        <w:t>to yahi yahi dekha ja raha hai bas to aise log kitna chhota test hai mein samajhta hoon ke yeh ke aap ke liye yaani aap ke dil mein doosre insaanon ke liye mohabbat ho yaani wahi mohabbat jo aap ko apne dil mein apne bete ke liye hoti hai har aadmi apne bete se mohabbat karta hai par insaan se mohabbat hogi to woh paradise mein jayega</w:t>
      </w:r>
    </w:p>
    <w:p>
      <w:pPr>
        <w:jc w:val="right"/>
      </w:pPr>
      <w:r>
        <w:t>تو یہی یہی دیکھا جا رہا ہے بس تو ایسے لوگ کتنا چھوٹا ٹیسٹ ہے میں سمجھتا ہوں کہ یہ کہ اپ کے لیے یعنی اپ کے دل میں دوسرے انسانوں کے لیے محبت ہو یعنی وہی محبت جو اپ کو اپنے دل میں اپنے بیٹے کے لیے ہوتی ہے ہر ادمی اپنے بیٹے سے محبت کرتا ہے پر انسان سے محبت ہوگی تو وہ پیراڈائز میں جائے گا</w:t>
      </w:r>
    </w:p>
    <w:p>
      <w:r>
        <w:rPr>
          <w:b/>
        </w:rPr>
        <w:t xml:space="preserve">[1:01:30] </w:t>
      </w:r>
      <w:r>
        <w:t>to har ek ke dil mein doosron ki mohabbat ho doosron ko koi problem na create karta ho woh doosron ke liye koi nuisance na create karta ho woh honesty is ke andar ho honesty woh moral values ko follow karta ho yaani bator option to inhi logon ka yahan par selection ho raha hai woh eternal life hogi jahan har qism</w:t>
      </w:r>
    </w:p>
    <w:p>
      <w:pPr>
        <w:jc w:val="right"/>
      </w:pPr>
      <w:r>
        <w:t>تو ہر ایک کے دل میں دوسروں کی محبت ہو دوسروں کو کوئی پرابلم نہ کریٹ کرتا ہو وہ دوسروں کے لیے کوئی نیو سینس نہ کریٹ کرتا ہو وہ انسٹی اس کے اندر ہو انسٹی وہ مار ویلیوز کو فالو کرتا ہو یعنی بطور اپشن تو انہی لوگوں کا یہاں پر سلیکشن ہو رہا ہے وہ ایٹرنل لائف ہوگی جہاں ہر قسم</w:t>
      </w:r>
    </w:p>
    <w:p>
      <w:r>
        <w:rPr>
          <w:b/>
        </w:rPr>
        <w:t xml:space="preserve">[1:02:00] </w:t>
      </w:r>
      <w:r>
        <w:t>ki happiness hogi aap ke liye aap ki sari desire fulfill hongi wahan par to mein batata hoon ke is mein yaani khush hona chahiye insaan ko ke khuda ne hamein kitna bada ek chance khol diya hamare liye kitna bada ek darwaza khol diya hamare liye to yeh to bahut hi zyada khuda ka shukr ada karne ki baat hai</w:t>
      </w:r>
    </w:p>
    <w:p>
      <w:pPr>
        <w:jc w:val="right"/>
      </w:pPr>
      <w:r>
        <w:t>کی ہیپینس ہوگی اپ کے لیے اپ کی ساری ڈیزائر فلفل ہوں گی وہاں پر تو میں بتاتا ہوں کہ اس میں یعنی خوش ہونا چاہیے انسان کو کہ خدا نے ہمیں کتنا بڑا ایک چانس کھول دیا ہمارے لیے کتنا بڑا ایک دروازہ کھول دیا ہمارے لیے تو یہ تو بہت ہی زیادہ خدا کا شکر ادا کرنے کی بات ہے</w:t>
      </w:r>
    </w:p>
    <w:p>
      <w:r>
        <w:rPr>
          <w:b/>
        </w:rPr>
        <w:t xml:space="preserve">[1:02:33] </w:t>
      </w:r>
      <w:r>
        <w:t>aur yeh test jo mujhe lagta hai ke kuch bhi test nahi hai ab insaan jo hai arrogance dikhata hai to arrogance dikhane ki zaroorat hi kya hai arrogance dikha kar aap ko kuch milta bhi nahi yahan par modesty ke sath rahiye arrogant ban kar na rahiye egoist ban kar na rahiye violent ban kar na rahiye yahi sab hai</w:t>
      </w:r>
    </w:p>
    <w:p>
      <w:pPr>
        <w:jc w:val="right"/>
      </w:pPr>
      <w:r>
        <w:t>اور یہ ٹیسٹ جو مجھے لگتا ہے کہ کچھ بھی ٹیسٹ نہیں ہے اب انسان جو ہے ارگنز دکھاتا ہے تو ارگنز دکھانے کی ضرورت ہی کیا ہے ارگنز دکھا کر اپ کو کچھ ملتا بھی نہیں یہاں پر ماڈرسٹی کے ساتھ رہیے ارگنٹ بن کر نہ رہیے ایگوسٹ بن کر نہ رہیے وائلنٹ بن کر نہ رہیے یہی سب ہے</w:t>
      </w:r>
    </w:p>
    <w:p>
      <w:r>
        <w:rPr>
          <w:b/>
        </w:rPr>
        <w:t xml:space="preserve">[1:03:04] </w:t>
      </w:r>
      <w:r>
        <w:t>to mein samajhta hoon ke yeh khuda ki bahut badi blessing hai ke itni badi comfortable jagah par rehne ke liye itna chhota test diya gaya hai is ki detail aap chahein to aap quran se padh sakte hain das question is from mister zubair ahmed is it right that islam says both the oppressor and oppressed are at fault if so</w:t>
      </w:r>
    </w:p>
    <w:p>
      <w:pPr>
        <w:jc w:val="right"/>
      </w:pPr>
      <w:r>
        <w:t>تو میں سمجھتا ہوں کہ یہ خدا کی بہت بڑی بلیسنگ ہے کہ اتنی بڑی کمفرٹیبل جگہ پر رہنے کے لیے اتنا چھوٹا ٹیسٹ دیا گیا ہے اس کی ڈیٹیل اپ چاہیں تو اپ قران سے پڑھ سکتے ہیں دس کوسچن از فرام مسٹر زبیر احمد از اٹ رائٹ دیٹ اسلام سیز بوتھ دی اپریسر اینڈ اپریسڈ ار ایٹ فالٹ اف سو</w:t>
      </w:r>
    </w:p>
    <w:p>
      <w:r>
        <w:rPr>
          <w:b/>
        </w:rPr>
        <w:t xml:space="preserve">[1:03:35] </w:t>
      </w:r>
      <w:r>
        <w:t>why shouldnt be fight to get land or masjid because of it has been grabbed by someone else illegally kya mein samjha nahi dono dono galat hain kahan likha hua hai ke zalim mazloom dono bure hain kahan likha hua hai mujhe to nahi maloom kya padhein isko phir se is it right that islam says both the oppressor and oppressed are at fault if so why shouldnt we fight</w:t>
      </w:r>
    </w:p>
    <w:p>
      <w:pPr>
        <w:jc w:val="right"/>
      </w:pPr>
      <w:r>
        <w:t>وائی شوڈنٹ بی فائٹ ٹو گیٹ لینڈ اور مسجد بیک اف اٹ ہیز بین گریب بائے سم ون ایلس اللیگلی کیا میں سمجھا نہیں دونوں دونوں غلط ہیں کہاں لکھا ہوا ہے کہ ظالم مظلوم دونوں برے ہیں کہاں لکھا ہوا ہے مجھے تو نہیں معلوم کیا پڑھیں اس کو پھر سے از اٹ رائٹ دیٹ اسلام سیز بوتھ دی اپریسر اینڈ اپریسڈ ار ایٹ فالٹ اف سو وائی شوڈنٹ وی فائٹ</w:t>
      </w:r>
    </w:p>
    <w:p>
      <w:r>
        <w:rPr>
          <w:b/>
        </w:rPr>
        <w:t xml:space="preserve">[1:04:05] </w:t>
      </w:r>
      <w:r>
        <w:t>nahi to iska koi reference to diya nahi unhone ke dono galat par hain zalim bhi mazloom bhi hai to kahin hamein pata nahi bhai inko nahi pata yeh matlab hai na iska ji that means that this statement is not correct or it leads to be reference bataiye bec with facts kahan likha hua hai ke zalim aur mazloom dono hi galti par hain hamein to pata nahi bhai maybe you could you know get the reference next time agli baar aap bataiye agle agle reference pata karke</w:t>
      </w:r>
    </w:p>
    <w:p>
      <w:pPr>
        <w:jc w:val="right"/>
      </w:pPr>
      <w:r>
        <w:t>نہیں تو اس کا کوئی ریفرنس تو دیا نہیں انہوں نے کہ دونوں غلطی پر ہیں ظالم بھی مظلوم بھی ہے تو کہیں ہمیں پتہ نہیں بھئی ان کو نہیں پتا یہ مطلب ہے نا اس کا جی دیٹ مینز دیٹ دس سٹیٹمنٹ از ناٹ کریکٹ اور اٹ لیڈز ٹو بی ریفرنس بتائیے بیک ود فیکٹس کہاں لکھا ہوا ہے کہ ظالم اور مظلوم دونوں ہی غلطی پر ہیں ہمیں تو پتہ نہیں بھئی می بی یو کڈ یو نو گیٹ دی ریفرنس نیکسٹ ٹائم اگلی بار اپ بتائیے اگلے اگلے ریفرنس پتہ کر کے</w:t>
      </w:r>
    </w:p>
    <w:p>
      <w:r>
        <w:rPr>
          <w:b/>
        </w:rPr>
        <w:t xml:space="preserve">[1:04:35] </w:t>
      </w:r>
      <w:r>
        <w:t>agli baar aap phir se rephrase kiya apne question ko this question is from miss sadia a hadith says that your neighbor has right on you why is it that our neighbor has right on us kindly comment bhai neighbor ki baat nahi yeh insaan ki baat hai har insaan ka aap ke upar haq hai right hai right kis baat ka ke aap uske liye</w:t>
      </w:r>
    </w:p>
    <w:p>
      <w:pPr>
        <w:jc w:val="right"/>
      </w:pPr>
      <w:r>
        <w:t>اگلی بار اپ پھر سے ری فریز کیا اپنے کوئسچن کو دس کوسچن از فرام مس سعدیہ ا حدیث سیز دیٹ یور نیبر ہیز رائٹ ان یو وائی از اٹ دیٹ اور نیبر ہیز رائٹ ان اس کائنڈلی کمنٹ بھائی نیبر کی بات نہیں یہ انسان کی بات ہے ہر انسان کا اپ کے اوپر حق ہے رائٹ ہے رائٹ کس بات کا کہ اپ اس کے لیے</w:t>
      </w:r>
    </w:p>
    <w:p>
      <w:r>
        <w:rPr>
          <w:b/>
        </w:rPr>
        <w:t xml:space="preserve">[1:05:05] </w:t>
      </w:r>
      <w:r>
        <w:t>new sense create na karein uske liye problem create na karein uske liye aap yani ek hadith hai ke wallah ayub wallah ayub alladhi la yumin ke woh shakhs momin nahi hai woh shakhs momin nahi hai jo doosron ke liye problem create kare to yeh to insani haq hai neighbor ki baat kamane ki sirf neighbor murad nahi hai saare insaan</w:t>
      </w:r>
    </w:p>
    <w:p>
      <w:pPr>
        <w:jc w:val="right"/>
      </w:pPr>
      <w:r>
        <w:t>نیو سینس کریٹ نہ کریں اس کے لیے پرابلم کریٹ نہ کریں اس کے لیے اپ یعنی ایک حدیث ہے کہ واللہ ایوب واللہ ایوب الذی لا یومن کہ وہ شخص مومن نہیں ہے وہ شخص مومن نہیں ہے جو دوسروں کے لیے پرابلم کریٹ کرے تو یہ تو انسانی حق ہے نیبر کی بات کمانے کی صرف نیبر مراد نہیں ہے سارے انسان</w:t>
      </w:r>
    </w:p>
    <w:p>
      <w:r>
        <w:rPr>
          <w:b/>
        </w:rPr>
        <w:t xml:space="preserve">[1:05:36] </w:t>
      </w:r>
      <w:r>
        <w:t>kyunki immediate jo hota hai aap ka wahi hota hai to aap ka immediate test jo hai woh neighbor ke saath hoga kyunki sabse pehle usi se aap jo karenge karenge aap ke behavior ka pehla jo experience karta hai woh neighbor hota hai is lihaz se neighbor ka naam wahan par hai warna iska matlab hai saare insaan</w:t>
      </w:r>
    </w:p>
    <w:p>
      <w:pPr>
        <w:jc w:val="right"/>
      </w:pPr>
      <w:r>
        <w:t>کیونکہ امیڈیٹ جو ہوتا ہے اپ کا وہی ہوتا ہے تو اپ کا امیڈیٹ ٹیسٹ جو ہے وہ نیبر کے ساتھ ہوگا کیونکہ سب سے پہلے اسی سے اپ جو کریں گے کریں گے اپ کے بیہیویئر کا پہلا جو ایکسپیرینس کرتا ہے وہ اپ نیبر ہوتا ہے اس لحاظ سے نیبر کا نام وہاں پر ہے ورنہ اس کا مطلب ہے سارے انسان</w:t>
      </w:r>
    </w:p>
    <w:p>
      <w:r>
        <w:rPr>
          <w:b/>
        </w:rPr>
        <w:t xml:space="preserve">[1:06:07] </w:t>
      </w:r>
      <w:r>
        <w:t>she has another question while in conversation with friend i mentioned to him that dawah is prime responsibility he however wanted to know if there was any direct verse in the quran explaining that dawah is first kindly comment haan dekhiye quran mein do jagah yeh aayatein hain aur aur bhi kai aayatein hain</w:t>
      </w:r>
    </w:p>
    <w:p>
      <w:pPr>
        <w:jc w:val="right"/>
      </w:pPr>
      <w:r>
        <w:t>شی ہیز انادر کوسچن وائل ان کنورسیشن ود فرینڈ ائی مینشن ٹو ہم دیٹ دعوی از پرائم ریسپانسبیلٹی ہی ہاؤ ایور وانٹڈ ٹو نو اف دیر واز اینی ڈائریکٹ ورس ان دی قران ایکسپلیننگ دیٹ دعوی از فرسٹ کائنڈلی کمنٹ ہاں دیکھیے قران میں دو جگہ یہ ایتیں ہیں اور اور بھی کئی ایتیں ہیں</w:t>
      </w:r>
    </w:p>
    <w:p>
      <w:r>
        <w:rPr>
          <w:b/>
        </w:rPr>
        <w:t xml:space="preserve">[1:06:37] </w:t>
      </w:r>
      <w:r>
        <w:t>ke rasool shaheed hadith mein yahi hai ke antum shuhada Allah shuhada ke maani hote hain duaat yahan lafz shuhada jo hai duaat hi ke maani mein hai antum shuhada Allah tum zameen walon par dawah banne ke liye ho shuhada maani gawah tum zameen walon par gawah banne ke liye ho to gawah aur dawah dono ek hi matlab hai dono ka yani dawah aur shahid dono ek hi matlab hai</w:t>
      </w:r>
    </w:p>
    <w:p>
      <w:pPr>
        <w:jc w:val="right"/>
      </w:pPr>
      <w:r>
        <w:t>کہ رسول شہید حدیث میں یہی ہے کہ انتم شہداء اللہ شہداء کے معنی ہوتے ہیں دعات یہاں لفظ شہداء جو ہے دعات ہی کے معنی میں ہے انتم شہداء اللہ تم زمین والوں کے پر داعی بننے کے لیے ہو شہداء معنی گواہ تم زمین والوں پر گواہ بننے کے لیے ہو تو گواہ اور داعی دونوں ایک ہی مطلب ہے دونوں کا یعنی داعی اور شاہد دونوں ایک ہی مطلب ہے</w:t>
      </w:r>
    </w:p>
    <w:p>
      <w:r>
        <w:rPr>
          <w:b/>
        </w:rPr>
        <w:t xml:space="preserve">[1:07:09] </w:t>
      </w:r>
      <w:r>
        <w:t>to hum rasool Allah iska jo woh hai yani jo jo iske peeche jo basic ideology hai woh yeh hai ke paigham ke yeh yani prophet ki finality ko manne ke baad yeh farz ho jata hai basic baat yeh hai pichhle paighambaron ke zamane mein aam logon par farz nahi hota tha kyunki prophet khud dawah ka kaam karte the</w:t>
      </w:r>
    </w:p>
    <w:p>
      <w:pPr>
        <w:jc w:val="right"/>
      </w:pPr>
      <w:r>
        <w:t>تو ہم رسول اللہ اس کا جو وہ ہے یعنی جو جو اس کے پیچھے جو بیسک ائیڈیالوجی ہے وہ یہ ہے کہ پیغام کہ یہ یعنی پرافٹ کی فائنلٹی کو ماننے کے بعد یہ فرض ہو جاتا ہے بیسک بات یہ ہے پچھلے پیغمبروں کے زمانے میں عام لوگوں پر فرض نہیں ہوتا تھا کیونکہ پرافٹ خود دعوت کا کام کرتے تھے</w:t>
      </w:r>
    </w:p>
    <w:p>
      <w:r>
        <w:rPr>
          <w:b/>
        </w:rPr>
        <w:t xml:space="preserve">[1:07:40] </w:t>
      </w:r>
      <w:r>
        <w:t>lekin prophet Muhammad sallallahu alaihi wasallam ke baad farz ho gaya hai kyunki ab paighambar aata nahi to paighambar ki jagah par unhein karna hai yeh kaam yani goya ke ummat jo hai paighambar ko replace kar rahi hai ummat jo hai woh paighambar ki qaim muqam kar rahi hai yeh to saare log mante hain ke yeh ummat jo hai paighambar ki jagah par hai baad ke zamane mein</w:t>
      </w:r>
    </w:p>
    <w:p>
      <w:pPr>
        <w:jc w:val="right"/>
      </w:pPr>
      <w:r>
        <w:t>لیکن پرافٹ محمد صلی اللہ علیہ وسلم کے بعد فرض ہو گیا ہے کیونکہ اب پیغمبر اتا نہیں تو پیغمبر کی جگہ پر انہیں کرنا ہے یہ کام یعنی گویا کہ امت جو ہے پیغمبر کو ریپلیس کر رہی ہے امت جو ہے وہ پیغمبر کی قائم مقام کر رہی ہے یہ تو سارے لوگ مانتے ہیں کہ یہ امت جو ہے پیغمبر کی جگہ پر ہے بعد کے زمانے میں</w:t>
      </w:r>
    </w:p>
    <w:p>
      <w:r>
        <w:rPr>
          <w:b/>
        </w:rPr>
        <w:t xml:space="preserve">[1:08:13] </w:t>
      </w:r>
      <w:r>
        <w:t>isi liye hadith mein aaya hai ke ulama ummati ka anbiya bani israel meri ummat ke jo ulama hain woh israel ke nabiyon ki tarah hain to jo zimmedari pehle nabiyon pe hoti thi woh ab ulama par aa gayi hai yani ummat par aa gayi hai to yaad rakhiye ke dawah jo farz hai woh is se nikalti hai ke nabuwat jab khatam ho gayi to</w:t>
      </w:r>
    </w:p>
    <w:p>
      <w:pPr>
        <w:jc w:val="right"/>
      </w:pPr>
      <w:r>
        <w:t>اسی لیے حدیث میں ایا ہے کہ علماء امتی کا انبیاء بنی اسرائیل میری امت کے جو علماء ہیں وہ اسرائیل کے نبیوں کی طرح ہیں تو جو ذمہ داری پہلے نبیوں پہ ہوتی تھی وہ اب علماء پر ا گئی ہے یعنی امت پر ا گئی ہے تو یاد رکھیے کہ دعوت جو فرض ہے وہ اس سے نکلتی ہے کہ نبوت جب ختم ہوگئی تو</w:t>
      </w:r>
    </w:p>
    <w:p>
      <w:r>
        <w:rPr>
          <w:b/>
        </w:rPr>
        <w:t xml:space="preserve">[1:08:43] </w:t>
      </w:r>
      <w:r>
        <w:t>nabi ka kaam continue rahe iska zariya ummat ko banaya gaya hai is liye farmaya gaya hai ke antum shuhada Allah tum zameen par Khuda gawah ho tumhari duty hai ke tum dawah ka kaam musalsal karte raho yeh hai this question is from miss raziya you rightly mentioned how muslims live with a hate bomb this means that they are not even remotely aware about dawah as</w:t>
      </w:r>
    </w:p>
    <w:p>
      <w:pPr>
        <w:jc w:val="right"/>
      </w:pPr>
      <w:r>
        <w:t>نبی کا کام کنٹینیو رہے اس کا ذریعہ امت کو بنایا گیا ہے اس لیے فرمایا گیا کہ انتم شہداء اللہ تم زمین پر خدا گواہ ہو تمہاری ڈیوٹی ہے کہ تم دعوت کا کام مسلسل کرتے رہو یہ ہے دس کوسچن از فرام مس راضیہ یو رائٹلی مینشن ہاؤ مسلمز لیو ودا ہیٹ بمب دس مینز دیٹ دے ار ناٹ ایون ریموٹلی اویئر اباؤٹ دعوی ایز</w:t>
      </w:r>
    </w:p>
    <w:p>
      <w:r>
        <w:rPr>
          <w:b/>
        </w:rPr>
        <w:t xml:space="preserve">[1:09:13] </w:t>
      </w:r>
      <w:r>
        <w:t>their own responsibility given these circumstances how can muslims be made to understand that the present situation is not a case of misunderstanding but a liability that falls on them haan yahi hum kar rahe hain hamari saari jo mission hai woh yahi hai ke musalmanon ki baat batai jaye saari l</w:t>
      </w:r>
    </w:p>
    <w:p>
      <w:pPr>
        <w:jc w:val="right"/>
      </w:pPr>
      <w:r>
        <w:t>دیر اون ریسپانسبیلٹی گیون دیز سرکمسٹنسز ہاؤ کین مسلمز بی میڈ ٹو انڈرسٹینڈ دیٹ دی پریزنٹ سچویشن از ناٹ ا کیس اف مس انڈرسٹینڈنگ بٹ ا لائبلٹی دیٹ فالز ان دیم ہاں یہی ہم کر رہے ہیں ہماری ساری جو مشن ہے وہ یہی ہے کہ مسلمانوں کی بات بتائی جائے ساری ل</w:t>
      </w:r>
    </w:p>
    <w:p>
      <w:r>
        <w:rPr>
          <w:b/>
        </w:rPr>
        <w:t xml:space="preserve">[1:09:43] </w:t>
      </w:r>
      <w:r>
        <w:t>iterature saari recording saari koshish isi par chal rahi hai hamari to aap log isko phailaiye isko phailaiye jaise maine misaal di ke America mein ek sahab jo bahut pehle se kaam kar rahe the hamare mission ka ab haal mein wahan par ek sahab aaye jo doctor anis ka naam bataya unhone to wahi hate bomb liye hue the apne dil mein isi ko islam samajhte the woh agarche woh doctory karte the woh lekin dil mein hate bomb phir bhi tha</w:t>
      </w:r>
    </w:p>
    <w:p>
      <w:pPr>
        <w:jc w:val="right"/>
      </w:pPr>
      <w:r>
        <w:t>ٹریچر ساری ریکارڈنگ ساری کوشش اسی پر چل رہی ہے ہماری تو اپ لوگ اس کو پھیلائیے اس کو پھیلائیے جیسے میں نے مثال دی کہ امریکہ میں ایک صاحب جو بہت پہلے سے کام کر رہے تھے ہمارے مشن کا اب حال میں وہاں پر ایک صاحب ائے جو ڈاکٹر انیس کا نام بتایا انہوں نے تو وہی ہیٹ وارم لیے ہوئے تھے اپنے دل میں اسی کو اسلام سمجھتے تھے وہ اگرچہ وہ ڈاکٹری کرتے تھے وہ لیکن دل میں ہیٹ وارم پھر بھی تھا</w:t>
      </w:r>
    </w:p>
    <w:p>
      <w:r>
        <w:rPr>
          <w:b/>
        </w:rPr>
        <w:t xml:space="preserve">[1:10:13] </w:t>
      </w:r>
      <w:r>
        <w:t>to samajh lein ke yahi yeh islam hai ab jo yahan ki sab literature diya unhone isko padha unhone to ek dum unki aankh khul gayi ke yeh to hum galti par the love bomb hona chahiye hamare dil mein to yahi kaam karna hai yeh sab aap log kijiye logon ke dil mein head bomb nikaliye aur love bomb rakhiye unke andar to dawah ka kaam phir chalega this question is from</w:t>
      </w:r>
    </w:p>
    <w:p>
      <w:pPr>
        <w:jc w:val="right"/>
      </w:pPr>
      <w:r>
        <w:t>تو سمجھ لیں کہ یہی یہ اسلام ہے اب جو یہاں کی سب لٹریچر دیا انہوں نے اس کو پڑھا انہوں نے تو ایک دم ان کی انکھ کھل گئی کہ یہ تو ہم غلطی پر تھے لو بام ہونا چاہیے ہمارے دل میں تو یہی کام کرنا ہے یہ سب اپ لوگ کیجیے لوگوں کے دلوں میں ہیڈ بام نکالیے اور لو بام رکھیے ان کے اندر تو دعوت کا کام پھر چلے گا دس کوسچن از فر</w:t>
      </w:r>
    </w:p>
    <w:p>
      <w:r>
        <w:rPr>
          <w:b/>
        </w:rPr>
        <w:t xml:space="preserve">[1:10:43] </w:t>
      </w:r>
      <w:r>
        <w:t>from miss sadia what was that prophet sorry what was that prophet moses had said which led pharaoh to say that moses wanted to take away his land Hazrat Musa ne jo kaha tha woh koi is mein koi political message nahi tha woh sirf yeh tha ke ek Khuda ka worship honi chahiye</w:t>
      </w:r>
    </w:p>
    <w:p>
      <w:pPr>
        <w:jc w:val="right"/>
      </w:pPr>
      <w:r>
        <w:t>ام مس سعدیہ واٹ واز دیٹ پرافٹ سوری واٹ واز دیٹ پرافٹ موزیس ہیڈ سیڈ وچ لیڈ فیرو ٹو سے دیٹ موزیس وانٹڈ ٹو ٹیک اوے ہز لینڈ حضرت موسی نے جو کہا تھا وہ کوئی اس میں کوئی پولیٹیکل میسج نہیں تھا وہ صرف یہ تھا کہ ایک خدا کا کی ورشپ ہونی چاہیے</w:t>
      </w:r>
    </w:p>
    <w:p>
      <w:r>
        <w:rPr>
          <w:b/>
        </w:rPr>
        <w:t xml:space="preserve">[1:11:13] </w:t>
      </w:r>
      <w:r>
        <w:t>wahan par yeh tha ke pharaoh jo tha uski worship hoti thi Egypt mein pharaoh jo tha woh uski worship hoti thi usko woh diya jata tha ooncha darja diya jata tha to Hazrat Musa ka message yahi tha jo saare paighambaron ko hota hai ke worship sirf ek Khuda ko honi chahiye bas to wahi message tha jo rasool Allah ne diya saare paighambaron ne diya lekin</w:t>
      </w:r>
    </w:p>
    <w:p>
      <w:pPr>
        <w:jc w:val="right"/>
      </w:pPr>
      <w:r>
        <w:t>وہاں پر یہ تھا کہ فارو جو تھا اس کی ورشپ ہوتی تھی ایجپٹ میں فارو جو تھا وہ اس کی ورشپ ہوتی تھی اس کو وہ دیا جاتا تھا اونچا درجہ دیا جاتا تھا تو حضرت موسی کا میسج یہی تھا جو سارے پیغمبروں کو ہوتا ہے کہ ورشپ صرف ایک خدا کو ہونی چاہیے بس تو وہی میسج تھا جو رسول اللہ نے دیا سارے پیغمبروں نے دیا لیکن</w:t>
      </w:r>
    </w:p>
    <w:p>
      <w:r>
        <w:rPr>
          <w:b/>
        </w:rPr>
        <w:t xml:space="preserve">[1:11:43] </w:t>
      </w:r>
      <w:r>
        <w:t>pharaoh ne durbariyon ko bhadkane ke liye woh baat kahi yeh hamesha aisa hota hai ke bhadkane ke liye baat kehta hai aap political partiyon ko padhiye paperon mein har jo opposition party hoti hai ek ek ulta baat lagati hai usko taake logon ko bhadkaye to yeh to opposition partiyon ka jo character aap dekhte hain rozana isi desh mein wahi usne kiya pharaoh ne logon ko bhadkane ke liye lekin</w:t>
      </w:r>
    </w:p>
    <w:p>
      <w:pPr>
        <w:jc w:val="right"/>
      </w:pPr>
      <w:r>
        <w:t>فرعون نے درباریوں کو بھڑکانے کے لیے وہ بات کہی یہ ہمیشہ ایسا ہوتا ہے کہ بھڑکانے کے لیے بات کہتا ہے اپ پولیٹیکل پارٹیوں کو پڑھیے پیپروں میں ہر جو اپوزیشن پارٹی ہوتی ہے ایک ایک الٹا بات لگاتی ہے اس کو تاکہ لوگوں کو بھڑکائے تو یہ تو اپوزیشن پارٹیوں کا جو کریکٹر اپ دیکھتے ہیں روزانہ اسی دیش میں وہی اس نے کیا فرعون نے لوگوں کو بھڑکانے کے لیے لیکن</w:t>
      </w:r>
    </w:p>
    <w:p>
      <w:r>
        <w:rPr>
          <w:b/>
        </w:rPr>
        <w:t xml:space="preserve">[1:12:13] </w:t>
      </w:r>
      <w:r>
        <w:t>isko nikal liya Hazrat Sayyid Qutb ne ab dekhein kitni illogical baat hai ke Musa ka mission niklega Musa ke apne word se na ke pharaoh ke word se aisi hogi jaise ke kisi party ka kya uska aim object hai woh opposition party se nikalein aap aisa kaise ho sakta hai yani opposition party ki jo baatein hain usko lein aur</w:t>
      </w:r>
    </w:p>
    <w:p>
      <w:pPr>
        <w:jc w:val="right"/>
      </w:pPr>
      <w:r>
        <w:t>اس کو نک لے لیا حضرت سیف کتب نے اب دیکھیں کتنی اللاجیکل بات ہے کہ موسی کا مشن نکلے گا موسی کے اپنے ورڈ سے نہ کہ فرعون کے ورڈ سے ایسی ہوگی جیسے کہ کسی پارٹی کا کیا اس کا ایمن ابجیکٹ ہے وہ اپوزیشن پارٹی سے نکالیں اپ ایسا کیسے ہو سکتا ہے یعنی اپوزیشن پارٹی کی جو باتیں ہیں اس کو لیں اور</w:t>
      </w:r>
    </w:p>
    <w:p>
      <w:r>
        <w:rPr>
          <w:b/>
        </w:rPr>
        <w:t xml:space="preserve">[1:12:43] </w:t>
      </w:r>
      <w:r>
        <w:t>le kahin dekho tum yeh karte ho aisa nahi ho sakta hai yani ek ek party ne apna jo manifesto chhapa hai usse jaane ke uska kya yani kya hai manifesto doosre doosre opposition party jo blame kar rahi hai usse nahi nikal sakte aap to Sayyid Qutb ki yeh baat kehti hai illogical hai ke Hazrat Musa ki jo speech thi wahan par use nahi nikala unhone Hazrat Musa ka</w:t>
      </w:r>
    </w:p>
    <w:p>
      <w:pPr>
        <w:jc w:val="right"/>
      </w:pPr>
      <w:r>
        <w:t>لے کہیں دیکھو تم یہ کرتے ہو ایسا نہیں ہو سکتا ہے یعنی ایک ایک پارٹی نے اپنا جو مینفسٹر چھاپا ہے اس سے جانیں کہ اس کا کیا یعنی کیا ہے مینیفسٹو دوسرے دوسرے اپوزیشن پارٹی جو بلیم کر رہی ہے اس سے نہیں نکال سکتے اپ تو سید قطب کی یہ بات کہتی ہے اللائیکل ہے کہ حضرت موسی کی جو سپیچ تھی وہاں پر اسے نہیں نکالا انہوں نے حضرت موسی کا</w:t>
      </w:r>
    </w:p>
    <w:p>
      <w:r>
        <w:rPr>
          <w:b/>
        </w:rPr>
        <w:t xml:space="preserve">[1:13:13] </w:t>
      </w:r>
      <w:r>
        <w:t>mission pharaoh ki jo speech thi jo bhadkane ke liye thi use nikala Hazrat Musa ka mission yeh is mein galti hai yeh isi tarah ke yani isi tarah ke galat baatein karke log musalmanon ke dimagh kharab kiye hue hain this question is from miss mariya what is the difference between the mystic comprehension of god which is</w:t>
      </w:r>
    </w:p>
    <w:p>
      <w:pPr>
        <w:jc w:val="right"/>
      </w:pPr>
      <w:r>
        <w:t>مشن فرعون کی جو سپیچ تھی جو بھڑکانے کے لیے تھی اسے نکالا حضرت موسی کا مشن یہ اس میں غلطی ہے یہ اسی طرح کے یعنی اسی طرح کے غلط باتیں کر کے لوگ مسلمانوں کے دماغ خراب کیے ہوئے ہیں دس کوسچن از فرام مس ماریہ واٹ از دا ڈیفرنس بٹوین دا مسٹک کمپرینشن اف گاڈ وچ از</w:t>
      </w:r>
    </w:p>
    <w:p>
      <w:r>
        <w:rPr>
          <w:b/>
        </w:rPr>
        <w:t xml:space="preserve">[1:13:43] </w:t>
      </w:r>
      <w:r>
        <w:t>ecstasy and the vision or inspiration from god which you often mention dekhein ecstasy to kuch bhi nahi hai woh to sirf ek yani yun samajh lein ke ek anesthesia hota hai woh ek spiritual anesthesia hai jo log ecstasy ka experience karte hain unse poochhein ke unhein kya mila to kuch bhi nahi milta unko bas ek</w:t>
      </w:r>
    </w:p>
    <w:p>
      <w:pPr>
        <w:jc w:val="right"/>
      </w:pPr>
      <w:r>
        <w:t>ایکسٹیسی اینڈ دی ویژن اور انسپیریشن فرام گاڈ وچ یو افن مینشن دیکھیں ایکسٹیسی تو کچھ بھی نہیں ہے وہ تو صرف ایک یعنی یوں سمجھ لیں کہ ایک جی اینستیسیا ہوتا ہے وہ ایک اسپیریچول اینستیسیا ہے جو لوگ ایکسٹیسی کا ایکسپیرینس کرتے ہیں ان سے پوچھیں کہ انہیں کیا ملا تو کچھ بھی نہیں ملتا ان کو بس ایک</w:t>
      </w:r>
    </w:p>
    <w:p>
      <w:r>
        <w:rPr>
          <w:b/>
        </w:rPr>
        <w:t xml:space="preserve">[1:14:14] </w:t>
      </w:r>
      <w:r>
        <w:t>ek us state mein chale aate hain jis state mein anesthesia ke baad koi aadmi chala jata hai ya afim khane ke baad chala jata hai to main samajhta hoon ke yeh ek aur hi cheez hai woh ek aur region hai woh islam to aqal ka mazhab hai Khuda ne aqal paida ki hai to aqal ke level par yani reason ke level par jab aap kuch paayein to woh paana hua yani Khuda ki dis</w:t>
      </w:r>
    </w:p>
    <w:p>
      <w:pPr>
        <w:jc w:val="right"/>
      </w:pPr>
      <w:r>
        <w:t>ایک اس اسٹیٹ میں چلے اتے ہیں جس اسٹیٹ میں انستیس کے بعد کوئی ادمی چلا جاتا ہے یا افیون کھانے کے بعد چلا جاتا ہے تو میں سمجھتا ہوں کہ یہ ایک اور ہی چیز ہے وہ ایک اور ریجن ہے وہ اسلام تو عقل کا مذہب ہے خدا نے عقل پیدا کی ہے تو عقل کے لیول پر یعنی ریزن کے لیول پر جب اپ کچھ پائیں تو وہ پانا ہوا یعنی خدا کی ڈس</w:t>
      </w:r>
    </w:p>
    <w:p>
      <w:r>
        <w:rPr>
          <w:b/>
        </w:rPr>
        <w:t xml:space="preserve">[1:14:44] </w:t>
      </w:r>
      <w:r>
        <w:t>covery Khuda ka realization Khuda ki marifat wahi yani sahi hai jo reason ke level par ho intellectual awakening ke level par ho excessive ke level par ho to woh kuch bhi nahi hai woh nothing hai woh kyunki us mein to kuch milta hi nahi main aise kitne logon ko mila hoon jo yeh daawa karte hain to unse jab baat karoon to baat kuch bhi nahi mila</w:t>
      </w:r>
    </w:p>
    <w:p>
      <w:pPr>
        <w:jc w:val="right"/>
      </w:pPr>
      <w:r>
        <w:t>کوری خدا کا ریلائزیشن خدا کی معرفت وہی یعنی صحیح ہے جو ریزن کے لیول پر ہو انٹلیکچول اویکننگ کے لیول پر ہو ایکسیسو کے لیول پر ہو تو وہ کچھ بھی نہیں ہے وہ نتھنگ ہے وہ کیونکہ اس میں تو کچھ ملتا ہی نہیں میں ایسے کتنے لوگوں کو ملا ہوں جو یہ دعوی کرتے ہیں تو ان سے جب بات کروں تو بات کچھ بھی نہیں ملا</w:t>
      </w:r>
    </w:p>
    <w:p>
      <w:r>
        <w:rPr>
          <w:b/>
        </w:rPr>
        <w:t xml:space="preserve">[1:15:16] </w:t>
      </w:r>
      <w:r>
        <w:t>is wajah se woh ek alag koi cheez ho sakti hai lekin main isko islam se jodne ko tayyar nahi hoon this question is from doctor farida khano many muslims particularly the labor class and the uneducated often pray only friday prayers is it sufficient for them or five time prayer is essential for everyone</w:t>
      </w:r>
    </w:p>
    <w:p>
      <w:pPr>
        <w:jc w:val="right"/>
      </w:pPr>
      <w:r>
        <w:t>اس وجہ سے وہ ایک الگ کوئی چیز ہو سکتی ہے لیکن میں اس کو اسلام سے جوڑنے کو تیار نہیں ہوں دس کوسچن از فرام ڈاکٹر فریدہ خانم مینی مسلمز پرٹیکولرلی دا لیبر کلاس اینڈ دی ان ایجوکیٹڈ افن پرے اونلی فرائیڈے پریرز از اٹ سفیشنٹ فار دیم اور فائیو ٹائم پریئر از ایسینشل فار ایوری ون</w:t>
      </w:r>
    </w:p>
    <w:p>
      <w:r>
        <w:rPr>
          <w:b/>
        </w:rPr>
        <w:t xml:space="preserve">[1:15:47] </w:t>
      </w:r>
      <w:r>
        <w:t>dekhein yeh to bilkul galat baat hai yani friday prayer se kabhi bhi islam ka jo teaching hai woh poori nahi hoti bilkul galat hai yeh yeh to yeh to sach poochhein ke jo doosron ke haan jo hai maslan christians ke haan sunday prayer hoti hai aur yahudiyon ke haan saturday prayer hoti hai to weekly prayer ka doosron ke haan asar tha islam mein aisa nahi hai</w:t>
      </w:r>
    </w:p>
    <w:p>
      <w:pPr>
        <w:jc w:val="right"/>
      </w:pPr>
      <w:r>
        <w:t>دیکھیں یہ تو بالکل غلط بات ہے یعنی فرائیڈے پریئر سے کبھی بھی اسلام کا جو ٹیچنگ ہے وہ پوری نہیں ہوتی بالکل غلط ہے یہ یہ تو یہ تو سچ پوچھیں کہ جو دوسروں کے ہاں جو ہے مثلا کرسچنز کے ہاں سنڈے پریئر ہوتی ہے اور یہودیوں کے ہاں سیٹرڈے پریئر ہوتی ہے تو ویکلی پریئر کا دوسروں کے ہاں اثر تھا اسلام میں ایسا نہیں ہے</w:t>
      </w:r>
    </w:p>
    <w:p>
      <w:r>
        <w:rPr>
          <w:b/>
        </w:rPr>
        <w:t xml:space="preserve">[1:16:17] </w:t>
      </w:r>
      <w:r>
        <w:t>bilkul acceptable nahi hai yeh baat hargiz aur is mein koi bhi ikhtilaf nahi hai saare fuqaha aur saare ulama ka kisi ne yeh baat nahi likhi hai ke sunday ki prayer kar lo to bas ho gaya ek bhi shakhs nahi milega aap ko to is ka jo source hai woh christian tradition hai aur jo tradition hai islam nahi hai to islam mein paanch waqt ki namaz jo hai farz hai</w:t>
      </w:r>
    </w:p>
    <w:p>
      <w:pPr>
        <w:jc w:val="right"/>
      </w:pPr>
      <w:r>
        <w:t>بالکل ایکسیپٹیبل نہیں ہے یہ بات ہرگز اور اس میں کوئی بھی اختلاف نہیں ہے سارے فقہاء اور سارے علماء کا کسی نے یہ بات نہیں لکھی ہے کہ سنڈے کی پریئر کر لو تو بس ہو گیا ایک بھی شخص نہیں ملے گا اپ کو تو اس کا جو سورس ہے وہ کرسچن ٹریڈیشن ہے اور جو ٹریڈیشن ہے اسلام نہیں ہے تو اسلام میں پانچ وقت کی نماز جو ہے فرض ہے</w:t>
      </w:r>
    </w:p>
    <w:p>
      <w:r>
        <w:rPr>
          <w:b/>
        </w:rPr>
        <w:t xml:space="preserve">[1:16:47] </w:t>
      </w:r>
      <w:r>
        <w:t>is mein koi shakk hi nahi hai aur jo log yeh kehte hain ke quran mein nahi hai to yeh bhi galat kehte hain quran mein bhi paanch waqt ki namaz batai gayi hai is mein ek article likha hai koi padh sakta hai is ko to paanch ka word to nahi hai quran mein lekin is mein aap study karein to is mein paanch waqt nikalta hai bahut clear taur par to islam mein beharhaal paanch waqt hi ki namaz hai na teen waqt ki hai na na haft</w:t>
      </w:r>
    </w:p>
    <w:p>
      <w:pPr>
        <w:jc w:val="right"/>
      </w:pPr>
      <w:r>
        <w:t>اس میں کوئی شک ہی نہیں ہے اور جو لوگ یہ کہتے ہیں کہ قران میں نہیں ہے تو یہ بھی غلط کہتے ہیں قران میں بھی پانچ وقت کی نماز بتائی گئی ہے اس میں ایک ارٹیکل لکھا ہے کوئی پڑھ سکتا ہے اس کو تو پانچ کا ورڈ تو نہیں ہے قران میں لیکن اس میں اپ اسٹڈی کریں تو اس میں پانچ وقت نکلتا ہے بہت کلیئر طور پر تو اسلام میں بہرحال پانچ وقت ہی کی نماز ہے نہ تین وقت کی ہے نہ نہ ہفت</w:t>
      </w:r>
    </w:p>
    <w:p>
      <w:r>
        <w:rPr>
          <w:b/>
        </w:rPr>
        <w:t xml:space="preserve">[1:17:17] </w:t>
      </w:r>
      <w:r>
        <w:t>e haftay mein ek din ki hai yeh to khud hi khud bana liya logon ne yeh musalmanon ka riwaj hai yaad rakhein ek hai musalmanon ka apna riwaj ek hai shariyat yeh shariyat hargiz nahi hai musalmanon ka apna riwaj hai khuda kabhi accept nahi karega aise riwaj ko ten question is from doctor hamid hussain what is the sig</w:t>
      </w:r>
    </w:p>
    <w:p>
      <w:pPr>
        <w:jc w:val="right"/>
      </w:pPr>
      <w:r>
        <w:t>ے ہفتے میں ایک دن کی ہے یہ تو خود ہی خود بنا لیا لوگوں نے یہ مسلمانوں کا رواج ہے یاد رکھیں ایک ہے مسلمانوں کا اپنا رواج ایک ہے شریعت یہ شریعت ہرگز نہیں ہے مسلمانوں کا اپنا رواج ہے خدا کبھی ایکسیپٹ نہیں کرے گا ایسے رواج کو دس کوسچن از فرام ڈاکٹر حامد حسین واٹ از دا سگ</w:t>
      </w:r>
    </w:p>
    <w:p>
      <w:r>
        <w:rPr>
          <w:b/>
        </w:rPr>
        <w:t xml:space="preserve">[1:17:47] </w:t>
      </w:r>
      <w:r>
        <w:t>nificance of kalma there is confusion as to how many kalmas are there some say it is one some say that there are five while there are still some other who say that there are seven kalmas what is the correct picture yani mein bhi kaun log hain jo paanch kalma aur saat kalma batate hain mein to janta hoon ek hi kalma sab log mante hain mujhe to pata nahi bhai</w:t>
      </w:r>
    </w:p>
    <w:p>
      <w:pPr>
        <w:jc w:val="right"/>
      </w:pPr>
      <w:r>
        <w:t>نیفیکنس اف کلمہ دیر از کنفیوژن ایز ٹو ہاؤ مینی کلماز ار دیر سم سے اٹ از ون سم سے دیٹ دیر ار فائیو وائل دیر ار سٹل سم ادر ہو سی دیٹ دیر ار سیون کلماز واٹ از دا کریکٹ پکچر یعنی میں بھی کون لوگ ہیں جو پانچ کلمہ اور سات کلمہ بتاتے ہیں میں تو جانتا ہوں ایک ہی کلمہ سب لوگ مانتے ہیں مجھے تو پتہ نہیں بھائی</w:t>
      </w:r>
    </w:p>
    <w:p>
      <w:r>
        <w:rPr>
          <w:b/>
        </w:rPr>
        <w:t xml:space="preserve">[1:18:18] </w:t>
      </w:r>
      <w:r>
        <w:t>agar ho to aap detail bataiye un ki ke woh kaun log hain kaun group hai kya un ka naam hai kya reference dete hain woh apna sirf ek hai ke ek hai iman mujmal ek hai iman mufassal to dono mein koi farq nahi hai dono ek hi hai thoda sa kuch kuch word badh jaate hain bas to do kalma nahi kaha jayega is ko ek hi kalma kaha jayega iman mujmal aur iman mufassal mein koi do kalma nahi kaha jayega jaise hum yeh ke</w:t>
      </w:r>
    </w:p>
    <w:p>
      <w:pPr>
        <w:jc w:val="right"/>
      </w:pPr>
      <w:r>
        <w:t>اگر ہو تو اپ ڈیٹیل بتائیے ان کی کہ وہ کون لوگ ہیں کون گروپ ہے کیا ان کا نام ہے کیا ریفرنس دیتے ہیں وہ اپنا صرف ایک ہے کہ ایک ہے ایمان مجمل ایک ہے ایمان مفصل تو دونوں میں کوئی فرق نہیں ہے دونوں ایک ہی ہے تھوڑا سا کچھ کچھ ورڈ بڑھ جاتے ہیں بس تو دو کلمہ نہیں کہا جائے گا اس کو ایک ہی کلمہ کہا جائے گا ایمان مجمل اور ایمان مفصل میں کوئی دو کلمہ نہیں کہا جائے گا جیسے ہم یہ کہ</w:t>
      </w:r>
    </w:p>
    <w:p>
      <w:r>
        <w:rPr>
          <w:b/>
        </w:rPr>
        <w:t xml:space="preserve">[1:18:48] </w:t>
      </w:r>
      <w:r>
        <w:t>hte hain ashhadu an la ilaha illallahu wa ashhadu anna Muhammadan abduhu wa rasuluh jo kehte hain ke iman mujmal hi hai is mein aur do chaar word badha dete hain to mufassal nahi hua woh to usi ke andar implicit hai woh usi ke andar implicit hai woh to mein jahan tak samajhta hoon kalma ek hi hai koi paanch kalma saat kalma yeh sahi baat nahi hai yeh head also is what is the significance of kalma haan kalma jo hai state</w:t>
      </w:r>
    </w:p>
    <w:p>
      <w:pPr>
        <w:jc w:val="right"/>
      </w:pPr>
      <w:r>
        <w:t>تے ہیں اشھد ان لا الہ الا اللہ واشہد ان محمد عبدہ ورسولہ جو کہتے ہیں کہ ایمان مجمل ہی ہے اس میں اور دو چار ورڈ بڑھا دیتے ہیں تو مفصل نہیں ہوا وہ تو اسی کے اندر ایمپلیسیٹ ہے وہ اسی کے اندر ایمپلیسیٹ ہے وہ تو میں جہاں تک سمجھتا ہوں کلمہ ایک ہی ہے کوئی پانچ کلمہ سات کلمہ یہ صحیح بات نہیں ہے یہ ہیڈ السو اس واٹ از دا سگنیفیکنس اف کلمہ ہاں کلمہ جو ہے اسٹیٹ</w:t>
      </w:r>
    </w:p>
    <w:p>
      <w:r>
        <w:rPr>
          <w:b/>
        </w:rPr>
        <w:t xml:space="preserve">[1:19:18] </w:t>
      </w:r>
      <w:r>
        <w:t>ment of yani statement of your faith aap ko jo faith hai us ka jo statement dete hain aap woh hota hai kalma statement ko lift service nahi matlab yeh ke jab aap us ki marifat ke darjay mein paate hain aap is baat ko marifat ka matlab hota hai realization jab aap is ko realize karte hain as the truth aur phir is ko aap declare karte</w:t>
      </w:r>
    </w:p>
    <w:p>
      <w:pPr>
        <w:jc w:val="right"/>
      </w:pPr>
      <w:r>
        <w:t>منٹ اف یعنی اسٹیٹمنٹ اف یور فیتھ اپ کو جو فیتھ ہے اس کا جو اسٹیٹمنٹ دیتے ہیں اپ وہ ہوتا ہے کلمہ اسٹیٹمنٹ کو لفٹ سروس نہیں مطلب یہ کہ جب اپ اس کی معرفت کے درجے میں پاتے ہیں اپ اس بات کو معرفت کا مطلب ہوتا ہے ریلائزیشن جب اپ اس کو ریلائز کرتے ہیں ایز دا ٹروتھ اور پھر اس کو اپ ڈیکلیئر کرتے</w:t>
      </w:r>
    </w:p>
    <w:p>
      <w:r>
        <w:rPr>
          <w:b/>
        </w:rPr>
        <w:t xml:space="preserve">[1:19:49] </w:t>
      </w:r>
      <w:r>
        <w:t>hain that is kalma this question is from doctor farida khano why muslims have become a protestant group in spite of the fact that they enjoy all the modern facilities they rule 57 countries they are in far better state today than ever before why they fail to analyze the situation and are easily misled by</w:t>
      </w:r>
    </w:p>
    <w:p>
      <w:pPr>
        <w:jc w:val="right"/>
      </w:pPr>
      <w:r>
        <w:t>ہیں دیٹ از کلمہ دس کوسچن از فرام ڈاکٹر فریدہ خانم وائی مسلمز ہیو بیکم ا پروٹیسٹنٹ گروپ انسپائٹ اف دا فیکٹ دیٹ دے انجوائے ال دی ماڈرن فیسلیٹیز دے رول 57 کنٹریز دے ار ان فار بیٹر سٹیٹ ٹوڈے دین ایور بیفور وائی دے فیل ٹو اینالائز دا سچویشن اینڈ ار ایزیلی مس لیڈ بائی</w:t>
      </w:r>
    </w:p>
    <w:p>
      <w:r>
        <w:rPr>
          <w:b/>
        </w:rPr>
        <w:t xml:space="preserve">[1:20:19] </w:t>
      </w:r>
      <w:r>
        <w:t>their misguided leaders haan mein apna ek qissa bataoon aap ko aise bahut kai baar aise hue hain mere bahut baar yahi deen mein jahan mein rehta hoon ek sahib aaye ek baar milne ke liye badi gaadi pe aaye the woh hamare ghar ke saamne badi gaadi un ki khadi hui ab woh upar aaye woh khoob kapda achha kapda pehne hue the yani aalim wala kapda tha un ka bilkul safed aur topi</w:t>
      </w:r>
    </w:p>
    <w:p>
      <w:pPr>
        <w:jc w:val="right"/>
      </w:pPr>
      <w:r>
        <w:t>دیر مس گائیڈڈ لیڈرز ہاں میں اپنا ایک قصہ بتاؤں اپ کو ایسے بہت کئی بار ایسے ہوئے ہیں میرے بہت بار یہی دین میں جہاں میں رہتا ہوں ایک صاحب ائے ایک بار ملنے کے لیے بڑی گاڑی پہ ائے تھے وہ ہمارے گھر کے سامنے بڑی گاڑی ان کی کھڑی ہوئی اب وہ اوپر ائے وہ خوب کپڑا اچھا کپڑا پہنے ہوئے تھے یعنی عالم والا کپڑا تھا ان کا بالکل سفید اور ٹوپی</w:t>
      </w:r>
    </w:p>
    <w:p>
      <w:r>
        <w:rPr>
          <w:b/>
        </w:rPr>
        <w:t xml:space="preserve">[1:20:49] </w:t>
      </w:r>
      <w:r>
        <w:t>aur yeh woh khoob achhi health bhi thi un ki to baithe ab yeh baatein kar rahe the ke musalmanon ko zulm ho raha hai musalmanon par musalman bahut hi buri halat mein hain musalmanon ko koi job nahi hai musalmanon ko koi scope nahi hai yeh waghera waghera to khair woh bole chale ja rahe the aise hi ya is tarah qisse baar baar hui hain mere saath to un ke mobile jo tha un ki jeb mein us ki ghanti baji to nikala unhone aur baat kiya</w:t>
      </w:r>
    </w:p>
    <w:p>
      <w:pPr>
        <w:jc w:val="right"/>
      </w:pPr>
      <w:r>
        <w:t>اور یہ وہ خوب اچھی ہیلتھ بھی تھی ان کی تو بیٹھے اب یہ باتیں کر رہے تھے کہ مسلمانوں کو ظلم ہو رہا ہے مسلمانوں پر مسلمان بہت ہی بری حالت میں ہیں مسلمانوں کو کوئی جاب نہیں ہے مسلمانوں کو کوئی سکوپ نہیں ہے یہ وغیرہ وغیرہ تو خیر وہ بولے چلے جا رہے تھے ایسے ہی یا اس طرح قصے بار بار ہوئی ہیں میرے ساتھ تو ان کے موبائل جو تھا ان کی جیب میں اس کی گھنٹی بجی تو نکالا انہوں نے اور بات کیا</w:t>
      </w:r>
    </w:p>
    <w:p>
      <w:r>
        <w:rPr>
          <w:b/>
        </w:rPr>
        <w:t xml:space="preserve">[1:21:19] </w:t>
      </w:r>
      <w:r>
        <w:t>tab mein bola mujhe yeh bataiye ke aap yaad karte hain mughal daur ko mughal daur ko badi cheez samajhte hain kis mughal ruler ke paas mobile hota tha bataiye is ka naam koi mughal ruler jo tha us ka mobile hota tha communication ke liye phir un ke haath bandhi hui thi golden wrist watch maine kaha kis mughal ruler ke paas aisi rich watch wrist watch hoti thi itni khoobsurat ghadi jab bandhi hui hai apne us par</w:t>
      </w:r>
    </w:p>
    <w:p>
      <w:pPr>
        <w:jc w:val="right"/>
      </w:pPr>
      <w:r>
        <w:t>تب میں بولا مجھے یہ بتائیے کہ اپ یاد کرتے ہیں مغل دور کو مغل دور کو بڑی چیز سمجھتے ہیں کس مغل رولر کے پاس موبائل ہوتا تھا بتائیے اس کا نام کوئی مغل رولر جو تھا اس کا موبائل ہوتا تھا کمیونیکیشن کے لیے پھر ان کے ہاتھ بدی ہوئی تھی گولڈن رسٹ واچ میں نے کہا کس مغل رولر کے پاس ایسی رچ واچ رسٹ واچ ہوتی تھی اتنی خوبصورت گھڑی جب باندھی ہوئی ہے اپنے اس پر</w:t>
      </w:r>
    </w:p>
    <w:p>
      <w:r>
        <w:rPr>
          <w:b/>
        </w:rPr>
        <w:t xml:space="preserve">[1:21:51] </w:t>
      </w:r>
      <w:r>
        <w:t>phir unhone kaha kaun mughal ruler aisi car par baithta hai jo jis car par baith ke aap aaye hain hamare paas kis mughal shehenshah ke paas aisi car hoti thi phir woh jo kapda pehne hue hain aap mulk ka mulk ka bana hua kaun mughal ruler tha jo aisa kapda pehanta tha to aap log nashukri ki baat kyun karte hain yeh nahi kyun nahi kehte aap ke yani mughal rule khatam ho gaya hum is se bhi achhi halat mein aajayein is se bhi achhi halat mein aap hain to shukr kyun nahi karte aap</w:t>
      </w:r>
    </w:p>
    <w:p>
      <w:pPr>
        <w:jc w:val="right"/>
      </w:pPr>
      <w:r>
        <w:t>پھر انہوں نے کہا کون مغل رولر ایسی کار پر بیٹھتا ہے جو جس کار پر بیٹھ کے اپ ائے ہیں ہمارے پاس کس مغل شہنشاہ کے پاس ایسی کار ہوتی تھی پھر وہ جو کپڑا پہنے ہوئے ہیں اپ ملک کا مل کا بنا ہوا کون مغل رولر تھا جو ایسا کپڑا پہنتا تھا تو اپ لوگ ناشکری کی بات کیوں کرتے ہیں یہ نہیں کیوں نہیں کہتے اپ کے یعنی مغل رول ختم ہو گیا ہم اس سے بھی اچھی حالت میں اجائیں اس سے بھی اچھی حالت میں اپ ہیں تو شکر کیوں نہیں کرتے اپ</w:t>
      </w:r>
    </w:p>
    <w:p>
      <w:r>
        <w:rPr>
          <w:b/>
        </w:rPr>
        <w:t xml:space="preserve">[1:22:23] </w:t>
      </w:r>
      <w:r>
        <w:t>aise hi mein wahan hyderabad ek baar gaya to wahan par mujhe jo jo topic diya gaya tha ke hyderabad ka musalman kya karein background yeh tha ke nizam ki hukumat khatam ho gayi to yeh aur woh to mein ne kaha ke aap log bilkul blind hain shayad mein ne kaha mein pehle bhi aaya hoon hyderabad mein 47 se pehle 47 se pehle bhi mein hyderabad gaya hoon ek baar to wahan kya tha ek road par mein chal raha tha</w:t>
      </w:r>
    </w:p>
    <w:p>
      <w:pPr>
        <w:jc w:val="right"/>
      </w:pPr>
      <w:r>
        <w:t>ایسے ہی میں وہاں حیدر اباد ایک بار گیا تو وہاں پر مجھے جو جو ٹاپک دیا گیا تھا کہ حیدر اباد کا مسلمان کیا کریں بیک گراؤنڈ یہ تھا کہ نظام کی حکومت ختم ہوگئی تو یہ اور وہ تو میں نے کہا کہ اپ لوگ بالکل بلائنڈ ہیں شاید میں نے کہا میں پہلے بھی ایا ہوں حیدر اباد میں 47 سے پہلے 47 سے پہلے بھی میں حیدر اباد گیا ہوں ایک بار تو وہاں کیا تھا ایک روڈ پر میں چل رہا تھا</w:t>
      </w:r>
    </w:p>
    <w:p>
      <w:r>
        <w:rPr>
          <w:b/>
        </w:rPr>
        <w:t xml:space="preserve">[1:22:54] </w:t>
      </w:r>
      <w:r>
        <w:t>yeh naujawani ke zamane ki baat hai to achaanak police wale is road par aaye aur sab ko hatane lage saari road khali kar di gayi phir teen carain aayin teen carain maloom hua ke yeh rozana nizam sahib jo hain nawab sahib jaate hain kahin to beech mein un ki car hoti thi aage ek aur car peechhe ek aur car to us waqt saare hyderabad mein sirf teen carain thi</w:t>
      </w:r>
    </w:p>
    <w:p>
      <w:pPr>
        <w:jc w:val="right"/>
      </w:pPr>
      <w:r>
        <w:t>یہ نوجوانی کے زمانے کی بات ہے تو اچانک پولیس والے اس روڈ پر ائے اور سب کو ہٹانے لگے ساری روڈ خالی کر دی گئی پھر تین کاریں ائیں تین کاریں معلوم ہوا کہ یہ روزانہ نظام صاحب جو ہیں نواب صاحب جاتے ہیں کہیں تو بیچ میں ان کی کار ہوتی تھی اگے ایک اور کار پیچھے ایک اور کار تو اس وقت سارے حیدر اباد میں صرف تین کاریں تھیں</w:t>
      </w:r>
    </w:p>
    <w:p>
      <w:r>
        <w:rPr>
          <w:b/>
        </w:rPr>
        <w:t xml:space="preserve">[1:23:24] </w:t>
      </w:r>
      <w:r>
        <w:t>aaj hyderabad mein hazaron carain hain hazaron hazar carain hain musalmanon ke paas achhi buildingon mein rehte hain log achhe school wahan bane hue hain masjidain shandar bani hui hain to mein ne kaha ke aap shukr kijiye hyderabad mein ne kaha hyderabad ko yeh karein ke shukr karein aur kuch nahi karna hai phir mein ne kai baar aisa hua ke mein jalse mein musalmanon ke mein ne address kiya mein ne un ko to mein ne kaha ke aap mein se kyon</w:t>
      </w:r>
    </w:p>
    <w:p>
      <w:pPr>
        <w:jc w:val="right"/>
      </w:pPr>
      <w:r>
        <w:t>اج حیدر اباد میں ہزاروں کاریں ہیں ہزاروں ہزار کاریں ہیں مسلمانوں کے پاس اچھی بلڈنگوں میں رہتے ہیں لوگ اچھے سکول وہاں بنے ہوئے ہیں مسجدیں شاندار بنی ہوئی ہیں تو میں نے کہا کہ اپ شکر کیجئے حیدر اباد میں نے کہا حیدر اباد کو یہ کریں کہ شکر کریں اور کچھ نہیں کرنا ہے پھر میں نے کئی بار ایسا ہوا کہ میں جلسے میں مسلمانوں کے میں نے ایڈریس کیا میں نے ان کو تو میں نے کہا کہ اپ میں سے کیون</w:t>
      </w:r>
    </w:p>
    <w:p>
      <w:r>
        <w:rPr>
          <w:b/>
        </w:rPr>
        <w:t xml:space="preserve">[1:23:54] </w:t>
      </w:r>
      <w:r>
        <w:t>keh har jagah hi shikayat liye baithe hain log har jagah shikayat aap mein se ek shakhs khada ho koi shakhs koi shakhs yeh kahe ke 47 se pehle in ke baap dada zyada achhi halat mein the aaj hum kharab halat mein hain ek aadmi khada ho ke aap ke baap dada bahut achhi halat mein hua karte the aur aap bahut hi buri halat mein hain aap hain yaqeen kijiye ke ek aadmi khada nahi hua kyunke sab log jante hain ke pehle se hum aaj achhe hain</w:t>
      </w:r>
    </w:p>
    <w:p>
      <w:pPr>
        <w:jc w:val="right"/>
      </w:pPr>
      <w:r>
        <w:t>کہ ہر جگہ ہی شکایت لیے بیٹھے ہیں لوگ ہر جگہ شکایت اپ میں سے ایک شخص کھڑا ہو کوئی شخص کوئی شخص یہ کہے کہ 47 سے پہلے ان کے باپ دادا زیادہ اچھی حالت میں تھے اج ہم خراب حالت میں ہیں ایک ادمی کھڑا ہو کہ اپ کے باپ دادا بہت اچھی حالت میں ہوا کرتے تھے اور اپ بہت ہی بری حالت میں ہیں اپ ہیں یقین کیجئے کہ ایک ادمی کھڑا نہیں ہوا کیونکہ سب لوگ جانتے ہیں کہ پہلے سے ہم اج اچھے ہیں</w:t>
      </w:r>
    </w:p>
    <w:p>
      <w:r>
        <w:rPr>
          <w:b/>
        </w:rPr>
        <w:t xml:space="preserve">[1:24:25] </w:t>
      </w:r>
      <w:r>
        <w:t>pehle kacha ghar tha to aap paka ghar hai pehle bicycle chalte the aap car par chalte hain hamare bachche pehle mamooli school mein padhte the aaj se school mein padh rahe hain to musalmanon par nashukri chhai hui hai yaqeen kijiye aur bahut buri baat hai yeh yani saari duniya ke musalmanon par nashukri chhai hui hai america mein musalman that se rehte hain phir bhi wahan bhi woh shikayatein karte hain america mein musalman bhi shikayatein karte hain mein to hairaan hoon ke musalman jo hain</w:t>
      </w:r>
    </w:p>
    <w:p>
      <w:pPr>
        <w:jc w:val="right"/>
      </w:pPr>
      <w:r>
        <w:t>پہلے کچا گھر تھا تو اپ پکا گھر ہے پہلے بائیسکل چلتے تھے اپ کار پر چلتے ہیں ہمارے بچے پہلے معمولی سکول میں پڑھتے تھے اج سے سکول میں پڑھ رہے ہیں تو مسلمانوں پر ناشکری چھائی ہوئی ہے یقین کیجئے اور بہت بری بات ہے یہ یعنی ساری دنیا کے مسلمانوں پر ناشکری چھائی ہوئی ہے امریکہ میں مسلمان ٹھاٹ سے رہتے ہیں پھر بھی وہاں بھی وہ شکایتیں کرتے ہیں امریکہ میں مسلمان بھی شکایتیں کرتے ہیں میں تو حیران ہوں کہ مسلمان جو ہیں</w:t>
      </w:r>
    </w:p>
    <w:p>
      <w:r>
        <w:rPr>
          <w:b/>
        </w:rPr>
        <w:t xml:space="preserve">[1:24:55] </w:t>
      </w:r>
      <w:r>
        <w:t>khuda ki pakad se darte kyun nahi darte kyun nahi pakad se nashukri yani aaj ke sab se bada gunah hai nashukri jo hai yani acknowledge na karna khuda ki blessing ho aur aap acknowledge na karein is se bada koi gunah hi nahi hai to beharhaal yeh to saari duniya mein musalmanon par nashukri chhai hui hai aaj saari duniya mein musalman better halat mein</w:t>
      </w:r>
    </w:p>
    <w:p>
      <w:pPr>
        <w:jc w:val="right"/>
      </w:pPr>
      <w:r>
        <w:t>خدا کی پکڑ سے ڈرتے کیوں نہیں ڈرتے کیوں نہیں پکڑ سے ناشکری یعنی اج کے سب سے بڑا گناہ ہے ناشکری جو ہے یعنی اکنالج نہ کرنا خدا کی بلیسنگ ہو اور اپ اکنالج نہ کریں اس سے بڑا کوئی گناہ ہی نہیں ہے تو بہرحال یہ تو ساری دنیا میں مسلمانوں پر ناشکری چھائی ہوئی ہے اج ساری دنیا میں مسلمان بیٹر حالت میں</w:t>
      </w:r>
    </w:p>
    <w:p>
      <w:r>
        <w:rPr>
          <w:b/>
        </w:rPr>
        <w:t xml:space="preserve">[1:25:25] </w:t>
      </w:r>
      <w:r>
        <w:t>hain saari duniya mein gaon mein shahar mein qasbe mein jahan bhi jaiye pehle se better hain musalman har aspect se achhe hain lekin shukr ki to kisi ke shukr kalma hi nahi suna sirf yeh hai ke jab biryani khayenge to Alhamdulillah karenge woh woh jhootha Alhamdulillah hota hai woh biryani khakar Alhamdulillah kar raha hai woh jhootha Alhamdulillah hai khuda ke jo itne zyada aap ko</w:t>
      </w:r>
    </w:p>
    <w:p>
      <w:pPr>
        <w:jc w:val="right"/>
      </w:pPr>
      <w:r>
        <w:t>ہیں ساری دنیا میں گاؤں میں شہر میں قصبے میں جہاں بھی جائیے پہلے سے بیٹر ہیں مسلمان ہر اسپیکٹ سے اچھے ہیں لیکن شکر کی میں تو کسی کے شکر کلمہ ہی نہیں سنا صرف یہ ہے کہ جب بریانی کھائیں گے تو الحمدللہ کریں گے وہ وہ جھوٹا الحمدللہ ہوتا ہے وہ بریانی کھا کر الحمدللہ کر رہا ہے وہ جھوٹا الحمدللہ ہے خدا کے جو اتنے زیادہ اپ کو</w:t>
      </w:r>
    </w:p>
    <w:p>
      <w:r>
        <w:rPr>
          <w:b/>
        </w:rPr>
        <w:t xml:space="preserve">[1:25:56] </w:t>
      </w:r>
      <w:r>
        <w:t>mil rahi hain cheezein blessing us par to mein ne kisi ko suna hi nahi ke woh khuda ka shukr ada kare mera tajurba yahi hai ten question is from doctor hamid hussain you mentioned about necessity of five times prayer is it necessary to offer sunnat and nafl namaz also</w:t>
      </w:r>
    </w:p>
    <w:p>
      <w:pPr>
        <w:jc w:val="right"/>
      </w:pPr>
      <w:r>
        <w:t>مل رہی ہیں چیزیں بلیسنگ اس پر تو میں نے کسی کو سنا ہی نہیں کہ وہ خدا کا شکر ادا کرے میرا تجربہ یہی ہے دس کوسچن از فرام ڈاکٹر حامد حسین یو مینشن اباؤٹ نیسیسٹی اف فائیو ٹائمز پریئر از اٹ نیسیسری ٹو افر سنت اینڈ نافل نماز السو</w:t>
      </w:r>
    </w:p>
    <w:p>
      <w:r>
        <w:rPr>
          <w:b/>
        </w:rPr>
        <w:t xml:space="preserve">[1:26:26] </w:t>
      </w:r>
      <w:r>
        <w:t>besides farz namaz is it sin to offer sunnat namaz is maamle mein dekhiye farz ka aur sunnat ka farq aap samajhte honge ke farz ada karne par aadmi gunhegar hota hai yani gunhegar ka matlab yeh hai ke woh ibadat ko chhodne ka mujrim banta hai ibadat ko chhodne ka mujrim banta hai</w:t>
      </w:r>
    </w:p>
    <w:p>
      <w:pPr>
        <w:jc w:val="right"/>
      </w:pPr>
      <w:r>
        <w:t>بیسائیڈ فرض نماز از اٹ سن ٹو افر سنت نماز اس معاملے میں دیکھیے فرض کا اور سنت کا فرق اپ سمجھتے ہوں گے کہ فرض ادا کرنے پر ادمی گنہگار ہوتا ہے یعنی گنہگار کا معنی یہ ہے کہ وہ عبادت کو چھوڑنے کا مجرم بنتا ہے عبادت کو چھوڑنے کا مجرم بنتا ہے</w:t>
      </w:r>
    </w:p>
    <w:p>
      <w:r>
        <w:rPr>
          <w:b/>
        </w:rPr>
        <w:t xml:space="preserve">[1:26:57] </w:t>
      </w:r>
      <w:r>
        <w:t>yahan sunnat ki baat hai sunnat mein sunnat ka maamla aisa hai ke woh is mein aap aap ke halaat par hai aap ke paas time agar hai to aap sunnatein padhein time nahi hai to aap sunnat mein aap ko rukhsat hai rukhsat hai sunnat mein yani khwamkhwah sunnat chhodna yeh to theek nahi hai lekin aaj kal zindagi mein kuch log mashgool hote hain</w:t>
      </w:r>
    </w:p>
    <w:p>
      <w:pPr>
        <w:jc w:val="right"/>
      </w:pPr>
      <w:r>
        <w:t>یہاں سنت کی بات ہے سنت میں سنت کا معاملہ ایسا ہے کہ وہ اس میں اپ اپ کے حالات پر ہے اپ کے پاس ٹائم اگر ہے تو اپ سنتیں پڑھیں ٹائم نہیں ہے تو اپ سنت میں اپ کو رخصت ہے رخصت ہے سنت میں یعنی خوامخواہ سنت چھوڑنا یہ تو ٹھیک نہیں ہے لیکن اج کل زندگی میں کچھ لوگ مشغول ہوتے ہیں</w:t>
      </w:r>
    </w:p>
    <w:p>
      <w:r>
        <w:rPr>
          <w:b/>
        </w:rPr>
        <w:t xml:space="preserve">[1:27:27] </w:t>
      </w:r>
      <w:r>
        <w:t>to farz padhne ka mauqa nikal paate hain woh sunnatein padhne ka mauqa nahi milta un ko to aise logon ke liye rukhsat hai baqi yeh hai ke sunnat bhi padhna chahiye kyunke sunnat padhne se namaz mein zyada woh aata hai yani roohani ek ek izafa hota hai sunnat ka maqsad yahi hai ke namaz ko zyada achha banane ke liye roohani izafa karne ke liye</w:t>
      </w:r>
    </w:p>
    <w:p>
      <w:pPr>
        <w:jc w:val="right"/>
      </w:pPr>
      <w:r>
        <w:t>تو فرض پڑھنے کا موقع نکال پاتے ہیں وہ سنتیں پڑھنے کا موقع نہیں ملتا ان کو تو ایسے لوگوں کے لیے رخصت ہے باقی یہ ہے کہ سنت بھی پڑھنا چاہیے کیونکہ سنت پڑھنے سے نماز میں زیادہ وہ اتا ہے یعنی روحانی ایک ایک اضافہ ہوتا ہے سنت کا مقصد یہی ہے کہ نماز کو زیادہ اچھا بنانے کے لیے روحانی اضافہ کرنے کے لیے</w:t>
      </w:r>
    </w:p>
    <w:p>
      <w:r>
        <w:rPr>
          <w:b/>
        </w:rPr>
        <w:t xml:space="preserve">[1:27:58] </w:t>
      </w:r>
      <w:r>
        <w:t>to mein yeh kahunga ke sunnat padhna chahiye aadmi ko kyunke is aadmi ki namaz achhi hoti hai lekin agar kisi ke liye masla aisa ho ke us ko mauqa nahi milta hai to us ke liye rukhsat hai is maamle mein ten question is from mister ramesh i find that every individual muslim or non muslim is dissatisfied and frustrated be here rich or poor</w:t>
      </w:r>
    </w:p>
    <w:p>
      <w:pPr>
        <w:jc w:val="right"/>
      </w:pPr>
      <w:r>
        <w:t>تو میں یہ کہوں گا کہ سنت پڑھنا چاہیے ادمی کو کیونکہ اس ادمی کی نماز اچھی ہوتی ہے لیکن اگر کسی کے لیے مسئلہ ایسا ہو کہ اس کو موقع نہیں ملتا ہے تو اس کے لیے رخصت ہے اس معاملے میں دس کوسچن از فرام مسٹر رامش ائی فائنڈ دیٹ ایوری انڈیویجول مسلم اور نان مسلم از ڈس سیٹسفائیڈ اینڈ فرسٹریٹڈ بی ہیر رچ اور پور</w:t>
      </w:r>
    </w:p>
    <w:p>
      <w:r>
        <w:rPr>
          <w:b/>
        </w:rPr>
        <w:t xml:space="preserve">[1:28:28] </w:t>
      </w:r>
      <w:r>
        <w:t>educated or uneducated why is this so is ke to jahan tak mein samjha hoon yeh hai ke log unnatural life hai logon ki unnatural unnatural is sense mein ke unhone criterion bana liya hai desire ka fulfillment ko logon ke dilon mein jo desire hain un ka fulfillment</w:t>
      </w:r>
    </w:p>
    <w:p>
      <w:pPr>
        <w:jc w:val="right"/>
      </w:pPr>
      <w:r>
        <w:t>ایجوکیٹڈ اور ان ایجوکیٹڈ وائی از دس سو اس کے تو جہاں تک میں سمجھا ہوں یہ ہے کہ لوگ ان نیچرل لائف ہے لوگوں کی ان نیچرل ان نیچرل اس سینس میں کہ انہوں نے کرائٹیرین بنا لیا ہے ڈیزائر کا فلفلمنٹ کو لوگوں کے دلوں میں جو ڈیزائر ہیں ان کا فلفلمنٹ</w:t>
      </w:r>
    </w:p>
    <w:p>
      <w:r>
        <w:rPr>
          <w:b/>
        </w:rPr>
        <w:t xml:space="preserve">[1:28:59] </w:t>
      </w:r>
      <w:r>
        <w:t>to is ka is dunya mein saman hi nahi hai yeh dunya limited hai aap ki desire unlimited hai to kabhi bhi aap ki desire poori nahi ho sakti to need ke need ke yeh dunya ko khuda ne need ke liye banaya hai greed ke liye banaya nahi hai jab khuda hi ne nahi banaya greed ke liye to aap apni greed kaise poori karenge aap yani jo jis ka creator hai jo jo khalique hai</w:t>
      </w:r>
    </w:p>
    <w:p>
      <w:pPr>
        <w:jc w:val="right"/>
      </w:pPr>
      <w:r>
        <w:t>تو اس کا اس دنیا میں سامان ہی نہیں ہے یہ دنیا لمیٹڈ ہے اپ کی ڈیزائر ان لمیٹڈ ہے تو کبھی بھی اپ کی ڈیزائر پوری نہیں ہو سکتی تو نیڈ کے نیڈ کے یہ دنیا کو خدا نے نیڈ کے لیے بنایا ہے گریڈ کے لیے بنایا نہیں ہے جب خدا ہی نے نہیں بنایا گریڈ کے لیے تو اپ اپنی گریڈ کیسے پوری کریں گے اپ یعنی جو جس کا کریٹر ہے جو جو خالق ہے</w:t>
      </w:r>
    </w:p>
    <w:p>
      <w:r>
        <w:rPr>
          <w:b/>
        </w:rPr>
        <w:t xml:space="preserve">[1:29:29] </w:t>
      </w:r>
      <w:r>
        <w:t>is ne is dunya ko need based banaya hai greed based banaya hi nahi hai to aap ke aap greed bhari hui hain aap ke unlimited greed usay chahte hain poora karna to woh to kabhi poori nahi hongi sara dunya ka aadmi woh ban jaye ek novel chhapi hai woh bohat pehle chhapi thi second world war ke baad isi par isi pe chhapi thi ke insan jo hai</w:t>
      </w:r>
    </w:p>
    <w:p>
      <w:pPr>
        <w:jc w:val="right"/>
      </w:pPr>
      <w:r>
        <w:t>اس نے اس دنیا کو نیڈ بیسڈ بنایا ہے گریڈ بیسڈ بنایا ہی نہیں ہے تو اپ کے اپ گریڈ بھری ہوئی ہیں اپ کے ان لمیٹڈ گریڈ اسے چاہتے ہیں پورا کرنا تو وہ تو کبھی پوری نہیں ہوں گی سارا دنیا کا ادمی وہ بن جائے ایک ناول چھپی ہے وہ بہت پہلے چھپی تھی سیکنڈ ورلڈ وار کے بعد اسی پر اسی پہ چھپی تھی کہ انسان جو ہے</w:t>
      </w:r>
    </w:p>
    <w:p>
      <w:r>
        <w:rPr>
          <w:b/>
        </w:rPr>
        <w:t xml:space="preserve">[1:29:59] </w:t>
      </w:r>
      <w:r>
        <w:t>chahta hai ke aur le aur le aur lad lad kar apne ko tabah karta rehta hai to is mein yeh tha ke third world war hui hai aur sare log mar gaye sirf do aadmi bache hain aur ek cigarette bacha hai do aadmi aur ek cigarette to is cigarette pe phir dono lad gaye woh to log jo hain greed ko apna target banaye hue hain need ko target nahi banaye hue hain</w:t>
      </w:r>
    </w:p>
    <w:p>
      <w:pPr>
        <w:jc w:val="right"/>
      </w:pPr>
      <w:r>
        <w:t>چاہتا ہے کہ اور لے اور لے اور لڑ لڑ کر اپنے کو تباہ کرتا رہتا ہے تو اس میں یہ تھا کہ تھرڈ ورلڈ وار ہوئی ہے اور سارے لوگ مر گئے صرف دو ادمی بچے ہیں اور ایک سگریٹ بچا ہے دو ادمی اور ایک سگریٹ تو اس سگریٹ پہ پھر دونوں لڑ گئے وہ تو لوگ جو ہیں گریڈ کو اپنا ٹارگٹ بنائے ہوئے ہیں نیڈ کو ٹارگٹ نہیں بنائے ہوئے ہیں</w:t>
      </w:r>
    </w:p>
    <w:p>
      <w:r>
        <w:rPr>
          <w:b/>
        </w:rPr>
        <w:t xml:space="preserve">[1:30:30] </w:t>
      </w:r>
      <w:r>
        <w:t>ya unnatural life aur is mein kabhi bhi kisi ko satisfaction mil nahi sakta kyunke woh against law of nature hai this question is from mr khalid ansari a majority among the down trodden muslims feel that paying a visit to five dargah including nizamuddin muinuddin etc is like doing a mini hajj how do you look at this f</w:t>
      </w:r>
    </w:p>
    <w:p>
      <w:pPr>
        <w:jc w:val="right"/>
      </w:pPr>
      <w:r>
        <w:t>یا ان نیچرل لائف اور اس میں کبھی بھی کسی کو سیٹسفیکشن مل نہیں سکتا کیونکہ وہ اگینسٹ لاء اف نیچر ہے دس کوسچن از فرام مسٹر خالد انصاری ا میجورٹی امنگ دا ڈاؤن ٹراڈن مسلمز فیل دیٹ پینگ ا وزٹ ٹو فائیو درگاہ انکلوڈنگ نظام الدین معین الدین ایٹس از لائک ڈوئنگ ا منی حج ہاؤ ڈو یو لوک ایٹ دس ف</w:t>
      </w:r>
    </w:p>
    <w:p>
      <w:r>
        <w:rPr>
          <w:b/>
        </w:rPr>
        <w:t xml:space="preserve">[1:31:00] </w:t>
      </w:r>
      <w:r>
        <w:t>enomenon spreading its tentacles and offering a substitute to hajj yeh bilkul more than baseless hai yeh koi is ki haqeeqat nahi hai bilkul yeh yani logon ne khud hi khud soch ke aisa bana bana rakha hai is ka taluq na to quran se hai na hadees se hai balke aisa samajhna bhi gunah ki baat hai kyunke aap yaad rakhiye ke d</w:t>
      </w:r>
    </w:p>
    <w:p>
      <w:pPr>
        <w:jc w:val="right"/>
      </w:pPr>
      <w:r>
        <w:t>یناومینا سپریڈنگ اٹس ٹینٹیکلز اینڈ افرنگ ا سبسٹیٹیوٹ ٹو حج یہ بالکل مور دین بیسلیس ہے یہ کوئی اس کی حقیقت نہیں ہے بالکل یہ یعنی لوگوں نے خود ہی خود سوچ کے ایسا بنا بنا رکھا ہے اس کا تعلق نہ تو قران سے ہے نہ حدیث سے ہے بلکہ ایسا سمجھنا بھی گناہ کی بات ہے کیونکہ اپ یاد رکھیے کہ د</w:t>
      </w:r>
    </w:p>
    <w:p>
      <w:r>
        <w:rPr>
          <w:b/>
        </w:rPr>
        <w:t xml:space="preserve">[1:31:30] </w:t>
      </w:r>
      <w:r>
        <w:t>een ke mamle mein koi deeni baat aap badha nahi sakte hadees mein aata hai ke ek bohat sakht hadees hai ke jo aadmi deen mein apni taraf se koi cheez badhaye to woh jahannum mein apna thikana bana le fal yato min nar yeh deen mein izafa hai aur yeh to bilkul aisi baatein hain ke aadmi ko darna chahiye ke woh kahin khuda ki pakad mein na aajaye</w:t>
      </w:r>
    </w:p>
    <w:p>
      <w:pPr>
        <w:jc w:val="right"/>
      </w:pPr>
      <w:r>
        <w:t>ین کے معاملے میں کوئی دینی بات اپ بڑھا نہیں سکتے حدیث میں اتا ہے کہ ایک بہت سخت حدیث ہے کہ جو ادمی دین میں اپنی طرف سے کوئی چیز بڑھائے تو وہ جہنم میں اپنا ٹھکانہ بنا لے فل یتو من النار یہ دین میں اضافہ ہے اور یہ تو بالکل ایسی باتیں ہیں کہ ادمی کو ڈرنا چاہیے کہ وہ کہیں خدا کی پکڑ میں نہ اجائے</w:t>
      </w:r>
    </w:p>
    <w:p>
      <w:r>
        <w:rPr>
          <w:b/>
        </w:rPr>
        <w:t xml:space="preserve">[1:32:01] </w:t>
      </w:r>
      <w:r>
        <w:t>jo cheez quran mein nahi hai jo cheez hadees mein nahi hai aisi cheez add karne ka shariat mein aap ko haq hi nahi hai aap aap right ko aap yeh khuda ne right diya hi nahi hai aap ko yeh right nahi diya aap ko khuda ne ke apne kisi kisi bhi ke aap ne mein ne khwab dekha tha mujhe kashf hua tha aur koi bhi baat soch kar ke koi bhi ek justification nikal kar ke aap aisa karein to khuda ne kisi ko bhi yeh right</w:t>
      </w:r>
    </w:p>
    <w:p>
      <w:pPr>
        <w:jc w:val="right"/>
      </w:pPr>
      <w:r>
        <w:t>جو چیز قران میں نہیں ہے جو چیز حدیث میں نہیں ہے ایسی چیز ایڈ کرنے کا شریعت میں اپ کو حق ہی نہیں ہے اپ اپ رائٹ کو اپ یہ خدا نے رائٹ دیا ہی نہیں ہے اپ کو یہ رائٹ نہیں دیا اپ کو خدا نے کہ اپنے کسی کسی بھی کہ اپ نے میں نے خواب دیکھا تھا مجھے کشف ہوا تھا اور کوئی بھی بات سوچ کر کے کوئی بھی ایک جسٹیفیکیشن نکال کر کے اپ ایسا کریں تو خدا نے کسی کو بھی یہ رائ</w:t>
      </w:r>
    </w:p>
    <w:p>
      <w:r>
        <w:rPr>
          <w:b/>
        </w:rPr>
        <w:t xml:space="preserve">[1:32:31] </w:t>
      </w:r>
      <w:r>
        <w:t>nahi diya hai ke ke shariat mein apni taraf se koi badhaye koi baat to yeh badha hua hai yani one percent bhi aisi koi cheez islam mein nahi hai one percent bhi nahi is ka matlab one percent bhi sachai nahi hai koi koi reference nahi de sakta quran mein na hadees mein is ka is liye 100 percent baseless hai baseless hai baseless hai ok well and the session end and have the prayer ek minute</w:t>
      </w:r>
    </w:p>
    <w:p>
      <w:pPr>
        <w:jc w:val="right"/>
      </w:pPr>
      <w:r>
        <w:t>ٹ نہیں دیا ہے کہ کہ شریعت میں اپنی طرف سے کوئی بڑھائے کوئی بات تو یہ بڑھا ہوا ہے یعنی ون پرسنٹ بھی ایسی کوئی چیز اسلام میں نہیں ہے ون پرسنٹ بھی نہیں اس کا مطلب ون پرسنٹ بھی سچائی نہیں ہے کوئی کوئی ریفرنس نہیں دے سکتا قران میں نہ حدیث میں اس کا اس لیے 100 پرسنٹ بیس لیس ہے بیس لیس ہے بیس لیس ہے اوکے ویل اینڈ دا سیشن اینڈ ہیو دا پریر ایک منٹ</w:t>
      </w:r>
    </w:p>
    <w:p>
      <w:r>
        <w:rPr>
          <w:b/>
        </w:rPr>
        <w:t xml:space="preserve">[1:33:02] </w:t>
      </w:r>
      <w:r>
        <w:t>Allah rehmane raheem wa sallallahu ala nabiyil kareem rabbishrah li sadri wa yassir li amri wahlul uqdatan min lisani yafqahu qawli</w:t>
      </w:r>
    </w:p>
    <w:p>
      <w:pPr>
        <w:jc w:val="right"/>
      </w:pPr>
      <w:r>
        <w:t>. اللہ الرحمن الرحیم و صلی اللہ علی النبی الکریم رب اشرح لی صدری ویسر لی امری واحل العقدۃ من لسانی یفقہ قولی</w:t>
      </w:r>
    </w:p>
    <w:p>
      <w:r>
        <w:rPr>
          <w:b/>
        </w:rPr>
        <w:t xml:space="preserve">[1:33:35] </w:t>
      </w:r>
      <w:r>
        <w:t>is waqt mein iman ke bare mein kuch kahunga aap jante hain ke iman ki sab se zyada importance hai islam mein iman ka entry point hai kisi insan ke liye khuda ke deen mein aane ka</w:t>
      </w:r>
    </w:p>
    <w:p>
      <w:pPr>
        <w:jc w:val="right"/>
      </w:pPr>
      <w:r>
        <w:t>اس وقت میں ایمان کے بارے میں کچھ کہوں گا اپ جانتے ہیں کہ ایمان کی سب سے زیادہ امپورٹنس ہے اسلام میں ایمان کا انٹری پوائنٹ ہے کسی انسان کے لیے خدا کے دین میں انے کا</w:t>
      </w:r>
    </w:p>
    <w:p>
      <w:r>
        <w:rPr>
          <w:b/>
        </w:rPr>
        <w:t xml:space="preserve">[1:34:05] </w:t>
      </w:r>
      <w:r>
        <w:t>to imaan to iman bohat hi zyada important hai islam mein to is waqt mein iman ke bare mein kuch kahunga iman ka matlab hota hai faith faith iman ko english mein kahenge faith</w:t>
      </w:r>
    </w:p>
    <w:p>
      <w:pPr>
        <w:jc w:val="right"/>
      </w:pPr>
      <w:r>
        <w:t>تو امپا تو ایمان بہت ہی زیادہ امپورٹنٹ ہے اسلام میں تو اس وقت میں ایمان کے بارے میں کچھ کہوں گا ایمان کا مطلب ہوتا ہے فیتھ فیتھ ایمان کو انگلش میں کہیں گے فیتھ</w:t>
      </w:r>
    </w:p>
    <w:p>
      <w:r>
        <w:rPr>
          <w:b/>
        </w:rPr>
        <w:t xml:space="preserve">[1:34:36] </w:t>
      </w:r>
      <w:r>
        <w:t>quran mein ek ayat hai surah nisa mein surah nisa ya ayuhal lazeena amanu aminu a iman lane walo iman lao a iman lane walo iman</w:t>
      </w:r>
    </w:p>
    <w:p>
      <w:pPr>
        <w:jc w:val="right"/>
      </w:pPr>
      <w:r>
        <w:t>قران میں ایک ایت ہے سورہ النساء میں سورہ النساء یا ایہا الذین امنو امنو اے ایمان لانے والو ایمان لاؤ اے ایمان لانے والو ایمان</w:t>
      </w:r>
    </w:p>
    <w:p>
      <w:r>
        <w:rPr>
          <w:b/>
        </w:rPr>
        <w:t xml:space="preserve">[1:35:06] </w:t>
      </w:r>
      <w:r>
        <w:t>lao ab yeh bohat anokha andaaz hai ke jo log iman la chuke hain yani jo believer ban chuke hain un se kaha gaya ke tum log iman lao to is ka matlab kya hai mein bohat din se is par sochta</w:t>
      </w:r>
    </w:p>
    <w:p>
      <w:pPr>
        <w:jc w:val="right"/>
      </w:pPr>
      <w:r>
        <w:t>لاؤ اب یہ بہت انوکھا انداز ہے کہ جو لوگ ایمان لا چکے ہیں یعنی جو بیلیور بن چکے ہیں ان سے کہا گیا کہ تم لوگ ایمان لاؤ تو اس کا مطلب کیا ہے میں بہت دن سے اس پر سوچتا</w:t>
      </w:r>
    </w:p>
    <w:p>
      <w:r>
        <w:rPr>
          <w:b/>
        </w:rPr>
        <w:t xml:space="preserve">[1:35:36] </w:t>
      </w:r>
      <w:r>
        <w:t>tha to is ka jawab mujhe khud quran ke ek ayat se mila dekhein quran ko samajhne ke liye jo principle bataye gaye hain un mein se ek principle yeh hai ke al quran yufassir ba'duhu ba'dan quran ka ek hissa is ke doosre hisse ki</w:t>
      </w:r>
    </w:p>
    <w:p>
      <w:pPr>
        <w:jc w:val="right"/>
      </w:pPr>
      <w:r>
        <w:t>تھا تو اس کا جواب مجھے خود قران کے ایک ایت سے ملا دیکھیں قران کو سمجھنے کے لیے جو پرنسپل بتائے گئے ہیں ان میں سے ایک پرنسپل یہ ہے کہ القران یفسر بعضہ بعضا قران کا ایک حصہ اس کے دوسرے حصے کی</w:t>
      </w:r>
    </w:p>
    <w:p>
      <w:r>
        <w:rPr>
          <w:b/>
        </w:rPr>
        <w:t xml:space="preserve">[1:36:06] </w:t>
      </w:r>
      <w:r>
        <w:t>commentary hai quran ke ek quran ke ek verse ko hum quran ke doosre verses ko samne rakh kar samajh sakte hain to yeh ek usool ek principle bataya gaya hai quran ko samajhne ke liye to mujhe is mamle mein is usool ka ek bohat acha ek ek</w:t>
      </w:r>
    </w:p>
    <w:p>
      <w:pPr>
        <w:jc w:val="right"/>
      </w:pPr>
      <w:r>
        <w:t>کمنٹری ہے قران کے ایک قران کے ایک ورس کو ہم قران کے دوسرے ورسوں کو سامنے رکھ کر سمجھ سکتے ہیں تو یہ ایک اصول ایک پرنسپل بتایا گیا ہے قران کو سمجھنے کے لیے تو مجھے اس معاملے میں اس اصول کا ایک بہت اچھا ایک ایک</w:t>
      </w:r>
    </w:p>
    <w:p>
      <w:r>
        <w:rPr>
          <w:b/>
        </w:rPr>
        <w:t xml:space="preserve">[1:36:36] </w:t>
      </w:r>
      <w:r>
        <w:t>example samajh mein aaya ke kis tarah se quran khud bhi kafi hai samajhne ke liye to is ayat ko mein sochta tha ke is ka matlab kya hai ke a iman lane walo iman lao to quran mein surah al maidah mein surah al maidah mein satvein pare mein</w:t>
      </w:r>
    </w:p>
    <w:p>
      <w:pPr>
        <w:jc w:val="right"/>
      </w:pPr>
      <w:r>
        <w:t>ایگزیمپل سمجھ میں ایا کہ کس طرح سے قران خود بھی کافی ہے سمجھنے کے لیے تو اس ایت کو میں سوچتا تھا کہ اس کا مطلب کیا ہے کہ اے ایمان لانے والو ایمان لاؤ تو قران میں سورہ المائدہ میں سورہ المائدہ میں ساتویں پارے میں</w:t>
      </w:r>
    </w:p>
    <w:p>
      <w:r>
        <w:rPr>
          <w:b/>
        </w:rPr>
        <w:t xml:space="preserve">[1:37:07] </w:t>
      </w:r>
      <w:r>
        <w:t>ke shuru mein jo aayatein hain us se yeh baat samajh mein aayi hai riwayat mein bataya gaya hai ke rasool Allah ke zamane mein yaman ke kuch log aaye unhone aap se baat cheet ki quran ko suna</w:t>
      </w:r>
    </w:p>
    <w:p>
      <w:pPr>
        <w:jc w:val="right"/>
      </w:pPr>
      <w:r>
        <w:t>کہ شروع میں جو ایتیں ہیں اس سے یہ بات سمجھ میں ائی ہے روایات میں بتایا گیا ہے کہ رسول اللہ کے زمانے میںیمن کے کچھ لوگ ائے انہوں نے اپ سے بات چیت کی قران کو سنا</w:t>
      </w:r>
    </w:p>
    <w:p>
      <w:r>
        <w:rPr>
          <w:b/>
        </w:rPr>
        <w:t xml:space="preserve">[1:37:38] </w:t>
      </w:r>
      <w:r>
        <w:t>aur aap ke message ko samjha phir unhone iman qubool kar liya phir woh rasool Allah ke saathi ban gaye to is ka zikr hai quran mein surah al maidah mein para saat mein ar rasool tufid tufa</w:t>
      </w:r>
    </w:p>
    <w:p>
      <w:pPr>
        <w:jc w:val="right"/>
      </w:pPr>
      <w:r>
        <w:t>اور اپ کے میسج کو سمجھا پھر انہوں نے ایمان قبول کر لیا پھر وہ رسول اللہ کے ساتھی بن گئے تو اس کا ذکر ہے قران میں سورہ المائدہ میں پارہ سات میں الرسول تفیض تفیض</w:t>
      </w:r>
    </w:p>
    <w:p>
      <w:r>
        <w:rPr>
          <w:b/>
        </w:rPr>
        <w:t xml:space="preserve">[1:38:09] </w:t>
      </w:r>
      <w:r>
        <w:t>min ad dami mimma arafna min al haqq yeh ayat hai unhone jab suna is ayat mein bataya gaya hai ke unhone jab suna yeh aane walon ne jo utra hai rasool par yani quran ko unhone jab suna is kalam ko jo utra hai rasool par</w:t>
      </w:r>
    </w:p>
    <w:p>
      <w:pPr>
        <w:jc w:val="right"/>
      </w:pPr>
      <w:r>
        <w:t>من الدم مما عرف من الحق یہ ایت ہے انہوں نے جب سنا اس ایت میں بتایا گیا ہے کہ انہوں نے جب سنا یہ انے والوں نے جو اترا ہے رسول پر یعنی قران کو انہوں نے جب سنا اس کلام کو جو اترا ہے رسول پر</w:t>
      </w:r>
    </w:p>
    <w:p>
      <w:r>
        <w:rPr>
          <w:b/>
        </w:rPr>
        <w:t xml:space="preserve">[1:38:40] </w:t>
      </w:r>
      <w:r>
        <w:t>to tum dekhoge ke un ki aankhein aansuon se beh padein is liye ke unhone is mein haq ko pehchana phir woh kehte hain ke rabbana amanna faktabna ma'ash shahideen a hamare rab hum iman laye</w:t>
      </w:r>
    </w:p>
    <w:p>
      <w:pPr>
        <w:jc w:val="right"/>
      </w:pPr>
      <w:r>
        <w:t>تو تم دیکھو گے کہ ان کی انکھیں انسوؤں سے بہہ پڑیں اس لیے کہ انہوں نے اس میں حق کو پہچانا پھر وہ کہتے ہیں کہ ربنا امنا فکتبنا ماشاہدین اے ہمارے رب ہم ایمان لائے</w:t>
      </w:r>
    </w:p>
    <w:p>
      <w:r>
        <w:rPr>
          <w:b/>
        </w:rPr>
        <w:t xml:space="preserve">[1:39:11] </w:t>
      </w:r>
      <w:r>
        <w:t>hum iman laye to hum ko gawahi dene walon mein likh le ab is ayat par aap sochiye dekhein is ayat mein do word hain jo sochne ka hai ek hai iman ek hai marifat iman aur marifat is mein bataya gaya hai ke woh jo aane wale the woh iman laye unhone ka</w:t>
      </w:r>
    </w:p>
    <w:p>
      <w:pPr>
        <w:jc w:val="right"/>
      </w:pPr>
      <w:r>
        <w:t>ہم ایمان لائے تو ہم کو گواہی دینے والوں میں لکھ لے اب اس ایت پر اپ سوچیے دیکھیں اس ایت میں دو ورڈ ہیں جو سوچنے کا ہے ایک ہے ایمان ایک ہے معرفت ایمان اور معرفت اس میں بتایا گیا ہے کہ وہ جو انے والے تھے وہ ایمان لائے انہوں نے ک</w:t>
      </w:r>
    </w:p>
    <w:p>
      <w:r>
        <w:rPr>
          <w:b/>
        </w:rPr>
        <w:t xml:space="preserve">[1:39:41] </w:t>
      </w:r>
      <w:r>
        <w:t>lima ada kiya kalma shahadat padha unhone aur is mein hai ke mimma arafna min al haqq is marifat ki wajah se jo un ko haq ki hui kaha iman jis cheez ko kaha gaya usi ko yahan marifat haq kaha gaya yani marifat haq ka matlab hai realization of truth to iman ka matlab hua</w:t>
      </w:r>
    </w:p>
    <w:p>
      <w:pPr>
        <w:jc w:val="right"/>
      </w:pPr>
      <w:r>
        <w:t>لمہ ادا کیا کلمہ شہادت پڑھا انہوں نے اور اس میں ہے کہ مما عرف من الحق اس معرفت کی وجہ سے جو ان کو حق کی ہوئی کہا ایمان جس چیز کو کہا گیا اسی کو یہاں معرفت حق کہا گیا یعنی معرفت حق کا مطلب ہے ریلائزیشن اف ٹروتھ تو ایمان کا مطلب ہوا</w:t>
      </w:r>
    </w:p>
    <w:p>
      <w:r>
        <w:rPr>
          <w:b/>
        </w:rPr>
        <w:t xml:space="preserve">[1:40:11] </w:t>
      </w:r>
      <w:r>
        <w:t>faith aur marifat ka matlab hua realization of truth is se mein samajh paya is cheez ko ke iman is waqt aap ko mil jata hai jab ke aap kahein ash hadu an la ilaha illallah wa ash hadu anna Muhammad abduhu wa rasuluh yeh aap ne kaha to aap ko iman hasil ho gaya aap faithful ban gaye lekin</w:t>
      </w:r>
    </w:p>
    <w:p>
      <w:pPr>
        <w:jc w:val="right"/>
      </w:pPr>
      <w:r>
        <w:t>فیتھ اور معرفت کا مطلب ہوا ریلائزیشن اف ٹروتھ اس سے میں سمجھ پایا اس چیز کو کہ ایمان اس وقت اپ کو مل جاتا ہے جب کہ اپ کہیں اشھد ان لا الہ الا اللہ واشہد ان محمد عبدہ ورسولہ یہ اپ نے کہا تو اپ کو ایمان حاصل ہو گیا اپ فیتھ فل بن گئے لیکن</w:t>
      </w:r>
    </w:p>
    <w:p>
      <w:r>
        <w:rPr>
          <w:b/>
        </w:rPr>
        <w:t xml:space="preserve">[1:40:42] </w:t>
      </w:r>
      <w:r>
        <w:t>yeh keh dena kafi nahi hai agar sirf keh dena ho to woh lip service ban jayega us ko marifat hona chahiye yani realization to gaya ke iman woh khuda ko chahiye jo realization ke level par aadmi ko mila ho is se mein samajh paya ke kya matlab hai is ayat ka</w:t>
      </w:r>
    </w:p>
    <w:p>
      <w:pPr>
        <w:jc w:val="right"/>
      </w:pPr>
      <w:r>
        <w:t>یہ کہہ دینا کافی نہیں ہے اگر صرف کہہ دینا ہو تو وہ لپ سروس بن جائے گا اس کو معرفت ہونا چاہیے یعنی ریلائزیشن تو گیا کہ ایمان وہ خدا کو چاہیے جو ریلائزیشن کے لیول پر ادمی کو ملا ہو اس سے میں سمجھ پایا کہ کیا مطلب ہے اس ایت کا</w:t>
      </w:r>
    </w:p>
    <w:p>
      <w:r>
        <w:rPr>
          <w:b/>
        </w:rPr>
        <w:t xml:space="preserve">[1:41:12] </w:t>
      </w:r>
      <w:r>
        <w:t>ke ya al lazeena amanu aminu a iman lane walo iman lao matlab yeh hai ke a woh logon jinho ne kalma ada kar ke iman ka iqrar kiya hai tum us ko marifat ke darje mein pahunchao realization ke darje mein pahunchao yeh hai matlab is ayat ka</w:t>
      </w:r>
    </w:p>
    <w:p>
      <w:pPr>
        <w:jc w:val="right"/>
      </w:pPr>
      <w:r>
        <w:t>کہ یا الذین امنو امنو اے ایمان لانے والو ایمان لاؤ مطلب یہ ہے کہ اے وہ لوگوں جنہوں نے کلمہ ادا کر کے ایمان کا اقرار کیا ہے تم اس کو معرفت کے درجے میں پہنچاؤ ریلائزیشن کے درجے میں پہنچاؤ یہ ہے مطلب اس ایت کا</w:t>
      </w:r>
    </w:p>
    <w:p>
      <w:r>
        <w:rPr>
          <w:b/>
        </w:rPr>
        <w:t xml:space="preserve">[1:41:45] </w:t>
      </w:r>
      <w:r>
        <w:t>aik sahabi thay rasool Allah kay un ka naam tha abu rawaha abu rawaha to unhon nay aik sahabi say kaha yani us zamanay kay jo musalman thay aik sahib say kaha kay talan mun saat aao hum thori dair kay liye iman layein to woh us par bara acha un ko hua</w:t>
      </w:r>
    </w:p>
    <w:p>
      <w:pPr>
        <w:jc w:val="right"/>
      </w:pPr>
      <w:r>
        <w:t>ایک صحابی تھے رسول اللہ کے ان کا نام تھا ابو رواحہ ابو رواحہ تو انہوں نے ایک صحابی سے کہا یعنی اس زمانے کے جو مسلمان تھے ایک صاحب سے کہا کہ تعالن من سات اؤ ہم تھوڑی دیر کے لیے ایمان لائیں تو وہ اس پر بڑا اچھا ان کو ہوا</w:t>
      </w:r>
    </w:p>
    <w:p>
      <w:r>
        <w:rPr>
          <w:b/>
        </w:rPr>
        <w:t xml:space="preserve">[1:42:17] </w:t>
      </w:r>
      <w:r>
        <w:t>kay aik aik sa'at ka iman kiya hai kuch dair ka iman kiya hai to rasool Allah kay pas gaye unhon nay kaha kay daikho woh kehtay hain kay aik sa'at ka iman to iman to aap ko mil chuka ab is mein aik moment ka iman kuch dair kuch thori time ka iman to koi cheez nahi hoti mil chuka to mil chuka to rasool Allah nay farmaya kay</w:t>
      </w:r>
    </w:p>
    <w:p>
      <w:pPr>
        <w:jc w:val="right"/>
      </w:pPr>
      <w:r>
        <w:t>کہ ایک ایک ساعت کا ایمان کیا ہے کچھ دیر کا ایمان کیا ہے تو رسول اللہ کے پاس گئے انہوں نے کہا کہ دیکھیں وہ کہتے ہیں کہ ایک ساعت کا ایمان تو ایمان تو اپ کو مل چکا اب اس میں ایک مومنٹ کا ایمان کچھ دیر کچھ تھوڑے ٹائم کا ایمان تو کوئی چیز نہیں ہوتی مل چکا تو مل چکا تو رسول اللہ نے فرمایا کہ</w:t>
      </w:r>
    </w:p>
    <w:p>
      <w:r>
        <w:rPr>
          <w:b/>
        </w:rPr>
        <w:t xml:space="preserve">[1:42:47] </w:t>
      </w:r>
      <w:r>
        <w:t>khuda abu rawaha par reham farmaye woh aik aisay iman ko pasand kartay hain kay tatbah billah ka jis par farishtay ko bhi fakhar hota hai ab dono ko mila kar aap sochiye kay abu rawaha ka matlab kiya tha is ka matlab yeh tha kay iman to unhay mila hua tha shahadat</w:t>
      </w:r>
    </w:p>
    <w:p>
      <w:pPr>
        <w:jc w:val="right"/>
      </w:pPr>
      <w:r>
        <w:t>خدا ابو رواحہ پر رحم فرمائے وہ ایک ایسے ایمان کو پسند کرتے ہیں کہ تتباہ باللہ کا جس پر فرشتوں کو بھی فخر ہوتا ہے اب دونوں کو ملا کر اپ سوچیے کہ ابو رواحہ کا مطلب کیا تھا اس کا مطلب یہ تھا کہ ایمان تو انہیں ملا ہوا تھا شہادت</w:t>
      </w:r>
    </w:p>
    <w:p>
      <w:r>
        <w:rPr>
          <w:b/>
        </w:rPr>
        <w:t xml:space="preserve">[1:43:18] </w:t>
      </w:r>
      <w:r>
        <w:t>kalma shahadat unhon nay ada kiya tha kalma shahadat jab aap nay ada kar liya aap nay to iman mil gaya aap ko ji jal kar light band ho jata hai.</w:t>
      </w:r>
    </w:p>
    <w:p>
      <w:pPr>
        <w:jc w:val="right"/>
      </w:pPr>
      <w:r>
        <w:t>کلمہ شہادت انہوں نے ادا کیا تھا کلمہ شہادت جب اپ نے ادا کر لیا اپ نے تو ایمان مل گیا اپ کو جی جل کر لائٹ بند ہو جاتا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