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Freedom of Thought in Islam 23 October, 2011</w:t>
      </w:r>
    </w:p>
    <w:p>
      <w:r>
        <w:t>https://youtu.be/aGbxRNNOKzo</w:t>
      </w:r>
    </w:p>
    <w:p>
      <w:r>
        <w:rPr>
          <w:b/>
        </w:rPr>
        <w:t xml:space="preserve">[00:29] </w:t>
      </w:r>
      <w:r>
        <w:t>, waahl al-uqdat bil-lisani, yafqahu qawli.</w:t>
      </w:r>
    </w:p>
    <w:p>
      <w:pPr>
        <w:jc w:val="right"/>
      </w:pPr>
      <w:r>
        <w:t>، واحل العقدۃ باللسانی، یفقہ قولی۔</w:t>
      </w:r>
    </w:p>
    <w:p>
      <w:r>
        <w:rPr>
          <w:b/>
        </w:rPr>
        <w:t xml:space="preserve">[00:39] </w:t>
      </w:r>
      <w:r>
        <w:t>aaj ka topic hai "Freedom of Thought in Islam". Islam mein</w:t>
      </w:r>
    </w:p>
    <w:p>
      <w:pPr>
        <w:jc w:val="right"/>
      </w:pPr>
      <w:r>
        <w:t>آج کا ٹاپک ہے "Freedom of Thought in Islam"۔ اسلام میں</w:t>
      </w:r>
    </w:p>
    <w:p>
      <w:r>
        <w:rPr>
          <w:b/>
        </w:rPr>
        <w:t xml:space="preserve">[00:50] </w:t>
      </w:r>
      <w:r>
        <w:t>izhar-e-khayal ki azadi ka masla.</w:t>
      </w:r>
    </w:p>
    <w:p>
      <w:pPr>
        <w:jc w:val="right"/>
      </w:pPr>
      <w:r>
        <w:t>اظہار خیال کی آزادی کا مسئلہ۔</w:t>
      </w:r>
    </w:p>
    <w:p>
      <w:r>
        <w:rPr>
          <w:b/>
        </w:rPr>
        <w:t xml:space="preserve">[00:59] </w:t>
      </w:r>
      <w:r>
        <w:t>is zamane ka yeh sab se bara masla hai Islam ki nisbat se, ke Islam mein mehdood azadi hai.</w:t>
      </w:r>
    </w:p>
    <w:p>
      <w:pPr>
        <w:jc w:val="right"/>
      </w:pPr>
      <w:r>
        <w:t>اس زمانے کا یہ سب سے بڑا مسئلہ ہے اسلام کی نسبت سے، کہ اسلام میں محدود آزادی ہے۔</w:t>
      </w:r>
    </w:p>
    <w:p>
      <w:r>
        <w:rPr>
          <w:b/>
        </w:rPr>
        <w:t xml:space="preserve">[01:10] </w:t>
      </w:r>
      <w:r>
        <w:t>poore ma'non mein Islam mein izhar-e-khayal ki azadi nahi, ya "Freedom of Consciousness" nahi.</w:t>
      </w:r>
    </w:p>
    <w:p>
      <w:pPr>
        <w:jc w:val="right"/>
      </w:pPr>
      <w:r>
        <w:t>پورے معنوں میں اسلام میں اظہار خیال کی آزادی نہیں، یا "Freedom of Consciousness" نہیں۔</w:t>
      </w:r>
    </w:p>
    <w:p>
      <w:r>
        <w:rPr>
          <w:b/>
        </w:rPr>
        <w:t xml:space="preserve">[01:26] </w:t>
      </w:r>
      <w:r>
        <w:t>is par mein kuch arz karne se pehle ek baat aur kahunga.</w:t>
      </w:r>
    </w:p>
    <w:p>
      <w:pPr>
        <w:jc w:val="right"/>
      </w:pPr>
      <w:r>
        <w:t>اس پر میں کچھ عرض کرنے سے پہلے ایک بات اور کہوں گا۔</w:t>
      </w:r>
    </w:p>
    <w:p>
      <w:r>
        <w:rPr>
          <w:b/>
        </w:rPr>
        <w:t xml:space="preserve">[01:34] </w:t>
      </w:r>
      <w:r>
        <w:t>abhi mein ne ek akhbar mein ek report parhi,</w:t>
      </w:r>
    </w:p>
    <w:p>
      <w:pPr>
        <w:jc w:val="right"/>
      </w:pPr>
      <w:r>
        <w:t>ابھی میں نے ایک اخبار میں ایک رپورٹ پڑھی،</w:t>
      </w:r>
    </w:p>
    <w:p>
      <w:r>
        <w:rPr>
          <w:b/>
        </w:rPr>
        <w:t xml:space="preserve">[01:43] </w:t>
      </w:r>
      <w:r>
        <w:t>wo report ek Muslim ta'limi idara, Muslim Educational Institute ke bare mein thi.</w:t>
      </w:r>
    </w:p>
    <w:p>
      <w:pPr>
        <w:jc w:val="right"/>
      </w:pPr>
      <w:r>
        <w:t>وہ رپورٹ ایک مسلم تعلیمی ادارہ، مسلم ایجوکیشنل انسٹیٹیوٹ کے بارے میں تھی۔</w:t>
      </w:r>
    </w:p>
    <w:p>
      <w:r>
        <w:rPr>
          <w:b/>
        </w:rPr>
        <w:t xml:space="preserve">[01:56] </w:t>
      </w:r>
      <w:r>
        <w:t>wahan par ek function hua, is mein top ke log bulaye gaye.</w:t>
      </w:r>
    </w:p>
    <w:p>
      <w:pPr>
        <w:jc w:val="right"/>
      </w:pPr>
      <w:r>
        <w:t>وہاں پر ایک فنکشن ہوا، اس میں ٹاپ کے لوگ بلائے گئے۔</w:t>
      </w:r>
    </w:p>
    <w:p>
      <w:r>
        <w:rPr>
          <w:b/>
        </w:rPr>
        <w:t xml:space="preserve">[02:06] </w:t>
      </w:r>
      <w:r>
        <w:t>ek sahab ne apni taqreer mein kaha ke yeh Muslim ta'limi idara jo hai, is ko Ummat-e-Muslima ki naak sabit hona chahiye.</w:t>
      </w:r>
    </w:p>
    <w:p>
      <w:pPr>
        <w:jc w:val="right"/>
      </w:pPr>
      <w:r>
        <w:t>ایک صاحب نے اپنی تقریر میں کہا کہ یہ مسلم تعلیمی ادارہ جو ہے، اس کو امت مسلمہ کی ناک ثابت ہونا چاہیے۔</w:t>
      </w:r>
    </w:p>
    <w:p>
      <w:r>
        <w:rPr>
          <w:b/>
        </w:rPr>
        <w:t xml:space="preserve">[02:26] </w:t>
      </w:r>
      <w:r>
        <w:t>ek aur sahab khare hue to unhon ne kaha ke mein yeh kahunga ke Muslim Ummat ka is ko dimaagh sabit hona chahiye.</w:t>
      </w:r>
    </w:p>
    <w:p>
      <w:pPr>
        <w:jc w:val="right"/>
      </w:pPr>
      <w:r>
        <w:t>ایک اور صاحب کھڑے ہوئے تو انہوں نے کہا کہ میں یہ کہوں گا کہ مسلم امت کا اس کو دماغ ثابت ہونا چاہیے۔</w:t>
      </w:r>
    </w:p>
    <w:p>
      <w:r>
        <w:rPr>
          <w:b/>
        </w:rPr>
        <w:t xml:space="preserve">[02:42] </w:t>
      </w:r>
      <w:r>
        <w:t>yahan se Muslim Ummat ke bare bare dimaagh paida hon. Ek aur sahab uthe to unhon ne aur bhi baat ko aage kiya.</w:t>
      </w:r>
    </w:p>
    <w:p>
      <w:pPr>
        <w:jc w:val="right"/>
      </w:pPr>
      <w:r>
        <w:t>یہاں سے مسلم امت کے بڑے بڑے دماغ پیدا ہوں۔ ایک اور صاحب اٹھے تو انہوں نے اور بھی بات کو آگے کیا۔</w:t>
      </w:r>
    </w:p>
    <w:p>
      <w:r>
        <w:rPr>
          <w:b/>
        </w:rPr>
        <w:t xml:space="preserve">[02:54] </w:t>
      </w:r>
      <w:r>
        <w:t>unhon ne kaha ke mein to yeh kahunga ke idara Musalmanon ki past glory, ya'ni</w:t>
      </w:r>
    </w:p>
    <w:p>
      <w:pPr>
        <w:jc w:val="right"/>
      </w:pPr>
      <w:r>
        <w:t>انہوں نے کہا کہ میں تو یہ کہوں گا کہ ادارہ مسلمانوں کی پاسٹ گلوری، یعنی</w:t>
      </w:r>
    </w:p>
    <w:p>
      <w:r>
        <w:rPr>
          <w:b/>
        </w:rPr>
        <w:t xml:space="preserve">[03:10] </w:t>
      </w:r>
      <w:r>
        <w:t>jo mazi mein un ko azmat hasil thi, is ko wapas karne ka zariya banna chahiye. Is tarah ki bari bari baatein.</w:t>
      </w:r>
    </w:p>
    <w:p>
      <w:pPr>
        <w:jc w:val="right"/>
      </w:pPr>
      <w:r>
        <w:t>جو ماضی میں ان کو عظمت حاصل تھی، اس کو واپس کرنے کا ذریعہ بننا چاہیے۔ اس طرح کی بڑی بڑی باتیں۔</w:t>
      </w:r>
    </w:p>
    <w:p>
      <w:r>
        <w:rPr>
          <w:b/>
        </w:rPr>
        <w:t xml:space="preserve">[03:21] </w:t>
      </w:r>
      <w:r>
        <w:t>is ko sun kar mujhe ek kahani yaad aayi. Kuch bachche baith kar kuch khel kar rahe the.</w:t>
      </w:r>
    </w:p>
    <w:p>
      <w:pPr>
        <w:jc w:val="right"/>
      </w:pPr>
      <w:r>
        <w:t>اس کو سن کر مجھے ایک کہانی یاد آئی۔ کچھ بچے بیٹھ کر کچھ کھیل کر رہے تھے۔</w:t>
      </w:r>
    </w:p>
    <w:p>
      <w:r>
        <w:rPr>
          <w:b/>
        </w:rPr>
        <w:t xml:space="preserve">[03:35] </w:t>
      </w:r>
      <w:r>
        <w:t>ek sahab ne poocha ke tum log kya kar rahe ho? To bachchon ne kaha ke hum jhoot moot khajri paka rahe hain.</w:t>
      </w:r>
    </w:p>
    <w:p>
      <w:pPr>
        <w:jc w:val="right"/>
      </w:pPr>
      <w:r>
        <w:t>ایک صاحب نے پوچھا کہ تم لوگ کیا کر رہے ہو؟ تو بچوں نے کہا کہ ہم جھوٹ موٹ کھجری پکا رہے ہیں۔</w:t>
      </w:r>
    </w:p>
    <w:p>
      <w:r>
        <w:rPr>
          <w:b/>
        </w:rPr>
        <w:t xml:space="preserve">[03:47] </w:t>
      </w:r>
      <w:r>
        <w:t>to us ne kaha ke jhooti oont pakana hai to phir khajri khajri ko pakate ho, phir pulao pakao. Isi tarah ki taqreeren hamare log karte rehte hain.</w:t>
      </w:r>
    </w:p>
    <w:p>
      <w:pPr>
        <w:jc w:val="right"/>
      </w:pPr>
      <w:r>
        <w:t>تو اس نے کہا کہ جھوٹی اونٹ پکانا ہے تو پھر کھجری کھجری کو پکاتے ہو، پھر پلاؤ پکاؤ۔ اسی طرح کی تقریریں ہمارے لوگ کرتے رہتے ہیں۔</w:t>
      </w:r>
    </w:p>
    <w:p>
      <w:r>
        <w:rPr>
          <w:b/>
        </w:rPr>
        <w:t xml:space="preserve">[03:59] </w:t>
      </w:r>
      <w:r>
        <w:t>koi kehta hai ke is idare ko Musalmanon ki naak banna chahiye, to kahega ke nahi, is idare ko Musalmanon ka dimaagh banna chahiye.</w:t>
      </w:r>
    </w:p>
    <w:p>
      <w:pPr>
        <w:jc w:val="right"/>
      </w:pPr>
      <w:r>
        <w:t>کوئی کہتا ہے کہ اس ادارے کو مسلمانوں کی ناک بننا چاہیے، تو کہے گا کہ نہیں، اس ادارے کو مسلمانوں کا دماغ بننا چاہیے۔</w:t>
      </w:r>
    </w:p>
    <w:p>
      <w:r>
        <w:rPr>
          <w:b/>
        </w:rPr>
        <w:t xml:space="preserve">[04:09] </w:t>
      </w:r>
      <w:r>
        <w:t>koi kahega ke nahi, is idare ko Musalmanon ki past glory ko wapas jaane ka zariya banna chahiye.</w:t>
      </w:r>
    </w:p>
    <w:p>
      <w:pPr>
        <w:jc w:val="right"/>
      </w:pPr>
      <w:r>
        <w:t>کوئی کہے گا کہ نہیں، اس ادارے کو مسلمانوں کی پاسٹ گلوری کو واپس جانے کا ذریعہ بننا چاہیے۔</w:t>
      </w:r>
    </w:p>
    <w:p>
      <w:r>
        <w:rPr>
          <w:b/>
        </w:rPr>
        <w:t xml:space="preserve">[04:17] </w:t>
      </w:r>
      <w:r>
        <w:t>koi yeh nahi sochta. Jis idare mein yeh baatein huin, wo sau saal pehle qaim hua tha. Jab wo qaim hua tha, tab bhi is tarah ki speaker wahan ki di gayi thin.</w:t>
      </w:r>
    </w:p>
    <w:p>
      <w:pPr>
        <w:jc w:val="right"/>
      </w:pPr>
      <w:r>
        <w:t>کوئی یہ نہیں سوچتا۔ جس ادارے میں یہ باتیں ہوئیں، وہ سو سال پہلے قائم ہوا تھا۔ جب وہ قائم ہوا تھا، تب بھی اس طرح کی اسپیکر وہاں کی دی گئی تھیں۔</w:t>
      </w:r>
    </w:p>
    <w:p>
      <w:r>
        <w:rPr>
          <w:b/>
        </w:rPr>
        <w:t xml:space="preserve">[04:31] </w:t>
      </w:r>
      <w:r>
        <w:t>is ke baani hazrat jo the, isi tarah ki bari bari baatein unhon ne ki ke idara hum is liye qaim kar rahe hain ke yeh ho aur yeh ho aur yeh ho.</w:t>
      </w:r>
    </w:p>
    <w:p>
      <w:pPr>
        <w:jc w:val="right"/>
      </w:pPr>
      <w:r>
        <w:t>اس کے بانی حضرات جو تھے، اسی طرح کی بڑی بڑی باتیں انہوں نے کیں کہ ادارہ ہم اس لیے قائم کر رہے ہیں کہ یہ ہو اور یہ ہو اور یہ ہو۔</w:t>
      </w:r>
    </w:p>
    <w:p>
      <w:r>
        <w:rPr>
          <w:b/>
        </w:rPr>
        <w:t xml:space="preserve">[04:42] </w:t>
      </w:r>
      <w:r>
        <w:t>sawal yeh hai ke sau saal ke andar is idare se ek shakhs bhi paida nahi hua, is tarah ka jaisa ke ailan kiya gaya tha.</w:t>
      </w:r>
    </w:p>
    <w:p>
      <w:pPr>
        <w:jc w:val="right"/>
      </w:pPr>
      <w:r>
        <w:t>سوال یہ ہے کہ سو سال کے اندر اس ادارے سے ایک شخص بھی پیدا نہیں ہوا، اس طرح کا جیسا کہ اعلان کیا گیا تھا۔</w:t>
      </w:r>
    </w:p>
    <w:p>
      <w:r>
        <w:rPr>
          <w:b/>
        </w:rPr>
        <w:t xml:space="preserve">[04:54] </w:t>
      </w:r>
      <w:r>
        <w:t>koi wahan se dimaagh nahi bane. Musalmanon ki azmat-e-rafta ek percent bhi wo wapas nahi la sake.</w:t>
      </w:r>
    </w:p>
    <w:p>
      <w:pPr>
        <w:jc w:val="right"/>
      </w:pPr>
      <w:r>
        <w:t>کوئی وہاں سے دماغ نہیں بنے۔ مسلمانوں کی عظمت رفتہ ایک پرسنٹ بھی وہ واپس نہیں لا سکے۔</w:t>
      </w:r>
    </w:p>
    <w:p>
      <w:r>
        <w:rPr>
          <w:b/>
        </w:rPr>
        <w:t xml:space="preserve">[05:04] </w:t>
      </w:r>
      <w:r>
        <w:t>to aage jo hai, taqreeren karne se kya faida?</w:t>
      </w:r>
    </w:p>
    <w:p>
      <w:pPr>
        <w:jc w:val="right"/>
      </w:pPr>
      <w:r>
        <w:t>تو آگے جو ہے، تقریریں کرنے سے کیا فائدہ؟</w:t>
      </w:r>
    </w:p>
    <w:p>
      <w:r>
        <w:rPr>
          <w:b/>
        </w:rPr>
        <w:t xml:space="preserve">[05:09] </w:t>
      </w:r>
      <w:r>
        <w:t>ab waqt hai yaad rakhiye reassessment ka. Reassessment. Phir se sochna ke hamari planning jo thi, us mein kya ghalati thi ke sau saal, do sau saal beet gaye, abhi tak jis maqsad ke liye hum ne yeh sab bare bare plan kiye the, to wo maqsad hasil nahi hua.</w:t>
      </w:r>
    </w:p>
    <w:p>
      <w:pPr>
        <w:jc w:val="right"/>
      </w:pPr>
      <w:r>
        <w:t>اب وقت ہے یاد رکھیے ری اسیسمنٹ کا۔ ری اسیسمنٹ۔ پھر سے سوچنا کہ ہماری پلاننگ جو تھی، اس میں کیا غلطی تھی کہ سو سال، دو سو سال بیت گئے، ابھی تک جس مقصد کے لیے ہم نے یہ سب بڑے بڑے پلان کیے تھے، تو وہ مقصد حاصل نہیں ہوا۔</w:t>
      </w:r>
    </w:p>
    <w:p>
      <w:r>
        <w:rPr>
          <w:b/>
        </w:rPr>
        <w:t xml:space="preserve">[05:37] </w:t>
      </w:r>
      <w:r>
        <w:t>kyun?</w:t>
      </w:r>
    </w:p>
    <w:p>
      <w:pPr>
        <w:jc w:val="right"/>
      </w:pPr>
      <w:r>
        <w:t>کیوں؟</w:t>
      </w:r>
    </w:p>
    <w:p>
      <w:r>
        <w:rPr>
          <w:b/>
        </w:rPr>
        <w:t xml:space="preserve">[05:42] </w:t>
      </w:r>
      <w:r>
        <w:t>dekhiye, yeh saada baat nahi hai.</w:t>
      </w:r>
    </w:p>
    <w:p>
      <w:pPr>
        <w:jc w:val="right"/>
      </w:pPr>
      <w:r>
        <w:t>دیکھیے، یہ سادہ بات نہیں ہے۔</w:t>
      </w:r>
    </w:p>
    <w:p>
      <w:r>
        <w:rPr>
          <w:b/>
        </w:rPr>
        <w:t xml:space="preserve">[05:46] </w:t>
      </w:r>
      <w:r>
        <w:t>mein ne is par bohat ghor kiya hai. Meri samajh mein jo baat aati hai, wo yeh hai ke kisi bhi qaum, koi bhi community hai, koi bhi mulk ka mustaqbil jo banate hain, bare bare dimaagh banate hain.</w:t>
      </w:r>
    </w:p>
    <w:p>
      <w:pPr>
        <w:jc w:val="right"/>
      </w:pPr>
      <w:r>
        <w:t>میں نے اس پر بہت غور کیا ہے۔ میری سمجھ میں جو بات آتی ہے، وہ یہ ہے کہ کسی بھی قوم، کوئی بھی کمیونٹی ہے، کوئی بھی ملک کا مستقبل جو بناتے ہیں، بڑے بڑے دماغ بناتے ہیں۔</w:t>
      </w:r>
    </w:p>
    <w:p>
      <w:r>
        <w:rPr>
          <w:b/>
        </w:rPr>
        <w:t xml:space="preserve">[06:06] </w:t>
      </w:r>
      <w:r>
        <w:t>aap jante hain ke logon mein do tarah ke log paida hote hain:</w:t>
      </w:r>
    </w:p>
    <w:p>
      <w:pPr>
        <w:jc w:val="right"/>
      </w:pPr>
      <w:r>
        <w:t>آپ جانتے ہیں کہ لوگوں میں دو طرح کے لوگ پیدا ہوتے ہیں:</w:t>
      </w:r>
    </w:p>
    <w:p>
      <w:r>
        <w:rPr>
          <w:b/>
        </w:rPr>
        <w:t xml:space="preserve">[06:10] </w:t>
      </w:r>
      <w:r>
        <w:t>ek aam log, ek khaas log. aam log bare bare kaam nahi kar paate. bada kaam karne ke liye bada dimagh chahiye.</w:t>
      </w:r>
    </w:p>
    <w:p>
      <w:pPr>
        <w:jc w:val="right"/>
      </w:pPr>
      <w:r>
        <w:t>ایک عام لوگ، ایک خاص لوگ۔ عام لوگ بڑے بڑے کام نہیں کر پاتے۔ بڑا کام کرنے کے لیے بڑا دماغ چاہیے۔</w:t>
      </w:r>
    </w:p>
    <w:p>
      <w:r>
        <w:rPr>
          <w:b/>
        </w:rPr>
        <w:t xml:space="preserve">[06:24] </w:t>
      </w:r>
      <w:r>
        <w:t>isi liye peghambar jo the, apne zamane mein mulk qaum ko khitab karte the.</w:t>
      </w:r>
    </w:p>
    <w:p>
      <w:pPr>
        <w:jc w:val="right"/>
      </w:pPr>
      <w:r>
        <w:t>اسی لیے پیغمبر جو تھے، اپنے زمانے میں ملک قوم کو خطاب کرتے تھے۔</w:t>
      </w:r>
    </w:p>
    <w:p>
      <w:r>
        <w:rPr>
          <w:b/>
        </w:rPr>
        <w:t xml:space="preserve">[06:31] </w:t>
      </w:r>
      <w:r>
        <w:t>mulk qaum ka matlab hai ke is waqt ke jo brilliant log the, is waqt ke jo</w:t>
      </w:r>
    </w:p>
    <w:p>
      <w:pPr>
        <w:jc w:val="right"/>
      </w:pPr>
      <w:r>
        <w:t>ملک قوم کا مطلب ہے کہ اس وقت کے جو بریلینٹ لوگ تھے، اس وقت کے جو</w:t>
      </w:r>
    </w:p>
    <w:p>
      <w:r>
        <w:rPr>
          <w:b/>
        </w:rPr>
        <w:t xml:space="preserve">[06:39] </w:t>
      </w:r>
      <w:r>
        <w:t>top thinkers the, is waqt ke bare bare mind the, un ko khitab karte the. woh kyunke unhi mein se abubakar o umar jaise log milte the.</w:t>
      </w:r>
    </w:p>
    <w:p>
      <w:pPr>
        <w:jc w:val="right"/>
      </w:pPr>
      <w:r>
        <w:t>ٹاپ تھنکرز تھے، اس وقت کے بڑے بڑے مائنڈ تھے، ان کو خطاب کرتے تھے۔ وہ کیونکہ انہی میں سے ابوبکر و عمر جیسے لوگ ملتے تھے۔</w:t>
      </w:r>
    </w:p>
    <w:p>
      <w:r>
        <w:rPr>
          <w:b/>
        </w:rPr>
        <w:t xml:space="preserve">[06:51] </w:t>
      </w:r>
      <w:r>
        <w:t>to aaj jo masla hai, sab se bada, woh yeh hai ke musalmanon ka koi bhi taleemi idara, ilmi idara, koi bhi jamaat, koi bhi tanzeem dekh lijiye, aap jitne bhi hain,</w:t>
      </w:r>
    </w:p>
    <w:p>
      <w:pPr>
        <w:jc w:val="right"/>
      </w:pPr>
      <w:r>
        <w:t>تو آج جو مسئلہ ہے، سب سے بڑا، وہ یہ ہے کہ مسلمانوں کا کوئی بھی تعلیمی ادارہ، علمی ادارہ، کوئی بھی جماعت، کوئی بھی تنظیم دیکھ لیجئے، آپ جتنے بھی ہیں،</w:t>
      </w:r>
    </w:p>
    <w:p>
      <w:r>
        <w:rPr>
          <w:b/>
        </w:rPr>
        <w:t xml:space="preserve">[07:06] </w:t>
      </w:r>
      <w:r>
        <w:t>maine apni lambi umar mein in sab ko bar bar dekha hai. sab mein media kar qism ke log bhare hue hain.</w:t>
      </w:r>
    </w:p>
    <w:p>
      <w:pPr>
        <w:jc w:val="right"/>
      </w:pPr>
      <w:r>
        <w:t>میں نے اپنی لمبی عمر میں ان سب کو بار بار دیکھا ہے۔ سب میں میڈیا کر قسم کے لوگ بھرے ہوئے ہیں۔</w:t>
      </w:r>
    </w:p>
    <w:p>
      <w:r>
        <w:rPr>
          <w:b/>
        </w:rPr>
        <w:t xml:space="preserve">[07:17] </w:t>
      </w:r>
      <w:r>
        <w:t>media kar qism ke log.</w:t>
      </w:r>
    </w:p>
    <w:p>
      <w:pPr>
        <w:jc w:val="right"/>
      </w:pPr>
      <w:r>
        <w:t>میڈیا کر قسم کے لوگ۔</w:t>
      </w:r>
    </w:p>
    <w:p>
      <w:r>
        <w:rPr>
          <w:b/>
        </w:rPr>
        <w:t xml:space="preserve">[07:19] </w:t>
      </w:r>
      <w:r>
        <w:t>aala dimagh kahin bhi nahi. koi aata hai, ittefaq se to bhaag jata hai. woh tikta nahi hai.</w:t>
      </w:r>
    </w:p>
    <w:p>
      <w:pPr>
        <w:jc w:val="right"/>
      </w:pPr>
      <w:r>
        <w:t>اعلیٰ دماغ کہیں بھی نہیں۔ کوئی آتا ہے، اتفاق سے تو بھاگ جاتا ہے۔ وہ ٹکتا نہیں ہے۔</w:t>
      </w:r>
    </w:p>
    <w:p>
      <w:r>
        <w:rPr>
          <w:b/>
        </w:rPr>
        <w:t xml:space="preserve">[07:28] </w:t>
      </w:r>
      <w:r>
        <w:t>to asal masla yeh hai ke hamare paas jo bare bare naam hain, bare bare naam se jo idare hain, tanzeemein hain, jamaatein hain, woh sab awam ki bheed hai.</w:t>
      </w:r>
    </w:p>
    <w:p>
      <w:pPr>
        <w:jc w:val="right"/>
      </w:pPr>
      <w:r>
        <w:t>تو اصل مسئلہ یہ ہے کہ ہمارے پاس جو بڑے بڑے نام ہیں، بڑے بڑے نام سے جو ادارے ہیں، تنظیمیں ہیں، جماعتیں ہیں، وہ سب عوام کی بھیڑ ہے۔</w:t>
      </w:r>
    </w:p>
    <w:p>
      <w:r>
        <w:rPr>
          <w:b/>
        </w:rPr>
        <w:t xml:space="preserve">[07:42] </w:t>
      </w:r>
      <w:r>
        <w:t>is mein bas taliyan bajane wale</w:t>
      </w:r>
    </w:p>
    <w:p>
      <w:pPr>
        <w:jc w:val="right"/>
      </w:pPr>
      <w:r>
        <w:t>اس میں بس تالیاں بجانے والے</w:t>
      </w:r>
    </w:p>
    <w:p>
      <w:r>
        <w:rPr>
          <w:b/>
        </w:rPr>
        <w:t xml:space="preserve">[07:49] </w:t>
      </w:r>
      <w:r>
        <w:t>jo aala dimagh allah taala ne paida kiye, woh hamare idaron ko rukh nahi karte. to is ki wajah kya hai?</w:t>
      </w:r>
    </w:p>
    <w:p>
      <w:pPr>
        <w:jc w:val="right"/>
      </w:pPr>
      <w:r>
        <w:t>جو اعلیٰ دماغ اللہ تعالیٰ نے پیدا کیے، وہ ہمارے اداروں کو رخ نہیں کرتے۔ تو اس کی وجہ کیا ہے؟</w:t>
      </w:r>
    </w:p>
    <w:p>
      <w:r>
        <w:rPr>
          <w:b/>
        </w:rPr>
        <w:t xml:space="preserve">[08:01] </w:t>
      </w:r>
      <w:r>
        <w:t>is ki wajah log inhi ko dete hain jo idhar rukh nahi karte. in ko jaise ek mashhoor aalim ne ek kitaab likhi: "riddah wala abubakar laha".</w:t>
      </w:r>
    </w:p>
    <w:p>
      <w:pPr>
        <w:jc w:val="right"/>
      </w:pPr>
      <w:r>
        <w:t>اس کی وجہ لوگ انہی کو دیتے ہیں جو ادھر رخ نہیں کرتے۔ ان کو جیسے ایک مشہور عالم نے ایک کتاب لکھی: "ردۃ ولا ابا بکر لہا"۔</w:t>
      </w:r>
    </w:p>
    <w:p>
      <w:r>
        <w:rPr>
          <w:b/>
        </w:rPr>
        <w:t xml:space="preserve">[08:17] </w:t>
      </w:r>
      <w:r>
        <w:t>ek irtidad hai, magar is ke liye koi abhi abubakar nahi. yeh irtidad ka masla nahi hai. yeh hai intellectual dissatisfaction ka masla.</w:t>
      </w:r>
    </w:p>
    <w:p>
      <w:pPr>
        <w:jc w:val="right"/>
      </w:pPr>
      <w:r>
        <w:t>ایک ارتداد ہے، مگر اس کے لیے کوئی ابھی ابوبکر نہیں۔ یہ ارتداد کا مسئلہ نہیں ہے۔ یہ ہے انٹلیکچول ڈس سیٹسفیکشن کا مسئلہ۔</w:t>
      </w:r>
    </w:p>
    <w:p>
      <w:r>
        <w:rPr>
          <w:b/>
        </w:rPr>
        <w:t xml:space="preserve">[08:30] </w:t>
      </w:r>
      <w:r>
        <w:t>yaani aaj ek naya zamana hai. hum ek naye daur mein hain.</w:t>
      </w:r>
    </w:p>
    <w:p>
      <w:pPr>
        <w:jc w:val="right"/>
      </w:pPr>
      <w:r>
        <w:t>یعنی آج ایک نیا زمانہ ہے۔ ہم ایک نئے دور میں ہیں۔</w:t>
      </w:r>
    </w:p>
    <w:p>
      <w:r>
        <w:rPr>
          <w:b/>
        </w:rPr>
        <w:t xml:space="preserve">[08:38] </w:t>
      </w:r>
      <w:r>
        <w:t>har cheez badal chuki hai.</w:t>
      </w:r>
    </w:p>
    <w:p>
      <w:pPr>
        <w:jc w:val="right"/>
      </w:pPr>
      <w:r>
        <w:t>ہر چیز بدل چکی ہے۔</w:t>
      </w:r>
    </w:p>
    <w:p>
      <w:r>
        <w:rPr>
          <w:b/>
        </w:rPr>
        <w:t xml:space="preserve">[08:42] </w:t>
      </w:r>
      <w:r>
        <w:t>to aaj ke mayar par, aaj ke fikri mustawa par, aaj ke intellectual level par islam ko pesh karna tha, woh hamare log na kar sake.</w:t>
      </w:r>
    </w:p>
    <w:p>
      <w:pPr>
        <w:jc w:val="right"/>
      </w:pPr>
      <w:r>
        <w:t>تو آج کے معیار پر، آج کے فکری مستوى پر، آج کے انٹلیکچول لیول پر اسلام کو پیش کرنا تھا، وہ ہمارے لوگ نہ کر سکے۔</w:t>
      </w:r>
    </w:p>
    <w:p>
      <w:r>
        <w:rPr>
          <w:b/>
        </w:rPr>
        <w:t xml:space="preserve">[08:59] </w:t>
      </w:r>
      <w:r>
        <w:t>to aaj ka jo insan hai, parha likha insan, aali dimagh insan, us ke samne islam ka jo version aata hai, us ko woh aaj ke zamane ke liye mis fit pata hai,</w:t>
      </w:r>
    </w:p>
    <w:p>
      <w:pPr>
        <w:jc w:val="right"/>
      </w:pPr>
      <w:r>
        <w:t>تو آج کا جو انسان ہے، پڑھا لکھا انسان، عالی دماغ انسان، اس کے سامنے اسلام کا جو ورژن آتا ہے، اس کو وہ آج کے زمانے کے لیے مس فٹ پاتا ہے،</w:t>
      </w:r>
    </w:p>
    <w:p>
      <w:r>
        <w:rPr>
          <w:b/>
        </w:rPr>
        <w:t xml:space="preserve">[09:14] </w:t>
      </w:r>
      <w:r>
        <w:t>irrelevant pata hai. yeh wajah hai. to masla yeh nahi ke aap badi badi taqreerein karein aur awam ikatthe ho kar taliyan bajayein.</w:t>
      </w:r>
    </w:p>
    <w:p>
      <w:pPr>
        <w:jc w:val="right"/>
      </w:pPr>
      <w:r>
        <w:t>ارریلیونٹ پاتا ہے۔ یہ وجہ ہے۔ تو مسئلہ یہ نہیں کہ آپ بڑی بڑی تقریریں کریں اور عوام اکٹھے ہو کر تالیاں بجائیں۔</w:t>
      </w:r>
    </w:p>
    <w:p>
      <w:r>
        <w:rPr>
          <w:b/>
        </w:rPr>
        <w:t xml:space="preserve">[09:24] </w:t>
      </w:r>
      <w:r>
        <w:t>yeh masla hai hi nahi.</w:t>
      </w:r>
    </w:p>
    <w:p>
      <w:pPr>
        <w:jc w:val="right"/>
      </w:pPr>
      <w:r>
        <w:t>یہ مسئلہ ہے ہی نہیں۔</w:t>
      </w:r>
    </w:p>
    <w:p>
      <w:r>
        <w:rPr>
          <w:b/>
        </w:rPr>
        <w:t xml:space="preserve">[09:27] </w:t>
      </w:r>
      <w:r>
        <w:t>masla yeh hai ke kis tarah se islam ke andar woh</w:t>
      </w:r>
    </w:p>
    <w:p>
      <w:pPr>
        <w:jc w:val="right"/>
      </w:pPr>
      <w:r>
        <w:t>مسئلہ یہ ہے کہ کس طرح سے اسلام کے اندر وہ</w:t>
      </w:r>
    </w:p>
    <w:p>
      <w:r>
        <w:rPr>
          <w:b/>
        </w:rPr>
        <w:t xml:space="preserve">[09:36] </w:t>
      </w:r>
      <w:r>
        <w:t>asbab ikattha kiye jayein ke aaj ka jo zahiin tabqa hai, woh is ki taraf mail ho.</w:t>
      </w:r>
    </w:p>
    <w:p>
      <w:pPr>
        <w:jc w:val="right"/>
      </w:pPr>
      <w:r>
        <w:t>اسباب اکٹھا کیے جائیں کہ آج کا جو ذہین طبقہ ہے، وہ اس کی طرف مائل ہو۔</w:t>
      </w:r>
    </w:p>
    <w:p>
      <w:r>
        <w:rPr>
          <w:b/>
        </w:rPr>
        <w:t xml:space="preserve">[09:47] </w:t>
      </w:r>
      <w:r>
        <w:t>ek arab ne kaha tha ke "dajl dhahm yahya al-ummah". ek top ka aadmi poori poori qaum ko badal deta hai.</w:t>
      </w:r>
    </w:p>
    <w:p>
      <w:pPr>
        <w:jc w:val="right"/>
      </w:pPr>
      <w:r>
        <w:t>ایک عرب نے کہا تھا کہ "ڈجل ذہم یحیی الامہ"۔ ایک ٹاپ کا آدمی پوری پوری قوم کو بدل دیتا ہے۔</w:t>
      </w:r>
    </w:p>
    <w:p>
      <w:r>
        <w:rPr>
          <w:b/>
        </w:rPr>
        <w:t xml:space="preserve">[09:59] </w:t>
      </w:r>
      <w:r>
        <w:t>aur bheed jo hai, woh sirf taliyan bajane ke liye hoti hai. is se aage kuch nahi. maine is par bohat ghaur kiya hai, bohat parha hai, bohat discussion kiya hai.</w:t>
      </w:r>
    </w:p>
    <w:p>
      <w:pPr>
        <w:jc w:val="right"/>
      </w:pPr>
      <w:r>
        <w:t>اور بھیڑ جو ہے، وہ صرف تالیاں بجانے کے لیے ہوتی ہے۔ اس سے آگے کچھ نہیں۔ میں نے اس پر بہت غور کیا ہے، بہت پڑھا ہے، بہت ڈسکشن کیا ہے۔</w:t>
      </w:r>
    </w:p>
    <w:p>
      <w:r>
        <w:rPr>
          <w:b/>
        </w:rPr>
        <w:t xml:space="preserve">[10:14] </w:t>
      </w:r>
      <w:r>
        <w:t>meri samajh se is zamane mein do bade ideological challenge hain islam ke liye jin ka jawab nahi diya gaya hai.</w:t>
      </w:r>
    </w:p>
    <w:p>
      <w:pPr>
        <w:jc w:val="right"/>
      </w:pPr>
      <w:r>
        <w:t>میری سمجھ سے اس زمانے میں دو بڑے آئیڈیالوجیکل چیلنج ہیں اسلام کے لیے جن کا جواب نہیں دیا گیا ہے۔</w:t>
      </w:r>
    </w:p>
    <w:p>
      <w:r>
        <w:rPr>
          <w:b/>
        </w:rPr>
        <w:t xml:space="preserve">[10:25] </w:t>
      </w:r>
      <w:r>
        <w:t>yani zehni satah par log jo ghair mutma'in hain, us ke do bunyadi asbab hain.</w:t>
      </w:r>
    </w:p>
    <w:p>
      <w:pPr>
        <w:jc w:val="right"/>
      </w:pPr>
      <w:r>
        <w:t>یعنی ذہنی سطح پر لوگ جو غیر مطمئن ہیں، اس کے دو بنیادی اسباب ہیں۔</w:t>
      </w:r>
    </w:p>
    <w:p>
      <w:r>
        <w:rPr>
          <w:b/>
        </w:rPr>
        <w:t xml:space="preserve">[10:34] </w:t>
      </w:r>
      <w:r>
        <w:t>inhi ko main intellectual challenge ya ideological challenge jo bhi kahiye, woh kya hai?</w:t>
      </w:r>
    </w:p>
    <w:p>
      <w:pPr>
        <w:jc w:val="right"/>
      </w:pPr>
      <w:r>
        <w:t>انہی کو میں انٹلیکچول چیلنج یا آئیڈیالوجیکل چیلنج جو بھی کہیے، وہ کیا ہے؟</w:t>
      </w:r>
    </w:p>
    <w:p>
      <w:r>
        <w:rPr>
          <w:b/>
        </w:rPr>
        <w:t xml:space="preserve">[10:43] </w:t>
      </w:r>
      <w:r>
        <w:t>ek yeh hai</w:t>
      </w:r>
    </w:p>
    <w:p>
      <w:pPr>
        <w:jc w:val="right"/>
      </w:pPr>
      <w:r>
        <w:t>ایک یہ ہے</w:t>
      </w:r>
    </w:p>
    <w:p>
      <w:r>
        <w:rPr>
          <w:b/>
        </w:rPr>
        <w:t xml:space="preserve">[10:47] </w:t>
      </w:r>
      <w:r>
        <w:t>Khuda ke wajood ke baray mein shakk. Woh shakk is kyun hai? Is liye nahi ke science dunya mein aa gayi.</w:t>
      </w:r>
    </w:p>
    <w:p>
      <w:pPr>
        <w:jc w:val="right"/>
      </w:pPr>
      <w:r>
        <w:t>خدا کے وجود کے بارے میں شک۔ وہ شک اس کیوں ہے؟ اس لیے نہیں کہ سائنس دنیا میں آ گئی۔</w:t>
      </w:r>
    </w:p>
    <w:p>
      <w:r>
        <w:rPr>
          <w:b/>
        </w:rPr>
        <w:t xml:space="preserve">[10:56] </w:t>
      </w:r>
      <w:r>
        <w:t>science ka koi ta'alluq Islam ke, science ka koi ta'alluq Khuda ke wajood se nahi hai.</w:t>
      </w:r>
    </w:p>
    <w:p>
      <w:pPr>
        <w:jc w:val="right"/>
      </w:pPr>
      <w:r>
        <w:t>سائنس کا کوئی تعلق اسلام کے، سائنس کا کوئی تعلق خدا کے وجود سے نہیں ہے۔</w:t>
      </w:r>
    </w:p>
    <w:p>
      <w:r>
        <w:rPr>
          <w:b/>
        </w:rPr>
        <w:t xml:space="preserve">[11:05] </w:t>
      </w:r>
      <w:r>
        <w:t>aisa nahi hai.</w:t>
      </w:r>
    </w:p>
    <w:p>
      <w:pPr>
        <w:jc w:val="right"/>
      </w:pPr>
      <w:r>
        <w:t>ایسا نہیں ہے۔</w:t>
      </w:r>
    </w:p>
    <w:p>
      <w:r>
        <w:rPr>
          <w:b/>
        </w:rPr>
        <w:t xml:space="preserve">[11:11] </w:t>
      </w:r>
      <w:r>
        <w:t>balkeh science to Khuda ke wajood ko indirect way mein support deti hai.</w:t>
      </w:r>
    </w:p>
    <w:p>
      <w:pPr>
        <w:jc w:val="right"/>
      </w:pPr>
      <w:r>
        <w:t>بلکہ سائنس تو خدا کے وجود کو ان ڈائریکٹ وے میں سپورٹ دیتی ہے۔</w:t>
      </w:r>
    </w:p>
    <w:p>
      <w:r>
        <w:rPr>
          <w:b/>
        </w:rPr>
        <w:t xml:space="preserve">[11:20] </w:t>
      </w:r>
      <w:r>
        <w:t>aap sirf ek kitaab parh lein, is ka naam hai "Evidence of God in an Expanding Universe".</w:t>
      </w:r>
    </w:p>
    <w:p>
      <w:pPr>
        <w:jc w:val="right"/>
      </w:pPr>
      <w:r>
        <w:t>آپ صرف ایک کتاب پڑھ لیں، اس کا نام ہے "ایویڈنس آف گاڈ ان این ایکسپینڈنگ یونیورس"۔</w:t>
      </w:r>
    </w:p>
    <w:p>
      <w:r>
        <w:rPr>
          <w:b/>
        </w:rPr>
        <w:t xml:space="preserve">[11:34] </w:t>
      </w:r>
      <w:r>
        <w:t>"Evidence of God in an Expanding Universe".</w:t>
      </w:r>
    </w:p>
    <w:p>
      <w:pPr>
        <w:jc w:val="right"/>
      </w:pPr>
      <w:r>
        <w:t>"ایویڈنس آف گاڈ ان این ایکسپینڈنگ یونیورس"۔</w:t>
      </w:r>
    </w:p>
    <w:p>
      <w:r>
        <w:rPr>
          <w:b/>
        </w:rPr>
        <w:t xml:space="preserve">[11:39] </w:t>
      </w:r>
      <w:r>
        <w:t>jo sab se bara masla hai, woh yeh hai ke log kehte hain ke dunya mein evil kyun hai?</w:t>
      </w:r>
    </w:p>
    <w:p>
      <w:pPr>
        <w:jc w:val="right"/>
      </w:pPr>
      <w:r>
        <w:t>جو سب سے بڑا مسئلہ ہے، وہ یہ ہے کہ لوگ کہتے ہیں کہ دنیا میں ایول کیوں ہے؟</w:t>
      </w:r>
    </w:p>
    <w:p>
      <w:r>
        <w:rPr>
          <w:b/>
        </w:rPr>
        <w:t xml:space="preserve">[11:49] </w:t>
      </w:r>
      <w:r>
        <w:t>matlab fasad hai,</w:t>
      </w:r>
    </w:p>
    <w:p>
      <w:pPr>
        <w:jc w:val="right"/>
      </w:pPr>
      <w:r>
        <w:t>مطلب فساد ہے،</w:t>
      </w:r>
    </w:p>
    <w:p>
      <w:r>
        <w:rPr>
          <w:b/>
        </w:rPr>
        <w:t xml:space="preserve">[11:53] </w:t>
      </w:r>
      <w:r>
        <w:t>tarah tarah ki buraiyan hain, tashaddud hai, jang hai,</w:t>
      </w:r>
    </w:p>
    <w:p>
      <w:pPr>
        <w:jc w:val="right"/>
      </w:pPr>
      <w:r>
        <w:t>طرح طرح کی برائیاں ہیں، تشدد ہے، جنگ ہے،</w:t>
      </w:r>
    </w:p>
    <w:p>
      <w:r>
        <w:rPr>
          <w:b/>
        </w:rPr>
        <w:t xml:space="preserve">[12:00] </w:t>
      </w:r>
      <w:r>
        <w:t>blood shed hai. Yeh sab kyun hai? Ghareeb hain, ameer hain, yeh sab kyun hai?</w:t>
      </w:r>
    </w:p>
    <w:p>
      <w:pPr>
        <w:jc w:val="right"/>
      </w:pPr>
      <w:r>
        <w:t>بلڈ شیڈ ہے۔ یہ سب کیوں ہے؟ غریب ہیں، امیر ہیں، یہ سب کیوں ہے؟</w:t>
      </w:r>
    </w:p>
    <w:p>
      <w:r>
        <w:rPr>
          <w:b/>
        </w:rPr>
        <w:t xml:space="preserve">[12:08] </w:t>
      </w:r>
      <w:r>
        <w:t>to is ko woh log kehte hain evil. To woh samajhte hain ke agar Khuda all right hai, all powerful hai, to yeh kyun dunya mein itna sara evil hai?</w:t>
      </w:r>
    </w:p>
    <w:p>
      <w:pPr>
        <w:jc w:val="right"/>
      </w:pPr>
      <w:r>
        <w:t>تو اس کو وہ لوگ کہتے ہیں ایول۔ تو وہ سمجھتے ہیں کہ اگر خدا آل رائٹ ہے، آل پاور فل ہے، تو یہ کیوں دنیا میں اتنا سارا ایول ہے؟</w:t>
      </w:r>
    </w:p>
    <w:p>
      <w:r>
        <w:rPr>
          <w:b/>
        </w:rPr>
        <w:t xml:space="preserve">[12:18] </w:t>
      </w:r>
      <w:r>
        <w:t>is ko kehte hain "Problem of Evil".</w:t>
      </w:r>
    </w:p>
    <w:p>
      <w:pPr>
        <w:jc w:val="right"/>
      </w:pPr>
      <w:r>
        <w:t>اس کو کہتے ہیں "پرابلم آف ایول"۔</w:t>
      </w:r>
    </w:p>
    <w:p>
      <w:r>
        <w:rPr>
          <w:b/>
        </w:rPr>
        <w:t xml:space="preserve">[12:22] </w:t>
      </w:r>
      <w:r>
        <w:t>abhi haal mein Haroon Shori ki ek moti kitaab bhi hai, isi mozu par chhapi hai.</w:t>
      </w:r>
    </w:p>
    <w:p>
      <w:pPr>
        <w:jc w:val="right"/>
      </w:pPr>
      <w:r>
        <w:t>ابھی حال میں ہارون شوری کی ایک موٹی کتاب بھی ہے، اسی موضوع پر چھپی ہے۔</w:t>
      </w:r>
    </w:p>
    <w:p>
      <w:r>
        <w:rPr>
          <w:b/>
        </w:rPr>
        <w:t xml:space="preserve">[12:29] </w:t>
      </w:r>
      <w:r>
        <w:t>ke aur doosri kitaabein hain, sankron kitaabein hain "Problem of Evil" par. Ke evil is baat ko doubtful banata hai ke koi Khuda hai jo all powerful hai, all right hai.</w:t>
      </w:r>
    </w:p>
    <w:p>
      <w:pPr>
        <w:jc w:val="right"/>
      </w:pPr>
      <w:r>
        <w:t>کہ اور دوسری کتابیں ہیں، سینکڑوں کتابیں ہیں "پرابلم آف ایول" پر۔ کہ ایول اس بات کو ڈاؤٹ فل بناتا ہے کہ کوئی خدا ہے جو آل پاور فل ہے، آل رائٹ ہے۔</w:t>
      </w:r>
    </w:p>
    <w:p>
      <w:r>
        <w:rPr>
          <w:b/>
        </w:rPr>
        <w:t xml:space="preserve">[12:47] </w:t>
      </w:r>
      <w:r>
        <w:t>yeh ek sawal hai. Is waqt mein is par nahi bol raha hoon.</w:t>
      </w:r>
    </w:p>
    <w:p>
      <w:pPr>
        <w:jc w:val="right"/>
      </w:pPr>
      <w:r>
        <w:t>یہ ایک سوال ہے۔ اس وقت میں اس پر نہیں بول رہا ہوں۔</w:t>
      </w:r>
    </w:p>
    <w:p>
      <w:r>
        <w:rPr>
          <w:b/>
        </w:rPr>
        <w:t xml:space="preserve">[12:52] </w:t>
      </w:r>
      <w:r>
        <w:t>ek aur doosra jo masla hai, is par bol raha hoon: "Freedom of Thought". Is waqt mujhe "Freedom of Thought" par bolna hai. Jo aaj ki dunya mein Islam ke khilaaf sab se bara issue bana hua hai.</w:t>
      </w:r>
    </w:p>
    <w:p>
      <w:pPr>
        <w:jc w:val="right"/>
      </w:pPr>
      <w:r>
        <w:t>ایک اور دوسرا جو مسئلہ ہے، اس پر بول رہا ہوں: "فریڈم آف تھاٹ"۔ اس وقت مجھے "فریڈم آف تھاٹ" پر بولنا ہے۔ جو آج کی دنیا میں اسلام کے خلاف سب سے بڑا ایشو بنا ہوا ہے۔</w:t>
      </w:r>
    </w:p>
    <w:p>
      <w:r>
        <w:rPr>
          <w:b/>
        </w:rPr>
        <w:t xml:space="preserve">[13:07] </w:t>
      </w:r>
      <w:r>
        <w:t>aaj ki dunya mein yeh samjha jaane laga hai ke Islam mein izhaar-e-khayal ki azaadi nahi.</w:t>
      </w:r>
    </w:p>
    <w:p>
      <w:pPr>
        <w:jc w:val="right"/>
      </w:pPr>
      <w:r>
        <w:t>آج کی دنیا میں یہ سمجھا جانے لگا ہے کہ اسلام میں اظہار خیال کی آزادی نہیں۔</w:t>
      </w:r>
    </w:p>
    <w:p>
      <w:r>
        <w:rPr>
          <w:b/>
        </w:rPr>
        <w:t xml:space="preserve">[13:17] </w:t>
      </w:r>
      <w:r>
        <w:t>yeh baat bohat pehle se hai. Lekin Salmaan Rushdie ki kitaab jo thi</w:t>
      </w:r>
    </w:p>
    <w:p>
      <w:pPr>
        <w:jc w:val="right"/>
      </w:pPr>
      <w:r>
        <w:t>یہ بات بہت پہلے سے ہے۔ لیکن سالمہ رشدی کی کتاب جو تھی</w:t>
      </w:r>
    </w:p>
    <w:p>
      <w:r>
        <w:rPr>
          <w:b/>
        </w:rPr>
        <w:t xml:space="preserve">[13:27] </w:t>
      </w:r>
      <w:r>
        <w:t>"Satanic Verses", is par jo hungama sari dunya mein hua, aur sirf Rushdie ko akele ek ko chhod kar sab ne shor kiya ke maro, qatl karo.</w:t>
      </w:r>
    </w:p>
    <w:p>
      <w:pPr>
        <w:jc w:val="right"/>
      </w:pPr>
      <w:r>
        <w:t>"سیٹنک ورسز"، اس پر جو ہنگامہ ساری دنیا میں ہوا، اور صرف مشک کو اکیلے ایک کو چھوڑ کر سب نے شور کیا کہ مارو، قتل کرو۔</w:t>
      </w:r>
    </w:p>
    <w:p>
      <w:r>
        <w:rPr>
          <w:b/>
        </w:rPr>
        <w:t xml:space="preserve">[13:42] </w:t>
      </w:r>
      <w:r>
        <w:t>poori poori dunya, Arab, Ajam dono. Maine is ke khilaaf likha tha. Ek kitaab chhapi thi nineteen eighty four mein.</w:t>
      </w:r>
    </w:p>
    <w:p>
      <w:pPr>
        <w:jc w:val="right"/>
      </w:pPr>
      <w:r>
        <w:t>پوری پوری دنیا، عرب، عجم دونوں۔ میں نے اس کے خلاف لکھا تھا۔ ایک کتاب چھپی تھی نائنٹین ایٹی فور میں۔</w:t>
      </w:r>
    </w:p>
    <w:p>
      <w:r>
        <w:rPr>
          <w:b/>
        </w:rPr>
        <w:t xml:space="preserve">[13:56] </w:t>
      </w:r>
      <w:r>
        <w:t>phir maine ek is ke baad ek kitaab poori chhapi is silsilay mein "Shatm-e-Rasool" ka masla. To poori poori dunya mein shor.</w:t>
      </w:r>
    </w:p>
    <w:p>
      <w:pPr>
        <w:jc w:val="right"/>
      </w:pPr>
      <w:r>
        <w:t>پھر میں نے ایک اس کے بعد ایک کتاب پوری چھاپی اس سلسلے میں "شطب رسول" کا مسئلہ۔ تو پوری پوری دنیا میں شور۔</w:t>
      </w:r>
    </w:p>
    <w:p>
      <w:r>
        <w:rPr>
          <w:b/>
        </w:rPr>
        <w:t xml:space="preserve">[14:06] </w:t>
      </w:r>
      <w:r>
        <w:t>is ke upar inaam muqarrar kiye gaye ke jo maare, us ko us ko itna inaam.</w:t>
      </w:r>
    </w:p>
    <w:p>
      <w:pPr>
        <w:jc w:val="right"/>
      </w:pPr>
      <w:r>
        <w:t>اس کے اوپر انعام مقرر کیے گئے کہ جو مارے، اس کو اس کو اتنا انعام۔</w:t>
      </w:r>
    </w:p>
    <w:p>
      <w:r>
        <w:rPr>
          <w:b/>
        </w:rPr>
        <w:t xml:space="preserve">[14:13] </w:t>
      </w:r>
      <w:r>
        <w:t>is tarah se abhi haal mein aap ne dekha Denmark ke ek paper mein jo ek cartoon chhap gaya, us par ek hungama. sirf mein akela tha jis ne likha us par ek mazmoon ke "ignore cartoons".</w:t>
      </w:r>
    </w:p>
    <w:p>
      <w:pPr>
        <w:jc w:val="right"/>
      </w:pPr>
      <w:r>
        <w:t>اس طرح سے ابھی حال میں آپ نے دیکھا ڈنمارک کے ایک پیپر میں جو ایک کارٹون چھپ گیا، اس پر ایک ہنگامہ۔ صرف میں اکیلا تھا جس نے لکھا اس پر ایک مضمون کہ "ایگنور کارٹونز"۔</w:t>
      </w:r>
    </w:p>
    <w:p>
      <w:r>
        <w:rPr>
          <w:b/>
        </w:rPr>
        <w:t xml:space="preserve">[14:26] </w:t>
      </w:r>
      <w:r>
        <w:t>lekin log to kehte hain ke bas maro. wahan ghus bhi gaye log Denmark mein. is aadmi ghar mein ghus gaya marne ke liye. agarche maar nahi paaye.</w:t>
      </w:r>
    </w:p>
    <w:p>
      <w:pPr>
        <w:jc w:val="right"/>
      </w:pPr>
      <w:r>
        <w:t>لیکن لوگ تو کہتے ہیں کہ بس مارو۔ وہاں گھس بھی گئے لوگ ڈنمارک میں۔ اس آدمی گھر میں گھس گیا مارنے کے لیے۔ اگرچہ مار نہیں پائے۔</w:t>
      </w:r>
    </w:p>
    <w:p>
      <w:r>
        <w:rPr>
          <w:b/>
        </w:rPr>
        <w:t xml:space="preserve">[14:35] </w:t>
      </w:r>
      <w:r>
        <w:t>ab dekhiye, kaisi ajeeb baat hai ke saari Muslim dunya ne shor kiya</w:t>
      </w:r>
    </w:p>
    <w:p>
      <w:pPr>
        <w:jc w:val="right"/>
      </w:pPr>
      <w:r>
        <w:t>اب دیکھیے، کیسی عجیب بات ہے کہ ساری مسلم دنیا نے شور کیا</w:t>
      </w:r>
    </w:p>
    <w:p>
      <w:r>
        <w:rPr>
          <w:b/>
        </w:rPr>
        <w:t xml:space="preserve">[14:44] </w:t>
      </w:r>
      <w:r>
        <w:t>"Satanic Verses" ke author ke khilaaf. is cartoonist, is cartoonist ke khilaaf. lekin na us ko maar paaye, na us ko maar paaye.</w:t>
      </w:r>
    </w:p>
    <w:p>
      <w:pPr>
        <w:jc w:val="right"/>
      </w:pPr>
      <w:r>
        <w:t>"سیٹنک ورسز" کے آتھر کے خلاف۔ اس کارٹونسٹ، اس کارٹونسٹ کے خلاف۔ لیکن نہ اس کو مار پائے، نہ اس کو مار پائے۔</w:t>
      </w:r>
    </w:p>
    <w:p>
      <w:r>
        <w:rPr>
          <w:b/>
        </w:rPr>
        <w:t xml:space="preserve">[14:54] </w:t>
      </w:r>
      <w:r>
        <w:t>donon zinda hain, donon government ki security mein hain. high security mein hain donon.</w:t>
      </w:r>
    </w:p>
    <w:p>
      <w:pPr>
        <w:jc w:val="right"/>
      </w:pPr>
      <w:r>
        <w:t>دونوں زندہ ہیں، دونوں گورنمنٹ کی سیکیورٹی میں ہیں۔ ہائی سیکیورٹی میں ہیں دونوں۔</w:t>
      </w:r>
    </w:p>
    <w:p>
      <w:r>
        <w:rPr>
          <w:b/>
        </w:rPr>
        <w:t xml:space="preserve">[14:59] </w:t>
      </w:r>
      <w:r>
        <w:t>to bataiye ke koi Islam hai? yeh kaun sa Islam hai ke fatwa dein, fatwa dein, aap be natija? to khair, is se kya hua ke aap na to in logon ko maar paaye.</w:t>
      </w:r>
    </w:p>
    <w:p>
      <w:pPr>
        <w:jc w:val="right"/>
      </w:pPr>
      <w:r>
        <w:t>تو بتائیے کہ کوئی اسلام ہے؟ یہ کون سا اسلام ہے کہ فتویٰ دیں، فتویٰ دیں، آپ بے نتیجہ؟ تو خیر، اس سے کیا ہوا کہ آپ نہ تو ان لوگوں کو مار پائے۔</w:t>
      </w:r>
    </w:p>
    <w:p>
      <w:r>
        <w:rPr>
          <w:b/>
        </w:rPr>
        <w:t xml:space="preserve">[15:20] </w:t>
      </w:r>
      <w:r>
        <w:t>in ki kitaab bhi khoob biki. is ke tarjume hue.</w:t>
      </w:r>
    </w:p>
    <w:p>
      <w:pPr>
        <w:jc w:val="right"/>
      </w:pPr>
      <w:r>
        <w:t>ان کی کتاب بھی خوب بکی۔ اس کے ترجمے ہوئے۔</w:t>
      </w:r>
    </w:p>
    <w:p>
      <w:r>
        <w:rPr>
          <w:b/>
        </w:rPr>
        <w:t xml:space="preserve">[15:25] </w:t>
      </w:r>
      <w:r>
        <w:t>albatta ek cheez yeh hui hai ke Islam badnaam ho gaya saari dunya mein.</w:t>
      </w:r>
    </w:p>
    <w:p>
      <w:pPr>
        <w:jc w:val="right"/>
      </w:pPr>
      <w:r>
        <w:t>البتہ ایک چیز یہ ہوئی ہے کہ اسلام بدنام ہو گیا ساری دنیا میں۔</w:t>
      </w:r>
    </w:p>
    <w:p>
      <w:r>
        <w:rPr>
          <w:b/>
        </w:rPr>
        <w:t xml:space="preserve">[15:33] </w:t>
      </w:r>
      <w:r>
        <w:t>ke Islam mein izhaar-e-khayal ki azaadi nahi hai. dekhiye, yeh kitaab ek hai mere paas.</w:t>
      </w:r>
    </w:p>
    <w:p>
      <w:pPr>
        <w:jc w:val="right"/>
      </w:pPr>
      <w:r>
        <w:t>کہ اسلام میں اظہار خیال کی آزادی نہیں ہے۔ دیکھیے، یہ کتاب ایک ہے میرے پاس۔</w:t>
      </w:r>
    </w:p>
    <w:p>
      <w:r>
        <w:rPr>
          <w:b/>
        </w:rPr>
        <w:t xml:space="preserve">[15:43] </w:t>
      </w:r>
      <w:r>
        <w:t>yeh hai, is ka musannif hai Richard Dawkins. is ka naam hai "God Delusion". "God Delusion".</w:t>
      </w:r>
    </w:p>
    <w:p>
      <w:pPr>
        <w:jc w:val="right"/>
      </w:pPr>
      <w:r>
        <w:t>یہ ہے، اس کا مصنف ہے رچرڈ ڈاکن۔ اس کا نام ہے "گاڈ ڈیلیوژن"۔ "گاڈ ڈیلیوژن"۔</w:t>
      </w:r>
    </w:p>
    <w:p>
      <w:r>
        <w:rPr>
          <w:b/>
        </w:rPr>
        <w:t xml:space="preserve">[15:56] </w:t>
      </w:r>
      <w:r>
        <w:t>yeh moti si kitaab</w:t>
      </w:r>
    </w:p>
    <w:p>
      <w:pPr>
        <w:jc w:val="right"/>
      </w:pPr>
      <w:r>
        <w:t>یہ موٹی سی کتاب</w:t>
      </w:r>
    </w:p>
    <w:p>
      <w:r>
        <w:rPr>
          <w:b/>
        </w:rPr>
        <w:t xml:space="preserve">[16:00] </w:t>
      </w:r>
      <w:r>
        <w:t>isi tarah ki baaton par hai. is mein is ne ek quote kiya hai is ka George Orwell ko.</w:t>
      </w:r>
    </w:p>
    <w:p>
      <w:pPr>
        <w:jc w:val="right"/>
      </w:pPr>
      <w:r>
        <w:t>اسی طرح کی باتوں پر ہے۔ اس میں اس نے ایک کوٹ کیا ہے اس کا جارج اورول کو۔</w:t>
      </w:r>
    </w:p>
    <w:p>
      <w:r>
        <w:rPr>
          <w:b/>
        </w:rPr>
        <w:t xml:space="preserve">[16:16] </w:t>
      </w:r>
      <w:r>
        <w:t>George Orwell. is ne kaha tha ke Islam mein thought crime ka principle hai.</w:t>
      </w:r>
    </w:p>
    <w:p>
      <w:pPr>
        <w:jc w:val="right"/>
      </w:pPr>
      <w:r>
        <w:t>جارج اورول۔ اس نے کہا تھا کہ اسلام میں تھاٹ کرائم کا پرنسپل ہے۔</w:t>
      </w:r>
    </w:p>
    <w:p>
      <w:r>
        <w:rPr>
          <w:b/>
        </w:rPr>
        <w:t xml:space="preserve">[16:27] </w:t>
      </w:r>
      <w:r>
        <w:t>yaani thought bhi crime hote hain.</w:t>
      </w:r>
    </w:p>
    <w:p>
      <w:pPr>
        <w:jc w:val="right"/>
      </w:pPr>
      <w:r>
        <w:t>یعنی تھاٹ بھی کرائم ہوتے ہیں۔</w:t>
      </w:r>
    </w:p>
    <w:p>
      <w:r>
        <w:rPr>
          <w:b/>
        </w:rPr>
        <w:t xml:space="preserve">[16:33] </w:t>
      </w:r>
      <w:r>
        <w:t>aur is ne refer kiya is ko apostasy aur blasphemy ko.</w:t>
      </w:r>
    </w:p>
    <w:p>
      <w:pPr>
        <w:jc w:val="right"/>
      </w:pPr>
      <w:r>
        <w:t>اور اس نے ریفر کیا اس کو اپوسٹیسی اور اور بلاسفیمی کو۔</w:t>
      </w:r>
    </w:p>
    <w:p>
      <w:r>
        <w:rPr>
          <w:b/>
        </w:rPr>
        <w:t xml:space="preserve">[16:47] </w:t>
      </w:r>
      <w:r>
        <w:t>apostasy, apostasy kehte hain irtidad. yaani aap ek shakhs Musalman tha, mazhab badal le apna.</w:t>
      </w:r>
    </w:p>
    <w:p>
      <w:pPr>
        <w:jc w:val="right"/>
      </w:pPr>
      <w:r>
        <w:t>اپوسٹیسی، اپوسٹیسی کہتے ہیں ارتداد۔ یعنی آپ ایک شخص مسلمان تھا، مذہب بدل لے اپنا۔</w:t>
      </w:r>
    </w:p>
    <w:p>
      <w:r>
        <w:rPr>
          <w:b/>
        </w:rPr>
        <w:t xml:space="preserve">[16:57] </w:t>
      </w:r>
      <w:r>
        <w:t>to that is apostasy, irtidad. to Musalman kehte hain ke is ko maar dalo. blasphemy kehte hain Rasool Allah ki shaan mein gustakhi.</w:t>
      </w:r>
    </w:p>
    <w:p>
      <w:pPr>
        <w:jc w:val="right"/>
      </w:pPr>
      <w:r>
        <w:t>تو دیٹ از اپوسٹیسی، ارتداد۔ تو مسلمان کہتے ہیں کہ اس کو مار ڈالو۔ بلاسفیمی کہتے ہیں رسول اللہ کی شان میں گستاخی۔</w:t>
      </w:r>
    </w:p>
    <w:p>
      <w:r>
        <w:rPr>
          <w:b/>
        </w:rPr>
        <w:t xml:space="preserve">[17:10] </w:t>
      </w:r>
      <w:r>
        <w:t>jo aisi baat bole jo Musalmanon ke nazdeek gustakhi ho, to is ko maar dalo. yaani apostasy aur blasphemy in logon ke alfaaz nahi hain jin ko aap crumble kehte hain.</w:t>
      </w:r>
    </w:p>
    <w:p>
      <w:pPr>
        <w:jc w:val="right"/>
      </w:pPr>
      <w:r>
        <w:t>جو ایسی بات بولے جو مسلمانوں کے نزدیک گستاخی ہو، تو اس کو مار ڈالو۔ یعنی اپوسٹیسی اور بلاسفیمی ان لوگوں کے الفاظ نہیں ہیں جن کو آپ کرمبل کہتے ہیں۔</w:t>
      </w:r>
    </w:p>
    <w:p>
      <w:r>
        <w:rPr>
          <w:b/>
        </w:rPr>
        <w:t xml:space="preserve">[17:24] </w:t>
      </w:r>
      <w:r>
        <w:t>yeh yeh naam diya hua hai mazhabi logon ka. is ko kehte hain nickname. aisa nahi hai ke woh woh ek kehte hain ke hum apostasy kar rahe hain, hum blasphemy kar rahe hain.</w:t>
      </w:r>
    </w:p>
    <w:p>
      <w:pPr>
        <w:jc w:val="right"/>
      </w:pPr>
      <w:r>
        <w:t>یہ یہ نام دیا ہوا ہے مذہبی لوگوں کا۔ اس کو کہتے ہیں نک نیم۔ ایسا نہیں ہے کہ وہ وہ ایک کہتے ہیں کہ ہم اپوسٹیسی کر رہے ہیں، ہم بلاسفیمی کر رہے ہیں۔</w:t>
      </w:r>
    </w:p>
    <w:p>
      <w:r>
        <w:rPr>
          <w:b/>
        </w:rPr>
        <w:t xml:space="preserve">[17:37] </w:t>
      </w:r>
      <w:r>
        <w:t>un ka yeh lafz nahi hai.</w:t>
      </w:r>
    </w:p>
    <w:p>
      <w:pPr>
        <w:jc w:val="right"/>
      </w:pPr>
      <w:r>
        <w:t>ان کا یہ لفظ نہیں ہے۔</w:t>
      </w:r>
    </w:p>
    <w:p>
      <w:r>
        <w:rPr>
          <w:b/>
        </w:rPr>
        <w:t xml:space="preserve">[17:39] </w:t>
      </w:r>
      <w:r>
        <w:t>yeh term in ka nahi hai. yeh term hai in logon ka jo in ko kehte hain ke maar dalo.</w:t>
      </w:r>
    </w:p>
    <w:p>
      <w:pPr>
        <w:jc w:val="right"/>
      </w:pPr>
      <w:r>
        <w:t>یہ ٹرم ان کا نہیں ہے۔ یہ ٹرم ہے ان لوگوں کا جو ان کو کہتے ہیں کہ مار ڈالو۔</w:t>
      </w:r>
    </w:p>
    <w:p>
      <w:r>
        <w:rPr>
          <w:b/>
        </w:rPr>
        <w:t xml:space="preserve">[17:49] </w:t>
      </w:r>
      <w:r>
        <w:t>to beharhaal is tarah ki jo Musalmanon ki taraf se jo waqeaat hue hain, wahi sab se zyada zimmedaar hain is baat ke ke aaj ka jo aala taleem yafta tabqa hai,</w:t>
      </w:r>
    </w:p>
    <w:p>
      <w:pPr>
        <w:jc w:val="right"/>
      </w:pPr>
      <w:r>
        <w:t>تو بہرحال اس طرح کی جو مسلمانوں کی طرف سے جو واقعات ہوئے ہیں، وہی سب سے زیادہ ذمہ دار ہیں اس بات کے کہ آج کا جو اعلیٰ تعلیم یافتہ طبقہ ہے،</w:t>
      </w:r>
    </w:p>
    <w:p>
      <w:r>
        <w:rPr>
          <w:b/>
        </w:rPr>
        <w:t xml:space="preserve">[18:05] </w:t>
      </w:r>
      <w:r>
        <w:t>jo zyada zehen tabqa hai, woh Islam ki taraf nahi aata.</w:t>
      </w:r>
    </w:p>
    <w:p>
      <w:pPr>
        <w:jc w:val="right"/>
      </w:pPr>
      <w:r>
        <w:t>جو زیادہ ذہین طبقہ ہے، وہ اسلام کی طرف نہیں آتا۔</w:t>
      </w:r>
    </w:p>
    <w:p>
      <w:r>
        <w:rPr>
          <w:b/>
        </w:rPr>
        <w:t xml:space="preserve">[18:09] </w:t>
      </w:r>
      <w:r>
        <w:t>bahut se bahut woh namaz o roza kar de ga ritual sense mein. lekin Islam ko woh apna mission nahi bana sakta.</w:t>
      </w:r>
    </w:p>
    <w:p>
      <w:pPr>
        <w:jc w:val="right"/>
      </w:pPr>
      <w:r>
        <w:t>بہت سے بہت وہ نماز و روزہ کر دے گا ریچول سینس میں۔ لیکن اسلام کو وہ اپنا مشن نہیں بنا سکتا۔</w:t>
      </w:r>
    </w:p>
    <w:p>
      <w:r>
        <w:rPr>
          <w:b/>
        </w:rPr>
        <w:t xml:space="preserve">[18:20] </w:t>
      </w:r>
      <w:r>
        <w:t>kyun ke woh up to the mark nahi lagta Islam is ko. aaj ke ma'yar se kam lagta hai. to Islam se apne ko bracket karna.</w:t>
      </w:r>
    </w:p>
    <w:p>
      <w:pPr>
        <w:jc w:val="right"/>
      </w:pPr>
      <w:r>
        <w:t>کیونکہ وہ اپ ٹو دا مارک نہیں لگتا اسلام اس کو۔ آج کے معیار سے کم لگتا ہے۔ تو اسلام سے اپنے کو بریکٹ کرنا۔</w:t>
      </w:r>
    </w:p>
    <w:p>
      <w:r>
        <w:rPr>
          <w:b/>
        </w:rPr>
        <w:t xml:space="preserve">[18:35] </w:t>
      </w:r>
      <w:r>
        <w:t>to apnay ko lowerer scale pe le jana hai.</w:t>
      </w:r>
    </w:p>
    <w:p>
      <w:pPr>
        <w:jc w:val="right"/>
      </w:pPr>
      <w:r>
        <w:t>تو اپنے کو لوورر اسکیل پہ لے جانا ہے۔</w:t>
      </w:r>
    </w:p>
    <w:p>
      <w:r>
        <w:rPr>
          <w:b/>
        </w:rPr>
        <w:t xml:space="preserve">[18:38] </w:t>
      </w:r>
      <w:r>
        <w:t>jaise aik paisa wala aadmi jo hai, paisay wala, aik aadmi jo millionaire, millionaire hai, woh rikshay pe nahi baithe ga. us ko to baithnay ke liye bari bari carain chahiyen.</w:t>
      </w:r>
    </w:p>
    <w:p>
      <w:pPr>
        <w:jc w:val="right"/>
      </w:pPr>
      <w:r>
        <w:t>جیسے ایک پیسہ والا آدمی جو ہے، پیسے والا، ایک آدمی جو ملینر، ملینر ہے، وہ رکشے پہ نہیں بیٹھے گا۔ اس کو تو بیٹھنے کے لیے بڑی بڑی کاریں چاہیے۔</w:t>
      </w:r>
    </w:p>
    <w:p>
      <w:r>
        <w:rPr>
          <w:b/>
        </w:rPr>
        <w:t xml:space="preserve">[18:50] </w:t>
      </w:r>
      <w:r>
        <w:t>kyun ke is ke darjay se gira hua hai ke woh rikshay mein baith ke safar kar. aise hi jo parhay likhay log hain, jo aala dimagh hain, un ko Islam apnay standard se kam nazar aata hai.</w:t>
      </w:r>
    </w:p>
    <w:p>
      <w:pPr>
        <w:jc w:val="right"/>
      </w:pPr>
      <w:r>
        <w:t>کیونکہ اس کے درجہ سے گرا ہوا ہے کہ وہ رکشے میں بیٹھ کے سفر کرے۔ ایسے ہی جو پڑھے لکھے لوگ ہیں، جو اعلیٰ دماغ ہیں، ان کو اسلام اپنے اسٹینڈرڈ سے کم نظر آتا ہے۔</w:t>
      </w:r>
    </w:p>
    <w:p>
      <w:r>
        <w:rPr>
          <w:b/>
        </w:rPr>
        <w:t xml:space="preserve">[19:06] </w:t>
      </w:r>
      <w:r>
        <w:t>to society ke dabao se namaz o roza kar len ge woh. lekin woh apnay Islam ko apna mission nahi bana sakte.</w:t>
      </w:r>
    </w:p>
    <w:p>
      <w:pPr>
        <w:jc w:val="right"/>
      </w:pPr>
      <w:r>
        <w:t>تو سوسائٹی کے دباؤ سے نماز و روزہ کر لیں گے وہ۔ لیکن وہ اپنے اسلام کو اپنا مشن نہیں بنا سکتے۔</w:t>
      </w:r>
    </w:p>
    <w:p>
      <w:r>
        <w:rPr>
          <w:b/>
        </w:rPr>
        <w:t xml:space="preserve">[19:18] </w:t>
      </w:r>
      <w:r>
        <w:t>to is ke baray mein main kuch arz karna chahta hoon. dekhiye, main ne Islam ko bohat parha hai.</w:t>
      </w:r>
    </w:p>
    <w:p>
      <w:pPr>
        <w:jc w:val="right"/>
      </w:pPr>
      <w:r>
        <w:t>تو اس کے بارے میں میں کچھ عرض کرنا چاہتا ہوں۔ دیکھیے، میں نے اسلام کو بہت پڑھا ہے۔</w:t>
      </w:r>
    </w:p>
    <w:p>
      <w:r>
        <w:rPr>
          <w:b/>
        </w:rPr>
        <w:t xml:space="preserve">[19:27] </w:t>
      </w:r>
      <w:r>
        <w:t>main yeh kahoon ga ke pehli baat aap yeh samjhiye ke what is Islam ko jananay ka source kya hai?</w:t>
      </w:r>
    </w:p>
    <w:p>
      <w:pPr>
        <w:jc w:val="right"/>
      </w:pPr>
      <w:r>
        <w:t>میں یہ کہوں گا کہ پہلی بات آپ یہ سمجھیے کہ واٹ از اسلام کو جاننے کا سورس کیا ہے؟</w:t>
      </w:r>
    </w:p>
    <w:p>
      <w:r>
        <w:rPr>
          <w:b/>
        </w:rPr>
        <w:t xml:space="preserve">[19:39] </w:t>
      </w:r>
      <w:r>
        <w:t>Islam kya hai, is ko jananay ka source kya hai? to Rasool Allah ne apnay wafat se kuch arsay فرمایا تھا کہ "ترق توفیق مورین".</w:t>
      </w:r>
    </w:p>
    <w:p>
      <w:pPr>
        <w:jc w:val="right"/>
      </w:pPr>
      <w:r>
        <w:t>اسلام کیا ہے، اس کو جاننے کا سورس کیا ہے؟ تو رسول اللہ نے اپنے وفات سے کچھ عرصے فرمایا تھا کہ "ترق توفیق مورین"۔</w:t>
      </w:r>
    </w:p>
    <w:p>
      <w:r>
        <w:rPr>
          <w:b/>
        </w:rPr>
        <w:t xml:space="preserve">[19:50] </w:t>
      </w:r>
      <w:r>
        <w:t>kitab Allah hai, woh sunnat thi. main tumharay paas do cheezen chhor raha hoon.</w:t>
      </w:r>
    </w:p>
    <w:p>
      <w:pPr>
        <w:jc w:val="right"/>
      </w:pPr>
      <w:r>
        <w:t>کتاب اللہ ہے، وہ سنت تھی۔ میں تمہارے پاس دو چیزیں چھوڑ رہا ہوں۔</w:t>
      </w:r>
    </w:p>
    <w:p>
      <w:r>
        <w:rPr>
          <w:b/>
        </w:rPr>
        <w:t xml:space="preserve">[19:58] </w:t>
      </w:r>
      <w:r>
        <w:t>aik kitab Allah aur aik sunnat Rasool. yahi authentic sources hain Islam ko jananay ka. baqi cheezen baad ko add hui hain.</w:t>
      </w:r>
    </w:p>
    <w:p>
      <w:pPr>
        <w:jc w:val="right"/>
      </w:pPr>
      <w:r>
        <w:t>ایک کتاب اللہ اور ایک سنت رسول۔ یہی اتھینٹک سورس ہیں اسلام کو جاننے کا۔ باقی چیزیں بعد کو ایڈ ہوئی ہیں۔</w:t>
      </w:r>
    </w:p>
    <w:p>
      <w:r>
        <w:rPr>
          <w:b/>
        </w:rPr>
        <w:t xml:space="preserve">[20:10] </w:t>
      </w:r>
      <w:r>
        <w:t>is ka matlab kya hua? baad ki cheezen ko judge kiya jaye ga Quran o Hadees se. aap aisa nahi kar sakte ke baad cheezen ko le kar ke aap Quran o Hadees par hukum lagayen.</w:t>
      </w:r>
    </w:p>
    <w:p>
      <w:pPr>
        <w:jc w:val="right"/>
      </w:pPr>
      <w:r>
        <w:t>اس کا مطلب کیا ہوا؟ بعد کی چیزوں کو جج کیا جائے گا قرآن و حدیث سے۔ آپ ایسا نہیں کر سکتے کہ بعد چیزوں کو لے کر کے آپ قرآن و حدیث پر حکم لگائیں۔</w:t>
      </w:r>
    </w:p>
    <w:p>
      <w:r>
        <w:rPr>
          <w:b/>
        </w:rPr>
        <w:t xml:space="preserve">[20:24] </w:t>
      </w:r>
      <w:r>
        <w:t>aisa aap nahi kar sakte.</w:t>
      </w:r>
    </w:p>
    <w:p>
      <w:pPr>
        <w:jc w:val="right"/>
      </w:pPr>
      <w:r>
        <w:t>ایسا آپ نہیں کر سکتے۔</w:t>
      </w:r>
    </w:p>
    <w:p>
      <w:r>
        <w:rPr>
          <w:b/>
        </w:rPr>
        <w:t xml:space="preserve">[20:28] </w:t>
      </w:r>
      <w:r>
        <w:t>aisa nahi kar sakte aap. to dekhiye, Quran o Hadees mein apostasy, blasphemy ko crime qarar de kar is ko punishable crime bana batana hergiz hergiz kahin nahi hai.</w:t>
      </w:r>
    </w:p>
    <w:p>
      <w:pPr>
        <w:jc w:val="right"/>
      </w:pPr>
      <w:r>
        <w:t>ایسا نہیں کر سکتے آپ۔ تو دیکھیے، قرآن و حدیث میں اپوسٹیسی، بلاسفیمی کو کرائم قرار دے کر اس کو پنشبل کرائم بنا بتانا ہرگز ہرگز کہیں نہیں ہے۔</w:t>
      </w:r>
    </w:p>
    <w:p>
      <w:r>
        <w:rPr>
          <w:b/>
        </w:rPr>
        <w:t xml:space="preserve">[20:46] </w:t>
      </w:r>
      <w:r>
        <w:t>kahin bhi nahi hai. bilkul jo daawa kare, woh baseless daawa karta hai. baseless daawa karta hai.</w:t>
      </w:r>
    </w:p>
    <w:p>
      <w:pPr>
        <w:jc w:val="right"/>
      </w:pPr>
      <w:r>
        <w:t>کہیں بھی نہیں ہے۔ بالکل جو دعویٰ کرے، وہ بے بیسلیس دعویٰ کرتا ہے۔ بیسلیس دعویٰ کرتا ہے۔</w:t>
      </w:r>
    </w:p>
    <w:p>
      <w:r>
        <w:rPr>
          <w:b/>
        </w:rPr>
        <w:t xml:space="preserve">[20:57] </w:t>
      </w:r>
      <w:r>
        <w:t>yahan main aik nuqta arz karna chahoon ga ke western thought jo hai, is mein mana jata hai azadi ko, yani freedom ko summum bonum.</w:t>
      </w:r>
    </w:p>
    <w:p>
      <w:pPr>
        <w:jc w:val="right"/>
      </w:pPr>
      <w:r>
        <w:t>یہاں میں ایک نقطہ عرض کرنا چاہوں گا کہ ویسٹرن تھاٹ جو ہے، اس میں مانا جاتا ہے آزادی کو، یعنی فریڈم کو سمم بونم۔</w:t>
      </w:r>
    </w:p>
    <w:p>
      <w:r>
        <w:rPr>
          <w:b/>
        </w:rPr>
        <w:t xml:space="preserve">[21:11] </w:t>
      </w:r>
      <w:r>
        <w:t>azadi summum bonum hai. yeh zehan kab se bana hai? yeh renaissance ke baad bana hai.</w:t>
      </w:r>
    </w:p>
    <w:p>
      <w:pPr>
        <w:jc w:val="right"/>
      </w:pPr>
      <w:r>
        <w:t>آزادی سمم بونم ہے۔ یہ ذہن کب سے بنا ہے؟ یہ رینیساں کے بعد بنا ہے۔</w:t>
      </w:r>
    </w:p>
    <w:p>
      <w:r>
        <w:rPr>
          <w:b/>
        </w:rPr>
        <w:t xml:space="preserve">[21:22] </w:t>
      </w:r>
      <w:r>
        <w:t>aap jantay hain ke is zamanay mein church mein aur scientific community mein bohat zabardast takrao hua. jaise is ka Galileo ki mashhoor misaal hai.</w:t>
      </w:r>
    </w:p>
    <w:p>
      <w:pPr>
        <w:jc w:val="right"/>
      </w:pPr>
      <w:r>
        <w:t>آپ جانتے ہیں کہ اس زمانے میں چرچ میں اور سائنٹیفک کمیونٹی میں بہت زبردست ٹکراؤ ہوا۔ جیسے اس کا گیلیو کی مشہور مثال ہے۔</w:t>
      </w:r>
    </w:p>
    <w:p>
      <w:r>
        <w:rPr>
          <w:b/>
        </w:rPr>
        <w:t xml:space="preserve">[21:36] </w:t>
      </w:r>
      <w:r>
        <w:t>to church ke apnay kuch kuch aqeeday bana rakhe thay unhon ne.</w:t>
      </w:r>
    </w:p>
    <w:p>
      <w:pPr>
        <w:jc w:val="right"/>
      </w:pPr>
      <w:r>
        <w:t>تو چرچ کے اپنے کچھ کچھ عقیدے بنا رکھے تھے انہوں نے۔</w:t>
      </w:r>
    </w:p>
    <w:p>
      <w:r>
        <w:rPr>
          <w:b/>
        </w:rPr>
        <w:t xml:space="preserve">[21:44] </w:t>
      </w:r>
      <w:r>
        <w:t>to unhon ne dekha ke science ki discoveries jo hain, un ke jo aqeeday hain, is se takra rahi hain. to woh scientific community ke dushman ban</w:t>
      </w:r>
    </w:p>
    <w:p>
      <w:pPr>
        <w:jc w:val="right"/>
      </w:pPr>
      <w:r>
        <w:t>تو انہوں نے دیکھا کہ سائنس کی ڈسکوریز جو ہیں، ان کے جو عقیدے ہیں، اس سے ٹکرا رہی ہیں۔ تو وہ سائنٹیفک کمیونٹی کے دشمن بن</w:t>
      </w:r>
    </w:p>
    <w:p>
      <w:r>
        <w:rPr>
          <w:b/>
        </w:rPr>
        <w:t xml:space="preserve">[21:55] </w:t>
      </w:r>
      <w:r>
        <w:t>gaye. is zamanay mein Pope ko poore Europe mein ghalba hasil tha. to unhon ne logon ko mara, house arrest kiya waghera.</w:t>
      </w:r>
    </w:p>
    <w:p>
      <w:pPr>
        <w:jc w:val="right"/>
      </w:pPr>
      <w:r>
        <w:t>گئے۔ اس زمانے میں پوپ کو پورے یورپ میں غلبہ حاصل تھا۔ تو انہوں نے لوگوں کو مارا، ہاؤس ارسٹ کیا وغیرہ۔</w:t>
      </w:r>
    </w:p>
    <w:p>
      <w:r>
        <w:rPr>
          <w:b/>
        </w:rPr>
        <w:t xml:space="preserve">[22:07] </w:t>
      </w:r>
      <w:r>
        <w:t>to aik takrao hua. is takrao ki detail aap janna chahen to woh kitab aap parhiye. "Conflict Between Science and Religion" Draper ki.</w:t>
      </w:r>
    </w:p>
    <w:p>
      <w:pPr>
        <w:jc w:val="right"/>
      </w:pPr>
      <w:r>
        <w:t>تو ایک ٹکراؤ ہوا۔ اس ٹکراؤ کی ڈیٹیل آپ جاننا چاہیں تو وہ کتاب آپ پڑھیے۔ "کانفلکٹ بٹوین سائنس اینڈ ریلیجن" ڈریپر کی۔</w:t>
      </w:r>
    </w:p>
    <w:p>
      <w:r>
        <w:rPr>
          <w:b/>
        </w:rPr>
        <w:t xml:space="preserve">[22:22] </w:t>
      </w:r>
      <w:r>
        <w:t>is</w:t>
      </w:r>
    </w:p>
    <w:p>
      <w:pPr>
        <w:jc w:val="right"/>
      </w:pPr>
      <w:r>
        <w:t>اس</w:t>
      </w:r>
    </w:p>
    <w:p>
      <w:r>
        <w:rPr>
          <w:b/>
        </w:rPr>
        <w:t xml:space="preserve">[22:23] </w:t>
      </w:r>
      <w:r>
        <w:t>ke baad yeh hua ke scientific community jeet gayi. aur church ko unhon ne confine kar diya vertical tak.</w:t>
      </w:r>
    </w:p>
    <w:p>
      <w:pPr>
        <w:jc w:val="right"/>
      </w:pPr>
      <w:r>
        <w:t>کے بعد یہ ہوا کہ سائنٹیفک کمیونٹی جیت گئی۔ اور چرچ کو انہوں نے کنفائن کر دیا ورٹیکل تک۔</w:t>
      </w:r>
    </w:p>
    <w:p>
      <w:r>
        <w:rPr>
          <w:b/>
        </w:rPr>
        <w:t xml:space="preserve">[22:33] </w:t>
      </w:r>
      <w:r>
        <w:t>vertical se bahar is ka koi zor nahi. ab vertical aik choti si duniya hai bilkul.</w:t>
      </w:r>
    </w:p>
    <w:p>
      <w:pPr>
        <w:jc w:val="right"/>
      </w:pPr>
      <w:r>
        <w:t>ورٹیکل سے باہر اس کا کوئی زور نہیں۔ اب ورٹیکل ایک چھوٹی سی دنیا ہے بالکل۔</w:t>
      </w:r>
    </w:p>
    <w:p>
      <w:r>
        <w:rPr>
          <w:b/>
        </w:rPr>
        <w:t xml:space="preserve">[22:42] </w:t>
      </w:r>
      <w:r>
        <w:t>yani nizam West jo hamari colony hai, is se bhi choti.</w:t>
      </w:r>
    </w:p>
    <w:p>
      <w:pPr>
        <w:jc w:val="right"/>
      </w:pPr>
      <w:r>
        <w:t>یعنی نظام ویسٹ جو ہماری کالونی ہے، اس سے بھی چھوٹی۔</w:t>
      </w:r>
    </w:p>
    <w:p>
      <w:r>
        <w:rPr>
          <w:b/>
        </w:rPr>
        <w:t xml:space="preserve">[22:49] </w:t>
      </w:r>
      <w:r>
        <w:t>to is ke baad freedom aayi. aur freedom aayi to bohat taraqqiyan huien. science ki discoveries huien.</w:t>
      </w:r>
    </w:p>
    <w:p>
      <w:pPr>
        <w:jc w:val="right"/>
      </w:pPr>
      <w:r>
        <w:t>تو اس کے بعد فریڈم آئی۔ اور فریڈم آئی تو بہت ترقیاں ہوئیں۔ سائنس کی ڈسکوریز ہوئیں۔</w:t>
      </w:r>
    </w:p>
    <w:p>
      <w:r>
        <w:rPr>
          <w:b/>
        </w:rPr>
        <w:t xml:space="preserve">[23:00] </w:t>
      </w:r>
      <w:r>
        <w:t>aur yeh development hua. western civilization bani.</w:t>
      </w:r>
    </w:p>
    <w:p>
      <w:pPr>
        <w:jc w:val="right"/>
      </w:pPr>
      <w:r>
        <w:t>اور یہ ڈویلپمنٹ ہوا۔ ویسٹرن سویلائزیشن بنی۔</w:t>
      </w:r>
    </w:p>
    <w:p>
      <w:r>
        <w:rPr>
          <w:b/>
        </w:rPr>
        <w:t xml:space="preserve">[23:05] </w:t>
      </w:r>
      <w:r>
        <w:t>to yeh teen cheezein aap aaj dekhte hain. motor ho, hawai jahaz ho, machine ho. sari cheezein iske baad bani hain.</w:t>
      </w:r>
    </w:p>
    <w:p>
      <w:pPr>
        <w:jc w:val="right"/>
      </w:pPr>
      <w:r>
        <w:t>تو یہ تین چیزیں آپ آج دیکھتے ہیں۔ موٹر ہو، ہوائی جہاز ہو، مشین ہو۔ ساری چیزیں اس کے بعد بنی ہیں۔</w:t>
      </w:r>
    </w:p>
    <w:p>
      <w:r>
        <w:rPr>
          <w:b/>
        </w:rPr>
        <w:t xml:space="preserve">[23:15] </w:t>
      </w:r>
      <w:r>
        <w:t>to yeh nazariya ban gaya ke sab se bari cheez hai freedom. insan ko azadi ho sochne ki aur aur izhar khayal ki.</w:t>
      </w:r>
    </w:p>
    <w:p>
      <w:pPr>
        <w:jc w:val="right"/>
      </w:pPr>
      <w:r>
        <w:t>تو یہ نظریہ بن گیا کہ سب سے بڑی چیز ہے فریڈم۔ انسان کو آزادی ہو سوچنے کی اور اور اظہار خیال کی۔</w:t>
      </w:r>
    </w:p>
    <w:p>
      <w:r>
        <w:rPr>
          <w:b/>
        </w:rPr>
        <w:t xml:space="preserve">[23:30] </w:t>
      </w:r>
      <w:r>
        <w:t>is liye maan liya gaya ke freedom jo hai, woh summum bonum hai.</w:t>
      </w:r>
    </w:p>
    <w:p>
      <w:pPr>
        <w:jc w:val="right"/>
      </w:pPr>
      <w:r>
        <w:t>اس لیے مان لیا گیا کہ فریڈم جو ہے، وہ سمم بونم ہے۔</w:t>
      </w:r>
    </w:p>
    <w:p>
      <w:r>
        <w:rPr>
          <w:b/>
        </w:rPr>
        <w:t xml:space="preserve">[23:36] </w:t>
      </w:r>
      <w:r>
        <w:t>main bhi manta hoon ke freedom summum bonum hai.</w:t>
      </w:r>
    </w:p>
    <w:p>
      <w:pPr>
        <w:jc w:val="right"/>
      </w:pPr>
      <w:r>
        <w:t>میں بھی مانتا ہوں کہ فریڈم سمم بونم ہے۔</w:t>
      </w:r>
    </w:p>
    <w:p>
      <w:r>
        <w:rPr>
          <w:b/>
        </w:rPr>
        <w:t xml:space="preserve">[23:42] </w:t>
      </w:r>
      <w:r>
        <w:t>islam mein bhi freedom summum bonum hi hai. yeh samajhna galat hai ke islam mein freedom summum bonum nahi hai. yani greatest good.</w:t>
      </w:r>
    </w:p>
    <w:p>
      <w:pPr>
        <w:jc w:val="right"/>
      </w:pPr>
      <w:r>
        <w:t>اسلام میں بھی فریڈم سمم بونم ہی ہے۔ یہ سمجھنا غلط ہے کہ اسلام میں فریڈم سمم بونم نہیں ہے۔ یعنی گریٹسٹ گڈ۔</w:t>
      </w:r>
    </w:p>
    <w:p>
      <w:r>
        <w:rPr>
          <w:b/>
        </w:rPr>
        <w:t xml:space="preserve">[23:51] </w:t>
      </w:r>
      <w:r>
        <w:t>lekin ek farq hai, dekhiye. sirf ek confusion hai jis ko na samajhne ki wajah se logon ko islam ke bare mein doubt hota hai.</w:t>
      </w:r>
    </w:p>
    <w:p>
      <w:pPr>
        <w:jc w:val="right"/>
      </w:pPr>
      <w:r>
        <w:t>لیکن ایک فرق ہے، دیکھیے۔ صرف ایک کنفیوژن ہے جس کو نہ سمجھنے کی وجہ سے لوگوں کو اسلام کے بارے میں ڈاؤٹ ہوتا ہے۔</w:t>
      </w:r>
    </w:p>
    <w:p>
      <w:r>
        <w:rPr>
          <w:b/>
        </w:rPr>
        <w:t xml:space="preserve">[24:02] </w:t>
      </w:r>
      <w:r>
        <w:t>dekhiye, freedom</w:t>
      </w:r>
    </w:p>
    <w:p>
      <w:pPr>
        <w:jc w:val="right"/>
      </w:pPr>
      <w:r>
        <w:t>دیکھیے، فریڈم</w:t>
      </w:r>
    </w:p>
    <w:p>
      <w:r>
        <w:rPr>
          <w:b/>
        </w:rPr>
        <w:t xml:space="preserve">[24:04] </w:t>
      </w:r>
      <w:r>
        <w:t>kya hai? freedom jo hai, ek hai freedom mukable mein God. yani freedom with a way God.</w:t>
      </w:r>
    </w:p>
    <w:p>
      <w:pPr>
        <w:jc w:val="right"/>
      </w:pPr>
      <w:r>
        <w:t>کیا ہے؟ فریڈم جو ہے، ایک ہے فریڈم بمقابلہ گاڈ۔ یعنی فریڈم ودا وے گاڈ۔</w:t>
      </w:r>
    </w:p>
    <w:p>
      <w:r>
        <w:rPr>
          <w:b/>
        </w:rPr>
        <w:t xml:space="preserve">[24:13] </w:t>
      </w:r>
      <w:r>
        <w:t>ek hai freedom mukable mein insan. freedom with a way man. dono alag alag mamle hain. dekhiye, jahan tak insan ka mamla hai,</w:t>
      </w:r>
    </w:p>
    <w:p>
      <w:pPr>
        <w:jc w:val="right"/>
      </w:pPr>
      <w:r>
        <w:t>ایک ہے فریڈم بمقابلہ انسان۔ فریڈم ودا وے مین۔ دونوں الگ الگ معاملے ہیں۔ دیکھیے، جہاں تک انسان کا معاملہ ہے،</w:t>
      </w:r>
    </w:p>
    <w:p>
      <w:r>
        <w:rPr>
          <w:b/>
        </w:rPr>
        <w:t xml:space="preserve">[24:27] </w:t>
      </w:r>
      <w:r>
        <w:t>aap ko insan ke mamle mein mukammal freedom hai islam mein bhi, jaise ke maghrib mein hai.</w:t>
      </w:r>
    </w:p>
    <w:p>
      <w:pPr>
        <w:jc w:val="right"/>
      </w:pPr>
      <w:r>
        <w:t>آپ کو انسان کے معاملے میں مکمل فریڈم ہے اسلام میں بھی، جیسے کہ مغرب میں ہے۔</w:t>
      </w:r>
    </w:p>
    <w:p>
      <w:r>
        <w:rPr>
          <w:b/>
        </w:rPr>
        <w:t xml:space="preserve">[24:36] </w:t>
      </w:r>
      <w:r>
        <w:t>maghrib ka tasawwur yeh hai ke jab tak aap harmful na banein, tab tak azaad hain aap.</w:t>
      </w:r>
    </w:p>
    <w:p>
      <w:pPr>
        <w:jc w:val="right"/>
      </w:pPr>
      <w:r>
        <w:t>مغرب کا تصور یہ ہے کہ جب تک آپ ہارم فل نہ بنیں، تب تک آزاد ہیں آپ۔</w:t>
      </w:r>
    </w:p>
    <w:p>
      <w:r>
        <w:rPr>
          <w:b/>
        </w:rPr>
        <w:t xml:space="preserve">[24:49] </w:t>
      </w:r>
      <w:r>
        <w:t>woh mashhoor jo latifa hai ke jab America azaad hua to ek aadmi nikla aur apna hath aise aise chala raha tha road par.</w:t>
      </w:r>
    </w:p>
    <w:p>
      <w:pPr>
        <w:jc w:val="right"/>
      </w:pPr>
      <w:r>
        <w:t>وہ مشہور جو لطیفہ ہے کہ جب امریکہ آزاد ہوا تو ایک آدمی نکلا اور اپنا ہاتھ ایسے ایسے چلا رہا تھا روڈ پر۔</w:t>
      </w:r>
    </w:p>
    <w:p>
      <w:r>
        <w:rPr>
          <w:b/>
        </w:rPr>
        <w:t xml:space="preserve">[24:59] </w:t>
      </w:r>
      <w:r>
        <w:t>to uska hath ek aadmi ke naak se lag gaya.</w:t>
      </w:r>
    </w:p>
    <w:p>
      <w:pPr>
        <w:jc w:val="right"/>
      </w:pPr>
      <w:r>
        <w:t>تو اس کا ہاتھ ایک آدمی کے ناک سے لگ گیا۔</w:t>
      </w:r>
    </w:p>
    <w:p>
      <w:r>
        <w:rPr>
          <w:b/>
        </w:rPr>
        <w:t xml:space="preserve">[25:03] </w:t>
      </w:r>
      <w:r>
        <w:t>ek passerby se. to usne kaha, "what is nonsense? why you hit my nose?"</w:t>
      </w:r>
    </w:p>
    <w:p>
      <w:pPr>
        <w:jc w:val="right"/>
      </w:pPr>
      <w:r>
        <w:t>ایک پاسر بائی سے۔ تو اس نے کہا، "واٹ از نان سینس؟ وائی یو ہیٹ مائی نوز؟"</w:t>
      </w:r>
    </w:p>
    <w:p>
      <w:r>
        <w:rPr>
          <w:b/>
        </w:rPr>
        <w:t xml:space="preserve">[25:14] </w:t>
      </w:r>
      <w:r>
        <w:t>to usne kaha ke "main azaad hoon, jo chahoon karoon." to usne kaha ke "your freedom means where my nose begins." to yahi theek islam ka nuqta nazar hai.</w:t>
      </w:r>
    </w:p>
    <w:p>
      <w:pPr>
        <w:jc w:val="right"/>
      </w:pPr>
      <w:r>
        <w:t>تو اس نے کہا کہ "میں آزاد ہوں، جو چاہوں کروں۔" تو اس نے کہا کہ "یور فریڈم مینز ویر مائی نوز بیگنز۔" تو یہی ٹھیک اسلام کا نقطہ نظر ہے۔</w:t>
      </w:r>
    </w:p>
    <w:p>
      <w:r>
        <w:rPr>
          <w:b/>
        </w:rPr>
        <w:t xml:space="preserve">[25:34] </w:t>
      </w:r>
      <w:r>
        <w:t>aap ko mukammal azadi hai us waqt tak jab tak ke aap kisi doosre ke liye harmful na banein. doosre ko physical injury na pahunchayein, physical loss na pahunchayein.</w:t>
      </w:r>
    </w:p>
    <w:p>
      <w:pPr>
        <w:jc w:val="right"/>
      </w:pPr>
      <w:r>
        <w:t>آپ کو مکمل آزادی ہے اس وقت تک جب تک کہ آپ کسی دوسرے کے لیے ہارم فل نہ بنیں۔ دوسرے کو فزیکل انجری نہ پہنچائیں، فزیکل لاس نہ پہنچائیں۔</w:t>
      </w:r>
    </w:p>
    <w:p>
      <w:r>
        <w:rPr>
          <w:b/>
        </w:rPr>
        <w:t xml:space="preserve">[25:46] </w:t>
      </w:r>
      <w:r>
        <w:t>doosre ka maal na chhenein, doosre ko chot na pahunchayein, doosre ko qatal na karein, doosre ko dhakka na dein. to aap azaad hain. lekin ek farq hai, dekhiye.</w:t>
      </w:r>
    </w:p>
    <w:p>
      <w:pPr>
        <w:jc w:val="right"/>
      </w:pPr>
      <w:r>
        <w:t>دوسرے کا مال نہ چھینیں، دوسرے کو چوٹ نہ پہنچائیں، دوسرے کو قتل نہ کریں، دوسرے کو دھکا نہ دیں۔ تو آپ آزاد ہیں۔ لیکن ایک فرق ہے، دیکھیے۔</w:t>
      </w:r>
    </w:p>
    <w:p>
      <w:r>
        <w:rPr>
          <w:b/>
        </w:rPr>
        <w:t xml:space="preserve">[25:57] </w:t>
      </w:r>
      <w:r>
        <w:t>ek hai azadi mukable mein insan, ek hai azadi mukable mein Khuda.</w:t>
      </w:r>
    </w:p>
    <w:p>
      <w:pPr>
        <w:jc w:val="right"/>
      </w:pPr>
      <w:r>
        <w:t>ایک ہے آزادی بمقابلہ انسان، ایک ہے آزادی بمقابلہ خدا۔</w:t>
      </w:r>
    </w:p>
    <w:p>
      <w:r>
        <w:rPr>
          <w:b/>
        </w:rPr>
        <w:t xml:space="preserve">[26:04] </w:t>
      </w:r>
      <w:r>
        <w:t>insan ke muqable mein bilashuba aap ko total azadi hai. azadi hai. wahi ek hi is mein exception hai ke aap harmful na banein.</w:t>
      </w:r>
    </w:p>
    <w:p>
      <w:pPr>
        <w:jc w:val="right"/>
      </w:pPr>
      <w:r>
        <w:t>انسان کے مقابلے میں بلاشبہ آپ کو ٹوٹل آزادی ہے۔ آزادی ہے۔ وہی ایک ہی اس میں ایکسیپشن ہے کہ آپ ہارم فل نہ بنیں۔</w:t>
      </w:r>
    </w:p>
    <w:p>
      <w:r>
        <w:rPr>
          <w:b/>
        </w:rPr>
        <w:t xml:space="preserve">[26:13] </w:t>
      </w:r>
      <w:r>
        <w:t>lekin Khuda ke muqable mein dekhiye, mamla badal jata hai.</w:t>
      </w:r>
    </w:p>
    <w:p>
      <w:pPr>
        <w:jc w:val="right"/>
      </w:pPr>
      <w:r>
        <w:t>لیکن خدا کے مقابلے میں دیکھیے، معاملہ بدل جاتا ہے۔</w:t>
      </w:r>
    </w:p>
    <w:p>
      <w:r>
        <w:rPr>
          <w:b/>
        </w:rPr>
        <w:t xml:space="preserve">[26:19] </w:t>
      </w:r>
      <w:r>
        <w:t>Khuda ke muqable mein aap, aap in jis ko kehte hain thought crime, uska taluq Khuda se hai, insan se nahi hai.</w:t>
      </w:r>
    </w:p>
    <w:p>
      <w:pPr>
        <w:jc w:val="right"/>
      </w:pPr>
      <w:r>
        <w:t>خدا کے مقابلے میں آپ، آپ ان جس کو کہتے ہیں تھاٹ کرائم، اس کا تعلق خدا سے ہے، انسان سے نہیں ہے۔</w:t>
      </w:r>
    </w:p>
    <w:p>
      <w:r>
        <w:rPr>
          <w:b/>
        </w:rPr>
        <w:t xml:space="preserve">[26:29] </w:t>
      </w:r>
      <w:r>
        <w:t>yani crime mukable mein Khuda crime hai. thought crime. lekin thought crime mukable mein insan crime nahi hai woh.</w:t>
      </w:r>
    </w:p>
    <w:p>
      <w:pPr>
        <w:jc w:val="right"/>
      </w:pPr>
      <w:r>
        <w:t>یعنی کرائم بمقابلہ خدا کرائم ہے۔ تھاٹ کرائم۔ لیکن تھاٹ کرائم بمقابلہ انسان کرائم نہیں ہے وہ۔</w:t>
      </w:r>
    </w:p>
    <w:p>
      <w:r>
        <w:rPr>
          <w:b/>
        </w:rPr>
        <w:t xml:space="preserve">[26:39] </w:t>
      </w:r>
      <w:r>
        <w:t>yani farz kijiye aap kisi bare mein sochein ke woh insan nahi hai, gadha hai woh. to aap azaad hain, sochein. woh insan nahi hai, woh hai animal hai, aap sochein.</w:t>
      </w:r>
    </w:p>
    <w:p>
      <w:pPr>
        <w:jc w:val="right"/>
      </w:pPr>
      <w:r>
        <w:t>یعنی فرض کیجیے آپ کسی بارے میں سوچیں کہ وہ انسان نہیں ہے، گدھا ہے وہ۔ تو آپ آزاد ہیں، سوچیے۔ وہ انسان نہیں ہے، وہ ہے اینیمل ہے، آپ سوچیے۔</w:t>
      </w:r>
    </w:p>
    <w:p>
      <w:r>
        <w:rPr>
          <w:b/>
        </w:rPr>
        <w:t xml:space="preserve">[26:52] </w:t>
      </w:r>
      <w:r>
        <w:t>aap ko koi pakad dhakad nahi hogi.</w:t>
      </w:r>
    </w:p>
    <w:p>
      <w:pPr>
        <w:jc w:val="right"/>
      </w:pPr>
      <w:r>
        <w:t>آپ کو کوئی پکڑ دھکڑ نہیں ہوگی۔</w:t>
      </w:r>
    </w:p>
    <w:p>
      <w:r>
        <w:rPr>
          <w:b/>
        </w:rPr>
        <w:t xml:space="preserve">[26:55] </w:t>
      </w:r>
      <w:r>
        <w:t>lekin khuda jo creator hai, jo malik hai, jo rab-ul-alameen hai, uska mamla alag hai. aap yeh nahi kar sakte ke khuda ka kisi ko partner manen, partner.</w:t>
      </w:r>
    </w:p>
    <w:p>
      <w:pPr>
        <w:jc w:val="right"/>
      </w:pPr>
      <w:r>
        <w:t>لیکن خدا جو کریٹر ہے، جو مالک ہے، جو رب العالمین ہے، اس کا معاملہ الگ ہے۔ آپ یہ نہیں کر سکتے کہ خدا کا کسی کو پارٹنر مانیں، پارٹنر۔</w:t>
      </w:r>
    </w:p>
    <w:p>
      <w:r>
        <w:rPr>
          <w:b/>
        </w:rPr>
        <w:t xml:space="preserve">[27:10] </w:t>
      </w:r>
      <w:r>
        <w:t>shirk jisko kehte hain. yeh yeh thought crime hai. kyunke partner manna dimaag ki satah pe hota hai. kisi ko nuksan nahi pahanchate aap.</w:t>
      </w:r>
    </w:p>
    <w:p>
      <w:pPr>
        <w:jc w:val="right"/>
      </w:pPr>
      <w:r>
        <w:t>شرک جس کو کہتے ہیں۔ یہ یہ تھاٹ کرائم ہے۔ کیونکہ پارٹنر ماننا دماغ کی سطح پہ ہوتا ہے۔ کسی کو نقصان نہیں پہنچاتے آپ۔</w:t>
      </w:r>
    </w:p>
    <w:p>
      <w:r>
        <w:rPr>
          <w:b/>
        </w:rPr>
        <w:t xml:space="preserve">[27:21] </w:t>
      </w:r>
      <w:r>
        <w:t>kisi ko pathar nahi marte. to</w:t>
      </w:r>
    </w:p>
    <w:p>
      <w:pPr>
        <w:jc w:val="right"/>
      </w:pPr>
      <w:r>
        <w:t>کسی کو پتھر نہیں مارتے۔ تو</w:t>
      </w:r>
    </w:p>
    <w:p>
      <w:r>
        <w:rPr>
          <w:b/>
        </w:rPr>
        <w:t xml:space="preserve">[27:24] </w:t>
      </w:r>
      <w:r>
        <w:t>agar aap khuda ka kisi ko partner qarar dein to bilashuba woh crime hai Allah ke nazdeek. aise hi aap yeh manen ke koi khuda ka beta hai, yeh thought crime hai Allah ke nazdeek.</w:t>
      </w:r>
    </w:p>
    <w:p>
      <w:pPr>
        <w:jc w:val="right"/>
      </w:pPr>
      <w:r>
        <w:t>اگر آپ خدا کا کسی کو پارٹنر قرار دیں تو بلاشبہ وہ کرائم ہے اللہ کے نزدیک۔ ایسے ہی آپ یہ مانیں کہ کوئی خدا کا بیٹا ہے، یہ تھاٹ کرائم ہے اللہ کے نزدیک۔</w:t>
      </w:r>
    </w:p>
    <w:p>
      <w:r>
        <w:rPr>
          <w:b/>
        </w:rPr>
        <w:t xml:space="preserve">[27:46] </w:t>
      </w:r>
      <w:r>
        <w:t>to thought crime jisko hum kehte hain, woh ba-muqabla khuda hai, to thought crime crime hai.</w:t>
      </w:r>
    </w:p>
    <w:p>
      <w:pPr>
        <w:jc w:val="right"/>
      </w:pPr>
      <w:r>
        <w:t>تو تھاٹ کرائم جس کو ہم کہتے ہیں، وہ بمقابلہ خدا ہے، تو تھاٹ کرائم کرائم ہے۔</w:t>
      </w:r>
    </w:p>
    <w:p>
      <w:r>
        <w:rPr>
          <w:b/>
        </w:rPr>
        <w:t xml:space="preserve">[27:53] </w:t>
      </w:r>
      <w:r>
        <w:t>ba-muqabla insaan hai, to nahi hai woh.</w:t>
      </w:r>
    </w:p>
    <w:p>
      <w:pPr>
        <w:jc w:val="right"/>
      </w:pPr>
      <w:r>
        <w:t>بمقابلہ انسان ہے، تو نہیں ہے وہ۔</w:t>
      </w:r>
    </w:p>
    <w:p>
      <w:r>
        <w:rPr>
          <w:b/>
        </w:rPr>
        <w:t xml:space="preserve">[27:59] </w:t>
      </w:r>
      <w:r>
        <w:t>yeh farq hai.</w:t>
      </w:r>
    </w:p>
    <w:p>
      <w:pPr>
        <w:jc w:val="right"/>
      </w:pPr>
      <w:r>
        <w:t>یہ فرق ہے۔</w:t>
      </w:r>
    </w:p>
    <w:p>
      <w:r>
        <w:rPr>
          <w:b/>
        </w:rPr>
        <w:t xml:space="preserve">[28:02] </w:t>
      </w:r>
      <w:r>
        <w:t>yeh farq hai. ab iska matlab kya hua? ke agar ek shakhs Rasool Allah ke khilaf kitaab likhta hai, ya Allah ke kitaab khilaf kitaab likhta hai, yeh kitaab aap Allah ke khilaf hai,</w:t>
      </w:r>
    </w:p>
    <w:p>
      <w:pPr>
        <w:jc w:val="right"/>
      </w:pPr>
      <w:r>
        <w:t>یہ فرق ہے۔ اب اس کا مطلب کیا ہوا؟ کہ اگر ایک شخص رسول اللہ کے خلاف کتاب لکھتا ہے، یا اللہ کے کتاب خلاف کتاب لکھتا ہے، یہ کتاب آپ اللہ کے خلاف ہے،</w:t>
      </w:r>
    </w:p>
    <w:p>
      <w:r>
        <w:rPr>
          <w:b/>
        </w:rPr>
        <w:t xml:space="preserve">[28:16] </w:t>
      </w:r>
      <w:r>
        <w:t>god delusion,</w:t>
      </w:r>
    </w:p>
    <w:p>
      <w:pPr>
        <w:jc w:val="right"/>
      </w:pPr>
      <w:r>
        <w:t>گاڈ ڈیلیوژن،</w:t>
      </w:r>
    </w:p>
    <w:p>
      <w:r>
        <w:rPr>
          <w:b/>
        </w:rPr>
        <w:t xml:space="preserve">[28:19] </w:t>
      </w:r>
      <w:r>
        <w:t>to us par koi saza nahi di jayegi. kisi courts ko haq nahi hai ke us par saza de.</w:t>
      </w:r>
    </w:p>
    <w:p>
      <w:pPr>
        <w:jc w:val="right"/>
      </w:pPr>
      <w:r>
        <w:t>تو اس پر کوئی سزا نہیں دی جائے گی۔ کسی کورٹس کو حق نہیں ہے کہ اس پر سزا دے۔</w:t>
      </w:r>
    </w:p>
    <w:p>
      <w:r>
        <w:rPr>
          <w:b/>
        </w:rPr>
        <w:t xml:space="preserve">[28:28] </w:t>
      </w:r>
      <w:r>
        <w:t>lekin Allah taala ka pakad hogi uski. yaani ek aadmi jo Allah ka inkar kare, jo kisi ko aath lakh ka partner banaye, jo kahe ke khuda ka beta hai falan, ya Allah ke Rasool ke bare mein kahe ke yeh Rasool nahi the, yeh banawati aadmi the.</w:t>
      </w:r>
    </w:p>
    <w:p>
      <w:pPr>
        <w:jc w:val="right"/>
      </w:pPr>
      <w:r>
        <w:t>لیکن اللہ تعالیٰ کا پکڑ ہو گی اس کی۔ یعنی ایک آدمی جو اللہ کا انکار کرے، جو کسی کو آٹھ لاکھ کا پارٹنر بنائے، جو کہے کہ خدا کا بیٹا ہے فلاں، یا اللہ کے رسول کے بارے میں کہے کہ یہ رسول نہیں تھے، یہ بناوٹی آدمی تھے۔</w:t>
      </w:r>
    </w:p>
    <w:p>
      <w:r>
        <w:rPr>
          <w:b/>
        </w:rPr>
        <w:t xml:space="preserve">[28:49] </w:t>
      </w:r>
      <w:r>
        <w:t>Allah ne ek paighambar ko bheja wahi ki taake woh logon ko hidayat kare. aap ne kaha ke nahi, woh paighambar nahi the, woh woh ek banawati paighambar the.</w:t>
      </w:r>
    </w:p>
    <w:p>
      <w:pPr>
        <w:jc w:val="right"/>
      </w:pPr>
      <w:r>
        <w:t>اللہ نے ایک پیغمبر کو بھیجا وحی کی تاکہ وہ لوگوں کو ہدایت کرے۔ آپ نے کہا کہ نہیں، وہ پیغمبر نہیں تھے، وہ وہ ایک بناوٹی پیغمبر تھے۔</w:t>
      </w:r>
    </w:p>
    <w:p>
      <w:r>
        <w:rPr>
          <w:b/>
        </w:rPr>
        <w:t xml:space="preserve">[29:06] </w:t>
      </w:r>
      <w:r>
        <w:t>aap unke radd mein kitaab likhen.</w:t>
      </w:r>
    </w:p>
    <w:p>
      <w:pPr>
        <w:jc w:val="right"/>
      </w:pPr>
      <w:r>
        <w:t>آپ ان کے رد میں کتاب لکھیں۔</w:t>
      </w:r>
    </w:p>
    <w:p>
      <w:r>
        <w:rPr>
          <w:b/>
        </w:rPr>
        <w:t xml:space="preserve">[29:12] </w:t>
      </w:r>
      <w:r>
        <w:t>to yeh sab crime hai, bilashuba thought crime. lekin woh punishable hai sirf khuda ke haan, duniya mein nahi.</w:t>
      </w:r>
    </w:p>
    <w:p>
      <w:pPr>
        <w:jc w:val="right"/>
      </w:pPr>
      <w:r>
        <w:t>تو یہ سب کرائم ہے، بلاشبہ تھاٹ کرائم۔ لیکن وہ پنشبل ہے صرف خدا کے ہاں، دنیا میں نہیں۔</w:t>
      </w:r>
    </w:p>
    <w:p>
      <w:r>
        <w:rPr>
          <w:b/>
        </w:rPr>
        <w:t xml:space="preserve">[29:24] </w:t>
      </w:r>
      <w:r>
        <w:t>to main yeh manta hoon ke thought crime ka concept hai Islam mein. shirk thought crime hai. ilhad thought crime hai.</w:t>
      </w:r>
    </w:p>
    <w:p>
      <w:pPr>
        <w:jc w:val="right"/>
      </w:pPr>
      <w:r>
        <w:t>تو میں یہ مانتا ہوں کہ تھاٹ کرائم کا کانسیپٹ ہے اسلام میں۔ شرک تھاٹ کرائم ہے۔ الہاد تھاٹ کرائم ہے۔</w:t>
      </w:r>
    </w:p>
    <w:p>
      <w:r>
        <w:rPr>
          <w:b/>
        </w:rPr>
        <w:t xml:space="preserve">[29:34] </w:t>
      </w:r>
      <w:r>
        <w:t>kisi ko khuda ka partner banana thought crime hai. kisi ko khuda ka beta manna thought crime hai.</w:t>
      </w:r>
    </w:p>
    <w:p>
      <w:pPr>
        <w:jc w:val="right"/>
      </w:pPr>
      <w:r>
        <w:t>کسی کو خدا کا پارٹنر بنانا تھاٹ کرائم ہے۔ کسی کو خدا کا بیٹا ماننا تھاٹ کرائم ہے۔</w:t>
      </w:r>
    </w:p>
    <w:p>
      <w:r>
        <w:rPr>
          <w:b/>
        </w:rPr>
        <w:t xml:space="preserve">[29:41] </w:t>
      </w:r>
      <w:r>
        <w:t>khuda ke paighambar ko kehna ke paighambar nahi the, yeh to banawati paighambar the, yeh thought crime hai. lekin thought crime hai to iska matlab nahi ke duniya ki court mein aap saza de sakte ho usko.</w:t>
      </w:r>
    </w:p>
    <w:p>
      <w:pPr>
        <w:jc w:val="right"/>
      </w:pPr>
      <w:r>
        <w:t>خدا کے پیغمبر کو کہنا کہ پیغمبر نہیں تھے، یہ تو بناوٹی پیغمبر تھے، یہ تھاٹ کرائم ہے۔ لیکن تھاٹ کرائم ہے تو اس کا مطلب نہیں کہ دنیا کی کورٹ میں آپ سزا دے سکتے ہو اس کو۔</w:t>
      </w:r>
    </w:p>
    <w:p>
      <w:r>
        <w:rPr>
          <w:b/>
        </w:rPr>
        <w:t xml:space="preserve">[29:56] </w:t>
      </w:r>
      <w:r>
        <w:t>woh punishable hai, lekin punishable hai sirf Allah taala ke haan, yaani marne ke baad. duniya ki zindagi mein isko kuch nahi hoga, kuch nahi kiya jayega.</w:t>
      </w:r>
    </w:p>
    <w:p>
      <w:pPr>
        <w:jc w:val="right"/>
      </w:pPr>
      <w:r>
        <w:t>وہ پنشبل ہے، لیکن پنشبل ہے صرف اللہ تعالیٰ کے ہاں، یعنی مرنے کے بعد۔ دنیا کی زندگی میں اس کو کچھ نہیں ہوگا، کچھ نہیں کیا جائے گا۔</w:t>
      </w:r>
    </w:p>
    <w:p>
      <w:r>
        <w:rPr>
          <w:b/>
        </w:rPr>
        <w:t xml:space="preserve">[30:08] </w:t>
      </w:r>
      <w:r>
        <w:t>duniya ki zindagi mein isko koi saza nahi, saza nahi hogi.</w:t>
      </w:r>
    </w:p>
    <w:p>
      <w:pPr>
        <w:jc w:val="right"/>
      </w:pPr>
      <w:r>
        <w:t>دنیا کی زندگی میں اس کو کوئی سزا نہیں، سزا نہیں ہوگی۔</w:t>
      </w:r>
    </w:p>
    <w:p>
      <w:r>
        <w:rPr>
          <w:b/>
        </w:rPr>
        <w:t xml:space="preserve">[30:12] </w:t>
      </w:r>
      <w:r>
        <w:t>social crime hi saza hain. yaad rakhiye, Quran mein ya Islam mein bhi social crime crime hai. thought crime duniyavi lehaz se crime nahi hai.</w:t>
      </w:r>
    </w:p>
    <w:p>
      <w:pPr>
        <w:jc w:val="right"/>
      </w:pPr>
      <w:r>
        <w:t>سوشل کرائم ہی سزا ہیں۔ یاد رکھیے، قرآن میں یا اسلام میں بھی سوشل کرائم کرائم ہے۔ تھاٹ کرائم دنیاوی لحاظ سے کرائم نہیں ہے۔</w:t>
      </w:r>
    </w:p>
    <w:p>
      <w:r>
        <w:rPr>
          <w:b/>
        </w:rPr>
        <w:t xml:space="preserve">[30:25] </w:t>
      </w:r>
      <w:r>
        <w:t>aakhirat mein pakad hogi, woh alag baat hai.</w:t>
      </w:r>
    </w:p>
    <w:p>
      <w:pPr>
        <w:jc w:val="right"/>
      </w:pPr>
      <w:r>
        <w:t>آخرت میں پکڑ ہوگی، وہ الگ بات ہے۔</w:t>
      </w:r>
    </w:p>
    <w:p>
      <w:r>
        <w:rPr>
          <w:b/>
        </w:rPr>
        <w:t xml:space="preserve">[30:32] </w:t>
      </w:r>
      <w:r>
        <w:t>ab dekhiye, main yeh do cheezein jo hain, iske bare mein arz karta hoon. ek apostasy, ek blasphemy.</w:t>
      </w:r>
    </w:p>
    <w:p>
      <w:pPr>
        <w:jc w:val="right"/>
      </w:pPr>
      <w:r>
        <w:t>اب دیکھیے، میں یہ دو چیزیں جو ہیں، اس کے بارے میں عرض کرتا ہوں۔ ایک اپوسٹیسی، ایک بلاسفیمی۔</w:t>
      </w:r>
    </w:p>
    <w:p>
      <w:r>
        <w:rPr>
          <w:b/>
        </w:rPr>
        <w:t xml:space="preserve">[30:45] </w:t>
      </w:r>
      <w:r>
        <w:t>dekhiye, apostasy ka matlab hai irtidad. to Quran mein kai jagah yeh baat hai ke jo shakhs Islam qubool kare, phir phir jaye us se, to kahin bhi saza nahi batai gayi.</w:t>
      </w:r>
    </w:p>
    <w:p>
      <w:pPr>
        <w:jc w:val="right"/>
      </w:pPr>
      <w:r>
        <w:t>دیکھیے، اپوسٹیسی کا مطلب ہے ارتداد۔ تو قرآن میں کئی جگہ یہ بات ہے کہ جو شخص اسلام قبول کرے، پھر پھر جائے اس سے، تو کہیں بھی سزا نہیں بتائی گئی۔</w:t>
      </w:r>
    </w:p>
    <w:p>
      <w:r>
        <w:rPr>
          <w:b/>
        </w:rPr>
        <w:t xml:space="preserve">[31:01] </w:t>
      </w:r>
      <w:r>
        <w:t>duniyavi saza. sirf yeh hai ke aakhirat mein uski pakad hogi. misaal ke taur par dekhiye, ek ayat hai. ومن يرتد منكم عن دينه فهو كافر</w:t>
      </w:r>
    </w:p>
    <w:p>
      <w:pPr>
        <w:jc w:val="right"/>
      </w:pPr>
      <w:r>
        <w:t>دنیاوی سزا۔ صرف یہ ہے کہ آخرت میں اس کی پکڑ ہوگی۔ مثال کے طور پر دیکھیے، ایک آیت ہے۔ ومن يرتد منكم عن دينه فهو کافر</w:t>
      </w:r>
    </w:p>
    <w:p>
      <w:r>
        <w:rPr>
          <w:b/>
        </w:rPr>
        <w:t xml:space="preserve">[31:15] </w:t>
      </w:r>
      <w:r>
        <w:t>yaani jo shakhs Islam qubool kare, phir us se phir jaye, murtad ho jaye, aur isi haal mein mar jaye, to aakhirat mein uski pakad hai.</w:t>
      </w:r>
    </w:p>
    <w:p>
      <w:pPr>
        <w:jc w:val="right"/>
      </w:pPr>
      <w:r>
        <w:t>یعنی جو شخص اسلام قبول کرے، پھر اس سے پھر جائے، مرتد ہو جائے، اور اسی حال میں مر جائے، تو آخرت میں اس کی پکڑ ہے۔</w:t>
      </w:r>
    </w:p>
    <w:p>
      <w:r>
        <w:rPr>
          <w:b/>
        </w:rPr>
        <w:t xml:space="preserve">[31:27] </w:t>
      </w:r>
      <w:r>
        <w:t>ab dekhiye, yahan faimoot ka lafz hai, yaani is ki natural death ho jaye. to yahan to yeh kehna chahiye tha na ke woh qatl kiya jayega aisa aadmi? ke jo aadmi apne deen ko badlega, to qatl kiya jayega us ko.</w:t>
      </w:r>
    </w:p>
    <w:p>
      <w:pPr>
        <w:jc w:val="right"/>
      </w:pPr>
      <w:r>
        <w:t>اب دیکھیے، یہاں فیموت کا لفظ ہے، یعنی اس کی نیچرل ڈیتھ ہو جائے۔ تو یہاں تو یہ کہنا چاہیے تھا نا کہ وہ قتل کیا جائے گا ایسا آدمی؟ کہ جو آدمی اپنے دین کو بدلے گا، تو قتل کیا جائے گا اس کو۔</w:t>
      </w:r>
    </w:p>
    <w:p>
      <w:r>
        <w:rPr>
          <w:b/>
        </w:rPr>
        <w:t xml:space="preserve">[31:41] </w:t>
      </w:r>
      <w:r>
        <w:t>yeh nahi farmaya. balkeh farmaya faimoot.</w:t>
      </w:r>
    </w:p>
    <w:p>
      <w:pPr>
        <w:jc w:val="right"/>
      </w:pPr>
      <w:r>
        <w:t>یہ نہیں فرمایا۔ بلکہ فرمایا فیموت۔</w:t>
      </w:r>
    </w:p>
    <w:p>
      <w:r>
        <w:rPr>
          <w:b/>
        </w:rPr>
        <w:t xml:space="preserve">[31:46] </w:t>
      </w:r>
      <w:r>
        <w:t>yaani is ki natural death hogi, Allah ke haan is ki pakad hogi. to is tarah ki kai aayatein Quran mein hain jo batati hain aise insaan ko jo Islam qabool kare aur phir woh phir jaye.</w:t>
      </w:r>
    </w:p>
    <w:p>
      <w:pPr>
        <w:jc w:val="right"/>
      </w:pPr>
      <w:r>
        <w:t>یعنی اس کی نیچرل ڈیتھ ہوگی، اللہ کے ہاں اس کی پکڑ ہوگی۔ تو اس طرح کی کئی آیتیں قرآن میں ہیں جو بتاتی ہیں ایسے انسان کو جو اسلام قبول کرے اور پھر وہ پھر جائے۔</w:t>
      </w:r>
    </w:p>
    <w:p>
      <w:r>
        <w:rPr>
          <w:b/>
        </w:rPr>
        <w:t xml:space="preserve">[32:03] </w:t>
      </w:r>
      <w:r>
        <w:t>to sirf aakhirat ki saza ka wahan zikr hai, duniyavi saza ka farzi zikr nahi hai.</w:t>
      </w:r>
    </w:p>
    <w:p>
      <w:pPr>
        <w:jc w:val="right"/>
      </w:pPr>
      <w:r>
        <w:t>تو صرف آخرت کی سزا کا وہاں ذکر ہے، دنیاوی سزا کا فرضی ذکر نہیں ہے۔</w:t>
      </w:r>
    </w:p>
    <w:p>
      <w:r>
        <w:rPr>
          <w:b/>
        </w:rPr>
        <w:t xml:space="preserve">[32:10] </w:t>
      </w:r>
      <w:r>
        <w:t>is ki ek practical misaal bhi yeh dekhiye.</w:t>
      </w:r>
    </w:p>
    <w:p>
      <w:pPr>
        <w:jc w:val="right"/>
      </w:pPr>
      <w:r>
        <w:t>اس کی ایک پریکٹیکل مثال بھی یہ دیکھیے۔</w:t>
      </w:r>
    </w:p>
    <w:p>
      <w:r>
        <w:rPr>
          <w:b/>
        </w:rPr>
        <w:t xml:space="preserve">[32:15] </w:t>
      </w:r>
      <w:r>
        <w:t>jis zamane mein Rasool Allah salallaho alaihi wasallam Makka mein thay, wahan par kaafi satate thay woh log aap ko aur aap ke ashaab ko.</w:t>
      </w:r>
    </w:p>
    <w:p>
      <w:pPr>
        <w:jc w:val="right"/>
      </w:pPr>
      <w:r>
        <w:t>جس زمانے میں رسول اللہ صلی اللہ علیہ وسلم مکہ میں تھے، وہاں پر کافی ستاتے تھے وہ لوگ آپ کو اور آپ کے اصحاب کو۔</w:t>
      </w:r>
    </w:p>
    <w:p>
      <w:r>
        <w:rPr>
          <w:b/>
        </w:rPr>
        <w:t xml:space="preserve">[32:25] </w:t>
      </w:r>
      <w:r>
        <w:t>to aap ne farmaya ke jo log chahein, woh Habash chale jayen. Habash jo tha, yaani jo Arab, Arab ka mulk tha.</w:t>
      </w:r>
    </w:p>
    <w:p>
      <w:pPr>
        <w:jc w:val="right"/>
      </w:pPr>
      <w:r>
        <w:t>تو آپ نے فرمایا کہ جو لوگ چاہیں، وہ حبش چلے جائیں۔ حبش جو تھا، یعنی جو عرب، عرب کا ملک تھا۔</w:t>
      </w:r>
    </w:p>
    <w:p>
      <w:r>
        <w:rPr>
          <w:b/>
        </w:rPr>
        <w:t xml:space="preserve">[32:39] </w:t>
      </w:r>
      <w:r>
        <w:t>Arab ka mulk aur Habash, yaani Abyssinia ke darmiyan bohat chhoti si patti hoti thi samandar ki. to log aate jate thay kashtiyon se.</w:t>
      </w:r>
    </w:p>
    <w:p>
      <w:pPr>
        <w:jc w:val="right"/>
      </w:pPr>
      <w:r>
        <w:t>عرب کا ملک اور حبش، یعنی ابی سینیا کے درمیان بہت چھوٹی سی پٹی ہوتی تھی سمندر کی۔ تو لوگ آتے جاتے تھے کشتیوں سے۔</w:t>
      </w:r>
    </w:p>
    <w:p>
      <w:r>
        <w:rPr>
          <w:b/>
        </w:rPr>
        <w:t xml:space="preserve">[32:51] </w:t>
      </w:r>
      <w:r>
        <w:t>to aap ne farmaya ke jo jana chahe, woh Habash chala jaye. chunancha ghaliban teen baar qafle ki soorat mein woh log Arab se wahan gaye.</w:t>
      </w:r>
    </w:p>
    <w:p>
      <w:pPr>
        <w:jc w:val="right"/>
      </w:pPr>
      <w:r>
        <w:t>تو آپ نے فرمایا کہ جو جانا چاہے، وہ حبش چلا جائے۔ چنانچہ غالباً تین بار قافلے کی صورت میں وہ لوگ عرب سے وہاں گئے۔</w:t>
      </w:r>
    </w:p>
    <w:p>
      <w:r>
        <w:rPr>
          <w:b/>
        </w:rPr>
        <w:t xml:space="preserve">[33:04] </w:t>
      </w:r>
      <w:r>
        <w:t>woh Jeddah ke us waqt Jeddah jo tha, woh woh bandargah tha. wahan se kashtiyan chalti theen.</w:t>
      </w:r>
    </w:p>
    <w:p>
      <w:pPr>
        <w:jc w:val="right"/>
      </w:pPr>
      <w:r>
        <w:t>وہ جدہ کے اس وقت جدہ جو تھا، وہ وہ بندرگاہ تھا۔ وہاں سے کشتیاں چلتی تھیں۔</w:t>
      </w:r>
    </w:p>
    <w:p>
      <w:r>
        <w:rPr>
          <w:b/>
        </w:rPr>
        <w:t xml:space="preserve">[33:14] </w:t>
      </w:r>
      <w:r>
        <w:t>aur doosri taraf jis ko hum aaj kal kehte hain Eritrea, Jeddah se chal kar Eritrea ke ilaqe mein utre woh. majmooi tor par un ki tadad taqreeban ek sau batayi jati hai.</w:t>
      </w:r>
    </w:p>
    <w:p>
      <w:pPr>
        <w:jc w:val="right"/>
      </w:pPr>
      <w:r>
        <w:t>اور دوسری طرف جس کو ہم آج کل کہتے ہیں ایٹریا، جدہ سے چل کر ایٹریا کے علاقے میں اترے وہ۔ مجموعی طور پر ان کی تعداد تقریباً ایک سو بتائی جاتی ہے۔</w:t>
      </w:r>
    </w:p>
    <w:p>
      <w:r>
        <w:rPr>
          <w:b/>
        </w:rPr>
        <w:t xml:space="preserve">[33:28] </w:t>
      </w:r>
      <w:r>
        <w:t>wahan gaye woh. aur phir jab halaat badle to woh wapas aa gaye dobara Arab.</w:t>
      </w:r>
    </w:p>
    <w:p>
      <w:pPr>
        <w:jc w:val="right"/>
      </w:pPr>
      <w:r>
        <w:t>وہاں گئے وہ۔ اور پھر جب حالات بدلے تو وہ واپس آ گئے دوبارہ عرب۔</w:t>
      </w:r>
    </w:p>
    <w:p>
      <w:r>
        <w:rPr>
          <w:b/>
        </w:rPr>
        <w:t xml:space="preserve">[33:37] </w:t>
      </w:r>
      <w:r>
        <w:t>to un jane walon mein se ek sahab woh thay jo wahan par woh Isai mulk tha, wahan ka king bhi Isai tha.</w:t>
      </w:r>
    </w:p>
    <w:p>
      <w:pPr>
        <w:jc w:val="right"/>
      </w:pPr>
      <w:r>
        <w:t>تو ان جانے والوں میں سے ایک صاحب وہ تھے جو وہاں پر وہ عیسائی ملک تھا، وہاں کا کنگ بھی عیسائی تھا۔</w:t>
      </w:r>
    </w:p>
    <w:p>
      <w:r>
        <w:rPr>
          <w:b/>
        </w:rPr>
        <w:t xml:space="preserve">[33:47] </w:t>
      </w:r>
      <w:r>
        <w:t>to woh wahan ja kar Isaiyon se mile, Isaiyon ki baatein suni, mutasir ho gaye aur unhon ne Islam chhod kar Isaiyat ikhtiyar kar li. Masih bne gaye.</w:t>
      </w:r>
    </w:p>
    <w:p>
      <w:pPr>
        <w:jc w:val="right"/>
      </w:pPr>
      <w:r>
        <w:t>تو وہ وہاں جا کر عیسائیوں سے ملے، عیسائیوں کی باتیں سنی، متاثر ہو گئے اور انہوں نے اسلام چھوڑ کر عیسائیت اختیار کر لی۔ مسیحی بن گئے۔</w:t>
      </w:r>
    </w:p>
    <w:p>
      <w:r>
        <w:rPr>
          <w:b/>
        </w:rPr>
        <w:t xml:space="preserve">[33:58] </w:t>
      </w:r>
      <w:r>
        <w:t>un ka naam tha Abdullah Ibn Jahsh.</w:t>
      </w:r>
    </w:p>
    <w:p>
      <w:pPr>
        <w:jc w:val="right"/>
      </w:pPr>
      <w:r>
        <w:t>ان کا نام تھا عبداللہ ابن جہش۔</w:t>
      </w:r>
    </w:p>
    <w:p>
      <w:r>
        <w:rPr>
          <w:b/>
        </w:rPr>
        <w:t xml:space="preserve">[34:03] </w:t>
      </w:r>
      <w:r>
        <w:t>yeh iman laye Rasool Allah par. Abdullah Ibn Jahsh iman laye, hijrat kar ke Habash gaye. wahan Isai log hua karte thay.</w:t>
      </w:r>
    </w:p>
    <w:p>
      <w:pPr>
        <w:jc w:val="right"/>
      </w:pPr>
      <w:r>
        <w:t>یہ ایمان لائے رسول اللہ پر۔ عبداللہ ابن جہش ایمان لائے، ہجرت کر کے حبش گئے۔ وہاں عیسائی لوگ ہوا کرتے تھے۔</w:t>
      </w:r>
    </w:p>
    <w:p>
      <w:r>
        <w:rPr>
          <w:b/>
        </w:rPr>
        <w:t xml:space="preserve">[34:14] </w:t>
      </w:r>
      <w:r>
        <w:t>Christian to un se mile jule, un ki baatein suni, mutasir ho gaye. woh Islam chhod kar Christian ban gaye. Rasool Allah salallaho alaihi wasallam us waqt maujood thay.</w:t>
      </w:r>
    </w:p>
    <w:p>
      <w:pPr>
        <w:jc w:val="right"/>
      </w:pPr>
      <w:r>
        <w:t>کرسچن تو ان سے ملے جلے، ان کی باتیں سنی، متاثر ہو گئے۔ وہ اسلام چھوڑ کر کرسچن بن گئے۔ رسول اللہ صلی اللہ علیہ وسلم اس وقت موجود تھے۔</w:t>
      </w:r>
    </w:p>
    <w:p>
      <w:r>
        <w:rPr>
          <w:b/>
        </w:rPr>
        <w:t xml:space="preserve">[34:24] </w:t>
      </w:r>
      <w:r>
        <w:t>aap ne nahi kaha ke is ko qatl kara lo. aap ne nahi kaha ke Abdullah Ibn Jahsh ko qatl kara lo. is ka muamla aap ne Allah ke hawale kar diya.</w:t>
      </w:r>
    </w:p>
    <w:p>
      <w:pPr>
        <w:jc w:val="right"/>
      </w:pPr>
      <w:r>
        <w:t>آپ نے نہیں کہا کہ اس کو قتل کرا لو۔ آپ نے نہیں کہا کہ عبداللہ ابن جہش کو قتل کرا لو۔ اس کا معاملہ آپ نے اللہ کے حوالے کر دیا۔</w:t>
      </w:r>
    </w:p>
    <w:p>
      <w:r>
        <w:rPr>
          <w:b/>
        </w:rPr>
        <w:t xml:space="preserve">[34:35] </w:t>
      </w:r>
      <w:r>
        <w:t>to yeh Khuda ke domain mein dakhil hona hai, yeh agar aap yeh masla banayein</w:t>
      </w:r>
    </w:p>
    <w:p>
      <w:pPr>
        <w:jc w:val="right"/>
      </w:pPr>
      <w:r>
        <w:t>تو یہ خدا کے ڈومین میں داخل ہونا ہے، یہ اگر آپ یہ مسئلہ بنائیں</w:t>
      </w:r>
    </w:p>
    <w:p>
      <w:r>
        <w:rPr>
          <w:b/>
        </w:rPr>
        <w:t xml:space="preserve">[34:40] </w:t>
      </w:r>
      <w:r>
        <w:t>to Khuda ke domain mein dakhil hona hai ke jo cheez Allah Ta'ala ke haan jis ko punishment milne wali ho, dunya mein aap punishment dene lage ho us ko.</w:t>
      </w:r>
    </w:p>
    <w:p>
      <w:pPr>
        <w:jc w:val="right"/>
      </w:pPr>
      <w:r>
        <w:t>تو خدا کے ڈومین میں داخل ہونا ہے کہ جو چیز اللہ تعالیٰ کے ہاں جس کو پنشمنٹ ملنے والی ہو، دنیا میں آپ پنشمنٹ دینے لگے ہو اس کو۔</w:t>
      </w:r>
    </w:p>
    <w:p>
      <w:r>
        <w:rPr>
          <w:b/>
        </w:rPr>
        <w:t xml:space="preserve">[34:50] </w:t>
      </w:r>
      <w:r>
        <w:t>aap ko haq nahi hai is ka. to yeh sab jo masle hain, yeh bane hain Abbasi daur mein.</w:t>
      </w:r>
    </w:p>
    <w:p>
      <w:pPr>
        <w:jc w:val="right"/>
      </w:pPr>
      <w:r>
        <w:t>آپ کو حق نہیں ہے اس کا۔ تو یہ سب جو مسئلے ہیں، یہ بنے ہیں عباسی دور میں۔</w:t>
      </w:r>
    </w:p>
    <w:p>
      <w:r>
        <w:rPr>
          <w:b/>
        </w:rPr>
        <w:t xml:space="preserve">[34:59] </w:t>
      </w:r>
      <w:r>
        <w:t>yaani Rasool Allah ke baad nahi. yeh sab masle Abbasi daur mein bane hain.</w:t>
      </w:r>
    </w:p>
    <w:p>
      <w:pPr>
        <w:jc w:val="right"/>
      </w:pPr>
      <w:r>
        <w:t>یعنی رسول اللہ کے بعد نہیں۔ یہ سب مسئلے عباسی دور میں بنے ہیں۔</w:t>
      </w:r>
    </w:p>
    <w:p>
      <w:r>
        <w:rPr>
          <w:b/>
        </w:rPr>
        <w:t xml:space="preserve">[35:07] </w:t>
      </w:r>
      <w:r>
        <w:t>ke shayad satam ko maar dalo aur murtad ko maar dalo, yeh sab masle bane hain Abbasi daur mein. jabke fiqh bani.</w:t>
      </w:r>
    </w:p>
    <w:p>
      <w:pPr>
        <w:jc w:val="right"/>
      </w:pPr>
      <w:r>
        <w:t>کہ شاید ساتم کو مار ڈالو اور مرتد کو مار ڈالو، یہ سب مسئلے بنے ہیں عباسی دور میں۔ جبکہ فقہ بنی۔</w:t>
      </w:r>
    </w:p>
    <w:p>
      <w:r>
        <w:rPr>
          <w:b/>
        </w:rPr>
        <w:t xml:space="preserve">[35:18] </w:t>
      </w:r>
      <w:r>
        <w:t>to ek baat mein yahan yeh arz kar doon ke ek hadith, kuch hadithon mein jis mein aap ne teen zamanon ko authentic zamana bataya hai.</w:t>
      </w:r>
    </w:p>
    <w:p>
      <w:pPr>
        <w:jc w:val="right"/>
      </w:pPr>
      <w:r>
        <w:t>تو ایک بات میں یہاں یہ عرض کر دوں کہ ایک حدیث، کچھ حدیثیں ہیں جس میں آپ نے تین زمانوں کو آتھنٹک زمانہ بتایا ہے۔</w:t>
      </w:r>
    </w:p>
    <w:p>
      <w:r>
        <w:rPr>
          <w:b/>
        </w:rPr>
        <w:t xml:space="preserve">[35:33] </w:t>
      </w:r>
      <w:r>
        <w:t>zamana risalat, zamana Sahaba, zamana Tabeen. in teen zamanon ko hamare ulama kehte hain qurun mashhood laha bil khair.</w:t>
      </w:r>
    </w:p>
    <w:p>
      <w:pPr>
        <w:jc w:val="right"/>
      </w:pPr>
      <w:r>
        <w:t>زمانہ رسالت، زمانہ صحابہ، زمانہ تابعین۔ ان تین زمانوں کو ہمارے علماء کہتے ہیں قرون مشہود لہا بالخیر۔</w:t>
      </w:r>
    </w:p>
    <w:p>
      <w:r>
        <w:rPr>
          <w:b/>
        </w:rPr>
        <w:t xml:space="preserve">[35:45] </w:t>
      </w:r>
      <w:r>
        <w:t>yani woh teen zamane jin ke bare mein rasool Allah ne yeh gawahi di hai ke woh khair ke zamane hain. to rasool Allah ka zamana, sahaba ka zamana, tabeen ka zamana.</w:t>
      </w:r>
    </w:p>
    <w:p>
      <w:pPr>
        <w:jc w:val="right"/>
      </w:pPr>
      <w:r>
        <w:t>یعنی وہ تین زمانے جن کے بارے میں رسول اللہ نے یہ گواہی دی ہے کہ وہ خیر کے زمانے ہیں۔ تو رسول اللہ کا زمانہ، صحابہ کا زمانہ، تابعین کا زمانہ۔</w:t>
      </w:r>
    </w:p>
    <w:p>
      <w:r>
        <w:rPr>
          <w:b/>
        </w:rPr>
        <w:t xml:space="preserve">[35:57] </w:t>
      </w:r>
      <w:r>
        <w:t>is ke baad ke zamane ke bare mein koi aap ne gawahi nahi di hai.</w:t>
      </w:r>
    </w:p>
    <w:p>
      <w:pPr>
        <w:jc w:val="right"/>
      </w:pPr>
      <w:r>
        <w:t>اس کے بعد کے زمانے کے بارے میں کوئی آپ نے گواہی نہیں دی ہے۔</w:t>
      </w:r>
    </w:p>
    <w:p>
      <w:r>
        <w:rPr>
          <w:b/>
        </w:rPr>
        <w:t xml:space="preserve">[36:01] </w:t>
      </w:r>
      <w:r>
        <w:t>to yeh jo hamare masle bane hain, fiqhi masle, yeh to baad ko bane hain. yani qurun mashhood laha bil khair ke baad bane hain abbasi daur mein.</w:t>
      </w:r>
    </w:p>
    <w:p>
      <w:pPr>
        <w:jc w:val="right"/>
      </w:pPr>
      <w:r>
        <w:t>تو یہ جو ہمارے مسئلے بنے ہیں، فقہی مسئلے، یہ تو بعد کو بنے ہیں۔ یعنی قرون مشہود لہا بالخیر کے بعد بنے ہیں عباسی دور میں۔</w:t>
      </w:r>
    </w:p>
    <w:p>
      <w:r>
        <w:rPr>
          <w:b/>
        </w:rPr>
        <w:t xml:space="preserve">[36:14] </w:t>
      </w:r>
      <w:r>
        <w:t>is ke mani hain kya hain? ke baad ko banne wale masle jo hain, un ko hum judge karenge, quran o sunnat pe judge karenge. agar woh quran o sunnat ke mutabiq tha to manenge nahi, to us ko radd kar denge.</w:t>
      </w:r>
    </w:p>
    <w:p>
      <w:pPr>
        <w:jc w:val="right"/>
      </w:pPr>
      <w:r>
        <w:t>اس کے معنی ہیں کیا ہیں؟ کہ بعد کو بننے والے مسئلے جو ہیں، ان کو ہم جج کریں گے، قرآن و سنت پہ جج کریں گے۔ اگر وہ قرآن و سنت کے مطابق تھا تو مانیں گے نہیں، تو اس کو رد کر دیں گے۔</w:t>
      </w:r>
    </w:p>
    <w:p>
      <w:r>
        <w:rPr>
          <w:b/>
        </w:rPr>
        <w:t xml:space="preserve">[36:29] </w:t>
      </w:r>
      <w:r>
        <w:t>yeh hai.</w:t>
      </w:r>
    </w:p>
    <w:p>
      <w:pPr>
        <w:jc w:val="right"/>
      </w:pPr>
      <w:r>
        <w:t>یہ ہے۔</w:t>
      </w:r>
    </w:p>
    <w:p>
      <w:r>
        <w:rPr>
          <w:b/>
        </w:rPr>
        <w:t xml:space="preserve">[36:34] </w:t>
      </w:r>
      <w:r>
        <w:t>to main dekh, yeh jo hai masle jo baad ko bane, woh qabil e radd hain, woh is liye nahi ke is ko hum liye phirien.</w:t>
      </w:r>
    </w:p>
    <w:p>
      <w:pPr>
        <w:jc w:val="right"/>
      </w:pPr>
      <w:r>
        <w:t>تو میں دیکھ، یہ جو ہے مسئلے جو بعد کو بنے، وہ قابل رد ہیں، وہ اس لیے نہیں کہ اس کو ہم لیے پھریں۔</w:t>
      </w:r>
    </w:p>
    <w:p>
      <w:r>
        <w:rPr>
          <w:b/>
        </w:rPr>
        <w:t xml:space="preserve">[36:45] </w:t>
      </w:r>
      <w:r>
        <w:t>main manta hoon ke baad ke fuqaha ne yeh masle banaye, abbasi daur ke fuqaha ne. to hum is ko nahi manenge kyunke quran o hadith pe sabit nahi hota.</w:t>
      </w:r>
    </w:p>
    <w:p>
      <w:pPr>
        <w:jc w:val="right"/>
      </w:pPr>
      <w:r>
        <w:t>میں مانتا ہوں کہ بعد کے فقہاء نے یہ مسئلے بنائے، عباسی دور کے فقہاء نے۔ تو ہم اس کو نہیں مانیں گے کیونکہ قرآن و حدیث پہ ثابت نہیں ہوتا۔</w:t>
      </w:r>
    </w:p>
    <w:p>
      <w:r>
        <w:rPr>
          <w:b/>
        </w:rPr>
        <w:t xml:space="preserve">[36:56] </w:t>
      </w:r>
      <w:r>
        <w:t>main ne aap ko abhi misaal di apostasy ke bare mein, irtidad ke bare mein. ke quran mein wazeh taur par zikr hai aise afraad ka case ka jo murtad ho jaye.</w:t>
      </w:r>
    </w:p>
    <w:p>
      <w:pPr>
        <w:jc w:val="right"/>
      </w:pPr>
      <w:r>
        <w:t>میں نے آپ کو ابھی مثال دی اپوسٹیسی کے بارے میں، ارتداد کے بارے میں۔ کہ قرآن میں واضح طور پر ذکر ہے ایسے افراد کا کیس کا جو مرتد ہو جائے۔</w:t>
      </w:r>
    </w:p>
    <w:p>
      <w:r>
        <w:rPr>
          <w:b/>
        </w:rPr>
        <w:t xml:space="preserve">[37:08] </w:t>
      </w:r>
      <w:r>
        <w:t>lekin wahan par saza nahi batai gayi.</w:t>
      </w:r>
    </w:p>
    <w:p>
      <w:pPr>
        <w:jc w:val="right"/>
      </w:pPr>
      <w:r>
        <w:t>لیکن وہاں پر سزا نہیں بتائی گئی۔</w:t>
      </w:r>
    </w:p>
    <w:p>
      <w:r>
        <w:rPr>
          <w:b/>
        </w:rPr>
        <w:t xml:space="preserve">[37:13] </w:t>
      </w:r>
      <w:r>
        <w:t>aap ghor kijiye, quran mein sarik ka zikr hai, sarik chori karne wale ka, us ko saza batai gayi is ki. tohmat lagane wala zikr hai, us ki saza batai gayi hai.</w:t>
      </w:r>
    </w:p>
    <w:p>
      <w:pPr>
        <w:jc w:val="right"/>
      </w:pPr>
      <w:r>
        <w:t>آپ غور کیجیے، قرآن میں سارق کا ذکر ہے، سارق چوری کرنے والے کا، اس کو سزا بتائی گئی اس کی۔ تہمت لگانے والا ذکر ہے، اس کی سزا بتائی گئی ہے۔</w:t>
      </w:r>
    </w:p>
    <w:p>
      <w:r>
        <w:rPr>
          <w:b/>
        </w:rPr>
        <w:t xml:space="preserve">[37:26] </w:t>
      </w:r>
      <w:r>
        <w:t>to is ki saza kyun nahi batai gayi? as-sariqu was-sariqatu faqt'a'oo aydiyahuma chor ki saza.</w:t>
      </w:r>
    </w:p>
    <w:p>
      <w:pPr>
        <w:jc w:val="right"/>
      </w:pPr>
      <w:r>
        <w:t>تو اس کی سزا کیوں نہیں بتائی گئی؟ السارق والسارقة فقطعوا أيديهما چور کی سزا۔</w:t>
      </w:r>
    </w:p>
    <w:p>
      <w:r>
        <w:rPr>
          <w:b/>
        </w:rPr>
        <w:t xml:space="preserve">[37:38] </w:t>
      </w:r>
      <w:r>
        <w:t>isi tarah se yahan batana chahiye tha ke jo murtad ho jaye, us ko yeh saza do. murtad hone walon ke bare mein ek yeh kaha gaya ke woh natural death un ki hogi aur phir Allah ke haan un ki pakad hogi.</w:t>
      </w:r>
    </w:p>
    <w:p>
      <w:pPr>
        <w:jc w:val="right"/>
      </w:pPr>
      <w:r>
        <w:t>اسی طرح سے یہاں بتانا چاہیے تھا کہ جو مرتد ہو جائے، اس کو یہ سزا دو۔ مرتد ہونے والوں کے بارے میں ایک یہ کہا گیا کہ وہ نیچرل ڈیتھ ان کی ہوگی اور پھر اللہ کے ہاں ان کی پکڑ ہوگی۔</w:t>
      </w:r>
    </w:p>
    <w:p>
      <w:r>
        <w:rPr>
          <w:b/>
        </w:rPr>
        <w:t xml:space="preserve">[37:53] </w:t>
      </w:r>
      <w:r>
        <w:t>to hum kaise man</w:t>
      </w:r>
    </w:p>
    <w:p>
      <w:pPr>
        <w:jc w:val="right"/>
      </w:pPr>
      <w:r>
        <w:t>تو ہم کیسے مان</w:t>
      </w:r>
    </w:p>
    <w:p>
      <w:r>
        <w:rPr>
          <w:b/>
        </w:rPr>
        <w:t xml:space="preserve">[37:54] </w:t>
      </w:r>
      <w:r>
        <w:t>en is ko? hum baad ko jo masle banaye gaye, us ko hum nahi manenge. hum quran ke log hain. quran kholenge jis mein us ko dunyawi aitbar se punishable crime nahi bataya gaya hai.</w:t>
      </w:r>
    </w:p>
    <w:p>
      <w:pPr>
        <w:jc w:val="right"/>
      </w:pPr>
      <w:r>
        <w:t>یں اس کو؟ ہم بعد کو جو مسئلے بنائے گئے، اس کو ہم نہیں مانیں گے۔ ہم قرآن کے لوگ ہیں۔ قرآن کھولیں گے جس میں اس کو دنیاوی اعتبار سے پنشبل کرائم نہیں بتایا گیا ہے۔</w:t>
      </w:r>
    </w:p>
    <w:p>
      <w:r>
        <w:rPr>
          <w:b/>
        </w:rPr>
        <w:t xml:space="preserve">[38:08] </w:t>
      </w:r>
      <w:r>
        <w:t>aakhirat ke baad se hai bas. to Allah ke domain ka mamla yeh hai, hum Allah ke domain mein dakhil nahi ho sakte.</w:t>
      </w:r>
    </w:p>
    <w:p>
      <w:pPr>
        <w:jc w:val="right"/>
      </w:pPr>
      <w:r>
        <w:t>آخرت کے بعد سے ہے بس۔ تو اللہ کے ڈومین کا معاملہ یہ ہے، ہم اللہ کے ڈومین میں داخل نہیں ہو سکتے۔</w:t>
      </w:r>
    </w:p>
    <w:p>
      <w:r>
        <w:rPr>
          <w:b/>
        </w:rPr>
        <w:t xml:space="preserve">[38:19] </w:t>
      </w:r>
      <w:r>
        <w:t>yeh bohat bari jasarat hogi ke hum Allah ke domain mein dakhil hon.</w:t>
      </w:r>
    </w:p>
    <w:p>
      <w:pPr>
        <w:jc w:val="right"/>
      </w:pPr>
      <w:r>
        <w:t>یہ بہت بڑی جسارت ہوگی کہ ہم اللہ کے ڈومین میں داخل ہوں۔</w:t>
      </w:r>
    </w:p>
    <w:p>
      <w:r>
        <w:rPr>
          <w:b/>
        </w:rPr>
        <w:t xml:space="preserve">[38:27] </w:t>
      </w:r>
      <w:r>
        <w:t>isi tarah se dekhiye, aap blasphemy ko lijiye. yani shart jisko kehte hain, shart bi rasool. yani rasool ko abuse karna, abusive language istemal karna, barabar batana.</w:t>
      </w:r>
    </w:p>
    <w:p>
      <w:pPr>
        <w:jc w:val="right"/>
      </w:pPr>
      <w:r>
        <w:t>اسی طرح سے دیکھیے، آپ بلاسفیمی کو لیجیے۔ یعنی شرط جس کو کہتے ہیں، شرط برسول۔ یعنی رسول کو ابیوز کرنا، ابیوسی لینگویج استعمال کرنا، برابرا بتانا۔</w:t>
      </w:r>
    </w:p>
    <w:p>
      <w:r>
        <w:rPr>
          <w:b/>
        </w:rPr>
        <w:t xml:space="preserve">[38:43] </w:t>
      </w:r>
      <w:r>
        <w:t>to yeh tasawwur sarr e se quran mein maujood nahi hai ke woh jo rasool Allah ko abuse kare, us ko maar dalo. bilkul alien hai quran mein yeh tasawwur.</w:t>
      </w:r>
    </w:p>
    <w:p>
      <w:pPr>
        <w:jc w:val="right"/>
      </w:pPr>
      <w:r>
        <w:t>تو یہ تصور سرے سے قرآن میں موجود نہیں ہے کہ وہ جو رسول اللہ کو ابیوز کرے، اس کو مار ڈالو۔ بالکل ایلین ہے قرآن میں یہ تصور۔</w:t>
      </w:r>
    </w:p>
    <w:p>
      <w:r>
        <w:rPr>
          <w:b/>
        </w:rPr>
        <w:t xml:space="preserve">[38:54] </w:t>
      </w:r>
      <w:r>
        <w:t>balke ulta tasawwur maujood hai, ulta.</w:t>
      </w:r>
    </w:p>
    <w:p>
      <w:pPr>
        <w:jc w:val="right"/>
      </w:pPr>
      <w:r>
        <w:t>بلکہ الٹا تصور موجود ہے، الٹا۔</w:t>
      </w:r>
    </w:p>
    <w:p>
      <w:r>
        <w:rPr>
          <w:b/>
        </w:rPr>
        <w:t xml:space="preserve">[38:57] </w:t>
      </w:r>
      <w:r>
        <w:t>woh kya? quran ki ek ayat hai la tasubbu alladhina yad'una min dunillahi fa yasubbu allaha 'adwan bighayri 'ilmin yeh ayat surah al an'am mein hai.</w:t>
      </w:r>
    </w:p>
    <w:p>
      <w:pPr>
        <w:jc w:val="right"/>
      </w:pPr>
      <w:r>
        <w:t>وہ کیا؟ قرآن کی ایک آیت ہے لا تسب الذینیدعون من دون اللہ فیسب اللہ عدوا بغیر علم یہ آیت سورہ الانعام میں ہے۔</w:t>
      </w:r>
    </w:p>
    <w:p>
      <w:r>
        <w:rPr>
          <w:b/>
        </w:rPr>
        <w:t xml:space="preserve">[39:12] </w:t>
      </w:r>
      <w:r>
        <w:t>al an'am la tasubbu alladhina yad'una min dunillahi fa yasubbu allaha 'adwan bighayri 'ilmin yani sab ke mani wohi hain jo shatm ke hote hain.</w:t>
      </w:r>
    </w:p>
    <w:p>
      <w:pPr>
        <w:jc w:val="right"/>
      </w:pPr>
      <w:r>
        <w:t>الانعام لا تسب الذینیدعون من دون اللہ فیسب اللہ عدوا بغیر علم یعنی سب کے معنی وہی ہیں جو شتم کے ہوتے ہیں۔</w:t>
      </w:r>
    </w:p>
    <w:p>
      <w:r>
        <w:rPr>
          <w:b/>
        </w:rPr>
        <w:t xml:space="preserve">[39:27] </w:t>
      </w:r>
      <w:r>
        <w:t>sab aur shatm ham mani alfaaz hain. is ka tarjuma yeh hai ke log jin ko ma'bood banaye hue hain Khuda ke siwa, un ka sab o shatm na karo, un ko bura na kaho.</w:t>
      </w:r>
    </w:p>
    <w:p>
      <w:pPr>
        <w:jc w:val="right"/>
      </w:pPr>
      <w:r>
        <w:t>سب اور شتم ہم معنی الفاظ ہیں۔ اس کا ترجمہ یہ ہے کہ لوگ جن کو معبود بنائے ہوئے ہیں خدا کے سوا، ان کا سب و شتم نہ کرو، ان کو برا نہ کہو۔</w:t>
      </w:r>
    </w:p>
    <w:p>
      <w:r>
        <w:rPr>
          <w:b/>
        </w:rPr>
        <w:t xml:space="preserve">[39:41] </w:t>
      </w:r>
      <w:r>
        <w:t>warna woh log la ilmi ki bina par Allah ko bura bura kahenge.</w:t>
      </w:r>
    </w:p>
    <w:p>
      <w:pPr>
        <w:jc w:val="right"/>
      </w:pPr>
      <w:r>
        <w:t>ورنہ وہ لوگ لاعلمی کی بنا پر اللہ کو برا برا کہیں گے۔</w:t>
      </w:r>
    </w:p>
    <w:p>
      <w:r>
        <w:rPr>
          <w:b/>
        </w:rPr>
        <w:t xml:space="preserve">[39:51] </w:t>
      </w:r>
      <w:r>
        <w:t>achha, ab ghor kijiye ke musalmanon ko to roka gaya hai sab o shatm se. aur yeh kahin nahi kaha gaya hai ke yeh jo doosre mazhab wale log hain, un ko sab o shatm na karne do.</w:t>
      </w:r>
    </w:p>
    <w:p>
      <w:pPr>
        <w:jc w:val="right"/>
      </w:pPr>
      <w:r>
        <w:t>اچھا، اب غور کیجیے کہ مسلمانوں کو تو روکا گیا ہے سب و شتم سے۔ اور یہ کہیں نہیں کہا گیا ہے کہ یہ جو دوسرے مذہب والے لوگ ہیں، ان کو سب و شتم نہ کرنے دو۔</w:t>
      </w:r>
    </w:p>
    <w:p>
      <w:r>
        <w:rPr>
          <w:b/>
        </w:rPr>
        <w:t xml:space="preserve">[40:07] </w:t>
      </w:r>
      <w:r>
        <w:t>yeh to kahin bhi nahi hai. sare quran mein kahin bhi yeh nahi hai ke jo log Islam mein nahi hain, un ko sab o shatm na karne do.</w:t>
      </w:r>
    </w:p>
    <w:p>
      <w:pPr>
        <w:jc w:val="right"/>
      </w:pPr>
      <w:r>
        <w:t>یہ تو کہیں بھی نہیں ہے۔ سارے قرآن میں کہیں بھی یہ نہیں ہے کہ جو لوگ اسلام میں نہیں ہیں، ان کو سب و شتم نہ کرنے دو۔</w:t>
      </w:r>
    </w:p>
    <w:p>
      <w:r>
        <w:rPr>
          <w:b/>
        </w:rPr>
        <w:t xml:space="preserve">[40:19] </w:t>
      </w:r>
      <w:r>
        <w:t>aur karen to maro un ko.</w:t>
      </w:r>
    </w:p>
    <w:p>
      <w:pPr>
        <w:jc w:val="right"/>
      </w:pPr>
      <w:r>
        <w:t>اور کریں تو مارو ان کو۔</w:t>
      </w:r>
    </w:p>
    <w:p>
      <w:r>
        <w:rPr>
          <w:b/>
        </w:rPr>
        <w:t xml:space="preserve">[40:21] </w:t>
      </w:r>
      <w:r>
        <w:t>kahin hai hi nahin yeh. to is is se kya maloom hua ke islam, islam ka jo principle, ek principle mila is mein.</w:t>
      </w:r>
    </w:p>
    <w:p>
      <w:pPr>
        <w:jc w:val="right"/>
      </w:pPr>
      <w:r>
        <w:t>کہیں ہے ہی نہیں یہ۔ تو اس اس سے کیا معلوم ہوا کہ اسلام، اسلام کا جو پرنسپل، ایک پرنسپل ملا اس میں۔</w:t>
      </w:r>
    </w:p>
    <w:p>
      <w:r>
        <w:rPr>
          <w:b/>
        </w:rPr>
        <w:t xml:space="preserve">[40:31] </w:t>
      </w:r>
      <w:r>
        <w:t>ek principle mila ke aap doosron ko provoke na karen. doosron ko provoke na karen, yeh aap ki zimmedari hai.</w:t>
      </w:r>
    </w:p>
    <w:p>
      <w:pPr>
        <w:jc w:val="right"/>
      </w:pPr>
      <w:r>
        <w:t>ایک پرنسپل ملا کہ آپ دوسروں کو پرووک نہ کریں۔ دوسروں کو پرووک نہ کریں، یہ آپ کی ذمہ داری ہے۔</w:t>
      </w:r>
    </w:p>
    <w:p>
      <w:r>
        <w:rPr>
          <w:b/>
        </w:rPr>
        <w:t xml:space="preserve">[40:41] </w:t>
      </w:r>
      <w:r>
        <w:t>aap apne aap ko provocation se bachayen.</w:t>
      </w:r>
    </w:p>
    <w:p>
      <w:pPr>
        <w:jc w:val="right"/>
      </w:pPr>
      <w:r>
        <w:t>آپ اپنے آپ کو پرووکیشن سے بچائیں۔</w:t>
      </w:r>
    </w:p>
    <w:p>
      <w:r>
        <w:rPr>
          <w:b/>
        </w:rPr>
        <w:t xml:space="preserve">[40:46] </w:t>
      </w:r>
      <w:r>
        <w:t>yeh usool jo hai quran mein ek jo hai is tarah bayan kiya gaya hai. yeh islam ka ek usool hai baqayda ke doosron ko provoke na karo. yani apne aap ko thaamo, apne aap par discipline qaim karo.</w:t>
      </w:r>
    </w:p>
    <w:p>
      <w:pPr>
        <w:jc w:val="right"/>
      </w:pPr>
      <w:r>
        <w:t>یہ اصول جو ہے قرآن میں ایک جو ہے اس طرح بیان کیا گیا ہے۔ یہ اسلام کا ایک اصول ہے باقاعدہ کہ دوسروں کو پرووک نہ کرو۔ یعنی اپنے آپ کو تھامو، اپنے آپ پر ڈسپلن قائم کرو۔</w:t>
      </w:r>
    </w:p>
    <w:p>
      <w:r>
        <w:rPr>
          <w:b/>
        </w:rPr>
        <w:t xml:space="preserve">[41:01] </w:t>
      </w:r>
      <w:r>
        <w:t>apne aap par control karo. taake doosre log provoke ho kar ke ulti cheezen kaam karen gi.</w:t>
      </w:r>
    </w:p>
    <w:p>
      <w:pPr>
        <w:jc w:val="right"/>
      </w:pPr>
      <w:r>
        <w:t>اپنے آپ پر کنٹرول کرو۔ تاکہ دوسرے لوگ پرووک ہو کر کے الٹی چیزیں کام کریں گے۔</w:t>
      </w:r>
    </w:p>
    <w:p>
      <w:r>
        <w:rPr>
          <w:b/>
        </w:rPr>
        <w:t xml:space="preserve">[41:11] </w:t>
      </w:r>
      <w:r>
        <w:t>yeh bohat bara usool hai islam mein. bohat hi bara usool hai.</w:t>
      </w:r>
    </w:p>
    <w:p>
      <w:pPr>
        <w:jc w:val="right"/>
      </w:pPr>
      <w:r>
        <w:t>یہ بہت بڑا اصول ہے اسلام میں۔ بہت ہی بڑا اصول ہے۔</w:t>
      </w:r>
    </w:p>
    <w:p>
      <w:r>
        <w:rPr>
          <w:b/>
        </w:rPr>
        <w:t xml:space="preserve">[41:24] </w:t>
      </w:r>
      <w:r>
        <w:t>is ko bohat zyada ghor karna chahiye ke provoke karna ke musalmanon ko roka gaya hai.</w:t>
      </w:r>
    </w:p>
    <w:p>
      <w:pPr>
        <w:jc w:val="right"/>
      </w:pPr>
      <w:r>
        <w:t>اس کو بہت زیادہ غور کرنا چاہیے کہ پرووک کرنا کہ مسلمانوں کو روکا گیا ہے۔</w:t>
      </w:r>
    </w:p>
    <w:p>
      <w:r>
        <w:rPr>
          <w:b/>
        </w:rPr>
        <w:t xml:space="preserve">[41:33] </w:t>
      </w:r>
      <w:r>
        <w:t>jaise is mulk mein hum bar bar dekhte hain ke agar muslim hazrat ka juloos nikalta hai to woh ek route par ja raha hai, wahan parhte hain, musalmanon ke mehle parhte hain, masjid parhti hai.</w:t>
      </w:r>
    </w:p>
    <w:p>
      <w:pPr>
        <w:jc w:val="right"/>
      </w:pPr>
      <w:r>
        <w:t>جیسے اس ملک میں ہم بار بار دیکھتے ہیں کہ اگر مسلم حضرات کا جلوس نکلتا ہے تو وہ ایک روٹ پر جا رہا ہے، وہاں پڑھتے ہیں، مسلمانوں کے محلے پڑھتے ہیں، مسجد پڑھتی ہے۔</w:t>
      </w:r>
    </w:p>
    <w:p>
      <w:r>
        <w:rPr>
          <w:b/>
        </w:rPr>
        <w:t xml:space="preserve">[41:47] </w:t>
      </w:r>
      <w:r>
        <w:t>to musalman rokte rehte hain, hamari masjid ki burubti hogi. aap route badlie apna. woh kehte hain nahin, hum to nahin badlen ge. ab baat barhti hai, pathra hota hai, goliyan chalti hain.</w:t>
      </w:r>
    </w:p>
    <w:p>
      <w:pPr>
        <w:jc w:val="right"/>
      </w:pPr>
      <w:r>
        <w:t>تو مسلمان روکتے رہتے ہیں، ہماری مسجد کی بروبتی ہوگی۔ آپ روٹ بدلیے اپنا۔ وہ کہتے ہیں نہیں، ہم تو نہیں بدلیں گے۔ اب بات بڑھتی ہے، پتھرا ہوتا ہے، گولیاں چلتی ہیں۔</w:t>
      </w:r>
    </w:p>
    <w:p>
      <w:r>
        <w:rPr>
          <w:b/>
        </w:rPr>
        <w:t xml:space="preserve">[42:00] </w:t>
      </w:r>
      <w:r>
        <w:t>to is mani ke provoke karna jo hua ya musalmanon ki taraf se, woh bilkul galat tha woh. aap jaane dijiye, juloos jata hai, jaane dijiye.</w:t>
      </w:r>
    </w:p>
    <w:p>
      <w:pPr>
        <w:jc w:val="right"/>
      </w:pPr>
      <w:r>
        <w:t>تو اس معنی کہ پرووک کرنا جو ہوا یا مسلمانوں کی طرف سے، وہ بالکل غلط تھا وہ۔ آپ جانے دیجیے، جلوس جاتا ہے، جانے دیجیے۔</w:t>
      </w:r>
    </w:p>
    <w:p>
      <w:r>
        <w:rPr>
          <w:b/>
        </w:rPr>
        <w:t xml:space="preserve">[42:09] </w:t>
      </w:r>
      <w:r>
        <w:t>rokne ke mani hain provoke karna. rokne ke mani hain provoke karna. kehti hain hum talib ilm hain.</w:t>
      </w:r>
    </w:p>
    <w:p>
      <w:pPr>
        <w:jc w:val="right"/>
      </w:pPr>
      <w:r>
        <w:t>روکنے کے معنی ہیں پرووک کرنا۔ روکنے کے معنی ہیں پرووک کرنا۔ کہتی ہیں ہم طالب علم ہیں۔</w:t>
      </w:r>
    </w:p>
    <w:p>
      <w:r>
        <w:rPr>
          <w:b/>
        </w:rPr>
        <w:t xml:space="preserve">[42:22] </w:t>
      </w:r>
      <w:r>
        <w:t>jitne bhi is mulk mein fasad hue hain, communal rights, woh sab hue hain isi tarah se, rok tok ki wajah se. ke sahib, hamari masjid ki burubti hogi, idhar se aap nahin ja sakte.</w:t>
      </w:r>
    </w:p>
    <w:p>
      <w:pPr>
        <w:jc w:val="right"/>
      </w:pPr>
      <w:r>
        <w:t>جتنے بھی اس ملک میں فساد ہوئے ہیں، کمیونل رائٹس، وہ سب ہوئے ہیں اسی طریقے سے، روک ٹوک کی وجہ سے۔ کہ صاحب، ہماری مسجد کی بروبتی ہوگی، ادھر سے آپ نہیں جا سکتے۔</w:t>
      </w:r>
    </w:p>
    <w:p>
      <w:r>
        <w:rPr>
          <w:b/>
        </w:rPr>
        <w:t xml:space="preserve">[42:38] </w:t>
      </w:r>
      <w:r>
        <w:t>to woh kahen ge ke road to public road hai, yeh aap ki kisi ki nahin hai. hum jayen ge, hum route nahin badlen ge.</w:t>
      </w:r>
    </w:p>
    <w:p>
      <w:pPr>
        <w:jc w:val="right"/>
      </w:pPr>
      <w:r>
        <w:t>تو وہ کہیں گے کہ روڈ تو پبلک روڈ ہے، یہ آپ کی کسی کی نہیں ہے۔ ہم جائیں گے، ہم روٹ نہیں بدلیں گے۔</w:t>
      </w:r>
    </w:p>
    <w:p>
      <w:r>
        <w:rPr>
          <w:b/>
        </w:rPr>
        <w:t xml:space="preserve">[42:48] </w:t>
      </w:r>
      <w:r>
        <w:t>aise hi kaiyon ka bhajan ho raha hai loudspe</w:t>
      </w:r>
    </w:p>
    <w:p>
      <w:pPr>
        <w:jc w:val="right"/>
      </w:pPr>
      <w:r>
        <w:t>ایسے ہی کئیوں کا بھجن ہو رہا ہے لاؤڈ اسپیک</w:t>
      </w:r>
    </w:p>
    <w:p>
      <w:r>
        <w:rPr>
          <w:b/>
        </w:rPr>
        <w:t xml:space="preserve">[42:51] </w:t>
      </w:r>
      <w:r>
        <w:t>ker par. ab ja kar woh kahen ge ke sahib, loudspeaker band karo. hamara khalal par raha hai hamari masjid mein. to woh kahen ge ke hum kyun band karen? roken, hum nahin roken ge.</w:t>
      </w:r>
    </w:p>
    <w:p>
      <w:pPr>
        <w:jc w:val="right"/>
      </w:pPr>
      <w:r>
        <w:t>ر پر۔ اب جا کر وہ کہیں گے کہ صاحب، لاؤڈ اسپیکر بند کرو۔ ہمارا خلل پڑ رہا ہے ہماری مسجد میں۔ تو وہ کہیں گے کہ ہم کیوں بند کریں؟ روکیں، ہم نہیں روکیں گے۔</w:t>
      </w:r>
    </w:p>
    <w:p>
      <w:r>
        <w:rPr>
          <w:b/>
        </w:rPr>
        <w:t xml:space="preserve">[42:59] </w:t>
      </w:r>
      <w:r>
        <w:t>hum ne district minister se ijazat le li hai. to ab woh kahen ge nahin, hum tod dalen ge tumhara loudspeaker.</w:t>
      </w:r>
    </w:p>
    <w:p>
      <w:pPr>
        <w:jc w:val="right"/>
      </w:pPr>
      <w:r>
        <w:t>ہم نے ڈسٹرکٹ منسٹر سے اجازت لے لی ہے۔ تو اب وہ کہیں گے نہیں، ہم توڑ ڈالیں گے تمہارا لاؤڈ اسپیکر۔</w:t>
      </w:r>
    </w:p>
    <w:p>
      <w:r>
        <w:rPr>
          <w:b/>
        </w:rPr>
        <w:t xml:space="preserve">[43:09] </w:t>
      </w:r>
      <w:r>
        <w:t>yeh hai kya provoke karna hai.</w:t>
      </w:r>
    </w:p>
    <w:p>
      <w:pPr>
        <w:jc w:val="right"/>
      </w:pPr>
      <w:r>
        <w:t>یہ ہے کیا پرووک کرنا ہے۔</w:t>
      </w:r>
    </w:p>
    <w:p>
      <w:r>
        <w:rPr>
          <w:b/>
        </w:rPr>
        <w:t xml:space="preserve">[43:17] </w:t>
      </w:r>
      <w:r>
        <w:t>to yeh bohat hi ahem principle islam ka hai ke aap apne aap ko is se roken ke aap koi, yani aap mushtael karne wala koi act sadir ho aap se.</w:t>
      </w:r>
    </w:p>
    <w:p>
      <w:pPr>
        <w:jc w:val="right"/>
      </w:pPr>
      <w:r>
        <w:t>تو یہ بہت ہی اہم پرنسپل اسلام کا ہے کہ آپ اپنے آپ کو اس سے روکیں کہ آپ کوئی، یعنی آپ مشتعل کرنے والا کوئی ایکٹ صادر ہو آپ سے۔</w:t>
      </w:r>
    </w:p>
    <w:p>
      <w:r>
        <w:rPr>
          <w:b/>
        </w:rPr>
        <w:t xml:space="preserve">[43:36] </w:t>
      </w:r>
      <w:r>
        <w:t>mushtael karne wala.</w:t>
      </w:r>
    </w:p>
    <w:p>
      <w:pPr>
        <w:jc w:val="right"/>
      </w:pPr>
      <w:r>
        <w:t>مشتعل کرنے والا۔</w:t>
      </w:r>
    </w:p>
    <w:p>
      <w:r>
        <w:rPr>
          <w:b/>
        </w:rPr>
        <w:t xml:space="preserve">[43:42] </w:t>
      </w:r>
      <w:r>
        <w:t>zyada tar dekhiye samaj mein kya hota hai.</w:t>
      </w:r>
    </w:p>
    <w:p>
      <w:pPr>
        <w:jc w:val="right"/>
      </w:pPr>
      <w:r>
        <w:t>زیادہ تر دیکھیے سماج میں کیا ہوتا ہے۔</w:t>
      </w:r>
    </w:p>
    <w:p>
      <w:r>
        <w:rPr>
          <w:b/>
        </w:rPr>
        <w:t xml:space="preserve">[43:44] </w:t>
      </w:r>
      <w:r>
        <w:t>har aadmi apne khane ke kaam mein laga hua hai. apne apne har ek ke kaam hain, is mein laga hua hai. is waqt tak woh apne kaam mein laga rehta hai jab tak aap is ko provoke na karen.</w:t>
      </w:r>
    </w:p>
    <w:p>
      <w:pPr>
        <w:jc w:val="right"/>
      </w:pPr>
      <w:r>
        <w:t>ہر آدمی اپنے کھانے کے کام میں لگا ہوا ہے۔ اپنے اپنے ہر ایک کے کام ہیں، اس میں لگا ہوا ہے۔ اس وقت تک وہ اپنے کام میں لگا رہتا ہے جب تک آپ اس کو پرووک نہ کریں۔</w:t>
      </w:r>
    </w:p>
    <w:p>
      <w:r>
        <w:rPr>
          <w:b/>
        </w:rPr>
        <w:t xml:space="preserve">[43:58] </w:t>
      </w:r>
      <w:r>
        <w:t>saanp bhi jab aap is ko kankri maren ge, tab aap ko kaate ga nahin to chala jaye ga woh. bilawaja nahin saanp kaat ta kisi ko.</w:t>
      </w:r>
    </w:p>
    <w:p>
      <w:pPr>
        <w:jc w:val="right"/>
      </w:pPr>
      <w:r>
        <w:t>سانپ بھی جب آپ اس کو کنکری ماریں گے، تب آپ کو کاٹے گا نہیں تو چلا جائے گا وہ۔ بلاوجہ نہیں سانپ کاٹتا کسی کو۔</w:t>
      </w:r>
    </w:p>
    <w:p>
      <w:r>
        <w:rPr>
          <w:b/>
        </w:rPr>
        <w:t xml:space="preserve">[44:10] </w:t>
      </w:r>
      <w:r>
        <w:t>to yeh ek principle hai ke aap saanp se bachna chahte hain to is ko bharkaiye mat. saanp se bachna chahte hain to is ko bharkaiye mat.</w:t>
      </w:r>
    </w:p>
    <w:p>
      <w:pPr>
        <w:jc w:val="right"/>
      </w:pPr>
      <w:r>
        <w:t>تو یہ ایک پرنسپل ہے کہ آپ سانپ سے بچنا چاہتے ہیں تو اس کو بھڑکائیے مت۔ سانپ سے بچنا چاہتے ہیں تو اس کو بھڑکائیے مت۔</w:t>
      </w:r>
    </w:p>
    <w:p>
      <w:r>
        <w:rPr>
          <w:b/>
        </w:rPr>
        <w:t xml:space="preserve">[44:21] </w:t>
      </w:r>
      <w:r>
        <w:t>to yeh bharkana yeh hai, wohi jis ko kehte hain aa bahar mujhe mar. samajhi mamlaat mein sab se ahem principle yeh hai ke aap aa bahar mujhe mar ki policy ikhtiyar na karen.</w:t>
      </w:r>
    </w:p>
    <w:p>
      <w:pPr>
        <w:jc w:val="right"/>
      </w:pPr>
      <w:r>
        <w:t>تو یہ بھڑکانا یہ ہے، وہی جس کو کہتے ہیں آ باہر مجھے مار۔ سماجی معاملات میں سب سے اہم پرنسپل یہ ہے کہ آپ آ باہر مجھے مار کی پالیسی اختیار نہ کریں۔</w:t>
      </w:r>
    </w:p>
    <w:p>
      <w:r>
        <w:rPr>
          <w:b/>
        </w:rPr>
        <w:t xml:space="preserve">[44:34] </w:t>
      </w:r>
      <w:r>
        <w:t>dusron ko provoke na karen.</w:t>
      </w:r>
    </w:p>
    <w:p>
      <w:pPr>
        <w:jc w:val="right"/>
      </w:pPr>
      <w:r>
        <w:t>دوسروں کو پرووک نہ کریں۔</w:t>
      </w:r>
    </w:p>
    <w:p>
      <w:r>
        <w:rPr>
          <w:b/>
        </w:rPr>
        <w:t xml:space="preserve">[44:38] </w:t>
      </w:r>
      <w:r>
        <w:t>dusron ko provoke na karen.</w:t>
      </w:r>
    </w:p>
    <w:p>
      <w:pPr>
        <w:jc w:val="right"/>
      </w:pPr>
      <w:r>
        <w:t>دوسروں کو پرووک نہ کریں۔</w:t>
      </w:r>
    </w:p>
    <w:p>
      <w:r>
        <w:rPr>
          <w:b/>
        </w:rPr>
        <w:t xml:space="preserve">[44:46] </w:t>
      </w:r>
      <w:r>
        <w:t>to yeh nahin bataya gaya quran mein ke dusre log jo hain, un ko karrawai karne se roko. yeh nahin kaha gaya. yaani dusre logon ko karrawai karne se roko, yeh kahin nahin kaha gaya.</w:t>
      </w:r>
    </w:p>
    <w:p>
      <w:pPr>
        <w:jc w:val="right"/>
      </w:pPr>
      <w:r>
        <w:t>تو یہ نہیں بتایا گیا قرآن میں کہ دوسرے لوگ جو ہیں، ان کو کارروائی کرنے سے روکو۔ یہ نہیں کہا گیا۔ یعنی دوسرے لوگوں کو کارروائی کرنے سے روکو، یہ کہیں نہیں کہا گیا۔</w:t>
      </w:r>
    </w:p>
    <w:p>
      <w:r>
        <w:rPr>
          <w:b/>
        </w:rPr>
        <w:t xml:space="preserve">[44:59] </w:t>
      </w:r>
      <w:r>
        <w:t>tum un ko mushtael karne se bacho. tum is se bacho ke tum un ko provoke karne lago.</w:t>
      </w:r>
    </w:p>
    <w:p>
      <w:pPr>
        <w:jc w:val="right"/>
      </w:pPr>
      <w:r>
        <w:t>تم ان کو مشتعل کرنے سے بچو۔ تم اس سے بچو کہ تم ان کو پرووک کرنے لگو۔</w:t>
      </w:r>
    </w:p>
    <w:p>
      <w:r>
        <w:rPr>
          <w:b/>
        </w:rPr>
        <w:t xml:space="preserve">[45:07] </w:t>
      </w:r>
      <w:r>
        <w:t>yeh kaha gaya. bohat hi ahem principle yeh hai.</w:t>
      </w:r>
    </w:p>
    <w:p>
      <w:pPr>
        <w:jc w:val="right"/>
      </w:pPr>
      <w:r>
        <w:t>یہ کہا گیا۔ بہت ہی اہم پرنسپل یہ ہے۔</w:t>
      </w:r>
    </w:p>
    <w:p>
      <w:r>
        <w:rPr>
          <w:b/>
        </w:rPr>
        <w:t xml:space="preserve">[45:16] </w:t>
      </w:r>
      <w:r>
        <w:t>yeh bohat hi ahem principle hai. yaani social taluqat ka mein samajhta hoon ke yeh super formula hai. social taluqat mein aman qaim karne ka.</w:t>
      </w:r>
    </w:p>
    <w:p>
      <w:pPr>
        <w:jc w:val="right"/>
      </w:pPr>
      <w:r>
        <w:t>یہ بہت ہی اہم پرنسپل ہے۔ یعنی سوشل تعلقات کا میں سمجھتا ہوں کہ یہ سپر فارمولا ہے۔ سوشل تعلقات میں امن قائم کرنے کا۔</w:t>
      </w:r>
    </w:p>
    <w:p>
      <w:r>
        <w:rPr>
          <w:b/>
        </w:rPr>
        <w:t xml:space="preserve">[45:34] </w:t>
      </w:r>
      <w:r>
        <w:t>social life mein aman ko maintain karne ka yeh super formula hai ke aap apne aap ko dusron ko provoke karne se bachaen.</w:t>
      </w:r>
    </w:p>
    <w:p>
      <w:pPr>
        <w:jc w:val="right"/>
      </w:pPr>
      <w:r>
        <w:t>سوشل لائف میں امن کو مینٹین کرنے کا یہ سپر فارمولا ہے کہ آپ اپنے آپ کو دوسروں کو پرووک کرنے سے بچائیں۔</w:t>
      </w:r>
    </w:p>
    <w:p>
      <w:r>
        <w:rPr>
          <w:b/>
        </w:rPr>
        <w:t xml:space="preserve">[45:45] </w:t>
      </w:r>
      <w:r>
        <w:t>dusron ko mushtael karne se bachaen. dusron ko bharkane se bachaen. isi ek formula se saare fasaad khatm ho jayenge.</w:t>
      </w:r>
    </w:p>
    <w:p>
      <w:pPr>
        <w:jc w:val="right"/>
      </w:pPr>
      <w:r>
        <w:t>دوسروں کو مشتعل کرنے سے بچائیں۔ دوسروں کو بھڑکانے سے بچائیں۔ اسی ایک فارمولے سے سارے فساد ختم ہو جائیں گے۔</w:t>
      </w:r>
    </w:p>
    <w:p>
      <w:r>
        <w:rPr>
          <w:b/>
        </w:rPr>
        <w:t xml:space="preserve">[45:56] </w:t>
      </w:r>
      <w:r>
        <w:t>mein dekh raha hoon india mein saath baras se kya ho raha hai.</w:t>
      </w:r>
    </w:p>
    <w:p>
      <w:pPr>
        <w:jc w:val="right"/>
      </w:pPr>
      <w:r>
        <w:t>میں دیکھ رہا ہوں انڈیا میں ساٹھ برس سے کیا ہو رہا ہے۔</w:t>
      </w:r>
    </w:p>
    <w:p>
      <w:r>
        <w:rPr>
          <w:b/>
        </w:rPr>
        <w:t xml:space="preserve">[46:00] </w:t>
      </w:r>
      <w:r>
        <w:t>communal rights jab hote hain na, har aadmi kya karta hai? ja ke government se milta hai. ek statement deta hai ke police ko pakra jae.</w:t>
      </w:r>
    </w:p>
    <w:p>
      <w:pPr>
        <w:jc w:val="right"/>
      </w:pPr>
      <w:r>
        <w:t>کمیونل رائٹس جب ہوتے ہیں نا، ہر آدمی کیا کرتا ہے؟ جا کے گورنمنٹ سے ملتا ہے۔ ایک سٹیٹمنٹ دیتا ہے کہ پولیس کو پکڑا جائے۔</w:t>
      </w:r>
    </w:p>
    <w:p>
      <w:r>
        <w:rPr>
          <w:b/>
        </w:rPr>
        <w:t xml:space="preserve">[46:10] </w:t>
      </w:r>
      <w:r>
        <w:t>police ko zimmedar thahraya jae. police ne kyun nahin fasaad roka? aur ek right police banai jae.</w:t>
      </w:r>
    </w:p>
    <w:p>
      <w:pPr>
        <w:jc w:val="right"/>
      </w:pPr>
      <w:r>
        <w:t>پولیس کو ذمہ دار ٹھہرایا جائے۔ پولیس نے کیوں نہیں فساد روکا؟ اور ایک رائٹ پولیس بنائی جائے۔</w:t>
      </w:r>
    </w:p>
    <w:p>
      <w:r>
        <w:rPr>
          <w:b/>
        </w:rPr>
        <w:t xml:space="preserve">[46:19] </w:t>
      </w:r>
      <w:r>
        <w:t>yehi sab statement mein hote hain. yeh kuch nahin, is se kuch fasaad rukne wala nahin hai.</w:t>
      </w:r>
    </w:p>
    <w:p>
      <w:pPr>
        <w:jc w:val="right"/>
      </w:pPr>
      <w:r>
        <w:t>یہی سب اسٹیٹمنٹ میں ہوتے ہیں۔ یہ کچھ نہیں، اس سے کچھ فساد رکنے والا نہیں ہے۔</w:t>
      </w:r>
    </w:p>
    <w:p>
      <w:r>
        <w:rPr>
          <w:b/>
        </w:rPr>
        <w:t xml:space="preserve">[46:25] </w:t>
      </w:r>
      <w:r>
        <w:t>fasaad rukega ke bharkane wale bharkana band kar den.</w:t>
      </w:r>
    </w:p>
    <w:p>
      <w:pPr>
        <w:jc w:val="right"/>
      </w:pPr>
      <w:r>
        <w:t>فساد رکے گا کہ بھڑکانے والے بھڑکانا بند کر دیں۔</w:t>
      </w:r>
    </w:p>
    <w:p>
      <w:r>
        <w:rPr>
          <w:b/>
        </w:rPr>
        <w:t xml:space="preserve">[46:33] </w:t>
      </w:r>
      <w:r>
        <w:t>bharkane wale bharkana band kar den. bas fasaad khatm.</w:t>
      </w:r>
    </w:p>
    <w:p>
      <w:pPr>
        <w:jc w:val="right"/>
      </w:pPr>
      <w:r>
        <w:t>بھڑکانے والے بھڑکانا بند کر دیں۔ بس فساد ختم۔</w:t>
      </w:r>
    </w:p>
    <w:p>
      <w:r>
        <w:rPr>
          <w:b/>
        </w:rPr>
        <w:t xml:space="preserve">[46:40] </w:t>
      </w:r>
      <w:r>
        <w:t>yaani woh ja rahe hain juloos liye hue to kuch nare laga rahe hain, lagaen dijiye un ko. koi but ke but liye hue hain, le jaane dijiye.</w:t>
      </w:r>
    </w:p>
    <w:p>
      <w:pPr>
        <w:jc w:val="right"/>
      </w:pPr>
      <w:r>
        <w:t>یعنی وہ جا رہے ہیں جلوس لیے ہوئے تو کچھ نعرے لگا رہے ہیں، لگائیں دیجیے ان کو۔ کوئی بت کے بت لیے ہوئے ہیں، لے جانے دیجیے۔</w:t>
      </w:r>
    </w:p>
    <w:p>
      <w:r>
        <w:rPr>
          <w:b/>
        </w:rPr>
        <w:t xml:space="preserve">[46:52] </w:t>
      </w:r>
      <w:r>
        <w:t>holi khel rahe hain, holi khelne dijiye.</w:t>
      </w:r>
    </w:p>
    <w:p>
      <w:pPr>
        <w:jc w:val="right"/>
      </w:pPr>
      <w:r>
        <w:t>ہولی کھیل رہے ہیں، ہولی کھیلنے دیجیے۔</w:t>
      </w:r>
    </w:p>
    <w:p>
      <w:r>
        <w:rPr>
          <w:b/>
        </w:rPr>
        <w:t xml:space="preserve">[46:55] </w:t>
      </w:r>
      <w:r>
        <w:t>simply araz kijiye, bas aur kuch nahin. jaise aap rok tok karenge, yeh sab kahenge ke yeh mat karo, woh mat karo.</w:t>
      </w:r>
    </w:p>
    <w:p>
      <w:pPr>
        <w:jc w:val="right"/>
      </w:pPr>
      <w:r>
        <w:t>سمپلی اعراض کیجیے، بس اور کچھ نہیں۔ جیسے آپ روک ٹوک کریں گے، یہ سب کہیں گے کہ یہ مت کرو، وہ مت کرو۔</w:t>
      </w:r>
    </w:p>
    <w:p>
      <w:r>
        <w:rPr>
          <w:b/>
        </w:rPr>
        <w:t xml:space="preserve">[47:04] </w:t>
      </w:r>
      <w:r>
        <w:t>route badlo. to woh, woh, woh, woh un ke liye provocation ban jayega. aur phir fasaad barpa hoga.</w:t>
      </w:r>
    </w:p>
    <w:p>
      <w:pPr>
        <w:jc w:val="right"/>
      </w:pPr>
      <w:r>
        <w:t>روٹ بدلو۔ تو وہ، وہ، وہ، وہ ان کے لیے پرووکشن بن جائے گا۔ اور پھر فساد برپا ہوگا۔</w:t>
      </w:r>
    </w:p>
    <w:p>
      <w:r>
        <w:rPr>
          <w:b/>
        </w:rPr>
        <w:t xml:space="preserve">[47:14] </w:t>
      </w:r>
      <w:r>
        <w:t>to government se demand karna, police ko blame dena, is se kabhi bhi communal rights rukne wale nahin hain.</w:t>
      </w:r>
    </w:p>
    <w:p>
      <w:pPr>
        <w:jc w:val="right"/>
      </w:pPr>
      <w:r>
        <w:t>تو گورنمنٹ سے ڈیمانڈ کرنا، پولیس کو بلیم دینا، اس سے کبھی بھی کمیونل رائٹس رکنے والے نہیں ہیں۔</w:t>
      </w:r>
    </w:p>
    <w:p>
      <w:r>
        <w:rPr>
          <w:b/>
        </w:rPr>
        <w:t xml:space="preserve">[47:23] </w:t>
      </w:r>
      <w:r>
        <w:t>harghiz nahin.</w:t>
      </w:r>
    </w:p>
    <w:p>
      <w:pPr>
        <w:jc w:val="right"/>
      </w:pPr>
      <w:r>
        <w:t>ہرگز نہیں۔</w:t>
      </w:r>
    </w:p>
    <w:p>
      <w:r>
        <w:rPr>
          <w:b/>
        </w:rPr>
        <w:t xml:space="preserve">[47:27] </w:t>
      </w:r>
      <w:r>
        <w:t>yeh to bar bar ho chuka. police ko blame dena, administration ko blame dena, government ko blame dena, yeh to ho chuka bar bar. is se kuch faida nahin hua.</w:t>
      </w:r>
    </w:p>
    <w:p>
      <w:pPr>
        <w:jc w:val="right"/>
      </w:pPr>
      <w:r>
        <w:t>یہ تو بار بار ہو چکا۔ پولیس کو بلیم دینا، ایڈمنسٹریشن کو بلیم دینا، گورنمنٹ کو بلیم دینا، یہ تو ہو چکا بار بار۔ اس سے کچھ فائدہ نہیں ہوا۔</w:t>
      </w:r>
    </w:p>
    <w:p>
      <w:r>
        <w:rPr>
          <w:b/>
        </w:rPr>
        <w:t xml:space="preserve">[47:37] </w:t>
      </w:r>
      <w:r>
        <w:t>apne ko self control ka principle ikhtiyar kijiye. self control. yaani apne aap ko provocation se bachaiye.</w:t>
      </w:r>
    </w:p>
    <w:p>
      <w:pPr>
        <w:jc w:val="right"/>
      </w:pPr>
      <w:r>
        <w:t>اپنے کو سیلف کنٹرول کا پرنسپل اختیار کیجیے۔ سیلف کنٹرول۔ یعنی اپنے آپ کو پرووکشن سے بچائیے۔</w:t>
      </w:r>
    </w:p>
    <w:p>
      <w:r>
        <w:rPr>
          <w:b/>
        </w:rPr>
        <w:t xml:space="preserve">[47:48] </w:t>
      </w:r>
      <w:r>
        <w:t>bas fasaad ki jar kat jayegi.</w:t>
      </w:r>
    </w:p>
    <w:p>
      <w:pPr>
        <w:jc w:val="right"/>
      </w:pPr>
      <w:r>
        <w:t>بس فساد کی جڑ کٹ جائے گی۔</w:t>
      </w:r>
    </w:p>
    <w:p>
      <w:r>
        <w:rPr>
          <w:b/>
        </w:rPr>
        <w:t xml:space="preserve">[47:55] </w:t>
      </w:r>
      <w:r>
        <w:t>fasaad ki jar kat jayegi.</w:t>
      </w:r>
    </w:p>
    <w:p>
      <w:pPr>
        <w:jc w:val="right"/>
      </w:pPr>
      <w:r>
        <w:t>فساد کی جڑ کٹ جائے گی۔</w:t>
      </w:r>
    </w:p>
    <w:p>
      <w:r>
        <w:rPr>
          <w:b/>
        </w:rPr>
        <w:t xml:space="preserve">[48:00] </w:t>
      </w:r>
      <w:r>
        <w:t>to yeh aap ghor kijiye ke quran mein yeh nahin kaha gaya hai ke dusre log sab o shatm na karen. yeh nahin kaha gaya.</w:t>
      </w:r>
    </w:p>
    <w:p>
      <w:pPr>
        <w:jc w:val="right"/>
      </w:pPr>
      <w:r>
        <w:t>تو یہ آپ غور کیجیے کہ قرآن میں یہ نہیں کہا گیا ہے کہ دوسرے لوگ سب و شتم نہ کریں۔ یہ نہیں کہا گیا۔</w:t>
      </w:r>
    </w:p>
    <w:p>
      <w:r>
        <w:rPr>
          <w:b/>
        </w:rPr>
        <w:t xml:space="preserve">[48:09] </w:t>
      </w:r>
      <w:r>
        <w:t>balkeh yeh kaha hai keh yeh farmaya keh la tasubbu alladhina yad'una min dunillahi fa-yasubbu allahu 'adwan bi-ghayri 'ilmin ya'ni tum khud sab o shatm na karo.</w:t>
      </w:r>
    </w:p>
    <w:p>
      <w:pPr>
        <w:jc w:val="right"/>
      </w:pPr>
      <w:r>
        <w:t>بلکہ یہ کہا ہے کہ یہ فرمایا کہ لا تسب الذينیدعون من دون الله فیسب الله عدوا بغیر علم یعنی تم خود سب و شتم نہ کرو۔</w:t>
      </w:r>
    </w:p>
    <w:p>
      <w:r>
        <w:rPr>
          <w:b/>
        </w:rPr>
        <w:t xml:space="preserve">[48:22] </w:t>
      </w:r>
      <w:r>
        <w:t>to woh react bhi nahi karenge.</w:t>
      </w:r>
    </w:p>
    <w:p>
      <w:pPr>
        <w:jc w:val="right"/>
      </w:pPr>
      <w:r>
        <w:t>تو وہ ری ایکٹ بھی نہیں کریں گے۔</w:t>
      </w:r>
    </w:p>
    <w:p>
      <w:r>
        <w:rPr>
          <w:b/>
        </w:rPr>
        <w:t xml:space="preserve">[48:27] </w:t>
      </w:r>
      <w:r>
        <w:t>ab dekhiye, azadi ya'ni fikr o khayal ki jo azadi hai, woh Islam mein kyun itni aham hai?</w:t>
      </w:r>
    </w:p>
    <w:p>
      <w:pPr>
        <w:jc w:val="right"/>
      </w:pPr>
      <w:r>
        <w:t>اب دیکھیے، آزادی یعنی فکر و خیال کی جو آزادی ہے، وہ اسلام میں کیوں اتنی اہم ہے؟</w:t>
      </w:r>
    </w:p>
    <w:p>
      <w:r>
        <w:rPr>
          <w:b/>
        </w:rPr>
        <w:t xml:space="preserve">[48:39] </w:t>
      </w:r>
      <w:r>
        <w:t>is liye keh is ka direct talluq hai Allah Ta'ala ke creation plan se. Direct talluq hai. Insaan ko jo Allah Ta'ala ne duniya mein paida kar ke basaya hai,</w:t>
      </w:r>
    </w:p>
    <w:p>
      <w:pPr>
        <w:jc w:val="right"/>
      </w:pPr>
      <w:r>
        <w:t>اس لیے کہ اس کا ڈائریکٹ تعلق ہے اللہ تعالیٰ کے کریشن پلان سے۔ ڈائریکٹ تعلق ہے۔ انسان کو جو اللہ تعالیٰ نے دنیا میں پیدا کر کے بسایا ہے،</w:t>
      </w:r>
    </w:p>
    <w:p>
      <w:r>
        <w:rPr>
          <w:b/>
        </w:rPr>
        <w:t xml:space="preserve">[48:55] </w:t>
      </w:r>
      <w:r>
        <w:t>to kyun basaya hai?</w:t>
      </w:r>
    </w:p>
    <w:p>
      <w:pPr>
        <w:jc w:val="right"/>
      </w:pPr>
      <w:r>
        <w:t>تو کیوں بسایا ہے؟</w:t>
      </w:r>
    </w:p>
    <w:p>
      <w:r>
        <w:rPr>
          <w:b/>
        </w:rPr>
        <w:t xml:space="preserve">[48:58] </w:t>
      </w:r>
      <w:r>
        <w:t>yeh duniya hai testing ground. Har aadmi yahan test par hai. Test kis baat ka? Is baat ka keh Allah ne aap ko di hai azadi.</w:t>
      </w:r>
    </w:p>
    <w:p>
      <w:pPr>
        <w:jc w:val="right"/>
      </w:pPr>
      <w:r>
        <w:t>یہ دنیا ہے ٹیسٹنگ گراؤنڈ۔ ہر آدمی یہاں ٹیسٹ پر ہے۔ ٹیسٹ کس بات کا؟ اس بات کا کہ اللہ نے آپ کو دی ہے آزادی۔</w:t>
      </w:r>
    </w:p>
    <w:p>
      <w:r>
        <w:rPr>
          <w:b/>
        </w:rPr>
        <w:t xml:space="preserve">[49:12] </w:t>
      </w:r>
      <w:r>
        <w:t>total freedom. Ya'ni freedom of choice.</w:t>
      </w:r>
    </w:p>
    <w:p>
      <w:pPr>
        <w:jc w:val="right"/>
      </w:pPr>
      <w:r>
        <w:t>ٹوٹل فریڈم۔ یعنی فریڈم آف چوائس۔</w:t>
      </w:r>
    </w:p>
    <w:p>
      <w:r>
        <w:rPr>
          <w:b/>
        </w:rPr>
        <w:t xml:space="preserve">[49:19] </w:t>
      </w:r>
      <w:r>
        <w:t>ab jo test hai is baat ka hai keh aap azadi ko misuse karte hain ya is ka proper use karte hain.</w:t>
      </w:r>
    </w:p>
    <w:p>
      <w:pPr>
        <w:jc w:val="right"/>
      </w:pPr>
      <w:r>
        <w:t>اب جو ٹیسٹ ہے اس بات کا ہے کہ آپ آزادی کو مس یوز کرتے ہیں یا اس کا پراپر یوز کرتے ہیں۔</w:t>
      </w:r>
    </w:p>
    <w:p>
      <w:r>
        <w:rPr>
          <w:b/>
        </w:rPr>
        <w:t xml:space="preserve">[49:29] </w:t>
      </w:r>
      <w:r>
        <w:t>ya'ni azadi ke bawajood apne ko aap control mein rakhte hain ya out of control ho jate hain. Isi ka, yahi isi ka test hai.</w:t>
      </w:r>
    </w:p>
    <w:p>
      <w:pPr>
        <w:jc w:val="right"/>
      </w:pPr>
      <w:r>
        <w:t>یعنی آزادی کے باوجود اپنے کو آپ کنٹرول میں رکھتے ہیں یا آؤٹ آف کنٹرول ہو جاتے ہیں۔ اسی کا، یہی اسی کا ٹیسٹ ہے۔</w:t>
      </w:r>
    </w:p>
    <w:p>
      <w:r>
        <w:rPr>
          <w:b/>
        </w:rPr>
        <w:t xml:space="preserve">[49:43] </w:t>
      </w:r>
      <w:r>
        <w:t>ya'ni azadi ke sahi istemal ya ghalat istemal, isi ka test hai.</w:t>
      </w:r>
    </w:p>
    <w:p>
      <w:pPr>
        <w:jc w:val="right"/>
      </w:pPr>
      <w:r>
        <w:t>یعنی آزادی کے صحیح استعمال یا غلط استعمال، اسی کا ٹیسٹ ہے۔</w:t>
      </w:r>
    </w:p>
    <w:p>
      <w:r>
        <w:rPr>
          <w:b/>
        </w:rPr>
        <w:t xml:space="preserve">[49:49] </w:t>
      </w:r>
      <w:r>
        <w:t>to azadi abadish kaise ki jayegi? Aap ghaur kijiye. Jab paida kiya Allah Ta'ala ne, paida kar ke rakha yahan test ke liye, to test ke liye freedom lazim hai.</w:t>
      </w:r>
    </w:p>
    <w:p>
      <w:pPr>
        <w:jc w:val="right"/>
      </w:pPr>
      <w:r>
        <w:t>تو آزادی آبادش کیسے کی جائے گی؟ آپ غور کیجیے۔ جب پیدا کیا اللہ تعالیٰ نے، پیدا کر کے رکھا یہاں ٹیسٹ کے لیے، تو ٹیسٹ کے لیے فریڈم لازم ہے۔</w:t>
      </w:r>
    </w:p>
    <w:p>
      <w:r>
        <w:rPr>
          <w:b/>
        </w:rPr>
        <w:t xml:space="preserve">[50:02] </w:t>
      </w:r>
      <w:r>
        <w:t>to freedom ko abadish kaise kiya jayega? To freedom jo hai, woh direct taur par creation plan of God se juri hui hai.</w:t>
      </w:r>
    </w:p>
    <w:p>
      <w:pPr>
        <w:jc w:val="right"/>
      </w:pPr>
      <w:r>
        <w:t>تو فریڈم کو آبادش کیسے کیا جائے گا؟ تو فریڈم جو ہے، وہ ڈائریکٹ طور پر کریشن پلان آف گاڈ سے جڑی ہوئی ہے۔</w:t>
      </w:r>
    </w:p>
    <w:p>
      <w:r>
        <w:rPr>
          <w:b/>
        </w:rPr>
        <w:t xml:space="preserve">[50:15] </w:t>
      </w:r>
      <w:r>
        <w:t>to freedom to rahegi, baqi rahegi.</w:t>
      </w:r>
    </w:p>
    <w:p>
      <w:pPr>
        <w:jc w:val="right"/>
      </w:pPr>
      <w:r>
        <w:t>تو فریڈم تو رہے گی، باقی رہے گی۔</w:t>
      </w:r>
    </w:p>
    <w:p>
      <w:r>
        <w:rPr>
          <w:b/>
        </w:rPr>
        <w:t xml:space="preserve">[50:18] </w:t>
      </w:r>
      <w:r>
        <w:t>freedom kabhi bhi crime nahi banegi.</w:t>
      </w:r>
    </w:p>
    <w:p>
      <w:pPr>
        <w:jc w:val="right"/>
      </w:pPr>
      <w:r>
        <w:t>فریڈم کبھی بھی کرائم نہیں بنے گی۔</w:t>
      </w:r>
    </w:p>
    <w:p>
      <w:r>
        <w:rPr>
          <w:b/>
        </w:rPr>
        <w:t xml:space="preserve">[50:23] </w:t>
      </w:r>
      <w:r>
        <w:t>kyun keh freedom nahi to test bhi nahi. Test nahi to phir yeh sara insaan ka yahan basa jana hi be-ma'ni ho jata hai. Ek baat dekhiye yeh hai keh Allah Ta'ala ki jo maslehat hai takhleeq ke bare mein, is ka lazmi taqaza hai keh insaan ko freedom hasil rahe.</w:t>
      </w:r>
    </w:p>
    <w:p>
      <w:pPr>
        <w:jc w:val="right"/>
      </w:pPr>
      <w:r>
        <w:t>کیوں کہ فریڈم نہیں تو ٹیسٹ بھی نہیں۔ ٹیسٹ نہیں تو پھر یہ سارا انسان کا یہاں بسا جانا ہی بے معنی ہو جاتا ہے۔ ایک بات دیکھیے یہ ہے کہ اللہ تعالیٰ کی جو مصلحت ہے تخلیق کے بارے میں، اس کا لازمی تقاضا ہے کہ انسان کو فریڈم حاصل رہے۔</w:t>
      </w:r>
    </w:p>
    <w:p>
      <w:r>
        <w:rPr>
          <w:b/>
        </w:rPr>
        <w:t xml:space="preserve">[50:46] </w:t>
      </w:r>
      <w:r>
        <w:t>ek pehlu yeh hai.</w:t>
      </w:r>
    </w:p>
    <w:p>
      <w:pPr>
        <w:jc w:val="right"/>
      </w:pPr>
      <w:r>
        <w:t>ایک پہلو یہ ہے۔</w:t>
      </w:r>
    </w:p>
    <w:p>
      <w:r>
        <w:rPr>
          <w:b/>
        </w:rPr>
        <w:t xml:space="preserve">[50:49] </w:t>
      </w:r>
      <w:r>
        <w:t>dekhiye, doosra pehlu yeh hai keh insaan ko Allah Ta'ala ne paida kiya hai bohat ziyada potential de kar. Aap ke dimagh mein bohat ziyada potential hai.</w:t>
      </w:r>
    </w:p>
    <w:p>
      <w:pPr>
        <w:jc w:val="right"/>
      </w:pPr>
      <w:r>
        <w:t>دیکھیے، دوسرا پہلو یہ ہے کہ انسان کو اللہ تعالیٰ نے پیدا کیا ہے بہت زیادہ پوٹینشل دے کر۔ آپ کے دماغ میں بہت زیادہ پوٹینشل ہے۔</w:t>
      </w:r>
    </w:p>
    <w:p>
      <w:r>
        <w:rPr>
          <w:b/>
        </w:rPr>
        <w:t xml:space="preserve">[51:02] </w:t>
      </w:r>
      <w:r>
        <w:t>kaha jata hai keh dimagh mein ek sarson ki jagah mein ek second ke andar ek sau crore action aur reaction hote hain.</w:t>
      </w:r>
    </w:p>
    <w:p>
      <w:pPr>
        <w:jc w:val="right"/>
      </w:pPr>
      <w:r>
        <w:t>کہا جاتا ہے کہ دماغ میں ایک سرسوں کی جگہ میں ایک سیکنڈ کے اندر ایک سو کروڑ ایکشن اور ری ایکشن ہوتے ہیں۔</w:t>
      </w:r>
    </w:p>
    <w:p>
      <w:r>
        <w:rPr>
          <w:b/>
        </w:rPr>
        <w:t xml:space="preserve">[51:14] </w:t>
      </w:r>
      <w:r>
        <w:t>aap ghaur kijiye kitni ziyada capacity insaan ki dimagh ki hai.</w:t>
      </w:r>
    </w:p>
    <w:p>
      <w:pPr>
        <w:jc w:val="right"/>
      </w:pPr>
      <w:r>
        <w:t>آپ غور کیجیے کتنی زیادہ کپیسٹی انسان کی دماغ کی ہے۔</w:t>
      </w:r>
    </w:p>
    <w:p>
      <w:r>
        <w:rPr>
          <w:b/>
        </w:rPr>
        <w:t xml:space="preserve">[51:20] </w:t>
      </w:r>
      <w:r>
        <w:t>doosri taraf yeh jo duniya aap ko di gayi hai, duniya mein cheezain sab ki sab potential ke roop mein hain. Maslan duniya mein Allah Ta'ala ne loha paida kiya.</w:t>
      </w:r>
    </w:p>
    <w:p>
      <w:pPr>
        <w:jc w:val="right"/>
      </w:pPr>
      <w:r>
        <w:t>دوسری طرف یہ جو دنیا آپ کو دی گئی ہے، دنیا میں چیزیں سب کی سب پوٹینشل کے روپ میں ہیں۔ مثلاً دنیا میں اللہ تعالیٰ نے لوہا پیدا کیا۔</w:t>
      </w:r>
    </w:p>
    <w:p>
      <w:r>
        <w:rPr>
          <w:b/>
        </w:rPr>
        <w:t xml:space="preserve">[51:31] </w:t>
      </w:r>
      <w:r>
        <w:t>engine paida kar ke nahi de diya aap ko. Petrol paida kiya lekin car bana kar nahi de di gayi. To is ke ma'ne hain keh insaan ka kaam kya hai?</w:t>
      </w:r>
    </w:p>
    <w:p>
      <w:pPr>
        <w:jc w:val="right"/>
      </w:pPr>
      <w:r>
        <w:t>انجن پیدا کر کے نہیں دے دیا آپ کو۔ پیٹرول پیدا کیا لیکن کار بنا کر نہیں دے دی گئی۔ تو اس کے معنی ہیں کہ انسان کا کام کیا ہے؟</w:t>
      </w:r>
    </w:p>
    <w:p>
      <w:r>
        <w:rPr>
          <w:b/>
        </w:rPr>
        <w:t xml:space="preserve">[51:45] </w:t>
      </w:r>
      <w:r>
        <w:t>potential ko actual banana.</w:t>
      </w:r>
    </w:p>
    <w:p>
      <w:pPr>
        <w:jc w:val="right"/>
      </w:pPr>
      <w:r>
        <w:t>پوٹینشل کو ایکچوئل بنانا۔</w:t>
      </w:r>
    </w:p>
    <w:p>
      <w:r>
        <w:rPr>
          <w:b/>
        </w:rPr>
        <w:t xml:space="preserve">[51:49] </w:t>
      </w:r>
      <w:r>
        <w:t>duniya mein jo imkanat hain, duniya mein jo cheezain rakh di hain Allah Ta'ala ne, us par ghaur karna. Ghaur karna, us par tehqeeq karna, research karna, explore karna.</w:t>
      </w:r>
    </w:p>
    <w:p>
      <w:pPr>
        <w:jc w:val="right"/>
      </w:pPr>
      <w:r>
        <w:t>دنیا میں جو امکانات ہیں، دنیا میں جو چیزیں رکھ دی ہیں اللہ تعالیٰ نے، اس پر غور کرنا۔ غور کرنا، اس پر تحقیق کرنا، ریسرچ کرنا، ایکسپلور کرنا۔</w:t>
      </w:r>
    </w:p>
    <w:p>
      <w:r>
        <w:rPr>
          <w:b/>
        </w:rPr>
        <w:t xml:space="preserve">[52:02] </w:t>
      </w:r>
      <w:r>
        <w:t>explore kar ke daryaft karna. Ya'ni, ya'ni lohe mein machine daryaft karna. Petrol mein car daryaft karna.</w:t>
      </w:r>
    </w:p>
    <w:p>
      <w:pPr>
        <w:jc w:val="right"/>
      </w:pPr>
      <w:r>
        <w:t>ایکسپلور کر کے دریافت کرنا۔ یعنی، یعنی لوہے میں مشین دریافت کرنا۔ پیٹرول میں کار دریافت کرنا۔</w:t>
      </w:r>
    </w:p>
    <w:p>
      <w:r>
        <w:rPr>
          <w:b/>
        </w:rPr>
        <w:t xml:space="preserve">[52:12] </w:t>
      </w:r>
      <w:r>
        <w:t>har cheez aap jante hain, discovery hai. Chahay mobile ho, chahay car ho ya hawai jahaz ho, sab discovery hai.</w:t>
      </w:r>
    </w:p>
    <w:p>
      <w:pPr>
        <w:jc w:val="right"/>
      </w:pPr>
      <w:r>
        <w:t>ہر چیز آپ جانتے ہیں، ڈسکوری ہے۔ چاہے موبائل ہو، چاہے کار ہو یا ہوائی جہاز ہو، سب ڈسکوری ہے۔</w:t>
      </w:r>
    </w:p>
    <w:p>
      <w:r>
        <w:rPr>
          <w:b/>
        </w:rPr>
        <w:t xml:space="preserve">[52:20] </w:t>
      </w:r>
      <w:r>
        <w:t>yani jo cheezen chupi theen nature mein, us ko daryaft kiya gaya insaan ne. to potential ko actual banaya hai. kaise? zehn ko istemal kar ke.</w:t>
      </w:r>
    </w:p>
    <w:p>
      <w:pPr>
        <w:jc w:val="right"/>
      </w:pPr>
      <w:r>
        <w:t>یعنی جو چیزیں چھپی تھیں نیچر میں، اس کو دریافت کیا گیا انسان نے۔ تو پوٹینشل کو ایکچوئل بنایا ہے۔ کیسے؟ ذہن کو استعمال کر کے۔</w:t>
      </w:r>
    </w:p>
    <w:p>
      <w:r>
        <w:rPr>
          <w:b/>
        </w:rPr>
        <w:t xml:space="preserve">[52:30] </w:t>
      </w:r>
      <w:r>
        <w:t>zehn kab istemal ho sake ga? jab is ko azadi rahe gi. azadi nahi to zehn ka istemal band. azadi nahi to discovery nahi.</w:t>
      </w:r>
    </w:p>
    <w:p>
      <w:pPr>
        <w:jc w:val="right"/>
      </w:pPr>
      <w:r>
        <w:t>ذہن کب استعمال ہو سکے گا؟ جب اس کو آزادی رہے گی۔ آزادی نہیں تو ذہن کا استعمال بند۔ آزادی نہیں تو ڈسکوری نہیں۔</w:t>
      </w:r>
    </w:p>
    <w:p>
      <w:r>
        <w:rPr>
          <w:b/>
        </w:rPr>
        <w:t xml:space="preserve">[52:40] </w:t>
      </w:r>
      <w:r>
        <w:t>azadi nahi to tehzeeb nahi.</w:t>
      </w:r>
    </w:p>
    <w:p>
      <w:pPr>
        <w:jc w:val="right"/>
      </w:pPr>
      <w:r>
        <w:t>آزادی نہیں تو تہذیب نہیں۔</w:t>
      </w:r>
    </w:p>
    <w:p>
      <w:r>
        <w:rPr>
          <w:b/>
        </w:rPr>
        <w:t xml:space="preserve">[52:45] </w:t>
      </w:r>
      <w:r>
        <w:t>to jis ko, jis cheez ko aap kehte hain tehzeeb, woh sari ki sari khatam ho jaye gi agar azadi na rahe.</w:t>
      </w:r>
    </w:p>
    <w:p>
      <w:pPr>
        <w:jc w:val="right"/>
      </w:pPr>
      <w:r>
        <w:t>تو جس کو، جس چیز کو آپ کہتے ہیں تہذیب، وہ ساری کی ساری ختم ہو جائے گی اگر آزادی نہ رہے۔</w:t>
      </w:r>
    </w:p>
    <w:p>
      <w:r>
        <w:rPr>
          <w:b/>
        </w:rPr>
        <w:t xml:space="preserve">[52:57] </w:t>
      </w:r>
      <w:r>
        <w:t>to Allah taala ne insaan ke andar bohat ziyada zehni salahiyat di. aur is dunya mein jahan hum ko rakha hai, wahan bohat ziyada cheezen paida kar di hain.</w:t>
      </w:r>
    </w:p>
    <w:p>
      <w:pPr>
        <w:jc w:val="right"/>
      </w:pPr>
      <w:r>
        <w:t>تو اللہ تعالیٰ نے انسان کے اندر بہت زیادہ ذہنی صلاحیت دی۔ اور اس دنیا میں جہاں ہم کو رکھا ہے، وہاں بہت زیادہ چیزیں پیدا کر دی ہیں۔</w:t>
      </w:r>
    </w:p>
    <w:p>
      <w:r>
        <w:rPr>
          <w:b/>
        </w:rPr>
        <w:t xml:space="preserve">[53:10] </w:t>
      </w:r>
      <w:r>
        <w:t>lekin sab ki sab theen potential ke roop mein.</w:t>
      </w:r>
    </w:p>
    <w:p>
      <w:pPr>
        <w:jc w:val="right"/>
      </w:pPr>
      <w:r>
        <w:t>لیکن سب کی سب تھیں پوٹینشل کے روپ میں۔</w:t>
      </w:r>
    </w:p>
    <w:p>
      <w:r>
        <w:rPr>
          <w:b/>
        </w:rPr>
        <w:t xml:space="preserve">[53:15] </w:t>
      </w:r>
      <w:r>
        <w:t>potential ke roop mein. yani yeh bari ajeeb baat hai ke dekhiye, Allah taala ne paida kiya insaan ko to insaan ko zaroorat thi sawari ki.</w:t>
      </w:r>
    </w:p>
    <w:p>
      <w:pPr>
        <w:jc w:val="right"/>
      </w:pPr>
      <w:r>
        <w:t>پوٹینشل کے روپ میں۔ یعنی یہ بڑی عجیب بات ہے کہ دیکھیے، اللہ تعالیٰ نے پیدا کیا انسان کو تو انسان کو ضرورت تھی سواری کی۔</w:t>
      </w:r>
    </w:p>
    <w:p>
      <w:r>
        <w:rPr>
          <w:b/>
        </w:rPr>
        <w:t xml:space="preserve">[53:29] </w:t>
      </w:r>
      <w:r>
        <w:t>yahan se wahan jane ke liye. to pehle to is ko do paon de diye. paon se chal kar ke woh yahan se wahan pohanchta tha.</w:t>
      </w:r>
    </w:p>
    <w:p>
      <w:pPr>
        <w:jc w:val="right"/>
      </w:pPr>
      <w:r>
        <w:t>یہاں سے وہاں جانے کے لیے۔ تو پہلے تو اس کو دو پاؤں دے دیئے۔ پاؤں سے چل کر کے وہ یہاں سے وہاں پہنچتا تھا۔</w:t>
      </w:r>
    </w:p>
    <w:p>
      <w:r>
        <w:rPr>
          <w:b/>
        </w:rPr>
        <w:t xml:space="preserve">[53:38] </w:t>
      </w:r>
      <w:r>
        <w:t>phir janglon mein ghoRe paida kar diye. ghoRe, oont.</w:t>
      </w:r>
    </w:p>
    <w:p>
      <w:pPr>
        <w:jc w:val="right"/>
      </w:pPr>
      <w:r>
        <w:t>پھر جنگلوں میں گھوڑے پیدا کر دیئے۔ گھوڑے، اونٹ۔</w:t>
      </w:r>
    </w:p>
    <w:p>
      <w:r>
        <w:rPr>
          <w:b/>
        </w:rPr>
        <w:t xml:space="preserve">[53:43] </w:t>
      </w:r>
      <w:r>
        <w:t>to insaan ne ghoRe pakRe, oont pakRe. in ko sadhaya. in ko harness kiya. phir in ko sawari ke liye istemal kiya. phir pani ke andar Allah taala ne potentially is ke andar bhap rakh di.</w:t>
      </w:r>
    </w:p>
    <w:p>
      <w:pPr>
        <w:jc w:val="right"/>
      </w:pPr>
      <w:r>
        <w:t>تو انسان نے گھوڑے پکڑے، اونٹ پکڑے۔ ان کو سدھایا۔ ان کو ہارنس کیا۔ پھر ان کو سواری کے لیے استعمال کیا۔ پھر پانی کے اندر اللہ تعالیٰ نے پوٹینشلی اس کے اندر بھاپ رکھ دیا۔</w:t>
      </w:r>
    </w:p>
    <w:p>
      <w:r>
        <w:rPr>
          <w:b/>
        </w:rPr>
        <w:t xml:space="preserve">[53:57] </w:t>
      </w:r>
      <w:r>
        <w:t>is ko daryaft kiya insaan ne. bhap banaya. is bhap se jahaz chalne lage samundaron mein. bhap se railway engine banaya gaya.</w:t>
      </w:r>
    </w:p>
    <w:p>
      <w:pPr>
        <w:jc w:val="right"/>
      </w:pPr>
      <w:r>
        <w:t>اس کو دریافت کیا انسان نے۔ بھاپ بنایا۔ اس بھاپ سے جہاز چلنے لگے سمندروں میں۔ بھاپ سے ریلوے انجن بنایا گیا۔</w:t>
      </w:r>
    </w:p>
    <w:p>
      <w:r>
        <w:rPr>
          <w:b/>
        </w:rPr>
        <w:t xml:space="preserve">[54:08] </w:t>
      </w:r>
      <w:r>
        <w:t>machine banai gayi.</w:t>
      </w:r>
    </w:p>
    <w:p>
      <w:pPr>
        <w:jc w:val="right"/>
      </w:pPr>
      <w:r>
        <w:t>مشین بنائی گئی۔</w:t>
      </w:r>
    </w:p>
    <w:p>
      <w:r>
        <w:rPr>
          <w:b/>
        </w:rPr>
        <w:t xml:space="preserve">[54:11] </w:t>
      </w:r>
      <w:r>
        <w:t>phir Allah taala ne petrol rakh diya. petrol ko daryaft kar ke car aur hawai jahaz banaye gaye. to ek taraf Allah taala ne insaan ke andar bohat ziyada dimaghi salahiyat di.</w:t>
      </w:r>
    </w:p>
    <w:p>
      <w:pPr>
        <w:jc w:val="right"/>
      </w:pPr>
      <w:r>
        <w:t>پھر اللہ تعالیٰ نے پیٹرول رکھ دیا۔ پیٹرول کو دریافت کر کے کار اور ہوائی جہاز بنائے گئے۔ تو ایک طرف اللہ تعالیٰ نے انسان کے اندر بہت زیادہ دماغی صلاحیت دی۔</w:t>
      </w:r>
    </w:p>
    <w:p>
      <w:r>
        <w:rPr>
          <w:b/>
        </w:rPr>
        <w:t xml:space="preserve">[54:24] </w:t>
      </w:r>
      <w:r>
        <w:t>dosri taraf nature mein, is dunya mein jahan hum rehte hain, be</w:t>
      </w:r>
    </w:p>
    <w:p>
      <w:pPr>
        <w:jc w:val="right"/>
      </w:pPr>
      <w:r>
        <w:t>دوسری طرف نیچر میں، اس دنیا میں جہاں ہم رہتے ہیں، بے</w:t>
      </w:r>
    </w:p>
    <w:p>
      <w:r>
        <w:rPr>
          <w:b/>
        </w:rPr>
        <w:t xml:space="preserve">[54:33] </w:t>
      </w:r>
      <w:r>
        <w:t>bohat ziyada imkanat rakh diye. lekin woh sab potential ke roop mein thay. actual nahi thay.</w:t>
      </w:r>
    </w:p>
    <w:p>
      <w:pPr>
        <w:jc w:val="right"/>
      </w:pPr>
      <w:r>
        <w:t>بہت زیادہ امکانات رکھ دیئے۔ لیکن وہ سب پوٹینشل کے روپ میں تھے۔ ایکچوئل نہیں تھے۔</w:t>
      </w:r>
    </w:p>
    <w:p>
      <w:r>
        <w:rPr>
          <w:b/>
        </w:rPr>
        <w:t xml:space="preserve">[54:39] </w:t>
      </w:r>
      <w:r>
        <w:t>apne dimagh ko istemal kar ke hum ko ek kaam tha, hamare zime ke hum is ke potential ko actual banayein. yeh bhi azadi chahta hai.</w:t>
      </w:r>
    </w:p>
    <w:p>
      <w:pPr>
        <w:jc w:val="right"/>
      </w:pPr>
      <w:r>
        <w:t>اپنے دماغ کو استعمال کر کے ہم کو ایک کام تھا، ہمارے ذمے کہ ہم اس کے پوٹینشل کو ایکچوئل بنائیں۔ یہ بھی آزادی چاہتا ہے۔</w:t>
      </w:r>
    </w:p>
    <w:p>
      <w:r>
        <w:rPr>
          <w:b/>
        </w:rPr>
        <w:t xml:space="preserve">[54:50] </w:t>
      </w:r>
      <w:r>
        <w:t>azadi chahta hai. isi liye kaha jata hai dekhiye ke Roman Empire do hazar saal tak hukoomat karta raha.</w:t>
      </w:r>
    </w:p>
    <w:p>
      <w:pPr>
        <w:jc w:val="right"/>
      </w:pPr>
      <w:r>
        <w:t>آزادی چاہتا ہے۔ اسی لیے کہا جاتا ہے دیکھیے کہ رومن ایمپائر دو ہزار سال تک حکومت کرتا رہا۔</w:t>
      </w:r>
    </w:p>
    <w:p>
      <w:r>
        <w:rPr>
          <w:b/>
        </w:rPr>
        <w:t xml:space="preserve">[54:59] </w:t>
      </w:r>
      <w:r>
        <w:t>do hazar saal tak Roman Empire. aur koi, koi is zamane mein kuch tehqeeq nahi hui. koi daryaft nahi hui. bicycle bhi nahi bani.</w:t>
      </w:r>
    </w:p>
    <w:p>
      <w:pPr>
        <w:jc w:val="right"/>
      </w:pPr>
      <w:r>
        <w:t>دو ہزار سال تک رومن ایمپائر۔ اور کوئی، کوئی اس زمانے میں کچھ تحقیق نہیں ہوئی۔ کوئی دریافت نہیں ہوئی۔ بائیسکل بھی نہیں بنی۔</w:t>
      </w:r>
    </w:p>
    <w:p>
      <w:r>
        <w:rPr>
          <w:b/>
        </w:rPr>
        <w:t xml:space="preserve">[55:11] </w:t>
      </w:r>
      <w:r>
        <w:t>silai ki machine bhi nahi bani. hand pump bhi nahi bana, kuch bhi nahi. kyun? woh log ghoor o fikr ke sakht khilaf thay.</w:t>
      </w:r>
    </w:p>
    <w:p>
      <w:pPr>
        <w:jc w:val="right"/>
      </w:pPr>
      <w:r>
        <w:t>سلائی کی مشین بھی نہیں بنی۔ ہینڈ پمپ بھی نہیں بنا، کچھ بھی نہیں۔ کیوں؟ وہ لوگ غور و فکر کے سخت خلاف تھے۔</w:t>
      </w:r>
    </w:p>
    <w:p>
      <w:r>
        <w:rPr>
          <w:b/>
        </w:rPr>
        <w:t xml:space="preserve">[55:23] </w:t>
      </w:r>
      <w:r>
        <w:t>misal ke taur par kaha jata hai ke yeh Roman fouj jab dakhil hui Yunan mein to bahar wahan par ek scientist tha.</w:t>
      </w:r>
    </w:p>
    <w:p>
      <w:pPr>
        <w:jc w:val="right"/>
      </w:pPr>
      <w:r>
        <w:t>مثال کے طور پر کہا جاتا ہے کہ یہ رومن فوج جب داخل ہوئی یونان میں تو باہر وہاں پر ایک سائنسدان تھا۔</w:t>
      </w:r>
    </w:p>
    <w:p>
      <w:r>
        <w:rPr>
          <w:b/>
        </w:rPr>
        <w:t xml:space="preserve">[55:32] </w:t>
      </w:r>
      <w:r>
        <w:t>woh zamana tha jab ke paper waghera ziyada nahi hota tha. to ret par woh kuch formula bana raha tha. ret par. koi formula hal kar raha tha.</w:t>
      </w:r>
    </w:p>
    <w:p>
      <w:pPr>
        <w:jc w:val="right"/>
      </w:pPr>
      <w:r>
        <w:t>وہ زمانہ تھا جب کہ پیپر وغیرہ زیادہ نہیں ہوتا تھا۔ تو ریت پر وہ کچھ فارمولا بنا رہا تھا۔ ریت پر۔ کوئی فارمولا حل کر رہا تھا۔</w:t>
      </w:r>
    </w:p>
    <w:p>
      <w:r>
        <w:rPr>
          <w:b/>
        </w:rPr>
        <w:t xml:space="preserve">[55:45] </w:t>
      </w:r>
      <w:r>
        <w:t>to Roman fauji ne dekha is ko ke yeh tehqeeq kar raha hai to is ki gardan mar</w:t>
      </w:r>
    </w:p>
    <w:p>
      <w:pPr>
        <w:jc w:val="right"/>
      </w:pPr>
      <w:r>
        <w:t>تو رومن فوجی نے دیکھا اس کو کہ یہ تحقیق کر رہا ہے تو اس کی گردن مار</w:t>
      </w:r>
    </w:p>
    <w:p>
      <w:r>
        <w:rPr>
          <w:b/>
        </w:rPr>
        <w:t xml:space="preserve">[55:51] </w:t>
      </w:r>
      <w:r>
        <w:t>di. wahin wahin khatam kar diya is ko. to do hazar saal tak Roman Empire hukoomat karta raha dunya mein lekin chunke azadi khayal nahi thi, koi taraqqi nahi hui.</w:t>
      </w:r>
    </w:p>
    <w:p>
      <w:pPr>
        <w:jc w:val="right"/>
      </w:pPr>
      <w:r>
        <w:t>دی۔ وہیں وہیں ختم کر دیا اس کو۔ تو دو ہزار سال تک رومن ایمپائر حکومت کرتا رہا دنیا میں لیکن چونکہ آزادی خیال نہیں تھی، کوئی ترقی نہیں ہوئی۔</w:t>
      </w:r>
    </w:p>
    <w:p>
      <w:r>
        <w:rPr>
          <w:b/>
        </w:rPr>
        <w:t xml:space="preserve">[56:03] </w:t>
      </w:r>
      <w:r>
        <w:t>yeh Allah taala ki is qeemat ke khilaf hai ke taraqqi na ho. potential ko actual na banaya jaye.</w:t>
      </w:r>
    </w:p>
    <w:p>
      <w:pPr>
        <w:jc w:val="right"/>
      </w:pPr>
      <w:r>
        <w:t>یہ اللہ تعالیٰ کی اس قیمت کے خلاف ہے کہ ترقی نہ ہو۔ پوٹینشل کو ایکچوئل نہ بنایا جائے۔</w:t>
      </w:r>
    </w:p>
    <w:p>
      <w:r>
        <w:rPr>
          <w:b/>
        </w:rPr>
        <w:t xml:space="preserve">[56:12] </w:t>
      </w:r>
      <w:r>
        <w:t>to is ke baad Allah taala ne is nizam ko badla. yani is jabr ke nizam ko khatam kiya. aur dunya mein azadi aayi.</w:t>
      </w:r>
    </w:p>
    <w:p>
      <w:pPr>
        <w:jc w:val="right"/>
      </w:pPr>
      <w:r>
        <w:t>تو اس کے بعد اللہ تعالیٰ نے اس نظام کو بدلا۔ یعنی اس جبر کے نظام کو ختم کیا۔ اور دنیا میں آزادی آئی۔</w:t>
      </w:r>
    </w:p>
    <w:p>
      <w:r>
        <w:rPr>
          <w:b/>
        </w:rPr>
        <w:t xml:space="preserve">[56:22] </w:t>
      </w:r>
      <w:r>
        <w:t>to phir tehqeeq hone lagi. explore hone laga. aur potential ko actual banane laga insaan. yahan tak ke woh cheez wajood paai jis ko hum kehte hain jadeed tehzeeb.</w:t>
      </w:r>
    </w:p>
    <w:p>
      <w:pPr>
        <w:jc w:val="right"/>
      </w:pPr>
      <w:r>
        <w:t>تو پھر تحقیق ہونے لگی۔ ایکسپلور ہونے لگا۔ اور پوٹینشل کو ایکچوئل بنانے لگا انسان۔ یہاں تک کہ وہ چیز وجود پائی جس کو ہم کہتے ہیں جدید تہذیب۔</w:t>
      </w:r>
    </w:p>
    <w:p>
      <w:r>
        <w:rPr>
          <w:b/>
        </w:rPr>
        <w:t xml:space="preserve">[56:35] </w:t>
      </w:r>
      <w:r>
        <w:t>to islam mein to bilashuba mukammal azaadi hai.</w:t>
      </w:r>
    </w:p>
    <w:p>
      <w:pPr>
        <w:jc w:val="right"/>
      </w:pPr>
      <w:r>
        <w:t>تو اسلام میں تو بلاشبہ مکمل آزادی ہے۔</w:t>
      </w:r>
    </w:p>
    <w:p>
      <w:r>
        <w:rPr>
          <w:b/>
        </w:rPr>
        <w:t xml:space="preserve">[56:40] </w:t>
      </w:r>
      <w:r>
        <w:t>islam mein bilashuba azaadi ko sonpna bhi maana jaata hai. lekin jaisa ke maine arz kiya, farq hai.</w:t>
      </w:r>
    </w:p>
    <w:p>
      <w:pPr>
        <w:jc w:val="right"/>
      </w:pPr>
      <w:r>
        <w:t>اسلام میں بلاشبہ آزادی کو سونبونا بھی مانا جاتا ہے۔ لیکن جیسا کہ میں نے عرض کیا، فرق ہے۔</w:t>
      </w:r>
    </w:p>
    <w:p>
      <w:r>
        <w:rPr>
          <w:b/>
        </w:rPr>
        <w:t xml:space="preserve">[56:52] </w:t>
      </w:r>
      <w:r>
        <w:t>yaani azaadi ba muqabla Khuda, azaadi ba muqabla insaan. to insaan ke muqable mein thot crime koi cheez nahin.</w:t>
      </w:r>
    </w:p>
    <w:p>
      <w:pPr>
        <w:jc w:val="right"/>
      </w:pPr>
      <w:r>
        <w:t>یعنی آزادی بمقابلہ خدا، آزادی بمقابلہ انسان۔ تو انسان کے مقابلے میں تھوٹ کرائم کوئی چیز نہیں۔</w:t>
      </w:r>
    </w:p>
    <w:p>
      <w:r>
        <w:rPr>
          <w:b/>
        </w:rPr>
        <w:t xml:space="preserve">[57:05] </w:t>
      </w:r>
      <w:r>
        <w:t>thot crime ka lafz insaan ke maamle mein laagu nahin hai.</w:t>
      </w:r>
    </w:p>
    <w:p>
      <w:pPr>
        <w:jc w:val="right"/>
      </w:pPr>
      <w:r>
        <w:t>تھوٹ کرائم کا لفظ انسان کے معاملے میں لاگو نہیں ہے۔</w:t>
      </w:r>
    </w:p>
    <w:p>
      <w:r>
        <w:rPr>
          <w:b/>
        </w:rPr>
        <w:t xml:space="preserve">[57:12] </w:t>
      </w:r>
      <w:r>
        <w:t>lekin Khuda ke maamle mein laagu hai. woh aap ke haq rahe ke aap, aap Khuda ek, Khuda ek hai to aap kahein ke Khuda kai hain.</w:t>
      </w:r>
    </w:p>
    <w:p>
      <w:pPr>
        <w:jc w:val="right"/>
      </w:pPr>
      <w:r>
        <w:t>لیکن خدا کے معاملے میں لاگو ہے۔ وہ آپ کے حق رہے کہ آپ، آپ خدا ایک، خدا ایک ہے تو آپ کہیں کہ خدا کئی ہے۔</w:t>
      </w:r>
    </w:p>
    <w:p>
      <w:r>
        <w:rPr>
          <w:b/>
        </w:rPr>
        <w:t xml:space="preserve">[57:24] </w:t>
      </w:r>
      <w:r>
        <w:t>aap kahein ke Khuda ka koi beta hai.</w:t>
      </w:r>
    </w:p>
    <w:p>
      <w:pPr>
        <w:jc w:val="right"/>
      </w:pPr>
      <w:r>
        <w:t>آپ کہیں کہ خدا کا کوئی بیٹا ہے۔</w:t>
      </w:r>
    </w:p>
    <w:p>
      <w:r>
        <w:rPr>
          <w:b/>
        </w:rPr>
        <w:t xml:space="preserve">[57:28] </w:t>
      </w:r>
      <w:r>
        <w:t>aap yeh kahein ke yaani Khuda ke baare mein koi, Khuda ne ek paighambar bheja hidayat ke liye. aap kahein nahin, yeh banawati paighambar hai, yeh jadoogar hai.</w:t>
      </w:r>
    </w:p>
    <w:p>
      <w:pPr>
        <w:jc w:val="right"/>
      </w:pPr>
      <w:r>
        <w:t>آپ یہ کہیں کہ یعنی خدا کے بارے میں کوئی، خدا نے ایک پیغمبر بھیجا ہدایت کے لیے۔ آپ کہیں نہیں، یہ بناوٹی پیغمبر ہے، یہ جادوگر ہے۔</w:t>
      </w:r>
    </w:p>
    <w:p>
      <w:r>
        <w:rPr>
          <w:b/>
        </w:rPr>
        <w:t xml:space="preserve">[57:39] </w:t>
      </w:r>
      <w:r>
        <w:t>yeh bilashuba thot crime hai. lekin is thot crime par jo saza hogi, woh aakhirat mein hogi, duniya mein nahin hogi.</w:t>
      </w:r>
    </w:p>
    <w:p>
      <w:pPr>
        <w:jc w:val="right"/>
      </w:pPr>
      <w:r>
        <w:t>یہ بلاشبہ تھوٹ کرائم ہے۔ لیکن اس تھوٹ کرائم پر جو سزا ہوگی، وہ آخرت میں ہوگی، دنیا میں نہیں ہوگی۔</w:t>
      </w:r>
    </w:p>
    <w:p>
      <w:r>
        <w:rPr>
          <w:b/>
        </w:rPr>
        <w:t xml:space="preserve">[57:48] </w:t>
      </w:r>
      <w:r>
        <w:t>Allah taala hum ko aur aap ko sahih rehnumai ata farmaye. aqool qawli hadha wa astaghfirullah li wa lakum ajmaeen.</w:t>
      </w:r>
    </w:p>
    <w:p>
      <w:pPr>
        <w:jc w:val="right"/>
      </w:pPr>
      <w:r>
        <w:t>اللہ تعالیٰ ہم کو اور آپ کو صحیح رہنمائی عطا فرمائے۔ أقول قولي هذا واستغفرالله لي ولكم اجمعين.</w:t>
      </w:r>
    </w:p>
    <w:p>
      <w:r>
        <w:rPr>
          <w:b/>
        </w:rPr>
        <w:t xml:space="preserve">[58:12] </w:t>
      </w:r>
      <w:r>
        <w:t>maulana, yeh sawal Mr. Shoaib Khan ne kiya hai Lucknow se. unhone likha hai: "it is urged in the Quran, chapter number two, verse number 208.</w:t>
      </w:r>
    </w:p>
    <w:p>
      <w:pPr>
        <w:jc w:val="right"/>
      </w:pPr>
      <w:r>
        <w:t>مولانا، یہ سوال مسٹر شعیب خان نے کیا ہے لکھنؤ سے۔ انہوں نے لکھا ہے: "اٹ از ارجڈ ان دا قرآن، چیپٹر نمبر ٹو، ورس نمبر 208۔</w:t>
      </w:r>
    </w:p>
    <w:p>
      <w:r>
        <w:rPr>
          <w:b/>
        </w:rPr>
        <w:t xml:space="preserve">[58:27] </w:t>
      </w:r>
      <w:r>
        <w:t>o you who believe, enter into Islam wholeheartedly." Maulana, kindly explain this verse.</w:t>
      </w:r>
    </w:p>
    <w:p>
      <w:pPr>
        <w:jc w:val="right"/>
      </w:pPr>
      <w:r>
        <w:t>او یو ہو بیلیو، انٹر انٹو اسلام ہول ہارٹڈلی۔" مولانا، کائنڈلی ایکسپلین دس ورس۔</w:t>
      </w:r>
    </w:p>
    <w:p>
      <w:r>
        <w:rPr>
          <w:b/>
        </w:rPr>
        <w:t xml:space="preserve">[58:37] </w:t>
      </w:r>
      <w:r>
        <w:t>wholeheartedly is ka tarjuma nahin hoga.</w:t>
      </w:r>
    </w:p>
    <w:p>
      <w:pPr>
        <w:jc w:val="right"/>
      </w:pPr>
      <w:r>
        <w:t>ہول ہارٹڈلی اس کا ترجمہ نہیں ہوگا۔</w:t>
      </w:r>
    </w:p>
    <w:p>
      <w:r>
        <w:rPr>
          <w:b/>
        </w:rPr>
        <w:t xml:space="preserve">[58:40] </w:t>
      </w:r>
      <w:r>
        <w:t>yaani is ka tarjuma hoga: "poore poore Islam mein dakhil ho jao." adkholu fis silmi kaffah poore ke poore.</w:t>
      </w:r>
    </w:p>
    <w:p>
      <w:pPr>
        <w:jc w:val="right"/>
      </w:pPr>
      <w:r>
        <w:t>یعنی اس کا ترجمہ ہوگا: "پورے پورے اسلام میں داخل ہو جاؤ۔" ادخلوا في السلم كافة پورے کے پورے۔</w:t>
      </w:r>
    </w:p>
    <w:p>
      <w:r>
        <w:rPr>
          <w:b/>
        </w:rPr>
        <w:t xml:space="preserve">[58:52] </w:t>
      </w:r>
      <w:r>
        <w:t>to dekhiye, poore ke poore ka matlab yeh nahin ke saare nizaam dakhil karo Islam mein. yeh bilkul hi be salees baat hai ke kis se yeh nikala jaye nazariya ke siyasi nizaam, samaji nizaam, iqtisadi nizaam, falan nizaam, yeh nizaam.</w:t>
      </w:r>
    </w:p>
    <w:p>
      <w:pPr>
        <w:jc w:val="right"/>
      </w:pPr>
      <w:r>
        <w:t>تو دیکھیے، پورے کے پورے کا مطلب یہ نہیں کہ سارے نظام داخل کرو اسلام میں۔ یہ بالکل ہی بے سلیس بات ہے کہ کس سے یہ نکالا جائے نظریہ کہ سیاسی نظام، سماجی نظام، اقتصادی نظام، فلاں نظام، یہ نظام۔</w:t>
      </w:r>
    </w:p>
    <w:p>
      <w:r>
        <w:rPr>
          <w:b/>
        </w:rPr>
        <w:t xml:space="preserve">[59:06] </w:t>
      </w:r>
      <w:r>
        <w:t>nahin, nahin, yeh aayat individual ko mukhatib kar rahi hai. ek fard ko, ek shakhs apne aap ko, apne jo bas mein hai, us ke aitbaar se poore ke poore Islam mein dakhil ho.</w:t>
      </w:r>
    </w:p>
    <w:p>
      <w:pPr>
        <w:jc w:val="right"/>
      </w:pPr>
      <w:r>
        <w:t>نہیں، نہیں، یہ آیت انڈیویجول کو مخاطب کر رہی ہے۔ ایک فرد کو، ایک شخص اپنے آپ کو، اپنے جو بس میں ہے، اس کے اعتبار سے پورے کے پورے اسلام میں داخل ہو۔</w:t>
      </w:r>
    </w:p>
    <w:p>
      <w:r>
        <w:rPr>
          <w:b/>
        </w:rPr>
        <w:t xml:space="preserve">[59:22] </w:t>
      </w:r>
      <w:r>
        <w:t>yaani poori zindagi us ki God oriented zindagi ban jaye.</w:t>
      </w:r>
    </w:p>
    <w:p>
      <w:pPr>
        <w:jc w:val="right"/>
      </w:pPr>
      <w:r>
        <w:t>یعنی پوری زندگی اس کی گاڈ اورینٹڈ زندگی بن جائے۔</w:t>
      </w:r>
    </w:p>
    <w:p>
      <w:r>
        <w:rPr>
          <w:b/>
        </w:rPr>
        <w:t xml:space="preserve">[59:29] </w:t>
      </w:r>
      <w:r>
        <w:t>us ki sochna, us ka bolna, us ka behaviour, us ki dealing, yeh matlab hai is ka. yeh harghiz matlab nahin hai ke saare nizaam hayat ko woh karo.</w:t>
      </w:r>
    </w:p>
    <w:p>
      <w:pPr>
        <w:jc w:val="right"/>
      </w:pPr>
      <w:r>
        <w:t>اس کی سوچنا، اس کا بولنا، اس کا بیہیویئر، اس کی ڈیلنگ، یہ مطلب ہے اس کا۔ یہ ہرگز مطلب نہیں ہے کہ سارے نظام حیات کو وہ کرو۔</w:t>
      </w:r>
    </w:p>
    <w:p>
      <w:r>
        <w:rPr>
          <w:b/>
        </w:rPr>
        <w:t xml:space="preserve">[59:43] </w:t>
      </w:r>
      <w:r>
        <w:t>lad ke logon se qabza karo aur har jagah Islam naafiz karo. is ka koi taalluq is khud sakhta mafhoom ka is aayat se nahin hai.</w:t>
      </w:r>
    </w:p>
    <w:p>
      <w:pPr>
        <w:jc w:val="right"/>
      </w:pPr>
      <w:r>
        <w:t>لڑ کے لوگوں سے قبضہ کرو اور ہر جگہ اسلام نافذ کرو۔ اس کا کوئی تعلق اس خود ساختہ مفہوم کا اس آیت سے نہیں ہے۔</w:t>
      </w:r>
    </w:p>
    <w:p>
      <w:r>
        <w:rPr>
          <w:b/>
        </w:rPr>
        <w:t xml:space="preserve">[59:53] </w:t>
      </w:r>
      <w:r>
        <w:t>kyun ke kai log is se yeh matlab nikalte hain.</w:t>
      </w:r>
    </w:p>
    <w:p>
      <w:pPr>
        <w:jc w:val="right"/>
      </w:pPr>
      <w:r>
        <w:t>کیونکہ کئی لوگ اس سے یہ مطلب نکالتے ہیں۔</w:t>
      </w:r>
    </w:p>
    <w:p>
      <w:r>
        <w:rPr>
          <w:b/>
        </w:rPr>
        <w:t xml:space="preserve">[59:57] </w:t>
      </w:r>
      <w:r>
        <w:t>is ka tarjuma yeh hai ke: "ae iman laane walo! tum poore ke poore Islam mein dakhil ho jao." yeh nahin kaha ke: "ae logon!</w:t>
      </w:r>
    </w:p>
    <w:p>
      <w:pPr>
        <w:jc w:val="right"/>
      </w:pPr>
      <w:r>
        <w:t>اس کا ترجمہ یہ ہے کہ: "اے ایمان لانے والو! تم پورے کے پورے اسلام میں داخل ہو جاؤ۔" یہ نہیں کہا کہ: "اے لوگوں!</w:t>
      </w:r>
    </w:p>
    <w:p>
      <w:r>
        <w:rPr>
          <w:b/>
        </w:rPr>
        <w:t xml:space="preserve">[1:00:14] </w:t>
      </w:r>
      <w:r>
        <w:t>logon! tum munaazam ho kar logon se iqtidaar chheeno." yeh kahan is mein hai ke iqtidaar chheen kar ke saare mamlaat hayat par Islam par qanoon naafiz karo?</w:t>
      </w:r>
    </w:p>
    <w:p>
      <w:pPr>
        <w:jc w:val="right"/>
      </w:pPr>
      <w:r>
        <w:t>لوگوں! تم منظم ہو کر لوگوں سے اقتدار چھینو۔" یہ کہاں اس میں ہے کہ اقتدار چھین کر کے سارے معاملات حیات پر اسلام پر قانون نافذ کرو؟</w:t>
      </w:r>
    </w:p>
    <w:p>
      <w:r>
        <w:rPr>
          <w:b/>
        </w:rPr>
        <w:t xml:space="preserve">[1:00:26] </w:t>
      </w:r>
      <w:r>
        <w:t>yeh kahan hai is mein?</w:t>
      </w:r>
    </w:p>
    <w:p>
      <w:pPr>
        <w:jc w:val="right"/>
      </w:pPr>
      <w:r>
        <w:t>یہ کہاں ہے اس میں؟</w:t>
      </w:r>
    </w:p>
    <w:p>
      <w:r>
        <w:rPr>
          <w:b/>
        </w:rPr>
        <w:t xml:space="preserve">[1:00:30] </w:t>
      </w:r>
      <w:r>
        <w:t>is, is, woh, woh shakhs jo Islam laya hai, us shakhs ko khitaab kar rahi hai aayat ke: "ae, ae shakhs! jo tu Islam laya hai, tu dawah kar raha hai momin hone ka, to apni poori zindagi ko Islam mein rang rang le." woh jo doosri jagah hai: sabaq sabqat Allah wa man asma Allah sabaq apni zaati zindagi ko tumhare aitbaar se Islam ke rang mein rang do.</w:t>
      </w:r>
    </w:p>
    <w:p>
      <w:pPr>
        <w:jc w:val="right"/>
      </w:pPr>
      <w:r>
        <w:t>اس، اس، وہ، وہ شخص جو اسلام لایا ہے، اس شخص کو خطاب کر رہی ہے آیت کہ: "اے، اے شخص! جو تو اسلام لایا ہے، تو دعویٰ کر رہا ہے مومن ہونے کا، تو اپنی پوری زندگی کو اسلام میں رنگ رنگ لے۔" وہ جو دوسری جگہ ہے: سبق سبقت اللہ ومن اسماء اللہ سبق اپنی ذاتی زندگی کو تمہارے اعتبار سے اسلام کے رنگ میں رنگ دو۔</w:t>
      </w:r>
    </w:p>
    <w:p>
      <w:r>
        <w:rPr>
          <w:b/>
        </w:rPr>
        <w:t xml:space="preserve">[1:00:57] </w:t>
      </w:r>
      <w:r>
        <w:t>yaani poori tarah ins ban jao, poori tarah sachche ban jao. mamlaat mein poori tareeqe se sahih dealing karo. yeh matlab hai is ka.</w:t>
      </w:r>
    </w:p>
    <w:p>
      <w:pPr>
        <w:jc w:val="right"/>
      </w:pPr>
      <w:r>
        <w:t>یعنی پوری طرح انس بن جاؤ، پوری طرح سچے بن جاؤ۔ معاملات میں پوری طریقے سے صحیح ڈیلنگ کرو۔ یہ مطلب ہے اس کا۔</w:t>
      </w:r>
    </w:p>
    <w:p>
      <w:r>
        <w:rPr>
          <w:b/>
        </w:rPr>
        <w:t xml:space="preserve">[1:01:11] </w:t>
      </w:r>
      <w:r>
        <w:t>مس فرحان خان نے ممبئی سے سوال کیا ہے۔</w:t>
      </w:r>
    </w:p>
    <w:p>
      <w:pPr>
        <w:jc w:val="right"/>
      </w:pPr>
      <w:r>
        <w:t>مس فرحان خان نے ممبئی سے سوال کیا ہے۔</w:t>
      </w:r>
    </w:p>
    <w:p>
      <w:r>
        <w:rPr>
          <w:b/>
        </w:rPr>
        <w:t xml:space="preserve">[1:01:15] </w:t>
      </w:r>
      <w:r>
        <w:t>انہوں نے لکھا ہے: "When inviting non-Muslims towards Islam, how can we expect them to accept the supernatural concepts like muajizaat and existence of jinn?"</w:t>
      </w:r>
    </w:p>
    <w:p>
      <w:pPr>
        <w:jc w:val="right"/>
      </w:pPr>
      <w:r>
        <w:t>انہوں نے لکھا ہے: "When inviting non-Muslims towards Islam, how can we expect them to accept the supernatural concepts like معجزات and existence of جن؟"</w:t>
      </w:r>
    </w:p>
    <w:p>
      <w:r>
        <w:rPr>
          <w:b/>
        </w:rPr>
        <w:t xml:space="preserve">[1:01:42] </w:t>
      </w:r>
      <w:r>
        <w:t>دیکھیں، آپ کو، آپ کا کام ہے</w:t>
      </w:r>
    </w:p>
    <w:p>
      <w:pPr>
        <w:jc w:val="right"/>
      </w:pPr>
      <w:r>
        <w:t>دیکھیں، آپ کو، آپ کا کام ہے</w:t>
      </w:r>
    </w:p>
    <w:p>
      <w:r>
        <w:rPr>
          <w:b/>
        </w:rPr>
        <w:t xml:space="preserve">[1:01:47] </w:t>
      </w:r>
      <w:r>
        <w:t>لوگوں کو لٹریچر پہنچانا، بات پہنچانا۔ جب تک آدمی کا ذہن تیار نہ ہو جائے، تب تک وہ کچھ بھی نہیں سمجھے گا۔</w:t>
      </w:r>
    </w:p>
    <w:p>
      <w:pPr>
        <w:jc w:val="right"/>
      </w:pPr>
      <w:r>
        <w:t>لوگوں کو لٹریچر پہنچانا، بات پہنچانا۔ جب تک آدمی کا ذہن تیار نہ ہو جائے، تب تک وہ کچھ بھی نہیں سمجھے گا۔</w:t>
      </w:r>
    </w:p>
    <w:p>
      <w:r>
        <w:rPr>
          <w:b/>
        </w:rPr>
        <w:t xml:space="preserve">[1:02:00] </w:t>
      </w:r>
      <w:r>
        <w:t>مثلاً، میں یعنی سمجھتا ہوں کہ ہر چیز معجزہ ہے۔ یہ ماں کے پیٹ میں ایک بچہ بن کر نکلتا ہے، یہ معجزہ نہیں ہے۔</w:t>
      </w:r>
    </w:p>
    <w:p>
      <w:pPr>
        <w:jc w:val="right"/>
      </w:pPr>
      <w:r>
        <w:t>مثلاً، میں یعنی سمجھتا ہوں کہ ہر چیز معجزہ ہے۔ یہ ماں کے پیٹ میں ایک بچہ بن کر نکلتا ہے، یہ معجزہ نہیں ہے۔</w:t>
      </w:r>
    </w:p>
    <w:p>
      <w:r>
        <w:rPr>
          <w:b/>
        </w:rPr>
        <w:t xml:space="preserve">[1:02:12] </w:t>
      </w:r>
      <w:r>
        <w:t>یعنی گوشت اور خون بچہ بن جاتا ہے۔ دیکھنے والا، سننے والا، چلنے والا۔ ایک بیج ایک گھر زمین میں پڑتا ہے، ایک درخت بن جاتا ہے۔</w:t>
      </w:r>
    </w:p>
    <w:p>
      <w:pPr>
        <w:jc w:val="right"/>
      </w:pPr>
      <w:r>
        <w:t>یعنی گوشت اور خون بچہ بن جاتا ہے۔ دیکھنے والا، سننے والا، چلنے والا۔ ایک بیج ایک گھر زمین میں پڑتا ہے، ایک درخت بن جاتا ہے۔</w:t>
      </w:r>
    </w:p>
    <w:p>
      <w:r>
        <w:rPr>
          <w:b/>
        </w:rPr>
        <w:t xml:space="preserve">[1:02:21] </w:t>
      </w:r>
      <w:r>
        <w:t>معجزہ ہی تو ہے یہ۔ دو گھسی ملتی ہیں، وہ پانی بن جاتی ہیں۔ معجزہ ہی تو ہے۔ تو سب چیز معجزہ ہی ہے۔ معجزہ کیا</w:t>
      </w:r>
    </w:p>
    <w:p>
      <w:pPr>
        <w:jc w:val="right"/>
      </w:pPr>
      <w:r>
        <w:t>معجزہ ہی تو ہے یہ۔ دو گھسی ملتی ہیں، وہ پانی بن جاتی ہیں۔ معجزہ ہی تو ہے۔ تو سب چیز معجزہ ہی ہے۔ معجزہ کیا</w:t>
      </w:r>
    </w:p>
    <w:p>
      <w:r>
        <w:rPr>
          <w:b/>
        </w:rPr>
        <w:t xml:space="preserve">[1:02:31] </w:t>
      </w:r>
      <w:r>
        <w:t>ہے؟ کنورژن۔ حضرت موسیٰ کے ہاتھ میں جو عصا تھا، وہ سانپ بن گیا۔ There is a case of conversion تو کنورژن تو ہر وقت ہو رہا ہے۔</w:t>
      </w:r>
    </w:p>
    <w:p>
      <w:pPr>
        <w:jc w:val="right"/>
      </w:pPr>
      <w:r>
        <w:t>ہے؟ کنورژن۔ حضرت موسیٰ کے ہاتھ میں جو عصا تھا، وہ سانپ بن گیا۔ There is a case of conversion تو کنورژن تو ہر وقت ہو رہا ہے۔</w:t>
      </w:r>
    </w:p>
    <w:p>
      <w:r>
        <w:rPr>
          <w:b/>
        </w:rPr>
        <w:t xml:space="preserve">[1:02:43] </w:t>
      </w:r>
      <w:r>
        <w:t>ہر وقت ہو رہا ہے۔ میٹر جو ہے، روشن ستارہ بن گیا۔ بیج جو ہے، بڑا درخت بن گیا۔ انسان ماں کے پیٹ میں گوشت اور خون جو ہے، بچہ بن گیا۔</w:t>
      </w:r>
    </w:p>
    <w:p>
      <w:pPr>
        <w:jc w:val="right"/>
      </w:pPr>
      <w:r>
        <w:t>ہر وقت ہو رہا ہے۔ میٹر جو ہے، روشن ستارہ بن گیا۔ بیج جو ہے، بڑا درخت بن گیا۔ انسان ماں کے پیٹ میں گوشت اور خون جو ہے، بچہ بن گیا۔</w:t>
      </w:r>
    </w:p>
    <w:p>
      <w:r>
        <w:rPr>
          <w:b/>
        </w:rPr>
        <w:t xml:space="preserve">[1:02:57] </w:t>
      </w:r>
      <w:r>
        <w:t>تو سب کنورژن ہی تو ہو رہی ہے۔</w:t>
      </w:r>
    </w:p>
    <w:p>
      <w:pPr>
        <w:jc w:val="right"/>
      </w:pPr>
      <w:r>
        <w:t>تو سب کنورژن ہی تو ہو رہی ہے۔</w:t>
      </w:r>
    </w:p>
    <w:p>
      <w:r>
        <w:rPr>
          <w:b/>
        </w:rPr>
        <w:t xml:space="preserve">[1:03:02] </w:t>
      </w:r>
      <w:r>
        <w:t>کوئی یہ نہیں کہ پہلے جو ہوا، وہ بس وہ، وہ تھا معجزہ۔ میں بول رہا ہوں، میں تو ہر وقت سوچتا ہوں کہ معجزہ ہے کہ میں بول رہا ہوں۔</w:t>
      </w:r>
    </w:p>
    <w:p>
      <w:pPr>
        <w:jc w:val="right"/>
      </w:pPr>
      <w:r>
        <w:t>کوئی یہ نہیں کہ پہلے جو ہوا، وہ بس وہ، وہ تھا معجزہ۔ میں بول رہا ہوں، میں تو ہر وقت سوچتا ہوں کہ معجزہ ہے کہ میں بول رہا ہوں۔</w:t>
      </w:r>
    </w:p>
    <w:p>
      <w:r>
        <w:rPr>
          <w:b/>
        </w:rPr>
        <w:t xml:space="preserve">[1:03:14] </w:t>
      </w:r>
      <w:r>
        <w:t>کیسے میں نے سوچا؟ کیسے میری سوچ جو ہے، وہ لفظوں میں ڈھلی؟ کیسے میں نے زبان سے ادا کیا؟ کیسے وہ بات آپ تک پہنچی؟</w:t>
      </w:r>
    </w:p>
    <w:p>
      <w:pPr>
        <w:jc w:val="right"/>
      </w:pPr>
      <w:r>
        <w:t>کیسے میں نے سوچا؟ کیسے میری سوچ جو ہے، وہ لفظوں میں ڈھلی؟ کیسے میں نے زبان سے ادا کیا؟ کیسے وہ بات آپ تک پہنچی؟</w:t>
      </w:r>
    </w:p>
    <w:p>
      <w:r>
        <w:rPr>
          <w:b/>
        </w:rPr>
        <w:t xml:space="preserve">[1:03:23] </w:t>
      </w:r>
      <w:r>
        <w:t>کیسے آپ نے سن لیا؟ پھر الیکٹرانک دور میں وہ چیز یونیورسل ہو گئی۔ تو معجزہ ہی تو ہے یہ۔</w:t>
      </w:r>
    </w:p>
    <w:p>
      <w:pPr>
        <w:jc w:val="right"/>
      </w:pPr>
      <w:r>
        <w:t>کیسے آپ نے سن لیا؟ پھر الیکٹرانک دور میں وہ چیز یونیورسل ہو گئی۔ تو معجزہ ہی تو ہے یہ۔</w:t>
      </w:r>
    </w:p>
    <w:p>
      <w:r>
        <w:rPr>
          <w:b/>
        </w:rPr>
        <w:t xml:space="preserve">[1:03:32] </w:t>
      </w:r>
      <w:r>
        <w:t>تو معجزہ کی حقیقت ہے کنورژن۔ اور کنورژن ہر وقت ہو رہا ہے۔ لیکن یہ بات ہے کہ کب سمجھے گا آدمی جب اس کو، اس کے ذہن کو تیار کریں؟</w:t>
      </w:r>
    </w:p>
    <w:p>
      <w:pPr>
        <w:jc w:val="right"/>
      </w:pPr>
      <w:r>
        <w:t>تو معجزہ کی حقیقت ہے کنورژن۔ اور کنورژن ہر وقت ہو رہا ہے۔ لیکن یہ بات ہے کہ کب سمجھے گا آدمی جب اس کو، اس کے ذہن کو تیار کریں۔</w:t>
      </w:r>
    </w:p>
    <w:p>
      <w:r>
        <w:rPr>
          <w:b/>
        </w:rPr>
        <w:t xml:space="preserve">[1:03:43] </w:t>
      </w:r>
      <w:r>
        <w:t>پہلے دن نہیں سمجھ لے گا۔ یہ امید نہ رکھیے کہ ادھر آپ نے کہا، ادھر اس نے مان لیا۔ جب ذہن بن جائے گا اس کا، تو سب کچھ مان لے گا۔</w:t>
      </w:r>
    </w:p>
    <w:p>
      <w:pPr>
        <w:jc w:val="right"/>
      </w:pPr>
      <w:r>
        <w:t>پہلے دن نہیں سمجھ لے گا۔ یہ امید نہ رکھیے کہ ادھر آپ نے کہا، ادھر اس نے مان لیا۔ جب ذہن بن جائے گا اس کا، تو سب کچھ مان لے گا۔</w:t>
      </w:r>
    </w:p>
    <w:p>
      <w:r>
        <w:rPr>
          <w:b/>
        </w:rPr>
        <w:t xml:space="preserve">[1:03:52] </w:t>
      </w:r>
      <w:r>
        <w:t>میں بھی پہلے نہیں مانتا تھا۔ پہلے میں ایسی باتوں کو نہیں مانتا تھا۔ نوجوانی کی عمر میں۔</w:t>
      </w:r>
    </w:p>
    <w:p>
      <w:pPr>
        <w:jc w:val="right"/>
      </w:pPr>
      <w:r>
        <w:t>میں بھی پہلے نہیں مانتا تھا۔ پہلے میں ایسی باتوں کو نہیں مانتا تھا۔ نوجوانی کی عمر میں۔</w:t>
      </w:r>
    </w:p>
    <w:p>
      <w:r>
        <w:rPr>
          <w:b/>
        </w:rPr>
        <w:t xml:space="preserve">[1:04:00] </w:t>
      </w:r>
      <w:r>
        <w:t>اب میں جب میں نے دریافت کیا کہ یہ ہے کیا؟ تو کنورژن ہی تو ہے یہ۔ ہر چیز۔ یعنی عصا، حضرت موسیٰ کا عصا جو سانپ بن گیا، تو کنورژن تو تھا وہ۔</w:t>
      </w:r>
    </w:p>
    <w:p>
      <w:pPr>
        <w:jc w:val="right"/>
      </w:pPr>
      <w:r>
        <w:t>اب میں جب میں نے دریافت کیا کہ یہ ہے کیا؟ تو کنورژن ہی تو ہے یہ۔ ہر چیز۔ یعنی عصا، حضرت موسیٰ کا عصا جو سانپ بن گیا، تو کنورژن تو تھا وہ۔</w:t>
      </w:r>
    </w:p>
    <w:p>
      <w:r>
        <w:rPr>
          <w:b/>
        </w:rPr>
        <w:t xml:space="preserve">[1:04:14] </w:t>
      </w:r>
      <w:r>
        <w:t>تو ہر وقت کنورژن ہو رہا ہے۔ ہر وقت کنورژن ہو رہا ہے۔</w:t>
      </w:r>
    </w:p>
    <w:p>
      <w:pPr>
        <w:jc w:val="right"/>
      </w:pPr>
      <w:r>
        <w:t>تو ہر وقت کنورژن ہو رہا ہے۔ ہر وقت کنورژن ہو رہا ہے۔</w:t>
      </w:r>
    </w:p>
    <w:p>
      <w:r>
        <w:rPr>
          <w:b/>
        </w:rPr>
        <w:t xml:space="preserve">[1:04:20] </w:t>
      </w:r>
      <w:r>
        <w:t>میں جب گاؤں میں رہتا تھا یو پی میں، تو اپنے گھر میں میں نے ایک وہ لگایا۔</w:t>
      </w:r>
    </w:p>
    <w:p>
      <w:pPr>
        <w:jc w:val="right"/>
      </w:pPr>
      <w:r>
        <w:t>میں جب گاؤں میں رہتا تھا یو پی میں، تو اپنے گھر میں میں نے ایک وہ لگایا۔</w:t>
      </w:r>
    </w:p>
    <w:p>
      <w:r>
        <w:rPr>
          <w:b/>
        </w:rPr>
        <w:t xml:space="preserve">[1:04:33] </w:t>
      </w:r>
      <w:r>
        <w:t>جس کو کہتے ہیں یوکلپٹس۔ ایک اتنی سی بڑی سی شاخ کہیں مجھے ملی، وہ لگایا۔ اور بہت ہی بڑا درخت بن گیا۔</w:t>
      </w:r>
    </w:p>
    <w:p>
      <w:pPr>
        <w:jc w:val="right"/>
      </w:pPr>
      <w:r>
        <w:t>جس کو کہتے ہیں یوکلپٹس۔ ایک اتنی سی بڑی سی شاخ کہیں مجھے ملی، وہ لگایا۔ اور بہت ہی بڑا درخت بن گیا۔</w:t>
      </w:r>
    </w:p>
    <w:p>
      <w:r>
        <w:rPr>
          <w:b/>
        </w:rPr>
        <w:t xml:space="preserve">[1:04:43] </w:t>
      </w:r>
      <w:r>
        <w:t>اتنا بڑا کہ دور دور سے وہ دکھائی دیتا تھا۔</w:t>
      </w:r>
    </w:p>
    <w:p>
      <w:pPr>
        <w:jc w:val="right"/>
      </w:pPr>
      <w:r>
        <w:t>اتنا بڑا کہ دور دور سے وہ دکھائی دیتا تھا۔</w:t>
      </w:r>
    </w:p>
    <w:p>
      <w:r>
        <w:rPr>
          <w:b/>
        </w:rPr>
        <w:t xml:space="preserve">[1:04:47] </w:t>
      </w:r>
      <w:r>
        <w:t>وہ پہچان بن گئی کہ دیکھو بھئی، وہ گاؤں۔ یہاں یوکلپٹس کا درخت ہے۔ اتنا سا بڑا۔ تو کیسے وہ ایک چھوٹی سی شاخ ایک بڑا درخت بن گیا۔</w:t>
      </w:r>
    </w:p>
    <w:p>
      <w:pPr>
        <w:jc w:val="right"/>
      </w:pPr>
      <w:r>
        <w:t>وہ پہچان بن گئی کہ دیکھو بھئی، وہ گاؤں۔ یہاں یوکلپٹس کا درخت ہے۔ اتنا سا بڑا۔ تو کیسے وہ ایک چھوٹی سی شاخ ایک بڑا درخت بن گیا۔</w:t>
      </w:r>
    </w:p>
    <w:p>
      <w:r>
        <w:rPr>
          <w:b/>
        </w:rPr>
        <w:t xml:space="preserve">[1:04:59] </w:t>
      </w:r>
      <w:r>
        <w:t>جو دور تک دکھائی دے۔ That was a case of conversion تو میں تو حیران ہوتا تھا دیکھ دیکھ کر کہ کیسے خدا نے ایک چھوٹی سی شاخ کو اتنا بڑا درخت بنا دیا۔</w:t>
      </w:r>
    </w:p>
    <w:p>
      <w:pPr>
        <w:jc w:val="right"/>
      </w:pPr>
      <w:r>
        <w:t>جو دور تک دکھائی دے۔ That was a case of conversion تو میں تو حیران ہوتا تھا دیکھ دیکھ کر کہ کیسے خدا نے ایک چھوٹی سی شاخ کو اتنا بڑا درخت بنا دیا۔</w:t>
      </w:r>
    </w:p>
    <w:p>
      <w:r>
        <w:rPr>
          <w:b/>
        </w:rPr>
        <w:t xml:space="preserve">[1:05:11] </w:t>
      </w:r>
      <w:r>
        <w:t>تو ہر چیز جو ہے، ایک کیس آف کنورژن ہے۔ ہر چیز معجزہ ہے۔ لیکن اس وقت آدمی کے سمجھ میں آئے گا جب کہ اس کا ذہن آپ بنا چکے ہوں۔</w:t>
      </w:r>
    </w:p>
    <w:p>
      <w:pPr>
        <w:jc w:val="right"/>
      </w:pPr>
      <w:r>
        <w:t>تو ہر چیز جو ہے، ایک کیس آف کنورژن ہے۔ ہر چیز معجزہ ہے۔ لیکن اس وقت آدمی کے سمجھ میں آئے گا جب کہ اس کا ذہن آپ بنا چکے ہوں۔</w:t>
      </w:r>
    </w:p>
    <w:p>
      <w:r>
        <w:rPr>
          <w:b/>
        </w:rPr>
        <w:t xml:space="preserve">[1:05:21] </w:t>
      </w:r>
      <w:r>
        <w:t>مولانا، یہ سوال آیا ہے مسٹر عشیش دیواری کا کانپور سے۔ انہوں نے لکھا ہے: "I had asked this question, I had asked a question from Maulana in the last Sunday talk,</w:t>
      </w:r>
    </w:p>
    <w:p>
      <w:pPr>
        <w:jc w:val="right"/>
      </w:pPr>
      <w:r>
        <w:t>مولانا، یہ سوال آیا ہے مسٹر عشیش دیواری کا کانپور سے۔ انہوں نے لکھا ہے: "I had asked this question, I had asked a question from مولانا in the last Sunday talk,</w:t>
      </w:r>
    </w:p>
    <w:p>
      <w:r>
        <w:rPr>
          <w:b/>
        </w:rPr>
        <w:t xml:space="preserve">[1:05:34] </w:t>
      </w:r>
      <w:r>
        <w:t>but perhaps it was misunderstood.</w:t>
      </w:r>
    </w:p>
    <w:p>
      <w:pPr>
        <w:jc w:val="right"/>
      </w:pPr>
      <w:r>
        <w:t>but perhaps it was misunderstood.</w:t>
      </w:r>
    </w:p>
    <w:p>
      <w:r>
        <w:rPr>
          <w:b/>
        </w:rPr>
        <w:t xml:space="preserve">[1:05:37] </w:t>
      </w:r>
      <w:r>
        <w:t>I have a firm belief in God, but the basic question in my mind relates to why we are here in this world. You have said that the creation plan of God is to test man in this world and find out whether he is worthy of living in paradise.</w:t>
      </w:r>
    </w:p>
    <w:p>
      <w:pPr>
        <w:jc w:val="right"/>
      </w:pPr>
      <w:r>
        <w:t>I have a firm belief in God, but the basic question in my mind relates to why we are here in this world. You have said that the creation plan of God is to test man in this world and find out whether he is worthy of living in paradise.</w:t>
      </w:r>
    </w:p>
    <w:p>
      <w:r>
        <w:rPr>
          <w:b/>
        </w:rPr>
        <w:t xml:space="preserve">[1:05:55] </w:t>
      </w:r>
      <w:r>
        <w:t>But God is the most merciful to His creatures, so why would He subject them to trials and hardships for testing them, if such a test is not really necessary and the outcome of the test is known in advance?</w:t>
      </w:r>
    </w:p>
    <w:p>
      <w:pPr>
        <w:jc w:val="right"/>
      </w:pPr>
      <w:r>
        <w:t>But God is the most merciful to His creatures, so why would He subject them to trials and hardships for testing them, if such a test is not really necessary and the outcome of the test is known in advance?</w:t>
      </w:r>
    </w:p>
    <w:p>
      <w:r>
        <w:rPr>
          <w:b/>
        </w:rPr>
        <w:t xml:space="preserve">[1:06:11] </w:t>
      </w:r>
      <w:r>
        <w:t>If Quran is truly the word of God, it must answer this basic question. Is there any verse in Quran that can shed any light on this matter?</w:t>
      </w:r>
    </w:p>
    <w:p>
      <w:pPr>
        <w:jc w:val="right"/>
      </w:pPr>
      <w:r>
        <w:t>If Quran is truly the word of God, it must answer this basic question. Is there any verse in Quran that can shed any light on this matter?</w:t>
      </w:r>
    </w:p>
    <w:p>
      <w:r>
        <w:rPr>
          <w:b/>
        </w:rPr>
        <w:t xml:space="preserve">[1:06:22] </w:t>
      </w:r>
      <w:r>
        <w:t>In my own reading of Quran, I could not find the answer. Please provide your valuable guidance in this regard."dekhen, yahi ek sawal hai, billion sawal hai.</w:t>
      </w:r>
    </w:p>
    <w:p>
      <w:pPr>
        <w:jc w:val="right"/>
      </w:pPr>
      <w:r>
        <w:t>In my own reading of Quran, I could not find the answer. Please provide your valuable guidance in this regard." دیکھیں، یہی ایک سوال ہے، بلین سوال ہے۔</w:t>
      </w:r>
    </w:p>
    <w:p>
      <w:r>
        <w:rPr>
          <w:b/>
        </w:rPr>
        <w:t xml:space="preserve">[1:06:35] </w:t>
      </w:r>
      <w:r>
        <w:t>lekin aap ko karna kya hai? science mein ek formula hai, us ko kehte hain Principle of Elimination.</w:t>
      </w:r>
    </w:p>
    <w:p>
      <w:pPr>
        <w:jc w:val="right"/>
      </w:pPr>
      <w:r>
        <w:t>لیکن آپ کو کرنا کیا ہے؟ سائنس میں ایک فارمولا ہے، اس کو کہتے ہیں Principle of Elimination۔</w:t>
      </w:r>
    </w:p>
    <w:p>
      <w:r>
        <w:rPr>
          <w:b/>
        </w:rPr>
        <w:t xml:space="preserve">[1:06:44] </w:t>
      </w:r>
      <w:r>
        <w:t>yani kuch sawal aise hote hain, un ko aap ko yani chhodna padta hai, ignore karna padta hai. warna aap kahin nahin pahunchen.</w:t>
      </w:r>
    </w:p>
    <w:p>
      <w:pPr>
        <w:jc w:val="right"/>
      </w:pPr>
      <w:r>
        <w:t>یعنی کچھ سوال ایسے ہوتے ہیں، ان کو آپ کو یعنی چھوڑنا پڑتا ہے، ignore کرنا پڑتا ہے۔ ورنہ آپ کہیں نہیں پہنچے۔</w:t>
      </w:r>
    </w:p>
    <w:p>
      <w:r>
        <w:rPr>
          <w:b/>
        </w:rPr>
        <w:t xml:space="preserve">[1:06:55] </w:t>
      </w:r>
      <w:r>
        <w:t>farz kijiye ke aap Dilli mein hain, aap ko jaana hai Kanpur. to har waqt yeh andesha hai ke main train se jaaun to kahin train jo hai, patri se utar jaaye.</w:t>
      </w:r>
    </w:p>
    <w:p>
      <w:pPr>
        <w:jc w:val="right"/>
      </w:pPr>
      <w:r>
        <w:t>فرض کیجیے کہ آپ دلہ میں ہیں، آپ کو جانا ہے کانپور۔ تو ہر وقت یہ اندیشہ ہے کہ میں ٹرین سے جاؤں تو کہیں ٹرین جو ہے، پٹری سے اتر جائے۔</w:t>
      </w:r>
    </w:p>
    <w:p>
      <w:r>
        <w:rPr>
          <w:b/>
        </w:rPr>
        <w:t xml:space="preserve">[1:07:07] </w:t>
      </w:r>
      <w:r>
        <w:t>kahin earth quake aa jaaye. kahin woh storm aa jaaye. to kya aap safar nahin karenge? is ko eliminate karte hain aap, is sawalat ko.</w:t>
      </w:r>
    </w:p>
    <w:p>
      <w:pPr>
        <w:jc w:val="right"/>
      </w:pPr>
      <w:r>
        <w:t>کہیں ارتھ کویک آ جائے۔ کہیں وہ اسٹارم آ جائے۔ تو کیا آپ سفر نہیں کریں گے؟ اس کو eliminate کرتے ہیں آپ، اس سوالات کو۔</w:t>
      </w:r>
    </w:p>
    <w:p>
      <w:r>
        <w:rPr>
          <w:b/>
        </w:rPr>
        <w:t xml:space="preserve">[1:07:19] </w:t>
      </w:r>
      <w:r>
        <w:t>Eliminate karte hain.</w:t>
      </w:r>
    </w:p>
    <w:p>
      <w:pPr>
        <w:jc w:val="right"/>
      </w:pPr>
      <w:r>
        <w:t>Eliminate کرتے ہیں۔</w:t>
      </w:r>
    </w:p>
    <w:p>
      <w:r>
        <w:rPr>
          <w:b/>
        </w:rPr>
        <w:t xml:space="preserve">[1:07:21] </w:t>
      </w:r>
      <w:r>
        <w:t>har maamle mein, isi ki baat nahin hai, har maamle mein hazaron sawal hain. Side questions. is ko aap eliminate karte hain to duniya mein zinda hain.</w:t>
      </w:r>
    </w:p>
    <w:p>
      <w:pPr>
        <w:jc w:val="right"/>
      </w:pPr>
      <w:r>
        <w:t>ہر معاملے میں، اسی کی بات نہیں ہے، ہر معاملے میں ہزاروں سوال ہیں۔ Side questions۔ اس کو آپ eliminate کرتے ہیں تو دنیا میں زندہ ہیں۔</w:t>
      </w:r>
    </w:p>
    <w:p>
      <w:r>
        <w:rPr>
          <w:b/>
        </w:rPr>
        <w:t xml:space="preserve">[1:07:31] </w:t>
      </w:r>
      <w:r>
        <w:t>to yeh ek side question hai. asal baat jo sochne ki, us par focus hona chahiye, woh kya hai? ke Allah taala ne kitni badi mere saath yani rehmat ki hai.</w:t>
      </w:r>
    </w:p>
    <w:p>
      <w:pPr>
        <w:jc w:val="right"/>
      </w:pPr>
      <w:r>
        <w:t>تو یہ ایک side question ہے۔ اصل بات جو سوچنے کی، اس پر focus ہونا چاہیے، وہ کیا ہے؟ کہ اللہ تعالیٰ نے کتنی بڑی میرے ساتھ یعنی رحمت کی ہے۔</w:t>
      </w:r>
    </w:p>
    <w:p>
      <w:r>
        <w:rPr>
          <w:b/>
        </w:rPr>
        <w:t xml:space="preserve">[1:07:45] </w:t>
      </w:r>
      <w:r>
        <w:t>ke mujhe paida kiya jabke main mera wajood nahin tha.</w:t>
      </w:r>
    </w:p>
    <w:p>
      <w:pPr>
        <w:jc w:val="right"/>
      </w:pPr>
      <w:r>
        <w:t>کہ مجھے پیدا کیا جبکہ میں میرا وجود نہیں تھا۔</w:t>
      </w:r>
    </w:p>
    <w:p>
      <w:r>
        <w:rPr>
          <w:b/>
        </w:rPr>
        <w:t xml:space="preserve">[1:07:49] </w:t>
      </w:r>
      <w:r>
        <w:t>ek duniya mein rakha, saath sau saal, pachas saal, assi saal ke liye. aur mujhe sirf itna karna hai ke azaadi ko miss use na karun.</w:t>
      </w:r>
    </w:p>
    <w:p>
      <w:pPr>
        <w:jc w:val="right"/>
      </w:pPr>
      <w:r>
        <w:t>ایک دنیا میں رکھا، ساٹھ ستر سال، پچاس سال، اسی سال کے لیے۔ اور مجھے صرف اتنا کرنا ہے کہ آزادی کو miss use نہ کروں۔</w:t>
      </w:r>
    </w:p>
    <w:p>
      <w:r>
        <w:rPr>
          <w:b/>
        </w:rPr>
        <w:t xml:space="preserve">[1:08:01] </w:t>
      </w:r>
      <w:r>
        <w:t>aur is ke baad mujhe eternal paradise milegi.</w:t>
      </w:r>
    </w:p>
    <w:p>
      <w:pPr>
        <w:jc w:val="right"/>
      </w:pPr>
      <w:r>
        <w:t>اور اس کے بعد مجھے eternal paradise ملے گی۔</w:t>
      </w:r>
    </w:p>
    <w:p>
      <w:r>
        <w:rPr>
          <w:b/>
        </w:rPr>
        <w:t xml:space="preserve">[1:08:07] </w:t>
      </w:r>
      <w:r>
        <w:t>main ek shakhs se mila ek baar, jo padh raha tha university mein. to ek kamre mein raat din rehta tha woh. us ko zaroor tha ke mujhe top karna hai.</w:t>
      </w:r>
    </w:p>
    <w:p>
      <w:pPr>
        <w:jc w:val="right"/>
      </w:pPr>
      <w:r>
        <w:t>میں ایک شخص سے ملا ایک بار، جو پڑھ رہا تھا یونیورسٹی میں۔ تو ایک کمرے میں رات دن رہتا تھا وہ۔ اس کو ضرور تھا کہ مجھے ٹاپ کرنا ہے۔</w:t>
      </w:r>
    </w:p>
    <w:p>
      <w:r>
        <w:rPr>
          <w:b/>
        </w:rPr>
        <w:t xml:space="preserve">[1:08:18] </w:t>
      </w:r>
      <w:r>
        <w:t>top karna hai. bade bade baal ho gaye the, baal nahin banwata tha woh.</w:t>
      </w:r>
    </w:p>
    <w:p>
      <w:pPr>
        <w:jc w:val="right"/>
      </w:pPr>
      <w:r>
        <w:t>ٹاپ کرنا ہے۔ بڑے بڑے بال ہو گئے تھے، بال نہیں بنواتا تھا وہ۔</w:t>
      </w:r>
    </w:p>
    <w:p>
      <w:r>
        <w:rPr>
          <w:b/>
        </w:rPr>
        <w:t xml:space="preserve">[1:08:25] </w:t>
      </w:r>
      <w:r>
        <w:t>yani bilkul neat bana hua tha us zamane mein woh. to main ne us se poocha ke bhai, aap ki haalat hai aisi?</w:t>
      </w:r>
    </w:p>
    <w:p>
      <w:pPr>
        <w:jc w:val="right"/>
      </w:pPr>
      <w:r>
        <w:t>یعنی بالکل میٹ بنا ہوا تھا اس زمانے میں وہ۔ تو میں نے اس سے پوچھا کہ بھائی، آپ کی حالت ہے ایسی؟</w:t>
      </w:r>
    </w:p>
    <w:p>
      <w:r>
        <w:rPr>
          <w:b/>
        </w:rPr>
        <w:t xml:space="preserve">[1:08:34] </w:t>
      </w:r>
      <w:r>
        <w:t>to yeh aap ko kaisa lagta hai yeh?</w:t>
      </w:r>
    </w:p>
    <w:p>
      <w:pPr>
        <w:jc w:val="right"/>
      </w:pPr>
      <w:r>
        <w:t>تو یہ آپ کو کیسا لگتا ہے یہ؟</w:t>
      </w:r>
    </w:p>
    <w:p>
      <w:r>
        <w:rPr>
          <w:b/>
        </w:rPr>
        <w:t xml:space="preserve">[1:08:37] </w:t>
      </w:r>
      <w:r>
        <w:t>to us ne kaha, yeh baat kahi ke jab main yeh sochta hoon ke jis din main top karunga, us din foran mere taraqqi ke darwaze khul jayenge. to sab bhool jaata hai, pareshani bhool jaati hai.</w:t>
      </w:r>
    </w:p>
    <w:p>
      <w:pPr>
        <w:jc w:val="right"/>
      </w:pPr>
      <w:r>
        <w:t>تو اس نے کہا، یہ بات کہی کہ جب میں یہ سوچتا ہوں کہ جس دن میں ٹاپ کروں گا، اس دن فوراً میرے ترقی کے دروازے کھل جائیں گے۔ تو سب بھول جاتا ہے، پریشانی بھول جاتی ہے۔</w:t>
      </w:r>
    </w:p>
    <w:p>
      <w:r>
        <w:rPr>
          <w:b/>
        </w:rPr>
        <w:t xml:space="preserve">[1:08:51] </w:t>
      </w:r>
      <w:r>
        <w:t>agar woh yeh sochta ke kahin mar jaaun beech mein, ya hadsa ho jaaye, ke falan baat ho jaaye. to usi mein phansa rehta hai woh.</w:t>
      </w:r>
    </w:p>
    <w:p>
      <w:pPr>
        <w:jc w:val="right"/>
      </w:pPr>
      <w:r>
        <w:t>اگر وہ یہ سوچتا کہ کہیں مر جاؤں بیچ میں، یا حادثہ ہو جائے، کہ فلاں بات ہو جائے۔ تو اسی میں پھنسا رہتا ہے وہ۔</w:t>
      </w:r>
    </w:p>
    <w:p>
      <w:r>
        <w:rPr>
          <w:b/>
        </w:rPr>
        <w:t xml:space="preserve">[1:09:00] </w:t>
      </w:r>
      <w:r>
        <w:t>dekhen, side question mein phansna, yeh us ka naam hai confusion. yaad rakhiye.</w:t>
      </w:r>
    </w:p>
    <w:p>
      <w:pPr>
        <w:jc w:val="right"/>
      </w:pPr>
      <w:r>
        <w:t>دیکھیں، side question میں پھنسنا، یہ اس کا نام ہے confusion۔ یاد رکھیے۔</w:t>
      </w:r>
    </w:p>
    <w:p>
      <w:r>
        <w:rPr>
          <w:b/>
        </w:rPr>
        <w:t xml:space="preserve">[1:09:05] </w:t>
      </w:r>
      <w:r>
        <w:t>Side question hamesha hi hote hain. kisi bhi cheez mein. agar aap side question mein phans jaayen to aap zinda reh rahe hain. aap shaadi na karen. aap bachchon ko na padhayen.</w:t>
      </w:r>
    </w:p>
    <w:p>
      <w:pPr>
        <w:jc w:val="right"/>
      </w:pPr>
      <w:r>
        <w:t>Side question ہمیشہ ہی ہوتے ہیں۔ کسی بھی چیز میں۔ اگر آپ side question میں پھنس جائیں تو آپ زندہ رہ رہے ہیں۔ آپ شادی نہ کریں۔ آپ بچوں کو نہ پڑھائیں۔</w:t>
      </w:r>
    </w:p>
    <w:p>
      <w:r>
        <w:rPr>
          <w:b/>
        </w:rPr>
        <w:t xml:space="preserve">[1:09:13] </w:t>
      </w:r>
      <w:r>
        <w:t>aap business na karen. aap job na karen. kyun ke har jagah side question maujood hai. to yeh science mein yahi hota hai ke aaj scientist jab aap kisi cheez ki tehqeeq karta hai to bahut si cheezen darmiyan mein aati hain.</w:t>
      </w:r>
    </w:p>
    <w:p>
      <w:pPr>
        <w:jc w:val="right"/>
      </w:pPr>
      <w:r>
        <w:t>آپ business نہ کریں۔ آپ جاب نہ کریں۔ کیوں کہ ہر جگہ side question موجود ہے۔ تو یہ سائنس میں یہی ہوتا ہے کہ آج سائنسدان جب آپ کسی چیز کی تحقیق کرتا ہے تو بہت سی چیزیں درمیان میں آتی ہیں۔</w:t>
      </w:r>
    </w:p>
    <w:p>
      <w:r>
        <w:rPr>
          <w:b/>
        </w:rPr>
        <w:t xml:space="preserve">[1:09:27] </w:t>
      </w:r>
      <w:r>
        <w:t>ek cheezen jo hain, amal ke bete roop mein hain. mil juli roop mein hain.</w:t>
      </w:r>
    </w:p>
    <w:p>
      <w:pPr>
        <w:jc w:val="right"/>
      </w:pPr>
      <w:r>
        <w:t>ایک چیزیں جو ہیں، عمل کے بیٹے روپ میں ہیں۔ مل جلی روپ میں ہیں۔</w:t>
      </w:r>
    </w:p>
    <w:p>
      <w:r>
        <w:rPr>
          <w:b/>
        </w:rPr>
        <w:t xml:space="preserve">[1:09:33] </w:t>
      </w:r>
      <w:r>
        <w:t>science-daan ek cheez ki tehqeeq kar raha hai. to beech mein doosri cheezein aati hain. jiska talluq chemistry se hai, uska talluq biology se hai, uska talluq physics se hai, uska talluq is se hai, is se hai, is chhodta jaata hai.</w:t>
      </w:r>
    </w:p>
    <w:p>
      <w:pPr>
        <w:jc w:val="right"/>
      </w:pPr>
      <w:r>
        <w:t>سائنسدان ایک چیز کی تحقیق کر رہا ہے۔ تو بیچ میں دوسری چیزیں آتی ہیں۔ جس کا تعلق کیمسٹری سے ہے، اس کا تعلق بائیولوجی سے ہے، اس کا تعلق فزکس سے ہے، اس کا تعلق اس سے ہے، اس سے ہے، اس چھوڑتا جاتا ہے۔</w:t>
      </w:r>
    </w:p>
    <w:p>
      <w:r>
        <w:rPr>
          <w:b/>
        </w:rPr>
        <w:t xml:space="preserve">[1:09:45] </w:t>
      </w:r>
      <w:r>
        <w:t>is ek cheez tak safar karta hai woh. tab woh tehqeeq kar paata hai. jisko kehte hain Principle of Elimination. to aap ko yeh karna hai, yahan bhi karna hai.</w:t>
      </w:r>
    </w:p>
    <w:p>
      <w:pPr>
        <w:jc w:val="right"/>
      </w:pPr>
      <w:r>
        <w:t>اس ایک چیز تک سفر کرتا ہے وہ۔ تب وہ تحقیق کر پاتا ہے۔ جس کو کہتے ہیں Principle of Elimination۔ تو آپ کو یہ کرنا ہے، یہاں بھی کرنا ہے۔</w:t>
      </w:r>
    </w:p>
    <w:p>
      <w:r>
        <w:rPr>
          <w:b/>
        </w:rPr>
        <w:t xml:space="preserve">[1:09:57] </w:t>
      </w:r>
      <w:r>
        <w:t>Side questions ko aap ko ignore karna padega. nahin to phanse rahenge, phanse rahenge, kuch nahin hoga.</w:t>
      </w:r>
    </w:p>
    <w:p>
      <w:pPr>
        <w:jc w:val="right"/>
      </w:pPr>
      <w:r>
        <w:t>Side questions کو آپ کو ignore کرنا پڑے گا۔ نہیں تو پھنسے رہیں گے، پھنسے رہیں گے، کچھ نہیں ہوگا۔</w:t>
      </w:r>
    </w:p>
    <w:p>
      <w:r>
        <w:rPr>
          <w:b/>
        </w:rPr>
        <w:t xml:space="preserve">[1:10:04] </w:t>
      </w:r>
      <w:r>
        <w:t>aur sawal yeh hai ke aap isi mein kyon itna zyada? main kehta hoon, aap ki zindagi mein kaun sa maamla aisa hai jahan yeh sab sawal na hon aur us ko eliminate na kiya ho aap ne?</w:t>
      </w:r>
    </w:p>
    <w:p>
      <w:pPr>
        <w:jc w:val="right"/>
      </w:pPr>
      <w:r>
        <w:t>اور سوال یہ ہے کہ آپ اسی میں کیوں اتنا زیادہ؟ میں کہتا ہوں، آپ کی زندگی میں کون سا معاملہ ایسا ہے جہاں یہ سب سوال نہ ہوں اور اس کو eliminate نہ کیا ہو آپ نے؟</w:t>
      </w:r>
    </w:p>
    <w:p>
      <w:r>
        <w:rPr>
          <w:b/>
        </w:rPr>
        <w:t xml:space="preserve">[1:10:15] </w:t>
      </w:r>
      <w:r>
        <w:t>jab aap ne business ki hogi, jab aap ne parha hoga, jab aap ne job kiya hoga, jab aap ne shadi ki hogi, jab aap ne bachche ko school mein dakhil kiya hoga, jab aap ne safar kiya hoga, har jagah aise sawal the.</w:t>
      </w:r>
    </w:p>
    <w:p>
      <w:pPr>
        <w:jc w:val="right"/>
      </w:pPr>
      <w:r>
        <w:t>جب آپ نے business کی ہوگی، جب آپ نے پڑھا ہوگا، جب آپ نے جاب کیا ہوگا، جب آپ نے شادی کی ہوگی، جب آپ نے بچے کو اسکول میں داخل کیا ہوگا، جب آپ نے سفر کیا ہوگا، ہر جگہ ایسے سوال تھے۔</w:t>
      </w:r>
    </w:p>
    <w:p>
      <w:r>
        <w:rPr>
          <w:b/>
        </w:rPr>
        <w:t xml:space="preserve">[1:10:27] </w:t>
      </w:r>
      <w:r>
        <w:t>aaj bhi aise sawal hain. to aap us ko eliminate karte hain. apne jo aap ka goal hai, us mein badhte rehte hain, badhte rehte hain, badhte rehte hain.</w:t>
      </w:r>
    </w:p>
    <w:p>
      <w:pPr>
        <w:jc w:val="right"/>
      </w:pPr>
      <w:r>
        <w:t>آج بھی ایسے سوال ہیں۔ تو آپ اس کو eliminate کرتے ہیں۔ اپنے جو آپ کا goal ہے، اس میں بڑھتے رہتے ہیں، بڑھتے رہتے ہیں، بڑھتے رہتے ہیں۔</w:t>
      </w:r>
    </w:p>
    <w:p>
      <w:r>
        <w:rPr>
          <w:b/>
        </w:rPr>
        <w:t xml:space="preserve">[1:10:37] </w:t>
      </w:r>
      <w:r>
        <w:t>to yeh side question yaani Principle of Elimination, yeh universal principle hai. har aadmi is par karta hi karta hai, amal na kare to paagal ho jaye.</w:t>
      </w:r>
    </w:p>
    <w:p>
      <w:pPr>
        <w:jc w:val="right"/>
      </w:pPr>
      <w:r>
        <w:t>تو یہ side question یعنی Principle of Elimination، یہ یونیورسل پرنسپل ہے۔ ہر آدمی اس پر کرتا ہی کرتا ہے، عمل نہ کرے تو پاگل ہو جائے۔</w:t>
      </w:r>
    </w:p>
    <w:p>
      <w:r>
        <w:rPr>
          <w:b/>
        </w:rPr>
        <w:t xml:space="preserve">[1:10:49] </w:t>
      </w:r>
      <w:r>
        <w:t>to main kahunga, sirf yeh sochiye ke kaisa ajeeb mauqa diya Allah taala ne mujh ko ke main ek sirf ek cheez ko, ek ek cheez saabit kar doon apni zindagi mein.</w:t>
      </w:r>
    </w:p>
    <w:p>
      <w:pPr>
        <w:jc w:val="right"/>
      </w:pPr>
      <w:r>
        <w:t>تو میں کہوں گا، صرف یہ سوچیے کہ کیسا عجیب موقع دیا اللہ تعالیٰ نے مجھ کو کہ میں ایک صرف ایک چیز کو، ایک ایک چیز ثابت کر دوں اپنی زندگی میں۔</w:t>
      </w:r>
    </w:p>
    <w:p>
      <w:r>
        <w:rPr>
          <w:b/>
        </w:rPr>
        <w:t xml:space="preserve">[1:11:02] </w:t>
      </w:r>
      <w:r>
        <w:t>ke maine Khuda ki di hui azaadi ko miss use nahin kiya. aur us ke baad aaya eternal paradise hai. to yeh to bilkul thrilling, aap ko thrill aayega yeh soch kar ke.</w:t>
      </w:r>
    </w:p>
    <w:p>
      <w:pPr>
        <w:jc w:val="right"/>
      </w:pPr>
      <w:r>
        <w:t>کہ میں نے خدا کی دی ہوئی آزادی کو miss use نہیں کیا۔ اور اس کے بعد آیا eternal paradise ہے۔ تو یہ تو بالکل thrilling، آپ کو thrill آئے گا یہ سوچ کر کے۔</w:t>
      </w:r>
    </w:p>
    <w:p>
      <w:r>
        <w:rPr>
          <w:b/>
        </w:rPr>
        <w:t xml:space="preserve">[1:11:16] </w:t>
      </w:r>
      <w:r>
        <w:t>Thrill aayega.</w:t>
      </w:r>
    </w:p>
    <w:p>
      <w:pPr>
        <w:jc w:val="right"/>
      </w:pPr>
      <w:r>
        <w:t>Thrill آئے گا۔</w:t>
      </w:r>
    </w:p>
    <w:p>
      <w:r>
        <w:rPr>
          <w:b/>
        </w:rPr>
        <w:t xml:space="preserve">[1:11:18] </w:t>
      </w:r>
      <w:r>
        <w:t>yeh kyon ke aap ne is ko discover nahin kiya. yaani woh thrilling discovery aap ko nahin hui goal ke baare mein. to aap side question mein phanse hue hain.</w:t>
      </w:r>
    </w:p>
    <w:p>
      <w:pPr>
        <w:jc w:val="right"/>
      </w:pPr>
      <w:r>
        <w:t>یہ کیوں کہ آپ نے اس کو discover نہیں کیا۔ یعنی وہ thrilling discovery آپ کو نہیں ہوئی goal کے بارے میں۔ تو آپ side question میں پھنسے ہوئے ہیں۔</w:t>
      </w:r>
    </w:p>
    <w:p>
      <w:r>
        <w:rPr>
          <w:b/>
        </w:rPr>
        <w:t xml:space="preserve">[1:11:29] </w:t>
      </w:r>
      <w:r>
        <w:t>main sirf yahi kahunga ke aap doosri zindagi ke doosre maamle mein is ki aasani karte to aap double standard ban rahe hain. dekhen, saada baat nahin hai.</w:t>
      </w:r>
    </w:p>
    <w:p>
      <w:pPr>
        <w:jc w:val="right"/>
      </w:pPr>
      <w:r>
        <w:t>میں صرف یہی کہوں گا کہ آپ دوسری زندگی کے دوسرے معاملے میں اس کی آسانی کرتے تو آپ double standard بن رہے ہیں۔ دیکھیں، سادہ بات نہیں ہے۔</w:t>
      </w:r>
    </w:p>
    <w:p>
      <w:r>
        <w:rPr>
          <w:b/>
        </w:rPr>
        <w:t xml:space="preserve">[1:11:41] </w:t>
      </w:r>
      <w:r>
        <w:t>aap double standard ban rahe hain.</w:t>
      </w:r>
    </w:p>
    <w:p>
      <w:pPr>
        <w:jc w:val="right"/>
      </w:pPr>
      <w:r>
        <w:t>آپ double standard بن رہے ہیں۔</w:t>
      </w:r>
    </w:p>
    <w:p>
      <w:r>
        <w:rPr>
          <w:b/>
        </w:rPr>
        <w:t xml:space="preserve">[1:11:43] </w:t>
      </w:r>
      <w:r>
        <w:t>har doosre maamle mein aap side question ko ignore karte hain. har doosre maamle mein. koi maamla aisa nahin hai ke aap side question ko.</w:t>
      </w:r>
    </w:p>
    <w:p>
      <w:pPr>
        <w:jc w:val="right"/>
      </w:pPr>
      <w:r>
        <w:t>ہر دوسرے معاملے میں آپ side question کو ignore کرتے ہیں۔ ہر دوسرے معاملے میں۔ کوئی معاملہ ایسا نہیں ہے کہ آپ side question کو۔</w:t>
      </w:r>
    </w:p>
    <w:p>
      <w:r>
        <w:rPr>
          <w:b/>
        </w:rPr>
        <w:t xml:space="preserve">[1:11:54] </w:t>
      </w:r>
      <w:r>
        <w:t>ek baar to aap yahan par dekhiye. yahan jo Prime Minister the, jo kuch din ke liye pehle, Chandrashekhar.</w:t>
      </w:r>
    </w:p>
    <w:p>
      <w:pPr>
        <w:jc w:val="right"/>
      </w:pPr>
      <w:r>
        <w:t>ایک بار تو آپ یہاں پر دیکھیے۔ یہاں جو Prime Minister تھے، جو کچھ دن کے لیے پہلے، چند شیکھر۔</w:t>
      </w:r>
    </w:p>
    <w:p>
      <w:r>
        <w:rPr>
          <w:b/>
        </w:rPr>
        <w:t xml:space="preserve">[1:12:02] </w:t>
      </w:r>
      <w:r>
        <w:t>Chandrashekhar ke haan booth mein unhon ne ek form banaya tha. bahut achha form, bahut khoobsurat. to unhon ne ek baar to wahan function kiya tha, mujhe bulaya tha wahan.</w:t>
      </w:r>
    </w:p>
    <w:p>
      <w:pPr>
        <w:jc w:val="right"/>
      </w:pPr>
      <w:r>
        <w:t>چند شیکھر کے ہاں بوٹسی میں انہوں نے ایک فارم بنایا تھا۔ بہت اچھا فارم، بہت خوبصورت۔ تو انہوں نے ایک بار تو وہاں function کیا تھا، مجھے بلایا تھا وہاں۔</w:t>
      </w:r>
    </w:p>
    <w:p>
      <w:r>
        <w:rPr>
          <w:b/>
        </w:rPr>
        <w:t xml:space="preserve">[1:12:13] </w:t>
      </w:r>
      <w:r>
        <w:t>ab zahir hai ke Prime Minister ka form aur wahan par bahut aala intezamat the. achha, main ne jo khana khaya to mujhe food poisoning ho gayi.</w:t>
      </w:r>
    </w:p>
    <w:p>
      <w:pPr>
        <w:jc w:val="right"/>
      </w:pPr>
      <w:r>
        <w:t>اب ظاہر ہے کہ Prime Minister کا فارم اور وہاں پر بہت اعلیٰ انتظامات تھے۔ اچھا، میں نے جو کھانا کھایا تو مجھے food poisoning ہو گئی۔</w:t>
      </w:r>
    </w:p>
    <w:p>
      <w:r>
        <w:rPr>
          <w:b/>
        </w:rPr>
        <w:t xml:space="preserve">[1:12:24] </w:t>
      </w:r>
      <w:r>
        <w:t>Food poisoning ho gayi. aur itna zyada main pareshan hua ke bayan se bahar. ab isi ko le kar main kahoon, har khane ko main shakk karoon? to bhooka nahin mar jaunga main?</w:t>
      </w:r>
    </w:p>
    <w:p>
      <w:pPr>
        <w:jc w:val="right"/>
      </w:pPr>
      <w:r>
        <w:t>Food poisoning ہو گئی۔ اور اتنا زیادہ میں پریشان ہوا کہ بیان سے باہر۔ اب اسی کو لے کر میں کہوں، ہر کھانے کو میں شک کروں؟ تو بھوکا نہیں مر جاؤں گا میں؟</w:t>
      </w:r>
    </w:p>
    <w:p>
      <w:r>
        <w:rPr>
          <w:b/>
        </w:rPr>
        <w:t xml:space="preserve">[1:12:35] </w:t>
      </w:r>
      <w:r>
        <w:t>ke wahan ka jo khana tha, Chandrashekhar ke haan, woh us mein pata nahin kya cheez ki thi, food poisoning ho gayi. ab har khane ko shakk karoon main?</w:t>
      </w:r>
    </w:p>
    <w:p>
      <w:pPr>
        <w:jc w:val="right"/>
      </w:pPr>
      <w:r>
        <w:t>کہ وہاں کا جو کھانا تھا، چند شیکھر کے ہاں، وہ اس میں پتہ نہیں کیا چیز کی تھی، food poisoning ہو گئی۔ اب ہر کھانے کو شک کروں میں؟</w:t>
      </w:r>
    </w:p>
    <w:p>
      <w:r>
        <w:rPr>
          <w:b/>
        </w:rPr>
        <w:t xml:space="preserve">[1:12:45] </w:t>
      </w:r>
      <w:r>
        <w:t>to bhooka marunga main? aise hi main Kashmir mein gaya to wahan par Pahalgam mein pani pi liya maine.</w:t>
      </w:r>
    </w:p>
    <w:p>
      <w:pPr>
        <w:jc w:val="right"/>
      </w:pPr>
      <w:r>
        <w:t>تو بھوکا مروں گا میں؟ ایسے ہی میں کشمیر میں گیا تو وہاں پر پہل گاؤں میں پانی پی لیا میں نے۔</w:t>
      </w:r>
    </w:p>
    <w:p>
      <w:r>
        <w:rPr>
          <w:b/>
        </w:rPr>
        <w:t xml:space="preserve">[1:12:54] </w:t>
      </w:r>
      <w:r>
        <w:t>wahan pani, woh heavy water hota hai, heavy water</w:t>
      </w:r>
    </w:p>
    <w:p>
      <w:pPr>
        <w:jc w:val="right"/>
      </w:pPr>
      <w:r>
        <w:t>وہاں پانی، وہ heavy water ہوتا ہے، heavy water</w:t>
      </w:r>
    </w:p>
    <w:p>
      <w:r>
        <w:rPr>
          <w:b/>
        </w:rPr>
        <w:t xml:space="preserve">[1:12:58] </w:t>
      </w:r>
      <w:r>
        <w:t>. to mere sir mein bahut dard hua. bahut dard hua ke main yaani bolna bhi mushkil se hota tha. to ab main koi pani na piyoon, jo pani piyunga samjhunga ke bhai wohi phir dobara na ho jaye.</w:t>
      </w:r>
    </w:p>
    <w:p>
      <w:pPr>
        <w:jc w:val="right"/>
      </w:pPr>
      <w:r>
        <w:t>۔ تو میرے سر میں بہت درد ہوا۔ بہت درد ہوا کہ میں یعنی بولنا بھی مشکل سے ہوتا تھا۔ تو اب میں کوئی پانی نہ پیوں، جو پانی پیوں گا سمجھوں کہ بھئی وہی پھر دوبارہ نہ ہو جائے۔</w:t>
      </w:r>
    </w:p>
    <w:p>
      <w:r>
        <w:rPr>
          <w:b/>
        </w:rPr>
        <w:t xml:space="preserve">[1:13:11] </w:t>
      </w:r>
      <w:r>
        <w:t>shakk kar loon. to dekhiye, shakk mein jeena koi jeena nahin hai. aaj aisa aadmi double standard banta hai. kuch cheezon mein shakk karega, kuch cheezon mein nahin karega.</w:t>
      </w:r>
    </w:p>
    <w:p>
      <w:pPr>
        <w:jc w:val="right"/>
      </w:pPr>
      <w:r>
        <w:t>شک کر لوں۔ تو دیکھیے، شک میں جینا کوئی جینا نہیں ہے۔ آج ایسا آدمی double standard بنتا ہے۔ کچھ چیزوں میں شک کرے گا، کچھ چیزوں میں نہیں کرے گا۔</w:t>
      </w:r>
    </w:p>
    <w:p>
      <w:r>
        <w:rPr>
          <w:b/>
        </w:rPr>
        <w:t xml:space="preserve">[1:13:22] </w:t>
      </w:r>
      <w:r>
        <w:t>kuch cheezon mein side question par zor dega, kuch cheezon par ignore karega.</w:t>
      </w:r>
    </w:p>
    <w:p>
      <w:pPr>
        <w:jc w:val="right"/>
      </w:pPr>
      <w:r>
        <w:t>کچھ چیزوں میں side question پر زور دے گا، کچھ چیزوں پر ignore کرے گا۔</w:t>
      </w:r>
    </w:p>
    <w:p>
      <w:r>
        <w:rPr>
          <w:b/>
        </w:rPr>
        <w:t xml:space="preserve">[1:13:28] </w:t>
      </w:r>
      <w:r>
        <w:t>to is se bachiye ke aap ka case double standard case ban jaye. Double thinking ka case ban jaye. is se bachiye. Maulana, agla sawal kya hai Miss Saadia ne Dil se.</w:t>
      </w:r>
    </w:p>
    <w:p>
      <w:pPr>
        <w:jc w:val="right"/>
      </w:pPr>
      <w:r>
        <w:t>تو اس سے بچیے کہ آپ کا کیس double standard کیس بن جائے۔ Double thinking کا کیس بن جائے۔ اس سے بچیے۔ مولانا، اگلا سوال کیا ہے Miss سعدیہ نے دلہ سے۔</w:t>
      </w:r>
    </w:p>
    <w:p>
      <w:r>
        <w:rPr>
          <w:b/>
        </w:rPr>
        <w:t xml:space="preserve">[1:13:42] </w:t>
      </w:r>
      <w:r>
        <w:t>unhon ne likha hai ke in sahih al bukhari chapter number nine hadith number eighty four and fifty seven it is mentioned whoever changes his religion kill him</w:t>
      </w:r>
    </w:p>
    <w:p>
      <w:pPr>
        <w:jc w:val="right"/>
      </w:pPr>
      <w:r>
        <w:t>انہوں نے لکھا ہے کہ ان صحیح البخاری چیپٹر نمبر نائن حدیث نمبر ایٹی فور اینڈ ففٹی سیون It is mentioned whoever changes his religion kill him</w:t>
      </w:r>
    </w:p>
    <w:p>
      <w:r>
        <w:rPr>
          <w:b/>
        </w:rPr>
        <w:t xml:space="preserve">[1:13:56] </w:t>
      </w:r>
      <w:r>
        <w:t>yet there is another hadith number eighty three where it is mentioned the blood of a muslim who confesses that none has theright to be worshipped but god and that i am his messenger cannot be shed except in three cases,</w:t>
      </w:r>
    </w:p>
    <w:p>
      <w:pPr>
        <w:jc w:val="right"/>
      </w:pPr>
      <w:r>
        <w:t>. Yet there is another حدیث نمبر ایٹی تھری where it is mentioned the blood of a مسلم who confesses that none has theright to be worshipped but God and that I am his messenger cannot be shed except in three cases,</w:t>
      </w:r>
    </w:p>
    <w:p>
      <w:r>
        <w:rPr>
          <w:b/>
        </w:rPr>
        <w:t xml:space="preserve">[1:14:14] </w:t>
      </w:r>
      <w:r>
        <w:t>one of which is when he leaves the muslims. kindly throw light on this following two often quoted hadith regarding apostasy.</w:t>
      </w:r>
    </w:p>
    <w:p>
      <w:pPr>
        <w:jc w:val="right"/>
      </w:pPr>
      <w:r>
        <w:t>one of which is when he leaves the Muslims. Kindly throw light on this following two often quoted حدیث regarding apostasy.</w:t>
      </w:r>
    </w:p>
    <w:p>
      <w:r>
        <w:rPr>
          <w:b/>
        </w:rPr>
        <w:t xml:space="preserve">[1:14:25] </w:t>
      </w:r>
      <w:r>
        <w:t>dekhiye, hadith hai, khabar wahid ke taur par hai woh. mun badala dinnah faqtuluni main ne is par kitab likhi hai.</w:t>
      </w:r>
    </w:p>
    <w:p>
      <w:pPr>
        <w:jc w:val="right"/>
      </w:pPr>
      <w:r>
        <w:t>دیکھیے، حدیث ہے، خبر واحد کے طور پر ہے وہ۔ من بدل دينه فاقتلو میں نے اس پر کتاب لکھی ہے۔</w:t>
      </w:r>
    </w:p>
    <w:p>
      <w:r>
        <w:rPr>
          <w:b/>
        </w:rPr>
        <w:t xml:space="preserve">[1:14:34] </w:t>
      </w:r>
      <w:r>
        <w:t>woh maqala likha hai, thirty pages ka. meri kitab hikmat e islam. main ne is mein likha hai ke haan, lafz deen jo hai, mazhab ke mani mein nahin hai.</w:t>
      </w:r>
    </w:p>
    <w:p>
      <w:pPr>
        <w:jc w:val="right"/>
      </w:pPr>
      <w:r>
        <w:t>وہ مقال لکھا ہے، تھرٹی پیجز کا۔ میری کتاب حکمت اسلام۔ میں نے اس میں لکھا ہے کہ ہاں، لفظ دین جو ہے، مذہب کے معنی میں نہیں ہے۔</w:t>
      </w:r>
    </w:p>
    <w:p>
      <w:r>
        <w:rPr>
          <w:b/>
        </w:rPr>
        <w:t xml:space="preserve">[1:14:45] </w:t>
      </w:r>
      <w:r>
        <w:t>lekin is zamane mein, jo aaj kal jo term bolte hain hum, is tarah se is tarah terminology nahin bani thi. is tarah se nahin bani thi.</w:t>
      </w:r>
    </w:p>
    <w:p>
      <w:pPr>
        <w:jc w:val="right"/>
      </w:pPr>
      <w:r>
        <w:t>لیکن اس زمانے میں، جو آج کل جو ٹرم بولتے ہیں ہم، اس طرح سے اس طرح ٹرمینالوجی نہیں بنی تھی۔ اس طرح سے نہیں بنی تھی۔</w:t>
      </w:r>
    </w:p>
    <w:p>
      <w:r>
        <w:rPr>
          <w:b/>
        </w:rPr>
        <w:t xml:space="preserve">[1:14:55] </w:t>
      </w:r>
      <w:r>
        <w:t>misalan dekhiye, aaj hum bolte hain, woh yaani baghavat ka lafz bolte hain. state se baghavat. is zamane mein state se baghavat ka lafz nahin hua karta tha.</w:t>
      </w:r>
    </w:p>
    <w:p>
      <w:pPr>
        <w:jc w:val="right"/>
      </w:pPr>
      <w:r>
        <w:t>مثلاً دیکھیے، آج ہم بولتے ہیں، وہ یعنی بغاوت کا لفظ بولتے ہیں۔ اسٹیٹ سے بغاوت۔ اس زمانے میں اسٹیٹ سے بغاوت کا لفظ نہیں ہوا کرتا تھا۔</w:t>
      </w:r>
    </w:p>
    <w:p>
      <w:r>
        <w:rPr>
          <w:b/>
        </w:rPr>
        <w:t xml:space="preserve">[1:15:07] </w:t>
      </w:r>
      <w:r>
        <w:t>to yahi deen hi ka lafz bola jata tha. to yahan jo lafz deen hai, woh state se baghavat ke ma</w:t>
      </w:r>
    </w:p>
    <w:p>
      <w:pPr>
        <w:jc w:val="right"/>
      </w:pPr>
      <w:r>
        <w:t>تو یہی دین ہی کا لفظ بولا جاتا تھا۔ تو یہاں جو لفظ دین ہے، وہ اسٹیٹ سے بغاوت کے مع</w:t>
      </w:r>
    </w:p>
    <w:p>
      <w:r>
        <w:rPr>
          <w:b/>
        </w:rPr>
        <w:t xml:space="preserve">[1:15:13] </w:t>
      </w:r>
      <w:r>
        <w:t>ni mein hai. woh mazhab badalne ke mani mein nahin hai. woh ek poori kahani hai is ki. woh aisa nahin hai ke sirf ek hadith ho. ek poora waqea hai is ka.</w:t>
      </w:r>
    </w:p>
    <w:p>
      <w:pPr>
        <w:jc w:val="right"/>
      </w:pPr>
      <w:r>
        <w:t>نی میں ہے۔ وہ مذہب بدلنے کے معنی میں نہیں ہے۔ وہ ایک پوری کہانی ہے اس کی۔ وہ ایسا نہیں ہے کہ صرف ایک حدیث ہو۔ ایک پورا واقعہ ہے اس کا۔</w:t>
      </w:r>
    </w:p>
    <w:p>
      <w:r>
        <w:rPr>
          <w:b/>
        </w:rPr>
        <w:t xml:space="preserve">[1:15:21] </w:t>
      </w:r>
      <w:r>
        <w:t>is poore waqeye ki taraf bhi dekhiye aap. to jo yeh jo log is ko lete hain, woh yeh samajhte nahin is cheez ko ke woh mazhab ke mani mein nahin hai.</w:t>
      </w:r>
    </w:p>
    <w:p>
      <w:pPr>
        <w:jc w:val="right"/>
      </w:pPr>
      <w:r>
        <w:t>اس پورے واقعے کی طرف بھی دیکھیے آپ۔ تو جو یہ جو لوگ اس کو لیتے ہیں، وہ یہ سمجھتے نہیں اس چیز کو کہ وہ مذہب کے معنی میں نہیں ہے۔</w:t>
      </w:r>
    </w:p>
    <w:p>
      <w:r>
        <w:rPr>
          <w:b/>
        </w:rPr>
        <w:t xml:space="preserve">[1:15:32] </w:t>
      </w:r>
      <w:r>
        <w:t>woh state se wafadari badalne ke mani mein hai. yaani dushman, woh woh jang ke waqt ka mamla hai.</w:t>
      </w:r>
    </w:p>
    <w:p>
      <w:pPr>
        <w:jc w:val="right"/>
      </w:pPr>
      <w:r>
        <w:t>وہ اسٹیٹ سے وفاداری بدلنے کے معنی میں ہے۔ یعنی دشمن، وہ وہ جنگ کے وقت کا معاملہ ہے۔</w:t>
      </w:r>
    </w:p>
    <w:p>
      <w:r>
        <w:rPr>
          <w:b/>
        </w:rPr>
        <w:t xml:space="preserve">[1:15:40] </w:t>
      </w:r>
      <w:r>
        <w:t>dekhiye, jang ke waqt agar koi shakhs wafadari ko badle aur dushman se mil jaye to aaj bhi yeh mana jata hai ke woh qabil e gardan nahin hai. mazhab badalne par agar marne ko ho to quran mein saaf saaf kyun nahin hukum aaya?</w:t>
      </w:r>
    </w:p>
    <w:p>
      <w:pPr>
        <w:jc w:val="right"/>
      </w:pPr>
      <w:r>
        <w:t>دیکھیے، جنگ کے وقت اگر کوئی شخص وفاداری کو بدلے اور دشمن سے مل جائے تو آج بھی یہ مانا جاتا ہے کہ وہ قابل گردن نہیں ہے۔ مذہب بدلنے پر اگر مارنے کو ہو تو قرآن میں صاف صاف کیوں نہیں حکم آیا؟</w:t>
      </w:r>
    </w:p>
    <w:p>
      <w:r>
        <w:rPr>
          <w:b/>
        </w:rPr>
        <w:t xml:space="preserve">[1:15:56] </w:t>
      </w:r>
      <w:r>
        <w:t>yeh bhi yaad rakhiye ke quran jo hai, capital punishment ke mani mein sirf quran se sabit hona chahiye.</w:t>
      </w:r>
    </w:p>
    <w:p>
      <w:pPr>
        <w:jc w:val="right"/>
      </w:pPr>
      <w:r>
        <w:t>یہ بھی یاد رکھیے کہ قرآن جو ہے، کیپیٹل پنشمنٹ کے معنی میں صرف قرآن سے ثابت ہونا چاہیے۔</w:t>
      </w:r>
    </w:p>
    <w:p>
      <w:r>
        <w:rPr>
          <w:b/>
        </w:rPr>
        <w:t xml:space="preserve">[1:16:05] </w:t>
      </w:r>
      <w:r>
        <w:t>ab capital punishment ka usool jo hai, hadith se nahin nikal sakte aap. yaani itni badi baat jo hai, yaani saare jo quran majeed mein jitne basic teachings hain, woh sab quran mein hain.</w:t>
      </w:r>
    </w:p>
    <w:p>
      <w:pPr>
        <w:jc w:val="right"/>
      </w:pPr>
      <w:r>
        <w:t>اب کیپیٹل پنشمنٹ کا اصول جو ہے، حدیث سے نہیں نکال سکتے آپ۔ یعنی اتنی بڑی بات جو ہے، یعنی سارے جو قرآن مجید میں جتنے بیسک ٹیچنگز ہیں، وہ سب قرآن میں ہیں۔</w:t>
      </w:r>
    </w:p>
    <w:p>
      <w:r>
        <w:rPr>
          <w:b/>
        </w:rPr>
        <w:t xml:space="preserve">[1:16:17] </w:t>
      </w:r>
      <w:r>
        <w:t>koi basic teaching aisi nahin jo quran mein na ho. hadith mein detail hai. basic teachings hadith quran mein sab maujood hain. to yeh capital punishment ki cheez ka taalluq basic teachings se hai.</w:t>
      </w:r>
    </w:p>
    <w:p>
      <w:pPr>
        <w:jc w:val="right"/>
      </w:pPr>
      <w:r>
        <w:t>کوئی بیسک ٹیچنگ ایسی نہیں جو قرآن میں نہ ہو۔ حدیث میں ڈیٹیل ہے۔ بیسک ٹیچنگز حدیث قرآن میں سب موجود ہیں۔ تو یہ کیپیٹل پنشمنٹ کی چیز کا تعلق بیسک ٹیچنگز سے ہے۔</w:t>
      </w:r>
    </w:p>
    <w:p>
      <w:r>
        <w:rPr>
          <w:b/>
        </w:rPr>
        <w:t xml:space="preserve">[1:16:29] </w:t>
      </w:r>
      <w:r>
        <w:t>woh quran mein milna chahiye.</w:t>
      </w:r>
    </w:p>
    <w:p>
      <w:pPr>
        <w:jc w:val="right"/>
      </w:pPr>
      <w:r>
        <w:t>وہ قرآن میں ملنا چاہیے۔</w:t>
      </w:r>
    </w:p>
    <w:p>
      <w:r>
        <w:rPr>
          <w:b/>
        </w:rPr>
        <w:t xml:space="preserve">[1:16:31] </w:t>
      </w:r>
      <w:r>
        <w:t>to usool yeh hai, dekhiye ke agar quran aur hadith ke darmiyan bazahir koi takrao dikhai de diya de to hadith ki taweel ki jayegi.</w:t>
      </w:r>
    </w:p>
    <w:p>
      <w:pPr>
        <w:jc w:val="right"/>
      </w:pPr>
      <w:r>
        <w:t>تو اصول یہ ہے، دیکھیے کہ اگر قرآن اور حدیث کے درمیان بظاہر کوئی ٹکراؤ دکھائی دے دیا دے تو حدیث کی تاویل کی جائے گی۔</w:t>
      </w:r>
    </w:p>
    <w:p>
      <w:r>
        <w:rPr>
          <w:b/>
        </w:rPr>
        <w:t xml:space="preserve">[1:16:41] </w:t>
      </w:r>
      <w:r>
        <w:t>quran ki taweel nahin ki jayegi. yaani hadith ko quran ke tabe kiya jayega. na ke na ke hadith ko quran ke tabe kiya jaye. ulta nahin kiya jayega.</w:t>
      </w:r>
    </w:p>
    <w:p>
      <w:pPr>
        <w:jc w:val="right"/>
      </w:pPr>
      <w:r>
        <w:t>قرآن کی تاویل نہیں کی جائے گی۔ یعنی حدیث کو قرآن کے تابع کیا جائے گا۔ نہ کہ نہ کہ حدیث کو قرآن کے تابع کیا جائے۔ الٹا نہیں کیا جائے گا۔</w:t>
      </w:r>
    </w:p>
    <w:p>
      <w:r>
        <w:rPr>
          <w:b/>
        </w:rPr>
        <w:t xml:space="preserve">[1:16:50] </w:t>
      </w:r>
      <w:r>
        <w:t>hadith ko quran ke tabe kiya jayega. quran ko hadith ke tabe nahin kiya jayega.</w:t>
      </w:r>
    </w:p>
    <w:p>
      <w:pPr>
        <w:jc w:val="right"/>
      </w:pPr>
      <w:r>
        <w:t>حدیث کو قرآن کے تابع کیا جائے گا۔ قرآن کو حدیث کے تابع نہیں کیا جائے گا۔</w:t>
      </w:r>
    </w:p>
    <w:p>
      <w:r>
        <w:rPr>
          <w:b/>
        </w:rPr>
        <w:t xml:space="preserve">[1:16:55] </w:t>
      </w:r>
      <w:r>
        <w:t>isi liye main yeh kehta hoon ke yahan par jo lafz deen hai, woh mazhab ke mani mein nahin. is mein main ne bohat se logon ke naqal kiya hua apne maqale mein, doosre logon ki aara.</w:t>
      </w:r>
    </w:p>
    <w:p>
      <w:pPr>
        <w:jc w:val="right"/>
      </w:pPr>
      <w:r>
        <w:t>اسی لیے میں یہ کہتا ہوں کہ یہاں پر جو لفظ دین ہے، وہ مذہب کے معنی میں نہیں۔ اس میں میں نے بہت سے لوگوں کے نقل کیا ہوا اپنے مقالے میں، دوسرے لوگوں کی آراء۔</w:t>
      </w:r>
    </w:p>
    <w:p>
      <w:r>
        <w:rPr>
          <w:b/>
        </w:rPr>
        <w:t xml:space="preserve">[1:17:09] </w:t>
      </w:r>
      <w:r>
        <w:t>yaani aasani se main akela keh raha hoon. wahan bohat se main ne naqal kiya, is ko aap padh lijiye. mera maqala jo hai, thirty pages ka. yeh bohat zyada is mein hawale diye hain main ne.</w:t>
      </w:r>
    </w:p>
    <w:p>
      <w:pPr>
        <w:jc w:val="right"/>
      </w:pPr>
      <w:r>
        <w:t>یعنی آسانی سے میں اکیلا کہہ رہا ہوں۔ وہاں بہت سے میں نے نقل کیا، اس کو آپ پڑھ لیجیے۔ میرا مقالہ جو ہے، تھرٹی پیجز کا۔ یہ بہت زیادہ اس میں حوالے دیے ہیں میں نے۔</w:t>
      </w:r>
    </w:p>
    <w:p>
      <w:r>
        <w:rPr>
          <w:b/>
        </w:rPr>
        <w:t xml:space="preserve">[1:17:20] </w:t>
      </w:r>
      <w:r>
        <w:t>to is hadith se mera hadith sabit nahin hota ke koi aadmi agar murtad ho jaye to maar dalo is ko. yeh sabit nahin hota is se.</w:t>
      </w:r>
    </w:p>
    <w:p>
      <w:pPr>
        <w:jc w:val="right"/>
      </w:pPr>
      <w:r>
        <w:t>تو اس حدیث سے میرا حدیث ثابت نہیں ہوتا کہ کوئی آدمی اگر مرتد ہو جائے تو مار ڈالو اس کو۔ یہ ثابت نہیں ہوتا اس سے۔</w:t>
      </w:r>
    </w:p>
    <w:p>
      <w:r>
        <w:rPr>
          <w:b/>
        </w:rPr>
        <w:t xml:space="preserve">[1:17:30] </w:t>
      </w:r>
      <w:r>
        <w:t>maulana, agla sawal misster zeeshan yousaf ka hai, hyderabad se. unhon ne likha hai: "maulana, today discussion on freedom of thought was very enlightening.</w:t>
      </w:r>
    </w:p>
    <w:p>
      <w:pPr>
        <w:jc w:val="right"/>
      </w:pPr>
      <w:r>
        <w:t>مولانا، اگلا سوال مسٹر ذیشان یوسف کا ہے، حیدرآباد سے۔ انہوں نے لکھا ہے: "مولانا، ٹوڈے ڈسکشن آن فریڈم آف تھاٹ واز ویری انلائٹننگ۔</w:t>
      </w:r>
    </w:p>
    <w:p>
      <w:r>
        <w:rPr>
          <w:b/>
        </w:rPr>
        <w:t xml:space="preserve">[1:17:43] </w:t>
      </w:r>
      <w:r>
        <w:t>could you please suggest me any of your books devoted to this topic to further my knowledge?" ek kitab hai "deen e insaniyat".</w:t>
      </w:r>
    </w:p>
    <w:p>
      <w:pPr>
        <w:jc w:val="right"/>
      </w:pPr>
      <w:r>
        <w:t>کڈ یو پلیز سجیسٹ می اینی آف یور بکس ڈیوٹیڈ ٹو دس ٹاپک ٹو فردر مائی نالج؟" ایک کتاب ہے "دین انسانیت"۔</w:t>
      </w:r>
    </w:p>
    <w:p>
      <w:r>
        <w:rPr>
          <w:b/>
        </w:rPr>
        <w:t xml:space="preserve">[1:17:53] </w:t>
      </w:r>
      <w:r>
        <w:t>is mein kai chapter hain.</w:t>
      </w:r>
    </w:p>
    <w:p>
      <w:pPr>
        <w:jc w:val="right"/>
      </w:pPr>
      <w:r>
        <w:t>اس میں کئی چیپٹر ہیں۔</w:t>
      </w:r>
    </w:p>
    <w:p>
      <w:r>
        <w:rPr>
          <w:b/>
        </w:rPr>
        <w:t xml:space="preserve">[1:17:55] </w:t>
      </w:r>
      <w:r>
        <w:t>aik chapter fifty pages ka hai, "huriyat-e-fikr". yaani fikr ki azaadi. is ko aap parh sakte hain.</w:t>
      </w:r>
    </w:p>
    <w:p>
      <w:pPr>
        <w:jc w:val="right"/>
      </w:pPr>
      <w:r>
        <w:t>ایک چیپٹر ففٹی پیجز کا ہے، "حریت فکر"۔ یعنی فکر کی آزادی۔ اس کو آپ پڑھ سکتے ہیں۔</w:t>
      </w:r>
    </w:p>
    <w:p>
      <w:r>
        <w:rPr>
          <w:b/>
        </w:rPr>
        <w:t xml:space="preserve">[1:18:07] </w:t>
      </w:r>
      <w:r>
        <w:t>kitaab ka naam hai "deen-e-insaniyat". is chapter ka naam hai "huriyat-e-fikr", jo pachas pages ka hai. Maulana, unhon ne aik apna doubt bhi likha hai, jo woh chahte hain ke aap clear karen.</w:t>
      </w:r>
    </w:p>
    <w:p>
      <w:pPr>
        <w:jc w:val="right"/>
      </w:pPr>
      <w:r>
        <w:t>کتاب کا نام ہے "دین انسانیت"۔ اس چیپٹر کا نام ہے "حریت فکر"، جو پچاس پیجز کا ہے۔ مولانا، انہوں نے ایک اپنا ڈاؤٹ بھی لکھا ہے، جو وہ چاہتے ہیں کہ آپ کلیئر کریں۔</w:t>
      </w:r>
    </w:p>
    <w:p>
      <w:r>
        <w:rPr>
          <w:b/>
        </w:rPr>
        <w:t xml:space="preserve">[1:18:19] </w:t>
      </w:r>
      <w:r>
        <w:t>unhon ne likha hai ke: "If a man who is living in an Islamic state uses abusive language about the Prophet of Islam, then how should that very Islamic administration deal with that man?</w:t>
      </w:r>
    </w:p>
    <w:p>
      <w:pPr>
        <w:jc w:val="right"/>
      </w:pPr>
      <w:r>
        <w:t>انہوں نے لکھا ہے کہ: "If a man who is living in an Islamic state uses abusive language about the Prophet of Islam, then how should that very Islamic administration deal with that man?</w:t>
      </w:r>
    </w:p>
    <w:p>
      <w:r>
        <w:rPr>
          <w:b/>
        </w:rPr>
        <w:t xml:space="preserve">[1:18:34] </w:t>
      </w:r>
      <w:r>
        <w:t>The question I guess could be asked to me while I am doing my da'wa work. Please suggest me your valuable answer." dekhiye, yeh masla law and order ka hai nahin.</w:t>
      </w:r>
    </w:p>
    <w:p>
      <w:pPr>
        <w:jc w:val="right"/>
      </w:pPr>
      <w:r>
        <w:t>The question I guess could be asked to me while I am doing my دعویٰ work. Please suggest me your valuable answer." دیکھیے، یہ مسئلہ لان آررک کا ہے نہیں۔</w:t>
      </w:r>
    </w:p>
    <w:p>
      <w:r>
        <w:rPr>
          <w:b/>
        </w:rPr>
        <w:t xml:space="preserve">[1:18:47] </w:t>
      </w:r>
      <w:r>
        <w:t>administration ka hai nahin yeh masla. yeh masla dawat-o-tabligh ka hai. yaani aap is ko ja ke miliye, is se baat kijiye. agar is ne kitaab likhi hai to aap bhi aik kitaab likhiye.</w:t>
      </w:r>
    </w:p>
    <w:p>
      <w:pPr>
        <w:jc w:val="right"/>
      </w:pPr>
      <w:r>
        <w:t>ایڈمیشن کا ہے نہیں یہ مسئلہ۔ یہ مسئلہ دعوت و تبلیغ کا ہے۔ یعنی آپ اس کو جا کے ملیے، اس سے بات کیجیے۔ اگر اس نے کتاب لکھی ہے تو آپ بھی ایک کتاب لکھیے۔</w:t>
      </w:r>
    </w:p>
    <w:p>
      <w:r>
        <w:rPr>
          <w:b/>
        </w:rPr>
        <w:t xml:space="preserve">[1:18:58] </w:t>
      </w:r>
      <w:r>
        <w:t>aap bhi kijiye. yeh law and order ka masla hi nahin hai. law and order ka masla kab hoga? jab ke woh koi social crime kare. kisi ko physical injury pahunchaye.</w:t>
      </w:r>
    </w:p>
    <w:p>
      <w:pPr>
        <w:jc w:val="right"/>
      </w:pPr>
      <w:r>
        <w:t>آپ بھی کیجیے۔ یہ لان آررک کا مسئلہ ہی نہیں ہے۔ لان آررک کا مسئلہ جب ہوگا؟ جب کہ وہ کوئی سوشل کرائم کرے۔ کسی کو فزیکل انجری پہنچائے۔</w:t>
      </w:r>
    </w:p>
    <w:p>
      <w:r>
        <w:rPr>
          <w:b/>
        </w:rPr>
        <w:t xml:space="preserve">[1:19:09] </w:t>
      </w:r>
      <w:r>
        <w:t>kisi ka maal chheen le. kisi ka haath paon tode.</w:t>
      </w:r>
    </w:p>
    <w:p>
      <w:pPr>
        <w:jc w:val="right"/>
      </w:pPr>
      <w:r>
        <w:t>کسی کا مال چھین لے۔ کسی کا ہاتھ پاؤں توڑے۔</w:t>
      </w:r>
    </w:p>
    <w:p>
      <w:r>
        <w:rPr>
          <w:b/>
        </w:rPr>
        <w:t xml:space="preserve">[1:19:13] </w:t>
      </w:r>
      <w:r>
        <w:t>woh sirf agar zabaan se aik baat bolta hai. woh koi mazmoon chhapta hai. to woh hargiz hargiz administration ka masla nahin hai.</w:t>
      </w:r>
    </w:p>
    <w:p>
      <w:pPr>
        <w:jc w:val="right"/>
      </w:pPr>
      <w:r>
        <w:t>وہ صرف اگر زبان سے ایک بات بولتا ہے۔ وہ کوئی مضمون چھاپتا ہے۔ تو وہ ہرگز ہرگز ایڈمیشن کا مسئلہ نہیں ہے۔</w:t>
      </w:r>
    </w:p>
    <w:p>
      <w:r>
        <w:rPr>
          <w:b/>
        </w:rPr>
        <w:t xml:space="preserve">[1:19:24] </w:t>
      </w:r>
      <w:r>
        <w:t>woh woh masla hai da'i-o-mu'alliq ka. yaani da'i-o-mu'alliq is se mil kar ke is ke doubt clear karen. is par khud bhi mazmoon likhen, kitaab likhen.</w:t>
      </w:r>
    </w:p>
    <w:p>
      <w:pPr>
        <w:jc w:val="right"/>
      </w:pPr>
      <w:r>
        <w:t>وہ وہ مسئلہ ہے داعی و معلق کا۔ یعنی داعی و معلق اس سے مل کر کے اس کے ڈاؤٹ کلیئر کریں۔ اس پر خود بھی مضمون لکھیں، کتاب لکھیں۔</w:t>
      </w:r>
    </w:p>
    <w:p>
      <w:r>
        <w:rPr>
          <w:b/>
        </w:rPr>
        <w:t xml:space="preserve">[1:19:34] </w:t>
      </w:r>
      <w:r>
        <w:t>yahi</w:t>
      </w:r>
    </w:p>
    <w:p>
      <w:pPr>
        <w:jc w:val="right"/>
      </w:pPr>
      <w:r>
        <w:t>یہی</w:t>
      </w:r>
    </w:p>
    <w:p>
      <w:r>
        <w:rPr>
          <w:b/>
        </w:rPr>
        <w:t xml:space="preserve">[1:19:35] </w:t>
      </w:r>
      <w:r>
        <w:t>karen. is ki misaal yeh hai, dekhiye. ke Madine mein Rasool Allah Sal Allahu Alaihi Wa Sallam ke zamane mein state qaim ho chuka tha. yaani administration qaim ho chuka tha wahan par Madine mein.</w:t>
      </w:r>
    </w:p>
    <w:p>
      <w:pPr>
        <w:jc w:val="right"/>
      </w:pPr>
      <w:r>
        <w:t>کریں۔ اس کی مثال یہ ہے، دیکھیے۔ کہ مدینے میں رسول اللہ صلی اللہ علیہ وسلم کے زمانے میں اسٹیٹ قائم ہو چکا تھا۔ یعنی ایڈمیشن قائم ہو چکا تھا وہاں پر مدینے میں۔</w:t>
      </w:r>
    </w:p>
    <w:p>
      <w:r>
        <w:rPr>
          <w:b/>
        </w:rPr>
        <w:t xml:space="preserve">[1:19:49] </w:t>
      </w:r>
      <w:r>
        <w:t>to is zamane mein wahan par aisa tha ke kuch log Rasool Allah ke khilaaf ya Islam ke khilaaf bolte the. to aik sahabi the, un ka naam tha Hassan bin Sabit.</w:t>
      </w:r>
    </w:p>
    <w:p>
      <w:pPr>
        <w:jc w:val="right"/>
      </w:pPr>
      <w:r>
        <w:t>تو اس زمانے میں وہاں پر ایسا تھا کہ کچھ لوگ رسول اللہ کے خلاف یا اسلام کے خلاف بولتے تھے۔ تو ایک صحابی تھے، ان کا نام تھا حسان بن ثابت۔</w:t>
      </w:r>
    </w:p>
    <w:p>
      <w:r>
        <w:rPr>
          <w:b/>
        </w:rPr>
        <w:t xml:space="preserve">[1:20:02] </w:t>
      </w:r>
      <w:r>
        <w:t>woh shayar the.</w:t>
      </w:r>
    </w:p>
    <w:p>
      <w:pPr>
        <w:jc w:val="right"/>
      </w:pPr>
      <w:r>
        <w:t>وہ شاعر تھے۔</w:t>
      </w:r>
    </w:p>
    <w:p>
      <w:r>
        <w:rPr>
          <w:b/>
        </w:rPr>
        <w:t xml:space="preserve">[1:20:05] </w:t>
      </w:r>
      <w:r>
        <w:t>is zamane mein, dekhiye, jab printing press nahin tha. to sher-o-shairi, yeh shairi jo thi, woh aaj kal ke tareeqe se samjhiye ke woh journalism thi is zamane ki.</w:t>
      </w:r>
    </w:p>
    <w:p>
      <w:pPr>
        <w:jc w:val="right"/>
      </w:pPr>
      <w:r>
        <w:t>اس زمانے میں، دیکھیے، جب پرنٹنگ پریس نہیں تھا۔ تو شعر و شاعری، یہ شاعری جو تھی، وہ آج کل کے طریقے سے سمجھئے کہ وہ جرنلزم تھی اس زمانے کی۔</w:t>
      </w:r>
    </w:p>
    <w:p>
      <w:r>
        <w:rPr>
          <w:b/>
        </w:rPr>
        <w:t xml:space="preserve">[1:20:17] </w:t>
      </w:r>
      <w:r>
        <w:t>sahafat, journalism. kyunke chhap chhap kar ke phaila nahin sakte the aap kisi cheez ko. kyunke naqab-e-tanaffus tha. to aap sher ke roop mein jab aap karte the to bohat jald logon ko yaad hota hota tha.</w:t>
      </w:r>
    </w:p>
    <w:p>
      <w:pPr>
        <w:jc w:val="right"/>
      </w:pPr>
      <w:r>
        <w:t>صحافت، جرنلزم۔ کیونکہ چھپ چھپ کر کے پھیلا نہیں سکتے تھے آپ کسی چیز کو۔ کیونکہ نقاب تنفس تھا۔ تو آپ شعر کے روپ میں جب آپ کرتے تھے تو بہت جلد لوگوں کو یاد ہوتا ہوتا تھا۔</w:t>
      </w:r>
    </w:p>
    <w:p>
      <w:r>
        <w:rPr>
          <w:b/>
        </w:rPr>
        <w:t xml:space="preserve">[1:20:29] </w:t>
      </w:r>
      <w:r>
        <w:t>woh phailate the is ko.</w:t>
      </w:r>
    </w:p>
    <w:p>
      <w:pPr>
        <w:jc w:val="right"/>
      </w:pPr>
      <w:r>
        <w:t>وہ پھیلاتے تھے اس کو۔</w:t>
      </w:r>
    </w:p>
    <w:p>
      <w:r>
        <w:rPr>
          <w:b/>
        </w:rPr>
        <w:t xml:space="preserve">[1:20:31] </w:t>
      </w:r>
      <w:r>
        <w:t>to aap ne Hassan bin Sabit se kaha ke tum is ka jawab do. yeh jo log Islam ke khilaaf ya Quran ke khilaaf baatein karte hain.</w:t>
      </w:r>
    </w:p>
    <w:p>
      <w:pPr>
        <w:jc w:val="right"/>
      </w:pPr>
      <w:r>
        <w:t>تو آپ نے حسان بن ثابت سے کہا کہ تم اس کا جواب دو۔ یہ جو لوگ اسلام کے خلاف یا قرآن کے خلاف باتیں کرتے ہیں۔</w:t>
      </w:r>
    </w:p>
    <w:p>
      <w:r>
        <w:rPr>
          <w:b/>
        </w:rPr>
        <w:t xml:space="preserve">[1:20:43] </w:t>
      </w:r>
      <w:r>
        <w:t>to aata hai aik kitaab um mein ke Hassan bin Sabit ke liye mimbar rakha gaya Masjid-e-Nabwi mein. yaani Madine ki Masjid-e-Nabwi mein un ke liye mimbar rakha gaya.</w:t>
      </w:r>
    </w:p>
    <w:p>
      <w:pPr>
        <w:jc w:val="right"/>
      </w:pPr>
      <w:r>
        <w:t>تو آتا ہے ایک کتاب ام میں کہ حسان بن ثابت کے لیے ممبر رکھا گیا مسجد نبوی میں۔ یعنی مدینے کی مسجد نبوی میں ان کے لیے ممبر رکھا گیا۔</w:t>
      </w:r>
    </w:p>
    <w:p>
      <w:r>
        <w:rPr>
          <w:b/>
        </w:rPr>
        <w:t xml:space="preserve">[1:20:54] </w:t>
      </w:r>
      <w:r>
        <w:t>is par baithe aur baith kar unhon ne ashaar kahe un ke khilaaf.</w:t>
      </w:r>
    </w:p>
    <w:p>
      <w:pPr>
        <w:jc w:val="right"/>
      </w:pPr>
      <w:r>
        <w:t>اس پر بیٹھے اور بیٹھ کر انہوں نے اشعار کہے ان کے خلاف۔</w:t>
      </w:r>
    </w:p>
    <w:p>
      <w:r>
        <w:rPr>
          <w:b/>
        </w:rPr>
        <w:t xml:space="preserve">[1:20:58] </w:t>
      </w:r>
      <w:r>
        <w:t>woh ashaar jaise akhbar phailte hain, ise woh phailaya gaya woh. yeh jawab to aik tareeqa hai yeh. to main saaf arz karta hoon ke agar koi Rasool ke khilaaf, Khuda ke khilaaf, Quran ke khilaaf, Islam ke khilaaf bolta hai to woh hargiz hargiz intezamia ka masla nahin hai.</w:t>
      </w:r>
    </w:p>
    <w:p>
      <w:pPr>
        <w:jc w:val="right"/>
      </w:pPr>
      <w:r>
        <w:t>وہ اشعار جیسے اخبار پھیلتے ہیں، اسے وہ پھیلایا گیا وہ۔ یہ جواب تو ایک طریقہ ہے یہ۔ تو میں صاف عرض کرتا ہوں کہ اگر کوئی رسول کے خلاف، خدا کے خلاف، قرآن کے خلاف، اسلام کے خلاف بولتا ہے تو وہ ہرگز ہرگز انتظامیہ کا مسئلہ نہیں ہے۔</w:t>
      </w:r>
    </w:p>
    <w:p>
      <w:r>
        <w:rPr>
          <w:b/>
        </w:rPr>
        <w:t xml:space="preserve">[1:21:18] </w:t>
      </w:r>
      <w:r>
        <w:t>woh law and order ka masla nahin hai. woh police ka masla nahin hai.</w:t>
      </w:r>
    </w:p>
    <w:p>
      <w:pPr>
        <w:jc w:val="right"/>
      </w:pPr>
      <w:r>
        <w:t>وہ لان آررک کا مسئلہ نہیں ہے۔ وہ پولیس کا مسئلہ نہیں ہے۔</w:t>
      </w:r>
    </w:p>
    <w:p>
      <w:r>
        <w:rPr>
          <w:b/>
        </w:rPr>
        <w:t xml:space="preserve">[1:21:21] </w:t>
      </w:r>
      <w:r>
        <w:t>woh masla hai is baat ka ke aap is ko samjhaen, is ke khilaaf, is ke is ke is par kitaab likhen, is par mazmoon likhen, is par yeh karen.</w:t>
      </w:r>
    </w:p>
    <w:p>
      <w:pPr>
        <w:jc w:val="right"/>
      </w:pPr>
      <w:r>
        <w:t>وہ مسئلہ ہے اس بات کا کہ آپ اس کو سمجھائیں، اس کے خلاف، اس کے اس کے اس پر کتاب لکھیں، اس پر مضمون لکھیں، اس پر یہ کریں۔</w:t>
      </w:r>
    </w:p>
    <w:p>
      <w:r>
        <w:rPr>
          <w:b/>
        </w:rPr>
        <w:t xml:space="preserve">[1:21:33] </w:t>
      </w:r>
      <w:r>
        <w:t>yaani kitaab ke jawab mein kitaab, qalam ke jawab mein qalam, taqreer ke jawab mein taqreer. yeh hai Islam ka tareeqa.</w:t>
      </w:r>
    </w:p>
    <w:p>
      <w:pPr>
        <w:jc w:val="right"/>
      </w:pPr>
      <w:r>
        <w:t>یعنی کتاب کے جواب میں کتاب، قلم کے جواب میں قلم، تقریر کے جواب میں تقریر۔ یہ ہے اسلام کا طریقہ۔</w:t>
      </w:r>
    </w:p>
    <w:p>
      <w:r>
        <w:rPr>
          <w:b/>
        </w:rPr>
        <w:t xml:space="preserve">[1:21:44] </w:t>
      </w:r>
      <w:r>
        <w:t>Maulana, agla sawal aaya hai Mr. Kailash Nath ka, Kingston, USA se. unhon</w:t>
      </w:r>
    </w:p>
    <w:p>
      <w:pPr>
        <w:jc w:val="right"/>
      </w:pPr>
      <w:r>
        <w:t>مولانا، اگلا سوال آیا ہے مسٹر کیلاش ناتھ کا، کنگسٹن، یو ایس اے سے۔ انہوں</w:t>
      </w:r>
    </w:p>
    <w:p>
      <w:r>
        <w:rPr>
          <w:b/>
        </w:rPr>
        <w:t xml:space="preserve">[1:21:50] </w:t>
      </w:r>
      <w:r>
        <w:t>ne likha hai: "Maulana, I have some issues with a divine ordaining of division of labor between men and women, as you have indicated.</w:t>
      </w:r>
    </w:p>
    <w:p>
      <w:pPr>
        <w:jc w:val="right"/>
      </w:pPr>
      <w:r>
        <w:t>نے لکھا ہے: "مولانا، آئی ہیو سم ایشوز ودا ڈیوائن آرڈیننگ آف ڈویژن آف لیبر بٹوین مین اینڈ وومن، ایز یو ہیو انڈیکیٹڈ۔</w:t>
      </w:r>
    </w:p>
    <w:p>
      <w:r>
        <w:rPr>
          <w:b/>
        </w:rPr>
        <w:t xml:space="preserve">[1:22:00] </w:t>
      </w:r>
      <w:r>
        <w:t>date is the main to work outside and women to home. Is this divine ordering subject to change with the demands of changing life?</w:t>
      </w:r>
    </w:p>
    <w:p>
      <w:pPr>
        <w:jc w:val="right"/>
      </w:pPr>
      <w:r>
        <w:t>دیٹ از دا مین ٹو ورک آؤٹ سائیڈ اینڈ وومن ٹو ہوم۔ از دس ڈیوائن آرڈیننگ سبجیکٹ ٹو چینج ودا ڈیمانڈز آف چینجنگ لائ</w:t>
      </w:r>
    </w:p>
    <w:p>
      <w:r>
        <w:rPr>
          <w:b/>
        </w:rPr>
        <w:t xml:space="preserve">[1:22:11] </w:t>
      </w:r>
      <w:r>
        <w:t>If women not only do so much outside these days, they even are recruited to the defense and assigned to frontline and field action, where they are vulnerable targets for abuse.</w:t>
      </w:r>
    </w:p>
    <w:p>
      <w:pPr>
        <w:jc w:val="right"/>
      </w:pPr>
      <w:r>
        <w:t>ف؟ وومن ناٹ اونلی ڈو سو مچ آؤٹ سائیڈ دیز ڈیز، دے ایون آر ریکروٹڈ ٹو دا ڈیفنس اینڈ اسائنڈ ٹو فرنٹ لائن اینڈ فیلڈ ایکشن، ویر دے آر ولنیریبل ٹارگٹس فار ابیوز۔</w:t>
      </w:r>
    </w:p>
    <w:p>
      <w:r>
        <w:rPr>
          <w:b/>
        </w:rPr>
        <w:t xml:space="preserve">[1:22:25] </w:t>
      </w:r>
      <w:r>
        <w:t>I realize the physical and psychological differences in the makeup and constitution between men and women,</w:t>
      </w:r>
    </w:p>
    <w:p>
      <w:pPr>
        <w:jc w:val="right"/>
      </w:pPr>
      <w:r>
        <w:t>آئی ریلائز دی فزیکل اینڈ سائیکلوجیکل ڈیفرنسز ان دا میک اپ اینڈ کانسٹیٹیوشن بٹوین مین اینڈ وومن،</w:t>
      </w:r>
    </w:p>
    <w:p>
      <w:r>
        <w:rPr>
          <w:b/>
        </w:rPr>
        <w:t xml:space="preserve">[1:22:32] </w:t>
      </w:r>
      <w:r>
        <w:t>but isnt it that men can do a lot to share and be a helping hand for women at home, and women can do the same with men out side?</w:t>
      </w:r>
    </w:p>
    <w:p>
      <w:pPr>
        <w:jc w:val="right"/>
      </w:pPr>
      <w:r>
        <w:t>بٹ ازنٹ اٹ دیٹ مین کین ڈو ا لاٹ ٹو شیئر اینڈ بی ا ہیلپنگ ہینڈ فار وومن ایٹ ہوم، اینڈ وومن کین ڈو دا سیم ود مین آؤٹ سائیڈ؟</w:t>
      </w:r>
    </w:p>
    <w:p>
      <w:r>
        <w:rPr>
          <w:b/>
        </w:rPr>
        <w:t xml:space="preserve">[1:22:43] </w:t>
      </w:r>
      <w:r>
        <w:t>wouldn't this divine order of division of labor you are talking about are so much at odds with the realities of the world we live in?</w:t>
      </w:r>
    </w:p>
    <w:p>
      <w:pPr>
        <w:jc w:val="right"/>
      </w:pPr>
      <w:r>
        <w:t>وڈنٹ دس ڈیوائن آرڈین آف ڈویژن آف لیبر یو آر ٹاکنگ اباؤٹ آر سو مچ ایٹ آرڈز ودا ریلیٹیز آف دا ورلڈ وی لیو ان؟</w:t>
      </w:r>
    </w:p>
    <w:p>
      <w:r>
        <w:rPr>
          <w:b/>
        </w:rPr>
        <w:t xml:space="preserve">[1:22:52] </w:t>
      </w:r>
      <w:r>
        <w:t>your comments in this regard will help, and may god give you, keep you going in continuing to guide and bless us towards our efforts to make good sense out of this complex world." dekhiye, main ne aisa yeh likha hai, aap is ko phir se parhiye meri tehreer ko ke aurat sirf ghar kaam kare aur bohat se bahir kaam kare, aisa main ne likha hai.</w:t>
      </w:r>
    </w:p>
    <w:p>
      <w:pPr>
        <w:jc w:val="right"/>
      </w:pPr>
      <w:r>
        <w:t>یور کمنٹس ان دس ریگارڈ ویل ہیلپ، اینڈ می گاڈ گیو یو، کیپ یو گوئنگ ان کنٹینیونگ ٹو گائیڈ اینڈ بلیس اس ٹورڈز اور ایفرٹس ٹو میک گڈ سینس آؤٹ آف دس کمپلیکس ورلڈ۔" دیکھیے، میں نے ایسا یہ لکھا ہے، آپ اس کو پھر سے پڑھیے میری تحریر کو کہ عورت صرف گھر کام کرے اور بہت سے باہر کام کرے، ایسا میں نے لکھا ہے۔</w:t>
      </w:r>
    </w:p>
    <w:p>
      <w:r>
        <w:rPr>
          <w:b/>
        </w:rPr>
        <w:t xml:space="preserve">[1:23:15] </w:t>
      </w:r>
      <w:r>
        <w:t>main ne kaha ke basically aisa hona chahiye, basically. wahan lafz parhiye aap</w:t>
      </w:r>
    </w:p>
    <w:p>
      <w:pPr>
        <w:jc w:val="right"/>
      </w:pPr>
      <w:r>
        <w:t>میں نے کہا کہ بیسیکلی ایسا ہونا چاہیے، بیسیکلی۔ وہاں لفظ پڑھیے آپ</w:t>
      </w:r>
    </w:p>
    <w:p>
      <w:r>
        <w:rPr>
          <w:b/>
        </w:rPr>
        <w:t xml:space="preserve">[1:23:19] </w:t>
      </w:r>
      <w:r>
        <w:t>mera. hmm, aisa nahi likha, likha main ne kabhi bhi nahi likha hai. yani aik general division yeh hai, general, aam halat mein ke aisa aurat kare, aisa mard kare.</w:t>
      </w:r>
    </w:p>
    <w:p>
      <w:pPr>
        <w:jc w:val="right"/>
      </w:pPr>
      <w:r>
        <w:t>میرا۔ ہمم، ایسا نہیں لکھا، لکھا میں نے کبھی بھی نہیں لکھا ہے۔ یعنی ایک جنرل ڈویژن یہ ہے، جنرل، عام حالت میں کہ ایسا عورت کرے، ایسا مرد کرے۔</w:t>
      </w:r>
    </w:p>
    <w:p>
      <w:r>
        <w:rPr>
          <w:b/>
        </w:rPr>
        <w:t xml:space="preserve">[1:23:33] </w:t>
      </w:r>
      <w:r>
        <w:t>lekin agar aap zaroorat samajhte hain to mard bahir ja kar kaam kar sakti hai aur is mein koi islam mein koi harj nahi hai.</w:t>
      </w:r>
    </w:p>
    <w:p>
      <w:pPr>
        <w:jc w:val="right"/>
      </w:pPr>
      <w:r>
        <w:t>لیکن اگر آپ ضرورت سمجھتے ہیں تو مرد باہر جا کر کام کر سکتی ہے اور اس میں کوئی اسلام میں کوئی حرج نہیں ہے۔</w:t>
      </w:r>
    </w:p>
    <w:p>
      <w:r>
        <w:rPr>
          <w:b/>
        </w:rPr>
        <w:t xml:space="preserve">[1:23:45] </w:t>
      </w:r>
      <w:r>
        <w:t>harj, asal cheez jo hai, dekhiye, yeh nahi ke aurat ghar mein confine rahe, yeh matlab nahi asal mein. asal cheez jo islam mein hai woh hai nudity, yani free society aur yeh sab jo hota hai,</w:t>
      </w:r>
    </w:p>
    <w:p>
      <w:pPr>
        <w:jc w:val="right"/>
      </w:pPr>
      <w:r>
        <w:t>حرج، اصل چیز جو ہے، دیکھیے، یہ نہیں کہ عورت گھر میں کنفائن رہے، یہ مطلب نہیں اصل میں۔ اصل چیز جو اسلام میں ہے وہ ہے نیوڈیٹی، یعنی فری سوسائٹی اور یہ سب جو ہوتا ہے،</w:t>
      </w:r>
    </w:p>
    <w:p>
      <w:r>
        <w:rPr>
          <w:b/>
        </w:rPr>
        <w:t xml:space="preserve">[1:23:59] </w:t>
      </w:r>
      <w:r>
        <w:t>yani mard o aurat bilkul machliyon ki tarah rehte hain, yeh sab galat hai islam mein. aisa nahi ke aurat bahir kaam nahi kar sakti.</w:t>
      </w:r>
    </w:p>
    <w:p>
      <w:pPr>
        <w:jc w:val="right"/>
      </w:pPr>
      <w:r>
        <w:t>یعنی مرد و عورت بالکل مچھلیوں کی طرح رہتے ہیں، یہ سب غلط ہے اسلام میں۔ ایسا نہیں کہ عورت باہر کام نہیں کر سکتی۔</w:t>
      </w:r>
    </w:p>
    <w:p>
      <w:r>
        <w:rPr>
          <w:b/>
        </w:rPr>
        <w:t xml:space="preserve">[1:24:09] </w:t>
      </w:r>
      <w:r>
        <w:t>aisa hargiz nahi hai. lekin aam halaat mein, main ne kaha hai ke aam halaat mein agar yeh arrangement hota hai ke aurat ghar ka sambhalti hai, mard bahir ka sambhalta hai to yeh aik natural division hoga.</w:t>
      </w:r>
    </w:p>
    <w:p>
      <w:pPr>
        <w:jc w:val="right"/>
      </w:pPr>
      <w:r>
        <w:t>ایسا ہرگز نہیں ہے۔ لیکن عام حالات میں، میں نے کہا ہے کہ عام حالات میں اگر یہ ارینجمنٹ ہوتا ہے کہ عورت گھر کا سنبھالتی ہے، مرد باہر کا سنبھالتا ہے تو یہ ایک نیچرل ڈویژن ہوگا۔</w:t>
      </w:r>
    </w:p>
    <w:p>
      <w:r>
        <w:rPr>
          <w:b/>
        </w:rPr>
        <w:t xml:space="preserve">[1:24:25] </w:t>
      </w:r>
      <w:r>
        <w:t>aap Europe, America ka zikr farma rahe hain, main bar bar wahan gaya hoon. wahan par choonke is ko nahi mante log to is se bohat nuqsan hua hai.</w:t>
      </w:r>
    </w:p>
    <w:p>
      <w:pPr>
        <w:jc w:val="right"/>
      </w:pPr>
      <w:r>
        <w:t>آپ یورپ، امریکہ کا ذکر فرما رہے ہیں، میں بار بار وہاں گیا ہوں۔ وہاں پر چونکہ اس کو نہیں مانتے لوگ تو اس سے بہت نقصان ہوا ہے۔</w:t>
      </w:r>
    </w:p>
    <w:p>
      <w:r>
        <w:rPr>
          <w:b/>
        </w:rPr>
        <w:t xml:space="preserve">[1:24:34] </w:t>
      </w:r>
      <w:r>
        <w:t>wahan</w:t>
      </w:r>
    </w:p>
    <w:p>
      <w:pPr>
        <w:jc w:val="right"/>
      </w:pPr>
      <w:r>
        <w:t>وہاں</w:t>
      </w:r>
    </w:p>
    <w:p>
      <w:r>
        <w:rPr>
          <w:b/>
        </w:rPr>
        <w:t xml:space="preserve">[1:24:35] </w:t>
      </w:r>
      <w:r>
        <w:t>jis ko kehte hain broken homes. broken homes ka jo masla paida hua hai woh har wahan ka super masla hai. broken homes, yani maan alag, bachay alag aur shohar alag.</w:t>
      </w:r>
    </w:p>
    <w:p>
      <w:pPr>
        <w:jc w:val="right"/>
      </w:pPr>
      <w:r>
        <w:t>جس کو کہتے ہیں بروکن ہومز۔ بروکن ہومز کا جو مسئلہ پیدا ہوا ہے وہ ہر وہاں کا سپر مسئلہ ہے۔ بروکن ہومز، یعنی ماں الگ، بچے الگ اور شوہر الگ۔</w:t>
      </w:r>
    </w:p>
    <w:p>
      <w:r>
        <w:rPr>
          <w:b/>
        </w:rPr>
        <w:t xml:space="preserve">[1:24:49] </w:t>
      </w:r>
      <w:r>
        <w:t>to bachay bilkul, yani koi un ki training nahi hoti, bilkul animal ki tarah jeete hain woh. to broken homes ka jo jo phenomena wahan hai woh woh to super evil hai.</w:t>
      </w:r>
    </w:p>
    <w:p>
      <w:pPr>
        <w:jc w:val="right"/>
      </w:pPr>
      <w:r>
        <w:t>تو بچے بالکل، یعنی کوئی ان کی ٹریننگ نہیں ہوتی، بالکل اینیمل کی طرح جیتے ہیں وہ۔ تو بروکن ہومز کا جو جو فیناومینا وہاں ہے وہ وہ تو سپر ایول ہے۔</w:t>
      </w:r>
    </w:p>
    <w:p>
      <w:r>
        <w:rPr>
          <w:b/>
        </w:rPr>
        <w:t xml:space="preserve">[1:25:04] </w:t>
      </w:r>
      <w:r>
        <w:t>wahan ki society bilkul, yani tabaah ho gayi is ki bana par. to natural taqseem mein yeh hai, main ne kaha hai ke dono shobay hain, yani ghar sambhalna, bachon ko sambhalna aur bahir ka sambhalna bhi.</w:t>
      </w:r>
    </w:p>
    <w:p>
      <w:pPr>
        <w:jc w:val="right"/>
      </w:pPr>
      <w:r>
        <w:t>وہاں کی سوسائٹی بالکل، یعنی تباہ ہو گئی اس کی بنا پر۔ تو نیچرل تقسیم میں یہ ہے، میں نے کہا ہے کہ دونوں شعبے ہیں، یعنی گھر سنبھالنا، بچوں کو سنبھالنا اور باہر کا سنبھالنا بھی۔</w:t>
      </w:r>
    </w:p>
    <w:p>
      <w:r>
        <w:rPr>
          <w:b/>
        </w:rPr>
        <w:t xml:space="preserve">[1:25:19] </w:t>
      </w:r>
      <w:r>
        <w:t>lekin yeh koi aisa nahi ke aise hi lazman har jagah hona chah</w:t>
      </w:r>
    </w:p>
    <w:p>
      <w:pPr>
        <w:jc w:val="right"/>
      </w:pPr>
      <w:r>
        <w:t>لیکن یہ کوئی ایسا نہیں کہ ایسے ہی لازماً ہر جگہ ہونا چاہ</w:t>
      </w:r>
    </w:p>
    <w:p>
      <w:r>
        <w:rPr>
          <w:b/>
        </w:rPr>
        <w:t xml:space="preserve">[1:25:23] </w:t>
      </w:r>
      <w:r>
        <w:t>iye. main ne yeh bhi kaha hai, aap parhein is ko ke yeh jo generation ko jo tayyar karna hai ke through education, is ke liye best teacher auratain hoti hain.</w:t>
      </w:r>
    </w:p>
    <w:p>
      <w:pPr>
        <w:jc w:val="right"/>
      </w:pPr>
      <w:r>
        <w:t>یے۔ میں نے یہ بھی کہا ہے، آپ پڑھیں اس کو کہ یہ جو جنریشن کو جو تیار کرنا ہے کہ تھرو ایجوکیشن، اس کے لیے بیسٹ ٹیچر عورتیں ہوتی ہیں۔</w:t>
      </w:r>
    </w:p>
    <w:p>
      <w:r>
        <w:rPr>
          <w:b/>
        </w:rPr>
        <w:t xml:space="preserve">[1:25:38] </w:t>
      </w:r>
      <w:r>
        <w:t>yani education ka jo department hai woh auraton ko sambhalna chahiye kyunke auratain bohat acha teaching ka job kar sakti hain, yeh bhi main ne likha hai.</w:t>
      </w:r>
    </w:p>
    <w:p>
      <w:pPr>
        <w:jc w:val="right"/>
      </w:pPr>
      <w:r>
        <w:t>یعنی ایجوکیشن کا جو ڈیپارٹمنٹ ہے وہ عورتوں کو سنبھالنا چاہیے کیونکہ عورتیں بہت اچھا ٹیچنگ کا جاب کر سکتی ہیں، یہ بھی میں نے لکھا ہے۔</w:t>
      </w:r>
    </w:p>
    <w:p>
      <w:r>
        <w:rPr>
          <w:b/>
        </w:rPr>
        <w:t xml:space="preserve">[1:25:48] </w:t>
      </w:r>
      <w:r>
        <w:t>to aap phir se parhiye is ko, main ne is ko aisa nahi likha hai ke sirf yeh aur sirf woh.</w:t>
      </w:r>
    </w:p>
    <w:p>
      <w:pPr>
        <w:jc w:val="right"/>
      </w:pPr>
      <w:r>
        <w:t>تو آپ پھر سے پڑھیے اس کو، میں نے اس کو ایسا نہیں لکھا ہے کہ صرف یہ اور صرف وہ۔</w:t>
      </w:r>
    </w:p>
    <w:p>
      <w:r>
        <w:rPr>
          <w:b/>
        </w:rPr>
        <w:t xml:space="preserve">[1:26:02] </w:t>
      </w:r>
      <w:r>
        <w:t>maulana, agla sawal Mr. Khwaja Kaleemuddin ne kiya hai, America se. unhon</w:t>
      </w:r>
    </w:p>
    <w:p>
      <w:pPr>
        <w:jc w:val="right"/>
      </w:pPr>
      <w:r>
        <w:t>مولانا، اگلا سوال مسٹر خواجہ کلیم الدین نے کیا ہے، امریکہ سے۔ انہوں</w:t>
      </w:r>
    </w:p>
    <w:p>
      <w:r>
        <w:rPr>
          <w:b/>
        </w:rPr>
        <w:t xml:space="preserve">[1:26:07] </w:t>
      </w:r>
      <w:r>
        <w:t>ne likha hai: "I have just returned from a program where a Mufti of a Maryland masjid had arrived and was delivering a lecture on the topic 'Love of the Prophet.' He was advising people to love the Prophet by liking the things what he liked.</w:t>
      </w:r>
    </w:p>
    <w:p>
      <w:pPr>
        <w:jc w:val="right"/>
      </w:pPr>
      <w:r>
        <w:t>نے لکھا ہے: "I have just returned from a program where a Mufti of a Maryland مسجد had arrived and was delivering a lecture on the topic 'Love of the Prophet.' He was advising people to love the Prophet by liking the things what he liked.</w:t>
      </w:r>
    </w:p>
    <w:p>
      <w:r>
        <w:rPr>
          <w:b/>
        </w:rPr>
        <w:t xml:space="preserve">[1:26:26] </w:t>
      </w:r>
      <w:r>
        <w:t>He said the Prophet used to like squash. In Urdu it is kadoo. He said we should all eat squash.</w:t>
      </w:r>
    </w:p>
    <w:p>
      <w:pPr>
        <w:jc w:val="right"/>
      </w:pPr>
      <w:r>
        <w:t>He said the Prophet used to like squash. In Urdu it is کدو. He said we should all eat squash.</w:t>
      </w:r>
    </w:p>
    <w:p>
      <w:r>
        <w:rPr>
          <w:b/>
        </w:rPr>
        <w:t xml:space="preserve">[1:26:36] </w:t>
      </w:r>
      <w:r>
        <w:t>The other thing what he said was that on the day of Qayamat the Prophet will stand at the gate of Jannah and will not enter until each and every person of his Ummati has not entered.</w:t>
      </w:r>
    </w:p>
    <w:p>
      <w:pPr>
        <w:jc w:val="right"/>
      </w:pPr>
      <w:r>
        <w:t>The other thing what he said was that on the day of قیامت the Prophet will stand at the gate of Jannah and will not enter until each and every person of his Ummati has not entered.</w:t>
      </w:r>
    </w:p>
    <w:p>
      <w:r>
        <w:rPr>
          <w:b/>
        </w:rPr>
        <w:t xml:space="preserve">[1:26:51] </w:t>
      </w:r>
      <w:r>
        <w:t>Is this true? ye sab bilkul baseless baatein hain ke taqir karne wale aisi baatein bola karte hain.</w:t>
      </w:r>
    </w:p>
    <w:p>
      <w:pPr>
        <w:jc w:val="right"/>
      </w:pPr>
      <w:r>
        <w:t>Is this true?" یہ سب بالکل بیسلیس باتیں ہیں کہ تقیر کرنے والے ایسی باتیں بولا کرتے ہیں۔</w:t>
      </w:r>
    </w:p>
    <w:p>
      <w:r>
        <w:rPr>
          <w:b/>
        </w:rPr>
        <w:t xml:space="preserve">[1:27:01] </w:t>
      </w:r>
      <w:r>
        <w:t>Rasool Allah ke maamle mein dekhiye jo basic hamara jo jo hona chahiye tareeqa woh ek aayat mein bata diya gaya hai.</w:t>
      </w:r>
    </w:p>
    <w:p>
      <w:pPr>
        <w:jc w:val="right"/>
      </w:pPr>
      <w:r>
        <w:t>رسول اللہ کے معاملے میں دیکھیے جو بیسک ہمارا جو جو ہونا چاہیے طریقہ وہ ایک آیت میں بتا دیا گیا ہے۔</w:t>
      </w:r>
    </w:p>
    <w:p>
      <w:r>
        <w:rPr>
          <w:b/>
        </w:rPr>
        <w:t xml:space="preserve">[1:27:14] </w:t>
      </w:r>
      <w:r>
        <w:t>Woh aayat hai qul in kuntum tuhibbunallaha fattabi'uni yuhbibkumullahu ye aal imran mein hai, surah aal imran mein qul in kuntum tuhibbunallaha fattabi'uni yuhbibkumullahu</w:t>
      </w:r>
    </w:p>
    <w:p>
      <w:pPr>
        <w:jc w:val="right"/>
      </w:pPr>
      <w:r>
        <w:t>وہ آیت ہے قُلْ إِنْ كُنْتُمْ تُحِبُّونَ اللَّهَ فَاتَّبَعُونِي يُحْبِبْكُمُ اللَّهُ یہ آل عمران میں ہے، سورہ آل عمران میں قُلْ إِنْ كُنْتُمْ تُحِبُّونَ اللَّهَ فَاتَّبَعُونِي يُحْبِبْكُمُ اللَّهُ</w:t>
      </w:r>
    </w:p>
    <w:p>
      <w:r>
        <w:rPr>
          <w:b/>
        </w:rPr>
        <w:t xml:space="preserve">[1:27:30] </w:t>
      </w:r>
      <w:r>
        <w:t>Dekhiye iska tarjuma ye hai ke kaho ke agar tum Allah se mohabbat karte ho to Rasool ko ittaba karo.</w:t>
      </w:r>
    </w:p>
    <w:p>
      <w:pPr>
        <w:jc w:val="right"/>
      </w:pPr>
      <w:r>
        <w:t>دیکھیے اس کا ترجمہ یہ ہے کہ کہو کہ اگر تم اللہ سے محبت کرتے ہو تو رسول کو اتباع کرو۔</w:t>
      </w:r>
    </w:p>
    <w:p>
      <w:r>
        <w:rPr>
          <w:b/>
        </w:rPr>
        <w:t xml:space="preserve">[1:27:41] </w:t>
      </w:r>
      <w:r>
        <w:t>Toh ittaba is se nikalta hai ke Rasool ke baare mein jo matloob hai asal woh ittaba hai. Toh ye lekin ittaba ka matlab ye nahi ke woh kaddu khaye toh hum kaddu khayein, ye hargiz nahi matlab iska hai.</w:t>
      </w:r>
    </w:p>
    <w:p>
      <w:pPr>
        <w:jc w:val="right"/>
      </w:pPr>
      <w:r>
        <w:t>تو اتباع اس سے نکلتا ہے کہ رسول کے بارے میں جو مطلوب ہے اصلاً وہ اتباع ہے۔ تو یہ لیکن اتباع کا مطلب یہ نہیں کہ وہ کدو کھائے تو ہم کدو کھائیں، یہ ہرگز نہیں مطلب اس کا ہے۔</w:t>
      </w:r>
    </w:p>
    <w:p>
      <w:r>
        <w:rPr>
          <w:b/>
        </w:rPr>
        <w:t xml:space="preserve">[1:27:53] </w:t>
      </w:r>
      <w:r>
        <w:t>Ittaba deen ke maamle mein</w:t>
      </w:r>
    </w:p>
    <w:p>
      <w:pPr>
        <w:jc w:val="right"/>
      </w:pPr>
      <w:r>
        <w:t>اتباع دین کے معاملے میں</w:t>
      </w:r>
    </w:p>
    <w:p>
      <w:r>
        <w:rPr>
          <w:b/>
        </w:rPr>
        <w:t xml:space="preserve">[1:27:58] </w:t>
      </w:r>
      <w:r>
        <w:t>Ulama ne dekhiye tafreeq ki hai ek sunnat aadiya, sunnat ghair aadiya. Yaani arab ki aadat ke mutabiq kuch cheezein thi wahan par jo Rasool Allah ne ikhtiyar kiya, jaise kaddu kha liya toh kaddu sunnat nahi hai,</w:t>
      </w:r>
    </w:p>
    <w:p>
      <w:pPr>
        <w:jc w:val="right"/>
      </w:pPr>
      <w:r>
        <w:t>علماء نے دیکھیے تفریق کی ہے ایک سنت عادیہ، سنت غیر عادیہ۔ یعنی عرب کی عادت کے مطابق کچھ چیزیں تھیں وہاں پر جو رسول اللہ نے اختیار کیا، جیسے کدو کھا لیا تو کدو سنت نہیں ہے،</w:t>
      </w:r>
    </w:p>
    <w:p>
      <w:r>
        <w:rPr>
          <w:b/>
        </w:rPr>
        <w:t xml:space="preserve">[1:28:14] </w:t>
      </w:r>
      <w:r>
        <w:t>Woh arab ki aadat hai. Jo sunnat hai woh hai jo Rasool Allah salallahu alaihi wasallam ne zabaan se farmaya ho ke aisa karo.</w:t>
      </w:r>
    </w:p>
    <w:p>
      <w:pPr>
        <w:jc w:val="right"/>
      </w:pPr>
      <w:r>
        <w:t>وہ عرب کی عادت ہے۔ جو سنت ہے وہ ہے جو رسول اللہ صلی اللہ علیہ وسلم نے زبان سے فرمایا ہو کہ ایسا کرو۔</w:t>
      </w:r>
    </w:p>
    <w:p>
      <w:r>
        <w:rPr>
          <w:b/>
        </w:rPr>
        <w:t xml:space="preserve">[1:28:23] </w:t>
      </w:r>
      <w:r>
        <w:t>Ke aap ne farmaya ke sallu kama ra'aytumunni usalli namaz is tarah padho dekh kar jaise ke main padhta hoon.</w:t>
      </w:r>
    </w:p>
    <w:p>
      <w:pPr>
        <w:jc w:val="right"/>
      </w:pPr>
      <w:r>
        <w:t>کہ آپ نے فرمایا کہ صَلُّوا كَمَا رَأَيَتُمْ أُنِّي أُصَلِّي نماز اس طرح پڑھو دیکھ کر جیسے کہ میں پڑھتا ہوں۔</w:t>
      </w:r>
    </w:p>
    <w:p>
      <w:r>
        <w:rPr>
          <w:b/>
        </w:rPr>
        <w:t xml:space="preserve">[1:28:32] </w:t>
      </w:r>
      <w:r>
        <w:t>Ke aap ne farmaya</w:t>
      </w:r>
    </w:p>
    <w:p>
      <w:pPr>
        <w:jc w:val="right"/>
      </w:pPr>
      <w:r>
        <w:t>کہ آپ نے فرمایا</w:t>
      </w:r>
    </w:p>
    <w:p>
      <w:r>
        <w:rPr>
          <w:b/>
        </w:rPr>
        <w:t xml:space="preserve">[1:28:34] </w:t>
      </w:r>
      <w:r>
        <w:t>Toh ye masla ulama ke haan muslim hai ke Rasool Allah ne lafzan jis baat ko kaha ho woh hukum banega. Aur ye jo ye jo hai khane peene ke maamlaat ya kapde ke maamlaat ya sawari ke maamlaat woh nahi hain.</w:t>
      </w:r>
    </w:p>
    <w:p>
      <w:pPr>
        <w:jc w:val="right"/>
      </w:pPr>
      <w:r>
        <w:t>۔ تو یہ مسئلہ علماء کے ہاں مسلم ہے کہ رسول اللہ نے لفظاً جس بات کو کہا ہو وہ حکم بنے گا۔ اور یہ جو یہ جو ہے کھانے پینے کے معاملات یا کپڑے کے معاملات یا سواری کے معاملات وہ نہیں ہیں۔</w:t>
      </w:r>
    </w:p>
    <w:p>
      <w:r>
        <w:rPr>
          <w:b/>
        </w:rPr>
        <w:t xml:space="preserve">[1:28:48] </w:t>
      </w:r>
      <w:r>
        <w:t>Jo mufti sahab ne taqreer ki, kya woh khachchar par sawari karte hain? Oont par sawari karte hain? Woh kaise pahunch gaye America? Kya oont par badh ke America gaye the woh?</w:t>
      </w:r>
    </w:p>
    <w:p>
      <w:pPr>
        <w:jc w:val="right"/>
      </w:pPr>
      <w:r>
        <w:t>جو مفتی صاحب نے تقریر کی، کیا وہ خچر پر سواری کرتے ہیں؟ اونٹ پر سواری کرتے ہیں؟ وہ کیسے پہنچ گئے امریکہ؟ کیا اونٹ پر بڑھ کے امریکہ گئے تھے وہ؟</w:t>
      </w:r>
    </w:p>
    <w:p>
      <w:r>
        <w:rPr>
          <w:b/>
        </w:rPr>
        <w:t xml:space="preserve">[1:28:58] </w:t>
      </w:r>
      <w:r>
        <w:t>Ya aisi taqreerein log karte hain, beqarar soch samjhe. Toh sunnat ka matlab ye nahi ke aap oont par sawari karein, khachchar par sawari karein, kaddu khayein. Hargiz nahi.</w:t>
      </w:r>
    </w:p>
    <w:p>
      <w:pPr>
        <w:jc w:val="right"/>
      </w:pPr>
      <w:r>
        <w:t>یا ایسی تقریریں لوگ کرتے ہیں، بے قرار سوچ سمجھے۔ تو سنت کا مطلب یہ نہیں کہ آپ اونٹ پر سواری کریں، خچر پر سواری کریں، کدو کھائیں۔ ہرگز نہیں۔</w:t>
      </w:r>
    </w:p>
    <w:p>
      <w:r>
        <w:rPr>
          <w:b/>
        </w:rPr>
        <w:t xml:space="preserve">[1:29:09] </w:t>
      </w:r>
      <w:r>
        <w:t>Sunnat ka mutalliq hai woh cheezein jo aap ko Allah ki raza deti hain aur aap ko jannat mein dakhle ka yaani haq hum is istihqaq dete hain, is baare mein ittaba.</w:t>
      </w:r>
    </w:p>
    <w:p>
      <w:pPr>
        <w:jc w:val="right"/>
      </w:pPr>
      <w:r>
        <w:t>سنت کا متعلق ہے وہ چیزیں جو آپ کو اللہ کی رضا دیتی ہیں اور آپ کو جنت میں داخلے کا یعنی حق ہم اس استحقاق دیتے ہیں، اس بارے میں اتباع۔</w:t>
      </w:r>
    </w:p>
    <w:p>
      <w:r>
        <w:rPr>
          <w:b/>
        </w:rPr>
        <w:t xml:space="preserve">[1:29:24] </w:t>
      </w:r>
      <w:r>
        <w:t>Baqi jo hai jo arab ke tareeqe the, woh is ko woh woh woh sunnat nahi hai, woh woh woh sunnat ke darje mein nahi hai.</w:t>
      </w:r>
    </w:p>
    <w:p>
      <w:pPr>
        <w:jc w:val="right"/>
      </w:pPr>
      <w:r>
        <w:t>باقی جو ہے جو عرب کے طریقے تھے، وہ اس کو وہ وہ وہ سنت نہیں ہے، وہ وہ وہ سنت کے درجے میں نہیں ہے۔</w:t>
      </w:r>
    </w:p>
    <w:p>
      <w:r>
        <w:rPr>
          <w:b/>
        </w:rPr>
        <w:t xml:space="preserve">[1:29:36] </w:t>
      </w:r>
      <w:r>
        <w:t>Woh</w:t>
      </w:r>
    </w:p>
    <w:p>
      <w:pPr>
        <w:jc w:val="right"/>
      </w:pPr>
      <w:r>
        <w:t>وہ</w:t>
      </w:r>
    </w:p>
    <w:p>
      <w:r>
        <w:rPr>
          <w:b/>
        </w:rPr>
        <w:t xml:space="preserve">[1:29:41] </w:t>
      </w:r>
      <w:r>
        <w:t>Ye baat ulama ne bahut is par tafseel se likhi hai, ye baat hai. Koi main nayi baat nahi kar raha hoon ke jin cheezon ka talluq jannat o jahannum se hai, asal mein wahi sunnat hai.</w:t>
      </w:r>
    </w:p>
    <w:p>
      <w:pPr>
        <w:jc w:val="right"/>
      </w:pPr>
      <w:r>
        <w:t>یہ بات علماء نے بہت اس پر تفصیل سے لکھی ہے، یہ بات ہے۔ کوئی میں نئی بات نہیں کر رہا ہوں کہ جن چیزوں کا تعلق جنت و جہنم سے ہے، اصل میں وہی سنت ہے۔</w:t>
      </w:r>
    </w:p>
    <w:p>
      <w:r>
        <w:rPr>
          <w:b/>
        </w:rPr>
        <w:t xml:space="preserve">[1:29:50] </w:t>
      </w:r>
      <w:r>
        <w:t>Baqi cheezein jo aap ka zouq ho, zaati zouq ho ya arab ki aadaat se talluq rakhta ho, woh sunnat is darje ki sunnat nahi hai ke us ko aap ittaba karein.</w:t>
      </w:r>
    </w:p>
    <w:p>
      <w:pPr>
        <w:jc w:val="right"/>
      </w:pPr>
      <w:r>
        <w:t>باقی چیزیں جو آپ کا ذوق ہو، ذاتی ذوق ہو یا عرب کی عادات سے تعلق رکھتا ہو، وہ سنت اس درجے کی سنت نہیں ہے کہ اس کو آپ اتباع کریں۔</w:t>
      </w:r>
    </w:p>
    <w:p>
      <w:r>
        <w:rPr>
          <w:b/>
        </w:rPr>
        <w:t xml:space="preserve">[1:30:00] </w:t>
      </w:r>
      <w:r>
        <w:t>Is ka mislan is zamane mein aap motor car par baithte hain, aap khachchar par nahi baithte hain, oont par nahi baithenge.</w:t>
      </w:r>
    </w:p>
    <w:p>
      <w:pPr>
        <w:jc w:val="right"/>
      </w:pPr>
      <w:r>
        <w:t>اس کا مثلاً اس زمانے میں آپ موٹر کار پر بیٹھتے ہیں، آپ خچر پر نہیں بیٹھتے ہیں، اونٹ پر نہیں بیٹھیں گے۔</w:t>
      </w:r>
    </w:p>
    <w:p>
      <w:r>
        <w:rPr>
          <w:b/>
        </w:rPr>
        <w:t xml:space="preserve">[1:30:08] </w:t>
      </w:r>
      <w:r>
        <w:t>Toh is ka matlab nahi ke jo jo car par baitha hai ke woh woh sunnat ke khilaaf chal raha hai, ye matlab nahi hai. Toh is tarah ki baatein log taqreerein karte hain lekin woh sab bilkul baseless hoti hain.</w:t>
      </w:r>
    </w:p>
    <w:p>
      <w:pPr>
        <w:jc w:val="right"/>
      </w:pPr>
      <w:r>
        <w:t>تو اس کا مطلب نہیں کہ جو جو کار پر بیٹھا ہے کہ وہ وہ سنت کے خلاف چل رہا ہے، یہ مطلب نہیں ہے۔ تو اس طرح کی باتیں لوگ تقریریں کرتے ہیں لیکن وہ سب بالکل بیسلیس ہوتی ہیں۔</w:t>
      </w:r>
    </w:p>
    <w:p>
      <w:r>
        <w:rPr>
          <w:b/>
        </w:rPr>
        <w:t xml:space="preserve">[1:30:21] </w:t>
      </w:r>
      <w:r>
        <w:t>Maulana, agla sawal kya hai? Mr. Amer bin Yusuf ne Karachi, Pakistan se, unhone likha hai: "Kindly explain what is huqooq Allah and what is huqooq al-ibaad."</w:t>
      </w:r>
    </w:p>
    <w:p>
      <w:pPr>
        <w:jc w:val="right"/>
      </w:pPr>
      <w:r>
        <w:t>مولانا، اگلا سوال کیا ہے؟ مسٹر عامر بن یوسف نے کراچی، پاکستان سے، انہوں نے لکھا ہے: "Kindly explain what is حقوق اللہ and what is حقوق العباد."</w:t>
      </w:r>
    </w:p>
    <w:p>
      <w:r>
        <w:rPr>
          <w:b/>
        </w:rPr>
        <w:t xml:space="preserve">[1:30:35] </w:t>
      </w:r>
      <w:r>
        <w:t>Ek hadith hai ke "ittaqillaha wa khalqin naasa bi khalqin hasan." Yaani Allah se jo Allah ka jo haq hai, woh ye hai ke hum Allah se darein "wa lam yakhsha illa Allah." Ye Allah ka haq hai ke Allah se darein.</w:t>
      </w:r>
    </w:p>
    <w:p>
      <w:pPr>
        <w:jc w:val="right"/>
      </w:pPr>
      <w:r>
        <w:t>ایک حدیث ہے کہ "اتقِ الله وخالق الناس بخلق حسن." یعنی اللہ سے جو اللہ کا جو حق ہے، وہ یہ ہے کہ ہم اللہ سے ڈریں "ولم يخشَ إلا الله." یہ اللہ کا حق ہے کہ اللہ سے ڈریں۔</w:t>
      </w:r>
    </w:p>
    <w:p>
      <w:r>
        <w:rPr>
          <w:b/>
        </w:rPr>
        <w:t xml:space="preserve">[1:30:55] </w:t>
      </w:r>
      <w:r>
        <w:t>Yaani apne tamam qaul mein, fe'al mein, har cheez mein ye dhyan rakhein ke kya cheez Allah ko pasand hai ya Allah ko pasand nahi hai.</w:t>
      </w:r>
    </w:p>
    <w:p>
      <w:pPr>
        <w:jc w:val="right"/>
      </w:pPr>
      <w:r>
        <w:t>یعنی اپنے تمام قول میں، فعل میں، ہر چیز میں یہ دھیان رکھیں کہ کیا چیز اللہ کو پسند ہے یا اللہ کو پسند نہیں ہے۔</w:t>
      </w:r>
    </w:p>
    <w:p>
      <w:r>
        <w:rPr>
          <w:b/>
        </w:rPr>
        <w:t xml:space="preserve">[1:31:07] </w:t>
      </w:r>
      <w:r>
        <w:t>Mislan jhoot pasand nahi hai toh jhoot chhod dein, sach pasand hai toh sach ikhtiyar karein,</w:t>
      </w:r>
    </w:p>
    <w:p>
      <w:pPr>
        <w:jc w:val="right"/>
      </w:pPr>
      <w:r>
        <w:t>مثلاً جھوٹ پسند نہیں ہے تو جھوٹ چھوڑ دیں، سچ پسند ہے تو سچ اختیار کریں،</w:t>
      </w:r>
    </w:p>
    <w:p>
      <w:r>
        <w:rPr>
          <w:b/>
        </w:rPr>
        <w:t xml:space="preserve">[1:31:13] </w:t>
      </w:r>
      <w:r>
        <w:t>Dish onestri pasand nahi hai toh dish onestri chhod dein, onestri pasand hai toh onestri ikhtiyar karein, warna pakad Allah taala ka pakad ho jayega. Aur jahan tak insaan ka maamla hai toh insaan ka maamla ye hai ke aap ek hadith hai ke ke teen cheezein hain, ek insaan ki, doosri insaan par haram hain:</w:t>
      </w:r>
    </w:p>
    <w:p>
      <w:pPr>
        <w:jc w:val="right"/>
      </w:pPr>
      <w:r>
        <w:t>ڈس آنسٹری پسند نہیں ہے تو ڈس آنسٹری چھوڑ دیں، آنسٹری پسند ہے تو آنسٹری اختیار کریں، ورنہ پکڑ اللہ تعالیٰ کا پکڑ ہو جائے گی۔ اور جہاں تک انسان کا معاملہ ہے تو انسان کا معاملہ یہ ہے کہ آپ ایک حدیث ہے کہ کہ تین چیزیں ہیں، ایک انسان کی، دوسری انسان پر حرام ہیں:</w:t>
      </w:r>
    </w:p>
    <w:p>
      <w:r>
        <w:rPr>
          <w:b/>
        </w:rPr>
        <w:t xml:space="preserve">[1:31:36] </w:t>
      </w:r>
      <w:r>
        <w:t>"dammah wa maluhu wa arḍuhu" - is ka khoon, is ka maal, is ki aabroo.</w:t>
      </w:r>
    </w:p>
    <w:p>
      <w:pPr>
        <w:jc w:val="right"/>
      </w:pPr>
      <w:r>
        <w:t>"دمه وماله وارضه" ۔ اس کا خون، اس کا مال، اس کی ابرو۔</w:t>
      </w:r>
    </w:p>
    <w:p>
      <w:r>
        <w:rPr>
          <w:b/>
        </w:rPr>
        <w:t xml:space="preserve">[1:31:42] </w:t>
      </w:r>
      <w:r>
        <w:t>to insaan ke baare mein teen basic cheezein hain ke doosre insaan ki aap jaan nahin le sakte, doosre insaan ko aap be aabroo nahin kar sakte, doosre insaan ka maal nahin chheen sakte aap.</w:t>
      </w:r>
    </w:p>
    <w:p>
      <w:pPr>
        <w:jc w:val="right"/>
      </w:pPr>
      <w:r>
        <w:t>تو انسان کے بارے میں تین بیسک چیزیں ہیں کہ دوسرے انسان کی آپ جان نہیں لے سکتے، دوسرے انسان کو آپ بے ابرو نہیں کر سکتے، دوسرے انسان کا مال نہیں چھین سکتے آپ۔</w:t>
      </w:r>
    </w:p>
    <w:p>
      <w:r>
        <w:rPr>
          <w:b/>
        </w:rPr>
        <w:t xml:space="preserve">[1:31:55] </w:t>
      </w:r>
      <w:r>
        <w:t>to yeh hai farq insaan ke maamle mein aur Khuda ke maamle mein. Maulana, agla sawal Mr. Ahmed Anwat ne dilli se kiya hai, unhon</w:t>
      </w:r>
    </w:p>
    <w:p>
      <w:pPr>
        <w:jc w:val="right"/>
      </w:pPr>
      <w:r>
        <w:t>تو یہ ہے فرق انسان کے معاملے میں اور خدا کے معاملے میں۔ مولانا، اگلا سوال مسٹر احمد انوت نے دلی سے کیا ہے، انہوں</w:t>
      </w:r>
    </w:p>
    <w:p>
      <w:r>
        <w:rPr>
          <w:b/>
        </w:rPr>
        <w:t xml:space="preserve">[1:32:07] </w:t>
      </w:r>
      <w:r>
        <w:t>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p>
    <w:p>
      <w:pPr>
        <w:jc w:val="right"/>
      </w:pPr>
      <w:r>
        <w:t>نے لکھا ہے: "In Quran Chapter 9 Verse Number 113 the translation says it is not proper for the Prophet and those who believe to seek forgiveness for polytheists even though they are close relatives after it has become clear to them that they have earned the punishment of hell.</w:t>
      </w:r>
    </w:p>
    <w:p>
      <w:r>
        <w:rPr>
          <w:b/>
        </w:rPr>
        <w:t xml:space="preserve">[1:32:33] </w:t>
      </w:r>
      <w:r>
        <w:t>Kindly expla</w:t>
      </w:r>
    </w:p>
    <w:p>
      <w:pPr>
        <w:jc w:val="right"/>
      </w:pPr>
      <w:r>
        <w:t>Kindly expla</w:t>
      </w:r>
    </w:p>
    <w:p>
      <w:r>
        <w:rPr>
          <w:b/>
        </w:rPr>
        <w:t xml:space="preserve">[1:32:34] </w:t>
      </w:r>
      <w:r>
        <w:t>in this verse." Dekhiye, yeh jang ke baare mein hai, aap haalaat ke baare mein nahin hai. Jang-i haalaat ka yeh qanoon hai. Is ke context se alag kar ke aap parhenge to kuch samajh nahin aayega.</w:t>
      </w:r>
    </w:p>
    <w:p>
      <w:pPr>
        <w:jc w:val="right"/>
      </w:pPr>
      <w:r>
        <w:t>in this verse." دیکھیے، یہ جنگ کے بارے میں ہے، آپ حالات کے بارے میں نہیں ہے۔ جنگی حالات کا یہ قانون ہے۔ اس کے context سے الگ کر کے آپ پڑھیں گے تو کچھ سمجھ نہیں آئے گا۔</w:t>
      </w:r>
    </w:p>
    <w:p>
      <w:r>
        <w:rPr>
          <w:b/>
        </w:rPr>
        <w:t xml:space="preserve">[1:32:46] </w:t>
      </w:r>
      <w:r>
        <w:t>to har ek ko aap nafrat karenge, har ek ko dushman bana lenge apna. Jab Muslim aur doosre jo the, un ke mukhalifeen at war the, tab ka yeh qanoon hai.</w:t>
      </w:r>
    </w:p>
    <w:p>
      <w:pPr>
        <w:jc w:val="right"/>
      </w:pPr>
      <w:r>
        <w:t>تو ہر ایک کو آپ نفرت کریں گے، ہر ایک کو دشمن بنا لیں گے اپنا۔ جب مسلم اور دوسرے جو تھے، ان کے مخالفین at war تھے، تب کا یہ قانون ہے۔</w:t>
      </w:r>
    </w:p>
    <w:p>
      <w:r>
        <w:rPr>
          <w:b/>
        </w:rPr>
        <w:t xml:space="preserve">[1:32:59] </w:t>
      </w:r>
      <w:r>
        <w:t>Is ko is ke context hata kar mat dekhiye,</w:t>
      </w:r>
    </w:p>
    <w:p>
      <w:pPr>
        <w:jc w:val="right"/>
      </w:pPr>
      <w:r>
        <w:t>اس کو اس کے context ہٹا کر مت دیکھیے،</w:t>
      </w:r>
    </w:p>
    <w:p>
      <w:r>
        <w:rPr>
          <w:b/>
        </w:rPr>
        <w:t xml:space="preserve">[1:33:02] </w:t>
      </w:r>
      <w:r>
        <w:t>is ko. Aap tafseer mein parhiye is ke shaan-e nuzool ko to aap yeh baat clear ho jayegi aap ke upar. Is is is aayat ka shaan-e nuzool aap tafseer mein mil jayega aap ko.</w:t>
      </w:r>
    </w:p>
    <w:p>
      <w:pPr>
        <w:jc w:val="right"/>
      </w:pPr>
      <w:r>
        <w:t>اس کو۔ آپ تفسیر میں پڑھیے اس کے شان نزول کو تو آپ یہ بات clear ہو جائے گی آپ کے اوپر۔ اس اس اس آیت کا شان نزول آپ تفسیر میں مل جائے گا آپ کو۔</w:t>
      </w:r>
    </w:p>
    <w:p>
      <w:r>
        <w:rPr>
          <w:b/>
        </w:rPr>
        <w:t xml:space="preserve">[1:33:13] </w:t>
      </w:r>
      <w:r>
        <w:t>Dr. Owais ne dilli se likha hai: "Of the two, thought crime or social crime, which is more severe and why?"</w:t>
      </w:r>
    </w:p>
    <w:p>
      <w:pPr>
        <w:jc w:val="right"/>
      </w:pPr>
      <w:r>
        <w:t>ڈاکٹر اویس نے دلی سے لکھا ہے: "Of the two, thought crime or social crime, which is more severe and why?"</w:t>
      </w:r>
    </w:p>
    <w:p>
      <w:r>
        <w:rPr>
          <w:b/>
        </w:rPr>
        <w:t xml:space="preserve">[1:33:28] </w:t>
      </w:r>
      <w:r>
        <w:t>Bhai, ek insaan ke aitbaar se sakht hai, doosra Khuda ke aitbaar se sakht hai. Sakht dono hain. Yaani shirk jo hai, woh Allah Ta'ala maaf nahin farmayenge, lekin woh woh Allah ke haan punishable hai, duniya mein nahin.</w:t>
      </w:r>
    </w:p>
    <w:p>
      <w:pPr>
        <w:jc w:val="right"/>
      </w:pPr>
      <w:r>
        <w:t>بھئی، ایک انسان کے اعتبار سے سخت ہے، دوسرا خدا کے اعتبار سے سخت ہے۔ سخت دونوں ہیں۔ یعنی شرک جو ہے، وہ اللہ تعالیٰ معاف نہیں فرمائیں گے، لیکن وہ وہ اللہ کے ہاں punishable ہے، دنیا میں نہیں۔</w:t>
      </w:r>
    </w:p>
    <w:p>
      <w:r>
        <w:rPr>
          <w:b/>
        </w:rPr>
        <w:t xml:space="preserve">[1:33:41] </w:t>
      </w:r>
      <w:r>
        <w:t>To sakhti mein dono mein aisa nahin ke koi kam sakht ho. Lekin insaan ke baare mein aap crime karenge to duniya mein woh punishable hai.</w:t>
      </w:r>
    </w:p>
    <w:p>
      <w:pPr>
        <w:jc w:val="right"/>
      </w:pPr>
      <w:r>
        <w:t>تو سختی میں دونوں میں ایسا نہیں کہ کوئی کم سخت ہو۔ لیکن انسان کے بارے میں آپ crime کریں گے تو دنیا میں وہ punishable ہے۔</w:t>
      </w:r>
    </w:p>
    <w:p>
      <w:r>
        <w:rPr>
          <w:b/>
        </w:rPr>
        <w:t xml:space="preserve">[1:33:52] </w:t>
      </w:r>
      <w:r>
        <w:t>Khuda ke baare mein karenge to aakhirat mein punishable hai. Bhai, yeh farq hai bas.</w:t>
      </w:r>
    </w:p>
    <w:p>
      <w:pPr>
        <w:jc w:val="right"/>
      </w:pPr>
      <w:r>
        <w:t>خدا کے بارے میں کریں گے تو آخرت میں punishable ہے۔ بھئی، یہ فرق ہے بس۔</w:t>
      </w:r>
    </w:p>
    <w:p>
      <w:r>
        <w:rPr>
          <w:b/>
        </w:rPr>
        <w:t xml:space="preserve">[1:33:59] </w:t>
      </w:r>
      <w:r>
        <w:t>Mr. Mazhar ne dilli se likha hai: "Kya Quran ko parhne ki koi khaas shariyat hai? Paaki napaki ka masla hai ya nahin?"</w:t>
      </w:r>
    </w:p>
    <w:p>
      <w:pPr>
        <w:jc w:val="right"/>
      </w:pPr>
      <w:r>
        <w:t>مسٹر مظہر نے دلی سے لکھا ہے: "کیا قرآن کو پڑھنے کی کوئی خاص شریعت ہے؟ پاکی ناپاکی کا مسئلہ ہے یا نہیں؟"</w:t>
      </w:r>
    </w:p>
    <w:p>
      <w:r>
        <w:rPr>
          <w:b/>
        </w:rPr>
        <w:t xml:space="preserve">[1:34:14] </w:t>
      </w:r>
      <w:r>
        <w:t>Quran ko parhne ke liye ek hi shart hai, woh Quran mein hai: "Ittqullah wa yu'allimukumullah". Allah se daro to Allah tum ko Quran ke mazameen samjhayega.</w:t>
      </w:r>
    </w:p>
    <w:p>
      <w:pPr>
        <w:jc w:val="right"/>
      </w:pPr>
      <w:r>
        <w:t>قرآن کو پڑھنے کے لیے ایک ہی شرط ہے، وہ قرآن میں ہے: "اتقوا الله ويعلمكم الله" ۔ اللہ سے ڈرو تو اللہ تم کو قرآن کے مضامین سمجھائے گا۔</w:t>
      </w:r>
    </w:p>
    <w:p>
      <w:r>
        <w:rPr>
          <w:b/>
        </w:rPr>
        <w:t xml:space="preserve">[1:34:28] </w:t>
      </w:r>
      <w:r>
        <w:t>Asal shart yeh hai, baqi zahiri shartein hain woh sab. Log zahiri sharton ko jaante hain, asal shart se bekhabar hain. Jitna zyada aap ke andar taqwa hoga, Khuda tarsi hogi, sanjeedgi hogi, honesty hogi,</w:t>
      </w:r>
    </w:p>
    <w:p>
      <w:pPr>
        <w:jc w:val="right"/>
      </w:pPr>
      <w:r>
        <w:t>اصل شرط یہ ہے، باقی ظاہری شرطیں ہیں وہ سب۔ لوگ ظاہری شرطوں کو جانتے ہیں، اصل شرط سے بے خبر ہیں۔ جتنا زیادہ آپ کے اندر تقویٰ ہوگا، خدا ترسی ہوگی، سنجیدگی ہوگی، آنسٹری ہوگی،</w:t>
      </w:r>
    </w:p>
    <w:p>
      <w:r>
        <w:rPr>
          <w:b/>
        </w:rPr>
        <w:t xml:space="preserve">[1:34:43] </w:t>
      </w:r>
      <w:r>
        <w:t>sincerity hogi, utni Quran ki samajh mein aap ko aayega. Asal shart yeh hai. Logon ka haal yeh hai ke jo asal shart hai, is is ka to zikr nahin karte aur jo jo zahiri shart hai, usi ka zikr karte hain.</w:t>
      </w:r>
    </w:p>
    <w:p>
      <w:pPr>
        <w:jc w:val="right"/>
      </w:pPr>
      <w:r>
        <w:t>سنسیرٹی ہوگی، اتنی قرآن کی سمجھ میں آپ کو آئے گا۔ اصل شرط یہ ہے۔ لوگوں کا حال یہ ہے کہ جو اصل شرط ہے، اس اس کا تو ذکر نہیں کرتے اور جو جو ظاہری شرط ہے، اسی کا ذکر کرتے ہیں۔</w:t>
      </w:r>
    </w:p>
    <w:p>
      <w:r>
        <w:rPr>
          <w:b/>
        </w:rPr>
        <w:t xml:space="preserve">[1:34:59] </w:t>
      </w:r>
      <w:r>
        <w:t>Behaal, Quran mein jo likha hua hai, woh yahi hai: "Ittqullah wa yu'allimukumullah". Is aayat ko aap ja kar tafseer mein dekhiye.</w:t>
      </w:r>
    </w:p>
    <w:p>
      <w:pPr>
        <w:jc w:val="right"/>
      </w:pPr>
      <w:r>
        <w:t>بہرحال، قرآن میں جو لکھا ہوا ہے، وہ یہی ہے: "اتقوا الله ويعلمكم الله" ۔ اس آیت کو آپ جا کر تفسیر میں دیکھیے۔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