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&amp; the Religion  31 7 08</w:t>
      </w:r>
    </w:p>
    <w:p>
      <w:r>
        <w:t>https://www.youtube.com/watch?v=3mQBCB_ZU78</w:t>
      </w:r>
    </w:p>
    <w:p>
      <w:r>
        <w:rPr>
          <w:b/>
        </w:rPr>
        <w:t xml:space="preserve">[00:21] </w:t>
      </w:r>
      <w:r>
        <w:t>bismillah rehman rehim, wa salla Allahu ala nabi al karim. rab ishrah li sadri, wa yassir li amri, wah lul uqdatan min lisani, yafqahu qawli. aaj ki baat ka jo topic hai woh hai "</w:t>
      </w:r>
    </w:p>
    <w:p>
      <w:pPr>
        <w:jc w:val="right"/>
      </w:pPr>
      <w:r>
        <w:t>بسم اللہ الرحمن الرحیم، وصلی اللہ علی النبی الکریم۔ رب اشرح لی صدری، ویسر لی امری، واحل العقدۃ من لسانی، یفقہ قولی۔ آج کی بات کا جو ٹاپک ہے وہ ہے "</w:t>
      </w:r>
    </w:p>
    <w:p>
      <w:r>
        <w:rPr>
          <w:b/>
        </w:rPr>
        <w:t xml:space="preserve">[00:52] </w:t>
      </w:r>
      <w:r>
        <w:t>main and the religion", yani insan aur mazhab. yeh hai mozu aaj kay talk ka. kal parso aik sahib say meri mulaqat hui to unhon nay bataya kay woh aik doctor sahib say milay, aik alfeedaic doctor,</w:t>
      </w:r>
    </w:p>
    <w:p>
      <w:pPr>
        <w:jc w:val="right"/>
      </w:pPr>
      <w:r>
        <w:t>مین اینڈ دی ریلیجن"، یعنی انسان اور مذہب۔ یہ ہے موضوع آج کے ٹاک کا۔ کل پرسوں ایک صاحب سے میری ملاقات ہوئی تو انہوں نے بتایا کہ وہ ایک ڈاکٹر صاحب سے ملے، ایک الفیدک ڈاکٹر،</w:t>
      </w:r>
    </w:p>
    <w:p>
      <w:r>
        <w:rPr>
          <w:b/>
        </w:rPr>
        <w:t xml:space="preserve">[01:23] </w:t>
      </w:r>
      <w:r>
        <w:t>woh aik successfull doctor hain. to unhon nay un ko mazhab par aik kitab di, aik pamphlet, mazhab kay baray mein, religion kay baray mein. to doctor sahib nay kitab apnay hath mein li, phir daikha kay is ka title jo hai woh "religion" hai. to unhon nay bohat hi lightly kaha</w:t>
      </w:r>
    </w:p>
    <w:p>
      <w:pPr>
        <w:jc w:val="right"/>
      </w:pPr>
      <w:r>
        <w:t>وہ ایک سکسیس فل ڈاکٹر ہیں۔ تو انہوں نے ان کو مذہب پر ایک کتاب دی، ایک پیمفلیٹ، مذہب کے بارے میں، ریلیجن کے بارے میں۔ تو ڈاکٹر صاحب نے کتاب اپنے ہاتھ میں لی، پھر دیکھا کہ اس کا ٹائٹل جو ہے وہ "ریلیجن" ہے۔ تو انہوں نے بہت ہی لائٹلی کہا</w:t>
      </w:r>
    </w:p>
    <w:p>
      <w:r>
        <w:rPr>
          <w:b/>
        </w:rPr>
        <w:t xml:space="preserve">[01:55] </w:t>
      </w:r>
      <w:r>
        <w:t>kay mujhe mazhab say koi dilchaspi nahi hai. ab daikhiye, main apnay profession mein successfull hoon, aap daikho meri health itni achi hai, meri biwi ki health bhi bohat achi hai, meri aik beti hai, us ki health bhi bohat achi hai. mujhe</w:t>
      </w:r>
    </w:p>
    <w:p>
      <w:pPr>
        <w:jc w:val="right"/>
      </w:pPr>
      <w:r>
        <w:t>کہ مجھے مذہب سے کوئی دلچسپی نہیں ہے۔ اب دیکھیے، میں اپنے پروفیشن میں سکسیس فل ہوں، آپ دیکھیں میری ہیلتھ اتنی اچھی ہے، میری بیوی کی ہیلتھ بھی بہت اچھی ہے، میری ایک بیٹی ہے، اس کی ہیلتھ بھی بہت اچھی ہے۔ مجھے</w:t>
      </w:r>
    </w:p>
    <w:p>
      <w:r>
        <w:rPr>
          <w:b/>
        </w:rPr>
        <w:t xml:space="preserve">[02:26] </w:t>
      </w:r>
      <w:r>
        <w:t>apnay profession mein itni income ho jati hai kay mera kaam achi tarah chalta hai, aur sath hi main apni beti kay account mein har mahina aik lakh rupiya jama karta rehta hoon, har mahina aik lakh rupiya. to mera sab kaam durust hai, health bhi hai aur kamyab profession bhi hai, ghar, car</w:t>
      </w:r>
    </w:p>
    <w:p>
      <w:pPr>
        <w:jc w:val="right"/>
      </w:pPr>
      <w:r>
        <w:t>اپنے پروفیشن میں اتنی انکم ہو جاتی ہے کہ میرا کام اچھی طرح چلتا ہے، اور ساتھ ہی میں اپنی بیٹی کے اکاؤنٹ میں ہر مہینہ ایک لاکھ روپیہ جمع کرتا رہتا ہوں، ہر مہینہ ایک لاکھ روپیہ۔ تو میرا سب کام درست ہے، ہیلتھ بھی ہے اور کامیاب پروفیشن بھی ہے، گھر، کار</w:t>
      </w:r>
    </w:p>
    <w:p>
      <w:r>
        <w:rPr>
          <w:b/>
        </w:rPr>
        <w:t xml:space="preserve">[02:56] </w:t>
      </w:r>
      <w:r>
        <w:t>, bank balance, sab cheez meri sab cheez mujhe mili hui hai. to ab mujhe mazhab ka kiya kaam? daikhiye, yeh aik bohat bara, bohat bari misunderstanding hai. kuch log mazhab ko apni material life ka appendix samajhtay hain, yani zaimah.</w:t>
      </w:r>
    </w:p>
    <w:p>
      <w:pPr>
        <w:jc w:val="right"/>
      </w:pPr>
      <w:r>
        <w:t>، بینک بیلنس، سب چیز میری سب چیز مجھے ملی ہوئی ہے۔ تو اب مجھے مذہب کا کیا کام؟ دیکھیے، یہ ایک بہت بڑا، بہت بڑی مس انڈرسٹینڈنگ ہے۔ کچھ لوگ مذہب کو اپنی مٹیریل لائف کا اپینڈکس سمجھتے ہیں، یعنی ضمیمہ۔</w:t>
      </w:r>
    </w:p>
    <w:p>
      <w:r>
        <w:rPr>
          <w:b/>
        </w:rPr>
        <w:t xml:space="preserve">[03:26] </w:t>
      </w:r>
      <w:r>
        <w:t>woh samajhtay hain kay asal zindagi to material zindagi hai, hamaray madi mamlat theek hon, hamaray pas acha ghar ho, achi car ho, achi family ho, achi income ho, health ho, to bas theek. agar yeh sab na ho to phir humain mazhab ka sahara laina chahiye, mazhab say barkat laina. yani mazhab ko samajh</w:t>
      </w:r>
    </w:p>
    <w:p>
      <w:pPr>
        <w:jc w:val="right"/>
      </w:pPr>
      <w:r>
        <w:t>وہ سمجھتے ہیں کہ اصل زندگی تو مٹیریل زندگی ہے، ہمارے مادی معاملات ٹھیک ہوں، ہمارے پاس اچھا گھر ہو، اچھی کار ہو، اچھی فیملی ہو، اچھی انکم ہو، ہیلتھ ہو، تو بس ٹھیک ہے۔ اگر یہ سب نہ ہو تو پھر ہمیں مذہب کا سہارا لینا چاہیے، مذہب سے برکت لینا۔ یعنی مذہب کو سمجھ</w:t>
      </w:r>
    </w:p>
    <w:p>
      <w:r>
        <w:rPr>
          <w:b/>
        </w:rPr>
        <w:t xml:space="preserve">[03:56] </w:t>
      </w:r>
      <w:r>
        <w:t>tay hain kay apni dunya ki zindagi kay liye barkat, ashirbad ka zariya. bas yeh bohat bari bhool hai. daikhiye, doctor sahib ko sochna chahiye kay jo health aap ko mili hui hai, woh kis nay di? aap ka jo digest system hai, woh aap nay khud to banaya nahi.</w:t>
      </w:r>
    </w:p>
    <w:p>
      <w:pPr>
        <w:jc w:val="right"/>
      </w:pPr>
      <w:r>
        <w:t>تے ہیں کہ اپنی دنیا کی زندگی کے لیے برکت، آشیرباد کا ذریعہ۔ بس یہ بہت بڑی بھول ہے۔ دیکھیے، ڈاکٹر صاحب کو سوچنا چاہیے کہ جو ہیلتھ آپ کو ملی ہوئی ہے، وہ کس نے دی؟ آپ کا جو ڈائجسٹو سسٹم ہے، وہ آپ نے خود تو بنایا نہیں۔</w:t>
      </w:r>
    </w:p>
    <w:p>
      <w:r>
        <w:rPr>
          <w:b/>
        </w:rPr>
        <w:t xml:space="preserve">[04:28] </w:t>
      </w:r>
      <w:r>
        <w:t>oxygen ki supply ka jo nizam hai, jis mein aap sans letay hain, woh aap nay khud to banaya nahi. sun light jo oopar say aa rahi hai, us ka intizam aap nay khud to kiya nahi. yeh zameen jis par aap chaltay phirtay hain, yeh bohat hi, bohat ziyada, yani hamaray muwafiq zameen hai. to aap nay to banaya nahi is ko. zameen say jo sari khanay wali cheezain nikalti hain,</w:t>
      </w:r>
    </w:p>
    <w:p>
      <w:pPr>
        <w:jc w:val="right"/>
      </w:pPr>
      <w:r>
        <w:t>آکسیجن کی سپلائی کا جو نظام ہے، جس میں آپ سانس لیتے ہیں، وہ آپ نے خود تو بنایا نہیں۔ سن لائٹ جو اوپر سے آ رہی ہے، اس کا انتظام آپ نے خود تو کیا نہیں۔ یہ زمین جس پر آپ چلتے پھرتے ہیں، یہ بہت ہی، بہت زیادہ، یعنی ہمارے موافق زمین ہے۔ تو آپ نے تو بنایا نہیں اس کو۔ زمین سے جو ساری کھانے والی چیزیں نکلتی ہیں،</w:t>
      </w:r>
    </w:p>
    <w:p>
      <w:r>
        <w:rPr>
          <w:b/>
        </w:rPr>
        <w:t xml:space="preserve">[04:59] </w:t>
      </w:r>
      <w:r>
        <w:t>woh aap nay banai nahi. aap to aik bani banai dunya hain, khud aap bhi aik banay banay insan hain, to is ko aap aik profession mein istemal kar rahay hain, bas. to yeh kehna bohat bhari bhool hai kay mazhab is liye hai kay woh hamari madi zindagi mein barkat day, hum</w:t>
      </w:r>
    </w:p>
    <w:p>
      <w:pPr>
        <w:jc w:val="right"/>
      </w:pPr>
      <w:r>
        <w:t>وہ آپ نے بنائی نہیں۔ آپ تو ایک بنی بنائی دنیا ہیں، خود آپ بھی ایک بنے بنایا انسان ہیں، تو اس کو آپ ایک پروفیشن میں استعمال کر رہے ہیں، بس۔ تو یہ کہنا بہت بھاری بھول ہے کہ مذہب اس لیے ہے کہ وہ ہماری مادی زندگی میں برکت دے، ہم</w:t>
      </w:r>
    </w:p>
    <w:p>
      <w:r>
        <w:rPr>
          <w:b/>
        </w:rPr>
        <w:t xml:space="preserve">[05:29] </w:t>
      </w:r>
      <w:r>
        <w:t>ko ashirbad day. nahi, mazhab ka matlab hai kay aap denay walay ko acknowledge karein. is denay walay ko acknowledge karein jis nay aap ko paida kiya, jis nay aap ko health di, jis nay aap ko yeh zameen di, jis nay aap ko oxygen supply kar raha hai, jo jo aap ko sun light supply kar raha hai. million billion cheezain aap ko is dunya mein mil rahi hain, life support system</w:t>
      </w:r>
    </w:p>
    <w:p>
      <w:pPr>
        <w:jc w:val="right"/>
      </w:pPr>
      <w:r>
        <w:t>کو آشیرباد دے۔ نہیں، مذہب کا مطلب ہے کہ آپ دینے والے کو اکنالج کریں۔ اس دینے والے کو اکنالج کریں جس نے آپ کو پیدا کیا، جس نے آپ کو ہیلتھ دی، جس نے آپ کو یہ زمین دی، جس نے آپ کو آکسیجن سپلائی کر رہا ہے، جو جو آپ کو سن لائٹ سپلائی کر رہا ہے۔ ملین بلین چیزیں آپ کو اس دنیا میں مل رہی ہیں، لائف سپورٹ سسٹم</w:t>
      </w:r>
    </w:p>
    <w:p>
      <w:r>
        <w:rPr>
          <w:b/>
        </w:rPr>
        <w:t xml:space="preserve">[05:59] </w:t>
      </w:r>
      <w:r>
        <w:t>, yeh sab isi creator nay is ka intizam kiya hai, isi say mil rahi hain cheezain aap ko. aap to is dunya mein aik particle bhi barha nahi saktay apni koshish say. aik ghaas bhi aap apni taqat say uga nahi saktay. to yeh sari cheezain denay wala kon hai? woh creator hai. to is denay walay ko acknowledge karna, is ka itraf karna, is ka</w:t>
      </w:r>
    </w:p>
    <w:p>
      <w:pPr>
        <w:jc w:val="right"/>
      </w:pPr>
      <w:r>
        <w:t>، یہ سب اسی کریٹر نے اس کا انتظام کیا ہے، اسی سے مل رہی ہیں چیزیں آپ کو۔ آپ تو اس دنیا میں ایک پارٹیکل بھی بڑھا نہیں سکتے اپنی کوشش سے۔ ایک گھاس بھی آپ اپنی طاقت سے اگا نہیں سکتے۔ تو یہ ساری چیزیں دینے والا کون ہے؟ وہ کریٹر ہے۔ تو اس دینے والے کو اکنالج کرنا، اس کا اعتراف کرنا، اس کا</w:t>
      </w:r>
    </w:p>
    <w:p>
      <w:r>
        <w:rPr>
          <w:b/>
        </w:rPr>
        <w:t xml:space="preserve">[06:30] </w:t>
      </w:r>
      <w:r>
        <w:t>shukriya ada karna, is ka shukar karna, yeh hai mazhab. mazhab koi ashirbad, ashirbadi zaimah nahi hai. mazhab aik reminder hai logon kay liye kay jo log bhoolay huay hain apni material life mein kay jo kuch mila hua hai, us ko for granted lay rakha hai unhon nay. bhai, mila hua hai to mila hua hai.</w:t>
      </w:r>
    </w:p>
    <w:p>
      <w:pPr>
        <w:jc w:val="right"/>
      </w:pPr>
      <w:r>
        <w:t>شکریہ ادا کرنا، اس کا شکر کرنا، یہ ہے مذہب۔ مذہب کوئی آشیرباد، آشیربادی ضمیمہ نہیں ہے۔ مذہب ایک ریمائنڈر ہے لوگوں کے لیے کہ جو لوگ بھولے ہوئے ہیں اپنی مٹیریل لائف میں کہ جو کچھ ملا ہوا ہے، اس کو فار گرانٹڈ لے رکھا ہے انہوں نے۔ بھئی، ملا ہوا ہے تو ملا ہوا ہے۔</w:t>
      </w:r>
    </w:p>
    <w:p>
      <w:r>
        <w:rPr>
          <w:b/>
        </w:rPr>
        <w:t xml:space="preserve">[07:00] </w:t>
      </w:r>
      <w:r>
        <w:t>to mazhab jo hai woh reminder hai kay nahi, kisi denay walay say aap ko mila hai, kisi paida karnay walay say yeh mila hai aap ko. yeh to kisi ki blessing kay tor par mila hai. aap to is ko sirf exploit kar rahay hain, is ko istemal kar rahay hain. aap nay banaya to kuch bhi nahi. to mazhab yaad rakhiye, is liye nahi hai kay</w:t>
      </w:r>
    </w:p>
    <w:p>
      <w:pPr>
        <w:jc w:val="right"/>
      </w:pPr>
      <w:r>
        <w:t>تو مذہب جو ہے وہ ریمائنڈر ہے کہ نہیں، کسی دینے والے سے آپ کو ملا ہے، کسی پیدا کرنے والے سے یہ ملا ہے آپ کو۔ یہ تو کسی کی بلیسنگ کے طور پر ملا ہے۔ آپ تو اس کو صرف ایکسپلائٹ کر رہے ہیں، اس کو استعمال کر رہے ہیں۔ آپ نے بنایا تو کچھ بھی نہیں۔ تو مذہب یاد رکھیے، اس لیے نہیں ہے کہ</w:t>
      </w:r>
    </w:p>
    <w:p>
      <w:r>
        <w:rPr>
          <w:b/>
        </w:rPr>
        <w:t xml:space="preserve">[07:30] </w:t>
      </w:r>
      <w:r>
        <w:t>woh aap ko ashirbad day, barkat day. woh to aap kay apnay zehn nay bana liya kay barkati mazhab, ashirbadi mazhab. asal jo barkat hai, asal jo mazhab hai, woh yeh hai kay aap ko remind karay kay jis paida karnay walay nay aap ko paida kiya hai, us ko acknowledge karo. jo aap ko sari cheez</w:t>
      </w:r>
    </w:p>
    <w:p>
      <w:pPr>
        <w:jc w:val="right"/>
      </w:pPr>
      <w:r>
        <w:t>وہ آپ کو آشیرباد دے، برکت دے۔ وہ تو آپ کے اپنے ذہن نے بنا لیا کہ برکتی مذہب، آشیربادی مذہب۔ اصل جو برکت ہے، اصل جو مذہب ہے، وہ یہ ہے کہ آپ کو ریمائنڈ کرے کہ جس پیدا کرنے والے نے آپ کو پیدا کیا ہے، اس کو اکنالج کرو۔ جو آپ کو ساری چ</w:t>
      </w:r>
    </w:p>
    <w:p>
      <w:r>
        <w:rPr>
          <w:b/>
        </w:rPr>
        <w:t xml:space="preserve">[08:00] </w:t>
      </w:r>
      <w:r>
        <w:t>yein diye huay hain, us ko acknowledge karo. jo aap ko life support system diye huay hain, us ko acknowledge karo. aur phir us kay agay surrender karo. us kay agay surrender kar do. dunya mein jo zindagi tum guzartay ho, woh isi kay, isi ko follow kartay huay guzaro. tum jananay ki koshish karo kay is paida karnay walay ki</w:t>
      </w:r>
    </w:p>
    <w:p>
      <w:pPr>
        <w:jc w:val="right"/>
      </w:pPr>
      <w:r>
        <w:t>یزیں دیے ہوئے ہیں، اس کو اکنالج کرو۔ جو آپ کو لائف سپورٹ سسٹم دیے ہوئے ہیں، اس کو اکنالج کرو۔ اور پھر اس کے آگے سرنڈر کرو۔ اس کے آگے سرنڈر کر دو۔ دنیا میں جو زندگی تم گزارتے ہو، وہ اسی کے، اسی کو فالو کرتے ہوئے گزارو۔ تم جاننے کی کوشش کرو کہ اس پیدا کرنے والے کی</w:t>
      </w:r>
    </w:p>
    <w:p>
      <w:r>
        <w:rPr>
          <w:b/>
        </w:rPr>
        <w:t xml:space="preserve">[08:30] </w:t>
      </w:r>
      <w:r>
        <w:t>marzi jananay ka source kiya hai. to mazhab in sab baton kay liye hai. main kon hoon? mujhe kis nay banaya? is dunya mein main kis liye aaya hoon? mera duty, meri duty kiya hai? in sab ko jananay ka source hai mazhab. phir aap daikhiye, aap kitni healthy hon</w:t>
      </w:r>
    </w:p>
    <w:p>
      <w:pPr>
        <w:jc w:val="right"/>
      </w:pPr>
      <w:r>
        <w:t>مرضی جاننے کا سورس کیا ہے۔ تو مذہب ان سب باتوں کے لیے ہے۔ میں کون ہوں؟ مجھے کس نے بنایا؟ اس دنیا میں میں کس لیے آیا ہوں؟ میرا ڈیوٹی، میری ڈیوٹی کیا ہے؟ ان سب کو جاننے کا سورس ہے مذہب۔ پھر آپ دیکھیے، آپ کتنی ہیلتھی ہوں</w:t>
      </w:r>
    </w:p>
    <w:p>
      <w:r>
        <w:rPr>
          <w:b/>
        </w:rPr>
        <w:t xml:space="preserve">[09:01] </w:t>
      </w:r>
      <w:r>
        <w:t>, 50 saal, 70 saal mein mar jatay hain. main aaj abarh ka rehne wala hoon, wahan pe aik doctor thay, woh surgeon thay, aur bohat hi successfull thay apnay profession mein. bohat paisa kamaya unhon nay, aur woh bhi bohat hi healthy aadmi thay, bohat zabardast healthy aadmi thay. un kay muscles bohat mazboot theen, bari personality walay aadmi thay. log un ko daikhtay</w:t>
      </w:r>
    </w:p>
    <w:p>
      <w:pPr>
        <w:jc w:val="right"/>
      </w:pPr>
      <w:r>
        <w:t>، 50 سال، 70 سال میں مر جاتے ہیں۔ میں آج ابڑ کا رہنے والا ہوں، وہاں پہ ایک ڈاکٹر تھے، وہ سرجن تھے، اور بہت ہی سکسیس فل تھے اپنے پروفیشن میں۔ بہت پیسہ کمایا انہوں نے، اور وہ بھی بہت ہی ہیلتھی آدمی تھے، بہت زبردست ہیلتھی آدمی تھے۔ ان کے مسلز بہت مضبوط تھیں، بڑی پرسنیلٹی والے آدمی تھے۔ لوگ ان کو دیکھتے</w:t>
      </w:r>
    </w:p>
    <w:p>
      <w:r>
        <w:rPr>
          <w:b/>
        </w:rPr>
        <w:t xml:space="preserve">[09:31] </w:t>
      </w:r>
      <w:r>
        <w:t>to daikhtay reh jatay thay. lekin kiya hua? zahir hai kay borhay huay. barhapay mein main un kay ghar gaya hoon, un ko daikha hai main nay, adam garh mein. to un ko rashah ho gaya tha, yani parkinson ki bimari. to hath aisay hilta tha un ko. apnay hath say woh glass, pani ka glass nahi pakar saktay thay, kyunkay hilta tha woh. chaye nahi pi saktay thay,</w:t>
      </w:r>
    </w:p>
    <w:p>
      <w:pPr>
        <w:jc w:val="right"/>
      </w:pPr>
      <w:r>
        <w:t>تو دیکھتے رہ جاتے تھے۔ لیکن کیا ہوا؟ ظاہر ہے کہ بوڑھے ہوئے۔ بڑھاپے میں میں ان کے گھر گیا ہوں، ان کو دیکھا ہے میں نے، آدم گڑھ میں۔ تو ان کو راشہ ہو گیا تھا، یعنی پارکنسن کی بیماری۔ تو ہاتھ ایسے ہلتا تھا ان کو۔ اپنے ہاتھ سے وہ گلاس، پانی کا گلاس نہیں پکڑ سکتے تھے، کیونکہ ہلتا تھا وہ۔ چائے نہیں پی سکتے تھے،</w:t>
      </w:r>
    </w:p>
    <w:p>
      <w:r>
        <w:rPr>
          <w:b/>
        </w:rPr>
        <w:t xml:space="preserve">[10:02] </w:t>
      </w:r>
      <w:r>
        <w:t>kyunkay hath hilta tha. wohi doctor jo jawani ki umar mein bilkul steady nazar aata tha, steady. barhapay ki umar mein aisa ho gaya, doosron ka mohtaj ho gaya, aur phir mar gaya woh, so baras kay andar andar. to yeh sab remind karta hai mazhab.</w:t>
      </w:r>
    </w:p>
    <w:p>
      <w:pPr>
        <w:jc w:val="right"/>
      </w:pPr>
      <w:r>
        <w:t>کیونکہ ہاتھ ہلتا تھا۔ وہی ڈاکٹر جو جوانی کی عمر میں بالکل اسٹڈری نظر آتا تھا، اسٹڈری۔ بڑھاپے کی عمر میں ایسا ہو گیا، دوسروں کا محتاج ہو گیا، اور پھر مر گیا وہ، سو برس کے اندر اندر۔ تو یہ سب ریمائنڈ کرتا ہے مذہب۔</w:t>
      </w:r>
    </w:p>
    <w:p>
      <w:r>
        <w:rPr>
          <w:b/>
        </w:rPr>
        <w:t xml:space="preserve">[10:32] </w:t>
      </w:r>
      <w:r>
        <w:t>phir daikhiye kay is doctor sahib nay jo kuch kaha, to unhon nay to bohat hi naked way mein keh diya, seedhay seedhay keh diya, jo un kay dil mein tha woh mun say bol paray woh. lekin agar aap sochiye to yeh kisi aik doctor ki baat nahi hai. yeh saray insano ki baat hai. yeh saray insano ki baat hai. main janta hoon kay insano ki majority,</w:t>
      </w:r>
    </w:p>
    <w:p>
      <w:pPr>
        <w:jc w:val="right"/>
      </w:pPr>
      <w:r>
        <w:t>پھر دیکھیے کہ اس ڈاکٹر صاحب نے جو کچھ کہا، تو انہوں نے تو بہت ہی نیکڈ وے میں کہہ دیا، سیدھے سیدھے کہہ دیا، جو ان کے دل میں تھا وہ منہ سے بول پڑے وہ۔ لیکن اگر آپ سوچیے تو یہ کسی ایک ڈاکٹر کی بات نہیں ہے۔ یہ سارے انسانوں کی بات ہے۔ یہ سارے انسانوں کی بات ہے۔ میں جانتا ہوں کہ انسانوں کی میجورٹی،</w:t>
      </w:r>
    </w:p>
    <w:p>
      <w:r>
        <w:rPr>
          <w:b/>
        </w:rPr>
        <w:t xml:space="preserve">[11:03] </w:t>
      </w:r>
      <w:r>
        <w:t>shayad 99 percent, ki soch yahi hai. Munh se na bolen tab bhi. Yahan tak ke mera to khayal hai ke jo mazhabi log hain, so called mazhabi log, woh bhi bas mazhab ko ek culture ke taur par liye hue hain. Bas ek culture. Unhon ne mazhab ko ek culture ke taur par liya hai. Yeh nahi ke mazhab unki ideology hai. Mazhab unke dil o dimagh ko chhaya hua hai. Mazhab unka odhna bichhona</w:t>
      </w:r>
    </w:p>
    <w:p>
      <w:pPr>
        <w:jc w:val="right"/>
      </w:pPr>
      <w:r>
        <w:t>شاید مور دین 99 پرسنٹ، کی سوچ یہی ہے۔ منہ سے نہ بولیں تب بھی۔ یہاں تک کہ میرا تو خیال ہے کہ جو مذہبی لوگ ہیں، سو کالڈ مذہبی لوگ، وہ بھی بس مذہب کو ایک کلچر کے طور پر لیے ہوئے ہیں۔ بس ایک کلچر۔ انہوں نے مذہب کو ایک کلچر کے طور پر لیا ہے۔ یہ نہیں کہ مذہب ان کی آئیڈیالوجی ہے۔ مذہب ان کے دل و دماغ کو چھایا ہوا ہے۔ مذہب ان کا اوڑھنا بچھونا</w:t>
      </w:r>
    </w:p>
    <w:p>
      <w:r>
        <w:rPr>
          <w:b/>
        </w:rPr>
        <w:t xml:space="preserve">[11:33] </w:t>
      </w:r>
      <w:r>
        <w:t>hai. Mazhab unka soul concern hai. Aisa nahi hai. To ek aadmi ne seedhe seedhe keh diya apne munh se, aur saare log, yaani ek aadmi ne zaban-e-qaul se keh diya, doosre log zaban-e-haal se wahi keh rahe hain, wahi baat ke hamein mazhab ka kya karna hai? Hamare sab mamlaat durust hain? Sab cheez theek hai hamari? To yeh baat sab ke sochne ki hai.</w:t>
      </w:r>
    </w:p>
    <w:p>
      <w:pPr>
        <w:jc w:val="right"/>
      </w:pPr>
      <w:r>
        <w:t>ہے۔ مذہب ان کا سول کنسرن ہے۔ ایسا نہیں ہے۔ تو ایک آدمی نے سیدھے سیدھے کہہ دیا اپنے منہ سے، اور سارے لوگ، یعنی ایک آدمی نے زبان قال سے کہہ دیا، دوسرے لوگ زبان حال سے وہی کہہ رہے ہیں، وہی بات کہ ہمیں مذہب کا کیا کرنا ہے؟ ہمارے سب معاملات درست ہیں؟ سب چیز ٹھیک ہے ہماری؟ تو یہ بات سب کے سوچنے کی ہے۔</w:t>
      </w:r>
    </w:p>
    <w:p>
      <w:r>
        <w:rPr>
          <w:b/>
        </w:rPr>
        <w:t xml:space="preserve">[12:06] </w:t>
      </w:r>
      <w:r>
        <w:t>Yeh baat sab ke sochne ki hai. Aur isko ek, isko hamein correction karna hai logon ke mind ka, correction ke mazhab ashishbad ke liye nahi hai. Mazhab barkat ke liye nahi hai. Hargiz nahi. Mazhab jo hai is liye hai ke aap apne paida karne wale ko acknowledge karen, uska etraf karen.</w:t>
      </w:r>
    </w:p>
    <w:p>
      <w:pPr>
        <w:jc w:val="right"/>
      </w:pPr>
      <w:r>
        <w:t>یہ بات سب کے سوچنے کی ہے۔ اور اس کو ایک، اس کو ہمیں کریکشن کرنا ہے لوگوں کے مائنڈ کا، کریکشن کہ مذہب آشیرباد کے لیے نہیں ہے۔ مذہب برکت کے لیے نہیں ہے۔ ہرگز نہیں۔ مذہب جو ہے اس لیے ہے کہ آپ اپنے پیدا کرنے والے کو اکنالج کریں، اس کا اعتراف کریں۔</w:t>
      </w:r>
    </w:p>
    <w:p>
      <w:r>
        <w:rPr>
          <w:b/>
        </w:rPr>
        <w:t xml:space="preserve">[12:36] </w:t>
      </w:r>
      <w:r>
        <w:t>Is ke liye hai. Phir etraf karne ya acknowledge karne ke jo jo aur jo taqaze hain, jo is ke sirf yeh lafz, yeh to lafz service ke mamle nahi hai ke aap ne keh diya ke maine mana. Is ke kuch requisites hain, is ke kuch taqaze hain. Woh taqazon ko poora karna. Agar aap taqaze poora na karen</w:t>
      </w:r>
    </w:p>
    <w:p>
      <w:pPr>
        <w:jc w:val="right"/>
      </w:pPr>
      <w:r>
        <w:t>اس کے لیے ہے۔ پھر اعتراف کرنے یا اکنالج کرنے کے جو جو اور جو تقاضے ہیں، جو اس کے صرف یہ لفظ، یہ تو لفظ سروس کے معاملہ نہیں ہے کہ آپ نے کہہ دیا کہ میں نے مانا۔ اس کے کچھ ریکویزٹس ہیں، اس کے کچھ تقاضے ہیں۔ وہ تقاضوں کو پورا کرنا۔ اگر آپ تقاضے پورا نہ کریں</w:t>
      </w:r>
    </w:p>
    <w:p>
      <w:r>
        <w:rPr>
          <w:b/>
        </w:rPr>
        <w:t xml:space="preserve">[13:06] </w:t>
      </w:r>
      <w:r>
        <w:t>to woh to lafz service ho jayega. Haan theek hai, hum ne maan liya. To yeh bohat zyada important hai ke aap, bohat zyada important hai ke aap sochen is mamle mein. Har aadmi soche. Yeh sab ke sochne ki baat hai. Yeh baat sab ke sochne ki hai. Isi ek</w:t>
      </w:r>
    </w:p>
    <w:p>
      <w:pPr>
        <w:jc w:val="right"/>
      </w:pPr>
      <w:r>
        <w:t>تو وہ تو لفظ سروس ہو جائے گا۔ ہاں ٹھیک ہے، ہم نے مان لیا۔ تو یہ بہت زیادہ امپورٹنٹ ہے کہ آپ، بہت زیادہ امپورٹنٹ ہے کہ آپ سوچیں اس معاملے میں۔ ہر آدمی سوچے۔ یہ سب کے سوچنے کی بات ہے۔ یہ بات سب کے سوچنے کی ہے۔ اسی ایک</w:t>
      </w:r>
    </w:p>
    <w:p>
      <w:r>
        <w:rPr>
          <w:b/>
        </w:rPr>
        <w:t xml:space="preserve">[13:36] </w:t>
      </w:r>
      <w:r>
        <w:t>doctor ke sochne ki baat nahi hai. Yeh har aadmi ke sochne ki baat hai.</w:t>
      </w:r>
    </w:p>
    <w:p>
      <w:pPr>
        <w:jc w:val="right"/>
      </w:pPr>
      <w:r>
        <w:t>ڈاکٹر کے سوچنے کی بات نہیں ہے۔ یہ ہر آدمی کے سوچنے کی بات ہے۔</w:t>
      </w:r>
    </w:p>
    <w:p>
      <w:r>
        <w:rPr>
          <w:b/>
        </w:rPr>
        <w:t xml:space="preserve">[14:12] </w:t>
      </w:r>
      <w:r>
        <w:t>Dekhiye, ek principle hai, woh hai apne benefactor ka ehsan manna, apne muhsin ka ehsan manna. Yeh ek universal principle hai. Ek universal principle hai ke apne muhsin ko, ka apne muhsin ka ehsan mano. Apne benefactor ka etraf karo. Jis se tum ko mila hai,</w:t>
      </w:r>
    </w:p>
    <w:p>
      <w:pPr>
        <w:jc w:val="right"/>
      </w:pPr>
      <w:r>
        <w:t>دیکھیے، ایک پرنسپل ہے، وہ ہے اپنے بینیفیکٹر کا احسان ماننا، اپنے محسن کا احسان ماننا۔ یہ ایک یونیورسل پرنسپل ہے۔ ایک یونیورسل پرنسپل ہے کہ اپنے محسن کو، کا اپنے محسن کا احسان مانو۔ اپنے بینیفیکٹر کا اعتراف کرو۔ جس سے تم کو ملا ہے،</w:t>
      </w:r>
    </w:p>
    <w:p>
      <w:r>
        <w:rPr>
          <w:b/>
        </w:rPr>
        <w:t xml:space="preserve">[14:42] </w:t>
      </w:r>
      <w:r>
        <w:t>to kaho ke haan hum ko un se mila hai. To Khuda ki hesiyat super benefactor ki hai. Khuda jo hai woh hamara super benefactor hai. Sab se bara muhsin, sab se zyada dene wala. To jab social life mein aur human akhlaqiyat mein is ki importance hai ke benefactor ka hum etraf karen,</w:t>
      </w:r>
    </w:p>
    <w:p>
      <w:pPr>
        <w:jc w:val="right"/>
      </w:pPr>
      <w:r>
        <w:t>تو کہو کہ ہاں ہم کو ان سے ملا ہے۔ تو خدا کی حیثیت سپر بینیفیکٹر کی ہے۔ خدا جو ہے وہ ہمارا سپر بینیفیکٹر ہے۔ سب سے بڑا محسن، سب سے زیادہ دینے والا۔ تو جب سوشل لائف میں اور ہیومن اخلاقیات میں اس کی امپورٹنس ہے کہ بینیفیکٹر کا ہم اعتراف کریں،</w:t>
      </w:r>
    </w:p>
    <w:p>
      <w:r>
        <w:rPr>
          <w:b/>
        </w:rPr>
        <w:t xml:space="preserve">[15:13] </w:t>
      </w:r>
      <w:r>
        <w:t>to jo super benefactor hai, jo creator hai, jo sustainer hai, jo lord of the universe hai, to is ka acknowledgement to bohat zyada karna padega. To jahan tak maine socha is baat par, to mujhe laga ke ek doctor ne aisa kaha ke hamein chaunka, chaunka diya hai. Chaunka diya hai ke dekho kaisi soch hai logon ki.</w:t>
      </w:r>
    </w:p>
    <w:p>
      <w:pPr>
        <w:jc w:val="right"/>
      </w:pPr>
      <w:r>
        <w:t>تو جو سپر بینیفیکٹر ہے، جو کریٹر ہے، جو سسٹینر ہے، جو لارڈ آف دا یونیورس ہے، تو اس کا اکنالجمنٹ تو بہت زیادہ کرنا پڑے گا۔ تو جہاں تک میں نے سوچا اس بات پر، تو مجھے لگا کہ ایک ڈاکٹر نے ایسا کہا کہ ہمیں چونکا، چونکا دیا ہے۔ چونکا دیا ہے کہ دیکھو کیسی سوچ ہے لوگوں کی۔</w:t>
      </w:r>
    </w:p>
    <w:p>
      <w:r>
        <w:rPr>
          <w:b/>
        </w:rPr>
        <w:t xml:space="preserve">[15:46] </w:t>
      </w:r>
      <w:r>
        <w:t>Yaani us ne bol kar woh baat keh di jo doosre log bila bolay bhi keh rahe thay. Is doctor ne bol kar woh baat keh di jo doosre log bila bolay hue keh rahe thay. Kyun ke zindagi mein dekhen to zindagi mein koi to fark dikhai nahi dega aap ko. Woh doctor bhi khata hai, kamata hai. Apna paisa apne ghar walon par lagata hai. Beti</w:t>
      </w:r>
    </w:p>
    <w:p>
      <w:pPr>
        <w:jc w:val="right"/>
      </w:pPr>
      <w:r>
        <w:t>یعنی اس نے بول کر وہ بات کہہ دی جو دوسرے لوگ بلا بولے بھی کہہ رہے تھے۔ اس ڈاکٹر نے بول کر وہ بات کہہ دی جو دوسرے لوگ بلا بولے ہوئے کہہ رہے تھے۔ کیونکہ زندگیوں میں دیکھیں تو زندگیوں میں کوئی تو فرق دکھائی نہیں دے گا آپ کو۔ وہ ڈاکٹر بھی کھاتا ہے، کماتا ہے۔ اپنا پیسہ اپنے گھر والوں پر لگاتا ہے۔ بیٹی</w:t>
      </w:r>
    </w:p>
    <w:p>
      <w:r>
        <w:rPr>
          <w:b/>
        </w:rPr>
        <w:t xml:space="preserve">[16:16] </w:t>
      </w:r>
      <w:r>
        <w:t>ke naam bank balance mein bana raha hai. Bas yahi to sab log kar rahe hain. Sab log jo hain un ka concern aap dekhen asal cheez dekhne ki baat hai logon ki zindagi mein asal concern kya hai? Asal concern. To asal concern to sab ka wahi hai. Kamana, ghar banana, aulad</w:t>
      </w:r>
    </w:p>
    <w:p>
      <w:pPr>
        <w:jc w:val="right"/>
      </w:pPr>
      <w:r>
        <w:t>کے نام بیلنس، بینک بیلنس میں بنا رہا ہے۔ بس یہی تو سب لوگ کر رہے ہیں۔ سب لوگ جو ہیں ان کا کنسرن آپ دیکھیں۔ اصل چیز دیکھنے کی بات ہے لوگوں کی زندگیوں میں اصل کنسرن کیا ہے؟ اصل کنسرن۔ تو اصل کنسرن تو سب کا وہی ہے۔ کمانا، گھر بنانا، اولاد</w:t>
      </w:r>
    </w:p>
    <w:p>
      <w:r>
        <w:rPr>
          <w:b/>
        </w:rPr>
        <w:t xml:space="preserve">[16:46] </w:t>
      </w:r>
      <w:r>
        <w:t>ko khush karna, mustaqbil apna jo material mustaqbil hai us ko acha karna. Bas is aitbar se is doctor mein aur doosre logon mein kuch bhi difference nahi hai. Ek ladki yahan parhti thi Dilli mein, to us ke baap ke yahan dukan thi Dilli mein. To woh baap ke paas gayi</w:t>
      </w:r>
    </w:p>
    <w:p>
      <w:pPr>
        <w:jc w:val="right"/>
      </w:pPr>
      <w:r>
        <w:t>کو خوش کرنا، مستقبل اپنا جو مٹیریل مستقبل ہے اس کو اچھا کرنا۔ بس اس اعتبار سے اس ڈاکٹر میں اور دوسرے لوگوں میں کچھ بھی ڈفرنس نہیں ہے۔ ایک لڑکی یہاں پڑھتی تھی دلی میں، تو اس کے باپ کے یہاں دکان تھی دلی میں۔ تو وہ باپ کے پاس گئی</w:t>
      </w:r>
    </w:p>
    <w:p>
      <w:r>
        <w:rPr>
          <w:b/>
        </w:rPr>
        <w:t xml:space="preserve">[17:17] </w:t>
      </w:r>
      <w:r>
        <w:t>kuch paisa mangne ke liye, to jaldi se baap ne nikala note aur diya us ko, kaha ke tumhare liye to kamate hain. Tumhare liye to kamate hain. Halanke woh mazhabi baap tha. Woh baap mazhabi baap tha. To jo ghair mazhabi baap hai woh bhi yahi karta hai ke tumhare liye to kamate hain. Aur jo mazhabi baap hai woh bhi yahi kar raha hai ke dekho lo sab kuch tumhara</w:t>
      </w:r>
    </w:p>
    <w:p>
      <w:pPr>
        <w:jc w:val="right"/>
      </w:pPr>
      <w:r>
        <w:t>کچھ پیسہ مانگنے کے لیے، تو جلدی سے باپ نے نکالا نوٹ اور دیا اس کو، کہا کہ تمہارے لیے تو کماتے ہیں۔ تمہارے لیے تو کماتے ہیں۔ حالانکہ وہ مذہبی باپ تھا۔ وہ باپ مذہبی باپ تھا۔ تو جو غیر مذہبی باپ ہے وہ بھی یہی کرتا ہے کہ تمہارے لیے تو کماتے ہیں۔ اور جو مذہبی باپ ہے وہ بھی یہی کر رہا ہے کہ دیکھو لو سب کچھ تمہارا</w:t>
      </w:r>
    </w:p>
    <w:p>
      <w:r>
        <w:rPr>
          <w:b/>
        </w:rPr>
        <w:t xml:space="preserve">[17:47] </w:t>
      </w:r>
      <w:r>
        <w:t>hai, tumhare liye to kamate hain. To fark kya hua? To sach poochhen to is doctor ne jo baat bol kar keh di, wahi doosre log bila bolay hue chup ki zaban mein keh rahe hain. Jab aap dekhen logon ka lifestyle kya hai? Subah se sham tak logon ki activities kya hain? Kaise kamate hain, kahan kharch karte</w:t>
      </w:r>
    </w:p>
    <w:p>
      <w:pPr>
        <w:jc w:val="right"/>
      </w:pPr>
      <w:r>
        <w:t>ہے، تمہارے لیے تو کماتے ہیں۔ تو فرق کیا ہوا؟ تو سچ پوچھیں تو اس ڈاکٹر نے جو بات بول کر کہہ دی، وہی دوسرے لوگ بلا بولے ہوئے چپ کی زبان میں کہہ رہے ہیں۔ جب آپ دیکھیں لوگوں کا لائف اسٹائل کیا ہے؟ صبح سے شام تک لوگوں کی ایکٹیویٹیز کیا ہیں؟ کیسے کماتے ہیں، کہاں خرچ کرتے</w:t>
      </w:r>
    </w:p>
    <w:p>
      <w:r>
        <w:rPr>
          <w:b/>
        </w:rPr>
        <w:t xml:space="preserve">[18:17] </w:t>
      </w:r>
      <w:r>
        <w:t>hain? Un ke dil ki mohabbat kis ke liye hai? To aap dekhenge ke dono ka ek hi hai mamla, koi fark nahi. Is wajah se yeh baat sab ke sochne ki hai. Sab ke sochne ki hai. Main to yeh sochta hoon ke ek glass pani itni bari yeh blessing hai, itni bari</w:t>
      </w:r>
    </w:p>
    <w:p>
      <w:pPr>
        <w:jc w:val="right"/>
      </w:pPr>
      <w:r>
        <w:t>ہیں؟ ان کے دل کی محبت کس کے لیے ہے؟ تو آپ دیکھیں گے کہ دونوں کا ایک ہی ہے معاملہ، کوئی فرق نہیں۔ اس وجہ سے یہ بات سب کے سوچنے کی ہے۔ سب کے سوچنے کی ہے۔ میں تو یہ سوچتا ہوں کہ ایک گلاس پانی اتنی بڑی یہ بلیسنگ ہے، اتنی بڑی</w:t>
      </w:r>
    </w:p>
    <w:p>
      <w:r>
        <w:rPr>
          <w:b/>
        </w:rPr>
        <w:t xml:space="preserve">[18:47] </w:t>
      </w:r>
      <w:r>
        <w:t>nemmat hai ke sari duniya ke log mil jayen, sara paisa kharch kar diya jaye, tab bhi ek glass pani banna wala nahi hai. Ek glass pani log bana nahi sakte. Ek glass pani to dene wala dega, supply karne wala supply karega, tab milega, nahi to nahi milega. Abhi aap dekhiye, aaj kal aap dekhte honge media mein bar bar aa raha hai</w:t>
      </w:r>
    </w:p>
    <w:p>
      <w:pPr>
        <w:jc w:val="right"/>
      </w:pPr>
      <w:r>
        <w:t>نعمت ہے کہ ساری دنیا کے لوگ مل جائیں، سارا پیسہ خرچ کر دیا جائے، تب بھی ایک گلاس پانی بننے والا نہیں ہے۔ ایک گلاس پانی لوگ بنا نہیں سکتے۔ ایک گلاس پانی تو دینے والا دے گا، سپلائی کرنے والا سپلائی کرے گا، تب ملے گا، نہیں تو نہیں ملے گا۔ ابھی آپ دیکھیے، آج کل آپ دیکھتے ہوں گے میڈیا میں بار بار آ رہا ہے</w:t>
      </w:r>
    </w:p>
    <w:p>
      <w:r>
        <w:rPr>
          <w:b/>
        </w:rPr>
        <w:t xml:space="preserve">[19:17] </w:t>
      </w:r>
      <w:r>
        <w:t>ke agli ladai pani ke upar hogi. Duniya mein jo bohat si ladaiyan hui theen, woh woh land ke liye hui theen, mulk ke liye land. Jo bari bari first world war, second world war jo hui, woh sab land ke liye hui, mulkon par qabza. Ab woh zamana khatam ho gaya. Ab pani sab pollution ka shikar ho raha hai. Samundaron ka pani 95 percent pollution barh</w:t>
      </w:r>
    </w:p>
    <w:p>
      <w:pPr>
        <w:jc w:val="right"/>
      </w:pPr>
      <w:r>
        <w:t>کہ اگلی لڑائی پانی کے اوپر ہوگی۔ دنیا میں جو بہت سی لڑائیاں ہوئی تھیں، وہ وہ لینڈ کے لیے ہوئی تھیں، ملک کے لیے لینڈ۔ جو بڑی بڑی فرسٹ ورلڈ وار، سیکنڈ ورلڈ وار جو ہوئی، وہ سب لینڈ کے لیے ہوئی، ملکوں پر قبضہ۔ اب وہ زمانہ ختم ہو گیا۔ اب پانی سب پولیوشن کا شکار ہو رہا ہے۔ سمندروں کا پانی 95 پرسنٹ پولیوشن بڑھ</w:t>
      </w:r>
    </w:p>
    <w:p>
      <w:r>
        <w:rPr>
          <w:b/>
        </w:rPr>
        <w:t xml:space="preserve">[19:47] </w:t>
      </w:r>
      <w:r>
        <w:t>raha hai. Water pollution aa gaya hai samundaron mein. Har taraf pani ka problem hai. Main yahan Dilli mein jab aaya tha, us waqt pani itne upar tha ke thora sa khoden to pani upar aa jata tha. Ab to bohat khoda, bohat khoda, tab ja ke pani milta hai. Itna neeche chala gaya pani. To yeh pani jo hai itna kam</w:t>
      </w:r>
    </w:p>
    <w:p>
      <w:pPr>
        <w:jc w:val="right"/>
      </w:pPr>
      <w:r>
        <w:t>رہا ہے۔ واٹر پولیوشن آ گیا ہے سمندروں میں۔ ہر طرف پانی کا پرابلم ہے۔ میں یہاں دلی میں جب آیا تھا، اس وقت پانی اتنے اوپر تھا کہ تھوڑا سا کھودیں تو پانی اوپر آ جاتا تھا۔ اب تو بہت کھودیا، بہت کھود، تب جا کے پانی ملتا ہے۔ اتنا نیچے چلا گیا پانی۔ تو یہ پانی جو ہے اتنا کم</w:t>
      </w:r>
    </w:p>
    <w:p>
      <w:r>
        <w:rPr>
          <w:b/>
        </w:rPr>
        <w:t xml:space="preserve">[20:17] </w:t>
      </w:r>
      <w:r>
        <w:t>hota ja raha hai, itna problem banta ja raha hai ke kaha jata hai ke agli ladai agar hogi, koi bari ladai to pani ke liye hogi. Pani jo hai wahi wahi hai, hum bana nahi sakte pani. Jo pani hai already wahi hai. To aap bataiye ke ek glass pani jab nahi bana sakta insan, to million, billion, trillion cheez</w:t>
      </w:r>
    </w:p>
    <w:p>
      <w:pPr>
        <w:jc w:val="right"/>
      </w:pPr>
      <w:r>
        <w:t>ہوتا جا رہا ہے، اتنا پرابلم بنتا جا رہا ہے کہ کہا جاتا ہے کہ اگلی لڑائی اگر ہوگی، کوئی بڑی لڑائی تو پانی کے لیے ہوگی۔ پانی جو ہے وہی وہی ہے، ہم بنا نہیں سکتے پانی۔ جو پانی ہے الریڈی وہی ہے۔ تو آپ بتائیے کہ ایک گلاس پانی جب نہیں بنا سکتا انسان، تو ملین، بلین، ٹریلین چیز</w:t>
      </w:r>
    </w:p>
    <w:p>
      <w:r>
        <w:rPr>
          <w:b/>
        </w:rPr>
        <w:t xml:space="preserve">[20:47] </w:t>
      </w:r>
      <w:r>
        <w:t>en duniya mein hain insan ke liye. Woh kisi ne di hain, dene wale se hum ko mili hain. To is ko manna, is ka etraf karna, is ko acknowledge karna, is ka shukr karna, yeh to sab se bari duty hai hamari. Is baat ko remind karne ke liye mazhab hai. Mazhab, mazhab insani zindagi ka,</w:t>
      </w:r>
    </w:p>
    <w:p>
      <w:pPr>
        <w:jc w:val="right"/>
      </w:pPr>
      <w:r>
        <w:t>یں دنیا میں ہیں انسان کے لیے۔ وہ کسی نے دی ہیں، دینے والے سے ہم کو ملی ہیں۔ تو اس کو ماننا، اس کا اعتراف کرنا، اس کو اکنالج کرنا، اس کا شکر کرنا، یہ تو سب سے بڑی ڈیوٹی ہے ہماری۔ اس بات کو ریمائنڈ کرنے کے لیے مذہب ہے۔ مذہب، مذہب انسانی زندگی کا،</w:t>
      </w:r>
    </w:p>
    <w:p>
      <w:r>
        <w:rPr>
          <w:b/>
        </w:rPr>
        <w:t xml:space="preserve">[21:18] </w:t>
      </w:r>
      <w:r>
        <w:t>human life ka koi ashirwadi appendix nahi hai. Koi barkati taweemah nahi hai. Woh to ek duty hai, ek farz hai jo hamein karna hi karna hai. Dekhiye, ek glass pani bhi agar aap is ka</w:t>
      </w:r>
    </w:p>
    <w:p>
      <w:pPr>
        <w:jc w:val="right"/>
      </w:pPr>
      <w:r>
        <w:t>ہیومن لائف کا کوئی آشیروادی اپینڈکس نہیں ہے۔ کوئی برکتی تعویمہ نہیں ہے۔ وہ تو ایک ڈیوٹی ہے، ایک فرض ہے جو ہمیں کرنا ہی کرنا ہے۔ دیکھیے، ایک گلاس پانی بھی اگر آپ اس کا</w:t>
      </w:r>
    </w:p>
    <w:p>
      <w:r>
        <w:rPr>
          <w:b/>
        </w:rPr>
        <w:t xml:space="preserve">[21:48] </w:t>
      </w:r>
      <w:r>
        <w:t>etraf na karen, is ko acknowledge na karen, to aap ko haq nahi ke is pani ko piyein. Kis liye pani piyeinge? Chahe pani pi lein, ya chahe khana khayein, ya hawa mein sans lein, kuch bhi karein, aap suraj ki roshni lein, to is ki ek price hai. Woh price hai acknowledgement. Is ki price hai. Ek</w:t>
      </w:r>
    </w:p>
    <w:p>
      <w:pPr>
        <w:jc w:val="right"/>
      </w:pPr>
      <w:r>
        <w:t>اعتراف نہ کریں، اس کو اکنالج نہ کریں، تو آپ کو حق نہیں کہ اس پانی کو پیئیں۔ کس لیے پانی پیئیں گے؟ چاہے پانی پی لیں، یا چاہے کھانا کھائیں، یا ہوا میں سانس لیں، کچھ بھی کریں، آپ سورج کی روشنی لیں، تو اس کی ایک پرائس ہے۔ وہ پرائس ہے اکنالجمنٹ۔ اس کی پرائس ہے۔ ایک</w:t>
      </w:r>
    </w:p>
    <w:p>
      <w:r>
        <w:rPr>
          <w:b/>
        </w:rPr>
        <w:t xml:space="preserve">[22:20] </w:t>
      </w:r>
      <w:r>
        <w:t>aap ka ek bacha paida hota hai, is ki bhi ek price dena hai aap ko ke Khuda ya tera shukr hai ke tu ne mujhe bacha diya. Jab aap yeh kehte hain ke Khuda ya tera shukr hai ke tu ne pani diya, Khuda ya tera shukr hai ke tu ne mujhe khana diya, Khuda ya tera shukr hai ke tu ne mujhe zindagi di, Khuda ya tera shukr hai ke tu ne aankh diya, sari cheezein, sari cheezein, sari cheezein. Life support</w:t>
      </w:r>
    </w:p>
    <w:p>
      <w:pPr>
        <w:jc w:val="right"/>
      </w:pPr>
      <w:r>
        <w:t>آپ کا ایک بچہ پیدا ہوتا ہے، اس کی بھی ایک پرائس دینا ہے آپ کو کہ خدایا تیرا شکر ہے کہ تو نے مجھے بچہ دیا۔ جب آپ یہ کہتے ہیں کہ خدایا تیرا شکر ہے کہ تو نے پانی دیا، خدایا تیرا شکر ہے کہ تو نے مجھے کھانا دیا، خدایا تیرا شکر ہے کہ تو نے مجھے زندگی دی، خدایا تیرا شکر ہے کہ تو نے آنکھ دیا، ساری چیزیں، ساری چیزیں، ساری چیزیں۔ لائف سپورٹ</w:t>
      </w:r>
    </w:p>
    <w:p>
      <w:r>
        <w:rPr>
          <w:b/>
        </w:rPr>
        <w:t xml:space="preserve">[22:50] </w:t>
      </w:r>
      <w:r>
        <w:t>system diya. To jab aap is tarah se bol paate hain, dil ki zaban se, lafz service nahi, tab goya ke aap ne woh price ada ki jis ke baad in cheezon ko istemal karna aap ke liye jaiz ho gaya. Warna kya hoga? Aap ki hesiyat, aap ki hesiyat mujrim ki ban jayegi, criminal ki ban jayegi.</w:t>
      </w:r>
    </w:p>
    <w:p>
      <w:pPr>
        <w:jc w:val="right"/>
      </w:pPr>
      <w:r>
        <w:t>سسٹم دیا۔ تو جب آپ اس طرح سے بول پاتے ہیں، دل کی زبان سے، لفظ سروس نہیں، تب گویا کہ آپ نے وہ پرائس ادا کی جس کے بعد ان چیزوں کو استعمال کرنا آپ کے لیے جائز ہو گیا۔ ورنہ کیا ہوگا؟ آپ کی حیثیت، آپ کی حیثیت مجرم کی بن جائے گی، کریمنل کی بن جائے گی۔</w:t>
      </w:r>
    </w:p>
    <w:p>
      <w:r>
        <w:rPr>
          <w:b/>
        </w:rPr>
        <w:t xml:space="preserve">[23:23] </w:t>
      </w:r>
      <w:r>
        <w:t>Ek sahib thay, unhon ne bohat acha ghar banaya, bohat bara sa ghar, bohat se kamre is mein thay. Phir un ko bahar jana hua to tala band kar ke bahar chalay gaye. Jab aaye to is mein bohat se is area mein mazdoor rehte thay, unhon ne tala toda, is mein ja ke rehne lagay. Jab dekha ke is mein sab mazdoor ghase hue hain, foran unhon ne police ko telephone</w:t>
      </w:r>
    </w:p>
    <w:p>
      <w:pPr>
        <w:jc w:val="right"/>
      </w:pPr>
      <w:r>
        <w:t>ایک صاحب تھے، انہوں نے بہت اچھا گھر بنایا، بہت بڑا سا گھر، بہت سے کمرے اس میں تھے۔ پھر ان کو باہر جانا ہوا تو تالا بند کر کے باہر چلے گئے۔ جب آئے تو اس میں بہت سے اس ایریا میں مزدور رہتے تھے، انہوں نے تالا توڑا، اس میں جا کے رہنے لگے۔ جب دکھا کہ اس میں سب مزدور گھسے ہوئے ہیں، فوراً انہوں نے پولیس کو ٹیلی فون</w:t>
      </w:r>
    </w:p>
    <w:p>
      <w:r>
        <w:rPr>
          <w:b/>
        </w:rPr>
        <w:t xml:space="preserve">[23:53] </w:t>
      </w:r>
      <w:r>
        <w:t>kya, aur police aai, sab maar ke bhaga diya sab ko. unhon ne poocha ke tum log kyun yahan ho? kaha tum is ke kirayedar ho? kaha nahin. kaha tum is ke malik ho? nahin. kaha tum malik se pooch kar aaye yahan ho? nahin. to kaha bhago yahan se. police ne maar ke bhaga diya un ko. is dunya mein hum jo hain, agar hum</w:t>
      </w:r>
    </w:p>
    <w:p>
      <w:pPr>
        <w:jc w:val="right"/>
      </w:pPr>
      <w:r>
        <w:t>کیا، اور پولیس آئی، سب مار کے بھگا دیا سب کو۔ انہوں نے پوچھا کہ تم لوگ کیوں یہاں ہو؟ کہا تم اس کے کرایہ دار ہو؟ کہا نہیں۔ کہا تم اس کے مالک ہو؟ نہیں۔ کہا تم مالک سے پوچھ کر آئے یہاں ہو؟ نہیں۔ تو کہا بھاگو یہاں سے۔ پولیس نے مار کے بھگا دیا ان کو۔ اس دنیا میں ہم جو ہیں، اگر ہم</w:t>
      </w:r>
    </w:p>
    <w:p>
      <w:r>
        <w:rPr>
          <w:b/>
        </w:rPr>
        <w:t xml:space="preserve">[24:23] </w:t>
      </w:r>
      <w:r>
        <w:t>aise ghus pade hain jaise bandar ghus padte hain, kahin bandar ghus padte hain to un ko aadmi maar maar bhagata hai. to yeh Khuda ki dunya hai, banane wale ki dunya hai. wahan hum ghus pade hain aise hi, aur khane peene lage, rehne lage hain. to hum to user par hain, hum to includer hain. agar insaan yaad rakhiye,</w:t>
      </w:r>
    </w:p>
    <w:p>
      <w:pPr>
        <w:jc w:val="right"/>
      </w:pPr>
      <w:r>
        <w:t>ایسے گھس پڑے ہیں جیسے بندر گھس پڑتے ہیں، کہیں بندر گھس پڑتے ہیں تو ان کو آدمی مار مار بھگاتا ہے۔ تو یہ خدا کی دنیا ہے، بنانے والے کی دنیا ہے۔ وہاں ہم گھس پڑے ہیں ایسے ہی، اور کھانے پینے لگے، رہنے لگے ہیں۔ تو ہم تو یوزر پر ہیں، ہم تو انکلوڈر ہیں۔ اگر انسان یاد رکھیے،</w:t>
      </w:r>
    </w:p>
    <w:p>
      <w:r>
        <w:rPr>
          <w:b/>
        </w:rPr>
        <w:t xml:space="preserve">[24:54] </w:t>
      </w:r>
      <w:r>
        <w:t>banane wale ka itraaf na kare, benefactor ko acknowledge na kare, to us ki hesiyat yahan includer ki ho jayegi. yeh kahin ghus kar ke kuch log aa gaye hon to includer ki position ho jati hai insaan ki. to un ko maar ke bhaga diya jata hai. yeh baatein bohat zyada sochne ki hain. koi simple baat nahin hai.</w:t>
      </w:r>
    </w:p>
    <w:p>
      <w:pPr>
        <w:jc w:val="right"/>
      </w:pPr>
      <w:r>
        <w:t>بنانے والے کا اعتراف نہ کرے، بینیفیکٹر کو ایکٹائز نہ کرے، تو اس کی حیثیت یہاں انکلوڈر کی ہو جائے گی۔ یہ کہیں گھس کر کے کچھ لوگ آ گئے ہوں تو انکلوڈر کی پوزیشن ہو جاتی ہے انسان کی۔ تو ان کو مار کے بھگا دیا جاتا ہے۔ یہ باتیں بہت زیادہ سوچنے کی ہیں۔ کوئی سمپل بات نہیں ہے۔</w:t>
      </w:r>
    </w:p>
    <w:p>
      <w:r>
        <w:rPr>
          <w:b/>
        </w:rPr>
        <w:t xml:space="preserve">[25:25] </w:t>
      </w:r>
      <w:r>
        <w:t>ab doosri baat yeh sochiye, yeh keh kar ke kya aadmi dunya mein reh sakta hai hazar saal, das hazar saal? nahin, bohat jald us ko maut aati hai. maut kya hai? maut to pakad ka naam hai. jaise is khali building mein ghus gaye mazdoor qism ke log, to un ko pakda gaya, police ne pakad ke maar ke bhaga diya un ko. to bohat hi ek limited time hai,</w:t>
      </w:r>
    </w:p>
    <w:p>
      <w:pPr>
        <w:jc w:val="right"/>
      </w:pPr>
      <w:r>
        <w:t>اب دوسری بات یہ سوچیے، یہ کہہ کر کہ کیا آدمی دنیا میں رہ سکتا ہے ہزار سال، دس ہزار سال؟ نہیں، بہت جلد اس کو موت آتی ہے۔ موت کیا ہے؟ موت تو پکڑ کا نام ہے۔ جیسے اس خالی بلڈنگ میں گھس گئے مزدور قسم کے لوگ، تو ان کو پکڑا گیا، پولیس نے پکڑ کے مار کے بھگا دیا ان کو۔ تو بہت ہی ایک لمیٹڈ ٹائم ہے،</w:t>
      </w:r>
    </w:p>
    <w:p>
      <w:r>
        <w:rPr>
          <w:b/>
        </w:rPr>
        <w:t xml:space="preserve">[25:56] </w:t>
      </w:r>
      <w:r>
        <w:t>50 saal, 60 saal, 70 saal. abhi mein ne akhbar mein parha, ek ek bohat successful aadmi tha profession mein, us ke fame thi, paisa bhi tha, sab kuch tha. 52 years mein mar gaya woh. 52 years mein us ke paas doctor ki fees ada karne ke ample money tha us ke paas. log rozana marte</w:t>
      </w:r>
    </w:p>
    <w:p>
      <w:pPr>
        <w:jc w:val="right"/>
      </w:pPr>
      <w:r>
        <w:t>50 سال، 60 سال، 70 سال۔ ابھی میں نے اخبار میں پڑھا، ایک ایک بہت سکسیس فل آدمی تھا پروفیشن میں، اس کے فیم تھی، پیسہ بھی تھا، سب کچھ تھا۔ 52 ایئرز میں مر گیا وہ۔ 52 ایئرز میں اس کے پاس ڈاکٹر کی فیس ادا کرنے کے انف منی تھا اس کے پاس۔ لوگ روزانہ مرتے</w:t>
      </w:r>
    </w:p>
    <w:p>
      <w:r>
        <w:rPr>
          <w:b/>
        </w:rPr>
        <w:t xml:space="preserve">[26:26] </w:t>
      </w:r>
      <w:r>
        <w:t>rehte hain, bachche mar rahe hain, jawan mar rahe hain, nahin to boorha ho ke to marta hi hai aadmi sau saal se pehle pehle. to maut kya hai? maut Khuda ki pakad ka din hai, pakad ka din. jo log aisi boli bolein, to un ko janna chahiye ke woh pakad se bach nahin sakte. koi bhi doctor apne aap ko</w:t>
      </w:r>
    </w:p>
    <w:p>
      <w:pPr>
        <w:jc w:val="right"/>
      </w:pPr>
      <w:r>
        <w:t>رہتے ہیں، بچے مر رہے ہیں، جوان مر رہے ہیں، نہیں تو بوڑھا ہو کے تو مرتا ہی ہے آدمی سو سال سے پہلے پہلے۔ تو موت کیا ہے؟ موت خدا کی پکڑ کا دن ہے، پکڑ کا دن۔ جو لوگ ایسی بولی بولیں، تو ان کو جاننا چاہیے کہ وہ پکڑ سے بچ نہیں سکتے۔ کوئی بھی ڈاکٹر اپنے آپ کو</w:t>
      </w:r>
    </w:p>
    <w:p>
      <w:r>
        <w:rPr>
          <w:b/>
        </w:rPr>
        <w:t xml:space="preserve">[26:56] </w:t>
      </w:r>
      <w:r>
        <w:t>maut se bacha nahin sakta hai. hazaron saal se insaan is dunya mein hai, barhe barhe hakim, barhe barhe doctor, barhe barhe vet paida hue. kya koi hai aisa jis ne apne aap ko bachaya ho maut se? nahin. koi daulat wala aadmi, koi political power wala aadmi, koi bhi aadmi aisa nahin hai is zameen par jo maut se</w:t>
      </w:r>
    </w:p>
    <w:p>
      <w:pPr>
        <w:jc w:val="right"/>
      </w:pPr>
      <w:r>
        <w:t>موت سے بچا نہیں سکتا ہے۔ ہزاروں سال سے انسان اس دنیا میں ہے، بڑے بڑے حکیم، بڑے بڑے ڈاکٹر، بڑے بڑے ویٹ پیدا ہوئے۔ کیا کوئی ہے ایسا جس نے اپنے آپ کو بچایا ہو موت سے؟ نہیں۔ کوئی دولت والا آدمی، کوئی پولیٹیکل پاور والا آدمی، کوئی بھی آدمی ایسا نہیں ہے اس زمین پر جو موت سے</w:t>
      </w:r>
    </w:p>
    <w:p>
      <w:r>
        <w:rPr>
          <w:b/>
        </w:rPr>
        <w:t xml:space="preserve">[27:26] </w:t>
      </w:r>
      <w:r>
        <w:t>apne aap ko bacha sake. to maut pakad ka din hai. yani maut woh din jab includer ko bhagane ke liye police aa jaye, danda maar ke bhaga de un ko. ab sochiye ke agar hamari position yahan includer ki ho, aur wahan bhaga ke aap ko kisi desert mein daal diya jaye, desert mein, to kya hoga hamara haal?</w:t>
      </w:r>
    </w:p>
    <w:p>
      <w:pPr>
        <w:jc w:val="right"/>
      </w:pPr>
      <w:r>
        <w:t>اپنے آپ کو بچا سکے۔ تو موت پکڑ کا دن ہے۔ یعنی موت وہ دن جب انکلوڈر کو بھگانے کے لیے پولیس آ جائے، ڈنڈا مار کے بھگا دے ان کو۔ اب سوچیے کہ اگر ہماری پوزیشن یہاں انکلوڈر کی ہو، اور وہاں بھگا کے آپ کو کسی ڈیزرٹ میں ڈال دیا جائے، ڈیزرٹ میں، تو کیا ہوگا ہمارا حال؟</w:t>
      </w:r>
    </w:p>
    <w:p>
      <w:r>
        <w:rPr>
          <w:b/>
        </w:rPr>
        <w:t xml:space="preserve">[27:56] </w:t>
      </w:r>
      <w:r>
        <w:t>ek desert mein daal diya jaye, jahan na pani ho, na sabza ho, na koi pead ho, kuch ho na kuch bhi, kuch bhi, kuch bhi nahin, par desert hai. to maut woh din hai jab aati hai to sare includer ko pakad kar ke daal deti hai desert mein, jao pade raho wahan. maut ko na pani milega, na food milega,</w:t>
      </w:r>
    </w:p>
    <w:p>
      <w:pPr>
        <w:jc w:val="right"/>
      </w:pPr>
      <w:r>
        <w:t>ایک ڈیزرٹ میں ڈال دیا جائے، جہاں نہ پانی ہو، نہ سبزہ ہو، نہ کوئی پیڑ ہو، کچھ ہو نہ کچھ بھی، کچھ بھی، کچھ بھی نہیں، پر ڈیزرٹ ہے۔ تو موت وہ دن ہے جب آتی ہے تو سارے انکلوڈر کو پکڑ کر کے ڈال دیتی ہے ڈیزرٹ میں، جاؤ پڑے رہو وہاں۔ موت کو نہ پانی ملے گا، نہ فوڈ ملے گا،</w:t>
      </w:r>
    </w:p>
    <w:p>
      <w:r>
        <w:rPr>
          <w:b/>
        </w:rPr>
        <w:t xml:space="preserve">[28:27] </w:t>
      </w:r>
      <w:r>
        <w:t>na wahan koi life support system hai, na koi saathi hai, na koi aage hai, na koi peechhe hai. to bataiye ke kaun hai jo is ko face kar sake? kaun is ko face kar sakta hai? to complete despair ka time hoga, complete despair. suppose ek aisa desert jahan par hawa na ho.</w:t>
      </w:r>
    </w:p>
    <w:p>
      <w:pPr>
        <w:jc w:val="right"/>
      </w:pPr>
      <w:r>
        <w:t>نہ وہاں کوئی لائف سپورٹ سسٹم ہے، نہ کوئی ساتھی ہے، نہ کوئی آگے ہے، نہ کوئی پیچھے ہے۔ تو بتائیے کہ کون ہے جو اس کو فیس کر سکے؟ کون اس کو فیس کر سکتا ہے؟ تو کمپلیٹ ڈسپیئر کا ٹائم ہوگا، کمپلیٹ ڈسپیئر۔ سپوز ایک ایسا ڈیزرٹ جہاں پر ہوا نہ ہو۔</w:t>
      </w:r>
    </w:p>
    <w:p>
      <w:r>
        <w:rPr>
          <w:b/>
        </w:rPr>
        <w:t xml:space="preserve">[28:57] </w:t>
      </w:r>
      <w:r>
        <w:t>aap zara thori der sochiye, pani nahin hai, khana nahin hai, woh bhi nahin hai, hawa bhi nahin hai. to kya hoga? wahan jo log honge, woh aapas mein baat bhi nahin kar sakenge. ek aisa desert jahan pani na ho, to aap pyas nahin bujha sakenge. jahan khana na ho, to aap apni bhook nahin mita sakenge. jahan hawa na ho, to aap ek doosre se baat bhi nahin kar sakenge. aap ke is</w:t>
      </w:r>
    </w:p>
    <w:p>
      <w:pPr>
        <w:jc w:val="right"/>
      </w:pPr>
      <w:r>
        <w:t>آپ ذرا تھوڑی دیر سوچیے، پانی نہیں ہے، کھانا نہیں ہے، وہ بھی نہیں ہے، ہوا بھی نہیں ہے۔ تو کیا ہوگا؟ وہاں جو لوگ ہوں گے، وہ آپس میں بات بھی نہیں کر سکیں گے۔ ایک ایسا ڈیزرٹ جہاں پانی نہ ہو، تو آپ پیاس نہیں بجھا سکیں گے۔ جہاں کھانا نہ ہو، تو آپ اپنی بھوک نہیں مٹا سکیں گے۔ جہاں ہوا نہ ہو، تو آپ ایک دوسرے سے بات بھی نہیں کر سکیں گے۔ آپ کے اس</w:t>
      </w:r>
    </w:p>
    <w:p>
      <w:r>
        <w:rPr>
          <w:b/>
        </w:rPr>
        <w:t xml:space="preserve">[29:27] </w:t>
      </w:r>
      <w:r>
        <w:t>paas bohat se log honge, aap hi ki tarah ke, kyunke hawa na ho to aap ki baat doosre tak pahunchti nahin. hum bolein ge, hamara bolna doosre tak kab pahunchta hai? jab hawa ke medium beech mein ho. aise agar suraj ki roshni na ho to hum dekh nahin sakte. aap jante hain kitni achhi hamari, kitni healthy aankh hamari ho, kitni healthy aankh ho, lekin ro</w:t>
      </w:r>
    </w:p>
    <w:p>
      <w:pPr>
        <w:jc w:val="right"/>
      </w:pPr>
      <w:r>
        <w:t>پاس بہت سے لوگ ہوں گے، آپ ہی کی طرح کے، کیونکہ ہوا نہ ہو تو آپ کی بات دوسرے تک پہنچتی نہیں۔ ہم بولیں گے، ہمارا بولنا دوسرے تک کب پہنچتا ہے؟ جب ہوا کے میڈیم بیچ میں ہو۔ ایسے اگر سورج کی روشنی نہ ہو تو ہم دیکھ نہیں سکتے۔ آپ جانتے ہیں کتنی اچھی ہماری، کتنی ہلدی آنکھ ہماری ہو، کتنی ہلدی آنکھ ہو، لیکن رو</w:t>
      </w:r>
    </w:p>
    <w:p>
      <w:r>
        <w:rPr>
          <w:b/>
        </w:rPr>
        <w:t xml:space="preserve">[29:57] </w:t>
      </w:r>
      <w:r>
        <w:t>shni nahin hai to sab kuch dark hai. baghair light ke hum kuch dekh nahin sakte. dark agar aankh nahin, agar light nahin hai to aankh rakhte hue hamein kuch dikhai nahin dega. ab sochiye ke is dunya mein jis ne diya tha sab kuch, aap us ko acknowledge nahin kar rahe. jis ne diya</w:t>
      </w:r>
    </w:p>
    <w:p>
      <w:pPr>
        <w:jc w:val="right"/>
      </w:pPr>
      <w:r>
        <w:t>شنی نہیں ہے تو سب کچھ ڈارک ہے۔ بغیر لائٹ کے ہم کچھ دیکھ نہیں سکتے۔ ڈارک اگر آنکھ نہیں، اگر لائٹ نہیں ہے تو آنکھ رکھتے ہوئے ہمیں کچھ دکھائی نہیں دے گا۔ اب سوچیے کہ اس دنیا میں جس نے دیا تھا سب کچھ، آپ اس کو ایکنالج نہیں کر رہے۔ جس نے دیا</w:t>
      </w:r>
    </w:p>
    <w:p>
      <w:r>
        <w:rPr>
          <w:b/>
        </w:rPr>
        <w:t xml:space="preserve">[30:27] </w:t>
      </w:r>
      <w:r>
        <w:t>tha, us ko aap acknowledge nahin kar rahe. to kya hoga? maut to aayegi. maut to aayegi. mein literally ek aise ghar ko janta hoon, ek aadmi ne ghar banaya pahari ke upar, bohat achha</w:t>
      </w:r>
    </w:p>
    <w:p>
      <w:pPr>
        <w:jc w:val="right"/>
      </w:pPr>
      <w:r>
        <w:t>تھا، اس کو آپ ایکنالج نہیں کر رہے۔ تو کیا ہوگا؟ موت تو آئے گی۔ موت تو آئے گی۔ میں لٹرلی ایک ایسے گھر کو جانتا ہوں، ایک آدمی نے گھر بنایا پہاڑی کے اوپر، بہت اچھا</w:t>
      </w:r>
    </w:p>
    <w:p>
      <w:r>
        <w:rPr>
          <w:b/>
        </w:rPr>
        <w:t xml:space="preserve">[30:57] </w:t>
      </w:r>
      <w:r>
        <w:t>ghar. phir woh rehta tha kahin aur, abhi wahan par woh shift nahin hua tha, ghar bana liya tha, wahan shift nahin hua tha. ab yeh tha ke falan date ko hum yahan shift ho ke yahan aa jayenge. to chala gaya apne ghar mein. phir jab shift hone ke liye woh aaya to wahan par band bandar ghuse hue the. mein ne khud dekha hai, bandar ghuse hue the, uchhal kood kar</w:t>
      </w:r>
    </w:p>
    <w:p>
      <w:pPr>
        <w:jc w:val="right"/>
      </w:pPr>
      <w:r>
        <w:t>گھر۔ پھر وہ رہتا تھا کہیں اور، ابھی وہاں پر وہ شفٹ نہیں ہوا تھا، گھر بنا لیا تھا، وہاں شفٹ نہیں ہوا تھا۔ اب یہ تھا کہ فلاں ڈیٹ کو ہم یہاں شفٹ ہو کے یہاں آ جائیں گے۔ تو چلا گیا اپنے گھر میں۔ پھر جب شفٹ ہونے کے لیے وہ آیا تو وہاں پر بند بندر گھسے ہوئے تھے۔ میں نے خود دیکھا ہے، بندر گھسے ہوئے تھے، اچھل کود کر</w:t>
      </w:r>
    </w:p>
    <w:p>
      <w:r>
        <w:rPr>
          <w:b/>
        </w:rPr>
        <w:t xml:space="preserve">[31:27] </w:t>
      </w:r>
      <w:r>
        <w:t>rahe hain bandar. ab woh jab dekha ke yahan tak bandar ghuse hue hain to bandar wahan jo the, woh zahir hai ke us ke owner nahin the, unhon ne rent par nahin liya tha us ghar ko. woh to the intruder, intruder yani ghus baith karne wale. to use wahi hua ke us ne apne bulaya, apne bohat saathi us ke the, gun bhi the us ke paas, aaye</w:t>
      </w:r>
    </w:p>
    <w:p>
      <w:pPr>
        <w:jc w:val="right"/>
      </w:pPr>
      <w:r>
        <w:t>رہے ہیں بندر۔ اب وہ جب دیکھا کہ یہاں تک بندر گھسے ہوئے ہیں تو بندر وہاں جو تھے، وہ ظاہر ہے کہ اس کے اونر نہیں تھے، انہوں نے رینٹ پر نہیں لیا تھا اس گھر کو۔ وہ تو تھے انٹروڈر، انٹروڈر یعنی گھس بیٹھ کرنے والے۔ تو اسے وہی ہوا کہ اس نے اپنے بلایا، اپنے بہت ساتھی اس کے تھے، گن بھی تھے اس کے پاس، آئے</w:t>
      </w:r>
    </w:p>
    <w:p>
      <w:r>
        <w:rPr>
          <w:b/>
        </w:rPr>
        <w:t xml:space="preserve">[31:58] </w:t>
      </w:r>
      <w:r>
        <w:t>aur maar maar ke sab ko bhaga diya. kisi dande se mara, kisi gun se mara, woh sare bandar bhag gaye. aap sochiye ke yahi halat hamari hone wali hai insaan ki ke Khuda ne ek beautiful dunya banai, bohat hi beautiful dunya. yahan khane ka intezam hai, pani ka intezam hai, light ka intezam hai, air ka intezam hai,</w:t>
      </w:r>
    </w:p>
    <w:p>
      <w:pPr>
        <w:jc w:val="right"/>
      </w:pPr>
      <w:r>
        <w:t>اور مار مار کے سب کو بھگا دیا۔ کسی ڈنڈے سے مارا، کسی گن سے مارا، وہ سارے بندر بھاگ گئے۔ آپ سوچیے کہ یہی حالت ہماری ہونے والی ہے انسان کی کہ خدا نے ایک بیوٹی فل دنیا بنائی، بہت ہی بیوٹی فل دنیا۔ یہاں کھانے کا انتظام ہے، پانی کا انتظام ہے، لائٹ کا انتظام ہے، ایئر کا انتظام ہے،</w:t>
      </w:r>
    </w:p>
    <w:p>
      <w:r>
        <w:rPr>
          <w:b/>
        </w:rPr>
        <w:t xml:space="preserve">[32:29] </w:t>
      </w:r>
      <w:r>
        <w:t>oxygen ki supply ho rahi hai. million billion billion billion cheezein yahan par hain. pani river mein beh raha hai, darakht lehra rahe hain. to yeh kisi ka diye se tha hamare paas, hum ne to nahin banaya. yeh sari cheezein insaan ne nahin banayin, na zameen banai, na saman banaya, kuch bhi nahin banaya. to yeh sab kisi ki taraf se h</w:t>
      </w:r>
    </w:p>
    <w:p>
      <w:pPr>
        <w:jc w:val="right"/>
      </w:pPr>
      <w:r>
        <w:t>اکسیجن کی سپلائی ہو رہی ہے۔ ملین بلین بلین بلین چیزیں یہاں پر ہیں۔ پانی ریور میں بہہ رہا ہے، درخت لہرا رہے ہیں۔ تو یہ کسی کا دیے سے تھا ہمارے پاس، ہم نے تو نہیں بنایا۔ یہ ساری چیزیں انسان نے نہیں بنائیں، نہ زمین بنائی، نہ سامان بنایا، کچھ بھی نہیں بنایا۔ تو یہ سب کسی کی طرف سے ہ</w:t>
      </w:r>
    </w:p>
    <w:p>
      <w:r>
        <w:rPr>
          <w:b/>
        </w:rPr>
        <w:t xml:space="preserve">[32:59] </w:t>
      </w:r>
      <w:r>
        <w:t>mein diya gaya tha, blessing thi. blessing, as a blessing. to kisi benefactor ne hamein de rakha tha yeh. us benefactor ko hamari taraf se kisi paise ki zaroorat nahin hai, money ki zaroorat nahin hai us ko, lekin acknowledge to karna hi karna hai. woh jo benefactor hai, creator, ab so</w:t>
      </w:r>
    </w:p>
    <w:p>
      <w:pPr>
        <w:jc w:val="right"/>
      </w:pPr>
      <w:r>
        <w:t>میں دیا گیا تھا، بلیسنگ تھی۔ بلیسنگ، ایز اے بلیسنگ۔ تو کسی بینیفیکٹر نے ہمیں دے رکھا تھا یہ۔ اس بینیفیکٹر کو ہماری طرف سے کسی پیسے کی ضرورت نہیں ہے، منی کی ضرورت نہیں ہے اس کو، لیکن ایکنالج تو کرنا ہی کرنا ہے۔ وہ جو بینیفیکٹر ہے، کریٹر، اب سو</w:t>
      </w:r>
    </w:p>
    <w:p>
      <w:r>
        <w:rPr>
          <w:b/>
        </w:rPr>
        <w:t xml:space="preserve">[33:29] </w:t>
      </w:r>
      <w:r>
        <w:t>chiye ke jis ne itni bari universe ko create kiya, us ko hum se koi money lena hai, koi rent lena hai, kuch bhi nahin. lekin acknowledge to karna hi karna hai. jis ko kaha jis ko mazhab ki zuban mein shukr kehte hain, to us super benefactor ko acknowledge karna, us ka shukr karna, yeh to bar bar farz hai.</w:t>
      </w:r>
    </w:p>
    <w:p>
      <w:pPr>
        <w:jc w:val="right"/>
      </w:pPr>
      <w:r>
        <w:t>چیں کہ جس نے اتنی بڑی یونیورس کو کریٹ کیا، اس کو ہم سے کوئی منی لینا ہے، کوئی رینٹ لینا ہے، کچھ بھی نہیں۔ لیکن ایکنالج تو کرنا ہی کرنا ہے۔ جس کو کہا جس کو مذہب کی زبان میں شکر کہتے ہیں، تو اس سپر بینیفیکٹر کو ایکنالج کرنا، اس کا شکر کرنا، یہ تو بار بار فرض ہے۔</w:t>
      </w:r>
    </w:p>
    <w:p>
      <w:r>
        <w:rPr>
          <w:b/>
        </w:rPr>
        <w:t xml:space="preserve">[33:59] </w:t>
      </w:r>
      <w:r>
        <w:t>ab aap yahan par hain, lekin aap ki hesiyat ho jaye intruder ki, aap ki hesiyat yahan ho jaye intruder ki, to kya hoga? to kya hoga? wahi hoga jo in bandaron ka haal hua ke malik hukum dega apne aadmiyon ko maro un ko. to gun se, dande se, patharon se mar</w:t>
      </w:r>
    </w:p>
    <w:p>
      <w:pPr>
        <w:jc w:val="right"/>
      </w:pPr>
      <w:r>
        <w:t>اب آپ یہاں پر ہیں، لیکن آپ کی حیثیت ہو جائے انٹروڈر کی، آپ کی حیثیت یہاں ہو جائے انٹروڈر کی، تو کیا ہوگا؟ تو کیا ہوگا؟ وہی ہوگا جو ان بندروں کا حال ہوا کہ مالک حکم دے گا اپنے آدمیوں کو مارو ان کو۔ تو گن سے، ڈنڈے سے، پتھروں سے مار</w:t>
      </w:r>
    </w:p>
    <w:p>
      <w:r>
        <w:rPr>
          <w:b/>
        </w:rPr>
        <w:t xml:space="preserve">[34:30] </w:t>
      </w:r>
      <w:r>
        <w:t>maar ke bhaga diya jayega. to maut isi din ka naam hai. maut woh din hai jis din yahan se insaan ko bhagaya jata hai, hataya jata hai yahan se ke tum ne acknowledge nahin kiya, ab niklo yahan se, bhago. ab sochiye ke yahan se nikal ke aap ko daal diya gaya ek desert mein. is desert mein agar khana nahin hai to bhooke mariye, pani nahin hai to pyas se mariye,</w:t>
      </w:r>
    </w:p>
    <w:p>
      <w:pPr>
        <w:jc w:val="right"/>
      </w:pPr>
      <w:r>
        <w:t>مار کے بھگا دیا جائے گا۔ تو موت اسی دن کا نام ہے۔ موت وہ دن ہے جس دن یہاں سے انسان کو بھگایا جاتا ہے، ہٹایا جاتا ہے یہاں سے کہ تم نے ایکنالج نہیں کیا، اب نکلو یہاں سے، بھاگو۔ اب سوچیے کہ یہاں سے نکال کے آپ کو ڈال دیا گیا ایک ڈیزرٹ میں۔ اس ڈیزرٹ میں اگر کھانا نہیں ہے تو بھوکے مریے، پانی نہیں ہے تو پیاس سے مریے،</w:t>
      </w:r>
    </w:p>
    <w:p>
      <w:r>
        <w:rPr>
          <w:b/>
        </w:rPr>
        <w:t xml:space="preserve">[35:00] </w:t>
      </w:r>
      <w:r>
        <w:t>hawa nahin hai to aap baat nahin kar sakte kisi se, light nahin hai to andhere mein bhatakte rahiye. yeh kaisa anokha future hamare samne hai, kitna black future, black future. yeh hai sochne ki baat. to zindagi bohat hi limited zindagi</w:t>
      </w:r>
    </w:p>
    <w:p>
      <w:pPr>
        <w:jc w:val="right"/>
      </w:pPr>
      <w:r>
        <w:t>ہوا نہیں ہے تو آپ بات نہیں کر سکتے کسی سے، لائٹ نہیں ہے تو اندھیرے میں بھٹکتے رہیے۔ یہ کیسا انوکھا فیوچر ہمارے سامنے ہے، کتنا بلیک فیوچر، بلیک فیوچر۔ یہ ہے سوچنے کی بات۔ تو زندگی بہت ہی لمیٹڈ زندگی</w:t>
      </w:r>
    </w:p>
    <w:p>
      <w:r>
        <w:rPr>
          <w:b/>
        </w:rPr>
        <w:t xml:space="preserve">[35:30] </w:t>
      </w:r>
      <w:r>
        <w:t>hai, maut bar bar aane wali hai. ab maut ke baad phir logon ke yani do un ka anjam hoga, do qism ka end un ke samne aayega. ek woh log honge jinhon ne banane wale ka, dene wale ka, jo giver hai, giver, jo jo benefactor hai, us ko acknowledge kiya tha.</w:t>
      </w:r>
    </w:p>
    <w:p>
      <w:pPr>
        <w:jc w:val="right"/>
      </w:pPr>
      <w:r>
        <w:t>ہے، موت بارہ آنے والی ہے۔ اب موت کے بعد پھر لوگوں کے یعنی دو ان کا انجام ہوگا، دو قسم کا اینڈ ان کے سامنے آئے گا۔ ایک وہ لوگ ہوں گے جنہوں نے بنانے والے کا، دینے والے کا، جو گیور ہے، گیور، جو جو بینیفیکٹر ہے، اس کو ایکنالج کیا تھا۔</w:t>
      </w:r>
    </w:p>
    <w:p>
      <w:r>
        <w:rPr>
          <w:b/>
        </w:rPr>
        <w:t xml:space="preserve">[36:01] </w:t>
      </w:r>
      <w:r>
        <w:t>to us ko abhi to temporary diya gaya tha yeh sab saman, phir us ko permanently diya jayega, eternally de diya jayega. yun kehna chahiye ke abhi insaan ko mili thi ek temporary paradise, yeh dunya ki shakal mein. yeh dunya jo hai, kya hai? yeh ek temporary paradise hai. yeh beautiful dunya hai, sab kuch yahan par hai, lekin yeh temporary paradise hai.</w:t>
      </w:r>
    </w:p>
    <w:p>
      <w:pPr>
        <w:jc w:val="right"/>
      </w:pPr>
      <w:r>
        <w:t>تو اس کو ابھی تو ٹیمپرری دیا گیا تھا یہ سب سامان، پھر اس کو پرماننٹلی دیا جائے گا، ایٹرنلی دے دیا جائے گا۔ یوں کہنا چاہیے کہ ابھی انسان کو ملی تھی ایک ٹیمپرری پیراڈائز، یہ دنیا کی شکل میں۔ یہ دنیا جو ہے، کیا ہے؟ یہ ایک ٹیمپرری پیراڈائز ہے۔ یہ بیوٹی فل دنیا ہے، سب کچھ یہاں پر ہے، لیکن یہ ٹیمپرری پیراڈائز ہے۔</w:t>
      </w:r>
    </w:p>
    <w:p>
      <w:r>
        <w:rPr>
          <w:b/>
        </w:rPr>
        <w:t xml:space="preserve">[36:33] </w:t>
      </w:r>
      <w:r>
        <w:t>to jo log is temporary paradise mein banane wale ka, dene wale ka, creator ka etraf kiya, uska shukr kiya, uska acknowledge kiya, uske aage surrender kiya, uske jo duty thi, usko poora kiya, to kya hoga? phir unke liye blessing hai. blessing kya hai? phir ek abhi tak the woh temporary parad</w:t>
      </w:r>
    </w:p>
    <w:p>
      <w:pPr>
        <w:jc w:val="right"/>
      </w:pPr>
      <w:r>
        <w:t>تو جو لوگ اس ٹیمپرری پیراڈائز میں بنانے والے کا، دینے والے کا، کریٹر کا اعتراف کیا، اس کا شکر کیا، اس کا ایکنالج کیا، اس کے آگے سرینڈر کیا، اس کے جو ڈیوٹی تھی، اس کو پورا کیا، تو کیا ہوگا؟ پھر ان کے لیے بلیسنگ ہے۔ بلیسنگ کیا ہے؟ پھر ایک ابھی تک تھے وہ ٹیمپرری پیراڈ</w:t>
      </w:r>
    </w:p>
    <w:p>
      <w:r>
        <w:rPr>
          <w:b/>
        </w:rPr>
        <w:t xml:space="preserve">[37:04] </w:t>
      </w:r>
      <w:r>
        <w:t>ise mein, phir unhein eternal paradise de di jayegi. eternal paradise jahan marna nahi hai, jahan bimari nahi hai, jahan koi limitations nahi hain, koi disadvantage nahi hai, jahan desire ka fulfillment hai, woh eternal paradise. to do category banegi insano ki, do</w:t>
      </w:r>
    </w:p>
    <w:p>
      <w:pPr>
        <w:jc w:val="right"/>
      </w:pPr>
      <w:r>
        <w:t>ائز میں، پھر انہیں ایٹرنل پیراڈائز دے دی جائے گی۔ ایٹرنل پیراڈائز جہاں مرنا نہیں ہے، جہاں بیماری نہیں ہے، جہاں کوئی لیمیٹیشنز نہیں ہیں، کوئی ڈس ایڈوانٹیج نہیں ہے، جہاں ڈیزائر کا فلفلمنٹ ہے، وہ ایٹرنل پیراڈائز۔ تو دو کیٹگری بنے گی انسانوں کی، دو</w:t>
      </w:r>
    </w:p>
    <w:p>
      <w:r>
        <w:rPr>
          <w:b/>
        </w:rPr>
        <w:t xml:space="preserve">[37:34] </w:t>
      </w:r>
      <w:r>
        <w:t>do category mout ke baad. dekhen, paida karne wale ne hum ko jo paida kiya, to hamara jo life span hai, usko do bhagon mein bant diya, do hisse mein bant diya. life span ko do hisse mein bant diya. ek hai pre death pe</w:t>
      </w:r>
    </w:p>
    <w:p>
      <w:pPr>
        <w:jc w:val="right"/>
      </w:pPr>
      <w:r>
        <w:t>دو کیٹگری موت کے بعد۔ دیکھیں، پیدا کرنے والے نے ہم کو جو پیدا کیا، تو ہمارا جو لائف اسپین ہے، اس کو دو بھاگوں میں بانٹ دیا، دو حصے میں بانٹ دیا۔ لائف اسپین کو دو حصے میں بانٹ دیا۔ ایک ہے پری ڈیتھ پی</w:t>
      </w:r>
    </w:p>
    <w:p>
      <w:r>
        <w:rPr>
          <w:b/>
        </w:rPr>
        <w:t xml:space="preserve">[38:04] </w:t>
      </w:r>
      <w:r>
        <w:t>riod, doosra hai post death period. to pre death period jo hai, woh hum ko is temporary duniya mein rehna padta hai. aur pre death period mein hum yahan hain, aaj ki duniya mein, aur post death period mein hum honge eternal duniya mein. to mout jo hai,</w:t>
      </w:r>
    </w:p>
    <w:p>
      <w:pPr>
        <w:jc w:val="right"/>
      </w:pPr>
      <w:r>
        <w:t>ریڈ، دوسرا ہے پوسٹ ڈیتھ پیریڈ۔ تو پری ڈیتھ پیریڈ جو ہے، وہ ہم کو اس ٹیمپرری دنیا میں رہنا پڑتا ہے۔ اور پری ڈیتھ پیریڈ میں ہم یہاں ہیں، آج کی دنیا میں، اور پوسٹ ڈیتھ پیریڈ میں ہم ہوں گے ایٹرنل دنیا میں۔ تو موت جو ہے،</w:t>
      </w:r>
    </w:p>
    <w:p>
      <w:r>
        <w:rPr>
          <w:b/>
        </w:rPr>
        <w:t xml:space="preserve">[38:34] </w:t>
      </w:r>
      <w:r>
        <w:t>mout dono ke beech mein, mout ke baad doosri duniya shuru ho jati hai. to is temporary period jo hai, hamari zindagi ka yahan par jisne yeh dikhaya ke mere andar yeh yeh quality hai ke main ehsan karne wale ka ehsan maan</w:t>
      </w:r>
    </w:p>
    <w:p>
      <w:pPr>
        <w:jc w:val="right"/>
      </w:pPr>
      <w:r>
        <w:t>موت دونوں کے بیچ میں، موت کے بعد دوسری دنیا شروع ہو جاتی ہے۔ تو اس ٹیمپرری پیریڈ جو ہے، ہماری زندگی کا یہاں پر جس نے یہ دکھایا کہ میرے اندر یہ یہ کوالٹی ہے کہ میں احسان کرنے والے کا احسان مان</w:t>
      </w:r>
    </w:p>
    <w:p>
      <w:r>
        <w:rPr>
          <w:b/>
        </w:rPr>
        <w:t xml:space="preserve">[39:04] </w:t>
      </w:r>
      <w:r>
        <w:t>oon, dene wale ke muqable mein sab mein sar ban kar rahoon, creator ke hukumon ko paalan karoon. yeh jo requirement hain creator ki taraf se, usko main poora karoon, ek sacha insan ban kar rahoon. yaad rakhen, sacha insan wahi hai jo apne benefactor ka ko acknowledge kare.</w:t>
      </w:r>
    </w:p>
    <w:p>
      <w:pPr>
        <w:jc w:val="right"/>
      </w:pPr>
      <w:r>
        <w:t>وں، دینے والے کے مقابلے میں سب میں سر بن کر رہوں، کریٹر کے حکموں کو پالن کروں۔ یہ جو ریکوائرمنٹ ہیں کریٹر کی طرف سے، اس کو میں پورا کروں، ایک سچا انسان بن کر رہوں۔ یاد رکھیں، سچا انسان وہی ہے جو اپنے بینیفیکٹر کا کو ایکنالج کرے۔</w:t>
      </w:r>
    </w:p>
    <w:p>
      <w:r>
        <w:rPr>
          <w:b/>
        </w:rPr>
        <w:t xml:space="preserve">[39:36] </w:t>
      </w:r>
      <w:r>
        <w:t>yeh duniya mein bhi aap dekhiye, kisi kisi insan se aap bohat zyada sulook karen, bohat zyada usko madad karen, bohat zyada uske sath ehsan karen, to aap chahenge woh aap usko maane. agar na maane to aap usko kya karenge? disgrace kar denge. disgrace. yeh duniya mein aap namoona dekhte hain, koi bhi aadmi agar kisi ke sath koi bara sulook karta hai, koi bara ehsan karta hai, aur woh aadmi usko</w:t>
      </w:r>
    </w:p>
    <w:p>
      <w:pPr>
        <w:jc w:val="right"/>
      </w:pPr>
      <w:r>
        <w:t>یہ دنیا میں بھی آپ دیکھیے، کسی کسی انسان سے آپ بہت زیادہ سلوک کریں، بہت زیادہ اس کو مدد کریں، بہت زیادہ اس کے ساتھ احسان کریں، تو آپ چاہیں گے وہ آپ اس کو مانے۔ اگر نہ مانے تو آپ اس کو کیا کریں گے؟ ڈسگریس کر دیں گے۔ ڈسگریس۔ یہ دنیا میں آپ نمونہ دیکھتے ہیں، کوئی بھی آدمی اگر کسی کے ساتھ کوئی بڑا سلوک کرتا ہے، کوئی بڑا احسان کرتا ہے، اور وہ آدمی اس کو</w:t>
      </w:r>
    </w:p>
    <w:p>
      <w:r>
        <w:rPr>
          <w:b/>
        </w:rPr>
        <w:t xml:space="preserve">[40:07] </w:t>
      </w:r>
      <w:r>
        <w:t>sarkash ban jata hai, to dene wala phir usko disgrace kar dega. yahi hone wala hai mout ke baad. to mout ke baad kuch log woh honge jin ko Khuda disgrace kar dega ke bas ab tum ko hum ne kuch nahi dena hai. zinda to ab bhi rahoge, tum marne wale nahi ho. mout nahi khatam, mout mout tumhara khatma nahi thi. mout to</w:t>
      </w:r>
    </w:p>
    <w:p>
      <w:pPr>
        <w:jc w:val="right"/>
      </w:pPr>
      <w:r>
        <w:t>سرکش بن جاتا ہے، تو دینے والا پھر اس کو ڈسکریز کر دے گا۔ یہی ہونے والا ہے موت کے بعد۔ تو موت کے بعد کچھ لوگ وہ ہوں گے جن کو خدا ڈسگریس کر دے گا کہ بس اب تم کو ہم نے کچھ نہیں دینا ہے۔ زندہ تو اب بھی رہو گے، تم مرنے والے نہیں ہو۔ موت نہیں ختم، موت موت تمہارا خاتمہ نہیں تھی۔ موت تو</w:t>
      </w:r>
    </w:p>
    <w:p>
      <w:r>
        <w:rPr>
          <w:b/>
        </w:rPr>
        <w:t xml:space="preserve">[40:38] </w:t>
      </w:r>
      <w:r>
        <w:t>ek transfer tha is duniya se is duniya ki taraf. to agar tum ne is duniya mein sacha insan ban kar nahi dikhaya apne aap ko, to ab yeh to hone wala nahi hai ke tum khatam ho jao. zinda to phir bhi rahoge tum, lekin kahan rahoge zinda? desert mein, jahan dobara tum ko woh sari blessing milne wali nahi hai, woh sa</w:t>
      </w:r>
    </w:p>
    <w:p>
      <w:pPr>
        <w:jc w:val="right"/>
      </w:pPr>
      <w:r>
        <w:t>ایک ٹرانسفر تھا اس دنیا سے اس دنیا کی طرف۔ تو اگر تم نے اس دنیا میں سچا انسان بن کر نہیں دکھایا اپنے آپ کو، تو اب یہ تو ہونے والا نہیں ہے کہ تم ختم ہو جاؤ۔ زندہ تو پھر بھی رہو گے تم، لیکن کہاں رہو گے زندہ؟ ڈیزرٹ میں، جہاں دوبارہ تم کو وہ ساری بلیسنگ ملنے والی نہیں ہے، وہ س</w:t>
      </w:r>
    </w:p>
    <w:p>
      <w:r>
        <w:rPr>
          <w:b/>
        </w:rPr>
        <w:t xml:space="preserve">[41:08] </w:t>
      </w:r>
      <w:r>
        <w:t>ari nematein, woh sari rehmaten, woh sari comfort, woh phir nahi milne wali. ab bas woh khatam. ab to andhere bhadakte raho, pyas se tadapte raho, bhuk se tadapte raho, ek doosre se ladte jhagadte raho. ke jab museebat aati hai to aadmi ladta jhagadta hai.</w:t>
      </w:r>
    </w:p>
    <w:p>
      <w:pPr>
        <w:jc w:val="right"/>
      </w:pPr>
      <w:r>
        <w:t>اری نعمتیں، وہ ساری رحمتیں، وہ ساری کمفرٹ، وہ پھر نہیں ملنے والی۔ اب بس وہ ختم۔ اب تو اندھیرے بھڑکتے رہو، پیاس سے تڑپتے رہو، بھوک سے تڑپتے رہو، ایک دوسرے سے لڑتے جھگڑتے رہو۔ کہ جب مصیبت آتی ہے تو آدمی لڑتا جھگڑتا ہے۔</w:t>
      </w:r>
    </w:p>
    <w:p>
      <w:r>
        <w:rPr>
          <w:b/>
        </w:rPr>
        <w:t xml:space="preserve">[41:39] </w:t>
      </w:r>
      <w:r>
        <w:t>aap jante hain, jab museebat aati hai to ladai jhagda badh jata hai. to aisa hoga haal un logon ka jo Khuda jinko disgrace kar de, jo fail ho jayen sacha insan banne mein, jo apne aap ko sacha insan prove na kar saken. aur doosre kaun log honge</w:t>
      </w:r>
    </w:p>
    <w:p>
      <w:pPr>
        <w:jc w:val="right"/>
      </w:pPr>
      <w:r>
        <w:t>آپ جانتے ہیں، جب مصیبت آتی ہے تو لڑائی جھگڑا بڑھ جاتا ہے۔ تو ایسا ہوگا حال ان لوگوں کا جو خدا جن کو ڈسگریس کر دے، جو فیل ہو جائیں سچا انسان بننے میں، جو اپنے آپ کو سچا انسان پروف نہ کر سکیں۔ اور دوسرے کون لوگ ہوں گے</w:t>
      </w:r>
    </w:p>
    <w:p>
      <w:r>
        <w:rPr>
          <w:b/>
        </w:rPr>
        <w:t xml:space="preserve">[42:10] </w:t>
      </w:r>
      <w:r>
        <w:t>jinhon ne apne aap ko sacha insan bana kar dikhaya? sacha insan woh tha jis ne acknowledge kiya apne paida karne wale ka, jis ne surrender kiya dene wale ke samne, jis ne apne benefactor ko, sacha benefactor, super benefactor ko dil se acknowledge kiya. us par us par rehmaten aur badh jayengi.</w:t>
      </w:r>
    </w:p>
    <w:p>
      <w:pPr>
        <w:jc w:val="right"/>
      </w:pPr>
      <w:r>
        <w:t>جنہوں نے اپنے آپ کو سچا انسان بنا کر دکھایا؟ سچا انسان وہ تھا جس نے ایکنالج کیا اپنے پیدا کرنے والے کا، جس نے سرینڈر کیا دینے والے کے سامنے، جس نے اپنے بینیفیکٹر کو، سچا بینیفیکٹر، سپر بینیفیکٹر کو دل سے ایکنالج کیا۔ اس پر اس پر رحمتیں اور بڑھ جائیں گی۔</w:t>
      </w:r>
    </w:p>
    <w:p>
      <w:r>
        <w:rPr>
          <w:b/>
        </w:rPr>
        <w:t xml:space="preserve">[42:42] </w:t>
      </w:r>
      <w:r>
        <w:t>yani temporary rehmat di thi, ab permanent rehmat di jayegi us ko. aarzi jannat yeh mili thi, ab mustaqil jannat de di jayegi us ko. to temporary paradise se nikal kar ke, temporary paradise se nikal kar woh permanent paradise, eternal paradise mein pahunch jayega. wahan har qism ki pleasure, har qism ki khushiyan, har qism ki</w:t>
      </w:r>
    </w:p>
    <w:p>
      <w:pPr>
        <w:jc w:val="right"/>
      </w:pPr>
      <w:r>
        <w:t>یعنی ٹیمپرری رحمت دی تھی، اب پرماننٹ رحمت دی جائے گی۔ عارضی جنت یہ ملی تھی، اب مستقل جنت دے دی جائے گی اس کو۔ تو ٹیمپرری پیراڈائز سے نکل کر کے، ٹیمپرری پیراڈائز سے نکل کر وہ پرماننٹ پیراڈائز، ایٹرنل پیراڈائز میں پہنچ جائے گا۔ وہاں ہر قسم کی پلیژر، ہر قسم کی خوشیاں، ہر قسم کی</w:t>
      </w:r>
    </w:p>
    <w:p>
      <w:r>
        <w:rPr>
          <w:b/>
        </w:rPr>
        <w:t xml:space="preserve">[43:12] </w:t>
      </w:r>
      <w:r>
        <w:t>comfort, har qism ki rahten, apne logon ke darmiyan khushi khushi rehna, yeh sab kuch hoga. to yeh hai sochne ki baat. yeh hai sochne ki baat. to mazhab kya hai? mazhab isi ka reminder hai. mazhab koi ashirwadi zameema nahi hai. mazhab koi</w:t>
      </w:r>
    </w:p>
    <w:p>
      <w:pPr>
        <w:jc w:val="right"/>
      </w:pPr>
      <w:r>
        <w:t>کمفرٹ، ہر قسم کی راحتیں، اپنے لوگوں کے درمیان خوشی خوشی رہنا، یہ سب کچھ ہوگا۔ تو یہ ہے سوچنے کی بات۔ یہ ہے سوچنے کی بات۔ تو مذہب کیا ہے؟ مذہب اسی کا ریمائنڈر ہے۔ مذہب کوئی اشیروادی ضمیمہ نہیں ہے۔ مذہب کوئی</w:t>
      </w:r>
    </w:p>
    <w:p>
      <w:r>
        <w:rPr>
          <w:b/>
        </w:rPr>
        <w:t xml:space="preserve">[43:43] </w:t>
      </w:r>
      <w:r>
        <w:t>koi zindagi ka barkati appendix nahi hai. yeh hai baat jis ko insan ko chahiye ke bohat zyada soche, bohat zyada soche. aisa na ho ke jab barkat pahunche doosri duniya mein</w:t>
      </w:r>
    </w:p>
    <w:p>
      <w:pPr>
        <w:jc w:val="right"/>
      </w:pPr>
      <w:r>
        <w:t>کوئی زندگی کا برکتی اپینڈکس نہیں ہے۔ یہ ہے بات جس کو انسان کو چاہیے کہ بہت زیادہ سوچے، بہت زیادہ سوچے۔ ایسا نہ ہو کہ جب برکت پہنچے دوسری دنیا میں</w:t>
      </w:r>
    </w:p>
    <w:p>
      <w:r>
        <w:rPr>
          <w:b/>
        </w:rPr>
        <w:t xml:space="preserve">[44:13] </w:t>
      </w:r>
      <w:r>
        <w:t>yeh kahe woh ke mind was missed opportunity, mind was case of missed opportunity. yeh duniya mein mujhe mawaqe mile the, opportunity mili thi, main us ko avail nahi kiya. ab to mujhe bhugtana hi bhugtana hai. to insan ko yeh sochna chahiye ke aisa na ho ke mout ke baad us ko</w:t>
      </w:r>
    </w:p>
    <w:p>
      <w:pPr>
        <w:jc w:val="right"/>
      </w:pPr>
      <w:r>
        <w:t>، یہ کہے وہ کہ مائنڈ واز مسڈ اپرچونیٹی، مائنڈ واز کیس اف مسڈ اپرچونیٹی۔ یہ دنیا میں مجھے مواقع ملے تھے، اپرچونیٹی ملی تھی، میں اس کو اویل نہیں کیا۔ اب تو مجھے بھگتنا ہی بھگتنا ہے۔ تو انسان کو یہ سوچنا چاہیے کہ ایسا نہ ہو کہ موت کے بعد اس کو</w:t>
      </w:r>
    </w:p>
    <w:p>
      <w:r>
        <w:rPr>
          <w:b/>
        </w:rPr>
        <w:t xml:space="preserve">[44:44] </w:t>
      </w:r>
      <w:r>
        <w:t>hasrat ke sath, despair ke sath yeh kehna pare ke mind was a case of missed opportunity. maine train ko miss kar diya, ab dobara mujhe train milne wali nahi hai. maine bus ko miss kar diya, ab dobara mujhe bus milne wali nahi hai. kyunke chance to ek hi bar milta hai, doosra chance nahi aata zindagi mein.</w:t>
      </w:r>
    </w:p>
    <w:p>
      <w:pPr>
        <w:jc w:val="right"/>
      </w:pPr>
      <w:r>
        <w:t>حسرت کے ساتھ، ڈسپیئر کے ساتھ یہ کہنا پڑے کہ مائنڈ واز ا کیس اف مسڈ اپرچونیٹی۔ میں نے ٹرین کو مس کر دیا، اب دوبارہ مجھے ٹرین ملنے والی نہیں ہے۔ میں نے بس کو مس کر دیا، اب دوبارہ مجھے بس ملنے والی نہیں ہے۔ کیونکہ چانس تو ایک ہی بار ملتا ہے، دوسرا چانس نہیں آتا زندگی میں۔</w:t>
      </w:r>
    </w:p>
    <w:p>
      <w:r>
        <w:rPr>
          <w:b/>
        </w:rPr>
        <w:t xml:space="preserve">[45:16] </w:t>
      </w:r>
      <w:r>
        <w:t>to jo log is tarah se reh rahe hain is duniya mein ke woh samajhte hain ke bas sab kaam hamara bana hua hai, to hamein sochna kya hai? sochna yeh hai ke jis ne banaya tumhare kaam ko, us ko acknowledge karna hai. tum to pani ka ek ek drop nahi bana sakte, gehun ka ek dana bhi nahi bana sakte.</w:t>
      </w:r>
    </w:p>
    <w:p>
      <w:pPr>
        <w:jc w:val="right"/>
      </w:pPr>
      <w:r>
        <w:t>تو جو لوگ اس طرح سے رہ رہے ہیں اس دنیا میں کہ وہ سمجھتے ہیں کہ بس سب کام ہمارا بنا ہوا ہے، تو ہمیں سوچنا کیا ہے؟ سوچنا یہ ہے کہ جس نے بنایا تمہارے کام کو، اس کو ایکنالج کرنا ہے۔ تم تو پانی کا ایک ایک ڈراپ نہیں بنا سکتے، گیہوں کا ایک دانہ بھی نہیں بنا سکتے۔</w:t>
      </w:r>
    </w:p>
    <w:p>
      <w:r>
        <w:rPr>
          <w:b/>
        </w:rPr>
        <w:t xml:space="preserve">[45:47] </w:t>
      </w:r>
      <w:r>
        <w:t>solar system banana to bohat door ki baat hai. to yeh bohat bari bhool hai ke aadmi ko agar khane peene ko mil raha hai, us ke pas ghar hai, us ke pas car hai, us ke pas aulad hai, to samjhe ke dekho mere pas to sab kuch hai. yeh sab kuch aaya kahan se? yeh sab kuch aaya kahan se?</w:t>
      </w:r>
    </w:p>
    <w:p>
      <w:pPr>
        <w:jc w:val="right"/>
      </w:pPr>
      <w:r>
        <w:t>سولر سسٹم بنانا تو بہت دور کی بات ہے۔ تو یہ بہت بڑی بھول ہے کہ آدمی کو اگر کھانے پینے کو مل رہا ہے، اس کے پاس گھر ہے، اس کے پاس کار ہے، اس کے پاس اولاد ہے، تو سمجھے کہ دیکھو میرے پاس تو سب کچھ ہے۔ یہ سب کچھ آیا کہاں سے؟ یہ سب کچھ آیا کہاں سے؟</w:t>
      </w:r>
    </w:p>
    <w:p>
      <w:r>
        <w:rPr>
          <w:b/>
        </w:rPr>
        <w:t xml:space="preserve">[46:18] </w:t>
      </w:r>
      <w:r>
        <w:t>main ne khud apne aap ko, main ne na to apne aap ko khud banaya, insan to ek ek baal bhi nahi bana sakta. to main apne aap ko to banaya nahi, main ne apni aulad ko banaya nahi, main ne is duniya ko banaya nahi, main ne solar system ko banaya nahi, main samundaron aur daryao ko banaya nahi, main ne baghon ko aur kheton ko banaya nahi. yeh sab kah</w:t>
      </w:r>
    </w:p>
    <w:p>
      <w:pPr>
        <w:jc w:val="right"/>
      </w:pPr>
      <w:r>
        <w:t>میں نے خود اپنے آپ کو، میں نے نہ تو اپنے آپ کو خود بنایا، انسان تو ایک ایک بال بھی نہیں بنا سکتا۔ تو میں اپنے آپ کو تو بنایا نہیں، میں نے اپنی اولاد کو بنایا نہیں، میں نے اس دنیا کو بنایا نہیں، میں نے سولر سسٹم کو بنایا نہیں، میں سمندروں اور دریاؤں کو بنایا نہیں، میں نے باغوں کو اور کھیتوں کو بنایا نہیں۔ یہ سب کہ</w:t>
      </w:r>
    </w:p>
    <w:p>
      <w:r>
        <w:rPr>
          <w:b/>
        </w:rPr>
        <w:t xml:space="preserve">[46:48] </w:t>
      </w:r>
      <w:r>
        <w:t>an se aa gaya? to forgone log liye rehte hain aur sochte nahi hain. to mout se pehle chahiye ke insan soch le. har aurat ko aur har mard ko chahiye ke woh mout se pehle in baton ko soch le. kyunke mout ke baad woh sochega,</w:t>
      </w:r>
    </w:p>
    <w:p>
      <w:pPr>
        <w:jc w:val="right"/>
      </w:pPr>
      <w:r>
        <w:t>اں سے آ گیا؟ تو فارگنڈ لوگ لیے رہتے ہیں اور سوچتے نہیں ہیں۔ تو موت سے پہلے چاہیے کہ انسان سوچ لے۔ ہر عورت کو اور ہر مرد کو چاہیے کہ وہ موت سے پہلے ان باتوں کو سوچ لے۔ کیونکہ موت کے بعد وہ سوچے گا،</w:t>
      </w:r>
    </w:p>
    <w:p>
      <w:r>
        <w:rPr>
          <w:b/>
        </w:rPr>
        <w:t xml:space="preserve">[47:18] </w:t>
      </w:r>
      <w:r>
        <w:t>lekin woh sochna kisi kaam nahi aayega. har aurat ka, har mard ka, har ghareeb ka, har ameer ka, sab ka pehla kaam yeh hai, pehla kaam ke woh soche in baton ko, ke woh soche in baton ko. aur mout se pehle pehle soch le, mout se pehle pehle soch le</w:t>
      </w:r>
    </w:p>
    <w:p>
      <w:pPr>
        <w:jc w:val="right"/>
      </w:pPr>
      <w:r>
        <w:t>لیکن وہ سوچنا کسی کام نہیں آئے گا۔ ہر عورت کا، ہر مرد کا، ہر غریب کا، ہر امیر کا، سب کا پہلا کام یہ ہے، پہلا کام کہ وہ سوچے ان باتوں کو، کہ وہ سوچے ان باتوں کو۔ اور موت سے پہلے پہلے سوچ لے، موت سے پہلے پہلے سوچ ل</w:t>
      </w:r>
    </w:p>
    <w:p>
      <w:r>
        <w:rPr>
          <w:b/>
        </w:rPr>
        <w:t xml:space="preserve">[47:48] </w:t>
      </w:r>
      <w:r>
        <w:t>e. abhi to mamla sab ikhtiyari hai, abhi koi dabao nahi hai, koi compulsion nahi hai. to by option hum ko sochna hai. to hamein pehle mout se pehle pehle soch lena hai. kyunke mout ke baad to under compulsion sochna padega. mout ke baad aadmi ko</w:t>
      </w:r>
    </w:p>
    <w:p>
      <w:pPr>
        <w:jc w:val="right"/>
      </w:pPr>
      <w:r>
        <w:t>ے۔ ابھی تو معاملہ سب اختیاری ہے، ابھی کوئی دباؤ نہیں ہے، کوئی کمپلشن نہیں ہے۔ تو بائی اپشن ہم کو سوچنا ہے۔ تو ہمیں پہلے موت سے پہلے پہلے سوچ لینا ہے۔ کیونکہ موت کے بعد تو انڈر کمپلشن سوچنا پڑے گا۔ موت کے بعد آدمی کو</w:t>
      </w:r>
    </w:p>
    <w:p>
      <w:r>
        <w:rPr>
          <w:b/>
        </w:rPr>
        <w:t xml:space="preserve">[48:20] </w:t>
      </w:r>
      <w:r>
        <w:t>under compulsion sochna padega. koi doosra option us ke pas nahi hoga. lekin faida kya hai? faida kuch bhi nahi. opportunity to khatam ho chuki, chance to khatam ho chuka. ab to sirf yeh hai ke despair mein pade raho, despair mein frustration mein pade raho, andhere bhakte raho, bhook pyas mein tadapte raho.</w:t>
      </w:r>
    </w:p>
    <w:p>
      <w:pPr>
        <w:jc w:val="right"/>
      </w:pPr>
      <w:r>
        <w:t>انڈر کمپلشن سوچنا پڑے گا۔ کوئی دوسرا اپشن اس کے پاس نہیں ہوگا۔ لیکن فائدہ کیا ہے؟ فائدہ کچھ بھی نہیں۔ اپرچونیٹی تو ختم ہو چکی، چانس تو ختم ہو چکا۔ اب تو صرف یہ ہے کہ ڈسپیئر میں پڑے رہو، ڈسپیئر میں فرسٹریشن میں پڑے رہو، اندھیرے بھٹکتے رہو، بھوک پیاس میں تڑپتے رہو۔</w:t>
      </w:r>
    </w:p>
    <w:p>
      <w:r>
        <w:rPr>
          <w:b/>
        </w:rPr>
        <w:t xml:space="preserve">[48:54] </w:t>
      </w:r>
      <w:r>
        <w:t>yaad rakhiye, yeh koi yeh koi speculation ki baat nahi hai. yeh koi kahani ki baat nahi hai. yeh ek fact hai, fact. yeh fact hai. yeh sab se bari sachai hai jis par insan ko chahiye ke woh soche. yeh sab se bari sachai hai jis pe</w:t>
      </w:r>
    </w:p>
    <w:p>
      <w:pPr>
        <w:jc w:val="right"/>
      </w:pPr>
      <w:r>
        <w:t>یاد رکھیے، یہ کوئی یہ کوئی سپیسشن کی بات نہیں ہے۔ یہ کوئی کہانی کی بات نہیں ہے۔ یہ ایک فیکٹ ہے، فیکٹ۔ یہ فیکٹ ہے۔ یہ سب سے بڑی سچائی ہے جس پر انسان کو چاہیے کہ وہ سوچے۔ یہ سب سے بڑی سچائی ہے جس پہ</w:t>
      </w:r>
    </w:p>
    <w:p>
      <w:r>
        <w:rPr>
          <w:b/>
        </w:rPr>
        <w:t xml:space="preserve">[49:24] </w:t>
      </w:r>
      <w:r>
        <w:t>chahiye ke insaan ke is ko soche, is ko. kyunke sochne ka jo waqt hai, woh maut se pehle hai. maut ke baad to bhugtna hai, bhugtna hai, bhugtna hai. maut se pehle jo time hai, woh sochne ka time hai, woh karne ka time hai, woh manne ka time hai. maut se pehle.</w:t>
      </w:r>
    </w:p>
    <w:p>
      <w:pPr>
        <w:jc w:val="right"/>
      </w:pPr>
      <w:r>
        <w:t>چاہیے کہ انسان کہ اس کو سوچے، اس کو۔ کیونکہ سوچنے کا جو وقت ہے، وہ موت سے پہلے ہے۔ موت کے بعد تو بھگتنا ہے، بھگتنا ہے، بھگتنا ہے۔ موت سے پہلے جو ٹائم ہے، وہ سوچنے کا ٹائم ہے، وہ کرنے کا ٹائم ہے، وہ ماننے کا ٹائم ہے۔ موت سے پہلے۔</w:t>
      </w:r>
    </w:p>
    <w:p>
      <w:r>
        <w:rPr>
          <w:b/>
        </w:rPr>
        <w:t xml:space="preserve">[49:54] </w:t>
      </w:r>
      <w:r>
        <w:t>aur maut ke baad to bhugatne ka time aa jayega. maut ke baad ya to punishment hai ya reward hai, ya to dobara blessing ka milna hai ya blessing ka chhin jana hai. maut ke baad jo hai, kuch logon ko yeh jo blessing jo hai, dunya mein phir se milegi aur badha kar milegi, aur zyada par</w:t>
      </w:r>
    </w:p>
    <w:p>
      <w:pPr>
        <w:jc w:val="right"/>
      </w:pPr>
      <w:r>
        <w:t>اور موت کے بعد تو بھگتنے کا ٹائم آ جائے گا۔ موت کے بعد یا تو پنشمنٹ ہے یا ریوارڈ ہے، یا تو دوبارہ بلیسنگ کا ملنا ہے یا بلیسنگ کا چھن جانا ہے۔ موت کے بعد جو ہے، کچھ لوگوں کو یہ جو بلیسنگ جو ہے، دنیا میں پھر سے ملے گی اور بڑھا کر ملے گی، اور زیادہ پر</w:t>
      </w:r>
    </w:p>
    <w:p>
      <w:r>
        <w:rPr>
          <w:b/>
        </w:rPr>
        <w:t xml:space="preserve">[50:24] </w:t>
      </w:r>
      <w:r>
        <w:t>fect shakal mein milegi, zyada ideal shakal mein milegi, aur zyada sundarta ke sath milegi, aur zyada beautiful tareeqe se milegi. aur doosre log woh honge jin se sab kuch chhin chuka hoga, bilkul kuch bhi nahi hoga un ke paas. kyunke kis liye mile woh? jab tum ne acknowledge nahi kiya to ab tum ko kis liye diya jaye?</w:t>
      </w:r>
    </w:p>
    <w:p>
      <w:pPr>
        <w:jc w:val="right"/>
      </w:pPr>
      <w:r>
        <w:t>فیکٹ شکل میں ملے گی، زیادہ آئیڈیل شکل میں ملے گی، اور زیادہ سندرتا کے ساتھ ملے گی، اور زیادہ بیوٹی فل طریقے سے ملے گی۔ اور دوسرے لوگ وہ ہوں گے جن سے سب کچھ چھن چکا ہوگا، بالکل کچھ بھی نہیں ہوگا ان کے پاس۔ کیونکہ کس لیے ملے وہ؟ جب تم نے ایکنالج نہیں کیا تو اب تم کو کس لیے دیا جائے؟</w:t>
      </w:r>
    </w:p>
    <w:p>
      <w:r>
        <w:rPr>
          <w:b/>
        </w:rPr>
        <w:t xml:space="preserve">[50:57] </w:t>
      </w:r>
      <w:r>
        <w:t>yeh pehli bar jab tum ko diya gaya tha to tum ne acknowledge nahi kiya, to tum ne woh price ada nahi ki ke tum ko phir se diya jaye. yaani is dunya mein, ya jo dunya mein hum reh rahe hain, temporary dunya, yahan par jo hai woh yeh hai ke hum dene wale ka etraf karein, benefactor ko acknowledge karein,</w:t>
      </w:r>
    </w:p>
    <w:p>
      <w:pPr>
        <w:jc w:val="right"/>
      </w:pPr>
      <w:r>
        <w:t>یہ پہلی بار جب تم کو دیا گیا تھا تو تم نے ایکنالج نہیں کیا، تو تم نے وہ پرائس ادا نہیں کی کہ تم کو پھر سے دیا جائے۔ یعنی اس دنیا میں، یا جو دنیا میں ہم رہ رہے ہیں، ٹیمپرری دنیا، یہاں پر جو ہے وہ یہ ہے کہ ہم دینے والے کا اعتراف کریں، بینیفیکٹر کو ایکنالج کریں،</w:t>
      </w:r>
    </w:p>
    <w:p>
      <w:r>
        <w:rPr>
          <w:b/>
        </w:rPr>
        <w:t xml:space="preserve">[51:28] </w:t>
      </w:r>
      <w:r>
        <w:t>apne jo position hai us ko mante hue hum surrender karein. yeh hai price, yeh hai price. to jo aaj ki dunya mein yeh price de, woh kal ki dunya mein is price ke badle mein eternal tor par sari baatein pa lega, sari cheezein pa lega. yeh hai woh cheez jis par insaan ko sochna</w:t>
      </w:r>
    </w:p>
    <w:p>
      <w:pPr>
        <w:jc w:val="right"/>
      </w:pPr>
      <w:r>
        <w:t>اپنے جو پوزیشن ہے اس کو مانتے ہوئے ہم سرینڈر کریں۔ یہ ہے پرائس، یہ ہے پرائس۔ تو جو آج کی دنیا میں یہ پرائس دے، وہ کل کی دنیا میں اس پرائس کے بدلے میں ایٹرنل طور پر ساری باتیں پالے گا، ساری چیزیں پالے گا۔ یہ ہے وہ چیز جس پر انسان کو سوچنا</w:t>
      </w:r>
    </w:p>
    <w:p>
      <w:r>
        <w:rPr>
          <w:b/>
        </w:rPr>
        <w:t xml:space="preserve">[51:58] </w:t>
      </w:r>
      <w:r>
        <w:t>chahiye. yeh koi shayari nahi hai, yeh koi kahani nahi hai, yeh koi suppression nahi hai. yeh sab se bari sachai hai, is se bari sachai aur koi nahi. yeh sab se bari sachai hai. ab aap dekhiye, yeh dunya to</w:t>
      </w:r>
    </w:p>
    <w:p>
      <w:pPr>
        <w:jc w:val="right"/>
      </w:pPr>
      <w:r>
        <w:t>چاہیے۔ یہ کوئی شاعری نہیں ہے، یہ کوئی کہانی نہیں ہے، یہ کوئی سپریسیشن نہیں ہے۔ یہ سب سے بڑی سچائی ہے، اس سے بڑی سچائی اور کوئی نہیں۔ یہ سب سے بڑی سچائی ہے۔ اب آپ دیکھیے، یہ دنیا تو</w:t>
      </w:r>
    </w:p>
    <w:p>
      <w:r>
        <w:rPr>
          <w:b/>
        </w:rPr>
        <w:t xml:space="preserve">[52:29] </w:t>
      </w:r>
      <w:r>
        <w:t>science ke mutabiq 13 billion saal pehle bani, jab jab cosmic ball mein explosion hua, jis ko big bang kaha jata hai. itni lambi muddat mein sab kya hua? sitare bane, galaxy bani. zameen bani, solar system bana, phir pani aaya, hariyali aayi, dar</w:t>
      </w:r>
    </w:p>
    <w:p>
      <w:pPr>
        <w:jc w:val="right"/>
      </w:pPr>
      <w:r>
        <w:t>سائنس کے مطابق 13 بلین سال پہلے بنی، جب جب کاسمک بال میں ایکسپلوژن ہوا، جس کو بگ بینگ کہا جاتا ہے۔ اتنی لمبی مدت میں سب کیا ہوا؟ ستارے بنے، گلیکسی بنی۔ زمین بنی، سولر سسٹم بنا، پھر پانی آیا، ہریالی آئی، در</w:t>
      </w:r>
    </w:p>
    <w:p>
      <w:r>
        <w:rPr>
          <w:b/>
        </w:rPr>
        <w:t xml:space="preserve">[52:59] </w:t>
      </w:r>
      <w:r>
        <w:t>akht aaye, animal bane, insaan bana. yeh sara ek lamba process yahan se wahan tak hai. is ke baad yeh dunya humein ban kar mili, bani banai, hamare hisse mein di gayi. to ek kitna bara sochne ka, yeh ek sochne ki baat hai. kitna zyada sochne ki baat hai. to kya sab kuch aise hi ho gaya tha? bas</w:t>
      </w:r>
    </w:p>
    <w:p>
      <w:pPr>
        <w:jc w:val="right"/>
      </w:pPr>
      <w:r>
        <w:t>خت آئے، اینیمل بنے، انسان بنا۔ یہ سارا ایک لمبا پراسیس یہاں سے وہاں تک ہے۔ اس کے بعد یہ دنیا ہمیں بن کر ملی، بنی بنائی، ہمارے حصے میں دی گئی۔ تو ایک کتنا بڑا سوچنے کا، یہ ایک سوچنے کی بات ہے۔ کتنا زیادہ سوچنے کی بات ہے۔ تو کیا سب کچھ ایسے ہی ہو گیا تھا؟ بس</w:t>
      </w:r>
    </w:p>
    <w:p>
      <w:r>
        <w:rPr>
          <w:b/>
        </w:rPr>
        <w:t xml:space="preserve">[53:31] </w:t>
      </w:r>
      <w:r>
        <w:t>itni bari baat hui to kya bas yahi ho gayi? dekhiye, banane wala jo tha, woh achanak bhi bana sakta tha. achanak sab kuch ho jaye, yaani within second sab kuch ho jaye. lekin banane wale ne is tarah se banaya ke 13 billion saal mein yeh sara ho raha hai, taake hum paas sochne ke liye bahut matter rahe, bahut zyada</w:t>
      </w:r>
    </w:p>
    <w:p>
      <w:pPr>
        <w:jc w:val="right"/>
      </w:pPr>
      <w:r>
        <w:t>اتنی بڑی بات ہوئی تو کیا بس یہی ہو گئی؟ دیکھیے، بنانے والا جو تھا، وہ اچانک بھی بنا سکتا تھا۔ اچانک سب کچھ ہو جائے، یعنی ود ان سیکنڈ سب کچھ ہو جائے۔ لیکن بنانے والے نے اس طرح سے بنایا کہ 13 بلین سال میں یہ سارا ہو رہا ہے، تاکہ ہم پاس سوچنے کے لیے بہت میٹر رہے، بہت زیادہ</w:t>
      </w:r>
    </w:p>
    <w:p>
      <w:r>
        <w:rPr>
          <w:b/>
        </w:rPr>
        <w:t xml:space="preserve">[54:01] </w:t>
      </w:r>
      <w:r>
        <w:t>soch paayein ke kaise kaise big bang hua, kaise universe bani, kaise sitare bane, kaise galaxy bani, kaise solar system bana, kaise zameen bani, zameen par kaise pani aaya, kaise sabza aaya. ab million billion trillion item kaise hue? sab to ek phaili hui dunya is tareeqe se kyun hai jo hum ko sochne ke liye mauqa de raha</w:t>
      </w:r>
    </w:p>
    <w:p>
      <w:pPr>
        <w:jc w:val="right"/>
      </w:pPr>
      <w:r>
        <w:t>سوچ پائیں کہ کیسے کیسے بگ بینگ ہوا، کیسے یونیورس بنی، کیسے ستارے بنے، کیسے گلیکسی بنی، کیسے سولر سسٹم بنا، کیسے زمین بنی، زمین پر کیسے پانی آیا، کیسے سبزہ آیا۔ اب ملین بلین ٹریلین آئٹم کیسے ہوئے؟ سب تو ایک پھیلی ہوئی دنیا اس طریقے سے کیوں ہے جو ہم کو سوچنے کے لیے موقع دے رہ</w:t>
      </w:r>
    </w:p>
    <w:p>
      <w:r>
        <w:rPr>
          <w:b/>
        </w:rPr>
        <w:t xml:space="preserve">[54:31] </w:t>
      </w:r>
      <w:r>
        <w:t>hai? sochne ka, ab bhi agar na soche insaan to andhe bhi andhe se bhi zyada woh bura hai. yeh sab kuch is liye hai ke insaan soche aur soch ke is se lesson le aur apni zindagi ko sanware, apni zindagi ki</w:t>
      </w:r>
    </w:p>
    <w:p>
      <w:pPr>
        <w:jc w:val="right"/>
      </w:pPr>
      <w:r>
        <w:t>ی ہے؟ سوچنے کا، اب بھی اگر نہ سوچے انسان تو اندھے بھی اندھے سے بھی زیادہ وہ برا ہے۔ یہ سب کچھ اس لیے ہے کہ انسان سوچے اور سوچ کے اس سے لیسن لے اور اپنی زندگی کو سنوارے، اپنی زندگی کی</w:t>
      </w:r>
    </w:p>
    <w:p>
      <w:r>
        <w:rPr>
          <w:b/>
        </w:rPr>
        <w:t xml:space="preserve">[55:02] </w:t>
      </w:r>
      <w:r>
        <w:t>divine line mein planning kare, taake maut ke baad is ko yeh na kehna pade ke mind was case of missed opportunity.</w:t>
      </w:r>
    </w:p>
    <w:p>
      <w:pPr>
        <w:jc w:val="right"/>
      </w:pPr>
      <w:r>
        <w:t>ڈیوائن لائن میں پلاننگ کرے، تاکہ موت کے بعد اس کو یہ نہ کہنا پڑے کہ مائنڈ واز کیس اف مسڈ اپرچونیٹی۔</w:t>
      </w:r>
    </w:p>
    <w:p>
      <w:r>
        <w:rPr>
          <w:b/>
        </w:rPr>
        <w:t xml:space="preserve">[55:37] </w:t>
      </w:r>
      <w:r>
        <w:t>ab aap dekhein ke insaan ko ek to yeh body diya gaya hai, isi ke sath aap ko mind diya gaya. mind, yaani mind ka matlab kya? thinking capacity. thinking capacity. to jab aap ko thinking capacity di gayi hai to kis liye? aap ko think karein, aap sochein. paon diya gaya hai ke aap chalein, aankh di gayi ke aap dekhein, hath diya gaya</w:t>
      </w:r>
    </w:p>
    <w:p>
      <w:pPr>
        <w:jc w:val="right"/>
      </w:pPr>
      <w:r>
        <w:t>اب آپ دیکھیں کہ انسان کو ایک تو یہ باڈی دیا گیا ہے، اسی کے ساتھ آپ کو مائنڈ دیا گیا۔ مائنڈ، یعنی مائنڈ کا مطلب کیا؟ تھنکنگ کیپیسٹی۔ تھنکنگ کیپیسٹی۔ تو جب آپ کو تھنکنگ کیپیسٹی دی گئی ہے تو کس لیے؟ آپ کو تھنک کریں، آپ سوچیں۔ پاؤں دیا گیا ہے کہ آپ چلیں، آنکھ دی گئی کہ آپ دیکھیں، ہاتھ دیا گیا</w:t>
      </w:r>
    </w:p>
    <w:p>
      <w:r>
        <w:rPr>
          <w:b/>
        </w:rPr>
        <w:t xml:space="preserve">[56:07] </w:t>
      </w:r>
      <w:r>
        <w:t>ke aap pakadein. isi tarah se mind diya gaya, aap sochein. mind is liye diya gaya, aap sochein. aur mind ke andar think karne ki unlimited capacity hai. aap sochein ke mind ki wajah se hum ne jaan liya ke 13 billion saal pehle explosion hua tha, big bang hua tha. isi mind ke zariye se to mind diya gaya hai</w:t>
      </w:r>
    </w:p>
    <w:p>
      <w:pPr>
        <w:jc w:val="right"/>
      </w:pPr>
      <w:r>
        <w:t>کہ آپ پکڑیں۔ اسی طرح سے مائنڈ دیا گیا، آپ سوچیں۔ مائنڈ اس لیے دیا گیا، آپ سوچیں۔ اور مائنڈ کے اندر تھنک کرنے کی ان لمیٹڈ کیپیسٹی ہے۔ آپ سوچیں کہ مائنڈ کی وجہ سے ہم نے جان لیا کہ 13 بلین سال پہلے ایکسپلوژن ہوا تھا، بگ بینگ ہوا تھا۔ اسی مائنڈ کے ذریعے سے تو مائنڈ دیا گیا ہے</w:t>
      </w:r>
    </w:p>
    <w:p>
      <w:r>
        <w:rPr>
          <w:b/>
        </w:rPr>
        <w:t xml:space="preserve">[56:38] </w:t>
      </w:r>
      <w:r>
        <w:t>ke insaan soche. to agar insaan na soche to yeh to crime hai, crime. insaan agar apne mind ko utilize na kare, soch kar baaton ko na jaane to us ne crime kiya. to apne sochne ko agar hum ne active nahi kiya to hum is dunya se jayenge Khuda ke samne. to wahan to hum criminal ke taur par pesh kiye jayenge. Khuda hum ko is se bachaye</w:t>
      </w:r>
    </w:p>
    <w:p>
      <w:pPr>
        <w:jc w:val="right"/>
      </w:pPr>
      <w:r>
        <w:t>کہ انسان سوچے۔ تو اگر انسان نہ سوچے تو یہ تو کرائم ہے، کرائم۔ انسان اگر اپنے مائنڈ کو یوٹیلائز نہ کرے، سوچ کر باتوں کو نہ جانے تو اس نے کرائم کیا۔ تو اپنے سوچنے کو اگر ہم نے ایکٹیو نہیں کیا تو ہم اس دنیا سے جائیں گے خدا کے سامنے۔ تو وہاں تو ہم کریمنل کے طور پر پیش کیے جائیں گے۔ خدا ہم کو اس سے بچائ</w:t>
      </w:r>
    </w:p>
    <w:p>
      <w:r>
        <w:rPr>
          <w:b/>
        </w:rPr>
        <w:t xml:space="preserve">[57:08] </w:t>
      </w:r>
      <w:r>
        <w:t>a. akuulu qawli hadha astaghfirullaha li wa lakum wa li sa'iril muslimin.</w:t>
      </w:r>
    </w:p>
    <w:p>
      <w:pPr>
        <w:jc w:val="right"/>
      </w:pPr>
      <w:r>
        <w:t>ے۔ اقول قول استغفراللہ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